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86400" cy="6766560"/>
            <wp:docPr id="1" name="Picture 1"/>
            <wp:cNvGraphicFramePr>
              <a:graphicFrameLocks noChangeAspect="1"/>
            </wp:cNvGraphicFramePr>
            <a:graphic>
              <a:graphicData uri="http://schemas.openxmlformats.org/drawingml/2006/picture">
                <pic:pic>
                  <pic:nvPicPr>
                    <pic:cNvPr id="0" name="Cover.jpeg"/>
                    <pic:cNvPicPr/>
                  </pic:nvPicPr>
                  <pic:blipFill>
                    <a:blip r:embed="rId9"/>
                    <a:stretch>
                      <a:fillRect/>
                    </a:stretch>
                  </pic:blipFill>
                  <pic:spPr>
                    <a:xfrm>
                      <a:off x="0" y="0"/>
                      <a:ext cx="5486400" cy="6766560"/>
                    </a:xfrm>
                    <a:prstGeom prst="rect"/>
                  </pic:spPr>
                </pic:pic>
              </a:graphicData>
            </a:graphic>
          </wp:inline>
        </w:drawing>
      </w:r>
    </w:p>
    <w:p>
      <w:pPr>
        <w:pStyle w:val="Heading1"/>
      </w:pPr>
      <w:r>
        <w:rPr>
          <w:rFonts w:ascii="Calibri" w:hAnsi="Calibri"/>
          <w:b/>
          <w:i w:val="0"/>
          <w:sz w:val="40"/>
        </w:rPr>
        <w:t>Python Automation Cookbook</w:t>
      </w:r>
    </w:p>
    <w:p>
      <w:pPr>
        <w:pStyle w:val="Heading1"/>
      </w:pPr>
      <w:r>
        <w:rPr>
          <w:rFonts w:ascii="Calibri" w:hAnsi="Calibri"/>
          <w:b/>
          <w:i w:val="0"/>
          <w:sz w:val="40"/>
        </w:rPr>
        <w:t>Tái bản lần thứ ba</w:t>
      </w:r>
    </w:p>
    <w:p>
      <w:pPr>
        <w:pStyle w:val="Heading1"/>
      </w:pPr>
      <w:r>
        <w:rPr>
          <w:rFonts w:ascii="Calibri" w:hAnsi="Calibri"/>
          <w:b/>
          <w:i w:val="0"/>
          <w:sz w:val="40"/>
        </w:rPr>
        <w:t>Hơn 100 công thức mới và được cập nhật cho các quy trình làm việc có thể mở rộng, tích hợp MCP và tự động hóa bằng AI</w:t>
      </w:r>
    </w:p>
    <w:p>
      <w:pPr>
        <w:spacing w:after="80"/>
      </w:pPr>
      <w:r>
        <w:rPr>
          <w:b w:val="0"/>
          <w:i w:val="0"/>
        </w:rPr>
        <w:t>Jaime Buelta</w:t>
      </w:r>
    </w:p>
    <w:p>
      <w:pPr>
        <w:jc w:val="center"/>
      </w:pPr>
      <w:r>
        <w:drawing>
          <wp:inline xmlns:a="http://schemas.openxmlformats.org/drawingml/2006/main" xmlns:pic="http://schemas.openxmlformats.org/drawingml/2006/picture">
            <wp:extent cx="3400425" cy="866775"/>
            <wp:docPr id="2" name="Picture 2"/>
            <wp:cNvGraphicFramePr>
              <a:graphicFrameLocks noChangeAspect="1"/>
            </wp:cNvGraphicFramePr>
            <a:graphic>
              <a:graphicData uri="http://schemas.openxmlformats.org/drawingml/2006/picture">
                <pic:pic>
                  <pic:nvPicPr>
                    <pic:cNvPr id="0" name="PacktLogo_FM_1.png"/>
                    <pic:cNvPicPr/>
                  </pic:nvPicPr>
                  <pic:blipFill>
                    <a:blip r:embed="rId10"/>
                    <a:stretch>
                      <a:fillRect/>
                    </a:stretch>
                  </pic:blipFill>
                  <pic:spPr>
                    <a:xfrm>
                      <a:off x="0" y="0"/>
                      <a:ext cx="3400425" cy="866775"/>
                    </a:xfrm>
                    <a:prstGeom prst="rect"/>
                  </pic:spPr>
                </pic:pic>
              </a:graphicData>
            </a:graphic>
          </wp:inline>
        </w:drawing>
      </w:r>
    </w:p>
    <w:p>
      <w:pPr>
        <w:pStyle w:val="Heading1"/>
      </w:pPr>
      <w:r>
        <w:rPr>
          <w:rFonts w:ascii="Calibri" w:hAnsi="Calibri"/>
          <w:b/>
          <w:i w:val="0"/>
          <w:sz w:val="40"/>
        </w:rPr>
        <w:t>Python Automation Cookbook</w:t>
      </w:r>
    </w:p>
    <w:p>
      <w:pPr>
        <w:spacing w:after="80"/>
      </w:pPr>
      <w:r>
        <w:rPr>
          <w:b w:val="0"/>
          <w:i w:val="0"/>
        </w:rPr>
        <w:t>Tái bản lần thứ ba</w:t>
      </w:r>
    </w:p>
    <w:p>
      <w:pPr>
        <w:spacing w:after="80"/>
      </w:pPr>
      <w:r>
        <w:rPr>
          <w:b w:val="0"/>
          <w:i w:val="0"/>
        </w:rPr>
        <w:t>Bản quyền © 2026 Packt Publishing</w:t>
      </w:r>
    </w:p>
    <w:p>
      <w:pPr>
        <w:spacing w:after="80"/>
      </w:pPr>
      <w:r>
        <w:rPr>
          <w:b w:val="0"/>
          <w:i/>
        </w:rPr>
        <w:t xml:space="preserve"> Mọi quyền được bảo lưu </w:t>
      </w:r>
      <w:r>
        <w:rPr>
          <w:b w:val="0"/>
          <w:i w:val="0"/>
        </w:rPr>
        <w:t xml:space="preserve"> . Không phần nào của cuốn sách này được phép sao chép, lưu trữ trong hệ thống truy xuất, hoặc truyền tải dưới bất kỳ hình thức hay phương tiện nào mà không có sự cho phép trước bằng văn bản của nhà xuất bản, ngoại trừ trường hợp trích dẫn ngắn gọn được nhúng trong các bài báo phê bình hoặc đánh giá.</w:t>
      </w:r>
    </w:p>
    <w:p>
      <w:pPr>
        <w:spacing w:after="80"/>
      </w:pPr>
      <w:r>
        <w:rPr>
          <w:b w:val="0"/>
          <w:i w:val="0"/>
        </w:rPr>
        <w:t>Mọi nỗ lực đã được thực hiện trong quá trình chuẩn bị cuốn sách này để đảm bảo tính chính xác của thông tin được trình bày. Tuy nhiên, thông tin trong cuốn sách này được bán mà không có bảo hành, dù rõ ràng hay ngụ ý. Tác giả, Packt Publishing, cũng như các đại lý và nhà phân phối của họ, sẽ không chịu trách nhiệm cho bất kỳ thiệt hại nào gây ra hoặc được cho là gây ra trực tiếp hoặc gián tiếp bởi cuốn sách này.</w:t>
      </w:r>
    </w:p>
    <w:p>
      <w:pPr>
        <w:spacing w:after="80"/>
      </w:pPr>
      <w:r>
        <w:rPr>
          <w:b w:val="0"/>
          <w:i w:val="0"/>
        </w:rPr>
        <w:t>Packt Publishing đã cố gắng cung cấp thông tin về thương hiệu của tất cả các công ty và sản phẩm được đề cập trong cuốn sách này bằng cách sử dụng chữ in hoa phù hợp. Tuy nhiên, Packt Publishing không thể đảm bảo tính chính xác của thông tin này.</w:t>
      </w:r>
    </w:p>
    <w:p>
      <w:pPr>
        <w:spacing w:after="80"/>
      </w:pPr>
      <w:r>
        <w:rPr>
          <w:b/>
          <w:i w:val="0"/>
        </w:rPr>
        <w:t xml:space="preserve"> Giám đốc danh mục đầu tư </w:t>
      </w:r>
      <w:r>
        <w:rPr>
          <w:b w:val="0"/>
          <w:i w:val="0"/>
        </w:rPr>
        <w:t xml:space="preserve"> </w:t>
      </w:r>
      <w:r>
        <w:rPr>
          <w:b/>
          <w:i w:val="0"/>
        </w:rPr>
        <w:t xml:space="preserve"> : </w:t>
      </w:r>
      <w:r>
        <w:rPr>
          <w:b w:val="0"/>
          <w:i w:val="0"/>
        </w:rPr>
        <w:t xml:space="preserve"> Kunal Chaudhari</w:t>
      </w:r>
    </w:p>
    <w:p>
      <w:pPr>
        <w:spacing w:after="80"/>
      </w:pPr>
      <w:r>
        <w:rPr>
          <w:b/>
          <w:i w:val="0"/>
        </w:rPr>
        <w:t xml:space="preserve"> Trưởng nhóm quan hệ </w:t>
      </w:r>
      <w:r>
        <w:rPr>
          <w:b w:val="0"/>
          <w:i w:val="0"/>
        </w:rPr>
        <w:t xml:space="preserve"> </w:t>
      </w:r>
      <w:r>
        <w:rPr>
          <w:b/>
          <w:i w:val="0"/>
        </w:rPr>
        <w:t xml:space="preserve"> : </w:t>
      </w:r>
      <w:r>
        <w:rPr>
          <w:b w:val="0"/>
          <w:i w:val="0"/>
        </w:rPr>
        <w:t xml:space="preserve"> Denim Pinto</w:t>
      </w:r>
    </w:p>
    <w:p>
      <w:pPr>
        <w:spacing w:after="80"/>
      </w:pPr>
      <w:r>
        <w:rPr>
          <w:b/>
          <w:i w:val="0"/>
        </w:rPr>
        <w:t xml:space="preserve"> Quản lý </w:t>
      </w:r>
      <w:r>
        <w:rPr>
          <w:b w:val="0"/>
          <w:i w:val="0"/>
        </w:rPr>
        <w:t xml:space="preserve"> </w:t>
      </w:r>
      <w:r>
        <w:rPr>
          <w:b/>
          <w:i w:val="0"/>
        </w:rPr>
        <w:t xml:space="preserve"> dự án </w:t>
      </w:r>
      <w:r>
        <w:rPr>
          <w:b w:val="0"/>
          <w:i w:val="0"/>
        </w:rPr>
        <w:t xml:space="preserve"> </w:t>
      </w:r>
      <w:r>
        <w:rPr>
          <w:b/>
          <w:i w:val="0"/>
        </w:rPr>
        <w:t xml:space="preserve"> : </w:t>
      </w:r>
      <w:r>
        <w:rPr>
          <w:b w:val="0"/>
          <w:i w:val="0"/>
        </w:rPr>
        <w:t xml:space="preserve"> Ankit Maroli</w:t>
      </w:r>
    </w:p>
    <w:p>
      <w:pPr>
        <w:spacing w:after="80"/>
      </w:pPr>
      <w:r>
        <w:rPr>
          <w:b/>
          <w:i w:val="0"/>
        </w:rPr>
        <w:t xml:space="preserve"> Kỹ sư </w:t>
      </w:r>
      <w:r>
        <w:rPr>
          <w:b w:val="0"/>
          <w:i w:val="0"/>
        </w:rPr>
        <w:t xml:space="preserve"> </w:t>
      </w:r>
      <w:r>
        <w:rPr>
          <w:b/>
          <w:i w:val="0"/>
        </w:rPr>
        <w:t xml:space="preserve"> nội dung </w:t>
      </w:r>
      <w:r>
        <w:rPr>
          <w:b w:val="0"/>
          <w:i w:val="0"/>
        </w:rPr>
        <w:t xml:space="preserve"> </w:t>
      </w:r>
      <w:r>
        <w:rPr>
          <w:b/>
          <w:i w:val="0"/>
        </w:rPr>
        <w:t xml:space="preserve"> : </w:t>
      </w:r>
      <w:r>
        <w:rPr>
          <w:b w:val="0"/>
          <w:i w:val="0"/>
        </w:rPr>
        <w:t xml:space="preserve"> Alexander Powell, Deepayan Bhattacharjee</w:t>
      </w:r>
    </w:p>
    <w:p>
      <w:pPr>
        <w:spacing w:after="80"/>
      </w:pPr>
      <w:r>
        <w:rPr>
          <w:b/>
          <w:i w:val="0"/>
        </w:rPr>
        <w:t xml:space="preserve"> Biên tập kỹ thuật: </w:t>
      </w:r>
      <w:r>
        <w:rPr>
          <w:b w:val="0"/>
          <w:i w:val="0"/>
        </w:rPr>
        <w:t xml:space="preserve"> Irfa Ansari</w:t>
      </w:r>
    </w:p>
    <w:p>
      <w:pPr>
        <w:spacing w:after="80"/>
      </w:pPr>
      <w:r>
        <w:rPr>
          <w:b/>
          <w:i w:val="0"/>
        </w:rPr>
        <w:t xml:space="preserve"> Người lập chỉ mục: </w:t>
      </w:r>
      <w:r>
        <w:rPr>
          <w:b w:val="0"/>
          <w:i w:val="0"/>
        </w:rPr>
        <w:t xml:space="preserve"> Manju Arasan</w:t>
      </w:r>
    </w:p>
    <w:p>
      <w:pPr>
        <w:spacing w:after="80"/>
      </w:pPr>
      <w:r>
        <w:rPr>
          <w:b/>
          <w:i w:val="0"/>
        </w:rPr>
        <w:t xml:space="preserve"> Nhà sản xuất </w:t>
      </w:r>
      <w:r>
        <w:rPr>
          <w:b w:val="0"/>
          <w:i w:val="0"/>
        </w:rPr>
        <w:t xml:space="preserve"> </w:t>
      </w:r>
      <w:r>
        <w:rPr>
          <w:b/>
          <w:i w:val="0"/>
        </w:rPr>
        <w:t xml:space="preserve"> Thiết kế: </w:t>
      </w:r>
      <w:r>
        <w:rPr>
          <w:b w:val="0"/>
          <w:i w:val="0"/>
        </w:rPr>
        <w:t xml:space="preserve"> Shantanu Zagade</w:t>
      </w:r>
    </w:p>
    <w:p>
      <w:pPr>
        <w:spacing w:after="80"/>
      </w:pPr>
      <w:r>
        <w:rPr>
          <w:b w:val="0"/>
          <w:i w:val="0"/>
        </w:rPr>
        <w:t>Xuất bản lần đầu: Tháng 9 năm 2018</w:t>
      </w:r>
    </w:p>
    <w:p>
      <w:pPr>
        <w:spacing w:after="80"/>
      </w:pPr>
      <w:r>
        <w:rPr>
          <w:b w:val="0"/>
          <w:i w:val="0"/>
        </w:rPr>
        <w:t>Tái bản lần thứ hai: Tháng 5 năm 2020</w:t>
      </w:r>
    </w:p>
    <w:p>
      <w:pPr>
        <w:spacing w:after="80"/>
      </w:pPr>
      <w:r>
        <w:rPr>
          <w:b w:val="0"/>
          <w:i w:val="0"/>
        </w:rPr>
        <w:t>Tái bản lần thứ ba: Tháng 6 năm 2026</w:t>
      </w:r>
    </w:p>
    <w:p>
      <w:pPr>
        <w:spacing w:after="80"/>
      </w:pPr>
      <w:r>
        <w:rPr>
          <w:b w:val="0"/>
          <w:i w:val="0"/>
        </w:rPr>
        <w:t>Mã tham chiếu sản xuất: 1290626</w:t>
      </w:r>
    </w:p>
    <w:p>
      <w:pPr>
        <w:spacing w:after="80"/>
      </w:pPr>
      <w:r>
        <w:rPr>
          <w:b w:val="0"/>
          <w:i w:val="0"/>
        </w:rPr>
        <w:t>Xuất bản bởi Packt Publishing Ltd.</w:t>
      </w:r>
    </w:p>
    <w:p>
      <w:pPr>
        <w:spacing w:after="80"/>
      </w:pPr>
      <w:r>
        <w:rPr>
          <w:b w:val="0"/>
          <w:i w:val="0"/>
        </w:rPr>
        <w:t>Grosvenor House</w:t>
      </w:r>
    </w:p>
    <w:p>
      <w:pPr>
        <w:spacing w:after="80"/>
      </w:pPr>
      <w:r>
        <w:rPr>
          <w:b w:val="0"/>
          <w:i w:val="0"/>
        </w:rPr>
        <w:t>11 St Paul's Square</w:t>
      </w:r>
    </w:p>
    <w:p>
      <w:pPr>
        <w:spacing w:after="80"/>
      </w:pPr>
      <w:r>
        <w:rPr>
          <w:b w:val="0"/>
          <w:i w:val="0"/>
        </w:rPr>
        <w:t>Birmingham</w:t>
      </w:r>
    </w:p>
    <w:p>
      <w:pPr>
        <w:spacing w:after="80"/>
      </w:pPr>
      <w:r>
        <w:rPr>
          <w:b w:val="0"/>
          <w:i w:val="0"/>
        </w:rPr>
        <w:t>B3 1RB, UK.</w:t>
      </w:r>
    </w:p>
    <w:p>
      <w:pPr>
        <w:spacing w:after="80"/>
      </w:pPr>
      <w:r>
        <w:rPr>
          <w:b w:val="0"/>
          <w:i w:val="0"/>
        </w:rPr>
        <w:t>ISBN 978-1-80670-289-3</w:t>
      </w:r>
    </w:p>
    <w:p>
      <w:pPr>
        <w:spacing w:after="80"/>
      </w:pPr>
      <w:r>
        <w:rPr>
          <w:rFonts w:ascii="Consolas" w:hAnsi="Consolas"/>
          <w:b w:val="0"/>
          <w:i w:val="0"/>
          <w:sz w:val="20"/>
        </w:rPr>
        <w:br/>
        <w:br/>
        <w:t xml:space="preserve">        www.packtpub.com</w:t>
        <w:br/>
        <w:t xml:space="preserve">       </w:t>
        <w:br/>
      </w:r>
    </w:p>
    <w:p>
      <w:pPr>
        <w:spacing w:after="80"/>
      </w:pPr>
      <w:r>
        <w:rPr>
          <w:b w:val="0"/>
          <w:i w:val="0"/>
        </w:rPr>
        <w:t>Dành tặng ông nội tôi, Joaquín, người đã dạy tôi rằng viết một cuốn sách khó khăn và đáng giá đến nhường nào</w:t>
      </w:r>
    </w:p>
    <w:p>
      <w:pPr>
        <w:spacing w:after="80"/>
      </w:pPr>
      <w:r>
        <w:rPr>
          <w:b w:val="0"/>
          <w:i w:val="0"/>
        </w:rPr>
        <w:t>– Jaime Buelta</w:t>
      </w:r>
    </w:p>
    <w:p>
      <w:pPr>
        <w:pStyle w:val="Heading1"/>
      </w:pPr>
      <w:r>
        <w:rPr>
          <w:rFonts w:ascii="Calibri" w:hAnsi="Calibri"/>
          <w:b/>
          <w:i w:val="0"/>
          <w:sz w:val="40"/>
        </w:rPr>
        <w:t>Những người đóng góp</w:t>
      </w:r>
    </w:p>
    <w:p>
      <w:pPr>
        <w:pStyle w:val="Heading2"/>
      </w:pPr>
      <w:r>
        <w:rPr>
          <w:rFonts w:ascii="Calibri" w:hAnsi="Calibri"/>
          <w:b/>
          <w:i w:val="0"/>
          <w:sz w:val="32"/>
        </w:rPr>
        <w:t>Về tác giả</w:t>
      </w:r>
    </w:p>
    <w:p>
      <w:pPr>
        <w:spacing w:after="80"/>
      </w:pPr>
      <w:r>
        <w:rPr>
          <w:b w:val="0"/>
          <w:i w:val="0"/>
        </w:rPr>
        <w:t xml:space="preserve">Jaime Buelta đã là một lập trình viên chuyên nghiệp hơn hai thập kỷ, với phần lớn thời gian đó làm việc với Python. Sự nghiệp của ông trải dài qua nhiều ngành công nghiệp khác nhau, bao gồm hàng không vũ trụ, mạng máy tính, hệ thống công nghiệp, dịch vụ trực tuyến cho video game, tài chính, an ninh mạng và AI. Trong những vai trò này, ông đã làm việc chặt chẽ với các lĩnh vực phi kỹ thuật như marketing, quản lý, kinh doanh và thiết kế game. Là người ủng hộ nhiệt thành việc tự động hóa mọi thứ, để máy tính hoặc AI đảm nhận phần việc nặng nhọc và con người có thể tập trung vào điều thực sự khiến họ trở nên khác biệt, ông là tác giả của nhiều cuốn sách từ năm 2018, bao gồm cuốn này, </w:t>
      </w:r>
      <w:r>
        <w:rPr>
          <w:b w:val="0"/>
          <w:i/>
        </w:rPr>
        <w:t xml:space="preserve"> Hands-On Docker for Microservices with Python </w:t>
      </w:r>
      <w:r>
        <w:rPr>
          <w:b w:val="0"/>
          <w:i w:val="0"/>
        </w:rPr>
        <w:t xml:space="preserve"> , và </w:t>
      </w:r>
      <w:r>
        <w:rPr>
          <w:b w:val="0"/>
          <w:i/>
        </w:rPr>
        <w:t xml:space="preserve"> Python Architecture Patterns </w:t>
      </w:r>
      <w:r>
        <w:rPr>
          <w:b w:val="0"/>
          <w:i w:val="0"/>
        </w:rPr>
        <w:t xml:space="preserve"> . Hiện ông sống ở Dublin, Ireland, nơi ông làm việc với vai trò Kỹ sư Phần mềm Chính và là người tham gia lâu năm tại PyCon Ireland.</w:t>
      </w:r>
    </w:p>
    <w:p>
      <w:pPr>
        <w:spacing w:after="80"/>
      </w:pPr>
      <w:r>
        <w:rPr>
          <w:b w:val="0"/>
          <w:i w:val="0"/>
        </w:rPr>
        <w:t>Viết một cuốn sách không hề là công việc đơn độc. Tôi muốn cảm ơn các nhà phê bình và đội ngũ tại Packt, những nhận xét và phản hồi của họ đã cải thiện rất nhiều cho ấn bản mới này. Tôi cũng muốn cảm ơn toàn thể cộng đồng lập trình viên Python, một cộng đồng vô cùng thân thiện và hỗ trợ, đã tạo ra ngôn ngữ lập trình tốt nhất toàn diện. Nhưng quan trọng nhất, tôi không thể hoàn thành được nếu không có sự ủng hộ và kiên nhẫn của người vợ yêu quý của tôi, Dana.</w:t>
      </w:r>
    </w:p>
    <w:p>
      <w:pPr>
        <w:pStyle w:val="Heading2"/>
      </w:pPr>
      <w:r>
        <w:rPr>
          <w:rFonts w:ascii="Calibri" w:hAnsi="Calibri"/>
          <w:b/>
          <w:i w:val="0"/>
          <w:sz w:val="32"/>
        </w:rPr>
        <w:t>Giới thiệu về các nhà phê bình</w:t>
      </w:r>
    </w:p>
    <w:p>
      <w:pPr>
        <w:spacing w:after="80"/>
      </w:pPr>
      <w:r>
        <w:rPr>
          <w:b w:val="0"/>
          <w:i w:val="0"/>
        </w:rPr>
        <w:t>Miklós Prisznyák là một kỹ sư phần mềm có nền tảng nghiên cứu và là doanh nhân công nghệ sống tại Edinburgh. Xuất thân là nhà vật lý, ông có hơn hai mươi năm kinh nghiệm trong lĩnh vực tài chính, truyền thông và tính toán khoa học. Kể từ khi chuyển đến Vương quốc Anh vào năm 2018, ông đã làm việc với vai trò lập trình viên Python cấp cao cho các tổ chức lớn: vai trò đầu tiên tại Cambridge ở một công ty kỹ thuật, vài năm tại Glasgow ở JP Morgan Chase, làm việc từ xa trên các hệ thống giao dịch cho Bank of America, và xây dựng backend serverless trên AWS cho Sky ở Edinburgh.</w:t>
      </w:r>
    </w:p>
    <w:p>
      <w:pPr>
        <w:spacing w:after="80"/>
      </w:pPr>
      <w:r>
        <w:rPr>
          <w:b w:val="0"/>
          <w:i w:val="0"/>
        </w:rPr>
        <w:t>Gần đây hơn, trọng tâm của ông đã chuyển sang AI. Ông đã làm việc với Cơ quan Quản lý Truyền thông Tanzania để xây dựng năng lực Big Data. Ông đã tư vấn cho một khách hàng khu vực công ở Tanzania và giúp CRDB, ngân hàng thương mại lớn nhất Tanzania, đối chiếu hàng ngày hơn 2 triệu USD giao dịch ATM và dự báo tiền mặt. Ông là đồng sáng lập và CEO của ADB Technology, công ty xây dựng công nghệ AI chủ quyền cho các chính phủ và doanh nghiệp châu Phi, bao gồm nền tảng phân tích truyền thông AISee, các tác nhân thoại song ngữ tiếng Anh và tiếng Swahili, và AI lâm sàng; ông cũng đồng sáng lập Voith AI, công ty xây dựng trợ lý lâm sàng AI.</w:t>
      </w:r>
    </w:p>
    <w:p>
      <w:pPr>
        <w:spacing w:after="80"/>
      </w:pPr>
      <w:r>
        <w:rPr>
          <w:b w:val="0"/>
          <w:i w:val="0"/>
        </w:rPr>
        <w:t>Miklós thích đi du lịch và đọc sách, ông quan tâm đến khoa học, toán học, ngôn ngữ học, lịch sử, chính trị, cờ vua và cờ vây (trò chơi bàn cờ). Ông vẫn đọc vật lý để giải trí và thích một tách cà phê ngon. Trên hết, ông trân trọng thời gian bên con trai Zsombor, người đang học Khoa học Máy tính ở Edinburgh.</w:t>
      </w:r>
    </w:p>
    <w:p>
      <w:pPr>
        <w:spacing w:after="80"/>
      </w:pPr>
      <w:r>
        <w:rPr>
          <w:b w:val="0"/>
          <w:i w:val="0"/>
        </w:rPr>
        <w:t>Ricardo Bánffy là một kỹ sư phần mềm và kiến trúc sư sống tại Dublin, Ireland, với hơn 25 năm xây dựng mọi thứ bằng Python và một danh sách dài các ngôn ngữ khác được học dọc đường. Ông làm việc với vai trò kỹ sư cấp cao và lãnh đạo kỹ thuật, xử lý các nền tảng đám mây và tự động hóa quy trình làm việc để giúp các đội phát hành mã sạch nhanh hơn. Ông đã đóng góp cho các dự án mã nguồn mở như Debian, Fedora, Sysdig và tmux. Ông cũng tạo ra 3270font, một phiên bản của kiểu chữ terminal IBM cổ điển dành cho máy tính hiện đại. Khi không tự động hóa thứ gì đó, ông thường hồi sinh một chiếc máy tính cũ trở lại hoạt động.</w:t>
      </w:r>
    </w:p>
    <w:p>
      <w:pPr>
        <w:pStyle w:val="Heading1"/>
      </w:pPr>
      <w:r>
        <w:rPr>
          <w:rFonts w:ascii="Calibri" w:hAnsi="Calibri"/>
          <w:b/>
          <w:i w:val="0"/>
          <w:sz w:val="40"/>
        </w:rPr>
        <w:t>Mục lục</w:t>
      </w:r>
    </w:p>
    <w:p>
      <w:pPr>
        <w:spacing w:after="80"/>
      </w:pPr>
      <w:r>
        <w:rPr>
          <w:b w:val="0"/>
          <w:i/>
        </w:rPr>
        <w:t xml:space="preserve"> Lời nói đầu </w:t>
      </w:r>
    </w:p>
    <w:p>
      <w:pPr>
        <w:spacing w:after="80"/>
      </w:pPr>
      <w:r>
        <w:rPr>
          <w:b w:val="0"/>
          <w:i/>
        </w:rPr>
        <w:t xml:space="preserve"> Ưu đãi miễn phí khi mua sách </w:t>
      </w:r>
    </w:p>
    <w:p>
      <w:pPr>
        <w:spacing w:after="80"/>
      </w:pPr>
      <w:r>
        <w:rPr>
          <w:b w:val="0"/>
          <w:i/>
        </w:rPr>
        <w:t xml:space="preserve"> Chương 1: Hãy bắt đầu hành trình tự động hóa của chúng ta </w:t>
      </w:r>
    </w:p>
    <w:p>
      <w:pPr>
        <w:spacing w:after="80"/>
      </w:pPr>
      <w:r>
        <w:rPr>
          <w:b w:val="0"/>
          <w:i/>
        </w:rPr>
        <w:t xml:space="preserve"> Yêu cầu kỹ thuật </w:t>
      </w:r>
    </w:p>
    <w:p>
      <w:pPr>
        <w:spacing w:after="80"/>
      </w:pPr>
      <w:r>
        <w:rPr>
          <w:b w:val="0"/>
          <w:i/>
        </w:rPr>
        <w:t xml:space="preserve"> Vấn đề hiển nhiên: lập trình theo cảm hứng (vibe coding) </w:t>
      </w:r>
    </w:p>
    <w:p>
      <w:pPr>
        <w:spacing w:after="80"/>
      </w:pPr>
      <w:r>
        <w:rPr>
          <w:b w:val="0"/>
          <w:i/>
        </w:rPr>
        <w:t xml:space="preserve"> Làm việc với nhiều phiên bản Python và môi trường ảo thông qua uv </w:t>
      </w:r>
    </w:p>
    <w:p>
      <w:pPr>
        <w:spacing w:after="80"/>
      </w:pPr>
      <w:r>
        <w:rPr>
          <w:b w:val="0"/>
          <w:i/>
        </w:rPr>
        <w:t xml:space="preserve"> Còn nhiều điều khác </w:t>
      </w:r>
      <w:r>
        <w:rPr>
          <w:b w:val="0"/>
          <w:i w:val="0"/>
        </w:rPr>
        <w:t xml:space="preserve"> •</w:t>
      </w:r>
    </w:p>
    <w:p>
      <w:pPr>
        <w:spacing w:after="80"/>
      </w:pPr>
      <w:r>
        <w:rPr>
          <w:b w:val="0"/>
          <w:i/>
        </w:rPr>
        <w:t xml:space="preserve"> Cài đặt các gói bên thứ ba </w:t>
      </w:r>
    </w:p>
    <w:p>
      <w:pPr>
        <w:spacing w:after="80"/>
      </w:pPr>
      <w:r>
        <w:rPr>
          <w:b w:val="0"/>
          <w:i/>
        </w:rPr>
        <w:t xml:space="preserve"> Tạo chuỗi với các giá trị được định dạng </w:t>
      </w:r>
    </w:p>
    <w:p>
      <w:pPr>
        <w:spacing w:after="80"/>
      </w:pPr>
      <w:r>
        <w:rPr>
          <w:b w:val="0"/>
          <w:i/>
        </w:rPr>
        <w:t xml:space="preserve"> Thao tác với chuỗi </w:t>
      </w:r>
    </w:p>
    <w:p>
      <w:pPr>
        <w:spacing w:after="80"/>
      </w:pPr>
      <w:r>
        <w:rPr>
          <w:b w:val="0"/>
          <w:i/>
        </w:rPr>
        <w:t xml:space="preserve"> Trích xuất dữ liệu từ chuỗi có cấu trúc </w:t>
      </w:r>
    </w:p>
    <w:p>
      <w:pPr>
        <w:spacing w:after="80"/>
      </w:pPr>
      <w:r>
        <w:rPr>
          <w:b w:val="0"/>
          <w:i/>
        </w:rPr>
        <w:t xml:space="preserve"> Sử dụng công cụ bên thứ ba—parse </w:t>
      </w:r>
    </w:p>
    <w:p>
      <w:pPr>
        <w:spacing w:after="80"/>
      </w:pPr>
      <w:r>
        <w:rPr>
          <w:b w:val="0"/>
          <w:i/>
        </w:rPr>
        <w:t xml:space="preserve"> Giới thiệu về biểu thức chính quy </w:t>
      </w:r>
    </w:p>
    <w:p>
      <w:pPr>
        <w:spacing w:after="80"/>
      </w:pPr>
      <w:r>
        <w:rPr>
          <w:b w:val="0"/>
          <w:i/>
        </w:rPr>
        <w:t xml:space="preserve"> Đi sâu hơn vào biểu thức chính quy </w:t>
      </w:r>
    </w:p>
    <w:p>
      <w:pPr>
        <w:spacing w:after="80"/>
      </w:pPr>
      <w:r>
        <w:rPr>
          <w:b w:val="0"/>
          <w:i/>
        </w:rPr>
        <w:t xml:space="preserve"> Thêm đối số dòng lệnh </w:t>
      </w:r>
    </w:p>
    <w:p>
      <w:pPr>
        <w:spacing w:after="80"/>
      </w:pPr>
      <w:r>
        <w:rPr>
          <w:b w:val="0"/>
          <w:i/>
        </w:rPr>
        <w:t xml:space="preserve"> Chương 2: Tự động hóa tác vụ thật dễ dàng </w:t>
      </w:r>
    </w:p>
    <w:p>
      <w:pPr>
        <w:spacing w:after="80"/>
      </w:pPr>
      <w:r>
        <w:rPr>
          <w:b w:val="0"/>
          <w:i/>
        </w:rPr>
        <w:t xml:space="preserve"> Yêu cầu kỹ thuật </w:t>
      </w:r>
    </w:p>
    <w:p>
      <w:pPr>
        <w:spacing w:after="80"/>
      </w:pPr>
      <w:r>
        <w:rPr>
          <w:b w:val="0"/>
          <w:i/>
        </w:rPr>
        <w:t xml:space="preserve"> Chuẩn bị một tác vụ </w:t>
      </w:r>
    </w:p>
    <w:p>
      <w:pPr>
        <w:spacing w:after="80"/>
      </w:pPr>
      <w:r>
        <w:rPr>
          <w:b w:val="0"/>
          <w:i/>
        </w:rPr>
        <w:t xml:space="preserve"> Thiết lập một cron job </w:t>
      </w:r>
    </w:p>
    <w:p>
      <w:pPr>
        <w:spacing w:after="80"/>
      </w:pPr>
      <w:r>
        <w:rPr>
          <w:b w:val="0"/>
          <w:i/>
        </w:rPr>
        <w:t xml:space="preserve"> Ghi lại lỗi và vấn đề </w:t>
      </w:r>
    </w:p>
    <w:p>
      <w:pPr>
        <w:spacing w:after="80"/>
      </w:pPr>
      <w:r>
        <w:rPr>
          <w:b w:val="0"/>
          <w:i/>
        </w:rPr>
        <w:t xml:space="preserve"> Gửi thông báo email </w:t>
      </w:r>
    </w:p>
    <w:p>
      <w:pPr>
        <w:spacing w:after="80"/>
      </w:pPr>
      <w:r>
        <w:rPr>
          <w:b w:val="0"/>
          <w:i/>
        </w:rPr>
        <w:t xml:space="preserve"> Chương 3: Xây dựng ứng dụng thu thập dữ liệu web đầu tiên của bạn </w:t>
      </w:r>
    </w:p>
    <w:p>
      <w:pPr>
        <w:spacing w:after="80"/>
      </w:pPr>
      <w:r>
        <w:rPr>
          <w:b w:val="0"/>
          <w:i/>
        </w:rPr>
        <w:t xml:space="preserve"> Yêu cầu kỹ thuật </w:t>
      </w:r>
    </w:p>
    <w:p>
      <w:pPr>
        <w:spacing w:after="80"/>
      </w:pPr>
      <w:r>
        <w:rPr>
          <w:b w:val="0"/>
          <w:i/>
        </w:rPr>
        <w:t xml:space="preserve"> Tải xuống các trang web </w:t>
      </w:r>
    </w:p>
    <w:p>
      <w:pPr>
        <w:spacing w:after="80"/>
      </w:pPr>
      <w:r>
        <w:rPr>
          <w:b w:val="0"/>
          <w:i/>
        </w:rPr>
        <w:t xml:space="preserve"> Phân tích cú pháp HTML </w:t>
      </w:r>
    </w:p>
    <w:p>
      <w:pPr>
        <w:spacing w:after="80"/>
      </w:pPr>
      <w:r>
        <w:rPr>
          <w:b w:val="0"/>
          <w:i/>
        </w:rPr>
        <w:t xml:space="preserve"> Thu thập dữ liệu từ web </w:t>
      </w:r>
    </w:p>
    <w:p>
      <w:pPr>
        <w:spacing w:after="80"/>
      </w:pPr>
      <w:r>
        <w:rPr>
          <w:b w:val="0"/>
          <w:i/>
        </w:rPr>
        <w:t xml:space="preserve"> Đăng ký nhận nguồn cấp dữ liệu </w:t>
      </w:r>
    </w:p>
    <w:p>
      <w:pPr>
        <w:spacing w:after="80"/>
      </w:pPr>
      <w:r>
        <w:rPr>
          <w:b w:val="0"/>
          <w:i/>
        </w:rPr>
        <w:t xml:space="preserve"> Truy cập các web API </w:t>
      </w:r>
    </w:p>
    <w:p>
      <w:pPr>
        <w:spacing w:after="80"/>
      </w:pPr>
      <w:r>
        <w:rPr>
          <w:b w:val="0"/>
          <w:i/>
        </w:rPr>
        <w:t xml:space="preserve"> Tương tác với biểu mẫu </w:t>
      </w:r>
    </w:p>
    <w:p>
      <w:pPr>
        <w:spacing w:after="80"/>
      </w:pPr>
      <w:r>
        <w:rPr>
          <w:b w:val="0"/>
          <w:i/>
        </w:rPr>
        <w:t xml:space="preserve"> Sử dụng Playwright để tương tác nâng cao </w:t>
      </w:r>
    </w:p>
    <w:p>
      <w:pPr>
        <w:spacing w:after="80"/>
      </w:pPr>
      <w:r>
        <w:rPr>
          <w:b w:val="0"/>
          <w:i/>
        </w:rPr>
        <w:t xml:space="preserve"> Truy cập các trang được bảo vệ bằng mật khẩu với xác thực cơ bản </w:t>
      </w:r>
    </w:p>
    <w:p>
      <w:pPr>
        <w:spacing w:after="80"/>
      </w:pPr>
      <w:r>
        <w:rPr>
          <w:b w:val="0"/>
          <w:i/>
        </w:rPr>
        <w:t xml:space="preserve"> Truy cập các trang web bằng cookie trình duyệt </w:t>
      </w:r>
    </w:p>
    <w:p>
      <w:pPr>
        <w:spacing w:after="80"/>
      </w:pPr>
      <w:r>
        <w:rPr>
          <w:b w:val="0"/>
          <w:i/>
        </w:rPr>
        <w:t xml:space="preserve"> Còn nhiều điều khác... </w:t>
      </w:r>
      <w:r>
        <w:rPr>
          <w:b w:val="0"/>
          <w:i w:val="0"/>
        </w:rPr>
        <w:t xml:space="preserve"> •</w:t>
      </w:r>
    </w:p>
    <w:p>
      <w:pPr>
        <w:spacing w:after="80"/>
      </w:pPr>
      <w:r>
        <w:rPr>
          <w:b w:val="0"/>
          <w:i/>
        </w:rPr>
        <w:t xml:space="preserve"> Tăng tốc thu thập dữ liệu web </w:t>
      </w:r>
    </w:p>
    <w:p>
      <w:pPr>
        <w:spacing w:after="80"/>
      </w:pPr>
      <w:r>
        <w:rPr>
          <w:b w:val="0"/>
          <w:i/>
        </w:rPr>
        <w:t xml:space="preserve"> Chương 4: Tìm kiếm và đọc các tệp cục bộ </w:t>
      </w:r>
    </w:p>
    <w:p>
      <w:pPr>
        <w:spacing w:after="80"/>
      </w:pPr>
      <w:r>
        <w:rPr>
          <w:b w:val="0"/>
          <w:i/>
        </w:rPr>
        <w:t xml:space="preserve"> Yêu cầu kỹ thuật </w:t>
      </w:r>
    </w:p>
    <w:p>
      <w:pPr>
        <w:spacing w:after="80"/>
      </w:pPr>
      <w:r>
        <w:rPr>
          <w:b w:val="0"/>
          <w:i/>
        </w:rPr>
        <w:t xml:space="preserve"> Thu thập và tìm kiếm trong thư mục </w:t>
      </w:r>
    </w:p>
    <w:p>
      <w:pPr>
        <w:spacing w:after="80"/>
      </w:pPr>
      <w:r>
        <w:rPr>
          <w:b w:val="0"/>
          <w:i/>
        </w:rPr>
        <w:t xml:space="preserve"> Đọc các tệp văn bản </w:t>
      </w:r>
    </w:p>
    <w:p>
      <w:pPr>
        <w:spacing w:after="80"/>
      </w:pPr>
      <w:r>
        <w:rPr>
          <w:b w:val="0"/>
          <w:i/>
        </w:rPr>
        <w:t xml:space="preserve"> Xử lý vấn đề mã hóa </w:t>
      </w:r>
    </w:p>
    <w:p>
      <w:pPr>
        <w:spacing w:after="80"/>
      </w:pPr>
      <w:r>
        <w:rPr>
          <w:b w:val="0"/>
          <w:i/>
        </w:rPr>
        <w:t xml:space="preserve"> Đọc các tệp CSV </w:t>
      </w:r>
    </w:p>
    <w:p>
      <w:pPr>
        <w:spacing w:after="80"/>
      </w:pPr>
      <w:r>
        <w:rPr>
          <w:b w:val="0"/>
          <w:i/>
        </w:rPr>
        <w:t xml:space="preserve"> Đọc tệp nhật ký </w:t>
      </w:r>
    </w:p>
    <w:p>
      <w:pPr>
        <w:spacing w:after="80"/>
      </w:pPr>
      <w:r>
        <w:rPr>
          <w:b w:val="0"/>
          <w:i/>
        </w:rPr>
        <w:t xml:space="preserve"> Đọc siêu dữ liệu tệp </w:t>
      </w:r>
    </w:p>
    <w:p>
      <w:pPr>
        <w:spacing w:after="80"/>
      </w:pPr>
      <w:r>
        <w:rPr>
          <w:b w:val="0"/>
          <w:i/>
        </w:rPr>
        <w:t xml:space="preserve"> Đọc hình ảnh </w:t>
      </w:r>
    </w:p>
    <w:p>
      <w:pPr>
        <w:spacing w:after="80"/>
      </w:pPr>
      <w:r>
        <w:rPr>
          <w:b w:val="0"/>
          <w:i/>
        </w:rPr>
        <w:t xml:space="preserve"> Đọc tệp PDF </w:t>
      </w:r>
    </w:p>
    <w:p>
      <w:pPr>
        <w:spacing w:after="80"/>
      </w:pPr>
      <w:r>
        <w:rPr>
          <w:b w:val="0"/>
          <w:i/>
        </w:rPr>
        <w:t xml:space="preserve"> Đọc tài liệu Word </w:t>
      </w:r>
    </w:p>
    <w:p>
      <w:pPr>
        <w:spacing w:after="80"/>
      </w:pPr>
      <w:r>
        <w:rPr>
          <w:b w:val="0"/>
          <w:i/>
        </w:rPr>
        <w:t xml:space="preserve"> Quét tài liệu để tìm từ khóa </w:t>
      </w:r>
    </w:p>
    <w:p>
      <w:pPr>
        <w:spacing w:after="80"/>
      </w:pPr>
      <w:r>
        <w:rPr>
          <w:b w:val="0"/>
          <w:i/>
        </w:rPr>
        <w:t xml:space="preserve"> Chương 5: Tạo báo cáo tuyệt vời </w:t>
      </w:r>
    </w:p>
    <w:p>
      <w:pPr>
        <w:spacing w:after="80"/>
      </w:pPr>
      <w:r>
        <w:rPr>
          <w:b w:val="0"/>
          <w:i/>
        </w:rPr>
        <w:t xml:space="preserve"> Yêu cầu kỹ thuật </w:t>
      </w:r>
    </w:p>
    <w:p>
      <w:pPr>
        <w:spacing w:after="80"/>
      </w:pPr>
      <w:r>
        <w:rPr>
          <w:b w:val="0"/>
          <w:i/>
        </w:rPr>
        <w:t xml:space="preserve"> Tạo một báo cáo đơn giản dưới dạng văn bản thuần </w:t>
      </w:r>
    </w:p>
    <w:p>
      <w:pPr>
        <w:spacing w:after="80"/>
      </w:pPr>
      <w:r>
        <w:rPr>
          <w:b w:val="0"/>
          <w:i/>
        </w:rPr>
        <w:t xml:space="preserve"> Sử dụng mẫu cho báo cáo </w:t>
      </w:r>
    </w:p>
    <w:p>
      <w:pPr>
        <w:spacing w:after="80"/>
      </w:pPr>
      <w:r>
        <w:rPr>
          <w:b w:val="0"/>
          <w:i/>
        </w:rPr>
        <w:t xml:space="preserve"> Định dạng văn bản trong Markdown </w:t>
      </w:r>
    </w:p>
    <w:p>
      <w:pPr>
        <w:spacing w:after="80"/>
      </w:pPr>
      <w:r>
        <w:rPr>
          <w:b w:val="0"/>
          <w:i/>
        </w:rPr>
        <w:t xml:space="preserve"> Viết một tài liệu Word cơ bản </w:t>
      </w:r>
    </w:p>
    <w:p>
      <w:pPr>
        <w:spacing w:after="80"/>
      </w:pPr>
      <w:r>
        <w:rPr>
          <w:b w:val="0"/>
          <w:i/>
        </w:rPr>
        <w:t xml:space="preserve"> Tạo kiểu cho tài liệu Word </w:t>
      </w:r>
    </w:p>
    <w:p>
      <w:pPr>
        <w:spacing w:after="80"/>
      </w:pPr>
      <w:r>
        <w:rPr>
          <w:b w:val="0"/>
          <w:i/>
        </w:rPr>
        <w:t xml:space="preserve"> Tạo cấu trúc trong tài liệu Word </w:t>
      </w:r>
    </w:p>
    <w:p>
      <w:pPr>
        <w:spacing w:after="80"/>
      </w:pPr>
      <w:r>
        <w:rPr>
          <w:b w:val="0"/>
          <w:i/>
        </w:rPr>
        <w:t xml:space="preserve"> Thêm hình ảnh vào tài liệu Word </w:t>
      </w:r>
    </w:p>
    <w:p>
      <w:pPr>
        <w:spacing w:after="80"/>
      </w:pPr>
      <w:r>
        <w:rPr>
          <w:b w:val="0"/>
          <w:i/>
        </w:rPr>
        <w:t xml:space="preserve"> Viết một tài liệu PDF đơn giản </w:t>
      </w:r>
    </w:p>
    <w:p>
      <w:pPr>
        <w:spacing w:after="80"/>
      </w:pPr>
      <w:r>
        <w:rPr>
          <w:b w:val="0"/>
          <w:i/>
        </w:rPr>
        <w:t xml:space="preserve"> Cấu trúc một tệp PDF </w:t>
      </w:r>
    </w:p>
    <w:p>
      <w:pPr>
        <w:spacing w:after="80"/>
      </w:pPr>
      <w:r>
        <w:rPr>
          <w:b w:val="0"/>
          <w:i/>
        </w:rPr>
        <w:t xml:space="preserve"> Tổng hợp các báo cáo PDF </w:t>
      </w:r>
    </w:p>
    <w:p>
      <w:pPr>
        <w:spacing w:after="80"/>
      </w:pPr>
      <w:r>
        <w:rPr>
          <w:b w:val="0"/>
          <w:i/>
        </w:rPr>
        <w:t xml:space="preserve"> Gắn watermark và mã hóa tệp PDF </w:t>
      </w:r>
    </w:p>
    <w:p>
      <w:pPr>
        <w:spacing w:after="80"/>
      </w:pPr>
      <w:r>
        <w:rPr>
          <w:b w:val="0"/>
          <w:i/>
        </w:rPr>
        <w:t xml:space="preserve"> Chương 6: Vui cùng bảng tính </w:t>
      </w:r>
    </w:p>
    <w:p>
      <w:pPr>
        <w:spacing w:after="80"/>
      </w:pPr>
      <w:r>
        <w:rPr>
          <w:b w:val="0"/>
          <w:i/>
        </w:rPr>
        <w:t xml:space="preserve"> Yêu cầu kỹ thuật </w:t>
      </w:r>
    </w:p>
    <w:p>
      <w:pPr>
        <w:spacing w:after="80"/>
      </w:pPr>
      <w:r>
        <w:rPr>
          <w:b w:val="0"/>
          <w:i/>
        </w:rPr>
        <w:t xml:space="preserve"> Ghi tệp CSV </w:t>
      </w:r>
    </w:p>
    <w:p>
      <w:pPr>
        <w:spacing w:after="80"/>
      </w:pPr>
      <w:r>
        <w:rPr>
          <w:b w:val="0"/>
          <w:i/>
        </w:rPr>
        <w:t xml:space="preserve"> Cập nhật tệp CSV </w:t>
      </w:r>
    </w:p>
    <w:p>
      <w:pPr>
        <w:spacing w:after="80"/>
      </w:pPr>
      <w:r>
        <w:rPr>
          <w:b w:val="0"/>
          <w:i/>
        </w:rPr>
        <w:t xml:space="preserve"> Đọc bảng tính Excel </w:t>
      </w:r>
    </w:p>
    <w:p>
      <w:pPr>
        <w:spacing w:after="80"/>
      </w:pPr>
      <w:r>
        <w:rPr>
          <w:b w:val="0"/>
          <w:i/>
        </w:rPr>
        <w:t xml:space="preserve"> Cập nhật bảng tính Excel </w:t>
      </w:r>
    </w:p>
    <w:p>
      <w:pPr>
        <w:spacing w:after="80"/>
      </w:pPr>
      <w:r>
        <w:rPr>
          <w:b w:val="0"/>
          <w:i/>
        </w:rPr>
        <w:t xml:space="preserve"> Tạo trang tính mới trong bảng tính Excel </w:t>
      </w:r>
    </w:p>
    <w:p>
      <w:pPr>
        <w:spacing w:after="80"/>
      </w:pPr>
      <w:r>
        <w:rPr>
          <w:b w:val="0"/>
          <w:i/>
        </w:rPr>
        <w:t xml:space="preserve"> Tạo biểu đồ trong Excel </w:t>
      </w:r>
    </w:p>
    <w:p>
      <w:pPr>
        <w:spacing w:after="80"/>
      </w:pPr>
      <w:r>
        <w:rPr>
          <w:b w:val="0"/>
          <w:i/>
        </w:rPr>
        <w:t xml:space="preserve"> Làm việc với định dạng ô trong Excel </w:t>
      </w:r>
    </w:p>
    <w:p>
      <w:pPr>
        <w:spacing w:after="80"/>
      </w:pPr>
      <w:r>
        <w:rPr>
          <w:b w:val="0"/>
          <w:i/>
        </w:rPr>
        <w:t xml:space="preserve"> Dùng Python trong Excel </w:t>
      </w:r>
    </w:p>
    <w:p>
      <w:pPr>
        <w:spacing w:after="80"/>
      </w:pPr>
      <w:r>
        <w:rPr>
          <w:b w:val="0"/>
          <w:i/>
        </w:rPr>
        <w:t xml:space="preserve"> Chương 7: Làm sạch và xử lý dữ liệu </w:t>
      </w:r>
    </w:p>
    <w:p>
      <w:pPr>
        <w:spacing w:after="80"/>
      </w:pPr>
      <w:r>
        <w:rPr>
          <w:b w:val="0"/>
          <w:i/>
        </w:rPr>
        <w:t xml:space="preserve"> Yêu cầu kỹ thuật </w:t>
      </w:r>
    </w:p>
    <w:p>
      <w:pPr>
        <w:spacing w:after="80"/>
      </w:pPr>
      <w:r>
        <w:rPr>
          <w:b w:val="0"/>
          <w:i/>
        </w:rPr>
        <w:t xml:space="preserve"> Chuẩn bị một bảng tính CSV </w:t>
      </w:r>
    </w:p>
    <w:p>
      <w:pPr>
        <w:spacing w:after="80"/>
      </w:pPr>
      <w:r>
        <w:rPr>
          <w:b w:val="0"/>
          <w:i/>
        </w:rPr>
        <w:t xml:space="preserve"> Thêm đơn vị tiền tệ dựa trên vị trí </w:t>
      </w:r>
    </w:p>
    <w:p>
      <w:pPr>
        <w:spacing w:after="80"/>
      </w:pPr>
      <w:r>
        <w:rPr>
          <w:b w:val="0"/>
          <w:i/>
        </w:rPr>
        <w:t xml:space="preserve"> Chuẩn hóa định dạng ngày tháng </w:t>
      </w:r>
    </w:p>
    <w:p>
      <w:pPr>
        <w:spacing w:after="80"/>
      </w:pPr>
      <w:r>
        <w:rPr>
          <w:b w:val="0"/>
          <w:i/>
        </w:rPr>
        <w:t xml:space="preserve"> Chuyển đổi và kiểm tra dữ liệu trong JSON </w:t>
      </w:r>
    </w:p>
    <w:p>
      <w:pPr>
        <w:spacing w:after="80"/>
      </w:pPr>
      <w:r>
        <w:rPr>
          <w:b w:val="0"/>
          <w:i/>
        </w:rPr>
        <w:t xml:space="preserve"> Tổng hợp kết quả </w:t>
      </w:r>
    </w:p>
    <w:p>
      <w:pPr>
        <w:spacing w:after="80"/>
      </w:pPr>
      <w:r>
        <w:rPr>
          <w:b w:val="0"/>
          <w:i/>
        </w:rPr>
        <w:t xml:space="preserve"> Xử lý dữ liệu song song </w:t>
      </w:r>
    </w:p>
    <w:p>
      <w:pPr>
        <w:spacing w:after="80"/>
      </w:pPr>
      <w:r>
        <w:rPr>
          <w:b w:val="0"/>
          <w:i/>
        </w:rPr>
        <w:t xml:space="preserve"> Xử lý dữ liệu với Pandas </w:t>
      </w:r>
    </w:p>
    <w:p>
      <w:pPr>
        <w:spacing w:after="80"/>
      </w:pPr>
      <w:r>
        <w:rPr>
          <w:b w:val="0"/>
          <w:i/>
        </w:rPr>
        <w:t xml:space="preserve"> Chương 8: Tạo những biểu đồ ấn tượng </w:t>
      </w:r>
    </w:p>
    <w:p>
      <w:pPr>
        <w:spacing w:after="80"/>
      </w:pPr>
      <w:r>
        <w:rPr>
          <w:b w:val="0"/>
          <w:i/>
        </w:rPr>
        <w:t xml:space="preserve"> Yêu cầu kỹ thuật </w:t>
      </w:r>
    </w:p>
    <w:p>
      <w:pPr>
        <w:spacing w:after="80"/>
      </w:pPr>
      <w:r>
        <w:rPr>
          <w:b w:val="0"/>
          <w:i/>
        </w:rPr>
        <w:t xml:space="preserve"> Vẽ một biểu đồ doanh số đơn giản </w:t>
      </w:r>
    </w:p>
    <w:p>
      <w:pPr>
        <w:spacing w:after="80"/>
      </w:pPr>
      <w:r>
        <w:rPr>
          <w:b w:val="0"/>
          <w:i/>
        </w:rPr>
        <w:t xml:space="preserve"> Vẽ biểu đồ cột chồng </w:t>
      </w:r>
    </w:p>
    <w:p>
      <w:pPr>
        <w:spacing w:after="80"/>
      </w:pPr>
      <w:r>
        <w:rPr>
          <w:b w:val="0"/>
          <w:i/>
        </w:rPr>
        <w:t xml:space="preserve"> Hiển thị nhiều đường </w:t>
      </w:r>
    </w:p>
    <w:p>
      <w:pPr>
        <w:spacing w:after="80"/>
      </w:pPr>
      <w:r>
        <w:rPr>
          <w:b w:val="0"/>
          <w:i/>
        </w:rPr>
        <w:t xml:space="preserve"> Vẽ biểu đồ phân tán </w:t>
      </w:r>
    </w:p>
    <w:p>
      <w:pPr>
        <w:spacing w:after="80"/>
      </w:pPr>
      <w:r>
        <w:rPr>
          <w:b w:val="0"/>
          <w:i/>
        </w:rPr>
        <w:t xml:space="preserve"> Trực quan hóa thông tin bản đồ </w:t>
      </w:r>
    </w:p>
    <w:p>
      <w:pPr>
        <w:spacing w:after="80"/>
      </w:pPr>
      <w:r>
        <w:rPr>
          <w:b w:val="0"/>
          <w:i/>
        </w:rPr>
        <w:t xml:space="preserve"> Thêm chú giải và ghi chú </w:t>
      </w:r>
    </w:p>
    <w:p>
      <w:pPr>
        <w:spacing w:after="80"/>
      </w:pPr>
      <w:r>
        <w:rPr>
          <w:b w:val="0"/>
          <w:i/>
        </w:rPr>
        <w:t xml:space="preserve"> Kết hợp các biểu đồ </w:t>
      </w:r>
    </w:p>
    <w:p>
      <w:pPr>
        <w:spacing w:after="80"/>
      </w:pPr>
      <w:r>
        <w:rPr>
          <w:b w:val="0"/>
          <w:i/>
        </w:rPr>
        <w:t xml:space="preserve"> Lưu biểu đồ </w:t>
      </w:r>
    </w:p>
    <w:p>
      <w:pPr>
        <w:spacing w:after="80"/>
      </w:pPr>
      <w:r>
        <w:rPr>
          <w:b w:val="0"/>
          <w:i/>
        </w:rPr>
        <w:t xml:space="preserve"> Vẽ biểu đồ với plotly </w:t>
      </w:r>
    </w:p>
    <w:p>
      <w:pPr>
        <w:spacing w:after="80"/>
      </w:pPr>
      <w:r>
        <w:rPr>
          <w:b w:val="0"/>
          <w:i/>
        </w:rPr>
        <w:t xml:space="preserve"> Chương 9: Xử lý các kênh liên lạc </w:t>
      </w:r>
    </w:p>
    <w:p>
      <w:pPr>
        <w:spacing w:after="80"/>
      </w:pPr>
      <w:r>
        <w:rPr>
          <w:b w:val="0"/>
          <w:i/>
        </w:rPr>
        <w:t xml:space="preserve"> Yêu cầu kỹ thuật </w:t>
      </w:r>
    </w:p>
    <w:p>
      <w:pPr>
        <w:spacing w:after="80"/>
      </w:pPr>
      <w:r>
        <w:rPr>
          <w:b w:val="0"/>
          <w:i/>
        </w:rPr>
        <w:t xml:space="preserve"> Làm việc với các mẫu email </w:t>
      </w:r>
    </w:p>
    <w:p>
      <w:pPr>
        <w:spacing w:after="80"/>
      </w:pPr>
      <w:r>
        <w:rPr>
          <w:b w:val="0"/>
          <w:i/>
        </w:rPr>
        <w:t xml:space="preserve"> Gửi một email riêng lẻ </w:t>
      </w:r>
    </w:p>
    <w:p>
      <w:pPr>
        <w:spacing w:after="80"/>
      </w:pPr>
      <w:r>
        <w:rPr>
          <w:b w:val="0"/>
          <w:i/>
        </w:rPr>
        <w:t xml:space="preserve"> Đọc email </w:t>
      </w:r>
    </w:p>
    <w:p>
      <w:pPr>
        <w:spacing w:after="80"/>
      </w:pPr>
      <w:r>
        <w:rPr>
          <w:b w:val="0"/>
          <w:i/>
        </w:rPr>
        <w:t xml:space="preserve"> Thêm người đăng ký vào bản tin email </w:t>
      </w:r>
    </w:p>
    <w:p>
      <w:pPr>
        <w:spacing w:after="80"/>
      </w:pPr>
      <w:r>
        <w:rPr>
          <w:b w:val="0"/>
          <w:i/>
        </w:rPr>
        <w:t xml:space="preserve"> Gửi thông báo qua email </w:t>
      </w:r>
    </w:p>
    <w:p>
      <w:pPr>
        <w:spacing w:after="80"/>
      </w:pPr>
      <w:r>
        <w:rPr>
          <w:b w:val="0"/>
          <w:i/>
        </w:rPr>
        <w:t xml:space="preserve"> Tạo tin nhắn SMS </w:t>
      </w:r>
    </w:p>
    <w:p>
      <w:pPr>
        <w:spacing w:after="80"/>
      </w:pPr>
      <w:r>
        <w:rPr>
          <w:b w:val="0"/>
          <w:i/>
        </w:rPr>
        <w:t xml:space="preserve"> Nhận tin nhắn SMS </w:t>
      </w:r>
    </w:p>
    <w:p>
      <w:pPr>
        <w:spacing w:after="80"/>
      </w:pPr>
      <w:r>
        <w:rPr>
          <w:b w:val="0"/>
          <w:i/>
        </w:rPr>
        <w:t xml:space="preserve"> Tạo bot Telegram </w:t>
      </w:r>
    </w:p>
    <w:p>
      <w:pPr>
        <w:spacing w:after="80"/>
      </w:pPr>
      <w:r>
        <w:rPr>
          <w:b w:val="0"/>
          <w:i/>
        </w:rPr>
        <w:t xml:space="preserve"> Chương 10: Tại sao không tự động hóa chiến dịch marketing của bạn? </w:t>
      </w:r>
    </w:p>
    <w:p>
      <w:pPr>
        <w:spacing w:after="80"/>
      </w:pPr>
      <w:r>
        <w:rPr>
          <w:b w:val="0"/>
          <w:i/>
        </w:rPr>
        <w:t xml:space="preserve"> Yêu cầu kỹ thuật </w:t>
      </w:r>
    </w:p>
    <w:p>
      <w:pPr>
        <w:spacing w:after="80"/>
      </w:pPr>
      <w:r>
        <w:rPr>
          <w:b w:val="0"/>
          <w:i/>
        </w:rPr>
        <w:t xml:space="preserve"> Phát hiện cơ hội </w:t>
      </w:r>
    </w:p>
    <w:p>
      <w:pPr>
        <w:spacing w:after="80"/>
      </w:pPr>
      <w:r>
        <w:rPr>
          <w:b w:val="0"/>
          <w:i/>
        </w:rPr>
        <w:t xml:space="preserve"> Tạo mã giảm giá được cá nhân hóa </w:t>
      </w:r>
    </w:p>
    <w:p>
      <w:pPr>
        <w:spacing w:after="80"/>
      </w:pPr>
      <w:r>
        <w:rPr>
          <w:b w:val="0"/>
          <w:i/>
        </w:rPr>
        <w:t xml:space="preserve"> Gửi thông báo cho khách hàng trên kênh ưa thích của họ </w:t>
      </w:r>
    </w:p>
    <w:p>
      <w:pPr>
        <w:spacing w:after="80"/>
      </w:pPr>
      <w:r>
        <w:rPr>
          <w:b w:val="0"/>
          <w:i/>
        </w:rPr>
        <w:t xml:space="preserve"> Chuẩn bị thông tin bán hàng </w:t>
      </w:r>
    </w:p>
    <w:p>
      <w:pPr>
        <w:spacing w:after="80"/>
      </w:pPr>
      <w:r>
        <w:rPr>
          <w:b w:val="0"/>
          <w:i/>
        </w:rPr>
        <w:t xml:space="preserve"> Tạo báo cáo bán hàng </w:t>
      </w:r>
    </w:p>
    <w:p>
      <w:pPr>
        <w:spacing w:after="80"/>
      </w:pPr>
      <w:r>
        <w:rPr>
          <w:b w:val="0"/>
          <w:i/>
        </w:rPr>
        <w:t xml:space="preserve"> Chương 11: Gọi các mô hình AI </w:t>
      </w:r>
    </w:p>
    <w:p>
      <w:pPr>
        <w:spacing w:after="80"/>
      </w:pPr>
      <w:r>
        <w:rPr>
          <w:b w:val="0"/>
          <w:i/>
        </w:rPr>
        <w:t xml:space="preserve"> Yêu cầu kỹ thuật </w:t>
      </w:r>
    </w:p>
    <w:p>
      <w:pPr>
        <w:spacing w:after="80"/>
      </w:pPr>
      <w:r>
        <w:rPr>
          <w:b w:val="0"/>
          <w:i/>
        </w:rPr>
        <w:t xml:space="preserve"> Hiểu các thành phần của GenAI </w:t>
      </w:r>
    </w:p>
    <w:p>
      <w:pPr>
        <w:spacing w:after="80"/>
      </w:pPr>
      <w:r>
        <w:rPr>
          <w:b w:val="0"/>
          <w:i/>
        </w:rPr>
        <w:t xml:space="preserve"> Nhiều mô hình AI khác nhau </w:t>
      </w:r>
      <w:r>
        <w:rPr>
          <w:b w:val="0"/>
          <w:i w:val="0"/>
        </w:rPr>
        <w:t xml:space="preserve"> •</w:t>
      </w:r>
    </w:p>
    <w:p>
      <w:pPr>
        <w:spacing w:after="80"/>
      </w:pPr>
      <w:r>
        <w:rPr>
          <w:b w:val="0"/>
          <w:i/>
        </w:rPr>
        <w:t xml:space="preserve"> Tạo chatbot của riêng bạn </w:t>
      </w:r>
    </w:p>
    <w:p>
      <w:pPr>
        <w:spacing w:after="80"/>
      </w:pPr>
      <w:r>
        <w:rPr>
          <w:b w:val="0"/>
          <w:i/>
        </w:rPr>
        <w:t xml:space="preserve"> Còn nhiều nữa… </w:t>
      </w:r>
      <w:r>
        <w:rPr>
          <w:b w:val="0"/>
          <w:i w:val="0"/>
        </w:rPr>
        <w:t xml:space="preserve"> •</w:t>
      </w:r>
    </w:p>
    <w:p>
      <w:pPr>
        <w:spacing w:after="80"/>
      </w:pPr>
      <w:r>
        <w:rPr>
          <w:b w:val="0"/>
          <w:i/>
        </w:rPr>
        <w:t xml:space="preserve"> Sử dụng mô hình cục bộ </w:t>
      </w:r>
    </w:p>
    <w:p>
      <w:pPr>
        <w:spacing w:after="80"/>
      </w:pPr>
      <w:r>
        <w:rPr>
          <w:b w:val="0"/>
          <w:i/>
        </w:rPr>
        <w:t xml:space="preserve"> Còn nhiều nữa… </w:t>
      </w:r>
      <w:r>
        <w:rPr>
          <w:b w:val="0"/>
          <w:i w:val="0"/>
        </w:rPr>
        <w:t xml:space="preserve"> •</w:t>
      </w:r>
    </w:p>
    <w:p>
      <w:pPr>
        <w:spacing w:after="80"/>
      </w:pPr>
      <w:r>
        <w:rPr>
          <w:b w:val="0"/>
          <w:i/>
        </w:rPr>
        <w:t xml:space="preserve"> Tạo hình ảnh </w:t>
      </w:r>
    </w:p>
    <w:p>
      <w:pPr>
        <w:spacing w:after="80"/>
      </w:pPr>
      <w:r>
        <w:rPr>
          <w:b w:val="0"/>
          <w:i/>
        </w:rPr>
        <w:t xml:space="preserve"> Còn nhiều nữa… </w:t>
      </w:r>
      <w:r>
        <w:rPr>
          <w:b w:val="0"/>
          <w:i w:val="0"/>
        </w:rPr>
        <w:t xml:space="preserve"> •</w:t>
      </w:r>
    </w:p>
    <w:p>
      <w:pPr>
        <w:spacing w:after="80"/>
      </w:pPr>
      <w:r>
        <w:rPr>
          <w:b w:val="0"/>
          <w:i/>
        </w:rPr>
        <w:t xml:space="preserve"> Mô tả hình ảnh </w:t>
      </w:r>
    </w:p>
    <w:p>
      <w:pPr>
        <w:spacing w:after="80"/>
      </w:pPr>
      <w:r>
        <w:rPr>
          <w:b w:val="0"/>
          <w:i/>
        </w:rPr>
        <w:t xml:space="preserve"> Còn nhiều nữa… </w:t>
      </w:r>
      <w:r>
        <w:rPr>
          <w:b w:val="0"/>
          <w:i w:val="0"/>
        </w:rPr>
        <w:t xml:space="preserve"> •</w:t>
      </w:r>
    </w:p>
    <w:p>
      <w:pPr>
        <w:spacing w:after="80"/>
      </w:pPr>
      <w:r>
        <w:rPr>
          <w:b w:val="0"/>
          <w:i/>
        </w:rPr>
        <w:t xml:space="preserve"> Chương 12: Thêm công cụ vào GenAI </w:t>
      </w:r>
    </w:p>
    <w:p>
      <w:pPr>
        <w:spacing w:after="80"/>
      </w:pPr>
      <w:r>
        <w:rPr>
          <w:b w:val="0"/>
          <w:i/>
        </w:rPr>
        <w:t xml:space="preserve"> Yêu cầu kỹ thuật </w:t>
      </w:r>
    </w:p>
    <w:p>
      <w:pPr>
        <w:spacing w:after="80"/>
      </w:pPr>
      <w:r>
        <w:rPr>
          <w:b w:val="0"/>
          <w:i/>
        </w:rPr>
        <w:t xml:space="preserve"> Nâng cao mô hình AI với tìm kiếm web </w:t>
      </w:r>
    </w:p>
    <w:p>
      <w:pPr>
        <w:spacing w:after="80"/>
      </w:pPr>
      <w:r>
        <w:rPr>
          <w:b w:val="0"/>
          <w:i/>
        </w:rPr>
        <w:t xml:space="preserve"> Còn nhiều thứ khác… </w:t>
      </w:r>
      <w:r>
        <w:rPr>
          <w:b w:val="0"/>
          <w:i w:val="0"/>
        </w:rPr>
        <w:t xml:space="preserve"> •</w:t>
      </w:r>
    </w:p>
    <w:p>
      <w:pPr>
        <w:spacing w:after="80"/>
      </w:pPr>
      <w:r>
        <w:rPr>
          <w:b w:val="0"/>
          <w:i/>
        </w:rPr>
        <w:t xml:space="preserve"> Hãy sử dụng các MCP server </w:t>
      </w:r>
    </w:p>
    <w:p>
      <w:pPr>
        <w:spacing w:after="80"/>
      </w:pPr>
      <w:r>
        <w:rPr>
          <w:b w:val="0"/>
          <w:i/>
        </w:rPr>
        <w:t xml:space="preserve"> Còn nhiều thứ khác… </w:t>
      </w:r>
      <w:r>
        <w:rPr>
          <w:b w:val="0"/>
          <w:i w:val="0"/>
        </w:rPr>
        <w:t xml:space="preserve"> •</w:t>
      </w:r>
    </w:p>
    <w:p>
      <w:pPr>
        <w:spacing w:after="80"/>
      </w:pPr>
      <w:r>
        <w:rPr>
          <w:b w:val="0"/>
          <w:i/>
        </w:rPr>
        <w:t xml:space="preserve"> Tự tạo MCP server của riêng bạn </w:t>
      </w:r>
    </w:p>
    <w:p>
      <w:pPr>
        <w:spacing w:after="80"/>
      </w:pPr>
      <w:r>
        <w:rPr>
          <w:b w:val="0"/>
          <w:i/>
        </w:rPr>
        <w:t xml:space="preserve"> Còn nhiều thứ khác… </w:t>
      </w:r>
      <w:r>
        <w:rPr>
          <w:b w:val="0"/>
          <w:i w:val="0"/>
        </w:rPr>
        <w:t xml:space="preserve"> •</w:t>
      </w:r>
    </w:p>
    <w:p>
      <w:pPr>
        <w:spacing w:after="80"/>
      </w:pPr>
      <w:r>
        <w:rPr>
          <w:b w:val="0"/>
          <w:i/>
        </w:rPr>
        <w:t xml:space="preserve"> Chương 13: Xây dựng AI Agent cho tự động hóa doanh nghiệp </w:t>
      </w:r>
    </w:p>
    <w:p>
      <w:pPr>
        <w:spacing w:after="80"/>
      </w:pPr>
      <w:r>
        <w:rPr>
          <w:b w:val="0"/>
          <w:i/>
        </w:rPr>
        <w:t xml:space="preserve"> Yêu cầu kỹ thuật </w:t>
      </w:r>
    </w:p>
    <w:p>
      <w:pPr>
        <w:spacing w:after="80"/>
      </w:pPr>
      <w:r>
        <w:rPr>
          <w:b w:val="0"/>
          <w:i/>
        </w:rPr>
        <w:t xml:space="preserve"> Chuẩn bị cuộc họp bằng cách kết hợp dữ liệu từ nhiều công cụ khác nhau </w:t>
      </w:r>
    </w:p>
    <w:p>
      <w:pPr>
        <w:spacing w:after="80"/>
      </w:pPr>
      <w:r>
        <w:rPr>
          <w:b w:val="0"/>
          <w:i/>
        </w:rPr>
        <w:t xml:space="preserve"> Còn nhiều thứ khác… </w:t>
      </w:r>
      <w:r>
        <w:rPr>
          <w:b w:val="0"/>
          <w:i w:val="0"/>
        </w:rPr>
        <w:t xml:space="preserve"> •</w:t>
      </w:r>
    </w:p>
    <w:p>
      <w:pPr>
        <w:spacing w:after="80"/>
      </w:pPr>
      <w:r>
        <w:rPr>
          <w:b w:val="0"/>
          <w:i/>
        </w:rPr>
        <w:t xml:space="preserve"> Soạn thảo tài liệu với subagent </w:t>
      </w:r>
    </w:p>
    <w:p>
      <w:pPr>
        <w:spacing w:after="80"/>
      </w:pPr>
      <w:r>
        <w:rPr>
          <w:b w:val="0"/>
          <w:i/>
        </w:rPr>
        <w:t xml:space="preserve"> Còn nhiều thứ khác… </w:t>
      </w:r>
      <w:r>
        <w:rPr>
          <w:b w:val="0"/>
          <w:i w:val="0"/>
        </w:rPr>
        <w:t xml:space="preserve"> •</w:t>
      </w:r>
    </w:p>
    <w:p>
      <w:pPr>
        <w:spacing w:after="80"/>
      </w:pPr>
      <w:r>
        <w:rPr>
          <w:b w:val="0"/>
          <w:i/>
        </w:rPr>
        <w:t xml:space="preserve"> Chương 14: Ví dụ AI trong thực tế </w:t>
      </w:r>
    </w:p>
    <w:p>
      <w:pPr>
        <w:spacing w:after="80"/>
      </w:pPr>
      <w:r>
        <w:rPr>
          <w:b w:val="0"/>
          <w:i/>
        </w:rPr>
        <w:t xml:space="preserve"> Yêu cầu kỹ thuật </w:t>
      </w:r>
    </w:p>
    <w:p>
      <w:pPr>
        <w:spacing w:after="80"/>
      </w:pPr>
      <w:r>
        <w:rPr>
          <w:b w:val="0"/>
          <w:i/>
        </w:rPr>
        <w:t xml:space="preserve"> Tóm tắt email và soạn thảo phản hồi một cách tự chủ </w:t>
      </w:r>
    </w:p>
    <w:p>
      <w:pPr>
        <w:spacing w:after="80"/>
      </w:pPr>
      <w:r>
        <w:rPr>
          <w:b w:val="0"/>
          <w:i/>
        </w:rPr>
        <w:t xml:space="preserve"> Tương tác với dịch vụ email </w:t>
      </w:r>
      <w:r>
        <w:rPr>
          <w:b w:val="0"/>
          <w:i w:val="0"/>
        </w:rPr>
        <w:t xml:space="preserve"> •</w:t>
      </w:r>
    </w:p>
    <w:p>
      <w:pPr>
        <w:spacing w:after="80"/>
      </w:pPr>
      <w:r>
        <w:rPr>
          <w:b w:val="0"/>
          <w:i/>
        </w:rPr>
        <w:t xml:space="preserve"> Truy xuất email đã gửi </w:t>
      </w:r>
      <w:r>
        <w:rPr>
          <w:b w:val="0"/>
          <w:i w:val="0"/>
        </w:rPr>
        <w:t xml:space="preserve"> •</w:t>
      </w:r>
    </w:p>
    <w:p>
      <w:pPr>
        <w:spacing w:after="80"/>
      </w:pPr>
      <w:r>
        <w:rPr>
          <w:b w:val="0"/>
          <w:i/>
        </w:rPr>
        <w:t xml:space="preserve"> Lấy ngày cuối cùng của email đã nhận </w:t>
      </w:r>
      <w:r>
        <w:rPr>
          <w:b w:val="0"/>
          <w:i w:val="0"/>
        </w:rPr>
        <w:t xml:space="preserve"> •</w:t>
      </w:r>
    </w:p>
    <w:p>
      <w:pPr>
        <w:spacing w:after="80"/>
      </w:pPr>
      <w:r>
        <w:rPr>
          <w:b w:val="0"/>
          <w:i/>
        </w:rPr>
        <w:t xml:space="preserve"> Tạo bản nháp trả lời </w:t>
      </w:r>
      <w:r>
        <w:rPr>
          <w:b w:val="0"/>
          <w:i w:val="0"/>
        </w:rPr>
        <w:t xml:space="preserve"> •</w:t>
      </w:r>
    </w:p>
    <w:p>
      <w:pPr>
        <w:spacing w:after="80"/>
      </w:pPr>
      <w:r>
        <w:rPr>
          <w:b w:val="0"/>
          <w:i/>
        </w:rPr>
        <w:t xml:space="preserve"> Gửi email tóm tắt </w:t>
      </w:r>
      <w:r>
        <w:rPr>
          <w:b w:val="0"/>
          <w:i w:val="0"/>
        </w:rPr>
        <w:t xml:space="preserve"> •</w:t>
      </w:r>
    </w:p>
    <w:p>
      <w:pPr>
        <w:spacing w:after="80"/>
      </w:pPr>
      <w:r>
        <w:rPr>
          <w:b w:val="0"/>
          <w:i/>
        </w:rPr>
        <w:t xml:space="preserve"> Tác nhân (agent) gọi các công cụ </w:t>
      </w:r>
      <w:r>
        <w:rPr>
          <w:b w:val="0"/>
          <w:i w:val="0"/>
        </w:rPr>
        <w:t xml:space="preserve"> •</w:t>
      </w:r>
    </w:p>
    <w:p>
      <w:pPr>
        <w:spacing w:after="80"/>
      </w:pPr>
      <w:r>
        <w:rPr>
          <w:b w:val="0"/>
          <w:i/>
        </w:rPr>
        <w:t xml:space="preserve"> Còn nhiều nữa… </w:t>
      </w:r>
      <w:r>
        <w:rPr>
          <w:b w:val="0"/>
          <w:i w:val="0"/>
        </w:rPr>
        <w:t xml:space="preserve"> •</w:t>
      </w:r>
    </w:p>
    <w:p>
      <w:pPr>
        <w:spacing w:after="80"/>
      </w:pPr>
      <w:r>
        <w:rPr>
          <w:b w:val="0"/>
          <w:i/>
        </w:rPr>
        <w:t xml:space="preserve"> Chương 15: Các quy trình kiểm thử tự động </w:t>
      </w:r>
    </w:p>
    <w:p>
      <w:pPr>
        <w:spacing w:after="80"/>
      </w:pPr>
      <w:r>
        <w:rPr>
          <w:b w:val="0"/>
          <w:i/>
        </w:rPr>
        <w:t xml:space="preserve"> Yêu cầu kỹ thuật </w:t>
      </w:r>
    </w:p>
    <w:p>
      <w:pPr>
        <w:spacing w:after="80"/>
      </w:pPr>
      <w:r>
        <w:rPr>
          <w:b w:val="0"/>
          <w:i/>
        </w:rPr>
        <w:t xml:space="preserve"> Viết và thực thi các ca kiểm thử (test case) </w:t>
      </w:r>
    </w:p>
    <w:p>
      <w:pPr>
        <w:spacing w:after="80"/>
      </w:pPr>
      <w:r>
        <w:rPr>
          <w:b w:val="0"/>
          <w:i/>
        </w:rPr>
        <w:t xml:space="preserve"> Kiểm thử mã bên ngoài </w:t>
      </w:r>
    </w:p>
    <w:p>
      <w:pPr>
        <w:spacing w:after="80"/>
      </w:pPr>
      <w:r>
        <w:rPr>
          <w:b w:val="0"/>
          <w:i/>
        </w:rPr>
        <w:t xml:space="preserve"> Kiểm thử bằng cách giả lập phụ thuộc (dependency mocking) </w:t>
      </w:r>
    </w:p>
    <w:p>
      <w:pPr>
        <w:spacing w:after="80"/>
      </w:pPr>
      <w:r>
        <w:rPr>
          <w:b w:val="0"/>
          <w:i/>
        </w:rPr>
        <w:t xml:space="preserve"> Kiểm thử bằng cách giả lập lời gọi HTTP (HTTP call mocking) </w:t>
      </w:r>
    </w:p>
    <w:p>
      <w:pPr>
        <w:spacing w:after="80"/>
      </w:pPr>
      <w:r>
        <w:rPr>
          <w:b w:val="0"/>
          <w:i/>
        </w:rPr>
        <w:t xml:space="preserve"> Chuẩn bị các kịch bản kiểm thử </w:t>
      </w:r>
    </w:p>
    <w:p>
      <w:pPr>
        <w:spacing w:after="80"/>
      </w:pPr>
      <w:r>
        <w:rPr>
          <w:b w:val="0"/>
          <w:i/>
        </w:rPr>
        <w:t xml:space="preserve"> Chạy kiểm thử có chọn lọc </w:t>
      </w:r>
    </w:p>
    <w:p>
      <w:pPr>
        <w:spacing w:after="80"/>
      </w:pPr>
      <w:r>
        <w:rPr>
          <w:b w:val="0"/>
          <w:i/>
        </w:rPr>
        <w:t xml:space="preserve"> Hiểu về độ bao phủ (coverage) của các bài kiểm thử </w:t>
      </w:r>
    </w:p>
    <w:p>
      <w:pPr>
        <w:spacing w:after="80"/>
      </w:pPr>
      <w:r>
        <w:rPr>
          <w:b w:val="0"/>
          <w:i/>
        </w:rPr>
        <w:t xml:space="preserve"> Chương 16: Các kỹ thuật gỡ lỗi (debugging) </w:t>
      </w:r>
    </w:p>
    <w:p>
      <w:pPr>
        <w:spacing w:after="80"/>
      </w:pPr>
      <w:r>
        <w:rPr>
          <w:b w:val="0"/>
          <w:i/>
        </w:rPr>
        <w:t xml:space="preserve"> Yêu cầu kỹ thuật </w:t>
      </w:r>
    </w:p>
    <w:p>
      <w:pPr>
        <w:spacing w:after="80"/>
      </w:pPr>
      <w:r>
        <w:rPr>
          <w:b w:val="0"/>
          <w:i/>
        </w:rPr>
        <w:t xml:space="preserve"> Tìm hiểu kiến thức cơ bản về trình thông dịch Python </w:t>
      </w:r>
    </w:p>
    <w:p>
      <w:pPr>
        <w:spacing w:after="80"/>
      </w:pPr>
      <w:r>
        <w:rPr>
          <w:b w:val="0"/>
          <w:i/>
        </w:rPr>
        <w:t xml:space="preserve"> Gỡ lỗi thông qua ghi log </w:t>
      </w:r>
    </w:p>
    <w:p>
      <w:pPr>
        <w:spacing w:after="80"/>
      </w:pPr>
      <w:r>
        <w:rPr>
          <w:b w:val="0"/>
          <w:i/>
        </w:rPr>
        <w:t xml:space="preserve"> Gỡ lỗi với điểm dừng (breakpoint) </w:t>
      </w:r>
    </w:p>
    <w:p>
      <w:pPr>
        <w:spacing w:after="80"/>
      </w:pPr>
      <w:r>
        <w:rPr>
          <w:b w:val="0"/>
          <w:i/>
        </w:rPr>
        <w:t xml:space="preserve"> Nâng cao kỹ năng gỡ lỗi của bạn </w:t>
      </w:r>
    </w:p>
    <w:p>
      <w:pPr>
        <w:spacing w:after="80"/>
      </w:pPr>
      <w:r>
        <w:rPr>
          <w:b w:val="0"/>
          <w:i/>
        </w:rPr>
        <w:t xml:space="preserve"> Suy nghĩ cuối cùng </w:t>
      </w:r>
    </w:p>
    <w:p>
      <w:pPr>
        <w:spacing w:after="80"/>
      </w:pPr>
      <w:r>
        <w:rPr>
          <w:b w:val="0"/>
          <w:i/>
        </w:rPr>
        <w:t xml:space="preserve"> Chương 17: Mở khóa những lợi ích độc quyền của bạn </w:t>
      </w:r>
    </w:p>
    <w:p>
      <w:pPr>
        <w:spacing w:after="80"/>
      </w:pPr>
      <w:r>
        <w:rPr>
          <w:b w:val="0"/>
          <w:i/>
        </w:rPr>
        <w:t xml:space="preserve"> Mở khóa những lợi ích miễn phí của cuốn sách này trong 3 bước đơn giản </w:t>
      </w:r>
    </w:p>
    <w:p>
      <w:pPr>
        <w:spacing w:after="80"/>
      </w:pPr>
      <w:r>
        <w:rPr>
          <w:b w:val="0"/>
          <w:i/>
        </w:rPr>
        <w:t xml:space="preserve"> Những cuốn sách khác bạn có thể thích </w:t>
      </w:r>
    </w:p>
    <w:p>
      <w:pPr>
        <w:spacing w:after="80"/>
      </w:pPr>
      <w:r>
        <w:rPr>
          <w:b w:val="0"/>
          <w:i/>
        </w:rPr>
        <w:t xml:space="preserve"> Mục lục tra cứu </w:t>
      </w:r>
    </w:p>
    <w:p>
      <w:pPr>
        <w:pStyle w:val="Heading1"/>
      </w:pPr>
      <w:r>
        <w:rPr>
          <w:rFonts w:ascii="Calibri" w:hAnsi="Calibri"/>
          <w:b/>
          <w:i w:val="0"/>
          <w:sz w:val="40"/>
        </w:rPr>
        <w:t>Lời nói đầu</w:t>
      </w:r>
    </w:p>
    <w:p>
      <w:pPr>
        <w:spacing w:after="80"/>
      </w:pPr>
      <w:r>
        <w:rPr>
          <w:b w:val="0"/>
          <w:i w:val="0"/>
        </w:rPr>
        <w:t>Tất cả chúng ta đều dành quá nhiều thời gian ở chỗ làm cho những công việc thủ công mang lại giá trị tương đối nhỏ. Quét qua các nguồn thông tin để tìm vài mẩu dữ liệu liên quan, cập nhật đi cập nhật lại cùng một biểu đồ bảng tính với dữ liệu mới, hay mở từng tệp một để tìm dữ liệu mình cần. Rất nhiều công việc trong số này có thể được tự động hóa để máy tính làm phần lớn công việc, nhưng có lẽ bạn vẫn chưa cảm thấy mình có thể làm được điều đó.</w:t>
      </w:r>
    </w:p>
    <w:p>
      <w:pPr>
        <w:spacing w:after="80"/>
      </w:pPr>
      <w:r>
        <w:rPr>
          <w:b w:val="0"/>
          <w:i w:val="0"/>
        </w:rPr>
        <w:t>Tin tốt là bây giờ chính là thời điểm tuyệt vời nhất để bắt đầu. Ngôn ngữ Python và hệ sinh thái của nó đã ngày càng mạnh mẽ hơn trong khi vẫn dễ tiếp cận. Môi trường không ngừng được cải thiện, với các tích hợp mạnh mẽ hơn, thư viện phong phú hơn, và một cộng đồng sôi động đứng sau tất cả.</w:t>
      </w:r>
    </w:p>
    <w:p>
      <w:pPr>
        <w:spacing w:after="80"/>
      </w:pPr>
      <w:r>
        <w:rPr>
          <w:b w:val="0"/>
          <w:i w:val="0"/>
        </w:rPr>
        <w:t>Nhưng thay đổi có tác động lớn nhất kể từ các phiên bản trước của cuốn sách này chính là sự trỗi dậy của các công cụ AI, những công cụ đã trở nên có năng lực đáng kinh ngạc chỉ trong một khoảng thời gian rất ngắn. Đặc biệt, tiến bộ của chúng trong năm vừa qua thật đáng chú ý. Các công cụ AI giờ đây có thể giúp bạn tạo mã, tăng tốc việc học, và thậm chí tự xử lý công việc một cách độc lập.</w:t>
      </w:r>
    </w:p>
    <w:p>
      <w:pPr>
        <w:spacing w:after="80"/>
      </w:pPr>
      <w:r>
        <w:rPr>
          <w:b w:val="0"/>
          <w:i w:val="0"/>
        </w:rPr>
        <w:t>Tuy nhiên, AI là một đòn bẩy khuếch đại. Nếu kiến thức của bạn vững chắc, nó sẽ khuếch đại năng lực của bạn lên rất nhiều. Nhưng nếu không có định hướng rõ ràng, kết quả sẽ tản mạn và thiếu tập trung. Chúng ta sẽ bắt đầu cuốn sách bằng việc xây dựng nền tảng, thông qua những công thức nhỏ, rõ ràng có thể được điều chỉnh theo nhu cầu của bạn. Những viên gạch xây dựng này sẽ dần dần kết hợp thành những quy trình làm việc phức tạp hơn. Trong khi chúng ta sẽ lưu ý những chỗ mà AI có thể giúp ích, chúng ta sẽ tập trung trước tiên vào các khả năng của Python, đảm bảo kết quả có thể dự đoán được và mang tính xác định. Trong số các công thức khác, bạn sẽ học cách tự động hóa những công việc thường gặp như thu thập dữ liệu cơ hội từ web, tạo báo cáo bảng tính kèm biểu đồ, gửi email tự động, nhận thông báo văn bản, và chạy các tác vụ trong nền, tất cả trong khi bạn tập trung vào những công việc quan trọng hơn. Đừng xem nhẹ phần này nhé! Bạn sẽ đạt được những kết quả thực sự ấn tượng.</w:t>
      </w:r>
    </w:p>
    <w:p>
      <w:pPr>
        <w:spacing w:after="80"/>
      </w:pPr>
      <w:r>
        <w:rPr>
          <w:b w:val="0"/>
          <w:i w:val="0"/>
        </w:rPr>
        <w:t>Sau đó, chúng ta sẽ xây dựng dựa trên nền tảng này bằng cách chỉ cho bạn cách làm việc trực tiếp với các mô hình AI và tạo ra những AI agent của riêng bạn, kết hợp một số công thức trước đó. Những tự động hóa tạo ra sẽ rất mạnh mẽ, nhưng chúng ta không né tránh việc thảo luận về những hạn chế, lưu ý và rủi ro của chúng.</w:t>
      </w:r>
    </w:p>
    <w:p>
      <w:pPr>
        <w:spacing w:after="80"/>
      </w:pPr>
      <w:r>
        <w:rPr>
          <w:b w:val="0"/>
          <w:i w:val="0"/>
        </w:rPr>
        <w:t>Xuyên suốt cuốn sách, chúng tôi giới thiệu nhiều lựa chọn công cụ bên thứ ba tuyệt vời có trong hệ sinh thái Python phong phú. Điều này sẽ khơi gợi trí tưởng tượng của bạn và gieo những ý tưởng để giải quyết nhiều dự án khác nhau bằng cách tận dụng các thư viện sẵn có, kể cả những thư viện không được đề cập ở đây. Có rất nhiều thứ để lựa chọn!</w:t>
      </w:r>
    </w:p>
    <w:p>
      <w:pPr>
        <w:spacing w:after="80"/>
      </w:pPr>
      <w:r>
        <w:rPr>
          <w:b w:val="0"/>
          <w:i w:val="0"/>
        </w:rPr>
        <w:t>Mặc dù việc quen thuộc với Python sẽ hữu ích, nhưng cuốn sách này được thiết kế cho những người không phải lập trình viên. Nó cung cấp các công thức rõ ràng, thiết thực, hướng dẫn bạn đạt được sự thành thạo cao hơn trong khi vẫn tập trung vào những mục tiêu thực tế, thường ngày.</w:t>
      </w:r>
    </w:p>
    <w:p>
      <w:pPr>
        <w:pStyle w:val="Heading2"/>
      </w:pPr>
      <w:r>
        <w:rPr>
          <w:rFonts w:ascii="Calibri" w:hAnsi="Calibri"/>
          <w:b/>
          <w:i w:val="0"/>
          <w:sz w:val="32"/>
        </w:rPr>
        <w:t>Cuốn sách này dành cho ai</w:t>
      </w:r>
    </w:p>
    <w:p>
      <w:pPr>
        <w:spacing w:after="80"/>
      </w:pPr>
      <w:r>
        <w:rPr>
          <w:b w:val="0"/>
          <w:i w:val="0"/>
        </w:rPr>
        <w:t>Cuốn sách này dành cho những người mới bắt đầu học Python, không nhất thiết phải là lập trình viên, những người muốn sử dụng và mở rộng kiến thức của mình để tự động hóa các tác vụ và học cách làm điều đó với sự hỗ trợ của AI. Hầu hết các ví dụ trong sách đều hướng đến lĩnh vực marketing, bán hàng và các lĩnh vực phi kỹ thuật khác. Tuy nhiên, nếu bạn đã học được một chút về ngôn ngữ Python, chẳng hạn như các khái niệm cơ bản của nó, thì càng tốt.</w:t>
      </w:r>
    </w:p>
    <w:p>
      <w:pPr>
        <w:pStyle w:val="Heading2"/>
      </w:pPr>
      <w:r>
        <w:rPr>
          <w:rFonts w:ascii="Calibri" w:hAnsi="Calibri"/>
          <w:b/>
          <w:i w:val="0"/>
          <w:sz w:val="32"/>
        </w:rPr>
        <w:t>Cuốn sách này bao gồm những gì</w:t>
      </w:r>
    </w:p>
    <w:p>
      <w:pPr>
        <w:spacing w:after="80"/>
      </w:pPr>
      <w:r>
        <w:rPr>
          <w:b w:val="0"/>
          <w:i/>
        </w:rPr>
        <w:t xml:space="preserve"> Chương 1 </w:t>
      </w:r>
      <w:r>
        <w:rPr>
          <w:b w:val="0"/>
          <w:i w:val="0"/>
        </w:rPr>
        <w:t xml:space="preserve"> , </w:t>
      </w:r>
      <w:r>
        <w:rPr>
          <w:b w:val="0"/>
          <w:i/>
        </w:rPr>
        <w:t xml:space="preserve"> Hãy </w:t>
      </w:r>
      <w:r>
        <w:rPr>
          <w:b w:val="0"/>
          <w:i w:val="0"/>
        </w:rPr>
        <w:t xml:space="preserve"> </w:t>
      </w:r>
      <w:r>
        <w:rPr>
          <w:b w:val="0"/>
          <w:i/>
        </w:rPr>
        <w:t xml:space="preserve"> bắt </w:t>
      </w:r>
      <w:r>
        <w:rPr>
          <w:b w:val="0"/>
          <w:i w:val="0"/>
        </w:rPr>
        <w:t xml:space="preserve"> </w:t>
      </w:r>
      <w:r>
        <w:rPr>
          <w:b w:val="0"/>
          <w:i/>
        </w:rPr>
        <w:t xml:space="preserve"> đầu </w:t>
      </w:r>
      <w:r>
        <w:rPr>
          <w:b w:val="0"/>
          <w:i w:val="0"/>
        </w:rPr>
        <w:t xml:space="preserve"> </w:t>
      </w:r>
      <w:r>
        <w:rPr>
          <w:b w:val="0"/>
          <w:i/>
        </w:rPr>
        <w:t xml:space="preserve"> hành </w:t>
      </w:r>
      <w:r>
        <w:rPr>
          <w:b w:val="0"/>
          <w:i w:val="0"/>
        </w:rPr>
        <w:t xml:space="preserve"> </w:t>
      </w:r>
      <w:r>
        <w:rPr>
          <w:b w:val="0"/>
          <w:i/>
        </w:rPr>
        <w:t xml:space="preserve"> trình </w:t>
      </w:r>
      <w:r>
        <w:rPr>
          <w:b w:val="0"/>
          <w:i w:val="0"/>
        </w:rPr>
        <w:t xml:space="preserve"> </w:t>
      </w:r>
      <w:r>
        <w:rPr>
          <w:b w:val="0"/>
          <w:i/>
        </w:rPr>
        <w:t xml:space="preserve"> tự </w:t>
      </w:r>
      <w:r>
        <w:rPr>
          <w:b w:val="0"/>
          <w:i w:val="0"/>
        </w:rPr>
        <w:t xml:space="preserve"> </w:t>
      </w:r>
      <w:r>
        <w:rPr>
          <w:b w:val="0"/>
          <w:i/>
        </w:rPr>
        <w:t xml:space="preserve"> động </w:t>
      </w:r>
      <w:r>
        <w:rPr>
          <w:b w:val="0"/>
          <w:i w:val="0"/>
        </w:rPr>
        <w:t xml:space="preserve"> </w:t>
      </w:r>
      <w:r>
        <w:rPr>
          <w:b w:val="0"/>
          <w:i/>
        </w:rPr>
        <w:t xml:space="preserve"> hóa </w:t>
      </w:r>
      <w:r>
        <w:rPr>
          <w:b w:val="0"/>
          <w:i w:val="0"/>
        </w:rPr>
        <w:t xml:space="preserve"> </w:t>
      </w:r>
      <w:r>
        <w:rPr>
          <w:b w:val="0"/>
          <w:i/>
        </w:rPr>
        <w:t xml:space="preserve"> của </w:t>
      </w:r>
      <w:r>
        <w:rPr>
          <w:b w:val="0"/>
          <w:i w:val="0"/>
        </w:rPr>
        <w:t xml:space="preserve"> </w:t>
      </w:r>
      <w:r>
        <w:rPr>
          <w:b w:val="0"/>
          <w:i/>
        </w:rPr>
        <w:t xml:space="preserve"> bạn </w:t>
      </w:r>
      <w:r>
        <w:rPr>
          <w:b w:val="0"/>
          <w:i w:val="0"/>
        </w:rPr>
        <w:t xml:space="preserve"> , trình bày một số nội dung sẽ được sử dụng xuyên suốt cuốn sách. Chương này đề cập đến ý tưởng 'vibe coding', và giải thích cách cài đặt và quản lý các công cụ bên thứ ba, cách thực hiện thao tác chuỗi hiệu quả, và cách sử dụng đối số dòng lệnh. Chương này cũng giới thiệu cho bạn về biểu thức chính quy (regular expressions) và các phương pháp xử lý văn bản khác.</w:t>
      </w:r>
    </w:p>
    <w:p>
      <w:pPr>
        <w:spacing w:after="80"/>
      </w:pPr>
      <w:r>
        <w:rPr>
          <w:b w:val="0"/>
          <w:i/>
        </w:rPr>
        <w:t xml:space="preserve"> Chương 2 </w:t>
      </w:r>
      <w:r>
        <w:rPr>
          <w:b w:val="0"/>
          <w:i w:val="0"/>
        </w:rPr>
        <w:t xml:space="preserve"> , </w:t>
      </w:r>
      <w:r>
        <w:rPr>
          <w:b w:val="0"/>
          <w:i/>
        </w:rPr>
        <w:t xml:space="preserve"> Tự động hóa tác vụ thật dễ dàng </w:t>
      </w:r>
      <w:r>
        <w:rPr>
          <w:b w:val="0"/>
          <w:i w:val="0"/>
        </w:rPr>
        <w:t xml:space="preserve"> , hướng dẫn cách chuẩn bị và tự động chạy các tác vụ. Chương này đề cập đến cách lập trình các tác vụ để chúng được thực thi đúng lúc, thay vì chạy thủ công; cách nhận thông báo với kết quả của một tác vụ được chạy tự động; và cách nhận thông báo nếu có lỗi xảy ra trong một quy trình tự động.</w:t>
      </w:r>
    </w:p>
    <w:p>
      <w:pPr>
        <w:spacing w:after="80"/>
      </w:pPr>
      <w:r>
        <w:rPr>
          <w:b w:val="0"/>
          <w:i/>
        </w:rPr>
        <w:t xml:space="preserve"> Chương 3 </w:t>
      </w:r>
      <w:r>
        <w:rPr>
          <w:b w:val="0"/>
          <w:i w:val="0"/>
        </w:rPr>
        <w:t xml:space="preserve"> , </w:t>
      </w:r>
      <w:r>
        <w:rPr>
          <w:b w:val="0"/>
          <w:i/>
        </w:rPr>
        <w:t xml:space="preserve"> Xây dựng ứng dụng thu thập dữ liệu web đầu tiên của bạn </w:t>
      </w:r>
      <w:r>
        <w:rPr>
          <w:b w:val="0"/>
          <w:i w:val="0"/>
        </w:rPr>
        <w:t xml:space="preserve"> , khám phá cách gửi yêu cầu web để giao tiếp với các trang web bên ngoài, bao gồm thông qua nội dung HTML thô, các nguồn cấp dữ liệu có cấu trúc, và RESTful API; và tìm hiểu cách tự động hóa trình duyệt để thực hiện các bước mà không cần can thiệp thủ công. Chương này cũng đề cập đến cách xử lý kết quả để trích xuất thông tin liên quan.</w:t>
      </w:r>
    </w:p>
    <w:p>
      <w:pPr>
        <w:spacing w:after="80"/>
      </w:pPr>
      <w:r>
        <w:rPr>
          <w:b w:val="0"/>
          <w:i/>
        </w:rPr>
        <w:t xml:space="preserve"> Chương 4 </w:t>
      </w:r>
      <w:r>
        <w:rPr>
          <w:b w:val="0"/>
          <w:i w:val="0"/>
        </w:rPr>
        <w:t xml:space="preserve"> , </w:t>
      </w:r>
      <w:r>
        <w:rPr>
          <w:b w:val="0"/>
          <w:i/>
        </w:rPr>
        <w:t xml:space="preserve"> Tìm kiếm và đọc tệp cục bộ </w:t>
      </w:r>
      <w:r>
        <w:rPr>
          <w:b w:val="0"/>
          <w:i w:val="0"/>
        </w:rPr>
        <w:t xml:space="preserve"> , giải thích cách tìm kiếm qua các tệp và thư mục cục bộ và phân tích thông tin được lưu trữ ở đó. Bạn sẽ học cách lọc ra các tệp liên quan ở các bảng mã khác nhau và đọc tệp ở một số định dạng phổ biến, chẳng hạn như CSV, PDF, tài liệu Word, và thậm chí cả hình ảnh.</w:t>
      </w:r>
    </w:p>
    <w:p>
      <w:pPr>
        <w:spacing w:after="80"/>
      </w:pPr>
      <w:r>
        <w:rPr>
          <w:b w:val="0"/>
          <w:i/>
        </w:rPr>
        <w:t xml:space="preserve"> Chương 5 </w:t>
      </w:r>
      <w:r>
        <w:rPr>
          <w:b w:val="0"/>
          <w:i w:val="0"/>
        </w:rPr>
        <w:t xml:space="preserve"> , </w:t>
      </w:r>
      <w:r>
        <w:rPr>
          <w:b w:val="0"/>
          <w:i/>
        </w:rPr>
        <w:t xml:space="preserve"> Tạo ra những báo cáo tuyệt vời </w:t>
      </w:r>
      <w:r>
        <w:rPr>
          <w:b w:val="0"/>
          <w:i w:val="0"/>
        </w:rPr>
        <w:t xml:space="preserve"> , xem xét cách hiển thị thông tin được cung cấp ở định dạng văn bản sang nhiều định dạng khác nhau. Điều này bao gồm việc tạo các mẫu (template) để tạo ra tệp văn bản, cũng như tạo các tài liệu Word và PDF được định dạng phong phú và trình bày đúng chuẩn.</w:t>
      </w:r>
    </w:p>
    <w:p>
      <w:pPr>
        <w:spacing w:after="80"/>
      </w:pPr>
      <w:r>
        <w:rPr>
          <w:b w:val="0"/>
          <w:i/>
        </w:rPr>
        <w:t xml:space="preserve"> Chương 6 </w:t>
      </w:r>
      <w:r>
        <w:rPr>
          <w:b w:val="0"/>
          <w:i w:val="0"/>
        </w:rPr>
        <w:t xml:space="preserve"> , </w:t>
      </w:r>
      <w:r>
        <w:rPr>
          <w:b w:val="0"/>
          <w:i/>
        </w:rPr>
        <w:t xml:space="preserve"> Vui vẻ với bảng tính </w:t>
      </w:r>
      <w:r>
        <w:rPr>
          <w:b w:val="0"/>
          <w:i w:val="0"/>
        </w:rPr>
        <w:t xml:space="preserve"> , khám phá cách đọc và ghi bảng tính ở định dạng CSV, và trong Microsoft Excel, bao gồm cả việc định dạng và tạo biểu đồ cũng như sử dụng Python bên trong Excel.</w:t>
      </w:r>
    </w:p>
    <w:p>
      <w:pPr>
        <w:spacing w:after="80"/>
      </w:pPr>
      <w:r>
        <w:rPr>
          <w:b w:val="0"/>
          <w:i/>
        </w:rPr>
        <w:t xml:space="preserve"> Chương 7 </w:t>
      </w:r>
      <w:r>
        <w:rPr>
          <w:b w:val="0"/>
          <w:i w:val="0"/>
        </w:rPr>
        <w:t xml:space="preserve"> , </w:t>
      </w:r>
      <w:r>
        <w:rPr>
          <w:b w:val="0"/>
          <w:i/>
        </w:rPr>
        <w:t xml:space="preserve"> Làm sạch và xử lý dữ liệu </w:t>
      </w:r>
      <w:r>
        <w:rPr>
          <w:b w:val="0"/>
          <w:i w:val="0"/>
        </w:rPr>
        <w:t xml:space="preserve"> </w:t>
      </w:r>
      <w:r>
        <w:rPr>
          <w:b w:val="0"/>
          <w:i/>
        </w:rPr>
        <w:t xml:space="preserve"> , </w:t>
      </w:r>
      <w:r>
        <w:rPr>
          <w:b w:val="0"/>
          <w:i w:val="0"/>
        </w:rPr>
        <w:t xml:space="preserve"> trình bày các kỹ thuật để xử lý nhiều nguồn thông tin và làm sạch dữ liệu trước khi xử lý. Bạn sẽ học cách xử lý theo lô để tăng tốc làm việc với lượng lớn dữ liệu, bao gồm cả việc sử dụng các thư viện phân tích dữ liệu chuyên dụng như Pandas.</w:t>
      </w:r>
    </w:p>
    <w:p>
      <w:pPr>
        <w:spacing w:after="80"/>
      </w:pPr>
      <w:r>
        <w:rPr>
          <w:b w:val="0"/>
          <w:i/>
        </w:rPr>
        <w:t xml:space="preserve"> Chương 8 </w:t>
      </w:r>
      <w:r>
        <w:rPr>
          <w:b w:val="0"/>
          <w:i w:val="0"/>
        </w:rPr>
        <w:t xml:space="preserve"> , </w:t>
      </w:r>
      <w:r>
        <w:rPr>
          <w:b w:val="0"/>
          <w:i/>
        </w:rPr>
        <w:t xml:space="preserve"> Tạo ra những biểu đồ ấn tượng </w:t>
      </w:r>
      <w:r>
        <w:rPr>
          <w:b w:val="0"/>
          <w:i w:val="0"/>
        </w:rPr>
        <w:t xml:space="preserve"> , giải thích cách tạo ra các biểu đồ đẹp mắt, bao gồm các ví dụ phổ biến như biểu đồ tròn, biểu đồ đường, và biểu đồ cột, cũng như các trường hợp nâng cao khác, chẳng hạn như biểu đồ cột xếp chồng và thậm chí cả bản đồ. Chương này cũng giải thích cách nhiều biểu đồ có thể được kết hợp và tạo kiểu để tạo ra đồ họa phong phú và hiển thị thông tin liên quan ở định dạng dễ hiểu.</w:t>
      </w:r>
    </w:p>
    <w:p>
      <w:pPr>
        <w:spacing w:after="80"/>
      </w:pPr>
      <w:r>
        <w:rPr>
          <w:b w:val="0"/>
          <w:i/>
        </w:rPr>
        <w:t xml:space="preserve"> Chương 9 </w:t>
      </w:r>
      <w:r>
        <w:rPr>
          <w:b w:val="0"/>
          <w:i w:val="0"/>
        </w:rPr>
        <w:t xml:space="preserve"> , </w:t>
      </w:r>
      <w:r>
        <w:rPr>
          <w:b w:val="0"/>
          <w:i/>
        </w:rPr>
        <w:t xml:space="preserve"> Xử lý các kênh liên lạc </w:t>
      </w:r>
      <w:r>
        <w:rPr>
          <w:b w:val="0"/>
          <w:i w:val="0"/>
        </w:rPr>
        <w:t xml:space="preserve"> , giải thích cách gửi tin nhắn qua nhiều kênh, sử dụng các công cụ bên ngoài để đảm nhận phần lớn công việc nặng nhọc. Chương này đi sâu vào việc gửi và nhận email riêng lẻ cũng như hàng loạt, giao tiếp qua tin nhắn SMS, và tạo một bot trong Telegram.</w:t>
      </w:r>
    </w:p>
    <w:p>
      <w:pPr>
        <w:spacing w:after="80"/>
      </w:pPr>
      <w:r>
        <w:rPr>
          <w:b w:val="0"/>
          <w:i/>
        </w:rPr>
        <w:t xml:space="preserve"> Chương 10 </w:t>
      </w:r>
      <w:r>
        <w:rPr>
          <w:b w:val="0"/>
          <w:i w:val="0"/>
        </w:rPr>
        <w:t xml:space="preserve"> , </w:t>
      </w:r>
      <w:r>
        <w:rPr>
          <w:b w:val="0"/>
          <w:i/>
        </w:rPr>
        <w:t xml:space="preserve"> Tại sao không tự động hóa </w:t>
      </w:r>
      <w:r>
        <w:rPr>
          <w:b w:val="0"/>
          <w:i w:val="0"/>
        </w:rPr>
        <w:t xml:space="preserve"> </w:t>
      </w:r>
      <w:r>
        <w:rPr>
          <w:b w:val="0"/>
          <w:i/>
        </w:rPr>
        <w:t xml:space="preserve"> chiến </w:t>
      </w:r>
      <w:r>
        <w:rPr>
          <w:b w:val="0"/>
          <w:i w:val="0"/>
        </w:rPr>
        <w:t xml:space="preserve"> </w:t>
      </w:r>
      <w:r>
        <w:rPr>
          <w:b w:val="0"/>
          <w:i/>
        </w:rPr>
        <w:t xml:space="preserve"> dịch </w:t>
      </w:r>
      <w:r>
        <w:rPr>
          <w:b w:val="0"/>
          <w:i w:val="0"/>
        </w:rPr>
        <w:t xml:space="preserve"> </w:t>
      </w:r>
      <w:r>
        <w:rPr>
          <w:b w:val="0"/>
          <w:i/>
        </w:rPr>
        <w:t xml:space="preserve"> marketing </w:t>
      </w:r>
      <w:r>
        <w:rPr>
          <w:b w:val="0"/>
          <w:i w:val="0"/>
        </w:rPr>
        <w:t xml:space="preserve"> </w:t>
      </w:r>
      <w:r>
        <w:rPr>
          <w:b w:val="0"/>
          <w:i/>
        </w:rPr>
        <w:t xml:space="preserve"> của </w:t>
      </w:r>
      <w:r>
        <w:rPr>
          <w:b w:val="0"/>
          <w:i w:val="0"/>
        </w:rPr>
        <w:t xml:space="preserve"> </w:t>
      </w:r>
      <w:r>
        <w:rPr>
          <w:b w:val="0"/>
          <w:i/>
        </w:rPr>
        <w:t xml:space="preserve"> bạn </w:t>
      </w:r>
      <w:r>
        <w:rPr>
          <w:b w:val="0"/>
          <w:i w:val="0"/>
        </w:rPr>
        <w:t xml:space="preserve"> </w:t>
      </w:r>
      <w:r>
        <w:rPr>
          <w:b w:val="0"/>
          <w:i/>
        </w:rPr>
        <w:t xml:space="preserve"> ? </w:t>
      </w:r>
      <w:r>
        <w:rPr>
          <w:b w:val="0"/>
          <w:i w:val="0"/>
        </w:rPr>
        <w:t xml:space="preserve"> , kết hợp các công thức khác nhau được đưa vào các chương trước để tạo ra một chiến dịch marketing hoàn chỉnh, bao gồm các bước như phát hiện cơ hội, tạo khuyến mãi, liên lạc với khách hàng tiềm năng, và phân tích và báo cáo doanh số được tạo ra từ các khuyến mãi. Chương này cho thấy cách kết hợp các yếu tố khác nhau để tạo ra những hệ thống mạnh mẽ.</w:t>
      </w:r>
    </w:p>
    <w:p>
      <w:pPr>
        <w:spacing w:after="80"/>
      </w:pPr>
      <w:r>
        <w:rPr>
          <w:b w:val="0"/>
          <w:i/>
        </w:rPr>
        <w:t xml:space="preserve"> Chương 11 </w:t>
      </w:r>
      <w:r>
        <w:rPr>
          <w:b w:val="0"/>
          <w:i w:val="0"/>
        </w:rPr>
        <w:t xml:space="preserve"> , </w:t>
      </w:r>
      <w:r>
        <w:rPr>
          <w:b w:val="0"/>
          <w:i/>
        </w:rPr>
        <w:t xml:space="preserve"> Gọi các mô hình AI </w:t>
      </w:r>
      <w:r>
        <w:rPr>
          <w:b w:val="0"/>
          <w:i w:val="0"/>
        </w:rPr>
        <w:t xml:space="preserve"> , chỉ cho bạn cách tích hợp một mô hình AI để làm việc với văn bản và hình ảnh vào mã của bạn, cả từ một nhà cung cấp được lưu trữ bên ngoài cũng như sử dụng một mô hình cục bộ.</w:t>
      </w:r>
    </w:p>
    <w:p>
      <w:pPr>
        <w:spacing w:after="80"/>
      </w:pPr>
      <w:r>
        <w:rPr>
          <w:b w:val="0"/>
          <w:i/>
        </w:rPr>
        <w:t xml:space="preserve"> Chương 12 </w:t>
      </w:r>
      <w:r>
        <w:rPr>
          <w:b w:val="0"/>
          <w:i w:val="0"/>
        </w:rPr>
        <w:t xml:space="preserve"> , </w:t>
      </w:r>
      <w:r>
        <w:rPr>
          <w:b w:val="0"/>
          <w:i/>
        </w:rPr>
        <w:t xml:space="preserve"> Thêm Công cụ vào GenAI </w:t>
      </w:r>
      <w:r>
        <w:rPr>
          <w:b w:val="0"/>
          <w:i w:val="0"/>
        </w:rPr>
        <w:t xml:space="preserve"> , thảo luận về cách nâng cao khả năng tương tác của các mô hình AI với nhiều công cụ khác nhau, bao gồm định nghĩa về các máy chủ MCP để nhân lên năng lực của các mô hình bằng cách cho phép chúng thực hiện những hành động cụ thể.</w:t>
      </w:r>
    </w:p>
    <w:p>
      <w:pPr>
        <w:spacing w:after="80"/>
      </w:pPr>
      <w:r>
        <w:rPr>
          <w:b w:val="0"/>
          <w:i/>
        </w:rPr>
        <w:t xml:space="preserve"> Chương 13 </w:t>
      </w:r>
      <w:r>
        <w:rPr>
          <w:b w:val="0"/>
          <w:i w:val="0"/>
        </w:rPr>
        <w:t xml:space="preserve"> , </w:t>
      </w:r>
      <w:r>
        <w:rPr>
          <w:b w:val="0"/>
          <w:i/>
        </w:rPr>
        <w:t xml:space="preserve"> Xây dựng AI Agent cho Tự động hóa Doanh nghiệp </w:t>
      </w:r>
      <w:r>
        <w:rPr>
          <w:b w:val="0"/>
          <w:i w:val="0"/>
        </w:rPr>
        <w:t xml:space="preserve"> , khám phá kiến trúc ReAct để tạo ra các AI Agent có khả năng thực thi những tác vụ phức tạp bằng cách kết hợp nhiều công cụ lại với nhau.</w:t>
      </w:r>
    </w:p>
    <w:p>
      <w:pPr>
        <w:spacing w:after="80"/>
      </w:pPr>
      <w:r>
        <w:rPr>
          <w:b w:val="0"/>
          <w:i/>
        </w:rPr>
        <w:t xml:space="preserve"> Chương 14 </w:t>
      </w:r>
      <w:r>
        <w:rPr>
          <w:b w:val="0"/>
          <w:i w:val="0"/>
        </w:rPr>
        <w:t xml:space="preserve"> , </w:t>
      </w:r>
      <w:r>
        <w:rPr>
          <w:b w:val="0"/>
          <w:i/>
        </w:rPr>
        <w:t xml:space="preserve"> Ví dụ AI trong Thực tế </w:t>
      </w:r>
      <w:r>
        <w:rPr>
          <w:b w:val="0"/>
          <w:i w:val="0"/>
        </w:rPr>
        <w:t xml:space="preserve"> , kết hợp tất cả các kỹ thuật và bài học từ những chương trước để tạo ra một ví dụ đầy đủ về một agent thực hiện một tác vụ phức tạp, đồng thời thảo luận về những ảnh hưởng liên quan đến bảo mật, hiệu suất, chi phí và nhiều yếu tố khác. Đây là những yếu tố quan trọng cho công việc thực tế!</w:t>
      </w:r>
    </w:p>
    <w:p>
      <w:pPr>
        <w:spacing w:after="80"/>
      </w:pPr>
      <w:r>
        <w:rPr>
          <w:b w:val="0"/>
          <w:i/>
        </w:rPr>
        <w:t xml:space="preserve"> Chương 15 </w:t>
      </w:r>
      <w:r>
        <w:rPr>
          <w:b w:val="0"/>
          <w:i w:val="0"/>
        </w:rPr>
        <w:t xml:space="preserve"> , </w:t>
      </w:r>
      <w:r>
        <w:rPr>
          <w:b w:val="0"/>
          <w:i/>
        </w:rPr>
        <w:t xml:space="preserve"> Tự động hóa các Quy trình Kiểm thử </w:t>
      </w:r>
      <w:r>
        <w:rPr>
          <w:b w:val="0"/>
          <w:i w:val="0"/>
        </w:rPr>
        <w:t xml:space="preserve"> , khám phá việc viết và thực thi các bài kiểm thử để xác minh rằng mã nguồn đang hoạt động đúng như mong đợi. Framework pytest được giới thiệu và các tình huống phổ biến để làm việc hiệu quả với kiểm thử cũng được thảo luận.</w:t>
      </w:r>
    </w:p>
    <w:p>
      <w:pPr>
        <w:spacing w:after="80"/>
      </w:pPr>
      <w:r>
        <w:rPr>
          <w:b w:val="0"/>
          <w:i/>
        </w:rPr>
        <w:t xml:space="preserve"> Chương 16 </w:t>
      </w:r>
      <w:r>
        <w:rPr>
          <w:b w:val="0"/>
          <w:i w:val="0"/>
        </w:rPr>
        <w:t xml:space="preserve"> , </w:t>
      </w:r>
      <w:r>
        <w:rPr>
          <w:b w:val="0"/>
          <w:i/>
        </w:rPr>
        <w:t xml:space="preserve"> Các Kỹ thuật Gỡ lỗi </w:t>
      </w:r>
      <w:r>
        <w:rPr>
          <w:b w:val="0"/>
          <w:i w:val="0"/>
        </w:rPr>
        <w:t xml:space="preserve"> , giới thiệu nhiều phương pháp và mẹo khác nhau để hỗ trợ quá trình gỡ lỗi nhằm đảm bảo chất lượng phần mềm của bạn. Chương này tận dụng khả năng nội quan (introspection) tuyệt vời của Python cùng các công cụ gỡ lỗi có sẵn để khắc phục vấn đề và tạo ra phần mềm tự động vững chắc.</w:t>
      </w:r>
    </w:p>
    <w:p>
      <w:pPr>
        <w:pStyle w:val="Heading2"/>
      </w:pPr>
      <w:r>
        <w:rPr>
          <w:rFonts w:ascii="Calibri" w:hAnsi="Calibri"/>
          <w:b/>
          <w:i w:val="0"/>
          <w:sz w:val="32"/>
        </w:rPr>
        <w:t>Tận dụng tối đa cuốn sách này</w:t>
      </w:r>
    </w:p>
    <w:p>
      <w:pPr>
        <w:spacing w:after="80"/>
        <w:ind w:left="360"/>
      </w:pPr>
      <w:r>
        <w:t xml:space="preserve">• </w:t>
      </w:r>
      <w:r>
        <w:rPr>
          <w:b w:val="0"/>
          <w:i w:val="0"/>
        </w:rPr>
        <w:t>Trước khi đọc cuốn sách này, người đọc cần biết những kiến thức cơ bản về ngôn ngữ Python. Chúng tôi không giả định rằng người đọc là chuyên gia về ngôn ngữ này.</w:t>
      </w:r>
    </w:p>
    <w:p>
      <w:pPr>
        <w:spacing w:after="80"/>
        <w:ind w:left="360"/>
      </w:pPr>
      <w:r>
        <w:t xml:space="preserve">• </w:t>
      </w:r>
      <w:r>
        <w:rPr>
          <w:b w:val="0"/>
          <w:i w:val="0"/>
        </w:rPr>
        <w:t>Người đọc cần biết cách nhập lệnh trong dòng lệnh (Terminal, Bash hoặc tương đương).</w:t>
      </w:r>
    </w:p>
    <w:p>
      <w:pPr>
        <w:spacing w:after="80"/>
        <w:ind w:left="360"/>
      </w:pPr>
      <w:r>
        <w:t xml:space="preserve">• </w:t>
      </w:r>
      <w:r>
        <w:rPr>
          <w:b w:val="0"/>
          <w:i w:val="0"/>
        </w:rPr>
        <w:t>Để hiểu mã nguồn trong cuốn sách này, bạn cần một trình soạn thảo văn bản, giúp bạn đọc và chỉnh sửa mã. Hãy dùng một IDE hỗ trợ ngôn ngữ Python, chẳng hạn như PyCharm.</w:t>
      </w:r>
    </w:p>
    <w:p>
      <w:pPr>
        <w:pStyle w:val="Heading3"/>
      </w:pPr>
      <w:r>
        <w:rPr>
          <w:rFonts w:ascii="Calibri" w:hAnsi="Calibri"/>
          <w:b/>
          <w:i w:val="0"/>
          <w:sz w:val="26"/>
        </w:rPr>
        <w:t>Tải xuống các tệp mã nguồn ví dụ</w:t>
      </w:r>
    </w:p>
    <w:p>
      <w:pPr>
        <w:spacing w:after="80"/>
      </w:pPr>
      <w:r>
        <w:rPr>
          <w:b w:val="0"/>
          <w:i w:val="0"/>
        </w:rPr>
        <w:t xml:space="preserve">Gói mã nguồn cho cuốn sách được lưu trữ trên GitHub tại </w:t>
      </w:r>
      <w:r>
        <w:rPr>
          <w:rFonts w:ascii="Consolas" w:hAnsi="Consolas"/>
          <w:b w:val="0"/>
          <w:i w:val="0"/>
          <w:sz w:val="20"/>
        </w:rPr>
        <w:br/>
        <w:br/>
        <w:t xml:space="preserve">       https://github.com/PacktPublishing/Python-Automation-Cookbook-Third-Edition</w:t>
        <w:br/>
        <w:t xml:space="preserve">      </w:t>
        <w:br/>
      </w:r>
      <w:r>
        <w:rPr>
          <w:b w:val="0"/>
          <w:i w:val="0"/>
        </w:rPr>
        <w:t xml:space="preserve"> . Chúng tôi cũng có các gói mã nguồn khác từ danh mục sách và video phong phú của mình tại </w:t>
      </w:r>
      <w:r>
        <w:rPr>
          <w:rFonts w:ascii="Consolas" w:hAnsi="Consolas"/>
          <w:b w:val="0"/>
          <w:i w:val="0"/>
          <w:sz w:val="20"/>
        </w:rPr>
        <w:br/>
        <w:br/>
        <w:t xml:space="preserve">       https://github.com/PacktPublishing</w:t>
        <w:br/>
        <w:t xml:space="preserve">      </w:t>
        <w:br/>
      </w:r>
      <w:r>
        <w:rPr>
          <w:b w:val="0"/>
          <w:i w:val="0"/>
        </w:rPr>
        <w:t xml:space="preserve"> . Hãy xem thử nhé!</w:t>
      </w:r>
    </w:p>
    <w:p>
      <w:pPr>
        <w:pStyle w:val="Heading3"/>
      </w:pPr>
      <w:r>
        <w:rPr>
          <w:rFonts w:ascii="Calibri" w:hAnsi="Calibri"/>
          <w:b/>
          <w:i w:val="0"/>
          <w:sz w:val="26"/>
        </w:rPr>
        <w:t>Tải xuống các hình ảnh màu</w:t>
      </w:r>
    </w:p>
    <w:p>
      <w:pPr>
        <w:spacing w:after="80"/>
      </w:pPr>
      <w:r>
        <w:rPr>
          <w:b w:val="0"/>
          <w:i w:val="0"/>
        </w:rPr>
        <w:t xml:space="preserve">Chúng tôi cũng cung cấp một tệp PDF chứa hình ảnh màu của các ảnh chụp màn hình/sơ đồ được sử dụng trong cuốn sách này. Bạn có thể tải xuống tại đây: </w:t>
      </w:r>
      <w:r>
        <w:rPr>
          <w:rFonts w:ascii="Consolas" w:hAnsi="Consolas"/>
          <w:b w:val="0"/>
          <w:i w:val="0"/>
          <w:sz w:val="20"/>
        </w:rPr>
        <w:br/>
        <w:br/>
        <w:t xml:space="preserve">       https://packt.link/gbp/9781806702893</w:t>
        <w:br/>
        <w:t xml:space="preserve">      </w:t>
        <w:br/>
      </w:r>
      <w:r>
        <w:rPr>
          <w:b w:val="0"/>
          <w:i w:val="0"/>
        </w:rPr>
        <w:t xml:space="preserve"> .</w:t>
      </w:r>
    </w:p>
    <w:p>
      <w:pPr>
        <w:pStyle w:val="Heading3"/>
      </w:pPr>
      <w:r>
        <w:rPr>
          <w:rFonts w:ascii="Calibri" w:hAnsi="Calibri"/>
          <w:b/>
          <w:i w:val="0"/>
          <w:sz w:val="26"/>
        </w:rPr>
        <w:t>Các quy ước được sử dụng</w:t>
      </w:r>
    </w:p>
    <w:p>
      <w:pPr>
        <w:spacing w:after="80"/>
      </w:pPr>
      <w:r>
        <w:rPr>
          <w:b w:val="0"/>
          <w:i w:val="0"/>
        </w:rPr>
        <w:t>Có một số quy ước văn bản được sử dụng xuyên suốt cuốn sách này.</w:t>
      </w:r>
    </w:p>
    <w:p>
      <w:pPr>
        <w:spacing w:after="80"/>
      </w:pPr>
      <w:r>
        <w:rPr>
          <w:rFonts w:ascii="Consolas" w:hAnsi="Consolas"/>
          <w:b w:val="0"/>
          <w:i w:val="0"/>
          <w:sz w:val="20"/>
        </w:rPr>
        <w:br/>
        <w:br/>
        <w:t xml:space="preserve">      CodeInText</w:t>
        <w:br/>
        <w:t xml:space="preserve">     </w:t>
        <w:br/>
      </w:r>
      <w:r>
        <w:rPr>
          <w:b w:val="0"/>
          <w:i w:val="0"/>
        </w:rPr>
        <w:t xml:space="preserve"> : Chỉ các từ mã trong văn bản, tên bảng cơ sở dữ liệu, tên thư mục, tên tệp, phần mở rộng tệp, đường dẫn, URL giả, dữ liệu người dùng nhập và tên người dùng Twitter. Ví dụ: "Cuối cùng, script </w:t>
      </w:r>
      <w:r>
        <w:rPr>
          <w:rFonts w:ascii="Consolas" w:hAnsi="Consolas"/>
          <w:b w:val="0"/>
          <w:i w:val="0"/>
          <w:sz w:val="20"/>
        </w:rPr>
        <w:br/>
        <w:br/>
        <w:t xml:space="preserve">      meeting_preparation_agent.py</w:t>
        <w:br/>
        <w:t xml:space="preserve">     </w:t>
        <w:br/>
      </w:r>
      <w:r>
        <w:rPr>
          <w:b w:val="0"/>
          <w:i w:val="0"/>
        </w:rPr>
        <w:t xml:space="preserve"> chính là thứ điều phối mọi thứ."</w:t>
      </w:r>
    </w:p>
    <w:p>
      <w:pPr>
        <w:spacing w:after="80"/>
      </w:pPr>
      <w:r>
        <w:rPr>
          <w:b w:val="0"/>
          <w:i w:val="0"/>
        </w:rPr>
        <w:t>Một khối mã được đặt như sau:</w:t>
      </w:r>
    </w:p>
    <w:p>
      <w:pPr>
        <w:spacing w:after="0"/>
        <w:ind w:left="360"/>
        <w:shd w:val="clear" w:color="auto" w:fill="F2F2F2"/>
      </w:pPr>
      <w:r>
        <w:rPr>
          <w:rFonts w:ascii="Consolas" w:hAnsi="Consolas"/>
          <w:sz w:val="18"/>
        </w:rPr>
        <w:t>def main(base_url, to_search):</w:t>
      </w:r>
    </w:p>
    <w:p>
      <w:pPr>
        <w:spacing w:after="0"/>
        <w:ind w:left="360"/>
        <w:shd w:val="clear" w:color="auto" w:fill="F2F2F2"/>
      </w:pPr>
      <w:r>
        <w:rPr>
          <w:rFonts w:ascii="Consolas" w:hAnsi="Consolas"/>
          <w:sz w:val="18"/>
        </w:rPr>
        <w:t xml:space="preserve">    checked_links = set()</w:t>
      </w:r>
    </w:p>
    <w:p>
      <w:pPr>
        <w:spacing w:after="0"/>
        <w:ind w:left="360"/>
        <w:shd w:val="clear" w:color="auto" w:fill="F2F2F2"/>
      </w:pPr>
      <w:r>
        <w:rPr>
          <w:rFonts w:ascii="Consolas" w:hAnsi="Consolas"/>
          <w:sz w:val="18"/>
        </w:rPr>
        <w:t xml:space="preserve">    to_check = [base_url]</w:t>
      </w:r>
    </w:p>
    <w:p>
      <w:pPr>
        <w:spacing w:after="0"/>
        <w:ind w:left="360"/>
        <w:shd w:val="clear" w:color="auto" w:fill="F2F2F2"/>
      </w:pPr>
      <w:r>
        <w:rPr>
          <w:rFonts w:ascii="Consolas" w:hAnsi="Consolas"/>
          <w:sz w:val="18"/>
        </w:rPr>
        <w:t xml:space="preserve">    max_checks = 10</w:t>
      </w:r>
    </w:p>
    <w:p>
      <w:pPr>
        <w:spacing w:after="40"/>
      </w:pPr>
    </w:p>
    <w:p>
      <w:pPr>
        <w:spacing w:after="80"/>
      </w:pPr>
      <w:r>
        <w:rPr>
          <w:b w:val="0"/>
          <w:i w:val="0"/>
        </w:rPr>
        <w:t>Mọi dữ liệu nhập hoặc xuất trên dòng lệnh được viết như sau:</w:t>
      </w:r>
    </w:p>
    <w:p>
      <w:pPr>
        <w:spacing w:after="0"/>
        <w:ind w:left="360"/>
        <w:shd w:val="clear" w:color="auto" w:fill="F2F2F2"/>
      </w:pPr>
      <w:r>
        <w:rPr>
          <w:rFonts w:ascii="Consolas" w:hAnsi="Consolas"/>
          <w:sz w:val="18"/>
        </w:rPr>
        <w:t>&gt;&gt;&gt; result = requests.get('https://jsonplaceholder.typicode.com/posts')</w:t>
      </w:r>
    </w:p>
    <w:p>
      <w:pPr>
        <w:spacing w:after="40"/>
      </w:pPr>
    </w:p>
    <w:p>
      <w:pPr>
        <w:spacing w:after="80"/>
      </w:pPr>
      <w:r>
        <w:rPr>
          <w:b/>
          <w:i w:val="0"/>
        </w:rPr>
        <w:t xml:space="preserve"> Chữ đậm </w:t>
      </w:r>
      <w:r>
        <w:rPr>
          <w:b w:val="0"/>
          <w:i w:val="0"/>
        </w:rPr>
        <w:t xml:space="preserve"> : Biểu thị một thuật ngữ mới, một từ quan trọng, hoặc những từ bạn nhìn thấy trên màn hình. Ví dụ, các từ trong menu hoặc hộp thoại xuất hiện trong văn bản như thế này. Chẳng hạn: "Đây là đặc tả của </w:t>
      </w:r>
      <w:r>
        <w:rPr>
          <w:b/>
          <w:i w:val="0"/>
        </w:rPr>
        <w:t xml:space="preserve"> đầu ra tiêu chuẩn </w:t>
      </w:r>
      <w:r>
        <w:rPr>
          <w:b w:val="0"/>
          <w:i w:val="0"/>
        </w:rPr>
        <w:t xml:space="preserve"> ( </w:t>
      </w:r>
      <w:r>
        <w:rPr>
          <w:b/>
          <w:i w:val="0"/>
        </w:rPr>
        <w:t xml:space="preserve"> stdout </w:t>
      </w:r>
      <w:r>
        <w:rPr>
          <w:b w:val="0"/>
          <w:i w:val="0"/>
        </w:rPr>
        <w:t xml:space="preserve"> )"</w:t>
      </w:r>
    </w:p>
    <w:p>
      <w:pPr>
        <w:spacing w:after="80"/>
      </w:pPr>
      <w:r>
        <w:rPr>
          <w:b/>
          <w:i w:val="0"/>
        </w:rPr>
        <w:t>Lưu ý</w:t>
      </w:r>
    </w:p>
    <w:p>
      <w:pPr>
        <w:spacing w:after="80"/>
      </w:pPr>
      <w:r>
        <w:rPr>
          <w:b w:val="0"/>
          <w:i w:val="0"/>
        </w:rPr>
        <w:t>Các cảnh báo hoặc ghi chú quan trọng xuất hiện như thế này.</w:t>
      </w:r>
    </w:p>
    <w:p>
      <w:pPr>
        <w:spacing w:after="80"/>
      </w:pPr>
      <w:r>
        <w:rPr>
          <w:b/>
          <w:i w:val="0"/>
        </w:rPr>
        <w:t>Mẹo</w:t>
      </w:r>
    </w:p>
    <w:p>
      <w:pPr>
        <w:spacing w:after="80"/>
      </w:pPr>
      <w:r>
        <w:rPr>
          <w:b w:val="0"/>
          <w:i w:val="0"/>
        </w:rPr>
        <w:t>Các mẹo và thủ thuật xuất hiện như thế này.</w:t>
      </w:r>
    </w:p>
    <w:p>
      <w:pPr>
        <w:pStyle w:val="Heading2"/>
      </w:pPr>
      <w:r>
        <w:rPr>
          <w:rFonts w:ascii="Calibri" w:hAnsi="Calibri"/>
          <w:b/>
          <w:i w:val="0"/>
          <w:sz w:val="32"/>
        </w:rPr>
        <w:t>Liên hệ với chúng tôi</w:t>
      </w:r>
    </w:p>
    <w:p>
      <w:pPr>
        <w:spacing w:after="80"/>
      </w:pPr>
      <w:r>
        <w:rPr>
          <w:b w:val="0"/>
          <w:i w:val="0"/>
        </w:rPr>
        <w:t>Phản hồi từ độc giả luôn được chúng tôi hoan nghênh.</w:t>
      </w:r>
    </w:p>
    <w:p>
      <w:pPr>
        <w:spacing w:after="80"/>
      </w:pPr>
      <w:r>
        <w:rPr>
          <w:b/>
          <w:i w:val="0"/>
        </w:rPr>
        <w:t xml:space="preserve"> Phản hồi chung </w:t>
      </w:r>
      <w:r>
        <w:rPr>
          <w:b w:val="0"/>
          <w:i w:val="0"/>
        </w:rPr>
        <w:t xml:space="preserve"> : Nếu bạn có thắc mắc về bất kỳ khía cạnh nào của cuốn sách này hoặc có bất kỳ phản hồi chung nào, vui lòng gửi email cho chúng tôi tại </w:t>
      </w:r>
      <w:r>
        <w:rPr>
          <w:rFonts w:ascii="Consolas" w:hAnsi="Consolas"/>
          <w:b w:val="0"/>
          <w:i w:val="0"/>
          <w:sz w:val="20"/>
        </w:rPr>
        <w:br/>
        <w:br/>
        <w:t xml:space="preserve">      customercare@packt.com</w:t>
        <w:br/>
        <w:t xml:space="preserve">     </w:t>
        <w:br/>
      </w:r>
      <w:r>
        <w:rPr>
          <w:b w:val="0"/>
          <w:i w:val="0"/>
        </w:rPr>
        <w:t xml:space="preserve"> và ghi rõ tên cuốn sách trong tiêu đề tin nhắn của bạn.</w:t>
      </w:r>
    </w:p>
    <w:p>
      <w:pPr>
        <w:spacing w:after="80"/>
      </w:pPr>
      <w:r>
        <w:rPr>
          <w:b/>
          <w:i w:val="0"/>
        </w:rPr>
        <w:t xml:space="preserve"> Errata </w:t>
      </w:r>
      <w:r>
        <w:rPr>
          <w:b w:val="0"/>
          <w:i w:val="0"/>
        </w:rPr>
        <w:t xml:space="preserve"> : Mặc dù chúng tôi đã hết sức cẩn thận để đảm bảo tính chính xác của nội dung, nhưng sai sót vẫn có thể xảy ra. Nếu bạn phát hiện lỗi trong cuốn sách này, chúng tôi rất biết ơn nếu bạn báo lại cho chúng tôi. Vui lòng truy cập </w:t>
      </w:r>
      <w:r>
        <w:rPr>
          <w:rFonts w:ascii="Consolas" w:hAnsi="Consolas"/>
          <w:b w:val="0"/>
          <w:i w:val="0"/>
          <w:sz w:val="20"/>
        </w:rPr>
        <w:br/>
        <w:br/>
        <w:t xml:space="preserve">       http://www.packt.com/submit-errata</w:t>
        <w:br/>
        <w:t xml:space="preserve">      </w:t>
        <w:br/>
      </w:r>
      <w:r>
        <w:rPr>
          <w:b w:val="0"/>
          <w:i w:val="0"/>
        </w:rPr>
        <w:t xml:space="preserve"> , nhấp vào </w:t>
      </w:r>
      <w:r>
        <w:rPr>
          <w:b/>
          <w:i w:val="0"/>
        </w:rPr>
        <w:t xml:space="preserve"> Submit Errata </w:t>
      </w:r>
      <w:r>
        <w:rPr>
          <w:b w:val="0"/>
          <w:i w:val="0"/>
        </w:rPr>
        <w:t xml:space="preserve"> , và điền vào biểu mẫu.</w:t>
      </w:r>
    </w:p>
    <w:p>
      <w:pPr>
        <w:spacing w:after="80"/>
      </w:pPr>
      <w:r>
        <w:rPr>
          <w:b/>
          <w:i w:val="0"/>
        </w:rPr>
        <w:t xml:space="preserve"> Vi phạm bản quyền </w:t>
      </w:r>
      <w:r>
        <w:rPr>
          <w:b w:val="0"/>
          <w:i w:val="0"/>
        </w:rPr>
        <w:t xml:space="preserve"> : Nếu bạn bắt gặp bất kỳ bản sao bất hợp pháp nào của các tác phẩm của chúng tôi dưới bất kỳ hình thức nào trên internet, chúng tôi rất biết ơn nếu bạn cung cấp cho chúng tôi địa chỉ vị trí hoặc tên trang web. Vui lòng liên hệ với chúng tôi tại </w:t>
      </w:r>
      <w:r>
        <w:rPr>
          <w:rFonts w:ascii="Consolas" w:hAnsi="Consolas"/>
          <w:b w:val="0"/>
          <w:i w:val="0"/>
          <w:sz w:val="20"/>
        </w:rPr>
        <w:br/>
        <w:br/>
        <w:t xml:space="preserve">      copyright@packt.com</w:t>
        <w:br/>
        <w:t xml:space="preserve">     </w:t>
        <w:br/>
      </w:r>
      <w:r>
        <w:rPr>
          <w:b w:val="0"/>
          <w:i w:val="0"/>
        </w:rPr>
        <w:t xml:space="preserve"> kèm theo liên kết đến tài liệu đó.</w:t>
      </w:r>
    </w:p>
    <w:p>
      <w:pPr>
        <w:spacing w:after="80"/>
      </w:pPr>
      <w:r>
        <w:rPr>
          <w:b/>
          <w:i w:val="0"/>
        </w:rPr>
        <w:t xml:space="preserve"> Nếu </w:t>
      </w:r>
      <w:r>
        <w:rPr>
          <w:b w:val="0"/>
          <w:i w:val="0"/>
        </w:rPr>
        <w:t xml:space="preserve"> </w:t>
      </w:r>
      <w:r>
        <w:rPr>
          <w:b/>
          <w:i w:val="0"/>
        </w:rPr>
        <w:t xml:space="preserve"> bạn </w:t>
      </w:r>
      <w:r>
        <w:rPr>
          <w:b w:val="0"/>
          <w:i w:val="0"/>
        </w:rPr>
        <w:t xml:space="preserve"> </w:t>
      </w:r>
      <w:r>
        <w:rPr>
          <w:b/>
          <w:i w:val="0"/>
        </w:rPr>
        <w:t xml:space="preserve"> quan tâm </w:t>
      </w:r>
      <w:r>
        <w:rPr>
          <w:b w:val="0"/>
          <w:i w:val="0"/>
        </w:rPr>
        <w:t xml:space="preserve"> </w:t>
      </w:r>
      <w:r>
        <w:rPr>
          <w:b/>
          <w:i w:val="0"/>
        </w:rPr>
        <w:t xml:space="preserve"> đến việc trở thành tác giả </w:t>
      </w:r>
      <w:r>
        <w:rPr>
          <w:b w:val="0"/>
          <w:i w:val="0"/>
        </w:rPr>
        <w:t xml:space="preserve"> : Nếu có một chủ đề mà bạn có chuyên môn và bạn quan tâm đến việc viết hoặc đóng góp cho một cuốn sách, vui lòng truy cập </w:t>
      </w:r>
      <w:r>
        <w:rPr>
          <w:rFonts w:ascii="Consolas" w:hAnsi="Consolas"/>
          <w:b w:val="0"/>
          <w:i w:val="0"/>
          <w:sz w:val="20"/>
        </w:rPr>
        <w:br/>
        <w:br/>
        <w:t xml:space="preserve">       http://authors.packt.com/</w:t>
        <w:br/>
        <w:t xml:space="preserve">      </w:t>
        <w:br/>
      </w:r>
      <w:r>
        <w:rPr>
          <w:b w:val="0"/>
          <w:i w:val="0"/>
        </w:rPr>
        <w:t xml:space="preserve"> .</w:t>
      </w:r>
    </w:p>
    <w:p>
      <w:pPr>
        <w:pStyle w:val="Heading2"/>
      </w:pPr>
      <w:r>
        <w:rPr>
          <w:rFonts w:ascii="Calibri" w:hAnsi="Calibri"/>
          <w:b/>
          <w:i w:val="0"/>
          <w:sz w:val="32"/>
        </w:rPr>
        <w:t>Chia sẻ suy nghĩ của bạn</w:t>
      </w:r>
    </w:p>
    <w:p>
      <w:pPr>
        <w:spacing w:after="80"/>
      </w:pPr>
      <w:r>
        <w:rPr>
          <w:b w:val="0"/>
          <w:i w:val="0"/>
        </w:rPr>
        <w:t xml:space="preserve">Sau khi bạn đã đọc </w:t>
      </w:r>
      <w:r>
        <w:rPr>
          <w:b w:val="0"/>
          <w:i/>
        </w:rPr>
        <w:t xml:space="preserve"> Python Automation Cookbook </w:t>
      </w:r>
      <w:r>
        <w:rPr>
          <w:b w:val="0"/>
          <w:i w:val="0"/>
        </w:rPr>
        <w:t xml:space="preserve"> </w:t>
      </w:r>
      <w:r>
        <w:rPr>
          <w:b w:val="0"/>
          <w:i/>
        </w:rPr>
        <w:t xml:space="preserve"> , </w:t>
      </w:r>
      <w:r>
        <w:rPr>
          <w:b w:val="0"/>
          <w:i w:val="0"/>
        </w:rPr>
        <w:t xml:space="preserve"> </w:t>
      </w:r>
      <w:r>
        <w:rPr>
          <w:b w:val="0"/>
          <w:i/>
        </w:rPr>
        <w:t xml:space="preserve"> Third Edition </w:t>
      </w:r>
      <w:r>
        <w:rPr>
          <w:b w:val="0"/>
          <w:i w:val="0"/>
        </w:rPr>
        <w:t xml:space="preserve"> , chúng tôi rất muốn nghe suy nghĩ của bạn! Quét mã QR bên dưới để đi thẳng đến trang đánh giá trên Amazon cho cuốn sách này và chia sẻ phản hồi của bạn.</w:t>
      </w:r>
    </w:p>
    <w:p>
      <w:pPr>
        <w:jc w:val="center"/>
      </w:pPr>
      <w:r>
        <w:drawing>
          <wp:inline xmlns:a="http://schemas.openxmlformats.org/drawingml/2006/main" xmlns:pic="http://schemas.openxmlformats.org/drawingml/2006/picture">
            <wp:extent cx="1905000" cy="1905000"/>
            <wp:docPr id="3" name="Picture 3"/>
            <wp:cNvGraphicFramePr>
              <a:graphicFrameLocks noChangeAspect="1"/>
            </wp:cNvGraphicFramePr>
            <a:graphic>
              <a:graphicData uri="http://schemas.openxmlformats.org/drawingml/2006/picture">
                <pic:pic>
                  <pic:nvPicPr>
                    <pic:cNvPr id="0" name="B36973_Preface_1.png"/>
                    <pic:cNvPicPr/>
                  </pic:nvPicPr>
                  <pic:blipFill>
                    <a:blip r:embed="rId11"/>
                    <a:stretch>
                      <a:fillRect/>
                    </a:stretch>
                  </pic:blipFill>
                  <pic:spPr>
                    <a:xfrm>
                      <a:off x="0" y="0"/>
                      <a:ext cx="1905000" cy="1905000"/>
                    </a:xfrm>
                    <a:prstGeom prst="rect"/>
                  </pic:spPr>
                </pic:pic>
              </a:graphicData>
            </a:graphic>
          </wp:inline>
        </w:drawing>
      </w:r>
    </w:p>
    <w:p>
      <w:pPr>
        <w:spacing w:after="80"/>
      </w:pPr>
      <w:r>
        <w:rPr>
          <w:rFonts w:ascii="Consolas" w:hAnsi="Consolas"/>
          <w:b w:val="0"/>
          <w:i w:val="0"/>
          <w:sz w:val="20"/>
        </w:rPr>
        <w:br/>
        <w:br/>
        <w:t xml:space="preserve">       https://packt.link/r/1806702894</w:t>
        <w:br/>
        <w:t xml:space="preserve">      </w:t>
        <w:br/>
      </w:r>
    </w:p>
    <w:p>
      <w:pPr>
        <w:spacing w:after="80"/>
      </w:pPr>
      <w:r>
        <w:rPr>
          <w:b w:val="0"/>
          <w:i w:val="0"/>
        </w:rPr>
        <w:t>Đánh giá của bạn rất quan trọng với chúng tôi và cộng đồng công nghệ, giúp chúng tôi đảm bảo mang đến nội dung chất lượng tuyệt vời.</w:t>
      </w:r>
    </w:p>
    <w:p>
      <w:pPr>
        <w:pStyle w:val="Heading2"/>
      </w:pPr>
      <w:r>
        <w:rPr>
          <w:rFonts w:ascii="Calibri" w:hAnsi="Calibri"/>
          <w:b/>
          <w:i w:val="0"/>
          <w:sz w:val="32"/>
        </w:rPr>
        <w:t>Ưu đãi miễn phí đi kèm với sách của bạn</w:t>
      </w:r>
    </w:p>
    <w:p>
      <w:pPr>
        <w:spacing w:after="80"/>
      </w:pPr>
      <w:r>
        <w:rPr>
          <w:b w:val="0"/>
          <w:i w:val="0"/>
        </w:rPr>
        <w:t>Cuốn sách này đi kèm với những ưu đãi miễn phí hỗ trợ việc học của bạn. Hãy kích hoạt ngay để truy cập tức thì (xem phần "</w:t>
      </w:r>
      <w:r>
        <w:rPr>
          <w:b w:val="0"/>
          <w:i/>
        </w:rPr>
        <w:t xml:space="preserve"> Cách kích hoạt </w:t>
      </w:r>
      <w:r>
        <w:rPr>
          <w:b w:val="0"/>
          <w:i w:val="0"/>
        </w:rPr>
        <w:t>" để biết hướng dẫn).</w:t>
      </w:r>
    </w:p>
    <w:p>
      <w:pPr>
        <w:spacing w:after="80"/>
      </w:pPr>
      <w:r>
        <w:rPr>
          <w:b w:val="0"/>
          <w:i w:val="0"/>
        </w:rPr>
        <w:t>Đây là tổng quan nhanh về những gì bạn có thể kích hoạt ngay lập tức khi mua sách:</w:t>
      </w:r>
    </w:p>
    <w:p>
      <w:pPr>
        <w:jc w:val="center"/>
      </w:pPr>
      <w:r>
        <w:drawing>
          <wp:inline xmlns:a="http://schemas.openxmlformats.org/drawingml/2006/main" xmlns:pic="http://schemas.openxmlformats.org/drawingml/2006/picture">
            <wp:extent cx="5486400" cy="4786884"/>
            <wp:docPr id="4" name="Picture 4"/>
            <wp:cNvGraphicFramePr>
              <a:graphicFrameLocks noChangeAspect="1"/>
            </wp:cNvGraphicFramePr>
            <a:graphic>
              <a:graphicData uri="http://schemas.openxmlformats.org/drawingml/2006/picture">
                <pic:pic>
                  <pic:nvPicPr>
                    <pic:cNvPr id="0" name="B36973_Preface_2.png"/>
                    <pic:cNvPicPr/>
                  </pic:nvPicPr>
                  <pic:blipFill>
                    <a:blip r:embed="rId12"/>
                    <a:stretch>
                      <a:fillRect/>
                    </a:stretch>
                  </pic:blipFill>
                  <pic:spPr>
                    <a:xfrm>
                      <a:off x="0" y="0"/>
                      <a:ext cx="5486400" cy="4786884"/>
                    </a:xfrm>
                    <a:prstGeom prst="rect"/>
                  </pic:spPr>
                </pic:pic>
              </a:graphicData>
            </a:graphic>
          </wp:inline>
        </w:drawing>
      </w:r>
    </w:p>
    <w:p>
      <w:pPr>
        <w:pStyle w:val="Heading3"/>
      </w:pPr>
      <w:r>
        <w:rPr>
          <w:rFonts w:ascii="Calibri" w:hAnsi="Calibri"/>
          <w:b/>
          <w:i w:val="0"/>
          <w:sz w:val="26"/>
        </w:rPr>
        <w:t>Cách kích hoạt</w:t>
      </w:r>
    </w:p>
    <w:p>
      <w:pPr>
        <w:spacing w:after="80"/>
      </w:pPr>
      <w:r>
        <w:rPr>
          <w:b w:val="0"/>
          <w:i w:val="0"/>
        </w:rPr>
        <w:t xml:space="preserve">Quét mã QR (hoặc truy cập </w:t>
      </w:r>
      <w:r>
        <w:rPr>
          <w:rFonts w:ascii="Consolas" w:hAnsi="Consolas"/>
          <w:b w:val="0"/>
          <w:i w:val="0"/>
          <w:sz w:val="20"/>
        </w:rPr>
        <w:br/>
        <w:br/>
        <w:t xml:space="preserve">       packtpub.com/unlock</w:t>
        <w:br/>
        <w:t xml:space="preserve">      </w:t>
        <w:br/>
      </w:r>
      <w:r>
        <w:rPr>
          <w:b w:val="0"/>
          <w:i w:val="0"/>
        </w:rPr>
        <w:t xml:space="preserve"> ). Tìm cuốn sách này theo tên, xác nhận phiên bản, rồi làm theo các bước trên trang.</w:t>
      </w:r>
    </w:p>
    <w:p>
      <w:pPr>
        <w:jc w:val="center"/>
      </w:pPr>
      <w:r>
        <w:drawing>
          <wp:inline xmlns:a="http://schemas.openxmlformats.org/drawingml/2006/main" xmlns:pic="http://schemas.openxmlformats.org/drawingml/2006/picture">
            <wp:extent cx="2343150" cy="2343150"/>
            <wp:docPr id="5" name="Picture 5"/>
            <wp:cNvGraphicFramePr>
              <a:graphicFrameLocks noChangeAspect="1"/>
            </wp:cNvGraphicFramePr>
            <a:graphic>
              <a:graphicData uri="http://schemas.openxmlformats.org/drawingml/2006/picture">
                <pic:pic>
                  <pic:nvPicPr>
                    <pic:cNvPr id="0" name="B36973_Preface_3.png"/>
                    <pic:cNvPicPr/>
                  </pic:nvPicPr>
                  <pic:blipFill>
                    <a:blip r:embed="rId13"/>
                    <a:stretch>
                      <a:fillRect/>
                    </a:stretch>
                  </pic:blipFill>
                  <pic:spPr>
                    <a:xfrm>
                      <a:off x="0" y="0"/>
                      <a:ext cx="2343150" cy="2343150"/>
                    </a:xfrm>
                    <a:prstGeom prst="rect"/>
                  </pic:spPr>
                </pic:pic>
              </a:graphicData>
            </a:graphic>
          </wp:inline>
        </w:drawing>
      </w:r>
    </w:p>
    <w:p>
      <w:pPr>
        <w:jc w:val="center"/>
      </w:pPr>
      <w:r>
        <w:drawing>
          <wp:inline xmlns:a="http://schemas.openxmlformats.org/drawingml/2006/main" xmlns:pic="http://schemas.openxmlformats.org/drawingml/2006/picture">
            <wp:extent cx="1371600" cy="314325"/>
            <wp:docPr id="6" name="Picture 6"/>
            <wp:cNvGraphicFramePr>
              <a:graphicFrameLocks noChangeAspect="1"/>
            </wp:cNvGraphicFramePr>
            <a:graphic>
              <a:graphicData uri="http://schemas.openxmlformats.org/drawingml/2006/picture">
                <pic:pic>
                  <pic:nvPicPr>
                    <pic:cNvPr id="0" name="B36973_Preface_4.png"/>
                    <pic:cNvPicPr/>
                  </pic:nvPicPr>
                  <pic:blipFill>
                    <a:blip r:embed="rId14"/>
                    <a:stretch>
                      <a:fillRect/>
                    </a:stretch>
                  </pic:blipFill>
                  <pic:spPr>
                    <a:xfrm>
                      <a:off x="0" y="0"/>
                      <a:ext cx="1371600" cy="314325"/>
                    </a:xfrm>
                    <a:prstGeom prst="rect"/>
                  </pic:spPr>
                </pic:pic>
              </a:graphicData>
            </a:graphic>
          </wp:inline>
        </w:drawing>
      </w:r>
    </w:p>
    <w:p>
      <w:pPr>
        <w:spacing w:after="80"/>
      </w:pPr>
      <w:r>
        <w:rPr>
          <w:b w:val="0"/>
          <w:i/>
        </w:rPr>
        <w:t xml:space="preserve"> Lưu ý: Hãy giữ hóa đơn bên mình. Các giao dịch mua trực tiếp từ </w:t>
      </w:r>
      <w:r>
        <w:rPr>
          <w:b w:val="0"/>
          <w:i w:val="0"/>
        </w:rPr>
        <w:t xml:space="preserve"> </w:t>
      </w:r>
      <w:r>
        <w:rPr>
          <w:b w:val="0"/>
          <w:i/>
        </w:rPr>
        <w:t xml:space="preserve"> Packt </w:t>
      </w:r>
      <w:r>
        <w:rPr>
          <w:b w:val="0"/>
          <w:i w:val="0"/>
        </w:rPr>
        <w:t xml:space="preserve"> </w:t>
      </w:r>
      <w:r>
        <w:rPr>
          <w:b w:val="0"/>
          <w:i/>
        </w:rPr>
        <w:t xml:space="preserve"> không </w:t>
      </w:r>
      <w:r>
        <w:rPr>
          <w:b w:val="0"/>
          <w:i w:val="0"/>
        </w:rPr>
        <w:t xml:space="preserve"> </w:t>
      </w:r>
      <w:r>
        <w:rPr>
          <w:b w:val="0"/>
          <w:i/>
        </w:rPr>
        <w:t xml:space="preserve"> cần hóa đơn </w:t>
      </w:r>
    </w:p>
    <w:p>
      <w:pPr>
        <w:pStyle w:val="Heading1"/>
      </w:pPr>
      <w:r>
        <w:rPr>
          <w:rFonts w:ascii="Calibri" w:hAnsi="Calibri"/>
          <w:b/>
          <w:i w:val="0"/>
          <w:sz w:val="40"/>
        </w:rPr>
        <w:t>1</w:t>
      </w:r>
    </w:p>
    <w:p>
      <w:pPr>
        <w:pStyle w:val="Heading1"/>
      </w:pPr>
      <w:r>
        <w:rPr>
          <w:rFonts w:ascii="Calibri" w:hAnsi="Calibri"/>
          <w:b/>
          <w:i w:val="0"/>
          <w:sz w:val="40"/>
        </w:rPr>
        <w:t>Hãy bắt đầu hành trình tự động hóa của chúng ta</w:t>
      </w:r>
    </w:p>
    <w:p>
      <w:pPr>
        <w:spacing w:after="80"/>
      </w:pPr>
      <w:r>
        <w:rPr>
          <w:b w:val="0"/>
          <w:i w:val="0"/>
        </w:rPr>
        <w:t>Mục tiêu của chương này là trình bày một số kỹ thuật cơ bản sẽ hữu ích xuyên suốt cả cuốn sách. Ý tưởng chính là tạo ra một môi trường Python tốt để chạy các tác vụ tự động hóa tiếp theo và có thể phân tích đầu vào dạng văn bản thành dữ liệu có cấu trúc.</w:t>
      </w:r>
    </w:p>
    <w:p>
      <w:pPr>
        <w:spacing w:after="80"/>
      </w:pPr>
      <w:r>
        <w:rPr>
          <w:b w:val="0"/>
          <w:i w:val="0"/>
        </w:rPr>
        <w:t>Chúng ta sẽ giới thiệu các công cụ trí tuệ nhân tạo tạo sinh (generative artificial intelligence - GenAI). Xuyên suốt cuốn sách, chúng ta sẽ xem xét cách chúng có thể giúp ích trong các dự án tự động hóa của mình. Trong chương này, chúng ta sẽ nếm thử điều đó và xem xét một số hạn chế của chúng.</w:t>
      </w:r>
    </w:p>
    <w:p>
      <w:pPr>
        <w:spacing w:after="80"/>
      </w:pPr>
      <w:r>
        <w:rPr>
          <w:b w:val="0"/>
          <w:i w:val="0"/>
        </w:rPr>
        <w:t>Python có sẵn khá nhiều công cụ được cài đặt mặc định, nhưng nó cũng giúp việc cài đặt các công cụ của bên thứ ba trở nên dễ dàng, giúp đơn giản hóa nhiều thao tác phổ biến. Chúng ta sẽ xem cách nhập các mô-đun từ nguồn bên ngoài và sử dụng chúng để khai thác hết tiềm năng của Python.</w:t>
      </w:r>
    </w:p>
    <w:p>
      <w:pPr>
        <w:spacing w:after="80"/>
      </w:pPr>
      <w:r>
        <w:rPr>
          <w:b w:val="0"/>
          <w:i w:val="0"/>
        </w:rPr>
        <w:t xml:space="preserve">Chúng ta sẽ cài đặt và sử dụng các công cụ hỗ trợ xử lý văn bản. Khả năng cấu trúc hóa dữ liệu đầu vào là cực kỳ quan trọng trong bất kỳ tác vụ tự động hóa nào. Phần lớn dữ liệu mà chúng ta sẽ xử lý trong cuốn sách này đến từ các nguồn không được định dạng như trang web hay tệp văn bản. Như câu ngạn ngữ cũ của ngành máy tính vẫn nói, </w:t>
      </w:r>
      <w:r>
        <w:rPr>
          <w:b w:val="0"/>
          <w:i/>
        </w:rPr>
        <w:t xml:space="preserve"> rác vào thì rác ra </w:t>
      </w:r>
      <w:r>
        <w:rPr>
          <w:b w:val="0"/>
          <w:i w:val="0"/>
        </w:rPr>
        <w:t xml:space="preserve"> , khiến việc làm sạch đầu vào trở thành một nhiệm vụ rất quan trọng.</w:t>
      </w:r>
    </w:p>
    <w:p>
      <w:pPr>
        <w:spacing w:after="80"/>
      </w:pPr>
      <w:r>
        <w:rPr>
          <w:b w:val="0"/>
          <w:i w:val="0"/>
        </w:rPr>
        <w:t>Trong chương này, chúng ta sẽ đề cập đến các chủ đề sau:</w:t>
      </w:r>
    </w:p>
    <w:p>
      <w:pPr>
        <w:spacing w:after="80"/>
        <w:ind w:left="360"/>
      </w:pPr>
      <w:r>
        <w:t xml:space="preserve">• </w:t>
      </w:r>
      <w:r>
        <w:rPr>
          <w:b w:val="0"/>
          <w:i w:val="0"/>
        </w:rPr>
        <w:t>Con voi trong phòng: lập trình theo cảm hứng (vibe coding)</w:t>
      </w:r>
    </w:p>
    <w:p>
      <w:pPr>
        <w:spacing w:after="80"/>
        <w:ind w:left="360"/>
      </w:pPr>
      <w:r>
        <w:t xml:space="preserve">• </w:t>
      </w:r>
      <w:r>
        <w:rPr>
          <w:b w:val="0"/>
          <w:i w:val="0"/>
        </w:rPr>
        <w:t>Làm việc với nhiều phiên bản Python và môi trường ảo thông qua uv</w:t>
      </w:r>
    </w:p>
    <w:p>
      <w:pPr>
        <w:spacing w:after="80"/>
        <w:ind w:left="360"/>
      </w:pPr>
      <w:r>
        <w:t xml:space="preserve">• </w:t>
      </w:r>
      <w:r>
        <w:rPr>
          <w:b w:val="0"/>
          <w:i w:val="0"/>
        </w:rPr>
        <w:t>Cài đặt các gói bên thứ ba</w:t>
      </w:r>
    </w:p>
    <w:p>
      <w:pPr>
        <w:spacing w:after="80"/>
        <w:ind w:left="360"/>
      </w:pPr>
      <w:r>
        <w:t xml:space="preserve">• </w:t>
      </w:r>
      <w:r>
        <w:rPr>
          <w:b w:val="0"/>
          <w:i w:val="0"/>
        </w:rPr>
        <w:t>Tạo chuỗi với giá trị được định dạng</w:t>
      </w:r>
    </w:p>
    <w:p>
      <w:pPr>
        <w:spacing w:after="80"/>
        <w:ind w:left="360"/>
      </w:pPr>
      <w:r>
        <w:t xml:space="preserve">• </w:t>
      </w:r>
      <w:r>
        <w:rPr>
          <w:b w:val="0"/>
          <w:i w:val="0"/>
        </w:rPr>
        <w:t>Thao tác với chuỗi</w:t>
      </w:r>
    </w:p>
    <w:p>
      <w:pPr>
        <w:spacing w:after="80"/>
        <w:ind w:left="360"/>
      </w:pPr>
      <w:r>
        <w:t xml:space="preserve">• </w:t>
      </w:r>
      <w:r>
        <w:rPr>
          <w:b w:val="0"/>
          <w:i w:val="0"/>
        </w:rPr>
        <w:t>Trích xuất dữ liệu từ chuỗi có cấu trúc</w:t>
      </w:r>
    </w:p>
    <w:p>
      <w:pPr>
        <w:spacing w:after="80"/>
        <w:ind w:left="360"/>
      </w:pPr>
      <w:r>
        <w:t xml:space="preserve">• </w:t>
      </w:r>
      <w:r>
        <w:rPr>
          <w:b w:val="0"/>
          <w:i w:val="0"/>
        </w:rPr>
        <w:t>Sử dụng công cụ bên thứ ba—parse</w:t>
      </w:r>
    </w:p>
    <w:p>
      <w:pPr>
        <w:spacing w:after="80"/>
        <w:ind w:left="360"/>
      </w:pPr>
      <w:r>
        <w:t xml:space="preserve">• </w:t>
      </w:r>
      <w:r>
        <w:rPr>
          <w:b w:val="0"/>
          <w:i w:val="0"/>
        </w:rPr>
        <w:t>Giới thiệu về biểu thức chính quy</w:t>
      </w:r>
    </w:p>
    <w:p>
      <w:pPr>
        <w:spacing w:after="80"/>
        <w:ind w:left="360"/>
      </w:pPr>
      <w:r>
        <w:t xml:space="preserve">• </w:t>
      </w:r>
      <w:r>
        <w:rPr>
          <w:b w:val="0"/>
          <w:i w:val="0"/>
        </w:rPr>
        <w:t>Đi sâu hơn vào biểu thức chính quy</w:t>
      </w:r>
    </w:p>
    <w:p>
      <w:pPr>
        <w:spacing w:after="80"/>
        <w:ind w:left="360"/>
      </w:pPr>
      <w:r>
        <w:t xml:space="preserve">• </w:t>
      </w:r>
      <w:r>
        <w:rPr>
          <w:b w:val="0"/>
          <w:i w:val="0"/>
        </w:rPr>
        <w:t>Thêm đối số dòng lệnh</w:t>
      </w:r>
    </w:p>
    <w:p>
      <w:pPr>
        <w:spacing w:after="80"/>
      </w:pPr>
      <w:r>
        <w:rPr>
          <w:b/>
          <w:i w:val="0"/>
        </w:rPr>
        <w:t>Lưu ý</w:t>
      </w:r>
    </w:p>
    <w:p>
      <w:pPr>
        <w:spacing w:after="80"/>
      </w:pPr>
      <w:r>
        <w:rPr>
          <w:b/>
          <w:i w:val="0"/>
        </w:rPr>
        <w:t xml:space="preserve"> Gói mua của bạn bao gồm bản PDF miễn phí + các phần thưởng độc quyền </w:t>
      </w:r>
    </w:p>
    <w:p>
      <w:pPr>
        <w:spacing w:after="80"/>
      </w:pPr>
      <w:r>
        <w:rPr>
          <w:b w:val="0"/>
          <w:i w:val="0"/>
        </w:rPr>
        <w:t xml:space="preserve">Gói mua của bạn bao gồm bản PDF không có DRM của cuốn sách này, bản dùng thử 7 ngày cho thư viện Packt+ (không cần thẻ tín dụng), và các phần thưởng độc quyền bổ sung. Xem phần </w:t>
      </w:r>
      <w:r>
        <w:rPr>
          <w:b w:val="0"/>
          <w:i/>
        </w:rPr>
        <w:t xml:space="preserve"> Ưu đãi miễn phí khi mua sách </w:t>
      </w:r>
      <w:r>
        <w:rPr>
          <w:b w:val="0"/>
          <w:i w:val="0"/>
        </w:rPr>
        <w:t xml:space="preserve"> trong </w:t>
      </w:r>
      <w:r>
        <w:rPr>
          <w:b w:val="0"/>
          <w:i/>
        </w:rPr>
        <w:t xml:space="preserve"> Lời nói đầu </w:t>
      </w:r>
      <w:r>
        <w:rPr>
          <w:b w:val="0"/>
          <w:i w:val="0"/>
        </w:rPr>
        <w:t xml:space="preserve"> để mở khóa chúng ngay lập tức và tối đa hóa việc học của bạn.</w:t>
      </w:r>
    </w:p>
    <w:p>
      <w:pPr>
        <w:pStyle w:val="Heading2"/>
      </w:pPr>
      <w:r>
        <w:rPr>
          <w:rFonts w:ascii="Calibri" w:hAnsi="Calibri"/>
          <w:b/>
          <w:i w:val="0"/>
          <w:sz w:val="32"/>
        </w:rPr>
        <w:t>Yêu cầu kỹ thuật</w:t>
      </w:r>
    </w:p>
    <w:p>
      <w:pPr>
        <w:spacing w:after="80"/>
      </w:pPr>
      <w:r>
        <w:rPr>
          <w:b w:val="0"/>
          <w:i w:val="0"/>
        </w:rPr>
        <w:t xml:space="preserve">Các yêu cầu về Python được nêu trong </w:t>
      </w:r>
      <w:r>
        <w:rPr>
          <w:b w:val="0"/>
          <w:i/>
        </w:rPr>
        <w:t xml:space="preserve"> Lời nói đầu </w:t>
      </w:r>
      <w:r>
        <w:rPr>
          <w:b w:val="0"/>
          <w:i w:val="0"/>
        </w:rPr>
        <w:t xml:space="preserve">, và chúng ta cũng sẽ sử dụng công cụ </w:t>
      </w:r>
      <w:r>
        <w:rPr>
          <w:rFonts w:ascii="Consolas" w:hAnsi="Consolas"/>
          <w:b w:val="0"/>
          <w:i w:val="0"/>
          <w:sz w:val="20"/>
        </w:rPr>
        <w:br/>
        <w:br/>
        <w:t xml:space="preserve">      uv</w:t>
        <w:br/>
        <w:t xml:space="preserve">     </w:t>
        <w:br/>
      </w:r>
      <w:r>
        <w:rPr>
          <w:b w:val="0"/>
          <w:i w:val="0"/>
        </w:rPr>
        <w:t>, việc cài đặt công cụ này được mô tả ở phần kế tiếp.</w:t>
      </w:r>
    </w:p>
    <w:p>
      <w:pPr>
        <w:spacing w:after="80"/>
      </w:pPr>
      <w:r>
        <w:rPr>
          <w:b w:val="0"/>
          <w:i w:val="0"/>
        </w:rPr>
        <w:t xml:space="preserve">Mã nguồn được trình bày trong chương này có thể tìm thấy trong kho GitHub của cuốn sách, tại </w:t>
      </w:r>
      <w:r>
        <w:rPr>
          <w:rFonts w:ascii="Consolas" w:hAnsi="Consolas"/>
          <w:b w:val="0"/>
          <w:i w:val="0"/>
          <w:sz w:val="20"/>
        </w:rPr>
        <w:br/>
        <w:br/>
        <w:t xml:space="preserve">       https://github.com/PacktPublishing/Python-Automation-Cookbook-Third-Edition/tree/main/ch01</w:t>
        <w:br/>
        <w:t xml:space="preserve">      </w:t>
        <w:br/>
      </w:r>
      <w:r>
        <w:rPr>
          <w:b w:val="0"/>
          <w:i w:val="0"/>
        </w:rPr>
        <w:t>.</w:t>
      </w:r>
    </w:p>
    <w:p>
      <w:pPr>
        <w:pStyle w:val="Heading2"/>
      </w:pPr>
      <w:r>
        <w:rPr>
          <w:rFonts w:ascii="Calibri" w:hAnsi="Calibri"/>
          <w:b/>
          <w:i w:val="0"/>
          <w:sz w:val="32"/>
        </w:rPr>
        <w:t>Điều hiển nhiên không thể tránh khỏi: vibe coding</w:t>
      </w:r>
    </w:p>
    <w:p>
      <w:pPr>
        <w:spacing w:after="80"/>
      </w:pPr>
      <w:r>
        <w:rPr>
          <w:b w:val="0"/>
          <w:i w:val="0"/>
        </w:rPr>
        <w:t>Kể từ khi ChatGPT và các công cụ liên quan khác ra đời, thế giới lập trình đã và đang trải qua một cuộc cách mạng không ngừng, nơi chúng ta có thể tạo mã với sự hỗ trợ của trí tuệ nhân tạo tạo sinh (GenAI). Những công cụ này, dựa trên cái được gọi là mô hình ngôn ngữ lớn (LLM), cho phép người dùng mô tả bằng ngôn ngữ tự nhiên một đoạn mã cần thiết, và sau đó máy tính trả về chính đoạn mã đó, kèm theo một số chú thích và giải thích.</w:t>
      </w:r>
    </w:p>
    <w:p>
      <w:pPr>
        <w:spacing w:after="80"/>
      </w:pPr>
      <w:r>
        <w:rPr>
          <w:b/>
          <w:i w:val="0"/>
        </w:rPr>
        <w:t>Lưu ý</w:t>
      </w:r>
    </w:p>
    <w:p>
      <w:pPr>
        <w:spacing w:after="80"/>
      </w:pPr>
      <w:r>
        <w:rPr>
          <w:b w:val="0"/>
          <w:i w:val="0"/>
        </w:rPr>
        <w:t xml:space="preserve">Trong phần lớn cuốn sách này, chúng ta sẽ chủ yếu sử dụng ChatGPT, vì đây là công cụ phổ biến nhất. Bạn có thể tạo tài khoản miễn phí tại </w:t>
      </w:r>
      <w:r>
        <w:rPr>
          <w:rFonts w:ascii="Consolas" w:hAnsi="Consolas"/>
          <w:b w:val="0"/>
          <w:i w:val="0"/>
          <w:sz w:val="20"/>
        </w:rPr>
        <w:br/>
        <w:br/>
        <w:t xml:space="preserve">        https://chatgpt.com/</w:t>
        <w:br/>
        <w:t xml:space="preserve">       </w:t>
        <w:br/>
      </w:r>
      <w:r>
        <w:rPr>
          <w:b w:val="0"/>
          <w:i w:val="0"/>
        </w:rPr>
        <w:t xml:space="preserve"> .</w:t>
      </w:r>
    </w:p>
    <w:p>
      <w:pPr>
        <w:spacing w:after="80"/>
      </w:pPr>
      <w:r>
        <w:rPr>
          <w:b w:val="0"/>
          <w:i w:val="0"/>
        </w:rPr>
        <w:t xml:space="preserve">Các lựa chọn thay thế khác bao gồm Claude của Anthropic ( </w:t>
      </w:r>
      <w:r>
        <w:rPr>
          <w:rFonts w:ascii="Consolas" w:hAnsi="Consolas"/>
          <w:b w:val="0"/>
          <w:i w:val="0"/>
          <w:sz w:val="20"/>
        </w:rPr>
        <w:br/>
        <w:br/>
        <w:t xml:space="preserve">        https://claude.ai/</w:t>
        <w:br/>
        <w:t xml:space="preserve">       </w:t>
        <w:br/>
      </w:r>
      <w:r>
        <w:rPr>
          <w:b w:val="0"/>
          <w:i w:val="0"/>
        </w:rPr>
        <w:t xml:space="preserve"> ), Gemini của Google ( </w:t>
      </w:r>
      <w:r>
        <w:rPr>
          <w:rFonts w:ascii="Consolas" w:hAnsi="Consolas"/>
          <w:b w:val="0"/>
          <w:i w:val="0"/>
          <w:sz w:val="20"/>
        </w:rPr>
        <w:br/>
        <w:br/>
        <w:t xml:space="preserve">        https://gemini.google.com/</w:t>
        <w:br/>
        <w:t xml:space="preserve">       </w:t>
        <w:br/>
      </w:r>
      <w:r>
        <w:rPr>
          <w:b w:val="0"/>
          <w:i w:val="0"/>
        </w:rPr>
        <w:t xml:space="preserve"> ) hoặc Copilot của Microsoft ( </w:t>
      </w:r>
      <w:r>
        <w:rPr>
          <w:rFonts w:ascii="Consolas" w:hAnsi="Consolas"/>
          <w:b w:val="0"/>
          <w:i w:val="0"/>
          <w:sz w:val="20"/>
        </w:rPr>
        <w:br/>
        <w:br/>
        <w:t xml:space="preserve">        https://copilot.microsoft.com</w:t>
        <w:br/>
        <w:t xml:space="preserve">       </w:t>
        <w:br/>
      </w:r>
      <w:r>
        <w:rPr>
          <w:b w:val="0"/>
          <w:i w:val="0"/>
        </w:rPr>
        <w:t xml:space="preserve"> ).</w:t>
      </w:r>
    </w:p>
    <w:p>
      <w:pPr>
        <w:spacing w:after="80"/>
      </w:pPr>
      <w:r>
        <w:rPr>
          <w:b w:val="0"/>
          <w:i w:val="0"/>
        </w:rPr>
        <w:t xml:space="preserve">Những chỉ dẫn mà chúng ta đưa cho công cụ GenAI được gọi là </w:t>
      </w:r>
      <w:r>
        <w:rPr>
          <w:b w:val="0"/>
          <w:i/>
        </w:rPr>
        <w:t xml:space="preserve"> prompt </w:t>
      </w:r>
      <w:r>
        <w:rPr>
          <w:b w:val="0"/>
          <w:i w:val="0"/>
        </w:rPr>
        <w:t xml:space="preserve"> </w:t>
      </w:r>
      <w:r>
        <w:rPr>
          <w:b w:val="0"/>
          <w:i/>
        </w:rPr>
        <w:t xml:space="preserve"> (câu lệnh gợi ý) </w:t>
      </w:r>
      <w:r>
        <w:rPr>
          <w:b w:val="0"/>
          <w:i w:val="0"/>
        </w:rPr>
        <w:t xml:space="preserve"> . Ví dụ, để thực hiện một thao tác rất đơn giản trong Python:</w:t>
      </w:r>
    </w:p>
    <w:p>
      <w:pPr>
        <w:jc w:val="center"/>
      </w:pPr>
      <w:r>
        <w:drawing>
          <wp:inline xmlns:a="http://schemas.openxmlformats.org/drawingml/2006/main" xmlns:pic="http://schemas.openxmlformats.org/drawingml/2006/picture">
            <wp:extent cx="5486400" cy="4800600"/>
            <wp:docPr id="7" name="Picture 7"/>
            <wp:cNvGraphicFramePr>
              <a:graphicFrameLocks noChangeAspect="1"/>
            </wp:cNvGraphicFramePr>
            <a:graphic>
              <a:graphicData uri="http://schemas.openxmlformats.org/drawingml/2006/picture">
                <pic:pic>
                  <pic:nvPicPr>
                    <pic:cNvPr id="0" name="B36973_1_1.png"/>
                    <pic:cNvPicPr/>
                  </pic:nvPicPr>
                  <pic:blipFill>
                    <a:blip r:embed="rId15"/>
                    <a:stretch>
                      <a:fillRect/>
                    </a:stretch>
                  </pic:blipFill>
                  <pic:spPr>
                    <a:xfrm>
                      <a:off x="0" y="0"/>
                      <a:ext cx="5486400" cy="4800600"/>
                    </a:xfrm>
                    <a:prstGeom prst="rect"/>
                  </pic:spPr>
                </pic:pic>
              </a:graphicData>
            </a:graphic>
          </wp:inline>
        </w:drawing>
      </w:r>
    </w:p>
    <w:p>
      <w:pPr>
        <w:spacing w:after="160"/>
        <w:jc w:val="center"/>
      </w:pPr>
      <w:r>
        <w:rPr>
          <w:rFonts w:ascii="Calibri" w:hAnsi="Calibri"/>
          <w:b w:val="0"/>
          <w:i/>
          <w:sz w:val="19"/>
        </w:rPr>
        <w:t>Hình 1.1: Cuộc trò chuyện với ChatGPT</w:t>
      </w:r>
    </w:p>
    <w:p>
      <w:pPr>
        <w:spacing w:after="80"/>
      </w:pPr>
      <w:r>
        <w:rPr>
          <w:b w:val="0"/>
          <w:i w:val="0"/>
        </w:rPr>
        <w:t xml:space="preserve">Nếu chúng ta sao chép đoạn code, lưu nó vào một tệp có tên </w:t>
      </w:r>
      <w:r>
        <w:rPr>
          <w:rFonts w:ascii="Consolas" w:hAnsi="Consolas"/>
          <w:b w:val="0"/>
          <w:i w:val="0"/>
          <w:sz w:val="20"/>
        </w:rPr>
        <w:br/>
        <w:br/>
        <w:t xml:space="preserve">      simple_script.py</w:t>
        <w:br/>
        <w:t xml:space="preserve">     </w:t>
        <w:br/>
      </w:r>
      <w:r>
        <w:rPr>
          <w:b w:val="0"/>
          <w:i w:val="0"/>
        </w:rPr>
        <w:t xml:space="preserve"> và chạy nó, chúng ta sẽ thấy kết quả như mong đợi:</w:t>
      </w:r>
    </w:p>
    <w:p>
      <w:pPr>
        <w:spacing w:after="0"/>
        <w:ind w:left="360"/>
        <w:shd w:val="clear" w:color="auto" w:fill="F2F2F2"/>
      </w:pPr>
      <w:r>
        <w:rPr>
          <w:rFonts w:ascii="Consolas" w:hAnsi="Consolas"/>
          <w:sz w:val="18"/>
        </w:rPr>
        <w:t>$ python3 simple_script.py</w:t>
      </w:r>
    </w:p>
    <w:p>
      <w:pPr>
        <w:spacing w:after="0"/>
        <w:ind w:left="360"/>
        <w:shd w:val="clear" w:color="auto" w:fill="F2F2F2"/>
      </w:pPr>
      <w:r>
        <w:rPr>
          <w:rFonts w:ascii="Consolas" w:hAnsi="Consolas"/>
          <w:sz w:val="18"/>
        </w:rPr>
        <w:t>First number: 60</w:t>
      </w:r>
    </w:p>
    <w:p>
      <w:pPr>
        <w:spacing w:after="0"/>
        <w:ind w:left="360"/>
        <w:shd w:val="clear" w:color="auto" w:fill="F2F2F2"/>
      </w:pPr>
      <w:r>
        <w:rPr>
          <w:rFonts w:ascii="Consolas" w:hAnsi="Consolas"/>
          <w:sz w:val="18"/>
        </w:rPr>
        <w:t>Second number: 81</w:t>
      </w:r>
    </w:p>
    <w:p>
      <w:pPr>
        <w:spacing w:after="0"/>
        <w:ind w:left="360"/>
        <w:shd w:val="clear" w:color="auto" w:fill="F2F2F2"/>
      </w:pPr>
      <w:r>
        <w:rPr>
          <w:rFonts w:ascii="Consolas" w:hAnsi="Consolas"/>
          <w:sz w:val="18"/>
        </w:rPr>
        <w:t>Sum: 141</w:t>
      </w:r>
    </w:p>
    <w:p>
      <w:pPr>
        <w:spacing w:after="40"/>
      </w:pPr>
    </w:p>
    <w:p>
      <w:pPr>
        <w:spacing w:after="80"/>
      </w:pPr>
      <w:r>
        <w:rPr>
          <w:b w:val="0"/>
          <w:i w:val="0"/>
        </w:rPr>
        <w:t>Dù đây là một ví dụ rất đơn giản, bạn có thể làm phức tạp hóa các chỉ dẫn và liên tục tinh chỉnh kết quả để tạo ra những đoạn code khá phức tạp, chỉ với một lượng kiến thức lập trình tối thiểu. Việc với GenAI bạn có một chuyên gia lập trình riêng để hỏi, bằng chính ngôn từ của mình, để tạo ra code với tốc độ nhanh chóng thực sự là một cuộc cách mạng, và nó đang trao quyền cho rất nhiều người để nâng cao năng lực lập trình của họ.</w:t>
      </w:r>
    </w:p>
    <w:p>
      <w:pPr>
        <w:spacing w:after="80"/>
      </w:pPr>
      <w:r>
        <w:rPr>
          <w:b w:val="0"/>
          <w:i w:val="0"/>
        </w:rPr>
        <w:t>Đồng thời, nó cũng không phải không có những rủi ro và hạn chế:</w:t>
      </w:r>
    </w:p>
    <w:p>
      <w:pPr>
        <w:spacing w:after="80"/>
        <w:ind w:left="360"/>
      </w:pPr>
      <w:r>
        <w:t xml:space="preserve">• </w:t>
      </w:r>
      <w:r>
        <w:rPr>
          <w:b w:val="0"/>
          <w:i w:val="0"/>
        </w:rPr>
        <w:t xml:space="preserve">Bạn có một lập trình viên nhân tạo khá tài năng trong tầm tay, nhưng đồng thời, nó cũng có thể rất khó hiểu: nó thường hiểu những gì bạn </w:t>
      </w:r>
      <w:r>
        <w:rPr>
          <w:b w:val="0"/>
          <w:i/>
        </w:rPr>
        <w:t xml:space="preserve"> nói </w:t>
      </w:r>
      <w:r>
        <w:rPr>
          <w:b w:val="0"/>
          <w:i w:val="0"/>
        </w:rPr>
        <w:t xml:space="preserve"> , nhưng không hiểu những gì bạn thực sự </w:t>
      </w:r>
      <w:r>
        <w:rPr>
          <w:b w:val="0"/>
          <w:i/>
        </w:rPr>
        <w:t xml:space="preserve"> muốn </w:t>
      </w:r>
      <w:r>
        <w:rPr>
          <w:b w:val="0"/>
          <w:i w:val="0"/>
        </w:rPr>
        <w:t xml:space="preserve"> . Bất kỳ lập trình viên giỏi nào cũng sẽ phản biện và đặt những câu hỏi làm rõ sâu sắc để hiểu vấn đề thực sự cần giải quyết, chứ không chỉ mù quáng làm theo những gì được yêu cầu.</w:t>
      </w:r>
    </w:p>
    <w:p>
      <w:pPr>
        <w:spacing w:after="80"/>
        <w:ind w:left="360"/>
      </w:pPr>
      <w:r>
        <w:t xml:space="preserve">• </w:t>
      </w:r>
      <w:r>
        <w:rPr>
          <w:b w:val="0"/>
          <w:i w:val="0"/>
        </w:rPr>
        <w:t xml:space="preserve">Nó hoạt động tốt với những vấn đề nhỏ, được định nghĩa rõ ràng, nhưng lượng dữ liệu mà một LLM cụ thể có thể xử lý cùng lúc là có hạn. Điều này được gọi là </w:t>
      </w:r>
      <w:r>
        <w:rPr>
          <w:b w:val="0"/>
          <w:i/>
        </w:rPr>
        <w:t xml:space="preserve"> context </w:t>
      </w:r>
      <w:r>
        <w:rPr>
          <w:b w:val="0"/>
          <w:i w:val="0"/>
        </w:rPr>
        <w:t xml:space="preserve"> (ngữ cảnh). Khi ngữ cảnh đầy, LLM sẽ kém hiệu quả hơn hẳn. Dù các công cụ hiện tại đang ngày càng xử lý ngữ cảnh này tốt hơn ở hậu trường, bạn có thể đã từng gặp vấn đề trong những cuộc trò chuyện dài với ChatGPT, chẳng hạn, khi cuộc trò chuyện càng kéo dài thì càng trở nên kỳ quặc. Điều này tạo ra vấn đề khi các cơ sở code (codebase) ngày càng lớn, và đòi hỏi những phương pháp có khả năng làm việc ở quy mô đó.</w:t>
      </w:r>
    </w:p>
    <w:p>
      <w:pPr>
        <w:spacing w:after="80"/>
        <w:ind w:left="360"/>
      </w:pPr>
      <w:r>
        <w:t xml:space="preserve">• </w:t>
      </w:r>
      <w:r>
        <w:rPr>
          <w:b w:val="0"/>
          <w:i w:val="0"/>
        </w:rPr>
        <w:t>Chúng có thể tạo ra code với tốc độ nhanh đến mức vượt quá khả năng tiếp thu và hiểu của con người. Khi bạn tự viết code, bạn sẽ có hiểu biết sâu sắc về đoạn code đó, và điều đó không hiện diện khi bạn giao phó việc viết code. Giao phó hoàn toàn cho một công cụ AI nghĩa là cuối cùng, không ai có hiểu biết sâu sắc về đoạn code được tạo ra. Điều đó có thể tạo ra trách nhiệm pháp lý và khiến code rất khó hiểu và bảo trì, dễ phát sinh lỗi hoặc những hành vi bất ngờ.</w:t>
      </w:r>
    </w:p>
    <w:p>
      <w:pPr>
        <w:spacing w:after="80"/>
        <w:ind w:left="360"/>
      </w:pPr>
      <w:r>
        <w:t xml:space="preserve">• </w:t>
      </w:r>
      <w:r>
        <w:rPr>
          <w:b w:val="0"/>
          <w:i w:val="0"/>
        </w:rPr>
        <w:t>Cũng có những rủi ro liên quan đến tính bảo mật của code được tạo ra. LLM có thể bị lừa để tạo ra những hiệu ứng xấu, khiến việc xác minh rằng code sẽ an toàn để sử dụng trở nên rất khó khăn.</w:t>
      </w:r>
    </w:p>
    <w:p>
      <w:pPr>
        <w:spacing w:after="80"/>
      </w:pPr>
      <w:r>
        <w:rPr>
          <w:b w:val="0"/>
          <w:i w:val="0"/>
        </w:rPr>
        <w:t xml:space="preserve">Nhưng các công cụ đang ngày càng tốt hơn, và LLM cũng không ngừng cải thiện. Điều đó đã dẫn đến một quy trình được gọi là </w:t>
      </w:r>
      <w:r>
        <w:rPr>
          <w:b w:val="0"/>
          <w:i/>
        </w:rPr>
        <w:t xml:space="preserve"> vibe coding </w:t>
      </w:r>
      <w:r>
        <w:rPr>
          <w:b w:val="0"/>
          <w:i w:val="0"/>
        </w:rPr>
        <w:t xml:space="preserve"> (lập trình theo cảm hứng). Thuật ngữ này ban đầu được Andrej Karpathy mô tả trong một tweet:</w:t>
      </w:r>
    </w:p>
    <w:p>
      <w:pPr>
        <w:spacing w:after="80"/>
      </w:pPr>
      <w:r>
        <w:rPr>
          <w:b w:val="0"/>
          <w:i w:val="0"/>
        </w:rPr>
        <w:t>Có một kiểu lập trình mới mà tôi gọi là "vibe coding", nơi bạn hoàn toàn buông mình theo cảm hứng, đón nhận sự tăng trưởng theo cấp số nhân, và quên đi rằng code thậm chí tồn tại. Điều này khả thi vì các LLM … đang trở nên quá giỏi. …Khi tôi nhận được thông báo lỗi, tôi chỉ cần dán chúng vào mà không bình luận gì, thường thì điều đó sẽ sửa được lỗi. Code phát triển vượt xa khả năng hiểu thông thường của tôi, tôi sẽ phải đọc qua nó một lúc lâu. Đôi khi LLM không sửa được lỗi nên tôi chỉ cần lách qua nó hoặc yêu cầu những thay đổi ngẫu nhiên cho đến khi lỗi biến mất. Điều này không tệ lắm với những dự án cuối tuần dùng một lần, nhưng vẫn khá thú vị. Tôi đang xây dựng một dự án hoặc ứng dụng web, nhưng nó thực sự không phải là lập trình - tôi chỉ thấy mọi thứ, nói mọi thứ, chạy mọi thứ, và dán mọi thứ, và nó hầu như đều hoạt động.</w:t>
      </w:r>
    </w:p>
    <w:p>
      <w:pPr>
        <w:spacing w:after="80"/>
      </w:pPr>
      <w:r>
        <w:rPr>
          <w:b w:val="0"/>
          <w:i w:val="0"/>
        </w:rPr>
        <w:t>Dù thuật ngữ này có thể được hiểu theo nhiều cách khác nhau, nó thường được hiểu là làm việc với code mà không thực sự lập trình, thay vào đó là lặp đi lặp lại qua một công cụ để thực hiện các thay đổi code, không quá bận tâm về đoạn code kết quả, mà chỉ quan tâm đến kết quả của nó.</w:t>
      </w:r>
    </w:p>
    <w:p>
      <w:pPr>
        <w:spacing w:after="80"/>
      </w:pPr>
      <w:r>
        <w:rPr>
          <w:b w:val="0"/>
          <w:i w:val="0"/>
        </w:rPr>
        <w:t>Dù cách này không phù hợp với mọi công việc lập trình, nó có thể hiệu quả với những dự án nhỏ, được kiểm soát. Điều này có thể đúng với nhiều công thức (recipe) mà chúng ta mô tả trong cuốn sách này! Chỉ cần cẩn thận đừng giao phó mọi thứ cho công cụ.</w:t>
      </w:r>
    </w:p>
    <w:p>
      <w:pPr>
        <w:spacing w:after="80"/>
      </w:pPr>
      <w:r>
        <w:rPr>
          <w:b/>
          <w:i w:val="0"/>
        </w:rPr>
        <w:t>Mẹo</w:t>
      </w:r>
    </w:p>
    <w:p>
      <w:pPr>
        <w:spacing w:after="80"/>
      </w:pPr>
      <w:r>
        <w:rPr>
          <w:b w:val="0"/>
          <w:i w:val="0"/>
        </w:rPr>
        <w:t>Quan trọng không kém việc tạo mã, GenAI còn là một công cụ tuyệt vời để giải thích mã. Bạn có thể học được rất nhiều bằng cách dùng nó để giải thích điều gì đang diễn ra trong một đoạn mã mà bạn chưa hiểu hoàn toàn.</w:t>
      </w:r>
    </w:p>
    <w:p>
      <w:pPr>
        <w:spacing w:after="80"/>
      </w:pPr>
      <w:r>
        <w:rPr>
          <w:b w:val="0"/>
          <w:i w:val="0"/>
        </w:rPr>
        <w:t>Sau phần giới thiệu ngắn gọn về những chân trời mới trong phát triển phần mềm mở ra nhờ sự ra đời của GenAI, giờ chúng ta chuyển sang một chủ đề có vẻ bình thường hơn, nhưng không kém phần quan trọng: sử dụng môi trường ảo (virtual environment) để chuẩn bị cho dự án của chúng ta chạy đúng phiên bản Python và các thư viện.</w:t>
      </w:r>
    </w:p>
    <w:p>
      <w:pPr>
        <w:pStyle w:val="Heading2"/>
      </w:pPr>
      <w:r>
        <w:rPr>
          <w:rFonts w:ascii="Calibri" w:hAnsi="Calibri"/>
          <w:b/>
          <w:i w:val="0"/>
          <w:sz w:val="32"/>
        </w:rPr>
        <w:t>Làm việc với nhiều phiên bản Python và môi trường ảo thông qua uv</w:t>
      </w:r>
    </w:p>
    <w:p>
      <w:pPr>
        <w:spacing w:after="80"/>
      </w:pPr>
      <w:r>
        <w:rPr>
          <w:b w:val="0"/>
          <w:i w:val="0"/>
        </w:rPr>
        <w:t>Bước đầu tiên khi làm việc với Python là nên định nghĩa rõ ràng môi trường làm việc.</w:t>
      </w:r>
    </w:p>
    <w:p>
      <w:pPr>
        <w:spacing w:after="80"/>
      </w:pPr>
      <w:r>
        <w:rPr>
          <w:b w:val="0"/>
          <w:i w:val="0"/>
        </w:rPr>
        <w:t xml:space="preserve">Điều này giúp bạn tách khỏi trình thông dịch (interpreter) và môi trường của hệ điều hành, đồng thời định nghĩa đúng các phụ thuộc (dependency) sẽ được sử dụng. Không làm vậy thường tạo ra những tình huống hỗn loạn. Hãy nhớ, </w:t>
      </w:r>
      <w:r>
        <w:rPr>
          <w:b w:val="0"/>
          <w:i/>
        </w:rPr>
        <w:t xml:space="preserve"> rõ ràng tốt hơn ngầm hiểu! </w:t>
      </w:r>
    </w:p>
    <w:p>
      <w:pPr>
        <w:spacing w:after="80"/>
      </w:pPr>
      <w:r>
        <w:rPr>
          <w:b w:val="0"/>
          <w:i/>
        </w:rPr>
        <w:t xml:space="preserve"> Rõ ràng tốt hơn ngầm hiểu </w:t>
      </w:r>
      <w:r>
        <w:rPr>
          <w:b w:val="0"/>
          <w:i w:val="0"/>
        </w:rPr>
        <w:t xml:space="preserve"> là một trong những câu được trích dẫn nhiều nhất trong </w:t>
      </w:r>
      <w:r>
        <w:rPr>
          <w:b w:val="0"/>
          <w:i/>
        </w:rPr>
        <w:t xml:space="preserve"> Zen of Python </w:t>
      </w:r>
      <w:r>
        <w:rPr>
          <w:b w:val="0"/>
          <w:i w:val="0"/>
        </w:rPr>
        <w:t xml:space="preserve"> . </w:t>
      </w:r>
      <w:r>
        <w:rPr>
          <w:b w:val="0"/>
          <w:i/>
        </w:rPr>
        <w:t xml:space="preserve"> Zen of Python </w:t>
      </w:r>
      <w:r>
        <w:rPr>
          <w:b w:val="0"/>
          <w:i w:val="0"/>
        </w:rPr>
        <w:t xml:space="preserve"> là một danh sách các hướng dẫn chung cho lập trình Python, nhằm mang lại sự rõ ràng về những gì được coi là "Pythonic". Toàn bộ </w:t>
      </w:r>
      <w:r>
        <w:rPr>
          <w:b w:val="0"/>
          <w:i/>
        </w:rPr>
        <w:t xml:space="preserve"> Zen of Python </w:t>
      </w:r>
      <w:r>
        <w:rPr>
          <w:b w:val="0"/>
          <w:i w:val="0"/>
        </w:rPr>
        <w:t xml:space="preserve"> có thể được gọi từ trình thông dịch Python bằng cách gọi </w:t>
      </w:r>
      <w:r>
        <w:rPr>
          <w:rFonts w:ascii="Consolas" w:hAnsi="Consolas"/>
          <w:b w:val="0"/>
          <w:i w:val="0"/>
          <w:sz w:val="20"/>
        </w:rPr>
        <w:br/>
        <w:br/>
        <w:t xml:space="preserve">      import this</w:t>
        <w:br/>
        <w:t xml:space="preserve">     </w:t>
        <w:br/>
      </w:r>
      <w:r>
        <w:rPr>
          <w:b w:val="0"/>
          <w:i w:val="0"/>
        </w:rPr>
        <w:t xml:space="preserve"> .</w:t>
      </w:r>
    </w:p>
    <w:p>
      <w:pPr>
        <w:spacing w:after="80"/>
      </w:pPr>
      <w:r>
        <w:rPr>
          <w:b w:val="0"/>
          <w:i w:val="0"/>
        </w:rPr>
        <w:t>Sự rõ ràng này đặc biệt quan trọng trong hai tình huống:</w:t>
      </w:r>
    </w:p>
    <w:p>
      <w:pPr>
        <w:spacing w:after="80"/>
        <w:ind w:left="360"/>
      </w:pPr>
      <w:r>
        <w:t xml:space="preserve">• </w:t>
      </w:r>
      <w:r>
        <w:rPr>
          <w:b w:val="0"/>
          <w:i w:val="0"/>
        </w:rPr>
        <w:t>Khi làm việc với nhiều dự án trên cùng một máy tính, vì chúng có thể có các phụ thuộc khác nhau và có thể xung đột với nhau tại một thời điểm nào đó. Ví dụ, hai phiên bản của cùng một mô-đun không thể được cài đặt trong cùng một môi trường.</w:t>
      </w:r>
    </w:p>
    <w:p>
      <w:pPr>
        <w:spacing w:after="80"/>
        <w:ind w:left="360"/>
      </w:pPr>
      <w:r>
        <w:t xml:space="preserve">• </w:t>
      </w:r>
      <w:r>
        <w:rPr>
          <w:b w:val="0"/>
          <w:i w:val="0"/>
        </w:rPr>
        <w:t>Khi làm việc trên một dự án sẽ được dùng trên một máy tính khác, ví dụ khi phát triển mã trên laptop cá nhân nhưng cuối cùng sẽ chạy trên một máy chủ từ xa.</w:t>
      </w:r>
    </w:p>
    <w:p>
      <w:pPr>
        <w:spacing w:after="80"/>
      </w:pPr>
      <w:r>
        <w:rPr>
          <w:b w:val="0"/>
          <w:i w:val="0"/>
        </w:rPr>
        <w:t>Một câu đùa phổ biến giữa các lập trình viên là phản hồi một lỗi bằng câu "nó chạy trên máy của tôi", nghĩa là nó có vẻ hoạt động trên laptop của họ nhưng không chạy trên máy chủ production. Mặc dù có vô số yếu tố có thể gây ra lỗi này, một cách làm tốt là tạo ra một môi trường có thể tái tạo tự động, giảm bớt sự không chắc chắn về những phụ thuộc thực sự đang được sử dụng.</w:t>
      </w:r>
    </w:p>
    <w:p>
      <w:pPr>
        <w:spacing w:after="80"/>
      </w:pPr>
      <w:r>
        <w:rPr>
          <w:b w:val="0"/>
          <w:i w:val="0"/>
        </w:rPr>
        <w:t xml:space="preserve">Trong Python 3, mô-đun </w:t>
      </w:r>
      <w:r>
        <w:rPr>
          <w:rFonts w:ascii="Consolas" w:hAnsi="Consolas"/>
          <w:b w:val="0"/>
          <w:i w:val="0"/>
          <w:sz w:val="20"/>
        </w:rPr>
        <w:br/>
        <w:br/>
        <w:t xml:space="preserve">      venv</w:t>
        <w:br/>
        <w:t xml:space="preserve">     </w:t>
        <w:br/>
      </w:r>
      <w:r>
        <w:rPr>
          <w:b w:val="0"/>
          <w:i w:val="0"/>
        </w:rPr>
        <w:t xml:space="preserve"> , dùng để thiết lập một môi trường ảo cục bộ, được bao gồm như một phần của thư viện chuẩn. (Điều này không đúng ở phiên bản trước, khi bạn phải cài đặt gói </w:t>
      </w:r>
      <w:r>
        <w:rPr>
          <w:rFonts w:ascii="Consolas" w:hAnsi="Consolas"/>
          <w:b w:val="0"/>
          <w:i w:val="0"/>
          <w:sz w:val="20"/>
        </w:rPr>
        <w:br/>
        <w:br/>
        <w:t xml:space="preserve">      virtualenv</w:t>
        <w:br/>
        <w:t xml:space="preserve">     </w:t>
        <w:br/>
      </w:r>
      <w:r>
        <w:rPr>
          <w:b w:val="0"/>
          <w:i w:val="0"/>
        </w:rPr>
        <w:t xml:space="preserve"> bên ngoài.) Sử dụng mô-đun </w:t>
      </w:r>
      <w:r>
        <w:rPr>
          <w:rFonts w:ascii="Consolas" w:hAnsi="Consolas"/>
          <w:b w:val="0"/>
          <w:i w:val="0"/>
          <w:sz w:val="20"/>
        </w:rPr>
        <w:br/>
        <w:br/>
        <w:t xml:space="preserve">      venv</w:t>
        <w:br/>
        <w:t xml:space="preserve">     </w:t>
        <w:br/>
      </w:r>
      <w:r>
        <w:rPr>
          <w:b w:val="0"/>
          <w:i w:val="0"/>
        </w:rPr>
        <w:t xml:space="preserve"> , không có phụ thuộc nào được cài đặt chia sẻ với trình thông dịch Python được cài trên máy, tạo ra một môi trường biệt lập.</w:t>
      </w:r>
    </w:p>
    <w:p>
      <w:pPr>
        <w:spacing w:after="80"/>
      </w:pPr>
      <w:r>
        <w:rPr>
          <w:b w:val="0"/>
          <w:i w:val="0"/>
        </w:rPr>
        <w:t xml:space="preserve">Trong những năm gần đây, một công cụ mới đã đơn giản hóa việc sử dụng môi trường, cài đặt các mô-đun bên thứ ba và chạy chúng: </w:t>
      </w:r>
      <w:r>
        <w:rPr>
          <w:rFonts w:ascii="Consolas" w:hAnsi="Consolas"/>
          <w:b w:val="0"/>
          <w:i w:val="0"/>
          <w:sz w:val="20"/>
        </w:rPr>
        <w:br/>
        <w:br/>
        <w:t xml:space="preserve">      uv</w:t>
        <w:br/>
        <w:t xml:space="preserve">     </w:t>
        <w:br/>
      </w:r>
      <w:r>
        <w:rPr>
          <w:b w:val="0"/>
          <w:i w:val="0"/>
        </w:rPr>
        <w:t xml:space="preserve"> . Công cụ này đang nhanh chóng được cộng đồng Python đón nhận vì nó đơn giản hóa công việc và nhanh hơn nhiều so với các lựa chọn thay thế trước đây!</w:t>
      </w:r>
    </w:p>
    <w:p>
      <w:pPr>
        <w:spacing w:after="80"/>
      </w:pPr>
      <w:r>
        <w:rPr>
          <w:b/>
          <w:i w:val="0"/>
        </w:rPr>
        <w:t>Lưu ý</w:t>
      </w:r>
    </w:p>
    <w:p>
      <w:pPr>
        <w:spacing w:after="80"/>
      </w:pPr>
      <w:r>
        <w:rPr>
          <w:b w:val="0"/>
          <w:i w:val="0"/>
        </w:rPr>
        <w:t xml:space="preserve">Lệnh </w:t>
      </w:r>
      <w:r>
        <w:rPr>
          <w:rFonts w:ascii="Consolas" w:hAnsi="Consolas"/>
          <w:b w:val="0"/>
          <w:i w:val="0"/>
          <w:sz w:val="20"/>
        </w:rPr>
        <w:br/>
        <w:br/>
        <w:t xml:space="preserve">       pip</w:t>
        <w:br/>
        <w:t xml:space="preserve">      </w:t>
        <w:br/>
      </w:r>
      <w:r>
        <w:rPr>
          <w:b w:val="0"/>
          <w:i w:val="0"/>
        </w:rPr>
        <w:t xml:space="preserve"> , được bao gồm trong Python, dùng để cài đặt các phụ thuộc. Khi dùng nó với một môi trường ảo đang hoạt động, nó sẽ cài đặt các gói cần thiết vào đó. </w:t>
      </w:r>
      <w:r>
        <w:rPr>
          <w:rFonts w:ascii="Consolas" w:hAnsi="Consolas"/>
          <w:b w:val="0"/>
          <w:i w:val="0"/>
          <w:sz w:val="20"/>
        </w:rPr>
        <w:br/>
        <w:br/>
        <w:t xml:space="preserve">       uv</w:t>
        <w:br/>
        <w:t xml:space="preserve">      </w:t>
        <w:br/>
      </w:r>
      <w:r>
        <w:rPr>
          <w:b w:val="0"/>
          <w:i w:val="0"/>
        </w:rPr>
        <w:t xml:space="preserve"> đơn giản hóa thao tác bằng cách tự động quản lý môi trường ảo nào sẽ dùng, dựa trên thư mục làm việc, và nơi cài đặt các gói.</w:t>
      </w:r>
    </w:p>
    <w:p>
      <w:pPr>
        <w:pStyle w:val="Heading3"/>
      </w:pPr>
      <w:r>
        <w:rPr>
          <w:rFonts w:ascii="Calibri" w:hAnsi="Calibri"/>
          <w:b/>
          <w:i w:val="0"/>
          <w:sz w:val="26"/>
        </w:rPr>
        <w:t>Chuẩn bị</w:t>
      </w:r>
    </w:p>
    <w:p>
      <w:pPr>
        <w:spacing w:after="80"/>
      </w:pPr>
      <w:r>
        <w:rPr>
          <w:b w:val="0"/>
          <w:i w:val="0"/>
        </w:rPr>
        <w:t xml:space="preserve">Cài đặt </w:t>
      </w:r>
      <w:r>
        <w:rPr>
          <w:rFonts w:ascii="Consolas" w:hAnsi="Consolas"/>
          <w:b w:val="0"/>
          <w:i w:val="0"/>
          <w:sz w:val="20"/>
        </w:rPr>
        <w:br/>
        <w:br/>
        <w:t xml:space="preserve">      uv</w:t>
        <w:br/>
        <w:t xml:space="preserve">     </w:t>
        <w:br/>
      </w:r>
      <w:r>
        <w:rPr>
          <w:b w:val="0"/>
          <w:i w:val="0"/>
        </w:rPr>
        <w:t xml:space="preserve"> nếu chưa cài. Cách dễ nhất là cài qua lệnh </w:t>
      </w:r>
      <w:r>
        <w:rPr>
          <w:rFonts w:ascii="Consolas" w:hAnsi="Consolas"/>
          <w:b w:val="0"/>
          <w:i w:val="0"/>
          <w:sz w:val="20"/>
        </w:rPr>
        <w:br/>
        <w:br/>
        <w:t xml:space="preserve">      pip</w:t>
        <w:br/>
        <w:t xml:space="preserve">     </w:t>
        <w:br/>
      </w:r>
      <w:r>
        <w:rPr>
          <w:b w:val="0"/>
          <w:i w:val="0"/>
        </w:rPr>
        <w:t xml:space="preserve"> tiêu chuẩn:</w:t>
      </w:r>
    </w:p>
    <w:p>
      <w:pPr>
        <w:spacing w:after="0"/>
        <w:ind w:left="360"/>
        <w:shd w:val="clear" w:color="auto" w:fill="F2F2F2"/>
      </w:pPr>
      <w:r>
        <w:rPr>
          <w:rFonts w:ascii="Consolas" w:hAnsi="Consolas"/>
          <w:sz w:val="18"/>
        </w:rPr>
        <w:t>$ pip install uv</w:t>
      </w:r>
    </w:p>
    <w:p>
      <w:pPr>
        <w:spacing w:after="0"/>
        <w:ind w:left="360"/>
        <w:shd w:val="clear" w:color="auto" w:fill="F2F2F2"/>
      </w:pPr>
      <w:r>
        <w:rPr>
          <w:rFonts w:ascii="Consolas" w:hAnsi="Consolas"/>
          <w:sz w:val="18"/>
        </w:rPr>
        <w:t>Collecting uv</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Installing collected packages: uv</w:t>
      </w:r>
    </w:p>
    <w:p>
      <w:pPr>
        <w:spacing w:after="0"/>
        <w:ind w:left="360"/>
        <w:shd w:val="clear" w:color="auto" w:fill="F2F2F2"/>
      </w:pPr>
      <w:r>
        <w:rPr>
          <w:rFonts w:ascii="Consolas" w:hAnsi="Consolas"/>
          <w:sz w:val="18"/>
        </w:rPr>
        <w:t>Successfully installed uv-0.9.9</w:t>
      </w:r>
    </w:p>
    <w:p>
      <w:pPr>
        <w:spacing w:after="40"/>
      </w:pPr>
    </w:p>
    <w:p>
      <w:pPr>
        <w:spacing w:after="80"/>
      </w:pPr>
      <w:r>
        <w:rPr>
          <w:b w:val="0"/>
          <w:i w:val="0"/>
        </w:rPr>
        <w:t>Trước khi tạo môi trường ảo, hãy kiểm tra xem bạn đang gọi binary Python nào:</w:t>
      </w:r>
    </w:p>
    <w:p>
      <w:pPr>
        <w:spacing w:after="0"/>
        <w:ind w:left="360"/>
        <w:shd w:val="clear" w:color="auto" w:fill="F2F2F2"/>
      </w:pPr>
      <w:r>
        <w:rPr>
          <w:rFonts w:ascii="Consolas" w:hAnsi="Consolas"/>
          <w:sz w:val="18"/>
        </w:rPr>
        <w:t>$ uv run python -c "import sys; print(sys.executable)"</w:t>
      </w:r>
    </w:p>
    <w:p>
      <w:pPr>
        <w:spacing w:after="0"/>
        <w:ind w:left="360"/>
        <w:shd w:val="clear" w:color="auto" w:fill="F2F2F2"/>
      </w:pPr>
      <w:r>
        <w:rPr>
          <w:rFonts w:ascii="Consolas" w:hAnsi="Consolas"/>
          <w:sz w:val="18"/>
        </w:rPr>
        <w:t>/usr/local/opt/python@3.14/bin/python3.14</w:t>
      </w:r>
    </w:p>
    <w:p>
      <w:pPr>
        <w:spacing w:after="40"/>
      </w:pPr>
    </w:p>
    <w:p>
      <w:pPr>
        <w:pStyle w:val="Heading3"/>
      </w:pPr>
      <w:r>
        <w:rPr>
          <w:rFonts w:ascii="Calibri" w:hAnsi="Calibri"/>
          <w:b/>
          <w:i w:val="0"/>
          <w:sz w:val="26"/>
        </w:rPr>
        <w:t>Cách thực hiện…</w:t>
      </w:r>
    </w:p>
    <w:p>
      <w:pPr>
        <w:spacing w:after="80"/>
      </w:pPr>
      <w:r>
        <w:rPr>
          <w:b w:val="0"/>
          <w:i w:val="0"/>
        </w:rPr>
        <w:t xml:space="preserve">Bạn có thể tạo môi trường cục bộ bằng cách gọi </w:t>
      </w:r>
      <w:r>
        <w:rPr>
          <w:rFonts w:ascii="Consolas" w:hAnsi="Consolas"/>
          <w:b w:val="0"/>
          <w:i w:val="0"/>
          <w:sz w:val="20"/>
        </w:rPr>
        <w:br/>
        <w:br/>
        <w:t xml:space="preserve">      uv venv</w:t>
        <w:br/>
        <w:t xml:space="preserve">     </w:t>
        <w:br/>
      </w:r>
      <w:r>
        <w:rPr>
          <w:b w:val="0"/>
          <w:i w:val="0"/>
        </w:rPr>
        <w:t xml:space="preserve"> :</w:t>
      </w:r>
    </w:p>
    <w:p>
      <w:pPr>
        <w:spacing w:after="0"/>
        <w:ind w:left="360"/>
        <w:shd w:val="clear" w:color="auto" w:fill="F2F2F2"/>
      </w:pPr>
      <w:r>
        <w:rPr>
          <w:rFonts w:ascii="Consolas" w:hAnsi="Consolas"/>
          <w:sz w:val="18"/>
        </w:rPr>
        <w:t>$ uv venv</w:t>
      </w:r>
    </w:p>
    <w:p>
      <w:pPr>
        <w:spacing w:after="0"/>
        <w:ind w:left="360"/>
        <w:shd w:val="clear" w:color="auto" w:fill="F2F2F2"/>
      </w:pPr>
      <w:r>
        <w:rPr>
          <w:rFonts w:ascii="Consolas" w:hAnsi="Consolas"/>
          <w:sz w:val="18"/>
        </w:rPr>
        <w:t>Using CPython 3.14.0 interpreter at: /usr/local/opt/python@3.14/bin/python3.14</w:t>
      </w:r>
    </w:p>
    <w:p>
      <w:pPr>
        <w:spacing w:after="0"/>
        <w:ind w:left="360"/>
        <w:shd w:val="clear" w:color="auto" w:fill="F2F2F2"/>
      </w:pPr>
      <w:r>
        <w:rPr>
          <w:rFonts w:ascii="Consolas" w:hAnsi="Consolas"/>
          <w:sz w:val="18"/>
        </w:rPr>
        <w:t>Creating virtual environment at: .venv</w:t>
      </w:r>
    </w:p>
    <w:p>
      <w:pPr>
        <w:spacing w:after="0"/>
        <w:ind w:left="360"/>
        <w:shd w:val="clear" w:color="auto" w:fill="F2F2F2"/>
      </w:pPr>
      <w:r>
        <w:rPr>
          <w:rFonts w:ascii="Consolas" w:hAnsi="Consolas"/>
          <w:sz w:val="18"/>
        </w:rPr>
        <w:t>Activate with: source .venv/bin/activate</w:t>
      </w:r>
    </w:p>
    <w:p>
      <w:pPr>
        <w:spacing w:after="40"/>
      </w:pPr>
    </w:p>
    <w:p>
      <w:pPr>
        <w:spacing w:after="80"/>
      </w:pPr>
      <w:r>
        <w:rPr>
          <w:b w:val="0"/>
          <w:i w:val="0"/>
        </w:rPr>
        <w:t xml:space="preserve">Bạn có thể thấy rằng giờ đây khi gọi </w:t>
      </w:r>
      <w:r>
        <w:rPr>
          <w:rFonts w:ascii="Consolas" w:hAnsi="Consolas"/>
          <w:b w:val="0"/>
          <w:i w:val="0"/>
          <w:sz w:val="20"/>
        </w:rPr>
        <w:br/>
        <w:br/>
        <w:t xml:space="preserve">      uv run</w:t>
        <w:br/>
        <w:t xml:space="preserve">     </w:t>
        <w:br/>
      </w:r>
      <w:r>
        <w:rPr>
          <w:b w:val="0"/>
          <w:i w:val="0"/>
        </w:rPr>
        <w:t xml:space="preserve"> sẽ trả về trình thông dịch Python trong môi trường ảo của bạn thay vì trình thông dịch trong hệ thống:</w:t>
      </w:r>
    </w:p>
    <w:p>
      <w:pPr>
        <w:spacing w:after="0"/>
        <w:ind w:left="360"/>
        <w:shd w:val="clear" w:color="auto" w:fill="F2F2F2"/>
      </w:pPr>
      <w:r>
        <w:rPr>
          <w:rFonts w:ascii="Consolas" w:hAnsi="Consolas"/>
          <w:sz w:val="18"/>
        </w:rPr>
        <w:t>$ uv run python -c "import sys; print(sys.executable)"</w:t>
      </w:r>
    </w:p>
    <w:p>
      <w:pPr>
        <w:spacing w:after="0"/>
        <w:ind w:left="360"/>
        <w:shd w:val="clear" w:color="auto" w:fill="F2F2F2"/>
      </w:pPr>
      <w:r>
        <w:rPr>
          <w:rFonts w:ascii="Consolas" w:hAnsi="Consolas"/>
          <w:sz w:val="18"/>
        </w:rPr>
        <w:t>/your/local/path/.venv/bin/python3</w:t>
      </w:r>
    </w:p>
    <w:p>
      <w:pPr>
        <w:spacing w:after="40"/>
      </w:pPr>
    </w:p>
    <w:p>
      <w:pPr>
        <w:spacing w:after="80"/>
      </w:pPr>
      <w:r>
        <w:rPr>
          <w:b w:val="0"/>
          <w:i w:val="0"/>
        </w:rPr>
        <w:t xml:space="preserve">Đến đây thì đây chỉ là một lớp bọc để tạo </w:t>
      </w:r>
      <w:r>
        <w:rPr>
          <w:rFonts w:ascii="Consolas" w:hAnsi="Consolas"/>
          <w:b w:val="0"/>
          <w:i w:val="0"/>
          <w:sz w:val="20"/>
        </w:rPr>
        <w:br/>
        <w:br/>
        <w:t xml:space="preserve">      virtualenv</w:t>
        <w:br/>
        <w:t xml:space="preserve">     </w:t>
        <w:br/>
      </w:r>
      <w:r>
        <w:rPr>
          <w:b w:val="0"/>
          <w:i w:val="0"/>
        </w:rPr>
        <w:t xml:space="preserve"> , nhưng lưu ý rằng nếu dùng </w:t>
      </w:r>
      <w:r>
        <w:rPr>
          <w:rFonts w:ascii="Consolas" w:hAnsi="Consolas"/>
          <w:b w:val="0"/>
          <w:i w:val="0"/>
          <w:sz w:val="20"/>
        </w:rPr>
        <w:br/>
        <w:br/>
        <w:t xml:space="preserve">      uv</w:t>
        <w:br/>
        <w:t xml:space="preserve">     </w:t>
        <w:br/>
      </w:r>
      <w:r>
        <w:rPr>
          <w:b w:val="0"/>
          <w:i w:val="0"/>
        </w:rPr>
        <w:t xml:space="preserve"> thì ta không cần kích hoạt môi trường ảo, chỉ cần gọi qua </w:t>
      </w:r>
      <w:r>
        <w:rPr>
          <w:rFonts w:ascii="Consolas" w:hAnsi="Consolas"/>
          <w:b w:val="0"/>
          <w:i w:val="0"/>
          <w:sz w:val="20"/>
        </w:rPr>
        <w:br/>
        <w:br/>
        <w:t xml:space="preserve">      uv run</w:t>
        <w:br/>
        <w:t xml:space="preserve">     </w:t>
        <w:br/>
      </w:r>
      <w:r>
        <w:rPr>
          <w:b w:val="0"/>
          <w:i w:val="0"/>
        </w:rPr>
        <w:t xml:space="preserve"> và nó sẽ chạy bên trong môi trường:</w:t>
      </w:r>
    </w:p>
    <w:p>
      <w:pPr>
        <w:spacing w:after="0"/>
        <w:ind w:left="360"/>
        <w:shd w:val="clear" w:color="auto" w:fill="F2F2F2"/>
      </w:pPr>
      <w:r>
        <w:rPr>
          <w:rFonts w:ascii="Consolas" w:hAnsi="Consolas"/>
          <w:sz w:val="18"/>
        </w:rPr>
        <w:t>$ uv run</w:t>
      </w:r>
    </w:p>
    <w:p>
      <w:pPr>
        <w:spacing w:after="0"/>
        <w:ind w:left="360"/>
        <w:shd w:val="clear" w:color="auto" w:fill="F2F2F2"/>
      </w:pPr>
      <w:r>
        <w:rPr>
          <w:rFonts w:ascii="Consolas" w:hAnsi="Consolas"/>
          <w:sz w:val="18"/>
        </w:rPr>
        <w:t>Provide a command or script to invoke with `uv run &lt;command&gt;` or `uv run &lt;script&gt;.py`.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The following commands are available in the environment: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python</w:t>
      </w:r>
    </w:p>
    <w:p>
      <w:pPr>
        <w:spacing w:after="0"/>
        <w:ind w:left="360"/>
        <w:shd w:val="clear" w:color="auto" w:fill="F2F2F2"/>
      </w:pPr>
      <w:r>
        <w:rPr>
          <w:rFonts w:ascii="Consolas" w:hAnsi="Consolas"/>
          <w:sz w:val="18"/>
        </w:rPr>
        <w:t>- python3</w:t>
      </w:r>
    </w:p>
    <w:p>
      <w:pPr>
        <w:spacing w:after="0"/>
        <w:ind w:left="360"/>
        <w:shd w:val="clear" w:color="auto" w:fill="F2F2F2"/>
      </w:pPr>
      <w:r>
        <w:rPr>
          <w:rFonts w:ascii="Consolas" w:hAnsi="Consolas"/>
          <w:sz w:val="18"/>
        </w:rPr>
        <w:t>- python3.14</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See `uv run --help` for more information.</w:t>
      </w:r>
    </w:p>
    <w:p>
      <w:pPr>
        <w:spacing w:after="40"/>
      </w:pPr>
    </w:p>
    <w:p>
      <w:pPr>
        <w:spacing w:after="80"/>
      </w:pPr>
      <w:r>
        <w:rPr>
          <w:b w:val="0"/>
          <w:i w:val="0"/>
        </w:rPr>
        <w:t xml:space="preserve">Khi chạy script bên trong </w:t>
      </w:r>
      <w:r>
        <w:rPr>
          <w:rFonts w:ascii="Consolas" w:hAnsi="Consolas"/>
          <w:b w:val="0"/>
          <w:i w:val="0"/>
          <w:sz w:val="20"/>
        </w:rPr>
        <w:br/>
        <w:br/>
        <w:t xml:space="preserve">      uv run</w:t>
        <w:br/>
        <w:t xml:space="preserve">     </w:t>
        <w:br/>
      </w:r>
      <w:r>
        <w:rPr>
          <w:b w:val="0"/>
          <w:i w:val="0"/>
        </w:rPr>
        <w:t xml:space="preserve"> , nó tự động dùng bất kỳ môi trường ảo nào trong thư mục. Trước đây bạn phải tự vào và thoát khỏi môi trường ảo thủ công.</w:t>
      </w:r>
    </w:p>
    <w:p>
      <w:pPr>
        <w:spacing w:after="80"/>
      </w:pPr>
      <w:r>
        <w:rPr>
          <w:b w:val="0"/>
          <w:i w:val="0"/>
        </w:rPr>
        <w:t>Nó cũng rõ ràng hơn về phiên bản Python mà bạn đang dùng, và bạn có thể dùng phiên bản khác nếu cần.</w:t>
      </w:r>
    </w:p>
    <w:p>
      <w:pPr>
        <w:spacing w:after="80"/>
      </w:pPr>
      <w:r>
        <w:rPr>
          <w:b w:val="0"/>
          <w:i w:val="0"/>
        </w:rPr>
        <w:t xml:space="preserve">Để ép buộc phiên bản Python sử dụng, bạn có thể dùng lệnh </w:t>
      </w:r>
      <w:r>
        <w:rPr>
          <w:rFonts w:ascii="Consolas" w:hAnsi="Consolas"/>
          <w:b w:val="0"/>
          <w:i w:val="0"/>
          <w:sz w:val="20"/>
        </w:rPr>
        <w:br/>
        <w:br/>
        <w:t xml:space="preserve">      uv pin</w:t>
        <w:br/>
        <w:t xml:space="preserve">     </w:t>
        <w:br/>
      </w:r>
      <w:r>
        <w:rPr>
          <w:b w:val="0"/>
          <w:i w:val="0"/>
        </w:rPr>
        <w:t xml:space="preserve"> :</w:t>
      </w:r>
    </w:p>
    <w:p>
      <w:pPr>
        <w:spacing w:after="0"/>
        <w:ind w:left="360"/>
        <w:shd w:val="clear" w:color="auto" w:fill="F2F2F2"/>
      </w:pPr>
      <w:r>
        <w:rPr>
          <w:rFonts w:ascii="Consolas" w:hAnsi="Consolas"/>
          <w:sz w:val="18"/>
        </w:rPr>
        <w:t>$ uv python pin 3.14</w:t>
      </w:r>
    </w:p>
    <w:p>
      <w:pPr>
        <w:spacing w:after="0"/>
        <w:ind w:left="360"/>
        <w:shd w:val="clear" w:color="auto" w:fill="F2F2F2"/>
      </w:pPr>
      <w:r>
        <w:rPr>
          <w:rFonts w:ascii="Consolas" w:hAnsi="Consolas"/>
          <w:sz w:val="18"/>
        </w:rPr>
        <w:t>Pinned `.python-version` to `3.14`</w:t>
      </w:r>
    </w:p>
    <w:p>
      <w:pPr>
        <w:spacing w:after="0"/>
        <w:ind w:left="360"/>
        <w:shd w:val="clear" w:color="auto" w:fill="F2F2F2"/>
      </w:pPr>
      <w:r>
        <w:rPr>
          <w:rFonts w:ascii="Consolas" w:hAnsi="Consolas"/>
          <w:sz w:val="18"/>
        </w:rPr>
        <w:t>$ uv python pin</w:t>
      </w:r>
    </w:p>
    <w:p>
      <w:pPr>
        <w:spacing w:after="0"/>
        <w:ind w:left="360"/>
        <w:shd w:val="clear" w:color="auto" w:fill="F2F2F2"/>
      </w:pPr>
      <w:r>
        <w:rPr>
          <w:rFonts w:ascii="Consolas" w:hAnsi="Consolas"/>
          <w:sz w:val="18"/>
        </w:rPr>
        <w:t>3.14</w:t>
      </w:r>
    </w:p>
    <w:p>
      <w:pPr>
        <w:spacing w:after="0"/>
        <w:ind w:left="360"/>
        <w:shd w:val="clear" w:color="auto" w:fill="F2F2F2"/>
      </w:pPr>
      <w:r>
        <w:rPr>
          <w:rFonts w:ascii="Consolas" w:hAnsi="Consolas"/>
          <w:sz w:val="18"/>
        </w:rPr>
        <w:t>$ uv run python</w:t>
      </w:r>
    </w:p>
    <w:p>
      <w:pPr>
        <w:spacing w:after="0"/>
        <w:ind w:left="360"/>
        <w:shd w:val="clear" w:color="auto" w:fill="F2F2F2"/>
      </w:pPr>
      <w:r>
        <w:rPr>
          <w:rFonts w:ascii="Consolas" w:hAnsi="Consolas"/>
          <w:sz w:val="18"/>
        </w:rPr>
        <w:t>Python 3.14.0 (main, Oct  7 2025, 09:34:52) [Clang 17.0.0 (clang-1700.3.19.1)] on Darwin</w:t>
      </w:r>
    </w:p>
    <w:p>
      <w:pPr>
        <w:spacing w:after="0"/>
        <w:ind w:left="360"/>
        <w:shd w:val="clear" w:color="auto" w:fill="F2F2F2"/>
      </w:pPr>
      <w:r>
        <w:rPr>
          <w:rFonts w:ascii="Consolas" w:hAnsi="Consolas"/>
          <w:sz w:val="18"/>
        </w:rPr>
        <w:t>&gt;&gt;&gt; exit()</w:t>
      </w:r>
    </w:p>
    <w:p>
      <w:pPr>
        <w:spacing w:after="0"/>
        <w:ind w:left="360"/>
        <w:shd w:val="clear" w:color="auto" w:fill="F2F2F2"/>
      </w:pPr>
      <w:r>
        <w:rPr>
          <w:rFonts w:ascii="Consolas" w:hAnsi="Consolas"/>
          <w:sz w:val="18"/>
        </w:rPr>
        <w:t>$ "license" for more information.</w:t>
      </w:r>
    </w:p>
    <w:p>
      <w:pPr>
        <w:spacing w:after="40"/>
      </w:pPr>
    </w:p>
    <w:p>
      <w:pPr>
        <w:spacing w:after="80"/>
      </w:pPr>
      <w:r>
        <w:rPr>
          <w:b w:val="0"/>
          <w:i w:val="0"/>
        </w:rPr>
        <w:t xml:space="preserve">Nếu bạn muốn dùng phiên bản Python khác, </w:t>
      </w:r>
      <w:r>
        <w:rPr>
          <w:rFonts w:ascii="Consolas" w:hAnsi="Consolas"/>
          <w:b w:val="0"/>
          <w:i w:val="0"/>
          <w:sz w:val="20"/>
        </w:rPr>
        <w:br/>
        <w:br/>
        <w:t xml:space="preserve">      uv</w:t>
        <w:br/>
        <w:t xml:space="preserve">     </w:t>
        <w:br/>
      </w:r>
      <w:r>
        <w:rPr>
          <w:b w:val="0"/>
          <w:i w:val="0"/>
        </w:rPr>
        <w:t xml:space="preserve"> sẽ tải nó về nếu cần:</w:t>
      </w:r>
    </w:p>
    <w:p>
      <w:pPr>
        <w:spacing w:after="0"/>
        <w:ind w:left="360"/>
        <w:shd w:val="clear" w:color="auto" w:fill="F2F2F2"/>
      </w:pPr>
      <w:r>
        <w:rPr>
          <w:rFonts w:ascii="Consolas" w:hAnsi="Consolas"/>
          <w:sz w:val="18"/>
        </w:rPr>
        <w:t>$ uv python pin 3.15.0a1</w:t>
      </w:r>
    </w:p>
    <w:p>
      <w:pPr>
        <w:spacing w:after="0"/>
        <w:ind w:left="360"/>
        <w:shd w:val="clear" w:color="auto" w:fill="F2F2F2"/>
      </w:pPr>
      <w:r>
        <w:rPr>
          <w:rFonts w:ascii="Consolas" w:hAnsi="Consolas"/>
          <w:sz w:val="18"/>
        </w:rPr>
        <w:t>Updated `.python-version` from `3.14` -&gt; `3.15a1`</w:t>
      </w:r>
    </w:p>
    <w:p>
      <w:pPr>
        <w:spacing w:after="0"/>
        <w:ind w:left="360"/>
        <w:shd w:val="clear" w:color="auto" w:fill="F2F2F2"/>
      </w:pPr>
      <w:r>
        <w:rPr>
          <w:rFonts w:ascii="Consolas" w:hAnsi="Consolas"/>
          <w:sz w:val="18"/>
        </w:rPr>
        <w:t>$ uv run python</w:t>
      </w:r>
    </w:p>
    <w:p>
      <w:pPr>
        <w:spacing w:after="0"/>
        <w:ind w:left="360"/>
        <w:shd w:val="clear" w:color="auto" w:fill="F2F2F2"/>
      </w:pPr>
      <w:r>
        <w:rPr>
          <w:rFonts w:ascii="Consolas" w:hAnsi="Consolas"/>
          <w:sz w:val="18"/>
        </w:rPr>
        <w:t>Python 3.15.0a1 (main, Oct 31 2025, 23:15:40) [Clang 21.1.4 ] on darwin</w:t>
      </w:r>
    </w:p>
    <w:p>
      <w:pPr>
        <w:spacing w:after="0"/>
        <w:ind w:left="360"/>
        <w:shd w:val="clear" w:color="auto" w:fill="F2F2F2"/>
      </w:pPr>
      <w:r>
        <w:rPr>
          <w:rFonts w:ascii="Consolas" w:hAnsi="Consolas"/>
          <w:sz w:val="18"/>
        </w:rPr>
        <w:t>Type "help", "copyright", "credits" or "license" for more information.</w:t>
      </w:r>
    </w:p>
    <w:p>
      <w:pPr>
        <w:spacing w:after="0"/>
        <w:ind w:left="360"/>
        <w:shd w:val="clear" w:color="auto" w:fill="F2F2F2"/>
      </w:pPr>
      <w:r>
        <w:rPr>
          <w:rFonts w:ascii="Consolas" w:hAnsi="Consolas"/>
          <w:sz w:val="18"/>
        </w:rPr>
        <w:t>&gt;&gt;&gt; exit()</w:t>
      </w:r>
    </w:p>
    <w:p>
      <w:pPr>
        <w:spacing w:after="40"/>
      </w:pPr>
    </w:p>
    <w:p>
      <w:pPr>
        <w:spacing w:after="80"/>
      </w:pPr>
      <w:r>
        <w:rPr>
          <w:b w:val="0"/>
          <w:i w:val="0"/>
        </w:rPr>
        <w:t xml:space="preserve">Phiên bản cụ thể được lưu trong một file tên là </w:t>
      </w:r>
      <w:r>
        <w:rPr>
          <w:rFonts w:ascii="Consolas" w:hAnsi="Consolas"/>
          <w:b w:val="0"/>
          <w:i w:val="0"/>
          <w:sz w:val="20"/>
        </w:rPr>
        <w:br/>
        <w:br/>
        <w:t xml:space="preserve">      .python‑version</w:t>
        <w:br/>
        <w:t xml:space="preserve">     </w:t>
        <w:br/>
      </w:r>
    </w:p>
    <w:p>
      <w:pPr>
        <w:spacing w:after="80"/>
      </w:pPr>
      <w:r>
        <w:rPr>
          <w:b/>
          <w:i w:val="0"/>
        </w:rPr>
        <w:t>Lưu ý</w:t>
      </w:r>
    </w:p>
    <w:p>
      <w:pPr>
        <w:spacing w:after="80"/>
      </w:pPr>
      <w:r>
        <w:rPr>
          <w:b w:val="0"/>
          <w:i w:val="0"/>
        </w:rPr>
        <w:t xml:space="preserve">Hãy cẩn thận với sự khác biệt giữa môi trường ảo và phiên bản Python! Nếu phiên bản Python không khớp với phiên bản trên môi trường ảo, nó sẽ dùng phiên bản đã ghim. Bạn có thể cần tạo lại môi trường ảo bằng cách gọi </w:t>
      </w:r>
      <w:r>
        <w:rPr>
          <w:rFonts w:ascii="Consolas" w:hAnsi="Consolas"/>
          <w:b w:val="0"/>
          <w:i w:val="0"/>
          <w:sz w:val="20"/>
        </w:rPr>
        <w:br/>
        <w:br/>
        <w:t xml:space="preserve">       uv venv</w:t>
        <w:br/>
        <w:t xml:space="preserve">      </w:t>
        <w:br/>
      </w:r>
      <w:r>
        <w:rPr>
          <w:b w:val="0"/>
          <w:i w:val="0"/>
        </w:rPr>
        <w:t xml:space="preserve"> một lần nữa.</w:t>
      </w:r>
    </w:p>
    <w:p>
      <w:pPr>
        <w:spacing w:after="80"/>
      </w:pPr>
      <w:r>
        <w:rPr>
          <w:b w:val="0"/>
          <w:i w:val="0"/>
        </w:rPr>
        <w:t>Để chắc chắn rằng ta dùng phiên bản Python 3.14, bản phát hành đầy đủ cuối cùng tại thời điểm viết, hãy ghim lại lần nữa:</w:t>
      </w:r>
    </w:p>
    <w:p>
      <w:pPr>
        <w:spacing w:after="0"/>
        <w:ind w:left="360"/>
        <w:shd w:val="clear" w:color="auto" w:fill="F2F2F2"/>
      </w:pPr>
      <w:r>
        <w:rPr>
          <w:rFonts w:ascii="Consolas" w:hAnsi="Consolas"/>
          <w:sz w:val="18"/>
        </w:rPr>
        <w:t>$ uv python pin 3.14</w:t>
      </w:r>
    </w:p>
    <w:p>
      <w:pPr>
        <w:spacing w:after="0"/>
        <w:ind w:left="360"/>
        <w:shd w:val="clear" w:color="auto" w:fill="F2F2F2"/>
      </w:pPr>
      <w:r>
        <w:rPr>
          <w:rFonts w:ascii="Consolas" w:hAnsi="Consolas"/>
          <w:sz w:val="18"/>
        </w:rPr>
        <w:t>Pinned `.python-version` to `3.14`</w:t>
      </w:r>
    </w:p>
    <w:p>
      <w:pPr>
        <w:spacing w:after="0"/>
        <w:ind w:left="360"/>
        <w:shd w:val="clear" w:color="auto" w:fill="F2F2F2"/>
      </w:pPr>
      <w:r>
        <w:rPr>
          <w:rFonts w:ascii="Consolas" w:hAnsi="Consolas"/>
          <w:sz w:val="18"/>
        </w:rPr>
        <w:t>Jaimes-iMac-24:chapter01 jaime$ uv run python -c "import sys; print(sys.executable)"</w:t>
      </w:r>
    </w:p>
    <w:p>
      <w:pPr>
        <w:spacing w:after="0"/>
        <w:ind w:left="360"/>
        <w:shd w:val="clear" w:color="auto" w:fill="F2F2F2"/>
      </w:pPr>
      <w:r>
        <w:rPr>
          <w:rFonts w:ascii="Consolas" w:hAnsi="Consolas"/>
          <w:sz w:val="18"/>
        </w:rPr>
        <w:t>/your/local/path/.venv/bin/python3</w:t>
      </w:r>
    </w:p>
    <w:p>
      <w:pPr>
        <w:spacing w:after="40"/>
      </w:pPr>
    </w:p>
    <w:p>
      <w:pPr>
        <w:pStyle w:val="Heading3"/>
      </w:pPr>
      <w:r>
        <w:rPr>
          <w:rFonts w:ascii="Calibri" w:hAnsi="Calibri"/>
          <w:b/>
          <w:i w:val="0"/>
          <w:sz w:val="26"/>
        </w:rPr>
        <w:t>Cách hoạt động</w:t>
      </w:r>
    </w:p>
    <w:p>
      <w:pPr>
        <w:spacing w:after="80"/>
      </w:pPr>
      <w:r>
        <w:rPr>
          <w:rFonts w:ascii="Consolas" w:hAnsi="Consolas"/>
          <w:b w:val="0"/>
          <w:i w:val="0"/>
          <w:sz w:val="20"/>
        </w:rPr>
        <w:br/>
        <w:br/>
        <w:t xml:space="preserve">      uv</w:t>
        <w:br/>
        <w:t xml:space="preserve">     </w:t>
        <w:br/>
      </w:r>
      <w:r>
        <w:rPr>
          <w:b w:val="0"/>
          <w:i w:val="0"/>
        </w:rPr>
        <w:t xml:space="preserve"> đơn giản hóa quy trình bằng cách dùng môi trường ảo đã định nghĩa. Môi trường ảo có thể chứa phiên bản riêng, các gói bên thứ ba, v.v.</w:t>
      </w:r>
    </w:p>
    <w:p>
      <w:pPr>
        <w:spacing w:after="80"/>
      </w:pPr>
      <w:r>
        <w:rPr>
          <w:b w:val="0"/>
          <w:i w:val="0"/>
        </w:rPr>
        <w:t xml:space="preserve">Thư mục môi trường ảo (virtual environment) chứa toàn bộ dữ liệu Python trong thư mục </w:t>
      </w:r>
      <w:r>
        <w:rPr>
          <w:rFonts w:ascii="Consolas" w:hAnsi="Consolas"/>
          <w:b w:val="0"/>
          <w:i w:val="0"/>
          <w:sz w:val="20"/>
        </w:rPr>
        <w:br/>
        <w:br/>
        <w:t xml:space="preserve">      .venv</w:t>
        <w:br/>
        <w:t xml:space="preserve">     </w:t>
        <w:br/>
      </w:r>
      <w:r>
        <w:rPr>
          <w:b w:val="0"/>
          <w:i w:val="0"/>
        </w:rPr>
        <w:t>. Điều tuyệt vời nhất là nó có thể bị xóa và tạo lại cực kỳ dễ dàng, giúp bạn không còn phải e ngại khi thử nghiệm trong một sandbox (môi trường cô lập) khép kín.</w:t>
      </w:r>
    </w:p>
    <w:p>
      <w:pPr>
        <w:spacing w:after="80"/>
      </w:pPr>
      <w:r>
        <w:rPr>
          <w:b w:val="0"/>
          <w:i w:val="0"/>
        </w:rPr>
        <w:t xml:space="preserve">Mặc định </w:t>
      </w:r>
      <w:r>
        <w:rPr>
          <w:rFonts w:ascii="Consolas" w:hAnsi="Consolas"/>
          <w:b w:val="0"/>
          <w:i w:val="0"/>
          <w:sz w:val="20"/>
        </w:rPr>
        <w:br/>
        <w:br/>
        <w:t xml:space="preserve">      uv</w:t>
        <w:br/>
        <w:t xml:space="preserve">     </w:t>
        <w:br/>
      </w:r>
      <w:r>
        <w:rPr>
          <w:b w:val="0"/>
          <w:i w:val="0"/>
        </w:rPr>
        <w:t xml:space="preserve"> sẽ dùng tên </w:t>
      </w:r>
      <w:r>
        <w:rPr>
          <w:rFonts w:ascii="Consolas" w:hAnsi="Consolas"/>
          <w:b w:val="0"/>
          <w:i w:val="0"/>
          <w:sz w:val="20"/>
        </w:rPr>
        <w:br/>
        <w:br/>
        <w:t xml:space="preserve">      .venv</w:t>
        <w:br/>
        <w:t xml:space="preserve">     </w:t>
        <w:br/>
      </w:r>
      <w:r>
        <w:rPr>
          <w:b w:val="0"/>
          <w:i w:val="0"/>
        </w:rPr>
        <w:t xml:space="preserve"> cho thư mục con, nhưng có thể ghi đè bằng cách dùng đối số </w:t>
      </w:r>
      <w:r>
        <w:rPr>
          <w:rFonts w:ascii="Consolas" w:hAnsi="Consolas"/>
          <w:b w:val="0"/>
          <w:i w:val="0"/>
          <w:sz w:val="20"/>
        </w:rPr>
        <w:br/>
        <w:br/>
        <w:t xml:space="preserve">      –directory</w:t>
        <w:br/>
        <w:t xml:space="preserve">     </w:t>
        <w:br/>
      </w:r>
      <w:r>
        <w:rPr>
          <w:b w:val="0"/>
          <w:i w:val="0"/>
        </w:rPr>
        <w:t>.</w:t>
      </w:r>
    </w:p>
    <w:p>
      <w:pPr>
        <w:spacing w:after="80"/>
      </w:pPr>
      <w:r>
        <w:rPr>
          <w:b w:val="0"/>
          <w:i w:val="0"/>
        </w:rPr>
        <w:t xml:space="preserve">Sau khi được tạo, </w:t>
      </w:r>
      <w:r>
        <w:rPr>
          <w:rFonts w:ascii="Consolas" w:hAnsi="Consolas"/>
          <w:b w:val="0"/>
          <w:i w:val="0"/>
          <w:sz w:val="20"/>
        </w:rPr>
        <w:br/>
        <w:br/>
        <w:t xml:space="preserve">      .venv</w:t>
        <w:br/>
        <w:t xml:space="preserve">     </w:t>
        <w:br/>
      </w:r>
      <w:r>
        <w:rPr>
          <w:b w:val="0"/>
          <w:i w:val="0"/>
        </w:rPr>
        <w:t xml:space="preserve"> cũng hoạt động như một môi trường ảo thông thường trong Python, và bạn có thể kích hoạt thủ công, khi đó nó sẽ hiển thị đang hoạt động mặc định với tên của thư mục:</w:t>
      </w:r>
    </w:p>
    <w:p>
      <w:pPr>
        <w:spacing w:after="0"/>
        <w:ind w:left="360"/>
        <w:shd w:val="clear" w:color="auto" w:fill="F2F2F2"/>
      </w:pPr>
      <w:r>
        <w:rPr>
          <w:rFonts w:ascii="Consolas" w:hAnsi="Consolas"/>
          <w:sz w:val="18"/>
        </w:rPr>
        <w:t>$ pwd</w:t>
      </w:r>
    </w:p>
    <w:p>
      <w:pPr>
        <w:spacing w:after="0"/>
        <w:ind w:left="360"/>
        <w:shd w:val="clear" w:color="auto" w:fill="F2F2F2"/>
      </w:pPr>
      <w:r>
        <w:rPr>
          <w:rFonts w:ascii="Consolas" w:hAnsi="Consolas"/>
          <w:sz w:val="18"/>
        </w:rPr>
        <w:t>/your/local/path/.</w:t>
      </w:r>
    </w:p>
    <w:p>
      <w:pPr>
        <w:spacing w:after="0"/>
        <w:ind w:left="360"/>
        <w:shd w:val="clear" w:color="auto" w:fill="F2F2F2"/>
      </w:pPr>
      <w:r>
        <w:rPr>
          <w:rFonts w:ascii="Consolas" w:hAnsi="Consolas"/>
          <w:sz w:val="18"/>
        </w:rPr>
        <w:t>$ source .venv/bin/activate</w:t>
      </w:r>
    </w:p>
    <w:p>
      <w:pPr>
        <w:spacing w:after="0"/>
        <w:ind w:left="360"/>
        <w:shd w:val="clear" w:color="auto" w:fill="F2F2F2"/>
      </w:pPr>
      <w:r>
        <w:rPr>
          <w:rFonts w:ascii="Consolas" w:hAnsi="Consolas"/>
          <w:sz w:val="18"/>
        </w:rPr>
        <w:t>(path) $ which python</w:t>
      </w:r>
    </w:p>
    <w:p>
      <w:pPr>
        <w:spacing w:after="0"/>
        <w:ind w:left="360"/>
        <w:shd w:val="clear" w:color="auto" w:fill="F2F2F2"/>
      </w:pPr>
      <w:r>
        <w:rPr>
          <w:rFonts w:ascii="Consolas" w:hAnsi="Consolas"/>
          <w:sz w:val="18"/>
        </w:rPr>
        <w:t>/your/local/path/.venv/bin/python3</w:t>
      </w:r>
    </w:p>
    <w:p>
      <w:pPr>
        <w:spacing w:after="0"/>
        <w:ind w:left="360"/>
        <w:shd w:val="clear" w:color="auto" w:fill="F2F2F2"/>
      </w:pPr>
      <w:r>
        <w:rPr>
          <w:rFonts w:ascii="Consolas" w:hAnsi="Consolas"/>
          <w:sz w:val="18"/>
        </w:rPr>
        <w:t>(path) $ deactivate</w:t>
      </w:r>
    </w:p>
    <w:p>
      <w:pPr>
        <w:spacing w:after="0"/>
        <w:ind w:left="360"/>
        <w:shd w:val="clear" w:color="auto" w:fill="F2F2F2"/>
      </w:pPr>
      <w:r>
        <w:rPr>
          <w:rFonts w:ascii="Consolas" w:hAnsi="Consolas"/>
          <w:sz w:val="18"/>
        </w:rPr>
        <w:t>$ which python3</w:t>
      </w:r>
    </w:p>
    <w:p>
      <w:pPr>
        <w:spacing w:after="0"/>
        <w:ind w:left="360"/>
        <w:shd w:val="clear" w:color="auto" w:fill="F2F2F2"/>
      </w:pPr>
      <w:r>
        <w:rPr>
          <w:rFonts w:ascii="Consolas" w:hAnsi="Consolas"/>
          <w:sz w:val="18"/>
        </w:rPr>
        <w:t>/usr/local/bin/python3</w:t>
      </w:r>
    </w:p>
    <w:p>
      <w:pPr>
        <w:spacing w:after="40"/>
      </w:pPr>
    </w:p>
    <w:p>
      <w:pPr>
        <w:spacing w:after="80"/>
      </w:pPr>
      <w:r>
        <w:rPr>
          <w:b w:val="0"/>
          <w:i w:val="0"/>
        </w:rPr>
        <w:t xml:space="preserve">Tên này có thể được thay đổi bằng cách dùng </w:t>
      </w:r>
      <w:r>
        <w:rPr>
          <w:rFonts w:ascii="Consolas" w:hAnsi="Consolas"/>
          <w:b w:val="0"/>
          <w:i w:val="0"/>
          <w:sz w:val="20"/>
        </w:rPr>
        <w:br/>
        <w:br/>
        <w:t xml:space="preserve">      –prompt</w:t>
        <w:br/>
        <w:t xml:space="preserve">     </w:t>
        <w:br/>
      </w:r>
      <w:r>
        <w:rPr>
          <w:b w:val="0"/>
          <w:i w:val="0"/>
        </w:rPr>
        <w:t xml:space="preserve"> khi tạo môi trường ảo.</w:t>
      </w:r>
    </w:p>
    <w:p>
      <w:pPr>
        <w:pStyle w:val="Heading3"/>
      </w:pPr>
      <w:r>
        <w:rPr>
          <w:rFonts w:ascii="Calibri" w:hAnsi="Calibri"/>
          <w:b/>
          <w:i w:val="0"/>
          <w:sz w:val="26"/>
        </w:rPr>
        <w:t>Còn nhiều thứ nữa</w:t>
      </w:r>
    </w:p>
    <w:p>
      <w:pPr>
        <w:spacing w:after="80"/>
      </w:pPr>
      <w:r>
        <w:rPr>
          <w:rFonts w:ascii="Consolas" w:hAnsi="Consolas"/>
          <w:b w:val="0"/>
          <w:i w:val="0"/>
          <w:sz w:val="20"/>
        </w:rPr>
        <w:br/>
        <w:br/>
        <w:t xml:space="preserve">      uv</w:t>
        <w:br/>
        <w:t xml:space="preserve">     </w:t>
        <w:br/>
      </w:r>
      <w:r>
        <w:rPr>
          <w:b w:val="0"/>
          <w:i w:val="0"/>
        </w:rPr>
        <w:t xml:space="preserve"> là một công cụ khá mạnh mẽ và chúng ta mới chỉ chạm đến bề mặt của nó. Trường hợp sử dụng quan trọng nhất xuyên suốt cuốn sách sẽ là cài đặt các gói bên thứ ba (third-party package), như chúng ta sẽ thấy trong công thức tiếp theo, nhưng hãy xem tài liệu đầy đủ tại </w:t>
      </w:r>
      <w:r>
        <w:rPr>
          <w:rFonts w:ascii="Consolas" w:hAnsi="Consolas"/>
          <w:b w:val="0"/>
          <w:i w:val="0"/>
          <w:sz w:val="20"/>
        </w:rPr>
        <w:br/>
        <w:br/>
        <w:t xml:space="preserve">       https://docs.astral.sh/uv/</w:t>
        <w:br/>
        <w:t xml:space="preserve">      </w:t>
        <w:br/>
      </w:r>
      <w:r>
        <w:rPr>
          <w:b w:val="0"/>
          <w:i w:val="0"/>
        </w:rPr>
        <w:t xml:space="preserve"> để tìm hiểu thêm những thứ khác.</w:t>
      </w:r>
    </w:p>
    <w:p>
      <w:pPr>
        <w:spacing w:after="80"/>
      </w:pPr>
      <w:r>
        <w:rPr>
          <w:b/>
          <w:i w:val="0"/>
        </w:rPr>
        <w:t>Lưu ý</w:t>
      </w:r>
    </w:p>
    <w:p>
      <w:pPr>
        <w:spacing w:after="80"/>
      </w:pPr>
      <w:r>
        <w:rPr>
          <w:rFonts w:ascii="Consolas" w:hAnsi="Consolas"/>
          <w:b w:val="0"/>
          <w:i w:val="0"/>
          <w:sz w:val="20"/>
        </w:rPr>
        <w:br/>
        <w:br/>
        <w:t xml:space="preserve">       uv</w:t>
        <w:br/>
        <w:t xml:space="preserve">      </w:t>
        <w:br/>
      </w:r>
      <w:r>
        <w:rPr>
          <w:b w:val="0"/>
          <w:i w:val="0"/>
        </w:rPr>
        <w:t xml:space="preserve"> có một trường hợp sử dụng quan trọng để định nghĩa các dự án phức tạp và xử lý các phụ thuộc (dependency), đóng gói (build package), v.v. Dù điều này khá mạnh mẽ, nó chỉ có thể gây nhầm lẫn cho các dự án tự động hóa (automation) vốn là trọng tâm của cuốn sách này, vì thật lòng mà nói, nó có thể hơi quá nặng nề. Khuyến nghị của tôi là dùng </w:t>
      </w:r>
      <w:r>
        <w:rPr>
          <w:rFonts w:ascii="Consolas" w:hAnsi="Consolas"/>
          <w:b w:val="0"/>
          <w:i w:val="0"/>
          <w:sz w:val="20"/>
        </w:rPr>
        <w:br/>
        <w:br/>
        <w:t xml:space="preserve">       uv</w:t>
        <w:br/>
        <w:t xml:space="preserve">      </w:t>
        <w:br/>
      </w:r>
      <w:r>
        <w:rPr>
          <w:b w:val="0"/>
          <w:i w:val="0"/>
        </w:rPr>
        <w:t xml:space="preserve"> như một công cụ để tạo môi trường ảo, cài đặt gói và chạy script, trừ khi bạn có nhu cầu rõ ràng về việc đóng gói nâng cao.</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Cài đặt các gói bên thứ ba </w:t>
      </w:r>
      <w:r>
        <w:rPr>
          <w:b w:val="0"/>
          <w:i w:val="0"/>
        </w:rPr>
        <w:t>, sẽ đến ngay sau đây.</w:t>
      </w:r>
    </w:p>
    <w:p>
      <w:pPr>
        <w:spacing w:after="80"/>
        <w:ind w:left="360"/>
      </w:pPr>
      <w:r>
        <w:t xml:space="preserve">• </w:t>
      </w:r>
      <w:r>
        <w:rPr>
          <w:b w:val="0"/>
          <w:i w:val="0"/>
        </w:rPr>
        <w:t xml:space="preserve">Công thức </w:t>
      </w:r>
      <w:r>
        <w:rPr>
          <w:b w:val="0"/>
          <w:i/>
        </w:rPr>
        <w:t xml:space="preserve"> Sử dụng công cụ bên thứ ba—parse </w:t>
      </w:r>
      <w:r>
        <w:rPr>
          <w:b w:val="0"/>
          <w:i w:val="0"/>
        </w:rPr>
        <w:t>, ở phần sau của chương này.</w:t>
      </w:r>
    </w:p>
    <w:p>
      <w:pPr>
        <w:pStyle w:val="Heading2"/>
      </w:pPr>
      <w:r>
        <w:rPr>
          <w:rFonts w:ascii="Calibri" w:hAnsi="Calibri"/>
          <w:b/>
          <w:i w:val="0"/>
          <w:sz w:val="32"/>
        </w:rPr>
        <w:t>Cài đặt các gói bên thứ ba</w:t>
      </w:r>
    </w:p>
    <w:p>
      <w:pPr>
        <w:spacing w:after="80"/>
      </w:pPr>
      <w:r>
        <w:rPr>
          <w:b w:val="0"/>
          <w:i w:val="0"/>
        </w:rPr>
        <w:t>Một trong những khả năng mạnh mẽ nhất của Python là có thể sử dụng một danh mục ấn tượng các gói bên thứ ba bao phủ vô số lĩnh vực khác nhau, từ các mô-đun chuyên thực hiện các phép toán số học, học máy (machine learning), và truyền thông mạng, cho đến các công cụ tiện lợi dòng lệnh (command-line), truy cập cơ sở dữ liệu, xử lý ảnh, và còn nhiều hơn nữa!</w:t>
      </w:r>
    </w:p>
    <w:p>
      <w:pPr>
        <w:spacing w:after="80"/>
      </w:pPr>
      <w:r>
        <w:rPr>
          <w:b w:val="0"/>
          <w:i w:val="0"/>
        </w:rPr>
        <w:t xml:space="preserve">Hầu hết chúng đều có sẵn trên Python Package Index chính thức ( </w:t>
      </w:r>
      <w:r>
        <w:rPr>
          <w:rFonts w:ascii="Consolas" w:hAnsi="Consolas"/>
          <w:b w:val="0"/>
          <w:i w:val="0"/>
          <w:sz w:val="20"/>
        </w:rPr>
        <w:br/>
        <w:br/>
        <w:t xml:space="preserve">       https://pypi.org/</w:t>
        <w:br/>
        <w:t xml:space="preserve">      </w:t>
        <w:br/>
      </w:r>
      <w:r>
        <w:rPr>
          <w:b w:val="0"/>
          <w:i w:val="0"/>
        </w:rPr>
        <w:t xml:space="preserve"> ), nơi có hơn 200,000 gói sẵn sàng để sử dụng. Trong cuốn sách này, chúng ta sẽ cài đặt một số trong đó. Nói chung, bạn nên dành chút thời gian tìm hiểu các công cụ bên ngoài khi cố gắng giải quyết một vấn đề. Rất có thể ai đó đã tạo ra một công cụ giải quyết toàn bộ, hoặc ít nhất một phần, vấn đề đó rồi.</w:t>
      </w:r>
    </w:p>
    <w:p>
      <w:pPr>
        <w:spacing w:after="80"/>
      </w:pPr>
      <w:r>
        <w:rPr>
          <w:b w:val="0"/>
          <w:i w:val="0"/>
        </w:rPr>
        <w:t xml:space="preserve">Quan trọng hơn việc tìm và cài đặt một gói là theo dõi những gói nào đang được sử dụng. Điều này giúp ích rất nhiều cho </w:t>
      </w:r>
      <w:r>
        <w:rPr>
          <w:b/>
          <w:i w:val="0"/>
        </w:rPr>
        <w:t xml:space="preserve"> khả năng tái lặp </w:t>
      </w:r>
      <w:r>
        <w:rPr>
          <w:b w:val="0"/>
          <w:i w:val="0"/>
        </w:rPr>
        <w:t xml:space="preserve"> (replicability), nghĩa là khả năng khởi động lại toàn bộ môi trường từ đầu trong bất kỳ tình huống nào.</w:t>
      </w:r>
    </w:p>
    <w:p>
      <w:pPr>
        <w:pStyle w:val="Heading3"/>
      </w:pPr>
      <w:r>
        <w:rPr>
          <w:rFonts w:ascii="Calibri" w:hAnsi="Calibri"/>
          <w:b/>
          <w:i w:val="0"/>
          <w:sz w:val="26"/>
        </w:rPr>
        <w:t>Chuẩn bị</w:t>
      </w:r>
    </w:p>
    <w:p>
      <w:pPr>
        <w:spacing w:after="80"/>
      </w:pPr>
      <w:r>
        <w:rPr>
          <w:b w:val="0"/>
          <w:i w:val="0"/>
        </w:rPr>
        <w:t>Điểm khởi đầu là tìm một package (gói) sẽ hữu ích trong dự án của chúng ta.</w:t>
      </w:r>
    </w:p>
    <w:p>
      <w:pPr>
        <w:spacing w:after="80"/>
      </w:pPr>
      <w:r>
        <w:rPr>
          <w:b w:val="0"/>
          <w:i w:val="0"/>
        </w:rPr>
        <w:t xml:space="preserve">Một lựa chọn tuyệt vời là </w:t>
      </w:r>
      <w:r>
        <w:rPr>
          <w:rFonts w:ascii="Consolas" w:hAnsi="Consolas"/>
          <w:b w:val="0"/>
          <w:i w:val="0"/>
          <w:sz w:val="20"/>
        </w:rPr>
        <w:br/>
        <w:br/>
        <w:t xml:space="preserve">      requests</w:t>
        <w:br/>
        <w:t xml:space="preserve">     </w:t>
        <w:br/>
      </w:r>
      <w:r>
        <w:rPr>
          <w:b w:val="0"/>
          <w:i w:val="0"/>
        </w:rPr>
        <w:t xml:space="preserve"> , một mô-đun xử lý các yêu cầu HTTP (HTTP request) và nổi tiếng nhờ giao diện dễ dùng, trực quan, cùng tài liệu cực kỳ chất lượng. Hãy xem qua tài liệu, có thể tìm thấy ở đây: </w:t>
      </w:r>
      <w:r>
        <w:rPr>
          <w:rFonts w:ascii="Consolas" w:hAnsi="Consolas"/>
          <w:b w:val="0"/>
          <w:i w:val="0"/>
          <w:sz w:val="20"/>
        </w:rPr>
        <w:br/>
        <w:br/>
        <w:t xml:space="preserve">       https://requests.readthedocs.io/en/latest/</w:t>
        <w:br/>
        <w:t xml:space="preserve">      </w:t>
        <w:br/>
      </w:r>
      <w:r>
        <w:rPr>
          <w:b w:val="0"/>
          <w:i w:val="0"/>
        </w:rPr>
        <w:t xml:space="preserve"> .</w:t>
      </w:r>
    </w:p>
    <w:p>
      <w:pPr>
        <w:spacing w:after="80"/>
      </w:pPr>
      <w:r>
        <w:rPr>
          <w:b w:val="0"/>
          <w:i w:val="0"/>
        </w:rPr>
        <w:t xml:space="preserve">Chúng ta sẽ dùng </w:t>
      </w:r>
      <w:r>
        <w:rPr>
          <w:rFonts w:ascii="Consolas" w:hAnsi="Consolas"/>
          <w:b w:val="0"/>
          <w:i w:val="0"/>
          <w:sz w:val="20"/>
        </w:rPr>
        <w:br/>
        <w:br/>
        <w:t xml:space="preserve">      requests</w:t>
        <w:br/>
        <w:t xml:space="preserve">     </w:t>
        <w:br/>
      </w:r>
      <w:r>
        <w:rPr>
          <w:b w:val="0"/>
          <w:i w:val="0"/>
        </w:rPr>
        <w:t xml:space="preserve"> xuyên suốt cuốn sách này mỗi khi xử lý các kết nối HTTP.</w:t>
      </w:r>
    </w:p>
    <w:p>
      <w:pPr>
        <w:spacing w:after="80"/>
      </w:pPr>
      <w:r>
        <w:rPr>
          <w:b w:val="0"/>
          <w:i w:val="0"/>
        </w:rPr>
        <w:t>Bước tiếp theo là chọn phiên bản để dùng. Trong trường hợp này, phiên bản mới nhất (2.32.5, tại thời điểm viết) sẽ là hoàn hảo. Nếu không chỉ định phiên bản của mô-đun, mặc định nó sẽ cài phiên bản mới nhất, điều này có thể dẫn đến sự không nhất quán giữa các môi trường khác nhau khi các phiên bản mới hơn được phát hành.</w:t>
      </w:r>
    </w:p>
    <w:p>
      <w:pPr>
        <w:spacing w:after="80"/>
      </w:pPr>
      <w:r>
        <w:rPr>
          <w:b w:val="0"/>
          <w:i w:val="0"/>
        </w:rPr>
        <w:t xml:space="preserve">Chúng ta cũng sẽ dùng mô-đun </w:t>
      </w:r>
      <w:r>
        <w:rPr>
          <w:rFonts w:ascii="Consolas" w:hAnsi="Consolas"/>
          <w:b w:val="0"/>
          <w:i w:val="0"/>
          <w:sz w:val="20"/>
        </w:rPr>
        <w:br/>
        <w:br/>
        <w:t xml:space="preserve">      pendulum</w:t>
        <w:br/>
        <w:t xml:space="preserve">     </w:t>
        <w:br/>
      </w:r>
      <w:r>
        <w:rPr>
          <w:b w:val="0"/>
          <w:i w:val="0"/>
        </w:rPr>
        <w:t xml:space="preserve"> tuyệt vời để xử lý thời gian (phiên bản 3.2.0: </w:t>
      </w:r>
      <w:r>
        <w:rPr>
          <w:rFonts w:ascii="Consolas" w:hAnsi="Consolas"/>
          <w:b w:val="0"/>
          <w:i w:val="0"/>
          <w:sz w:val="20"/>
        </w:rPr>
        <w:br/>
        <w:br/>
        <w:t xml:space="preserve">       https://pendulum.eustace.io</w:t>
        <w:br/>
        <w:t xml:space="preserve">      </w:t>
        <w:br/>
      </w:r>
      <w:r>
        <w:rPr>
          <w:b w:val="0"/>
          <w:i w:val="0"/>
        </w:rPr>
        <w:t xml:space="preserve"> ).</w:t>
      </w:r>
    </w:p>
    <w:p>
      <w:pPr>
        <w:pStyle w:val="Heading3"/>
      </w:pPr>
      <w:r>
        <w:rPr>
          <w:rFonts w:ascii="Calibri" w:hAnsi="Calibri"/>
          <w:b/>
          <w:i w:val="0"/>
          <w:sz w:val="26"/>
        </w:rPr>
        <w:t>Cách thực hiện…</w:t>
      </w:r>
    </w:p>
    <w:p>
      <w:pPr>
        <w:spacing w:after="80"/>
      </w:pPr>
      <w:r>
        <w:rPr>
          <w:b w:val="0"/>
          <w:i w:val="0"/>
        </w:rPr>
        <w:t xml:space="preserve">Tạo một tệp </w:t>
      </w:r>
      <w:r>
        <w:rPr>
          <w:rFonts w:ascii="Consolas" w:hAnsi="Consolas"/>
          <w:b w:val="0"/>
          <w:i w:val="0"/>
          <w:sz w:val="20"/>
        </w:rPr>
        <w:br/>
        <w:br/>
        <w:t xml:space="preserve">      requirements.txt</w:t>
        <w:br/>
        <w:t xml:space="preserve">     </w:t>
        <w:br/>
      </w:r>
      <w:r>
        <w:rPr>
          <w:b w:val="0"/>
          <w:i w:val="0"/>
        </w:rPr>
        <w:t xml:space="preserve"> trong thư mục chính của chúng ta, tệp này sẽ chỉ định tất cả các yêu cầu cho dự án. Hãy bắt đầu với </w:t>
      </w:r>
      <w:r>
        <w:rPr>
          <w:rFonts w:ascii="Consolas" w:hAnsi="Consolas"/>
          <w:b w:val="0"/>
          <w:i w:val="0"/>
          <w:sz w:val="20"/>
        </w:rPr>
        <w:br/>
        <w:br/>
        <w:t xml:space="preserve">      pendulum</w:t>
        <w:br/>
        <w:t xml:space="preserve">     </w:t>
        <w:br/>
      </w:r>
      <w:r>
        <w:rPr>
          <w:b w:val="0"/>
          <w:i w:val="0"/>
        </w:rPr>
        <w:t xml:space="preserve"> và </w:t>
      </w:r>
      <w:r>
        <w:rPr>
          <w:rFonts w:ascii="Consolas" w:hAnsi="Consolas"/>
          <w:b w:val="0"/>
          <w:i w:val="0"/>
          <w:sz w:val="20"/>
        </w:rPr>
        <w:br/>
        <w:br/>
        <w:t xml:space="preserve">      requests</w:t>
        <w:br/>
        <w:t xml:space="preserve">     </w:t>
        <w:br/>
      </w:r>
      <w:r>
        <w:rPr>
          <w:b w:val="0"/>
          <w:i w:val="0"/>
        </w:rPr>
        <w:t xml:space="preserve"> :</w:t>
      </w:r>
    </w:p>
    <w:p>
      <w:pPr>
        <w:spacing w:after="0"/>
        <w:ind w:left="360"/>
        <w:shd w:val="clear" w:color="auto" w:fill="F2F2F2"/>
      </w:pPr>
      <w:r>
        <w:rPr>
          <w:rFonts w:ascii="Consolas" w:hAnsi="Consolas"/>
          <w:sz w:val="18"/>
        </w:rPr>
        <w:t>pendulum==3.2.0</w:t>
      </w:r>
    </w:p>
    <w:p>
      <w:pPr>
        <w:spacing w:after="0"/>
        <w:ind w:left="360"/>
        <w:shd w:val="clear" w:color="auto" w:fill="F2F2F2"/>
      </w:pPr>
      <w:r>
        <w:rPr>
          <w:rFonts w:ascii="Consolas" w:hAnsi="Consolas"/>
          <w:sz w:val="18"/>
        </w:rPr>
        <w:t>requests==2.32.5</w:t>
      </w:r>
    </w:p>
    <w:p>
      <w:pPr>
        <w:spacing w:after="40"/>
      </w:pPr>
    </w:p>
    <w:p>
      <w:pPr>
        <w:spacing w:after="80"/>
      </w:pPr>
      <w:r>
        <w:rPr>
          <w:b w:val="0"/>
          <w:i w:val="0"/>
        </w:rPr>
        <w:t xml:space="preserve">Cài đặt tất cả các yêu cầu bằng lệnh </w:t>
      </w:r>
      <w:r>
        <w:rPr>
          <w:rFonts w:ascii="Consolas" w:hAnsi="Consolas"/>
          <w:b w:val="0"/>
          <w:i w:val="0"/>
          <w:sz w:val="20"/>
        </w:rPr>
        <w:br/>
        <w:br/>
        <w:t xml:space="preserve">      uv pip</w:t>
        <w:br/>
        <w:t xml:space="preserve">     </w:t>
        <w:br/>
      </w:r>
      <w:r>
        <w:rPr>
          <w:b w:val="0"/>
          <w:i w:val="0"/>
        </w:rPr>
        <w:t xml:space="preserve"> :</w:t>
      </w:r>
    </w:p>
    <w:p>
      <w:pPr>
        <w:spacing w:after="0"/>
        <w:ind w:left="360"/>
        <w:shd w:val="clear" w:color="auto" w:fill="F2F2F2"/>
      </w:pPr>
      <w:r>
        <w:rPr>
          <w:rFonts w:ascii="Consolas" w:hAnsi="Consolas"/>
          <w:sz w:val="18"/>
        </w:rPr>
        <w:t>$ uv pip install -r requirements.txt</w:t>
      </w:r>
    </w:p>
    <w:p>
      <w:pPr>
        <w:spacing w:after="0"/>
        <w:ind w:left="360"/>
        <w:shd w:val="clear" w:color="auto" w:fill="F2F2F2"/>
      </w:pPr>
      <w:r>
        <w:rPr>
          <w:rFonts w:ascii="Consolas" w:hAnsi="Consolas"/>
          <w:sz w:val="18"/>
        </w:rPr>
        <w:t>Resolved 10 packages in 385ms</w:t>
      </w:r>
    </w:p>
    <w:p>
      <w:pPr>
        <w:spacing w:after="0"/>
        <w:ind w:left="360"/>
        <w:shd w:val="clear" w:color="auto" w:fill="F2F2F2"/>
      </w:pPr>
      <w:r>
        <w:rPr>
          <w:rFonts w:ascii="Consolas" w:hAnsi="Consolas"/>
          <w:sz w:val="18"/>
        </w:rPr>
        <w:t>Installed 10 packages in 55ms</w:t>
      </w:r>
    </w:p>
    <w:p>
      <w:pPr>
        <w:spacing w:after="0"/>
        <w:ind w:left="360"/>
        <w:shd w:val="clear" w:color="auto" w:fill="F2F2F2"/>
      </w:pPr>
      <w:r>
        <w:rPr>
          <w:rFonts w:ascii="Consolas" w:hAnsi="Consolas"/>
          <w:sz w:val="18"/>
        </w:rPr>
        <w:t xml:space="preserve"> + certifi==2026.5.20</w:t>
      </w:r>
    </w:p>
    <w:p>
      <w:pPr>
        <w:spacing w:after="0"/>
        <w:ind w:left="360"/>
        <w:shd w:val="clear" w:color="auto" w:fill="F2F2F2"/>
      </w:pPr>
      <w:r>
        <w:rPr>
          <w:rFonts w:ascii="Consolas" w:hAnsi="Consolas"/>
          <w:sz w:val="18"/>
        </w:rPr>
        <w:t xml:space="preserve"> + charset-normalizer==3.4.7</w:t>
      </w:r>
    </w:p>
    <w:p>
      <w:pPr>
        <w:spacing w:after="0"/>
        <w:ind w:left="360"/>
        <w:shd w:val="clear" w:color="auto" w:fill="F2F2F2"/>
      </w:pPr>
      <w:r>
        <w:rPr>
          <w:rFonts w:ascii="Consolas" w:hAnsi="Consolas"/>
          <w:sz w:val="18"/>
        </w:rPr>
        <w:t xml:space="preserve"> + idna==3.18</w:t>
      </w:r>
    </w:p>
    <w:p>
      <w:pPr>
        <w:spacing w:after="0"/>
        <w:ind w:left="360"/>
        <w:shd w:val="clear" w:color="auto" w:fill="F2F2F2"/>
      </w:pPr>
      <w:r>
        <w:rPr>
          <w:rFonts w:ascii="Consolas" w:hAnsi="Consolas"/>
          <w:sz w:val="18"/>
        </w:rPr>
        <w:t xml:space="preserve"> + parse==1.20.2</w:t>
      </w:r>
    </w:p>
    <w:p>
      <w:pPr>
        <w:spacing w:after="0"/>
        <w:ind w:left="360"/>
        <w:shd w:val="clear" w:color="auto" w:fill="F2F2F2"/>
      </w:pPr>
      <w:r>
        <w:rPr>
          <w:rFonts w:ascii="Consolas" w:hAnsi="Consolas"/>
          <w:sz w:val="18"/>
        </w:rPr>
        <w:t xml:space="preserve"> + pendulum==3.2.0</w:t>
      </w:r>
    </w:p>
    <w:p>
      <w:pPr>
        <w:spacing w:after="0"/>
        <w:ind w:left="360"/>
        <w:shd w:val="clear" w:color="auto" w:fill="F2F2F2"/>
      </w:pPr>
      <w:r>
        <w:rPr>
          <w:rFonts w:ascii="Consolas" w:hAnsi="Consolas"/>
          <w:sz w:val="18"/>
        </w:rPr>
        <w:t xml:space="preserve"> + python-dateutil==2.9.0.post0</w:t>
      </w:r>
    </w:p>
    <w:p>
      <w:pPr>
        <w:spacing w:after="0"/>
        <w:ind w:left="360"/>
        <w:shd w:val="clear" w:color="auto" w:fill="F2F2F2"/>
      </w:pPr>
      <w:r>
        <w:rPr>
          <w:rFonts w:ascii="Consolas" w:hAnsi="Consolas"/>
          <w:sz w:val="18"/>
        </w:rPr>
        <w:t xml:space="preserve"> + requests==2.32.5</w:t>
      </w:r>
    </w:p>
    <w:p>
      <w:pPr>
        <w:spacing w:after="0"/>
        <w:ind w:left="360"/>
        <w:shd w:val="clear" w:color="auto" w:fill="F2F2F2"/>
      </w:pPr>
      <w:r>
        <w:rPr>
          <w:rFonts w:ascii="Consolas" w:hAnsi="Consolas"/>
          <w:sz w:val="18"/>
        </w:rPr>
        <w:t xml:space="preserve"> + six==1.17.0</w:t>
      </w:r>
    </w:p>
    <w:p>
      <w:pPr>
        <w:spacing w:after="0"/>
        <w:ind w:left="360"/>
        <w:shd w:val="clear" w:color="auto" w:fill="F2F2F2"/>
      </w:pPr>
      <w:r>
        <w:rPr>
          <w:rFonts w:ascii="Consolas" w:hAnsi="Consolas"/>
          <w:sz w:val="18"/>
        </w:rPr>
        <w:t xml:space="preserve"> + tzdata==2026.2</w:t>
      </w:r>
    </w:p>
    <w:p>
      <w:pPr>
        <w:spacing w:after="0"/>
        <w:ind w:left="360"/>
        <w:shd w:val="clear" w:color="auto" w:fill="F2F2F2"/>
      </w:pPr>
      <w:r>
        <w:rPr>
          <w:rFonts w:ascii="Consolas" w:hAnsi="Consolas"/>
          <w:sz w:val="18"/>
        </w:rPr>
        <w:t xml:space="preserve"> + urllib3==2.7.0</w:t>
      </w:r>
    </w:p>
    <w:p>
      <w:pPr>
        <w:spacing w:after="40"/>
      </w:pPr>
    </w:p>
    <w:p>
      <w:pPr>
        <w:spacing w:after="80"/>
      </w:pPr>
      <w:r>
        <w:rPr>
          <w:b/>
          <w:i w:val="0"/>
        </w:rPr>
        <w:t>Lưu ý</w:t>
      </w:r>
    </w:p>
    <w:p>
      <w:pPr>
        <w:spacing w:after="80"/>
      </w:pPr>
      <w:r>
        <w:rPr>
          <w:b w:val="0"/>
          <w:i w:val="0"/>
        </w:rPr>
        <w:t xml:space="preserve">Nếu trước đây bạn từng dùng </w:t>
      </w:r>
      <w:r>
        <w:rPr>
          <w:rFonts w:ascii="Consolas" w:hAnsi="Consolas"/>
          <w:b w:val="0"/>
          <w:i w:val="0"/>
          <w:sz w:val="20"/>
        </w:rPr>
        <w:br/>
        <w:br/>
        <w:t xml:space="preserve">       pip</w:t>
        <w:br/>
        <w:t xml:space="preserve">      </w:t>
        <w:br/>
      </w:r>
      <w:r>
        <w:rPr>
          <w:b w:val="0"/>
          <w:i w:val="0"/>
        </w:rPr>
        <w:t xml:space="preserve"> để cài đặt package, bạn có thể sẽ nhận ra rằng dùng </w:t>
      </w:r>
      <w:r>
        <w:rPr>
          <w:rFonts w:ascii="Consolas" w:hAnsi="Consolas"/>
          <w:b w:val="0"/>
          <w:i w:val="0"/>
          <w:sz w:val="20"/>
        </w:rPr>
        <w:br/>
        <w:br/>
        <w:t xml:space="preserve">       uv</w:t>
        <w:br/>
        <w:t xml:space="preserve">      </w:t>
        <w:br/>
      </w:r>
      <w:r>
        <w:rPr>
          <w:b w:val="0"/>
          <w:i w:val="0"/>
        </w:rPr>
        <w:t xml:space="preserve"> nhanh hơn nhiều.</w:t>
      </w:r>
    </w:p>
    <w:p>
      <w:pPr>
        <w:spacing w:after="80"/>
      </w:pPr>
      <w:r>
        <w:rPr>
          <w:b w:val="0"/>
          <w:i w:val="0"/>
        </w:rPr>
        <w:t xml:space="preserve">Hiển thị các mô-đun hiện có đã được cài đặt bằng lệnh </w:t>
      </w:r>
      <w:r>
        <w:rPr>
          <w:rFonts w:ascii="Consolas" w:hAnsi="Consolas"/>
          <w:b w:val="0"/>
          <w:i w:val="0"/>
          <w:sz w:val="20"/>
        </w:rPr>
        <w:br/>
        <w:br/>
        <w:t xml:space="preserve">      uv pip</w:t>
        <w:br/>
        <w:t xml:space="preserve">     </w:t>
        <w:br/>
      </w:r>
      <w:r>
        <w:rPr>
          <w:b w:val="0"/>
          <w:i w:val="0"/>
        </w:rPr>
        <w:t xml:space="preserve"> list:</w:t>
      </w:r>
    </w:p>
    <w:p>
      <w:pPr>
        <w:spacing w:after="0"/>
        <w:ind w:left="360"/>
        <w:shd w:val="clear" w:color="auto" w:fill="F2F2F2"/>
      </w:pPr>
      <w:r>
        <w:rPr>
          <w:rFonts w:ascii="Consolas" w:hAnsi="Consolas"/>
          <w:sz w:val="18"/>
        </w:rPr>
        <w:t>$ uv pip list</w:t>
      </w:r>
    </w:p>
    <w:p>
      <w:pPr>
        <w:spacing w:after="0"/>
        <w:ind w:left="360"/>
        <w:shd w:val="clear" w:color="auto" w:fill="F2F2F2"/>
      </w:pPr>
      <w:r>
        <w:rPr>
          <w:rFonts w:ascii="Consolas" w:hAnsi="Consolas"/>
          <w:sz w:val="18"/>
        </w:rPr>
        <w:t>Package            Version</w:t>
      </w:r>
    </w:p>
    <w:p>
      <w:pPr>
        <w:spacing w:after="0"/>
        <w:ind w:left="360"/>
        <w:shd w:val="clear" w:color="auto" w:fill="F2F2F2"/>
      </w:pPr>
      <w:r>
        <w:rPr>
          <w:rFonts w:ascii="Consolas" w:hAnsi="Consolas"/>
          <w:sz w:val="18"/>
        </w:rPr>
        <w:t>------------------ -----------</w:t>
      </w:r>
    </w:p>
    <w:p>
      <w:pPr>
        <w:spacing w:after="0"/>
        <w:ind w:left="360"/>
        <w:shd w:val="clear" w:color="auto" w:fill="F2F2F2"/>
      </w:pPr>
      <w:r>
        <w:rPr>
          <w:rFonts w:ascii="Consolas" w:hAnsi="Consolas"/>
          <w:sz w:val="18"/>
        </w:rPr>
        <w:t>certifi            2026.5.20</w:t>
      </w:r>
    </w:p>
    <w:p>
      <w:pPr>
        <w:spacing w:after="0"/>
        <w:ind w:left="360"/>
        <w:shd w:val="clear" w:color="auto" w:fill="F2F2F2"/>
      </w:pPr>
      <w:r>
        <w:rPr>
          <w:rFonts w:ascii="Consolas" w:hAnsi="Consolas"/>
          <w:sz w:val="18"/>
        </w:rPr>
        <w:t>charset-normalizer 3.4.7</w:t>
      </w:r>
    </w:p>
    <w:p>
      <w:pPr>
        <w:spacing w:after="0"/>
        <w:ind w:left="360"/>
        <w:shd w:val="clear" w:color="auto" w:fill="F2F2F2"/>
      </w:pPr>
      <w:r>
        <w:rPr>
          <w:rFonts w:ascii="Consolas" w:hAnsi="Consolas"/>
          <w:sz w:val="18"/>
        </w:rPr>
        <w:t>idna               3.18</w:t>
      </w:r>
    </w:p>
    <w:p>
      <w:pPr>
        <w:spacing w:after="0"/>
        <w:ind w:left="360"/>
        <w:shd w:val="clear" w:color="auto" w:fill="F2F2F2"/>
      </w:pPr>
      <w:r>
        <w:rPr>
          <w:rFonts w:ascii="Consolas" w:hAnsi="Consolas"/>
          <w:sz w:val="18"/>
        </w:rPr>
        <w:t>parse              1.20.2</w:t>
      </w:r>
    </w:p>
    <w:p>
      <w:pPr>
        <w:spacing w:after="0"/>
        <w:ind w:left="360"/>
        <w:shd w:val="clear" w:color="auto" w:fill="F2F2F2"/>
      </w:pPr>
      <w:r>
        <w:rPr>
          <w:rFonts w:ascii="Consolas" w:hAnsi="Consolas"/>
          <w:sz w:val="18"/>
        </w:rPr>
        <w:t>pendulum           3.2.0</w:t>
      </w:r>
    </w:p>
    <w:p>
      <w:pPr>
        <w:spacing w:after="0"/>
        <w:ind w:left="360"/>
        <w:shd w:val="clear" w:color="auto" w:fill="F2F2F2"/>
      </w:pPr>
      <w:r>
        <w:rPr>
          <w:rFonts w:ascii="Consolas" w:hAnsi="Consolas"/>
          <w:sz w:val="18"/>
        </w:rPr>
        <w:t>python-dateutil    2.9.0.post0</w:t>
      </w:r>
    </w:p>
    <w:p>
      <w:pPr>
        <w:spacing w:after="0"/>
        <w:ind w:left="360"/>
        <w:shd w:val="clear" w:color="auto" w:fill="F2F2F2"/>
      </w:pPr>
      <w:r>
        <w:rPr>
          <w:rFonts w:ascii="Consolas" w:hAnsi="Consolas"/>
          <w:sz w:val="18"/>
        </w:rPr>
        <w:t>requests           2.32.5</w:t>
      </w:r>
    </w:p>
    <w:p>
      <w:pPr>
        <w:spacing w:after="0"/>
        <w:ind w:left="360"/>
        <w:shd w:val="clear" w:color="auto" w:fill="F2F2F2"/>
      </w:pPr>
      <w:r>
        <w:rPr>
          <w:rFonts w:ascii="Consolas" w:hAnsi="Consolas"/>
          <w:sz w:val="18"/>
        </w:rPr>
        <w:t>six                1.17.0</w:t>
      </w:r>
    </w:p>
    <w:p>
      <w:pPr>
        <w:spacing w:after="0"/>
        <w:ind w:left="360"/>
        <w:shd w:val="clear" w:color="auto" w:fill="F2F2F2"/>
      </w:pPr>
      <w:r>
        <w:rPr>
          <w:rFonts w:ascii="Consolas" w:hAnsi="Consolas"/>
          <w:sz w:val="18"/>
        </w:rPr>
        <w:t>tzdata             2026.2</w:t>
      </w:r>
    </w:p>
    <w:p>
      <w:pPr>
        <w:spacing w:after="0"/>
        <w:ind w:left="360"/>
        <w:shd w:val="clear" w:color="auto" w:fill="F2F2F2"/>
      </w:pPr>
      <w:r>
        <w:rPr>
          <w:rFonts w:ascii="Consolas" w:hAnsi="Consolas"/>
          <w:sz w:val="18"/>
        </w:rPr>
        <w:t>urllib3            2.7.0</w:t>
      </w:r>
    </w:p>
    <w:p>
      <w:pPr>
        <w:spacing w:after="40"/>
      </w:pPr>
    </w:p>
    <w:p>
      <w:pPr>
        <w:spacing w:after="80"/>
      </w:pPr>
      <w:r>
        <w:rPr>
          <w:b w:val="0"/>
          <w:i w:val="0"/>
        </w:rPr>
        <w:t>Giờ bạn có thể dùng cả hai mô-đun khi sử dụng môi trường ảo (virtual environment):</w:t>
      </w:r>
    </w:p>
    <w:p>
      <w:pPr>
        <w:spacing w:after="0"/>
        <w:ind w:left="360"/>
        <w:shd w:val="clear" w:color="auto" w:fill="F2F2F2"/>
      </w:pPr>
      <w:r>
        <w:rPr>
          <w:rFonts w:ascii="Consolas" w:hAnsi="Consolas"/>
          <w:sz w:val="18"/>
        </w:rPr>
        <w:t>$ uv run python</w:t>
      </w:r>
    </w:p>
    <w:p>
      <w:pPr>
        <w:spacing w:after="0"/>
        <w:ind w:left="360"/>
        <w:shd w:val="clear" w:color="auto" w:fill="F2F2F2"/>
      </w:pPr>
      <w:r>
        <w:rPr>
          <w:rFonts w:ascii="Consolas" w:hAnsi="Consolas"/>
          <w:sz w:val="18"/>
        </w:rPr>
        <w:t>Python 3.14.0 (main, Oct  7 2025, 09:34:52) [Clang 17.0.0 (clang-1700.3.19.1)] on darwin</w:t>
      </w:r>
    </w:p>
    <w:p>
      <w:pPr>
        <w:spacing w:after="0"/>
        <w:ind w:left="360"/>
        <w:shd w:val="clear" w:color="auto" w:fill="F2F2F2"/>
      </w:pPr>
      <w:r>
        <w:rPr>
          <w:rFonts w:ascii="Consolas" w:hAnsi="Consolas"/>
          <w:sz w:val="18"/>
        </w:rPr>
        <w:t>Type "help", "copyright", "credits" or "license" for more information.</w:t>
      </w:r>
    </w:p>
    <w:p>
      <w:pPr>
        <w:spacing w:after="0"/>
        <w:ind w:left="360"/>
        <w:shd w:val="clear" w:color="auto" w:fill="F2F2F2"/>
      </w:pPr>
      <w:r>
        <w:rPr>
          <w:rFonts w:ascii="Consolas" w:hAnsi="Consolas"/>
          <w:sz w:val="18"/>
        </w:rPr>
        <w:t>&gt;&gt;&gt; import pendulum</w:t>
      </w:r>
    </w:p>
    <w:p>
      <w:pPr>
        <w:spacing w:after="0"/>
        <w:ind w:left="360"/>
        <w:shd w:val="clear" w:color="auto" w:fill="F2F2F2"/>
      </w:pPr>
      <w:r>
        <w:rPr>
          <w:rFonts w:ascii="Consolas" w:hAnsi="Consolas"/>
          <w:sz w:val="18"/>
        </w:rPr>
        <w:t>&gt;&gt;&gt; import requests</w:t>
      </w:r>
    </w:p>
    <w:p>
      <w:pPr>
        <w:spacing w:after="0"/>
        <w:ind w:left="360"/>
        <w:shd w:val="clear" w:color="auto" w:fill="F2F2F2"/>
      </w:pPr>
      <w:r>
        <w:rPr>
          <w:rFonts w:ascii="Consolas" w:hAnsi="Consolas"/>
          <w:sz w:val="18"/>
        </w:rPr>
        <w:t>&gt;&gt;&gt;</w:t>
      </w:r>
    </w:p>
    <w:p>
      <w:pPr>
        <w:spacing w:after="40"/>
      </w:pPr>
    </w:p>
    <w:p>
      <w:pPr>
        <w:pStyle w:val="Heading3"/>
      </w:pPr>
      <w:r>
        <w:rPr>
          <w:rFonts w:ascii="Calibri" w:hAnsi="Calibri"/>
          <w:b/>
          <w:i w:val="0"/>
          <w:sz w:val="26"/>
        </w:rPr>
        <w:t>Cách nó hoạt động…</w:t>
      </w:r>
    </w:p>
    <w:p>
      <w:pPr>
        <w:spacing w:after="80"/>
      </w:pPr>
      <w:r>
        <w:rPr>
          <w:b w:val="0"/>
          <w:i w:val="0"/>
        </w:rPr>
        <w:t xml:space="preserve">Tệp </w:t>
      </w:r>
      <w:r>
        <w:rPr>
          <w:rFonts w:ascii="Consolas" w:hAnsi="Consolas"/>
          <w:b w:val="0"/>
          <w:i w:val="0"/>
          <w:sz w:val="20"/>
        </w:rPr>
        <w:br/>
        <w:br/>
        <w:t xml:space="preserve">      requirements.txt</w:t>
        <w:br/>
        <w:t xml:space="preserve">     </w:t>
        <w:br/>
      </w:r>
      <w:r>
        <w:rPr>
          <w:b w:val="0"/>
          <w:i w:val="0"/>
        </w:rPr>
        <w:t xml:space="preserve"> chỉ định mô-đun và phiên bản, còn </w:t>
      </w:r>
      <w:r>
        <w:rPr>
          <w:rFonts w:ascii="Consolas" w:hAnsi="Consolas"/>
          <w:b w:val="0"/>
          <w:i w:val="0"/>
          <w:sz w:val="20"/>
        </w:rPr>
        <w:br/>
        <w:br/>
        <w:t xml:space="preserve">      uv pip</w:t>
        <w:br/>
        <w:t xml:space="preserve">     </w:t>
        <w:br/>
      </w:r>
      <w:r>
        <w:rPr>
          <w:b w:val="0"/>
          <w:i w:val="0"/>
        </w:rPr>
        <w:t xml:space="preserve"> thực hiện tìm kiếm trên </w:t>
      </w:r>
      <w:r>
        <w:rPr>
          <w:rFonts w:ascii="Consolas" w:hAnsi="Consolas"/>
          <w:b w:val="0"/>
          <w:i w:val="0"/>
          <w:sz w:val="20"/>
        </w:rPr>
        <w:br/>
        <w:br/>
        <w:t xml:space="preserve">       pypi.org</w:t>
        <w:br/>
        <w:t xml:space="preserve">      </w:t>
        <w:br/>
      </w:r>
      <w:r>
        <w:rPr>
          <w:b w:val="0"/>
          <w:i w:val="0"/>
        </w:rPr>
        <w:t xml:space="preserve"> .</w:t>
      </w:r>
    </w:p>
    <w:p>
      <w:pPr>
        <w:spacing w:after="80"/>
      </w:pPr>
      <w:r>
        <w:rPr>
          <w:b w:val="0"/>
          <w:i w:val="0"/>
        </w:rPr>
        <w:t>Lưu ý rằng việc tạo một môi trường ảo mới từ đầu và chạy lệnh sau sẽ tái tạo hoàn toàn môi trường của bạn, điều này giúp việc tái lập (replicability) trở nên cực kỳ đơn giản:</w:t>
      </w:r>
    </w:p>
    <w:p>
      <w:pPr>
        <w:spacing w:after="0"/>
        <w:ind w:left="360"/>
        <w:shd w:val="clear" w:color="auto" w:fill="F2F2F2"/>
      </w:pPr>
      <w:r>
        <w:rPr>
          <w:rFonts w:ascii="Consolas" w:hAnsi="Consolas"/>
          <w:sz w:val="18"/>
        </w:rPr>
        <w:t>$ uv pip install -r requirements.txt</w:t>
      </w:r>
    </w:p>
    <w:p>
      <w:pPr>
        <w:spacing w:after="40"/>
      </w:pPr>
    </w:p>
    <w:p>
      <w:pPr>
        <w:spacing w:after="80"/>
      </w:pPr>
      <w:r>
        <w:rPr>
          <w:b w:val="0"/>
          <w:i w:val="0"/>
        </w:rPr>
        <w:t xml:space="preserve">Lưu ý rằng </w:t>
      </w:r>
      <w:r>
        <w:rPr>
          <w:b w:val="0"/>
          <w:i/>
        </w:rPr>
        <w:t xml:space="preserve"> bước 2 </w:t>
      </w:r>
      <w:r>
        <w:rPr>
          <w:b w:val="0"/>
          <w:i w:val="0"/>
        </w:rPr>
        <w:t xml:space="preserve"> của mục </w:t>
      </w:r>
      <w:r>
        <w:rPr>
          <w:b w:val="0"/>
          <w:i/>
        </w:rPr>
        <w:t xml:space="preserve"> Cách thực hiện </w:t>
      </w:r>
      <w:r>
        <w:rPr>
          <w:b w:val="0"/>
          <w:i w:val="0"/>
        </w:rPr>
        <w:t xml:space="preserve"> </w:t>
      </w:r>
      <w:r>
        <w:rPr>
          <w:b w:val="0"/>
          <w:i/>
        </w:rPr>
        <w:t xml:space="preserve"> … </w:t>
      </w:r>
      <w:r>
        <w:rPr>
          <w:b w:val="0"/>
          <w:i w:val="0"/>
        </w:rPr>
        <w:t xml:space="preserve"> sẽ tự động cài đặt các mô-đun khác là phần phụ thuộc (dependency), chẳng hạn như </w:t>
      </w:r>
      <w:r>
        <w:rPr>
          <w:rFonts w:ascii="Consolas" w:hAnsi="Consolas"/>
          <w:b w:val="0"/>
          <w:i w:val="0"/>
          <w:sz w:val="20"/>
        </w:rPr>
        <w:br/>
        <w:br/>
        <w:t xml:space="preserve">      urllib3</w:t>
        <w:br/>
        <w:t xml:space="preserve">     </w:t>
        <w:br/>
      </w:r>
      <w:r>
        <w:rPr>
          <w:b w:val="0"/>
          <w:i w:val="0"/>
        </w:rPr>
        <w:t xml:space="preserve"> .</w:t>
      </w:r>
    </w:p>
    <w:p>
      <w:pPr>
        <w:pStyle w:val="Heading3"/>
      </w:pPr>
      <w:r>
        <w:rPr>
          <w:rFonts w:ascii="Calibri" w:hAnsi="Calibri"/>
          <w:b/>
          <w:i w:val="0"/>
          <w:sz w:val="26"/>
        </w:rPr>
        <w:t>Còn nhiều thứ nữa…</w:t>
      </w:r>
    </w:p>
    <w:p>
      <w:pPr>
        <w:spacing w:after="80"/>
      </w:pPr>
      <w:r>
        <w:rPr>
          <w:b w:val="0"/>
          <w:i w:val="0"/>
        </w:rPr>
        <w:t xml:space="preserve">Nếu có mô-đun nào cần đổi sang phiên bản khác vì đã có phiên bản mới, hãy đổi chúng trong requirements rồi chạy lại lệnh </w:t>
      </w:r>
      <w:r>
        <w:rPr>
          <w:rFonts w:ascii="Consolas" w:hAnsi="Consolas"/>
          <w:b w:val="0"/>
          <w:i w:val="0"/>
          <w:sz w:val="20"/>
        </w:rPr>
        <w:br/>
        <w:br/>
        <w:t xml:space="preserve">      install</w:t>
        <w:br/>
        <w:t xml:space="preserve">     </w:t>
        <w:br/>
      </w:r>
      <w:r>
        <w:rPr>
          <w:b w:val="0"/>
          <w:i w:val="0"/>
        </w:rPr>
        <w:t>:</w:t>
      </w:r>
    </w:p>
    <w:p>
      <w:pPr>
        <w:spacing w:after="0"/>
        <w:ind w:left="360"/>
        <w:shd w:val="clear" w:color="auto" w:fill="F2F2F2"/>
      </w:pPr>
      <w:r>
        <w:rPr>
          <w:rFonts w:ascii="Consolas" w:hAnsi="Consolas"/>
          <w:sz w:val="18"/>
        </w:rPr>
        <w:t>$ uv pip install -r requirements.txt</w:t>
      </w:r>
    </w:p>
    <w:p>
      <w:pPr>
        <w:spacing w:after="40"/>
      </w:pPr>
    </w:p>
    <w:p>
      <w:pPr>
        <w:spacing w:after="80"/>
      </w:pPr>
      <w:r>
        <w:rPr>
          <w:b w:val="0"/>
          <w:i w:val="0"/>
        </w:rPr>
        <w:t>Điều này cũng áp dụng khi cần thêm một mô-đun mới.</w:t>
      </w:r>
    </w:p>
    <w:p>
      <w:pPr>
        <w:spacing w:after="80"/>
      </w:pPr>
      <w:r>
        <w:rPr>
          <w:b w:val="0"/>
          <w:i w:val="0"/>
        </w:rPr>
        <w:t xml:space="preserve">Bất cứ lúc nào, bạn đều có thể dùng lệnh </w:t>
      </w:r>
      <w:r>
        <w:rPr>
          <w:rFonts w:ascii="Consolas" w:hAnsi="Consolas"/>
          <w:b w:val="0"/>
          <w:i w:val="0"/>
          <w:sz w:val="20"/>
        </w:rPr>
        <w:br/>
        <w:br/>
        <w:t xml:space="preserve">      pipfreeze</w:t>
        <w:br/>
        <w:t xml:space="preserve">     </w:t>
        <w:br/>
      </w:r>
      <w:r>
        <w:rPr>
          <w:b w:val="0"/>
          <w:i w:val="0"/>
        </w:rPr>
        <w:t xml:space="preserve"> để hiển thị tất cả các mô-đun đã cài đặt. </w:t>
      </w:r>
      <w:r>
        <w:rPr>
          <w:rFonts w:ascii="Consolas" w:hAnsi="Consolas"/>
          <w:b w:val="0"/>
          <w:i w:val="0"/>
          <w:sz w:val="20"/>
        </w:rPr>
        <w:br/>
        <w:br/>
        <w:t xml:space="preserve">      freeze</w:t>
        <w:br/>
        <w:t xml:space="preserve">     </w:t>
        <w:br/>
      </w:r>
      <w:r>
        <w:rPr>
          <w:b w:val="0"/>
          <w:i w:val="0"/>
        </w:rPr>
        <w:t xml:space="preserve"> trả về các mô-đun theo định dạng tương thích với </w:t>
      </w:r>
      <w:r>
        <w:rPr>
          <w:rFonts w:ascii="Consolas" w:hAnsi="Consolas"/>
          <w:b w:val="0"/>
          <w:i w:val="0"/>
          <w:sz w:val="20"/>
        </w:rPr>
        <w:br/>
        <w:br/>
        <w:t xml:space="preserve">      requirements.txt</w:t>
        <w:br/>
        <w:t xml:space="preserve">     </w:t>
        <w:br/>
      </w:r>
      <w:r>
        <w:rPr>
          <w:b w:val="0"/>
          <w:i w:val="0"/>
        </w:rPr>
        <w:t>, giúp bạn tạo được một tệp mô tả môi trường hiện tại:</w:t>
      </w:r>
    </w:p>
    <w:p>
      <w:pPr>
        <w:spacing w:after="0"/>
        <w:ind w:left="360"/>
        <w:shd w:val="clear" w:color="auto" w:fill="F2F2F2"/>
      </w:pPr>
      <w:r>
        <w:rPr>
          <w:rFonts w:ascii="Consolas" w:hAnsi="Consolas"/>
          <w:sz w:val="18"/>
        </w:rPr>
        <w:t>$ uv pip freeze &gt; requirements.txt</w:t>
      </w:r>
    </w:p>
    <w:p>
      <w:pPr>
        <w:spacing w:after="40"/>
      </w:pPr>
    </w:p>
    <w:p>
      <w:pPr>
        <w:spacing w:after="80"/>
      </w:pPr>
      <w:r>
        <w:rPr>
          <w:b w:val="0"/>
          <w:i w:val="0"/>
        </w:rPr>
        <w:t>Tệp này sẽ bao gồm cả các phụ thuộc (dependency), nên hãy chuẩn bị tinh thần là sẽ có nhiều mô-đun hơn hẳn trong tệp.</w:t>
      </w:r>
    </w:p>
    <w:p>
      <w:pPr>
        <w:spacing w:after="80"/>
      </w:pPr>
      <w:r>
        <w:rPr>
          <w:b w:val="0"/>
          <w:i w:val="0"/>
        </w:rPr>
        <w:t>Việc tìm được những mô-đun bên thứ ba thật sự tốt đôi khi không dễ. Tìm theo chức năng cụ thể có thể hiệu quả, nhưng đôi khi có những mô-đun tuyệt vời khiến bạn bất ngờ vì chúng làm được những việc bạn chưa từng nghĩ tới. Một danh sách được tuyển chọn rất hay là Awesome Python (</w:t>
      </w:r>
      <w:r>
        <w:rPr>
          <w:rFonts w:ascii="Consolas" w:hAnsi="Consolas"/>
          <w:b w:val="0"/>
          <w:i w:val="0"/>
          <w:sz w:val="20"/>
        </w:rPr>
        <w:br/>
        <w:br/>
        <w:t xml:space="preserve">       https://github.com/vinta/awesome-python</w:t>
        <w:br/>
        <w:t xml:space="preserve">      </w:t>
        <w:br/>
      </w:r>
      <w:r>
        <w:rPr>
          <w:b w:val="0"/>
          <w:i w:val="0"/>
        </w:rPr>
        <w:t>), bao gồm rất nhiều công cụ hữu ích cho các tình huống sử dụng Python phổ biến, như mã hóa (cryptography), truy cập cơ sở dữ liệu, xử lý ngày giờ, v.v.</w:t>
      </w:r>
    </w:p>
    <w:p>
      <w:pPr>
        <w:spacing w:after="80"/>
      </w:pPr>
      <w:r>
        <w:rPr>
          <w:b/>
          <w:i w:val="0"/>
        </w:rPr>
        <w:t>Mẹo</w:t>
      </w:r>
    </w:p>
    <w:p>
      <w:pPr>
        <w:spacing w:after="80"/>
      </w:pPr>
      <w:r>
        <w:rPr>
          <w:b w:val="0"/>
          <w:i w:val="0"/>
        </w:rPr>
        <w:t>GenAI có thể giúp bạn tìm một mô-đun phù hợp cho một tình huống sử dụng cụ thể.</w:t>
      </w:r>
    </w:p>
    <w:p>
      <w:pPr>
        <w:spacing w:after="80"/>
      </w:pPr>
      <w:r>
        <w:rPr>
          <w:b w:val="0"/>
          <w:i w:val="0"/>
        </w:rPr>
        <w:t xml:space="preserve">Nói chung, nó sẽ có kiến thức và hướng bạn đến những gói phổ biến, chẳng hạn như </w:t>
      </w:r>
      <w:r>
        <w:rPr>
          <w:rFonts w:ascii="Consolas" w:hAnsi="Consolas"/>
          <w:b w:val="0"/>
          <w:i w:val="0"/>
          <w:sz w:val="20"/>
        </w:rPr>
        <w:br/>
        <w:br/>
        <w:t xml:space="preserve">       requests</w:t>
        <w:br/>
        <w:t xml:space="preserve">      </w:t>
        <w:br/>
      </w:r>
      <w:r>
        <w:rPr>
          <w:b w:val="0"/>
          <w:i w:val="0"/>
        </w:rPr>
        <w:t>. Nhưng bạn có thể hỏi về những tình huống sử dụng cụ thể và xin gợi ý. Tuy nhiên, đừng vội tin ngay vào gợi ý của GenAI: hãy kiểm tra chính dự án đó và xác nhận rằng nó đúng là thứ bạn cần. Một vấn đề thường gặp với GenAI là nó sẽ dùng một gói cũ đã ổn định nhưng có thể không phải là lựa chọn tốt nhất cho trường hợp sử dụng cụ thể của bạn, ví dụ vì đã có một gói mới hơn cho kết quả tốt hơn. GenAI có thể giúp bạn tìm kiếm, nhưng không thể quyết định thay bạn.</w:t>
      </w:r>
    </w:p>
    <w:p>
      <w:pPr>
        <w:spacing w:after="80"/>
      </w:pPr>
      <w:r>
        <w:rPr>
          <w:b w:val="0"/>
          <w:i w:val="0"/>
        </w:rPr>
        <w:t>Trong một số trường hợp, việc cài đặt gói có thể cần thêm công cụ, chẳng hạn như trình biên dịch (compiler) hoặc một thư viện cụ thể hỗ trợ chức năng nào đó (ví dụ, một trình điều khiển cơ sở dữ liệu cụ thể). Nếu vậy, tài liệu sẽ giải thích rõ các phụ thuộc.</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Làm việc với nhiều phiên bản Python và môi trường ảo bằng uv </w:t>
      </w:r>
      <w:r>
        <w:rPr>
          <w:b w:val="0"/>
          <w:i w:val="0"/>
        </w:rPr>
        <w:t>, ở phần trước trong chương này.</w:t>
      </w:r>
    </w:p>
    <w:p>
      <w:pPr>
        <w:spacing w:after="80"/>
        <w:ind w:left="360"/>
      </w:pPr>
      <w:r>
        <w:t xml:space="preserve">• </w:t>
      </w:r>
      <w:r>
        <w:rPr>
          <w:b w:val="0"/>
          <w:i w:val="0"/>
        </w:rPr>
        <w:t xml:space="preserve">Công thức </w:t>
      </w:r>
      <w:r>
        <w:rPr>
          <w:b w:val="0"/>
          <w:i/>
        </w:rPr>
        <w:t xml:space="preserve"> Dùng công cụ bên thứ ba—parse </w:t>
      </w:r>
      <w:r>
        <w:rPr>
          <w:b w:val="0"/>
          <w:i w:val="0"/>
        </w:rPr>
        <w:t>, ở phần sau trong chương này, để học cách dùng một mô-đun bên thứ ba đã cài đặt.</w:t>
      </w:r>
    </w:p>
    <w:p>
      <w:pPr>
        <w:pStyle w:val="Heading2"/>
      </w:pPr>
      <w:r>
        <w:rPr>
          <w:rFonts w:ascii="Calibri" w:hAnsi="Calibri"/>
          <w:b/>
          <w:i w:val="0"/>
          <w:sz w:val="32"/>
        </w:rPr>
        <w:t>Tạo chuỗi với giá trị được định dạng</w:t>
      </w:r>
    </w:p>
    <w:p>
      <w:pPr>
        <w:spacing w:after="80"/>
      </w:pPr>
      <w:r>
        <w:rPr>
          <w:b w:val="0"/>
          <w:i w:val="0"/>
        </w:rPr>
        <w:t>Một trong những khả năng cơ bản khi tạo văn bản và tài liệu là định dạng giá trị vào chuỗi có cấu trúc một cách hợp lý. Python rất thông minh trong việc đưa ra các giá trị mặc định tốt, chẳng hạn hiển thị số cho đúng, nhưng vẫn có rất nhiều tùy chọn và khả năng.</w:t>
      </w:r>
    </w:p>
    <w:p>
      <w:pPr>
        <w:spacing w:after="80"/>
      </w:pPr>
      <w:r>
        <w:rPr>
          <w:b w:val="0"/>
          <w:i w:val="0"/>
        </w:rPr>
        <w:t>Chúng ta sẽ bàn về một số tùy chọn phổ biến khi tạo văn bản được định dạng, thông qua ví dụ về một bảng.</w:t>
      </w:r>
    </w:p>
    <w:p>
      <w:pPr>
        <w:pStyle w:val="Heading3"/>
      </w:pPr>
      <w:r>
        <w:rPr>
          <w:rFonts w:ascii="Calibri" w:hAnsi="Calibri"/>
          <w:b/>
          <w:i w:val="0"/>
          <w:sz w:val="26"/>
        </w:rPr>
        <w:t>Chuẩn bị sẵn sàng</w:t>
      </w:r>
    </w:p>
    <w:p>
      <w:pPr>
        <w:spacing w:after="80"/>
      </w:pPr>
      <w:r>
        <w:rPr>
          <w:b w:val="0"/>
          <w:i w:val="0"/>
        </w:rPr>
        <w:t xml:space="preserve">Công cụ chính để định dạng chuỗi trong Python là phương thức </w:t>
      </w:r>
      <w:r>
        <w:rPr>
          <w:rFonts w:ascii="Consolas" w:hAnsi="Consolas"/>
          <w:b w:val="0"/>
          <w:i w:val="0"/>
          <w:sz w:val="20"/>
        </w:rPr>
        <w:br/>
        <w:br/>
        <w:t xml:space="preserve">      format</w:t>
        <w:br/>
        <w:t xml:space="preserve">     </w:t>
        <w:br/>
      </w:r>
      <w:r>
        <w:rPr>
          <w:b w:val="0"/>
          <w:i w:val="0"/>
        </w:rPr>
        <w:t>. Nó hoạt động với một ngôn ngữ thu nhỏ (mini-language) được định nghĩa sẵn để hiển thị các biến theo cách này:</w:t>
      </w:r>
    </w:p>
    <w:p>
      <w:pPr>
        <w:spacing w:after="0"/>
        <w:ind w:left="360"/>
        <w:shd w:val="clear" w:color="auto" w:fill="F2F2F2"/>
      </w:pPr>
      <w:r>
        <w:rPr>
          <w:rFonts w:ascii="Consolas" w:hAnsi="Consolas"/>
          <w:sz w:val="18"/>
        </w:rPr>
        <w:t>result = template.format(*parameters)</w:t>
      </w:r>
    </w:p>
    <w:p>
      <w:pPr>
        <w:spacing w:after="40"/>
      </w:pPr>
    </w:p>
    <w:p>
      <w:pPr>
        <w:spacing w:after="80"/>
      </w:pPr>
      <w:r>
        <w:rPr>
          <w:rFonts w:ascii="Consolas" w:hAnsi="Consolas"/>
          <w:b w:val="0"/>
          <w:i w:val="0"/>
          <w:sz w:val="20"/>
        </w:rPr>
        <w:br/>
        <w:br/>
        <w:t xml:space="preserve">      template</w:t>
        <w:br/>
        <w:t xml:space="preserve">     </w:t>
        <w:br/>
      </w:r>
      <w:r>
        <w:rPr>
          <w:b w:val="0"/>
          <w:i w:val="0"/>
        </w:rPr>
        <w:t xml:space="preserve"> là một chuỗi được diễn giải dựa trên ngôn ngữ thu nhỏ đó. Ở mức đơn giản nhất, việc tạo mẫu sẽ thay thế các giá trị nằm giữa cặp dấu ngoặc nhọn bằng các tham số. Dưới đây là vài ví dụ:</w:t>
      </w:r>
    </w:p>
    <w:p>
      <w:pPr>
        <w:spacing w:after="0"/>
        <w:ind w:left="360"/>
        <w:shd w:val="clear" w:color="auto" w:fill="F2F2F2"/>
      </w:pPr>
      <w:r>
        <w:rPr>
          <w:rFonts w:ascii="Consolas" w:hAnsi="Consolas"/>
          <w:sz w:val="18"/>
        </w:rPr>
        <w:t>&gt;&gt;&gt; 'Put the value of the string here: {}'.format('STRING')</w:t>
      </w:r>
    </w:p>
    <w:p>
      <w:pPr>
        <w:spacing w:after="0"/>
        <w:ind w:left="360"/>
        <w:shd w:val="clear" w:color="auto" w:fill="F2F2F2"/>
      </w:pPr>
      <w:r>
        <w:rPr>
          <w:rFonts w:ascii="Consolas" w:hAnsi="Consolas"/>
          <w:sz w:val="18"/>
        </w:rPr>
        <w:t>"Put the value of the string here: STRING"</w:t>
      </w:r>
    </w:p>
    <w:p>
      <w:pPr>
        <w:spacing w:after="0"/>
        <w:ind w:left="360"/>
        <w:shd w:val="clear" w:color="auto" w:fill="F2F2F2"/>
      </w:pPr>
      <w:r>
        <w:rPr>
          <w:rFonts w:ascii="Consolas" w:hAnsi="Consolas"/>
          <w:sz w:val="18"/>
        </w:rPr>
        <w:t>&gt;&gt;&gt; 'It can be any type ({}) and more than one ({})'.format(1.23, 'STRING')</w:t>
      </w:r>
    </w:p>
    <w:p>
      <w:pPr>
        <w:spacing w:after="0"/>
        <w:ind w:left="360"/>
        <w:shd w:val="clear" w:color="auto" w:fill="F2F2F2"/>
      </w:pPr>
      <w:r>
        <w:rPr>
          <w:rFonts w:ascii="Consolas" w:hAnsi="Consolas"/>
          <w:sz w:val="18"/>
        </w:rPr>
        <w:t>"It can be any type (1.23) and more than one (STRING)"</w:t>
      </w:r>
    </w:p>
    <w:p>
      <w:pPr>
        <w:spacing w:after="0"/>
        <w:ind w:left="360"/>
        <w:shd w:val="clear" w:color="auto" w:fill="F2F2F2"/>
      </w:pPr>
      <w:r>
        <w:rPr>
          <w:rFonts w:ascii="Consolas" w:hAnsi="Consolas"/>
          <w:sz w:val="18"/>
        </w:rPr>
        <w:t>&gt;&gt;&gt; 'Specify the order: {1}, {0}'.format('first', 'second')</w:t>
      </w:r>
    </w:p>
    <w:p>
      <w:pPr>
        <w:spacing w:after="0"/>
        <w:ind w:left="360"/>
        <w:shd w:val="clear" w:color="auto" w:fill="F2F2F2"/>
      </w:pPr>
      <w:r>
        <w:rPr>
          <w:rFonts w:ascii="Consolas" w:hAnsi="Consolas"/>
          <w:sz w:val="18"/>
        </w:rPr>
        <w:t>'Specify the order: second, first'</w:t>
      </w:r>
    </w:p>
    <w:p>
      <w:pPr>
        <w:spacing w:after="0"/>
        <w:ind w:left="360"/>
        <w:shd w:val="clear" w:color="auto" w:fill="F2F2F2"/>
      </w:pPr>
      <w:r>
        <w:rPr>
          <w:rFonts w:ascii="Consolas" w:hAnsi="Consolas"/>
          <w:sz w:val="18"/>
        </w:rPr>
        <w:t>&gt;&gt;&gt; 'Or name parameters: {first}, {second}'.format(second='SECOND', first='FIRST')</w:t>
      </w:r>
    </w:p>
    <w:p>
      <w:pPr>
        <w:spacing w:after="0"/>
        <w:ind w:left="360"/>
        <w:shd w:val="clear" w:color="auto" w:fill="F2F2F2"/>
      </w:pPr>
      <w:r>
        <w:rPr>
          <w:rFonts w:ascii="Consolas" w:hAnsi="Consolas"/>
          <w:sz w:val="18"/>
        </w:rPr>
        <w:t>'Or name parameters: FIRST, SECOND'</w:t>
      </w:r>
    </w:p>
    <w:p>
      <w:pPr>
        <w:spacing w:after="40"/>
      </w:pPr>
    </w:p>
    <w:p>
      <w:pPr>
        <w:spacing w:after="80"/>
      </w:pPr>
      <w:r>
        <w:rPr>
          <w:b w:val="0"/>
          <w:i w:val="0"/>
        </w:rPr>
        <w:t xml:space="preserve">Trong 95% trường hợp, cách định dạng này là tất cả những gì bạn cần; giữ mọi thứ đơn giản là tuyệt vời! Nhưng với những lúc phức tạp hơn, chẳng hạn như tự động căn chỉnh chuỗi và tạo ra những bảng văn bản trông đẹp mắt, ngôn ngữ thu nhỏ </w:t>
      </w:r>
      <w:r>
        <w:rPr>
          <w:rFonts w:ascii="Consolas" w:hAnsi="Consolas"/>
          <w:b w:val="0"/>
          <w:i w:val="0"/>
          <w:sz w:val="20"/>
        </w:rPr>
        <w:br/>
        <w:br/>
        <w:t xml:space="preserve">      format</w:t>
        <w:br/>
        <w:t xml:space="preserve">     </w:t>
        <w:br/>
      </w:r>
      <w:r>
        <w:rPr>
          <w:b w:val="0"/>
          <w:i w:val="0"/>
        </w:rPr>
        <w:t xml:space="preserve"> có thêm nhiều tùy chọn khác.</w:t>
      </w:r>
    </w:p>
    <w:p>
      <w:pPr>
        <w:pStyle w:val="Heading3"/>
      </w:pPr>
      <w:r>
        <w:rPr>
          <w:rFonts w:ascii="Calibri" w:hAnsi="Calibri"/>
          <w:b/>
          <w:i w:val="0"/>
          <w:sz w:val="26"/>
        </w:rPr>
        <w:t>Cách thực hiện…</w:t>
      </w:r>
    </w:p>
    <w:p>
      <w:pPr>
        <w:spacing w:after="80"/>
      </w:pPr>
      <w:r>
        <w:rPr>
          <w:b w:val="0"/>
          <w:i w:val="0"/>
        </w:rPr>
        <w:t xml:space="preserve">Viết đoạn script sau, </w:t>
      </w:r>
      <w:r>
        <w:rPr>
          <w:rFonts w:ascii="Consolas" w:hAnsi="Consolas"/>
          <w:b w:val="0"/>
          <w:i w:val="0"/>
          <w:sz w:val="20"/>
        </w:rPr>
        <w:br/>
        <w:br/>
        <w:t xml:space="preserve">      recipe_format_strings_step1.py</w:t>
        <w:br/>
        <w:t xml:space="preserve">     </w:t>
        <w:br/>
      </w:r>
      <w:r>
        <w:rPr>
          <w:b w:val="0"/>
          <w:i w:val="0"/>
        </w:rPr>
        <w:t>, để in ra một bảng đã được căn chỉnh:</w:t>
      </w:r>
    </w:p>
    <w:p>
      <w:pPr>
        <w:spacing w:after="0"/>
        <w:ind w:left="360"/>
        <w:shd w:val="clear" w:color="auto" w:fill="F2F2F2"/>
      </w:pPr>
      <w:r>
        <w:rPr>
          <w:rFonts w:ascii="Consolas" w:hAnsi="Consolas"/>
          <w:sz w:val="18"/>
        </w:rPr>
        <w:t># INPUT DATA</w:t>
      </w:r>
    </w:p>
    <w:p>
      <w:pPr>
        <w:spacing w:after="0"/>
        <w:ind w:left="360"/>
        <w:shd w:val="clear" w:color="auto" w:fill="F2F2F2"/>
      </w:pPr>
      <w:r>
        <w:rPr>
          <w:rFonts w:ascii="Consolas" w:hAnsi="Consolas"/>
          <w:sz w:val="18"/>
        </w:rPr>
        <w:t>data = [</w:t>
      </w:r>
    </w:p>
    <w:p>
      <w:pPr>
        <w:spacing w:after="0"/>
        <w:ind w:left="360"/>
        <w:shd w:val="clear" w:color="auto" w:fill="F2F2F2"/>
      </w:pPr>
      <w:r>
        <w:rPr>
          <w:rFonts w:ascii="Consolas" w:hAnsi="Consolas"/>
          <w:sz w:val="18"/>
        </w:rPr>
        <w:t xml:space="preserve">    (1000, 10),</w:t>
      </w:r>
    </w:p>
    <w:p>
      <w:pPr>
        <w:spacing w:after="0"/>
        <w:ind w:left="360"/>
        <w:shd w:val="clear" w:color="auto" w:fill="F2F2F2"/>
      </w:pPr>
      <w:r>
        <w:rPr>
          <w:rFonts w:ascii="Consolas" w:hAnsi="Consolas"/>
          <w:sz w:val="18"/>
        </w:rPr>
        <w:t xml:space="preserve">    (2000, 17),</w:t>
      </w:r>
    </w:p>
    <w:p>
      <w:pPr>
        <w:spacing w:after="0"/>
        <w:ind w:left="360"/>
        <w:shd w:val="clear" w:color="auto" w:fill="F2F2F2"/>
      </w:pPr>
      <w:r>
        <w:rPr>
          <w:rFonts w:ascii="Consolas" w:hAnsi="Consolas"/>
          <w:sz w:val="18"/>
        </w:rPr>
        <w:t xml:space="preserve">    (2500, 170),</w:t>
      </w:r>
    </w:p>
    <w:p>
      <w:pPr>
        <w:spacing w:after="0"/>
        <w:ind w:left="360"/>
        <w:shd w:val="clear" w:color="auto" w:fill="F2F2F2"/>
      </w:pPr>
      <w:r>
        <w:rPr>
          <w:rFonts w:ascii="Consolas" w:hAnsi="Consolas"/>
          <w:sz w:val="18"/>
        </w:rPr>
        <w:t xml:space="preserve">    (2500, -170),</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Print the header for reference</w:t>
      </w:r>
    </w:p>
    <w:p>
      <w:pPr>
        <w:spacing w:after="0"/>
        <w:ind w:left="360"/>
        <w:shd w:val="clear" w:color="auto" w:fill="F2F2F2"/>
      </w:pPr>
      <w:r>
        <w:rPr>
          <w:rFonts w:ascii="Consolas" w:hAnsi="Consolas"/>
          <w:sz w:val="18"/>
        </w:rPr>
        <w:t>print('REVENUE | PROFIT | PERCENT')</w:t>
      </w:r>
    </w:p>
    <w:p>
      <w:pPr>
        <w:spacing w:after="0"/>
        <w:ind w:left="360"/>
        <w:shd w:val="clear" w:color="auto" w:fill="F2F2F2"/>
      </w:pPr>
      <w:r>
        <w:rPr>
          <w:rFonts w:ascii="Consolas" w:hAnsi="Consolas"/>
          <w:sz w:val="18"/>
        </w:rPr>
        <w:t># This template aligns and displays the data in the proper format</w:t>
      </w:r>
    </w:p>
    <w:p>
      <w:pPr>
        <w:spacing w:after="0"/>
        <w:ind w:left="360"/>
        <w:shd w:val="clear" w:color="auto" w:fill="F2F2F2"/>
      </w:pPr>
      <w:r>
        <w:rPr>
          <w:rFonts w:ascii="Consolas" w:hAnsi="Consolas"/>
          <w:sz w:val="18"/>
        </w:rPr>
        <w:t>TEMPLATE = '{revenue:&gt;7,} | {profit:&gt;+6} | {percent:&gt;7.2%}'</w:t>
      </w:r>
    </w:p>
    <w:p>
      <w:pPr>
        <w:spacing w:after="0"/>
        <w:ind w:left="360"/>
        <w:shd w:val="clear" w:color="auto" w:fill="F2F2F2"/>
      </w:pPr>
      <w:r>
        <w:rPr>
          <w:rFonts w:ascii="Consolas" w:hAnsi="Consolas"/>
          <w:sz w:val="18"/>
        </w:rPr>
        <w:t># Print the data rows</w:t>
      </w:r>
    </w:p>
    <w:p>
      <w:pPr>
        <w:spacing w:after="0"/>
        <w:ind w:left="360"/>
        <w:shd w:val="clear" w:color="auto" w:fill="F2F2F2"/>
      </w:pPr>
      <w:r>
        <w:rPr>
          <w:rFonts w:ascii="Consolas" w:hAnsi="Consolas"/>
          <w:sz w:val="18"/>
        </w:rPr>
        <w:t>for revenue, profit in data:</w:t>
      </w:r>
    </w:p>
    <w:p>
      <w:pPr>
        <w:spacing w:after="0"/>
        <w:ind w:left="360"/>
        <w:shd w:val="clear" w:color="auto" w:fill="F2F2F2"/>
      </w:pPr>
      <w:r>
        <w:rPr>
          <w:rFonts w:ascii="Consolas" w:hAnsi="Consolas"/>
          <w:sz w:val="18"/>
        </w:rPr>
        <w:t xml:space="preserve">    row = TEMPLATE.format(revenue=revenue, profit=profit, percent=profit / revenue)</w:t>
      </w:r>
    </w:p>
    <w:p>
      <w:pPr>
        <w:spacing w:after="0"/>
        <w:ind w:left="360"/>
        <w:shd w:val="clear" w:color="auto" w:fill="F2F2F2"/>
      </w:pPr>
      <w:r>
        <w:rPr>
          <w:rFonts w:ascii="Consolas" w:hAnsi="Consolas"/>
          <w:sz w:val="18"/>
        </w:rPr>
        <w:t xml:space="preserve">    print(row)</w:t>
      </w:r>
    </w:p>
    <w:p>
      <w:pPr>
        <w:spacing w:after="40"/>
      </w:pPr>
    </w:p>
    <w:p>
      <w:pPr>
        <w:spacing w:after="80"/>
      </w:pPr>
      <w:r>
        <w:rPr>
          <w:b w:val="0"/>
          <w:i w:val="0"/>
        </w:rPr>
        <w:t xml:space="preserve">Chạy nó để hiển thị bảng đã được căn chỉnh như sau. Lưu ý rằng </w:t>
      </w:r>
      <w:r>
        <w:rPr>
          <w:rFonts w:ascii="Consolas" w:hAnsi="Consolas"/>
          <w:b w:val="0"/>
          <w:i w:val="0"/>
          <w:sz w:val="20"/>
        </w:rPr>
        <w:br/>
        <w:br/>
        <w:t xml:space="preserve">      PERCENT</w:t>
        <w:br/>
        <w:t xml:space="preserve">     </w:t>
        <w:br/>
      </w:r>
      <w:r>
        <w:rPr>
          <w:b w:val="0"/>
          <w:i w:val="0"/>
        </w:rPr>
        <w:t xml:space="preserve"> được hiển thị đúng dưới dạng phần trăm:</w:t>
      </w:r>
    </w:p>
    <w:p>
      <w:pPr>
        <w:spacing w:after="0"/>
        <w:ind w:left="360"/>
        <w:shd w:val="clear" w:color="auto" w:fill="F2F2F2"/>
      </w:pPr>
      <w:r>
        <w:rPr>
          <w:rFonts w:ascii="Consolas" w:hAnsi="Consolas"/>
          <w:sz w:val="18"/>
        </w:rPr>
        <w:t>$ uv run recipe_format_strings_step1.py</w:t>
      </w:r>
    </w:p>
    <w:p>
      <w:pPr>
        <w:spacing w:after="0"/>
        <w:ind w:left="360"/>
        <w:shd w:val="clear" w:color="auto" w:fill="F2F2F2"/>
      </w:pPr>
      <w:r>
        <w:rPr>
          <w:rFonts w:ascii="Consolas" w:hAnsi="Consolas"/>
          <w:sz w:val="18"/>
        </w:rPr>
        <w:t>REVENUE | PROFIT | PERCENT</w:t>
      </w:r>
    </w:p>
    <w:p>
      <w:pPr>
        <w:spacing w:after="0"/>
        <w:ind w:left="360"/>
        <w:shd w:val="clear" w:color="auto" w:fill="F2F2F2"/>
      </w:pPr>
      <w:r>
        <w:rPr>
          <w:rFonts w:ascii="Consolas" w:hAnsi="Consolas"/>
          <w:sz w:val="18"/>
        </w:rPr>
        <w:t xml:space="preserve">  1,000 |    +10 |   1.00%</w:t>
      </w:r>
    </w:p>
    <w:p>
      <w:pPr>
        <w:spacing w:after="0"/>
        <w:ind w:left="360"/>
        <w:shd w:val="clear" w:color="auto" w:fill="F2F2F2"/>
      </w:pPr>
      <w:r>
        <w:rPr>
          <w:rFonts w:ascii="Consolas" w:hAnsi="Consolas"/>
          <w:sz w:val="18"/>
        </w:rPr>
        <w:t xml:space="preserve">  2,000 |    +17 |   0.85%</w:t>
      </w:r>
    </w:p>
    <w:p>
      <w:pPr>
        <w:spacing w:after="0"/>
        <w:ind w:left="360"/>
        <w:shd w:val="clear" w:color="auto" w:fill="F2F2F2"/>
      </w:pPr>
      <w:r>
        <w:rPr>
          <w:rFonts w:ascii="Consolas" w:hAnsi="Consolas"/>
          <w:sz w:val="18"/>
        </w:rPr>
        <w:t xml:space="preserve">  2,500 |   +170 |   6.80%</w:t>
      </w:r>
    </w:p>
    <w:p>
      <w:pPr>
        <w:spacing w:after="0"/>
        <w:ind w:left="360"/>
        <w:shd w:val="clear" w:color="auto" w:fill="F2F2F2"/>
      </w:pPr>
      <w:r>
        <w:rPr>
          <w:rFonts w:ascii="Consolas" w:hAnsi="Consolas"/>
          <w:sz w:val="18"/>
        </w:rPr>
        <w:t xml:space="preserve">  2,500 |   -170 |  -6.80%</w:t>
      </w:r>
    </w:p>
    <w:p>
      <w:pPr>
        <w:spacing w:after="40"/>
      </w:pPr>
    </w:p>
    <w:p>
      <w:pPr>
        <w:pStyle w:val="Heading3"/>
      </w:pPr>
      <w:r>
        <w:rPr>
          <w:rFonts w:ascii="Calibri" w:hAnsi="Calibri"/>
          <w:b/>
          <w:i w:val="0"/>
          <w:sz w:val="26"/>
        </w:rPr>
        <w:t>Cách nó hoạt động…</w:t>
      </w:r>
    </w:p>
    <w:p>
      <w:pPr>
        <w:spacing w:after="80"/>
      </w:pPr>
      <w:r>
        <w:rPr>
          <w:b w:val="0"/>
          <w:i w:val="0"/>
        </w:rPr>
        <w:t xml:space="preserve">Hằng số </w:t>
      </w:r>
      <w:r>
        <w:rPr>
          <w:rFonts w:ascii="Consolas" w:hAnsi="Consolas"/>
          <w:b w:val="0"/>
          <w:i w:val="0"/>
          <w:sz w:val="20"/>
        </w:rPr>
        <w:br/>
        <w:br/>
        <w:t xml:space="preserve">      TEMPLATE</w:t>
        <w:br/>
        <w:t xml:space="preserve">     </w:t>
        <w:br/>
      </w:r>
      <w:r>
        <w:rPr>
          <w:b w:val="0"/>
          <w:i w:val="0"/>
        </w:rPr>
        <w:t xml:space="preserve"> định nghĩa ba cột, mỗi cột được định nghĩa bởi một tham số lần lượt có tên là </w:t>
      </w:r>
      <w:r>
        <w:rPr>
          <w:rFonts w:ascii="Consolas" w:hAnsi="Consolas"/>
          <w:b w:val="0"/>
          <w:i w:val="0"/>
          <w:sz w:val="20"/>
        </w:rPr>
        <w:br/>
        <w:br/>
        <w:t xml:space="preserve">      revenue</w:t>
        <w:br/>
        <w:t xml:space="preserve">     </w:t>
        <w:br/>
      </w:r>
      <w:r>
        <w:rPr>
          <w:b w:val="0"/>
          <w:i w:val="0"/>
        </w:rPr>
        <w:t xml:space="preserve">, </w:t>
      </w:r>
      <w:r>
        <w:rPr>
          <w:rFonts w:ascii="Consolas" w:hAnsi="Consolas"/>
          <w:b w:val="0"/>
          <w:i w:val="0"/>
          <w:sz w:val="20"/>
        </w:rPr>
        <w:br/>
        <w:br/>
        <w:t xml:space="preserve">      profit</w:t>
        <w:br/>
        <w:t xml:space="preserve">     </w:t>
        <w:br/>
      </w:r>
      <w:r>
        <w:rPr>
          <w:b w:val="0"/>
          <w:i w:val="0"/>
        </w:rPr>
        <w:t xml:space="preserve">, và </w:t>
      </w:r>
      <w:r>
        <w:rPr>
          <w:rFonts w:ascii="Consolas" w:hAnsi="Consolas"/>
          <w:b w:val="0"/>
          <w:i w:val="0"/>
          <w:sz w:val="20"/>
        </w:rPr>
        <w:br/>
        <w:br/>
        <w:t xml:space="preserve">      percent</w:t>
        <w:br/>
        <w:t xml:space="preserve">     </w:t>
        <w:br/>
      </w:r>
      <w:r>
        <w:rPr>
          <w:b w:val="0"/>
          <w:i w:val="0"/>
        </w:rPr>
        <w:t xml:space="preserve">. Điều này giúp việc áp dụng template vào lời gọi </w:t>
      </w:r>
      <w:r>
        <w:rPr>
          <w:rFonts w:ascii="Consolas" w:hAnsi="Consolas"/>
          <w:b w:val="0"/>
          <w:i w:val="0"/>
          <w:sz w:val="20"/>
        </w:rPr>
        <w:br/>
        <w:br/>
        <w:t xml:space="preserve">      format</w:t>
        <w:br/>
        <w:t xml:space="preserve">     </w:t>
        <w:br/>
      </w:r>
      <w:r>
        <w:rPr>
          <w:b w:val="0"/>
          <w:i w:val="0"/>
        </w:rPr>
        <w:t xml:space="preserve"> trở nên rõ ràng và đơn giản.</w:t>
      </w:r>
    </w:p>
    <w:p>
      <w:pPr>
        <w:spacing w:after="80"/>
      </w:pPr>
      <w:r>
        <w:rPr>
          <w:b w:val="0"/>
          <w:i w:val="0"/>
        </w:rPr>
        <w:t xml:space="preserve">Sau tên của tham số có một dấu hai chấm để phân tách phần định nghĩa định dạng. Lưu ý rằng mọi thứ đều nằm bên trong cặp dấu ngoặc nhọn. Ở tất cả các cột, đặc tả định dạng đặt độ rộng là bảy ký tự, để đảm bảo tất cả các cột có cùng độ rộng, và căn chỉnh các giá trị sang phải bằng ký hiệu </w:t>
      </w:r>
      <w:r>
        <w:rPr>
          <w:rFonts w:ascii="Consolas" w:hAnsi="Consolas"/>
          <w:b w:val="0"/>
          <w:i w:val="0"/>
          <w:sz w:val="20"/>
        </w:rPr>
        <w:br/>
        <w:br/>
        <w:t xml:space="preserve">      &gt;</w:t>
        <w:br/>
        <w:t xml:space="preserve">     </w:t>
        <w:br/>
      </w:r>
      <w:r>
        <w:rPr>
          <w:b w:val="0"/>
          <w:i w:val="0"/>
        </w:rPr>
        <w:t>:</w:t>
      </w:r>
    </w:p>
    <w:p>
      <w:pPr>
        <w:spacing w:after="80"/>
        <w:ind w:left="360"/>
      </w:pPr>
      <w:r>
        <w:t xml:space="preserve">• </w:t>
      </w:r>
      <w:r>
        <w:rPr>
          <w:rFonts w:ascii="Consolas" w:hAnsi="Consolas"/>
          <w:b w:val="0"/>
          <w:i w:val="0"/>
          <w:sz w:val="20"/>
        </w:rPr>
        <w:br/>
        <w:br/>
        <w:t xml:space="preserve">       revenue</w:t>
        <w:br/>
        <w:t xml:space="preserve">      </w:t>
        <w:br/>
      </w:r>
      <w:r>
        <w:rPr>
          <w:b w:val="0"/>
          <w:i w:val="0"/>
        </w:rPr>
        <w:t xml:space="preserve"> thêm dấu phân cách hàng nghìn bằng ký hiệu </w:t>
      </w:r>
      <w:r>
        <w:rPr>
          <w:rFonts w:ascii="Consolas" w:hAnsi="Consolas"/>
          <w:b w:val="0"/>
          <w:i w:val="0"/>
          <w:sz w:val="20"/>
        </w:rPr>
        <w:br/>
        <w:br/>
        <w:t xml:space="preserve">       ,</w:t>
        <w:br/>
        <w:t xml:space="preserve">      </w:t>
        <w:br/>
      </w:r>
      <w:r>
        <w:rPr>
          <w:b w:val="0"/>
          <w:i w:val="0"/>
        </w:rPr>
        <w:t xml:space="preserve"> – </w:t>
      </w:r>
      <w:r>
        <w:rPr>
          <w:rFonts w:ascii="Consolas" w:hAnsi="Consolas"/>
          <w:b w:val="0"/>
          <w:i w:val="0"/>
          <w:sz w:val="20"/>
        </w:rPr>
        <w:br/>
        <w:br/>
        <w:t xml:space="preserve">       [{revenue:&gt;7,}]</w:t>
        <w:br/>
        <w:t xml:space="preserve">      </w:t>
        <w:br/>
      </w:r>
      <w:r>
        <w:rPr>
          <w:b w:val="0"/>
          <w:i w:val="0"/>
        </w:rPr>
        <w:t>.</w:t>
      </w:r>
    </w:p>
    <w:p>
      <w:pPr>
        <w:spacing w:after="80"/>
        <w:ind w:left="360"/>
      </w:pPr>
      <w:r>
        <w:t xml:space="preserve">• </w:t>
      </w:r>
      <w:r>
        <w:rPr>
          <w:rFonts w:ascii="Consolas" w:hAnsi="Consolas"/>
          <w:b w:val="0"/>
          <w:i w:val="0"/>
          <w:sz w:val="20"/>
        </w:rPr>
        <w:br/>
        <w:br/>
        <w:t xml:space="preserve">       profit</w:t>
        <w:br/>
        <w:t xml:space="preserve">      </w:t>
        <w:br/>
      </w:r>
      <w:r>
        <w:rPr>
          <w:b w:val="0"/>
          <w:i w:val="0"/>
        </w:rPr>
        <w:t xml:space="preserve"> thêm dấu </w:t>
      </w:r>
      <w:r>
        <w:rPr>
          <w:rFonts w:ascii="Consolas" w:hAnsi="Consolas"/>
          <w:b w:val="0"/>
          <w:i w:val="0"/>
          <w:sz w:val="20"/>
        </w:rPr>
        <w:br/>
        <w:br/>
        <w:t xml:space="preserve">       +</w:t>
        <w:br/>
        <w:t xml:space="preserve">      </w:t>
        <w:br/>
      </w:r>
      <w:r>
        <w:rPr>
          <w:b w:val="0"/>
          <w:i w:val="0"/>
        </w:rPr>
        <w:t xml:space="preserve"> cho các giá trị dương. Dấu trừ (</w:t>
      </w:r>
      <w:r>
        <w:rPr>
          <w:rFonts w:ascii="Consolas" w:hAnsi="Consolas"/>
          <w:b w:val="0"/>
          <w:i w:val="0"/>
          <w:sz w:val="20"/>
        </w:rPr>
        <w:br/>
        <w:br/>
        <w:t xml:space="preserve">       ‑</w:t>
        <w:br/>
        <w:t xml:space="preserve">      </w:t>
        <w:br/>
      </w:r>
      <w:r>
        <w:rPr>
          <w:b w:val="0"/>
          <w:i w:val="0"/>
        </w:rPr>
        <w:t xml:space="preserve">) </w:t>
      </w:r>
      <w:r>
        <w:rPr>
          <w:rFonts w:ascii="Consolas" w:hAnsi="Consolas"/>
          <w:b w:val="0"/>
          <w:i w:val="0"/>
          <w:sz w:val="20"/>
        </w:rPr>
        <w:br/>
      </w:r>
      <w:r>
        <w:rPr>
          <w:b w:val="0"/>
          <w:i w:val="0"/>
        </w:rPr>
        <w:t xml:space="preserve"> cho các giá trị âm được thêm vào tự động – </w:t>
      </w:r>
      <w:r>
        <w:rPr>
          <w:rFonts w:ascii="Consolas" w:hAnsi="Consolas"/>
          <w:b w:val="0"/>
          <w:i w:val="0"/>
          <w:sz w:val="20"/>
        </w:rPr>
        <w:br/>
        <w:br/>
        <w:t xml:space="preserve">       [{profit:&gt;+7}]</w:t>
        <w:br/>
        <w:t xml:space="preserve">      </w:t>
        <w:br/>
      </w:r>
      <w:r>
        <w:rPr>
          <w:b w:val="0"/>
          <w:i w:val="0"/>
        </w:rPr>
        <w:t>.</w:t>
      </w:r>
    </w:p>
    <w:p>
      <w:pPr>
        <w:spacing w:after="80"/>
        <w:ind w:left="360"/>
      </w:pPr>
      <w:r>
        <w:t xml:space="preserve">• </w:t>
      </w:r>
      <w:r>
        <w:rPr>
          <w:rFonts w:ascii="Consolas" w:hAnsi="Consolas"/>
          <w:b w:val="0"/>
          <w:i w:val="0"/>
          <w:sz w:val="20"/>
        </w:rPr>
        <w:br/>
        <w:br/>
        <w:t xml:space="preserve">       percent</w:t>
        <w:br/>
        <w:t xml:space="preserve">      </w:t>
        <w:br/>
      </w:r>
      <w:r>
        <w:rPr>
          <w:b w:val="0"/>
          <w:i w:val="0"/>
        </w:rPr>
        <w:t xml:space="preserve"> hiển thị giá trị phần trăm với độ chính xác hai chữ số thập phân – </w:t>
      </w:r>
      <w:r>
        <w:rPr>
          <w:rFonts w:ascii="Consolas" w:hAnsi="Consolas"/>
          <w:b w:val="0"/>
          <w:i w:val="0"/>
          <w:sz w:val="20"/>
        </w:rPr>
        <w:br/>
        <w:br/>
        <w:t xml:space="preserve">       [{percent:&gt;7.2%}]</w:t>
        <w:br/>
        <w:t xml:space="preserve">      </w:t>
        <w:br/>
      </w:r>
      <w:r>
        <w:rPr>
          <w:b w:val="0"/>
          <w:i w:val="0"/>
        </w:rPr>
        <w:t xml:space="preserve">. Điều này được thực hiện thông qua </w:t>
      </w:r>
      <w:r>
        <w:rPr>
          <w:rFonts w:ascii="Consolas" w:hAnsi="Consolas"/>
          <w:b w:val="0"/>
          <w:i w:val="0"/>
          <w:sz w:val="20"/>
        </w:rPr>
        <w:br/>
        <w:br/>
        <w:t xml:space="preserve">       .2</w:t>
        <w:br/>
        <w:t xml:space="preserve">      </w:t>
        <w:br/>
      </w:r>
      <w:r>
        <w:rPr>
          <w:b w:val="0"/>
          <w:i w:val="0"/>
        </w:rPr>
        <w:t xml:space="preserve"> (độ chính xác) và thêm ký hiệu </w:t>
      </w:r>
      <w:r>
        <w:rPr>
          <w:rFonts w:ascii="Consolas" w:hAnsi="Consolas"/>
          <w:b w:val="0"/>
          <w:i w:val="0"/>
          <w:sz w:val="20"/>
        </w:rPr>
        <w:br/>
        <w:br/>
        <w:t xml:space="preserve">       %</w:t>
        <w:br/>
        <w:t xml:space="preserve">      </w:t>
        <w:br/>
      </w:r>
      <w:r>
        <w:rPr>
          <w:b w:val="0"/>
          <w:i w:val="0"/>
        </w:rPr>
        <w:t xml:space="preserve"> cho phần trăm.</w:t>
      </w:r>
    </w:p>
    <w:p>
      <w:pPr>
        <w:pStyle w:val="Heading3"/>
      </w:pPr>
      <w:r>
        <w:rPr>
          <w:rFonts w:ascii="Calibri" w:hAnsi="Calibri"/>
          <w:b/>
          <w:i w:val="0"/>
          <w:sz w:val="26"/>
        </w:rPr>
        <w:t>Còn nhiều điều nữa…</w:t>
      </w:r>
    </w:p>
    <w:p>
      <w:pPr>
        <w:spacing w:after="80"/>
      </w:pPr>
      <w:r>
        <w:rPr>
          <w:b w:val="0"/>
          <w:i w:val="0"/>
        </w:rPr>
        <w:t xml:space="preserve">Có thể bạn cũng đã từng thấy cách định dạng trong Python với toán tử </w:t>
      </w:r>
      <w:r>
        <w:rPr>
          <w:rFonts w:ascii="Consolas" w:hAnsi="Consolas"/>
          <w:b w:val="0"/>
          <w:i w:val="0"/>
          <w:sz w:val="20"/>
        </w:rPr>
        <w:br/>
        <w:br/>
        <w:t xml:space="preserve">      %</w:t>
        <w:br/>
        <w:t xml:space="preserve">     </w:t>
        <w:br/>
      </w:r>
      <w:r>
        <w:rPr>
          <w:b w:val="0"/>
          <w:i w:val="0"/>
        </w:rPr>
        <w:t>. Dù nó hoạt động được với các định dạng đơn giản, nó kém linh hoạt hơn so với ngôn ngữ thu nhỏ dùng để định dạng, và bạn không nên dùng nó.</w:t>
      </w:r>
    </w:p>
    <w:p>
      <w:pPr>
        <w:spacing w:after="80"/>
      </w:pPr>
      <w:r>
        <w:rPr>
          <w:b w:val="0"/>
          <w:i w:val="0"/>
        </w:rPr>
        <w:t>Một tính năng mới tuyệt vời từ Python 3.6 là dùng f-strings, cho phép thực hiện thao tác định dạng bằng các biến đã được định nghĩa:</w:t>
      </w:r>
    </w:p>
    <w:p>
      <w:pPr>
        <w:spacing w:after="0"/>
        <w:ind w:left="360"/>
        <w:shd w:val="clear" w:color="auto" w:fill="F2F2F2"/>
      </w:pPr>
      <w:r>
        <w:rPr>
          <w:rFonts w:ascii="Consolas" w:hAnsi="Consolas"/>
          <w:sz w:val="18"/>
        </w:rPr>
        <w:t>&gt;&gt;&gt; param1 = 'first'</w:t>
      </w:r>
    </w:p>
    <w:p>
      <w:pPr>
        <w:spacing w:after="0"/>
        <w:ind w:left="360"/>
        <w:shd w:val="clear" w:color="auto" w:fill="F2F2F2"/>
      </w:pPr>
      <w:r>
        <w:rPr>
          <w:rFonts w:ascii="Consolas" w:hAnsi="Consolas"/>
          <w:sz w:val="18"/>
        </w:rPr>
        <w:t>&gt;&gt;&gt; param2 = 'second'</w:t>
      </w:r>
    </w:p>
    <w:p>
      <w:pPr>
        <w:spacing w:after="0"/>
        <w:ind w:left="360"/>
        <w:shd w:val="clear" w:color="auto" w:fill="F2F2F2"/>
      </w:pPr>
      <w:r>
        <w:rPr>
          <w:rFonts w:ascii="Consolas" w:hAnsi="Consolas"/>
          <w:sz w:val="18"/>
        </w:rPr>
        <w:t>&gt;&gt;&gt; f'Parameters {param1}:{param2}'</w:t>
      </w:r>
    </w:p>
    <w:p>
      <w:pPr>
        <w:spacing w:after="0"/>
        <w:ind w:left="360"/>
        <w:shd w:val="clear" w:color="auto" w:fill="F2F2F2"/>
      </w:pPr>
      <w:r>
        <w:rPr>
          <w:rFonts w:ascii="Consolas" w:hAnsi="Consolas"/>
          <w:sz w:val="18"/>
        </w:rPr>
        <w:t>'Parameters first:second'</w:t>
      </w:r>
    </w:p>
    <w:p>
      <w:pPr>
        <w:spacing w:after="40"/>
      </w:pPr>
    </w:p>
    <w:p>
      <w:pPr>
        <w:spacing w:after="80"/>
      </w:pPr>
      <w:r>
        <w:rPr>
          <w:b w:val="0"/>
          <w:i w:val="0"/>
        </w:rPr>
        <w:t>Điều này giúp đơn giản hóa rất nhiều code và cho phép chúng ta tạo ra những đoạn code cực kỳ mô tả rõ ràng và dễ đọc.</w:t>
      </w:r>
    </w:p>
    <w:p>
      <w:pPr>
        <w:spacing w:after="80"/>
      </w:pPr>
      <w:r>
        <w:rPr>
          <w:b w:val="0"/>
          <w:i w:val="0"/>
        </w:rPr>
        <w:t xml:space="preserve">Hãy cẩn thận khi dùng f-string để đảm bảo chuỗi được thay thế đúng thời điểm. Một vấn đề thường gặp là biến được định nghĩa để hiển thị lại chưa được định nghĩa. Ví dụ, </w:t>
      </w:r>
      <w:r>
        <w:rPr>
          <w:rFonts w:ascii="Consolas" w:hAnsi="Consolas"/>
          <w:b w:val="0"/>
          <w:i w:val="0"/>
          <w:sz w:val="20"/>
        </w:rPr>
        <w:br/>
        <w:br/>
        <w:t xml:space="preserve">      TEMPLATE</w:t>
        <w:br/>
        <w:t xml:space="preserve">     </w:t>
        <w:br/>
      </w:r>
      <w:r>
        <w:rPr>
          <w:b w:val="0"/>
          <w:i w:val="0"/>
        </w:rPr>
        <w:t xml:space="preserve"> , được định nghĩa trước đó, sẽ không được định nghĩa như một f-string, vì revenue và các tham số còn lại không có sẵn tại thời điểm đó. Tất cả các biến được định nghĩa trong phạm vi định nghĩa chuỗi sẽ có sẵn, cả cục bộ lẫn toàn cục.</w:t>
      </w:r>
    </w:p>
    <w:p>
      <w:pPr>
        <w:spacing w:after="80"/>
      </w:pPr>
      <w:r>
        <w:rPr>
          <w:b w:val="0"/>
          <w:i w:val="0"/>
        </w:rPr>
        <w:t>Nếu bạn cần viết một dấu ngoặc nhọn, bạn sẽ phải lặp lại nó hai lần. Lưu ý rằng mỗi lần nhân đôi sẽ được hiển thị như một dấu ngoặc nhọn đơn, cộng thêm một dấu ngoặc nhọn cho việc thay thế giá trị, tổng cộng là ba dấu ngoặc:</w:t>
      </w:r>
    </w:p>
    <w:p>
      <w:pPr>
        <w:spacing w:after="0"/>
        <w:ind w:left="360"/>
        <w:shd w:val="clear" w:color="auto" w:fill="F2F2F2"/>
      </w:pPr>
      <w:r>
        <w:rPr>
          <w:rFonts w:ascii="Consolas" w:hAnsi="Consolas"/>
          <w:sz w:val="18"/>
        </w:rPr>
        <w:t>&gt;&gt; value = 'VALUE'</w:t>
      </w:r>
    </w:p>
    <w:p>
      <w:pPr>
        <w:spacing w:after="0"/>
        <w:ind w:left="360"/>
        <w:shd w:val="clear" w:color="auto" w:fill="F2F2F2"/>
      </w:pPr>
      <w:r>
        <w:rPr>
          <w:rFonts w:ascii="Consolas" w:hAnsi="Consolas"/>
          <w:sz w:val="18"/>
        </w:rPr>
        <w:t>&gt;&gt;&gt; f'This is the value, in curly brackets {{{value}}}'</w:t>
      </w:r>
    </w:p>
    <w:p>
      <w:pPr>
        <w:spacing w:after="0"/>
        <w:ind w:left="360"/>
        <w:shd w:val="clear" w:color="auto" w:fill="F2F2F2"/>
      </w:pPr>
      <w:r>
        <w:rPr>
          <w:rFonts w:ascii="Consolas" w:hAnsi="Consolas"/>
          <w:sz w:val="18"/>
        </w:rPr>
        <w:t>'This is the value, in curly brackets {VALUE}'</w:t>
      </w:r>
    </w:p>
    <w:p>
      <w:pPr>
        <w:spacing w:after="40"/>
      </w:pPr>
    </w:p>
    <w:p>
      <w:pPr>
        <w:spacing w:after="80"/>
      </w:pPr>
      <w:r>
        <w:rPr>
          <w:b w:val="0"/>
          <w:i w:val="0"/>
        </w:rPr>
        <w:t>Điều này cho phép chúng ta tạo ra các meta template – những template tạo ra template. Trong một số trường hợp điều này sẽ hữu ích, nhưng chúng trở nên phức tạp rất nhanh. Hãy dùng cẩn thận, vì rất dễ tạo ra code khó đọc.</w:t>
      </w:r>
    </w:p>
    <w:p>
      <w:pPr>
        <w:spacing w:after="80"/>
      </w:pPr>
      <w:r>
        <w:rPr>
          <w:b/>
          <w:i w:val="0"/>
        </w:rPr>
        <w:t>Mẹo</w:t>
      </w:r>
    </w:p>
    <w:p>
      <w:pPr>
        <w:spacing w:after="80"/>
      </w:pPr>
      <w:r>
        <w:rPr>
          <w:b w:val="0"/>
          <w:i w:val="0"/>
        </w:rPr>
        <w:t>Việc biểu diễn các ký tự có ý nghĩa đặc biệt thường đòi hỏi một cách đặc biệt nào đó để chỉ định chúng, ví dụ, bằng cách nhân đôi dấu ngoặc nhọn như chúng ta thấy ở đây. Điều này được gọi là 'escaping' (thoát ký tự) và đây là một quá trình phổ biến trong bất kỳ cách biểu diễn code nào.</w:t>
      </w:r>
    </w:p>
    <w:p>
      <w:pPr>
        <w:spacing w:after="80"/>
      </w:pPr>
      <w:r>
        <w:rPr>
          <w:b w:val="0"/>
          <w:i w:val="0"/>
        </w:rPr>
        <w:t>Ngôn ngữ đặc tả định dạng (Format Specification) của Python có nhiều tùy chọn hơn những gì được trình bày ở đây.</w:t>
      </w:r>
    </w:p>
    <w:p>
      <w:pPr>
        <w:spacing w:after="80"/>
      </w:pPr>
      <w:r>
        <w:rPr>
          <w:b w:val="0"/>
          <w:i w:val="0"/>
        </w:rPr>
        <w:t xml:space="preserve">Vì ngôn ngữ này cố gắng khá ngắn gọn, đôi khi có thể khó xác định vị trí của các ký hiệu. Đôi khi bạn có thể tự hỏi mình những câu hỏi như </w:t>
      </w:r>
      <w:r>
        <w:rPr>
          <w:b w:val="0"/>
          <w:i/>
        </w:rPr>
        <w:t xml:space="preserve"> ' </w:t>
      </w:r>
      <w:r>
        <w:rPr>
          <w:b w:val="0"/>
          <w:i w:val="0"/>
        </w:rPr>
        <w:t xml:space="preserve"> </w:t>
      </w:r>
      <w:r>
        <w:rPr>
          <w:b w:val="0"/>
          <w:i/>
        </w:rPr>
        <w:t xml:space="preserve"> ký hiệu + nằm trước hay sau các tham số chiều rộng? </w:t>
      </w:r>
      <w:r>
        <w:rPr>
          <w:b w:val="0"/>
          <w:i w:val="0"/>
        </w:rPr>
        <w:t xml:space="preserve"> </w:t>
      </w:r>
      <w:r>
        <w:rPr>
          <w:b w:val="0"/>
          <w:i/>
        </w:rPr>
        <w:t xml:space="preserve"> ' </w:t>
      </w:r>
      <w:r>
        <w:rPr>
          <w:b w:val="0"/>
          <w:i w:val="0"/>
        </w:rPr>
        <w:t xml:space="preserve"> Hãy đọc tài liệu cẩn thận và nhớ luôn bao gồm dấu hai chấm trước đặc tả định dạng – hoặc, cách khác, hãy hỏi GenAI về định dạng đúng:</w:t>
      </w:r>
    </w:p>
    <w:p>
      <w:pPr>
        <w:spacing w:after="80"/>
      </w:pPr>
      <w:r>
        <w:rPr>
          <w:b/>
          <w:i w:val="0"/>
        </w:rPr>
        <w:t>Mẹo</w:t>
      </w:r>
    </w:p>
    <w:p>
      <w:pPr>
        <w:spacing w:after="80"/>
      </w:pPr>
      <w:r>
        <w:rPr>
          <w:b/>
          <w:i w:val="0"/>
        </w:rPr>
        <w:t xml:space="preserve"> Ví dụ prompt </w:t>
      </w:r>
      <w:r>
        <w:rPr>
          <w:b w:val="0"/>
          <w:i w:val="0"/>
        </w:rPr>
        <w:t xml:space="preserve"> :</w:t>
      </w:r>
    </w:p>
    <w:p>
      <w:pPr>
        <w:spacing w:after="80"/>
      </w:pPr>
      <w:r>
        <w:rPr>
          <w:b w:val="0"/>
          <w:i w:val="0"/>
        </w:rPr>
        <w:t>Làm thế nào để tôi hiển thị trong Python một số được định dạng sao cho có dấu phân cách hàng nghìn, hai chữ số thập phân và vừa trong một cột 9 hàng, căn lề trái</w:t>
      </w:r>
    </w:p>
    <w:p>
      <w:pPr>
        <w:spacing w:after="80"/>
      </w:pPr>
      <w:r>
        <w:rPr>
          <w:b w:val="0"/>
          <w:i w:val="0"/>
        </w:rPr>
        <w:t>Ví dụ phản hồi tóm tắt:</w:t>
      </w:r>
    </w:p>
    <w:p>
      <w:pPr>
        <w:spacing w:after="80"/>
      </w:pPr>
      <w:r>
        <w:rPr>
          <w:rFonts w:ascii="Consolas" w:hAnsi="Consolas"/>
          <w:b w:val="0"/>
          <w:i w:val="0"/>
          <w:sz w:val="20"/>
        </w:rPr>
        <w:br/>
        <w:br/>
        <w:t xml:space="preserve">       f"{num:&lt;9,.2f}"</w:t>
        <w:br/>
        <w:t xml:space="preserve">      </w:t>
        <w:br/>
      </w:r>
    </w:p>
    <w:p>
      <w:pPr>
        <w:spacing w:after="80"/>
      </w:pPr>
      <w:r>
        <w:rPr>
          <w:b w:val="0"/>
          <w:i w:val="0"/>
        </w:rPr>
        <w:t xml:space="preserve">Vui lòng tham khảo tài liệu đầy đủ và các ví dụ trên trang web Python: </w:t>
      </w:r>
      <w:r>
        <w:rPr>
          <w:rFonts w:ascii="Consolas" w:hAnsi="Consolas"/>
          <w:b w:val="0"/>
          <w:i w:val="0"/>
          <w:sz w:val="20"/>
        </w:rPr>
        <w:br/>
        <w:br/>
        <w:t xml:space="preserve">       https://docs.python.org/3/library/string.html#formatspec</w:t>
        <w:br/>
        <w:t xml:space="preserve">      </w:t>
        <w:br/>
      </w:r>
      <w:r>
        <w:rPr>
          <w:b w:val="0"/>
          <w:i w:val="0"/>
        </w:rPr>
        <w:t xml:space="preserve"> hoặc tại trang web tuyệt vời </w:t>
      </w:r>
      <w:r>
        <w:rPr>
          <w:rFonts w:ascii="Consolas" w:hAnsi="Consolas"/>
          <w:b w:val="0"/>
          <w:i w:val="0"/>
          <w:sz w:val="20"/>
        </w:rPr>
        <w:br/>
        <w:br/>
        <w:t xml:space="preserve">       https://pyformat.info</w:t>
        <w:br/>
        <w:t xml:space="preserve">      </w:t>
        <w:br/>
      </w:r>
      <w:r>
        <w:rPr>
          <w:b w:val="0"/>
          <w:i w:val="0"/>
        </w:rPr>
        <w:t xml:space="preserve"> , nơi hiển thị rất nhiều ví dụ.</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Template Reports </w:t>
      </w:r>
      <w:r>
        <w:rPr>
          <w:b w:val="0"/>
          <w:i w:val="0"/>
        </w:rPr>
        <w:t xml:space="preserve"> trong </w:t>
      </w:r>
      <w:r>
        <w:rPr>
          <w:b w:val="0"/>
          <w:i/>
        </w:rPr>
        <w:t xml:space="preserve"> Chương 5 </w:t>
      </w:r>
      <w:r>
        <w:rPr>
          <w:b w:val="0"/>
          <w:i w:val="0"/>
        </w:rPr>
        <w:t xml:space="preserve"> , </w:t>
      </w:r>
      <w:r>
        <w:rPr>
          <w:b w:val="0"/>
          <w:i/>
        </w:rPr>
        <w:t xml:space="preserve"> Generating Fantastic Reports </w:t>
      </w:r>
      <w:r>
        <w:rPr>
          <w:b w:val="0"/>
          <w:i w:val="0"/>
        </w:rPr>
        <w:t xml:space="preserve"> , để tìm hiểu thêm các kỹ thuật template nâng cao.</w:t>
      </w:r>
    </w:p>
    <w:p>
      <w:pPr>
        <w:spacing w:after="80"/>
        <w:ind w:left="360"/>
      </w:pPr>
      <w:r>
        <w:t xml:space="preserve">• </w:t>
      </w:r>
      <w:r>
        <w:rPr>
          <w:b w:val="0"/>
          <w:i w:val="0"/>
        </w:rPr>
        <w:t xml:space="preserve">Công thức </w:t>
      </w:r>
      <w:r>
        <w:rPr>
          <w:b w:val="0"/>
          <w:i/>
        </w:rPr>
        <w:t xml:space="preserve"> Thao tác với chuỗi </w:t>
      </w:r>
      <w:r>
        <w:rPr>
          <w:b w:val="0"/>
          <w:i w:val="0"/>
        </w:rPr>
        <w:t xml:space="preserve"> ở phần sau trong chương này, để tìm hiểu thêm về cách làm việc với văn bản.</w:t>
      </w:r>
    </w:p>
    <w:p>
      <w:pPr>
        <w:pStyle w:val="Heading2"/>
      </w:pPr>
      <w:r>
        <w:rPr>
          <w:rFonts w:ascii="Calibri" w:hAnsi="Calibri"/>
          <w:b/>
          <w:i w:val="0"/>
          <w:sz w:val="32"/>
        </w:rPr>
        <w:t>Thao tác với chuỗi</w:t>
      </w:r>
    </w:p>
    <w:p>
      <w:pPr>
        <w:spacing w:after="80"/>
      </w:pPr>
      <w:r>
        <w:rPr>
          <w:b w:val="0"/>
          <w:i w:val="0"/>
        </w:rPr>
        <w:t>Khi xử lý văn bản, ta thường cần thao tác và xử lý nó; nghĩa là có thể nối nó lại, tách nó thành các phần đều đặn, hoặc chuyển nó thành chữ hoa hay chữ thường. Chúng ta sẽ bàn về các phương pháp nâng cao hơn để phân tích văn bản và tách nó ra ở phần sau; tuy nhiên, trong nhiều trường hợp, việc chia một đoạn văn thành các dòng, câu, hoặc thậm chí từng từ lại rất hữu ích. Những lúc khác, các từ sẽ cần loại bỏ một vài ký tự hoặc một từ cần được thay bằng phiên bản chuẩn tắc để có thể so sánh nó với một giá trị định trước.</w:t>
      </w:r>
    </w:p>
    <w:p>
      <w:pPr>
        <w:pStyle w:val="Heading3"/>
      </w:pPr>
      <w:r>
        <w:rPr>
          <w:rFonts w:ascii="Calibri" w:hAnsi="Calibri"/>
          <w:b/>
          <w:i w:val="0"/>
          <w:sz w:val="26"/>
        </w:rPr>
        <w:t>Chuẩn bị</w:t>
      </w:r>
    </w:p>
    <w:p>
      <w:pPr>
        <w:spacing w:after="80"/>
      </w:pPr>
      <w:r>
        <w:rPr>
          <w:b w:val="0"/>
          <w:i w:val="0"/>
        </w:rPr>
        <w:t>Chúng ta sẽ định nghĩa một đoạn văn bản cơ bản và biến đổi nó thành các thành phần chính; sau đó chúng ta sẽ tái tạo lại nó. Ví dụ, hãy tưởng tượng một báo cáo cần được chuyển đổi sang một định dạng mới để gửi qua email.</w:t>
      </w:r>
    </w:p>
    <w:p>
      <w:pPr>
        <w:spacing w:after="80"/>
      </w:pPr>
      <w:r>
        <w:rPr>
          <w:b w:val="0"/>
          <w:i w:val="0"/>
        </w:rPr>
        <w:t>Định dạng đầu vào mà chúng ta sẽ dùng trong ví dụ này sẽ là như sau:</w:t>
      </w:r>
    </w:p>
    <w:p>
      <w:pPr>
        <w:spacing w:after="0"/>
        <w:ind w:left="360"/>
        <w:shd w:val="clear" w:color="auto" w:fill="F2F2F2"/>
      </w:pPr>
      <w:r>
        <w:rPr>
          <w:rFonts w:ascii="Consolas" w:hAnsi="Consolas"/>
          <w:sz w:val="18"/>
        </w:rPr>
        <w:t xml:space="preserve">    AFTER THE CLOSE OF THE SECOND QUARTER, OUR COMPANY, CASTAÑACORP</w:t>
      </w:r>
    </w:p>
    <w:p>
      <w:pPr>
        <w:spacing w:after="0"/>
        <w:ind w:left="360"/>
        <w:shd w:val="clear" w:color="auto" w:fill="F2F2F2"/>
      </w:pPr>
      <w:r>
        <w:rPr>
          <w:rFonts w:ascii="Consolas" w:hAnsi="Consolas"/>
          <w:sz w:val="18"/>
        </w:rPr>
        <w:t xml:space="preserve">    HAS ACHIEVED A GROWTH IN THE REVENUE OF 7.47%. THIS IS IN LINE</w:t>
      </w:r>
    </w:p>
    <w:p>
      <w:pPr>
        <w:spacing w:after="0"/>
        <w:ind w:left="360"/>
        <w:shd w:val="clear" w:color="auto" w:fill="F2F2F2"/>
      </w:pPr>
      <w:r>
        <w:rPr>
          <w:rFonts w:ascii="Consolas" w:hAnsi="Consolas"/>
          <w:sz w:val="18"/>
        </w:rPr>
        <w:t xml:space="preserve">    WITH THE OBJECTIVES FOR THE YEAR. THE MAIN DRIVER OF THE SALES HAS BEEN</w:t>
      </w:r>
    </w:p>
    <w:p>
      <w:pPr>
        <w:spacing w:after="0"/>
        <w:ind w:left="360"/>
        <w:shd w:val="clear" w:color="auto" w:fill="F2F2F2"/>
      </w:pPr>
      <w:r>
        <w:rPr>
          <w:rFonts w:ascii="Consolas" w:hAnsi="Consolas"/>
          <w:sz w:val="18"/>
        </w:rPr>
        <w:t xml:space="preserve">    THE NEW PACKAGE DESIGNED UNDER THE SUPERVISION OF OUR MARKETING DEPARTMENT.</w:t>
      </w:r>
    </w:p>
    <w:p>
      <w:pPr>
        <w:spacing w:after="0"/>
        <w:ind w:left="360"/>
        <w:shd w:val="clear" w:color="auto" w:fill="F2F2F2"/>
      </w:pPr>
      <w:r>
        <w:rPr>
          <w:rFonts w:ascii="Consolas" w:hAnsi="Consolas"/>
          <w:sz w:val="18"/>
        </w:rPr>
        <w:t xml:space="preserve">    OUR EXPENSES HAS BEEN CONTAINED, INCREASING ONLY BY 0.7%, THOUGH THE BOARD</w:t>
      </w:r>
    </w:p>
    <w:p>
      <w:pPr>
        <w:spacing w:after="0"/>
        <w:ind w:left="360"/>
        <w:shd w:val="clear" w:color="auto" w:fill="F2F2F2"/>
      </w:pPr>
      <w:r>
        <w:rPr>
          <w:rFonts w:ascii="Consolas" w:hAnsi="Consolas"/>
          <w:sz w:val="18"/>
        </w:rPr>
        <w:t xml:space="preserve">    CONSIDERS IT NEEDS TO BE FURTHER REDUCED. THE EVALUATION IS SATISFACTORY</w:t>
      </w:r>
    </w:p>
    <w:p>
      <w:pPr>
        <w:spacing w:after="0"/>
        <w:ind w:left="360"/>
        <w:shd w:val="clear" w:color="auto" w:fill="F2F2F2"/>
      </w:pPr>
      <w:r>
        <w:rPr>
          <w:rFonts w:ascii="Consolas" w:hAnsi="Consolas"/>
          <w:sz w:val="18"/>
        </w:rPr>
        <w:t xml:space="preserve">    AND THE FORECAST FOR THE NEXT QUARTER IS OPTIMISTIC. THE BOARD EXPECTS</w:t>
      </w:r>
    </w:p>
    <w:p>
      <w:pPr>
        <w:spacing w:after="0"/>
        <w:ind w:left="360"/>
        <w:shd w:val="clear" w:color="auto" w:fill="F2F2F2"/>
      </w:pPr>
      <w:r>
        <w:rPr>
          <w:rFonts w:ascii="Consolas" w:hAnsi="Consolas"/>
          <w:sz w:val="18"/>
        </w:rPr>
        <w:t xml:space="preserve">    AN INCREASE IN PROFIT OF AT LEAST 2 MILLION DOLLARS.</w:t>
      </w:r>
    </w:p>
    <w:p>
      <w:pPr>
        <w:spacing w:after="40"/>
      </w:pPr>
    </w:p>
    <w:p>
      <w:pPr>
        <w:spacing w:after="80"/>
      </w:pPr>
      <w:r>
        <w:rPr>
          <w:b w:val="0"/>
          <w:i w:val="0"/>
        </w:rPr>
        <w:t>Chúng ta cần biên tập lại văn bản để loại bỏ mọi tham chiếu đến các con số. Nó cần được định dạng đúng cách bằng việc thêm một dòng mới sau mỗi dấu chấm, căn đều với 80 ký tự, và được chuyển thành ASCII vì lý do tương thích.</w:t>
      </w:r>
    </w:p>
    <w:p>
      <w:pPr>
        <w:spacing w:after="80"/>
      </w:pPr>
      <w:r>
        <w:rPr>
          <w:b w:val="0"/>
          <w:i w:val="0"/>
        </w:rPr>
        <w:t xml:space="preserve">Văn bản sẽ được lưu trong biến </w:t>
      </w:r>
      <w:r>
        <w:rPr>
          <w:rFonts w:ascii="Consolas" w:hAnsi="Consolas"/>
          <w:b w:val="0"/>
          <w:i w:val="0"/>
          <w:sz w:val="20"/>
        </w:rPr>
        <w:br/>
        <w:br/>
        <w:t xml:space="preserve">      INPUT_TEXT</w:t>
        <w:br/>
        <w:t xml:space="preserve">     </w:t>
        <w:br/>
      </w:r>
      <w:r>
        <w:rPr>
          <w:b w:val="0"/>
          <w:i w:val="0"/>
        </w:rPr>
        <w:t xml:space="preserve"> trong trình thông dịch.</w:t>
      </w:r>
    </w:p>
    <w:p>
      <w:pPr>
        <w:pStyle w:val="Heading3"/>
      </w:pPr>
      <w:r>
        <w:rPr>
          <w:rFonts w:ascii="Calibri" w:hAnsi="Calibri"/>
          <w:b/>
          <w:i w:val="0"/>
          <w:sz w:val="26"/>
        </w:rPr>
        <w:t>Cách thực hiện…</w:t>
      </w:r>
    </w:p>
    <w:p>
      <w:pPr>
        <w:spacing w:after="80"/>
        <w:ind w:left="360"/>
      </w:pPr>
      <w:r>
        <w:t xml:space="preserve">1. </w:t>
      </w:r>
      <w:r>
        <w:rPr>
          <w:b w:val="0"/>
          <w:i w:val="0"/>
        </w:rPr>
        <w:t>Sau khi nhập văn bản, hãy tách nó thành từng từ riêng lẻ:</w:t>
      </w:r>
    </w:p>
    <w:p>
      <w:pPr>
        <w:spacing w:after="0"/>
        <w:ind w:left="360"/>
        <w:shd w:val="clear" w:color="auto" w:fill="F2F2F2"/>
      </w:pPr>
      <w:r>
        <w:rPr>
          <w:rFonts w:ascii="Consolas" w:hAnsi="Consolas"/>
          <w:sz w:val="18"/>
        </w:rPr>
        <w:t>&gt;&gt;&gt; INPUT_TEXT = '''</w:t>
      </w:r>
    </w:p>
    <w:p>
      <w:pPr>
        <w:spacing w:after="0"/>
        <w:ind w:left="360"/>
        <w:shd w:val="clear" w:color="auto" w:fill="F2F2F2"/>
      </w:pPr>
      <w:r>
        <w:rPr>
          <w:rFonts w:ascii="Consolas" w:hAnsi="Consolas"/>
          <w:sz w:val="18"/>
        </w:rPr>
        <w:t>...     AFTER THE CLOSE OF THE SECOND QUARTER, OUR COMPANY, CASTAÑACORP</w:t>
      </w:r>
    </w:p>
    <w:p>
      <w:pPr>
        <w:spacing w:after="0"/>
        <w:ind w:left="360"/>
        <w:shd w:val="clear" w:color="auto" w:fill="F2F2F2"/>
      </w:pPr>
      <w:r>
        <w:rPr>
          <w:rFonts w:ascii="Consolas" w:hAnsi="Consolas"/>
          <w:sz w:val="18"/>
        </w:rPr>
        <w:t>...     HAS ACHIEVED A GROWTH IN THE REVENUE OF 7.47%. THIS IS IN LINE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&gt;&gt;&gt; words = INPUT_TEXT.split()</w:t>
      </w:r>
    </w:p>
    <w:p>
      <w:pPr>
        <w:spacing w:after="40"/>
      </w:pPr>
    </w:p>
    <w:p>
      <w:pPr>
        <w:spacing w:after="80"/>
        <w:ind w:left="360"/>
      </w:pPr>
      <w:r>
        <w:t xml:space="preserve">2. </w:t>
      </w:r>
      <w:r>
        <w:rPr>
          <w:b w:val="0"/>
          <w:i w:val="0"/>
        </w:rPr>
        <w:t>Thay thế mọi chữ số bằng ký tự 'X':</w:t>
      </w:r>
    </w:p>
    <w:p>
      <w:pPr>
        <w:spacing w:after="0"/>
        <w:ind w:left="360"/>
        <w:shd w:val="clear" w:color="auto" w:fill="F2F2F2"/>
      </w:pPr>
      <w:r>
        <w:rPr>
          <w:rFonts w:ascii="Consolas" w:hAnsi="Consolas"/>
          <w:sz w:val="18"/>
        </w:rPr>
        <w:t>&gt;&gt;&gt; redacted = [''.join('X' if w.isdigit() else w for w in word) for word in words]</w:t>
      </w:r>
    </w:p>
    <w:p>
      <w:pPr>
        <w:spacing w:after="40"/>
      </w:pPr>
    </w:p>
    <w:p>
      <w:pPr>
        <w:spacing w:after="80"/>
        <w:ind w:left="360"/>
      </w:pPr>
      <w:r>
        <w:t xml:space="preserve">3. </w:t>
      </w:r>
      <w:r>
        <w:rPr>
          <w:b w:val="0"/>
          <w:i w:val="0"/>
        </w:rPr>
        <w:t xml:space="preserve">Chuyển văn bản thành ASCII thuần (lưu ý rằng tên công ty có chứa chữ </w:t>
      </w:r>
      <w:r>
        <w:rPr>
          <w:rFonts w:ascii="Consolas" w:hAnsi="Consolas"/>
          <w:b w:val="0"/>
          <w:i w:val="0"/>
          <w:sz w:val="20"/>
        </w:rPr>
        <w:br/>
        <w:br/>
        <w:t xml:space="preserve">       ñ</w:t>
        <w:br/>
        <w:t xml:space="preserve">      </w:t>
        <w:br/>
      </w:r>
      <w:r>
        <w:rPr>
          <w:b w:val="0"/>
          <w:i w:val="0"/>
        </w:rPr>
        <w:t xml:space="preserve"> , vốn không phải ASCII):</w:t>
      </w:r>
    </w:p>
    <w:p>
      <w:pPr>
        <w:spacing w:after="0"/>
        <w:ind w:left="360"/>
        <w:shd w:val="clear" w:color="auto" w:fill="F2F2F2"/>
      </w:pPr>
      <w:r>
        <w:rPr>
          <w:rFonts w:ascii="Consolas" w:hAnsi="Consolas"/>
          <w:sz w:val="18"/>
        </w:rPr>
        <w:t>&gt;&gt;&gt; ascii_text = [word.encode('ascii', errors='replace').decode('ascii')</w:t>
      </w:r>
    </w:p>
    <w:p>
      <w:pPr>
        <w:spacing w:after="0"/>
        <w:ind w:left="360"/>
        <w:shd w:val="clear" w:color="auto" w:fill="F2F2F2"/>
      </w:pPr>
      <w:r>
        <w:rPr>
          <w:rFonts w:ascii="Consolas" w:hAnsi="Consolas"/>
          <w:sz w:val="18"/>
        </w:rPr>
        <w:t>...               for word in redacted]</w:t>
      </w:r>
    </w:p>
    <w:p>
      <w:pPr>
        <w:spacing w:after="40"/>
      </w:pPr>
    </w:p>
    <w:p>
      <w:pPr>
        <w:spacing w:after="80"/>
        <w:ind w:left="360"/>
      </w:pPr>
      <w:r>
        <w:t xml:space="preserve">4. </w:t>
      </w:r>
      <w:r>
        <w:rPr>
          <w:b w:val="0"/>
          <w:i w:val="0"/>
        </w:rPr>
        <w:t>Ngắt dòng thành các dòng 80 ký tự:</w:t>
      </w:r>
    </w:p>
    <w:p>
      <w:pPr>
        <w:spacing w:after="0"/>
        <w:ind w:left="360"/>
        <w:shd w:val="clear" w:color="auto" w:fill="F2F2F2"/>
      </w:pPr>
      <w:r>
        <w:rPr>
          <w:rFonts w:ascii="Consolas" w:hAnsi="Consolas"/>
          <w:sz w:val="18"/>
        </w:rPr>
        <w:t>&gt;&gt;&gt; newlines = [word + '\n' if word.endswith('.') else word for word in ascii_text]</w:t>
      </w:r>
    </w:p>
    <w:p>
      <w:pPr>
        <w:spacing w:after="0"/>
        <w:ind w:left="360"/>
        <w:shd w:val="clear" w:color="auto" w:fill="F2F2F2"/>
      </w:pPr>
      <w:r>
        <w:rPr>
          <w:rFonts w:ascii="Consolas" w:hAnsi="Consolas"/>
          <w:sz w:val="18"/>
        </w:rPr>
        <w:t>&gt;&gt;&gt; LINE_SIZE = 80</w:t>
      </w:r>
    </w:p>
    <w:p>
      <w:pPr>
        <w:spacing w:after="0"/>
        <w:ind w:left="360"/>
        <w:shd w:val="clear" w:color="auto" w:fill="F2F2F2"/>
      </w:pPr>
      <w:r>
        <w:rPr>
          <w:rFonts w:ascii="Consolas" w:hAnsi="Consolas"/>
          <w:sz w:val="18"/>
        </w:rPr>
        <w:t>&gt;&gt;&gt; lines = []</w:t>
      </w:r>
    </w:p>
    <w:p>
      <w:pPr>
        <w:spacing w:after="0"/>
        <w:ind w:left="360"/>
        <w:shd w:val="clear" w:color="auto" w:fill="F2F2F2"/>
      </w:pPr>
      <w:r>
        <w:rPr>
          <w:rFonts w:ascii="Consolas" w:hAnsi="Consolas"/>
          <w:sz w:val="18"/>
        </w:rPr>
        <w:t>&gt;&gt;&gt; line = ''</w:t>
      </w:r>
    </w:p>
    <w:p>
      <w:pPr>
        <w:spacing w:after="0"/>
        <w:ind w:left="360"/>
        <w:shd w:val="clear" w:color="auto" w:fill="F2F2F2"/>
      </w:pPr>
      <w:r>
        <w:rPr>
          <w:rFonts w:ascii="Consolas" w:hAnsi="Consolas"/>
          <w:sz w:val="18"/>
        </w:rPr>
        <w:t>&gt;&gt;&gt; for word in newlines:</w:t>
      </w:r>
    </w:p>
    <w:p>
      <w:pPr>
        <w:spacing w:after="0"/>
        <w:ind w:left="360"/>
        <w:shd w:val="clear" w:color="auto" w:fill="F2F2F2"/>
      </w:pPr>
      <w:r>
        <w:rPr>
          <w:rFonts w:ascii="Consolas" w:hAnsi="Consolas"/>
          <w:sz w:val="18"/>
        </w:rPr>
        <w:t>...     if line.endswith('\n') or len(line) + len(word) + 1 &gt; LINE_SIZE:</w:t>
      </w:r>
    </w:p>
    <w:p>
      <w:pPr>
        <w:spacing w:after="0"/>
        <w:ind w:left="360"/>
        <w:shd w:val="clear" w:color="auto" w:fill="F2F2F2"/>
      </w:pPr>
      <w:r>
        <w:rPr>
          <w:rFonts w:ascii="Consolas" w:hAnsi="Consolas"/>
          <w:sz w:val="18"/>
        </w:rPr>
        <w:t>...         lines.append(line)</w:t>
      </w:r>
    </w:p>
    <w:p>
      <w:pPr>
        <w:spacing w:after="0"/>
        <w:ind w:left="360"/>
        <w:shd w:val="clear" w:color="auto" w:fill="F2F2F2"/>
      </w:pPr>
      <w:r>
        <w:rPr>
          <w:rFonts w:ascii="Consolas" w:hAnsi="Consolas"/>
          <w:sz w:val="18"/>
        </w:rPr>
        <w:t>...         line = ''</w:t>
      </w:r>
    </w:p>
    <w:p>
      <w:pPr>
        <w:spacing w:after="0"/>
        <w:ind w:left="360"/>
        <w:shd w:val="clear" w:color="auto" w:fill="F2F2F2"/>
      </w:pPr>
      <w:r>
        <w:rPr>
          <w:rFonts w:ascii="Consolas" w:hAnsi="Consolas"/>
          <w:sz w:val="18"/>
        </w:rPr>
        <w:t>...     line = line + ' ' + word</w:t>
      </w:r>
    </w:p>
    <w:p>
      <w:pPr>
        <w:spacing w:after="40"/>
      </w:pPr>
    </w:p>
    <w:p>
      <w:pPr>
        <w:spacing w:after="80"/>
        <w:ind w:left="360"/>
      </w:pPr>
      <w:r>
        <w:t xml:space="preserve">5. </w:t>
      </w:r>
      <w:r>
        <w:rPr>
          <w:b w:val="0"/>
          <w:i w:val="0"/>
        </w:rPr>
        <w:t>Định dạng tất cả các dòng như tiêu đề và nối chúng lại thành một đoạn văn bản duy nhất:</w:t>
      </w:r>
    </w:p>
    <w:p>
      <w:pPr>
        <w:spacing w:after="0"/>
        <w:ind w:left="360"/>
        <w:shd w:val="clear" w:color="auto" w:fill="F2F2F2"/>
      </w:pPr>
      <w:r>
        <w:rPr>
          <w:rFonts w:ascii="Consolas" w:hAnsi="Consolas"/>
          <w:sz w:val="18"/>
        </w:rPr>
        <w:t>&gt;&gt;&gt; lines = [line.title() for line in lines]</w:t>
      </w:r>
    </w:p>
    <w:p>
      <w:pPr>
        <w:spacing w:after="0"/>
        <w:ind w:left="360"/>
        <w:shd w:val="clear" w:color="auto" w:fill="F2F2F2"/>
      </w:pPr>
      <w:r>
        <w:rPr>
          <w:rFonts w:ascii="Consolas" w:hAnsi="Consolas"/>
          <w:sz w:val="18"/>
        </w:rPr>
        <w:t>&gt;&gt;&gt; result = '\n'.join(lines)</w:t>
      </w:r>
    </w:p>
    <w:p>
      <w:pPr>
        <w:spacing w:after="40"/>
      </w:pPr>
    </w:p>
    <w:p>
      <w:pPr>
        <w:spacing w:after="80"/>
        <w:ind w:left="360"/>
      </w:pPr>
      <w:r>
        <w:t xml:space="preserve">6. </w:t>
      </w:r>
      <w:r>
        <w:rPr>
          <w:b w:val="0"/>
          <w:i w:val="0"/>
        </w:rPr>
        <w:t>In kết quả ra:</w:t>
      </w:r>
    </w:p>
    <w:p>
      <w:pPr>
        <w:spacing w:after="0"/>
        <w:ind w:left="360"/>
        <w:shd w:val="clear" w:color="auto" w:fill="F2F2F2"/>
      </w:pPr>
      <w:r>
        <w:rPr>
          <w:rFonts w:ascii="Consolas" w:hAnsi="Consolas"/>
          <w:sz w:val="18"/>
        </w:rPr>
        <w:t>&gt;&gt;&gt; print(result)</w:t>
      </w:r>
    </w:p>
    <w:p>
      <w:pPr>
        <w:spacing w:after="0"/>
        <w:ind w:left="360"/>
        <w:shd w:val="clear" w:color="auto" w:fill="F2F2F2"/>
      </w:pPr>
      <w:r>
        <w:rPr>
          <w:rFonts w:ascii="Consolas" w:hAnsi="Consolas"/>
          <w:sz w:val="18"/>
        </w:rPr>
        <w:t xml:space="preserve"> After The Close Of The Second Quarter, Our Company, Casta?Acorp Has Achieved A Growth In The Revenue Of X.Xx%. This Is In Line With The Objectives For The Year. The Main Driver Of The Sales Has Been The New Package Designed Under The Supervision Of Our Marketing Department. Our Expenses Has Been Contained, Increasing Only By X.X%, Though The Board Considers It Needs To Be Further Reduced. The Evaluation Is Satisfactory And The Forecast For The Next Quarter Is Optimistic.</w:t>
      </w:r>
    </w:p>
    <w:p>
      <w:pPr>
        <w:spacing w:after="40"/>
      </w:pPr>
    </w:p>
    <w:p>
      <w:pPr>
        <w:pStyle w:val="Heading3"/>
      </w:pPr>
      <w:r>
        <w:rPr>
          <w:rFonts w:ascii="Calibri" w:hAnsi="Calibri"/>
          <w:b/>
          <w:i w:val="0"/>
          <w:sz w:val="26"/>
        </w:rPr>
        <w:t>Cách nó hoạt động…</w:t>
      </w:r>
    </w:p>
    <w:p>
      <w:pPr>
        <w:spacing w:after="80"/>
      </w:pPr>
      <w:r>
        <w:rPr>
          <w:b w:val="0"/>
          <w:i w:val="0"/>
        </w:rPr>
        <w:t>Mỗi bước thực hiện một phép biến đổi cụ thể trên văn bản:</w:t>
      </w:r>
    </w:p>
    <w:p>
      <w:pPr>
        <w:spacing w:after="80"/>
        <w:ind w:left="360"/>
      </w:pPr>
      <w:r>
        <w:t xml:space="preserve">• </w:t>
      </w:r>
      <w:r>
        <w:rPr>
          <w:b w:val="0"/>
          <w:i w:val="0"/>
        </w:rPr>
        <w:t>Bước đầu tiên tách văn bản theo các dấu phân cách mặc định, khoảng trắng và dòng mới. Việc này chia văn bản thành các từ riêng lẻ mà không cần dòng hay nhiều khoảng trắng để phân tách.</w:t>
      </w:r>
    </w:p>
    <w:p>
      <w:pPr>
        <w:spacing w:after="80"/>
        <w:ind w:left="360"/>
      </w:pPr>
      <w:r>
        <w:t xml:space="preserve">• </w:t>
      </w:r>
      <w:r>
        <w:rPr>
          <w:b w:val="0"/>
          <w:i w:val="0"/>
        </w:rPr>
        <w:t xml:space="preserve">Để thay thế các chữ số, chúng ta duyệt qua từng ký tự của mỗi từ. Với mỗi ký tự, nếu nó là chữ số, một </w:t>
      </w:r>
      <w:r>
        <w:rPr>
          <w:rFonts w:ascii="Consolas" w:hAnsi="Consolas"/>
          <w:b w:val="0"/>
          <w:i w:val="0"/>
          <w:sz w:val="20"/>
        </w:rPr>
        <w:br/>
        <w:br/>
        <w:t xml:space="preserve">       'X'</w:t>
        <w:br/>
        <w:t xml:space="preserve">      </w:t>
        <w:br/>
      </w:r>
      <w:r>
        <w:rPr>
          <w:b w:val="0"/>
          <w:i w:val="0"/>
        </w:rPr>
        <w:t xml:space="preserve"> sẽ được trả về thay thế. Việc này được thực hiện bằng hai list comprehension, một cái chạy trên danh sách, và một cái trên từng từ, chỉ thay thế chúng nếu có chữ số — </w:t>
      </w:r>
      <w:r>
        <w:rPr>
          <w:rFonts w:ascii="Consolas" w:hAnsi="Consolas"/>
          <w:b w:val="0"/>
          <w:i w:val="0"/>
          <w:sz w:val="20"/>
        </w:rPr>
        <w:br/>
        <w:br/>
        <w:t xml:space="preserve">       ['X' if w.isdigit() else w for w in word]</w:t>
        <w:br/>
        <w:t xml:space="preserve">      </w:t>
        <w:br/>
      </w:r>
      <w:r>
        <w:rPr>
          <w:b w:val="0"/>
          <w:i w:val="0"/>
        </w:rPr>
        <w:t xml:space="preserve"> . Lưu ý rằng các từ được nối lại với nhau.</w:t>
      </w:r>
    </w:p>
    <w:p>
      <w:pPr>
        <w:spacing w:after="80"/>
        <w:ind w:left="360"/>
      </w:pPr>
      <w:r>
        <w:t xml:space="preserve">• </w:t>
      </w:r>
      <w:r>
        <w:rPr>
          <w:b w:val="0"/>
          <w:i w:val="0"/>
        </w:rPr>
        <w:t xml:space="preserve">Mỗi từ được mã hóa thành một chuỗi byte ASCII và giải mã trở lại thành kiểu chuỗi Python. Hãy chú ý đến việc sử dụng tham số errors để buộc thay thế các ký tự không xác định như </w:t>
      </w:r>
      <w:r>
        <w:rPr>
          <w:rFonts w:ascii="Consolas" w:hAnsi="Consolas"/>
          <w:b w:val="0"/>
          <w:i w:val="0"/>
          <w:sz w:val="20"/>
        </w:rPr>
        <w:br/>
        <w:br/>
        <w:t xml:space="preserve">       ñ</w:t>
        <w:br/>
        <w:t xml:space="preserve">      </w:t>
        <w:br/>
      </w:r>
      <w:r>
        <w:rPr>
          <w:b w:val="0"/>
          <w:i w:val="0"/>
        </w:rPr>
        <w:t xml:space="preserve"> . Sự khác biệt giữa chuỗi (string) và byte ban đầu không mấy trực quan, đặc biệt nếu bạn chưa bao giờ phải bận tâm về đa ngôn ngữ hay các phép biến đổi mã hóa. Chuỗi chỉ tồn tại trong Python, miễn là thông tin rời khỏi trình thông dịch (ví dụ, để được ghi vào một tệp) thì nó được chuyển thành byte. Trong Python 3, có sự tách biệt rõ ràng giữa chuỗi nội bộ và byte. Vì vậy, hầu hết các công cụ áp dụng được cho chuỗi sẽ không có sẵn trong các đối tượng byte. Trừ khi bạn hiểu rõ vì sao mình cần một đối tượng byte, hãy luôn làm việc với chuỗi Python. Nếu bạn cần thực hiện các phép biến đổi như trong bài tập này, hãy mã hóa và giải mã trên cùng một dòng để giữ các đối tượng của bạn trong lãnh địa thoải mái của chuỗi Python. Nếu bạn muốn tìm hiểu thêm về mã hóa, bạn có thể tham khảo bài viết ngắn tại </w:t>
      </w:r>
      <w:r>
        <w:rPr>
          <w:rFonts w:ascii="Consolas" w:hAnsi="Consolas"/>
          <w:b w:val="0"/>
          <w:i w:val="0"/>
          <w:sz w:val="20"/>
        </w:rPr>
        <w:br/>
        <w:br/>
        <w:t xml:space="preserve">          https://eli.thegreenplace.net/2012/01/30/the-bytesstr-dichotomy-in-python-3</w:t>
        <w:br/>
        <w:t xml:space="preserve">         </w:t>
        <w:br/>
      </w:r>
      <w:r>
        <w:rPr>
          <w:b w:val="0"/>
          <w:i w:val="0"/>
        </w:rPr>
        <w:t xml:space="preserve"> , cũng như bài viết dài hơn và chi tiết hơn tại </w:t>
      </w:r>
      <w:r>
        <w:rPr>
          <w:rFonts w:ascii="Consolas" w:hAnsi="Consolas"/>
          <w:b w:val="0"/>
          <w:i w:val="0"/>
          <w:sz w:val="20"/>
        </w:rPr>
        <w:br/>
        <w:br/>
        <w:t xml:space="preserve">          http://www.diveintopython3.net/strings.html</w:t>
        <w:br/>
        <w:t xml:space="preserve">         </w:t>
        <w:br/>
      </w:r>
      <w:r>
        <w:rPr>
          <w:b w:val="0"/>
          <w:i w:val="0"/>
        </w:rPr>
        <w:t xml:space="preserve"> .</w:t>
      </w:r>
    </w:p>
    <w:p>
      <w:pPr>
        <w:spacing w:after="80"/>
        <w:ind w:left="360"/>
      </w:pPr>
      <w:r>
        <w:t xml:space="preserve">• </w:t>
      </w:r>
      <w:r>
        <w:rPr>
          <w:b w:val="0"/>
          <w:i w:val="0"/>
        </w:rPr>
        <w:t xml:space="preserve">Bước tiếp theo thêm một ký tự dòng mới bổ sung (ký tự </w:t>
      </w:r>
      <w:r>
        <w:rPr>
          <w:rFonts w:ascii="Consolas" w:hAnsi="Consolas"/>
          <w:b w:val="0"/>
          <w:i w:val="0"/>
          <w:sz w:val="20"/>
        </w:rPr>
        <w:br/>
        <w:br/>
        <w:t xml:space="preserve">       \n</w:t>
        <w:br/>
        <w:t xml:space="preserve">      </w:t>
        <w:br/>
      </w:r>
      <w:r>
        <w:rPr>
          <w:b w:val="0"/>
          <w:i w:val="0"/>
        </w:rPr>
        <w:t xml:space="preserve"> ) cho tất cả các từ kết thúc bằng dấu chấm. Điều này đánh dấu các đoạn văn khác nhau. Sau đó, nó tạo một dòng và thêm từng từ một. Nếu thêm một từ nữa sẽ khiến dòng vượt quá 80 ký tự, nó kết thúc dòng và bắt đầu một dòng mới. Nếu dòng đã kết thúc bằng một dòng mới, nó cũng kết thúc dòng đó và bắt đầu một dòng khác. Lưu ý rằng có thêm một khoảng trắng được thêm vào để phân tách các từ.</w:t>
      </w:r>
    </w:p>
    <w:p>
      <w:pPr>
        <w:spacing w:after="80"/>
        <w:ind w:left="360"/>
      </w:pPr>
      <w:r>
        <w:t xml:space="preserve">• </w:t>
      </w:r>
      <w:r>
        <w:rPr>
          <w:b w:val="0"/>
          <w:i w:val="0"/>
        </w:rPr>
        <w:t>Cuối cùng, mỗi dòng được viết hoa theo kiểu Tiêu đề (Title) (chữ cái đầu tiên của mỗi từ được viết hoa) và tất cả các dòng được nối lại bằng các dòng mới.</w:t>
      </w:r>
    </w:p>
    <w:p>
      <w:pPr>
        <w:pStyle w:val="Heading3"/>
      </w:pPr>
      <w:r>
        <w:rPr>
          <w:rFonts w:ascii="Calibri" w:hAnsi="Calibri"/>
          <w:b/>
          <w:i w:val="0"/>
          <w:sz w:val="26"/>
        </w:rPr>
        <w:t>Còn nhiều thứ nữa…</w:t>
      </w:r>
    </w:p>
    <w:p>
      <w:pPr>
        <w:spacing w:after="80"/>
      </w:pPr>
      <w:r>
        <w:rPr>
          <w:b w:val="0"/>
          <w:i w:val="0"/>
        </w:rPr>
        <w:t>Một số thao tác hữu ích khác có thể được thực hiện trên chuỗi như sau:</w:t>
      </w:r>
    </w:p>
    <w:p>
      <w:pPr>
        <w:spacing w:after="80"/>
        <w:ind w:left="360"/>
      </w:pPr>
      <w:r>
        <w:t xml:space="preserve">1. </w:t>
      </w:r>
      <w:r>
        <w:rPr>
          <w:b w:val="0"/>
          <w:i w:val="0"/>
        </w:rPr>
        <w:t xml:space="preserve">Chuỗi có thể được cắt lát (slice) như bất kỳ danh sách nào khác. Điều này có nghĩa là </w:t>
      </w:r>
      <w:r>
        <w:rPr>
          <w:rFonts w:ascii="Consolas" w:hAnsi="Consolas"/>
          <w:b w:val="0"/>
          <w:i w:val="0"/>
          <w:sz w:val="20"/>
        </w:rPr>
        <w:br/>
        <w:br/>
        <w:t xml:space="preserve">       "word"[0:2]</w:t>
        <w:br/>
        <w:t xml:space="preserve">      </w:t>
        <w:br/>
      </w:r>
      <w:r>
        <w:rPr>
          <w:b w:val="0"/>
          <w:i w:val="0"/>
        </w:rPr>
        <w:t xml:space="preserve"> sẽ trả về </w:t>
      </w:r>
      <w:r>
        <w:rPr>
          <w:rFonts w:ascii="Consolas" w:hAnsi="Consolas"/>
          <w:b w:val="0"/>
          <w:i w:val="0"/>
          <w:sz w:val="20"/>
        </w:rPr>
        <w:br/>
        <w:br/>
        <w:t xml:space="preserve">       "wo".</w:t>
        <w:br/>
        <w:t xml:space="preserve">      </w:t>
        <w:br/>
      </w:r>
    </w:p>
    <w:p>
      <w:pPr>
        <w:spacing w:after="80"/>
        <w:ind w:left="360"/>
      </w:pPr>
      <w:r>
        <w:t xml:space="preserve">2. </w:t>
      </w:r>
      <w:r>
        <w:rPr>
          <w:b w:val="0"/>
          <w:i w:val="0"/>
        </w:rPr>
        <w:t xml:space="preserve">Dùng </w:t>
      </w:r>
      <w:r>
        <w:rPr>
          <w:rFonts w:ascii="Consolas" w:hAnsi="Consolas"/>
          <w:b w:val="0"/>
          <w:i w:val="0"/>
          <w:sz w:val="20"/>
        </w:rPr>
        <w:br/>
        <w:br/>
        <w:t xml:space="preserve">       .splitlines()</w:t>
        <w:br/>
        <w:t xml:space="preserve">      </w:t>
        <w:br/>
      </w:r>
      <w:r>
        <w:rPr>
          <w:b w:val="0"/>
          <w:i w:val="0"/>
        </w:rPr>
        <w:t xml:space="preserve"> để tách các dòng bằng ký tự dòng mới.</w:t>
      </w:r>
    </w:p>
    <w:p>
      <w:pPr>
        <w:spacing w:after="80"/>
        <w:ind w:left="360"/>
      </w:pPr>
      <w:r>
        <w:t xml:space="preserve">3. </w:t>
      </w:r>
      <w:r>
        <w:rPr>
          <w:b w:val="0"/>
          <w:i w:val="0"/>
        </w:rPr>
        <w:t xml:space="preserve">Có các phương thức </w:t>
      </w:r>
      <w:r>
        <w:rPr>
          <w:rFonts w:ascii="Consolas" w:hAnsi="Consolas"/>
          <w:b w:val="0"/>
          <w:i w:val="0"/>
          <w:sz w:val="20"/>
        </w:rPr>
        <w:br/>
        <w:br/>
        <w:t xml:space="preserve">       .upper()</w:t>
        <w:br/>
        <w:t xml:space="preserve">      </w:t>
        <w:br/>
      </w:r>
      <w:r>
        <w:rPr>
          <w:b w:val="0"/>
          <w:i w:val="0"/>
        </w:rPr>
        <w:t xml:space="preserve"> và </w:t>
      </w:r>
      <w:r>
        <w:rPr>
          <w:rFonts w:ascii="Consolas" w:hAnsi="Consolas"/>
          <w:b w:val="0"/>
          <w:i w:val="0"/>
          <w:sz w:val="20"/>
        </w:rPr>
        <w:br/>
        <w:br/>
        <w:t xml:space="preserve">       .lower()</w:t>
        <w:br/>
        <w:t xml:space="preserve">      </w:t>
        <w:br/>
      </w:r>
      <w:r>
        <w:rPr>
          <w:b w:val="0"/>
          <w:i w:val="0"/>
        </w:rPr>
        <w:t xml:space="preserve"> , chúng trả về một bản sao với tất cả các ký tự được đặt thành chữ hoa hoặc chữ thường. Cách dùng của chúng rất giống với </w:t>
      </w:r>
      <w:r>
        <w:rPr>
          <w:rFonts w:ascii="Consolas" w:hAnsi="Consolas"/>
          <w:b w:val="0"/>
          <w:i w:val="0"/>
          <w:sz w:val="20"/>
        </w:rPr>
        <w:br/>
        <w:br/>
        <w:t xml:space="preserve">       .title()</w:t>
        <w:br/>
        <w:t xml:space="preserve">      </w:t>
        <w:br/>
      </w:r>
      <w:r>
        <w:rPr>
          <w:b w:val="0"/>
          <w:i w:val="0"/>
        </w:rPr>
        <w:t xml:space="preserve"> :</w:t>
      </w:r>
    </w:p>
    <w:p>
      <w:pPr>
        <w:spacing w:after="0"/>
        <w:ind w:left="360"/>
        <w:shd w:val="clear" w:color="auto" w:fill="F2F2F2"/>
      </w:pPr>
      <w:r>
        <w:rPr>
          <w:rFonts w:ascii="Consolas" w:hAnsi="Consolas"/>
          <w:sz w:val="18"/>
        </w:rPr>
        <w:t>&gt;&gt;&gt; 'UPPERCASE'.lower()</w:t>
      </w:r>
    </w:p>
    <w:p>
      <w:pPr>
        <w:spacing w:after="0"/>
        <w:ind w:left="360"/>
        <w:shd w:val="clear" w:color="auto" w:fill="F2F2F2"/>
      </w:pPr>
      <w:r>
        <w:rPr>
          <w:rFonts w:ascii="Consolas" w:hAnsi="Consolas"/>
          <w:sz w:val="18"/>
        </w:rPr>
        <w:t>'uppercase'</w:t>
      </w:r>
    </w:p>
    <w:p>
      <w:pPr>
        <w:spacing w:after="40"/>
      </w:pPr>
    </w:p>
    <w:p>
      <w:pPr>
        <w:spacing w:after="80"/>
        <w:ind w:left="360"/>
      </w:pPr>
      <w:r>
        <w:t xml:space="preserve">4. </w:t>
      </w:r>
      <w:r>
        <w:rPr>
          <w:b w:val="0"/>
          <w:i w:val="0"/>
        </w:rPr>
        <w:t xml:space="preserve">Để thay thế dễ dàng (ví dụ, đổi tất cả </w:t>
      </w:r>
      <w:r>
        <w:rPr>
          <w:b w:val="0"/>
          <w:i/>
        </w:rPr>
        <w:t xml:space="preserve"> As thành Bs hoặc đổi mine \ thành ours </w:t>
      </w:r>
      <w:r>
        <w:rPr>
          <w:b w:val="0"/>
          <w:i w:val="0"/>
        </w:rPr>
        <w:t xml:space="preserve"> ), hãy dùng </w:t>
      </w:r>
      <w:r>
        <w:rPr>
          <w:rFonts w:ascii="Consolas" w:hAnsi="Consolas"/>
          <w:b w:val="0"/>
          <w:i w:val="0"/>
          <w:sz w:val="20"/>
        </w:rPr>
        <w:br/>
        <w:br/>
        <w:t xml:space="preserve">       .replace()</w:t>
        <w:br/>
        <w:t xml:space="preserve">      </w:t>
        <w:br/>
      </w:r>
      <w:r>
        <w:rPr>
          <w:b w:val="0"/>
          <w:i w:val="0"/>
        </w:rPr>
        <w:t xml:space="preserve"> . Phương thức này hữu ích cho những trường hợp rất đơn giản, nhưng việc thay thế có thể trở nên phức tạp một cách dễ dàng. Hãy cẩn thận với thứ tự thay thế để tránh xung đột và các vấn đề về phân biệt chữ hoa chữ thường. Hãy chú ý đến việc thay thế sai trong ví dụ sau:</w:t>
      </w:r>
    </w:p>
    <w:p>
      <w:pPr>
        <w:spacing w:after="0"/>
        <w:ind w:left="360"/>
        <w:shd w:val="clear" w:color="auto" w:fill="F2F2F2"/>
      </w:pPr>
      <w:r>
        <w:rPr>
          <w:rFonts w:ascii="Consolas" w:hAnsi="Consolas"/>
          <w:sz w:val="18"/>
        </w:rPr>
        <w:t>&gt;&gt;&gt; 'One ring to rule them all, one ring to find them, One ring to bring them all and in the darkness bind them.'.replace('ring', 'necklace')</w:t>
      </w:r>
    </w:p>
    <w:p>
      <w:pPr>
        <w:spacing w:after="0"/>
        <w:ind w:left="360"/>
        <w:shd w:val="clear" w:color="auto" w:fill="F2F2F2"/>
      </w:pPr>
      <w:r>
        <w:rPr>
          <w:rFonts w:ascii="Consolas" w:hAnsi="Consolas"/>
          <w:sz w:val="18"/>
        </w:rPr>
        <w:t>'One necklace to rule them all, one necklace to find them, One necklace to bnecklace them all and in the darkness bind them.'</w:t>
      </w:r>
    </w:p>
    <w:p>
      <w:pPr>
        <w:spacing w:after="40"/>
      </w:pPr>
    </w:p>
    <w:p>
      <w:pPr>
        <w:spacing w:after="80"/>
      </w:pPr>
      <w:r>
        <w:rPr>
          <w:b w:val="0"/>
          <w:i w:val="0"/>
        </w:rPr>
        <w:t>Điều này tương tự với những vấn đề chúng ta sẽ gặp với biểu thức chính quy (regular expression) khi khớp với những phần không mong đợi trong mã của bạn. Sẽ có thêm nhiều ví dụ tiếp theo sau đây. Hãy tham khảo các công thức về biểu thức chính quy để biết thêm thông tin.</w:t>
      </w:r>
    </w:p>
    <w:p>
      <w:pPr>
        <w:spacing w:after="80"/>
      </w:pPr>
      <w:r>
        <w:rPr>
          <w:b/>
          <w:i w:val="0"/>
        </w:rPr>
        <w:t>Mẹo</w:t>
      </w:r>
    </w:p>
    <w:p>
      <w:pPr>
        <w:spacing w:after="80"/>
      </w:pPr>
      <w:r>
        <w:rPr>
          <w:b w:val="0"/>
          <w:i w:val="0"/>
        </w:rPr>
        <w:t xml:space="preserve">Để ngắt dòng văn bản, bạn có thể dùng mô-đun </w:t>
      </w:r>
      <w:r>
        <w:rPr>
          <w:rFonts w:ascii="Consolas" w:hAnsi="Consolas"/>
          <w:b w:val="0"/>
          <w:i w:val="0"/>
          <w:sz w:val="20"/>
        </w:rPr>
        <w:br/>
        <w:br/>
        <w:t xml:space="preserve">       textwrap</w:t>
        <w:br/>
        <w:t xml:space="preserve">      </w:t>
        <w:br/>
      </w:r>
      <w:r>
        <w:rPr>
          <w:b w:val="0"/>
          <w:i w:val="0"/>
        </w:rPr>
        <w:t xml:space="preserve"> có sẵn trong thư viện chuẩn, thay vì tự đếm ký tự thủ công. Xem tài liệu tại đây: </w:t>
      </w:r>
      <w:r>
        <w:rPr>
          <w:rFonts w:ascii="Consolas" w:hAnsi="Consolas"/>
          <w:b w:val="0"/>
          <w:i w:val="0"/>
          <w:sz w:val="20"/>
        </w:rPr>
        <w:br/>
        <w:br/>
        <w:t xml:space="preserve">        https://docs.python.org/3/library/textwrap.html</w:t>
        <w:br/>
        <w:t xml:space="preserve">       </w:t>
        <w:br/>
      </w:r>
      <w:r>
        <w:rPr>
          <w:b w:val="0"/>
          <w:i w:val="0"/>
        </w:rPr>
        <w:t xml:space="preserve"> .</w:t>
      </w:r>
    </w:p>
    <w:p>
      <w:pPr>
        <w:spacing w:after="80"/>
      </w:pPr>
      <w:r>
        <w:rPr>
          <w:b w:val="0"/>
          <w:i w:val="0"/>
        </w:rPr>
        <w:t>Nếu bạn làm việc với nhiều ngôn ngữ, hoặc với bất kỳ loại đầu vào nào không phải tiếng Anh, việc học những kiến thức cơ bản về Unicode và mã hóa là rất hữu ích. Tóm lại, với số lượng ký tự khổng lồ trong tất cả các ngôn ngữ khác nhau trên thế giới, bao gồm cả những bảng chữ cái không liên quan đến chữ Latinh, như tiếng Trung hay tiếng Ả Rập, Unicode cung cấp một tiêu chuẩn để cố gắng bao quát tất cả chúng sao cho máy tính có thể hiểu đúng. Python 3 đã cải thiện đáng kể tình hình này, đảm bảo rằng các đối tượng chuỗi nội bộ có thể xử lý được tất cả những ký tự đó. Mã hóa mặc định mà Python sử dụng, và cũng là mã phổ biến và tương thích nhất hiện nay, là UTF-8.</w:t>
      </w:r>
    </w:p>
    <w:p>
      <w:pPr>
        <w:spacing w:after="80"/>
      </w:pPr>
      <w:r>
        <w:rPr>
          <w:b w:val="0"/>
          <w:i w:val="0"/>
        </w:rPr>
        <w:t xml:space="preserve">Một bài viết hay để tìm hiểu những kiến thức cơ bản về UTF-8 là bài blog này: </w:t>
      </w:r>
      <w:r>
        <w:rPr>
          <w:rFonts w:ascii="Consolas" w:hAnsi="Consolas"/>
          <w:b w:val="0"/>
          <w:i w:val="0"/>
          <w:sz w:val="20"/>
        </w:rPr>
        <w:br/>
        <w:br/>
        <w:t xml:space="preserve">       https://www.joelonsoftware.com/2003/10/08/the-absolute-minimum-every-software-developer-absolutely-positively-must-know-about-unicode-and-character-sets-no-excuses/</w:t>
        <w:br/>
        <w:t xml:space="preserve">      </w:t>
        <w:br/>
      </w:r>
      <w:r>
        <w:rPr>
          <w:b w:val="0"/>
          <w:i w:val="0"/>
        </w:rPr>
        <w:t xml:space="preserve"> .</w:t>
      </w:r>
    </w:p>
    <w:p>
      <w:pPr>
        <w:spacing w:after="80"/>
      </w:pPr>
      <w:r>
        <w:rPr>
          <w:b w:val="0"/>
          <w:i w:val="0"/>
        </w:rPr>
        <w:t>Việc xử lý các bảng mã (encoding) vẫn còn liên quan khi đọc từ các tệp bên ngoài có thể được mã hóa bằng những bảng mã khác nhau (ví dụ: CP-1252 hay windows-1252, một bảng mã phổ biến do các hệ thống Microsoft đời cũ tạo ra, hoặc ISO 8859-15, vốn là tiêu chuẩn của ngành).</w:t>
      </w:r>
    </w:p>
    <w:p>
      <w:pPr>
        <w:pStyle w:val="Heading3"/>
      </w:pPr>
      <w:r>
        <w:rPr>
          <w:rFonts w:ascii="Calibri" w:hAnsi="Calibri"/>
          <w:b/>
          <w:i w:val="0"/>
          <w:sz w:val="26"/>
        </w:rPr>
        <w:t>Xem thêm</w:t>
      </w:r>
    </w:p>
    <w:p>
      <w:pPr>
        <w:spacing w:after="80"/>
        <w:ind w:left="360"/>
      </w:pPr>
      <w:r>
        <w:t xml:space="preserve">• </w:t>
      </w:r>
      <w:r>
        <w:rPr>
          <w:b w:val="0"/>
          <w:i w:val="0"/>
        </w:rPr>
        <w:t xml:space="preserve">Công thức trước đó, </w:t>
      </w:r>
      <w:r>
        <w:rPr>
          <w:b w:val="0"/>
          <w:i/>
        </w:rPr>
        <w:t xml:space="preserve"> Tạo chuỗi với các giá trị được định dạng </w:t>
      </w:r>
      <w:r>
        <w:rPr>
          <w:b w:val="0"/>
          <w:i w:val="0"/>
        </w:rPr>
        <w:t xml:space="preserve"> , để tìm hiểu những kiến thức cơ bản về việc tạo chuỗi.</w:t>
      </w:r>
    </w:p>
    <w:p>
      <w:pPr>
        <w:spacing w:after="80"/>
        <w:ind w:left="360"/>
      </w:pPr>
      <w:r>
        <w:t xml:space="preserve">• </w:t>
      </w:r>
      <w:r>
        <w:rPr>
          <w:b w:val="0"/>
          <w:i w:val="0"/>
        </w:rPr>
        <w:t xml:space="preserve">Công thức </w:t>
      </w:r>
      <w:r>
        <w:rPr>
          <w:b w:val="0"/>
          <w:i/>
        </w:rPr>
        <w:t xml:space="preserve"> Giới thiệu về biểu thức chính quy </w:t>
      </w:r>
      <w:r>
        <w:rPr>
          <w:b w:val="0"/>
          <w:i w:val="0"/>
        </w:rPr>
        <w:t xml:space="preserve"> , được đề cập ở phần sau của chương, để học cách phát hiện và trích xuất các mẫu trong văn bản.</w:t>
      </w:r>
    </w:p>
    <w:p>
      <w:pPr>
        <w:spacing w:after="80"/>
        <w:ind w:left="360"/>
      </w:pPr>
      <w:r>
        <w:t xml:space="preserve">• </w:t>
      </w:r>
      <w:r>
        <w:rPr>
          <w:b w:val="0"/>
          <w:i w:val="0"/>
        </w:rPr>
        <w:t xml:space="preserve">Công thức </w:t>
      </w:r>
      <w:r>
        <w:rPr>
          <w:b w:val="0"/>
          <w:i/>
        </w:rPr>
        <w:t xml:space="preserve"> Đi sâu hơn vào biểu thức chính quy </w:t>
      </w:r>
      <w:r>
        <w:rPr>
          <w:b w:val="0"/>
          <w:i w:val="0"/>
        </w:rPr>
        <w:t xml:space="preserve"> , được đề cập ở phần sau của chương, để nâng cao hiểu biết của bạn về biểu thức chính quy.</w:t>
      </w:r>
    </w:p>
    <w:p>
      <w:pPr>
        <w:spacing w:after="80"/>
        <w:ind w:left="360"/>
      </w:pPr>
      <w:r>
        <w:t xml:space="preserve">• </w:t>
      </w:r>
      <w:r>
        <w:rPr>
          <w:b w:val="0"/>
          <w:i w:val="0"/>
        </w:rPr>
        <w:t xml:space="preserve">Công thức Xử lý các bảng mã trong </w:t>
      </w:r>
      <w:r>
        <w:rPr>
          <w:b w:val="0"/>
          <w:i/>
        </w:rPr>
        <w:t xml:space="preserve"> Chương 4 </w:t>
      </w:r>
      <w:r>
        <w:rPr>
          <w:b w:val="0"/>
          <w:i w:val="0"/>
        </w:rPr>
        <w:t xml:space="preserve"> , </w:t>
      </w:r>
      <w:r>
        <w:rPr>
          <w:b w:val="0"/>
          <w:i/>
        </w:rPr>
        <w:t xml:space="preserve"> Tìm kiếm và đọc các tệp cục bộ </w:t>
      </w:r>
      <w:r>
        <w:rPr>
          <w:b w:val="0"/>
          <w:i w:val="0"/>
        </w:rPr>
        <w:t xml:space="preserve"> , để tìm hiểu về các loại bảng mã khác nhau.</w:t>
      </w:r>
    </w:p>
    <w:p>
      <w:pPr>
        <w:pStyle w:val="Heading2"/>
      </w:pPr>
      <w:r>
        <w:rPr>
          <w:rFonts w:ascii="Calibri" w:hAnsi="Calibri"/>
          <w:b/>
          <w:i w:val="0"/>
          <w:sz w:val="32"/>
        </w:rPr>
        <w:t>Trích xuất dữ liệu từ các chuỗi có cấu trúc</w:t>
      </w:r>
    </w:p>
    <w:p>
      <w:pPr>
        <w:spacing w:after="80"/>
      </w:pPr>
      <w:r>
        <w:rPr>
          <w:b w:val="0"/>
          <w:i w:val="0"/>
        </w:rPr>
        <w:t>Trong rất nhiều tác vụ tự động hóa, chúng ta sẽ cần xử lý văn bản đầu vào được cấu trúc theo một định dạng đã biết và trích xuất thông tin liên quan. Ví dụ, một bảng tính có thể đề cập đến một tỷ lệ phần trăm trong một đoạn văn bản (chẳng hạn như 37.4%) và chúng ta muốn lấy nó ra ở dạng số để áp dụng sau này (0.374, dưới dạng số thực float).</w:t>
      </w:r>
    </w:p>
    <w:p>
      <w:pPr>
        <w:spacing w:after="80"/>
      </w:pPr>
      <w:r>
        <w:rPr>
          <w:b w:val="0"/>
          <w:i w:val="0"/>
        </w:rPr>
        <w:t>Trong công thức này, chúng ta sẽ học cách xử lý nhật ký bán hàng (sale log) chứa thông tin nội tuyến về một sản phẩm, chẳng hạn như sản phẩm đã được bán hay chưa, giá của nó, lợi nhuận thu được và các thông tin khác.</w:t>
      </w:r>
    </w:p>
    <w:p>
      <w:pPr>
        <w:pStyle w:val="Heading3"/>
      </w:pPr>
      <w:r>
        <w:rPr>
          <w:rFonts w:ascii="Calibri" w:hAnsi="Calibri"/>
          <w:b/>
          <w:i w:val="0"/>
          <w:sz w:val="26"/>
        </w:rPr>
        <w:t>Chuẩn bị</w:t>
      </w:r>
    </w:p>
    <w:p>
      <w:pPr>
        <w:spacing w:after="80"/>
      </w:pPr>
      <w:r>
        <w:rPr>
          <w:b w:val="0"/>
          <w:i w:val="0"/>
        </w:rPr>
        <w:t>Hãy tưởng tượng rằng chúng ta cần phân tích thông tin được lưu trong nhật ký bán hàng. Chúng ta sẽ dùng một nhật ký bán hàng có cấu trúc như sau:</w:t>
      </w:r>
    </w:p>
    <w:p>
      <w:pPr>
        <w:spacing w:after="0"/>
        <w:ind w:left="360"/>
        <w:shd w:val="clear" w:color="auto" w:fill="F2F2F2"/>
      </w:pPr>
      <w:r>
        <w:rPr>
          <w:rFonts w:ascii="Consolas" w:hAnsi="Consolas"/>
          <w:sz w:val="18"/>
        </w:rPr>
        <w:t>[&lt;Timestamp in iso format&gt;] - SALE - PRODUCT: &lt;product id&gt; - PRICE: $&lt;price of the sale&gt;</w:t>
      </w:r>
    </w:p>
    <w:p>
      <w:pPr>
        <w:spacing w:after="40"/>
      </w:pPr>
    </w:p>
    <w:p>
      <w:pPr>
        <w:spacing w:after="80"/>
      </w:pPr>
      <w:r>
        <w:rPr>
          <w:b w:val="0"/>
          <w:i w:val="0"/>
        </w:rPr>
        <w:t>Ví dụ, một nhật ký cụ thể có thể trông như thế này:</w:t>
      </w:r>
    </w:p>
    <w:p>
      <w:pPr>
        <w:spacing w:after="0"/>
        <w:ind w:left="360"/>
        <w:shd w:val="clear" w:color="auto" w:fill="F2F2F2"/>
      </w:pPr>
      <w:r>
        <w:rPr>
          <w:rFonts w:ascii="Consolas" w:hAnsi="Consolas"/>
          <w:sz w:val="18"/>
        </w:rPr>
        <w:t>[2018-05-05T10:58:41.504054] - SALE - PRODUCT: 1345 - PRICE: $09.99</w:t>
      </w:r>
    </w:p>
    <w:p>
      <w:pPr>
        <w:spacing w:after="40"/>
      </w:pPr>
    </w:p>
    <w:p>
      <w:pPr>
        <w:spacing w:after="80"/>
      </w:pPr>
      <w:r>
        <w:rPr>
          <w:b w:val="0"/>
          <w:i w:val="0"/>
        </w:rPr>
        <w:t>Lưu ý rằng giá có một số 0 ở đầu. Tất cả các mức giá sẽ có hai chữ số cho phần đô-la và hai chữ số cho phần xu.</w:t>
      </w:r>
    </w:p>
    <w:p>
      <w:pPr>
        <w:spacing w:after="80"/>
      </w:pPr>
      <w:r>
        <w:rPr>
          <w:b/>
          <w:i w:val="0"/>
        </w:rPr>
        <w:t>Lưu ý</w:t>
      </w:r>
    </w:p>
    <w:p>
      <w:pPr>
        <w:spacing w:after="80"/>
      </w:pPr>
      <w:r>
        <w:rPr>
          <w:b w:val="0"/>
          <w:i w:val="0"/>
        </w:rPr>
        <w:t>Tiêu chuẩn ISO 8601 định nghĩa các cách chuẩn để biểu diễn thời gian và ngày tháng. Nó được sử dụng rộng rãi trong thế giới máy tính và có thể được phân tích cũng như tạo ra bởi hầu như bất kỳ ngôn ngữ lập trình nào.</w:t>
      </w:r>
    </w:p>
    <w:p>
      <w:pPr>
        <w:pStyle w:val="Heading3"/>
      </w:pPr>
      <w:r>
        <w:rPr>
          <w:rFonts w:ascii="Calibri" w:hAnsi="Calibri"/>
          <w:b/>
          <w:i w:val="0"/>
          <w:sz w:val="26"/>
        </w:rPr>
        <w:t>Làm thế nào để thực hiện…</w:t>
      </w:r>
    </w:p>
    <w:p>
      <w:pPr>
        <w:spacing w:after="80"/>
        <w:ind w:left="360"/>
      </w:pPr>
      <w:r>
        <w:t xml:space="preserve">1. </w:t>
      </w:r>
      <w:r>
        <w:rPr>
          <w:b w:val="0"/>
          <w:i w:val="0"/>
        </w:rPr>
        <w:t xml:space="preserve">Trong trình thông dịch Python, hãy thực hiện các lệnh import sau. Nhớ chạy </w:t>
      </w:r>
      <w:r>
        <w:rPr>
          <w:rFonts w:ascii="Consolas" w:hAnsi="Consolas"/>
          <w:b w:val="0"/>
          <w:i w:val="0"/>
          <w:sz w:val="20"/>
        </w:rPr>
        <w:br/>
        <w:br/>
        <w:t xml:space="preserve">       uv run python</w:t>
        <w:br/>
        <w:t xml:space="preserve">      </w:t>
        <w:br/>
      </w:r>
      <w:r>
        <w:rPr>
          <w:b w:val="0"/>
          <w:i w:val="0"/>
        </w:rPr>
        <w:t xml:space="preserve"> , lệnh này sẽ dùng </w:t>
      </w:r>
      <w:r>
        <w:rPr>
          <w:rFonts w:ascii="Consolas" w:hAnsi="Consolas"/>
          <w:b w:val="0"/>
          <w:i w:val="0"/>
          <w:sz w:val="20"/>
        </w:rPr>
        <w:br/>
        <w:br/>
        <w:t xml:space="preserve">       virtualenv</w:t>
        <w:br/>
        <w:t xml:space="preserve">      </w:t>
        <w:br/>
      </w:r>
      <w:r>
        <w:rPr>
          <w:b w:val="0"/>
          <w:i w:val="0"/>
        </w:rPr>
        <w:t xml:space="preserve"> của bạn, như đã mô tả trong mục </w:t>
      </w:r>
      <w:r>
        <w:rPr>
          <w:b w:val="0"/>
          <w:i/>
        </w:rPr>
        <w:t xml:space="preserve"> Làm việc với nhiều phiên bản Python và môi trường ảo bằng uv </w:t>
      </w:r>
      <w:r>
        <w:rPr>
          <w:b w:val="0"/>
          <w:i w:val="0"/>
        </w:rPr>
        <w:t xml:space="preserve"> : Chúng ta sẽ dùng kiểu </w:t>
      </w:r>
      <w:r>
        <w:rPr>
          <w:rFonts w:ascii="Consolas" w:hAnsi="Consolas"/>
          <w:b w:val="0"/>
          <w:i w:val="0"/>
          <w:sz w:val="20"/>
        </w:rPr>
        <w:br/>
        <w:br/>
        <w:t xml:space="preserve">         Decimal</w:t>
        <w:br/>
        <w:t xml:space="preserve">        </w:t>
        <w:br/>
      </w:r>
      <w:r>
        <w:rPr>
          <w:b w:val="0"/>
          <w:i w:val="0"/>
        </w:rPr>
        <w:t xml:space="preserve"> để luôn giữ độ chính xác. Thông tin thêm ở phần sau của công thức</w:t>
      </w:r>
    </w:p>
    <w:p>
      <w:pPr>
        <w:spacing w:after="0"/>
        <w:ind w:left="360"/>
        <w:shd w:val="clear" w:color="auto" w:fill="F2F2F2"/>
      </w:pPr>
      <w:r>
        <w:rPr>
          <w:rFonts w:ascii="Consolas" w:hAnsi="Consolas"/>
          <w:sz w:val="18"/>
        </w:rPr>
        <w:t>&gt;&gt;&gt; import pendulum</w:t>
      </w:r>
    </w:p>
    <w:p>
      <w:pPr>
        <w:spacing w:after="0"/>
        <w:ind w:left="360"/>
        <w:shd w:val="clear" w:color="auto" w:fill="F2F2F2"/>
      </w:pPr>
      <w:r>
        <w:rPr>
          <w:rFonts w:ascii="Consolas" w:hAnsi="Consolas"/>
          <w:sz w:val="18"/>
        </w:rPr>
        <w:t>&gt;&gt;&gt; from decimal import Decimal</w:t>
      </w:r>
    </w:p>
    <w:p>
      <w:pPr>
        <w:spacing w:after="40"/>
      </w:pPr>
    </w:p>
    <w:p>
      <w:pPr>
        <w:spacing w:after="80"/>
        <w:ind w:left="360"/>
      </w:pPr>
      <w:r>
        <w:t xml:space="preserve">2. </w:t>
      </w:r>
      <w:r>
        <w:rPr>
          <w:b w:val="0"/>
          <w:i w:val="0"/>
        </w:rPr>
        <w:t>Nhập dòng log cần phân tích:</w:t>
      </w:r>
    </w:p>
    <w:p>
      <w:pPr>
        <w:spacing w:after="0"/>
        <w:ind w:left="360"/>
        <w:shd w:val="clear" w:color="auto" w:fill="F2F2F2"/>
      </w:pPr>
      <w:r>
        <w:rPr>
          <w:rFonts w:ascii="Consolas" w:hAnsi="Consolas"/>
          <w:sz w:val="18"/>
        </w:rPr>
        <w:t>&gt;&gt;&gt; log = '[2025-05-05T11:07:12.267897] - SALE - PRODUCT: 1345 - PRICE: $09.99'</w:t>
      </w:r>
    </w:p>
    <w:p>
      <w:pPr>
        <w:spacing w:after="40"/>
      </w:pPr>
    </w:p>
    <w:p>
      <w:pPr>
        <w:spacing w:after="80"/>
        <w:ind w:left="360"/>
      </w:pPr>
      <w:r>
        <w:t xml:space="preserve">3. </w:t>
      </w:r>
      <w:r>
        <w:rPr>
          <w:b w:val="0"/>
          <w:i w:val="0"/>
        </w:rPr>
        <w:t xml:space="preserve">Tách dòng log thành các phần, được chia bởi dấu - (lưu ý có dấu cách trước và sau dấu gạch ngang). Chúng ta bỏ qua phần </w:t>
      </w:r>
      <w:r>
        <w:rPr>
          <w:rFonts w:ascii="Consolas" w:hAnsi="Consolas"/>
          <w:b w:val="0"/>
          <w:i w:val="0"/>
          <w:sz w:val="20"/>
        </w:rPr>
        <w:br/>
        <w:br/>
        <w:t xml:space="preserve">       SALE</w:t>
        <w:br/>
        <w:t xml:space="preserve">      </w:t>
        <w:br/>
      </w:r>
      <w:r>
        <w:rPr>
          <w:b w:val="0"/>
          <w:i w:val="0"/>
        </w:rPr>
        <w:t xml:space="preserve"> vì nó không thêm thông tin hữu ích nào:</w:t>
      </w:r>
    </w:p>
    <w:p>
      <w:pPr>
        <w:spacing w:after="0"/>
        <w:ind w:left="360"/>
        <w:shd w:val="clear" w:color="auto" w:fill="F2F2F2"/>
      </w:pPr>
      <w:r>
        <w:rPr>
          <w:rFonts w:ascii="Consolas" w:hAnsi="Consolas"/>
          <w:sz w:val="18"/>
        </w:rPr>
        <w:t>&gt;&gt;&gt; divide_it = log.split(' - ')</w:t>
      </w:r>
    </w:p>
    <w:p>
      <w:pPr>
        <w:spacing w:after="0"/>
        <w:ind w:left="360"/>
        <w:shd w:val="clear" w:color="auto" w:fill="F2F2F2"/>
      </w:pPr>
      <w:r>
        <w:rPr>
          <w:rFonts w:ascii="Consolas" w:hAnsi="Consolas"/>
          <w:sz w:val="18"/>
        </w:rPr>
        <w:t>&gt;&gt;&gt; timestamp_string, _, product_string, price_string = divide_it</w:t>
      </w:r>
    </w:p>
    <w:p>
      <w:pPr>
        <w:spacing w:after="40"/>
      </w:pPr>
    </w:p>
    <w:p>
      <w:pPr>
        <w:spacing w:after="80"/>
        <w:ind w:left="360"/>
      </w:pPr>
      <w:r>
        <w:t xml:space="preserve">4. </w:t>
      </w:r>
      <w:r>
        <w:rPr>
          <w:b w:val="0"/>
          <w:i w:val="0"/>
        </w:rPr>
        <w:t>Phân tích dấu thời gian thành đối tượng datetime:</w:t>
      </w:r>
    </w:p>
    <w:p>
      <w:pPr>
        <w:spacing w:after="0"/>
        <w:ind w:left="360"/>
        <w:shd w:val="clear" w:color="auto" w:fill="F2F2F2"/>
      </w:pPr>
      <w:r>
        <w:rPr>
          <w:rFonts w:ascii="Consolas" w:hAnsi="Consolas"/>
          <w:sz w:val="18"/>
        </w:rPr>
        <w:t>&gt;&gt;&gt; timestamp = pendulum.parse(timestamp_string.strip('[]'))</w:t>
      </w:r>
    </w:p>
    <w:p>
      <w:pPr>
        <w:spacing w:after="40"/>
      </w:pPr>
    </w:p>
    <w:p>
      <w:pPr>
        <w:spacing w:after="80"/>
        <w:ind w:left="360"/>
      </w:pPr>
      <w:r>
        <w:t xml:space="preserve">5. </w:t>
      </w:r>
      <w:r>
        <w:rPr>
          <w:b w:val="0"/>
          <w:i w:val="0"/>
        </w:rPr>
        <w:t xml:space="preserve">Phân tích </w:t>
      </w:r>
      <w:r>
        <w:rPr>
          <w:rFonts w:ascii="Consolas" w:hAnsi="Consolas"/>
          <w:b w:val="0"/>
          <w:i w:val="0"/>
          <w:sz w:val="20"/>
        </w:rPr>
        <w:br/>
        <w:br/>
        <w:t xml:space="preserve">       product_id</w:t>
        <w:br/>
        <w:t xml:space="preserve">      </w:t>
        <w:br/>
      </w:r>
      <w:r>
        <w:rPr>
          <w:b w:val="0"/>
          <w:i w:val="0"/>
        </w:rPr>
        <w:t xml:space="preserve"> thành số nguyên:</w:t>
      </w:r>
    </w:p>
    <w:p>
      <w:pPr>
        <w:spacing w:after="0"/>
        <w:ind w:left="360"/>
        <w:shd w:val="clear" w:color="auto" w:fill="F2F2F2"/>
      </w:pPr>
      <w:r>
        <w:rPr>
          <w:rFonts w:ascii="Consolas" w:hAnsi="Consolas"/>
          <w:sz w:val="18"/>
        </w:rPr>
        <w:t>&gt;&gt;&gt; product_id = int(product_string.split(':')[-1])</w:t>
      </w:r>
    </w:p>
    <w:p>
      <w:pPr>
        <w:spacing w:after="40"/>
      </w:pPr>
    </w:p>
    <w:p>
      <w:pPr>
        <w:spacing w:after="80"/>
        <w:ind w:left="360"/>
      </w:pPr>
      <w:r>
        <w:t xml:space="preserve">6. </w:t>
      </w:r>
      <w:r>
        <w:rPr>
          <w:b w:val="0"/>
          <w:i w:val="0"/>
        </w:rPr>
        <w:t xml:space="preserve">Phân tích giá thành kiểu </w:t>
      </w:r>
      <w:r>
        <w:rPr>
          <w:rFonts w:ascii="Consolas" w:hAnsi="Consolas"/>
          <w:b w:val="0"/>
          <w:i w:val="0"/>
          <w:sz w:val="20"/>
        </w:rPr>
        <w:br/>
        <w:br/>
        <w:t xml:space="preserve">       Decimal</w:t>
        <w:br/>
        <w:t xml:space="preserve">      </w:t>
        <w:br/>
      </w:r>
      <w:r>
        <w:rPr>
          <w:b w:val="0"/>
          <w:i w:val="0"/>
        </w:rPr>
        <w:t xml:space="preserve"> :</w:t>
      </w:r>
    </w:p>
    <w:p>
      <w:pPr>
        <w:spacing w:after="0"/>
        <w:ind w:left="360"/>
        <w:shd w:val="clear" w:color="auto" w:fill="F2F2F2"/>
      </w:pPr>
      <w:r>
        <w:rPr>
          <w:rFonts w:ascii="Consolas" w:hAnsi="Consolas"/>
          <w:sz w:val="18"/>
        </w:rPr>
        <w:t>&gt;&gt;&gt; price = Decimal(price_string.split('$')[-1])</w:t>
      </w:r>
    </w:p>
    <w:p>
      <w:pPr>
        <w:spacing w:after="40"/>
      </w:pPr>
    </w:p>
    <w:p>
      <w:pPr>
        <w:spacing w:after="80"/>
        <w:ind w:left="360"/>
      </w:pPr>
      <w:r>
        <w:t xml:space="preserve">7. </w:t>
      </w:r>
      <w:r>
        <w:rPr>
          <w:b w:val="0"/>
          <w:i w:val="0"/>
        </w:rPr>
        <w:t>Giờ bạn đã có tất cả các giá trị ở định dạng Python gốc:</w:t>
      </w:r>
    </w:p>
    <w:p>
      <w:pPr>
        <w:spacing w:after="0"/>
        <w:ind w:left="360"/>
        <w:shd w:val="clear" w:color="auto" w:fill="F2F2F2"/>
      </w:pPr>
      <w:r>
        <w:rPr>
          <w:rFonts w:ascii="Consolas" w:hAnsi="Consolas"/>
          <w:sz w:val="18"/>
        </w:rPr>
        <w:t>&gt;&gt;&gt; timestamp, product_id, price</w:t>
      </w:r>
    </w:p>
    <w:p>
      <w:pPr>
        <w:spacing w:after="0"/>
        <w:ind w:left="360"/>
        <w:shd w:val="clear" w:color="auto" w:fill="F2F2F2"/>
      </w:pPr>
      <w:r>
        <w:rPr>
          <w:rFonts w:ascii="Consolas" w:hAnsi="Consolas"/>
          <w:sz w:val="18"/>
        </w:rPr>
        <w:t>(DateTime(2025, 5, 5, 11, 7, 12, 267897, tzinfo=Timezone('UTC')), 1345, Decimal('9.99'))</w:t>
      </w:r>
    </w:p>
    <w:p>
      <w:pPr>
        <w:spacing w:after="40"/>
      </w:pPr>
    </w:p>
    <w:p>
      <w:pPr>
        <w:pStyle w:val="Heading3"/>
      </w:pPr>
      <w:r>
        <w:rPr>
          <w:rFonts w:ascii="Calibri" w:hAnsi="Calibri"/>
          <w:b/>
          <w:i w:val="0"/>
          <w:sz w:val="26"/>
        </w:rPr>
        <w:t>Cách hoạt động…</w:t>
      </w:r>
    </w:p>
    <w:p>
      <w:pPr>
        <w:spacing w:after="80"/>
      </w:pPr>
      <w:r>
        <w:rPr>
          <w:b w:val="0"/>
          <w:i w:val="0"/>
        </w:rPr>
        <w:t xml:space="preserve">Nguyên lý cơ bản ở đây là tách riêng từng phần tử rồi phân tích chúng thành đúng kiểu dữ liệu. Bước đầu tiên là tách toàn bộ dòng log thành các phần nhỏ hơn. Chuỗi </w:t>
      </w:r>
      <w:r>
        <w:rPr>
          <w:rFonts w:ascii="Consolas" w:hAnsi="Consolas"/>
          <w:b w:val="0"/>
          <w:i w:val="0"/>
          <w:sz w:val="20"/>
        </w:rPr>
        <w:br/>
        <w:br/>
        <w:t xml:space="preserve">      –</w:t>
        <w:br/>
        <w:t xml:space="preserve">     </w:t>
        <w:br/>
      </w:r>
      <w:r>
        <w:rPr>
          <w:b w:val="0"/>
          <w:i w:val="0"/>
        </w:rPr>
        <w:t xml:space="preserve"> (dấu gạch ngang) là dấu phân cách tốt, vì nó chia dòng log thành bốn phần—một phần dấu thời gian, một phần chỉ chứa từ </w:t>
      </w:r>
      <w:r>
        <w:rPr>
          <w:rFonts w:ascii="Consolas" w:hAnsi="Consolas"/>
          <w:b w:val="0"/>
          <w:i w:val="0"/>
          <w:sz w:val="20"/>
        </w:rPr>
        <w:br/>
        <w:br/>
        <w:t xml:space="preserve">      SALE</w:t>
        <w:br/>
        <w:t xml:space="preserve">     </w:t>
        <w:br/>
      </w:r>
      <w:r>
        <w:rPr>
          <w:b w:val="0"/>
          <w:i w:val="0"/>
        </w:rPr>
        <w:t xml:space="preserve"> , phần sản phẩm, và phần giá.</w:t>
      </w:r>
    </w:p>
    <w:p>
      <w:pPr>
        <w:spacing w:after="80"/>
      </w:pPr>
      <w:r>
        <w:rPr>
          <w:b w:val="0"/>
          <w:i w:val="0"/>
        </w:rPr>
        <w:t xml:space="preserve">Với dấu thời gian, chúng ta cần tách riêng định dạng ISO, vốn nằm trong dấu ngoặc vuông trong dòng log. Đó là lý do dấu thời gian được loại bỏ dấu ngoặc. Chúng ta dùng mô-đun </w:t>
      </w:r>
      <w:r>
        <w:rPr>
          <w:rFonts w:ascii="Consolas" w:hAnsi="Consolas"/>
          <w:b w:val="0"/>
          <w:i w:val="0"/>
          <w:sz w:val="20"/>
        </w:rPr>
        <w:br/>
        <w:br/>
        <w:t xml:space="preserve">      pendulum</w:t>
        <w:br/>
        <w:t xml:space="preserve">     </w:t>
        <w:br/>
      </w:r>
      <w:r>
        <w:rPr>
          <w:b w:val="0"/>
          <w:i w:val="0"/>
        </w:rPr>
        <w:t xml:space="preserve"> (đã giới thiệu trước đó) để phân tích nó thành đối tượng </w:t>
      </w:r>
      <w:r>
        <w:rPr>
          <w:rFonts w:ascii="Consolas" w:hAnsi="Consolas"/>
          <w:b w:val="0"/>
          <w:i w:val="0"/>
          <w:sz w:val="20"/>
        </w:rPr>
        <w:br/>
        <w:br/>
        <w:t xml:space="preserve">      DateTime</w:t>
        <w:br/>
        <w:t xml:space="preserve">     </w:t>
        <w:br/>
      </w:r>
      <w:r>
        <w:rPr>
          <w:b w:val="0"/>
          <w:i w:val="0"/>
        </w:rPr>
        <w:t xml:space="preserve"> .</w:t>
      </w:r>
    </w:p>
    <w:p>
      <w:pPr>
        <w:spacing w:after="80"/>
      </w:pPr>
      <w:r>
        <w:rPr>
          <w:b w:val="0"/>
          <w:i w:val="0"/>
        </w:rPr>
        <w:t xml:space="preserve">Từ </w:t>
      </w:r>
      <w:r>
        <w:rPr>
          <w:rFonts w:ascii="Consolas" w:hAnsi="Consolas"/>
          <w:b w:val="0"/>
          <w:i w:val="0"/>
          <w:sz w:val="20"/>
        </w:rPr>
        <w:br/>
        <w:br/>
        <w:t xml:space="preserve">      SALE</w:t>
        <w:br/>
        <w:t xml:space="preserve">     </w:t>
        <w:br/>
      </w:r>
      <w:r>
        <w:rPr>
          <w:b w:val="0"/>
          <w:i w:val="0"/>
        </w:rPr>
        <w:t xml:space="preserve"> bị bỏ qua. Không có thông tin hữu ích nào ở đó.</w:t>
      </w:r>
    </w:p>
    <w:p>
      <w:pPr>
        <w:spacing w:after="80"/>
      </w:pPr>
      <w:r>
        <w:rPr>
          <w:b w:val="0"/>
          <w:i w:val="0"/>
        </w:rPr>
        <w:t>Để tách riêng product ID, chúng ta chia phần sản phẩm tại dấu hai chấm. Sau đó phân tích phần tử cuối cùng thành số nguyên:</w:t>
      </w:r>
    </w:p>
    <w:p>
      <w:pPr>
        <w:spacing w:after="0"/>
        <w:ind w:left="360"/>
        <w:shd w:val="clear" w:color="auto" w:fill="F2F2F2"/>
      </w:pPr>
      <w:r>
        <w:rPr>
          <w:rFonts w:ascii="Consolas" w:hAnsi="Consolas"/>
          <w:sz w:val="18"/>
        </w:rPr>
        <w:t>&gt;&gt;&gt; product_string.split(':')</w:t>
      </w:r>
    </w:p>
    <w:p>
      <w:pPr>
        <w:spacing w:after="0"/>
        <w:ind w:left="360"/>
        <w:shd w:val="clear" w:color="auto" w:fill="F2F2F2"/>
      </w:pPr>
      <w:r>
        <w:rPr>
          <w:rFonts w:ascii="Consolas" w:hAnsi="Consolas"/>
          <w:sz w:val="18"/>
        </w:rPr>
        <w:t>['PRODUCT', ' 1345']</w:t>
      </w:r>
    </w:p>
    <w:p>
      <w:pPr>
        <w:spacing w:after="0"/>
        <w:ind w:left="360"/>
        <w:shd w:val="clear" w:color="auto" w:fill="F2F2F2"/>
      </w:pPr>
      <w:r>
        <w:rPr>
          <w:rFonts w:ascii="Consolas" w:hAnsi="Consolas"/>
          <w:sz w:val="18"/>
        </w:rPr>
        <w:t>&gt;&gt;&gt; int(' 1345')</w:t>
      </w:r>
    </w:p>
    <w:p>
      <w:pPr>
        <w:spacing w:after="0"/>
        <w:ind w:left="360"/>
        <w:shd w:val="clear" w:color="auto" w:fill="F2F2F2"/>
      </w:pPr>
      <w:r>
        <w:rPr>
          <w:rFonts w:ascii="Consolas" w:hAnsi="Consolas"/>
          <w:sz w:val="18"/>
        </w:rPr>
        <w:t>1345</w:t>
      </w:r>
    </w:p>
    <w:p>
      <w:pPr>
        <w:spacing w:after="40"/>
      </w:pPr>
    </w:p>
    <w:p>
      <w:pPr>
        <w:spacing w:after="80"/>
      </w:pPr>
      <w:r>
        <w:rPr>
          <w:b w:val="0"/>
          <w:i w:val="0"/>
        </w:rPr>
        <w:t xml:space="preserve">Để tách giá, chúng ta dùng ký hiệu đô la làm dấu phân cách, và phân tích nó thành ký tự </w:t>
      </w:r>
      <w:r>
        <w:rPr>
          <w:rFonts w:ascii="Consolas" w:hAnsi="Consolas"/>
          <w:b w:val="0"/>
          <w:i w:val="0"/>
          <w:sz w:val="20"/>
        </w:rPr>
        <w:br/>
        <w:br/>
        <w:t xml:space="preserve">      Decimal</w:t>
        <w:br/>
        <w:t xml:space="preserve">     </w:t>
        <w:br/>
      </w:r>
      <w:r>
        <w:rPr>
          <w:b w:val="0"/>
          <w:i w:val="0"/>
        </w:rPr>
        <w:t xml:space="preserve"> :</w:t>
      </w:r>
    </w:p>
    <w:p>
      <w:pPr>
        <w:spacing w:after="0"/>
        <w:ind w:left="360"/>
        <w:shd w:val="clear" w:color="auto" w:fill="F2F2F2"/>
      </w:pPr>
      <w:r>
        <w:rPr>
          <w:rFonts w:ascii="Consolas" w:hAnsi="Consolas"/>
          <w:sz w:val="18"/>
        </w:rPr>
        <w:t>&gt;&gt;&gt; price_string.split('$')</w:t>
      </w:r>
    </w:p>
    <w:p>
      <w:pPr>
        <w:spacing w:after="0"/>
        <w:ind w:left="360"/>
        <w:shd w:val="clear" w:color="auto" w:fill="F2F2F2"/>
      </w:pPr>
      <w:r>
        <w:rPr>
          <w:rFonts w:ascii="Consolas" w:hAnsi="Consolas"/>
          <w:sz w:val="18"/>
        </w:rPr>
        <w:t>['PRICE: ', '09.99']</w:t>
      </w:r>
    </w:p>
    <w:p>
      <w:pPr>
        <w:spacing w:after="0"/>
        <w:ind w:left="360"/>
        <w:shd w:val="clear" w:color="auto" w:fill="F2F2F2"/>
      </w:pPr>
      <w:r>
        <w:rPr>
          <w:rFonts w:ascii="Consolas" w:hAnsi="Consolas"/>
          <w:sz w:val="18"/>
        </w:rPr>
        <w:t>&gt;&gt;&gt; Decimal('09.99')</w:t>
      </w:r>
    </w:p>
    <w:p>
      <w:pPr>
        <w:spacing w:after="0"/>
        <w:ind w:left="360"/>
        <w:shd w:val="clear" w:color="auto" w:fill="F2F2F2"/>
      </w:pPr>
      <w:r>
        <w:rPr>
          <w:rFonts w:ascii="Consolas" w:hAnsi="Consolas"/>
          <w:sz w:val="18"/>
        </w:rPr>
        <w:t>Decimal('9.99')</w:t>
      </w:r>
    </w:p>
    <w:p>
      <w:pPr>
        <w:spacing w:after="40"/>
      </w:pPr>
    </w:p>
    <w:p>
      <w:pPr>
        <w:spacing w:after="80"/>
      </w:pPr>
      <w:r>
        <w:rPr>
          <w:b w:val="0"/>
          <w:i w:val="0"/>
        </w:rPr>
        <w:t>Như đã mô tả ở phần tiếp theo, đừng phân tích giá trị này thành kiểu float, vì nó sẽ làm thay đổi độ chính xác.</w:t>
      </w:r>
    </w:p>
    <w:p>
      <w:pPr>
        <w:pStyle w:val="Heading3"/>
      </w:pPr>
      <w:r>
        <w:rPr>
          <w:rFonts w:ascii="Calibri" w:hAnsi="Calibri"/>
          <w:b/>
          <w:i w:val="0"/>
          <w:sz w:val="26"/>
        </w:rPr>
        <w:t>Còn nữa…</w:t>
      </w:r>
    </w:p>
    <w:p>
      <w:pPr>
        <w:spacing w:after="80"/>
      </w:pPr>
      <w:r>
        <w:rPr>
          <w:b w:val="0"/>
          <w:i w:val="0"/>
        </w:rPr>
        <w:t>Những phần tử log này có thể được kết hợp lại thành một đối tượng duy nhất, giúp việc phân tích cú pháp và tổng hợp chúng dễ dàng hơn. Ví dụ, chúng ta có thể định nghĩa một class trong mã Python như sau:</w:t>
      </w:r>
    </w:p>
    <w:p>
      <w:pPr>
        <w:spacing w:after="0"/>
        <w:ind w:left="360"/>
        <w:shd w:val="clear" w:color="auto" w:fill="F2F2F2"/>
      </w:pPr>
      <w:r>
        <w:rPr>
          <w:rFonts w:ascii="Consolas" w:hAnsi="Consolas"/>
          <w:sz w:val="18"/>
        </w:rPr>
        <w:t>class PriceLog(object):</w:t>
      </w:r>
    </w:p>
    <w:p>
      <w:pPr>
        <w:spacing w:after="0"/>
        <w:ind w:left="360"/>
        <w:shd w:val="clear" w:color="auto" w:fill="F2F2F2"/>
      </w:pPr>
      <w:r>
        <w:rPr>
          <w:rFonts w:ascii="Consolas" w:hAnsi="Consolas"/>
          <w:sz w:val="18"/>
        </w:rPr>
        <w:t xml:space="preserve">  def __init__(self, timestamp, product_id, price):</w:t>
      </w:r>
    </w:p>
    <w:p>
      <w:pPr>
        <w:spacing w:after="0"/>
        <w:ind w:left="360"/>
        <w:shd w:val="clear" w:color="auto" w:fill="F2F2F2"/>
      </w:pPr>
      <w:r>
        <w:rPr>
          <w:rFonts w:ascii="Consolas" w:hAnsi="Consolas"/>
          <w:sz w:val="18"/>
        </w:rPr>
        <w:t xml:space="preserve">    self.timestamp = timestamp</w:t>
      </w:r>
    </w:p>
    <w:p>
      <w:pPr>
        <w:spacing w:after="0"/>
        <w:ind w:left="360"/>
        <w:shd w:val="clear" w:color="auto" w:fill="F2F2F2"/>
      </w:pPr>
      <w:r>
        <w:rPr>
          <w:rFonts w:ascii="Consolas" w:hAnsi="Consolas"/>
          <w:sz w:val="18"/>
        </w:rPr>
        <w:t xml:space="preserve">    self.product_id = product_id</w:t>
      </w:r>
    </w:p>
    <w:p>
      <w:pPr>
        <w:spacing w:after="0"/>
        <w:ind w:left="360"/>
        <w:shd w:val="clear" w:color="auto" w:fill="F2F2F2"/>
      </w:pPr>
      <w:r>
        <w:rPr>
          <w:rFonts w:ascii="Consolas" w:hAnsi="Consolas"/>
          <w:sz w:val="18"/>
        </w:rPr>
        <w:t xml:space="preserve">    self.price = price</w:t>
      </w:r>
    </w:p>
    <w:p>
      <w:pPr>
        <w:spacing w:after="0"/>
        <w:ind w:left="360"/>
        <w:shd w:val="clear" w:color="auto" w:fill="F2F2F2"/>
      </w:pPr>
      <w:r>
        <w:rPr>
          <w:rFonts w:ascii="Consolas" w:hAnsi="Consolas"/>
          <w:sz w:val="18"/>
        </w:rPr>
        <w:t xml:space="preserve">  def __repr__(self):</w:t>
      </w:r>
    </w:p>
    <w:p>
      <w:pPr>
        <w:spacing w:after="0"/>
        <w:ind w:left="360"/>
        <w:shd w:val="clear" w:color="auto" w:fill="F2F2F2"/>
      </w:pPr>
      <w:r>
        <w:rPr>
          <w:rFonts w:ascii="Consolas" w:hAnsi="Consolas"/>
          <w:sz w:val="18"/>
        </w:rPr>
        <w:t xml:space="preserve">    return '&lt;PriceLog ({}, {}, {})&gt;'.format(self.timestamp,</w:t>
      </w:r>
    </w:p>
    <w:p>
      <w:pPr>
        <w:spacing w:after="0"/>
        <w:ind w:left="360"/>
        <w:shd w:val="clear" w:color="auto" w:fill="F2F2F2"/>
      </w:pPr>
      <w:r>
        <w:rPr>
          <w:rFonts w:ascii="Consolas" w:hAnsi="Consolas"/>
          <w:sz w:val="18"/>
        </w:rPr>
        <w:t xml:space="preserve">                                            self.product_id,</w:t>
      </w:r>
    </w:p>
    <w:p>
      <w:pPr>
        <w:spacing w:after="0"/>
        <w:ind w:left="360"/>
        <w:shd w:val="clear" w:color="auto" w:fill="F2F2F2"/>
      </w:pPr>
      <w:r>
        <w:rPr>
          <w:rFonts w:ascii="Consolas" w:hAnsi="Consolas"/>
          <w:sz w:val="18"/>
        </w:rPr>
        <w:t xml:space="preserve">                                            self.price)</w:t>
      </w:r>
    </w:p>
    <w:p>
      <w:pPr>
        <w:spacing w:after="0"/>
        <w:ind w:left="360"/>
        <w:shd w:val="clear" w:color="auto" w:fill="F2F2F2"/>
      </w:pPr>
      <w:r>
        <w:rPr>
          <w:rFonts w:ascii="Consolas" w:hAnsi="Consolas"/>
          <w:sz w:val="18"/>
        </w:rPr>
        <w:t xml:space="preserve"> @classmethod</w:t>
      </w:r>
    </w:p>
    <w:p>
      <w:pPr>
        <w:spacing w:after="0"/>
        <w:ind w:left="360"/>
        <w:shd w:val="clear" w:color="auto" w:fill="F2F2F2"/>
      </w:pPr>
      <w:r>
        <w:rPr>
          <w:rFonts w:ascii="Consolas" w:hAnsi="Consolas"/>
          <w:sz w:val="18"/>
        </w:rPr>
        <w:t>def parse(cls, text_log):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Parse from a text log with the format</w:t>
      </w:r>
    </w:p>
    <w:p>
      <w:pPr>
        <w:spacing w:after="0"/>
        <w:ind w:left="360"/>
        <w:shd w:val="clear" w:color="auto" w:fill="F2F2F2"/>
      </w:pPr>
      <w:r>
        <w:rPr>
          <w:rFonts w:ascii="Consolas" w:hAnsi="Consolas"/>
          <w:sz w:val="18"/>
        </w:rPr>
        <w:t xml:space="preserve">    [&lt;Timestamp&gt;] - SALE - PRODUCT: &lt;product id&gt; - PRICE: $&lt;price&gt;</w:t>
      </w:r>
    </w:p>
    <w:p>
      <w:pPr>
        <w:spacing w:after="0"/>
        <w:ind w:left="360"/>
        <w:shd w:val="clear" w:color="auto" w:fill="F2F2F2"/>
      </w:pPr>
      <w:r>
        <w:rPr>
          <w:rFonts w:ascii="Consolas" w:hAnsi="Consolas"/>
          <w:sz w:val="18"/>
        </w:rPr>
        <w:t xml:space="preserve">    to a PriceLog object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divide_it = text_log.split(' - ')</w:t>
      </w:r>
    </w:p>
    <w:p>
      <w:pPr>
        <w:spacing w:after="0"/>
        <w:ind w:left="360"/>
        <w:shd w:val="clear" w:color="auto" w:fill="F2F2F2"/>
      </w:pPr>
      <w:r>
        <w:rPr>
          <w:rFonts w:ascii="Consolas" w:hAnsi="Consolas"/>
          <w:sz w:val="18"/>
        </w:rPr>
        <w:t xml:space="preserve">    tmp_string, _, product_string, price_string = divide_it</w:t>
      </w:r>
    </w:p>
    <w:p>
      <w:pPr>
        <w:spacing w:after="0"/>
        <w:ind w:left="360"/>
        <w:shd w:val="clear" w:color="auto" w:fill="F2F2F2"/>
      </w:pPr>
      <w:r>
        <w:rPr>
          <w:rFonts w:ascii="Consolas" w:hAnsi="Consolas"/>
          <w:sz w:val="18"/>
        </w:rPr>
        <w:t xml:space="preserve">    timestamp = pendulum.parse(tmp_string.strip('[]'))</w:t>
      </w:r>
    </w:p>
    <w:p>
      <w:pPr>
        <w:spacing w:after="0"/>
        <w:ind w:left="360"/>
        <w:shd w:val="clear" w:color="auto" w:fill="F2F2F2"/>
      </w:pPr>
      <w:r>
        <w:rPr>
          <w:rFonts w:ascii="Consolas" w:hAnsi="Consolas"/>
          <w:sz w:val="18"/>
        </w:rPr>
        <w:t xml:space="preserve">    product_id = int(product_string.split(':')[-1])</w:t>
      </w:r>
    </w:p>
    <w:p>
      <w:pPr>
        <w:spacing w:after="0"/>
        <w:ind w:left="360"/>
        <w:shd w:val="clear" w:color="auto" w:fill="F2F2F2"/>
      </w:pPr>
      <w:r>
        <w:rPr>
          <w:rFonts w:ascii="Consolas" w:hAnsi="Consolas"/>
          <w:sz w:val="18"/>
        </w:rPr>
        <w:t xml:space="preserve">    price = Decimal(price_string.split('$')[-1])</w:t>
      </w:r>
    </w:p>
    <w:p>
      <w:pPr>
        <w:spacing w:after="0"/>
        <w:ind w:left="360"/>
        <w:shd w:val="clear" w:color="auto" w:fill="F2F2F2"/>
      </w:pPr>
      <w:r>
        <w:rPr>
          <w:rFonts w:ascii="Consolas" w:hAnsi="Consolas"/>
          <w:sz w:val="18"/>
        </w:rPr>
        <w:t xml:space="preserve">    return cls(timestamp=timestamp, product_id=product_id, price=price)</w:t>
      </w:r>
    </w:p>
    <w:p>
      <w:pPr>
        <w:spacing w:after="40"/>
      </w:pPr>
    </w:p>
    <w:p>
      <w:pPr>
        <w:spacing w:after="80"/>
      </w:pPr>
      <w:r>
        <w:rPr>
          <w:b w:val="0"/>
          <w:i w:val="0"/>
        </w:rPr>
        <w:t>Vậy, việc phân tích cú pháp có thể được thực hiện như sau:</w:t>
      </w:r>
    </w:p>
    <w:p>
      <w:pPr>
        <w:spacing w:after="0"/>
        <w:ind w:left="360"/>
        <w:shd w:val="clear" w:color="auto" w:fill="F2F2F2"/>
      </w:pPr>
      <w:r>
        <w:rPr>
          <w:rFonts w:ascii="Consolas" w:hAnsi="Consolas"/>
          <w:sz w:val="18"/>
        </w:rPr>
        <w:t>&gt;&gt;&gt; log = '[2018-05-05T12:58:59.998903] - SALE - PRODUCT: 897 - PRICE: $17.99'</w:t>
      </w:r>
    </w:p>
    <w:p>
      <w:pPr>
        <w:spacing w:after="0"/>
        <w:ind w:left="360"/>
        <w:shd w:val="clear" w:color="auto" w:fill="F2F2F2"/>
      </w:pPr>
      <w:r>
        <w:rPr>
          <w:rFonts w:ascii="Consolas" w:hAnsi="Consolas"/>
          <w:sz w:val="18"/>
        </w:rPr>
        <w:t>&gt;&gt;&gt; PriceLog.parse(log)</w:t>
      </w:r>
    </w:p>
    <w:p>
      <w:pPr>
        <w:spacing w:after="0"/>
        <w:ind w:left="360"/>
        <w:shd w:val="clear" w:color="auto" w:fill="F2F2F2"/>
      </w:pPr>
      <w:r>
        <w:rPr>
          <w:rFonts w:ascii="Consolas" w:hAnsi="Consolas"/>
          <w:sz w:val="18"/>
        </w:rPr>
        <w:t>&lt;PriceLog (2018-05-05 12:58:59.998903+00:00, 897, 17.99)&gt;</w:t>
      </w:r>
    </w:p>
    <w:p>
      <w:pPr>
        <w:spacing w:after="40"/>
      </w:pPr>
    </w:p>
    <w:p>
      <w:pPr>
        <w:spacing w:after="80"/>
      </w:pPr>
      <w:r>
        <w:rPr>
          <w:b w:val="0"/>
          <w:i w:val="0"/>
        </w:rPr>
        <w:t>Tránh dùng kiểu float cho giá cả. Float có vấn đề về độ chính xác, có thể tạo ra những lỗi kỳ lạ khi tổng hợp nhiều mức giá, ví dụ:</w:t>
      </w:r>
    </w:p>
    <w:p>
      <w:pPr>
        <w:spacing w:after="0"/>
        <w:ind w:left="360"/>
        <w:shd w:val="clear" w:color="auto" w:fill="F2F2F2"/>
      </w:pPr>
      <w:r>
        <w:rPr>
          <w:rFonts w:ascii="Consolas" w:hAnsi="Consolas"/>
          <w:sz w:val="18"/>
        </w:rPr>
        <w:t>&gt;&gt;&gt; 0.1 + 0.1 + 0.1</w:t>
      </w:r>
    </w:p>
    <w:p>
      <w:pPr>
        <w:spacing w:after="0"/>
        <w:ind w:left="360"/>
        <w:shd w:val="clear" w:color="auto" w:fill="F2F2F2"/>
      </w:pPr>
      <w:r>
        <w:rPr>
          <w:rFonts w:ascii="Consolas" w:hAnsi="Consolas"/>
          <w:sz w:val="18"/>
        </w:rPr>
        <w:t>0.30000000000000004</w:t>
      </w:r>
    </w:p>
    <w:p>
      <w:pPr>
        <w:spacing w:after="40"/>
      </w:pPr>
    </w:p>
    <w:p>
      <w:pPr>
        <w:spacing w:after="80"/>
      </w:pPr>
      <w:r>
        <w:rPr>
          <w:b w:val="0"/>
          <w:i w:val="0"/>
        </w:rPr>
        <w:t>Hãy thử hai cách sau để tránh mọi rắc rối:</w:t>
      </w:r>
    </w:p>
    <w:p>
      <w:pPr>
        <w:spacing w:after="80"/>
        <w:ind w:left="360"/>
      </w:pPr>
      <w:r>
        <w:t xml:space="preserve">• </w:t>
      </w:r>
      <w:r>
        <w:rPr>
          <w:b/>
          <w:i w:val="0"/>
        </w:rPr>
        <w:t xml:space="preserve"> Dùng đơn vị cơ sở là cent dạng số nguyên </w:t>
      </w:r>
      <w:r>
        <w:rPr>
          <w:b w:val="0"/>
          <w:i w:val="0"/>
        </w:rPr>
        <w:t xml:space="preserve">: Nghĩa là nhân đầu vào tiền tệ với 100 và chuyển chúng thành </w:t>
      </w:r>
      <w:r>
        <w:rPr>
          <w:rFonts w:ascii="Consolas" w:hAnsi="Consolas"/>
          <w:b w:val="0"/>
          <w:i w:val="0"/>
          <w:sz w:val="20"/>
        </w:rPr>
        <w:br/>
        <w:br/>
        <w:t xml:space="preserve">       Integers</w:t>
        <w:br/>
        <w:t xml:space="preserve">      </w:t>
        <w:br/>
      </w:r>
      <w:r>
        <w:rPr>
          <w:b w:val="0"/>
          <w:i w:val="0"/>
        </w:rPr>
        <w:t xml:space="preserve"> (hoặc bất kỳ đơn vị phần lẻ nào phù hợp với loại tiền tệ đang dùng). Bạn vẫn có thể muốn đổi đơn vị cơ sở khi hiển thị chúng.</w:t>
      </w:r>
    </w:p>
    <w:p>
      <w:pPr>
        <w:spacing w:after="80"/>
        <w:ind w:left="360"/>
      </w:pPr>
      <w:r>
        <w:t xml:space="preserve">• </w:t>
      </w:r>
      <w:r>
        <w:rPr>
          <w:b/>
          <w:i w:val="0"/>
        </w:rPr>
        <w:t xml:space="preserve"> Phân tích thành kiểu decimal </w:t>
      </w:r>
      <w:r>
        <w:rPr>
          <w:b w:val="0"/>
          <w:i w:val="0"/>
        </w:rPr>
        <w:t xml:space="preserve">: Kiểu </w:t>
      </w:r>
      <w:r>
        <w:rPr>
          <w:rFonts w:ascii="Consolas" w:hAnsi="Consolas"/>
          <w:b w:val="0"/>
          <w:i w:val="0"/>
          <w:sz w:val="20"/>
        </w:rPr>
        <w:br/>
        <w:br/>
        <w:t xml:space="preserve">       Decimal</w:t>
        <w:br/>
        <w:t xml:space="preserve">      </w:t>
        <w:br/>
      </w:r>
      <w:r>
        <w:rPr>
          <w:b w:val="0"/>
          <w:i w:val="0"/>
        </w:rPr>
        <w:t xml:space="preserve"> giữ độ chính xác cố định và hoạt động đúng như bạn mong đợi. Bạn có thể tìm thêm thông tin về kiểu </w:t>
      </w:r>
      <w:r>
        <w:rPr>
          <w:rFonts w:ascii="Consolas" w:hAnsi="Consolas"/>
          <w:b w:val="0"/>
          <w:i w:val="0"/>
          <w:sz w:val="20"/>
        </w:rPr>
        <w:br/>
        <w:br/>
        <w:t xml:space="preserve">       Decimal</w:t>
        <w:br/>
        <w:t xml:space="preserve">      </w:t>
        <w:br/>
      </w:r>
      <w:r>
        <w:rPr>
          <w:b w:val="0"/>
          <w:i w:val="0"/>
        </w:rPr>
        <w:t xml:space="preserve"> trong tài liệu Python tại </w:t>
      </w:r>
      <w:r>
        <w:rPr>
          <w:rFonts w:ascii="Consolas" w:hAnsi="Consolas"/>
          <w:b w:val="0"/>
          <w:i w:val="0"/>
          <w:sz w:val="20"/>
        </w:rPr>
        <w:br/>
        <w:br/>
        <w:t xml:space="preserve">        https://docs.python.org/3.8/library/decimal.html</w:t>
        <w:br/>
        <w:t xml:space="preserve">       </w:t>
        <w:br/>
      </w:r>
      <w:r>
        <w:rPr>
          <w:b w:val="0"/>
          <w:i w:val="0"/>
        </w:rPr>
        <w:t xml:space="preserve"> .</w:t>
      </w:r>
    </w:p>
    <w:p>
      <w:pPr>
        <w:spacing w:after="80"/>
      </w:pPr>
      <w:r>
        <w:rPr>
          <w:b w:val="0"/>
          <w:i w:val="0"/>
        </w:rPr>
        <w:t xml:space="preserve">Nếu bạn dùng kiểu </w:t>
      </w:r>
      <w:r>
        <w:rPr>
          <w:rFonts w:ascii="Consolas" w:hAnsi="Consolas"/>
          <w:b w:val="0"/>
          <w:i w:val="0"/>
          <w:sz w:val="20"/>
        </w:rPr>
        <w:br/>
        <w:br/>
        <w:t xml:space="preserve">      Decimal</w:t>
        <w:br/>
        <w:t xml:space="preserve">     </w:t>
        <w:br/>
      </w:r>
      <w:r>
        <w:rPr>
          <w:b w:val="0"/>
          <w:i w:val="0"/>
        </w:rPr>
        <w:t xml:space="preserve">, hãy phân tích kết quả trực tiếp thành </w:t>
      </w:r>
      <w:r>
        <w:rPr>
          <w:rFonts w:ascii="Consolas" w:hAnsi="Consolas"/>
          <w:b w:val="0"/>
          <w:i w:val="0"/>
          <w:sz w:val="20"/>
        </w:rPr>
        <w:br/>
        <w:br/>
        <w:t xml:space="preserve">      Decimal</w:t>
        <w:br/>
        <w:t xml:space="preserve">     </w:t>
        <w:br/>
      </w:r>
      <w:r>
        <w:rPr>
          <w:b w:val="0"/>
          <w:i w:val="0"/>
        </w:rPr>
        <w:t xml:space="preserve"> từ chuỗi. Nếu chuyển nó thành float trước, bạn có thể mang theo các lỗi về độ chính xác sang kiểu mới.</w:t>
      </w:r>
    </w:p>
    <w:p>
      <w:pPr>
        <w:spacing w:after="80"/>
      </w:pPr>
      <w:r>
        <w:rPr>
          <w:b/>
          <w:i w:val="0"/>
        </w:rPr>
        <w:t>Mẹo</w:t>
      </w:r>
    </w:p>
    <w:p>
      <w:pPr>
        <w:spacing w:after="80"/>
      </w:pPr>
      <w:r>
        <w:rPr>
          <w:b w:val="0"/>
          <w:i w:val="0"/>
        </w:rPr>
        <w:t xml:space="preserve">Phân tích cú pháp dữ liệu cũng là việc mà GenAI có thể giúp, nhưng hãy chắc chắn xác nhận rằng kết quả đúng như mong đợi. Theo kinh nghiệm của tôi, các công cụ GenAI sẽ cố dùng biểu thức chính quy (regular expression) và không chuyển các kiểu sang kiểu phù hợp (ví dụ: không chuyển giá cả thành </w:t>
      </w:r>
      <w:r>
        <w:rPr>
          <w:rFonts w:ascii="Consolas" w:hAnsi="Consolas"/>
          <w:b w:val="0"/>
          <w:i w:val="0"/>
          <w:sz w:val="20"/>
        </w:rPr>
        <w:br/>
        <w:br/>
        <w:t xml:space="preserve">       Decimal</w:t>
        <w:br/>
        <w:t xml:space="preserve">      </w:t>
        <w:br/>
      </w:r>
      <w:r>
        <w:rPr>
          <w:b w:val="0"/>
          <w:i w:val="0"/>
        </w:rPr>
        <w:t>, mà thay vào đó giữ chúng dưới dạng chuỗi hoặc chuyển thành giá trị float)</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Tạo một môi trường ảo </w:t>
      </w:r>
      <w:r>
        <w:rPr>
          <w:b w:val="0"/>
          <w:i w:val="0"/>
        </w:rPr>
        <w:t>, đã được đề cập trước đó trong chương này, để học cách khởi tạo một môi trường ảo với các mô-đun đã cài đặt.</w:t>
      </w:r>
    </w:p>
    <w:p>
      <w:pPr>
        <w:spacing w:after="80"/>
        <w:ind w:left="360"/>
      </w:pPr>
      <w:r>
        <w:t xml:space="preserve">• </w:t>
      </w:r>
      <w:r>
        <w:rPr>
          <w:b w:val="0"/>
          <w:i w:val="0"/>
        </w:rPr>
        <w:t xml:space="preserve">Công thức tiếp theo, </w:t>
      </w:r>
      <w:r>
        <w:rPr>
          <w:b w:val="0"/>
          <w:i/>
        </w:rPr>
        <w:t xml:space="preserve"> Dùng công cụ bên thứ ba—parse </w:t>
      </w:r>
      <w:r>
        <w:rPr>
          <w:b w:val="0"/>
          <w:i w:val="0"/>
        </w:rPr>
        <w:t>, để nâng cao hiểu biết của bạn về cách dùng công cụ bên thứ ba để xử lý văn bản.</w:t>
      </w:r>
    </w:p>
    <w:p>
      <w:pPr>
        <w:spacing w:after="80"/>
        <w:ind w:left="360"/>
      </w:pPr>
      <w:r>
        <w:t xml:space="preserve">• </w:t>
      </w:r>
      <w:r>
        <w:rPr>
          <w:b w:val="0"/>
          <w:i w:val="0"/>
        </w:rPr>
        <w:t xml:space="preserve">Công thức </w:t>
      </w:r>
      <w:r>
        <w:rPr>
          <w:b w:val="0"/>
          <w:i/>
        </w:rPr>
        <w:t xml:space="preserve"> Giới thiệu về biểu thức chính quy </w:t>
      </w:r>
      <w:r>
        <w:rPr>
          <w:b w:val="0"/>
          <w:i w:val="0"/>
        </w:rPr>
        <w:t>, ở phần sau của chương, để học cách phát hiện và trích xuất các mẫu từ văn bản.</w:t>
      </w:r>
    </w:p>
    <w:p>
      <w:pPr>
        <w:spacing w:after="80"/>
        <w:ind w:left="360"/>
      </w:pPr>
      <w:r>
        <w:t xml:space="preserve">• </w:t>
      </w:r>
      <w:r>
        <w:rPr>
          <w:b w:val="0"/>
          <w:i w:val="0"/>
        </w:rPr>
        <w:t xml:space="preserve">Công thức </w:t>
      </w:r>
      <w:r>
        <w:rPr>
          <w:b w:val="0"/>
          <w:i/>
        </w:rPr>
        <w:t xml:space="preserve"> Đi sâu hơn vào biểu thức chính quy </w:t>
      </w:r>
      <w:r>
        <w:rPr>
          <w:b w:val="0"/>
          <w:i w:val="0"/>
        </w:rPr>
        <w:t>, ở phần sau của chương, để nâng cao hiểu biết của bạn về biểu thức chính quy.</w:t>
      </w:r>
    </w:p>
    <w:p>
      <w:pPr>
        <w:pStyle w:val="Heading2"/>
      </w:pPr>
      <w:r>
        <w:rPr>
          <w:rFonts w:ascii="Calibri" w:hAnsi="Calibri"/>
          <w:b/>
          <w:i w:val="0"/>
          <w:sz w:val="32"/>
        </w:rPr>
        <w:t>Dùng công cụ bên thứ ba—parse</w:t>
      </w:r>
    </w:p>
    <w:p>
      <w:pPr>
        <w:spacing w:after="80"/>
      </w:pPr>
      <w:r>
        <w:rPr>
          <w:b w:val="0"/>
          <w:i w:val="0"/>
        </w:rPr>
        <w:t>Mặc dù việc phân tích cú pháp dữ liệu thủ công hoạt động rất tốt với các chuỗi nhỏ, như đã thấy trong công thức trước, nhưng việc tinh chỉnh công thức chính xác để xử lý nhiều loại đầu vào khác nhau có thể rất vất vả. Nếu đầu vào đôi khi có thêm một dấu gạch ngang thì sao? Hoặc nếu nó có phần tiêu đề dài ngắn khác nhau tùy theo kích thước của một trong các trường thì sao?</w:t>
      </w:r>
    </w:p>
    <w:p>
      <w:pPr>
        <w:spacing w:after="80"/>
      </w:pPr>
      <w:r>
        <w:rPr>
          <w:b w:val="0"/>
          <w:i w:val="0"/>
        </w:rPr>
        <w:t xml:space="preserve">Một lựa chọn nâng cao hơn là dùng biểu thức chính quy (regular expressions), như chúng ta sẽ thấy trong công thức tiếp theo. Nhưng có một mô-đun tuyệt vời trong Python tên là parse ( </w:t>
      </w:r>
      <w:r>
        <w:rPr>
          <w:rFonts w:ascii="Consolas" w:hAnsi="Consolas"/>
          <w:b w:val="0"/>
          <w:i w:val="0"/>
          <w:sz w:val="20"/>
        </w:rPr>
        <w:br/>
        <w:br/>
        <w:t xml:space="preserve">       https://github.com/r1chardj0n3s/parse</w:t>
        <w:br/>
        <w:t xml:space="preserve">      </w:t>
        <w:br/>
      </w:r>
      <w:r>
        <w:rPr>
          <w:b w:val="0"/>
          <w:i w:val="0"/>
        </w:rPr>
        <w:t xml:space="preserve"> ), cho phép chúng ta đảo ngược chuỗi định dạng (format string). Đây là một công cụ tuyệt vời, mạnh mẽ, dễ dùng và cải thiện đáng kể độ dễ đọc của mã.</w:t>
      </w:r>
    </w:p>
    <w:p>
      <w:pPr>
        <w:pStyle w:val="Heading3"/>
      </w:pPr>
      <w:r>
        <w:rPr>
          <w:rFonts w:ascii="Calibri" w:hAnsi="Calibri"/>
          <w:b/>
          <w:i w:val="0"/>
          <w:sz w:val="26"/>
        </w:rPr>
        <w:t>Chuẩn bị</w:t>
      </w:r>
    </w:p>
    <w:p>
      <w:pPr>
        <w:spacing w:after="80"/>
      </w:pPr>
      <w:r>
        <w:rPr>
          <w:b w:val="0"/>
          <w:i w:val="0"/>
        </w:rPr>
        <w:t xml:space="preserve">Thêm mô-đun </w:t>
      </w:r>
      <w:r>
        <w:rPr>
          <w:rFonts w:ascii="Consolas" w:hAnsi="Consolas"/>
          <w:b w:val="0"/>
          <w:i w:val="0"/>
          <w:sz w:val="20"/>
        </w:rPr>
        <w:br/>
        <w:br/>
        <w:t xml:space="preserve">      parse</w:t>
        <w:br/>
        <w:t xml:space="preserve">     </w:t>
        <w:br/>
      </w:r>
      <w:r>
        <w:rPr>
          <w:b w:val="0"/>
          <w:i w:val="0"/>
        </w:rPr>
        <w:t xml:space="preserve"> vào tệp </w:t>
      </w:r>
      <w:r>
        <w:rPr>
          <w:rFonts w:ascii="Consolas" w:hAnsi="Consolas"/>
          <w:b w:val="0"/>
          <w:i w:val="0"/>
          <w:sz w:val="20"/>
        </w:rPr>
        <w:br/>
        <w:br/>
        <w:t xml:space="preserve">      requirements.txt</w:t>
        <w:br/>
        <w:t xml:space="preserve">     </w:t>
        <w:br/>
      </w:r>
      <w:r>
        <w:rPr>
          <w:b w:val="0"/>
          <w:i w:val="0"/>
        </w:rPr>
        <w:t xml:space="preserve"> trong môi trường ảo (virtual environment) của chúng ta và cài đặt lại các gói phụ thuộc (dependencies), như được trình bày trong công thức </w:t>
      </w:r>
      <w:r>
        <w:rPr>
          <w:b w:val="0"/>
          <w:i/>
        </w:rPr>
        <w:t xml:space="preserve"> Tạo môi trường ảo </w:t>
      </w:r>
      <w:r>
        <w:rPr>
          <w:b w:val="0"/>
          <w:i w:val="0"/>
        </w:rPr>
        <w:t>.</w:t>
      </w:r>
    </w:p>
    <w:p>
      <w:pPr>
        <w:spacing w:after="80"/>
      </w:pPr>
      <w:r>
        <w:rPr>
          <w:b w:val="0"/>
          <w:i w:val="0"/>
        </w:rPr>
        <w:t xml:space="preserve">Tệp </w:t>
      </w:r>
      <w:r>
        <w:rPr>
          <w:rFonts w:ascii="Consolas" w:hAnsi="Consolas"/>
          <w:b w:val="0"/>
          <w:i w:val="0"/>
          <w:sz w:val="20"/>
        </w:rPr>
        <w:br/>
        <w:br/>
        <w:t xml:space="preserve">      requirements.txt</w:t>
        <w:br/>
        <w:t xml:space="preserve">     </w:t>
        <w:br/>
      </w:r>
      <w:r>
        <w:rPr>
          <w:b w:val="0"/>
          <w:i w:val="0"/>
        </w:rPr>
        <w:t xml:space="preserve"> sẽ trông như thế này:</w:t>
      </w:r>
    </w:p>
    <w:p>
      <w:pPr>
        <w:spacing w:after="0"/>
        <w:ind w:left="360"/>
        <w:shd w:val="clear" w:color="auto" w:fill="F2F2F2"/>
      </w:pPr>
      <w:r>
        <w:rPr>
          <w:rFonts w:ascii="Consolas" w:hAnsi="Consolas"/>
          <w:sz w:val="18"/>
        </w:rPr>
        <w:t>pendulum==3.2.0</w:t>
      </w:r>
    </w:p>
    <w:p>
      <w:pPr>
        <w:spacing w:after="0"/>
        <w:ind w:left="360"/>
        <w:shd w:val="clear" w:color="auto" w:fill="F2F2F2"/>
      </w:pPr>
      <w:r>
        <w:rPr>
          <w:rFonts w:ascii="Consolas" w:hAnsi="Consolas"/>
          <w:sz w:val="18"/>
        </w:rPr>
        <w:t>requests== 2.32.5</w:t>
      </w:r>
    </w:p>
    <w:p>
      <w:pPr>
        <w:spacing w:after="0"/>
        <w:ind w:left="360"/>
        <w:shd w:val="clear" w:color="auto" w:fill="F2F2F2"/>
      </w:pPr>
      <w:r>
        <w:rPr>
          <w:rFonts w:ascii="Consolas" w:hAnsi="Consolas"/>
          <w:sz w:val="18"/>
        </w:rPr>
        <w:t>parse==1.20.2</w:t>
      </w:r>
    </w:p>
    <w:p>
      <w:pPr>
        <w:spacing w:after="40"/>
      </w:pPr>
    </w:p>
    <w:p>
      <w:pPr>
        <w:spacing w:after="80"/>
      </w:pPr>
      <w:r>
        <w:rPr>
          <w:b w:val="0"/>
          <w:i w:val="0"/>
        </w:rPr>
        <w:t>Sau đó, cài đặt lại các mô-đun trong môi trường ảo:</w:t>
      </w:r>
    </w:p>
    <w:p>
      <w:pPr>
        <w:spacing w:after="0"/>
        <w:ind w:left="360"/>
        <w:shd w:val="clear" w:color="auto" w:fill="F2F2F2"/>
      </w:pPr>
      <w:r>
        <w:rPr>
          <w:rFonts w:ascii="Consolas" w:hAnsi="Consolas"/>
          <w:sz w:val="18"/>
        </w:rPr>
        <w:t>$ uv pip install -r requirements.txt</w:t>
      </w:r>
    </w:p>
    <w:p>
      <w:pPr>
        <w:spacing w:after="0"/>
        <w:ind w:left="360"/>
        <w:shd w:val="clear" w:color="auto" w:fill="F2F2F2"/>
      </w:pPr>
      <w:r>
        <w:rPr>
          <w:rFonts w:ascii="Consolas" w:hAnsi="Consolas"/>
          <w:sz w:val="18"/>
        </w:rPr>
        <w:t>Resolved 13 packages in 349ms</w:t>
      </w:r>
    </w:p>
    <w:p>
      <w:pPr>
        <w:spacing w:after="0"/>
        <w:ind w:left="360"/>
        <w:shd w:val="clear" w:color="auto" w:fill="F2F2F2"/>
      </w:pPr>
      <w:r>
        <w:rPr>
          <w:rFonts w:ascii="Consolas" w:hAnsi="Consolas"/>
          <w:sz w:val="18"/>
        </w:rPr>
        <w:t>Prepared 1 package in 45ms</w:t>
      </w:r>
    </w:p>
    <w:p>
      <w:pPr>
        <w:spacing w:after="0"/>
        <w:ind w:left="360"/>
        <w:shd w:val="clear" w:color="auto" w:fill="F2F2F2"/>
      </w:pPr>
      <w:r>
        <w:rPr>
          <w:rFonts w:ascii="Consolas" w:hAnsi="Consolas"/>
          <w:sz w:val="18"/>
        </w:rPr>
        <w:t>Installed 1 package in 4ms</w:t>
      </w:r>
    </w:p>
    <w:p>
      <w:pPr>
        <w:spacing w:after="0"/>
        <w:ind w:left="360"/>
        <w:shd w:val="clear" w:color="auto" w:fill="F2F2F2"/>
      </w:pPr>
      <w:r>
        <w:rPr>
          <w:rFonts w:ascii="Consolas" w:hAnsi="Consolas"/>
          <w:sz w:val="18"/>
        </w:rPr>
        <w:t xml:space="preserve"> + parse==1.20.2</w:t>
      </w:r>
    </w:p>
    <w:p>
      <w:pPr>
        <w:spacing w:after="40"/>
      </w:pPr>
    </w:p>
    <w:p>
      <w:pPr>
        <w:pStyle w:val="Heading3"/>
      </w:pPr>
      <w:r>
        <w:rPr>
          <w:rFonts w:ascii="Calibri" w:hAnsi="Calibri"/>
          <w:b/>
          <w:i w:val="0"/>
          <w:sz w:val="26"/>
        </w:rPr>
        <w:t>Cách thực hiện…</w:t>
      </w:r>
    </w:p>
    <w:p>
      <w:pPr>
        <w:spacing w:after="80"/>
        <w:ind w:left="360"/>
      </w:pPr>
      <w:r>
        <w:t xml:space="preserve">1. </w:t>
      </w:r>
      <w:r>
        <w:rPr>
          <w:b w:val="0"/>
          <w:i w:val="0"/>
        </w:rPr>
        <w:t>Import hàm parse:</w:t>
      </w:r>
    </w:p>
    <w:p>
      <w:pPr>
        <w:spacing w:after="0"/>
        <w:ind w:left="360"/>
        <w:shd w:val="clear" w:color="auto" w:fill="F2F2F2"/>
      </w:pPr>
      <w:r>
        <w:rPr>
          <w:rFonts w:ascii="Consolas" w:hAnsi="Consolas"/>
          <w:sz w:val="18"/>
        </w:rPr>
        <w:t>&gt;&gt;&gt; from parse import parse</w:t>
      </w:r>
    </w:p>
    <w:p>
      <w:pPr>
        <w:spacing w:after="40"/>
      </w:pPr>
    </w:p>
    <w:p>
      <w:pPr>
        <w:spacing w:after="80"/>
        <w:ind w:left="360"/>
      </w:pPr>
      <w:r>
        <w:t xml:space="preserve">2. </w:t>
      </w:r>
      <w:r>
        <w:rPr>
          <w:b w:val="0"/>
          <w:i w:val="0"/>
        </w:rPr>
        <w:t xml:space="preserve">Định nghĩa log cần phân tích, theo cùng định dạng như trong công thức </w:t>
      </w:r>
      <w:r>
        <w:rPr>
          <w:b w:val="0"/>
          <w:i/>
        </w:rPr>
        <w:t xml:space="preserve"> Trích xuất dữ liệu từ chuỗi có cấu trúc </w:t>
      </w:r>
      <w:r>
        <w:rPr>
          <w:b w:val="0"/>
          <w:i w:val="0"/>
        </w:rPr>
        <w:t>:</w:t>
      </w:r>
    </w:p>
    <w:p>
      <w:pPr>
        <w:spacing w:after="0"/>
        <w:ind w:left="360"/>
        <w:shd w:val="clear" w:color="auto" w:fill="F2F2F2"/>
      </w:pPr>
      <w:r>
        <w:rPr>
          <w:rFonts w:ascii="Consolas" w:hAnsi="Consolas"/>
          <w:sz w:val="18"/>
        </w:rPr>
        <w:t>&gt;&gt;&gt; LOG = '[2025-10-06T12:58:00.714611] - SALE - PRODUCT: 1345 - PRICE: $09.99'</w:t>
      </w:r>
    </w:p>
    <w:p>
      <w:pPr>
        <w:spacing w:after="40"/>
      </w:pPr>
    </w:p>
    <w:p>
      <w:pPr>
        <w:spacing w:after="80"/>
        <w:ind w:left="360"/>
      </w:pPr>
      <w:r>
        <w:t xml:space="preserve">3. </w:t>
      </w:r>
      <w:r>
        <w:rPr>
          <w:b w:val="0"/>
          <w:i w:val="0"/>
        </w:rPr>
        <w:t>Phân tích nó và mô tả nó như bạn sẽ làm khi cố gắng in nó, như thế này:</w:t>
      </w:r>
    </w:p>
    <w:p>
      <w:pPr>
        <w:spacing w:after="0"/>
        <w:ind w:left="360"/>
        <w:shd w:val="clear" w:color="auto" w:fill="F2F2F2"/>
      </w:pPr>
      <w:r>
        <w:rPr>
          <w:rFonts w:ascii="Consolas" w:hAnsi="Consolas"/>
          <w:sz w:val="18"/>
        </w:rPr>
        <w:t>&gt;&gt;&gt; FORMAT = '[{date}] - SALE - PRODUCT: {product} - PRICE: ${price}'</w:t>
      </w:r>
    </w:p>
    <w:p>
      <w:pPr>
        <w:spacing w:after="40"/>
      </w:pPr>
    </w:p>
    <w:p>
      <w:pPr>
        <w:spacing w:after="80"/>
        <w:ind w:left="360"/>
      </w:pPr>
      <w:r>
        <w:t xml:space="preserve">4. </w:t>
      </w:r>
      <w:r>
        <w:rPr>
          <w:b w:val="0"/>
          <w:i w:val="0"/>
        </w:rPr>
        <w:t>Chạy parse và kiểm tra kết quả:</w:t>
      </w:r>
    </w:p>
    <w:p>
      <w:pPr>
        <w:spacing w:after="0"/>
        <w:ind w:left="360"/>
        <w:shd w:val="clear" w:color="auto" w:fill="F2F2F2"/>
      </w:pPr>
      <w:r>
        <w:rPr>
          <w:rFonts w:ascii="Consolas" w:hAnsi="Consolas"/>
          <w:sz w:val="18"/>
        </w:rPr>
        <w:t>&gt;&gt;&gt; result = parse(FORMAT, LOG)</w:t>
      </w:r>
    </w:p>
    <w:p>
      <w:pPr>
        <w:spacing w:after="0"/>
        <w:ind w:left="360"/>
        <w:shd w:val="clear" w:color="auto" w:fill="F2F2F2"/>
      </w:pPr>
      <w:r>
        <w:rPr>
          <w:rFonts w:ascii="Consolas" w:hAnsi="Consolas"/>
          <w:sz w:val="18"/>
        </w:rPr>
        <w:t>&gt;&gt;&gt; result</w:t>
      </w:r>
    </w:p>
    <w:p>
      <w:pPr>
        <w:spacing w:after="0"/>
        <w:ind w:left="360"/>
        <w:shd w:val="clear" w:color="auto" w:fill="F2F2F2"/>
      </w:pPr>
      <w:r>
        <w:rPr>
          <w:rFonts w:ascii="Consolas" w:hAnsi="Consolas"/>
          <w:sz w:val="18"/>
        </w:rPr>
        <w:t>&lt;Result () {'date': '2025-10-06T12:58:00.714611', 'product': '1345', 'price': '09.99'}&gt;</w:t>
      </w:r>
    </w:p>
    <w:p>
      <w:pPr>
        <w:spacing w:after="0"/>
        <w:ind w:left="360"/>
        <w:shd w:val="clear" w:color="auto" w:fill="F2F2F2"/>
      </w:pPr>
      <w:r>
        <w:rPr>
          <w:rFonts w:ascii="Consolas" w:hAnsi="Consolas"/>
          <w:sz w:val="18"/>
        </w:rPr>
        <w:t>&gt;&gt;&gt; result['date']</w:t>
      </w:r>
    </w:p>
    <w:p>
      <w:pPr>
        <w:spacing w:after="0"/>
        <w:ind w:left="360"/>
        <w:shd w:val="clear" w:color="auto" w:fill="F2F2F2"/>
      </w:pPr>
      <w:r>
        <w:rPr>
          <w:rFonts w:ascii="Consolas" w:hAnsi="Consolas"/>
          <w:sz w:val="18"/>
        </w:rPr>
        <w:t>'2025-10-06T12:58:00.714611'</w:t>
      </w:r>
    </w:p>
    <w:p>
      <w:pPr>
        <w:spacing w:after="0"/>
        <w:ind w:left="360"/>
        <w:shd w:val="clear" w:color="auto" w:fill="F2F2F2"/>
      </w:pPr>
      <w:r>
        <w:rPr>
          <w:rFonts w:ascii="Consolas" w:hAnsi="Consolas"/>
          <w:sz w:val="18"/>
        </w:rPr>
        <w:t>&gt;&gt;&gt; result['product']</w:t>
      </w:r>
    </w:p>
    <w:p>
      <w:pPr>
        <w:spacing w:after="0"/>
        <w:ind w:left="360"/>
        <w:shd w:val="clear" w:color="auto" w:fill="F2F2F2"/>
      </w:pPr>
      <w:r>
        <w:rPr>
          <w:rFonts w:ascii="Consolas" w:hAnsi="Consolas"/>
          <w:sz w:val="18"/>
        </w:rPr>
        <w:t>'1345'</w:t>
      </w:r>
    </w:p>
    <w:p>
      <w:pPr>
        <w:spacing w:after="0"/>
        <w:ind w:left="360"/>
        <w:shd w:val="clear" w:color="auto" w:fill="F2F2F2"/>
      </w:pPr>
      <w:r>
        <w:rPr>
          <w:rFonts w:ascii="Consolas" w:hAnsi="Consolas"/>
          <w:sz w:val="18"/>
        </w:rPr>
        <w:t>&gt;&gt;&gt; result['price']</w:t>
      </w:r>
    </w:p>
    <w:p>
      <w:pPr>
        <w:spacing w:after="0"/>
        <w:ind w:left="360"/>
        <w:shd w:val="clear" w:color="auto" w:fill="F2F2F2"/>
      </w:pPr>
      <w:r>
        <w:rPr>
          <w:rFonts w:ascii="Consolas" w:hAnsi="Consolas"/>
          <w:sz w:val="18"/>
        </w:rPr>
        <w:t>'09.99'</w:t>
      </w:r>
    </w:p>
    <w:p>
      <w:pPr>
        <w:spacing w:after="40"/>
      </w:pPr>
    </w:p>
    <w:p>
      <w:pPr>
        <w:spacing w:after="80"/>
        <w:ind w:left="360"/>
      </w:pPr>
      <w:r>
        <w:t xml:space="preserve">5. </w:t>
      </w:r>
      <w:r>
        <w:rPr>
          <w:b w:val="0"/>
          <w:i w:val="0"/>
        </w:rPr>
        <w:t>Lưu ý rằng kết quả đều là chuỗi (string). Định nghĩa các kiểu (type) cần được phân tích:</w:t>
      </w:r>
    </w:p>
    <w:p>
      <w:pPr>
        <w:spacing w:after="0"/>
        <w:ind w:left="360"/>
        <w:shd w:val="clear" w:color="auto" w:fill="F2F2F2"/>
      </w:pPr>
      <w:r>
        <w:rPr>
          <w:rFonts w:ascii="Consolas" w:hAnsi="Consolas"/>
          <w:sz w:val="18"/>
        </w:rPr>
        <w:t>&gt;&gt;&gt; FORMAT = '[{date:ti}] - SALE - PRODUCT: {product:d} - PRICE: ${price:05.2f}'</w:t>
      </w:r>
    </w:p>
    <w:p>
      <w:pPr>
        <w:spacing w:after="40"/>
      </w:pPr>
    </w:p>
    <w:p>
      <w:pPr>
        <w:spacing w:after="80"/>
        <w:ind w:left="360"/>
      </w:pPr>
      <w:r>
        <w:t xml:space="preserve">6. </w:t>
      </w:r>
      <w:r>
        <w:rPr>
          <w:b w:val="0"/>
          <w:i w:val="0"/>
        </w:rPr>
        <w:t>Phân tích một lần nữa, để ý rằng các kiểu giờ đây khớp với những gì đã định nghĩa:</w:t>
      </w:r>
    </w:p>
    <w:p>
      <w:pPr>
        <w:spacing w:after="0"/>
        <w:ind w:left="360"/>
        <w:shd w:val="clear" w:color="auto" w:fill="F2F2F2"/>
      </w:pPr>
      <w:r>
        <w:rPr>
          <w:rFonts w:ascii="Consolas" w:hAnsi="Consolas"/>
          <w:sz w:val="18"/>
        </w:rPr>
        <w:t>&gt;&gt;&gt; result = parse(FORMAT, LOG)</w:t>
      </w:r>
    </w:p>
    <w:p>
      <w:pPr>
        <w:spacing w:after="0"/>
        <w:ind w:left="360"/>
        <w:shd w:val="clear" w:color="auto" w:fill="F2F2F2"/>
      </w:pPr>
      <w:r>
        <w:rPr>
          <w:rFonts w:ascii="Consolas" w:hAnsi="Consolas"/>
          <w:sz w:val="18"/>
        </w:rPr>
        <w:t>&gt;&gt;&gt; result['date']</w:t>
      </w:r>
    </w:p>
    <w:p>
      <w:pPr>
        <w:spacing w:after="0"/>
        <w:ind w:left="360"/>
        <w:shd w:val="clear" w:color="auto" w:fill="F2F2F2"/>
      </w:pPr>
      <w:r>
        <w:rPr>
          <w:rFonts w:ascii="Consolas" w:hAnsi="Consolas"/>
          <w:sz w:val="18"/>
        </w:rPr>
        <w:t>datetime.datetime(2025, 10, 6, 12, 58, 0, 714611)</w:t>
      </w:r>
    </w:p>
    <w:p>
      <w:pPr>
        <w:spacing w:after="0"/>
        <w:ind w:left="360"/>
        <w:shd w:val="clear" w:color="auto" w:fill="F2F2F2"/>
      </w:pPr>
      <w:r>
        <w:rPr>
          <w:rFonts w:ascii="Consolas" w:hAnsi="Consolas"/>
          <w:sz w:val="18"/>
        </w:rPr>
        <w:t>&gt;&gt;&gt; result['product']</w:t>
      </w:r>
    </w:p>
    <w:p>
      <w:pPr>
        <w:spacing w:after="0"/>
        <w:ind w:left="360"/>
        <w:shd w:val="clear" w:color="auto" w:fill="F2F2F2"/>
      </w:pPr>
      <w:r>
        <w:rPr>
          <w:rFonts w:ascii="Consolas" w:hAnsi="Consolas"/>
          <w:sz w:val="18"/>
        </w:rPr>
        <w:t>1345</w:t>
      </w:r>
    </w:p>
    <w:p>
      <w:pPr>
        <w:spacing w:after="0"/>
        <w:ind w:left="360"/>
        <w:shd w:val="clear" w:color="auto" w:fill="F2F2F2"/>
      </w:pPr>
      <w:r>
        <w:rPr>
          <w:rFonts w:ascii="Consolas" w:hAnsi="Consolas"/>
          <w:sz w:val="18"/>
        </w:rPr>
        <w:t>&gt;&gt;&gt; result['price']</w:t>
      </w:r>
    </w:p>
    <w:p>
      <w:pPr>
        <w:spacing w:after="0"/>
        <w:ind w:left="360"/>
        <w:shd w:val="clear" w:color="auto" w:fill="F2F2F2"/>
      </w:pPr>
      <w:r>
        <w:rPr>
          <w:rFonts w:ascii="Consolas" w:hAnsi="Consolas"/>
          <w:sz w:val="18"/>
        </w:rPr>
        <w:t>9.99</w:t>
      </w:r>
    </w:p>
    <w:p>
      <w:pPr>
        <w:spacing w:after="40"/>
      </w:pPr>
    </w:p>
    <w:p>
      <w:pPr>
        <w:spacing w:after="80"/>
      </w:pPr>
      <w:r>
        <w:rPr>
          <w:b w:val="0"/>
          <w:i w:val="0"/>
        </w:rPr>
        <w:t>Định nghĩa một kiểu tùy chỉnh cho giá để tránh các vấn đề với kiểu float:</w:t>
      </w:r>
    </w:p>
    <w:p>
      <w:pPr>
        <w:spacing w:after="0"/>
        <w:ind w:left="360"/>
        <w:shd w:val="clear" w:color="auto" w:fill="F2F2F2"/>
      </w:pPr>
      <w:r>
        <w:rPr>
          <w:rFonts w:ascii="Consolas" w:hAnsi="Consolas"/>
          <w:sz w:val="18"/>
        </w:rPr>
        <w:t>&gt;&gt;&gt; from decimal import Decimal</w:t>
      </w:r>
    </w:p>
    <w:p>
      <w:pPr>
        <w:spacing w:after="0"/>
        <w:ind w:left="360"/>
        <w:shd w:val="clear" w:color="auto" w:fill="F2F2F2"/>
      </w:pPr>
      <w:r>
        <w:rPr>
          <w:rFonts w:ascii="Consolas" w:hAnsi="Consolas"/>
          <w:sz w:val="18"/>
        </w:rPr>
        <w:t>&gt;&gt;&gt; def price(string):</w:t>
      </w:r>
    </w:p>
    <w:p>
      <w:pPr>
        <w:spacing w:after="0"/>
        <w:ind w:left="360"/>
        <w:shd w:val="clear" w:color="auto" w:fill="F2F2F2"/>
      </w:pPr>
      <w:r>
        <w:rPr>
          <w:rFonts w:ascii="Consolas" w:hAnsi="Consolas"/>
          <w:sz w:val="18"/>
        </w:rPr>
        <w:t>...   return Decimal(string)</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&gt;&gt;&gt; FORMAT = '[{date:ti}] - SALE - PRODUCT: {product:d} - PRICE: ${price:price}'</w:t>
      </w:r>
    </w:p>
    <w:p>
      <w:pPr>
        <w:spacing w:after="0"/>
        <w:ind w:left="360"/>
        <w:shd w:val="clear" w:color="auto" w:fill="F2F2F2"/>
      </w:pPr>
      <w:r>
        <w:rPr>
          <w:rFonts w:ascii="Consolas" w:hAnsi="Consolas"/>
          <w:sz w:val="18"/>
        </w:rPr>
        <w:t>&gt;&gt;&gt; parse(FORMAT, LOG, {'price': price})</w:t>
      </w:r>
    </w:p>
    <w:p>
      <w:pPr>
        <w:spacing w:after="0"/>
        <w:ind w:left="360"/>
        <w:shd w:val="clear" w:color="auto" w:fill="F2F2F2"/>
      </w:pPr>
      <w:r>
        <w:rPr>
          <w:rFonts w:ascii="Consolas" w:hAnsi="Consolas"/>
          <w:sz w:val="18"/>
        </w:rPr>
        <w:t>&lt;Result () {'date': datetime.datetime(2025, 10, 6, 12, 58, 0, 714611), 'product': 1345, 'price': Decimal('9.99')}&gt;</w:t>
      </w:r>
    </w:p>
    <w:p>
      <w:pPr>
        <w:spacing w:after="40"/>
      </w:pPr>
    </w:p>
    <w:p>
      <w:pPr>
        <w:spacing w:after="80"/>
      </w:pPr>
      <w:r>
        <w:rPr>
          <w:b w:val="0"/>
          <w:i w:val="0"/>
        </w:rPr>
        <w:t xml:space="preserve">Để ý rằng giờ đây trường </w:t>
      </w:r>
      <w:r>
        <w:rPr>
          <w:rFonts w:ascii="Consolas" w:hAnsi="Consolas"/>
          <w:b w:val="0"/>
          <w:i w:val="0"/>
          <w:sz w:val="20"/>
        </w:rPr>
        <w:br/>
        <w:br/>
        <w:t xml:space="preserve">      price</w:t>
        <w:br/>
        <w:t xml:space="preserve">     </w:t>
        <w:br/>
      </w:r>
      <w:r>
        <w:rPr>
          <w:b w:val="0"/>
          <w:i w:val="0"/>
        </w:rPr>
        <w:t xml:space="preserve"> được định nghĩa là </w:t>
      </w:r>
      <w:r>
        <w:rPr>
          <w:rFonts w:ascii="Consolas" w:hAnsi="Consolas"/>
          <w:b w:val="0"/>
          <w:i w:val="0"/>
          <w:sz w:val="20"/>
        </w:rPr>
        <w:br/>
        <w:br/>
        <w:t xml:space="preserve">      Decimal</w:t>
        <w:br/>
        <w:t xml:space="preserve">     </w:t>
        <w:br/>
      </w:r>
      <w:r>
        <w:rPr>
          <w:b w:val="0"/>
          <w:i w:val="0"/>
        </w:rPr>
        <w:t xml:space="preserve"> .</w:t>
      </w:r>
    </w:p>
    <w:p>
      <w:pPr>
        <w:pStyle w:val="Heading3"/>
      </w:pPr>
      <w:r>
        <w:rPr>
          <w:rFonts w:ascii="Calibri" w:hAnsi="Calibri"/>
          <w:b/>
          <w:i w:val="0"/>
          <w:sz w:val="26"/>
        </w:rPr>
        <w:t>Cách nó hoạt động…</w:t>
      </w:r>
    </w:p>
    <w:p>
      <w:pPr>
        <w:spacing w:after="80"/>
      </w:pPr>
      <w:r>
        <w:rPr>
          <w:b w:val="0"/>
          <w:i w:val="0"/>
        </w:rPr>
        <w:t xml:space="preserve">Mô-đun </w:t>
      </w:r>
      <w:r>
        <w:rPr>
          <w:rFonts w:ascii="Consolas" w:hAnsi="Consolas"/>
          <w:b w:val="0"/>
          <w:i w:val="0"/>
          <w:sz w:val="20"/>
        </w:rPr>
        <w:br/>
        <w:br/>
        <w:t xml:space="preserve">      parse</w:t>
        <w:br/>
        <w:t xml:space="preserve">     </w:t>
        <w:br/>
      </w:r>
      <w:r>
        <w:rPr>
          <w:b w:val="0"/>
          <w:i w:val="0"/>
        </w:rPr>
        <w:t xml:space="preserve"> cho phép chúng ta định nghĩa một định dạng, dưới dạng chuỗi, đảo ngược phương thức </w:t>
      </w:r>
      <w:r>
        <w:rPr>
          <w:rFonts w:ascii="Consolas" w:hAnsi="Consolas"/>
          <w:b w:val="0"/>
          <w:i w:val="0"/>
          <w:sz w:val="20"/>
        </w:rPr>
        <w:br/>
        <w:br/>
        <w:t xml:space="preserve">      format</w:t>
        <w:br/>
        <w:t xml:space="preserve">     </w:t>
        <w:br/>
      </w:r>
      <w:r>
        <w:rPr>
          <w:b w:val="0"/>
          <w:i w:val="0"/>
        </w:rPr>
        <w:t xml:space="preserve"> khi phân tích các giá trị. Rất nhiều khái niệm mà chúng ta đã thảo luận khi tạo chuỗi đều áp dụng ở đây—đặt giá trị trong dấu ngoặc, định nghĩa kiểu sau dấu hai chấm, v.v.</w:t>
      </w:r>
    </w:p>
    <w:p>
      <w:pPr>
        <w:spacing w:after="80"/>
      </w:pPr>
      <w:r>
        <w:rPr>
          <w:b w:val="0"/>
          <w:i w:val="0"/>
        </w:rPr>
        <w:t xml:space="preserve">Mặc định, như đã thấy ban đầu, các giá trị được phân tích cú pháp dưới dạng chuỗi. Đây là một điểm khởi đầu tốt khi phân tích văn bản. Các giá trị có thể được phân tích thành những kiểu gốc (native type) hữu ích hơn, như được trình bày tiếp theo. Xin lưu ý rằng mặc dù hầu hết các kiểu phân tích cú pháp giống với những kiểu trong ngôn ngữ đặc tả định dạng thu nhỏ của Python (Python Format Specification mini-language), một số kiểu khác cũng có sẵn, chẳng hạn như </w:t>
      </w:r>
      <w:r>
        <w:rPr>
          <w:rFonts w:ascii="Consolas" w:hAnsi="Consolas"/>
          <w:b w:val="0"/>
          <w:i w:val="0"/>
          <w:sz w:val="20"/>
        </w:rPr>
        <w:br/>
        <w:br/>
        <w:t xml:space="preserve">      ti</w:t>
        <w:br/>
        <w:t xml:space="preserve">     </w:t>
        <w:br/>
      </w:r>
      <w:r>
        <w:rPr>
          <w:b w:val="0"/>
          <w:i w:val="0"/>
        </w:rPr>
        <w:t xml:space="preserve"> cho dấu thời gian (timestamp) ở định dạng ISO.</w:t>
      </w:r>
    </w:p>
    <w:p>
      <w:pPr>
        <w:spacing w:after="80"/>
      </w:pPr>
      <w:r>
        <w:rPr>
          <w:b/>
          <w:i w:val="0"/>
        </w:rPr>
        <w:t>Mẹo</w:t>
      </w:r>
    </w:p>
    <w:p>
      <w:pPr>
        <w:spacing w:after="80"/>
      </w:pPr>
      <w:r>
        <w:rPr>
          <w:b w:val="0"/>
          <w:i w:val="0"/>
        </w:rPr>
        <w:t xml:space="preserve">Mặc dù trong cuốn sách này chúng ta dùng dấu thời gian theo cách thoáng hơn như một từ thay thế cho "Ngày và giờ", nhưng theo nghĩa chặt chẽ nhất, nó chỉ nên được dùng cho các định dạng số, chẳng hạn như </w:t>
      </w:r>
      <w:r>
        <w:rPr>
          <w:b w:val="0"/>
          <w:i/>
        </w:rPr>
        <w:t xml:space="preserve"> dấu thời gian Unix (Unix timestamp) </w:t>
      </w:r>
      <w:r>
        <w:rPr>
          <w:b w:val="0"/>
          <w:i w:val="0"/>
        </w:rPr>
        <w:t xml:space="preserve"> hay </w:t>
      </w:r>
      <w:r>
        <w:rPr>
          <w:b w:val="0"/>
          <w:i/>
        </w:rPr>
        <w:t xml:space="preserve"> epoch </w:t>
      </w:r>
      <w:r>
        <w:rPr>
          <w:b w:val="0"/>
          <w:i w:val="0"/>
        </w:rPr>
        <w:t xml:space="preserve"> , được định nghĩa là số giây kể từ một thời điểm cụ thể.</w:t>
      </w:r>
    </w:p>
    <w:p>
      <w:pPr>
        <w:spacing w:after="80"/>
      </w:pPr>
      <w:r>
        <w:rPr>
          <w:b w:val="0"/>
          <w:i w:val="0"/>
        </w:rPr>
        <w:t>Dù sao thì việc dùng dấu thời gian bao gồm cả các định dạng khác cũng phổ biến vì đó là một khái niệm rõ ràng và dễ hiểu, nhưng hãy chắc chắn thống nhất về định dạng khi chia sẻ thông tin với người khác.</w:t>
      </w:r>
    </w:p>
    <w:p>
      <w:pPr>
        <w:spacing w:after="80"/>
      </w:pPr>
      <w:r>
        <w:rPr>
          <w:b w:val="0"/>
          <w:i w:val="0"/>
        </w:rPr>
        <w:t xml:space="preserve">Nếu các kiểu gốc vẫn chưa đủ, chúng ta có thể định nghĩa cách phân tích cú pháp của riêng mình, như được minh họa ở bước cuối. Lưu ý rằng định nghĩa của hàm price nhận một chuỗi và trả về đúng định dạng, trong trường hợp này là kiểu </w:t>
      </w:r>
      <w:r>
        <w:rPr>
          <w:rFonts w:ascii="Consolas" w:hAnsi="Consolas"/>
          <w:b w:val="0"/>
          <w:i w:val="0"/>
          <w:sz w:val="20"/>
        </w:rPr>
        <w:br/>
        <w:br/>
        <w:t xml:space="preserve">      Decimal</w:t>
        <w:br/>
        <w:t xml:space="preserve">     </w:t>
        <w:br/>
      </w:r>
      <w:r>
        <w:rPr>
          <w:b w:val="0"/>
          <w:i w:val="0"/>
        </w:rPr>
        <w:t>.</w:t>
      </w:r>
    </w:p>
    <w:p>
      <w:pPr>
        <w:spacing w:after="80"/>
      </w:pPr>
      <w:r>
        <w:rPr>
          <w:b w:val="0"/>
          <w:i w:val="0"/>
        </w:rPr>
        <w:t xml:space="preserve">Tất cả các vấn đề về số thực (float) và thông tin giá được mô tả trong phần </w:t>
      </w:r>
      <w:r>
        <w:rPr>
          <w:b w:val="0"/>
          <w:i/>
        </w:rPr>
        <w:t xml:space="preserve"> There's more </w:t>
      </w:r>
      <w:r>
        <w:rPr>
          <w:b w:val="0"/>
          <w:i w:val="0"/>
        </w:rPr>
        <w:t xml:space="preserve"> </w:t>
      </w:r>
      <w:r>
        <w:rPr>
          <w:b w:val="0"/>
          <w:i/>
        </w:rPr>
        <w:t xml:space="preserve"> … </w:t>
      </w:r>
      <w:r>
        <w:rPr>
          <w:b w:val="0"/>
          <w:i w:val="0"/>
        </w:rPr>
        <w:t xml:space="preserve"> của công thức </w:t>
      </w:r>
      <w:r>
        <w:rPr>
          <w:b w:val="0"/>
          <w:i/>
        </w:rPr>
        <w:t xml:space="preserve"> Extracting data from structured strings </w:t>
      </w:r>
      <w:r>
        <w:rPr>
          <w:b w:val="0"/>
          <w:i w:val="0"/>
        </w:rPr>
        <w:t xml:space="preserve"> cũng áp dụng ở đây.</w:t>
      </w:r>
    </w:p>
    <w:p>
      <w:pPr>
        <w:pStyle w:val="Heading3"/>
      </w:pPr>
      <w:r>
        <w:rPr>
          <w:rFonts w:ascii="Calibri" w:hAnsi="Calibri"/>
          <w:b/>
          <w:i w:val="0"/>
          <w:sz w:val="26"/>
        </w:rPr>
        <w:t>Còn nhiều điều khác…</w:t>
      </w:r>
    </w:p>
    <w:p>
      <w:pPr>
        <w:spacing w:after="80"/>
      </w:pPr>
      <w:r>
        <w:rPr>
          <w:b w:val="0"/>
          <w:i w:val="0"/>
        </w:rPr>
        <w:t xml:space="preserve">Dấu thời gian cũng có thể được chuyển thành một đối tượng </w:t>
      </w:r>
      <w:r>
        <w:rPr>
          <w:rFonts w:ascii="Consolas" w:hAnsi="Consolas"/>
          <w:b w:val="0"/>
          <w:i w:val="0"/>
          <w:sz w:val="20"/>
        </w:rPr>
        <w:br/>
        <w:br/>
        <w:t xml:space="preserve">      pendulum</w:t>
        <w:br/>
        <w:t xml:space="preserve">     </w:t>
        <w:br/>
      </w:r>
      <w:r>
        <w:rPr>
          <w:b w:val="0"/>
          <w:i w:val="0"/>
        </w:rPr>
        <w:t xml:space="preserve"> để đảm bảo tính nhất quán. Ngoài ra, các đối tượng </w:t>
      </w:r>
      <w:r>
        <w:rPr>
          <w:rFonts w:ascii="Consolas" w:hAnsi="Consolas"/>
          <w:b w:val="0"/>
          <w:i w:val="0"/>
          <w:sz w:val="20"/>
        </w:rPr>
        <w:br/>
        <w:br/>
        <w:t xml:space="preserve">      pendulum</w:t>
        <w:br/>
        <w:t xml:space="preserve">     </w:t>
        <w:br/>
      </w:r>
      <w:r>
        <w:rPr>
          <w:b w:val="0"/>
          <w:i w:val="0"/>
        </w:rPr>
        <w:t xml:space="preserve"> còn mang theo thông tin về múi giờ. Thêm cùng cấu trúc như trong công thức trước sẽ cho ta đối tượng sau, có khả năng phân tích cú pháp các bản ghi log (log):</w:t>
      </w:r>
    </w:p>
    <w:p>
      <w:pPr>
        <w:spacing w:after="0"/>
        <w:ind w:left="360"/>
        <w:shd w:val="clear" w:color="auto" w:fill="F2F2F2"/>
      </w:pPr>
      <w:r>
        <w:rPr>
          <w:rFonts w:ascii="Consolas" w:hAnsi="Consolas"/>
          <w:sz w:val="18"/>
        </w:rPr>
        <w:t>import parse</w:t>
      </w:r>
    </w:p>
    <w:p>
      <w:pPr>
        <w:spacing w:after="0"/>
        <w:ind w:left="360"/>
        <w:shd w:val="clear" w:color="auto" w:fill="F2F2F2"/>
      </w:pPr>
      <w:r>
        <w:rPr>
          <w:rFonts w:ascii="Consolas" w:hAnsi="Consolas"/>
          <w:sz w:val="18"/>
        </w:rPr>
        <w:t>from decimal import Decimal</w:t>
      </w:r>
    </w:p>
    <w:p>
      <w:pPr>
        <w:spacing w:after="0"/>
        <w:ind w:left="360"/>
        <w:shd w:val="clear" w:color="auto" w:fill="F2F2F2"/>
      </w:pPr>
      <w:r>
        <w:rPr>
          <w:rFonts w:ascii="Consolas" w:hAnsi="Consolas"/>
          <w:sz w:val="18"/>
        </w:rPr>
        <w:t>import pendulum</w:t>
      </w:r>
    </w:p>
    <w:p>
      <w:pPr>
        <w:spacing w:after="0"/>
        <w:ind w:left="360"/>
        <w:shd w:val="clear" w:color="auto" w:fill="F2F2F2"/>
      </w:pPr>
      <w:r>
        <w:rPr>
          <w:rFonts w:ascii="Consolas" w:hAnsi="Consolas"/>
          <w:sz w:val="18"/>
        </w:rPr>
        <w:t>class PriceLog(object):</w:t>
      </w:r>
    </w:p>
    <w:p>
      <w:pPr>
        <w:spacing w:after="0"/>
        <w:ind w:left="360"/>
        <w:shd w:val="clear" w:color="auto" w:fill="F2F2F2"/>
      </w:pPr>
      <w:r>
        <w:rPr>
          <w:rFonts w:ascii="Consolas" w:hAnsi="Consolas"/>
          <w:sz w:val="18"/>
        </w:rPr>
        <w:t xml:space="preserve">  def __init__(self, timestamp, product_id, price):</w:t>
      </w:r>
    </w:p>
    <w:p>
      <w:pPr>
        <w:spacing w:after="0"/>
        <w:ind w:left="360"/>
        <w:shd w:val="clear" w:color="auto" w:fill="F2F2F2"/>
      </w:pPr>
      <w:r>
        <w:rPr>
          <w:rFonts w:ascii="Consolas" w:hAnsi="Consolas"/>
          <w:sz w:val="18"/>
        </w:rPr>
        <w:t xml:space="preserve">    self.timestamp = timestamp</w:t>
      </w:r>
    </w:p>
    <w:p>
      <w:pPr>
        <w:spacing w:after="0"/>
        <w:ind w:left="360"/>
        <w:shd w:val="clear" w:color="auto" w:fill="F2F2F2"/>
      </w:pPr>
      <w:r>
        <w:rPr>
          <w:rFonts w:ascii="Consolas" w:hAnsi="Consolas"/>
          <w:sz w:val="18"/>
        </w:rPr>
        <w:t xml:space="preserve">    self.product_id = product_id</w:t>
      </w:r>
    </w:p>
    <w:p>
      <w:pPr>
        <w:spacing w:after="0"/>
        <w:ind w:left="360"/>
        <w:shd w:val="clear" w:color="auto" w:fill="F2F2F2"/>
      </w:pPr>
      <w:r>
        <w:rPr>
          <w:rFonts w:ascii="Consolas" w:hAnsi="Consolas"/>
          <w:sz w:val="18"/>
        </w:rPr>
        <w:t xml:space="preserve">    self.price = price</w:t>
      </w:r>
    </w:p>
    <w:p>
      <w:pPr>
        <w:spacing w:after="0"/>
        <w:ind w:left="360"/>
        <w:shd w:val="clear" w:color="auto" w:fill="F2F2F2"/>
      </w:pPr>
      <w:r>
        <w:rPr>
          <w:rFonts w:ascii="Consolas" w:hAnsi="Consolas"/>
          <w:sz w:val="18"/>
        </w:rPr>
        <w:t xml:space="preserve">  def __repr__(self):</w:t>
      </w:r>
    </w:p>
    <w:p>
      <w:pPr>
        <w:spacing w:after="0"/>
        <w:ind w:left="360"/>
        <w:shd w:val="clear" w:color="auto" w:fill="F2F2F2"/>
      </w:pPr>
      <w:r>
        <w:rPr>
          <w:rFonts w:ascii="Consolas" w:hAnsi="Consolas"/>
          <w:sz w:val="18"/>
        </w:rPr>
        <w:t xml:space="preserve">    return '&lt;PriceLog ({}, {}, {})&gt;'.format(self.timestamp,</w:t>
      </w:r>
    </w:p>
    <w:p>
      <w:pPr>
        <w:spacing w:after="0"/>
        <w:ind w:left="360"/>
        <w:shd w:val="clear" w:color="auto" w:fill="F2F2F2"/>
      </w:pPr>
      <w:r>
        <w:rPr>
          <w:rFonts w:ascii="Consolas" w:hAnsi="Consolas"/>
          <w:sz w:val="18"/>
        </w:rPr>
        <w:t xml:space="preserve">                                            self.product_id,</w:t>
      </w:r>
    </w:p>
    <w:p>
      <w:pPr>
        <w:spacing w:after="0"/>
        <w:ind w:left="360"/>
        <w:shd w:val="clear" w:color="auto" w:fill="F2F2F2"/>
      </w:pPr>
      <w:r>
        <w:rPr>
          <w:rFonts w:ascii="Consolas" w:hAnsi="Consolas"/>
          <w:sz w:val="18"/>
        </w:rPr>
        <w:t xml:space="preserve">                                            self.price)</w:t>
      </w:r>
    </w:p>
    <w:p>
      <w:pPr>
        <w:spacing w:after="0"/>
        <w:ind w:left="360"/>
        <w:shd w:val="clear" w:color="auto" w:fill="F2F2F2"/>
      </w:pPr>
      <w:r>
        <w:rPr>
          <w:rFonts w:ascii="Consolas" w:hAnsi="Consolas"/>
          <w:sz w:val="18"/>
        </w:rPr>
        <w:t xml:space="preserve"> @classmethod</w:t>
      </w:r>
    </w:p>
    <w:p>
      <w:pPr>
        <w:spacing w:after="0"/>
        <w:ind w:left="360"/>
        <w:shd w:val="clear" w:color="auto" w:fill="F2F2F2"/>
      </w:pPr>
      <w:r>
        <w:rPr>
          <w:rFonts w:ascii="Consolas" w:hAnsi="Consolas"/>
          <w:sz w:val="18"/>
        </w:rPr>
        <w:t>def parse(cls, text_log):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Parse from a text log with the format</w:t>
      </w:r>
    </w:p>
    <w:p>
      <w:pPr>
        <w:spacing w:after="0"/>
        <w:ind w:left="360"/>
        <w:shd w:val="clear" w:color="auto" w:fill="F2F2F2"/>
      </w:pPr>
      <w:r>
        <w:rPr>
          <w:rFonts w:ascii="Consolas" w:hAnsi="Consolas"/>
          <w:sz w:val="18"/>
        </w:rPr>
        <w:t xml:space="preserve">    [&lt;Timestamp&gt;] - SALE - PRODUCT: &lt;product id&gt; - PRICE: $&lt;price&gt;     to a PriceLog object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price(string):</w:t>
      </w:r>
    </w:p>
    <w:p>
      <w:pPr>
        <w:spacing w:after="0"/>
        <w:ind w:left="360"/>
        <w:shd w:val="clear" w:color="auto" w:fill="F2F2F2"/>
      </w:pPr>
      <w:r>
        <w:rPr>
          <w:rFonts w:ascii="Consolas" w:hAnsi="Consolas"/>
          <w:sz w:val="18"/>
        </w:rPr>
        <w:t xml:space="preserve">      return Decimal(string)</w:t>
      </w:r>
    </w:p>
    <w:p>
      <w:pPr>
        <w:spacing w:after="0"/>
        <w:ind w:left="360"/>
        <w:shd w:val="clear" w:color="auto" w:fill="F2F2F2"/>
      </w:pPr>
      <w:r>
        <w:rPr>
          <w:rFonts w:ascii="Consolas" w:hAnsi="Consolas"/>
          <w:sz w:val="18"/>
        </w:rPr>
        <w:t xml:space="preserve">    def isodate(string):</w:t>
      </w:r>
    </w:p>
    <w:p>
      <w:pPr>
        <w:spacing w:after="0"/>
        <w:ind w:left="360"/>
        <w:shd w:val="clear" w:color="auto" w:fill="F2F2F2"/>
      </w:pPr>
      <w:r>
        <w:rPr>
          <w:rFonts w:ascii="Consolas" w:hAnsi="Consolas"/>
          <w:sz w:val="18"/>
        </w:rPr>
        <w:t xml:space="preserve">      return pendulum.parse(string)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FORMAT = ('[{timestamp:isodate}] - SALE - PRODUCT: {product:d} - '</w:t>
      </w:r>
    </w:p>
    <w:p>
      <w:pPr>
        <w:spacing w:after="0"/>
        <w:ind w:left="360"/>
        <w:shd w:val="clear" w:color="auto" w:fill="F2F2F2"/>
      </w:pPr>
      <w:r>
        <w:rPr>
          <w:rFonts w:ascii="Consolas" w:hAnsi="Consolas"/>
          <w:sz w:val="18"/>
        </w:rPr>
        <w:t>'PRICE: ${price:price}')</w:t>
      </w:r>
    </w:p>
    <w:p>
      <w:pPr>
        <w:spacing w:after="0"/>
        <w:ind w:left="360"/>
        <w:shd w:val="clear" w:color="auto" w:fill="F2F2F2"/>
      </w:pPr>
      <w:r>
        <w:rPr>
          <w:rFonts w:ascii="Consolas" w:hAnsi="Consolas"/>
          <w:sz w:val="18"/>
        </w:rPr>
        <w:t xml:space="preserve">    formats = {'price': price, 'isodate': isodate}</w:t>
      </w:r>
    </w:p>
    <w:p>
      <w:pPr>
        <w:spacing w:after="0"/>
        <w:ind w:left="360"/>
        <w:shd w:val="clear" w:color="auto" w:fill="F2F2F2"/>
      </w:pPr>
      <w:r>
        <w:rPr>
          <w:rFonts w:ascii="Consolas" w:hAnsi="Consolas"/>
          <w:sz w:val="18"/>
        </w:rPr>
        <w:t xml:space="preserve">    result = parse.parse(FORMAT, text_log, formats)</w:t>
      </w:r>
    </w:p>
    <w:p>
      <w:pPr>
        <w:spacing w:after="0"/>
        <w:ind w:left="360"/>
        <w:shd w:val="clear" w:color="auto" w:fill="F2F2F2"/>
      </w:pPr>
      <w:r>
        <w:rPr>
          <w:rFonts w:ascii="Consolas" w:hAnsi="Consolas"/>
          <w:sz w:val="18"/>
        </w:rPr>
        <w:t xml:space="preserve">    return cls(timestamp=result['timestamp'],</w:t>
      </w:r>
    </w:p>
    <w:p>
      <w:pPr>
        <w:spacing w:after="0"/>
        <w:ind w:left="360"/>
        <w:shd w:val="clear" w:color="auto" w:fill="F2F2F2"/>
      </w:pPr>
      <w:r>
        <w:rPr>
          <w:rFonts w:ascii="Consolas" w:hAnsi="Consolas"/>
          <w:sz w:val="18"/>
        </w:rPr>
        <w:t xml:space="preserve">               product_id=result['product'],</w:t>
      </w:r>
    </w:p>
    <w:p>
      <w:pPr>
        <w:spacing w:after="0"/>
        <w:ind w:left="360"/>
        <w:shd w:val="clear" w:color="auto" w:fill="F2F2F2"/>
      </w:pPr>
      <w:r>
        <w:rPr>
          <w:rFonts w:ascii="Consolas" w:hAnsi="Consolas"/>
          <w:sz w:val="18"/>
        </w:rPr>
        <w:t xml:space="preserve">               price=result['price'])</w:t>
      </w:r>
    </w:p>
    <w:p>
      <w:pPr>
        <w:spacing w:after="40"/>
      </w:pPr>
    </w:p>
    <w:p>
      <w:pPr>
        <w:spacing w:after="80"/>
      </w:pPr>
      <w:r>
        <w:rPr>
          <w:b w:val="0"/>
          <w:i w:val="0"/>
        </w:rPr>
        <w:t>Vậy nên, việc phân tích cú pháp nó trả về kết quả tương tự:</w:t>
      </w:r>
    </w:p>
    <w:p>
      <w:pPr>
        <w:spacing w:after="0"/>
        <w:ind w:left="360"/>
        <w:shd w:val="clear" w:color="auto" w:fill="F2F2F2"/>
      </w:pPr>
      <w:r>
        <w:rPr>
          <w:rFonts w:ascii="Consolas" w:hAnsi="Consolas"/>
          <w:sz w:val="18"/>
        </w:rPr>
        <w:t>&gt;&gt;&gt; log = '[2025-10-06T14:58:59.051545] - SALE - PRODUCT: 827 - PRICE: $22.25'</w:t>
      </w:r>
    </w:p>
    <w:p>
      <w:pPr>
        <w:spacing w:after="0"/>
        <w:ind w:left="360"/>
        <w:shd w:val="clear" w:color="auto" w:fill="F2F2F2"/>
      </w:pPr>
      <w:r>
        <w:rPr>
          <w:rFonts w:ascii="Consolas" w:hAnsi="Consolas"/>
          <w:sz w:val="18"/>
        </w:rPr>
        <w:t>&gt;&gt;&gt; PriceLog.parse(log)</w:t>
      </w:r>
    </w:p>
    <w:p>
      <w:pPr>
        <w:spacing w:after="0"/>
        <w:ind w:left="360"/>
        <w:shd w:val="clear" w:color="auto" w:fill="F2F2F2"/>
      </w:pPr>
      <w:r>
        <w:rPr>
          <w:rFonts w:ascii="Consolas" w:hAnsi="Consolas"/>
          <w:sz w:val="18"/>
        </w:rPr>
        <w:t>&lt;PriceLog (2025-10-06 14:58:59.051545+00:00, 827, 22.25)&gt;</w:t>
      </w:r>
    </w:p>
    <w:p>
      <w:pPr>
        <w:spacing w:after="40"/>
      </w:pPr>
    </w:p>
    <w:p>
      <w:pPr>
        <w:spacing w:after="80"/>
      </w:pPr>
      <w:r>
        <w:rPr>
          <w:b w:val="0"/>
          <w:i w:val="0"/>
        </w:rPr>
        <w:t xml:space="preserve">Đoạn mã này nằm trong tệp GitHub, </w:t>
      </w:r>
      <w:r>
        <w:rPr>
          <w:rFonts w:ascii="Consolas" w:hAnsi="Consolas"/>
          <w:b w:val="0"/>
          <w:i w:val="0"/>
          <w:sz w:val="20"/>
        </w:rPr>
        <w:br/>
        <w:br/>
        <w:t xml:space="preserve">       https://github.com/PacktPublishing/Python-Automation-Cookbook-Third-Edition/blob/main/ch01/price_log.py</w:t>
        <w:br/>
        <w:t xml:space="preserve">      </w:t>
        <w:br/>
      </w:r>
    </w:p>
    <w:p>
      <w:pPr>
        <w:spacing w:after="80"/>
      </w:pPr>
      <w:r>
        <w:rPr>
          <w:b w:val="0"/>
          <w:i w:val="0"/>
        </w:rPr>
        <w:t xml:space="preserve">Tất cả các kiểu phân tích cú pháp được hỗ trợ có thể tìm thấy trong tài liệu tại </w:t>
      </w:r>
      <w:r>
        <w:rPr>
          <w:rFonts w:ascii="Consolas" w:hAnsi="Consolas"/>
          <w:b w:val="0"/>
          <w:i w:val="0"/>
          <w:sz w:val="20"/>
        </w:rPr>
        <w:br/>
        <w:br/>
        <w:t xml:space="preserve">       https://github.com/r1chardj0n3s/parse#format-specification</w:t>
        <w:br/>
        <w:t xml:space="preserve">      </w:t>
        <w:br/>
      </w:r>
      <w:r>
        <w:rPr>
          <w:b w:val="0"/>
          <w:i w:val="0"/>
        </w:rPr>
        <w:t xml:space="preserve"> .</w:t>
      </w:r>
    </w:p>
    <w:p>
      <w:pPr>
        <w:spacing w:after="80"/>
      </w:pPr>
      <w:r>
        <w:rPr>
          <w:b/>
          <w:i w:val="0"/>
        </w:rPr>
        <w:t>Mẹo</w:t>
      </w:r>
    </w:p>
    <w:p>
      <w:pPr>
        <w:spacing w:after="80"/>
      </w:pPr>
      <w:r>
        <w:rPr>
          <w:b w:val="0"/>
          <w:i w:val="0"/>
        </w:rPr>
        <w:t>Thông thường, GenAI cố gắng dùng regex, thứ mà chúng ta sẽ thấy trong hai công thức tiếp theo, để phân tích cú pháp các giá trị. Cách đó hiệu quả trong một số trường hợp, nhưng nó có thể làm mọi thứ phức tạp hơn mức cần thiết. Chúng ta sẽ thấy một số vấn đề của regex sau đây. Có một cách dễ dàng hơn để phân tích cú pháp các giá trị thông thường là điều rất quý giá và không nên xem nhẹ.</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Extracting data from structured strings </w:t>
      </w:r>
      <w:r>
        <w:rPr>
          <w:b w:val="0"/>
          <w:i w:val="0"/>
        </w:rPr>
        <w:t xml:space="preserve"> ở phần trước trong chương này, để học cách dùng các quy trình đơn giản nhằm lấy thông tin từ văn bản.</w:t>
      </w:r>
    </w:p>
    <w:p>
      <w:pPr>
        <w:spacing w:after="80"/>
        <w:ind w:left="360"/>
      </w:pPr>
      <w:r>
        <w:t xml:space="preserve">• </w:t>
      </w:r>
      <w:r>
        <w:rPr>
          <w:b w:val="0"/>
          <w:i w:val="0"/>
        </w:rPr>
        <w:t xml:space="preserve">Công thức tiếp theo, </w:t>
      </w:r>
      <w:r>
        <w:rPr>
          <w:b w:val="0"/>
          <w:i/>
        </w:rPr>
        <w:t xml:space="preserve"> Introducing </w:t>
      </w:r>
      <w:r>
        <w:rPr>
          <w:b w:val="0"/>
          <w:i w:val="0"/>
        </w:rPr>
        <w:t xml:space="preserve"> </w:t>
      </w:r>
      <w:r>
        <w:rPr>
          <w:b w:val="0"/>
          <w:i/>
        </w:rPr>
        <w:t xml:space="preserve"> regular expressions </w:t>
      </w:r>
      <w:r>
        <w:rPr>
          <w:b w:val="0"/>
          <w:i w:val="0"/>
        </w:rPr>
        <w:t xml:space="preserve"> , để học cách phát hiện và trích xuất các mẫu (pattern) từ văn bản.</w:t>
      </w:r>
    </w:p>
    <w:p>
      <w:pPr>
        <w:spacing w:after="80"/>
        <w:ind w:left="360"/>
      </w:pPr>
      <w:r>
        <w:t xml:space="preserve">• </w:t>
      </w:r>
      <w:r>
        <w:rPr>
          <w:b w:val="0"/>
          <w:i w:val="0"/>
        </w:rPr>
        <w:t xml:space="preserve">Trong công thức </w:t>
      </w:r>
      <w:r>
        <w:rPr>
          <w:b w:val="0"/>
          <w:i/>
        </w:rPr>
        <w:t xml:space="preserve"> Đi sâu hơn vào biểu thức chính quy </w:t>
      </w:r>
      <w:r>
        <w:rPr>
          <w:b w:val="0"/>
          <w:i w:val="0"/>
        </w:rPr>
        <w:t xml:space="preserve"> ở phần sau của chương này, để bạn hiểu rõ hơn về biểu thức chính quy.</w:t>
      </w:r>
    </w:p>
    <w:p>
      <w:pPr>
        <w:pStyle w:val="Heading2"/>
      </w:pPr>
      <w:r>
        <w:rPr>
          <w:rFonts w:ascii="Calibri" w:hAnsi="Calibri"/>
          <w:b/>
          <w:i w:val="0"/>
          <w:sz w:val="32"/>
        </w:rPr>
        <w:t>Giới thiệu về biểu thức chính quy</w:t>
      </w:r>
    </w:p>
    <w:p>
      <w:pPr>
        <w:spacing w:after="80"/>
      </w:pPr>
      <w:r>
        <w:rPr>
          <w:b w:val="0"/>
          <w:i w:val="0"/>
        </w:rPr>
        <w:t xml:space="preserve">Một </w:t>
      </w:r>
      <w:r>
        <w:rPr>
          <w:b/>
          <w:i w:val="0"/>
        </w:rPr>
        <w:t xml:space="preserve"> biểu thức chính quy </w:t>
      </w:r>
      <w:r>
        <w:rPr>
          <w:b w:val="0"/>
          <w:i w:val="0"/>
        </w:rPr>
        <w:t xml:space="preserve"> , hay </w:t>
      </w:r>
      <w:r>
        <w:rPr>
          <w:b/>
          <w:i w:val="0"/>
        </w:rPr>
        <w:t xml:space="preserve"> regex </w:t>
      </w:r>
      <w:r>
        <w:rPr>
          <w:b w:val="0"/>
          <w:i w:val="0"/>
        </w:rPr>
        <w:t xml:space="preserve"> , là một mẫu để </w:t>
      </w:r>
      <w:r>
        <w:rPr>
          <w:b w:val="0"/>
          <w:i/>
        </w:rPr>
        <w:t xml:space="preserve"> khớp </w:t>
      </w:r>
      <w:r>
        <w:rPr>
          <w:b w:val="0"/>
          <w:i w:val="0"/>
        </w:rPr>
        <w:t xml:space="preserve"> văn bản. Nói cách khác, nó cho phép chúng ta định nghĩa một </w:t>
      </w:r>
      <w:r>
        <w:rPr>
          <w:b/>
          <w:i w:val="0"/>
        </w:rPr>
        <w:t xml:space="preserve"> chuỗi trừu tượng </w:t>
      </w:r>
      <w:r>
        <w:rPr>
          <w:b w:val="0"/>
          <w:i w:val="0"/>
        </w:rPr>
        <w:t xml:space="preserve"> (thường là định nghĩa của một loại văn bản có cấu trúc) để đối chiếu với các chuỗi khác nhằm xem chúng có khớp hay không.</w:t>
      </w:r>
    </w:p>
    <w:p>
      <w:pPr>
        <w:spacing w:after="80"/>
      </w:pPr>
      <w:r>
        <w:rPr>
          <w:b w:val="0"/>
          <w:i w:val="0"/>
        </w:rPr>
        <w:t xml:space="preserve">Sẽ tốt hơn nếu mô tả chúng bằng một ví dụ. Hãy nghĩ đến việc định nghĩa một mẫu văn bản, chẳng hạn như </w:t>
      </w:r>
      <w:r>
        <w:rPr>
          <w:b w:val="0"/>
          <w:i/>
        </w:rPr>
        <w:t xml:space="preserve"> một </w:t>
      </w:r>
      <w:r>
        <w:rPr>
          <w:b w:val="0"/>
          <w:i w:val="0"/>
        </w:rPr>
        <w:t xml:space="preserve"> </w:t>
      </w:r>
      <w:r>
        <w:rPr>
          <w:b w:val="0"/>
          <w:i/>
        </w:rPr>
        <w:t xml:space="preserve"> </w:t>
      </w:r>
      <w:r>
        <w:rPr>
          <w:b w:val="0"/>
          <w:i w:val="0"/>
        </w:rPr>
        <w:t xml:space="preserve"> </w:t>
      </w:r>
      <w:r>
        <w:rPr>
          <w:b w:val="0"/>
          <w:i/>
        </w:rPr>
        <w:t xml:space="preserve"> từ bắt đầu bằng chữ A in hoa và chỉ chứa các chữ </w:t>
      </w:r>
      <w:r>
        <w:rPr>
          <w:b w:val="0"/>
          <w:i w:val="0"/>
        </w:rPr>
        <w:t xml:space="preserve"> </w:t>
      </w:r>
      <w:r>
        <w:rPr>
          <w:b w:val="0"/>
          <w:i/>
        </w:rPr>
        <w:t xml:space="preserve"> ' </w:t>
      </w:r>
      <w:r>
        <w:rPr>
          <w:b w:val="0"/>
          <w:i w:val="0"/>
        </w:rPr>
        <w:t xml:space="preserve"> </w:t>
      </w:r>
      <w:r>
        <w:rPr>
          <w:b w:val="0"/>
          <w:i/>
        </w:rPr>
        <w:t xml:space="preserve"> n </w:t>
      </w:r>
      <w:r>
        <w:rPr>
          <w:b w:val="0"/>
          <w:i w:val="0"/>
        </w:rPr>
        <w:t xml:space="preserve"> </w:t>
      </w:r>
      <w:r>
        <w:rPr>
          <w:b w:val="0"/>
          <w:i/>
        </w:rPr>
        <w:t xml:space="preserve"> ' </w:t>
      </w:r>
      <w:r>
        <w:rPr>
          <w:b w:val="0"/>
          <w:i w:val="0"/>
        </w:rPr>
        <w:t xml:space="preserve"> </w:t>
      </w:r>
      <w:r>
        <w:rPr>
          <w:b w:val="0"/>
          <w:i/>
        </w:rPr>
        <w:t xml:space="preserve"> và </w:t>
      </w:r>
      <w:r>
        <w:rPr>
          <w:b w:val="0"/>
          <w:i w:val="0"/>
        </w:rPr>
        <w:t xml:space="preserve"> </w:t>
      </w:r>
      <w:r>
        <w:rPr>
          <w:b w:val="0"/>
          <w:i/>
        </w:rPr>
        <w:t xml:space="preserve"> ' </w:t>
      </w:r>
      <w:r>
        <w:rPr>
          <w:b w:val="0"/>
          <w:i w:val="0"/>
        </w:rPr>
        <w:t xml:space="preserve"> </w:t>
      </w:r>
      <w:r>
        <w:rPr>
          <w:b w:val="0"/>
          <w:i/>
        </w:rPr>
        <w:t xml:space="preserve"> a </w:t>
      </w:r>
      <w:r>
        <w:rPr>
          <w:b w:val="0"/>
          <w:i w:val="0"/>
        </w:rPr>
        <w:t xml:space="preserve"> </w:t>
      </w:r>
      <w:r>
        <w:rPr>
          <w:b w:val="0"/>
          <w:i/>
        </w:rPr>
        <w:t xml:space="preserve"> ' </w:t>
      </w:r>
      <w:r>
        <w:rPr>
          <w:b w:val="0"/>
          <w:i w:val="0"/>
        </w:rPr>
        <w:t xml:space="preserve"> </w:t>
      </w:r>
      <w:r>
        <w:rPr>
          <w:b w:val="0"/>
          <w:i/>
        </w:rPr>
        <w:t xml:space="preserve"> viết thường sau đó </w:t>
      </w:r>
      <w:r>
        <w:rPr>
          <w:b w:val="0"/>
          <w:i w:val="0"/>
        </w:rPr>
        <w:t xml:space="preserve"> . Hãy xem một vài so sánh và kết quả có thể có:</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 xml:space="preserve"> Văn bản để so sánh </w:t>
            </w:r>
          </w:p>
        </w:tc>
        <w:tc>
          <w:tcPr>
            <w:tcW w:type="dxa" w:w="4680"/>
          </w:tcPr>
          <w:p>
            <w:r/>
            <w:r>
              <w:rPr>
                <w:b/>
                <w:i w:val="0"/>
                <w:sz w:val="19"/>
              </w:rPr>
              <w:t xml:space="preserve"> Kết quả </w:t>
            </w:r>
          </w:p>
        </w:tc>
      </w:tr>
      <w:tr>
        <w:tc>
          <w:tcPr>
            <w:tcW w:type="dxa" w:w="4680"/>
          </w:tcPr>
          <w:p>
            <w:r/>
            <w:r>
              <w:rPr>
                <w:b w:val="0"/>
                <w:i w:val="0"/>
                <w:sz w:val="19"/>
              </w:rPr>
              <w:t>Anna</w:t>
            </w:r>
          </w:p>
        </w:tc>
        <w:tc>
          <w:tcPr>
            <w:tcW w:type="dxa" w:w="4680"/>
          </w:tcPr>
          <w:p>
            <w:r/>
            <w:r>
              <w:rPr>
                <w:b w:val="0"/>
                <w:i w:val="0"/>
                <w:sz w:val="19"/>
              </w:rPr>
              <w:t>Khớp</w:t>
            </w:r>
          </w:p>
        </w:tc>
      </w:tr>
      <w:tr>
        <w:tc>
          <w:tcPr>
            <w:tcW w:type="dxa" w:w="4680"/>
          </w:tcPr>
          <w:p>
            <w:r/>
            <w:r>
              <w:rPr>
                <w:b w:val="0"/>
                <w:i w:val="0"/>
                <w:sz w:val="19"/>
              </w:rPr>
              <w:t>Bob</w:t>
            </w:r>
          </w:p>
        </w:tc>
        <w:tc>
          <w:tcPr>
            <w:tcW w:type="dxa" w:w="4680"/>
          </w:tcPr>
          <w:p>
            <w:r/>
            <w:r>
              <w:rPr>
                <w:b w:val="0"/>
                <w:i w:val="0"/>
                <w:sz w:val="19"/>
              </w:rPr>
              <w:t>Không khớp (Không có chữ A ở đầu)</w:t>
            </w:r>
          </w:p>
        </w:tc>
      </w:tr>
      <w:tr>
        <w:tc>
          <w:tcPr>
            <w:tcW w:type="dxa" w:w="4680"/>
          </w:tcPr>
          <w:p>
            <w:r/>
            <w:r>
              <w:rPr>
                <w:b w:val="0"/>
                <w:i w:val="0"/>
                <w:sz w:val="19"/>
              </w:rPr>
              <w:t>Alice</w:t>
            </w:r>
          </w:p>
        </w:tc>
        <w:tc>
          <w:tcPr>
            <w:tcW w:type="dxa" w:w="4680"/>
          </w:tcPr>
          <w:p>
            <w:r/>
            <w:r>
              <w:rPr>
                <w:b w:val="0"/>
                <w:i w:val="0"/>
                <w:sz w:val="19"/>
              </w:rPr>
              <w:t>Không khớp (l không phải n hay a sau chữ A ở đầu)</w:t>
            </w:r>
          </w:p>
        </w:tc>
      </w:tr>
      <w:tr>
        <w:tc>
          <w:tcPr>
            <w:tcW w:type="dxa" w:w="4680"/>
          </w:tcPr>
          <w:p>
            <w:r/>
            <w:r>
              <w:rPr>
                <w:b w:val="0"/>
                <w:i w:val="0"/>
                <w:sz w:val="19"/>
              </w:rPr>
              <w:t>James</w:t>
            </w:r>
          </w:p>
        </w:tc>
        <w:tc>
          <w:tcPr>
            <w:tcW w:type="dxa" w:w="4680"/>
          </w:tcPr>
          <w:p>
            <w:r/>
            <w:r>
              <w:rPr>
                <w:b w:val="0"/>
                <w:i w:val="0"/>
                <w:sz w:val="19"/>
              </w:rPr>
              <w:t>Không khớp (Không có chữ A ở đầu)</w:t>
            </w:r>
          </w:p>
        </w:tc>
      </w:tr>
      <w:tr>
        <w:tc>
          <w:tcPr>
            <w:tcW w:type="dxa" w:w="4680"/>
          </w:tcPr>
          <w:p>
            <w:r/>
            <w:r>
              <w:rPr>
                <w:b w:val="0"/>
                <w:i w:val="0"/>
                <w:sz w:val="19"/>
              </w:rPr>
              <w:t>Aaan</w:t>
            </w:r>
          </w:p>
        </w:tc>
        <w:tc>
          <w:tcPr>
            <w:tcW w:type="dxa" w:w="4680"/>
          </w:tcPr>
          <w:p>
            <w:r/>
            <w:r>
              <w:rPr>
                <w:b w:val="0"/>
                <w:i w:val="0"/>
                <w:sz w:val="19"/>
              </w:rPr>
              <w:t>Khớp</w:t>
            </w:r>
          </w:p>
        </w:tc>
      </w:tr>
      <w:tr>
        <w:tc>
          <w:tcPr>
            <w:tcW w:type="dxa" w:w="4680"/>
          </w:tcPr>
          <w:p>
            <w:r/>
            <w:r>
              <w:rPr>
                <w:b w:val="0"/>
                <w:i w:val="0"/>
                <w:sz w:val="19"/>
              </w:rPr>
              <w:t>Ana</w:t>
            </w:r>
          </w:p>
        </w:tc>
        <w:tc>
          <w:tcPr>
            <w:tcW w:type="dxa" w:w="4680"/>
          </w:tcPr>
          <w:p>
            <w:r/>
            <w:r>
              <w:rPr>
                <w:b w:val="0"/>
                <w:i w:val="0"/>
                <w:sz w:val="19"/>
              </w:rPr>
              <w:t>Match</w:t>
            </w:r>
          </w:p>
        </w:tc>
      </w:tr>
      <w:tr>
        <w:tc>
          <w:tcPr>
            <w:tcW w:type="dxa" w:w="4680"/>
          </w:tcPr>
          <w:p>
            <w:r/>
            <w:r>
              <w:rPr>
                <w:b w:val="0"/>
                <w:i w:val="0"/>
                <w:sz w:val="19"/>
              </w:rPr>
              <w:t>Annnn</w:t>
            </w:r>
          </w:p>
        </w:tc>
        <w:tc>
          <w:tcPr>
            <w:tcW w:type="dxa" w:w="4680"/>
          </w:tcPr>
          <w:p>
            <w:r/>
            <w:r>
              <w:rPr>
                <w:b w:val="0"/>
                <w:i w:val="0"/>
                <w:sz w:val="19"/>
              </w:rPr>
              <w:t>Match</w:t>
            </w:r>
          </w:p>
        </w:tc>
      </w:tr>
      <w:tr>
        <w:tc>
          <w:tcPr>
            <w:tcW w:type="dxa" w:w="4680"/>
          </w:tcPr>
          <w:p>
            <w:r/>
            <w:r>
              <w:rPr>
                <w:b w:val="0"/>
                <w:i w:val="0"/>
                <w:sz w:val="19"/>
              </w:rPr>
              <w:t>Aaaan</w:t>
            </w:r>
          </w:p>
        </w:tc>
        <w:tc>
          <w:tcPr>
            <w:tcW w:type="dxa" w:w="4680"/>
          </w:tcPr>
          <w:p>
            <w:r/>
            <w:r>
              <w:rPr>
                <w:b w:val="0"/>
                <w:i w:val="0"/>
                <w:sz w:val="19"/>
              </w:rPr>
              <w:t>Match</w:t>
            </w:r>
          </w:p>
        </w:tc>
      </w:tr>
      <w:tr>
        <w:tc>
          <w:tcPr>
            <w:tcW w:type="dxa" w:w="4680"/>
          </w:tcPr>
          <w:p>
            <w:r/>
            <w:r>
              <w:rPr>
                <w:b w:val="0"/>
                <w:i w:val="0"/>
                <w:sz w:val="19"/>
              </w:rPr>
              <w:t>ANNA</w:t>
            </w:r>
          </w:p>
        </w:tc>
        <w:tc>
          <w:tcPr>
            <w:tcW w:type="dxa" w:w="4680"/>
          </w:tcPr>
          <w:p>
            <w:r/>
            <w:r>
              <w:rPr>
                <w:b w:val="0"/>
                <w:i w:val="0"/>
                <w:sz w:val="19"/>
              </w:rPr>
              <w:t>Không khớp (N không phải là n hay a)</w:t>
            </w:r>
          </w:p>
        </w:tc>
      </w:tr>
    </w:tbl>
    <w:p>
      <w:pPr>
        <w:spacing w:after="0"/>
      </w:pPr>
    </w:p>
    <w:p>
      <w:pPr>
        <w:spacing w:after="160"/>
        <w:jc w:val="center"/>
      </w:pPr>
      <w:r>
        <w:rPr>
          <w:rFonts w:ascii="Calibri" w:hAnsi="Calibri"/>
          <w:b w:val="0"/>
          <w:i/>
          <w:sz w:val="19"/>
        </w:rPr>
        <w:t>Bảng 1.1: Một ví dụ về khớp mẫu</w:t>
      </w:r>
    </w:p>
    <w:p>
      <w:pPr>
        <w:spacing w:after="80"/>
      </w:pPr>
      <w:r>
        <w:rPr>
          <w:b w:val="0"/>
          <w:i w:val="0"/>
        </w:rPr>
        <w:t>Nếu nghe có vẻ phức tạp thì đúng là nó phức tạp thật. Regex nổi tiếng là có thể rắc rối, phức tạp và khó theo dõi. Nhưng chúng cũng cực kỳ hữu ích vì cho phép chúng ta thực hiện việc khớp mẫu (pattern matching) vô cùng mạnh mẽ.</w:t>
      </w:r>
    </w:p>
    <w:p>
      <w:pPr>
        <w:spacing w:after="80"/>
      </w:pPr>
      <w:r>
        <w:rPr>
          <w:b w:val="0"/>
          <w:i w:val="0"/>
        </w:rPr>
        <w:t>Một số cách dùng phổ biến của regex là:</w:t>
      </w:r>
    </w:p>
    <w:p>
      <w:pPr>
        <w:spacing w:after="80"/>
        <w:ind w:left="360"/>
      </w:pPr>
      <w:r>
        <w:t xml:space="preserve">• </w:t>
      </w:r>
      <w:r>
        <w:rPr>
          <w:b/>
          <w:i w:val="0"/>
        </w:rPr>
        <w:t xml:space="preserve"> Kiểm tra dữ liệu đầu vào </w:t>
      </w:r>
      <w:r>
        <w:rPr>
          <w:b w:val="0"/>
          <w:i w:val="0"/>
        </w:rPr>
        <w:t xml:space="preserve"> : Ví dụ, một số điện thoại chỉ gồm chữ số, dấu gạch ngang và dấu ngoặc.</w:t>
      </w:r>
    </w:p>
    <w:p>
      <w:pPr>
        <w:spacing w:after="80"/>
        <w:ind w:left="360"/>
      </w:pPr>
      <w:r>
        <w:t xml:space="preserve">• </w:t>
      </w:r>
      <w:r>
        <w:rPr>
          <w:b/>
          <w:i w:val="0"/>
        </w:rPr>
        <w:t xml:space="preserve"> Phân tích chuỗi </w:t>
      </w:r>
      <w:r>
        <w:rPr>
          <w:b w:val="0"/>
          <w:i w:val="0"/>
        </w:rPr>
        <w:t xml:space="preserve"> : Lấy dữ liệu từ các chuỗi có cấu trúc, như log hay URL. Thường thì ta sẽ trích xuất một phần nào đó của toàn bộ chuỗi. Điều này tương tự như những gì được mô tả trong công thức trước.</w:t>
      </w:r>
    </w:p>
    <w:p>
      <w:pPr>
        <w:spacing w:after="80"/>
        <w:ind w:left="360"/>
      </w:pPr>
      <w:r>
        <w:t xml:space="preserve">• </w:t>
      </w:r>
      <w:r>
        <w:rPr>
          <w:b/>
          <w:i w:val="0"/>
        </w:rPr>
        <w:t xml:space="preserve"> Thu thập dữ liệu (Scraping) </w:t>
      </w:r>
      <w:r>
        <w:rPr>
          <w:b w:val="0"/>
          <w:i w:val="0"/>
        </w:rPr>
        <w:t xml:space="preserve"> : Tìm sự xuất hiện của một thứ gì đó trong một đoạn văn bản dài. Ví dụ, tìm tất cả địa chỉ email trong một trang web.</w:t>
      </w:r>
    </w:p>
    <w:p>
      <w:pPr>
        <w:spacing w:after="80"/>
        <w:ind w:left="360"/>
      </w:pPr>
      <w:r>
        <w:t xml:space="preserve">• </w:t>
      </w:r>
      <w:r>
        <w:rPr>
          <w:b/>
          <w:i w:val="0"/>
        </w:rPr>
        <w:t xml:space="preserve"> Thay thế </w:t>
      </w:r>
      <w:r>
        <w:rPr>
          <w:b w:val="0"/>
          <w:i w:val="0"/>
        </w:rPr>
        <w:t xml:space="preserve"> : Tìm và thay thế một từ hoặc nhiều từ bằng từ khác. Ví dụ, thay </w:t>
      </w:r>
      <w:r>
        <w:rPr>
          <w:b w:val="0"/>
          <w:i/>
        </w:rPr>
        <w:t xml:space="preserve"> the owner </w:t>
      </w:r>
      <w:r>
        <w:rPr>
          <w:b w:val="0"/>
          <w:i w:val="0"/>
        </w:rPr>
        <w:t xml:space="preserve"> bằng </w:t>
      </w:r>
      <w:r>
        <w:rPr>
          <w:b w:val="0"/>
          <w:i/>
        </w:rPr>
        <w:t xml:space="preserve"> John Smith </w:t>
      </w:r>
      <w:r>
        <w:rPr>
          <w:b w:val="0"/>
          <w:i w:val="0"/>
        </w:rPr>
        <w:t xml:space="preserve"> .</w:t>
      </w:r>
    </w:p>
    <w:p>
      <w:pPr>
        <w:pStyle w:val="Heading3"/>
      </w:pPr>
      <w:r>
        <w:rPr>
          <w:rFonts w:ascii="Calibri" w:hAnsi="Calibri"/>
          <w:b/>
          <w:i w:val="0"/>
          <w:sz w:val="26"/>
        </w:rPr>
        <w:t>Chuẩn bị</w:t>
      </w:r>
    </w:p>
    <w:p>
      <w:pPr>
        <w:spacing w:after="80"/>
      </w:pPr>
      <w:r>
        <w:rPr>
          <w:b w:val="0"/>
          <w:i w:val="0"/>
        </w:rPr>
        <w:t xml:space="preserve">Mô-đun Python để xử lý regex được gọi là </w:t>
      </w:r>
      <w:r>
        <w:rPr>
          <w:rFonts w:ascii="Consolas" w:hAnsi="Consolas"/>
          <w:b w:val="0"/>
          <w:i w:val="0"/>
          <w:sz w:val="20"/>
        </w:rPr>
        <w:br/>
        <w:br/>
        <w:t xml:space="preserve">      re</w:t>
        <w:br/>
        <w:t xml:space="preserve">     </w:t>
        <w:br/>
      </w:r>
      <w:r>
        <w:rPr>
          <w:b w:val="0"/>
          <w:i w:val="0"/>
        </w:rPr>
        <w:t xml:space="preserve"> . Hàm chính mà chúng ta sẽ tìm hiểu là </w:t>
      </w:r>
      <w:r>
        <w:rPr>
          <w:rFonts w:ascii="Consolas" w:hAnsi="Consolas"/>
          <w:b w:val="0"/>
          <w:i w:val="0"/>
          <w:sz w:val="20"/>
        </w:rPr>
        <w:br/>
        <w:br/>
        <w:t xml:space="preserve">      re.search(),</w:t>
        <w:br/>
        <w:t xml:space="preserve">     </w:t>
        <w:br/>
      </w:r>
      <w:r>
        <w:rPr>
          <w:b w:val="0"/>
          <w:i w:val="0"/>
        </w:rPr>
        <w:t xml:space="preserve"> , hàm này trả về một đối tượng match (kết quả khớp) chứa thông tin về những gì đã khớp với mẫu.</w:t>
      </w:r>
    </w:p>
    <w:p>
      <w:pPr>
        <w:spacing w:after="80"/>
      </w:pPr>
      <w:r>
        <w:rPr>
          <w:b/>
          <w:i w:val="0"/>
        </w:rPr>
        <w:t>Lưu ý</w:t>
      </w:r>
    </w:p>
    <w:p>
      <w:pPr>
        <w:spacing w:after="80"/>
      </w:pPr>
      <w:r>
        <w:rPr>
          <w:b w:val="0"/>
          <w:i w:val="0"/>
        </w:rPr>
        <w:t xml:space="preserve">Vì các mẫu regex cũng được định nghĩa dưới dạng chuỗi, chúng ta sẽ phân biệt chúng bằng cách thêm tiền tố </w:t>
      </w:r>
      <w:r>
        <w:rPr>
          <w:rFonts w:ascii="Consolas" w:hAnsi="Consolas"/>
          <w:b w:val="0"/>
          <w:i w:val="0"/>
          <w:sz w:val="20"/>
        </w:rPr>
        <w:br/>
        <w:br/>
        <w:t xml:space="preserve">       r</w:t>
        <w:br/>
        <w:t xml:space="preserve">      </w:t>
        <w:br/>
      </w:r>
      <w:r>
        <w:rPr>
          <w:b w:val="0"/>
          <w:i w:val="0"/>
        </w:rPr>
        <w:t xml:space="preserve"> , ví dụ như </w:t>
      </w:r>
      <w:r>
        <w:rPr>
          <w:rFonts w:ascii="Consolas" w:hAnsi="Consolas"/>
          <w:b w:val="0"/>
          <w:i w:val="0"/>
          <w:sz w:val="20"/>
        </w:rPr>
        <w:br/>
        <w:br/>
        <w:t xml:space="preserve">       r'pattern'</w:t>
        <w:br/>
        <w:t xml:space="preserve">      </w:t>
        <w:br/>
      </w:r>
      <w:r>
        <w:rPr>
          <w:b w:val="0"/>
          <w:i w:val="0"/>
        </w:rPr>
        <w:t xml:space="preserve"> . Đây là cách Python đánh dấu một văn bản là chuỗi thô (raw string literal), nghĩa là chuỗi bên trong được hiểu theo nghĩa đen, không có bất kỳ ký tự thoát (escape) nào. Điều này có nghĩa là </w:t>
      </w:r>
      <w:r>
        <w:rPr>
          <w:rFonts w:ascii="Consolas" w:hAnsi="Consolas"/>
          <w:b w:val="0"/>
          <w:i w:val="0"/>
          <w:sz w:val="20"/>
        </w:rPr>
        <w:br/>
        <w:br/>
        <w:t xml:space="preserve">       "\"</w:t>
        <w:br/>
        <w:t xml:space="preserve">      </w:t>
        <w:br/>
      </w:r>
      <w:r>
        <w:rPr>
          <w:b w:val="0"/>
          <w:i w:val="0"/>
        </w:rPr>
        <w:t xml:space="preserve"> được dùng như một dấu gạch chéo ngược thay vì một chuỗi thoát. Ví dụ, nếu không có tiền tố </w:t>
      </w:r>
      <w:r>
        <w:rPr>
          <w:rFonts w:ascii="Consolas" w:hAnsi="Consolas"/>
          <w:b w:val="0"/>
          <w:i w:val="0"/>
          <w:sz w:val="20"/>
        </w:rPr>
        <w:br/>
        <w:br/>
        <w:t xml:space="preserve">       r</w:t>
        <w:br/>
        <w:t xml:space="preserve">      </w:t>
        <w:br/>
      </w:r>
      <w:r>
        <w:rPr>
          <w:b w:val="0"/>
          <w:i w:val="0"/>
        </w:rPr>
        <w:t xml:space="preserve"> , thì </w:t>
      </w:r>
      <w:r>
        <w:rPr>
          <w:rFonts w:ascii="Consolas" w:hAnsi="Consolas"/>
          <w:b w:val="0"/>
          <w:i w:val="0"/>
          <w:sz w:val="20"/>
        </w:rPr>
        <w:br/>
        <w:br/>
        <w:t xml:space="preserve">       \n</w:t>
        <w:br/>
        <w:t xml:space="preserve">      </w:t>
        <w:br/>
      </w:r>
      <w:r>
        <w:rPr>
          <w:b w:val="0"/>
          <w:i w:val="0"/>
        </w:rPr>
        <w:t xml:space="preserve"> có nghĩa là ký tự xuống dòng.</w:t>
      </w:r>
    </w:p>
    <w:p>
      <w:pPr>
        <w:spacing w:after="80"/>
      </w:pPr>
      <w:r>
        <w:rPr>
          <w:b w:val="0"/>
          <w:i w:val="0"/>
        </w:rPr>
        <w:t xml:space="preserve">Một số ký tự là đặc biệt và đề cập đến các khái niệm như </w:t>
      </w:r>
      <w:r>
        <w:rPr>
          <w:b w:val="0"/>
          <w:i/>
        </w:rPr>
        <w:t xml:space="preserve"> cuối chuỗi </w:t>
      </w:r>
      <w:r>
        <w:rPr>
          <w:b w:val="0"/>
          <w:i w:val="0"/>
        </w:rPr>
        <w:t xml:space="preserve"> </w:t>
      </w:r>
      <w:r>
        <w:rPr>
          <w:b w:val="0"/>
          <w:i/>
        </w:rPr>
        <w:t xml:space="preserve"> , </w:t>
      </w:r>
      <w:r>
        <w:rPr>
          <w:b w:val="0"/>
          <w:i w:val="0"/>
        </w:rPr>
        <w:t xml:space="preserve"> </w:t>
      </w:r>
      <w:r>
        <w:rPr>
          <w:b w:val="0"/>
          <w:i/>
        </w:rPr>
        <w:t xml:space="preserve"> bất kỳ chữ số nào </w:t>
      </w:r>
      <w:r>
        <w:rPr>
          <w:b w:val="0"/>
          <w:i w:val="0"/>
        </w:rPr>
        <w:t xml:space="preserve"> </w:t>
      </w:r>
      <w:r>
        <w:rPr>
          <w:b w:val="0"/>
          <w:i/>
        </w:rPr>
        <w:t xml:space="preserve"> , </w:t>
      </w:r>
      <w:r>
        <w:rPr>
          <w:b w:val="0"/>
          <w:i w:val="0"/>
        </w:rPr>
        <w:t xml:space="preserve"> </w:t>
      </w:r>
      <w:r>
        <w:rPr>
          <w:b w:val="0"/>
          <w:i/>
        </w:rPr>
        <w:t xml:space="preserve"> bất kỳ ký tự nào </w:t>
      </w:r>
      <w:r>
        <w:rPr>
          <w:b w:val="0"/>
          <w:i w:val="0"/>
        </w:rPr>
        <w:t xml:space="preserve"> </w:t>
      </w:r>
      <w:r>
        <w:rPr>
          <w:b w:val="0"/>
          <w:i/>
        </w:rPr>
        <w:t xml:space="preserve"> , </w:t>
      </w:r>
      <w:r>
        <w:rPr>
          <w:b w:val="0"/>
          <w:i w:val="0"/>
        </w:rPr>
        <w:t xml:space="preserve"> </w:t>
      </w:r>
      <w:r>
        <w:rPr>
          <w:b w:val="0"/>
          <w:i/>
        </w:rPr>
        <w:t xml:space="preserve"> bất kỳ ký tự khoảng trắng nào </w:t>
      </w:r>
      <w:r>
        <w:rPr>
          <w:b w:val="0"/>
          <w:i w:val="0"/>
        </w:rPr>
        <w:t xml:space="preserve"> , v.v.</w:t>
      </w:r>
    </w:p>
    <w:p>
      <w:pPr>
        <w:spacing w:after="80"/>
      </w:pPr>
      <w:r>
        <w:rPr>
          <w:b w:val="0"/>
          <w:i w:val="0"/>
        </w:rPr>
        <w:t xml:space="preserve">Dạng đơn giản nhất chỉ là một chuỗi ký tự đen. Ví dụ, mẫu regex </w:t>
      </w:r>
      <w:r>
        <w:rPr>
          <w:rFonts w:ascii="Consolas" w:hAnsi="Consolas"/>
          <w:b w:val="0"/>
          <w:i w:val="0"/>
          <w:sz w:val="20"/>
        </w:rPr>
        <w:br/>
        <w:br/>
        <w:t xml:space="preserve">      r'LOG'</w:t>
        <w:br/>
        <w:t xml:space="preserve">     </w:t>
        <w:br/>
      </w:r>
      <w:r>
        <w:rPr>
          <w:b w:val="0"/>
          <w:i w:val="0"/>
        </w:rPr>
        <w:t xml:space="preserve"> khớp với chuỗi </w:t>
      </w:r>
      <w:r>
        <w:rPr>
          <w:rFonts w:ascii="Consolas" w:hAnsi="Consolas"/>
          <w:b w:val="0"/>
          <w:i w:val="0"/>
          <w:sz w:val="20"/>
        </w:rPr>
        <w:br/>
        <w:br/>
        <w:t xml:space="preserve">      'LOGS'</w:t>
        <w:br/>
        <w:t xml:space="preserve">     </w:t>
        <w:br/>
      </w:r>
      <w:r>
        <w:rPr>
          <w:b w:val="0"/>
          <w:i w:val="0"/>
        </w:rPr>
        <w:t xml:space="preserve"> , nhưng không khớp với chuỗi </w:t>
      </w:r>
      <w:r>
        <w:rPr>
          <w:rFonts w:ascii="Consolas" w:hAnsi="Consolas"/>
          <w:b w:val="0"/>
          <w:i w:val="0"/>
          <w:sz w:val="20"/>
        </w:rPr>
        <w:br/>
        <w:br/>
        <w:t xml:space="preserve">      'NOT A MATCH'</w:t>
        <w:br/>
        <w:t xml:space="preserve">     </w:t>
        <w:br/>
      </w:r>
      <w:r>
        <w:rPr>
          <w:b w:val="0"/>
          <w:i w:val="0"/>
        </w:rPr>
        <w:t xml:space="preserve"> . Nếu không có kết quả khớp, </w:t>
      </w:r>
      <w:r>
        <w:rPr>
          <w:rFonts w:ascii="Consolas" w:hAnsi="Consolas"/>
          <w:b w:val="0"/>
          <w:i w:val="0"/>
          <w:sz w:val="20"/>
        </w:rPr>
        <w:br/>
        <w:br/>
        <w:t xml:space="preserve">      re.search</w:t>
        <w:br/>
        <w:t xml:space="preserve">     </w:t>
        <w:br/>
      </w:r>
      <w:r>
        <w:rPr>
          <w:b w:val="0"/>
          <w:i w:val="0"/>
        </w:rPr>
        <w:t xml:space="preserve"> trả về </w:t>
      </w:r>
      <w:r>
        <w:rPr>
          <w:rFonts w:ascii="Consolas" w:hAnsi="Consolas"/>
          <w:b w:val="0"/>
          <w:i w:val="0"/>
          <w:sz w:val="20"/>
        </w:rPr>
        <w:br/>
        <w:br/>
        <w:t xml:space="preserve">      None</w:t>
        <w:br/>
        <w:t xml:space="preserve">     </w:t>
        <w:br/>
      </w:r>
      <w:r>
        <w:rPr>
          <w:b w:val="0"/>
          <w:i w:val="0"/>
        </w:rPr>
        <w:t xml:space="preserve"> . Nếu có, nó trả về một đối tượng </w:t>
      </w:r>
      <w:r>
        <w:rPr>
          <w:rFonts w:ascii="Consolas" w:hAnsi="Consolas"/>
          <w:b w:val="0"/>
          <w:i w:val="0"/>
          <w:sz w:val="20"/>
        </w:rPr>
        <w:br/>
        <w:br/>
        <w:t xml:space="preserve">      Match</w:t>
        <w:br/>
        <w:t xml:space="preserve">     </w:t>
        <w:br/>
      </w:r>
      <w:r>
        <w:rPr>
          <w:b w:val="0"/>
          <w:i w:val="0"/>
        </w:rPr>
        <w:t xml:space="preserve"> đặc biệt:</w:t>
      </w:r>
    </w:p>
    <w:p>
      <w:pPr>
        <w:spacing w:after="0"/>
        <w:ind w:left="360"/>
        <w:shd w:val="clear" w:color="auto" w:fill="F2F2F2"/>
      </w:pPr>
      <w:r>
        <w:rPr>
          <w:rFonts w:ascii="Consolas" w:hAnsi="Consolas"/>
          <w:sz w:val="18"/>
        </w:rPr>
        <w:t>&gt;&gt;&gt; import re</w:t>
      </w:r>
    </w:p>
    <w:p>
      <w:pPr>
        <w:spacing w:after="0"/>
        <w:ind w:left="360"/>
        <w:shd w:val="clear" w:color="auto" w:fill="F2F2F2"/>
      </w:pPr>
      <w:r>
        <w:rPr>
          <w:rFonts w:ascii="Consolas" w:hAnsi="Consolas"/>
          <w:sz w:val="18"/>
        </w:rPr>
        <w:t>&gt;&gt;&gt; re.search(r'LOG', 'LOGS')</w:t>
      </w:r>
    </w:p>
    <w:p>
      <w:pPr>
        <w:spacing w:after="0"/>
        <w:ind w:left="360"/>
        <w:shd w:val="clear" w:color="auto" w:fill="F2F2F2"/>
      </w:pPr>
      <w:r>
        <w:rPr>
          <w:rFonts w:ascii="Consolas" w:hAnsi="Consolas"/>
          <w:sz w:val="18"/>
        </w:rPr>
        <w:t>&lt;_sre.SRE_Match object; span=(0, 3), match='LOG'&gt;</w:t>
      </w:r>
    </w:p>
    <w:p>
      <w:pPr>
        <w:spacing w:after="0"/>
        <w:ind w:left="360"/>
        <w:shd w:val="clear" w:color="auto" w:fill="F2F2F2"/>
      </w:pPr>
      <w:r>
        <w:rPr>
          <w:rFonts w:ascii="Consolas" w:hAnsi="Consolas"/>
          <w:sz w:val="18"/>
        </w:rPr>
        <w:t>&gt;&gt;&gt; re.search(r'LOG', 'NOT A MATCH')</w:t>
      </w:r>
    </w:p>
    <w:p>
      <w:pPr>
        <w:spacing w:after="0"/>
        <w:ind w:left="360"/>
        <w:shd w:val="clear" w:color="auto" w:fill="F2F2F2"/>
      </w:pPr>
      <w:r>
        <w:rPr>
          <w:rFonts w:ascii="Consolas" w:hAnsi="Consolas"/>
          <w:sz w:val="18"/>
        </w:rPr>
        <w:t>&gt;&gt;&gt;</w:t>
      </w:r>
    </w:p>
    <w:p>
      <w:pPr>
        <w:spacing w:after="40"/>
      </w:pPr>
    </w:p>
    <w:p>
      <w:pPr>
        <w:pStyle w:val="Heading3"/>
      </w:pPr>
      <w:r>
        <w:rPr>
          <w:rFonts w:ascii="Calibri" w:hAnsi="Calibri"/>
          <w:b/>
          <w:i w:val="0"/>
          <w:sz w:val="26"/>
        </w:rPr>
        <w:t>Cách thực hiện…</w:t>
      </w:r>
    </w:p>
    <w:p>
      <w:pPr>
        <w:spacing w:after="80"/>
        <w:ind w:left="360"/>
      </w:pPr>
      <w:r>
        <w:t xml:space="preserve">1. </w:t>
      </w:r>
      <w:r>
        <w:rPr>
          <w:b w:val="0"/>
          <w:i w:val="0"/>
        </w:rPr>
        <w:t xml:space="preserve">Import mô-đun </w:t>
      </w:r>
      <w:r>
        <w:rPr>
          <w:rFonts w:ascii="Consolas" w:hAnsi="Consolas"/>
          <w:b w:val="0"/>
          <w:i w:val="0"/>
          <w:sz w:val="20"/>
        </w:rPr>
        <w:br/>
        <w:br/>
        <w:t xml:space="preserve">       re</w:t>
        <w:br/>
        <w:t xml:space="preserve">      </w:t>
        <w:br/>
      </w:r>
      <w:r>
        <w:rPr>
          <w:b w:val="0"/>
          <w:i w:val="0"/>
        </w:rPr>
        <w:t xml:space="preserve"> :</w:t>
      </w:r>
    </w:p>
    <w:p>
      <w:pPr>
        <w:spacing w:after="0"/>
        <w:ind w:left="360"/>
        <w:shd w:val="clear" w:color="auto" w:fill="F2F2F2"/>
      </w:pPr>
      <w:r>
        <w:rPr>
          <w:rFonts w:ascii="Consolas" w:hAnsi="Consolas"/>
          <w:sz w:val="18"/>
        </w:rPr>
        <w:t>&gt;&gt;&gt; import re</w:t>
      </w:r>
    </w:p>
    <w:p>
      <w:pPr>
        <w:spacing w:after="40"/>
      </w:pPr>
    </w:p>
    <w:p>
      <w:pPr>
        <w:spacing w:after="80"/>
        <w:ind w:left="360"/>
      </w:pPr>
      <w:r>
        <w:t xml:space="preserve">2. </w:t>
      </w:r>
      <w:r>
        <w:rPr>
          <w:b w:val="0"/>
          <w:i w:val="0"/>
        </w:rPr>
        <w:t>Sau đó, để khớp một mẫu không nằm ở đầu chuỗi:</w:t>
      </w:r>
    </w:p>
    <w:p>
      <w:pPr>
        <w:spacing w:after="0"/>
        <w:ind w:left="360"/>
        <w:shd w:val="clear" w:color="auto" w:fill="F2F2F2"/>
      </w:pPr>
      <w:r>
        <w:rPr>
          <w:rFonts w:ascii="Consolas" w:hAnsi="Consolas"/>
          <w:sz w:val="18"/>
        </w:rPr>
        <w:t>&gt;&gt;&gt; re.search(r'LOG', 'SOME LOGS')</w:t>
      </w:r>
    </w:p>
    <w:p>
      <w:pPr>
        <w:spacing w:after="0"/>
        <w:ind w:left="360"/>
        <w:shd w:val="clear" w:color="auto" w:fill="F2F2F2"/>
      </w:pPr>
      <w:r>
        <w:rPr>
          <w:rFonts w:ascii="Consolas" w:hAnsi="Consolas"/>
          <w:sz w:val="18"/>
        </w:rPr>
        <w:t>&lt;_sre.SRE_Match object; span=(5, 8), match='LOG'&gt;</w:t>
      </w:r>
    </w:p>
    <w:p>
      <w:pPr>
        <w:spacing w:after="40"/>
      </w:pPr>
    </w:p>
    <w:p>
      <w:pPr>
        <w:spacing w:after="80"/>
        <w:ind w:left="360"/>
      </w:pPr>
      <w:r>
        <w:t xml:space="preserve">3. </w:t>
      </w:r>
      <w:r>
        <w:rPr>
          <w:b w:val="0"/>
          <w:i w:val="0"/>
        </w:rPr>
        <w:t xml:space="preserve">Khớp một mẫu chỉ nằm ở đầu chuỗi. Lưu ý ký tự </w:t>
      </w:r>
      <w:r>
        <w:rPr>
          <w:rFonts w:ascii="Consolas" w:hAnsi="Consolas"/>
          <w:b w:val="0"/>
          <w:i w:val="0"/>
          <w:sz w:val="20"/>
        </w:rPr>
        <w:br/>
        <w:br/>
        <w:t xml:space="preserve">       ^</w:t>
        <w:br/>
        <w:t xml:space="preserve">      </w:t>
        <w:br/>
      </w:r>
      <w:r>
        <w:rPr>
          <w:b w:val="0"/>
          <w:i w:val="0"/>
        </w:rPr>
        <w:t xml:space="preserve"> ở đầu mẫu:</w:t>
      </w:r>
    </w:p>
    <w:p>
      <w:pPr>
        <w:spacing w:after="0"/>
        <w:ind w:left="360"/>
        <w:shd w:val="clear" w:color="auto" w:fill="F2F2F2"/>
      </w:pPr>
      <w:r>
        <w:rPr>
          <w:rFonts w:ascii="Consolas" w:hAnsi="Consolas"/>
          <w:sz w:val="18"/>
        </w:rPr>
        <w:t>&gt;&gt;&gt; re.search(r'^LOG', 'LOGS')</w:t>
      </w:r>
    </w:p>
    <w:p>
      <w:pPr>
        <w:spacing w:after="0"/>
        <w:ind w:left="360"/>
        <w:shd w:val="clear" w:color="auto" w:fill="F2F2F2"/>
      </w:pPr>
      <w:r>
        <w:rPr>
          <w:rFonts w:ascii="Consolas" w:hAnsi="Consolas"/>
          <w:sz w:val="18"/>
        </w:rPr>
        <w:t>&lt;_sre.SRE_Match object; span=(0, 3), match='LOG'&gt;</w:t>
      </w:r>
    </w:p>
    <w:p>
      <w:pPr>
        <w:spacing w:after="0"/>
        <w:ind w:left="360"/>
        <w:shd w:val="clear" w:color="auto" w:fill="F2F2F2"/>
      </w:pPr>
      <w:r>
        <w:rPr>
          <w:rFonts w:ascii="Consolas" w:hAnsi="Consolas"/>
          <w:sz w:val="18"/>
        </w:rPr>
        <w:t>&gt;&gt;&gt; re.search(r'^LOG', 'SOME LOGS')</w:t>
      </w:r>
    </w:p>
    <w:p>
      <w:pPr>
        <w:spacing w:after="0"/>
        <w:ind w:left="360"/>
        <w:shd w:val="clear" w:color="auto" w:fill="F2F2F2"/>
      </w:pPr>
      <w:r>
        <w:rPr>
          <w:rFonts w:ascii="Consolas" w:hAnsi="Consolas"/>
          <w:sz w:val="18"/>
        </w:rPr>
        <w:t>&gt;&gt;&gt;</w:t>
      </w:r>
    </w:p>
    <w:p>
      <w:pPr>
        <w:spacing w:after="40"/>
      </w:pPr>
    </w:p>
    <w:p>
      <w:pPr>
        <w:spacing w:after="80"/>
        <w:ind w:left="360"/>
      </w:pPr>
      <w:r>
        <w:t xml:space="preserve">4. </w:t>
      </w:r>
      <w:r>
        <w:rPr>
          <w:b w:val="0"/>
          <w:i w:val="0"/>
        </w:rPr>
        <w:t xml:space="preserve">Khớp một mẫu chỉ nằm ở cuối chuỗi. Lưu ý ký tự </w:t>
      </w:r>
      <w:r>
        <w:rPr>
          <w:rFonts w:ascii="Consolas" w:hAnsi="Consolas"/>
          <w:b w:val="0"/>
          <w:i w:val="0"/>
          <w:sz w:val="20"/>
        </w:rPr>
        <w:br/>
        <w:br/>
        <w:t xml:space="preserve">       $</w:t>
        <w:br/>
        <w:t xml:space="preserve">      </w:t>
        <w:br/>
      </w:r>
      <w:r>
        <w:rPr>
          <w:b w:val="0"/>
          <w:i w:val="0"/>
        </w:rPr>
        <w:t xml:space="preserve"> ở cuối:</w:t>
      </w:r>
    </w:p>
    <w:p>
      <w:pPr>
        <w:spacing w:after="0"/>
        <w:ind w:left="360"/>
        <w:shd w:val="clear" w:color="auto" w:fill="F2F2F2"/>
      </w:pPr>
      <w:r>
        <w:rPr>
          <w:rFonts w:ascii="Consolas" w:hAnsi="Consolas"/>
          <w:sz w:val="18"/>
        </w:rPr>
        <w:t>&gt;&gt;&gt; re.search(r'LOG$', 'SOME LOG')</w:t>
      </w:r>
    </w:p>
    <w:p>
      <w:pPr>
        <w:spacing w:after="0"/>
        <w:ind w:left="360"/>
        <w:shd w:val="clear" w:color="auto" w:fill="F2F2F2"/>
      </w:pPr>
      <w:r>
        <w:rPr>
          <w:rFonts w:ascii="Consolas" w:hAnsi="Consolas"/>
          <w:sz w:val="18"/>
        </w:rPr>
        <w:t>&lt;_sre.SRE_Match object; span=(5, 8), match='LOG'&gt;</w:t>
      </w:r>
    </w:p>
    <w:p>
      <w:pPr>
        <w:spacing w:after="0"/>
        <w:ind w:left="360"/>
        <w:shd w:val="clear" w:color="auto" w:fill="F2F2F2"/>
      </w:pPr>
      <w:r>
        <w:rPr>
          <w:rFonts w:ascii="Consolas" w:hAnsi="Consolas"/>
          <w:sz w:val="18"/>
        </w:rPr>
        <w:t>&gt;&gt;&gt; re.search(r'LOG$', 'SOME LOGS')</w:t>
      </w:r>
    </w:p>
    <w:p>
      <w:pPr>
        <w:spacing w:after="0"/>
        <w:ind w:left="360"/>
        <w:shd w:val="clear" w:color="auto" w:fill="F2F2F2"/>
      </w:pPr>
      <w:r>
        <w:rPr>
          <w:rFonts w:ascii="Consolas" w:hAnsi="Consolas"/>
          <w:sz w:val="18"/>
        </w:rPr>
        <w:t>&gt;&gt;&gt;</w:t>
      </w:r>
    </w:p>
    <w:p>
      <w:pPr>
        <w:spacing w:after="40"/>
      </w:pPr>
    </w:p>
    <w:p>
      <w:pPr>
        <w:spacing w:after="80"/>
        <w:ind w:left="360"/>
      </w:pPr>
      <w:r>
        <w:t xml:space="preserve">5. </w:t>
      </w:r>
      <w:r>
        <w:rPr>
          <w:b w:val="0"/>
          <w:i w:val="0"/>
        </w:rPr>
        <w:t xml:space="preserve">Khớp từ </w:t>
      </w:r>
      <w:r>
        <w:rPr>
          <w:rFonts w:ascii="Consolas" w:hAnsi="Consolas"/>
          <w:b w:val="0"/>
          <w:i w:val="0"/>
          <w:sz w:val="20"/>
        </w:rPr>
        <w:br/>
        <w:br/>
        <w:t xml:space="preserve">       'thing'</w:t>
        <w:br/>
        <w:t xml:space="preserve">      </w:t>
        <w:br/>
      </w:r>
      <w:r>
        <w:rPr>
          <w:b w:val="0"/>
          <w:i w:val="0"/>
        </w:rPr>
        <w:t xml:space="preserve"> (không loại trừ </w:t>
      </w:r>
      <w:r>
        <w:rPr>
          <w:rFonts w:ascii="Consolas" w:hAnsi="Consolas"/>
          <w:b w:val="0"/>
          <w:i w:val="0"/>
          <w:sz w:val="20"/>
        </w:rPr>
        <w:br/>
        <w:br/>
        <w:t xml:space="preserve">       things</w:t>
        <w:br/>
        <w:t xml:space="preserve">      </w:t>
        <w:br/>
      </w:r>
      <w:r>
        <w:rPr>
          <w:b w:val="0"/>
          <w:i w:val="0"/>
        </w:rPr>
        <w:t xml:space="preserve"> ), nhưng không khớp </w:t>
      </w:r>
      <w:r>
        <w:rPr>
          <w:rFonts w:ascii="Consolas" w:hAnsi="Consolas"/>
          <w:b w:val="0"/>
          <w:i w:val="0"/>
          <w:sz w:val="20"/>
        </w:rPr>
        <w:br/>
        <w:br/>
        <w:t xml:space="preserve">       something</w:t>
        <w:br/>
        <w:t xml:space="preserve">      </w:t>
        <w:br/>
      </w:r>
      <w:r>
        <w:rPr>
          <w:b w:val="0"/>
          <w:i w:val="0"/>
        </w:rPr>
        <w:t xml:space="preserve"> hay </w:t>
      </w:r>
      <w:r>
        <w:rPr>
          <w:rFonts w:ascii="Consolas" w:hAnsi="Consolas"/>
          <w:b w:val="0"/>
          <w:i w:val="0"/>
          <w:sz w:val="20"/>
        </w:rPr>
        <w:br/>
        <w:br/>
        <w:t xml:space="preserve">       anything</w:t>
        <w:br/>
        <w:t xml:space="preserve">      </w:t>
        <w:br/>
      </w:r>
      <w:r>
        <w:rPr>
          <w:b w:val="0"/>
          <w:i w:val="0"/>
        </w:rPr>
        <w:t xml:space="preserve"> . Lưu ý ký tự </w:t>
      </w:r>
      <w:r>
        <w:rPr>
          <w:rFonts w:ascii="Consolas" w:hAnsi="Consolas"/>
          <w:b w:val="0"/>
          <w:i w:val="0"/>
          <w:sz w:val="20"/>
        </w:rPr>
        <w:br/>
        <w:br/>
        <w:t xml:space="preserve">       \b</w:t>
        <w:br/>
        <w:t xml:space="preserve">      </w:t>
        <w:br/>
      </w:r>
      <w:r>
        <w:rPr>
          <w:b w:val="0"/>
          <w:i w:val="0"/>
        </w:rPr>
        <w:t xml:space="preserve"> ở đầu mẫu thứ hai:</w:t>
      </w:r>
    </w:p>
    <w:p>
      <w:pPr>
        <w:spacing w:after="0"/>
        <w:ind w:left="360"/>
        <w:shd w:val="clear" w:color="auto" w:fill="F2F2F2"/>
      </w:pPr>
      <w:r>
        <w:rPr>
          <w:rFonts w:ascii="Consolas" w:hAnsi="Consolas"/>
          <w:sz w:val="18"/>
        </w:rPr>
        <w:t>&gt;&gt;&gt; STRING = 'something in the things she shows me'</w:t>
      </w:r>
    </w:p>
    <w:p>
      <w:pPr>
        <w:spacing w:after="0"/>
        <w:ind w:left="360"/>
        <w:shd w:val="clear" w:color="auto" w:fill="F2F2F2"/>
      </w:pPr>
      <w:r>
        <w:rPr>
          <w:rFonts w:ascii="Consolas" w:hAnsi="Consolas"/>
          <w:sz w:val="18"/>
        </w:rPr>
        <w:t>&gt;&gt;&gt; match = re.search(r'thing', STRING)</w:t>
      </w:r>
    </w:p>
    <w:p>
      <w:pPr>
        <w:spacing w:after="0"/>
        <w:ind w:left="360"/>
        <w:shd w:val="clear" w:color="auto" w:fill="F2F2F2"/>
      </w:pPr>
      <w:r>
        <w:rPr>
          <w:rFonts w:ascii="Consolas" w:hAnsi="Consolas"/>
          <w:sz w:val="18"/>
        </w:rPr>
        <w:t>&gt;&gt;&gt; STRING[:match.start()], STRING[match.start():match.end()], STRING[match.end():]</w:t>
      </w:r>
    </w:p>
    <w:p>
      <w:pPr>
        <w:spacing w:after="0"/>
        <w:ind w:left="360"/>
        <w:shd w:val="clear" w:color="auto" w:fill="F2F2F2"/>
      </w:pPr>
      <w:r>
        <w:rPr>
          <w:rFonts w:ascii="Consolas" w:hAnsi="Consolas"/>
          <w:sz w:val="18"/>
        </w:rPr>
        <w:t>('some', 'thing', ' in the things she shows me')</w:t>
      </w:r>
    </w:p>
    <w:p>
      <w:pPr>
        <w:spacing w:after="0"/>
        <w:ind w:left="360"/>
        <w:shd w:val="clear" w:color="auto" w:fill="F2F2F2"/>
      </w:pPr>
      <w:r>
        <w:rPr>
          <w:rFonts w:ascii="Consolas" w:hAnsi="Consolas"/>
          <w:sz w:val="18"/>
        </w:rPr>
        <w:t>&gt;&gt;&gt; match = re.search(r'\bthing', STRING)</w:t>
      </w:r>
    </w:p>
    <w:p>
      <w:pPr>
        <w:spacing w:after="0"/>
        <w:ind w:left="360"/>
        <w:shd w:val="clear" w:color="auto" w:fill="F2F2F2"/>
      </w:pPr>
      <w:r>
        <w:rPr>
          <w:rFonts w:ascii="Consolas" w:hAnsi="Consolas"/>
          <w:sz w:val="18"/>
        </w:rPr>
        <w:t>&gt;&gt;&gt; STRING[:match.start()], STRING[match.start():match.end()], STRING[match.end():]</w:t>
      </w:r>
    </w:p>
    <w:p>
      <w:pPr>
        <w:spacing w:after="0"/>
        <w:ind w:left="360"/>
        <w:shd w:val="clear" w:color="auto" w:fill="F2F2F2"/>
      </w:pPr>
      <w:r>
        <w:rPr>
          <w:rFonts w:ascii="Consolas" w:hAnsi="Consolas"/>
          <w:sz w:val="18"/>
        </w:rPr>
        <w:t>('something in the ', 'thing', 's she shows me')</w:t>
      </w:r>
    </w:p>
    <w:p>
      <w:pPr>
        <w:spacing w:after="40"/>
      </w:pPr>
    </w:p>
    <w:p>
      <w:pPr>
        <w:spacing w:after="80"/>
        <w:ind w:left="360"/>
      </w:pPr>
      <w:r>
        <w:t xml:space="preserve">6. </w:t>
      </w:r>
      <w:r>
        <w:rPr>
          <w:b w:val="0"/>
          <w:i w:val="0"/>
        </w:rPr>
        <w:t>Khớp một mẫu chỉ gồm số và dấu gạch ngang (ví dụ, một số điện thoại). Lấy chuỗi đã khớp:</w:t>
      </w:r>
    </w:p>
    <w:p>
      <w:pPr>
        <w:spacing w:after="0"/>
        <w:ind w:left="360"/>
        <w:shd w:val="clear" w:color="auto" w:fill="F2F2F2"/>
      </w:pPr>
      <w:r>
        <w:rPr>
          <w:rFonts w:ascii="Consolas" w:hAnsi="Consolas"/>
          <w:sz w:val="18"/>
        </w:rPr>
        <w:t>&gt;&gt;&gt; re.search(r'[0123456789-]+', 'the phone number is 1234-567-890') &lt;_sre.SRE_Match object; span=(20, 32), match='1234-567-890'&gt;</w:t>
      </w:r>
    </w:p>
    <w:p>
      <w:pPr>
        <w:spacing w:after="0"/>
        <w:ind w:left="360"/>
        <w:shd w:val="clear" w:color="auto" w:fill="F2F2F2"/>
      </w:pPr>
      <w:r>
        <w:rPr>
          <w:rFonts w:ascii="Consolas" w:hAnsi="Consolas"/>
          <w:sz w:val="18"/>
        </w:rPr>
        <w:t>&gt;&gt;&gt; re.search(r'[0123456789-]+', 'the phone number is 1234-567-890').group()</w:t>
      </w:r>
    </w:p>
    <w:p>
      <w:pPr>
        <w:spacing w:after="0"/>
        <w:ind w:left="360"/>
        <w:shd w:val="clear" w:color="auto" w:fill="F2F2F2"/>
      </w:pPr>
      <w:r>
        <w:rPr>
          <w:rFonts w:ascii="Consolas" w:hAnsi="Consolas"/>
          <w:sz w:val="18"/>
        </w:rPr>
        <w:t>'1234-567-890'</w:t>
      </w:r>
    </w:p>
    <w:p>
      <w:pPr>
        <w:spacing w:after="40"/>
      </w:pPr>
    </w:p>
    <w:p>
      <w:pPr>
        <w:spacing w:after="80"/>
        <w:ind w:left="360"/>
      </w:pPr>
      <w:r>
        <w:t xml:space="preserve">7. </w:t>
      </w:r>
      <w:r>
        <w:rPr>
          <w:b w:val="0"/>
          <w:i w:val="0"/>
        </w:rPr>
        <w:t>Khớp một địa chỉ email một cách đơn giản:</w:t>
      </w:r>
    </w:p>
    <w:p>
      <w:pPr>
        <w:spacing w:after="0"/>
        <w:ind w:left="360"/>
        <w:shd w:val="clear" w:color="auto" w:fill="F2F2F2"/>
      </w:pPr>
      <w:r>
        <w:rPr>
          <w:rFonts w:ascii="Consolas" w:hAnsi="Consolas"/>
          <w:sz w:val="18"/>
        </w:rPr>
        <w:t>&gt;&gt;&gt; re.search(r'\S+@\S+', 'my email is email.123@test.com').group() 'email.123@test.com'</w:t>
      </w:r>
    </w:p>
    <w:p>
      <w:pPr>
        <w:spacing w:after="40"/>
      </w:pPr>
    </w:p>
    <w:p>
      <w:pPr>
        <w:pStyle w:val="Heading3"/>
      </w:pPr>
      <w:r>
        <w:rPr>
          <w:rFonts w:ascii="Calibri" w:hAnsi="Calibri"/>
          <w:b/>
          <w:i w:val="0"/>
          <w:sz w:val="26"/>
        </w:rPr>
        <w:t>Cách hoạt động…</w:t>
      </w:r>
    </w:p>
    <w:p>
      <w:pPr>
        <w:spacing w:after="80"/>
      </w:pPr>
      <w:r>
        <w:rPr>
          <w:b w:val="0"/>
          <w:i w:val="0"/>
        </w:rPr>
        <w:t xml:space="preserve">Hàm </w:t>
      </w:r>
      <w:r>
        <w:rPr>
          <w:rFonts w:ascii="Consolas" w:hAnsi="Consolas"/>
          <w:b w:val="0"/>
          <w:i w:val="0"/>
          <w:sz w:val="20"/>
        </w:rPr>
        <w:br/>
        <w:br/>
        <w:t xml:space="preserve">      re.search</w:t>
        <w:br/>
        <w:t xml:space="preserve">     </w:t>
        <w:br/>
      </w:r>
      <w:r>
        <w:rPr>
          <w:b w:val="0"/>
          <w:i w:val="0"/>
        </w:rPr>
        <w:t xml:space="preserve"> khớp một mẫu, bất kể vị trí của nó trong chuỗi. Như đã giải thích trước đó, hàm này sẽ trả về </w:t>
      </w:r>
      <w:r>
        <w:rPr>
          <w:rFonts w:ascii="Consolas" w:hAnsi="Consolas"/>
          <w:b w:val="0"/>
          <w:i w:val="0"/>
          <w:sz w:val="20"/>
        </w:rPr>
        <w:br/>
        <w:br/>
        <w:t xml:space="preserve">      None</w:t>
        <w:br/>
        <w:t xml:space="preserve">     </w:t>
        <w:br/>
      </w:r>
      <w:r>
        <w:rPr>
          <w:b w:val="0"/>
          <w:i w:val="0"/>
        </w:rPr>
        <w:t xml:space="preserve"> nếu không tìm thấy mẫu, hoặc một đối tượng </w:t>
      </w:r>
      <w:r>
        <w:rPr>
          <w:rFonts w:ascii="Consolas" w:hAnsi="Consolas"/>
          <w:b w:val="0"/>
          <w:i w:val="0"/>
          <w:sz w:val="20"/>
        </w:rPr>
        <w:br/>
        <w:br/>
        <w:t xml:space="preserve">      Match</w:t>
        <w:br/>
        <w:t xml:space="preserve">     </w:t>
        <w:br/>
      </w:r>
      <w:r>
        <w:rPr>
          <w:b w:val="0"/>
          <w:i w:val="0"/>
        </w:rPr>
        <w:t xml:space="preserve"> .</w:t>
      </w:r>
    </w:p>
    <w:p>
      <w:pPr>
        <w:spacing w:after="80"/>
      </w:pPr>
      <w:r>
        <w:rPr>
          <w:b w:val="0"/>
          <w:i w:val="0"/>
        </w:rPr>
        <w:t>Các ký tự đặc biệt sau đây được sử dụng:</w:t>
      </w:r>
    </w:p>
    <w:p>
      <w:pPr>
        <w:spacing w:after="80"/>
        <w:ind w:left="360"/>
      </w:pPr>
      <w:r>
        <w:t xml:space="preserve">• </w:t>
      </w:r>
      <w:r>
        <w:rPr>
          <w:rFonts w:ascii="Consolas" w:hAnsi="Consolas"/>
          <w:b w:val="0"/>
          <w:i w:val="0"/>
          <w:sz w:val="20"/>
        </w:rPr>
        <w:br/>
        <w:br/>
        <w:t xml:space="preserve">       ^</w:t>
        <w:br/>
        <w:t xml:space="preserve">      </w:t>
        <w:br/>
      </w:r>
      <w:r>
        <w:rPr>
          <w:b w:val="0"/>
          <w:i w:val="0"/>
        </w:rPr>
        <w:t xml:space="preserve"> : Đánh dấu điểm bắt đầu của chuỗi</w:t>
      </w:r>
    </w:p>
    <w:p>
      <w:pPr>
        <w:spacing w:after="80"/>
        <w:ind w:left="360"/>
      </w:pPr>
      <w:r>
        <w:t xml:space="preserve">• </w:t>
      </w:r>
      <w:r>
        <w:rPr>
          <w:rFonts w:ascii="Consolas" w:hAnsi="Consolas"/>
          <w:b w:val="0"/>
          <w:i w:val="0"/>
          <w:sz w:val="20"/>
        </w:rPr>
        <w:br/>
        <w:br/>
        <w:t xml:space="preserve">       $</w:t>
        <w:br/>
        <w:t xml:space="preserve">      </w:t>
        <w:br/>
      </w:r>
      <w:r>
        <w:rPr>
          <w:b w:val="0"/>
          <w:i w:val="0"/>
        </w:rPr>
        <w:t xml:space="preserve"> : Đánh dấu điểm kết thúc của chuỗi</w:t>
      </w:r>
    </w:p>
    <w:p>
      <w:pPr>
        <w:spacing w:after="80"/>
        <w:ind w:left="360"/>
      </w:pPr>
      <w:r>
        <w:t xml:space="preserve">• </w:t>
      </w:r>
      <w:r>
        <w:rPr>
          <w:rFonts w:ascii="Consolas" w:hAnsi="Consolas"/>
          <w:b w:val="0"/>
          <w:i w:val="0"/>
          <w:sz w:val="20"/>
        </w:rPr>
        <w:br/>
        <w:br/>
        <w:t xml:space="preserve">       \b</w:t>
        <w:br/>
        <w:t xml:space="preserve">      </w:t>
        <w:br/>
      </w:r>
      <w:r>
        <w:rPr>
          <w:b w:val="0"/>
          <w:i w:val="0"/>
        </w:rPr>
        <w:t xml:space="preserve"> : Đánh dấu điểm bắt đầu hoặc kết thúc của một từ</w:t>
      </w:r>
    </w:p>
    <w:p>
      <w:pPr>
        <w:spacing w:after="80"/>
        <w:ind w:left="360"/>
      </w:pPr>
      <w:r>
        <w:t xml:space="preserve">• </w:t>
      </w:r>
      <w:r>
        <w:rPr>
          <w:rFonts w:ascii="Consolas" w:hAnsi="Consolas"/>
          <w:b w:val="0"/>
          <w:i w:val="0"/>
          <w:sz w:val="20"/>
        </w:rPr>
        <w:br/>
        <w:br/>
        <w:t xml:space="preserve">       \S</w:t>
        <w:br/>
        <w:t xml:space="preserve">      </w:t>
        <w:br/>
      </w:r>
      <w:r>
        <w:rPr>
          <w:b w:val="0"/>
          <w:i w:val="0"/>
        </w:rPr>
        <w:t xml:space="preserve"> : Đánh dấu bất kỳ ký tự nào không phải khoảng trắng, bao gồm cả những ký tự như </w:t>
      </w:r>
      <w:r>
        <w:rPr>
          <w:rFonts w:ascii="Consolas" w:hAnsi="Consolas"/>
          <w:b w:val="0"/>
          <w:i w:val="0"/>
          <w:sz w:val="20"/>
        </w:rPr>
        <w:br/>
        <w:br/>
        <w:t xml:space="preserve">       *</w:t>
        <w:br/>
        <w:t xml:space="preserve">      </w:t>
        <w:br/>
      </w:r>
      <w:r>
        <w:rPr>
          <w:b w:val="0"/>
          <w:i w:val="0"/>
        </w:rPr>
        <w:t xml:space="preserve"> hoặc </w:t>
      </w:r>
      <w:r>
        <w:rPr>
          <w:rFonts w:ascii="Consolas" w:hAnsi="Consolas"/>
          <w:b w:val="0"/>
          <w:i w:val="0"/>
          <w:sz w:val="20"/>
        </w:rPr>
        <w:br/>
        <w:br/>
        <w:t xml:space="preserve">       $</w:t>
        <w:br/>
        <w:t xml:space="preserve">      </w:t>
        <w:br/>
      </w:r>
    </w:p>
    <w:p>
      <w:pPr>
        <w:spacing w:after="80"/>
      </w:pPr>
      <w:r>
        <w:rPr>
          <w:b w:val="0"/>
          <w:i w:val="0"/>
        </w:rPr>
        <w:t xml:space="preserve">Nhiều ký tự đặc biệt hơn sẽ được trình bày trong công thức tiếp theo, </w:t>
      </w:r>
      <w:r>
        <w:rPr>
          <w:b w:val="0"/>
          <w:i/>
        </w:rPr>
        <w:t xml:space="preserve"> Đi sâu hơn vào biểu thức chính quy </w:t>
      </w:r>
      <w:r>
        <w:rPr>
          <w:b w:val="0"/>
          <w:i w:val="0"/>
        </w:rPr>
        <w:t xml:space="preserve"> .</w:t>
      </w:r>
    </w:p>
    <w:p>
      <w:pPr>
        <w:spacing w:after="80"/>
      </w:pPr>
      <w:r>
        <w:rPr>
          <w:b w:val="0"/>
          <w:i w:val="0"/>
        </w:rPr>
        <w:t xml:space="preserve">Trong </w:t>
      </w:r>
      <w:r>
        <w:rPr>
          <w:b w:val="0"/>
          <w:i/>
        </w:rPr>
        <w:t xml:space="preserve"> bước 6 </w:t>
      </w:r>
      <w:r>
        <w:rPr>
          <w:b w:val="0"/>
          <w:i w:val="0"/>
        </w:rPr>
        <w:t xml:space="preserve"> của phần </w:t>
      </w:r>
      <w:r>
        <w:rPr>
          <w:b w:val="0"/>
          <w:i/>
        </w:rPr>
        <w:t xml:space="preserve"> Cách thực hiện </w:t>
      </w:r>
      <w:r>
        <w:rPr>
          <w:b w:val="0"/>
          <w:i w:val="0"/>
        </w:rPr>
        <w:t xml:space="preserve"> </w:t>
      </w:r>
      <w:r>
        <w:rPr>
          <w:b w:val="0"/>
          <w:i/>
        </w:rPr>
        <w:t xml:space="preserve"> … </w:t>
      </w:r>
      <w:r>
        <w:rPr>
          <w:b w:val="0"/>
          <w:i w:val="0"/>
        </w:rPr>
        <w:t xml:space="preserve"> , mẫu </w:t>
      </w:r>
      <w:r>
        <w:rPr>
          <w:rFonts w:ascii="Consolas" w:hAnsi="Consolas"/>
          <w:b w:val="0"/>
          <w:i w:val="0"/>
          <w:sz w:val="20"/>
        </w:rPr>
        <w:br/>
        <w:br/>
        <w:t xml:space="preserve">      r'[0123456789‑]+'</w:t>
        <w:br/>
        <w:t xml:space="preserve">     </w:t>
        <w:br/>
      </w:r>
      <w:r>
        <w:rPr>
          <w:b w:val="0"/>
          <w:i w:val="0"/>
        </w:rPr>
        <w:t xml:space="preserve"> được cấu thành từ hai phần. Phần đầu nằm giữa hai dấu ngoặc vuông, khớp với bất kỳ ký tự đơn nào nằm giữa </w:t>
      </w:r>
      <w:r>
        <w:rPr>
          <w:rFonts w:ascii="Consolas" w:hAnsi="Consolas"/>
          <w:b w:val="0"/>
          <w:i w:val="0"/>
          <w:sz w:val="20"/>
        </w:rPr>
        <w:br/>
        <w:br/>
        <w:t xml:space="preserve">      0</w:t>
        <w:br/>
        <w:t xml:space="preserve">     </w:t>
        <w:br/>
      </w:r>
      <w:r>
        <w:rPr>
          <w:b w:val="0"/>
          <w:i w:val="0"/>
        </w:rPr>
        <w:t xml:space="preserve"> và </w:t>
      </w:r>
      <w:r>
        <w:rPr>
          <w:rFonts w:ascii="Consolas" w:hAnsi="Consolas"/>
          <w:b w:val="0"/>
          <w:i w:val="0"/>
          <w:sz w:val="20"/>
        </w:rPr>
        <w:br/>
        <w:br/>
        <w:t xml:space="preserve">      9</w:t>
        <w:br/>
        <w:t xml:space="preserve">     </w:t>
        <w:br/>
      </w:r>
      <w:r>
        <w:rPr>
          <w:b w:val="0"/>
          <w:i w:val="0"/>
        </w:rPr>
        <w:t xml:space="preserve"> (bất kỳ chữ số nào) và ký tự gạch ngang ( </w:t>
      </w:r>
      <w:r>
        <w:rPr>
          <w:rFonts w:ascii="Consolas" w:hAnsi="Consolas"/>
          <w:b w:val="0"/>
          <w:i w:val="0"/>
          <w:sz w:val="20"/>
        </w:rPr>
        <w:br/>
        <w:br/>
        <w:t xml:space="preserve">      ‑</w:t>
        <w:br/>
        <w:t xml:space="preserve">     </w:t>
        <w:br/>
      </w:r>
      <w:r>
        <w:rPr>
          <w:b w:val="0"/>
          <w:i w:val="0"/>
        </w:rPr>
        <w:t xml:space="preserve"> ). Dấu </w:t>
      </w:r>
      <w:r>
        <w:rPr>
          <w:rFonts w:ascii="Consolas" w:hAnsi="Consolas"/>
          <w:b w:val="0"/>
          <w:i w:val="0"/>
          <w:sz w:val="20"/>
        </w:rPr>
        <w:br/>
        <w:br/>
        <w:t xml:space="preserve">      +</w:t>
        <w:br/>
        <w:t xml:space="preserve">     </w:t>
        <w:br/>
      </w:r>
      <w:r>
        <w:rPr>
          <w:b w:val="0"/>
          <w:i w:val="0"/>
        </w:rPr>
        <w:t xml:space="preserve"> phía sau đó nghĩa là ký tự này có thể xuất hiện một lần hoặc nhiều lần. Trong biểu thức chính quy, đây được gọi là </w:t>
      </w:r>
      <w:r>
        <w:rPr>
          <w:b/>
          <w:i w:val="0"/>
        </w:rPr>
        <w:t xml:space="preserve"> lượng từ </w:t>
      </w:r>
      <w:r>
        <w:rPr>
          <w:b w:val="0"/>
          <w:i w:val="0"/>
        </w:rPr>
        <w:t xml:space="preserve"> (quantifier). Điều này giúp khớp với bất kỳ tổ hợp chữ số và dấu gạch ngang nào, bất kể dài bao nhiêu.</w:t>
      </w:r>
    </w:p>
    <w:p>
      <w:pPr>
        <w:spacing w:after="80"/>
      </w:pPr>
      <w:r>
        <w:rPr>
          <w:b w:val="0"/>
          <w:i/>
        </w:rPr>
        <w:t xml:space="preserve"> Bước 7 </w:t>
      </w:r>
      <w:r>
        <w:rPr>
          <w:b w:val="0"/>
          <w:i w:val="0"/>
        </w:rPr>
        <w:t xml:space="preserve"> lại sử dụng dấu </w:t>
      </w:r>
      <w:r>
        <w:rPr>
          <w:rFonts w:ascii="Consolas" w:hAnsi="Consolas"/>
          <w:b w:val="0"/>
          <w:i w:val="0"/>
          <w:sz w:val="20"/>
        </w:rPr>
        <w:br/>
        <w:br/>
        <w:t xml:space="preserve">      +</w:t>
        <w:br/>
        <w:t xml:space="preserve">     </w:t>
        <w:br/>
      </w:r>
      <w:r>
        <w:rPr>
          <w:b w:val="0"/>
          <w:i w:val="0"/>
        </w:rPr>
        <w:t xml:space="preserve"> để khớp với càng nhiều ký tự càng tốt trước dấu </w:t>
      </w:r>
      <w:r>
        <w:rPr>
          <w:rFonts w:ascii="Consolas" w:hAnsi="Consolas"/>
          <w:b w:val="0"/>
          <w:i w:val="0"/>
          <w:sz w:val="20"/>
        </w:rPr>
        <w:br/>
        <w:br/>
        <w:t xml:space="preserve">      @</w:t>
        <w:br/>
        <w:t xml:space="preserve">     </w:t>
        <w:br/>
      </w:r>
      <w:r>
        <w:rPr>
          <w:b w:val="0"/>
          <w:i w:val="0"/>
        </w:rPr>
        <w:t xml:space="preserve"> và cả sau nó nữa. Trong trường hợp này, ký tự được khớp là </w:t>
      </w:r>
      <w:r>
        <w:rPr>
          <w:rFonts w:ascii="Consolas" w:hAnsi="Consolas"/>
          <w:b w:val="0"/>
          <w:i w:val="0"/>
          <w:sz w:val="20"/>
        </w:rPr>
        <w:br/>
        <w:br/>
        <w:t xml:space="preserve">      \S</w:t>
        <w:br/>
        <w:t xml:space="preserve">     </w:t>
        <w:br/>
      </w:r>
      <w:r>
        <w:rPr>
          <w:b w:val="0"/>
          <w:i w:val="0"/>
        </w:rPr>
        <w:t xml:space="preserve"> , tức là khớp với bất kỳ ký tự nào không phải khoảng trắng.</w:t>
      </w:r>
    </w:p>
    <w:p>
      <w:pPr>
        <w:spacing w:after="80"/>
      </w:pPr>
      <w:r>
        <w:rPr>
          <w:b/>
          <w:i w:val="0"/>
        </w:rPr>
        <w:t>Mẹo</w:t>
      </w:r>
    </w:p>
    <w:p>
      <w:pPr>
        <w:spacing w:after="80"/>
      </w:pPr>
      <w:r>
        <w:rPr>
          <w:b w:val="0"/>
          <w:i w:val="0"/>
        </w:rPr>
        <w:t xml:space="preserve">Xin lưu ý rằng mẫu email ngây thơ được mô tả ở đây </w:t>
      </w:r>
      <w:r>
        <w:rPr>
          <w:b w:val="0"/>
          <w:i/>
        </w:rPr>
        <w:t xml:space="preserve"> rất </w:t>
      </w:r>
      <w:r>
        <w:rPr>
          <w:b w:val="0"/>
          <w:i w:val="0"/>
        </w:rPr>
        <w:t xml:space="preserve"> ngây thơ, vì nó sẽ khớp với những email không hợp lệ như </w:t>
      </w:r>
      <w:r>
        <w:rPr>
          <w:rFonts w:ascii="Consolas" w:hAnsi="Consolas"/>
          <w:b w:val="0"/>
          <w:i w:val="0"/>
          <w:sz w:val="20"/>
        </w:rPr>
        <w:br/>
        <w:br/>
        <w:t xml:space="preserve">       as john@smith@test.com</w:t>
        <w:br/>
        <w:t xml:space="preserve">      </w:t>
        <w:br/>
      </w:r>
      <w:r>
        <w:rPr>
          <w:b w:val="0"/>
          <w:i w:val="0"/>
        </w:rPr>
        <w:t xml:space="preserve"> . Một biểu thức chính quy tốt hơn cho hầu hết các trường hợp là </w:t>
      </w:r>
      <w:r>
        <w:rPr>
          <w:rFonts w:ascii="Consolas" w:hAnsi="Consolas"/>
          <w:b w:val="0"/>
          <w:i w:val="0"/>
          <w:sz w:val="20"/>
        </w:rPr>
        <w:br/>
        <w:br/>
        <w:t xml:space="preserve">       r"(^[a‑zA‑Z0‑9_.+‑]+@[a‑zA‑Z0‑9‑]+\.[a‑zA‑Z0‑9‑.]+$)"</w:t>
        <w:br/>
        <w:t xml:space="preserve">      </w:t>
        <w:br/>
      </w:r>
      <w:r>
        <w:rPr>
          <w:b w:val="0"/>
          <w:i w:val="0"/>
        </w:rPr>
        <w:t xml:space="preserve"> . Bạn có thể truy cập </w:t>
      </w:r>
      <w:r>
        <w:rPr>
          <w:rFonts w:ascii="Consolas" w:hAnsi="Consolas"/>
          <w:b w:val="0"/>
          <w:i w:val="0"/>
          <w:sz w:val="20"/>
        </w:rPr>
        <w:br/>
        <w:br/>
        <w:t xml:space="preserve">        http://emailregex.com/</w:t>
        <w:br/>
        <w:t xml:space="preserve">       </w:t>
        <w:br/>
      </w:r>
      <w:r>
        <w:rPr>
          <w:b w:val="0"/>
          <w:i w:val="0"/>
        </w:rPr>
        <w:t xml:space="preserve"> để tìm nó, cùng với các liên kết đến thông tin chi tiết hơn.</w:t>
      </w:r>
    </w:p>
    <w:p>
      <w:pPr>
        <w:spacing w:after="80"/>
      </w:pPr>
      <w:r>
        <w:rPr>
          <w:b w:val="0"/>
          <w:i w:val="0"/>
        </w:rPr>
        <w:t xml:space="preserve">Lưu ý rằng việc phân tích một email hợp lệ bao gồm cả những trường hợp éo le thực sự là một bài toán khó và đầy thách thức. Biểu thức chính quy ở trên sẽ ổn cho hầu hết các trường hợp được đề cập trong cuốn sách này, nhưng những công cụ chuyên dụng như thư viện </w:t>
      </w:r>
      <w:r>
        <w:rPr>
          <w:rFonts w:ascii="Consolas" w:hAnsi="Consolas"/>
          <w:b w:val="0"/>
          <w:i w:val="0"/>
          <w:sz w:val="20"/>
        </w:rPr>
        <w:br/>
        <w:br/>
        <w:t xml:space="preserve">       email‑validator</w:t>
        <w:br/>
        <w:t xml:space="preserve">      </w:t>
        <w:br/>
      </w:r>
      <w:r>
        <w:rPr>
          <w:b w:val="0"/>
          <w:i w:val="0"/>
        </w:rPr>
        <w:t xml:space="preserve"> ( </w:t>
      </w:r>
      <w:r>
        <w:rPr>
          <w:rFonts w:ascii="Consolas" w:hAnsi="Consolas"/>
          <w:b w:val="0"/>
          <w:i w:val="0"/>
          <w:sz w:val="20"/>
        </w:rPr>
        <w:br/>
        <w:br/>
        <w:t xml:space="preserve">        https://github.com/JoshData/python-email-validator</w:t>
        <w:br/>
        <w:t xml:space="preserve">       </w:t>
        <w:br/>
      </w:r>
      <w:r>
        <w:rPr>
          <w:b w:val="0"/>
          <w:i w:val="0"/>
        </w:rPr>
        <w:t xml:space="preserve"> ) hoặc các công cụ trong một dự án framework tổng quát như Django, sẽ là những lựa chọn tốt hơn để xử lý email.</w:t>
      </w:r>
    </w:p>
    <w:p>
      <w:pPr>
        <w:spacing w:after="80"/>
      </w:pPr>
      <w:r>
        <w:rPr>
          <w:b w:val="0"/>
          <w:i w:val="0"/>
        </w:rPr>
        <w:t xml:space="preserve">Đối tượng khớp thu được sẽ trả về vị trí mà mẫu khớp bắt đầu và kết thúc (sử dụng các phương thức </w:t>
      </w:r>
      <w:r>
        <w:rPr>
          <w:rFonts w:ascii="Consolas" w:hAnsi="Consolas"/>
          <w:b w:val="0"/>
          <w:i w:val="0"/>
          <w:sz w:val="20"/>
        </w:rPr>
        <w:br/>
        <w:br/>
        <w:t xml:space="preserve">      start</w:t>
        <w:br/>
        <w:t xml:space="preserve">     </w:t>
        <w:br/>
      </w:r>
      <w:r>
        <w:rPr>
          <w:b w:val="0"/>
          <w:i w:val="0"/>
        </w:rPr>
        <w:t xml:space="preserve"> và </w:t>
      </w:r>
      <w:r>
        <w:rPr>
          <w:rFonts w:ascii="Consolas" w:hAnsi="Consolas"/>
          <w:b w:val="0"/>
          <w:i w:val="0"/>
          <w:sz w:val="20"/>
        </w:rPr>
        <w:br/>
        <w:br/>
        <w:t xml:space="preserve">      end</w:t>
        <w:br/>
        <w:t xml:space="preserve">     </w:t>
        <w:br/>
      </w:r>
      <w:r>
        <w:rPr>
          <w:b w:val="0"/>
          <w:i w:val="0"/>
        </w:rPr>
        <w:t xml:space="preserve"> ), như được hiển thị trong </w:t>
      </w:r>
      <w:r>
        <w:rPr>
          <w:b w:val="0"/>
          <w:i/>
        </w:rPr>
        <w:t xml:space="preserve"> bước 5 </w:t>
      </w:r>
      <w:r>
        <w:rPr>
          <w:b w:val="0"/>
          <w:i w:val="0"/>
        </w:rPr>
        <w:t xml:space="preserve"> , nơi chia chuỗi thành các phần đã khớp, cho thấy sự khác biệt giữa hai mẫu khớp.</w:t>
      </w:r>
    </w:p>
    <w:p>
      <w:pPr>
        <w:spacing w:after="80"/>
      </w:pPr>
      <w:r>
        <w:rPr>
          <w:b/>
          <w:i w:val="0"/>
        </w:rPr>
        <w:t>Lưu ý</w:t>
      </w:r>
    </w:p>
    <w:p>
      <w:pPr>
        <w:spacing w:after="80"/>
      </w:pPr>
      <w:r>
        <w:rPr>
          <w:b w:val="0"/>
          <w:i w:val="0"/>
        </w:rPr>
        <w:t xml:space="preserve">Sự khác biệt được hiển thị trong </w:t>
      </w:r>
      <w:r>
        <w:rPr>
          <w:b w:val="0"/>
          <w:i/>
        </w:rPr>
        <w:t xml:space="preserve"> bước 5 </w:t>
      </w:r>
      <w:r>
        <w:rPr>
          <w:b w:val="0"/>
          <w:i w:val="0"/>
        </w:rPr>
        <w:t xml:space="preserve"> là một điều rất thường gặp. Khi cố gắng bắt GP (viết tắt của General Practitioner, chỉ bác sĩ đa khoa), bạn có thể vô tình bắt luôn cả </w:t>
      </w:r>
      <w:r>
        <w:rPr>
          <w:rFonts w:ascii="Consolas" w:hAnsi="Consolas"/>
          <w:b w:val="0"/>
          <w:i w:val="0"/>
          <w:sz w:val="20"/>
        </w:rPr>
        <w:br/>
        <w:br/>
        <w:t xml:space="preserve">       eggplant</w:t>
        <w:br/>
        <w:t xml:space="preserve">      </w:t>
        <w:br/>
      </w:r>
      <w:r>
        <w:rPr>
          <w:b w:val="0"/>
          <w:i w:val="0"/>
        </w:rPr>
        <w:t xml:space="preserve"> và </w:t>
      </w:r>
      <w:r>
        <w:rPr>
          <w:rFonts w:ascii="Consolas" w:hAnsi="Consolas"/>
          <w:b w:val="0"/>
          <w:i w:val="0"/>
          <w:sz w:val="20"/>
        </w:rPr>
        <w:br/>
        <w:br/>
        <w:t xml:space="preserve">       bagpipe</w:t>
        <w:br/>
        <w:t xml:space="preserve">      </w:t>
        <w:br/>
      </w:r>
      <w:r>
        <w:rPr>
          <w:b w:val="0"/>
          <w:i w:val="0"/>
        </w:rPr>
        <w:t xml:space="preserve"> ! Tương tự, </w:t>
      </w:r>
      <w:r>
        <w:rPr>
          <w:rFonts w:ascii="Consolas" w:hAnsi="Consolas"/>
          <w:b w:val="0"/>
          <w:i w:val="0"/>
          <w:sz w:val="20"/>
        </w:rPr>
        <w:br/>
        <w:br/>
        <w:t xml:space="preserve">       thing\b</w:t>
        <w:br/>
        <w:t xml:space="preserve">      </w:t>
        <w:br/>
      </w:r>
      <w:r>
        <w:rPr>
          <w:b w:val="0"/>
          <w:i w:val="0"/>
        </w:rPr>
        <w:t xml:space="preserve"> sẽ không bắt được </w:t>
      </w:r>
      <w:r>
        <w:rPr>
          <w:rFonts w:ascii="Consolas" w:hAnsi="Consolas"/>
          <w:b w:val="0"/>
          <w:i w:val="0"/>
          <w:sz w:val="20"/>
        </w:rPr>
        <w:br/>
        <w:br/>
        <w:t xml:space="preserve">       things</w:t>
        <w:br/>
        <w:t xml:space="preserve">      </w:t>
        <w:br/>
      </w:r>
      <w:r>
        <w:rPr>
          <w:b w:val="0"/>
          <w:i w:val="0"/>
        </w:rPr>
        <w:t xml:space="preserve"> . Hãy chắc chắn kiểm tra và điều chỉnh cho phù hợp, chẳng hạn như dùng </w:t>
      </w:r>
      <w:r>
        <w:rPr>
          <w:rFonts w:ascii="Consolas" w:hAnsi="Consolas"/>
          <w:b w:val="0"/>
          <w:i w:val="0"/>
          <w:sz w:val="20"/>
        </w:rPr>
        <w:br/>
        <w:br/>
        <w:t xml:space="preserve">       \bGP\b</w:t>
        <w:br/>
        <w:t xml:space="preserve">      </w:t>
        <w:br/>
      </w:r>
      <w:r>
        <w:rPr>
          <w:b w:val="0"/>
          <w:i w:val="0"/>
        </w:rPr>
        <w:t xml:space="preserve"> để chỉ bắt đúng từ GP.</w:t>
      </w:r>
    </w:p>
    <w:p>
      <w:pPr>
        <w:spacing w:after="80"/>
      </w:pPr>
      <w:r>
        <w:rPr>
          <w:b w:val="0"/>
          <w:i w:val="0"/>
        </w:rPr>
        <w:t xml:space="preserve">Mẫu khớp cụ thể có thể được lấy ra bằng cách gọi </w:t>
      </w:r>
      <w:r>
        <w:rPr>
          <w:rFonts w:ascii="Consolas" w:hAnsi="Consolas"/>
          <w:b w:val="0"/>
          <w:i w:val="0"/>
          <w:sz w:val="20"/>
        </w:rPr>
        <w:br/>
        <w:br/>
        <w:t xml:space="preserve">      group()</w:t>
        <w:br/>
        <w:t xml:space="preserve">     </w:t>
        <w:br/>
      </w:r>
      <w:r>
        <w:rPr>
          <w:b w:val="0"/>
          <w:i w:val="0"/>
        </w:rPr>
        <w:t xml:space="preserve"> , như được hiển thị trong </w:t>
      </w:r>
      <w:r>
        <w:rPr>
          <w:b w:val="0"/>
          <w:i/>
        </w:rPr>
        <w:t xml:space="preserve"> bước 6 </w:t>
      </w:r>
      <w:r>
        <w:rPr>
          <w:b w:val="0"/>
          <w:i w:val="0"/>
        </w:rPr>
        <w:t xml:space="preserve"> . Lưu ý rằng kết quả luôn là một chuỗi. Nó có thể được xử lý tiếp bằng bất kỳ phương thức nào chúng ta đã thấy trước đây, chẳng hạn như chia số điện thoại thành các nhóm theo dấu gạch ngang, ví dụ:</w:t>
      </w:r>
    </w:p>
    <w:p>
      <w:pPr>
        <w:spacing w:after="0"/>
        <w:ind w:left="360"/>
        <w:shd w:val="clear" w:color="auto" w:fill="F2F2F2"/>
      </w:pPr>
      <w:r>
        <w:rPr>
          <w:rFonts w:ascii="Consolas" w:hAnsi="Consolas"/>
          <w:sz w:val="18"/>
        </w:rPr>
        <w:t>&gt;&gt;&gt; match = re.search(r'[0123456789-]+', 'the phone number is 1234-567-890')</w:t>
      </w:r>
    </w:p>
    <w:p>
      <w:pPr>
        <w:spacing w:after="0"/>
        <w:ind w:left="360"/>
        <w:shd w:val="clear" w:color="auto" w:fill="F2F2F2"/>
      </w:pPr>
      <w:r>
        <w:rPr>
          <w:rFonts w:ascii="Consolas" w:hAnsi="Consolas"/>
          <w:sz w:val="18"/>
        </w:rPr>
        <w:t>&gt;&gt;&gt; [int(n) for n in match.group().split('-')]</w:t>
      </w:r>
    </w:p>
    <w:p>
      <w:pPr>
        <w:spacing w:after="0"/>
        <w:ind w:left="360"/>
        <w:shd w:val="clear" w:color="auto" w:fill="F2F2F2"/>
      </w:pPr>
      <w:r>
        <w:rPr>
          <w:rFonts w:ascii="Consolas" w:hAnsi="Consolas"/>
          <w:sz w:val="18"/>
        </w:rPr>
        <w:t>[1234, 567, 890]</w:t>
      </w:r>
    </w:p>
    <w:p>
      <w:pPr>
        <w:spacing w:after="40"/>
      </w:pPr>
    </w:p>
    <w:p>
      <w:pPr>
        <w:spacing w:after="80"/>
      </w:pPr>
      <w:r>
        <w:rPr>
          <w:b w:val="0"/>
          <w:i w:val="0"/>
        </w:rPr>
        <w:t xml:space="preserve">Chuỗi được bắt sẽ bao gồm tất cả các ký tự, như dấu gạch ngang trong trường hợp này. Hãy chú ý cách chúng ta loại bỏ chúng bằng cách dùng </w:t>
      </w:r>
      <w:r>
        <w:rPr>
          <w:rFonts w:ascii="Consolas" w:hAnsi="Consolas"/>
          <w:b w:val="0"/>
          <w:i w:val="0"/>
          <w:sz w:val="20"/>
        </w:rPr>
        <w:br/>
        <w:br/>
        <w:t xml:space="preserve">      .split()</w:t>
        <w:br/>
        <w:t xml:space="preserve">     </w:t>
        <w:br/>
      </w:r>
    </w:p>
    <w:p>
      <w:pPr>
        <w:pStyle w:val="Heading3"/>
      </w:pPr>
      <w:r>
        <w:rPr>
          <w:rFonts w:ascii="Calibri" w:hAnsi="Calibri"/>
          <w:b/>
          <w:i w:val="0"/>
          <w:sz w:val="26"/>
        </w:rPr>
        <w:t>Còn nhiều điều nữa…</w:t>
      </w:r>
    </w:p>
    <w:p>
      <w:pPr>
        <w:spacing w:after="80"/>
      </w:pPr>
      <w:r>
        <w:rPr>
          <w:b w:val="0"/>
          <w:i w:val="0"/>
        </w:rPr>
        <w:t>Xử lý regex (biểu thức chính quy) có thể khó khăn và phức tạp. Hãy dành thời gian để kiểm tra các kết quả khớp của bạn và đảm bảo rằng chúng hoạt động đúng như bạn mong đợi để tránh những bất ngờ khó chịu.</w:t>
      </w:r>
    </w:p>
    <w:p>
      <w:pPr>
        <w:spacing w:after="80"/>
      </w:pPr>
      <w:r>
        <w:rPr>
          <w:b w:val="0"/>
          <w:i w:val="0"/>
        </w:rPr>
        <w:t>"Một số người, khi đối mặt với một vấn đề, nghĩ rằng "Tôi biết rồi, tôi sẽ dùng biểu thức chính quy." Thế là giờ họ có hai vấn đề."</w:t>
      </w:r>
    </w:p>
    <w:p>
      <w:pPr>
        <w:spacing w:after="80"/>
      </w:pPr>
      <w:r>
        <w:rPr>
          <w:b w:val="0"/>
          <w:i w:val="0"/>
        </w:rPr>
        <w:t>– Jamie Zawinski</w:t>
      </w:r>
    </w:p>
    <w:p>
      <w:pPr>
        <w:spacing w:after="80"/>
      </w:pPr>
      <w:r>
        <w:rPr>
          <w:b w:val="0"/>
          <w:i w:val="0"/>
        </w:rPr>
        <w:t xml:space="preserve">Biểu thức chính quy phát huy tác dụng tốt nhất khi được giữ thật đơn giản. Nói chung, nếu có một công cụ chuyên dụng để làm việc đó, hãy ưu tiên nó hơn regex. Một ví dụ rất rõ ràng là việc phân tích cú pháp HTML; hãy tham khảo </w:t>
      </w:r>
      <w:r>
        <w:rPr>
          <w:b w:val="0"/>
          <w:i/>
        </w:rPr>
        <w:t xml:space="preserve"> Chương 3 </w:t>
      </w:r>
      <w:r>
        <w:rPr>
          <w:b w:val="0"/>
          <w:i w:val="0"/>
        </w:rPr>
        <w:t xml:space="preserve"> , </w:t>
      </w:r>
      <w:r>
        <w:rPr>
          <w:b w:val="0"/>
          <w:i/>
        </w:rPr>
        <w:t xml:space="preserve"> Xây dựng ứng dụng thu thập dữ liệu web đầu tiên của bạn </w:t>
      </w:r>
      <w:r>
        <w:rPr>
          <w:b w:val="0"/>
          <w:i w:val="0"/>
        </w:rPr>
        <w:t xml:space="preserve"> , để biết những công cụ tốt hơn giúp đạt được điều này.</w:t>
      </w:r>
    </w:p>
    <w:p>
      <w:pPr>
        <w:spacing w:after="80"/>
      </w:pPr>
      <w:r>
        <w:rPr>
          <w:b/>
          <w:i w:val="0"/>
        </w:rPr>
        <w:t>Mẹo</w:t>
      </w:r>
    </w:p>
    <w:p>
      <w:pPr>
        <w:spacing w:after="80"/>
      </w:pPr>
      <w:r>
        <w:rPr>
          <w:b w:val="0"/>
          <w:i w:val="0"/>
        </w:rPr>
        <w:t>Một số trình soạn thảo văn bản cũng cho phép chúng ta tìm kiếm bằng regex. Trong khi hầu hết là các trình soạn thảo dành cho việc viết mã, như Vim, BBEdit, hay Notepad++, chúng cũng xuất hiện trong các công cụ phổ thông hơn, như MS Office, Open Office, hay Google Documents. Nhưng hãy cẩn thận, vì cú pháp cụ thể có thể hơi khác một chút.</w:t>
      </w:r>
    </w:p>
    <w:p>
      <w:pPr>
        <w:spacing w:after="80"/>
      </w:pPr>
      <w:r>
        <w:rPr>
          <w:b w:val="0"/>
          <w:i w:val="0"/>
        </w:rPr>
        <w:t xml:space="preserve">Bạn có thể kiểm tra regex của mình một cách tương tác. Một công cụ tốt và miễn phí trực tuyến là </w:t>
      </w:r>
      <w:r>
        <w:rPr>
          <w:rFonts w:ascii="Consolas" w:hAnsi="Consolas"/>
          <w:b w:val="0"/>
          <w:i w:val="0"/>
          <w:sz w:val="20"/>
        </w:rPr>
        <w:br/>
        <w:br/>
        <w:t xml:space="preserve">       https://regex101.com/</w:t>
        <w:br/>
        <w:t xml:space="preserve">      </w:t>
        <w:br/>
      </w:r>
      <w:r>
        <w:rPr>
          <w:b w:val="0"/>
          <w:i w:val="0"/>
        </w:rPr>
        <w:t xml:space="preserve"> , công cụ này hiển thị từng thành phần và giải thích regex. Hãy kiểm tra kỹ rằng bạn đang dùng phiên bản Python:</w:t>
      </w:r>
    </w:p>
    <w:p>
      <w:pPr>
        <w:jc w:val="center"/>
      </w:pPr>
      <w:r>
        <w:drawing>
          <wp:inline xmlns:a="http://schemas.openxmlformats.org/drawingml/2006/main" xmlns:pic="http://schemas.openxmlformats.org/drawingml/2006/picture">
            <wp:extent cx="5486400" cy="3744686"/>
            <wp:docPr id="8" name="Picture 8"/>
            <wp:cNvGraphicFramePr>
              <a:graphicFrameLocks noChangeAspect="1"/>
            </wp:cNvGraphicFramePr>
            <a:graphic>
              <a:graphicData uri="http://schemas.openxmlformats.org/drawingml/2006/picture">
                <pic:pic>
                  <pic:nvPicPr>
                    <pic:cNvPr id="0" name="B36973_1_2.png"/>
                    <pic:cNvPicPr/>
                  </pic:nvPicPr>
                  <pic:blipFill>
                    <a:blip r:embed="rId16"/>
                    <a:stretch>
                      <a:fillRect/>
                    </a:stretch>
                  </pic:blipFill>
                  <pic:spPr>
                    <a:xfrm>
                      <a:off x="0" y="0"/>
                      <a:ext cx="5486400" cy="3744686"/>
                    </a:xfrm>
                    <a:prstGeom prst="rect"/>
                  </pic:spPr>
                </pic:pic>
              </a:graphicData>
            </a:graphic>
          </wp:inline>
        </w:drawing>
      </w:r>
    </w:p>
    <w:p>
      <w:pPr>
        <w:spacing w:after="160"/>
        <w:jc w:val="center"/>
      </w:pPr>
      <w:r>
        <w:rPr>
          <w:rFonts w:ascii="Calibri" w:hAnsi="Calibri"/>
          <w:b w:val="0"/>
          <w:i/>
          <w:sz w:val="19"/>
        </w:rPr>
        <w:t>Hình 1.2: Một ví dụ sử dụng RegEx101</w:t>
      </w:r>
    </w:p>
    <w:p>
      <w:pPr>
        <w:spacing w:after="80"/>
      </w:pPr>
      <w:r>
        <w:rPr>
          <w:b w:val="0"/>
          <w:i w:val="0"/>
        </w:rPr>
        <w:t xml:space="preserve">Lưu ý rằng hộp </w:t>
      </w:r>
      <w:r>
        <w:rPr>
          <w:b/>
          <w:i w:val="0"/>
        </w:rPr>
        <w:t xml:space="preserve"> EXPLANATION </w:t>
      </w:r>
      <w:r>
        <w:rPr>
          <w:b w:val="0"/>
          <w:i w:val="0"/>
        </w:rPr>
        <w:t xml:space="preserve"> trong hình trên mô tả rằng </w:t>
      </w:r>
      <w:r>
        <w:rPr>
          <w:rFonts w:ascii="Consolas" w:hAnsi="Consolas"/>
          <w:b w:val="0"/>
          <w:i w:val="0"/>
          <w:sz w:val="20"/>
        </w:rPr>
        <w:br/>
        <w:br/>
        <w:t xml:space="preserve">      \b</w:t>
        <w:br/>
        <w:t xml:space="preserve">     </w:t>
        <w:br/>
      </w:r>
      <w:r>
        <w:rPr>
          <w:b w:val="0"/>
          <w:i w:val="0"/>
        </w:rPr>
        <w:t xml:space="preserve"> khớp với một ranh giới từ (điểm bắt đầu hoặc kết thúc của một từ), và rằng </w:t>
      </w:r>
      <w:r>
        <w:rPr>
          <w:b w:val="0"/>
          <w:i/>
        </w:rPr>
        <w:t xml:space="preserve"> thing </w:t>
      </w:r>
      <w:r>
        <w:rPr>
          <w:b w:val="0"/>
          <w:i w:val="0"/>
        </w:rPr>
        <w:t xml:space="preserve"> khớp đúng với các ký tự này.</w:t>
      </w:r>
    </w:p>
    <w:p>
      <w:pPr>
        <w:spacing w:after="80"/>
      </w:pPr>
      <w:r>
        <w:rPr>
          <w:b w:val="0"/>
          <w:i w:val="0"/>
        </w:rPr>
        <w:t xml:space="preserve">Regex, trong một số trường hợp, có thể rất chậm, hoặc thậm chí dễ bị tổn thương trước cái được gọi là </w:t>
      </w:r>
      <w:r>
        <w:rPr>
          <w:b/>
          <w:i w:val="0"/>
        </w:rPr>
        <w:t xml:space="preserve"> tấn công </w:t>
      </w:r>
      <w:r>
        <w:rPr>
          <w:b w:val="0"/>
          <w:i w:val="0"/>
        </w:rPr>
        <w:t xml:space="preserve"> </w:t>
      </w:r>
      <w:r>
        <w:rPr>
          <w:b/>
          <w:i w:val="0"/>
        </w:rPr>
        <w:t xml:space="preserve"> </w:t>
      </w:r>
      <w:r>
        <w:rPr>
          <w:b w:val="0"/>
          <w:i w:val="0"/>
        </w:rPr>
        <w:t xml:space="preserve"> </w:t>
      </w:r>
      <w:r>
        <w:rPr>
          <w:b/>
          <w:i w:val="0"/>
        </w:rPr>
        <w:t xml:space="preserve"> từ chối dịch vụ bằng regex </w:t>
      </w:r>
      <w:r>
        <w:rPr>
          <w:b w:val="0"/>
          <w:i w:val="0"/>
        </w:rPr>
        <w:t xml:space="preserve"> , một chuỗi được tạo ra để đánh lừa một regex cụ thể khiến nó mất một lượng thời gian khổng lồ. Trong trường hợp xấu nhất, nó thậm chí có thể làm treo máy tính. Mặc dù việc tự động hóa các tác vụ có lẽ sẽ không khiến bạn gặp phải những vấn đề đó, hãy để mắt đề phòng trường hợp một regex mất quá nhiều thời gian để xử lý.</w:t>
      </w:r>
    </w:p>
    <w:p>
      <w:pPr>
        <w:spacing w:after="80"/>
      </w:pPr>
      <w:r>
        <w:rPr>
          <w:b/>
          <w:i w:val="0"/>
        </w:rPr>
        <w:t>Mẹo</w:t>
      </w:r>
    </w:p>
    <w:p>
      <w:pPr>
        <w:spacing w:after="80"/>
      </w:pPr>
      <w:r>
        <w:rPr>
          <w:b w:val="0"/>
          <w:i w:val="0"/>
        </w:rPr>
        <w:t>GenAI khá là mê regex và nó sẽ cố gắng phân tích cú pháp hầu hết văn bản bằng regex. Điều này nói chung là một vấn đề và bạn nên phân tích một cách phê phán bất kỳ regex nào và kiểm tra lại xem có cách đơn giản hơn để lấy cùng thông tin đó không. Có nhiều công cụ cho phép phân tích cú pháp các thành phần phổ biến một cách đơn giản hơn, giúp tạo ra mã an toàn và dễ hiểu hơn.</w:t>
      </w:r>
    </w:p>
    <w:p>
      <w:pPr>
        <w:spacing w:after="80"/>
      </w:pPr>
      <w:r>
        <w:rPr>
          <w:b w:val="0"/>
          <w:i w:val="0"/>
        </w:rPr>
        <w:t>Đồng thời, GenAI có thể rất hữu ích khi tạo regex nếu đó là điều cần thiết.</w:t>
      </w:r>
    </w:p>
    <w:p>
      <w:pPr>
        <w:spacing w:after="80"/>
      </w:pPr>
      <w:r>
        <w:rPr>
          <w:b w:val="0"/>
          <w:i w:val="0"/>
        </w:rPr>
        <w:t>Điểm mấu chốt là regex có thể khó bảo trì và khó kiểm tra rằng chúng tạo ra hiệu quả như mong muốn. Hãy cẩn thận với chúng.</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Trích xuất dữ liệu từ chuỗi có cấu trúc </w:t>
      </w:r>
      <w:r>
        <w:rPr>
          <w:b w:val="0"/>
          <w:i w:val="0"/>
        </w:rPr>
        <w:t xml:space="preserve"> , ở phần trước trong chương này, để tìm hiểu các kỹ thuật đơn giản nhằm trích xuất thông tin từ văn bản.</w:t>
      </w:r>
    </w:p>
    <w:p>
      <w:pPr>
        <w:spacing w:after="80"/>
        <w:ind w:left="360"/>
      </w:pPr>
      <w:r>
        <w:t xml:space="preserve">• </w:t>
      </w:r>
      <w:r>
        <w:rPr>
          <w:b w:val="0"/>
          <w:i w:val="0"/>
        </w:rPr>
        <w:t xml:space="preserve">Công thức </w:t>
      </w:r>
      <w:r>
        <w:rPr>
          <w:b w:val="0"/>
          <w:i/>
        </w:rPr>
        <w:t xml:space="preserve"> Sử dụng công cụ của bên thứ ba—phân tích cú pháp </w:t>
      </w:r>
      <w:r>
        <w:rPr>
          <w:b w:val="0"/>
          <w:i w:val="0"/>
        </w:rPr>
        <w:t xml:space="preserve"> ở phần trước trong chương, để dùng một công cụ của bên thứ ba nhằm trích xuất thông tin từ văn bản.</w:t>
      </w:r>
    </w:p>
    <w:p>
      <w:pPr>
        <w:spacing w:after="80"/>
        <w:ind w:left="360"/>
      </w:pPr>
      <w:r>
        <w:t xml:space="preserve">• </w:t>
      </w:r>
      <w:r>
        <w:rPr>
          <w:b w:val="0"/>
          <w:i w:val="0"/>
        </w:rPr>
        <w:t xml:space="preserve">Công thức </w:t>
      </w:r>
      <w:r>
        <w:rPr>
          <w:b w:val="0"/>
          <w:i/>
        </w:rPr>
        <w:t xml:space="preserve"> Đi sâu hơn vào biểu thức chính quy </w:t>
      </w:r>
      <w:r>
        <w:rPr>
          <w:b w:val="0"/>
          <w:i w:val="0"/>
        </w:rPr>
        <w:t xml:space="preserve"> được trình bày tiếp theo, để nâng cao hiểu biết của bạn về biểu thức chính quy.</w:t>
      </w:r>
    </w:p>
    <w:p>
      <w:pPr>
        <w:pStyle w:val="Heading2"/>
      </w:pPr>
      <w:r>
        <w:rPr>
          <w:rFonts w:ascii="Calibri" w:hAnsi="Calibri"/>
          <w:b/>
          <w:i w:val="0"/>
          <w:sz w:val="32"/>
        </w:rPr>
        <w:t>Đi sâu hơn vào biểu thức chính quy</w:t>
      </w:r>
    </w:p>
    <w:p>
      <w:pPr>
        <w:spacing w:after="80"/>
      </w:pPr>
      <w:r>
        <w:rPr>
          <w:b w:val="0"/>
          <w:i w:val="0"/>
        </w:rPr>
        <w:t>Trong công thức này, chúng ta sẽ tìm hiểu thêm về cách xử lý biểu thức chính quy. Sau khi giới thiệu những kiến thức cơ bản, chúng ta sẽ đào sâu hơn một chút vào các phần tử mẫu, giới thiệu nhóm (group) như một cách tốt hơn để truy xuất và phân tích cú pháp chuỗi, học cách tìm kiếm nhiều lần xuất hiện của cùng một chuỗi, và xử lý các văn bản dài hơn.</w:t>
      </w:r>
    </w:p>
    <w:p>
      <w:pPr>
        <w:pStyle w:val="Heading3"/>
      </w:pPr>
      <w:r>
        <w:rPr>
          <w:rFonts w:ascii="Calibri" w:hAnsi="Calibri"/>
          <w:b/>
          <w:i w:val="0"/>
          <w:sz w:val="26"/>
        </w:rPr>
        <w:t>Cách thực hiện…</w:t>
      </w:r>
    </w:p>
    <w:p>
      <w:pPr>
        <w:spacing w:after="80"/>
        <w:ind w:left="360"/>
      </w:pPr>
      <w:r>
        <w:t xml:space="preserve">1. </w:t>
      </w:r>
      <w:r>
        <w:rPr>
          <w:b w:val="0"/>
          <w:i w:val="0"/>
        </w:rPr>
        <w:t xml:space="preserve">Nhập </w:t>
      </w:r>
      <w:r>
        <w:rPr>
          <w:rFonts w:ascii="Consolas" w:hAnsi="Consolas"/>
          <w:b w:val="0"/>
          <w:i w:val="0"/>
          <w:sz w:val="20"/>
        </w:rPr>
        <w:br/>
        <w:br/>
        <w:t xml:space="preserve">       re</w:t>
        <w:br/>
        <w:t xml:space="preserve">      </w:t>
        <w:br/>
      </w:r>
      <w:r>
        <w:rPr>
          <w:b w:val="0"/>
          <w:i w:val="0"/>
        </w:rPr>
        <w:t xml:space="preserve"> :</w:t>
      </w:r>
    </w:p>
    <w:p>
      <w:pPr>
        <w:spacing w:after="0"/>
        <w:ind w:left="360"/>
        <w:shd w:val="clear" w:color="auto" w:fill="F2F2F2"/>
      </w:pPr>
      <w:r>
        <w:rPr>
          <w:rFonts w:ascii="Consolas" w:hAnsi="Consolas"/>
          <w:sz w:val="18"/>
        </w:rPr>
        <w:t>&gt;&gt;&gt; import re</w:t>
      </w:r>
    </w:p>
    <w:p>
      <w:pPr>
        <w:spacing w:after="40"/>
      </w:pPr>
    </w:p>
    <w:p>
      <w:pPr>
        <w:spacing w:after="80"/>
        <w:ind w:left="360"/>
      </w:pPr>
      <w:r>
        <w:t xml:space="preserve">2. </w:t>
      </w:r>
      <w:r>
        <w:rPr>
          <w:b w:val="0"/>
          <w:i w:val="0"/>
        </w:rPr>
        <w:t xml:space="preserve">Khớp một mẫu số điện thoại như một phần của nhóm (trong dấu ngoặc). Lưu ý việc sử dụng </w:t>
      </w:r>
      <w:r>
        <w:rPr>
          <w:rFonts w:ascii="Consolas" w:hAnsi="Consolas"/>
          <w:b w:val="0"/>
          <w:i w:val="0"/>
          <w:sz w:val="20"/>
        </w:rPr>
        <w:br/>
        <w:br/>
        <w:t xml:space="preserve">       \d</w:t>
        <w:br/>
        <w:t xml:space="preserve">      </w:t>
        <w:br/>
      </w:r>
      <w:r>
        <w:rPr>
          <w:b w:val="0"/>
          <w:i w:val="0"/>
        </w:rPr>
        <w:t xml:space="preserve"> như một ký tự đặc biệt đại diện cho bất kỳ chữ số nào:</w:t>
      </w:r>
    </w:p>
    <w:p>
      <w:pPr>
        <w:spacing w:after="0"/>
        <w:ind w:left="360"/>
        <w:shd w:val="clear" w:color="auto" w:fill="F2F2F2"/>
      </w:pPr>
      <w:r>
        <w:rPr>
          <w:rFonts w:ascii="Consolas" w:hAnsi="Consolas"/>
          <w:sz w:val="18"/>
        </w:rPr>
        <w:t>&gt;&gt;&gt; match = re.search(r'the phone number is ([\d-]+)', '37: the phone number is 1234-567-890')</w:t>
      </w:r>
    </w:p>
    <w:p>
      <w:pPr>
        <w:spacing w:after="0"/>
        <w:ind w:left="360"/>
        <w:shd w:val="clear" w:color="auto" w:fill="F2F2F2"/>
      </w:pPr>
      <w:r>
        <w:rPr>
          <w:rFonts w:ascii="Consolas" w:hAnsi="Consolas"/>
          <w:sz w:val="18"/>
        </w:rPr>
        <w:t>&gt;&gt;&gt; match.group()</w:t>
      </w:r>
    </w:p>
    <w:p>
      <w:pPr>
        <w:spacing w:after="0"/>
        <w:ind w:left="360"/>
        <w:shd w:val="clear" w:color="auto" w:fill="F2F2F2"/>
      </w:pPr>
      <w:r>
        <w:rPr>
          <w:rFonts w:ascii="Consolas" w:hAnsi="Consolas"/>
          <w:sz w:val="18"/>
        </w:rPr>
        <w:t>'the phone number is 1234-567-890'</w:t>
      </w:r>
    </w:p>
    <w:p>
      <w:pPr>
        <w:spacing w:after="0"/>
        <w:ind w:left="360"/>
        <w:shd w:val="clear" w:color="auto" w:fill="F2F2F2"/>
      </w:pPr>
      <w:r>
        <w:rPr>
          <w:rFonts w:ascii="Consolas" w:hAnsi="Consolas"/>
          <w:sz w:val="18"/>
        </w:rPr>
        <w:t>&gt;&gt;&gt; match.group(1)</w:t>
      </w:r>
    </w:p>
    <w:p>
      <w:pPr>
        <w:spacing w:after="0"/>
        <w:ind w:left="360"/>
        <w:shd w:val="clear" w:color="auto" w:fill="F2F2F2"/>
      </w:pPr>
      <w:r>
        <w:rPr>
          <w:rFonts w:ascii="Consolas" w:hAnsi="Consolas"/>
          <w:sz w:val="18"/>
        </w:rPr>
        <w:t>'1234-567-890'</w:t>
      </w:r>
    </w:p>
    <w:p>
      <w:pPr>
        <w:spacing w:after="40"/>
      </w:pPr>
    </w:p>
    <w:p>
      <w:pPr>
        <w:spacing w:after="80"/>
        <w:ind w:left="360"/>
      </w:pPr>
      <w:r>
        <w:t xml:space="preserve">3. </w:t>
      </w:r>
      <w:r>
        <w:rPr>
          <w:b w:val="0"/>
          <w:i w:val="0"/>
        </w:rPr>
        <w:t xml:space="preserve">Biên dịch một mẫu và bắt một mẫu không phân biệt chữ hoa chữ thường với tùy chọn </w:t>
      </w:r>
      <w:r>
        <w:rPr>
          <w:rFonts w:ascii="Consolas" w:hAnsi="Consolas"/>
          <w:b w:val="0"/>
          <w:i w:val="0"/>
          <w:sz w:val="20"/>
        </w:rPr>
        <w:br/>
        <w:br/>
        <w:t xml:space="preserve">       yes|no</w:t>
        <w:br/>
        <w:t xml:space="preserve">      </w:t>
        <w:br/>
      </w:r>
      <w:r>
        <w:rPr>
          <w:b w:val="0"/>
          <w:i w:val="0"/>
        </w:rPr>
        <w:t xml:space="preserve"> :</w:t>
      </w:r>
    </w:p>
    <w:p>
      <w:pPr>
        <w:spacing w:after="0"/>
        <w:ind w:left="360"/>
        <w:shd w:val="clear" w:color="auto" w:fill="F2F2F2"/>
      </w:pPr>
      <w:r>
        <w:rPr>
          <w:rFonts w:ascii="Consolas" w:hAnsi="Consolas"/>
          <w:sz w:val="18"/>
        </w:rPr>
        <w:t>&gt;&gt;&gt; pattern = re.compile(r'The answer to question (\w+) is (yes|no)', re.IGNORECASE)</w:t>
      </w:r>
    </w:p>
    <w:p>
      <w:pPr>
        <w:spacing w:after="0"/>
        <w:ind w:left="360"/>
        <w:shd w:val="clear" w:color="auto" w:fill="F2F2F2"/>
      </w:pPr>
      <w:r>
        <w:rPr>
          <w:rFonts w:ascii="Consolas" w:hAnsi="Consolas"/>
          <w:sz w:val="18"/>
        </w:rPr>
        <w:t>&gt;&gt;&gt; pattern.search('Naturally, the answer to question 3b is YES')</w:t>
      </w:r>
    </w:p>
    <w:p>
      <w:pPr>
        <w:spacing w:after="0"/>
        <w:ind w:left="360"/>
        <w:shd w:val="clear" w:color="auto" w:fill="F2F2F2"/>
      </w:pPr>
      <w:r>
        <w:rPr>
          <w:rFonts w:ascii="Consolas" w:hAnsi="Consolas"/>
          <w:sz w:val="18"/>
        </w:rPr>
        <w:t>&lt;_sre.SRE_Match object; span=(10, 42), match='the answer to question 3b is YES' &gt;</w:t>
      </w:r>
    </w:p>
    <w:p>
      <w:pPr>
        <w:spacing w:after="0"/>
        <w:ind w:left="360"/>
        <w:shd w:val="clear" w:color="auto" w:fill="F2F2F2"/>
      </w:pPr>
      <w:r>
        <w:rPr>
          <w:rFonts w:ascii="Consolas" w:hAnsi="Consolas"/>
          <w:sz w:val="18"/>
        </w:rPr>
        <w:t>&gt;&gt;&gt; pattern.search('Naturally, the answer to question 3b is YES').groups()</w:t>
      </w:r>
    </w:p>
    <w:p>
      <w:pPr>
        <w:spacing w:after="0"/>
        <w:ind w:left="360"/>
        <w:shd w:val="clear" w:color="auto" w:fill="F2F2F2"/>
      </w:pPr>
      <w:r>
        <w:rPr>
          <w:rFonts w:ascii="Consolas" w:hAnsi="Consolas"/>
          <w:sz w:val="18"/>
        </w:rPr>
        <w:t>('3b', 'YES')</w:t>
      </w:r>
    </w:p>
    <w:p>
      <w:pPr>
        <w:spacing w:after="40"/>
      </w:pPr>
    </w:p>
    <w:p>
      <w:pPr>
        <w:spacing w:after="80"/>
        <w:ind w:left="360"/>
      </w:pPr>
      <w:r>
        <w:t xml:space="preserve">4. </w:t>
      </w:r>
      <w:r>
        <w:rPr>
          <w:b w:val="0"/>
          <w:i w:val="0"/>
        </w:rPr>
        <w:t>Khớp tất cả các lần xuất hiện của tên thành phố và viết tắt bang trong văn bản. Lưu ý rằng chúng được phân tách bằng một ký tự duy nhất, và tên thành phố luôn bắt đầu bằng chữ in hoa. Chỉ có bốn bang được khớp để đơn giản hóa:</w:t>
      </w:r>
    </w:p>
    <w:p>
      <w:pPr>
        <w:spacing w:after="0"/>
        <w:ind w:left="360"/>
        <w:shd w:val="clear" w:color="auto" w:fill="F2F2F2"/>
      </w:pPr>
      <w:r>
        <w:rPr>
          <w:rFonts w:ascii="Consolas" w:hAnsi="Consolas"/>
          <w:sz w:val="18"/>
        </w:rPr>
        <w:t>&gt;&gt;&gt; PATTERN = re.compile(r'([A-Z][\w\s]+?).(TX|OR|OH|MI)')</w:t>
      </w:r>
    </w:p>
    <w:p>
      <w:pPr>
        <w:spacing w:after="0"/>
        <w:ind w:left="360"/>
        <w:shd w:val="clear" w:color="auto" w:fill="F2F2F2"/>
      </w:pPr>
      <w:r>
        <w:rPr>
          <w:rFonts w:ascii="Consolas" w:hAnsi="Consolas"/>
          <w:sz w:val="18"/>
        </w:rPr>
        <w:t>&gt;&gt;&gt; TEXT ='the jackalopes are the team of Odessa,TX while the knights are native of Corvallis OR and the mud hens come from Toledo.OH; the whitecaps have their base in Grand Rapids,MI'</w:t>
      </w:r>
    </w:p>
    <w:p>
      <w:pPr>
        <w:spacing w:after="0"/>
        <w:ind w:left="360"/>
        <w:shd w:val="clear" w:color="auto" w:fill="F2F2F2"/>
      </w:pPr>
      <w:r>
        <w:rPr>
          <w:rFonts w:ascii="Consolas" w:hAnsi="Consolas"/>
          <w:sz w:val="18"/>
        </w:rPr>
        <w:t>&gt;&gt;&gt; list(PATTERN.finditer(TEXT))</w:t>
      </w:r>
    </w:p>
    <w:p>
      <w:pPr>
        <w:spacing w:after="0"/>
        <w:ind w:left="360"/>
        <w:shd w:val="clear" w:color="auto" w:fill="F2F2F2"/>
      </w:pPr>
      <w:r>
        <w:rPr>
          <w:rFonts w:ascii="Consolas" w:hAnsi="Consolas"/>
          <w:sz w:val="18"/>
        </w:rPr>
        <w:t>[&lt;_sre.SRE_Match object; span=(31, 40), match='Odessa,TX'&gt;, &lt;_sre.SRE_Match object; span=(73, 85), match='Corvallis OR'&gt;, &lt;_sre.SRE_Match object; span=(113, 122), match='Toledo.OH'&gt;, &lt;_sre.SRE_Match object; span=(157, 172), match='Grand Rapids,MI'&gt;]</w:t>
      </w:r>
    </w:p>
    <w:p>
      <w:pPr>
        <w:spacing w:after="0"/>
        <w:ind w:left="360"/>
        <w:shd w:val="clear" w:color="auto" w:fill="F2F2F2"/>
      </w:pPr>
      <w:r>
        <w:rPr>
          <w:rFonts w:ascii="Consolas" w:hAnsi="Consolas"/>
          <w:sz w:val="18"/>
        </w:rPr>
        <w:t>&gt;&gt;&gt; _[0].groups() ('Odessa', 'TX')</w:t>
      </w:r>
    </w:p>
    <w:p>
      <w:pPr>
        <w:spacing w:after="40"/>
      </w:pPr>
    </w:p>
    <w:p>
      <w:pPr>
        <w:pStyle w:val="Heading3"/>
      </w:pPr>
      <w:r>
        <w:rPr>
          <w:rFonts w:ascii="Calibri" w:hAnsi="Calibri"/>
          <w:b/>
          <w:i w:val="0"/>
          <w:sz w:val="26"/>
        </w:rPr>
        <w:t>Cách hoạt động…</w:t>
      </w:r>
    </w:p>
    <w:p>
      <w:pPr>
        <w:spacing w:after="80"/>
      </w:pPr>
      <w:r>
        <w:rPr>
          <w:b w:val="0"/>
          <w:i w:val="0"/>
        </w:rPr>
        <w:t>Các ký tự đặc biệt mới được giới thiệu như sau:</w:t>
      </w:r>
    </w:p>
    <w:p>
      <w:pPr>
        <w:spacing w:after="80"/>
        <w:ind w:left="360"/>
      </w:pPr>
      <w:r>
        <w:t xml:space="preserve">• </w:t>
      </w:r>
      <w:r>
        <w:rPr>
          <w:rFonts w:ascii="Consolas" w:hAnsi="Consolas"/>
          <w:b w:val="0"/>
          <w:i w:val="0"/>
          <w:sz w:val="20"/>
        </w:rPr>
        <w:br/>
        <w:br/>
        <w:t xml:space="preserve">       \d</w:t>
        <w:br/>
        <w:t xml:space="preserve">      </w:t>
        <w:br/>
      </w:r>
      <w:r>
        <w:rPr>
          <w:b w:val="0"/>
          <w:i w:val="0"/>
        </w:rPr>
        <w:t xml:space="preserve"> : Khớp bất kỳ chữ số nào (0 đến 9).</w:t>
      </w:r>
    </w:p>
    <w:p>
      <w:pPr>
        <w:spacing w:after="80"/>
        <w:ind w:left="360"/>
      </w:pPr>
      <w:r>
        <w:t xml:space="preserve">• </w:t>
      </w:r>
      <w:r>
        <w:rPr>
          <w:rFonts w:ascii="Consolas" w:hAnsi="Consolas"/>
          <w:b w:val="0"/>
          <w:i w:val="0"/>
          <w:sz w:val="20"/>
        </w:rPr>
        <w:br/>
        <w:br/>
        <w:t xml:space="preserve">       \s</w:t>
        <w:br/>
        <w:t xml:space="preserve">      </w:t>
        <w:br/>
      </w:r>
      <w:r>
        <w:rPr>
          <w:b w:val="0"/>
          <w:i w:val="0"/>
        </w:rPr>
        <w:t xml:space="preserve"> : Khớp bất kỳ ký tự nào là khoảng trắng, bao gồm tab và các ký tự đặc biệt khoảng trắng khác. Lưu ý rằng đây là ngược lại của </w:t>
      </w:r>
      <w:r>
        <w:rPr>
          <w:rFonts w:ascii="Consolas" w:hAnsi="Consolas"/>
          <w:b w:val="0"/>
          <w:i w:val="0"/>
          <w:sz w:val="20"/>
        </w:rPr>
        <w:br/>
        <w:br/>
        <w:t xml:space="preserve">       \S</w:t>
        <w:br/>
        <w:t xml:space="preserve">      </w:t>
        <w:br/>
      </w:r>
      <w:r>
        <w:rPr>
          <w:b w:val="0"/>
          <w:i w:val="0"/>
        </w:rPr>
        <w:t xml:space="preserve"> , đã được giới thiệu trong công thức trước.</w:t>
      </w:r>
    </w:p>
    <w:p>
      <w:pPr>
        <w:spacing w:after="80"/>
        <w:ind w:left="360"/>
      </w:pPr>
      <w:r>
        <w:t xml:space="preserve">• </w:t>
      </w:r>
      <w:r>
        <w:rPr>
          <w:rFonts w:ascii="Consolas" w:hAnsi="Consolas"/>
          <w:b w:val="0"/>
          <w:i w:val="0"/>
          <w:sz w:val="20"/>
        </w:rPr>
        <w:br/>
        <w:br/>
        <w:t xml:space="preserve">       \w</w:t>
        <w:br/>
        <w:t xml:space="preserve">      </w:t>
        <w:br/>
      </w:r>
      <w:r>
        <w:rPr>
          <w:b w:val="0"/>
          <w:i w:val="0"/>
        </w:rPr>
        <w:t xml:space="preserve"> : Khớp bất kỳ chữ cái nào (bao gồm cả chữ số, nhưng loại trừ các ký tự như dấu chấm).</w:t>
      </w:r>
    </w:p>
    <w:p>
      <w:pPr>
        <w:spacing w:after="80"/>
        <w:ind w:left="360"/>
      </w:pPr>
      <w:r>
        <w:t xml:space="preserve">• </w:t>
      </w:r>
      <w:r>
        <w:rPr>
          <w:rFonts w:ascii="Consolas" w:hAnsi="Consolas"/>
          <w:b w:val="0"/>
          <w:i w:val="0"/>
          <w:sz w:val="20"/>
        </w:rPr>
        <w:br/>
        <w:br/>
        <w:t xml:space="preserve">       .</w:t>
        <w:br/>
        <w:t xml:space="preserve">      </w:t>
        <w:br/>
      </w:r>
      <w:r>
        <w:rPr>
          <w:b w:val="0"/>
          <w:i w:val="0"/>
        </w:rPr>
        <w:t xml:space="preserve"> : (dấu chấm): Khớp bất kỳ ký tự nào.</w:t>
      </w:r>
    </w:p>
    <w:p>
      <w:pPr>
        <w:spacing w:after="80"/>
      </w:pPr>
      <w:r>
        <w:rPr>
          <w:b/>
          <w:i w:val="0"/>
        </w:rPr>
        <w:t>Lưu ý</w:t>
      </w:r>
    </w:p>
    <w:p>
      <w:pPr>
        <w:spacing w:after="80"/>
      </w:pPr>
      <w:r>
        <w:rPr>
          <w:b w:val="0"/>
          <w:i w:val="0"/>
        </w:rPr>
        <w:t xml:space="preserve">Lưu ý rằng cùng một chữ cái khi viết hoa hoặc viết thường sẽ mang ý nghĩa ngược lại, ví dụ, </w:t>
      </w:r>
      <w:r>
        <w:rPr>
          <w:rFonts w:ascii="Consolas" w:hAnsi="Consolas"/>
          <w:b w:val="0"/>
          <w:i w:val="0"/>
          <w:sz w:val="20"/>
        </w:rPr>
        <w:br/>
        <w:br/>
        <w:t xml:space="preserve">       \d</w:t>
        <w:br/>
        <w:t xml:space="preserve">      </w:t>
        <w:br/>
      </w:r>
      <w:r>
        <w:rPr>
          <w:b w:val="0"/>
          <w:i w:val="0"/>
        </w:rPr>
        <w:t xml:space="preserve"> khớp với một chữ số, trong khi </w:t>
      </w:r>
      <w:r>
        <w:rPr>
          <w:rFonts w:ascii="Consolas" w:hAnsi="Consolas"/>
          <w:b w:val="0"/>
          <w:i w:val="0"/>
          <w:sz w:val="20"/>
        </w:rPr>
        <w:br/>
        <w:br/>
        <w:t xml:space="preserve">       \D</w:t>
        <w:br/>
        <w:t xml:space="preserve">      </w:t>
        <w:br/>
      </w:r>
      <w:r>
        <w:rPr>
          <w:b w:val="0"/>
          <w:i w:val="0"/>
        </w:rPr>
        <w:t xml:space="preserve"> khớp với một ký tự không phải chữ số.</w:t>
      </w:r>
    </w:p>
    <w:p>
      <w:pPr>
        <w:spacing w:after="80"/>
      </w:pPr>
      <w:r>
        <w:rPr>
          <w:b w:val="0"/>
          <w:i w:val="0"/>
        </w:rPr>
        <w:t xml:space="preserve">Để định nghĩa nhóm, hãy đặt chúng trong dấu ngoặc đơn. Một nhóm có thể được truy xuất riêng lẻ, khiến nó hoàn hảo để khớp với một mẫu lớn hơn chứa phần biến đổi cần được xử lý ở bước tiếp theo, như được minh họa trong </w:t>
      </w:r>
      <w:r>
        <w:rPr>
          <w:b w:val="0"/>
          <w:i/>
        </w:rPr>
        <w:t xml:space="preserve"> bước 2 </w:t>
      </w:r>
      <w:r>
        <w:rPr>
          <w:b w:val="0"/>
          <w:i w:val="0"/>
        </w:rPr>
        <w:t xml:space="preserve">. Hãy lưu ý sự khác biệt so với mẫu ở </w:t>
      </w:r>
      <w:r>
        <w:rPr>
          <w:b w:val="0"/>
          <w:i/>
        </w:rPr>
        <w:t xml:space="preserve"> bước 6 </w:t>
      </w:r>
      <w:r>
        <w:rPr>
          <w:b w:val="0"/>
          <w:i w:val="0"/>
        </w:rPr>
        <w:t xml:space="preserve"> trong công thức trước. Trong trường hợp này, mẫu không chỉ là con số, mà nó còn bao gồm cả văn bản tiền tố, ngay cả khi sau đó chúng ta chỉ trích xuất con số:</w:t>
      </w:r>
    </w:p>
    <w:p>
      <w:pPr>
        <w:spacing w:after="0"/>
        <w:ind w:left="360"/>
        <w:shd w:val="clear" w:color="auto" w:fill="F2F2F2"/>
      </w:pPr>
      <w:r>
        <w:rPr>
          <w:rFonts w:ascii="Consolas" w:hAnsi="Consolas"/>
          <w:sz w:val="18"/>
        </w:rPr>
        <w:t>&gt;&gt;&gt; re.search(r'the phone number is ([\d-]+)', '37: the phone number is 1234-567-890')</w:t>
      </w:r>
    </w:p>
    <w:p>
      <w:pPr>
        <w:spacing w:after="0"/>
        <w:ind w:left="360"/>
        <w:shd w:val="clear" w:color="auto" w:fill="F2F2F2"/>
      </w:pPr>
      <w:r>
        <w:rPr>
          <w:rFonts w:ascii="Consolas" w:hAnsi="Consolas"/>
          <w:sz w:val="18"/>
        </w:rPr>
        <w:t>&lt;_sre.SRE_Match object; span=(4, 36), match='the phone number is 1234-567-890'&gt;</w:t>
      </w:r>
    </w:p>
    <w:p>
      <w:pPr>
        <w:spacing w:after="0"/>
        <w:ind w:left="360"/>
        <w:shd w:val="clear" w:color="auto" w:fill="F2F2F2"/>
      </w:pPr>
      <w:r>
        <w:rPr>
          <w:rFonts w:ascii="Consolas" w:hAnsi="Consolas"/>
          <w:sz w:val="18"/>
        </w:rPr>
        <w:t>&gt;&gt;&gt; _.group(1)</w:t>
      </w:r>
    </w:p>
    <w:p>
      <w:pPr>
        <w:spacing w:after="0"/>
        <w:ind w:left="360"/>
        <w:shd w:val="clear" w:color="auto" w:fill="F2F2F2"/>
      </w:pPr>
      <w:r>
        <w:rPr>
          <w:rFonts w:ascii="Consolas" w:hAnsi="Consolas"/>
          <w:sz w:val="18"/>
        </w:rPr>
        <w:t>'1234-567-890'</w:t>
      </w:r>
    </w:p>
    <w:p>
      <w:pPr>
        <w:spacing w:after="0"/>
        <w:ind w:left="360"/>
        <w:shd w:val="clear" w:color="auto" w:fill="F2F2F2"/>
      </w:pPr>
      <w:r>
        <w:rPr>
          <w:rFonts w:ascii="Consolas" w:hAnsi="Consolas"/>
          <w:sz w:val="18"/>
        </w:rPr>
        <w:t>&gt;&gt;&gt; re.search(r'[0123456789-]+', '37: the phone number is 1234-567-890')</w:t>
      </w:r>
    </w:p>
    <w:p>
      <w:pPr>
        <w:spacing w:after="0"/>
        <w:ind w:left="360"/>
        <w:shd w:val="clear" w:color="auto" w:fill="F2F2F2"/>
      </w:pPr>
      <w:r>
        <w:rPr>
          <w:rFonts w:ascii="Consolas" w:hAnsi="Consolas"/>
          <w:sz w:val="18"/>
        </w:rPr>
        <w:t>&lt;_sre.SRE_Match object; span=(0, 2), match='37'&gt;</w:t>
      </w:r>
    </w:p>
    <w:p>
      <w:pPr>
        <w:spacing w:after="0"/>
        <w:ind w:left="360"/>
        <w:shd w:val="clear" w:color="auto" w:fill="F2F2F2"/>
      </w:pPr>
      <w:r>
        <w:rPr>
          <w:rFonts w:ascii="Consolas" w:hAnsi="Consolas"/>
          <w:sz w:val="18"/>
        </w:rPr>
        <w:t>&gt;&gt;&gt; _.group()</w:t>
      </w:r>
    </w:p>
    <w:p>
      <w:pPr>
        <w:spacing w:after="0"/>
        <w:ind w:left="360"/>
        <w:shd w:val="clear" w:color="auto" w:fill="F2F2F2"/>
      </w:pPr>
      <w:r>
        <w:rPr>
          <w:rFonts w:ascii="Consolas" w:hAnsi="Consolas"/>
          <w:sz w:val="18"/>
        </w:rPr>
        <w:t>'37'</w:t>
      </w:r>
    </w:p>
    <w:p>
      <w:pPr>
        <w:spacing w:after="40"/>
      </w:pPr>
    </w:p>
    <w:p>
      <w:pPr>
        <w:spacing w:after="80"/>
      </w:pPr>
      <w:r>
        <w:rPr>
          <w:b w:val="0"/>
          <w:i w:val="0"/>
        </w:rPr>
        <w:t xml:space="preserve">Hãy nhớ rằng nhóm 0 ( </w:t>
      </w:r>
      <w:r>
        <w:rPr>
          <w:rFonts w:ascii="Consolas" w:hAnsi="Consolas"/>
          <w:b w:val="0"/>
          <w:i w:val="0"/>
          <w:sz w:val="20"/>
        </w:rPr>
        <w:br/>
        <w:br/>
        <w:t xml:space="preserve">      .group()</w:t>
        <w:br/>
        <w:t xml:space="preserve">     </w:t>
        <w:br/>
      </w:r>
      <w:r>
        <w:rPr>
          <w:b w:val="0"/>
          <w:i w:val="0"/>
        </w:rPr>
        <w:t xml:space="preserve"> hoặc </w:t>
      </w:r>
      <w:r>
        <w:rPr>
          <w:rFonts w:ascii="Consolas" w:hAnsi="Consolas"/>
          <w:b w:val="0"/>
          <w:i w:val="0"/>
          <w:sz w:val="20"/>
        </w:rPr>
        <w:br/>
        <w:br/>
        <w:t xml:space="preserve">      .group(0)</w:t>
        <w:br/>
        <w:t xml:space="preserve">     </w:t>
        <w:br/>
      </w:r>
      <w:r>
        <w:rPr>
          <w:b w:val="0"/>
          <w:i w:val="0"/>
        </w:rPr>
        <w:t xml:space="preserve"> ) luôn là toàn bộ kết quả khớp. Các nhóm còn lại được sắp xếp theo thứ tự xuất hiện.</w:t>
      </w:r>
    </w:p>
    <w:p>
      <w:pPr>
        <w:spacing w:after="80"/>
      </w:pPr>
      <w:r>
        <w:rPr>
          <w:b w:val="0"/>
          <w:i w:val="0"/>
        </w:rPr>
        <w:t xml:space="preserve">Các mẫu cũng có thể được biên dịch. Điều này giúp tiết kiệm thời gian nếu mẫu cần được khớp lặp đi lặp lại. Để sử dụng theo cách đó, hãy biên dịch mẫu rồi dùng đối tượng đã biên dịch để thực hiện tìm kiếm, như được minh họa trong </w:t>
      </w:r>
      <w:r>
        <w:rPr>
          <w:b w:val="0"/>
          <w:i/>
        </w:rPr>
        <w:t xml:space="preserve"> bước 3 </w:t>
      </w:r>
      <w:r>
        <w:rPr>
          <w:b w:val="0"/>
          <w:i w:val="0"/>
        </w:rPr>
        <w:t xml:space="preserve"> và </w:t>
      </w:r>
      <w:r>
        <w:rPr>
          <w:b w:val="0"/>
          <w:i/>
        </w:rPr>
        <w:t xml:space="preserve"> 4 </w:t>
      </w:r>
      <w:r>
        <w:rPr>
          <w:b w:val="0"/>
          <w:i w:val="0"/>
        </w:rPr>
        <w:t>. Có thể thêm một số cờ bổ sung, chẳng hạn như làm cho mẫu không phân biệt chữ hoa chữ thường.</w:t>
      </w:r>
    </w:p>
    <w:p>
      <w:pPr>
        <w:spacing w:after="80"/>
      </w:pPr>
      <w:r>
        <w:rPr>
          <w:b w:val="0"/>
          <w:i w:val="0"/>
        </w:rPr>
        <w:t xml:space="preserve">Mẫu ở </w:t>
      </w:r>
      <w:r>
        <w:rPr>
          <w:b w:val="0"/>
          <w:i/>
        </w:rPr>
        <w:t xml:space="preserve"> bước 4 </w:t>
      </w:r>
      <w:r>
        <w:rPr>
          <w:b w:val="0"/>
          <w:i w:val="0"/>
        </w:rPr>
        <w:t xml:space="preserve"> cần giải thích một chút. Nó gồm hai nhóm, được phân tách bởi một ký tự đơn. Ký tự đặc biệt " </w:t>
      </w:r>
      <w:r>
        <w:rPr>
          <w:rFonts w:ascii="Consolas" w:hAnsi="Consolas"/>
          <w:b w:val="0"/>
          <w:i w:val="0"/>
          <w:sz w:val="20"/>
        </w:rPr>
        <w:br/>
        <w:br/>
        <w:t xml:space="preserve">      .</w:t>
        <w:br/>
        <w:t xml:space="preserve">     </w:t>
        <w:br/>
      </w:r>
      <w:r>
        <w:rPr>
          <w:b w:val="0"/>
          <w:i w:val="0"/>
        </w:rPr>
        <w:t xml:space="preserve"> " (dấu chấm) có nghĩa là nó khớp với mọi thứ. Trong ví dụ của chúng ta, nó khớp với một dấu chấm, một khoảng trắng và một dấu phẩy. Nhóm thứ hai là một lựa chọn đơn giản từ các tùy chọn đã định nghĩa, trong trường hợp này là các chữ viết tắt bang của Hoa Kỳ.</w:t>
      </w:r>
    </w:p>
    <w:p>
      <w:pPr>
        <w:spacing w:after="80"/>
      </w:pPr>
      <w:r>
        <w:rPr>
          <w:b w:val="0"/>
          <w:i w:val="0"/>
        </w:rPr>
        <w:t xml:space="preserve">Nhóm đầu tiên bắt đầu bằng một chữ cái viết hoa ( </w:t>
      </w:r>
      <w:r>
        <w:rPr>
          <w:rFonts w:ascii="Consolas" w:hAnsi="Consolas"/>
          <w:b w:val="0"/>
          <w:i w:val="0"/>
          <w:sz w:val="20"/>
        </w:rPr>
        <w:br/>
        <w:br/>
        <w:t xml:space="preserve">      [A‑Z]</w:t>
        <w:br/>
        <w:t xml:space="preserve">     </w:t>
        <w:br/>
      </w:r>
      <w:r>
        <w:rPr>
          <w:b w:val="0"/>
          <w:i w:val="0"/>
        </w:rPr>
        <w:t xml:space="preserve"> ) và chấp nhận mọi tổ hợp chữ cái hoặc khoảng trắng ( </w:t>
      </w:r>
      <w:r>
        <w:rPr>
          <w:rFonts w:ascii="Consolas" w:hAnsi="Consolas"/>
          <w:b w:val="0"/>
          <w:i w:val="0"/>
          <w:sz w:val="20"/>
        </w:rPr>
        <w:br/>
        <w:br/>
        <w:t xml:space="preserve">      [\w\s]+?</w:t>
        <w:br/>
        <w:t xml:space="preserve">     </w:t>
        <w:br/>
      </w:r>
      <w:r>
        <w:rPr>
          <w:b w:val="0"/>
          <w:i w:val="0"/>
        </w:rPr>
        <w:t xml:space="preserve"> ), nhưng không chấp nhận các dấu câu như dấu chấm hay dấu phẩy. Điều này khớp với tên các thành phố, kể cả những thành phố được cấu thành từ nhiều hơn một từ.</w:t>
      </w:r>
    </w:p>
    <w:p>
      <w:pPr>
        <w:spacing w:after="80"/>
      </w:pPr>
      <w:r>
        <w:rPr>
          <w:b w:val="0"/>
          <w:i w:val="0"/>
        </w:rPr>
        <w:t xml:space="preserve">Phần </w:t>
      </w:r>
      <w:r>
        <w:rPr>
          <w:rFonts w:ascii="Consolas" w:hAnsi="Consolas"/>
          <w:b w:val="0"/>
          <w:i w:val="0"/>
          <w:sz w:val="20"/>
        </w:rPr>
        <w:br/>
        <w:br/>
        <w:t xml:space="preserve">      +?</w:t>
        <w:br/>
        <w:t xml:space="preserve">     </w:t>
        <w:br/>
      </w:r>
      <w:r>
        <w:rPr>
          <w:b w:val="0"/>
          <w:i w:val="0"/>
        </w:rPr>
        <w:t xml:space="preserve"> ở cuối khiến việc khớp các chữ cái trở nên </w:t>
      </w:r>
      <w:r>
        <w:rPr>
          <w:b w:val="0"/>
          <w:i/>
        </w:rPr>
        <w:t xml:space="preserve"> không tham lam </w:t>
      </w:r>
      <w:r>
        <w:rPr>
          <w:b w:val="0"/>
          <w:i w:val="0"/>
        </w:rPr>
        <w:t xml:space="preserve"> (non-greedy), tức là khớp càng ít ký tự càng tốt. Điều này tránh được một số vấn đề, chẳng hạn như khi không có dấu câu giữa các thành phố. Hãy xem kết quả khi chúng ta không bao gồm bổ ngữ </w:t>
      </w:r>
      <w:r>
        <w:rPr>
          <w:b w:val="0"/>
          <w:i/>
        </w:rPr>
        <w:t xml:space="preserve"> không tham lam </w:t>
      </w:r>
      <w:r>
        <w:rPr>
          <w:b w:val="0"/>
          <w:i w:val="0"/>
        </w:rPr>
        <w:t xml:space="preserve"> cho kết quả khớp thứ hai và cách nó bao gồm hai phần tử:</w:t>
      </w:r>
    </w:p>
    <w:p>
      <w:pPr>
        <w:spacing w:after="0"/>
        <w:ind w:left="360"/>
        <w:shd w:val="clear" w:color="auto" w:fill="F2F2F2"/>
      </w:pPr>
      <w:r>
        <w:rPr>
          <w:rFonts w:ascii="Consolas" w:hAnsi="Consolas"/>
          <w:sz w:val="18"/>
        </w:rPr>
        <w:t>&gt;&gt;&gt; PATTERN = re.compile(r'([A-Z][\w\s]+).(TX|OR|OH|MI)')</w:t>
      </w:r>
    </w:p>
    <w:p>
      <w:pPr>
        <w:spacing w:after="0"/>
        <w:ind w:left="360"/>
        <w:shd w:val="clear" w:color="auto" w:fill="F2F2F2"/>
      </w:pPr>
      <w:r>
        <w:rPr>
          <w:rFonts w:ascii="Consolas" w:hAnsi="Consolas"/>
          <w:sz w:val="18"/>
        </w:rPr>
        <w:t>&gt;&gt;&gt; TEXT ='the jackalopes are the team of Odessa,TX while the knights are native of Corvallis OR and the mud hens come from Toledo.OH; the whitecaps have their base in Grand Rapids,MI'</w:t>
      </w:r>
    </w:p>
    <w:p>
      <w:pPr>
        <w:spacing w:after="0"/>
        <w:ind w:left="360"/>
        <w:shd w:val="clear" w:color="auto" w:fill="F2F2F2"/>
      </w:pPr>
      <w:r>
        <w:rPr>
          <w:rFonts w:ascii="Consolas" w:hAnsi="Consolas"/>
          <w:sz w:val="18"/>
        </w:rPr>
        <w:t>&gt;&gt;&gt; list(PATTERN.finditer(TEXT))[1]</w:t>
      </w:r>
    </w:p>
    <w:p>
      <w:pPr>
        <w:spacing w:after="0"/>
        <w:ind w:left="360"/>
        <w:shd w:val="clear" w:color="auto" w:fill="F2F2F2"/>
      </w:pPr>
      <w:r>
        <w:rPr>
          <w:rFonts w:ascii="Consolas" w:hAnsi="Consolas"/>
          <w:sz w:val="18"/>
        </w:rPr>
        <w:t>&lt;re.Match object; span=(73, 122), match='Corvallis OR and the mud hens come from Toledo.OH&gt;</w:t>
      </w:r>
    </w:p>
    <w:p>
      <w:pPr>
        <w:spacing w:after="40"/>
      </w:pPr>
    </w:p>
    <w:p>
      <w:pPr>
        <w:spacing w:after="80"/>
      </w:pPr>
      <w:r>
        <w:rPr>
          <w:b w:val="0"/>
          <w:i w:val="0"/>
        </w:rPr>
        <w:t>Lưu ý rằng mẫu này bắt đầu từ bất kỳ chữ cái viết hoa nào và tiếp tục khớp cho đến khi tìm thấy một bang, trừ khi bị ngăn cách bởi một dấu câu, điều này có thể không như mong đợi, ví dụ:</w:t>
      </w:r>
    </w:p>
    <w:p>
      <w:pPr>
        <w:spacing w:after="0"/>
        <w:ind w:left="360"/>
        <w:shd w:val="clear" w:color="auto" w:fill="F2F2F2"/>
      </w:pPr>
      <w:r>
        <w:rPr>
          <w:rFonts w:ascii="Consolas" w:hAnsi="Consolas"/>
          <w:sz w:val="18"/>
        </w:rPr>
        <w:t>&gt;&gt;&gt; re.search(r'([A-Z][\w\s]+?).(TX|OR|OH|MI)', 'This is a test, Escanaba MI')</w:t>
      </w:r>
    </w:p>
    <w:p>
      <w:pPr>
        <w:spacing w:after="0"/>
        <w:ind w:left="360"/>
        <w:shd w:val="clear" w:color="auto" w:fill="F2F2F2"/>
      </w:pPr>
      <w:r>
        <w:rPr>
          <w:rFonts w:ascii="Consolas" w:hAnsi="Consolas"/>
          <w:sz w:val="18"/>
        </w:rPr>
        <w:t>&lt;_sre.SRE_Match object; span=(16, 27), match='Escanaba MI'&gt;</w:t>
      </w:r>
    </w:p>
    <w:p>
      <w:pPr>
        <w:spacing w:after="0"/>
        <w:ind w:left="360"/>
        <w:shd w:val="clear" w:color="auto" w:fill="F2F2F2"/>
      </w:pPr>
      <w:r>
        <w:rPr>
          <w:rFonts w:ascii="Consolas" w:hAnsi="Consolas"/>
          <w:sz w:val="18"/>
        </w:rPr>
        <w:t>&gt;&gt;&gt; re.search(r'([A-Z][\w\s]+?).(TX|OR|OH|MI)', 'This is a test with Escanaba MI')</w:t>
      </w:r>
    </w:p>
    <w:p>
      <w:pPr>
        <w:spacing w:after="0"/>
        <w:ind w:left="360"/>
        <w:shd w:val="clear" w:color="auto" w:fill="F2F2F2"/>
      </w:pPr>
      <w:r>
        <w:rPr>
          <w:rFonts w:ascii="Consolas" w:hAnsi="Consolas"/>
          <w:sz w:val="18"/>
        </w:rPr>
        <w:t>&lt;_sre.SRE_Match object; span=(0, 31), match='This is a test with Escanaba MI'&gt;</w:t>
      </w:r>
    </w:p>
    <w:p>
      <w:pPr>
        <w:spacing w:after="40"/>
      </w:pPr>
    </w:p>
    <w:p>
      <w:pPr>
        <w:spacing w:after="80"/>
      </w:pPr>
      <w:r>
        <w:rPr>
          <w:b w:val="0"/>
          <w:i/>
        </w:rPr>
        <w:t xml:space="preserve"> Bước 4 </w:t>
      </w:r>
      <w:r>
        <w:rPr>
          <w:b w:val="0"/>
          <w:i w:val="0"/>
        </w:rPr>
        <w:t xml:space="preserve"> cũng cho bạn thấy cách tìm nhiều hơn một lần xuất hiện trong một văn bản dài. Mặc dù phương thức </w:t>
      </w:r>
      <w:r>
        <w:rPr>
          <w:rFonts w:ascii="Consolas" w:hAnsi="Consolas"/>
          <w:b w:val="0"/>
          <w:i w:val="0"/>
          <w:sz w:val="20"/>
        </w:rPr>
        <w:br/>
        <w:br/>
        <w:t xml:space="preserve">      .findall()</w:t>
        <w:br/>
        <w:t xml:space="preserve">     </w:t>
        <w:br/>
      </w:r>
      <w:r>
        <w:rPr>
          <w:b w:val="0"/>
          <w:i w:val="0"/>
        </w:rPr>
        <w:t xml:space="preserve"> có tồn tại, nhưng nó không trả về đối tượng khớp đầy đủ, trong khi </w:t>
      </w:r>
      <w:r>
        <w:rPr>
          <w:rFonts w:ascii="Consolas" w:hAnsi="Consolas"/>
          <w:b w:val="0"/>
          <w:i w:val="0"/>
          <w:sz w:val="20"/>
        </w:rPr>
        <w:br/>
        <w:br/>
        <w:t xml:space="preserve">      .finditer()</w:t>
        <w:br/>
        <w:t xml:space="preserve">     </w:t>
        <w:br/>
      </w:r>
      <w:r>
        <w:rPr>
          <w:b w:val="0"/>
          <w:i w:val="0"/>
        </w:rPr>
        <w:t xml:space="preserve"> thì có. Như thường thấy ở Python 3 hiện nay, </w:t>
      </w:r>
      <w:r>
        <w:rPr>
          <w:rFonts w:ascii="Consolas" w:hAnsi="Consolas"/>
          <w:b w:val="0"/>
          <w:i w:val="0"/>
          <w:sz w:val="20"/>
        </w:rPr>
        <w:br/>
        <w:br/>
        <w:t xml:space="preserve">      .finditer()</w:t>
        <w:br/>
        <w:t xml:space="preserve">     </w:t>
        <w:br/>
      </w:r>
      <w:r>
        <w:rPr>
          <w:b w:val="0"/>
          <w:i w:val="0"/>
        </w:rPr>
        <w:t xml:space="preserve"> trả về một iterator có thể dùng trong vòng lặp </w:t>
      </w:r>
      <w:r>
        <w:rPr>
          <w:b w:val="0"/>
          <w:i/>
        </w:rPr>
        <w:t xml:space="preserve"> for </w:t>
      </w:r>
      <w:r>
        <w:rPr>
          <w:b w:val="0"/>
          <w:i w:val="0"/>
        </w:rPr>
        <w:t xml:space="preserve"> hoặc list comprehension. Lưu ý rằng </w:t>
      </w:r>
      <w:r>
        <w:rPr>
          <w:rFonts w:ascii="Consolas" w:hAnsi="Consolas"/>
          <w:b w:val="0"/>
          <w:i w:val="0"/>
          <w:sz w:val="20"/>
        </w:rPr>
        <w:br/>
        <w:br/>
        <w:t xml:space="preserve">      .search()</w:t>
        <w:br/>
        <w:t xml:space="preserve">     </w:t>
        <w:br/>
      </w:r>
      <w:r>
        <w:rPr>
          <w:b w:val="0"/>
          <w:i w:val="0"/>
        </w:rPr>
        <w:t xml:space="preserve"> chỉ trả về lần xuất hiện đầu tiên của mẫu, ngay cả khi có nhiều kết quả khớp hơn xuất hiện:</w:t>
      </w:r>
    </w:p>
    <w:p>
      <w:pPr>
        <w:spacing w:after="0"/>
        <w:ind w:left="360"/>
        <w:shd w:val="clear" w:color="auto" w:fill="F2F2F2"/>
      </w:pPr>
      <w:r>
        <w:rPr>
          <w:rFonts w:ascii="Consolas" w:hAnsi="Consolas"/>
          <w:sz w:val="18"/>
        </w:rPr>
        <w:t>&gt;&gt;&gt; PATTERN.search(TEXT)</w:t>
      </w:r>
    </w:p>
    <w:p>
      <w:pPr>
        <w:spacing w:after="0"/>
        <w:ind w:left="360"/>
        <w:shd w:val="clear" w:color="auto" w:fill="F2F2F2"/>
      </w:pPr>
      <w:r>
        <w:rPr>
          <w:rFonts w:ascii="Consolas" w:hAnsi="Consolas"/>
          <w:sz w:val="18"/>
        </w:rPr>
        <w:t>&lt;_sre.SRE_Match object; span=(31, 40), match='Odessa,TX'&gt;</w:t>
      </w:r>
    </w:p>
    <w:p>
      <w:pPr>
        <w:spacing w:after="0"/>
        <w:ind w:left="360"/>
        <w:shd w:val="clear" w:color="auto" w:fill="F2F2F2"/>
      </w:pPr>
      <w:r>
        <w:rPr>
          <w:rFonts w:ascii="Consolas" w:hAnsi="Consolas"/>
          <w:sz w:val="18"/>
        </w:rPr>
        <w:t>&gt;&gt;&gt; PATTERN.findall(TEXT)</w:t>
      </w:r>
    </w:p>
    <w:p>
      <w:pPr>
        <w:spacing w:after="0"/>
        <w:ind w:left="360"/>
        <w:shd w:val="clear" w:color="auto" w:fill="F2F2F2"/>
      </w:pPr>
      <w:r>
        <w:rPr>
          <w:rFonts w:ascii="Consolas" w:hAnsi="Consolas"/>
          <w:sz w:val="18"/>
        </w:rPr>
        <w:t>[('Odessa', 'TX'), ('Corvallis', 'OR'), ('Toledo', 'OH'), ('Grand Rapids', 'MI')]</w:t>
      </w:r>
    </w:p>
    <w:p>
      <w:pPr>
        <w:spacing w:after="40"/>
      </w:pPr>
    </w:p>
    <w:p>
      <w:pPr>
        <w:pStyle w:val="Heading3"/>
      </w:pPr>
      <w:r>
        <w:rPr>
          <w:rFonts w:ascii="Calibri" w:hAnsi="Calibri"/>
          <w:b/>
          <w:i w:val="0"/>
          <w:sz w:val="26"/>
        </w:rPr>
        <w:t>Còn nhiều điều nữa…</w:t>
      </w:r>
    </w:p>
    <w:p>
      <w:pPr>
        <w:spacing w:after="80"/>
      </w:pPr>
      <w:r>
        <w:rPr>
          <w:b w:val="0"/>
          <w:i w:val="0"/>
        </w:rPr>
        <w:t>Các ký tự đặc biệt có thể được đảo ngược nếu chúng được đổi chữ hoa chữ thường. Ví dụ, các ký tự đảo ngược của những ký tự chúng ta đã dùng như sau:</w:t>
      </w:r>
    </w:p>
    <w:p>
      <w:pPr>
        <w:spacing w:after="80"/>
        <w:ind w:left="360"/>
      </w:pPr>
      <w:r>
        <w:t xml:space="preserve">• </w:t>
      </w:r>
      <w:r>
        <w:rPr>
          <w:b/>
          <w:i w:val="0"/>
        </w:rPr>
        <w:t xml:space="preserve"> \D </w:t>
      </w:r>
      <w:r>
        <w:rPr>
          <w:b w:val="0"/>
          <w:i w:val="0"/>
        </w:rPr>
        <w:t xml:space="preserve"> : Đánh dấu bất kỳ ký tự không phải chữ số.</w:t>
      </w:r>
    </w:p>
    <w:p>
      <w:pPr>
        <w:spacing w:after="80"/>
        <w:ind w:left="360"/>
      </w:pPr>
      <w:r>
        <w:t xml:space="preserve">• </w:t>
      </w:r>
      <w:r>
        <w:rPr>
          <w:b/>
          <w:i w:val="0"/>
        </w:rPr>
        <w:t xml:space="preserve"> \W </w:t>
      </w:r>
      <w:r>
        <w:rPr>
          <w:b w:val="0"/>
          <w:i w:val="0"/>
        </w:rPr>
        <w:t xml:space="preserve"> : Đánh dấu bất kỳ ký tự không phải chữ cái.</w:t>
      </w:r>
    </w:p>
    <w:p>
      <w:pPr>
        <w:spacing w:after="80"/>
        <w:ind w:left="360"/>
      </w:pPr>
      <w:r>
        <w:t xml:space="preserve">• </w:t>
      </w:r>
      <w:r>
        <w:rPr>
          <w:b/>
          <w:i w:val="0"/>
        </w:rPr>
        <w:t xml:space="preserve"> \B </w:t>
      </w:r>
      <w:r>
        <w:rPr>
          <w:b w:val="0"/>
          <w:i w:val="0"/>
        </w:rPr>
        <w:t xml:space="preserve"> : Đánh dấu một vị trí </w:t>
      </w:r>
      <w:r>
        <w:rPr>
          <w:b w:val="0"/>
          <w:i/>
        </w:rPr>
        <w:t xml:space="preserve"> không </w:t>
      </w:r>
      <w:r>
        <w:rPr>
          <w:b w:val="0"/>
          <w:i w:val="0"/>
        </w:rPr>
        <w:t xml:space="preserve"> ở đầu hoặc cuối của một từ. Ví dụ, </w:t>
      </w:r>
      <w:r>
        <w:rPr>
          <w:rFonts w:ascii="Consolas" w:hAnsi="Consolas"/>
          <w:b w:val="0"/>
          <w:i w:val="0"/>
          <w:sz w:val="20"/>
        </w:rPr>
        <w:br/>
        <w:br/>
        <w:t xml:space="preserve">       r'thing\B'</w:t>
        <w:br/>
        <w:t xml:space="preserve">      </w:t>
        <w:br/>
      </w:r>
      <w:r>
        <w:rPr>
          <w:b w:val="0"/>
          <w:i w:val="0"/>
        </w:rPr>
        <w:t xml:space="preserve"> sẽ khớp với </w:t>
      </w:r>
      <w:r>
        <w:rPr>
          <w:b w:val="0"/>
          <w:i/>
        </w:rPr>
        <w:t xml:space="preserve"> things </w:t>
      </w:r>
      <w:r>
        <w:rPr>
          <w:b w:val="0"/>
          <w:i w:val="0"/>
        </w:rPr>
        <w:t xml:space="preserve"> nhưng không khớp với </w:t>
      </w:r>
      <w:r>
        <w:rPr>
          <w:b w:val="0"/>
          <w:i/>
        </w:rPr>
        <w:t xml:space="preserve"> thing </w:t>
      </w:r>
      <w:r>
        <w:rPr>
          <w:b w:val="0"/>
          <w:i w:val="0"/>
        </w:rPr>
        <w:t>.</w:t>
      </w:r>
    </w:p>
    <w:p>
      <w:pPr>
        <w:spacing w:after="80"/>
      </w:pPr>
      <w:r>
        <w:rPr>
          <w:b/>
          <w:i w:val="0"/>
        </w:rPr>
        <w:t>Lưu ý</w:t>
      </w:r>
    </w:p>
    <w:p>
      <w:pPr>
        <w:spacing w:after="80"/>
      </w:pPr>
      <w:r>
        <w:rPr>
          <w:b w:val="0"/>
          <w:i w:val="0"/>
        </w:rPr>
        <w:t xml:space="preserve">Các ký tự đặc biệt được dùng phổ biến nhất thường là </w:t>
      </w:r>
      <w:r>
        <w:rPr>
          <w:rFonts w:ascii="Consolas" w:hAnsi="Consolas"/>
          <w:b w:val="0"/>
          <w:i w:val="0"/>
          <w:sz w:val="20"/>
        </w:rPr>
        <w:br/>
        <w:br/>
        <w:t xml:space="preserve">       \d</w:t>
        <w:br/>
        <w:t xml:space="preserve">      </w:t>
        <w:br/>
      </w:r>
      <w:r>
        <w:rPr>
          <w:b w:val="0"/>
          <w:i w:val="0"/>
        </w:rPr>
        <w:t xml:space="preserve"> (chữ số) và </w:t>
      </w:r>
      <w:r>
        <w:rPr>
          <w:rFonts w:ascii="Consolas" w:hAnsi="Consolas"/>
          <w:b w:val="0"/>
          <w:i w:val="0"/>
          <w:sz w:val="20"/>
        </w:rPr>
        <w:br/>
        <w:br/>
        <w:t xml:space="preserve">       \w</w:t>
        <w:br/>
        <w:t xml:space="preserve">      </w:t>
        <w:br/>
      </w:r>
      <w:r>
        <w:rPr>
          <w:b w:val="0"/>
          <w:i w:val="0"/>
        </w:rPr>
        <w:t xml:space="preserve"> (chữ cái và chữ số), vì chúng khớp với chữ số và chữ cái, vốn thường là những gì bạn muốn.</w:t>
      </w:r>
    </w:p>
    <w:p>
      <w:pPr>
        <w:spacing w:after="80"/>
      </w:pPr>
      <w:r>
        <w:rPr>
          <w:b w:val="0"/>
          <w:i w:val="0"/>
        </w:rPr>
        <w:t xml:space="preserve">Các nhóm (group) cũng có thể được đặt tên. Điều này giúp chúng rõ ràng hơn, đổi lại là làm cho nhóm trở nên dài dòng hơn theo cách sau— </w:t>
      </w:r>
      <w:r>
        <w:rPr>
          <w:rFonts w:ascii="Consolas" w:hAnsi="Consolas"/>
          <w:b w:val="0"/>
          <w:i w:val="0"/>
          <w:sz w:val="20"/>
        </w:rPr>
        <w:br/>
        <w:br/>
        <w:t xml:space="preserve">      (?P&lt;groupname&gt;PATTERN)</w:t>
        <w:br/>
        <w:t xml:space="preserve">     </w:t>
        <w:br/>
      </w:r>
      <w:r>
        <w:rPr>
          <w:b w:val="0"/>
          <w:i w:val="0"/>
        </w:rPr>
        <w:t xml:space="preserve"> . Các nhóm có thể được tham chiếu bằng tên với </w:t>
      </w:r>
      <w:r>
        <w:rPr>
          <w:rFonts w:ascii="Consolas" w:hAnsi="Consolas"/>
          <w:b w:val="0"/>
          <w:i w:val="0"/>
          <w:sz w:val="20"/>
        </w:rPr>
        <w:br/>
        <w:br/>
        <w:t xml:space="preserve">      .group(groupname)</w:t>
        <w:br/>
        <w:t xml:space="preserve">     </w:t>
        <w:br/>
      </w:r>
      <w:r>
        <w:rPr>
          <w:b w:val="0"/>
          <w:i w:val="0"/>
        </w:rPr>
        <w:t xml:space="preserve"> hoặc bằng cách gọi </w:t>
      </w:r>
      <w:r>
        <w:rPr>
          <w:rFonts w:ascii="Consolas" w:hAnsi="Consolas"/>
          <w:b w:val="0"/>
          <w:i w:val="0"/>
          <w:sz w:val="20"/>
        </w:rPr>
        <w:br/>
        <w:br/>
        <w:t xml:space="preserve">      .groupdict()</w:t>
        <w:br/>
        <w:t xml:space="preserve">     </w:t>
        <w:br/>
      </w:r>
      <w:r>
        <w:rPr>
          <w:b w:val="0"/>
          <w:i w:val="0"/>
        </w:rPr>
        <w:t xml:space="preserve"> trong khi vẫn giữ nguyên vị trí số của nó.</w:t>
      </w:r>
    </w:p>
    <w:p>
      <w:pPr>
        <w:spacing w:after="80"/>
      </w:pPr>
      <w:r>
        <w:rPr>
          <w:b w:val="0"/>
          <w:i w:val="0"/>
        </w:rPr>
        <w:t xml:space="preserve">Ví dụ, mẫu </w:t>
      </w:r>
      <w:r>
        <w:rPr>
          <w:b w:val="0"/>
          <w:i/>
        </w:rPr>
        <w:t xml:space="preserve"> bước 4 </w:t>
      </w:r>
      <w:r>
        <w:rPr>
          <w:b w:val="0"/>
          <w:i w:val="0"/>
        </w:rPr>
        <w:t xml:space="preserve"> có thể được mô tả như sau:</w:t>
      </w:r>
    </w:p>
    <w:p>
      <w:pPr>
        <w:spacing w:after="0"/>
        <w:ind w:left="360"/>
        <w:shd w:val="clear" w:color="auto" w:fill="F2F2F2"/>
      </w:pPr>
      <w:r>
        <w:rPr>
          <w:rFonts w:ascii="Consolas" w:hAnsi="Consolas"/>
          <w:sz w:val="18"/>
        </w:rPr>
        <w:t>&gt;&gt;&gt; PATTERN = re.compile(r'(?P&lt;city&gt;[A-Z][\w\s]+?).(?P&lt;state&gt;TX|OR|OH|MN)')</w:t>
      </w:r>
    </w:p>
    <w:p>
      <w:pPr>
        <w:spacing w:after="0"/>
        <w:ind w:left="360"/>
        <w:shd w:val="clear" w:color="auto" w:fill="F2F2F2"/>
      </w:pPr>
      <w:r>
        <w:rPr>
          <w:rFonts w:ascii="Consolas" w:hAnsi="Consolas"/>
          <w:sz w:val="18"/>
        </w:rPr>
        <w:t>&gt;&gt;&gt; match = PATTERN.search(TEXT)</w:t>
      </w:r>
    </w:p>
    <w:p>
      <w:pPr>
        <w:spacing w:after="0"/>
        <w:ind w:left="360"/>
        <w:shd w:val="clear" w:color="auto" w:fill="F2F2F2"/>
      </w:pPr>
      <w:r>
        <w:rPr>
          <w:rFonts w:ascii="Consolas" w:hAnsi="Consolas"/>
          <w:sz w:val="18"/>
        </w:rPr>
        <w:t>&gt;&gt;&gt; match.groupdict()</w:t>
      </w:r>
    </w:p>
    <w:p>
      <w:pPr>
        <w:spacing w:after="0"/>
        <w:ind w:left="360"/>
        <w:shd w:val="clear" w:color="auto" w:fill="F2F2F2"/>
      </w:pPr>
      <w:r>
        <w:rPr>
          <w:rFonts w:ascii="Consolas" w:hAnsi="Consolas"/>
          <w:sz w:val="18"/>
        </w:rPr>
        <w:t>{'city': 'Odessa', 'state': 'TX'}</w:t>
      </w:r>
    </w:p>
    <w:p>
      <w:pPr>
        <w:spacing w:after="0"/>
        <w:ind w:left="360"/>
        <w:shd w:val="clear" w:color="auto" w:fill="F2F2F2"/>
      </w:pPr>
      <w:r>
        <w:rPr>
          <w:rFonts w:ascii="Consolas" w:hAnsi="Consolas"/>
          <w:sz w:val="18"/>
        </w:rPr>
        <w:t>&gt;&gt;&gt; match.group('city')</w:t>
      </w:r>
    </w:p>
    <w:p>
      <w:pPr>
        <w:spacing w:after="0"/>
        <w:ind w:left="360"/>
        <w:shd w:val="clear" w:color="auto" w:fill="F2F2F2"/>
      </w:pPr>
      <w:r>
        <w:rPr>
          <w:rFonts w:ascii="Consolas" w:hAnsi="Consolas"/>
          <w:sz w:val="18"/>
        </w:rPr>
        <w:t>'Odessa'</w:t>
      </w:r>
    </w:p>
    <w:p>
      <w:pPr>
        <w:spacing w:after="0"/>
        <w:ind w:left="360"/>
        <w:shd w:val="clear" w:color="auto" w:fill="F2F2F2"/>
      </w:pPr>
      <w:r>
        <w:rPr>
          <w:rFonts w:ascii="Consolas" w:hAnsi="Consolas"/>
          <w:sz w:val="18"/>
        </w:rPr>
        <w:t>&gt;&gt;&gt; match.group('state')</w:t>
      </w:r>
    </w:p>
    <w:p>
      <w:pPr>
        <w:spacing w:after="0"/>
        <w:ind w:left="360"/>
        <w:shd w:val="clear" w:color="auto" w:fill="F2F2F2"/>
      </w:pPr>
      <w:r>
        <w:rPr>
          <w:rFonts w:ascii="Consolas" w:hAnsi="Consolas"/>
          <w:sz w:val="18"/>
        </w:rPr>
        <w:t>'TX'</w:t>
      </w:r>
    </w:p>
    <w:p>
      <w:pPr>
        <w:spacing w:after="0"/>
        <w:ind w:left="360"/>
        <w:shd w:val="clear" w:color="auto" w:fill="F2F2F2"/>
      </w:pPr>
      <w:r>
        <w:rPr>
          <w:rFonts w:ascii="Consolas" w:hAnsi="Consolas"/>
          <w:sz w:val="18"/>
        </w:rPr>
        <w:t>&gt;&gt;&gt; match.group(1), match.group(2)</w:t>
      </w:r>
    </w:p>
    <w:p>
      <w:pPr>
        <w:spacing w:after="0"/>
        <w:ind w:left="360"/>
        <w:shd w:val="clear" w:color="auto" w:fill="F2F2F2"/>
      </w:pPr>
      <w:r>
        <w:rPr>
          <w:rFonts w:ascii="Consolas" w:hAnsi="Consolas"/>
          <w:sz w:val="18"/>
        </w:rPr>
        <w:t>('Odessa', 'TX')</w:t>
      </w:r>
    </w:p>
    <w:p>
      <w:pPr>
        <w:spacing w:after="40"/>
      </w:pPr>
    </w:p>
    <w:p>
      <w:pPr>
        <w:spacing w:after="80"/>
      </w:pPr>
      <w:r>
        <w:rPr>
          <w:b w:val="0"/>
          <w:i w:val="0"/>
        </w:rPr>
        <w:t xml:space="preserve">Có lẽ đến giờ bạn đã bắt đầu nghi ngờ rằng biểu thức chính quy (regular expression) là một chủ đề rất rộng lớn. Chúng có thể nổi tiếng là sâu xa, và có cả những cuốn sách kỹ thuật dành riêng cho chúng, như </w:t>
      </w:r>
      <w:r>
        <w:rPr>
          <w:b w:val="0"/>
          <w:i/>
        </w:rPr>
        <w:t xml:space="preserve"> Mastering Python Regular Expressions </w:t>
      </w:r>
      <w:r>
        <w:rPr>
          <w:b w:val="0"/>
          <w:i w:val="0"/>
        </w:rPr>
        <w:t xml:space="preserve"> của Lopez và Romero. Tài liệu Python cũng là một nguồn tham khảo tốt để sử dụng ( </w:t>
      </w:r>
      <w:r>
        <w:rPr>
          <w:rFonts w:ascii="Consolas" w:hAnsi="Consolas"/>
          <w:b w:val="0"/>
          <w:i w:val="0"/>
          <w:sz w:val="20"/>
        </w:rPr>
        <w:br/>
        <w:br/>
        <w:t xml:space="preserve">       https://docs.python.org/3/library/re.html</w:t>
        <w:br/>
        <w:t xml:space="preserve">      </w:t>
        <w:br/>
      </w:r>
      <w:r>
        <w:rPr>
          <w:b w:val="0"/>
          <w:i w:val="0"/>
        </w:rPr>
        <w:t xml:space="preserve"> ) và để tìm hiểu thêm.</w:t>
      </w:r>
    </w:p>
    <w:p>
      <w:pPr>
        <w:spacing w:after="80"/>
      </w:pPr>
      <w:r>
        <w:rPr>
          <w:b/>
          <w:i w:val="0"/>
        </w:rPr>
        <w:t>Mẹo</w:t>
      </w:r>
    </w:p>
    <w:p>
      <w:pPr>
        <w:spacing w:after="80"/>
      </w:pPr>
      <w:r>
        <w:rPr>
          <w:b w:val="0"/>
          <w:i w:val="0"/>
        </w:rPr>
        <w:t>GenAI là bạn của bạn ở đây! GenAI rất thích regex và sẽ giải thích chi tiết cách một regex hiện có hoạt động và cách thay đổi nó nếu có hiệu ứng bất ngờ.</w:t>
      </w:r>
    </w:p>
    <w:p>
      <w:pPr>
        <w:spacing w:after="80"/>
      </w:pPr>
      <w:r>
        <w:rPr>
          <w:b/>
          <w:i w:val="0"/>
        </w:rPr>
        <w:t xml:space="preserve"> Ví dụ về prompt </w:t>
      </w:r>
      <w:r>
        <w:rPr>
          <w:b w:val="0"/>
          <w:i w:val="0"/>
        </w:rPr>
        <w:t xml:space="preserve"> :</w:t>
      </w:r>
    </w:p>
    <w:p>
      <w:pPr>
        <w:spacing w:after="80"/>
      </w:pPr>
      <w:r>
        <w:rPr>
          <w:b w:val="0"/>
          <w:i w:val="0"/>
        </w:rPr>
        <w:t xml:space="preserve">Giải thích regex này </w:t>
      </w:r>
      <w:r>
        <w:rPr>
          <w:rFonts w:ascii="Consolas" w:hAnsi="Consolas"/>
          <w:b w:val="0"/>
          <w:i w:val="0"/>
          <w:sz w:val="20"/>
        </w:rPr>
        <w:br/>
        <w:br/>
        <w:t xml:space="preserve">       r'(?P&lt;city&gt;[A‑Z][\w\s]+?).(?P&lt;state&gt;TX|OR|OH|MN)'</w:t>
        <w:br/>
        <w:t xml:space="preserve">      </w:t>
        <w:br/>
      </w:r>
    </w:p>
    <w:p>
      <w:pPr>
        <w:spacing w:after="80"/>
      </w:pPr>
      <w:r>
        <w:rPr>
          <w:b w:val="0"/>
          <w:i w:val="0"/>
        </w:rPr>
        <w:t>Tóm tắt ví dụ phản hồi:</w:t>
      </w:r>
    </w:p>
    <w:p>
      <w:pPr>
        <w:spacing w:after="80"/>
      </w:pPr>
      <w:r>
        <w:rPr>
          <w:rFonts w:ascii="Consolas" w:hAnsi="Consolas"/>
          <w:b w:val="0"/>
          <w:i w:val="0"/>
          <w:sz w:val="20"/>
        </w:rPr>
        <w:br/>
        <w:br/>
        <w:t xml:space="preserve">       (?P&lt;city&gt;[A‑Z][\w\s]+?) Đây là một nhóm bắt tên là city.</w:t>
        <w:br/>
        <w:t xml:space="preserve">      </w:t>
        <w:br/>
        <w:br/>
        <w:t xml:space="preserve">       Nó nên bắt đầu bằng một chữ cái viết hoa.</w:t>
        <w:br/>
        <w:t xml:space="preserve">      </w:t>
        <w:br/>
      </w:r>
    </w:p>
    <w:p>
      <w:pPr>
        <w:spacing w:after="80"/>
      </w:pPr>
      <w:r>
        <w:rPr>
          <w:rFonts w:ascii="Consolas" w:hAnsi="Consolas"/>
          <w:b w:val="0"/>
          <w:i w:val="0"/>
          <w:sz w:val="20"/>
        </w:rPr>
        <w:br/>
        <w:br/>
        <w:t xml:space="preserve">       .</w:t>
        <w:br/>
        <w:t xml:space="preserve">      </w:t>
        <w:br/>
        <w:br/>
        <w:t xml:space="preserve">       Một dấu chấm theo nghĩa đen.</w:t>
        <w:br/>
        <w:t xml:space="preserve">      </w:t>
        <w:br/>
        <w:br/>
        <w:t xml:space="preserve">       Nó bắt một ký tự đơn.</w:t>
        <w:br/>
        <w:t xml:space="preserve">      </w:t>
        <w:br/>
        <w:br/>
        <w:t xml:space="preserve">       Nếu ý định là khớp với một dấu chấm theo nghĩa đen, nó nên được viết là "\."</w:t>
        <w:br/>
        <w:t xml:space="preserve">      </w:t>
        <w:br/>
      </w:r>
    </w:p>
    <w:p>
      <w:pPr>
        <w:spacing w:after="80"/>
      </w:pPr>
      <w:r>
        <w:rPr>
          <w:rFonts w:ascii="Consolas" w:hAnsi="Consolas"/>
          <w:b w:val="0"/>
          <w:i w:val="0"/>
          <w:sz w:val="20"/>
        </w:rPr>
        <w:br/>
        <w:br/>
        <w:t xml:space="preserve">       (?P&lt;state&gt;TX|OR|OH|MN)</w:t>
        <w:br/>
        <w:t xml:space="preserve">      </w:t>
        <w:br/>
      </w:r>
      <w:r>
        <w:rPr>
          <w:b w:val="0"/>
          <w:i w:val="0"/>
        </w:rPr>
        <w:t xml:space="preserve"> Đây là một nhóm bắt có tên khác gọi là state.</w:t>
      </w:r>
    </w:p>
    <w:p>
      <w:pPr>
        <w:spacing w:after="80"/>
      </w:pPr>
      <w:r>
        <w:rPr>
          <w:b w:val="0"/>
          <w:i w:val="0"/>
        </w:rPr>
        <w:t>Nó khớp với đúng một trong các viết tắt bang sau: TX, OR, OH hoặc MN</w:t>
      </w:r>
    </w:p>
    <w:p>
      <w:pPr>
        <w:spacing w:after="80"/>
      </w:pPr>
      <w:r>
        <w:rPr>
          <w:b w:val="0"/>
          <w:i w:val="0"/>
        </w:rPr>
        <w:t>Những cạm bẫy tiềm ẩn:</w:t>
      </w:r>
    </w:p>
    <w:p>
      <w:pPr>
        <w:spacing w:after="80"/>
      </w:pPr>
      <w:r>
        <w:rPr>
          <w:b w:val="0"/>
          <w:i w:val="0"/>
        </w:rPr>
        <w:t>Dấu chấm sẽ khớp với bất kỳ ký tự nào chứ không chỉ một dấu chấm theo nghĩa đen.</w:t>
      </w:r>
    </w:p>
    <w:p>
      <w:pPr>
        <w:spacing w:after="80"/>
      </w:pPr>
      <w:r>
        <w:rPr>
          <w:b w:val="0"/>
          <w:i w:val="0"/>
        </w:rPr>
        <w:t>Các thành phố có dấu câu (như St. Paul) có thể không hoạt động đúng</w:t>
      </w:r>
    </w:p>
    <w:p>
      <w:pPr>
        <w:spacing w:after="80"/>
      </w:pPr>
      <w:r>
        <w:rPr>
          <w:b w:val="0"/>
          <w:i w:val="0"/>
        </w:rPr>
        <w:t>Nếu bạn cảm thấy hơi bị choáng ngợp lúc ban đầu, đó là cảm giác hoàn toàn tự nhiên. Hãy bắt đầu bằng cách hỏi GenAI. Nó sẽ phân tích các mẫu một cách cẩn thận, và chúng sẽ bắt đầu trở nên dễ hiểu. Bạn có thể tiếp tục hỏi AI về nó. Ngoài ra, đừng ngại chạy một công cụ phân tích regex tương tác!</w:t>
      </w:r>
    </w:p>
    <w:p>
      <w:pPr>
        <w:spacing w:after="80"/>
      </w:pPr>
      <w:r>
        <w:rPr>
          <w:b w:val="0"/>
          <w:i w:val="0"/>
        </w:rPr>
        <w:t xml:space="preserve">Trong khi regex có thể thực sự mạnh mẽ và tổng quát, chúng có thể không phải là công cụ phù hợp cho điều bạn đang cố gắng đạt được. Chúng ta đã thấy một số lưu ý rồi, và những mẫu có sự tinh tế. Theo nguyên tắc chung, nếu một mẫu bắt đầu cảm thấy phức tạp, đã đến lúc tìm một công cụ khác. Đó là trải nghiệm phổ biến với code GenAI, nơi công cụ có khả năng sẽ cố gắng lạm dụng regex. Hãy nhớ lại các công thức trước đó nữa và các lựa chọn mà chúng đã trình bày, chẳng hạn như </w:t>
      </w:r>
      <w:r>
        <w:rPr>
          <w:rFonts w:ascii="Consolas" w:hAnsi="Consolas"/>
          <w:b w:val="0"/>
          <w:i w:val="0"/>
          <w:sz w:val="20"/>
        </w:rPr>
        <w:br/>
        <w:br/>
        <w:t xml:space="preserve">      parse</w:t>
        <w:br/>
        <w:t xml:space="preserve">     </w:t>
        <w:br/>
      </w:r>
      <w:r>
        <w:rPr>
          <w:b w:val="0"/>
          <w:i w:val="0"/>
        </w:rPr>
        <w:t xml:space="preserve"> .</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Giới thiệu về biểu thức chính quy </w:t>
      </w:r>
      <w:r>
        <w:rPr>
          <w:b w:val="0"/>
          <w:i w:val="0"/>
        </w:rPr>
        <w:t xml:space="preserve"> , ở phần trước trong chương này, để tìm hiểu những kiến thức cơ bản về sử dụng biểu thức chính quy.</w:t>
      </w:r>
    </w:p>
    <w:p>
      <w:pPr>
        <w:spacing w:after="80"/>
        <w:ind w:left="360"/>
      </w:pPr>
      <w:r>
        <w:t xml:space="preserve">• </w:t>
      </w:r>
      <w:r>
        <w:rPr>
          <w:b w:val="0"/>
          <w:i w:val="0"/>
        </w:rPr>
        <w:t xml:space="preserve">Công thức </w:t>
      </w:r>
      <w:r>
        <w:rPr>
          <w:b w:val="0"/>
          <w:i/>
        </w:rPr>
        <w:t xml:space="preserve"> Sử dụng công cụ bên thứ ba—parse </w:t>
      </w:r>
      <w:r>
        <w:rPr>
          <w:b w:val="0"/>
          <w:i w:val="0"/>
        </w:rPr>
        <w:t xml:space="preserve"> , ở phần trước trong chương này, để tìm hiểu một kỹ thuật khác để trích xuất thông tin từ văn bản.</w:t>
      </w:r>
    </w:p>
    <w:p>
      <w:pPr>
        <w:pStyle w:val="Heading2"/>
      </w:pPr>
      <w:r>
        <w:rPr>
          <w:rFonts w:ascii="Calibri" w:hAnsi="Calibri"/>
          <w:b/>
          <w:i w:val="0"/>
          <w:sz w:val="32"/>
        </w:rPr>
        <w:t>Thêm đối số dòng lệnh</w:t>
      </w:r>
    </w:p>
    <w:p>
      <w:pPr>
        <w:spacing w:after="80"/>
      </w:pPr>
      <w:r>
        <w:rPr>
          <w:b w:val="0"/>
          <w:i w:val="0"/>
        </w:rPr>
        <w:t xml:space="preserve">Thường thì một giải pháp được cấu trúc tốt nhất dưới dạng giao diện dòng lệnh chấp nhận các tham số khác nhau để thay đổi cách nó hoạt động, ví dụ, thu thập dữ liệu từ một trang web từ URL được cung cấp hoặc URL khác. Python bao gồm một mô-đun </w:t>
      </w:r>
      <w:r>
        <w:rPr>
          <w:rFonts w:ascii="Consolas" w:hAnsi="Consolas"/>
          <w:b w:val="0"/>
          <w:i w:val="0"/>
          <w:sz w:val="20"/>
        </w:rPr>
        <w:br/>
        <w:br/>
        <w:t xml:space="preserve">      argparse</w:t>
        <w:br/>
        <w:t xml:space="preserve">     </w:t>
        <w:br/>
      </w:r>
      <w:r>
        <w:rPr>
          <w:b w:val="0"/>
          <w:i w:val="0"/>
        </w:rPr>
        <w:t xml:space="preserve"> mạnh mẽ trong thư viện chuẩn để tạo phân tích đối số dòng lệnh phong phú với nỗ lực tối thiểu.</w:t>
      </w:r>
    </w:p>
    <w:p>
      <w:pPr>
        <w:spacing w:after="80"/>
      </w:pPr>
      <w:r>
        <w:rPr>
          <w:b/>
          <w:i w:val="0"/>
        </w:rPr>
        <w:t>Lưu ý</w:t>
      </w:r>
    </w:p>
    <w:p>
      <w:pPr>
        <w:spacing w:after="80"/>
      </w:pPr>
      <w:r>
        <w:rPr>
          <w:rFonts w:ascii="Consolas" w:hAnsi="Consolas"/>
          <w:b w:val="0"/>
          <w:i w:val="0"/>
          <w:sz w:val="20"/>
        </w:rPr>
        <w:br/>
        <w:br/>
        <w:t xml:space="preserve">       argparse</w:t>
        <w:br/>
        <w:t xml:space="preserve">      </w:t>
        <w:br/>
      </w:r>
      <w:r>
        <w:rPr>
          <w:b w:val="0"/>
          <w:i w:val="0"/>
        </w:rPr>
        <w:t xml:space="preserve"> được bao gồm trong thư viện chuẩn, và nó là một lựa chọn vững chắc cho các script dòng lệnh thông thường. Nhưng các công cụ bên thứ ba tuyệt vời cũng có sẵn, như </w:t>
      </w:r>
      <w:r>
        <w:rPr>
          <w:rFonts w:ascii="Consolas" w:hAnsi="Consolas"/>
          <w:b w:val="0"/>
          <w:i w:val="0"/>
          <w:sz w:val="20"/>
        </w:rPr>
        <w:br/>
        <w:br/>
        <w:t xml:space="preserve">       click</w:t>
        <w:br/>
        <w:t xml:space="preserve">      </w:t>
        <w:br/>
      </w:r>
      <w:r>
        <w:rPr>
          <w:b w:val="0"/>
          <w:i w:val="0"/>
        </w:rPr>
        <w:t xml:space="preserve"> ( </w:t>
      </w:r>
      <w:r>
        <w:rPr>
          <w:rFonts w:ascii="Consolas" w:hAnsi="Consolas"/>
          <w:b w:val="0"/>
          <w:i w:val="0"/>
          <w:sz w:val="20"/>
        </w:rPr>
        <w:br/>
        <w:br/>
        <w:t xml:space="preserve">        https://click.palletsprojects.com/en/stable/</w:t>
        <w:br/>
        <w:t xml:space="preserve">       </w:t>
        <w:br/>
      </w:r>
      <w:r>
        <w:rPr>
          <w:b w:val="0"/>
          <w:i w:val="0"/>
        </w:rPr>
        <w:t xml:space="preserve"> ) và </w:t>
      </w:r>
      <w:r>
        <w:rPr>
          <w:rFonts w:ascii="Consolas" w:hAnsi="Consolas"/>
          <w:b w:val="0"/>
          <w:i w:val="0"/>
          <w:sz w:val="20"/>
        </w:rPr>
        <w:br/>
        <w:br/>
        <w:t xml:space="preserve">       typer</w:t>
        <w:br/>
        <w:t xml:space="preserve">      </w:t>
        <w:br/>
      </w:r>
      <w:r>
        <w:rPr>
          <w:b w:val="0"/>
          <w:i w:val="0"/>
        </w:rPr>
        <w:t xml:space="preserve"> ( </w:t>
      </w:r>
      <w:r>
        <w:rPr>
          <w:rFonts w:ascii="Consolas" w:hAnsi="Consolas"/>
          <w:b w:val="0"/>
          <w:i w:val="0"/>
          <w:sz w:val="20"/>
        </w:rPr>
        <w:br/>
        <w:br/>
        <w:t xml:space="preserve">        https://typer.tiangolo.com</w:t>
        <w:br/>
        <w:t xml:space="preserve">       </w:t>
        <w:br/>
      </w:r>
      <w:r>
        <w:rPr>
          <w:b w:val="0"/>
          <w:i w:val="0"/>
        </w:rPr>
        <w:t xml:space="preserve"> ) đáng để khám phá. Chúng cung cấp các tính năng bổ sung cho các giao diện CLI tinh vi hơn.</w:t>
      </w:r>
    </w:p>
    <w:p>
      <w:pPr>
        <w:pStyle w:val="Heading3"/>
      </w:pPr>
      <w:r>
        <w:rPr>
          <w:rFonts w:ascii="Calibri" w:hAnsi="Calibri"/>
          <w:b/>
          <w:i w:val="0"/>
          <w:sz w:val="26"/>
        </w:rPr>
        <w:t>Chuẩn bị</w:t>
      </w:r>
    </w:p>
    <w:p>
      <w:pPr>
        <w:spacing w:after="80"/>
      </w:pPr>
      <w:r>
        <w:rPr>
          <w:b w:val="0"/>
          <w:i w:val="0"/>
        </w:rPr>
        <w:t xml:space="preserve">Cách sử dụng cơ bản của </w:t>
      </w:r>
      <w:r>
        <w:rPr>
          <w:rFonts w:ascii="Consolas" w:hAnsi="Consolas"/>
          <w:b w:val="0"/>
          <w:i w:val="0"/>
          <w:sz w:val="20"/>
        </w:rPr>
        <w:br/>
        <w:br/>
        <w:t xml:space="preserve">      argparse</w:t>
        <w:br/>
        <w:t xml:space="preserve">     </w:t>
        <w:br/>
      </w:r>
      <w:r>
        <w:rPr>
          <w:b w:val="0"/>
          <w:i w:val="0"/>
        </w:rPr>
        <w:t xml:space="preserve"> trong một script có thể được trình bày trong ba bước:</w:t>
      </w:r>
    </w:p>
    <w:p>
      <w:pPr>
        <w:spacing w:after="80"/>
        <w:ind w:left="360"/>
      </w:pPr>
      <w:r>
        <w:t xml:space="preserve">1. </w:t>
      </w:r>
      <w:r>
        <w:rPr>
          <w:b w:val="0"/>
          <w:i w:val="0"/>
        </w:rPr>
        <w:t>Định nghĩa các đối số mà script của bạn sẽ chấp nhận, tạo một parser mới.</w:t>
      </w:r>
    </w:p>
    <w:p>
      <w:pPr>
        <w:spacing w:after="80"/>
        <w:ind w:left="360"/>
      </w:pPr>
      <w:r>
        <w:t xml:space="preserve">2. </w:t>
      </w:r>
      <w:r>
        <w:rPr>
          <w:b w:val="0"/>
          <w:i w:val="0"/>
        </w:rPr>
        <w:t>Gọi parser đã định nghĩa, trả về một đối tượng với tất cả các đối số kết quả.</w:t>
      </w:r>
    </w:p>
    <w:p>
      <w:pPr>
        <w:spacing w:after="80"/>
        <w:ind w:left="360"/>
      </w:pPr>
      <w:r>
        <w:t xml:space="preserve">3. </w:t>
      </w:r>
      <w:r>
        <w:rPr>
          <w:b w:val="0"/>
          <w:i w:val="0"/>
        </w:rPr>
        <w:t>Sử dụng các đối số để gọi điểm vào của script của bạn, điểm này sẽ áp dụng hành vi đã định nghĩa.</w:t>
      </w:r>
    </w:p>
    <w:p>
      <w:pPr>
        <w:spacing w:after="80"/>
      </w:pPr>
      <w:r>
        <w:rPr>
          <w:b w:val="0"/>
          <w:i w:val="0"/>
        </w:rPr>
        <w:t>Hãy thử sử dụng cấu trúc chung sau cho các script của bạn:</w:t>
      </w:r>
    </w:p>
    <w:p>
      <w:pPr>
        <w:spacing w:after="0"/>
        <w:ind w:left="360"/>
        <w:shd w:val="clear" w:color="auto" w:fill="F2F2F2"/>
      </w:pPr>
      <w:r>
        <w:rPr>
          <w:rFonts w:ascii="Consolas" w:hAnsi="Consolas"/>
          <w:sz w:val="18"/>
        </w:rPr>
        <w:t>IMPORTS</w:t>
      </w:r>
    </w:p>
    <w:p>
      <w:pPr>
        <w:spacing w:after="0"/>
        <w:ind w:left="360"/>
        <w:shd w:val="clear" w:color="auto" w:fill="F2F2F2"/>
      </w:pPr>
      <w:r>
        <w:rPr>
          <w:rFonts w:ascii="Consolas" w:hAnsi="Consolas"/>
          <w:sz w:val="18"/>
        </w:rPr>
        <w:t>def main(main parameters):</w:t>
      </w:r>
    </w:p>
    <w:p>
      <w:pPr>
        <w:spacing w:after="0"/>
        <w:ind w:left="360"/>
        <w:shd w:val="clear" w:color="auto" w:fill="F2F2F2"/>
      </w:pPr>
      <w:r>
        <w:rPr>
          <w:rFonts w:ascii="Consolas" w:hAnsi="Consolas"/>
          <w:sz w:val="18"/>
        </w:rPr>
        <w:t xml:space="preserve">  DO THINGS</w:t>
      </w:r>
    </w:p>
    <w:p>
      <w:pPr>
        <w:spacing w:after="0"/>
        <w:ind w:left="360"/>
        <w:shd w:val="clear" w:color="auto" w:fill="F2F2F2"/>
      </w:pPr>
      <w:r>
        <w:rPr>
          <w:rFonts w:ascii="Consolas" w:hAnsi="Consolas"/>
          <w:sz w:val="18"/>
        </w:rPr>
        <w:t>if __name__ == '__main__':</w:t>
      </w:r>
    </w:p>
    <w:p>
      <w:pPr>
        <w:spacing w:after="0"/>
        <w:ind w:left="360"/>
        <w:shd w:val="clear" w:color="auto" w:fill="F2F2F2"/>
      </w:pPr>
      <w:r>
        <w:rPr>
          <w:rFonts w:ascii="Consolas" w:hAnsi="Consolas"/>
          <w:sz w:val="18"/>
        </w:rPr>
        <w:t xml:space="preserve">    DEFINE ARGUMENT PARSER</w:t>
      </w:r>
    </w:p>
    <w:p>
      <w:pPr>
        <w:spacing w:after="0"/>
        <w:ind w:left="360"/>
        <w:shd w:val="clear" w:color="auto" w:fill="F2F2F2"/>
      </w:pPr>
      <w:r>
        <w:rPr>
          <w:rFonts w:ascii="Consolas" w:hAnsi="Consolas"/>
          <w:sz w:val="18"/>
        </w:rPr>
        <w:t xml:space="preserve">    PARSE ARGS</w:t>
      </w:r>
    </w:p>
    <w:p>
      <w:pPr>
        <w:spacing w:after="0"/>
        <w:ind w:left="360"/>
        <w:shd w:val="clear" w:color="auto" w:fill="F2F2F2"/>
      </w:pPr>
      <w:r>
        <w:rPr>
          <w:rFonts w:ascii="Consolas" w:hAnsi="Consolas"/>
          <w:sz w:val="18"/>
        </w:rPr>
        <w:t xml:space="preserve">    VALIDATE OR MANIPULATE ARGS, IF NEEDED</w:t>
      </w:r>
    </w:p>
    <w:p>
      <w:pPr>
        <w:spacing w:after="0"/>
        <w:ind w:left="360"/>
        <w:shd w:val="clear" w:color="auto" w:fill="F2F2F2"/>
      </w:pPr>
      <w:r>
        <w:rPr>
          <w:rFonts w:ascii="Consolas" w:hAnsi="Consolas"/>
          <w:sz w:val="18"/>
        </w:rPr>
        <w:t xml:space="preserve">    main(arguments)</w:t>
      </w:r>
    </w:p>
    <w:p>
      <w:pPr>
        <w:spacing w:after="40"/>
      </w:pPr>
    </w:p>
    <w:p>
      <w:pPr>
        <w:spacing w:after="80"/>
      </w:pPr>
      <w:r>
        <w:rPr>
          <w:b w:val="0"/>
          <w:i w:val="0"/>
        </w:rPr>
        <w:t xml:space="preserve">Hàm </w:t>
      </w:r>
      <w:r>
        <w:rPr>
          <w:rFonts w:ascii="Consolas" w:hAnsi="Consolas"/>
          <w:b w:val="0"/>
          <w:i w:val="0"/>
          <w:sz w:val="20"/>
        </w:rPr>
        <w:br/>
        <w:br/>
        <w:t xml:space="preserve">      main</w:t>
        <w:br/>
        <w:t xml:space="preserve">     </w:t>
        <w:br/>
      </w:r>
      <w:r>
        <w:rPr>
          <w:b w:val="0"/>
          <w:i w:val="0"/>
        </w:rPr>
        <w:t xml:space="preserve"> giúp dễ dàng biết điểm vào của code là gì. Phần dưới câu lệnh </w:t>
      </w:r>
      <w:r>
        <w:rPr>
          <w:rFonts w:ascii="Consolas" w:hAnsi="Consolas"/>
          <w:b w:val="0"/>
          <w:i w:val="0"/>
          <w:sz w:val="20"/>
        </w:rPr>
        <w:br/>
        <w:br/>
        <w:t xml:space="preserve">      if</w:t>
        <w:br/>
        <w:t xml:space="preserve">     </w:t>
        <w:br/>
      </w:r>
      <w:r>
        <w:rPr>
          <w:b w:val="0"/>
          <w:i w:val="0"/>
        </w:rPr>
        <w:t xml:space="preserve"> chỉ được thực thi nếu tệp được gọi trực tiếp, nhưng không phải nếu nó được import. Chúng ta sẽ tuân theo điều này cho tất cả các bước.</w:t>
      </w:r>
    </w:p>
    <w:p>
      <w:pPr>
        <w:pStyle w:val="Heading3"/>
      </w:pPr>
      <w:r>
        <w:rPr>
          <w:rFonts w:ascii="Calibri" w:hAnsi="Calibri"/>
          <w:b/>
          <w:i w:val="0"/>
          <w:sz w:val="26"/>
        </w:rPr>
        <w:t>Cách thực hiện…</w:t>
      </w:r>
    </w:p>
    <w:p>
      <w:pPr>
        <w:spacing w:after="80"/>
        <w:ind w:left="360"/>
      </w:pPr>
      <w:r>
        <w:t xml:space="preserve">1. </w:t>
      </w:r>
      <w:r>
        <w:rPr>
          <w:b w:val="0"/>
          <w:i w:val="0"/>
        </w:rPr>
        <w:t xml:space="preserve">Tạo một script sẽ nhận một số nguyên duy nhất làm đối số vị trí (positional argument), và sẽ in ký hiệu hash với số lần tương ứng. Script </w:t>
      </w:r>
      <w:r>
        <w:rPr>
          <w:rFonts w:ascii="Consolas" w:hAnsi="Consolas"/>
          <w:b w:val="0"/>
          <w:i w:val="0"/>
          <w:sz w:val="20"/>
        </w:rPr>
        <w:br/>
        <w:br/>
        <w:t xml:space="preserve">       recipe_cli_step1.py</w:t>
        <w:br/>
        <w:t xml:space="preserve">      </w:t>
        <w:br/>
      </w:r>
      <w:r>
        <w:rPr>
          <w:b w:val="0"/>
          <w:i w:val="0"/>
        </w:rPr>
        <w:t xml:space="preserve"> như sau, nhưng lưu ý rằng chúng ta đang tuân theo cấu trúc đã trình bày trước đó, và hàm main chỉ đơn giản là in đối số:</w:t>
      </w:r>
    </w:p>
    <w:p>
      <w:pPr>
        <w:spacing w:after="0"/>
        <w:ind w:left="360"/>
        <w:shd w:val="clear" w:color="auto" w:fill="F2F2F2"/>
      </w:pPr>
      <w:r>
        <w:rPr>
          <w:rFonts w:ascii="Consolas" w:hAnsi="Consolas"/>
          <w:sz w:val="18"/>
        </w:rPr>
        <w:t>import argparse</w:t>
      </w:r>
    </w:p>
    <w:p>
      <w:pPr>
        <w:spacing w:after="0"/>
        <w:ind w:left="360"/>
        <w:shd w:val="clear" w:color="auto" w:fill="F2F2F2"/>
      </w:pPr>
      <w:r>
        <w:rPr>
          <w:rFonts w:ascii="Consolas" w:hAnsi="Consolas"/>
          <w:sz w:val="18"/>
        </w:rPr>
        <w:t>def main(number):</w:t>
      </w:r>
    </w:p>
    <w:p>
      <w:pPr>
        <w:spacing w:after="0"/>
        <w:ind w:left="360"/>
        <w:shd w:val="clear" w:color="auto" w:fill="F2F2F2"/>
      </w:pPr>
      <w:r>
        <w:rPr>
          <w:rFonts w:ascii="Consolas" w:hAnsi="Consolas"/>
          <w:sz w:val="18"/>
        </w:rPr>
        <w:t xml:space="preserve">    print('#' * number)</w:t>
      </w:r>
    </w:p>
    <w:p>
      <w:pPr>
        <w:spacing w:after="0"/>
        <w:ind w:left="360"/>
        <w:shd w:val="clear" w:color="auto" w:fill="F2F2F2"/>
      </w:pPr>
      <w:r>
        <w:rPr>
          <w:rFonts w:ascii="Consolas" w:hAnsi="Consolas"/>
          <w:sz w:val="18"/>
        </w:rPr>
        <w:t>if __name__ == '__main__':</w:t>
      </w:r>
    </w:p>
    <w:p>
      <w:pPr>
        <w:spacing w:after="0"/>
        <w:ind w:left="360"/>
        <w:shd w:val="clear" w:color="auto" w:fill="F2F2F2"/>
      </w:pPr>
      <w:r>
        <w:rPr>
          <w:rFonts w:ascii="Consolas" w:hAnsi="Consolas"/>
          <w:sz w:val="18"/>
        </w:rPr>
        <w:t xml:space="preserve">    parser = argparse.ArgumentParser()</w:t>
      </w:r>
    </w:p>
    <w:p>
      <w:pPr>
        <w:spacing w:after="0"/>
        <w:ind w:left="360"/>
        <w:shd w:val="clear" w:color="auto" w:fill="F2F2F2"/>
      </w:pPr>
      <w:r>
        <w:rPr>
          <w:rFonts w:ascii="Consolas" w:hAnsi="Consolas"/>
          <w:sz w:val="18"/>
        </w:rPr>
        <w:t xml:space="preserve">    parser.add_argument('number', type=int, help='A number')</w:t>
      </w:r>
    </w:p>
    <w:p>
      <w:pPr>
        <w:spacing w:after="0"/>
        <w:ind w:left="360"/>
        <w:shd w:val="clear" w:color="auto" w:fill="F2F2F2"/>
      </w:pPr>
      <w:r>
        <w:rPr>
          <w:rFonts w:ascii="Consolas" w:hAnsi="Consolas"/>
          <w:sz w:val="18"/>
        </w:rPr>
        <w:t xml:space="preserve">    args = parser.parse_args()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main(args.number)</w:t>
      </w:r>
    </w:p>
    <w:p>
      <w:pPr>
        <w:spacing w:after="40"/>
      </w:pPr>
    </w:p>
    <w:p>
      <w:pPr>
        <w:spacing w:after="80"/>
        <w:ind w:left="360"/>
      </w:pPr>
      <w:r>
        <w:t xml:space="preserve">2. </w:t>
      </w:r>
      <w:r>
        <w:rPr>
          <w:b w:val="0"/>
          <w:i w:val="0"/>
        </w:rPr>
        <w:t xml:space="preserve">Gọi script và kiểm tra cách tham số được hiển thị. Gọi script không có đối số sẽ hiển thị phần trợ giúp tự động. Dùng đối số trợ giúp tự động </w:t>
      </w:r>
      <w:r>
        <w:rPr>
          <w:rFonts w:ascii="Consolas" w:hAnsi="Consolas"/>
          <w:b w:val="0"/>
          <w:i w:val="0"/>
          <w:sz w:val="20"/>
        </w:rPr>
        <w:br/>
        <w:br/>
        <w:t xml:space="preserve">       ‑h</w:t>
        <w:br/>
        <w:t xml:space="preserve">      </w:t>
        <w:br/>
      </w:r>
      <w:r>
        <w:rPr>
          <w:b w:val="0"/>
          <w:i w:val="0"/>
        </w:rPr>
        <w:t xml:space="preserve"> để hiển thị phần trợ giúp mở rộng:</w:t>
      </w:r>
    </w:p>
    <w:p>
      <w:pPr>
        <w:spacing w:after="0"/>
        <w:ind w:left="360"/>
        <w:shd w:val="clear" w:color="auto" w:fill="F2F2F2"/>
      </w:pPr>
      <w:r>
        <w:rPr>
          <w:rFonts w:ascii="Consolas" w:hAnsi="Consolas"/>
          <w:sz w:val="18"/>
        </w:rPr>
        <w:t>$ uv run recipe_cli_step1.py</w:t>
      </w:r>
    </w:p>
    <w:p>
      <w:pPr>
        <w:spacing w:after="0"/>
        <w:ind w:left="360"/>
        <w:shd w:val="clear" w:color="auto" w:fill="F2F2F2"/>
      </w:pPr>
      <w:r>
        <w:rPr>
          <w:rFonts w:ascii="Consolas" w:hAnsi="Consolas"/>
          <w:sz w:val="18"/>
        </w:rPr>
        <w:t>usage: recipe_cli_step1.py [-h] number</w:t>
      </w:r>
    </w:p>
    <w:p>
      <w:pPr>
        <w:spacing w:after="0"/>
        <w:ind w:left="360"/>
        <w:shd w:val="clear" w:color="auto" w:fill="F2F2F2"/>
      </w:pPr>
      <w:r>
        <w:rPr>
          <w:rFonts w:ascii="Consolas" w:hAnsi="Consolas"/>
          <w:sz w:val="18"/>
        </w:rPr>
        <w:t>recipe_cli_step1.py: error: the following arguments are required: number</w:t>
      </w:r>
    </w:p>
    <w:p>
      <w:pPr>
        <w:spacing w:after="0"/>
        <w:ind w:left="360"/>
        <w:shd w:val="clear" w:color="auto" w:fill="F2F2F2"/>
      </w:pPr>
      <w:r>
        <w:rPr>
          <w:rFonts w:ascii="Consolas" w:hAnsi="Consolas"/>
          <w:sz w:val="18"/>
        </w:rPr>
        <w:t>$ uv run recipe_cli_step1.py -h</w:t>
      </w:r>
    </w:p>
    <w:p>
      <w:pPr>
        <w:spacing w:after="0"/>
        <w:ind w:left="360"/>
        <w:shd w:val="clear" w:color="auto" w:fill="F2F2F2"/>
      </w:pPr>
      <w:r>
        <w:rPr>
          <w:rFonts w:ascii="Consolas" w:hAnsi="Consolas"/>
          <w:sz w:val="18"/>
        </w:rPr>
        <w:t>usage: recipe_cli_step1.py [-h] number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positional arguments:</w:t>
      </w:r>
    </w:p>
    <w:p>
      <w:pPr>
        <w:spacing w:after="0"/>
        <w:ind w:left="360"/>
        <w:shd w:val="clear" w:color="auto" w:fill="F2F2F2"/>
      </w:pPr>
      <w:r>
        <w:rPr>
          <w:rFonts w:ascii="Consolas" w:hAnsi="Consolas"/>
          <w:sz w:val="18"/>
        </w:rPr>
        <w:t xml:space="preserve">  number                A number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options:</w:t>
      </w:r>
    </w:p>
    <w:p>
      <w:pPr>
        <w:spacing w:after="0"/>
        <w:ind w:left="360"/>
        <w:shd w:val="clear" w:color="auto" w:fill="F2F2F2"/>
      </w:pPr>
      <w:r>
        <w:rPr>
          <w:rFonts w:ascii="Consolas" w:hAnsi="Consolas"/>
          <w:sz w:val="18"/>
        </w:rPr>
        <w:t xml:space="preserve">  -h, --help            show this help message and exit</w:t>
      </w:r>
    </w:p>
    <w:p>
      <w:pPr>
        <w:spacing w:after="40"/>
      </w:pPr>
    </w:p>
    <w:p>
      <w:pPr>
        <w:spacing w:after="80"/>
        <w:ind w:left="360"/>
      </w:pPr>
      <w:r>
        <w:t xml:space="preserve">3. </w:t>
      </w:r>
      <w:r>
        <w:rPr>
          <w:b w:val="0"/>
          <w:i w:val="0"/>
        </w:rPr>
        <w:t>Gọi script với các tham số bổ sung hoạt động như mong đợi</w:t>
      </w:r>
    </w:p>
    <w:p>
      <w:pPr>
        <w:spacing w:after="0"/>
        <w:ind w:left="360"/>
        <w:shd w:val="clear" w:color="auto" w:fill="F2F2F2"/>
      </w:pPr>
      <w:r>
        <w:rPr>
          <w:rFonts w:ascii="Consolas" w:hAnsi="Consolas"/>
          <w:sz w:val="18"/>
        </w:rPr>
        <w:t>$ uv run recipe_cli_step1.py 4</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uv run recipe_cli_step1.py not_a_number</w:t>
      </w:r>
    </w:p>
    <w:p>
      <w:pPr>
        <w:spacing w:after="0"/>
        <w:ind w:left="360"/>
        <w:shd w:val="clear" w:color="auto" w:fill="F2F2F2"/>
      </w:pPr>
      <w:r>
        <w:rPr>
          <w:rFonts w:ascii="Consolas" w:hAnsi="Consolas"/>
          <w:sz w:val="18"/>
        </w:rPr>
        <w:t>usage: recipe_cli_step1.py [-h] number</w:t>
      </w:r>
    </w:p>
    <w:p>
      <w:pPr>
        <w:spacing w:after="0"/>
        <w:ind w:left="360"/>
        <w:shd w:val="clear" w:color="auto" w:fill="F2F2F2"/>
      </w:pPr>
      <w:r>
        <w:rPr>
          <w:rFonts w:ascii="Consolas" w:hAnsi="Consolas"/>
          <w:sz w:val="18"/>
        </w:rPr>
        <w:t>recipe_cli_step1.py: error: argument number: invalid int value: 'not_a_number'</w:t>
      </w:r>
    </w:p>
    <w:p>
      <w:pPr>
        <w:spacing w:after="40"/>
      </w:pPr>
    </w:p>
    <w:p>
      <w:pPr>
        <w:spacing w:after="80"/>
        <w:ind w:left="360"/>
      </w:pPr>
      <w:r>
        <w:t xml:space="preserve">4. </w:t>
      </w:r>
      <w:r>
        <w:rPr>
          <w:b w:val="0"/>
          <w:i w:val="0"/>
        </w:rPr>
        <w:t xml:space="preserve">Thay đổi script để nhận một đối số tùy chọn (optional argument) cho ký tự cần in. Mặc định sẽ là " </w:t>
      </w:r>
      <w:r>
        <w:rPr>
          <w:rFonts w:ascii="Consolas" w:hAnsi="Consolas"/>
          <w:b w:val="0"/>
          <w:i w:val="0"/>
          <w:sz w:val="20"/>
        </w:rPr>
        <w:br/>
        <w:br/>
        <w:t xml:space="preserve">       #</w:t>
        <w:br/>
        <w:t xml:space="preserve">      </w:t>
        <w:br/>
      </w:r>
      <w:r>
        <w:rPr>
          <w:b w:val="0"/>
          <w:i w:val="0"/>
        </w:rPr>
        <w:t xml:space="preserve"> ". Script </w:t>
      </w:r>
      <w:r>
        <w:rPr>
          <w:rFonts w:ascii="Consolas" w:hAnsi="Consolas"/>
          <w:b w:val="0"/>
          <w:i w:val="0"/>
          <w:sz w:val="20"/>
        </w:rPr>
        <w:br/>
        <w:br/>
        <w:t xml:space="preserve">       recipe_cli_step2.py</w:t>
        <w:br/>
        <w:t xml:space="preserve">      </w:t>
        <w:br/>
      </w:r>
      <w:r>
        <w:rPr>
          <w:b w:val="0"/>
          <w:i w:val="0"/>
        </w:rPr>
        <w:t xml:space="preserve"> sẽ trông như thế này:</w:t>
      </w:r>
    </w:p>
    <w:p>
      <w:pPr>
        <w:spacing w:after="0"/>
        <w:ind w:left="360"/>
        <w:shd w:val="clear" w:color="auto" w:fill="F2F2F2"/>
      </w:pPr>
      <w:r>
        <w:rPr>
          <w:rFonts w:ascii="Consolas" w:hAnsi="Consolas"/>
          <w:sz w:val="18"/>
        </w:rPr>
        <w:t>import argparse</w:t>
      </w:r>
    </w:p>
    <w:p>
      <w:pPr>
        <w:spacing w:after="0"/>
        <w:ind w:left="360"/>
        <w:shd w:val="clear" w:color="auto" w:fill="F2F2F2"/>
      </w:pPr>
      <w:r>
        <w:rPr>
          <w:rFonts w:ascii="Consolas" w:hAnsi="Consolas"/>
          <w:sz w:val="18"/>
        </w:rPr>
        <w:t>def main(character, number):</w:t>
      </w:r>
    </w:p>
    <w:p>
      <w:pPr>
        <w:spacing w:after="0"/>
        <w:ind w:left="360"/>
        <w:shd w:val="clear" w:color="auto" w:fill="F2F2F2"/>
      </w:pPr>
      <w:r>
        <w:rPr>
          <w:rFonts w:ascii="Consolas" w:hAnsi="Consolas"/>
          <w:sz w:val="18"/>
        </w:rPr>
        <w:t xml:space="preserve">    print(character * number)</w:t>
      </w:r>
    </w:p>
    <w:p>
      <w:pPr>
        <w:spacing w:after="0"/>
        <w:ind w:left="360"/>
        <w:shd w:val="clear" w:color="auto" w:fill="F2F2F2"/>
      </w:pPr>
      <w:r>
        <w:rPr>
          <w:rFonts w:ascii="Consolas" w:hAnsi="Consolas"/>
          <w:sz w:val="18"/>
        </w:rPr>
        <w:t>if __name__ == '__main__':</w:t>
      </w:r>
    </w:p>
    <w:p>
      <w:pPr>
        <w:spacing w:after="0"/>
        <w:ind w:left="360"/>
        <w:shd w:val="clear" w:color="auto" w:fill="F2F2F2"/>
      </w:pPr>
      <w:r>
        <w:rPr>
          <w:rFonts w:ascii="Consolas" w:hAnsi="Consolas"/>
          <w:sz w:val="18"/>
        </w:rPr>
        <w:t xml:space="preserve">    parser = argparse.ArgumentParser()</w:t>
      </w:r>
    </w:p>
    <w:p>
      <w:pPr>
        <w:spacing w:after="0"/>
        <w:ind w:left="360"/>
        <w:shd w:val="clear" w:color="auto" w:fill="F2F2F2"/>
      </w:pPr>
      <w:r>
        <w:rPr>
          <w:rFonts w:ascii="Consolas" w:hAnsi="Consolas"/>
          <w:sz w:val="18"/>
        </w:rPr>
        <w:t xml:space="preserve">    parser.add_argument('number', type=int, help='A number')</w:t>
      </w:r>
    </w:p>
    <w:p>
      <w:pPr>
        <w:spacing w:after="0"/>
        <w:ind w:left="360"/>
        <w:shd w:val="clear" w:color="auto" w:fill="F2F2F2"/>
      </w:pPr>
      <w:r>
        <w:rPr>
          <w:rFonts w:ascii="Consolas" w:hAnsi="Consolas"/>
          <w:sz w:val="18"/>
        </w:rPr>
        <w:t xml:space="preserve">    parser.add_argument('-c', type=str, help='Character to print',</w:t>
      </w:r>
    </w:p>
    <w:p>
      <w:pPr>
        <w:spacing w:after="0"/>
        <w:ind w:left="360"/>
        <w:shd w:val="clear" w:color="auto" w:fill="F2F2F2"/>
      </w:pPr>
      <w:r>
        <w:rPr>
          <w:rFonts w:ascii="Consolas" w:hAnsi="Consolas"/>
          <w:sz w:val="18"/>
        </w:rPr>
        <w:t xml:space="preserve">                        default='#')</w:t>
      </w:r>
    </w:p>
    <w:p>
      <w:pPr>
        <w:spacing w:after="0"/>
        <w:ind w:left="360"/>
        <w:shd w:val="clear" w:color="auto" w:fill="F2F2F2"/>
      </w:pPr>
      <w:r>
        <w:rPr>
          <w:rFonts w:ascii="Consolas" w:hAnsi="Consolas"/>
          <w:sz w:val="18"/>
        </w:rPr>
        <w:t>args = parser.parse_args()</w:t>
      </w:r>
    </w:p>
    <w:p>
      <w:pPr>
        <w:spacing w:after="0"/>
        <w:ind w:left="360"/>
        <w:shd w:val="clear" w:color="auto" w:fill="F2F2F2"/>
      </w:pPr>
      <w:r>
        <w:rPr>
          <w:rFonts w:ascii="Consolas" w:hAnsi="Consolas"/>
          <w:sz w:val="18"/>
        </w:rPr>
        <w:t>main(args.c, args.number)</w:t>
      </w:r>
    </w:p>
    <w:p>
      <w:pPr>
        <w:spacing w:after="40"/>
      </w:pPr>
    </w:p>
    <w:p>
      <w:pPr>
        <w:spacing w:after="80"/>
        <w:ind w:left="360"/>
      </w:pPr>
      <w:r>
        <w:t xml:space="preserve">5. </w:t>
      </w:r>
      <w:r>
        <w:rPr>
          <w:b w:val="0"/>
          <w:i w:val="0"/>
        </w:rPr>
        <w:t xml:space="preserve">Phần trợ giúp được cập nhật, và dùng cờ </w:t>
      </w:r>
      <w:r>
        <w:rPr>
          <w:rFonts w:ascii="Consolas" w:hAnsi="Consolas"/>
          <w:b w:val="0"/>
          <w:i w:val="0"/>
          <w:sz w:val="20"/>
        </w:rPr>
        <w:br/>
        <w:br/>
        <w:t xml:space="preserve">       ‑c</w:t>
        <w:br/>
        <w:t xml:space="preserve">      </w:t>
        <w:br/>
      </w:r>
      <w:r>
        <w:rPr>
          <w:b w:val="0"/>
          <w:i w:val="0"/>
        </w:rPr>
        <w:t xml:space="preserve"> cho phép chúng ta in các ký tự khác nhau:</w:t>
      </w:r>
    </w:p>
    <w:p>
      <w:pPr>
        <w:spacing w:after="0"/>
        <w:ind w:left="360"/>
        <w:shd w:val="clear" w:color="auto" w:fill="F2F2F2"/>
      </w:pPr>
      <w:r>
        <w:rPr>
          <w:rFonts w:ascii="Consolas" w:hAnsi="Consolas"/>
          <w:sz w:val="18"/>
        </w:rPr>
        <w:t>$ uv run recipe_cli_step2.py -h</w:t>
      </w:r>
    </w:p>
    <w:p>
      <w:pPr>
        <w:spacing w:after="0"/>
        <w:ind w:left="360"/>
        <w:shd w:val="clear" w:color="auto" w:fill="F2F2F2"/>
      </w:pPr>
      <w:r>
        <w:rPr>
          <w:rFonts w:ascii="Consolas" w:hAnsi="Consolas"/>
          <w:sz w:val="18"/>
        </w:rPr>
        <w:t>usage: recipe_cli_step2.py [-h] [-c C] number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positional arguments:</w:t>
      </w:r>
    </w:p>
    <w:p>
      <w:pPr>
        <w:spacing w:after="0"/>
        <w:ind w:left="360"/>
        <w:shd w:val="clear" w:color="auto" w:fill="F2F2F2"/>
      </w:pPr>
      <w:r>
        <w:rPr>
          <w:rFonts w:ascii="Consolas" w:hAnsi="Consolas"/>
          <w:sz w:val="18"/>
        </w:rPr>
        <w:t xml:space="preserve">  number                A number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options:</w:t>
      </w:r>
    </w:p>
    <w:p>
      <w:pPr>
        <w:spacing w:after="0"/>
        <w:ind w:left="360"/>
        <w:shd w:val="clear" w:color="auto" w:fill="F2F2F2"/>
      </w:pPr>
      <w:r>
        <w:rPr>
          <w:rFonts w:ascii="Consolas" w:hAnsi="Consolas"/>
          <w:sz w:val="18"/>
        </w:rPr>
        <w:t xml:space="preserve">  -h, --help            show this help message and exit</w:t>
      </w:r>
    </w:p>
    <w:p>
      <w:pPr>
        <w:spacing w:after="0"/>
        <w:ind w:left="360"/>
        <w:shd w:val="clear" w:color="auto" w:fill="F2F2F2"/>
      </w:pPr>
      <w:r>
        <w:rPr>
          <w:rFonts w:ascii="Consolas" w:hAnsi="Consolas"/>
          <w:sz w:val="18"/>
        </w:rPr>
        <w:t xml:space="preserve">  -c C                  Character to print</w:t>
      </w:r>
    </w:p>
    <w:p>
      <w:pPr>
        <w:spacing w:after="0"/>
        <w:ind w:left="360"/>
        <w:shd w:val="clear" w:color="auto" w:fill="F2F2F2"/>
      </w:pPr>
      <w:r>
        <w:rPr>
          <w:rFonts w:ascii="Consolas" w:hAnsi="Consolas"/>
          <w:sz w:val="18"/>
        </w:rPr>
        <w:t>$ uv run recipe_cli_step2.py 4</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uv run recipe_cli_step2.py 5 -c m</w:t>
      </w:r>
    </w:p>
    <w:p>
      <w:pPr>
        <w:spacing w:after="0"/>
        <w:ind w:left="360"/>
        <w:shd w:val="clear" w:color="auto" w:fill="F2F2F2"/>
      </w:pPr>
      <w:r>
        <w:rPr>
          <w:rFonts w:ascii="Consolas" w:hAnsi="Consolas"/>
          <w:sz w:val="18"/>
        </w:rPr>
        <w:t>mmmmm</w:t>
      </w:r>
    </w:p>
    <w:p>
      <w:pPr>
        <w:spacing w:after="40"/>
      </w:pPr>
    </w:p>
    <w:p>
      <w:pPr>
        <w:spacing w:after="80"/>
        <w:ind w:left="360"/>
      </w:pPr>
      <w:r>
        <w:t xml:space="preserve">6. </w:t>
      </w:r>
      <w:r>
        <w:rPr>
          <w:b w:val="0"/>
          <w:i w:val="0"/>
        </w:rPr>
        <w:t xml:space="preserve">Thêm một cờ thay đổi hành vi khi được dùng. Script </w:t>
      </w:r>
      <w:r>
        <w:rPr>
          <w:rFonts w:ascii="Consolas" w:hAnsi="Consolas"/>
          <w:b w:val="0"/>
          <w:i w:val="0"/>
          <w:sz w:val="20"/>
        </w:rPr>
        <w:br/>
        <w:br/>
        <w:t xml:space="preserve">       recipe_cli_step3.py</w:t>
        <w:br/>
        <w:t xml:space="preserve">      </w:t>
        <w:br/>
      </w:r>
      <w:r>
        <w:rPr>
          <w:b w:val="0"/>
          <w:i w:val="0"/>
        </w:rPr>
        <w:t xml:space="preserve"> như sau:</w:t>
      </w:r>
    </w:p>
    <w:p>
      <w:pPr>
        <w:spacing w:after="0"/>
        <w:ind w:left="360"/>
        <w:shd w:val="clear" w:color="auto" w:fill="F2F2F2"/>
      </w:pPr>
      <w:r>
        <w:rPr>
          <w:rFonts w:ascii="Consolas" w:hAnsi="Consolas"/>
          <w:sz w:val="18"/>
        </w:rPr>
        <w:t>import argparse</w:t>
      </w:r>
    </w:p>
    <w:p>
      <w:pPr>
        <w:spacing w:after="0"/>
        <w:ind w:left="360"/>
        <w:shd w:val="clear" w:color="auto" w:fill="F2F2F2"/>
      </w:pPr>
      <w:r>
        <w:rPr>
          <w:rFonts w:ascii="Consolas" w:hAnsi="Consolas"/>
          <w:sz w:val="18"/>
        </w:rPr>
        <w:t>def main(character, number):</w:t>
      </w:r>
    </w:p>
    <w:p>
      <w:pPr>
        <w:spacing w:after="0"/>
        <w:ind w:left="360"/>
        <w:shd w:val="clear" w:color="auto" w:fill="F2F2F2"/>
      </w:pPr>
      <w:r>
        <w:rPr>
          <w:rFonts w:ascii="Consolas" w:hAnsi="Consolas"/>
          <w:sz w:val="18"/>
        </w:rPr>
        <w:t xml:space="preserve">    print(character * number)</w:t>
      </w:r>
    </w:p>
    <w:p>
      <w:pPr>
        <w:spacing w:after="0"/>
        <w:ind w:left="360"/>
        <w:shd w:val="clear" w:color="auto" w:fill="F2F2F2"/>
      </w:pPr>
      <w:r>
        <w:rPr>
          <w:rFonts w:ascii="Consolas" w:hAnsi="Consolas"/>
          <w:sz w:val="18"/>
        </w:rPr>
        <w:t>if __name__ == '__main__':</w:t>
      </w:r>
    </w:p>
    <w:p>
      <w:pPr>
        <w:spacing w:after="0"/>
        <w:ind w:left="360"/>
        <w:shd w:val="clear" w:color="auto" w:fill="F2F2F2"/>
      </w:pPr>
      <w:r>
        <w:rPr>
          <w:rFonts w:ascii="Consolas" w:hAnsi="Consolas"/>
          <w:sz w:val="18"/>
        </w:rPr>
        <w:t xml:space="preserve">    parser = argparse.ArgumentParser()</w:t>
      </w:r>
    </w:p>
    <w:p>
      <w:pPr>
        <w:spacing w:after="0"/>
        <w:ind w:left="360"/>
        <w:shd w:val="clear" w:color="auto" w:fill="F2F2F2"/>
      </w:pPr>
      <w:r>
        <w:rPr>
          <w:rFonts w:ascii="Consolas" w:hAnsi="Consolas"/>
          <w:sz w:val="18"/>
        </w:rPr>
        <w:t xml:space="preserve">    parser.add_argument('number', type=int, help='A number')</w:t>
      </w:r>
    </w:p>
    <w:p>
      <w:pPr>
        <w:spacing w:after="0"/>
        <w:ind w:left="360"/>
        <w:shd w:val="clear" w:color="auto" w:fill="F2F2F2"/>
      </w:pPr>
      <w:r>
        <w:rPr>
          <w:rFonts w:ascii="Consolas" w:hAnsi="Consolas"/>
          <w:sz w:val="18"/>
        </w:rPr>
        <w:t xml:space="preserve">    parser.add_argument('-c', type=str, help='Character to print',</w:t>
      </w:r>
    </w:p>
    <w:p>
      <w:pPr>
        <w:spacing w:after="0"/>
        <w:ind w:left="360"/>
        <w:shd w:val="clear" w:color="auto" w:fill="F2F2F2"/>
      </w:pPr>
      <w:r>
        <w:rPr>
          <w:rFonts w:ascii="Consolas" w:hAnsi="Consolas"/>
          <w:sz w:val="18"/>
        </w:rPr>
        <w:t xml:space="preserve">                        default='#')</w:t>
      </w:r>
    </w:p>
    <w:p>
      <w:pPr>
        <w:spacing w:after="0"/>
        <w:ind w:left="360"/>
        <w:shd w:val="clear" w:color="auto" w:fill="F2F2F2"/>
      </w:pPr>
      <w:r>
        <w:rPr>
          <w:rFonts w:ascii="Consolas" w:hAnsi="Consolas"/>
          <w:sz w:val="18"/>
        </w:rPr>
        <w:t xml:space="preserve">    parser.add_argument('-U', action='store_true', default=False,</w:t>
      </w:r>
    </w:p>
    <w:p>
      <w:pPr>
        <w:spacing w:after="0"/>
        <w:ind w:left="360"/>
        <w:shd w:val="clear" w:color="auto" w:fill="F2F2F2"/>
      </w:pPr>
      <w:r>
        <w:rPr>
          <w:rFonts w:ascii="Consolas" w:hAnsi="Consolas"/>
          <w:sz w:val="18"/>
        </w:rPr>
        <w:t xml:space="preserve">                        dest='uppercase',</w:t>
      </w:r>
    </w:p>
    <w:p>
      <w:pPr>
        <w:spacing w:after="0"/>
        <w:ind w:left="360"/>
        <w:shd w:val="clear" w:color="auto" w:fill="F2F2F2"/>
      </w:pPr>
      <w:r>
        <w:rPr>
          <w:rFonts w:ascii="Consolas" w:hAnsi="Consolas"/>
          <w:sz w:val="18"/>
        </w:rPr>
        <w:t xml:space="preserve">                        help='Uppercase the character')</w:t>
      </w:r>
    </w:p>
    <w:p>
      <w:pPr>
        <w:spacing w:after="0"/>
        <w:ind w:left="360"/>
        <w:shd w:val="clear" w:color="auto" w:fill="F2F2F2"/>
      </w:pPr>
      <w:r>
        <w:rPr>
          <w:rFonts w:ascii="Consolas" w:hAnsi="Consolas"/>
          <w:sz w:val="18"/>
        </w:rPr>
        <w:t xml:space="preserve">    args = parser.parse_args()</w:t>
      </w:r>
    </w:p>
    <w:p>
      <w:pPr>
        <w:spacing w:after="0"/>
        <w:ind w:left="360"/>
        <w:shd w:val="clear" w:color="auto" w:fill="F2F2F2"/>
      </w:pPr>
      <w:r>
        <w:rPr>
          <w:rFonts w:ascii="Consolas" w:hAnsi="Consolas"/>
          <w:sz w:val="18"/>
        </w:rPr>
        <w:t xml:space="preserve">    if args.uppercase:</w:t>
      </w:r>
    </w:p>
    <w:p>
      <w:pPr>
        <w:spacing w:after="0"/>
        <w:ind w:left="360"/>
        <w:shd w:val="clear" w:color="auto" w:fill="F2F2F2"/>
      </w:pPr>
      <w:r>
        <w:rPr>
          <w:rFonts w:ascii="Consolas" w:hAnsi="Consolas"/>
          <w:sz w:val="18"/>
        </w:rPr>
        <w:t xml:space="preserve">        args.c = args.c.upper()</w:t>
      </w:r>
    </w:p>
    <w:p>
      <w:pPr>
        <w:spacing w:after="0"/>
        <w:ind w:left="360"/>
        <w:shd w:val="clear" w:color="auto" w:fill="F2F2F2"/>
      </w:pPr>
      <w:r>
        <w:rPr>
          <w:rFonts w:ascii="Consolas" w:hAnsi="Consolas"/>
          <w:sz w:val="18"/>
        </w:rPr>
        <w:t xml:space="preserve">    main(args.c, args.number)</w:t>
      </w:r>
    </w:p>
    <w:p>
      <w:pPr>
        <w:spacing w:after="40"/>
      </w:pPr>
    </w:p>
    <w:p>
      <w:pPr>
        <w:spacing w:after="80"/>
        <w:ind w:left="360"/>
      </w:pPr>
      <w:r>
        <w:t xml:space="preserve">7. </w:t>
      </w:r>
      <w:r>
        <w:rPr>
          <w:b w:val="0"/>
          <w:i w:val="0"/>
        </w:rPr>
        <w:t xml:space="preserve">Gọi nó sẽ chuyển ký tự thành chữ hoa nếu cờ </w:t>
      </w:r>
      <w:r>
        <w:rPr>
          <w:rFonts w:ascii="Consolas" w:hAnsi="Consolas"/>
          <w:b w:val="0"/>
          <w:i w:val="0"/>
          <w:sz w:val="20"/>
        </w:rPr>
        <w:br/>
        <w:br/>
        <w:t xml:space="preserve">       ‑U</w:t>
        <w:br/>
        <w:t xml:space="preserve">      </w:t>
        <w:br/>
      </w:r>
      <w:r>
        <w:rPr>
          <w:b w:val="0"/>
          <w:i w:val="0"/>
        </w:rPr>
        <w:t xml:space="preserve"> được thêm vào:</w:t>
      </w:r>
    </w:p>
    <w:p>
      <w:pPr>
        <w:spacing w:after="0"/>
        <w:ind w:left="360"/>
        <w:shd w:val="clear" w:color="auto" w:fill="F2F2F2"/>
      </w:pPr>
      <w:r>
        <w:rPr>
          <w:rFonts w:ascii="Consolas" w:hAnsi="Consolas"/>
          <w:sz w:val="18"/>
        </w:rPr>
        <w:t>$ uv run recipe_cli_step3.py 4</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uv run recipe_cli_step3.py 4 -c f</w:t>
      </w:r>
    </w:p>
    <w:p>
      <w:pPr>
        <w:spacing w:after="0"/>
        <w:ind w:left="360"/>
        <w:shd w:val="clear" w:color="auto" w:fill="F2F2F2"/>
      </w:pPr>
      <w:r>
        <w:rPr>
          <w:rFonts w:ascii="Consolas" w:hAnsi="Consolas"/>
          <w:sz w:val="18"/>
        </w:rPr>
        <w:t>ffff</w:t>
      </w:r>
    </w:p>
    <w:p>
      <w:pPr>
        <w:spacing w:after="0"/>
        <w:ind w:left="360"/>
        <w:shd w:val="clear" w:color="auto" w:fill="F2F2F2"/>
      </w:pPr>
      <w:r>
        <w:rPr>
          <w:rFonts w:ascii="Consolas" w:hAnsi="Consolas"/>
          <w:sz w:val="18"/>
        </w:rPr>
        <w:t>$ uv run recipe_cli_step3.py 4 -c f -U</w:t>
      </w:r>
    </w:p>
    <w:p>
      <w:pPr>
        <w:spacing w:after="0"/>
        <w:ind w:left="360"/>
        <w:shd w:val="clear" w:color="auto" w:fill="F2F2F2"/>
      </w:pPr>
      <w:r>
        <w:rPr>
          <w:rFonts w:ascii="Consolas" w:hAnsi="Consolas"/>
          <w:sz w:val="18"/>
        </w:rPr>
        <w:t>FFFF</w:t>
      </w:r>
    </w:p>
    <w:p>
      <w:pPr>
        <w:spacing w:after="40"/>
      </w:pPr>
    </w:p>
    <w:p>
      <w:pPr>
        <w:pStyle w:val="Heading3"/>
      </w:pPr>
      <w:r>
        <w:rPr>
          <w:rFonts w:ascii="Calibri" w:hAnsi="Calibri"/>
          <w:b/>
          <w:i w:val="0"/>
          <w:sz w:val="26"/>
        </w:rPr>
        <w:t>Cách nó hoạt động…</w:t>
      </w:r>
    </w:p>
    <w:p>
      <w:pPr>
        <w:spacing w:after="80"/>
      </w:pPr>
      <w:r>
        <w:rPr>
          <w:b w:val="0"/>
          <w:i w:val="0"/>
        </w:rPr>
        <w:t xml:space="preserve">Như đã mô tả trong </w:t>
      </w:r>
      <w:r>
        <w:rPr>
          <w:b w:val="0"/>
          <w:i/>
        </w:rPr>
        <w:t xml:space="preserve"> bước 1 </w:t>
      </w:r>
      <w:r>
        <w:rPr>
          <w:b w:val="0"/>
          <w:i w:val="0"/>
        </w:rPr>
        <w:t xml:space="preserve"> của phần </w:t>
      </w:r>
      <w:r>
        <w:rPr>
          <w:b w:val="0"/>
          <w:i/>
        </w:rPr>
        <w:t xml:space="preserve"> Cách thực hiện </w:t>
      </w:r>
      <w:r>
        <w:rPr>
          <w:b w:val="0"/>
          <w:i w:val="0"/>
        </w:rPr>
        <w:t xml:space="preserve"> </w:t>
      </w:r>
      <w:r>
        <w:rPr>
          <w:b w:val="0"/>
          <w:i/>
        </w:rPr>
        <w:t xml:space="preserve"> … </w:t>
      </w:r>
      <w:r>
        <w:rPr>
          <w:b w:val="0"/>
          <w:i w:val="0"/>
        </w:rPr>
        <w:t xml:space="preserve"> , các đối số được thêm vào parser thông qua </w:t>
      </w:r>
      <w:r>
        <w:rPr>
          <w:rFonts w:ascii="Consolas" w:hAnsi="Consolas"/>
          <w:b w:val="0"/>
          <w:i w:val="0"/>
          <w:sz w:val="20"/>
        </w:rPr>
        <w:br/>
        <w:br/>
        <w:t xml:space="preserve">      .add_arguments</w:t>
        <w:br/>
        <w:t xml:space="preserve">     </w:t>
        <w:br/>
      </w:r>
      <w:r>
        <w:rPr>
          <w:b w:val="0"/>
          <w:i w:val="0"/>
        </w:rPr>
        <w:t xml:space="preserve"> . Sau khi tất cả các đối số được định nghĩa, gọi </w:t>
      </w:r>
      <w:r>
        <w:rPr>
          <w:rFonts w:ascii="Consolas" w:hAnsi="Consolas"/>
          <w:b w:val="0"/>
          <w:i w:val="0"/>
          <w:sz w:val="20"/>
        </w:rPr>
        <w:br/>
        <w:br/>
        <w:t xml:space="preserve">      parse_args()</w:t>
        <w:br/>
        <w:t xml:space="preserve">     </w:t>
        <w:br/>
      </w:r>
      <w:r>
        <w:rPr>
          <w:b w:val="0"/>
          <w:i w:val="0"/>
        </w:rPr>
        <w:t xml:space="preserve"> sẽ trả về một đối tượng chứa kết quả (hoặc thoát nếu có lỗi).</w:t>
      </w:r>
    </w:p>
    <w:p>
      <w:pPr>
        <w:spacing w:after="80"/>
      </w:pPr>
      <w:r>
        <w:rPr>
          <w:b w:val="0"/>
          <w:i w:val="0"/>
        </w:rPr>
        <w:t>Mỗi đối số nên có một mô tả trợ giúp, nhưng hành vi của chúng có thể thay đổi rất nhiều tùy thuộc vào chi tiết:</w:t>
      </w:r>
    </w:p>
    <w:p>
      <w:pPr>
        <w:spacing w:after="80"/>
        <w:ind w:left="360"/>
      </w:pPr>
      <w:r>
        <w:t xml:space="preserve">• </w:t>
      </w:r>
      <w:r>
        <w:rPr>
          <w:b w:val="0"/>
          <w:i w:val="0"/>
        </w:rPr>
        <w:t xml:space="preserve">Nếu một đối số bắt đầu bằng </w:t>
      </w:r>
      <w:r>
        <w:rPr>
          <w:rFonts w:ascii="Consolas" w:hAnsi="Consolas"/>
          <w:b w:val="0"/>
          <w:i w:val="0"/>
          <w:sz w:val="20"/>
        </w:rPr>
        <w:br/>
        <w:br/>
        <w:t xml:space="preserve">       ‑</w:t>
        <w:br/>
        <w:t xml:space="preserve">      </w:t>
        <w:br/>
      </w:r>
      <w:r>
        <w:rPr>
          <w:b w:val="0"/>
          <w:i w:val="0"/>
        </w:rPr>
        <w:t xml:space="preserve"> , nó được coi là tham số tùy chọn, như đối số </w:t>
      </w:r>
      <w:r>
        <w:rPr>
          <w:rFonts w:ascii="Consolas" w:hAnsi="Consolas"/>
          <w:b w:val="0"/>
          <w:i w:val="0"/>
          <w:sz w:val="20"/>
        </w:rPr>
        <w:br/>
        <w:br/>
        <w:t xml:space="preserve">       ‑c</w:t>
        <w:br/>
        <w:t xml:space="preserve">      </w:t>
        <w:br/>
      </w:r>
      <w:r>
        <w:rPr>
          <w:b w:val="0"/>
          <w:i w:val="0"/>
        </w:rPr>
        <w:t xml:space="preserve"> trong </w:t>
      </w:r>
      <w:r>
        <w:rPr>
          <w:b w:val="0"/>
          <w:i/>
        </w:rPr>
        <w:t xml:space="preserve"> bước 4 </w:t>
      </w:r>
      <w:r>
        <w:rPr>
          <w:b w:val="0"/>
          <w:i w:val="0"/>
        </w:rPr>
        <w:t xml:space="preserve"> . Nếu không, nó là đối số vị trí, như đối số number trong </w:t>
      </w:r>
      <w:r>
        <w:rPr>
          <w:b w:val="0"/>
          <w:i/>
        </w:rPr>
        <w:t xml:space="preserve"> bước 1 </w:t>
      </w:r>
      <w:r>
        <w:rPr>
          <w:b w:val="0"/>
          <w:i w:val="0"/>
        </w:rPr>
        <w:t xml:space="preserve"> .</w:t>
      </w:r>
    </w:p>
    <w:p>
      <w:pPr>
        <w:spacing w:after="80"/>
        <w:ind w:left="360"/>
      </w:pPr>
      <w:r>
        <w:t xml:space="preserve">• </w:t>
      </w:r>
      <w:r>
        <w:rPr>
          <w:b w:val="0"/>
          <w:i w:val="0"/>
        </w:rPr>
        <w:t xml:space="preserve">Để rõ ràng, hãy luôn định nghĩa một giá trị mặc định cho các tham số tùy chọn. Nó sẽ là </w:t>
      </w:r>
      <w:r>
        <w:rPr>
          <w:rFonts w:ascii="Consolas" w:hAnsi="Consolas"/>
          <w:b w:val="0"/>
          <w:i w:val="0"/>
          <w:sz w:val="20"/>
        </w:rPr>
        <w:br/>
        <w:br/>
        <w:t xml:space="preserve">       None</w:t>
        <w:br/>
        <w:t xml:space="preserve">      </w:t>
        <w:br/>
      </w:r>
      <w:r>
        <w:rPr>
          <w:b w:val="0"/>
          <w:i w:val="0"/>
        </w:rPr>
        <w:t xml:space="preserve"> nếu bạn không làm vậy, nhưng điều này có thể gây nhầm lẫn. Nên thêm </w:t>
      </w:r>
      <w:r>
        <w:rPr>
          <w:rFonts w:ascii="Consolas" w:hAnsi="Consolas"/>
          <w:b w:val="0"/>
          <w:i w:val="0"/>
          <w:sz w:val="20"/>
        </w:rPr>
        <w:br/>
        <w:br/>
        <w:t xml:space="preserve">       default=None</w:t>
        <w:br/>
        <w:t xml:space="preserve">      </w:t>
        <w:br/>
      </w:r>
      <w:r>
        <w:rPr>
          <w:b w:val="0"/>
          <w:i w:val="0"/>
        </w:rPr>
        <w:t xml:space="preserve"> để rõ ràng hơn.</w:t>
      </w:r>
    </w:p>
    <w:p>
      <w:pPr>
        <w:spacing w:after="80"/>
        <w:ind w:left="360"/>
      </w:pPr>
      <w:r>
        <w:t xml:space="preserve">• </w:t>
      </w:r>
      <w:r>
        <w:rPr>
          <w:b w:val="0"/>
          <w:i w:val="0"/>
        </w:rPr>
        <w:t xml:space="preserve">Hãy nhớ luôn thêm tham số </w:t>
      </w:r>
      <w:r>
        <w:rPr>
          <w:rFonts w:ascii="Consolas" w:hAnsi="Consolas"/>
          <w:b w:val="0"/>
          <w:i w:val="0"/>
          <w:sz w:val="20"/>
        </w:rPr>
        <w:br/>
        <w:br/>
        <w:t xml:space="preserve">       help</w:t>
        <w:br/>
        <w:t xml:space="preserve">      </w:t>
        <w:br/>
      </w:r>
      <w:r>
        <w:rPr>
          <w:b w:val="0"/>
          <w:i w:val="0"/>
        </w:rPr>
        <w:t xml:space="preserve"> với mô tả của tham số; phần trợ giúp được tạo tự động, như hiển thị trong </w:t>
      </w:r>
      <w:r>
        <w:rPr>
          <w:b w:val="0"/>
          <w:i/>
        </w:rPr>
        <w:t xml:space="preserve"> bước 2 </w:t>
      </w:r>
      <w:r>
        <w:rPr>
          <w:b w:val="0"/>
          <w:i w:val="0"/>
        </w:rPr>
        <w:t xml:space="preserve"> .</w:t>
      </w:r>
    </w:p>
    <w:p>
      <w:pPr>
        <w:spacing w:after="80"/>
        <w:ind w:left="360"/>
      </w:pPr>
      <w:r>
        <w:t xml:space="preserve">• </w:t>
      </w:r>
      <w:r>
        <w:rPr>
          <w:b w:val="0"/>
          <w:i w:val="0"/>
        </w:rPr>
        <w:t xml:space="preserve">Nếu có </w:t>
      </w:r>
      <w:r>
        <w:rPr>
          <w:rFonts w:ascii="Consolas" w:hAnsi="Consolas"/>
          <w:b w:val="0"/>
          <w:i w:val="0"/>
          <w:sz w:val="20"/>
        </w:rPr>
        <w:br/>
        <w:br/>
        <w:t xml:space="preserve">       type</w:t>
        <w:br/>
        <w:t xml:space="preserve">      </w:t>
        <w:br/>
      </w:r>
      <w:r>
        <w:rPr>
          <w:b w:val="0"/>
          <w:i w:val="0"/>
        </w:rPr>
        <w:t xml:space="preserve"> , nó sẽ được kiểm tra hợp lệ, ví dụ, </w:t>
      </w:r>
      <w:r>
        <w:rPr>
          <w:rFonts w:ascii="Consolas" w:hAnsi="Consolas"/>
          <w:b w:val="0"/>
          <w:i w:val="0"/>
          <w:sz w:val="20"/>
        </w:rPr>
        <w:br/>
        <w:br/>
        <w:t xml:space="preserve">       number</w:t>
        <w:br/>
        <w:t xml:space="preserve">      </w:t>
        <w:br/>
      </w:r>
      <w:r>
        <w:rPr>
          <w:b w:val="0"/>
          <w:i w:val="0"/>
        </w:rPr>
        <w:t xml:space="preserve"> trong </w:t>
      </w:r>
      <w:r>
        <w:rPr>
          <w:b w:val="0"/>
          <w:i/>
        </w:rPr>
        <w:t xml:space="preserve"> bước 3 </w:t>
      </w:r>
      <w:r>
        <w:rPr>
          <w:b w:val="0"/>
          <w:i w:val="0"/>
        </w:rPr>
        <w:t xml:space="preserve"> . Mặc định, kiểu sẽ là string.</w:t>
      </w:r>
    </w:p>
    <w:p>
      <w:pPr>
        <w:spacing w:after="80"/>
        <w:ind w:left="360"/>
      </w:pPr>
      <w:r>
        <w:t xml:space="preserve">• </w:t>
      </w:r>
      <w:r>
        <w:rPr>
          <w:b w:val="0"/>
          <w:i w:val="0"/>
        </w:rPr>
        <w:t xml:space="preserve">Các hành động </w:t>
      </w:r>
      <w:r>
        <w:rPr>
          <w:rFonts w:ascii="Consolas" w:hAnsi="Consolas"/>
          <w:b w:val="0"/>
          <w:i w:val="0"/>
          <w:sz w:val="20"/>
        </w:rPr>
        <w:br/>
        <w:br/>
        <w:t xml:space="preserve">       store_true</w:t>
        <w:br/>
        <w:t xml:space="preserve">      </w:t>
        <w:br/>
      </w:r>
      <w:r>
        <w:rPr>
          <w:b w:val="0"/>
          <w:i w:val="0"/>
        </w:rPr>
        <w:t xml:space="preserve"> và </w:t>
      </w:r>
      <w:r>
        <w:rPr>
          <w:rFonts w:ascii="Consolas" w:hAnsi="Consolas"/>
          <w:b w:val="0"/>
          <w:i w:val="0"/>
          <w:sz w:val="20"/>
        </w:rPr>
        <w:br/>
        <w:br/>
        <w:t xml:space="preserve">       store_false</w:t>
        <w:br/>
        <w:t xml:space="preserve">      </w:t>
        <w:br/>
      </w:r>
      <w:r>
        <w:rPr>
          <w:b w:val="0"/>
          <w:i w:val="0"/>
        </w:rPr>
        <w:t xml:space="preserve"> có thể được dùng để tạo các cờ, tức là các đối số không cần thêm tham số nào. Đặt giá trị mặc định tương ứng là Boolean ngược lại. Điều này được minh họa trong đối số </w:t>
      </w:r>
      <w:r>
        <w:rPr>
          <w:rFonts w:ascii="Consolas" w:hAnsi="Consolas"/>
          <w:b w:val="0"/>
          <w:i w:val="0"/>
          <w:sz w:val="20"/>
        </w:rPr>
        <w:br/>
        <w:br/>
        <w:t xml:space="preserve">       U</w:t>
        <w:br/>
        <w:t xml:space="preserve">      </w:t>
        <w:br/>
      </w:r>
      <w:r>
        <w:rPr>
          <w:b w:val="0"/>
          <w:i w:val="0"/>
        </w:rPr>
        <w:t xml:space="preserve"> ở </w:t>
      </w:r>
      <w:r>
        <w:rPr>
          <w:b w:val="0"/>
          <w:i/>
        </w:rPr>
        <w:t xml:space="preserve"> bước 6 </w:t>
      </w:r>
      <w:r>
        <w:rPr>
          <w:b w:val="0"/>
          <w:i w:val="0"/>
        </w:rPr>
        <w:t xml:space="preserve"> và </w:t>
      </w:r>
      <w:r>
        <w:rPr>
          <w:b w:val="0"/>
          <w:i/>
        </w:rPr>
        <w:t xml:space="preserve"> 7 </w:t>
      </w:r>
      <w:r>
        <w:rPr>
          <w:b w:val="0"/>
          <w:i w:val="0"/>
        </w:rPr>
        <w:t xml:space="preserve"> .</w:t>
      </w:r>
    </w:p>
    <w:p>
      <w:pPr>
        <w:spacing w:after="80"/>
        <w:ind w:left="360"/>
      </w:pPr>
      <w:r>
        <w:t xml:space="preserve">• </w:t>
      </w:r>
      <w:r>
        <w:rPr>
          <w:b w:val="0"/>
          <w:i w:val="0"/>
        </w:rPr>
        <w:t xml:space="preserve">Tên thuộc tính trong đối tượng </w:t>
      </w:r>
      <w:r>
        <w:rPr>
          <w:rFonts w:ascii="Consolas" w:hAnsi="Consolas"/>
          <w:b w:val="0"/>
          <w:i w:val="0"/>
          <w:sz w:val="20"/>
        </w:rPr>
        <w:br/>
        <w:br/>
        <w:t xml:space="preserve">       args</w:t>
        <w:br/>
        <w:t xml:space="preserve">      </w:t>
        <w:br/>
      </w:r>
      <w:r>
        <w:rPr>
          <w:b w:val="0"/>
          <w:i w:val="0"/>
        </w:rPr>
        <w:t xml:space="preserve"> mặc định sẽ là tên của đối số (không có dấu gạch ngang, nếu có). Bạn có thể thay đổi nó bằng </w:t>
      </w:r>
      <w:r>
        <w:rPr>
          <w:rFonts w:ascii="Consolas" w:hAnsi="Consolas"/>
          <w:b w:val="0"/>
          <w:i w:val="0"/>
          <w:sz w:val="20"/>
        </w:rPr>
        <w:br/>
        <w:br/>
        <w:t xml:space="preserve">       dest</w:t>
        <w:br/>
        <w:t xml:space="preserve">      </w:t>
        <w:br/>
      </w:r>
      <w:r>
        <w:rPr>
          <w:b w:val="0"/>
          <w:i w:val="0"/>
        </w:rPr>
        <w:t xml:space="preserve"> . Ví dụ, trong </w:t>
      </w:r>
      <w:r>
        <w:rPr>
          <w:b w:val="0"/>
          <w:i/>
        </w:rPr>
        <w:t xml:space="preserve"> bước 6 </w:t>
      </w:r>
      <w:r>
        <w:rPr>
          <w:b w:val="0"/>
          <w:i w:val="0"/>
        </w:rPr>
        <w:t xml:space="preserve"> , đối số dòng lệnh </w:t>
      </w:r>
      <w:r>
        <w:rPr>
          <w:rFonts w:ascii="Consolas" w:hAnsi="Consolas"/>
          <w:b w:val="0"/>
          <w:i w:val="0"/>
          <w:sz w:val="20"/>
        </w:rPr>
        <w:br/>
        <w:br/>
        <w:t xml:space="preserve">       ‑U</w:t>
        <w:br/>
        <w:t xml:space="preserve">      </w:t>
        <w:br/>
      </w:r>
      <w:r>
        <w:rPr>
          <w:b w:val="0"/>
          <w:i w:val="0"/>
        </w:rPr>
        <w:t xml:space="preserve"> được mô tả là </w:t>
      </w:r>
      <w:r>
        <w:rPr>
          <w:rFonts w:ascii="Consolas" w:hAnsi="Consolas"/>
          <w:b w:val="0"/>
          <w:i w:val="0"/>
          <w:sz w:val="20"/>
        </w:rPr>
        <w:br/>
        <w:br/>
        <w:t xml:space="preserve">       uppercase</w:t>
        <w:br/>
        <w:t xml:space="preserve">      </w:t>
        <w:br/>
      </w:r>
      <w:r>
        <w:rPr>
          <w:b w:val="0"/>
          <w:i w:val="0"/>
        </w:rPr>
        <w:t xml:space="preserve"> .</w:t>
      </w:r>
    </w:p>
    <w:p>
      <w:pPr>
        <w:spacing w:after="80"/>
      </w:pPr>
      <w:r>
        <w:rPr>
          <w:b/>
          <w:i w:val="0"/>
        </w:rPr>
        <w:t>Mẹo</w:t>
      </w:r>
    </w:p>
    <w:p>
      <w:pPr>
        <w:spacing w:after="80"/>
      </w:pPr>
      <w:r>
        <w:rPr>
          <w:b w:val="0"/>
          <w:i w:val="0"/>
        </w:rPr>
        <w:t xml:space="preserve">Việc đổi tên một đối số để dùng nội bộ rất hữu ích khi dùng các đối số ngắn, chẳng hạn như một chữ cái đơn. Một giao diện dòng lệnh (command-line interface) tốt sẽ dùng </w:t>
      </w:r>
      <w:r>
        <w:rPr>
          <w:rFonts w:ascii="Consolas" w:hAnsi="Consolas"/>
          <w:b w:val="0"/>
          <w:i w:val="0"/>
          <w:sz w:val="20"/>
        </w:rPr>
        <w:br/>
        <w:br/>
        <w:t xml:space="preserve">       ‑c</w:t>
        <w:br/>
        <w:t xml:space="preserve">      </w:t>
        <w:br/>
      </w:r>
      <w:r>
        <w:rPr>
          <w:b w:val="0"/>
          <w:i w:val="0"/>
        </w:rPr>
        <w:t xml:space="preserve"> , nhưng, ở bên trong, có lẽ nên dùng một nhãn dài dòng hơn, chẳng hạn như </w:t>
      </w:r>
      <w:r>
        <w:rPr>
          <w:rFonts w:ascii="Consolas" w:hAnsi="Consolas"/>
          <w:b w:val="0"/>
          <w:i w:val="0"/>
          <w:sz w:val="20"/>
        </w:rPr>
        <w:br/>
        <w:br/>
        <w:t xml:space="preserve">       configuration_file</w:t>
        <w:br/>
        <w:t xml:space="preserve">      </w:t>
        <w:br/>
      </w:r>
      <w:r>
        <w:rPr>
          <w:b w:val="0"/>
          <w:i w:val="0"/>
        </w:rPr>
        <w:t xml:space="preserve"> . Hãy nhớ, rõ ràng tốt hơn là ngầm hiểu!</w:t>
      </w:r>
    </w:p>
    <w:p>
      <w:pPr>
        <w:spacing w:after="80"/>
      </w:pPr>
      <w:r>
        <w:rPr>
          <w:b w:val="0"/>
          <w:i w:val="0"/>
        </w:rPr>
        <w:t xml:space="preserve">Một số đối số có thể hoạt động phối hợp với những đối số khác, như được trình bày trong </w:t>
      </w:r>
      <w:r>
        <w:rPr>
          <w:b w:val="0"/>
          <w:i/>
        </w:rPr>
        <w:t xml:space="preserve"> bước 3 </w:t>
      </w:r>
      <w:r>
        <w:rPr>
          <w:b w:val="0"/>
          <w:i w:val="0"/>
        </w:rPr>
        <w:t xml:space="preserve"> . Hãy chuẩn bị các tham số để truyền vào hàm </w:t>
      </w:r>
      <w:r>
        <w:rPr>
          <w:rFonts w:ascii="Consolas" w:hAnsi="Consolas"/>
          <w:b w:val="0"/>
          <w:i w:val="0"/>
          <w:sz w:val="20"/>
        </w:rPr>
        <w:br/>
        <w:br/>
        <w:t xml:space="preserve">      main</w:t>
        <w:br/>
        <w:t xml:space="preserve">     </w:t>
        <w:br/>
      </w:r>
      <w:r>
        <w:rPr>
          <w:b w:val="0"/>
          <w:i w:val="0"/>
        </w:rPr>
        <w:t xml:space="preserve"> sao cho chúng rõ ràng. Ví dụ, trong </w:t>
      </w:r>
      <w:r>
        <w:rPr>
          <w:b w:val="0"/>
          <w:i/>
        </w:rPr>
        <w:t xml:space="preserve"> bước 3 </w:t>
      </w:r>
      <w:r>
        <w:rPr>
          <w:b w:val="0"/>
          <w:i w:val="0"/>
        </w:rPr>
        <w:t xml:space="preserve"> , chỉ có hai tham số được truyền, nhưng một trong số đó có thể đã được sửa đổi.</w:t>
      </w:r>
    </w:p>
    <w:p>
      <w:pPr>
        <w:pStyle w:val="Heading3"/>
      </w:pPr>
      <w:r>
        <w:rPr>
          <w:rFonts w:ascii="Calibri" w:hAnsi="Calibri"/>
          <w:b/>
          <w:i w:val="0"/>
          <w:sz w:val="26"/>
        </w:rPr>
        <w:t>Còn nhiều thứ khác nữa…</w:t>
      </w:r>
    </w:p>
    <w:p>
      <w:pPr>
        <w:spacing w:after="80"/>
      </w:pPr>
      <w:r>
        <w:rPr>
          <w:b w:val="0"/>
          <w:i w:val="0"/>
        </w:rPr>
        <w:t>Bạn cũng có thể tạo các đối số dài với hai dấu gạch ngang, ví dụ:</w:t>
      </w:r>
    </w:p>
    <w:p>
      <w:pPr>
        <w:spacing w:after="0"/>
        <w:ind w:left="360"/>
        <w:shd w:val="clear" w:color="auto" w:fill="F2F2F2"/>
      </w:pPr>
      <w:r>
        <w:rPr>
          <w:rFonts w:ascii="Consolas" w:hAnsi="Consolas"/>
          <w:sz w:val="18"/>
        </w:rPr>
        <w:t>parser.add_argument('-v', '--verbose', action='store_true', default=False,</w:t>
      </w:r>
    </w:p>
    <w:p>
      <w:pPr>
        <w:spacing w:after="0"/>
        <w:ind w:left="360"/>
        <w:shd w:val="clear" w:color="auto" w:fill="F2F2F2"/>
      </w:pPr>
      <w:r>
        <w:rPr>
          <w:rFonts w:ascii="Consolas" w:hAnsi="Consolas"/>
          <w:sz w:val="18"/>
        </w:rPr>
        <w:t xml:space="preserve">    help='Enable verbose output')</w:t>
      </w:r>
    </w:p>
    <w:p>
      <w:pPr>
        <w:spacing w:after="40"/>
      </w:pPr>
    </w:p>
    <w:p>
      <w:pPr>
        <w:spacing w:after="80"/>
      </w:pPr>
      <w:r>
        <w:rPr>
          <w:b w:val="0"/>
          <w:i w:val="0"/>
        </w:rPr>
        <w:t xml:space="preserve">Cách này sẽ chấp nhận cả </w:t>
      </w:r>
      <w:r>
        <w:rPr>
          <w:rFonts w:ascii="Consolas" w:hAnsi="Consolas"/>
          <w:b w:val="0"/>
          <w:i w:val="0"/>
          <w:sz w:val="20"/>
        </w:rPr>
        <w:br/>
        <w:br/>
        <w:t xml:space="preserve">      ‑v</w:t>
        <w:br/>
        <w:t xml:space="preserve">     </w:t>
        <w:br/>
      </w:r>
      <w:r>
        <w:rPr>
          <w:b w:val="0"/>
          <w:i w:val="0"/>
        </w:rPr>
        <w:t xml:space="preserve"> và </w:t>
      </w:r>
      <w:r>
        <w:rPr>
          <w:rFonts w:ascii="Consolas" w:hAnsi="Consolas"/>
          <w:b w:val="0"/>
          <w:i w:val="0"/>
          <w:sz w:val="20"/>
        </w:rPr>
        <w:br/>
        <w:br/>
        <w:t xml:space="preserve">      ‑‑verbose</w:t>
        <w:br/>
        <w:t xml:space="preserve">     </w:t>
        <w:br/>
      </w:r>
      <w:r>
        <w:rPr>
          <w:b w:val="0"/>
          <w:i w:val="0"/>
        </w:rPr>
        <w:t xml:space="preserve"> , và nó sẽ lưu tên là verbose.</w:t>
      </w:r>
    </w:p>
    <w:p>
      <w:pPr>
        <w:spacing w:after="80"/>
      </w:pPr>
      <w:r>
        <w:rPr>
          <w:b w:val="0"/>
          <w:i w:val="0"/>
        </w:rPr>
        <w:t>Thêm các tên dài là một cách hay để làm cho giao diện trực quan hơn và dễ nhớ hơn.</w:t>
      </w:r>
    </w:p>
    <w:p>
      <w:pPr>
        <w:spacing w:after="80"/>
      </w:pPr>
      <w:r>
        <w:rPr>
          <w:b w:val="0"/>
          <w:i w:val="0"/>
        </w:rPr>
        <w:t>Bất tiện chính khi xử lý các đối số dòng lệnh là bạn có thể có quá nhiều đối số. Điều này gây ra sự nhầm lẫn. Hãy cố gắng làm cho các đối số của bạn càng độc lập càng tốt và đừng tạo quá nhiều phụ thuộc giữa chúng; nếu không, việc xử lý các tổ hợp có thể sẽ rất khó khăn.</w:t>
      </w:r>
    </w:p>
    <w:p>
      <w:pPr>
        <w:spacing w:after="80"/>
      </w:pPr>
      <w:r>
        <w:rPr>
          <w:b w:val="0"/>
          <w:i w:val="0"/>
        </w:rPr>
        <w:t>Cụ thể, hãy cố gắng không tạo nhiều hơn một vài đối số vị trí (positional argument), vì chúng sẽ không có cách gợi nhớ (mnemonic). Đối số vị trí cũng chấp nhận giá trị mặc định, nhưng phần lớn thời gian, đó sẽ không phải là hành vi mong đợi.</w:t>
      </w:r>
    </w:p>
    <w:p>
      <w:pPr>
        <w:spacing w:after="80"/>
      </w:pPr>
      <w:r>
        <w:rPr>
          <w:b/>
          <w:i w:val="0"/>
        </w:rPr>
        <w:t>Lưu ý</w:t>
      </w:r>
    </w:p>
    <w:p>
      <w:pPr>
        <w:spacing w:after="80"/>
      </w:pPr>
      <w:r>
        <w:rPr>
          <w:b w:val="0"/>
          <w:i w:val="0"/>
        </w:rPr>
        <w:t>GenAI có thể giúp bạn tạo ra một giao diện phức tạp nếu cần, hoặc tăng tốc việc tạo ra nó bằng cách xác định trường hợp sử dụng mong đợi. Nhưng hãy nhớ rằng một giao diện phức tạp có thể là dấu hiệu của việc đang cố thực hiện một thao tác phức tạp với quá nhiều tham số, và cần phải suy nghĩ lại. Bạn có thực sự cần tất cả những tham số đó không? Có thể đơn giản hóa nó không?</w:t>
      </w:r>
    </w:p>
    <w:p>
      <w:pPr>
        <w:spacing w:after="80"/>
      </w:pPr>
      <w:r>
        <w:rPr>
          <w:b w:val="0"/>
          <w:i w:val="0"/>
        </w:rPr>
        <w:t xml:space="preserve">Để đơn giản hóa việc sử dụng giao diện dòng lệnh, nhưng vẫn cho phép tùy chỉnh thêm, bạn có thể dùng các biến môi trường (environment variable) để đặt giá trị mặc định – ví dụ như trong đoạn mã này ( </w:t>
      </w:r>
      <w:r>
        <w:rPr>
          <w:rFonts w:ascii="Consolas" w:hAnsi="Consolas"/>
          <w:b w:val="0"/>
          <w:i w:val="0"/>
          <w:sz w:val="20"/>
        </w:rPr>
        <w:br/>
        <w:br/>
        <w:t xml:space="preserve">      recipe_cli_env.py</w:t>
        <w:br/>
        <w:t xml:space="preserve">     </w:t>
        <w:br/>
      </w:r>
      <w:r>
        <w:rPr>
          <w:b w:val="0"/>
          <w:i w:val="0"/>
        </w:rPr>
        <w:t xml:space="preserve"> ):</w:t>
      </w:r>
    </w:p>
    <w:p>
      <w:pPr>
        <w:spacing w:after="0"/>
        <w:ind w:left="360"/>
        <w:shd w:val="clear" w:color="auto" w:fill="F2F2F2"/>
      </w:pPr>
      <w:r>
        <w:rPr>
          <w:rFonts w:ascii="Consolas" w:hAnsi="Consolas"/>
          <w:sz w:val="18"/>
        </w:rPr>
        <w:t>import argparse</w:t>
      </w:r>
    </w:p>
    <w:p>
      <w:pPr>
        <w:spacing w:after="0"/>
        <w:ind w:left="360"/>
        <w:shd w:val="clear" w:color="auto" w:fill="F2F2F2"/>
      </w:pPr>
      <w:r>
        <w:rPr>
          <w:rFonts w:ascii="Consolas" w:hAnsi="Consolas"/>
          <w:sz w:val="18"/>
        </w:rPr>
        <w:t>import os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default_character = os.environ.get('DEFAULT_CHAR',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main(character, number):</w:t>
      </w:r>
    </w:p>
    <w:p>
      <w:pPr>
        <w:spacing w:after="0"/>
        <w:ind w:left="360"/>
        <w:shd w:val="clear" w:color="auto" w:fill="F2F2F2"/>
      </w:pPr>
      <w:r>
        <w:rPr>
          <w:rFonts w:ascii="Consolas" w:hAnsi="Consolas"/>
          <w:sz w:val="18"/>
        </w:rPr>
        <w:t xml:space="preserve">    print(character * number)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if __name__ == '__main__':</w:t>
      </w:r>
    </w:p>
    <w:p>
      <w:pPr>
        <w:spacing w:after="0"/>
        <w:ind w:left="360"/>
        <w:shd w:val="clear" w:color="auto" w:fill="F2F2F2"/>
      </w:pPr>
      <w:r>
        <w:rPr>
          <w:rFonts w:ascii="Consolas" w:hAnsi="Consolas"/>
          <w:sz w:val="18"/>
        </w:rPr>
        <w:t xml:space="preserve">    parser = argparse.ArgumentParser()</w:t>
      </w:r>
    </w:p>
    <w:p>
      <w:pPr>
        <w:spacing w:after="0"/>
        <w:ind w:left="360"/>
        <w:shd w:val="clear" w:color="auto" w:fill="F2F2F2"/>
      </w:pPr>
      <w:r>
        <w:rPr>
          <w:rFonts w:ascii="Consolas" w:hAnsi="Consolas"/>
          <w:sz w:val="18"/>
        </w:rPr>
        <w:t xml:space="preserve">    parser.add_argument('number', type=int, help='A number')</w:t>
      </w:r>
    </w:p>
    <w:p>
      <w:pPr>
        <w:spacing w:after="0"/>
        <w:ind w:left="360"/>
        <w:shd w:val="clear" w:color="auto" w:fill="F2F2F2"/>
      </w:pPr>
      <w:r>
        <w:rPr>
          <w:rFonts w:ascii="Consolas" w:hAnsi="Consolas"/>
          <w:sz w:val="18"/>
        </w:rPr>
        <w:t xml:space="preserve">    help_msg = f'Character to print (default "{default_character}"). Set with env DEFAULT_CHAR'</w:t>
      </w:r>
    </w:p>
    <w:p>
      <w:pPr>
        <w:spacing w:after="0"/>
        <w:ind w:left="360"/>
        <w:shd w:val="clear" w:color="auto" w:fill="F2F2F2"/>
      </w:pPr>
      <w:r>
        <w:rPr>
          <w:rFonts w:ascii="Consolas" w:hAnsi="Consolas"/>
          <w:sz w:val="18"/>
        </w:rPr>
        <w:t xml:space="preserve">    parser.add_argument('-c', type=str, help=help_msg,</w:t>
      </w:r>
    </w:p>
    <w:p>
      <w:pPr>
        <w:spacing w:after="0"/>
        <w:ind w:left="360"/>
        <w:shd w:val="clear" w:color="auto" w:fill="F2F2F2"/>
      </w:pPr>
      <w:r>
        <w:rPr>
          <w:rFonts w:ascii="Consolas" w:hAnsi="Consolas"/>
          <w:sz w:val="18"/>
        </w:rPr>
        <w:t xml:space="preserve">                        default=default_character)</w:t>
      </w:r>
    </w:p>
    <w:p>
      <w:pPr>
        <w:spacing w:after="0"/>
        <w:ind w:left="360"/>
        <w:shd w:val="clear" w:color="auto" w:fill="F2F2F2"/>
      </w:pPr>
      <w:r>
        <w:rPr>
          <w:rFonts w:ascii="Consolas" w:hAnsi="Consolas"/>
          <w:sz w:val="18"/>
        </w:rPr>
        <w:t xml:space="preserve">    args = parser.parse_args()</w:t>
      </w:r>
    </w:p>
    <w:p>
      <w:pPr>
        <w:spacing w:after="0"/>
        <w:ind w:left="360"/>
        <w:shd w:val="clear" w:color="auto" w:fill="F2F2F2"/>
      </w:pPr>
      <w:r>
        <w:rPr>
          <w:rFonts w:ascii="Consolas" w:hAnsi="Consolas"/>
          <w:sz w:val="18"/>
        </w:rPr>
        <w:t xml:space="preserve">    main(args.c, args.number)</w:t>
      </w:r>
    </w:p>
    <w:p>
      <w:pPr>
        <w:spacing w:after="40"/>
      </w:pPr>
    </w:p>
    <w:p>
      <w:pPr>
        <w:spacing w:after="80"/>
      </w:pPr>
      <w:r>
        <w:rPr>
          <w:b w:val="0"/>
          <w:i w:val="0"/>
        </w:rPr>
        <w:t xml:space="preserve">Hãy chú ý cách chúng ta dùng từ điển </w:t>
      </w:r>
      <w:r>
        <w:rPr>
          <w:rFonts w:ascii="Consolas" w:hAnsi="Consolas"/>
          <w:b w:val="0"/>
          <w:i w:val="0"/>
          <w:sz w:val="20"/>
        </w:rPr>
        <w:br/>
        <w:br/>
        <w:t xml:space="preserve">      os.environ</w:t>
        <w:br/>
        <w:t xml:space="preserve">     </w:t>
        <w:br/>
      </w:r>
      <w:r>
        <w:rPr>
          <w:b w:val="0"/>
          <w:i w:val="0"/>
        </w:rPr>
        <w:t xml:space="preserve"> để lấy một giá trị trong biến môi trường </w:t>
      </w:r>
      <w:r>
        <w:rPr>
          <w:rFonts w:ascii="Consolas" w:hAnsi="Consolas"/>
          <w:b w:val="0"/>
          <w:i w:val="0"/>
          <w:sz w:val="20"/>
        </w:rPr>
        <w:br/>
        <w:br/>
        <w:t xml:space="preserve">      DEFAULT_CHAR</w:t>
        <w:br/>
        <w:t xml:space="preserve">     </w:t>
        <w:br/>
      </w:r>
      <w:r>
        <w:rPr>
          <w:b w:val="0"/>
          <w:i w:val="0"/>
        </w:rPr>
        <w:t xml:space="preserve"> . Nếu không có, nó sẽ dùng giá trị ' </w:t>
      </w:r>
      <w:r>
        <w:rPr>
          <w:rFonts w:ascii="Consolas" w:hAnsi="Consolas"/>
          <w:b w:val="0"/>
          <w:i w:val="0"/>
          <w:sz w:val="20"/>
        </w:rPr>
        <w:br/>
        <w:br/>
        <w:t xml:space="preserve">      #</w:t>
        <w:br/>
        <w:t xml:space="preserve">     </w:t>
        <w:br/>
      </w:r>
      <w:r>
        <w:rPr>
          <w:b w:val="0"/>
          <w:i w:val="0"/>
        </w:rPr>
        <w:t xml:space="preserve"> '. Chúng ta lưu nó vào </w:t>
      </w:r>
      <w:r>
        <w:rPr>
          <w:rFonts w:ascii="Consolas" w:hAnsi="Consolas"/>
          <w:b w:val="0"/>
          <w:i w:val="0"/>
          <w:sz w:val="20"/>
        </w:rPr>
        <w:br/>
        <w:br/>
        <w:t xml:space="preserve">      default_character</w:t>
        <w:br/>
        <w:t xml:space="preserve">     </w:t>
        <w:br/>
      </w:r>
      <w:r>
        <w:rPr>
          <w:b w:val="0"/>
          <w:i w:val="0"/>
        </w:rPr>
        <w:t xml:space="preserve"> , và dùng nó để định nghĩa giá trị mặc định trong parser. Chúng ta thêm thông tin bổ sung vào lệnh </w:t>
      </w:r>
      <w:r>
        <w:rPr>
          <w:rFonts w:ascii="Consolas" w:hAnsi="Consolas"/>
          <w:b w:val="0"/>
          <w:i w:val="0"/>
          <w:sz w:val="20"/>
        </w:rPr>
        <w:br/>
        <w:br/>
        <w:t xml:space="preserve">      help</w:t>
        <w:br/>
        <w:t xml:space="preserve">     </w:t>
        <w:br/>
      </w:r>
      <w:r>
        <w:rPr>
          <w:b w:val="0"/>
          <w:i w:val="0"/>
        </w:rPr>
        <w:t xml:space="preserve"> để làm rõ cách dùng các tham số và biến môi trường.</w:t>
      </w:r>
    </w:p>
    <w:p>
      <w:pPr>
        <w:spacing w:after="80"/>
      </w:pPr>
      <w:r>
        <w:rPr>
          <w:b w:val="0"/>
          <w:i w:val="0"/>
        </w:rPr>
        <w:t>Vì nó dùng biến môi trường, thứ có thể được định nghĩa trong shell, nên không còn cần phải luôn chỉ định ký tự để dùng mỗi khi chạy nó nữa:</w:t>
      </w:r>
    </w:p>
    <w:p>
      <w:pPr>
        <w:spacing w:after="0"/>
        <w:ind w:left="360"/>
        <w:shd w:val="clear" w:color="auto" w:fill="F2F2F2"/>
      </w:pPr>
      <w:r>
        <w:rPr>
          <w:rFonts w:ascii="Consolas" w:hAnsi="Consolas"/>
          <w:sz w:val="18"/>
        </w:rPr>
        <w:t>$ uv run recipe_cli_env.py 4</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DEFAULT_CHAR=* uv run recipe_cli_env.py 4</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DEFAULT_CHAR=* uv run recipe_cli_env.py -c ^ 5</w:t>
      </w:r>
    </w:p>
    <w:p>
      <w:pPr>
        <w:spacing w:after="0"/>
        <w:ind w:left="360"/>
        <w:shd w:val="clear" w:color="auto" w:fill="F2F2F2"/>
      </w:pPr>
      <w:r>
        <w:rPr>
          <w:rFonts w:ascii="Consolas" w:hAnsi="Consolas"/>
          <w:sz w:val="18"/>
        </w:rPr>
        <w:t>^^^^^</w:t>
      </w:r>
    </w:p>
    <w:p>
      <w:pPr>
        <w:spacing w:after="40"/>
      </w:pPr>
    </w:p>
    <w:p>
      <w:pPr>
        <w:spacing w:after="80"/>
      </w:pPr>
      <w:r>
        <w:rPr>
          <w:b w:val="0"/>
          <w:i w:val="0"/>
        </w:rPr>
        <w:t>Mẫu này phổ biến trong các tiện ích dòng lệnh và có thể được dùng để đơn giản hóa lời gọi, đồng thời vẫn cho phép linh hoạt.</w:t>
      </w:r>
    </w:p>
    <w:p>
      <w:pPr>
        <w:spacing w:after="80"/>
      </w:pPr>
      <w:r>
        <w:rPr>
          <w:b w:val="0"/>
          <w:i w:val="0"/>
        </w:rPr>
        <w:t xml:space="preserve">Để biết chi tiết nâng cao về </w:t>
      </w:r>
      <w:r>
        <w:rPr>
          <w:rFonts w:ascii="Consolas" w:hAnsi="Consolas"/>
          <w:b w:val="0"/>
          <w:i w:val="0"/>
          <w:sz w:val="20"/>
        </w:rPr>
        <w:br/>
        <w:br/>
        <w:t xml:space="preserve">      argparse</w:t>
        <w:br/>
        <w:t xml:space="preserve">     </w:t>
        <w:br/>
      </w:r>
      <w:r>
        <w:rPr>
          <w:b w:val="0"/>
          <w:i w:val="0"/>
        </w:rPr>
        <w:t xml:space="preserve"> , hãy tham khảo tài liệu Python ( </w:t>
      </w:r>
      <w:r>
        <w:rPr>
          <w:rFonts w:ascii="Consolas" w:hAnsi="Consolas"/>
          <w:b w:val="0"/>
          <w:i w:val="0"/>
          <w:sz w:val="20"/>
        </w:rPr>
        <w:br/>
        <w:br/>
        <w:t xml:space="preserve">       https://docs.python.org/3/library/argparse.html</w:t>
        <w:br/>
        <w:t xml:space="preserve">      </w:t>
        <w:br/>
      </w:r>
      <w:r>
        <w:rPr>
          <w:b w:val="0"/>
          <w:i w:val="0"/>
        </w:rPr>
        <w:t xml:space="preserve"> ).</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Tạo môi trường ảo </w:t>
      </w:r>
      <w:r>
        <w:rPr>
          <w:b w:val="0"/>
          <w:i w:val="0"/>
        </w:rPr>
        <w:t xml:space="preserve"> ở phần trước trong chương này, để biết cách tạo môi trường cài đặt các mô-đun bên thứ ba.</w:t>
      </w:r>
    </w:p>
    <w:p>
      <w:pPr>
        <w:spacing w:after="80"/>
        <w:ind w:left="360"/>
      </w:pPr>
      <w:r>
        <w:t xml:space="preserve">• </w:t>
      </w:r>
      <w:r>
        <w:rPr>
          <w:b w:val="0"/>
          <w:i w:val="0"/>
        </w:rPr>
        <w:t xml:space="preserve">Công thức </w:t>
      </w:r>
      <w:r>
        <w:rPr>
          <w:b w:val="0"/>
          <w:i/>
        </w:rPr>
        <w:t xml:space="preserve"> Cài đặt các gói bên thứ ba </w:t>
      </w:r>
      <w:r>
        <w:rPr>
          <w:b w:val="0"/>
          <w:i w:val="0"/>
        </w:rPr>
        <w:t xml:space="preserve"> ở phần trước trong chương này, để biết cách cài đặt và sử dụng các mô-đun bên ngoài trong môi trường ảo.</w:t>
      </w:r>
    </w:p>
    <w:p>
      <w:pPr>
        <w:pStyle w:val="Heading2"/>
      </w:pPr>
      <w:r>
        <w:rPr>
          <w:rFonts w:ascii="Calibri" w:hAnsi="Calibri"/>
          <w:b/>
          <w:i w:val="0"/>
          <w:sz w:val="32"/>
        </w:rPr>
        <w:t>Nhận bản PDF của cuốn sách này và nhiều hơn nữa</w:t>
      </w:r>
    </w:p>
    <w:p>
      <w:pPr>
        <w:spacing w:after="80"/>
      </w:pPr>
      <w:r>
        <w:rPr>
          <w:b w:val="0"/>
          <w:i w:val="0"/>
        </w:rPr>
        <w:t xml:space="preserve">Quét mã QR (hoặc truy cập </w:t>
      </w:r>
      <w:r>
        <w:rPr>
          <w:rFonts w:ascii="Consolas" w:hAnsi="Consolas"/>
          <w:b w:val="0"/>
          <w:i w:val="0"/>
          <w:sz w:val="20"/>
        </w:rPr>
        <w:br/>
        <w:br/>
        <w:t xml:space="preserve">       packtpub.com/unlock</w:t>
        <w:br/>
        <w:t xml:space="preserve">      </w:t>
        <w:br/>
      </w:r>
      <w:r>
        <w:rPr>
          <w:b w:val="0"/>
          <w:i w:val="0"/>
        </w:rPr>
        <w:t xml:space="preserve"> ). Tìm cuốn sách này theo tên, xác nhận phiên bản, rồi làm theo các bước trên trang.</w:t>
      </w:r>
    </w:p>
    <w:p>
      <w:pPr>
        <w:jc w:val="center"/>
      </w:pPr>
      <w:r>
        <w:drawing>
          <wp:inline xmlns:a="http://schemas.openxmlformats.org/drawingml/2006/main" xmlns:pic="http://schemas.openxmlformats.org/drawingml/2006/picture">
            <wp:extent cx="3143250" cy="3143250"/>
            <wp:docPr id="9" name="Picture 9"/>
            <wp:cNvGraphicFramePr>
              <a:graphicFrameLocks noChangeAspect="1"/>
            </wp:cNvGraphicFramePr>
            <a:graphic>
              <a:graphicData uri="http://schemas.openxmlformats.org/drawingml/2006/picture">
                <pic:pic>
                  <pic:nvPicPr>
                    <pic:cNvPr id="0" name="B36973_1_3.png"/>
                    <pic:cNvPicPr/>
                  </pic:nvPicPr>
                  <pic:blipFill>
                    <a:blip r:embed="rId17"/>
                    <a:stretch>
                      <a:fillRect/>
                    </a:stretch>
                  </pic:blipFill>
                  <pic:spPr>
                    <a:xfrm>
                      <a:off x="0" y="0"/>
                      <a:ext cx="3143250" cy="3143250"/>
                    </a:xfrm>
                    <a:prstGeom prst="rect"/>
                  </pic:spPr>
                </pic:pic>
              </a:graphicData>
            </a:graphic>
          </wp:inline>
        </w:drawing>
      </w:r>
    </w:p>
    <w:p>
      <w:pPr>
        <w:jc w:val="center"/>
      </w:pPr>
      <w:r>
        <w:drawing>
          <wp:inline xmlns:a="http://schemas.openxmlformats.org/drawingml/2006/main" xmlns:pic="http://schemas.openxmlformats.org/drawingml/2006/picture">
            <wp:extent cx="2095499" cy="485775"/>
            <wp:docPr id="10" name="Picture 10"/>
            <wp:cNvGraphicFramePr>
              <a:graphicFrameLocks noChangeAspect="1"/>
            </wp:cNvGraphicFramePr>
            <a:graphic>
              <a:graphicData uri="http://schemas.openxmlformats.org/drawingml/2006/picture">
                <pic:pic>
                  <pic:nvPicPr>
                    <pic:cNvPr id="0" name="B36973_1_4.png"/>
                    <pic:cNvPicPr/>
                  </pic:nvPicPr>
                  <pic:blipFill>
                    <a:blip r:embed="rId18"/>
                    <a:stretch>
                      <a:fillRect/>
                    </a:stretch>
                  </pic:blipFill>
                  <pic:spPr>
                    <a:xfrm>
                      <a:off x="0" y="0"/>
                      <a:ext cx="2095499" cy="485775"/>
                    </a:xfrm>
                    <a:prstGeom prst="rect"/>
                  </pic:spPr>
                </pic:pic>
              </a:graphicData>
            </a:graphic>
          </wp:inline>
        </w:drawing>
      </w:r>
    </w:p>
    <w:p>
      <w:pPr>
        <w:spacing w:after="80"/>
      </w:pPr>
      <w:r>
        <w:rPr>
          <w:b w:val="0"/>
          <w:i/>
        </w:rPr>
        <w:t xml:space="preserve"> Lưu ý: Hãy giữ hóa đơn bên mình. Các giao dịch mua trực tiếp từ Packt không cần hóa đơn. </w:t>
      </w:r>
    </w:p>
    <w:p>
      <w:pPr>
        <w:pStyle w:val="Heading1"/>
      </w:pPr>
      <w:r>
        <w:rPr>
          <w:rFonts w:ascii="Calibri" w:hAnsi="Calibri"/>
          <w:b/>
          <w:i w:val="0"/>
          <w:sz w:val="40"/>
        </w:rPr>
        <w:t>2</w:t>
      </w:r>
    </w:p>
    <w:p>
      <w:pPr>
        <w:pStyle w:val="Heading1"/>
      </w:pPr>
      <w:r>
        <w:rPr>
          <w:rFonts w:ascii="Calibri" w:hAnsi="Calibri"/>
          <w:b/>
          <w:i w:val="0"/>
          <w:sz w:val="40"/>
        </w:rPr>
        <w:t>Tự động hóa tác vụ thật dễ dàng</w:t>
      </w:r>
    </w:p>
    <w:p>
      <w:pPr>
        <w:spacing w:after="80"/>
      </w:pPr>
      <w:r>
        <w:rPr>
          <w:b w:val="0"/>
          <w:i w:val="0"/>
        </w:rPr>
        <w:t>Để tự động hóa tác vụ một cách đúng đắn, chúng ta cần một cách để khiến chúng tự chạy vào đúng thời điểm. Một tác vụ phải khởi động thủ công thì chưa được tự động hóa hoàn toàn.</w:t>
      </w:r>
    </w:p>
    <w:p>
      <w:pPr>
        <w:spacing w:after="80"/>
      </w:pPr>
      <w:r>
        <w:rPr>
          <w:b w:val="0"/>
          <w:i w:val="0"/>
        </w:rPr>
        <w:t xml:space="preserve">Tuy nhiên, để có thể để chúng chạy nền trong khi bận tâm đến những việc gấp gáp hơn, tác vụ cần đủ tốt để chạy ở chế độ </w:t>
      </w:r>
      <w:r>
        <w:rPr>
          <w:b w:val="0"/>
          <w:i/>
        </w:rPr>
        <w:t xml:space="preserve"> chạy rồi quên </w:t>
      </w:r>
      <w:r>
        <w:rPr>
          <w:b w:val="0"/>
          <w:i w:val="0"/>
        </w:rPr>
        <w:t xml:space="preserve"> (fire-and-forget). Chúng ta cần có khả năng theo dõi rằng nó chạy đúng, đảm bảo rằng mình nắm bắt được thông tin liên quan (chẳng hạn như nhận thông báo nếu có điều gì đó thú vị xảy ra), và biết liệu có lỗi nào trong quá trình chạy hay không.</w:t>
      </w:r>
    </w:p>
    <w:p>
      <w:pPr>
        <w:spacing w:after="80"/>
      </w:pPr>
      <w:r>
        <w:rPr>
          <w:b w:val="0"/>
          <w:i w:val="0"/>
        </w:rPr>
        <w:t xml:space="preserve">Đảm bảo một phần mềm chạy ổn định với độ tin cậy cao thực sự là một việc rất lớn. Đây là một lĩnh vực mà để làm cho đúng đòi hỏi kiến thức và nhân sự chuyên biệt, thường được gọi là sysadmin, vận hành (operations), hoặc </w:t>
      </w:r>
      <w:r>
        <w:rPr>
          <w:b/>
          <w:i w:val="0"/>
        </w:rPr>
        <w:t xml:space="preserve"> SRE </w:t>
      </w:r>
      <w:r>
        <w:rPr>
          <w:b w:val="0"/>
          <w:i w:val="0"/>
        </w:rPr>
        <w:t xml:space="preserve"> ( </w:t>
      </w:r>
      <w:r>
        <w:rPr>
          <w:b/>
          <w:i w:val="0"/>
        </w:rPr>
        <w:t xml:space="preserve"> Site Reliability Engineering </w:t>
      </w:r>
      <w:r>
        <w:rPr>
          <w:b w:val="0"/>
          <w:i w:val="0"/>
        </w:rPr>
        <w:t xml:space="preserve"> - Kỹ thuật độ tin cậy hệ thống). Những hệ thống lớn như Amazon và Google, mà cả những hệ thống truyền thống hơn như ngân hàng, đều đầu tư rất nhiều để đảm bảo mọi thứ hoạt động đáng tin cậy 24/7.</w:t>
      </w:r>
    </w:p>
    <w:p>
      <w:pPr>
        <w:spacing w:after="80"/>
      </w:pPr>
      <w:r>
        <w:rPr>
          <w:b w:val="0"/>
          <w:i w:val="0"/>
        </w:rPr>
        <w:t>Mục tiêu của cuốn sách này khiêm tốn hơn nhiều, vì phần lớn phần mềm không đòi hỏi kiểu sẵn sàng cao như vậy. Thiết kế hệ thống có thời gian chết dưới vài giây mỗi năm là điều đầy thách thức và thậm chí có thể cần phần cứng chuyên dụng, nhưng thực thi một tác vụ với độ tin cậy hợp lý lại là việc dễ làm hơn nhiều. Tuy nhiên, hãy ý thức rằng vẫn có việc bảo trì cần làm, và hãy lên kế hoạch cho phù hợp.</w:t>
      </w:r>
    </w:p>
    <w:p>
      <w:pPr>
        <w:spacing w:after="80"/>
      </w:pPr>
      <w:r>
        <w:rPr>
          <w:b w:val="0"/>
          <w:i w:val="0"/>
        </w:rPr>
        <w:t>Trong chương này, chúng ta sẽ đi qua các công thức sau:</w:t>
      </w:r>
    </w:p>
    <w:p>
      <w:pPr>
        <w:spacing w:after="80"/>
        <w:ind w:left="360"/>
      </w:pPr>
      <w:r>
        <w:t xml:space="preserve">• </w:t>
      </w:r>
      <w:r>
        <w:rPr>
          <w:b w:val="0"/>
          <w:i w:val="0"/>
        </w:rPr>
        <w:t>Chuẩn bị một tác vụ</w:t>
      </w:r>
    </w:p>
    <w:p>
      <w:pPr>
        <w:spacing w:after="80"/>
        <w:ind w:left="360"/>
      </w:pPr>
      <w:r>
        <w:t xml:space="preserve">• </w:t>
      </w:r>
      <w:r>
        <w:rPr>
          <w:b w:val="0"/>
          <w:i w:val="0"/>
        </w:rPr>
        <w:t>Thiết lập một cron job</w:t>
      </w:r>
    </w:p>
    <w:p>
      <w:pPr>
        <w:spacing w:after="80"/>
        <w:ind w:left="360"/>
      </w:pPr>
      <w:r>
        <w:t xml:space="preserve">• </w:t>
      </w:r>
      <w:r>
        <w:rPr>
          <w:b w:val="0"/>
          <w:i w:val="0"/>
        </w:rPr>
        <w:t>Bắt lỗi và các vấn đề</w:t>
      </w:r>
    </w:p>
    <w:p>
      <w:pPr>
        <w:spacing w:after="80"/>
        <w:ind w:left="360"/>
      </w:pPr>
      <w:r>
        <w:t xml:space="preserve">• </w:t>
      </w:r>
      <w:r>
        <w:rPr>
          <w:b w:val="0"/>
          <w:i w:val="0"/>
        </w:rPr>
        <w:t>Gửi thông báo qua email</w:t>
      </w:r>
    </w:p>
    <w:p>
      <w:pPr>
        <w:pStyle w:val="Heading2"/>
      </w:pPr>
      <w:r>
        <w:rPr>
          <w:rFonts w:ascii="Calibri" w:hAnsi="Calibri"/>
          <w:b/>
          <w:i w:val="0"/>
          <w:sz w:val="32"/>
        </w:rPr>
        <w:t>Yêu cầu kỹ thuật</w:t>
      </w:r>
    </w:p>
    <w:p>
      <w:pPr>
        <w:spacing w:after="80"/>
      </w:pPr>
      <w:r>
        <w:rPr>
          <w:b w:val="0"/>
          <w:i w:val="0"/>
        </w:rPr>
        <w:t xml:space="preserve">Bạn có thể xem mã nguồn được trình bày trong chương này tại URL GitHub </w:t>
      </w:r>
      <w:r>
        <w:rPr>
          <w:rFonts w:ascii="Consolas" w:hAnsi="Consolas"/>
          <w:b w:val="0"/>
          <w:i w:val="0"/>
          <w:sz w:val="20"/>
        </w:rPr>
        <w:br/>
        <w:br/>
        <w:t xml:space="preserve">       https://github.com/PacktPublishing/Python-Automation-Cookbook-Third-Edition/tree/main/ch02</w:t>
        <w:br/>
        <w:t xml:space="preserve">      </w:t>
        <w:br/>
      </w:r>
      <w:r>
        <w:rPr>
          <w:b w:val="0"/>
          <w:i w:val="0"/>
        </w:rPr>
        <w:t xml:space="preserve"> .</w:t>
      </w:r>
    </w:p>
    <w:p>
      <w:pPr>
        <w:pStyle w:val="Heading2"/>
      </w:pPr>
      <w:r>
        <w:rPr>
          <w:rFonts w:ascii="Calibri" w:hAnsi="Calibri"/>
          <w:b/>
          <w:i w:val="0"/>
          <w:sz w:val="32"/>
        </w:rPr>
        <w:t>Chuẩn bị một tác vụ</w:t>
      </w:r>
    </w:p>
    <w:p>
      <w:pPr>
        <w:spacing w:after="80"/>
      </w:pPr>
      <w:r>
        <w:rPr>
          <w:b w:val="0"/>
          <w:i w:val="0"/>
        </w:rPr>
        <w:t>Mọi thứ bắt đầu bằng việc xác định chính xác công việc cần thực thi và thiết kế nó theo cách không cần đến sự can thiệp của con người để chạy.</w:t>
      </w:r>
    </w:p>
    <w:p>
      <w:pPr>
        <w:spacing w:after="80"/>
      </w:pPr>
      <w:r>
        <w:rPr>
          <w:b w:val="0"/>
          <w:i w:val="0"/>
        </w:rPr>
        <w:t>Một số đặc điểm lý tưởng như sau:</w:t>
      </w:r>
    </w:p>
    <w:p>
      <w:pPr>
        <w:spacing w:after="80"/>
        <w:ind w:left="360"/>
      </w:pPr>
      <w:r>
        <w:t xml:space="preserve">1. </w:t>
      </w:r>
      <w:r>
        <w:rPr>
          <w:b/>
          <w:i w:val="0"/>
        </w:rPr>
        <w:t xml:space="preserve"> Một điểm khởi đầu duy nhất, rõ ràng </w:t>
      </w:r>
      <w:r>
        <w:rPr>
          <w:b w:val="0"/>
          <w:i w:val="0"/>
        </w:rPr>
        <w:t xml:space="preserve"> : Không gây nhầm lẫn về cách bắt đầu tác vụ.</w:t>
      </w:r>
    </w:p>
    <w:p>
      <w:pPr>
        <w:spacing w:after="80"/>
        <w:ind w:left="360"/>
      </w:pPr>
      <w:r>
        <w:t xml:space="preserve">2. </w:t>
      </w:r>
      <w:r>
        <w:rPr>
          <w:b/>
          <w:i w:val="0"/>
        </w:rPr>
        <w:t xml:space="preserve"> Tham số rõ ràng </w:t>
      </w:r>
      <w:r>
        <w:rPr>
          <w:b w:val="0"/>
          <w:i w:val="0"/>
        </w:rPr>
        <w:t xml:space="preserve"> : Nếu có bất kỳ tham số nào, chúng nên càng tường minh càng tốt.</w:t>
      </w:r>
    </w:p>
    <w:p>
      <w:pPr>
        <w:spacing w:after="80"/>
        <w:ind w:left="360"/>
      </w:pPr>
      <w:r>
        <w:t xml:space="preserve">3. </w:t>
      </w:r>
      <w:r>
        <w:rPr>
          <w:b/>
          <w:i w:val="0"/>
        </w:rPr>
        <w:t xml:space="preserve"> Không tương tác </w:t>
      </w:r>
      <w:r>
        <w:rPr>
          <w:b w:val="0"/>
          <w:i w:val="0"/>
        </w:rPr>
        <w:t xml:space="preserve"> : Không thể dừng thực thi để yêu cầu thông tin từ người dùng.</w:t>
      </w:r>
    </w:p>
    <w:p>
      <w:pPr>
        <w:spacing w:after="80"/>
        <w:ind w:left="360"/>
      </w:pPr>
      <w:r>
        <w:t xml:space="preserve">4. </w:t>
      </w:r>
      <w:r>
        <w:rPr>
          <w:b/>
          <w:i w:val="0"/>
        </w:rPr>
        <w:t xml:space="preserve"> Kết quả </w:t>
      </w:r>
      <w:r>
        <w:rPr>
          <w:b w:val="0"/>
          <w:i w:val="0"/>
        </w:rPr>
        <w:t xml:space="preserve"> </w:t>
      </w:r>
      <w:r>
        <w:rPr>
          <w:b/>
          <w:i w:val="0"/>
        </w:rPr>
        <w:t xml:space="preserve"> nên được lưu trữ </w:t>
      </w:r>
      <w:r>
        <w:rPr>
          <w:b w:val="0"/>
          <w:i w:val="0"/>
        </w:rPr>
        <w:t xml:space="preserve"> </w:t>
      </w:r>
      <w:r>
        <w:rPr>
          <w:b/>
          <w:i w:val="0"/>
        </w:rPr>
        <w:t xml:space="preserve"> , thường là trong một tệp </w:t>
      </w:r>
      <w:r>
        <w:rPr>
          <w:b w:val="0"/>
          <w:i w:val="0"/>
        </w:rPr>
        <w:t xml:space="preserve"> : Nhờ đó có thể kiểm tra chúng vào thời điểm khác với lúc chạy.</w:t>
      </w:r>
    </w:p>
    <w:p>
      <w:pPr>
        <w:spacing w:after="80"/>
        <w:ind w:left="360"/>
      </w:pPr>
      <w:r>
        <w:t xml:space="preserve">5. </w:t>
      </w:r>
      <w:r>
        <w:rPr>
          <w:b/>
          <w:i w:val="0"/>
        </w:rPr>
        <w:t xml:space="preserve"> Kết quả rõ ràng </w:t>
      </w:r>
      <w:r>
        <w:rPr>
          <w:b w:val="0"/>
          <w:i w:val="0"/>
        </w:rPr>
        <w:t xml:space="preserve"> : Khi chúng ta tự giám sát việc thực thi một chương trình, chúng ta có thể chấp nhận kết quả dài dòng hơn, chẳng hạn như dữ liệu không có nhãn hoặc thông tin gỡ lỗi thừa. Tuy nhiên, đối với một tác vụ tự động, kết quả cuối cùng nên càng ngắn gọn và đi thẳng vào vấn đề càng tốt.</w:t>
      </w:r>
    </w:p>
    <w:p>
      <w:pPr>
        <w:spacing w:after="80"/>
        <w:ind w:left="360"/>
      </w:pPr>
      <w:r>
        <w:t xml:space="preserve">6. </w:t>
      </w:r>
      <w:r>
        <w:rPr>
          <w:b/>
          <w:i w:val="0"/>
        </w:rPr>
        <w:t xml:space="preserve"> Lỗi nên được ghi log </w:t>
      </w:r>
      <w:r>
        <w:rPr>
          <w:b w:val="0"/>
          <w:i w:val="0"/>
        </w:rPr>
        <w:t xml:space="preserve"> : Để phân tích xem đã xảy ra vấn đề gì.</w:t>
      </w:r>
    </w:p>
    <w:p>
      <w:pPr>
        <w:spacing w:after="80"/>
      </w:pPr>
      <w:r>
        <w:rPr>
          <w:b w:val="0"/>
          <w:i w:val="0"/>
        </w:rPr>
        <w:t xml:space="preserve">Như chúng ta đã thấy ở chương trước, một chương trình dòng lệnh đã có sẵn rất nhiều đặc điểm đó. Nó luôn có một điểm khởi đầu rõ ràng, với các tham số được định nghĩa, và kết quả có thể được lưu trữ, kể cả chỉ ở định dạng văn bản. Và, từ các công thức trước đó trong </w:t>
      </w:r>
      <w:r>
        <w:rPr>
          <w:b w:val="0"/>
          <w:i/>
        </w:rPr>
        <w:t xml:space="preserve"> Chương 1 </w:t>
      </w:r>
      <w:r>
        <w:rPr>
          <w:b w:val="0"/>
          <w:i w:val="0"/>
        </w:rPr>
        <w:t xml:space="preserve"> , nó có thể được cải thiện bằng cách triển khai một tệp cấu hình nêu rõ ràng hơn các tham số, cùng với việc hướng đầu ra vào một tệp.</w:t>
      </w:r>
    </w:p>
    <w:p>
      <w:pPr>
        <w:spacing w:after="80"/>
      </w:pPr>
      <w:r>
        <w:rPr>
          <w:b/>
          <w:i w:val="0"/>
        </w:rPr>
        <w:t>Lưu ý</w:t>
      </w:r>
    </w:p>
    <w:p>
      <w:pPr>
        <w:spacing w:after="80"/>
      </w:pPr>
      <w:r>
        <w:rPr>
          <w:b w:val="0"/>
          <w:i w:val="0"/>
        </w:rPr>
        <w:t xml:space="preserve">Lưu ý rằng việc đáp ứng điểm 6 là mục tiêu của công thức </w:t>
      </w:r>
      <w:r>
        <w:rPr>
          <w:b w:val="0"/>
          <w:i/>
        </w:rPr>
        <w:t xml:space="preserve"> Bắt lỗi và vấn đề </w:t>
      </w:r>
      <w:r>
        <w:rPr>
          <w:b w:val="0"/>
          <w:i w:val="0"/>
        </w:rPr>
        <w:t xml:space="preserve"> trong chương này và sẽ được đề cập ở đó.</w:t>
      </w:r>
    </w:p>
    <w:p>
      <w:pPr>
        <w:spacing w:after="80"/>
      </w:pPr>
      <w:r>
        <w:rPr>
          <w:b w:val="0"/>
          <w:i w:val="0"/>
        </w:rPr>
        <w:t xml:space="preserve">Để tránh tương tác, đừng sử dụng bất kỳ hàm nào chờ đầu vào của người dùng, chẳng hạn như </w:t>
      </w:r>
      <w:r>
        <w:rPr>
          <w:rFonts w:ascii="Consolas" w:hAnsi="Consolas"/>
          <w:b w:val="0"/>
          <w:i w:val="0"/>
          <w:sz w:val="20"/>
        </w:rPr>
        <w:br/>
        <w:br/>
        <w:t xml:space="preserve">      input</w:t>
        <w:br/>
        <w:t xml:space="preserve">     </w:t>
        <w:br/>
      </w:r>
      <w:r>
        <w:rPr>
          <w:b w:val="0"/>
          <w:i w:val="0"/>
        </w:rPr>
        <w:t xml:space="preserve"> . Và hãy nhớ xóa mọi điểm dừng gỡ lỗi!</w:t>
      </w:r>
    </w:p>
    <w:p>
      <w:pPr>
        <w:pStyle w:val="Heading3"/>
      </w:pPr>
      <w:r>
        <w:rPr>
          <w:rFonts w:ascii="Calibri" w:hAnsi="Calibri"/>
          <w:b/>
          <w:i w:val="0"/>
          <w:sz w:val="26"/>
        </w:rPr>
        <w:t>Chuẩn bị sẵn sàng</w:t>
      </w:r>
    </w:p>
    <w:p>
      <w:pPr>
        <w:spacing w:after="80"/>
      </w:pPr>
      <w:r>
        <w:rPr>
          <w:b w:val="0"/>
          <w:i w:val="0"/>
        </w:rPr>
        <w:t xml:space="preserve">Chúng ta sẽ bắt đầu bằng việc đi theo một cấu trúc trong đó hàm </w:t>
      </w:r>
      <w:r>
        <w:rPr>
          <w:rFonts w:ascii="Consolas" w:hAnsi="Consolas"/>
          <w:b w:val="0"/>
          <w:i w:val="0"/>
          <w:sz w:val="20"/>
        </w:rPr>
        <w:br/>
        <w:br/>
        <w:t xml:space="preserve">      main</w:t>
        <w:br/>
        <w:t xml:space="preserve">     </w:t>
        <w:br/>
      </w:r>
      <w:r>
        <w:rPr>
          <w:b w:val="0"/>
          <w:i w:val="0"/>
        </w:rPr>
        <w:t xml:space="preserve"> sẽ đóng vai trò là điểm khởi đầu (entry point), và tất cả các tham số đều được truyền vào nó.</w:t>
      </w:r>
    </w:p>
    <w:p>
      <w:pPr>
        <w:spacing w:after="80"/>
      </w:pPr>
      <w:r>
        <w:rPr>
          <w:b w:val="0"/>
          <w:i w:val="0"/>
        </w:rPr>
        <w:t xml:space="preserve">Đây cũng chính là cấu trúc cơ bản đã được trình bày trong công thức </w:t>
      </w:r>
      <w:r>
        <w:rPr>
          <w:b w:val="0"/>
          <w:i/>
        </w:rPr>
        <w:t xml:space="preserve"> Thêm tham số dòng lệnh </w:t>
      </w:r>
      <w:r>
        <w:rPr>
          <w:b w:val="0"/>
          <w:i w:val="0"/>
        </w:rPr>
        <w:t xml:space="preserve"> ở </w:t>
      </w:r>
      <w:r>
        <w:rPr>
          <w:b w:val="0"/>
          <w:i/>
        </w:rPr>
        <w:t xml:space="preserve"> Chương 1 </w:t>
      </w:r>
      <w:r>
        <w:rPr>
          <w:b w:val="0"/>
          <w:i w:val="0"/>
        </w:rPr>
        <w:t xml:space="preserve"> , </w:t>
      </w:r>
      <w:r>
        <w:rPr>
          <w:b w:val="0"/>
          <w:i/>
        </w:rPr>
        <w:t xml:space="preserve"> Hãy bắt đầu hành trình tự động hóa của chúng ta </w:t>
      </w:r>
      <w:r>
        <w:rPr>
          <w:b w:val="0"/>
          <w:i w:val="0"/>
        </w:rPr>
        <w:t xml:space="preserve"> .</w:t>
      </w:r>
    </w:p>
    <w:p>
      <w:pPr>
        <w:spacing w:after="80"/>
      </w:pPr>
      <w:r>
        <w:rPr>
          <w:b w:val="0"/>
          <w:i w:val="0"/>
        </w:rPr>
        <w:t xml:space="preserve">Việc định nghĩa hàm </w:t>
      </w:r>
      <w:r>
        <w:rPr>
          <w:rFonts w:ascii="Consolas" w:hAnsi="Consolas"/>
          <w:b w:val="0"/>
          <w:i w:val="0"/>
          <w:sz w:val="20"/>
        </w:rPr>
        <w:br/>
        <w:br/>
        <w:t xml:space="preserve">      main</w:t>
        <w:br/>
        <w:t xml:space="preserve">     </w:t>
        <w:br/>
      </w:r>
      <w:r>
        <w:rPr>
          <w:b w:val="0"/>
          <w:i w:val="0"/>
        </w:rPr>
        <w:t xml:space="preserve"> với tất cả các tham số tường minh sẽ đáp ứng điểm 1 (một điểm khởi đầu duy nhất, rõ ràng) và điểm 2 (tham số rõ ràng). Điểm 3 (không tương tác) không khó để đạt được.</w:t>
      </w:r>
    </w:p>
    <w:p>
      <w:pPr>
        <w:spacing w:after="80"/>
      </w:pPr>
      <w:r>
        <w:rPr>
          <w:b w:val="0"/>
          <w:i w:val="0"/>
        </w:rPr>
        <w:t>Để cải thiện điểm 2 (tham số rõ ràng) và điểm 5 (kết quả rõ ràng), chúng ta sẽ xem xét việc lấy cấu hình từ một tệp và lưu kết quả vào một tệp khác, thay vì hiển thị văn bản ra console. Một lựa chọn khác là gửi thông báo, chẳng hạn như email, sẽ được đề cập ở phần sau của chương này.</w:t>
      </w:r>
    </w:p>
    <w:p>
      <w:pPr>
        <w:pStyle w:val="Heading3"/>
      </w:pPr>
      <w:r>
        <w:rPr>
          <w:rFonts w:ascii="Calibri" w:hAnsi="Calibri"/>
          <w:b/>
          <w:i w:val="0"/>
          <w:sz w:val="26"/>
        </w:rPr>
        <w:t>Cách thực hiện...</w:t>
      </w:r>
    </w:p>
    <w:p>
      <w:pPr>
        <w:spacing w:after="80"/>
        <w:ind w:left="360"/>
      </w:pPr>
      <w:r>
        <w:t xml:space="preserve">1. </w:t>
      </w:r>
      <w:r>
        <w:rPr>
          <w:b w:val="0"/>
          <w:i w:val="0"/>
        </w:rPr>
        <w:t xml:space="preserve">Hãy chuẩn bị chương trình dòng lệnh sau để nhân hai số, và lưu nó thành </w:t>
      </w:r>
      <w:r>
        <w:rPr>
          <w:rFonts w:ascii="Consolas" w:hAnsi="Consolas"/>
          <w:b w:val="0"/>
          <w:i w:val="0"/>
          <w:sz w:val="20"/>
        </w:rPr>
        <w:br/>
        <w:br/>
        <w:t xml:space="preserve">       prepare_task_step1.py</w:t>
        <w:br/>
        <w:t xml:space="preserve">      </w:t>
        <w:br/>
      </w:r>
      <w:r>
        <w:rPr>
          <w:b w:val="0"/>
          <w:i w:val="0"/>
        </w:rPr>
        <w:t xml:space="preserve"> :</w:t>
      </w:r>
    </w:p>
    <w:p>
      <w:pPr>
        <w:spacing w:after="0"/>
        <w:ind w:left="360"/>
        <w:shd w:val="clear" w:color="auto" w:fill="F2F2F2"/>
      </w:pPr>
      <w:r>
        <w:rPr>
          <w:rFonts w:ascii="Consolas" w:hAnsi="Consolas"/>
          <w:sz w:val="18"/>
        </w:rPr>
        <w:t>import argparse</w:t>
      </w:r>
    </w:p>
    <w:p>
      <w:pPr>
        <w:spacing w:after="0"/>
        <w:ind w:left="360"/>
        <w:shd w:val="clear" w:color="auto" w:fill="F2F2F2"/>
      </w:pPr>
      <w:r>
        <w:rPr>
          <w:rFonts w:ascii="Consolas" w:hAnsi="Consolas"/>
          <w:sz w:val="18"/>
        </w:rPr>
        <w:t>def main(number, other_number):</w:t>
      </w:r>
    </w:p>
    <w:p>
      <w:pPr>
        <w:spacing w:after="0"/>
        <w:ind w:left="360"/>
        <w:shd w:val="clear" w:color="auto" w:fill="F2F2F2"/>
      </w:pPr>
      <w:r>
        <w:rPr>
          <w:rFonts w:ascii="Consolas" w:hAnsi="Consolas"/>
          <w:sz w:val="18"/>
        </w:rPr>
        <w:t xml:space="preserve">    result = number * other_number</w:t>
      </w:r>
    </w:p>
    <w:p>
      <w:pPr>
        <w:spacing w:after="0"/>
        <w:ind w:left="360"/>
        <w:shd w:val="clear" w:color="auto" w:fill="F2F2F2"/>
      </w:pPr>
      <w:r>
        <w:rPr>
          <w:rFonts w:ascii="Consolas" w:hAnsi="Consolas"/>
          <w:sz w:val="18"/>
        </w:rPr>
        <w:t xml:space="preserve">    print(f'The result is {result}')</w:t>
      </w:r>
    </w:p>
    <w:p>
      <w:pPr>
        <w:spacing w:after="0"/>
        <w:ind w:left="360"/>
        <w:shd w:val="clear" w:color="auto" w:fill="F2F2F2"/>
      </w:pPr>
      <w:r>
        <w:rPr>
          <w:rFonts w:ascii="Consolas" w:hAnsi="Consolas"/>
          <w:sz w:val="18"/>
        </w:rPr>
        <w:t>if __name__ == '__main__':</w:t>
      </w:r>
    </w:p>
    <w:p>
      <w:pPr>
        <w:spacing w:after="0"/>
        <w:ind w:left="360"/>
        <w:shd w:val="clear" w:color="auto" w:fill="F2F2F2"/>
      </w:pPr>
      <w:r>
        <w:rPr>
          <w:rFonts w:ascii="Consolas" w:hAnsi="Consolas"/>
          <w:sz w:val="18"/>
        </w:rPr>
        <w:t xml:space="preserve">    parser = argparse.ArgumentParser()</w:t>
      </w:r>
    </w:p>
    <w:p>
      <w:pPr>
        <w:spacing w:after="0"/>
        <w:ind w:left="360"/>
        <w:shd w:val="clear" w:color="auto" w:fill="F2F2F2"/>
      </w:pPr>
      <w:r>
        <w:rPr>
          <w:rFonts w:ascii="Consolas" w:hAnsi="Consolas"/>
          <w:sz w:val="18"/>
        </w:rPr>
        <w:t xml:space="preserve">    parser.add_argument('-n1', type=int, help='A number', default=1)</w:t>
      </w:r>
    </w:p>
    <w:p>
      <w:pPr>
        <w:spacing w:after="0"/>
        <w:ind w:left="360"/>
        <w:shd w:val="clear" w:color="auto" w:fill="F2F2F2"/>
      </w:pPr>
      <w:r>
        <w:rPr>
          <w:rFonts w:ascii="Consolas" w:hAnsi="Consolas"/>
          <w:sz w:val="18"/>
        </w:rPr>
        <w:t xml:space="preserve">    parser.add_argument('-n2', type=int, help='Another number', default=1)</w:t>
      </w:r>
    </w:p>
    <w:p>
      <w:pPr>
        <w:spacing w:after="0"/>
        <w:ind w:left="360"/>
        <w:shd w:val="clear" w:color="auto" w:fill="F2F2F2"/>
      </w:pPr>
      <w:r>
        <w:rPr>
          <w:rFonts w:ascii="Consolas" w:hAnsi="Consolas"/>
          <w:sz w:val="18"/>
        </w:rPr>
        <w:t xml:space="preserve">    args = parser.parse_args()</w:t>
      </w:r>
    </w:p>
    <w:p>
      <w:pPr>
        <w:spacing w:after="0"/>
        <w:ind w:left="360"/>
        <w:shd w:val="clear" w:color="auto" w:fill="F2F2F2"/>
      </w:pPr>
      <w:r>
        <w:rPr>
          <w:rFonts w:ascii="Consolas" w:hAnsi="Consolas"/>
          <w:sz w:val="18"/>
        </w:rPr>
        <w:t xml:space="preserve">    main(args.n1, args.n2)</w:t>
      </w:r>
    </w:p>
    <w:p>
      <w:pPr>
        <w:spacing w:after="40"/>
      </w:pPr>
    </w:p>
    <w:p>
      <w:pPr>
        <w:spacing w:after="80"/>
        <w:ind w:left="360"/>
      </w:pPr>
      <w:r>
        <w:t xml:space="preserve">2. </w:t>
      </w:r>
      <w:r>
        <w:rPr>
          <w:b w:val="0"/>
          <w:i w:val="0"/>
        </w:rPr>
        <w:t xml:space="preserve">Chạy </w:t>
      </w:r>
      <w:r>
        <w:rPr>
          <w:rFonts w:ascii="Consolas" w:hAnsi="Consolas"/>
          <w:b w:val="0"/>
          <w:i w:val="0"/>
          <w:sz w:val="20"/>
        </w:rPr>
        <w:br/>
        <w:br/>
        <w:t xml:space="preserve">       prepare_task_step1.py</w:t>
        <w:br/>
        <w:t xml:space="preserve">      </w:t>
        <w:br/>
      </w:r>
      <w:r>
        <w:rPr>
          <w:b w:val="0"/>
          <w:i w:val="0"/>
        </w:rPr>
        <w:t xml:space="preserve"> để nhân hai số:</w:t>
      </w:r>
    </w:p>
    <w:p>
      <w:pPr>
        <w:spacing w:after="0"/>
        <w:ind w:left="360"/>
        <w:shd w:val="clear" w:color="auto" w:fill="F2F2F2"/>
      </w:pPr>
      <w:r>
        <w:rPr>
          <w:rFonts w:ascii="Consolas" w:hAnsi="Consolas"/>
          <w:sz w:val="18"/>
        </w:rPr>
        <w:t>$ uv run prepare_task_step1.py -n1 3 -n2 7</w:t>
      </w:r>
    </w:p>
    <w:p>
      <w:pPr>
        <w:spacing w:after="0"/>
        <w:ind w:left="360"/>
        <w:shd w:val="clear" w:color="auto" w:fill="F2F2F2"/>
      </w:pPr>
      <w:r>
        <w:rPr>
          <w:rFonts w:ascii="Consolas" w:hAnsi="Consolas"/>
          <w:sz w:val="18"/>
        </w:rPr>
        <w:t>The result is 21</w:t>
      </w:r>
    </w:p>
    <w:p>
      <w:pPr>
        <w:spacing w:after="40"/>
      </w:pPr>
    </w:p>
    <w:p>
      <w:pPr>
        <w:spacing w:after="80"/>
        <w:ind w:left="360"/>
      </w:pPr>
      <w:r>
        <w:t xml:space="preserve">3. </w:t>
      </w:r>
      <w:r>
        <w:rPr>
          <w:b w:val="0"/>
          <w:i w:val="0"/>
        </w:rPr>
        <w:t xml:space="preserve">Cập nhật tệp để định nghĩa một tệp cấu hình (config file) chứa cả hai tham số, và lưu nó thành </w:t>
      </w:r>
      <w:r>
        <w:rPr>
          <w:rFonts w:ascii="Consolas" w:hAnsi="Consolas"/>
          <w:b w:val="0"/>
          <w:i w:val="0"/>
          <w:sz w:val="20"/>
        </w:rPr>
        <w:br/>
        <w:br/>
        <w:t xml:space="preserve">       prepare_task_step3.py</w:t>
        <w:br/>
        <w:t xml:space="preserve">      </w:t>
        <w:br/>
      </w:r>
      <w:r>
        <w:rPr>
          <w:b w:val="0"/>
          <w:i w:val="0"/>
        </w:rPr>
        <w:t xml:space="preserve"> . Lưu ý rằng việc định nghĩa tệp cấu hình sẽ ghi đè mọi tham số dòng lệnh:</w:t>
      </w:r>
    </w:p>
    <w:p>
      <w:pPr>
        <w:spacing w:after="0"/>
        <w:ind w:left="360"/>
        <w:shd w:val="clear" w:color="auto" w:fill="F2F2F2"/>
      </w:pPr>
      <w:r>
        <w:rPr>
          <w:rFonts w:ascii="Consolas" w:hAnsi="Consolas"/>
          <w:sz w:val="18"/>
        </w:rPr>
        <w:t>import argparse</w:t>
      </w:r>
    </w:p>
    <w:p>
      <w:pPr>
        <w:spacing w:after="0"/>
        <w:ind w:left="360"/>
        <w:shd w:val="clear" w:color="auto" w:fill="F2F2F2"/>
      </w:pPr>
      <w:r>
        <w:rPr>
          <w:rFonts w:ascii="Consolas" w:hAnsi="Consolas"/>
          <w:sz w:val="18"/>
        </w:rPr>
        <w:t>import configparser</w:t>
      </w:r>
    </w:p>
    <w:p>
      <w:pPr>
        <w:spacing w:after="0"/>
        <w:ind w:left="360"/>
        <w:shd w:val="clear" w:color="auto" w:fill="F2F2F2"/>
      </w:pPr>
      <w:r>
        <w:rPr>
          <w:rFonts w:ascii="Consolas" w:hAnsi="Consolas"/>
          <w:sz w:val="18"/>
        </w:rPr>
        <w:t>def main(number, other_number):</w:t>
      </w:r>
    </w:p>
    <w:p>
      <w:pPr>
        <w:spacing w:after="0"/>
        <w:ind w:left="360"/>
        <w:shd w:val="clear" w:color="auto" w:fill="F2F2F2"/>
      </w:pPr>
      <w:r>
        <w:rPr>
          <w:rFonts w:ascii="Consolas" w:hAnsi="Consolas"/>
          <w:sz w:val="18"/>
        </w:rPr>
        <w:t xml:space="preserve">    result = number * other_number</w:t>
      </w:r>
    </w:p>
    <w:p>
      <w:pPr>
        <w:spacing w:after="0"/>
        <w:ind w:left="360"/>
        <w:shd w:val="clear" w:color="auto" w:fill="F2F2F2"/>
      </w:pPr>
      <w:r>
        <w:rPr>
          <w:rFonts w:ascii="Consolas" w:hAnsi="Consolas"/>
          <w:sz w:val="18"/>
        </w:rPr>
        <w:t xml:space="preserve">    print(f'The result is {result}')</w:t>
      </w:r>
    </w:p>
    <w:p>
      <w:pPr>
        <w:spacing w:after="0"/>
        <w:ind w:left="360"/>
        <w:shd w:val="clear" w:color="auto" w:fill="F2F2F2"/>
      </w:pPr>
      <w:r>
        <w:rPr>
          <w:rFonts w:ascii="Consolas" w:hAnsi="Consolas"/>
          <w:sz w:val="18"/>
        </w:rPr>
        <w:t>if __name__ == '__main__':</w:t>
      </w:r>
    </w:p>
    <w:p>
      <w:pPr>
        <w:spacing w:after="0"/>
        <w:ind w:left="360"/>
        <w:shd w:val="clear" w:color="auto" w:fill="F2F2F2"/>
      </w:pPr>
      <w:r>
        <w:rPr>
          <w:rFonts w:ascii="Consolas" w:hAnsi="Consolas"/>
          <w:sz w:val="18"/>
        </w:rPr>
        <w:t xml:space="preserve">    parser = argparse.ArgumentParser()</w:t>
      </w:r>
    </w:p>
    <w:p>
      <w:pPr>
        <w:spacing w:after="0"/>
        <w:ind w:left="360"/>
        <w:shd w:val="clear" w:color="auto" w:fill="F2F2F2"/>
      </w:pPr>
      <w:r>
        <w:rPr>
          <w:rFonts w:ascii="Consolas" w:hAnsi="Consolas"/>
          <w:sz w:val="18"/>
        </w:rPr>
        <w:t xml:space="preserve">    parser.add_argument('-n1', type=int, help='A number', default=1)</w:t>
      </w:r>
    </w:p>
    <w:p>
      <w:pPr>
        <w:spacing w:after="0"/>
        <w:ind w:left="360"/>
        <w:shd w:val="clear" w:color="auto" w:fill="F2F2F2"/>
      </w:pPr>
      <w:r>
        <w:rPr>
          <w:rFonts w:ascii="Consolas" w:hAnsi="Consolas"/>
          <w:sz w:val="18"/>
        </w:rPr>
        <w:t xml:space="preserve">    parser.add_argument('-n2', type=int, help='Another number', default=1)</w:t>
      </w:r>
    </w:p>
    <w:p>
      <w:pPr>
        <w:spacing w:after="0"/>
        <w:ind w:left="360"/>
        <w:shd w:val="clear" w:color="auto" w:fill="F2F2F2"/>
      </w:pPr>
      <w:r>
        <w:rPr>
          <w:rFonts w:ascii="Consolas" w:hAnsi="Consolas"/>
          <w:sz w:val="18"/>
        </w:rPr>
        <w:t xml:space="preserve">    parser.add_argument('--config', '-c', type=argparse.FileType('r'),</w:t>
      </w:r>
    </w:p>
    <w:p>
      <w:pPr>
        <w:spacing w:after="0"/>
        <w:ind w:left="360"/>
        <w:shd w:val="clear" w:color="auto" w:fill="F2F2F2"/>
      </w:pPr>
      <w:r>
        <w:rPr>
          <w:rFonts w:ascii="Consolas" w:hAnsi="Consolas"/>
          <w:sz w:val="18"/>
        </w:rPr>
        <w:t xml:space="preserve">                        help='config file')</w:t>
      </w:r>
    </w:p>
    <w:p>
      <w:pPr>
        <w:spacing w:after="0"/>
        <w:ind w:left="360"/>
        <w:shd w:val="clear" w:color="auto" w:fill="F2F2F2"/>
      </w:pPr>
      <w:r>
        <w:rPr>
          <w:rFonts w:ascii="Consolas" w:hAnsi="Consolas"/>
          <w:sz w:val="18"/>
        </w:rPr>
        <w:t xml:space="preserve">    args = parser.parse_args()</w:t>
      </w:r>
    </w:p>
    <w:p>
      <w:pPr>
        <w:spacing w:after="0"/>
        <w:ind w:left="360"/>
        <w:shd w:val="clear" w:color="auto" w:fill="F2F2F2"/>
      </w:pPr>
      <w:r>
        <w:rPr>
          <w:rFonts w:ascii="Consolas" w:hAnsi="Consolas"/>
          <w:sz w:val="18"/>
        </w:rPr>
        <w:t xml:space="preserve">    if args.config:</w:t>
      </w:r>
    </w:p>
    <w:p>
      <w:pPr>
        <w:spacing w:after="0"/>
        <w:ind w:left="360"/>
        <w:shd w:val="clear" w:color="auto" w:fill="F2F2F2"/>
      </w:pPr>
      <w:r>
        <w:rPr>
          <w:rFonts w:ascii="Consolas" w:hAnsi="Consolas"/>
          <w:sz w:val="18"/>
        </w:rPr>
        <w:t xml:space="preserve">        config = configparser.ConfigParser()</w:t>
      </w:r>
    </w:p>
    <w:p>
      <w:pPr>
        <w:spacing w:after="0"/>
        <w:ind w:left="360"/>
        <w:shd w:val="clear" w:color="auto" w:fill="F2F2F2"/>
      </w:pPr>
      <w:r>
        <w:rPr>
          <w:rFonts w:ascii="Consolas" w:hAnsi="Consolas"/>
          <w:sz w:val="18"/>
        </w:rPr>
        <w:t xml:space="preserve">        config.read_file(args.config)</w:t>
      </w:r>
    </w:p>
    <w:p>
      <w:pPr>
        <w:spacing w:after="0"/>
        <w:ind w:left="360"/>
        <w:shd w:val="clear" w:color="auto" w:fill="F2F2F2"/>
      </w:pPr>
      <w:r>
        <w:rPr>
          <w:rFonts w:ascii="Consolas" w:hAnsi="Consolas"/>
          <w:sz w:val="18"/>
        </w:rPr>
        <w:t xml:space="preserve">        # Transforming values into integers</w:t>
      </w:r>
    </w:p>
    <w:p>
      <w:pPr>
        <w:spacing w:after="0"/>
        <w:ind w:left="360"/>
        <w:shd w:val="clear" w:color="auto" w:fill="F2F2F2"/>
      </w:pPr>
      <w:r>
        <w:rPr>
          <w:rFonts w:ascii="Consolas" w:hAnsi="Consolas"/>
          <w:sz w:val="18"/>
        </w:rPr>
        <w:t xml:space="preserve">        args.n1 = int(config['ARGUMENTS']['n1'])</w:t>
      </w:r>
    </w:p>
    <w:p>
      <w:pPr>
        <w:spacing w:after="0"/>
        <w:ind w:left="360"/>
        <w:shd w:val="clear" w:color="auto" w:fill="F2F2F2"/>
      </w:pPr>
      <w:r>
        <w:rPr>
          <w:rFonts w:ascii="Consolas" w:hAnsi="Consolas"/>
          <w:sz w:val="18"/>
        </w:rPr>
        <w:t xml:space="preserve">        args.n2 = int(config['ARGUMENTS']['n2'])</w:t>
      </w:r>
    </w:p>
    <w:p>
      <w:pPr>
        <w:spacing w:after="0"/>
        <w:ind w:left="360"/>
        <w:shd w:val="clear" w:color="auto" w:fill="F2F2F2"/>
      </w:pPr>
      <w:r>
        <w:rPr>
          <w:rFonts w:ascii="Consolas" w:hAnsi="Consolas"/>
          <w:sz w:val="18"/>
        </w:rPr>
        <w:t xml:space="preserve">    main(args.n1, args.n2)</w:t>
      </w:r>
    </w:p>
    <w:p>
      <w:pPr>
        <w:spacing w:after="40"/>
      </w:pPr>
    </w:p>
    <w:p>
      <w:pPr>
        <w:spacing w:after="80"/>
        <w:ind w:left="360"/>
      </w:pPr>
      <w:r>
        <w:t xml:space="preserve">4. </w:t>
      </w:r>
      <w:r>
        <w:rPr>
          <w:b w:val="0"/>
          <w:i w:val="0"/>
        </w:rPr>
        <w:t xml:space="preserve">Tạo tệp cấu hình </w:t>
      </w:r>
      <w:r>
        <w:rPr>
          <w:rFonts w:ascii="Consolas" w:hAnsi="Consolas"/>
          <w:b w:val="0"/>
          <w:i w:val="0"/>
          <w:sz w:val="20"/>
        </w:rPr>
        <w:br/>
        <w:br/>
        <w:t xml:space="preserve">       config.ini</w:t>
        <w:br/>
        <w:t xml:space="preserve">      </w:t>
        <w:br/>
      </w:r>
      <w:r>
        <w:rPr>
          <w:b w:val="0"/>
          <w:i w:val="0"/>
        </w:rPr>
        <w:t xml:space="preserve"> . Xem phần </w:t>
      </w:r>
      <w:r>
        <w:rPr>
          <w:rFonts w:ascii="Consolas" w:hAnsi="Consolas"/>
          <w:b w:val="0"/>
          <w:i w:val="0"/>
          <w:sz w:val="20"/>
        </w:rPr>
        <w:br/>
        <w:br/>
        <w:t xml:space="preserve">       ARGUMENTS</w:t>
        <w:br/>
        <w:t xml:space="preserve">      </w:t>
        <w:br/>
      </w:r>
      <w:r>
        <w:rPr>
          <w:b w:val="0"/>
          <w:i w:val="0"/>
        </w:rPr>
        <w:t xml:space="preserve"> và các giá trị </w:t>
      </w:r>
      <w:r>
        <w:rPr>
          <w:rFonts w:ascii="Consolas" w:hAnsi="Consolas"/>
          <w:b w:val="0"/>
          <w:i w:val="0"/>
          <w:sz w:val="20"/>
        </w:rPr>
        <w:br/>
        <w:br/>
        <w:t xml:space="preserve">       n1</w:t>
        <w:br/>
        <w:t xml:space="preserve">      </w:t>
        <w:br/>
      </w:r>
      <w:r>
        <w:rPr>
          <w:b w:val="0"/>
          <w:i w:val="0"/>
        </w:rPr>
        <w:t xml:space="preserve"> và </w:t>
      </w:r>
      <w:r>
        <w:rPr>
          <w:rFonts w:ascii="Consolas" w:hAnsi="Consolas"/>
          <w:b w:val="0"/>
          <w:i w:val="0"/>
          <w:sz w:val="20"/>
        </w:rPr>
        <w:br/>
        <w:br/>
        <w:t xml:space="preserve">       n2</w:t>
        <w:br/>
        <w:t xml:space="preserve">      </w:t>
        <w:br/>
      </w:r>
      <w:r>
        <w:rPr>
          <w:b w:val="0"/>
          <w:i w:val="0"/>
        </w:rPr>
        <w:t xml:space="preserve"> :</w:t>
      </w:r>
    </w:p>
    <w:p>
      <w:pPr>
        <w:spacing w:after="0"/>
        <w:ind w:left="360"/>
        <w:shd w:val="clear" w:color="auto" w:fill="F2F2F2"/>
      </w:pPr>
      <w:r>
        <w:rPr>
          <w:rFonts w:ascii="Consolas" w:hAnsi="Consolas"/>
          <w:sz w:val="18"/>
        </w:rPr>
        <w:t>[ARGUMENTS]</w:t>
      </w:r>
    </w:p>
    <w:p>
      <w:pPr>
        <w:spacing w:after="0"/>
        <w:ind w:left="360"/>
        <w:shd w:val="clear" w:color="auto" w:fill="F2F2F2"/>
      </w:pPr>
      <w:r>
        <w:rPr>
          <w:rFonts w:ascii="Consolas" w:hAnsi="Consolas"/>
          <w:sz w:val="18"/>
        </w:rPr>
        <w:t>n1=5</w:t>
      </w:r>
    </w:p>
    <w:p>
      <w:pPr>
        <w:spacing w:after="0"/>
        <w:ind w:left="360"/>
        <w:shd w:val="clear" w:color="auto" w:fill="F2F2F2"/>
      </w:pPr>
      <w:r>
        <w:rPr>
          <w:rFonts w:ascii="Consolas" w:hAnsi="Consolas"/>
          <w:sz w:val="18"/>
        </w:rPr>
        <w:t>n2=7</w:t>
      </w:r>
    </w:p>
    <w:p>
      <w:pPr>
        <w:spacing w:after="40"/>
      </w:pPr>
    </w:p>
    <w:p>
      <w:pPr>
        <w:spacing w:after="80"/>
        <w:ind w:left="360"/>
      </w:pPr>
      <w:r>
        <w:t xml:space="preserve">5. </w:t>
      </w:r>
      <w:r>
        <w:rPr>
          <w:b w:val="0"/>
          <w:i w:val="0"/>
        </w:rPr>
        <w:t xml:space="preserve">Chạy lệnh với tệp cấu hình. Lưu ý rằng tệp cấu hình ghi đè các tham số dòng lệnh, như đã mô tả ở </w:t>
      </w:r>
      <w:r>
        <w:rPr>
          <w:b w:val="0"/>
          <w:i/>
        </w:rPr>
        <w:t xml:space="preserve"> b </w:t>
      </w:r>
      <w:r>
        <w:rPr>
          <w:b w:val="0"/>
          <w:i w:val="0"/>
        </w:rPr>
        <w:t xml:space="preserve"> </w:t>
      </w:r>
      <w:r>
        <w:rPr>
          <w:b w:val="0"/>
          <w:i/>
        </w:rPr>
        <w:t xml:space="preserve"> ước 2 </w:t>
      </w:r>
      <w:r>
        <w:rPr>
          <w:b w:val="0"/>
          <w:i w:val="0"/>
        </w:rPr>
        <w:t xml:space="preserve"> :</w:t>
      </w:r>
    </w:p>
    <w:p>
      <w:pPr>
        <w:spacing w:after="0"/>
        <w:ind w:left="360"/>
        <w:shd w:val="clear" w:color="auto" w:fill="F2F2F2"/>
      </w:pPr>
      <w:r>
        <w:rPr>
          <w:rFonts w:ascii="Consolas" w:hAnsi="Consolas"/>
          <w:sz w:val="18"/>
        </w:rPr>
        <w:t>$ uv run prepare_task_step3.py -c config.ini</w:t>
      </w:r>
    </w:p>
    <w:p>
      <w:pPr>
        <w:spacing w:after="0"/>
        <w:ind w:left="360"/>
        <w:shd w:val="clear" w:color="auto" w:fill="F2F2F2"/>
      </w:pPr>
      <w:r>
        <w:rPr>
          <w:rFonts w:ascii="Consolas" w:hAnsi="Consolas"/>
          <w:sz w:val="18"/>
        </w:rPr>
        <w:t>The result is 35</w:t>
      </w:r>
    </w:p>
    <w:p>
      <w:pPr>
        <w:spacing w:after="0"/>
        <w:ind w:left="360"/>
        <w:shd w:val="clear" w:color="auto" w:fill="F2F2F2"/>
      </w:pPr>
      <w:r>
        <w:rPr>
          <w:rFonts w:ascii="Consolas" w:hAnsi="Consolas"/>
          <w:sz w:val="18"/>
        </w:rPr>
        <w:t>$ uv run prepare_task_step3.py -c config.ini -n1 2 -n2 3</w:t>
      </w:r>
    </w:p>
    <w:p>
      <w:pPr>
        <w:spacing w:after="0"/>
        <w:ind w:left="360"/>
        <w:shd w:val="clear" w:color="auto" w:fill="F2F2F2"/>
      </w:pPr>
      <w:r>
        <w:rPr>
          <w:rFonts w:ascii="Consolas" w:hAnsi="Consolas"/>
          <w:sz w:val="18"/>
        </w:rPr>
        <w:t>The result is 35</w:t>
      </w:r>
    </w:p>
    <w:p>
      <w:pPr>
        <w:spacing w:after="40"/>
      </w:pPr>
    </w:p>
    <w:p>
      <w:pPr>
        <w:spacing w:after="80"/>
        <w:ind w:left="360"/>
      </w:pPr>
      <w:r>
        <w:t xml:space="preserve">6. </w:t>
      </w:r>
      <w:r>
        <w:rPr>
          <w:b w:val="0"/>
          <w:i w:val="0"/>
        </w:rPr>
        <w:t xml:space="preserve">Thêm một tham số để lưu kết quả vào một tệp, và lưu nó thành </w:t>
      </w:r>
      <w:r>
        <w:rPr>
          <w:rFonts w:ascii="Consolas" w:hAnsi="Consolas"/>
          <w:b w:val="0"/>
          <w:i w:val="0"/>
          <w:sz w:val="20"/>
        </w:rPr>
        <w:br/>
        <w:br/>
        <w:t xml:space="preserve">       prepare_task_step6.py</w:t>
        <w:br/>
        <w:t xml:space="preserve">      </w:t>
        <w:br/>
      </w:r>
      <w:r>
        <w:rPr>
          <w:b w:val="0"/>
          <w:i w:val="0"/>
        </w:rPr>
        <w:t xml:space="preserve"> :</w:t>
      </w:r>
    </w:p>
    <w:p>
      <w:pPr>
        <w:spacing w:after="0"/>
        <w:ind w:left="360"/>
        <w:shd w:val="clear" w:color="auto" w:fill="F2F2F2"/>
      </w:pPr>
      <w:r>
        <w:rPr>
          <w:rFonts w:ascii="Consolas" w:hAnsi="Consolas"/>
          <w:sz w:val="18"/>
        </w:rPr>
        <w:t>import argparse</w:t>
      </w:r>
    </w:p>
    <w:p>
      <w:pPr>
        <w:spacing w:after="0"/>
        <w:ind w:left="360"/>
        <w:shd w:val="clear" w:color="auto" w:fill="F2F2F2"/>
      </w:pPr>
      <w:r>
        <w:rPr>
          <w:rFonts w:ascii="Consolas" w:hAnsi="Consolas"/>
          <w:sz w:val="18"/>
        </w:rPr>
        <w:t>import sys</w:t>
      </w:r>
    </w:p>
    <w:p>
      <w:pPr>
        <w:spacing w:after="0"/>
        <w:ind w:left="360"/>
        <w:shd w:val="clear" w:color="auto" w:fill="F2F2F2"/>
      </w:pPr>
      <w:r>
        <w:rPr>
          <w:rFonts w:ascii="Consolas" w:hAnsi="Consolas"/>
          <w:sz w:val="18"/>
        </w:rPr>
        <w:t>import configparser</w:t>
      </w:r>
    </w:p>
    <w:p>
      <w:pPr>
        <w:spacing w:after="0"/>
        <w:ind w:left="360"/>
        <w:shd w:val="clear" w:color="auto" w:fill="F2F2F2"/>
      </w:pPr>
      <w:r>
        <w:rPr>
          <w:rFonts w:ascii="Consolas" w:hAnsi="Consolas"/>
          <w:sz w:val="18"/>
        </w:rPr>
        <w:t>def main(number, other_number, output):</w:t>
      </w:r>
    </w:p>
    <w:p>
      <w:pPr>
        <w:spacing w:after="0"/>
        <w:ind w:left="360"/>
        <w:shd w:val="clear" w:color="auto" w:fill="F2F2F2"/>
      </w:pPr>
      <w:r>
        <w:rPr>
          <w:rFonts w:ascii="Consolas" w:hAnsi="Consolas"/>
          <w:sz w:val="18"/>
        </w:rPr>
        <w:t xml:space="preserve">    result = number * other_number</w:t>
      </w:r>
    </w:p>
    <w:p>
      <w:pPr>
        <w:spacing w:after="0"/>
        <w:ind w:left="360"/>
        <w:shd w:val="clear" w:color="auto" w:fill="F2F2F2"/>
      </w:pPr>
      <w:r>
        <w:rPr>
          <w:rFonts w:ascii="Consolas" w:hAnsi="Consolas"/>
          <w:sz w:val="18"/>
        </w:rPr>
        <w:t xml:space="preserve">    print(f'The result is {result}', file=output)</w:t>
      </w:r>
    </w:p>
    <w:p>
      <w:pPr>
        <w:spacing w:after="0"/>
        <w:ind w:left="360"/>
        <w:shd w:val="clear" w:color="auto" w:fill="F2F2F2"/>
      </w:pPr>
      <w:r>
        <w:rPr>
          <w:rFonts w:ascii="Consolas" w:hAnsi="Consolas"/>
          <w:sz w:val="18"/>
        </w:rPr>
        <w:t>if __name__ == '__main__':</w:t>
      </w:r>
    </w:p>
    <w:p>
      <w:pPr>
        <w:spacing w:after="0"/>
        <w:ind w:left="360"/>
        <w:shd w:val="clear" w:color="auto" w:fill="F2F2F2"/>
      </w:pPr>
      <w:r>
        <w:rPr>
          <w:rFonts w:ascii="Consolas" w:hAnsi="Consolas"/>
          <w:sz w:val="18"/>
        </w:rPr>
        <w:t xml:space="preserve">    parser = argparse.ArgumentParser()</w:t>
      </w:r>
    </w:p>
    <w:p>
      <w:pPr>
        <w:spacing w:after="0"/>
        <w:ind w:left="360"/>
        <w:shd w:val="clear" w:color="auto" w:fill="F2F2F2"/>
      </w:pPr>
      <w:r>
        <w:rPr>
          <w:rFonts w:ascii="Consolas" w:hAnsi="Consolas"/>
          <w:sz w:val="18"/>
        </w:rPr>
        <w:t xml:space="preserve">    parser.add_argument('-n1', type=int, help='A number', default=1)</w:t>
      </w:r>
    </w:p>
    <w:p>
      <w:pPr>
        <w:spacing w:after="0"/>
        <w:ind w:left="360"/>
        <w:shd w:val="clear" w:color="auto" w:fill="F2F2F2"/>
      </w:pPr>
      <w:r>
        <w:rPr>
          <w:rFonts w:ascii="Consolas" w:hAnsi="Consolas"/>
          <w:sz w:val="18"/>
        </w:rPr>
        <w:t xml:space="preserve">    parser.add_argument('-n2', type=int, help='Another number', default=1)</w:t>
      </w:r>
    </w:p>
    <w:p>
      <w:pPr>
        <w:spacing w:after="0"/>
        <w:ind w:left="360"/>
        <w:shd w:val="clear" w:color="auto" w:fill="F2F2F2"/>
      </w:pPr>
      <w:r>
        <w:rPr>
          <w:rFonts w:ascii="Consolas" w:hAnsi="Consolas"/>
          <w:sz w:val="18"/>
        </w:rPr>
        <w:t xml:space="preserve">    parser.add_argument('--config', '-c', type=argparse.FileType('r'),</w:t>
      </w:r>
    </w:p>
    <w:p>
      <w:pPr>
        <w:spacing w:after="0"/>
        <w:ind w:left="360"/>
        <w:shd w:val="clear" w:color="auto" w:fill="F2F2F2"/>
      </w:pPr>
      <w:r>
        <w:rPr>
          <w:rFonts w:ascii="Consolas" w:hAnsi="Consolas"/>
          <w:sz w:val="18"/>
        </w:rPr>
        <w:t xml:space="preserve">                        help='config file')</w:t>
      </w:r>
    </w:p>
    <w:p>
      <w:pPr>
        <w:spacing w:after="0"/>
        <w:ind w:left="360"/>
        <w:shd w:val="clear" w:color="auto" w:fill="F2F2F2"/>
      </w:pPr>
      <w:r>
        <w:rPr>
          <w:rFonts w:ascii="Consolas" w:hAnsi="Consolas"/>
          <w:sz w:val="18"/>
        </w:rPr>
        <w:t xml:space="preserve">    parser.add_argument('-o', dest='output', type=argparse.FileType('w'),</w:t>
      </w:r>
    </w:p>
    <w:p>
      <w:pPr>
        <w:spacing w:after="0"/>
        <w:ind w:left="360"/>
        <w:shd w:val="clear" w:color="auto" w:fill="F2F2F2"/>
      </w:pPr>
      <w:r>
        <w:rPr>
          <w:rFonts w:ascii="Consolas" w:hAnsi="Consolas"/>
          <w:sz w:val="18"/>
        </w:rPr>
        <w:t xml:space="preserve">                        help='output file',</w:t>
      </w:r>
    </w:p>
    <w:p>
      <w:pPr>
        <w:spacing w:after="0"/>
        <w:ind w:left="360"/>
        <w:shd w:val="clear" w:color="auto" w:fill="F2F2F2"/>
      </w:pPr>
      <w:r>
        <w:rPr>
          <w:rFonts w:ascii="Consolas" w:hAnsi="Consolas"/>
          <w:sz w:val="18"/>
        </w:rPr>
        <w:t xml:space="preserve">                        default=sys.stdout)</w:t>
      </w:r>
    </w:p>
    <w:p>
      <w:pPr>
        <w:spacing w:after="0"/>
        <w:ind w:left="360"/>
        <w:shd w:val="clear" w:color="auto" w:fill="F2F2F2"/>
      </w:pPr>
      <w:r>
        <w:rPr>
          <w:rFonts w:ascii="Consolas" w:hAnsi="Consolas"/>
          <w:sz w:val="18"/>
        </w:rPr>
        <w:t xml:space="preserve">    args = parser.parse_args()</w:t>
      </w:r>
    </w:p>
    <w:p>
      <w:pPr>
        <w:spacing w:after="0"/>
        <w:ind w:left="360"/>
        <w:shd w:val="clear" w:color="auto" w:fill="F2F2F2"/>
      </w:pPr>
      <w:r>
        <w:rPr>
          <w:rFonts w:ascii="Consolas" w:hAnsi="Consolas"/>
          <w:sz w:val="18"/>
        </w:rPr>
        <w:t xml:space="preserve">    if args.config:</w:t>
      </w:r>
    </w:p>
    <w:p>
      <w:pPr>
        <w:spacing w:after="0"/>
        <w:ind w:left="360"/>
        <w:shd w:val="clear" w:color="auto" w:fill="F2F2F2"/>
      </w:pPr>
      <w:r>
        <w:rPr>
          <w:rFonts w:ascii="Consolas" w:hAnsi="Consolas"/>
          <w:sz w:val="18"/>
        </w:rPr>
        <w:t xml:space="preserve">        config = configparser.ConfigParser()</w:t>
      </w:r>
    </w:p>
    <w:p>
      <w:pPr>
        <w:spacing w:after="0"/>
        <w:ind w:left="360"/>
        <w:shd w:val="clear" w:color="auto" w:fill="F2F2F2"/>
      </w:pPr>
      <w:r>
        <w:rPr>
          <w:rFonts w:ascii="Consolas" w:hAnsi="Consolas"/>
          <w:sz w:val="18"/>
        </w:rPr>
        <w:t xml:space="preserve">        config.read_file(args.config)</w:t>
      </w:r>
    </w:p>
    <w:p>
      <w:pPr>
        <w:spacing w:after="0"/>
        <w:ind w:left="360"/>
        <w:shd w:val="clear" w:color="auto" w:fill="F2F2F2"/>
      </w:pPr>
      <w:r>
        <w:rPr>
          <w:rFonts w:ascii="Consolas" w:hAnsi="Consolas"/>
          <w:sz w:val="18"/>
        </w:rPr>
        <w:t xml:space="preserve">        # Transforming values into integers</w:t>
      </w:r>
    </w:p>
    <w:p>
      <w:pPr>
        <w:spacing w:after="0"/>
        <w:ind w:left="360"/>
        <w:shd w:val="clear" w:color="auto" w:fill="F2F2F2"/>
      </w:pPr>
      <w:r>
        <w:rPr>
          <w:rFonts w:ascii="Consolas" w:hAnsi="Consolas"/>
          <w:sz w:val="18"/>
        </w:rPr>
        <w:t xml:space="preserve">        args.n1 = int(config['ARGUMENTS']['n1'])</w:t>
      </w:r>
    </w:p>
    <w:p>
      <w:pPr>
        <w:spacing w:after="0"/>
        <w:ind w:left="360"/>
        <w:shd w:val="clear" w:color="auto" w:fill="F2F2F2"/>
      </w:pPr>
      <w:r>
        <w:rPr>
          <w:rFonts w:ascii="Consolas" w:hAnsi="Consolas"/>
          <w:sz w:val="18"/>
        </w:rPr>
        <w:t xml:space="preserve">        args.n2 = int(config['ARGUMENTS']['n2'])</w:t>
      </w:r>
    </w:p>
    <w:p>
      <w:pPr>
        <w:spacing w:after="0"/>
        <w:ind w:left="360"/>
        <w:shd w:val="clear" w:color="auto" w:fill="F2F2F2"/>
      </w:pPr>
      <w:r>
        <w:rPr>
          <w:rFonts w:ascii="Consolas" w:hAnsi="Consolas"/>
          <w:sz w:val="18"/>
        </w:rPr>
        <w:t xml:space="preserve">    main(args.n1, args.n2, args.output)</w:t>
      </w:r>
    </w:p>
    <w:p>
      <w:pPr>
        <w:spacing w:after="40"/>
      </w:pPr>
    </w:p>
    <w:p>
      <w:pPr>
        <w:spacing w:after="80"/>
        <w:ind w:left="360"/>
      </w:pPr>
      <w:r>
        <w:t xml:space="preserve">7. </w:t>
      </w:r>
      <w:r>
        <w:rPr>
          <w:b w:val="0"/>
          <w:i w:val="0"/>
        </w:rPr>
        <w:t>Chạy kết quả để kiểm tra rằng chương trình đang gửi đầu ra vào tệp đã định nghĩa. Lưu ý rằng không có đầu ra nào ngoài các tệp kết quả:</w:t>
      </w:r>
    </w:p>
    <w:p>
      <w:pPr>
        <w:spacing w:after="0"/>
        <w:ind w:left="360"/>
        <w:shd w:val="clear" w:color="auto" w:fill="F2F2F2"/>
      </w:pPr>
      <w:r>
        <w:rPr>
          <w:rFonts w:ascii="Consolas" w:hAnsi="Consolas"/>
          <w:sz w:val="18"/>
        </w:rPr>
        <w:t>$ uv run prepare_task_step6.py  -n1 3 -n2 5 -o result.txt</w:t>
      </w:r>
    </w:p>
    <w:p>
      <w:pPr>
        <w:spacing w:after="0"/>
        <w:ind w:left="360"/>
        <w:shd w:val="clear" w:color="auto" w:fill="F2F2F2"/>
      </w:pPr>
      <w:r>
        <w:rPr>
          <w:rFonts w:ascii="Consolas" w:hAnsi="Consolas"/>
          <w:sz w:val="18"/>
        </w:rPr>
        <w:t>$ cat result.txt</w:t>
      </w:r>
    </w:p>
    <w:p>
      <w:pPr>
        <w:spacing w:after="0"/>
        <w:ind w:left="360"/>
        <w:shd w:val="clear" w:color="auto" w:fill="F2F2F2"/>
      </w:pPr>
      <w:r>
        <w:rPr>
          <w:rFonts w:ascii="Consolas" w:hAnsi="Consolas"/>
          <w:sz w:val="18"/>
        </w:rPr>
        <w:t>The result is 15</w:t>
      </w:r>
    </w:p>
    <w:p>
      <w:pPr>
        <w:spacing w:after="0"/>
        <w:ind w:left="360"/>
        <w:shd w:val="clear" w:color="auto" w:fill="F2F2F2"/>
      </w:pPr>
      <w:r>
        <w:rPr>
          <w:rFonts w:ascii="Consolas" w:hAnsi="Consolas"/>
          <w:sz w:val="18"/>
        </w:rPr>
        <w:t>$ uv run prepare_task_step6.py  -c config.ini -o result.txt</w:t>
      </w:r>
    </w:p>
    <w:p>
      <w:pPr>
        <w:spacing w:after="0"/>
        <w:ind w:left="360"/>
        <w:shd w:val="clear" w:color="auto" w:fill="F2F2F2"/>
      </w:pPr>
      <w:r>
        <w:rPr>
          <w:rFonts w:ascii="Consolas" w:hAnsi="Consolas"/>
          <w:sz w:val="18"/>
        </w:rPr>
        <w:t>$ cat result.txt</w:t>
      </w:r>
    </w:p>
    <w:p>
      <w:pPr>
        <w:spacing w:after="0"/>
        <w:ind w:left="360"/>
        <w:shd w:val="clear" w:color="auto" w:fill="F2F2F2"/>
      </w:pPr>
      <w:r>
        <w:rPr>
          <w:rFonts w:ascii="Consolas" w:hAnsi="Consolas"/>
          <w:sz w:val="18"/>
        </w:rPr>
        <w:t>The result is 35</w:t>
      </w:r>
    </w:p>
    <w:p>
      <w:pPr>
        <w:spacing w:after="40"/>
      </w:pPr>
    </w:p>
    <w:p>
      <w:pPr>
        <w:pStyle w:val="Heading3"/>
      </w:pPr>
      <w:r>
        <w:rPr>
          <w:rFonts w:ascii="Calibri" w:hAnsi="Calibri"/>
          <w:b/>
          <w:i w:val="0"/>
          <w:sz w:val="26"/>
        </w:rPr>
        <w:t>Cách nó hoạt động…</w:t>
      </w:r>
    </w:p>
    <w:p>
      <w:pPr>
        <w:spacing w:after="80"/>
      </w:pPr>
      <w:r>
        <w:rPr>
          <w:b w:val="0"/>
          <w:i w:val="0"/>
        </w:rPr>
        <w:t xml:space="preserve">Mô-đun </w:t>
      </w:r>
      <w:r>
        <w:rPr>
          <w:rFonts w:ascii="Consolas" w:hAnsi="Consolas"/>
          <w:b w:val="0"/>
          <w:i w:val="0"/>
          <w:sz w:val="20"/>
        </w:rPr>
        <w:br/>
        <w:br/>
        <w:t xml:space="preserve">      argparse</w:t>
        <w:br/>
        <w:t xml:space="preserve">     </w:t>
        <w:br/>
      </w:r>
      <w:r>
        <w:rPr>
          <w:b w:val="0"/>
          <w:i w:val="0"/>
        </w:rPr>
        <w:t xml:space="preserve"> cho phép chúng ta định nghĩa các tệp như là tham số, với kiểu </w:t>
      </w:r>
      <w:r>
        <w:rPr>
          <w:rFonts w:ascii="Consolas" w:hAnsi="Consolas"/>
          <w:b w:val="0"/>
          <w:i w:val="0"/>
          <w:sz w:val="20"/>
        </w:rPr>
        <w:br/>
        <w:br/>
        <w:t xml:space="preserve">      argparse.FileType</w:t>
        <w:br/>
        <w:t xml:space="preserve">     </w:t>
        <w:br/>
      </w:r>
      <w:r>
        <w:rPr>
          <w:b w:val="0"/>
          <w:i w:val="0"/>
        </w:rPr>
        <w:t xml:space="preserve"> , và tự động mở chúng. Điều này rất tiện lợi và sẽ báo lỗi nếu đường dẫn tệp dẫn đến một vị trí không hợp lệ.</w:t>
      </w:r>
    </w:p>
    <w:p>
      <w:pPr>
        <w:spacing w:after="80"/>
      </w:pPr>
      <w:r>
        <w:rPr>
          <w:b w:val="0"/>
          <w:i w:val="0"/>
        </w:rPr>
        <w:t xml:space="preserve">Hãy nhớ mở tệp ở đúng chế độ. Ở </w:t>
      </w:r>
      <w:r>
        <w:rPr>
          <w:b w:val="0"/>
          <w:i/>
        </w:rPr>
        <w:t xml:space="preserve"> b </w:t>
      </w:r>
      <w:r>
        <w:rPr>
          <w:b w:val="0"/>
          <w:i w:val="0"/>
        </w:rPr>
        <w:t xml:space="preserve"> </w:t>
      </w:r>
      <w:r>
        <w:rPr>
          <w:b w:val="0"/>
          <w:i/>
        </w:rPr>
        <w:t xml:space="preserve"> ước 5 </w:t>
      </w:r>
      <w:r>
        <w:rPr>
          <w:b w:val="0"/>
          <w:i w:val="0"/>
        </w:rPr>
        <w:t xml:space="preserve"> , tệp cấu hình được mở ở chế độ đọc ( </w:t>
      </w:r>
      <w:r>
        <w:rPr>
          <w:rFonts w:ascii="Consolas" w:hAnsi="Consolas"/>
          <w:b w:val="0"/>
          <w:i w:val="0"/>
          <w:sz w:val="20"/>
        </w:rPr>
        <w:br/>
        <w:br/>
        <w:t xml:space="preserve">      r</w:t>
        <w:br/>
        <w:t xml:space="preserve">     </w:t>
        <w:br/>
      </w:r>
      <w:r>
        <w:rPr>
          <w:b w:val="0"/>
          <w:i w:val="0"/>
        </w:rPr>
        <w:t xml:space="preserve"> ) và tệp đầu ra ở chế độ ghi ( </w:t>
      </w:r>
      <w:r>
        <w:rPr>
          <w:rFonts w:ascii="Consolas" w:hAnsi="Consolas"/>
          <w:b w:val="0"/>
          <w:i w:val="0"/>
          <w:sz w:val="20"/>
        </w:rPr>
        <w:br/>
        <w:br/>
        <w:t xml:space="preserve">      w</w:t>
        <w:br/>
        <w:t xml:space="preserve">     </w:t>
        <w:br/>
      </w:r>
      <w:r>
        <w:rPr>
          <w:b w:val="0"/>
          <w:i w:val="0"/>
        </w:rPr>
        <w:t xml:space="preserve"> ), chế độ này sẽ ghi đè tệp nếu nó đã tồn tại.</w:t>
      </w:r>
    </w:p>
    <w:p>
      <w:pPr>
        <w:spacing w:after="80"/>
      </w:pPr>
      <w:r>
        <w:rPr>
          <w:b w:val="0"/>
          <w:i w:val="0"/>
        </w:rPr>
        <w:t xml:space="preserve">Một lựa chọn khác mà bạn có thể thấy hữu ích là chế độ ghi thêm (append mode) ( </w:t>
      </w:r>
      <w:r>
        <w:rPr>
          <w:rFonts w:ascii="Consolas" w:hAnsi="Consolas"/>
          <w:b w:val="0"/>
          <w:i w:val="0"/>
          <w:sz w:val="20"/>
        </w:rPr>
        <w:br/>
        <w:br/>
        <w:t xml:space="preserve">      a</w:t>
        <w:br/>
        <w:t xml:space="preserve">     </w:t>
        <w:br/>
      </w:r>
      <w:r>
        <w:rPr>
          <w:b w:val="0"/>
          <w:i w:val="0"/>
        </w:rPr>
        <w:t xml:space="preserve"> ), chế độ này sẽ thêm phần dữ liệu tiếp theo vào cuối một tệp đã tồn tại.</w:t>
      </w:r>
    </w:p>
    <w:p>
      <w:pPr>
        <w:spacing w:after="80"/>
      </w:pPr>
      <w:r>
        <w:rPr>
          <w:b w:val="0"/>
          <w:i w:val="0"/>
        </w:rPr>
        <w:t xml:space="preserve">Mô-đun </w:t>
      </w:r>
      <w:r>
        <w:rPr>
          <w:rFonts w:ascii="Consolas" w:hAnsi="Consolas"/>
          <w:b w:val="0"/>
          <w:i w:val="0"/>
          <w:sz w:val="20"/>
        </w:rPr>
        <w:br/>
        <w:br/>
        <w:t xml:space="preserve">      configparser</w:t>
        <w:br/>
        <w:t xml:space="preserve">     </w:t>
        <w:br/>
      </w:r>
      <w:r>
        <w:rPr>
          <w:b w:val="0"/>
          <w:i w:val="0"/>
        </w:rPr>
        <w:t xml:space="preserve"> , có sẵn trong thư viện chuẩn của Python, cho phép chúng ta sử dụng các tệp cấu hình (config file) một cách dễ dàng. Như đã minh họa trong </w:t>
      </w:r>
      <w:r>
        <w:rPr>
          <w:b w:val="0"/>
          <w:i/>
        </w:rPr>
        <w:t xml:space="preserve"> bước 2 </w:t>
      </w:r>
      <w:r>
        <w:rPr>
          <w:b w:val="0"/>
          <w:i w:val="0"/>
        </w:rPr>
        <w:t xml:space="preserve"> , việc phân tích cú pháp của tệp rất đơn giản, như sau:</w:t>
      </w:r>
    </w:p>
    <w:p>
      <w:pPr>
        <w:spacing w:after="0"/>
        <w:ind w:left="360"/>
        <w:shd w:val="clear" w:color="auto" w:fill="F2F2F2"/>
      </w:pPr>
      <w:r>
        <w:rPr>
          <w:rFonts w:ascii="Consolas" w:hAnsi="Consolas"/>
          <w:sz w:val="18"/>
        </w:rPr>
        <w:t>config = configparser.ConfigParser()</w:t>
      </w:r>
    </w:p>
    <w:p>
      <w:pPr>
        <w:spacing w:after="0"/>
        <w:ind w:left="360"/>
        <w:shd w:val="clear" w:color="auto" w:fill="F2F2F2"/>
      </w:pPr>
      <w:r>
        <w:rPr>
          <w:rFonts w:ascii="Consolas" w:hAnsi="Consolas"/>
          <w:sz w:val="18"/>
        </w:rPr>
        <w:t>config.read_file(file)</w:t>
      </w:r>
    </w:p>
    <w:p>
      <w:pPr>
        <w:spacing w:after="40"/>
      </w:pPr>
    </w:p>
    <w:p>
      <w:pPr>
        <w:spacing w:after="80"/>
      </w:pPr>
      <w:r>
        <w:rPr>
          <w:b w:val="0"/>
          <w:i w:val="0"/>
        </w:rPr>
        <w:t xml:space="preserve">Sau đó, phần cấu hình sẽ có thể truy cập được như một dictionary. Dictionary này có các section của tệp cấu hình làm key, và bên trong là một dictionary khác chứa từng giá trị cấu hình. Vì vậy, giá trị </w:t>
      </w:r>
      <w:r>
        <w:rPr>
          <w:rFonts w:ascii="Consolas" w:hAnsi="Consolas"/>
          <w:b w:val="0"/>
          <w:i w:val="0"/>
          <w:sz w:val="20"/>
        </w:rPr>
        <w:br/>
        <w:br/>
        <w:t xml:space="preserve">      n2</w:t>
        <w:br/>
        <w:t xml:space="preserve">     </w:t>
        <w:br/>
      </w:r>
      <w:r>
        <w:rPr>
          <w:b w:val="0"/>
          <w:i w:val="0"/>
        </w:rPr>
        <w:t xml:space="preserve"> trong section </w:t>
      </w:r>
      <w:r>
        <w:rPr>
          <w:rFonts w:ascii="Consolas" w:hAnsi="Consolas"/>
          <w:b w:val="0"/>
          <w:i w:val="0"/>
          <w:sz w:val="20"/>
        </w:rPr>
        <w:br/>
        <w:br/>
        <w:t xml:space="preserve">      ARGUMENTS</w:t>
        <w:br/>
        <w:t xml:space="preserve">     </w:t>
        <w:br/>
      </w:r>
      <w:r>
        <w:rPr>
          <w:b w:val="0"/>
          <w:i w:val="0"/>
        </w:rPr>
        <w:t xml:space="preserve"> được truy cập bằng </w:t>
      </w:r>
      <w:r>
        <w:rPr>
          <w:rFonts w:ascii="Consolas" w:hAnsi="Consolas"/>
          <w:b w:val="0"/>
          <w:i w:val="0"/>
          <w:sz w:val="20"/>
        </w:rPr>
        <w:br/>
        <w:br/>
        <w:t xml:space="preserve">      config['ARGUMENTS']['n2']</w:t>
        <w:br/>
        <w:t xml:space="preserve">     </w:t>
        <w:br/>
      </w:r>
      <w:r>
        <w:rPr>
          <w:b w:val="0"/>
          <w:i w:val="0"/>
        </w:rPr>
        <w:t xml:space="preserve"> .</w:t>
      </w:r>
    </w:p>
    <w:p>
      <w:pPr>
        <w:spacing w:after="80"/>
      </w:pPr>
      <w:r>
        <w:rPr>
          <w:b w:val="0"/>
          <w:i w:val="0"/>
        </w:rPr>
        <w:t>Lưu ý rằng các giá trị luôn được lưu dưới dạng chuỗi (string), và nếu cần thiết thì phải được chuyển đổi trong code sang các kiểu khác, chẳng hạn như số nguyên (integer).</w:t>
      </w:r>
    </w:p>
    <w:p>
      <w:pPr>
        <w:spacing w:after="80"/>
      </w:pPr>
      <w:r>
        <w:rPr>
          <w:b/>
          <w:i w:val="0"/>
        </w:rPr>
        <w:t>Mẹo</w:t>
      </w:r>
    </w:p>
    <w:p>
      <w:pPr>
        <w:spacing w:after="80"/>
      </w:pPr>
      <w:r>
        <w:rPr>
          <w:b w:val="0"/>
          <w:i w:val="0"/>
        </w:rPr>
        <w:t xml:space="preserve">Hãy nhớ lại những gì chúng ta đã thảo luận trong </w:t>
      </w:r>
      <w:r>
        <w:rPr>
          <w:b w:val="0"/>
          <w:i/>
        </w:rPr>
        <w:t xml:space="preserve"> Chương 1 </w:t>
      </w:r>
      <w:r>
        <w:rPr>
          <w:b w:val="0"/>
          <w:i w:val="0"/>
        </w:rPr>
        <w:t xml:space="preserve"> , </w:t>
      </w:r>
      <w:r>
        <w:rPr>
          <w:b w:val="0"/>
          <w:i/>
        </w:rPr>
        <w:t xml:space="preserve"> Thêm tham số dòng lệnh </w:t>
      </w:r>
      <w:r>
        <w:rPr>
          <w:b w:val="0"/>
          <w:i w:val="0"/>
        </w:rPr>
        <w:t xml:space="preserve"> về các biến môi trường (environment variable). Các giá trị trong tệp cấu hình hoạt động theo cách tương tự. Cả hai lựa chọn đều khả dụng và có thể kết hợp với nhau, nhưng đối với các quy trình tự động thì tệp cấu hình thường rõ ràng và đơn giản hơn, vì bạn sẽ giữ toàn bộ cấu hình cần thiết trong một tệp có thể được quản lý phiên bản (source-controlled).</w:t>
      </w:r>
    </w:p>
    <w:p>
      <w:pPr>
        <w:spacing w:after="80"/>
      </w:pPr>
      <w:r>
        <w:rPr>
          <w:b w:val="0"/>
          <w:i w:val="0"/>
        </w:rPr>
        <w:t xml:space="preserve">Nếu bạn cần lấy các giá trị Boolean, đừng làm </w:t>
      </w:r>
      <w:r>
        <w:rPr>
          <w:rFonts w:ascii="Consolas" w:hAnsi="Consolas"/>
          <w:b w:val="0"/>
          <w:i w:val="0"/>
          <w:sz w:val="20"/>
        </w:rPr>
        <w:br/>
        <w:br/>
        <w:t xml:space="preserve">      value = bool(config[raw_value])</w:t>
        <w:br/>
        <w:t xml:space="preserve">     </w:t>
        <w:br/>
      </w:r>
      <w:r>
        <w:rPr>
          <w:b w:val="0"/>
          <w:i w:val="0"/>
        </w:rPr>
        <w:t xml:space="preserve"> . Bất kỳ chuỗi không rỗng nào cũng sẽ được chuyển thành </w:t>
      </w:r>
      <w:r>
        <w:rPr>
          <w:rFonts w:ascii="Consolas" w:hAnsi="Consolas"/>
          <w:b w:val="0"/>
          <w:i w:val="0"/>
          <w:sz w:val="20"/>
        </w:rPr>
        <w:br/>
        <w:br/>
        <w:t xml:space="preserve">      True</w:t>
        <w:br/>
        <w:t xml:space="preserve">     </w:t>
        <w:br/>
      </w:r>
      <w:r>
        <w:rPr>
          <w:b w:val="0"/>
          <w:i w:val="0"/>
        </w:rPr>
        <w:t xml:space="preserve"> bất kể nội dung là gì; ví dụ, chuỗi </w:t>
      </w:r>
      <w:r>
        <w:rPr>
          <w:rFonts w:ascii="Consolas" w:hAnsi="Consolas"/>
          <w:b w:val="0"/>
          <w:i w:val="0"/>
          <w:sz w:val="20"/>
        </w:rPr>
        <w:br/>
        <w:br/>
        <w:t xml:space="preserve">      'False'</w:t>
        <w:br/>
        <w:t xml:space="preserve">     </w:t>
        <w:br/>
      </w:r>
      <w:r>
        <w:rPr>
          <w:b w:val="0"/>
          <w:i w:val="0"/>
        </w:rPr>
        <w:t xml:space="preserve"> là một chuỗi đúng (true string), vì nó không rỗng. Dùng chuỗi rỗng cũng là một lựa chọn tồi, vì nó gây nhầm lẫn. Thay vào đó hãy dùng phương thức </w:t>
      </w:r>
      <w:r>
        <w:rPr>
          <w:rFonts w:ascii="Consolas" w:hAnsi="Consolas"/>
          <w:b w:val="0"/>
          <w:i w:val="0"/>
          <w:sz w:val="20"/>
        </w:rPr>
        <w:br/>
        <w:br/>
        <w:t xml:space="preserve">      .getboolean</w:t>
        <w:br/>
        <w:t xml:space="preserve">     </w:t>
        <w:br/>
      </w:r>
      <w:r>
        <w:rPr>
          <w:b w:val="0"/>
          <w:i w:val="0"/>
        </w:rPr>
        <w:t xml:space="preserve"> , ví dụ: </w:t>
      </w:r>
      <w:r>
        <w:rPr>
          <w:rFonts w:ascii="Consolas" w:hAnsi="Consolas"/>
          <w:b w:val="0"/>
          <w:i w:val="0"/>
          <w:sz w:val="20"/>
        </w:rPr>
        <w:br/>
        <w:br/>
        <w:t xml:space="preserve">      value = config.getboolean(raw_value)</w:t>
        <w:br/>
        <w:t xml:space="preserve">     </w:t>
        <w:br/>
      </w:r>
      <w:r>
        <w:rPr>
          <w:b w:val="0"/>
          <w:i w:val="0"/>
        </w:rPr>
        <w:t xml:space="preserve"> . Cũng có các phương thức tương tự là </w:t>
      </w:r>
      <w:r>
        <w:rPr>
          <w:rFonts w:ascii="Consolas" w:hAnsi="Consolas"/>
          <w:b w:val="0"/>
          <w:i w:val="0"/>
          <w:sz w:val="20"/>
        </w:rPr>
        <w:br/>
        <w:br/>
        <w:t xml:space="preserve">      .getint()</w:t>
        <w:br/>
        <w:t xml:space="preserve">     </w:t>
        <w:br/>
      </w:r>
      <w:r>
        <w:rPr>
          <w:b w:val="0"/>
          <w:i w:val="0"/>
        </w:rPr>
        <w:t xml:space="preserve"> và </w:t>
      </w:r>
      <w:r>
        <w:rPr>
          <w:rFonts w:ascii="Consolas" w:hAnsi="Consolas"/>
          <w:b w:val="0"/>
          <w:i w:val="0"/>
          <w:sz w:val="20"/>
        </w:rPr>
        <w:br/>
        <w:br/>
        <w:t xml:space="preserve">      .getfloat()</w:t>
        <w:br/>
        <w:t xml:space="preserve">     </w:t>
        <w:br/>
      </w:r>
      <w:r>
        <w:rPr>
          <w:b w:val="0"/>
          <w:i w:val="0"/>
        </w:rPr>
        <w:t xml:space="preserve"> dành cho số nguyên và số thực (float).</w:t>
      </w:r>
    </w:p>
    <w:p>
      <w:pPr>
        <w:spacing w:after="80"/>
      </w:pPr>
      <w:r>
        <w:rPr>
          <w:b w:val="0"/>
          <w:i w:val="0"/>
        </w:rPr>
        <w:t xml:space="preserve">Python 3 cho phép chúng ta truyền một tham số file vào hàm </w:t>
      </w:r>
      <w:r>
        <w:rPr>
          <w:rFonts w:ascii="Consolas" w:hAnsi="Consolas"/>
          <w:b w:val="0"/>
          <w:i w:val="0"/>
          <w:sz w:val="20"/>
        </w:rPr>
        <w:br/>
        <w:br/>
        <w:t xml:space="preserve">      print</w:t>
        <w:br/>
        <w:t xml:space="preserve">     </w:t>
        <w:br/>
      </w:r>
      <w:r>
        <w:rPr>
          <w:b w:val="0"/>
          <w:i w:val="0"/>
        </w:rPr>
        <w:t xml:space="preserve"> , hàm này sẽ ghi vào tệp đó. </w:t>
      </w:r>
      <w:r>
        <w:rPr>
          <w:b w:val="0"/>
          <w:i/>
        </w:rPr>
        <w:t xml:space="preserve"> Bước 5 </w:t>
      </w:r>
      <w:r>
        <w:rPr>
          <w:b w:val="0"/>
          <w:i w:val="0"/>
        </w:rPr>
        <w:t xml:space="preserve"> cho thấy cách sử dụng để chuyển hướng toàn bộ thông tin được in ra vào một tệp.</w:t>
      </w:r>
    </w:p>
    <w:p>
      <w:pPr>
        <w:spacing w:after="80"/>
      </w:pPr>
      <w:r>
        <w:rPr>
          <w:b w:val="0"/>
          <w:i w:val="0"/>
        </w:rPr>
        <w:t xml:space="preserve">Lưu ý rằng tham số mặc định là </w:t>
      </w:r>
      <w:r>
        <w:rPr>
          <w:rFonts w:ascii="Consolas" w:hAnsi="Consolas"/>
          <w:b w:val="0"/>
          <w:i w:val="0"/>
          <w:sz w:val="20"/>
        </w:rPr>
        <w:br/>
        <w:br/>
        <w:t xml:space="preserve">      sys.stdout</w:t>
        <w:br/>
        <w:t xml:space="preserve">     </w:t>
        <w:br/>
      </w:r>
      <w:r>
        <w:rPr>
          <w:b w:val="0"/>
          <w:i w:val="0"/>
        </w:rPr>
        <w:t xml:space="preserve"> (đầu ra chuẩn - standard output), sẽ in giá trị ra terminal (đầu ra chuẩn). Điều này có nghĩa là gọi script mà không có tham số </w:t>
      </w:r>
      <w:r>
        <w:rPr>
          <w:rFonts w:ascii="Consolas" w:hAnsi="Consolas"/>
          <w:b w:val="0"/>
          <w:i w:val="0"/>
          <w:sz w:val="20"/>
        </w:rPr>
        <w:br/>
        <w:br/>
        <w:t xml:space="preserve">      ‑o</w:t>
        <w:br/>
        <w:t xml:space="preserve">     </w:t>
        <w:br/>
      </w:r>
      <w:r>
        <w:rPr>
          <w:b w:val="0"/>
          <w:i w:val="0"/>
        </w:rPr>
        <w:t xml:space="preserve"> sẽ hiển thị thông tin trên màn hình, rất hữu ích khi phát triển và gỡ lỗi (debug) script:</w:t>
      </w:r>
    </w:p>
    <w:p>
      <w:pPr>
        <w:spacing w:after="0"/>
        <w:ind w:left="360"/>
        <w:shd w:val="clear" w:color="auto" w:fill="F2F2F2"/>
      </w:pPr>
      <w:r>
        <w:rPr>
          <w:rFonts w:ascii="Consolas" w:hAnsi="Consolas"/>
          <w:sz w:val="18"/>
        </w:rPr>
        <w:t>$ uv run prepare_task_step6.py -c config.ini</w:t>
      </w:r>
    </w:p>
    <w:p>
      <w:pPr>
        <w:spacing w:after="0"/>
        <w:ind w:left="360"/>
        <w:shd w:val="clear" w:color="auto" w:fill="F2F2F2"/>
      </w:pPr>
      <w:r>
        <w:rPr>
          <w:rFonts w:ascii="Consolas" w:hAnsi="Consolas"/>
          <w:sz w:val="18"/>
        </w:rPr>
        <w:t>The result is 35</w:t>
      </w:r>
    </w:p>
    <w:p>
      <w:pPr>
        <w:spacing w:after="0"/>
        <w:ind w:left="360"/>
        <w:shd w:val="clear" w:color="auto" w:fill="F2F2F2"/>
      </w:pPr>
      <w:r>
        <w:rPr>
          <w:rFonts w:ascii="Consolas" w:hAnsi="Consolas"/>
          <w:sz w:val="18"/>
        </w:rPr>
        <w:t>$ uv run prepare_task_step6.py -c config.ini -o result.txt</w:t>
      </w:r>
    </w:p>
    <w:p>
      <w:pPr>
        <w:spacing w:after="0"/>
        <w:ind w:left="360"/>
        <w:shd w:val="clear" w:color="auto" w:fill="F2F2F2"/>
      </w:pPr>
      <w:r>
        <w:rPr>
          <w:rFonts w:ascii="Consolas" w:hAnsi="Consolas"/>
          <w:sz w:val="18"/>
        </w:rPr>
        <w:t>$ cat result.txt</w:t>
      </w:r>
    </w:p>
    <w:p>
      <w:pPr>
        <w:spacing w:after="0"/>
        <w:ind w:left="360"/>
        <w:shd w:val="clear" w:color="auto" w:fill="F2F2F2"/>
      </w:pPr>
      <w:r>
        <w:rPr>
          <w:rFonts w:ascii="Consolas" w:hAnsi="Consolas"/>
          <w:sz w:val="18"/>
        </w:rPr>
        <w:t>The result is 35</w:t>
      </w:r>
    </w:p>
    <w:p>
      <w:pPr>
        <w:spacing w:after="40"/>
      </w:pPr>
    </w:p>
    <w:p>
      <w:pPr>
        <w:pStyle w:val="Heading3"/>
      </w:pPr>
      <w:r>
        <w:rPr>
          <w:rFonts w:ascii="Calibri" w:hAnsi="Calibri"/>
          <w:b/>
          <w:i w:val="0"/>
          <w:sz w:val="26"/>
        </w:rPr>
        <w:t>Còn nhiều thứ khác nữa...</w:t>
      </w:r>
    </w:p>
    <w:p>
      <w:pPr>
        <w:spacing w:after="80"/>
      </w:pPr>
      <w:r>
        <w:rPr>
          <w:b w:val="0"/>
          <w:i w:val="0"/>
        </w:rPr>
        <w:t xml:space="preserve">Vui lòng tham khảo tài liệu đầy đủ của </w:t>
      </w:r>
      <w:r>
        <w:rPr>
          <w:rFonts w:ascii="Consolas" w:hAnsi="Consolas"/>
          <w:b w:val="0"/>
          <w:i w:val="0"/>
          <w:sz w:val="20"/>
        </w:rPr>
        <w:br/>
        <w:br/>
        <w:t xml:space="preserve">      configparser</w:t>
        <w:br/>
        <w:t xml:space="preserve">     </w:t>
        <w:br/>
      </w:r>
      <w:r>
        <w:rPr>
          <w:b w:val="0"/>
          <w:i w:val="0"/>
        </w:rPr>
        <w:t xml:space="preserve"> trong tài liệu chính thức của Python: </w:t>
      </w:r>
      <w:r>
        <w:rPr>
          <w:rFonts w:ascii="Consolas" w:hAnsi="Consolas"/>
          <w:b w:val="0"/>
          <w:i w:val="0"/>
          <w:sz w:val="20"/>
        </w:rPr>
        <w:br/>
        <w:br/>
        <w:t xml:space="preserve">       https://docs.python.org/3/library/configparser.html</w:t>
        <w:br/>
        <w:t xml:space="preserve">      </w:t>
        <w:br/>
      </w:r>
      <w:r>
        <w:rPr>
          <w:b w:val="0"/>
          <w:i w:val="0"/>
        </w:rPr>
        <w:t xml:space="preserve"> .</w:t>
      </w:r>
    </w:p>
    <w:p>
      <w:pPr>
        <w:spacing w:after="80"/>
      </w:pPr>
      <w:r>
        <w:rPr>
          <w:b w:val="0"/>
          <w:i w:val="0"/>
        </w:rPr>
        <w:t>Trong hầu hết các trường hợp, trình phân tích cấu hình này là đủ tốt, nhưng nếu cần mạnh mẽ hơn thì bạn có thể dùng tệp YAML làm tệp cấu hình.</w:t>
      </w:r>
    </w:p>
    <w:p>
      <w:pPr>
        <w:spacing w:after="80"/>
      </w:pPr>
      <w:r>
        <w:rPr>
          <w:b w:val="0"/>
          <w:i w:val="0"/>
        </w:rPr>
        <w:t xml:space="preserve">Tệp YAML ( </w:t>
      </w:r>
      <w:r>
        <w:rPr>
          <w:rFonts w:ascii="Consolas" w:hAnsi="Consolas"/>
          <w:b w:val="0"/>
          <w:i w:val="0"/>
          <w:sz w:val="20"/>
        </w:rPr>
        <w:br/>
        <w:br/>
        <w:t xml:space="preserve">       https://learn.getgrav.org/advanced/yaml</w:t>
        <w:br/>
        <w:t xml:space="preserve">      </w:t>
        <w:br/>
      </w:r>
      <w:r>
        <w:rPr>
          <w:b w:val="0"/>
          <w:i w:val="0"/>
        </w:rPr>
        <w:t xml:space="preserve"> ) rất phổ biến như là tệp cấu hình trong nhiều dự án phần mềm. Chúng có cấu trúc tốt và có thể được phân tích cú pháp trực tiếp, đồng thời tự động nhận biết các kiểu dữ liệu khác nhau.</w:t>
      </w:r>
    </w:p>
    <w:p>
      <w:pPr>
        <w:spacing w:after="80"/>
        <w:ind w:left="360"/>
      </w:pPr>
      <w:r>
        <w:t xml:space="preserve">1. </w:t>
      </w:r>
      <w:r>
        <w:rPr>
          <w:b w:val="0"/>
          <w:i w:val="0"/>
        </w:rPr>
        <w:t>Để sử dụng tệp YAML, chúng ta cần dùng một mô-đun của bên thứ ba. Thêm PyYAML vào tệp requirements.txt:</w:t>
      </w:r>
    </w:p>
    <w:p>
      <w:pPr>
        <w:spacing w:after="0"/>
        <w:ind w:left="360"/>
        <w:shd w:val="clear" w:color="auto" w:fill="F2F2F2"/>
      </w:pPr>
      <w:r>
        <w:rPr>
          <w:rFonts w:ascii="Consolas" w:hAnsi="Consolas"/>
          <w:sz w:val="18"/>
        </w:rPr>
        <w:t>pyyaml==6.0.3</w:t>
      </w:r>
    </w:p>
    <w:p>
      <w:pPr>
        <w:spacing w:after="40"/>
      </w:pPr>
    </w:p>
    <w:p>
      <w:pPr>
        <w:spacing w:after="80"/>
        <w:ind w:left="360"/>
      </w:pPr>
      <w:r>
        <w:t xml:space="preserve">2. </w:t>
      </w:r>
      <w:r>
        <w:rPr>
          <w:b w:val="0"/>
          <w:i w:val="0"/>
        </w:rPr>
        <w:t xml:space="preserve">Cài đặt các yêu cầu (requirements) trong môi trường ảo (virtual environment) được quản lý bởi </w:t>
      </w:r>
      <w:r>
        <w:rPr>
          <w:rFonts w:ascii="Consolas" w:hAnsi="Consolas"/>
          <w:b w:val="0"/>
          <w:i w:val="0"/>
          <w:sz w:val="20"/>
        </w:rPr>
        <w:br/>
        <w:br/>
        <w:t xml:space="preserve">       uv</w:t>
        <w:br/>
        <w:t xml:space="preserve">      </w:t>
        <w:br/>
      </w:r>
      <w:r>
        <w:rPr>
          <w:b w:val="0"/>
          <w:i w:val="0"/>
        </w:rPr>
        <w:t xml:space="preserve"> :</w:t>
      </w:r>
    </w:p>
    <w:p>
      <w:pPr>
        <w:spacing w:after="0"/>
        <w:ind w:left="360"/>
        <w:shd w:val="clear" w:color="auto" w:fill="F2F2F2"/>
      </w:pPr>
      <w:r>
        <w:rPr>
          <w:rFonts w:ascii="Consolas" w:hAnsi="Consolas"/>
          <w:sz w:val="18"/>
        </w:rPr>
        <w:t>$ uv pip install -r requirements.txt</w:t>
      </w:r>
    </w:p>
    <w:p>
      <w:pPr>
        <w:spacing w:after="40"/>
      </w:pPr>
    </w:p>
    <w:p>
      <w:pPr>
        <w:spacing w:after="80"/>
        <w:ind w:left="360"/>
      </w:pPr>
      <w:r>
        <w:t xml:space="preserve">3. </w:t>
      </w:r>
      <w:r>
        <w:rPr>
          <w:b w:val="0"/>
          <w:i w:val="0"/>
        </w:rPr>
        <w:t xml:space="preserve">Tạo tệp </w:t>
      </w:r>
      <w:r>
        <w:rPr>
          <w:rFonts w:ascii="Consolas" w:hAnsi="Consolas"/>
          <w:b w:val="0"/>
          <w:i w:val="0"/>
          <w:sz w:val="20"/>
        </w:rPr>
        <w:br/>
        <w:br/>
        <w:t xml:space="preserve">       prepare_task_yaml.py</w:t>
        <w:br/>
        <w:t xml:space="preserve">      </w:t>
        <w:br/>
      </w:r>
      <w:r>
        <w:rPr>
          <w:b w:val="0"/>
          <w:i w:val="0"/>
        </w:rPr>
        <w:t xml:space="preserve"> : Lưu ý rằng hàm </w:t>
      </w:r>
      <w:r>
        <w:rPr>
          <w:rFonts w:ascii="Consolas" w:hAnsi="Consolas"/>
          <w:b w:val="0"/>
          <w:i w:val="0"/>
          <w:sz w:val="20"/>
        </w:rPr>
        <w:br/>
        <w:br/>
        <w:t xml:space="preserve">         PyYAMLyaml.load()</w:t>
        <w:br/>
        <w:t xml:space="preserve">        </w:t>
        <w:br/>
      </w:r>
      <w:r>
        <w:rPr>
          <w:b w:val="0"/>
          <w:i w:val="0"/>
        </w:rPr>
        <w:t xml:space="preserve"> yêu cầu một tham số </w:t>
      </w:r>
      <w:r>
        <w:rPr>
          <w:rFonts w:ascii="Consolas" w:hAnsi="Consolas"/>
          <w:b w:val="0"/>
          <w:i w:val="0"/>
          <w:sz w:val="20"/>
        </w:rPr>
        <w:br/>
        <w:br/>
        <w:t xml:space="preserve">         Loader</w:t>
        <w:br/>
        <w:t xml:space="preserve">        </w:t>
        <w:br/>
      </w:r>
      <w:r>
        <w:rPr>
          <w:b w:val="0"/>
          <w:i w:val="0"/>
        </w:rPr>
        <w:t xml:space="preserve"> . Điều này nhằm tránh việc thực thi mã tùy ý nếu tệp YAML đến từ một nguồn không đáng tin cậy. Luôn dùng </w:t>
      </w:r>
      <w:r>
        <w:rPr>
          <w:rFonts w:ascii="Consolas" w:hAnsi="Consolas"/>
          <w:b w:val="0"/>
          <w:i w:val="0"/>
          <w:sz w:val="20"/>
        </w:rPr>
        <w:br/>
        <w:br/>
        <w:t xml:space="preserve">         yaml.SafeLoader</w:t>
        <w:br/>
        <w:t xml:space="preserve">        </w:t>
        <w:br/>
      </w:r>
      <w:r>
        <w:rPr>
          <w:b w:val="0"/>
          <w:i w:val="0"/>
        </w:rPr>
        <w:t xml:space="preserve"> trừ khi bạn cần một số tính năng của ngôn ngữ YAML. Và </w:t>
      </w:r>
      <w:r>
        <w:rPr>
          <w:b/>
          <w:i w:val="0"/>
        </w:rPr>
        <w:t xml:space="preserve"> đừng </w:t>
      </w:r>
      <w:r>
        <w:rPr>
          <w:b w:val="0"/>
          <w:i w:val="0"/>
        </w:rPr>
        <w:t xml:space="preserve"> </w:t>
      </w:r>
      <w:r>
        <w:rPr>
          <w:b/>
          <w:i w:val="0"/>
        </w:rPr>
        <w:t xml:space="preserve"> bao giờ </w:t>
      </w:r>
      <w:r>
        <w:rPr>
          <w:b w:val="0"/>
          <w:i w:val="0"/>
        </w:rPr>
        <w:t xml:space="preserve"> dùng loader nào khác ngoài </w:t>
      </w:r>
      <w:r>
        <w:rPr>
          <w:rFonts w:ascii="Consolas" w:hAnsi="Consolas"/>
          <w:b w:val="0"/>
          <w:i w:val="0"/>
          <w:sz w:val="20"/>
        </w:rPr>
        <w:br/>
        <w:br/>
        <w:t xml:space="preserve">         yaml.SafeLoader</w:t>
        <w:br/>
        <w:t xml:space="preserve">        </w:t>
        <w:br/>
      </w:r>
      <w:r>
        <w:rPr>
          <w:b w:val="0"/>
          <w:i w:val="0"/>
        </w:rPr>
        <w:t xml:space="preserve"> nếu bất kỳ phần nào của cấu hình đến từ tệp YAML có nguồn gốc không đáng tin cậy (ví dụ: dữ liệu do người dùng nhập). Tham khảo bài viết này để biết thêm thông tin: </w:t>
      </w:r>
      <w:r>
        <w:rPr>
          <w:rFonts w:ascii="Consolas" w:hAnsi="Consolas"/>
          <w:b w:val="0"/>
          <w:i w:val="0"/>
          <w:sz w:val="20"/>
        </w:rPr>
        <w:br/>
        <w:br/>
        <w:t xml:space="preserve">          https://github.com/yaml/pyyaml/wiki/PyYAML-yaml.load(input)-Deprecation</w:t>
        <w:br/>
        <w:t xml:space="preserve">         </w:t>
        <w:br/>
      </w:r>
      <w:r>
        <w:rPr>
          <w:b w:val="0"/>
          <w:i w:val="0"/>
        </w:rPr>
        <w:t xml:space="preserve"> .</w:t>
      </w:r>
    </w:p>
    <w:p>
      <w:pPr>
        <w:spacing w:after="0"/>
        <w:ind w:left="360"/>
        <w:shd w:val="clear" w:color="auto" w:fill="F2F2F2"/>
      </w:pPr>
      <w:r>
        <w:rPr>
          <w:rFonts w:ascii="Consolas" w:hAnsi="Consolas"/>
          <w:sz w:val="18"/>
        </w:rPr>
        <w:t>import yaml</w:t>
      </w:r>
    </w:p>
    <w:p>
      <w:pPr>
        <w:spacing w:after="0"/>
        <w:ind w:left="360"/>
        <w:shd w:val="clear" w:color="auto" w:fill="F2F2F2"/>
      </w:pPr>
      <w:r>
        <w:rPr>
          <w:rFonts w:ascii="Consolas" w:hAnsi="Consolas"/>
          <w:sz w:val="18"/>
        </w:rPr>
        <w:t>import argparse</w:t>
      </w:r>
    </w:p>
    <w:p>
      <w:pPr>
        <w:spacing w:after="0"/>
        <w:ind w:left="360"/>
        <w:shd w:val="clear" w:color="auto" w:fill="F2F2F2"/>
      </w:pPr>
      <w:r>
        <w:rPr>
          <w:rFonts w:ascii="Consolas" w:hAnsi="Consolas"/>
          <w:sz w:val="18"/>
        </w:rPr>
        <w:t>import sys</w:t>
      </w:r>
    </w:p>
    <w:p>
      <w:pPr>
        <w:spacing w:after="0"/>
        <w:ind w:left="360"/>
        <w:shd w:val="clear" w:color="auto" w:fill="F2F2F2"/>
      </w:pPr>
      <w:r>
        <w:rPr>
          <w:rFonts w:ascii="Consolas" w:hAnsi="Consolas"/>
          <w:sz w:val="18"/>
        </w:rPr>
        <w:t>def main(number, other_number, output):</w:t>
      </w:r>
    </w:p>
    <w:p>
      <w:pPr>
        <w:spacing w:after="0"/>
        <w:ind w:left="360"/>
        <w:shd w:val="clear" w:color="auto" w:fill="F2F2F2"/>
      </w:pPr>
      <w:r>
        <w:rPr>
          <w:rFonts w:ascii="Consolas" w:hAnsi="Consolas"/>
          <w:sz w:val="18"/>
        </w:rPr>
        <w:t xml:space="preserve">    result = number * other_number</w:t>
      </w:r>
    </w:p>
    <w:p>
      <w:pPr>
        <w:spacing w:after="0"/>
        <w:ind w:left="360"/>
        <w:shd w:val="clear" w:color="auto" w:fill="F2F2F2"/>
      </w:pPr>
      <w:r>
        <w:rPr>
          <w:rFonts w:ascii="Consolas" w:hAnsi="Consolas"/>
          <w:sz w:val="18"/>
        </w:rPr>
        <w:t xml:space="preserve">    print(f'The result is {result}', file=output)</w:t>
      </w:r>
    </w:p>
    <w:p>
      <w:pPr>
        <w:spacing w:after="0"/>
        <w:ind w:left="360"/>
        <w:shd w:val="clear" w:color="auto" w:fill="F2F2F2"/>
      </w:pPr>
      <w:r>
        <w:rPr>
          <w:rFonts w:ascii="Consolas" w:hAnsi="Consolas"/>
          <w:sz w:val="18"/>
        </w:rPr>
        <w:t>if __name__ == '__main__':</w:t>
      </w:r>
    </w:p>
    <w:p>
      <w:pPr>
        <w:spacing w:after="0"/>
        <w:ind w:left="360"/>
        <w:shd w:val="clear" w:color="auto" w:fill="F2F2F2"/>
      </w:pPr>
      <w:r>
        <w:rPr>
          <w:rFonts w:ascii="Consolas" w:hAnsi="Consolas"/>
          <w:sz w:val="18"/>
        </w:rPr>
        <w:t xml:space="preserve">    parser = argparse.ArgumentParser()</w:t>
      </w:r>
    </w:p>
    <w:p>
      <w:pPr>
        <w:spacing w:after="0"/>
        <w:ind w:left="360"/>
        <w:shd w:val="clear" w:color="auto" w:fill="F2F2F2"/>
      </w:pPr>
      <w:r>
        <w:rPr>
          <w:rFonts w:ascii="Consolas" w:hAnsi="Consolas"/>
          <w:sz w:val="18"/>
        </w:rPr>
        <w:t xml:space="preserve">    parser.add_argument('-n1', type=int, help='A number', default=1)</w:t>
      </w:r>
    </w:p>
    <w:p>
      <w:pPr>
        <w:spacing w:after="0"/>
        <w:ind w:left="360"/>
        <w:shd w:val="clear" w:color="auto" w:fill="F2F2F2"/>
      </w:pPr>
      <w:r>
        <w:rPr>
          <w:rFonts w:ascii="Consolas" w:hAnsi="Consolas"/>
          <w:sz w:val="18"/>
        </w:rPr>
        <w:t xml:space="preserve">    parser.add_argument('-n2', type=int, help='Another number', default=1)</w:t>
      </w:r>
    </w:p>
    <w:p>
      <w:pPr>
        <w:spacing w:after="0"/>
        <w:ind w:left="360"/>
        <w:shd w:val="clear" w:color="auto" w:fill="F2F2F2"/>
      </w:pPr>
      <w:r>
        <w:rPr>
          <w:rFonts w:ascii="Consolas" w:hAnsi="Consolas"/>
          <w:sz w:val="18"/>
        </w:rPr>
        <w:t xml:space="preserve">    parser.add_argument('-c', dest='config', type=argparse.FileType('r'),</w:t>
      </w:r>
    </w:p>
    <w:p>
      <w:pPr>
        <w:spacing w:after="0"/>
        <w:ind w:left="360"/>
        <w:shd w:val="clear" w:color="auto" w:fill="F2F2F2"/>
      </w:pPr>
      <w:r>
        <w:rPr>
          <w:rFonts w:ascii="Consolas" w:hAnsi="Consolas"/>
          <w:sz w:val="18"/>
        </w:rPr>
        <w:t xml:space="preserve"> help='config file in YAML format',</w:t>
      </w:r>
    </w:p>
    <w:p>
      <w:pPr>
        <w:spacing w:after="0"/>
        <w:ind w:left="360"/>
        <w:shd w:val="clear" w:color="auto" w:fill="F2F2F2"/>
      </w:pPr>
      <w:r>
        <w:rPr>
          <w:rFonts w:ascii="Consolas" w:hAnsi="Consolas"/>
          <w:sz w:val="18"/>
        </w:rPr>
        <w:t xml:space="preserve"> default=None)</w:t>
      </w:r>
    </w:p>
    <w:p>
      <w:pPr>
        <w:spacing w:after="0"/>
        <w:ind w:left="360"/>
        <w:shd w:val="clear" w:color="auto" w:fill="F2F2F2"/>
      </w:pPr>
      <w:r>
        <w:rPr>
          <w:rFonts w:ascii="Consolas" w:hAnsi="Consolas"/>
          <w:sz w:val="18"/>
        </w:rPr>
        <w:t xml:space="preserve">    parser.add_argument('-o', dest='output', type=argparse.FileType('w'),</w:t>
      </w:r>
    </w:p>
    <w:p>
      <w:pPr>
        <w:spacing w:after="0"/>
        <w:ind w:left="360"/>
        <w:shd w:val="clear" w:color="auto" w:fill="F2F2F2"/>
      </w:pPr>
      <w:r>
        <w:rPr>
          <w:rFonts w:ascii="Consolas" w:hAnsi="Consolas"/>
          <w:sz w:val="18"/>
        </w:rPr>
        <w:t xml:space="preserve">                        help='output file',</w:t>
      </w:r>
    </w:p>
    <w:p>
      <w:pPr>
        <w:spacing w:after="0"/>
        <w:ind w:left="360"/>
        <w:shd w:val="clear" w:color="auto" w:fill="F2F2F2"/>
      </w:pPr>
      <w:r>
        <w:rPr>
          <w:rFonts w:ascii="Consolas" w:hAnsi="Consolas"/>
          <w:sz w:val="18"/>
        </w:rPr>
        <w:t xml:space="preserve">                        default=sys.stdout)</w:t>
      </w:r>
    </w:p>
    <w:p>
      <w:pPr>
        <w:spacing w:after="0"/>
        <w:ind w:left="360"/>
        <w:shd w:val="clear" w:color="auto" w:fill="F2F2F2"/>
      </w:pPr>
      <w:r>
        <w:rPr>
          <w:rFonts w:ascii="Consolas" w:hAnsi="Consolas"/>
          <w:sz w:val="18"/>
        </w:rPr>
        <w:t xml:space="preserve">    args = parser.parse_args()</w:t>
      </w:r>
    </w:p>
    <w:p>
      <w:pPr>
        <w:spacing w:after="0"/>
        <w:ind w:left="360"/>
        <w:shd w:val="clear" w:color="auto" w:fill="F2F2F2"/>
      </w:pPr>
      <w:r>
        <w:rPr>
          <w:rFonts w:ascii="Consolas" w:hAnsi="Consolas"/>
          <w:sz w:val="18"/>
        </w:rPr>
        <w:t xml:space="preserve">    if args.config:</w:t>
      </w:r>
    </w:p>
    <w:p>
      <w:pPr>
        <w:spacing w:after="0"/>
        <w:ind w:left="360"/>
        <w:shd w:val="clear" w:color="auto" w:fill="F2F2F2"/>
      </w:pPr>
      <w:r>
        <w:rPr>
          <w:rFonts w:ascii="Consolas" w:hAnsi="Consolas"/>
          <w:sz w:val="18"/>
        </w:rPr>
        <w:t xml:space="preserve">        config = yaml.load(args.config, Loader= yaml.SafeLoader)</w:t>
      </w:r>
    </w:p>
    <w:p>
      <w:pPr>
        <w:spacing w:after="0"/>
        <w:ind w:left="360"/>
        <w:shd w:val="clear" w:color="auto" w:fill="F2F2F2"/>
      </w:pPr>
      <w:r>
        <w:rPr>
          <w:rFonts w:ascii="Consolas" w:hAnsi="Consolas"/>
          <w:sz w:val="18"/>
        </w:rPr>
        <w:t xml:space="preserve">        # No need to transform values</w:t>
      </w:r>
    </w:p>
    <w:p>
      <w:pPr>
        <w:spacing w:after="0"/>
        <w:ind w:left="360"/>
        <w:shd w:val="clear" w:color="auto" w:fill="F2F2F2"/>
      </w:pPr>
      <w:r>
        <w:rPr>
          <w:rFonts w:ascii="Consolas" w:hAnsi="Consolas"/>
          <w:sz w:val="18"/>
        </w:rPr>
        <w:t xml:space="preserve">        args.n1 = config['ARGUMENTS']['n1']</w:t>
      </w:r>
    </w:p>
    <w:p>
      <w:pPr>
        <w:spacing w:after="0"/>
        <w:ind w:left="360"/>
        <w:shd w:val="clear" w:color="auto" w:fill="F2F2F2"/>
      </w:pPr>
      <w:r>
        <w:rPr>
          <w:rFonts w:ascii="Consolas" w:hAnsi="Consolas"/>
          <w:sz w:val="18"/>
        </w:rPr>
        <w:t xml:space="preserve">        args.n2 = config['ARGUMENTS']['n2']</w:t>
      </w:r>
    </w:p>
    <w:p>
      <w:pPr>
        <w:spacing w:after="0"/>
        <w:ind w:left="360"/>
        <w:shd w:val="clear" w:color="auto" w:fill="F2F2F2"/>
      </w:pPr>
      <w:r>
        <w:rPr>
          <w:rFonts w:ascii="Consolas" w:hAnsi="Consolas"/>
          <w:sz w:val="18"/>
        </w:rPr>
        <w:t xml:space="preserve">    main(args.n1, args.n2, args.output)</w:t>
      </w:r>
    </w:p>
    <w:p>
      <w:pPr>
        <w:spacing w:after="40"/>
      </w:pPr>
    </w:p>
    <w:p>
      <w:pPr>
        <w:spacing w:after="80"/>
        <w:ind w:left="360"/>
      </w:pPr>
      <w:r>
        <w:t xml:space="preserve">4. </w:t>
      </w:r>
      <w:r>
        <w:rPr>
          <w:b w:val="0"/>
          <w:i w:val="0"/>
        </w:rPr>
        <w:t xml:space="preserve">Định nghĩa tệp cấu hình, </w:t>
      </w:r>
      <w:r>
        <w:rPr>
          <w:rFonts w:ascii="Consolas" w:hAnsi="Consolas"/>
          <w:b w:val="0"/>
          <w:i w:val="0"/>
          <w:sz w:val="20"/>
        </w:rPr>
        <w:br/>
        <w:br/>
        <w:t xml:space="preserve">       config.yaml</w:t>
        <w:br/>
        <w:t xml:space="preserve">      </w:t>
        <w:br/>
      </w:r>
      <w:r>
        <w:rPr>
          <w:b w:val="0"/>
          <w:i w:val="0"/>
        </w:rPr>
        <w:t xml:space="preserve"> :</w:t>
      </w:r>
    </w:p>
    <w:p>
      <w:pPr>
        <w:spacing w:after="0"/>
        <w:ind w:left="360"/>
        <w:shd w:val="clear" w:color="auto" w:fill="F2F2F2"/>
      </w:pPr>
      <w:r>
        <w:rPr>
          <w:rFonts w:ascii="Consolas" w:hAnsi="Consolas"/>
          <w:sz w:val="18"/>
        </w:rPr>
        <w:t>ARGUMENTS:</w:t>
      </w:r>
    </w:p>
    <w:p>
      <w:pPr>
        <w:spacing w:after="0"/>
        <w:ind w:left="360"/>
        <w:shd w:val="clear" w:color="auto" w:fill="F2F2F2"/>
      </w:pPr>
      <w:r>
        <w:rPr>
          <w:rFonts w:ascii="Consolas" w:hAnsi="Consolas"/>
          <w:sz w:val="18"/>
        </w:rPr>
        <w:t>n1: 7</w:t>
      </w:r>
    </w:p>
    <w:p>
      <w:pPr>
        <w:spacing w:after="0"/>
        <w:ind w:left="360"/>
        <w:shd w:val="clear" w:color="auto" w:fill="F2F2F2"/>
      </w:pPr>
      <w:r>
        <w:rPr>
          <w:rFonts w:ascii="Consolas" w:hAnsi="Consolas"/>
          <w:sz w:val="18"/>
        </w:rPr>
        <w:t>n2: 4</w:t>
      </w:r>
    </w:p>
    <w:p>
      <w:pPr>
        <w:spacing w:after="40"/>
      </w:pPr>
    </w:p>
    <w:p>
      <w:pPr>
        <w:spacing w:after="80"/>
        <w:ind w:left="360"/>
      </w:pPr>
      <w:r>
        <w:t xml:space="preserve">5. </w:t>
      </w:r>
      <w:r>
        <w:rPr>
          <w:b w:val="0"/>
          <w:i w:val="0"/>
        </w:rPr>
        <w:t>Sau đó chạy lệnh sau:</w:t>
      </w:r>
    </w:p>
    <w:p>
      <w:pPr>
        <w:spacing w:after="0"/>
        <w:ind w:left="360"/>
        <w:shd w:val="clear" w:color="auto" w:fill="F2F2F2"/>
      </w:pPr>
      <w:r>
        <w:rPr>
          <w:rFonts w:ascii="Consolas" w:hAnsi="Consolas"/>
          <w:sz w:val="18"/>
        </w:rPr>
        <w:t>$ uv run prepare_task_yaml.py -c config.yaml</w:t>
      </w:r>
    </w:p>
    <w:p>
      <w:pPr>
        <w:spacing w:after="0"/>
        <w:ind w:left="360"/>
        <w:shd w:val="clear" w:color="auto" w:fill="F2F2F2"/>
      </w:pPr>
      <w:r>
        <w:rPr>
          <w:rFonts w:ascii="Consolas" w:hAnsi="Consolas"/>
          <w:sz w:val="18"/>
        </w:rPr>
        <w:t>The result is 28</w:t>
      </w:r>
    </w:p>
    <w:p>
      <w:pPr>
        <w:spacing w:after="40"/>
      </w:pPr>
    </w:p>
    <w:p>
      <w:pPr>
        <w:spacing w:after="80"/>
      </w:pPr>
      <w:r>
        <w:rPr>
          <w:b w:val="0"/>
          <w:i w:val="0"/>
        </w:rPr>
        <w:t>Cũng có khả năng đặt một tệp cấu hình mặc định, cũng như một tệp đầu ra mặc định. Điều này có thể hữu ích để tạo một tác vụ không cần tham số đầu vào khi chạy tự động.</w:t>
      </w:r>
    </w:p>
    <w:p>
      <w:pPr>
        <w:spacing w:after="80"/>
      </w:pPr>
      <w:r>
        <w:rPr>
          <w:b w:val="0"/>
          <w:i w:val="0"/>
        </w:rPr>
        <w:t xml:space="preserve">Theo nguyên tắc chung, hãy cố tránh tạo quá nhiều tham số đầu vào và cấu hình nếu tác vụ có mục tiêu rất cụ thể. Hãy giới hạn các tham số đầu vào cho những lần thực thi khác nhau của tác vụ. Một tham số không bao giờ thay đổi thì có lẽ nên được định nghĩa như một </w:t>
      </w:r>
      <w:r>
        <w:rPr>
          <w:b/>
          <w:i w:val="0"/>
        </w:rPr>
        <w:t xml:space="preserve"> hằng số </w:t>
      </w:r>
      <w:r>
        <w:rPr>
          <w:b w:val="0"/>
          <w:i w:val="0"/>
        </w:rPr>
        <w:t xml:space="preserve"> . Số lượng tham số nhiều sẽ khiến các tệp cấu hình hoặc đối số dòng lệnh trở nên phức tạp và tạo ra nhiều công bảo trì về lâu dài. Mặt khác, nếu mục tiêu của bạn là tạo một công cụ rất linh hoạt để dùng trong nhiều tình huống rất khác nhau, thì việc tạo nhiều tham số có lẽ là ý hay. Hãy cố tìm sự cân bằng phù hợp cho riêng bạn!</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Đối số dòng lệnh </w:t>
      </w:r>
      <w:r>
        <w:rPr>
          <w:b w:val="0"/>
          <w:i w:val="0"/>
        </w:rPr>
        <w:t xml:space="preserve"> trong </w:t>
      </w:r>
      <w:r>
        <w:rPr>
          <w:b w:val="0"/>
          <w:i/>
        </w:rPr>
        <w:t xml:space="preserve"> Chương 1 </w:t>
      </w:r>
      <w:r>
        <w:rPr>
          <w:b w:val="0"/>
          <w:i w:val="0"/>
        </w:rPr>
        <w:t xml:space="preserve"> , </w:t>
      </w:r>
      <w:r>
        <w:rPr>
          <w:b w:val="0"/>
          <w:i/>
        </w:rPr>
        <w:t xml:space="preserve"> Hãy bắt đầu hành trình tự động hóa của chúng ta </w:t>
      </w:r>
      <w:r>
        <w:rPr>
          <w:b w:val="0"/>
          <w:i w:val="0"/>
        </w:rPr>
        <w:t xml:space="preserve"> , để biết thêm thông tin về đối số dòng lệnh.</w:t>
      </w:r>
    </w:p>
    <w:p>
      <w:pPr>
        <w:spacing w:after="80"/>
        <w:ind w:left="360"/>
      </w:pPr>
      <w:r>
        <w:t xml:space="preserve">• </w:t>
      </w:r>
      <w:r>
        <w:rPr>
          <w:b w:val="0"/>
          <w:i w:val="0"/>
        </w:rPr>
        <w:t xml:space="preserve">Công thức </w:t>
      </w:r>
      <w:r>
        <w:rPr>
          <w:b w:val="0"/>
          <w:i/>
        </w:rPr>
        <w:t xml:space="preserve"> Gửi thông báo email </w:t>
      </w:r>
      <w:r>
        <w:rPr>
          <w:b w:val="0"/>
          <w:i w:val="0"/>
        </w:rPr>
        <w:t xml:space="preserve"> , được trình bày ở phần sau trong chương này, để xem một ví dụ đầy đủ hơn về một tác vụ tự động.</w:t>
      </w:r>
    </w:p>
    <w:p>
      <w:pPr>
        <w:spacing w:after="80"/>
        <w:ind w:left="360"/>
      </w:pPr>
      <w:r>
        <w:t xml:space="preserve">• </w:t>
      </w:r>
      <w:r>
        <w:rPr>
          <w:b w:val="0"/>
          <w:i w:val="0"/>
        </w:rPr>
        <w:t xml:space="preserve">Công thức </w:t>
      </w:r>
      <w:r>
        <w:rPr>
          <w:b w:val="0"/>
          <w:i/>
        </w:rPr>
        <w:t xml:space="preserve"> Gỡ lỗi </w:t>
      </w:r>
      <w:r>
        <w:rPr>
          <w:b w:val="0"/>
          <w:i w:val="0"/>
        </w:rPr>
        <w:t xml:space="preserve"> </w:t>
      </w:r>
      <w:r>
        <w:rPr>
          <w:b w:val="0"/>
          <w:i/>
        </w:rPr>
        <w:t xml:space="preserve"> bằng điểm dừng </w:t>
      </w:r>
      <w:r>
        <w:rPr>
          <w:b w:val="0"/>
          <w:i w:val="0"/>
        </w:rPr>
        <w:t xml:space="preserve"> trong </w:t>
      </w:r>
      <w:r>
        <w:rPr>
          <w:b w:val="0"/>
          <w:i/>
        </w:rPr>
        <w:t xml:space="preserve"> Chương 13 </w:t>
      </w:r>
      <w:r>
        <w:rPr>
          <w:b w:val="0"/>
          <w:i w:val="0"/>
        </w:rPr>
        <w:t xml:space="preserve"> , </w:t>
      </w:r>
      <w:r>
        <w:rPr>
          <w:b w:val="0"/>
          <w:i/>
        </w:rPr>
        <w:t xml:space="preserve"> Các kỹ thuật gỡ lỗi </w:t>
      </w:r>
      <w:r>
        <w:rPr>
          <w:b w:val="0"/>
          <w:i w:val="0"/>
        </w:rPr>
        <w:t xml:space="preserve"> , để học cách gỡ lỗi mã trước khi thực thi nó một cách tự động.</w:t>
      </w:r>
    </w:p>
    <w:p>
      <w:pPr>
        <w:pStyle w:val="Heading2"/>
      </w:pPr>
      <w:r>
        <w:rPr>
          <w:rFonts w:ascii="Calibri" w:hAnsi="Calibri"/>
          <w:b/>
          <w:i w:val="0"/>
          <w:sz w:val="32"/>
        </w:rPr>
        <w:t>Thiết lập một cron job</w:t>
      </w:r>
    </w:p>
    <w:p>
      <w:pPr>
        <w:spacing w:after="80"/>
      </w:pPr>
      <w:r>
        <w:rPr>
          <w:b w:val="0"/>
          <w:i w:val="0"/>
        </w:rPr>
        <w:t>Cron là một cách thực thi lệnh cổ điển nhưng đáng tin cậy. Nó đã tồn tại từ những năm 1970 trong Unix, và là một công cụ ưa thích lâu đời trong quản trị hệ thống để thực hiện các tác vụ bảo trì như giải phóng dung lượng đĩa, xoay vòng tệp log, sao lưu và nhiều thao tác lặp đi lặp lại phổ biến khác.</w:t>
      </w:r>
    </w:p>
    <w:p>
      <w:pPr>
        <w:spacing w:after="80"/>
      </w:pPr>
      <w:r>
        <w:rPr>
          <w:b/>
          <w:i w:val="0"/>
        </w:rPr>
        <w:t>Lưu ý</w:t>
      </w:r>
    </w:p>
    <w:p>
      <w:pPr>
        <w:spacing w:after="80"/>
      </w:pPr>
      <w:r>
        <w:rPr>
          <w:b w:val="0"/>
          <w:i w:val="0"/>
        </w:rPr>
        <w:t>Công thức này dành riêng cho Unix và các hệ điều hành giống Unix, nên nó sẽ hoạt động trên Linux và macOS. Mặc dù có thể lên lịch một tác vụ trong Windows, nhưng cách làm rất khác và sử dụng Task Scheduler, điều sẽ không được mô tả ở đây. Nếu bạn có quyền truy cập vào một máy chủ Linux, đây có thể là một cách tốt để lên lịch các tác vụ định kỳ.</w:t>
      </w:r>
    </w:p>
    <w:p>
      <w:pPr>
        <w:spacing w:after="80"/>
      </w:pPr>
      <w:r>
        <w:rPr>
          <w:b w:val="0"/>
          <w:i w:val="0"/>
        </w:rPr>
        <w:t xml:space="preserve">Một lựa chọn thay thế khác là cài đặt cục bộ trên máy tính Windows một bản phân phối Linux thông qua WLS ( </w:t>
      </w:r>
      <w:r>
        <w:rPr>
          <w:rFonts w:ascii="Consolas" w:hAnsi="Consolas"/>
          <w:b w:val="0"/>
          <w:i w:val="0"/>
          <w:sz w:val="20"/>
        </w:rPr>
        <w:br/>
        <w:br/>
        <w:t xml:space="preserve">        https://learn.microsoft.com/en-us/windows/wsl/install</w:t>
        <w:br/>
        <w:t xml:space="preserve">       </w:t>
        <w:br/>
      </w:r>
      <w:r>
        <w:rPr>
          <w:b w:val="0"/>
          <w:i w:val="0"/>
        </w:rPr>
        <w:t xml:space="preserve"> )</w:t>
      </w:r>
    </w:p>
    <w:p>
      <w:pPr>
        <w:spacing w:after="80"/>
      </w:pPr>
      <w:r>
        <w:rPr>
          <w:b w:val="0"/>
          <w:i w:val="0"/>
        </w:rPr>
        <w:t>Những ưu điểm chính như sau:</w:t>
      </w:r>
    </w:p>
    <w:p>
      <w:pPr>
        <w:spacing w:after="80"/>
        <w:ind w:left="360"/>
      </w:pPr>
      <w:r>
        <w:t xml:space="preserve">• </w:t>
      </w:r>
      <w:r>
        <w:rPr>
          <w:b w:val="0"/>
          <w:i w:val="0"/>
        </w:rPr>
        <w:t>Nó có mặt trên hầu như tất cả các hệ thống Unix và Linux và được cấu hình để chạy tự động.</w:t>
      </w:r>
    </w:p>
    <w:p>
      <w:pPr>
        <w:spacing w:after="80"/>
        <w:ind w:left="360"/>
      </w:pPr>
      <w:r>
        <w:t xml:space="preserve">• </w:t>
      </w:r>
      <w:r>
        <w:rPr>
          <w:b w:val="0"/>
          <w:i w:val="0"/>
        </w:rPr>
        <w:t>Nó dễ sử dụng, mặc dù thoạt đầu có chút đánh lừa.</w:t>
      </w:r>
    </w:p>
    <w:p>
      <w:pPr>
        <w:spacing w:after="80"/>
        <w:ind w:left="360"/>
      </w:pPr>
      <w:r>
        <w:t xml:space="preserve">• </w:t>
      </w:r>
      <w:r>
        <w:rPr>
          <w:b w:val="0"/>
          <w:i w:val="0"/>
        </w:rPr>
        <w:t>Ai cũng biết điều đó. Hầu như bất kỳ ai làm việc với các tác vụ quản trị đều có hiểu biết chung về cách sử dụng nó.</w:t>
      </w:r>
    </w:p>
    <w:p>
      <w:pPr>
        <w:spacing w:after="80"/>
        <w:ind w:left="360"/>
      </w:pPr>
      <w:r>
        <w:t xml:space="preserve">• </w:t>
      </w:r>
      <w:r>
        <w:rPr>
          <w:b w:val="0"/>
          <w:i w:val="0"/>
        </w:rPr>
        <w:t>Nó cho phép đặt các lệnh định kỳ một cách dễ dàng, với độ chính xác cao về thời điểm chạy.</w:t>
      </w:r>
    </w:p>
    <w:p>
      <w:pPr>
        <w:spacing w:after="80"/>
      </w:pPr>
      <w:r>
        <w:rPr>
          <w:b w:val="0"/>
          <w:i w:val="0"/>
        </w:rPr>
        <w:t>Tuy nhiên, nó cũng có một số nhược điểm, bao gồm những điểm sau:</w:t>
      </w:r>
    </w:p>
    <w:p>
      <w:pPr>
        <w:spacing w:after="80"/>
        <w:ind w:left="360"/>
      </w:pPr>
      <w:r>
        <w:t xml:space="preserve">• </w:t>
      </w:r>
      <w:r>
        <w:rPr>
          <w:b w:val="0"/>
          <w:i w:val="0"/>
        </w:rPr>
        <w:t>Theo mặc định, nó có thể không đưa ra nhiều phản hồi. Việc lấy đầu ra, ghi log quá trình thực thi và lỗi là rất quan trọng.</w:t>
      </w:r>
    </w:p>
    <w:p>
      <w:pPr>
        <w:spacing w:after="80"/>
        <w:ind w:left="360"/>
      </w:pPr>
      <w:r>
        <w:t xml:space="preserve">• </w:t>
      </w:r>
      <w:r>
        <w:rPr>
          <w:b w:val="0"/>
          <w:i w:val="0"/>
        </w:rPr>
        <w:t>Tác vụ nên càng tự chứa càng tốt để tránh các vấn đề với biến môi trường (chẳng hạn như dùng sai trình thông dịch Python), hoặc với việc đường dẫn nào sẽ được thực thi.</w:t>
      </w:r>
    </w:p>
    <w:p>
      <w:pPr>
        <w:spacing w:after="80"/>
        <w:ind w:left="360"/>
      </w:pPr>
      <w:r>
        <w:t xml:space="preserve">• </w:t>
      </w:r>
      <w:r>
        <w:rPr>
          <w:b w:val="0"/>
          <w:i w:val="0"/>
        </w:rPr>
        <w:t>Như chúng ta đã đề cập trước đó, nó đặc thù cho Unix (hoặc tương tự Unix).</w:t>
      </w:r>
    </w:p>
    <w:p>
      <w:pPr>
        <w:spacing w:after="80"/>
        <w:ind w:left="360"/>
      </w:pPr>
      <w:r>
        <w:t xml:space="preserve">• </w:t>
      </w:r>
      <w:r>
        <w:rPr>
          <w:b w:val="0"/>
          <w:i w:val="0"/>
        </w:rPr>
        <w:t xml:space="preserve">Chỉ có các mốc thời gian định kỳ cố định. Ví dụ: </w:t>
      </w:r>
      <w:r>
        <w:rPr>
          <w:b w:val="0"/>
          <w:i/>
        </w:rPr>
        <w:t>chạy mỗi</w:t>
      </w:r>
      <w:r>
        <w:rPr>
          <w:b w:val="0"/>
          <w:i w:val="0"/>
        </w:rPr>
        <w:t xml:space="preserve"> </w:t>
      </w:r>
      <w:r>
        <w:rPr>
          <w:b w:val="0"/>
          <w:i/>
        </w:rPr>
        <w:t>3 phút</w:t>
      </w:r>
      <w:r>
        <w:rPr>
          <w:b w:val="0"/>
          <w:i w:val="0"/>
        </w:rPr>
        <w:t xml:space="preserve"> </w:t>
      </w:r>
      <w:r>
        <w:rPr>
          <w:b w:val="0"/>
          <w:i/>
        </w:rPr>
        <w:t>vào thứ Hai</w:t>
      </w:r>
      <w:r>
        <w:rPr>
          <w:b w:val="0"/>
          <w:i w:val="0"/>
        </w:rPr>
        <w:t xml:space="preserve">, nhưng không thể </w:t>
      </w:r>
      <w:r>
        <w:rPr>
          <w:b w:val="0"/>
          <w:i/>
        </w:rPr>
        <w:t>chạy</w:t>
      </w:r>
      <w:r>
        <w:rPr>
          <w:b w:val="0"/>
          <w:i w:val="0"/>
        </w:rPr>
        <w:t xml:space="preserve"> </w:t>
      </w:r>
      <w:r>
        <w:rPr>
          <w:b w:val="0"/>
          <w:i/>
        </w:rPr>
        <w:t>vào lúc hoàng hôn mỗi ngày</w:t>
      </w:r>
      <w:r>
        <w:rPr>
          <w:b w:val="0"/>
          <w:i w:val="0"/>
        </w:rPr>
        <w:t xml:space="preserve">, vì hoàng hôn thay đổi theo năm; hoặc </w:t>
      </w:r>
      <w:r>
        <w:rPr>
          <w:b w:val="0"/>
          <w:i/>
        </w:rPr>
        <w:t>chạy vào ngày làm việc cuối cùng của tháng,</w:t>
      </w:r>
      <w:r>
        <w:rPr>
          <w:b w:val="0"/>
          <w:i w:val="0"/>
        </w:rPr>
        <w:t xml:space="preserve"> vì nó có thể phụ thuộc vào các chi tiết như ngày nghỉ lễ ngân hàng. Bạn có thể giải quyết vấn đề này bằng cách chạy một tác vụ định kỳ thường xuyên và sau đó xác định một cách linh động trong mã của bạn xem bây giờ có phải là thời điểm thích hợp để thực hiện toàn bộ xử lý hay chỉ hoàn tất. Ví dụ, chạy mỗi ngày và quyết định xem đó có phải là ngày làm việc hay không, có tính đến lịch ngày nghỉ lễ ngân hàng.</w:t>
      </w:r>
    </w:p>
    <w:p>
      <w:pPr>
        <w:spacing w:after="80"/>
        <w:ind w:left="360"/>
      </w:pPr>
      <w:r>
        <w:t xml:space="preserve">• </w:t>
      </w:r>
      <w:r>
        <w:rPr>
          <w:b w:val="0"/>
          <w:i w:val="0"/>
        </w:rPr>
        <w:t xml:space="preserve">Nó không kiểm soát có bao nhiêu tác vụ chạy cùng lúc. Mỗi lần bộ đếm ngược kích hoạt, nó tạo ra một tác vụ mới, nó không thể cấu hình </w:t>
      </w:r>
      <w:r>
        <w:rPr>
          <w:b w:val="0"/>
          <w:i/>
        </w:rPr>
        <w:t>chạy 10 phút sau khi lần thực thi trước kết thúc</w:t>
      </w:r>
      <w:r>
        <w:rPr>
          <w:b w:val="0"/>
          <w:i w:val="0"/>
        </w:rPr>
        <w:t>. Ví dụ, một tác vụ mất 1 giờ để hoàn thành, và được lên lịch chạy mỗi 45 phút một lần, sẽ có 15 phút chồng chéo khi hai tác vụ cùng chạy.</w:t>
      </w:r>
    </w:p>
    <w:p>
      <w:pPr>
        <w:spacing w:after="80"/>
      </w:pPr>
      <w:r>
        <w:rPr>
          <w:b/>
          <w:i w:val="0"/>
        </w:rPr>
        <w:t>Mẹo</w:t>
      </w:r>
    </w:p>
    <w:p>
      <w:pPr>
        <w:spacing w:after="80"/>
      </w:pPr>
      <w:r>
        <w:rPr>
          <w:b w:val="0"/>
          <w:i w:val="0"/>
        </w:rPr>
        <w:t>Đừng đánh giá thấp tầm quan trọng của hiệu ứng cuối cùng. Chạy nhiều tác vụ tốn kém cùng lúc có thể gây ảnh hưởng xấu đến hiệu năng. Việc các tác vụ tốn kém chồng chéo lên nhau có thể dẫn đến tình trạng tranh chấp (race condition) khi mỗi tác vụ chặn các tác vụ khác không bao giờ kết thúc được! Hãy dành đủ thời gian cho các tác vụ của bạn hoàn thành, và để mắt tới chúng. Hãy nhớ rằng bất kỳ chương trình nào khác đang chạy trên cùng máy chủ đều có thể bị ảnh hưởng về hiệu năng, và điều đó có thể bao gồm bất kỳ dịch vụ nào, như máy chủ web, cơ sở dữ liệu và email. Để tránh bất ngờ, hãy kiểm tra xem máy chủ nơi tác vụ sẽ được thực thi đang tải nặng đến mức nào.</w:t>
      </w:r>
    </w:p>
    <w:p>
      <w:pPr>
        <w:spacing w:after="80"/>
      </w:pPr>
      <w:r>
        <w:rPr>
          <w:b w:val="0"/>
          <w:i w:val="0"/>
        </w:rPr>
        <w:t xml:space="preserve">Trong trường hợp chương trình của bạn cần phát hiện rằng có một bản sao khác của chính nó đang chạy để tránh xung đột, một cách lâu đời là tạo một tệp dưới </w:t>
      </w:r>
      <w:r>
        <w:rPr>
          <w:rFonts w:ascii="Consolas" w:hAnsi="Consolas"/>
          <w:b w:val="0"/>
          <w:i w:val="0"/>
          <w:sz w:val="20"/>
        </w:rPr>
        <w:br/>
        <w:br/>
        <w:t xml:space="preserve">       /var/lock/[program‑name]</w:t>
        <w:br/>
        <w:t xml:space="preserve">      </w:t>
        <w:br/>
      </w:r>
      <w:r>
        <w:rPr>
          <w:b w:val="0"/>
          <w:i w:val="0"/>
        </w:rPr>
        <w:t xml:space="preserve"> chứa </w:t>
      </w:r>
      <w:r>
        <w:rPr>
          <w:rFonts w:ascii="Consolas" w:hAnsi="Consolas"/>
          <w:b w:val="0"/>
          <w:i w:val="0"/>
          <w:sz w:val="20"/>
        </w:rPr>
        <w:br/>
        <w:br/>
        <w:t xml:space="preserve">       pid</w:t>
        <w:br/>
        <w:t xml:space="preserve">      </w:t>
        <w:br/>
      </w:r>
      <w:r>
        <w:rPr>
          <w:b w:val="0"/>
          <w:i w:val="0"/>
        </w:rPr>
        <w:t xml:space="preserve"> của nó. Một chương trình vừa khởi động sẽ kiểm tra xem tệp có ở đó không, điều này có nghĩa là hoặc một bản sao khác đang chạy, hoặc bản sao trước đó đã gặp sự cố mà không xóa tệp.</w:t>
      </w:r>
    </w:p>
    <w:p>
      <w:pPr>
        <w:spacing w:after="80"/>
      </w:pPr>
      <w:r>
        <w:rPr>
          <w:b w:val="0"/>
          <w:i w:val="0"/>
        </w:rPr>
        <w:t>Mặc dù có những lựa chọn thay thế cho cron, nhưng thực tế là nó vẫn là một điểm khởi đầu thực sự hữu ích và đơn giản, dựa trên một khái niệm dễ hiểu: mô tả thời điểm chạy và chương trình nào sẽ thực thi, bao gồm tất cả các đối số cần thiết.</w:t>
      </w:r>
    </w:p>
    <w:p>
      <w:pPr>
        <w:pStyle w:val="Heading3"/>
      </w:pPr>
      <w:r>
        <w:rPr>
          <w:rFonts w:ascii="Calibri" w:hAnsi="Calibri"/>
          <w:b/>
          <w:i w:val="0"/>
          <w:sz w:val="26"/>
        </w:rPr>
        <w:t>Chuẩn bị</w:t>
      </w:r>
    </w:p>
    <w:p>
      <w:pPr>
        <w:spacing w:after="80"/>
      </w:pPr>
      <w:r>
        <w:rPr>
          <w:b w:val="0"/>
          <w:i w:val="0"/>
        </w:rPr>
        <w:t xml:space="preserve">Chúng ta sẽ tạo một script, gọi là </w:t>
      </w:r>
      <w:r>
        <w:rPr>
          <w:rFonts w:ascii="Consolas" w:hAnsi="Consolas"/>
          <w:b w:val="0"/>
          <w:i w:val="0"/>
          <w:sz w:val="20"/>
        </w:rPr>
        <w:br/>
        <w:br/>
        <w:t xml:space="preserve">      cron.py</w:t>
        <w:br/>
        <w:t xml:space="preserve">     </w:t>
        <w:br/>
      </w:r>
      <w:r>
        <w:rPr>
          <w:b w:val="0"/>
          <w:i w:val="0"/>
        </w:rPr>
        <w:t>:</w:t>
      </w:r>
    </w:p>
    <w:p>
      <w:pPr>
        <w:spacing w:after="0"/>
        <w:ind w:left="360"/>
        <w:shd w:val="clear" w:color="auto" w:fill="F2F2F2"/>
      </w:pPr>
      <w:r>
        <w:rPr>
          <w:rFonts w:ascii="Consolas" w:hAnsi="Consolas"/>
          <w:sz w:val="18"/>
        </w:rPr>
        <w:t>import argparse</w:t>
      </w:r>
    </w:p>
    <w:p>
      <w:pPr>
        <w:spacing w:after="0"/>
        <w:ind w:left="360"/>
        <w:shd w:val="clear" w:color="auto" w:fill="F2F2F2"/>
      </w:pPr>
      <w:r>
        <w:rPr>
          <w:rFonts w:ascii="Consolas" w:hAnsi="Consolas"/>
          <w:sz w:val="18"/>
        </w:rPr>
        <w:t>import sys</w:t>
      </w:r>
    </w:p>
    <w:p>
      <w:pPr>
        <w:spacing w:after="0"/>
        <w:ind w:left="360"/>
        <w:shd w:val="clear" w:color="auto" w:fill="F2F2F2"/>
      </w:pPr>
      <w:r>
        <w:rPr>
          <w:rFonts w:ascii="Consolas" w:hAnsi="Consolas"/>
          <w:sz w:val="18"/>
        </w:rPr>
        <w:t>from datetime import datetime, UTC</w:t>
      </w:r>
    </w:p>
    <w:p>
      <w:pPr>
        <w:spacing w:after="0"/>
        <w:ind w:left="360"/>
        <w:shd w:val="clear" w:color="auto" w:fill="F2F2F2"/>
      </w:pPr>
      <w:r>
        <w:rPr>
          <w:rFonts w:ascii="Consolas" w:hAnsi="Consolas"/>
          <w:sz w:val="18"/>
        </w:rPr>
        <w:t>import configparser</w:t>
      </w:r>
    </w:p>
    <w:p>
      <w:pPr>
        <w:spacing w:after="0"/>
        <w:ind w:left="360"/>
        <w:shd w:val="clear" w:color="auto" w:fill="F2F2F2"/>
      </w:pPr>
      <w:r>
        <w:rPr>
          <w:rFonts w:ascii="Consolas" w:hAnsi="Consolas"/>
          <w:sz w:val="18"/>
        </w:rPr>
        <w:t>def main(number, other_number, output):</w:t>
      </w:r>
    </w:p>
    <w:p>
      <w:pPr>
        <w:spacing w:after="0"/>
        <w:ind w:left="360"/>
        <w:shd w:val="clear" w:color="auto" w:fill="F2F2F2"/>
      </w:pPr>
      <w:r>
        <w:rPr>
          <w:rFonts w:ascii="Consolas" w:hAnsi="Consolas"/>
          <w:sz w:val="18"/>
        </w:rPr>
        <w:t xml:space="preserve">    result = number * other_number</w:t>
      </w:r>
    </w:p>
    <w:p>
      <w:pPr>
        <w:spacing w:after="0"/>
        <w:ind w:left="360"/>
        <w:shd w:val="clear" w:color="auto" w:fill="F2F2F2"/>
      </w:pPr>
      <w:r>
        <w:rPr>
          <w:rFonts w:ascii="Consolas" w:hAnsi="Consolas"/>
          <w:sz w:val="18"/>
        </w:rPr>
        <w:t xml:space="preserve">    print(f'[{datetime.now(UTC).isoformat()}] The result is {result}',</w:t>
      </w:r>
    </w:p>
    <w:p>
      <w:pPr>
        <w:spacing w:after="0"/>
        <w:ind w:left="360"/>
        <w:shd w:val="clear" w:color="auto" w:fill="F2F2F2"/>
      </w:pPr>
      <w:r>
        <w:rPr>
          <w:rFonts w:ascii="Consolas" w:hAnsi="Consolas"/>
          <w:sz w:val="18"/>
        </w:rPr>
        <w:t xml:space="preserve">          file=output)</w:t>
      </w:r>
    </w:p>
    <w:p>
      <w:pPr>
        <w:spacing w:after="0"/>
        <w:ind w:left="360"/>
        <w:shd w:val="clear" w:color="auto" w:fill="F2F2F2"/>
      </w:pPr>
      <w:r>
        <w:rPr>
          <w:rFonts w:ascii="Consolas" w:hAnsi="Consolas"/>
          <w:sz w:val="18"/>
        </w:rPr>
        <w:t>if __name__ == '__main__':</w:t>
      </w:r>
    </w:p>
    <w:p>
      <w:pPr>
        <w:spacing w:after="0"/>
        <w:ind w:left="360"/>
        <w:shd w:val="clear" w:color="auto" w:fill="F2F2F2"/>
      </w:pPr>
      <w:r>
        <w:rPr>
          <w:rFonts w:ascii="Consolas" w:hAnsi="Consolas"/>
          <w:sz w:val="18"/>
        </w:rPr>
        <w:t xml:space="preserve">    parser = argparse.ArgumentParser(formatter_class=argparse.ArgumentDefaultsHelpFormatter)</w:t>
      </w:r>
    </w:p>
    <w:p>
      <w:pPr>
        <w:spacing w:after="0"/>
        <w:ind w:left="360"/>
        <w:shd w:val="clear" w:color="auto" w:fill="F2F2F2"/>
      </w:pPr>
      <w:r>
        <w:rPr>
          <w:rFonts w:ascii="Consolas" w:hAnsi="Consolas"/>
          <w:sz w:val="18"/>
        </w:rPr>
        <w:t xml:space="preserve">    parser.add_argument('--config', '-c', type=argparse.FileType('r'),</w:t>
      </w:r>
    </w:p>
    <w:p>
      <w:pPr>
        <w:spacing w:after="0"/>
        <w:ind w:left="360"/>
        <w:shd w:val="clear" w:color="auto" w:fill="F2F2F2"/>
      </w:pPr>
      <w:r>
        <w:rPr>
          <w:rFonts w:ascii="Consolas" w:hAnsi="Consolas"/>
          <w:sz w:val="18"/>
        </w:rPr>
        <w:t xml:space="preserve">                        help='config file',</w:t>
      </w:r>
    </w:p>
    <w:p>
      <w:pPr>
        <w:spacing w:after="0"/>
        <w:ind w:left="360"/>
        <w:shd w:val="clear" w:color="auto" w:fill="F2F2F2"/>
      </w:pPr>
      <w:r>
        <w:rPr>
          <w:rFonts w:ascii="Consolas" w:hAnsi="Consolas"/>
          <w:sz w:val="18"/>
        </w:rPr>
        <w:t xml:space="preserve">                        default='/etc/automate.ini')</w:t>
      </w:r>
    </w:p>
    <w:p>
      <w:pPr>
        <w:spacing w:after="0"/>
        <w:ind w:left="360"/>
        <w:shd w:val="clear" w:color="auto" w:fill="F2F2F2"/>
      </w:pPr>
      <w:r>
        <w:rPr>
          <w:rFonts w:ascii="Consolas" w:hAnsi="Consolas"/>
          <w:sz w:val="18"/>
        </w:rPr>
        <w:t xml:space="preserve">    parser.add_argument('-o', dest='output', type=argparse.FileType('a'),</w:t>
      </w:r>
    </w:p>
    <w:p>
      <w:pPr>
        <w:spacing w:after="0"/>
        <w:ind w:left="360"/>
        <w:shd w:val="clear" w:color="auto" w:fill="F2F2F2"/>
      </w:pPr>
      <w:r>
        <w:rPr>
          <w:rFonts w:ascii="Consolas" w:hAnsi="Consolas"/>
          <w:sz w:val="18"/>
        </w:rPr>
        <w:t xml:space="preserve">                        help='output file',</w:t>
      </w:r>
    </w:p>
    <w:p>
      <w:pPr>
        <w:spacing w:after="0"/>
        <w:ind w:left="360"/>
        <w:shd w:val="clear" w:color="auto" w:fill="F2F2F2"/>
      </w:pPr>
      <w:r>
        <w:rPr>
          <w:rFonts w:ascii="Consolas" w:hAnsi="Consolas"/>
          <w:sz w:val="18"/>
        </w:rPr>
        <w:t xml:space="preserve">                        default=sys.stdout)</w:t>
      </w:r>
    </w:p>
    <w:p>
      <w:pPr>
        <w:spacing w:after="0"/>
        <w:ind w:left="360"/>
        <w:shd w:val="clear" w:color="auto" w:fill="F2F2F2"/>
      </w:pPr>
      <w:r>
        <w:rPr>
          <w:rFonts w:ascii="Consolas" w:hAnsi="Consolas"/>
          <w:sz w:val="18"/>
        </w:rPr>
        <w:t xml:space="preserve">    args = parser.parse_args()</w:t>
      </w:r>
    </w:p>
    <w:p>
      <w:pPr>
        <w:spacing w:after="0"/>
        <w:ind w:left="360"/>
        <w:shd w:val="clear" w:color="auto" w:fill="F2F2F2"/>
      </w:pPr>
      <w:r>
        <w:rPr>
          <w:rFonts w:ascii="Consolas" w:hAnsi="Consolas"/>
          <w:sz w:val="18"/>
        </w:rPr>
        <w:t xml:space="preserve">    if args.config:</w:t>
      </w:r>
    </w:p>
    <w:p>
      <w:pPr>
        <w:spacing w:after="0"/>
        <w:ind w:left="360"/>
        <w:shd w:val="clear" w:color="auto" w:fill="F2F2F2"/>
      </w:pPr>
      <w:r>
        <w:rPr>
          <w:rFonts w:ascii="Consolas" w:hAnsi="Consolas"/>
          <w:sz w:val="18"/>
        </w:rPr>
        <w:t xml:space="preserve">        config = configparser.ConfigParser()</w:t>
      </w:r>
    </w:p>
    <w:p>
      <w:pPr>
        <w:spacing w:after="0"/>
        <w:ind w:left="360"/>
        <w:shd w:val="clear" w:color="auto" w:fill="F2F2F2"/>
      </w:pPr>
      <w:r>
        <w:rPr>
          <w:rFonts w:ascii="Consolas" w:hAnsi="Consolas"/>
          <w:sz w:val="18"/>
        </w:rPr>
        <w:t xml:space="preserve">        config.read_file(args.config)</w:t>
      </w:r>
    </w:p>
    <w:p>
      <w:pPr>
        <w:spacing w:after="0"/>
        <w:ind w:left="360"/>
        <w:shd w:val="clear" w:color="auto" w:fill="F2F2F2"/>
      </w:pPr>
      <w:r>
        <w:rPr>
          <w:rFonts w:ascii="Consolas" w:hAnsi="Consolas"/>
          <w:sz w:val="18"/>
        </w:rPr>
        <w:t xml:space="preserve">        # Transforming values into integers</w:t>
      </w:r>
    </w:p>
    <w:p>
      <w:pPr>
        <w:spacing w:after="0"/>
        <w:ind w:left="360"/>
        <w:shd w:val="clear" w:color="auto" w:fill="F2F2F2"/>
      </w:pPr>
      <w:r>
        <w:rPr>
          <w:rFonts w:ascii="Consolas" w:hAnsi="Consolas"/>
          <w:sz w:val="18"/>
        </w:rPr>
        <w:t xml:space="preserve">        args.n1 = int(config['ARGUMENTS']['n1'])</w:t>
      </w:r>
    </w:p>
    <w:p>
      <w:pPr>
        <w:spacing w:after="0"/>
        <w:ind w:left="360"/>
        <w:shd w:val="clear" w:color="auto" w:fill="F2F2F2"/>
      </w:pPr>
      <w:r>
        <w:rPr>
          <w:rFonts w:ascii="Consolas" w:hAnsi="Consolas"/>
          <w:sz w:val="18"/>
        </w:rPr>
        <w:t xml:space="preserve">        args.n2 = int(config['ARGUMENTS']['n2'])</w:t>
      </w:r>
    </w:p>
    <w:p>
      <w:pPr>
        <w:spacing w:after="0"/>
        <w:ind w:left="360"/>
        <w:shd w:val="clear" w:color="auto" w:fill="F2F2F2"/>
      </w:pPr>
      <w:r>
        <w:rPr>
          <w:rFonts w:ascii="Consolas" w:hAnsi="Consolas"/>
          <w:sz w:val="18"/>
        </w:rPr>
        <w:t xml:space="preserve">    main(args.n1, args.n2, args.output)</w:t>
      </w:r>
    </w:p>
    <w:p>
      <w:pPr>
        <w:spacing w:after="40"/>
      </w:pPr>
    </w:p>
    <w:p>
      <w:pPr>
        <w:spacing w:after="80"/>
      </w:pPr>
      <w:r>
        <w:rPr>
          <w:b w:val="0"/>
          <w:i w:val="0"/>
        </w:rPr>
        <w:t>Lưu ý những chi tiết sau:</w:t>
      </w:r>
    </w:p>
    <w:p>
      <w:pPr>
        <w:spacing w:after="80"/>
        <w:ind w:left="360"/>
      </w:pPr>
      <w:r>
        <w:t xml:space="preserve">1. </w:t>
      </w:r>
      <w:r>
        <w:rPr>
          <w:b w:val="0"/>
          <w:i w:val="0"/>
        </w:rPr>
        <w:t xml:space="preserve">Tệp cấu hình mặc định là </w:t>
      </w:r>
      <w:r>
        <w:rPr>
          <w:rFonts w:ascii="Consolas" w:hAnsi="Consolas"/>
          <w:b w:val="0"/>
          <w:i w:val="0"/>
          <w:sz w:val="20"/>
        </w:rPr>
        <w:br/>
        <w:br/>
        <w:t xml:space="preserve">       /etc/automate.ini</w:t>
        <w:br/>
        <w:t xml:space="preserve">      </w:t>
        <w:br/>
      </w:r>
      <w:r>
        <w:rPr>
          <w:b w:val="0"/>
          <w:i w:val="0"/>
        </w:rPr>
        <w:t xml:space="preserve">. Tái sử dụng </w:t>
      </w:r>
      <w:r>
        <w:rPr>
          <w:rFonts w:ascii="Consolas" w:hAnsi="Consolas"/>
          <w:b w:val="0"/>
          <w:i w:val="0"/>
          <w:sz w:val="20"/>
        </w:rPr>
        <w:br/>
        <w:br/>
        <w:t xml:space="preserve">       config.ini</w:t>
        <w:br/>
        <w:t xml:space="preserve">      </w:t>
        <w:br/>
      </w:r>
      <w:r>
        <w:rPr>
          <w:b w:val="0"/>
          <w:i w:val="0"/>
        </w:rPr>
        <w:t xml:space="preserve"> từ công thức trước.</w:t>
      </w:r>
    </w:p>
    <w:p>
      <w:pPr>
        <w:spacing w:after="80"/>
        <w:ind w:left="360"/>
      </w:pPr>
      <w:r>
        <w:t xml:space="preserve">2. </w:t>
      </w:r>
      <w:r>
        <w:rPr>
          <w:b w:val="0"/>
          <w:i w:val="0"/>
        </w:rPr>
        <w:t xml:space="preserve">Một dấu thời gian (timestamp) đã được thêm vào kết quả. Điều này sẽ giúp bạn thấy rõ </w:t>
      </w:r>
      <w:r>
        <w:rPr>
          <w:b w:val="0"/>
          <w:i/>
        </w:rPr>
        <w:t>khi nào</w:t>
      </w:r>
      <w:r>
        <w:rPr>
          <w:b w:val="0"/>
          <w:i w:val="0"/>
        </w:rPr>
        <w:t xml:space="preserve"> tác vụ được chạy.</w:t>
      </w:r>
    </w:p>
    <w:p>
      <w:pPr>
        <w:spacing w:after="80"/>
        <w:ind w:left="360"/>
      </w:pPr>
      <w:r>
        <w:t xml:space="preserve">3. </w:t>
      </w:r>
      <w:r>
        <w:rPr>
          <w:b w:val="0"/>
          <w:i w:val="0"/>
        </w:rPr>
        <w:t xml:space="preserve">Kết quả đang được ghi nối vào tệp, như hiển thị với chế độ </w:t>
      </w:r>
      <w:r>
        <w:rPr>
          <w:rFonts w:ascii="Consolas" w:hAnsi="Consolas"/>
          <w:b w:val="0"/>
          <w:i w:val="0"/>
          <w:sz w:val="20"/>
        </w:rPr>
        <w:br/>
        <w:br/>
        <w:t xml:space="preserve">       a</w:t>
        <w:br/>
        <w:t xml:space="preserve">      </w:t>
        <w:br/>
      </w:r>
      <w:r>
        <w:rPr>
          <w:b w:val="0"/>
          <w:i w:val="0"/>
        </w:rPr>
        <w:t xml:space="preserve"> khi tệp được mở.</w:t>
      </w:r>
    </w:p>
    <w:p>
      <w:pPr>
        <w:spacing w:after="80"/>
        <w:ind w:left="360"/>
      </w:pPr>
      <w:r>
        <w:t xml:space="preserve">4. </w:t>
      </w:r>
      <w:r>
        <w:rPr>
          <w:b w:val="0"/>
          <w:i w:val="0"/>
        </w:rPr>
        <w:t xml:space="preserve">Tham số </w:t>
      </w:r>
      <w:r>
        <w:rPr>
          <w:rFonts w:ascii="Consolas" w:hAnsi="Consolas"/>
          <w:b w:val="0"/>
          <w:i w:val="0"/>
          <w:sz w:val="20"/>
        </w:rPr>
        <w:br/>
        <w:br/>
        <w:t xml:space="preserve">       ArgumentDefaultsHelpFormatter</w:t>
        <w:br/>
        <w:t xml:space="preserve">      </w:t>
        <w:br/>
      </w:r>
      <w:r>
        <w:rPr>
          <w:b w:val="0"/>
          <w:i w:val="0"/>
        </w:rPr>
        <w:t xml:space="preserve"> sẽ tự động thêm thông tin về các giá trị mặc định khi in phần trợ giúp bằng đối số </w:t>
      </w:r>
      <w:r>
        <w:rPr>
          <w:rFonts w:ascii="Consolas" w:hAnsi="Consolas"/>
          <w:b w:val="0"/>
          <w:i w:val="0"/>
          <w:sz w:val="20"/>
        </w:rPr>
        <w:br/>
        <w:br/>
        <w:t xml:space="preserve">       ‑h</w:t>
        <w:br/>
        <w:t xml:space="preserve">      </w:t>
        <w:br/>
      </w:r>
      <w:r>
        <w:rPr>
          <w:b w:val="0"/>
          <w:i w:val="0"/>
        </w:rPr>
        <w:t>.</w:t>
      </w:r>
    </w:p>
    <w:p>
      <w:pPr>
        <w:spacing w:after="80"/>
      </w:pPr>
      <w:r>
        <w:rPr>
          <w:b w:val="0"/>
          <w:i w:val="0"/>
        </w:rPr>
        <w:t>Kiểm tra xem tác vụ có đang tạo ra kết quả như mong đợi không và bạn có thể ghi log vào một tệp đã biết không:</w:t>
      </w:r>
    </w:p>
    <w:p>
      <w:pPr>
        <w:spacing w:after="0"/>
        <w:ind w:left="360"/>
        <w:shd w:val="clear" w:color="auto" w:fill="F2F2F2"/>
      </w:pPr>
      <w:r>
        <w:rPr>
          <w:rFonts w:ascii="Consolas" w:hAnsi="Consolas"/>
          <w:sz w:val="18"/>
        </w:rPr>
        <w:t>$ uv run cron.py</w:t>
      </w:r>
    </w:p>
    <w:p>
      <w:pPr>
        <w:spacing w:after="0"/>
        <w:ind w:left="360"/>
        <w:shd w:val="clear" w:color="auto" w:fill="F2F2F2"/>
      </w:pPr>
      <w:r>
        <w:rPr>
          <w:rFonts w:ascii="Consolas" w:hAnsi="Consolas"/>
          <w:sz w:val="18"/>
        </w:rPr>
        <w:t>[2025-11-25T21:49:26.687405+00:00]The result is 35</w:t>
      </w:r>
    </w:p>
    <w:p>
      <w:pPr>
        <w:spacing w:after="0"/>
        <w:ind w:left="360"/>
        <w:shd w:val="clear" w:color="auto" w:fill="F2F2F2"/>
      </w:pPr>
      <w:r>
        <w:rPr>
          <w:rFonts w:ascii="Consolas" w:hAnsi="Consolas"/>
          <w:sz w:val="18"/>
        </w:rPr>
        <w:t>$ uv run cron.py -o /path/automate.log</w:t>
      </w:r>
    </w:p>
    <w:p>
      <w:pPr>
        <w:spacing w:after="0"/>
        <w:ind w:left="360"/>
        <w:shd w:val="clear" w:color="auto" w:fill="F2F2F2"/>
      </w:pPr>
      <w:r>
        <w:rPr>
          <w:rFonts w:ascii="Consolas" w:hAnsi="Consolas"/>
          <w:sz w:val="18"/>
        </w:rPr>
        <w:t>$ cat /path/automate.log</w:t>
      </w:r>
    </w:p>
    <w:p>
      <w:pPr>
        <w:spacing w:after="0"/>
        <w:ind w:left="360"/>
        <w:shd w:val="clear" w:color="auto" w:fill="F2F2F2"/>
      </w:pPr>
      <w:r>
        <w:rPr>
          <w:rFonts w:ascii="Consolas" w:hAnsi="Consolas"/>
          <w:sz w:val="18"/>
        </w:rPr>
        <w:t>[2025-11-25T21:49:50.507122+00:00]The result is 35</w:t>
      </w:r>
    </w:p>
    <w:p>
      <w:pPr>
        <w:spacing w:after="40"/>
      </w:pPr>
    </w:p>
    <w:p>
      <w:pPr>
        <w:pStyle w:val="Heading3"/>
      </w:pPr>
      <w:r>
        <w:rPr>
          <w:rFonts w:ascii="Calibri" w:hAnsi="Calibri"/>
          <w:b/>
          <w:i w:val="0"/>
          <w:sz w:val="26"/>
        </w:rPr>
        <w:t>Cách thực hiện...</w:t>
      </w:r>
    </w:p>
    <w:p>
      <w:pPr>
        <w:spacing w:after="80"/>
      </w:pPr>
      <w:r>
        <w:rPr>
          <w:b w:val="0"/>
          <w:i w:val="0"/>
        </w:rPr>
        <w:t>Chúng ta cần chắc chắn rằng mình chạy script từ đúng môi trường. Để làm điều đó, ta cần dùng trình thông dịch Python trong môi trường ảo (virtual environment):</w:t>
      </w:r>
    </w:p>
    <w:p>
      <w:pPr>
        <w:spacing w:after="0"/>
        <w:ind w:left="360"/>
        <w:shd w:val="clear" w:color="auto" w:fill="F2F2F2"/>
      </w:pPr>
      <w:r>
        <w:rPr>
          <w:rFonts w:ascii="Consolas" w:hAnsi="Consolas"/>
          <w:sz w:val="18"/>
        </w:rPr>
        <w:t>$ pwd</w:t>
      </w:r>
    </w:p>
    <w:p>
      <w:pPr>
        <w:spacing w:after="0"/>
        <w:ind w:left="360"/>
        <w:shd w:val="clear" w:color="auto" w:fill="F2F2F2"/>
      </w:pPr>
      <w:r>
        <w:rPr>
          <w:rFonts w:ascii="Consolas" w:hAnsi="Consolas"/>
          <w:sz w:val="18"/>
        </w:rPr>
        <w:t>/your/path/</w:t>
      </w:r>
    </w:p>
    <w:p>
      <w:pPr>
        <w:spacing w:after="0"/>
        <w:ind w:left="360"/>
        <w:shd w:val="clear" w:color="auto" w:fill="F2F2F2"/>
      </w:pPr>
      <w:r>
        <w:rPr>
          <w:rFonts w:ascii="Consolas" w:hAnsi="Consolas"/>
          <w:sz w:val="18"/>
        </w:rPr>
        <w:t>$ /your/path/.venv/bin/python cron.py</w:t>
      </w:r>
    </w:p>
    <w:p>
      <w:pPr>
        <w:spacing w:after="40"/>
      </w:pPr>
    </w:p>
    <w:p>
      <w:pPr>
        <w:spacing w:after="80"/>
      </w:pPr>
      <w:r>
        <w:rPr>
          <w:b w:val="0"/>
          <w:i w:val="0"/>
        </w:rPr>
        <w:t>Chuẩn bị cron job để thực thi. Lấy đường dẫn đầy đủ và kiểm tra xem nó có thể chạy mà không gặp vấn đề gì không. Chạy thử vài lần:</w:t>
      </w:r>
    </w:p>
    <w:p>
      <w:pPr>
        <w:spacing w:after="0"/>
        <w:ind w:left="360"/>
        <w:shd w:val="clear" w:color="auto" w:fill="F2F2F2"/>
      </w:pPr>
      <w:r>
        <w:rPr>
          <w:rFonts w:ascii="Consolas" w:hAnsi="Consolas"/>
          <w:sz w:val="18"/>
        </w:rPr>
        <w:t>$ /your/path/.venv/bin/python /your/path/cron.py -o /path/automate.log</w:t>
      </w:r>
    </w:p>
    <w:p>
      <w:pPr>
        <w:spacing w:after="0"/>
        <w:ind w:left="360"/>
        <w:shd w:val="clear" w:color="auto" w:fill="F2F2F2"/>
      </w:pPr>
      <w:r>
        <w:rPr>
          <w:rFonts w:ascii="Consolas" w:hAnsi="Consolas"/>
          <w:sz w:val="18"/>
        </w:rPr>
        <w:t>$ /your/path/.venv/bin/python /your/path/cron.py -o /path/automate.log</w:t>
      </w:r>
    </w:p>
    <w:p>
      <w:pPr>
        <w:spacing w:after="40"/>
      </w:pPr>
    </w:p>
    <w:p>
      <w:pPr>
        <w:spacing w:after="80"/>
      </w:pPr>
      <w:r>
        <w:rPr>
          <w:b w:val="0"/>
          <w:i w:val="0"/>
        </w:rPr>
        <w:t>Kiểm tra xem kết quả có đang được thêm vào tệp kết quả một cách chính xác không:</w:t>
      </w:r>
    </w:p>
    <w:p>
      <w:pPr>
        <w:spacing w:after="0"/>
        <w:ind w:left="360"/>
        <w:shd w:val="clear" w:color="auto" w:fill="F2F2F2"/>
      </w:pPr>
      <w:r>
        <w:rPr>
          <w:rFonts w:ascii="Consolas" w:hAnsi="Consolas"/>
          <w:sz w:val="18"/>
        </w:rPr>
        <w:t>$ cat /path/automate.log</w:t>
      </w:r>
    </w:p>
    <w:p>
      <w:pPr>
        <w:spacing w:after="0"/>
        <w:ind w:left="360"/>
        <w:shd w:val="clear" w:color="auto" w:fill="F2F2F2"/>
      </w:pPr>
      <w:r>
        <w:rPr>
          <w:rFonts w:ascii="Consolas" w:hAnsi="Consolas"/>
          <w:sz w:val="18"/>
        </w:rPr>
        <w:t>[2025-11-25T21:58:39.865606+00:00] The result is 35</w:t>
      </w:r>
    </w:p>
    <w:p>
      <w:pPr>
        <w:spacing w:after="0"/>
        <w:ind w:left="360"/>
        <w:shd w:val="clear" w:color="auto" w:fill="F2F2F2"/>
      </w:pPr>
      <w:r>
        <w:rPr>
          <w:rFonts w:ascii="Consolas" w:hAnsi="Consolas"/>
          <w:sz w:val="18"/>
        </w:rPr>
        <w:t>[2025-11-25T21:58:40.805463+00:00] The result is 35</w:t>
      </w:r>
    </w:p>
    <w:p>
      <w:pPr>
        <w:spacing w:after="40"/>
      </w:pPr>
    </w:p>
    <w:p>
      <w:pPr>
        <w:spacing w:after="80"/>
      </w:pPr>
      <w:r>
        <w:rPr>
          <w:b w:val="0"/>
          <w:i w:val="0"/>
        </w:rPr>
        <w:t>Chỉnh sửa tệp crontab để chạy tác vụ 5 phút một lần:</w:t>
      </w:r>
    </w:p>
    <w:p>
      <w:pPr>
        <w:spacing w:after="0"/>
        <w:ind w:left="360"/>
        <w:shd w:val="clear" w:color="auto" w:fill="F2F2F2"/>
      </w:pPr>
      <w:r>
        <w:rPr>
          <w:rFonts w:ascii="Consolas" w:hAnsi="Consolas"/>
          <w:sz w:val="18"/>
        </w:rPr>
        <w:t>$ crontab -e</w:t>
      </w:r>
    </w:p>
    <w:p>
      <w:pPr>
        <w:spacing w:after="0"/>
        <w:ind w:left="360"/>
        <w:shd w:val="clear" w:color="auto" w:fill="F2F2F2"/>
      </w:pPr>
      <w:r>
        <w:rPr>
          <w:rFonts w:ascii="Consolas" w:hAnsi="Consolas"/>
          <w:sz w:val="18"/>
        </w:rPr>
        <w:t>*/5 * * * * your/path/.venv/bin/python /your/path/cron.py -o /path/automate.log</w:t>
      </w:r>
    </w:p>
    <w:p>
      <w:pPr>
        <w:spacing w:after="40"/>
      </w:pPr>
    </w:p>
    <w:p>
      <w:pPr>
        <w:spacing w:after="80"/>
      </w:pPr>
      <w:r>
        <w:rPr>
          <w:b w:val="0"/>
          <w:i w:val="0"/>
        </w:rPr>
        <w:t>Lưu ý rằng thao tác này sẽ mở một terminal chỉnh sửa với trình soạn thảo dòng lệnh mặc định của bạn.</w:t>
      </w:r>
    </w:p>
    <w:p>
      <w:pPr>
        <w:spacing w:after="80"/>
      </w:pPr>
      <w:r>
        <w:rPr>
          <w:b/>
          <w:i w:val="0"/>
        </w:rPr>
        <w:t>Lưu ý</w:t>
      </w:r>
    </w:p>
    <w:p>
      <w:pPr>
        <w:spacing w:after="80"/>
      </w:pPr>
      <w:r>
        <w:rPr>
          <w:b w:val="0"/>
          <w:i w:val="0"/>
        </w:rPr>
        <w:t xml:space="preserve">Nếu bạn chưa thiết lập trình soạn thảo dòng lệnh mặc định, thì mặc định nó có thể là Vim. Điều này có thể gây bối rối nếu bạn chưa có kinh nghiệm với Vim. Nhấn </w:t>
      </w:r>
      <w:r>
        <w:rPr>
          <w:rFonts w:ascii="Consolas" w:hAnsi="Consolas"/>
          <w:b w:val="0"/>
          <w:i w:val="0"/>
          <w:sz w:val="20"/>
        </w:rPr>
        <w:br/>
        <w:br/>
        <w:t xml:space="preserve">       i</w:t>
        <w:br/>
        <w:t xml:space="preserve">      </w:t>
        <w:br/>
      </w:r>
      <w:r>
        <w:rPr>
          <w:b w:val="0"/>
          <w:i w:val="0"/>
        </w:rPr>
        <w:t xml:space="preserve"> để bắt đầu nhập văn bản và </w:t>
      </w:r>
      <w:r>
        <w:rPr>
          <w:rFonts w:ascii="Consolas" w:hAnsi="Consolas"/>
          <w:b w:val="0"/>
          <w:i w:val="0"/>
          <w:sz w:val="20"/>
        </w:rPr>
        <w:br/>
        <w:br/>
        <w:t xml:space="preserve">       Esc</w:t>
        <w:br/>
        <w:t xml:space="preserve">      </w:t>
        <w:br/>
      </w:r>
      <w:r>
        <w:rPr>
          <w:b w:val="0"/>
          <w:i w:val="0"/>
        </w:rPr>
        <w:t xml:space="preserve"> khi bạn xong. Sau đó, thoát sau khi lưu tệp bằng </w:t>
      </w:r>
      <w:r>
        <w:rPr>
          <w:rFonts w:ascii="Consolas" w:hAnsi="Consolas"/>
          <w:b w:val="0"/>
          <w:i w:val="0"/>
          <w:sz w:val="20"/>
        </w:rPr>
        <w:br/>
        <w:br/>
        <w:t xml:space="preserve">       :wq</w:t>
        <w:br/>
        <w:t xml:space="preserve">      </w:t>
        <w:br/>
      </w:r>
      <w:r>
        <w:rPr>
          <w:b w:val="0"/>
          <w:i w:val="0"/>
        </w:rPr>
        <w:t xml:space="preserve">. Để biết thêm thông tin về Vim, hãy tham khảo phần giới thiệu này: </w:t>
      </w:r>
      <w:r>
        <w:rPr>
          <w:rFonts w:ascii="Consolas" w:hAnsi="Consolas"/>
          <w:b w:val="0"/>
          <w:i w:val="0"/>
          <w:sz w:val="20"/>
        </w:rPr>
        <w:br/>
        <w:br/>
        <w:t xml:space="preserve">        https://null-byte.wonderhowto.com/how-to/intro-vim-unix-text-editor-every-hacker-should-be-familiar-with-0174674</w:t>
        <w:br/>
        <w:t xml:space="preserve">       </w:t>
        <w:br/>
      </w:r>
      <w:r>
        <w:rPr>
          <w:b w:val="0"/>
          <w:i w:val="0"/>
        </w:rPr>
        <w:t>.</w:t>
      </w:r>
    </w:p>
    <w:p>
      <w:pPr>
        <w:spacing w:after="80"/>
      </w:pPr>
      <w:r>
        <w:rPr>
          <w:b w:val="0"/>
          <w:i w:val="0"/>
        </w:rPr>
        <w:t xml:space="preserve">Để biết thông tin về cách thay đổi trình soạn thảo dòng lệnh mặc định, hãy tham khảo liên kết sau: </w:t>
      </w:r>
      <w:r>
        <w:rPr>
          <w:rFonts w:ascii="Consolas" w:hAnsi="Consolas"/>
          <w:b w:val="0"/>
          <w:i w:val="0"/>
          <w:sz w:val="20"/>
        </w:rPr>
        <w:br/>
        <w:br/>
        <w:t xml:space="preserve">        https://www.a2hosting.com/kb/developer-corner/linux/setting-the-default-text-editor-in-linux</w:t>
        <w:br/>
        <w:t xml:space="preserve">       </w:t>
        <w:br/>
      </w:r>
      <w:r>
        <w:rPr>
          <w:b w:val="0"/>
          <w:i w:val="0"/>
        </w:rPr>
        <w:t>.</w:t>
      </w:r>
    </w:p>
    <w:p>
      <w:pPr>
        <w:spacing w:after="80"/>
      </w:pPr>
      <w:r>
        <w:rPr>
          <w:b w:val="0"/>
          <w:i w:val="0"/>
        </w:rPr>
        <w:t>Kiểm tra nội dung crontab. Lưu ý rằng thao tác này chỉ hiển thị nội dung crontab chứ không đặt nó sang chế độ chỉnh sửa:</w:t>
      </w:r>
    </w:p>
    <w:p>
      <w:pPr>
        <w:spacing w:after="0"/>
        <w:ind w:left="360"/>
        <w:shd w:val="clear" w:color="auto" w:fill="F2F2F2"/>
      </w:pPr>
      <w:r>
        <w:rPr>
          <w:rFonts w:ascii="Consolas" w:hAnsi="Consolas"/>
          <w:sz w:val="18"/>
        </w:rPr>
        <w:t>$ crontab -l</w:t>
      </w:r>
    </w:p>
    <w:p>
      <w:pPr>
        <w:spacing w:after="0"/>
        <w:ind w:left="360"/>
        <w:shd w:val="clear" w:color="auto" w:fill="F2F2F2"/>
      </w:pPr>
      <w:r>
        <w:rPr>
          <w:rFonts w:ascii="Consolas" w:hAnsi="Consolas"/>
          <w:sz w:val="18"/>
        </w:rPr>
        <w:t>*/5 * * * * your/path/.venv/bin/python /your/path/cron.py -o /path/automate.log</w:t>
      </w:r>
    </w:p>
    <w:p>
      <w:pPr>
        <w:spacing w:after="40"/>
      </w:pPr>
    </w:p>
    <w:p>
      <w:pPr>
        <w:spacing w:after="80"/>
      </w:pPr>
      <w:r>
        <w:rPr>
          <w:b w:val="0"/>
          <w:i w:val="0"/>
        </w:rPr>
        <w:t>Chờ và kiểm tra tệp kết quả để xem tác vụ đang được thực thi như thế nào:</w:t>
      </w:r>
    </w:p>
    <w:p>
      <w:pPr>
        <w:spacing w:after="0"/>
        <w:ind w:left="360"/>
        <w:shd w:val="clear" w:color="auto" w:fill="F2F2F2"/>
      </w:pPr>
      <w:r>
        <w:rPr>
          <w:rFonts w:ascii="Consolas" w:hAnsi="Consolas"/>
          <w:sz w:val="18"/>
        </w:rPr>
        <w:t>$ tail -F /path/automate.log</w:t>
      </w:r>
    </w:p>
    <w:p>
      <w:pPr>
        <w:spacing w:after="0"/>
        <w:ind w:left="360"/>
        <w:shd w:val="clear" w:color="auto" w:fill="F2F2F2"/>
      </w:pPr>
      <w:r>
        <w:rPr>
          <w:rFonts w:ascii="Consolas" w:hAnsi="Consolas"/>
          <w:sz w:val="18"/>
        </w:rPr>
        <w:t>[2025-11-25T22:20:00.443924+00:00] The result is 35</w:t>
      </w:r>
    </w:p>
    <w:p>
      <w:pPr>
        <w:spacing w:after="0"/>
        <w:ind w:left="360"/>
        <w:shd w:val="clear" w:color="auto" w:fill="F2F2F2"/>
      </w:pPr>
      <w:r>
        <w:rPr>
          <w:rFonts w:ascii="Consolas" w:hAnsi="Consolas"/>
          <w:sz w:val="18"/>
        </w:rPr>
        <w:t>[2025-11-25T22:25:01.062576+00:00] The result is 35</w:t>
      </w:r>
    </w:p>
    <w:p>
      <w:pPr>
        <w:spacing w:after="0"/>
        <w:ind w:left="360"/>
        <w:shd w:val="clear" w:color="auto" w:fill="F2F2F2"/>
      </w:pPr>
      <w:r>
        <w:rPr>
          <w:rFonts w:ascii="Consolas" w:hAnsi="Consolas"/>
          <w:sz w:val="18"/>
        </w:rPr>
        <w:t>[2025-11-25T22:30:00.889056+00:00] The result is 35</w:t>
      </w:r>
    </w:p>
    <w:p>
      <w:pPr>
        <w:spacing w:after="40"/>
      </w:pPr>
    </w:p>
    <w:p>
      <w:pPr>
        <w:pStyle w:val="Heading3"/>
      </w:pPr>
      <w:r>
        <w:rPr>
          <w:rFonts w:ascii="Calibri" w:hAnsi="Calibri"/>
          <w:b/>
          <w:i w:val="0"/>
          <w:sz w:val="26"/>
        </w:rPr>
        <w:t>Cách hoạt động...</w:t>
      </w:r>
    </w:p>
    <w:p>
      <w:pPr>
        <w:spacing w:after="80"/>
      </w:pPr>
      <w:r>
        <w:rPr>
          <w:b w:val="0"/>
          <w:i w:val="0"/>
        </w:rPr>
        <w:t xml:space="preserve">Dòng crontab gồm một dòng mô tả tần suất chạy tác vụ (sáu phần tử đầu tiên), cộng với tác vụ. Mỗi phần tử trong năm phần tử đầu tiên biểu thị một đơn vị thời gian khác nhau để thực thi. Hầu hết chúng là dấu sao, nghĩa là </w:t>
      </w:r>
      <w:r>
        <w:rPr>
          <w:b w:val="0"/>
          <w:i/>
        </w:rPr>
        <w:t xml:space="preserve"> bất kỳ </w:t>
      </w:r>
      <w:r>
        <w:rPr>
          <w:b w:val="0"/>
          <w:i w:val="0"/>
        </w:rPr>
        <w:t xml:space="preserve"> :</w:t>
      </w:r>
    </w:p>
    <w:p>
      <w:pPr>
        <w:spacing w:after="0"/>
        <w:ind w:left="360"/>
        <w:shd w:val="clear" w:color="auto" w:fill="F2F2F2"/>
      </w:pPr>
      <w:r>
        <w:rPr>
          <w:rFonts w:ascii="Consolas" w:hAnsi="Consolas"/>
          <w:sz w:val="18"/>
        </w:rPr>
        <w:t>* * * * *</w:t>
      </w:r>
    </w:p>
    <w:p>
      <w:pPr>
        <w:spacing w:after="0"/>
        <w:ind w:left="360"/>
        <w:shd w:val="clear" w:color="auto" w:fill="F2F2F2"/>
      </w:pPr>
      <w:r>
        <w:rPr>
          <w:rFonts w:ascii="Consolas" w:hAnsi="Consolas"/>
          <w:sz w:val="18"/>
        </w:rPr>
        <w:t>| | | | |</w:t>
      </w:r>
    </w:p>
    <w:p>
      <w:pPr>
        <w:spacing w:after="0"/>
        <w:ind w:left="360"/>
        <w:shd w:val="clear" w:color="auto" w:fill="F2F2F2"/>
      </w:pPr>
      <w:r>
        <w:rPr>
          <w:rFonts w:ascii="Consolas" w:hAnsi="Consolas"/>
          <w:sz w:val="18"/>
        </w:rPr>
        <w:t>| | | | +---- Day of the Week   (range: 1-7, 1 standing for Monday)</w:t>
      </w:r>
    </w:p>
    <w:p>
      <w:pPr>
        <w:spacing w:after="0"/>
        <w:ind w:left="360"/>
        <w:shd w:val="clear" w:color="auto" w:fill="F2F2F2"/>
      </w:pPr>
      <w:r>
        <w:rPr>
          <w:rFonts w:ascii="Consolas" w:hAnsi="Consolas"/>
          <w:sz w:val="18"/>
        </w:rPr>
        <w:t>| | | +------ Month of the Year (range: 1-12)</w:t>
      </w:r>
    </w:p>
    <w:p>
      <w:pPr>
        <w:spacing w:after="0"/>
        <w:ind w:left="360"/>
        <w:shd w:val="clear" w:color="auto" w:fill="F2F2F2"/>
      </w:pPr>
      <w:r>
        <w:rPr>
          <w:rFonts w:ascii="Consolas" w:hAnsi="Consolas"/>
          <w:sz w:val="18"/>
        </w:rPr>
        <w:t>| | +-------- Day of the Month  (range: 1-31)</w:t>
      </w:r>
    </w:p>
    <w:p>
      <w:pPr>
        <w:spacing w:after="0"/>
        <w:ind w:left="360"/>
        <w:shd w:val="clear" w:color="auto" w:fill="F2F2F2"/>
      </w:pPr>
      <w:r>
        <w:rPr>
          <w:rFonts w:ascii="Consolas" w:hAnsi="Consolas"/>
          <w:sz w:val="18"/>
        </w:rPr>
        <w:t>| +---------- Hour              (range: 0-23)</w:t>
      </w:r>
    </w:p>
    <w:p>
      <w:pPr>
        <w:spacing w:after="0"/>
        <w:ind w:left="360"/>
        <w:shd w:val="clear" w:color="auto" w:fill="F2F2F2"/>
      </w:pPr>
      <w:r>
        <w:rPr>
          <w:rFonts w:ascii="Consolas" w:hAnsi="Consolas"/>
          <w:sz w:val="18"/>
        </w:rPr>
        <w:t>+------------ Minute            (range: 0-59)</w:t>
      </w:r>
    </w:p>
    <w:p>
      <w:pPr>
        <w:spacing w:after="40"/>
      </w:pPr>
    </w:p>
    <w:p>
      <w:pPr>
        <w:spacing w:after="80"/>
      </w:pPr>
      <w:r>
        <w:rPr>
          <w:b w:val="0"/>
          <w:i w:val="0"/>
        </w:rPr>
        <w:t xml:space="preserve">Do đó dòng </w:t>
      </w:r>
      <w:r>
        <w:rPr>
          <w:rFonts w:ascii="Consolas" w:hAnsi="Consolas"/>
          <w:b w:val="0"/>
          <w:i w:val="0"/>
          <w:sz w:val="20"/>
        </w:rPr>
        <w:br/>
        <w:br/>
        <w:t xml:space="preserve">      */5 * * * *</w:t>
        <w:br/>
        <w:t xml:space="preserve">     </w:t>
        <w:br/>
      </w:r>
      <w:r>
        <w:rPr>
          <w:b w:val="0"/>
          <w:i w:val="0"/>
        </w:rPr>
        <w:t xml:space="preserve"> có nghĩa là </w:t>
      </w:r>
      <w:r>
        <w:rPr>
          <w:b w:val="0"/>
          <w:i/>
        </w:rPr>
        <w:t xml:space="preserve"> </w:t>
      </w:r>
      <w:r>
        <w:rPr>
          <w:b w:val="0"/>
          <w:i w:val="0"/>
        </w:rPr>
        <w:t xml:space="preserve"> </w:t>
      </w:r>
      <w:r>
        <w:rPr>
          <w:b w:val="0"/>
          <w:i/>
        </w:rPr>
        <w:t xml:space="preserve"> mỗi khi số phút chia hết cho 5, trong mọi giờ, mọi ngày </w:t>
      </w:r>
      <w:r>
        <w:rPr>
          <w:b w:val="0"/>
          <w:i w:val="0"/>
        </w:rPr>
        <w:t xml:space="preserve"> </w:t>
      </w:r>
      <w:r>
        <w:rPr>
          <w:b w:val="0"/>
          <w:i/>
        </w:rPr>
        <w:t xml:space="preserve"> , mọi tháng, mọi ngày trong tuần </w:t>
      </w:r>
      <w:r>
        <w:rPr>
          <w:b w:val="0"/>
          <w:i w:val="0"/>
        </w:rPr>
        <w:t xml:space="preserve"> .</w:t>
      </w:r>
    </w:p>
    <w:p>
      <w:pPr>
        <w:spacing w:after="80"/>
      </w:pPr>
      <w:r>
        <w:rPr>
          <w:b w:val="0"/>
          <w:i w:val="0"/>
        </w:rPr>
        <w:t>Dưới đây là một vài ví dụ khác:</w:t>
      </w:r>
    </w:p>
    <w:p>
      <w:pPr>
        <w:spacing w:after="0"/>
        <w:ind w:left="360"/>
        <w:shd w:val="clear" w:color="auto" w:fill="F2F2F2"/>
      </w:pPr>
      <w:r>
        <w:rPr>
          <w:rFonts w:ascii="Consolas" w:hAnsi="Consolas"/>
          <w:sz w:val="18"/>
        </w:rPr>
        <w:t>30  15 * * * means "every day at 15:30"</w:t>
      </w:r>
    </w:p>
    <w:p>
      <w:pPr>
        <w:spacing w:after="0"/>
        <w:ind w:left="360"/>
        <w:shd w:val="clear" w:color="auto" w:fill="F2F2F2"/>
      </w:pPr>
      <w:r>
        <w:rPr>
          <w:rFonts w:ascii="Consolas" w:hAnsi="Consolas"/>
          <w:sz w:val="18"/>
        </w:rPr>
        <w:t>30   * * * * means "every hour, at 30 minutes"</w:t>
      </w:r>
    </w:p>
    <w:p>
      <w:pPr>
        <w:spacing w:after="0"/>
        <w:ind w:left="360"/>
        <w:shd w:val="clear" w:color="auto" w:fill="F2F2F2"/>
      </w:pPr>
      <w:r>
        <w:rPr>
          <w:rFonts w:ascii="Consolas" w:hAnsi="Consolas"/>
          <w:sz w:val="18"/>
        </w:rPr>
        <w:t>0,30 * * * * means "every hour, at 0 minutes and 30 minutes"</w:t>
      </w:r>
    </w:p>
    <w:p>
      <w:pPr>
        <w:spacing w:after="0"/>
        <w:ind w:left="360"/>
        <w:shd w:val="clear" w:color="auto" w:fill="F2F2F2"/>
      </w:pPr>
      <w:r>
        <w:rPr>
          <w:rFonts w:ascii="Consolas" w:hAnsi="Consolas"/>
          <w:sz w:val="18"/>
        </w:rPr>
        <w:t>*/30 * * * * means "every half hour"</w:t>
      </w:r>
    </w:p>
    <w:p>
      <w:pPr>
        <w:spacing w:after="0"/>
        <w:ind w:left="360"/>
        <w:shd w:val="clear" w:color="auto" w:fill="F2F2F2"/>
      </w:pPr>
      <w:r>
        <w:rPr>
          <w:rFonts w:ascii="Consolas" w:hAnsi="Consolas"/>
          <w:sz w:val="18"/>
        </w:rPr>
        <w:t>0    0 * * 1 means "every Monday at 00:00"</w:t>
      </w:r>
    </w:p>
    <w:p>
      <w:pPr>
        <w:spacing w:after="40"/>
      </w:pPr>
    </w:p>
    <w:p>
      <w:pPr>
        <w:spacing w:after="80"/>
      </w:pPr>
      <w:r>
        <w:rPr>
          <w:b/>
          <w:i w:val="0"/>
        </w:rPr>
        <w:t>Mẹo</w:t>
      </w:r>
    </w:p>
    <w:p>
      <w:pPr>
        <w:spacing w:after="80"/>
      </w:pPr>
      <w:r>
        <w:rPr>
          <w:b w:val="0"/>
          <w:i w:val="0"/>
        </w:rPr>
        <w:t xml:space="preserve">Cố gắng đừng đoán mò quá nhiều. Hãy dùng bảng tra cứu như </w:t>
      </w:r>
      <w:r>
        <w:rPr>
          <w:rFonts w:ascii="Consolas" w:hAnsi="Consolas"/>
          <w:b w:val="0"/>
          <w:i w:val="0"/>
          <w:sz w:val="20"/>
        </w:rPr>
        <w:br/>
        <w:br/>
        <w:t xml:space="preserve">        https://crontab.guru/</w:t>
        <w:br/>
        <w:t xml:space="preserve">       </w:t>
        <w:br/>
      </w:r>
      <w:r>
        <w:rPr>
          <w:b w:val="0"/>
          <w:i w:val="0"/>
        </w:rPr>
        <w:t xml:space="preserve"> để xem ví dụ và tinh chỉnh. Hầu hết các cách dùng phổ biến sẽ được mô tả trực tiếp ở đó. Bạn cũng có thể chỉnh sửa một công thức và nhận được một đoạn văn mô tả cách nó sẽ chạy. Hoặc, cách khác, hãy hỏi một GenAI về nhu cầu của bạn.</w:t>
      </w:r>
    </w:p>
    <w:p>
      <w:pPr>
        <w:spacing w:after="80"/>
      </w:pPr>
      <w:r>
        <w:rPr>
          <w:b w:val="0"/>
          <w:i w:val="0"/>
        </w:rPr>
        <w:t xml:space="preserve">Sau phần mô tả cách chạy cron job, hãy thêm dòng để thực thi tác vụ, như đã chuẩn bị trong </w:t>
      </w:r>
      <w:r>
        <w:rPr>
          <w:b w:val="0"/>
          <w:i/>
        </w:rPr>
        <w:t xml:space="preserve"> bước 2 </w:t>
      </w:r>
      <w:r>
        <w:rPr>
          <w:b w:val="0"/>
          <w:i w:val="0"/>
        </w:rPr>
        <w:t xml:space="preserve"> của mục </w:t>
      </w:r>
      <w:r>
        <w:rPr>
          <w:b w:val="0"/>
          <w:i/>
        </w:rPr>
        <w:t xml:space="preserve"> Cách thực hiện… </w:t>
      </w:r>
      <w:r>
        <w:rPr>
          <w:b w:val="0"/>
          <w:i w:val="0"/>
        </w:rPr>
        <w:t xml:space="preserve"> .</w:t>
      </w:r>
    </w:p>
    <w:p>
      <w:pPr>
        <w:spacing w:after="80"/>
      </w:pPr>
      <w:r>
        <w:rPr>
          <w:b w:val="0"/>
          <w:i w:val="0"/>
        </w:rPr>
        <w:t>Lưu ý rằng tác vụ được mô tả với đường dẫn đầy đủ cho mọi tệp liên quan – trình thông dịch, script và tệp đầu ra. Điều này loại bỏ mọi sự mơ hồ liên quan đến đường dẫn và giảm khả năng xảy ra lỗi. Một lỗi rất phổ biến là cron không thể xác định được một hoặc nhiều trong ba yếu tố đó.</w:t>
      </w:r>
    </w:p>
    <w:p>
      <w:pPr>
        <w:spacing w:after="80"/>
      </w:pPr>
      <w:r>
        <w:rPr>
          <w:b/>
          <w:i w:val="0"/>
        </w:rPr>
        <w:t>Mẹo</w:t>
      </w:r>
    </w:p>
    <w:p>
      <w:pPr>
        <w:spacing w:after="80"/>
      </w:pPr>
      <w:r>
        <w:rPr>
          <w:b w:val="0"/>
          <w:i w:val="0"/>
        </w:rPr>
        <w:t xml:space="preserve">Mặc dù chúng ta thường dùng </w:t>
      </w:r>
      <w:r>
        <w:rPr>
          <w:rFonts w:ascii="Consolas" w:hAnsi="Consolas"/>
          <w:b w:val="0"/>
          <w:i w:val="0"/>
          <w:sz w:val="20"/>
        </w:rPr>
        <w:br/>
        <w:br/>
        <w:t xml:space="preserve">       uv</w:t>
        <w:br/>
        <w:t xml:space="preserve">      </w:t>
        <w:br/>
      </w:r>
      <w:r>
        <w:rPr>
          <w:b w:val="0"/>
          <w:i w:val="0"/>
        </w:rPr>
        <w:t xml:space="preserve"> để chạy các script, nhưng với công thức này nó lại thêm một lớp phức tạp vì còn cần được cấu hình đúng để dùng đúng virtual env. Thay vào đó, tốt hơn là gọi trực tiếp trình thông dịch Python bên trong virtual environment.</w:t>
      </w:r>
    </w:p>
    <w:p>
      <w:pPr>
        <w:pStyle w:val="Heading3"/>
      </w:pPr>
      <w:r>
        <w:rPr>
          <w:rFonts w:ascii="Calibri" w:hAnsi="Calibri"/>
          <w:b/>
          <w:i w:val="0"/>
          <w:sz w:val="26"/>
        </w:rPr>
        <w:t>Còn nữa...</w:t>
      </w:r>
    </w:p>
    <w:p>
      <w:pPr>
        <w:spacing w:after="80"/>
      </w:pPr>
      <w:r>
        <w:rPr>
          <w:b w:val="0"/>
          <w:i w:val="0"/>
        </w:rPr>
        <w:t xml:space="preserve">Đầu ra mặc định có thể hơi dài dòng. Khi gọi </w:t>
      </w:r>
      <w:r>
        <w:rPr>
          <w:rFonts w:ascii="Consolas" w:hAnsi="Consolas"/>
          <w:b w:val="0"/>
          <w:i w:val="0"/>
          <w:sz w:val="20"/>
        </w:rPr>
        <w:br/>
        <w:br/>
        <w:t xml:space="preserve">      uv run cron.py ‑h</w:t>
        <w:br/>
        <w:t xml:space="preserve">     </w:t>
        <w:br/>
      </w:r>
      <w:r>
        <w:rPr>
          <w:b w:val="0"/>
          <w:i w:val="0"/>
        </w:rPr>
        <w:t xml:space="preserve"> , nó sẽ hiển thị như sau:</w:t>
      </w:r>
    </w:p>
    <w:p>
      <w:pPr>
        <w:spacing w:after="0"/>
        <w:ind w:left="360"/>
        <w:shd w:val="clear" w:color="auto" w:fill="F2F2F2"/>
      </w:pPr>
      <w:r>
        <w:rPr>
          <w:rFonts w:ascii="Consolas" w:hAnsi="Consolas"/>
          <w:sz w:val="18"/>
        </w:rPr>
        <w:t>-o OUTPUT   output file (default: &lt;_io.TextIOWrapper name='&lt;stdout&gt;' mode='w' encoding='utf-8'&gt;)</w:t>
      </w:r>
    </w:p>
    <w:p>
      <w:pPr>
        <w:spacing w:after="40"/>
      </w:pPr>
    </w:p>
    <w:p>
      <w:pPr>
        <w:spacing w:after="80"/>
      </w:pPr>
      <w:r>
        <w:rPr>
          <w:b w:val="0"/>
          <w:i w:val="0"/>
        </w:rPr>
        <w:t xml:space="preserve">Đây là đặc tả của </w:t>
      </w:r>
      <w:r>
        <w:rPr>
          <w:b/>
          <w:i w:val="0"/>
        </w:rPr>
        <w:t xml:space="preserve"> đầu ra chuẩn </w:t>
      </w:r>
      <w:r>
        <w:rPr>
          <w:b w:val="0"/>
          <w:i w:val="0"/>
        </w:rPr>
        <w:t xml:space="preserve"> ( </w:t>
      </w:r>
      <w:r>
        <w:rPr>
          <w:b/>
          <w:i w:val="0"/>
        </w:rPr>
        <w:t xml:space="preserve"> stdout </w:t>
      </w:r>
      <w:r>
        <w:rPr>
          <w:b w:val="0"/>
          <w:i w:val="0"/>
        </w:rPr>
        <w:t xml:space="preserve"> ). Định dạng của tham số </w:t>
      </w:r>
      <w:r>
        <w:rPr>
          <w:rFonts w:ascii="Consolas" w:hAnsi="Consolas"/>
          <w:b w:val="0"/>
          <w:i w:val="0"/>
          <w:sz w:val="20"/>
        </w:rPr>
        <w:br/>
        <w:br/>
        <w:t xml:space="preserve">      output</w:t>
        <w:br/>
        <w:t xml:space="preserve">     </w:t>
        <w:br/>
      </w:r>
      <w:r>
        <w:rPr>
          <w:b w:val="0"/>
          <w:i w:val="0"/>
        </w:rPr>
        <w:t xml:space="preserve"> có thể được thay đổi bằng đối số </w:t>
      </w:r>
      <w:r>
        <w:rPr>
          <w:rFonts w:ascii="Consolas" w:hAnsi="Consolas"/>
          <w:b w:val="0"/>
          <w:i w:val="0"/>
          <w:sz w:val="20"/>
        </w:rPr>
        <w:br/>
        <w:br/>
        <w:t xml:space="preserve">      formatter_class</w:t>
        <w:br/>
        <w:t xml:space="preserve">     </w:t>
        <w:br/>
      </w:r>
      <w:r>
        <w:rPr>
          <w:b w:val="0"/>
          <w:i w:val="0"/>
        </w:rPr>
        <w:t xml:space="preserve"> trong </w:t>
      </w:r>
      <w:r>
        <w:rPr>
          <w:rFonts w:ascii="Consolas" w:hAnsi="Consolas"/>
          <w:b w:val="0"/>
          <w:i w:val="0"/>
          <w:sz w:val="20"/>
        </w:rPr>
        <w:br/>
        <w:br/>
        <w:t xml:space="preserve">      ArgumentParser</w:t>
        <w:br/>
        <w:t xml:space="preserve">     </w:t>
        <w:br/>
      </w:r>
      <w:r>
        <w:rPr>
          <w:b w:val="0"/>
          <w:i w:val="0"/>
        </w:rPr>
        <w:t xml:space="preserve"> . Điều này có nghĩa là bạn có thể dùng một formatter tùy chỉnh kế thừa từ các formatter mặc định có sẵn để tinh chỉnh cách hiển thị giá trị của tham số. Tham khảo tài liệu tại </w:t>
      </w:r>
      <w:r>
        <w:rPr>
          <w:rFonts w:ascii="Consolas" w:hAnsi="Consolas"/>
          <w:b w:val="0"/>
          <w:i w:val="0"/>
          <w:sz w:val="20"/>
        </w:rPr>
        <w:br/>
        <w:br/>
        <w:t xml:space="preserve">       https://docs.python.org/3/library/argparse.html#formatter-class</w:t>
        <w:br/>
        <w:t xml:space="preserve">      </w:t>
        <w:br/>
      </w:r>
      <w:r>
        <w:rPr>
          <w:b w:val="0"/>
          <w:i w:val="0"/>
        </w:rPr>
        <w:t xml:space="preserve"> .</w:t>
      </w:r>
    </w:p>
    <w:p>
      <w:pPr>
        <w:spacing w:after="80"/>
      </w:pPr>
      <w:r>
        <w:rPr>
          <w:b w:val="0"/>
          <w:i w:val="0"/>
        </w:rPr>
        <w:t>Nếu có bất kỳ vấn đề gì trong quá trình thực thi crontab, bạn sẽ nhận được mail hệ thống. Nó sẽ hiện ra dưới dạng một thông báo trong terminal như thế này:</w:t>
      </w:r>
    </w:p>
    <w:p>
      <w:pPr>
        <w:spacing w:after="0"/>
        <w:ind w:left="360"/>
        <w:shd w:val="clear" w:color="auto" w:fill="F2F2F2"/>
      </w:pPr>
      <w:r>
        <w:rPr>
          <w:rFonts w:ascii="Consolas" w:hAnsi="Consolas"/>
          <w:sz w:val="18"/>
        </w:rPr>
        <w:t>You have mail.</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This can be read with mail:</w:t>
      </w:r>
    </w:p>
    <w:p>
      <w:pPr>
        <w:spacing w:after="0"/>
        <w:ind w:left="360"/>
        <w:shd w:val="clear" w:color="auto" w:fill="F2F2F2"/>
      </w:pPr>
      <w:r>
        <w:rPr>
          <w:rFonts w:ascii="Consolas" w:hAnsi="Consolas"/>
          <w:sz w:val="18"/>
        </w:rPr>
        <w:t>$ mail</w:t>
      </w:r>
    </w:p>
    <w:p>
      <w:pPr>
        <w:spacing w:after="0"/>
        <w:ind w:left="360"/>
        <w:shd w:val="clear" w:color="auto" w:fill="F2F2F2"/>
      </w:pPr>
      <w:r>
        <w:rPr>
          <w:rFonts w:ascii="Consolas" w:hAnsi="Consolas"/>
          <w:sz w:val="18"/>
        </w:rPr>
        <w:t>Mail version 8.1 6/6/93. Type ? for help.</w:t>
      </w:r>
    </w:p>
    <w:p>
      <w:pPr>
        <w:spacing w:after="0"/>
        <w:ind w:left="360"/>
        <w:shd w:val="clear" w:color="auto" w:fill="F2F2F2"/>
      </w:pPr>
      <w:r>
        <w:rPr>
          <w:rFonts w:ascii="Consolas" w:hAnsi="Consolas"/>
          <w:sz w:val="18"/>
        </w:rPr>
        <w:t>"/var/mail/user": 1 message 1 new</w:t>
      </w:r>
    </w:p>
    <w:p>
      <w:pPr>
        <w:spacing w:after="0"/>
        <w:ind w:left="360"/>
        <w:shd w:val="clear" w:color="auto" w:fill="F2F2F2"/>
      </w:pPr>
      <w:r>
        <w:rPr>
          <w:rFonts w:ascii="Consolas" w:hAnsi="Consolas"/>
          <w:sz w:val="18"/>
        </w:rPr>
        <w:t>&gt;N 1 user@host Fri Jun 17 21:15 20/914 "Cron &lt;user@host"</w:t>
      </w:r>
    </w:p>
    <w:p>
      <w:pPr>
        <w:spacing w:after="0"/>
        <w:ind w:left="360"/>
        <w:shd w:val="clear" w:color="auto" w:fill="F2F2F2"/>
      </w:pPr>
      <w:r>
        <w:rPr>
          <w:rFonts w:ascii="Consolas" w:hAnsi="Consolas"/>
          <w:sz w:val="18"/>
        </w:rPr>
        <w:t>? 1</w:t>
      </w:r>
    </w:p>
    <w:p>
      <w:pPr>
        <w:spacing w:after="0"/>
        <w:ind w:left="360"/>
        <w:shd w:val="clear" w:color="auto" w:fill="F2F2F2"/>
      </w:pPr>
      <w:r>
        <w:rPr>
          <w:rFonts w:ascii="Consolas" w:hAnsi="Consolas"/>
          <w:sz w:val="18"/>
        </w:rPr>
        <w:t>Message 1:</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/usr/local/Cellar/python/3.14/Frameworks/Python.framework/Versions/3.14/Resources/Python.app/Contents/MacOS/Python: can't open file 'cron.py': [Errno 2] No such file or directory</w:t>
      </w:r>
    </w:p>
    <w:p>
      <w:pPr>
        <w:spacing w:after="40"/>
      </w:pPr>
    </w:p>
    <w:p>
      <w:pPr>
        <w:spacing w:after="80"/>
      </w:pPr>
      <w:r>
        <w:rPr>
          <w:b w:val="0"/>
          <w:i w:val="0"/>
        </w:rPr>
        <w:t>Trong công thức tiếp theo, chúng ta sẽ khám phá các phương pháp để bắt lỗi một cách độc lập nhằm giúp tác vụ chạy trơn tru.</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Thêm tùy chọn dòng lệnh </w:t>
      </w:r>
      <w:r>
        <w:rPr>
          <w:b w:val="0"/>
          <w:i w:val="0"/>
        </w:rPr>
        <w:t xml:space="preserve"> trong </w:t>
      </w:r>
      <w:r>
        <w:rPr>
          <w:b w:val="0"/>
          <w:i/>
        </w:rPr>
        <w:t xml:space="preserve"> Chương 1 </w:t>
      </w:r>
      <w:r>
        <w:rPr>
          <w:b w:val="0"/>
          <w:i w:val="0"/>
        </w:rPr>
        <w:t xml:space="preserve"> , </w:t>
      </w:r>
      <w:r>
        <w:rPr>
          <w:b w:val="0"/>
          <w:i/>
        </w:rPr>
        <w:t xml:space="preserve"> Hãy bắt đầu hành trình tự động hóa của chúng ta </w:t>
      </w:r>
      <w:r>
        <w:rPr>
          <w:b w:val="0"/>
          <w:i w:val="0"/>
        </w:rPr>
        <w:t xml:space="preserve"> , để hiểu các khái niệm cơ bản về tùy chọn dòng lệnh.</w:t>
      </w:r>
    </w:p>
    <w:p>
      <w:pPr>
        <w:spacing w:after="80"/>
        <w:ind w:left="360"/>
      </w:pPr>
      <w:r>
        <w:t xml:space="preserve">• </w:t>
      </w:r>
      <w:r>
        <w:rPr>
          <w:b w:val="0"/>
          <w:i w:val="0"/>
        </w:rPr>
        <w:t xml:space="preserve">Công thức </w:t>
      </w:r>
      <w:r>
        <w:rPr>
          <w:b w:val="0"/>
          <w:i/>
        </w:rPr>
        <w:t xml:space="preserve"> Ghi lại lỗi và sự cố </w:t>
      </w:r>
      <w:r>
        <w:rPr>
          <w:b w:val="0"/>
          <w:i w:val="0"/>
        </w:rPr>
        <w:t>, tiếp theo trong chương này, để học cách lưu trữ các sự kiện xảy ra trong quá trình thực thi.</w:t>
      </w:r>
    </w:p>
    <w:p>
      <w:pPr>
        <w:pStyle w:val="Heading2"/>
      </w:pPr>
      <w:r>
        <w:rPr>
          <w:rFonts w:ascii="Calibri" w:hAnsi="Calibri"/>
          <w:b/>
          <w:i w:val="0"/>
          <w:sz w:val="32"/>
        </w:rPr>
        <w:t>Ghi lại lỗi và sự cố</w:t>
      </w:r>
    </w:p>
    <w:p>
      <w:pPr>
        <w:spacing w:after="80"/>
      </w:pPr>
      <w:r>
        <w:rPr>
          <w:b w:val="0"/>
          <w:i w:val="0"/>
        </w:rPr>
        <w:t xml:space="preserve">Đặc điểm chính của một tác vụ tự động là tính chất </w:t>
      </w:r>
      <w:r>
        <w:rPr>
          <w:b w:val="0"/>
          <w:i/>
        </w:rPr>
        <w:t xml:space="preserve"> chạy rồi quên </w:t>
      </w:r>
      <w:r>
        <w:rPr>
          <w:b w:val="0"/>
          <w:i w:val="0"/>
        </w:rPr>
        <w:t xml:space="preserve"> của nó. Chúng ta không chủ động nhìn vào kết quả, mà để nó chạy ở chế độ nền.</w:t>
      </w:r>
    </w:p>
    <w:p>
      <w:pPr>
        <w:spacing w:after="80"/>
      </w:pPr>
      <w:r>
        <w:rPr>
          <w:b w:val="0"/>
          <w:i w:val="0"/>
        </w:rPr>
        <w:t>Ngoài những vấn đề và lỗi của bất kỳ chương trình nào, hầu hết các công thức trong cuốn sách này đều xử lý thông tin bên ngoài, chẳng hạn như các trang web hoặc báo cáo khác. Thông tin bên ngoài vốn đa dạng hơn và có thể chứa những yếu tố bất ngờ, làm tăng khả năng gặp phải vấn đề không lường trước khi chạy. Công thức này sẽ trình bày một tác vụ tự động lưu trữ an toàn các hành vi bất ngờ vào một tệp log để có thể kiểm tra lại sau.</w:t>
      </w:r>
    </w:p>
    <w:p>
      <w:pPr>
        <w:pStyle w:val="Heading3"/>
      </w:pPr>
      <w:r>
        <w:rPr>
          <w:rFonts w:ascii="Calibri" w:hAnsi="Calibri"/>
          <w:b/>
          <w:i w:val="0"/>
          <w:sz w:val="26"/>
        </w:rPr>
        <w:t>Chuẩn bị</w:t>
      </w:r>
    </w:p>
    <w:p>
      <w:pPr>
        <w:spacing w:after="80"/>
      </w:pPr>
      <w:r>
        <w:rPr>
          <w:b w:val="0"/>
          <w:i w:val="0"/>
        </w:rPr>
        <w:t>Để bắt đầu, tác vụ của chúng ta sẽ là chia hai số, như được mô tả trên dòng lệnh.</w:t>
      </w:r>
    </w:p>
    <w:p>
      <w:pPr>
        <w:spacing w:after="80"/>
      </w:pPr>
      <w:r>
        <w:rPr>
          <w:b w:val="0"/>
          <w:i w:val="0"/>
        </w:rPr>
        <w:t xml:space="preserve">Tác vụ này rất giống với tác vụ được trình bày trong </w:t>
      </w:r>
      <w:r>
        <w:rPr>
          <w:b w:val="0"/>
          <w:i/>
        </w:rPr>
        <w:t xml:space="preserve"> bước 5 </w:t>
      </w:r>
      <w:r>
        <w:rPr>
          <w:b w:val="0"/>
          <w:i w:val="0"/>
        </w:rPr>
        <w:t xml:space="preserve"> của </w:t>
      </w:r>
      <w:r>
        <w:rPr>
          <w:b w:val="0"/>
          <w:i/>
        </w:rPr>
        <w:t xml:space="preserve"> Cách hoạt động </w:t>
      </w:r>
      <w:r>
        <w:rPr>
          <w:b w:val="0"/>
          <w:i w:val="0"/>
        </w:rPr>
        <w:t xml:space="preserve"> </w:t>
      </w:r>
      <w:r>
        <w:rPr>
          <w:b w:val="0"/>
          <w:i/>
        </w:rPr>
        <w:t xml:space="preserve"> … </w:t>
      </w:r>
      <w:r>
        <w:rPr>
          <w:b w:val="0"/>
          <w:i w:val="0"/>
        </w:rPr>
        <w:t xml:space="preserve"> cho công thức </w:t>
      </w:r>
      <w:r>
        <w:rPr>
          <w:b w:val="0"/>
          <w:i/>
        </w:rPr>
        <w:t xml:space="preserve"> Chuẩn bị một tác vụ </w:t>
      </w:r>
      <w:r>
        <w:rPr>
          <w:b w:val="0"/>
          <w:i w:val="0"/>
        </w:rPr>
        <w:t xml:space="preserve"> trước đó trong chương này, chỉ khác là thay vì nhân hai số, chúng ta sẽ chia chúng.</w:t>
      </w:r>
    </w:p>
    <w:p>
      <w:pPr>
        <w:pStyle w:val="Heading3"/>
      </w:pPr>
      <w:r>
        <w:rPr>
          <w:rFonts w:ascii="Calibri" w:hAnsi="Calibri"/>
          <w:b/>
          <w:i w:val="0"/>
          <w:sz w:val="26"/>
        </w:rPr>
        <w:t>Cách thực hiện...</w:t>
      </w:r>
    </w:p>
    <w:p>
      <w:pPr>
        <w:spacing w:after="80"/>
        <w:ind w:left="360"/>
      </w:pPr>
      <w:r>
        <w:t xml:space="preserve">1. </w:t>
      </w:r>
      <w:r>
        <w:rPr>
          <w:b w:val="0"/>
          <w:i w:val="0"/>
        </w:rPr>
        <w:t xml:space="preserve">Tạo tệp </w:t>
      </w:r>
      <w:r>
        <w:rPr>
          <w:rFonts w:ascii="Consolas" w:hAnsi="Consolas"/>
          <w:b w:val="0"/>
          <w:i w:val="0"/>
          <w:sz w:val="20"/>
        </w:rPr>
        <w:br/>
        <w:br/>
        <w:t xml:space="preserve">       task_with_error_handling_step1.py</w:t>
        <w:br/>
        <w:t xml:space="preserve">      </w:t>
        <w:br/>
      </w:r>
      <w:r>
        <w:rPr>
          <w:b w:val="0"/>
          <w:i w:val="0"/>
        </w:rPr>
        <w:t xml:space="preserve"> như sau:</w:t>
      </w:r>
    </w:p>
    <w:p>
      <w:pPr>
        <w:spacing w:after="0"/>
        <w:ind w:left="360"/>
        <w:shd w:val="clear" w:color="auto" w:fill="F2F2F2"/>
      </w:pPr>
      <w:r>
        <w:rPr>
          <w:rFonts w:ascii="Consolas" w:hAnsi="Consolas"/>
          <w:sz w:val="18"/>
        </w:rPr>
        <w:t>import argparse</w:t>
      </w:r>
    </w:p>
    <w:p>
      <w:pPr>
        <w:spacing w:after="0"/>
        <w:ind w:left="360"/>
        <w:shd w:val="clear" w:color="auto" w:fill="F2F2F2"/>
      </w:pPr>
      <w:r>
        <w:rPr>
          <w:rFonts w:ascii="Consolas" w:hAnsi="Consolas"/>
          <w:sz w:val="18"/>
        </w:rPr>
        <w:t>import sys</w:t>
      </w:r>
    </w:p>
    <w:p>
      <w:pPr>
        <w:spacing w:after="0"/>
        <w:ind w:left="360"/>
        <w:shd w:val="clear" w:color="auto" w:fill="F2F2F2"/>
      </w:pPr>
      <w:r>
        <w:rPr>
          <w:rFonts w:ascii="Consolas" w:hAnsi="Consolas"/>
          <w:sz w:val="18"/>
        </w:rPr>
        <w:t>def main(number, other_number, output):</w:t>
      </w:r>
    </w:p>
    <w:p>
      <w:pPr>
        <w:spacing w:after="0"/>
        <w:ind w:left="360"/>
        <w:shd w:val="clear" w:color="auto" w:fill="F2F2F2"/>
      </w:pPr>
      <w:r>
        <w:rPr>
          <w:rFonts w:ascii="Consolas" w:hAnsi="Consolas"/>
          <w:sz w:val="18"/>
        </w:rPr>
        <w:t xml:space="preserve">    result = number / other_number</w:t>
      </w:r>
    </w:p>
    <w:p>
      <w:pPr>
        <w:spacing w:after="0"/>
        <w:ind w:left="360"/>
        <w:shd w:val="clear" w:color="auto" w:fill="F2F2F2"/>
      </w:pPr>
      <w:r>
        <w:rPr>
          <w:rFonts w:ascii="Consolas" w:hAnsi="Consolas"/>
          <w:sz w:val="18"/>
        </w:rPr>
        <w:t xml:space="preserve">    print(f'The result is {result}', file=output)</w:t>
      </w:r>
    </w:p>
    <w:p>
      <w:pPr>
        <w:spacing w:after="0"/>
        <w:ind w:left="360"/>
        <w:shd w:val="clear" w:color="auto" w:fill="F2F2F2"/>
      </w:pPr>
      <w:r>
        <w:rPr>
          <w:rFonts w:ascii="Consolas" w:hAnsi="Consolas"/>
          <w:sz w:val="18"/>
        </w:rPr>
        <w:t>if __name__ == '__main__':</w:t>
      </w:r>
    </w:p>
    <w:p>
      <w:pPr>
        <w:spacing w:after="0"/>
        <w:ind w:left="360"/>
        <w:shd w:val="clear" w:color="auto" w:fill="F2F2F2"/>
      </w:pPr>
      <w:r>
        <w:rPr>
          <w:rFonts w:ascii="Consolas" w:hAnsi="Consolas"/>
          <w:sz w:val="18"/>
        </w:rPr>
        <w:t xml:space="preserve">    parser = argparse.ArgumentParser()</w:t>
      </w:r>
    </w:p>
    <w:p>
      <w:pPr>
        <w:spacing w:after="0"/>
        <w:ind w:left="360"/>
        <w:shd w:val="clear" w:color="auto" w:fill="F2F2F2"/>
      </w:pPr>
      <w:r>
        <w:rPr>
          <w:rFonts w:ascii="Consolas" w:hAnsi="Consolas"/>
          <w:sz w:val="18"/>
        </w:rPr>
        <w:t xml:space="preserve">    parser.add_argument('-n1', type=int, help='A number', default=1)</w:t>
      </w:r>
    </w:p>
    <w:p>
      <w:pPr>
        <w:spacing w:after="0"/>
        <w:ind w:left="360"/>
        <w:shd w:val="clear" w:color="auto" w:fill="F2F2F2"/>
      </w:pPr>
      <w:r>
        <w:rPr>
          <w:rFonts w:ascii="Consolas" w:hAnsi="Consolas"/>
          <w:sz w:val="18"/>
        </w:rPr>
        <w:t xml:space="preserve">    parser.add_argument('-n2', type=int, help='Another number', default=1)   </w:t>
      </w:r>
    </w:p>
    <w:p>
      <w:pPr>
        <w:spacing w:after="0"/>
        <w:ind w:left="360"/>
        <w:shd w:val="clear" w:color="auto" w:fill="F2F2F2"/>
      </w:pPr>
      <w:r>
        <w:rPr>
          <w:rFonts w:ascii="Consolas" w:hAnsi="Consolas"/>
          <w:sz w:val="18"/>
        </w:rPr>
        <w:t xml:space="preserve">    parser.add_argument('-o', dest='output', type=argparse.FileType('w'),</w:t>
      </w:r>
    </w:p>
    <w:p>
      <w:pPr>
        <w:spacing w:after="0"/>
        <w:ind w:left="360"/>
        <w:shd w:val="clear" w:color="auto" w:fill="F2F2F2"/>
      </w:pPr>
      <w:r>
        <w:rPr>
          <w:rFonts w:ascii="Consolas" w:hAnsi="Consolas"/>
          <w:sz w:val="18"/>
        </w:rPr>
        <w:t xml:space="preserve">                        help='output file', default=sys.stdout)</w:t>
      </w:r>
    </w:p>
    <w:p>
      <w:pPr>
        <w:spacing w:after="0"/>
        <w:ind w:left="360"/>
        <w:shd w:val="clear" w:color="auto" w:fill="F2F2F2"/>
      </w:pPr>
      <w:r>
        <w:rPr>
          <w:rFonts w:ascii="Consolas" w:hAnsi="Consolas"/>
          <w:sz w:val="18"/>
        </w:rPr>
        <w:t xml:space="preserve">    args = parser.parse_args()</w:t>
      </w:r>
    </w:p>
    <w:p>
      <w:pPr>
        <w:spacing w:after="0"/>
        <w:ind w:left="360"/>
        <w:shd w:val="clear" w:color="auto" w:fill="F2F2F2"/>
      </w:pPr>
      <w:r>
        <w:rPr>
          <w:rFonts w:ascii="Consolas" w:hAnsi="Consolas"/>
          <w:sz w:val="18"/>
        </w:rPr>
        <w:t xml:space="preserve">    main(args.n1, args.n2, args.output)</w:t>
      </w:r>
    </w:p>
    <w:p>
      <w:pPr>
        <w:spacing w:after="40"/>
      </w:pPr>
    </w:p>
    <w:p>
      <w:pPr>
        <w:spacing w:after="80"/>
        <w:ind w:left="360"/>
      </w:pPr>
      <w:r>
        <w:t xml:space="preserve">2. </w:t>
      </w:r>
      <w:r>
        <w:rPr>
          <w:b w:val="0"/>
          <w:i w:val="0"/>
        </w:rPr>
        <w:t>Thực thi nó vài lần để thấy rằng nó chia hai số:</w:t>
      </w:r>
    </w:p>
    <w:p>
      <w:pPr>
        <w:spacing w:after="0"/>
        <w:ind w:left="360"/>
        <w:shd w:val="clear" w:color="auto" w:fill="F2F2F2"/>
      </w:pPr>
      <w:r>
        <w:rPr>
          <w:rFonts w:ascii="Consolas" w:hAnsi="Consolas"/>
          <w:sz w:val="18"/>
        </w:rPr>
        <w:t>$ uv run task_with_error_handling_step1.py -n1 3 -n2 2</w:t>
      </w:r>
    </w:p>
    <w:p>
      <w:pPr>
        <w:spacing w:after="0"/>
        <w:ind w:left="360"/>
        <w:shd w:val="clear" w:color="auto" w:fill="F2F2F2"/>
      </w:pPr>
      <w:r>
        <w:rPr>
          <w:rFonts w:ascii="Consolas" w:hAnsi="Consolas"/>
          <w:sz w:val="18"/>
        </w:rPr>
        <w:t>The result is 1.5</w:t>
      </w:r>
    </w:p>
    <w:p>
      <w:pPr>
        <w:spacing w:after="0"/>
        <w:ind w:left="360"/>
        <w:shd w:val="clear" w:color="auto" w:fill="F2F2F2"/>
      </w:pPr>
      <w:r>
        <w:rPr>
          <w:rFonts w:ascii="Consolas" w:hAnsi="Consolas"/>
          <w:sz w:val="18"/>
        </w:rPr>
        <w:t>$ uv run task_with_error_handling_step1.py -n1 25 -n2 5</w:t>
      </w:r>
    </w:p>
    <w:p>
      <w:pPr>
        <w:spacing w:after="0"/>
        <w:ind w:left="360"/>
        <w:shd w:val="clear" w:color="auto" w:fill="F2F2F2"/>
      </w:pPr>
      <w:r>
        <w:rPr>
          <w:rFonts w:ascii="Consolas" w:hAnsi="Consolas"/>
          <w:sz w:val="18"/>
        </w:rPr>
        <w:t>The result is 5.0</w:t>
      </w:r>
    </w:p>
    <w:p>
      <w:pPr>
        <w:spacing w:after="40"/>
      </w:pPr>
    </w:p>
    <w:p>
      <w:pPr>
        <w:spacing w:after="80"/>
        <w:ind w:left="360"/>
      </w:pPr>
      <w:r>
        <w:t xml:space="preserve">3. </w:t>
      </w:r>
      <w:r>
        <w:rPr>
          <w:b w:val="0"/>
          <w:i w:val="0"/>
        </w:rPr>
        <w:t>Kiểm tra rằng chia cho 0 tạo ra lỗi, và lỗi đó không được ghi vào tệp kết quả:</w:t>
      </w:r>
    </w:p>
    <w:p>
      <w:pPr>
        <w:spacing w:after="0"/>
        <w:ind w:left="360"/>
        <w:shd w:val="clear" w:color="auto" w:fill="F2F2F2"/>
      </w:pPr>
      <w:r>
        <w:rPr>
          <w:rFonts w:ascii="Consolas" w:hAnsi="Consolas"/>
          <w:sz w:val="18"/>
        </w:rPr>
        <w:t>$ uv run task_with_error_handling_step1.py -n1 5 -n2 1 -o result.txt</w:t>
      </w:r>
    </w:p>
    <w:p>
      <w:pPr>
        <w:spacing w:after="0"/>
        <w:ind w:left="360"/>
        <w:shd w:val="clear" w:color="auto" w:fill="F2F2F2"/>
      </w:pPr>
      <w:r>
        <w:rPr>
          <w:rFonts w:ascii="Consolas" w:hAnsi="Consolas"/>
          <w:sz w:val="18"/>
        </w:rPr>
        <w:t>$ cat result.txt</w:t>
      </w:r>
    </w:p>
    <w:p>
      <w:pPr>
        <w:spacing w:after="0"/>
        <w:ind w:left="360"/>
        <w:shd w:val="clear" w:color="auto" w:fill="F2F2F2"/>
      </w:pPr>
      <w:r>
        <w:rPr>
          <w:rFonts w:ascii="Consolas" w:hAnsi="Consolas"/>
          <w:sz w:val="18"/>
        </w:rPr>
        <w:t>The result is 5.0</w:t>
      </w:r>
    </w:p>
    <w:p>
      <w:pPr>
        <w:spacing w:after="0"/>
        <w:ind w:left="360"/>
        <w:shd w:val="clear" w:color="auto" w:fill="F2F2F2"/>
      </w:pPr>
      <w:r>
        <w:rPr>
          <w:rFonts w:ascii="Consolas" w:hAnsi="Consolas"/>
          <w:sz w:val="18"/>
        </w:rPr>
        <w:t>$ uv run task_with_error_handling_step1.py -n1 5 -n2 0 -o result.txt</w:t>
      </w:r>
    </w:p>
    <w:p>
      <w:pPr>
        <w:spacing w:after="0"/>
        <w:ind w:left="360"/>
        <w:shd w:val="clear" w:color="auto" w:fill="F2F2F2"/>
      </w:pPr>
      <w:r>
        <w:rPr>
          <w:rFonts w:ascii="Consolas" w:hAnsi="Consolas"/>
          <w:sz w:val="18"/>
        </w:rPr>
        <w:t>Traceback (most recent call last):</w:t>
      </w:r>
    </w:p>
    <w:p>
      <w:pPr>
        <w:spacing w:after="0"/>
        <w:ind w:left="360"/>
        <w:shd w:val="clear" w:color="auto" w:fill="F2F2F2"/>
      </w:pPr>
      <w:r>
        <w:rPr>
          <w:rFonts w:ascii="Consolas" w:hAnsi="Consolas"/>
          <w:sz w:val="18"/>
        </w:rPr>
        <w:t xml:space="preserve"> File "task_with_error_handling_step1.py", line 20, in &lt;module&gt;</w:t>
      </w:r>
    </w:p>
    <w:p>
      <w:pPr>
        <w:spacing w:after="0"/>
        <w:ind w:left="360"/>
        <w:shd w:val="clear" w:color="auto" w:fill="F2F2F2"/>
      </w:pPr>
      <w:r>
        <w:rPr>
          <w:rFonts w:ascii="Consolas" w:hAnsi="Consolas"/>
          <w:sz w:val="18"/>
        </w:rPr>
        <w:t xml:space="preserve"> main(args.n1, args.n2, args.output)</w:t>
      </w:r>
    </w:p>
    <w:p>
      <w:pPr>
        <w:spacing w:after="0"/>
        <w:ind w:left="360"/>
        <w:shd w:val="clear" w:color="auto" w:fill="F2F2F2"/>
      </w:pPr>
      <w:r>
        <w:rPr>
          <w:rFonts w:ascii="Consolas" w:hAnsi="Consolas"/>
          <w:sz w:val="18"/>
        </w:rPr>
        <w:t xml:space="preserve"> File "task_with_error_handling_step1.py", line 6, in main</w:t>
      </w:r>
    </w:p>
    <w:p>
      <w:pPr>
        <w:spacing w:after="0"/>
        <w:ind w:left="360"/>
        <w:shd w:val="clear" w:color="auto" w:fill="F2F2F2"/>
      </w:pPr>
      <w:r>
        <w:rPr>
          <w:rFonts w:ascii="Consolas" w:hAnsi="Consolas"/>
          <w:sz w:val="18"/>
        </w:rPr>
        <w:t xml:space="preserve">   result = number / other_number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ZeroDivisionError: division by zero</w:t>
      </w:r>
    </w:p>
    <w:p>
      <w:pPr>
        <w:spacing w:after="0"/>
        <w:ind w:left="360"/>
        <w:shd w:val="clear" w:color="auto" w:fill="F2F2F2"/>
      </w:pPr>
      <w:r>
        <w:rPr>
          <w:rFonts w:ascii="Consolas" w:hAnsi="Consolas"/>
          <w:sz w:val="18"/>
        </w:rPr>
        <w:t>$ cat result.txt</w:t>
      </w:r>
    </w:p>
    <w:p>
      <w:pPr>
        <w:spacing w:after="40"/>
      </w:pPr>
    </w:p>
    <w:p>
      <w:pPr>
        <w:spacing w:after="80"/>
        <w:ind w:left="360"/>
      </w:pPr>
      <w:r>
        <w:t xml:space="preserve">4. </w:t>
      </w:r>
      <w:r>
        <w:rPr>
          <w:b w:val="0"/>
          <w:i w:val="0"/>
        </w:rPr>
        <w:t xml:space="preserve">Tạo tệp </w:t>
      </w:r>
      <w:r>
        <w:rPr>
          <w:rFonts w:ascii="Consolas" w:hAnsi="Consolas"/>
          <w:b w:val="0"/>
          <w:i w:val="0"/>
          <w:sz w:val="20"/>
        </w:rPr>
        <w:br/>
        <w:br/>
        <w:t xml:space="preserve">       task_with_error_handling_step4.py</w:t>
        <w:br/>
        <w:t xml:space="preserve">      </w:t>
        <w:br/>
      </w:r>
      <w:r>
        <w:rPr>
          <w:b w:val="0"/>
          <w:i w:val="0"/>
        </w:rPr>
        <w:t>:</w:t>
      </w:r>
    </w:p>
    <w:p>
      <w:pPr>
        <w:spacing w:after="0"/>
        <w:ind w:left="360"/>
        <w:shd w:val="clear" w:color="auto" w:fill="F2F2F2"/>
      </w:pPr>
      <w:r>
        <w:rPr>
          <w:rFonts w:ascii="Consolas" w:hAnsi="Consolas"/>
          <w:sz w:val="18"/>
        </w:rPr>
        <w:t>import argparse</w:t>
      </w:r>
    </w:p>
    <w:p>
      <w:pPr>
        <w:spacing w:after="0"/>
        <w:ind w:left="360"/>
        <w:shd w:val="clear" w:color="auto" w:fill="F2F2F2"/>
      </w:pPr>
      <w:r>
        <w:rPr>
          <w:rFonts w:ascii="Consolas" w:hAnsi="Consolas"/>
          <w:sz w:val="18"/>
        </w:rPr>
        <w:t>import sys</w:t>
      </w:r>
    </w:p>
    <w:p>
      <w:pPr>
        <w:spacing w:after="0"/>
        <w:ind w:left="360"/>
        <w:shd w:val="clear" w:color="auto" w:fill="F2F2F2"/>
      </w:pPr>
      <w:r>
        <w:rPr>
          <w:rFonts w:ascii="Consolas" w:hAnsi="Consolas"/>
          <w:sz w:val="18"/>
        </w:rPr>
        <w:t>import logging</w:t>
      </w:r>
    </w:p>
    <w:p>
      <w:pPr>
        <w:spacing w:after="0"/>
        <w:ind w:left="360"/>
        <w:shd w:val="clear" w:color="auto" w:fill="F2F2F2"/>
      </w:pPr>
      <w:r>
        <w:rPr>
          <w:rFonts w:ascii="Consolas" w:hAnsi="Consolas"/>
          <w:sz w:val="18"/>
        </w:rPr>
        <w:t>LOG_FORMAT = '%(asctime)s %(name)s %(levelname)s %(message)s'</w:t>
      </w:r>
    </w:p>
    <w:p>
      <w:pPr>
        <w:spacing w:after="0"/>
        <w:ind w:left="360"/>
        <w:shd w:val="clear" w:color="auto" w:fill="F2F2F2"/>
      </w:pPr>
      <w:r>
        <w:rPr>
          <w:rFonts w:ascii="Consolas" w:hAnsi="Consolas"/>
          <w:sz w:val="18"/>
        </w:rPr>
        <w:t>LOG_LEVEL = logging.DEBUG</w:t>
      </w:r>
    </w:p>
    <w:p>
      <w:pPr>
        <w:spacing w:after="0"/>
        <w:ind w:left="360"/>
        <w:shd w:val="clear" w:color="auto" w:fill="F2F2F2"/>
      </w:pPr>
      <w:r>
        <w:rPr>
          <w:rFonts w:ascii="Consolas" w:hAnsi="Consolas"/>
          <w:sz w:val="18"/>
        </w:rPr>
        <w:t>def main(number, other_number, output):</w:t>
      </w:r>
    </w:p>
    <w:p>
      <w:pPr>
        <w:spacing w:after="0"/>
        <w:ind w:left="360"/>
        <w:shd w:val="clear" w:color="auto" w:fill="F2F2F2"/>
      </w:pPr>
      <w:r>
        <w:rPr>
          <w:rFonts w:ascii="Consolas" w:hAnsi="Consolas"/>
          <w:sz w:val="18"/>
        </w:rPr>
        <w:t xml:space="preserve">    logging.info(f'Dividing {number} between {other_number}')</w:t>
      </w:r>
    </w:p>
    <w:p>
      <w:pPr>
        <w:spacing w:after="0"/>
        <w:ind w:left="360"/>
        <w:shd w:val="clear" w:color="auto" w:fill="F2F2F2"/>
      </w:pPr>
      <w:r>
        <w:rPr>
          <w:rFonts w:ascii="Consolas" w:hAnsi="Consolas"/>
          <w:sz w:val="18"/>
        </w:rPr>
        <w:t xml:space="preserve">    result = number / other_number</w:t>
      </w:r>
    </w:p>
    <w:p>
      <w:pPr>
        <w:spacing w:after="0"/>
        <w:ind w:left="360"/>
        <w:shd w:val="clear" w:color="auto" w:fill="F2F2F2"/>
      </w:pPr>
      <w:r>
        <w:rPr>
          <w:rFonts w:ascii="Consolas" w:hAnsi="Consolas"/>
          <w:sz w:val="18"/>
        </w:rPr>
        <w:t xml:space="preserve">    print(f'The result is {result}', file=output)</w:t>
      </w:r>
    </w:p>
    <w:p>
      <w:pPr>
        <w:spacing w:after="0"/>
        <w:ind w:left="360"/>
        <w:shd w:val="clear" w:color="auto" w:fill="F2F2F2"/>
      </w:pPr>
      <w:r>
        <w:rPr>
          <w:rFonts w:ascii="Consolas" w:hAnsi="Consolas"/>
          <w:sz w:val="18"/>
        </w:rPr>
        <w:t>if __name__ == '__main__':</w:t>
      </w:r>
    </w:p>
    <w:p>
      <w:pPr>
        <w:spacing w:after="0"/>
        <w:ind w:left="360"/>
        <w:shd w:val="clear" w:color="auto" w:fill="F2F2F2"/>
      </w:pPr>
      <w:r>
        <w:rPr>
          <w:rFonts w:ascii="Consolas" w:hAnsi="Consolas"/>
          <w:sz w:val="18"/>
        </w:rPr>
        <w:t xml:space="preserve">    parser = argparse.ArgumentParser()</w:t>
      </w:r>
    </w:p>
    <w:p>
      <w:pPr>
        <w:spacing w:after="0"/>
        <w:ind w:left="360"/>
        <w:shd w:val="clear" w:color="auto" w:fill="F2F2F2"/>
      </w:pPr>
      <w:r>
        <w:rPr>
          <w:rFonts w:ascii="Consolas" w:hAnsi="Consolas"/>
          <w:sz w:val="18"/>
        </w:rPr>
        <w:t xml:space="preserve">    parser.add_argument('-n1', type=int, help='A number', default=1)</w:t>
      </w:r>
    </w:p>
    <w:p>
      <w:pPr>
        <w:spacing w:after="0"/>
        <w:ind w:left="360"/>
        <w:shd w:val="clear" w:color="auto" w:fill="F2F2F2"/>
      </w:pPr>
      <w:r>
        <w:rPr>
          <w:rFonts w:ascii="Consolas" w:hAnsi="Consolas"/>
          <w:sz w:val="18"/>
        </w:rPr>
        <w:t xml:space="preserve">    parser.add_argument('-n2', type=int, help='Another number', default=1)</w:t>
      </w:r>
    </w:p>
    <w:p>
      <w:pPr>
        <w:spacing w:after="0"/>
        <w:ind w:left="360"/>
        <w:shd w:val="clear" w:color="auto" w:fill="F2F2F2"/>
      </w:pPr>
      <w:r>
        <w:rPr>
          <w:rFonts w:ascii="Consolas" w:hAnsi="Consolas"/>
          <w:sz w:val="18"/>
        </w:rPr>
        <w:t xml:space="preserve">    parser.add_argument('-o', dest='output', type=argparse.FileType('w'),</w:t>
      </w:r>
    </w:p>
    <w:p>
      <w:pPr>
        <w:spacing w:after="0"/>
        <w:ind w:left="360"/>
        <w:shd w:val="clear" w:color="auto" w:fill="F2F2F2"/>
      </w:pPr>
      <w:r>
        <w:rPr>
          <w:rFonts w:ascii="Consolas" w:hAnsi="Consolas"/>
          <w:sz w:val="18"/>
        </w:rPr>
        <w:t xml:space="preserve">                        help='output file', default=sys.stdout)</w:t>
      </w:r>
    </w:p>
    <w:p>
      <w:pPr>
        <w:spacing w:after="0"/>
        <w:ind w:left="360"/>
        <w:shd w:val="clear" w:color="auto" w:fill="F2F2F2"/>
      </w:pPr>
      <w:r>
        <w:rPr>
          <w:rFonts w:ascii="Consolas" w:hAnsi="Consolas"/>
          <w:sz w:val="18"/>
        </w:rPr>
        <w:t xml:space="preserve">    parser.add_argument('-l', dest='log', type=str, help='log file',</w:t>
      </w:r>
    </w:p>
    <w:p>
      <w:pPr>
        <w:spacing w:after="0"/>
        <w:ind w:left="360"/>
        <w:shd w:val="clear" w:color="auto" w:fill="F2F2F2"/>
      </w:pPr>
      <w:r>
        <w:rPr>
          <w:rFonts w:ascii="Consolas" w:hAnsi="Consolas"/>
          <w:sz w:val="18"/>
        </w:rPr>
        <w:t xml:space="preserve">                        default=None)</w:t>
      </w:r>
    </w:p>
    <w:p>
      <w:pPr>
        <w:spacing w:after="0"/>
        <w:ind w:left="360"/>
        <w:shd w:val="clear" w:color="auto" w:fill="F2F2F2"/>
      </w:pPr>
      <w:r>
        <w:rPr>
          <w:rFonts w:ascii="Consolas" w:hAnsi="Consolas"/>
          <w:sz w:val="18"/>
        </w:rPr>
        <w:t xml:space="preserve">    args = parser.parse_args()</w:t>
      </w:r>
    </w:p>
    <w:p>
      <w:pPr>
        <w:spacing w:after="0"/>
        <w:ind w:left="360"/>
        <w:shd w:val="clear" w:color="auto" w:fill="F2F2F2"/>
      </w:pPr>
      <w:r>
        <w:rPr>
          <w:rFonts w:ascii="Consolas" w:hAnsi="Consolas"/>
          <w:sz w:val="18"/>
        </w:rPr>
        <w:t xml:space="preserve">    if args.log:</w:t>
      </w:r>
    </w:p>
    <w:p>
      <w:pPr>
        <w:spacing w:after="0"/>
        <w:ind w:left="360"/>
        <w:shd w:val="clear" w:color="auto" w:fill="F2F2F2"/>
      </w:pPr>
      <w:r>
        <w:rPr>
          <w:rFonts w:ascii="Consolas" w:hAnsi="Consolas"/>
          <w:sz w:val="18"/>
        </w:rPr>
        <w:t xml:space="preserve">        logging.basicConfig(format=LOG_FORMAT, filename=args.log,</w:t>
      </w:r>
    </w:p>
    <w:p>
      <w:pPr>
        <w:spacing w:after="0"/>
        <w:ind w:left="360"/>
        <w:shd w:val="clear" w:color="auto" w:fill="F2F2F2"/>
      </w:pPr>
      <w:r>
        <w:rPr>
          <w:rFonts w:ascii="Consolas" w:hAnsi="Consolas"/>
          <w:sz w:val="18"/>
        </w:rPr>
        <w:t xml:space="preserve">                            level=LOG_LEVEL)</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logging.basicConfig(format=LOG_FORMAT, level=LOG_LEVEL)</w:t>
      </w:r>
    </w:p>
    <w:p>
      <w:pPr>
        <w:spacing w:after="0"/>
        <w:ind w:left="360"/>
        <w:shd w:val="clear" w:color="auto" w:fill="F2F2F2"/>
      </w:pPr>
      <w:r>
        <w:rPr>
          <w:rFonts w:ascii="Consolas" w:hAnsi="Consolas"/>
          <w:sz w:val="18"/>
        </w:rPr>
        <w:t xml:space="preserve">    try:</w:t>
      </w:r>
    </w:p>
    <w:p>
      <w:pPr>
        <w:spacing w:after="0"/>
        <w:ind w:left="360"/>
        <w:shd w:val="clear" w:color="auto" w:fill="F2F2F2"/>
      </w:pPr>
      <w:r>
        <w:rPr>
          <w:rFonts w:ascii="Consolas" w:hAnsi="Consolas"/>
          <w:sz w:val="18"/>
        </w:rPr>
        <w:t xml:space="preserve">        main(args.n1, args.n2, args.output)</w:t>
      </w:r>
    </w:p>
    <w:p>
      <w:pPr>
        <w:spacing w:after="0"/>
        <w:ind w:left="360"/>
        <w:shd w:val="clear" w:color="auto" w:fill="F2F2F2"/>
      </w:pPr>
      <w:r>
        <w:rPr>
          <w:rFonts w:ascii="Consolas" w:hAnsi="Consolas"/>
          <w:sz w:val="18"/>
        </w:rPr>
        <w:t xml:space="preserve">    except Exception as exc:</w:t>
      </w:r>
    </w:p>
    <w:p>
      <w:pPr>
        <w:spacing w:after="0"/>
        <w:ind w:left="360"/>
        <w:shd w:val="clear" w:color="auto" w:fill="F2F2F2"/>
      </w:pPr>
      <w:r>
        <w:rPr>
          <w:rFonts w:ascii="Consolas" w:hAnsi="Consolas"/>
          <w:sz w:val="18"/>
        </w:rPr>
        <w:t xml:space="preserve">        logging.exception(f"Error running task: {exc}")</w:t>
      </w:r>
    </w:p>
    <w:p>
      <w:pPr>
        <w:spacing w:after="0"/>
        <w:ind w:left="360"/>
        <w:shd w:val="clear" w:color="auto" w:fill="F2F2F2"/>
      </w:pPr>
      <w:r>
        <w:rPr>
          <w:rFonts w:ascii="Consolas" w:hAnsi="Consolas"/>
          <w:sz w:val="18"/>
        </w:rPr>
        <w:t xml:space="preserve"> exit(1)</w:t>
      </w:r>
    </w:p>
    <w:p>
      <w:pPr>
        <w:spacing w:after="40"/>
      </w:pPr>
    </w:p>
    <w:p>
      <w:pPr>
        <w:spacing w:after="80"/>
        <w:ind w:left="360"/>
      </w:pPr>
      <w:r>
        <w:t xml:space="preserve">5. </w:t>
      </w:r>
      <w:r>
        <w:rPr>
          <w:b w:val="0"/>
          <w:i w:val="0"/>
        </w:rPr>
        <w:t xml:space="preserve">Chạy nó để kiểm tra rằng nó hiển thị đúng các log </w:t>
      </w:r>
      <w:r>
        <w:rPr>
          <w:rFonts w:ascii="Consolas" w:hAnsi="Consolas"/>
          <w:b w:val="0"/>
          <w:i w:val="0"/>
          <w:sz w:val="20"/>
        </w:rPr>
        <w:br/>
        <w:br/>
        <w:t xml:space="preserve">       INFO</w:t>
        <w:br/>
        <w:t xml:space="preserve">      </w:t>
        <w:br/>
      </w:r>
      <w:r>
        <w:rPr>
          <w:b w:val="0"/>
          <w:i w:val="0"/>
        </w:rPr>
        <w:t xml:space="preserve"> và </w:t>
      </w:r>
      <w:r>
        <w:rPr>
          <w:rFonts w:ascii="Consolas" w:hAnsi="Consolas"/>
          <w:b w:val="0"/>
          <w:i w:val="0"/>
          <w:sz w:val="20"/>
        </w:rPr>
        <w:br/>
        <w:br/>
        <w:t xml:space="preserve">       ERROR</w:t>
        <w:br/>
        <w:t xml:space="preserve">      </w:t>
        <w:br/>
      </w:r>
      <w:r>
        <w:rPr>
          <w:b w:val="0"/>
          <w:i w:val="0"/>
        </w:rPr>
        <w:t>, và lưu chúng vào tệp log:</w:t>
      </w:r>
    </w:p>
    <w:p>
      <w:pPr>
        <w:spacing w:after="0"/>
        <w:ind w:left="360"/>
        <w:shd w:val="clear" w:color="auto" w:fill="F2F2F2"/>
      </w:pPr>
      <w:r>
        <w:rPr>
          <w:rFonts w:ascii="Consolas" w:hAnsi="Consolas"/>
          <w:sz w:val="18"/>
        </w:rPr>
        <w:t>$ uv run task_with_error_handling_step4.py -n1 5 -n2 0</w:t>
      </w:r>
    </w:p>
    <w:p>
      <w:pPr>
        <w:spacing w:after="0"/>
        <w:ind w:left="360"/>
        <w:shd w:val="clear" w:color="auto" w:fill="F2F2F2"/>
      </w:pPr>
      <w:r>
        <w:rPr>
          <w:rFonts w:ascii="Consolas" w:hAnsi="Consolas"/>
          <w:sz w:val="18"/>
        </w:rPr>
        <w:t>2025-12-01 18:07:30,946 root INFO Dividing 5 between 0</w:t>
      </w:r>
    </w:p>
    <w:p>
      <w:pPr>
        <w:spacing w:after="0"/>
        <w:ind w:left="360"/>
        <w:shd w:val="clear" w:color="auto" w:fill="F2F2F2"/>
      </w:pPr>
      <w:r>
        <w:rPr>
          <w:rFonts w:ascii="Consolas" w:hAnsi="Consolas"/>
          <w:sz w:val="18"/>
        </w:rPr>
        <w:t>2025-12-01 18:07:30,946 root ERROR Error running task</w:t>
      </w:r>
    </w:p>
    <w:p>
      <w:pPr>
        <w:spacing w:after="0"/>
        <w:ind w:left="360"/>
        <w:shd w:val="clear" w:color="auto" w:fill="F2F2F2"/>
      </w:pPr>
      <w:r>
        <w:rPr>
          <w:rFonts w:ascii="Consolas" w:hAnsi="Consolas"/>
          <w:sz w:val="18"/>
        </w:rPr>
        <w:t>Traceback (most recent call last):</w:t>
      </w:r>
    </w:p>
    <w:p>
      <w:pPr>
        <w:spacing w:after="0"/>
        <w:ind w:left="360"/>
        <w:shd w:val="clear" w:color="auto" w:fill="F2F2F2"/>
      </w:pPr>
      <w:r>
        <w:rPr>
          <w:rFonts w:ascii="Consolas" w:hAnsi="Consolas"/>
          <w:sz w:val="18"/>
        </w:rPr>
        <w:t xml:space="preserve">  File "task_with_error_handling_step4.py", line 31, in &lt;module&gt;</w:t>
      </w:r>
    </w:p>
    <w:p>
      <w:pPr>
        <w:spacing w:after="0"/>
        <w:ind w:left="360"/>
        <w:shd w:val="clear" w:color="auto" w:fill="F2F2F2"/>
      </w:pPr>
      <w:r>
        <w:rPr>
          <w:rFonts w:ascii="Consolas" w:hAnsi="Consolas"/>
          <w:sz w:val="18"/>
        </w:rPr>
        <w:t xml:space="preserve">    main(args.n1, args.n2, args.output)</w:t>
      </w:r>
    </w:p>
    <w:p>
      <w:pPr>
        <w:spacing w:after="0"/>
        <w:ind w:left="360"/>
        <w:shd w:val="clear" w:color="auto" w:fill="F2F2F2"/>
      </w:pPr>
      <w:r>
        <w:rPr>
          <w:rFonts w:ascii="Consolas" w:hAnsi="Consolas"/>
          <w:sz w:val="18"/>
        </w:rPr>
        <w:t xml:space="preserve">  File "task_with_error_handling_step4.py", line 10, in main</w:t>
      </w:r>
    </w:p>
    <w:p>
      <w:pPr>
        <w:spacing w:after="0"/>
        <w:ind w:left="360"/>
        <w:shd w:val="clear" w:color="auto" w:fill="F2F2F2"/>
      </w:pPr>
      <w:r>
        <w:rPr>
          <w:rFonts w:ascii="Consolas" w:hAnsi="Consolas"/>
          <w:sz w:val="18"/>
        </w:rPr>
        <w:t xml:space="preserve">    result = number / other_number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ZeroDivisionError: division by zero</w:t>
      </w:r>
    </w:p>
    <w:p>
      <w:pPr>
        <w:spacing w:after="0"/>
        <w:ind w:left="360"/>
        <w:shd w:val="clear" w:color="auto" w:fill="F2F2F2"/>
      </w:pPr>
      <w:r>
        <w:rPr>
          <w:rFonts w:ascii="Consolas" w:hAnsi="Consolas"/>
          <w:sz w:val="18"/>
        </w:rPr>
        <w:t>$ uv run task_with_error_handling_step4.py -n1 5 -n2 0 -l error.log</w:t>
      </w:r>
    </w:p>
    <w:p>
      <w:pPr>
        <w:spacing w:after="0"/>
        <w:ind w:left="360"/>
        <w:shd w:val="clear" w:color="auto" w:fill="F2F2F2"/>
      </w:pPr>
      <w:r>
        <w:rPr>
          <w:rFonts w:ascii="Consolas" w:hAnsi="Consolas"/>
          <w:sz w:val="18"/>
        </w:rPr>
        <w:t>$ cat error.log</w:t>
      </w:r>
    </w:p>
    <w:p>
      <w:pPr>
        <w:spacing w:after="0"/>
        <w:ind w:left="360"/>
        <w:shd w:val="clear" w:color="auto" w:fill="F2F2F2"/>
      </w:pPr>
      <w:r>
        <w:rPr>
          <w:rFonts w:ascii="Consolas" w:hAnsi="Consolas"/>
          <w:sz w:val="18"/>
        </w:rPr>
        <w:t>2025-12-01 18:08:40,292 root INFO Dividing 5 between 0</w:t>
      </w:r>
    </w:p>
    <w:p>
      <w:pPr>
        <w:spacing w:after="0"/>
        <w:ind w:left="360"/>
        <w:shd w:val="clear" w:color="auto" w:fill="F2F2F2"/>
      </w:pPr>
      <w:r>
        <w:rPr>
          <w:rFonts w:ascii="Consolas" w:hAnsi="Consolas"/>
          <w:sz w:val="18"/>
        </w:rPr>
        <w:t>2025-12-01 18:08:40,292 root ERROR Error running task</w:t>
      </w:r>
    </w:p>
    <w:p>
      <w:pPr>
        <w:spacing w:after="0"/>
        <w:ind w:left="360"/>
        <w:shd w:val="clear" w:color="auto" w:fill="F2F2F2"/>
      </w:pPr>
      <w:r>
        <w:rPr>
          <w:rFonts w:ascii="Consolas" w:hAnsi="Consolas"/>
          <w:sz w:val="18"/>
        </w:rPr>
        <w:t>Traceback (most recent call last):</w:t>
      </w:r>
    </w:p>
    <w:p>
      <w:pPr>
        <w:spacing w:after="0"/>
        <w:ind w:left="360"/>
        <w:shd w:val="clear" w:color="auto" w:fill="F2F2F2"/>
      </w:pPr>
      <w:r>
        <w:rPr>
          <w:rFonts w:ascii="Consolas" w:hAnsi="Consolas"/>
          <w:sz w:val="18"/>
        </w:rPr>
        <w:t xml:space="preserve">  File "task_with_error_handling_step4.py", line 33, in &lt;module&gt;</w:t>
      </w:r>
    </w:p>
    <w:p>
      <w:pPr>
        <w:spacing w:after="0"/>
        <w:ind w:left="360"/>
        <w:shd w:val="clear" w:color="auto" w:fill="F2F2F2"/>
      </w:pPr>
      <w:r>
        <w:rPr>
          <w:rFonts w:ascii="Consolas" w:hAnsi="Consolas"/>
          <w:sz w:val="18"/>
        </w:rPr>
        <w:t xml:space="preserve">    main(args.n1, args.n2, args.output)</w:t>
      </w:r>
    </w:p>
    <w:p>
      <w:pPr>
        <w:spacing w:after="0"/>
        <w:ind w:left="360"/>
        <w:shd w:val="clear" w:color="auto" w:fill="F2F2F2"/>
      </w:pPr>
      <w:r>
        <w:rPr>
          <w:rFonts w:ascii="Consolas" w:hAnsi="Consolas"/>
          <w:sz w:val="18"/>
        </w:rPr>
        <w:t xml:space="preserve">  File "task_with_error_handling_step4.py", line 11, in main</w:t>
      </w:r>
    </w:p>
    <w:p>
      <w:pPr>
        <w:spacing w:after="0"/>
        <w:ind w:left="360"/>
        <w:shd w:val="clear" w:color="auto" w:fill="F2F2F2"/>
      </w:pPr>
      <w:r>
        <w:rPr>
          <w:rFonts w:ascii="Consolas" w:hAnsi="Consolas"/>
          <w:sz w:val="18"/>
        </w:rPr>
        <w:t xml:space="preserve">    result = number / other_number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ZeroDivisionError: division by zero</w:t>
      </w:r>
    </w:p>
    <w:p>
      <w:pPr>
        <w:spacing w:after="40"/>
      </w:pPr>
    </w:p>
    <w:p>
      <w:pPr>
        <w:pStyle w:val="Heading3"/>
      </w:pPr>
      <w:r>
        <w:rPr>
          <w:rFonts w:ascii="Calibri" w:hAnsi="Calibri"/>
          <w:b/>
          <w:i w:val="0"/>
          <w:sz w:val="26"/>
        </w:rPr>
        <w:t>Cách hoạt động...</w:t>
      </w:r>
    </w:p>
    <w:p>
      <w:pPr>
        <w:spacing w:after="80"/>
      </w:pPr>
      <w:r>
        <w:rPr>
          <w:b w:val="0"/>
          <w:i w:val="0"/>
        </w:rPr>
        <w:t xml:space="preserve">Để ghi lại đúng cách mọi ngoại lệ bất ngờ, hàm </w:t>
      </w:r>
      <w:r>
        <w:rPr>
          <w:rFonts w:ascii="Consolas" w:hAnsi="Consolas"/>
          <w:b w:val="0"/>
          <w:i w:val="0"/>
          <w:sz w:val="20"/>
        </w:rPr>
        <w:br/>
        <w:br/>
        <w:t xml:space="preserve">      main</w:t>
        <w:br/>
        <w:t xml:space="preserve">     </w:t>
        <w:br/>
      </w:r>
      <w:r>
        <w:rPr>
          <w:b w:val="0"/>
          <w:i w:val="0"/>
        </w:rPr>
        <w:t xml:space="preserve"> nên được bọc trong một khối </w:t>
      </w:r>
      <w:r>
        <w:rPr>
          <w:rFonts w:ascii="Consolas" w:hAnsi="Consolas"/>
          <w:b w:val="0"/>
          <w:i w:val="0"/>
          <w:sz w:val="20"/>
        </w:rPr>
        <w:br/>
        <w:br/>
        <w:t xml:space="preserve">      try</w:t>
        <w:br/>
        <w:t xml:space="preserve">     </w:t>
        <w:br/>
      </w:r>
      <w:r>
        <w:rPr>
          <w:b w:val="0"/>
          <w:i w:val="0"/>
        </w:rPr>
        <w:t xml:space="preserve"> – </w:t>
      </w:r>
      <w:r>
        <w:rPr>
          <w:rFonts w:ascii="Consolas" w:hAnsi="Consolas"/>
          <w:b w:val="0"/>
          <w:i w:val="0"/>
          <w:sz w:val="20"/>
        </w:rPr>
        <w:br/>
        <w:br/>
        <w:t xml:space="preserve">      except</w:t>
        <w:br/>
        <w:t xml:space="preserve">     </w:t>
        <w:br/>
      </w:r>
      <w:r>
        <w:rPr>
          <w:b w:val="0"/>
          <w:i w:val="0"/>
        </w:rPr>
        <w:t xml:space="preserve">, như được triển khai trong </w:t>
      </w:r>
      <w:r>
        <w:rPr>
          <w:b w:val="0"/>
          <w:i/>
        </w:rPr>
        <w:t xml:space="preserve"> bước 4 </w:t>
      </w:r>
      <w:r>
        <w:rPr>
          <w:b w:val="0"/>
          <w:i w:val="0"/>
        </w:rPr>
        <w:t xml:space="preserve"> của mục </w:t>
      </w:r>
      <w:r>
        <w:rPr>
          <w:b w:val="0"/>
          <w:i/>
        </w:rPr>
        <w:t xml:space="preserve"> Cách thực hiện… </w:t>
      </w:r>
      <w:r>
        <w:rPr>
          <w:b w:val="0"/>
          <w:i w:val="0"/>
        </w:rPr>
        <w:t xml:space="preserve">. Hãy so sánh điều này với cách </w:t>
      </w:r>
      <w:r>
        <w:rPr>
          <w:b w:val="0"/>
          <w:i/>
        </w:rPr>
        <w:t xml:space="preserve"> bước 1 </w:t>
      </w:r>
      <w:r>
        <w:rPr>
          <w:b w:val="0"/>
          <w:i w:val="0"/>
        </w:rPr>
        <w:t xml:space="preserve"> không bọc đoạn mã:</w:t>
      </w:r>
    </w:p>
    <w:p>
      <w:pPr>
        <w:spacing w:after="0"/>
        <w:ind w:left="360"/>
        <w:shd w:val="clear" w:color="auto" w:fill="F2F2F2"/>
      </w:pPr>
      <w:r>
        <w:rPr>
          <w:rFonts w:ascii="Consolas" w:hAnsi="Consolas"/>
          <w:sz w:val="18"/>
        </w:rPr>
        <w:t xml:space="preserve"> try:</w:t>
      </w:r>
    </w:p>
    <w:p>
      <w:pPr>
        <w:spacing w:after="0"/>
        <w:ind w:left="360"/>
        <w:shd w:val="clear" w:color="auto" w:fill="F2F2F2"/>
      </w:pPr>
      <w:r>
        <w:rPr>
          <w:rFonts w:ascii="Consolas" w:hAnsi="Consolas"/>
          <w:sz w:val="18"/>
        </w:rPr>
        <w:t xml:space="preserve">        main(...)</w:t>
      </w:r>
    </w:p>
    <w:p>
      <w:pPr>
        <w:spacing w:after="0"/>
        <w:ind w:left="360"/>
        <w:shd w:val="clear" w:color="auto" w:fill="F2F2F2"/>
      </w:pPr>
      <w:r>
        <w:rPr>
          <w:rFonts w:ascii="Consolas" w:hAnsi="Consolas"/>
          <w:sz w:val="18"/>
        </w:rPr>
        <w:t xml:space="preserve">    except Exception as exc:</w:t>
      </w:r>
    </w:p>
    <w:p>
      <w:pPr>
        <w:spacing w:after="0"/>
        <w:ind w:left="360"/>
        <w:shd w:val="clear" w:color="auto" w:fill="F2F2F2"/>
      </w:pPr>
      <w:r>
        <w:rPr>
          <w:rFonts w:ascii="Consolas" w:hAnsi="Consolas"/>
          <w:sz w:val="18"/>
        </w:rPr>
        <w:t xml:space="preserve">        # Something went wrong</w:t>
      </w:r>
    </w:p>
    <w:p>
      <w:pPr>
        <w:spacing w:after="0"/>
        <w:ind w:left="360"/>
        <w:shd w:val="clear" w:color="auto" w:fill="F2F2F2"/>
      </w:pPr>
      <w:r>
        <w:rPr>
          <w:rFonts w:ascii="Consolas" w:hAnsi="Consolas"/>
          <w:sz w:val="18"/>
        </w:rPr>
        <w:t xml:space="preserve">        logging.exception(f"Error running task: {exc}")</w:t>
      </w:r>
    </w:p>
    <w:p>
      <w:pPr>
        <w:spacing w:after="0"/>
        <w:ind w:left="360"/>
        <w:shd w:val="clear" w:color="auto" w:fill="F2F2F2"/>
      </w:pPr>
      <w:r>
        <w:rPr>
          <w:rFonts w:ascii="Consolas" w:hAnsi="Consolas"/>
          <w:sz w:val="18"/>
        </w:rPr>
        <w:t xml:space="preserve"> exit(1)</w:t>
      </w:r>
    </w:p>
    <w:p>
      <w:pPr>
        <w:spacing w:after="40"/>
      </w:pPr>
    </w:p>
    <w:p>
      <w:pPr>
        <w:spacing w:after="80"/>
      </w:pPr>
      <w:r>
        <w:rPr>
          <w:b w:val="0"/>
          <w:i w:val="0"/>
        </w:rPr>
        <w:t>Lưu ý rằng việc ghi lại thông tin về ngoại lệ cụ thể đã gây ra vấn đề là rất quan trọng để có thông tin về những gì đã sai.</w:t>
      </w:r>
    </w:p>
    <w:p>
      <w:pPr>
        <w:spacing w:after="80"/>
      </w:pPr>
      <w:r>
        <w:rPr>
          <w:b w:val="0"/>
          <w:i w:val="0"/>
        </w:rPr>
        <w:t xml:space="preserve">Cách bắt ngoại lệ kiểu này, dùng bất kỳ </w:t>
      </w:r>
      <w:r>
        <w:rPr>
          <w:rFonts w:ascii="Consolas" w:hAnsi="Consolas"/>
          <w:b w:val="0"/>
          <w:i w:val="0"/>
          <w:sz w:val="20"/>
        </w:rPr>
        <w:br/>
        <w:br/>
        <w:t xml:space="preserve">      Exception</w:t>
        <w:br/>
        <w:t xml:space="preserve">     </w:t>
        <w:br/>
      </w:r>
      <w:r>
        <w:rPr>
          <w:b w:val="0"/>
          <w:i w:val="0"/>
        </w:rPr>
        <w:t xml:space="preserve"> nào, được đặt biệt danh là 'Pokémon Exception' vì nó </w:t>
      </w:r>
      <w:r>
        <w:rPr>
          <w:b w:val="0"/>
          <w:i/>
        </w:rPr>
        <w:t xml:space="preserve"> </w:t>
      </w:r>
      <w:r>
        <w:rPr>
          <w:b w:val="0"/>
          <w:i w:val="0"/>
        </w:rPr>
        <w:t xml:space="preserve"> </w:t>
      </w:r>
      <w:r>
        <w:rPr>
          <w:b w:val="0"/>
          <w:i/>
        </w:rPr>
        <w:t xml:space="preserve"> sẽ </w:t>
      </w:r>
      <w:r>
        <w:rPr>
          <w:b w:val="0"/>
          <w:i w:val="0"/>
        </w:rPr>
        <w:t xml:space="preserve"> </w:t>
      </w:r>
      <w:r>
        <w:rPr>
          <w:b w:val="0"/>
          <w:i/>
        </w:rPr>
        <w:t xml:space="preserve"> </w:t>
      </w:r>
      <w:r>
        <w:rPr>
          <w:b w:val="0"/>
          <w:i w:val="0"/>
        </w:rPr>
        <w:t xml:space="preserve"> </w:t>
      </w:r>
      <w:r>
        <w:rPr>
          <w:b w:val="0"/>
          <w:i/>
        </w:rPr>
        <w:t xml:space="preserve"> bắt </w:t>
      </w:r>
      <w:r>
        <w:rPr>
          <w:b w:val="0"/>
          <w:i w:val="0"/>
        </w:rPr>
        <w:t xml:space="preserve"> </w:t>
      </w:r>
      <w:r>
        <w:rPr>
          <w:b w:val="0"/>
          <w:i/>
        </w:rPr>
        <w:t xml:space="preserve"> hết </w:t>
      </w:r>
      <w:r>
        <w:rPr>
          <w:b w:val="0"/>
          <w:i w:val="0"/>
        </w:rPr>
        <w:t xml:space="preserve"> </w:t>
      </w:r>
      <w:r>
        <w:rPr>
          <w:b w:val="0"/>
          <w:i/>
        </w:rPr>
        <w:t xml:space="preserve"> tất cả. </w:t>
      </w:r>
      <w:r>
        <w:rPr>
          <w:b w:val="0"/>
          <w:i w:val="0"/>
        </w:rPr>
        <w:t xml:space="preserve"> Nó sẽ bắt mọi lỗi bất ngờ. Cách bắt này chỉ nên dùng ở tầng cao nhất của code, như một biện pháp bảo vệ chống lại những thứ hoàn toàn bất ngờ, vì bắt mọi thứ có thể che giấu các loại lỗi khác vốn có thể gắn với những phần cụ thể hơn của code. Ví dụ, một ngoại lệ với </w:t>
      </w:r>
      <w:r>
        <w:rPr>
          <w:rFonts w:ascii="Consolas" w:hAnsi="Consolas"/>
          <w:b w:val="0"/>
          <w:i w:val="0"/>
          <w:sz w:val="20"/>
        </w:rPr>
        <w:br/>
        <w:br/>
        <w:t xml:space="preserve">      ZeroDivisionError</w:t>
        <w:br/>
        <w:t xml:space="preserve">     </w:t>
        <w:br/>
      </w:r>
      <w:r>
        <w:rPr>
          <w:b w:val="0"/>
          <w:i w:val="0"/>
        </w:rPr>
        <w:t xml:space="preserve"> có thể được bắt riêng và xử lý theo cách cụ thể.</w:t>
      </w:r>
    </w:p>
    <w:p>
      <w:pPr>
        <w:spacing w:after="80"/>
      </w:pPr>
      <w:r>
        <w:rPr>
          <w:b w:val="0"/>
          <w:i w:val="0"/>
        </w:rPr>
        <w:t>Tối thiểu, mọi ngoại lệ bất ngờ đều nên được ghi log chi tiết để có thể phân tích thêm.</w:t>
      </w:r>
    </w:p>
    <w:p>
      <w:pPr>
        <w:spacing w:after="80"/>
      </w:pPr>
      <w:r>
        <w:rPr>
          <w:b w:val="0"/>
          <w:i w:val="0"/>
        </w:rPr>
        <w:t xml:space="preserve">Bước bổ sung, thoát với trạng thái 1 bằng cách gọi </w:t>
      </w:r>
      <w:r>
        <w:rPr>
          <w:rFonts w:ascii="Consolas" w:hAnsi="Consolas"/>
          <w:b w:val="0"/>
          <w:i w:val="0"/>
          <w:sz w:val="20"/>
        </w:rPr>
        <w:br/>
        <w:br/>
        <w:t xml:space="preserve">      exit(1)</w:t>
        <w:br/>
        <w:t xml:space="preserve">     </w:t>
        <w:br/>
      </w:r>
      <w:r>
        <w:rPr>
          <w:b w:val="0"/>
          <w:i w:val="0"/>
        </w:rPr>
        <w:t xml:space="preserve"> , sẽ dừng toàn bộ chương trình và thông báo cho hệ điều hành rằng có gì đó đã sai với script của chúng ta.</w:t>
      </w:r>
    </w:p>
    <w:p>
      <w:pPr>
        <w:spacing w:after="80"/>
      </w:pPr>
      <w:r>
        <w:rPr>
          <w:b w:val="0"/>
          <w:i w:val="0"/>
        </w:rPr>
        <w:t xml:space="preserve">Mô-đun </w:t>
      </w:r>
      <w:r>
        <w:rPr>
          <w:rFonts w:ascii="Consolas" w:hAnsi="Consolas"/>
          <w:b w:val="0"/>
          <w:i w:val="0"/>
          <w:sz w:val="20"/>
        </w:rPr>
        <w:br/>
        <w:br/>
        <w:t xml:space="preserve">      logging</w:t>
        <w:br/>
        <w:t xml:space="preserve">     </w:t>
        <w:br/>
      </w:r>
      <w:r>
        <w:rPr>
          <w:b w:val="0"/>
          <w:i w:val="0"/>
        </w:rPr>
        <w:t xml:space="preserve"> cho phép chúng ta ghi log. Hãy chú ý cấu hình cơ bản, bao gồm một file tùy chọn để lưu log, định dạng, và mức độ log cần hiển thị.</w:t>
      </w:r>
    </w:p>
    <w:p>
      <w:pPr>
        <w:spacing w:after="80"/>
      </w:pPr>
      <w:r>
        <w:rPr>
          <w:b w:val="0"/>
          <w:i w:val="0"/>
        </w:rPr>
        <w:t xml:space="preserve">Các mức log có sẵn – từ ít nghiêm trọng đến nghiêm trọng hơn – là </w:t>
      </w:r>
      <w:r>
        <w:rPr>
          <w:rFonts w:ascii="Consolas" w:hAnsi="Consolas"/>
          <w:b w:val="0"/>
          <w:i w:val="0"/>
          <w:sz w:val="20"/>
        </w:rPr>
        <w:br/>
        <w:br/>
        <w:t xml:space="preserve">      DEBUG</w:t>
        <w:br/>
        <w:t xml:space="preserve">     </w:t>
        <w:br/>
      </w:r>
      <w:r>
        <w:rPr>
          <w:b w:val="0"/>
          <w:i w:val="0"/>
        </w:rPr>
        <w:t xml:space="preserve"> , </w:t>
      </w:r>
      <w:r>
        <w:rPr>
          <w:rFonts w:ascii="Consolas" w:hAnsi="Consolas"/>
          <w:b w:val="0"/>
          <w:i w:val="0"/>
          <w:sz w:val="20"/>
        </w:rPr>
        <w:br/>
        <w:br/>
        <w:t xml:space="preserve">      INFO</w:t>
        <w:br/>
        <w:t xml:space="preserve">     </w:t>
        <w:br/>
      </w:r>
      <w:r>
        <w:rPr>
          <w:b w:val="0"/>
          <w:i w:val="0"/>
        </w:rPr>
        <w:t xml:space="preserve"> , </w:t>
      </w:r>
      <w:r>
        <w:rPr>
          <w:rFonts w:ascii="Consolas" w:hAnsi="Consolas"/>
          <w:b w:val="0"/>
          <w:i w:val="0"/>
          <w:sz w:val="20"/>
        </w:rPr>
        <w:br/>
        <w:br/>
        <w:t xml:space="preserve">      WARNING</w:t>
        <w:br/>
        <w:t xml:space="preserve">     </w:t>
        <w:br/>
      </w:r>
      <w:r>
        <w:rPr>
          <w:b w:val="0"/>
          <w:i w:val="0"/>
        </w:rPr>
        <w:t xml:space="preserve"> , </w:t>
      </w:r>
      <w:r>
        <w:rPr>
          <w:rFonts w:ascii="Consolas" w:hAnsi="Consolas"/>
          <w:b w:val="0"/>
          <w:i w:val="0"/>
          <w:sz w:val="20"/>
        </w:rPr>
        <w:br/>
        <w:br/>
        <w:t xml:space="preserve">      ERROR</w:t>
        <w:br/>
        <w:t xml:space="preserve">     </w:t>
        <w:br/>
      </w:r>
      <w:r>
        <w:rPr>
          <w:b w:val="0"/>
          <w:i w:val="0"/>
        </w:rPr>
        <w:t xml:space="preserve"> , và </w:t>
      </w:r>
      <w:r>
        <w:rPr>
          <w:rFonts w:ascii="Consolas" w:hAnsi="Consolas"/>
          <w:b w:val="0"/>
          <w:i w:val="0"/>
          <w:sz w:val="20"/>
        </w:rPr>
        <w:br/>
        <w:br/>
        <w:t xml:space="preserve">      CRITICAL</w:t>
        <w:br/>
        <w:t xml:space="preserve">     </w:t>
        <w:br/>
      </w:r>
      <w:r>
        <w:rPr>
          <w:b w:val="0"/>
          <w:i w:val="0"/>
        </w:rPr>
        <w:t xml:space="preserve"> . Mức logging đặt ra độ nghiêm trọng tối thiểu cần thiết để ghi log thông điệp. Ví dụ, một log </w:t>
      </w:r>
      <w:r>
        <w:rPr>
          <w:rFonts w:ascii="Consolas" w:hAnsi="Consolas"/>
          <w:b w:val="0"/>
          <w:i w:val="0"/>
          <w:sz w:val="20"/>
        </w:rPr>
        <w:br/>
        <w:br/>
        <w:t xml:space="preserve">      INFO</w:t>
        <w:br/>
        <w:t xml:space="preserve">     </w:t>
        <w:br/>
      </w:r>
      <w:r>
        <w:rPr>
          <w:b w:val="0"/>
          <w:i w:val="0"/>
        </w:rPr>
        <w:t xml:space="preserve"> sẽ không được lưu nếu độ nghiêm trọng được đặt là </w:t>
      </w:r>
      <w:r>
        <w:rPr>
          <w:rFonts w:ascii="Consolas" w:hAnsi="Consolas"/>
          <w:b w:val="0"/>
          <w:i w:val="0"/>
          <w:sz w:val="20"/>
        </w:rPr>
        <w:br/>
        <w:br/>
        <w:t xml:space="preserve">      WARNING</w:t>
        <w:br/>
        <w:t xml:space="preserve">     </w:t>
        <w:br/>
      </w:r>
      <w:r>
        <w:rPr>
          <w:b w:val="0"/>
          <w:i w:val="0"/>
        </w:rPr>
        <w:t xml:space="preserve"> .</w:t>
      </w:r>
    </w:p>
    <w:p>
      <w:pPr>
        <w:spacing w:after="80"/>
      </w:pPr>
      <w:r>
        <w:rPr>
          <w:b/>
          <w:i w:val="0"/>
        </w:rPr>
        <w:t>Mẹo</w:t>
      </w:r>
    </w:p>
    <w:p>
      <w:pPr>
        <w:spacing w:after="80"/>
      </w:pPr>
      <w:r>
        <w:rPr>
          <w:b w:val="0"/>
          <w:i w:val="0"/>
        </w:rPr>
        <w:t>Mức độ nghiêm trọng tối thiểu có thể được cấu hình động, tạo ra các trường hợp mà số lượng log cấp thấp hơn được tạo ra nhiều hơn hoặc được tránh. Điều này hữu ích để điều chỉnh số lượng log được tạo ra trong vận hành thông thường hoặc khi bạn đang cố truy tìm một vấn đề. Xử lý một lượng lớn log có thể khá khó khăn!</w:t>
      </w:r>
    </w:p>
    <w:p>
      <w:pPr>
        <w:spacing w:after="80"/>
      </w:pPr>
      <w:r>
        <w:rPr>
          <w:b w:val="0"/>
          <w:i w:val="0"/>
        </w:rPr>
        <w:t xml:space="preserve">Tạo log rất dễ: gọi phương thức </w:t>
      </w:r>
      <w:r>
        <w:rPr>
          <w:rFonts w:ascii="Consolas" w:hAnsi="Consolas"/>
          <w:b w:val="0"/>
          <w:i w:val="0"/>
          <w:sz w:val="20"/>
        </w:rPr>
        <w:br/>
        <w:br/>
        <w:t xml:space="preserve">      logging.&lt;logging level&gt;</w:t>
        <w:br/>
        <w:t xml:space="preserve">     </w:t>
        <w:br/>
      </w:r>
      <w:r>
        <w:rPr>
          <w:b w:val="0"/>
          <w:i w:val="0"/>
        </w:rPr>
        <w:t xml:space="preserve"> (trong đó mức logging là </w:t>
      </w:r>
      <w:r>
        <w:rPr>
          <w:rFonts w:ascii="Consolas" w:hAnsi="Consolas"/>
          <w:b w:val="0"/>
          <w:i w:val="0"/>
          <w:sz w:val="20"/>
        </w:rPr>
        <w:br/>
        <w:br/>
        <w:t xml:space="preserve">      debug</w:t>
        <w:br/>
        <w:t xml:space="preserve">     </w:t>
        <w:br/>
      </w:r>
      <w:r>
        <w:rPr>
          <w:b w:val="0"/>
          <w:i w:val="0"/>
        </w:rPr>
        <w:t xml:space="preserve"> , </w:t>
      </w:r>
      <w:r>
        <w:rPr>
          <w:rFonts w:ascii="Consolas" w:hAnsi="Consolas"/>
          <w:b w:val="0"/>
          <w:i w:val="0"/>
          <w:sz w:val="20"/>
        </w:rPr>
        <w:br/>
        <w:br/>
        <w:t xml:space="preserve">      info</w:t>
        <w:br/>
        <w:t xml:space="preserve">     </w:t>
        <w:br/>
      </w:r>
      <w:r>
        <w:rPr>
          <w:b w:val="0"/>
          <w:i w:val="0"/>
        </w:rPr>
        <w:t xml:space="preserve"> , v.v.). Ví dụ:</w:t>
      </w:r>
    </w:p>
    <w:p>
      <w:pPr>
        <w:spacing w:after="0"/>
        <w:ind w:left="360"/>
        <w:shd w:val="clear" w:color="auto" w:fill="F2F2F2"/>
      </w:pPr>
      <w:r>
        <w:rPr>
          <w:rFonts w:ascii="Consolas" w:hAnsi="Consolas"/>
          <w:sz w:val="18"/>
        </w:rPr>
        <w:t>&gt;&gt;&gt; import logging</w:t>
      </w:r>
    </w:p>
    <w:p>
      <w:pPr>
        <w:spacing w:after="0"/>
        <w:ind w:left="360"/>
        <w:shd w:val="clear" w:color="auto" w:fill="F2F2F2"/>
      </w:pPr>
      <w:r>
        <w:rPr>
          <w:rFonts w:ascii="Consolas" w:hAnsi="Consolas"/>
          <w:sz w:val="18"/>
        </w:rPr>
        <w:t>&gt;&gt;&gt; logging.basicConfig(level=logging.INFO)</w:t>
      </w:r>
    </w:p>
    <w:p>
      <w:pPr>
        <w:spacing w:after="0"/>
        <w:ind w:left="360"/>
        <w:shd w:val="clear" w:color="auto" w:fill="F2F2F2"/>
      </w:pPr>
      <w:r>
        <w:rPr>
          <w:rFonts w:ascii="Consolas" w:hAnsi="Consolas"/>
          <w:sz w:val="18"/>
        </w:rPr>
        <w:t>&gt;&gt;&gt; logging.warning('a warning message')</w:t>
      </w:r>
    </w:p>
    <w:p>
      <w:pPr>
        <w:spacing w:after="0"/>
        <w:ind w:left="360"/>
        <w:shd w:val="clear" w:color="auto" w:fill="F2F2F2"/>
      </w:pPr>
      <w:r>
        <w:rPr>
          <w:rFonts w:ascii="Consolas" w:hAnsi="Consolas"/>
          <w:sz w:val="18"/>
        </w:rPr>
        <w:t>WARNING:root:a warning message</w:t>
      </w:r>
    </w:p>
    <w:p>
      <w:pPr>
        <w:spacing w:after="0"/>
        <w:ind w:left="360"/>
        <w:shd w:val="clear" w:color="auto" w:fill="F2F2F2"/>
      </w:pPr>
      <w:r>
        <w:rPr>
          <w:rFonts w:ascii="Consolas" w:hAnsi="Consolas"/>
          <w:sz w:val="18"/>
        </w:rPr>
        <w:t>&gt;&gt;&gt; logging.info('an info message')</w:t>
      </w:r>
    </w:p>
    <w:p>
      <w:pPr>
        <w:spacing w:after="0"/>
        <w:ind w:left="360"/>
        <w:shd w:val="clear" w:color="auto" w:fill="F2F2F2"/>
      </w:pPr>
      <w:r>
        <w:rPr>
          <w:rFonts w:ascii="Consolas" w:hAnsi="Consolas"/>
          <w:sz w:val="18"/>
        </w:rPr>
        <w:t>INFO:root:an info message</w:t>
      </w:r>
    </w:p>
    <w:p>
      <w:pPr>
        <w:spacing w:after="0"/>
        <w:ind w:left="360"/>
        <w:shd w:val="clear" w:color="auto" w:fill="F2F2F2"/>
      </w:pPr>
      <w:r>
        <w:rPr>
          <w:rFonts w:ascii="Consolas" w:hAnsi="Consolas"/>
          <w:sz w:val="18"/>
        </w:rPr>
        <w:t>&gt;&gt;&gt; logging.debug('a debug message')</w:t>
      </w:r>
    </w:p>
    <w:p>
      <w:pPr>
        <w:spacing w:after="0"/>
        <w:ind w:left="360"/>
        <w:shd w:val="clear" w:color="auto" w:fill="F2F2F2"/>
      </w:pPr>
      <w:r>
        <w:rPr>
          <w:rFonts w:ascii="Consolas" w:hAnsi="Consolas"/>
          <w:sz w:val="18"/>
        </w:rPr>
        <w:t>&gt;&gt;&gt;</w:t>
      </w:r>
    </w:p>
    <w:p>
      <w:pPr>
        <w:spacing w:after="40"/>
      </w:pPr>
    </w:p>
    <w:p>
      <w:pPr>
        <w:spacing w:after="80"/>
      </w:pPr>
      <w:r>
        <w:rPr>
          <w:b w:val="0"/>
          <w:i w:val="0"/>
        </w:rPr>
        <w:t xml:space="preserve">Hãy chú ý cách các log có độ nghiêm trọng thấp hơn </w:t>
      </w:r>
      <w:r>
        <w:rPr>
          <w:rFonts w:ascii="Consolas" w:hAnsi="Consolas"/>
          <w:b w:val="0"/>
          <w:i w:val="0"/>
          <w:sz w:val="20"/>
        </w:rPr>
        <w:br/>
        <w:br/>
        <w:t xml:space="preserve">      INFO</w:t>
        <w:br/>
        <w:t xml:space="preserve">     </w:t>
        <w:br/>
      </w:r>
      <w:r>
        <w:rPr>
          <w:b w:val="0"/>
          <w:i w:val="0"/>
        </w:rPr>
        <w:t xml:space="preserve"> không được hiển thị. Dùng định nghĩa level để tinh chỉnh lượng thông tin cần hiển thị. Ví dụ, log </w:t>
      </w:r>
      <w:r>
        <w:rPr>
          <w:rFonts w:ascii="Consolas" w:hAnsi="Consolas"/>
          <w:b w:val="0"/>
          <w:i w:val="0"/>
          <w:sz w:val="20"/>
        </w:rPr>
        <w:br/>
        <w:br/>
        <w:t xml:space="preserve">      DEBUG</w:t>
        <w:br/>
        <w:t xml:space="preserve">     </w:t>
        <w:br/>
      </w:r>
      <w:r>
        <w:rPr>
          <w:b w:val="0"/>
          <w:i w:val="0"/>
        </w:rPr>
        <w:t xml:space="preserve"> có thể chỉ được hiển thị trong khi phát triển task để xử lý các chi tiết cấp thấp. Nhưng khi chạy task trong vận hành thông thường thì nên tránh chúng, vì chúng tạo ra quá nhiều nhiễu. Lưu ý rằng </w:t>
      </w:r>
      <w:r>
        <w:rPr>
          <w:rFonts w:ascii="Consolas" w:hAnsi="Consolas"/>
          <w:b w:val="0"/>
          <w:i w:val="0"/>
          <w:sz w:val="20"/>
        </w:rPr>
        <w:br/>
        <w:br/>
        <w:t xml:space="preserve">      task_with_error_handling_step4.py</w:t>
        <w:br/>
        <w:t xml:space="preserve">     </w:t>
        <w:br/>
      </w:r>
      <w:r>
        <w:rPr>
          <w:b w:val="0"/>
          <w:i w:val="0"/>
        </w:rPr>
        <w:t xml:space="preserve"> chỉ định mức logging mặc định là </w:t>
      </w:r>
      <w:r>
        <w:rPr>
          <w:rFonts w:ascii="Consolas" w:hAnsi="Consolas"/>
          <w:b w:val="0"/>
          <w:i w:val="0"/>
          <w:sz w:val="20"/>
        </w:rPr>
        <w:br/>
        <w:br/>
        <w:t xml:space="preserve">      DEBUG</w:t>
        <w:br/>
        <w:t xml:space="preserve">     </w:t>
        <w:br/>
      </w:r>
      <w:r>
        <w:rPr>
          <w:b w:val="0"/>
          <w:i w:val="0"/>
        </w:rPr>
        <w:t xml:space="preserve"> .</w:t>
      </w:r>
    </w:p>
    <w:p>
      <w:pPr>
        <w:spacing w:after="80"/>
      </w:pPr>
      <w:r>
        <w:rPr>
          <w:b w:val="0"/>
          <w:i w:val="0"/>
        </w:rPr>
        <w:t xml:space="preserve">Định nghĩa tốt các mức log là chìa khóa để hiển thị thông tin liên quan trong khi giảm nhiễu. Không phải lúc nào cũng dễ thiết lập, nhưng đặc biệt nếu có nhiều hơn một người tham gia, hãy cố gắng thống nhất chính xác </w:t>
      </w:r>
      <w:r>
        <w:rPr>
          <w:rFonts w:ascii="Consolas" w:hAnsi="Consolas"/>
          <w:b w:val="0"/>
          <w:i w:val="0"/>
          <w:sz w:val="20"/>
        </w:rPr>
        <w:br/>
        <w:br/>
        <w:t xml:space="preserve">      WARNING</w:t>
        <w:br/>
        <w:t xml:space="preserve">     </w:t>
        <w:br/>
      </w:r>
      <w:r>
        <w:rPr>
          <w:b w:val="0"/>
          <w:i w:val="0"/>
        </w:rPr>
        <w:t xml:space="preserve"> so với </w:t>
      </w:r>
      <w:r>
        <w:rPr>
          <w:rFonts w:ascii="Consolas" w:hAnsi="Consolas"/>
          <w:b w:val="0"/>
          <w:i w:val="0"/>
          <w:sz w:val="20"/>
        </w:rPr>
        <w:br/>
        <w:br/>
        <w:t xml:space="preserve">      ERROR</w:t>
        <w:br/>
        <w:t xml:space="preserve">     </w:t>
        <w:br/>
      </w:r>
      <w:r>
        <w:rPr>
          <w:b w:val="0"/>
          <w:i w:val="0"/>
        </w:rPr>
        <w:t xml:space="preserve"> nghĩa là gì để tránh hiểu sai.</w:t>
      </w:r>
    </w:p>
    <w:p>
      <w:pPr>
        <w:spacing w:after="80"/>
      </w:pPr>
      <w:r>
        <w:rPr>
          <w:rFonts w:ascii="Consolas" w:hAnsi="Consolas"/>
          <w:b w:val="0"/>
          <w:i w:val="0"/>
          <w:sz w:val="20"/>
        </w:rPr>
        <w:br/>
        <w:br/>
        <w:t xml:space="preserve">      logging.exception()</w:t>
        <w:br/>
        <w:t xml:space="preserve">     </w:t>
        <w:br/>
      </w:r>
      <w:r>
        <w:rPr>
          <w:b w:val="0"/>
          <w:i w:val="0"/>
        </w:rPr>
        <w:t xml:space="preserve"> là một trường hợp đặc biệt sẽ tạo ra log </w:t>
      </w:r>
      <w:r>
        <w:rPr>
          <w:rFonts w:ascii="Consolas" w:hAnsi="Consolas"/>
          <w:b w:val="0"/>
          <w:i w:val="0"/>
          <w:sz w:val="20"/>
        </w:rPr>
        <w:br/>
        <w:br/>
        <w:t xml:space="preserve">      ERROR</w:t>
        <w:br/>
        <w:t xml:space="preserve">     </w:t>
        <w:br/>
      </w:r>
      <w:r>
        <w:rPr>
          <w:b w:val="0"/>
          <w:i w:val="0"/>
        </w:rPr>
        <w:t xml:space="preserve"> , nhưng nó cũng sẽ bao gồm thông tin về ngoại lệ, chẳng hạn như </w:t>
      </w:r>
      <w:r>
        <w:rPr>
          <w:b/>
          <w:i w:val="0"/>
        </w:rPr>
        <w:t xml:space="preserve"> stack trace </w:t>
      </w:r>
      <w:r>
        <w:rPr>
          <w:b w:val="0"/>
          <w:i w:val="0"/>
        </w:rPr>
        <w:t xml:space="preserve"> .</w:t>
      </w:r>
    </w:p>
    <w:p>
      <w:pPr>
        <w:spacing w:after="80"/>
      </w:pPr>
      <w:r>
        <w:rPr>
          <w:b w:val="0"/>
          <w:i w:val="0"/>
        </w:rPr>
        <w:t>Hãy nhớ kiểm tra log để phát hiện lỗi. Nếu file log khác với file kết quả, sẽ hữu ích khi thêm lời nhắc cho người dùng, như thế này:</w:t>
      </w:r>
    </w:p>
    <w:p>
      <w:pPr>
        <w:spacing w:after="0"/>
        <w:ind w:left="360"/>
        <w:shd w:val="clear" w:color="auto" w:fill="F2F2F2"/>
      </w:pPr>
      <w:r>
        <w:rPr>
          <w:rFonts w:ascii="Consolas" w:hAnsi="Consolas"/>
          <w:sz w:val="18"/>
        </w:rPr>
        <w:t>try:</w:t>
      </w:r>
    </w:p>
    <w:p>
      <w:pPr>
        <w:spacing w:after="0"/>
        <w:ind w:left="360"/>
        <w:shd w:val="clear" w:color="auto" w:fill="F2F2F2"/>
      </w:pPr>
      <w:r>
        <w:rPr>
          <w:rFonts w:ascii="Consolas" w:hAnsi="Consolas"/>
          <w:sz w:val="18"/>
        </w:rPr>
        <w:t xml:space="preserve">    main(args.n1, args.n2, args.output)</w:t>
      </w:r>
    </w:p>
    <w:p>
      <w:pPr>
        <w:spacing w:after="0"/>
        <w:ind w:left="360"/>
        <w:shd w:val="clear" w:color="auto" w:fill="F2F2F2"/>
      </w:pPr>
      <w:r>
        <w:rPr>
          <w:rFonts w:ascii="Consolas" w:hAnsi="Consolas"/>
          <w:sz w:val="18"/>
        </w:rPr>
        <w:t>except Exception as exc:</w:t>
      </w:r>
    </w:p>
    <w:p>
      <w:pPr>
        <w:spacing w:after="0"/>
        <w:ind w:left="360"/>
        <w:shd w:val="clear" w:color="auto" w:fill="F2F2F2"/>
      </w:pPr>
      <w:r>
        <w:rPr>
          <w:rFonts w:ascii="Consolas" w:hAnsi="Consolas"/>
          <w:sz w:val="18"/>
        </w:rPr>
        <w:t xml:space="preserve">    logging.exception(f'Unexpected error {exc}')</w:t>
      </w:r>
    </w:p>
    <w:p>
      <w:pPr>
        <w:spacing w:after="0"/>
        <w:ind w:left="360"/>
        <w:shd w:val="clear" w:color="auto" w:fill="F2F2F2"/>
      </w:pPr>
      <w:r>
        <w:rPr>
          <w:rFonts w:ascii="Consolas" w:hAnsi="Consolas"/>
          <w:sz w:val="18"/>
        </w:rPr>
        <w:t xml:space="preserve">    print('There has been an error. Check the logs', file=args.output)</w:t>
      </w:r>
    </w:p>
    <w:p>
      <w:pPr>
        <w:spacing w:after="40"/>
      </w:pPr>
    </w:p>
    <w:p>
      <w:pPr>
        <w:pStyle w:val="Heading3"/>
      </w:pPr>
      <w:r>
        <w:rPr>
          <w:rFonts w:ascii="Calibri" w:hAnsi="Calibri"/>
          <w:b/>
          <w:i w:val="0"/>
          <w:sz w:val="26"/>
        </w:rPr>
        <w:t>Còn nữa...</w:t>
      </w:r>
    </w:p>
    <w:p>
      <w:pPr>
        <w:spacing w:after="80"/>
      </w:pPr>
      <w:r>
        <w:rPr>
          <w:b w:val="0"/>
          <w:i w:val="0"/>
        </w:rPr>
        <w:t xml:space="preserve">Mô-đun </w:t>
      </w:r>
      <w:r>
        <w:rPr>
          <w:rFonts w:ascii="Consolas" w:hAnsi="Consolas"/>
          <w:b w:val="0"/>
          <w:i w:val="0"/>
          <w:sz w:val="20"/>
        </w:rPr>
        <w:br/>
        <w:br/>
        <w:t xml:space="preserve">      logging</w:t>
        <w:br/>
        <w:t xml:space="preserve">     </w:t>
        <w:br/>
      </w:r>
      <w:r>
        <w:rPr>
          <w:b w:val="0"/>
          <w:i w:val="0"/>
        </w:rPr>
        <w:t xml:space="preserve"> của Python có nhiều khả năng, bao gồm những điều sau:</w:t>
      </w:r>
    </w:p>
    <w:p>
      <w:pPr>
        <w:spacing w:after="80"/>
        <w:ind w:left="360"/>
      </w:pPr>
      <w:r>
        <w:t xml:space="preserve">• </w:t>
      </w:r>
      <w:r>
        <w:rPr>
          <w:b w:val="0"/>
          <w:i w:val="0"/>
        </w:rPr>
        <w:t>Nó cung cấp nhiều tùy chọn để định dạng log, ví dụ, tự động bao gồm file và số dòng của log được tạo ra.</w:t>
      </w:r>
    </w:p>
    <w:p>
      <w:pPr>
        <w:spacing w:after="80"/>
        <w:ind w:left="360"/>
      </w:pPr>
      <w:r>
        <w:t xml:space="preserve">• </w:t>
      </w:r>
      <w:r>
        <w:rPr>
          <w:b w:val="0"/>
          <w:i w:val="0"/>
        </w:rPr>
        <w:t xml:space="preserve">Nó định nghĩa các đối tượng </w:t>
      </w:r>
      <w:r>
        <w:rPr>
          <w:rFonts w:ascii="Consolas" w:hAnsi="Consolas"/>
          <w:b w:val="0"/>
          <w:i w:val="0"/>
          <w:sz w:val="20"/>
        </w:rPr>
        <w:br/>
        <w:br/>
        <w:t xml:space="preserve">       logger</w:t>
        <w:br/>
        <w:t xml:space="preserve">      </w:t>
        <w:br/>
      </w:r>
      <w:r>
        <w:rPr>
          <w:b w:val="0"/>
          <w:i w:val="0"/>
        </w:rPr>
        <w:t xml:space="preserve"> khác nhau, mỗi đối tượng có cấu hình riêng, chẳng hạn như mức logging và định dạng. Điều này cho phép chúng ta xuất bản log đến các hệ thống khác nhau theo những cách khác nhau, mặc dù thường chỉ dùng một đối tượng logger duy nhất để giữ mọi thứ đơn giản.</w:t>
      </w:r>
    </w:p>
    <w:p>
      <w:pPr>
        <w:spacing w:after="80"/>
        <w:ind w:left="360"/>
      </w:pPr>
      <w:r>
        <w:t xml:space="preserve">• </w:t>
      </w:r>
      <w:r>
        <w:rPr>
          <w:b w:val="0"/>
          <w:i w:val="0"/>
        </w:rPr>
        <w:t>Nó có thể gửi log đến nhiều nơi, chẳng hạn như vừa đến đầu ra tiêu chuẩn (standard output) vừa đến tệp, hoặc thậm chí đến một trình ghi log từ xa (remote logger).</w:t>
      </w:r>
    </w:p>
    <w:p>
      <w:pPr>
        <w:spacing w:after="80"/>
        <w:ind w:left="360"/>
      </w:pPr>
      <w:r>
        <w:t xml:space="preserve">• </w:t>
      </w:r>
      <w:r>
        <w:rPr>
          <w:b w:val="0"/>
          <w:i w:val="0"/>
        </w:rPr>
        <w:t>Nó tự động 'xoay vòng' (rotate) log, tạo các tệp log mới sau một khoảng thời gian hoặc kích thước nhất định. Điều này rất tiện để giữ log được sắp xếp theo ngày hoặc tuần. Nó cũng cho phép nén hoặc xóa các log cũ. Log sẽ chiếm dung lượng khi chúng tích tụ lại.</w:t>
      </w:r>
    </w:p>
    <w:p>
      <w:pPr>
        <w:spacing w:after="80"/>
        <w:ind w:left="360"/>
      </w:pPr>
      <w:r>
        <w:t xml:space="preserve">• </w:t>
      </w:r>
      <w:r>
        <w:rPr>
          <w:b w:val="0"/>
          <w:i w:val="0"/>
        </w:rPr>
        <w:t>Nó đọc các cấu hình ghi log tiêu chuẩn từ tệp.</w:t>
      </w:r>
    </w:p>
    <w:p>
      <w:pPr>
        <w:spacing w:after="80"/>
      </w:pPr>
      <w:r>
        <w:rPr>
          <w:b w:val="0"/>
          <w:i w:val="0"/>
        </w:rPr>
        <w:t>Thay vì tạo ra các quy tắc phức tạp về việc ghi log những gì, hãy thử ghi log một cách rộng rãi bằng cách dùng đúng mức độ (level) cho từng log riêng lẻ, rồi sau đó lọc theo mức độ.</w:t>
      </w:r>
    </w:p>
    <w:p>
      <w:pPr>
        <w:spacing w:after="80"/>
      </w:pPr>
      <w:r>
        <w:rPr>
          <w:b/>
          <w:i w:val="0"/>
        </w:rPr>
        <w:t>Lưu ý</w:t>
      </w:r>
    </w:p>
    <w:p>
      <w:pPr>
        <w:spacing w:after="80"/>
      </w:pPr>
      <w:r>
        <w:rPr>
          <w:b w:val="0"/>
          <w:i w:val="0"/>
        </w:rPr>
        <w:t>Khi dùng các công cụ GenAI, bạn có thể yêu cầu tạo log, nhưng nhớ kiểm tra lại, vì nó thường tạo ra rất nhiều log. Việc tìm được sự cân bằng hợp lý trong log, cả về số lượng lẫn mức độ chi tiết, là rất quan trọng, và bạn nên thử nghiệm với nhiều lựa chọn khác nhau.</w:t>
      </w:r>
    </w:p>
    <w:p>
      <w:pPr>
        <w:spacing w:after="80"/>
      </w:pPr>
      <w:r>
        <w:rPr>
          <w:b w:val="0"/>
          <w:i w:val="0"/>
        </w:rPr>
        <w:t>Quá nhiều thông tin có thể dẫn đến nhiễu. Bạn luôn có thể xóa một log mà bạn (hoặc GenAI) đã tạo, nếu bạn thấy nó từng bổ sung thông tin hữu ích nhưng giờ thì không còn nữa.</w:t>
      </w:r>
    </w:p>
    <w:p>
      <w:pPr>
        <w:spacing w:after="80"/>
      </w:pPr>
      <w:r>
        <w:rPr>
          <w:b w:val="0"/>
          <w:i w:val="0"/>
        </w:rPr>
        <w:t xml:space="preserve">Để biết chi tiết đầy đủ, hãy tham khảo tài liệu về mô-đun logging của Python tại </w:t>
      </w:r>
      <w:r>
        <w:rPr>
          <w:rFonts w:ascii="Consolas" w:hAnsi="Consolas"/>
          <w:b w:val="0"/>
          <w:i w:val="0"/>
          <w:sz w:val="20"/>
        </w:rPr>
        <w:br/>
        <w:br/>
        <w:t xml:space="preserve">       https://docs.python.org/3/library/logging.html</w:t>
        <w:br/>
        <w:t xml:space="preserve">      </w:t>
        <w:br/>
      </w:r>
      <w:r>
        <w:rPr>
          <w:b w:val="0"/>
          <w:i w:val="0"/>
        </w:rPr>
        <w:t xml:space="preserve"> , hoặc bài hướng dẫn tại </w:t>
      </w:r>
      <w:r>
        <w:rPr>
          <w:rFonts w:ascii="Consolas" w:hAnsi="Consolas"/>
          <w:b w:val="0"/>
          <w:i w:val="0"/>
          <w:sz w:val="20"/>
        </w:rPr>
        <w:br/>
        <w:br/>
        <w:t xml:space="preserve">       https://docs.python.org/3/howto/logging.html</w:t>
        <w:br/>
        <w:t xml:space="preserve">      </w:t>
        <w:br/>
      </w:r>
      <w:r>
        <w:rPr>
          <w:b w:val="0"/>
          <w:i w:val="0"/>
        </w:rPr>
        <w:t xml:space="preserve"> .</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Thêm các tùy chọn dòng lệnh (Adding command-line options) </w:t>
      </w:r>
      <w:r>
        <w:rPr>
          <w:b w:val="0"/>
          <w:i w:val="0"/>
        </w:rPr>
        <w:t xml:space="preserve"> trong </w:t>
      </w:r>
      <w:r>
        <w:rPr>
          <w:b w:val="0"/>
          <w:i/>
        </w:rPr>
        <w:t xml:space="preserve"> Chương 1 </w:t>
      </w:r>
      <w:r>
        <w:rPr>
          <w:b w:val="0"/>
          <w:i w:val="0"/>
        </w:rPr>
        <w:t xml:space="preserve"> , </w:t>
      </w:r>
      <w:r>
        <w:rPr>
          <w:b w:val="0"/>
          <w:i/>
        </w:rPr>
        <w:t xml:space="preserve"> Hãy bắt đầu hành trình tự động hóa của chúng ta (Let's Begin Our Automation Journey) </w:t>
      </w:r>
      <w:r>
        <w:rPr>
          <w:b w:val="0"/>
          <w:i w:val="0"/>
        </w:rPr>
        <w:t xml:space="preserve"> , để mô tả các thành phần cơ bản của tùy chọn dòng lệnh.</w:t>
      </w:r>
    </w:p>
    <w:p>
      <w:pPr>
        <w:spacing w:after="80"/>
        <w:ind w:left="360"/>
      </w:pPr>
      <w:r>
        <w:t xml:space="preserve">• </w:t>
      </w:r>
      <w:r>
        <w:rPr>
          <w:b w:val="0"/>
          <w:i w:val="0"/>
        </w:rPr>
        <w:t xml:space="preserve">Công thức </w:t>
      </w:r>
      <w:r>
        <w:rPr>
          <w:b w:val="0"/>
          <w:i/>
        </w:rPr>
        <w:t xml:space="preserve"> Chuẩn bị </w:t>
      </w:r>
      <w:r>
        <w:rPr>
          <w:b w:val="0"/>
          <w:i w:val="0"/>
        </w:rPr>
        <w:t xml:space="preserve"> </w:t>
      </w:r>
      <w:r>
        <w:rPr>
          <w:b w:val="0"/>
          <w:i/>
        </w:rPr>
        <w:t xml:space="preserve"> một tác vụ </w:t>
      </w:r>
      <w:r>
        <w:rPr>
          <w:b w:val="0"/>
          <w:i w:val="0"/>
        </w:rPr>
        <w:t xml:space="preserve"> , ở phần trước trong chương này, để tìm hiểu về chiến lược cần tuân theo khi thiết kế một tác vụ tự động.</w:t>
      </w:r>
    </w:p>
    <w:p>
      <w:pPr>
        <w:pStyle w:val="Heading2"/>
      </w:pPr>
      <w:r>
        <w:rPr>
          <w:rFonts w:ascii="Calibri" w:hAnsi="Calibri"/>
          <w:b/>
          <w:i w:val="0"/>
          <w:sz w:val="32"/>
        </w:rPr>
        <w:t>Gửi thông báo qua email</w:t>
      </w:r>
    </w:p>
    <w:p>
      <w:pPr>
        <w:spacing w:after="80"/>
      </w:pPr>
      <w:r>
        <w:rPr>
          <w:b w:val="0"/>
          <w:i w:val="0"/>
        </w:rPr>
        <w:t>Email vẫn là một công cụ không thể tránh khỏi trong việc sử dụng hằng ngày. Có thể nói đây là nơi tốt nhất để gửi thông báo nếu một tác vụ tự động phát hiện ra điều gì đó. Mặt khác, hộp thư đến email vốn đã quá đầy thư rác, nên hãy cẩn thận.</w:t>
      </w:r>
    </w:p>
    <w:p>
      <w:pPr>
        <w:spacing w:after="80"/>
      </w:pPr>
      <w:r>
        <w:rPr>
          <w:b/>
          <w:i w:val="0"/>
        </w:rPr>
        <w:t>Mẹo</w:t>
      </w:r>
    </w:p>
    <w:p>
      <w:pPr>
        <w:spacing w:after="80"/>
      </w:pPr>
      <w:r>
        <w:rPr>
          <w:b w:val="0"/>
          <w:i w:val="0"/>
        </w:rPr>
        <w:t>Bộ lọc thư rác (spam filter) là một thực tế không thể tránh. Hãy cẩn thận về việc email được gửi đến ai, và về số lượng email được gửi. Một máy chủ email hoặc địa chỉ email có thể bị gắn nhãn là nguồn thư rác, và tất cả email có thể bị internet âm thầm loại bỏ.</w:t>
      </w:r>
    </w:p>
    <w:p>
      <w:pPr>
        <w:spacing w:after="80"/>
      </w:pPr>
      <w:r>
        <w:rPr>
          <w:b w:val="0"/>
          <w:i w:val="0"/>
        </w:rPr>
        <w:t>Điều này thường gặp ở các địa chỉ từ nhà cung cấp dịch vụ Internet, nghĩa là việc tự thiết lập máy chủ thư của riêng bạn mà không có sự cân nhắc đặc biệt sẽ là vô ích, vì tất cả email của họ sẽ bị loại bỏ ngay lập tức.</w:t>
      </w:r>
    </w:p>
    <w:p>
      <w:pPr>
        <w:spacing w:after="80"/>
      </w:pPr>
      <w:r>
        <w:rPr>
          <w:b w:val="0"/>
          <w:i w:val="0"/>
        </w:rPr>
        <w:t xml:space="preserve">Công thức này sẽ chỉ cho bạn cách gửi một email đơn lẻ bằng một tài khoản email có sẵn. Cách làm này khả thi khi bạn muốn gửi vài email cho một vài người (ví dụ như chính bạn), như là kết quả của một tác vụ tự động, nhưng không thể nhiều hơn thế. Hãy tham khảo </w:t>
      </w:r>
      <w:r>
        <w:rPr>
          <w:b w:val="0"/>
          <w:i/>
        </w:rPr>
        <w:t xml:space="preserve"> Chương 9 </w:t>
      </w:r>
      <w:r>
        <w:rPr>
          <w:b w:val="0"/>
          <w:i w:val="0"/>
        </w:rPr>
        <w:t xml:space="preserve"> , </w:t>
      </w:r>
      <w:r>
        <w:rPr>
          <w:b w:val="0"/>
          <w:i/>
        </w:rPr>
        <w:t xml:space="preserve"> Xử lý các kênh liên lạc </w:t>
      </w:r>
      <w:r>
        <w:rPr>
          <w:b w:val="0"/>
          <w:i w:val="0"/>
        </w:rPr>
        <w:t xml:space="preserve"> , để biết thêm nhiều ý tưởng về việc gửi email, bao gồm gửi cho nhóm và các kênh liên lạc khác như chat hay tin nhắn.</w:t>
      </w:r>
    </w:p>
    <w:p>
      <w:pPr>
        <w:pStyle w:val="Heading3"/>
      </w:pPr>
      <w:r>
        <w:rPr>
          <w:rFonts w:ascii="Calibri" w:hAnsi="Calibri"/>
          <w:b/>
          <w:i w:val="0"/>
          <w:sz w:val="26"/>
        </w:rPr>
        <w:t>Chuẩn bị</w:t>
      </w:r>
    </w:p>
    <w:p>
      <w:pPr>
        <w:spacing w:after="80"/>
      </w:pPr>
      <w:r>
        <w:rPr>
          <w:b w:val="0"/>
          <w:i w:val="0"/>
        </w:rPr>
        <w:t>Với công thức này, chúng ta cần có một tài khoản email hợp lệ được thiết lập sẵn, bao gồm những thứ sau:</w:t>
      </w:r>
    </w:p>
    <w:p>
      <w:pPr>
        <w:spacing w:after="80"/>
        <w:ind w:left="360"/>
      </w:pPr>
      <w:r>
        <w:t xml:space="preserve">• </w:t>
      </w:r>
      <w:r>
        <w:rPr>
          <w:b w:val="0"/>
          <w:i w:val="0"/>
        </w:rPr>
        <w:t>Một máy chủ email hợp lệ sử dụng SMTP (Simple Mail Transfer Protocol - Giao thức truyền thư đơn giản). SMTP là tiêu chuẩn (cũ nhưng vẫn còn hiệu lực) cho việc liên lạc qua email</w:t>
      </w:r>
    </w:p>
    <w:p>
      <w:pPr>
        <w:spacing w:after="80"/>
        <w:ind w:left="360"/>
      </w:pPr>
      <w:r>
        <w:t xml:space="preserve">• </w:t>
      </w:r>
      <w:r>
        <w:rPr>
          <w:b w:val="0"/>
          <w:i w:val="0"/>
        </w:rPr>
        <w:t>Một cổng (port) để kết nối</w:t>
      </w:r>
    </w:p>
    <w:p>
      <w:pPr>
        <w:spacing w:after="80"/>
        <w:ind w:left="360"/>
      </w:pPr>
      <w:r>
        <w:t xml:space="preserve">• </w:t>
      </w:r>
      <w:r>
        <w:rPr>
          <w:b w:val="0"/>
          <w:i w:val="0"/>
        </w:rPr>
        <w:t>Một địa chỉ email</w:t>
      </w:r>
    </w:p>
    <w:p>
      <w:pPr>
        <w:spacing w:after="80"/>
        <w:ind w:left="360"/>
      </w:pPr>
      <w:r>
        <w:t xml:space="preserve">• </w:t>
      </w:r>
      <w:r>
        <w:rPr>
          <w:b w:val="0"/>
          <w:i w:val="0"/>
        </w:rPr>
        <w:t>Một mật khẩu</w:t>
      </w:r>
    </w:p>
    <w:p>
      <w:pPr>
        <w:spacing w:after="80"/>
      </w:pPr>
      <w:r>
        <w:rPr>
          <w:b w:val="0"/>
          <w:i w:val="0"/>
        </w:rPr>
        <w:t>Bốn yếu tố này là đủ để có thể gửi một email.</w:t>
      </w:r>
    </w:p>
    <w:p>
      <w:pPr>
        <w:spacing w:after="80"/>
      </w:pPr>
      <w:r>
        <w:rPr>
          <w:b/>
          <w:i w:val="0"/>
        </w:rPr>
        <w:t>Lưu ý</w:t>
      </w:r>
    </w:p>
    <w:p>
      <w:pPr>
        <w:spacing w:after="80"/>
      </w:pPr>
      <w:r>
        <w:rPr>
          <w:b w:val="0"/>
          <w:i w:val="0"/>
        </w:rPr>
        <w:t xml:space="preserve">Một số dịch vụ email, ví dụ như Gmail, sẽ khuyến khích bạn thiết lập 2FA (two-factor authentication - xác thực hai yếu tố), nghĩa là chỉ có mật khẩu thôi thì không đủ để gửi email. Thông thường họ sẽ cho phép bạn tạo một mật khẩu riêng để các ứng dụng sử dụng, bỏ qua yêu cầu 2FA. Nếu bạn đã đăng nhập, truy cập trang này </w:t>
      </w:r>
      <w:r>
        <w:rPr>
          <w:rFonts w:ascii="Consolas" w:hAnsi="Consolas"/>
          <w:b w:val="0"/>
          <w:i w:val="0"/>
          <w:sz w:val="20"/>
        </w:rPr>
        <w:br/>
        <w:br/>
        <w:t xml:space="preserve">        https://myaccount.google.com/apppasswords</w:t>
        <w:br/>
        <w:t xml:space="preserve">       </w:t>
        <w:br/>
      </w:r>
      <w:r>
        <w:rPr>
          <w:b w:val="0"/>
          <w:i w:val="0"/>
        </w:rPr>
        <w:t xml:space="preserve"> sẽ cho phép bạn tạo quyền truy cập bằng một mật khẩu riêng. Xin lưu ý rằng cách dùng mật khẩu này kém an toàn hơn so với truy cập thông thường, nên hãy đặc biệt cẩn thận khi dùng.</w:t>
      </w:r>
    </w:p>
    <w:p>
      <w:pPr>
        <w:spacing w:after="80"/>
      </w:pPr>
      <w:r>
        <w:rPr>
          <w:b w:val="0"/>
          <w:i w:val="0"/>
        </w:rPr>
        <w:t>Hãy kiểm tra thông tin của nhà cung cấp email để biết các tùy chọn.</w:t>
      </w:r>
    </w:p>
    <w:p>
      <w:pPr>
        <w:spacing w:after="80"/>
      </w:pPr>
      <w:r>
        <w:rPr>
          <w:b w:val="0"/>
          <w:i w:val="0"/>
        </w:rPr>
        <w:t>Dịch vụ email bạn dùng nên ghi rõ máy chủ SMTP là gì và dùng cổng nào trong tài liệu hướng dẫn của họ. Thông tin này cũng có thể lấy được từ các email client dùng SMTP, vì chúng dùng cùng các tham số. Hãy kiểm tra tài liệu của nhà cung cấp. Trong ví dụ sau đây, chúng ta sẽ dùng một tài khoản Gmail.</w:t>
      </w:r>
    </w:p>
    <w:p>
      <w:pPr>
        <w:pStyle w:val="Heading3"/>
      </w:pPr>
      <w:r>
        <w:rPr>
          <w:rFonts w:ascii="Calibri" w:hAnsi="Calibri"/>
          <w:b/>
          <w:i w:val="0"/>
          <w:sz w:val="26"/>
        </w:rPr>
        <w:t>Cách thực hiện...</w:t>
      </w:r>
    </w:p>
    <w:p>
      <w:pPr>
        <w:spacing w:after="80"/>
        <w:ind w:left="360"/>
      </w:pPr>
      <w:r>
        <w:t xml:space="preserve">1. </w:t>
      </w:r>
      <w:r>
        <w:rPr>
          <w:b w:val="0"/>
          <w:i w:val="0"/>
        </w:rPr>
        <w:t xml:space="preserve">Tạo file </w:t>
      </w:r>
      <w:r>
        <w:rPr>
          <w:rFonts w:ascii="Consolas" w:hAnsi="Consolas"/>
          <w:b w:val="0"/>
          <w:i w:val="0"/>
          <w:sz w:val="20"/>
        </w:rPr>
        <w:br/>
        <w:br/>
        <w:t xml:space="preserve">       email_task.py</w:t>
        <w:br/>
        <w:t xml:space="preserve">      </w:t>
        <w:br/>
      </w:r>
      <w:r>
        <w:rPr>
          <w:b w:val="0"/>
          <w:i w:val="0"/>
        </w:rPr>
        <w:t xml:space="preserve"> như sau:</w:t>
      </w:r>
    </w:p>
    <w:p>
      <w:pPr>
        <w:spacing w:after="0"/>
        <w:ind w:left="360"/>
        <w:shd w:val="clear" w:color="auto" w:fill="F2F2F2"/>
      </w:pPr>
      <w:r>
        <w:rPr>
          <w:rFonts w:ascii="Consolas" w:hAnsi="Consolas"/>
          <w:sz w:val="18"/>
        </w:rPr>
        <w:t>import argparse</w:t>
      </w:r>
    </w:p>
    <w:p>
      <w:pPr>
        <w:spacing w:after="0"/>
        <w:ind w:left="360"/>
        <w:shd w:val="clear" w:color="auto" w:fill="F2F2F2"/>
      </w:pPr>
      <w:r>
        <w:rPr>
          <w:rFonts w:ascii="Consolas" w:hAnsi="Consolas"/>
          <w:sz w:val="18"/>
        </w:rPr>
        <w:t>import configparser</w:t>
      </w:r>
    </w:p>
    <w:p>
      <w:pPr>
        <w:spacing w:after="0"/>
        <w:ind w:left="360"/>
        <w:shd w:val="clear" w:color="auto" w:fill="F2F2F2"/>
      </w:pPr>
      <w:r>
        <w:rPr>
          <w:rFonts w:ascii="Consolas" w:hAnsi="Consolas"/>
          <w:sz w:val="18"/>
        </w:rPr>
        <w:t>import smtplib</w:t>
      </w:r>
    </w:p>
    <w:p>
      <w:pPr>
        <w:spacing w:after="0"/>
        <w:ind w:left="360"/>
        <w:shd w:val="clear" w:color="auto" w:fill="F2F2F2"/>
      </w:pPr>
      <w:r>
        <w:rPr>
          <w:rFonts w:ascii="Consolas" w:hAnsi="Consolas"/>
          <w:sz w:val="18"/>
        </w:rPr>
        <w:t>from email.message import EmailMessage</w:t>
      </w:r>
    </w:p>
    <w:p>
      <w:pPr>
        <w:spacing w:after="0"/>
        <w:ind w:left="360"/>
        <w:shd w:val="clear" w:color="auto" w:fill="F2F2F2"/>
      </w:pPr>
      <w:r>
        <w:rPr>
          <w:rFonts w:ascii="Consolas" w:hAnsi="Consolas"/>
          <w:sz w:val="18"/>
        </w:rPr>
        <w:t>def main(to_email, server, port, from_email, password):</w:t>
      </w:r>
    </w:p>
    <w:p>
      <w:pPr>
        <w:spacing w:after="0"/>
        <w:ind w:left="360"/>
        <w:shd w:val="clear" w:color="auto" w:fill="F2F2F2"/>
      </w:pPr>
      <w:r>
        <w:rPr>
          <w:rFonts w:ascii="Consolas" w:hAnsi="Consolas"/>
          <w:sz w:val="18"/>
        </w:rPr>
        <w:t xml:space="preserve">    print(f'With love, from {from_email} to {to_email}')</w:t>
      </w:r>
    </w:p>
    <w:p>
      <w:pPr>
        <w:spacing w:after="0"/>
        <w:ind w:left="360"/>
        <w:shd w:val="clear" w:color="auto" w:fill="F2F2F2"/>
      </w:pPr>
      <w:r>
        <w:rPr>
          <w:rFonts w:ascii="Consolas" w:hAnsi="Consolas"/>
          <w:sz w:val="18"/>
        </w:rPr>
        <w:t xml:space="preserve">    # Create the message</w:t>
      </w:r>
    </w:p>
    <w:p>
      <w:pPr>
        <w:spacing w:after="0"/>
        <w:ind w:left="360"/>
        <w:shd w:val="clear" w:color="auto" w:fill="F2F2F2"/>
      </w:pPr>
      <w:r>
        <w:rPr>
          <w:rFonts w:ascii="Consolas" w:hAnsi="Consolas"/>
          <w:sz w:val="18"/>
        </w:rPr>
        <w:t xml:space="preserve">    subject = 'With love, from ME to YOU'</w:t>
      </w:r>
    </w:p>
    <w:p>
      <w:pPr>
        <w:spacing w:after="0"/>
        <w:ind w:left="360"/>
        <w:shd w:val="clear" w:color="auto" w:fill="F2F2F2"/>
      </w:pPr>
      <w:r>
        <w:rPr>
          <w:rFonts w:ascii="Consolas" w:hAnsi="Consolas"/>
          <w:sz w:val="18"/>
        </w:rPr>
        <w:t xml:space="preserve">    text = '''This is an example test'''</w:t>
      </w:r>
    </w:p>
    <w:p>
      <w:pPr>
        <w:spacing w:after="0"/>
        <w:ind w:left="360"/>
        <w:shd w:val="clear" w:color="auto" w:fill="F2F2F2"/>
      </w:pPr>
      <w:r>
        <w:rPr>
          <w:rFonts w:ascii="Consolas" w:hAnsi="Consolas"/>
          <w:sz w:val="18"/>
        </w:rPr>
        <w:t xml:space="preserve">    msg = EmailMessage()</w:t>
      </w:r>
    </w:p>
    <w:p>
      <w:pPr>
        <w:spacing w:after="0"/>
        <w:ind w:left="360"/>
        <w:shd w:val="clear" w:color="auto" w:fill="F2F2F2"/>
      </w:pPr>
      <w:r>
        <w:rPr>
          <w:rFonts w:ascii="Consolas" w:hAnsi="Consolas"/>
          <w:sz w:val="18"/>
        </w:rPr>
        <w:t xml:space="preserve">    msg.set_content(text)</w:t>
      </w:r>
    </w:p>
    <w:p>
      <w:pPr>
        <w:spacing w:after="0"/>
        <w:ind w:left="360"/>
        <w:shd w:val="clear" w:color="auto" w:fill="F2F2F2"/>
      </w:pPr>
      <w:r>
        <w:rPr>
          <w:rFonts w:ascii="Consolas" w:hAnsi="Consolas"/>
          <w:sz w:val="18"/>
        </w:rPr>
        <w:t xml:space="preserve">    msg['Subject'] = subject</w:t>
      </w:r>
    </w:p>
    <w:p>
      <w:pPr>
        <w:spacing w:after="0"/>
        <w:ind w:left="360"/>
        <w:shd w:val="clear" w:color="auto" w:fill="F2F2F2"/>
      </w:pPr>
      <w:r>
        <w:rPr>
          <w:rFonts w:ascii="Consolas" w:hAnsi="Consolas"/>
          <w:sz w:val="18"/>
        </w:rPr>
        <w:t xml:space="preserve">    msg['From'] = from_email</w:t>
      </w:r>
    </w:p>
    <w:p>
      <w:pPr>
        <w:spacing w:after="0"/>
        <w:ind w:left="360"/>
        <w:shd w:val="clear" w:color="auto" w:fill="F2F2F2"/>
      </w:pPr>
      <w:r>
        <w:rPr>
          <w:rFonts w:ascii="Consolas" w:hAnsi="Consolas"/>
          <w:sz w:val="18"/>
        </w:rPr>
        <w:t xml:space="preserve">    msg['To'] = to_email</w:t>
      </w:r>
    </w:p>
    <w:p>
      <w:pPr>
        <w:spacing w:after="0"/>
        <w:ind w:left="360"/>
        <w:shd w:val="clear" w:color="auto" w:fill="F2F2F2"/>
      </w:pPr>
      <w:r>
        <w:rPr>
          <w:rFonts w:ascii="Consolas" w:hAnsi="Consolas"/>
          <w:sz w:val="18"/>
        </w:rPr>
        <w:t xml:space="preserve">    # Open communication and send</w:t>
      </w:r>
    </w:p>
    <w:p>
      <w:pPr>
        <w:spacing w:after="0"/>
        <w:ind w:left="360"/>
        <w:shd w:val="clear" w:color="auto" w:fill="F2F2F2"/>
      </w:pPr>
      <w:r>
        <w:rPr>
          <w:rFonts w:ascii="Consolas" w:hAnsi="Consolas"/>
          <w:sz w:val="18"/>
        </w:rPr>
        <w:t>with smtplib.SMTP_SSL(server, port) as smtp:</w:t>
      </w:r>
    </w:p>
    <w:p>
      <w:pPr>
        <w:spacing w:after="0"/>
        <w:ind w:left="360"/>
        <w:shd w:val="clear" w:color="auto" w:fill="F2F2F2"/>
      </w:pPr>
      <w:r>
        <w:rPr>
          <w:rFonts w:ascii="Consolas" w:hAnsi="Consolas"/>
          <w:sz w:val="18"/>
        </w:rPr>
        <w:t xml:space="preserve">        smtp.login(from_email, password)</w:t>
      </w:r>
    </w:p>
    <w:p>
      <w:pPr>
        <w:spacing w:after="0"/>
        <w:ind w:left="360"/>
        <w:shd w:val="clear" w:color="auto" w:fill="F2F2F2"/>
      </w:pPr>
      <w:r>
        <w:rPr>
          <w:rFonts w:ascii="Consolas" w:hAnsi="Consolas"/>
          <w:sz w:val="18"/>
        </w:rPr>
        <w:t xml:space="preserve">        smtp.send_message(msg)</w:t>
      </w:r>
    </w:p>
    <w:p>
      <w:pPr>
        <w:spacing w:after="0"/>
        <w:ind w:left="360"/>
        <w:shd w:val="clear" w:color="auto" w:fill="F2F2F2"/>
      </w:pPr>
      <w:r>
        <w:rPr>
          <w:rFonts w:ascii="Consolas" w:hAnsi="Consolas"/>
          <w:sz w:val="18"/>
        </w:rPr>
        <w:t>if __name__ == '__main__':</w:t>
      </w:r>
    </w:p>
    <w:p>
      <w:pPr>
        <w:spacing w:after="0"/>
        <w:ind w:left="360"/>
        <w:shd w:val="clear" w:color="auto" w:fill="F2F2F2"/>
      </w:pPr>
      <w:r>
        <w:rPr>
          <w:rFonts w:ascii="Consolas" w:hAnsi="Consolas"/>
          <w:sz w:val="18"/>
        </w:rPr>
        <w:t xml:space="preserve">    parser = argparse.ArgumentParser()</w:t>
      </w:r>
    </w:p>
    <w:p>
      <w:pPr>
        <w:spacing w:after="0"/>
        <w:ind w:left="360"/>
        <w:shd w:val="clear" w:color="auto" w:fill="F2F2F2"/>
      </w:pPr>
      <w:r>
        <w:rPr>
          <w:rFonts w:ascii="Consolas" w:hAnsi="Consolas"/>
          <w:sz w:val="18"/>
        </w:rPr>
        <w:t xml:space="preserve">    parser.add_argument('email', type=str, help='destination email')</w:t>
      </w:r>
    </w:p>
    <w:p>
      <w:pPr>
        <w:spacing w:after="0"/>
        <w:ind w:left="360"/>
        <w:shd w:val="clear" w:color="auto" w:fill="F2F2F2"/>
      </w:pPr>
      <w:r>
        <w:rPr>
          <w:rFonts w:ascii="Consolas" w:hAnsi="Consolas"/>
          <w:sz w:val="18"/>
        </w:rPr>
        <w:t xml:space="preserve">    parser.add_argument('-c', dest='config', type=argparse.FileType('r'),</w:t>
      </w:r>
    </w:p>
    <w:p>
      <w:pPr>
        <w:spacing w:after="0"/>
        <w:ind w:left="360"/>
        <w:shd w:val="clear" w:color="auto" w:fill="F2F2F2"/>
      </w:pPr>
      <w:r>
        <w:rPr>
          <w:rFonts w:ascii="Consolas" w:hAnsi="Consolas"/>
          <w:sz w:val="18"/>
        </w:rPr>
        <w:t xml:space="preserve">                        help='config file', default=None)</w:t>
      </w:r>
    </w:p>
    <w:p>
      <w:pPr>
        <w:spacing w:after="0"/>
        <w:ind w:left="360"/>
        <w:shd w:val="clear" w:color="auto" w:fill="F2F2F2"/>
      </w:pPr>
      <w:r>
        <w:rPr>
          <w:rFonts w:ascii="Consolas" w:hAnsi="Consolas"/>
          <w:sz w:val="18"/>
        </w:rPr>
        <w:t xml:space="preserve">    args = parser.parse_args()</w:t>
      </w:r>
    </w:p>
    <w:p>
      <w:pPr>
        <w:spacing w:after="0"/>
        <w:ind w:left="360"/>
        <w:shd w:val="clear" w:color="auto" w:fill="F2F2F2"/>
      </w:pPr>
      <w:r>
        <w:rPr>
          <w:rFonts w:ascii="Consolas" w:hAnsi="Consolas"/>
          <w:sz w:val="18"/>
        </w:rPr>
        <w:t xml:space="preserve">    if not args.config:</w:t>
      </w:r>
    </w:p>
    <w:p>
      <w:pPr>
        <w:spacing w:after="0"/>
        <w:ind w:left="360"/>
        <w:shd w:val="clear" w:color="auto" w:fill="F2F2F2"/>
      </w:pPr>
      <w:r>
        <w:rPr>
          <w:rFonts w:ascii="Consolas" w:hAnsi="Consolas"/>
          <w:sz w:val="18"/>
        </w:rPr>
        <w:t xml:space="preserve">        print('Error, a config file is required')</w:t>
      </w:r>
    </w:p>
    <w:p>
      <w:pPr>
        <w:spacing w:after="0"/>
        <w:ind w:left="360"/>
        <w:shd w:val="clear" w:color="auto" w:fill="F2F2F2"/>
      </w:pPr>
      <w:r>
        <w:rPr>
          <w:rFonts w:ascii="Consolas" w:hAnsi="Consolas"/>
          <w:sz w:val="18"/>
        </w:rPr>
        <w:t xml:space="preserve">        parser.print_help()</w:t>
      </w:r>
    </w:p>
    <w:p>
      <w:pPr>
        <w:spacing w:after="0"/>
        <w:ind w:left="360"/>
        <w:shd w:val="clear" w:color="auto" w:fill="F2F2F2"/>
      </w:pPr>
      <w:r>
        <w:rPr>
          <w:rFonts w:ascii="Consolas" w:hAnsi="Consolas"/>
          <w:sz w:val="18"/>
        </w:rPr>
        <w:t xml:space="preserve">        exit(1)</w:t>
      </w:r>
    </w:p>
    <w:p>
      <w:pPr>
        <w:spacing w:after="0"/>
        <w:ind w:left="360"/>
        <w:shd w:val="clear" w:color="auto" w:fill="F2F2F2"/>
      </w:pPr>
      <w:r>
        <w:rPr>
          <w:rFonts w:ascii="Consolas" w:hAnsi="Consolas"/>
          <w:sz w:val="18"/>
        </w:rPr>
        <w:t xml:space="preserve">    config = configparser.ConfigParser()</w:t>
      </w:r>
    </w:p>
    <w:p>
      <w:pPr>
        <w:spacing w:after="0"/>
        <w:ind w:left="360"/>
        <w:shd w:val="clear" w:color="auto" w:fill="F2F2F2"/>
      </w:pPr>
      <w:r>
        <w:rPr>
          <w:rFonts w:ascii="Consolas" w:hAnsi="Consolas"/>
          <w:sz w:val="18"/>
        </w:rPr>
        <w:t xml:space="preserve">    config.read_file(args.config)</w:t>
      </w:r>
    </w:p>
    <w:p>
      <w:pPr>
        <w:spacing w:after="0"/>
        <w:ind w:left="360"/>
        <w:shd w:val="clear" w:color="auto" w:fill="F2F2F2"/>
      </w:pPr>
      <w:r>
        <w:rPr>
          <w:rFonts w:ascii="Consolas" w:hAnsi="Consolas"/>
          <w:sz w:val="18"/>
        </w:rPr>
        <w:t xml:space="preserve">    main(args.email,</w:t>
      </w:r>
    </w:p>
    <w:p>
      <w:pPr>
        <w:spacing w:after="0"/>
        <w:ind w:left="360"/>
        <w:shd w:val="clear" w:color="auto" w:fill="F2F2F2"/>
      </w:pPr>
      <w:r>
        <w:rPr>
          <w:rFonts w:ascii="Consolas" w:hAnsi="Consolas"/>
          <w:sz w:val="18"/>
        </w:rPr>
        <w:t xml:space="preserve">         server=config['DEFAULT']['server'],</w:t>
      </w:r>
    </w:p>
    <w:p>
      <w:pPr>
        <w:spacing w:after="0"/>
        <w:ind w:left="360"/>
        <w:shd w:val="clear" w:color="auto" w:fill="F2F2F2"/>
      </w:pPr>
      <w:r>
        <w:rPr>
          <w:rFonts w:ascii="Consolas" w:hAnsi="Consolas"/>
          <w:sz w:val="18"/>
        </w:rPr>
        <w:t xml:space="preserve">         port=config['DEFAULT']['port'],</w:t>
      </w:r>
    </w:p>
    <w:p>
      <w:pPr>
        <w:spacing w:after="0"/>
        <w:ind w:left="360"/>
        <w:shd w:val="clear" w:color="auto" w:fill="F2F2F2"/>
      </w:pPr>
      <w:r>
        <w:rPr>
          <w:rFonts w:ascii="Consolas" w:hAnsi="Consolas"/>
          <w:sz w:val="18"/>
        </w:rPr>
        <w:t xml:space="preserve">         from_email=config['DEFAULT']['email'],</w:t>
      </w:r>
    </w:p>
    <w:p>
      <w:pPr>
        <w:spacing w:after="0"/>
        <w:ind w:left="360"/>
        <w:shd w:val="clear" w:color="auto" w:fill="F2F2F2"/>
      </w:pPr>
      <w:r>
        <w:rPr>
          <w:rFonts w:ascii="Consolas" w:hAnsi="Consolas"/>
          <w:sz w:val="18"/>
        </w:rPr>
        <w:t xml:space="preserve">         password=config['DEFAULT']['password'])</w:t>
      </w:r>
    </w:p>
    <w:p>
      <w:pPr>
        <w:spacing w:after="40"/>
      </w:pPr>
    </w:p>
    <w:p>
      <w:pPr>
        <w:spacing w:after="80"/>
        <w:ind w:left="360"/>
      </w:pPr>
      <w:r>
        <w:t xml:space="preserve">2. </w:t>
      </w:r>
      <w:r>
        <w:rPr>
          <w:b w:val="0"/>
          <w:i w:val="0"/>
        </w:rPr>
        <w:t xml:space="preserve">Tạo một file cấu hình tên là </w:t>
      </w:r>
      <w:r>
        <w:rPr>
          <w:rFonts w:ascii="Consolas" w:hAnsi="Consolas"/>
          <w:b w:val="0"/>
          <w:i w:val="0"/>
          <w:sz w:val="20"/>
        </w:rPr>
        <w:br/>
        <w:br/>
        <w:t xml:space="preserve">       email_conf.ini</w:t>
        <w:br/>
        <w:t xml:space="preserve">      </w:t>
        <w:br/>
      </w:r>
      <w:r>
        <w:rPr>
          <w:b w:val="0"/>
          <w:i w:val="0"/>
        </w:rPr>
        <w:t xml:space="preserve"> với các thông tin cụ thể của tài khoản email bạn. Ví dụ, với tài khoản Gmail, hãy điền vào mẫu sau. (Mẫu này có sẵn trên GitHub tại </w:t>
      </w:r>
      <w:r>
        <w:rPr>
          <w:rFonts w:ascii="Consolas" w:hAnsi="Consolas"/>
          <w:b w:val="0"/>
          <w:i w:val="0"/>
          <w:sz w:val="20"/>
        </w:rPr>
        <w:br/>
        <w:br/>
        <w:t xml:space="preserve">        https://github.com/PacktPublishing/Python-Automation-Cookbook-Third-Edition/blob/master/ch02/email_conf.ini</w:t>
        <w:br/>
        <w:t xml:space="preserve">       </w:t>
        <w:br/>
      </w:r>
      <w:r>
        <w:rPr>
          <w:b w:val="0"/>
          <w:i w:val="0"/>
        </w:rPr>
        <w:t xml:space="preserve"> nhưng nhớ điền dữ liệu của bạn vào.)</w:t>
      </w:r>
    </w:p>
    <w:p>
      <w:pPr>
        <w:spacing w:after="0"/>
        <w:ind w:left="360"/>
        <w:shd w:val="clear" w:color="auto" w:fill="F2F2F2"/>
      </w:pPr>
      <w:r>
        <w:rPr>
          <w:rFonts w:ascii="Consolas" w:hAnsi="Consolas"/>
          <w:sz w:val="18"/>
        </w:rPr>
        <w:t>[DEFAULT]</w:t>
      </w:r>
    </w:p>
    <w:p>
      <w:pPr>
        <w:spacing w:after="0"/>
        <w:ind w:left="360"/>
        <w:shd w:val="clear" w:color="auto" w:fill="F2F2F2"/>
      </w:pPr>
      <w:r>
        <w:rPr>
          <w:rFonts w:ascii="Consolas" w:hAnsi="Consolas"/>
          <w:sz w:val="18"/>
        </w:rPr>
        <w:t>email = EMAIL@gmail.com</w:t>
      </w:r>
    </w:p>
    <w:p>
      <w:pPr>
        <w:spacing w:after="0"/>
        <w:ind w:left="360"/>
        <w:shd w:val="clear" w:color="auto" w:fill="F2F2F2"/>
      </w:pPr>
      <w:r>
        <w:rPr>
          <w:rFonts w:ascii="Consolas" w:hAnsi="Consolas"/>
          <w:sz w:val="18"/>
        </w:rPr>
        <w:t>server = smtp.gmail.com</w:t>
      </w:r>
    </w:p>
    <w:p>
      <w:pPr>
        <w:spacing w:after="0"/>
        <w:ind w:left="360"/>
        <w:shd w:val="clear" w:color="auto" w:fill="F2F2F2"/>
      </w:pPr>
      <w:r>
        <w:rPr>
          <w:rFonts w:ascii="Consolas" w:hAnsi="Consolas"/>
          <w:sz w:val="18"/>
        </w:rPr>
        <w:t>port = 465</w:t>
      </w:r>
    </w:p>
    <w:p>
      <w:pPr>
        <w:spacing w:after="0"/>
        <w:ind w:left="360"/>
        <w:shd w:val="clear" w:color="auto" w:fill="F2F2F2"/>
      </w:pPr>
      <w:r>
        <w:rPr>
          <w:rFonts w:ascii="Consolas" w:hAnsi="Consolas"/>
          <w:sz w:val="18"/>
        </w:rPr>
        <w:t>password = PASSWORD</w:t>
      </w:r>
    </w:p>
    <w:p>
      <w:pPr>
        <w:spacing w:after="40"/>
      </w:pPr>
    </w:p>
    <w:p>
      <w:pPr>
        <w:spacing w:after="80"/>
        <w:ind w:left="360"/>
      </w:pPr>
      <w:r>
        <w:t xml:space="preserve">3. </w:t>
      </w:r>
      <w:r>
        <w:rPr>
          <w:b w:val="0"/>
          <w:i w:val="0"/>
        </w:rPr>
        <w:t>Đảm bảo rằng file không thể bị đọc hay ghi bởi những người dùng khác trên hệ thống, bằng cách đặt quyền file chỉ cho phép người dùng của chúng ta. Quyền '600' nghĩa là chủ sở hữu file có quyền đọc và ghi, còn những người khác thì không có quyền truy cập:</w:t>
      </w:r>
    </w:p>
    <w:p>
      <w:pPr>
        <w:spacing w:after="0"/>
        <w:ind w:left="360"/>
        <w:shd w:val="clear" w:color="auto" w:fill="F2F2F2"/>
      </w:pPr>
      <w:r>
        <w:rPr>
          <w:rFonts w:ascii="Consolas" w:hAnsi="Consolas"/>
          <w:sz w:val="18"/>
        </w:rPr>
        <w:t>$ chmod 600 email_conf.ini</w:t>
      </w:r>
    </w:p>
    <w:p>
      <w:pPr>
        <w:spacing w:after="40"/>
      </w:pPr>
    </w:p>
    <w:p>
      <w:pPr>
        <w:spacing w:after="80"/>
        <w:ind w:left="360"/>
      </w:pPr>
      <w:r>
        <w:t xml:space="preserve">4. </w:t>
      </w:r>
      <w:r>
        <w:rPr>
          <w:b w:val="0"/>
          <w:i w:val="0"/>
        </w:rPr>
        <w:t>Gửi email thử nghiệm bằng cách chạy script:</w:t>
      </w:r>
    </w:p>
    <w:p>
      <w:pPr>
        <w:spacing w:after="0"/>
        <w:ind w:left="360"/>
        <w:shd w:val="clear" w:color="auto" w:fill="F2F2F2"/>
      </w:pPr>
      <w:r>
        <w:rPr>
          <w:rFonts w:ascii="Consolas" w:hAnsi="Consolas"/>
          <w:sz w:val="18"/>
        </w:rPr>
        <w:t>$ uv run email_task.py -c email_conf.ini destination_email@server.com</w:t>
      </w:r>
    </w:p>
    <w:p>
      <w:pPr>
        <w:spacing w:after="40"/>
      </w:pPr>
    </w:p>
    <w:p>
      <w:pPr>
        <w:spacing w:after="80"/>
        <w:ind w:left="360"/>
      </w:pPr>
      <w:r>
        <w:t xml:space="preserve">5. </w:t>
      </w:r>
      <w:r>
        <w:rPr>
          <w:b w:val="0"/>
          <w:i w:val="0"/>
        </w:rPr>
        <w:t>Kiểm tra hộp thư đến của tài khoản email đích; bạn sẽ nhận được một email với tiêu đề 'With love, from ME to YOU'.</w:t>
      </w:r>
    </w:p>
    <w:p>
      <w:pPr>
        <w:pStyle w:val="Heading3"/>
      </w:pPr>
      <w:r>
        <w:rPr>
          <w:rFonts w:ascii="Calibri" w:hAnsi="Calibri"/>
          <w:b/>
          <w:i w:val="0"/>
          <w:sz w:val="26"/>
        </w:rPr>
        <w:t>Cách hoạt động...</w:t>
      </w:r>
    </w:p>
    <w:p>
      <w:pPr>
        <w:spacing w:after="80"/>
      </w:pPr>
      <w:r>
        <w:rPr>
          <w:b w:val="0"/>
          <w:i w:val="0"/>
        </w:rPr>
        <w:t>Có hai bước chính trong các script ở trên: tạo nội dung tin nhắn và gửi đi.</w:t>
      </w:r>
    </w:p>
    <w:p>
      <w:pPr>
        <w:spacing w:after="80"/>
      </w:pPr>
      <w:r>
        <w:rPr>
          <w:b w:val="0"/>
          <w:i w:val="0"/>
        </w:rPr>
        <w:t xml:space="preserve">Tin nhắn cần chứa địa chỉ email </w:t>
      </w:r>
      <w:r>
        <w:rPr>
          <w:rFonts w:ascii="Consolas" w:hAnsi="Consolas"/>
          <w:b w:val="0"/>
          <w:i w:val="0"/>
          <w:sz w:val="20"/>
        </w:rPr>
        <w:br/>
        <w:br/>
        <w:t xml:space="preserve">      To</w:t>
        <w:br/>
        <w:t xml:space="preserve">     </w:t>
        <w:br/>
      </w:r>
      <w:r>
        <w:rPr>
          <w:b w:val="0"/>
          <w:i w:val="0"/>
        </w:rPr>
        <w:t xml:space="preserve"> và </w:t>
      </w:r>
      <w:r>
        <w:rPr>
          <w:rFonts w:ascii="Consolas" w:hAnsi="Consolas"/>
          <w:b w:val="0"/>
          <w:i w:val="0"/>
          <w:sz w:val="20"/>
        </w:rPr>
        <w:br/>
        <w:br/>
        <w:t xml:space="preserve">      From</w:t>
        <w:br/>
        <w:t xml:space="preserve">     </w:t>
        <w:br/>
      </w:r>
      <w:r>
        <w:rPr>
          <w:b w:val="0"/>
          <w:i w:val="0"/>
        </w:rPr>
        <w:t xml:space="preserve">, cùng với </w:t>
      </w:r>
      <w:r>
        <w:rPr>
          <w:rFonts w:ascii="Consolas" w:hAnsi="Consolas"/>
          <w:b w:val="0"/>
          <w:i w:val="0"/>
          <w:sz w:val="20"/>
        </w:rPr>
        <w:br/>
        <w:br/>
        <w:t xml:space="preserve">      Subject</w:t>
        <w:br/>
        <w:t xml:space="preserve">     </w:t>
        <w:br/>
      </w:r>
      <w:r>
        <w:rPr>
          <w:b w:val="0"/>
          <w:i w:val="0"/>
        </w:rPr>
        <w:t xml:space="preserve">. Nếu nội dung chỉ là văn bản thuần, như trong trường hợp này, chỉ cần gọi </w:t>
      </w:r>
      <w:r>
        <w:rPr>
          <w:rFonts w:ascii="Consolas" w:hAnsi="Consolas"/>
          <w:b w:val="0"/>
          <w:i w:val="0"/>
          <w:sz w:val="20"/>
        </w:rPr>
        <w:br/>
        <w:br/>
        <w:t xml:space="preserve">      .set_content()</w:t>
        <w:br/>
        <w:t xml:space="preserve">     </w:t>
        <w:br/>
      </w:r>
      <w:r>
        <w:rPr>
          <w:b w:val="0"/>
          <w:i w:val="0"/>
        </w:rPr>
        <w:t xml:space="preserve"> là đủ. Sau đó có thể gửi toàn bộ tin nhắn.</w:t>
      </w:r>
    </w:p>
    <w:p>
      <w:pPr>
        <w:spacing w:after="80"/>
      </w:pPr>
      <w:r>
        <w:rPr>
          <w:b w:val="0"/>
          <w:i w:val="0"/>
        </w:rPr>
        <w:t xml:space="preserve">Về mặt kỹ thuật, bạn có thể gửi một email được gắn nhãn là đến từ một địa chỉ email khác với địa chỉ bạn dùng để gửi. Tuy nhiên, điều này không được khuyến khích, vì nhà cung cấp email của bạn có thể coi đó là hành vi mạo danh một email khác. Bạn có thể dùng header </w:t>
      </w:r>
      <w:r>
        <w:rPr>
          <w:rFonts w:ascii="Consolas" w:hAnsi="Consolas"/>
          <w:b w:val="0"/>
          <w:i w:val="0"/>
          <w:sz w:val="20"/>
        </w:rPr>
        <w:br/>
        <w:br/>
        <w:t xml:space="preserve">      reply‑to</w:t>
        <w:br/>
        <w:t xml:space="preserve">     </w:t>
        <w:br/>
      </w:r>
      <w:r>
        <w:rPr>
          <w:b w:val="0"/>
          <w:i w:val="0"/>
        </w:rPr>
        <w:t xml:space="preserve"> để cho phép trả lời về một tài khoản khác.</w:t>
      </w:r>
    </w:p>
    <w:p>
      <w:pPr>
        <w:spacing w:after="80"/>
      </w:pPr>
      <w:r>
        <w:rPr>
          <w:b w:val="0"/>
          <w:i w:val="0"/>
        </w:rPr>
        <w:t>Để gửi email, bạn cần kết nối đến server đã chỉ định và khởi tạo một kết nối SMTP.</w:t>
      </w:r>
    </w:p>
    <w:p>
      <w:pPr>
        <w:spacing w:after="80"/>
      </w:pPr>
      <w:r>
        <w:rPr>
          <w:b w:val="0"/>
          <w:i w:val="0"/>
        </w:rPr>
        <w:t>Các bước khá đơn giản – cấu hình server, đăng nhập vào đó, gửi tin nhắn đã chuẩn bị, rồi thoát. (Nếu bạn cần gửi nhiều hơn một tin nhắn, bạn có thể đăng nhập, gửi nhiều email, rồi thoát, thay vì phải kết nối lại mỗi lần.)</w:t>
      </w:r>
    </w:p>
    <w:p>
      <w:pPr>
        <w:pStyle w:val="Heading3"/>
      </w:pPr>
      <w:r>
        <w:rPr>
          <w:rFonts w:ascii="Calibri" w:hAnsi="Calibri"/>
          <w:b/>
          <w:i w:val="0"/>
          <w:sz w:val="26"/>
        </w:rPr>
        <w:t>Còn nhiều thứ khác...</w:t>
      </w:r>
    </w:p>
    <w:p>
      <w:pPr>
        <w:spacing w:after="80"/>
      </w:pPr>
      <w:r>
        <w:rPr>
          <w:b w:val="0"/>
          <w:i w:val="0"/>
        </w:rPr>
        <w:t xml:space="preserve">Nếu mục tiêu là một hoạt động lớn hơn, chẳng hạn như một chiến dịch marketing, hoặc thậm chí là email trong môi trường production (ví dụ: để xác nhận địa chỉ email của người dùng), vui lòng tham khảo </w:t>
      </w:r>
      <w:r>
        <w:rPr>
          <w:b w:val="0"/>
          <w:i/>
        </w:rPr>
        <w:t xml:space="preserve"> Chương 9 </w:t>
      </w:r>
      <w:r>
        <w:rPr>
          <w:b w:val="0"/>
          <w:i w:val="0"/>
        </w:rPr>
        <w:t xml:space="preserve">, </w:t>
      </w:r>
      <w:r>
        <w:rPr>
          <w:b w:val="0"/>
          <w:i/>
        </w:rPr>
        <w:t xml:space="preserve"> Xử lý các kênh giao tiếp </w:t>
      </w:r>
      <w:r>
        <w:rPr>
          <w:b w:val="0"/>
          <w:i w:val="0"/>
        </w:rPr>
        <w:t>.</w:t>
      </w:r>
    </w:p>
    <w:p>
      <w:pPr>
        <w:spacing w:after="80"/>
      </w:pPr>
      <w:r>
        <w:rPr>
          <w:b w:val="0"/>
          <w:i w:val="0"/>
        </w:rPr>
        <w:t>Nội dung email dùng trong công thức này rất đơn giản, nhưng email có thể phức tạp hơn nhiều.</w:t>
      </w:r>
    </w:p>
    <w:p>
      <w:pPr>
        <w:spacing w:after="80"/>
      </w:pPr>
      <w:r>
        <w:rPr>
          <w:b w:val="0"/>
          <w:i w:val="0"/>
        </w:rPr>
        <w:t xml:space="preserve">Trường </w:t>
      </w:r>
      <w:r>
        <w:rPr>
          <w:rFonts w:ascii="Consolas" w:hAnsi="Consolas"/>
          <w:b w:val="0"/>
          <w:i w:val="0"/>
          <w:sz w:val="20"/>
        </w:rPr>
        <w:br/>
        <w:br/>
        <w:t xml:space="preserve">      To</w:t>
        <w:br/>
        <w:t xml:space="preserve">     </w:t>
        <w:br/>
      </w:r>
      <w:r>
        <w:rPr>
          <w:b w:val="0"/>
          <w:i w:val="0"/>
        </w:rPr>
        <w:t xml:space="preserve"> có thể chứa nhiều người nhận. Phân tách chúng bằng dấu phẩy, như thế này:</w:t>
      </w:r>
    </w:p>
    <w:p>
      <w:pPr>
        <w:spacing w:after="0"/>
        <w:ind w:left="360"/>
        <w:shd w:val="clear" w:color="auto" w:fill="F2F2F2"/>
      </w:pPr>
      <w:r>
        <w:rPr>
          <w:rFonts w:ascii="Consolas" w:hAnsi="Consolas"/>
          <w:sz w:val="18"/>
        </w:rPr>
        <w:t>message['To'] = ','.join(recipients)</w:t>
      </w:r>
    </w:p>
    <w:p>
      <w:pPr>
        <w:spacing w:after="40"/>
      </w:pPr>
    </w:p>
    <w:p>
      <w:pPr>
        <w:spacing w:after="80"/>
      </w:pPr>
      <w:r>
        <w:rPr>
          <w:b w:val="0"/>
          <w:i w:val="0"/>
        </w:rPr>
        <w:t xml:space="preserve">Email có thể được định nghĩa bằng HTML, với văn bản thuần làm phương án thay thế, và có thể có tệp đính kèm. Thao tác cơ bản là thiết lập một </w:t>
      </w:r>
      <w:r>
        <w:rPr>
          <w:rFonts w:ascii="Consolas" w:hAnsi="Consolas"/>
          <w:b w:val="0"/>
          <w:i w:val="0"/>
          <w:sz w:val="20"/>
        </w:rPr>
        <w:br/>
        <w:br/>
        <w:t xml:space="preserve">      MIMEMultipart</w:t>
        <w:br/>
        <w:t xml:space="preserve">     </w:t>
        <w:br/>
      </w:r>
      <w:r>
        <w:rPr>
          <w:b w:val="0"/>
          <w:i w:val="0"/>
        </w:rPr>
        <w:t xml:space="preserve"> rồi đính kèm từng phần MIME cấu thành nên email:</w:t>
      </w:r>
    </w:p>
    <w:p>
      <w:pPr>
        <w:spacing w:after="0"/>
        <w:ind w:left="360"/>
        <w:shd w:val="clear" w:color="auto" w:fill="F2F2F2"/>
      </w:pPr>
      <w:r>
        <w:rPr>
          <w:rFonts w:ascii="Consolas" w:hAnsi="Consolas"/>
          <w:sz w:val="18"/>
        </w:rPr>
        <w:t>from email.mime.multipart import MIMEMultipart</w:t>
      </w:r>
    </w:p>
    <w:p>
      <w:pPr>
        <w:spacing w:after="0"/>
        <w:ind w:left="360"/>
        <w:shd w:val="clear" w:color="auto" w:fill="F2F2F2"/>
      </w:pPr>
      <w:r>
        <w:rPr>
          <w:rFonts w:ascii="Consolas" w:hAnsi="Consolas"/>
          <w:sz w:val="18"/>
        </w:rPr>
        <w:t>from email.mime.text import MIMEText</w:t>
      </w:r>
    </w:p>
    <w:p>
      <w:pPr>
        <w:spacing w:after="0"/>
        <w:ind w:left="360"/>
        <w:shd w:val="clear" w:color="auto" w:fill="F2F2F2"/>
      </w:pPr>
      <w:r>
        <w:rPr>
          <w:rFonts w:ascii="Consolas" w:hAnsi="Consolas"/>
          <w:sz w:val="18"/>
        </w:rPr>
        <w:t>from email.mime.image import MIMEImage</w:t>
      </w:r>
    </w:p>
    <w:p>
      <w:pPr>
        <w:spacing w:after="0"/>
        <w:ind w:left="360"/>
        <w:shd w:val="clear" w:color="auto" w:fill="F2F2F2"/>
      </w:pPr>
      <w:r>
        <w:rPr>
          <w:rFonts w:ascii="Consolas" w:hAnsi="Consolas"/>
          <w:sz w:val="18"/>
        </w:rPr>
        <w:t>message = MIMEMultipart()</w:t>
      </w:r>
    </w:p>
    <w:p>
      <w:pPr>
        <w:spacing w:after="0"/>
        <w:ind w:left="360"/>
        <w:shd w:val="clear" w:color="auto" w:fill="F2F2F2"/>
      </w:pPr>
      <w:r>
        <w:rPr>
          <w:rFonts w:ascii="Consolas" w:hAnsi="Consolas"/>
          <w:sz w:val="18"/>
        </w:rPr>
        <w:t>part1 = MIMEText('some text', 'plain')</w:t>
      </w:r>
    </w:p>
    <w:p>
      <w:pPr>
        <w:spacing w:after="0"/>
        <w:ind w:left="360"/>
        <w:shd w:val="clear" w:color="auto" w:fill="F2F2F2"/>
      </w:pPr>
      <w:r>
        <w:rPr>
          <w:rFonts w:ascii="Consolas" w:hAnsi="Consolas"/>
          <w:sz w:val="18"/>
        </w:rPr>
        <w:t>message.attach(part1)</w:t>
      </w:r>
    </w:p>
    <w:p>
      <w:pPr>
        <w:spacing w:after="0"/>
        <w:ind w:left="360"/>
        <w:shd w:val="clear" w:color="auto" w:fill="F2F2F2"/>
      </w:pPr>
      <w:r>
        <w:rPr>
          <w:rFonts w:ascii="Consolas" w:hAnsi="Consolas"/>
          <w:sz w:val="18"/>
        </w:rPr>
        <w:t>with open('path/image', 'rb') as image:</w:t>
      </w:r>
    </w:p>
    <w:p>
      <w:pPr>
        <w:spacing w:after="0"/>
        <w:ind w:left="360"/>
        <w:shd w:val="clear" w:color="auto" w:fill="F2F2F2"/>
      </w:pPr>
      <w:r>
        <w:rPr>
          <w:rFonts w:ascii="Consolas" w:hAnsi="Consolas"/>
          <w:sz w:val="18"/>
        </w:rPr>
        <w:t xml:space="preserve">    part2 = MIMEImage(image.read())</w:t>
      </w:r>
    </w:p>
    <w:p>
      <w:pPr>
        <w:spacing w:after="0"/>
        <w:ind w:left="360"/>
        <w:shd w:val="clear" w:color="auto" w:fill="F2F2F2"/>
      </w:pPr>
      <w:r>
        <w:rPr>
          <w:rFonts w:ascii="Consolas" w:hAnsi="Consolas"/>
          <w:sz w:val="18"/>
        </w:rPr>
        <w:t>message.attach(part2)</w:t>
      </w:r>
    </w:p>
    <w:p>
      <w:pPr>
        <w:spacing w:after="40"/>
      </w:pPr>
    </w:p>
    <w:p>
      <w:pPr>
        <w:spacing w:after="80"/>
      </w:pPr>
      <w:r>
        <w:rPr>
          <w:b/>
          <w:i w:val="0"/>
        </w:rPr>
        <w:t>Mẹo</w:t>
      </w:r>
    </w:p>
    <w:p>
      <w:pPr>
        <w:spacing w:after="80"/>
      </w:pPr>
      <w:r>
        <w:rPr>
          <w:b w:val="0"/>
          <w:i w:val="0"/>
        </w:rPr>
        <w:t>GenAI có thể giúp bạn soạn một email cụ thể theo đúng cách. Email đa phần (multipart) có thể khó và tốn công tạo, đòi hỏi thử đi thử lại, nhưng GenAI có thể giúp tăng tốc quá trình này.</w:t>
      </w:r>
    </w:p>
    <w:p>
      <w:pPr>
        <w:spacing w:after="80"/>
      </w:pPr>
      <w:r>
        <w:rPr>
          <w:b w:val="0"/>
          <w:i w:val="0"/>
        </w:rPr>
        <w:t xml:space="preserve">Kết nối SMTP phổ biến nhất là </w:t>
      </w:r>
      <w:r>
        <w:rPr>
          <w:rFonts w:ascii="Consolas" w:hAnsi="Consolas"/>
          <w:b w:val="0"/>
          <w:i w:val="0"/>
          <w:sz w:val="20"/>
        </w:rPr>
        <w:br/>
        <w:br/>
        <w:t xml:space="preserve">      SMTP_SSL</w:t>
        <w:br/>
        <w:t xml:space="preserve">     </w:t>
        <w:br/>
      </w:r>
      <w:r>
        <w:rPr>
          <w:b w:val="0"/>
          <w:i w:val="0"/>
        </w:rPr>
        <w:t>, an toàn hơn SMTP thường vì mọi liên lạc với server đều được mã hóa và luôn yêu cầu đăng nhập cùng mật khẩu. Tuy nhiên, vẫn tồn tại SMTP thường, không xác thực – hãy kiểm tra tài liệu của nhà cung cấp email bạn dùng.</w:t>
      </w:r>
    </w:p>
    <w:p>
      <w:pPr>
        <w:spacing w:after="80"/>
      </w:pPr>
      <w:r>
        <w:rPr>
          <w:b w:val="0"/>
          <w:i w:val="0"/>
        </w:rPr>
        <w:t xml:space="preserve">Hãy nhớ rằng công thức này hướng đến những thông báo đơn giản. Email có thể trở nên khá phức tạp nếu có thông tin đính kèm. Nếu mục tiêu của bạn là email gửi cho khách hàng hoặc một nhóm chung nào đó, hãy thử áp dụng các ý tưởng trong </w:t>
      </w:r>
      <w:r>
        <w:rPr>
          <w:b w:val="0"/>
          <w:i/>
        </w:rPr>
        <w:t xml:space="preserve"> Chương 9 </w:t>
      </w:r>
      <w:r>
        <w:rPr>
          <w:b w:val="0"/>
          <w:i w:val="0"/>
        </w:rPr>
        <w:t xml:space="preserve"> , </w:t>
      </w:r>
      <w:r>
        <w:rPr>
          <w:b w:val="0"/>
          <w:i/>
        </w:rPr>
        <w:t xml:space="preserve"> Xử lý các kênh giao tiếp </w:t>
      </w:r>
      <w:r>
        <w:rPr>
          <w:b w:val="0"/>
          <w:i w:val="0"/>
        </w:rPr>
        <w:t xml:space="preserve"> .</w:t>
      </w:r>
    </w:p>
    <w:p>
      <w:pPr>
        <w:spacing w:after="80"/>
      </w:pPr>
      <w:r>
        <w:rPr>
          <w:b w:val="0"/>
          <w:i w:val="0"/>
        </w:rPr>
        <w:t xml:space="preserve">Các nhà cung cấp email cũng có thể cung cấp những API riêng để truy cập dịch vụ của họ. Ví dụ, có một API riêng của Google Gmail. Một số tính năng có thể chỉ truy cập được thông qua API riêng của họ, thay vì qua một cơ chế chuẩn như SMTP. Tài liệu về cách sử dụng Gmail API có thể tìm thấy ở đây </w:t>
      </w:r>
      <w:r>
        <w:rPr>
          <w:rFonts w:ascii="Consolas" w:hAnsi="Consolas"/>
          <w:b w:val="0"/>
          <w:i w:val="0"/>
          <w:sz w:val="20"/>
        </w:rPr>
        <w:br/>
        <w:br/>
        <w:t xml:space="preserve">       https://developers.google.com/workspace/gmail/api/quickstart/python</w:t>
        <w:br/>
        <w:t xml:space="preserve">      </w:t>
        <w:br/>
      </w:r>
      <w:r>
        <w:rPr>
          <w:b w:val="0"/>
          <w:i w:val="0"/>
        </w:rPr>
        <w:t xml:space="preserve"> .</w:t>
      </w:r>
    </w:p>
    <w:p>
      <w:pPr>
        <w:spacing w:after="80"/>
      </w:pPr>
      <w:r>
        <w:rPr>
          <w:b/>
          <w:i w:val="0"/>
        </w:rPr>
        <w:t>Mẹo</w:t>
      </w:r>
    </w:p>
    <w:p>
      <w:pPr>
        <w:spacing w:after="80"/>
      </w:pPr>
      <w:r>
        <w:rPr>
          <w:b w:val="0"/>
          <w:i w:val="0"/>
        </w:rPr>
        <w:t>Việc chuyển script sang dùng các API riêng của nhà cung cấp có thể là một ứng dụng tuyệt vời của GenAI, khi nó có thể giúp bạn xử lý phần xác thực (authentication) mà nhà cung cấp yêu cầu.</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Thêm tùy chọn dòng lệnh </w:t>
      </w:r>
      <w:r>
        <w:rPr>
          <w:b w:val="0"/>
          <w:i w:val="0"/>
        </w:rPr>
        <w:t xml:space="preserve"> trong </w:t>
      </w:r>
      <w:r>
        <w:rPr>
          <w:b w:val="0"/>
          <w:i/>
        </w:rPr>
        <w:t xml:space="preserve"> Chương 1 </w:t>
      </w:r>
      <w:r>
        <w:rPr>
          <w:b w:val="0"/>
          <w:i w:val="0"/>
        </w:rPr>
        <w:t xml:space="preserve"> , </w:t>
      </w:r>
      <w:r>
        <w:rPr>
          <w:b w:val="0"/>
          <w:i/>
        </w:rPr>
        <w:t xml:space="preserve"> Hãy bắt đầu hành trình tự động hóa của chúng ta </w:t>
      </w:r>
      <w:r>
        <w:rPr>
          <w:b w:val="0"/>
          <w:i w:val="0"/>
        </w:rPr>
        <w:t xml:space="preserve"> , để hiểu các khái niệm cơ bản về tùy chọn dòng lệnh.</w:t>
      </w:r>
    </w:p>
    <w:p>
      <w:pPr>
        <w:spacing w:after="80"/>
        <w:ind w:left="360"/>
      </w:pPr>
      <w:r>
        <w:t xml:space="preserve">• </w:t>
      </w:r>
      <w:r>
        <w:rPr>
          <w:b w:val="0"/>
          <w:i w:val="0"/>
        </w:rPr>
        <w:t xml:space="preserve">Công thức </w:t>
      </w:r>
      <w:r>
        <w:rPr>
          <w:b w:val="0"/>
          <w:i/>
        </w:rPr>
        <w:t xml:space="preserve"> Chuẩn bị </w:t>
      </w:r>
      <w:r>
        <w:rPr>
          <w:b w:val="0"/>
          <w:i w:val="0"/>
        </w:rPr>
        <w:t xml:space="preserve"> </w:t>
      </w:r>
      <w:r>
        <w:rPr>
          <w:b w:val="0"/>
          <w:i/>
        </w:rPr>
        <w:t xml:space="preserve"> một tác vụ </w:t>
      </w:r>
      <w:r>
        <w:rPr>
          <w:b w:val="0"/>
          <w:i w:val="0"/>
        </w:rPr>
        <w:t xml:space="preserve"> , ở phần trước trong chương này, để tìm hiểu về chiến lược cần tuân theo khi thiết kế một tác vụ tự động hóa.</w:t>
      </w:r>
    </w:p>
    <w:p>
      <w:pPr>
        <w:pStyle w:val="Heading1"/>
      </w:pPr>
      <w:r>
        <w:rPr>
          <w:rFonts w:ascii="Calibri" w:hAnsi="Calibri"/>
          <w:b/>
          <w:i w:val="0"/>
          <w:sz w:val="40"/>
        </w:rPr>
        <w:t>3</w:t>
      </w:r>
    </w:p>
    <w:p>
      <w:pPr>
        <w:pStyle w:val="Heading1"/>
      </w:pPr>
      <w:r>
        <w:rPr>
          <w:rFonts w:ascii="Calibri" w:hAnsi="Calibri"/>
          <w:b/>
          <w:i w:val="0"/>
          <w:sz w:val="40"/>
        </w:rPr>
        <w:t>Xây dựng ứng dụng thu thập dữ liệu web đầu tiên của bạn</w:t>
      </w:r>
    </w:p>
    <w:p>
      <w:pPr>
        <w:spacing w:after="80"/>
      </w:pPr>
      <w:r>
        <w:rPr>
          <w:b w:val="0"/>
          <w:i w:val="0"/>
        </w:rPr>
        <w:t xml:space="preserve">Internet, và </w:t>
      </w:r>
      <w:r>
        <w:rPr>
          <w:b/>
          <w:i w:val="0"/>
        </w:rPr>
        <w:t xml:space="preserve"> World Wide Web </w:t>
      </w:r>
      <w:r>
        <w:rPr>
          <w:b w:val="0"/>
          <w:i w:val="0"/>
        </w:rPr>
        <w:t xml:space="preserve"> ( </w:t>
      </w:r>
      <w:r>
        <w:rPr>
          <w:b/>
          <w:i w:val="0"/>
        </w:rPr>
        <w:t xml:space="preserve"> WWW </w:t>
      </w:r>
      <w:r>
        <w:rPr>
          <w:b w:val="0"/>
          <w:i w:val="0"/>
        </w:rPr>
        <w:t xml:space="preserve"> ), có lẽ là nguồn thông tin nổi bật nhất hiện nay. Phần lớn thông tin đó có thể truy xuất được thông qua giao thức HTTP. HTTP ban đầu được phát minh để chia sẻ các trang siêu văn bản (hypertext) (do đó có tên </w:t>
      </w:r>
      <w:r>
        <w:rPr>
          <w:b/>
          <w:i w:val="0"/>
        </w:rPr>
        <w:t xml:space="preserve"> HyperText Transfer Protocol </w:t>
      </w:r>
      <w:r>
        <w:rPr>
          <w:b w:val="0"/>
          <w:i w:val="0"/>
        </w:rPr>
        <w:t xml:space="preserve"> ), và điều này đã khởi đầu cho WWW.</w:t>
      </w:r>
    </w:p>
    <w:p>
      <w:pPr>
        <w:spacing w:after="80"/>
      </w:pPr>
      <w:r>
        <w:rPr>
          <w:b w:val="0"/>
          <w:i w:val="0"/>
        </w:rPr>
        <w:t xml:space="preserve">Giao thức HTTP được dùng ở hậu trường mỗi khi chúng ta yêu cầu một trang web theo cách thủ công, trong một quá trình mà hầu như ai cũng quen thuộc. Nhưng chúng ta cũng có thể dùng giao thức HTTP để kích hoạt các yêu cầu một cách lập trình nhằm truy xuất và xử lý thông tin. Python có sẵn một HTTP client trong thư viện chuẩn của nó, nhưng mô-đun </w:t>
      </w:r>
      <w:r>
        <w:rPr>
          <w:rFonts w:ascii="Consolas" w:hAnsi="Consolas"/>
          <w:b w:val="0"/>
          <w:i w:val="0"/>
          <w:sz w:val="20"/>
        </w:rPr>
        <w:br/>
        <w:br/>
        <w:t xml:space="preserve">      requests</w:t>
        <w:br/>
        <w:t xml:space="preserve">     </w:t>
        <w:br/>
      </w:r>
      <w:r>
        <w:rPr>
          <w:b w:val="0"/>
          <w:i w:val="0"/>
        </w:rPr>
        <w:t xml:space="preserve"> tuyệt vời giúp việc lấy các trang web trở nên rất dễ dàng. Khi như thế vẫn chưa đủ, chúng ta có thể dùng Playwright để tự động hóa toàn bộ trình duyệt. Trong chương này, chúng ta sẽ xem cách làm điều đó.</w:t>
      </w:r>
    </w:p>
    <w:p>
      <w:pPr>
        <w:spacing w:after="80"/>
      </w:pPr>
      <w:r>
        <w:rPr>
          <w:b w:val="0"/>
          <w:i w:val="0"/>
        </w:rPr>
        <w:t>Trong chương này, chúng ta sẽ đề cập đến các công thức chính sau:</w:t>
      </w:r>
    </w:p>
    <w:p>
      <w:pPr>
        <w:spacing w:after="80"/>
        <w:ind w:left="360"/>
      </w:pPr>
      <w:r>
        <w:t xml:space="preserve">• </w:t>
      </w:r>
      <w:r>
        <w:rPr>
          <w:b w:val="0"/>
          <w:i w:val="0"/>
        </w:rPr>
        <w:t>Tải các trang web xuống</w:t>
      </w:r>
    </w:p>
    <w:p>
      <w:pPr>
        <w:spacing w:after="80"/>
        <w:ind w:left="360"/>
      </w:pPr>
      <w:r>
        <w:t xml:space="preserve">• </w:t>
      </w:r>
      <w:r>
        <w:rPr>
          <w:b w:val="0"/>
          <w:i w:val="0"/>
        </w:rPr>
        <w:t>Phân tích cú pháp HTML</w:t>
      </w:r>
    </w:p>
    <w:p>
      <w:pPr>
        <w:spacing w:after="80"/>
        <w:ind w:left="360"/>
      </w:pPr>
      <w:r>
        <w:t xml:space="preserve">• </w:t>
      </w:r>
      <w:r>
        <w:rPr>
          <w:b w:val="0"/>
          <w:i w:val="0"/>
        </w:rPr>
        <w:t>Thu thập dữ liệu web (crawling)</w:t>
      </w:r>
    </w:p>
    <w:p>
      <w:pPr>
        <w:spacing w:after="80"/>
        <w:ind w:left="360"/>
      </w:pPr>
      <w:r>
        <w:t xml:space="preserve">• </w:t>
      </w:r>
      <w:r>
        <w:rPr>
          <w:b w:val="0"/>
          <w:i w:val="0"/>
        </w:rPr>
        <w:t>Đăng ký nhận các nguồn cấp dữ liệu (feeds)</w:t>
      </w:r>
    </w:p>
    <w:p>
      <w:pPr>
        <w:spacing w:after="80"/>
        <w:ind w:left="360"/>
      </w:pPr>
      <w:r>
        <w:t xml:space="preserve">• </w:t>
      </w:r>
      <w:r>
        <w:rPr>
          <w:b w:val="0"/>
          <w:i w:val="0"/>
        </w:rPr>
        <w:t>Truy cập các web API</w:t>
      </w:r>
    </w:p>
    <w:p>
      <w:pPr>
        <w:spacing w:after="80"/>
        <w:ind w:left="360"/>
      </w:pPr>
      <w:r>
        <w:t xml:space="preserve">• </w:t>
      </w:r>
      <w:r>
        <w:rPr>
          <w:b w:val="0"/>
          <w:i w:val="0"/>
        </w:rPr>
        <w:t>Tương tác với biểu mẫu</w:t>
      </w:r>
    </w:p>
    <w:p>
      <w:pPr>
        <w:spacing w:after="80"/>
        <w:ind w:left="360"/>
      </w:pPr>
      <w:r>
        <w:t xml:space="preserve">• </w:t>
      </w:r>
      <w:r>
        <w:rPr>
          <w:b w:val="0"/>
          <w:i w:val="0"/>
        </w:rPr>
        <w:t>Sử dụng Playwright để tương tác nâng cao</w:t>
      </w:r>
    </w:p>
    <w:p>
      <w:pPr>
        <w:spacing w:after="80"/>
        <w:ind w:left="360"/>
      </w:pPr>
      <w:r>
        <w:t xml:space="preserve">• </w:t>
      </w:r>
      <w:r>
        <w:rPr>
          <w:b w:val="0"/>
          <w:i w:val="0"/>
        </w:rPr>
        <w:t>Truy cập các trang được bảo vệ bằng mật khẩu với basic auth</w:t>
      </w:r>
    </w:p>
    <w:p>
      <w:pPr>
        <w:spacing w:after="80"/>
        <w:ind w:left="360"/>
      </w:pPr>
      <w:r>
        <w:t xml:space="preserve">• </w:t>
      </w:r>
      <w:r>
        <w:rPr>
          <w:b w:val="0"/>
          <w:i w:val="0"/>
        </w:rPr>
        <w:t>Truy cập các trang web bằng cookie trình duyệt</w:t>
      </w:r>
    </w:p>
    <w:p>
      <w:pPr>
        <w:spacing w:after="80"/>
        <w:ind w:left="360"/>
      </w:pPr>
      <w:r>
        <w:t xml:space="preserve">• </w:t>
      </w:r>
      <w:r>
        <w:rPr>
          <w:b w:val="0"/>
          <w:i w:val="0"/>
        </w:rPr>
        <w:t>Tăng tốc thu thập dữ liệu web</w:t>
      </w:r>
    </w:p>
    <w:p>
      <w:pPr>
        <w:pStyle w:val="Heading2"/>
      </w:pPr>
      <w:r>
        <w:rPr>
          <w:rFonts w:ascii="Calibri" w:hAnsi="Calibri"/>
          <w:b/>
          <w:i w:val="0"/>
          <w:sz w:val="32"/>
        </w:rPr>
        <w:t>Yêu cầu kỹ thuật</w:t>
      </w:r>
    </w:p>
    <w:p>
      <w:pPr>
        <w:spacing w:after="80"/>
      </w:pPr>
      <w:r>
        <w:rPr>
          <w:b w:val="0"/>
          <w:i w:val="0"/>
        </w:rPr>
        <w:t xml:space="preserve">Bạn sẽ tìm thấy mã được trình bày trong chương này trong kho GitHub của cuốn sách tại </w:t>
      </w:r>
      <w:r>
        <w:rPr>
          <w:rFonts w:ascii="Consolas" w:hAnsi="Consolas"/>
          <w:b w:val="0"/>
          <w:i w:val="0"/>
          <w:sz w:val="20"/>
        </w:rPr>
        <w:br/>
        <w:br/>
        <w:t xml:space="preserve">       https://github.com/PacktPublishing/Python-Automation-Cookbook-Third-Edition/tree/main/ch03</w:t>
        <w:br/>
        <w:t xml:space="preserve">      </w:t>
        <w:br/>
      </w:r>
      <w:r>
        <w:rPr>
          <w:b w:val="0"/>
          <w:i w:val="0"/>
        </w:rPr>
        <w:t xml:space="preserve"> .</w:t>
      </w:r>
    </w:p>
    <w:p>
      <w:pPr>
        <w:pStyle w:val="Heading2"/>
      </w:pPr>
      <w:r>
        <w:rPr>
          <w:rFonts w:ascii="Calibri" w:hAnsi="Calibri"/>
          <w:b/>
          <w:i w:val="0"/>
          <w:sz w:val="32"/>
        </w:rPr>
        <w:t>Tải xuống các trang web</w:t>
      </w:r>
    </w:p>
    <w:p>
      <w:pPr>
        <w:spacing w:after="80"/>
      </w:pPr>
      <w:r>
        <w:rPr>
          <w:b w:val="0"/>
          <w:i w:val="0"/>
        </w:rPr>
        <w:t xml:space="preserve">Khả năng cơ bản để tải xuống một trang web liên quan đến việc thực hiện một yêu cầu HTTP </w:t>
      </w:r>
      <w:r>
        <w:rPr>
          <w:rFonts w:ascii="Consolas" w:hAnsi="Consolas"/>
          <w:b w:val="0"/>
          <w:i w:val="0"/>
          <w:sz w:val="20"/>
        </w:rPr>
        <w:br/>
        <w:br/>
        <w:t xml:space="preserve">      GET</w:t>
        <w:br/>
        <w:t xml:space="preserve">     </w:t>
        <w:br/>
      </w:r>
      <w:r>
        <w:rPr>
          <w:b w:val="0"/>
          <w:i w:val="0"/>
        </w:rPr>
        <w:t xml:space="preserve"> tới một URL. Đây là thao tác cơ bản của bất kỳ trình duyệt web nào.</w:t>
      </w:r>
    </w:p>
    <w:p>
      <w:pPr>
        <w:spacing w:after="80"/>
      </w:pPr>
      <w:r>
        <w:rPr>
          <w:b w:val="0"/>
          <w:i w:val="0"/>
        </w:rPr>
        <w:t>Hãy nhanh chóng điểm lại các phần khác nhau của thao tác này, vì nó có ba yếu tố riêng biệt:</w:t>
      </w:r>
    </w:p>
    <w:p>
      <w:pPr>
        <w:spacing w:after="80"/>
        <w:ind w:left="360"/>
      </w:pPr>
      <w:r>
        <w:t xml:space="preserve">1. </w:t>
      </w:r>
      <w:r>
        <w:rPr>
          <w:b w:val="0"/>
          <w:i w:val="0"/>
        </w:rPr>
        <w:t>Sử dụng giao thức HTTP. Phần này xử lý cách yêu cầu được cấu trúc.</w:t>
      </w:r>
    </w:p>
    <w:p>
      <w:pPr>
        <w:spacing w:after="80"/>
        <w:ind w:left="360"/>
      </w:pPr>
      <w:r>
        <w:t xml:space="preserve">2. </w:t>
      </w:r>
      <w:r>
        <w:rPr>
          <w:b w:val="0"/>
          <w:i w:val="0"/>
        </w:rPr>
        <w:t xml:space="preserve">Sử dụng phương thức </w:t>
      </w:r>
      <w:r>
        <w:rPr>
          <w:rFonts w:ascii="Consolas" w:hAnsi="Consolas"/>
          <w:b w:val="0"/>
          <w:i w:val="0"/>
          <w:sz w:val="20"/>
        </w:rPr>
        <w:br/>
        <w:br/>
        <w:t xml:space="preserve">       GET</w:t>
        <w:br/>
        <w:t xml:space="preserve">      </w:t>
        <w:br/>
      </w:r>
      <w:r>
        <w:rPr>
          <w:b w:val="0"/>
          <w:i w:val="0"/>
        </w:rPr>
        <w:t xml:space="preserve"> , đây là phương thức HTTP phổ biến nhất. Chúng ta sẽ thấy thêm trong công thức </w:t>
      </w:r>
      <w:r>
        <w:rPr>
          <w:b w:val="0"/>
          <w:i/>
        </w:rPr>
        <w:t xml:space="preserve"> Truy cập các web API </w:t>
      </w:r>
      <w:r>
        <w:rPr>
          <w:b w:val="0"/>
          <w:i w:val="0"/>
        </w:rPr>
        <w:t xml:space="preserve"> .</w:t>
      </w:r>
    </w:p>
    <w:p>
      <w:pPr>
        <w:spacing w:after="80"/>
        <w:ind w:left="360"/>
      </w:pPr>
      <w:r>
        <w:t xml:space="preserve">3. </w:t>
      </w:r>
      <w:r>
        <w:rPr>
          <w:b w:val="0"/>
          <w:i w:val="0"/>
        </w:rPr>
        <w:t xml:space="preserve">Một URL đầy đủ mô tả địa chỉ của trang, bao gồm máy chủ (ví dụ: </w:t>
      </w:r>
      <w:r>
        <w:rPr>
          <w:rFonts w:ascii="Consolas" w:hAnsi="Consolas"/>
          <w:b w:val="0"/>
          <w:i w:val="0"/>
          <w:sz w:val="20"/>
        </w:rPr>
        <w:br/>
        <w:br/>
        <w:t xml:space="preserve">       mypage.com</w:t>
        <w:br/>
        <w:t xml:space="preserve">      </w:t>
        <w:br/>
      </w:r>
      <w:r>
        <w:rPr>
          <w:b w:val="0"/>
          <w:i w:val="0"/>
        </w:rPr>
        <w:t xml:space="preserve"> ) và đường dẫn (ví dụ: </w:t>
      </w:r>
      <w:r>
        <w:rPr>
          <w:rFonts w:ascii="Consolas" w:hAnsi="Consolas"/>
          <w:b w:val="0"/>
          <w:i w:val="0"/>
          <w:sz w:val="20"/>
        </w:rPr>
        <w:br/>
        <w:br/>
        <w:t xml:space="preserve">       /page</w:t>
        <w:br/>
        <w:t xml:space="preserve">      </w:t>
        <w:br/>
      </w:r>
      <w:r>
        <w:rPr>
          <w:b w:val="0"/>
          <w:i w:val="0"/>
        </w:rPr>
        <w:t xml:space="preserve"> ).</w:t>
      </w:r>
    </w:p>
    <w:p>
      <w:pPr>
        <w:spacing w:after="80"/>
      </w:pPr>
      <w:r>
        <w:rPr>
          <w:b w:val="0"/>
          <w:i w:val="0"/>
        </w:rPr>
        <w:t xml:space="preserve">Yêu cầu sẽ được Internet định tuyến đến máy chủ và được máy chủ xử lý, sau đó một phản hồi sẽ được gửi trả lại. Phản hồi này chứa một </w:t>
      </w:r>
      <w:r>
        <w:rPr>
          <w:b/>
          <w:i w:val="0"/>
        </w:rPr>
        <w:t xml:space="preserve"> mã trạng thái </w:t>
      </w:r>
      <w:r>
        <w:rPr>
          <w:b w:val="0"/>
          <w:i w:val="0"/>
        </w:rPr>
        <w:t xml:space="preserve"> dạng số, thường là 200 nếu mọi thứ diễn ra tốt đẹp, và một </w:t>
      </w:r>
      <w:r>
        <w:rPr>
          <w:b w:val="0"/>
          <w:i/>
        </w:rPr>
        <w:t xml:space="preserve"> phần thân </w:t>
      </w:r>
      <w:r>
        <w:rPr>
          <w:b w:val="0"/>
          <w:i w:val="0"/>
        </w:rPr>
        <w:t xml:space="preserve"> chứa kết quả, thường sẽ là văn bản với một trang HTML.</w:t>
      </w:r>
    </w:p>
    <w:p>
      <w:pPr>
        <w:spacing w:after="80"/>
      </w:pPr>
      <w:r>
        <w:rPr>
          <w:b/>
          <w:i w:val="0"/>
        </w:rPr>
        <w:t>Lưu ý</w:t>
      </w:r>
    </w:p>
    <w:p>
      <w:pPr>
        <w:spacing w:after="80"/>
      </w:pPr>
      <w:r>
        <w:rPr>
          <w:b w:val="0"/>
          <w:i w:val="0"/>
        </w:rPr>
        <w:t>Internet khá phức tạp và đây là bản đơn giản hóa những gì diễn ra, nhưng nó hữu ích cho mục đích của chúng ta.</w:t>
      </w:r>
    </w:p>
    <w:p>
      <w:pPr>
        <w:spacing w:after="80"/>
      </w:pPr>
      <w:r>
        <w:rPr>
          <w:b w:val="0"/>
          <w:i w:val="0"/>
        </w:rPr>
        <w:t>Phần lớn những việc này được xử lý tự động bởi HTTP client dùng để thực hiện yêu cầu. Trong công thức này, chúng ta sẽ xem cách tạo một yêu cầu đơn giản để lấy về một trang web.</w:t>
      </w:r>
    </w:p>
    <w:p>
      <w:pPr>
        <w:spacing w:after="80"/>
      </w:pPr>
      <w:r>
        <w:rPr>
          <w:b/>
          <w:i w:val="0"/>
        </w:rPr>
        <w:t>Lưu ý</w:t>
      </w:r>
    </w:p>
    <w:p>
      <w:pPr>
        <w:spacing w:after="80"/>
      </w:pPr>
      <w:r>
        <w:rPr>
          <w:b w:val="0"/>
          <w:i w:val="0"/>
        </w:rPr>
        <w:t xml:space="preserve">Các yêu cầu và phản hồi HTTP cũng có thể chứa </w:t>
      </w:r>
      <w:r>
        <w:rPr>
          <w:b w:val="0"/>
          <w:i/>
        </w:rPr>
        <w:t xml:space="preserve"> header </w:t>
      </w:r>
      <w:r>
        <w:rPr>
          <w:b w:val="0"/>
          <w:i w:val="0"/>
        </w:rPr>
        <w:t xml:space="preserve"> . Một header chứa thông tin quan trọng về chính yêu cầu đó, chẳng hạn như tổng kích thước của yêu cầu, định dạng nội dung, ngày thực hiện yêu cầu, và trình duyệt hay máy chủ nào được sử dụng.</w:t>
      </w:r>
    </w:p>
    <w:p>
      <w:pPr>
        <w:pStyle w:val="Heading3"/>
      </w:pPr>
      <w:r>
        <w:rPr>
          <w:rFonts w:ascii="Calibri" w:hAnsi="Calibri"/>
          <w:b/>
          <w:i w:val="0"/>
          <w:sz w:val="26"/>
        </w:rPr>
        <w:t>Chuẩn bị</w:t>
      </w:r>
    </w:p>
    <w:p>
      <w:pPr>
        <w:spacing w:after="80"/>
      </w:pPr>
      <w:r>
        <w:rPr>
          <w:b w:val="0"/>
          <w:i w:val="0"/>
        </w:rPr>
        <w:t xml:space="preserve">Dùng mô-đun </w:t>
      </w:r>
      <w:r>
        <w:rPr>
          <w:rFonts w:ascii="Consolas" w:hAnsi="Consolas"/>
          <w:b w:val="0"/>
          <w:i w:val="0"/>
          <w:sz w:val="20"/>
        </w:rPr>
        <w:br/>
        <w:br/>
        <w:t xml:space="preserve">      requests</w:t>
        <w:br/>
        <w:t xml:space="preserve">     </w:t>
        <w:br/>
      </w:r>
      <w:r>
        <w:rPr>
          <w:b w:val="0"/>
          <w:i w:val="0"/>
        </w:rPr>
        <w:t>, việc lấy về các trang web cực kỳ đơn giản. Cài đặt mô-đun:</w:t>
      </w:r>
    </w:p>
    <w:p>
      <w:pPr>
        <w:spacing w:after="0"/>
        <w:ind w:left="360"/>
        <w:shd w:val="clear" w:color="auto" w:fill="F2F2F2"/>
      </w:pPr>
      <w:r>
        <w:rPr>
          <w:rFonts w:ascii="Consolas" w:hAnsi="Consolas"/>
          <w:sz w:val="18"/>
        </w:rPr>
        <w:t>$ echo " requests==2.32.5" &gt;&gt; requirements.txt</w:t>
      </w:r>
    </w:p>
    <w:p>
      <w:pPr>
        <w:spacing w:after="0"/>
        <w:ind w:left="360"/>
        <w:shd w:val="clear" w:color="auto" w:fill="F2F2F2"/>
      </w:pPr>
      <w:r>
        <w:rPr>
          <w:rFonts w:ascii="Consolas" w:hAnsi="Consolas"/>
          <w:sz w:val="18"/>
        </w:rPr>
        <w:t>$ uv venv</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uv pip install -r requirements.txt</w:t>
      </w:r>
    </w:p>
    <w:p>
      <w:pPr>
        <w:spacing w:after="0"/>
        <w:ind w:left="360"/>
        <w:shd w:val="clear" w:color="auto" w:fill="F2F2F2"/>
      </w:pPr>
      <w:r>
        <w:rPr>
          <w:rFonts w:ascii="Consolas" w:hAnsi="Consolas"/>
          <w:sz w:val="18"/>
        </w:rPr>
        <w:t>…</w:t>
      </w:r>
    </w:p>
    <w:p>
      <w:pPr>
        <w:spacing w:after="40"/>
      </w:pPr>
    </w:p>
    <w:p>
      <w:pPr>
        <w:spacing w:after="80"/>
      </w:pPr>
      <w:r>
        <w:rPr>
          <w:b w:val="0"/>
          <w:i w:val="0"/>
        </w:rPr>
        <w:t xml:space="preserve">Chúng ta sẽ tải về trang </w:t>
      </w:r>
      <w:r>
        <w:rPr>
          <w:rFonts w:ascii="Consolas" w:hAnsi="Consolas"/>
          <w:b w:val="0"/>
          <w:i w:val="0"/>
          <w:sz w:val="20"/>
        </w:rPr>
        <w:br/>
        <w:br/>
        <w:t xml:space="preserve">       https://www.cs.vu.nl/~ast/</w:t>
        <w:br/>
        <w:t xml:space="preserve">      </w:t>
        <w:br/>
      </w:r>
      <w:r>
        <w:rPr>
          <w:b w:val="0"/>
          <w:i w:val="0"/>
        </w:rPr>
        <w:t xml:space="preserve"> vì đây là một trang HTML đơn giản, dễ đọc ở chế độ văn bản.</w:t>
      </w:r>
    </w:p>
    <w:p>
      <w:pPr>
        <w:spacing w:after="80"/>
      </w:pPr>
      <w:r>
        <w:rPr>
          <w:b/>
          <w:i w:val="0"/>
        </w:rPr>
        <w:t>Lưu ý</w:t>
      </w:r>
    </w:p>
    <w:p>
      <w:pPr>
        <w:spacing w:after="80"/>
      </w:pPr>
      <w:r>
        <w:rPr>
          <w:b w:val="0"/>
          <w:i w:val="0"/>
        </w:rPr>
        <w:t xml:space="preserve">Lưu ý rằng URL bắt đầu bằng </w:t>
      </w:r>
      <w:r>
        <w:rPr>
          <w:rFonts w:ascii="Consolas" w:hAnsi="Consolas"/>
          <w:b w:val="0"/>
          <w:i w:val="0"/>
          <w:sz w:val="20"/>
        </w:rPr>
        <w:br/>
        <w:br/>
        <w:t xml:space="preserve">       https://</w:t>
        <w:br/>
        <w:t xml:space="preserve">      </w:t>
        <w:br/>
      </w:r>
      <w:r>
        <w:rPr>
          <w:b w:val="0"/>
          <w:i w:val="0"/>
        </w:rPr>
        <w:t xml:space="preserve"> , chữ 's' cho biết chúng ta đang dùng phiên bản bảo mật của giao thức HTTP. Chúng ta sẽ bàn về giao thức này sau.</w:t>
      </w:r>
    </w:p>
    <w:p>
      <w:pPr>
        <w:pStyle w:val="Heading3"/>
      </w:pPr>
      <w:r>
        <w:rPr>
          <w:rFonts w:ascii="Calibri" w:hAnsi="Calibri"/>
          <w:b/>
          <w:i w:val="0"/>
          <w:sz w:val="26"/>
        </w:rPr>
        <w:t>Cách thực hiện...</w:t>
      </w:r>
    </w:p>
    <w:p>
      <w:pPr>
        <w:spacing w:after="80"/>
        <w:ind w:left="360"/>
      </w:pPr>
      <w:r>
        <w:t xml:space="preserve">1. </w:t>
      </w:r>
      <w:r>
        <w:rPr>
          <w:b w:val="0"/>
          <w:i w:val="0"/>
        </w:rPr>
        <w:t xml:space="preserve">Import mô-đun </w:t>
      </w:r>
      <w:r>
        <w:rPr>
          <w:rFonts w:ascii="Consolas" w:hAnsi="Consolas"/>
          <w:b w:val="0"/>
          <w:i w:val="0"/>
          <w:sz w:val="20"/>
        </w:rPr>
        <w:br/>
        <w:br/>
        <w:t xml:space="preserve">       requests</w:t>
        <w:br/>
        <w:t xml:space="preserve">      </w:t>
        <w:br/>
      </w:r>
      <w:r>
        <w:rPr>
          <w:b w:val="0"/>
          <w:i w:val="0"/>
        </w:rPr>
        <w:t>:</w:t>
      </w:r>
    </w:p>
    <w:p>
      <w:pPr>
        <w:spacing w:after="0"/>
        <w:ind w:left="360"/>
        <w:shd w:val="clear" w:color="auto" w:fill="F2F2F2"/>
      </w:pPr>
      <w:r>
        <w:rPr>
          <w:rFonts w:ascii="Consolas" w:hAnsi="Consolas"/>
          <w:sz w:val="18"/>
        </w:rPr>
        <w:t>&gt;&gt;&gt; import requests</w:t>
      </w:r>
    </w:p>
    <w:p>
      <w:pPr>
        <w:spacing w:after="40"/>
      </w:pPr>
    </w:p>
    <w:p>
      <w:pPr>
        <w:spacing w:after="80"/>
        <w:ind w:left="360"/>
      </w:pPr>
      <w:r>
        <w:t xml:space="preserve">2. </w:t>
      </w:r>
      <w:r>
        <w:rPr>
          <w:b w:val="0"/>
          <w:i w:val="0"/>
        </w:rPr>
        <w:t>Thực hiện một yêu cầu tới máy chủ bằng URL sau, việc này sẽ mất một hoặc hai giây:</w:t>
      </w:r>
    </w:p>
    <w:p>
      <w:pPr>
        <w:spacing w:after="0"/>
        <w:ind w:left="360"/>
        <w:shd w:val="clear" w:color="auto" w:fill="F2F2F2"/>
      </w:pPr>
      <w:r>
        <w:rPr>
          <w:rFonts w:ascii="Consolas" w:hAnsi="Consolas"/>
          <w:sz w:val="18"/>
        </w:rPr>
        <w:t>&gt;&gt;&gt; url = 'https://www.cs.vu.nl/~ast/'</w:t>
      </w:r>
    </w:p>
    <w:p>
      <w:pPr>
        <w:spacing w:after="0"/>
        <w:ind w:left="360"/>
        <w:shd w:val="clear" w:color="auto" w:fill="F2F2F2"/>
      </w:pPr>
      <w:r>
        <w:rPr>
          <w:rFonts w:ascii="Consolas" w:hAnsi="Consolas"/>
          <w:sz w:val="18"/>
        </w:rPr>
        <w:t>&gt;&gt;&gt; response = requests.get(url)</w:t>
      </w:r>
    </w:p>
    <w:p>
      <w:pPr>
        <w:spacing w:after="40"/>
      </w:pPr>
    </w:p>
    <w:p>
      <w:pPr>
        <w:spacing w:after="80"/>
        <w:ind w:left="360"/>
      </w:pPr>
      <w:r>
        <w:t xml:space="preserve">3. </w:t>
      </w:r>
      <w:r>
        <w:rPr>
          <w:b w:val="0"/>
          <w:i w:val="0"/>
        </w:rPr>
        <w:t>Kiểm tra mã trạng thái (status code) của đối tượng được trả về:</w:t>
      </w:r>
    </w:p>
    <w:p>
      <w:pPr>
        <w:spacing w:after="0"/>
        <w:ind w:left="360"/>
        <w:shd w:val="clear" w:color="auto" w:fill="F2F2F2"/>
      </w:pPr>
      <w:r>
        <w:rPr>
          <w:rFonts w:ascii="Consolas" w:hAnsi="Consolas"/>
          <w:sz w:val="18"/>
        </w:rPr>
        <w:t>&gt;&gt;&gt; response.status_code</w:t>
      </w:r>
    </w:p>
    <w:p>
      <w:pPr>
        <w:spacing w:after="0"/>
        <w:ind w:left="360"/>
        <w:shd w:val="clear" w:color="auto" w:fill="F2F2F2"/>
      </w:pPr>
      <w:r>
        <w:rPr>
          <w:rFonts w:ascii="Consolas" w:hAnsi="Consolas"/>
          <w:sz w:val="18"/>
        </w:rPr>
        <w:t>200</w:t>
      </w:r>
    </w:p>
    <w:p>
      <w:pPr>
        <w:spacing w:after="40"/>
      </w:pPr>
    </w:p>
    <w:p>
      <w:pPr>
        <w:spacing w:after="80"/>
        <w:ind w:left="360"/>
      </w:pPr>
      <w:r>
        <w:t xml:space="preserve">4. </w:t>
      </w:r>
      <w:r>
        <w:rPr>
          <w:b w:val="0"/>
          <w:i w:val="0"/>
        </w:rPr>
        <w:t>Kiểm tra nội dung của kết quả:</w:t>
      </w:r>
    </w:p>
    <w:p>
      <w:pPr>
        <w:spacing w:after="0"/>
        <w:ind w:left="360"/>
        <w:shd w:val="clear" w:color="auto" w:fill="F2F2F2"/>
      </w:pPr>
      <w:r>
        <w:rPr>
          <w:rFonts w:ascii="Consolas" w:hAnsi="Consolas"/>
          <w:sz w:val="18"/>
        </w:rPr>
        <w:t>&gt;&gt;&gt; response.text</w:t>
      </w:r>
    </w:p>
    <w:p>
      <w:pPr>
        <w:spacing w:after="0"/>
        <w:ind w:left="360"/>
        <w:shd w:val="clear" w:color="auto" w:fill="F2F2F2"/>
      </w:pPr>
      <w:r>
        <w:rPr>
          <w:rFonts w:ascii="Consolas" w:hAnsi="Consolas"/>
          <w:sz w:val="18"/>
        </w:rPr>
        <w:t>'&lt;!DOCTYPE HTML PUBLIC "-//W3C//DTD HTML 4.01 Transitional//EN"&gt;\n&lt;html&gt;\n&lt;head&gt;\n</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FULL BODY</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&lt;/html&gt;\n'</w:t>
      </w:r>
    </w:p>
    <w:p>
      <w:pPr>
        <w:spacing w:after="40"/>
      </w:pPr>
    </w:p>
    <w:p>
      <w:pPr>
        <w:spacing w:after="80"/>
        <w:ind w:left="360"/>
      </w:pPr>
      <w:r>
        <w:t xml:space="preserve">5. </w:t>
      </w:r>
      <w:r>
        <w:rPr>
          <w:b w:val="0"/>
          <w:i w:val="0"/>
        </w:rPr>
        <w:t>Kiểm tra các header đang diễn ra và được trả về:</w:t>
      </w:r>
    </w:p>
    <w:p>
      <w:pPr>
        <w:spacing w:after="0"/>
        <w:ind w:left="360"/>
        <w:shd w:val="clear" w:color="auto" w:fill="F2F2F2"/>
      </w:pPr>
      <w:r>
        <w:rPr>
          <w:rFonts w:ascii="Consolas" w:hAnsi="Consolas"/>
          <w:sz w:val="18"/>
        </w:rPr>
        <w:t>&gt;&gt;&gt; response.request.headers</w:t>
      </w:r>
    </w:p>
    <w:p>
      <w:pPr>
        <w:spacing w:after="0"/>
        <w:ind w:left="360"/>
        <w:shd w:val="clear" w:color="auto" w:fill="F2F2F2"/>
      </w:pPr>
      <w:r>
        <w:rPr>
          <w:rFonts w:ascii="Consolas" w:hAnsi="Consolas"/>
          <w:sz w:val="18"/>
        </w:rPr>
        <w:t>{'User-Agent': 'python-requests/2.32.5', 'Accept-Encoding': 'gzip, deflate', 'Accept': '*/*', 'Connection': 'keep-alive'}</w:t>
      </w:r>
    </w:p>
    <w:p>
      <w:pPr>
        <w:spacing w:after="0"/>
        <w:ind w:left="360"/>
        <w:shd w:val="clear" w:color="auto" w:fill="F2F2F2"/>
      </w:pPr>
      <w:r>
        <w:rPr>
          <w:rFonts w:ascii="Consolas" w:hAnsi="Consolas"/>
          <w:sz w:val="18"/>
        </w:rPr>
        <w:t>&gt;&gt;&gt; response.headers</w:t>
      </w:r>
    </w:p>
    <w:p>
      <w:pPr>
        <w:spacing w:after="0"/>
        <w:ind w:left="360"/>
        <w:shd w:val="clear" w:color="auto" w:fill="F2F2F2"/>
      </w:pPr>
      <w:r>
        <w:rPr>
          <w:rFonts w:ascii="Consolas" w:hAnsi="Consolas"/>
          <w:sz w:val="18"/>
        </w:rPr>
        <w:t>{'Server': 'nginx', 'Date': 'Thu, 04 Dec 2025 18:39:43 GMT', 'Content-Type': 'text/html; charset=UTF-8', 'Content-Length': '15600', 'Connection': 'keep-alive', 'Last-Modified': 'Tue, 09 Sep 2025 15:30:29 GMT', 'ETag': '"3cf0-63e5ffbe570d2"', 'Accept-Ranges': 'bytes'}</w:t>
      </w:r>
    </w:p>
    <w:p>
      <w:pPr>
        <w:spacing w:after="40"/>
      </w:pPr>
    </w:p>
    <w:p>
      <w:pPr>
        <w:pStyle w:val="Heading3"/>
      </w:pPr>
      <w:r>
        <w:rPr>
          <w:rFonts w:ascii="Calibri" w:hAnsi="Calibri"/>
          <w:b/>
          <w:i w:val="0"/>
          <w:sz w:val="26"/>
        </w:rPr>
        <w:t>Cách nó hoạt động...</w:t>
      </w:r>
    </w:p>
    <w:p>
      <w:pPr>
        <w:spacing w:after="80"/>
      </w:pPr>
      <w:r>
        <w:rPr>
          <w:b w:val="0"/>
          <w:i w:val="0"/>
        </w:rPr>
        <w:t xml:space="preserve">Hoạt động của </w:t>
      </w:r>
      <w:r>
        <w:rPr>
          <w:rFonts w:ascii="Consolas" w:hAnsi="Consolas"/>
          <w:b w:val="0"/>
          <w:i w:val="0"/>
          <w:sz w:val="20"/>
        </w:rPr>
        <w:br/>
        <w:br/>
        <w:t xml:space="preserve">      requests</w:t>
        <w:br/>
        <w:t xml:space="preserve">     </w:t>
        <w:br/>
      </w:r>
      <w:r>
        <w:rPr>
          <w:b w:val="0"/>
          <w:i w:val="0"/>
        </w:rPr>
        <w:t xml:space="preserve"> rất đơn giản: thực hiện yêu cầu, trong trường hợp này dùng phương thức </w:t>
      </w:r>
      <w:r>
        <w:rPr>
          <w:rFonts w:ascii="Consolas" w:hAnsi="Consolas"/>
          <w:b w:val="0"/>
          <w:i w:val="0"/>
          <w:sz w:val="20"/>
        </w:rPr>
        <w:br/>
        <w:br/>
        <w:t xml:space="preserve">      GET</w:t>
        <w:br/>
        <w:t xml:space="preserve">     </w:t>
        <w:br/>
      </w:r>
      <w:r>
        <w:rPr>
          <w:b w:val="0"/>
          <w:i w:val="0"/>
        </w:rPr>
        <w:t xml:space="preserve"> , thông qua URL. Nó trả về một đối tượng kết quả có thể phân tích được. Các thành phần chính là </w:t>
      </w:r>
      <w:r>
        <w:rPr>
          <w:rFonts w:ascii="Consolas" w:hAnsi="Consolas"/>
          <w:b w:val="0"/>
          <w:i w:val="0"/>
          <w:sz w:val="20"/>
        </w:rPr>
        <w:br/>
        <w:br/>
        <w:t xml:space="preserve">      .status_code</w:t>
        <w:br/>
        <w:t xml:space="preserve">     </w:t>
        <w:br/>
      </w:r>
      <w:r>
        <w:rPr>
          <w:b w:val="0"/>
          <w:i w:val="0"/>
        </w:rPr>
        <w:t xml:space="preserve"> và nội dung body, có thể được hiển thị dưới dạng </w:t>
      </w:r>
      <w:r>
        <w:rPr>
          <w:rFonts w:ascii="Consolas" w:hAnsi="Consolas"/>
          <w:b w:val="0"/>
          <w:i w:val="0"/>
          <w:sz w:val="20"/>
        </w:rPr>
        <w:br/>
        <w:br/>
        <w:t xml:space="preserve">      .text</w:t>
        <w:br/>
        <w:t xml:space="preserve">     </w:t>
        <w:br/>
      </w:r>
      <w:r>
        <w:rPr>
          <w:b w:val="0"/>
          <w:i w:val="0"/>
        </w:rPr>
        <w:t xml:space="preserve"> .</w:t>
      </w:r>
    </w:p>
    <w:p>
      <w:pPr>
        <w:spacing w:after="80"/>
      </w:pPr>
      <w:r>
        <w:rPr>
          <w:b w:val="0"/>
          <w:i w:val="0"/>
        </w:rPr>
        <w:t xml:space="preserve">Toàn bộ yêu cầu có thể được kiểm tra trong thuộc tính </w:t>
      </w:r>
      <w:r>
        <w:rPr>
          <w:rFonts w:ascii="Consolas" w:hAnsi="Consolas"/>
          <w:b w:val="0"/>
          <w:i w:val="0"/>
          <w:sz w:val="20"/>
        </w:rPr>
        <w:br/>
        <w:br/>
        <w:t xml:space="preserve">      request</w:t>
        <w:br/>
        <w:t xml:space="preserve">     </w:t>
        <w:br/>
      </w:r>
      <w:r>
        <w:rPr>
          <w:b w:val="0"/>
          <w:i w:val="0"/>
        </w:rPr>
        <w:t xml:space="preserve"> :</w:t>
      </w:r>
    </w:p>
    <w:p>
      <w:pPr>
        <w:spacing w:after="0"/>
        <w:ind w:left="360"/>
        <w:shd w:val="clear" w:color="auto" w:fill="F2F2F2"/>
      </w:pPr>
      <w:r>
        <w:rPr>
          <w:rFonts w:ascii="Consolas" w:hAnsi="Consolas"/>
          <w:sz w:val="18"/>
        </w:rPr>
        <w:t>&gt;&gt;&gt; response.request</w:t>
      </w:r>
    </w:p>
    <w:p>
      <w:pPr>
        <w:spacing w:after="0"/>
        <w:ind w:left="360"/>
        <w:shd w:val="clear" w:color="auto" w:fill="F2F2F2"/>
      </w:pPr>
      <w:r>
        <w:rPr>
          <w:rFonts w:ascii="Consolas" w:hAnsi="Consolas"/>
          <w:sz w:val="18"/>
        </w:rPr>
        <w:t>&lt;PreparedRequest [GET]&gt;</w:t>
      </w:r>
    </w:p>
    <w:p>
      <w:pPr>
        <w:spacing w:after="0"/>
        <w:ind w:left="360"/>
        <w:shd w:val="clear" w:color="auto" w:fill="F2F2F2"/>
      </w:pPr>
      <w:r>
        <w:rPr>
          <w:rFonts w:ascii="Consolas" w:hAnsi="Consolas"/>
          <w:sz w:val="18"/>
        </w:rPr>
        <w:t>&gt;&gt;&gt; response.request.url</w:t>
      </w:r>
    </w:p>
    <w:p>
      <w:pPr>
        <w:spacing w:after="0"/>
        <w:ind w:left="360"/>
        <w:shd w:val="clear" w:color="auto" w:fill="F2F2F2"/>
      </w:pPr>
      <w:r>
        <w:rPr>
          <w:rFonts w:ascii="Consolas" w:hAnsi="Consolas"/>
          <w:sz w:val="18"/>
        </w:rPr>
        <w:t>'https://www.cs.vu.nl/~ast/'</w:t>
      </w:r>
    </w:p>
    <w:p>
      <w:pPr>
        <w:spacing w:after="40"/>
      </w:pPr>
    </w:p>
    <w:p>
      <w:pPr>
        <w:spacing w:after="80"/>
      </w:pPr>
      <w:r>
        <w:rPr>
          <w:b w:val="0"/>
          <w:i w:val="0"/>
        </w:rPr>
        <w:t xml:space="preserve">Tài liệu đầy đủ của mô-đun requests có thể được tìm thấy ở đây: </w:t>
      </w:r>
      <w:r>
        <w:rPr>
          <w:rFonts w:ascii="Consolas" w:hAnsi="Consolas"/>
          <w:b w:val="0"/>
          <w:i w:val="0"/>
          <w:sz w:val="20"/>
        </w:rPr>
        <w:br/>
        <w:br/>
        <w:t xml:space="preserve">       https://requests.readthedocs.io/en/master/</w:t>
        <w:br/>
        <w:t xml:space="preserve">      </w:t>
        <w:br/>
      </w:r>
      <w:r>
        <w:rPr>
          <w:b w:val="0"/>
          <w:i w:val="0"/>
        </w:rPr>
        <w:t xml:space="preserve"> .</w:t>
      </w:r>
    </w:p>
    <w:p>
      <w:pPr>
        <w:spacing w:after="80"/>
      </w:pPr>
      <w:r>
        <w:rPr>
          <w:b w:val="0"/>
          <w:i w:val="0"/>
        </w:rPr>
        <w:t xml:space="preserve">Trong suốt chương này, chúng ta sẽ trình bày thêm nhiều tính năng của thư viện </w:t>
      </w:r>
      <w:r>
        <w:rPr>
          <w:rFonts w:ascii="Consolas" w:hAnsi="Consolas"/>
          <w:b w:val="0"/>
          <w:i w:val="0"/>
          <w:sz w:val="20"/>
        </w:rPr>
        <w:br/>
        <w:br/>
        <w:t xml:space="preserve">      requests</w:t>
        <w:br/>
        <w:t xml:space="preserve">     </w:t>
        <w:br/>
      </w:r>
      <w:r>
        <w:rPr>
          <w:b w:val="0"/>
          <w:i w:val="0"/>
        </w:rPr>
        <w:t xml:space="preserve"> .</w:t>
      </w:r>
    </w:p>
    <w:p>
      <w:pPr>
        <w:pStyle w:val="Heading3"/>
      </w:pPr>
      <w:r>
        <w:rPr>
          <w:rFonts w:ascii="Calibri" w:hAnsi="Calibri"/>
          <w:b/>
          <w:i w:val="0"/>
          <w:sz w:val="26"/>
        </w:rPr>
        <w:t>Còn nhiều thứ khác nữa...</w:t>
      </w:r>
    </w:p>
    <w:p>
      <w:pPr>
        <w:spacing w:after="80"/>
      </w:pPr>
      <w:r>
        <w:rPr>
          <w:b w:val="0"/>
          <w:i w:val="0"/>
        </w:rPr>
        <w:t xml:space="preserve">Tất cả các mã trạng thái HTTP được liệt kê và giải thích tại trang web này: </w:t>
      </w:r>
      <w:r>
        <w:rPr>
          <w:rFonts w:ascii="Consolas" w:hAnsi="Consolas"/>
          <w:b w:val="0"/>
          <w:i w:val="0"/>
          <w:sz w:val="20"/>
        </w:rPr>
        <w:br/>
        <w:br/>
        <w:t xml:space="preserve">       https://developer.mozilla.org/en-US/docs/Web/HTTP/Reference/Status</w:t>
        <w:br/>
        <w:t xml:space="preserve">      </w:t>
        <w:br/>
      </w:r>
      <w:r>
        <w:rPr>
          <w:b w:val="0"/>
          <w:i w:val="0"/>
        </w:rPr>
        <w:t xml:space="preserve"> . Trong Python, chúng cũng được mô tả nội bộ trong enum </w:t>
      </w:r>
      <w:r>
        <w:rPr>
          <w:rFonts w:ascii="Consolas" w:hAnsi="Consolas"/>
          <w:b w:val="0"/>
          <w:i w:val="0"/>
          <w:sz w:val="20"/>
        </w:rPr>
        <w:br/>
        <w:br/>
        <w:t xml:space="preserve">      http.HTTPStatus</w:t>
        <w:br/>
        <w:t xml:space="preserve">     </w:t>
        <w:br/>
      </w:r>
      <w:r>
        <w:rPr>
          <w:b w:val="0"/>
          <w:i w:val="0"/>
        </w:rPr>
        <w:t xml:space="preserve"> bằng các tên hằng số tiện lợi, chẳng hạn như </w:t>
      </w:r>
      <w:r>
        <w:rPr>
          <w:rFonts w:ascii="Consolas" w:hAnsi="Consolas"/>
          <w:b w:val="0"/>
          <w:i w:val="0"/>
          <w:sz w:val="20"/>
        </w:rPr>
        <w:br/>
        <w:br/>
        <w:t xml:space="preserve">      OK</w:t>
        <w:br/>
        <w:t xml:space="preserve">     </w:t>
        <w:br/>
      </w:r>
      <w:r>
        <w:rPr>
          <w:b w:val="0"/>
          <w:i w:val="0"/>
        </w:rPr>
        <w:t xml:space="preserve"> , </w:t>
      </w:r>
      <w:r>
        <w:rPr>
          <w:rFonts w:ascii="Consolas" w:hAnsi="Consolas"/>
          <w:b w:val="0"/>
          <w:i w:val="0"/>
          <w:sz w:val="20"/>
        </w:rPr>
        <w:br/>
        <w:br/>
        <w:t xml:space="preserve">      NOT_FOUND</w:t>
        <w:br/>
        <w:t xml:space="preserve">     </w:t>
        <w:br/>
      </w:r>
      <w:r>
        <w:rPr>
          <w:b w:val="0"/>
          <w:i w:val="0"/>
        </w:rPr>
        <w:t xml:space="preserve"> , hoặc </w:t>
      </w:r>
      <w:r>
        <w:rPr>
          <w:rFonts w:ascii="Consolas" w:hAnsi="Consolas"/>
          <w:b w:val="0"/>
          <w:i w:val="0"/>
          <w:sz w:val="20"/>
        </w:rPr>
        <w:br/>
        <w:br/>
        <w:t xml:space="preserve">      FORBIDDEN</w:t>
        <w:br/>
        <w:t xml:space="preserve">     </w:t>
        <w:br/>
      </w:r>
      <w:r>
        <w:rPr>
          <w:b w:val="0"/>
          <w:i w:val="0"/>
        </w:rPr>
        <w:t xml:space="preserve"> .</w:t>
      </w:r>
    </w:p>
    <w:p>
      <w:pPr>
        <w:spacing w:after="80"/>
      </w:pPr>
      <w:r>
        <w:rPr>
          <w:b/>
          <w:i w:val="0"/>
        </w:rPr>
        <w:t>Lưu ý</w:t>
      </w:r>
    </w:p>
    <w:p>
      <w:pPr>
        <w:spacing w:after="80"/>
      </w:pPr>
      <w:r>
        <w:rPr>
          <w:b w:val="0"/>
          <w:i w:val="0"/>
        </w:rPr>
        <w:t xml:space="preserve">Mã trạng thái lỗi nổi tiếng nhất có lẽ là 404, được trả về khi tài nguyên được mô tả bởi một URL không được tìm thấy. Hãy thử bằng cách chạy </w:t>
      </w:r>
      <w:r>
        <w:rPr>
          <w:rFonts w:ascii="Consolas" w:hAnsi="Consolas"/>
          <w:b w:val="0"/>
          <w:i w:val="0"/>
          <w:sz w:val="20"/>
        </w:rPr>
        <w:br/>
        <w:br/>
        <w:t xml:space="preserve">       requests.get("https://www.cs.vu.nl/~ast/invalid")</w:t>
        <w:br/>
        <w:t xml:space="preserve">      </w:t>
        <w:br/>
      </w:r>
      <w:r>
        <w:rPr>
          <w:b w:val="0"/>
          <w:i w:val="0"/>
        </w:rPr>
        <w:t xml:space="preserve"> .</w:t>
      </w:r>
    </w:p>
    <w:p>
      <w:pPr>
        <w:spacing w:after="80"/>
      </w:pPr>
      <w:r>
        <w:rPr>
          <w:b w:val="0"/>
          <w:i w:val="0"/>
        </w:rPr>
        <w:t>Cấu trúc chung của các mã trạng thái là:</w:t>
      </w:r>
    </w:p>
    <w:p>
      <w:pPr>
        <w:spacing w:after="80"/>
        <w:ind w:left="360"/>
      </w:pPr>
      <w:r>
        <w:t xml:space="preserve">• </w:t>
      </w:r>
      <w:r>
        <w:rPr>
          <w:b/>
          <w:i w:val="0"/>
        </w:rPr>
        <w:t xml:space="preserve"> 1XX </w:t>
      </w:r>
      <w:r>
        <w:rPr>
          <w:b w:val="0"/>
          <w:i w:val="0"/>
        </w:rPr>
        <w:t xml:space="preserve"> – Thông tin về các chi tiết cụ thể của giao thức.</w:t>
      </w:r>
    </w:p>
    <w:p>
      <w:pPr>
        <w:spacing w:after="80"/>
        <w:ind w:left="360"/>
      </w:pPr>
      <w:r>
        <w:t xml:space="preserve">• </w:t>
      </w:r>
      <w:r>
        <w:rPr>
          <w:b/>
          <w:i w:val="0"/>
        </w:rPr>
        <w:t xml:space="preserve"> 2XX </w:t>
      </w:r>
      <w:r>
        <w:rPr>
          <w:b w:val="0"/>
          <w:i w:val="0"/>
        </w:rPr>
        <w:t xml:space="preserve"> – Thành công.</w:t>
      </w:r>
    </w:p>
    <w:p>
      <w:pPr>
        <w:spacing w:after="80"/>
        <w:ind w:left="360"/>
      </w:pPr>
      <w:r>
        <w:t xml:space="preserve">• </w:t>
      </w:r>
      <w:r>
        <w:rPr>
          <w:b/>
          <w:i w:val="0"/>
        </w:rPr>
        <w:t xml:space="preserve"> 3XX </w:t>
      </w:r>
      <w:r>
        <w:rPr>
          <w:b w:val="0"/>
          <w:i w:val="0"/>
        </w:rPr>
        <w:t xml:space="preserve"> – Chuyển hướng. Ví dụ: URL không còn hợp lệ và có sẵn ở một nơi khác. URL mới nên được bao gồm trong phản hồi.</w:t>
      </w:r>
    </w:p>
    <w:p>
      <w:pPr>
        <w:spacing w:after="80"/>
        <w:ind w:left="360"/>
      </w:pPr>
      <w:r>
        <w:t xml:space="preserve">• </w:t>
      </w:r>
      <w:r>
        <w:rPr>
          <w:b/>
          <w:i w:val="0"/>
        </w:rPr>
        <w:t xml:space="preserve"> 4XX </w:t>
      </w:r>
      <w:r>
        <w:rPr>
          <w:b w:val="0"/>
          <w:i w:val="0"/>
        </w:rPr>
        <w:t xml:space="preserve"> – Lỗi phía client. Có một số lỗi trong thông tin được gửi đến server (như vấn đề về định dạng của yêu cầu) hoặc ở phía client (ví dụ, cần xác thực để truy cập URL được yêu cầu).</w:t>
      </w:r>
    </w:p>
    <w:p>
      <w:pPr>
        <w:spacing w:after="80"/>
        <w:ind w:left="360"/>
      </w:pPr>
      <w:r>
        <w:t xml:space="preserve">• </w:t>
      </w:r>
      <w:r>
        <w:rPr>
          <w:b/>
          <w:i w:val="0"/>
        </w:rPr>
        <w:t xml:space="preserve"> 5XX </w:t>
      </w:r>
      <w:r>
        <w:rPr>
          <w:b w:val="0"/>
          <w:i w:val="0"/>
        </w:rPr>
        <w:t xml:space="preserve"> – Lỗi phía server. Có lỗi ở phía server; ví dụ, server có thể không khả dụng hoặc có thể có lỗi khi xử lý yêu cầu.</w:t>
      </w:r>
    </w:p>
    <w:p>
      <w:pPr>
        <w:spacing w:after="80"/>
      </w:pPr>
      <w:r>
        <w:rPr>
          <w:b w:val="0"/>
          <w:i w:val="0"/>
        </w:rPr>
        <w:t xml:space="preserve">Ngày nay, một yêu cầu nên sử dụng giao thức </w:t>
      </w:r>
      <w:r>
        <w:rPr>
          <w:b/>
          <w:i w:val="0"/>
        </w:rPr>
        <w:t xml:space="preserve"> HTTPS </w:t>
      </w:r>
      <w:r>
        <w:rPr>
          <w:b w:val="0"/>
          <w:i w:val="0"/>
        </w:rPr>
        <w:t xml:space="preserve"> ( </w:t>
      </w:r>
      <w:r>
        <w:rPr>
          <w:b/>
          <w:i w:val="0"/>
        </w:rPr>
        <w:t xml:space="preserve"> HTTP bảo mật </w:t>
      </w:r>
      <w:r>
        <w:rPr>
          <w:b w:val="0"/>
          <w:i w:val="0"/>
        </w:rPr>
        <w:t xml:space="preserve"> ). Nó giống như HTTP nhưng đảm bảo rằng nội dung của yêu cầu và phản hồi được mã hóa và giữ riêng tư giữa client và server. </w:t>
      </w:r>
      <w:r>
        <w:rPr>
          <w:rFonts w:ascii="Consolas" w:hAnsi="Consolas"/>
          <w:b w:val="0"/>
          <w:i w:val="0"/>
          <w:sz w:val="20"/>
        </w:rPr>
        <w:br/>
        <w:br/>
        <w:t xml:space="preserve">      requests</w:t>
        <w:br/>
        <w:t xml:space="preserve">     </w:t>
        <w:br/>
      </w:r>
      <w:r>
        <w:rPr>
          <w:b w:val="0"/>
          <w:i w:val="0"/>
        </w:rPr>
        <w:t xml:space="preserve"> xử lý giao thức này một cách trong suốt.</w:t>
      </w:r>
    </w:p>
    <w:p>
      <w:pPr>
        <w:spacing w:after="80"/>
      </w:pPr>
      <w:r>
        <w:rPr>
          <w:b/>
          <w:i w:val="0"/>
        </w:rPr>
        <w:t>Mẹo</w:t>
      </w:r>
    </w:p>
    <w:p>
      <w:pPr>
        <w:spacing w:after="80"/>
      </w:pPr>
      <w:r>
        <w:rPr>
          <w:b w:val="0"/>
          <w:i w:val="0"/>
        </w:rPr>
        <w:t>Bất kỳ trang web nào xử lý bất kỳ thông tin riêng tư nào cũng nên dùng HTTPS để đảm bảo thông tin không bị rò rỉ, vì HTTP dễ bị nghe lén. HTTPS hiện nay là tiêu chuẩn thực tế khi giao tiếp qua WWW, và việc dùng HTTP thuần được khuyến khích hạn chế.</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Cài đặt các gói bên thứ ba </w:t>
      </w:r>
      <w:r>
        <w:rPr>
          <w:b w:val="0"/>
          <w:i w:val="0"/>
        </w:rPr>
        <w:t xml:space="preserve"> trong </w:t>
      </w:r>
      <w:r>
        <w:rPr>
          <w:b w:val="0"/>
          <w:i/>
        </w:rPr>
        <w:t xml:space="preserve"> Chương 1 </w:t>
      </w:r>
      <w:r>
        <w:rPr>
          <w:b w:val="0"/>
          <w:i w:val="0"/>
        </w:rPr>
        <w:t xml:space="preserve">, </w:t>
      </w:r>
      <w:r>
        <w:rPr>
          <w:b w:val="0"/>
          <w:i/>
        </w:rPr>
        <w:t xml:space="preserve"> Hãy bắt đầu hành trình tự động hóa của chúng ta </w:t>
      </w:r>
      <w:r>
        <w:rPr>
          <w:b w:val="0"/>
          <w:i w:val="0"/>
        </w:rPr>
        <w:t>, để tìm hiểu những kiến thức cơ bản về cài đặt các mô-đun bên ngoài.</w:t>
      </w:r>
    </w:p>
    <w:p>
      <w:pPr>
        <w:spacing w:after="80"/>
        <w:ind w:left="360"/>
      </w:pPr>
      <w:r>
        <w:t xml:space="preserve">• </w:t>
      </w:r>
      <w:r>
        <w:rPr>
          <w:b w:val="0"/>
          <w:i w:val="0"/>
        </w:rPr>
        <w:t xml:space="preserve">Công thức tiếp theo trong chương này, </w:t>
      </w:r>
      <w:r>
        <w:rPr>
          <w:b w:val="0"/>
          <w:i/>
        </w:rPr>
        <w:t xml:space="preserve"> Phân tích cú pháp HTML </w:t>
      </w:r>
      <w:r>
        <w:rPr>
          <w:b w:val="0"/>
          <w:i w:val="0"/>
        </w:rPr>
        <w:t>, để tìm hiểu cách xử lý thông tin được trả về từ máy chủ.</w:t>
      </w:r>
    </w:p>
    <w:p>
      <w:pPr>
        <w:pStyle w:val="Heading2"/>
      </w:pPr>
      <w:r>
        <w:rPr>
          <w:rFonts w:ascii="Calibri" w:hAnsi="Calibri"/>
          <w:b/>
          <w:i w:val="0"/>
          <w:sz w:val="32"/>
        </w:rPr>
        <w:t>Phân tích cú pháp HTML</w:t>
      </w:r>
    </w:p>
    <w:p>
      <w:pPr>
        <w:spacing w:after="80"/>
      </w:pPr>
      <w:r>
        <w:rPr>
          <w:b w:val="0"/>
          <w:i w:val="0"/>
        </w:rPr>
        <w:t>Trong khi việc tải xuống văn bản thô hoặc tệp nhị phân luôn là một lựa chọn, thì ngôn ngữ chính của web là HTML.</w:t>
      </w:r>
    </w:p>
    <w:p>
      <w:pPr>
        <w:spacing w:after="80"/>
      </w:pPr>
      <w:r>
        <w:rPr>
          <w:b w:val="0"/>
          <w:i w:val="0"/>
        </w:rPr>
        <w:t xml:space="preserve">HTML là một ngôn ngữ có cấu trúc, định nghĩa các phần khác nhau của một tài liệu như tiêu đề và đoạn văn. HTML cũng có tính phân cấp, định nghĩa các phần tử con. Khả năng phân tích cú pháp văn bản thô thành một tài liệu có cấu trúc về cơ bản cho chúng ta khả năng tự động trích xuất thông tin từ một trang web. Ví dụ, một số văn bản có thể liên quan đến chúng ta nếu nó được bao bọc bởi các thẻ phần tử HTML nhất định, chẳng hạn như một lớp </w:t>
      </w:r>
      <w:r>
        <w:rPr>
          <w:rFonts w:ascii="Consolas" w:hAnsi="Consolas"/>
          <w:b w:val="0"/>
          <w:i w:val="0"/>
          <w:sz w:val="20"/>
        </w:rPr>
        <w:br/>
        <w:br/>
        <w:t xml:space="preserve">      div</w:t>
        <w:br/>
        <w:t xml:space="preserve">     </w:t>
        <w:br/>
      </w:r>
      <w:r>
        <w:rPr>
          <w:b w:val="0"/>
          <w:i w:val="0"/>
        </w:rPr>
        <w:t xml:space="preserve"> hoặc sau một thẻ tiêu đề </w:t>
      </w:r>
      <w:r>
        <w:rPr>
          <w:rFonts w:ascii="Consolas" w:hAnsi="Consolas"/>
          <w:b w:val="0"/>
          <w:i w:val="0"/>
          <w:sz w:val="20"/>
        </w:rPr>
        <w:br/>
        <w:br/>
        <w:t xml:space="preserve">      h3</w:t>
        <w:br/>
        <w:t xml:space="preserve">     </w:t>
        <w:br/>
      </w:r>
      <w:r>
        <w:rPr>
          <w:b w:val="0"/>
          <w:i w:val="0"/>
        </w:rPr>
        <w:t>.</w:t>
      </w:r>
    </w:p>
    <w:p>
      <w:pPr>
        <w:spacing w:after="80"/>
      </w:pPr>
      <w:r>
        <w:rPr>
          <w:b/>
          <w:i w:val="0"/>
        </w:rPr>
        <w:t>Mẹo</w:t>
      </w:r>
    </w:p>
    <w:p>
      <w:pPr>
        <w:spacing w:after="80"/>
      </w:pPr>
      <w:r>
        <w:rPr>
          <w:b w:val="0"/>
          <w:i w:val="0"/>
        </w:rPr>
        <w:t>Công thức này sẽ giúp bạn khi bạn cần hệ thống hóa việc truy cập các trang web, nhưng nếu đó là việc bạn chỉ cần làm một lần, rất có thể GenAI có thể giúp bạn! Các công cụ GenAI có khả năng truy cập Internet rất giỏi trong việc thu thập các phần tử của trang web, cũng như tìm kiếm và trích xuất thông tin. Nhưng chúng sẽ không nhất quán, điều mà công thức này sẽ cho phép bạn đạt được. Ví dụ, kiểm tra lặp đi lặp lại để hiểu liệu dữ liệu trong một trang web cụ thể có thay đổi hay không.</w:t>
      </w:r>
    </w:p>
    <w:p>
      <w:pPr>
        <w:pStyle w:val="Heading3"/>
      </w:pPr>
      <w:r>
        <w:rPr>
          <w:rFonts w:ascii="Calibri" w:hAnsi="Calibri"/>
          <w:b/>
          <w:i w:val="0"/>
          <w:sz w:val="26"/>
        </w:rPr>
        <w:t>Chuẩn bị</w:t>
      </w:r>
    </w:p>
    <w:p>
      <w:pPr>
        <w:spacing w:after="80"/>
      </w:pPr>
      <w:r>
        <w:rPr>
          <w:b w:val="0"/>
          <w:i w:val="0"/>
        </w:rPr>
        <w:t xml:space="preserve">Chúng ta sẽ dùng mô-đun </w:t>
      </w:r>
      <w:r>
        <w:rPr>
          <w:b/>
          <w:i w:val="0"/>
        </w:rPr>
        <w:t xml:space="preserve"> Beautiful Soup </w:t>
      </w:r>
      <w:r>
        <w:rPr>
          <w:b w:val="0"/>
          <w:i w:val="0"/>
        </w:rPr>
        <w:t xml:space="preserve"> tuyệt vời để phân tích cú pháp văn bản HTML thành một đối tượng trong bộ nhớ có thể được phân tích. Chúng ta cần dùng phiên bản mới nhất của gói </w:t>
      </w:r>
      <w:r>
        <w:rPr>
          <w:rFonts w:ascii="Consolas" w:hAnsi="Consolas"/>
          <w:b w:val="0"/>
          <w:i w:val="0"/>
          <w:sz w:val="20"/>
        </w:rPr>
        <w:br/>
        <w:br/>
        <w:t xml:space="preserve">      beautifulsoup4</w:t>
        <w:br/>
        <w:t xml:space="preserve">     </w:t>
        <w:br/>
      </w:r>
      <w:r>
        <w:rPr>
          <w:b w:val="0"/>
          <w:i w:val="0"/>
        </w:rPr>
        <w:t xml:space="preserve"> để tương thích với Python 3. Thêm gói vào </w:t>
      </w:r>
      <w:r>
        <w:rPr>
          <w:rFonts w:ascii="Consolas" w:hAnsi="Consolas"/>
          <w:b w:val="0"/>
          <w:i w:val="0"/>
          <w:sz w:val="20"/>
        </w:rPr>
        <w:br/>
        <w:br/>
        <w:t xml:space="preserve">      requirements.txt</w:t>
        <w:br/>
        <w:t xml:space="preserve">     </w:t>
        <w:br/>
      </w:r>
      <w:r>
        <w:rPr>
          <w:b w:val="0"/>
          <w:i w:val="0"/>
        </w:rPr>
        <w:t xml:space="preserve"> của bạn và cài đặt các phụ thuộc trong môi trường ảo:</w:t>
      </w:r>
    </w:p>
    <w:p>
      <w:pPr>
        <w:spacing w:after="0"/>
        <w:ind w:left="360"/>
        <w:shd w:val="clear" w:color="auto" w:fill="F2F2F2"/>
      </w:pPr>
      <w:r>
        <w:rPr>
          <w:rFonts w:ascii="Consolas" w:hAnsi="Consolas"/>
          <w:sz w:val="18"/>
        </w:rPr>
        <w:t>$ echo "beautifulsoup4==4.14.3" &gt;&gt; requirements.txt</w:t>
      </w:r>
    </w:p>
    <w:p>
      <w:pPr>
        <w:spacing w:after="0"/>
        <w:ind w:left="360"/>
        <w:shd w:val="clear" w:color="auto" w:fill="F2F2F2"/>
      </w:pPr>
      <w:r>
        <w:rPr>
          <w:rFonts w:ascii="Consolas" w:hAnsi="Consolas"/>
          <w:sz w:val="18"/>
        </w:rPr>
        <w:t>$ uv pip install -r requirements.txt</w:t>
      </w:r>
    </w:p>
    <w:p>
      <w:pPr>
        <w:spacing w:after="40"/>
      </w:pPr>
    </w:p>
    <w:p>
      <w:pPr>
        <w:pStyle w:val="Heading3"/>
      </w:pPr>
      <w:r>
        <w:rPr>
          <w:rFonts w:ascii="Calibri" w:hAnsi="Calibri"/>
          <w:b/>
          <w:i w:val="0"/>
          <w:sz w:val="26"/>
        </w:rPr>
        <w:t>Cách thực hiện...</w:t>
      </w:r>
    </w:p>
    <w:p>
      <w:pPr>
        <w:spacing w:after="80"/>
        <w:ind w:left="360"/>
      </w:pPr>
      <w:r>
        <w:t xml:space="preserve">1. </w:t>
      </w:r>
      <w:r>
        <w:rPr>
          <w:b w:val="0"/>
          <w:i w:val="0"/>
        </w:rPr>
        <w:t xml:space="preserve">Import BeautifulSoup và </w:t>
      </w:r>
      <w:r>
        <w:rPr>
          <w:rFonts w:ascii="Consolas" w:hAnsi="Consolas"/>
          <w:b w:val="0"/>
          <w:i w:val="0"/>
          <w:sz w:val="20"/>
        </w:rPr>
        <w:br/>
        <w:br/>
        <w:t xml:space="preserve">       requests</w:t>
        <w:br/>
        <w:t xml:space="preserve">      </w:t>
        <w:br/>
      </w:r>
      <w:r>
        <w:rPr>
          <w:b w:val="0"/>
          <w:i w:val="0"/>
        </w:rPr>
        <w:t>:</w:t>
      </w:r>
    </w:p>
    <w:p>
      <w:pPr>
        <w:spacing w:after="0"/>
        <w:ind w:left="360"/>
        <w:shd w:val="clear" w:color="auto" w:fill="F2F2F2"/>
      </w:pPr>
      <w:r>
        <w:rPr>
          <w:rFonts w:ascii="Consolas" w:hAnsi="Consolas"/>
          <w:sz w:val="18"/>
        </w:rPr>
        <w:t>&gt;&gt;&gt; import requests</w:t>
      </w:r>
    </w:p>
    <w:p>
      <w:pPr>
        <w:spacing w:after="0"/>
        <w:ind w:left="360"/>
        <w:shd w:val="clear" w:color="auto" w:fill="F2F2F2"/>
      </w:pPr>
      <w:r>
        <w:rPr>
          <w:rFonts w:ascii="Consolas" w:hAnsi="Consolas"/>
          <w:sz w:val="18"/>
        </w:rPr>
        <w:t>&gt;&gt;&gt; from bs4 import BeautifulSoup</w:t>
      </w:r>
    </w:p>
    <w:p>
      <w:pPr>
        <w:spacing w:after="40"/>
      </w:pPr>
    </w:p>
    <w:p>
      <w:pPr>
        <w:spacing w:after="80"/>
        <w:ind w:left="360"/>
      </w:pPr>
      <w:r>
        <w:t xml:space="preserve">2. </w:t>
      </w:r>
      <w:r>
        <w:rPr>
          <w:b w:val="0"/>
          <w:i w:val="0"/>
        </w:rPr>
        <w:t>Thiết lập URL của trang cần tải xuống và truy xuất nó:</w:t>
      </w:r>
    </w:p>
    <w:p>
      <w:pPr>
        <w:spacing w:after="0"/>
        <w:ind w:left="360"/>
        <w:shd w:val="clear" w:color="auto" w:fill="F2F2F2"/>
      </w:pPr>
      <w:r>
        <w:rPr>
          <w:rFonts w:ascii="Consolas" w:hAnsi="Consolas"/>
          <w:sz w:val="18"/>
        </w:rPr>
        <w:t>&gt;&gt;&gt; URL = 'https://www.cs.vu.nl/~ast/'</w:t>
      </w:r>
    </w:p>
    <w:p>
      <w:pPr>
        <w:spacing w:after="0"/>
        <w:ind w:left="360"/>
        <w:shd w:val="clear" w:color="auto" w:fill="F2F2F2"/>
      </w:pPr>
      <w:r>
        <w:rPr>
          <w:rFonts w:ascii="Consolas" w:hAnsi="Consolas"/>
          <w:sz w:val="18"/>
        </w:rPr>
        <w:t>&gt;&gt;&gt; response = requests.get(URL)</w:t>
      </w:r>
    </w:p>
    <w:p>
      <w:pPr>
        <w:spacing w:after="0"/>
        <w:ind w:left="360"/>
        <w:shd w:val="clear" w:color="auto" w:fill="F2F2F2"/>
      </w:pPr>
      <w:r>
        <w:rPr>
          <w:rFonts w:ascii="Consolas" w:hAnsi="Consolas"/>
          <w:sz w:val="18"/>
        </w:rPr>
        <w:t>&gt;&gt;&gt; response</w:t>
      </w:r>
    </w:p>
    <w:p>
      <w:pPr>
        <w:spacing w:after="0"/>
        <w:ind w:left="360"/>
        <w:shd w:val="clear" w:color="auto" w:fill="F2F2F2"/>
      </w:pPr>
      <w:r>
        <w:rPr>
          <w:rFonts w:ascii="Consolas" w:hAnsi="Consolas"/>
          <w:sz w:val="18"/>
        </w:rPr>
        <w:t>&lt;Response [200]&gt;</w:t>
      </w:r>
    </w:p>
    <w:p>
      <w:pPr>
        <w:spacing w:after="40"/>
      </w:pPr>
    </w:p>
    <w:p>
      <w:pPr>
        <w:spacing w:after="80"/>
        <w:ind w:left="360"/>
      </w:pPr>
      <w:r>
        <w:t xml:space="preserve">3. </w:t>
      </w:r>
      <w:r>
        <w:rPr>
          <w:b w:val="0"/>
          <w:i w:val="0"/>
        </w:rPr>
        <w:t>Phân tích cú pháp trang đã tải xuống:</w:t>
      </w:r>
    </w:p>
    <w:p>
      <w:pPr>
        <w:spacing w:after="0"/>
        <w:ind w:left="360"/>
        <w:shd w:val="clear" w:color="auto" w:fill="F2F2F2"/>
      </w:pPr>
      <w:r>
        <w:rPr>
          <w:rFonts w:ascii="Consolas" w:hAnsi="Consolas"/>
          <w:sz w:val="18"/>
        </w:rPr>
        <w:t>&gt;&gt;&gt; page = BeautifulSoup(response.text, 'html.parser')</w:t>
      </w:r>
    </w:p>
    <w:p>
      <w:pPr>
        <w:spacing w:after="40"/>
      </w:pPr>
    </w:p>
    <w:p>
      <w:pPr>
        <w:spacing w:after="80"/>
        <w:ind w:left="360"/>
      </w:pPr>
      <w:r>
        <w:t xml:space="preserve">4. </w:t>
      </w:r>
      <w:r>
        <w:rPr>
          <w:b w:val="0"/>
          <w:i w:val="0"/>
        </w:rPr>
        <w:t>Lấy tiêu đề của trang. Hãy xem rằng nó giống với những gì được hiển thị trong trình duyệt: Giáo sư Tanenbaum là một tác giả nổi tiếng của các cuốn sách về mạng và hệ điều hành từ những năm 1970 trở đi, nổi bật với việc tạo ra hệ điều hành MINIX và các cuộc thảo luận với Linus Torvalds trong những ngày đầu của Linux.</w:t>
      </w:r>
    </w:p>
    <w:p>
      <w:pPr>
        <w:spacing w:after="0"/>
        <w:ind w:left="360"/>
        <w:shd w:val="clear" w:color="auto" w:fill="F2F2F2"/>
      </w:pPr>
      <w:r>
        <w:rPr>
          <w:rFonts w:ascii="Consolas" w:hAnsi="Consolas"/>
          <w:sz w:val="18"/>
        </w:rPr>
        <w:t>&gt;&gt;&gt; page.title</w:t>
      </w:r>
    </w:p>
    <w:p>
      <w:pPr>
        <w:spacing w:after="0"/>
        <w:ind w:left="360"/>
        <w:shd w:val="clear" w:color="auto" w:fill="F2F2F2"/>
      </w:pPr>
      <w:r>
        <w:rPr>
          <w:rFonts w:ascii="Consolas" w:hAnsi="Consolas"/>
          <w:sz w:val="18"/>
        </w:rPr>
        <w:t>&lt;title&gt;Andrew S Tanenbaum, Professor at the Vrije Universiteit&lt;/title&gt;</w:t>
      </w:r>
    </w:p>
    <w:p>
      <w:pPr>
        <w:spacing w:after="0"/>
        <w:ind w:left="360"/>
        <w:shd w:val="clear" w:color="auto" w:fill="F2F2F2"/>
      </w:pPr>
      <w:r>
        <w:rPr>
          <w:rFonts w:ascii="Consolas" w:hAnsi="Consolas"/>
          <w:sz w:val="18"/>
        </w:rPr>
        <w:t>&gt;&gt;&gt; page.title.string</w:t>
      </w:r>
    </w:p>
    <w:p>
      <w:pPr>
        <w:spacing w:after="0"/>
        <w:ind w:left="360"/>
        <w:shd w:val="clear" w:color="auto" w:fill="F2F2F2"/>
      </w:pPr>
      <w:r>
        <w:rPr>
          <w:rFonts w:ascii="Consolas" w:hAnsi="Consolas"/>
          <w:sz w:val="18"/>
        </w:rPr>
        <w:t>'Andrew S Tanenbaum, Professor at the Vrije Universiteit'</w:t>
      </w:r>
    </w:p>
    <w:p>
      <w:pPr>
        <w:spacing w:after="40"/>
      </w:pPr>
    </w:p>
    <w:p>
      <w:pPr>
        <w:spacing w:after="80"/>
        <w:ind w:left="360"/>
      </w:pPr>
      <w:r>
        <w:t xml:space="preserve">5. </w:t>
      </w:r>
      <w:r>
        <w:rPr>
          <w:b w:val="0"/>
          <w:i w:val="0"/>
        </w:rPr>
        <w:t xml:space="preserve">Find all the </w:t>
      </w:r>
      <w:r>
        <w:rPr>
          <w:rFonts w:ascii="Consolas" w:hAnsi="Consolas"/>
          <w:b w:val="0"/>
          <w:i w:val="0"/>
          <w:sz w:val="20"/>
        </w:rPr>
        <w:br/>
        <w:br/>
        <w:t xml:space="preserve">       h3</w:t>
        <w:br/>
        <w:t xml:space="preserve">      </w:t>
        <w:br/>
      </w:r>
      <w:r>
        <w:rPr>
          <w:b w:val="0"/>
          <w:i w:val="0"/>
        </w:rPr>
        <w:t xml:space="preserve"> elements in the page, to determine the existing sections:</w:t>
      </w:r>
    </w:p>
    <w:p>
      <w:pPr>
        <w:spacing w:after="0"/>
        <w:ind w:left="360"/>
        <w:shd w:val="clear" w:color="auto" w:fill="F2F2F2"/>
      </w:pPr>
      <w:r>
        <w:rPr>
          <w:rFonts w:ascii="Consolas" w:hAnsi="Consolas"/>
          <w:sz w:val="18"/>
        </w:rPr>
        <w:t>&gt;&gt;&gt; page.find_all('h3')</w:t>
      </w:r>
    </w:p>
    <w:p>
      <w:pPr>
        <w:spacing w:after="0"/>
        <w:ind w:left="360"/>
        <w:shd w:val="clear" w:color="auto" w:fill="F2F2F2"/>
      </w:pPr>
      <w:r>
        <w:rPr>
          <w:rFonts w:ascii="Consolas" w:hAnsi="Consolas"/>
          <w:sz w:val="18"/>
        </w:rPr>
        <w:t>[&lt;h3&gt;Professor of Computer Science&lt;/h3&gt;, &lt;h3&gt;&lt;img align="middle" alt="" src="home/images/envelope.gif"/&gt;</w:t>
      </w:r>
    </w:p>
    <w:p>
      <w:pPr>
        <w:spacing w:after="0"/>
        <w:ind w:left="360"/>
        <w:shd w:val="clear" w:color="auto" w:fill="F2F2F2"/>
      </w:pPr>
      <w:r>
        <w:rPr>
          <w:rFonts w:ascii="Consolas" w:hAnsi="Consolas"/>
          <w:sz w:val="18"/>
        </w:rPr>
        <w:t xml:space="preserve">       Address:&lt;/h3&gt;, &lt;h3&gt; PERSONAL INFORMATION&lt;/h3&gt;, &lt;h3&gt; BOOKS&lt;/h3&gt;, &lt;h3&gt;  PAPERS&lt;/h3&gt;, &lt;h3&gt; SOFTWARE&lt;/h3&gt;, &lt;h3&gt; TEACHING&lt;/h3&gt;, &lt;h3&gt; HONORS&lt;/h3&gt;, &lt;h3&gt; PH.D. THESES SUPERVISED:&lt;/h3&gt;, &lt;h3&gt; COLLEAGUES&lt;/h3&gt;, &lt;h3&gt;KEN BROWN INCIDENT&lt;/h3&gt;, &lt;h3&gt;RFID VIRUS STORY&lt;/h3&gt;, &lt;h3&gt; PHOTOS&lt;/h3&gt;, &lt;h3&gt; STEGANOGRAPHY DEMO&lt;/h3&gt;, &lt;h3&gt; MESSAGE TO DUTCH HIGH SCHOOL (VWO) STUDENTS&lt;/h3&gt;]</w:t>
      </w:r>
    </w:p>
    <w:p>
      <w:pPr>
        <w:spacing w:after="40"/>
      </w:pPr>
    </w:p>
    <w:p>
      <w:pPr>
        <w:spacing w:after="80"/>
        <w:ind w:left="360"/>
      </w:pPr>
      <w:r>
        <w:t xml:space="preserve">6. </w:t>
      </w:r>
      <w:r>
        <w:rPr>
          <w:b w:val="0"/>
          <w:i w:val="0"/>
        </w:rPr>
        <w:t xml:space="preserve">Trích xuất toàn bộ văn bản trong phần 'BOOKS'. Dừng lại khi bạn gặp thẻ </w:t>
      </w:r>
      <w:r>
        <w:rPr>
          <w:rFonts w:ascii="Consolas" w:hAnsi="Consolas"/>
          <w:b w:val="0"/>
          <w:i w:val="0"/>
          <w:sz w:val="20"/>
        </w:rPr>
        <w:br/>
        <w:br/>
        <w:t xml:space="preserve">       &lt;h3&gt;</w:t>
        <w:br/>
        <w:t xml:space="preserve">      </w:t>
        <w:br/>
      </w:r>
      <w:r>
        <w:rPr>
          <w:b w:val="0"/>
          <w:i w:val="0"/>
        </w:rPr>
        <w:t xml:space="preserve"> tiếp theo:</w:t>
      </w:r>
    </w:p>
    <w:p>
      <w:pPr>
        <w:spacing w:after="0"/>
        <w:ind w:left="360"/>
        <w:shd w:val="clear" w:color="auto" w:fill="F2F2F2"/>
      </w:pPr>
      <w:r>
        <w:rPr>
          <w:rFonts w:ascii="Consolas" w:hAnsi="Consolas"/>
          <w:sz w:val="18"/>
        </w:rPr>
        <w:t>&gt;&gt;&gt; books_section = [tag for tag in page.find_all('h3') if 'BOOKS' in tag.text][0]</w:t>
      </w:r>
    </w:p>
    <w:p>
      <w:pPr>
        <w:spacing w:after="0"/>
        <w:ind w:left="360"/>
        <w:shd w:val="clear" w:color="auto" w:fill="F2F2F2"/>
      </w:pPr>
      <w:r>
        <w:rPr>
          <w:rFonts w:ascii="Consolas" w:hAnsi="Consolas"/>
          <w:sz w:val="18"/>
        </w:rPr>
        <w:t>&gt;&gt;&gt; section = []</w:t>
      </w:r>
    </w:p>
    <w:p>
      <w:pPr>
        <w:spacing w:after="0"/>
        <w:ind w:left="360"/>
        <w:shd w:val="clear" w:color="auto" w:fill="F2F2F2"/>
      </w:pPr>
      <w:r>
        <w:rPr>
          <w:rFonts w:ascii="Consolas" w:hAnsi="Consolas"/>
          <w:sz w:val="18"/>
        </w:rPr>
        <w:t>&gt;&gt;&gt; for element in books_section.next_elements:</w:t>
      </w:r>
    </w:p>
    <w:p>
      <w:pPr>
        <w:spacing w:after="0"/>
        <w:ind w:left="360"/>
        <w:shd w:val="clear" w:color="auto" w:fill="F2F2F2"/>
      </w:pPr>
      <w:r>
        <w:rPr>
          <w:rFonts w:ascii="Consolas" w:hAnsi="Consolas"/>
          <w:sz w:val="18"/>
        </w:rPr>
        <w:t>...     if element.name == 'h3':</w:t>
      </w:r>
    </w:p>
    <w:p>
      <w:pPr>
        <w:spacing w:after="0"/>
        <w:ind w:left="360"/>
        <w:shd w:val="clear" w:color="auto" w:fill="F2F2F2"/>
      </w:pPr>
      <w:r>
        <w:rPr>
          <w:rFonts w:ascii="Consolas" w:hAnsi="Consolas"/>
          <w:sz w:val="18"/>
        </w:rPr>
        <w:t>...         break</w:t>
      </w:r>
    </w:p>
    <w:p>
      <w:pPr>
        <w:spacing w:after="0"/>
        <w:ind w:left="360"/>
        <w:shd w:val="clear" w:color="auto" w:fill="F2F2F2"/>
      </w:pPr>
      <w:r>
        <w:rPr>
          <w:rFonts w:ascii="Consolas" w:hAnsi="Consolas"/>
          <w:sz w:val="18"/>
        </w:rPr>
        <w:t>...     section.append(element.string or '')</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&gt;&gt;&gt; result = ''.join(section)</w:t>
      </w:r>
    </w:p>
    <w:p>
      <w:pPr>
        <w:spacing w:after="0"/>
        <w:ind w:left="360"/>
        <w:shd w:val="clear" w:color="auto" w:fill="F2F2F2"/>
      </w:pPr>
      <w:r>
        <w:rPr>
          <w:rFonts w:ascii="Consolas" w:hAnsi="Consolas"/>
          <w:sz w:val="18"/>
        </w:rPr>
        <w:t>&gt;&gt;&gt; result</w:t>
      </w:r>
    </w:p>
    <w:p>
      <w:pPr>
        <w:spacing w:after="0"/>
        <w:ind w:left="360"/>
        <w:shd w:val="clear" w:color="auto" w:fill="F2F2F2"/>
      </w:pPr>
      <w:r>
        <w:rPr>
          <w:rFonts w:ascii="Consolas" w:hAnsi="Consolas"/>
          <w:sz w:val="18"/>
        </w:rPr>
        <w:t>' BOOKS\n\n Photos of the covers of my booksPhotos of the covers of my books \nTranslations of my booksTranslations of my books \n  Structured Computer Organization, 6th ed. Structured Computer Organization, 6th ed. \n Computer Networks, 6th ed.Computer Networks, 6th ed. \n Operating Systems Design and Implementation, 3rd ed.Operating Systems Design and Implementation, 3rd ed. \n Modern Operating Systems, 5th ed.Modern Operating Systems, 5th ed.\n Distributed Systems, 3rd ed.Distributed Systems, 3rd ed. \nHow to Prepare Your InputHow to Prepare Your InputHow to Prepare Your Input\n\n  '</w:t>
      </w:r>
    </w:p>
    <w:p>
      <w:pPr>
        <w:spacing w:after="40"/>
      </w:pPr>
    </w:p>
    <w:p>
      <w:pPr>
        <w:spacing w:after="80"/>
      </w:pPr>
      <w:r>
        <w:rPr>
          <w:b w:val="0"/>
          <w:i w:val="0"/>
        </w:rPr>
        <w:t xml:space="preserve">Lưu ý rằng tất cả văn bản thô đều được hiển thị, bao gồm cả các ký tự xuống dòng </w:t>
      </w:r>
      <w:r>
        <w:rPr>
          <w:rFonts w:ascii="Consolas" w:hAnsi="Consolas"/>
          <w:b w:val="0"/>
          <w:i w:val="0"/>
          <w:sz w:val="20"/>
        </w:rPr>
        <w:br/>
        <w:br/>
        <w:t xml:space="preserve">      \n</w:t>
        <w:br/>
        <w:t xml:space="preserve">     </w:t>
        <w:br/>
      </w:r>
      <w:r>
        <w:rPr>
          <w:b w:val="0"/>
          <w:i w:val="0"/>
        </w:rPr>
        <w:t>.</w:t>
      </w:r>
    </w:p>
    <w:p>
      <w:pPr>
        <w:pStyle w:val="Heading3"/>
      </w:pPr>
      <w:r>
        <w:rPr>
          <w:rFonts w:ascii="Calibri" w:hAnsi="Calibri"/>
          <w:b/>
          <w:i w:val="0"/>
          <w:sz w:val="26"/>
        </w:rPr>
        <w:t>Cách hoạt động...</w:t>
      </w:r>
    </w:p>
    <w:p>
      <w:pPr>
        <w:spacing w:after="80"/>
      </w:pPr>
      <w:r>
        <w:rPr>
          <w:b w:val="0"/>
          <w:i w:val="0"/>
        </w:rPr>
        <w:t xml:space="preserve">Bước đầu tiên là tải trang về. Sau đó, văn bản thô có thể được phân tích cú pháp, như trong </w:t>
      </w:r>
      <w:r>
        <w:rPr>
          <w:b w:val="0"/>
          <w:i/>
        </w:rPr>
        <w:t xml:space="preserve"> bước 3 </w:t>
      </w:r>
      <w:r>
        <w:rPr>
          <w:b w:val="0"/>
          <w:i w:val="0"/>
        </w:rPr>
        <w:t>. Đối tượng trang (page object) thu được chứa thông tin đã được phân tích cú pháp.</w:t>
      </w:r>
    </w:p>
    <w:p>
      <w:pPr>
        <w:spacing w:after="80"/>
      </w:pPr>
      <w:r>
        <w:rPr>
          <w:b/>
          <w:i w:val="0"/>
        </w:rPr>
        <w:t>Lưu ý</w:t>
      </w:r>
    </w:p>
    <w:p>
      <w:pPr>
        <w:spacing w:after="80"/>
      </w:pPr>
      <w:r>
        <w:rPr>
          <w:b w:val="0"/>
          <w:i w:val="0"/>
        </w:rPr>
        <w:t xml:space="preserve">Trình phân tích cú pháp (parser) </w:t>
      </w:r>
      <w:r>
        <w:rPr>
          <w:rFonts w:ascii="Consolas" w:hAnsi="Consolas"/>
          <w:b w:val="0"/>
          <w:i w:val="0"/>
          <w:sz w:val="20"/>
        </w:rPr>
        <w:br/>
        <w:br/>
        <w:t xml:space="preserve">       html.parser</w:t>
        <w:br/>
        <w:t xml:space="preserve">      </w:t>
        <w:br/>
      </w:r>
      <w:r>
        <w:rPr>
          <w:b w:val="0"/>
          <w:i w:val="0"/>
        </w:rPr>
        <w:t xml:space="preserve"> là trình mặc định, nhưng có một số thao tác mà nó gặp khó khăn. Ví dụ, với những trang lớn thì nó có thể chậm, và nó có thể gặp vấn đề khi hiển thị những trang web có tính động cao. Với những tác vụ như vậy, bạn có thể dùng các trình phân tích cú pháp khác, chẳng hạn như </w:t>
      </w:r>
      <w:r>
        <w:rPr>
          <w:rFonts w:ascii="Consolas" w:hAnsi="Consolas"/>
          <w:b w:val="0"/>
          <w:i w:val="0"/>
          <w:sz w:val="20"/>
        </w:rPr>
        <w:br/>
        <w:br/>
        <w:t xml:space="preserve">       lxml</w:t>
        <w:br/>
        <w:t xml:space="preserve">      </w:t>
        <w:br/>
      </w:r>
      <w:r>
        <w:rPr>
          <w:b w:val="0"/>
          <w:i w:val="0"/>
        </w:rPr>
        <w:t xml:space="preserve">, nhanh hơn nhiều, hoặc </w:t>
      </w:r>
      <w:r>
        <w:rPr>
          <w:rFonts w:ascii="Consolas" w:hAnsi="Consolas"/>
          <w:b w:val="0"/>
          <w:i w:val="0"/>
          <w:sz w:val="20"/>
        </w:rPr>
        <w:br/>
        <w:br/>
        <w:t xml:space="preserve">       html5lib</w:t>
        <w:br/>
        <w:t xml:space="preserve">      </w:t>
        <w:br/>
      </w:r>
      <w:r>
        <w:rPr>
          <w:b w:val="0"/>
          <w:i w:val="0"/>
        </w:rPr>
        <w:t xml:space="preserve">, hoạt động gần giống với cách trình duyệt hoạt động. Chúng là các mô-đun bên ngoài cần được thêm vào tệp </w:t>
      </w:r>
      <w:r>
        <w:rPr>
          <w:rFonts w:ascii="Consolas" w:hAnsi="Consolas"/>
          <w:b w:val="0"/>
          <w:i w:val="0"/>
          <w:sz w:val="20"/>
        </w:rPr>
        <w:br/>
        <w:br/>
        <w:t xml:space="preserve">       requirements.txt</w:t>
        <w:br/>
        <w:t xml:space="preserve">      </w:t>
        <w:br/>
      </w:r>
      <w:r>
        <w:rPr>
          <w:b w:val="0"/>
          <w:i w:val="0"/>
        </w:rPr>
        <w:t>.</w:t>
      </w:r>
    </w:p>
    <w:p>
      <w:pPr>
        <w:spacing w:after="80"/>
      </w:pPr>
      <w:r>
        <w:rPr>
          <w:rFonts w:ascii="Consolas" w:hAnsi="Consolas"/>
          <w:b w:val="0"/>
          <w:i w:val="0"/>
          <w:sz w:val="20"/>
        </w:rPr>
        <w:br/>
        <w:br/>
        <w:t xml:space="preserve">      BeautifulSoup</w:t>
        <w:br/>
        <w:t xml:space="preserve">     </w:t>
        <w:br/>
      </w:r>
      <w:r>
        <w:rPr>
          <w:b w:val="0"/>
          <w:i w:val="0"/>
        </w:rPr>
        <w:t xml:space="preserve"> cho phép chúng ta tìm kiếm các phần tử HTML cụ thể. Nó có thể tìm lần xuất hiện đầu tiên của một phần tử HTML bằng </w:t>
      </w:r>
      <w:r>
        <w:rPr>
          <w:rFonts w:ascii="Consolas" w:hAnsi="Consolas"/>
          <w:b w:val="0"/>
          <w:i w:val="0"/>
          <w:sz w:val="20"/>
        </w:rPr>
        <w:br/>
        <w:br/>
        <w:t xml:space="preserve">      .find()</w:t>
        <w:br/>
        <w:t xml:space="preserve">     </w:t>
        <w:br/>
      </w:r>
      <w:r>
        <w:rPr>
          <w:b w:val="0"/>
          <w:i w:val="0"/>
        </w:rPr>
        <w:t xml:space="preserve"> hoặc trả về một danh sách bằng </w:t>
      </w:r>
      <w:r>
        <w:rPr>
          <w:rFonts w:ascii="Consolas" w:hAnsi="Consolas"/>
          <w:b w:val="0"/>
          <w:i w:val="0"/>
          <w:sz w:val="20"/>
        </w:rPr>
        <w:br/>
        <w:br/>
        <w:t xml:space="preserve">      .find_all()</w:t>
        <w:br/>
        <w:t xml:space="preserve">     </w:t>
        <w:br/>
      </w:r>
      <w:r>
        <w:rPr>
          <w:b w:val="0"/>
          <w:i w:val="0"/>
        </w:rPr>
        <w:t xml:space="preserve">. Trong </w:t>
      </w:r>
      <w:r>
        <w:rPr>
          <w:b w:val="0"/>
          <w:i/>
        </w:rPr>
        <w:t xml:space="preserve"> bước 5 </w:t>
      </w:r>
      <w:r>
        <w:rPr>
          <w:b w:val="0"/>
          <w:i w:val="0"/>
        </w:rPr>
        <w:t xml:space="preserve">, nó đã tìm tất cả các thẻ </w:t>
      </w:r>
      <w:r>
        <w:rPr>
          <w:rFonts w:ascii="Consolas" w:hAnsi="Consolas"/>
          <w:b w:val="0"/>
          <w:i w:val="0"/>
          <w:sz w:val="20"/>
        </w:rPr>
        <w:br/>
        <w:br/>
        <w:t xml:space="preserve">      &lt;h3&gt;</w:t>
        <w:br/>
        <w:t xml:space="preserve">     </w:t>
        <w:br/>
      </w:r>
      <w:r>
        <w:rPr>
          <w:b w:val="0"/>
          <w:i w:val="0"/>
        </w:rPr>
        <w:t xml:space="preserve"> và chỉ giữ lại thẻ chứa tiêu đề 'BOOKS'.</w:t>
      </w:r>
    </w:p>
    <w:p>
      <w:pPr>
        <w:spacing w:after="80"/>
      </w:pPr>
      <w:r>
        <w:rPr>
          <w:b/>
          <w:i w:val="0"/>
        </w:rPr>
        <w:t>Mẹo</w:t>
      </w:r>
    </w:p>
    <w:p>
      <w:pPr>
        <w:spacing w:after="80"/>
      </w:pPr>
      <w:r>
        <w:rPr>
          <w:b w:val="0"/>
          <w:i w:val="0"/>
        </w:rPr>
        <w:t xml:space="preserve">Mặc dù các thuộc tính (attribute) không được đưa vào trang ví dụ của chúng ta, nhưng vẫn có thể tìm kiếm các thuộc tính, chẳng hạn như </w:t>
      </w:r>
      <w:r>
        <w:rPr>
          <w:rFonts w:ascii="Consolas" w:hAnsi="Consolas"/>
          <w:b w:val="0"/>
          <w:i w:val="0"/>
          <w:sz w:val="20"/>
        </w:rPr>
        <w:br/>
        <w:br/>
        <w:t xml:space="preserve">       id</w:t>
        <w:br/>
        <w:t xml:space="preserve">      </w:t>
        <w:br/>
      </w:r>
      <w:r>
        <w:rPr>
          <w:b w:val="0"/>
          <w:i w:val="0"/>
        </w:rPr>
        <w:t xml:space="preserve">, trong các thẻ HTML bằng cách thêm tham số </w:t>
      </w:r>
      <w:r>
        <w:rPr>
          <w:rFonts w:ascii="Consolas" w:hAnsi="Consolas"/>
          <w:b w:val="0"/>
          <w:i w:val="0"/>
          <w:sz w:val="20"/>
        </w:rPr>
        <w:br/>
        <w:br/>
        <w:t xml:space="preserve">       attrs</w:t>
        <w:br/>
        <w:t xml:space="preserve">      </w:t>
        <w:br/>
      </w:r>
      <w:r>
        <w:rPr>
          <w:b w:val="0"/>
          <w:i w:val="0"/>
        </w:rPr>
        <w:t xml:space="preserve"> vào lệnh gọi find. Ví dụ: </w:t>
      </w:r>
      <w:r>
        <w:rPr>
          <w:rFonts w:ascii="Consolas" w:hAnsi="Consolas"/>
          <w:b w:val="0"/>
          <w:i w:val="0"/>
          <w:sz w:val="20"/>
        </w:rPr>
        <w:br/>
        <w:br/>
        <w:t xml:space="preserve">       .find(attrs={'id': 'my_id'})</w:t>
        <w:br/>
        <w:t xml:space="preserve">      </w:t>
        <w:br/>
      </w:r>
    </w:p>
    <w:p>
      <w:pPr>
        <w:spacing w:after="80"/>
      </w:pPr>
      <w:r>
        <w:rPr>
          <w:b w:val="0"/>
          <w:i w:val="0"/>
        </w:rPr>
        <w:t>Bạn có thể nhờ công cụ GenAI mà bạn ưa thích giúp xác định cách tốt nhất để bắt một phần tử cụ thể trong trang.</w:t>
      </w:r>
    </w:p>
    <w:p>
      <w:pPr>
        <w:spacing w:after="80"/>
      </w:pPr>
      <w:r>
        <w:rPr>
          <w:b w:val="0"/>
          <w:i w:val="0"/>
        </w:rPr>
        <w:t xml:space="preserve">Sau đó, trong </w:t>
      </w:r>
      <w:r>
        <w:rPr>
          <w:b w:val="0"/>
          <w:i/>
        </w:rPr>
        <w:t xml:space="preserve"> Mục </w:t>
      </w:r>
      <w:r>
        <w:rPr>
          <w:b w:val="0"/>
          <w:i w:val="0"/>
        </w:rPr>
        <w:t xml:space="preserve"> </w:t>
      </w:r>
      <w:r>
        <w:rPr>
          <w:b w:val="0"/>
          <w:i/>
        </w:rPr>
        <w:t xml:space="preserve"> 5 </w:t>
      </w:r>
      <w:r>
        <w:rPr>
          <w:b w:val="0"/>
          <w:i w:val="0"/>
        </w:rPr>
        <w:t xml:space="preserve">, nó tiếp tục lặp qua </w:t>
      </w:r>
      <w:r>
        <w:rPr>
          <w:rFonts w:ascii="Consolas" w:hAnsi="Consolas"/>
          <w:b w:val="0"/>
          <w:i w:val="0"/>
          <w:sz w:val="20"/>
        </w:rPr>
        <w:br/>
        <w:br/>
        <w:t xml:space="preserve">      .next_elements</w:t>
        <w:br/>
        <w:t xml:space="preserve">     </w:t>
        <w:br/>
      </w:r>
      <w:r>
        <w:rPr>
          <w:b w:val="0"/>
          <w:i w:val="0"/>
        </w:rPr>
        <w:t xml:space="preserve"> cho đến khi tìm thấy thẻ </w:t>
      </w:r>
      <w:r>
        <w:rPr>
          <w:rFonts w:ascii="Consolas" w:hAnsi="Consolas"/>
          <w:b w:val="0"/>
          <w:i w:val="0"/>
          <w:sz w:val="20"/>
        </w:rPr>
        <w:br/>
        <w:br/>
        <w:t xml:space="preserve">      h3</w:t>
        <w:br/>
        <w:t xml:space="preserve">     </w:t>
        <w:br/>
      </w:r>
      <w:r>
        <w:rPr>
          <w:b w:val="0"/>
          <w:i w:val="0"/>
        </w:rPr>
        <w:t xml:space="preserve"> tiếp theo, đánh dấu điểm kết thúc của phần này.</w:t>
      </w:r>
    </w:p>
    <w:p>
      <w:pPr>
        <w:spacing w:after="80"/>
      </w:pPr>
      <w:r>
        <w:rPr>
          <w:b w:val="0"/>
          <w:i w:val="0"/>
        </w:rPr>
        <w:t xml:space="preserve">Trong </w:t>
      </w:r>
      <w:r>
        <w:rPr>
          <w:b w:val="0"/>
          <w:i/>
        </w:rPr>
        <w:t xml:space="preserve"> Mục 6 </w:t>
      </w:r>
      <w:r>
        <w:rPr>
          <w:b w:val="0"/>
          <w:i w:val="0"/>
        </w:rPr>
        <w:t xml:space="preserve">, văn bản của từng phần tử được trích xuất và cuối cùng được ghép lại thành một văn bản duy nhất. Hãy chú ý dòng </w:t>
      </w:r>
      <w:r>
        <w:rPr>
          <w:rFonts w:ascii="Consolas" w:hAnsi="Consolas"/>
          <w:b w:val="0"/>
          <w:i w:val="0"/>
          <w:sz w:val="20"/>
        </w:rPr>
        <w:br/>
        <w:br/>
        <w:t xml:space="preserve">      section.append(element.string or '')</w:t>
        <w:br/>
        <w:t xml:space="preserve">     </w:t>
        <w:br/>
      </w:r>
      <w:r>
        <w:rPr>
          <w:b w:val="0"/>
          <w:i w:val="0"/>
        </w:rPr>
        <w:t xml:space="preserve">, trong đó </w:t>
      </w:r>
      <w:r>
        <w:rPr>
          <w:rFonts w:ascii="Consolas" w:hAnsi="Consolas"/>
          <w:b w:val="0"/>
          <w:i w:val="0"/>
          <w:sz w:val="20"/>
        </w:rPr>
        <w:br/>
        <w:br/>
        <w:t xml:space="preserve">      or</w:t>
        <w:br/>
        <w:t xml:space="preserve">     </w:t>
        <w:br/>
      </w:r>
      <w:r>
        <w:rPr>
          <w:b w:val="0"/>
          <w:i w:val="0"/>
        </w:rPr>
        <w:t xml:space="preserve"> giúp tránh lưu giá trị </w:t>
      </w:r>
      <w:r>
        <w:rPr>
          <w:rFonts w:ascii="Consolas" w:hAnsi="Consolas"/>
          <w:b w:val="0"/>
          <w:i w:val="0"/>
          <w:sz w:val="20"/>
        </w:rPr>
        <w:br/>
        <w:br/>
        <w:t xml:space="preserve">      None</w:t>
        <w:br/>
        <w:t xml:space="preserve">     </w:t>
        <w:br/>
      </w:r>
      <w:r>
        <w:rPr>
          <w:b w:val="0"/>
          <w:i w:val="0"/>
        </w:rPr>
        <w:t xml:space="preserve">, được trả về khi một </w:t>
      </w:r>
      <w:r>
        <w:rPr>
          <w:rFonts w:ascii="Consolas" w:hAnsi="Consolas"/>
          <w:b w:val="0"/>
          <w:i w:val="0"/>
          <w:sz w:val="20"/>
        </w:rPr>
        <w:br/>
        <w:br/>
        <w:t xml:space="preserve">      element</w:t>
        <w:br/>
        <w:t xml:space="preserve">     </w:t>
        <w:br/>
      </w:r>
      <w:r>
        <w:rPr>
          <w:b w:val="0"/>
          <w:i w:val="0"/>
        </w:rPr>
        <w:t xml:space="preserve"> không có văn bản. Thay vào đó, nó lưu một chuỗi rỗng, có thể được nối chính xác với phần còn lại của các chuỗi.</w:t>
      </w:r>
    </w:p>
    <w:p>
      <w:pPr>
        <w:spacing w:after="80"/>
      </w:pPr>
      <w:r>
        <w:rPr>
          <w:b/>
          <w:i w:val="0"/>
        </w:rPr>
        <w:t>Lưu ý</w:t>
      </w:r>
    </w:p>
    <w:p>
      <w:pPr>
        <w:spacing w:after="80"/>
      </w:pPr>
      <w:r>
        <w:rPr>
          <w:b w:val="0"/>
          <w:i w:val="0"/>
        </w:rPr>
        <w:t xml:space="preserve">HTML rất linh hoạt và có thể được dùng để định nghĩa vô số cấu trúc tài liệu khác nhau. Trường hợp được trình bày trong công thức này là phổ biến, nhưng có nhiều cách để cấu trúc một trang web, chẳng hạn như nhóm các phần liên quan vào bên trong một phần tử chứa </w:t>
      </w:r>
      <w:r>
        <w:rPr>
          <w:rFonts w:ascii="Consolas" w:hAnsi="Consolas"/>
          <w:b w:val="0"/>
          <w:i w:val="0"/>
          <w:sz w:val="20"/>
        </w:rPr>
        <w:br/>
        <w:br/>
        <w:t xml:space="preserve">       &lt;div&gt;</w:t>
        <w:br/>
        <w:t xml:space="preserve">      </w:t>
        <w:br/>
      </w:r>
      <w:r>
        <w:rPr>
          <w:b w:val="0"/>
          <w:i w:val="0"/>
        </w:rPr>
        <w:t xml:space="preserve"> lớn, trong khi ở đầu kia của phổ cấu trúc có thể là văn bản thô không có cấu trúc. Có thể cần một chút thử nghiệm và có lẽ là tham khảo ý kiến từ GenAI để tinh chỉnh quy trình nhằm trích xuất những phần thú vị trên một trang web. Đừng ngại thử nhé!</w:t>
      </w:r>
    </w:p>
    <w:p>
      <w:pPr>
        <w:pStyle w:val="Heading3"/>
      </w:pPr>
      <w:r>
        <w:rPr>
          <w:rFonts w:ascii="Calibri" w:hAnsi="Calibri"/>
          <w:b/>
          <w:i w:val="0"/>
          <w:sz w:val="26"/>
        </w:rPr>
        <w:t>Còn nhiều điều khác nữa...</w:t>
      </w:r>
    </w:p>
    <w:p>
      <w:pPr>
        <w:spacing w:after="80"/>
      </w:pPr>
      <w:r>
        <w:rPr>
          <w:b w:val="0"/>
          <w:i w:val="0"/>
        </w:rPr>
        <w:t xml:space="preserve">Regex có thể được dùng làm đầu vào trong các phương thức </w:t>
      </w:r>
      <w:r>
        <w:rPr>
          <w:rFonts w:ascii="Consolas" w:hAnsi="Consolas"/>
          <w:b w:val="0"/>
          <w:i w:val="0"/>
          <w:sz w:val="20"/>
        </w:rPr>
        <w:br/>
        <w:br/>
        <w:t xml:space="preserve">      .find()</w:t>
        <w:br/>
        <w:t xml:space="preserve">     </w:t>
        <w:br/>
      </w:r>
      <w:r>
        <w:rPr>
          <w:b w:val="0"/>
          <w:i w:val="0"/>
        </w:rPr>
        <w:t xml:space="preserve"> và </w:t>
      </w:r>
      <w:r>
        <w:rPr>
          <w:rFonts w:ascii="Consolas" w:hAnsi="Consolas"/>
          <w:b w:val="0"/>
          <w:i w:val="0"/>
          <w:sz w:val="20"/>
        </w:rPr>
        <w:br/>
        <w:br/>
        <w:t xml:space="preserve">      .find_all()</w:t>
        <w:br/>
        <w:t xml:space="preserve">     </w:t>
        <w:br/>
      </w:r>
      <w:r>
        <w:rPr>
          <w:b w:val="0"/>
          <w:i w:val="0"/>
        </w:rPr>
        <w:t xml:space="preserve">. Ví dụ, tìm kiếm này sử dụng các thẻ </w:t>
      </w:r>
      <w:r>
        <w:rPr>
          <w:rFonts w:ascii="Consolas" w:hAnsi="Consolas"/>
          <w:b w:val="0"/>
          <w:i w:val="0"/>
          <w:sz w:val="20"/>
        </w:rPr>
        <w:br/>
        <w:br/>
        <w:t xml:space="preserve">      h2</w:t>
        <w:br/>
        <w:t xml:space="preserve">     </w:t>
        <w:br/>
      </w:r>
      <w:r>
        <w:rPr>
          <w:b w:val="0"/>
          <w:i w:val="0"/>
        </w:rPr>
        <w:t xml:space="preserve"> và </w:t>
      </w:r>
      <w:r>
        <w:rPr>
          <w:rFonts w:ascii="Consolas" w:hAnsi="Consolas"/>
          <w:b w:val="0"/>
          <w:i w:val="0"/>
          <w:sz w:val="20"/>
        </w:rPr>
        <w:br/>
        <w:br/>
        <w:t xml:space="preserve">      h3</w:t>
        <w:br/>
        <w:t xml:space="preserve">     </w:t>
        <w:br/>
      </w:r>
      <w:r>
        <w:rPr>
          <w:b w:val="0"/>
          <w:i w:val="0"/>
        </w:rPr>
        <w:t>:</w:t>
      </w:r>
    </w:p>
    <w:p>
      <w:pPr>
        <w:spacing w:after="0"/>
        <w:ind w:left="360"/>
        <w:shd w:val="clear" w:color="auto" w:fill="F2F2F2"/>
      </w:pPr>
      <w:r>
        <w:rPr>
          <w:rFonts w:ascii="Consolas" w:hAnsi="Consolas"/>
          <w:sz w:val="18"/>
        </w:rPr>
        <w:t>&gt;&gt;&gt; page.find_all(re.compile('^h(2|3)'))</w:t>
      </w:r>
    </w:p>
    <w:p>
      <w:pPr>
        <w:spacing w:after="0"/>
        <w:ind w:left="360"/>
        <w:shd w:val="clear" w:color="auto" w:fill="F2F2F2"/>
      </w:pPr>
      <w:r>
        <w:rPr>
          <w:rFonts w:ascii="Consolas" w:hAnsi="Consolas"/>
          <w:sz w:val="18"/>
        </w:rPr>
        <w:t>[&lt;h2&gt;Andrew S. Tanenbaum's Home Page &lt;/h2&gt;, &lt;h3&gt;Professor of Computer Science&lt;/h3&gt;, &lt;h3&gt;&lt;img align="middle" alt="" src="home/images/envelope.gif"/&gt;</w:t>
      </w:r>
    </w:p>
    <w:p>
      <w:pPr>
        <w:spacing w:after="0"/>
        <w:ind w:left="360"/>
        <w:shd w:val="clear" w:color="auto" w:fill="F2F2F2"/>
      </w:pPr>
      <w:r>
        <w:rPr>
          <w:rFonts w:ascii="Consolas" w:hAnsi="Consolas"/>
          <w:sz w:val="18"/>
        </w:rPr>
        <w:t xml:space="preserve">       Address:&lt;/h3&gt;, &lt;h3&gt; PERSONAL INFORMATION&lt;/h3&gt;, &lt;h3&gt; BOOKS&lt;/h3&gt;, &lt;h3&gt;  PAPERS&lt;/h3&gt;, &lt;h3&gt; SOFTWARE&lt;/h3&gt;, &lt;h3&gt; TEACHING&lt;/h3&gt;, &lt;h3&gt; HONORS&lt;/h3&gt;, &lt;h3&gt; PH.D. THESES SUPERVISED:&lt;/h3&gt;, &lt;h3&gt; COLLEAGUES&lt;/h3&gt;, &lt;h3&gt;KEN BROWN INCIDENT&lt;/h3&gt;, &lt;h3&gt;RFID VIRUS STORY&lt;/h3&gt;, &lt;h3&gt; PHOTOS&lt;/h3&gt;, &lt;h3&gt; STEGANOGRAPHY DEMO&lt;/h3&gt;, &lt;h3&gt; MESSAGE TO DUTCH HIGH SCHOOL (VWO) STUDENTS&lt;/h3&gt;]</w:t>
      </w:r>
    </w:p>
    <w:p>
      <w:pPr>
        <w:spacing w:after="40"/>
      </w:pPr>
    </w:p>
    <w:p>
      <w:pPr>
        <w:spacing w:after="80"/>
      </w:pPr>
      <w:r>
        <w:rPr>
          <w:b w:val="0"/>
          <w:i w:val="0"/>
        </w:rPr>
        <w:t xml:space="preserve">Một mẹo hữu ích khác của </w:t>
      </w:r>
      <w:r>
        <w:rPr>
          <w:rFonts w:ascii="Consolas" w:hAnsi="Consolas"/>
          <w:b w:val="0"/>
          <w:i w:val="0"/>
          <w:sz w:val="20"/>
        </w:rPr>
        <w:br/>
        <w:br/>
        <w:t xml:space="preserve">      .find()</w:t>
        <w:br/>
        <w:t xml:space="preserve">     </w:t>
        <w:br/>
      </w:r>
      <w:r>
        <w:rPr>
          <w:b w:val="0"/>
          <w:i w:val="0"/>
        </w:rPr>
        <w:t xml:space="preserve"> là chỉ định lớp CSS bằng tham số </w:t>
      </w:r>
      <w:r>
        <w:rPr>
          <w:rFonts w:ascii="Consolas" w:hAnsi="Consolas"/>
          <w:b w:val="0"/>
          <w:i w:val="0"/>
          <w:sz w:val="20"/>
        </w:rPr>
        <w:br/>
        <w:br/>
        <w:t xml:space="preserve">      class_</w:t>
        <w:br/>
        <w:t xml:space="preserve">     </w:t>
        <w:br/>
      </w:r>
      <w:r>
        <w:rPr>
          <w:b w:val="0"/>
          <w:i w:val="0"/>
        </w:rPr>
        <w:t>. Điều này sẽ được trình bày sau trong sách.</w:t>
      </w:r>
    </w:p>
    <w:p>
      <w:pPr>
        <w:spacing w:after="80"/>
      </w:pPr>
      <w:r>
        <w:rPr>
          <w:b w:val="0"/>
          <w:i w:val="0"/>
        </w:rPr>
        <w:t xml:space="preserve">Tài liệu đầy đủ về Beautiful Soup có thể được tìm thấy ở đây: </w:t>
      </w:r>
      <w:r>
        <w:rPr>
          <w:rFonts w:ascii="Consolas" w:hAnsi="Consolas"/>
          <w:b w:val="0"/>
          <w:i w:val="0"/>
          <w:sz w:val="20"/>
        </w:rPr>
        <w:br/>
        <w:br/>
        <w:t xml:space="preserve">       https://www.crummy.com/software/BeautifulSoup/bs4/doc/</w:t>
        <w:br/>
        <w:t xml:space="preserve">      </w:t>
        <w:br/>
      </w:r>
      <w:r>
        <w:rPr>
          <w:b w:val="0"/>
          <w:i w:val="0"/>
        </w:rPr>
        <w:t xml:space="preserve"> .</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Cài đặt các gói bên thứ ba </w:t>
      </w:r>
      <w:r>
        <w:rPr>
          <w:b w:val="0"/>
          <w:i w:val="0"/>
        </w:rPr>
        <w:t xml:space="preserve"> trong </w:t>
      </w:r>
      <w:r>
        <w:rPr>
          <w:b w:val="0"/>
          <w:i/>
        </w:rPr>
        <w:t xml:space="preserve"> Chương 1 </w:t>
      </w:r>
      <w:r>
        <w:rPr>
          <w:b w:val="0"/>
          <w:i w:val="0"/>
        </w:rPr>
        <w:t xml:space="preserve"> , </w:t>
      </w:r>
      <w:r>
        <w:rPr>
          <w:b w:val="0"/>
          <w:i/>
        </w:rPr>
        <w:t xml:space="preserve"> Hãy bắt đầu hành trình </w:t>
      </w:r>
      <w:r>
        <w:rPr>
          <w:b w:val="0"/>
          <w:i w:val="0"/>
        </w:rPr>
        <w:t xml:space="preserve"> </w:t>
      </w:r>
      <w:r>
        <w:rPr>
          <w:b w:val="0"/>
          <w:i/>
        </w:rPr>
        <w:t xml:space="preserve"> </w:t>
      </w:r>
      <w:r>
        <w:rPr>
          <w:b w:val="0"/>
          <w:i w:val="0"/>
        </w:rPr>
        <w:t xml:space="preserve"> </w:t>
      </w:r>
      <w:r>
        <w:rPr>
          <w:b w:val="0"/>
          <w:i/>
        </w:rPr>
        <w:t xml:space="preserve"> tự động hóa của chúng ta </w:t>
      </w:r>
      <w:r>
        <w:rPr>
          <w:b w:val="0"/>
          <w:i w:val="0"/>
        </w:rPr>
        <w:t xml:space="preserve"> , để tìm hiểu về cách cài đặt các mô-đun bên ngoài.</w:t>
      </w:r>
    </w:p>
    <w:p>
      <w:pPr>
        <w:spacing w:after="80"/>
        <w:ind w:left="360"/>
      </w:pPr>
      <w:r>
        <w:t xml:space="preserve">• </w:t>
      </w:r>
      <w:r>
        <w:rPr>
          <w:b w:val="0"/>
          <w:i w:val="0"/>
        </w:rPr>
        <w:t xml:space="preserve">Công thức </w:t>
      </w:r>
      <w:r>
        <w:rPr>
          <w:b w:val="0"/>
          <w:i/>
        </w:rPr>
        <w:t xml:space="preserve"> Tải xuống các trang web </w:t>
      </w:r>
      <w:r>
        <w:rPr>
          <w:b w:val="0"/>
          <w:i w:val="0"/>
        </w:rPr>
        <w:t xml:space="preserve"> , ở phần trước trong chương này, để tìm hiểu những kiến thức cơ bản về yêu cầu các trang web.</w:t>
      </w:r>
    </w:p>
    <w:p>
      <w:pPr>
        <w:pStyle w:val="Heading2"/>
      </w:pPr>
      <w:r>
        <w:rPr>
          <w:rFonts w:ascii="Calibri" w:hAnsi="Calibri"/>
          <w:b/>
          <w:i w:val="0"/>
          <w:sz w:val="32"/>
        </w:rPr>
        <w:t>Thu thập dữ liệu web</w:t>
      </w:r>
    </w:p>
    <w:p>
      <w:pPr>
        <w:spacing w:after="80"/>
      </w:pPr>
      <w:r>
        <w:rPr>
          <w:b w:val="0"/>
          <w:i w:val="0"/>
        </w:rPr>
        <w:t>Với bản chất của các trang siêu liên kết, việc bắt đầu từ một địa điểm đã biết và theo các liên kết đến các trang khác là một công cụ rất quan trọng trong kho vũ khí của bạn khi thu thập dữ liệu web.</w:t>
      </w:r>
    </w:p>
    <w:p>
      <w:pPr>
        <w:spacing w:after="80"/>
      </w:pPr>
      <w:r>
        <w:rPr>
          <w:b w:val="0"/>
          <w:i w:val="0"/>
        </w:rPr>
        <w:t xml:space="preserve">Để làm điều đó, chúng ta thu thập dữ liệu từ một trang để tìm kiếm một cụm từ ngắn, và chúng ta in ra bất kỳ đoạn văn nào chứa nó. Chúng ta sẽ chỉ tìm kiếm trong các trang thuộc về một trang web duy nhất, ví dụ: chỉ các URL bắt đầu bằng </w:t>
      </w:r>
      <w:r>
        <w:rPr>
          <w:rFonts w:ascii="Consolas" w:hAnsi="Consolas"/>
          <w:b w:val="0"/>
          <w:i w:val="0"/>
          <w:sz w:val="20"/>
        </w:rPr>
        <w:br/>
        <w:br/>
        <w:t xml:space="preserve">      www.somesite.com</w:t>
        <w:br/>
        <w:t xml:space="preserve">     </w:t>
        <w:br/>
      </w:r>
      <w:r>
        <w:rPr>
          <w:b w:val="0"/>
          <w:i w:val="0"/>
        </w:rPr>
        <w:t xml:space="preserve"> . Chúng ta sẽ không theo các liên kết đến các trang web bên ngoài.</w:t>
      </w:r>
    </w:p>
    <w:p>
      <w:pPr>
        <w:spacing w:after="80"/>
      </w:pPr>
      <w:r>
        <w:rPr>
          <w:b/>
          <w:i w:val="0"/>
        </w:rPr>
        <w:t>Mẹo</w:t>
      </w:r>
    </w:p>
    <w:p>
      <w:pPr>
        <w:spacing w:after="80"/>
      </w:pPr>
      <w:r>
        <w:rPr>
          <w:b w:val="0"/>
          <w:i w:val="0"/>
        </w:rPr>
        <w:t>Công thức này nói về việc thu thập dữ liệu nhất quán từ một trang web, điều này có thể hữu ích khi chúng ta quan tâm, ví dụ, đến việc biết liệu có gì đó trên một trang đã thay đổi bằng cách thu thập dữ liệu từ nó mỗi ngày một lần. Ví dụ, chúng ta có thể quan tâm đến những ưu đãi nào đang có sẵn hoặc sự biến động của giá cả. Việc thu thập dữ liệu cũng có thể được dùng để tải xuống toàn bộ thông tin, ví dụ, thu thập tất cả các đánh giá cho một bộ phim trên một trang web đánh giá phim.</w:t>
      </w:r>
    </w:p>
    <w:p>
      <w:pPr>
        <w:spacing w:after="80"/>
      </w:pPr>
      <w:r>
        <w:rPr>
          <w:b w:val="0"/>
          <w:i w:val="0"/>
        </w:rPr>
        <w:t xml:space="preserve">Hiện nay GenAI có thể rất hữu ích cho việc thu thập dữ liệu và cô đọng các phần của web để thu thập thông tin theo cách ít nghiêm ngặt hơn, nhưng nhanh hơn và linh hoạt hơn. Ví dụ, thay vì chúng ta phải tải xuống tất cả các đánh giá của một bộ phim rồi xử lý dữ liệu, GenAI có thể cung cấp một </w:t>
      </w:r>
      <w:r>
        <w:rPr>
          <w:b w:val="0"/>
          <w:i/>
        </w:rPr>
        <w:t xml:space="preserve"> bản tóm tắt </w:t>
      </w:r>
      <w:r>
        <w:rPr>
          <w:b w:val="0"/>
          <w:i w:val="0"/>
        </w:rPr>
        <w:t xml:space="preserve"> về sự đón nhận của một bộ phim. Tùy thuộc vào mục tiêu của bạn, điều này có thể đủ hoặc không đủ.</w:t>
      </w:r>
    </w:p>
    <w:p>
      <w:pPr>
        <w:pStyle w:val="Heading3"/>
      </w:pPr>
      <w:r>
        <w:rPr>
          <w:rFonts w:ascii="Calibri" w:hAnsi="Calibri"/>
          <w:b/>
          <w:i w:val="0"/>
          <w:sz w:val="26"/>
        </w:rPr>
        <w:t>Chuẩn bị</w:t>
      </w:r>
    </w:p>
    <w:p>
      <w:pPr>
        <w:spacing w:after="80"/>
      </w:pPr>
      <w:r>
        <w:rPr>
          <w:b w:val="0"/>
          <w:i w:val="0"/>
        </w:rPr>
        <w:t>Công thức này xây dựng dựa trên các khái niệm đã được giới thiệu cho đến nay, và sẽ bao gồm việc tải xuống và phân tích các trang để tìm kiếm các liên kết rồi tiếp tục tải xuống.</w:t>
      </w:r>
    </w:p>
    <w:p>
      <w:pPr>
        <w:spacing w:after="80"/>
      </w:pPr>
      <w:r>
        <w:rPr>
          <w:b/>
          <w:i w:val="0"/>
        </w:rPr>
        <w:t>Mẹo</w:t>
      </w:r>
    </w:p>
    <w:p>
      <w:pPr>
        <w:spacing w:after="80"/>
      </w:pPr>
      <w:r>
        <w:rPr>
          <w:b w:val="0"/>
          <w:i w:val="0"/>
        </w:rPr>
        <w:t>Khi thu thập dữ liệu web, hãy nhớ đặt giới hạn khi tải xuống. Rất dễ để thu thập dữ liệu vượt quá nhiều trang. Như bất kỳ độc giả Wikipedia nào cũng có thể xác nhận, internet có khả năng là vô hạn.</w:t>
      </w:r>
    </w:p>
    <w:p>
      <w:pPr>
        <w:spacing w:after="80"/>
      </w:pPr>
      <w:r>
        <w:rPr>
          <w:b w:val="0"/>
          <w:i w:val="0"/>
        </w:rPr>
        <w:t xml:space="preserve">Chúng ta sẽ dùng một ví dụ đã chuẩn bị sẵn, có trong repo GitHub tại </w:t>
      </w:r>
      <w:r>
        <w:rPr>
          <w:rFonts w:ascii="Consolas" w:hAnsi="Consolas"/>
          <w:b w:val="0"/>
          <w:i w:val="0"/>
          <w:sz w:val="20"/>
        </w:rPr>
        <w:br/>
        <w:br/>
        <w:t xml:space="preserve">       https://github.com/PacktPublishing/Python-Automation-Cookbook-Third-Edition/tree/main/ch03/test_site</w:t>
        <w:br/>
        <w:t xml:space="preserve">      </w:t>
        <w:br/>
      </w:r>
      <w:r>
        <w:rPr>
          <w:b w:val="0"/>
          <w:i w:val="0"/>
        </w:rPr>
        <w:t xml:space="preserve"> . Tải toàn bộ site về và chạy script đi kèm:</w:t>
      </w:r>
    </w:p>
    <w:p>
      <w:pPr>
        <w:spacing w:after="0"/>
        <w:ind w:left="360"/>
        <w:shd w:val="clear" w:color="auto" w:fill="F2F2F2"/>
      </w:pPr>
      <w:r>
        <w:rPr>
          <w:rFonts w:ascii="Consolas" w:hAnsi="Consolas"/>
          <w:sz w:val="18"/>
        </w:rPr>
        <w:t>$ uv run simple_delay_server.py</w:t>
      </w:r>
    </w:p>
    <w:p>
      <w:pPr>
        <w:spacing w:after="40"/>
      </w:pPr>
    </w:p>
    <w:p>
      <w:pPr>
        <w:spacing w:after="80"/>
      </w:pPr>
      <w:r>
        <w:rPr>
          <w:b w:val="0"/>
          <w:i w:val="0"/>
        </w:rPr>
        <w:t>Cái này sẽ phục vụ site tại URL http://localhost:8000. Bạn có thể mở nó trong trình duyệt. Đây là một blog đơn giản với ba bài viết.</w:t>
      </w:r>
    </w:p>
    <w:p>
      <w:pPr>
        <w:spacing w:after="80"/>
      </w:pPr>
      <w:r>
        <w:rPr>
          <w:b w:val="0"/>
          <w:i w:val="0"/>
        </w:rPr>
        <w:t xml:space="preserve">Phần lớn nội dung không có gì thú vị, nhưng tôi đã thêm vài đoạn văn chứa từ khóa </w:t>
      </w:r>
      <w:r>
        <w:rPr>
          <w:rFonts w:ascii="Consolas" w:hAnsi="Consolas"/>
          <w:b w:val="0"/>
          <w:i w:val="0"/>
          <w:sz w:val="20"/>
        </w:rPr>
        <w:br/>
        <w:br/>
        <w:t xml:space="preserve">      python</w:t>
        <w:br/>
        <w:t xml:space="preserve">     </w:t>
        <w:br/>
      </w:r>
      <w:r>
        <w:rPr>
          <w:b w:val="0"/>
          <w:i w:val="0"/>
        </w:rPr>
        <w:t xml:space="preserve"> :</w:t>
      </w:r>
    </w:p>
    <w:p>
      <w:pPr>
        <w:jc w:val="center"/>
      </w:pPr>
      <w:r>
        <w:drawing>
          <wp:inline xmlns:a="http://schemas.openxmlformats.org/drawingml/2006/main" xmlns:pic="http://schemas.openxmlformats.org/drawingml/2006/picture">
            <wp:extent cx="5486400" cy="4573514"/>
            <wp:docPr id="11" name="Picture 11"/>
            <wp:cNvGraphicFramePr>
              <a:graphicFrameLocks noChangeAspect="1"/>
            </wp:cNvGraphicFramePr>
            <a:graphic>
              <a:graphicData uri="http://schemas.openxmlformats.org/drawingml/2006/picture">
                <pic:pic>
                  <pic:nvPicPr>
                    <pic:cNvPr id="0" name="B36973_3_1.png"/>
                    <pic:cNvPicPr/>
                  </pic:nvPicPr>
                  <pic:blipFill>
                    <a:blip r:embed="rId19"/>
                    <a:stretch>
                      <a:fillRect/>
                    </a:stretch>
                  </pic:blipFill>
                  <pic:spPr>
                    <a:xfrm>
                      <a:off x="0" y="0"/>
                      <a:ext cx="5486400" cy="4573514"/>
                    </a:xfrm>
                    <a:prstGeom prst="rect"/>
                  </pic:spPr>
                </pic:pic>
              </a:graphicData>
            </a:graphic>
          </wp:inline>
        </w:drawing>
      </w:r>
    </w:p>
    <w:p>
      <w:pPr>
        <w:spacing w:after="160"/>
        <w:jc w:val="center"/>
      </w:pPr>
      <w:r>
        <w:rPr>
          <w:rFonts w:ascii="Calibri" w:hAnsi="Calibri"/>
          <w:b w:val="0"/>
          <w:i/>
          <w:sz w:val="19"/>
        </w:rPr>
        <w:t>Hình 3.1: Ảnh chụp màn hình của blog</w:t>
      </w:r>
    </w:p>
    <w:p>
      <w:pPr>
        <w:pStyle w:val="Heading3"/>
      </w:pPr>
      <w:r>
        <w:rPr>
          <w:rFonts w:ascii="Calibri" w:hAnsi="Calibri"/>
          <w:b/>
          <w:i w:val="0"/>
          <w:sz w:val="26"/>
        </w:rPr>
        <w:t>Cách thực hiện...</w:t>
      </w:r>
    </w:p>
    <w:p>
      <w:pPr>
        <w:spacing w:after="80"/>
        <w:ind w:left="360"/>
      </w:pPr>
      <w:r>
        <w:t xml:space="preserve">1. </w:t>
      </w:r>
      <w:r>
        <w:rPr>
          <w:b w:val="0"/>
          <w:i w:val="0"/>
        </w:rPr>
        <w:t xml:space="preserve">Script đầy đủ, </w:t>
      </w:r>
      <w:r>
        <w:rPr>
          <w:rFonts w:ascii="Consolas" w:hAnsi="Consolas"/>
          <w:b w:val="0"/>
          <w:i w:val="0"/>
          <w:sz w:val="20"/>
        </w:rPr>
        <w:br/>
        <w:br/>
        <w:t xml:space="preserve">       crawling_web_step1.py</w:t>
        <w:br/>
        <w:t xml:space="preserve">      </w:t>
        <w:br/>
      </w:r>
      <w:r>
        <w:rPr>
          <w:b w:val="0"/>
          <w:i w:val="0"/>
        </w:rPr>
        <w:t xml:space="preserve"> , có trên GitHub tại liên kết sau: </w:t>
      </w:r>
      <w:r>
        <w:rPr>
          <w:rFonts w:ascii="Consolas" w:hAnsi="Consolas"/>
          <w:b w:val="0"/>
          <w:i w:val="0"/>
          <w:sz w:val="20"/>
        </w:rPr>
        <w:br/>
        <w:br/>
        <w:t xml:space="preserve">        https://github.com/PacktPublishing/Python-Automation-Cookbook-Third-Edition/blob/main/ch03/crawling_web_step1.py</w:t>
        <w:br/>
        <w:t xml:space="preserve">       </w:t>
        <w:br/>
      </w:r>
      <w:r>
        <w:rPr>
          <w:b w:val="0"/>
          <w:i w:val="0"/>
        </w:rPr>
        <w:t xml:space="preserve"> . Những phần quan trọng nhất được hiển thị ở đây:</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def process_link(source_link, text):</w:t>
      </w:r>
    </w:p>
    <w:p>
      <w:pPr>
        <w:spacing w:after="0"/>
        <w:ind w:left="360"/>
        <w:shd w:val="clear" w:color="auto" w:fill="F2F2F2"/>
      </w:pPr>
      <w:r>
        <w:rPr>
          <w:rFonts w:ascii="Consolas" w:hAnsi="Consolas"/>
          <w:sz w:val="18"/>
        </w:rPr>
        <w:t xml:space="preserve">    logging.info(f'Extracting links from {source_link}')</w:t>
      </w:r>
    </w:p>
    <w:p>
      <w:pPr>
        <w:spacing w:after="0"/>
        <w:ind w:left="360"/>
        <w:shd w:val="clear" w:color="auto" w:fill="F2F2F2"/>
      </w:pPr>
      <w:r>
        <w:rPr>
          <w:rFonts w:ascii="Consolas" w:hAnsi="Consolas"/>
          <w:sz w:val="18"/>
        </w:rPr>
        <w:t xml:space="preserve">    parsed_source = urlparse(source_link)</w:t>
      </w:r>
    </w:p>
    <w:p>
      <w:pPr>
        <w:spacing w:after="0"/>
        <w:ind w:left="360"/>
        <w:shd w:val="clear" w:color="auto" w:fill="F2F2F2"/>
      </w:pPr>
      <w:r>
        <w:rPr>
          <w:rFonts w:ascii="Consolas" w:hAnsi="Consolas"/>
          <w:sz w:val="18"/>
        </w:rPr>
        <w:t xml:space="preserve">    result = requests.get(source_link)</w:t>
      </w:r>
    </w:p>
    <w:p>
      <w:pPr>
        <w:spacing w:after="0"/>
        <w:ind w:left="360"/>
        <w:shd w:val="clear" w:color="auto" w:fill="F2F2F2"/>
      </w:pPr>
      <w:r>
        <w:rPr>
          <w:rFonts w:ascii="Consolas" w:hAnsi="Consolas"/>
          <w:sz w:val="18"/>
        </w:rPr>
        <w:t xml:space="preserve">    # Error handling. See GitHub for details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page = BeautifulSoup(result.text, 'html.parser')</w:t>
      </w:r>
    </w:p>
    <w:p>
      <w:pPr>
        <w:spacing w:after="0"/>
        <w:ind w:left="360"/>
        <w:shd w:val="clear" w:color="auto" w:fill="F2F2F2"/>
      </w:pPr>
      <w:r>
        <w:rPr>
          <w:rFonts w:ascii="Consolas" w:hAnsi="Consolas"/>
          <w:sz w:val="18"/>
        </w:rPr>
        <w:t xml:space="preserve">    search_text(source_link, page, text)</w:t>
      </w:r>
    </w:p>
    <w:p>
      <w:pPr>
        <w:spacing w:after="0"/>
        <w:ind w:left="360"/>
        <w:shd w:val="clear" w:color="auto" w:fill="F2F2F2"/>
      </w:pPr>
      <w:r>
        <w:rPr>
          <w:rFonts w:ascii="Consolas" w:hAnsi="Consolas"/>
          <w:sz w:val="18"/>
        </w:rPr>
        <w:t xml:space="preserve">    return get_links(parsed_source, page)</w:t>
      </w:r>
    </w:p>
    <w:p>
      <w:pPr>
        <w:spacing w:after="0"/>
        <w:ind w:left="360"/>
        <w:shd w:val="clear" w:color="auto" w:fill="F2F2F2"/>
      </w:pPr>
      <w:r>
        <w:rPr>
          <w:rFonts w:ascii="Consolas" w:hAnsi="Consolas"/>
          <w:sz w:val="18"/>
        </w:rPr>
        <w:t>def get_links(parsed_source, page):</w:t>
      </w:r>
    </w:p>
    <w:p>
      <w:pPr>
        <w:spacing w:after="0"/>
        <w:ind w:left="360"/>
        <w:shd w:val="clear" w:color="auto" w:fill="F2F2F2"/>
      </w:pPr>
      <w:r>
        <w:rPr>
          <w:rFonts w:ascii="Consolas" w:hAnsi="Consolas"/>
          <w:sz w:val="18"/>
        </w:rPr>
        <w:t xml:space="preserve">    '''Retrieve the links on the page'''</w:t>
      </w:r>
    </w:p>
    <w:p>
      <w:pPr>
        <w:spacing w:after="0"/>
        <w:ind w:left="360"/>
        <w:shd w:val="clear" w:color="auto" w:fill="F2F2F2"/>
      </w:pPr>
      <w:r>
        <w:rPr>
          <w:rFonts w:ascii="Consolas" w:hAnsi="Consolas"/>
          <w:sz w:val="18"/>
        </w:rPr>
        <w:t xml:space="preserve">    links = []</w:t>
      </w:r>
    </w:p>
    <w:p>
      <w:pPr>
        <w:spacing w:after="0"/>
        <w:ind w:left="360"/>
        <w:shd w:val="clear" w:color="auto" w:fill="F2F2F2"/>
      </w:pPr>
      <w:r>
        <w:rPr>
          <w:rFonts w:ascii="Consolas" w:hAnsi="Consolas"/>
          <w:sz w:val="18"/>
        </w:rPr>
        <w:t xml:space="preserve">    for element in page.find_all('a'):</w:t>
      </w:r>
    </w:p>
    <w:p>
      <w:pPr>
        <w:spacing w:after="0"/>
        <w:ind w:left="360"/>
        <w:shd w:val="clear" w:color="auto" w:fill="F2F2F2"/>
      </w:pPr>
      <w:r>
        <w:rPr>
          <w:rFonts w:ascii="Consolas" w:hAnsi="Consolas"/>
          <w:sz w:val="18"/>
        </w:rPr>
        <w:t xml:space="preserve">        link = element.get('href')</w:t>
      </w:r>
    </w:p>
    <w:p>
      <w:pPr>
        <w:spacing w:after="0"/>
        <w:ind w:left="360"/>
        <w:shd w:val="clear" w:color="auto" w:fill="F2F2F2"/>
      </w:pPr>
      <w:r>
        <w:rPr>
          <w:rFonts w:ascii="Consolas" w:hAnsi="Consolas"/>
          <w:sz w:val="18"/>
        </w:rPr>
        <w:t xml:space="preserve">        # Validate is a valid link. See GitHub for details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links.append(link)</w:t>
      </w:r>
    </w:p>
    <w:p>
      <w:pPr>
        <w:spacing w:after="0"/>
        <w:ind w:left="360"/>
        <w:shd w:val="clear" w:color="auto" w:fill="F2F2F2"/>
      </w:pPr>
      <w:r>
        <w:rPr>
          <w:rFonts w:ascii="Consolas" w:hAnsi="Consolas"/>
          <w:sz w:val="18"/>
        </w:rPr>
        <w:t xml:space="preserve">    return links</w:t>
      </w:r>
    </w:p>
    <w:p>
      <w:pPr>
        <w:spacing w:after="40"/>
      </w:pPr>
    </w:p>
    <w:p>
      <w:pPr>
        <w:spacing w:after="80"/>
        <w:ind w:left="360"/>
      </w:pPr>
      <w:r>
        <w:t xml:space="preserve">2. </w:t>
      </w:r>
      <w:r>
        <w:rPr>
          <w:b w:val="0"/>
          <w:i w:val="0"/>
        </w:rPr>
        <w:t>Tìm kiếm các tham chiếu đến 'python' để trả về danh sách các URL có chứa nó và đoạn văn tương ứng. Lưu ý rằng có vài lỗi do các liên kết bị hỏng:</w:t>
      </w:r>
    </w:p>
    <w:p>
      <w:pPr>
        <w:spacing w:after="0"/>
        <w:ind w:left="360"/>
        <w:shd w:val="clear" w:color="auto" w:fill="F2F2F2"/>
      </w:pPr>
      <w:r>
        <w:rPr>
          <w:rFonts w:ascii="Consolas" w:hAnsi="Consolas"/>
          <w:sz w:val="18"/>
        </w:rPr>
        <w:t>$ uv run crawling_web_step1.py http://localhost:8000/ -p python</w:t>
      </w:r>
    </w:p>
    <w:p>
      <w:pPr>
        <w:spacing w:after="0"/>
        <w:ind w:left="360"/>
        <w:shd w:val="clear" w:color="auto" w:fill="F2F2F2"/>
      </w:pPr>
      <w:r>
        <w:rPr>
          <w:rFonts w:ascii="Consolas" w:hAnsi="Consolas"/>
          <w:sz w:val="18"/>
        </w:rPr>
        <w:t>Link http://localhost:8000/: --&gt; A smaller article , that contains a reference to Python</w:t>
      </w:r>
    </w:p>
    <w:p>
      <w:pPr>
        <w:spacing w:after="0"/>
        <w:ind w:left="360"/>
        <w:shd w:val="clear" w:color="auto" w:fill="F2F2F2"/>
      </w:pPr>
      <w:r>
        <w:rPr>
          <w:rFonts w:ascii="Consolas" w:hAnsi="Consolas"/>
          <w:sz w:val="18"/>
        </w:rPr>
        <w:t>WARNING:root:Ignoring external link https://google.com</w:t>
      </w:r>
    </w:p>
    <w:p>
      <w:pPr>
        <w:spacing w:after="0"/>
        <w:ind w:left="360"/>
        <w:shd w:val="clear" w:color="auto" w:fill="F2F2F2"/>
      </w:pPr>
      <w:r>
        <w:rPr>
          <w:rFonts w:ascii="Consolas" w:hAnsi="Consolas"/>
          <w:sz w:val="18"/>
        </w:rPr>
        <w:t>Link http://localhost:8000/files/5eabef23f63024c20389c34b94dee593-1.html: --&gt; A smaller article , that contains a reference to Python</w:t>
      </w:r>
    </w:p>
    <w:p>
      <w:pPr>
        <w:spacing w:after="0"/>
        <w:ind w:left="360"/>
        <w:shd w:val="clear" w:color="auto" w:fill="F2F2F2"/>
      </w:pPr>
      <w:r>
        <w:rPr>
          <w:rFonts w:ascii="Consolas" w:hAnsi="Consolas"/>
          <w:sz w:val="18"/>
        </w:rPr>
        <w:t>Link http://localhost:8000/files/33714fc865e02aeda2dabb9a42a787b2-0.html: --&gt; This is the actual bit with a python reference that we are interested in.</w:t>
      </w:r>
    </w:p>
    <w:p>
      <w:pPr>
        <w:spacing w:after="0"/>
        <w:ind w:left="360"/>
        <w:shd w:val="clear" w:color="auto" w:fill="F2F2F2"/>
      </w:pPr>
      <w:r>
        <w:rPr>
          <w:rFonts w:ascii="Consolas" w:hAnsi="Consolas"/>
          <w:sz w:val="18"/>
        </w:rPr>
        <w:t>Link http://localhost:8000/files/archive-september-2025.html: --&gt; A smaller article , that contains a reference to Python</w:t>
      </w:r>
    </w:p>
    <w:p>
      <w:pPr>
        <w:spacing w:after="0"/>
        <w:ind w:left="360"/>
        <w:shd w:val="clear" w:color="auto" w:fill="F2F2F2"/>
      </w:pPr>
      <w:r>
        <w:rPr>
          <w:rFonts w:ascii="Consolas" w:hAnsi="Consolas"/>
          <w:sz w:val="18"/>
        </w:rPr>
        <w:t>Link http://localhost:8000/index.html: --&gt; A smaller article , that contains a reference to Python</w:t>
      </w:r>
    </w:p>
    <w:p>
      <w:pPr>
        <w:spacing w:after="40"/>
      </w:pPr>
    </w:p>
    <w:p>
      <w:pPr>
        <w:spacing w:after="80"/>
        <w:ind w:left="360"/>
      </w:pPr>
      <w:r>
        <w:t xml:space="preserve">3. </w:t>
      </w:r>
      <w:r>
        <w:rPr>
          <w:b w:val="0"/>
          <w:i w:val="0"/>
        </w:rPr>
        <w:t>Một từ khóa tìm kiếm hay khác là 'crocodile'. Thử xem sao:</w:t>
      </w:r>
    </w:p>
    <w:p>
      <w:pPr>
        <w:spacing w:after="0"/>
        <w:ind w:left="360"/>
        <w:shd w:val="clear" w:color="auto" w:fill="F2F2F2"/>
      </w:pPr>
      <w:r>
        <w:rPr>
          <w:rFonts w:ascii="Consolas" w:hAnsi="Consolas"/>
          <w:sz w:val="18"/>
        </w:rPr>
        <w:t>$ uv run crawling_web_step1.py http://localhost:8000/ -p crocodile</w:t>
      </w:r>
    </w:p>
    <w:p>
      <w:pPr>
        <w:spacing w:after="40"/>
      </w:pPr>
    </w:p>
    <w:p>
      <w:pPr>
        <w:pStyle w:val="Heading3"/>
      </w:pPr>
      <w:r>
        <w:rPr>
          <w:rFonts w:ascii="Calibri" w:hAnsi="Calibri"/>
          <w:b/>
          <w:i w:val="0"/>
          <w:sz w:val="26"/>
        </w:rPr>
        <w:t>Cách nó hoạt động...</w:t>
      </w:r>
    </w:p>
    <w:p>
      <w:pPr>
        <w:spacing w:after="80"/>
      </w:pPr>
      <w:r>
        <w:rPr>
          <w:b w:val="0"/>
          <w:i w:val="0"/>
        </w:rPr>
        <w:t>Hãy cùng xem từng thành phần của script:</w:t>
      </w:r>
    </w:p>
    <w:p>
      <w:pPr>
        <w:spacing w:after="80"/>
        <w:ind w:left="360"/>
      </w:pPr>
      <w:r>
        <w:t xml:space="preserve">1. </w:t>
      </w:r>
      <w:r>
        <w:rPr>
          <w:b w:val="0"/>
          <w:i w:val="0"/>
        </w:rPr>
        <w:t xml:space="preserve">Một vòng lặp đi qua tất cả các liên kết tìm được, trong hàm </w:t>
      </w:r>
      <w:r>
        <w:rPr>
          <w:rFonts w:ascii="Consolas" w:hAnsi="Consolas"/>
          <w:b w:val="0"/>
          <w:i w:val="0"/>
          <w:sz w:val="20"/>
        </w:rPr>
        <w:br/>
        <w:br/>
        <w:t xml:space="preserve">       main</w:t>
        <w:br/>
        <w:t xml:space="preserve">      </w:t>
        <w:br/>
      </w:r>
      <w:r>
        <w:rPr>
          <w:b w:val="0"/>
          <w:i w:val="0"/>
        </w:rPr>
        <w:t xml:space="preserve"> : Lưu ý rằng có giới hạn truy xuất là 10 trang, và đoạn code ở đây đang kiểm tra rằng bất kỳ liên kết mới nào sắp được thêm vào đều chưa từng được thêm trước đó. Lưu ý rằng hai yếu tố này đóng vai trò là giới hạn cho script. Chúng ta sẽ không tải cùng một liên kết hai lần và sẽ dừng lại ở một thời điểm nào đó.</w:t>
      </w:r>
    </w:p>
    <w:p>
      <w:pPr>
        <w:spacing w:after="0"/>
        <w:ind w:left="360"/>
        <w:shd w:val="clear" w:color="auto" w:fill="F2F2F2"/>
      </w:pPr>
      <w:r>
        <w:rPr>
          <w:rFonts w:ascii="Consolas" w:hAnsi="Consolas"/>
          <w:sz w:val="18"/>
        </w:rPr>
        <w:t>def main(base_url, to_search):</w:t>
      </w:r>
    </w:p>
    <w:p>
      <w:pPr>
        <w:spacing w:after="0"/>
        <w:ind w:left="360"/>
        <w:shd w:val="clear" w:color="auto" w:fill="F2F2F2"/>
      </w:pPr>
      <w:r>
        <w:rPr>
          <w:rFonts w:ascii="Consolas" w:hAnsi="Consolas"/>
          <w:sz w:val="18"/>
        </w:rPr>
        <w:t xml:space="preserve">    checked_links = set()</w:t>
      </w:r>
    </w:p>
    <w:p>
      <w:pPr>
        <w:spacing w:after="0"/>
        <w:ind w:left="360"/>
        <w:shd w:val="clear" w:color="auto" w:fill="F2F2F2"/>
      </w:pPr>
      <w:r>
        <w:rPr>
          <w:rFonts w:ascii="Consolas" w:hAnsi="Consolas"/>
          <w:sz w:val="18"/>
        </w:rPr>
        <w:t xml:space="preserve">    to_check = [base_url]</w:t>
      </w:r>
    </w:p>
    <w:p>
      <w:pPr>
        <w:spacing w:after="0"/>
        <w:ind w:left="360"/>
        <w:shd w:val="clear" w:color="auto" w:fill="F2F2F2"/>
      </w:pPr>
      <w:r>
        <w:rPr>
          <w:rFonts w:ascii="Consolas" w:hAnsi="Consolas"/>
          <w:sz w:val="18"/>
        </w:rPr>
        <w:t xml:space="preserve">    max_checks = 10</w:t>
      </w:r>
    </w:p>
    <w:p>
      <w:pPr>
        <w:spacing w:after="0"/>
        <w:ind w:left="360"/>
        <w:shd w:val="clear" w:color="auto" w:fill="F2F2F2"/>
      </w:pPr>
      <w:r>
        <w:rPr>
          <w:rFonts w:ascii="Consolas" w:hAnsi="Consolas"/>
          <w:sz w:val="18"/>
        </w:rPr>
        <w:t>while to_check and max_checks:</w:t>
      </w:r>
    </w:p>
    <w:p>
      <w:pPr>
        <w:spacing w:after="0"/>
        <w:ind w:left="360"/>
        <w:shd w:val="clear" w:color="auto" w:fill="F2F2F2"/>
      </w:pPr>
      <w:r>
        <w:rPr>
          <w:rFonts w:ascii="Consolas" w:hAnsi="Consolas"/>
          <w:sz w:val="18"/>
        </w:rPr>
        <w:t xml:space="preserve">        link = to_check.pop(0)</w:t>
      </w:r>
    </w:p>
    <w:p>
      <w:pPr>
        <w:spacing w:after="0"/>
        <w:ind w:left="360"/>
        <w:shd w:val="clear" w:color="auto" w:fill="F2F2F2"/>
      </w:pPr>
      <w:r>
        <w:rPr>
          <w:rFonts w:ascii="Consolas" w:hAnsi="Consolas"/>
          <w:sz w:val="18"/>
        </w:rPr>
        <w:t xml:space="preserve">        links = process_link(link, text=to_search)</w:t>
      </w:r>
    </w:p>
    <w:p>
      <w:pPr>
        <w:spacing w:after="0"/>
        <w:ind w:left="360"/>
        <w:shd w:val="clear" w:color="auto" w:fill="F2F2F2"/>
      </w:pPr>
      <w:r>
        <w:rPr>
          <w:rFonts w:ascii="Consolas" w:hAnsi="Consolas"/>
          <w:sz w:val="18"/>
        </w:rPr>
        <w:t xml:space="preserve">        checked_links.add(link)</w:t>
      </w:r>
    </w:p>
    <w:p>
      <w:pPr>
        <w:spacing w:after="0"/>
        <w:ind w:left="360"/>
        <w:shd w:val="clear" w:color="auto" w:fill="F2F2F2"/>
      </w:pPr>
      <w:r>
        <w:rPr>
          <w:rFonts w:ascii="Consolas" w:hAnsi="Consolas"/>
          <w:sz w:val="18"/>
        </w:rPr>
        <w:t xml:space="preserve">        for link in links:</w:t>
      </w:r>
    </w:p>
    <w:p>
      <w:pPr>
        <w:spacing w:after="0"/>
        <w:ind w:left="360"/>
        <w:shd w:val="clear" w:color="auto" w:fill="F2F2F2"/>
      </w:pPr>
      <w:r>
        <w:rPr>
          <w:rFonts w:ascii="Consolas" w:hAnsi="Consolas"/>
          <w:sz w:val="18"/>
        </w:rPr>
        <w:t xml:space="preserve">            if link not in checked_links:</w:t>
      </w:r>
    </w:p>
    <w:p>
      <w:pPr>
        <w:spacing w:after="0"/>
        <w:ind w:left="360"/>
        <w:shd w:val="clear" w:color="auto" w:fill="F2F2F2"/>
      </w:pPr>
      <w:r>
        <w:rPr>
          <w:rFonts w:ascii="Consolas" w:hAnsi="Consolas"/>
          <w:sz w:val="18"/>
        </w:rPr>
        <w:t xml:space="preserve">                checked_links.add(link)</w:t>
      </w:r>
    </w:p>
    <w:p>
      <w:pPr>
        <w:spacing w:after="0"/>
        <w:ind w:left="360"/>
        <w:shd w:val="clear" w:color="auto" w:fill="F2F2F2"/>
      </w:pPr>
      <w:r>
        <w:rPr>
          <w:rFonts w:ascii="Consolas" w:hAnsi="Consolas"/>
          <w:sz w:val="18"/>
        </w:rPr>
        <w:t xml:space="preserve">                to_check.append(link)</w:t>
      </w:r>
    </w:p>
    <w:p>
      <w:pPr>
        <w:spacing w:after="0"/>
        <w:ind w:left="360"/>
        <w:shd w:val="clear" w:color="auto" w:fill="F2F2F2"/>
      </w:pPr>
      <w:r>
        <w:rPr>
          <w:rFonts w:ascii="Consolas" w:hAnsi="Consolas"/>
          <w:sz w:val="18"/>
        </w:rPr>
        <w:t xml:space="preserve">        max_checks -= 1</w:t>
      </w:r>
    </w:p>
    <w:p>
      <w:pPr>
        <w:spacing w:after="40"/>
      </w:pPr>
    </w:p>
    <w:p>
      <w:pPr>
        <w:spacing w:after="80"/>
        <w:ind w:left="360"/>
      </w:pPr>
      <w:r>
        <w:t xml:space="preserve">2. </w:t>
      </w:r>
      <w:r>
        <w:rPr>
          <w:b w:val="0"/>
          <w:i w:val="0"/>
        </w:rPr>
        <w:t xml:space="preserve">Tải xuống và phân tích cú pháp liên kết, trong hàm </w:t>
      </w:r>
      <w:r>
        <w:rPr>
          <w:rFonts w:ascii="Consolas" w:hAnsi="Consolas"/>
          <w:b w:val="0"/>
          <w:i w:val="0"/>
          <w:sz w:val="20"/>
        </w:rPr>
        <w:br/>
        <w:br/>
        <w:t xml:space="preserve">       process_link</w:t>
        <w:br/>
        <w:t xml:space="preserve">      </w:t>
        <w:br/>
      </w:r>
      <w:r>
        <w:rPr>
          <w:b w:val="0"/>
          <w:i w:val="0"/>
        </w:rPr>
        <w:t xml:space="preserve"> : Đoạn code ở đây tải tệp về và kiểm tra rằng trạng thái là đúng, để bỏ qua các lỗi như liên kết bị hỏng. Đoạn code này cũng kiểm tra rằng loại (được mô tả trong </w:t>
      </w:r>
      <w:r>
        <w:rPr>
          <w:rFonts w:ascii="Consolas" w:hAnsi="Consolas"/>
          <w:b w:val="0"/>
          <w:i w:val="0"/>
          <w:sz w:val="20"/>
        </w:rPr>
        <w:br/>
        <w:br/>
        <w:t xml:space="preserve">        Content‑Type</w:t>
        <w:br/>
        <w:t xml:space="preserve">       </w:t>
        <w:br/>
      </w:r>
      <w:r>
        <w:rPr>
          <w:b w:val="0"/>
          <w:i w:val="0"/>
        </w:rPr>
        <w:t xml:space="preserve"> ) là một trang HTML, để bỏ qua các tệp PDF và các định dạng khác. Cuối cùng, nó phân tích cú pháp HTML thô thành một đối tượng </w:t>
      </w:r>
      <w:r>
        <w:rPr>
          <w:rFonts w:ascii="Consolas" w:hAnsi="Consolas"/>
          <w:b w:val="0"/>
          <w:i w:val="0"/>
          <w:sz w:val="20"/>
        </w:rPr>
        <w:br/>
        <w:br/>
        <w:t xml:space="preserve">        BeautifulSoup</w:t>
        <w:br/>
        <w:t xml:space="preserve">       </w:t>
        <w:br/>
      </w:r>
      <w:r>
        <w:rPr>
          <w:b w:val="0"/>
          <w:i w:val="0"/>
        </w:rPr>
        <w:t xml:space="preserve"> .</w:t>
      </w:r>
    </w:p>
    <w:p>
      <w:pPr>
        <w:spacing w:after="0"/>
        <w:ind w:left="360"/>
        <w:shd w:val="clear" w:color="auto" w:fill="F2F2F2"/>
      </w:pPr>
      <w:r>
        <w:rPr>
          <w:rFonts w:ascii="Consolas" w:hAnsi="Consolas"/>
          <w:sz w:val="18"/>
        </w:rPr>
        <w:t>def process_link(source_link, text):</w:t>
      </w:r>
    </w:p>
    <w:p>
      <w:pPr>
        <w:spacing w:after="0"/>
        <w:ind w:left="360"/>
        <w:shd w:val="clear" w:color="auto" w:fill="F2F2F2"/>
      </w:pPr>
      <w:r>
        <w:rPr>
          <w:rFonts w:ascii="Consolas" w:hAnsi="Consolas"/>
          <w:sz w:val="18"/>
        </w:rPr>
        <w:t xml:space="preserve">    logging.info(f'Extracting links from {source_link}')</w:t>
      </w:r>
    </w:p>
    <w:p>
      <w:pPr>
        <w:spacing w:after="0"/>
        <w:ind w:left="360"/>
        <w:shd w:val="clear" w:color="auto" w:fill="F2F2F2"/>
      </w:pPr>
      <w:r>
        <w:rPr>
          <w:rFonts w:ascii="Consolas" w:hAnsi="Consolas"/>
          <w:sz w:val="18"/>
        </w:rPr>
        <w:t xml:space="preserve">    parsed_source = urlparse(source_link)</w:t>
      </w:r>
    </w:p>
    <w:p>
      <w:pPr>
        <w:spacing w:after="0"/>
        <w:ind w:left="360"/>
        <w:shd w:val="clear" w:color="auto" w:fill="F2F2F2"/>
      </w:pPr>
      <w:r>
        <w:rPr>
          <w:rFonts w:ascii="Consolas" w:hAnsi="Consolas"/>
          <w:sz w:val="18"/>
        </w:rPr>
        <w:t xml:space="preserve">    result = requests.get(source_link)</w:t>
      </w:r>
    </w:p>
    <w:p>
      <w:pPr>
        <w:spacing w:after="0"/>
        <w:ind w:left="360"/>
        <w:shd w:val="clear" w:color="auto" w:fill="F2F2F2"/>
      </w:pPr>
      <w:r>
        <w:rPr>
          <w:rFonts w:ascii="Consolas" w:hAnsi="Consolas"/>
          <w:sz w:val="18"/>
        </w:rPr>
        <w:t xml:space="preserve">    if result.status_code != http.client.OK:</w:t>
      </w:r>
    </w:p>
    <w:p>
      <w:pPr>
        <w:spacing w:after="0"/>
        <w:ind w:left="360"/>
        <w:shd w:val="clear" w:color="auto" w:fill="F2F2F2"/>
      </w:pPr>
      <w:r>
        <w:rPr>
          <w:rFonts w:ascii="Consolas" w:hAnsi="Consolas"/>
          <w:sz w:val="18"/>
        </w:rPr>
        <w:t xml:space="preserve">        logging.error(f'Error retrieving {source_link}: {result}')</w:t>
      </w:r>
    </w:p>
    <w:p>
      <w:pPr>
        <w:spacing w:after="0"/>
        <w:ind w:left="360"/>
        <w:shd w:val="clear" w:color="auto" w:fill="F2F2F2"/>
      </w:pPr>
      <w:r>
        <w:rPr>
          <w:rFonts w:ascii="Consolas" w:hAnsi="Consolas"/>
          <w:sz w:val="18"/>
        </w:rPr>
        <w:t xml:space="preserve">        return []</w:t>
      </w:r>
    </w:p>
    <w:p>
      <w:pPr>
        <w:spacing w:after="0"/>
        <w:ind w:left="360"/>
        <w:shd w:val="clear" w:color="auto" w:fill="F2F2F2"/>
      </w:pPr>
      <w:r>
        <w:rPr>
          <w:rFonts w:ascii="Consolas" w:hAnsi="Consolas"/>
          <w:sz w:val="18"/>
        </w:rPr>
        <w:t xml:space="preserve">    if 'html' not in result.headers['Content-type']:</w:t>
      </w:r>
    </w:p>
    <w:p>
      <w:pPr>
        <w:spacing w:after="0"/>
        <w:ind w:left="360"/>
        <w:shd w:val="clear" w:color="auto" w:fill="F2F2F2"/>
      </w:pPr>
      <w:r>
        <w:rPr>
          <w:rFonts w:ascii="Consolas" w:hAnsi="Consolas"/>
          <w:sz w:val="18"/>
        </w:rPr>
        <w:t xml:space="preserve">        logging.info(f'Link {source_link} is not an HTML page')</w:t>
      </w:r>
    </w:p>
    <w:p>
      <w:pPr>
        <w:spacing w:after="0"/>
        <w:ind w:left="360"/>
        <w:shd w:val="clear" w:color="auto" w:fill="F2F2F2"/>
      </w:pPr>
      <w:r>
        <w:rPr>
          <w:rFonts w:ascii="Consolas" w:hAnsi="Consolas"/>
          <w:sz w:val="18"/>
        </w:rPr>
        <w:t xml:space="preserve">        return []</w:t>
      </w:r>
    </w:p>
    <w:p>
      <w:pPr>
        <w:spacing w:after="0"/>
        <w:ind w:left="360"/>
        <w:shd w:val="clear" w:color="auto" w:fill="F2F2F2"/>
      </w:pPr>
      <w:r>
        <w:rPr>
          <w:rFonts w:ascii="Consolas" w:hAnsi="Consolas"/>
          <w:sz w:val="18"/>
        </w:rPr>
        <w:t xml:space="preserve">    page = BeautifulSoup(result.text, 'html.parser')</w:t>
      </w:r>
    </w:p>
    <w:p>
      <w:pPr>
        <w:spacing w:after="0"/>
        <w:ind w:left="360"/>
        <w:shd w:val="clear" w:color="auto" w:fill="F2F2F2"/>
      </w:pPr>
      <w:r>
        <w:rPr>
          <w:rFonts w:ascii="Consolas" w:hAnsi="Consolas"/>
          <w:sz w:val="18"/>
        </w:rPr>
        <w:t xml:space="preserve">    search_text(source_link, page, text)</w:t>
      </w:r>
    </w:p>
    <w:p>
      <w:pPr>
        <w:spacing w:after="0"/>
        <w:ind w:left="360"/>
        <w:shd w:val="clear" w:color="auto" w:fill="F2F2F2"/>
      </w:pPr>
      <w:r>
        <w:rPr>
          <w:rFonts w:ascii="Consolas" w:hAnsi="Consolas"/>
          <w:sz w:val="18"/>
        </w:rPr>
        <w:t xml:space="preserve">    return get_links(parsed_source, page)</w:t>
      </w:r>
    </w:p>
    <w:p>
      <w:pPr>
        <w:spacing w:after="40"/>
      </w:pPr>
    </w:p>
    <w:p>
      <w:pPr>
        <w:spacing w:after="80"/>
      </w:pPr>
      <w:r>
        <w:rPr>
          <w:b w:val="0"/>
          <w:i w:val="0"/>
        </w:rPr>
        <w:t xml:space="preserve">Đoạn code cũng phân tích cú pháp liên kết nguồn bằng </w:t>
      </w:r>
      <w:r>
        <w:rPr>
          <w:rFonts w:ascii="Consolas" w:hAnsi="Consolas"/>
          <w:b w:val="0"/>
          <w:i w:val="0"/>
          <w:sz w:val="20"/>
        </w:rPr>
        <w:br/>
        <w:br/>
        <w:t xml:space="preserve">      urlparse</w:t>
        <w:br/>
        <w:t xml:space="preserve">     </w:t>
        <w:br/>
      </w:r>
      <w:r>
        <w:rPr>
          <w:b w:val="0"/>
          <w:i w:val="0"/>
        </w:rPr>
        <w:t xml:space="preserve"> để sau này, ở </w:t>
      </w:r>
      <w:r>
        <w:rPr>
          <w:b w:val="0"/>
          <w:i/>
        </w:rPr>
        <w:t xml:space="preserve"> bước 4 </w:t>
      </w:r>
      <w:r>
        <w:rPr>
          <w:b w:val="0"/>
          <w:i w:val="0"/>
        </w:rPr>
        <w:t xml:space="preserve"> , nó có thể bỏ qua tất cả các tham chiếu đến nguồn bên ngoài. </w:t>
      </w:r>
      <w:r>
        <w:rPr>
          <w:rFonts w:ascii="Consolas" w:hAnsi="Consolas"/>
          <w:b w:val="0"/>
          <w:i w:val="0"/>
          <w:sz w:val="20"/>
        </w:rPr>
        <w:br/>
        <w:br/>
        <w:t xml:space="preserve">      urlparse</w:t>
        <w:br/>
        <w:t xml:space="preserve">     </w:t>
        <w:br/>
      </w:r>
      <w:r>
        <w:rPr>
          <w:b w:val="0"/>
          <w:i w:val="0"/>
        </w:rPr>
        <w:t xml:space="preserve"> chia một URL thành các thành phần cấu thành của nó:</w:t>
      </w:r>
    </w:p>
    <w:p>
      <w:pPr>
        <w:spacing w:after="0"/>
        <w:ind w:left="360"/>
        <w:shd w:val="clear" w:color="auto" w:fill="F2F2F2"/>
      </w:pPr>
      <w:r>
        <w:rPr>
          <w:rFonts w:ascii="Consolas" w:hAnsi="Consolas"/>
          <w:sz w:val="18"/>
        </w:rPr>
        <w:t>&gt;&gt;&gt; from urllib.parse import urlparse</w:t>
      </w:r>
    </w:p>
    <w:p>
      <w:pPr>
        <w:spacing w:after="0"/>
        <w:ind w:left="360"/>
        <w:shd w:val="clear" w:color="auto" w:fill="F2F2F2"/>
      </w:pPr>
      <w:r>
        <w:rPr>
          <w:rFonts w:ascii="Consolas" w:hAnsi="Consolas"/>
          <w:sz w:val="18"/>
        </w:rPr>
        <w:t>&gt;&gt;&gt; urlparse('http://localhost:8000/files/b93bec5d9681df87e6e8d5703ed7cd81-2.html')</w:t>
      </w:r>
    </w:p>
    <w:p>
      <w:pPr>
        <w:spacing w:after="0"/>
        <w:ind w:left="360"/>
        <w:shd w:val="clear" w:color="auto" w:fill="F2F2F2"/>
      </w:pPr>
      <w:r>
        <w:rPr>
          <w:rFonts w:ascii="Consolas" w:hAnsi="Consolas"/>
          <w:sz w:val="18"/>
        </w:rPr>
        <w:t>ParseResult(scheme='http', netloc='localhost:8000', path='/files/b93bec5d9681df87e6e8d5703ed7cd81-2.html', params='', query='', fragment='')</w:t>
      </w:r>
    </w:p>
    <w:p>
      <w:pPr>
        <w:spacing w:after="40"/>
      </w:pPr>
    </w:p>
    <w:p>
      <w:pPr>
        <w:spacing w:after="80"/>
      </w:pPr>
      <w:r>
        <w:rPr>
          <w:b w:val="0"/>
          <w:i w:val="0"/>
        </w:rPr>
        <w:t xml:space="preserve">Đoạn code tìm kiếm văn bản mà chúng ta muốn tìm, trong hàm </w:t>
      </w:r>
      <w:r>
        <w:rPr>
          <w:rFonts w:ascii="Consolas" w:hAnsi="Consolas"/>
          <w:b w:val="0"/>
          <w:i w:val="0"/>
          <w:sz w:val="20"/>
        </w:rPr>
        <w:br/>
        <w:br/>
        <w:t xml:space="preserve">      search_text</w:t>
        <w:br/>
        <w:t xml:space="preserve">     </w:t>
        <w:br/>
      </w:r>
      <w:r>
        <w:rPr>
          <w:b w:val="0"/>
          <w:i w:val="0"/>
        </w:rPr>
        <w:t xml:space="preserve"> :</w:t>
      </w:r>
    </w:p>
    <w:p>
      <w:pPr>
        <w:spacing w:after="0"/>
        <w:ind w:left="360"/>
        <w:shd w:val="clear" w:color="auto" w:fill="F2F2F2"/>
      </w:pPr>
      <w:r>
        <w:rPr>
          <w:rFonts w:ascii="Consolas" w:hAnsi="Consolas"/>
          <w:sz w:val="18"/>
        </w:rPr>
        <w:t>def search_text(source_link, page, text):</w:t>
      </w:r>
    </w:p>
    <w:p>
      <w:pPr>
        <w:spacing w:after="0"/>
        <w:ind w:left="360"/>
        <w:shd w:val="clear" w:color="auto" w:fill="F2F2F2"/>
      </w:pPr>
      <w:r>
        <w:rPr>
          <w:rFonts w:ascii="Consolas" w:hAnsi="Consolas"/>
          <w:sz w:val="18"/>
        </w:rPr>
        <w:t xml:space="preserve">    '''Search for an element with the searched text and print it'''</w:t>
      </w:r>
    </w:p>
    <w:p>
      <w:pPr>
        <w:spacing w:after="0"/>
        <w:ind w:left="360"/>
        <w:shd w:val="clear" w:color="auto" w:fill="F2F2F2"/>
      </w:pPr>
      <w:r>
        <w:rPr>
          <w:rFonts w:ascii="Consolas" w:hAnsi="Consolas"/>
          <w:sz w:val="18"/>
        </w:rPr>
        <w:t>for element in page.find_all(string=re.compile(text, flags=re.IGNORECASE)):</w:t>
      </w:r>
    </w:p>
    <w:p>
      <w:pPr>
        <w:spacing w:after="0"/>
        <w:ind w:left="360"/>
        <w:shd w:val="clear" w:color="auto" w:fill="F2F2F2"/>
      </w:pPr>
      <w:r>
        <w:rPr>
          <w:rFonts w:ascii="Consolas" w:hAnsi="Consolas"/>
          <w:sz w:val="18"/>
        </w:rPr>
        <w:t xml:space="preserve">        print(f'Link {source_link}: --&gt; {element}')</w:t>
      </w:r>
    </w:p>
    <w:p>
      <w:pPr>
        <w:spacing w:after="40"/>
      </w:pPr>
    </w:p>
    <w:p>
      <w:pPr>
        <w:spacing w:after="80"/>
      </w:pPr>
      <w:r>
        <w:rPr>
          <w:b w:val="0"/>
          <w:i w:val="0"/>
        </w:rPr>
        <w:t xml:space="preserve">Cái này tìm kiếm văn bản được chỉ định trong đối tượng đã phân tích cú pháp. Lưu ý rằng việc tìm kiếm được thực hiện dưới dạng regex, và chỉ trong phần văn bản của trang. Nó in ra các kết quả khớp, bao gồm </w:t>
      </w:r>
      <w:r>
        <w:rPr>
          <w:rFonts w:ascii="Consolas" w:hAnsi="Consolas"/>
          <w:b w:val="0"/>
          <w:i w:val="0"/>
          <w:sz w:val="20"/>
        </w:rPr>
        <w:br/>
        <w:br/>
        <w:t xml:space="preserve">      source_link</w:t>
        <w:br/>
        <w:t xml:space="preserve">     </w:t>
        <w:br/>
      </w:r>
      <w:r>
        <w:rPr>
          <w:b w:val="0"/>
          <w:i w:val="0"/>
        </w:rPr>
        <w:t xml:space="preserve"> , và tham chiếu đến URL nơi tìm thấy kết quả khớp:</w:t>
      </w:r>
    </w:p>
    <w:p>
      <w:pPr>
        <w:spacing w:after="0"/>
        <w:ind w:left="360"/>
        <w:shd w:val="clear" w:color="auto" w:fill="F2F2F2"/>
      </w:pPr>
      <w:r>
        <w:rPr>
          <w:rFonts w:ascii="Consolas" w:hAnsi="Consolas"/>
          <w:sz w:val="18"/>
        </w:rPr>
        <w:t>for element in page.find_all(string=re.compile(text)):</w:t>
      </w:r>
    </w:p>
    <w:p>
      <w:pPr>
        <w:spacing w:after="0"/>
        <w:ind w:left="360"/>
        <w:shd w:val="clear" w:color="auto" w:fill="F2F2F2"/>
      </w:pPr>
      <w:r>
        <w:rPr>
          <w:rFonts w:ascii="Consolas" w:hAnsi="Consolas"/>
          <w:sz w:val="18"/>
        </w:rPr>
        <w:t xml:space="preserve">    print(f'Link {source_link}: --&gt; {element}')</w:t>
      </w:r>
    </w:p>
    <w:p>
      <w:pPr>
        <w:spacing w:after="40"/>
      </w:pPr>
    </w:p>
    <w:p>
      <w:pPr>
        <w:spacing w:after="80"/>
      </w:pPr>
      <w:r>
        <w:rPr>
          <w:b w:val="0"/>
          <w:i w:val="0"/>
        </w:rPr>
        <w:t xml:space="preserve">Hàm </w:t>
      </w:r>
      <w:r>
        <w:rPr>
          <w:rFonts w:ascii="Consolas" w:hAnsi="Consolas"/>
          <w:b w:val="0"/>
          <w:i w:val="0"/>
          <w:sz w:val="20"/>
        </w:rPr>
        <w:br/>
        <w:br/>
        <w:t xml:space="preserve">      get_links</w:t>
        <w:br/>
        <w:t xml:space="preserve">     </w:t>
        <w:br/>
      </w:r>
      <w:r>
        <w:rPr>
          <w:b w:val="0"/>
          <w:i w:val="0"/>
        </w:rPr>
        <w:t xml:space="preserve"> truy xuất tất cả các liên kết trên một trang:</w:t>
      </w:r>
    </w:p>
    <w:p>
      <w:pPr>
        <w:spacing w:after="0"/>
        <w:ind w:left="360"/>
        <w:shd w:val="clear" w:color="auto" w:fill="F2F2F2"/>
      </w:pPr>
      <w:r>
        <w:rPr>
          <w:rFonts w:ascii="Consolas" w:hAnsi="Consolas"/>
          <w:sz w:val="18"/>
        </w:rPr>
        <w:t>def get_links(parsed_source, page):</w:t>
      </w:r>
    </w:p>
    <w:p>
      <w:pPr>
        <w:spacing w:after="0"/>
        <w:ind w:left="360"/>
        <w:shd w:val="clear" w:color="auto" w:fill="F2F2F2"/>
      </w:pPr>
      <w:r>
        <w:rPr>
          <w:rFonts w:ascii="Consolas" w:hAnsi="Consolas"/>
          <w:sz w:val="18"/>
        </w:rPr>
        <w:t xml:space="preserve">    '''Retrieve the links on the page'''</w:t>
      </w:r>
    </w:p>
    <w:p>
      <w:pPr>
        <w:spacing w:after="0"/>
        <w:ind w:left="360"/>
        <w:shd w:val="clear" w:color="auto" w:fill="F2F2F2"/>
      </w:pPr>
      <w:r>
        <w:rPr>
          <w:rFonts w:ascii="Consolas" w:hAnsi="Consolas"/>
          <w:sz w:val="18"/>
        </w:rPr>
        <w:t xml:space="preserve">    links = []</w:t>
      </w:r>
    </w:p>
    <w:p>
      <w:pPr>
        <w:spacing w:after="0"/>
        <w:ind w:left="360"/>
        <w:shd w:val="clear" w:color="auto" w:fill="F2F2F2"/>
      </w:pPr>
      <w:r>
        <w:rPr>
          <w:rFonts w:ascii="Consolas" w:hAnsi="Consolas"/>
          <w:sz w:val="18"/>
        </w:rPr>
        <w:t xml:space="preserve">    for element in page.find_all('a'):</w:t>
      </w:r>
    </w:p>
    <w:p>
      <w:pPr>
        <w:spacing w:after="0"/>
        <w:ind w:left="360"/>
        <w:shd w:val="clear" w:color="auto" w:fill="F2F2F2"/>
      </w:pPr>
      <w:r>
        <w:rPr>
          <w:rFonts w:ascii="Consolas" w:hAnsi="Consolas"/>
          <w:sz w:val="18"/>
        </w:rPr>
        <w:t xml:space="preserve">        link = element.get('href')</w:t>
      </w:r>
    </w:p>
    <w:p>
      <w:pPr>
        <w:spacing w:after="0"/>
        <w:ind w:left="360"/>
        <w:shd w:val="clear" w:color="auto" w:fill="F2F2F2"/>
      </w:pPr>
      <w:r>
        <w:rPr>
          <w:rFonts w:ascii="Consolas" w:hAnsi="Consolas"/>
          <w:sz w:val="18"/>
        </w:rPr>
        <w:t xml:space="preserve">        if not link:</w:t>
      </w:r>
    </w:p>
    <w:p>
      <w:pPr>
        <w:spacing w:after="0"/>
        <w:ind w:left="360"/>
        <w:shd w:val="clear" w:color="auto" w:fill="F2F2F2"/>
      </w:pPr>
      <w:r>
        <w:rPr>
          <w:rFonts w:ascii="Consolas" w:hAnsi="Consolas"/>
          <w:sz w:val="18"/>
        </w:rPr>
        <w:t xml:space="preserve">            continue</w:t>
      </w:r>
    </w:p>
    <w:p>
      <w:pPr>
        <w:spacing w:after="0"/>
        <w:ind w:left="360"/>
        <w:shd w:val="clear" w:color="auto" w:fill="F2F2F2"/>
      </w:pPr>
      <w:r>
        <w:rPr>
          <w:rFonts w:ascii="Consolas" w:hAnsi="Consolas"/>
          <w:sz w:val="18"/>
        </w:rPr>
        <w:t># Avoid internal, same page links</w:t>
      </w:r>
    </w:p>
    <w:p>
      <w:pPr>
        <w:spacing w:after="0"/>
        <w:ind w:left="360"/>
        <w:shd w:val="clear" w:color="auto" w:fill="F2F2F2"/>
      </w:pPr>
      <w:r>
        <w:rPr>
          <w:rFonts w:ascii="Consolas" w:hAnsi="Consolas"/>
          <w:sz w:val="18"/>
        </w:rPr>
        <w:t>if link.startswith('#'):</w:t>
      </w:r>
    </w:p>
    <w:p>
      <w:pPr>
        <w:spacing w:after="0"/>
        <w:ind w:left="360"/>
        <w:shd w:val="clear" w:color="auto" w:fill="F2F2F2"/>
      </w:pPr>
      <w:r>
        <w:rPr>
          <w:rFonts w:ascii="Consolas" w:hAnsi="Consolas"/>
          <w:sz w:val="18"/>
        </w:rPr>
        <w:t xml:space="preserve">            continue</w:t>
      </w:r>
    </w:p>
    <w:p>
      <w:pPr>
        <w:spacing w:after="0"/>
        <w:ind w:left="360"/>
        <w:shd w:val="clear" w:color="auto" w:fill="F2F2F2"/>
      </w:pPr>
      <w:r>
        <w:rPr>
          <w:rFonts w:ascii="Consolas" w:hAnsi="Consolas"/>
          <w:sz w:val="18"/>
        </w:rPr>
        <w:t>if link.startswith('mailto:'):</w:t>
      </w:r>
    </w:p>
    <w:p>
      <w:pPr>
        <w:spacing w:after="0"/>
        <w:ind w:left="360"/>
        <w:shd w:val="clear" w:color="auto" w:fill="F2F2F2"/>
      </w:pPr>
      <w:r>
        <w:rPr>
          <w:rFonts w:ascii="Consolas" w:hAnsi="Consolas"/>
          <w:sz w:val="18"/>
        </w:rPr>
        <w:t xml:space="preserve">            # Ignore other links like mailto</w:t>
      </w:r>
    </w:p>
    <w:p>
      <w:pPr>
        <w:spacing w:after="0"/>
        <w:ind w:left="360"/>
        <w:shd w:val="clear" w:color="auto" w:fill="F2F2F2"/>
      </w:pPr>
      <w:r>
        <w:rPr>
          <w:rFonts w:ascii="Consolas" w:hAnsi="Consolas"/>
          <w:sz w:val="18"/>
        </w:rPr>
        <w:t># More cases like ftp or similar may be included here</w:t>
      </w:r>
    </w:p>
    <w:p>
      <w:pPr>
        <w:spacing w:after="0"/>
        <w:ind w:left="360"/>
        <w:shd w:val="clear" w:color="auto" w:fill="F2F2F2"/>
      </w:pPr>
      <w:r>
        <w:rPr>
          <w:rFonts w:ascii="Consolas" w:hAnsi="Consolas"/>
          <w:sz w:val="18"/>
        </w:rPr>
        <w:t>continue</w:t>
      </w:r>
    </w:p>
    <w:p>
      <w:pPr>
        <w:spacing w:after="0"/>
        <w:ind w:left="360"/>
        <w:shd w:val="clear" w:color="auto" w:fill="F2F2F2"/>
      </w:pPr>
      <w:r>
        <w:rPr>
          <w:rFonts w:ascii="Consolas" w:hAnsi="Consolas"/>
          <w:sz w:val="18"/>
        </w:rPr>
        <w:t># Always accept local links</w:t>
      </w:r>
    </w:p>
    <w:p>
      <w:pPr>
        <w:spacing w:after="0"/>
        <w:ind w:left="360"/>
        <w:shd w:val="clear" w:color="auto" w:fill="F2F2F2"/>
      </w:pPr>
      <w:r>
        <w:rPr>
          <w:rFonts w:ascii="Consolas" w:hAnsi="Consolas"/>
          <w:sz w:val="18"/>
        </w:rPr>
        <w:t>if not link.startswith('http'):</w:t>
      </w:r>
    </w:p>
    <w:p>
      <w:pPr>
        <w:spacing w:after="0"/>
        <w:ind w:left="360"/>
        <w:shd w:val="clear" w:color="auto" w:fill="F2F2F2"/>
      </w:pPr>
      <w:r>
        <w:rPr>
          <w:rFonts w:ascii="Consolas" w:hAnsi="Consolas"/>
          <w:sz w:val="18"/>
        </w:rPr>
        <w:t xml:space="preserve">            netloc = parsed_source.netloc</w:t>
      </w:r>
    </w:p>
    <w:p>
      <w:pPr>
        <w:spacing w:after="0"/>
        <w:ind w:left="360"/>
        <w:shd w:val="clear" w:color="auto" w:fill="F2F2F2"/>
      </w:pPr>
      <w:r>
        <w:rPr>
          <w:rFonts w:ascii="Consolas" w:hAnsi="Consolas"/>
          <w:sz w:val="18"/>
        </w:rPr>
        <w:t xml:space="preserve">            scheme = parsed_source.scheme</w:t>
      </w:r>
    </w:p>
    <w:p>
      <w:pPr>
        <w:spacing w:after="0"/>
        <w:ind w:left="360"/>
        <w:shd w:val="clear" w:color="auto" w:fill="F2F2F2"/>
      </w:pPr>
      <w:r>
        <w:rPr>
          <w:rFonts w:ascii="Consolas" w:hAnsi="Consolas"/>
          <w:sz w:val="18"/>
        </w:rPr>
        <w:t xml:space="preserve">            path = urljoin(parsed_source.path, link)</w:t>
      </w:r>
    </w:p>
    <w:p>
      <w:pPr>
        <w:spacing w:after="0"/>
        <w:ind w:left="360"/>
        <w:shd w:val="clear" w:color="auto" w:fill="F2F2F2"/>
      </w:pPr>
      <w:r>
        <w:rPr>
          <w:rFonts w:ascii="Consolas" w:hAnsi="Consolas"/>
          <w:sz w:val="18"/>
        </w:rPr>
        <w:t xml:space="preserve">            link = f'{scheme}://{netloc}{path}'</w:t>
      </w:r>
    </w:p>
    <w:p>
      <w:pPr>
        <w:spacing w:after="0"/>
        <w:ind w:left="360"/>
        <w:shd w:val="clear" w:color="auto" w:fill="F2F2F2"/>
      </w:pPr>
      <w:r>
        <w:rPr>
          <w:rFonts w:ascii="Consolas" w:hAnsi="Consolas"/>
          <w:sz w:val="18"/>
        </w:rPr>
        <w:t># Only parse links in the same domain</w:t>
      </w:r>
    </w:p>
    <w:p>
      <w:pPr>
        <w:spacing w:after="0"/>
        <w:ind w:left="360"/>
        <w:shd w:val="clear" w:color="auto" w:fill="F2F2F2"/>
      </w:pPr>
      <w:r>
        <w:rPr>
          <w:rFonts w:ascii="Consolas" w:hAnsi="Consolas"/>
          <w:sz w:val="18"/>
        </w:rPr>
        <w:t>if parsed_source.netloc not in link:</w:t>
      </w:r>
    </w:p>
    <w:p>
      <w:pPr>
        <w:spacing w:after="0"/>
        <w:ind w:left="360"/>
        <w:shd w:val="clear" w:color="auto" w:fill="F2F2F2"/>
      </w:pPr>
      <w:r>
        <w:rPr>
          <w:rFonts w:ascii="Consolas" w:hAnsi="Consolas"/>
          <w:sz w:val="18"/>
        </w:rPr>
        <w:t xml:space="preserve">            logging.warning(f'Ignoring external link {link}')</w:t>
      </w:r>
    </w:p>
    <w:p>
      <w:pPr>
        <w:spacing w:after="0"/>
        <w:ind w:left="360"/>
        <w:shd w:val="clear" w:color="auto" w:fill="F2F2F2"/>
      </w:pPr>
      <w:r>
        <w:rPr>
          <w:rFonts w:ascii="Consolas" w:hAnsi="Consolas"/>
          <w:sz w:val="18"/>
        </w:rPr>
        <w:t xml:space="preserve">            continue</w:t>
      </w:r>
    </w:p>
    <w:p>
      <w:pPr>
        <w:spacing w:after="0"/>
        <w:ind w:left="360"/>
        <w:shd w:val="clear" w:color="auto" w:fill="F2F2F2"/>
      </w:pPr>
      <w:r>
        <w:rPr>
          <w:rFonts w:ascii="Consolas" w:hAnsi="Consolas"/>
          <w:sz w:val="18"/>
        </w:rPr>
        <w:t xml:space="preserve">        links.append(link)</w:t>
      </w:r>
    </w:p>
    <w:p>
      <w:pPr>
        <w:spacing w:after="0"/>
        <w:ind w:left="360"/>
        <w:shd w:val="clear" w:color="auto" w:fill="F2F2F2"/>
      </w:pPr>
      <w:r>
        <w:rPr>
          <w:rFonts w:ascii="Consolas" w:hAnsi="Consolas"/>
          <w:sz w:val="18"/>
        </w:rPr>
        <w:t xml:space="preserve">    return links</w:t>
      </w:r>
    </w:p>
    <w:p>
      <w:pPr>
        <w:spacing w:after="40"/>
      </w:pPr>
    </w:p>
    <w:p>
      <w:pPr>
        <w:spacing w:after="80"/>
      </w:pPr>
      <w:r>
        <w:rPr>
          <w:b w:val="0"/>
          <w:i w:val="0"/>
        </w:rPr>
        <w:t xml:space="preserve">Cái này sẽ tìm trong trang đã được phân tích cú pháp tất cả các thẻ </w:t>
      </w:r>
      <w:r>
        <w:rPr>
          <w:rFonts w:ascii="Consolas" w:hAnsi="Consolas"/>
          <w:b w:val="0"/>
          <w:i w:val="0"/>
          <w:sz w:val="20"/>
        </w:rPr>
        <w:br/>
        <w:br/>
        <w:t xml:space="preserve">      &lt;a&gt;</w:t>
        <w:br/>
        <w:t xml:space="preserve">     </w:t>
        <w:br/>
      </w:r>
      <w:r>
        <w:rPr>
          <w:b w:val="0"/>
          <w:i w:val="0"/>
        </w:rPr>
        <w:t xml:space="preserve"> và lấy ra thuộc tính </w:t>
      </w:r>
      <w:r>
        <w:rPr>
          <w:rFonts w:ascii="Consolas" w:hAnsi="Consolas"/>
          <w:b w:val="0"/>
          <w:i w:val="0"/>
          <w:sz w:val="20"/>
        </w:rPr>
        <w:br/>
        <w:br/>
        <w:t xml:space="preserve">      href</w:t>
        <w:br/>
        <w:t xml:space="preserve">     </w:t>
        <w:br/>
      </w:r>
      <w:r>
        <w:rPr>
          <w:b w:val="0"/>
          <w:i w:val="0"/>
        </w:rPr>
        <w:t xml:space="preserve">, nhưng chỉ tập trung vào những thẻ có thuộc tính </w:t>
      </w:r>
      <w:r>
        <w:rPr>
          <w:rFonts w:ascii="Consolas" w:hAnsi="Consolas"/>
          <w:b w:val="0"/>
          <w:i w:val="0"/>
          <w:sz w:val="20"/>
        </w:rPr>
        <w:br/>
        <w:br/>
        <w:t xml:space="preserve">      href</w:t>
        <w:br/>
        <w:t xml:space="preserve">     </w:t>
        <w:br/>
      </w:r>
      <w:r>
        <w:rPr>
          <w:b w:val="0"/>
          <w:i w:val="0"/>
        </w:rPr>
        <w:t xml:space="preserve"> mà giá trị là một URL đầy đủ (bắt đầu bằng </w:t>
      </w:r>
      <w:r>
        <w:rPr>
          <w:rFonts w:ascii="Consolas" w:hAnsi="Consolas"/>
          <w:b w:val="0"/>
          <w:i w:val="0"/>
          <w:sz w:val="20"/>
        </w:rPr>
        <w:br/>
        <w:br/>
        <w:t xml:space="preserve">      http</w:t>
        <w:br/>
        <w:t xml:space="preserve">     </w:t>
        <w:br/>
      </w:r>
      <w:r>
        <w:rPr>
          <w:b w:val="0"/>
          <w:i w:val="0"/>
        </w:rPr>
        <w:t xml:space="preserve">) hoặc một liên kết nội bộ. Cách này loại bỏ những liên kết không phải URL, ví dụ như các liên kết ' </w:t>
      </w:r>
      <w:r>
        <w:rPr>
          <w:rFonts w:ascii="Consolas" w:hAnsi="Consolas"/>
          <w:b w:val="0"/>
          <w:i w:val="0"/>
          <w:sz w:val="20"/>
        </w:rPr>
        <w:br/>
        <w:br/>
        <w:t xml:space="preserve">      #</w:t>
        <w:br/>
        <w:t xml:space="preserve">     </w:t>
        <w:br/>
      </w:r>
      <w:r>
        <w:rPr>
          <w:b w:val="0"/>
          <w:i w:val="0"/>
        </w:rPr>
        <w:t xml:space="preserve"> ' vốn chỉ dẫn đến nội dung bên trong trang.</w:t>
      </w:r>
    </w:p>
    <w:p>
      <w:pPr>
        <w:spacing w:after="80"/>
      </w:pPr>
      <w:r>
        <w:rPr>
          <w:b/>
          <w:i w:val="0"/>
        </w:rPr>
        <w:t>Mẹo</w:t>
      </w:r>
    </w:p>
    <w:p>
      <w:pPr>
        <w:spacing w:after="80"/>
      </w:pPr>
      <w:r>
        <w:rPr>
          <w:b w:val="0"/>
          <w:i w:val="0"/>
        </w:rPr>
        <w:t xml:space="preserve">Hãy nhớ rằng một số tham chiếu có thể có những tác dụng khác, ví dụ như scheme </w:t>
      </w:r>
      <w:r>
        <w:rPr>
          <w:rFonts w:ascii="Consolas" w:hAnsi="Consolas"/>
          <w:b w:val="0"/>
          <w:i w:val="0"/>
          <w:sz w:val="20"/>
        </w:rPr>
        <w:br/>
        <w:br/>
        <w:t xml:space="preserve">       mailto:</w:t>
        <w:br/>
        <w:t xml:space="preserve">      </w:t>
        <w:br/>
      </w:r>
      <w:r>
        <w:rPr>
          <w:b w:val="0"/>
          <w:i w:val="0"/>
        </w:rPr>
        <w:t xml:space="preserve">. Có một bước kiểm tra để tránh các scheme </w:t>
      </w:r>
      <w:r>
        <w:rPr>
          <w:rFonts w:ascii="Consolas" w:hAnsi="Consolas"/>
          <w:b w:val="0"/>
          <w:i w:val="0"/>
          <w:sz w:val="20"/>
        </w:rPr>
        <w:br/>
        <w:br/>
        <w:t xml:space="preserve">       mailto:</w:t>
        <w:br/>
        <w:t xml:space="preserve">      </w:t>
        <w:br/>
      </w:r>
      <w:r>
        <w:rPr>
          <w:b w:val="0"/>
          <w:i w:val="0"/>
        </w:rPr>
        <w:t xml:space="preserve">, nhưng vẫn có thể gặp những trường hợp như </w:t>
      </w:r>
      <w:r>
        <w:rPr>
          <w:rFonts w:ascii="Consolas" w:hAnsi="Consolas"/>
          <w:b w:val="0"/>
          <w:i w:val="0"/>
          <w:sz w:val="20"/>
        </w:rPr>
        <w:br/>
        <w:br/>
        <w:t xml:space="preserve">       ftp</w:t>
        <w:br/>
        <w:t xml:space="preserve">      </w:t>
        <w:br/>
      </w:r>
      <w:r>
        <w:rPr>
          <w:b w:val="0"/>
          <w:i w:val="0"/>
        </w:rPr>
        <w:t xml:space="preserve"> hay </w:t>
      </w:r>
      <w:r>
        <w:rPr>
          <w:rFonts w:ascii="Consolas" w:hAnsi="Consolas"/>
          <w:b w:val="0"/>
          <w:i w:val="0"/>
          <w:sz w:val="20"/>
        </w:rPr>
        <w:br/>
        <w:br/>
        <w:t xml:space="preserve">       irc</w:t>
        <w:br/>
        <w:t xml:space="preserve">      </w:t>
        <w:br/>
      </w:r>
      <w:r>
        <w:rPr>
          <w:b w:val="0"/>
          <w:i w:val="0"/>
        </w:rPr>
        <w:t xml:space="preserve">, dù thực tế rất hiếm khi thấy. Ngay cả </w:t>
      </w:r>
      <w:r>
        <w:rPr>
          <w:rFonts w:ascii="Consolas" w:hAnsi="Consolas"/>
          <w:b w:val="0"/>
          <w:i w:val="0"/>
          <w:sz w:val="20"/>
        </w:rPr>
        <w:br/>
        <w:br/>
        <w:t xml:space="preserve">       mailto:</w:t>
        <w:br/>
        <w:t xml:space="preserve">      </w:t>
        <w:br/>
      </w:r>
      <w:r>
        <w:rPr>
          <w:b w:val="0"/>
          <w:i w:val="0"/>
        </w:rPr>
        <w:t xml:space="preserve"> cũng ngày càng ít phổ biến theo thời gian.</w:t>
      </w:r>
    </w:p>
    <w:p>
      <w:pPr>
        <w:spacing w:after="80"/>
      </w:pPr>
      <w:r>
        <w:rPr>
          <w:b w:val="0"/>
          <w:i w:val="0"/>
        </w:rPr>
        <w:t xml:space="preserve">Có thêm một bước kiểm tra để đảm bảo các liên kết có cùng nguồn với liên kết gốc; chỉ khi đó chúng mới được ghi nhận là liên kết hợp lệ. Thuộc tính </w:t>
      </w:r>
      <w:r>
        <w:rPr>
          <w:rFonts w:ascii="Consolas" w:hAnsi="Consolas"/>
          <w:b w:val="0"/>
          <w:i w:val="0"/>
          <w:sz w:val="20"/>
        </w:rPr>
        <w:br/>
        <w:br/>
        <w:t xml:space="preserve">      netloc</w:t>
        <w:br/>
        <w:t xml:space="preserve">     </w:t>
        <w:br/>
      </w:r>
      <w:r>
        <w:rPr>
          <w:b w:val="0"/>
          <w:i w:val="0"/>
        </w:rPr>
        <w:t xml:space="preserve"> sẽ phát hiện xem một liên kết có đến từ cùng tên miền URL với URL đã được phân tích cú pháp ở </w:t>
      </w:r>
      <w:r>
        <w:rPr>
          <w:b w:val="0"/>
          <w:i/>
        </w:rPr>
        <w:t xml:space="preserve"> bước 2 </w:t>
      </w:r>
      <w:r>
        <w:rPr>
          <w:b w:val="0"/>
          <w:i w:val="0"/>
        </w:rPr>
        <w:t xml:space="preserve"> hay không.</w:t>
      </w:r>
    </w:p>
    <w:p>
      <w:pPr>
        <w:spacing w:after="80"/>
      </w:pPr>
      <w:r>
        <w:rPr>
          <w:b/>
          <w:i w:val="0"/>
        </w:rPr>
        <w:t>Lưu ý</w:t>
      </w:r>
    </w:p>
    <w:p>
      <w:pPr>
        <w:spacing w:after="80"/>
      </w:pPr>
      <w:r>
        <w:rPr>
          <w:b w:val="0"/>
          <w:i w:val="0"/>
        </w:rPr>
        <w:t xml:space="preserve">Chúng ta sẽ không đi theo những liên kết trỏ đến địa chỉ thuộc tên miền khác với tài liệu nguồn (ví dụ, một liên kết tham chiếu đến </w:t>
      </w:r>
      <w:r>
        <w:rPr>
          <w:rFonts w:ascii="Consolas" w:hAnsi="Consolas"/>
          <w:b w:val="0"/>
          <w:i w:val="0"/>
          <w:sz w:val="20"/>
        </w:rPr>
        <w:br/>
        <w:br/>
        <w:t xml:space="preserve">        http://www.google.com</w:t>
        <w:br/>
        <w:t xml:space="preserve">       </w:t>
        <w:br/>
      </w:r>
      <w:r>
        <w:rPr>
          <w:b w:val="0"/>
          <w:i w:val="0"/>
        </w:rPr>
        <w:t xml:space="preserve">), nhưng sẽ có một </w:t>
      </w:r>
      <w:r>
        <w:rPr>
          <w:rFonts w:ascii="Consolas" w:hAnsi="Consolas"/>
          <w:b w:val="0"/>
          <w:i w:val="0"/>
          <w:sz w:val="20"/>
        </w:rPr>
        <w:br/>
        <w:br/>
        <w:t xml:space="preserve">       WARNING</w:t>
        <w:br/>
        <w:t xml:space="preserve">      </w:t>
        <w:br/>
      </w:r>
      <w:r>
        <w:rPr>
          <w:b w:val="0"/>
          <w:i w:val="0"/>
        </w:rPr>
        <w:t xml:space="preserve"> hiển thị những liên kết này.</w:t>
      </w:r>
    </w:p>
    <w:p>
      <w:pPr>
        <w:spacing w:after="80"/>
      </w:pPr>
      <w:r>
        <w:rPr>
          <w:b w:val="0"/>
          <w:i w:val="0"/>
        </w:rPr>
        <w:t xml:space="preserve">Cuối cùng, các liên kết được trả về, và tại đó chúng sẽ được thêm vào vòng lặp đã mô tả ở </w:t>
      </w:r>
      <w:r>
        <w:rPr>
          <w:b w:val="0"/>
          <w:i/>
        </w:rPr>
        <w:t xml:space="preserve"> bước 1 </w:t>
      </w:r>
      <w:r>
        <w:rPr>
          <w:b w:val="0"/>
          <w:i w:val="0"/>
        </w:rPr>
        <w:t>.</w:t>
      </w:r>
    </w:p>
    <w:p>
      <w:pPr>
        <w:pStyle w:val="Heading3"/>
      </w:pPr>
      <w:r>
        <w:rPr>
          <w:rFonts w:ascii="Calibri" w:hAnsi="Calibri"/>
          <w:b/>
          <w:i w:val="0"/>
          <w:sz w:val="26"/>
        </w:rPr>
        <w:t>Còn nhiều thứ nữa...</w:t>
      </w:r>
    </w:p>
    <w:p>
      <w:pPr>
        <w:spacing w:after="80"/>
      </w:pPr>
      <w:r>
        <w:rPr>
          <w:b w:val="0"/>
          <w:i w:val="0"/>
        </w:rPr>
        <w:t xml:space="preserve">Có thể áp thêm nhiều bộ lọc khác; ví dụ, tất cả các liên kết kết thúc bằng </w:t>
      </w:r>
      <w:r>
        <w:rPr>
          <w:rFonts w:ascii="Consolas" w:hAnsi="Consolas"/>
          <w:b w:val="0"/>
          <w:i w:val="0"/>
          <w:sz w:val="20"/>
        </w:rPr>
        <w:br/>
        <w:br/>
        <w:t xml:space="preserve">      .pdf</w:t>
        <w:br/>
        <w:t xml:space="preserve">     </w:t>
        <w:br/>
      </w:r>
      <w:r>
        <w:rPr>
          <w:b w:val="0"/>
          <w:i w:val="0"/>
        </w:rPr>
        <w:t xml:space="preserve"> có thể bị loại bỏ, vì chúng có khả năng trỏ đến các tệp PDF:</w:t>
      </w:r>
    </w:p>
    <w:p>
      <w:pPr>
        <w:spacing w:after="0"/>
        <w:ind w:left="360"/>
        <w:shd w:val="clear" w:color="auto" w:fill="F2F2F2"/>
      </w:pPr>
      <w:r>
        <w:rPr>
          <w:rFonts w:ascii="Consolas" w:hAnsi="Consolas"/>
          <w:sz w:val="18"/>
        </w:rPr>
        <w:t># In get_links</w:t>
      </w:r>
    </w:p>
    <w:p>
      <w:pPr>
        <w:spacing w:after="0"/>
        <w:ind w:left="360"/>
        <w:shd w:val="clear" w:color="auto" w:fill="F2F2F2"/>
      </w:pPr>
      <w:r>
        <w:rPr>
          <w:rFonts w:ascii="Consolas" w:hAnsi="Consolas"/>
          <w:sz w:val="18"/>
        </w:rPr>
        <w:t>if link.endswith('pdf'):</w:t>
      </w:r>
    </w:p>
    <w:p>
      <w:pPr>
        <w:spacing w:after="0"/>
        <w:ind w:left="360"/>
        <w:shd w:val="clear" w:color="auto" w:fill="F2F2F2"/>
      </w:pPr>
      <w:r>
        <w:rPr>
          <w:rFonts w:ascii="Consolas" w:hAnsi="Consolas"/>
          <w:sz w:val="18"/>
        </w:rPr>
        <w:t xml:space="preserve">  continue</w:t>
      </w:r>
    </w:p>
    <w:p>
      <w:pPr>
        <w:spacing w:after="40"/>
      </w:pPr>
    </w:p>
    <w:p>
      <w:pPr>
        <w:spacing w:after="80"/>
      </w:pPr>
      <w:r>
        <w:rPr>
          <w:b w:val="0"/>
          <w:i w:val="0"/>
        </w:rPr>
        <w:t xml:space="preserve">Cũng có thể xác định việc dùng </w:t>
      </w:r>
      <w:r>
        <w:rPr>
          <w:rFonts w:ascii="Consolas" w:hAnsi="Consolas"/>
          <w:b w:val="0"/>
          <w:i w:val="0"/>
          <w:sz w:val="20"/>
        </w:rPr>
        <w:br/>
        <w:br/>
        <w:t xml:space="preserve">      Content‑Type</w:t>
        <w:br/>
        <w:t xml:space="preserve">     </w:t>
        <w:br/>
      </w:r>
      <w:r>
        <w:rPr>
          <w:b w:val="0"/>
          <w:i w:val="0"/>
        </w:rPr>
        <w:t xml:space="preserve">, để phân tích đối tượng được trả về theo nhiều cách khác nhau. Hãy nhớ rằng </w:t>
      </w:r>
      <w:r>
        <w:rPr>
          <w:rFonts w:ascii="Consolas" w:hAnsi="Consolas"/>
          <w:b w:val="0"/>
          <w:i w:val="0"/>
          <w:sz w:val="20"/>
        </w:rPr>
        <w:br/>
        <w:br/>
        <w:t xml:space="preserve">      Content‑Type</w:t>
        <w:br/>
        <w:t xml:space="preserve">     </w:t>
        <w:br/>
      </w:r>
      <w:r>
        <w:rPr>
          <w:b w:val="0"/>
          <w:i w:val="0"/>
        </w:rPr>
        <w:t xml:space="preserve"> sẽ không có sẵn nếu không thực hiện request, nghĩa là code không thể bỏ qua các liên kết mà không request chúng trước. Một kết quả PDF ( </w:t>
      </w:r>
      <w:r>
        <w:rPr>
          <w:rFonts w:ascii="Consolas" w:hAnsi="Consolas"/>
          <w:b w:val="0"/>
          <w:i w:val="0"/>
          <w:sz w:val="20"/>
        </w:rPr>
        <w:br/>
        <w:br/>
        <w:t xml:space="preserve">      Content‑Type: application/pdf</w:t>
        <w:br/>
        <w:t xml:space="preserve">     </w:t>
        <w:br/>
      </w:r>
      <w:r>
        <w:rPr>
          <w:b w:val="0"/>
          <w:i w:val="0"/>
        </w:rPr>
        <w:t xml:space="preserve"> ) sẽ không có đối tượng </w:t>
      </w:r>
      <w:r>
        <w:rPr>
          <w:rFonts w:ascii="Consolas" w:hAnsi="Consolas"/>
          <w:b w:val="0"/>
          <w:i w:val="0"/>
          <w:sz w:val="20"/>
        </w:rPr>
        <w:br/>
        <w:br/>
        <w:t xml:space="preserve">      response.text</w:t>
        <w:br/>
        <w:t xml:space="preserve">     </w:t>
        <w:br/>
      </w:r>
      <w:r>
        <w:rPr>
          <w:b w:val="0"/>
          <w:i w:val="0"/>
        </w:rPr>
        <w:t xml:space="preserve"> hợp lệ để phân tích cú pháp, nhưng kết quả PDF có thể được phân tích theo những cách khác. Điều tương tự cũng đúng với các loại khác, như tệp CSV ( </w:t>
      </w:r>
      <w:r>
        <w:rPr>
          <w:rFonts w:ascii="Consolas" w:hAnsi="Consolas"/>
          <w:b w:val="0"/>
          <w:i w:val="0"/>
          <w:sz w:val="20"/>
        </w:rPr>
        <w:br/>
        <w:br/>
        <w:t xml:space="preserve">      Content‑Type: text/csv</w:t>
        <w:br/>
        <w:t xml:space="preserve">     </w:t>
        <w:br/>
      </w:r>
      <w:r>
        <w:rPr>
          <w:b w:val="0"/>
          <w:i w:val="0"/>
        </w:rPr>
        <w:t xml:space="preserve"> ), hay tệp ZIP có thể cần được giải nén ( </w:t>
      </w:r>
      <w:r>
        <w:rPr>
          <w:rFonts w:ascii="Consolas" w:hAnsi="Consolas"/>
          <w:b w:val="0"/>
          <w:i w:val="0"/>
          <w:sz w:val="20"/>
        </w:rPr>
        <w:br/>
        <w:br/>
        <w:t xml:space="preserve">      Content‑Type: application/zip</w:t>
        <w:br/>
        <w:t xml:space="preserve">     </w:t>
        <w:br/>
      </w:r>
      <w:r>
        <w:rPr>
          <w:b w:val="0"/>
          <w:i w:val="0"/>
        </w:rPr>
        <w:t xml:space="preserve"> ). Chúng ta sẽ xem cách xử lý những trường hợp đó ở phần sau.</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Tải các trang web </w:t>
      </w:r>
      <w:r>
        <w:rPr>
          <w:b w:val="0"/>
          <w:i w:val="0"/>
        </w:rPr>
        <w:t>, ở phần trước trong chương này, để tìm hiểu những kiến thức cơ bản về việc request các trang web.</w:t>
      </w:r>
    </w:p>
    <w:p>
      <w:pPr>
        <w:spacing w:after="80"/>
        <w:ind w:left="360"/>
      </w:pPr>
      <w:r>
        <w:t xml:space="preserve">• </w:t>
      </w:r>
      <w:r>
        <w:rPr>
          <w:b w:val="0"/>
          <w:i w:val="0"/>
        </w:rPr>
        <w:t xml:space="preserve">Công thức trước đó, </w:t>
      </w:r>
      <w:r>
        <w:rPr>
          <w:b w:val="0"/>
          <w:i/>
        </w:rPr>
        <w:t xml:space="preserve"> Phân tích cú pháp HTML </w:t>
      </w:r>
      <w:r>
        <w:rPr>
          <w:b w:val="0"/>
          <w:i w:val="0"/>
        </w:rPr>
        <w:t>, để học cách phân tích các phần tử trong HTML.</w:t>
      </w:r>
    </w:p>
    <w:p>
      <w:pPr>
        <w:pStyle w:val="Heading2"/>
      </w:pPr>
      <w:r>
        <w:rPr>
          <w:rFonts w:ascii="Calibri" w:hAnsi="Calibri"/>
          <w:b/>
          <w:i w:val="0"/>
          <w:sz w:val="32"/>
        </w:rPr>
        <w:t>Đăng ký theo dõi các feed</w:t>
      </w:r>
    </w:p>
    <w:p>
      <w:pPr>
        <w:spacing w:after="80"/>
      </w:pPr>
      <w:r>
        <w:rPr>
          <w:b/>
          <w:i w:val="0"/>
        </w:rPr>
        <w:t xml:space="preserve"> RSS </w:t>
      </w:r>
      <w:r>
        <w:rPr>
          <w:b w:val="0"/>
          <w:i w:val="0"/>
        </w:rPr>
        <w:t xml:space="preserve"> ( </w:t>
      </w:r>
      <w:r>
        <w:rPr>
          <w:b/>
          <w:i w:val="0"/>
        </w:rPr>
        <w:t xml:space="preserve"> Really Simple Syndication </w:t>
      </w:r>
      <w:r>
        <w:rPr>
          <w:b w:val="0"/>
          <w:i w:val="0"/>
        </w:rPr>
        <w:t xml:space="preserve"> ) có lẽ là bí mật lớn nhất của internet. Thời kỳ hoàng kim của nó dường như là vào đầu những năm 2000, và nó cho phép đăng ký theo dõi các trang web một cách dễ dàng. Nó xuất hiện trên rất nhiều trang web và cực kỳ hữu ích.</w:t>
      </w:r>
    </w:p>
    <w:p>
      <w:pPr>
        <w:spacing w:after="80"/>
      </w:pPr>
      <w:r>
        <w:rPr>
          <w:b w:val="0"/>
          <w:i w:val="0"/>
        </w:rPr>
        <w:t>Về cốt lõi, RSS là một cách trình bày một chuỗi các tham chiếu có thứ tự (thường là các bài viết, nhưng cũng có thể là những phần tử khác như tập podcast hay nội dung đăng trên YouTube) cùng thời điểm chúng được xuất bản. Điều này tạo nên một cách rất tự nhiên để biết những bài viết nào là mới kể từ lần kiểm tra trước, đồng thời trình bày một số dữ liệu có cấu trúc về chúng, như tiêu đề và phần tóm tắt.</w:t>
      </w:r>
    </w:p>
    <w:p>
      <w:pPr>
        <w:spacing w:after="80"/>
      </w:pPr>
      <w:r>
        <w:rPr>
          <w:b w:val="0"/>
          <w:i w:val="0"/>
        </w:rPr>
        <w:t xml:space="preserve">Trong công thức này, chúng ta sẽ giới thiệu mô-đun </w:t>
      </w:r>
      <w:r>
        <w:rPr>
          <w:rFonts w:ascii="Consolas" w:hAnsi="Consolas"/>
          <w:b w:val="0"/>
          <w:i w:val="0"/>
          <w:sz w:val="20"/>
        </w:rPr>
        <w:br/>
        <w:br/>
        <w:t xml:space="preserve">      feedparser</w:t>
        <w:br/>
        <w:t xml:space="preserve">     </w:t>
        <w:br/>
      </w:r>
      <w:r>
        <w:rPr>
          <w:b w:val="0"/>
          <w:i w:val="0"/>
        </w:rPr>
        <w:t xml:space="preserve"> và tìm cách lấy dữ liệu từ một nguồn cấp dữ liệu RSS (RSS feed).</w:t>
      </w:r>
    </w:p>
    <w:p>
      <w:pPr>
        <w:spacing w:after="80"/>
      </w:pPr>
      <w:r>
        <w:rPr>
          <w:b/>
          <w:i w:val="0"/>
        </w:rPr>
        <w:t>Lưu ý</w:t>
      </w:r>
    </w:p>
    <w:p>
      <w:pPr>
        <w:spacing w:after="80"/>
      </w:pPr>
      <w:r>
        <w:rPr>
          <w:b w:val="0"/>
          <w:i w:val="0"/>
        </w:rPr>
        <w:t xml:space="preserve">RSS không phải là định dạng nguồn cấp dữ liệu duy nhất. Còn có một định dạng khác gọi là Atom, nhưng Atom và RSS rất giống nhau. </w:t>
      </w:r>
      <w:r>
        <w:rPr>
          <w:rFonts w:ascii="Consolas" w:hAnsi="Consolas"/>
          <w:b w:val="0"/>
          <w:i w:val="0"/>
          <w:sz w:val="20"/>
        </w:rPr>
        <w:br/>
        <w:br/>
        <w:t xml:space="preserve">       feedparser</w:t>
        <w:br/>
        <w:t xml:space="preserve">      </w:t>
        <w:br/>
      </w:r>
      <w:r>
        <w:rPr>
          <w:b w:val="0"/>
          <w:i w:val="0"/>
        </w:rPr>
        <w:t xml:space="preserve"> cũng có khả năng phân tích cú pháp Atom, nên cả hai định dạng đều có thể được xử lý theo cùng một cách.</w:t>
      </w:r>
    </w:p>
    <w:p>
      <w:pPr>
        <w:pStyle w:val="Heading3"/>
      </w:pPr>
      <w:r>
        <w:rPr>
          <w:rFonts w:ascii="Calibri" w:hAnsi="Calibri"/>
          <w:b/>
          <w:i w:val="0"/>
          <w:sz w:val="26"/>
        </w:rPr>
        <w:t>Chuẩn bị</w:t>
      </w:r>
    </w:p>
    <w:p>
      <w:pPr>
        <w:spacing w:after="80"/>
      </w:pPr>
      <w:r>
        <w:rPr>
          <w:b w:val="0"/>
          <w:i w:val="0"/>
        </w:rPr>
        <w:t xml:space="preserve">Chúng ta cần thêm phụ thuộc </w:t>
      </w:r>
      <w:r>
        <w:rPr>
          <w:rFonts w:ascii="Consolas" w:hAnsi="Consolas"/>
          <w:b w:val="0"/>
          <w:i w:val="0"/>
          <w:sz w:val="20"/>
        </w:rPr>
        <w:br/>
        <w:br/>
        <w:t xml:space="preserve">      feedparser</w:t>
        <w:br/>
        <w:t xml:space="preserve">     </w:t>
        <w:br/>
      </w:r>
      <w:r>
        <w:rPr>
          <w:b w:val="0"/>
          <w:i w:val="0"/>
        </w:rPr>
        <w:t xml:space="preserve"> vào tệp </w:t>
      </w:r>
      <w:r>
        <w:rPr>
          <w:rFonts w:ascii="Consolas" w:hAnsi="Consolas"/>
          <w:b w:val="0"/>
          <w:i w:val="0"/>
          <w:sz w:val="20"/>
        </w:rPr>
        <w:br/>
        <w:br/>
        <w:t xml:space="preserve">      requirements.txt</w:t>
        <w:br/>
        <w:t xml:space="preserve">     </w:t>
        <w:br/>
      </w:r>
      <w:r>
        <w:rPr>
          <w:b w:val="0"/>
          <w:i w:val="0"/>
        </w:rPr>
        <w:t xml:space="preserve"> của mình và kiểm tra rằng chúng ta đã cài đặt mô-đun này:</w:t>
      </w:r>
    </w:p>
    <w:p>
      <w:pPr>
        <w:spacing w:after="0"/>
        <w:ind w:left="360"/>
        <w:shd w:val="clear" w:color="auto" w:fill="F2F2F2"/>
      </w:pPr>
      <w:r>
        <w:rPr>
          <w:rFonts w:ascii="Consolas" w:hAnsi="Consolas"/>
          <w:sz w:val="18"/>
        </w:rPr>
        <w:t>$ echo "feedparser==6.0.12" &gt;&gt; requirements.txt</w:t>
      </w:r>
    </w:p>
    <w:p>
      <w:pPr>
        <w:spacing w:after="0"/>
        <w:ind w:left="360"/>
        <w:shd w:val="clear" w:color="auto" w:fill="F2F2F2"/>
      </w:pPr>
      <w:r>
        <w:rPr>
          <w:rFonts w:ascii="Consolas" w:hAnsi="Consolas"/>
          <w:sz w:val="18"/>
        </w:rPr>
        <w:t>$ uv pip install -r requirements.txt</w:t>
      </w:r>
    </w:p>
    <w:p>
      <w:pPr>
        <w:spacing w:after="40"/>
      </w:pPr>
    </w:p>
    <w:p>
      <w:pPr>
        <w:spacing w:after="80"/>
      </w:pPr>
      <w:r>
        <w:rPr>
          <w:b w:val="0"/>
          <w:i w:val="0"/>
        </w:rPr>
        <w:t xml:space="preserve">Chúng ta cũng sẽ dùng </w:t>
      </w:r>
      <w:r>
        <w:rPr>
          <w:rFonts w:ascii="Consolas" w:hAnsi="Consolas"/>
          <w:b w:val="0"/>
          <w:i w:val="0"/>
          <w:sz w:val="20"/>
        </w:rPr>
        <w:br/>
        <w:br/>
        <w:t xml:space="preserve">      pendulum</w:t>
        <w:br/>
        <w:t xml:space="preserve">     </w:t>
        <w:br/>
      </w:r>
      <w:r>
        <w:rPr>
          <w:b w:val="0"/>
          <w:i w:val="0"/>
        </w:rPr>
        <w:t xml:space="preserve"> cho công thức này. Hãy chắc chắn rằng nó đã có trong tệp </w:t>
      </w:r>
      <w:r>
        <w:rPr>
          <w:rFonts w:ascii="Consolas" w:hAnsi="Consolas"/>
          <w:b w:val="0"/>
          <w:i w:val="0"/>
          <w:sz w:val="20"/>
        </w:rPr>
        <w:br/>
        <w:br/>
        <w:t xml:space="preserve">      requirements.txt</w:t>
        <w:br/>
        <w:t xml:space="preserve">     </w:t>
        <w:br/>
      </w:r>
      <w:r>
        <w:rPr>
          <w:b w:val="0"/>
          <w:i w:val="0"/>
        </w:rPr>
        <w:t xml:space="preserve"> của bạn.</w:t>
      </w:r>
    </w:p>
    <w:p>
      <w:pPr>
        <w:spacing w:after="80"/>
      </w:pPr>
      <w:r>
        <w:rPr>
          <w:b w:val="0"/>
          <w:i w:val="0"/>
        </w:rPr>
        <w:t xml:space="preserve">URL của nguồn cấp dữ liệu có thể được tìm thấy trên hầu hết các trang liên quan đến xuất bản phẩm, bao gồm blog, tin tức, podcast, v.v. Đôi khi chúng rất dễ tìm, nhưng đôi khi chúng lại hơi bị ẩn đi. Hãy tìm kiếm văn bản như 'feed' hoặc 'RSS'. GenAI cũng có thể đưa ra gợi ý, ví dụ: " </w:t>
      </w:r>
      <w:r>
        <w:rPr>
          <w:b w:val="0"/>
          <w:i/>
        </w:rPr>
        <w:t xml:space="preserve"> Tìm giúp tôi liên kết RSS cho trang web X </w:t>
      </w:r>
      <w:r>
        <w:rPr>
          <w:b w:val="0"/>
          <w:i w:val="0"/>
        </w:rPr>
        <w:t xml:space="preserve"> ".</w:t>
      </w:r>
    </w:p>
    <w:p>
      <w:pPr>
        <w:spacing w:after="80"/>
      </w:pPr>
      <w:r>
        <w:rPr>
          <w:b w:val="0"/>
          <w:i w:val="0"/>
        </w:rPr>
        <w:t xml:space="preserve">Hầu hết các tờ báo và hãng tin đều chia nguồn cấp dữ liệu RSS của họ theo chủ đề. Trong ví dụ của chúng ta, chúng ta sẽ phân tích cú pháp nguồn cấp dữ liệu trang chính của </w:t>
      </w:r>
      <w:r>
        <w:rPr>
          <w:b w:val="0"/>
          <w:i/>
        </w:rPr>
        <w:t xml:space="preserve"> The </w:t>
      </w:r>
      <w:r>
        <w:rPr>
          <w:b w:val="0"/>
          <w:i w:val="0"/>
        </w:rPr>
        <w:t xml:space="preserve"> </w:t>
      </w:r>
      <w:r>
        <w:rPr>
          <w:b w:val="0"/>
          <w:i/>
        </w:rPr>
        <w:t xml:space="preserve"> New York Times </w:t>
      </w:r>
      <w:r>
        <w:rPr>
          <w:b w:val="0"/>
          <w:i w:val="0"/>
        </w:rPr>
        <w:t xml:space="preserve"> , một ấn phẩm tin tức tổng hợp, http://rss.nytimes.com/services/xml/rss/nyt/HomePage.xml.</w:t>
      </w:r>
    </w:p>
    <w:p>
      <w:pPr>
        <w:spacing w:after="80"/>
      </w:pPr>
      <w:r>
        <w:rPr>
          <w:b/>
          <w:i w:val="0"/>
        </w:rPr>
        <w:t>Lưu ý</w:t>
      </w:r>
    </w:p>
    <w:p>
      <w:pPr>
        <w:spacing w:after="80"/>
      </w:pPr>
      <w:r>
        <w:rPr>
          <w:b w:val="0"/>
          <w:i w:val="0"/>
        </w:rPr>
        <w:t>Xin lưu ý rằng nguồn cấp dữ liệu này thay đổi khá thường xuyên, nghĩa là các mục được liên kết sẽ khác với các ví dụ trong cuốn sách này.</w:t>
      </w:r>
    </w:p>
    <w:p>
      <w:pPr>
        <w:pStyle w:val="Heading3"/>
      </w:pPr>
      <w:r>
        <w:rPr>
          <w:rFonts w:ascii="Calibri" w:hAnsi="Calibri"/>
          <w:b/>
          <w:i w:val="0"/>
          <w:sz w:val="26"/>
        </w:rPr>
        <w:t>Cách thực hiện...</w:t>
      </w:r>
    </w:p>
    <w:p>
      <w:pPr>
        <w:spacing w:after="80"/>
        <w:ind w:left="360"/>
      </w:pPr>
      <w:r>
        <w:t xml:space="preserve">1. </w:t>
      </w:r>
      <w:r>
        <w:rPr>
          <w:b w:val="0"/>
          <w:i w:val="0"/>
        </w:rPr>
        <w:t xml:space="preserve">Import mô-đun </w:t>
      </w:r>
      <w:r>
        <w:rPr>
          <w:rFonts w:ascii="Consolas" w:hAnsi="Consolas"/>
          <w:b w:val="0"/>
          <w:i w:val="0"/>
          <w:sz w:val="20"/>
        </w:rPr>
        <w:br/>
        <w:br/>
        <w:t xml:space="preserve">       feedparser</w:t>
        <w:br/>
        <w:t xml:space="preserve">      </w:t>
        <w:br/>
      </w:r>
      <w:r>
        <w:rPr>
          <w:b w:val="0"/>
          <w:i w:val="0"/>
        </w:rPr>
        <w:t xml:space="preserve"> , cùng với </w:t>
      </w:r>
      <w:r>
        <w:rPr>
          <w:rFonts w:ascii="Consolas" w:hAnsi="Consolas"/>
          <w:b w:val="0"/>
          <w:i w:val="0"/>
          <w:sz w:val="20"/>
        </w:rPr>
        <w:br/>
        <w:br/>
        <w:t xml:space="preserve">       datetime</w:t>
        <w:br/>
        <w:t xml:space="preserve">      </w:t>
        <w:br/>
      </w:r>
      <w:r>
        <w:rPr>
          <w:b w:val="0"/>
          <w:i w:val="0"/>
        </w:rPr>
        <w:t xml:space="preserve"> , </w:t>
      </w:r>
      <w:r>
        <w:rPr>
          <w:rFonts w:ascii="Consolas" w:hAnsi="Consolas"/>
          <w:b w:val="0"/>
          <w:i w:val="0"/>
          <w:sz w:val="20"/>
        </w:rPr>
        <w:br/>
        <w:br/>
        <w:t xml:space="preserve">       pendulum</w:t>
        <w:br/>
        <w:t xml:space="preserve">      </w:t>
        <w:br/>
      </w:r>
      <w:r>
        <w:rPr>
          <w:b w:val="0"/>
          <w:i w:val="0"/>
        </w:rPr>
        <w:t xml:space="preserve"> , và </w:t>
      </w:r>
      <w:r>
        <w:rPr>
          <w:rFonts w:ascii="Consolas" w:hAnsi="Consolas"/>
          <w:b w:val="0"/>
          <w:i w:val="0"/>
          <w:sz w:val="20"/>
        </w:rPr>
        <w:br/>
        <w:br/>
        <w:t xml:space="preserve">       requests</w:t>
        <w:br/>
        <w:t xml:space="preserve">      </w:t>
        <w:br/>
      </w:r>
      <w:r>
        <w:rPr>
          <w:b w:val="0"/>
          <w:i w:val="0"/>
        </w:rPr>
        <w:t xml:space="preserve"> :</w:t>
      </w:r>
    </w:p>
    <w:p>
      <w:pPr>
        <w:spacing w:after="0"/>
        <w:ind w:left="360"/>
        <w:shd w:val="clear" w:color="auto" w:fill="F2F2F2"/>
      </w:pPr>
      <w:r>
        <w:rPr>
          <w:rFonts w:ascii="Consolas" w:hAnsi="Consolas"/>
          <w:sz w:val="18"/>
        </w:rPr>
        <w:t>&gt;&gt;&gt; import feedparser</w:t>
      </w:r>
    </w:p>
    <w:p>
      <w:pPr>
        <w:spacing w:after="0"/>
        <w:ind w:left="360"/>
        <w:shd w:val="clear" w:color="auto" w:fill="F2F2F2"/>
      </w:pPr>
      <w:r>
        <w:rPr>
          <w:rFonts w:ascii="Consolas" w:hAnsi="Consolas"/>
          <w:sz w:val="18"/>
        </w:rPr>
        <w:t>&gt;&gt;&gt; import datetime</w:t>
      </w:r>
    </w:p>
    <w:p>
      <w:pPr>
        <w:spacing w:after="0"/>
        <w:ind w:left="360"/>
        <w:shd w:val="clear" w:color="auto" w:fill="F2F2F2"/>
      </w:pPr>
      <w:r>
        <w:rPr>
          <w:rFonts w:ascii="Consolas" w:hAnsi="Consolas"/>
          <w:sz w:val="18"/>
        </w:rPr>
        <w:t>&gt;&gt;&gt; import pendulum</w:t>
      </w:r>
    </w:p>
    <w:p>
      <w:pPr>
        <w:spacing w:after="0"/>
        <w:ind w:left="360"/>
        <w:shd w:val="clear" w:color="auto" w:fill="F2F2F2"/>
      </w:pPr>
      <w:r>
        <w:rPr>
          <w:rFonts w:ascii="Consolas" w:hAnsi="Consolas"/>
          <w:sz w:val="18"/>
        </w:rPr>
        <w:t>&gt;&gt;&gt; import requests</w:t>
      </w:r>
    </w:p>
    <w:p>
      <w:pPr>
        <w:spacing w:after="40"/>
      </w:pPr>
    </w:p>
    <w:p>
      <w:pPr>
        <w:spacing w:after="80"/>
        <w:ind w:left="360"/>
      </w:pPr>
      <w:r>
        <w:t xml:space="preserve">2. </w:t>
      </w:r>
      <w:r>
        <w:rPr>
          <w:b w:val="0"/>
          <w:i w:val="0"/>
        </w:rPr>
        <w:t>Phân tích cú pháp nguồn cấp dữ liệu (nó sẽ được tải xuống tự động) và kiểm tra thời điểm nó được cập nhật lần cuối. Thông tin về nguồn cấp dữ liệu, như tiêu đề của nguồn cấp, có thể được lấy trong thuộc tính feed:</w:t>
      </w:r>
    </w:p>
    <w:p>
      <w:pPr>
        <w:spacing w:after="0"/>
        <w:ind w:left="360"/>
        <w:shd w:val="clear" w:color="auto" w:fill="F2F2F2"/>
      </w:pPr>
      <w:r>
        <w:rPr>
          <w:rFonts w:ascii="Consolas" w:hAnsi="Consolas"/>
          <w:sz w:val="18"/>
        </w:rPr>
        <w:t>&gt;&gt;&gt; rss = feedparser.parse('http://rss.nytimes.com/services/xml/rss/nyt/HomePage.xml')</w:t>
      </w:r>
    </w:p>
    <w:p>
      <w:pPr>
        <w:spacing w:after="0"/>
        <w:ind w:left="360"/>
        <w:shd w:val="clear" w:color="auto" w:fill="F2F2F2"/>
      </w:pPr>
      <w:r>
        <w:rPr>
          <w:rFonts w:ascii="Consolas" w:hAnsi="Consolas"/>
          <w:sz w:val="18"/>
        </w:rPr>
        <w:t>&gt;&gt;&gt; rss.feed.updated</w:t>
      </w:r>
    </w:p>
    <w:p>
      <w:pPr>
        <w:spacing w:after="0"/>
        <w:ind w:left="360"/>
        <w:shd w:val="clear" w:color="auto" w:fill="F2F2F2"/>
      </w:pPr>
      <w:r>
        <w:rPr>
          <w:rFonts w:ascii="Consolas" w:hAnsi="Consolas"/>
          <w:sz w:val="18"/>
        </w:rPr>
        <w:t>'Sat, 06 Dec 2025 14:37:06 +0000'</w:t>
      </w:r>
    </w:p>
    <w:p>
      <w:pPr>
        <w:spacing w:after="40"/>
      </w:pPr>
    </w:p>
    <w:p>
      <w:pPr>
        <w:spacing w:after="80"/>
        <w:ind w:left="360"/>
      </w:pPr>
      <w:r>
        <w:t xml:space="preserve">3. </w:t>
      </w:r>
      <w:r>
        <w:rPr>
          <w:b w:val="0"/>
          <w:i w:val="0"/>
        </w:rPr>
        <w:t>Lấy các mục có thời gian cũ hơn hoặc bằng 6 giờ:</w:t>
      </w:r>
    </w:p>
    <w:p>
      <w:pPr>
        <w:spacing w:after="0"/>
        <w:ind w:left="360"/>
        <w:shd w:val="clear" w:color="auto" w:fill="F2F2F2"/>
      </w:pPr>
      <w:r>
        <w:rPr>
          <w:rFonts w:ascii="Consolas" w:hAnsi="Consolas"/>
          <w:sz w:val="18"/>
        </w:rPr>
        <w:t>&gt;&gt;&gt; time_limit = pendulum.parse(rss.feed.updated, strict=False) - datetime.timedelta(hours=6)</w:t>
      </w:r>
    </w:p>
    <w:p>
      <w:pPr>
        <w:spacing w:after="0"/>
        <w:ind w:left="360"/>
        <w:shd w:val="clear" w:color="auto" w:fill="F2F2F2"/>
      </w:pPr>
      <w:r>
        <w:rPr>
          <w:rFonts w:ascii="Consolas" w:hAnsi="Consolas"/>
          <w:sz w:val="18"/>
        </w:rPr>
        <w:t>&gt;&gt;&gt; entries = [entry for entry in rss.entries if pendulum.parse(entry.published, strict=False) &gt; time_limit]</w:t>
      </w:r>
    </w:p>
    <w:p>
      <w:pPr>
        <w:spacing w:after="40"/>
      </w:pPr>
    </w:p>
    <w:p>
      <w:pPr>
        <w:spacing w:after="80"/>
        <w:ind w:left="360"/>
      </w:pPr>
      <w:r>
        <w:t xml:space="preserve">4. </w:t>
      </w:r>
      <w:r>
        <w:rPr>
          <w:b w:val="0"/>
          <w:i w:val="0"/>
        </w:rPr>
        <w:t>Một số mục được trả về sẽ cũ hơn 6 giờ:</w:t>
      </w:r>
    </w:p>
    <w:p>
      <w:pPr>
        <w:spacing w:after="0"/>
        <w:ind w:left="360"/>
        <w:shd w:val="clear" w:color="auto" w:fill="F2F2F2"/>
      </w:pPr>
      <w:r>
        <w:rPr>
          <w:rFonts w:ascii="Consolas" w:hAnsi="Consolas"/>
          <w:sz w:val="18"/>
        </w:rPr>
        <w:t>&gt;&gt;&gt; len(entries)</w:t>
      </w:r>
    </w:p>
    <w:p>
      <w:pPr>
        <w:spacing w:after="0"/>
        <w:ind w:left="360"/>
        <w:shd w:val="clear" w:color="auto" w:fill="F2F2F2"/>
      </w:pPr>
      <w:r>
        <w:rPr>
          <w:rFonts w:ascii="Consolas" w:hAnsi="Consolas"/>
          <w:sz w:val="18"/>
        </w:rPr>
        <w:t>14</w:t>
      </w:r>
    </w:p>
    <w:p>
      <w:pPr>
        <w:spacing w:after="0"/>
        <w:ind w:left="360"/>
        <w:shd w:val="clear" w:color="auto" w:fill="F2F2F2"/>
      </w:pPr>
      <w:r>
        <w:rPr>
          <w:rFonts w:ascii="Consolas" w:hAnsi="Consolas"/>
          <w:sz w:val="18"/>
        </w:rPr>
        <w:t>&gt;&gt;&gt; len(rss.entries)</w:t>
      </w:r>
    </w:p>
    <w:p>
      <w:pPr>
        <w:spacing w:after="0"/>
        <w:ind w:left="360"/>
        <w:shd w:val="clear" w:color="auto" w:fill="F2F2F2"/>
      </w:pPr>
      <w:r>
        <w:rPr>
          <w:rFonts w:ascii="Consolas" w:hAnsi="Consolas"/>
          <w:sz w:val="18"/>
        </w:rPr>
        <w:t>21</w:t>
      </w:r>
    </w:p>
    <w:p>
      <w:pPr>
        <w:spacing w:after="40"/>
      </w:pPr>
    </w:p>
    <w:p>
      <w:pPr>
        <w:spacing w:after="80"/>
        <w:ind w:left="360"/>
      </w:pPr>
      <w:r>
        <w:t xml:space="preserve">5. </w:t>
      </w:r>
      <w:r>
        <w:rPr>
          <w:b w:val="0"/>
          <w:i w:val="0"/>
        </w:rPr>
        <w:t xml:space="preserve">Truy xuất thông tin về </w:t>
      </w:r>
      <w:r>
        <w:rPr>
          <w:rFonts w:ascii="Consolas" w:hAnsi="Consolas"/>
          <w:b w:val="0"/>
          <w:i w:val="0"/>
          <w:sz w:val="20"/>
        </w:rPr>
        <w:br/>
        <w:br/>
        <w:t xml:space="preserve">       entries</w:t>
        <w:br/>
        <w:t xml:space="preserve">      </w:t>
        <w:br/>
      </w:r>
      <w:r>
        <w:rPr>
          <w:b w:val="0"/>
          <w:i w:val="0"/>
        </w:rPr>
        <w:t xml:space="preserve"> , chẳng hạn như tiêu đề. URL đầy đủ của mục có sẵn dưới dạng </w:t>
      </w:r>
      <w:r>
        <w:rPr>
          <w:rFonts w:ascii="Consolas" w:hAnsi="Consolas"/>
          <w:b w:val="0"/>
          <w:i w:val="0"/>
          <w:sz w:val="20"/>
        </w:rPr>
        <w:br/>
        <w:br/>
        <w:t xml:space="preserve">       link</w:t>
        <w:br/>
        <w:t xml:space="preserve">      </w:t>
        <w:br/>
      </w:r>
      <w:r>
        <w:rPr>
          <w:b w:val="0"/>
          <w:i w:val="0"/>
        </w:rPr>
        <w:t xml:space="preserve"> . Hãy khám phá thông tin có sẵn trong nguồn cấp dữ liệu cụ thể này, ví dụ, chúng ta dùng </w:t>
      </w:r>
      <w:r>
        <w:rPr>
          <w:rFonts w:ascii="Consolas" w:hAnsi="Consolas"/>
          <w:b w:val="0"/>
          <w:i w:val="0"/>
          <w:sz w:val="20"/>
        </w:rPr>
        <w:br/>
        <w:br/>
        <w:t xml:space="preserve">       entries[13].</w:t>
        <w:br/>
        <w:t xml:space="preserve">      </w:t>
        <w:br/>
      </w:r>
      <w:r>
        <w:rPr>
          <w:b w:val="0"/>
          <w:i w:val="0"/>
        </w:rPr>
        <w:t xml:space="preserve"> Thông tin sẽ thay đổi tùy theo thông tin thu được từ nguồn cấp dữ liệu khi bạn lấy dữ liệu từ nó.</w:t>
      </w:r>
    </w:p>
    <w:p>
      <w:pPr>
        <w:spacing w:after="0"/>
        <w:ind w:left="360"/>
        <w:shd w:val="clear" w:color="auto" w:fill="F2F2F2"/>
      </w:pPr>
      <w:r>
        <w:rPr>
          <w:rFonts w:ascii="Consolas" w:hAnsi="Consolas"/>
          <w:sz w:val="18"/>
        </w:rPr>
        <w:t>&gt;&gt;&gt; entries[13]['title']</w:t>
      </w:r>
    </w:p>
    <w:p>
      <w:pPr>
        <w:spacing w:after="0"/>
        <w:ind w:left="360"/>
        <w:shd w:val="clear" w:color="auto" w:fill="F2F2F2"/>
      </w:pPr>
      <w:r>
        <w:rPr>
          <w:rFonts w:ascii="Consolas" w:hAnsi="Consolas"/>
          <w:sz w:val="18"/>
        </w:rPr>
        <w:t>'Sweet Season'</w:t>
      </w:r>
    </w:p>
    <w:p>
      <w:pPr>
        <w:spacing w:after="0"/>
        <w:ind w:left="360"/>
        <w:shd w:val="clear" w:color="auto" w:fill="F2F2F2"/>
      </w:pPr>
      <w:r>
        <w:rPr>
          <w:rFonts w:ascii="Consolas" w:hAnsi="Consolas"/>
          <w:sz w:val="18"/>
        </w:rPr>
        <w:t>&gt;&gt;&gt; entries[13]['link']</w:t>
      </w:r>
    </w:p>
    <w:p>
      <w:pPr>
        <w:spacing w:after="0"/>
        <w:ind w:left="360"/>
        <w:shd w:val="clear" w:color="auto" w:fill="F2F2F2"/>
      </w:pPr>
      <w:r>
        <w:rPr>
          <w:rFonts w:ascii="Consolas" w:hAnsi="Consolas"/>
          <w:sz w:val="18"/>
        </w:rPr>
        <w:t>'https://www.nytimes.com/2025/12/06/briefing/sweet-season.html'</w:t>
      </w:r>
    </w:p>
    <w:p>
      <w:pPr>
        <w:spacing w:after="0"/>
        <w:ind w:left="360"/>
        <w:shd w:val="clear" w:color="auto" w:fill="F2F2F2"/>
      </w:pPr>
      <w:r>
        <w:rPr>
          <w:rFonts w:ascii="Consolas" w:hAnsi="Consolas"/>
          <w:sz w:val="18"/>
        </w:rPr>
        <w:t>&gt;&gt;&gt; entries[13]['summary']</w:t>
      </w:r>
    </w:p>
    <w:p>
      <w:pPr>
        <w:spacing w:after="0"/>
        <w:ind w:left="360"/>
        <w:shd w:val="clear" w:color="auto" w:fill="F2F2F2"/>
      </w:pPr>
      <w:r>
        <w:rPr>
          <w:rFonts w:ascii="Consolas" w:hAnsi="Consolas"/>
          <w:sz w:val="18"/>
        </w:rPr>
        <w:t>'Rejoice: NYT Cooking's holiday cookie extravaganza has returned.'</w:t>
      </w:r>
    </w:p>
    <w:p>
      <w:pPr>
        <w:spacing w:after="40"/>
      </w:pPr>
    </w:p>
    <w:p>
      <w:pPr>
        <w:pStyle w:val="Heading3"/>
      </w:pPr>
      <w:r>
        <w:rPr>
          <w:rFonts w:ascii="Calibri" w:hAnsi="Calibri"/>
          <w:b/>
          <w:i w:val="0"/>
          <w:sz w:val="26"/>
        </w:rPr>
        <w:t>Cách nó hoạt động...</w:t>
      </w:r>
    </w:p>
    <w:p>
      <w:pPr>
        <w:spacing w:after="80"/>
      </w:pPr>
      <w:r>
        <w:rPr>
          <w:b w:val="0"/>
          <w:i w:val="0"/>
        </w:rPr>
        <w:t>Đối tượng feed đã được phân tích cú pháp chứa thông tin từ các mục (entry), cũng như thông tin chung về chính feed đó, ví dụ như thời điểm nó được cập nhật. Thông tin về feed có thể được tìm thấy trong thuộc tính feed:</w:t>
      </w:r>
    </w:p>
    <w:p>
      <w:pPr>
        <w:spacing w:after="0"/>
        <w:ind w:left="360"/>
        <w:shd w:val="clear" w:color="auto" w:fill="F2F2F2"/>
      </w:pPr>
      <w:r>
        <w:rPr>
          <w:rFonts w:ascii="Consolas" w:hAnsi="Consolas"/>
          <w:sz w:val="18"/>
        </w:rPr>
        <w:t>&gt;&gt;&gt; rss.feed.title</w:t>
      </w:r>
    </w:p>
    <w:p>
      <w:pPr>
        <w:spacing w:after="0"/>
        <w:ind w:left="360"/>
        <w:shd w:val="clear" w:color="auto" w:fill="F2F2F2"/>
      </w:pPr>
      <w:r>
        <w:rPr>
          <w:rFonts w:ascii="Consolas" w:hAnsi="Consolas"/>
          <w:sz w:val="18"/>
        </w:rPr>
        <w:t>'NYT &gt; Top Stories'</w:t>
      </w:r>
    </w:p>
    <w:p>
      <w:pPr>
        <w:spacing w:after="40"/>
      </w:pPr>
    </w:p>
    <w:p>
      <w:pPr>
        <w:spacing w:after="80"/>
      </w:pPr>
      <w:r>
        <w:rPr>
          <w:b w:val="0"/>
          <w:i w:val="0"/>
        </w:rPr>
        <w:t>Mỗi mục hoạt động như một dictionary, nên các trường rất dễ truy xuất. Chúng cũng có thể được truy cập như các thuộc tính, nhưng xử lý chúng như các key cho phép chúng ta lấy được tất cả các trường có sẵn:</w:t>
      </w:r>
    </w:p>
    <w:p>
      <w:pPr>
        <w:spacing w:after="0"/>
        <w:ind w:left="360"/>
        <w:shd w:val="clear" w:color="auto" w:fill="F2F2F2"/>
      </w:pPr>
      <w:r>
        <w:rPr>
          <w:rFonts w:ascii="Consolas" w:hAnsi="Consolas"/>
          <w:sz w:val="18"/>
        </w:rPr>
        <w:t>&gt;&gt;&gt; entries[13].keys()</w:t>
      </w:r>
    </w:p>
    <w:p>
      <w:pPr>
        <w:spacing w:after="0"/>
        <w:ind w:left="360"/>
        <w:shd w:val="clear" w:color="auto" w:fill="F2F2F2"/>
      </w:pPr>
      <w:r>
        <w:rPr>
          <w:rFonts w:ascii="Consolas" w:hAnsi="Consolas"/>
          <w:sz w:val="18"/>
        </w:rPr>
        <w:t>dict_keys(['title', 'title_detail', 'links', 'link', 'id', 'guidislink', 'summary', 'summary_detail', 'authors', 'author', 'author_detail', 'published', 'published_parsed', 'tags', 'media_content', 'media_credit', 'credit'])</w:t>
      </w:r>
    </w:p>
    <w:p>
      <w:pPr>
        <w:spacing w:after="40"/>
      </w:pPr>
    </w:p>
    <w:p>
      <w:pPr>
        <w:spacing w:after="80"/>
      </w:pPr>
      <w:r>
        <w:rPr>
          <w:b w:val="0"/>
          <w:i w:val="0"/>
        </w:rPr>
        <w:t xml:space="preserve">Chiến lược cơ bản khi xử lý feed là phân tích cú pháp chúng và duyệt qua các mục, thực hiện kiểm tra nhanh xem chúng có thú vị hay không, ví dụ bằng cách kiểm tra các trường </w:t>
      </w:r>
      <w:r>
        <w:rPr>
          <w:b w:val="0"/>
          <w:i/>
        </w:rPr>
        <w:t>description</w:t>
      </w:r>
      <w:r>
        <w:rPr>
          <w:b w:val="0"/>
          <w:i w:val="0"/>
        </w:rPr>
        <w:t xml:space="preserve"> hoặc </w:t>
      </w:r>
      <w:r>
        <w:rPr>
          <w:b w:val="0"/>
          <w:i/>
        </w:rPr>
        <w:t>summary</w:t>
      </w:r>
      <w:r>
        <w:rPr>
          <w:b w:val="0"/>
          <w:i w:val="0"/>
        </w:rPr>
        <w:t>. Nếu mục đó có vẻ thú vị, nó có thể được tải xuống đầy đủ thông qua trường link. Sau đó, để tránh kiểm tra lại các mục, hãy lưu ngày xuất bản mới nhất, và lần sau chỉ kiểm tra những mục mới hơn.</w:t>
      </w:r>
    </w:p>
    <w:p>
      <w:pPr>
        <w:spacing w:after="80"/>
      </w:pPr>
      <w:r>
        <w:rPr>
          <w:b/>
          <w:i w:val="0"/>
        </w:rPr>
        <w:t>Lưu ý</w:t>
      </w:r>
    </w:p>
    <w:p>
      <w:pPr>
        <w:spacing w:after="80"/>
      </w:pPr>
      <w:r>
        <w:rPr>
          <w:b w:val="0"/>
          <w:i w:val="0"/>
        </w:rPr>
        <w:t xml:space="preserve">Theo mặc định </w:t>
      </w:r>
      <w:r>
        <w:rPr>
          <w:rFonts w:ascii="Consolas" w:hAnsi="Consolas"/>
          <w:b w:val="0"/>
          <w:i w:val="0"/>
          <w:sz w:val="20"/>
        </w:rPr>
        <w:br/>
        <w:br/>
        <w:t xml:space="preserve">       pendulum</w:t>
        <w:br/>
        <w:t xml:space="preserve">      </w:t>
        <w:br/>
      </w:r>
      <w:r>
        <w:rPr>
          <w:b w:val="0"/>
          <w:i w:val="0"/>
        </w:rPr>
        <w:t xml:space="preserve"> chỉ phân tích cú pháp một vài định dạng phổ biến. Sử dụng tham số </w:t>
      </w:r>
      <w:r>
        <w:rPr>
          <w:rFonts w:ascii="Consolas" w:hAnsi="Consolas"/>
          <w:b w:val="0"/>
          <w:i w:val="0"/>
          <w:sz w:val="20"/>
        </w:rPr>
        <w:br/>
        <w:br/>
        <w:t xml:space="preserve">       strict=False</w:t>
        <w:br/>
        <w:t xml:space="preserve">      </w:t>
        <w:br/>
      </w:r>
      <w:r>
        <w:rPr>
          <w:b w:val="0"/>
          <w:i w:val="0"/>
        </w:rPr>
        <w:t xml:space="preserve"> để dự phòng cho phép nhiều định dạng hơn trước khi ném ra ngoại lệ. Nếu bạn cần chỉ định một định dạng cụ thể không mặc định, hãy dùng helper </w:t>
      </w:r>
      <w:r>
        <w:rPr>
          <w:rFonts w:ascii="Consolas" w:hAnsi="Consolas"/>
          <w:b w:val="0"/>
          <w:i w:val="0"/>
          <w:sz w:val="20"/>
        </w:rPr>
        <w:br/>
        <w:br/>
        <w:t xml:space="preserve">       .from_format()</w:t>
        <w:br/>
        <w:t xml:space="preserve">      </w:t>
        <w:br/>
      </w:r>
      <w:r>
        <w:rPr>
          <w:b w:val="0"/>
          <w:i w:val="0"/>
        </w:rPr>
        <w:t xml:space="preserve">. Kiểm tra tài liệu </w:t>
      </w:r>
      <w:r>
        <w:rPr>
          <w:rFonts w:ascii="Consolas" w:hAnsi="Consolas"/>
          <w:b w:val="0"/>
          <w:i w:val="0"/>
          <w:sz w:val="20"/>
        </w:rPr>
        <w:br/>
        <w:br/>
        <w:t xml:space="preserve">       pendulum</w:t>
        <w:br/>
        <w:t xml:space="preserve">      </w:t>
        <w:br/>
      </w:r>
      <w:r>
        <w:rPr>
          <w:b w:val="0"/>
          <w:i w:val="0"/>
        </w:rPr>
        <w:t xml:space="preserve"> để biết thêm thông tin. https://pendulum.eustace.io/docs/#parsing</w:t>
      </w:r>
    </w:p>
    <w:p>
      <w:pPr>
        <w:pStyle w:val="Heading3"/>
      </w:pPr>
      <w:r>
        <w:rPr>
          <w:rFonts w:ascii="Calibri" w:hAnsi="Calibri"/>
          <w:b/>
          <w:i w:val="0"/>
          <w:sz w:val="26"/>
        </w:rPr>
        <w:t>Còn nhiều thứ khác...</w:t>
      </w:r>
    </w:p>
    <w:p>
      <w:pPr>
        <w:spacing w:after="80"/>
      </w:pPr>
      <w:r>
        <w:rPr>
          <w:b w:val="0"/>
          <w:i w:val="0"/>
        </w:rPr>
        <w:t xml:space="preserve">Tài liệu đầy đủ về </w:t>
      </w:r>
      <w:r>
        <w:rPr>
          <w:rFonts w:ascii="Consolas" w:hAnsi="Consolas"/>
          <w:b w:val="0"/>
          <w:i w:val="0"/>
          <w:sz w:val="20"/>
        </w:rPr>
        <w:br/>
        <w:br/>
        <w:t xml:space="preserve">      feedparser</w:t>
        <w:br/>
        <w:t xml:space="preserve">     </w:t>
        <w:br/>
      </w:r>
      <w:r>
        <w:rPr>
          <w:b w:val="0"/>
          <w:i w:val="0"/>
        </w:rPr>
        <w:t xml:space="preserve"> có thể được tìm thấy ở đây: </w:t>
      </w:r>
      <w:r>
        <w:rPr>
          <w:rFonts w:ascii="Consolas" w:hAnsi="Consolas"/>
          <w:b w:val="0"/>
          <w:i w:val="0"/>
          <w:sz w:val="20"/>
        </w:rPr>
        <w:br/>
        <w:br/>
        <w:t xml:space="preserve">       https://pythonhosted.org/feedparser/</w:t>
        <w:br/>
        <w:t xml:space="preserve">      </w:t>
        <w:br/>
      </w:r>
      <w:r>
        <w:rPr>
          <w:b w:val="0"/>
          <w:i w:val="0"/>
        </w:rPr>
        <w:t>.</w:t>
      </w:r>
    </w:p>
    <w:p>
      <w:pPr>
        <w:spacing w:after="80"/>
      </w:pPr>
      <w:r>
        <w:rPr>
          <w:b w:val="0"/>
          <w:i w:val="0"/>
        </w:rPr>
        <w:t xml:space="preserve">Thông tin có sẵn có thể khác nhau giữa các feed. Trong ví dụ về </w:t>
      </w:r>
      <w:r>
        <w:rPr>
          <w:b w:val="0"/>
          <w:i/>
        </w:rPr>
        <w:t>New York Times</w:t>
      </w:r>
      <w:r>
        <w:rPr>
          <w:b w:val="0"/>
          <w:i w:val="0"/>
        </w:rPr>
        <w:t xml:space="preserve">, có trường </w:t>
      </w:r>
      <w:r>
        <w:rPr>
          <w:rFonts w:ascii="Consolas" w:hAnsi="Consolas"/>
          <w:b w:val="0"/>
          <w:i w:val="0"/>
          <w:sz w:val="20"/>
        </w:rPr>
        <w:br/>
        <w:br/>
        <w:t xml:space="preserve">      tags</w:t>
        <w:br/>
        <w:t xml:space="preserve">     </w:t>
        <w:br/>
      </w:r>
      <w:r>
        <w:rPr>
          <w:b w:val="0"/>
          <w:i w:val="0"/>
        </w:rPr>
        <w:t xml:space="preserve"> chứa thông tin phân loại (chủ đề, đề tài, v.v.), nhưng điều này không phải là tiêu chuẩn. Tối thiểu, các mục sẽ có </w:t>
      </w:r>
      <w:r>
        <w:rPr>
          <w:rFonts w:ascii="Consolas" w:hAnsi="Consolas"/>
          <w:b w:val="0"/>
          <w:i w:val="0"/>
          <w:sz w:val="20"/>
        </w:rPr>
        <w:br/>
        <w:br/>
        <w:t xml:space="preserve">      title</w:t>
        <w:br/>
        <w:t xml:space="preserve">     </w:t>
        <w:br/>
      </w:r>
      <w:r>
        <w:rPr>
          <w:b w:val="0"/>
          <w:i w:val="0"/>
        </w:rPr>
        <w:t xml:space="preserve">, </w:t>
      </w:r>
      <w:r>
        <w:rPr>
          <w:rFonts w:ascii="Consolas" w:hAnsi="Consolas"/>
          <w:b w:val="0"/>
          <w:i w:val="0"/>
          <w:sz w:val="20"/>
        </w:rPr>
        <w:br/>
        <w:br/>
        <w:t xml:space="preserve">      description</w:t>
        <w:br/>
        <w:t xml:space="preserve">     </w:t>
        <w:br/>
      </w:r>
      <w:r>
        <w:rPr>
          <w:b w:val="0"/>
          <w:i w:val="0"/>
        </w:rPr>
        <w:t xml:space="preserve">, và </w:t>
      </w:r>
      <w:r>
        <w:rPr>
          <w:rFonts w:ascii="Consolas" w:hAnsi="Consolas"/>
          <w:b w:val="0"/>
          <w:i w:val="0"/>
          <w:sz w:val="20"/>
        </w:rPr>
        <w:br/>
        <w:br/>
        <w:t xml:space="preserve">      link</w:t>
        <w:br/>
        <w:t xml:space="preserve">     </w:t>
        <w:br/>
      </w:r>
      <w:r>
        <w:rPr>
          <w:b w:val="0"/>
          <w:i w:val="0"/>
        </w:rPr>
        <w:t>.</w:t>
      </w:r>
    </w:p>
    <w:p>
      <w:pPr>
        <w:spacing w:after="80"/>
      </w:pPr>
      <w:r>
        <w:rPr>
          <w:b/>
          <w:i w:val="0"/>
        </w:rPr>
        <w:t>Mẹo</w:t>
      </w:r>
    </w:p>
    <w:p>
      <w:pPr>
        <w:spacing w:after="80"/>
      </w:pPr>
      <w:r>
        <w:rPr>
          <w:b w:val="0"/>
          <w:i w:val="0"/>
        </w:rPr>
        <w:t>RSS feed cũng là một cách tuyệt vời để tự tuyển chọn nguồn tin của riêng bạn. Có những trình đọc feed tuyệt vời cho việc đó, như Feedly, Feedbin hoặc Feeder.</w:t>
      </w:r>
    </w:p>
    <w:p>
      <w:pPr>
        <w:spacing w:after="80"/>
      </w:pPr>
      <w:r>
        <w:rPr>
          <w:b w:val="0"/>
          <w:i w:val="0"/>
        </w:rPr>
        <w:t xml:space="preserve">Hãy cẩn thận khi cố gắng truy xuất thông tin bằng chương trình từ các trang web mới và các nguồn tương tự. Mức độ web scraping đã gia tăng trong những năm gần đây, khiến các trang web đưa ra các biện pháp bảo vệ để tránh hoạt động của bot. Ví dụ, nếu bạn theo liên kết trong bài viết mà chúng ta đã trích xuất ở trên trong </w:t>
      </w:r>
      <w:r>
        <w:rPr>
          <w:b w:val="0"/>
          <w:i/>
        </w:rPr>
        <w:t>bước 6</w:t>
      </w:r>
      <w:r>
        <w:rPr>
          <w:b w:val="0"/>
          <w:i w:val="0"/>
        </w:rPr>
        <w:t xml:space="preserve">, bạn sẽ nhận được mã lỗi 403, nghĩa là quyền truy cập của bot bị </w:t>
      </w:r>
      <w:r>
        <w:rPr>
          <w:rFonts w:ascii="Consolas" w:hAnsi="Consolas"/>
          <w:b w:val="0"/>
          <w:i w:val="0"/>
          <w:sz w:val="20"/>
        </w:rPr>
        <w:br/>
        <w:br/>
        <w:t xml:space="preserve">      Forbidden</w:t>
        <w:br/>
        <w:t xml:space="preserve">     </w:t>
        <w:br/>
      </w:r>
      <w:r>
        <w:rPr>
          <w:b w:val="0"/>
          <w:i w:val="0"/>
        </w:rPr>
        <w:t>.</w:t>
      </w:r>
    </w:p>
    <w:p>
      <w:pPr>
        <w:spacing w:after="0"/>
        <w:ind w:left="360"/>
        <w:shd w:val="clear" w:color="auto" w:fill="F2F2F2"/>
      </w:pPr>
      <w:r>
        <w:rPr>
          <w:rFonts w:ascii="Consolas" w:hAnsi="Consolas"/>
          <w:sz w:val="18"/>
        </w:rPr>
        <w:t>&gt;&gt;&gt; response = requests.get(entries[13]['link'])</w:t>
      </w:r>
    </w:p>
    <w:p>
      <w:pPr>
        <w:spacing w:after="0"/>
        <w:ind w:left="360"/>
        <w:shd w:val="clear" w:color="auto" w:fill="F2F2F2"/>
      </w:pPr>
      <w:r>
        <w:rPr>
          <w:rFonts w:ascii="Consolas" w:hAnsi="Consolas"/>
          <w:sz w:val="18"/>
        </w:rPr>
        <w:t>&gt;&gt;&gt; response.status_code</w:t>
      </w:r>
    </w:p>
    <w:p>
      <w:pPr>
        <w:spacing w:after="0"/>
        <w:ind w:left="360"/>
        <w:shd w:val="clear" w:color="auto" w:fill="F2F2F2"/>
      </w:pPr>
      <w:r>
        <w:rPr>
          <w:rFonts w:ascii="Consolas" w:hAnsi="Consolas"/>
          <w:sz w:val="18"/>
        </w:rPr>
        <w:t>403</w:t>
      </w:r>
    </w:p>
    <w:p>
      <w:pPr>
        <w:spacing w:after="40"/>
      </w:pPr>
    </w:p>
    <w:p>
      <w:pPr>
        <w:spacing w:after="80"/>
      </w:pPr>
      <w:r>
        <w:rPr>
          <w:b w:val="0"/>
          <w:i w:val="0"/>
        </w:rPr>
        <w:t>Kiểm tra trực tiếp trang đó, bạn có thể thấy rằng nó yêu cầu trả phí và cần đăng nhập để truy cập.</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Installing third-party packages</w:t>
      </w:r>
      <w:r>
        <w:rPr>
          <w:b w:val="0"/>
          <w:i w:val="0"/>
        </w:rPr>
        <w:t xml:space="preserve"> trong </w:t>
      </w:r>
      <w:r>
        <w:rPr>
          <w:b w:val="0"/>
          <w:i/>
        </w:rPr>
        <w:t>Chương 1</w:t>
      </w:r>
      <w:r>
        <w:rPr>
          <w:b w:val="0"/>
          <w:i w:val="0"/>
        </w:rPr>
        <w:t xml:space="preserve">, </w:t>
      </w:r>
      <w:r>
        <w:rPr>
          <w:b w:val="0"/>
          <w:i/>
        </w:rPr>
        <w:t>Let's Begin Our Automation Journey</w:t>
      </w:r>
      <w:r>
        <w:rPr>
          <w:b w:val="0"/>
          <w:i w:val="0"/>
        </w:rPr>
        <w:t>, để tìm hiểu những kiến thức cơ bản về cài đặt các mô-đun bên ngoài.</w:t>
      </w:r>
    </w:p>
    <w:p>
      <w:pPr>
        <w:spacing w:after="80"/>
        <w:ind w:left="360"/>
      </w:pPr>
      <w:r>
        <w:t xml:space="preserve">• </w:t>
      </w:r>
      <w:r>
        <w:rPr>
          <w:b w:val="0"/>
          <w:i w:val="0"/>
        </w:rPr>
        <w:t xml:space="preserve">Công thức </w:t>
      </w:r>
      <w:r>
        <w:rPr>
          <w:b w:val="0"/>
          <w:i/>
        </w:rPr>
        <w:t>Downloading web pages</w:t>
      </w:r>
      <w:r>
        <w:rPr>
          <w:b w:val="0"/>
          <w:i w:val="0"/>
        </w:rPr>
        <w:t>, ở phần trước trong chương này, để tìm hiểu thêm về cách thực hiện request và lấy các trang từ xa.</w:t>
      </w:r>
    </w:p>
    <w:p>
      <w:pPr>
        <w:spacing w:after="80"/>
        <w:ind w:left="360"/>
      </w:pPr>
      <w:r>
        <w:t xml:space="preserve">• </w:t>
      </w:r>
      <w:r>
        <w:rPr>
          <w:b w:val="0"/>
          <w:i w:val="0"/>
        </w:rPr>
        <w:t xml:space="preserve">Công thức </w:t>
      </w:r>
      <w:r>
        <w:rPr>
          <w:b w:val="0"/>
          <w:i/>
        </w:rPr>
        <w:t>Sử dụng Playwright để tương tác nâng cao</w:t>
      </w:r>
      <w:r>
        <w:rPr>
          <w:b w:val="0"/>
          <w:i w:val="0"/>
        </w:rPr>
        <w:t>, ở phần sau của chương này, dành cho những tương tác cần render một trình duyệt đầy đủ.</w:t>
      </w:r>
    </w:p>
    <w:p>
      <w:pPr>
        <w:pStyle w:val="Heading2"/>
      </w:pPr>
      <w:r>
        <w:rPr>
          <w:rFonts w:ascii="Calibri" w:hAnsi="Calibri"/>
          <w:b/>
          <w:i w:val="0"/>
          <w:sz w:val="32"/>
        </w:rPr>
        <w:t>Truy cập các web API</w:t>
      </w:r>
    </w:p>
    <w:p>
      <w:pPr>
        <w:spacing w:after="80"/>
      </w:pPr>
      <w:r>
        <w:rPr>
          <w:b w:val="0"/>
          <w:i w:val="0"/>
        </w:rPr>
        <w:t xml:space="preserve">Công nghệ web không chỉ có khả năng tạo ra các giao diện người dùng tương tác cho con người sử dụng. Những giao diện phong phú mà chương trình có thể dùng cũng có thể được tạo ra, cho phép tương tác mạnh mẽ thông qua HTTP. Giao diện phổ biến nhất thuộc loại này là thông qua các RESTful API sử dụng JSON. Những giao diện dựa trên văn bản này rất dễ hiểu và dễ lập trình, đồng thời sử dụng các công nghệ phổ biến mang tính </w:t>
      </w:r>
      <w:r>
        <w:rPr>
          <w:b/>
          <w:i w:val="0"/>
        </w:rPr>
        <w:t>độc lập</w:t>
      </w:r>
      <w:r>
        <w:rPr>
          <w:b w:val="0"/>
          <w:i w:val="0"/>
        </w:rPr>
        <w:t xml:space="preserve"> </w:t>
      </w:r>
      <w:r>
        <w:rPr>
          <w:b/>
          <w:i w:val="0"/>
        </w:rPr>
        <w:t>ngôn ngữ</w:t>
      </w:r>
      <w:r>
        <w:rPr>
          <w:b w:val="0"/>
          <w:i w:val="0"/>
        </w:rPr>
        <w:t>, nghĩa là chúng có thể được truy cập bằng bất kỳ ngôn ngữ lập trình nào có mô-đun HTTP client – tất nhiên, bao gồm cả Python.</w:t>
      </w:r>
    </w:p>
    <w:p>
      <w:pPr>
        <w:spacing w:after="80"/>
      </w:pPr>
      <w:r>
        <w:rPr>
          <w:b/>
          <w:i w:val="0"/>
        </w:rPr>
        <w:t>Lưu ý</w:t>
      </w:r>
    </w:p>
    <w:p>
      <w:pPr>
        <w:spacing w:after="80"/>
      </w:pPr>
      <w:r>
        <w:rPr>
          <w:b w:val="0"/>
          <w:i w:val="0"/>
        </w:rPr>
        <w:t xml:space="preserve">Đôi khi cũng có những định dạng khác ngoài JSON được sử dụng, chẳng hạn như XML. Nhưng JSON là một định dạng rất đơn giản và dễ đọc, chuyển đổi rất tốt sang dictionary của Python (và các tương đương trong ngôn ngữ khác). JSON hiện nay là định dạng phổ biến nhất cho các RESTful API. Tìm hiểu thêm về JSON tại đây: </w:t>
      </w:r>
      <w:r>
        <w:rPr>
          <w:rFonts w:ascii="Consolas" w:hAnsi="Consolas"/>
          <w:b w:val="0"/>
          <w:i w:val="0"/>
          <w:sz w:val="20"/>
        </w:rPr>
        <w:br/>
        <w:br/>
        <w:t xml:space="preserve">        https://www.json.org/</w:t>
        <w:br/>
        <w:t xml:space="preserve">       </w:t>
        <w:br/>
      </w:r>
      <w:r>
        <w:rPr>
          <w:b w:val="0"/>
          <w:i w:val="0"/>
        </w:rPr>
        <w:t xml:space="preserve"> .</w:t>
      </w:r>
    </w:p>
    <w:p>
      <w:pPr>
        <w:spacing w:after="80"/>
      </w:pPr>
      <w:r>
        <w:rPr>
          <w:b w:val="0"/>
          <w:i w:val="0"/>
        </w:rPr>
        <w:t>Định nghĩa chặt chẽ của RESTful sẽ đòi hỏi phải đề cập đến một số đặc điểm cụ thể, nhưng một định nghĩa không chính thức của RESTful là một hệ thống mô tả các tài nguyên thông qua các URL HTTP. Điều này có nghĩa là mỗi URL đại diện cho một tài nguyên cụ thể, chẳng hạn như một bài báo trên tờ báo hay một bất động sản trên trang web bất động sản. Các tài nguyên sau đó có thể được thao tác thông qua các phương thức HTTP (</w:t>
      </w:r>
      <w:r>
        <w:rPr>
          <w:rFonts w:ascii="Consolas" w:hAnsi="Consolas"/>
          <w:b w:val="0"/>
          <w:i w:val="0"/>
          <w:sz w:val="20"/>
        </w:rPr>
        <w:br/>
        <w:br/>
        <w:t xml:space="preserve">      GET</w:t>
        <w:br/>
        <w:t xml:space="preserve">     </w:t>
        <w:br/>
      </w:r>
      <w:r>
        <w:rPr>
          <w:b w:val="0"/>
          <w:i w:val="0"/>
        </w:rPr>
        <w:t xml:space="preserve"> để xem, </w:t>
      </w:r>
      <w:r>
        <w:rPr>
          <w:rFonts w:ascii="Consolas" w:hAnsi="Consolas"/>
          <w:b w:val="0"/>
          <w:i w:val="0"/>
          <w:sz w:val="20"/>
        </w:rPr>
        <w:br/>
        <w:br/>
        <w:t xml:space="preserve">      POST</w:t>
        <w:br/>
        <w:t xml:space="preserve">     </w:t>
        <w:br/>
      </w:r>
      <w:r>
        <w:rPr>
          <w:b w:val="0"/>
          <w:i w:val="0"/>
        </w:rPr>
        <w:t xml:space="preserve"> để tạo, </w:t>
      </w:r>
      <w:r>
        <w:rPr>
          <w:rFonts w:ascii="Consolas" w:hAnsi="Consolas"/>
          <w:b w:val="0"/>
          <w:i w:val="0"/>
          <w:sz w:val="20"/>
        </w:rPr>
        <w:br/>
        <w:br/>
        <w:t xml:space="preserve">      PUT/PATCH</w:t>
        <w:br/>
        <w:t xml:space="preserve">     </w:t>
        <w:br/>
      </w:r>
      <w:r>
        <w:rPr>
          <w:b w:val="0"/>
          <w:i w:val="0"/>
        </w:rPr>
        <w:t xml:space="preserve"> để chỉnh sửa, và </w:t>
      </w:r>
      <w:r>
        <w:rPr>
          <w:rFonts w:ascii="Consolas" w:hAnsi="Consolas"/>
          <w:b w:val="0"/>
          <w:i w:val="0"/>
          <w:sz w:val="20"/>
        </w:rPr>
        <w:br/>
        <w:br/>
        <w:t xml:space="preserve">      DELETE</w:t>
        <w:br/>
        <w:t xml:space="preserve">     </w:t>
        <w:br/>
      </w:r>
      <w:r>
        <w:rPr>
          <w:b w:val="0"/>
          <w:i w:val="0"/>
        </w:rPr>
        <w:t xml:space="preserve"> để xóa).</w:t>
      </w:r>
    </w:p>
    <w:p>
      <w:pPr>
        <w:spacing w:after="80"/>
      </w:pPr>
      <w:r>
        <w:rPr>
          <w:b/>
          <w:i w:val="0"/>
        </w:rPr>
        <w:t>Lưu ý</w:t>
      </w:r>
    </w:p>
    <w:p>
      <w:pPr>
        <w:spacing w:after="80"/>
      </w:pPr>
      <w:r>
        <w:rPr>
          <w:b w:val="0"/>
          <w:i w:val="0"/>
        </w:rPr>
        <w:t xml:space="preserve">Bạn có thể đọc thêm về ý nghĩa của RESTful tại </w:t>
      </w:r>
      <w:r>
        <w:rPr>
          <w:rFonts w:ascii="Consolas" w:hAnsi="Consolas"/>
          <w:b w:val="0"/>
          <w:i w:val="0"/>
          <w:sz w:val="20"/>
        </w:rPr>
        <w:br/>
        <w:br/>
        <w:t xml:space="preserve">        https://codewords.recurse.com/issues/five/what-restful-actually-means</w:t>
        <w:br/>
        <w:t xml:space="preserve">       </w:t>
        <w:br/>
      </w:r>
      <w:r>
        <w:rPr>
          <w:b w:val="0"/>
          <w:i w:val="0"/>
        </w:rPr>
        <w:t xml:space="preserve"> .</w:t>
      </w:r>
    </w:p>
    <w:p>
      <w:pPr>
        <w:spacing w:after="80"/>
      </w:pPr>
      <w:r>
        <w:rPr>
          <w:b w:val="0"/>
          <w:i w:val="0"/>
        </w:rPr>
        <w:t>Sử dụng requests rất dễ dàng với các giao diện RESTful, vì chúng bao gồm hỗ trợ JSON gốc.</w:t>
      </w:r>
    </w:p>
    <w:p>
      <w:pPr>
        <w:pStyle w:val="Heading3"/>
      </w:pPr>
      <w:r>
        <w:rPr>
          <w:rFonts w:ascii="Calibri" w:hAnsi="Calibri"/>
          <w:b/>
          <w:i w:val="0"/>
          <w:sz w:val="26"/>
        </w:rPr>
        <w:t>Chuẩn bị</w:t>
      </w:r>
    </w:p>
    <w:p>
      <w:pPr>
        <w:spacing w:after="80"/>
      </w:pPr>
      <w:r>
        <w:rPr>
          <w:b w:val="0"/>
          <w:i w:val="0"/>
        </w:rPr>
        <w:t xml:space="preserve">Để minh họa cách vận hành các RESTful API, chúng ta sẽ dùng trang ví dụ </w:t>
      </w:r>
      <w:r>
        <w:rPr>
          <w:rFonts w:ascii="Consolas" w:hAnsi="Consolas"/>
          <w:b w:val="0"/>
          <w:i w:val="0"/>
          <w:sz w:val="20"/>
        </w:rPr>
        <w:br/>
        <w:br/>
        <w:t xml:space="preserve">       https://jsonplaceholder.typicode.com/</w:t>
        <w:br/>
        <w:t xml:space="preserve">      </w:t>
        <w:br/>
      </w:r>
      <w:r>
        <w:rPr>
          <w:b w:val="0"/>
          <w:i w:val="0"/>
        </w:rPr>
        <w:t xml:space="preserve"> . Nó mô phỏng một trường hợp điển hình và có các bài viết, bình luận, cùng các tài nguyên phổ biến khác. Chúng ta sẽ dùng bài viết và bình luận. Các URL chúng ta sẽ dùng như sau:</w:t>
      </w:r>
    </w:p>
    <w:p>
      <w:pPr>
        <w:spacing w:after="0"/>
        <w:ind w:left="360"/>
        <w:shd w:val="clear" w:color="auto" w:fill="F2F2F2"/>
      </w:pPr>
      <w:r>
        <w:rPr>
          <w:rFonts w:ascii="Consolas" w:hAnsi="Consolas"/>
          <w:sz w:val="18"/>
        </w:rPr>
        <w:t># The collection of all posts</w:t>
      </w:r>
    </w:p>
    <w:p>
      <w:pPr>
        <w:spacing w:after="0"/>
        <w:ind w:left="360"/>
        <w:shd w:val="clear" w:color="auto" w:fill="F2F2F2"/>
      </w:pPr>
      <w:r>
        <w:rPr>
          <w:rFonts w:ascii="Consolas" w:hAnsi="Consolas"/>
          <w:sz w:val="18"/>
        </w:rPr>
        <w:t>/posts</w:t>
      </w:r>
    </w:p>
    <w:p>
      <w:pPr>
        <w:spacing w:after="0"/>
        <w:ind w:left="360"/>
        <w:shd w:val="clear" w:color="auto" w:fill="F2F2F2"/>
      </w:pPr>
      <w:r>
        <w:rPr>
          <w:rFonts w:ascii="Consolas" w:hAnsi="Consolas"/>
          <w:sz w:val="18"/>
        </w:rPr>
        <w:t># A single post. X is the ID of the post</w:t>
      </w:r>
    </w:p>
    <w:p>
      <w:pPr>
        <w:spacing w:after="0"/>
        <w:ind w:left="360"/>
        <w:shd w:val="clear" w:color="auto" w:fill="F2F2F2"/>
      </w:pPr>
      <w:r>
        <w:rPr>
          <w:rFonts w:ascii="Consolas" w:hAnsi="Consolas"/>
          <w:sz w:val="18"/>
        </w:rPr>
        <w:t>/posts/X</w:t>
      </w:r>
    </w:p>
    <w:p>
      <w:pPr>
        <w:spacing w:after="0"/>
        <w:ind w:left="360"/>
        <w:shd w:val="clear" w:color="auto" w:fill="F2F2F2"/>
      </w:pPr>
      <w:r>
        <w:rPr>
          <w:rFonts w:ascii="Consolas" w:hAnsi="Consolas"/>
          <w:sz w:val="18"/>
        </w:rPr>
        <w:t># The comments of post X</w:t>
      </w:r>
    </w:p>
    <w:p>
      <w:pPr>
        <w:spacing w:after="0"/>
        <w:ind w:left="360"/>
        <w:shd w:val="clear" w:color="auto" w:fill="F2F2F2"/>
      </w:pPr>
      <w:r>
        <w:rPr>
          <w:rFonts w:ascii="Consolas" w:hAnsi="Consolas"/>
          <w:sz w:val="18"/>
        </w:rPr>
        <w:t>/posts/X/comments</w:t>
      </w:r>
    </w:p>
    <w:p>
      <w:pPr>
        <w:spacing w:after="40"/>
      </w:pPr>
    </w:p>
    <w:p>
      <w:pPr>
        <w:spacing w:after="80"/>
      </w:pPr>
      <w:r>
        <w:rPr>
          <w:b w:val="0"/>
          <w:i w:val="0"/>
        </w:rPr>
        <w:t>Trang web trả về kết quả đúng cho từng URL trong số đó. Khá tiện lợi!</w:t>
      </w:r>
    </w:p>
    <w:p>
      <w:pPr>
        <w:spacing w:after="80"/>
      </w:pPr>
      <w:r>
        <w:rPr>
          <w:b/>
          <w:i w:val="0"/>
        </w:rPr>
        <w:t>Lưu ý</w:t>
      </w:r>
    </w:p>
    <w:p>
      <w:pPr>
        <w:spacing w:after="80"/>
      </w:pPr>
      <w:r>
        <w:rPr>
          <w:b w:val="0"/>
          <w:i w:val="0"/>
        </w:rPr>
        <w:t>Vì đây là trang web thử nghiệm, dữ liệu sẽ không được tạo, nhưng trang web sẽ trả về tất cả các phản hồi đúng.</w:t>
      </w:r>
    </w:p>
    <w:p>
      <w:pPr>
        <w:pStyle w:val="Heading3"/>
      </w:pPr>
      <w:r>
        <w:rPr>
          <w:rFonts w:ascii="Calibri" w:hAnsi="Calibri"/>
          <w:b/>
          <w:i w:val="0"/>
          <w:sz w:val="26"/>
        </w:rPr>
        <w:t>Cách thực hiện...</w:t>
      </w:r>
    </w:p>
    <w:p>
      <w:pPr>
        <w:spacing w:after="80"/>
        <w:ind w:left="360"/>
      </w:pPr>
      <w:r>
        <w:t xml:space="preserve">1. </w:t>
      </w:r>
      <w:r>
        <w:rPr>
          <w:b w:val="0"/>
          <w:i w:val="0"/>
        </w:rPr>
        <w:t xml:space="preserve">Import </w:t>
      </w:r>
      <w:r>
        <w:rPr>
          <w:rFonts w:ascii="Consolas" w:hAnsi="Consolas"/>
          <w:b w:val="0"/>
          <w:i w:val="0"/>
          <w:sz w:val="20"/>
        </w:rPr>
        <w:br/>
        <w:br/>
        <w:t xml:space="preserve">       requests</w:t>
        <w:br/>
        <w:t xml:space="preserve">      </w:t>
        <w:br/>
      </w:r>
      <w:r>
        <w:rPr>
          <w:b w:val="0"/>
          <w:i w:val="0"/>
        </w:rPr>
        <w:t xml:space="preserve"> :</w:t>
      </w:r>
    </w:p>
    <w:p>
      <w:pPr>
        <w:spacing w:after="0"/>
        <w:ind w:left="360"/>
        <w:shd w:val="clear" w:color="auto" w:fill="F2F2F2"/>
      </w:pPr>
      <w:r>
        <w:rPr>
          <w:rFonts w:ascii="Consolas" w:hAnsi="Consolas"/>
          <w:sz w:val="18"/>
        </w:rPr>
        <w:t>&gt;&gt;&gt; import requests</w:t>
      </w:r>
    </w:p>
    <w:p>
      <w:pPr>
        <w:spacing w:after="40"/>
      </w:pPr>
    </w:p>
    <w:p>
      <w:pPr>
        <w:spacing w:after="80"/>
        <w:ind w:left="360"/>
      </w:pPr>
      <w:r>
        <w:t xml:space="preserve">2. </w:t>
      </w:r>
      <w:r>
        <w:rPr>
          <w:b w:val="0"/>
          <w:i w:val="0"/>
        </w:rPr>
        <w:t>Lấy danh sách tất cả các bài viết và hiển thị bài viết mới nhất:</w:t>
      </w:r>
    </w:p>
    <w:p>
      <w:pPr>
        <w:spacing w:after="0"/>
        <w:ind w:left="360"/>
        <w:shd w:val="clear" w:color="auto" w:fill="F2F2F2"/>
      </w:pPr>
      <w:r>
        <w:rPr>
          <w:rFonts w:ascii="Consolas" w:hAnsi="Consolas"/>
          <w:sz w:val="18"/>
        </w:rPr>
        <w:t>&gt;&gt;&gt; result = requests.get('https://jsonplaceholder.typicode.com/posts')</w:t>
      </w:r>
    </w:p>
    <w:p>
      <w:pPr>
        <w:spacing w:after="0"/>
        <w:ind w:left="360"/>
        <w:shd w:val="clear" w:color="auto" w:fill="F2F2F2"/>
      </w:pPr>
      <w:r>
        <w:rPr>
          <w:rFonts w:ascii="Consolas" w:hAnsi="Consolas"/>
          <w:sz w:val="18"/>
        </w:rPr>
        <w:t>&gt;&gt;&gt; result</w:t>
      </w:r>
    </w:p>
    <w:p>
      <w:pPr>
        <w:spacing w:after="0"/>
        <w:ind w:left="360"/>
        <w:shd w:val="clear" w:color="auto" w:fill="F2F2F2"/>
      </w:pPr>
      <w:r>
        <w:rPr>
          <w:rFonts w:ascii="Consolas" w:hAnsi="Consolas"/>
          <w:sz w:val="18"/>
        </w:rPr>
        <w:t>&lt;Response [200]&gt;</w:t>
      </w:r>
    </w:p>
    <w:p>
      <w:pPr>
        <w:spacing w:after="0"/>
        <w:ind w:left="360"/>
        <w:shd w:val="clear" w:color="auto" w:fill="F2F2F2"/>
      </w:pPr>
      <w:r>
        <w:rPr>
          <w:rFonts w:ascii="Consolas" w:hAnsi="Consolas"/>
          <w:sz w:val="18"/>
        </w:rPr>
        <w:t>&gt;&gt;&gt; result.json()</w:t>
      </w:r>
    </w:p>
    <w:p>
      <w:pPr>
        <w:spacing w:after="0"/>
        <w:ind w:left="360"/>
        <w:shd w:val="clear" w:color="auto" w:fill="F2F2F2"/>
      </w:pPr>
      <w:r>
        <w:rPr>
          <w:rFonts w:ascii="Consolas" w:hAnsi="Consolas"/>
          <w:sz w:val="18"/>
        </w:rPr>
        <w:t># List of 100 posts NOT DISPLAYED HERE</w:t>
      </w:r>
    </w:p>
    <w:p>
      <w:pPr>
        <w:spacing w:after="0"/>
        <w:ind w:left="360"/>
        <w:shd w:val="clear" w:color="auto" w:fill="F2F2F2"/>
      </w:pPr>
      <w:r>
        <w:rPr>
          <w:rFonts w:ascii="Consolas" w:hAnsi="Consolas"/>
          <w:sz w:val="18"/>
        </w:rPr>
        <w:t>&gt;&gt;&gt; result.json()[-1]</w:t>
      </w:r>
    </w:p>
    <w:p>
      <w:pPr>
        <w:spacing w:after="0"/>
        <w:ind w:left="360"/>
        <w:shd w:val="clear" w:color="auto" w:fill="F2F2F2"/>
      </w:pPr>
      <w:r>
        <w:rPr>
          <w:rFonts w:ascii="Consolas" w:hAnsi="Consolas"/>
          <w:sz w:val="18"/>
        </w:rPr>
        <w:t>{'userId': 10, 'id': 100, 'title': 'at nam consequatur ea labore ea harum', 'body': 'cupiditate quo est a modi nesciunt soluta\nipsa voluptas error itaque dicta in\nautem qui minus magnam et distinctio eum\naccusamus ratione error aut'}</w:t>
      </w:r>
    </w:p>
    <w:p>
      <w:pPr>
        <w:spacing w:after="40"/>
      </w:pPr>
    </w:p>
    <w:p>
      <w:pPr>
        <w:spacing w:after="80"/>
        <w:ind w:left="360"/>
      </w:pPr>
      <w:r>
        <w:t xml:space="preserve">3. </w:t>
      </w:r>
      <w:r>
        <w:rPr>
          <w:b w:val="0"/>
          <w:i w:val="0"/>
        </w:rPr>
        <w:t xml:space="preserve">Tạo một bài viết mới. Xem URL của tài nguyên vừa được tạo. Lệnh gọi cũng trả về tài nguyên đó: Lưu ý rằng yêu cầu </w:t>
      </w:r>
      <w:r>
        <w:rPr>
          <w:rFonts w:ascii="Consolas" w:hAnsi="Consolas"/>
          <w:b w:val="0"/>
          <w:i w:val="0"/>
          <w:sz w:val="20"/>
        </w:rPr>
        <w:br/>
        <w:br/>
        <w:t xml:space="preserve">        POST</w:t>
        <w:br/>
        <w:t xml:space="preserve">       </w:t>
        <w:br/>
      </w:r>
      <w:r>
        <w:rPr>
          <w:b w:val="0"/>
          <w:i w:val="0"/>
        </w:rPr>
        <w:t xml:space="preserve"> để tạo tài nguyên sẽ trả về </w:t>
      </w:r>
      <w:r>
        <w:rPr>
          <w:rFonts w:ascii="Consolas" w:hAnsi="Consolas"/>
          <w:b w:val="0"/>
          <w:i w:val="0"/>
          <w:sz w:val="20"/>
        </w:rPr>
        <w:br/>
        <w:br/>
        <w:t xml:space="preserve">        201</w:t>
        <w:br/>
        <w:t xml:space="preserve">       </w:t>
        <w:br/>
      </w:r>
      <w:r>
        <w:rPr>
          <w:b w:val="0"/>
          <w:i w:val="0"/>
        </w:rPr>
        <w:t xml:space="preserve"> , đây là trạng thái phù hợp cho việc đã tạo thành công.</w:t>
      </w:r>
    </w:p>
    <w:p>
      <w:pPr>
        <w:spacing w:after="0"/>
        <w:ind w:left="360"/>
        <w:shd w:val="clear" w:color="auto" w:fill="F2F2F2"/>
      </w:pPr>
      <w:r>
        <w:rPr>
          <w:rFonts w:ascii="Consolas" w:hAnsi="Consolas"/>
          <w:sz w:val="18"/>
        </w:rPr>
        <w:t>&gt;&gt;&gt; new_post = {'userId': 10, 'title': 'a title', 'body': 'something something'}</w:t>
      </w:r>
    </w:p>
    <w:p>
      <w:pPr>
        <w:spacing w:after="0"/>
        <w:ind w:left="360"/>
        <w:shd w:val="clear" w:color="auto" w:fill="F2F2F2"/>
      </w:pPr>
      <w:r>
        <w:rPr>
          <w:rFonts w:ascii="Consolas" w:hAnsi="Consolas"/>
          <w:sz w:val="18"/>
        </w:rPr>
        <w:t>&gt;&gt;&gt; result = requests.post('https://jsonplaceholder.typicode.com/posts',</w:t>
      </w:r>
    </w:p>
    <w:p>
      <w:pPr>
        <w:spacing w:after="0"/>
        <w:ind w:left="360"/>
        <w:shd w:val="clear" w:color="auto" w:fill="F2F2F2"/>
      </w:pPr>
      <w:r>
        <w:rPr>
          <w:rFonts w:ascii="Consolas" w:hAnsi="Consolas"/>
          <w:sz w:val="18"/>
        </w:rPr>
        <w:t xml:space="preserve">              json=new_post)</w:t>
      </w:r>
    </w:p>
    <w:p>
      <w:pPr>
        <w:spacing w:after="0"/>
        <w:ind w:left="360"/>
        <w:shd w:val="clear" w:color="auto" w:fill="F2F2F2"/>
      </w:pPr>
      <w:r>
        <w:rPr>
          <w:rFonts w:ascii="Consolas" w:hAnsi="Consolas"/>
          <w:sz w:val="18"/>
        </w:rPr>
        <w:t>&gt;&gt;&gt; result</w:t>
      </w:r>
    </w:p>
    <w:p>
      <w:pPr>
        <w:spacing w:after="0"/>
        <w:ind w:left="360"/>
        <w:shd w:val="clear" w:color="auto" w:fill="F2F2F2"/>
      </w:pPr>
      <w:r>
        <w:rPr>
          <w:rFonts w:ascii="Consolas" w:hAnsi="Consolas"/>
          <w:sz w:val="18"/>
        </w:rPr>
        <w:t>&lt;Response [201]&gt;</w:t>
      </w:r>
    </w:p>
    <w:p>
      <w:pPr>
        <w:spacing w:after="0"/>
        <w:ind w:left="360"/>
        <w:shd w:val="clear" w:color="auto" w:fill="F2F2F2"/>
      </w:pPr>
      <w:r>
        <w:rPr>
          <w:rFonts w:ascii="Consolas" w:hAnsi="Consolas"/>
          <w:sz w:val="18"/>
        </w:rPr>
        <w:t>&gt;&gt;&gt; result.json()</w:t>
      </w:r>
    </w:p>
    <w:p>
      <w:pPr>
        <w:spacing w:after="0"/>
        <w:ind w:left="360"/>
        <w:shd w:val="clear" w:color="auto" w:fill="F2F2F2"/>
      </w:pPr>
      <w:r>
        <w:rPr>
          <w:rFonts w:ascii="Consolas" w:hAnsi="Consolas"/>
          <w:sz w:val="18"/>
        </w:rPr>
        <w:t>{'userId': 10, 'title': 'a title', 'body': 'something something', 'id': 101}</w:t>
      </w:r>
    </w:p>
    <w:p>
      <w:pPr>
        <w:spacing w:after="0"/>
        <w:ind w:left="360"/>
        <w:shd w:val="clear" w:color="auto" w:fill="F2F2F2"/>
      </w:pPr>
      <w:r>
        <w:rPr>
          <w:rFonts w:ascii="Consolas" w:hAnsi="Consolas"/>
          <w:sz w:val="18"/>
        </w:rPr>
        <w:t>&gt;&gt;&gt; result.headers['Location']</w:t>
      </w:r>
    </w:p>
    <w:p>
      <w:pPr>
        <w:spacing w:after="0"/>
        <w:ind w:left="360"/>
        <w:shd w:val="clear" w:color="auto" w:fill="F2F2F2"/>
      </w:pPr>
      <w:r>
        <w:rPr>
          <w:rFonts w:ascii="Consolas" w:hAnsi="Consolas"/>
          <w:sz w:val="18"/>
        </w:rPr>
        <w:t>'http://jsonplaceholder.typicode.com/posts/101'</w:t>
      </w:r>
    </w:p>
    <w:p>
      <w:pPr>
        <w:spacing w:after="40"/>
      </w:pPr>
    </w:p>
    <w:p>
      <w:pPr>
        <w:spacing w:after="80"/>
        <w:ind w:left="360"/>
      </w:pPr>
      <w:r>
        <w:t xml:space="preserve">4. </w:t>
      </w:r>
      <w:r>
        <w:rPr>
          <w:b w:val="0"/>
          <w:i w:val="0"/>
        </w:rPr>
        <w:t xml:space="preserve">Lấy một bài viết đã tồn tại bằng </w:t>
      </w:r>
      <w:r>
        <w:rPr>
          <w:rFonts w:ascii="Consolas" w:hAnsi="Consolas"/>
          <w:b w:val="0"/>
          <w:i w:val="0"/>
          <w:sz w:val="20"/>
        </w:rPr>
        <w:br/>
        <w:br/>
        <w:t xml:space="preserve">       GET</w:t>
        <w:br/>
        <w:t xml:space="preserve">      </w:t>
        <w:br/>
      </w:r>
      <w:r>
        <w:rPr>
          <w:b w:val="0"/>
          <w:i w:val="0"/>
        </w:rPr>
        <w:t xml:space="preserve"> :</w:t>
      </w:r>
    </w:p>
    <w:p>
      <w:pPr>
        <w:spacing w:after="0"/>
        <w:ind w:left="360"/>
        <w:shd w:val="clear" w:color="auto" w:fill="F2F2F2"/>
      </w:pPr>
      <w:r>
        <w:rPr>
          <w:rFonts w:ascii="Consolas" w:hAnsi="Consolas"/>
          <w:sz w:val="18"/>
        </w:rPr>
        <w:t>&gt;&gt;&gt; result = requests.get('https://jsonplaceholder.typicode.com/posts/2')</w:t>
      </w:r>
    </w:p>
    <w:p>
      <w:pPr>
        <w:spacing w:after="0"/>
        <w:ind w:left="360"/>
        <w:shd w:val="clear" w:color="auto" w:fill="F2F2F2"/>
      </w:pPr>
      <w:r>
        <w:rPr>
          <w:rFonts w:ascii="Consolas" w:hAnsi="Consolas"/>
          <w:sz w:val="18"/>
        </w:rPr>
        <w:t>&gt;&gt;&gt; result</w:t>
      </w:r>
    </w:p>
    <w:p>
      <w:pPr>
        <w:spacing w:after="0"/>
        <w:ind w:left="360"/>
        <w:shd w:val="clear" w:color="auto" w:fill="F2F2F2"/>
      </w:pPr>
      <w:r>
        <w:rPr>
          <w:rFonts w:ascii="Consolas" w:hAnsi="Consolas"/>
          <w:sz w:val="18"/>
        </w:rPr>
        <w:t>&lt;Response [200]&gt;</w:t>
      </w:r>
    </w:p>
    <w:p>
      <w:pPr>
        <w:spacing w:after="0"/>
        <w:ind w:left="360"/>
        <w:shd w:val="clear" w:color="auto" w:fill="F2F2F2"/>
      </w:pPr>
      <w:r>
        <w:rPr>
          <w:rFonts w:ascii="Consolas" w:hAnsi="Consolas"/>
          <w:sz w:val="18"/>
        </w:rPr>
        <w:t>&gt;&gt;&gt; result.json()</w:t>
      </w:r>
    </w:p>
    <w:p>
      <w:pPr>
        <w:spacing w:after="0"/>
        <w:ind w:left="360"/>
        <w:shd w:val="clear" w:color="auto" w:fill="F2F2F2"/>
      </w:pPr>
      <w:r>
        <w:rPr>
          <w:rFonts w:ascii="Consolas" w:hAnsi="Consolas"/>
          <w:sz w:val="18"/>
        </w:rPr>
        <w:t>{'userId': 1, 'id': 2, 'title': 'qui est esse', 'body': 'est rerum tempore vitae\nsequi sint nihil reprehenderit dolor beatae ea dolores neque\nfugiat blanditiis voluptate porro vel nihil molestiae ut reiciendis\nqui aperiam non debitis possimus qui neque nisi nulla'}</w:t>
      </w:r>
    </w:p>
    <w:p>
      <w:pPr>
        <w:spacing w:after="40"/>
      </w:pPr>
    </w:p>
    <w:p>
      <w:pPr>
        <w:spacing w:after="80"/>
        <w:ind w:left="360"/>
      </w:pPr>
      <w:r>
        <w:t xml:space="preserve">5. </w:t>
      </w:r>
      <w:r>
        <w:rPr>
          <w:b w:val="0"/>
          <w:i w:val="0"/>
        </w:rPr>
        <w:t xml:space="preserve">Dùng </w:t>
      </w:r>
      <w:r>
        <w:rPr>
          <w:rFonts w:ascii="Consolas" w:hAnsi="Consolas"/>
          <w:b w:val="0"/>
          <w:i w:val="0"/>
          <w:sz w:val="20"/>
        </w:rPr>
        <w:br/>
        <w:br/>
        <w:t xml:space="preserve">       PATCH</w:t>
        <w:br/>
        <w:t xml:space="preserve">      </w:t>
        <w:br/>
      </w:r>
      <w:r>
        <w:rPr>
          <w:b w:val="0"/>
          <w:i w:val="0"/>
        </w:rPr>
        <w:t xml:space="preserve"> để cập nhật một phần các giá trị. Kiểm tra tài nguyên được trả về:</w:t>
      </w:r>
    </w:p>
    <w:p>
      <w:pPr>
        <w:spacing w:after="0"/>
        <w:ind w:left="360"/>
        <w:shd w:val="clear" w:color="auto" w:fill="F2F2F2"/>
      </w:pPr>
      <w:r>
        <w:rPr>
          <w:rFonts w:ascii="Consolas" w:hAnsi="Consolas"/>
          <w:sz w:val="18"/>
        </w:rPr>
        <w:t>&gt;&gt;&gt; update = {'body': 'new body'}</w:t>
      </w:r>
    </w:p>
    <w:p>
      <w:pPr>
        <w:spacing w:after="0"/>
        <w:ind w:left="360"/>
        <w:shd w:val="clear" w:color="auto" w:fill="F2F2F2"/>
      </w:pPr>
      <w:r>
        <w:rPr>
          <w:rFonts w:ascii="Consolas" w:hAnsi="Consolas"/>
          <w:sz w:val="18"/>
        </w:rPr>
        <w:t>&gt;&gt;&gt; result = requests.patch('https://jsonplaceholder.typicode.com/posts/2', json=update)</w:t>
      </w:r>
    </w:p>
    <w:p>
      <w:pPr>
        <w:spacing w:after="0"/>
        <w:ind w:left="360"/>
        <w:shd w:val="clear" w:color="auto" w:fill="F2F2F2"/>
      </w:pPr>
      <w:r>
        <w:rPr>
          <w:rFonts w:ascii="Consolas" w:hAnsi="Consolas"/>
          <w:sz w:val="18"/>
        </w:rPr>
        <w:t>&gt;&gt;&gt; result</w:t>
      </w:r>
    </w:p>
    <w:p>
      <w:pPr>
        <w:spacing w:after="0"/>
        <w:ind w:left="360"/>
        <w:shd w:val="clear" w:color="auto" w:fill="F2F2F2"/>
      </w:pPr>
      <w:r>
        <w:rPr>
          <w:rFonts w:ascii="Consolas" w:hAnsi="Consolas"/>
          <w:sz w:val="18"/>
        </w:rPr>
        <w:t>&lt;Response [200]&gt;</w:t>
      </w:r>
    </w:p>
    <w:p>
      <w:pPr>
        <w:spacing w:after="0"/>
        <w:ind w:left="360"/>
        <w:shd w:val="clear" w:color="auto" w:fill="F2F2F2"/>
      </w:pPr>
      <w:r>
        <w:rPr>
          <w:rFonts w:ascii="Consolas" w:hAnsi="Consolas"/>
          <w:sz w:val="18"/>
        </w:rPr>
        <w:t>&gt;&gt;&gt; result.json()</w:t>
      </w:r>
    </w:p>
    <w:p>
      <w:pPr>
        <w:spacing w:after="0"/>
        <w:ind w:left="360"/>
        <w:shd w:val="clear" w:color="auto" w:fill="F2F2F2"/>
      </w:pPr>
      <w:r>
        <w:rPr>
          <w:rFonts w:ascii="Consolas" w:hAnsi="Consolas"/>
          <w:sz w:val="18"/>
        </w:rPr>
        <w:t>{'userId': 1, 'id': 2, 'title': 'qui est esse', 'body': 'new body'}</w:t>
      </w:r>
    </w:p>
    <w:p>
      <w:pPr>
        <w:spacing w:after="40"/>
      </w:pPr>
    </w:p>
    <w:p>
      <w:pPr>
        <w:pStyle w:val="Heading3"/>
      </w:pPr>
      <w:r>
        <w:rPr>
          <w:rFonts w:ascii="Calibri" w:hAnsi="Calibri"/>
          <w:b/>
          <w:i w:val="0"/>
          <w:sz w:val="26"/>
        </w:rPr>
        <w:t>Cách hoạt động...</w:t>
      </w:r>
    </w:p>
    <w:p>
      <w:pPr>
        <w:spacing w:after="80"/>
      </w:pPr>
      <w:r>
        <w:rPr>
          <w:b w:val="0"/>
          <w:i w:val="0"/>
        </w:rPr>
        <w:t xml:space="preserve">Thường có hai loại tài nguyên được truy cập – tài nguyên đơn lẻ ( </w:t>
      </w:r>
      <w:r>
        <w:rPr>
          <w:rFonts w:ascii="Consolas" w:hAnsi="Consolas"/>
          <w:b w:val="0"/>
          <w:i w:val="0"/>
          <w:sz w:val="20"/>
        </w:rPr>
        <w:br/>
        <w:br/>
        <w:t xml:space="preserve">       https://jsonplaceholder.typicode.com/posts/X</w:t>
        <w:br/>
        <w:t xml:space="preserve">      </w:t>
        <w:br/>
      </w:r>
      <w:r>
        <w:rPr>
          <w:b w:val="0"/>
          <w:i w:val="0"/>
        </w:rPr>
        <w:t xml:space="preserve"> ) và bộ sưu tập ( </w:t>
      </w:r>
      <w:r>
        <w:rPr>
          <w:rFonts w:ascii="Consolas" w:hAnsi="Consolas"/>
          <w:b w:val="0"/>
          <w:i w:val="0"/>
          <w:sz w:val="20"/>
        </w:rPr>
        <w:br/>
        <w:br/>
        <w:t xml:space="preserve">       https://jsonplaceholder.typicode.com/posts</w:t>
        <w:br/>
        <w:t xml:space="preserve">      </w:t>
        <w:br/>
      </w:r>
      <w:r>
        <w:rPr>
          <w:b w:val="0"/>
          <w:i w:val="0"/>
        </w:rPr>
        <w:t xml:space="preserve"> ).</w:t>
      </w:r>
    </w:p>
    <w:p>
      <w:pPr>
        <w:spacing w:after="80"/>
        <w:ind w:left="360"/>
      </w:pPr>
      <w:r>
        <w:t xml:space="preserve">• </w:t>
      </w:r>
      <w:r>
        <w:rPr>
          <w:b w:val="0"/>
          <w:i w:val="0"/>
        </w:rPr>
        <w:t xml:space="preserve">Bộ sưu tập chấp nhận </w:t>
      </w:r>
      <w:r>
        <w:rPr>
          <w:rFonts w:ascii="Consolas" w:hAnsi="Consolas"/>
          <w:b w:val="0"/>
          <w:i w:val="0"/>
          <w:sz w:val="20"/>
        </w:rPr>
        <w:br/>
        <w:br/>
        <w:t xml:space="preserve">       GET</w:t>
        <w:br/>
        <w:t xml:space="preserve">      </w:t>
        <w:br/>
      </w:r>
      <w:r>
        <w:rPr>
          <w:b w:val="0"/>
          <w:i w:val="0"/>
        </w:rPr>
        <w:t xml:space="preserve"> để lấy tất cả các thành viên của bộ sưu tập và </w:t>
      </w:r>
      <w:r>
        <w:rPr>
          <w:rFonts w:ascii="Consolas" w:hAnsi="Consolas"/>
          <w:b w:val="0"/>
          <w:i w:val="0"/>
          <w:sz w:val="20"/>
        </w:rPr>
        <w:br/>
        <w:br/>
        <w:t xml:space="preserve">       POST</w:t>
        <w:br/>
        <w:t xml:space="preserve">      </w:t>
        <w:br/>
      </w:r>
      <w:r>
        <w:rPr>
          <w:b w:val="0"/>
          <w:i w:val="0"/>
        </w:rPr>
        <w:t xml:space="preserve"> để tạo một tài nguyên mới</w:t>
      </w:r>
    </w:p>
    <w:p>
      <w:pPr>
        <w:spacing w:after="80"/>
        <w:ind w:left="360"/>
      </w:pPr>
      <w:r>
        <w:t xml:space="preserve">• </w:t>
      </w:r>
      <w:r>
        <w:rPr>
          <w:b w:val="0"/>
          <w:i w:val="0"/>
        </w:rPr>
        <w:t xml:space="preserve">Các phần tử đơn lẻ chấp nhận </w:t>
      </w:r>
      <w:r>
        <w:rPr>
          <w:rFonts w:ascii="Consolas" w:hAnsi="Consolas"/>
          <w:b w:val="0"/>
          <w:i w:val="0"/>
          <w:sz w:val="20"/>
        </w:rPr>
        <w:br/>
        <w:br/>
        <w:t xml:space="preserve">       GET</w:t>
        <w:br/>
        <w:t xml:space="preserve">      </w:t>
        <w:br/>
      </w:r>
      <w:r>
        <w:rPr>
          <w:b w:val="0"/>
          <w:i w:val="0"/>
        </w:rPr>
        <w:t xml:space="preserve"> để lấy phần tử, </w:t>
      </w:r>
      <w:r>
        <w:rPr>
          <w:rFonts w:ascii="Consolas" w:hAnsi="Consolas"/>
          <w:b w:val="0"/>
          <w:i w:val="0"/>
          <w:sz w:val="20"/>
        </w:rPr>
        <w:br/>
        <w:br/>
        <w:t xml:space="preserve">       PUT</w:t>
        <w:br/>
        <w:t xml:space="preserve">      </w:t>
        <w:br/>
      </w:r>
      <w:r>
        <w:rPr>
          <w:b w:val="0"/>
          <w:i w:val="0"/>
        </w:rPr>
        <w:t xml:space="preserve"> và </w:t>
      </w:r>
      <w:r>
        <w:rPr>
          <w:rFonts w:ascii="Consolas" w:hAnsi="Consolas"/>
          <w:b w:val="0"/>
          <w:i w:val="0"/>
          <w:sz w:val="20"/>
        </w:rPr>
        <w:br/>
        <w:br/>
        <w:t xml:space="preserve">       PATCH</w:t>
        <w:br/>
        <w:t xml:space="preserve">      </w:t>
        <w:br/>
      </w:r>
      <w:r>
        <w:rPr>
          <w:b w:val="0"/>
          <w:i w:val="0"/>
        </w:rPr>
        <w:t xml:space="preserve"> để chỉnh sửa, và </w:t>
      </w:r>
      <w:r>
        <w:rPr>
          <w:rFonts w:ascii="Consolas" w:hAnsi="Consolas"/>
          <w:b w:val="0"/>
          <w:i w:val="0"/>
          <w:sz w:val="20"/>
        </w:rPr>
        <w:br/>
        <w:br/>
        <w:t xml:space="preserve">       DELETE</w:t>
        <w:br/>
        <w:t xml:space="preserve">      </w:t>
        <w:br/>
      </w:r>
      <w:r>
        <w:rPr>
          <w:b w:val="0"/>
          <w:i w:val="0"/>
        </w:rPr>
        <w:t xml:space="preserve"> để xóa phần tử</w:t>
      </w:r>
    </w:p>
    <w:p>
      <w:pPr>
        <w:spacing w:after="80"/>
      </w:pPr>
      <w:r>
        <w:rPr>
          <w:b/>
          <w:i w:val="0"/>
        </w:rPr>
        <w:t>Lưu ý</w:t>
      </w:r>
    </w:p>
    <w:p>
      <w:pPr>
        <w:spacing w:after="80"/>
      </w:pPr>
      <w:r>
        <w:rPr>
          <w:b w:val="0"/>
          <w:i w:val="0"/>
        </w:rPr>
        <w:t xml:space="preserve">Sự khác biệt giữa </w:t>
      </w:r>
      <w:r>
        <w:rPr>
          <w:rFonts w:ascii="Consolas" w:hAnsi="Consolas"/>
          <w:b w:val="0"/>
          <w:i w:val="0"/>
          <w:sz w:val="20"/>
        </w:rPr>
        <w:br/>
        <w:br/>
        <w:t xml:space="preserve">       PUT</w:t>
        <w:br/>
        <w:t xml:space="preserve">      </w:t>
        <w:br/>
      </w:r>
      <w:r>
        <w:rPr>
          <w:b w:val="0"/>
          <w:i w:val="0"/>
        </w:rPr>
        <w:t xml:space="preserve"> và </w:t>
      </w:r>
      <w:r>
        <w:rPr>
          <w:rFonts w:ascii="Consolas" w:hAnsi="Consolas"/>
          <w:b w:val="0"/>
          <w:i w:val="0"/>
          <w:sz w:val="20"/>
        </w:rPr>
        <w:br/>
        <w:br/>
        <w:t xml:space="preserve">       PATCH</w:t>
        <w:br/>
        <w:t xml:space="preserve">      </w:t>
        <w:br/>
      </w:r>
      <w:r>
        <w:rPr>
          <w:b w:val="0"/>
          <w:i w:val="0"/>
        </w:rPr>
        <w:t xml:space="preserve"> là </w:t>
      </w:r>
      <w:r>
        <w:rPr>
          <w:rFonts w:ascii="Consolas" w:hAnsi="Consolas"/>
          <w:b w:val="0"/>
          <w:i w:val="0"/>
          <w:sz w:val="20"/>
        </w:rPr>
        <w:br/>
        <w:br/>
        <w:t xml:space="preserve">       PUT</w:t>
        <w:br/>
        <w:t xml:space="preserve">      </w:t>
        <w:br/>
      </w:r>
      <w:r>
        <w:rPr>
          <w:b w:val="0"/>
          <w:i w:val="0"/>
        </w:rPr>
        <w:t xml:space="preserve"> thay thế toàn bộ đối tượng trong khi </w:t>
      </w:r>
      <w:r>
        <w:rPr>
          <w:rFonts w:ascii="Consolas" w:hAnsi="Consolas"/>
          <w:b w:val="0"/>
          <w:i w:val="0"/>
          <w:sz w:val="20"/>
        </w:rPr>
        <w:br/>
        <w:br/>
        <w:t xml:space="preserve">       PATCH</w:t>
        <w:br/>
        <w:t xml:space="preserve">      </w:t>
        <w:br/>
      </w:r>
      <w:r>
        <w:rPr>
          <w:b w:val="0"/>
          <w:i w:val="0"/>
        </w:rPr>
        <w:t xml:space="preserve"> có thể cập nhật nó một phần. Để biết thêm chi tiết, xem </w:t>
      </w:r>
      <w:r>
        <w:rPr>
          <w:rFonts w:ascii="Consolas" w:hAnsi="Consolas"/>
          <w:b w:val="0"/>
          <w:i w:val="0"/>
          <w:sz w:val="20"/>
        </w:rPr>
        <w:br/>
        <w:br/>
        <w:t xml:space="preserve">        https://developer.mozilla.org/en-US/docs/Web/HTTP/Reference/Methods/PATCH</w:t>
        <w:br/>
        <w:t xml:space="preserve">       </w:t>
        <w:br/>
      </w:r>
      <w:r>
        <w:rPr>
          <w:b w:val="0"/>
          <w:i w:val="0"/>
        </w:rPr>
        <w:t xml:space="preserve"> và </w:t>
      </w:r>
      <w:r>
        <w:rPr>
          <w:rFonts w:ascii="Consolas" w:hAnsi="Consolas"/>
          <w:b w:val="0"/>
          <w:i w:val="0"/>
          <w:sz w:val="20"/>
        </w:rPr>
        <w:br/>
        <w:br/>
        <w:t xml:space="preserve">        https://developer.mozilla.org/en-US/docs/Web/HTTP/Reference/Methods/PUT</w:t>
        <w:br/>
        <w:t xml:space="preserve">       </w:t>
        <w:br/>
      </w:r>
      <w:r>
        <w:rPr>
          <w:b w:val="0"/>
          <w:i w:val="0"/>
        </w:rPr>
        <w:t xml:space="preserve"> , nhưng hãy nhớ rằng hành vi của </w:t>
      </w:r>
      <w:r>
        <w:rPr>
          <w:rFonts w:ascii="Consolas" w:hAnsi="Consolas"/>
          <w:b w:val="0"/>
          <w:i w:val="0"/>
          <w:sz w:val="20"/>
        </w:rPr>
        <w:br/>
        <w:br/>
        <w:t xml:space="preserve">       PATCH</w:t>
        <w:br/>
        <w:t xml:space="preserve">      </w:t>
        <w:br/>
      </w:r>
      <w:r>
        <w:rPr>
          <w:b w:val="0"/>
          <w:i w:val="0"/>
        </w:rPr>
        <w:t xml:space="preserve"> có thể khác nhau tùy theo cách triển khai, nên sẽ an toàn hơn, nếu đối tượng đã được lấy về, là thay thế một phần rồi gửi lại toàn bộ đối tượng bằng </w:t>
      </w:r>
      <w:r>
        <w:rPr>
          <w:rFonts w:ascii="Consolas" w:hAnsi="Consolas"/>
          <w:b w:val="0"/>
          <w:i w:val="0"/>
          <w:sz w:val="20"/>
        </w:rPr>
        <w:br/>
        <w:br/>
        <w:t xml:space="preserve">       PUT</w:t>
        <w:br/>
        <w:t xml:space="preserve">      </w:t>
        <w:br/>
      </w:r>
      <w:r>
        <w:rPr>
          <w:b w:val="0"/>
          <w:i w:val="0"/>
        </w:rPr>
        <w:t xml:space="preserve"> .</w:t>
      </w:r>
    </w:p>
    <w:p>
      <w:pPr>
        <w:spacing w:after="80"/>
      </w:pPr>
      <w:r>
        <w:rPr>
          <w:b w:val="0"/>
          <w:i w:val="0"/>
        </w:rPr>
        <w:t xml:space="preserve">Tất cả các phương thức HTTP khả dụng đều có thể được gọi bằng </w:t>
      </w:r>
      <w:r>
        <w:rPr>
          <w:rFonts w:ascii="Consolas" w:hAnsi="Consolas"/>
          <w:b w:val="0"/>
          <w:i w:val="0"/>
          <w:sz w:val="20"/>
        </w:rPr>
        <w:br/>
        <w:br/>
        <w:t xml:space="preserve">      requests</w:t>
        <w:br/>
        <w:t xml:space="preserve">     </w:t>
        <w:br/>
      </w:r>
      <w:r>
        <w:rPr>
          <w:b w:val="0"/>
          <w:i w:val="0"/>
        </w:rPr>
        <w:t xml:space="preserve"> . Trong các công thức trước, chúng ta đã dùng </w:t>
      </w:r>
      <w:r>
        <w:rPr>
          <w:rFonts w:ascii="Consolas" w:hAnsi="Consolas"/>
          <w:b w:val="0"/>
          <w:i w:val="0"/>
          <w:sz w:val="20"/>
        </w:rPr>
        <w:br/>
        <w:br/>
        <w:t xml:space="preserve">      .get()</w:t>
        <w:br/>
        <w:t xml:space="preserve">     </w:t>
        <w:br/>
      </w:r>
      <w:r>
        <w:rPr>
          <w:b w:val="0"/>
          <w:i w:val="0"/>
        </w:rPr>
        <w:t xml:space="preserve"> , nhưng </w:t>
      </w:r>
      <w:r>
        <w:rPr>
          <w:rFonts w:ascii="Consolas" w:hAnsi="Consolas"/>
          <w:b w:val="0"/>
          <w:i w:val="0"/>
          <w:sz w:val="20"/>
        </w:rPr>
        <w:br/>
        <w:br/>
        <w:t xml:space="preserve">      .post()</w:t>
        <w:br/>
        <w:t xml:space="preserve">     </w:t>
        <w:br/>
      </w:r>
      <w:r>
        <w:rPr>
          <w:b w:val="0"/>
          <w:i w:val="0"/>
        </w:rPr>
        <w:t xml:space="preserve"> , </w:t>
      </w:r>
      <w:r>
        <w:rPr>
          <w:rFonts w:ascii="Consolas" w:hAnsi="Consolas"/>
          <w:b w:val="0"/>
          <w:i w:val="0"/>
          <w:sz w:val="20"/>
        </w:rPr>
        <w:br/>
        <w:br/>
        <w:t xml:space="preserve">      .patch()</w:t>
        <w:br/>
        <w:t xml:space="preserve">     </w:t>
        <w:br/>
      </w:r>
      <w:r>
        <w:rPr>
          <w:b w:val="0"/>
          <w:i w:val="0"/>
        </w:rPr>
        <w:t xml:space="preserve"> , </w:t>
      </w:r>
      <w:r>
        <w:rPr>
          <w:rFonts w:ascii="Consolas" w:hAnsi="Consolas"/>
          <w:b w:val="0"/>
          <w:i w:val="0"/>
          <w:sz w:val="20"/>
        </w:rPr>
        <w:br/>
        <w:br/>
        <w:t xml:space="preserve">      .put()</w:t>
        <w:br/>
        <w:t xml:space="preserve">     </w:t>
        <w:br/>
      </w:r>
      <w:r>
        <w:rPr>
          <w:b w:val="0"/>
          <w:i w:val="0"/>
        </w:rPr>
        <w:t xml:space="preserve"> , và </w:t>
      </w:r>
      <w:r>
        <w:rPr>
          <w:rFonts w:ascii="Consolas" w:hAnsi="Consolas"/>
          <w:b w:val="0"/>
          <w:i w:val="0"/>
          <w:sz w:val="20"/>
        </w:rPr>
        <w:br/>
        <w:br/>
        <w:t xml:space="preserve">      .delete()</w:t>
        <w:br/>
        <w:t xml:space="preserve">     </w:t>
        <w:br/>
      </w:r>
      <w:r>
        <w:rPr>
          <w:b w:val="0"/>
          <w:i w:val="0"/>
        </w:rPr>
        <w:t xml:space="preserve"> cũng đều có sẵn.</w:t>
      </w:r>
    </w:p>
    <w:p>
      <w:pPr>
        <w:spacing w:after="80"/>
      </w:pPr>
      <w:r>
        <w:rPr>
          <w:b w:val="0"/>
          <w:i w:val="0"/>
        </w:rPr>
        <w:t xml:space="preserve">Đối tượng phản hồi được trả về có phương thức </w:t>
      </w:r>
      <w:r>
        <w:rPr>
          <w:rFonts w:ascii="Consolas" w:hAnsi="Consolas"/>
          <w:b w:val="0"/>
          <w:i w:val="0"/>
          <w:sz w:val="20"/>
        </w:rPr>
        <w:br/>
        <w:br/>
        <w:t xml:space="preserve">      .json()</w:t>
        <w:br/>
        <w:t xml:space="preserve">     </w:t>
        <w:br/>
      </w:r>
      <w:r>
        <w:rPr>
          <w:b w:val="0"/>
          <w:i w:val="0"/>
        </w:rPr>
        <w:t xml:space="preserve"> để giải mã kết quả từ JSON.</w:t>
      </w:r>
    </w:p>
    <w:p>
      <w:pPr>
        <w:spacing w:after="80"/>
      </w:pPr>
      <w:r>
        <w:rPr>
          <w:b w:val="0"/>
          <w:i w:val="0"/>
        </w:rPr>
        <w:t xml:space="preserve">Tương tự, để gửi thông tin, có một đối số </w:t>
      </w:r>
      <w:r>
        <w:rPr>
          <w:rFonts w:ascii="Consolas" w:hAnsi="Consolas"/>
          <w:b w:val="0"/>
          <w:i w:val="0"/>
          <w:sz w:val="20"/>
        </w:rPr>
        <w:br/>
        <w:br/>
        <w:t xml:space="preserve">      json</w:t>
        <w:br/>
        <w:t xml:space="preserve">     </w:t>
        <w:br/>
      </w:r>
      <w:r>
        <w:rPr>
          <w:b w:val="0"/>
          <w:i w:val="0"/>
        </w:rPr>
        <w:t xml:space="preserve"> . Đối số này mã hóa một dictionary thành JSON và gửi đến máy chủ. Dữ liệu cần tuân theo định dạng của tài nguyên, nếu không có thể sẽ phát sinh lỗi.</w:t>
      </w:r>
    </w:p>
    <w:p>
      <w:pPr>
        <w:spacing w:after="80"/>
      </w:pPr>
      <w:r>
        <w:rPr>
          <w:b/>
          <w:i w:val="0"/>
        </w:rPr>
        <w:t>Lưu ý</w:t>
      </w:r>
    </w:p>
    <w:p>
      <w:pPr>
        <w:spacing w:after="80"/>
      </w:pPr>
      <w:r>
        <w:rPr>
          <w:rFonts w:ascii="Consolas" w:hAnsi="Consolas"/>
          <w:b w:val="0"/>
          <w:i w:val="0"/>
          <w:sz w:val="20"/>
        </w:rPr>
        <w:br/>
        <w:br/>
        <w:t xml:space="preserve">       GET</w:t>
        <w:br/>
        <w:t xml:space="preserve">      </w:t>
        <w:br/>
      </w:r>
      <w:r>
        <w:rPr>
          <w:b w:val="0"/>
          <w:i w:val="0"/>
        </w:rPr>
        <w:t xml:space="preserve"> và </w:t>
      </w:r>
      <w:r>
        <w:rPr>
          <w:rFonts w:ascii="Consolas" w:hAnsi="Consolas"/>
          <w:b w:val="0"/>
          <w:i w:val="0"/>
          <w:sz w:val="20"/>
        </w:rPr>
        <w:br/>
        <w:br/>
        <w:t xml:space="preserve">       DELETE</w:t>
        <w:br/>
        <w:t xml:space="preserve">      </w:t>
        <w:br/>
      </w:r>
      <w:r>
        <w:rPr>
          <w:b w:val="0"/>
          <w:i w:val="0"/>
        </w:rPr>
        <w:t xml:space="preserve"> không yêu cầu dữ liệu, trong khi </w:t>
      </w:r>
      <w:r>
        <w:rPr>
          <w:rFonts w:ascii="Consolas" w:hAnsi="Consolas"/>
          <w:b w:val="0"/>
          <w:i w:val="0"/>
          <w:sz w:val="20"/>
        </w:rPr>
        <w:br/>
        <w:br/>
        <w:t xml:space="preserve">       PATCH</w:t>
        <w:br/>
        <w:t xml:space="preserve">      </w:t>
        <w:br/>
      </w:r>
      <w:r>
        <w:rPr>
          <w:b w:val="0"/>
          <w:i w:val="0"/>
        </w:rPr>
        <w:t xml:space="preserve"> , </w:t>
      </w:r>
      <w:r>
        <w:rPr>
          <w:rFonts w:ascii="Consolas" w:hAnsi="Consolas"/>
          <w:b w:val="0"/>
          <w:i w:val="0"/>
          <w:sz w:val="20"/>
        </w:rPr>
        <w:br/>
        <w:br/>
        <w:t xml:space="preserve">       PUT</w:t>
        <w:br/>
        <w:t xml:space="preserve">      </w:t>
        <w:br/>
      </w:r>
      <w:r>
        <w:rPr>
          <w:b w:val="0"/>
          <w:i w:val="0"/>
        </w:rPr>
        <w:t xml:space="preserve"> , và </w:t>
      </w:r>
      <w:r>
        <w:rPr>
          <w:rFonts w:ascii="Consolas" w:hAnsi="Consolas"/>
          <w:b w:val="0"/>
          <w:i w:val="0"/>
          <w:sz w:val="20"/>
        </w:rPr>
        <w:br/>
        <w:br/>
        <w:t xml:space="preserve">       POST</w:t>
        <w:br/>
        <w:t xml:space="preserve">      </w:t>
        <w:br/>
      </w:r>
      <w:r>
        <w:rPr>
          <w:b w:val="0"/>
          <w:i w:val="0"/>
        </w:rPr>
        <w:t xml:space="preserve"> yêu cầu dữ liệu được gửi qua payload của phần thân yêu cầu.</w:t>
      </w:r>
    </w:p>
    <w:p>
      <w:pPr>
        <w:spacing w:after="80"/>
      </w:pPr>
      <w:r>
        <w:rPr>
          <w:b w:val="0"/>
          <w:i w:val="0"/>
        </w:rPr>
        <w:t xml:space="preserve">Tài nguyên được </w:t>
      </w:r>
      <w:r>
        <w:rPr>
          <w:rFonts w:ascii="Consolas" w:hAnsi="Consolas"/>
          <w:b w:val="0"/>
          <w:i w:val="0"/>
          <w:sz w:val="20"/>
        </w:rPr>
        <w:br/>
        <w:br/>
        <w:t xml:space="preserve">      referred‑to</w:t>
        <w:br/>
        <w:t xml:space="preserve">     </w:t>
        <w:br/>
      </w:r>
      <w:r>
        <w:rPr>
          <w:b w:val="0"/>
          <w:i w:val="0"/>
        </w:rPr>
        <w:t xml:space="preserve"> sẽ được trả về, và URL của nó có sẵn trong header. Điều này hữu ích khi tạo một tài nguyên mới, vì URL của nó thường chưa được biết trước.</w:t>
      </w:r>
    </w:p>
    <w:p>
      <w:pPr>
        <w:spacing w:after="80"/>
      </w:pPr>
      <w:r>
        <w:rPr>
          <w:b/>
          <w:i w:val="0"/>
        </w:rPr>
        <w:t>Mẹo</w:t>
      </w:r>
    </w:p>
    <w:p>
      <w:pPr>
        <w:spacing w:after="80"/>
      </w:pPr>
      <w:r>
        <w:rPr>
          <w:b w:val="0"/>
          <w:i w:val="0"/>
        </w:rPr>
        <w:t xml:space="preserve">Sự khác biệt giữa </w:t>
      </w:r>
      <w:r>
        <w:rPr>
          <w:rFonts w:ascii="Consolas" w:hAnsi="Consolas"/>
          <w:b w:val="0"/>
          <w:i w:val="0"/>
          <w:sz w:val="20"/>
        </w:rPr>
        <w:br/>
        <w:br/>
        <w:t xml:space="preserve">       PATCH</w:t>
        <w:br/>
        <w:t xml:space="preserve">      </w:t>
        <w:br/>
      </w:r>
      <w:r>
        <w:rPr>
          <w:b w:val="0"/>
          <w:i w:val="0"/>
        </w:rPr>
        <w:t xml:space="preserve"> và </w:t>
      </w:r>
      <w:r>
        <w:rPr>
          <w:rFonts w:ascii="Consolas" w:hAnsi="Consolas"/>
          <w:b w:val="0"/>
          <w:i w:val="0"/>
          <w:sz w:val="20"/>
        </w:rPr>
        <w:br/>
        <w:br/>
        <w:t xml:space="preserve">       PUT</w:t>
        <w:br/>
        <w:t xml:space="preserve">      </w:t>
        <w:br/>
      </w:r>
      <w:r>
        <w:rPr>
          <w:b w:val="0"/>
          <w:i w:val="0"/>
        </w:rPr>
        <w:t xml:space="preserve"> là cái sau thay thế toàn bộ tài nguyên, còn cái trước chỉ cập nhật một phần.</w:t>
      </w:r>
    </w:p>
    <w:p>
      <w:pPr>
        <w:pStyle w:val="Heading3"/>
      </w:pPr>
      <w:r>
        <w:rPr>
          <w:rFonts w:ascii="Calibri" w:hAnsi="Calibri"/>
          <w:b/>
          <w:i w:val="0"/>
          <w:sz w:val="26"/>
        </w:rPr>
        <w:t>Còn nữa...</w:t>
      </w:r>
    </w:p>
    <w:p>
      <w:pPr>
        <w:spacing w:after="80"/>
      </w:pPr>
      <w:r>
        <w:rPr>
          <w:b w:val="0"/>
          <w:i w:val="0"/>
        </w:rPr>
        <w:t>RESTful API rất mạnh mẽ nhưng cũng có độ biến thiên cực lớn. Hãy kiểm tra tài liệu của API cụ thể để tìm hiểu chi tiết về nó và cách nó được thiết kế để sử dụng.</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Tải các trang web </w:t>
      </w:r>
      <w:r>
        <w:rPr>
          <w:b w:val="0"/>
          <w:i w:val="0"/>
        </w:rPr>
        <w:t xml:space="preserve"> ở phần trước trong chương này, để tìm hiểu những kiến thức cơ bản về yêu cầu trang web</w:t>
      </w:r>
    </w:p>
    <w:p>
      <w:pPr>
        <w:spacing w:after="80"/>
        <w:ind w:left="360"/>
      </w:pPr>
      <w:r>
        <w:t xml:space="preserve">• </w:t>
      </w:r>
      <w:r>
        <w:rPr>
          <w:b w:val="0"/>
          <w:i w:val="0"/>
        </w:rPr>
        <w:t xml:space="preserve">Công thức </w:t>
      </w:r>
      <w:r>
        <w:rPr>
          <w:b w:val="0"/>
          <w:i/>
        </w:rPr>
        <w:t xml:space="preserve"> Cài đặt các gói bên thứ ba </w:t>
      </w:r>
      <w:r>
        <w:rPr>
          <w:b w:val="0"/>
          <w:i w:val="0"/>
        </w:rPr>
        <w:t xml:space="preserve"> trong </w:t>
      </w:r>
      <w:r>
        <w:rPr>
          <w:b w:val="0"/>
          <w:i/>
        </w:rPr>
        <w:t xml:space="preserve"> Chương 1 </w:t>
      </w:r>
      <w:r>
        <w:rPr>
          <w:b w:val="0"/>
          <w:i w:val="0"/>
        </w:rPr>
        <w:t xml:space="preserve"> , </w:t>
      </w:r>
      <w:r>
        <w:rPr>
          <w:b w:val="0"/>
          <w:i/>
        </w:rPr>
        <w:t xml:space="preserve"> Hãy bắt đầu hành trình tự động hóa của chúng ta </w:t>
      </w:r>
      <w:r>
        <w:rPr>
          <w:b w:val="0"/>
          <w:i w:val="0"/>
        </w:rPr>
        <w:t xml:space="preserve"> , để tìm hiểu những kiến thức cơ bản về cài đặt các mô-đun bên ngoài</w:t>
      </w:r>
    </w:p>
    <w:p>
      <w:pPr>
        <w:pStyle w:val="Heading2"/>
      </w:pPr>
      <w:r>
        <w:rPr>
          <w:rFonts w:ascii="Calibri" w:hAnsi="Calibri"/>
          <w:b/>
          <w:i w:val="0"/>
          <w:sz w:val="32"/>
        </w:rPr>
        <w:t>Tương tác với biểu mẫu</w:t>
      </w:r>
    </w:p>
    <w:p>
      <w:pPr>
        <w:spacing w:after="80"/>
      </w:pPr>
      <w:r>
        <w:rPr>
          <w:b w:val="0"/>
          <w:i w:val="0"/>
        </w:rPr>
        <w:t>Nhiều trang web có chứa biểu mẫu. Biểu mẫu là một cách gửi các giá trị đến một trang web, ví dụ, để tạo bình luận mới trên một bài đăng blog, hoặc để gửi một đơn hàng.</w:t>
      </w:r>
    </w:p>
    <w:p>
      <w:pPr>
        <w:spacing w:after="80"/>
      </w:pPr>
      <w:r>
        <w:rPr>
          <w:b w:val="0"/>
          <w:i w:val="0"/>
        </w:rPr>
        <w:t>Trình duyệt hiển thị các biểu mẫu mà bạn có thể nhập giá trị vào và gửi chúng trong một hành động duy nhất sau khi nhấn nút gửi hoặc tương đương. Chúng ta sẽ xem cách tạo hành động này bằng lập trình trong công thức này.</w:t>
      </w:r>
    </w:p>
    <w:p>
      <w:pPr>
        <w:spacing w:after="80"/>
      </w:pPr>
      <w:r>
        <w:rPr>
          <w:b/>
          <w:i w:val="0"/>
        </w:rPr>
        <w:t>Mẹo</w:t>
      </w:r>
    </w:p>
    <w:p>
      <w:pPr>
        <w:spacing w:after="80"/>
      </w:pPr>
      <w:r>
        <w:rPr>
          <w:b w:val="0"/>
          <w:i w:val="0"/>
        </w:rPr>
        <w:t xml:space="preserve">Hãy lưu ý rằng gửi dữ liệu đến một trang web thường là vấn đề tế nhị hơn so với nhận dữ liệu từ nó. Ví dụ, gửi bình luận tự động đến một trang web chính là định nghĩa của </w:t>
      </w:r>
      <w:r>
        <w:rPr>
          <w:b/>
          <w:i w:val="0"/>
        </w:rPr>
        <w:t xml:space="preserve"> spam </w:t>
      </w:r>
      <w:r>
        <w:rPr>
          <w:b w:val="0"/>
          <w:i w:val="0"/>
        </w:rPr>
        <w:t xml:space="preserve"> . Điều này có nghĩa là việc tự động hóa có thể khó khăn hơn vì nó liên quan đến việc xem xét các biện pháp bảo mật do dịch vụ web triển khai. Hãy kiểm tra kỹ rằng điều bạn đang cố gắng đạt được là một trường hợp sử dụng hợp lệ và có đạo đức.</w:t>
      </w:r>
    </w:p>
    <w:p>
      <w:pPr>
        <w:pStyle w:val="Heading3"/>
      </w:pPr>
      <w:r>
        <w:rPr>
          <w:rFonts w:ascii="Calibri" w:hAnsi="Calibri"/>
          <w:b/>
          <w:i w:val="0"/>
          <w:sz w:val="26"/>
        </w:rPr>
        <w:t>Chuẩn bị</w:t>
      </w:r>
    </w:p>
    <w:p>
      <w:pPr>
        <w:spacing w:after="80"/>
      </w:pPr>
      <w:r>
        <w:rPr>
          <w:b w:val="0"/>
          <w:i w:val="0"/>
        </w:rPr>
        <w:t xml:space="preserve">Chúng ta sẽ làm việc với máy chủ thử nghiệm </w:t>
      </w:r>
      <w:r>
        <w:rPr>
          <w:rFonts w:ascii="Consolas" w:hAnsi="Consolas"/>
          <w:b w:val="0"/>
          <w:i w:val="0"/>
          <w:sz w:val="20"/>
        </w:rPr>
        <w:br/>
        <w:br/>
        <w:t xml:space="preserve">       https://httpbin.org/forms/post</w:t>
        <w:br/>
        <w:t xml:space="preserve">      </w:t>
        <w:br/>
      </w:r>
      <w:r>
        <w:rPr>
          <w:b w:val="0"/>
          <w:i w:val="0"/>
        </w:rPr>
        <w:t xml:space="preserve"> , cho phép chúng ta gửi một biểu mẫu thử nghiệm và gửi lại thông tin đã gửi.</w:t>
      </w:r>
    </w:p>
    <w:p>
      <w:pPr>
        <w:spacing w:after="80"/>
      </w:pPr>
      <w:r>
        <w:rPr>
          <w:b/>
          <w:i w:val="0"/>
        </w:rPr>
        <w:t>Lưu ý</w:t>
      </w:r>
    </w:p>
    <w:p>
      <w:pPr>
        <w:spacing w:after="80"/>
      </w:pPr>
      <w:r>
        <w:rPr>
          <w:b w:val="0"/>
          <w:i w:val="0"/>
        </w:rPr>
        <w:t xml:space="preserve">Lưu ý rằng URL </w:t>
      </w:r>
      <w:r>
        <w:rPr>
          <w:rFonts w:ascii="Consolas" w:hAnsi="Consolas"/>
          <w:b w:val="0"/>
          <w:i w:val="0"/>
          <w:sz w:val="20"/>
        </w:rPr>
        <w:br/>
        <w:br/>
        <w:t xml:space="preserve">        https://httpbin.org/forms/post</w:t>
        <w:br/>
        <w:t xml:space="preserve">       </w:t>
        <w:br/>
      </w:r>
      <w:r>
        <w:rPr>
          <w:b w:val="0"/>
          <w:i w:val="0"/>
        </w:rPr>
        <w:t xml:space="preserve"> hiển thị biểu mẫu, nhưng bên trong nó gọi URL </w:t>
      </w:r>
      <w:r>
        <w:rPr>
          <w:rFonts w:ascii="Consolas" w:hAnsi="Consolas"/>
          <w:b w:val="0"/>
          <w:i w:val="0"/>
          <w:sz w:val="20"/>
        </w:rPr>
        <w:br/>
        <w:br/>
        <w:t xml:space="preserve">        https://httpbin.org/post</w:t>
        <w:br/>
        <w:t xml:space="preserve">       </w:t>
        <w:br/>
      </w:r>
      <w:r>
        <w:rPr>
          <w:b w:val="0"/>
          <w:i w:val="0"/>
        </w:rPr>
        <w:t xml:space="preserve"> để gửi thông tin. Chúng ta sẽ sử dụng cả hai URL trong công thức này.</w:t>
      </w:r>
    </w:p>
    <w:p>
      <w:pPr>
        <w:spacing w:after="80"/>
      </w:pPr>
      <w:r>
        <w:rPr>
          <w:b w:val="0"/>
          <w:i w:val="0"/>
        </w:rPr>
        <w:t>Đây là một ví dụ về biểu mẫu để đặt pizza:</w:t>
      </w:r>
    </w:p>
    <w:p>
      <w:pPr>
        <w:jc w:val="center"/>
      </w:pPr>
      <w:r>
        <w:drawing>
          <wp:inline xmlns:a="http://schemas.openxmlformats.org/drawingml/2006/main" xmlns:pic="http://schemas.openxmlformats.org/drawingml/2006/picture">
            <wp:extent cx="5486400" cy="4541018"/>
            <wp:docPr id="12" name="Picture 12"/>
            <wp:cNvGraphicFramePr>
              <a:graphicFrameLocks noChangeAspect="1"/>
            </wp:cNvGraphicFramePr>
            <a:graphic>
              <a:graphicData uri="http://schemas.openxmlformats.org/drawingml/2006/picture">
                <pic:pic>
                  <pic:nvPicPr>
                    <pic:cNvPr id="0" name="B36973_3_2.png"/>
                    <pic:cNvPicPr/>
                  </pic:nvPicPr>
                  <pic:blipFill>
                    <a:blip r:embed="rId20"/>
                    <a:stretch>
                      <a:fillRect/>
                    </a:stretch>
                  </pic:blipFill>
                  <pic:spPr>
                    <a:xfrm>
                      <a:off x="0" y="0"/>
                      <a:ext cx="5486400" cy="4541018"/>
                    </a:xfrm>
                    <a:prstGeom prst="rect"/>
                  </pic:spPr>
                </pic:pic>
              </a:graphicData>
            </a:graphic>
          </wp:inline>
        </w:drawing>
      </w:r>
    </w:p>
    <w:p>
      <w:pPr>
        <w:spacing w:after="160"/>
        <w:jc w:val="center"/>
      </w:pPr>
      <w:r>
        <w:rPr>
          <w:rFonts w:ascii="Calibri" w:hAnsi="Calibri"/>
          <w:b w:val="0"/>
          <w:i/>
          <w:sz w:val="19"/>
        </w:rPr>
        <w:t>Hình 3.2: Biểu mẫu đã hiển thị</w:t>
      </w:r>
    </w:p>
    <w:p>
      <w:pPr>
        <w:spacing w:after="80"/>
      </w:pPr>
      <w:r>
        <w:rPr>
          <w:b w:val="0"/>
          <w:i w:val="0"/>
        </w:rPr>
        <w:t>Bạn có thể điền biểu mẫu thủ công và xem nó trả về thông tin ở định dạng JSON, bao gồm cả thông tin bổ sung như trình duyệt đang được sử dụng.</w:t>
      </w:r>
    </w:p>
    <w:p>
      <w:pPr>
        <w:spacing w:after="80"/>
      </w:pPr>
      <w:r>
        <w:rPr>
          <w:b w:val="0"/>
          <w:i w:val="0"/>
        </w:rPr>
        <w:t>Sau đây là phần giao diện người dùng (frontend) của biểu mẫu web được tạo ra:</w:t>
      </w:r>
    </w:p>
    <w:p>
      <w:pPr>
        <w:jc w:val="center"/>
      </w:pPr>
      <w:r>
        <w:drawing>
          <wp:inline xmlns:a="http://schemas.openxmlformats.org/drawingml/2006/main" xmlns:pic="http://schemas.openxmlformats.org/drawingml/2006/picture">
            <wp:extent cx="5486400" cy="5383850"/>
            <wp:docPr id="13" name="Picture 13"/>
            <wp:cNvGraphicFramePr>
              <a:graphicFrameLocks noChangeAspect="1"/>
            </wp:cNvGraphicFramePr>
            <a:graphic>
              <a:graphicData uri="http://schemas.openxmlformats.org/drawingml/2006/picture">
                <pic:pic>
                  <pic:nvPicPr>
                    <pic:cNvPr id="0" name="B36973_3_3.png"/>
                    <pic:cNvPicPr/>
                  </pic:nvPicPr>
                  <pic:blipFill>
                    <a:blip r:embed="rId21"/>
                    <a:stretch>
                      <a:fillRect/>
                    </a:stretch>
                  </pic:blipFill>
                  <pic:spPr>
                    <a:xfrm>
                      <a:off x="0" y="0"/>
                      <a:ext cx="5486400" cy="5383850"/>
                    </a:xfrm>
                    <a:prstGeom prst="rect"/>
                  </pic:spPr>
                </pic:pic>
              </a:graphicData>
            </a:graphic>
          </wp:inline>
        </w:drawing>
      </w:r>
    </w:p>
    <w:p>
      <w:pPr>
        <w:spacing w:after="160"/>
        <w:jc w:val="center"/>
      </w:pPr>
      <w:r>
        <w:rPr>
          <w:rFonts w:ascii="Calibri" w:hAnsi="Calibri"/>
          <w:b w:val="0"/>
          <w:i/>
          <w:sz w:val="19"/>
        </w:rPr>
        <w:t>Hình 3.3: Biểu mẫu đã điền</w:t>
      </w:r>
    </w:p>
    <w:p>
      <w:pPr>
        <w:spacing w:after="80"/>
      </w:pPr>
      <w:r>
        <w:rPr>
          <w:b w:val="0"/>
          <w:i w:val="0"/>
        </w:rPr>
        <w:t>Ảnh chụp màn hình sau đây hiển thị phần backend của biểu mẫu web được tạo ra:</w:t>
      </w:r>
    </w:p>
    <w:p>
      <w:pPr>
        <w:jc w:val="center"/>
      </w:pPr>
      <w:r>
        <w:drawing>
          <wp:inline xmlns:a="http://schemas.openxmlformats.org/drawingml/2006/main" xmlns:pic="http://schemas.openxmlformats.org/drawingml/2006/picture">
            <wp:extent cx="5486400" cy="5926951"/>
            <wp:docPr id="14" name="Picture 14"/>
            <wp:cNvGraphicFramePr>
              <a:graphicFrameLocks noChangeAspect="1"/>
            </wp:cNvGraphicFramePr>
            <a:graphic>
              <a:graphicData uri="http://schemas.openxmlformats.org/drawingml/2006/picture">
                <pic:pic>
                  <pic:nvPicPr>
                    <pic:cNvPr id="0" name="B36973_3_4.png"/>
                    <pic:cNvPicPr/>
                  </pic:nvPicPr>
                  <pic:blipFill>
                    <a:blip r:embed="rId22"/>
                    <a:stretch>
                      <a:fillRect/>
                    </a:stretch>
                  </pic:blipFill>
                  <pic:spPr>
                    <a:xfrm>
                      <a:off x="0" y="0"/>
                      <a:ext cx="5486400" cy="5926951"/>
                    </a:xfrm>
                    <a:prstGeom prst="rect"/>
                  </pic:spPr>
                </pic:pic>
              </a:graphicData>
            </a:graphic>
          </wp:inline>
        </w:drawing>
      </w:r>
    </w:p>
    <w:p>
      <w:pPr>
        <w:spacing w:after="160"/>
        <w:jc w:val="center"/>
      </w:pPr>
      <w:r>
        <w:rPr>
          <w:rFonts w:ascii="Calibri" w:hAnsi="Calibri"/>
          <w:b w:val="0"/>
          <w:i/>
          <w:sz w:val="19"/>
        </w:rPr>
        <w:t>Hình 3.4: Nội dung JSON được trả về</w:t>
      </w:r>
    </w:p>
    <w:p>
      <w:pPr>
        <w:spacing w:after="80"/>
      </w:pPr>
      <w:r>
        <w:rPr>
          <w:b w:val="0"/>
          <w:i w:val="0"/>
        </w:rPr>
        <w:t>Chúng ta cần phân tích HTML để xem dữ liệu được chấp nhận trong biểu mẫu. Mã nguồn như sau:</w:t>
      </w:r>
    </w:p>
    <w:p>
      <w:pPr>
        <w:spacing w:after="0"/>
        <w:ind w:left="360"/>
        <w:shd w:val="clear" w:color="auto" w:fill="F2F2F2"/>
      </w:pPr>
      <w:r>
        <w:rPr>
          <w:rFonts w:ascii="Consolas" w:hAnsi="Consolas"/>
          <w:sz w:val="18"/>
        </w:rPr>
        <w:t>&lt;!DOCTYPE html&gt;</w:t>
      </w:r>
    </w:p>
    <w:p>
      <w:pPr>
        <w:spacing w:after="0"/>
        <w:ind w:left="360"/>
        <w:shd w:val="clear" w:color="auto" w:fill="F2F2F2"/>
      </w:pPr>
      <w:r>
        <w:rPr>
          <w:rFonts w:ascii="Consolas" w:hAnsi="Consolas"/>
          <w:sz w:val="18"/>
        </w:rPr>
        <w:t>&lt;html&gt;</w:t>
      </w:r>
    </w:p>
    <w:p>
      <w:pPr>
        <w:spacing w:after="0"/>
        <w:ind w:left="360"/>
        <w:shd w:val="clear" w:color="auto" w:fill="F2F2F2"/>
      </w:pPr>
      <w:r>
        <w:rPr>
          <w:rFonts w:ascii="Consolas" w:hAnsi="Consolas"/>
          <w:sz w:val="18"/>
        </w:rPr>
        <w:t>&lt;head&gt;</w:t>
      </w:r>
    </w:p>
    <w:p>
      <w:pPr>
        <w:spacing w:after="0"/>
        <w:ind w:left="360"/>
        <w:shd w:val="clear" w:color="auto" w:fill="F2F2F2"/>
      </w:pPr>
      <w:r>
        <w:rPr>
          <w:rFonts w:ascii="Consolas" w:hAnsi="Consolas"/>
          <w:sz w:val="18"/>
        </w:rPr>
        <w:t>&lt;/head&gt;</w:t>
      </w:r>
    </w:p>
    <w:p>
      <w:pPr>
        <w:spacing w:after="0"/>
        <w:ind w:left="360"/>
        <w:shd w:val="clear" w:color="auto" w:fill="F2F2F2"/>
      </w:pPr>
      <w:r>
        <w:rPr>
          <w:rFonts w:ascii="Consolas" w:hAnsi="Consolas"/>
          <w:sz w:val="18"/>
        </w:rPr>
        <w:t>&lt;body&gt;</w:t>
      </w:r>
    </w:p>
    <w:p>
      <w:pPr>
        <w:spacing w:after="0"/>
        <w:ind w:left="360"/>
        <w:shd w:val="clear" w:color="auto" w:fill="F2F2F2"/>
      </w:pPr>
      <w:r>
        <w:rPr>
          <w:rFonts w:ascii="Consolas" w:hAnsi="Consolas"/>
          <w:sz w:val="18"/>
        </w:rPr>
        <w:t>&lt;!-- Example form from HTML5 spec http://www.w3.org/TR/html5/forms.html#writing-a-form's-user-interface --&gt;</w:t>
      </w:r>
    </w:p>
    <w:p>
      <w:pPr>
        <w:spacing w:after="0"/>
        <w:ind w:left="360"/>
        <w:shd w:val="clear" w:color="auto" w:fill="F2F2F2"/>
      </w:pPr>
      <w:r>
        <w:rPr>
          <w:rFonts w:ascii="Consolas" w:hAnsi="Consolas"/>
          <w:sz w:val="18"/>
        </w:rPr>
        <w:t>&lt;form method="post" action="/post"&gt;</w:t>
      </w:r>
    </w:p>
    <w:p>
      <w:pPr>
        <w:spacing w:after="0"/>
        <w:ind w:left="360"/>
        <w:shd w:val="clear" w:color="auto" w:fill="F2F2F2"/>
      </w:pPr>
      <w:r>
        <w:rPr>
          <w:rFonts w:ascii="Consolas" w:hAnsi="Consolas"/>
          <w:sz w:val="18"/>
        </w:rPr>
        <w:t>&lt;p&gt;&lt;label&gt;Customer name: &lt;input name="custname"&gt;&lt;/label&gt;&lt;/p&gt;</w:t>
      </w:r>
    </w:p>
    <w:p>
      <w:pPr>
        <w:spacing w:after="0"/>
        <w:ind w:left="360"/>
        <w:shd w:val="clear" w:color="auto" w:fill="F2F2F2"/>
      </w:pPr>
      <w:r>
        <w:rPr>
          <w:rFonts w:ascii="Consolas" w:hAnsi="Consolas"/>
          <w:sz w:val="18"/>
        </w:rPr>
        <w:t>&lt;p&gt;&lt;label&gt;Telephone: &lt;input type=tel name="custtel"&gt;&lt;/label&gt;&lt;/p&gt;</w:t>
      </w:r>
    </w:p>
    <w:p>
      <w:pPr>
        <w:spacing w:after="0"/>
        <w:ind w:left="360"/>
        <w:shd w:val="clear" w:color="auto" w:fill="F2F2F2"/>
      </w:pPr>
      <w:r>
        <w:rPr>
          <w:rFonts w:ascii="Consolas" w:hAnsi="Consolas"/>
          <w:sz w:val="18"/>
        </w:rPr>
        <w:t>&lt;p&gt;&lt;label&gt;E-mail address: &lt;input type=email name="custemail"&gt;&lt;/label&gt;&lt;/p&gt;</w:t>
      </w:r>
    </w:p>
    <w:p>
      <w:pPr>
        <w:spacing w:after="0"/>
        <w:ind w:left="360"/>
        <w:shd w:val="clear" w:color="auto" w:fill="F2F2F2"/>
      </w:pPr>
      <w:r>
        <w:rPr>
          <w:rFonts w:ascii="Consolas" w:hAnsi="Consolas"/>
          <w:sz w:val="18"/>
        </w:rPr>
        <w:t>&lt;fieldset&gt;</w:t>
      </w:r>
    </w:p>
    <w:p>
      <w:pPr>
        <w:spacing w:after="0"/>
        <w:ind w:left="360"/>
        <w:shd w:val="clear" w:color="auto" w:fill="F2F2F2"/>
      </w:pPr>
      <w:r>
        <w:rPr>
          <w:rFonts w:ascii="Consolas" w:hAnsi="Consolas"/>
          <w:sz w:val="18"/>
        </w:rPr>
        <w:t>&lt;legend&gt; Pizza Size &lt;/legend&gt;</w:t>
      </w:r>
    </w:p>
    <w:p>
      <w:pPr>
        <w:spacing w:after="0"/>
        <w:ind w:left="360"/>
        <w:shd w:val="clear" w:color="auto" w:fill="F2F2F2"/>
      </w:pPr>
      <w:r>
        <w:rPr>
          <w:rFonts w:ascii="Consolas" w:hAnsi="Consolas"/>
          <w:sz w:val="18"/>
        </w:rPr>
        <w:t>&lt;p&gt;&lt;label&gt; &lt;input type=radio name=size value="small"&gt; Small &lt;/label&gt;&lt;/p&gt;</w:t>
      </w:r>
    </w:p>
    <w:p>
      <w:pPr>
        <w:spacing w:after="0"/>
        <w:ind w:left="360"/>
        <w:shd w:val="clear" w:color="auto" w:fill="F2F2F2"/>
      </w:pPr>
      <w:r>
        <w:rPr>
          <w:rFonts w:ascii="Consolas" w:hAnsi="Consolas"/>
          <w:sz w:val="18"/>
        </w:rPr>
        <w:t>&lt;p&gt;&lt;label&gt; &lt;input type=radio name=size value="medium"&gt; Medium &lt;/label&gt;&lt;/p&gt;</w:t>
      </w:r>
    </w:p>
    <w:p>
      <w:pPr>
        <w:spacing w:after="0"/>
        <w:ind w:left="360"/>
        <w:shd w:val="clear" w:color="auto" w:fill="F2F2F2"/>
      </w:pPr>
      <w:r>
        <w:rPr>
          <w:rFonts w:ascii="Consolas" w:hAnsi="Consolas"/>
          <w:sz w:val="18"/>
        </w:rPr>
        <w:t>&lt;p&gt;&lt;label&gt; &lt;input type=radio name=size value="large"&gt; Large &lt;/label&gt;&lt;/p&gt;</w:t>
      </w:r>
    </w:p>
    <w:p>
      <w:pPr>
        <w:spacing w:after="0"/>
        <w:ind w:left="360"/>
        <w:shd w:val="clear" w:color="auto" w:fill="F2F2F2"/>
      </w:pPr>
      <w:r>
        <w:rPr>
          <w:rFonts w:ascii="Consolas" w:hAnsi="Consolas"/>
          <w:sz w:val="18"/>
        </w:rPr>
        <w:t>&lt;/fieldset&gt;</w:t>
      </w:r>
    </w:p>
    <w:p>
      <w:pPr>
        <w:spacing w:after="0"/>
        <w:ind w:left="360"/>
        <w:shd w:val="clear" w:color="auto" w:fill="F2F2F2"/>
      </w:pPr>
      <w:r>
        <w:rPr>
          <w:rFonts w:ascii="Consolas" w:hAnsi="Consolas"/>
          <w:sz w:val="18"/>
        </w:rPr>
        <w:t>&lt;fieldset&gt;</w:t>
      </w:r>
    </w:p>
    <w:p>
      <w:pPr>
        <w:spacing w:after="0"/>
        <w:ind w:left="360"/>
        <w:shd w:val="clear" w:color="auto" w:fill="F2F2F2"/>
      </w:pPr>
      <w:r>
        <w:rPr>
          <w:rFonts w:ascii="Consolas" w:hAnsi="Consolas"/>
          <w:sz w:val="18"/>
        </w:rPr>
        <w:t>&lt;legend&gt; Pizza Toppings &lt;/legend&gt;</w:t>
      </w:r>
    </w:p>
    <w:p>
      <w:pPr>
        <w:spacing w:after="0"/>
        <w:ind w:left="360"/>
        <w:shd w:val="clear" w:color="auto" w:fill="F2F2F2"/>
      </w:pPr>
      <w:r>
        <w:rPr>
          <w:rFonts w:ascii="Consolas" w:hAnsi="Consolas"/>
          <w:sz w:val="18"/>
        </w:rPr>
        <w:t>&lt;p&gt;&lt;label&gt; &lt;input type=checkbox name="topping" value="bacon"&gt; Bacon &lt;/label&gt;&lt;/p&gt;</w:t>
      </w:r>
    </w:p>
    <w:p>
      <w:pPr>
        <w:spacing w:after="0"/>
        <w:ind w:left="360"/>
        <w:shd w:val="clear" w:color="auto" w:fill="F2F2F2"/>
      </w:pPr>
      <w:r>
        <w:rPr>
          <w:rFonts w:ascii="Consolas" w:hAnsi="Consolas"/>
          <w:sz w:val="18"/>
        </w:rPr>
        <w:t>&lt;p&gt;&lt;label&gt; &lt;input type=checkbox name="topping" value="cheese"&gt; Extra Cheese &lt;/label&gt;&lt;/p&gt;</w:t>
      </w:r>
    </w:p>
    <w:p>
      <w:pPr>
        <w:spacing w:after="0"/>
        <w:ind w:left="360"/>
        <w:shd w:val="clear" w:color="auto" w:fill="F2F2F2"/>
      </w:pPr>
      <w:r>
        <w:rPr>
          <w:rFonts w:ascii="Consolas" w:hAnsi="Consolas"/>
          <w:sz w:val="18"/>
        </w:rPr>
        <w:t>&lt;p&gt;&lt;label&gt; &lt;input type=checkbox name="topping" value="onion"&gt; Onion &lt;/label&gt;&lt;/p&gt;</w:t>
      </w:r>
    </w:p>
    <w:p>
      <w:pPr>
        <w:spacing w:after="0"/>
        <w:ind w:left="360"/>
        <w:shd w:val="clear" w:color="auto" w:fill="F2F2F2"/>
      </w:pPr>
      <w:r>
        <w:rPr>
          <w:rFonts w:ascii="Consolas" w:hAnsi="Consolas"/>
          <w:sz w:val="18"/>
        </w:rPr>
        <w:t>&lt;p&gt;&lt;label&gt; &lt;input type=checkbox name="topping" value="mushroom"&gt; Mushroom &lt;/label&gt;&lt;/p&gt;</w:t>
      </w:r>
    </w:p>
    <w:p>
      <w:pPr>
        <w:spacing w:after="0"/>
        <w:ind w:left="360"/>
        <w:shd w:val="clear" w:color="auto" w:fill="F2F2F2"/>
      </w:pPr>
      <w:r>
        <w:rPr>
          <w:rFonts w:ascii="Consolas" w:hAnsi="Consolas"/>
          <w:sz w:val="18"/>
        </w:rPr>
        <w:t>&lt;/fieldset&gt;</w:t>
      </w:r>
    </w:p>
    <w:p>
      <w:pPr>
        <w:spacing w:after="0"/>
        <w:ind w:left="360"/>
        <w:shd w:val="clear" w:color="auto" w:fill="F2F2F2"/>
      </w:pPr>
      <w:r>
        <w:rPr>
          <w:rFonts w:ascii="Consolas" w:hAnsi="Consolas"/>
          <w:sz w:val="18"/>
        </w:rPr>
        <w:t>&lt;p&gt;&lt;label&gt;Preferred delivery time: &lt;input type=time min="11:00" max="21:00" step="900" name="delivery"&gt;&lt;/label&gt;&lt;/p&gt;</w:t>
      </w:r>
    </w:p>
    <w:p>
      <w:pPr>
        <w:spacing w:after="0"/>
        <w:ind w:left="360"/>
        <w:shd w:val="clear" w:color="auto" w:fill="F2F2F2"/>
      </w:pPr>
      <w:r>
        <w:rPr>
          <w:rFonts w:ascii="Consolas" w:hAnsi="Consolas"/>
          <w:sz w:val="18"/>
        </w:rPr>
        <w:t>&lt;p&gt;&lt;label&gt;Delivery instructions: &lt;textarea name="comments"&gt;&lt;/textarea&gt;&lt;/label&gt;&lt;/p&gt;</w:t>
      </w:r>
    </w:p>
    <w:p>
      <w:pPr>
        <w:spacing w:after="0"/>
        <w:ind w:left="360"/>
        <w:shd w:val="clear" w:color="auto" w:fill="F2F2F2"/>
      </w:pPr>
      <w:r>
        <w:rPr>
          <w:rFonts w:ascii="Consolas" w:hAnsi="Consolas"/>
          <w:sz w:val="18"/>
        </w:rPr>
        <w:t>&lt;p&gt;&lt;button&gt;Submit order&lt;/button&gt;&lt;/p&gt;</w:t>
      </w:r>
    </w:p>
    <w:p>
      <w:pPr>
        <w:spacing w:after="0"/>
        <w:ind w:left="360"/>
        <w:shd w:val="clear" w:color="auto" w:fill="F2F2F2"/>
      </w:pPr>
      <w:r>
        <w:rPr>
          <w:rFonts w:ascii="Consolas" w:hAnsi="Consolas"/>
          <w:sz w:val="18"/>
        </w:rPr>
        <w:t>&lt;/form&gt;</w:t>
      </w:r>
    </w:p>
    <w:p>
      <w:pPr>
        <w:spacing w:after="0"/>
        <w:ind w:left="360"/>
        <w:shd w:val="clear" w:color="auto" w:fill="F2F2F2"/>
      </w:pPr>
      <w:r>
        <w:rPr>
          <w:rFonts w:ascii="Consolas" w:hAnsi="Consolas"/>
          <w:sz w:val="18"/>
        </w:rPr>
        <w:t>&lt;/body&gt;</w:t>
      </w:r>
    </w:p>
    <w:p>
      <w:pPr>
        <w:spacing w:after="0"/>
        <w:ind w:left="360"/>
        <w:shd w:val="clear" w:color="auto" w:fill="F2F2F2"/>
      </w:pPr>
      <w:r>
        <w:rPr>
          <w:rFonts w:ascii="Consolas" w:hAnsi="Consolas"/>
          <w:sz w:val="18"/>
        </w:rPr>
        <w:t>&lt;/html&gt;</w:t>
      </w:r>
    </w:p>
    <w:p>
      <w:pPr>
        <w:spacing w:after="40"/>
      </w:pPr>
    </w:p>
    <w:p>
      <w:pPr>
        <w:spacing w:after="80"/>
      </w:pPr>
      <w:r>
        <w:rPr>
          <w:b w:val="0"/>
          <w:i w:val="0"/>
        </w:rPr>
        <w:t xml:space="preserve">Kiểm tra tên của các trường nhập liệu, </w:t>
      </w:r>
      <w:r>
        <w:rPr>
          <w:rFonts w:ascii="Consolas" w:hAnsi="Consolas"/>
          <w:b w:val="0"/>
          <w:i w:val="0"/>
          <w:sz w:val="20"/>
        </w:rPr>
        <w:br/>
        <w:br/>
        <w:t xml:space="preserve">      custname</w:t>
        <w:br/>
        <w:t xml:space="preserve">     </w:t>
        <w:br/>
      </w:r>
      <w:r>
        <w:rPr>
          <w:b w:val="0"/>
          <w:i w:val="0"/>
        </w:rPr>
        <w:t xml:space="preserve"> , </w:t>
      </w:r>
      <w:r>
        <w:rPr>
          <w:rFonts w:ascii="Consolas" w:hAnsi="Consolas"/>
          <w:b w:val="0"/>
          <w:i w:val="0"/>
          <w:sz w:val="20"/>
        </w:rPr>
        <w:br/>
        <w:br/>
        <w:t xml:space="preserve">      custtel</w:t>
        <w:br/>
        <w:t xml:space="preserve">     </w:t>
        <w:br/>
      </w:r>
      <w:r>
        <w:rPr>
          <w:b w:val="0"/>
          <w:i w:val="0"/>
        </w:rPr>
        <w:t xml:space="preserve"> , </w:t>
      </w:r>
      <w:r>
        <w:rPr>
          <w:rFonts w:ascii="Consolas" w:hAnsi="Consolas"/>
          <w:b w:val="0"/>
          <w:i w:val="0"/>
          <w:sz w:val="20"/>
        </w:rPr>
        <w:br/>
        <w:br/>
        <w:t xml:space="preserve">      custemail</w:t>
        <w:br/>
        <w:t xml:space="preserve">     </w:t>
        <w:br/>
      </w:r>
      <w:r>
        <w:rPr>
          <w:b w:val="0"/>
          <w:i w:val="0"/>
        </w:rPr>
        <w:t xml:space="preserve"> , </w:t>
      </w:r>
      <w:r>
        <w:rPr>
          <w:rFonts w:ascii="Consolas" w:hAnsi="Consolas"/>
          <w:b w:val="0"/>
          <w:i w:val="0"/>
          <w:sz w:val="20"/>
        </w:rPr>
        <w:br/>
        <w:br/>
        <w:t xml:space="preserve">      size</w:t>
        <w:br/>
        <w:t xml:space="preserve">     </w:t>
        <w:br/>
      </w:r>
      <w:r>
        <w:rPr>
          <w:b w:val="0"/>
          <w:i w:val="0"/>
        </w:rPr>
        <w:t xml:space="preserve"> (một tùy chọn radio), </w:t>
      </w:r>
      <w:r>
        <w:rPr>
          <w:rFonts w:ascii="Consolas" w:hAnsi="Consolas"/>
          <w:b w:val="0"/>
          <w:i w:val="0"/>
          <w:sz w:val="20"/>
        </w:rPr>
        <w:br/>
        <w:br/>
        <w:t xml:space="preserve">      topping</w:t>
        <w:br/>
        <w:t xml:space="preserve">     </w:t>
        <w:br/>
      </w:r>
      <w:r>
        <w:rPr>
          <w:b w:val="0"/>
          <w:i w:val="0"/>
        </w:rPr>
        <w:t xml:space="preserve"> (một hộp kiểm chọn nhiều), </w:t>
      </w:r>
      <w:r>
        <w:rPr>
          <w:rFonts w:ascii="Consolas" w:hAnsi="Consolas"/>
          <w:b w:val="0"/>
          <w:i w:val="0"/>
          <w:sz w:val="20"/>
        </w:rPr>
        <w:br/>
        <w:br/>
        <w:t xml:space="preserve">      delivery</w:t>
        <w:br/>
        <w:t xml:space="preserve">     </w:t>
        <w:br/>
      </w:r>
      <w:r>
        <w:rPr>
          <w:b w:val="0"/>
          <w:i w:val="0"/>
        </w:rPr>
        <w:t xml:space="preserve"> (thời gian), và </w:t>
      </w:r>
      <w:r>
        <w:rPr>
          <w:rFonts w:ascii="Consolas" w:hAnsi="Consolas"/>
          <w:b w:val="0"/>
          <w:i w:val="0"/>
          <w:sz w:val="20"/>
        </w:rPr>
        <w:br/>
        <w:br/>
        <w:t xml:space="preserve">      comments</w:t>
        <w:br/>
        <w:t xml:space="preserve">     </w:t>
        <w:br/>
      </w:r>
      <w:r>
        <w:rPr>
          <w:b w:val="0"/>
          <w:i w:val="0"/>
        </w:rPr>
        <w:t xml:space="preserve"> .</w:t>
      </w:r>
    </w:p>
    <w:p>
      <w:pPr>
        <w:pStyle w:val="Heading3"/>
      </w:pPr>
      <w:r>
        <w:rPr>
          <w:rFonts w:ascii="Calibri" w:hAnsi="Calibri"/>
          <w:b/>
          <w:i w:val="0"/>
          <w:sz w:val="26"/>
        </w:rPr>
        <w:t>Cách thực hiện...</w:t>
      </w:r>
    </w:p>
    <w:p>
      <w:pPr>
        <w:spacing w:after="80"/>
        <w:ind w:left="360"/>
      </w:pPr>
      <w:r>
        <w:t xml:space="preserve">1. </w:t>
      </w:r>
      <w:r>
        <w:rPr>
          <w:b w:val="0"/>
          <w:i w:val="0"/>
        </w:rPr>
        <w:t xml:space="preserve">Nhập các mô-đun </w:t>
      </w:r>
      <w:r>
        <w:rPr>
          <w:rFonts w:ascii="Consolas" w:hAnsi="Consolas"/>
          <w:b w:val="0"/>
          <w:i w:val="0"/>
          <w:sz w:val="20"/>
        </w:rPr>
        <w:br/>
        <w:br/>
        <w:t xml:space="preserve">       requests</w:t>
        <w:br/>
        <w:t xml:space="preserve">      </w:t>
        <w:br/>
      </w:r>
      <w:r>
        <w:rPr>
          <w:b w:val="0"/>
          <w:i w:val="0"/>
        </w:rPr>
        <w:t xml:space="preserve"> , </w:t>
      </w:r>
      <w:r>
        <w:rPr>
          <w:rFonts w:ascii="Consolas" w:hAnsi="Consolas"/>
          <w:b w:val="0"/>
          <w:i w:val="0"/>
          <w:sz w:val="20"/>
        </w:rPr>
        <w:br/>
        <w:br/>
        <w:t xml:space="preserve">       BeautifulSoup</w:t>
        <w:br/>
        <w:t xml:space="preserve">      </w:t>
        <w:br/>
      </w:r>
      <w:r>
        <w:rPr>
          <w:b w:val="0"/>
          <w:i w:val="0"/>
        </w:rPr>
        <w:t xml:space="preserve"> , và </w:t>
      </w:r>
      <w:r>
        <w:rPr>
          <w:rFonts w:ascii="Consolas" w:hAnsi="Consolas"/>
          <w:b w:val="0"/>
          <w:i w:val="0"/>
          <w:sz w:val="20"/>
        </w:rPr>
        <w:br/>
        <w:br/>
        <w:t xml:space="preserve">       re</w:t>
        <w:br/>
        <w:t xml:space="preserve">      </w:t>
        <w:br/>
      </w:r>
      <w:r>
        <w:rPr>
          <w:b w:val="0"/>
          <w:i w:val="0"/>
        </w:rPr>
        <w:t xml:space="preserve"> :</w:t>
      </w:r>
    </w:p>
    <w:p>
      <w:pPr>
        <w:spacing w:after="0"/>
        <w:ind w:left="360"/>
        <w:shd w:val="clear" w:color="auto" w:fill="F2F2F2"/>
      </w:pPr>
      <w:r>
        <w:rPr>
          <w:rFonts w:ascii="Consolas" w:hAnsi="Consolas"/>
          <w:sz w:val="18"/>
        </w:rPr>
        <w:t>&gt;&gt;&gt; import requests</w:t>
      </w:r>
    </w:p>
    <w:p>
      <w:pPr>
        <w:spacing w:after="0"/>
        <w:ind w:left="360"/>
        <w:shd w:val="clear" w:color="auto" w:fill="F2F2F2"/>
      </w:pPr>
      <w:r>
        <w:rPr>
          <w:rFonts w:ascii="Consolas" w:hAnsi="Consolas"/>
          <w:sz w:val="18"/>
        </w:rPr>
        <w:t>&gt;&gt;&gt; from bs4 import BeautifulSoup</w:t>
      </w:r>
    </w:p>
    <w:p>
      <w:pPr>
        <w:spacing w:after="0"/>
        <w:ind w:left="360"/>
        <w:shd w:val="clear" w:color="auto" w:fill="F2F2F2"/>
      </w:pPr>
      <w:r>
        <w:rPr>
          <w:rFonts w:ascii="Consolas" w:hAnsi="Consolas"/>
          <w:sz w:val="18"/>
        </w:rPr>
        <w:t>&gt;&gt;&gt; import re</w:t>
      </w:r>
    </w:p>
    <w:p>
      <w:pPr>
        <w:spacing w:after="40"/>
      </w:pPr>
    </w:p>
    <w:p>
      <w:pPr>
        <w:spacing w:after="80"/>
        <w:ind w:left="360"/>
      </w:pPr>
      <w:r>
        <w:t xml:space="preserve">2. </w:t>
      </w:r>
      <w:r>
        <w:rPr>
          <w:b w:val="0"/>
          <w:i w:val="0"/>
        </w:rPr>
        <w:t xml:space="preserve">Truy xuất trang biểu mẫu, phân tích nó, và in ra các trường nhập liệu. Kiểm tra rằng URL gửi đi là </w:t>
      </w:r>
      <w:r>
        <w:rPr>
          <w:rFonts w:ascii="Consolas" w:hAnsi="Consolas"/>
          <w:b w:val="0"/>
          <w:i w:val="0"/>
          <w:sz w:val="20"/>
        </w:rPr>
        <w:br/>
        <w:br/>
        <w:t xml:space="preserve">       /post</w:t>
        <w:br/>
        <w:t xml:space="preserve">      </w:t>
        <w:br/>
      </w:r>
      <w:r>
        <w:rPr>
          <w:b w:val="0"/>
          <w:i w:val="0"/>
        </w:rPr>
        <w:t xml:space="preserve"> (không phải </w:t>
      </w:r>
      <w:r>
        <w:rPr>
          <w:rFonts w:ascii="Consolas" w:hAnsi="Consolas"/>
          <w:b w:val="0"/>
          <w:i w:val="0"/>
          <w:sz w:val="20"/>
        </w:rPr>
        <w:br/>
        <w:br/>
        <w:t xml:space="preserve">       /forms/post</w:t>
        <w:br/>
        <w:t xml:space="preserve">      </w:t>
        <w:br/>
      </w:r>
      <w:r>
        <w:rPr>
          <w:b w:val="0"/>
          <w:i w:val="0"/>
        </w:rPr>
        <w:t xml:space="preserve"> ): Lưu ý rằng </w:t>
      </w:r>
      <w:r>
        <w:rPr>
          <w:rFonts w:ascii="Consolas" w:hAnsi="Consolas"/>
          <w:b w:val="0"/>
          <w:i w:val="0"/>
          <w:sz w:val="20"/>
        </w:rPr>
        <w:br/>
        <w:br/>
        <w:t xml:space="preserve">        textarea</w:t>
        <w:br/>
        <w:t xml:space="preserve">       </w:t>
        <w:br/>
      </w:r>
      <w:r>
        <w:rPr>
          <w:b w:val="0"/>
          <w:i w:val="0"/>
        </w:rPr>
        <w:t xml:space="preserve"> là một trường nhập liệu hợp lệ và được định nghĩa trong định dạng HTML.</w:t>
      </w:r>
    </w:p>
    <w:p>
      <w:pPr>
        <w:spacing w:after="0"/>
        <w:ind w:left="360"/>
        <w:shd w:val="clear" w:color="auto" w:fill="F2F2F2"/>
      </w:pPr>
      <w:r>
        <w:rPr>
          <w:rFonts w:ascii="Consolas" w:hAnsi="Consolas"/>
          <w:sz w:val="18"/>
        </w:rPr>
        <w:t>&gt;&gt;&gt; response = requests.get('https://httpbin.org/forms/post')</w:t>
      </w:r>
    </w:p>
    <w:p>
      <w:pPr>
        <w:spacing w:after="0"/>
        <w:ind w:left="360"/>
        <w:shd w:val="clear" w:color="auto" w:fill="F2F2F2"/>
      </w:pPr>
      <w:r>
        <w:rPr>
          <w:rFonts w:ascii="Consolas" w:hAnsi="Consolas"/>
          <w:sz w:val="18"/>
        </w:rPr>
        <w:t>&gt;&gt;&gt; page = BeautifulSoup(response.text)</w:t>
      </w:r>
    </w:p>
    <w:p>
      <w:pPr>
        <w:spacing w:after="0"/>
        <w:ind w:left="360"/>
        <w:shd w:val="clear" w:color="auto" w:fill="F2F2F2"/>
      </w:pPr>
      <w:r>
        <w:rPr>
          <w:rFonts w:ascii="Consolas" w:hAnsi="Consolas"/>
          <w:sz w:val="18"/>
        </w:rPr>
        <w:t>&gt;&gt;&gt; form = page.find('form')</w:t>
      </w:r>
    </w:p>
    <w:p>
      <w:pPr>
        <w:spacing w:after="0"/>
        <w:ind w:left="360"/>
        <w:shd w:val="clear" w:color="auto" w:fill="F2F2F2"/>
      </w:pPr>
      <w:r>
        <w:rPr>
          <w:rFonts w:ascii="Consolas" w:hAnsi="Consolas"/>
          <w:sz w:val="18"/>
        </w:rPr>
        <w:t>&gt;&gt;&gt; {field.get('name') for field in form.find_all(re.compile('input|textarea'))}</w:t>
      </w:r>
    </w:p>
    <w:p>
      <w:pPr>
        <w:spacing w:after="0"/>
        <w:ind w:left="360"/>
        <w:shd w:val="clear" w:color="auto" w:fill="F2F2F2"/>
      </w:pPr>
      <w:r>
        <w:rPr>
          <w:rFonts w:ascii="Consolas" w:hAnsi="Consolas"/>
          <w:sz w:val="18"/>
        </w:rPr>
        <w:t>{'delivery', 'topping', 'size', 'custemail', 'comments', 'custtel', 'custname'}</w:t>
      </w:r>
    </w:p>
    <w:p>
      <w:pPr>
        <w:spacing w:after="40"/>
      </w:pPr>
    </w:p>
    <w:p>
      <w:pPr>
        <w:spacing w:after="80"/>
        <w:ind w:left="360"/>
      </w:pPr>
      <w:r>
        <w:t xml:space="preserve">3. </w:t>
      </w:r>
      <w:r>
        <w:rPr>
          <w:b w:val="0"/>
          <w:i w:val="0"/>
        </w:rPr>
        <w:t>Chuẩn bị dữ liệu để gửi đi dưới dạng một từ điển (dictionary). Kiểm tra rằng các giá trị đúng như được định nghĩa trong biểu mẫu:</w:t>
      </w:r>
    </w:p>
    <w:p>
      <w:pPr>
        <w:spacing w:after="0"/>
        <w:ind w:left="360"/>
        <w:shd w:val="clear" w:color="auto" w:fill="F2F2F2"/>
      </w:pPr>
      <w:r>
        <w:rPr>
          <w:rFonts w:ascii="Consolas" w:hAnsi="Consolas"/>
          <w:sz w:val="18"/>
        </w:rPr>
        <w:t>&gt;&gt;&gt; data = {'custname': "Sean O'Connell", 'custtel': '123-456-789', 'custemail': 'sean@oconnell.ie', 'size': 'small', 'topping': ['bacon', 'onion'], 'delivery': '20:30', 'comments': ''}</w:t>
      </w:r>
    </w:p>
    <w:p>
      <w:pPr>
        <w:spacing w:after="40"/>
      </w:pPr>
    </w:p>
    <w:p>
      <w:pPr>
        <w:spacing w:after="80"/>
        <w:ind w:left="360"/>
      </w:pPr>
      <w:r>
        <w:t xml:space="preserve">4. </w:t>
      </w:r>
      <w:r>
        <w:rPr>
          <w:b w:val="0"/>
          <w:i w:val="0"/>
        </w:rPr>
        <w:t>Gửi các giá trị đi và kiểm tra rằng phản hồi giống như được trả về trong trình duyệt:</w:t>
      </w:r>
    </w:p>
    <w:p>
      <w:pPr>
        <w:spacing w:after="0"/>
        <w:ind w:left="360"/>
        <w:shd w:val="clear" w:color="auto" w:fill="F2F2F2"/>
      </w:pPr>
      <w:r>
        <w:rPr>
          <w:rFonts w:ascii="Consolas" w:hAnsi="Consolas"/>
          <w:sz w:val="18"/>
        </w:rPr>
        <w:t>&gt;&gt;&gt; response = requests.post('https://httpbin.org/post', data)</w:t>
      </w:r>
    </w:p>
    <w:p>
      <w:pPr>
        <w:spacing w:after="0"/>
        <w:ind w:left="360"/>
        <w:shd w:val="clear" w:color="auto" w:fill="F2F2F2"/>
      </w:pPr>
      <w:r>
        <w:rPr>
          <w:rFonts w:ascii="Consolas" w:hAnsi="Consolas"/>
          <w:sz w:val="18"/>
        </w:rPr>
        <w:t>&gt;&gt;&gt; response</w:t>
      </w:r>
    </w:p>
    <w:p>
      <w:pPr>
        <w:spacing w:after="0"/>
        <w:ind w:left="360"/>
        <w:shd w:val="clear" w:color="auto" w:fill="F2F2F2"/>
      </w:pPr>
      <w:r>
        <w:rPr>
          <w:rFonts w:ascii="Consolas" w:hAnsi="Consolas"/>
          <w:sz w:val="18"/>
        </w:rPr>
        <w:t>&lt;Response [200]&gt;</w:t>
      </w:r>
    </w:p>
    <w:p>
      <w:pPr>
        <w:spacing w:after="0"/>
        <w:ind w:left="360"/>
        <w:shd w:val="clear" w:color="auto" w:fill="F2F2F2"/>
      </w:pPr>
      <w:r>
        <w:rPr>
          <w:rFonts w:ascii="Consolas" w:hAnsi="Consolas"/>
          <w:sz w:val="18"/>
        </w:rPr>
        <w:t>&gt;&gt;&gt; response.json()</w:t>
      </w:r>
    </w:p>
    <w:p>
      <w:pPr>
        <w:spacing w:after="0"/>
        <w:ind w:left="360"/>
        <w:shd w:val="clear" w:color="auto" w:fill="F2F2F2"/>
      </w:pPr>
      <w:r>
        <w:rPr>
          <w:rFonts w:ascii="Consolas" w:hAnsi="Consolas"/>
          <w:sz w:val="18"/>
        </w:rPr>
        <w:t>{'args': {}, 'data': '', 'files': {}, 'form': {'comments': '', 'custemail': 'sean@oconnell.ie', 'custname': "Sean O'Connell", 'custtel': '123-456-789', 'delivery': '20:30', 'size': 'small', 'topping': ['bacon', 'onion']}, 'headers': {'Accept': '*/*', 'Accept-Encoding': 'gzip, deflate, zstd', 'Content-Length': '140', 'Content-Type': 'application/x-www-form-urlencoded', 'Host': 'httpbin.org', 'User-Agent': 'python-requests/2.32.5', 'X-Amzn-Trace-Id': 'Root=1-6934508c-364a5a155320f02273d7c9a6'}, 'json': None, 'origin': '79.117.195.58', 'url': 'https://httpbin.org/post'}</w:t>
      </w:r>
    </w:p>
    <w:p>
      <w:pPr>
        <w:spacing w:after="40"/>
      </w:pPr>
    </w:p>
    <w:p>
      <w:pPr>
        <w:pStyle w:val="Heading3"/>
      </w:pPr>
      <w:r>
        <w:rPr>
          <w:rFonts w:ascii="Calibri" w:hAnsi="Calibri"/>
          <w:b/>
          <w:i w:val="0"/>
          <w:sz w:val="26"/>
        </w:rPr>
        <w:t>Cách nó hoạt động...</w:t>
      </w:r>
    </w:p>
    <w:p>
      <w:pPr>
        <w:spacing w:after="80"/>
      </w:pPr>
      <w:r>
        <w:rPr>
          <w:b w:val="0"/>
          <w:i w:val="0"/>
        </w:rPr>
        <w:t xml:space="preserve">Mô-đun </w:t>
      </w:r>
      <w:r>
        <w:rPr>
          <w:rFonts w:ascii="Consolas" w:hAnsi="Consolas"/>
          <w:b w:val="0"/>
          <w:i w:val="0"/>
          <w:sz w:val="20"/>
        </w:rPr>
        <w:br/>
        <w:br/>
        <w:t xml:space="preserve">      requests</w:t>
        <w:br/>
        <w:t xml:space="preserve">     </w:t>
        <w:br/>
      </w:r>
      <w:r>
        <w:rPr>
          <w:b w:val="0"/>
          <w:i w:val="0"/>
        </w:rPr>
        <w:t xml:space="preserve"> mã hóa và gửi dữ liệu trực tiếp theo định dạng đã cấu hình. Mặc định, nó gửi dữ liệu POST ở định dạng </w:t>
      </w:r>
      <w:r>
        <w:rPr>
          <w:rFonts w:ascii="Consolas" w:hAnsi="Consolas"/>
          <w:b w:val="0"/>
          <w:i w:val="0"/>
          <w:sz w:val="20"/>
        </w:rPr>
        <w:br/>
        <w:br/>
        <w:t xml:space="preserve">      application/x‑www‑form‑urlencoded</w:t>
        <w:br/>
        <w:t xml:space="preserve">     </w:t>
        <w:br/>
      </w:r>
      <w:r>
        <w:rPr>
          <w:b w:val="0"/>
          <w:i w:val="0"/>
        </w:rPr>
        <w:t xml:space="preserve"> .</w:t>
      </w:r>
    </w:p>
    <w:p>
      <w:pPr>
        <w:spacing w:after="80"/>
      </w:pPr>
      <w:r>
        <w:rPr>
          <w:b/>
          <w:i w:val="0"/>
        </w:rPr>
        <w:t>Lưu ý</w:t>
      </w:r>
    </w:p>
    <w:p>
      <w:pPr>
        <w:spacing w:after="80"/>
      </w:pPr>
      <w:r>
        <w:rPr>
          <w:b w:val="0"/>
          <w:i w:val="0"/>
        </w:rPr>
        <w:t xml:space="preserve">So sánh hành động của </w:t>
      </w:r>
      <w:r>
        <w:rPr>
          <w:rFonts w:ascii="Consolas" w:hAnsi="Consolas"/>
          <w:b w:val="0"/>
          <w:i w:val="0"/>
          <w:sz w:val="20"/>
        </w:rPr>
        <w:br/>
        <w:br/>
        <w:t xml:space="preserve">       requests</w:t>
        <w:br/>
        <w:t xml:space="preserve">      </w:t>
        <w:br/>
      </w:r>
      <w:r>
        <w:rPr>
          <w:b w:val="0"/>
          <w:i w:val="0"/>
        </w:rPr>
        <w:t xml:space="preserve"> với công thức </w:t>
      </w:r>
      <w:r>
        <w:rPr>
          <w:b w:val="0"/>
          <w:i/>
        </w:rPr>
        <w:t xml:space="preserve"> Truy cập các web API </w:t>
      </w:r>
      <w:r>
        <w:rPr>
          <w:b w:val="0"/>
          <w:i w:val="0"/>
        </w:rPr>
        <w:t xml:space="preserve">, nơi dữ liệu được gửi một cách rõ ràng ở định dạng JSON bằng đối số </w:t>
      </w:r>
      <w:r>
        <w:rPr>
          <w:rFonts w:ascii="Consolas" w:hAnsi="Consolas"/>
          <w:b w:val="0"/>
          <w:i w:val="0"/>
          <w:sz w:val="20"/>
        </w:rPr>
        <w:br/>
        <w:br/>
        <w:t xml:space="preserve">       json</w:t>
        <w:br/>
        <w:t xml:space="preserve">      </w:t>
        <w:br/>
      </w:r>
      <w:r>
        <w:rPr>
          <w:b w:val="0"/>
          <w:i w:val="0"/>
        </w:rPr>
        <w:t xml:space="preserve"> . Điều này có nghĩa là </w:t>
      </w:r>
      <w:r>
        <w:rPr>
          <w:rFonts w:ascii="Consolas" w:hAnsi="Consolas"/>
          <w:b w:val="0"/>
          <w:i w:val="0"/>
          <w:sz w:val="20"/>
        </w:rPr>
        <w:br/>
        <w:br/>
        <w:t xml:space="preserve">       Content‑Type</w:t>
        <w:br/>
        <w:t xml:space="preserve">      </w:t>
        <w:br/>
      </w:r>
      <w:r>
        <w:rPr>
          <w:b w:val="0"/>
          <w:i w:val="0"/>
        </w:rPr>
        <w:t xml:space="preserve"> là </w:t>
      </w:r>
      <w:r>
        <w:rPr>
          <w:rFonts w:ascii="Consolas" w:hAnsi="Consolas"/>
          <w:b w:val="0"/>
          <w:i w:val="0"/>
          <w:sz w:val="20"/>
        </w:rPr>
        <w:br/>
        <w:br/>
        <w:t xml:space="preserve">       application/json</w:t>
        <w:br/>
        <w:t xml:space="preserve">      </w:t>
        <w:br/>
      </w:r>
      <w:r>
        <w:rPr>
          <w:b w:val="0"/>
          <w:i w:val="0"/>
        </w:rPr>
        <w:t xml:space="preserve"> thay vì </w:t>
      </w:r>
      <w:r>
        <w:rPr>
          <w:rFonts w:ascii="Consolas" w:hAnsi="Consolas"/>
          <w:b w:val="0"/>
          <w:i w:val="0"/>
          <w:sz w:val="20"/>
        </w:rPr>
        <w:br/>
        <w:br/>
        <w:t xml:space="preserve">       application/x‑www‑form‑urlencoded</w:t>
        <w:br/>
        <w:t xml:space="preserve">      </w:t>
        <w:br/>
      </w:r>
      <w:r>
        <w:rPr>
          <w:b w:val="0"/>
          <w:i w:val="0"/>
        </w:rPr>
        <w:t xml:space="preserve"> .</w:t>
      </w:r>
    </w:p>
    <w:p>
      <w:pPr>
        <w:spacing w:after="80"/>
      </w:pPr>
      <w:r>
        <w:rPr>
          <w:b w:val="0"/>
          <w:i w:val="0"/>
        </w:rPr>
        <w:t>Khía cạnh quan trọng ở đây là phải tôn trọng định dạng của biểu mẫu. Nếu có lỗi với định dạng hoặc giá trị được gửi đi, máy chủ sẽ trả về mã trạng thái 4XX và thông báo lỗi, từ đó có thể phân tích để hiểu lỗi và sửa mọi sai sót.</w:t>
      </w:r>
    </w:p>
    <w:p>
      <w:pPr>
        <w:pStyle w:val="Heading3"/>
      </w:pPr>
      <w:r>
        <w:rPr>
          <w:rFonts w:ascii="Calibri" w:hAnsi="Calibri"/>
          <w:b/>
          <w:i w:val="0"/>
          <w:sz w:val="26"/>
        </w:rPr>
        <w:t>Còn nhiều điều nữa...</w:t>
      </w:r>
    </w:p>
    <w:p>
      <w:pPr>
        <w:spacing w:after="80"/>
      </w:pPr>
      <w:r>
        <w:rPr>
          <w:b w:val="0"/>
          <w:i w:val="0"/>
        </w:rPr>
        <w:t>Ngoài việc tuân theo định dạng của biểu mẫu và nhập các giá trị hợp lệ, vấn đề chính khi làm việc với biểu mẫu là có nhiều cách để ngăn chặn spam và hành vi lạm dụng.</w:t>
      </w:r>
    </w:p>
    <w:p>
      <w:pPr>
        <w:spacing w:after="80"/>
      </w:pPr>
      <w:r>
        <w:rPr>
          <w:b w:val="0"/>
          <w:i w:val="0"/>
        </w:rPr>
        <w:t xml:space="preserve">Bạn sẽ thường phải đảm bảo rằng mình đã tải xuống một biểu mẫu trước khi gửi nó, để tránh gửi nhiều biểu mẫu hoặc bị nghi ngờ đang cố thực hiện một cuộc tấn công </w:t>
      </w:r>
      <w:r>
        <w:rPr>
          <w:b/>
          <w:i w:val="0"/>
        </w:rPr>
        <w:t xml:space="preserve"> Cross-Site Request Forgery </w:t>
      </w:r>
      <w:r>
        <w:rPr>
          <w:b w:val="0"/>
          <w:i w:val="0"/>
        </w:rPr>
        <w:t xml:space="preserve"> ( </w:t>
      </w:r>
      <w:r>
        <w:rPr>
          <w:b/>
          <w:i w:val="0"/>
        </w:rPr>
        <w:t xml:space="preserve"> CSRF </w:t>
      </w:r>
      <w:r>
        <w:rPr>
          <w:b w:val="0"/>
          <w:i w:val="0"/>
        </w:rPr>
        <w:t xml:space="preserve"> ).</w:t>
      </w:r>
    </w:p>
    <w:p>
      <w:pPr>
        <w:spacing w:after="80"/>
      </w:pPr>
      <w:r>
        <w:rPr>
          <w:b/>
          <w:i w:val="0"/>
        </w:rPr>
        <w:t>Lưu ý</w:t>
      </w:r>
    </w:p>
    <w:p>
      <w:pPr>
        <w:spacing w:after="80"/>
      </w:pPr>
      <w:r>
        <w:rPr>
          <w:b w:val="0"/>
          <w:i w:val="0"/>
        </w:rPr>
        <w:t xml:space="preserve">CSRF, nghĩa là tạo ra một lệnh gọi độc hại từ trang này sang trang khác, lợi dụng việc trình duyệt của bạn đã được xác thực, là một vấn đề nghiêm trọng. Ví dụ, bạn có thể nghĩ rằng mình đang truy cập một trang về những chú cún con đáng yêu, nhưng thực tế kẻ xấu lại lợi dụng việc bạn đang đăng nhập vào trang ngân hàng của mình để thực hiện các giao dịch tài chính thay bạn, chẳng hạn như chuyển tiền tiết kiệm của bạn đến một tài khoản ở nơi xa. Đây là một mô tả hay về CSRF: </w:t>
      </w:r>
      <w:r>
        <w:rPr>
          <w:rFonts w:ascii="Consolas" w:hAnsi="Consolas"/>
          <w:b w:val="0"/>
          <w:i w:val="0"/>
          <w:sz w:val="20"/>
        </w:rPr>
        <w:br/>
        <w:br/>
        <w:t xml:space="preserve">        https://stackoverflow.com/a/33829607</w:t>
        <w:br/>
        <w:t xml:space="preserve">       </w:t>
        <w:br/>
      </w:r>
      <w:r>
        <w:rPr>
          <w:b w:val="0"/>
          <w:i w:val="0"/>
        </w:rPr>
        <w:t xml:space="preserve"> . Các kỹ thuật mới trong trình duyệt giúp xử lý những vấn đề CSRF này theo mặc định.</w:t>
      </w:r>
    </w:p>
    <w:p>
      <w:pPr>
        <w:spacing w:after="80"/>
      </w:pPr>
      <w:r>
        <w:rPr>
          <w:b w:val="0"/>
          <w:i w:val="0"/>
        </w:rPr>
        <w:t>Để lấy được token CSRF cụ thể, bạn cần tải xuống biểu mẫu trước, như được trình bày trong công thức, lấy giá trị của token CSRF, rồi gửi lại. Lưu ý rằng token có thể có những tên khác nhau; đây chỉ là một ví dụ:</w:t>
      </w:r>
    </w:p>
    <w:p>
      <w:pPr>
        <w:spacing w:after="0"/>
        <w:ind w:left="360"/>
        <w:shd w:val="clear" w:color="auto" w:fill="F2F2F2"/>
      </w:pPr>
      <w:r>
        <w:rPr>
          <w:rFonts w:ascii="Consolas" w:hAnsi="Consolas"/>
          <w:sz w:val="18"/>
        </w:rPr>
        <w:t>&gt;&gt;&gt; form.find(attrs={'name': 'token'}).get('value')</w:t>
      </w:r>
    </w:p>
    <w:p>
      <w:pPr>
        <w:spacing w:after="0"/>
        <w:ind w:left="360"/>
        <w:shd w:val="clear" w:color="auto" w:fill="F2F2F2"/>
      </w:pPr>
      <w:r>
        <w:rPr>
          <w:rFonts w:ascii="Consolas" w:hAnsi="Consolas"/>
          <w:sz w:val="18"/>
        </w:rPr>
        <w:t>'ABCEDF12345'</w:t>
      </w:r>
    </w:p>
    <w:p>
      <w:pPr>
        <w:spacing w:after="40"/>
      </w:pP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Tải xuống các trang web </w:t>
      </w:r>
      <w:r>
        <w:rPr>
          <w:b w:val="0"/>
          <w:i w:val="0"/>
        </w:rPr>
        <w:t>, ở phần trước trong chương này, để tìm hiểu những kiến thức cơ bản về yêu cầu trang web.</w:t>
      </w:r>
    </w:p>
    <w:p>
      <w:pPr>
        <w:spacing w:after="80"/>
        <w:ind w:left="360"/>
      </w:pPr>
      <w:r>
        <w:t xml:space="preserve">• </w:t>
      </w:r>
      <w:r>
        <w:rPr>
          <w:b w:val="0"/>
          <w:i w:val="0"/>
        </w:rPr>
        <w:t xml:space="preserve">Công thức </w:t>
      </w:r>
      <w:r>
        <w:rPr>
          <w:b w:val="0"/>
          <w:i/>
        </w:rPr>
        <w:t xml:space="preserve"> Phân tích cú pháp HTML </w:t>
      </w:r>
      <w:r>
        <w:rPr>
          <w:b w:val="0"/>
          <w:i w:val="0"/>
        </w:rPr>
        <w:t>, ở phần trước trong chương này, để tiếp tục phân tích thông tin được trả về từ máy chủ.</w:t>
      </w:r>
    </w:p>
    <w:p>
      <w:pPr>
        <w:pStyle w:val="Heading2"/>
      </w:pPr>
      <w:r>
        <w:rPr>
          <w:rFonts w:ascii="Calibri" w:hAnsi="Calibri"/>
          <w:b/>
          <w:i w:val="0"/>
          <w:sz w:val="32"/>
        </w:rPr>
        <w:t>Sử dụng Playwright để tương tác nâng cao</w:t>
      </w:r>
    </w:p>
    <w:p>
      <w:pPr>
        <w:spacing w:after="80"/>
      </w:pPr>
      <w:r>
        <w:rPr>
          <w:b w:val="0"/>
          <w:i w:val="0"/>
        </w:rPr>
        <w:t xml:space="preserve">Theo thời gian, độ phức tạp của các trang web đã tăng lên chóng mặt, và có rất nhiều trường hợp trang web cần hiển thị một giao diện phức tạp, có thể được tạo ra bằng cách lặp qua nhiều mô-đun JS. Đôi khi, không gì ngoài công cụ thật sự mới làm được, và việc cố gắng tự động hóa bằng một công cụ như </w:t>
      </w:r>
      <w:r>
        <w:rPr>
          <w:rFonts w:ascii="Consolas" w:hAnsi="Consolas"/>
          <w:b w:val="0"/>
          <w:i w:val="0"/>
          <w:sz w:val="20"/>
        </w:rPr>
        <w:br/>
        <w:br/>
        <w:t xml:space="preserve">      requests</w:t>
        <w:br/>
        <w:t xml:space="preserve">     </w:t>
        <w:br/>
      </w:r>
      <w:r>
        <w:rPr>
          <w:b w:val="0"/>
          <w:i w:val="0"/>
        </w:rPr>
        <w:t xml:space="preserve"> cảm giác thật thiếu sót.</w:t>
      </w:r>
    </w:p>
    <w:p>
      <w:pPr>
        <w:spacing w:after="80"/>
      </w:pPr>
      <w:r>
        <w:rPr>
          <w:b w:val="0"/>
          <w:i w:val="0"/>
        </w:rPr>
        <w:t xml:space="preserve">Trước đây đã từng có những dự án tự động hóa trình duyệt web trực tiếp, nhưng </w:t>
      </w:r>
      <w:r>
        <w:rPr>
          <w:b/>
          <w:i w:val="0"/>
        </w:rPr>
        <w:t xml:space="preserve"> Playwright </w:t>
      </w:r>
      <w:r>
        <w:rPr>
          <w:b w:val="0"/>
          <w:i w:val="0"/>
        </w:rPr>
        <w:t xml:space="preserve"> là một dự án mới nhắm đến mục tiêu đó. Nó được hình thành như một cách kiểm thử tự động, nhưng cũng có thể được dùng để tự động hóa các tương tác với một trang web.</w:t>
      </w:r>
    </w:p>
    <w:p>
      <w:pPr>
        <w:spacing w:after="80"/>
      </w:pPr>
      <w:r>
        <w:rPr>
          <w:b w:val="0"/>
          <w:i w:val="0"/>
        </w:rPr>
        <w:t>Playwright có thể điều khiển hầu hết các trình duyệt phổ biến, bao gồm Safari, Chrome, Firefox và Microsoft Edge. Trong ví dụ của chúng ta, chúng ta sẽ dùng Chrome.</w:t>
      </w:r>
    </w:p>
    <w:p>
      <w:pPr>
        <w:pStyle w:val="Heading3"/>
      </w:pPr>
      <w:r>
        <w:rPr>
          <w:rFonts w:ascii="Calibri" w:hAnsi="Calibri"/>
          <w:b/>
          <w:i w:val="0"/>
          <w:sz w:val="26"/>
        </w:rPr>
        <w:t>Chuẩn bị sẵn sàng</w:t>
      </w:r>
    </w:p>
    <w:p>
      <w:pPr>
        <w:spacing w:after="80"/>
      </w:pPr>
      <w:r>
        <w:rPr>
          <w:b w:val="0"/>
          <w:i w:val="0"/>
        </w:rPr>
        <w:t xml:space="preserve">Hãy đảm bảo bạn đã cài đặt Chrome – </w:t>
      </w:r>
      <w:r>
        <w:rPr>
          <w:rFonts w:ascii="Consolas" w:hAnsi="Consolas"/>
          <w:b w:val="0"/>
          <w:i w:val="0"/>
          <w:sz w:val="20"/>
        </w:rPr>
        <w:br/>
        <w:br/>
        <w:t xml:space="preserve">       https://www.google.com/chrome/</w:t>
        <w:br/>
        <w:t xml:space="preserve">      </w:t>
        <w:br/>
      </w:r>
      <w:r>
        <w:rPr>
          <w:b w:val="0"/>
          <w:i w:val="0"/>
        </w:rPr>
        <w:t xml:space="preserve"> .</w:t>
      </w:r>
    </w:p>
    <w:p>
      <w:pPr>
        <w:spacing w:after="80"/>
      </w:pPr>
      <w:r>
        <w:rPr>
          <w:b w:val="0"/>
          <w:i w:val="0"/>
        </w:rPr>
        <w:t xml:space="preserve">Thêm mô-đun </w:t>
      </w:r>
      <w:r>
        <w:rPr>
          <w:rFonts w:ascii="Consolas" w:hAnsi="Consolas"/>
          <w:b w:val="0"/>
          <w:i w:val="0"/>
          <w:sz w:val="20"/>
        </w:rPr>
        <w:br/>
        <w:br/>
        <w:t xml:space="preserve">      playwright</w:t>
        <w:br/>
        <w:t xml:space="preserve">     </w:t>
        <w:br/>
      </w:r>
      <w:r>
        <w:rPr>
          <w:b w:val="0"/>
          <w:i w:val="0"/>
        </w:rPr>
        <w:t xml:space="preserve"> vào </w:t>
      </w:r>
      <w:r>
        <w:rPr>
          <w:rFonts w:ascii="Consolas" w:hAnsi="Consolas"/>
          <w:b w:val="0"/>
          <w:i w:val="0"/>
          <w:sz w:val="20"/>
        </w:rPr>
        <w:br/>
        <w:br/>
        <w:t xml:space="preserve">      requirements.txt</w:t>
        <w:br/>
        <w:t xml:space="preserve">     </w:t>
        <w:br/>
      </w:r>
      <w:r>
        <w:rPr>
          <w:b w:val="0"/>
          <w:i w:val="0"/>
        </w:rPr>
        <w:t xml:space="preserve"> và cài đặt nó:</w:t>
      </w:r>
    </w:p>
    <w:p>
      <w:pPr>
        <w:spacing w:after="0"/>
        <w:ind w:left="360"/>
        <w:shd w:val="clear" w:color="auto" w:fill="F2F2F2"/>
      </w:pPr>
      <w:r>
        <w:rPr>
          <w:rFonts w:ascii="Consolas" w:hAnsi="Consolas"/>
          <w:sz w:val="18"/>
        </w:rPr>
        <w:t>$ echo " playwright==1.56.0" &gt;&gt; requirements.txt</w:t>
      </w:r>
    </w:p>
    <w:p>
      <w:pPr>
        <w:spacing w:after="0"/>
        <w:ind w:left="360"/>
        <w:shd w:val="clear" w:color="auto" w:fill="F2F2F2"/>
      </w:pPr>
      <w:r>
        <w:rPr>
          <w:rFonts w:ascii="Consolas" w:hAnsi="Consolas"/>
          <w:sz w:val="18"/>
        </w:rPr>
        <w:t>$ uv pip install -r requirements.txt</w:t>
      </w:r>
    </w:p>
    <w:p>
      <w:pPr>
        <w:spacing w:after="40"/>
      </w:pPr>
    </w:p>
    <w:p>
      <w:pPr>
        <w:spacing w:after="80"/>
      </w:pPr>
      <w:r>
        <w:rPr>
          <w:b w:val="0"/>
          <w:i w:val="0"/>
        </w:rPr>
        <w:t>Để cài đặt trình điều khiển playwright, v.v., hãy chạy quy trình cài đặt của nó:</w:t>
      </w:r>
    </w:p>
    <w:p>
      <w:pPr>
        <w:spacing w:after="0"/>
        <w:ind w:left="360"/>
        <w:shd w:val="clear" w:color="auto" w:fill="F2F2F2"/>
      </w:pPr>
      <w:r>
        <w:rPr>
          <w:rFonts w:ascii="Consolas" w:hAnsi="Consolas"/>
          <w:sz w:val="18"/>
        </w:rPr>
        <w:t>$ uv run playwright install</w:t>
      </w:r>
    </w:p>
    <w:p>
      <w:pPr>
        <w:spacing w:after="40"/>
      </w:pPr>
    </w:p>
    <w:p>
      <w:pPr>
        <w:pStyle w:val="Heading3"/>
      </w:pPr>
      <w:r>
        <w:rPr>
          <w:rFonts w:ascii="Calibri" w:hAnsi="Calibri"/>
          <w:b/>
          <w:i w:val="0"/>
          <w:sz w:val="26"/>
        </w:rPr>
        <w:t>Cách thực hiện...</w:t>
      </w:r>
    </w:p>
    <w:p>
      <w:pPr>
        <w:spacing w:after="80"/>
        <w:ind w:left="360"/>
      </w:pPr>
      <w:r>
        <w:t xml:space="preserve">1. </w:t>
      </w:r>
      <w:r>
        <w:rPr>
          <w:b w:val="0"/>
          <w:i w:val="0"/>
        </w:rPr>
        <w:t>Import playwright ở chế độ không ẩn (non-headless), chế độ này sẽ khởi động trình duyệt và tải trang biểu mẫu: Bạn sẽ thấy một trang Chromium đã mở ra và hiển thị biểu mẫu.</w:t>
      </w:r>
    </w:p>
    <w:p>
      <w:pPr>
        <w:spacing w:after="0"/>
        <w:ind w:left="360"/>
        <w:shd w:val="clear" w:color="auto" w:fill="F2F2F2"/>
      </w:pPr>
      <w:r>
        <w:rPr>
          <w:rFonts w:ascii="Consolas" w:hAnsi="Consolas"/>
          <w:sz w:val="18"/>
        </w:rPr>
        <w:t>&gt;&gt;&gt; from playwright.sync_api import sync_playwright</w:t>
      </w:r>
    </w:p>
    <w:p>
      <w:pPr>
        <w:spacing w:after="0"/>
        <w:ind w:left="360"/>
        <w:shd w:val="clear" w:color="auto" w:fill="F2F2F2"/>
      </w:pPr>
      <w:r>
        <w:rPr>
          <w:rFonts w:ascii="Consolas" w:hAnsi="Consolas"/>
          <w:sz w:val="18"/>
        </w:rPr>
        <w:t>&gt;&gt;&gt; playwright = sync_playwright().start()</w:t>
      </w:r>
    </w:p>
    <w:p>
      <w:pPr>
        <w:spacing w:after="0"/>
        <w:ind w:left="360"/>
        <w:shd w:val="clear" w:color="auto" w:fill="F2F2F2"/>
      </w:pPr>
      <w:r>
        <w:rPr>
          <w:rFonts w:ascii="Consolas" w:hAnsi="Consolas"/>
          <w:sz w:val="18"/>
        </w:rPr>
        <w:t>&gt;&gt;&gt; browser = playwright.chromium.launch(headless=False)</w:t>
      </w:r>
    </w:p>
    <w:p>
      <w:pPr>
        <w:spacing w:after="0"/>
        <w:ind w:left="360"/>
        <w:shd w:val="clear" w:color="auto" w:fill="F2F2F2"/>
      </w:pPr>
      <w:r>
        <w:rPr>
          <w:rFonts w:ascii="Consolas" w:hAnsi="Consolas"/>
          <w:sz w:val="18"/>
        </w:rPr>
        <w:t>&gt;&gt;&gt; page = browser.new_page()</w:t>
      </w:r>
    </w:p>
    <w:p>
      <w:pPr>
        <w:spacing w:after="0"/>
        <w:ind w:left="360"/>
        <w:shd w:val="clear" w:color="auto" w:fill="F2F2F2"/>
      </w:pPr>
      <w:r>
        <w:rPr>
          <w:rFonts w:ascii="Consolas" w:hAnsi="Consolas"/>
          <w:sz w:val="18"/>
        </w:rPr>
        <w:t>&gt;&gt;&gt; page.goto('https://httpbin.org/forms/post')</w:t>
      </w:r>
    </w:p>
    <w:p>
      <w:pPr>
        <w:spacing w:after="0"/>
        <w:ind w:left="360"/>
        <w:shd w:val="clear" w:color="auto" w:fill="F2F2F2"/>
      </w:pPr>
      <w:r>
        <w:rPr>
          <w:rFonts w:ascii="Consolas" w:hAnsi="Consolas"/>
          <w:sz w:val="18"/>
        </w:rPr>
        <w:t>&lt;Response url='https://httpbin.org/forms/post' request=&lt;Request url='https://httpbin.org/forms/post' method='GET'&gt;&gt;</w:t>
      </w:r>
    </w:p>
    <w:p>
      <w:pPr>
        <w:spacing w:after="40"/>
      </w:pPr>
    </w:p>
    <w:p>
      <w:pPr>
        <w:spacing w:after="80"/>
        <w:ind w:left="360"/>
      </w:pPr>
      <w:r>
        <w:t xml:space="preserve">2. </w:t>
      </w:r>
      <w:r>
        <w:rPr>
          <w:b w:val="0"/>
          <w:i w:val="0"/>
        </w:rPr>
        <w:t xml:space="preserve">Thêm một giá trị vào trường </w:t>
      </w:r>
      <w:r>
        <w:rPr>
          <w:b/>
          <w:i w:val="0"/>
        </w:rPr>
        <w:t xml:space="preserve"> Customer name </w:t>
      </w:r>
      <w:r>
        <w:rPr>
          <w:b w:val="0"/>
          <w:i w:val="0"/>
        </w:rPr>
        <w:t xml:space="preserve">. Hãy nhớ rằng giá trị đầu vào được gọi là </w:t>
      </w:r>
      <w:r>
        <w:rPr>
          <w:rFonts w:ascii="Consolas" w:hAnsi="Consolas"/>
          <w:b w:val="0"/>
          <w:i w:val="0"/>
          <w:sz w:val="20"/>
        </w:rPr>
        <w:br/>
        <w:br/>
        <w:t xml:space="preserve">       custname</w:t>
        <w:br/>
        <w:t xml:space="preserve">      </w:t>
        <w:br/>
      </w:r>
      <w:r>
        <w:rPr>
          <w:b w:val="0"/>
          <w:i w:val="0"/>
        </w:rPr>
        <w:t xml:space="preserve"> : Biểu mẫu sẽ cập nhật:</w:t>
      </w:r>
    </w:p>
    <w:p>
      <w:pPr>
        <w:jc w:val="center"/>
      </w:pPr>
      <w:r>
        <w:drawing>
          <wp:inline xmlns:a="http://schemas.openxmlformats.org/drawingml/2006/main" xmlns:pic="http://schemas.openxmlformats.org/drawingml/2006/picture">
            <wp:extent cx="5486400" cy="2861132"/>
            <wp:docPr id="15" name="Picture 15"/>
            <wp:cNvGraphicFramePr>
              <a:graphicFrameLocks noChangeAspect="1"/>
            </wp:cNvGraphicFramePr>
            <a:graphic>
              <a:graphicData uri="http://schemas.openxmlformats.org/drawingml/2006/picture">
                <pic:pic>
                  <pic:nvPicPr>
                    <pic:cNvPr id="0" name="B36973_3_5.png"/>
                    <pic:cNvPicPr/>
                  </pic:nvPicPr>
                  <pic:blipFill>
                    <a:blip r:embed="rId23"/>
                    <a:stretch>
                      <a:fillRect/>
                    </a:stretch>
                  </pic:blipFill>
                  <pic:spPr>
                    <a:xfrm>
                      <a:off x="0" y="0"/>
                      <a:ext cx="5486400" cy="2861132"/>
                    </a:xfrm>
                    <a:prstGeom prst="rect"/>
                  </pic:spPr>
                </pic:pic>
              </a:graphicData>
            </a:graphic>
          </wp:inline>
        </w:drawing>
      </w:r>
    </w:p>
    <w:p>
      <w:pPr>
        <w:spacing w:after="160"/>
        <w:jc w:val="center"/>
      </w:pPr>
      <w:r>
        <w:rPr>
          <w:rFonts w:ascii="Calibri" w:hAnsi="Calibri"/>
          <w:b w:val="0"/>
          <w:i/>
          <w:sz w:val="19"/>
        </w:rPr>
        <w:t>Hình 3.5: Biểu mẫu được điền tự động</w:t>
      </w:r>
    </w:p>
    <w:p>
      <w:pPr>
        <w:spacing w:after="0"/>
        <w:ind w:left="360"/>
        <w:shd w:val="clear" w:color="auto" w:fill="F2F2F2"/>
      </w:pPr>
      <w:r>
        <w:rPr>
          <w:rFonts w:ascii="Consolas" w:hAnsi="Consolas"/>
          <w:sz w:val="18"/>
        </w:rPr>
        <w:t>&gt;&gt;&gt; page.locator("input[name='custname']").clear()</w:t>
      </w:r>
    </w:p>
    <w:p>
      <w:pPr>
        <w:spacing w:after="0"/>
        <w:ind w:left="360"/>
        <w:shd w:val="clear" w:color="auto" w:fill="F2F2F2"/>
      </w:pPr>
      <w:r>
        <w:rPr>
          <w:rFonts w:ascii="Consolas" w:hAnsi="Consolas"/>
          <w:sz w:val="18"/>
        </w:rPr>
        <w:t>&gt;&gt;&gt; page.locator("input[name='custname']").fill("Sean  O'Connell")</w:t>
      </w:r>
    </w:p>
    <w:p>
      <w:pPr>
        <w:spacing w:after="40"/>
      </w:pPr>
    </w:p>
    <w:p>
      <w:pPr>
        <w:spacing w:after="80"/>
        <w:ind w:left="360"/>
      </w:pPr>
      <w:r>
        <w:t xml:space="preserve">3. </w:t>
      </w:r>
      <w:r>
        <w:rPr>
          <w:b w:val="0"/>
          <w:i w:val="0"/>
        </w:rPr>
        <w:t xml:space="preserve">Đặt kích cỡ pizza thành medium: Thao tác này sẽ chọn nút radio </w:t>
      </w:r>
      <w:r>
        <w:rPr>
          <w:b/>
          <w:i w:val="0"/>
        </w:rPr>
        <w:t xml:space="preserve"> Pizza Size </w:t>
      </w:r>
      <w:r>
        <w:rPr>
          <w:b w:val="0"/>
          <w:i w:val="0"/>
        </w:rPr>
        <w:t>.</w:t>
      </w:r>
    </w:p>
    <w:p>
      <w:pPr>
        <w:spacing w:after="0"/>
        <w:ind w:left="360"/>
        <w:shd w:val="clear" w:color="auto" w:fill="F2F2F2"/>
      </w:pPr>
      <w:r>
        <w:rPr>
          <w:rFonts w:ascii="Consolas" w:hAnsi="Consolas"/>
          <w:sz w:val="18"/>
        </w:rPr>
        <w:t>&gt;&gt;&gt; page.locator("input[name='size'][value='medium']").check()</w:t>
      </w:r>
    </w:p>
    <w:p>
      <w:pPr>
        <w:spacing w:after="40"/>
      </w:pPr>
    </w:p>
    <w:p>
      <w:pPr>
        <w:spacing w:after="80"/>
        <w:ind w:left="360"/>
      </w:pPr>
      <w:r>
        <w:t xml:space="preserve">4. </w:t>
      </w:r>
      <w:r>
        <w:rPr>
          <w:b w:val="0"/>
          <w:i w:val="0"/>
        </w:rPr>
        <w:t>Bạn cũng có thể đọc văn bản từ biểu mẫu</w:t>
      </w:r>
    </w:p>
    <w:p>
      <w:pPr>
        <w:spacing w:after="0"/>
        <w:ind w:left="360"/>
        <w:shd w:val="clear" w:color="auto" w:fill="F2F2F2"/>
      </w:pPr>
      <w:r>
        <w:rPr>
          <w:rFonts w:ascii="Consolas" w:hAnsi="Consolas"/>
          <w:sz w:val="18"/>
        </w:rPr>
        <w:t>&gt;&gt;&gt; toppings = page.locator('fieldset').filter(has_text='Toppings')</w:t>
      </w:r>
    </w:p>
    <w:p>
      <w:pPr>
        <w:spacing w:after="0"/>
        <w:ind w:left="360"/>
        <w:shd w:val="clear" w:color="auto" w:fill="F2F2F2"/>
      </w:pPr>
      <w:r>
        <w:rPr>
          <w:rFonts w:ascii="Consolas" w:hAnsi="Consolas"/>
          <w:sz w:val="18"/>
        </w:rPr>
        <w:t>&gt;&gt;&gt; for i in range(toppings.locator('label').count()):</w:t>
      </w:r>
    </w:p>
    <w:p>
      <w:pPr>
        <w:spacing w:after="0"/>
        <w:ind w:left="360"/>
        <w:shd w:val="clear" w:color="auto" w:fill="F2F2F2"/>
      </w:pPr>
      <w:r>
        <w:rPr>
          <w:rFonts w:ascii="Consolas" w:hAnsi="Consolas"/>
          <w:sz w:val="18"/>
        </w:rPr>
        <w:t>...     option = toppings.locator('label').nth(i)</w:t>
      </w:r>
    </w:p>
    <w:p>
      <w:pPr>
        <w:spacing w:after="0"/>
        <w:ind w:left="360"/>
        <w:shd w:val="clear" w:color="auto" w:fill="F2F2F2"/>
      </w:pPr>
      <w:r>
        <w:rPr>
          <w:rFonts w:ascii="Consolas" w:hAnsi="Consolas"/>
          <w:sz w:val="18"/>
        </w:rPr>
        <w:t>...     print(option.inner_text())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Bacon</w:t>
      </w:r>
    </w:p>
    <w:p>
      <w:pPr>
        <w:spacing w:after="0"/>
        <w:ind w:left="360"/>
        <w:shd w:val="clear" w:color="auto" w:fill="F2F2F2"/>
      </w:pPr>
      <w:r>
        <w:rPr>
          <w:rFonts w:ascii="Consolas" w:hAnsi="Consolas"/>
          <w:sz w:val="18"/>
        </w:rPr>
        <w:t xml:space="preserve"> Extra Cheese</w:t>
      </w:r>
    </w:p>
    <w:p>
      <w:pPr>
        <w:spacing w:after="0"/>
        <w:ind w:left="360"/>
        <w:shd w:val="clear" w:color="auto" w:fill="F2F2F2"/>
      </w:pPr>
      <w:r>
        <w:rPr>
          <w:rFonts w:ascii="Consolas" w:hAnsi="Consolas"/>
          <w:sz w:val="18"/>
        </w:rPr>
        <w:t xml:space="preserve"> Onion</w:t>
      </w:r>
    </w:p>
    <w:p>
      <w:pPr>
        <w:spacing w:after="0"/>
        <w:ind w:left="360"/>
        <w:shd w:val="clear" w:color="auto" w:fill="F2F2F2"/>
      </w:pPr>
      <w:r>
        <w:rPr>
          <w:rFonts w:ascii="Consolas" w:hAnsi="Consolas"/>
          <w:sz w:val="18"/>
        </w:rPr>
        <w:t xml:space="preserve"> Mushroom</w:t>
      </w:r>
    </w:p>
    <w:p>
      <w:pPr>
        <w:spacing w:after="40"/>
      </w:pPr>
    </w:p>
    <w:p>
      <w:pPr>
        <w:spacing w:after="80"/>
        <w:ind w:left="360"/>
      </w:pPr>
      <w:r>
        <w:t xml:space="preserve">5. </w:t>
      </w:r>
      <w:r>
        <w:rPr>
          <w:b w:val="0"/>
          <w:i w:val="0"/>
        </w:rPr>
        <w:t>Thêm bacon và cheese: Cuối cùng, các hộp kiểm sẽ hiển thị như đã được đánh dấu:</w:t>
      </w:r>
    </w:p>
    <w:p>
      <w:pPr>
        <w:jc w:val="center"/>
      </w:pPr>
      <w:r>
        <w:drawing>
          <wp:inline xmlns:a="http://schemas.openxmlformats.org/drawingml/2006/main" xmlns:pic="http://schemas.openxmlformats.org/drawingml/2006/picture">
            <wp:extent cx="5486400" cy="4220780"/>
            <wp:docPr id="16" name="Picture 16"/>
            <wp:cNvGraphicFramePr>
              <a:graphicFrameLocks noChangeAspect="1"/>
            </wp:cNvGraphicFramePr>
            <a:graphic>
              <a:graphicData uri="http://schemas.openxmlformats.org/drawingml/2006/picture">
                <pic:pic>
                  <pic:nvPicPr>
                    <pic:cNvPr id="0" name="B36973_3_6.png"/>
                    <pic:cNvPicPr/>
                  </pic:nvPicPr>
                  <pic:blipFill>
                    <a:blip r:embed="rId24"/>
                    <a:stretch>
                      <a:fillRect/>
                    </a:stretch>
                  </pic:blipFill>
                  <pic:spPr>
                    <a:xfrm>
                      <a:off x="0" y="0"/>
                      <a:ext cx="5486400" cy="4220780"/>
                    </a:xfrm>
                    <a:prstGeom prst="rect"/>
                  </pic:spPr>
                </pic:pic>
              </a:graphicData>
            </a:graphic>
          </wp:inline>
        </w:drawing>
      </w:r>
    </w:p>
    <w:p>
      <w:pPr>
        <w:spacing w:after="160"/>
        <w:jc w:val="center"/>
      </w:pPr>
      <w:r>
        <w:rPr>
          <w:rFonts w:ascii="Calibri" w:hAnsi="Calibri"/>
          <w:b w:val="0"/>
          <w:i/>
          <w:sz w:val="19"/>
        </w:rPr>
        <w:t>Hình 3.6: Biểu mẫu với các hộp được đánh dấu</w:t>
      </w:r>
    </w:p>
    <w:p>
      <w:pPr>
        <w:spacing w:after="0"/>
        <w:ind w:left="360"/>
        <w:shd w:val="clear" w:color="auto" w:fill="F2F2F2"/>
      </w:pPr>
      <w:r>
        <w:rPr>
          <w:rFonts w:ascii="Consolas" w:hAnsi="Consolas"/>
          <w:sz w:val="18"/>
        </w:rPr>
        <w:t>&gt;&gt;&gt; page.get_by_role('checkbox', name='Bacon').check()</w:t>
      </w:r>
    </w:p>
    <w:p>
      <w:pPr>
        <w:spacing w:after="0"/>
        <w:ind w:left="360"/>
        <w:shd w:val="clear" w:color="auto" w:fill="F2F2F2"/>
      </w:pPr>
      <w:r>
        <w:rPr>
          <w:rFonts w:ascii="Consolas" w:hAnsi="Consolas"/>
          <w:sz w:val="18"/>
        </w:rPr>
        <w:t>&gt;&gt;&gt; page.get_by_role('checkbox', name='Extra Cheese').check()</w:t>
      </w:r>
    </w:p>
    <w:p>
      <w:pPr>
        <w:spacing w:after="40"/>
      </w:pPr>
    </w:p>
    <w:p>
      <w:pPr>
        <w:spacing w:after="80"/>
        <w:ind w:left="360"/>
      </w:pPr>
      <w:r>
        <w:t xml:space="preserve">6. </w:t>
      </w:r>
      <w:r>
        <w:rPr>
          <w:b w:val="0"/>
          <w:i w:val="0"/>
        </w:rPr>
        <w:t>Gửi biểu mẫu. Trang sẽ tải và kết quả sẽ được hiển thị:</w:t>
      </w:r>
    </w:p>
    <w:p>
      <w:pPr>
        <w:jc w:val="center"/>
      </w:pPr>
      <w:r>
        <w:drawing>
          <wp:inline xmlns:a="http://schemas.openxmlformats.org/drawingml/2006/main" xmlns:pic="http://schemas.openxmlformats.org/drawingml/2006/picture">
            <wp:extent cx="5486400" cy="4902316"/>
            <wp:docPr id="17" name="Picture 17"/>
            <wp:cNvGraphicFramePr>
              <a:graphicFrameLocks noChangeAspect="1"/>
            </wp:cNvGraphicFramePr>
            <a:graphic>
              <a:graphicData uri="http://schemas.openxmlformats.org/drawingml/2006/picture">
                <pic:pic>
                  <pic:nvPicPr>
                    <pic:cNvPr id="0" name="B36973_3_7.png"/>
                    <pic:cNvPicPr/>
                  </pic:nvPicPr>
                  <pic:blipFill>
                    <a:blip r:embed="rId25"/>
                    <a:stretch>
                      <a:fillRect/>
                    </a:stretch>
                  </pic:blipFill>
                  <pic:spPr>
                    <a:xfrm>
                      <a:off x="0" y="0"/>
                      <a:ext cx="5486400" cy="4902316"/>
                    </a:xfrm>
                    <a:prstGeom prst="rect"/>
                  </pic:spPr>
                </pic:pic>
              </a:graphicData>
            </a:graphic>
          </wp:inline>
        </w:drawing>
      </w:r>
    </w:p>
    <w:p>
      <w:pPr>
        <w:spacing w:after="160"/>
        <w:jc w:val="center"/>
      </w:pPr>
      <w:r>
        <w:rPr>
          <w:rFonts w:ascii="Calibri" w:hAnsi="Calibri"/>
          <w:b w:val="0"/>
          <w:i/>
          <w:sz w:val="19"/>
        </w:rPr>
        <w:t>Hình 3.7: Thông tin JSON được trả về</w:t>
      </w:r>
    </w:p>
    <w:p>
      <w:pPr>
        <w:spacing w:after="0"/>
        <w:ind w:left="360"/>
        <w:shd w:val="clear" w:color="auto" w:fill="F2F2F2"/>
      </w:pPr>
      <w:r>
        <w:rPr>
          <w:rFonts w:ascii="Consolas" w:hAnsi="Consolas"/>
          <w:sz w:val="18"/>
        </w:rPr>
        <w:t>&gt;&gt;&gt; page.get_by_role("button", name="Submit").click()</w:t>
      </w:r>
    </w:p>
    <w:p>
      <w:pPr>
        <w:spacing w:after="40"/>
      </w:pP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"args": {},</w:t>
      </w:r>
    </w:p>
    <w:p>
      <w:pPr>
        <w:spacing w:after="0"/>
        <w:ind w:left="360"/>
        <w:shd w:val="clear" w:color="auto" w:fill="F2F2F2"/>
      </w:pPr>
      <w:r>
        <w:rPr>
          <w:rFonts w:ascii="Consolas" w:hAnsi="Consolas"/>
          <w:sz w:val="18"/>
        </w:rPr>
        <w:t xml:space="preserve">  "data": "",</w:t>
      </w:r>
    </w:p>
    <w:p>
      <w:pPr>
        <w:spacing w:after="0"/>
        <w:ind w:left="360"/>
        <w:shd w:val="clear" w:color="auto" w:fill="F2F2F2"/>
      </w:pPr>
      <w:r>
        <w:rPr>
          <w:rFonts w:ascii="Consolas" w:hAnsi="Consolas"/>
          <w:sz w:val="18"/>
        </w:rPr>
        <w:t xml:space="preserve">  "files": {},</w:t>
      </w:r>
    </w:p>
    <w:p>
      <w:pPr>
        <w:spacing w:after="0"/>
        <w:ind w:left="360"/>
        <w:shd w:val="clear" w:color="auto" w:fill="F2F2F2"/>
      </w:pPr>
      <w:r>
        <w:rPr>
          <w:rFonts w:ascii="Consolas" w:hAnsi="Consolas"/>
          <w:sz w:val="18"/>
        </w:rPr>
        <w:t xml:space="preserve">  "form": {</w:t>
      </w:r>
    </w:p>
    <w:p>
      <w:pPr>
        <w:spacing w:after="0"/>
        <w:ind w:left="360"/>
        <w:shd w:val="clear" w:color="auto" w:fill="F2F2F2"/>
      </w:pPr>
      <w:r>
        <w:rPr>
          <w:rFonts w:ascii="Consolas" w:hAnsi="Consolas"/>
          <w:sz w:val="18"/>
        </w:rPr>
        <w:t xml:space="preserve">    "comments": "",</w:t>
      </w:r>
    </w:p>
    <w:p>
      <w:pPr>
        <w:spacing w:after="0"/>
        <w:ind w:left="360"/>
        <w:shd w:val="clear" w:color="auto" w:fill="F2F2F2"/>
      </w:pPr>
      <w:r>
        <w:rPr>
          <w:rFonts w:ascii="Consolas" w:hAnsi="Consolas"/>
          <w:sz w:val="18"/>
        </w:rPr>
        <w:t xml:space="preserve">    "custemail": "",</w:t>
      </w:r>
    </w:p>
    <w:p>
      <w:pPr>
        <w:spacing w:after="0"/>
        <w:ind w:left="360"/>
        <w:shd w:val="clear" w:color="auto" w:fill="F2F2F2"/>
      </w:pPr>
      <w:r>
        <w:rPr>
          <w:rFonts w:ascii="Consolas" w:hAnsi="Consolas"/>
          <w:sz w:val="18"/>
        </w:rPr>
        <w:t xml:space="preserve">    "custname": "Sean  O'Connell",</w:t>
      </w:r>
    </w:p>
    <w:p>
      <w:pPr>
        <w:spacing w:after="0"/>
        <w:ind w:left="360"/>
        <w:shd w:val="clear" w:color="auto" w:fill="F2F2F2"/>
      </w:pPr>
      <w:r>
        <w:rPr>
          <w:rFonts w:ascii="Consolas" w:hAnsi="Consolas"/>
          <w:sz w:val="18"/>
        </w:rPr>
        <w:t xml:space="preserve">    "custtel": "",</w:t>
      </w:r>
    </w:p>
    <w:p>
      <w:pPr>
        <w:spacing w:after="0"/>
        <w:ind w:left="360"/>
        <w:shd w:val="clear" w:color="auto" w:fill="F2F2F2"/>
      </w:pPr>
      <w:r>
        <w:rPr>
          <w:rFonts w:ascii="Consolas" w:hAnsi="Consolas"/>
          <w:sz w:val="18"/>
        </w:rPr>
        <w:t xml:space="preserve">    "delivery": "",</w:t>
      </w:r>
    </w:p>
    <w:p>
      <w:pPr>
        <w:spacing w:after="0"/>
        <w:ind w:left="360"/>
        <w:shd w:val="clear" w:color="auto" w:fill="F2F2F2"/>
      </w:pPr>
      <w:r>
        <w:rPr>
          <w:rFonts w:ascii="Consolas" w:hAnsi="Consolas"/>
          <w:sz w:val="18"/>
        </w:rPr>
        <w:t xml:space="preserve">    "size": "medium",</w:t>
      </w:r>
    </w:p>
    <w:p>
      <w:pPr>
        <w:spacing w:after="0"/>
        <w:ind w:left="360"/>
        <w:shd w:val="clear" w:color="auto" w:fill="F2F2F2"/>
      </w:pPr>
      <w:r>
        <w:rPr>
          <w:rFonts w:ascii="Consolas" w:hAnsi="Consolas"/>
          <w:sz w:val="18"/>
        </w:rPr>
        <w:t xml:space="preserve">    "topping": [</w:t>
      </w:r>
    </w:p>
    <w:p>
      <w:pPr>
        <w:spacing w:after="0"/>
        <w:ind w:left="360"/>
        <w:shd w:val="clear" w:color="auto" w:fill="F2F2F2"/>
      </w:pPr>
      <w:r>
        <w:rPr>
          <w:rFonts w:ascii="Consolas" w:hAnsi="Consolas"/>
          <w:sz w:val="18"/>
        </w:rPr>
        <w:t xml:space="preserve">      "bacon",</w:t>
      </w:r>
    </w:p>
    <w:p>
      <w:pPr>
        <w:spacing w:after="0"/>
        <w:ind w:left="360"/>
        <w:shd w:val="clear" w:color="auto" w:fill="F2F2F2"/>
      </w:pPr>
      <w:r>
        <w:rPr>
          <w:rFonts w:ascii="Consolas" w:hAnsi="Consolas"/>
          <w:sz w:val="18"/>
        </w:rPr>
        <w:t xml:space="preserve">      "cheese"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"headers": {</w:t>
      </w:r>
    </w:p>
    <w:p>
      <w:pPr>
        <w:spacing w:after="0"/>
        <w:ind w:left="360"/>
        <w:shd w:val="clear" w:color="auto" w:fill="F2F2F2"/>
      </w:pPr>
      <w:r>
        <w:rPr>
          <w:rFonts w:ascii="Consolas" w:hAnsi="Consolas"/>
          <w:sz w:val="18"/>
        </w:rPr>
        <w:t xml:space="preserve">    "Accept": "text/html,application/xhtml+xml,application/xml;q=0.9,image/avif,image/webp,image/apng,*/*;q=0.8,application/signed-exchange;v=b3;q=0.7",</w:t>
      </w:r>
    </w:p>
    <w:p>
      <w:pPr>
        <w:spacing w:after="0"/>
        <w:ind w:left="360"/>
        <w:shd w:val="clear" w:color="auto" w:fill="F2F2F2"/>
      </w:pPr>
      <w:r>
        <w:rPr>
          <w:rFonts w:ascii="Consolas" w:hAnsi="Consolas"/>
          <w:sz w:val="18"/>
        </w:rPr>
        <w:t xml:space="preserve">    "Accept-Encoding": "gzip, deflate, br, zstd",</w:t>
      </w:r>
    </w:p>
    <w:p>
      <w:pPr>
        <w:spacing w:after="0"/>
        <w:ind w:left="360"/>
        <w:shd w:val="clear" w:color="auto" w:fill="F2F2F2"/>
      </w:pPr>
      <w:r>
        <w:rPr>
          <w:rFonts w:ascii="Consolas" w:hAnsi="Consolas"/>
          <w:sz w:val="18"/>
        </w:rPr>
        <w:t xml:space="preserve">    "Accept-Language": "en-GB,en;q=0.9",</w:t>
      </w:r>
    </w:p>
    <w:p>
      <w:pPr>
        <w:spacing w:after="0"/>
        <w:ind w:left="360"/>
        <w:shd w:val="clear" w:color="auto" w:fill="F2F2F2"/>
      </w:pPr>
      <w:r>
        <w:rPr>
          <w:rFonts w:ascii="Consolas" w:hAnsi="Consolas"/>
          <w:sz w:val="18"/>
        </w:rPr>
        <w:t xml:space="preserve">    "Cache-Control": "max-age=0",</w:t>
      </w:r>
    </w:p>
    <w:p>
      <w:pPr>
        <w:spacing w:after="0"/>
        <w:ind w:left="360"/>
        <w:shd w:val="clear" w:color="auto" w:fill="F2F2F2"/>
      </w:pPr>
      <w:r>
        <w:rPr>
          <w:rFonts w:ascii="Consolas" w:hAnsi="Consolas"/>
          <w:sz w:val="18"/>
        </w:rPr>
        <w:t xml:space="preserve">    "Content-Length": "107",</w:t>
      </w:r>
    </w:p>
    <w:p>
      <w:pPr>
        <w:spacing w:after="0"/>
        <w:ind w:left="360"/>
        <w:shd w:val="clear" w:color="auto" w:fill="F2F2F2"/>
      </w:pPr>
      <w:r>
        <w:rPr>
          <w:rFonts w:ascii="Consolas" w:hAnsi="Consolas"/>
          <w:sz w:val="18"/>
        </w:rPr>
        <w:t xml:space="preserve">    "Content-Type": "application/x-www-form-urlencoded",</w:t>
      </w:r>
    </w:p>
    <w:p>
      <w:pPr>
        <w:spacing w:after="0"/>
        <w:ind w:left="360"/>
        <w:shd w:val="clear" w:color="auto" w:fill="F2F2F2"/>
      </w:pPr>
      <w:r>
        <w:rPr>
          <w:rFonts w:ascii="Consolas" w:hAnsi="Consolas"/>
          <w:sz w:val="18"/>
        </w:rPr>
        <w:t xml:space="preserve">    "Host": "httpbin.org",</w:t>
      </w:r>
    </w:p>
    <w:p>
      <w:pPr>
        <w:spacing w:after="0"/>
        <w:ind w:left="360"/>
        <w:shd w:val="clear" w:color="auto" w:fill="F2F2F2"/>
      </w:pPr>
      <w:r>
        <w:rPr>
          <w:rFonts w:ascii="Consolas" w:hAnsi="Consolas"/>
          <w:sz w:val="18"/>
        </w:rPr>
        <w:t xml:space="preserve">    "Origin": "https://httpbin.org",</w:t>
      </w:r>
    </w:p>
    <w:p>
      <w:pPr>
        <w:spacing w:after="0"/>
        <w:ind w:left="360"/>
        <w:shd w:val="clear" w:color="auto" w:fill="F2F2F2"/>
      </w:pPr>
      <w:r>
        <w:rPr>
          <w:rFonts w:ascii="Consolas" w:hAnsi="Consolas"/>
          <w:sz w:val="18"/>
        </w:rPr>
        <w:t xml:space="preserve">    "Priority": "u=0, i",</w:t>
      </w:r>
    </w:p>
    <w:p>
      <w:pPr>
        <w:spacing w:after="0"/>
        <w:ind w:left="360"/>
        <w:shd w:val="clear" w:color="auto" w:fill="F2F2F2"/>
      </w:pPr>
      <w:r>
        <w:rPr>
          <w:rFonts w:ascii="Consolas" w:hAnsi="Consolas"/>
          <w:sz w:val="18"/>
        </w:rPr>
        <w:t xml:space="preserve">    "Referer": "https://httpbin.org/forms/post",</w:t>
      </w:r>
    </w:p>
    <w:p>
      <w:pPr>
        <w:spacing w:after="0"/>
        <w:ind w:left="360"/>
        <w:shd w:val="clear" w:color="auto" w:fill="F2F2F2"/>
      </w:pPr>
      <w:r>
        <w:rPr>
          <w:rFonts w:ascii="Consolas" w:hAnsi="Consolas"/>
          <w:sz w:val="18"/>
        </w:rPr>
        <w:t xml:space="preserve">    "Sec-Ch-Ua": "\"Chromium\";v=\"141\", \"Not?A_Brand\";v=\"8\"",</w:t>
      </w:r>
    </w:p>
    <w:p>
      <w:pPr>
        <w:spacing w:after="0"/>
        <w:ind w:left="360"/>
        <w:shd w:val="clear" w:color="auto" w:fill="F2F2F2"/>
      </w:pPr>
      <w:r>
        <w:rPr>
          <w:rFonts w:ascii="Consolas" w:hAnsi="Consolas"/>
          <w:sz w:val="18"/>
        </w:rPr>
        <w:t xml:space="preserve">    "Sec-Ch-Ua-Mobile": "?0",</w:t>
      </w:r>
    </w:p>
    <w:p>
      <w:pPr>
        <w:spacing w:after="0"/>
        <w:ind w:left="360"/>
        <w:shd w:val="clear" w:color="auto" w:fill="F2F2F2"/>
      </w:pPr>
      <w:r>
        <w:rPr>
          <w:rFonts w:ascii="Consolas" w:hAnsi="Consolas"/>
          <w:sz w:val="18"/>
        </w:rPr>
        <w:t xml:space="preserve">    "Sec-Ch-Ua-Platform": "\"macOS\"",</w:t>
      </w:r>
    </w:p>
    <w:p>
      <w:pPr>
        <w:spacing w:after="0"/>
        <w:ind w:left="360"/>
        <w:shd w:val="clear" w:color="auto" w:fill="F2F2F2"/>
      </w:pPr>
      <w:r>
        <w:rPr>
          <w:rFonts w:ascii="Consolas" w:hAnsi="Consolas"/>
          <w:sz w:val="18"/>
        </w:rPr>
        <w:t xml:space="preserve">    "Sec-Fetch-Dest": "document",</w:t>
      </w:r>
    </w:p>
    <w:p>
      <w:pPr>
        <w:spacing w:after="0"/>
        <w:ind w:left="360"/>
        <w:shd w:val="clear" w:color="auto" w:fill="F2F2F2"/>
      </w:pPr>
      <w:r>
        <w:rPr>
          <w:rFonts w:ascii="Consolas" w:hAnsi="Consolas"/>
          <w:sz w:val="18"/>
        </w:rPr>
        <w:t xml:space="preserve">    "Sec-Fetch-Mode": "navigate",</w:t>
      </w:r>
    </w:p>
    <w:p>
      <w:pPr>
        <w:spacing w:after="0"/>
        <w:ind w:left="360"/>
        <w:shd w:val="clear" w:color="auto" w:fill="F2F2F2"/>
      </w:pPr>
      <w:r>
        <w:rPr>
          <w:rFonts w:ascii="Consolas" w:hAnsi="Consolas"/>
          <w:sz w:val="18"/>
        </w:rPr>
        <w:t xml:space="preserve">    "Sec-Fetch-Site": "same-origin",</w:t>
      </w:r>
    </w:p>
    <w:p>
      <w:pPr>
        <w:spacing w:after="0"/>
        <w:ind w:left="360"/>
        <w:shd w:val="clear" w:color="auto" w:fill="F2F2F2"/>
      </w:pPr>
      <w:r>
        <w:rPr>
          <w:rFonts w:ascii="Consolas" w:hAnsi="Consolas"/>
          <w:sz w:val="18"/>
        </w:rPr>
        <w:t xml:space="preserve">    "Sec-Fetch-User": "?1",</w:t>
      </w:r>
    </w:p>
    <w:p>
      <w:pPr>
        <w:spacing w:after="0"/>
        <w:ind w:left="360"/>
        <w:shd w:val="clear" w:color="auto" w:fill="F2F2F2"/>
      </w:pPr>
      <w:r>
        <w:rPr>
          <w:rFonts w:ascii="Consolas" w:hAnsi="Consolas"/>
          <w:sz w:val="18"/>
        </w:rPr>
        <w:t xml:space="preserve">    "Upgrade-Insecure-Requests": "1",</w:t>
      </w:r>
    </w:p>
    <w:p>
      <w:pPr>
        <w:spacing w:after="0"/>
        <w:ind w:left="360"/>
        <w:shd w:val="clear" w:color="auto" w:fill="F2F2F2"/>
      </w:pPr>
      <w:r>
        <w:rPr>
          <w:rFonts w:ascii="Consolas" w:hAnsi="Consolas"/>
          <w:sz w:val="18"/>
        </w:rPr>
        <w:t xml:space="preserve">    "User-Agent": "Mozilla/5.0 (Macintosh; Intel Mac OS X 10_15_7) AppleWebKit/537.36 (KHTML, like Gecko) Chrome/141.0.0.0 Safari/537.36",</w:t>
      </w:r>
    </w:p>
    <w:p>
      <w:pPr>
        <w:spacing w:after="0"/>
        <w:ind w:left="360"/>
        <w:shd w:val="clear" w:color="auto" w:fill="F2F2F2"/>
      </w:pPr>
      <w:r>
        <w:rPr>
          <w:rFonts w:ascii="Consolas" w:hAnsi="Consolas"/>
          <w:sz w:val="18"/>
        </w:rPr>
        <w:t xml:space="preserve">    "X-Amzn-Trace-Id": "Root=1-6a306056-565187af3dea4003659cb864"</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"json": null,</w:t>
      </w:r>
    </w:p>
    <w:p>
      <w:pPr>
        <w:spacing w:after="0"/>
        <w:ind w:left="360"/>
        <w:shd w:val="clear" w:color="auto" w:fill="F2F2F2"/>
      </w:pPr>
      <w:r>
        <w:rPr>
          <w:rFonts w:ascii="Consolas" w:hAnsi="Consolas"/>
          <w:sz w:val="18"/>
        </w:rPr>
        <w:t xml:space="preserve">  "origin": "37.228.205.205",</w:t>
      </w:r>
    </w:p>
    <w:p>
      <w:pPr>
        <w:spacing w:after="0"/>
        <w:ind w:left="360"/>
        <w:shd w:val="clear" w:color="auto" w:fill="F2F2F2"/>
      </w:pPr>
      <w:r>
        <w:rPr>
          <w:rFonts w:ascii="Consolas" w:hAnsi="Consolas"/>
          <w:sz w:val="18"/>
        </w:rPr>
        <w:t xml:space="preserve">  "url": "https://httpbin.org/post"</w:t>
      </w:r>
    </w:p>
    <w:p>
      <w:pPr>
        <w:spacing w:after="0"/>
        <w:ind w:left="360"/>
        <w:shd w:val="clear" w:color="auto" w:fill="F2F2F2"/>
      </w:pPr>
      <w:r>
        <w:rPr>
          <w:rFonts w:ascii="Consolas" w:hAnsi="Consolas"/>
          <w:sz w:val="18"/>
        </w:rPr>
        <w:t>}</w:t>
      </w:r>
    </w:p>
    <w:p>
      <w:pPr>
        <w:spacing w:after="40"/>
      </w:pPr>
    </w:p>
    <w:p>
      <w:pPr>
        <w:spacing w:after="80"/>
        <w:ind w:left="360"/>
      </w:pPr>
      <w:r>
        <w:t xml:space="preserve">7. </w:t>
      </w:r>
      <w:r>
        <w:rPr>
          <w:b w:val="0"/>
          <w:i w:val="0"/>
        </w:rPr>
        <w:t>Đóng trình duyệt:</w:t>
      </w:r>
    </w:p>
    <w:p>
      <w:pPr>
        <w:spacing w:after="0"/>
        <w:ind w:left="360"/>
        <w:shd w:val="clear" w:color="auto" w:fill="F2F2F2"/>
      </w:pPr>
      <w:r>
        <w:rPr>
          <w:rFonts w:ascii="Consolas" w:hAnsi="Consolas"/>
          <w:sz w:val="18"/>
        </w:rPr>
        <w:t>&gt;&gt;&gt; browser.close()</w:t>
      </w:r>
    </w:p>
    <w:p>
      <w:pPr>
        <w:spacing w:after="40"/>
      </w:pPr>
    </w:p>
    <w:p>
      <w:pPr>
        <w:pStyle w:val="Heading3"/>
      </w:pPr>
      <w:r>
        <w:rPr>
          <w:rFonts w:ascii="Calibri" w:hAnsi="Calibri"/>
          <w:b/>
          <w:i w:val="0"/>
          <w:sz w:val="26"/>
        </w:rPr>
        <w:t>Cách nó hoạt động...</w:t>
      </w:r>
    </w:p>
    <w:p>
      <w:pPr>
        <w:spacing w:after="80"/>
      </w:pPr>
      <w:r>
        <w:rPr>
          <w:b w:val="0"/>
          <w:i/>
        </w:rPr>
        <w:t xml:space="preserve"> Bước 1 </w:t>
      </w:r>
      <w:r>
        <w:rPr>
          <w:b w:val="0"/>
          <w:i w:val="0"/>
        </w:rPr>
        <w:t xml:space="preserve"> trong phần </w:t>
      </w:r>
      <w:r>
        <w:rPr>
          <w:b w:val="0"/>
          <w:i/>
        </w:rPr>
        <w:t xml:space="preserve"> Cách thực hiện </w:t>
      </w:r>
      <w:r>
        <w:rPr>
          <w:b w:val="0"/>
          <w:i w:val="0"/>
        </w:rPr>
        <w:t xml:space="preserve"> </w:t>
      </w:r>
      <w:r>
        <w:rPr>
          <w:b w:val="0"/>
          <w:i/>
        </w:rPr>
        <w:t xml:space="preserve"> … </w:t>
      </w:r>
      <w:r>
        <w:rPr>
          <w:b w:val="0"/>
          <w:i w:val="0"/>
        </w:rPr>
        <w:t xml:space="preserve"> sẽ chỉ cho bạn cách tạo một </w:t>
      </w:r>
      <w:r>
        <w:rPr>
          <w:rFonts w:ascii="Consolas" w:hAnsi="Consolas"/>
          <w:b w:val="0"/>
          <w:i w:val="0"/>
          <w:sz w:val="20"/>
        </w:rPr>
        <w:br/>
        <w:br/>
        <w:t xml:space="preserve">      page</w:t>
        <w:br/>
        <w:t xml:space="preserve">     </w:t>
        <w:br/>
      </w:r>
      <w:r>
        <w:rPr>
          <w:b w:val="0"/>
          <w:i w:val="0"/>
        </w:rPr>
        <w:t xml:space="preserve"> của playwright (tương đương với một tab trình duyệt) và truy cập vào một URL cụ thể.</w:t>
      </w:r>
    </w:p>
    <w:p>
      <w:pPr>
        <w:spacing w:after="80"/>
      </w:pPr>
      <w:r>
        <w:rPr>
          <w:b w:val="0"/>
          <w:i w:val="0"/>
        </w:rPr>
        <w:t>Playwright hoạt động theo cách tương tự như Beautiful Soup: bạn chọn một phần tử rồi thao tác với nó. Các selector trong playwright cũng tương thích với các selector có sẵn trong JavaScript.</w:t>
      </w:r>
    </w:p>
    <w:p>
      <w:pPr>
        <w:spacing w:after="80"/>
      </w:pPr>
      <w:r>
        <w:rPr>
          <w:b w:val="0"/>
          <w:i w:val="0"/>
        </w:rPr>
        <w:t xml:space="preserve">Dùng phương thức </w:t>
      </w:r>
      <w:r>
        <w:rPr>
          <w:rFonts w:ascii="Consolas" w:hAnsi="Consolas"/>
          <w:b w:val="0"/>
          <w:i w:val="0"/>
          <w:sz w:val="20"/>
        </w:rPr>
        <w:br/>
        <w:br/>
        <w:t xml:space="preserve">      .locator</w:t>
        <w:br/>
        <w:t xml:space="preserve">     </w:t>
        <w:br/>
      </w:r>
      <w:r>
        <w:rPr>
          <w:b w:val="0"/>
          <w:i w:val="0"/>
        </w:rPr>
        <w:t xml:space="preserve"> , bạn có thể dùng bất kỳ CSS selector nào và nó sẽ trả về (các) phần tử DOM phù hợp.</w:t>
      </w:r>
    </w:p>
    <w:p>
      <w:pPr>
        <w:spacing w:after="80"/>
      </w:pPr>
      <w:r>
        <w:rPr>
          <w:b w:val="0"/>
          <w:i w:val="0"/>
        </w:rPr>
        <w:t xml:space="preserve">Trong </w:t>
      </w:r>
      <w:r>
        <w:rPr>
          <w:b w:val="0"/>
          <w:i/>
        </w:rPr>
        <w:t xml:space="preserve"> B </w:t>
      </w:r>
      <w:r>
        <w:rPr>
          <w:b w:val="0"/>
          <w:i w:val="0"/>
        </w:rPr>
        <w:t xml:space="preserve"> </w:t>
      </w:r>
      <w:r>
        <w:rPr>
          <w:b w:val="0"/>
          <w:i/>
        </w:rPr>
        <w:t xml:space="preserve"> ước 2 </w:t>
      </w:r>
      <w:r>
        <w:rPr>
          <w:b w:val="0"/>
          <w:i w:val="0"/>
        </w:rPr>
        <w:t xml:space="preserve"> , chúng ta đã thấy cách selector </w:t>
      </w:r>
      <w:r>
        <w:rPr>
          <w:rFonts w:ascii="Consolas" w:hAnsi="Consolas"/>
          <w:b w:val="0"/>
          <w:i w:val="0"/>
          <w:sz w:val="20"/>
        </w:rPr>
        <w:br/>
        <w:br/>
        <w:t xml:space="preserve">      input[name=&lt;name&gt;]</w:t>
        <w:br/>
        <w:t xml:space="preserve">     </w:t>
        <w:br/>
      </w:r>
      <w:r>
        <w:rPr>
          <w:b w:val="0"/>
          <w:i w:val="0"/>
        </w:rPr>
        <w:t xml:space="preserve"> chọn, từ thẻ HTML </w:t>
      </w:r>
      <w:r>
        <w:rPr>
          <w:rFonts w:ascii="Consolas" w:hAnsi="Consolas"/>
          <w:b w:val="0"/>
          <w:i w:val="0"/>
          <w:sz w:val="20"/>
        </w:rPr>
        <w:br/>
        <w:br/>
        <w:t xml:space="preserve">      &lt;input&gt;</w:t>
        <w:br/>
        <w:t xml:space="preserve">     </w:t>
        <w:br/>
      </w:r>
      <w:r>
        <w:rPr>
          <w:b w:val="0"/>
          <w:i w:val="0"/>
        </w:rPr>
        <w:t xml:space="preserve"> , những giá trị có tên mong muốn.</w:t>
      </w:r>
    </w:p>
    <w:p>
      <w:pPr>
        <w:spacing w:after="80"/>
      </w:pPr>
      <w:r>
        <w:rPr>
          <w:b w:val="0"/>
          <w:i w:val="0"/>
        </w:rPr>
        <w:t xml:space="preserve">Khi đã chọn được một phần tử, chúng ta có thể tương tác với nó. Ở bước 2, chúng ta </w:t>
      </w:r>
      <w:r>
        <w:rPr>
          <w:rFonts w:ascii="Consolas" w:hAnsi="Consolas"/>
          <w:b w:val="0"/>
          <w:i w:val="0"/>
          <w:sz w:val="20"/>
        </w:rPr>
        <w:br/>
        <w:br/>
        <w:t xml:space="preserve">      .clear</w:t>
        <w:br/>
        <w:t xml:space="preserve">     </w:t>
        <w:br/>
      </w:r>
      <w:r>
        <w:rPr>
          <w:b w:val="0"/>
          <w:i w:val="0"/>
        </w:rPr>
        <w:t xml:space="preserve"> và </w:t>
      </w:r>
      <w:r>
        <w:rPr>
          <w:rFonts w:ascii="Consolas" w:hAnsi="Consolas"/>
          <w:b w:val="0"/>
          <w:i w:val="0"/>
          <w:sz w:val="20"/>
        </w:rPr>
        <w:br/>
        <w:br/>
        <w:t xml:space="preserve">      .type</w:t>
        <w:br/>
        <w:t xml:space="preserve">     </w:t>
        <w:br/>
      </w:r>
      <w:r>
        <w:rPr>
          <w:b w:val="0"/>
          <w:i w:val="0"/>
        </w:rPr>
        <w:t xml:space="preserve"> vào một ô văn bản. Cái đầu tiên xóa mọi phần tử văn bản, còn cái thứ hai hoạt động như khi gõ thủ công, nhập từng ký tự một.</w:t>
      </w:r>
    </w:p>
    <w:p>
      <w:pPr>
        <w:spacing w:after="80"/>
      </w:pPr>
      <w:r>
        <w:rPr>
          <w:b/>
          <w:i w:val="0"/>
        </w:rPr>
        <w:t>Mẹo</w:t>
      </w:r>
    </w:p>
    <w:p>
      <w:pPr>
        <w:spacing w:after="80"/>
      </w:pPr>
      <w:r>
        <w:rPr>
          <w:b w:val="0"/>
          <w:i w:val="0"/>
        </w:rPr>
        <w:t xml:space="preserve">Ngoài ra, có thể dùng phương thức </w:t>
      </w:r>
      <w:r>
        <w:rPr>
          <w:rFonts w:ascii="Consolas" w:hAnsi="Consolas"/>
          <w:b w:val="0"/>
          <w:i w:val="0"/>
          <w:sz w:val="20"/>
        </w:rPr>
        <w:br/>
        <w:br/>
        <w:t xml:space="preserve">       .fill</w:t>
        <w:br/>
        <w:t xml:space="preserve">      </w:t>
        <w:br/>
      </w:r>
      <w:r>
        <w:rPr>
          <w:b w:val="0"/>
          <w:i w:val="0"/>
        </w:rPr>
        <w:t xml:space="preserve"> để điền văn bản trong một thao tác duy nhất. Điều này đi kèm rủi ro là một số hành vi đã được lập trình, chẳng hạn như tự động hoàn thành (autocomplete) khi gõ từng ký tự một, có thể tương tác không tốt và gây ra phản ứng bất ngờ trên UI nếu toàn bộ dữ liệu được nhập trong một lần.</w:t>
      </w:r>
    </w:p>
    <w:p>
      <w:pPr>
        <w:spacing w:after="80"/>
      </w:pPr>
      <w:r>
        <w:rPr>
          <w:b w:val="0"/>
          <w:i w:val="0"/>
        </w:rPr>
        <w:t xml:space="preserve">Trong </w:t>
      </w:r>
      <w:r>
        <w:rPr>
          <w:b w:val="0"/>
          <w:i/>
        </w:rPr>
        <w:t xml:space="preserve"> Bước 3 </w:t>
      </w:r>
      <w:r>
        <w:rPr>
          <w:b w:val="0"/>
          <w:i w:val="0"/>
        </w:rPr>
        <w:t xml:space="preserve"> , chúng ta cần chọn chính xác hơn. Chỉ dùng </w:t>
      </w:r>
      <w:r>
        <w:rPr>
          <w:rFonts w:ascii="Consolas" w:hAnsi="Consolas"/>
          <w:b w:val="0"/>
          <w:i w:val="0"/>
          <w:sz w:val="20"/>
        </w:rPr>
        <w:br/>
        <w:br/>
        <w:t xml:space="preserve">      locator(input[name='size'])</w:t>
        <w:br/>
        <w:t xml:space="preserve">     </w:t>
        <w:br/>
      </w:r>
      <w:r>
        <w:rPr>
          <w:b w:val="0"/>
          <w:i w:val="0"/>
        </w:rPr>
        <w:t xml:space="preserve"> sẽ trả về tất cả các kích cỡ, nên ta cần thêm một điều kiện vào </w:t>
      </w:r>
      <w:r>
        <w:rPr>
          <w:rFonts w:ascii="Consolas" w:hAnsi="Consolas"/>
          <w:b w:val="0"/>
          <w:i w:val="0"/>
          <w:sz w:val="20"/>
        </w:rPr>
        <w:br/>
        <w:br/>
        <w:t xml:space="preserve">      input[name='size'][value='medium']</w:t>
        <w:br/>
        <w:t xml:space="preserve">     </w:t>
        <w:br/>
      </w:r>
      <w:r>
        <w:rPr>
          <w:b w:val="0"/>
          <w:i w:val="0"/>
        </w:rPr>
        <w:t xml:space="preserve"> . Khi đã chọn được một phần tử, chúng ta có thể dùng </w:t>
      </w:r>
      <w:r>
        <w:rPr>
          <w:rFonts w:ascii="Consolas" w:hAnsi="Consolas"/>
          <w:b w:val="0"/>
          <w:i w:val="0"/>
          <w:sz w:val="20"/>
        </w:rPr>
        <w:br/>
        <w:br/>
        <w:t xml:space="preserve">      .click</w:t>
        <w:br/>
        <w:t xml:space="preserve">     </w:t>
        <w:br/>
      </w:r>
      <w:r>
        <w:rPr>
          <w:b w:val="0"/>
          <w:i w:val="0"/>
        </w:rPr>
        <w:t xml:space="preserve"> để mô phỏng một cú nhấp chuột, chọn phần tử đó.</w:t>
      </w:r>
    </w:p>
    <w:p>
      <w:pPr>
        <w:spacing w:after="80"/>
      </w:pPr>
      <w:r>
        <w:rPr>
          <w:b w:val="0"/>
          <w:i w:val="0"/>
        </w:rPr>
        <w:t xml:space="preserve">Chúng ta cần trình bày cách mã HTML được cấu trúc cho </w:t>
      </w:r>
      <w:r>
        <w:rPr>
          <w:b w:val="0"/>
          <w:i/>
        </w:rPr>
        <w:t xml:space="preserve"> Bước 4 </w:t>
      </w:r>
      <w:r>
        <w:rPr>
          <w:b w:val="0"/>
          <w:i w:val="0"/>
        </w:rPr>
        <w:t xml:space="preserve"> .</w:t>
      </w:r>
    </w:p>
    <w:p>
      <w:pPr>
        <w:spacing w:after="0"/>
        <w:ind w:left="360"/>
        <w:shd w:val="clear" w:color="auto" w:fill="F2F2F2"/>
      </w:pPr>
      <w:r>
        <w:rPr>
          <w:rFonts w:ascii="Consolas" w:hAnsi="Consolas"/>
          <w:sz w:val="18"/>
        </w:rPr>
        <w:t xml:space="preserve"> &lt;fieldset&gt;</w:t>
      </w:r>
    </w:p>
    <w:p>
      <w:pPr>
        <w:spacing w:after="0"/>
        <w:ind w:left="360"/>
        <w:shd w:val="clear" w:color="auto" w:fill="F2F2F2"/>
      </w:pPr>
      <w:r>
        <w:rPr>
          <w:rFonts w:ascii="Consolas" w:hAnsi="Consolas"/>
          <w:sz w:val="18"/>
        </w:rPr>
        <w:t>&lt;legend&gt; Pizza Toppings &lt;/legend&gt;</w:t>
      </w:r>
    </w:p>
    <w:p>
      <w:pPr>
        <w:spacing w:after="0"/>
        <w:ind w:left="360"/>
        <w:shd w:val="clear" w:color="auto" w:fill="F2F2F2"/>
      </w:pPr>
      <w:r>
        <w:rPr>
          <w:rFonts w:ascii="Consolas" w:hAnsi="Consolas"/>
          <w:sz w:val="18"/>
        </w:rPr>
        <w:t>&lt;p&gt;&lt;label&gt; &lt;input type=checkbox name="topping" value="bacon"&gt; Bacon &lt;/label&gt;&lt;/p&gt;</w:t>
      </w:r>
    </w:p>
    <w:p>
      <w:pPr>
        <w:spacing w:after="0"/>
        <w:ind w:left="360"/>
        <w:shd w:val="clear" w:color="auto" w:fill="F2F2F2"/>
      </w:pPr>
      <w:r>
        <w:rPr>
          <w:rFonts w:ascii="Consolas" w:hAnsi="Consolas"/>
          <w:sz w:val="18"/>
        </w:rPr>
        <w:t>&lt;p&gt;&lt;label&gt; &lt;input type=checkbox name="topping" value="cheese"&gt; Extra Cheese &lt;/label&gt;&lt;/p&gt;</w:t>
      </w:r>
    </w:p>
    <w:p>
      <w:pPr>
        <w:spacing w:after="0"/>
        <w:ind w:left="360"/>
        <w:shd w:val="clear" w:color="auto" w:fill="F2F2F2"/>
      </w:pPr>
      <w:r>
        <w:rPr>
          <w:rFonts w:ascii="Consolas" w:hAnsi="Consolas"/>
          <w:sz w:val="18"/>
        </w:rPr>
        <w:t>&lt;p&gt;&lt;label&gt; &lt;input type=checkbox name="topping" value="onion"&gt; Onion &lt;/label&gt;&lt;/p&gt;</w:t>
      </w:r>
    </w:p>
    <w:p>
      <w:pPr>
        <w:spacing w:after="0"/>
        <w:ind w:left="360"/>
        <w:shd w:val="clear" w:color="auto" w:fill="F2F2F2"/>
      </w:pPr>
      <w:r>
        <w:rPr>
          <w:rFonts w:ascii="Consolas" w:hAnsi="Consolas"/>
          <w:sz w:val="18"/>
        </w:rPr>
        <w:t>&lt;p&gt;&lt;label&gt; &lt;input type=checkbox name="topping" value="mushroom"&gt; Mushroom &lt;/label&gt;&lt;/p&gt;</w:t>
      </w:r>
    </w:p>
    <w:p>
      <w:pPr>
        <w:spacing w:after="0"/>
        <w:ind w:left="360"/>
        <w:shd w:val="clear" w:color="auto" w:fill="F2F2F2"/>
      </w:pPr>
      <w:r>
        <w:rPr>
          <w:rFonts w:ascii="Consolas" w:hAnsi="Consolas"/>
          <w:sz w:val="18"/>
        </w:rPr>
        <w:t>&lt;/fieldset&gt;</w:t>
      </w:r>
    </w:p>
    <w:p>
      <w:pPr>
        <w:spacing w:after="40"/>
      </w:pPr>
    </w:p>
    <w:p>
      <w:pPr>
        <w:spacing w:after="80"/>
      </w:pPr>
      <w:r>
        <w:rPr>
          <w:b w:val="0"/>
          <w:i w:val="0"/>
        </w:rPr>
        <w:t xml:space="preserve">Đầu tiên, chúng ta muốn chọn đúng fieldset, rồi lặp qua các tùy chọn khác nhau. Lưu ý rằng các phần tử </w:t>
      </w:r>
      <w:r>
        <w:rPr>
          <w:rFonts w:ascii="Consolas" w:hAnsi="Consolas"/>
          <w:b w:val="0"/>
          <w:i w:val="0"/>
          <w:sz w:val="20"/>
        </w:rPr>
        <w:br/>
        <w:br/>
        <w:t xml:space="preserve">      label</w:t>
        <w:br/>
        <w:t xml:space="preserve">     </w:t>
        <w:br/>
      </w:r>
      <w:r>
        <w:rPr>
          <w:b w:val="0"/>
          <w:i w:val="0"/>
        </w:rPr>
        <w:t xml:space="preserve"> mới là những phần tử chứa văn bản mà chúng ta quan tâm, chứ không phải các phần tử </w:t>
      </w:r>
      <w:r>
        <w:rPr>
          <w:rFonts w:ascii="Consolas" w:hAnsi="Consolas"/>
          <w:b w:val="0"/>
          <w:i w:val="0"/>
          <w:sz w:val="20"/>
        </w:rPr>
        <w:br/>
        <w:br/>
        <w:t xml:space="preserve">      input</w:t>
        <w:br/>
        <w:t xml:space="preserve">     </w:t>
        <w:br/>
      </w:r>
      <w:r>
        <w:rPr>
          <w:b w:val="0"/>
          <w:i w:val="0"/>
        </w:rPr>
        <w:t xml:space="preserve"> .</w:t>
      </w:r>
    </w:p>
    <w:p>
      <w:pPr>
        <w:spacing w:after="80"/>
      </w:pPr>
      <w:r>
        <w:rPr>
          <w:b w:val="0"/>
          <w:i w:val="0"/>
        </w:rPr>
        <w:t xml:space="preserve">Chúng ta kết hợp các locator khác nhau để trước tiên chọn phần </w:t>
      </w:r>
      <w:r>
        <w:rPr>
          <w:rFonts w:ascii="Consolas" w:hAnsi="Consolas"/>
          <w:b w:val="0"/>
          <w:i w:val="0"/>
          <w:sz w:val="20"/>
        </w:rPr>
        <w:br/>
        <w:br/>
        <w:t xml:space="preserve">      fieldset</w:t>
        <w:br/>
        <w:t xml:space="preserve">     </w:t>
        <w:br/>
      </w:r>
      <w:r>
        <w:rPr>
          <w:b w:val="0"/>
          <w:i w:val="0"/>
        </w:rPr>
        <w:t xml:space="preserve"> chứa văn bản </w:t>
      </w:r>
      <w:r>
        <w:rPr>
          <w:rFonts w:ascii="Consolas" w:hAnsi="Consolas"/>
          <w:b w:val="0"/>
          <w:i w:val="0"/>
          <w:sz w:val="20"/>
        </w:rPr>
        <w:br/>
        <w:br/>
        <w:t xml:space="preserve">      Toppings</w:t>
        <w:br/>
        <w:t xml:space="preserve">     </w:t>
        <w:br/>
      </w:r>
      <w:r>
        <w:rPr>
          <w:b w:val="0"/>
          <w:i w:val="0"/>
        </w:rPr>
        <w:t xml:space="preserve"> :</w:t>
      </w:r>
    </w:p>
    <w:p>
      <w:pPr>
        <w:spacing w:after="0"/>
        <w:ind w:left="360"/>
        <w:shd w:val="clear" w:color="auto" w:fill="F2F2F2"/>
      </w:pPr>
      <w:r>
        <w:rPr>
          <w:rFonts w:ascii="Consolas" w:hAnsi="Consolas"/>
          <w:sz w:val="18"/>
        </w:rPr>
        <w:t>&gt;&gt;&gt; toppings = page.locator('fieldset').filter(has_text='Toppings')</w:t>
      </w:r>
    </w:p>
    <w:p>
      <w:pPr>
        <w:spacing w:after="40"/>
      </w:pPr>
    </w:p>
    <w:p>
      <w:pPr>
        <w:spacing w:after="80"/>
      </w:pPr>
      <w:r>
        <w:rPr>
          <w:b w:val="0"/>
          <w:i w:val="0"/>
        </w:rPr>
        <w:t>Sau đó, chúng ta tìm xem có bao nhiêu checkbox trong phần này:</w:t>
      </w:r>
    </w:p>
    <w:p>
      <w:pPr>
        <w:spacing w:after="0"/>
        <w:ind w:left="360"/>
        <w:shd w:val="clear" w:color="auto" w:fill="F2F2F2"/>
      </w:pPr>
      <w:r>
        <w:rPr>
          <w:rFonts w:ascii="Consolas" w:hAnsi="Consolas"/>
          <w:sz w:val="18"/>
        </w:rPr>
        <w:t>&gt;&gt;&gt; toppings.get_by_role('checkbox').count()</w:t>
      </w:r>
    </w:p>
    <w:p>
      <w:pPr>
        <w:spacing w:after="0"/>
        <w:ind w:left="360"/>
        <w:shd w:val="clear" w:color="auto" w:fill="F2F2F2"/>
      </w:pPr>
      <w:r>
        <w:rPr>
          <w:rFonts w:ascii="Consolas" w:hAnsi="Consolas"/>
          <w:sz w:val="18"/>
        </w:rPr>
        <w:t>4</w:t>
      </w:r>
    </w:p>
    <w:p>
      <w:pPr>
        <w:spacing w:after="40"/>
      </w:pPr>
    </w:p>
    <w:p>
      <w:pPr>
        <w:spacing w:after="80"/>
      </w:pPr>
      <w:r>
        <w:rPr>
          <w:b w:val="0"/>
          <w:i w:val="0"/>
        </w:rPr>
        <w:t xml:space="preserve">Và lặp qua chúng bằng phương thức </w:t>
      </w:r>
      <w:r>
        <w:rPr>
          <w:rFonts w:ascii="Consolas" w:hAnsi="Consolas"/>
          <w:b w:val="0"/>
          <w:i w:val="0"/>
          <w:sz w:val="20"/>
        </w:rPr>
        <w:br/>
        <w:br/>
        <w:t xml:space="preserve">      .nth</w:t>
        <w:br/>
        <w:t xml:space="preserve">     </w:t>
        <w:br/>
      </w:r>
      <w:r>
        <w:rPr>
          <w:b w:val="0"/>
          <w:i w:val="0"/>
        </w:rPr>
        <w:t xml:space="preserve"> :</w:t>
      </w:r>
    </w:p>
    <w:p>
      <w:pPr>
        <w:spacing w:after="0"/>
        <w:ind w:left="360"/>
        <w:shd w:val="clear" w:color="auto" w:fill="F2F2F2"/>
      </w:pPr>
      <w:r>
        <w:rPr>
          <w:rFonts w:ascii="Consolas" w:hAnsi="Consolas"/>
          <w:sz w:val="18"/>
        </w:rPr>
        <w:t>... option = toppings.locator('label').nth(i)</w:t>
      </w:r>
    </w:p>
    <w:p>
      <w:pPr>
        <w:spacing w:after="40"/>
      </w:pPr>
    </w:p>
    <w:p>
      <w:pPr>
        <w:spacing w:after="80"/>
      </w:pPr>
      <w:r>
        <w:rPr>
          <w:b w:val="0"/>
          <w:i w:val="0"/>
        </w:rPr>
        <w:t xml:space="preserve">Cuối cùng, chúng ta lấy </w:t>
      </w:r>
      <w:r>
        <w:rPr>
          <w:rFonts w:ascii="Consolas" w:hAnsi="Consolas"/>
          <w:b w:val="0"/>
          <w:i w:val="0"/>
          <w:sz w:val="20"/>
        </w:rPr>
        <w:br/>
        <w:br/>
        <w:t xml:space="preserve">      inner_text</w:t>
        <w:br/>
        <w:t xml:space="preserve">     </w:t>
        <w:br/>
      </w:r>
      <w:r>
        <w:rPr>
          <w:b w:val="0"/>
          <w:i w:val="0"/>
        </w:rPr>
        <w:t xml:space="preserve"> bên trong phần tử </w:t>
      </w:r>
      <w:r>
        <w:rPr>
          <w:rFonts w:ascii="Consolas" w:hAnsi="Consolas"/>
          <w:b w:val="0"/>
          <w:i w:val="0"/>
          <w:sz w:val="20"/>
        </w:rPr>
        <w:br/>
        <w:br/>
        <w:t xml:space="preserve">      label</w:t>
        <w:br/>
        <w:t xml:space="preserve">     </w:t>
        <w:br/>
      </w:r>
      <w:r>
        <w:rPr>
          <w:b w:val="0"/>
          <w:i w:val="0"/>
        </w:rPr>
        <w:t xml:space="preserve"> :</w:t>
      </w:r>
    </w:p>
    <w:p>
      <w:pPr>
        <w:spacing w:after="0"/>
        <w:ind w:left="360"/>
        <w:shd w:val="clear" w:color="auto" w:fill="F2F2F2"/>
      </w:pPr>
      <w:r>
        <w:rPr>
          <w:rFonts w:ascii="Consolas" w:hAnsi="Consolas"/>
          <w:sz w:val="18"/>
        </w:rPr>
        <w:t>...print(option.inner_text())</w:t>
      </w:r>
    </w:p>
    <w:p>
      <w:pPr>
        <w:spacing w:after="40"/>
      </w:pPr>
    </w:p>
    <w:p>
      <w:pPr>
        <w:spacing w:after="80"/>
      </w:pPr>
      <w:r>
        <w:rPr>
          <w:b w:val="0"/>
          <w:i w:val="0"/>
        </w:rPr>
        <w:t xml:space="preserve">Với </w:t>
      </w:r>
      <w:r>
        <w:rPr>
          <w:b w:val="0"/>
          <w:i/>
        </w:rPr>
        <w:t xml:space="preserve"> Bước </w:t>
      </w:r>
      <w:r>
        <w:rPr>
          <w:b w:val="0"/>
          <w:i w:val="0"/>
        </w:rPr>
        <w:t xml:space="preserve"> </w:t>
      </w:r>
      <w:r>
        <w:rPr>
          <w:b w:val="0"/>
          <w:i/>
        </w:rPr>
        <w:t xml:space="preserve"> 5 </w:t>
      </w:r>
      <w:r>
        <w:rPr>
          <w:b w:val="0"/>
          <w:i w:val="0"/>
        </w:rPr>
        <w:t xml:space="preserve"> tiếp theo, chúng ta dùng một cách chọn phần tử khác, sử dụng </w:t>
      </w:r>
      <w:r>
        <w:rPr>
          <w:rFonts w:ascii="Consolas" w:hAnsi="Consolas"/>
          <w:b w:val="0"/>
          <w:i w:val="0"/>
          <w:sz w:val="20"/>
        </w:rPr>
        <w:br/>
        <w:br/>
        <w:t xml:space="preserve">      .get_by_role</w:t>
        <w:br/>
        <w:t xml:space="preserve">     </w:t>
        <w:br/>
      </w:r>
      <w:r>
        <w:rPr>
          <w:b w:val="0"/>
          <w:i w:val="0"/>
        </w:rPr>
        <w:t xml:space="preserve"> , hoạt động theo cách tương tự.</w:t>
      </w:r>
    </w:p>
    <w:p>
      <w:pPr>
        <w:spacing w:after="80"/>
      </w:pPr>
      <w:r>
        <w:rPr>
          <w:b w:val="0"/>
          <w:i w:val="0"/>
        </w:rPr>
        <w:t xml:space="preserve">Cuối cùng, </w:t>
      </w:r>
      <w:r>
        <w:rPr>
          <w:b w:val="0"/>
          <w:i/>
        </w:rPr>
        <w:t xml:space="preserve"> bước </w:t>
      </w:r>
      <w:r>
        <w:rPr>
          <w:b w:val="0"/>
          <w:i w:val="0"/>
        </w:rPr>
        <w:t xml:space="preserve"> </w:t>
      </w:r>
      <w:r>
        <w:rPr>
          <w:b w:val="0"/>
          <w:i/>
        </w:rPr>
        <w:t xml:space="preserve"> 7 </w:t>
      </w:r>
      <w:r>
        <w:rPr>
          <w:b w:val="0"/>
          <w:i w:val="0"/>
        </w:rPr>
        <w:t xml:space="preserve"> đóng trình duyệt.</w:t>
      </w:r>
    </w:p>
    <w:p>
      <w:pPr>
        <w:pStyle w:val="Heading3"/>
      </w:pPr>
      <w:r>
        <w:rPr>
          <w:rFonts w:ascii="Calibri" w:hAnsi="Calibri"/>
          <w:b/>
          <w:i w:val="0"/>
          <w:sz w:val="26"/>
        </w:rPr>
        <w:t>Còn nhiều thứ nữa...</w:t>
      </w:r>
    </w:p>
    <w:p>
      <w:pPr>
        <w:spacing w:after="80"/>
      </w:pPr>
      <w:r>
        <w:rPr>
          <w:b w:val="0"/>
          <w:i w:val="0"/>
        </w:rPr>
        <w:t xml:space="preserve">Việc tìm đúng selector (bộ chọn) để dùng trong </w:t>
      </w:r>
      <w:r>
        <w:rPr>
          <w:rFonts w:ascii="Consolas" w:hAnsi="Consolas"/>
          <w:b w:val="0"/>
          <w:i w:val="0"/>
          <w:sz w:val="20"/>
        </w:rPr>
        <w:br/>
        <w:br/>
        <w:t xml:space="preserve">      locator</w:t>
        <w:br/>
        <w:t xml:space="preserve">     </w:t>
        <w:br/>
      </w:r>
      <w:r>
        <w:rPr>
          <w:b w:val="0"/>
          <w:i w:val="0"/>
        </w:rPr>
        <w:t xml:space="preserve"> là một khía cạnh then chốt và phụ thuộc rất nhiều vào cách trang cụ thể được cấu trúc. Một số cách phổ biến để chọn phần tử là</w:t>
      </w:r>
    </w:p>
    <w:p>
      <w:pPr>
        <w:spacing w:after="80"/>
        <w:ind w:left="360"/>
      </w:pPr>
      <w:r>
        <w:t xml:space="preserve">• </w:t>
      </w:r>
      <w:r>
        <w:rPr>
          <w:rFonts w:ascii="Consolas" w:hAnsi="Consolas"/>
          <w:b w:val="0"/>
          <w:i w:val="0"/>
          <w:sz w:val="20"/>
        </w:rPr>
        <w:br/>
        <w:br/>
        <w:t xml:space="preserve">       tag</w:t>
        <w:br/>
        <w:t xml:space="preserve">      </w:t>
        <w:br/>
      </w:r>
      <w:r>
        <w:rPr>
          <w:b w:val="0"/>
          <w:i w:val="0"/>
        </w:rPr>
        <w:t xml:space="preserve"> cho các thẻ. Ví dụ: </w:t>
      </w:r>
      <w:r>
        <w:rPr>
          <w:rFonts w:ascii="Consolas" w:hAnsi="Consolas"/>
          <w:b w:val="0"/>
          <w:i w:val="0"/>
          <w:sz w:val="20"/>
        </w:rPr>
        <w:br/>
        <w:br/>
        <w:t xml:space="preserve">       p</w:t>
        <w:br/>
        <w:t xml:space="preserve">      </w:t>
        <w:br/>
      </w:r>
      <w:r>
        <w:rPr>
          <w:b w:val="0"/>
          <w:i w:val="0"/>
        </w:rPr>
        <w:t xml:space="preserve"> cho thẻ HTML </w:t>
      </w:r>
      <w:r>
        <w:rPr>
          <w:rFonts w:ascii="Consolas" w:hAnsi="Consolas"/>
          <w:b w:val="0"/>
          <w:i w:val="0"/>
          <w:sz w:val="20"/>
        </w:rPr>
        <w:br/>
        <w:br/>
        <w:t xml:space="preserve">       p</w:t>
        <w:br/>
        <w:t xml:space="preserve">      </w:t>
        <w:br/>
      </w:r>
      <w:r>
        <w:rPr>
          <w:b w:val="0"/>
          <w:i w:val="0"/>
        </w:rPr>
        <w:t xml:space="preserve"> hoặc </w:t>
      </w:r>
      <w:r>
        <w:rPr>
          <w:rFonts w:ascii="Consolas" w:hAnsi="Consolas"/>
          <w:b w:val="0"/>
          <w:i w:val="0"/>
          <w:sz w:val="20"/>
        </w:rPr>
        <w:br/>
        <w:br/>
        <w:t xml:space="preserve">       input</w:t>
        <w:br/>
        <w:t xml:space="preserve">      </w:t>
        <w:br/>
      </w:r>
      <w:r>
        <w:rPr>
          <w:b w:val="0"/>
          <w:i w:val="0"/>
        </w:rPr>
        <w:t xml:space="preserve"> .</w:t>
      </w:r>
    </w:p>
    <w:p>
      <w:pPr>
        <w:spacing w:after="80"/>
        <w:ind w:left="360"/>
      </w:pPr>
      <w:r>
        <w:t xml:space="preserve">• </w:t>
      </w:r>
      <w:r>
        <w:rPr>
          <w:rFonts w:ascii="Consolas" w:hAnsi="Consolas"/>
          <w:b w:val="0"/>
          <w:i w:val="0"/>
          <w:sz w:val="20"/>
        </w:rPr>
        <w:br/>
        <w:br/>
        <w:t xml:space="preserve">       #&lt;id&gt;</w:t>
        <w:br/>
        <w:t xml:space="preserve">      </w:t>
        <w:br/>
      </w:r>
      <w:r>
        <w:rPr>
          <w:b w:val="0"/>
          <w:i w:val="0"/>
        </w:rPr>
        <w:t xml:space="preserve"> cho thuộc tính </w:t>
      </w:r>
      <w:r>
        <w:rPr>
          <w:rFonts w:ascii="Consolas" w:hAnsi="Consolas"/>
          <w:b w:val="0"/>
          <w:i w:val="0"/>
          <w:sz w:val="20"/>
        </w:rPr>
        <w:br/>
        <w:br/>
        <w:t xml:space="preserve">       id</w:t>
        <w:br/>
        <w:t xml:space="preserve">      </w:t>
        <w:br/>
      </w:r>
    </w:p>
    <w:p>
      <w:pPr>
        <w:spacing w:after="80"/>
        <w:ind w:left="360"/>
      </w:pPr>
      <w:r>
        <w:t xml:space="preserve">• </w:t>
      </w:r>
      <w:r>
        <w:rPr>
          <w:rFonts w:ascii="Consolas" w:hAnsi="Consolas"/>
          <w:b w:val="0"/>
          <w:i w:val="0"/>
          <w:sz w:val="20"/>
        </w:rPr>
        <w:br/>
        <w:br/>
        <w:t xml:space="preserve">       .&lt;class&gt;</w:t>
        <w:br/>
        <w:t xml:space="preserve">      </w:t>
        <w:br/>
      </w:r>
      <w:r>
        <w:rPr>
          <w:b w:val="0"/>
          <w:i w:val="0"/>
        </w:rPr>
        <w:t xml:space="preserve"> cho thuộc tính </w:t>
      </w:r>
      <w:r>
        <w:rPr>
          <w:rFonts w:ascii="Consolas" w:hAnsi="Consolas"/>
          <w:b w:val="0"/>
          <w:i w:val="0"/>
          <w:sz w:val="20"/>
        </w:rPr>
        <w:br/>
        <w:br/>
        <w:t xml:space="preserve">       class</w:t>
        <w:br/>
        <w:t xml:space="preserve">      </w:t>
        <w:br/>
      </w:r>
    </w:p>
    <w:p>
      <w:pPr>
        <w:spacing w:after="80"/>
        <w:ind w:left="360"/>
      </w:pPr>
      <w:r>
        <w:t xml:space="preserve">• </w:t>
      </w:r>
      <w:r>
        <w:rPr>
          <w:rFonts w:ascii="Consolas" w:hAnsi="Consolas"/>
          <w:b w:val="0"/>
          <w:i w:val="0"/>
          <w:sz w:val="20"/>
        </w:rPr>
        <w:br/>
        <w:br/>
        <w:t xml:space="preserve">       [attribute=value]</w:t>
        <w:br/>
        <w:t xml:space="preserve">      </w:t>
        <w:br/>
      </w:r>
      <w:r>
        <w:rPr>
          <w:b w:val="0"/>
          <w:i w:val="0"/>
        </w:rPr>
        <w:t xml:space="preserve"> cho các thuộc tính của thẻ</w:t>
      </w:r>
    </w:p>
    <w:p>
      <w:pPr>
        <w:spacing w:after="80"/>
      </w:pPr>
      <w:r>
        <w:rPr>
          <w:b w:val="0"/>
          <w:i w:val="0"/>
        </w:rPr>
        <w:t xml:space="preserve">Những cách này có thể được kết hợp, cho phép ta khớp một thẻ </w:t>
      </w:r>
      <w:r>
        <w:rPr>
          <w:rFonts w:ascii="Consolas" w:hAnsi="Consolas"/>
          <w:b w:val="0"/>
          <w:i w:val="0"/>
          <w:sz w:val="20"/>
        </w:rPr>
        <w:br/>
        <w:br/>
        <w:t xml:space="preserve">      div</w:t>
        <w:br/>
        <w:t xml:space="preserve">     </w:t>
        <w:br/>
      </w:r>
      <w:r>
        <w:rPr>
          <w:b w:val="0"/>
          <w:i w:val="0"/>
        </w:rPr>
        <w:t xml:space="preserve"> với giá trị thuộc tính </w:t>
      </w:r>
      <w:r>
        <w:rPr>
          <w:rFonts w:ascii="Consolas" w:hAnsi="Consolas"/>
          <w:b w:val="0"/>
          <w:i w:val="0"/>
          <w:sz w:val="20"/>
        </w:rPr>
        <w:br/>
        <w:br/>
        <w:t xml:space="preserve">      class</w:t>
        <w:br/>
        <w:t xml:space="preserve">     </w:t>
        <w:br/>
      </w:r>
      <w:r>
        <w:rPr>
          <w:b w:val="0"/>
          <w:i w:val="0"/>
        </w:rPr>
        <w:t xml:space="preserve"> là </w:t>
      </w:r>
      <w:r>
        <w:rPr>
          <w:rFonts w:ascii="Consolas" w:hAnsi="Consolas"/>
          <w:b w:val="0"/>
          <w:i w:val="0"/>
          <w:sz w:val="20"/>
        </w:rPr>
        <w:br/>
        <w:br/>
        <w:t xml:space="preserve">      myclass</w:t>
        <w:br/>
        <w:t xml:space="preserve">     </w:t>
        <w:br/>
      </w:r>
      <w:r>
        <w:rPr>
          <w:b w:val="0"/>
          <w:i w:val="0"/>
        </w:rPr>
        <w:t xml:space="preserve"> và giá trị thuộc tính </w:t>
      </w:r>
      <w:r>
        <w:rPr>
          <w:rFonts w:ascii="Consolas" w:hAnsi="Consolas"/>
          <w:b w:val="0"/>
          <w:i w:val="0"/>
          <w:sz w:val="20"/>
        </w:rPr>
        <w:br/>
        <w:br/>
        <w:t xml:space="preserve">      style</w:t>
        <w:br/>
        <w:t xml:space="preserve">     </w:t>
        <w:br/>
      </w:r>
      <w:r>
        <w:rPr>
          <w:b w:val="0"/>
          <w:i w:val="0"/>
        </w:rPr>
        <w:t xml:space="preserve"> là </w:t>
      </w:r>
      <w:r>
        <w:rPr>
          <w:rFonts w:ascii="Consolas" w:hAnsi="Consolas"/>
          <w:b w:val="0"/>
          <w:i w:val="0"/>
          <w:sz w:val="20"/>
        </w:rPr>
        <w:br/>
        <w:br/>
        <w:t xml:space="preserve">      mystyle</w:t>
        <w:br/>
        <w:t xml:space="preserve">     </w:t>
        <w:br/>
      </w:r>
      <w:r>
        <w:rPr>
          <w:b w:val="0"/>
          <w:i w:val="0"/>
        </w:rPr>
        <w:t xml:space="preserve"> bằng </w:t>
      </w:r>
      <w:r>
        <w:rPr>
          <w:rFonts w:ascii="Consolas" w:hAnsi="Consolas"/>
          <w:b w:val="0"/>
          <w:i w:val="0"/>
          <w:sz w:val="20"/>
        </w:rPr>
        <w:br/>
        <w:br/>
        <w:t xml:space="preserve">      div.myclass[style="mystyle"]</w:t>
        <w:br/>
        <w:t xml:space="preserve">     </w:t>
        <w:br/>
      </w:r>
      <w:r>
        <w:rPr>
          <w:b w:val="0"/>
          <w:i w:val="0"/>
        </w:rPr>
        <w:t xml:space="preserve"> .</w:t>
      </w:r>
    </w:p>
    <w:p>
      <w:pPr>
        <w:spacing w:after="80"/>
      </w:pPr>
      <w:r>
        <w:rPr>
          <w:b w:val="0"/>
          <w:i w:val="0"/>
        </w:rPr>
        <w:t xml:space="preserve">Nếu bạn dùng một selector trả về nhiều hơn một phần tử, bạn sẽ cần tiếp tục lọc. Bạn có thể dùng thêm các bộ lọc hoặc bằng cách dùng lại </w:t>
      </w:r>
      <w:r>
        <w:rPr>
          <w:rFonts w:ascii="Consolas" w:hAnsi="Consolas"/>
          <w:b w:val="0"/>
          <w:i w:val="0"/>
          <w:sz w:val="20"/>
        </w:rPr>
        <w:br/>
        <w:br/>
        <w:t xml:space="preserve">      .locator</w:t>
        <w:br/>
        <w:t xml:space="preserve">     </w:t>
        <w:br/>
      </w:r>
      <w:r>
        <w:rPr>
          <w:b w:val="0"/>
          <w:i w:val="0"/>
        </w:rPr>
        <w:t xml:space="preserve"> với các phần tử cần lọc, hoặc với phương thức </w:t>
      </w:r>
      <w:r>
        <w:rPr>
          <w:rFonts w:ascii="Consolas" w:hAnsi="Consolas"/>
          <w:b w:val="0"/>
          <w:i w:val="0"/>
          <w:sz w:val="20"/>
        </w:rPr>
        <w:br/>
        <w:br/>
        <w:t xml:space="preserve">      .filter</w:t>
        <w:br/>
        <w:t xml:space="preserve">     </w:t>
        <w:br/>
      </w:r>
      <w:r>
        <w:rPr>
          <w:b w:val="0"/>
          <w:i w:val="0"/>
        </w:rPr>
        <w:t xml:space="preserve"> cùng các tùy chọn như chứa văn bản, đang hiển thị, v.v. như chúng ta đã thấy ở </w:t>
      </w:r>
      <w:r>
        <w:rPr>
          <w:b w:val="0"/>
          <w:i/>
        </w:rPr>
        <w:t xml:space="preserve"> Bước 4 </w:t>
      </w:r>
      <w:r>
        <w:rPr>
          <w:b w:val="0"/>
          <w:i w:val="0"/>
        </w:rPr>
        <w:t xml:space="preserve"> . Nếu bạn có một danh sách các phần tử, bạn có thể lặp qua chúng bằng phương thức </w:t>
      </w:r>
      <w:r>
        <w:rPr>
          <w:rFonts w:ascii="Consolas" w:hAnsi="Consolas"/>
          <w:b w:val="0"/>
          <w:i w:val="0"/>
          <w:sz w:val="20"/>
        </w:rPr>
        <w:br/>
        <w:br/>
        <w:t xml:space="preserve">      .nth</w:t>
        <w:br/>
        <w:t xml:space="preserve">     </w:t>
        <w:br/>
      </w:r>
      <w:r>
        <w:rPr>
          <w:b w:val="0"/>
          <w:i w:val="0"/>
        </w:rPr>
        <w:t xml:space="preserve"> , hoặc dùng các thuộc tính tiện lợi </w:t>
      </w:r>
      <w:r>
        <w:rPr>
          <w:rFonts w:ascii="Consolas" w:hAnsi="Consolas"/>
          <w:b w:val="0"/>
          <w:i w:val="0"/>
          <w:sz w:val="20"/>
        </w:rPr>
        <w:br/>
        <w:br/>
        <w:t xml:space="preserve">      .first</w:t>
        <w:br/>
        <w:t xml:space="preserve">     </w:t>
        <w:br/>
      </w:r>
      <w:r>
        <w:rPr>
          <w:b w:val="0"/>
          <w:i w:val="0"/>
        </w:rPr>
        <w:t xml:space="preserve"> và </w:t>
      </w:r>
      <w:r>
        <w:rPr>
          <w:rFonts w:ascii="Consolas" w:hAnsi="Consolas"/>
          <w:b w:val="0"/>
          <w:i w:val="0"/>
          <w:sz w:val="20"/>
        </w:rPr>
        <w:br/>
        <w:br/>
        <w:t xml:space="preserve">      .last</w:t>
        <w:br/>
        <w:t xml:space="preserve">     </w:t>
        <w:br/>
      </w:r>
      <w:r>
        <w:rPr>
          <w:b w:val="0"/>
          <w:i w:val="0"/>
        </w:rPr>
        <w:t xml:space="preserve"> .</w:t>
      </w:r>
    </w:p>
    <w:p>
      <w:pPr>
        <w:spacing w:after="80"/>
      </w:pPr>
      <w:r>
        <w:rPr>
          <w:b w:val="0"/>
          <w:i w:val="0"/>
        </w:rPr>
        <w:t xml:space="preserve">Xem tài liệu Playwright để biết tất cả các tùy chọn lọc: </w:t>
      </w:r>
      <w:r>
        <w:rPr>
          <w:rFonts w:ascii="Consolas" w:hAnsi="Consolas"/>
          <w:b w:val="0"/>
          <w:i w:val="0"/>
          <w:sz w:val="20"/>
        </w:rPr>
        <w:br/>
        <w:br/>
        <w:t xml:space="preserve">       https://playwright.dev/python/docs/api/class-locator#locator-filter</w:t>
        <w:br/>
        <w:t xml:space="preserve">      </w:t>
        <w:br/>
      </w:r>
      <w:r>
        <w:rPr>
          <w:b w:val="0"/>
          <w:i w:val="0"/>
        </w:rPr>
        <w:t xml:space="preserve"> .</w:t>
      </w:r>
    </w:p>
    <w:p>
      <w:pPr>
        <w:spacing w:after="80"/>
      </w:pPr>
      <w:r>
        <w:rPr>
          <w:b/>
          <w:i w:val="0"/>
        </w:rPr>
        <w:t>Mẹo</w:t>
      </w:r>
    </w:p>
    <w:p>
      <w:pPr>
        <w:spacing w:after="80"/>
      </w:pPr>
      <w:r>
        <w:rPr>
          <w:b w:val="0"/>
          <w:i w:val="0"/>
        </w:rPr>
        <w:t>Dùng GenAI để được trợ giúp về việc tạo các selector hoặc code phù hợp có thể rất hữu ích! Sao chép mã HTML bạn muốn làm việc cùng và giải thích điều bạn đang cố đạt được sẽ giúp bạn có kết quả tốt.</w:t>
      </w:r>
    </w:p>
    <w:p>
      <w:pPr>
        <w:spacing w:after="80"/>
      </w:pPr>
      <w:r>
        <w:rPr>
          <w:b w:val="0"/>
          <w:i w:val="0"/>
        </w:rPr>
        <w:t xml:space="preserve">Ví dụ: nếu bạn muốn chọn các câu trả lời trong một trang kiểu FAQ, bạn có thể dùng prompt: " </w:t>
      </w:r>
      <w:r>
        <w:rPr>
          <w:b w:val="0"/>
          <w:i/>
        </w:rPr>
        <w:t xml:space="preserve"> Trong mã HTML này, hãy chỉ cho tôi selector tốt nhất để dùng trong Playwright nhằm chọn tất cả các đoạn văn bản trả lời </w:t>
      </w:r>
      <w:r>
        <w:rPr>
          <w:b w:val="0"/>
          <w:i w:val="0"/>
        </w:rPr>
        <w:t xml:space="preserve"> </w:t>
      </w:r>
      <w:r>
        <w:rPr>
          <w:b w:val="0"/>
          <w:i/>
        </w:rPr>
        <w:t xml:space="preserve"> s </w:t>
      </w:r>
      <w:r>
        <w:rPr>
          <w:b w:val="0"/>
          <w:i w:val="0"/>
        </w:rPr>
        <w:t xml:space="preserve"> </w:t>
      </w:r>
      <w:r>
        <w:rPr>
          <w:b w:val="0"/>
          <w:i/>
        </w:rPr>
        <w:t xml:space="preserve"> từ các câu hỏi. </w:t>
      </w:r>
      <w:r>
        <w:rPr>
          <w:b w:val="0"/>
          <w:i w:val="0"/>
        </w:rPr>
        <w:t xml:space="preserve"> </w:t>
      </w:r>
      <w:r>
        <w:rPr>
          <w:b w:val="0"/>
          <w:i/>
        </w:rPr>
        <w:t xml:space="preserve"> &lt; </w:t>
      </w:r>
      <w:r>
        <w:rPr>
          <w:b w:val="0"/>
          <w:i w:val="0"/>
        </w:rPr>
        <w:t xml:space="preserve"> </w:t>
      </w:r>
      <w:r>
        <w:rPr>
          <w:b w:val="0"/>
          <w:i/>
        </w:rPr>
        <w:t xml:space="preserve"> dán mã HTML </w:t>
      </w:r>
      <w:r>
        <w:rPr>
          <w:b w:val="0"/>
          <w:i w:val="0"/>
        </w:rPr>
        <w:t xml:space="preserve"> </w:t>
      </w:r>
      <w:r>
        <w:rPr>
          <w:b w:val="0"/>
          <w:i/>
        </w:rPr>
        <w:t xml:space="preserve"> &gt; </w:t>
      </w:r>
      <w:r>
        <w:rPr>
          <w:b w:val="0"/>
          <w:i w:val="0"/>
        </w:rPr>
        <w:t xml:space="preserve"> ". Công cụ GenAI sẽ trả về các selector, bao gồm cả các lựa chọn thay thế và lý do vì sao chúng có thể tốt hơn hoặc tệ hơn. Bạn có thể tiếp tục lặp lại cho đến khi tìm được cái tốt nhất cho mục tiêu của mình.</w:t>
      </w:r>
    </w:p>
    <w:p>
      <w:pPr>
        <w:spacing w:after="80"/>
      </w:pPr>
      <w:r>
        <w:rPr>
          <w:b w:val="0"/>
          <w:i w:val="0"/>
        </w:rPr>
        <w:t>Các thông báo lỗi của Playwright trong Python khá tốt trong việc cảnh báo cho bạn về bản chất của các vấn đề gặp phải. Ví dụ: khi cố thực hiện một cú click lên tất cả các phần tử input, bạn sẽ nhận được lỗi sau:</w:t>
      </w:r>
    </w:p>
    <w:p>
      <w:pPr>
        <w:spacing w:after="0"/>
        <w:ind w:left="360"/>
        <w:shd w:val="clear" w:color="auto" w:fill="F2F2F2"/>
      </w:pPr>
      <w:r>
        <w:rPr>
          <w:rFonts w:ascii="Consolas" w:hAnsi="Consolas"/>
          <w:sz w:val="18"/>
        </w:rPr>
        <w:t>&gt;&gt;&gt; page.locator('input').click()</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playwright._impl._errors.Error: Locator.click: Error: strict mode violation: locator("input") resolved to 11 elements:</w:t>
      </w:r>
    </w:p>
    <w:p>
      <w:pPr>
        <w:spacing w:after="0"/>
        <w:ind w:left="360"/>
        <w:shd w:val="clear" w:color="auto" w:fill="F2F2F2"/>
      </w:pPr>
      <w:r>
        <w:rPr>
          <w:rFonts w:ascii="Consolas" w:hAnsi="Consolas"/>
          <w:sz w:val="18"/>
        </w:rPr>
        <w:t xml:space="preserve">    1) &lt;input name="custname"/&gt; aka get_by_role("textbox", name="Customer name:")</w:t>
      </w:r>
    </w:p>
    <w:p>
      <w:pPr>
        <w:spacing w:after="0"/>
        <w:ind w:left="360"/>
        <w:shd w:val="clear" w:color="auto" w:fill="F2F2F2"/>
      </w:pPr>
      <w:r>
        <w:rPr>
          <w:rFonts w:ascii="Consolas" w:hAnsi="Consolas"/>
          <w:sz w:val="18"/>
        </w:rPr>
        <w:t xml:space="preserve">    2) &lt;input type="tel" name="custtel"/&gt; aka get_by_role("textbox", name="Telephone:")</w:t>
      </w:r>
    </w:p>
    <w:p>
      <w:pPr>
        <w:spacing w:after="0"/>
        <w:ind w:left="360"/>
        <w:shd w:val="clear" w:color="auto" w:fill="F2F2F2"/>
      </w:pPr>
      <w:r>
        <w:rPr>
          <w:rFonts w:ascii="Consolas" w:hAnsi="Consolas"/>
          <w:sz w:val="18"/>
        </w:rPr>
        <w:t xml:space="preserve">    3) &lt;input type="email" name="custemail"/&gt; aka get_by_role("textbox", name="E-mail address:")</w:t>
      </w:r>
    </w:p>
    <w:p>
      <w:pPr>
        <w:spacing w:after="0"/>
        <w:ind w:left="360"/>
        <w:shd w:val="clear" w:color="auto" w:fill="F2F2F2"/>
      </w:pPr>
      <w:r>
        <w:rPr>
          <w:rFonts w:ascii="Consolas" w:hAnsi="Consolas"/>
          <w:sz w:val="18"/>
        </w:rPr>
        <w:t xml:space="preserve">    4) &lt;input name="size" type="radio" value="small"/&gt; aka get_by_role("radio", name="Small")</w:t>
      </w:r>
    </w:p>
    <w:p>
      <w:pPr>
        <w:spacing w:after="0"/>
        <w:ind w:left="360"/>
        <w:shd w:val="clear" w:color="auto" w:fill="F2F2F2"/>
      </w:pPr>
      <w:r>
        <w:rPr>
          <w:rFonts w:ascii="Consolas" w:hAnsi="Consolas"/>
          <w:sz w:val="18"/>
        </w:rPr>
        <w:t xml:space="preserve">    5) &lt;input name="size" type="radio" value="medium"/&gt; aka get_by_role("radio", name="Medium")</w:t>
      </w:r>
    </w:p>
    <w:p>
      <w:pPr>
        <w:spacing w:after="0"/>
        <w:ind w:left="360"/>
        <w:shd w:val="clear" w:color="auto" w:fill="F2F2F2"/>
      </w:pPr>
      <w:r>
        <w:rPr>
          <w:rFonts w:ascii="Consolas" w:hAnsi="Consolas"/>
          <w:sz w:val="18"/>
        </w:rPr>
        <w:t xml:space="preserve">    6) &lt;input name="size" type="radio" value="large"/&gt; aka get_by_role("radio", name="Large")</w:t>
      </w:r>
    </w:p>
    <w:p>
      <w:pPr>
        <w:spacing w:after="0"/>
        <w:ind w:left="360"/>
        <w:shd w:val="clear" w:color="auto" w:fill="F2F2F2"/>
      </w:pPr>
      <w:r>
        <w:rPr>
          <w:rFonts w:ascii="Consolas" w:hAnsi="Consolas"/>
          <w:sz w:val="18"/>
        </w:rPr>
        <w:t>…</w:t>
      </w:r>
    </w:p>
    <w:p>
      <w:pPr>
        <w:spacing w:after="40"/>
      </w:pPr>
    </w:p>
    <w:p>
      <w:pPr>
        <w:spacing w:after="80"/>
      </w:pPr>
      <w:r>
        <w:rPr>
          <w:b w:val="0"/>
          <w:i w:val="0"/>
        </w:rPr>
        <w:t xml:space="preserve">Bạn có thể thấy các gợi ý trong mã lỗi về việc dùng các lệnh gọi cụ thể tới </w:t>
      </w:r>
      <w:r>
        <w:rPr>
          <w:rFonts w:ascii="Consolas" w:hAnsi="Consolas"/>
          <w:b w:val="0"/>
          <w:i w:val="0"/>
          <w:sz w:val="20"/>
        </w:rPr>
        <w:br/>
        <w:br/>
        <w:t xml:space="preserve">      get_by_role</w:t>
        <w:br/>
        <w:t xml:space="preserve">     </w:t>
        <w:br/>
      </w:r>
      <w:r>
        <w:rPr>
          <w:b w:val="0"/>
          <w:i w:val="0"/>
        </w:rPr>
        <w:t xml:space="preserve"> . Hàm này hoạt động theo cách tương tự như </w:t>
      </w:r>
      <w:r>
        <w:rPr>
          <w:rFonts w:ascii="Consolas" w:hAnsi="Consolas"/>
          <w:b w:val="0"/>
          <w:i w:val="0"/>
          <w:sz w:val="20"/>
        </w:rPr>
        <w:br/>
        <w:br/>
        <w:t xml:space="preserve">      locator</w:t>
        <w:br/>
        <w:t xml:space="preserve">     </w:t>
        <w:br/>
      </w:r>
      <w:r>
        <w:rPr>
          <w:b w:val="0"/>
          <w:i w:val="0"/>
        </w:rPr>
        <w:t xml:space="preserve"> . Bạn có một số lựa chọn thay thế sẵn có, như </w:t>
      </w:r>
      <w:r>
        <w:rPr>
          <w:rFonts w:ascii="Consolas" w:hAnsi="Consolas"/>
          <w:b w:val="0"/>
          <w:i w:val="0"/>
          <w:sz w:val="20"/>
        </w:rPr>
        <w:br/>
        <w:br/>
        <w:t xml:space="preserve">      get_by_role, get_by_text</w:t>
        <w:br/>
        <w:t xml:space="preserve">     </w:t>
        <w:br/>
      </w:r>
      <w:r>
        <w:rPr>
          <w:b w:val="0"/>
          <w:i w:val="0"/>
        </w:rPr>
        <w:t xml:space="preserve"> , </w:t>
      </w:r>
      <w:r>
        <w:rPr>
          <w:rFonts w:ascii="Consolas" w:hAnsi="Consolas"/>
          <w:b w:val="0"/>
          <w:i w:val="0"/>
          <w:sz w:val="20"/>
        </w:rPr>
        <w:br/>
        <w:br/>
        <w:t xml:space="preserve">      get_by_label</w:t>
        <w:br/>
        <w:t xml:space="preserve">     </w:t>
        <w:br/>
      </w:r>
      <w:r>
        <w:rPr>
          <w:b w:val="0"/>
          <w:i w:val="0"/>
        </w:rPr>
        <w:t xml:space="preserve"> , v.v. Kiểm tra tài liệu playwright để biết thêm chi tiết.</w:t>
      </w:r>
    </w:p>
    <w:p>
      <w:pPr>
        <w:spacing w:after="80"/>
      </w:pPr>
      <w:r>
        <w:rPr>
          <w:b w:val="0"/>
          <w:i w:val="0"/>
        </w:rPr>
        <w:t>Đôi khi, việc mở một trình duyệt có thể bất tiện. Theo mặc định, Playwright khởi động trình duyệt ở chế độ headless (không giao diện) và điều khiển nó từ đó, như thế này:</w:t>
      </w:r>
    </w:p>
    <w:p>
      <w:pPr>
        <w:spacing w:after="0"/>
        <w:ind w:left="360"/>
        <w:shd w:val="clear" w:color="auto" w:fill="F2F2F2"/>
      </w:pPr>
      <w:r>
        <w:rPr>
          <w:rFonts w:ascii="Consolas" w:hAnsi="Consolas"/>
          <w:sz w:val="18"/>
        </w:rPr>
        <w:t>&gt;&gt;&gt; from playwright.sync_api import sync_playwright</w:t>
      </w:r>
    </w:p>
    <w:p>
      <w:pPr>
        <w:spacing w:after="0"/>
        <w:ind w:left="360"/>
        <w:shd w:val="clear" w:color="auto" w:fill="F2F2F2"/>
      </w:pPr>
      <w:r>
        <w:rPr>
          <w:rFonts w:ascii="Consolas" w:hAnsi="Consolas"/>
          <w:sz w:val="18"/>
        </w:rPr>
        <w:t>&gt;&gt;&gt; playwright = sync_playwright().start()</w:t>
      </w:r>
    </w:p>
    <w:p>
      <w:pPr>
        <w:spacing w:after="0"/>
        <w:ind w:left="360"/>
        <w:shd w:val="clear" w:color="auto" w:fill="F2F2F2"/>
      </w:pPr>
      <w:r>
        <w:rPr>
          <w:rFonts w:ascii="Consolas" w:hAnsi="Consolas"/>
          <w:sz w:val="18"/>
        </w:rPr>
        <w:t>&gt;&gt;&gt; page = browser.new_page()</w:t>
      </w:r>
    </w:p>
    <w:p>
      <w:pPr>
        <w:spacing w:after="0"/>
        <w:ind w:left="360"/>
        <w:shd w:val="clear" w:color="auto" w:fill="F2F2F2"/>
      </w:pPr>
      <w:r>
        <w:rPr>
          <w:rFonts w:ascii="Consolas" w:hAnsi="Consolas"/>
          <w:sz w:val="18"/>
        </w:rPr>
        <w:t>&gt;&gt;&gt; page.goto('https://httpbin.org/forms/post')</w:t>
      </w:r>
    </w:p>
    <w:p>
      <w:pPr>
        <w:spacing w:after="40"/>
      </w:pPr>
    </w:p>
    <w:p>
      <w:pPr>
        <w:spacing w:after="80"/>
      </w:pPr>
      <w:r>
        <w:rPr>
          <w:b w:val="0"/>
          <w:i w:val="0"/>
        </w:rPr>
        <w:t>Trang sẽ không được hiển thị ra bên ngoài, nhưng Playwright có một biểu diễn nội bộ. Dù sao thì vẫn có thể lưu một 'screenshot' (ảnh chụp màn hình) bằng dòng sau:</w:t>
      </w:r>
    </w:p>
    <w:p>
      <w:pPr>
        <w:spacing w:after="0"/>
        <w:ind w:left="360"/>
        <w:shd w:val="clear" w:color="auto" w:fill="F2F2F2"/>
      </w:pPr>
      <w:r>
        <w:rPr>
          <w:rFonts w:ascii="Consolas" w:hAnsi="Consolas"/>
          <w:sz w:val="18"/>
        </w:rPr>
        <w:t>&gt;&gt;&gt; img = page.screenshot(path='screenshot.png')</w:t>
      </w:r>
    </w:p>
    <w:p>
      <w:pPr>
        <w:spacing w:after="40"/>
      </w:pPr>
    </w:p>
    <w:p>
      <w:pPr>
        <w:spacing w:after="80"/>
      </w:pPr>
      <w:r>
        <w:rPr>
          <w:b w:val="0"/>
          <w:i w:val="0"/>
        </w:rPr>
        <w:t xml:space="preserve">Để minh họa sự khác biệt, có một script được chuẩn bị sẵn trong repo GitHub tại </w:t>
      </w:r>
      <w:r>
        <w:rPr>
          <w:rFonts w:ascii="Consolas" w:hAnsi="Consolas"/>
          <w:b w:val="0"/>
          <w:i w:val="0"/>
          <w:sz w:val="20"/>
        </w:rPr>
        <w:br/>
        <w:br/>
        <w:t xml:space="preserve">       https://github.com/PacktPublishing/Python-Automation-Cookbook-Third-Edition/blob/main/ch03/playwright_form.py</w:t>
        <w:br/>
        <w:t xml:space="preserve">      </w:t>
        <w:br/>
      </w:r>
      <w:r>
        <w:rPr>
          <w:b w:val="0"/>
          <w:i w:val="0"/>
        </w:rPr>
        <w:t xml:space="preserve"> , có thể kiểm tra bằng</w:t>
      </w:r>
    </w:p>
    <w:p>
      <w:pPr>
        <w:spacing w:after="0"/>
        <w:ind w:left="360"/>
        <w:shd w:val="clear" w:color="auto" w:fill="F2F2F2"/>
      </w:pPr>
      <w:r>
        <w:rPr>
          <w:rFonts w:ascii="Consolas" w:hAnsi="Consolas"/>
          <w:sz w:val="18"/>
        </w:rPr>
        <w:t>$ uv run playwright_form.py</w:t>
      </w:r>
    </w:p>
    <w:p>
      <w:pPr>
        <w:spacing w:after="0"/>
        <w:ind w:left="360"/>
        <w:shd w:val="clear" w:color="auto" w:fill="F2F2F2"/>
      </w:pPr>
      <w:r>
        <w:rPr>
          <w:rFonts w:ascii="Consolas" w:hAnsi="Consolas"/>
          <w:sz w:val="18"/>
        </w:rPr>
        <w:t>$ uv run playwright_form.py --headless</w:t>
      </w:r>
    </w:p>
    <w:p>
      <w:pPr>
        <w:spacing w:after="40"/>
      </w:pPr>
    </w:p>
    <w:p>
      <w:pPr>
        <w:spacing w:after="80"/>
      </w:pPr>
      <w:r>
        <w:rPr>
          <w:b w:val="0"/>
          <w:i w:val="0"/>
        </w:rPr>
        <w:t>Để dễ thấy các thay đổi hơn, có một độ trễ vài giây được thêm vào ở chế độ không headless (non-headless).</w:t>
      </w:r>
    </w:p>
    <w:p>
      <w:pPr>
        <w:spacing w:after="80"/>
      </w:pPr>
      <w:r>
        <w:rPr>
          <w:b w:val="0"/>
          <w:i w:val="0"/>
        </w:rPr>
        <w:t xml:space="preserve">Đây là tài liệu đầy đủ về Python Playwright: </w:t>
      </w:r>
      <w:r>
        <w:rPr>
          <w:rFonts w:ascii="Consolas" w:hAnsi="Consolas"/>
          <w:b w:val="0"/>
          <w:i w:val="0"/>
          <w:sz w:val="20"/>
        </w:rPr>
        <w:br/>
        <w:br/>
        <w:t xml:space="preserve">       https://playwright.dev/python/</w:t>
        <w:br/>
        <w:t xml:space="preserve">      </w:t>
        <w:br/>
      </w:r>
      <w:r>
        <w:rPr>
          <w:b w:val="0"/>
          <w:i w:val="0"/>
        </w:rPr>
        <w:t xml:space="preserve"> .</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Phân tích cú pháp HTML (Parsing HTML) </w:t>
      </w:r>
      <w:r>
        <w:rPr>
          <w:b w:val="0"/>
          <w:i w:val="0"/>
        </w:rPr>
        <w:t xml:space="preserve"> , ở phần trước trong chương này, để học cách phân tích các phần tử trong HTML.</w:t>
      </w:r>
    </w:p>
    <w:p>
      <w:pPr>
        <w:spacing w:after="80"/>
        <w:ind w:left="360"/>
      </w:pPr>
      <w:r>
        <w:t xml:space="preserve">• </w:t>
      </w:r>
      <w:r>
        <w:rPr>
          <w:b w:val="0"/>
          <w:i w:val="0"/>
        </w:rPr>
        <w:t xml:space="preserve">Công thức </w:t>
      </w:r>
      <w:r>
        <w:rPr>
          <w:b w:val="0"/>
          <w:i/>
        </w:rPr>
        <w:t xml:space="preserve"> Tương tác với biểu mẫu (Interacting with forms) </w:t>
      </w:r>
      <w:r>
        <w:rPr>
          <w:b w:val="0"/>
          <w:i w:val="0"/>
        </w:rPr>
        <w:t xml:space="preserve"> , ở phần trước trong chương này, để xem một cách khác để làm việc với biểu mẫu.</w:t>
      </w:r>
    </w:p>
    <w:p>
      <w:pPr>
        <w:pStyle w:val="Heading2"/>
      </w:pPr>
      <w:r>
        <w:rPr>
          <w:rFonts w:ascii="Calibri" w:hAnsi="Calibri"/>
          <w:b/>
          <w:i w:val="0"/>
          <w:sz w:val="32"/>
        </w:rPr>
        <w:t>Truy cập các trang được bảo vệ bằng mật khẩu với xác thực cơ bản (basic authentication)</w:t>
      </w:r>
    </w:p>
    <w:p>
      <w:pPr>
        <w:spacing w:after="80"/>
      </w:pPr>
      <w:r>
        <w:rPr>
          <w:b w:val="0"/>
          <w:i w:val="0"/>
        </w:rPr>
        <w:t>Đôi khi một trang web không mở công khai mà được bảo vệ theo một cách nào đó. Hình thức bảo vệ đơn giản nhất là sử dụng xác thực HTTP cơ bản (basic HTTP authentication), được tích hợp vào hầu hết mọi máy chủ web và triển khai một lược đồ user/password.</w:t>
      </w:r>
    </w:p>
    <w:p>
      <w:pPr>
        <w:pStyle w:val="Heading3"/>
      </w:pPr>
      <w:r>
        <w:rPr>
          <w:rFonts w:ascii="Calibri" w:hAnsi="Calibri"/>
          <w:b/>
          <w:i w:val="0"/>
          <w:sz w:val="26"/>
        </w:rPr>
        <w:t>Chuẩn bị</w:t>
      </w:r>
    </w:p>
    <w:p>
      <w:pPr>
        <w:spacing w:after="80"/>
      </w:pPr>
      <w:r>
        <w:rPr>
          <w:b w:val="0"/>
          <w:i w:val="0"/>
        </w:rPr>
        <w:t xml:space="preserve">Chúng ta có thể kiểm tra loại xác thực này tại </w:t>
      </w:r>
      <w:r>
        <w:rPr>
          <w:rFonts w:ascii="Consolas" w:hAnsi="Consolas"/>
          <w:b w:val="0"/>
          <w:i w:val="0"/>
          <w:sz w:val="20"/>
        </w:rPr>
        <w:br/>
        <w:br/>
        <w:t xml:space="preserve">       https://httpbin.org</w:t>
        <w:br/>
        <w:t xml:space="preserve">      </w:t>
        <w:br/>
      </w:r>
      <w:r>
        <w:rPr>
          <w:b w:val="0"/>
          <w:i w:val="0"/>
        </w:rPr>
        <w:t xml:space="preserve"> .</w:t>
      </w:r>
    </w:p>
    <w:p>
      <w:pPr>
        <w:spacing w:after="80"/>
      </w:pPr>
      <w:r>
        <w:rPr>
          <w:b w:val="0"/>
          <w:i w:val="0"/>
        </w:rPr>
        <w:t xml:space="preserve">Nó có một đường dẫn, </w:t>
      </w:r>
      <w:r>
        <w:rPr>
          <w:rFonts w:ascii="Consolas" w:hAnsi="Consolas"/>
          <w:b w:val="0"/>
          <w:i w:val="0"/>
          <w:sz w:val="20"/>
        </w:rPr>
        <w:br/>
        <w:br/>
        <w:t xml:space="preserve">      /basic‑auth/{user}/{password},</w:t>
        <w:br/>
        <w:t xml:space="preserve">     </w:t>
        <w:br/>
      </w:r>
      <w:r>
        <w:rPr>
          <w:b w:val="0"/>
          <w:i w:val="0"/>
        </w:rPr>
        <w:t xml:space="preserve"> buộc phải xác thực với user và password đã nêu. Điều này rất tiện lợi để hiểu cách xác thực hoạt động.</w:t>
      </w:r>
    </w:p>
    <w:p>
      <w:pPr>
        <w:pStyle w:val="Heading3"/>
      </w:pPr>
      <w:r>
        <w:rPr>
          <w:rFonts w:ascii="Calibri" w:hAnsi="Calibri"/>
          <w:b/>
          <w:i w:val="0"/>
          <w:sz w:val="26"/>
        </w:rPr>
        <w:t>Cách thực hiện...</w:t>
      </w:r>
    </w:p>
    <w:p>
      <w:pPr>
        <w:spacing w:after="80"/>
        <w:ind w:left="360"/>
      </w:pPr>
      <w:r>
        <w:t xml:space="preserve">1. </w:t>
      </w:r>
      <w:r>
        <w:rPr>
          <w:b w:val="0"/>
          <w:i w:val="0"/>
        </w:rPr>
        <w:t xml:space="preserve">Import </w:t>
      </w:r>
      <w:r>
        <w:rPr>
          <w:rFonts w:ascii="Consolas" w:hAnsi="Consolas"/>
          <w:b w:val="0"/>
          <w:i w:val="0"/>
          <w:sz w:val="20"/>
        </w:rPr>
        <w:br/>
        <w:br/>
        <w:t xml:space="preserve">       requests</w:t>
        <w:br/>
        <w:t xml:space="preserve">      </w:t>
        <w:br/>
      </w:r>
      <w:r>
        <w:rPr>
          <w:b w:val="0"/>
          <w:i w:val="0"/>
        </w:rPr>
        <w:t xml:space="preserve"> :</w:t>
      </w:r>
    </w:p>
    <w:p>
      <w:pPr>
        <w:spacing w:after="0"/>
        <w:ind w:left="360"/>
        <w:shd w:val="clear" w:color="auto" w:fill="F2F2F2"/>
      </w:pPr>
      <w:r>
        <w:rPr>
          <w:rFonts w:ascii="Consolas" w:hAnsi="Consolas"/>
          <w:sz w:val="18"/>
        </w:rPr>
        <w:t>&gt;&gt;&gt; import requests</w:t>
      </w:r>
    </w:p>
    <w:p>
      <w:pPr>
        <w:spacing w:after="40"/>
      </w:pPr>
    </w:p>
    <w:p>
      <w:pPr>
        <w:spacing w:after="80"/>
        <w:ind w:left="360"/>
      </w:pPr>
      <w:r>
        <w:t xml:space="preserve">2. </w:t>
      </w:r>
      <w:r>
        <w:rPr>
          <w:b w:val="0"/>
          <w:i w:val="0"/>
        </w:rPr>
        <w:t>Thực hiện một yêu cầu GET đến URL với thông tin đăng nhập đúng. Lưu ý rằng chúng ta đặt thông tin đăng nhập trên URL là 'user' và 'psswd':</w:t>
      </w:r>
    </w:p>
    <w:p>
      <w:pPr>
        <w:spacing w:after="0"/>
        <w:ind w:left="360"/>
        <w:shd w:val="clear" w:color="auto" w:fill="F2F2F2"/>
      </w:pPr>
      <w:r>
        <w:rPr>
          <w:rFonts w:ascii="Consolas" w:hAnsi="Consolas"/>
          <w:sz w:val="18"/>
        </w:rPr>
        <w:t>&gt;&gt;&gt; requests.get('https://httpbin.org/basic-auth/user/psswd',</w:t>
      </w:r>
    </w:p>
    <w:p>
      <w:pPr>
        <w:spacing w:after="0"/>
        <w:ind w:left="360"/>
        <w:shd w:val="clear" w:color="auto" w:fill="F2F2F2"/>
      </w:pPr>
      <w:r>
        <w:rPr>
          <w:rFonts w:ascii="Consolas" w:hAnsi="Consolas"/>
          <w:sz w:val="18"/>
        </w:rPr>
        <w:t xml:space="preserve">                 auth=('user', 'psswd'))</w:t>
      </w:r>
    </w:p>
    <w:p>
      <w:pPr>
        <w:spacing w:after="0"/>
        <w:ind w:left="360"/>
        <w:shd w:val="clear" w:color="auto" w:fill="F2F2F2"/>
      </w:pPr>
      <w:r>
        <w:rPr>
          <w:rFonts w:ascii="Consolas" w:hAnsi="Consolas"/>
          <w:sz w:val="18"/>
        </w:rPr>
        <w:t>&lt;Response [200]&gt;</w:t>
      </w:r>
    </w:p>
    <w:p>
      <w:pPr>
        <w:spacing w:after="40"/>
      </w:pPr>
    </w:p>
    <w:p>
      <w:pPr>
        <w:spacing w:after="80"/>
        <w:ind w:left="360"/>
      </w:pPr>
      <w:r>
        <w:t xml:space="preserve">3. </w:t>
      </w:r>
      <w:r>
        <w:rPr>
          <w:b w:val="0"/>
          <w:i w:val="0"/>
        </w:rPr>
        <w:t>Sử dụng thông tin đăng nhập sai để trả về mã trạng thái 401 (unauthorized):</w:t>
      </w:r>
    </w:p>
    <w:p>
      <w:pPr>
        <w:spacing w:after="0"/>
        <w:ind w:left="360"/>
        <w:shd w:val="clear" w:color="auto" w:fill="F2F2F2"/>
      </w:pPr>
      <w:r>
        <w:rPr>
          <w:rFonts w:ascii="Consolas" w:hAnsi="Consolas"/>
          <w:sz w:val="18"/>
        </w:rPr>
        <w:t>&gt;&gt;&gt; requests.get('https://httpbin.org/basic-auth/user/psswd',</w:t>
      </w:r>
    </w:p>
    <w:p>
      <w:pPr>
        <w:spacing w:after="0"/>
        <w:ind w:left="360"/>
        <w:shd w:val="clear" w:color="auto" w:fill="F2F2F2"/>
      </w:pPr>
      <w:r>
        <w:rPr>
          <w:rFonts w:ascii="Consolas" w:hAnsi="Consolas"/>
          <w:sz w:val="18"/>
        </w:rPr>
        <w:t xml:space="preserve">                 auth=('user', 'wrong'))</w:t>
      </w:r>
    </w:p>
    <w:p>
      <w:pPr>
        <w:spacing w:after="0"/>
        <w:ind w:left="360"/>
        <w:shd w:val="clear" w:color="auto" w:fill="F2F2F2"/>
      </w:pPr>
      <w:r>
        <w:rPr>
          <w:rFonts w:ascii="Consolas" w:hAnsi="Consolas"/>
          <w:sz w:val="18"/>
        </w:rPr>
        <w:t>&lt;Response [401]&gt;</w:t>
      </w:r>
    </w:p>
    <w:p>
      <w:pPr>
        <w:spacing w:after="40"/>
      </w:pPr>
    </w:p>
    <w:p>
      <w:pPr>
        <w:spacing w:after="80"/>
      </w:pPr>
      <w:r>
        <w:rPr>
          <w:b w:val="0"/>
          <w:i w:val="0"/>
        </w:rPr>
        <w:t xml:space="preserve">Thông tin đăng nhập cũng có thể được truyền trực tiếp như một phần của URL, phân tách bằng dấu hai chấm và ký hiệu </w:t>
      </w:r>
      <w:r>
        <w:rPr>
          <w:rFonts w:ascii="Consolas" w:hAnsi="Consolas"/>
          <w:b w:val="0"/>
          <w:i w:val="0"/>
          <w:sz w:val="20"/>
        </w:rPr>
        <w:br/>
        <w:br/>
        <w:t xml:space="preserve">      @</w:t>
        <w:br/>
        <w:t xml:space="preserve">     </w:t>
        <w:br/>
      </w:r>
      <w:r>
        <w:rPr>
          <w:b w:val="0"/>
          <w:i w:val="0"/>
        </w:rPr>
        <w:t xml:space="preserve"> trước máy chủ, như thế này:</w:t>
      </w:r>
    </w:p>
    <w:p>
      <w:pPr>
        <w:spacing w:after="0"/>
        <w:ind w:left="360"/>
        <w:shd w:val="clear" w:color="auto" w:fill="F2F2F2"/>
      </w:pPr>
      <w:r>
        <w:rPr>
          <w:rFonts w:ascii="Consolas" w:hAnsi="Consolas"/>
          <w:sz w:val="18"/>
        </w:rPr>
        <w:t>&gt;&gt;&gt; requests.get('https://user:psswd@httpbin.org/basic-auth/user/psswd')</w:t>
      </w:r>
    </w:p>
    <w:p>
      <w:pPr>
        <w:spacing w:after="0"/>
        <w:ind w:left="360"/>
        <w:shd w:val="clear" w:color="auto" w:fill="F2F2F2"/>
      </w:pPr>
      <w:r>
        <w:rPr>
          <w:rFonts w:ascii="Consolas" w:hAnsi="Consolas"/>
          <w:sz w:val="18"/>
        </w:rPr>
        <w:t>&lt;Response [200]&gt;</w:t>
      </w:r>
    </w:p>
    <w:p>
      <w:pPr>
        <w:spacing w:after="0"/>
        <w:ind w:left="360"/>
        <w:shd w:val="clear" w:color="auto" w:fill="F2F2F2"/>
      </w:pPr>
      <w:r>
        <w:rPr>
          <w:rFonts w:ascii="Consolas" w:hAnsi="Consolas"/>
          <w:sz w:val="18"/>
        </w:rPr>
        <w:t>&gt;&gt;&gt; requests.get('https://user:wrong@httpbin.org/basic-auth/user/psswd')</w:t>
      </w:r>
    </w:p>
    <w:p>
      <w:pPr>
        <w:spacing w:after="0"/>
        <w:ind w:left="360"/>
        <w:shd w:val="clear" w:color="auto" w:fill="F2F2F2"/>
      </w:pPr>
      <w:r>
        <w:rPr>
          <w:rFonts w:ascii="Consolas" w:hAnsi="Consolas"/>
          <w:sz w:val="18"/>
        </w:rPr>
        <w:t>&lt;Response [401]&gt;</w:t>
      </w:r>
    </w:p>
    <w:p>
      <w:pPr>
        <w:spacing w:after="40"/>
      </w:pPr>
    </w:p>
    <w:p>
      <w:pPr>
        <w:pStyle w:val="Heading3"/>
      </w:pPr>
      <w:r>
        <w:rPr>
          <w:rFonts w:ascii="Calibri" w:hAnsi="Calibri"/>
          <w:b/>
          <w:i w:val="0"/>
          <w:sz w:val="26"/>
        </w:rPr>
        <w:t>Cách nó hoạt động...</w:t>
      </w:r>
    </w:p>
    <w:p>
      <w:pPr>
        <w:spacing w:after="80"/>
      </w:pPr>
      <w:r>
        <w:rPr>
          <w:b w:val="0"/>
          <w:i w:val="0"/>
        </w:rPr>
        <w:t xml:space="preserve">Vì xác thực cơ bản HTTP (HTTP basic authentication) được hỗ trợ ở mọi nơi, nên việc hỗ trợ từ </w:t>
      </w:r>
      <w:r>
        <w:rPr>
          <w:rFonts w:ascii="Consolas" w:hAnsi="Consolas"/>
          <w:b w:val="0"/>
          <w:i w:val="0"/>
          <w:sz w:val="20"/>
        </w:rPr>
        <w:br/>
        <w:br/>
        <w:t xml:space="preserve">      requests</w:t>
        <w:br/>
        <w:t xml:space="preserve">     </w:t>
        <w:br/>
      </w:r>
      <w:r>
        <w:rPr>
          <w:b w:val="0"/>
          <w:i w:val="0"/>
        </w:rPr>
        <w:t xml:space="preserve"> rất dễ dàng.</w:t>
      </w:r>
    </w:p>
    <w:p>
      <w:pPr>
        <w:spacing w:after="80"/>
      </w:pPr>
      <w:r>
        <w:rPr>
          <w:b w:val="0"/>
          <w:i/>
        </w:rPr>
        <w:t>Bước 2</w:t>
      </w:r>
      <w:r>
        <w:rPr>
          <w:b w:val="0"/>
          <w:i w:val="0"/>
        </w:rPr>
        <w:t xml:space="preserve"> và </w:t>
      </w:r>
      <w:r>
        <w:rPr>
          <w:b w:val="0"/>
          <w:i/>
        </w:rPr>
        <w:t>Bước 4</w:t>
      </w:r>
      <w:r>
        <w:rPr>
          <w:b w:val="0"/>
          <w:i w:val="0"/>
        </w:rPr>
        <w:t xml:space="preserve"> trong phần </w:t>
      </w:r>
      <w:r>
        <w:rPr>
          <w:b w:val="0"/>
          <w:i/>
        </w:rPr>
        <w:t>Cách thực hiện</w:t>
      </w:r>
      <w:r>
        <w:rPr>
          <w:b w:val="0"/>
          <w:i w:val="0"/>
        </w:rPr>
        <w:t xml:space="preserve"> </w:t>
      </w:r>
      <w:r>
        <w:rPr>
          <w:b w:val="0"/>
          <w:i/>
        </w:rPr>
        <w:t>…</w:t>
      </w:r>
      <w:r>
        <w:rPr>
          <w:b w:val="0"/>
          <w:i w:val="0"/>
        </w:rPr>
        <w:t xml:space="preserve"> sẽ chỉ cho bạn cách cung cấp mật khẩu đúng. </w:t>
      </w:r>
      <w:r>
        <w:rPr>
          <w:b w:val="0"/>
          <w:i/>
        </w:rPr>
        <w:t>Bước 3</w:t>
      </w:r>
      <w:r>
        <w:rPr>
          <w:b w:val="0"/>
          <w:i w:val="0"/>
        </w:rPr>
        <w:t xml:space="preserve"> cho thấy điều gì xảy ra khi mật khẩu bị sai.</w:t>
      </w:r>
    </w:p>
    <w:p>
      <w:pPr>
        <w:spacing w:after="80"/>
      </w:pPr>
      <w:r>
        <w:rPr>
          <w:b/>
          <w:i w:val="0"/>
        </w:rPr>
        <w:t>Lưu ý</w:t>
      </w:r>
    </w:p>
    <w:p>
      <w:pPr>
        <w:spacing w:after="80"/>
      </w:pPr>
      <w:r>
        <w:rPr>
          <w:b w:val="0"/>
          <w:i w:val="0"/>
        </w:rPr>
        <w:t xml:space="preserve">Hãy nhớ </w:t>
      </w:r>
      <w:r>
        <w:rPr>
          <w:b/>
          <w:i w:val="0"/>
        </w:rPr>
        <w:t>luôn sử dụng HTTPS</w:t>
      </w:r>
      <w:r>
        <w:rPr>
          <w:b w:val="0"/>
          <w:i w:val="0"/>
        </w:rPr>
        <w:t xml:space="preserve"> để đảm bảo việc gửi mật khẩu được giữ bí mật. Nếu bạn dùng HTTP, mật khẩu sẽ được gửi công khai qua internet, khiến những kẻ nghe lén có thể bắt được nó.</w:t>
      </w:r>
    </w:p>
    <w:p>
      <w:pPr>
        <w:pStyle w:val="Heading3"/>
      </w:pPr>
      <w:r>
        <w:rPr>
          <w:rFonts w:ascii="Calibri" w:hAnsi="Calibri"/>
          <w:b/>
          <w:i w:val="0"/>
          <w:sz w:val="26"/>
        </w:rPr>
        <w:t>Còn nhiều thứ khác...</w:t>
      </w:r>
    </w:p>
    <w:p>
      <w:pPr>
        <w:spacing w:after="80"/>
      </w:pPr>
      <w:r>
        <w:rPr>
          <w:b w:val="0"/>
          <w:i w:val="0"/>
        </w:rPr>
        <w:t>Việc thêm tên người dùng và mật khẩu vào URL cũng hoạt động trên trình duyệt. Hãy thử truy cập trang trực tiếp để thấy một hộp thoại yêu cầu tên người dùng và mật khẩu:</w:t>
      </w:r>
    </w:p>
    <w:p>
      <w:pPr>
        <w:jc w:val="center"/>
      </w:pPr>
      <w:r>
        <w:drawing>
          <wp:inline xmlns:a="http://schemas.openxmlformats.org/drawingml/2006/main" xmlns:pic="http://schemas.openxmlformats.org/drawingml/2006/picture">
            <wp:extent cx="5486400" cy="3851932"/>
            <wp:docPr id="18" name="Picture 18"/>
            <wp:cNvGraphicFramePr>
              <a:graphicFrameLocks noChangeAspect="1"/>
            </wp:cNvGraphicFramePr>
            <a:graphic>
              <a:graphicData uri="http://schemas.openxmlformats.org/drawingml/2006/picture">
                <pic:pic>
                  <pic:nvPicPr>
                    <pic:cNvPr id="0" name="B36973_3_8.png"/>
                    <pic:cNvPicPr/>
                  </pic:nvPicPr>
                  <pic:blipFill>
                    <a:blip r:embed="rId26"/>
                    <a:stretch>
                      <a:fillRect/>
                    </a:stretch>
                  </pic:blipFill>
                  <pic:spPr>
                    <a:xfrm>
                      <a:off x="0" y="0"/>
                      <a:ext cx="5486400" cy="3851932"/>
                    </a:xfrm>
                    <a:prstGeom prst="rect"/>
                  </pic:spPr>
                </pic:pic>
              </a:graphicData>
            </a:graphic>
          </wp:inline>
        </w:drawing>
      </w:r>
    </w:p>
    <w:p>
      <w:pPr>
        <w:spacing w:after="160"/>
        <w:jc w:val="center"/>
      </w:pPr>
      <w:r>
        <w:rPr>
          <w:rFonts w:ascii="Calibri" w:hAnsi="Calibri"/>
          <w:b w:val="0"/>
          <w:i/>
          <w:sz w:val="19"/>
        </w:rPr>
        <w:t>Hình 3.8: Trang thông tin đăng nhập người dùng</w:t>
      </w:r>
    </w:p>
    <w:p>
      <w:pPr>
        <w:spacing w:after="80"/>
      </w:pPr>
      <w:r>
        <w:rPr>
          <w:b w:val="0"/>
          <w:i w:val="0"/>
        </w:rPr>
        <w:t xml:space="preserve">Khi dùng URL chứa tên người dùng và mật khẩu, chẳng hạn như </w:t>
      </w:r>
      <w:r>
        <w:rPr>
          <w:rFonts w:ascii="Consolas" w:hAnsi="Consolas"/>
          <w:b w:val="0"/>
          <w:i w:val="0"/>
          <w:sz w:val="20"/>
        </w:rPr>
        <w:br/>
        <w:br/>
        <w:t xml:space="preserve">      https://user:psswd@httpbin.org/basic‑auth/user/psswd</w:t>
        <w:br/>
        <w:t xml:space="preserve">     </w:t>
        <w:br/>
      </w:r>
      <w:r>
        <w:rPr>
          <w:b w:val="0"/>
          <w:i w:val="0"/>
        </w:rPr>
        <w:t xml:space="preserve"> , hộp thoại sẽ không xuất hiện và việc xác thực diễn ra tự động.</w:t>
      </w:r>
    </w:p>
    <w:p>
      <w:pPr>
        <w:spacing w:after="80"/>
      </w:pPr>
      <w:r>
        <w:rPr>
          <w:b w:val="0"/>
          <w:i w:val="0"/>
        </w:rPr>
        <w:t xml:space="preserve">Nếu bạn cần truy cập nhiều trang, bạn có thể tạo một phiên (session) trong </w:t>
      </w:r>
      <w:r>
        <w:rPr>
          <w:rFonts w:ascii="Consolas" w:hAnsi="Consolas"/>
          <w:b w:val="0"/>
          <w:i w:val="0"/>
          <w:sz w:val="20"/>
        </w:rPr>
        <w:br/>
        <w:br/>
        <w:t xml:space="preserve">      requests</w:t>
        <w:br/>
        <w:t xml:space="preserve">     </w:t>
        <w:br/>
      </w:r>
      <w:r>
        <w:rPr>
          <w:b w:val="0"/>
          <w:i w:val="0"/>
        </w:rPr>
        <w:t xml:space="preserve"> và đặt các tham số xác thực để tránh phải nhập chúng ở mọi nơi:</w:t>
      </w:r>
    </w:p>
    <w:p>
      <w:pPr>
        <w:spacing w:after="0"/>
        <w:ind w:left="360"/>
        <w:shd w:val="clear" w:color="auto" w:fill="F2F2F2"/>
      </w:pPr>
      <w:r>
        <w:rPr>
          <w:rFonts w:ascii="Consolas" w:hAnsi="Consolas"/>
          <w:sz w:val="18"/>
        </w:rPr>
        <w:t>&gt;&gt;&gt; s = requests.Session()</w:t>
      </w:r>
    </w:p>
    <w:p>
      <w:pPr>
        <w:spacing w:after="0"/>
        <w:ind w:left="360"/>
        <w:shd w:val="clear" w:color="auto" w:fill="F2F2F2"/>
      </w:pPr>
      <w:r>
        <w:rPr>
          <w:rFonts w:ascii="Consolas" w:hAnsi="Consolas"/>
          <w:sz w:val="18"/>
        </w:rPr>
        <w:t>&gt;&gt;&gt; s.auth = ('user', 'psswd')</w:t>
      </w:r>
    </w:p>
    <w:p>
      <w:pPr>
        <w:spacing w:after="0"/>
        <w:ind w:left="360"/>
        <w:shd w:val="clear" w:color="auto" w:fill="F2F2F2"/>
      </w:pPr>
      <w:r>
        <w:rPr>
          <w:rFonts w:ascii="Consolas" w:hAnsi="Consolas"/>
          <w:sz w:val="18"/>
        </w:rPr>
        <w:t>&gt;&gt;&gt; s.get('https://httpbin.org/basic-auth/user/psswd')</w:t>
      </w:r>
    </w:p>
    <w:p>
      <w:pPr>
        <w:spacing w:after="0"/>
        <w:ind w:left="360"/>
        <w:shd w:val="clear" w:color="auto" w:fill="F2F2F2"/>
      </w:pPr>
      <w:r>
        <w:rPr>
          <w:rFonts w:ascii="Consolas" w:hAnsi="Consolas"/>
          <w:sz w:val="18"/>
        </w:rPr>
        <w:t>&lt;Response [200]&gt;</w:t>
      </w:r>
    </w:p>
    <w:p>
      <w:pPr>
        <w:spacing w:after="40"/>
      </w:pP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Tải xuống các trang web</w:t>
      </w:r>
      <w:r>
        <w:rPr>
          <w:b w:val="0"/>
          <w:i w:val="0"/>
        </w:rPr>
        <w:t>, ở phần trước trong chương này, để tìm hiểu những kiến thức cơ bản về yêu cầu trang web.</w:t>
      </w:r>
    </w:p>
    <w:p>
      <w:pPr>
        <w:spacing w:after="80"/>
        <w:ind w:left="360"/>
      </w:pPr>
      <w:r>
        <w:t xml:space="preserve">• </w:t>
      </w:r>
      <w:r>
        <w:rPr>
          <w:b w:val="0"/>
          <w:i w:val="0"/>
        </w:rPr>
        <w:t xml:space="preserve">Công thức </w:t>
      </w:r>
      <w:r>
        <w:rPr>
          <w:b w:val="0"/>
          <w:i/>
        </w:rPr>
        <w:t>Truy cập các web API</w:t>
      </w:r>
      <w:r>
        <w:rPr>
          <w:b w:val="0"/>
          <w:i w:val="0"/>
        </w:rPr>
        <w:t>, ở phần trước trong chương này, để tìm hiểu cách truy cập các API nằm sau một bức tường xác thực.</w:t>
      </w:r>
    </w:p>
    <w:p>
      <w:pPr>
        <w:spacing w:after="80"/>
        <w:ind w:left="360"/>
      </w:pPr>
      <w:r>
        <w:t xml:space="preserve">• </w:t>
      </w:r>
      <w:r>
        <w:rPr>
          <w:b w:val="0"/>
          <w:i w:val="0"/>
        </w:rPr>
        <w:t xml:space="preserve">Công thức </w:t>
      </w:r>
      <w:r>
        <w:rPr>
          <w:b w:val="0"/>
          <w:i/>
        </w:rPr>
        <w:t>Truy cập các trang web bằng cookie trình duyệt</w:t>
      </w:r>
      <w:r>
        <w:rPr>
          <w:b w:val="0"/>
          <w:i w:val="0"/>
        </w:rPr>
        <w:t>, sắp tới ngay sau đây, để truy cập các trang web có quy trình xác thực phức tạp hơn bằng lập trình.</w:t>
      </w:r>
    </w:p>
    <w:p>
      <w:pPr>
        <w:pStyle w:val="Heading2"/>
      </w:pPr>
      <w:r>
        <w:rPr>
          <w:rFonts w:ascii="Calibri" w:hAnsi="Calibri"/>
          <w:b/>
          <w:i w:val="0"/>
          <w:sz w:val="32"/>
        </w:rPr>
        <w:t>Truy cập các trang web bằng cookie trình duyệt</w:t>
      </w:r>
    </w:p>
    <w:p>
      <w:pPr>
        <w:spacing w:after="80"/>
      </w:pPr>
      <w:r>
        <w:rPr>
          <w:b w:val="0"/>
          <w:i w:val="0"/>
        </w:rPr>
        <w:t xml:space="preserve">Nhiều trang web có thể có quy trình đăng nhập phức tạp hơn xác thực cơ bản. Có thể chúng có tên đăng nhập và mật khẩu, nhưng không cho phép xác thực cơ bản. Hoặc quy trình đăng nhập phức tạp hơn và bao gồm các tính năng như </w:t>
      </w:r>
      <w:r>
        <w:rPr>
          <w:b/>
          <w:i w:val="0"/>
        </w:rPr>
        <w:t>xác thực đa yếu tố</w:t>
      </w:r>
      <w:r>
        <w:rPr>
          <w:b w:val="0"/>
          <w:i w:val="0"/>
        </w:rPr>
        <w:t xml:space="preserve"> ( </w:t>
      </w:r>
      <w:r>
        <w:rPr>
          <w:b/>
          <w:i w:val="0"/>
        </w:rPr>
        <w:t>MFA</w:t>
      </w:r>
      <w:r>
        <w:rPr>
          <w:b w:val="0"/>
          <w:i w:val="0"/>
        </w:rPr>
        <w:t xml:space="preserve"> ).</w:t>
      </w:r>
    </w:p>
    <w:p>
      <w:pPr>
        <w:spacing w:after="80"/>
      </w:pPr>
      <w:r>
        <w:rPr>
          <w:b w:val="0"/>
          <w:i w:val="0"/>
        </w:rPr>
        <w:t>Các phiên làm việc (session) trong trang web về cơ bản được kiểm soát bằng cách lưu trữ một cookie chứa token phiên (session token), mà trình duyệt có thể gửi đến máy chủ web trong mọi giao tiếp của chúng. Việc thiết lập token phiên này có thể yêu cầu nhiều thủ tục, nhưng một khi trình duyệt đã có nó, nó có thể được dùng để xác thực quyền truy cập.</w:t>
      </w:r>
    </w:p>
    <w:p>
      <w:pPr>
        <w:spacing w:after="80"/>
      </w:pPr>
      <w:r>
        <w:rPr>
          <w:b w:val="0"/>
          <w:i w:val="0"/>
        </w:rPr>
        <w:t>Thay vì chuẩn bị chương trình của chúng ta để thực hiện việc đăng nhập, chúng ta có thể thay vào đó lấy cookie phiên này và sử dụng nó.</w:t>
      </w:r>
    </w:p>
    <w:p>
      <w:pPr>
        <w:spacing w:after="80"/>
      </w:pPr>
      <w:r>
        <w:rPr>
          <w:b/>
          <w:i w:val="0"/>
        </w:rPr>
        <w:t>Lưu ý</w:t>
      </w:r>
    </w:p>
    <w:p>
      <w:pPr>
        <w:spacing w:after="80"/>
      </w:pPr>
      <w:r>
        <w:rPr>
          <w:b w:val="0"/>
          <w:i w:val="0"/>
        </w:rPr>
        <w:t>Điều quan trọng là, việc này sẽ xác thực chương trình của chúng ta như chính chúng ta khi thực hiện các yêu cầu. Tuy mạnh mẽ, nhưng điều này cũng nguy hiểm vì nó có thể thực hiện các hành động có thể ảnh hưởng đến tài khoản của chúng ta nếu có bất kỳ vấn đề gì. Hãy cẩn thận và hiểu rõ các rủi ro, đặc biệt là với những trang web lớn có thể có các phương pháp tinh vi để kiểm soát hành vi lạm dụng.</w:t>
      </w:r>
    </w:p>
    <w:p>
      <w:pPr>
        <w:pStyle w:val="Heading3"/>
      </w:pPr>
      <w:r>
        <w:rPr>
          <w:rFonts w:ascii="Calibri" w:hAnsi="Calibri"/>
          <w:b/>
          <w:i w:val="0"/>
          <w:sz w:val="26"/>
        </w:rPr>
        <w:t>Chuẩn bị</w:t>
      </w:r>
    </w:p>
    <w:p>
      <w:pPr>
        <w:spacing w:after="80"/>
      </w:pPr>
      <w:r>
        <w:rPr>
          <w:b w:val="0"/>
          <w:i w:val="0"/>
        </w:rPr>
        <w:t xml:space="preserve">Thêm mô-đun </w:t>
      </w:r>
      <w:r>
        <w:rPr>
          <w:rFonts w:ascii="Consolas" w:hAnsi="Consolas"/>
          <w:b w:val="0"/>
          <w:i w:val="0"/>
          <w:sz w:val="20"/>
        </w:rPr>
        <w:br/>
        <w:br/>
        <w:t xml:space="preserve">      browser_cookie3</w:t>
        <w:br/>
        <w:t xml:space="preserve">     </w:t>
        <w:br/>
      </w:r>
      <w:r>
        <w:rPr>
          <w:b w:val="0"/>
          <w:i w:val="0"/>
        </w:rPr>
        <w:t xml:space="preserve"> vào </w:t>
      </w:r>
      <w:r>
        <w:rPr>
          <w:rFonts w:ascii="Consolas" w:hAnsi="Consolas"/>
          <w:b w:val="0"/>
          <w:i w:val="0"/>
          <w:sz w:val="20"/>
        </w:rPr>
        <w:br/>
        <w:br/>
        <w:t xml:space="preserve">      requirements.txt</w:t>
        <w:br/>
        <w:t xml:space="preserve">     </w:t>
        <w:br/>
      </w:r>
      <w:r>
        <w:rPr>
          <w:b w:val="0"/>
          <w:i w:val="0"/>
        </w:rPr>
        <w:t xml:space="preserve"> và cài đặt nó:</w:t>
      </w:r>
    </w:p>
    <w:p>
      <w:pPr>
        <w:spacing w:after="0"/>
        <w:ind w:left="360"/>
        <w:shd w:val="clear" w:color="auto" w:fill="F2F2F2"/>
      </w:pPr>
      <w:r>
        <w:rPr>
          <w:rFonts w:ascii="Consolas" w:hAnsi="Consolas"/>
          <w:sz w:val="18"/>
        </w:rPr>
        <w:t>$ echo " browser_cookie3==0.20.1" &gt;&gt; requirements.txt</w:t>
      </w:r>
    </w:p>
    <w:p>
      <w:pPr>
        <w:spacing w:after="0"/>
        <w:ind w:left="360"/>
        <w:shd w:val="clear" w:color="auto" w:fill="F2F2F2"/>
      </w:pPr>
      <w:r>
        <w:rPr>
          <w:rFonts w:ascii="Consolas" w:hAnsi="Consolas"/>
          <w:sz w:val="18"/>
        </w:rPr>
        <w:t>$ uv pip install -r requirements.txt</w:t>
      </w:r>
    </w:p>
    <w:p>
      <w:pPr>
        <w:spacing w:after="40"/>
      </w:pPr>
    </w:p>
    <w:p>
      <w:pPr>
        <w:spacing w:after="80"/>
      </w:pPr>
      <w:r>
        <w:rPr>
          <w:b w:val="0"/>
          <w:i w:val="0"/>
        </w:rPr>
        <w:t xml:space="preserve">Chúng ta sẽ truy cập trang chính của GitHub ( </w:t>
      </w:r>
      <w:r>
        <w:rPr>
          <w:rFonts w:ascii="Consolas" w:hAnsi="Consolas"/>
          <w:b w:val="0"/>
          <w:i w:val="0"/>
          <w:sz w:val="20"/>
        </w:rPr>
        <w:br/>
        <w:br/>
        <w:t xml:space="preserve">       https://github.com</w:t>
        <w:br/>
        <w:t xml:space="preserve">      </w:t>
        <w:br/>
      </w:r>
      <w:r>
        <w:rPr>
          <w:b w:val="0"/>
          <w:i w:val="0"/>
        </w:rPr>
        <w:t xml:space="preserve"> ), vì vậy trước tiên hãy đảm bảo rằng bạn có một tài khoản. Lưu ý rằng khi bạn chưa đăng nhập vào trang, không có thanh tiêu đề trên cùng với các thông báo của bạn:</w:t>
      </w:r>
    </w:p>
    <w:p>
      <w:pPr>
        <w:jc w:val="center"/>
      </w:pPr>
      <w:r>
        <w:drawing>
          <wp:inline xmlns:a="http://schemas.openxmlformats.org/drawingml/2006/main" xmlns:pic="http://schemas.openxmlformats.org/drawingml/2006/picture">
            <wp:extent cx="5486400" cy="2981509"/>
            <wp:docPr id="19" name="Picture 19"/>
            <wp:cNvGraphicFramePr>
              <a:graphicFrameLocks noChangeAspect="1"/>
            </wp:cNvGraphicFramePr>
            <a:graphic>
              <a:graphicData uri="http://schemas.openxmlformats.org/drawingml/2006/picture">
                <pic:pic>
                  <pic:nvPicPr>
                    <pic:cNvPr id="0" name="B36973_3_9.png"/>
                    <pic:cNvPicPr/>
                  </pic:nvPicPr>
                  <pic:blipFill>
                    <a:blip r:embed="rId27"/>
                    <a:stretch>
                      <a:fillRect/>
                    </a:stretch>
                  </pic:blipFill>
                  <pic:spPr>
                    <a:xfrm>
                      <a:off x="0" y="0"/>
                      <a:ext cx="5486400" cy="2981509"/>
                    </a:xfrm>
                    <a:prstGeom prst="rect"/>
                  </pic:spPr>
                </pic:pic>
              </a:graphicData>
            </a:graphic>
          </wp:inline>
        </w:drawing>
      </w:r>
    </w:p>
    <w:p>
      <w:pPr>
        <w:spacing w:after="160"/>
        <w:jc w:val="center"/>
      </w:pPr>
      <w:r>
        <w:rPr>
          <w:rFonts w:ascii="Calibri" w:hAnsi="Calibri"/>
          <w:b w:val="0"/>
          <w:i/>
          <w:sz w:val="19"/>
        </w:rPr>
        <w:t>Hình 3.9: Trang đăng nhập của GitHub</w:t>
      </w:r>
    </w:p>
    <w:p>
      <w:pPr>
        <w:spacing w:after="80"/>
      </w:pPr>
      <w:r>
        <w:rPr>
          <w:b w:val="0"/>
          <w:i w:val="0"/>
        </w:rPr>
        <w:t>Tuy nhiên, khi bạn đã đăng nhập, có một thanh tiêu đề hiển thị các thông báo cá nhân của bạn. Hãy chú ý biểu tượng hộp thư đến ở góc trên bên phải, với một chấm màu xanh, bên cạnh ảnh đại diện của bạn:</w:t>
      </w:r>
    </w:p>
    <w:p>
      <w:pPr>
        <w:jc w:val="center"/>
      </w:pPr>
      <w:r>
        <w:drawing>
          <wp:inline xmlns:a="http://schemas.openxmlformats.org/drawingml/2006/main" xmlns:pic="http://schemas.openxmlformats.org/drawingml/2006/picture">
            <wp:extent cx="5486400" cy="1284244"/>
            <wp:docPr id="20" name="Picture 20"/>
            <wp:cNvGraphicFramePr>
              <a:graphicFrameLocks noChangeAspect="1"/>
            </wp:cNvGraphicFramePr>
            <a:graphic>
              <a:graphicData uri="http://schemas.openxmlformats.org/drawingml/2006/picture">
                <pic:pic>
                  <pic:nvPicPr>
                    <pic:cNvPr id="0" name="B36973_3_10.png"/>
                    <pic:cNvPicPr/>
                  </pic:nvPicPr>
                  <pic:blipFill>
                    <a:blip r:embed="rId28"/>
                    <a:stretch>
                      <a:fillRect/>
                    </a:stretch>
                  </pic:blipFill>
                  <pic:spPr>
                    <a:xfrm>
                      <a:off x="0" y="0"/>
                      <a:ext cx="5486400" cy="1284244"/>
                    </a:xfrm>
                    <a:prstGeom prst="rect"/>
                  </pic:spPr>
                </pic:pic>
              </a:graphicData>
            </a:graphic>
          </wp:inline>
        </w:drawing>
      </w:r>
    </w:p>
    <w:p>
      <w:pPr>
        <w:spacing w:after="160"/>
        <w:jc w:val="center"/>
      </w:pPr>
      <w:r>
        <w:rPr>
          <w:rFonts w:ascii="Calibri" w:hAnsi="Calibri"/>
          <w:b w:val="0"/>
          <w:i/>
          <w:sz w:val="19"/>
        </w:rPr>
        <w:t>Hình 3.10: Phần trên của trang GitHub khi đã đăng nhập</w:t>
      </w:r>
    </w:p>
    <w:p>
      <w:pPr>
        <w:spacing w:after="80"/>
      </w:pPr>
      <w:r>
        <w:rPr>
          <w:b w:val="0"/>
          <w:i w:val="0"/>
        </w:rPr>
        <w:t xml:space="preserve">Chúng ta sẽ tìm kiếm phần tử </w:t>
      </w:r>
      <w:r>
        <w:rPr>
          <w:rFonts w:ascii="Consolas" w:hAnsi="Consolas"/>
          <w:b w:val="0"/>
          <w:i w:val="0"/>
          <w:sz w:val="20"/>
        </w:rPr>
        <w:br/>
        <w:br/>
        <w:t xml:space="preserve">      &lt;tool‑tip id="notification‑indicator‑tooltip"&gt;</w:t>
        <w:br/>
        <w:t xml:space="preserve">     </w:t>
        <w:br/>
      </w:r>
    </w:p>
    <w:p>
      <w:pPr>
        <w:spacing w:after="80"/>
      </w:pPr>
      <w:r>
        <w:rPr>
          <w:b w:val="0"/>
          <w:i w:val="0"/>
        </w:rPr>
        <w:t>Trước khi bắt đầu, hãy xác minh rằng bạn đã đăng nhập vào GitHub trong trình duyệt của mình. Chúng ta sẽ giả định đó là Chrome.</w:t>
      </w:r>
    </w:p>
    <w:p>
      <w:pPr>
        <w:pStyle w:val="Heading3"/>
      </w:pPr>
      <w:r>
        <w:rPr>
          <w:rFonts w:ascii="Calibri" w:hAnsi="Calibri"/>
          <w:b/>
          <w:i w:val="0"/>
          <w:sz w:val="26"/>
        </w:rPr>
        <w:t>Cách thực hiện...</w:t>
      </w:r>
    </w:p>
    <w:p>
      <w:pPr>
        <w:spacing w:after="80"/>
        <w:ind w:left="360"/>
      </w:pPr>
      <w:r>
        <w:t xml:space="preserve">1. </w:t>
      </w:r>
      <w:r>
        <w:rPr>
          <w:b w:val="0"/>
          <w:i w:val="0"/>
        </w:rPr>
        <w:t xml:space="preserve">Import các mô-đun </w:t>
      </w:r>
      <w:r>
        <w:rPr>
          <w:rFonts w:ascii="Consolas" w:hAnsi="Consolas"/>
          <w:b w:val="0"/>
          <w:i w:val="0"/>
          <w:sz w:val="20"/>
        </w:rPr>
        <w:br/>
        <w:br/>
        <w:t xml:space="preserve">       requests</w:t>
        <w:br/>
        <w:t xml:space="preserve">      </w:t>
        <w:br/>
      </w:r>
      <w:r>
        <w:rPr>
          <w:b w:val="0"/>
          <w:i w:val="0"/>
        </w:rPr>
        <w:t xml:space="preserve"> và </w:t>
      </w:r>
      <w:r>
        <w:rPr>
          <w:rFonts w:ascii="Consolas" w:hAnsi="Consolas"/>
          <w:b w:val="0"/>
          <w:i w:val="0"/>
          <w:sz w:val="20"/>
        </w:rPr>
        <w:br/>
        <w:br/>
        <w:t xml:space="preserve">       BeautifulSoup</w:t>
        <w:br/>
        <w:t xml:space="preserve">      </w:t>
        <w:br/>
      </w:r>
      <w:r>
        <w:rPr>
          <w:b w:val="0"/>
          <w:i w:val="0"/>
        </w:rPr>
        <w:t>:</w:t>
      </w:r>
    </w:p>
    <w:p>
      <w:pPr>
        <w:spacing w:after="0"/>
        <w:ind w:left="360"/>
        <w:shd w:val="clear" w:color="auto" w:fill="F2F2F2"/>
      </w:pPr>
      <w:r>
        <w:rPr>
          <w:rFonts w:ascii="Consolas" w:hAnsi="Consolas"/>
          <w:sz w:val="18"/>
        </w:rPr>
        <w:t>&gt;&gt;&gt; import requests</w:t>
      </w:r>
    </w:p>
    <w:p>
      <w:pPr>
        <w:spacing w:after="0"/>
        <w:ind w:left="360"/>
        <w:shd w:val="clear" w:color="auto" w:fill="F2F2F2"/>
      </w:pPr>
      <w:r>
        <w:rPr>
          <w:rFonts w:ascii="Consolas" w:hAnsi="Consolas"/>
          <w:sz w:val="18"/>
        </w:rPr>
        <w:t>&gt;&gt;&gt; from bs4 import BeautifulSoup</w:t>
      </w:r>
    </w:p>
    <w:p>
      <w:pPr>
        <w:spacing w:after="40"/>
      </w:pPr>
    </w:p>
    <w:p>
      <w:pPr>
        <w:spacing w:after="80"/>
        <w:ind w:left="360"/>
      </w:pPr>
      <w:r>
        <w:t xml:space="preserve">2. </w:t>
      </w:r>
      <w:r>
        <w:rPr>
          <w:b w:val="0"/>
          <w:i w:val="0"/>
        </w:rPr>
        <w:t>Lấy URL chính của GitHub:</w:t>
      </w:r>
    </w:p>
    <w:p>
      <w:pPr>
        <w:spacing w:after="0"/>
        <w:ind w:left="360"/>
        <w:shd w:val="clear" w:color="auto" w:fill="F2F2F2"/>
      </w:pPr>
      <w:r>
        <w:rPr>
          <w:rFonts w:ascii="Consolas" w:hAnsi="Consolas"/>
          <w:sz w:val="18"/>
        </w:rPr>
        <w:t>&gt;&gt;&gt; response = requests.get('https://github.com')</w:t>
      </w:r>
    </w:p>
    <w:p>
      <w:pPr>
        <w:spacing w:after="0"/>
        <w:ind w:left="360"/>
        <w:shd w:val="clear" w:color="auto" w:fill="F2F2F2"/>
      </w:pPr>
      <w:r>
        <w:rPr>
          <w:rFonts w:ascii="Consolas" w:hAnsi="Consolas"/>
          <w:sz w:val="18"/>
        </w:rPr>
        <w:t>&gt;&gt;&gt; content = BeautifulSoup(response.text, 'html.parser')</w:t>
      </w:r>
    </w:p>
    <w:p>
      <w:pPr>
        <w:spacing w:after="40"/>
      </w:pPr>
    </w:p>
    <w:p>
      <w:pPr>
        <w:spacing w:after="80"/>
        <w:ind w:left="360"/>
      </w:pPr>
      <w:r>
        <w:t xml:space="preserve">3. </w:t>
      </w:r>
      <w:r>
        <w:rPr>
          <w:b w:val="0"/>
          <w:i w:val="0"/>
        </w:rPr>
        <w:t xml:space="preserve">Tìm kiếm tooltip </w:t>
      </w:r>
      <w:r>
        <w:rPr>
          <w:rFonts w:ascii="Consolas" w:hAnsi="Consolas"/>
          <w:b w:val="0"/>
          <w:i w:val="0"/>
          <w:sz w:val="20"/>
        </w:rPr>
        <w:br/>
        <w:br/>
        <w:t xml:space="preserve">       &lt;tool‑tip id="notification‑indicator‑tooltip"&gt;</w:t>
        <w:br/>
        <w:t xml:space="preserve">      </w:t>
        <w:br/>
      </w:r>
      <w:r>
        <w:rPr>
          <w:b w:val="0"/>
          <w:i w:val="0"/>
        </w:rPr>
        <w:t xml:space="preserve"> và thấy nó không có ở đó:</w:t>
      </w:r>
    </w:p>
    <w:p>
      <w:pPr>
        <w:spacing w:after="0"/>
        <w:ind w:left="360"/>
        <w:shd w:val="clear" w:color="auto" w:fill="F2F2F2"/>
      </w:pPr>
      <w:r>
        <w:rPr>
          <w:rFonts w:ascii="Consolas" w:hAnsi="Consolas"/>
          <w:sz w:val="18"/>
        </w:rPr>
        <w:t>&gt;&gt;&gt; content.find_all('tool-tip', id='notification-indicator-tooltip')</w:t>
      </w:r>
    </w:p>
    <w:p>
      <w:pPr>
        <w:spacing w:after="0"/>
        <w:ind w:left="360"/>
        <w:shd w:val="clear" w:color="auto" w:fill="F2F2F2"/>
      </w:pPr>
      <w:r>
        <w:rPr>
          <w:rFonts w:ascii="Consolas" w:hAnsi="Consolas"/>
          <w:sz w:val="18"/>
        </w:rPr>
        <w:t>[]</w:t>
      </w:r>
    </w:p>
    <w:p>
      <w:pPr>
        <w:spacing w:after="40"/>
      </w:pPr>
    </w:p>
    <w:p>
      <w:pPr>
        <w:spacing w:after="80"/>
        <w:ind w:left="360"/>
      </w:pPr>
      <w:r>
        <w:t xml:space="preserve">4. </w:t>
      </w:r>
      <w:r>
        <w:rPr>
          <w:b w:val="0"/>
          <w:i w:val="0"/>
        </w:rPr>
        <w:t>Import browser_cookie3:</w:t>
      </w:r>
    </w:p>
    <w:p>
      <w:pPr>
        <w:spacing w:after="0"/>
        <w:ind w:left="360"/>
        <w:shd w:val="clear" w:color="auto" w:fill="F2F2F2"/>
      </w:pPr>
      <w:r>
        <w:rPr>
          <w:rFonts w:ascii="Consolas" w:hAnsi="Consolas"/>
          <w:sz w:val="18"/>
        </w:rPr>
        <w:t>&gt;&gt;&gt; import browser_cookie3</w:t>
      </w:r>
    </w:p>
    <w:p>
      <w:pPr>
        <w:spacing w:after="40"/>
      </w:pPr>
    </w:p>
    <w:p>
      <w:pPr>
        <w:spacing w:after="80"/>
        <w:ind w:left="360"/>
      </w:pPr>
      <w:r>
        <w:t xml:space="preserve">5. </w:t>
      </w:r>
      <w:r>
        <w:rPr>
          <w:b w:val="0"/>
          <w:i w:val="0"/>
        </w:rPr>
        <w:t>Lấy cookies từ Chrome. Bạn có thể cần cấp quyền trong hệ điều hành của mình.</w:t>
      </w:r>
    </w:p>
    <w:p>
      <w:pPr>
        <w:spacing w:after="0"/>
        <w:ind w:left="360"/>
        <w:shd w:val="clear" w:color="auto" w:fill="F2F2F2"/>
      </w:pPr>
      <w:r>
        <w:rPr>
          <w:rFonts w:ascii="Consolas" w:hAnsi="Consolas"/>
          <w:sz w:val="18"/>
        </w:rPr>
        <w:t>&gt;&gt;&gt; cookies = browser_cookie3.chrome()</w:t>
      </w:r>
    </w:p>
    <w:p>
      <w:pPr>
        <w:spacing w:after="40"/>
      </w:pPr>
    </w:p>
    <w:p>
      <w:pPr>
        <w:spacing w:after="80"/>
        <w:ind w:left="360"/>
      </w:pPr>
      <w:r>
        <w:t xml:space="preserve">6. </w:t>
      </w:r>
      <w:r>
        <w:rPr>
          <w:b w:val="0"/>
          <w:i w:val="0"/>
        </w:rPr>
        <w:t>Gọi lại GitHub, lần này dùng cookies, rồi phân tích cú pháp lại:</w:t>
      </w:r>
    </w:p>
    <w:p>
      <w:pPr>
        <w:spacing w:after="0"/>
        <w:ind w:left="360"/>
        <w:shd w:val="clear" w:color="auto" w:fill="F2F2F2"/>
      </w:pPr>
      <w:r>
        <w:rPr>
          <w:rFonts w:ascii="Consolas" w:hAnsi="Consolas"/>
          <w:sz w:val="18"/>
        </w:rPr>
        <w:t>&gt;&gt;&gt; response = requests.get('https://github.com', cookies=cookies)</w:t>
      </w:r>
    </w:p>
    <w:p>
      <w:pPr>
        <w:spacing w:after="0"/>
        <w:ind w:left="360"/>
        <w:shd w:val="clear" w:color="auto" w:fill="F2F2F2"/>
      </w:pPr>
      <w:r>
        <w:rPr>
          <w:rFonts w:ascii="Consolas" w:hAnsi="Consolas"/>
          <w:sz w:val="18"/>
        </w:rPr>
        <w:t>&gt;&gt;&gt; content = BeautifulSoup(response.text, 'html.parser')</w:t>
      </w:r>
    </w:p>
    <w:p>
      <w:pPr>
        <w:spacing w:after="40"/>
      </w:pPr>
    </w:p>
    <w:p>
      <w:pPr>
        <w:spacing w:after="80"/>
        <w:ind w:left="360"/>
      </w:pPr>
      <w:r>
        <w:t xml:space="preserve">7. </w:t>
      </w:r>
      <w:r>
        <w:rPr>
          <w:b w:val="0"/>
          <w:i w:val="0"/>
        </w:rPr>
        <w:t>Tìm tooltip một lần nữa. Lần này nó đã xuất hiện:</w:t>
      </w:r>
    </w:p>
    <w:p>
      <w:pPr>
        <w:spacing w:after="0"/>
        <w:ind w:left="360"/>
        <w:shd w:val="clear" w:color="auto" w:fill="F2F2F2"/>
      </w:pPr>
      <w:r>
        <w:rPr>
          <w:rFonts w:ascii="Consolas" w:hAnsi="Consolas"/>
          <w:sz w:val="18"/>
        </w:rPr>
        <w:t>&gt;&gt;&gt; content.find_all('tool-tip', id='notification-indicator-tooltip')</w:t>
      </w:r>
    </w:p>
    <w:p>
      <w:pPr>
        <w:spacing w:after="0"/>
        <w:ind w:left="360"/>
        <w:shd w:val="clear" w:color="auto" w:fill="F2F2F2"/>
      </w:pPr>
      <w:r>
        <w:rPr>
          <w:rFonts w:ascii="Consolas" w:hAnsi="Consolas"/>
          <w:sz w:val="18"/>
        </w:rPr>
        <w:t>[&lt;tool-tip class="sr-only position-absolute" data-direction="s" data-target="notification-indicator.tooltip" data-type="label" data-view-component="true" for="AppHeader-notifications-button" id="notification-indicator-tooltip" popover="manual"&gt;Notifications&lt;/tool-tip&gt;]</w:t>
      </w:r>
    </w:p>
    <w:p>
      <w:pPr>
        <w:spacing w:after="40"/>
      </w:pPr>
    </w:p>
    <w:p>
      <w:pPr>
        <w:pStyle w:val="Heading3"/>
      </w:pPr>
      <w:r>
        <w:rPr>
          <w:rFonts w:ascii="Calibri" w:hAnsi="Calibri"/>
          <w:b/>
          <w:i w:val="0"/>
          <w:sz w:val="26"/>
        </w:rPr>
        <w:t>Cách hoạt động...</w:t>
      </w:r>
    </w:p>
    <w:p>
      <w:pPr>
        <w:spacing w:after="80"/>
      </w:pPr>
      <w:r>
        <w:rPr>
          <w:b w:val="0"/>
          <w:i/>
        </w:rPr>
        <w:t>Bước 1</w:t>
      </w:r>
      <w:r>
        <w:rPr>
          <w:b w:val="0"/>
          <w:i w:val="0"/>
        </w:rPr>
        <w:t xml:space="preserve"> đến </w:t>
      </w:r>
      <w:r>
        <w:rPr>
          <w:b w:val="0"/>
          <w:i/>
        </w:rPr>
        <w:t>Bước 3</w:t>
      </w:r>
      <w:r>
        <w:rPr>
          <w:b w:val="0"/>
          <w:i w:val="0"/>
        </w:rPr>
        <w:t xml:space="preserve"> khá đơn giản và lấy được trang chính, nhưng lúc đó người dùng GitHub chưa đăng nhập, vì chúng ta đang truy cập trang từ một phiên mới.</w:t>
      </w:r>
    </w:p>
    <w:p>
      <w:pPr>
        <w:spacing w:after="80"/>
      </w:pPr>
      <w:r>
        <w:rPr>
          <w:b w:val="0"/>
          <w:i w:val="0"/>
        </w:rPr>
        <w:t xml:space="preserve">Trong </w:t>
      </w:r>
      <w:r>
        <w:rPr>
          <w:b w:val="0"/>
          <w:i/>
        </w:rPr>
        <w:t>Bước 5</w:t>
      </w:r>
      <w:r>
        <w:rPr>
          <w:b w:val="0"/>
          <w:i w:val="0"/>
        </w:rPr>
        <w:t xml:space="preserve">, dùng gói </w:t>
      </w:r>
      <w:r>
        <w:rPr>
          <w:rFonts w:ascii="Consolas" w:hAnsi="Consolas"/>
          <w:b w:val="0"/>
          <w:i w:val="0"/>
          <w:sz w:val="20"/>
        </w:rPr>
        <w:br/>
        <w:br/>
        <w:t xml:space="preserve">      browser_cookie3</w:t>
        <w:br/>
        <w:t xml:space="preserve">     </w:t>
        <w:br/>
      </w:r>
      <w:r>
        <w:rPr>
          <w:b w:val="0"/>
          <w:i w:val="0"/>
        </w:rPr>
        <w:t>, chúng ta lấy cookies từ trình duyệt Chrome của mình, nơi đã đăng nhập vào trang. Chúng ta dùng cookies làm tham số để lấy lại trang ở bước tiếp theo. Lần này, chúng ta kế thừa phiên đang mở trong trình duyệt rồi lấy phản hồi, vì chúng ta đã đăng nhập.</w:t>
      </w:r>
    </w:p>
    <w:p>
      <w:pPr>
        <w:pStyle w:val="Heading3"/>
      </w:pPr>
      <w:r>
        <w:rPr>
          <w:rFonts w:ascii="Calibri" w:hAnsi="Calibri"/>
          <w:b/>
          <w:i w:val="0"/>
          <w:sz w:val="26"/>
        </w:rPr>
        <w:t>Còn nhiều thứ khác...</w:t>
      </w:r>
    </w:p>
    <w:p>
      <w:pPr>
        <w:spacing w:after="80"/>
      </w:pPr>
      <w:r>
        <w:rPr>
          <w:b w:val="0"/>
          <w:i w:val="0"/>
        </w:rPr>
        <w:t>Một thực hành tốt là chỉ lấy số lượng cookies tối thiểu mà chúng ta cần, cho đúng tên miền mà chúng ta cần.</w:t>
      </w:r>
    </w:p>
    <w:p>
      <w:pPr>
        <w:spacing w:after="0"/>
        <w:ind w:left="360"/>
        <w:shd w:val="clear" w:color="auto" w:fill="F2F2F2"/>
      </w:pPr>
      <w:r>
        <w:rPr>
          <w:rFonts w:ascii="Consolas" w:hAnsi="Consolas"/>
          <w:sz w:val="18"/>
        </w:rPr>
        <w:t>&gt;&gt;&gt; cookies2 = browser_cookie3.chrome(domain_name='github.com')</w:t>
      </w:r>
    </w:p>
    <w:p>
      <w:pPr>
        <w:spacing w:after="40"/>
      </w:pPr>
    </w:p>
    <w:p>
      <w:pPr>
        <w:spacing w:after="80"/>
      </w:pPr>
      <w:r>
        <w:rPr>
          <w:b w:val="0"/>
          <w:i w:val="0"/>
        </w:rPr>
        <w:t xml:space="preserve">Cách này an toàn hơn, vì chúng ta chỉ lấy những cookies thật sự cần thiết. Nếu không chỉ định </w:t>
      </w:r>
      <w:r>
        <w:rPr>
          <w:rFonts w:ascii="Consolas" w:hAnsi="Consolas"/>
          <w:b w:val="0"/>
          <w:i w:val="0"/>
          <w:sz w:val="20"/>
        </w:rPr>
        <w:br/>
        <w:br/>
        <w:t xml:space="preserve">      domain_name</w:t>
        <w:br/>
        <w:t xml:space="preserve">     </w:t>
        <w:br/>
      </w:r>
      <w:r>
        <w:rPr>
          <w:b w:val="0"/>
          <w:i w:val="0"/>
        </w:rPr>
        <w:t>, nhiều cookies hơn có thể bị nhập vào. Điều này cho phép yêu cầu truy cập nhiều tên miền hơn dự kiến, có thể gây ra vấn đề bảo mật.</w:t>
      </w:r>
    </w:p>
    <w:p>
      <w:pPr>
        <w:spacing w:after="80"/>
      </w:pPr>
      <w:r>
        <w:rPr>
          <w:b/>
          <w:i w:val="0"/>
        </w:rPr>
        <w:t>Mẹo</w:t>
      </w:r>
    </w:p>
    <w:p>
      <w:pPr>
        <w:spacing w:after="80"/>
      </w:pPr>
      <w:r>
        <w:rPr>
          <w:b w:val="0"/>
          <w:i w:val="0"/>
        </w:rPr>
        <w:t>Ví dụ, bạn cũng có thể đang đăng nhập vào email của mình, khiến script của bạn có thể truy cập nó dù nó không được thiết kế để làm vậy. Hoặc tệ hơn nữa, là ngân hàng của bạn! Luôn chỉ lấy lượng thông tin tối thiểu. Cookies rất nhạy cảm!</w:t>
      </w:r>
    </w:p>
    <w:p>
      <w:pPr>
        <w:spacing w:after="80"/>
      </w:pPr>
      <w:r>
        <w:rPr>
          <w:b w:val="0"/>
          <w:i w:val="0"/>
        </w:rPr>
        <w:t xml:space="preserve">Nếu bạn cần thực hiện nhiều yêu cầu, thay vì truyền cookies, bạn có thể thiết lập một </w:t>
      </w:r>
      <w:r>
        <w:rPr>
          <w:rFonts w:ascii="Consolas" w:hAnsi="Consolas"/>
          <w:b w:val="0"/>
          <w:i w:val="0"/>
          <w:sz w:val="20"/>
        </w:rPr>
        <w:br/>
        <w:br/>
        <w:t xml:space="preserve">      Session</w:t>
        <w:br/>
        <w:t xml:space="preserve">     </w:t>
        <w:br/>
      </w:r>
      <w:r>
        <w:rPr>
          <w:b w:val="0"/>
          <w:i w:val="0"/>
        </w:rPr>
        <w:t xml:space="preserve"> trong </w:t>
      </w:r>
      <w:r>
        <w:rPr>
          <w:rFonts w:ascii="Consolas" w:hAnsi="Consolas"/>
          <w:b w:val="0"/>
          <w:i w:val="0"/>
          <w:sz w:val="20"/>
        </w:rPr>
        <w:br/>
        <w:br/>
        <w:t xml:space="preserve">      requests</w:t>
        <w:br/>
        <w:t xml:space="preserve">     </w:t>
        <w:br/>
      </w:r>
      <w:r>
        <w:rPr>
          <w:b w:val="0"/>
          <w:i w:val="0"/>
        </w:rPr>
        <w:t>, nó sẽ giữ lại mọi cookies được thiết lập và các thay đổi (ghi đè cookies, dọn dẹp, v.v.).</w:t>
      </w:r>
    </w:p>
    <w:p>
      <w:pPr>
        <w:spacing w:after="0"/>
        <w:ind w:left="360"/>
        <w:shd w:val="clear" w:color="auto" w:fill="F2F2F2"/>
      </w:pPr>
      <w:r>
        <w:rPr>
          <w:rFonts w:ascii="Consolas" w:hAnsi="Consolas"/>
          <w:sz w:val="18"/>
        </w:rPr>
        <w:t>&gt;&gt;&gt; with requests.Session() as s:</w:t>
      </w:r>
    </w:p>
    <w:p>
      <w:pPr>
        <w:spacing w:after="0"/>
        <w:ind w:left="360"/>
        <w:shd w:val="clear" w:color="auto" w:fill="F2F2F2"/>
      </w:pPr>
      <w:r>
        <w:rPr>
          <w:rFonts w:ascii="Consolas" w:hAnsi="Consolas"/>
          <w:sz w:val="18"/>
        </w:rPr>
        <w:t>...     response = s.get(url, cookies=cookies)</w:t>
      </w:r>
    </w:p>
    <w:p>
      <w:pPr>
        <w:spacing w:after="0"/>
        <w:ind w:left="360"/>
        <w:shd w:val="clear" w:color="auto" w:fill="F2F2F2"/>
      </w:pPr>
      <w:r>
        <w:rPr>
          <w:rFonts w:ascii="Consolas" w:hAnsi="Consolas"/>
          <w:sz w:val="18"/>
        </w:rPr>
        <w:t>...     response2 = s.get(url)  # This second request will use the cookies</w:t>
      </w:r>
    </w:p>
    <w:p>
      <w:pPr>
        <w:spacing w:after="40"/>
      </w:pPr>
    </w:p>
    <w:p>
      <w:pPr>
        <w:spacing w:after="80"/>
      </w:pPr>
      <w:r>
        <w:rPr>
          <w:b w:val="0"/>
          <w:i w:val="0"/>
        </w:rPr>
        <w:t xml:space="preserve">Xem tài liệu của requests để biết thêm thông tin về cách dùng </w:t>
      </w:r>
      <w:r>
        <w:rPr>
          <w:rFonts w:ascii="Consolas" w:hAnsi="Consolas"/>
          <w:b w:val="0"/>
          <w:i w:val="0"/>
          <w:sz w:val="20"/>
        </w:rPr>
        <w:br/>
        <w:br/>
        <w:t xml:space="preserve">      Sessions</w:t>
        <w:br/>
        <w:t xml:space="preserve">     </w:t>
        <w:br/>
      </w:r>
      <w:r>
        <w:rPr>
          <w:b w:val="0"/>
          <w:i w:val="0"/>
        </w:rPr>
        <w:t xml:space="preserve"> và cookies, tại </w:t>
      </w:r>
      <w:r>
        <w:rPr>
          <w:rFonts w:ascii="Consolas" w:hAnsi="Consolas"/>
          <w:b w:val="0"/>
          <w:i w:val="0"/>
          <w:sz w:val="20"/>
        </w:rPr>
        <w:br/>
        <w:br/>
        <w:t xml:space="preserve">       https://docs.python-requests.org/en/latest/user/advanced/</w:t>
        <w:br/>
        <w:t xml:space="preserve">      </w:t>
        <w:br/>
      </w:r>
      <w:r>
        <w:rPr>
          <w:b w:val="0"/>
          <w:i w:val="0"/>
        </w:rPr>
        <w:t>.</w:t>
      </w:r>
    </w:p>
    <w:p>
      <w:pPr>
        <w:spacing w:after="80"/>
      </w:pPr>
      <w:r>
        <w:rPr>
          <w:b w:val="0"/>
          <w:i w:val="0"/>
        </w:rPr>
        <w:t>Bạn có thể lấy cookies từ nhiều trình duyệt khác nhau, và nên xem tài liệu để biết thông tin cụ thể về các trình duyệt được hỗ trợ.</w:t>
      </w:r>
    </w:p>
    <w:p>
      <w:pPr>
        <w:spacing w:after="80"/>
      </w:pPr>
      <w:r>
        <w:rPr>
          <w:b w:val="0"/>
          <w:i w:val="0"/>
        </w:rPr>
        <w:t xml:space="preserve">Bạn cũng có thể dùng cookies trong Playwright để tạo trải nghiệm trình duyệt đầy đủ, tuy nhiên định dạng của cookies sẽ cần được điều chỉnh. Xem script sau </w:t>
      </w:r>
      <w:r>
        <w:rPr>
          <w:rFonts w:ascii="Consolas" w:hAnsi="Consolas"/>
          <w:b w:val="0"/>
          <w:i w:val="0"/>
          <w:sz w:val="20"/>
        </w:rPr>
        <w:br/>
        <w:br/>
        <w:t xml:space="preserve">      playwright_github.py</w:t>
        <w:br/>
        <w:t xml:space="preserve">     </w:t>
        <w:br/>
      </w:r>
      <w:r>
        <w:rPr>
          <w:b w:val="0"/>
          <w:i w:val="0"/>
        </w:rPr>
        <w:t>:</w:t>
      </w:r>
    </w:p>
    <w:p>
      <w:pPr>
        <w:spacing w:after="0"/>
        <w:ind w:left="360"/>
        <w:shd w:val="clear" w:color="auto" w:fill="F2F2F2"/>
      </w:pPr>
      <w:r>
        <w:rPr>
          <w:rFonts w:ascii="Consolas" w:hAnsi="Consolas"/>
          <w:sz w:val="18"/>
        </w:rPr>
        <w:t>from playwright.sync_api import sync_playwright</w:t>
      </w:r>
    </w:p>
    <w:p>
      <w:pPr>
        <w:spacing w:after="0"/>
        <w:ind w:left="360"/>
        <w:shd w:val="clear" w:color="auto" w:fill="F2F2F2"/>
      </w:pPr>
      <w:r>
        <w:rPr>
          <w:rFonts w:ascii="Consolas" w:hAnsi="Consolas"/>
          <w:sz w:val="18"/>
        </w:rPr>
        <w:t>import time</w:t>
      </w:r>
    </w:p>
    <w:p>
      <w:pPr>
        <w:spacing w:after="0"/>
        <w:ind w:left="360"/>
        <w:shd w:val="clear" w:color="auto" w:fill="F2F2F2"/>
      </w:pPr>
      <w:r>
        <w:rPr>
          <w:rFonts w:ascii="Consolas" w:hAnsi="Consolas"/>
          <w:sz w:val="18"/>
        </w:rPr>
        <w:t>import browser_cookie3</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cookie_to_playwright(c):</w:t>
      </w:r>
    </w:p>
    <w:p>
      <w:pPr>
        <w:spacing w:after="0"/>
        <w:ind w:left="360"/>
        <w:shd w:val="clear" w:color="auto" w:fill="F2F2F2"/>
      </w:pPr>
      <w:r>
        <w:rPr>
          <w:rFonts w:ascii="Consolas" w:hAnsi="Consolas"/>
          <w:sz w:val="18"/>
        </w:rPr>
        <w:t xml:space="preserve">    """Convert browser_cookie3 cookie to Playwright cookie format."""</w:t>
      </w:r>
    </w:p>
    <w:p>
      <w:pPr>
        <w:spacing w:after="0"/>
        <w:ind w:left="360"/>
        <w:shd w:val="clear" w:color="auto" w:fill="F2F2F2"/>
      </w:pPr>
      <w:r>
        <w:rPr>
          <w:rFonts w:ascii="Consolas" w:hAnsi="Consolas"/>
          <w:sz w:val="18"/>
        </w:rPr>
        <w:t xml:space="preserve">    cookie = {</w:t>
      </w:r>
    </w:p>
    <w:p>
      <w:pPr>
        <w:spacing w:after="0"/>
        <w:ind w:left="360"/>
        <w:shd w:val="clear" w:color="auto" w:fill="F2F2F2"/>
      </w:pPr>
      <w:r>
        <w:rPr>
          <w:rFonts w:ascii="Consolas" w:hAnsi="Consolas"/>
          <w:sz w:val="18"/>
        </w:rPr>
        <w:t xml:space="preserve">        "name": c.name,</w:t>
      </w:r>
    </w:p>
    <w:p>
      <w:pPr>
        <w:spacing w:after="0"/>
        <w:ind w:left="360"/>
        <w:shd w:val="clear" w:color="auto" w:fill="F2F2F2"/>
      </w:pPr>
      <w:r>
        <w:rPr>
          <w:rFonts w:ascii="Consolas" w:hAnsi="Consolas"/>
          <w:sz w:val="18"/>
        </w:rPr>
        <w:t xml:space="preserve">        "value": c.value,</w:t>
      </w:r>
    </w:p>
    <w:p>
      <w:pPr>
        <w:spacing w:after="0"/>
        <w:ind w:left="360"/>
        <w:shd w:val="clear" w:color="auto" w:fill="F2F2F2"/>
      </w:pPr>
      <w:r>
        <w:rPr>
          <w:rFonts w:ascii="Consolas" w:hAnsi="Consolas"/>
          <w:sz w:val="18"/>
        </w:rPr>
        <w:t xml:space="preserve">        "domain": c.domain,</w:t>
      </w:r>
    </w:p>
    <w:p>
      <w:pPr>
        <w:spacing w:after="0"/>
        <w:ind w:left="360"/>
        <w:shd w:val="clear" w:color="auto" w:fill="F2F2F2"/>
      </w:pPr>
      <w:r>
        <w:rPr>
          <w:rFonts w:ascii="Consolas" w:hAnsi="Consolas"/>
          <w:sz w:val="18"/>
        </w:rPr>
        <w:t xml:space="preserve">        "path": c.path,</w:t>
      </w:r>
    </w:p>
    <w:p>
      <w:pPr>
        <w:spacing w:after="0"/>
        <w:ind w:left="360"/>
        <w:shd w:val="clear" w:color="auto" w:fill="F2F2F2"/>
      </w:pPr>
      <w:r>
        <w:rPr>
          <w:rFonts w:ascii="Consolas" w:hAnsi="Consolas"/>
          <w:sz w:val="18"/>
        </w:rPr>
        <w:t xml:space="preserve">        "httpOnly": c._rest.get("HttpOnly", False),</w:t>
      </w:r>
    </w:p>
    <w:p>
      <w:pPr>
        <w:spacing w:after="0"/>
        <w:ind w:left="360"/>
        <w:shd w:val="clear" w:color="auto" w:fill="F2F2F2"/>
      </w:pPr>
      <w:r>
        <w:rPr>
          <w:rFonts w:ascii="Consolas" w:hAnsi="Consolas"/>
          <w:sz w:val="18"/>
        </w:rPr>
        <w:t xml:space="preserve">        "secure": bool(c.secure),</w:t>
      </w:r>
    </w:p>
    <w:p>
      <w:pPr>
        <w:spacing w:after="0"/>
        <w:ind w:left="360"/>
        <w:shd w:val="clear" w:color="auto" w:fill="F2F2F2"/>
      </w:pPr>
      <w:r>
        <w:rPr>
          <w:rFonts w:ascii="Consolas" w:hAnsi="Consolas"/>
          <w:sz w:val="18"/>
        </w:rPr>
        <w:t xml:space="preserve">        # Map sameSite if available</w:t>
      </w:r>
    </w:p>
    <w:p>
      <w:pPr>
        <w:spacing w:after="0"/>
        <w:ind w:left="360"/>
        <w:shd w:val="clear" w:color="auto" w:fill="F2F2F2"/>
      </w:pPr>
      <w:r>
        <w:rPr>
          <w:rFonts w:ascii="Consolas" w:hAnsi="Consolas"/>
          <w:sz w:val="18"/>
        </w:rPr>
        <w:t>"sameSite": (</w:t>
      </w:r>
    </w:p>
    <w:p>
      <w:pPr>
        <w:spacing w:after="0"/>
        <w:ind w:left="360"/>
        <w:shd w:val="clear" w:color="auto" w:fill="F2F2F2"/>
      </w:pPr>
      <w:r>
        <w:rPr>
          <w:rFonts w:ascii="Consolas" w:hAnsi="Consolas"/>
          <w:sz w:val="18"/>
        </w:rPr>
        <w:t xml:space="preserve">            "Strict" if c._rest.get("SameSite") == "Strict"</w:t>
      </w:r>
    </w:p>
    <w:p>
      <w:pPr>
        <w:spacing w:after="0"/>
        <w:ind w:left="360"/>
        <w:shd w:val="clear" w:color="auto" w:fill="F2F2F2"/>
      </w:pPr>
      <w:r>
        <w:rPr>
          <w:rFonts w:ascii="Consolas" w:hAnsi="Consolas"/>
          <w:sz w:val="18"/>
        </w:rPr>
        <w:t>else "Lax" if c._rest.get("SameSite") == "Lax"</w:t>
      </w:r>
    </w:p>
    <w:p>
      <w:pPr>
        <w:spacing w:after="0"/>
        <w:ind w:left="360"/>
        <w:shd w:val="clear" w:color="auto" w:fill="F2F2F2"/>
      </w:pPr>
      <w:r>
        <w:rPr>
          <w:rFonts w:ascii="Consolas" w:hAnsi="Consolas"/>
          <w:sz w:val="18"/>
        </w:rPr>
        <w:t>else "None"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if c.expires is not None:</w:t>
      </w:r>
    </w:p>
    <w:p>
      <w:pPr>
        <w:spacing w:after="0"/>
        <w:ind w:left="360"/>
        <w:shd w:val="clear" w:color="auto" w:fill="F2F2F2"/>
      </w:pPr>
      <w:r>
        <w:rPr>
          <w:rFonts w:ascii="Consolas" w:hAnsi="Consolas"/>
          <w:sz w:val="18"/>
        </w:rPr>
        <w:t xml:space="preserve">        cookie["expires"] = c.expires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return cookie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main():</w:t>
      </w:r>
    </w:p>
    <w:p>
      <w:pPr>
        <w:spacing w:after="0"/>
        <w:ind w:left="360"/>
        <w:shd w:val="clear" w:color="auto" w:fill="F2F2F2"/>
      </w:pPr>
      <w:r>
        <w:rPr>
          <w:rFonts w:ascii="Consolas" w:hAnsi="Consolas"/>
          <w:sz w:val="18"/>
        </w:rPr>
        <w:t xml:space="preserve">    cookies = browser_cookie3.chrome(domain_name='github.com')</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playwright = sync_playwright().start()</w:t>
      </w:r>
    </w:p>
    <w:p>
      <w:pPr>
        <w:spacing w:after="0"/>
        <w:ind w:left="360"/>
        <w:shd w:val="clear" w:color="auto" w:fill="F2F2F2"/>
      </w:pPr>
      <w:r>
        <w:rPr>
          <w:rFonts w:ascii="Consolas" w:hAnsi="Consolas"/>
          <w:sz w:val="18"/>
        </w:rPr>
        <w:t xml:space="preserve">    browser = playwright.chromium.launch(headless=False)</w:t>
      </w:r>
    </w:p>
    <w:p>
      <w:pPr>
        <w:spacing w:after="0"/>
        <w:ind w:left="360"/>
        <w:shd w:val="clear" w:color="auto" w:fill="F2F2F2"/>
      </w:pPr>
      <w:r>
        <w:rPr>
          <w:rFonts w:ascii="Consolas" w:hAnsi="Consolas"/>
          <w:sz w:val="18"/>
        </w:rPr>
        <w:t xml:space="preserve">    context = browser.new_context()</w:t>
      </w:r>
    </w:p>
    <w:p>
      <w:pPr>
        <w:spacing w:after="0"/>
        <w:ind w:left="360"/>
        <w:shd w:val="clear" w:color="auto" w:fill="F2F2F2"/>
      </w:pPr>
      <w:r>
        <w:rPr>
          <w:rFonts w:ascii="Consolas" w:hAnsi="Consolas"/>
          <w:sz w:val="18"/>
        </w:rPr>
        <w:t xml:space="preserve">    pw_cookies = [cookie_to_playwright(c) for c in cookies]</w:t>
      </w:r>
    </w:p>
    <w:p>
      <w:pPr>
        <w:spacing w:after="0"/>
        <w:ind w:left="360"/>
        <w:shd w:val="clear" w:color="auto" w:fill="F2F2F2"/>
      </w:pPr>
      <w:r>
        <w:rPr>
          <w:rFonts w:ascii="Consolas" w:hAnsi="Consolas"/>
          <w:sz w:val="18"/>
        </w:rPr>
        <w:t xml:space="preserve">    context.add_cookies(pw_cookies)</w:t>
      </w:r>
    </w:p>
    <w:p>
      <w:pPr>
        <w:spacing w:after="0"/>
        <w:ind w:left="360"/>
        <w:shd w:val="clear" w:color="auto" w:fill="F2F2F2"/>
      </w:pPr>
      <w:r>
        <w:rPr>
          <w:rFonts w:ascii="Consolas" w:hAnsi="Consolas"/>
          <w:sz w:val="18"/>
        </w:rPr>
        <w:t xml:space="preserve">    page = context.new_page()</w:t>
      </w:r>
    </w:p>
    <w:p>
      <w:pPr>
        <w:spacing w:after="0"/>
        <w:ind w:left="360"/>
        <w:shd w:val="clear" w:color="auto" w:fill="F2F2F2"/>
      </w:pPr>
      <w:r>
        <w:rPr>
          <w:rFonts w:ascii="Consolas" w:hAnsi="Consolas"/>
          <w:sz w:val="18"/>
        </w:rPr>
        <w:t xml:space="preserve">    page.goto('https://github.com')</w:t>
      </w:r>
    </w:p>
    <w:p>
      <w:pPr>
        <w:spacing w:after="0"/>
        <w:ind w:left="360"/>
        <w:shd w:val="clear" w:color="auto" w:fill="F2F2F2"/>
      </w:pPr>
      <w:r>
        <w:rPr>
          <w:rFonts w:ascii="Consolas" w:hAnsi="Consolas"/>
          <w:sz w:val="18"/>
        </w:rPr>
        <w:t xml:space="preserve">    time.sleep(10)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if __name__ == "__main__":</w:t>
      </w:r>
    </w:p>
    <w:p>
      <w:pPr>
        <w:spacing w:after="0"/>
        <w:ind w:left="360"/>
        <w:shd w:val="clear" w:color="auto" w:fill="F2F2F2"/>
      </w:pPr>
      <w:r>
        <w:rPr>
          <w:rFonts w:ascii="Consolas" w:hAnsi="Consolas"/>
          <w:sz w:val="18"/>
        </w:rPr>
        <w:t xml:space="preserve">    main()</w:t>
      </w:r>
    </w:p>
    <w:p>
      <w:pPr>
        <w:spacing w:after="40"/>
      </w:pPr>
    </w:p>
    <w:p>
      <w:pPr>
        <w:spacing w:after="80"/>
      </w:pPr>
      <w:r>
        <w:rPr>
          <w:b w:val="0"/>
          <w:i w:val="0"/>
        </w:rPr>
        <w:t>Lưu ý rằng chúng ta đang thêm các cookie vào một context mới. Context là một môi trường biệt lập bên trong một phiên bản trình duyệt, tương tự như cửa sổ ẩn danh (incognito). Chúng ta tạo một trang mới trong context này, và trang đó giờ đây chứa toàn bộ thông tin cookie.</w:t>
      </w:r>
    </w:p>
    <w:p>
      <w:pPr>
        <w:spacing w:after="80"/>
      </w:pPr>
      <w:r>
        <w:rPr>
          <w:b/>
          <w:i w:val="0"/>
        </w:rPr>
        <w:t>Mẹo</w:t>
      </w:r>
    </w:p>
    <w:p>
      <w:pPr>
        <w:spacing w:after="80"/>
      </w:pPr>
      <w:r>
        <w:rPr>
          <w:b w:val="0"/>
          <w:i w:val="0"/>
        </w:rPr>
        <w:t>Chúng ta có thể tạo nhiều context cùng lúc để cung cấp thông tin cookie khác nhau cho mỗi context. Ví dụ, để làm việc với hai người dùng độc lập.</w:t>
      </w:r>
    </w:p>
    <w:p>
      <w:pPr>
        <w:spacing w:after="80"/>
      </w:pPr>
      <w:r>
        <w:rPr>
          <w:b w:val="0"/>
          <w:i w:val="0"/>
        </w:rPr>
        <w:t xml:space="preserve">Tài liệu đầy đủ về </w:t>
      </w:r>
      <w:r>
        <w:rPr>
          <w:rFonts w:ascii="Consolas" w:hAnsi="Consolas"/>
          <w:b w:val="0"/>
          <w:i w:val="0"/>
          <w:sz w:val="20"/>
        </w:rPr>
        <w:br/>
        <w:br/>
        <w:t xml:space="preserve">      browser_cookie3</w:t>
        <w:br/>
        <w:t xml:space="preserve">     </w:t>
        <w:br/>
      </w:r>
      <w:r>
        <w:rPr>
          <w:b w:val="0"/>
          <w:i w:val="0"/>
        </w:rPr>
        <w:t xml:space="preserve"> có thể được tìm thấy ở đây: </w:t>
      </w:r>
      <w:r>
        <w:rPr>
          <w:rFonts w:ascii="Consolas" w:hAnsi="Consolas"/>
          <w:b w:val="0"/>
          <w:i w:val="0"/>
          <w:sz w:val="20"/>
        </w:rPr>
        <w:br/>
        <w:br/>
        <w:t xml:space="preserve">       https://github.com/borisbabic/browser_cookie3</w:t>
        <w:br/>
        <w:t xml:space="preserve">      </w:t>
        <w:br/>
      </w:r>
      <w:r>
        <w:rPr>
          <w:b w:val="0"/>
          <w:i w:val="0"/>
        </w:rPr>
        <w:t xml:space="preserve"> .</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Tải các trang web </w:t>
      </w:r>
      <w:r>
        <w:rPr>
          <w:b w:val="0"/>
          <w:i w:val="0"/>
        </w:rPr>
        <w:t>, ở phần trước trong chương này, để tìm hiểu những kiến thức cơ bản về việc yêu cầu các trang web.</w:t>
      </w:r>
    </w:p>
    <w:p>
      <w:pPr>
        <w:spacing w:after="80"/>
        <w:ind w:left="360"/>
      </w:pPr>
      <w:r>
        <w:t xml:space="preserve">• </w:t>
      </w:r>
      <w:r>
        <w:rPr>
          <w:b w:val="0"/>
          <w:i w:val="0"/>
        </w:rPr>
        <w:t xml:space="preserve">Công thức </w:t>
      </w:r>
      <w:r>
        <w:rPr>
          <w:b w:val="0"/>
          <w:i/>
        </w:rPr>
        <w:t xml:space="preserve"> Phân tích cú pháp HTML </w:t>
      </w:r>
      <w:r>
        <w:rPr>
          <w:b w:val="0"/>
          <w:i w:val="0"/>
        </w:rPr>
        <w:t xml:space="preserve">, ở phần trước trong chương này, để biết thêm thông tin về cách sử dụng </w:t>
      </w:r>
      <w:r>
        <w:rPr>
          <w:rFonts w:ascii="Consolas" w:hAnsi="Consolas"/>
          <w:b w:val="0"/>
          <w:i w:val="0"/>
          <w:sz w:val="20"/>
        </w:rPr>
        <w:br/>
        <w:br/>
        <w:t xml:space="preserve">       BeautifulSoup</w:t>
        <w:br/>
        <w:t xml:space="preserve">      </w:t>
        <w:br/>
      </w:r>
      <w:r>
        <w:rPr>
          <w:b w:val="0"/>
          <w:i w:val="0"/>
        </w:rPr>
        <w:t xml:space="preserve"> để phân tích cú pháp HTML.</w:t>
      </w:r>
    </w:p>
    <w:p>
      <w:pPr>
        <w:spacing w:after="80"/>
        <w:ind w:left="360"/>
      </w:pPr>
      <w:r>
        <w:t xml:space="preserve">• </w:t>
      </w:r>
      <w:r>
        <w:rPr>
          <w:b w:val="0"/>
          <w:i w:val="0"/>
        </w:rPr>
        <w:t xml:space="preserve">Công thức </w:t>
      </w:r>
      <w:r>
        <w:rPr>
          <w:b w:val="0"/>
          <w:i/>
        </w:rPr>
        <w:t xml:space="preserve"> Truy cập các trang được bảo vệ bằng mật khẩu với basic auth </w:t>
      </w:r>
      <w:r>
        <w:rPr>
          <w:b w:val="0"/>
          <w:i w:val="0"/>
        </w:rPr>
        <w:t>, ở phần trước trong chương này, dành cho các trang web sử dụng basic auth để truy cập đơn giản hơn.</w:t>
      </w:r>
    </w:p>
    <w:p>
      <w:pPr>
        <w:spacing w:after="80"/>
        <w:ind w:left="360"/>
      </w:pPr>
      <w:r>
        <w:t xml:space="preserve">• </w:t>
      </w:r>
      <w:r>
        <w:rPr>
          <w:b w:val="0"/>
          <w:i w:val="0"/>
        </w:rPr>
        <w:t xml:space="preserve">Công thức </w:t>
      </w:r>
      <w:r>
        <w:rPr>
          <w:b w:val="0"/>
          <w:i/>
        </w:rPr>
        <w:t xml:space="preserve"> Sử dụng Playwright để tương tác nâng cao </w:t>
      </w:r>
      <w:r>
        <w:rPr>
          <w:b w:val="0"/>
          <w:i w:val="0"/>
        </w:rPr>
        <w:t>, ở phần trước trong chương này, với những kiến thức cơ bản về cách sử dụng Playwright để dùng trình duyệt theo cách lập trình.</w:t>
      </w:r>
    </w:p>
    <w:p>
      <w:pPr>
        <w:pStyle w:val="Heading2"/>
      </w:pPr>
      <w:r>
        <w:rPr>
          <w:rFonts w:ascii="Calibri" w:hAnsi="Calibri"/>
          <w:b/>
          <w:i w:val="0"/>
          <w:sz w:val="32"/>
        </w:rPr>
        <w:t>Tăng tốc thu thập dữ liệu web</w:t>
      </w:r>
    </w:p>
    <w:p>
      <w:pPr>
        <w:spacing w:after="80"/>
      </w:pPr>
      <w:r>
        <w:rPr>
          <w:b w:val="0"/>
          <w:i w:val="0"/>
        </w:rPr>
        <w:t>Phần lớn thời gian dành cho việc tải thông tin từ các trang web thường là thời gian chờ đợi. Một yêu cầu (request) đi từ máy tính của chúng ta đến máy chủ từ xa, được xử lý, rồi chúng ta phải đợi cho đến khi phản hồi (response) được tạo và quay trở lại máy tính của chúng ta.</w:t>
      </w:r>
    </w:p>
    <w:p>
      <w:pPr>
        <w:spacing w:after="80"/>
      </w:pPr>
      <w:r>
        <w:rPr>
          <w:b w:val="0"/>
          <w:i w:val="0"/>
        </w:rPr>
        <w:t>Trong quá trình thực hiện các công thức trong cuốn sách, bạn sẽ nhận thấy có một khoảng chờ trong các lệnh gọi requests, thường khoảng một đến hai giây. Nhưng máy tính có thể làm những việc khác trong lúc chờ đợi, bao gồm việc thực hiện thêm nhiều yêu cầu cùng lúc. Trong công thức này, chúng ta sẽ xem cách tải một danh sách các trang song song và đợi cho đến khi tất cả chúng sẵn sàng. Chúng ta sẽ sử dụng một máy chủ cố tình chậm để cho thấy tại sao việc làm đúng điều này lại đáng giá.</w:t>
      </w:r>
    </w:p>
    <w:p>
      <w:pPr>
        <w:spacing w:after="80"/>
      </w:pPr>
      <w:r>
        <w:rPr>
          <w:b/>
          <w:i w:val="0"/>
        </w:rPr>
        <w:t>Lưu ý</w:t>
      </w:r>
    </w:p>
    <w:p>
      <w:pPr>
        <w:spacing w:after="80"/>
      </w:pPr>
      <w:r>
        <w:rPr>
          <w:b w:val="0"/>
          <w:i w:val="0"/>
        </w:rPr>
        <w:t xml:space="preserve">Hãy lưu ý rằng nhiều trang web trên Internet có các phương pháp để cố gắng giới hạn tốc độ bạn có thể trích xuất thông tin từ chúng. Một số lượng lớn bot và công cụ thu thập dữ liệu đang lạm dụng các trang web, và vì thế bạn có thể thấy rằng một trang web trả về lỗi và giới hạn tốc độ (rate-limit) bạn nếu bạn yêu cầu quá nhiều request liên tiếp nhanh chóng. Mã trạng thái HTTP đúng cho trường hợp đó là </w:t>
      </w:r>
      <w:r>
        <w:rPr>
          <w:rFonts w:ascii="Consolas" w:hAnsi="Consolas"/>
          <w:b w:val="0"/>
          <w:i w:val="0"/>
          <w:sz w:val="20"/>
        </w:rPr>
        <w:br/>
        <w:br/>
        <w:t xml:space="preserve">       429 Too Many Requests</w:t>
        <w:br/>
        <w:t xml:space="preserve">      </w:t>
        <w:br/>
      </w:r>
      <w:r>
        <w:rPr>
          <w:b w:val="0"/>
          <w:i w:val="0"/>
        </w:rPr>
        <w:t xml:space="preserve"> , mặc dù nó có thể không được trả về trong mọi tình huống. Có thể cần phải triển khai một khoảng thời gian hạ nhiệt (cool-down) giữa các request.</w:t>
      </w:r>
    </w:p>
    <w:p>
      <w:pPr>
        <w:spacing w:after="80"/>
      </w:pPr>
      <w:r>
        <w:rPr>
          <w:b w:val="0"/>
          <w:i w:val="0"/>
        </w:rPr>
        <w:t>Hãy có trách nhiệm và cố gắng giới hạn lượng thông tin bạn tải xuống từ các trang web mở.</w:t>
      </w:r>
    </w:p>
    <w:p>
      <w:pPr>
        <w:pStyle w:val="Heading3"/>
      </w:pPr>
      <w:r>
        <w:rPr>
          <w:rFonts w:ascii="Calibri" w:hAnsi="Calibri"/>
          <w:b/>
          <w:i w:val="0"/>
          <w:sz w:val="26"/>
        </w:rPr>
        <w:t>Chuẩn bị</w:t>
      </w:r>
    </w:p>
    <w:p>
      <w:pPr>
        <w:spacing w:after="80"/>
      </w:pPr>
      <w:r>
        <w:rPr>
          <w:b w:val="0"/>
          <w:i w:val="0"/>
        </w:rPr>
        <w:t>Chúng ta sẽ xem code để crawl và tìm kiếm từ khóa, tận dụng khả năng futures của Python 3 để tải nhiều trang cùng lúc.</w:t>
      </w:r>
    </w:p>
    <w:p>
      <w:pPr>
        <w:spacing w:after="80"/>
      </w:pPr>
      <w:r>
        <w:rPr>
          <w:b w:val="0"/>
          <w:i w:val="0"/>
        </w:rPr>
        <w:t xml:space="preserve">Một </w:t>
      </w:r>
      <w:r>
        <w:rPr>
          <w:b/>
          <w:i w:val="0"/>
        </w:rPr>
        <w:t xml:space="preserve"> future </w:t>
      </w:r>
      <w:r>
        <w:rPr>
          <w:b w:val="0"/>
          <w:i w:val="0"/>
        </w:rPr>
        <w:t xml:space="preserve"> là một đối tượng đại diện cho lời hứa về một giá trị. Điều này có nghĩa là bạn nhận được một đối tượng ngay lập tức trong khi code đang chạy ở background – chỉ khi bạn yêu cầu cụ thể </w:t>
      </w:r>
      <w:r>
        <w:rPr>
          <w:rFonts w:ascii="Consolas" w:hAnsi="Consolas"/>
          <w:b w:val="0"/>
          <w:i w:val="0"/>
          <w:sz w:val="20"/>
        </w:rPr>
        <w:br/>
        <w:br/>
        <w:t xml:space="preserve">      .result()</w:t>
        <w:br/>
        <w:t xml:space="preserve">     </w:t>
        <w:br/>
      </w:r>
      <w:r>
        <w:rPr>
          <w:b w:val="0"/>
          <w:i w:val="0"/>
        </w:rPr>
        <w:t xml:space="preserve"> , code mới chờ cho đến khi kết quả sẵn sàng.</w:t>
      </w:r>
    </w:p>
    <w:p>
      <w:pPr>
        <w:spacing w:after="80"/>
      </w:pPr>
      <w:r>
        <w:rPr>
          <w:b/>
          <w:i w:val="0"/>
        </w:rPr>
        <w:t>Lưu ý</w:t>
      </w:r>
    </w:p>
    <w:p>
      <w:pPr>
        <w:spacing w:after="80"/>
      </w:pPr>
      <w:r>
        <w:rPr>
          <w:b w:val="0"/>
          <w:i w:val="0"/>
        </w:rPr>
        <w:t xml:space="preserve">Nếu kết quả đã sẵn sàng khi bạn gọi </w:t>
      </w:r>
      <w:r>
        <w:rPr>
          <w:rFonts w:ascii="Consolas" w:hAnsi="Consolas"/>
          <w:b w:val="0"/>
          <w:i w:val="0"/>
          <w:sz w:val="20"/>
        </w:rPr>
        <w:br/>
        <w:br/>
        <w:t xml:space="preserve">       result()</w:t>
        <w:br/>
        <w:t xml:space="preserve">      </w:t>
        <w:br/>
      </w:r>
      <w:r>
        <w:rPr>
          <w:b w:val="0"/>
          <w:i w:val="0"/>
        </w:rPr>
        <w:t xml:space="preserve"> , nó sẽ trả về ngay lập tức, giúp nhanh hơn. Hãy nghĩ về thao tác này như việc bỏ đồ vào máy giặt trong khi làm các việc khác. Có khả năng là đồ giặt sẽ xong trước khi chúng ta hoàn thành các việc nhà còn lại.</w:t>
      </w:r>
    </w:p>
    <w:p>
      <w:pPr>
        <w:spacing w:after="80"/>
      </w:pPr>
      <w:r>
        <w:rPr>
          <w:b w:val="0"/>
          <w:i w:val="0"/>
        </w:rPr>
        <w:t xml:space="preserve">Để tạo một future, bạn cần một engine chạy nền, gọi là </w:t>
      </w:r>
      <w:r>
        <w:rPr>
          <w:b/>
          <w:i w:val="0"/>
        </w:rPr>
        <w:t xml:space="preserve"> executor </w:t>
      </w:r>
      <w:r>
        <w:rPr>
          <w:b w:val="0"/>
          <w:i w:val="0"/>
        </w:rPr>
        <w:t xml:space="preserve"> . Sau khi tạo xong, hãy gửi một hàm cùng các tham số của nó để nhận về một future. Việc lấy kết quả có thể bị trì hoãn bao lâu tùy ý, cho phép tạo ra nhiều future liên tiếp; sau đó chúng ta có thể chờ cho đến khi tất cả hoàn thành và thực thi chúng song song. Đây là một giải pháp thay thế cho việc tạo một cái, chờ nó xong, tạo cái khác, và cứ thế tiếp tục.</w:t>
      </w:r>
    </w:p>
    <w:p>
      <w:pPr>
        <w:spacing w:after="80"/>
      </w:pPr>
      <w:r>
        <w:rPr>
          <w:b w:val="0"/>
          <w:i w:val="0"/>
        </w:rPr>
        <w:t xml:space="preserve">Có nhiều cách để tạo một executor, nhưng trong công thức này chúng ta sẽ dùng </w:t>
      </w:r>
      <w:r>
        <w:rPr>
          <w:rFonts w:ascii="Consolas" w:hAnsi="Consolas"/>
          <w:b w:val="0"/>
          <w:i w:val="0"/>
          <w:sz w:val="20"/>
        </w:rPr>
        <w:br/>
        <w:br/>
        <w:t xml:space="preserve">      ThreadPoolExecutor</w:t>
        <w:br/>
        <w:t xml:space="preserve">     </w:t>
        <w:br/>
      </w:r>
      <w:r>
        <w:rPr>
          <w:b w:val="0"/>
          <w:i w:val="0"/>
        </w:rPr>
        <w:t xml:space="preserve"> , sử dụng các thread.</w:t>
      </w:r>
    </w:p>
    <w:p>
      <w:pPr>
        <w:spacing w:after="80"/>
      </w:pPr>
      <w:r>
        <w:rPr>
          <w:b w:val="0"/>
          <w:i w:val="0"/>
        </w:rPr>
        <w:t xml:space="preserve">Chúng ta sẽ dùng một ví dụ đã chuẩn bị sẵn, có tại GitHub repo sau: </w:t>
      </w:r>
      <w:r>
        <w:rPr>
          <w:rFonts w:ascii="Consolas" w:hAnsi="Consolas"/>
          <w:b w:val="0"/>
          <w:i w:val="0"/>
          <w:sz w:val="20"/>
        </w:rPr>
        <w:br/>
        <w:br/>
        <w:t xml:space="preserve">       https://github.com/PacktPublishing/Python-Automation-Cookbook-Third-Edition/tree/main/ch03/test_site</w:t>
        <w:br/>
        <w:t xml:space="preserve">      </w:t>
        <w:br/>
      </w:r>
      <w:r>
        <w:rPr>
          <w:b w:val="0"/>
          <w:i w:val="0"/>
        </w:rPr>
        <w:t xml:space="preserve"> . Tải toàn bộ site về và chạy script đi kèm:</w:t>
      </w:r>
    </w:p>
    <w:p>
      <w:pPr>
        <w:spacing w:after="0"/>
        <w:ind w:left="360"/>
        <w:shd w:val="clear" w:color="auto" w:fill="F2F2F2"/>
      </w:pPr>
      <w:r>
        <w:rPr>
          <w:rFonts w:ascii="Consolas" w:hAnsi="Consolas"/>
          <w:sz w:val="18"/>
        </w:rPr>
        <w:t>$ uv run simple_delay_server.py -d 2</w:t>
      </w:r>
    </w:p>
    <w:p>
      <w:pPr>
        <w:spacing w:after="40"/>
      </w:pPr>
    </w:p>
    <w:p>
      <w:pPr>
        <w:spacing w:after="80"/>
      </w:pPr>
      <w:r>
        <w:rPr>
          <w:b w:val="0"/>
          <w:i w:val="0"/>
        </w:rPr>
        <w:t xml:space="preserve">Lệnh này phục vụ site tại URL </w:t>
      </w:r>
      <w:r>
        <w:rPr>
          <w:rFonts w:ascii="Consolas" w:hAnsi="Consolas"/>
          <w:b w:val="0"/>
          <w:i w:val="0"/>
          <w:sz w:val="20"/>
        </w:rPr>
        <w:br/>
        <w:br/>
        <w:t xml:space="preserve">      http://localhost:8000</w:t>
        <w:br/>
        <w:t xml:space="preserve">     </w:t>
        <w:br/>
      </w:r>
      <w:r>
        <w:rPr>
          <w:b w:val="0"/>
          <w:i w:val="0"/>
        </w:rPr>
        <w:t xml:space="preserve"> . Bạn có thể xem nó trong trình duyệt. Đây là một blog đơn giản với ba bài viết. Phần lớn nội dung không có gì thú vị, nhưng chúng tôi đã thêm vài đoạn văn chứa từ khóa 'python'. Tham số </w:t>
      </w:r>
      <w:r>
        <w:rPr>
          <w:rFonts w:ascii="Consolas" w:hAnsi="Consolas"/>
          <w:b w:val="0"/>
          <w:i w:val="0"/>
          <w:sz w:val="20"/>
        </w:rPr>
        <w:br/>
        <w:br/>
        <w:t xml:space="preserve">      ‑d 2</w:t>
        <w:br/>
        <w:t xml:space="preserve">     </w:t>
        <w:br/>
      </w:r>
      <w:r>
        <w:rPr>
          <w:b w:val="0"/>
          <w:i w:val="0"/>
        </w:rPr>
        <w:t xml:space="preserve"> khiến server cố tình chạy chậm, mô phỏng kết nối kém.</w:t>
      </w:r>
    </w:p>
    <w:p>
      <w:pPr>
        <w:pStyle w:val="Heading3"/>
      </w:pPr>
      <w:r>
        <w:rPr>
          <w:rFonts w:ascii="Calibri" w:hAnsi="Calibri"/>
          <w:b/>
          <w:i w:val="0"/>
          <w:sz w:val="26"/>
        </w:rPr>
        <w:t>Cách thực hiện...</w:t>
      </w:r>
    </w:p>
    <w:p>
      <w:pPr>
        <w:spacing w:after="80"/>
        <w:ind w:left="360"/>
      </w:pPr>
      <w:r>
        <w:t xml:space="preserve">1. </w:t>
      </w:r>
      <w:r>
        <w:rPr>
          <w:b w:val="0"/>
          <w:i w:val="0"/>
        </w:rPr>
        <w:t xml:space="preserve">Viết script sau, </w:t>
      </w:r>
      <w:r>
        <w:rPr>
          <w:rFonts w:ascii="Consolas" w:hAnsi="Consolas"/>
          <w:b w:val="0"/>
          <w:i w:val="0"/>
          <w:sz w:val="20"/>
        </w:rPr>
        <w:br/>
        <w:br/>
        <w:t xml:space="preserve">       speed_up_step1.py</w:t>
        <w:br/>
        <w:t xml:space="preserve">      </w:t>
        <w:br/>
      </w:r>
      <w:r>
        <w:rPr>
          <w:b w:val="0"/>
          <w:i w:val="0"/>
        </w:rPr>
        <w:t xml:space="preserve"> . Toàn bộ code có trên GitHub trong thư mục Chapter03 ( </w:t>
      </w:r>
      <w:r>
        <w:rPr>
          <w:rFonts w:ascii="Consolas" w:hAnsi="Consolas"/>
          <w:b w:val="0"/>
          <w:i w:val="0"/>
          <w:sz w:val="20"/>
        </w:rPr>
        <w:br/>
        <w:br/>
        <w:t xml:space="preserve">        https://github.com/PacktPublishing/Python-Automation-Cookbook-Third-Edition/blob/main/ch03/speed_up_step1.py</w:t>
        <w:br/>
        <w:t xml:space="preserve">       </w:t>
        <w:br/>
      </w:r>
      <w:r>
        <w:rPr>
          <w:b w:val="0"/>
          <w:i w:val="0"/>
        </w:rPr>
        <w:t xml:space="preserve"> ). Ở đây chỉ hiển thị những phần liên quan nhất. Nó dựa trên </w:t>
      </w:r>
      <w:r>
        <w:rPr>
          <w:rFonts w:ascii="Consolas" w:hAnsi="Consolas"/>
          <w:b w:val="0"/>
          <w:i w:val="0"/>
          <w:sz w:val="20"/>
        </w:rPr>
        <w:br/>
        <w:br/>
        <w:t xml:space="preserve">       crawling_web_step1.py</w:t>
        <w:br/>
        <w:t xml:space="preserve">      </w:t>
        <w:br/>
      </w:r>
      <w:r>
        <w:rPr>
          <w:b w:val="0"/>
          <w:i w:val="0"/>
        </w:rPr>
        <w:t xml:space="preserve"> : Hãy chú ý sự khác biệt trong hàm </w:t>
      </w:r>
      <w:r>
        <w:rPr>
          <w:rFonts w:ascii="Consolas" w:hAnsi="Consolas"/>
          <w:b w:val="0"/>
          <w:i w:val="0"/>
          <w:sz w:val="20"/>
        </w:rPr>
        <w:br/>
        <w:br/>
        <w:t xml:space="preserve">        main</w:t>
        <w:br/>
        <w:t xml:space="preserve">       </w:t>
        <w:br/>
      </w:r>
      <w:r>
        <w:rPr>
          <w:b w:val="0"/>
          <w:i w:val="0"/>
        </w:rPr>
        <w:t xml:space="preserve"> . Ngoài ra, có thêm một tham số bổ sung (số lượng worker đồng thời), và hàm </w:t>
      </w:r>
      <w:r>
        <w:rPr>
          <w:rFonts w:ascii="Consolas" w:hAnsi="Consolas"/>
          <w:b w:val="0"/>
          <w:i w:val="0"/>
          <w:sz w:val="20"/>
        </w:rPr>
        <w:br/>
        <w:br/>
        <w:t xml:space="preserve">        process_link</w:t>
        <w:br/>
        <w:t xml:space="preserve">       </w:t>
        <w:br/>
      </w:r>
      <w:r>
        <w:rPr>
          <w:b w:val="0"/>
          <w:i w:val="0"/>
        </w:rPr>
        <w:t xml:space="preserve"> giờ trả về link nguồn.</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def process_link(source_link, text):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return source_link, get_links(parsed_source, page)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def main(base_url, to_search, workers):</w:t>
      </w:r>
    </w:p>
    <w:p>
      <w:pPr>
        <w:spacing w:after="0"/>
        <w:ind w:left="360"/>
        <w:shd w:val="clear" w:color="auto" w:fill="F2F2F2"/>
      </w:pPr>
      <w:r>
        <w:rPr>
          <w:rFonts w:ascii="Consolas" w:hAnsi="Consolas"/>
          <w:sz w:val="18"/>
        </w:rPr>
        <w:t xml:space="preserve">    checked_links = set()</w:t>
      </w:r>
    </w:p>
    <w:p>
      <w:pPr>
        <w:spacing w:after="0"/>
        <w:ind w:left="360"/>
        <w:shd w:val="clear" w:color="auto" w:fill="F2F2F2"/>
      </w:pPr>
      <w:r>
        <w:rPr>
          <w:rFonts w:ascii="Consolas" w:hAnsi="Consolas"/>
          <w:sz w:val="18"/>
        </w:rPr>
        <w:t xml:space="preserve">    to_check = [base_url]</w:t>
      </w:r>
    </w:p>
    <w:p>
      <w:pPr>
        <w:spacing w:after="0"/>
        <w:ind w:left="360"/>
        <w:shd w:val="clear" w:color="auto" w:fill="F2F2F2"/>
      </w:pPr>
      <w:r>
        <w:rPr>
          <w:rFonts w:ascii="Consolas" w:hAnsi="Consolas"/>
          <w:sz w:val="18"/>
        </w:rPr>
        <w:t xml:space="preserve">    max_checks = 10</w:t>
      </w:r>
    </w:p>
    <w:p>
      <w:pPr>
        <w:spacing w:after="0"/>
        <w:ind w:left="360"/>
        <w:shd w:val="clear" w:color="auto" w:fill="F2F2F2"/>
      </w:pPr>
      <w:r>
        <w:rPr>
          <w:rFonts w:ascii="Consolas" w:hAnsi="Consolas"/>
          <w:sz w:val="18"/>
        </w:rPr>
        <w:t>with concurrent.futures.ThreadPoolExecutor(max_workers=workers) as executor:</w:t>
      </w:r>
    </w:p>
    <w:p>
      <w:pPr>
        <w:spacing w:after="0"/>
        <w:ind w:left="360"/>
        <w:shd w:val="clear" w:color="auto" w:fill="F2F2F2"/>
      </w:pPr>
      <w:r>
        <w:rPr>
          <w:rFonts w:ascii="Consolas" w:hAnsi="Consolas"/>
          <w:sz w:val="18"/>
        </w:rPr>
        <w:t xml:space="preserve">        while to_check:</w:t>
      </w:r>
    </w:p>
    <w:p>
      <w:pPr>
        <w:spacing w:after="0"/>
        <w:ind w:left="360"/>
        <w:shd w:val="clear" w:color="auto" w:fill="F2F2F2"/>
      </w:pPr>
      <w:r>
        <w:rPr>
          <w:rFonts w:ascii="Consolas" w:hAnsi="Consolas"/>
          <w:sz w:val="18"/>
        </w:rPr>
        <w:t xml:space="preserve">            futures = [executor.submit(process_link, url, to_search)</w:t>
      </w:r>
    </w:p>
    <w:p>
      <w:pPr>
        <w:spacing w:after="0"/>
        <w:ind w:left="360"/>
        <w:shd w:val="clear" w:color="auto" w:fill="F2F2F2"/>
      </w:pPr>
      <w:r>
        <w:rPr>
          <w:rFonts w:ascii="Consolas" w:hAnsi="Consolas"/>
          <w:sz w:val="18"/>
        </w:rPr>
        <w:t xml:space="preserve">                       for url in to_check]</w:t>
      </w:r>
    </w:p>
    <w:p>
      <w:pPr>
        <w:spacing w:after="0"/>
        <w:ind w:left="360"/>
        <w:shd w:val="clear" w:color="auto" w:fill="F2F2F2"/>
      </w:pPr>
      <w:r>
        <w:rPr>
          <w:rFonts w:ascii="Consolas" w:hAnsi="Consolas"/>
          <w:sz w:val="18"/>
        </w:rPr>
        <w:t xml:space="preserve">            to_check = []</w:t>
      </w:r>
    </w:p>
    <w:p>
      <w:pPr>
        <w:spacing w:after="0"/>
        <w:ind w:left="360"/>
        <w:shd w:val="clear" w:color="auto" w:fill="F2F2F2"/>
      </w:pPr>
      <w:r>
        <w:rPr>
          <w:rFonts w:ascii="Consolas" w:hAnsi="Consolas"/>
          <w:sz w:val="18"/>
        </w:rPr>
        <w:t xml:space="preserve">            for data in concurrent.futures.as_completed(futures):</w:t>
      </w:r>
    </w:p>
    <w:p>
      <w:pPr>
        <w:spacing w:after="0"/>
        <w:ind w:left="360"/>
        <w:shd w:val="clear" w:color="auto" w:fill="F2F2F2"/>
      </w:pPr>
      <w:r>
        <w:rPr>
          <w:rFonts w:ascii="Consolas" w:hAnsi="Consolas"/>
          <w:sz w:val="18"/>
        </w:rPr>
        <w:t xml:space="preserve">                link, new_links = data.result()</w:t>
      </w:r>
    </w:p>
    <w:p>
      <w:pPr>
        <w:spacing w:after="0"/>
        <w:ind w:left="360"/>
        <w:shd w:val="clear" w:color="auto" w:fill="F2F2F2"/>
      </w:pPr>
      <w:r>
        <w:rPr>
          <w:rFonts w:ascii="Consolas" w:hAnsi="Consolas"/>
          <w:sz w:val="18"/>
        </w:rPr>
        <w:t xml:space="preserve">                checked_links.add(link)</w:t>
      </w:r>
    </w:p>
    <w:p>
      <w:pPr>
        <w:spacing w:after="0"/>
        <w:ind w:left="360"/>
        <w:shd w:val="clear" w:color="auto" w:fill="F2F2F2"/>
      </w:pPr>
      <w:r>
        <w:rPr>
          <w:rFonts w:ascii="Consolas" w:hAnsi="Consolas"/>
          <w:sz w:val="18"/>
        </w:rPr>
        <w:t xml:space="preserve">                for link in new_links:</w:t>
      </w:r>
    </w:p>
    <w:p>
      <w:pPr>
        <w:spacing w:after="0"/>
        <w:ind w:left="360"/>
        <w:shd w:val="clear" w:color="auto" w:fill="F2F2F2"/>
      </w:pPr>
      <w:r>
        <w:rPr>
          <w:rFonts w:ascii="Consolas" w:hAnsi="Consolas"/>
          <w:sz w:val="18"/>
        </w:rPr>
        <w:t xml:space="preserve">                    if link not in checked_links and link not in to_check:</w:t>
      </w:r>
    </w:p>
    <w:p>
      <w:pPr>
        <w:spacing w:after="0"/>
        <w:ind w:left="360"/>
        <w:shd w:val="clear" w:color="auto" w:fill="F2F2F2"/>
      </w:pPr>
      <w:r>
        <w:rPr>
          <w:rFonts w:ascii="Consolas" w:hAnsi="Consolas"/>
          <w:sz w:val="18"/>
        </w:rPr>
        <w:t xml:space="preserve">                        to_check.append(link)</w:t>
      </w:r>
    </w:p>
    <w:p>
      <w:pPr>
        <w:spacing w:after="0"/>
        <w:ind w:left="360"/>
        <w:shd w:val="clear" w:color="auto" w:fill="F2F2F2"/>
      </w:pPr>
      <w:r>
        <w:rPr>
          <w:rFonts w:ascii="Consolas" w:hAnsi="Consolas"/>
          <w:sz w:val="18"/>
        </w:rPr>
        <w:t xml:space="preserve">                max_checks -= 1</w:t>
      </w:r>
    </w:p>
    <w:p>
      <w:pPr>
        <w:spacing w:after="0"/>
        <w:ind w:left="360"/>
        <w:shd w:val="clear" w:color="auto" w:fill="F2F2F2"/>
      </w:pPr>
      <w:r>
        <w:rPr>
          <w:rFonts w:ascii="Consolas" w:hAnsi="Consolas"/>
          <w:sz w:val="18"/>
        </w:rPr>
        <w:t>if not max_checks:</w:t>
      </w:r>
    </w:p>
    <w:p>
      <w:pPr>
        <w:spacing w:after="0"/>
        <w:ind w:left="360"/>
        <w:shd w:val="clear" w:color="auto" w:fill="F2F2F2"/>
      </w:pPr>
      <w:r>
        <w:rPr>
          <w:rFonts w:ascii="Consolas" w:hAnsi="Consolas"/>
          <w:sz w:val="18"/>
        </w:rPr>
        <w:t xml:space="preserve">                    return</w:t>
      </w:r>
    </w:p>
    <w:p>
      <w:pPr>
        <w:spacing w:after="0"/>
        <w:ind w:left="360"/>
        <w:shd w:val="clear" w:color="auto" w:fill="F2F2F2"/>
      </w:pPr>
      <w:r>
        <w:rPr>
          <w:rFonts w:ascii="Consolas" w:hAnsi="Consolas"/>
          <w:sz w:val="18"/>
        </w:rPr>
        <w:t>if __name__ == '__main__':</w:t>
      </w:r>
    </w:p>
    <w:p>
      <w:pPr>
        <w:spacing w:after="0"/>
        <w:ind w:left="360"/>
        <w:shd w:val="clear" w:color="auto" w:fill="F2F2F2"/>
      </w:pPr>
      <w:r>
        <w:rPr>
          <w:rFonts w:ascii="Consolas" w:hAnsi="Consolas"/>
          <w:sz w:val="18"/>
        </w:rPr>
        <w:t xml:space="preserve">    parser = argparse.ArgumentParser()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parser.add_argument('-w', type=int, help='Number of workers',</w:t>
      </w:r>
    </w:p>
    <w:p>
      <w:pPr>
        <w:spacing w:after="0"/>
        <w:ind w:left="360"/>
        <w:shd w:val="clear" w:color="auto" w:fill="F2F2F2"/>
      </w:pPr>
      <w:r>
        <w:rPr>
          <w:rFonts w:ascii="Consolas" w:hAnsi="Consolas"/>
          <w:sz w:val="18"/>
        </w:rPr>
        <w:t xml:space="preserve">                        default=4)</w:t>
      </w:r>
    </w:p>
    <w:p>
      <w:pPr>
        <w:spacing w:after="0"/>
        <w:ind w:left="360"/>
        <w:shd w:val="clear" w:color="auto" w:fill="F2F2F2"/>
      </w:pPr>
      <w:r>
        <w:rPr>
          <w:rFonts w:ascii="Consolas" w:hAnsi="Consolas"/>
          <w:sz w:val="18"/>
        </w:rPr>
        <w:t xml:space="preserve">    args = parser.parse_args()</w:t>
      </w:r>
    </w:p>
    <w:p>
      <w:pPr>
        <w:spacing w:after="0"/>
        <w:ind w:left="360"/>
        <w:shd w:val="clear" w:color="auto" w:fill="F2F2F2"/>
      </w:pPr>
      <w:r>
        <w:rPr>
          <w:rFonts w:ascii="Consolas" w:hAnsi="Consolas"/>
          <w:sz w:val="18"/>
        </w:rPr>
        <w:t xml:space="preserve">    main(args.u, args.p, args.w)</w:t>
      </w:r>
    </w:p>
    <w:p>
      <w:pPr>
        <w:spacing w:after="40"/>
      </w:pPr>
    </w:p>
    <w:p>
      <w:pPr>
        <w:spacing w:after="80"/>
        <w:ind w:left="360"/>
      </w:pPr>
      <w:r>
        <w:t xml:space="preserve">2. </w:t>
      </w:r>
      <w:r>
        <w:rPr>
          <w:b w:val="0"/>
          <w:i w:val="0"/>
        </w:rPr>
        <w:t xml:space="preserve">Chạy script </w:t>
      </w:r>
      <w:r>
        <w:rPr>
          <w:rFonts w:ascii="Consolas" w:hAnsi="Consolas"/>
          <w:b w:val="0"/>
          <w:i w:val="0"/>
          <w:sz w:val="20"/>
        </w:rPr>
        <w:br/>
        <w:br/>
        <w:t xml:space="preserve">       crawling_web_step1.py</w:t>
        <w:br/>
        <w:t xml:space="preserve">      </w:t>
        <w:br/>
      </w:r>
      <w:r>
        <w:rPr>
          <w:b w:val="0"/>
          <w:i w:val="0"/>
        </w:rPr>
        <w:t xml:space="preserve"> để có mốc thời gian cơ sở. Lưu ý rằng output đã được lược bỏ ở đây cho rõ ràng:</w:t>
      </w:r>
    </w:p>
    <w:p>
      <w:pPr>
        <w:spacing w:after="0"/>
        <w:ind w:left="360"/>
        <w:shd w:val="clear" w:color="auto" w:fill="F2F2F2"/>
      </w:pPr>
      <w:r>
        <w:rPr>
          <w:rFonts w:ascii="Consolas" w:hAnsi="Consolas"/>
          <w:sz w:val="18"/>
        </w:rPr>
        <w:t>$ time uv run crawling_web_step1.py http://localhost:8000/</w:t>
      </w:r>
    </w:p>
    <w:p>
      <w:pPr>
        <w:spacing w:after="0"/>
        <w:ind w:left="360"/>
        <w:shd w:val="clear" w:color="auto" w:fill="F2F2F2"/>
      </w:pPr>
      <w:r>
        <w:rPr>
          <w:rFonts w:ascii="Consolas" w:hAnsi="Consolas"/>
          <w:sz w:val="18"/>
        </w:rPr>
        <w:t>... REMOVED OUTPUT</w:t>
      </w:r>
    </w:p>
    <w:p>
      <w:pPr>
        <w:spacing w:after="0"/>
        <w:ind w:left="360"/>
        <w:shd w:val="clear" w:color="auto" w:fill="F2F2F2"/>
      </w:pPr>
      <w:r>
        <w:rPr>
          <w:rFonts w:ascii="Consolas" w:hAnsi="Consolas"/>
          <w:sz w:val="18"/>
        </w:rPr>
        <w:t>uv run crawling_web_step1.py http://localhost:8000/  0.19s user 0.08s system 2% cpu 12.495 total</w:t>
      </w:r>
    </w:p>
    <w:p>
      <w:pPr>
        <w:spacing w:after="40"/>
      </w:pPr>
    </w:p>
    <w:p>
      <w:pPr>
        <w:spacing w:after="80"/>
        <w:ind w:left="360"/>
      </w:pPr>
      <w:r>
        <w:t xml:space="preserve">3. </w:t>
      </w:r>
      <w:r>
        <w:rPr>
          <w:b w:val="0"/>
          <w:i w:val="0"/>
        </w:rPr>
        <w:t>Chạy script mới với một worker, điều này sẽ khiến nó chậm hơn script gốc:</w:t>
      </w:r>
    </w:p>
    <w:p>
      <w:pPr>
        <w:spacing w:after="0"/>
        <w:ind w:left="360"/>
        <w:shd w:val="clear" w:color="auto" w:fill="F2F2F2"/>
      </w:pPr>
      <w:r>
        <w:rPr>
          <w:rFonts w:ascii="Consolas" w:hAnsi="Consolas"/>
          <w:sz w:val="18"/>
        </w:rPr>
        <w:t>$ time uv run speed_up_step1.py -w 1</w:t>
      </w:r>
    </w:p>
    <w:p>
      <w:pPr>
        <w:spacing w:after="0"/>
        <w:ind w:left="360"/>
        <w:shd w:val="clear" w:color="auto" w:fill="F2F2F2"/>
      </w:pPr>
      <w:r>
        <w:rPr>
          <w:rFonts w:ascii="Consolas" w:hAnsi="Consolas"/>
          <w:sz w:val="18"/>
        </w:rPr>
        <w:t>... REMOVED OUTPUT</w:t>
      </w:r>
    </w:p>
    <w:p>
      <w:pPr>
        <w:spacing w:after="0"/>
        <w:ind w:left="360"/>
        <w:shd w:val="clear" w:color="auto" w:fill="F2F2F2"/>
      </w:pPr>
      <w:r>
        <w:rPr>
          <w:rFonts w:ascii="Consolas" w:hAnsi="Consolas"/>
          <w:sz w:val="18"/>
        </w:rPr>
        <w:t>uv run speed_up_step1.py -w 1  0.21s user 0.08s system 1% cpu 16.507 total</w:t>
      </w:r>
    </w:p>
    <w:p>
      <w:pPr>
        <w:spacing w:after="40"/>
      </w:pPr>
    </w:p>
    <w:p>
      <w:pPr>
        <w:spacing w:after="80"/>
        <w:ind w:left="360"/>
      </w:pPr>
      <w:r>
        <w:t xml:space="preserve">4. </w:t>
      </w:r>
      <w:r>
        <w:rPr>
          <w:b w:val="0"/>
          <w:i w:val="0"/>
        </w:rPr>
        <w:t>Tăng số lượng worker:</w:t>
      </w:r>
    </w:p>
    <w:p>
      <w:pPr>
        <w:spacing w:after="0"/>
        <w:ind w:left="360"/>
        <w:shd w:val="clear" w:color="auto" w:fill="F2F2F2"/>
      </w:pPr>
      <w:r>
        <w:rPr>
          <w:rFonts w:ascii="Consolas" w:hAnsi="Consolas"/>
          <w:sz w:val="18"/>
        </w:rPr>
        <w:t>$ time uv run speed_up_step1.py -w 2</w:t>
      </w:r>
    </w:p>
    <w:p>
      <w:pPr>
        <w:spacing w:after="0"/>
        <w:ind w:left="360"/>
        <w:shd w:val="clear" w:color="auto" w:fill="F2F2F2"/>
      </w:pPr>
      <w:r>
        <w:rPr>
          <w:rFonts w:ascii="Consolas" w:hAnsi="Consolas"/>
          <w:sz w:val="18"/>
        </w:rPr>
        <w:t>... REMOVED OUTPUT</w:t>
      </w:r>
    </w:p>
    <w:p>
      <w:pPr>
        <w:spacing w:after="0"/>
        <w:ind w:left="360"/>
        <w:shd w:val="clear" w:color="auto" w:fill="F2F2F2"/>
      </w:pPr>
      <w:r>
        <w:rPr>
          <w:rFonts w:ascii="Consolas" w:hAnsi="Consolas"/>
          <w:sz w:val="18"/>
        </w:rPr>
        <w:t>uv run speed_up_step1.py -w 2  0.20s user 0.08s system 3% cpu 8.478 total</w:t>
      </w:r>
    </w:p>
    <w:p>
      <w:pPr>
        <w:spacing w:after="40"/>
      </w:pPr>
    </w:p>
    <w:p>
      <w:pPr>
        <w:spacing w:after="80"/>
        <w:ind w:left="360"/>
      </w:pPr>
      <w:r>
        <w:t xml:space="preserve">5. </w:t>
      </w:r>
      <w:r>
        <w:rPr>
          <w:b w:val="0"/>
          <w:i w:val="0"/>
        </w:rPr>
        <w:t>Thêm nhiều worker hơn sẽ giảm thời gian:</w:t>
      </w:r>
    </w:p>
    <w:p>
      <w:pPr>
        <w:spacing w:after="0"/>
        <w:ind w:left="360"/>
        <w:shd w:val="clear" w:color="auto" w:fill="F2F2F2"/>
      </w:pPr>
      <w:r>
        <w:rPr>
          <w:rFonts w:ascii="Consolas" w:hAnsi="Consolas"/>
          <w:sz w:val="18"/>
        </w:rPr>
        <w:t>$ time uv run speed_up_step1.py -w 5</w:t>
      </w:r>
    </w:p>
    <w:p>
      <w:pPr>
        <w:spacing w:after="0"/>
        <w:ind w:left="360"/>
        <w:shd w:val="clear" w:color="auto" w:fill="F2F2F2"/>
      </w:pPr>
      <w:r>
        <w:rPr>
          <w:rFonts w:ascii="Consolas" w:hAnsi="Consolas"/>
          <w:sz w:val="18"/>
        </w:rPr>
        <w:t>... REMOVED OUTPUT</w:t>
      </w:r>
    </w:p>
    <w:p>
      <w:pPr>
        <w:spacing w:after="0"/>
        <w:ind w:left="360"/>
        <w:shd w:val="clear" w:color="auto" w:fill="F2F2F2"/>
      </w:pPr>
      <w:r>
        <w:rPr>
          <w:rFonts w:ascii="Consolas" w:hAnsi="Consolas"/>
          <w:sz w:val="18"/>
        </w:rPr>
        <w:t>uv run speed_up_step1.py -w 5  0.22s user 0.08s system 4% cpu 6.476 total</w:t>
      </w:r>
    </w:p>
    <w:p>
      <w:pPr>
        <w:spacing w:after="40"/>
      </w:pPr>
    </w:p>
    <w:p>
      <w:pPr>
        <w:pStyle w:val="Heading3"/>
      </w:pPr>
      <w:r>
        <w:rPr>
          <w:rFonts w:ascii="Calibri" w:hAnsi="Calibri"/>
          <w:b/>
          <w:i w:val="0"/>
          <w:sz w:val="26"/>
        </w:rPr>
        <w:t>Cách nó hoạt động...</w:t>
      </w:r>
    </w:p>
    <w:p>
      <w:pPr>
        <w:spacing w:after="80"/>
      </w:pPr>
      <w:r>
        <w:rPr>
          <w:b w:val="0"/>
          <w:i w:val="0"/>
        </w:rPr>
        <w:t xml:space="preserve">Engine chính để tạo các request đồng thời là hàm </w:t>
      </w:r>
      <w:r>
        <w:rPr>
          <w:rFonts w:ascii="Consolas" w:hAnsi="Consolas"/>
          <w:b w:val="0"/>
          <w:i w:val="0"/>
          <w:sz w:val="20"/>
        </w:rPr>
        <w:br/>
        <w:br/>
        <w:t xml:space="preserve">      main</w:t>
        <w:br/>
        <w:t xml:space="preserve">     </w:t>
        <w:br/>
      </w:r>
      <w:r>
        <w:rPr>
          <w:b w:val="0"/>
          <w:i w:val="0"/>
        </w:rPr>
        <w:t xml:space="preserve"> . Lưu ý rằng phần còn lại của code về cơ bản không bị thay đổi (ngoài việc trả về link nguồn trong hàm </w:t>
      </w:r>
      <w:r>
        <w:rPr>
          <w:rFonts w:ascii="Consolas" w:hAnsi="Consolas"/>
          <w:b w:val="0"/>
          <w:i w:val="0"/>
          <w:sz w:val="20"/>
        </w:rPr>
        <w:br/>
        <w:br/>
        <w:t xml:space="preserve">      process_link</w:t>
        <w:br/>
        <w:t xml:space="preserve">     </w:t>
        <w:br/>
      </w:r>
      <w:r>
        <w:rPr>
          <w:b w:val="0"/>
          <w:i w:val="0"/>
        </w:rPr>
        <w:t xml:space="preserve"> ).</w:t>
      </w:r>
    </w:p>
    <w:p>
      <w:pPr>
        <w:spacing w:after="80"/>
      </w:pPr>
      <w:r>
        <w:rPr>
          <w:b/>
          <w:i w:val="0"/>
        </w:rPr>
        <w:t>Lưu ý</w:t>
      </w:r>
    </w:p>
    <w:p>
      <w:pPr>
        <w:spacing w:after="80"/>
      </w:pPr>
      <w:r>
        <w:rPr>
          <w:b w:val="0"/>
          <w:i w:val="0"/>
        </w:rPr>
        <w:t>Sự thay đổi này thực ra khá phổ biến khi bạn chuyển sang xử lý đồng thời. Các tác vụ đồng thời cần trả về tất cả dữ liệu liên quan, vì chúng không thể dựa vào một ngữ cảnh có thứ tự.</w:t>
      </w:r>
    </w:p>
    <w:p>
      <w:pPr>
        <w:spacing w:after="80"/>
      </w:pPr>
      <w:r>
        <w:rPr>
          <w:b w:val="0"/>
          <w:i w:val="0"/>
        </w:rPr>
        <w:t>Đây là phần code liên quan xử lý engine đồng thời:</w:t>
      </w:r>
    </w:p>
    <w:p>
      <w:pPr>
        <w:spacing w:after="0"/>
        <w:ind w:left="360"/>
        <w:shd w:val="clear" w:color="auto" w:fill="F2F2F2"/>
      </w:pPr>
      <w:r>
        <w:rPr>
          <w:rFonts w:ascii="Consolas" w:hAnsi="Consolas"/>
          <w:sz w:val="18"/>
        </w:rPr>
        <w:t>with concurrent.futures.ThreadPoolExecutor(max_workers=workers) as executor:</w:t>
      </w:r>
    </w:p>
    <w:p>
      <w:pPr>
        <w:spacing w:after="0"/>
        <w:ind w:left="360"/>
        <w:shd w:val="clear" w:color="auto" w:fill="F2F2F2"/>
      </w:pPr>
      <w:r>
        <w:rPr>
          <w:rFonts w:ascii="Consolas" w:hAnsi="Consolas"/>
          <w:sz w:val="18"/>
        </w:rPr>
        <w:t xml:space="preserve">    while to_check:</w:t>
      </w:r>
    </w:p>
    <w:p>
      <w:pPr>
        <w:spacing w:after="0"/>
        <w:ind w:left="360"/>
        <w:shd w:val="clear" w:color="auto" w:fill="F2F2F2"/>
      </w:pPr>
      <w:r>
        <w:rPr>
          <w:rFonts w:ascii="Consolas" w:hAnsi="Consolas"/>
          <w:sz w:val="18"/>
        </w:rPr>
        <w:t xml:space="preserve">        futures = [executor.submit(process_link, url, to_search)</w:t>
      </w:r>
    </w:p>
    <w:p>
      <w:pPr>
        <w:spacing w:after="0"/>
        <w:ind w:left="360"/>
        <w:shd w:val="clear" w:color="auto" w:fill="F2F2F2"/>
      </w:pPr>
      <w:r>
        <w:rPr>
          <w:rFonts w:ascii="Consolas" w:hAnsi="Consolas"/>
          <w:sz w:val="18"/>
        </w:rPr>
        <w:t xml:space="preserve">                   for url in to_check]</w:t>
      </w:r>
    </w:p>
    <w:p>
      <w:pPr>
        <w:spacing w:after="0"/>
        <w:ind w:left="360"/>
        <w:shd w:val="clear" w:color="auto" w:fill="F2F2F2"/>
      </w:pPr>
      <w:r>
        <w:rPr>
          <w:rFonts w:ascii="Consolas" w:hAnsi="Consolas"/>
          <w:sz w:val="18"/>
        </w:rPr>
        <w:t xml:space="preserve">        to_check = []</w:t>
      </w:r>
    </w:p>
    <w:p>
      <w:pPr>
        <w:spacing w:after="0"/>
        <w:ind w:left="360"/>
        <w:shd w:val="clear" w:color="auto" w:fill="F2F2F2"/>
      </w:pPr>
      <w:r>
        <w:rPr>
          <w:rFonts w:ascii="Consolas" w:hAnsi="Consolas"/>
          <w:sz w:val="18"/>
        </w:rPr>
        <w:t xml:space="preserve">        for data in concurrent.futures.as_completed(futures):</w:t>
      </w:r>
    </w:p>
    <w:p>
      <w:pPr>
        <w:spacing w:after="0"/>
        <w:ind w:left="360"/>
        <w:shd w:val="clear" w:color="auto" w:fill="F2F2F2"/>
      </w:pPr>
      <w:r>
        <w:rPr>
          <w:rFonts w:ascii="Consolas" w:hAnsi="Consolas"/>
          <w:sz w:val="18"/>
        </w:rPr>
        <w:t xml:space="preserve">            link, new_links = data.result()</w:t>
      </w:r>
    </w:p>
    <w:p>
      <w:pPr>
        <w:spacing w:after="0"/>
        <w:ind w:left="360"/>
        <w:shd w:val="clear" w:color="auto" w:fill="F2F2F2"/>
      </w:pPr>
      <w:r>
        <w:rPr>
          <w:rFonts w:ascii="Consolas" w:hAnsi="Consolas"/>
          <w:sz w:val="18"/>
        </w:rPr>
        <w:t xml:space="preserve">            checked_links.add(link)</w:t>
      </w:r>
    </w:p>
    <w:p>
      <w:pPr>
        <w:spacing w:after="0"/>
        <w:ind w:left="360"/>
        <w:shd w:val="clear" w:color="auto" w:fill="F2F2F2"/>
      </w:pPr>
      <w:r>
        <w:rPr>
          <w:rFonts w:ascii="Consolas" w:hAnsi="Consolas"/>
          <w:sz w:val="18"/>
        </w:rPr>
        <w:t xml:space="preserve">            for link in new_links:</w:t>
      </w:r>
    </w:p>
    <w:p>
      <w:pPr>
        <w:spacing w:after="0"/>
        <w:ind w:left="360"/>
        <w:shd w:val="clear" w:color="auto" w:fill="F2F2F2"/>
      </w:pPr>
      <w:r>
        <w:rPr>
          <w:rFonts w:ascii="Consolas" w:hAnsi="Consolas"/>
          <w:sz w:val="18"/>
        </w:rPr>
        <w:t xml:space="preserve">                if link not in checked_links and link not in to_check:</w:t>
      </w:r>
    </w:p>
    <w:p>
      <w:pPr>
        <w:spacing w:after="0"/>
        <w:ind w:left="360"/>
        <w:shd w:val="clear" w:color="auto" w:fill="F2F2F2"/>
      </w:pPr>
      <w:r>
        <w:rPr>
          <w:rFonts w:ascii="Consolas" w:hAnsi="Consolas"/>
          <w:sz w:val="18"/>
        </w:rPr>
        <w:t xml:space="preserve">                    to_check.append(link)</w:t>
      </w:r>
    </w:p>
    <w:p>
      <w:pPr>
        <w:spacing w:after="0"/>
        <w:ind w:left="360"/>
        <w:shd w:val="clear" w:color="auto" w:fill="F2F2F2"/>
      </w:pPr>
      <w:r>
        <w:rPr>
          <w:rFonts w:ascii="Consolas" w:hAnsi="Consolas"/>
          <w:sz w:val="18"/>
        </w:rPr>
        <w:t xml:space="preserve">             max_checks -= 1</w:t>
      </w:r>
    </w:p>
    <w:p>
      <w:pPr>
        <w:spacing w:after="0"/>
        <w:ind w:left="360"/>
        <w:shd w:val="clear" w:color="auto" w:fill="F2F2F2"/>
      </w:pPr>
      <w:r>
        <w:rPr>
          <w:rFonts w:ascii="Consolas" w:hAnsi="Consolas"/>
          <w:sz w:val="18"/>
        </w:rPr>
        <w:t>if not max_checks:</w:t>
      </w:r>
    </w:p>
    <w:p>
      <w:pPr>
        <w:spacing w:after="0"/>
        <w:ind w:left="360"/>
        <w:shd w:val="clear" w:color="auto" w:fill="F2F2F2"/>
      </w:pPr>
      <w:r>
        <w:rPr>
          <w:rFonts w:ascii="Consolas" w:hAnsi="Consolas"/>
          <w:sz w:val="18"/>
        </w:rPr>
        <w:t xml:space="preserve">                return</w:t>
      </w:r>
    </w:p>
    <w:p>
      <w:pPr>
        <w:spacing w:after="40"/>
      </w:pPr>
    </w:p>
    <w:p>
      <w:pPr>
        <w:spacing w:after="80"/>
      </w:pPr>
      <w:r>
        <w:rPr>
          <w:b w:val="0"/>
          <w:i w:val="0"/>
        </w:rPr>
        <w:t xml:space="preserve">Ngữ cảnh </w:t>
      </w:r>
      <w:r>
        <w:rPr>
          <w:rFonts w:ascii="Consolas" w:hAnsi="Consolas"/>
          <w:b w:val="0"/>
          <w:i w:val="0"/>
          <w:sz w:val="20"/>
        </w:rPr>
        <w:br/>
        <w:br/>
        <w:t xml:space="preserve">      with</w:t>
        <w:br/>
        <w:t xml:space="preserve">     </w:t>
        <w:br/>
      </w:r>
      <w:r>
        <w:rPr>
          <w:b w:val="0"/>
          <w:i w:val="0"/>
        </w:rPr>
        <w:t xml:space="preserve"> tạo ra một pool các worker, chỉ định số lượng là bao nhiêu. Bên trong, một danh sách các future chứa tất cả URL cần lấy được tạo ra. Hàm </w:t>
      </w:r>
      <w:r>
        <w:rPr>
          <w:rFonts w:ascii="Consolas" w:hAnsi="Consolas"/>
          <w:b w:val="0"/>
          <w:i w:val="0"/>
          <w:sz w:val="20"/>
        </w:rPr>
        <w:br/>
        <w:br/>
        <w:t xml:space="preserve">      .as_completed()</w:t>
        <w:br/>
        <w:t xml:space="preserve">     </w:t>
        <w:br/>
      </w:r>
      <w:r>
        <w:rPr>
          <w:b w:val="0"/>
          <w:i w:val="0"/>
        </w:rPr>
        <w:t xml:space="preserve"> trả về những future đã hoàn thành, rồi sau đó cần làm thêm một chút việc để lấy các liên kết mới tìm được và kiểm tra xem chúng có cần được thêm vào để lấy hay không. Quá trình này tương tự như quá trình được trình bày trong công thức </w:t>
      </w:r>
      <w:r>
        <w:rPr>
          <w:b w:val="0"/>
          <w:i/>
        </w:rPr>
        <w:t xml:space="preserve"> Crawling the web </w:t>
      </w:r>
      <w:r>
        <w:rPr>
          <w:b w:val="0"/>
          <w:i w:val="0"/>
        </w:rPr>
        <w:t>.</w:t>
      </w:r>
    </w:p>
    <w:p>
      <w:pPr>
        <w:spacing w:after="80"/>
      </w:pPr>
      <w:r>
        <w:rPr>
          <w:b w:val="0"/>
          <w:i w:val="0"/>
        </w:rPr>
        <w:t>Quá trình này bắt đầu lại cho đến khi đã lấy đủ liên kết hoặc không còn liên kết nào để lấy. Lưu ý rằng các liên kết được lấy theo từng đợt. Lần đầu tiên, liên kết gốc được xử lý và tất cả liên kết được lấy về, trong khi ở lần lặp thứ hai, tất cả các liên kết đã lấy được sẽ được yêu cầu. Sau khi tất cả chúng đã được tải xong, một đợt mới sẽ được xử lý.</w:t>
      </w:r>
    </w:p>
    <w:p>
      <w:pPr>
        <w:spacing w:after="80"/>
      </w:pPr>
      <w:r>
        <w:rPr>
          <w:b/>
          <w:i w:val="0"/>
        </w:rPr>
        <w:t>Lưu ý</w:t>
      </w:r>
    </w:p>
    <w:p>
      <w:pPr>
        <w:spacing w:after="80"/>
      </w:pPr>
      <w:r>
        <w:rPr>
          <w:b w:val="0"/>
          <w:i w:val="0"/>
        </w:rPr>
        <w:t>Khi xử lý các yêu cầu đồng thời, hãy nhớ rằng thứ tự của chúng có thể thay đổi giữa hai lần thực thi. Nếu một yêu cầu mất ít hơn hoặc nhiều hơn một chút thời gian, điều đó có thể ảnh hưởng đến thứ tự của thông tin được lấy về.</w:t>
      </w:r>
    </w:p>
    <w:p>
      <w:pPr>
        <w:pStyle w:val="Heading3"/>
      </w:pPr>
      <w:r>
        <w:rPr>
          <w:rFonts w:ascii="Calibri" w:hAnsi="Calibri"/>
          <w:b/>
          <w:i w:val="0"/>
          <w:sz w:val="26"/>
        </w:rPr>
        <w:t>Còn nhiều thứ khác nữa...</w:t>
      </w:r>
    </w:p>
    <w:p>
      <w:pPr>
        <w:spacing w:after="80"/>
      </w:pPr>
      <w:r>
        <w:rPr>
          <w:b w:val="0"/>
          <w:i w:val="0"/>
        </w:rPr>
        <w:t xml:space="preserve">Trong ví dụ này, chúng ta đã dùng </w:t>
      </w:r>
      <w:r>
        <w:rPr>
          <w:rFonts w:ascii="Consolas" w:hAnsi="Consolas"/>
          <w:b w:val="0"/>
          <w:i w:val="0"/>
          <w:sz w:val="20"/>
        </w:rPr>
        <w:br/>
        <w:br/>
        <w:t xml:space="preserve">      ThreadPoolExecutor</w:t>
        <w:br/>
        <w:t xml:space="preserve">     </w:t>
        <w:br/>
      </w:r>
      <w:r>
        <w:rPr>
          <w:b w:val="0"/>
          <w:i w:val="0"/>
        </w:rPr>
        <w:t xml:space="preserve"> , nhưng đó không phải là lựa chọn duy nhất. Python có thể thực thi các tác vụ nền trong các tiến trình khác nhau bằng </w:t>
      </w:r>
      <w:r>
        <w:rPr>
          <w:rFonts w:ascii="Consolas" w:hAnsi="Consolas"/>
          <w:b w:val="0"/>
          <w:i w:val="0"/>
          <w:sz w:val="20"/>
        </w:rPr>
        <w:br/>
        <w:br/>
        <w:t xml:space="preserve">      ProcessPoolExecutor</w:t>
        <w:br/>
        <w:t xml:space="preserve">     </w:t>
        <w:br/>
      </w:r>
      <w:r>
        <w:rPr>
          <w:b w:val="0"/>
          <w:i w:val="0"/>
        </w:rPr>
        <w:t xml:space="preserve"> , hoặc trong các luồng trình thông dịch khác nhau với </w:t>
      </w:r>
      <w:r>
        <w:rPr>
          <w:rFonts w:ascii="Consolas" w:hAnsi="Consolas"/>
          <w:b w:val="0"/>
          <w:i w:val="0"/>
          <w:sz w:val="20"/>
        </w:rPr>
        <w:br/>
        <w:br/>
        <w:t xml:space="preserve">      InterpreterPoolExecutor</w:t>
        <w:br/>
        <w:t xml:space="preserve">     </w:t>
        <w:br/>
      </w:r>
      <w:r>
        <w:rPr>
          <w:b w:val="0"/>
          <w:i w:val="0"/>
        </w:rPr>
        <w:t xml:space="preserve"> (mới có trong Python 3.14).</w:t>
      </w:r>
    </w:p>
    <w:p>
      <w:pPr>
        <w:spacing w:after="80"/>
      </w:pPr>
      <w:r>
        <w:rPr>
          <w:b w:val="0"/>
          <w:i w:val="0"/>
        </w:rPr>
        <w:t>Chúng cung cấp khả năng cô lập tác vụ tốt hơn và cho phép tận dụng nhiều tài nguyên của máy hơn, nhưng chúng cũng nặng hơn. Bạn có thể coi trình thông dịch như một giai đoạn trung gian giữa luồng và tiến trình.</w:t>
      </w:r>
    </w:p>
    <w:p>
      <w:pPr>
        <w:spacing w:after="80"/>
      </w:pPr>
      <w:r>
        <w:rPr>
          <w:b/>
          <w:i w:val="0"/>
        </w:rPr>
        <w:t>Mẹo</w:t>
      </w:r>
    </w:p>
    <w:p>
      <w:pPr>
        <w:spacing w:after="80"/>
      </w:pPr>
      <w:r>
        <w:rPr>
          <w:b w:val="0"/>
          <w:i w:val="0"/>
        </w:rPr>
        <w:t xml:space="preserve">Cứ thoải mái thử nghiệm với </w:t>
      </w:r>
      <w:r>
        <w:rPr>
          <w:rFonts w:ascii="Consolas" w:hAnsi="Consolas"/>
          <w:b w:val="0"/>
          <w:i w:val="0"/>
          <w:sz w:val="20"/>
        </w:rPr>
        <w:br/>
        <w:br/>
        <w:t xml:space="preserve">       ProcessPoolExecutor</w:t>
        <w:br/>
        <w:t xml:space="preserve">      </w:t>
        <w:br/>
      </w:r>
      <w:r>
        <w:rPr>
          <w:b w:val="0"/>
          <w:i w:val="0"/>
        </w:rPr>
        <w:t xml:space="preserve"> và </w:t>
      </w:r>
      <w:r>
        <w:rPr>
          <w:rFonts w:ascii="Consolas" w:hAnsi="Consolas"/>
          <w:b w:val="0"/>
          <w:i w:val="0"/>
          <w:sz w:val="20"/>
        </w:rPr>
        <w:br/>
        <w:br/>
        <w:t xml:space="preserve">       InterpreterPoolExecutor</w:t>
        <w:br/>
        <w:t xml:space="preserve">      </w:t>
        <w:br/>
      </w:r>
      <w:r>
        <w:rPr>
          <w:b w:val="0"/>
          <w:i w:val="0"/>
        </w:rPr>
        <w:t xml:space="preserve"> , nhưng chúng thường hữu ích khi bạn có những tác vụ nặng đòi hỏi nhiều sức mạnh CPU hơn. Với các tác vụ thiên về I/O như scraping web, bạn khó có thể đạt được hiệu năng tốt hơn so với việc chỉ dùng luồng. Nhưng một lần nữa, điều này phụ thuộc rất nhiều vào nhiều tham số khác nhau.</w:t>
      </w:r>
    </w:p>
    <w:p>
      <w:pPr>
        <w:spacing w:after="80"/>
      </w:pPr>
      <w:r>
        <w:rPr>
          <w:b w:val="0"/>
          <w:i w:val="0"/>
        </w:rPr>
        <w:t xml:space="preserve">Bạn có thể tìm tài liệu đầy đủ về futures trong Python (bao gồm mô tả chi tiết về các executor khác nhau) tại đây: </w:t>
      </w:r>
      <w:r>
        <w:rPr>
          <w:rFonts w:ascii="Consolas" w:hAnsi="Consolas"/>
          <w:b w:val="0"/>
          <w:i w:val="0"/>
          <w:sz w:val="20"/>
        </w:rPr>
        <w:br/>
        <w:br/>
        <w:t xml:space="preserve">       https://docs.python.org/3/library/concurrent.futures.html</w:t>
        <w:br/>
        <w:t xml:space="preserve">      </w:t>
        <w:br/>
      </w:r>
      <w:r>
        <w:rPr>
          <w:b w:val="0"/>
          <w:i w:val="0"/>
        </w:rPr>
        <w:t xml:space="preserve"> .</w:t>
      </w:r>
    </w:p>
    <w:p>
      <w:pPr>
        <w:spacing w:after="80"/>
      </w:pPr>
      <w:r>
        <w:rPr>
          <w:b/>
          <w:i w:val="0"/>
        </w:rPr>
        <w:t>Mẹo</w:t>
      </w:r>
    </w:p>
    <w:p>
      <w:pPr>
        <w:spacing w:after="80"/>
      </w:pPr>
      <w:r>
        <w:rPr>
          <w:b w:val="0"/>
          <w:i w:val="0"/>
        </w:rPr>
        <w:t xml:space="preserve">Như bạn có thể thấy trong </w:t>
      </w:r>
      <w:r>
        <w:rPr>
          <w:b w:val="0"/>
          <w:i/>
        </w:rPr>
        <w:t xml:space="preserve"> bước 4 </w:t>
      </w:r>
      <w:r>
        <w:rPr>
          <w:b w:val="0"/>
          <w:i w:val="0"/>
        </w:rPr>
        <w:t xml:space="preserve"> và </w:t>
      </w:r>
      <w:r>
        <w:rPr>
          <w:b w:val="0"/>
          <w:i/>
        </w:rPr>
        <w:t xml:space="preserve"> 5 </w:t>
      </w:r>
      <w:r>
        <w:rPr>
          <w:b w:val="0"/>
          <w:i w:val="0"/>
        </w:rPr>
        <w:t xml:space="preserve"> của mục </w:t>
      </w:r>
      <w:r>
        <w:rPr>
          <w:b w:val="0"/>
          <w:i/>
        </w:rPr>
        <w:t xml:space="preserve"> How to do it </w:t>
      </w:r>
      <w:r>
        <w:rPr>
          <w:b w:val="0"/>
          <w:i w:val="0"/>
        </w:rPr>
        <w:t xml:space="preserve"> </w:t>
      </w:r>
      <w:r>
        <w:rPr>
          <w:b w:val="0"/>
          <w:i/>
        </w:rPr>
        <w:t xml:space="preserve"> … </w:t>
      </w:r>
      <w:r>
        <w:rPr>
          <w:b w:val="0"/>
          <w:i w:val="0"/>
        </w:rPr>
        <w:t xml:space="preserve"> , việc xác định đúng số lượng worker tối ưu có thể đòi hỏi phải chạy một số bài kiểm tra. Một vài con số có thể khiến quá trình chậm hơn, do việc quản lý tăng lên. Đừng ngại thử nghiệm!</w:t>
      </w:r>
    </w:p>
    <w:p>
      <w:pPr>
        <w:spacing w:after="80"/>
      </w:pPr>
      <w:r>
        <w:rPr>
          <w:b w:val="0"/>
          <w:i w:val="0"/>
        </w:rPr>
        <w:t xml:space="preserve">Trong thế giới Python, có những cách khác để thực hiện các yêu cầu HTTP đồng thời ngoài những cách đã bàn ở trên. Có một module request gốc cho phép chúng ta làm việc với futures, tên là </w:t>
      </w:r>
      <w:r>
        <w:rPr>
          <w:rFonts w:ascii="Consolas" w:hAnsi="Consolas"/>
          <w:b w:val="0"/>
          <w:i w:val="0"/>
          <w:sz w:val="20"/>
        </w:rPr>
        <w:br/>
        <w:br/>
        <w:t xml:space="preserve">      requests‑futures</w:t>
        <w:br/>
        <w:t xml:space="preserve">     </w:t>
        <w:br/>
      </w:r>
      <w:r>
        <w:rPr>
          <w:b w:val="0"/>
          <w:i w:val="0"/>
        </w:rPr>
        <w:t xml:space="preserve"> . Bạn có thể tìm thấy nó tại đây: </w:t>
      </w:r>
      <w:r>
        <w:rPr>
          <w:rFonts w:ascii="Consolas" w:hAnsi="Consolas"/>
          <w:b w:val="0"/>
          <w:i w:val="0"/>
          <w:sz w:val="20"/>
        </w:rPr>
        <w:br/>
        <w:br/>
        <w:t xml:space="preserve">       https://github.com/ross/requests-futures</w:t>
        <w:br/>
        <w:t xml:space="preserve">      </w:t>
        <w:br/>
      </w:r>
      <w:r>
        <w:rPr>
          <w:b w:val="0"/>
          <w:i w:val="0"/>
        </w:rPr>
        <w:t xml:space="preserve"> .</w:t>
      </w:r>
    </w:p>
    <w:p>
      <w:pPr>
        <w:spacing w:after="80"/>
      </w:pPr>
      <w:r>
        <w:rPr>
          <w:b w:val="0"/>
          <w:i w:val="0"/>
        </w:rPr>
        <w:t xml:space="preserve">Một lựa chọn thay thế khác là dùng </w:t>
      </w:r>
      <w:r>
        <w:rPr>
          <w:b/>
          <w:i w:val="0"/>
        </w:rPr>
        <w:t xml:space="preserve"> lập trình bất đồng bộ </w:t>
      </w:r>
      <w:r>
        <w:rPr>
          <w:b w:val="0"/>
          <w:i w:val="0"/>
        </w:rPr>
        <w:t xml:space="preserve"> (asynchronous programming). Cách làm này có thể rất hiệu quả trong những tình huống phải xử lý nhiều lời gọi đồng thời, nhưng cách viết code mà nó đòi hỏi lại khác với cách truyền thống và cần chút thời gian để làm quen. Nó cũng có ưu điểm lẫn nhược điểm, tùy vào tình huống. Python có sẵn mô-đun </w:t>
      </w:r>
      <w:r>
        <w:rPr>
          <w:rFonts w:ascii="Consolas" w:hAnsi="Consolas"/>
          <w:b w:val="0"/>
          <w:i w:val="0"/>
          <w:sz w:val="20"/>
        </w:rPr>
        <w:br/>
        <w:br/>
        <w:t xml:space="preserve">      asyncio</w:t>
        <w:br/>
        <w:t xml:space="preserve">     </w:t>
        <w:br/>
      </w:r>
      <w:r>
        <w:rPr>
          <w:b w:val="0"/>
          <w:i w:val="0"/>
        </w:rPr>
        <w:t xml:space="preserve"> để chạy bất đồng bộ, và có một mô-đun khá hay tên là </w:t>
      </w:r>
      <w:r>
        <w:rPr>
          <w:rFonts w:ascii="Consolas" w:hAnsi="Consolas"/>
          <w:b w:val="0"/>
          <w:i w:val="0"/>
          <w:sz w:val="20"/>
        </w:rPr>
        <w:br/>
        <w:br/>
        <w:t xml:space="preserve">      aiohttp</w:t>
        <w:br/>
        <w:t xml:space="preserve">     </w:t>
        <w:br/>
      </w:r>
      <w:r>
        <w:rPr>
          <w:b w:val="0"/>
          <w:i w:val="0"/>
        </w:rPr>
        <w:t xml:space="preserve"> để làm việc với các yêu cầu HTTP. Bạn có thể tìm thêm thông tin về </w:t>
      </w:r>
      <w:r>
        <w:rPr>
          <w:rFonts w:ascii="Consolas" w:hAnsi="Consolas"/>
          <w:b w:val="0"/>
          <w:i w:val="0"/>
          <w:sz w:val="20"/>
        </w:rPr>
        <w:br/>
        <w:br/>
        <w:t xml:space="preserve">      aiohttp</w:t>
        <w:br/>
        <w:t xml:space="preserve">     </w:t>
        <w:br/>
      </w:r>
      <w:r>
        <w:rPr>
          <w:b w:val="0"/>
          <w:i w:val="0"/>
        </w:rPr>
        <w:t xml:space="preserve"> ở đây: </w:t>
      </w:r>
      <w:r>
        <w:rPr>
          <w:rFonts w:ascii="Consolas" w:hAnsi="Consolas"/>
          <w:b w:val="0"/>
          <w:i w:val="0"/>
          <w:sz w:val="20"/>
        </w:rPr>
        <w:br/>
        <w:br/>
        <w:t xml:space="preserve">       https://aiohttp.readthedocs.io/en/stable/client_quickstart.html</w:t>
        <w:br/>
        <w:t xml:space="preserve">      </w:t>
        <w:br/>
      </w:r>
      <w:r>
        <w:rPr>
          <w:b w:val="0"/>
          <w:i w:val="0"/>
        </w:rPr>
        <w:t xml:space="preserve"> , còn một bài giới thiệu hay về lập trình bất đồng bộ là bài viết này: </w:t>
      </w:r>
      <w:r>
        <w:rPr>
          <w:rFonts w:ascii="Consolas" w:hAnsi="Consolas"/>
          <w:b w:val="0"/>
          <w:i w:val="0"/>
          <w:sz w:val="20"/>
        </w:rPr>
        <w:br/>
        <w:br/>
        <w:t xml:space="preserve">       https://djangostars.com/blog/asynchronous-programming-in-python-asyncio/</w:t>
        <w:br/>
        <w:t xml:space="preserve">      </w:t>
        <w:br/>
      </w:r>
      <w:r>
        <w:rPr>
          <w:b w:val="0"/>
          <w:i w:val="0"/>
        </w:rPr>
        <w:t xml:space="preserve"> .</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Crawling the web </w:t>
      </w:r>
      <w:r>
        <w:rPr>
          <w:b w:val="0"/>
          <w:i w:val="0"/>
        </w:rPr>
        <w:t xml:space="preserve"> ở phần trước trong chương này, để biết lựa chọn kém hiệu quả hơn so với công thức này.</w:t>
      </w:r>
    </w:p>
    <w:p>
      <w:pPr>
        <w:spacing w:after="80"/>
        <w:ind w:left="360"/>
      </w:pPr>
      <w:r>
        <w:t xml:space="preserve">• </w:t>
      </w:r>
      <w:r>
        <w:rPr>
          <w:b w:val="0"/>
          <w:i w:val="0"/>
        </w:rPr>
        <w:t xml:space="preserve">Công thức </w:t>
      </w:r>
      <w:r>
        <w:rPr>
          <w:b w:val="0"/>
          <w:i/>
        </w:rPr>
        <w:t xml:space="preserve"> Downloading web pages </w:t>
      </w:r>
      <w:r>
        <w:rPr>
          <w:b w:val="0"/>
          <w:i w:val="0"/>
        </w:rPr>
        <w:t xml:space="preserve"> ở phần trước trong chương này, để học những kiến thức cơ bản về việc yêu cầu các trang web.</w:t>
      </w:r>
    </w:p>
    <w:p>
      <w:pPr>
        <w:pStyle w:val="Heading2"/>
      </w:pPr>
      <w:r>
        <w:rPr>
          <w:rFonts w:ascii="Calibri" w:hAnsi="Calibri"/>
          <w:b/>
          <w:i w:val="0"/>
          <w:sz w:val="32"/>
        </w:rPr>
        <w:t>Nhận bản PDF của cuốn sách này và nhiều hơn nữa</w:t>
      </w:r>
    </w:p>
    <w:p>
      <w:pPr>
        <w:spacing w:after="80"/>
      </w:pPr>
      <w:r>
        <w:rPr>
          <w:b w:val="0"/>
          <w:i w:val="0"/>
        </w:rPr>
        <w:t xml:space="preserve">Quét mã QR (hoặc truy cập </w:t>
      </w:r>
      <w:r>
        <w:rPr>
          <w:rFonts w:ascii="Consolas" w:hAnsi="Consolas"/>
          <w:b w:val="0"/>
          <w:i w:val="0"/>
          <w:sz w:val="20"/>
        </w:rPr>
        <w:br/>
        <w:br/>
        <w:t xml:space="preserve">       packtpub.com/unlock</w:t>
        <w:br/>
        <w:t xml:space="preserve">      </w:t>
        <w:br/>
      </w:r>
      <w:r>
        <w:rPr>
          <w:b w:val="0"/>
          <w:i w:val="0"/>
        </w:rPr>
        <w:t xml:space="preserve"> ). Tìm cuốn sách này theo tên, xác nhận phiên bản, rồi làm theo các bước trên trang.</w:t>
      </w:r>
    </w:p>
    <w:p>
      <w:pPr>
        <w:jc w:val="center"/>
      </w:pPr>
      <w:r>
        <w:drawing>
          <wp:inline xmlns:a="http://schemas.openxmlformats.org/drawingml/2006/main" xmlns:pic="http://schemas.openxmlformats.org/drawingml/2006/picture">
            <wp:extent cx="3143250" cy="3143250"/>
            <wp:docPr id="21" name="Picture 21"/>
            <wp:cNvGraphicFramePr>
              <a:graphicFrameLocks noChangeAspect="1"/>
            </wp:cNvGraphicFramePr>
            <a:graphic>
              <a:graphicData uri="http://schemas.openxmlformats.org/drawingml/2006/picture">
                <pic:pic>
                  <pic:nvPicPr>
                    <pic:cNvPr id="0" name="B36973_1_3.png"/>
                    <pic:cNvPicPr/>
                  </pic:nvPicPr>
                  <pic:blipFill>
                    <a:blip r:embed="rId17"/>
                    <a:stretch>
                      <a:fillRect/>
                    </a:stretch>
                  </pic:blipFill>
                  <pic:spPr>
                    <a:xfrm>
                      <a:off x="0" y="0"/>
                      <a:ext cx="3143250" cy="3143250"/>
                    </a:xfrm>
                    <a:prstGeom prst="rect"/>
                  </pic:spPr>
                </pic:pic>
              </a:graphicData>
            </a:graphic>
          </wp:inline>
        </w:drawing>
      </w:r>
    </w:p>
    <w:p>
      <w:pPr>
        <w:jc w:val="center"/>
      </w:pPr>
      <w:r>
        <w:drawing>
          <wp:inline xmlns:a="http://schemas.openxmlformats.org/drawingml/2006/main" xmlns:pic="http://schemas.openxmlformats.org/drawingml/2006/picture">
            <wp:extent cx="2095499" cy="485775"/>
            <wp:docPr id="22" name="Picture 22"/>
            <wp:cNvGraphicFramePr>
              <a:graphicFrameLocks noChangeAspect="1"/>
            </wp:cNvGraphicFramePr>
            <a:graphic>
              <a:graphicData uri="http://schemas.openxmlformats.org/drawingml/2006/picture">
                <pic:pic>
                  <pic:nvPicPr>
                    <pic:cNvPr id="0" name="B36973_1_4.png"/>
                    <pic:cNvPicPr/>
                  </pic:nvPicPr>
                  <pic:blipFill>
                    <a:blip r:embed="rId18"/>
                    <a:stretch>
                      <a:fillRect/>
                    </a:stretch>
                  </pic:blipFill>
                  <pic:spPr>
                    <a:xfrm>
                      <a:off x="0" y="0"/>
                      <a:ext cx="2095499" cy="485775"/>
                    </a:xfrm>
                    <a:prstGeom prst="rect"/>
                  </pic:spPr>
                </pic:pic>
              </a:graphicData>
            </a:graphic>
          </wp:inline>
        </w:drawing>
      </w:r>
    </w:p>
    <w:p>
      <w:pPr>
        <w:spacing w:after="80"/>
      </w:pPr>
      <w:r>
        <w:rPr>
          <w:b w:val="0"/>
          <w:i/>
        </w:rPr>
        <w:t xml:space="preserve"> Lưu ý: Hãy giữ hóa đơn của bạn cho tiện. Các giao dịch mua trực tiếp từ Packt không cần hóa đơn. </w:t>
      </w:r>
    </w:p>
    <w:p>
      <w:pPr>
        <w:pStyle w:val="Heading1"/>
      </w:pPr>
      <w:r>
        <w:rPr>
          <w:rFonts w:ascii="Calibri" w:hAnsi="Calibri"/>
          <w:b/>
          <w:i w:val="0"/>
          <w:sz w:val="40"/>
        </w:rPr>
        <w:t>4</w:t>
      </w:r>
    </w:p>
    <w:p>
      <w:pPr>
        <w:pStyle w:val="Heading1"/>
      </w:pPr>
      <w:r>
        <w:rPr>
          <w:rFonts w:ascii="Calibri" w:hAnsi="Calibri"/>
          <w:b/>
          <w:i w:val="0"/>
          <w:sz w:val="40"/>
        </w:rPr>
        <w:t>Tìm kiếm và đọc các tệp cục bộ</w:t>
      </w:r>
    </w:p>
    <w:p>
      <w:pPr>
        <w:spacing w:after="80"/>
      </w:pPr>
      <w:r>
        <w:rPr>
          <w:b w:val="0"/>
          <w:i w:val="0"/>
        </w:rPr>
        <w:t>Trong chương này, chúng ta sẽ giới thiệu các thao tác cơ bản để đọc thông tin từ tệp, bắt đầu với việc tìm kiếm và mở các tệp được lưu trong nhiều thư mục và thư mục con khác nhau. Sau đó, chúng ta sẽ mô tả một số loại tệp phổ biến nhất và cách đọc chúng, bao gồm tệp văn bản thô, PDF và tài liệu Word.</w:t>
      </w:r>
    </w:p>
    <w:p>
      <w:pPr>
        <w:spacing w:after="80"/>
      </w:pPr>
      <w:r>
        <w:rPr>
          <w:b w:val="0"/>
          <w:i w:val="0"/>
        </w:rPr>
        <w:t>Công thức cuối cùng sẽ tìm một từ bên trong nhiều loại tệp khác nhau, hoạt động đệ quy trên một cây thư mục.</w:t>
      </w:r>
    </w:p>
    <w:p>
      <w:pPr>
        <w:spacing w:after="80"/>
      </w:pPr>
      <w:r>
        <w:rPr>
          <w:b w:val="0"/>
          <w:i w:val="0"/>
        </w:rPr>
        <w:t>Trong chương này, chúng ta sẽ đề cập đến các công thức sau:</w:t>
      </w:r>
    </w:p>
    <w:p>
      <w:pPr>
        <w:spacing w:after="80"/>
        <w:ind w:left="360"/>
      </w:pPr>
      <w:r>
        <w:t xml:space="preserve">• </w:t>
      </w:r>
      <w:r>
        <w:rPr>
          <w:b w:val="0"/>
          <w:i w:val="0"/>
        </w:rPr>
        <w:t>Crawling và tìm kiếm trong các thư mục</w:t>
      </w:r>
    </w:p>
    <w:p>
      <w:pPr>
        <w:spacing w:after="80"/>
        <w:ind w:left="360"/>
      </w:pPr>
      <w:r>
        <w:t xml:space="preserve">• </w:t>
      </w:r>
      <w:r>
        <w:rPr>
          <w:b w:val="0"/>
          <w:i w:val="0"/>
        </w:rPr>
        <w:t>Đọc các tệp văn bản</w:t>
      </w:r>
    </w:p>
    <w:p>
      <w:pPr>
        <w:spacing w:after="80"/>
        <w:ind w:left="360"/>
      </w:pPr>
      <w:r>
        <w:t xml:space="preserve">• </w:t>
      </w:r>
      <w:r>
        <w:rPr>
          <w:b w:val="0"/>
          <w:i w:val="0"/>
        </w:rPr>
        <w:t>Xử lý các bảng mã</w:t>
      </w:r>
    </w:p>
    <w:p>
      <w:pPr>
        <w:spacing w:after="80"/>
        <w:ind w:left="360"/>
      </w:pPr>
      <w:r>
        <w:t xml:space="preserve">• </w:t>
      </w:r>
      <w:r>
        <w:rPr>
          <w:b w:val="0"/>
          <w:i w:val="0"/>
        </w:rPr>
        <w:t>Đọc các tệp CSV</w:t>
      </w:r>
    </w:p>
    <w:p>
      <w:pPr>
        <w:spacing w:after="80"/>
        <w:ind w:left="360"/>
      </w:pPr>
      <w:r>
        <w:t xml:space="preserve">• </w:t>
      </w:r>
      <w:r>
        <w:rPr>
          <w:b w:val="0"/>
          <w:i w:val="0"/>
        </w:rPr>
        <w:t>Đọc các tệp nhật ký (log file)</w:t>
      </w:r>
    </w:p>
    <w:p>
      <w:pPr>
        <w:spacing w:after="80"/>
        <w:ind w:left="360"/>
      </w:pPr>
      <w:r>
        <w:t xml:space="preserve">• </w:t>
      </w:r>
      <w:r>
        <w:rPr>
          <w:b w:val="0"/>
          <w:i w:val="0"/>
        </w:rPr>
        <w:t>Đọc siêu dữ liệu (metadata) của tệp</w:t>
      </w:r>
    </w:p>
    <w:p>
      <w:pPr>
        <w:spacing w:after="80"/>
        <w:ind w:left="360"/>
      </w:pPr>
      <w:r>
        <w:t xml:space="preserve">• </w:t>
      </w:r>
      <w:r>
        <w:rPr>
          <w:b w:val="0"/>
          <w:i w:val="0"/>
        </w:rPr>
        <w:t>Đọc hình ảnh</w:t>
      </w:r>
    </w:p>
    <w:p>
      <w:pPr>
        <w:spacing w:after="80"/>
        <w:ind w:left="360"/>
      </w:pPr>
      <w:r>
        <w:t xml:space="preserve">• </w:t>
      </w:r>
      <w:r>
        <w:rPr>
          <w:b w:val="0"/>
          <w:i w:val="0"/>
        </w:rPr>
        <w:t>Đọc các tệp PDF</w:t>
      </w:r>
    </w:p>
    <w:p>
      <w:pPr>
        <w:spacing w:after="80"/>
        <w:ind w:left="360"/>
      </w:pPr>
      <w:r>
        <w:t xml:space="preserve">• </w:t>
      </w:r>
      <w:r>
        <w:rPr>
          <w:b w:val="0"/>
          <w:i w:val="0"/>
        </w:rPr>
        <w:t>Đọc tài liệu Word</w:t>
      </w:r>
    </w:p>
    <w:p>
      <w:pPr>
        <w:spacing w:after="80"/>
        <w:ind w:left="360"/>
      </w:pPr>
      <w:r>
        <w:t xml:space="preserve">• </w:t>
      </w:r>
      <w:r>
        <w:rPr>
          <w:b w:val="0"/>
          <w:i w:val="0"/>
        </w:rPr>
        <w:t>Quét tài liệu để tìm một từ khóa</w:t>
      </w:r>
    </w:p>
    <w:p>
      <w:pPr>
        <w:pStyle w:val="Heading2"/>
      </w:pPr>
      <w:r>
        <w:rPr>
          <w:rFonts w:ascii="Calibri" w:hAnsi="Calibri"/>
          <w:b/>
          <w:i w:val="0"/>
          <w:sz w:val="32"/>
        </w:rPr>
        <w:t>Yêu cầu kỹ thuật</w:t>
      </w:r>
    </w:p>
    <w:p>
      <w:pPr>
        <w:spacing w:after="80"/>
      </w:pPr>
      <w:r>
        <w:rPr>
          <w:b w:val="0"/>
          <w:i w:val="0"/>
        </w:rPr>
        <w:t xml:space="preserve">Bạn có thể xem mã nguồn được trình bày trong chương này tại kho GitHub của sách, ở </w:t>
      </w:r>
      <w:r>
        <w:rPr>
          <w:rFonts w:ascii="Consolas" w:hAnsi="Consolas"/>
          <w:b w:val="0"/>
          <w:i w:val="0"/>
          <w:sz w:val="20"/>
        </w:rPr>
        <w:br/>
        <w:br/>
        <w:t xml:space="preserve">       https://github.com/PacktPublishing/Python-Automation-Cookbook-Third-Edition/tree/main/ch04</w:t>
        <w:br/>
        <w:t xml:space="preserve">      </w:t>
        <w:br/>
      </w:r>
      <w:r>
        <w:rPr>
          <w:b w:val="0"/>
          <w:i w:val="0"/>
        </w:rPr>
        <w:t xml:space="preserve"> .</w:t>
      </w:r>
    </w:p>
    <w:p>
      <w:pPr>
        <w:pStyle w:val="Heading2"/>
      </w:pPr>
      <w:r>
        <w:rPr>
          <w:rFonts w:ascii="Calibri" w:hAnsi="Calibri"/>
          <w:b/>
          <w:i w:val="0"/>
          <w:sz w:val="32"/>
        </w:rPr>
        <w:t>Thu thập và tìm kiếm trong các thư mục</w:t>
      </w:r>
    </w:p>
    <w:p>
      <w:pPr>
        <w:spacing w:after="80"/>
      </w:pPr>
      <w:r>
        <w:rPr>
          <w:b w:val="0"/>
          <w:i w:val="0"/>
        </w:rPr>
        <w:t>Trong công thức này, chúng ta sẽ học cách quét một thư mục theo cách đệ quy (recursive) để lấy tất cả các tệp chứa trong đó. Việc này sẽ bao gồm tất cả các tệp trong các thư mục con. Các tệp khớp có thể thuộc một loại cụ thể, chẳng hạn như tệp văn bản, hoặc tất cả mọi tệp.</w:t>
      </w:r>
    </w:p>
    <w:p>
      <w:pPr>
        <w:spacing w:after="80"/>
      </w:pPr>
      <w:r>
        <w:rPr>
          <w:b w:val="0"/>
          <w:i w:val="0"/>
        </w:rPr>
        <w:t>Đây thường là thao tác khởi đầu khi làm việc với tệp, để phát hiện tất cả các tệp hiện có.</w:t>
      </w:r>
    </w:p>
    <w:p>
      <w:pPr>
        <w:pStyle w:val="Heading3"/>
      </w:pPr>
      <w:r>
        <w:rPr>
          <w:rFonts w:ascii="Calibri" w:hAnsi="Calibri"/>
          <w:b/>
          <w:i w:val="0"/>
          <w:sz w:val="26"/>
        </w:rPr>
        <w:t>Chuẩn bị</w:t>
      </w:r>
    </w:p>
    <w:p>
      <w:pPr>
        <w:spacing w:after="80"/>
      </w:pPr>
      <w:r>
        <w:rPr>
          <w:b w:val="0"/>
          <w:i w:val="0"/>
        </w:rPr>
        <w:t>Hãy bắt đầu bằng việc tạo một thư mục thử nghiệm với một số thông tin tệp:</w:t>
      </w:r>
    </w:p>
    <w:p>
      <w:pPr>
        <w:spacing w:after="0"/>
        <w:ind w:left="360"/>
        <w:shd w:val="clear" w:color="auto" w:fill="F2F2F2"/>
      </w:pPr>
      <w:r>
        <w:rPr>
          <w:rFonts w:ascii="Consolas" w:hAnsi="Consolas"/>
          <w:sz w:val="18"/>
        </w:rPr>
        <w:t>$ mkdir dir</w:t>
      </w:r>
    </w:p>
    <w:p>
      <w:pPr>
        <w:spacing w:after="0"/>
        <w:ind w:left="360"/>
        <w:shd w:val="clear" w:color="auto" w:fill="F2F2F2"/>
      </w:pPr>
      <w:r>
        <w:rPr>
          <w:rFonts w:ascii="Consolas" w:hAnsi="Consolas"/>
          <w:sz w:val="18"/>
        </w:rPr>
        <w:t>$ touch dir/file1.txt</w:t>
      </w:r>
    </w:p>
    <w:p>
      <w:pPr>
        <w:spacing w:after="0"/>
        <w:ind w:left="360"/>
        <w:shd w:val="clear" w:color="auto" w:fill="F2F2F2"/>
      </w:pPr>
      <w:r>
        <w:rPr>
          <w:rFonts w:ascii="Consolas" w:hAnsi="Consolas"/>
          <w:sz w:val="18"/>
        </w:rPr>
        <w:t>$ touch dir/file2.txt</w:t>
      </w:r>
    </w:p>
    <w:p>
      <w:pPr>
        <w:spacing w:after="0"/>
        <w:ind w:left="360"/>
        <w:shd w:val="clear" w:color="auto" w:fill="F2F2F2"/>
      </w:pPr>
      <w:r>
        <w:rPr>
          <w:rFonts w:ascii="Consolas" w:hAnsi="Consolas"/>
          <w:sz w:val="18"/>
        </w:rPr>
        <w:t>$ mkdir dir/subdir</w:t>
      </w:r>
    </w:p>
    <w:p>
      <w:pPr>
        <w:spacing w:after="0"/>
        <w:ind w:left="360"/>
        <w:shd w:val="clear" w:color="auto" w:fill="F2F2F2"/>
      </w:pPr>
      <w:r>
        <w:rPr>
          <w:rFonts w:ascii="Consolas" w:hAnsi="Consolas"/>
          <w:sz w:val="18"/>
        </w:rPr>
        <w:t>$ touch dir/subdir/file3.txt</w:t>
      </w:r>
    </w:p>
    <w:p>
      <w:pPr>
        <w:spacing w:after="0"/>
        <w:ind w:left="360"/>
        <w:shd w:val="clear" w:color="auto" w:fill="F2F2F2"/>
      </w:pPr>
      <w:r>
        <w:rPr>
          <w:rFonts w:ascii="Consolas" w:hAnsi="Consolas"/>
          <w:sz w:val="18"/>
        </w:rPr>
        <w:t>$ touch dir/subdir/file4.txt</w:t>
      </w:r>
    </w:p>
    <w:p>
      <w:pPr>
        <w:spacing w:after="0"/>
        <w:ind w:left="360"/>
        <w:shd w:val="clear" w:color="auto" w:fill="F2F2F2"/>
      </w:pPr>
      <w:r>
        <w:rPr>
          <w:rFonts w:ascii="Consolas" w:hAnsi="Consolas"/>
          <w:sz w:val="18"/>
        </w:rPr>
        <w:t>$ touch dir/subdir/file5.pdf</w:t>
      </w:r>
    </w:p>
    <w:p>
      <w:pPr>
        <w:spacing w:after="0"/>
        <w:ind w:left="360"/>
        <w:shd w:val="clear" w:color="auto" w:fill="F2F2F2"/>
      </w:pPr>
      <w:r>
        <w:rPr>
          <w:rFonts w:ascii="Consolas" w:hAnsi="Consolas"/>
          <w:sz w:val="18"/>
        </w:rPr>
        <w:t>$ touch dir/file6.pdf</w:t>
      </w:r>
    </w:p>
    <w:p>
      <w:pPr>
        <w:spacing w:after="40"/>
      </w:pPr>
    </w:p>
    <w:p>
      <w:pPr>
        <w:spacing w:after="80"/>
      </w:pPr>
      <w:r>
        <w:rPr>
          <w:b w:val="0"/>
          <w:i w:val="0"/>
        </w:rPr>
        <w:t xml:space="preserve">Tất cả các tệp sẽ trống; chúng ta sẽ chỉ dùng chúng trong công thức này để phát hiện chúng. Lưu ý rằng có bốn tệp có phần mở rộng </w:t>
      </w:r>
      <w:r>
        <w:rPr>
          <w:rFonts w:ascii="Consolas" w:hAnsi="Consolas"/>
          <w:b w:val="0"/>
          <w:i w:val="0"/>
          <w:sz w:val="20"/>
        </w:rPr>
        <w:br/>
        <w:br/>
        <w:t xml:space="preserve">      .txt</w:t>
        <w:br/>
        <w:t xml:space="preserve">     </w:t>
        <w:br/>
      </w:r>
      <w:r>
        <w:rPr>
          <w:b w:val="0"/>
          <w:i w:val="0"/>
        </w:rPr>
        <w:t xml:space="preserve"> , và hai tệp có phần mở rộng </w:t>
      </w:r>
      <w:r>
        <w:rPr>
          <w:rFonts w:ascii="Consolas" w:hAnsi="Consolas"/>
          <w:b w:val="0"/>
          <w:i w:val="0"/>
          <w:sz w:val="20"/>
        </w:rPr>
        <w:br/>
        <w:br/>
        <w:t xml:space="preserve">      .pdf</w:t>
        <w:br/>
        <w:t xml:space="preserve">     </w:t>
        <w:br/>
      </w:r>
      <w:r>
        <w:rPr>
          <w:b w:val="0"/>
          <w:i w:val="0"/>
        </w:rPr>
        <w:t xml:space="preserve"> .</w:t>
      </w:r>
    </w:p>
    <w:p>
      <w:pPr>
        <w:spacing w:after="80"/>
      </w:pPr>
      <w:r>
        <w:rPr>
          <w:b/>
          <w:i w:val="0"/>
        </w:rPr>
        <w:t>Lưu ý</w:t>
      </w:r>
    </w:p>
    <w:p>
      <w:pPr>
        <w:spacing w:after="80"/>
      </w:pPr>
      <w:r>
        <w:rPr>
          <w:b w:val="0"/>
          <w:i w:val="0"/>
        </w:rPr>
        <w:t xml:space="preserve">Các tệp này cũng có sẵn trong kho GitHub tại đây: </w:t>
      </w:r>
      <w:r>
        <w:rPr>
          <w:rFonts w:ascii="Consolas" w:hAnsi="Consolas"/>
          <w:b w:val="0"/>
          <w:i w:val="0"/>
          <w:sz w:val="20"/>
        </w:rPr>
        <w:br/>
        <w:br/>
        <w:t xml:space="preserve">        https://github.com/PacktPublishing/Python-Automation-Cookbook-Third-Edition/tree/main/ch04/documents/dir</w:t>
        <w:br/>
        <w:t xml:space="preserve">       </w:t>
        <w:br/>
      </w:r>
      <w:r>
        <w:rPr>
          <w:b w:val="0"/>
          <w:i w:val="0"/>
        </w:rPr>
        <w:t xml:space="preserve"> .</w:t>
      </w:r>
    </w:p>
    <w:p>
      <w:pPr>
        <w:spacing w:after="80"/>
      </w:pPr>
      <w:r>
        <w:rPr>
          <w:b w:val="0"/>
          <w:i w:val="0"/>
        </w:rPr>
        <w:t xml:space="preserve">Vào thư mục </w:t>
      </w:r>
      <w:r>
        <w:rPr>
          <w:rFonts w:ascii="Consolas" w:hAnsi="Consolas"/>
          <w:b w:val="0"/>
          <w:i w:val="0"/>
          <w:sz w:val="20"/>
        </w:rPr>
        <w:br/>
        <w:br/>
        <w:t xml:space="preserve">      dir</w:t>
        <w:br/>
        <w:t xml:space="preserve">     </w:t>
        <w:br/>
      </w:r>
      <w:r>
        <w:rPr>
          <w:b w:val="0"/>
          <w:i w:val="0"/>
        </w:rPr>
        <w:t xml:space="preserve"> đã tạo:</w:t>
      </w:r>
    </w:p>
    <w:p>
      <w:pPr>
        <w:spacing w:after="0"/>
        <w:ind w:left="360"/>
        <w:shd w:val="clear" w:color="auto" w:fill="F2F2F2"/>
      </w:pPr>
      <w:r>
        <w:rPr>
          <w:rFonts w:ascii="Consolas" w:hAnsi="Consolas"/>
          <w:sz w:val="18"/>
        </w:rPr>
        <w:t>$ cd dir</w:t>
      </w:r>
    </w:p>
    <w:p>
      <w:pPr>
        <w:spacing w:after="40"/>
      </w:pPr>
    </w:p>
    <w:p>
      <w:pPr>
        <w:pStyle w:val="Heading3"/>
      </w:pPr>
      <w:r>
        <w:rPr>
          <w:rFonts w:ascii="Calibri" w:hAnsi="Calibri"/>
          <w:b/>
          <w:i w:val="0"/>
          <w:sz w:val="26"/>
        </w:rPr>
        <w:t>Cách thực hiện...</w:t>
      </w:r>
    </w:p>
    <w:p>
      <w:pPr>
        <w:spacing w:after="80"/>
        <w:ind w:left="360"/>
      </w:pPr>
      <w:r>
        <w:t xml:space="preserve">1. </w:t>
      </w:r>
      <w:r>
        <w:rPr>
          <w:b w:val="0"/>
          <w:i w:val="0"/>
        </w:rPr>
        <w:t>In ra tất cả tên tệp trong thư mục hiện tại và các thư mục con:</w:t>
      </w:r>
    </w:p>
    <w:p>
      <w:pPr>
        <w:spacing w:after="0"/>
        <w:ind w:left="360"/>
        <w:shd w:val="clear" w:color="auto" w:fill="F2F2F2"/>
      </w:pPr>
      <w:r>
        <w:rPr>
          <w:rFonts w:ascii="Consolas" w:hAnsi="Consolas"/>
          <w:sz w:val="18"/>
        </w:rPr>
        <w:t>&gt;&gt;&gt; from pathlib import Path</w:t>
      </w:r>
    </w:p>
    <w:p>
      <w:pPr>
        <w:spacing w:after="0"/>
        <w:ind w:left="360"/>
        <w:shd w:val="clear" w:color="auto" w:fill="F2F2F2"/>
      </w:pPr>
      <w:r>
        <w:rPr>
          <w:rFonts w:ascii="Consolas" w:hAnsi="Consolas"/>
          <w:sz w:val="18"/>
        </w:rPr>
        <w:t>&gt;&gt;&gt; for root, dirs, files in Path('.').walk():</w:t>
      </w:r>
    </w:p>
    <w:p>
      <w:pPr>
        <w:spacing w:after="0"/>
        <w:ind w:left="360"/>
        <w:shd w:val="clear" w:color="auto" w:fill="F2F2F2"/>
      </w:pPr>
      <w:r>
        <w:rPr>
          <w:rFonts w:ascii="Consolas" w:hAnsi="Consolas"/>
          <w:sz w:val="18"/>
        </w:rPr>
        <w:t>...   for file in files:</w:t>
      </w:r>
    </w:p>
    <w:p>
      <w:pPr>
        <w:spacing w:after="0"/>
        <w:ind w:left="360"/>
        <w:shd w:val="clear" w:color="auto" w:fill="F2F2F2"/>
      </w:pPr>
      <w:r>
        <w:rPr>
          <w:rFonts w:ascii="Consolas" w:hAnsi="Consolas"/>
          <w:sz w:val="18"/>
        </w:rPr>
        <w:t>...     print(file)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file2.txt</w:t>
      </w:r>
    </w:p>
    <w:p>
      <w:pPr>
        <w:spacing w:after="0"/>
        <w:ind w:left="360"/>
        <w:shd w:val="clear" w:color="auto" w:fill="F2F2F2"/>
      </w:pPr>
      <w:r>
        <w:rPr>
          <w:rFonts w:ascii="Consolas" w:hAnsi="Consolas"/>
          <w:sz w:val="18"/>
        </w:rPr>
        <w:t>file1.txt</w:t>
      </w:r>
    </w:p>
    <w:p>
      <w:pPr>
        <w:spacing w:after="0"/>
        <w:ind w:left="360"/>
        <w:shd w:val="clear" w:color="auto" w:fill="F2F2F2"/>
      </w:pPr>
      <w:r>
        <w:rPr>
          <w:rFonts w:ascii="Consolas" w:hAnsi="Consolas"/>
          <w:sz w:val="18"/>
        </w:rPr>
        <w:t>file6.pdf</w:t>
      </w:r>
    </w:p>
    <w:p>
      <w:pPr>
        <w:spacing w:after="0"/>
        <w:ind w:left="360"/>
        <w:shd w:val="clear" w:color="auto" w:fill="F2F2F2"/>
      </w:pPr>
      <w:r>
        <w:rPr>
          <w:rFonts w:ascii="Consolas" w:hAnsi="Consolas"/>
          <w:sz w:val="18"/>
        </w:rPr>
        <w:t>file3.txt</w:t>
      </w:r>
    </w:p>
    <w:p>
      <w:pPr>
        <w:spacing w:after="0"/>
        <w:ind w:left="360"/>
        <w:shd w:val="clear" w:color="auto" w:fill="F2F2F2"/>
      </w:pPr>
      <w:r>
        <w:rPr>
          <w:rFonts w:ascii="Consolas" w:hAnsi="Consolas"/>
          <w:sz w:val="18"/>
        </w:rPr>
        <w:t>file4.txt</w:t>
      </w:r>
    </w:p>
    <w:p>
      <w:pPr>
        <w:spacing w:after="0"/>
        <w:ind w:left="360"/>
        <w:shd w:val="clear" w:color="auto" w:fill="F2F2F2"/>
      </w:pPr>
      <w:r>
        <w:rPr>
          <w:rFonts w:ascii="Consolas" w:hAnsi="Consolas"/>
          <w:sz w:val="18"/>
        </w:rPr>
        <w:t>file5.pdf</w:t>
      </w:r>
    </w:p>
    <w:p>
      <w:pPr>
        <w:spacing w:after="40"/>
      </w:pPr>
    </w:p>
    <w:p>
      <w:pPr>
        <w:spacing w:after="80"/>
        <w:ind w:left="360"/>
      </w:pPr>
      <w:r>
        <w:t xml:space="preserve">2. </w:t>
      </w:r>
      <w:r>
        <w:rPr>
          <w:b w:val="0"/>
          <w:i w:val="0"/>
        </w:rPr>
        <w:t>In đường dẫn đầy đủ của các tệp, nối với thư mục gốc:</w:t>
      </w:r>
    </w:p>
    <w:p>
      <w:pPr>
        <w:spacing w:after="0"/>
        <w:ind w:left="360"/>
        <w:shd w:val="clear" w:color="auto" w:fill="F2F2F2"/>
      </w:pPr>
      <w:r>
        <w:rPr>
          <w:rFonts w:ascii="Consolas" w:hAnsi="Consolas"/>
          <w:sz w:val="18"/>
        </w:rPr>
        <w:t>&gt;&gt;&gt; for root, dirs, files in Path('.').walk():</w:t>
      </w:r>
    </w:p>
    <w:p>
      <w:pPr>
        <w:spacing w:after="0"/>
        <w:ind w:left="360"/>
        <w:shd w:val="clear" w:color="auto" w:fill="F2F2F2"/>
      </w:pPr>
      <w:r>
        <w:rPr>
          <w:rFonts w:ascii="Consolas" w:hAnsi="Consolas"/>
          <w:sz w:val="18"/>
        </w:rPr>
        <w:t>...   for file in files:</w:t>
      </w:r>
    </w:p>
    <w:p>
      <w:pPr>
        <w:spacing w:after="0"/>
        <w:ind w:left="360"/>
        <w:shd w:val="clear" w:color="auto" w:fill="F2F2F2"/>
      </w:pPr>
      <w:r>
        <w:rPr>
          <w:rFonts w:ascii="Consolas" w:hAnsi="Consolas"/>
          <w:sz w:val="18"/>
        </w:rPr>
        <w:t>...     full_file_path = root / file</w:t>
      </w:r>
    </w:p>
    <w:p>
      <w:pPr>
        <w:spacing w:after="0"/>
        <w:ind w:left="360"/>
        <w:shd w:val="clear" w:color="auto" w:fill="F2F2F2"/>
      </w:pPr>
      <w:r>
        <w:rPr>
          <w:rFonts w:ascii="Consolas" w:hAnsi="Consolas"/>
          <w:sz w:val="18"/>
        </w:rPr>
        <w:t>...     print(full_file_path)</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file2.txt</w:t>
      </w:r>
    </w:p>
    <w:p>
      <w:pPr>
        <w:spacing w:after="0"/>
        <w:ind w:left="360"/>
        <w:shd w:val="clear" w:color="auto" w:fill="F2F2F2"/>
      </w:pPr>
      <w:r>
        <w:rPr>
          <w:rFonts w:ascii="Consolas" w:hAnsi="Consolas"/>
          <w:sz w:val="18"/>
        </w:rPr>
        <w:t>file1.txt</w:t>
      </w:r>
    </w:p>
    <w:p>
      <w:pPr>
        <w:spacing w:after="0"/>
        <w:ind w:left="360"/>
        <w:shd w:val="clear" w:color="auto" w:fill="F2F2F2"/>
      </w:pPr>
      <w:r>
        <w:rPr>
          <w:rFonts w:ascii="Consolas" w:hAnsi="Consolas"/>
          <w:sz w:val="18"/>
        </w:rPr>
        <w:t>file6.pdf</w:t>
      </w:r>
    </w:p>
    <w:p>
      <w:pPr>
        <w:spacing w:after="0"/>
        <w:ind w:left="360"/>
        <w:shd w:val="clear" w:color="auto" w:fill="F2F2F2"/>
      </w:pPr>
      <w:r>
        <w:rPr>
          <w:rFonts w:ascii="Consolas" w:hAnsi="Consolas"/>
          <w:sz w:val="18"/>
        </w:rPr>
        <w:t>subdir/file3.txt</w:t>
      </w:r>
    </w:p>
    <w:p>
      <w:pPr>
        <w:spacing w:after="0"/>
        <w:ind w:left="360"/>
        <w:shd w:val="clear" w:color="auto" w:fill="F2F2F2"/>
      </w:pPr>
      <w:r>
        <w:rPr>
          <w:rFonts w:ascii="Consolas" w:hAnsi="Consolas"/>
          <w:sz w:val="18"/>
        </w:rPr>
        <w:t>subdir/file4.txt</w:t>
      </w:r>
    </w:p>
    <w:p>
      <w:pPr>
        <w:spacing w:after="0"/>
        <w:ind w:left="360"/>
        <w:shd w:val="clear" w:color="auto" w:fill="F2F2F2"/>
      </w:pPr>
      <w:r>
        <w:rPr>
          <w:rFonts w:ascii="Consolas" w:hAnsi="Consolas"/>
          <w:sz w:val="18"/>
        </w:rPr>
        <w:t>subdir/file5.pdf</w:t>
      </w:r>
    </w:p>
    <w:p>
      <w:pPr>
        <w:spacing w:after="40"/>
      </w:pPr>
    </w:p>
    <w:p>
      <w:pPr>
        <w:spacing w:after="80"/>
        <w:ind w:left="360"/>
      </w:pPr>
      <w:r>
        <w:t xml:space="preserve">3. </w:t>
      </w:r>
      <w:r>
        <w:rPr>
          <w:b w:val="0"/>
          <w:i w:val="0"/>
        </w:rPr>
        <w:t xml:space="preserve">Duyệt các tệp bằng một </w:t>
      </w:r>
      <w:r>
        <w:rPr>
          <w:b w:val="0"/>
          <w:i/>
        </w:rPr>
        <w:t xml:space="preserve"> glob </w:t>
      </w:r>
      <w:r>
        <w:rPr>
          <w:b w:val="0"/>
          <w:i w:val="0"/>
        </w:rPr>
        <w:t xml:space="preserve"> (mẫu khớp tệp)</w:t>
      </w:r>
    </w:p>
    <w:p>
      <w:pPr>
        <w:spacing w:after="0"/>
        <w:ind w:left="360"/>
        <w:shd w:val="clear" w:color="auto" w:fill="F2F2F2"/>
      </w:pPr>
      <w:r>
        <w:rPr>
          <w:rFonts w:ascii="Consolas" w:hAnsi="Consolas"/>
          <w:sz w:val="18"/>
        </w:rPr>
        <w:t>&gt;&gt;&gt; for path in Path('.').rglob('*'):</w:t>
      </w:r>
    </w:p>
    <w:p>
      <w:pPr>
        <w:spacing w:after="0"/>
        <w:ind w:left="360"/>
        <w:shd w:val="clear" w:color="auto" w:fill="F2F2F2"/>
      </w:pPr>
      <w:r>
        <w:rPr>
          <w:rFonts w:ascii="Consolas" w:hAnsi="Consolas"/>
          <w:sz w:val="18"/>
        </w:rPr>
        <w:t>...   if path.is_file():</w:t>
      </w:r>
    </w:p>
    <w:p>
      <w:pPr>
        <w:spacing w:after="0"/>
        <w:ind w:left="360"/>
        <w:shd w:val="clear" w:color="auto" w:fill="F2F2F2"/>
      </w:pPr>
      <w:r>
        <w:rPr>
          <w:rFonts w:ascii="Consolas" w:hAnsi="Consolas"/>
          <w:sz w:val="18"/>
        </w:rPr>
        <w:t>...     print(path)</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file2.txt</w:t>
      </w:r>
    </w:p>
    <w:p>
      <w:pPr>
        <w:spacing w:after="0"/>
        <w:ind w:left="360"/>
        <w:shd w:val="clear" w:color="auto" w:fill="F2F2F2"/>
      </w:pPr>
      <w:r>
        <w:rPr>
          <w:rFonts w:ascii="Consolas" w:hAnsi="Consolas"/>
          <w:sz w:val="18"/>
        </w:rPr>
        <w:t>file1.txt</w:t>
      </w:r>
    </w:p>
    <w:p>
      <w:pPr>
        <w:spacing w:after="0"/>
        <w:ind w:left="360"/>
        <w:shd w:val="clear" w:color="auto" w:fill="F2F2F2"/>
      </w:pPr>
      <w:r>
        <w:rPr>
          <w:rFonts w:ascii="Consolas" w:hAnsi="Consolas"/>
          <w:sz w:val="18"/>
        </w:rPr>
        <w:t>file6.pdf</w:t>
      </w:r>
    </w:p>
    <w:p>
      <w:pPr>
        <w:spacing w:after="0"/>
        <w:ind w:left="360"/>
        <w:shd w:val="clear" w:color="auto" w:fill="F2F2F2"/>
      </w:pPr>
      <w:r>
        <w:rPr>
          <w:rFonts w:ascii="Consolas" w:hAnsi="Consolas"/>
          <w:sz w:val="18"/>
        </w:rPr>
        <w:t>subdir/file3.txt</w:t>
      </w:r>
    </w:p>
    <w:p>
      <w:pPr>
        <w:spacing w:after="0"/>
        <w:ind w:left="360"/>
        <w:shd w:val="clear" w:color="auto" w:fill="F2F2F2"/>
      </w:pPr>
      <w:r>
        <w:rPr>
          <w:rFonts w:ascii="Consolas" w:hAnsi="Consolas"/>
          <w:sz w:val="18"/>
        </w:rPr>
        <w:t>subdir/file4.txt</w:t>
      </w:r>
    </w:p>
    <w:p>
      <w:pPr>
        <w:spacing w:after="0"/>
        <w:ind w:left="360"/>
        <w:shd w:val="clear" w:color="auto" w:fill="F2F2F2"/>
      </w:pPr>
      <w:r>
        <w:rPr>
          <w:rFonts w:ascii="Consolas" w:hAnsi="Consolas"/>
          <w:sz w:val="18"/>
        </w:rPr>
        <w:t>subdir/file5.pdf</w:t>
      </w:r>
    </w:p>
    <w:p>
      <w:pPr>
        <w:spacing w:after="40"/>
      </w:pPr>
    </w:p>
    <w:p>
      <w:pPr>
        <w:spacing w:after="80"/>
        <w:ind w:left="360"/>
      </w:pPr>
      <w:r>
        <w:t xml:space="preserve">4. </w:t>
      </w:r>
      <w:r>
        <w:rPr>
          <w:b w:val="0"/>
          <w:i w:val="0"/>
        </w:rPr>
        <w:t xml:space="preserve">Chỉ in các tệp </w:t>
      </w:r>
      <w:r>
        <w:rPr>
          <w:rFonts w:ascii="Consolas" w:hAnsi="Consolas"/>
          <w:b w:val="0"/>
          <w:i w:val="0"/>
          <w:sz w:val="20"/>
        </w:rPr>
        <w:br/>
        <w:br/>
        <w:t xml:space="preserve">       .pdf</w:t>
        <w:br/>
        <w:t xml:space="preserve">      </w:t>
        <w:br/>
      </w:r>
      <w:r>
        <w:rPr>
          <w:b w:val="0"/>
          <w:i w:val="0"/>
        </w:rPr>
        <w:t xml:space="preserve"> bằng </w:t>
      </w:r>
      <w:r>
        <w:rPr>
          <w:rFonts w:ascii="Consolas" w:hAnsi="Consolas"/>
          <w:b w:val="0"/>
          <w:i w:val="0"/>
          <w:sz w:val="20"/>
        </w:rPr>
        <w:br/>
        <w:br/>
        <w:t xml:space="preserve">       .walk()</w:t>
        <w:br/>
        <w:t xml:space="preserve">      </w:t>
        <w:br/>
      </w:r>
      <w:r>
        <w:rPr>
          <w:b w:val="0"/>
          <w:i w:val="0"/>
        </w:rPr>
        <w:t xml:space="preserve"> :</w:t>
      </w:r>
    </w:p>
    <w:p>
      <w:pPr>
        <w:spacing w:after="0"/>
        <w:ind w:left="360"/>
        <w:shd w:val="clear" w:color="auto" w:fill="F2F2F2"/>
      </w:pPr>
      <w:r>
        <w:rPr>
          <w:rFonts w:ascii="Consolas" w:hAnsi="Consolas"/>
          <w:sz w:val="18"/>
        </w:rPr>
        <w:t>&gt;&gt;&gt; for root, dirs, files in Path('.').walk():</w:t>
      </w:r>
    </w:p>
    <w:p>
      <w:pPr>
        <w:spacing w:after="0"/>
        <w:ind w:left="360"/>
        <w:shd w:val="clear" w:color="auto" w:fill="F2F2F2"/>
      </w:pPr>
      <w:r>
        <w:rPr>
          <w:rFonts w:ascii="Consolas" w:hAnsi="Consolas"/>
          <w:sz w:val="18"/>
        </w:rPr>
        <w:t>...   for file in files:</w:t>
      </w:r>
    </w:p>
    <w:p>
      <w:pPr>
        <w:spacing w:after="0"/>
        <w:ind w:left="360"/>
        <w:shd w:val="clear" w:color="auto" w:fill="F2F2F2"/>
      </w:pPr>
      <w:r>
        <w:rPr>
          <w:rFonts w:ascii="Consolas" w:hAnsi="Consolas"/>
          <w:sz w:val="18"/>
        </w:rPr>
        <w:t>...     if file.endswith('.pdf'):</w:t>
      </w:r>
    </w:p>
    <w:p>
      <w:pPr>
        <w:spacing w:after="0"/>
        <w:ind w:left="360"/>
        <w:shd w:val="clear" w:color="auto" w:fill="F2F2F2"/>
      </w:pPr>
      <w:r>
        <w:rPr>
          <w:rFonts w:ascii="Consolas" w:hAnsi="Consolas"/>
          <w:sz w:val="18"/>
        </w:rPr>
        <w:t>...       full_file_path = root / file</w:t>
      </w:r>
    </w:p>
    <w:p>
      <w:pPr>
        <w:spacing w:after="0"/>
        <w:ind w:left="360"/>
        <w:shd w:val="clear" w:color="auto" w:fill="F2F2F2"/>
      </w:pPr>
      <w:r>
        <w:rPr>
          <w:rFonts w:ascii="Consolas" w:hAnsi="Consolas"/>
          <w:sz w:val="18"/>
        </w:rPr>
        <w:t>...       print(full_file_path)</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file6.pdf</w:t>
      </w:r>
    </w:p>
    <w:p>
      <w:pPr>
        <w:spacing w:after="0"/>
        <w:ind w:left="360"/>
        <w:shd w:val="clear" w:color="auto" w:fill="F2F2F2"/>
      </w:pPr>
      <w:r>
        <w:rPr>
          <w:rFonts w:ascii="Consolas" w:hAnsi="Consolas"/>
          <w:sz w:val="18"/>
        </w:rPr>
        <w:t>subdir/file5.pdf</w:t>
      </w:r>
    </w:p>
    <w:p>
      <w:pPr>
        <w:spacing w:after="40"/>
      </w:pPr>
    </w:p>
    <w:p>
      <w:pPr>
        <w:spacing w:after="80"/>
        <w:ind w:left="360"/>
      </w:pPr>
      <w:r>
        <w:t xml:space="preserve">5. </w:t>
      </w:r>
      <w:r>
        <w:rPr>
          <w:b w:val="0"/>
          <w:i w:val="0"/>
        </w:rPr>
        <w:t xml:space="preserve">In các tệp </w:t>
      </w:r>
      <w:r>
        <w:rPr>
          <w:rFonts w:ascii="Consolas" w:hAnsi="Consolas"/>
          <w:b w:val="0"/>
          <w:i w:val="0"/>
          <w:sz w:val="20"/>
        </w:rPr>
        <w:br/>
        <w:br/>
        <w:t xml:space="preserve">       .pdf</w:t>
        <w:br/>
        <w:t xml:space="preserve">      </w:t>
        <w:br/>
      </w:r>
      <w:r>
        <w:rPr>
          <w:b w:val="0"/>
          <w:i w:val="0"/>
        </w:rPr>
        <w:t xml:space="preserve"> bằng một </w:t>
      </w:r>
      <w:r>
        <w:rPr>
          <w:b w:val="0"/>
          <w:i/>
        </w:rPr>
        <w:t xml:space="preserve"> glob </w:t>
      </w:r>
    </w:p>
    <w:p>
      <w:pPr>
        <w:spacing w:after="0"/>
        <w:ind w:left="360"/>
        <w:shd w:val="clear" w:color="auto" w:fill="F2F2F2"/>
      </w:pPr>
      <w:r>
        <w:rPr>
          <w:rFonts w:ascii="Consolas" w:hAnsi="Consolas"/>
          <w:sz w:val="18"/>
        </w:rPr>
        <w:t>&gt;&gt;&gt; for path in Path('.').rglob('*.pdf'):</w:t>
      </w:r>
    </w:p>
    <w:p>
      <w:pPr>
        <w:spacing w:after="0"/>
        <w:ind w:left="360"/>
        <w:shd w:val="clear" w:color="auto" w:fill="F2F2F2"/>
      </w:pPr>
      <w:r>
        <w:rPr>
          <w:rFonts w:ascii="Consolas" w:hAnsi="Consolas"/>
          <w:sz w:val="18"/>
        </w:rPr>
        <w:t>...   if path.is_file():</w:t>
      </w:r>
    </w:p>
    <w:p>
      <w:pPr>
        <w:spacing w:after="0"/>
        <w:ind w:left="360"/>
        <w:shd w:val="clear" w:color="auto" w:fill="F2F2F2"/>
      </w:pPr>
      <w:r>
        <w:rPr>
          <w:rFonts w:ascii="Consolas" w:hAnsi="Consolas"/>
          <w:sz w:val="18"/>
        </w:rPr>
        <w:t>...     print(path)</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file6.pdf</w:t>
      </w:r>
    </w:p>
    <w:p>
      <w:pPr>
        <w:spacing w:after="0"/>
        <w:ind w:left="360"/>
        <w:shd w:val="clear" w:color="auto" w:fill="F2F2F2"/>
      </w:pPr>
      <w:r>
        <w:rPr>
          <w:rFonts w:ascii="Consolas" w:hAnsi="Consolas"/>
          <w:sz w:val="18"/>
        </w:rPr>
        <w:t>subdir/file5.pdf</w:t>
      </w:r>
    </w:p>
    <w:p>
      <w:pPr>
        <w:spacing w:after="40"/>
      </w:pPr>
    </w:p>
    <w:p>
      <w:pPr>
        <w:spacing w:after="80"/>
        <w:ind w:left="360"/>
      </w:pPr>
      <w:r>
        <w:t xml:space="preserve">6. </w:t>
      </w:r>
      <w:r>
        <w:rPr>
          <w:b w:val="0"/>
          <w:i w:val="0"/>
        </w:rPr>
        <w:t>Chỉ in các tệp chứa số lẻ:</w:t>
      </w:r>
    </w:p>
    <w:p>
      <w:pPr>
        <w:spacing w:after="0"/>
        <w:ind w:left="360"/>
        <w:shd w:val="clear" w:color="auto" w:fill="F2F2F2"/>
      </w:pPr>
      <w:r>
        <w:rPr>
          <w:rFonts w:ascii="Consolas" w:hAnsi="Consolas"/>
          <w:sz w:val="18"/>
        </w:rPr>
        <w:t>&gt;&gt;&gt; import re</w:t>
      </w:r>
    </w:p>
    <w:p>
      <w:pPr>
        <w:spacing w:after="0"/>
        <w:ind w:left="360"/>
        <w:shd w:val="clear" w:color="auto" w:fill="F2F2F2"/>
      </w:pPr>
      <w:r>
        <w:rPr>
          <w:rFonts w:ascii="Consolas" w:hAnsi="Consolas"/>
          <w:sz w:val="18"/>
        </w:rPr>
        <w:t>&gt;&gt;&gt; for root, dirs, files in Path('.').walk():</w:t>
      </w:r>
    </w:p>
    <w:p>
      <w:pPr>
        <w:spacing w:after="0"/>
        <w:ind w:left="360"/>
        <w:shd w:val="clear" w:color="auto" w:fill="F2F2F2"/>
      </w:pPr>
      <w:r>
        <w:rPr>
          <w:rFonts w:ascii="Consolas" w:hAnsi="Consolas"/>
          <w:sz w:val="18"/>
        </w:rPr>
        <w:t>...   for file in files:</w:t>
      </w:r>
    </w:p>
    <w:p>
      <w:pPr>
        <w:spacing w:after="0"/>
        <w:ind w:left="360"/>
        <w:shd w:val="clear" w:color="auto" w:fill="F2F2F2"/>
      </w:pPr>
      <w:r>
        <w:rPr>
          <w:rFonts w:ascii="Consolas" w:hAnsi="Consolas"/>
          <w:sz w:val="18"/>
        </w:rPr>
        <w:t>...     if re.search(r'[13579]', file):</w:t>
      </w:r>
    </w:p>
    <w:p>
      <w:pPr>
        <w:spacing w:after="0"/>
        <w:ind w:left="360"/>
        <w:shd w:val="clear" w:color="auto" w:fill="F2F2F2"/>
      </w:pPr>
      <w:r>
        <w:rPr>
          <w:rFonts w:ascii="Consolas" w:hAnsi="Consolas"/>
          <w:sz w:val="18"/>
        </w:rPr>
        <w:t>...       full_file_path = root / file</w:t>
      </w:r>
    </w:p>
    <w:p>
      <w:pPr>
        <w:spacing w:after="0"/>
        <w:ind w:left="360"/>
        <w:shd w:val="clear" w:color="auto" w:fill="F2F2F2"/>
      </w:pPr>
      <w:r>
        <w:rPr>
          <w:rFonts w:ascii="Consolas" w:hAnsi="Consolas"/>
          <w:sz w:val="18"/>
        </w:rPr>
        <w:t>...       print(full_file_path)</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file1.txt</w:t>
      </w:r>
    </w:p>
    <w:p>
      <w:pPr>
        <w:spacing w:after="0"/>
        <w:ind w:left="360"/>
        <w:shd w:val="clear" w:color="auto" w:fill="F2F2F2"/>
      </w:pPr>
      <w:r>
        <w:rPr>
          <w:rFonts w:ascii="Consolas" w:hAnsi="Consolas"/>
          <w:sz w:val="18"/>
        </w:rPr>
        <w:t>subdir/file3.txt</w:t>
      </w:r>
    </w:p>
    <w:p>
      <w:pPr>
        <w:spacing w:after="0"/>
        <w:ind w:left="360"/>
        <w:shd w:val="clear" w:color="auto" w:fill="F2F2F2"/>
      </w:pPr>
      <w:r>
        <w:rPr>
          <w:rFonts w:ascii="Consolas" w:hAnsi="Consolas"/>
          <w:sz w:val="18"/>
        </w:rPr>
        <w:t>subdir/file5.pdf</w:t>
      </w:r>
    </w:p>
    <w:p>
      <w:pPr>
        <w:spacing w:after="40"/>
      </w:pPr>
    </w:p>
    <w:p>
      <w:pPr>
        <w:pStyle w:val="Heading3"/>
      </w:pPr>
      <w:r>
        <w:rPr>
          <w:rFonts w:ascii="Calibri" w:hAnsi="Calibri"/>
          <w:b/>
          <w:i w:val="0"/>
          <w:sz w:val="26"/>
        </w:rPr>
        <w:t>Cách hoạt động...</w:t>
      </w:r>
    </w:p>
    <w:p>
      <w:pPr>
        <w:spacing w:after="80"/>
      </w:pPr>
      <w:r>
        <w:rPr>
          <w:rFonts w:ascii="Consolas" w:hAnsi="Consolas"/>
          <w:b w:val="0"/>
          <w:i w:val="0"/>
          <w:sz w:val="20"/>
        </w:rPr>
        <w:br/>
        <w:br/>
        <w:t xml:space="preserve">      Path('.').walk()</w:t>
        <w:br/>
        <w:t xml:space="preserve">     </w:t>
        <w:br/>
      </w:r>
      <w:r>
        <w:rPr>
          <w:b w:val="0"/>
          <w:i w:val="0"/>
        </w:rPr>
        <w:t xml:space="preserve"> đi qua toàn bộ một thư mục và tất cả các thư mục con bên trong nó, trả về tất cả các tệp. Với mỗi thư mục, nó trả về một tuple gồm thư mục, bất kỳ thư mục con nào bên trong nó, và tất cả các tệp. Nếu bạn đang ở trong thư mục con </w:t>
      </w:r>
      <w:r>
        <w:rPr>
          <w:rFonts w:ascii="Consolas" w:hAnsi="Consolas"/>
          <w:b w:val="0"/>
          <w:i w:val="0"/>
          <w:sz w:val="20"/>
        </w:rPr>
        <w:br/>
        <w:br/>
        <w:t xml:space="preserve">      dir</w:t>
        <w:br/>
        <w:t xml:space="preserve">     </w:t>
        <w:br/>
      </w:r>
      <w:r>
        <w:rPr>
          <w:b w:val="0"/>
          <w:i w:val="0"/>
        </w:rPr>
        <w:t xml:space="preserve"> :</w:t>
      </w:r>
    </w:p>
    <w:p>
      <w:pPr>
        <w:spacing w:after="0"/>
        <w:ind w:left="360"/>
        <w:shd w:val="clear" w:color="auto" w:fill="F2F2F2"/>
      </w:pPr>
      <w:r>
        <w:rPr>
          <w:rFonts w:ascii="Consolas" w:hAnsi="Consolas"/>
          <w:sz w:val="18"/>
        </w:rPr>
        <w:t>&gt;&gt;&gt; for root, dirs, files in Path('.').walk():</w:t>
      </w:r>
    </w:p>
    <w:p>
      <w:pPr>
        <w:spacing w:after="0"/>
        <w:ind w:left="360"/>
        <w:shd w:val="clear" w:color="auto" w:fill="F2F2F2"/>
      </w:pPr>
      <w:r>
        <w:rPr>
          <w:rFonts w:ascii="Consolas" w:hAnsi="Consolas"/>
          <w:sz w:val="18"/>
        </w:rPr>
        <w:t>...     print(root, dirs, files)</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['subdir'] ['file2.txt', 'file1.txt', 'file6.pdf']</w:t>
      </w:r>
    </w:p>
    <w:p>
      <w:pPr>
        <w:spacing w:after="0"/>
        <w:ind w:left="360"/>
        <w:shd w:val="clear" w:color="auto" w:fill="F2F2F2"/>
      </w:pPr>
      <w:r>
        <w:rPr>
          <w:rFonts w:ascii="Consolas" w:hAnsi="Consolas"/>
          <w:sz w:val="18"/>
        </w:rPr>
        <w:t>./subdir [] ['file3.txt', 'file4.txt', 'file5.pdf']</w:t>
      </w:r>
    </w:p>
    <w:p>
      <w:pPr>
        <w:spacing w:after="40"/>
      </w:pPr>
    </w:p>
    <w:p>
      <w:pPr>
        <w:spacing w:after="80"/>
      </w:pPr>
      <w:r>
        <w:rPr>
          <w:b w:val="0"/>
          <w:i w:val="0"/>
        </w:rPr>
        <w:t xml:space="preserve">Các đường dẫn được trả về, chẳng hạn như đường dẫn cơ sở và tệp, có thể được nối trực tiếp thông qua toán tử </w:t>
      </w:r>
      <w:r>
        <w:rPr>
          <w:rFonts w:ascii="Consolas" w:hAnsi="Consolas"/>
          <w:b w:val="0"/>
          <w:i w:val="0"/>
          <w:sz w:val="20"/>
        </w:rPr>
        <w:br/>
        <w:br/>
        <w:t xml:space="preserve">      /</w:t>
        <w:br/>
        <w:t xml:space="preserve">     </w:t>
        <w:br/>
      </w:r>
      <w:r>
        <w:rPr>
          <w:b w:val="0"/>
          <w:i w:val="0"/>
        </w:rPr>
        <w:t xml:space="preserve"> .</w:t>
      </w:r>
    </w:p>
    <w:p>
      <w:pPr>
        <w:spacing w:after="80"/>
      </w:pPr>
      <w:r>
        <w:rPr>
          <w:b w:val="0"/>
          <w:i w:val="0"/>
        </w:rPr>
        <w:t xml:space="preserve">Các đường dẫn được trả về tương thích với chuỗi, mọi kiểu lọc đều có thể được thực hiện trên chúng, như trong </w:t>
      </w:r>
      <w:r>
        <w:rPr>
          <w:b w:val="0"/>
          <w:i/>
        </w:rPr>
        <w:t xml:space="preserve"> bước 3 </w:t>
      </w:r>
      <w:r>
        <w:rPr>
          <w:b w:val="0"/>
          <w:i w:val="0"/>
        </w:rPr>
        <w:t xml:space="preserve"> . Trong </w:t>
      </w:r>
      <w:r>
        <w:rPr>
          <w:b w:val="0"/>
          <w:i/>
        </w:rPr>
        <w:t xml:space="preserve"> bước </w:t>
      </w:r>
      <w:r>
        <w:rPr>
          <w:b w:val="0"/>
          <w:i w:val="0"/>
        </w:rPr>
        <w:t xml:space="preserve"> </w:t>
      </w:r>
      <w:r>
        <w:rPr>
          <w:b w:val="0"/>
          <w:i/>
        </w:rPr>
        <w:t xml:space="preserve"> 6 </w:t>
      </w:r>
      <w:r>
        <w:rPr>
          <w:b w:val="0"/>
          <w:i w:val="0"/>
        </w:rPr>
        <w:t xml:space="preserve"> có thể sử dụng toàn bộ sức mạnh của biểu thức chính quy để lọc. Toán tử / cũng cho phép bạn trộn các chuỗi thuần, cho phép các biểu thức như</w:t>
      </w:r>
    </w:p>
    <w:p>
      <w:pPr>
        <w:spacing w:after="0"/>
        <w:ind w:left="360"/>
        <w:shd w:val="clear" w:color="auto" w:fill="F2F2F2"/>
      </w:pPr>
      <w:r>
        <w:rPr>
          <w:rFonts w:ascii="Consolas" w:hAnsi="Consolas"/>
          <w:sz w:val="18"/>
        </w:rPr>
        <w:t>&gt;&gt;&gt; root / "myfile.txt"</w:t>
      </w:r>
    </w:p>
    <w:p>
      <w:pPr>
        <w:spacing w:after="0"/>
        <w:ind w:left="360"/>
        <w:shd w:val="clear" w:color="auto" w:fill="F2F2F2"/>
      </w:pPr>
      <w:r>
        <w:rPr>
          <w:rFonts w:ascii="Consolas" w:hAnsi="Consolas"/>
          <w:sz w:val="18"/>
        </w:rPr>
        <w:t>PosixPath('subdir/myfile.txt')</w:t>
      </w:r>
    </w:p>
    <w:p>
      <w:pPr>
        <w:spacing w:after="40"/>
      </w:pPr>
    </w:p>
    <w:p>
      <w:pPr>
        <w:spacing w:after="80"/>
      </w:pPr>
      <w:r>
        <w:rPr>
          <w:b w:val="0"/>
          <w:i w:val="0"/>
        </w:rPr>
        <w:t xml:space="preserve">Thay vào đó, để dùng .walk, sử dụng </w:t>
      </w:r>
      <w:r>
        <w:rPr>
          <w:rFonts w:ascii="Consolas" w:hAnsi="Consolas"/>
          <w:b w:val="0"/>
          <w:i w:val="0"/>
          <w:sz w:val="20"/>
        </w:rPr>
        <w:br/>
        <w:br/>
        <w:t xml:space="preserve">      .rglob</w:t>
        <w:br/>
        <w:t xml:space="preserve">     </w:t>
        <w:br/>
      </w:r>
      <w:r>
        <w:rPr>
          <w:b w:val="0"/>
          <w:i w:val="0"/>
        </w:rPr>
        <w:t xml:space="preserve"> cho phép tìm kiếm tệp một cách trực tiếp hơn. Cái này dùng một glob, một mẫu khớp tệp. Tiền tố </w:t>
      </w:r>
      <w:r>
        <w:rPr>
          <w:rFonts w:ascii="Consolas" w:hAnsi="Consolas"/>
          <w:b w:val="0"/>
          <w:i w:val="0"/>
          <w:sz w:val="20"/>
        </w:rPr>
        <w:br/>
        <w:br/>
        <w:t xml:space="preserve">      r</w:t>
        <w:br/>
        <w:t xml:space="preserve">     </w:t>
        <w:br/>
      </w:r>
      <w:r>
        <w:rPr>
          <w:b w:val="0"/>
          <w:i w:val="0"/>
        </w:rPr>
        <w:t xml:space="preserve"> nghĩa là nó làm điều đó một cách đệ quy, bao phủ tất cả các thư mục con từ thư mục cơ sở. Như đã thấy trong bước 3 và 5, nó trả về toàn bộ thư mục con và tên tệp trong một đối tượng Path duy nhất. Tùy vào trường hợp sử dụng của bạn, bạn có thể thích dùng </w:t>
      </w:r>
      <w:r>
        <w:rPr>
          <w:rFonts w:ascii="Consolas" w:hAnsi="Consolas"/>
          <w:b w:val="0"/>
          <w:i w:val="0"/>
          <w:sz w:val="20"/>
        </w:rPr>
        <w:br/>
        <w:br/>
        <w:t xml:space="preserve">      walk</w:t>
        <w:br/>
        <w:t xml:space="preserve">     </w:t>
        <w:br/>
      </w:r>
      <w:r>
        <w:rPr>
          <w:b w:val="0"/>
          <w:i w:val="0"/>
        </w:rPr>
        <w:t xml:space="preserve"> hoặc </w:t>
      </w:r>
      <w:r>
        <w:rPr>
          <w:rFonts w:ascii="Consolas" w:hAnsi="Consolas"/>
          <w:b w:val="0"/>
          <w:i w:val="0"/>
          <w:sz w:val="20"/>
        </w:rPr>
        <w:br/>
        <w:br/>
        <w:t xml:space="preserve">      rglob</w:t>
        <w:br/>
        <w:t xml:space="preserve">     </w:t>
        <w:br/>
      </w:r>
      <w:r>
        <w:rPr>
          <w:b w:val="0"/>
          <w:i w:val="0"/>
        </w:rPr>
        <w:t xml:space="preserve"> .</w:t>
      </w:r>
    </w:p>
    <w:p>
      <w:pPr>
        <w:spacing w:after="80"/>
      </w:pPr>
      <w:r>
        <w:rPr>
          <w:b/>
          <w:i w:val="0"/>
        </w:rPr>
        <w:t>Lưu ý</w:t>
      </w:r>
    </w:p>
    <w:p>
      <w:pPr>
        <w:spacing w:after="80"/>
      </w:pPr>
      <w:r>
        <w:rPr>
          <w:b w:val="0"/>
          <w:i w:val="0"/>
        </w:rPr>
        <w:t xml:space="preserve">Xem thêm về cách định nghĩa glob trong tài liệu </w:t>
      </w:r>
      <w:r>
        <w:rPr>
          <w:rFonts w:ascii="Consolas" w:hAnsi="Consolas"/>
          <w:b w:val="0"/>
          <w:i w:val="0"/>
          <w:sz w:val="20"/>
        </w:rPr>
        <w:br/>
        <w:br/>
        <w:t xml:space="preserve">        https://docs.python.org/3/library/glob.html</w:t>
        <w:br/>
        <w:t xml:space="preserve">       </w:t>
        <w:br/>
      </w:r>
    </w:p>
    <w:p>
      <w:pPr>
        <w:spacing w:after="80"/>
      </w:pPr>
      <w:r>
        <w:rPr>
          <w:b w:val="0"/>
          <w:i w:val="0"/>
        </w:rPr>
        <w:t>Trong công thức tiếp theo, chúng ta sẽ xử lý nội dung của các tệp, không chỉ tên tệp.</w:t>
      </w:r>
    </w:p>
    <w:p>
      <w:pPr>
        <w:pStyle w:val="Heading3"/>
      </w:pPr>
      <w:r>
        <w:rPr>
          <w:rFonts w:ascii="Calibri" w:hAnsi="Calibri"/>
          <w:b/>
          <w:i w:val="0"/>
          <w:sz w:val="26"/>
        </w:rPr>
        <w:t>Còn nhiều thứ nữa...</w:t>
      </w:r>
    </w:p>
    <w:p>
      <w:pPr>
        <w:spacing w:after="80"/>
      </w:pPr>
      <w:r>
        <w:rPr>
          <w:b w:val="0"/>
          <w:i w:val="0"/>
        </w:rPr>
        <w:t>Trong công thức này, các tệp được trả về không bị mở hay chỉnh sửa dưới bất kỳ hình thức nào. Thao tác này chỉ đọc. Các tệp có thể được mở như mô tả trong các công thức tiếp theo.</w:t>
      </w:r>
    </w:p>
    <w:p>
      <w:pPr>
        <w:spacing w:after="80"/>
      </w:pPr>
      <w:r>
        <w:rPr>
          <w:b/>
          <w:i w:val="0"/>
        </w:rPr>
        <w:t>Mẹo</w:t>
      </w:r>
    </w:p>
    <w:p>
      <w:pPr>
        <w:spacing w:after="80"/>
      </w:pPr>
      <w:r>
        <w:rPr>
          <w:b w:val="0"/>
          <w:i w:val="0"/>
        </w:rPr>
        <w:t>Hãy lưu ý rằng việc thay đổi cấu trúc thư mục trong khi đang duyệt qua nó có thể ảnh hưởng đến kết quả. Nếu bạn cần thực hiện một số thao tác bảo trì tệp trong khi duyệt qua cây thư mục, như sao chép hay di chuyển tệp, thì nên lưu các tệp kết quả vào một thư mục khác để tránh rắc rối trong vòng lặp duyệt.</w:t>
      </w:r>
    </w:p>
    <w:p>
      <w:pPr>
        <w:spacing w:after="80"/>
      </w:pPr>
      <w:r>
        <w:rPr>
          <w:b w:val="0"/>
          <w:i w:val="0"/>
        </w:rPr>
        <w:t>Bằng cách đó, bạn tạo ra sự khác biệt giữa đầu vào (thư mục đang được duyệt) và đầu ra (thư mục kia) và tránh trộn lẫn chúng trong trường hợp bạn cần lặp lại quá trình.</w:t>
      </w:r>
    </w:p>
    <w:p>
      <w:pPr>
        <w:spacing w:after="80"/>
      </w:pPr>
      <w:r>
        <w:rPr>
          <w:b w:val="0"/>
          <w:i w:val="0"/>
        </w:rPr>
        <w:t xml:space="preserve">Đối tượng </w:t>
      </w:r>
      <w:r>
        <w:rPr>
          <w:rFonts w:ascii="Consolas" w:hAnsi="Consolas"/>
          <w:b w:val="0"/>
          <w:i w:val="0"/>
          <w:sz w:val="20"/>
        </w:rPr>
        <w:br/>
        <w:br/>
        <w:t xml:space="preserve">      Path</w:t>
        <w:br/>
        <w:t xml:space="preserve">     </w:t>
        <w:br/>
      </w:r>
      <w:r>
        <w:rPr>
          <w:b w:val="0"/>
          <w:i w:val="0"/>
        </w:rPr>
        <w:t xml:space="preserve"> có nhiều phần tử để xử lý đường dẫn, như:</w:t>
      </w:r>
    </w:p>
    <w:p>
      <w:pPr>
        <w:spacing w:after="80"/>
        <w:ind w:left="360"/>
      </w:pPr>
      <w:r>
        <w:t xml:space="preserve">• </w:t>
      </w:r>
      <w:r>
        <w:rPr>
          <w:rFonts w:ascii="Consolas" w:hAnsi="Consolas"/>
          <w:b w:val="0"/>
          <w:i w:val="0"/>
          <w:sz w:val="20"/>
        </w:rPr>
        <w:br/>
        <w:br/>
        <w:t xml:space="preserve">       .absolute()</w:t>
        <w:br/>
        <w:t xml:space="preserve">      </w:t>
        <w:br/>
      </w:r>
      <w:r>
        <w:rPr>
          <w:b w:val="0"/>
          <w:i w:val="0"/>
        </w:rPr>
        <w:t xml:space="preserve"> , trả về đường dẫn tuyệt đối của một tệp.</w:t>
      </w:r>
    </w:p>
    <w:p>
      <w:pPr>
        <w:spacing w:after="80"/>
        <w:ind w:left="360"/>
      </w:pPr>
      <w:r>
        <w:t xml:space="preserve">• </w:t>
      </w:r>
      <w:r>
        <w:rPr>
          <w:rFonts w:ascii="Consolas" w:hAnsi="Consolas"/>
          <w:b w:val="0"/>
          <w:i w:val="0"/>
          <w:sz w:val="20"/>
        </w:rPr>
        <w:br/>
        <w:br/>
        <w:t xml:space="preserve">       .stem</w:t>
        <w:br/>
        <w:t xml:space="preserve">      </w:t>
        <w:br/>
      </w:r>
      <w:r>
        <w:rPr>
          <w:b w:val="0"/>
          <w:i w:val="0"/>
        </w:rPr>
        <w:t xml:space="preserve"> , và .suffix hiển thị phần cuối cùng không có hậu tố (phần mở rộng) và hậu tố:</w:t>
      </w:r>
    </w:p>
    <w:p>
      <w:pPr>
        <w:spacing w:after="0"/>
        <w:ind w:left="360"/>
        <w:shd w:val="clear" w:color="auto" w:fill="F2F2F2"/>
      </w:pPr>
      <w:r>
        <w:rPr>
          <w:rFonts w:ascii="Consolas" w:hAnsi="Consolas"/>
          <w:sz w:val="18"/>
        </w:rPr>
        <w:t>&gt;&gt;&gt; Path('file.txt').stem</w:t>
      </w:r>
    </w:p>
    <w:p>
      <w:pPr>
        <w:spacing w:after="0"/>
        <w:ind w:left="360"/>
        <w:shd w:val="clear" w:color="auto" w:fill="F2F2F2"/>
      </w:pPr>
      <w:r>
        <w:rPr>
          <w:rFonts w:ascii="Consolas" w:hAnsi="Consolas"/>
          <w:sz w:val="18"/>
        </w:rPr>
        <w:t>'file'</w:t>
      </w:r>
    </w:p>
    <w:p>
      <w:pPr>
        <w:spacing w:after="0"/>
        <w:ind w:left="360"/>
        <w:shd w:val="clear" w:color="auto" w:fill="F2F2F2"/>
      </w:pPr>
      <w:r>
        <w:rPr>
          <w:rFonts w:ascii="Consolas" w:hAnsi="Consolas"/>
          <w:sz w:val="18"/>
        </w:rPr>
        <w:t>&gt;&gt;&gt; Path('file.txt').suffix</w:t>
      </w:r>
    </w:p>
    <w:p>
      <w:pPr>
        <w:spacing w:after="0"/>
        <w:ind w:left="360"/>
        <w:shd w:val="clear" w:color="auto" w:fill="F2F2F2"/>
      </w:pPr>
      <w:r>
        <w:rPr>
          <w:rFonts w:ascii="Consolas" w:hAnsi="Consolas"/>
          <w:sz w:val="18"/>
        </w:rPr>
        <w:t>'.txt'</w:t>
      </w:r>
    </w:p>
    <w:p>
      <w:pPr>
        <w:spacing w:after="40"/>
      </w:pPr>
    </w:p>
    <w:p>
      <w:pPr>
        <w:spacing w:after="80"/>
        <w:ind w:left="360"/>
      </w:pPr>
      <w:r>
        <w:t xml:space="preserve">• </w:t>
      </w:r>
      <w:r>
        <w:rPr>
          <w:rFonts w:ascii="Consolas" w:hAnsi="Consolas"/>
          <w:b w:val="0"/>
          <w:i w:val="0"/>
          <w:sz w:val="20"/>
        </w:rPr>
        <w:br/>
        <w:br/>
        <w:t xml:space="preserve">       .exists()</w:t>
        <w:br/>
        <w:t xml:space="preserve">      </w:t>
        <w:br/>
      </w:r>
      <w:r>
        <w:rPr>
          <w:b w:val="0"/>
          <w:i w:val="0"/>
        </w:rPr>
        <w:t xml:space="preserve"> , để trả về việc một tệp có tồn tại trên hệ thống tệp hay không.</w:t>
      </w:r>
    </w:p>
    <w:p>
      <w:pPr>
        <w:spacing w:after="80"/>
      </w:pPr>
      <w:r>
        <w:rPr>
          <w:b w:val="0"/>
          <w:i w:val="0"/>
        </w:rPr>
        <w:t xml:space="preserve">Tài liệu đầy đủ về </w:t>
      </w:r>
      <w:r>
        <w:rPr>
          <w:rFonts w:ascii="Consolas" w:hAnsi="Consolas"/>
          <w:b w:val="0"/>
          <w:i w:val="0"/>
          <w:sz w:val="20"/>
        </w:rPr>
        <w:br/>
        <w:br/>
        <w:t xml:space="preserve">      pathlib</w:t>
        <w:br/>
        <w:t xml:space="preserve">     </w:t>
        <w:br/>
      </w:r>
      <w:r>
        <w:rPr>
          <w:b w:val="0"/>
          <w:i w:val="0"/>
        </w:rPr>
        <w:t xml:space="preserve"> có thể được tìm thấy tại </w:t>
      </w:r>
      <w:r>
        <w:rPr>
          <w:rFonts w:ascii="Consolas" w:hAnsi="Consolas"/>
          <w:b w:val="0"/>
          <w:i w:val="0"/>
          <w:sz w:val="20"/>
        </w:rPr>
        <w:br/>
        <w:br/>
        <w:t xml:space="preserve">       https://docs.python.org/3/library/pathlib.html</w:t>
        <w:br/>
        <w:t xml:space="preserve">      </w:t>
        <w:br/>
      </w:r>
      <w:r>
        <w:rPr>
          <w:b w:val="0"/>
          <w:i w:val="0"/>
        </w:rPr>
        <w:t xml:space="preserve"> .</w:t>
      </w:r>
    </w:p>
    <w:p>
      <w:pPr>
        <w:spacing w:after="80"/>
      </w:pPr>
      <w:r>
        <w:rPr>
          <w:b w:val="0"/>
          <w:i w:val="0"/>
        </w:rPr>
        <w:t xml:space="preserve">Như đã minh họa trong </w:t>
      </w:r>
      <w:r>
        <w:rPr>
          <w:b w:val="0"/>
          <w:i/>
        </w:rPr>
        <w:t xml:space="preserve"> bước 4 </w:t>
      </w:r>
      <w:r>
        <w:rPr>
          <w:b w:val="0"/>
          <w:i w:val="0"/>
        </w:rPr>
        <w:t xml:space="preserve"> , có thể sử dụng nhiều cách lọc khác nhau. Tất cả các thao tác chuỗi và mẹo được trình bày trong </w:t>
      </w:r>
      <w:r>
        <w:rPr>
          <w:b w:val="0"/>
          <w:i/>
        </w:rPr>
        <w:t xml:space="preserve"> Chương 1 </w:t>
      </w:r>
      <w:r>
        <w:rPr>
          <w:b w:val="0"/>
          <w:i w:val="0"/>
        </w:rPr>
        <w:t xml:space="preserve"> , </w:t>
      </w:r>
      <w:r>
        <w:rPr>
          <w:b w:val="0"/>
          <w:i/>
        </w:rPr>
        <w:t xml:space="preserve"> Hãy bắt đầu hành trình tự động hóa của chúng ta </w:t>
      </w:r>
      <w:r>
        <w:rPr>
          <w:b w:val="0"/>
          <w:i w:val="0"/>
        </w:rPr>
        <w:t xml:space="preserve"> , cũng có thể được áp dụng ở đây.</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Giới thiệu về biểu thức chính quy </w:t>
      </w:r>
      <w:r>
        <w:rPr>
          <w:b w:val="0"/>
          <w:i w:val="0"/>
        </w:rPr>
        <w:t xml:space="preserve"> trong </w:t>
      </w:r>
      <w:r>
        <w:rPr>
          <w:b w:val="0"/>
          <w:i/>
        </w:rPr>
        <w:t xml:space="preserve"> Chương 1 </w:t>
      </w:r>
      <w:r>
        <w:rPr>
          <w:b w:val="0"/>
          <w:i w:val="0"/>
        </w:rPr>
        <w:t xml:space="preserve"> , </w:t>
      </w:r>
      <w:r>
        <w:rPr>
          <w:b w:val="0"/>
          <w:i/>
        </w:rPr>
        <w:t xml:space="preserve"> Hãy bắt đầu hành trình tự động hóa của chúng ta </w:t>
      </w:r>
      <w:r>
        <w:rPr>
          <w:b w:val="0"/>
          <w:i w:val="0"/>
        </w:rPr>
        <w:t xml:space="preserve"> , để học cách lọc bằng biểu thức chính quy.</w:t>
      </w:r>
    </w:p>
    <w:p>
      <w:pPr>
        <w:spacing w:after="80"/>
        <w:ind w:left="360"/>
      </w:pPr>
      <w:r>
        <w:t xml:space="preserve">• </w:t>
      </w:r>
      <w:r>
        <w:rPr>
          <w:b w:val="0"/>
          <w:i w:val="0"/>
        </w:rPr>
        <w:t xml:space="preserve">Công thức </w:t>
      </w:r>
      <w:r>
        <w:rPr>
          <w:b w:val="0"/>
          <w:i/>
        </w:rPr>
        <w:t xml:space="preserve"> Đọc tệp văn bản </w:t>
      </w:r>
      <w:r>
        <w:rPr>
          <w:b w:val="0"/>
          <w:i w:val="0"/>
        </w:rPr>
        <w:t xml:space="preserve"> , ở phần sau của chương này, để mở các tệp đã tìm thấy và đọc nội dung của chúng.</w:t>
      </w:r>
    </w:p>
    <w:p>
      <w:pPr>
        <w:pStyle w:val="Heading2"/>
      </w:pPr>
      <w:r>
        <w:rPr>
          <w:rFonts w:ascii="Calibri" w:hAnsi="Calibri"/>
          <w:b/>
          <w:i w:val="0"/>
          <w:sz w:val="32"/>
        </w:rPr>
        <w:t>Đọc tệp văn bản</w:t>
      </w:r>
    </w:p>
    <w:p>
      <w:pPr>
        <w:spacing w:after="80"/>
      </w:pPr>
      <w:r>
        <w:rPr>
          <w:b w:val="0"/>
          <w:i w:val="0"/>
        </w:rPr>
        <w:t>Sau khi tìm kiếm một tệp cụ thể, hành động tiếp theo thường là mở nó ra và đọc nội dung. Tệp văn bản rất đơn giản nhưng lại vô cùng mạnh mẽ. Chúng lưu trữ dữ liệu dưới dạng văn bản thuần túy, không dùng các định dạng nhị phân phức tạp.</w:t>
      </w:r>
    </w:p>
    <w:p>
      <w:pPr>
        <w:spacing w:after="80"/>
      </w:pPr>
      <w:r>
        <w:rPr>
          <w:b w:val="0"/>
          <w:i w:val="0"/>
        </w:rPr>
        <w:t>Hỗ trợ tệp văn bản được cung cấp sẵn trong Python, và thật dễ hiểu khi coi một tệp văn bản như một tập hợp các dòng có thể được biểu diễn dưới dạng chuỗi Python.</w:t>
      </w:r>
    </w:p>
    <w:p>
      <w:pPr>
        <w:pStyle w:val="Heading3"/>
      </w:pPr>
      <w:r>
        <w:rPr>
          <w:rFonts w:ascii="Calibri" w:hAnsi="Calibri"/>
          <w:b/>
          <w:i w:val="0"/>
          <w:sz w:val="26"/>
        </w:rPr>
        <w:t>Chuẩn bị</w:t>
      </w:r>
    </w:p>
    <w:p>
      <w:pPr>
        <w:spacing w:after="80"/>
      </w:pPr>
      <w:r>
        <w:rPr>
          <w:b w:val="0"/>
          <w:i w:val="0"/>
        </w:rPr>
        <w:t xml:space="preserve">Chúng ta sẽ đọc tệp </w:t>
      </w:r>
      <w:r>
        <w:rPr>
          <w:rFonts w:ascii="Consolas" w:hAnsi="Consolas"/>
          <w:b w:val="0"/>
          <w:i w:val="0"/>
          <w:sz w:val="20"/>
        </w:rPr>
        <w:br/>
        <w:br/>
        <w:t xml:space="preserve">      zen_of_python.txt</w:t>
        <w:br/>
        <w:t xml:space="preserve">     </w:t>
        <w:br/>
      </w:r>
      <w:r>
        <w:rPr>
          <w:b w:val="0"/>
          <w:i w:val="0"/>
        </w:rPr>
        <w:t xml:space="preserve">, chứa </w:t>
      </w:r>
      <w:r>
        <w:rPr>
          <w:b w:val="0"/>
          <w:i/>
        </w:rPr>
        <w:t xml:space="preserve"> The Zen of Python </w:t>
      </w:r>
      <w:r>
        <w:rPr>
          <w:b w:val="0"/>
          <w:i w:val="0"/>
        </w:rPr>
        <w:t xml:space="preserve"> của Tim Peters, một tập hợp những câu châm ngôn mô tả rất rõ các nguyên tắc thiết kế đằng sau Python. Tệp này có sẵn trong kho GitHub tại đây: </w:t>
      </w:r>
      <w:r>
        <w:rPr>
          <w:rFonts w:ascii="Consolas" w:hAnsi="Consolas"/>
          <w:b w:val="0"/>
          <w:i w:val="0"/>
          <w:sz w:val="20"/>
        </w:rPr>
        <w:br/>
        <w:br/>
        <w:t xml:space="preserve">       https://github.com/PacktPublishing/Python-Automation-Cookbook-Third-Edition/blob/main/ch04/documents/zen_of_python.txt</w:t>
        <w:br/>
        <w:t xml:space="preserve">      </w:t>
        <w:br/>
      </w:r>
      <w:r>
        <w:rPr>
          <w:b w:val="0"/>
          <w:i w:val="0"/>
        </w:rPr>
        <w:t>, và nội dung như sau:</w:t>
      </w:r>
    </w:p>
    <w:p>
      <w:pPr>
        <w:spacing w:after="0"/>
        <w:ind w:left="360"/>
        <w:shd w:val="clear" w:color="auto" w:fill="F2F2F2"/>
      </w:pPr>
      <w:r>
        <w:rPr>
          <w:rFonts w:ascii="Consolas" w:hAnsi="Consolas"/>
          <w:sz w:val="18"/>
        </w:rPr>
        <w:t>Beautiful is better than ugly.</w:t>
      </w:r>
    </w:p>
    <w:p>
      <w:pPr>
        <w:spacing w:after="0"/>
        <w:ind w:left="360"/>
        <w:shd w:val="clear" w:color="auto" w:fill="F2F2F2"/>
      </w:pPr>
      <w:r>
        <w:rPr>
          <w:rFonts w:ascii="Consolas" w:hAnsi="Consolas"/>
          <w:sz w:val="18"/>
        </w:rPr>
        <w:t>Explicit is better than implicit.</w:t>
      </w:r>
    </w:p>
    <w:p>
      <w:pPr>
        <w:spacing w:after="0"/>
        <w:ind w:left="360"/>
        <w:shd w:val="clear" w:color="auto" w:fill="F2F2F2"/>
      </w:pPr>
      <w:r>
        <w:rPr>
          <w:rFonts w:ascii="Consolas" w:hAnsi="Consolas"/>
          <w:sz w:val="18"/>
        </w:rPr>
        <w:t>Simple is better than complex.</w:t>
      </w:r>
    </w:p>
    <w:p>
      <w:pPr>
        <w:spacing w:after="0"/>
        <w:ind w:left="360"/>
        <w:shd w:val="clear" w:color="auto" w:fill="F2F2F2"/>
      </w:pPr>
      <w:r>
        <w:rPr>
          <w:rFonts w:ascii="Consolas" w:hAnsi="Consolas"/>
          <w:sz w:val="18"/>
        </w:rPr>
        <w:t>Complex is better than complicated.</w:t>
      </w:r>
    </w:p>
    <w:p>
      <w:pPr>
        <w:spacing w:after="0"/>
        <w:ind w:left="360"/>
        <w:shd w:val="clear" w:color="auto" w:fill="F2F2F2"/>
      </w:pPr>
      <w:r>
        <w:rPr>
          <w:rFonts w:ascii="Consolas" w:hAnsi="Consolas"/>
          <w:sz w:val="18"/>
        </w:rPr>
        <w:t>Flat is better than nested.</w:t>
      </w:r>
    </w:p>
    <w:p>
      <w:pPr>
        <w:spacing w:after="0"/>
        <w:ind w:left="360"/>
        <w:shd w:val="clear" w:color="auto" w:fill="F2F2F2"/>
      </w:pPr>
      <w:r>
        <w:rPr>
          <w:rFonts w:ascii="Consolas" w:hAnsi="Consolas"/>
          <w:sz w:val="18"/>
        </w:rPr>
        <w:t>Sparse is better than dense.</w:t>
      </w:r>
    </w:p>
    <w:p>
      <w:pPr>
        <w:spacing w:after="0"/>
        <w:ind w:left="360"/>
        <w:shd w:val="clear" w:color="auto" w:fill="F2F2F2"/>
      </w:pPr>
      <w:r>
        <w:rPr>
          <w:rFonts w:ascii="Consolas" w:hAnsi="Consolas"/>
          <w:sz w:val="18"/>
        </w:rPr>
        <w:t>Readability counts.</w:t>
      </w:r>
    </w:p>
    <w:p>
      <w:pPr>
        <w:spacing w:after="0"/>
        <w:ind w:left="360"/>
        <w:shd w:val="clear" w:color="auto" w:fill="F2F2F2"/>
      </w:pPr>
      <w:r>
        <w:rPr>
          <w:rFonts w:ascii="Consolas" w:hAnsi="Consolas"/>
          <w:sz w:val="18"/>
        </w:rPr>
        <w:t>Special cases aren't special enough to break the rules.</w:t>
      </w:r>
    </w:p>
    <w:p>
      <w:pPr>
        <w:spacing w:after="0"/>
        <w:ind w:left="360"/>
        <w:shd w:val="clear" w:color="auto" w:fill="F2F2F2"/>
      </w:pPr>
      <w:r>
        <w:rPr>
          <w:rFonts w:ascii="Consolas" w:hAnsi="Consolas"/>
          <w:sz w:val="18"/>
        </w:rPr>
        <w:t>Although practicality beats purity.</w:t>
      </w:r>
    </w:p>
    <w:p>
      <w:pPr>
        <w:spacing w:after="0"/>
        <w:ind w:left="360"/>
        <w:shd w:val="clear" w:color="auto" w:fill="F2F2F2"/>
      </w:pPr>
      <w:r>
        <w:rPr>
          <w:rFonts w:ascii="Consolas" w:hAnsi="Consolas"/>
          <w:sz w:val="18"/>
        </w:rPr>
        <w:t>Errors should never pass silently.</w:t>
      </w:r>
    </w:p>
    <w:p>
      <w:pPr>
        <w:spacing w:after="0"/>
        <w:ind w:left="360"/>
        <w:shd w:val="clear" w:color="auto" w:fill="F2F2F2"/>
      </w:pPr>
      <w:r>
        <w:rPr>
          <w:rFonts w:ascii="Consolas" w:hAnsi="Consolas"/>
          <w:sz w:val="18"/>
        </w:rPr>
        <w:t>Unless explicitly silenced.</w:t>
      </w:r>
    </w:p>
    <w:p>
      <w:pPr>
        <w:spacing w:after="0"/>
        <w:ind w:left="360"/>
        <w:shd w:val="clear" w:color="auto" w:fill="F2F2F2"/>
      </w:pPr>
      <w:r>
        <w:rPr>
          <w:rFonts w:ascii="Consolas" w:hAnsi="Consolas"/>
          <w:sz w:val="18"/>
        </w:rPr>
        <w:t>In the face of ambiguity, refuse the temptation to guess.</w:t>
      </w:r>
    </w:p>
    <w:p>
      <w:pPr>
        <w:spacing w:after="0"/>
        <w:ind w:left="360"/>
        <w:shd w:val="clear" w:color="auto" w:fill="F2F2F2"/>
      </w:pPr>
      <w:r>
        <w:rPr>
          <w:rFonts w:ascii="Consolas" w:hAnsi="Consolas"/>
          <w:sz w:val="18"/>
        </w:rPr>
        <w:t>There should be one-- and preferably only one --obvious way to do it.</w:t>
      </w:r>
    </w:p>
    <w:p>
      <w:pPr>
        <w:spacing w:after="0"/>
        <w:ind w:left="360"/>
        <w:shd w:val="clear" w:color="auto" w:fill="F2F2F2"/>
      </w:pPr>
      <w:r>
        <w:rPr>
          <w:rFonts w:ascii="Consolas" w:hAnsi="Consolas"/>
          <w:sz w:val="18"/>
        </w:rPr>
        <w:t>Although that way may not be obvious at first unless you're Dutch.</w:t>
      </w:r>
    </w:p>
    <w:p>
      <w:pPr>
        <w:spacing w:after="0"/>
        <w:ind w:left="360"/>
        <w:shd w:val="clear" w:color="auto" w:fill="F2F2F2"/>
      </w:pPr>
      <w:r>
        <w:rPr>
          <w:rFonts w:ascii="Consolas" w:hAnsi="Consolas"/>
          <w:sz w:val="18"/>
        </w:rPr>
        <w:t>Now is better than never.</w:t>
      </w:r>
    </w:p>
    <w:p>
      <w:pPr>
        <w:spacing w:after="0"/>
        <w:ind w:left="360"/>
        <w:shd w:val="clear" w:color="auto" w:fill="F2F2F2"/>
      </w:pPr>
      <w:r>
        <w:rPr>
          <w:rFonts w:ascii="Consolas" w:hAnsi="Consolas"/>
          <w:sz w:val="18"/>
        </w:rPr>
        <w:t>Although never is often better than *right* now.</w:t>
      </w:r>
    </w:p>
    <w:p>
      <w:pPr>
        <w:spacing w:after="0"/>
        <w:ind w:left="360"/>
        <w:shd w:val="clear" w:color="auto" w:fill="F2F2F2"/>
      </w:pPr>
      <w:r>
        <w:rPr>
          <w:rFonts w:ascii="Consolas" w:hAnsi="Consolas"/>
          <w:sz w:val="18"/>
        </w:rPr>
        <w:t>If the implementation is hard to explain, it's a bad idea.</w:t>
      </w:r>
    </w:p>
    <w:p>
      <w:pPr>
        <w:spacing w:after="0"/>
        <w:ind w:left="360"/>
        <w:shd w:val="clear" w:color="auto" w:fill="F2F2F2"/>
      </w:pPr>
      <w:r>
        <w:rPr>
          <w:rFonts w:ascii="Consolas" w:hAnsi="Consolas"/>
          <w:sz w:val="18"/>
        </w:rPr>
        <w:t>If the implementation is easy to explain, it may be a good idea.</w:t>
      </w:r>
    </w:p>
    <w:p>
      <w:pPr>
        <w:spacing w:after="0"/>
        <w:ind w:left="360"/>
        <w:shd w:val="clear" w:color="auto" w:fill="F2F2F2"/>
      </w:pPr>
      <w:r>
        <w:rPr>
          <w:rFonts w:ascii="Consolas" w:hAnsi="Consolas"/>
          <w:sz w:val="18"/>
        </w:rPr>
        <w:t>Namespaces are one honking great idea -- let's do more of those!</w:t>
      </w:r>
    </w:p>
    <w:p>
      <w:pPr>
        <w:spacing w:after="40"/>
      </w:pPr>
    </w:p>
    <w:p>
      <w:pPr>
        <w:spacing w:after="80"/>
      </w:pPr>
      <w:r>
        <w:rPr>
          <w:b w:val="0"/>
          <w:i/>
        </w:rPr>
        <w:t xml:space="preserve"> The Zen of Python </w:t>
      </w:r>
      <w:r>
        <w:rPr>
          <w:b w:val="0"/>
          <w:i w:val="0"/>
        </w:rPr>
        <w:t xml:space="preserve"> được mô tả trong PEP-20 tại đây: </w:t>
      </w:r>
      <w:r>
        <w:rPr>
          <w:rFonts w:ascii="Consolas" w:hAnsi="Consolas"/>
          <w:b w:val="0"/>
          <w:i w:val="0"/>
          <w:sz w:val="20"/>
        </w:rPr>
        <w:br/>
        <w:br/>
        <w:t xml:space="preserve">       https://www.python.org/dev/peps/pep-0020/</w:t>
        <w:br/>
        <w:t xml:space="preserve">      </w:t>
        <w:br/>
      </w:r>
      <w:r>
        <w:rPr>
          <w:b w:val="0"/>
          <w:i w:val="0"/>
        </w:rPr>
        <w:t>.</w:t>
      </w:r>
    </w:p>
    <w:p>
      <w:pPr>
        <w:spacing w:after="80"/>
      </w:pPr>
      <w:r>
        <w:rPr>
          <w:b/>
          <w:i w:val="0"/>
        </w:rPr>
        <w:t>Lưu ý</w:t>
      </w:r>
    </w:p>
    <w:p>
      <w:pPr>
        <w:spacing w:after="80"/>
      </w:pPr>
      <w:r>
        <w:rPr>
          <w:b w:val="0"/>
          <w:i/>
        </w:rPr>
        <w:t xml:space="preserve"> The </w:t>
      </w:r>
      <w:r>
        <w:rPr>
          <w:b w:val="0"/>
          <w:i w:val="0"/>
        </w:rPr>
        <w:t xml:space="preserve"> </w:t>
      </w:r>
      <w:r>
        <w:rPr>
          <w:b w:val="0"/>
          <w:i/>
        </w:rPr>
        <w:t xml:space="preserve"> Zen of Python </w:t>
      </w:r>
      <w:r>
        <w:rPr>
          <w:b w:val="0"/>
          <w:i w:val="0"/>
        </w:rPr>
        <w:t xml:space="preserve"> sẽ được hiển thị trên bất kỳ trình thông dịch Python nào bằng cách gõ </w:t>
      </w:r>
      <w:r>
        <w:rPr>
          <w:rFonts w:ascii="Consolas" w:hAnsi="Consolas"/>
          <w:b w:val="0"/>
          <w:i w:val="0"/>
          <w:sz w:val="20"/>
        </w:rPr>
        <w:br/>
        <w:br/>
        <w:t xml:space="preserve">       import this</w:t>
        <w:br/>
        <w:t xml:space="preserve">      </w:t>
        <w:br/>
      </w:r>
      <w:r>
        <w:rPr>
          <w:b w:val="0"/>
          <w:i w:val="0"/>
        </w:rPr>
        <w:t>.</w:t>
      </w:r>
    </w:p>
    <w:p>
      <w:pPr>
        <w:pStyle w:val="Heading3"/>
      </w:pPr>
      <w:r>
        <w:rPr>
          <w:rFonts w:ascii="Calibri" w:hAnsi="Calibri"/>
          <w:b/>
          <w:i w:val="0"/>
          <w:sz w:val="26"/>
        </w:rPr>
        <w:t>Cách thực hiện...</w:t>
      </w:r>
    </w:p>
    <w:p>
      <w:pPr>
        <w:spacing w:after="80"/>
        <w:ind w:left="360"/>
      </w:pPr>
      <w:r>
        <w:t xml:space="preserve">1. </w:t>
      </w:r>
      <w:r>
        <w:rPr>
          <w:b w:val="0"/>
          <w:i w:val="0"/>
        </w:rPr>
        <w:t>Mở và in toàn bộ tệp, từng dòng một (kết quả không được hiển thị):</w:t>
      </w:r>
    </w:p>
    <w:p>
      <w:pPr>
        <w:spacing w:after="0"/>
        <w:ind w:left="360"/>
        <w:shd w:val="clear" w:color="auto" w:fill="F2F2F2"/>
      </w:pPr>
      <w:r>
        <w:rPr>
          <w:rFonts w:ascii="Consolas" w:hAnsi="Consolas"/>
          <w:sz w:val="18"/>
        </w:rPr>
        <w:t>&gt;&gt;&gt; with open('zen_of_python.txt') as file:</w:t>
      </w:r>
    </w:p>
    <w:p>
      <w:pPr>
        <w:spacing w:after="0"/>
        <w:ind w:left="360"/>
        <w:shd w:val="clear" w:color="auto" w:fill="F2F2F2"/>
      </w:pPr>
      <w:r>
        <w:rPr>
          <w:rFonts w:ascii="Consolas" w:hAnsi="Consolas"/>
          <w:sz w:val="18"/>
        </w:rPr>
        <w:t>...     for line in file:</w:t>
      </w:r>
    </w:p>
    <w:p>
      <w:pPr>
        <w:spacing w:after="0"/>
        <w:ind w:left="360"/>
        <w:shd w:val="clear" w:color="auto" w:fill="F2F2F2"/>
      </w:pPr>
      <w:r>
        <w:rPr>
          <w:rFonts w:ascii="Consolas" w:hAnsi="Consolas"/>
          <w:sz w:val="18"/>
        </w:rPr>
        <w:t>...         print(line)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[RESULT NOT DISPLAYED]</w:t>
      </w:r>
    </w:p>
    <w:p>
      <w:pPr>
        <w:spacing w:after="40"/>
      </w:pPr>
    </w:p>
    <w:p>
      <w:pPr>
        <w:spacing w:after="80"/>
        <w:ind w:left="360"/>
      </w:pPr>
      <w:r>
        <w:t xml:space="preserve">2. </w:t>
      </w:r>
      <w:r>
        <w:rPr>
          <w:b w:val="0"/>
          <w:i w:val="0"/>
        </w:rPr>
        <w:t>Mở tệp và in bất kỳ dòng nào chứa chuỗi 'should':</w:t>
      </w:r>
    </w:p>
    <w:p>
      <w:pPr>
        <w:spacing w:after="0"/>
        <w:ind w:left="360"/>
        <w:shd w:val="clear" w:color="auto" w:fill="F2F2F2"/>
      </w:pPr>
      <w:r>
        <w:rPr>
          <w:rFonts w:ascii="Consolas" w:hAnsi="Consolas"/>
          <w:sz w:val="18"/>
        </w:rPr>
        <w:t>&gt;&gt;&gt; with open('zen_of_python.txt', 'r') as file:</w:t>
      </w:r>
    </w:p>
    <w:p>
      <w:pPr>
        <w:spacing w:after="0"/>
        <w:ind w:left="360"/>
        <w:shd w:val="clear" w:color="auto" w:fill="F2F2F2"/>
      </w:pPr>
      <w:r>
        <w:rPr>
          <w:rFonts w:ascii="Consolas" w:hAnsi="Consolas"/>
          <w:sz w:val="18"/>
        </w:rPr>
        <w:t>...     for line in file:</w:t>
      </w:r>
    </w:p>
    <w:p>
      <w:pPr>
        <w:spacing w:after="0"/>
        <w:ind w:left="360"/>
        <w:shd w:val="clear" w:color="auto" w:fill="F2F2F2"/>
      </w:pPr>
      <w:r>
        <w:rPr>
          <w:rFonts w:ascii="Consolas" w:hAnsi="Consolas"/>
          <w:sz w:val="18"/>
        </w:rPr>
        <w:t>...         if 'should' in line.lower():</w:t>
      </w:r>
    </w:p>
    <w:p>
      <w:pPr>
        <w:spacing w:after="0"/>
        <w:ind w:left="360"/>
        <w:shd w:val="clear" w:color="auto" w:fill="F2F2F2"/>
      </w:pPr>
      <w:r>
        <w:rPr>
          <w:rFonts w:ascii="Consolas" w:hAnsi="Consolas"/>
          <w:sz w:val="18"/>
        </w:rPr>
        <w:t>...             print(line)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Errors should never pass silently.</w:t>
      </w:r>
    </w:p>
    <w:p>
      <w:pPr>
        <w:spacing w:after="0"/>
        <w:ind w:left="360"/>
        <w:shd w:val="clear" w:color="auto" w:fill="F2F2F2"/>
      </w:pPr>
      <w:r>
        <w:rPr>
          <w:rFonts w:ascii="Consolas" w:hAnsi="Consolas"/>
          <w:sz w:val="18"/>
        </w:rPr>
        <w:t>There should be one-- and preferably only one --obvious way to do it.</w:t>
      </w:r>
    </w:p>
    <w:p>
      <w:pPr>
        <w:spacing w:after="40"/>
      </w:pPr>
    </w:p>
    <w:p>
      <w:pPr>
        <w:spacing w:after="80"/>
        <w:ind w:left="360"/>
      </w:pPr>
      <w:r>
        <w:t xml:space="preserve">3. </w:t>
      </w:r>
      <w:r>
        <w:rPr>
          <w:b w:val="0"/>
          <w:i w:val="0"/>
        </w:rPr>
        <w:t>Mở tệp và in dòng đầu tiên chứa từ 'better':</w:t>
      </w:r>
    </w:p>
    <w:p>
      <w:pPr>
        <w:spacing w:after="0"/>
        <w:ind w:left="360"/>
        <w:shd w:val="clear" w:color="auto" w:fill="F2F2F2"/>
      </w:pPr>
      <w:r>
        <w:rPr>
          <w:rFonts w:ascii="Consolas" w:hAnsi="Consolas"/>
          <w:sz w:val="18"/>
        </w:rPr>
        <w:t>&gt;&gt;&gt; with open('zen_of_python.txt', 'rt') as file:</w:t>
      </w:r>
    </w:p>
    <w:p>
      <w:pPr>
        <w:spacing w:after="0"/>
        <w:ind w:left="360"/>
        <w:shd w:val="clear" w:color="auto" w:fill="F2F2F2"/>
      </w:pPr>
      <w:r>
        <w:rPr>
          <w:rFonts w:ascii="Consolas" w:hAnsi="Consolas"/>
          <w:sz w:val="18"/>
        </w:rPr>
        <w:t>...     for line in file:</w:t>
      </w:r>
    </w:p>
    <w:p>
      <w:pPr>
        <w:spacing w:after="0"/>
        <w:ind w:left="360"/>
        <w:shd w:val="clear" w:color="auto" w:fill="F2F2F2"/>
      </w:pPr>
      <w:r>
        <w:rPr>
          <w:rFonts w:ascii="Consolas" w:hAnsi="Consolas"/>
          <w:sz w:val="18"/>
        </w:rPr>
        <w:t>...         if 'better' in line.lower():</w:t>
      </w:r>
    </w:p>
    <w:p>
      <w:pPr>
        <w:spacing w:after="0"/>
        <w:ind w:left="360"/>
        <w:shd w:val="clear" w:color="auto" w:fill="F2F2F2"/>
      </w:pPr>
      <w:r>
        <w:rPr>
          <w:rFonts w:ascii="Consolas" w:hAnsi="Consolas"/>
          <w:sz w:val="18"/>
        </w:rPr>
        <w:t>..             print(line)</w:t>
      </w:r>
    </w:p>
    <w:p>
      <w:pPr>
        <w:spacing w:after="0"/>
        <w:ind w:left="360"/>
        <w:shd w:val="clear" w:color="auto" w:fill="F2F2F2"/>
      </w:pPr>
      <w:r>
        <w:rPr>
          <w:rFonts w:ascii="Consolas" w:hAnsi="Consolas"/>
          <w:sz w:val="18"/>
        </w:rPr>
        <w:t>...             break</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Beautiful is better than ugly.</w:t>
      </w:r>
    </w:p>
    <w:p>
      <w:pPr>
        <w:spacing w:after="40"/>
      </w:pPr>
    </w:p>
    <w:p>
      <w:pPr>
        <w:pStyle w:val="Heading3"/>
      </w:pPr>
      <w:r>
        <w:rPr>
          <w:rFonts w:ascii="Calibri" w:hAnsi="Calibri"/>
          <w:b/>
          <w:i w:val="0"/>
          <w:sz w:val="26"/>
        </w:rPr>
        <w:t>Cách hoạt động...</w:t>
      </w:r>
    </w:p>
    <w:p>
      <w:pPr>
        <w:spacing w:after="80"/>
      </w:pPr>
      <w:r>
        <w:rPr>
          <w:b w:val="0"/>
          <w:i w:val="0"/>
        </w:rPr>
        <w:t xml:space="preserve">Để mở một tệp, hãy dùng hàm </w:t>
      </w:r>
      <w:r>
        <w:rPr>
          <w:rFonts w:ascii="Consolas" w:hAnsi="Consolas"/>
          <w:b w:val="0"/>
          <w:i w:val="0"/>
          <w:sz w:val="20"/>
        </w:rPr>
        <w:br/>
        <w:br/>
        <w:t xml:space="preserve">      open()</w:t>
        <w:br/>
        <w:t xml:space="preserve">     </w:t>
        <w:br/>
      </w:r>
      <w:r>
        <w:rPr>
          <w:b w:val="0"/>
          <w:i w:val="0"/>
        </w:rPr>
        <w:t xml:space="preserve">. Hàm này trả về một đối tượng tệp (file object) mà sau đó có thể được lặp qua để trả về từng dòng một, như được trình bày trong </w:t>
      </w:r>
      <w:r>
        <w:rPr>
          <w:b w:val="0"/>
          <w:i/>
        </w:rPr>
        <w:t xml:space="preserve"> bước 1 </w:t>
      </w:r>
      <w:r>
        <w:rPr>
          <w:b w:val="0"/>
          <w:i w:val="0"/>
        </w:rPr>
        <w:t xml:space="preserve"> của mục </w:t>
      </w:r>
      <w:r>
        <w:rPr>
          <w:b w:val="0"/>
          <w:i/>
        </w:rPr>
        <w:t xml:space="preserve"> Cách thực hiện </w:t>
      </w:r>
      <w:r>
        <w:rPr>
          <w:b w:val="0"/>
          <w:i w:val="0"/>
        </w:rPr>
        <w:t xml:space="preserve"> </w:t>
      </w:r>
      <w:r>
        <w:rPr>
          <w:b w:val="0"/>
          <w:i/>
        </w:rPr>
        <w:t xml:space="preserve"> … </w:t>
      </w:r>
      <w:r>
        <w:rPr>
          <w:b w:val="0"/>
          <w:i w:val="0"/>
        </w:rPr>
        <w:t>. Lưu ý rằng nó mở tệp ở chế độ văn bản (text mode).</w:t>
      </w:r>
    </w:p>
    <w:p>
      <w:pPr>
        <w:spacing w:after="80"/>
      </w:pPr>
      <w:r>
        <w:rPr>
          <w:b w:val="0"/>
          <w:i w:val="0"/>
        </w:rPr>
        <w:t xml:space="preserve">Trình quản lý ngữ cảnh (context manager) </w:t>
      </w:r>
      <w:r>
        <w:rPr>
          <w:rFonts w:ascii="Consolas" w:hAnsi="Consolas"/>
          <w:b w:val="0"/>
          <w:i w:val="0"/>
          <w:sz w:val="20"/>
        </w:rPr>
        <w:br/>
        <w:br/>
        <w:t xml:space="preserve">      with</w:t>
        <w:br/>
        <w:t xml:space="preserve">     </w:t>
        <w:br/>
      </w:r>
      <w:r>
        <w:rPr>
          <w:b w:val="0"/>
          <w:i w:val="0"/>
        </w:rPr>
        <w:t xml:space="preserve"> là một cách rất tiện lợi để xử lý tệp. Nó sẽ đóng tệp sau khi dùng xong (thoát khỏi khối), và sẽ làm như vậy ngay cả khi có ngoại lệ (exception) được ném ra.</w:t>
      </w:r>
    </w:p>
    <w:p>
      <w:pPr>
        <w:spacing w:after="80"/>
      </w:pPr>
      <w:r>
        <w:rPr>
          <w:b w:val="0"/>
          <w:i/>
        </w:rPr>
        <w:t xml:space="preserve"> Bước 2 </w:t>
      </w:r>
      <w:r>
        <w:rPr>
          <w:b w:val="0"/>
          <w:i w:val="0"/>
        </w:rPr>
        <w:t xml:space="preserve"> cho thấy cách lặp và lọc các dòng dựa trên những dòng nào phù hợp với nhiệm vụ của chúng ta. Các dòng được trả về dưới dạng chuỗi và có thể được lọc theo nhiều cách khác nhau, như được mô tả trong các công thức ở </w:t>
      </w:r>
      <w:r>
        <w:rPr>
          <w:b w:val="0"/>
          <w:i/>
        </w:rPr>
        <w:t xml:space="preserve"> Chương 1 </w:t>
      </w:r>
      <w:r>
        <w:rPr>
          <w:b w:val="0"/>
          <w:i w:val="0"/>
        </w:rPr>
        <w:t xml:space="preserve">, </w:t>
      </w:r>
      <w:r>
        <w:rPr>
          <w:b w:val="0"/>
          <w:i/>
        </w:rPr>
        <w:t xml:space="preserve"> Let's Begin Our Automation Journey và Chương 3, Building Your First Web Scraping Application </w:t>
      </w:r>
      <w:r>
        <w:rPr>
          <w:b w:val="0"/>
          <w:i w:val="0"/>
        </w:rPr>
        <w:t>.</w:t>
      </w:r>
    </w:p>
    <w:p>
      <w:pPr>
        <w:spacing w:after="80"/>
      </w:pPr>
      <w:r>
        <w:rPr>
          <w:b w:val="0"/>
          <w:i w:val="0"/>
        </w:rPr>
        <w:t xml:space="preserve">Có thể không cần đọc toàn bộ tệp, như được trình bày trong </w:t>
      </w:r>
      <w:r>
        <w:rPr>
          <w:b w:val="0"/>
          <w:i/>
        </w:rPr>
        <w:t xml:space="preserve"> bước 3 </w:t>
      </w:r>
      <w:r>
        <w:rPr>
          <w:b w:val="0"/>
          <w:i w:val="0"/>
        </w:rPr>
        <w:t>. Bởi vì việc lặp qua tệp từng dòng một sẽ đọc tệp dần dần theo tiến trình, bạn có thể dừng lại bất cứ lúc nào và tránh phải đọc phần còn lại của tệp. Với một tệp nhỏ như ví dụ của chúng ta thì điều này không quá quan trọng, nhưng với những tệp dài thì nó có thể giảm việc sử dụng bộ nhớ và tiết kiệm thời gian.</w:t>
      </w:r>
    </w:p>
    <w:p>
      <w:pPr>
        <w:pStyle w:val="Heading3"/>
      </w:pPr>
      <w:r>
        <w:rPr>
          <w:rFonts w:ascii="Calibri" w:hAnsi="Calibri"/>
          <w:b/>
          <w:i w:val="0"/>
          <w:sz w:val="26"/>
        </w:rPr>
        <w:t>Còn nữa...</w:t>
      </w:r>
    </w:p>
    <w:p>
      <w:pPr>
        <w:spacing w:after="80"/>
      </w:pPr>
      <w:r>
        <w:rPr>
          <w:rFonts w:ascii="Consolas" w:hAnsi="Consolas"/>
          <w:b w:val="0"/>
          <w:i w:val="0"/>
          <w:sz w:val="20"/>
        </w:rPr>
        <w:br/>
        <w:br/>
        <w:t xml:space="preserve">      with</w:t>
        <w:br/>
        <w:t xml:space="preserve">     </w:t>
        <w:br/>
      </w:r>
      <w:r>
        <w:rPr>
          <w:b w:val="0"/>
          <w:i w:val="0"/>
        </w:rPr>
        <w:t xml:space="preserve"> trình quản lý ngữ cảnh (context manager) là cách được ưu tiên để xử lý tệp, nhưng nó không phải là cách duy nhất. Bạn cũng có thể mở và đóng chúng thủ công, như thế này:</w:t>
      </w:r>
    </w:p>
    <w:p>
      <w:pPr>
        <w:spacing w:after="0"/>
        <w:ind w:left="360"/>
        <w:shd w:val="clear" w:color="auto" w:fill="F2F2F2"/>
      </w:pPr>
      <w:r>
        <w:rPr>
          <w:rFonts w:ascii="Consolas" w:hAnsi="Consolas"/>
          <w:sz w:val="18"/>
        </w:rPr>
        <w:t>&gt;&gt;&gt; file = open('zen_of_python.txt')</w:t>
      </w:r>
    </w:p>
    <w:p>
      <w:pPr>
        <w:spacing w:after="0"/>
        <w:ind w:left="360"/>
        <w:shd w:val="clear" w:color="auto" w:fill="F2F2F2"/>
      </w:pPr>
      <w:r>
        <w:rPr>
          <w:rFonts w:ascii="Consolas" w:hAnsi="Consolas"/>
          <w:sz w:val="18"/>
        </w:rPr>
        <w:t>&gt;&gt;&gt; content = file.read()</w:t>
      </w:r>
    </w:p>
    <w:p>
      <w:pPr>
        <w:spacing w:after="0"/>
        <w:ind w:left="360"/>
        <w:shd w:val="clear" w:color="auto" w:fill="F2F2F2"/>
      </w:pPr>
      <w:r>
        <w:rPr>
          <w:rFonts w:ascii="Consolas" w:hAnsi="Consolas"/>
          <w:sz w:val="18"/>
        </w:rPr>
        <w:t>&gt;&gt;&gt; file.close()</w:t>
      </w:r>
    </w:p>
    <w:p>
      <w:pPr>
        <w:spacing w:after="40"/>
      </w:pPr>
    </w:p>
    <w:p>
      <w:pPr>
        <w:spacing w:after="80"/>
      </w:pPr>
      <w:r>
        <w:rPr>
          <w:b w:val="0"/>
          <w:i w:val="0"/>
        </w:rPr>
        <w:t xml:space="preserve">Lưu ý phương thức </w:t>
      </w:r>
      <w:r>
        <w:rPr>
          <w:rFonts w:ascii="Consolas" w:hAnsi="Consolas"/>
          <w:b w:val="0"/>
          <w:i w:val="0"/>
          <w:sz w:val="20"/>
        </w:rPr>
        <w:br/>
        <w:br/>
        <w:t xml:space="preserve">      .close()</w:t>
        <w:br/>
        <w:t xml:space="preserve">     </w:t>
        <w:br/>
      </w:r>
      <w:r>
        <w:rPr>
          <w:b w:val="0"/>
          <w:i w:val="0"/>
        </w:rPr>
        <w:t xml:space="preserve">, để đảm bảo rằng tệp được đóng và giải phóng các tài nguyên liên quan đến việc mở tệp. Phương thức </w:t>
      </w:r>
      <w:r>
        <w:rPr>
          <w:rFonts w:ascii="Consolas" w:hAnsi="Consolas"/>
          <w:b w:val="0"/>
          <w:i w:val="0"/>
          <w:sz w:val="20"/>
        </w:rPr>
        <w:br/>
        <w:br/>
        <w:t xml:space="preserve">      .read()</w:t>
        <w:br/>
        <w:t xml:space="preserve">     </w:t>
        <w:br/>
      </w:r>
      <w:r>
        <w:rPr>
          <w:b w:val="0"/>
          <w:i w:val="0"/>
        </w:rPr>
        <w:t xml:space="preserve"> đọc toàn bộ tệp trong một lần, thay vì từng dòng một.</w:t>
      </w:r>
    </w:p>
    <w:p>
      <w:pPr>
        <w:spacing w:after="80"/>
      </w:pPr>
      <w:r>
        <w:rPr>
          <w:b/>
          <w:i w:val="0"/>
        </w:rPr>
        <w:t>Lưu ý</w:t>
      </w:r>
    </w:p>
    <w:p>
      <w:pPr>
        <w:spacing w:after="80"/>
      </w:pPr>
      <w:r>
        <w:rPr>
          <w:b w:val="0"/>
          <w:i w:val="0"/>
        </w:rPr>
        <w:t xml:space="preserve">Phương thức </w:t>
      </w:r>
      <w:r>
        <w:rPr>
          <w:rFonts w:ascii="Consolas" w:hAnsi="Consolas"/>
          <w:b w:val="0"/>
          <w:i w:val="0"/>
          <w:sz w:val="20"/>
        </w:rPr>
        <w:br/>
        <w:br/>
        <w:t xml:space="preserve">       .read()</w:t>
        <w:br/>
        <w:t xml:space="preserve">      </w:t>
        <w:br/>
      </w:r>
      <w:r>
        <w:rPr>
          <w:b w:val="0"/>
          <w:i w:val="0"/>
        </w:rPr>
        <w:t xml:space="preserve"> cũng chấp nhận một tham số kích thước tính bằng byte để giới hạn kích thước dữ liệu được đọc. Ví dụ, </w:t>
      </w:r>
      <w:r>
        <w:rPr>
          <w:rFonts w:ascii="Consolas" w:hAnsi="Consolas"/>
          <w:b w:val="0"/>
          <w:i w:val="0"/>
          <w:sz w:val="20"/>
        </w:rPr>
        <w:br/>
        <w:br/>
        <w:t xml:space="preserve">       file.read(1024)</w:t>
        <w:br/>
        <w:t xml:space="preserve">      </w:t>
        <w:br/>
      </w:r>
      <w:r>
        <w:rPr>
          <w:b w:val="0"/>
          <w:i w:val="0"/>
        </w:rPr>
        <w:t xml:space="preserve"> sẽ trả về tối đa 1KB thông tin. Lần gọi tiếp theo tới </w:t>
      </w:r>
      <w:r>
        <w:rPr>
          <w:rFonts w:ascii="Consolas" w:hAnsi="Consolas"/>
          <w:b w:val="0"/>
          <w:i w:val="0"/>
          <w:sz w:val="20"/>
        </w:rPr>
        <w:br/>
        <w:br/>
        <w:t xml:space="preserve">       .read()</w:t>
        <w:br/>
        <w:t xml:space="preserve">      </w:t>
        <w:br/>
      </w:r>
      <w:r>
        <w:rPr>
          <w:b w:val="0"/>
          <w:i w:val="0"/>
        </w:rPr>
        <w:t xml:space="preserve"> sẽ tiếp tục từ điểm đó. Nếu bạn muốn bỏ qua các phần, bạn có thể dùng phương thức </w:t>
      </w:r>
      <w:r>
        <w:rPr>
          <w:rFonts w:ascii="Consolas" w:hAnsi="Consolas"/>
          <w:b w:val="0"/>
          <w:i w:val="0"/>
          <w:sz w:val="20"/>
        </w:rPr>
        <w:br/>
        <w:br/>
        <w:t xml:space="preserve">       .seek()</w:t>
        <w:br/>
        <w:t xml:space="preserve">      </w:t>
        <w:br/>
      </w:r>
      <w:r>
        <w:rPr>
          <w:b w:val="0"/>
          <w:i w:val="0"/>
        </w:rPr>
        <w:t xml:space="preserve"> để định vị con trỏ đọc.</w:t>
      </w:r>
    </w:p>
    <w:p>
      <w:pPr>
        <w:spacing w:after="80"/>
      </w:pPr>
      <w:r>
        <w:rPr>
          <w:b w:val="0"/>
          <w:i w:val="0"/>
        </w:rPr>
        <w:t>Điều này hữu ích cho các tệp lớn mà việc đọc toàn bộ chúng là không lý tưởng.</w:t>
      </w:r>
    </w:p>
    <w:p>
      <w:pPr>
        <w:spacing w:after="80"/>
      </w:pPr>
      <w:r>
        <w:rPr>
          <w:b w:val="0"/>
          <w:i w:val="0"/>
        </w:rPr>
        <w:t xml:space="preserve">Để biết thêm thông tin về luồng (stream) (đối tượng tệp), hãy xem tài liệu Python </w:t>
      </w:r>
      <w:r>
        <w:rPr>
          <w:rFonts w:ascii="Consolas" w:hAnsi="Consolas"/>
          <w:b w:val="0"/>
          <w:i w:val="0"/>
          <w:sz w:val="20"/>
        </w:rPr>
        <w:br/>
        <w:br/>
        <w:t xml:space="preserve">        https://docs.python.org/3/library/io.html</w:t>
        <w:br/>
        <w:t xml:space="preserve">       </w:t>
        <w:br/>
      </w:r>
    </w:p>
    <w:p>
      <w:pPr>
        <w:spacing w:after="80"/>
      </w:pPr>
      <w:r>
        <w:rPr>
          <w:b w:val="0"/>
          <w:i w:val="0"/>
        </w:rPr>
        <w:t xml:space="preserve">Tệp được mở ở một chế độ (mode) cụ thể. Chế độ xác định sự kết hợp giữa đọc hoặc ghi, cũng như việc xử lý dữ liệu dưới dạng văn bản hay dữ liệu nhị phân. Theo mặc định, tệp được mở ở chế độ chỉ đọc và văn bản, được mô tả chỉ là </w:t>
      </w:r>
      <w:r>
        <w:rPr>
          <w:rFonts w:ascii="Consolas" w:hAnsi="Consolas"/>
          <w:b w:val="0"/>
          <w:i w:val="0"/>
          <w:sz w:val="20"/>
        </w:rPr>
        <w:br/>
        <w:br/>
        <w:t xml:space="preserve">      "r"</w:t>
        <w:br/>
        <w:t xml:space="preserve">     </w:t>
        <w:br/>
      </w:r>
      <w:r>
        <w:rPr>
          <w:b w:val="0"/>
          <w:i w:val="0"/>
        </w:rPr>
        <w:t xml:space="preserve"> ( </w:t>
      </w:r>
      <w:r>
        <w:rPr>
          <w:b w:val="0"/>
          <w:i/>
        </w:rPr>
        <w:t xml:space="preserve"> bước 2 </w:t>
      </w:r>
      <w:r>
        <w:rPr>
          <w:b w:val="0"/>
          <w:i w:val="0"/>
        </w:rPr>
        <w:t xml:space="preserve"> ) hoặc là </w:t>
      </w:r>
      <w:r>
        <w:rPr>
          <w:rFonts w:ascii="Consolas" w:hAnsi="Consolas"/>
          <w:b w:val="0"/>
          <w:i w:val="0"/>
          <w:sz w:val="20"/>
        </w:rPr>
        <w:br/>
        <w:br/>
        <w:t xml:space="preserve">      "rt"</w:t>
        <w:br/>
        <w:t xml:space="preserve">     </w:t>
        <w:br/>
      </w:r>
      <w:r>
        <w:rPr>
          <w:b w:val="0"/>
          <w:i w:val="0"/>
        </w:rPr>
        <w:t xml:space="preserve"> ( </w:t>
      </w:r>
      <w:r>
        <w:rPr>
          <w:b w:val="0"/>
          <w:i/>
        </w:rPr>
        <w:t xml:space="preserve"> bước 3 </w:t>
      </w:r>
      <w:r>
        <w:rPr>
          <w:b w:val="0"/>
          <w:i w:val="0"/>
        </w:rPr>
        <w:t xml:space="preserve"> ). Lưu ý rằng cả hai đều có cùng hiệu ứng, vì chế độ văn bản là mặc định.</w:t>
      </w:r>
    </w:p>
    <w:p>
      <w:pPr>
        <w:spacing w:after="80"/>
      </w:pPr>
      <w:r>
        <w:rPr>
          <w:b w:val="0"/>
          <w:i w:val="0"/>
        </w:rPr>
        <w:t>Nhiều chế độ khác sẽ được khám phá trong các công thức khác.</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Thu thập và tìm kiếm thư mục </w:t>
      </w:r>
      <w:r>
        <w:rPr>
          <w:b w:val="0"/>
          <w:i w:val="0"/>
        </w:rPr>
        <w:t>, ở phần trước trong chương này, để tìm các tệp sẽ được đọc sau.</w:t>
      </w:r>
    </w:p>
    <w:p>
      <w:pPr>
        <w:spacing w:after="80"/>
        <w:ind w:left="360"/>
      </w:pPr>
      <w:r>
        <w:t xml:space="preserve">• </w:t>
      </w:r>
      <w:r>
        <w:rPr>
          <w:b w:val="0"/>
          <w:i w:val="0"/>
        </w:rPr>
        <w:t xml:space="preserve">Công thức </w:t>
      </w:r>
      <w:r>
        <w:rPr>
          <w:b w:val="0"/>
          <w:i/>
        </w:rPr>
        <w:t xml:space="preserve"> Xử lý mã hóa </w:t>
      </w:r>
      <w:r>
        <w:rPr>
          <w:b w:val="0"/>
          <w:i w:val="0"/>
        </w:rPr>
        <w:t>, ở phần sau trong chương này, để học cách xử lý các tệp được mã hóa theo cách không chuẩn.</w:t>
      </w:r>
    </w:p>
    <w:p>
      <w:pPr>
        <w:pStyle w:val="Heading2"/>
      </w:pPr>
      <w:r>
        <w:rPr>
          <w:rFonts w:ascii="Calibri" w:hAnsi="Calibri"/>
          <w:b/>
          <w:i w:val="0"/>
          <w:sz w:val="32"/>
        </w:rPr>
        <w:t>Xử lý mã hóa</w:t>
      </w:r>
    </w:p>
    <w:p>
      <w:pPr>
        <w:spacing w:after="80"/>
      </w:pPr>
      <w:r>
        <w:rPr>
          <w:b w:val="0"/>
          <w:i w:val="0"/>
        </w:rPr>
        <w:t xml:space="preserve">Các tệp văn bản có thể được tạo bằng các mã hóa (encoding) khác nhau. Một mã hóa chuyển đổi các byte được lưu trong tệp thành một tập hợp các ký tự. Ví dụ, dùng mã hóa ASCII, một chuỗi bốn byte với các số </w:t>
      </w:r>
      <w:r>
        <w:rPr>
          <w:rFonts w:ascii="Consolas" w:hAnsi="Consolas"/>
          <w:b w:val="0"/>
          <w:i w:val="0"/>
          <w:sz w:val="20"/>
        </w:rPr>
        <w:br/>
        <w:br/>
        <w:t xml:space="preserve">      [108, 111, 118, 101]</w:t>
        <w:br/>
        <w:t xml:space="preserve">     </w:t>
        <w:br/>
      </w:r>
      <w:r>
        <w:rPr>
          <w:b w:val="0"/>
          <w:i w:val="0"/>
        </w:rPr>
        <w:t xml:space="preserve"> được chuyển thành từ " </w:t>
      </w:r>
      <w:r>
        <w:rPr>
          <w:b w:val="0"/>
          <w:i/>
        </w:rPr>
        <w:t xml:space="preserve"> love </w:t>
      </w:r>
      <w:r>
        <w:rPr>
          <w:b w:val="0"/>
          <w:i w:val="0"/>
        </w:rPr>
        <w:t xml:space="preserve"> ".</w:t>
      </w:r>
    </w:p>
    <w:p>
      <w:pPr>
        <w:spacing w:after="80"/>
      </w:pPr>
      <w:r>
        <w:rPr>
          <w:b w:val="0"/>
          <w:i w:val="0"/>
        </w:rPr>
        <w:t xml:space="preserve">Đi sâu hơn một bước, tệp thực sự là một tập hợp các bit: 1 và 0. Số 108 được lưu trong 8 bit: </w:t>
      </w:r>
      <w:r>
        <w:rPr>
          <w:rFonts w:ascii="Consolas" w:hAnsi="Consolas"/>
          <w:b w:val="0"/>
          <w:i w:val="0"/>
          <w:sz w:val="20"/>
        </w:rPr>
        <w:br/>
        <w:br/>
        <w:t xml:space="preserve">      01101100</w:t>
        <w:br/>
        <w:t xml:space="preserve">     </w:t>
        <w:br/>
      </w:r>
      <w:r>
        <w:rPr>
          <w:b w:val="0"/>
          <w:i w:val="0"/>
        </w:rPr>
        <w:t xml:space="preserve"> . ASCII bao gồm các ký tự chủ yếu được dùng trong tiếng Anh, nhưng trong thực tế chúng ta cần bao gồm các ngôn ngữ khác, từ việc thêm một vài ký tự phụ cho các ngôn ngữ tương tự, như dấu trong tiếng Pháp (ví dụ </w:t>
      </w:r>
      <w:r>
        <w:rPr>
          <w:b w:val="0"/>
          <w:i/>
        </w:rPr>
        <w:t xml:space="preserve"> é </w:t>
      </w:r>
      <w:r>
        <w:rPr>
          <w:b w:val="0"/>
          <w:i w:val="0"/>
        </w:rPr>
        <w:t xml:space="preserve"> ), cho đến việc cần một số lượng lớn ký tự cho các ngôn ngữ sử dụng một bộ ký tự hoàn toàn khác, như tiếng Nhật (ví dụ ひ). Chúng ta cũng cần biểu diễn nhiều ký tự khác, như dấu câu và ký hiệu toán học.</w:t>
      </w:r>
    </w:p>
    <w:p>
      <w:pPr>
        <w:spacing w:after="80"/>
      </w:pPr>
      <w:r>
        <w:rPr>
          <w:b w:val="0"/>
          <w:i w:val="0"/>
        </w:rPr>
        <w:t>Vì nhiều lý do lịch sử và kỹ thuật khác nhau, nhiều hệ thống đã được thiết kế theo những cách không nhất thiết phải tương thích với nhau. Trong những năm gần đây, với sự ra đời của Unicode, một tiêu chuẩn được hỗ trợ rộng rãi nhằm bao phủ tất cả các ký tự, tình hình đã được cải thiện rất nhiều, nhưng các vấn đề tương thích vẫn có thể gặp phải khi làm việc với các hệ thống khác nhau, vì không phải tất cả các tệp đều dùng mã hóa Unicode phổ biến nhất, UTF-8.</w:t>
      </w:r>
    </w:p>
    <w:p>
      <w:pPr>
        <w:spacing w:after="80"/>
      </w:pPr>
      <w:r>
        <w:rPr>
          <w:b/>
          <w:i w:val="0"/>
        </w:rPr>
        <w:t>Lưu ý</w:t>
      </w:r>
    </w:p>
    <w:p>
      <w:pPr>
        <w:spacing w:after="80"/>
      </w:pPr>
      <w:r>
        <w:rPr>
          <w:b w:val="0"/>
          <w:i w:val="0"/>
        </w:rPr>
        <w:t>Như chúng ta đã đề cập ở trên, có sự khác biệt giữa dữ liệu thô trong một tệp và một đối tượng chuỗi (string object) trong Python, sau khi được mở và giải mã. Trong Python, một đối tượng chuỗi được chuyển đổi từ bất kỳ bảng mã (encoding) nào mà tệp chứa sang một chuỗi Unicode gốc. Khi đã ở định dạng này, nó có thể được lưu trữ dưới các bảng mã khác nhau. Theo mặc định, Python làm việc với bảng mã được định nghĩa bởi hệ điều hành (OS), mà trong các hệ điều hành hiện đại là UTF-8. Đây là một bảng mã có tính tương thích cao, nhưng bạn có thể cần lưu tệp ở một bảng mã khác, tùy thuộc vào yêu cầu cụ thể của bạn.</w:t>
      </w:r>
    </w:p>
    <w:p>
      <w:pPr>
        <w:pStyle w:val="Heading3"/>
      </w:pPr>
      <w:r>
        <w:rPr>
          <w:rFonts w:ascii="Calibri" w:hAnsi="Calibri"/>
          <w:b/>
          <w:i w:val="0"/>
          <w:sz w:val="26"/>
        </w:rPr>
        <w:t>Chuẩn bị</w:t>
      </w:r>
    </w:p>
    <w:p>
      <w:pPr>
        <w:spacing w:after="80"/>
      </w:pPr>
      <w:r>
        <w:rPr>
          <w:b w:val="0"/>
          <w:i w:val="0"/>
        </w:rPr>
        <w:t xml:space="preserve">Chúng tôi đã chuẩn bị hai tệp trong kho GitHub lưu trữ chuỗi '20£' ở hai bảng mã khác nhau: một ở UTF-8 thông thường và một ở ISO 8859-1, một bảng mã phổ biến khác. Những tệp đã chuẩn bị này có sẵn trên GitHub trong thư mục </w:t>
      </w:r>
      <w:r>
        <w:rPr>
          <w:rFonts w:ascii="Consolas" w:hAnsi="Consolas"/>
          <w:b w:val="0"/>
          <w:i w:val="0"/>
          <w:sz w:val="20"/>
        </w:rPr>
        <w:br/>
        <w:br/>
        <w:t xml:space="preserve">      ch04/documents</w:t>
        <w:br/>
        <w:t xml:space="preserve">     </w:t>
        <w:br/>
      </w:r>
      <w:r>
        <w:rPr>
          <w:b w:val="0"/>
          <w:i w:val="0"/>
        </w:rPr>
        <w:t xml:space="preserve">, với tên </w:t>
      </w:r>
      <w:r>
        <w:rPr>
          <w:rFonts w:ascii="Consolas" w:hAnsi="Consolas"/>
          <w:b w:val="0"/>
          <w:i w:val="0"/>
          <w:sz w:val="20"/>
        </w:rPr>
        <w:br/>
        <w:br/>
        <w:t xml:space="preserve">      example_iso.txt</w:t>
        <w:br/>
        <w:t xml:space="preserve">     </w:t>
        <w:br/>
      </w:r>
      <w:r>
        <w:rPr>
          <w:b w:val="0"/>
          <w:i w:val="0"/>
        </w:rPr>
        <w:t xml:space="preserve"> và </w:t>
      </w:r>
      <w:r>
        <w:rPr>
          <w:rFonts w:ascii="Consolas" w:hAnsi="Consolas"/>
          <w:b w:val="0"/>
          <w:i w:val="0"/>
          <w:sz w:val="20"/>
        </w:rPr>
        <w:br/>
        <w:br/>
        <w:t xml:space="preserve">      example_utf8.txt</w:t>
        <w:br/>
        <w:t xml:space="preserve">     </w:t>
        <w:br/>
      </w:r>
      <w:r>
        <w:rPr>
          <w:b w:val="0"/>
          <w:i w:val="0"/>
        </w:rPr>
        <w:t xml:space="preserve">: </w:t>
      </w:r>
      <w:r>
        <w:rPr>
          <w:rFonts w:ascii="Consolas" w:hAnsi="Consolas"/>
          <w:b w:val="0"/>
          <w:i w:val="0"/>
          <w:sz w:val="20"/>
        </w:rPr>
        <w:br/>
        <w:br/>
        <w:t xml:space="preserve">       https://github.com/PacktPublishing/Python-Automation-Cookbook-Third-Edition/tree/main/ch04/documents</w:t>
        <w:br/>
        <w:t xml:space="preserve">      </w:t>
        <w:br/>
      </w:r>
      <w:r>
        <w:rPr>
          <w:b w:val="0"/>
          <w:i w:val="0"/>
        </w:rPr>
        <w:t>.</w:t>
      </w:r>
    </w:p>
    <w:p>
      <w:pPr>
        <w:spacing w:after="80"/>
      </w:pPr>
      <w:r>
        <w:rPr>
          <w:b w:val="0"/>
          <w:i w:val="0"/>
        </w:rPr>
        <w:t xml:space="preserve">Chúng ta sẽ sử dụng mô-đun </w:t>
      </w:r>
      <w:r>
        <w:rPr>
          <w:rFonts w:ascii="Consolas" w:hAnsi="Consolas"/>
          <w:b w:val="0"/>
          <w:i w:val="0"/>
          <w:sz w:val="20"/>
        </w:rPr>
        <w:br/>
        <w:br/>
        <w:t xml:space="preserve">      BeautifulSoup</w:t>
        <w:br/>
        <w:t xml:space="preserve">     </w:t>
        <w:br/>
      </w:r>
      <w:r>
        <w:rPr>
          <w:b w:val="0"/>
          <w:i w:val="0"/>
        </w:rPr>
        <w:t xml:space="preserve">, đã được giới thiệu trước đó trong công thức </w:t>
      </w:r>
      <w:r>
        <w:rPr>
          <w:b w:val="0"/>
          <w:i/>
        </w:rPr>
        <w:t xml:space="preserve"> Phân tích cú pháp HTML </w:t>
      </w:r>
      <w:r>
        <w:rPr>
          <w:b w:val="0"/>
          <w:i w:val="0"/>
        </w:rPr>
        <w:t xml:space="preserve"> ở </w:t>
      </w:r>
      <w:r>
        <w:rPr>
          <w:b w:val="0"/>
          <w:i/>
        </w:rPr>
        <w:t xml:space="preserve"> Chương 3 </w:t>
      </w:r>
      <w:r>
        <w:rPr>
          <w:b w:val="0"/>
          <w:i w:val="0"/>
        </w:rPr>
        <w:t xml:space="preserve">, </w:t>
      </w:r>
      <w:r>
        <w:rPr>
          <w:b w:val="0"/>
          <w:i/>
        </w:rPr>
        <w:t xml:space="preserve"> Xây dựng ứng dụng thu thập dữ liệu web đầu tiên của bạn </w:t>
      </w:r>
      <w:r>
        <w:rPr>
          <w:b w:val="0"/>
          <w:i w:val="0"/>
        </w:rPr>
        <w:t>, để đoán bảng mã của một tệp.</w:t>
      </w:r>
    </w:p>
    <w:p>
      <w:pPr>
        <w:pStyle w:val="Heading3"/>
      </w:pPr>
      <w:r>
        <w:rPr>
          <w:rFonts w:ascii="Calibri" w:hAnsi="Calibri"/>
          <w:b/>
          <w:i w:val="0"/>
          <w:sz w:val="26"/>
        </w:rPr>
        <w:t>Cách thực hiện...</w:t>
      </w:r>
    </w:p>
    <w:p>
      <w:pPr>
        <w:spacing w:after="80"/>
        <w:ind w:left="360"/>
      </w:pPr>
      <w:r>
        <w:t xml:space="preserve">1. </w:t>
      </w:r>
      <w:r>
        <w:rPr>
          <w:b w:val="0"/>
          <w:i w:val="0"/>
        </w:rPr>
        <w:t xml:space="preserve">Mở tệp </w:t>
      </w:r>
      <w:r>
        <w:rPr>
          <w:rFonts w:ascii="Consolas" w:hAnsi="Consolas"/>
          <w:b w:val="0"/>
          <w:i w:val="0"/>
          <w:sz w:val="20"/>
        </w:rPr>
        <w:br/>
        <w:br/>
        <w:t xml:space="preserve">       example_utf8.txt</w:t>
        <w:br/>
        <w:t xml:space="preserve">      </w:t>
        <w:br/>
      </w:r>
      <w:r>
        <w:rPr>
          <w:b w:val="0"/>
          <w:i w:val="0"/>
        </w:rPr>
        <w:t xml:space="preserve"> và hiển thị nội dung của nó:</w:t>
      </w:r>
    </w:p>
    <w:p>
      <w:pPr>
        <w:spacing w:after="0"/>
        <w:ind w:left="360"/>
        <w:shd w:val="clear" w:color="auto" w:fill="F2F2F2"/>
      </w:pPr>
      <w:r>
        <w:rPr>
          <w:rFonts w:ascii="Consolas" w:hAnsi="Consolas"/>
          <w:sz w:val="18"/>
        </w:rPr>
        <w:t>&gt;&gt;&gt; with open('example_utf8.txt') as file:</w:t>
      </w:r>
    </w:p>
    <w:p>
      <w:pPr>
        <w:spacing w:after="0"/>
        <w:ind w:left="360"/>
        <w:shd w:val="clear" w:color="auto" w:fill="F2F2F2"/>
      </w:pPr>
      <w:r>
        <w:rPr>
          <w:rFonts w:ascii="Consolas" w:hAnsi="Consolas"/>
          <w:sz w:val="18"/>
        </w:rPr>
        <w:t>...     print(file.read())</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20£</w:t>
      </w:r>
    </w:p>
    <w:p>
      <w:pPr>
        <w:spacing w:after="40"/>
      </w:pPr>
    </w:p>
    <w:p>
      <w:pPr>
        <w:spacing w:after="80"/>
        <w:ind w:left="360"/>
      </w:pPr>
      <w:r>
        <w:t xml:space="preserve">2. </w:t>
      </w:r>
      <w:r>
        <w:rPr>
          <w:b w:val="0"/>
          <w:i w:val="0"/>
        </w:rPr>
        <w:t xml:space="preserve">Thử mở tệp </w:t>
      </w:r>
      <w:r>
        <w:rPr>
          <w:rFonts w:ascii="Consolas" w:hAnsi="Consolas"/>
          <w:b w:val="0"/>
          <w:i w:val="0"/>
          <w:sz w:val="20"/>
        </w:rPr>
        <w:br/>
        <w:br/>
        <w:t xml:space="preserve">       example_iso.txt</w:t>
        <w:br/>
        <w:t xml:space="preserve">      </w:t>
        <w:br/>
      </w:r>
      <w:r>
        <w:rPr>
          <w:b w:val="0"/>
          <w:i w:val="0"/>
        </w:rPr>
        <w:t>, thao tác này sẽ gây ra một ngoại lệ (exception):</w:t>
      </w:r>
    </w:p>
    <w:p>
      <w:pPr>
        <w:spacing w:after="0"/>
        <w:ind w:left="360"/>
        <w:shd w:val="clear" w:color="auto" w:fill="F2F2F2"/>
      </w:pPr>
      <w:r>
        <w:rPr>
          <w:rFonts w:ascii="Consolas" w:hAnsi="Consolas"/>
          <w:sz w:val="18"/>
        </w:rPr>
        <w:t>&gt;&gt;&gt; with open('example_iso.txt') as file:</w:t>
      </w:r>
    </w:p>
    <w:p>
      <w:pPr>
        <w:spacing w:after="0"/>
        <w:ind w:left="360"/>
        <w:shd w:val="clear" w:color="auto" w:fill="F2F2F2"/>
      </w:pPr>
      <w:r>
        <w:rPr>
          <w:rFonts w:ascii="Consolas" w:hAnsi="Consolas"/>
          <w:sz w:val="18"/>
        </w:rPr>
        <w:t>...     print(file.read())</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Traceback (most recent call last):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UnicodeDecodeError: 'utf-8' codec can't decode byte 0xa3 in position 2: invalid start byte</w:t>
      </w:r>
    </w:p>
    <w:p>
      <w:pPr>
        <w:spacing w:after="40"/>
      </w:pPr>
    </w:p>
    <w:p>
      <w:pPr>
        <w:spacing w:after="80"/>
        <w:ind w:left="360"/>
      </w:pPr>
      <w:r>
        <w:t xml:space="preserve">3. </w:t>
      </w:r>
      <w:r>
        <w:rPr>
          <w:b w:val="0"/>
          <w:i w:val="0"/>
        </w:rPr>
        <w:t xml:space="preserve">Mở tệp </w:t>
      </w:r>
      <w:r>
        <w:rPr>
          <w:rFonts w:ascii="Consolas" w:hAnsi="Consolas"/>
          <w:b w:val="0"/>
          <w:i w:val="0"/>
          <w:sz w:val="20"/>
        </w:rPr>
        <w:br/>
        <w:br/>
        <w:t xml:space="preserve">       example_iso.txt</w:t>
        <w:br/>
        <w:t xml:space="preserve">      </w:t>
        <w:br/>
      </w:r>
      <w:r>
        <w:rPr>
          <w:b w:val="0"/>
          <w:i w:val="0"/>
        </w:rPr>
        <w:t xml:space="preserve"> với bảng mã phù hợp:</w:t>
      </w:r>
    </w:p>
    <w:p>
      <w:pPr>
        <w:spacing w:after="0"/>
        <w:ind w:left="360"/>
        <w:shd w:val="clear" w:color="auto" w:fill="F2F2F2"/>
      </w:pPr>
      <w:r>
        <w:rPr>
          <w:rFonts w:ascii="Consolas" w:hAnsi="Consolas"/>
          <w:sz w:val="18"/>
        </w:rPr>
        <w:t>&gt;&gt;&gt; with open('example_iso.txt', encoding='iso-8859-1') as file:</w:t>
      </w:r>
    </w:p>
    <w:p>
      <w:pPr>
        <w:spacing w:after="0"/>
        <w:ind w:left="360"/>
        <w:shd w:val="clear" w:color="auto" w:fill="F2F2F2"/>
      </w:pPr>
      <w:r>
        <w:rPr>
          <w:rFonts w:ascii="Consolas" w:hAnsi="Consolas"/>
          <w:sz w:val="18"/>
        </w:rPr>
        <w:t>...     print(file.read())</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20£</w:t>
      </w:r>
    </w:p>
    <w:p>
      <w:pPr>
        <w:spacing w:after="40"/>
      </w:pPr>
    </w:p>
    <w:p>
      <w:pPr>
        <w:spacing w:after="80"/>
        <w:ind w:left="360"/>
      </w:pPr>
      <w:r>
        <w:t xml:space="preserve">4. </w:t>
      </w:r>
      <w:r>
        <w:rPr>
          <w:b w:val="0"/>
          <w:i w:val="0"/>
        </w:rPr>
        <w:t xml:space="preserve">Mở tệp </w:t>
      </w:r>
      <w:r>
        <w:rPr>
          <w:rFonts w:ascii="Consolas" w:hAnsi="Consolas"/>
          <w:b w:val="0"/>
          <w:i w:val="0"/>
          <w:sz w:val="20"/>
        </w:rPr>
        <w:br/>
        <w:br/>
        <w:t xml:space="preserve">       utf8</w:t>
        <w:br/>
        <w:t xml:space="preserve">      </w:t>
        <w:br/>
      </w:r>
      <w:r>
        <w:rPr>
          <w:b w:val="0"/>
          <w:i w:val="0"/>
        </w:rPr>
        <w:t xml:space="preserve"> và lưu nội dung của nó vào tệp </w:t>
      </w:r>
      <w:r>
        <w:rPr>
          <w:rFonts w:ascii="Consolas" w:hAnsi="Consolas"/>
          <w:b w:val="0"/>
          <w:i w:val="0"/>
          <w:sz w:val="20"/>
        </w:rPr>
        <w:br/>
        <w:br/>
        <w:t xml:space="preserve">       iso‑8859‑1</w:t>
        <w:br/>
        <w:t xml:space="preserve">      </w:t>
        <w:br/>
      </w:r>
      <w:r>
        <w:rPr>
          <w:b w:val="0"/>
          <w:i w:val="0"/>
        </w:rPr>
        <w:t>:</w:t>
      </w:r>
    </w:p>
    <w:p>
      <w:pPr>
        <w:spacing w:after="0"/>
        <w:ind w:left="360"/>
        <w:shd w:val="clear" w:color="auto" w:fill="F2F2F2"/>
      </w:pPr>
      <w:r>
        <w:rPr>
          <w:rFonts w:ascii="Consolas" w:hAnsi="Consolas"/>
          <w:sz w:val="18"/>
        </w:rPr>
        <w:t>&gt;&gt;&gt; with open('example_utf8.txt') as file:</w:t>
      </w:r>
    </w:p>
    <w:p>
      <w:pPr>
        <w:spacing w:after="0"/>
        <w:ind w:left="360"/>
        <w:shd w:val="clear" w:color="auto" w:fill="F2F2F2"/>
      </w:pPr>
      <w:r>
        <w:rPr>
          <w:rFonts w:ascii="Consolas" w:hAnsi="Consolas"/>
          <w:sz w:val="18"/>
        </w:rPr>
        <w:t>...     content = file.read()</w:t>
      </w:r>
    </w:p>
    <w:p>
      <w:pPr>
        <w:spacing w:after="0"/>
        <w:ind w:left="360"/>
        <w:shd w:val="clear" w:color="auto" w:fill="F2F2F2"/>
      </w:pPr>
      <w:r>
        <w:rPr>
          <w:rFonts w:ascii="Consolas" w:hAnsi="Consolas"/>
          <w:sz w:val="18"/>
        </w:rPr>
        <w:t>&gt;&gt;&gt; with open('example_output_iso.txt', 'w', encoding='iso-8859-1') as file:</w:t>
      </w:r>
    </w:p>
    <w:p>
      <w:pPr>
        <w:spacing w:after="0"/>
        <w:ind w:left="360"/>
        <w:shd w:val="clear" w:color="auto" w:fill="F2F2F2"/>
      </w:pPr>
      <w:r>
        <w:rPr>
          <w:rFonts w:ascii="Consolas" w:hAnsi="Consolas"/>
          <w:sz w:val="18"/>
        </w:rPr>
        <w:t>...     file.write(content)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4</w:t>
      </w:r>
    </w:p>
    <w:p>
      <w:pPr>
        <w:spacing w:after="40"/>
      </w:pPr>
    </w:p>
    <w:p>
      <w:pPr>
        <w:spacing w:after="80"/>
        <w:ind w:left="360"/>
      </w:pPr>
      <w:r>
        <w:t xml:space="preserve">5. </w:t>
      </w:r>
      <w:r>
        <w:rPr>
          <w:b w:val="0"/>
          <w:i w:val="0"/>
        </w:rPr>
        <w:t>Cuối cùng, đọc từ tệp mới ở định dạng phù hợp để đảm bảo nó được lưu đúng cách:</w:t>
      </w:r>
    </w:p>
    <w:p>
      <w:pPr>
        <w:spacing w:after="0"/>
        <w:ind w:left="360"/>
        <w:shd w:val="clear" w:color="auto" w:fill="F2F2F2"/>
      </w:pPr>
      <w:r>
        <w:rPr>
          <w:rFonts w:ascii="Consolas" w:hAnsi="Consolas"/>
          <w:sz w:val="18"/>
        </w:rPr>
        <w:t>&gt;&gt;&gt; with open('example_output_iso.txt', 'r',encoding='iso-8859-1') as file:</w:t>
      </w:r>
    </w:p>
    <w:p>
      <w:pPr>
        <w:spacing w:after="0"/>
        <w:ind w:left="360"/>
        <w:shd w:val="clear" w:color="auto" w:fill="F2F2F2"/>
      </w:pPr>
      <w:r>
        <w:rPr>
          <w:rFonts w:ascii="Consolas" w:hAnsi="Consolas"/>
          <w:sz w:val="18"/>
        </w:rPr>
        <w:t>...     print(file.read())</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20£</w:t>
      </w:r>
    </w:p>
    <w:p>
      <w:pPr>
        <w:spacing w:after="40"/>
      </w:pPr>
    </w:p>
    <w:p>
      <w:pPr>
        <w:pStyle w:val="Heading3"/>
      </w:pPr>
      <w:r>
        <w:rPr>
          <w:rFonts w:ascii="Calibri" w:hAnsi="Calibri"/>
          <w:b/>
          <w:i w:val="0"/>
          <w:sz w:val="26"/>
        </w:rPr>
        <w:t>Cách hoạt động...</w:t>
      </w:r>
    </w:p>
    <w:p>
      <w:pPr>
        <w:spacing w:after="80"/>
      </w:pPr>
      <w:r>
        <w:rPr>
          <w:b w:val="0"/>
          <w:i/>
        </w:rPr>
        <w:t xml:space="preserve"> Bước 1 </w:t>
      </w:r>
      <w:r>
        <w:rPr>
          <w:b w:val="0"/>
          <w:i w:val="0"/>
        </w:rPr>
        <w:t xml:space="preserve"> và </w:t>
      </w:r>
      <w:r>
        <w:rPr>
          <w:b w:val="0"/>
          <w:i/>
        </w:rPr>
        <w:t xml:space="preserve"> bước 2 </w:t>
      </w:r>
      <w:r>
        <w:rPr>
          <w:b w:val="0"/>
          <w:i w:val="0"/>
        </w:rPr>
        <w:t xml:space="preserve"> trong phần </w:t>
      </w:r>
      <w:r>
        <w:rPr>
          <w:b w:val="0"/>
          <w:i/>
        </w:rPr>
        <w:t xml:space="preserve"> Cách thực hiện </w:t>
      </w:r>
      <w:r>
        <w:rPr>
          <w:b w:val="0"/>
          <w:i w:val="0"/>
        </w:rPr>
        <w:t xml:space="preserve"> </w:t>
      </w:r>
      <w:r>
        <w:rPr>
          <w:b w:val="0"/>
          <w:i/>
        </w:rPr>
        <w:t xml:space="preserve"> … </w:t>
      </w:r>
      <w:r>
        <w:rPr>
          <w:b w:val="0"/>
          <w:i w:val="0"/>
        </w:rPr>
        <w:t xml:space="preserve"> </w:t>
      </w:r>
      <w:r>
        <w:rPr>
          <w:b w:val="0"/>
          <w:i/>
        </w:rPr>
        <w:t xml:space="preserve"> </w:t>
      </w:r>
      <w:r>
        <w:rPr>
          <w:b w:val="0"/>
          <w:i w:val="0"/>
        </w:rPr>
        <w:t xml:space="preserve"> rất đơn giản. Trong </w:t>
      </w:r>
      <w:r>
        <w:rPr>
          <w:b w:val="0"/>
          <w:i/>
        </w:rPr>
        <w:t xml:space="preserve"> bước 3 </w:t>
      </w:r>
      <w:r>
        <w:rPr>
          <w:b w:val="0"/>
          <w:i w:val="0"/>
        </w:rPr>
        <w:t xml:space="preserve">, chúng ta thêm một tham số bổ sung, </w:t>
      </w:r>
      <w:r>
        <w:rPr>
          <w:rFonts w:ascii="Consolas" w:hAnsi="Consolas"/>
          <w:b w:val="0"/>
          <w:i w:val="0"/>
          <w:sz w:val="20"/>
        </w:rPr>
        <w:br/>
        <w:br/>
        <w:t xml:space="preserve">      encoding</w:t>
        <w:br/>
        <w:t xml:space="preserve">     </w:t>
        <w:br/>
      </w:r>
      <w:r>
        <w:rPr>
          <w:b w:val="0"/>
          <w:i w:val="0"/>
        </w:rPr>
        <w:t xml:space="preserve">, để chỉ định rằng tệp cần được mở bằng một bảng mã khác ngoài </w:t>
      </w:r>
      <w:r>
        <w:rPr>
          <w:rFonts w:ascii="Consolas" w:hAnsi="Consolas"/>
          <w:b w:val="0"/>
          <w:i w:val="0"/>
          <w:sz w:val="20"/>
        </w:rPr>
        <w:br/>
        <w:br/>
        <w:t xml:space="preserve">      UTF‑8</w:t>
        <w:br/>
        <w:t xml:space="preserve">     </w:t>
        <w:br/>
      </w:r>
      <w:r>
        <w:rPr>
          <w:b w:val="0"/>
          <w:i w:val="0"/>
        </w:rPr>
        <w:t>.</w:t>
      </w:r>
    </w:p>
    <w:p>
      <w:pPr>
        <w:spacing w:after="80"/>
      </w:pPr>
      <w:r>
        <w:rPr>
          <w:b/>
          <w:i w:val="0"/>
        </w:rPr>
        <w:t>Lưu ý</w:t>
      </w:r>
    </w:p>
    <w:p>
      <w:pPr>
        <w:spacing w:after="80"/>
      </w:pPr>
      <w:r>
        <w:rPr>
          <w:b w:val="0"/>
          <w:i w:val="0"/>
        </w:rPr>
        <w:t xml:space="preserve">Python chấp nhận rất nhiều bảng mã tiêu chuẩn ngay khi cài đặt. Kiểm tra tại đây để xem tất cả chúng và các bí danh (alias) của chúng: </w:t>
      </w:r>
      <w:r>
        <w:rPr>
          <w:rFonts w:ascii="Consolas" w:hAnsi="Consolas"/>
          <w:b w:val="0"/>
          <w:i w:val="0"/>
          <w:sz w:val="20"/>
        </w:rPr>
        <w:br/>
        <w:br/>
        <w:t xml:space="preserve">        https://docs.python.org/3/library/codecs.html#standard-encodings</w:t>
        <w:br/>
        <w:t xml:space="preserve">       </w:t>
        <w:br/>
      </w:r>
      <w:r>
        <w:rPr>
          <w:b w:val="0"/>
          <w:i w:val="0"/>
        </w:rPr>
        <w:t>.</w:t>
      </w:r>
    </w:p>
    <w:p>
      <w:pPr>
        <w:spacing w:after="80"/>
      </w:pPr>
      <w:r>
        <w:rPr>
          <w:b w:val="0"/>
          <w:i w:val="0"/>
        </w:rPr>
        <w:t xml:space="preserve">Trong </w:t>
      </w:r>
      <w:r>
        <w:rPr>
          <w:b w:val="0"/>
          <w:i/>
        </w:rPr>
        <w:t xml:space="preserve"> bước 4 </w:t>
      </w:r>
      <w:r>
        <w:rPr>
          <w:b w:val="0"/>
          <w:i w:val="0"/>
        </w:rPr>
        <w:t xml:space="preserve">, chúng ta tạo một tệp mới ở </w:t>
      </w:r>
      <w:r>
        <w:rPr>
          <w:rFonts w:ascii="Consolas" w:hAnsi="Consolas"/>
          <w:b w:val="0"/>
          <w:i w:val="0"/>
          <w:sz w:val="20"/>
        </w:rPr>
        <w:br/>
        <w:br/>
        <w:t xml:space="preserve">      ISO‑8859‑1</w:t>
        <w:br/>
        <w:t xml:space="preserve">     </w:t>
        <w:br/>
      </w:r>
      <w:r>
        <w:rPr>
          <w:b w:val="0"/>
          <w:i w:val="0"/>
        </w:rPr>
        <w:t xml:space="preserve"> và ghi vào đó như bình thường. Lưu ý tham số </w:t>
      </w:r>
      <w:r>
        <w:rPr>
          <w:rFonts w:ascii="Consolas" w:hAnsi="Consolas"/>
          <w:b w:val="0"/>
          <w:i w:val="0"/>
          <w:sz w:val="20"/>
        </w:rPr>
        <w:br/>
        <w:br/>
        <w:t xml:space="preserve">      "w"</w:t>
        <w:br/>
        <w:t xml:space="preserve">     </w:t>
        <w:br/>
      </w:r>
      <w:r>
        <w:rPr>
          <w:b w:val="0"/>
          <w:i w:val="0"/>
        </w:rPr>
        <w:t>, chỉ định mở tệp để ghi và ở chế độ văn bản (text mode).</w:t>
      </w:r>
    </w:p>
    <w:p>
      <w:pPr>
        <w:spacing w:after="80"/>
      </w:pPr>
      <w:r>
        <w:rPr>
          <w:b w:val="0"/>
          <w:i/>
        </w:rPr>
        <w:t xml:space="preserve"> Bước 5 </w:t>
      </w:r>
      <w:r>
        <w:rPr>
          <w:b w:val="0"/>
          <w:i w:val="0"/>
        </w:rPr>
        <w:t xml:space="preserve"> là bước xác nhận rằng tệp được lưu đúng cách. Lưu ý rằng chúng ta đang đọc nó bằng chế độ </w:t>
      </w:r>
      <w:r>
        <w:rPr>
          <w:rFonts w:ascii="Consolas" w:hAnsi="Consolas"/>
          <w:b w:val="0"/>
          <w:i w:val="0"/>
          <w:sz w:val="20"/>
        </w:rPr>
        <w:br/>
        <w:br/>
        <w:t xml:space="preserve">      "r"</w:t>
        <w:br/>
        <w:t xml:space="preserve">     </w:t>
        <w:br/>
      </w:r>
      <w:r>
        <w:rPr>
          <w:b w:val="0"/>
          <w:i w:val="0"/>
        </w:rPr>
        <w:t>.</w:t>
      </w:r>
    </w:p>
    <w:p>
      <w:pPr>
        <w:pStyle w:val="Heading3"/>
      </w:pPr>
      <w:r>
        <w:rPr>
          <w:rFonts w:ascii="Calibri" w:hAnsi="Calibri"/>
          <w:b/>
          <w:i w:val="0"/>
          <w:sz w:val="26"/>
        </w:rPr>
        <w:t>Còn nữa...</w:t>
      </w:r>
    </w:p>
    <w:p>
      <w:pPr>
        <w:spacing w:after="80"/>
      </w:pPr>
      <w:r>
        <w:rPr>
          <w:b w:val="0"/>
          <w:i w:val="0"/>
        </w:rPr>
        <w:t>Công thức này giả định rằng chúng ta biết một tệp dùng bảng mã (encoding) nào. Nhưng đôi khi chúng ta có thể không chắc chắn về điều đó, và đây là lúc GenAI có thể giúp:</w:t>
      </w:r>
    </w:p>
    <w:p>
      <w:pPr>
        <w:jc w:val="center"/>
      </w:pPr>
      <w:r>
        <w:drawing>
          <wp:inline xmlns:a="http://schemas.openxmlformats.org/drawingml/2006/main" xmlns:pic="http://schemas.openxmlformats.org/drawingml/2006/picture">
            <wp:extent cx="5486400" cy="5833035"/>
            <wp:docPr id="23" name="Picture 23"/>
            <wp:cNvGraphicFramePr>
              <a:graphicFrameLocks noChangeAspect="1"/>
            </wp:cNvGraphicFramePr>
            <a:graphic>
              <a:graphicData uri="http://schemas.openxmlformats.org/drawingml/2006/picture">
                <pic:pic>
                  <pic:nvPicPr>
                    <pic:cNvPr id="0" name="B36973_4_1.png"/>
                    <pic:cNvPicPr/>
                  </pic:nvPicPr>
                  <pic:blipFill>
                    <a:blip r:embed="rId29"/>
                    <a:stretch>
                      <a:fillRect/>
                    </a:stretch>
                  </pic:blipFill>
                  <pic:spPr>
                    <a:xfrm>
                      <a:off x="0" y="0"/>
                      <a:ext cx="5486400" cy="5833035"/>
                    </a:xfrm>
                    <a:prstGeom prst="rect"/>
                  </pic:spPr>
                </pic:pic>
              </a:graphicData>
            </a:graphic>
          </wp:inline>
        </w:drawing>
      </w:r>
    </w:p>
    <w:p>
      <w:pPr>
        <w:spacing w:after="160"/>
        <w:jc w:val="center"/>
      </w:pPr>
      <w:r>
        <w:rPr>
          <w:rFonts w:ascii="Calibri" w:hAnsi="Calibri"/>
          <w:b w:val="0"/>
          <w:i/>
          <w:sz w:val="19"/>
        </w:rPr>
        <w:t>Hình 4.1: Yêu cầu ChatGPT tìm ra bảng mã được dùng cho một tệp</w:t>
      </w:r>
    </w:p>
    <w:p>
      <w:pPr>
        <w:spacing w:after="80"/>
      </w:pPr>
      <w:r>
        <w:rPr>
          <w:b w:val="0"/>
          <w:i w:val="0"/>
        </w:rPr>
        <w:t xml:space="preserve">Trong ví dụ này, nó đúng, và đưa ra độ tin cậy cao, nhưng nên xác minh và kiểm tra lại. Lưu ý rằng nó gợi ý chuyển tệp sang </w:t>
      </w:r>
      <w:r>
        <w:rPr>
          <w:rFonts w:ascii="Consolas" w:hAnsi="Consolas"/>
          <w:b w:val="0"/>
          <w:i w:val="0"/>
          <w:sz w:val="20"/>
        </w:rPr>
        <w:br/>
        <w:br/>
        <w:t xml:space="preserve">      UTF‑8</w:t>
        <w:br/>
        <w:t xml:space="preserve">     </w:t>
        <w:br/>
      </w:r>
      <w:r>
        <w:rPr>
          <w:b w:val="0"/>
          <w:i w:val="0"/>
        </w:rPr>
        <w:t xml:space="preserve"> . Dùng GenAI để phát hiện bảng mã có thể chấp nhận được, nhưng bạn có thể cần thực hiện kiểm tra bằng lập trình trong Python. Ví dụ, bạn có thể nhận được các tệp thường xuyên mà không biết bảng mã. Ngoài ra, hãy nhớ rằng GenAI có thể ảo giác (hallucinate) ra một bảng mã phổ biến hơn so với bảng mã thực sự được dùng, hoặc đưa ra mức độ tin cậy thấp.</w:t>
      </w:r>
    </w:p>
    <w:p>
      <w:pPr>
        <w:spacing w:after="80"/>
      </w:pPr>
      <w:r>
        <w:rPr>
          <w:b w:val="0"/>
          <w:i w:val="0"/>
        </w:rPr>
        <w:t xml:space="preserve">Một giải pháp thay thế bằng lập trình là dùng </w:t>
      </w:r>
      <w:r>
        <w:rPr>
          <w:rFonts w:ascii="Consolas" w:hAnsi="Consolas"/>
          <w:b w:val="0"/>
          <w:i w:val="0"/>
          <w:sz w:val="20"/>
        </w:rPr>
        <w:br/>
        <w:br/>
        <w:t xml:space="preserve">      BeautifulSoup</w:t>
        <w:br/>
        <w:t xml:space="preserve">     </w:t>
        <w:br/>
      </w:r>
      <w:r>
        <w:rPr>
          <w:b w:val="0"/>
          <w:i w:val="0"/>
        </w:rPr>
        <w:t xml:space="preserve"> , một mô-đun dùng để phân tích cú pháp HTML, có thể cố gắng phát hiện xem một tệp cụ thể dùng bảng mã nào.</w:t>
      </w:r>
    </w:p>
    <w:p>
      <w:pPr>
        <w:spacing w:after="80"/>
      </w:pPr>
      <w:r>
        <w:rPr>
          <w:b/>
          <w:i w:val="0"/>
        </w:rPr>
        <w:t>Mẹo</w:t>
      </w:r>
    </w:p>
    <w:p>
      <w:pPr>
        <w:spacing w:after="80"/>
      </w:pPr>
      <w:r>
        <w:rPr>
          <w:b w:val="0"/>
          <w:i w:val="0"/>
        </w:rPr>
        <w:t>Việc tự động phát hiện một tệp dùng bảng mã nào có thể là điều bất khả thi về mặt lý thuyết, bởi vì có khả năng tồn tại vô số bảng mã! Nhưng thông thường, một tập con các bảng mã thông dụng sẽ bao phủ 90% các trường hợp thực tế. Trong một số trường hợp, một tệp có thể được hiểu bằng một bảng mã khác nhưng tương tự với bảng mã thực sự được dùng, như chúng ta sẽ thấy trong ví dụ tiếp theo. Cách dễ nhất để biết chắc chắn là hỏi thẳng người đã tạo ra tệp đó ngay từ đầu.</w:t>
      </w:r>
    </w:p>
    <w:p>
      <w:pPr>
        <w:spacing w:after="80"/>
      </w:pPr>
      <w:r>
        <w:rPr>
          <w:b w:val="0"/>
          <w:i w:val="0"/>
        </w:rPr>
        <w:t xml:space="preserve">Nhớ cài đặt </w:t>
      </w:r>
      <w:r>
        <w:rPr>
          <w:rFonts w:ascii="Consolas" w:hAnsi="Consolas"/>
          <w:b w:val="0"/>
          <w:i w:val="0"/>
          <w:sz w:val="20"/>
        </w:rPr>
        <w:br/>
        <w:br/>
        <w:t xml:space="preserve">      BeautifulSoup</w:t>
        <w:br/>
        <w:t xml:space="preserve">     </w:t>
        <w:br/>
      </w:r>
      <w:r>
        <w:rPr>
          <w:b w:val="0"/>
          <w:i w:val="0"/>
        </w:rPr>
        <w:t xml:space="preserve"> . Chúng ta sẽ cần mở tệp để đọc ở định dạng nhị phân (binary) với tham số </w:t>
      </w:r>
      <w:r>
        <w:rPr>
          <w:rFonts w:ascii="Consolas" w:hAnsi="Consolas"/>
          <w:b w:val="0"/>
          <w:i w:val="0"/>
          <w:sz w:val="20"/>
        </w:rPr>
        <w:br/>
        <w:br/>
        <w:t xml:space="preserve">      'rb'</w:t>
        <w:br/>
        <w:t xml:space="preserve">     </w:t>
        <w:br/>
      </w:r>
      <w:r>
        <w:rPr>
          <w:b w:val="0"/>
          <w:i w:val="0"/>
        </w:rPr>
        <w:t xml:space="preserve"> và sau đó truyền nội dung nhị phân cho mô-đun </w:t>
      </w:r>
      <w:r>
        <w:rPr>
          <w:rFonts w:ascii="Consolas" w:hAnsi="Consolas"/>
          <w:b w:val="0"/>
          <w:i w:val="0"/>
          <w:sz w:val="20"/>
        </w:rPr>
        <w:br/>
        <w:br/>
        <w:t xml:space="preserve">      UnicodeDammit</w:t>
        <w:br/>
        <w:t xml:space="preserve">     </w:t>
        <w:br/>
      </w:r>
      <w:r>
        <w:rPr>
          <w:b w:val="0"/>
          <w:i w:val="0"/>
        </w:rPr>
        <w:t xml:space="preserve"> của Beautiful Soup, như thế này:</w:t>
      </w:r>
    </w:p>
    <w:p>
      <w:pPr>
        <w:spacing w:after="0"/>
        <w:ind w:left="360"/>
        <w:shd w:val="clear" w:color="auto" w:fill="F2F2F2"/>
      </w:pPr>
      <w:r>
        <w:rPr>
          <w:rFonts w:ascii="Consolas" w:hAnsi="Consolas"/>
          <w:sz w:val="18"/>
        </w:rPr>
        <w:t>&gt;&gt;&gt; from bs4 import UnicodeDammit</w:t>
      </w:r>
    </w:p>
    <w:p>
      <w:pPr>
        <w:spacing w:after="0"/>
        <w:ind w:left="360"/>
        <w:shd w:val="clear" w:color="auto" w:fill="F2F2F2"/>
      </w:pPr>
      <w:r>
        <w:rPr>
          <w:rFonts w:ascii="Consolas" w:hAnsi="Consolas"/>
          <w:sz w:val="18"/>
        </w:rPr>
        <w:t>&gt;&gt;&gt; with open('example_output_iso.txt', 'rb') as file:</w:t>
      </w:r>
    </w:p>
    <w:p>
      <w:pPr>
        <w:spacing w:after="0"/>
        <w:ind w:left="360"/>
        <w:shd w:val="clear" w:color="auto" w:fill="F2F2F2"/>
      </w:pPr>
      <w:r>
        <w:rPr>
          <w:rFonts w:ascii="Consolas" w:hAnsi="Consolas"/>
          <w:sz w:val="18"/>
        </w:rPr>
        <w:t>...     content = file.read()</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&gt;&gt;&gt; suggestion = UnicodeDammit(content)</w:t>
      </w:r>
    </w:p>
    <w:p>
      <w:pPr>
        <w:spacing w:after="0"/>
        <w:ind w:left="360"/>
        <w:shd w:val="clear" w:color="auto" w:fill="F2F2F2"/>
      </w:pPr>
      <w:r>
        <w:rPr>
          <w:rFonts w:ascii="Consolas" w:hAnsi="Consolas"/>
          <w:sz w:val="18"/>
        </w:rPr>
        <w:t>&gt;&gt;&gt; suggestion.original_encoding</w:t>
      </w:r>
    </w:p>
    <w:p>
      <w:pPr>
        <w:spacing w:after="0"/>
        <w:ind w:left="360"/>
        <w:shd w:val="clear" w:color="auto" w:fill="F2F2F2"/>
      </w:pPr>
      <w:r>
        <w:rPr>
          <w:rFonts w:ascii="Consolas" w:hAnsi="Consolas"/>
          <w:sz w:val="18"/>
        </w:rPr>
        <w:t>'windows-1252'</w:t>
      </w:r>
    </w:p>
    <w:p>
      <w:pPr>
        <w:spacing w:after="0"/>
        <w:ind w:left="360"/>
        <w:shd w:val="clear" w:color="auto" w:fill="F2F2F2"/>
      </w:pPr>
      <w:r>
        <w:rPr>
          <w:rFonts w:ascii="Consolas" w:hAnsi="Consolas"/>
          <w:sz w:val="18"/>
        </w:rPr>
        <w:t>&gt;&gt;&gt; suggestion.unicode_markup</w:t>
      </w:r>
    </w:p>
    <w:p>
      <w:pPr>
        <w:spacing w:after="0"/>
        <w:ind w:left="360"/>
        <w:shd w:val="clear" w:color="auto" w:fill="F2F2F2"/>
      </w:pPr>
      <w:r>
        <w:rPr>
          <w:rFonts w:ascii="Consolas" w:hAnsi="Consolas"/>
          <w:sz w:val="18"/>
        </w:rPr>
        <w:t>'20£'</w:t>
      </w:r>
    </w:p>
    <w:p>
      <w:pPr>
        <w:spacing w:after="40"/>
      </w:pPr>
    </w:p>
    <w:p>
      <w:pPr>
        <w:spacing w:after="80"/>
      </w:pPr>
      <w:r>
        <w:rPr>
          <w:b w:val="0"/>
          <w:i w:val="0"/>
        </w:rPr>
        <w:t xml:space="preserve">Sau đó có thể suy ra bảng mã. Lưu ý rằng ở đây </w:t>
      </w:r>
      <w:r>
        <w:rPr>
          <w:rFonts w:ascii="Consolas" w:hAnsi="Consolas"/>
          <w:b w:val="0"/>
          <w:i w:val="0"/>
          <w:sz w:val="20"/>
        </w:rPr>
        <w:br/>
        <w:br/>
        <w:t xml:space="preserve">      'windows‑1252'</w:t>
        <w:br/>
        <w:t xml:space="preserve">     </w:t>
        <w:br/>
      </w:r>
      <w:r>
        <w:rPr>
          <w:b w:val="0"/>
          <w:i w:val="0"/>
        </w:rPr>
        <w:t xml:space="preserve"> được trả về thay vì </w:t>
      </w:r>
      <w:r>
        <w:rPr>
          <w:rFonts w:ascii="Consolas" w:hAnsi="Consolas"/>
          <w:b w:val="0"/>
          <w:i w:val="0"/>
          <w:sz w:val="20"/>
        </w:rPr>
        <w:br/>
        <w:br/>
        <w:t xml:space="preserve">      'iso‑8859‑1'</w:t>
        <w:br/>
        <w:t xml:space="preserve">     </w:t>
        <w:br/>
      </w:r>
      <w:r>
        <w:rPr>
          <w:b w:val="0"/>
          <w:i w:val="0"/>
        </w:rPr>
        <w:t xml:space="preserve"> . Điều này xảy ra vì hai bảng mã này rất giống nhau, và đối với tệp cụ thể này chúng giống hệt nhau. Vậy nên trên thực tế chúng tương đương nhau đối với những tệp này, nhưng điều này cho thấy những vấn đề với việc có nhiều bảng mã.</w:t>
      </w:r>
    </w:p>
    <w:p>
      <w:pPr>
        <w:spacing w:after="80"/>
      </w:pPr>
      <w:r>
        <w:rPr>
          <w:b w:val="0"/>
          <w:i w:val="0"/>
        </w:rPr>
        <w:t xml:space="preserve">Mặc dù </w:t>
      </w:r>
      <w:r>
        <w:rPr>
          <w:rFonts w:ascii="Consolas" w:hAnsi="Consolas"/>
          <w:b w:val="0"/>
          <w:i w:val="0"/>
          <w:sz w:val="20"/>
        </w:rPr>
        <w:br/>
        <w:br/>
        <w:t xml:space="preserve">      .unicode_markup</w:t>
        <w:br/>
        <w:t xml:space="preserve">     </w:t>
        <w:br/>
      </w:r>
      <w:r>
        <w:rPr>
          <w:b w:val="0"/>
          <w:i w:val="0"/>
        </w:rPr>
        <w:t xml:space="preserve"> trả về chuỗi đã được giải mã, tốt hơn là chỉ dùng gợi ý này để lấy bảng mã, rồi mở lại tệp ở chế độ văn bản với bảng mã phù hợp. Điều này làm cho mã dễ đọc hơn và giúp xử lý tệp như văn bản. Ví dụ, để xử lý từng dòng một.</w:t>
      </w:r>
    </w:p>
    <w:p>
      <w:pPr>
        <w:spacing w:after="0"/>
        <w:ind w:left="360"/>
        <w:shd w:val="clear" w:color="auto" w:fill="F2F2F2"/>
      </w:pPr>
      <w:r>
        <w:rPr>
          <w:rFonts w:ascii="Consolas" w:hAnsi="Consolas"/>
          <w:sz w:val="18"/>
        </w:rPr>
        <w:t>&gt;&gt;&gt; with open('example_iso.txt', encoding='windows-1252') as file:</w:t>
      </w:r>
    </w:p>
    <w:p>
      <w:pPr>
        <w:spacing w:after="0"/>
        <w:ind w:left="360"/>
        <w:shd w:val="clear" w:color="auto" w:fill="F2F2F2"/>
      </w:pPr>
      <w:r>
        <w:rPr>
          <w:rFonts w:ascii="Consolas" w:hAnsi="Consolas"/>
          <w:sz w:val="18"/>
        </w:rPr>
        <w:t>...     print(file.read())</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20£</w:t>
      </w:r>
    </w:p>
    <w:p>
      <w:pPr>
        <w:spacing w:after="40"/>
      </w:pPr>
    </w:p>
    <w:p>
      <w:pPr>
        <w:spacing w:after="80"/>
      </w:pPr>
      <w:r>
        <w:rPr>
          <w:b/>
          <w:i w:val="0"/>
        </w:rPr>
        <w:t>Mẹo</w:t>
      </w:r>
    </w:p>
    <w:p>
      <w:pPr>
        <w:spacing w:after="80"/>
      </w:pPr>
      <w:r>
        <w:rPr>
          <w:b w:val="0"/>
          <w:i w:val="0"/>
        </w:rPr>
        <w:t>Khi làm việc với các hệ điều hành khác nhau, cũng có những thay đổi khác có thể không liên quan trực tiếp đến bảng mã, nhưng có thể tạo ra sự khác biệt. Ví dụ, trên máy Windows, dòng mới được khai báo bằng hai ký tự (CR LF) và trên Unix và các hệ thống giống Unix bằng một LF duy nhất, ngay cả khi bảng mã giống nhau!</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Thao tác với chuỗi </w:t>
      </w:r>
      <w:r>
        <w:rPr>
          <w:b w:val="0"/>
          <w:i w:val="0"/>
        </w:rPr>
        <w:t xml:space="preserve"> trong </w:t>
      </w:r>
      <w:r>
        <w:rPr>
          <w:b w:val="0"/>
          <w:i/>
        </w:rPr>
        <w:t xml:space="preserve"> Chương 1 </w:t>
      </w:r>
      <w:r>
        <w:rPr>
          <w:b w:val="0"/>
          <w:i w:val="0"/>
        </w:rPr>
        <w:t xml:space="preserve"> , </w:t>
      </w:r>
      <w:r>
        <w:rPr>
          <w:b w:val="0"/>
          <w:i/>
        </w:rPr>
        <w:t xml:space="preserve"> Hãy bắt đầu hành trình tự động hóa của chúng ta </w:t>
      </w:r>
      <w:r>
        <w:rPr>
          <w:b w:val="0"/>
          <w:i w:val="0"/>
        </w:rPr>
        <w:t xml:space="preserve"> , để tìm hiểu thêm về cách chỉnh sửa chuỗi.</w:t>
      </w:r>
    </w:p>
    <w:p>
      <w:pPr>
        <w:spacing w:after="80"/>
        <w:ind w:left="360"/>
      </w:pPr>
      <w:r>
        <w:t xml:space="preserve">• </w:t>
      </w:r>
      <w:r>
        <w:rPr>
          <w:b w:val="0"/>
          <w:i w:val="0"/>
        </w:rPr>
        <w:t xml:space="preserve">Công thức </w:t>
      </w:r>
      <w:r>
        <w:rPr>
          <w:b w:val="0"/>
          <w:i/>
        </w:rPr>
        <w:t xml:space="preserve"> Phân tích cú pháp HTML </w:t>
      </w:r>
      <w:r>
        <w:rPr>
          <w:b w:val="0"/>
          <w:i w:val="0"/>
        </w:rPr>
        <w:t xml:space="preserve"> trong </w:t>
      </w:r>
      <w:r>
        <w:rPr>
          <w:b w:val="0"/>
          <w:i/>
        </w:rPr>
        <w:t xml:space="preserve"> Chương 3 </w:t>
      </w:r>
      <w:r>
        <w:rPr>
          <w:b w:val="0"/>
          <w:i w:val="0"/>
        </w:rPr>
        <w:t xml:space="preserve"> , </w:t>
      </w:r>
      <w:r>
        <w:rPr>
          <w:b w:val="0"/>
          <w:i/>
        </w:rPr>
        <w:t xml:space="preserve"> Xây dựng ứng dụng thu thập dữ liệu web đầu tiên của bạn </w:t>
      </w:r>
      <w:r>
        <w:rPr>
          <w:b w:val="0"/>
          <w:i w:val="0"/>
        </w:rPr>
        <w:t xml:space="preserve"> , để tìm hiểu thêm về Beautiful Soup.</w:t>
      </w:r>
    </w:p>
    <w:p>
      <w:pPr>
        <w:pStyle w:val="Heading2"/>
      </w:pPr>
      <w:r>
        <w:rPr>
          <w:rFonts w:ascii="Calibri" w:hAnsi="Calibri"/>
          <w:b/>
          <w:i w:val="0"/>
          <w:sz w:val="32"/>
        </w:rPr>
        <w:t>Đọc các tệp CSV</w:t>
      </w:r>
    </w:p>
    <w:p>
      <w:pPr>
        <w:spacing w:after="80"/>
      </w:pPr>
      <w:r>
        <w:rPr>
          <w:b w:val="0"/>
          <w:i w:val="0"/>
        </w:rPr>
        <w:t xml:space="preserve">Một số tệp văn bản chứa dữ liệu dạng bảng được phân tách bằng dấu phẩy. Đây là một cách tiện lợi để tạo dữ liệu có cấu trúc, thay vì dùng các định dạng nhị phân phức tạp hơn như Excel. Những tệp này được gọi là tệp </w:t>
      </w:r>
      <w:r>
        <w:rPr>
          <w:b/>
          <w:i w:val="0"/>
        </w:rPr>
        <w:t xml:space="preserve"> Comma Separated Values </w:t>
      </w:r>
      <w:r>
        <w:rPr>
          <w:b w:val="0"/>
          <w:i w:val="0"/>
        </w:rPr>
        <w:t xml:space="preserve"> hay </w:t>
      </w:r>
      <w:r>
        <w:rPr>
          <w:b/>
          <w:i w:val="0"/>
        </w:rPr>
        <w:t xml:space="preserve"> CSV </w:t>
      </w:r>
      <w:r>
        <w:rPr>
          <w:b w:val="0"/>
          <w:i w:val="0"/>
        </w:rPr>
        <w:t>, và hầu hết các phần mềm bảng tính đều cho phép chúng ta làm việc trực tiếp với chúng.</w:t>
      </w:r>
    </w:p>
    <w:p>
      <w:pPr>
        <w:pStyle w:val="Heading3"/>
      </w:pPr>
      <w:r>
        <w:rPr>
          <w:rFonts w:ascii="Calibri" w:hAnsi="Calibri"/>
          <w:b/>
          <w:i w:val="0"/>
          <w:sz w:val="26"/>
        </w:rPr>
        <w:t>Chuẩn bị</w:t>
      </w:r>
    </w:p>
    <w:p>
      <w:pPr>
        <w:spacing w:after="80"/>
      </w:pPr>
      <w:r>
        <w:rPr>
          <w:b w:val="0"/>
          <w:i w:val="0"/>
        </w:rPr>
        <w:t xml:space="preserve">Chúng ta đã chuẩn bị một tệp CSV bằng dữ liệu về top 10 phim có lượng khán giả đến rạp cao nhất, như được mô tả trên trang này: </w:t>
      </w:r>
      <w:r>
        <w:rPr>
          <w:rFonts w:ascii="Consolas" w:hAnsi="Consolas"/>
          <w:b w:val="0"/>
          <w:i w:val="0"/>
          <w:sz w:val="20"/>
        </w:rPr>
        <w:br/>
        <w:br/>
        <w:t xml:space="preserve">       http://www.mrob.com/pub/film-video/topadj.html</w:t>
        <w:br/>
        <w:t xml:space="preserve">      </w:t>
        <w:br/>
      </w:r>
      <w:r>
        <w:rPr>
          <w:b w:val="0"/>
          <w:i w:val="0"/>
        </w:rPr>
        <w:t xml:space="preserve"> .</w:t>
      </w:r>
    </w:p>
    <w:p>
      <w:pPr>
        <w:spacing w:after="80"/>
      </w:pPr>
      <w:r>
        <w:rPr>
          <w:b w:val="0"/>
          <w:i w:val="0"/>
        </w:rPr>
        <w:t xml:space="preserve">Chúng ta đã sao chép 10 phần tử đầu tiên của bảng vào một phần mềm bảng tính (Numbers) và xuất tệp ra dưới dạng CSV. Tệp này có sẵn trong kho GitHub tại thư mục </w:t>
      </w:r>
      <w:r>
        <w:rPr>
          <w:rFonts w:ascii="Consolas" w:hAnsi="Consolas"/>
          <w:b w:val="0"/>
          <w:i w:val="0"/>
          <w:sz w:val="20"/>
        </w:rPr>
        <w:br/>
        <w:br/>
        <w:t xml:space="preserve">      ch04/documents</w:t>
        <w:br/>
        <w:t xml:space="preserve">     </w:t>
        <w:br/>
      </w:r>
      <w:r>
        <w:rPr>
          <w:b w:val="0"/>
          <w:i w:val="0"/>
        </w:rPr>
        <w:t xml:space="preserve"> với tên </w:t>
      </w:r>
      <w:r>
        <w:rPr>
          <w:rFonts w:ascii="Consolas" w:hAnsi="Consolas"/>
          <w:b w:val="0"/>
          <w:i w:val="0"/>
          <w:sz w:val="20"/>
        </w:rPr>
        <w:br/>
        <w:br/>
        <w:t xml:space="preserve">      top_films.csv</w:t>
        <w:br/>
        <w:t xml:space="preserve">     </w:t>
        <w:br/>
      </w:r>
    </w:p>
    <w:p>
      <w:pPr>
        <w:jc w:val="center"/>
      </w:pPr>
      <w:r>
        <w:drawing>
          <wp:inline xmlns:a="http://schemas.openxmlformats.org/drawingml/2006/main" xmlns:pic="http://schemas.openxmlformats.org/drawingml/2006/picture">
            <wp:extent cx="5486400" cy="3513132"/>
            <wp:docPr id="24" name="Picture 24"/>
            <wp:cNvGraphicFramePr>
              <a:graphicFrameLocks noChangeAspect="1"/>
            </wp:cNvGraphicFramePr>
            <a:graphic>
              <a:graphicData uri="http://schemas.openxmlformats.org/drawingml/2006/picture">
                <pic:pic>
                  <pic:nvPicPr>
                    <pic:cNvPr id="0" name="B36973_4_2.png"/>
                    <pic:cNvPicPr/>
                  </pic:nvPicPr>
                  <pic:blipFill>
                    <a:blip r:embed="rId30"/>
                    <a:stretch>
                      <a:fillRect/>
                    </a:stretch>
                  </pic:blipFill>
                  <pic:spPr>
                    <a:xfrm>
                      <a:off x="0" y="0"/>
                      <a:ext cx="5486400" cy="3513132"/>
                    </a:xfrm>
                    <a:prstGeom prst="rect"/>
                  </pic:spPr>
                </pic:pic>
              </a:graphicData>
            </a:graphic>
          </wp:inline>
        </w:drawing>
      </w:r>
    </w:p>
    <w:p>
      <w:pPr>
        <w:spacing w:after="160"/>
        <w:jc w:val="center"/>
      </w:pPr>
      <w:r>
        <w:rPr>
          <w:rFonts w:ascii="Calibri" w:hAnsi="Calibri"/>
          <w:b w:val="0"/>
          <w:i/>
          <w:sz w:val="19"/>
        </w:rPr>
        <w:t>Hình 4.2: Nội dung của tệp CSV</w:t>
      </w:r>
    </w:p>
    <w:p>
      <w:pPr>
        <w:pStyle w:val="Heading3"/>
      </w:pPr>
      <w:r>
        <w:rPr>
          <w:rFonts w:ascii="Calibri" w:hAnsi="Calibri"/>
          <w:b/>
          <w:i w:val="0"/>
          <w:sz w:val="26"/>
        </w:rPr>
        <w:t>Cách thực hiện...</w:t>
      </w:r>
    </w:p>
    <w:p>
      <w:pPr>
        <w:spacing w:after="80"/>
        <w:ind w:left="360"/>
      </w:pPr>
      <w:r>
        <w:t xml:space="preserve">1. </w:t>
      </w:r>
      <w:r>
        <w:rPr>
          <w:b w:val="0"/>
          <w:i w:val="0"/>
        </w:rPr>
        <w:t>Import mô-đun csv:</w:t>
      </w:r>
    </w:p>
    <w:p>
      <w:pPr>
        <w:spacing w:after="0"/>
        <w:ind w:left="360"/>
        <w:shd w:val="clear" w:color="auto" w:fill="F2F2F2"/>
      </w:pPr>
      <w:r>
        <w:rPr>
          <w:rFonts w:ascii="Consolas" w:hAnsi="Consolas"/>
          <w:sz w:val="18"/>
        </w:rPr>
        <w:t>&gt;&gt;&gt; import csv</w:t>
      </w:r>
    </w:p>
    <w:p>
      <w:pPr>
        <w:spacing w:after="40"/>
      </w:pPr>
    </w:p>
    <w:p>
      <w:pPr>
        <w:spacing w:after="80"/>
        <w:ind w:left="360"/>
      </w:pPr>
      <w:r>
        <w:t xml:space="preserve">2. </w:t>
      </w:r>
      <w:r>
        <w:rPr>
          <w:b w:val="0"/>
          <w:i w:val="0"/>
        </w:rPr>
        <w:t>Mở tệp, tạo một reader, và lặp qua nó để hiển thị dữ liệu dạng bảng của tất cả các hàng (chỉ hiển thị ba hàng):</w:t>
      </w:r>
    </w:p>
    <w:p>
      <w:pPr>
        <w:spacing w:after="0"/>
        <w:ind w:left="360"/>
        <w:shd w:val="clear" w:color="auto" w:fill="F2F2F2"/>
      </w:pPr>
      <w:r>
        <w:rPr>
          <w:rFonts w:ascii="Consolas" w:hAnsi="Consolas"/>
          <w:sz w:val="18"/>
        </w:rPr>
        <w:t>&gt;&gt;&gt; import csv</w:t>
      </w:r>
    </w:p>
    <w:p>
      <w:pPr>
        <w:spacing w:after="0"/>
        <w:ind w:left="360"/>
        <w:shd w:val="clear" w:color="auto" w:fill="F2F2F2"/>
      </w:pPr>
      <w:r>
        <w:rPr>
          <w:rFonts w:ascii="Consolas" w:hAnsi="Consolas"/>
          <w:sz w:val="18"/>
        </w:rPr>
        <w:t>&gt;&gt;&gt; with open('top_films.csv') as file:</w:t>
      </w:r>
    </w:p>
    <w:p>
      <w:pPr>
        <w:spacing w:after="0"/>
        <w:ind w:left="360"/>
        <w:shd w:val="clear" w:color="auto" w:fill="F2F2F2"/>
      </w:pPr>
      <w:r>
        <w:rPr>
          <w:rFonts w:ascii="Consolas" w:hAnsi="Consolas"/>
          <w:sz w:val="18"/>
        </w:rPr>
        <w:t>...     data = csv.reader(file)</w:t>
      </w:r>
    </w:p>
    <w:p>
      <w:pPr>
        <w:spacing w:after="0"/>
        <w:ind w:left="360"/>
        <w:shd w:val="clear" w:color="auto" w:fill="F2F2F2"/>
      </w:pPr>
      <w:r>
        <w:rPr>
          <w:rFonts w:ascii="Consolas" w:hAnsi="Consolas"/>
          <w:sz w:val="18"/>
        </w:rPr>
        <w:t>...     for row in data:</w:t>
      </w:r>
    </w:p>
    <w:p>
      <w:pPr>
        <w:spacing w:after="0"/>
        <w:ind w:left="360"/>
        <w:shd w:val="clear" w:color="auto" w:fill="F2F2F2"/>
      </w:pPr>
      <w:r>
        <w:rPr>
          <w:rFonts w:ascii="Consolas" w:hAnsi="Consolas"/>
          <w:sz w:val="18"/>
        </w:rPr>
        <w:t>...         print(row)</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['Rank', 'Admissions\n(millions)', 'Title (year) (studio)', 'Director(s)']</w:t>
      </w:r>
    </w:p>
    <w:p>
      <w:pPr>
        <w:spacing w:after="0"/>
        <w:ind w:left="360"/>
        <w:shd w:val="clear" w:color="auto" w:fill="F2F2F2"/>
      </w:pPr>
      <w:r>
        <w:rPr>
          <w:rFonts w:ascii="Consolas" w:hAnsi="Consolas"/>
          <w:sz w:val="18"/>
        </w:rPr>
        <w:t>['1', '225.7', 'Gone With the Wind (1939) (MGM)', 'Victor Fleming, George Cukor, Sam Wood']</w:t>
      </w:r>
    </w:p>
    <w:p>
      <w:pPr>
        <w:spacing w:after="0"/>
        <w:ind w:left="360"/>
        <w:shd w:val="clear" w:color="auto" w:fill="F2F2F2"/>
      </w:pPr>
      <w:r>
        <w:rPr>
          <w:rFonts w:ascii="Consolas" w:hAnsi="Consolas"/>
          <w:sz w:val="18"/>
        </w:rPr>
        <w:t>['2', '194.4', 'Star Wars (Ep. IV: A New Hope) (1977) (Fox)', 'George Lucas']</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['10', '117.1', '101 Dalmatians (1961)\xa0(BV)', 'Clyde Geronimi, Hamilton Luske, Wolfgang Reitherman']</w:t>
      </w:r>
    </w:p>
    <w:p>
      <w:pPr>
        <w:spacing w:after="40"/>
      </w:pPr>
    </w:p>
    <w:p>
      <w:pPr>
        <w:spacing w:after="80"/>
        <w:ind w:left="360"/>
      </w:pPr>
      <w:r>
        <w:t xml:space="preserve">3. </w:t>
      </w:r>
      <w:r>
        <w:rPr>
          <w:b w:val="0"/>
          <w:i w:val="0"/>
        </w:rPr>
        <w:t xml:space="preserve">Mở tệp và dùng </w:t>
      </w:r>
      <w:r>
        <w:rPr>
          <w:rFonts w:ascii="Consolas" w:hAnsi="Consolas"/>
          <w:b w:val="0"/>
          <w:i w:val="0"/>
          <w:sz w:val="20"/>
        </w:rPr>
        <w:br/>
        <w:br/>
        <w:t xml:space="preserve">       DictReader</w:t>
        <w:br/>
        <w:t xml:space="preserve">      </w:t>
        <w:br/>
      </w:r>
      <w:r>
        <w:rPr>
          <w:b w:val="0"/>
          <w:i w:val="0"/>
        </w:rPr>
        <w:t xml:space="preserve"> để cấu trúc dữ liệu, bao gồm cả phần tiêu đề:</w:t>
      </w:r>
    </w:p>
    <w:p>
      <w:pPr>
        <w:spacing w:after="0"/>
        <w:ind w:left="360"/>
        <w:shd w:val="clear" w:color="auto" w:fill="F2F2F2"/>
      </w:pPr>
      <w:r>
        <w:rPr>
          <w:rFonts w:ascii="Consolas" w:hAnsi="Consolas"/>
          <w:sz w:val="18"/>
        </w:rPr>
        <w:t>&gt;&gt;&gt; with open('top_films.csv') as file:</w:t>
      </w:r>
    </w:p>
    <w:p>
      <w:pPr>
        <w:spacing w:after="0"/>
        <w:ind w:left="360"/>
        <w:shd w:val="clear" w:color="auto" w:fill="F2F2F2"/>
      </w:pPr>
      <w:r>
        <w:rPr>
          <w:rFonts w:ascii="Consolas" w:hAnsi="Consolas"/>
          <w:sz w:val="18"/>
        </w:rPr>
        <w:t>...     data = csv.DictReader(file)</w:t>
      </w:r>
    </w:p>
    <w:p>
      <w:pPr>
        <w:spacing w:after="0"/>
        <w:ind w:left="360"/>
        <w:shd w:val="clear" w:color="auto" w:fill="F2F2F2"/>
      </w:pPr>
      <w:r>
        <w:rPr>
          <w:rFonts w:ascii="Consolas" w:hAnsi="Consolas"/>
          <w:sz w:val="18"/>
        </w:rPr>
        <w:t>...     structured_data = [row for row in data]</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&gt;&gt;&gt; structured_data[0]</w:t>
      </w:r>
    </w:p>
    <w:p>
      <w:pPr>
        <w:spacing w:after="0"/>
        <w:ind w:left="360"/>
        <w:shd w:val="clear" w:color="auto" w:fill="F2F2F2"/>
      </w:pPr>
      <w:r>
        <w:rPr>
          <w:rFonts w:ascii="Consolas" w:hAnsi="Consolas"/>
          <w:sz w:val="18"/>
        </w:rPr>
        <w:t>{'Rank': '1', 'Admissions\n(millions)': '225.7', 'Title (year) (studio)': 'Gone With the Wind (1939) (MGM)', 'Director(s)': 'Victor Fleming, George Cukor, Sam Wood'}</w:t>
      </w:r>
    </w:p>
    <w:p>
      <w:pPr>
        <w:spacing w:after="40"/>
      </w:pPr>
    </w:p>
    <w:p>
      <w:pPr>
        <w:spacing w:after="80"/>
        <w:ind w:left="360"/>
      </w:pPr>
      <w:r>
        <w:t xml:space="preserve">4. </w:t>
      </w:r>
      <w:r>
        <w:rPr>
          <w:b w:val="0"/>
          <w:i w:val="0"/>
        </w:rPr>
        <w:t xml:space="preserve">Mỗi phần tử trong </w:t>
      </w:r>
      <w:r>
        <w:rPr>
          <w:rFonts w:ascii="Consolas" w:hAnsi="Consolas"/>
          <w:b w:val="0"/>
          <w:i w:val="0"/>
          <w:sz w:val="20"/>
        </w:rPr>
        <w:br/>
        <w:br/>
        <w:t xml:space="preserve">       structured_data</w:t>
        <w:br/>
        <w:t xml:space="preserve">      </w:t>
        <w:br/>
      </w:r>
      <w:r>
        <w:rPr>
          <w:b w:val="0"/>
          <w:i w:val="0"/>
        </w:rPr>
        <w:t xml:space="preserve"> là một dictionary đầy đủ chứa từng giá trị:</w:t>
      </w:r>
    </w:p>
    <w:p>
      <w:pPr>
        <w:spacing w:after="0"/>
        <w:ind w:left="360"/>
        <w:shd w:val="clear" w:color="auto" w:fill="F2F2F2"/>
      </w:pPr>
      <w:r>
        <w:rPr>
          <w:rFonts w:ascii="Consolas" w:hAnsi="Consolas"/>
          <w:sz w:val="18"/>
        </w:rPr>
        <w:t>&gt;&gt;&gt; structured_data[0].keys()</w:t>
      </w:r>
    </w:p>
    <w:p>
      <w:pPr>
        <w:spacing w:after="0"/>
        <w:ind w:left="360"/>
        <w:shd w:val="clear" w:color="auto" w:fill="F2F2F2"/>
      </w:pPr>
      <w:r>
        <w:rPr>
          <w:rFonts w:ascii="Consolas" w:hAnsi="Consolas"/>
          <w:sz w:val="18"/>
        </w:rPr>
        <w:t>dict_keys(['Rank', 'Admissions\n(millions)', 'Title (year) (studio)', 'Director(s)'])</w:t>
      </w:r>
    </w:p>
    <w:p>
      <w:pPr>
        <w:spacing w:after="0"/>
        <w:ind w:left="360"/>
        <w:shd w:val="clear" w:color="auto" w:fill="F2F2F2"/>
      </w:pPr>
      <w:r>
        <w:rPr>
          <w:rFonts w:ascii="Consolas" w:hAnsi="Consolas"/>
          <w:sz w:val="18"/>
        </w:rPr>
        <w:t>&gt;&gt;&gt; structured_data[0]['Rank']</w:t>
      </w:r>
    </w:p>
    <w:p>
      <w:pPr>
        <w:spacing w:after="0"/>
        <w:ind w:left="360"/>
        <w:shd w:val="clear" w:color="auto" w:fill="F2F2F2"/>
      </w:pPr>
      <w:r>
        <w:rPr>
          <w:rFonts w:ascii="Consolas" w:hAnsi="Consolas"/>
          <w:sz w:val="18"/>
        </w:rPr>
        <w:t>'1'</w:t>
      </w:r>
    </w:p>
    <w:p>
      <w:pPr>
        <w:spacing w:after="0"/>
        <w:ind w:left="360"/>
        <w:shd w:val="clear" w:color="auto" w:fill="F2F2F2"/>
      </w:pPr>
      <w:r>
        <w:rPr>
          <w:rFonts w:ascii="Consolas" w:hAnsi="Consolas"/>
          <w:sz w:val="18"/>
        </w:rPr>
        <w:t>&gt;&gt;&gt; structured_data[0]['Director(s)']</w:t>
      </w:r>
    </w:p>
    <w:p>
      <w:pPr>
        <w:spacing w:after="0"/>
        <w:ind w:left="360"/>
        <w:shd w:val="clear" w:color="auto" w:fill="F2F2F2"/>
      </w:pPr>
      <w:r>
        <w:rPr>
          <w:rFonts w:ascii="Consolas" w:hAnsi="Consolas"/>
          <w:sz w:val="18"/>
        </w:rPr>
        <w:t>'Victor Fleming, George Cukor, Sam Wood'</w:t>
      </w:r>
    </w:p>
    <w:p>
      <w:pPr>
        <w:spacing w:after="40"/>
      </w:pPr>
    </w:p>
    <w:p>
      <w:pPr>
        <w:pStyle w:val="Heading3"/>
      </w:pPr>
      <w:r>
        <w:rPr>
          <w:rFonts w:ascii="Calibri" w:hAnsi="Calibri"/>
          <w:b/>
          <w:i w:val="0"/>
          <w:sz w:val="26"/>
        </w:rPr>
        <w:t>Cách hoạt động...</w:t>
      </w:r>
    </w:p>
    <w:p>
      <w:pPr>
        <w:spacing w:after="80"/>
      </w:pPr>
      <w:r>
        <w:rPr>
          <w:b w:val="0"/>
          <w:i w:val="0"/>
        </w:rPr>
        <w:t xml:space="preserve">Lưu ý rằng tệp cần được đọc và chúng ta dùng một khối ngữ cảnh </w:t>
      </w:r>
      <w:r>
        <w:rPr>
          <w:rFonts w:ascii="Consolas" w:hAnsi="Consolas"/>
          <w:b w:val="0"/>
          <w:i w:val="0"/>
          <w:sz w:val="20"/>
        </w:rPr>
        <w:br/>
        <w:br/>
        <w:t xml:space="preserve">      with</w:t>
        <w:br/>
        <w:t xml:space="preserve">     </w:t>
        <w:br/>
      </w:r>
      <w:r>
        <w:rPr>
          <w:b w:val="0"/>
          <w:i w:val="0"/>
        </w:rPr>
        <w:t>. Điều này đảm bảo rằng tệp được đóng lại ở cuối khối.</w:t>
      </w:r>
    </w:p>
    <w:p>
      <w:pPr>
        <w:spacing w:after="80"/>
      </w:pPr>
      <w:r>
        <w:rPr>
          <w:b w:val="0"/>
          <w:i w:val="0"/>
        </w:rPr>
        <w:t xml:space="preserve">Như được trình bày trong </w:t>
      </w:r>
      <w:r>
        <w:rPr>
          <w:b w:val="0"/>
          <w:i/>
        </w:rPr>
        <w:t xml:space="preserve"> bước 2 </w:t>
      </w:r>
      <w:r>
        <w:rPr>
          <w:b w:val="0"/>
          <w:i w:val="0"/>
        </w:rPr>
        <w:t xml:space="preserve"> của phần </w:t>
      </w:r>
      <w:r>
        <w:rPr>
          <w:b w:val="0"/>
          <w:i/>
        </w:rPr>
        <w:t xml:space="preserve"> Cách thực hiện </w:t>
      </w:r>
      <w:r>
        <w:rPr>
          <w:b w:val="0"/>
          <w:i w:val="0"/>
        </w:rPr>
        <w:t xml:space="preserve"> </w:t>
      </w:r>
      <w:r>
        <w:rPr>
          <w:b w:val="0"/>
          <w:i/>
        </w:rPr>
        <w:t xml:space="preserve"> … </w:t>
      </w:r>
      <w:r>
        <w:rPr>
          <w:b w:val="0"/>
          <w:i w:val="0"/>
        </w:rPr>
        <w:t xml:space="preserve">, lớp </w:t>
      </w:r>
      <w:r>
        <w:rPr>
          <w:rFonts w:ascii="Consolas" w:hAnsi="Consolas"/>
          <w:b w:val="0"/>
          <w:i w:val="0"/>
          <w:sz w:val="20"/>
        </w:rPr>
        <w:br/>
        <w:br/>
        <w:t xml:space="preserve">      csv.reader</w:t>
        <w:br/>
        <w:t xml:space="preserve">     </w:t>
        <w:br/>
      </w:r>
      <w:r>
        <w:rPr>
          <w:b w:val="0"/>
          <w:i w:val="0"/>
        </w:rPr>
        <w:t xml:space="preserve"> cho phép chúng ta cấu trúc các dòng trả về bằng cách chia nhỏ chúng thành các list, theo định dạng của dữ liệu bảng. Lưu ý rằng tất cả các giá trị đều được mô tả dưới dạng chuỗi. </w:t>
      </w:r>
      <w:r>
        <w:rPr>
          <w:rFonts w:ascii="Consolas" w:hAnsi="Consolas"/>
          <w:b w:val="0"/>
          <w:i w:val="0"/>
          <w:sz w:val="20"/>
        </w:rPr>
        <w:br/>
        <w:br/>
        <w:t xml:space="preserve">      csv.reader</w:t>
        <w:br/>
        <w:t xml:space="preserve">     </w:t>
        <w:br/>
      </w:r>
      <w:r>
        <w:rPr>
          <w:b w:val="0"/>
          <w:i w:val="0"/>
        </w:rPr>
        <w:t xml:space="preserve"> không hiểu liệu dòng đầu tiên có phải là tiêu đề hay không.</w:t>
      </w:r>
    </w:p>
    <w:p>
      <w:pPr>
        <w:spacing w:after="80"/>
      </w:pPr>
      <w:r>
        <w:rPr>
          <w:b w:val="0"/>
          <w:i w:val="0"/>
        </w:rPr>
        <w:t xml:space="preserve">Để đọc tệp có cấu trúc hơn, trong </w:t>
      </w:r>
      <w:r>
        <w:rPr>
          <w:b w:val="0"/>
          <w:i/>
        </w:rPr>
        <w:t xml:space="preserve"> bước 3 </w:t>
      </w:r>
      <w:r>
        <w:rPr>
          <w:b w:val="0"/>
          <w:i w:val="0"/>
        </w:rPr>
        <w:t xml:space="preserve"> chúng ta đã dùng </w:t>
      </w:r>
      <w:r>
        <w:rPr>
          <w:rFonts w:ascii="Consolas" w:hAnsi="Consolas"/>
          <w:b w:val="0"/>
          <w:i w:val="0"/>
          <w:sz w:val="20"/>
        </w:rPr>
        <w:br/>
        <w:br/>
        <w:t xml:space="preserve">      csv.DictReader</w:t>
        <w:br/>
        <w:t xml:space="preserve">     </w:t>
        <w:br/>
      </w:r>
      <w:r>
        <w:rPr>
          <w:b w:val="0"/>
          <w:i w:val="0"/>
        </w:rPr>
        <w:t xml:space="preserve"> . Theo mặc định, nó đọc hàng đầu tiên như một tiêu đề xác định các trường áp dụng, rồi chuyển đổi từng hàng thành các dictionary với những trường đó.</w:t>
      </w:r>
    </w:p>
    <w:p>
      <w:pPr>
        <w:spacing w:after="80"/>
      </w:pPr>
      <w:r>
        <w:rPr>
          <w:b/>
          <w:i w:val="0"/>
        </w:rPr>
        <w:t>Mẹo</w:t>
      </w:r>
    </w:p>
    <w:p>
      <w:pPr>
        <w:spacing w:after="80"/>
      </w:pPr>
      <w:r>
        <w:rPr>
          <w:b w:val="0"/>
          <w:i w:val="0"/>
        </w:rPr>
        <w:t>Đôi khi, như trong trường hợp này, tên các trường được dùng trong tệp có thể hơi dài dòng. Đừng ngại chuyển đổi dictionary như một bước bổ sung để có được những tên trường dễ quản lý hơn.</w:t>
      </w:r>
    </w:p>
    <w:p>
      <w:pPr>
        <w:pStyle w:val="Heading3"/>
      </w:pPr>
      <w:r>
        <w:rPr>
          <w:rFonts w:ascii="Calibri" w:hAnsi="Calibri"/>
          <w:b/>
          <w:i w:val="0"/>
          <w:sz w:val="26"/>
        </w:rPr>
        <w:t>Còn nữa...</w:t>
      </w:r>
    </w:p>
    <w:p>
      <w:pPr>
        <w:spacing w:after="80"/>
      </w:pPr>
      <w:r>
        <w:rPr>
          <w:b w:val="0"/>
          <w:i w:val="0"/>
        </w:rPr>
        <w:t xml:space="preserve">Một file CSV có đặc tả cấu trúc file rất lỏng lẻo. Có nhiều cách để lưu trữ dữ liệu, được biểu diễn trong mô-đun csv dưới dạng </w:t>
      </w:r>
      <w:r>
        <w:rPr>
          <w:b/>
          <w:i w:val="0"/>
        </w:rPr>
        <w:t xml:space="preserve"> dialect </w:t>
      </w:r>
      <w:r>
        <w:rPr>
          <w:b w:val="0"/>
          <w:i w:val="0"/>
        </w:rPr>
        <w:t xml:space="preserve"> (phương ngữ). Ví dụ, các giá trị trường có thể được phân tách bằng dấu phẩy, dấu chấm phẩy hoặc tab. Danh sách các dialect mặc định được chấp nhận có thể được hiển thị bằng cách gọi </w:t>
      </w:r>
      <w:r>
        <w:rPr>
          <w:rFonts w:ascii="Consolas" w:hAnsi="Consolas"/>
          <w:b w:val="0"/>
          <w:i w:val="0"/>
          <w:sz w:val="20"/>
        </w:rPr>
        <w:br/>
        <w:br/>
        <w:t xml:space="preserve">      csv.list_dialect().</w:t>
        <w:br/>
        <w:t xml:space="preserve">     </w:t>
        <w:br/>
      </w:r>
    </w:p>
    <w:p>
      <w:pPr>
        <w:spacing w:after="80"/>
      </w:pPr>
      <w:r>
        <w:rPr>
          <w:b/>
          <w:i w:val="0"/>
        </w:rPr>
        <w:t>Lưu ý</w:t>
      </w:r>
    </w:p>
    <w:p>
      <w:pPr>
        <w:spacing w:after="80"/>
      </w:pPr>
      <w:r>
        <w:rPr>
          <w:b w:val="0"/>
          <w:i w:val="0"/>
        </w:rPr>
        <w:t>Theo mặc định, dialect sẽ là Excel, đây là loại phổ biến nhất. Ngay cả các bảng tính khác cũng thường sử dụng nó.</w:t>
      </w:r>
    </w:p>
    <w:p>
      <w:pPr>
        <w:spacing w:after="80"/>
      </w:pPr>
      <w:r>
        <w:rPr>
          <w:b w:val="0"/>
          <w:i w:val="0"/>
        </w:rPr>
        <w:t xml:space="preserve">Dialect cũng có thể được suy ra từ chính file, thông qua lớp </w:t>
      </w:r>
      <w:r>
        <w:rPr>
          <w:rFonts w:ascii="Consolas" w:hAnsi="Consolas"/>
          <w:b w:val="0"/>
          <w:i w:val="0"/>
          <w:sz w:val="20"/>
        </w:rPr>
        <w:br/>
        <w:br/>
        <w:t xml:space="preserve">      Sniffer</w:t>
        <w:br/>
        <w:t xml:space="preserve">     </w:t>
        <w:br/>
      </w:r>
      <w:r>
        <w:rPr>
          <w:b w:val="0"/>
          <w:i w:val="0"/>
        </w:rPr>
        <w:t>.</w:t>
      </w:r>
    </w:p>
    <w:p>
      <w:pPr>
        <w:jc w:val="center"/>
      </w:pPr>
      <w:r>
        <w:drawing>
          <wp:inline xmlns:a="http://schemas.openxmlformats.org/drawingml/2006/main" xmlns:pic="http://schemas.openxmlformats.org/drawingml/2006/picture">
            <wp:extent cx="5486400" cy="4378220"/>
            <wp:docPr id="25" name="Picture 25"/>
            <wp:cNvGraphicFramePr>
              <a:graphicFrameLocks noChangeAspect="1"/>
            </wp:cNvGraphicFramePr>
            <a:graphic>
              <a:graphicData uri="http://schemas.openxmlformats.org/drawingml/2006/picture">
                <pic:pic>
                  <pic:nvPicPr>
                    <pic:cNvPr id="0" name="B36973_4_3.png"/>
                    <pic:cNvPicPr/>
                  </pic:nvPicPr>
                  <pic:blipFill>
                    <a:blip r:embed="rId31"/>
                    <a:stretch>
                      <a:fillRect/>
                    </a:stretch>
                  </pic:blipFill>
                  <pic:spPr>
                    <a:xfrm>
                      <a:off x="0" y="0"/>
                      <a:ext cx="5486400" cy="4378220"/>
                    </a:xfrm>
                    <a:prstGeom prst="rect"/>
                  </pic:spPr>
                </pic:pic>
              </a:graphicData>
            </a:graphic>
          </wp:inline>
        </w:drawing>
      </w:r>
    </w:p>
    <w:p>
      <w:pPr>
        <w:spacing w:after="160"/>
        <w:jc w:val="center"/>
      </w:pPr>
      <w:r>
        <w:rPr>
          <w:rFonts w:ascii="Calibri" w:hAnsi="Calibri"/>
          <w:b w:val="0"/>
          <w:i/>
          <w:sz w:val="19"/>
        </w:rPr>
        <w:t>Hình 4.3: ChatGPT sử dụng lớp Sniffer để suy ra dialect của CSV.</w:t>
      </w:r>
    </w:p>
    <w:p>
      <w:pPr>
        <w:spacing w:after="80"/>
      </w:pPr>
      <w:r>
        <w:rPr>
          <w:b w:val="0"/>
          <w:i w:val="0"/>
        </w:rPr>
        <w:t xml:space="preserve">Như bạn có thể thấy trong </w:t>
      </w:r>
      <w:r>
        <w:rPr>
          <w:b w:val="0"/>
          <w:i/>
        </w:rPr>
        <w:t xml:space="preserve"> F </w:t>
      </w:r>
      <w:r>
        <w:rPr>
          <w:b w:val="0"/>
          <w:i w:val="0"/>
        </w:rPr>
        <w:t xml:space="preserve"> </w:t>
      </w:r>
      <w:r>
        <w:rPr>
          <w:b w:val="0"/>
          <w:i/>
        </w:rPr>
        <w:t xml:space="preserve"> igure 4.3 </w:t>
      </w:r>
      <w:r>
        <w:rPr>
          <w:b w:val="0"/>
          <w:i w:val="0"/>
        </w:rPr>
        <w:t xml:space="preserve"> , chúng ta có thể sử dụng GenAI, nhưng nó sử dụng chính mã Python. Và từ lớp Sniffer, chúng ta có thể sử dụng trực tiếp đầu ra của nó, như chúng ta sẽ thấy.</w:t>
      </w:r>
    </w:p>
    <w:p>
      <w:pPr>
        <w:spacing w:after="80"/>
      </w:pPr>
      <w:r>
        <w:rPr>
          <w:b w:val="0"/>
          <w:i w:val="0"/>
        </w:rPr>
        <w:t xml:space="preserve">Lớp </w:t>
      </w:r>
      <w:r>
        <w:rPr>
          <w:rFonts w:ascii="Consolas" w:hAnsi="Consolas"/>
          <w:b w:val="0"/>
          <w:i w:val="0"/>
          <w:sz w:val="20"/>
        </w:rPr>
        <w:br/>
        <w:br/>
        <w:t xml:space="preserve">      Sniffer</w:t>
        <w:br/>
        <w:t xml:space="preserve">     </w:t>
        <w:br/>
      </w:r>
      <w:r>
        <w:rPr>
          <w:b w:val="0"/>
          <w:i w:val="0"/>
        </w:rPr>
        <w:t xml:space="preserve"> phân tích một mẫu của file (hoặc toàn bộ file) và trả về một đối tượng dialect để cho phép đọc theo cách phù hợp.</w:t>
      </w:r>
    </w:p>
    <w:p>
      <w:pPr>
        <w:spacing w:after="80"/>
      </w:pPr>
      <w:r>
        <w:rPr>
          <w:b w:val="0"/>
          <w:i w:val="0"/>
        </w:rPr>
        <w:t>Lưu ý rằng file được mở mà không có dòng mới, để không đưa ra bất kỳ giả định nào về cách các ký tự xuống dòng được biểu diễn, hoặc thậm chí liệu chúng có tồn tại hay không:</w:t>
      </w:r>
    </w:p>
    <w:p>
      <w:pPr>
        <w:spacing w:after="0"/>
        <w:ind w:left="360"/>
        <w:shd w:val="clear" w:color="auto" w:fill="F2F2F2"/>
      </w:pPr>
      <w:r>
        <w:rPr>
          <w:rFonts w:ascii="Consolas" w:hAnsi="Consolas"/>
          <w:sz w:val="18"/>
        </w:rPr>
        <w:t>&gt;&gt;&gt; with open('top_films.csv', newline='') as file:</w:t>
      </w:r>
    </w:p>
    <w:p>
      <w:pPr>
        <w:spacing w:after="0"/>
        <w:ind w:left="360"/>
        <w:shd w:val="clear" w:color="auto" w:fill="F2F2F2"/>
      </w:pPr>
      <w:r>
        <w:rPr>
          <w:rFonts w:ascii="Consolas" w:hAnsi="Consolas"/>
          <w:sz w:val="18"/>
        </w:rPr>
        <w:t>...    dialect = csv.Sniffer().sniff(file.read())</w:t>
      </w:r>
    </w:p>
    <w:p>
      <w:pPr>
        <w:spacing w:after="40"/>
      </w:pPr>
    </w:p>
    <w:p>
      <w:pPr>
        <w:spacing w:after="80"/>
      </w:pPr>
      <w:r>
        <w:rPr>
          <w:b w:val="0"/>
          <w:i w:val="0"/>
        </w:rPr>
        <w:t>Sau đó, dialect có thể được sử dụng khi mở reader. Lưu ý lại về dòng mới, vì dialect sẽ tách các dòng một cách chính xác:</w:t>
      </w:r>
    </w:p>
    <w:p>
      <w:pPr>
        <w:spacing w:after="0"/>
        <w:ind w:left="360"/>
        <w:shd w:val="clear" w:color="auto" w:fill="F2F2F2"/>
      </w:pPr>
      <w:r>
        <w:rPr>
          <w:rFonts w:ascii="Consolas" w:hAnsi="Consolas"/>
          <w:sz w:val="18"/>
        </w:rPr>
        <w:t>&gt;&gt;&gt; with open('top_films.csv', newline='') as file:</w:t>
      </w:r>
    </w:p>
    <w:p>
      <w:pPr>
        <w:spacing w:after="0"/>
        <w:ind w:left="360"/>
        <w:shd w:val="clear" w:color="auto" w:fill="F2F2F2"/>
      </w:pPr>
      <w:r>
        <w:rPr>
          <w:rFonts w:ascii="Consolas" w:hAnsi="Consolas"/>
          <w:sz w:val="18"/>
        </w:rPr>
        <w:t>...     reader = csv.reader(file, dialect)</w:t>
      </w:r>
    </w:p>
    <w:p>
      <w:pPr>
        <w:spacing w:after="0"/>
        <w:ind w:left="360"/>
        <w:shd w:val="clear" w:color="auto" w:fill="F2F2F2"/>
      </w:pPr>
      <w:r>
        <w:rPr>
          <w:rFonts w:ascii="Consolas" w:hAnsi="Consolas"/>
          <w:sz w:val="18"/>
        </w:rPr>
        <w:t>...     for row in reader:</w:t>
      </w:r>
    </w:p>
    <w:p>
      <w:pPr>
        <w:spacing w:after="0"/>
        <w:ind w:left="360"/>
        <w:shd w:val="clear" w:color="auto" w:fill="F2F2F2"/>
      </w:pPr>
      <w:r>
        <w:rPr>
          <w:rFonts w:ascii="Consolas" w:hAnsi="Consolas"/>
          <w:sz w:val="18"/>
        </w:rPr>
        <w:t>...         print(row)</w:t>
      </w:r>
    </w:p>
    <w:p>
      <w:pPr>
        <w:spacing w:after="40"/>
      </w:pPr>
    </w:p>
    <w:p>
      <w:pPr>
        <w:spacing w:after="80"/>
      </w:pPr>
      <w:r>
        <w:rPr>
          <w:b w:val="0"/>
          <w:i w:val="0"/>
        </w:rPr>
        <w:t xml:space="preserve">Tài liệu đầy đủ về mô-đun csv có thể được tìm thấy tại đây: </w:t>
      </w:r>
      <w:r>
        <w:rPr>
          <w:rFonts w:ascii="Consolas" w:hAnsi="Consolas"/>
          <w:b w:val="0"/>
          <w:i w:val="0"/>
          <w:sz w:val="20"/>
        </w:rPr>
        <w:br/>
        <w:br/>
        <w:t xml:space="preserve">       https://docs.python.org/3/library/csv.html</w:t>
        <w:br/>
        <w:t xml:space="preserve">      </w:t>
        <w:br/>
      </w:r>
      <w:r>
        <w:rPr>
          <w:b w:val="0"/>
          <w:i w:val="0"/>
        </w:rPr>
        <w:t>.</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Xử lý encoding </w:t>
      </w:r>
      <w:r>
        <w:rPr>
          <w:b w:val="0"/>
          <w:i w:val="0"/>
        </w:rPr>
        <w:t xml:space="preserve"> , ở phần trước trong chương này, để tìm hiểu cách xử lý encoding.</w:t>
      </w:r>
    </w:p>
    <w:p>
      <w:pPr>
        <w:spacing w:after="80"/>
        <w:ind w:left="360"/>
      </w:pPr>
      <w:r>
        <w:t xml:space="preserve">• </w:t>
      </w:r>
      <w:r>
        <w:rPr>
          <w:b w:val="0"/>
          <w:i w:val="0"/>
        </w:rPr>
        <w:t xml:space="preserve">Công thức </w:t>
      </w:r>
      <w:r>
        <w:rPr>
          <w:b w:val="0"/>
          <w:i/>
        </w:rPr>
        <w:t xml:space="preserve"> Đọc file văn bản </w:t>
      </w:r>
      <w:r>
        <w:rPr>
          <w:b w:val="0"/>
          <w:i w:val="0"/>
        </w:rPr>
        <w:t xml:space="preserve"> , ở phần trước trong chương này, để tìm hiểu thêm về cách mở và đọc file.</w:t>
      </w:r>
    </w:p>
    <w:p>
      <w:pPr>
        <w:pStyle w:val="Heading2"/>
      </w:pPr>
      <w:r>
        <w:rPr>
          <w:rFonts w:ascii="Calibri" w:hAnsi="Calibri"/>
          <w:b/>
          <w:i w:val="0"/>
          <w:sz w:val="32"/>
        </w:rPr>
        <w:t>Đọc file log</w:t>
      </w:r>
    </w:p>
    <w:p>
      <w:pPr>
        <w:spacing w:after="80"/>
      </w:pPr>
      <w:r>
        <w:rPr>
          <w:b w:val="0"/>
          <w:i w:val="0"/>
        </w:rPr>
        <w:t xml:space="preserve">Một định dạng file văn bản có cấu trúc phổ biến khác được sử dụng trong </w:t>
      </w:r>
      <w:r>
        <w:rPr>
          <w:b/>
          <w:i w:val="0"/>
        </w:rPr>
        <w:t xml:space="preserve"> file log </w:t>
      </w:r>
      <w:r>
        <w:rPr>
          <w:b w:val="0"/>
          <w:i w:val="0"/>
        </w:rPr>
        <w:t xml:space="preserve"> . Chúng bao gồm các hàng dữ liệu log, là các dòng văn bản có định dạng cụ thể phù hợp để mô tả các sự kiện.</w:t>
      </w:r>
    </w:p>
    <w:p>
      <w:pPr>
        <w:spacing w:after="80"/>
      </w:pPr>
      <w:r>
        <w:rPr>
          <w:b/>
          <w:i w:val="0"/>
        </w:rPr>
        <w:t>Lưu ý</w:t>
      </w:r>
    </w:p>
    <w:p>
      <w:pPr>
        <w:spacing w:after="80"/>
      </w:pPr>
      <w:r>
        <w:rPr>
          <w:b w:val="0"/>
          <w:i w:val="0"/>
        </w:rPr>
        <w:t>Các ứng dụng khác nhau có thể tạo ra những định dạng log rất khác nhau và không có cấu trúc hay cú pháp chung nào cho chúng.</w:t>
      </w:r>
    </w:p>
    <w:p>
      <w:pPr>
        <w:spacing w:after="80"/>
      </w:pPr>
      <w:r>
        <w:rPr>
          <w:b w:val="0"/>
          <w:i w:val="0"/>
        </w:rPr>
        <w:t>Thông thường, mỗi mục log sẽ có thời điểm sự kiện xảy ra, vì vậy tệp là một tập hợp có thứ tự các mục sự kiện.</w:t>
      </w:r>
    </w:p>
    <w:p>
      <w:pPr>
        <w:pStyle w:val="Heading3"/>
      </w:pPr>
      <w:r>
        <w:rPr>
          <w:rFonts w:ascii="Calibri" w:hAnsi="Calibri"/>
          <w:b/>
          <w:i w:val="0"/>
          <w:sz w:val="26"/>
        </w:rPr>
        <w:t>Chuẩn bị sẵn sàng</w:t>
      </w:r>
    </w:p>
    <w:p>
      <w:pPr>
        <w:spacing w:after="80"/>
      </w:pPr>
      <w:r>
        <w:rPr>
          <w:b w:val="0"/>
          <w:i w:val="0"/>
        </w:rPr>
        <w:t xml:space="preserve">Tệp </w:t>
      </w:r>
      <w:r>
        <w:rPr>
          <w:rFonts w:ascii="Consolas" w:hAnsi="Consolas"/>
          <w:b w:val="0"/>
          <w:i w:val="0"/>
          <w:sz w:val="20"/>
        </w:rPr>
        <w:br/>
        <w:br/>
        <w:t xml:space="preserve">      example_log.log</w:t>
        <w:br/>
        <w:t xml:space="preserve">     </w:t>
        <w:br/>
      </w:r>
      <w:r>
        <w:rPr>
          <w:b w:val="0"/>
          <w:i w:val="0"/>
        </w:rPr>
        <w:t xml:space="preserve">, chứa năm log bán hàng, có thể tải về từ kho GitHub tại đây: </w:t>
      </w:r>
      <w:r>
        <w:rPr>
          <w:rFonts w:ascii="Consolas" w:hAnsi="Consolas"/>
          <w:b w:val="0"/>
          <w:i w:val="0"/>
          <w:sz w:val="20"/>
        </w:rPr>
        <w:br/>
        <w:br/>
        <w:t xml:space="preserve">       https://github.com/PacktPublishing/Python-Automation-Cookbook-Third-Edition/blob/main/ch04/documents/example_logs.log</w:t>
        <w:br/>
        <w:t xml:space="preserve">      </w:t>
        <w:br/>
      </w:r>
      <w:r>
        <w:rPr>
          <w:b w:val="0"/>
          <w:i w:val="0"/>
        </w:rPr>
        <w:t>.</w:t>
      </w:r>
    </w:p>
    <w:p>
      <w:pPr>
        <w:spacing w:after="80"/>
      </w:pPr>
      <w:r>
        <w:rPr>
          <w:b w:val="0"/>
          <w:i w:val="0"/>
        </w:rPr>
        <w:t>Định dạng trong trường hợp này là:</w:t>
      </w:r>
    </w:p>
    <w:p>
      <w:pPr>
        <w:spacing w:after="0"/>
        <w:ind w:left="360"/>
        <w:shd w:val="clear" w:color="auto" w:fill="F2F2F2"/>
      </w:pPr>
      <w:r>
        <w:rPr>
          <w:rFonts w:ascii="Consolas" w:hAnsi="Consolas"/>
          <w:sz w:val="18"/>
        </w:rPr>
        <w:t>[&lt;Timestamp in iso format&gt;] - SALE - PRODUCT: &lt;product id&gt; - PRICE: $&lt;price of the sale&gt;</w:t>
      </w:r>
    </w:p>
    <w:p>
      <w:pPr>
        <w:spacing w:after="40"/>
      </w:pPr>
    </w:p>
    <w:p>
      <w:pPr>
        <w:spacing w:after="80"/>
      </w:pPr>
      <w:r>
        <w:rPr>
          <w:b w:val="0"/>
          <w:i w:val="0"/>
        </w:rPr>
        <w:t xml:space="preserve">Chúng ta sẽ dùng tệp </w:t>
      </w:r>
      <w:r>
        <w:rPr>
          <w:rFonts w:ascii="Consolas" w:hAnsi="Consolas"/>
          <w:b w:val="0"/>
          <w:i w:val="0"/>
          <w:sz w:val="20"/>
        </w:rPr>
        <w:br/>
        <w:br/>
        <w:t xml:space="preserve">      ch01/price_log.py</w:t>
        <w:br/>
        <w:t xml:space="preserve">     </w:t>
        <w:br/>
      </w:r>
      <w:r>
        <w:rPr>
          <w:b w:val="0"/>
          <w:i w:val="0"/>
        </w:rPr>
        <w:t xml:space="preserve">, đã được giới thiệu trong </w:t>
      </w:r>
      <w:r>
        <w:rPr>
          <w:b w:val="0"/>
          <w:i/>
        </w:rPr>
        <w:t xml:space="preserve"> Chương 1 </w:t>
      </w:r>
      <w:r>
        <w:rPr>
          <w:b w:val="0"/>
          <w:i w:val="0"/>
        </w:rPr>
        <w:t xml:space="preserve">, để xử lý từng log thành một đối tượng. Có một bản sao trong thư mục </w:t>
      </w:r>
      <w:r>
        <w:rPr>
          <w:rFonts w:ascii="Consolas" w:hAnsi="Consolas"/>
          <w:b w:val="0"/>
          <w:i w:val="0"/>
          <w:sz w:val="20"/>
        </w:rPr>
        <w:br/>
        <w:br/>
        <w:t xml:space="preserve">      ch04/documents</w:t>
        <w:br/>
        <w:t xml:space="preserve">     </w:t>
        <w:br/>
      </w:r>
      <w:r>
        <w:rPr>
          <w:b w:val="0"/>
          <w:i w:val="0"/>
        </w:rPr>
        <w:t xml:space="preserve"> để đơn giản hóa quá trình import.</w:t>
      </w:r>
    </w:p>
    <w:p>
      <w:pPr>
        <w:spacing w:after="80"/>
      </w:pPr>
      <w:r>
        <w:rPr>
          <w:b w:val="0"/>
          <w:i w:val="0"/>
        </w:rPr>
        <w:t xml:space="preserve">Hãy đảm bảo rằng bạn đã có sẵn các mô-đun </w:t>
      </w:r>
      <w:r>
        <w:rPr>
          <w:rFonts w:ascii="Consolas" w:hAnsi="Consolas"/>
          <w:b w:val="0"/>
          <w:i w:val="0"/>
          <w:sz w:val="20"/>
        </w:rPr>
        <w:br/>
        <w:br/>
        <w:t xml:space="preserve">      parse</w:t>
        <w:br/>
        <w:t xml:space="preserve">     </w:t>
        <w:br/>
      </w:r>
      <w:r>
        <w:rPr>
          <w:b w:val="0"/>
          <w:i w:val="0"/>
        </w:rPr>
        <w:t xml:space="preserve"> và </w:t>
      </w:r>
      <w:r>
        <w:rPr>
          <w:rFonts w:ascii="Consolas" w:hAnsi="Consolas"/>
          <w:b w:val="0"/>
          <w:i w:val="0"/>
          <w:sz w:val="20"/>
        </w:rPr>
        <w:br/>
        <w:br/>
        <w:t xml:space="preserve">      delorean</w:t>
        <w:br/>
        <w:t xml:space="preserve">     </w:t>
        <w:br/>
      </w:r>
      <w:r>
        <w:rPr>
          <w:b w:val="0"/>
          <w:i w:val="0"/>
        </w:rPr>
        <w:t xml:space="preserve">, vì chúng là các phụ thuộc (dependency) của tệp </w:t>
      </w:r>
      <w:r>
        <w:rPr>
          <w:rFonts w:ascii="Consolas" w:hAnsi="Consolas"/>
          <w:b w:val="0"/>
          <w:i w:val="0"/>
          <w:sz w:val="20"/>
        </w:rPr>
        <w:br/>
        <w:br/>
        <w:t xml:space="preserve">      price_log.py</w:t>
        <w:br/>
        <w:t xml:space="preserve">     </w:t>
        <w:br/>
      </w:r>
      <w:r>
        <w:rPr>
          <w:b w:val="0"/>
          <w:i w:val="0"/>
        </w:rPr>
        <w:t xml:space="preserve">. Bạn có thể dùng tệp </w:t>
      </w:r>
      <w:r>
        <w:rPr>
          <w:rFonts w:ascii="Consolas" w:hAnsi="Consolas"/>
          <w:b w:val="0"/>
          <w:i w:val="0"/>
          <w:sz w:val="20"/>
        </w:rPr>
        <w:br/>
        <w:br/>
        <w:t xml:space="preserve">      ch04/requirements.txt</w:t>
        <w:br/>
        <w:t xml:space="preserve">     </w:t>
        <w:br/>
      </w:r>
      <w:r>
        <w:rPr>
          <w:b w:val="0"/>
          <w:i w:val="0"/>
        </w:rPr>
        <w:t xml:space="preserve"> đi kèm cho việc đó.</w:t>
      </w:r>
    </w:p>
    <w:p>
      <w:pPr>
        <w:pStyle w:val="Heading3"/>
      </w:pPr>
      <w:r>
        <w:rPr>
          <w:rFonts w:ascii="Calibri" w:hAnsi="Calibri"/>
          <w:b/>
          <w:i w:val="0"/>
          <w:sz w:val="26"/>
        </w:rPr>
        <w:t>Cách thực hiện...</w:t>
      </w:r>
    </w:p>
    <w:p>
      <w:pPr>
        <w:spacing w:after="80"/>
        <w:ind w:left="360"/>
      </w:pPr>
      <w:r>
        <w:t xml:space="preserve">1. </w:t>
      </w:r>
      <w:r>
        <w:rPr>
          <w:b w:val="0"/>
          <w:i w:val="0"/>
        </w:rPr>
        <w:t xml:space="preserve">Import </w:t>
      </w:r>
      <w:r>
        <w:rPr>
          <w:rFonts w:ascii="Consolas" w:hAnsi="Consolas"/>
          <w:b w:val="0"/>
          <w:i w:val="0"/>
          <w:sz w:val="20"/>
        </w:rPr>
        <w:br/>
        <w:br/>
        <w:t xml:space="preserve">       PriceLog</w:t>
        <w:br/>
        <w:t xml:space="preserve">      </w:t>
        <w:br/>
      </w:r>
      <w:r>
        <w:rPr>
          <w:b w:val="0"/>
          <w:i w:val="0"/>
        </w:rPr>
        <w:t>:</w:t>
      </w:r>
    </w:p>
    <w:p>
      <w:pPr>
        <w:spacing w:after="0"/>
        <w:ind w:left="360"/>
        <w:shd w:val="clear" w:color="auto" w:fill="F2F2F2"/>
      </w:pPr>
      <w:r>
        <w:rPr>
          <w:rFonts w:ascii="Consolas" w:hAnsi="Consolas"/>
          <w:sz w:val="18"/>
        </w:rPr>
        <w:t>&gt;&gt;&gt; from price_log import PriceLog</w:t>
      </w:r>
    </w:p>
    <w:p>
      <w:pPr>
        <w:spacing w:after="40"/>
      </w:pPr>
    </w:p>
    <w:p>
      <w:pPr>
        <w:spacing w:after="80"/>
        <w:ind w:left="360"/>
      </w:pPr>
      <w:r>
        <w:t xml:space="preserve">2. </w:t>
      </w:r>
      <w:r>
        <w:rPr>
          <w:b w:val="0"/>
          <w:i w:val="0"/>
        </w:rPr>
        <w:t>Mở tệp log và phân tích (parse) tất cả các log:</w:t>
      </w:r>
    </w:p>
    <w:p>
      <w:pPr>
        <w:spacing w:after="0"/>
        <w:ind w:left="360"/>
        <w:shd w:val="clear" w:color="auto" w:fill="F2F2F2"/>
      </w:pPr>
      <w:r>
        <w:rPr>
          <w:rFonts w:ascii="Consolas" w:hAnsi="Consolas"/>
          <w:sz w:val="18"/>
        </w:rPr>
        <w:t>&gt;&gt;&gt; with open('example_logs.log') as file:</w:t>
      </w:r>
    </w:p>
    <w:p>
      <w:pPr>
        <w:spacing w:after="0"/>
        <w:ind w:left="360"/>
        <w:shd w:val="clear" w:color="auto" w:fill="F2F2F2"/>
      </w:pPr>
      <w:r>
        <w:rPr>
          <w:rFonts w:ascii="Consolas" w:hAnsi="Consolas"/>
          <w:sz w:val="18"/>
        </w:rPr>
        <w:t>...     logs = [PriceLog.parse(log) for log in file]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&gt;&gt;&gt; len(logs)</w:t>
      </w:r>
    </w:p>
    <w:p>
      <w:pPr>
        <w:spacing w:after="0"/>
        <w:ind w:left="360"/>
        <w:shd w:val="clear" w:color="auto" w:fill="F2F2F2"/>
      </w:pPr>
      <w:r>
        <w:rPr>
          <w:rFonts w:ascii="Consolas" w:hAnsi="Consolas"/>
          <w:sz w:val="18"/>
        </w:rPr>
        <w:t>5</w:t>
      </w:r>
    </w:p>
    <w:p>
      <w:pPr>
        <w:spacing w:after="0"/>
        <w:ind w:left="360"/>
        <w:shd w:val="clear" w:color="auto" w:fill="F2F2F2"/>
      </w:pPr>
      <w:r>
        <w:rPr>
          <w:rFonts w:ascii="Consolas" w:hAnsi="Consolas"/>
          <w:sz w:val="18"/>
        </w:rPr>
        <w:t>&gt;&gt;&gt; logs[0]</w:t>
      </w:r>
    </w:p>
    <w:p>
      <w:pPr>
        <w:spacing w:after="0"/>
        <w:ind w:left="360"/>
        <w:shd w:val="clear" w:color="auto" w:fill="F2F2F2"/>
      </w:pPr>
      <w:r>
        <w:rPr>
          <w:rFonts w:ascii="Consolas" w:hAnsi="Consolas"/>
          <w:sz w:val="18"/>
        </w:rPr>
        <w:t>&lt;PriceLog (Delorean(datetime=datetime.datetime(2025, 6, 17, 22, 11, 50, 268396), timezone='UTC'), 1489, 9.99)&gt;</w:t>
      </w:r>
    </w:p>
    <w:p>
      <w:pPr>
        <w:spacing w:after="40"/>
      </w:pPr>
    </w:p>
    <w:p>
      <w:pPr>
        <w:spacing w:after="80"/>
        <w:ind w:left="360"/>
      </w:pPr>
      <w:r>
        <w:t xml:space="preserve">3. </w:t>
      </w:r>
      <w:r>
        <w:rPr>
          <w:b w:val="0"/>
          <w:i w:val="0"/>
        </w:rPr>
        <w:t>Xác định tổng thu nhập từ tất cả các giao dịch bán hàng:</w:t>
      </w:r>
    </w:p>
    <w:p>
      <w:pPr>
        <w:spacing w:after="0"/>
        <w:ind w:left="360"/>
        <w:shd w:val="clear" w:color="auto" w:fill="F2F2F2"/>
      </w:pPr>
      <w:r>
        <w:rPr>
          <w:rFonts w:ascii="Consolas" w:hAnsi="Consolas"/>
          <w:sz w:val="18"/>
        </w:rPr>
        <w:t>&gt;&gt;&gt; total = sum(log.price for log in logs)</w:t>
      </w:r>
    </w:p>
    <w:p>
      <w:pPr>
        <w:spacing w:after="0"/>
        <w:ind w:left="360"/>
        <w:shd w:val="clear" w:color="auto" w:fill="F2F2F2"/>
      </w:pPr>
      <w:r>
        <w:rPr>
          <w:rFonts w:ascii="Consolas" w:hAnsi="Consolas"/>
          <w:sz w:val="18"/>
        </w:rPr>
        <w:t>&gt;&gt;&gt; total</w:t>
      </w:r>
    </w:p>
    <w:p>
      <w:pPr>
        <w:spacing w:after="0"/>
        <w:ind w:left="360"/>
        <w:shd w:val="clear" w:color="auto" w:fill="F2F2F2"/>
      </w:pPr>
      <w:r>
        <w:rPr>
          <w:rFonts w:ascii="Consolas" w:hAnsi="Consolas"/>
          <w:sz w:val="18"/>
        </w:rPr>
        <w:t>Decimal('47.82')</w:t>
      </w:r>
    </w:p>
    <w:p>
      <w:pPr>
        <w:spacing w:after="40"/>
      </w:pPr>
    </w:p>
    <w:p>
      <w:pPr>
        <w:spacing w:after="80"/>
        <w:ind w:left="360"/>
      </w:pPr>
      <w:r>
        <w:t xml:space="preserve">4. </w:t>
      </w:r>
      <w:r>
        <w:rPr>
          <w:b w:val="0"/>
          <w:i w:val="0"/>
        </w:rPr>
        <w:t xml:space="preserve">Xác định số lượng đơn vị đã bán của mỗi </w:t>
      </w:r>
      <w:r>
        <w:rPr>
          <w:rFonts w:ascii="Consolas" w:hAnsi="Consolas"/>
          <w:b w:val="0"/>
          <w:i w:val="0"/>
          <w:sz w:val="20"/>
        </w:rPr>
        <w:br/>
        <w:br/>
        <w:t xml:space="preserve">       product_id</w:t>
        <w:br/>
        <w:t xml:space="preserve">      </w:t>
        <w:br/>
      </w:r>
      <w:r>
        <w:rPr>
          <w:b w:val="0"/>
          <w:i w:val="0"/>
        </w:rPr>
        <w:t>:</w:t>
      </w:r>
    </w:p>
    <w:p>
      <w:pPr>
        <w:spacing w:after="0"/>
        <w:ind w:left="360"/>
        <w:shd w:val="clear" w:color="auto" w:fill="F2F2F2"/>
      </w:pPr>
      <w:r>
        <w:rPr>
          <w:rFonts w:ascii="Consolas" w:hAnsi="Consolas"/>
          <w:sz w:val="18"/>
        </w:rPr>
        <w:t>&gt;&gt;&gt; from collections import Counter</w:t>
      </w:r>
    </w:p>
    <w:p>
      <w:pPr>
        <w:spacing w:after="0"/>
        <w:ind w:left="360"/>
        <w:shd w:val="clear" w:color="auto" w:fill="F2F2F2"/>
      </w:pPr>
      <w:r>
        <w:rPr>
          <w:rFonts w:ascii="Consolas" w:hAnsi="Consolas"/>
          <w:sz w:val="18"/>
        </w:rPr>
        <w:t>&gt;&gt;&gt; counter = Counter(log.product_id for log in logs)</w:t>
      </w:r>
    </w:p>
    <w:p>
      <w:pPr>
        <w:spacing w:after="0"/>
        <w:ind w:left="360"/>
        <w:shd w:val="clear" w:color="auto" w:fill="F2F2F2"/>
      </w:pPr>
      <w:r>
        <w:rPr>
          <w:rFonts w:ascii="Consolas" w:hAnsi="Consolas"/>
          <w:sz w:val="18"/>
        </w:rPr>
        <w:t>&gt;&gt;&gt; counter</w:t>
      </w:r>
    </w:p>
    <w:p>
      <w:pPr>
        <w:spacing w:after="0"/>
        <w:ind w:left="360"/>
        <w:shd w:val="clear" w:color="auto" w:fill="F2F2F2"/>
      </w:pPr>
      <w:r>
        <w:rPr>
          <w:rFonts w:ascii="Consolas" w:hAnsi="Consolas"/>
          <w:sz w:val="18"/>
        </w:rPr>
        <w:t>Counter({1489: 2, 4508: 1, 8597: 1, 3086: 1})</w:t>
      </w:r>
    </w:p>
    <w:p>
      <w:pPr>
        <w:spacing w:after="40"/>
      </w:pPr>
    </w:p>
    <w:p>
      <w:pPr>
        <w:spacing w:after="80"/>
        <w:ind w:left="360"/>
      </w:pPr>
      <w:r>
        <w:t xml:space="preserve">5. </w:t>
      </w:r>
      <w:r>
        <w:rPr>
          <w:b w:val="0"/>
          <w:i w:val="0"/>
        </w:rPr>
        <w:t>Lọc các log để tìm tất cả các lần xuất hiện của việc bán sản phẩm có ID 1489:</w:t>
      </w:r>
    </w:p>
    <w:p>
      <w:pPr>
        <w:spacing w:after="0"/>
        <w:ind w:left="360"/>
        <w:shd w:val="clear" w:color="auto" w:fill="F2F2F2"/>
      </w:pPr>
      <w:r>
        <w:rPr>
          <w:rFonts w:ascii="Consolas" w:hAnsi="Consolas"/>
          <w:sz w:val="18"/>
        </w:rPr>
        <w:t>&gt;&gt;&gt; product_1489 = [log for log in logs if log.product_id == 1489]</w:t>
      </w:r>
    </w:p>
    <w:p>
      <w:pPr>
        <w:spacing w:after="0"/>
        <w:ind w:left="360"/>
        <w:shd w:val="clear" w:color="auto" w:fill="F2F2F2"/>
      </w:pPr>
      <w:r>
        <w:rPr>
          <w:rFonts w:ascii="Consolas" w:hAnsi="Consolas"/>
          <w:sz w:val="18"/>
        </w:rPr>
        <w:t>&gt;&gt;&gt; len(logs)</w:t>
      </w:r>
    </w:p>
    <w:p>
      <w:pPr>
        <w:spacing w:after="0"/>
        <w:ind w:left="360"/>
        <w:shd w:val="clear" w:color="auto" w:fill="F2F2F2"/>
      </w:pPr>
      <w:r>
        <w:rPr>
          <w:rFonts w:ascii="Consolas" w:hAnsi="Consolas"/>
          <w:sz w:val="18"/>
        </w:rPr>
        <w:t>5</w:t>
      </w:r>
    </w:p>
    <w:p>
      <w:pPr>
        <w:spacing w:after="0"/>
        <w:ind w:left="360"/>
        <w:shd w:val="clear" w:color="auto" w:fill="F2F2F2"/>
      </w:pPr>
      <w:r>
        <w:rPr>
          <w:rFonts w:ascii="Consolas" w:hAnsi="Consolas"/>
          <w:sz w:val="18"/>
        </w:rPr>
        <w:t>&gt;&gt;&gt; product_1489[0].product_id, product_1489[0].timestamp</w:t>
      </w:r>
    </w:p>
    <w:p>
      <w:pPr>
        <w:spacing w:after="0"/>
        <w:ind w:left="360"/>
        <w:shd w:val="clear" w:color="auto" w:fill="F2F2F2"/>
      </w:pPr>
      <w:r>
        <w:rPr>
          <w:rFonts w:ascii="Consolas" w:hAnsi="Consolas"/>
          <w:sz w:val="18"/>
        </w:rPr>
        <w:t>(1489, Delorean(datetime=datetime.datetime(2025, 6, 17, 22, 11, 50, 268396), timezone='UTC'))</w:t>
      </w:r>
    </w:p>
    <w:p>
      <w:pPr>
        <w:spacing w:after="0"/>
        <w:ind w:left="360"/>
        <w:shd w:val="clear" w:color="auto" w:fill="F2F2F2"/>
      </w:pPr>
      <w:r>
        <w:rPr>
          <w:rFonts w:ascii="Consolas" w:hAnsi="Consolas"/>
          <w:sz w:val="18"/>
        </w:rPr>
        <w:t>&gt;&gt;&gt; product_1489[1].product_id, product_1489[1].timestamp</w:t>
      </w:r>
    </w:p>
    <w:p>
      <w:pPr>
        <w:spacing w:after="0"/>
        <w:ind w:left="360"/>
        <w:shd w:val="clear" w:color="auto" w:fill="F2F2F2"/>
      </w:pPr>
      <w:r>
        <w:rPr>
          <w:rFonts w:ascii="Consolas" w:hAnsi="Consolas"/>
          <w:sz w:val="18"/>
        </w:rPr>
        <w:t>(1489, Delorean(datetime=datetime.datetime(2025, 6, 17, 22, 11, 50, 268468), timezone='UTC'))</w:t>
      </w:r>
    </w:p>
    <w:p>
      <w:pPr>
        <w:spacing w:after="40"/>
      </w:pPr>
    </w:p>
    <w:p>
      <w:pPr>
        <w:pStyle w:val="Heading3"/>
      </w:pPr>
      <w:r>
        <w:rPr>
          <w:rFonts w:ascii="Calibri" w:hAnsi="Calibri"/>
          <w:b/>
          <w:i w:val="0"/>
          <w:sz w:val="26"/>
        </w:rPr>
        <w:t>Cách hoạt động...</w:t>
      </w:r>
    </w:p>
    <w:p>
      <w:pPr>
        <w:spacing w:after="80"/>
      </w:pPr>
      <w:r>
        <w:rPr>
          <w:b w:val="0"/>
          <w:i w:val="0"/>
        </w:rPr>
        <w:t xml:space="preserve">Vì mỗi mục là một dòng đơn, chúng ta mở tệp và đi từng dòng một, phân tích từng mục. Mã phân tích có sẵn trong </w:t>
      </w:r>
      <w:r>
        <w:rPr>
          <w:rFonts w:ascii="Consolas" w:hAnsi="Consolas"/>
          <w:b w:val="0"/>
          <w:i w:val="0"/>
          <w:sz w:val="20"/>
        </w:rPr>
        <w:br/>
        <w:br/>
        <w:t xml:space="preserve">      price_log.py</w:t>
        <w:br/>
        <w:t xml:space="preserve">     </w:t>
        <w:br/>
      </w:r>
      <w:r>
        <w:rPr>
          <w:b w:val="0"/>
          <w:i w:val="0"/>
        </w:rPr>
        <w:t>. Xem nó để biết thêm chi tiết về quá trình phân tích.</w:t>
      </w:r>
    </w:p>
    <w:p>
      <w:pPr>
        <w:spacing w:after="80"/>
      </w:pPr>
      <w:r>
        <w:rPr>
          <w:b w:val="0"/>
          <w:i w:val="0"/>
        </w:rPr>
        <w:t xml:space="preserve">Trong </w:t>
      </w:r>
      <w:r>
        <w:rPr>
          <w:b w:val="0"/>
          <w:i/>
        </w:rPr>
        <w:t>bước 2</w:t>
      </w:r>
      <w:r>
        <w:rPr>
          <w:b w:val="0"/>
          <w:i w:val="0"/>
        </w:rPr>
        <w:t xml:space="preserve"> của mục </w:t>
      </w:r>
      <w:r>
        <w:rPr>
          <w:b w:val="0"/>
          <w:i/>
        </w:rPr>
        <w:t>Cách thực hiện</w:t>
      </w:r>
      <w:r>
        <w:rPr>
          <w:b w:val="0"/>
          <w:i w:val="0"/>
        </w:rPr>
        <w:t xml:space="preserve"> </w:t>
      </w:r>
      <w:r>
        <w:rPr>
          <w:b w:val="0"/>
          <w:i/>
        </w:rPr>
        <w:t>…</w:t>
      </w:r>
      <w:r>
        <w:rPr>
          <w:b w:val="0"/>
          <w:i w:val="0"/>
        </w:rPr>
        <w:t>, chúng ta mở file và xử lý từng dòng để tạo một danh sách log (log list) chứa tất cả các log đã xử lý. Sau đó, chúng ta có thể thực hiện các thao tác tổng hợp (aggregation), như trong các bước tiếp theo.</w:t>
      </w:r>
    </w:p>
    <w:p>
      <w:pPr>
        <w:spacing w:after="80"/>
      </w:pPr>
      <w:r>
        <w:rPr>
          <w:b w:val="0"/>
          <w:i/>
        </w:rPr>
        <w:t>Bước 3</w:t>
      </w:r>
      <w:r>
        <w:rPr>
          <w:b w:val="0"/>
          <w:i w:val="0"/>
        </w:rPr>
        <w:t xml:space="preserve"> hướng dẫn cách tổng hợp tất cả các giá trị. Trong trường hợp này, nghĩa là cộng giá của tất cả các mặt hàng đã bán trong file log để có tổng doanh thu.</w:t>
      </w:r>
    </w:p>
    <w:p>
      <w:pPr>
        <w:spacing w:after="80"/>
      </w:pPr>
      <w:r>
        <w:rPr>
          <w:b w:val="0"/>
          <w:i/>
        </w:rPr>
        <w:t>Bước 4</w:t>
      </w:r>
      <w:r>
        <w:rPr>
          <w:b w:val="0"/>
          <w:i w:val="0"/>
        </w:rPr>
        <w:t xml:space="preserve"> sử dụng </w:t>
      </w:r>
      <w:r>
        <w:rPr>
          <w:rFonts w:ascii="Consolas" w:hAnsi="Consolas"/>
          <w:b w:val="0"/>
          <w:i w:val="0"/>
          <w:sz w:val="20"/>
        </w:rPr>
        <w:br/>
        <w:br/>
        <w:t xml:space="preserve">      Counter</w:t>
        <w:br/>
        <w:t xml:space="preserve">     </w:t>
        <w:br/>
      </w:r>
      <w:r>
        <w:rPr>
          <w:b w:val="0"/>
          <w:i w:val="0"/>
        </w:rPr>
        <w:t xml:space="preserve"> để xác định số lượng của mỗi mặt hàng trong file log. Nó trả về một đối tượng giống dictionary (từ điển) chứa các giá trị cần đếm và số lần chúng xuất hiện.</w:t>
      </w:r>
    </w:p>
    <w:p>
      <w:pPr>
        <w:spacing w:after="80"/>
      </w:pPr>
      <w:r>
        <w:rPr>
          <w:b w:val="0"/>
          <w:i w:val="0"/>
        </w:rPr>
        <w:t xml:space="preserve">Việc lọc (filtering) cũng có thể được thực hiện theo cách xử lý từng dòng, như trong </w:t>
      </w:r>
      <w:r>
        <w:rPr>
          <w:b w:val="0"/>
          <w:i/>
        </w:rPr>
        <w:t>bước 5</w:t>
      </w:r>
      <w:r>
        <w:rPr>
          <w:b w:val="0"/>
          <w:i w:val="0"/>
        </w:rPr>
        <w:t>. Cách này tương tự với các kiểu lọc khác mà chúng ta đã làm trong các công thức (recipe) của chương này.</w:t>
      </w:r>
    </w:p>
    <w:p>
      <w:pPr>
        <w:pStyle w:val="Heading3"/>
      </w:pPr>
      <w:r>
        <w:rPr>
          <w:rFonts w:ascii="Calibri" w:hAnsi="Calibri"/>
          <w:b/>
          <w:i w:val="0"/>
          <w:sz w:val="26"/>
        </w:rPr>
        <w:t>Còn nhiều thứ khác nữa...</w:t>
      </w:r>
    </w:p>
    <w:p>
      <w:pPr>
        <w:spacing w:after="80"/>
      </w:pPr>
      <w:r>
        <w:rPr>
          <w:b w:val="0"/>
          <w:i w:val="0"/>
        </w:rPr>
        <w:t>Hãy nhớ rằng bạn có thể dừng xử lý một file ngay khi đã có đủ dữ liệu cần thiết. Đây có thể là một chiến lược hay nếu file rất lớn, như thường gặp với các file log.</w:t>
      </w:r>
    </w:p>
    <w:p>
      <w:pPr>
        <w:spacing w:after="80"/>
      </w:pPr>
      <w:r>
        <w:rPr>
          <w:rFonts w:ascii="Consolas" w:hAnsi="Consolas"/>
          <w:b w:val="0"/>
          <w:i w:val="0"/>
          <w:sz w:val="20"/>
        </w:rPr>
        <w:br/>
        <w:br/>
        <w:t xml:space="preserve">      Counter</w:t>
        <w:br/>
        <w:t xml:space="preserve">     </w:t>
        <w:br/>
      </w:r>
      <w:r>
        <w:rPr>
          <w:b w:val="0"/>
          <w:i w:val="0"/>
        </w:rPr>
        <w:t xml:space="preserve"> là một công cụ tuyệt vời để đếm nhanh một danh sách. Xem tài liệu Python tại đây để biết thêm chi tiết: </w:t>
      </w:r>
      <w:r>
        <w:rPr>
          <w:rFonts w:ascii="Consolas" w:hAnsi="Consolas"/>
          <w:b w:val="0"/>
          <w:i w:val="0"/>
          <w:sz w:val="20"/>
        </w:rPr>
        <w:br/>
        <w:br/>
        <w:t xml:space="preserve">       https://docs.python.org/3/library/collections.html#counter-objects</w:t>
        <w:br/>
        <w:t xml:space="preserve">      </w:t>
        <w:br/>
      </w:r>
      <w:r>
        <w:rPr>
          <w:b w:val="0"/>
          <w:i w:val="0"/>
        </w:rPr>
        <w:t>. Bạn có thể lấy các mục đã sắp xếp bằng cách gọi như sau:</w:t>
      </w:r>
    </w:p>
    <w:p>
      <w:pPr>
        <w:spacing w:after="0"/>
        <w:ind w:left="360"/>
        <w:shd w:val="clear" w:color="auto" w:fill="F2F2F2"/>
      </w:pPr>
      <w:r>
        <w:rPr>
          <w:rFonts w:ascii="Consolas" w:hAnsi="Consolas"/>
          <w:sz w:val="18"/>
        </w:rPr>
        <w:t>&gt;&gt;&gt; counter.most_common()</w:t>
      </w:r>
    </w:p>
    <w:p>
      <w:pPr>
        <w:spacing w:after="0"/>
        <w:ind w:left="360"/>
        <w:shd w:val="clear" w:color="auto" w:fill="F2F2F2"/>
      </w:pPr>
      <w:r>
        <w:rPr>
          <w:rFonts w:ascii="Consolas" w:hAnsi="Consolas"/>
          <w:sz w:val="18"/>
        </w:rPr>
        <w:t>[(1489, 2), (4508, 1), (8597, 1), (3086, 1)]</w:t>
      </w:r>
    </w:p>
    <w:p>
      <w:pPr>
        <w:spacing w:after="40"/>
      </w:pP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Sử dụng công cụ của bên thứ ba—parse</w:t>
      </w:r>
      <w:r>
        <w:rPr>
          <w:b w:val="0"/>
          <w:i w:val="0"/>
        </w:rPr>
        <w:t xml:space="preserve"> trong </w:t>
      </w:r>
      <w:r>
        <w:rPr>
          <w:b w:val="0"/>
          <w:i/>
        </w:rPr>
        <w:t>Chương 1</w:t>
      </w:r>
      <w:r>
        <w:rPr>
          <w:b w:val="0"/>
          <w:i w:val="0"/>
        </w:rPr>
        <w:t xml:space="preserve">, </w:t>
      </w:r>
      <w:r>
        <w:rPr>
          <w:b w:val="0"/>
          <w:i/>
        </w:rPr>
        <w:t>Hãy bắt đầu hành trình tự động hóa của chúng ta</w:t>
      </w:r>
      <w:r>
        <w:rPr>
          <w:b w:val="0"/>
          <w:i w:val="0"/>
        </w:rPr>
        <w:t>.</w:t>
      </w:r>
    </w:p>
    <w:p>
      <w:pPr>
        <w:spacing w:after="80"/>
        <w:ind w:left="360"/>
      </w:pPr>
      <w:r>
        <w:t xml:space="preserve">• </w:t>
      </w:r>
      <w:r>
        <w:rPr>
          <w:b w:val="0"/>
          <w:i w:val="0"/>
        </w:rPr>
        <w:t xml:space="preserve">Công thức </w:t>
      </w:r>
      <w:r>
        <w:rPr>
          <w:b w:val="0"/>
          <w:i/>
        </w:rPr>
        <w:t>Đọc file văn bản</w:t>
      </w:r>
      <w:r>
        <w:rPr>
          <w:b w:val="0"/>
          <w:i w:val="0"/>
        </w:rPr>
        <w:t>, ở phần trước trong chương này, để tìm hiểu thêm về cách mở và đọc file.</w:t>
      </w:r>
    </w:p>
    <w:p>
      <w:pPr>
        <w:pStyle w:val="Heading2"/>
      </w:pPr>
      <w:r>
        <w:rPr>
          <w:rFonts w:ascii="Calibri" w:hAnsi="Calibri"/>
          <w:b/>
          <w:i w:val="0"/>
          <w:sz w:val="32"/>
        </w:rPr>
        <w:t>Đọc metadata của file</w:t>
      </w:r>
    </w:p>
    <w:p>
      <w:pPr>
        <w:spacing w:after="80"/>
      </w:pPr>
      <w:r>
        <w:rPr>
          <w:b w:val="0"/>
          <w:i w:val="0"/>
        </w:rPr>
        <w:t>Metadata của file là mọi thứ gắn với một file cụ thể mà không phải là nội dung dữ liệu của chính nó. Phần metadata rõ ràng nhất là tên file, nhưng còn có những thứ khác bao gồm kích thước file, ngày tạo và quyền (permissions) của nó.</w:t>
      </w:r>
    </w:p>
    <w:p>
      <w:pPr>
        <w:spacing w:after="80"/>
      </w:pPr>
      <w:r>
        <w:rPr>
          <w:b w:val="0"/>
          <w:i w:val="0"/>
        </w:rPr>
        <w:t>Việc duyệt qua dữ liệu đó có thể quan trọng, ví dụ để lọc các file cũ hơn một ngày nào đó, hoặc tìm tất cả các file lớn hơn một giá trị tính bằng kilobyte. Trong công thức này, chúng ta sẽ xem cách truy cập metadata của file trong Python.</w:t>
      </w:r>
    </w:p>
    <w:p>
      <w:pPr>
        <w:pStyle w:val="Heading3"/>
      </w:pPr>
      <w:r>
        <w:rPr>
          <w:rFonts w:ascii="Calibri" w:hAnsi="Calibri"/>
          <w:b/>
          <w:i w:val="0"/>
          <w:sz w:val="26"/>
        </w:rPr>
        <w:t>Chuẩn bị</w:t>
      </w:r>
    </w:p>
    <w:p>
      <w:pPr>
        <w:spacing w:after="80"/>
      </w:pPr>
      <w:r>
        <w:rPr>
          <w:b w:val="0"/>
          <w:i w:val="0"/>
        </w:rPr>
        <w:t xml:space="preserve">Chúng ta sẽ dùng file </w:t>
      </w:r>
      <w:r>
        <w:rPr>
          <w:rFonts w:ascii="Consolas" w:hAnsi="Consolas"/>
          <w:b w:val="0"/>
          <w:i w:val="0"/>
          <w:sz w:val="20"/>
        </w:rPr>
        <w:br/>
        <w:br/>
        <w:t xml:space="preserve">      zen_of_python.txt</w:t>
        <w:br/>
        <w:t xml:space="preserve">     </w:t>
        <w:br/>
      </w:r>
      <w:r>
        <w:rPr>
          <w:b w:val="0"/>
          <w:i w:val="0"/>
        </w:rPr>
        <w:t>, có sẵn trong kho GitHub (</w:t>
      </w:r>
      <w:r>
        <w:rPr>
          <w:rFonts w:ascii="Consolas" w:hAnsi="Consolas"/>
          <w:b w:val="0"/>
          <w:i w:val="0"/>
          <w:sz w:val="20"/>
        </w:rPr>
        <w:br/>
        <w:br/>
        <w:t xml:space="preserve">       https://github.com/PacktPublishing/Python-Automation-Cookbook-Third-Edition/blob/main/ch04/documents/zen_of_python.txt</w:t>
        <w:br/>
        <w:t xml:space="preserve">      </w:t>
        <w:br/>
      </w:r>
      <w:r>
        <w:rPr>
          <w:b w:val="0"/>
          <w:i w:val="0"/>
        </w:rPr>
        <w:t xml:space="preserve">). Dùng lệnh </w:t>
      </w:r>
      <w:r>
        <w:rPr>
          <w:rFonts w:ascii="Consolas" w:hAnsi="Consolas"/>
          <w:b w:val="0"/>
          <w:i w:val="0"/>
          <w:sz w:val="20"/>
        </w:rPr>
        <w:br/>
        <w:br/>
        <w:t xml:space="preserve">      ls</w:t>
        <w:br/>
        <w:t xml:space="preserve">     </w:t>
        <w:br/>
      </w:r>
      <w:r>
        <w:rPr>
          <w:b w:val="0"/>
          <w:i w:val="0"/>
        </w:rPr>
        <w:t>, bạn có thể thấy file chiếm 823 byte, và trong ví dụ này, nó được tạo vào ngày 15 tháng 12:</w:t>
      </w:r>
    </w:p>
    <w:p>
      <w:pPr>
        <w:spacing w:after="0"/>
        <w:ind w:left="360"/>
        <w:shd w:val="clear" w:color="auto" w:fill="F2F2F2"/>
      </w:pPr>
      <w:r>
        <w:rPr>
          <w:rFonts w:ascii="Consolas" w:hAnsi="Consolas"/>
          <w:sz w:val="18"/>
        </w:rPr>
        <w:t>$ ls -lrt zen_of_python.txt</w:t>
      </w:r>
    </w:p>
    <w:p>
      <w:pPr>
        <w:spacing w:after="0"/>
        <w:ind w:left="360"/>
        <w:shd w:val="clear" w:color="auto" w:fill="F2F2F2"/>
      </w:pPr>
      <w:r>
        <w:rPr>
          <w:rFonts w:ascii="Consolas" w:hAnsi="Consolas"/>
          <w:sz w:val="18"/>
        </w:rPr>
        <w:t>-rw-r--r--@ 1 jaimebuelta  staff  823 15 Dec 15:43 zen_of_python.txt</w:t>
      </w:r>
    </w:p>
    <w:p>
      <w:pPr>
        <w:spacing w:after="40"/>
      </w:pPr>
    </w:p>
    <w:p>
      <w:pPr>
        <w:spacing w:after="80"/>
      </w:pPr>
      <w:r>
        <w:rPr>
          <w:b w:val="0"/>
          <w:i w:val="0"/>
        </w:rPr>
        <w:t>(Trên máy tính của bạn, ngày tháng có thể khác, tùy thuộc vào thời điểm bạn tải mã nguồn về.)</w:t>
      </w:r>
    </w:p>
    <w:p>
      <w:pPr>
        <w:pStyle w:val="Heading3"/>
      </w:pPr>
      <w:r>
        <w:rPr>
          <w:rFonts w:ascii="Calibri" w:hAnsi="Calibri"/>
          <w:b/>
          <w:i w:val="0"/>
          <w:sz w:val="26"/>
        </w:rPr>
        <w:t>Làm thế nào để thực hiện...</w:t>
      </w:r>
    </w:p>
    <w:p>
      <w:pPr>
        <w:spacing w:after="80"/>
        <w:ind w:left="360"/>
      </w:pPr>
      <w:r>
        <w:t xml:space="preserve">1. </w:t>
      </w:r>
      <w:r>
        <w:rPr>
          <w:b w:val="0"/>
          <w:i w:val="0"/>
        </w:rPr>
        <w:t xml:space="preserve">Import </w:t>
      </w:r>
      <w:r>
        <w:rPr>
          <w:rFonts w:ascii="Consolas" w:hAnsi="Consolas"/>
          <w:b w:val="0"/>
          <w:i w:val="0"/>
          <w:sz w:val="20"/>
        </w:rPr>
        <w:br/>
        <w:br/>
        <w:t xml:space="preserve">       os</w:t>
        <w:br/>
        <w:t xml:space="preserve">      </w:t>
        <w:br/>
      </w:r>
      <w:r>
        <w:rPr>
          <w:b w:val="0"/>
          <w:i w:val="0"/>
        </w:rPr>
        <w:t xml:space="preserve"> và </w:t>
      </w:r>
      <w:r>
        <w:rPr>
          <w:rFonts w:ascii="Consolas" w:hAnsi="Consolas"/>
          <w:b w:val="0"/>
          <w:i w:val="0"/>
          <w:sz w:val="20"/>
        </w:rPr>
        <w:br/>
        <w:br/>
        <w:t xml:space="preserve">       datetime</w:t>
        <w:br/>
        <w:t xml:space="preserve">      </w:t>
        <w:br/>
      </w:r>
      <w:r>
        <w:rPr>
          <w:b w:val="0"/>
          <w:i w:val="0"/>
        </w:rPr>
        <w:t xml:space="preserve"> :</w:t>
      </w:r>
    </w:p>
    <w:p>
      <w:pPr>
        <w:spacing w:after="0"/>
        <w:ind w:left="360"/>
        <w:shd w:val="clear" w:color="auto" w:fill="F2F2F2"/>
      </w:pPr>
      <w:r>
        <w:rPr>
          <w:rFonts w:ascii="Consolas" w:hAnsi="Consolas"/>
          <w:sz w:val="18"/>
        </w:rPr>
        <w:t>&gt;&gt;&gt; import os</w:t>
      </w:r>
    </w:p>
    <w:p>
      <w:pPr>
        <w:spacing w:after="0"/>
        <w:ind w:left="360"/>
        <w:shd w:val="clear" w:color="auto" w:fill="F2F2F2"/>
      </w:pPr>
      <w:r>
        <w:rPr>
          <w:rFonts w:ascii="Consolas" w:hAnsi="Consolas"/>
          <w:sz w:val="18"/>
        </w:rPr>
        <w:t>&gt;&gt;&gt; from datetime import datetime</w:t>
      </w:r>
    </w:p>
    <w:p>
      <w:pPr>
        <w:spacing w:after="40"/>
      </w:pPr>
    </w:p>
    <w:p>
      <w:pPr>
        <w:spacing w:after="80"/>
        <w:ind w:left="360"/>
      </w:pPr>
      <w:r>
        <w:t xml:space="preserve">2. </w:t>
      </w:r>
      <w:r>
        <w:rPr>
          <w:b w:val="0"/>
          <w:i w:val="0"/>
        </w:rPr>
        <w:t xml:space="preserve">Lấy thông tin thống kê của tệp </w:t>
      </w:r>
      <w:r>
        <w:rPr>
          <w:rFonts w:ascii="Consolas" w:hAnsi="Consolas"/>
          <w:b w:val="0"/>
          <w:i w:val="0"/>
          <w:sz w:val="20"/>
        </w:rPr>
        <w:br/>
        <w:br/>
        <w:t xml:space="preserve">       zen_of_python.txt</w:t>
        <w:br/>
        <w:t xml:space="preserve">      </w:t>
        <w:br/>
      </w:r>
      <w:r>
        <w:rPr>
          <w:b w:val="0"/>
          <w:i w:val="0"/>
        </w:rPr>
        <w:t xml:space="preserve"> :</w:t>
      </w:r>
    </w:p>
    <w:p>
      <w:pPr>
        <w:spacing w:after="0"/>
        <w:ind w:left="360"/>
        <w:shd w:val="clear" w:color="auto" w:fill="F2F2F2"/>
      </w:pPr>
      <w:r>
        <w:rPr>
          <w:rFonts w:ascii="Consolas" w:hAnsi="Consolas"/>
          <w:sz w:val="18"/>
        </w:rPr>
        <w:t>&gt;&gt;&gt; stats = os.stat('zen_of_python.txt')</w:t>
      </w:r>
    </w:p>
    <w:p>
      <w:pPr>
        <w:spacing w:after="0"/>
        <w:ind w:left="360"/>
        <w:shd w:val="clear" w:color="auto" w:fill="F2F2F2"/>
      </w:pPr>
      <w:r>
        <w:rPr>
          <w:rFonts w:ascii="Consolas" w:hAnsi="Consolas"/>
          <w:sz w:val="18"/>
        </w:rPr>
        <w:t>&gt;&gt;&gt; stats</w:t>
      </w:r>
    </w:p>
    <w:p>
      <w:pPr>
        <w:spacing w:after="0"/>
        <w:ind w:left="360"/>
        <w:shd w:val="clear" w:color="auto" w:fill="F2F2F2"/>
      </w:pPr>
      <w:r>
        <w:rPr>
          <w:rFonts w:ascii="Consolas" w:hAnsi="Consolas"/>
          <w:sz w:val="18"/>
        </w:rPr>
        <w:t>os.stat_result(st_mode=33188, st_ino=225410994, st_dev=16777234, st_nlink=1, st_uid=502, st_gid=20, st_size=823, st_atime=1765811416, st_mtime=1765809824, st_ctime=1765809830)</w:t>
      </w:r>
    </w:p>
    <w:p>
      <w:pPr>
        <w:spacing w:after="40"/>
      </w:pPr>
    </w:p>
    <w:p>
      <w:pPr>
        <w:spacing w:after="80"/>
        <w:ind w:left="360"/>
      </w:pPr>
      <w:r>
        <w:t xml:space="preserve">3. </w:t>
      </w:r>
      <w:r>
        <w:rPr>
          <w:b w:val="0"/>
          <w:i w:val="0"/>
        </w:rPr>
        <w:t>Lấy kích thước của tệp, tính bằng byte:</w:t>
      </w:r>
    </w:p>
    <w:p>
      <w:pPr>
        <w:spacing w:after="0"/>
        <w:ind w:left="360"/>
        <w:shd w:val="clear" w:color="auto" w:fill="F2F2F2"/>
      </w:pPr>
      <w:r>
        <w:rPr>
          <w:rFonts w:ascii="Consolas" w:hAnsi="Consolas"/>
          <w:sz w:val="18"/>
        </w:rPr>
        <w:t>&gt;&gt;&gt; stats.st_size</w:t>
      </w:r>
    </w:p>
    <w:p>
      <w:pPr>
        <w:spacing w:after="0"/>
        <w:ind w:left="360"/>
        <w:shd w:val="clear" w:color="auto" w:fill="F2F2F2"/>
      </w:pPr>
      <w:r>
        <w:rPr>
          <w:rFonts w:ascii="Consolas" w:hAnsi="Consolas"/>
          <w:sz w:val="18"/>
        </w:rPr>
        <w:t>823</w:t>
      </w:r>
    </w:p>
    <w:p>
      <w:pPr>
        <w:spacing w:after="40"/>
      </w:pPr>
    </w:p>
    <w:p>
      <w:pPr>
        <w:spacing w:after="80"/>
        <w:ind w:left="360"/>
      </w:pPr>
      <w:r>
        <w:t xml:space="preserve">4. </w:t>
      </w:r>
      <w:r>
        <w:rPr>
          <w:b w:val="0"/>
          <w:i w:val="0"/>
        </w:rPr>
        <w:t>Tìm hiểu thời điểm tệp được sửa đổi lần cuối:</w:t>
      </w:r>
    </w:p>
    <w:p>
      <w:pPr>
        <w:spacing w:after="0"/>
        <w:ind w:left="360"/>
        <w:shd w:val="clear" w:color="auto" w:fill="F2F2F2"/>
      </w:pPr>
      <w:r>
        <w:rPr>
          <w:rFonts w:ascii="Consolas" w:hAnsi="Consolas"/>
          <w:sz w:val="18"/>
        </w:rPr>
        <w:t>&gt;&gt;&gt; datetime.fromtimestamp(stats.st_mtime)</w:t>
      </w:r>
    </w:p>
    <w:p>
      <w:pPr>
        <w:spacing w:after="0"/>
        <w:ind w:left="360"/>
        <w:shd w:val="clear" w:color="auto" w:fill="F2F2F2"/>
      </w:pPr>
      <w:r>
        <w:rPr>
          <w:rFonts w:ascii="Consolas" w:hAnsi="Consolas"/>
          <w:sz w:val="18"/>
        </w:rPr>
        <w:t>datetime.datetime(2025, 12, 15, 15, 43, 44, 918240)</w:t>
      </w:r>
    </w:p>
    <w:p>
      <w:pPr>
        <w:spacing w:after="40"/>
      </w:pPr>
    </w:p>
    <w:p>
      <w:pPr>
        <w:spacing w:after="80"/>
        <w:ind w:left="360"/>
      </w:pPr>
      <w:r>
        <w:t xml:space="preserve">5. </w:t>
      </w:r>
      <w:r>
        <w:rPr>
          <w:b w:val="0"/>
          <w:i w:val="0"/>
        </w:rPr>
        <w:t>Tìm hiểu thời điểm tệp được truy cập lần cuối:</w:t>
      </w:r>
    </w:p>
    <w:p>
      <w:pPr>
        <w:spacing w:after="0"/>
        <w:ind w:left="360"/>
        <w:shd w:val="clear" w:color="auto" w:fill="F2F2F2"/>
      </w:pPr>
      <w:r>
        <w:rPr>
          <w:rFonts w:ascii="Consolas" w:hAnsi="Consolas"/>
          <w:sz w:val="18"/>
        </w:rPr>
        <w:t>&gt;&gt;&gt; datetime.fromtimestamp(stats.st_atime)</w:t>
      </w:r>
    </w:p>
    <w:p>
      <w:pPr>
        <w:spacing w:after="0"/>
        <w:ind w:left="360"/>
        <w:shd w:val="clear" w:color="auto" w:fill="F2F2F2"/>
      </w:pPr>
      <w:r>
        <w:rPr>
          <w:rFonts w:ascii="Consolas" w:hAnsi="Consolas"/>
          <w:sz w:val="18"/>
        </w:rPr>
        <w:t>datetime.datetime(2025, 12, 15, 16, 10, 16, 921395)</w:t>
      </w:r>
    </w:p>
    <w:p>
      <w:pPr>
        <w:spacing w:after="40"/>
      </w:pPr>
    </w:p>
    <w:p>
      <w:pPr>
        <w:pStyle w:val="Heading3"/>
      </w:pPr>
      <w:r>
        <w:rPr>
          <w:rFonts w:ascii="Calibri" w:hAnsi="Calibri"/>
          <w:b/>
          <w:i w:val="0"/>
          <w:sz w:val="26"/>
        </w:rPr>
        <w:t>Cách hoạt động...</w:t>
      </w:r>
    </w:p>
    <w:p>
      <w:pPr>
        <w:spacing w:after="80"/>
      </w:pPr>
      <w:r>
        <w:rPr>
          <w:rFonts w:ascii="Consolas" w:hAnsi="Consolas"/>
          <w:b w:val="0"/>
          <w:i w:val="0"/>
          <w:sz w:val="20"/>
        </w:rPr>
        <w:br/>
        <w:br/>
        <w:t xml:space="preserve">      os.stats</w:t>
        <w:br/>
        <w:t xml:space="preserve">     </w:t>
        <w:br/>
      </w:r>
      <w:r>
        <w:rPr>
          <w:b w:val="0"/>
          <w:i w:val="0"/>
        </w:rPr>
        <w:t xml:space="preserve"> trả về một đối tượng </w:t>
      </w:r>
      <w:r>
        <w:rPr>
          <w:rFonts w:ascii="Consolas" w:hAnsi="Consolas"/>
          <w:b w:val="0"/>
          <w:i w:val="0"/>
          <w:sz w:val="20"/>
        </w:rPr>
        <w:br/>
        <w:br/>
        <w:t xml:space="preserve">      stats</w:t>
        <w:br/>
        <w:t xml:space="preserve">     </w:t>
        <w:br/>
      </w:r>
      <w:r>
        <w:rPr>
          <w:b w:val="0"/>
          <w:i w:val="0"/>
        </w:rPr>
        <w:t xml:space="preserve"> đại diện cho metadata (siêu dữ liệu) được lưu trữ trong hệ thống tệp. Metadata bao gồm:</w:t>
      </w:r>
    </w:p>
    <w:p>
      <w:pPr>
        <w:spacing w:after="80"/>
        <w:ind w:left="360"/>
      </w:pPr>
      <w:r>
        <w:t xml:space="preserve">• </w:t>
      </w:r>
      <w:r>
        <w:rPr>
          <w:b w:val="0"/>
          <w:i w:val="0"/>
        </w:rPr>
        <w:t xml:space="preserve">Kích thước của tệp tính bằng byte, như được hiển thị trong </w:t>
      </w:r>
      <w:r>
        <w:rPr>
          <w:b w:val="0"/>
          <w:i/>
        </w:rPr>
        <w:t xml:space="preserve"> bước 3 </w:t>
      </w:r>
      <w:r>
        <w:rPr>
          <w:b w:val="0"/>
          <w:i w:val="0"/>
        </w:rPr>
        <w:t xml:space="preserve"> trong phần </w:t>
      </w:r>
      <w:r>
        <w:rPr>
          <w:b w:val="0"/>
          <w:i/>
        </w:rPr>
        <w:t xml:space="preserve"> Cách thực hiện… </w:t>
      </w:r>
      <w:r>
        <w:rPr>
          <w:b w:val="0"/>
          <w:i w:val="0"/>
        </w:rPr>
        <w:t xml:space="preserve"> , sử dụng </w:t>
      </w:r>
      <w:r>
        <w:rPr>
          <w:rFonts w:ascii="Consolas" w:hAnsi="Consolas"/>
          <w:b w:val="0"/>
          <w:i w:val="0"/>
          <w:sz w:val="20"/>
        </w:rPr>
        <w:br/>
        <w:br/>
        <w:t xml:space="preserve">       st_size</w:t>
        <w:br/>
        <w:t xml:space="preserve">      </w:t>
        <w:br/>
      </w:r>
      <w:r>
        <w:rPr>
          <w:b w:val="0"/>
          <w:i w:val="0"/>
        </w:rPr>
        <w:t xml:space="preserve"> .</w:t>
      </w:r>
    </w:p>
    <w:p>
      <w:pPr>
        <w:spacing w:after="80"/>
        <w:ind w:left="360"/>
      </w:pPr>
      <w:r>
        <w:t xml:space="preserve">• </w:t>
      </w:r>
      <w:r>
        <w:rPr>
          <w:b w:val="0"/>
          <w:i w:val="0"/>
        </w:rPr>
        <w:t xml:space="preserve">Thời điểm nội dung tệp được sửa đổi lần cuối, như được hiển thị trong </w:t>
      </w:r>
      <w:r>
        <w:rPr>
          <w:b w:val="0"/>
          <w:i/>
        </w:rPr>
        <w:t xml:space="preserve"> bước 4 </w:t>
      </w:r>
      <w:r>
        <w:rPr>
          <w:b w:val="0"/>
          <w:i w:val="0"/>
        </w:rPr>
        <w:t xml:space="preserve"> , sử dụng </w:t>
      </w:r>
      <w:r>
        <w:rPr>
          <w:rFonts w:ascii="Consolas" w:hAnsi="Consolas"/>
          <w:b w:val="0"/>
          <w:i w:val="0"/>
          <w:sz w:val="20"/>
        </w:rPr>
        <w:br/>
        <w:br/>
        <w:t xml:space="preserve">       st_mtime</w:t>
        <w:br/>
        <w:t xml:space="preserve">      </w:t>
        <w:br/>
      </w:r>
      <w:r>
        <w:rPr>
          <w:b w:val="0"/>
          <w:i w:val="0"/>
        </w:rPr>
        <w:t xml:space="preserve"> .</w:t>
      </w:r>
    </w:p>
    <w:p>
      <w:pPr>
        <w:spacing w:after="80"/>
        <w:ind w:left="360"/>
      </w:pPr>
      <w:r>
        <w:t xml:space="preserve">• </w:t>
      </w:r>
      <w:r>
        <w:rPr>
          <w:b w:val="0"/>
          <w:i w:val="0"/>
        </w:rPr>
        <w:t xml:space="preserve">Thời điểm tệp được đọc (truy cập) lần cuối, như được hiển thị trong </w:t>
      </w:r>
      <w:r>
        <w:rPr>
          <w:b w:val="0"/>
          <w:i/>
        </w:rPr>
        <w:t xml:space="preserve"> bước 5 </w:t>
      </w:r>
      <w:r>
        <w:rPr>
          <w:b w:val="0"/>
          <w:i w:val="0"/>
        </w:rPr>
        <w:t xml:space="preserve"> , sử dụng </w:t>
      </w:r>
      <w:r>
        <w:rPr>
          <w:rFonts w:ascii="Consolas" w:hAnsi="Consolas"/>
          <w:b w:val="0"/>
          <w:i w:val="0"/>
          <w:sz w:val="20"/>
        </w:rPr>
        <w:br/>
        <w:br/>
        <w:t xml:space="preserve">       st_atime</w:t>
        <w:br/>
        <w:t xml:space="preserve">      </w:t>
        <w:br/>
      </w:r>
      <w:r>
        <w:rPr>
          <w:b w:val="0"/>
          <w:i w:val="0"/>
        </w:rPr>
        <w:t xml:space="preserve"> .</w:t>
      </w:r>
    </w:p>
    <w:p>
      <w:pPr>
        <w:spacing w:after="80"/>
      </w:pPr>
      <w:r>
        <w:rPr>
          <w:b w:val="0"/>
          <w:i w:val="0"/>
        </w:rPr>
        <w:t xml:space="preserve">Các thời điểm được trả về dưới dạng timestamp (dấu thời gian), vì vậy trong </w:t>
      </w:r>
      <w:r>
        <w:rPr>
          <w:b w:val="0"/>
          <w:i/>
        </w:rPr>
        <w:t xml:space="preserve"> bước 4 </w:t>
      </w:r>
      <w:r>
        <w:rPr>
          <w:b w:val="0"/>
          <w:i w:val="0"/>
        </w:rPr>
        <w:t xml:space="preserve"> và </w:t>
      </w:r>
      <w:r>
        <w:rPr>
          <w:b w:val="0"/>
          <w:i/>
        </w:rPr>
        <w:t xml:space="preserve"> bước 5 </w:t>
      </w:r>
      <w:r>
        <w:rPr>
          <w:b w:val="0"/>
          <w:i w:val="0"/>
        </w:rPr>
        <w:t xml:space="preserve"> chúng ta tạo một đối tượng </w:t>
      </w:r>
      <w:r>
        <w:rPr>
          <w:rFonts w:ascii="Consolas" w:hAnsi="Consolas"/>
          <w:b w:val="0"/>
          <w:i w:val="0"/>
          <w:sz w:val="20"/>
        </w:rPr>
        <w:br/>
        <w:br/>
        <w:t xml:space="preserve">      datetime</w:t>
        <w:br/>
        <w:t xml:space="preserve">     </w:t>
        <w:br/>
      </w:r>
      <w:r>
        <w:rPr>
          <w:b w:val="0"/>
          <w:i w:val="0"/>
        </w:rPr>
        <w:t xml:space="preserve"> từ các timestamp để truy cập dữ liệu dễ dàng hơn.</w:t>
      </w:r>
    </w:p>
    <w:p>
      <w:pPr>
        <w:spacing w:after="80"/>
      </w:pPr>
      <w:r>
        <w:rPr>
          <w:b w:val="0"/>
          <w:i w:val="0"/>
        </w:rPr>
        <w:t>Tất cả các giá trị này có thể được dùng để lọc các tệp và truy cập những tệp mà bạn quan tâm.</w:t>
      </w:r>
    </w:p>
    <w:p>
      <w:pPr>
        <w:spacing w:after="80"/>
      </w:pPr>
      <w:r>
        <w:rPr>
          <w:b/>
          <w:i w:val="0"/>
        </w:rPr>
        <w:t>Mẹo</w:t>
      </w:r>
    </w:p>
    <w:p>
      <w:pPr>
        <w:spacing w:after="80"/>
      </w:pPr>
      <w:r>
        <w:rPr>
          <w:b w:val="0"/>
          <w:i w:val="0"/>
        </w:rPr>
        <w:t xml:space="preserve">Lưu ý rằng bạn không cần mở tệp bằng </w:t>
      </w:r>
      <w:r>
        <w:rPr>
          <w:rFonts w:ascii="Consolas" w:hAnsi="Consolas"/>
          <w:b w:val="0"/>
          <w:i w:val="0"/>
          <w:sz w:val="20"/>
        </w:rPr>
        <w:br/>
        <w:br/>
        <w:t xml:space="preserve">       open()</w:t>
        <w:br/>
        <w:t xml:space="preserve">      </w:t>
        <w:br/>
      </w:r>
      <w:r>
        <w:rPr>
          <w:b w:val="0"/>
          <w:i w:val="0"/>
        </w:rPr>
        <w:t xml:space="preserve"> để đọc metadata của nó. Việc phát hiện xem một tệp có bị thay đổi sau một thời điểm đã biết hay không bằng cách đọc thời gian sửa đổi của nó sẽ nhanh hơn so với việc so sánh nội dung, vì vậy bạn có thể tận dụng điều đó để so sánh.</w:t>
      </w:r>
    </w:p>
    <w:p>
      <w:pPr>
        <w:pStyle w:val="Heading3"/>
      </w:pPr>
      <w:r>
        <w:rPr>
          <w:rFonts w:ascii="Calibri" w:hAnsi="Calibri"/>
          <w:b/>
          <w:i w:val="0"/>
          <w:sz w:val="26"/>
        </w:rPr>
        <w:t>Còn nhiều điều khác...</w:t>
      </w:r>
    </w:p>
    <w:p>
      <w:pPr>
        <w:spacing w:after="80"/>
      </w:pPr>
      <w:r>
        <w:rPr>
          <w:b w:val="0"/>
          <w:i w:val="0"/>
        </w:rPr>
        <w:t xml:space="preserve">Để lấy từng chỉ số một, có sẵn các hàm tiện lợi trong </w:t>
      </w:r>
      <w:r>
        <w:rPr>
          <w:rFonts w:ascii="Consolas" w:hAnsi="Consolas"/>
          <w:b w:val="0"/>
          <w:i w:val="0"/>
          <w:sz w:val="20"/>
        </w:rPr>
        <w:br/>
        <w:br/>
        <w:t xml:space="preserve">      os.path</w:t>
        <w:br/>
        <w:t xml:space="preserve">     </w:t>
        <w:br/>
      </w:r>
      <w:r>
        <w:rPr>
          <w:b w:val="0"/>
          <w:i w:val="0"/>
        </w:rPr>
        <w:t xml:space="preserve"> , chúng tuân theo mẫu </w:t>
      </w:r>
      <w:r>
        <w:rPr>
          <w:rFonts w:ascii="Consolas" w:hAnsi="Consolas"/>
          <w:b w:val="0"/>
          <w:i w:val="0"/>
          <w:sz w:val="20"/>
        </w:rPr>
        <w:br/>
        <w:br/>
        <w:t xml:space="preserve">      get&lt;value&gt;</w:t>
        <w:br/>
        <w:t xml:space="preserve">     </w:t>
        <w:br/>
      </w:r>
      <w:r>
        <w:rPr>
          <w:b w:val="0"/>
          <w:i w:val="0"/>
        </w:rPr>
        <w:t xml:space="preserve"> :</w:t>
      </w:r>
    </w:p>
    <w:p>
      <w:pPr>
        <w:spacing w:after="0"/>
        <w:ind w:left="360"/>
        <w:shd w:val="clear" w:color="auto" w:fill="F2F2F2"/>
      </w:pPr>
      <w:r>
        <w:rPr>
          <w:rFonts w:ascii="Consolas" w:hAnsi="Consolas"/>
          <w:sz w:val="18"/>
        </w:rPr>
        <w:t>&gt;&gt;&gt; os.path.getsize('zen_of_python.txt')</w:t>
      </w:r>
    </w:p>
    <w:p>
      <w:pPr>
        <w:spacing w:after="0"/>
        <w:ind w:left="360"/>
        <w:shd w:val="clear" w:color="auto" w:fill="F2F2F2"/>
      </w:pPr>
      <w:r>
        <w:rPr>
          <w:rFonts w:ascii="Consolas" w:hAnsi="Consolas"/>
          <w:sz w:val="18"/>
        </w:rPr>
        <w:t>823</w:t>
      </w:r>
    </w:p>
    <w:p>
      <w:pPr>
        <w:spacing w:after="0"/>
        <w:ind w:left="360"/>
        <w:shd w:val="clear" w:color="auto" w:fill="F2F2F2"/>
      </w:pPr>
      <w:r>
        <w:rPr>
          <w:rFonts w:ascii="Consolas" w:hAnsi="Consolas"/>
          <w:sz w:val="18"/>
        </w:rPr>
        <w:t>&gt;&gt;&gt; os.path.getmtime('zen_of_python.txt')</w:t>
      </w:r>
    </w:p>
    <w:p>
      <w:pPr>
        <w:spacing w:after="0"/>
        <w:ind w:left="360"/>
        <w:shd w:val="clear" w:color="auto" w:fill="F2F2F2"/>
      </w:pPr>
      <w:r>
        <w:rPr>
          <w:rFonts w:ascii="Consolas" w:hAnsi="Consolas"/>
          <w:sz w:val="18"/>
        </w:rPr>
        <w:t>1765809824.9182403</w:t>
      </w:r>
    </w:p>
    <w:p>
      <w:pPr>
        <w:spacing w:after="0"/>
        <w:ind w:left="360"/>
        <w:shd w:val="clear" w:color="auto" w:fill="F2F2F2"/>
      </w:pPr>
      <w:r>
        <w:rPr>
          <w:rFonts w:ascii="Consolas" w:hAnsi="Consolas"/>
          <w:sz w:val="18"/>
        </w:rPr>
        <w:t>&gt;&gt;&gt; os.path.getatime('zen_of_python.txt')</w:t>
      </w:r>
    </w:p>
    <w:p>
      <w:pPr>
        <w:spacing w:after="0"/>
        <w:ind w:left="360"/>
        <w:shd w:val="clear" w:color="auto" w:fill="F2F2F2"/>
      </w:pPr>
      <w:r>
        <w:rPr>
          <w:rFonts w:ascii="Consolas" w:hAnsi="Consolas"/>
          <w:sz w:val="18"/>
        </w:rPr>
        <w:t>1765811416.9213953</w:t>
      </w:r>
    </w:p>
    <w:p>
      <w:pPr>
        <w:spacing w:after="40"/>
      </w:pPr>
    </w:p>
    <w:p>
      <w:pPr>
        <w:spacing w:after="80"/>
      </w:pPr>
      <w:r>
        <w:rPr>
          <w:b w:val="0"/>
          <w:i w:val="0"/>
        </w:rPr>
        <w:t>Giá trị được chỉ định theo định dạng dấu thời gian UNIX (số giây kể từ ngày 1 tháng 1 năm 1970).</w:t>
      </w:r>
    </w:p>
    <w:p>
      <w:pPr>
        <w:spacing w:after="80"/>
      </w:pPr>
      <w:r>
        <w:rPr>
          <w:b/>
          <w:i w:val="0"/>
        </w:rPr>
        <w:t>Mẹo</w:t>
      </w:r>
    </w:p>
    <w:p>
      <w:pPr>
        <w:spacing w:after="80"/>
      </w:pPr>
      <w:r>
        <w:rPr>
          <w:b w:val="0"/>
          <w:i w:val="0"/>
        </w:rPr>
        <w:t xml:space="preserve">Lưu ý rằng gọi cả ba hàm này sẽ chậm hơn so với việc gọi một lần duy nhất </w:t>
      </w:r>
      <w:r>
        <w:rPr>
          <w:rFonts w:ascii="Consolas" w:hAnsi="Consolas"/>
          <w:b w:val="0"/>
          <w:i w:val="0"/>
          <w:sz w:val="20"/>
        </w:rPr>
        <w:br/>
        <w:br/>
        <w:t xml:space="preserve">       os.stats</w:t>
        <w:br/>
        <w:t xml:space="preserve">      </w:t>
        <w:br/>
      </w:r>
      <w:r>
        <w:rPr>
          <w:b w:val="0"/>
          <w:i w:val="0"/>
        </w:rPr>
        <w:t xml:space="preserve"> và xử lý kết quả. Ngoài ra, các chỉ số trả về có thể được kiểm tra để phát hiện siêu dữ liệu (metadata) khả dụng.</w:t>
      </w:r>
    </w:p>
    <w:p>
      <w:pPr>
        <w:spacing w:after="80"/>
      </w:pPr>
      <w:r>
        <w:rPr>
          <w:b w:val="0"/>
          <w:i w:val="0"/>
        </w:rPr>
        <w:t>Các trường siêu dữ liệu được mô tả trong công thức này có sẵn cho mọi hệ thống tệp, nhưng có nhiều trường khác có thể được sử dụng, tùy thuộc vào nền tảng cụ thể.</w:t>
      </w:r>
    </w:p>
    <w:p>
      <w:pPr>
        <w:spacing w:after="80"/>
      </w:pPr>
      <w:r>
        <w:rPr>
          <w:b w:val="0"/>
          <w:i w:val="0"/>
        </w:rPr>
        <w:t xml:space="preserve">Ví dụ, để lấy ngày tạo của một tệp, bạn có thể dùng tham số </w:t>
      </w:r>
      <w:r>
        <w:rPr>
          <w:rFonts w:ascii="Consolas" w:hAnsi="Consolas"/>
          <w:b w:val="0"/>
          <w:i w:val="0"/>
          <w:sz w:val="20"/>
        </w:rPr>
        <w:br/>
        <w:br/>
        <w:t xml:space="preserve">      st_birthtime</w:t>
        <w:br/>
        <w:t xml:space="preserve">     </w:t>
        <w:br/>
      </w:r>
      <w:r>
        <w:rPr>
          <w:b w:val="0"/>
          <w:i w:val="0"/>
        </w:rPr>
        <w:t xml:space="preserve"> cho macOS hoặc </w:t>
      </w:r>
      <w:r>
        <w:rPr>
          <w:rFonts w:ascii="Consolas" w:hAnsi="Consolas"/>
          <w:b w:val="0"/>
          <w:i w:val="0"/>
          <w:sz w:val="20"/>
        </w:rPr>
        <w:br/>
        <w:br/>
        <w:t xml:space="preserve">      st_mtime</w:t>
        <w:br/>
        <w:t xml:space="preserve">     </w:t>
        <w:br/>
      </w:r>
      <w:r>
        <w:rPr>
          <w:b w:val="0"/>
          <w:i w:val="0"/>
        </w:rPr>
        <w:t xml:space="preserve"> trong Windows.</w:t>
      </w:r>
    </w:p>
    <w:p>
      <w:pPr>
        <w:spacing w:after="80"/>
      </w:pPr>
      <w:r>
        <w:rPr>
          <w:b/>
          <w:i w:val="0"/>
        </w:rPr>
        <w:t>Lưu ý</w:t>
      </w:r>
    </w:p>
    <w:p>
      <w:pPr>
        <w:spacing w:after="80"/>
      </w:pPr>
      <w:r>
        <w:rPr>
          <w:rFonts w:ascii="Consolas" w:hAnsi="Consolas"/>
          <w:b w:val="0"/>
          <w:i w:val="0"/>
          <w:sz w:val="20"/>
        </w:rPr>
        <w:br/>
        <w:br/>
        <w:t xml:space="preserve">       st_mtime</w:t>
        <w:br/>
        <w:t xml:space="preserve">      </w:t>
        <w:br/>
      </w:r>
      <w:r>
        <w:rPr>
          <w:b w:val="0"/>
          <w:i w:val="0"/>
        </w:rPr>
        <w:t xml:space="preserve"> luôn có sẵn, nhưng ý nghĩa của nó thay đổi giữa các hệ thống. Trong hệ thống Unix, nó sẽ thay đổi khi nội dung bị sửa đổi, vì vậy đây không phải là cách đáng tin cậy để lấy thời điểm tệp được tạo.</w:t>
      </w:r>
    </w:p>
    <w:p>
      <w:pPr>
        <w:spacing w:after="80"/>
      </w:pPr>
      <w:r>
        <w:rPr>
          <w:rFonts w:ascii="Consolas" w:hAnsi="Consolas"/>
          <w:b w:val="0"/>
          <w:i w:val="0"/>
          <w:sz w:val="20"/>
        </w:rPr>
        <w:br/>
        <w:br/>
        <w:t xml:space="preserve">      os.stat</w:t>
        <w:br/>
        <w:t xml:space="preserve">     </w:t>
        <w:br/>
      </w:r>
      <w:r>
        <w:rPr>
          <w:b w:val="0"/>
          <w:i w:val="0"/>
        </w:rPr>
        <w:t xml:space="preserve"> sẽ đi theo các liên kết tượng trưng (symbolic link). Nếu bạn muốn lấy chỉ số của chính liên kết tượng trưng đó, hãy dùng </w:t>
      </w:r>
      <w:r>
        <w:rPr>
          <w:rFonts w:ascii="Consolas" w:hAnsi="Consolas"/>
          <w:b w:val="0"/>
          <w:i w:val="0"/>
          <w:sz w:val="20"/>
        </w:rPr>
        <w:br/>
        <w:br/>
        <w:t xml:space="preserve">      os.lstat()</w:t>
        <w:br/>
        <w:t xml:space="preserve">     </w:t>
        <w:br/>
      </w:r>
      <w:r>
        <w:rPr>
          <w:b w:val="0"/>
          <w:i w:val="0"/>
        </w:rPr>
        <w:t xml:space="preserve"> .</w:t>
      </w:r>
    </w:p>
    <w:p>
      <w:pPr>
        <w:spacing w:after="80"/>
      </w:pPr>
      <w:r>
        <w:rPr>
          <w:b/>
          <w:i w:val="0"/>
        </w:rPr>
        <w:t>Lưu ý</w:t>
      </w:r>
    </w:p>
    <w:p>
      <w:pPr>
        <w:spacing w:after="80"/>
      </w:pPr>
      <w:r>
        <w:rPr>
          <w:b w:val="0"/>
          <w:i w:val="0"/>
        </w:rPr>
        <w:t xml:space="preserve">Liên kết tượng trưng là một tệp hoặc thư mục trỏ đến một tệp hoặc thư mục khác. Đây là cách để có nhiều tệp hoặc thư mục cùng trỏ đến một cái. Xem bài viết này để có mô tả chi tiết hơn: </w:t>
      </w:r>
      <w:r>
        <w:rPr>
          <w:rFonts w:ascii="Consolas" w:hAnsi="Consolas"/>
          <w:b w:val="0"/>
          <w:i w:val="0"/>
          <w:sz w:val="20"/>
        </w:rPr>
        <w:br/>
        <w:br/>
        <w:t xml:space="preserve">        https://www.komprise.com/glossary_terms/symbolic-link/</w:t>
        <w:br/>
        <w:t xml:space="preserve">       </w:t>
        <w:br/>
      </w:r>
      <w:r>
        <w:rPr>
          <w:b w:val="0"/>
          <w:i w:val="0"/>
        </w:rPr>
        <w:t xml:space="preserve"> .</w:t>
      </w:r>
    </w:p>
    <w:p>
      <w:pPr>
        <w:spacing w:after="80"/>
      </w:pPr>
      <w:r>
        <w:rPr>
          <w:b w:val="0"/>
          <w:i w:val="0"/>
        </w:rPr>
        <w:t xml:space="preserve">Bạn có thể xem tài liệu đầy đủ về tất cả các chỉ số khả dụng tại đây: </w:t>
      </w:r>
      <w:r>
        <w:rPr>
          <w:rFonts w:ascii="Consolas" w:hAnsi="Consolas"/>
          <w:b w:val="0"/>
          <w:i w:val="0"/>
          <w:sz w:val="20"/>
        </w:rPr>
        <w:br/>
        <w:br/>
        <w:t xml:space="preserve">       https://docs.python.org/3/library/os.html#os.stat_result</w:t>
        <w:br/>
        <w:t xml:space="preserve">      </w:t>
        <w:br/>
      </w:r>
      <w:r>
        <w:rPr>
          <w:b w:val="0"/>
          <w:i w:val="0"/>
        </w:rPr>
        <w:t xml:space="preserve"> .</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Đọc tệp văn bản </w:t>
      </w:r>
      <w:r>
        <w:rPr>
          <w:b w:val="0"/>
          <w:i w:val="0"/>
        </w:rPr>
        <w:t xml:space="preserve"> , ở phần trước trong chương này, để tìm hiểu những kiến thức cơ bản về mở và đọc tệp.</w:t>
      </w:r>
    </w:p>
    <w:p>
      <w:pPr>
        <w:spacing w:after="80"/>
        <w:ind w:left="360"/>
      </w:pPr>
      <w:r>
        <w:t xml:space="preserve">• </w:t>
      </w:r>
      <w:r>
        <w:rPr>
          <w:b w:val="0"/>
          <w:i w:val="0"/>
        </w:rPr>
        <w:t xml:space="preserve">Công thức </w:t>
      </w:r>
      <w:r>
        <w:rPr>
          <w:b w:val="0"/>
          <w:i/>
        </w:rPr>
        <w:t xml:space="preserve"> Đọc hình ảnh </w:t>
      </w:r>
      <w:r>
        <w:rPr>
          <w:b w:val="0"/>
          <w:i w:val="0"/>
        </w:rPr>
        <w:t xml:space="preserve"> , sẽ đến tiếp theo, để tìm hiểu cách đọc và xử lý các tệp hình ảnh.</w:t>
      </w:r>
    </w:p>
    <w:p>
      <w:pPr>
        <w:pStyle w:val="Heading2"/>
      </w:pPr>
      <w:r>
        <w:rPr>
          <w:rFonts w:ascii="Calibri" w:hAnsi="Calibri"/>
          <w:b/>
          <w:i w:val="0"/>
          <w:sz w:val="32"/>
        </w:rPr>
        <w:t>Đọc hình ảnh</w:t>
      </w:r>
    </w:p>
    <w:p>
      <w:pPr>
        <w:spacing w:after="80"/>
      </w:pPr>
      <w:r>
        <w:rPr>
          <w:b w:val="0"/>
          <w:i w:val="0"/>
        </w:rPr>
        <w:t>Có lẽ dạng dữ liệu phổ biến nhất không phải văn bản chính là dữ liệu hình ảnh. Hình ảnh có bộ siêu dữ liệu (metadata) riêng, có thể được đọc và dùng để lọc giá trị hoặc thực hiện các thao tác khác.</w:t>
      </w:r>
    </w:p>
    <w:p>
      <w:pPr>
        <w:spacing w:after="80"/>
      </w:pPr>
      <w:r>
        <w:rPr>
          <w:b w:val="0"/>
          <w:i w:val="0"/>
        </w:rPr>
        <w:t>Thách thức chính là phải xử lý nhiều định dạng hình ảnh và các đặc tả siêu dữ liệu khác nhau. Trong công thức này, chúng ta sẽ chỉ cách lấy thông tin từ cả tệp JPEG lẫn PNG, và xem cùng một thông tin có thể được mã hóa theo những cách khác nhau như thế nào.</w:t>
      </w:r>
    </w:p>
    <w:p>
      <w:pPr>
        <w:pStyle w:val="Heading3"/>
      </w:pPr>
      <w:r>
        <w:rPr>
          <w:rFonts w:ascii="Calibri" w:hAnsi="Calibri"/>
          <w:b/>
          <w:i w:val="0"/>
          <w:sz w:val="26"/>
        </w:rPr>
        <w:t>Chuẩn bị</w:t>
      </w:r>
    </w:p>
    <w:p>
      <w:pPr>
        <w:spacing w:after="80"/>
      </w:pPr>
      <w:r>
        <w:rPr>
          <w:b w:val="0"/>
          <w:i w:val="0"/>
        </w:rPr>
        <w:t xml:space="preserve">Bộ công cụ tổng quát tốt nhất để xử lý hình ảnh trong Python, có thể nói, là </w:t>
      </w:r>
      <w:r>
        <w:rPr>
          <w:rFonts w:ascii="Consolas" w:hAnsi="Consolas"/>
          <w:b w:val="0"/>
          <w:i w:val="0"/>
          <w:sz w:val="20"/>
        </w:rPr>
        <w:br/>
        <w:br/>
        <w:t xml:space="preserve">      Pillow</w:t>
        <w:br/>
        <w:t xml:space="preserve">     </w:t>
        <w:br/>
      </w:r>
      <w:r>
        <w:rPr>
          <w:b w:val="0"/>
          <w:i w:val="0"/>
        </w:rPr>
        <w:t xml:space="preserve"> . Thư viện này cho phép bạn dễ dàng đọc các tệp ở những định dạng phổ biến nhất, cũng như thực hiện các thao tác trên chúng. </w:t>
      </w:r>
      <w:r>
        <w:rPr>
          <w:rFonts w:ascii="Consolas" w:hAnsi="Consolas"/>
          <w:b w:val="0"/>
          <w:i w:val="0"/>
          <w:sz w:val="20"/>
        </w:rPr>
        <w:br/>
        <w:br/>
        <w:t xml:space="preserve">      Pillow</w:t>
        <w:br/>
        <w:t xml:space="preserve">     </w:t>
        <w:br/>
      </w:r>
      <w:r>
        <w:rPr>
          <w:b w:val="0"/>
          <w:i w:val="0"/>
        </w:rPr>
        <w:t xml:space="preserve"> khởi đầu như một bản fork của </w:t>
      </w:r>
      <w:r>
        <w:rPr>
          <w:b/>
          <w:i w:val="0"/>
        </w:rPr>
        <w:t xml:space="preserve"> PIL </w:t>
      </w:r>
      <w:r>
        <w:rPr>
          <w:b w:val="0"/>
          <w:i w:val="0"/>
        </w:rPr>
        <w:t xml:space="preserve"> ( </w:t>
      </w:r>
      <w:r>
        <w:rPr>
          <w:b/>
          <w:i w:val="0"/>
        </w:rPr>
        <w:t xml:space="preserve"> Python Imaging Library </w:t>
      </w:r>
      <w:r>
        <w:rPr>
          <w:b w:val="0"/>
          <w:i w:val="0"/>
        </w:rPr>
        <w:t xml:space="preserve"> ), một mô-đun trước đó đã bị đình trệ vài năm trước.</w:t>
      </w:r>
    </w:p>
    <w:p>
      <w:pPr>
        <w:spacing w:after="80"/>
      </w:pPr>
      <w:r>
        <w:rPr>
          <w:b w:val="0"/>
          <w:i w:val="0"/>
        </w:rPr>
        <w:t xml:space="preserve">Chúng ta cũng sẽ dùng mô-đun </w:t>
      </w:r>
      <w:r>
        <w:rPr>
          <w:rFonts w:ascii="Consolas" w:hAnsi="Consolas"/>
          <w:b w:val="0"/>
          <w:i w:val="0"/>
          <w:sz w:val="20"/>
        </w:rPr>
        <w:br/>
        <w:br/>
        <w:t xml:space="preserve">      xmltodict</w:t>
        <w:br/>
        <w:t xml:space="preserve">     </w:t>
        <w:br/>
      </w:r>
      <w:r>
        <w:rPr>
          <w:b w:val="0"/>
          <w:i w:val="0"/>
        </w:rPr>
        <w:t xml:space="preserve"> để chuyển một số dữ liệu từ XML sang dạng từ điển (dictionary) tiện lợi hơn. Chúng ta sẽ thêm cả hai mô-đun vào </w:t>
      </w:r>
      <w:r>
        <w:rPr>
          <w:rFonts w:ascii="Consolas" w:hAnsi="Consolas"/>
          <w:b w:val="0"/>
          <w:i w:val="0"/>
          <w:sz w:val="20"/>
        </w:rPr>
        <w:br/>
        <w:br/>
        <w:t xml:space="preserve">      requirements.txt</w:t>
        <w:br/>
        <w:t xml:space="preserve">     </w:t>
        <w:br/>
      </w:r>
      <w:r>
        <w:rPr>
          <w:b w:val="0"/>
          <w:i w:val="0"/>
        </w:rPr>
        <w:t xml:space="preserve"> và cài đặt lại chúng trong môi trường ảo (virtual environment):</w:t>
      </w:r>
    </w:p>
    <w:p>
      <w:pPr>
        <w:spacing w:after="0"/>
        <w:ind w:left="360"/>
        <w:shd w:val="clear" w:color="auto" w:fill="F2F2F2"/>
      </w:pPr>
      <w:r>
        <w:rPr>
          <w:rFonts w:ascii="Consolas" w:hAnsi="Consolas"/>
          <w:sz w:val="18"/>
        </w:rPr>
        <w:t>$ echo "Pillow==12.0.0" &gt;&gt; requirements.txt</w:t>
      </w:r>
    </w:p>
    <w:p>
      <w:pPr>
        <w:spacing w:after="0"/>
        <w:ind w:left="360"/>
        <w:shd w:val="clear" w:color="auto" w:fill="F2F2F2"/>
      </w:pPr>
      <w:r>
        <w:rPr>
          <w:rFonts w:ascii="Consolas" w:hAnsi="Consolas"/>
          <w:sz w:val="18"/>
        </w:rPr>
        <w:t>$ echo "xmltodict==1.0.2" &gt;&gt; requirements.txt</w:t>
      </w:r>
    </w:p>
    <w:p>
      <w:pPr>
        <w:spacing w:after="0"/>
        <w:ind w:left="360"/>
        <w:shd w:val="clear" w:color="auto" w:fill="F2F2F2"/>
      </w:pPr>
      <w:r>
        <w:rPr>
          <w:rFonts w:ascii="Consolas" w:hAnsi="Consolas"/>
          <w:sz w:val="18"/>
        </w:rPr>
        <w:t>$ uv pip install -r requirements.txt</w:t>
      </w:r>
    </w:p>
    <w:p>
      <w:pPr>
        <w:spacing w:after="40"/>
      </w:pPr>
    </w:p>
    <w:p>
      <w:pPr>
        <w:spacing w:after="80"/>
      </w:pPr>
      <w:r>
        <w:rPr>
          <w:b w:val="0"/>
          <w:i w:val="0"/>
        </w:rPr>
        <w:t xml:space="preserve">Thông tin siêu dữ liệu trong các tệp ảnh được định nghĩa theo định dạng </w:t>
      </w:r>
      <w:r>
        <w:rPr>
          <w:b/>
          <w:i w:val="0"/>
        </w:rPr>
        <w:t xml:space="preserve"> EXIF </w:t>
      </w:r>
      <w:r>
        <w:rPr>
          <w:b w:val="0"/>
          <w:i w:val="0"/>
        </w:rPr>
        <w:t xml:space="preserve"> ( </w:t>
      </w:r>
      <w:r>
        <w:rPr>
          <w:b/>
          <w:i w:val="0"/>
        </w:rPr>
        <w:t xml:space="preserve"> Exchangeable Image File </w:t>
      </w:r>
      <w:r>
        <w:rPr>
          <w:b w:val="0"/>
          <w:i w:val="0"/>
        </w:rPr>
        <w:t xml:space="preserve"> ). EXIF là một chuẩn để lưu thông tin về ảnh, bao gồm những thứ như máy ảnh nào đã chụp, chụp khi nào, cài đặt phơi sáng (exposure) và tiêu cự (focal length), thông tin màu sắc, thông tin GPS mô tả vị trí, v.v.</w:t>
      </w:r>
    </w:p>
    <w:p>
      <w:pPr>
        <w:spacing w:after="80"/>
      </w:pPr>
      <w:r>
        <w:rPr>
          <w:b/>
          <w:i w:val="0"/>
        </w:rPr>
        <w:t>Mẹo</w:t>
      </w:r>
    </w:p>
    <w:p>
      <w:pPr>
        <w:spacing w:after="80"/>
      </w:pPr>
      <w:r>
        <w:rPr>
          <w:b w:val="0"/>
          <w:i w:val="0"/>
        </w:rPr>
        <w:t xml:space="preserve">Bạn có thể xem tóm tắt hữu ích ở đây: </w:t>
      </w:r>
      <w:r>
        <w:rPr>
          <w:rFonts w:ascii="Consolas" w:hAnsi="Consolas"/>
          <w:b w:val="0"/>
          <w:i w:val="0"/>
          <w:sz w:val="20"/>
        </w:rPr>
        <w:br/>
        <w:br/>
        <w:t xml:space="preserve">        https://www.slrphotographyguide.com/what-is-exif-metadata/</w:t>
        <w:br/>
        <w:t xml:space="preserve">       </w:t>
        <w:br/>
      </w:r>
      <w:r>
        <w:rPr>
          <w:b w:val="0"/>
          <w:i w:val="0"/>
        </w:rPr>
        <w:t xml:space="preserve"> . Tất cả thông tin đều là tùy chọn, nhưng hầu như mọi máy ảnh kỹ thuật số và phần mềm xử lý đều lưu một số dữ liệu. Vì lo ngại về quyền riêng tư, một số phần của nó, như vị trí chính xác, có thể bị vô hiệu hóa.</w:t>
      </w:r>
    </w:p>
    <w:p>
      <w:pPr>
        <w:spacing w:after="80"/>
      </w:pPr>
      <w:r>
        <w:rPr>
          <w:b w:val="0"/>
          <w:i w:val="0"/>
        </w:rPr>
        <w:t xml:space="preserve">Những hình ảnh sau sẽ được dùng cho công thức này, và có thể tải về trong kho GitHub ( </w:t>
      </w:r>
      <w:r>
        <w:rPr>
          <w:rFonts w:ascii="Consolas" w:hAnsi="Consolas"/>
          <w:b w:val="0"/>
          <w:i w:val="0"/>
          <w:sz w:val="20"/>
        </w:rPr>
        <w:br/>
        <w:br/>
        <w:t xml:space="preserve">       https://github.com/PacktPublishing/Python-Automation-Cookbook-Third-Edition/tree/main/ch04/images</w:t>
        <w:br/>
        <w:t xml:space="preserve">      </w:t>
        <w:br/>
      </w:r>
      <w:r>
        <w:rPr>
          <w:b w:val="0"/>
          <w:i w:val="0"/>
        </w:rPr>
        <w:t xml:space="preserve"> ):</w:t>
      </w:r>
    </w:p>
    <w:p>
      <w:pPr>
        <w:spacing w:after="80"/>
        <w:ind w:left="360"/>
      </w:pPr>
      <w:r>
        <w:t xml:space="preserve">• </w:t>
      </w:r>
      <w:r>
        <w:rPr>
          <w:rFonts w:ascii="Consolas" w:hAnsi="Consolas"/>
          <w:b w:val="0"/>
          <w:i w:val="0"/>
          <w:sz w:val="20"/>
        </w:rPr>
        <w:br/>
        <w:br/>
        <w:t xml:space="preserve">       photo‑dublin‑a1.jpg</w:t>
        <w:br/>
        <w:t xml:space="preserve">      </w:t>
        <w:br/>
      </w:r>
    </w:p>
    <w:p>
      <w:pPr>
        <w:spacing w:after="80"/>
        <w:ind w:left="360"/>
      </w:pPr>
      <w:r>
        <w:t xml:space="preserve">• </w:t>
      </w:r>
      <w:r>
        <w:rPr>
          <w:rFonts w:ascii="Consolas" w:hAnsi="Consolas"/>
          <w:b w:val="0"/>
          <w:i w:val="0"/>
          <w:sz w:val="20"/>
        </w:rPr>
        <w:br/>
        <w:br/>
        <w:t xml:space="preserve">       photo‑dublin‑a2.png</w:t>
        <w:br/>
        <w:t xml:space="preserve">      </w:t>
        <w:br/>
      </w:r>
    </w:p>
    <w:p>
      <w:pPr>
        <w:spacing w:after="80"/>
        <w:ind w:left="360"/>
      </w:pPr>
      <w:r>
        <w:t xml:space="preserve">• </w:t>
      </w:r>
      <w:r>
        <w:rPr>
          <w:rFonts w:ascii="Consolas" w:hAnsi="Consolas"/>
          <w:b w:val="0"/>
          <w:i w:val="0"/>
          <w:sz w:val="20"/>
        </w:rPr>
        <w:br/>
        <w:br/>
        <w:t xml:space="preserve">       photo‑dublin‑b.png</w:t>
        <w:br/>
        <w:t xml:space="preserve">      </w:t>
        <w:br/>
      </w:r>
    </w:p>
    <w:p>
      <w:pPr>
        <w:spacing w:after="80"/>
      </w:pPr>
      <w:r>
        <w:rPr>
          <w:b w:val="0"/>
          <w:i w:val="0"/>
        </w:rPr>
        <w:t xml:space="preserve">Hai trong số đó, </w:t>
      </w:r>
      <w:r>
        <w:rPr>
          <w:rFonts w:ascii="Consolas" w:hAnsi="Consolas"/>
          <w:b w:val="0"/>
          <w:i w:val="0"/>
          <w:sz w:val="20"/>
        </w:rPr>
        <w:br/>
        <w:br/>
        <w:t xml:space="preserve">      photo‑dublin‑a1.jpg</w:t>
        <w:br/>
        <w:t xml:space="preserve">     </w:t>
        <w:br/>
      </w:r>
      <w:r>
        <w:rPr>
          <w:b w:val="0"/>
          <w:i w:val="0"/>
        </w:rPr>
        <w:t xml:space="preserve"> và </w:t>
      </w:r>
      <w:r>
        <w:rPr>
          <w:rFonts w:ascii="Consolas" w:hAnsi="Consolas"/>
          <w:b w:val="0"/>
          <w:i w:val="0"/>
          <w:sz w:val="20"/>
        </w:rPr>
        <w:br/>
        <w:br/>
        <w:t xml:space="preserve">      photo‑dublin‑a2.png</w:t>
        <w:br/>
        <w:t xml:space="preserve">     </w:t>
        <w:br/>
      </w:r>
      <w:r>
        <w:rPr>
          <w:b w:val="0"/>
          <w:i w:val="0"/>
        </w:rPr>
        <w:t xml:space="preserve"> , là cùng một cảnh, nhưng trong khi ảnh đầu là ảnh chưa chỉnh sửa thì ảnh thứ hai đã được chỉnh sửa để thay đổi màu sắc đôi chút và cũng đã được thay đổi kích thước. Lưu ý rằng một ảnh ở định dạng JPEG còn ảnh kia ở định dạng PNG. Ảnh còn lại, </w:t>
      </w:r>
      <w:r>
        <w:rPr>
          <w:rFonts w:ascii="Consolas" w:hAnsi="Consolas"/>
          <w:b w:val="0"/>
          <w:i w:val="0"/>
          <w:sz w:val="20"/>
        </w:rPr>
        <w:br/>
        <w:br/>
        <w:t xml:space="preserve">      photo‑dublin‑b.png</w:t>
        <w:br/>
        <w:t xml:space="preserve">     </w:t>
        <w:br/>
      </w:r>
      <w:r>
        <w:rPr>
          <w:b w:val="0"/>
          <w:i w:val="0"/>
        </w:rPr>
        <w:t xml:space="preserve"> , là ảnh của một cảnh khác. Cả hai bức ảnh đều được chụp ở Dublin, bằng cùng một máy ảnh điện thoại, vào hai ngày khác nhau.</w:t>
      </w:r>
    </w:p>
    <w:p>
      <w:pPr>
        <w:spacing w:after="80"/>
      </w:pPr>
      <w:r>
        <w:rPr>
          <w:b w:val="0"/>
          <w:i w:val="0"/>
        </w:rPr>
        <w:t>Trong khi Pillow hiểu cách các tệp JPG lưu trực tiếp thông tin EXIF, thì các tệp PNG lại lưu thông tin XMP, một chuẩn tổng quát hơn có thể chứa dữ liệu EXIF.</w:t>
      </w:r>
    </w:p>
    <w:p>
      <w:pPr>
        <w:spacing w:after="80"/>
      </w:pPr>
      <w:r>
        <w:rPr>
          <w:b/>
          <w:i w:val="0"/>
        </w:rPr>
        <w:t>Mẹo</w:t>
      </w:r>
    </w:p>
    <w:p>
      <w:pPr>
        <w:spacing w:after="80"/>
      </w:pPr>
      <w:r>
        <w:rPr>
          <w:b w:val="0"/>
          <w:i w:val="0"/>
        </w:rPr>
        <w:t xml:space="preserve">Có thể tìm thêm thông tin về XMP ở đây: </w:t>
      </w:r>
      <w:r>
        <w:rPr>
          <w:rFonts w:ascii="Consolas" w:hAnsi="Consolas"/>
          <w:b w:val="0"/>
          <w:i w:val="0"/>
          <w:sz w:val="20"/>
        </w:rPr>
        <w:br/>
        <w:br/>
        <w:t xml:space="preserve">        https://www.adobe.com/devnet/xmp.html</w:t>
        <w:br/>
        <w:t xml:space="preserve">       </w:t>
        <w:br/>
      </w:r>
      <w:r>
        <w:rPr>
          <w:b w:val="0"/>
          <w:i w:val="0"/>
        </w:rPr>
        <w:t xml:space="preserve"> . Phần lớn thì nó định nghĩa một cấu trúc cây XML khá dễ đọc ở dạng thô.</w:t>
      </w:r>
    </w:p>
    <w:p>
      <w:pPr>
        <w:spacing w:after="80"/>
      </w:pPr>
      <w:r>
        <w:rPr>
          <w:b w:val="0"/>
          <w:i w:val="0"/>
        </w:rPr>
        <w:t>Để mọi thứ càng thêm rối rắm, XMP được mã hóa bằng RDF, một tiêu chuẩn mô tả cách mã hóa cây XML.</w:t>
      </w:r>
    </w:p>
    <w:p>
      <w:pPr>
        <w:spacing w:after="80"/>
      </w:pPr>
      <w:r>
        <w:rPr>
          <w:b/>
          <w:i w:val="0"/>
        </w:rPr>
        <w:t>Mẹo</w:t>
      </w:r>
    </w:p>
    <w:p>
      <w:pPr>
        <w:spacing w:after="80"/>
      </w:pPr>
      <w:r>
        <w:rPr>
          <w:b w:val="0"/>
          <w:i w:val="0"/>
        </w:rPr>
        <w:t>Nếu EXIF, XMP và RDF nghe có vẻ khó hiểu, thì đúng là chúng khó hiểu thật. XMP lưu trữ thông tin EXIF bằng RDF. Chung quy lại, sự khác biệt giữa chúng không thực sự quan trọng lắm, và cách tiếp cận tốt nhất là tìm ra những phần thú vị. Chúng ta có thể xem xét chi tiết các thuộc tính và phương thức của đối tượng bằng các công cụ nội quan (introspection) của Python, rồi kiểm tra chính xác cách dữ liệu được cấu trúc ra sao, và tên của tham số mà chúng ta đang tìm là gì.</w:t>
      </w:r>
    </w:p>
    <w:p>
      <w:pPr>
        <w:spacing w:after="80"/>
      </w:pPr>
      <w:r>
        <w:rPr>
          <w:b w:val="0"/>
          <w:i w:val="0"/>
        </w:rPr>
        <w:t xml:space="preserve">Vì thông tin GPS được lưu ở nhiều định dạng khác nhau, chúng tôi đã đưa vào kho GitHub một tệp có tên </w:t>
      </w:r>
      <w:r>
        <w:rPr>
          <w:rFonts w:ascii="Consolas" w:hAnsi="Consolas"/>
          <w:b w:val="0"/>
          <w:i w:val="0"/>
          <w:sz w:val="20"/>
        </w:rPr>
        <w:br/>
        <w:br/>
        <w:t xml:space="preserve">      gps_conversion.py</w:t>
        <w:br/>
        <w:t xml:space="preserve">     </w:t>
        <w:br/>
      </w:r>
      <w:r>
        <w:rPr>
          <w:b w:val="0"/>
          <w:i w:val="0"/>
        </w:rPr>
        <w:t xml:space="preserve"> : </w:t>
      </w:r>
      <w:r>
        <w:rPr>
          <w:rFonts w:ascii="Consolas" w:hAnsi="Consolas"/>
          <w:b w:val="0"/>
          <w:i w:val="0"/>
          <w:sz w:val="20"/>
        </w:rPr>
        <w:br/>
        <w:br/>
        <w:t xml:space="preserve">       https://github.com/PacktPublishing/Python-Automation-Cookbook-Third-Edition/blob/main/ch04/gps_conversion.py</w:t>
        <w:br/>
        <w:t xml:space="preserve">      </w:t>
        <w:br/>
      </w:r>
      <w:r>
        <w:rPr>
          <w:b w:val="0"/>
          <w:i w:val="0"/>
        </w:rPr>
        <w:t xml:space="preserve"> . Tệp này bao gồm các hàm </w:t>
      </w:r>
      <w:r>
        <w:rPr>
          <w:rFonts w:ascii="Consolas" w:hAnsi="Consolas"/>
          <w:b w:val="0"/>
          <w:i w:val="0"/>
          <w:sz w:val="20"/>
        </w:rPr>
        <w:br/>
        <w:br/>
        <w:t xml:space="preserve">      exif_to_decimal</w:t>
        <w:br/>
        <w:t xml:space="preserve">     </w:t>
        <w:br/>
      </w:r>
      <w:r>
        <w:rPr>
          <w:b w:val="0"/>
          <w:i w:val="0"/>
        </w:rPr>
        <w:t xml:space="preserve"> và </w:t>
      </w:r>
      <w:r>
        <w:rPr>
          <w:rFonts w:ascii="Consolas" w:hAnsi="Consolas"/>
          <w:b w:val="0"/>
          <w:i w:val="0"/>
          <w:sz w:val="20"/>
        </w:rPr>
        <w:br/>
        <w:br/>
        <w:t xml:space="preserve">      rdf_to_decimal</w:t>
        <w:br/>
        <w:t xml:space="preserve">     </w:t>
        <w:br/>
      </w:r>
      <w:r>
        <w:rPr>
          <w:b w:val="0"/>
          <w:i w:val="0"/>
        </w:rPr>
        <w:t xml:space="preserve"> , sẽ chuyển đổi cả hai định dạng thành số thập phân để có thể so sánh chúng với nhau.</w:t>
      </w:r>
    </w:p>
    <w:p>
      <w:pPr>
        <w:pStyle w:val="Heading3"/>
      </w:pPr>
      <w:r>
        <w:rPr>
          <w:rFonts w:ascii="Calibri" w:hAnsi="Calibri"/>
          <w:b/>
          <w:i w:val="0"/>
          <w:sz w:val="26"/>
        </w:rPr>
        <w:t>Cách thực hiện...</w:t>
      </w:r>
    </w:p>
    <w:p>
      <w:pPr>
        <w:spacing w:after="80"/>
        <w:ind w:left="360"/>
      </w:pPr>
      <w:r>
        <w:t xml:space="preserve">1. </w:t>
      </w:r>
      <w:r>
        <w:rPr>
          <w:b w:val="0"/>
          <w:i w:val="0"/>
        </w:rPr>
        <w:t>Nhập các mô-đun và hàm cần thiết trong công thức này:</w:t>
      </w:r>
    </w:p>
    <w:p>
      <w:pPr>
        <w:spacing w:after="0"/>
        <w:ind w:left="360"/>
        <w:shd w:val="clear" w:color="auto" w:fill="F2F2F2"/>
      </w:pPr>
      <w:r>
        <w:rPr>
          <w:rFonts w:ascii="Consolas" w:hAnsi="Consolas"/>
          <w:sz w:val="18"/>
        </w:rPr>
        <w:t>&gt;&gt;&gt; from PIL import Image</w:t>
      </w:r>
    </w:p>
    <w:p>
      <w:pPr>
        <w:spacing w:after="0"/>
        <w:ind w:left="360"/>
        <w:shd w:val="clear" w:color="auto" w:fill="F2F2F2"/>
      </w:pPr>
      <w:r>
        <w:rPr>
          <w:rFonts w:ascii="Consolas" w:hAnsi="Consolas"/>
          <w:sz w:val="18"/>
        </w:rPr>
        <w:t>&gt;&gt;&gt; from PIL.ExifTags import TAGS, GPSTAGS</w:t>
      </w:r>
    </w:p>
    <w:p>
      <w:pPr>
        <w:spacing w:after="0"/>
        <w:ind w:left="360"/>
        <w:shd w:val="clear" w:color="auto" w:fill="F2F2F2"/>
      </w:pPr>
      <w:r>
        <w:rPr>
          <w:rFonts w:ascii="Consolas" w:hAnsi="Consolas"/>
          <w:sz w:val="18"/>
        </w:rPr>
        <w:t>&gt;&gt;&gt; import xmltodict</w:t>
      </w:r>
    </w:p>
    <w:p>
      <w:pPr>
        <w:spacing w:after="0"/>
        <w:ind w:left="360"/>
        <w:shd w:val="clear" w:color="auto" w:fill="F2F2F2"/>
      </w:pPr>
      <w:r>
        <w:rPr>
          <w:rFonts w:ascii="Consolas" w:hAnsi="Consolas"/>
          <w:sz w:val="18"/>
        </w:rPr>
        <w:t>&gt;&gt;&gt; from gps_conversion import exif_to_decimal, rdf_to_decimal</w:t>
      </w:r>
    </w:p>
    <w:p>
      <w:pPr>
        <w:spacing w:after="40"/>
      </w:pPr>
    </w:p>
    <w:p>
      <w:pPr>
        <w:spacing w:after="80"/>
        <w:ind w:left="360"/>
      </w:pPr>
      <w:r>
        <w:t xml:space="preserve">2. </w:t>
      </w:r>
      <w:r>
        <w:rPr>
          <w:b w:val="0"/>
          <w:i w:val="0"/>
        </w:rPr>
        <w:t>Mở bức ảnh đầu tiên:</w:t>
      </w:r>
    </w:p>
    <w:p>
      <w:pPr>
        <w:spacing w:after="0"/>
        <w:ind w:left="360"/>
        <w:shd w:val="clear" w:color="auto" w:fill="F2F2F2"/>
      </w:pPr>
      <w:r>
        <w:rPr>
          <w:rFonts w:ascii="Consolas" w:hAnsi="Consolas"/>
          <w:sz w:val="18"/>
        </w:rPr>
        <w:t>&gt;&gt;&gt; image1 = Image.open('images/photo-dublin-a1.jpg')</w:t>
      </w:r>
    </w:p>
    <w:p>
      <w:pPr>
        <w:spacing w:after="40"/>
      </w:pPr>
    </w:p>
    <w:p>
      <w:pPr>
        <w:spacing w:after="80"/>
        <w:ind w:left="360"/>
      </w:pPr>
      <w:r>
        <w:t xml:space="preserve">3. </w:t>
      </w:r>
      <w:r>
        <w:rPr>
          <w:b w:val="0"/>
          <w:i w:val="0"/>
        </w:rPr>
        <w:t>Lấy chiều rộng, chiều cao và định dạng của tệp:</w:t>
      </w:r>
    </w:p>
    <w:p>
      <w:pPr>
        <w:spacing w:after="0"/>
        <w:ind w:left="360"/>
        <w:shd w:val="clear" w:color="auto" w:fill="F2F2F2"/>
      </w:pPr>
      <w:r>
        <w:rPr>
          <w:rFonts w:ascii="Consolas" w:hAnsi="Consolas"/>
          <w:sz w:val="18"/>
        </w:rPr>
        <w:t>&gt;&gt;&gt; image1.height</w:t>
      </w:r>
    </w:p>
    <w:p>
      <w:pPr>
        <w:spacing w:after="0"/>
        <w:ind w:left="360"/>
        <w:shd w:val="clear" w:color="auto" w:fill="F2F2F2"/>
      </w:pPr>
      <w:r>
        <w:rPr>
          <w:rFonts w:ascii="Consolas" w:hAnsi="Consolas"/>
          <w:sz w:val="18"/>
        </w:rPr>
        <w:t>3024</w:t>
      </w:r>
    </w:p>
    <w:p>
      <w:pPr>
        <w:spacing w:after="0"/>
        <w:ind w:left="360"/>
        <w:shd w:val="clear" w:color="auto" w:fill="F2F2F2"/>
      </w:pPr>
      <w:r>
        <w:rPr>
          <w:rFonts w:ascii="Consolas" w:hAnsi="Consolas"/>
          <w:sz w:val="18"/>
        </w:rPr>
        <w:t>&gt;&gt;&gt; image1.width</w:t>
      </w:r>
    </w:p>
    <w:p>
      <w:pPr>
        <w:spacing w:after="0"/>
        <w:ind w:left="360"/>
        <w:shd w:val="clear" w:color="auto" w:fill="F2F2F2"/>
      </w:pPr>
      <w:r>
        <w:rPr>
          <w:rFonts w:ascii="Consolas" w:hAnsi="Consolas"/>
          <w:sz w:val="18"/>
        </w:rPr>
        <w:t>4032</w:t>
      </w:r>
    </w:p>
    <w:p>
      <w:pPr>
        <w:spacing w:after="0"/>
        <w:ind w:left="360"/>
        <w:shd w:val="clear" w:color="auto" w:fill="F2F2F2"/>
      </w:pPr>
      <w:r>
        <w:rPr>
          <w:rFonts w:ascii="Consolas" w:hAnsi="Consolas"/>
          <w:sz w:val="18"/>
        </w:rPr>
        <w:t>&gt;&gt;&gt; image1.format</w:t>
      </w:r>
    </w:p>
    <w:p>
      <w:pPr>
        <w:spacing w:after="0"/>
        <w:ind w:left="360"/>
        <w:shd w:val="clear" w:color="auto" w:fill="F2F2F2"/>
      </w:pPr>
      <w:r>
        <w:rPr>
          <w:rFonts w:ascii="Consolas" w:hAnsi="Consolas"/>
          <w:sz w:val="18"/>
        </w:rPr>
        <w:t>'JPEG'</w:t>
      </w:r>
    </w:p>
    <w:p>
      <w:pPr>
        <w:spacing w:after="40"/>
      </w:pPr>
    </w:p>
    <w:p>
      <w:pPr>
        <w:spacing w:after="80"/>
        <w:ind w:left="360"/>
      </w:pPr>
      <w:r>
        <w:t xml:space="preserve">4. </w:t>
      </w:r>
      <w:r>
        <w:rPr>
          <w:b w:val="0"/>
          <w:i w:val="0"/>
        </w:rPr>
        <w:t>Truy xuất thông tin EXIF của ảnh và chuyển nó thành một dictionary tiện dụng. Hiển thị máy ảnh, ống kính đã dùng và thời điểm chụp:</w:t>
      </w:r>
    </w:p>
    <w:p>
      <w:pPr>
        <w:spacing w:after="0"/>
        <w:ind w:left="360"/>
        <w:shd w:val="clear" w:color="auto" w:fill="F2F2F2"/>
      </w:pPr>
      <w:r>
        <w:rPr>
          <w:rFonts w:ascii="Consolas" w:hAnsi="Consolas"/>
          <w:sz w:val="18"/>
        </w:rPr>
        <w:t>&gt;&gt;&gt; exif_info_1 = {TAGS.get(tag, tag): value</w:t>
      </w:r>
    </w:p>
    <w:p>
      <w:pPr>
        <w:spacing w:after="0"/>
        <w:ind w:left="360"/>
        <w:shd w:val="clear" w:color="auto" w:fill="F2F2F2"/>
      </w:pPr>
      <w:r>
        <w:rPr>
          <w:rFonts w:ascii="Consolas" w:hAnsi="Consolas"/>
          <w:sz w:val="18"/>
        </w:rPr>
        <w:t xml:space="preserve">        for tag, value in image1._getexif().items()}</w:t>
      </w:r>
    </w:p>
    <w:p>
      <w:pPr>
        <w:spacing w:after="0"/>
        <w:ind w:left="360"/>
        <w:shd w:val="clear" w:color="auto" w:fill="F2F2F2"/>
      </w:pPr>
      <w:r>
        <w:rPr>
          <w:rFonts w:ascii="Consolas" w:hAnsi="Consolas"/>
          <w:sz w:val="18"/>
        </w:rPr>
        <w:t>&gt;&gt;&gt; exif_info_1['Model']</w:t>
      </w:r>
    </w:p>
    <w:p>
      <w:pPr>
        <w:spacing w:after="0"/>
        <w:ind w:left="360"/>
        <w:shd w:val="clear" w:color="auto" w:fill="F2F2F2"/>
      </w:pPr>
      <w:r>
        <w:rPr>
          <w:rFonts w:ascii="Consolas" w:hAnsi="Consolas"/>
          <w:sz w:val="18"/>
        </w:rPr>
        <w:t>'iPhone X'</w:t>
      </w:r>
    </w:p>
    <w:p>
      <w:pPr>
        <w:spacing w:after="0"/>
        <w:ind w:left="360"/>
        <w:shd w:val="clear" w:color="auto" w:fill="F2F2F2"/>
      </w:pPr>
      <w:r>
        <w:rPr>
          <w:rFonts w:ascii="Consolas" w:hAnsi="Consolas"/>
          <w:sz w:val="18"/>
        </w:rPr>
        <w:t>&gt;&gt;&gt; exif_info_1['LensModel']</w:t>
      </w:r>
    </w:p>
    <w:p>
      <w:pPr>
        <w:spacing w:after="0"/>
        <w:ind w:left="360"/>
        <w:shd w:val="clear" w:color="auto" w:fill="F2F2F2"/>
      </w:pPr>
      <w:r>
        <w:rPr>
          <w:rFonts w:ascii="Consolas" w:hAnsi="Consolas"/>
          <w:sz w:val="18"/>
        </w:rPr>
        <w:t>'iPhone X back dual camera 4mm f/1.8'</w:t>
      </w:r>
    </w:p>
    <w:p>
      <w:pPr>
        <w:spacing w:after="0"/>
        <w:ind w:left="360"/>
        <w:shd w:val="clear" w:color="auto" w:fill="F2F2F2"/>
      </w:pPr>
      <w:r>
        <w:rPr>
          <w:rFonts w:ascii="Consolas" w:hAnsi="Consolas"/>
          <w:sz w:val="18"/>
        </w:rPr>
        <w:t>&gt;&gt;&gt; exif_info_1['DateTimeOriginal']</w:t>
      </w:r>
    </w:p>
    <w:p>
      <w:pPr>
        <w:spacing w:after="0"/>
        <w:ind w:left="360"/>
        <w:shd w:val="clear" w:color="auto" w:fill="F2F2F2"/>
      </w:pPr>
      <w:r>
        <w:rPr>
          <w:rFonts w:ascii="Consolas" w:hAnsi="Consolas"/>
          <w:sz w:val="18"/>
        </w:rPr>
        <w:t>'2018:04:21 12:07:55'</w:t>
      </w:r>
    </w:p>
    <w:p>
      <w:pPr>
        <w:spacing w:after="40"/>
      </w:pPr>
    </w:p>
    <w:p>
      <w:pPr>
        <w:spacing w:after="80"/>
        <w:ind w:left="360"/>
      </w:pPr>
      <w:r>
        <w:t xml:space="preserve">5. </w:t>
      </w:r>
      <w:r>
        <w:rPr>
          <w:b w:val="0"/>
          <w:i w:val="0"/>
        </w:rPr>
        <w:t>Mở bức ảnh thứ hai và lấy thông tin XMP:</w:t>
      </w:r>
    </w:p>
    <w:p>
      <w:pPr>
        <w:spacing w:after="0"/>
        <w:ind w:left="360"/>
        <w:shd w:val="clear" w:color="auto" w:fill="F2F2F2"/>
      </w:pPr>
      <w:r>
        <w:rPr>
          <w:rFonts w:ascii="Consolas" w:hAnsi="Consolas"/>
          <w:sz w:val="18"/>
        </w:rPr>
        <w:t>&gt;&gt;&gt; image2 = Image.open('images/photo-dublin-a2.png')</w:t>
      </w:r>
    </w:p>
    <w:p>
      <w:pPr>
        <w:spacing w:after="0"/>
        <w:ind w:left="360"/>
        <w:shd w:val="clear" w:color="auto" w:fill="F2F2F2"/>
      </w:pPr>
      <w:r>
        <w:rPr>
          <w:rFonts w:ascii="Consolas" w:hAnsi="Consolas"/>
          <w:sz w:val="18"/>
        </w:rPr>
        <w:t>&gt;&gt;&gt; image2.height</w:t>
      </w:r>
    </w:p>
    <w:p>
      <w:pPr>
        <w:spacing w:after="0"/>
        <w:ind w:left="360"/>
        <w:shd w:val="clear" w:color="auto" w:fill="F2F2F2"/>
      </w:pPr>
      <w:r>
        <w:rPr>
          <w:rFonts w:ascii="Consolas" w:hAnsi="Consolas"/>
          <w:sz w:val="18"/>
        </w:rPr>
        <w:t>1512</w:t>
      </w:r>
    </w:p>
    <w:p>
      <w:pPr>
        <w:spacing w:after="0"/>
        <w:ind w:left="360"/>
        <w:shd w:val="clear" w:color="auto" w:fill="F2F2F2"/>
      </w:pPr>
      <w:r>
        <w:rPr>
          <w:rFonts w:ascii="Consolas" w:hAnsi="Consolas"/>
          <w:sz w:val="18"/>
        </w:rPr>
        <w:t>&gt;&gt;&gt; image2.width</w:t>
      </w:r>
    </w:p>
    <w:p>
      <w:pPr>
        <w:spacing w:after="0"/>
        <w:ind w:left="360"/>
        <w:shd w:val="clear" w:color="auto" w:fill="F2F2F2"/>
      </w:pPr>
      <w:r>
        <w:rPr>
          <w:rFonts w:ascii="Consolas" w:hAnsi="Consolas"/>
          <w:sz w:val="18"/>
        </w:rPr>
        <w:t>2016</w:t>
      </w:r>
    </w:p>
    <w:p>
      <w:pPr>
        <w:spacing w:after="0"/>
        <w:ind w:left="360"/>
        <w:shd w:val="clear" w:color="auto" w:fill="F2F2F2"/>
      </w:pPr>
      <w:r>
        <w:rPr>
          <w:rFonts w:ascii="Consolas" w:hAnsi="Consolas"/>
          <w:sz w:val="18"/>
        </w:rPr>
        <w:t>&gt;&gt;&gt; image2.format</w:t>
      </w:r>
    </w:p>
    <w:p>
      <w:pPr>
        <w:spacing w:after="0"/>
        <w:ind w:left="360"/>
        <w:shd w:val="clear" w:color="auto" w:fill="F2F2F2"/>
      </w:pPr>
      <w:r>
        <w:rPr>
          <w:rFonts w:ascii="Consolas" w:hAnsi="Consolas"/>
          <w:sz w:val="18"/>
        </w:rPr>
        <w:t>'PNG'</w:t>
      </w:r>
    </w:p>
    <w:p>
      <w:pPr>
        <w:spacing w:after="0"/>
        <w:ind w:left="360"/>
        <w:shd w:val="clear" w:color="auto" w:fill="F2F2F2"/>
      </w:pPr>
      <w:r>
        <w:rPr>
          <w:rFonts w:ascii="Consolas" w:hAnsi="Consolas"/>
          <w:sz w:val="18"/>
        </w:rPr>
        <w:t>&gt;&gt;&gt; xmp_info = xmltodict.parse(image2.info['XML:com.adobe.xmp'])</w:t>
      </w:r>
    </w:p>
    <w:p>
      <w:pPr>
        <w:spacing w:after="40"/>
      </w:pPr>
    </w:p>
    <w:p>
      <w:pPr>
        <w:spacing w:after="80"/>
        <w:ind w:left="360"/>
      </w:pPr>
      <w:r>
        <w:t xml:space="preserve">6. </w:t>
      </w:r>
      <w:r>
        <w:rPr>
          <w:b w:val="0"/>
          <w:i w:val="0"/>
        </w:rPr>
        <w:t xml:space="preserve">Lấy trường mô tả RDF, nơi chứa tất cả các giá trị mà chúng ta đang tìm. Truy xuất model (một giá trị TIFF), lens model (một giá trị EXIF) và ngày tạo (một giá trị XMP). Kiểm tra xem các giá trị có giống như ở </w:t>
      </w:r>
      <w:r>
        <w:rPr>
          <w:b w:val="0"/>
          <w:i/>
        </w:rPr>
        <w:t xml:space="preserve"> bước 4 </w:t>
      </w:r>
      <w:r>
        <w:rPr>
          <w:b w:val="0"/>
          <w:i w:val="0"/>
        </w:rPr>
        <w:t xml:space="preserve"> không, dù tệp có khác nhau:</w:t>
      </w:r>
    </w:p>
    <w:p>
      <w:pPr>
        <w:spacing w:after="0"/>
        <w:ind w:left="360"/>
        <w:shd w:val="clear" w:color="auto" w:fill="F2F2F2"/>
      </w:pPr>
      <w:r>
        <w:rPr>
          <w:rFonts w:ascii="Consolas" w:hAnsi="Consolas"/>
          <w:sz w:val="18"/>
        </w:rPr>
        <w:t>&gt;&gt;&gt; rdf_info_2 = xmp_info['x:xmpmeta']['rdf:RDF']['rdf:Description']</w:t>
      </w:r>
    </w:p>
    <w:p>
      <w:pPr>
        <w:spacing w:after="0"/>
        <w:ind w:left="360"/>
        <w:shd w:val="clear" w:color="auto" w:fill="F2F2F2"/>
      </w:pPr>
      <w:r>
        <w:rPr>
          <w:rFonts w:ascii="Consolas" w:hAnsi="Consolas"/>
          <w:sz w:val="18"/>
        </w:rPr>
        <w:t>&gt;&gt;&gt; rdf_info_2['tiff:Model']</w:t>
      </w:r>
    </w:p>
    <w:p>
      <w:pPr>
        <w:spacing w:after="0"/>
        <w:ind w:left="360"/>
        <w:shd w:val="clear" w:color="auto" w:fill="F2F2F2"/>
      </w:pPr>
      <w:r>
        <w:rPr>
          <w:rFonts w:ascii="Consolas" w:hAnsi="Consolas"/>
          <w:sz w:val="18"/>
        </w:rPr>
        <w:t>'iPhone X'</w:t>
      </w:r>
    </w:p>
    <w:p>
      <w:pPr>
        <w:spacing w:after="0"/>
        <w:ind w:left="360"/>
        <w:shd w:val="clear" w:color="auto" w:fill="F2F2F2"/>
      </w:pPr>
      <w:r>
        <w:rPr>
          <w:rFonts w:ascii="Consolas" w:hAnsi="Consolas"/>
          <w:sz w:val="18"/>
        </w:rPr>
        <w:t>&gt;&gt;&gt; rdf_info_2['exifEX:LensModel']</w:t>
      </w:r>
    </w:p>
    <w:p>
      <w:pPr>
        <w:spacing w:after="0"/>
        <w:ind w:left="360"/>
        <w:shd w:val="clear" w:color="auto" w:fill="F2F2F2"/>
      </w:pPr>
      <w:r>
        <w:rPr>
          <w:rFonts w:ascii="Consolas" w:hAnsi="Consolas"/>
          <w:sz w:val="18"/>
        </w:rPr>
        <w:t>'iPhone X back dual camera 4mm f/1.8'</w:t>
      </w:r>
    </w:p>
    <w:p>
      <w:pPr>
        <w:spacing w:after="0"/>
        <w:ind w:left="360"/>
        <w:shd w:val="clear" w:color="auto" w:fill="F2F2F2"/>
      </w:pPr>
      <w:r>
        <w:rPr>
          <w:rFonts w:ascii="Consolas" w:hAnsi="Consolas"/>
          <w:sz w:val="18"/>
        </w:rPr>
        <w:t>&gt;&gt;&gt; rdf_info_2['xmp:CreateDate']</w:t>
      </w:r>
    </w:p>
    <w:p>
      <w:pPr>
        <w:spacing w:after="0"/>
        <w:ind w:left="360"/>
        <w:shd w:val="clear" w:color="auto" w:fill="F2F2F2"/>
      </w:pPr>
      <w:r>
        <w:rPr>
          <w:rFonts w:ascii="Consolas" w:hAnsi="Consolas"/>
          <w:sz w:val="18"/>
        </w:rPr>
        <w:t>'2018-04-21T12:07:55'</w:t>
      </w:r>
    </w:p>
    <w:p>
      <w:pPr>
        <w:spacing w:after="40"/>
      </w:pPr>
    </w:p>
    <w:p>
      <w:pPr>
        <w:spacing w:after="80"/>
        <w:ind w:left="360"/>
      </w:pPr>
      <w:r>
        <w:t xml:space="preserve">7. </w:t>
      </w:r>
      <w:r>
        <w:rPr>
          <w:b w:val="0"/>
          <w:i w:val="0"/>
        </w:rPr>
        <w:t>Lấy thông tin GPS trong cả hai bức ảnh, chuyển đổi sang định dạng tương đương, và kiểm tra xem chúng có giống nhau không. Lưu ý rằng độ phân giải không giống nhau, nhưng chúng khớp đến chữ số thập phân thứ tư:</w:t>
      </w:r>
    </w:p>
    <w:p>
      <w:pPr>
        <w:spacing w:after="0"/>
        <w:ind w:left="360"/>
        <w:shd w:val="clear" w:color="auto" w:fill="F2F2F2"/>
      </w:pPr>
      <w:r>
        <w:rPr>
          <w:rFonts w:ascii="Consolas" w:hAnsi="Consolas"/>
          <w:sz w:val="18"/>
        </w:rPr>
        <w:t>&gt;&gt;&gt; gps_info_1 = {GPSTAGS.get(tag, tag): value</w:t>
      </w:r>
    </w:p>
    <w:p>
      <w:pPr>
        <w:spacing w:after="0"/>
        <w:ind w:left="360"/>
        <w:shd w:val="clear" w:color="auto" w:fill="F2F2F2"/>
      </w:pPr>
      <w:r>
        <w:rPr>
          <w:rFonts w:ascii="Consolas" w:hAnsi="Consolas"/>
          <w:sz w:val="18"/>
        </w:rPr>
        <w:t xml:space="preserve">        for tag, value in exif_info_1['GPSInfo'].items()}</w:t>
      </w:r>
    </w:p>
    <w:p>
      <w:pPr>
        <w:spacing w:after="0"/>
        <w:ind w:left="360"/>
        <w:shd w:val="clear" w:color="auto" w:fill="F2F2F2"/>
      </w:pPr>
      <w:r>
        <w:rPr>
          <w:rFonts w:ascii="Consolas" w:hAnsi="Consolas"/>
          <w:sz w:val="18"/>
        </w:rPr>
        <w:t>&gt;&gt;&gt; exif_to_decimal(gps_info_1)</w:t>
      </w:r>
    </w:p>
    <w:p>
      <w:pPr>
        <w:spacing w:after="0"/>
        <w:ind w:left="360"/>
        <w:shd w:val="clear" w:color="auto" w:fill="F2F2F2"/>
      </w:pPr>
      <w:r>
        <w:rPr>
          <w:rFonts w:ascii="Consolas" w:hAnsi="Consolas"/>
          <w:sz w:val="18"/>
        </w:rPr>
        <w:t>('N53.34690555555556', 'W6.247797222222222')</w:t>
      </w:r>
    </w:p>
    <w:p>
      <w:pPr>
        <w:spacing w:after="0"/>
        <w:ind w:left="360"/>
        <w:shd w:val="clear" w:color="auto" w:fill="F2F2F2"/>
      </w:pPr>
      <w:r>
        <w:rPr>
          <w:rFonts w:ascii="Consolas" w:hAnsi="Consolas"/>
          <w:sz w:val="18"/>
        </w:rPr>
        <w:t>&gt;&gt;&gt; rdf_to_decimal(rdf_info_2)</w:t>
      </w:r>
    </w:p>
    <w:p>
      <w:pPr>
        <w:spacing w:after="0"/>
        <w:ind w:left="360"/>
        <w:shd w:val="clear" w:color="auto" w:fill="F2F2F2"/>
      </w:pPr>
      <w:r>
        <w:rPr>
          <w:rFonts w:ascii="Consolas" w:hAnsi="Consolas"/>
          <w:sz w:val="18"/>
        </w:rPr>
        <w:t>('N53.346905', 'W6.247796666666667')</w:t>
      </w:r>
    </w:p>
    <w:p>
      <w:pPr>
        <w:spacing w:after="40"/>
      </w:pPr>
    </w:p>
    <w:p>
      <w:pPr>
        <w:spacing w:after="80"/>
        <w:ind w:left="360"/>
      </w:pPr>
      <w:r>
        <w:t xml:space="preserve">8. </w:t>
      </w:r>
      <w:r>
        <w:rPr>
          <w:b w:val="0"/>
          <w:i w:val="0"/>
        </w:rPr>
        <w:t>Mở bức ảnh thứ ba và lấy ngày tạo cùng thông tin GPS, rồi kiểm tra xem nó không khớp với bức ảnh kia, dù khá gần (chữ số thập phân thứ hai và thứ ba không giống nhau):</w:t>
      </w:r>
    </w:p>
    <w:p>
      <w:pPr>
        <w:spacing w:after="0"/>
        <w:ind w:left="360"/>
        <w:shd w:val="clear" w:color="auto" w:fill="F2F2F2"/>
      </w:pPr>
      <w:r>
        <w:rPr>
          <w:rFonts w:ascii="Consolas" w:hAnsi="Consolas"/>
          <w:sz w:val="18"/>
        </w:rPr>
        <w:t>&gt;&gt;&gt; image3 = Image.open('images/photo-dublin-b.png')</w:t>
      </w:r>
    </w:p>
    <w:p>
      <w:pPr>
        <w:spacing w:after="0"/>
        <w:ind w:left="360"/>
        <w:shd w:val="clear" w:color="auto" w:fill="F2F2F2"/>
      </w:pPr>
      <w:r>
        <w:rPr>
          <w:rFonts w:ascii="Consolas" w:hAnsi="Consolas"/>
          <w:sz w:val="18"/>
        </w:rPr>
        <w:t>&gt;&gt;&gt; xmp_info = xmltodict.parse(image3.info['XML:com.adobe.xmp'])</w:t>
      </w:r>
    </w:p>
    <w:p>
      <w:pPr>
        <w:spacing w:after="0"/>
        <w:ind w:left="360"/>
        <w:shd w:val="clear" w:color="auto" w:fill="F2F2F2"/>
      </w:pPr>
      <w:r>
        <w:rPr>
          <w:rFonts w:ascii="Consolas" w:hAnsi="Consolas"/>
          <w:sz w:val="18"/>
        </w:rPr>
        <w:t>&gt;&gt;&gt; rdf_info_3 = xmp_info['x:xmpmeta']['rdf:RDF']['rdf:Description']</w:t>
      </w:r>
    </w:p>
    <w:p>
      <w:pPr>
        <w:spacing w:after="0"/>
        <w:ind w:left="360"/>
        <w:shd w:val="clear" w:color="auto" w:fill="F2F2F2"/>
      </w:pPr>
      <w:r>
        <w:rPr>
          <w:rFonts w:ascii="Consolas" w:hAnsi="Consolas"/>
          <w:sz w:val="18"/>
        </w:rPr>
        <w:t>&gt;&gt;&gt; rdf_info_3['xmp:CreateDate']</w:t>
      </w:r>
    </w:p>
    <w:p>
      <w:pPr>
        <w:spacing w:after="0"/>
        <w:ind w:left="360"/>
        <w:shd w:val="clear" w:color="auto" w:fill="F2F2F2"/>
      </w:pPr>
      <w:r>
        <w:rPr>
          <w:rFonts w:ascii="Consolas" w:hAnsi="Consolas"/>
          <w:sz w:val="18"/>
        </w:rPr>
        <w:t>'2018-03-08T18:16:58.253'</w:t>
      </w:r>
    </w:p>
    <w:p>
      <w:pPr>
        <w:spacing w:after="0"/>
        <w:ind w:left="360"/>
        <w:shd w:val="clear" w:color="auto" w:fill="F2F2F2"/>
      </w:pPr>
      <w:r>
        <w:rPr>
          <w:rFonts w:ascii="Consolas" w:hAnsi="Consolas"/>
          <w:sz w:val="18"/>
        </w:rPr>
        <w:t>&gt;&gt;&gt; rdf_to_decimal(rdf_info_3)</w:t>
      </w:r>
    </w:p>
    <w:p>
      <w:pPr>
        <w:spacing w:after="0"/>
        <w:ind w:left="360"/>
        <w:shd w:val="clear" w:color="auto" w:fill="F2F2F2"/>
      </w:pPr>
      <w:r>
        <w:rPr>
          <w:rFonts w:ascii="Consolas" w:hAnsi="Consolas"/>
          <w:sz w:val="18"/>
        </w:rPr>
        <w:t>('N53.34984166666667', 'W6.260388333333333')</w:t>
      </w:r>
    </w:p>
    <w:p>
      <w:pPr>
        <w:spacing w:after="40"/>
      </w:pPr>
    </w:p>
    <w:p>
      <w:pPr>
        <w:pStyle w:val="Heading3"/>
      </w:pPr>
      <w:r>
        <w:rPr>
          <w:rFonts w:ascii="Calibri" w:hAnsi="Calibri"/>
          <w:b/>
          <w:i w:val="0"/>
          <w:sz w:val="26"/>
        </w:rPr>
        <w:t>Cách hoạt động...</w:t>
      </w:r>
    </w:p>
    <w:p>
      <w:pPr>
        <w:spacing w:after="80"/>
      </w:pPr>
      <w:r>
        <w:rPr>
          <w:b w:val="0"/>
          <w:i w:val="0"/>
        </w:rPr>
        <w:t xml:space="preserve">Pillow có thể diễn giải các tệp ở hầu hết các định dạng ảnh phổ biến, như được trình bày ở </w:t>
      </w:r>
      <w:r>
        <w:rPr>
          <w:b w:val="0"/>
          <w:i/>
        </w:rPr>
        <w:t xml:space="preserve"> bước 2 </w:t>
      </w:r>
      <w:r>
        <w:rPr>
          <w:b w:val="0"/>
          <w:i w:val="0"/>
        </w:rPr>
        <w:t xml:space="preserve"> trong mục </w:t>
      </w:r>
      <w:r>
        <w:rPr>
          <w:b w:val="0"/>
          <w:i/>
        </w:rPr>
        <w:t xml:space="preserve"> Cách thực hiện </w:t>
      </w:r>
      <w:r>
        <w:rPr>
          <w:b w:val="0"/>
          <w:i w:val="0"/>
        </w:rPr>
        <w:t xml:space="preserve"> </w:t>
      </w:r>
      <w:r>
        <w:rPr>
          <w:b w:val="0"/>
          <w:i/>
        </w:rPr>
        <w:t xml:space="preserve"> … </w:t>
      </w:r>
      <w:r>
        <w:rPr>
          <w:b w:val="0"/>
          <w:i w:val="0"/>
        </w:rPr>
        <w:t xml:space="preserve"> </w:t>
      </w:r>
      <w:r>
        <w:rPr>
          <w:b w:val="0"/>
          <w:i/>
        </w:rPr>
        <w:t xml:space="preserve"> </w:t>
      </w:r>
      <w:r>
        <w:rPr>
          <w:b w:val="0"/>
          <w:i w:val="0"/>
        </w:rPr>
        <w:t xml:space="preserve"> .</w:t>
      </w:r>
    </w:p>
    <w:p>
      <w:pPr>
        <w:spacing w:after="80"/>
      </w:pPr>
      <w:r>
        <w:rPr>
          <w:b w:val="0"/>
          <w:i w:val="0"/>
        </w:rPr>
        <w:t xml:space="preserve">Đối tượng </w:t>
      </w:r>
      <w:r>
        <w:rPr>
          <w:rFonts w:ascii="Consolas" w:hAnsi="Consolas"/>
          <w:b w:val="0"/>
          <w:i w:val="0"/>
          <w:sz w:val="20"/>
        </w:rPr>
        <w:br/>
        <w:br/>
        <w:t xml:space="preserve">      Image</w:t>
        <w:br/>
        <w:t xml:space="preserve">     </w:t>
        <w:br/>
      </w:r>
      <w:r>
        <w:rPr>
          <w:b w:val="0"/>
          <w:i w:val="0"/>
        </w:rPr>
        <w:t xml:space="preserve"> chứa thông tin cơ bản về kích thước và định dạng của tệp và được hiển thị ở </w:t>
      </w:r>
      <w:r>
        <w:rPr>
          <w:b w:val="0"/>
          <w:i/>
        </w:rPr>
        <w:t xml:space="preserve"> bước 3 </w:t>
      </w:r>
      <w:r>
        <w:rPr>
          <w:b w:val="0"/>
          <w:i w:val="0"/>
        </w:rPr>
        <w:t xml:space="preserve"> . Thuộc tính info chứa thông tin phụ thuộc vào định dạng.</w:t>
      </w:r>
    </w:p>
    <w:p>
      <w:pPr>
        <w:spacing w:after="80"/>
      </w:pPr>
      <w:r>
        <w:rPr>
          <w:b w:val="0"/>
          <w:i w:val="0"/>
        </w:rPr>
        <w:t xml:space="preserve">Metadata EXIF cho các tệp JPG có thể được phân tích cú pháp bằng phương thức </w:t>
      </w:r>
      <w:r>
        <w:rPr>
          <w:rFonts w:ascii="Consolas" w:hAnsi="Consolas"/>
          <w:b w:val="0"/>
          <w:i w:val="0"/>
          <w:sz w:val="20"/>
        </w:rPr>
        <w:br/>
        <w:br/>
        <w:t xml:space="preserve">      .getexif()</w:t>
        <w:br/>
        <w:t xml:space="preserve">     </w:t>
        <w:br/>
      </w:r>
      <w:r>
        <w:rPr>
          <w:b w:val="0"/>
          <w:i w:val="0"/>
        </w:rPr>
        <w:t xml:space="preserve">, nhưng sau đó nó cần được chuyển đổi cho đúng, vì nó sử dụng định nghĩa nhị phân thô. Ví dụ, số 42,036 tương ứng với thuộc tính </w:t>
      </w:r>
      <w:r>
        <w:rPr>
          <w:rFonts w:ascii="Consolas" w:hAnsi="Consolas"/>
          <w:b w:val="0"/>
          <w:i w:val="0"/>
          <w:sz w:val="20"/>
        </w:rPr>
        <w:br/>
        <w:br/>
        <w:t xml:space="preserve">      LensModel</w:t>
        <w:br/>
        <w:t xml:space="preserve">     </w:t>
        <w:br/>
      </w:r>
      <w:r>
        <w:rPr>
          <w:b w:val="0"/>
          <w:i w:val="0"/>
        </w:rPr>
        <w:t xml:space="preserve">. May mắn thay, có một định nghĩa của tất cả các thẻ trong mô-đun </w:t>
      </w:r>
      <w:r>
        <w:rPr>
          <w:rFonts w:ascii="Consolas" w:hAnsi="Consolas"/>
          <w:b w:val="0"/>
          <w:i w:val="0"/>
          <w:sz w:val="20"/>
        </w:rPr>
        <w:br/>
        <w:br/>
        <w:t xml:space="preserve">      PIL.ExifTags</w:t>
        <w:br/>
        <w:t xml:space="preserve">     </w:t>
        <w:br/>
      </w:r>
      <w:r>
        <w:rPr>
          <w:b w:val="0"/>
          <w:i w:val="0"/>
        </w:rPr>
        <w:t xml:space="preserve">. Chúng ta chuyển đổi từ điển thành các thẻ dễ đọc trong </w:t>
      </w:r>
      <w:r>
        <w:rPr>
          <w:b w:val="0"/>
          <w:i/>
        </w:rPr>
        <w:t xml:space="preserve"> bước 4 </w:t>
      </w:r>
      <w:r>
        <w:rPr>
          <w:b w:val="0"/>
          <w:i w:val="0"/>
        </w:rPr>
        <w:t xml:space="preserve"> để có được một từ điển dễ đọc hơn.</w:t>
      </w:r>
    </w:p>
    <w:p>
      <w:pPr>
        <w:spacing w:after="80"/>
      </w:pPr>
      <w:r>
        <w:rPr>
          <w:b w:val="0"/>
          <w:i/>
        </w:rPr>
        <w:t xml:space="preserve"> Bước 5 </w:t>
      </w:r>
      <w:r>
        <w:rPr>
          <w:b w:val="0"/>
          <w:i w:val="0"/>
        </w:rPr>
        <w:t xml:space="preserve"> mở một tệp PNG, tệp này có cùng các thuộc tính liên quan đến kích thước, nhưng bây giờ metadata được lưu trữ ở định dạng XML/RDF và cần được phân tích cú pháp với sự trợ giúp của </w:t>
      </w:r>
      <w:r>
        <w:rPr>
          <w:rFonts w:ascii="Consolas" w:hAnsi="Consolas"/>
          <w:b w:val="0"/>
          <w:i w:val="0"/>
          <w:sz w:val="20"/>
        </w:rPr>
        <w:br/>
        <w:br/>
        <w:t xml:space="preserve">      xmltodict</w:t>
        <w:br/>
        <w:t xml:space="preserve">     </w:t>
        <w:br/>
      </w:r>
      <w:r>
        <w:rPr>
          <w:b w:val="0"/>
          <w:i w:val="0"/>
        </w:rPr>
        <w:t xml:space="preserve">. </w:t>
      </w:r>
      <w:r>
        <w:rPr>
          <w:b w:val="0"/>
          <w:i/>
        </w:rPr>
        <w:t xml:space="preserve"> Bước 6 </w:t>
      </w:r>
      <w:r>
        <w:rPr>
          <w:b w:val="0"/>
          <w:i w:val="0"/>
        </w:rPr>
        <w:t xml:space="preserve"> cho thấy cách điều hướng metadata này để trích xuất cùng thông tin như trong tệp JPG. Dữ liệu là giống nhau, vì cả hai tệp đều đến từ cùng một bức ảnh gốc, ngay cả khi các hình ảnh khác nhau.</w:t>
      </w:r>
    </w:p>
    <w:p>
      <w:pPr>
        <w:spacing w:after="80"/>
      </w:pPr>
      <w:r>
        <w:rPr>
          <w:b/>
          <w:i w:val="0"/>
        </w:rPr>
        <w:t>Mẹo</w:t>
      </w:r>
    </w:p>
    <w:p>
      <w:pPr>
        <w:spacing w:after="80"/>
      </w:pPr>
      <w:r>
        <w:rPr>
          <w:rFonts w:ascii="Consolas" w:hAnsi="Consolas"/>
          <w:b w:val="0"/>
          <w:i w:val="0"/>
          <w:sz w:val="20"/>
        </w:rPr>
        <w:br/>
        <w:br/>
        <w:t xml:space="preserve">       Xmltodict</w:t>
        <w:br/>
        <w:t xml:space="preserve">      </w:t>
        <w:br/>
      </w:r>
      <w:r>
        <w:rPr>
          <w:b w:val="0"/>
          <w:i w:val="0"/>
        </w:rPr>
        <w:t xml:space="preserve"> có một số vấn đề khi cố gắng phân tích cú pháp dữ liệu không ở định dạng XML. Hãy kiểm tra rằng đầu vào là XML hợp lệ.</w:t>
      </w:r>
    </w:p>
    <w:p>
      <w:pPr>
        <w:spacing w:after="80"/>
      </w:pPr>
      <w:r>
        <w:rPr>
          <w:b w:val="0"/>
          <w:i/>
        </w:rPr>
        <w:t xml:space="preserve"> Bước 7 </w:t>
      </w:r>
      <w:r>
        <w:rPr>
          <w:b w:val="0"/>
          <w:i w:val="0"/>
        </w:rPr>
        <w:t xml:space="preserve"> trích xuất thông tin GPS cho cả hai hình ảnh, được lưu trữ theo những cách khác nhau, và cho thấy rằng các tọa độ là giống nhau (mặc dù độ chính xác khác nhau do cách nó được mã hóa).</w:t>
      </w:r>
    </w:p>
    <w:p>
      <w:pPr>
        <w:spacing w:after="80"/>
      </w:pPr>
      <w:r>
        <w:rPr>
          <w:b/>
          <w:i w:val="0"/>
        </w:rPr>
        <w:t>Mẹo</w:t>
      </w:r>
    </w:p>
    <w:p>
      <w:pPr>
        <w:spacing w:after="80"/>
      </w:pPr>
      <w:r>
        <w:rPr>
          <w:b w:val="0"/>
          <w:i w:val="0"/>
        </w:rPr>
        <w:t>Không phải mọi hình ảnh đều nhất thiết có thông tin vị trí hoặc metadata khác. Thông tin này có thể bị thay đổi hoặc xóa bỏ, hoặc được lưu trữ khác đi, tùy thuộc vào định dạng và máy ảnh tạo ra tệp.</w:t>
      </w:r>
    </w:p>
    <w:p>
      <w:pPr>
        <w:spacing w:after="80"/>
      </w:pPr>
      <w:r>
        <w:rPr>
          <w:b w:val="0"/>
          <w:i/>
        </w:rPr>
        <w:t xml:space="preserve"> Bước 8 </w:t>
      </w:r>
      <w:r>
        <w:rPr>
          <w:b w:val="0"/>
          <w:i w:val="0"/>
        </w:rPr>
        <w:t xml:space="preserve"> hiển thị thông tin cho bức ảnh thứ ba.</w:t>
      </w:r>
    </w:p>
    <w:p>
      <w:pPr>
        <w:pStyle w:val="Heading3"/>
      </w:pPr>
      <w:r>
        <w:rPr>
          <w:rFonts w:ascii="Calibri" w:hAnsi="Calibri"/>
          <w:b/>
          <w:i w:val="0"/>
          <w:sz w:val="26"/>
        </w:rPr>
        <w:t>Còn nhiều điều nữa...</w:t>
      </w:r>
    </w:p>
    <w:p>
      <w:pPr>
        <w:spacing w:after="80"/>
      </w:pPr>
      <w:r>
        <w:rPr>
          <w:rFonts w:ascii="Consolas" w:hAnsi="Consolas"/>
          <w:b w:val="0"/>
          <w:i w:val="0"/>
          <w:sz w:val="20"/>
        </w:rPr>
        <w:br/>
        <w:br/>
        <w:t xml:space="preserve">      Pillow</w:t>
        <w:br/>
        <w:t xml:space="preserve">     </w:t>
        <w:br/>
      </w:r>
      <w:r>
        <w:rPr>
          <w:b w:val="0"/>
          <w:i w:val="0"/>
        </w:rPr>
        <w:t xml:space="preserve"> cũng có chức năng phong phú xung quanh việc chỉnh sửa hình ảnh. Rất dễ dàng để thay đổi kích thước hoặc thực hiện các chỉnh sửa đơn giản cho một tệp, chẳng hạn như xoay nó, thay đổi kích thước nó, hoặc chuyển đổi nó từ định dạng này sang định dạng khác. Mô-đun này cũng hỗ trợ nhiều thao tác phức tạp hơn, như cắt hình ảnh, áp dụng bộ lọc màu, hoặc tạo GIF động. Nếu bạn quan tâm đến xử lý hình ảnh bằng Python, đây chắc chắn là mô-đun bạn cần thành thạo. Bạn có thể tìm thấy tài liệu đầy đủ về </w:t>
      </w:r>
      <w:r>
        <w:rPr>
          <w:rFonts w:ascii="Consolas" w:hAnsi="Consolas"/>
          <w:b w:val="0"/>
          <w:i w:val="0"/>
          <w:sz w:val="20"/>
        </w:rPr>
        <w:br/>
        <w:br/>
        <w:t xml:space="preserve">      Pillow</w:t>
        <w:br/>
        <w:t xml:space="preserve">     </w:t>
        <w:br/>
      </w:r>
      <w:r>
        <w:rPr>
          <w:b w:val="0"/>
          <w:i w:val="0"/>
        </w:rPr>
        <w:t xml:space="preserve"> tại đây: </w:t>
      </w:r>
      <w:r>
        <w:rPr>
          <w:rFonts w:ascii="Consolas" w:hAnsi="Consolas"/>
          <w:b w:val="0"/>
          <w:i w:val="0"/>
          <w:sz w:val="20"/>
        </w:rPr>
        <w:br/>
        <w:br/>
        <w:t xml:space="preserve">       https://pillow.readthedocs.io</w:t>
        <w:br/>
        <w:t xml:space="preserve">      </w:t>
        <w:br/>
      </w:r>
      <w:r>
        <w:rPr>
          <w:b w:val="0"/>
          <w:i w:val="0"/>
        </w:rPr>
        <w:t>.</w:t>
      </w:r>
    </w:p>
    <w:p>
      <w:pPr>
        <w:spacing w:after="80"/>
      </w:pPr>
      <w:r>
        <w:rPr>
          <w:b w:val="0"/>
          <w:i w:val="0"/>
        </w:rPr>
        <w:t xml:space="preserve">Các tọa độ GPS trong công thức được nêu ở dạng </w:t>
      </w:r>
      <w:r>
        <w:rPr>
          <w:b/>
          <w:i w:val="0"/>
        </w:rPr>
        <w:t xml:space="preserve"> DMS </w:t>
      </w:r>
      <w:r>
        <w:rPr>
          <w:b w:val="0"/>
          <w:i w:val="0"/>
        </w:rPr>
        <w:t xml:space="preserve"> ( </w:t>
      </w:r>
      <w:r>
        <w:rPr>
          <w:b/>
          <w:i w:val="0"/>
        </w:rPr>
        <w:t xml:space="preserve"> d </w:t>
      </w:r>
      <w:r>
        <w:rPr>
          <w:b w:val="0"/>
          <w:i w:val="0"/>
        </w:rPr>
        <w:t xml:space="preserve"> </w:t>
      </w:r>
      <w:r>
        <w:rPr>
          <w:b/>
          <w:i w:val="0"/>
        </w:rPr>
        <w:t xml:space="preserve"> egrees </w:t>
      </w:r>
      <w:r>
        <w:rPr>
          <w:b w:val="0"/>
          <w:i w:val="0"/>
        </w:rPr>
        <w:t xml:space="preserve"> , </w:t>
      </w:r>
      <w:r>
        <w:rPr>
          <w:b/>
          <w:i w:val="0"/>
        </w:rPr>
        <w:t xml:space="preserve"> m </w:t>
      </w:r>
      <w:r>
        <w:rPr>
          <w:b w:val="0"/>
          <w:i w:val="0"/>
        </w:rPr>
        <w:t xml:space="preserve"> </w:t>
      </w:r>
      <w:r>
        <w:rPr>
          <w:b/>
          <w:i w:val="0"/>
        </w:rPr>
        <w:t xml:space="preserve"> inutes </w:t>
      </w:r>
      <w:r>
        <w:rPr>
          <w:b w:val="0"/>
          <w:i w:val="0"/>
        </w:rPr>
        <w:t xml:space="preserve"> , </w:t>
      </w:r>
      <w:r>
        <w:rPr>
          <w:b/>
          <w:i w:val="0"/>
        </w:rPr>
        <w:t xml:space="preserve"> s </w:t>
      </w:r>
      <w:r>
        <w:rPr>
          <w:b w:val="0"/>
          <w:i w:val="0"/>
        </w:rPr>
        <w:t xml:space="preserve"> </w:t>
      </w:r>
      <w:r>
        <w:rPr>
          <w:b/>
          <w:i w:val="0"/>
        </w:rPr>
        <w:t xml:space="preserve"> econds </w:t>
      </w:r>
      <w:r>
        <w:rPr>
          <w:b w:val="0"/>
          <w:i w:val="0"/>
        </w:rPr>
        <w:t xml:space="preserve"> ) và </w:t>
      </w:r>
      <w:r>
        <w:rPr>
          <w:b/>
          <w:i w:val="0"/>
        </w:rPr>
        <w:t xml:space="preserve"> DDM </w:t>
      </w:r>
      <w:r>
        <w:rPr>
          <w:b w:val="0"/>
          <w:i w:val="0"/>
        </w:rPr>
        <w:t xml:space="preserve"> ( </w:t>
      </w:r>
      <w:r>
        <w:rPr>
          <w:b/>
          <w:i w:val="0"/>
        </w:rPr>
        <w:t xml:space="preserve"> d </w:t>
      </w:r>
      <w:r>
        <w:rPr>
          <w:b w:val="0"/>
          <w:i w:val="0"/>
        </w:rPr>
        <w:t xml:space="preserve"> </w:t>
      </w:r>
      <w:r>
        <w:rPr>
          <w:b/>
          <w:i w:val="0"/>
        </w:rPr>
        <w:t xml:space="preserve"> egrees </w:t>
      </w:r>
      <w:r>
        <w:rPr>
          <w:b w:val="0"/>
          <w:i w:val="0"/>
        </w:rPr>
        <w:t xml:space="preserve"> , </w:t>
      </w:r>
      <w:r>
        <w:rPr>
          <w:b/>
          <w:i w:val="0"/>
        </w:rPr>
        <w:t xml:space="preserve"> d </w:t>
      </w:r>
      <w:r>
        <w:rPr>
          <w:b w:val="0"/>
          <w:i w:val="0"/>
        </w:rPr>
        <w:t xml:space="preserve"> </w:t>
      </w:r>
      <w:r>
        <w:rPr>
          <w:b/>
          <w:i w:val="0"/>
        </w:rPr>
        <w:t xml:space="preserve"> ecimal </w:t>
      </w:r>
      <w:r>
        <w:rPr>
          <w:b w:val="0"/>
          <w:i w:val="0"/>
        </w:rPr>
        <w:t xml:space="preserve"> , </w:t>
      </w:r>
      <w:r>
        <w:rPr>
          <w:b/>
          <w:i w:val="0"/>
        </w:rPr>
        <w:t xml:space="preserve"> m </w:t>
      </w:r>
      <w:r>
        <w:rPr>
          <w:b w:val="0"/>
          <w:i w:val="0"/>
        </w:rPr>
        <w:t xml:space="preserve"> </w:t>
      </w:r>
      <w:r>
        <w:rPr>
          <w:b/>
          <w:i w:val="0"/>
        </w:rPr>
        <w:t xml:space="preserve"> inutes </w:t>
      </w:r>
      <w:r>
        <w:rPr>
          <w:b w:val="0"/>
          <w:i w:val="0"/>
        </w:rPr>
        <w:t xml:space="preserve"> ), và được chuyển đổi thành </w:t>
      </w:r>
      <w:r>
        <w:rPr>
          <w:b/>
          <w:i w:val="0"/>
        </w:rPr>
        <w:t xml:space="preserve"> DD </w:t>
      </w:r>
      <w:r>
        <w:rPr>
          <w:b w:val="0"/>
          <w:i w:val="0"/>
        </w:rPr>
        <w:t xml:space="preserve"> ( </w:t>
      </w:r>
      <w:r>
        <w:rPr>
          <w:b/>
          <w:i w:val="0"/>
        </w:rPr>
        <w:t xml:space="preserve"> d </w:t>
      </w:r>
      <w:r>
        <w:rPr>
          <w:b w:val="0"/>
          <w:i w:val="0"/>
        </w:rPr>
        <w:t xml:space="preserve"> </w:t>
      </w:r>
      <w:r>
        <w:rPr>
          <w:b/>
          <w:i w:val="0"/>
        </w:rPr>
        <w:t xml:space="preserve"> ecimal </w:t>
      </w:r>
      <w:r>
        <w:rPr>
          <w:b w:val="0"/>
          <w:i w:val="0"/>
        </w:rPr>
        <w:t xml:space="preserve"> , </w:t>
      </w:r>
      <w:r>
        <w:rPr>
          <w:b/>
          <w:i w:val="0"/>
        </w:rPr>
        <w:t xml:space="preserve"> d </w:t>
      </w:r>
      <w:r>
        <w:rPr>
          <w:b w:val="0"/>
          <w:i w:val="0"/>
        </w:rPr>
        <w:t xml:space="preserve"> </w:t>
      </w:r>
      <w:r>
        <w:rPr>
          <w:b/>
          <w:i w:val="0"/>
        </w:rPr>
        <w:t xml:space="preserve"> egrees </w:t>
      </w:r>
      <w:r>
        <w:rPr>
          <w:b w:val="0"/>
          <w:i w:val="0"/>
        </w:rPr>
        <w:t xml:space="preserve"> ). Bạn có thể tìm hiểu thêm về các định dạng GPS khác nhau tại đây: </w:t>
      </w:r>
      <w:r>
        <w:rPr>
          <w:rFonts w:ascii="Consolas" w:hAnsi="Consolas"/>
          <w:b w:val="0"/>
          <w:i w:val="0"/>
          <w:sz w:val="20"/>
        </w:rPr>
        <w:br/>
        <w:br/>
        <w:t xml:space="preserve">       http://www.ubergizmo.com/how-to/read-gps-coordinates/</w:t>
        <w:br/>
        <w:t xml:space="preserve">      </w:t>
        <w:br/>
      </w:r>
      <w:r>
        <w:rPr>
          <w:b w:val="0"/>
          <w:i w:val="0"/>
        </w:rPr>
        <w:t>. Bạn cũng sẽ tìm thấy cách tìm kiếm vị trí chính xác của các bức ảnh ở đó, trong trường hợp bạn tò mò.</w:t>
      </w:r>
    </w:p>
    <w:p>
      <w:pPr>
        <w:spacing w:after="80"/>
      </w:pPr>
      <w:r>
        <w:rPr>
          <w:b/>
          <w:i w:val="0"/>
        </w:rPr>
        <w:t>Mẹo</w:t>
      </w:r>
    </w:p>
    <w:p>
      <w:pPr>
        <w:spacing w:after="80"/>
      </w:pPr>
      <w:r>
        <w:rPr>
          <w:b w:val="0"/>
          <w:i w:val="0"/>
        </w:rPr>
        <w:t>Việc điều hướng qua các tham số và cấu trúc khác nhau của metadata hình ảnh có thể khó khăn. Đây là lĩnh vực mà bạn có thể nhận được sự trợ giúp rõ ràng từ GenAI để phân tích cú pháp dữ liệu theo định dạng bạn cần và thực hiện các chuyển đổi và biến đổi phù hợp.</w:t>
      </w:r>
    </w:p>
    <w:p>
      <w:pPr>
        <w:spacing w:after="80"/>
      </w:pPr>
      <w:r>
        <w:rPr>
          <w:b w:val="0"/>
          <w:i w:val="0"/>
        </w:rPr>
        <w:t xml:space="preserve">Một ứng dụng nâng cao hơn của việc đọc tệp hình ảnh là cố gắng xử lý chúng cho </w:t>
      </w:r>
      <w:r>
        <w:rPr>
          <w:b/>
          <w:i w:val="0"/>
        </w:rPr>
        <w:t xml:space="preserve"> OCR </w:t>
      </w:r>
      <w:r>
        <w:rPr>
          <w:b w:val="0"/>
          <w:i w:val="0"/>
        </w:rPr>
        <w:t xml:space="preserve"> ( </w:t>
      </w:r>
      <w:r>
        <w:rPr>
          <w:b/>
          <w:i w:val="0"/>
        </w:rPr>
        <w:t xml:space="preserve"> Optical Character Recognition </w:t>
      </w:r>
      <w:r>
        <w:rPr>
          <w:b w:val="0"/>
          <w:i w:val="0"/>
        </w:rPr>
        <w:t xml:space="preserve"> ). Điều này có nghĩa là tự động phát hiện văn bản trong một hình ảnh và trích xuất cũng như xử lý nó. Mô-đun mã nguồn mở </w:t>
      </w:r>
      <w:r>
        <w:rPr>
          <w:rFonts w:ascii="Consolas" w:hAnsi="Consolas"/>
          <w:b w:val="0"/>
          <w:i w:val="0"/>
          <w:sz w:val="20"/>
        </w:rPr>
        <w:br/>
        <w:br/>
        <w:t xml:space="preserve">      tesseract</w:t>
        <w:br/>
        <w:t xml:space="preserve">     </w:t>
        <w:br/>
      </w:r>
      <w:r>
        <w:rPr>
          <w:b w:val="0"/>
          <w:i w:val="0"/>
        </w:rPr>
        <w:t xml:space="preserve"> cho phép bạn làm điều này, và nó có thể được sử dụng với Python và </w:t>
      </w:r>
      <w:r>
        <w:rPr>
          <w:rFonts w:ascii="Consolas" w:hAnsi="Consolas"/>
          <w:b w:val="0"/>
          <w:i w:val="0"/>
          <w:sz w:val="20"/>
        </w:rPr>
        <w:br/>
        <w:br/>
        <w:t xml:space="preserve">      Pillow</w:t>
        <w:br/>
        <w:t xml:space="preserve">     </w:t>
        <w:br/>
      </w:r>
      <w:r>
        <w:rPr>
          <w:b w:val="0"/>
          <w:i w:val="0"/>
        </w:rPr>
        <w:t>.</w:t>
      </w:r>
    </w:p>
    <w:p>
      <w:pPr>
        <w:spacing w:after="80"/>
      </w:pPr>
      <w:r>
        <w:rPr>
          <w:b w:val="0"/>
          <w:i w:val="0"/>
        </w:rPr>
        <w:t xml:space="preserve">Bạn cần cài đặt </w:t>
      </w:r>
      <w:r>
        <w:rPr>
          <w:rFonts w:ascii="Consolas" w:hAnsi="Consolas"/>
          <w:b w:val="0"/>
          <w:i w:val="0"/>
          <w:sz w:val="20"/>
        </w:rPr>
        <w:br/>
        <w:br/>
        <w:t xml:space="preserve">      tesseract</w:t>
        <w:br/>
        <w:t xml:space="preserve">     </w:t>
        <w:br/>
      </w:r>
      <w:r>
        <w:rPr>
          <w:b w:val="0"/>
          <w:i w:val="0"/>
        </w:rPr>
        <w:t xml:space="preserve"> trên hệ thống của mình ( </w:t>
      </w:r>
      <w:r>
        <w:rPr>
          <w:rFonts w:ascii="Consolas" w:hAnsi="Consolas"/>
          <w:b w:val="0"/>
          <w:i w:val="0"/>
          <w:sz w:val="20"/>
        </w:rPr>
        <w:br/>
        <w:br/>
        <w:t xml:space="preserve">       https://github.com/tesseract-ocr/tesseract/wiki</w:t>
        <w:br/>
        <w:t xml:space="preserve">      </w:t>
        <w:br/>
      </w:r>
      <w:r>
        <w:rPr>
          <w:b w:val="0"/>
          <w:i w:val="0"/>
        </w:rPr>
        <w:t xml:space="preserve"> ), cũng như mô-đun Python </w:t>
      </w:r>
      <w:r>
        <w:rPr>
          <w:rFonts w:ascii="Consolas" w:hAnsi="Consolas"/>
          <w:b w:val="0"/>
          <w:i w:val="0"/>
          <w:sz w:val="20"/>
        </w:rPr>
        <w:br/>
        <w:br/>
        <w:t xml:space="preserve">      pytesseract</w:t>
        <w:br/>
        <w:t xml:space="preserve">     </w:t>
        <w:br/>
      </w:r>
      <w:r>
        <w:rPr>
          <w:b w:val="0"/>
          <w:i w:val="0"/>
        </w:rPr>
        <w:t xml:space="preserve"> (sử dụng </w:t>
      </w:r>
      <w:r>
        <w:rPr>
          <w:rFonts w:ascii="Consolas" w:hAnsi="Consolas"/>
          <w:b w:val="0"/>
          <w:i w:val="0"/>
          <w:sz w:val="20"/>
        </w:rPr>
        <w:br/>
        <w:br/>
        <w:t xml:space="preserve">      uv pip install pytesseract</w:t>
        <w:br/>
        <w:t xml:space="preserve">     </w:t>
        <w:br/>
      </w:r>
      <w:r>
        <w:rPr>
          <w:b w:val="0"/>
          <w:i w:val="0"/>
        </w:rPr>
        <w:t xml:space="preserve"> ).</w:t>
      </w:r>
    </w:p>
    <w:p>
      <w:pPr>
        <w:spacing w:after="80"/>
      </w:pPr>
      <w:r>
        <w:rPr>
          <w:b w:val="0"/>
          <w:i w:val="0"/>
        </w:rPr>
        <w:t xml:space="preserve">Bạn có thể tải xuống một tệp có văn bản rõ ràng, có tên là </w:t>
      </w:r>
      <w:r>
        <w:rPr>
          <w:rFonts w:ascii="Consolas" w:hAnsi="Consolas"/>
          <w:b w:val="0"/>
          <w:i w:val="0"/>
          <w:sz w:val="20"/>
        </w:rPr>
        <w:br/>
        <w:br/>
        <w:t xml:space="preserve">      photo‑text.jpg,</w:t>
        <w:br/>
        <w:t xml:space="preserve">     </w:t>
        <w:br/>
      </w:r>
      <w:r>
        <w:rPr>
          <w:b w:val="0"/>
          <w:i w:val="0"/>
        </w:rPr>
        <w:t xml:space="preserve"> từ kho lưu trữ GitHub tại </w:t>
      </w:r>
      <w:r>
        <w:rPr>
          <w:rFonts w:ascii="Consolas" w:hAnsi="Consolas"/>
          <w:b w:val="0"/>
          <w:i w:val="0"/>
          <w:sz w:val="20"/>
        </w:rPr>
        <w:br/>
        <w:br/>
        <w:t xml:space="preserve">       https://github.com/PacktPublishing/Python-Automation-Cookbook-Third-Edition/blob/main/ch04/images/photo-text.jpg</w:t>
        <w:br/>
        <w:t xml:space="preserve">      </w:t>
        <w:br/>
      </w:r>
      <w:r>
        <w:rPr>
          <w:b w:val="0"/>
          <w:i w:val="0"/>
        </w:rPr>
        <w:t>:</w:t>
      </w:r>
    </w:p>
    <w:p>
      <w:pPr>
        <w:spacing w:after="0"/>
        <w:ind w:left="360"/>
        <w:shd w:val="clear" w:color="auto" w:fill="F2F2F2"/>
      </w:pPr>
      <w:r>
        <w:rPr>
          <w:rFonts w:ascii="Consolas" w:hAnsi="Consolas"/>
          <w:sz w:val="18"/>
        </w:rPr>
        <w:t>&gt;&gt;&gt; from PIL import Image</w:t>
      </w:r>
    </w:p>
    <w:p>
      <w:pPr>
        <w:spacing w:after="0"/>
        <w:ind w:left="360"/>
        <w:shd w:val="clear" w:color="auto" w:fill="F2F2F2"/>
      </w:pPr>
      <w:r>
        <w:rPr>
          <w:rFonts w:ascii="Consolas" w:hAnsi="Consolas"/>
          <w:sz w:val="18"/>
        </w:rPr>
        <w:t>&gt;&gt;&gt; import pytesseract</w:t>
      </w:r>
    </w:p>
    <w:p>
      <w:pPr>
        <w:spacing w:after="0"/>
        <w:ind w:left="360"/>
        <w:shd w:val="clear" w:color="auto" w:fill="F2F2F2"/>
      </w:pPr>
      <w:r>
        <w:rPr>
          <w:rFonts w:ascii="Consolas" w:hAnsi="Consolas"/>
          <w:sz w:val="18"/>
        </w:rPr>
        <w:t>&gt;&gt;&gt; pytesseract.image_to_string(Image.open('images/photo-text.jpg'))</w:t>
      </w:r>
    </w:p>
    <w:p>
      <w:pPr>
        <w:spacing w:after="0"/>
        <w:ind w:left="360"/>
        <w:shd w:val="clear" w:color="auto" w:fill="F2F2F2"/>
      </w:pPr>
      <w:r>
        <w:rPr>
          <w:rFonts w:ascii="Consolas" w:hAnsi="Consolas"/>
          <w:sz w:val="18"/>
        </w:rPr>
        <w:t>'Automate!\n'</w:t>
      </w:r>
    </w:p>
    <w:p>
      <w:pPr>
        <w:spacing w:after="40"/>
      </w:pPr>
    </w:p>
    <w:p>
      <w:pPr>
        <w:spacing w:after="80"/>
      </w:pPr>
      <w:r>
        <w:rPr>
          <w:b w:val="0"/>
          <w:i w:val="0"/>
        </w:rPr>
        <w:t xml:space="preserve">OCR có thể gặp khó khăn nếu văn bản trong ảnh không được rõ ràng lắm, hoặc bị trộn lẫn với hình ảnh, hoặc sử dụng phông chữ đặc biệt. Có một ví dụ về điều đó trong tệp </w:t>
      </w:r>
      <w:r>
        <w:rPr>
          <w:rFonts w:ascii="Consolas" w:hAnsi="Consolas"/>
          <w:b w:val="0"/>
          <w:i w:val="0"/>
          <w:sz w:val="20"/>
        </w:rPr>
        <w:br/>
        <w:br/>
        <w:t xml:space="preserve">      photo‑dublin‑a‑text.jpg</w:t>
        <w:br/>
        <w:t xml:space="preserve">     </w:t>
        <w:br/>
      </w:r>
      <w:r>
        <w:rPr>
          <w:b w:val="0"/>
          <w:i w:val="0"/>
        </w:rPr>
        <w:t xml:space="preserve">, (có sẵn trong kho GitHub tại </w:t>
      </w:r>
      <w:r>
        <w:rPr>
          <w:rFonts w:ascii="Consolas" w:hAnsi="Consolas"/>
          <w:b w:val="0"/>
          <w:i w:val="0"/>
          <w:sz w:val="20"/>
        </w:rPr>
        <w:br/>
        <w:br/>
        <w:t xml:space="preserve">       https://github.com/PacktPublishing/Python-Automation-Cookbook-Third-Edition/blob/main/ch04/images/photo-dublin-a-text.jpg</w:t>
        <w:br/>
        <w:t xml:space="preserve">      </w:t>
        <w:br/>
      </w:r>
      <w:r>
        <w:rPr>
          <w:b w:val="0"/>
          <w:i w:val="0"/>
        </w:rPr>
        <w:t xml:space="preserve"> ), trong đó có văn bản đè lên hình ảnh:</w:t>
      </w:r>
    </w:p>
    <w:p>
      <w:pPr>
        <w:spacing w:after="0"/>
        <w:ind w:left="360"/>
        <w:shd w:val="clear" w:color="auto" w:fill="F2F2F2"/>
      </w:pPr>
      <w:r>
        <w:rPr>
          <w:rFonts w:ascii="Consolas" w:hAnsi="Consolas"/>
          <w:sz w:val="18"/>
        </w:rPr>
        <w:t>&gt;&gt;&gt; pytesseract.image_to_string(Image.open('photo-dublin-a-text.jpg'))</w:t>
      </w:r>
    </w:p>
    <w:p>
      <w:pPr>
        <w:spacing w:after="0"/>
        <w:ind w:left="360"/>
        <w:shd w:val="clear" w:color="auto" w:fill="F2F2F2"/>
      </w:pPr>
      <w:r>
        <w:rPr>
          <w:rFonts w:ascii="Consolas" w:hAnsi="Consolas"/>
          <w:sz w:val="18"/>
        </w:rPr>
        <w:t>'oe ee KM\n\n'</w:t>
      </w:r>
    </w:p>
    <w:p>
      <w:pPr>
        <w:spacing w:after="40"/>
      </w:pPr>
    </w:p>
    <w:p>
      <w:pPr>
        <w:spacing w:after="80"/>
      </w:pPr>
      <w:r>
        <w:rPr>
          <w:b w:val="0"/>
          <w:i w:val="0"/>
        </w:rPr>
        <w:t>Không ổn lắm!</w:t>
      </w:r>
    </w:p>
    <w:p>
      <w:pPr>
        <w:spacing w:after="80"/>
      </w:pPr>
      <w:r>
        <w:rPr>
          <w:b/>
          <w:i w:val="0"/>
        </w:rPr>
        <w:t>Lưu ý</w:t>
      </w:r>
    </w:p>
    <w:p>
      <w:pPr>
        <w:spacing w:after="80"/>
      </w:pPr>
      <w:r>
        <w:rPr>
          <w:b w:val="0"/>
          <w:i w:val="0"/>
        </w:rPr>
        <w:t>Thông tin thêm về Tesseract có sẵn qua các liên kết sau:</w:t>
      </w:r>
    </w:p>
    <w:p>
      <w:pPr>
        <w:spacing w:after="80"/>
      </w:pPr>
      <w:r>
        <w:rPr>
          <w:rFonts w:ascii="Consolas" w:hAnsi="Consolas"/>
          <w:b w:val="0"/>
          <w:i w:val="0"/>
          <w:sz w:val="20"/>
        </w:rPr>
        <w:br/>
        <w:br/>
        <w:t xml:space="preserve">        https://github.com/tesseract-ocr/tesseract</w:t>
        <w:br/>
        <w:t xml:space="preserve">       </w:t>
        <w:br/>
      </w:r>
    </w:p>
    <w:p>
      <w:pPr>
        <w:spacing w:after="80"/>
      </w:pPr>
      <w:r>
        <w:rPr>
          <w:rFonts w:ascii="Consolas" w:hAnsi="Consolas"/>
          <w:b w:val="0"/>
          <w:i w:val="0"/>
          <w:sz w:val="20"/>
        </w:rPr>
        <w:br/>
        <w:br/>
        <w:t xml:space="preserve">        https://github.com/madmaze/pytesseract</w:t>
        <w:br/>
        <w:t xml:space="preserve">       </w:t>
        <w:br/>
      </w:r>
    </w:p>
    <w:p>
      <w:pPr>
        <w:spacing w:after="80"/>
      </w:pPr>
      <w:r>
        <w:rPr>
          <w:b w:val="0"/>
          <w:i w:val="0"/>
        </w:rPr>
        <w:t xml:space="preserve">Các tùy chọn OCR khác hiện có, như easyOCR, đôi khi có thể cho kết quả tốt hơn. Để sử dụng nó, hãy cài đặt bằng </w:t>
      </w:r>
      <w:r>
        <w:rPr>
          <w:rFonts w:ascii="Consolas" w:hAnsi="Consolas"/>
          <w:b w:val="0"/>
          <w:i w:val="0"/>
          <w:sz w:val="20"/>
        </w:rPr>
        <w:br/>
        <w:br/>
        <w:t xml:space="preserve">      uv pip install easyocr</w:t>
        <w:br/>
        <w:t xml:space="preserve">     </w:t>
        <w:br/>
      </w:r>
      <w:r>
        <w:rPr>
          <w:b w:val="0"/>
          <w:i w:val="0"/>
        </w:rPr>
        <w:t xml:space="preserve"> :</w:t>
      </w:r>
    </w:p>
    <w:p>
      <w:pPr>
        <w:spacing w:after="0"/>
        <w:ind w:left="360"/>
        <w:shd w:val="clear" w:color="auto" w:fill="F2F2F2"/>
      </w:pPr>
      <w:r>
        <w:rPr>
          <w:rFonts w:ascii="Consolas" w:hAnsi="Consolas"/>
          <w:sz w:val="18"/>
        </w:rPr>
        <w:t>&gt;&gt;&gt; import easyocr</w:t>
      </w:r>
    </w:p>
    <w:p>
      <w:pPr>
        <w:spacing w:after="0"/>
        <w:ind w:left="360"/>
        <w:shd w:val="clear" w:color="auto" w:fill="F2F2F2"/>
      </w:pPr>
      <w:r>
        <w:rPr>
          <w:rFonts w:ascii="Consolas" w:hAnsi="Consolas"/>
          <w:sz w:val="18"/>
        </w:rPr>
        <w:t>&gt;&gt;&gt; reader = easyocr.Reader(['en']). # Load the English module(s)</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&gt;&gt;&gt; reader.readtext('images/photo-text.jpg', detail=0)</w:t>
      </w:r>
    </w:p>
    <w:p>
      <w:pPr>
        <w:spacing w:after="0"/>
        <w:ind w:left="360"/>
        <w:shd w:val="clear" w:color="auto" w:fill="F2F2F2"/>
      </w:pPr>
      <w:r>
        <w:rPr>
          <w:rFonts w:ascii="Consolas" w:hAnsi="Consolas"/>
          <w:sz w:val="18"/>
        </w:rPr>
        <w:t>['Automatel']</w:t>
      </w:r>
    </w:p>
    <w:p>
      <w:pPr>
        <w:spacing w:after="40"/>
      </w:pPr>
    </w:p>
    <w:p>
      <w:pPr>
        <w:spacing w:after="80"/>
      </w:pPr>
      <w:r>
        <w:rPr>
          <w:b w:val="0"/>
          <w:i w:val="0"/>
        </w:rPr>
        <w:t xml:space="preserve">Tuy chưa hoàn hảo (nó hiểu thành </w:t>
      </w:r>
      <w:r>
        <w:rPr>
          <w:rFonts w:ascii="Consolas" w:hAnsi="Consolas"/>
          <w:b w:val="0"/>
          <w:i w:val="0"/>
          <w:sz w:val="20"/>
        </w:rPr>
        <w:br/>
        <w:br/>
        <w:t xml:space="preserve">      'Automatel'</w:t>
        <w:br/>
        <w:t xml:space="preserve">     </w:t>
        <w:br/>
      </w:r>
      <w:r>
        <w:rPr>
          <w:b w:val="0"/>
          <w:i w:val="0"/>
        </w:rPr>
        <w:t xml:space="preserve"> thay vì </w:t>
      </w:r>
      <w:r>
        <w:rPr>
          <w:rFonts w:ascii="Consolas" w:hAnsi="Consolas"/>
          <w:b w:val="0"/>
          <w:i w:val="0"/>
          <w:sz w:val="20"/>
        </w:rPr>
        <w:br/>
        <w:br/>
        <w:t xml:space="preserve">      'Automate'</w:t>
        <w:br/>
        <w:t xml:space="preserve">     </w:t>
        <w:br/>
      </w:r>
      <w:r>
        <w:rPr>
          <w:b w:val="0"/>
          <w:i w:val="0"/>
        </w:rPr>
        <w:t xml:space="preserve"> ) nhưng nó cho kết quả tốt hơn khi có sự trộn lẫn giữa hình ảnh và văn bản.</w:t>
      </w:r>
    </w:p>
    <w:p>
      <w:pPr>
        <w:spacing w:after="80"/>
      </w:pPr>
      <w:r>
        <w:rPr>
          <w:b w:val="0"/>
          <w:i w:val="0"/>
        </w:rPr>
        <w:t xml:space="preserve">Khi đọc với </w:t>
      </w:r>
      <w:r>
        <w:rPr>
          <w:rFonts w:ascii="Consolas" w:hAnsi="Consolas"/>
          <w:b w:val="0"/>
          <w:i w:val="0"/>
          <w:sz w:val="20"/>
        </w:rPr>
        <w:br/>
        <w:br/>
        <w:t xml:space="preserve">      detail=0</w:t>
        <w:br/>
        <w:t xml:space="preserve">     </w:t>
        <w:br/>
      </w:r>
      <w:r>
        <w:rPr>
          <w:b w:val="0"/>
          <w:i w:val="0"/>
        </w:rPr>
        <w:t xml:space="preserve"> , nó đơn giản hóa kết quả. Nhưng nếu không có nó, nó cũng sẽ trả về vị trí của văn bản và độ tin cậy được gán.</w:t>
      </w:r>
    </w:p>
    <w:p>
      <w:pPr>
        <w:spacing w:after="80"/>
      </w:pPr>
      <w:r>
        <w:rPr>
          <w:b/>
          <w:i w:val="0"/>
        </w:rPr>
        <w:t>Lưu ý</w:t>
      </w:r>
    </w:p>
    <w:p>
      <w:pPr>
        <w:spacing w:after="80"/>
      </w:pPr>
      <w:r>
        <w:rPr>
          <w:b w:val="0"/>
          <w:i w:val="0"/>
        </w:rPr>
        <w:t xml:space="preserve">Thông tin thêm về easyOCR có sẵn trong tài liệu tại </w:t>
      </w:r>
      <w:r>
        <w:rPr>
          <w:rFonts w:ascii="Consolas" w:hAnsi="Consolas"/>
          <w:b w:val="0"/>
          <w:i w:val="0"/>
          <w:sz w:val="20"/>
        </w:rPr>
        <w:br/>
        <w:br/>
        <w:t xml:space="preserve">        https://github.com/jaidedai/easyocr</w:t>
        <w:br/>
        <w:t xml:space="preserve">       </w:t>
        <w:br/>
      </w:r>
      <w:r>
        <w:rPr>
          <w:b w:val="0"/>
          <w:i w:val="0"/>
        </w:rPr>
        <w:t xml:space="preserve"> .</w:t>
      </w:r>
    </w:p>
    <w:p>
      <w:pPr>
        <w:spacing w:after="80"/>
      </w:pPr>
      <w:r>
        <w:rPr>
          <w:b w:val="0"/>
          <w:i w:val="0"/>
        </w:rPr>
        <w:t>Lưu ý rằng easyOCR hỗ trợ nhiều ngôn ngữ.</w:t>
      </w:r>
    </w:p>
    <w:p>
      <w:pPr>
        <w:spacing w:after="80"/>
      </w:pPr>
      <w:r>
        <w:rPr>
          <w:b w:val="0"/>
          <w:i w:val="0"/>
        </w:rPr>
        <w:t xml:space="preserve">Để đạt kết quả tốt nhất từ OCR có thể cần xử lý hình ảnh ban đầu. Xử lý hình ảnh nằm ngoài phạm vi của cuốn sách này, nhưng đáng để nhắc đến gói OpenCV, vốn mạnh mẽ hơn </w:t>
      </w:r>
      <w:r>
        <w:rPr>
          <w:rFonts w:ascii="Consolas" w:hAnsi="Consolas"/>
          <w:b w:val="0"/>
          <w:i w:val="0"/>
          <w:sz w:val="20"/>
        </w:rPr>
        <w:br/>
        <w:br/>
        <w:t xml:space="preserve">      Pillow</w:t>
        <w:br/>
        <w:t xml:space="preserve">     </w:t>
        <w:br/>
      </w:r>
      <w:r>
        <w:rPr>
          <w:b w:val="0"/>
          <w:i w:val="0"/>
        </w:rPr>
        <w:t xml:space="preserve"> . Bạn có thể xử lý một tệp rồi mở nó bằng Pillow: </w:t>
      </w:r>
      <w:r>
        <w:rPr>
          <w:rFonts w:ascii="Consolas" w:hAnsi="Consolas"/>
          <w:b w:val="0"/>
          <w:i w:val="0"/>
          <w:sz w:val="20"/>
        </w:rPr>
        <w:br/>
        <w:br/>
        <w:t xml:space="preserve">       http://opencv-python-tutroals.readthedocs.io/en/latest/py_tutorials/py_tutorials.html</w:t>
        <w:br/>
        <w:t xml:space="preserve">      </w:t>
        <w:br/>
      </w:r>
      <w:r>
        <w:rPr>
          <w:b w:val="0"/>
          <w:i w:val="0"/>
        </w:rPr>
        <w:t xml:space="preserve"> .</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Đọc tệp văn bản </w:t>
      </w:r>
      <w:r>
        <w:rPr>
          <w:b w:val="0"/>
          <w:i w:val="0"/>
        </w:rPr>
        <w:t xml:space="preserve"> , ở phần trước trong chương này, để tìm hiểu những điều cơ bản về mở và đọc tệp.</w:t>
      </w:r>
    </w:p>
    <w:p>
      <w:pPr>
        <w:spacing w:after="80"/>
        <w:ind w:left="360"/>
      </w:pPr>
      <w:r>
        <w:t xml:space="preserve">• </w:t>
      </w:r>
      <w:r>
        <w:rPr>
          <w:b w:val="0"/>
          <w:i w:val="0"/>
        </w:rPr>
        <w:t xml:space="preserve">Công thức </w:t>
      </w:r>
      <w:r>
        <w:rPr>
          <w:b w:val="0"/>
          <w:i/>
        </w:rPr>
        <w:t xml:space="preserve"> Đọc siêu dữ liệu tệp </w:t>
      </w:r>
      <w:r>
        <w:rPr>
          <w:b w:val="0"/>
          <w:i w:val="0"/>
        </w:rPr>
        <w:t xml:space="preserve"> , ở phần trước trong chương này, để tìm hiểu cách lấy thêm thông tin từ tệp.</w:t>
      </w:r>
    </w:p>
    <w:p>
      <w:pPr>
        <w:spacing w:after="80"/>
        <w:ind w:left="360"/>
      </w:pPr>
      <w:r>
        <w:t xml:space="preserve">• </w:t>
      </w:r>
      <w:r>
        <w:rPr>
          <w:b w:val="0"/>
          <w:i w:val="0"/>
        </w:rPr>
        <w:t xml:space="preserve">Công thức </w:t>
      </w:r>
      <w:r>
        <w:rPr>
          <w:b w:val="0"/>
          <w:i/>
        </w:rPr>
        <w:t>Thu thập dữ liệu và tìm kiếm trong thư mục</w:t>
      </w:r>
      <w:r>
        <w:rPr>
          <w:b w:val="0"/>
          <w:i w:val="0"/>
        </w:rPr>
        <w:t xml:space="preserve"> ở phần trước trong chương này, để học cách tìm kiếm và tìm thấy các tệp trong thư mục.</w:t>
      </w:r>
    </w:p>
    <w:p>
      <w:pPr>
        <w:pStyle w:val="Heading2"/>
      </w:pPr>
      <w:r>
        <w:rPr>
          <w:rFonts w:ascii="Calibri" w:hAnsi="Calibri"/>
          <w:b/>
          <w:i w:val="0"/>
          <w:sz w:val="32"/>
        </w:rPr>
        <w:t>Đọc các tệp PDF</w:t>
      </w:r>
    </w:p>
    <w:p>
      <w:pPr>
        <w:spacing w:after="80"/>
      </w:pPr>
      <w:r>
        <w:rPr>
          <w:b w:val="0"/>
          <w:i w:val="0"/>
        </w:rPr>
        <w:t xml:space="preserve">Một định dạng phổ biến cho tài liệu là </w:t>
      </w:r>
      <w:r>
        <w:rPr>
          <w:b/>
          <w:i w:val="0"/>
        </w:rPr>
        <w:t>PDF</w:t>
      </w:r>
      <w:r>
        <w:rPr>
          <w:b w:val="0"/>
          <w:i w:val="0"/>
        </w:rPr>
        <w:t xml:space="preserve"> (</w:t>
      </w:r>
      <w:r>
        <w:rPr>
          <w:b/>
          <w:i w:val="0"/>
        </w:rPr>
        <w:t>Portable Document Format</w:t>
      </w:r>
      <w:r>
        <w:rPr>
          <w:b w:val="0"/>
          <w:i w:val="0"/>
        </w:rPr>
        <w:t>). Ban đầu nó ra đời như một định dạng để mô tả tài liệu sao cho bất kỳ máy in nào cũng sẽ in ra giống hệt nhau, vì vậy PDF là định dạng đảm bảo tài liệu sẽ được in đúng như những gì được hiển thị. Nó đã trở thành tiêu chuẩn thực tế (de-facto standard) để chia sẻ tài liệu, đặc biệt là những tài liệu đã hoàn thiện và chỉ dùng để đọc.</w:t>
      </w:r>
    </w:p>
    <w:p>
      <w:pPr>
        <w:pStyle w:val="Heading3"/>
      </w:pPr>
      <w:r>
        <w:rPr>
          <w:rFonts w:ascii="Calibri" w:hAnsi="Calibri"/>
          <w:b/>
          <w:i w:val="0"/>
          <w:sz w:val="26"/>
        </w:rPr>
        <w:t>Chuẩn bị</w:t>
      </w:r>
    </w:p>
    <w:p>
      <w:pPr>
        <w:spacing w:after="80"/>
      </w:pPr>
      <w:r>
        <w:rPr>
          <w:b w:val="0"/>
          <w:i w:val="0"/>
        </w:rPr>
        <w:t xml:space="preserve">Trong công thức này, chúng ta sẽ sử dụng mô-đun </w:t>
      </w:r>
      <w:r>
        <w:rPr>
          <w:rFonts w:ascii="Consolas" w:hAnsi="Consolas"/>
          <w:b w:val="0"/>
          <w:i w:val="0"/>
          <w:sz w:val="20"/>
        </w:rPr>
        <w:br/>
        <w:br/>
        <w:t xml:space="preserve">      pypdf</w:t>
        <w:br/>
        <w:t xml:space="preserve">     </w:t>
        <w:br/>
      </w:r>
      <w:r>
        <w:rPr>
          <w:b w:val="0"/>
          <w:i w:val="0"/>
        </w:rPr>
        <w:t>. Chúng ta cần thêm nó vào môi trường ảo (virtual environment) của mình:</w:t>
      </w:r>
    </w:p>
    <w:p>
      <w:pPr>
        <w:spacing w:after="0"/>
        <w:ind w:left="360"/>
        <w:shd w:val="clear" w:color="auto" w:fill="F2F2F2"/>
      </w:pPr>
      <w:r>
        <w:rPr>
          <w:rFonts w:ascii="Consolas" w:hAnsi="Consolas"/>
          <w:sz w:val="18"/>
        </w:rPr>
        <w:t>$ echo "pypdf==6.6.2" &gt;&gt; requirements.txt</w:t>
      </w:r>
    </w:p>
    <w:p>
      <w:pPr>
        <w:spacing w:after="0"/>
        <w:ind w:left="360"/>
        <w:shd w:val="clear" w:color="auto" w:fill="F2F2F2"/>
      </w:pPr>
      <w:r>
        <w:rPr>
          <w:rFonts w:ascii="Consolas" w:hAnsi="Consolas"/>
          <w:sz w:val="18"/>
        </w:rPr>
        <w:t>$ pip install -r requirements.txt</w:t>
      </w:r>
    </w:p>
    <w:p>
      <w:pPr>
        <w:spacing w:after="40"/>
      </w:pPr>
    </w:p>
    <w:p>
      <w:pPr>
        <w:spacing w:after="80"/>
      </w:pPr>
      <w:r>
        <w:rPr>
          <w:b w:val="0"/>
          <w:i w:val="0"/>
        </w:rPr>
        <w:t xml:space="preserve">Trong thư mục GitHub </w:t>
      </w:r>
      <w:r>
        <w:rPr>
          <w:rFonts w:ascii="Consolas" w:hAnsi="Consolas"/>
          <w:b w:val="0"/>
          <w:i w:val="0"/>
          <w:sz w:val="20"/>
        </w:rPr>
        <w:br/>
        <w:br/>
        <w:t xml:space="preserve">      ch04/documents</w:t>
        <w:br/>
        <w:t xml:space="preserve">     </w:t>
        <w:br/>
      </w:r>
      <w:r>
        <w:rPr>
          <w:b w:val="0"/>
          <w:i w:val="0"/>
        </w:rPr>
        <w:t xml:space="preserve"> chúng tôi đã chuẩn bị hai tài liệu, </w:t>
      </w:r>
      <w:r>
        <w:rPr>
          <w:rFonts w:ascii="Consolas" w:hAnsi="Consolas"/>
          <w:b w:val="0"/>
          <w:i w:val="0"/>
          <w:sz w:val="20"/>
        </w:rPr>
        <w:br/>
        <w:br/>
        <w:t xml:space="preserve">      document‑1.pdf</w:t>
        <w:br/>
        <w:t xml:space="preserve">     </w:t>
        <w:br/>
      </w:r>
      <w:r>
        <w:rPr>
          <w:b w:val="0"/>
          <w:i w:val="0"/>
        </w:rPr>
        <w:t xml:space="preserve"> và </w:t>
      </w:r>
      <w:r>
        <w:rPr>
          <w:rFonts w:ascii="Consolas" w:hAnsi="Consolas"/>
          <w:b w:val="0"/>
          <w:i w:val="0"/>
          <w:sz w:val="20"/>
        </w:rPr>
        <w:br/>
        <w:br/>
        <w:t xml:space="preserve">      document‑2.pdf</w:t>
        <w:br/>
        <w:t xml:space="preserve">     </w:t>
        <w:br/>
      </w:r>
      <w:r>
        <w:rPr>
          <w:b w:val="0"/>
          <w:i w:val="0"/>
        </w:rPr>
        <w:t>, để dùng trong công thức này. Lưu ý rằng chúng chứa chủ yếu là văn bản Lorem Ipsum, chỉ là văn bản giữ chỗ (placeholder) mà thôi.</w:t>
      </w:r>
    </w:p>
    <w:p>
      <w:pPr>
        <w:spacing w:after="80"/>
      </w:pPr>
      <w:r>
        <w:rPr>
          <w:b/>
          <w:i w:val="0"/>
        </w:rPr>
        <w:t>Lưu ý</w:t>
      </w:r>
    </w:p>
    <w:p>
      <w:pPr>
        <w:spacing w:after="80"/>
      </w:pPr>
      <w:r>
        <w:rPr>
          <w:b w:val="0"/>
          <w:i w:val="0"/>
        </w:rPr>
        <w:t xml:space="preserve">Văn bản Lorem Ipsum thường được dùng trong thiết kế để hiển thị văn bản mà không cần phải tạo nội dung trước khi thiết kế. Bạn có thể tìm hiểu thêm về nó tại đây: </w:t>
      </w:r>
      <w:r>
        <w:rPr>
          <w:rFonts w:ascii="Consolas" w:hAnsi="Consolas"/>
          <w:b w:val="0"/>
          <w:i w:val="0"/>
          <w:sz w:val="20"/>
        </w:rPr>
        <w:br/>
        <w:br/>
        <w:t xml:space="preserve">        https://loremipsum.io/</w:t>
        <w:br/>
        <w:t xml:space="preserve">       </w:t>
        <w:br/>
      </w:r>
      <w:r>
        <w:rPr>
          <w:b w:val="0"/>
          <w:i w:val="0"/>
        </w:rPr>
        <w:t>.</w:t>
      </w:r>
    </w:p>
    <w:p>
      <w:pPr>
        <w:spacing w:after="80"/>
      </w:pPr>
      <w:r>
        <w:rPr>
          <w:b w:val="0"/>
          <w:i w:val="0"/>
        </w:rPr>
        <w:t xml:space="preserve">Cả hai đều là cùng một tài liệu kiểm thử, nhưng cái thứ hai chỉ có thể mở được bằng mật khẩu. Mật khẩu là </w:t>
      </w:r>
      <w:r>
        <w:rPr>
          <w:rFonts w:ascii="Consolas" w:hAnsi="Consolas"/>
          <w:b w:val="0"/>
          <w:i w:val="0"/>
          <w:sz w:val="20"/>
        </w:rPr>
        <w:br/>
        <w:br/>
        <w:t xml:space="preserve">      automate</w:t>
        <w:br/>
        <w:t xml:space="preserve">     </w:t>
        <w:br/>
      </w:r>
      <w:r>
        <w:rPr>
          <w:b w:val="0"/>
          <w:i w:val="0"/>
        </w:rPr>
        <w:t>.</w:t>
      </w:r>
    </w:p>
    <w:p>
      <w:pPr>
        <w:pStyle w:val="Heading3"/>
      </w:pPr>
      <w:r>
        <w:rPr>
          <w:rFonts w:ascii="Calibri" w:hAnsi="Calibri"/>
          <w:b/>
          <w:i w:val="0"/>
          <w:sz w:val="26"/>
        </w:rPr>
        <w:t>Cách thực hiện...</w:t>
      </w:r>
    </w:p>
    <w:p>
      <w:pPr>
        <w:spacing w:after="80"/>
        <w:ind w:left="360"/>
      </w:pPr>
      <w:r>
        <w:t xml:space="preserve">1. </w:t>
      </w:r>
      <w:r>
        <w:rPr>
          <w:b w:val="0"/>
          <w:i w:val="0"/>
        </w:rPr>
        <w:t>Import mô-đun:</w:t>
      </w:r>
    </w:p>
    <w:p>
      <w:pPr>
        <w:spacing w:after="0"/>
        <w:ind w:left="360"/>
        <w:shd w:val="clear" w:color="auto" w:fill="F2F2F2"/>
      </w:pPr>
      <w:r>
        <w:rPr>
          <w:rFonts w:ascii="Consolas" w:hAnsi="Consolas"/>
          <w:sz w:val="18"/>
        </w:rPr>
        <w:t>&gt;&gt;&gt; from pypdf import PdfReader</w:t>
      </w:r>
    </w:p>
    <w:p>
      <w:pPr>
        <w:spacing w:after="40"/>
      </w:pPr>
    </w:p>
    <w:p>
      <w:pPr>
        <w:spacing w:after="80"/>
        <w:ind w:left="360"/>
      </w:pPr>
      <w:r>
        <w:t xml:space="preserve">2. </w:t>
      </w:r>
      <w:r>
        <w:rPr>
          <w:b w:val="0"/>
          <w:i w:val="0"/>
        </w:rPr>
        <w:t xml:space="preserve">Mở tệp </w:t>
      </w:r>
      <w:r>
        <w:rPr>
          <w:rFonts w:ascii="Consolas" w:hAnsi="Consolas"/>
          <w:b w:val="0"/>
          <w:i w:val="0"/>
          <w:sz w:val="20"/>
        </w:rPr>
        <w:br/>
        <w:br/>
        <w:t xml:space="preserve">       document‑1.pdf</w:t>
        <w:br/>
        <w:t xml:space="preserve">      </w:t>
        <w:br/>
      </w:r>
      <w:r>
        <w:rPr>
          <w:b w:val="0"/>
          <w:i w:val="0"/>
        </w:rPr>
        <w:t xml:space="preserve"> và tạo một đối tượng tài liệu PDF. Lưu ý rằng tệp cần được mở trong suốt quá trình đọc:</w:t>
      </w:r>
    </w:p>
    <w:p>
      <w:pPr>
        <w:spacing w:after="0"/>
        <w:ind w:left="360"/>
        <w:shd w:val="clear" w:color="auto" w:fill="F2F2F2"/>
      </w:pPr>
      <w:r>
        <w:rPr>
          <w:rFonts w:ascii="Consolas" w:hAnsi="Consolas"/>
          <w:sz w:val="18"/>
        </w:rPr>
        <w:t>&gt;&gt;&gt; file = open('document-1.pdf', 'rb')</w:t>
      </w:r>
    </w:p>
    <w:p>
      <w:pPr>
        <w:spacing w:after="0"/>
        <w:ind w:left="360"/>
        <w:shd w:val="clear" w:color="auto" w:fill="F2F2F2"/>
      </w:pPr>
      <w:r>
        <w:rPr>
          <w:rFonts w:ascii="Consolas" w:hAnsi="Consolas"/>
          <w:sz w:val="18"/>
        </w:rPr>
        <w:t>&gt;&gt;&gt; document = PdfReader(file)</w:t>
      </w:r>
    </w:p>
    <w:p>
      <w:pPr>
        <w:spacing w:after="40"/>
      </w:pPr>
    </w:p>
    <w:p>
      <w:pPr>
        <w:spacing w:after="80"/>
        <w:ind w:left="360"/>
      </w:pPr>
      <w:r>
        <w:t xml:space="preserve">3. </w:t>
      </w:r>
      <w:r>
        <w:rPr>
          <w:b w:val="0"/>
          <w:i w:val="0"/>
        </w:rPr>
        <w:t>Lấy số trang của tài liệu và kiểm tra xem nó có bị mã hóa (encrypted) hay không:</w:t>
      </w:r>
    </w:p>
    <w:p>
      <w:pPr>
        <w:spacing w:after="0"/>
        <w:ind w:left="360"/>
        <w:shd w:val="clear" w:color="auto" w:fill="F2F2F2"/>
      </w:pPr>
      <w:r>
        <w:rPr>
          <w:rFonts w:ascii="Consolas" w:hAnsi="Consolas"/>
          <w:sz w:val="18"/>
        </w:rPr>
        <w:t>&gt;&gt;&gt; len(document.pages)</w:t>
      </w:r>
    </w:p>
    <w:p>
      <w:pPr>
        <w:spacing w:after="0"/>
        <w:ind w:left="360"/>
        <w:shd w:val="clear" w:color="auto" w:fill="F2F2F2"/>
      </w:pPr>
      <w:r>
        <w:rPr>
          <w:rFonts w:ascii="Consolas" w:hAnsi="Consolas"/>
          <w:sz w:val="18"/>
        </w:rPr>
        <w:t>3</w:t>
      </w:r>
    </w:p>
    <w:p>
      <w:pPr>
        <w:spacing w:after="0"/>
        <w:ind w:left="360"/>
        <w:shd w:val="clear" w:color="auto" w:fill="F2F2F2"/>
      </w:pPr>
      <w:r>
        <w:rPr>
          <w:rFonts w:ascii="Consolas" w:hAnsi="Consolas"/>
          <w:sz w:val="18"/>
        </w:rPr>
        <w:t>&gt;&gt;&gt; document.is_encrypted</w:t>
      </w:r>
    </w:p>
    <w:p>
      <w:pPr>
        <w:spacing w:after="0"/>
        <w:ind w:left="360"/>
        <w:shd w:val="clear" w:color="auto" w:fill="F2F2F2"/>
      </w:pPr>
      <w:r>
        <w:rPr>
          <w:rFonts w:ascii="Consolas" w:hAnsi="Consolas"/>
          <w:sz w:val="18"/>
        </w:rPr>
        <w:t>False</w:t>
      </w:r>
    </w:p>
    <w:p>
      <w:pPr>
        <w:spacing w:after="40"/>
      </w:pPr>
    </w:p>
    <w:p>
      <w:pPr>
        <w:spacing w:after="80"/>
        <w:ind w:left="360"/>
      </w:pPr>
      <w:r>
        <w:t xml:space="preserve">4. </w:t>
      </w:r>
      <w:r>
        <w:rPr>
          <w:b w:val="0"/>
          <w:i w:val="0"/>
        </w:rPr>
        <w:t>Lấy ngày tạo từ thông tin tài liệu (2018-Jun-24 11:15:18) và phát hiện ra rằng nó được tạo bằng Mac Quartz PDFContext:</w:t>
      </w:r>
    </w:p>
    <w:p>
      <w:pPr>
        <w:spacing w:after="0"/>
        <w:ind w:left="360"/>
        <w:shd w:val="clear" w:color="auto" w:fill="F2F2F2"/>
      </w:pPr>
      <w:r>
        <w:rPr>
          <w:rFonts w:ascii="Consolas" w:hAnsi="Consolas"/>
          <w:sz w:val="18"/>
        </w:rPr>
        <w:t>&gt;&gt;&gt; document.metadata['/CreationDate']</w:t>
      </w:r>
    </w:p>
    <w:p>
      <w:pPr>
        <w:spacing w:after="0"/>
        <w:ind w:left="360"/>
        <w:shd w:val="clear" w:color="auto" w:fill="F2F2F2"/>
      </w:pPr>
      <w:r>
        <w:rPr>
          <w:rFonts w:ascii="Consolas" w:hAnsi="Consolas"/>
          <w:sz w:val="18"/>
        </w:rPr>
        <w:t>"D:20180624111518Z00'00'"</w:t>
      </w:r>
    </w:p>
    <w:p>
      <w:pPr>
        <w:spacing w:after="0"/>
        <w:ind w:left="360"/>
        <w:shd w:val="clear" w:color="auto" w:fill="F2F2F2"/>
      </w:pPr>
      <w:r>
        <w:rPr>
          <w:rFonts w:ascii="Consolas" w:hAnsi="Consolas"/>
          <w:sz w:val="18"/>
        </w:rPr>
        <w:t>&gt;&gt;&gt; document.metadata['/Producer']</w:t>
      </w:r>
    </w:p>
    <w:p>
      <w:pPr>
        <w:spacing w:after="0"/>
        <w:ind w:left="360"/>
        <w:shd w:val="clear" w:color="auto" w:fill="F2F2F2"/>
      </w:pPr>
      <w:r>
        <w:rPr>
          <w:rFonts w:ascii="Consolas" w:hAnsi="Consolas"/>
          <w:sz w:val="18"/>
        </w:rPr>
        <w:t>'Mac OS X 10.13.5 Quartz PDFContext'</w:t>
      </w:r>
    </w:p>
    <w:p>
      <w:pPr>
        <w:spacing w:after="40"/>
      </w:pPr>
    </w:p>
    <w:p>
      <w:pPr>
        <w:spacing w:after="80"/>
        <w:ind w:left="360"/>
      </w:pPr>
      <w:r>
        <w:t xml:space="preserve">5. </w:t>
      </w:r>
      <w:r>
        <w:rPr>
          <w:b w:val="0"/>
          <w:i w:val="0"/>
        </w:rPr>
        <w:t>Lấy trang đầu tiên và đọc văn bản trên đó:</w:t>
      </w:r>
    </w:p>
    <w:p>
      <w:pPr>
        <w:spacing w:after="0"/>
        <w:ind w:left="360"/>
        <w:shd w:val="clear" w:color="auto" w:fill="F2F2F2"/>
      </w:pPr>
      <w:r>
        <w:rPr>
          <w:rFonts w:ascii="Consolas" w:hAnsi="Consolas"/>
          <w:sz w:val="18"/>
        </w:rPr>
        <w:t>&gt;&gt;&gt; document.pages[0].extract_text()</w:t>
      </w:r>
    </w:p>
    <w:p>
      <w:pPr>
        <w:spacing w:after="0"/>
        <w:ind w:left="360"/>
        <w:shd w:val="clear" w:color="auto" w:fill="F2F2F2"/>
      </w:pPr>
      <w:r>
        <w:rPr>
          <w:rFonts w:ascii="Consolas" w:hAnsi="Consolas"/>
          <w:sz w:val="18"/>
        </w:rPr>
        <w:t>'\nA VERY IMPORTANT DOCUMENT By James McCormac CEO Loose Seal Inc \n'</w:t>
      </w:r>
    </w:p>
    <w:p>
      <w:pPr>
        <w:spacing w:after="40"/>
      </w:pPr>
    </w:p>
    <w:p>
      <w:pPr>
        <w:spacing w:after="80"/>
        <w:ind w:left="360"/>
      </w:pPr>
      <w:r>
        <w:t xml:space="preserve">6. </w:t>
      </w:r>
      <w:r>
        <w:rPr>
          <w:b w:val="0"/>
          <w:i w:val="0"/>
        </w:rPr>
        <w:t>Thực hiện thao tác tương tự cho trang thứ hai (đã được che lại ở đây):</w:t>
      </w:r>
    </w:p>
    <w:p>
      <w:pPr>
        <w:spacing w:after="0"/>
        <w:ind w:left="360"/>
        <w:shd w:val="clear" w:color="auto" w:fill="F2F2F2"/>
      </w:pPr>
      <w:r>
        <w:rPr>
          <w:rFonts w:ascii="Consolas" w:hAnsi="Consolas"/>
          <w:sz w:val="18"/>
        </w:rPr>
        <w:t>&gt;&gt;&gt; document.pages[1].extract_text()</w:t>
      </w:r>
    </w:p>
    <w:p>
      <w:pPr>
        <w:spacing w:after="0"/>
        <w:ind w:left="360"/>
        <w:shd w:val="clear" w:color="auto" w:fill="F2F2F2"/>
      </w:pPr>
      <w:r>
        <w:rPr>
          <w:rFonts w:ascii="Consolas" w:hAnsi="Consolas"/>
          <w:sz w:val="18"/>
        </w:rPr>
        <w:t>'"!This is an example of a test document that is stored in PDF format. It contains some \nsentences to describe what it is and the it has lore ipsum text.\n!"\nLorem ipsum dolor sit amet, consectetur adipiscing elit. ...$'</w:t>
      </w:r>
    </w:p>
    <w:p>
      <w:pPr>
        <w:spacing w:after="40"/>
      </w:pPr>
    </w:p>
    <w:p>
      <w:pPr>
        <w:spacing w:after="80"/>
        <w:ind w:left="360"/>
      </w:pPr>
      <w:r>
        <w:t xml:space="preserve">7. </w:t>
      </w:r>
      <w:r>
        <w:rPr>
          <w:b w:val="0"/>
          <w:i w:val="0"/>
        </w:rPr>
        <w:t xml:space="preserve">Đóng tệp và mở </w:t>
      </w:r>
      <w:r>
        <w:rPr>
          <w:rFonts w:ascii="Consolas" w:hAnsi="Consolas"/>
          <w:b w:val="0"/>
          <w:i w:val="0"/>
          <w:sz w:val="20"/>
        </w:rPr>
        <w:br/>
        <w:br/>
        <w:t xml:space="preserve">       document‑2.pdf</w:t>
        <w:br/>
        <w:t xml:space="preserve">      </w:t>
        <w:br/>
      </w:r>
      <w:r>
        <w:rPr>
          <w:b w:val="0"/>
          <w:i w:val="0"/>
        </w:rPr>
        <w:t xml:space="preserve"> :</w:t>
      </w:r>
    </w:p>
    <w:p>
      <w:pPr>
        <w:spacing w:after="0"/>
        <w:ind w:left="360"/>
        <w:shd w:val="clear" w:color="auto" w:fill="F2F2F2"/>
      </w:pPr>
      <w:r>
        <w:rPr>
          <w:rFonts w:ascii="Consolas" w:hAnsi="Consolas"/>
          <w:sz w:val="18"/>
        </w:rPr>
        <w:t>&gt;&gt;&gt; file.close()</w:t>
      </w:r>
    </w:p>
    <w:p>
      <w:pPr>
        <w:spacing w:after="0"/>
        <w:ind w:left="360"/>
        <w:shd w:val="clear" w:color="auto" w:fill="F2F2F2"/>
      </w:pPr>
      <w:r>
        <w:rPr>
          <w:rFonts w:ascii="Consolas" w:hAnsi="Consolas"/>
          <w:sz w:val="18"/>
        </w:rPr>
        <w:t>&gt;&gt;&gt; file = open('document-2.pdf', 'rb')</w:t>
      </w:r>
    </w:p>
    <w:p>
      <w:pPr>
        <w:spacing w:after="0"/>
        <w:ind w:left="360"/>
        <w:shd w:val="clear" w:color="auto" w:fill="F2F2F2"/>
      </w:pPr>
      <w:r>
        <w:rPr>
          <w:rFonts w:ascii="Consolas" w:hAnsi="Consolas"/>
          <w:sz w:val="18"/>
        </w:rPr>
        <w:t>&gt;&gt;&gt; document = PdfReader(file)</w:t>
      </w:r>
    </w:p>
    <w:p>
      <w:pPr>
        <w:spacing w:after="40"/>
      </w:pPr>
    </w:p>
    <w:p>
      <w:pPr>
        <w:spacing w:after="80"/>
        <w:ind w:left="360"/>
      </w:pPr>
      <w:r>
        <w:t xml:space="preserve">8. </w:t>
      </w:r>
      <w:r>
        <w:rPr>
          <w:b w:val="0"/>
          <w:i w:val="0"/>
        </w:rPr>
        <w:t>Kiểm tra xem tài liệu có được mã hóa không (nó yêu cầu mật khẩu) và báo lỗi nếu chúng ta cố truy cập nội dung của nó:</w:t>
      </w:r>
    </w:p>
    <w:p>
      <w:pPr>
        <w:spacing w:after="0"/>
        <w:ind w:left="360"/>
        <w:shd w:val="clear" w:color="auto" w:fill="F2F2F2"/>
      </w:pPr>
      <w:r>
        <w:rPr>
          <w:rFonts w:ascii="Consolas" w:hAnsi="Consolas"/>
          <w:sz w:val="18"/>
        </w:rPr>
        <w:t>&gt;&gt;&gt; document.is_encrypted</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&gt;&gt;&gt; len(document.pages)</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PyPDF2.errors.FileNotDecryptedError: File has not been decrypted</w:t>
      </w:r>
    </w:p>
    <w:p>
      <w:pPr>
        <w:spacing w:after="40"/>
      </w:pPr>
    </w:p>
    <w:p>
      <w:pPr>
        <w:spacing w:after="80"/>
        <w:ind w:left="360"/>
      </w:pPr>
      <w:r>
        <w:t xml:space="preserve">9. </w:t>
      </w:r>
      <w:r>
        <w:rPr>
          <w:b w:val="0"/>
          <w:i w:val="0"/>
        </w:rPr>
        <w:t>Giải mã tệp bằng mật khẩu và truy cập nội dung của nó:</w:t>
      </w:r>
    </w:p>
    <w:p>
      <w:pPr>
        <w:spacing w:after="0"/>
        <w:ind w:left="360"/>
        <w:shd w:val="clear" w:color="auto" w:fill="F2F2F2"/>
      </w:pPr>
      <w:r>
        <w:rPr>
          <w:rFonts w:ascii="Consolas" w:hAnsi="Consolas"/>
          <w:sz w:val="18"/>
        </w:rPr>
        <w:t>&gt;&gt;&gt; document.decrypt('automate')</w:t>
      </w:r>
    </w:p>
    <w:p>
      <w:pPr>
        <w:spacing w:after="0"/>
        <w:ind w:left="360"/>
        <w:shd w:val="clear" w:color="auto" w:fill="F2F2F2"/>
      </w:pPr>
      <w:r>
        <w:rPr>
          <w:rFonts w:ascii="Consolas" w:hAnsi="Consolas"/>
          <w:sz w:val="18"/>
        </w:rPr>
        <w:t>&lt;PasswordType.OWNER_PASSWORD: 2&gt;</w:t>
      </w:r>
    </w:p>
    <w:p>
      <w:pPr>
        <w:spacing w:after="0"/>
        <w:ind w:left="360"/>
        <w:shd w:val="clear" w:color="auto" w:fill="F2F2F2"/>
      </w:pPr>
      <w:r>
        <w:rPr>
          <w:rFonts w:ascii="Consolas" w:hAnsi="Consolas"/>
          <w:sz w:val="18"/>
        </w:rPr>
        <w:t>&gt;&gt;&gt; len(document.pages)</w:t>
      </w:r>
    </w:p>
    <w:p>
      <w:pPr>
        <w:spacing w:after="0"/>
        <w:ind w:left="360"/>
        <w:shd w:val="clear" w:color="auto" w:fill="F2F2F2"/>
      </w:pPr>
      <w:r>
        <w:rPr>
          <w:rFonts w:ascii="Consolas" w:hAnsi="Consolas"/>
          <w:sz w:val="18"/>
        </w:rPr>
        <w:t>3</w:t>
      </w:r>
    </w:p>
    <w:p>
      <w:pPr>
        <w:spacing w:after="0"/>
        <w:ind w:left="360"/>
        <w:shd w:val="clear" w:color="auto" w:fill="F2F2F2"/>
      </w:pPr>
      <w:r>
        <w:rPr>
          <w:rFonts w:ascii="Consolas" w:hAnsi="Consolas"/>
          <w:sz w:val="18"/>
        </w:rPr>
        <w:t>&gt;&gt;&gt; document.pages[0].extract_text()</w:t>
      </w:r>
    </w:p>
    <w:p>
      <w:pPr>
        <w:spacing w:after="0"/>
        <w:ind w:left="360"/>
        <w:shd w:val="clear" w:color="auto" w:fill="F2F2F2"/>
      </w:pPr>
      <w:r>
        <w:rPr>
          <w:rFonts w:ascii="Consolas" w:hAnsi="Consolas"/>
          <w:sz w:val="18"/>
        </w:rPr>
        <w:t>'\nA VERY IMPORTANT DOCUMENT By James McCormac CEO Loose Seal Inc \n'</w:t>
      </w:r>
    </w:p>
    <w:p>
      <w:pPr>
        <w:spacing w:after="40"/>
      </w:pPr>
    </w:p>
    <w:p>
      <w:pPr>
        <w:spacing w:after="80"/>
        <w:ind w:left="360"/>
      </w:pPr>
      <w:r>
        <w:t xml:space="preserve">10. </w:t>
      </w:r>
      <w:r>
        <w:rPr>
          <w:b w:val="0"/>
          <w:i w:val="0"/>
        </w:rPr>
        <w:t>Đóng tệp để dọn dẹp:</w:t>
      </w:r>
    </w:p>
    <w:p>
      <w:pPr>
        <w:spacing w:after="0"/>
        <w:ind w:left="360"/>
        <w:shd w:val="clear" w:color="auto" w:fill="F2F2F2"/>
      </w:pPr>
      <w:r>
        <w:rPr>
          <w:rFonts w:ascii="Consolas" w:hAnsi="Consolas"/>
          <w:sz w:val="18"/>
        </w:rPr>
        <w:t>&gt;&gt;&gt; file.close()</w:t>
      </w:r>
    </w:p>
    <w:p>
      <w:pPr>
        <w:spacing w:after="40"/>
      </w:pPr>
    </w:p>
    <w:p>
      <w:pPr>
        <w:pStyle w:val="Heading3"/>
      </w:pPr>
      <w:r>
        <w:rPr>
          <w:rFonts w:ascii="Calibri" w:hAnsi="Calibri"/>
          <w:b/>
          <w:i w:val="0"/>
          <w:sz w:val="26"/>
        </w:rPr>
        <w:t>Cách hoạt động...</w:t>
      </w:r>
    </w:p>
    <w:p>
      <w:pPr>
        <w:spacing w:after="80"/>
      </w:pPr>
      <w:r>
        <w:rPr>
          <w:b w:val="0"/>
          <w:i w:val="0"/>
        </w:rPr>
        <w:t xml:space="preserve">Sau khi tài liệu được mở, như được hiển thị trong </w:t>
      </w:r>
      <w:r>
        <w:rPr>
          <w:b w:val="0"/>
          <w:i/>
        </w:rPr>
        <w:t xml:space="preserve"> bước 1 </w:t>
      </w:r>
      <w:r>
        <w:rPr>
          <w:b w:val="0"/>
          <w:i w:val="0"/>
        </w:rPr>
        <w:t xml:space="preserve"> và </w:t>
      </w:r>
      <w:r>
        <w:rPr>
          <w:b w:val="0"/>
          <w:i/>
        </w:rPr>
        <w:t xml:space="preserve"> bước 2 </w:t>
      </w:r>
      <w:r>
        <w:rPr>
          <w:b w:val="0"/>
          <w:i w:val="0"/>
        </w:rPr>
        <w:t xml:space="preserve"> của mục </w:t>
      </w:r>
      <w:r>
        <w:rPr>
          <w:b w:val="0"/>
          <w:i/>
        </w:rPr>
        <w:t xml:space="preserve"> Cách thực hiện </w:t>
      </w:r>
      <w:r>
        <w:rPr>
          <w:b w:val="0"/>
          <w:i w:val="0"/>
        </w:rPr>
        <w:t xml:space="preserve"> </w:t>
      </w:r>
      <w:r>
        <w:rPr>
          <w:b w:val="0"/>
          <w:i/>
        </w:rPr>
        <w:t xml:space="preserve"> … </w:t>
      </w:r>
      <w:r>
        <w:rPr>
          <w:b w:val="0"/>
          <w:i w:val="0"/>
        </w:rPr>
        <w:t>, đối tượng document cung cấp quyền truy cập vào tài liệu.</w:t>
      </w:r>
    </w:p>
    <w:p>
      <w:pPr>
        <w:spacing w:after="80"/>
      </w:pPr>
      <w:r>
        <w:rPr>
          <w:b/>
          <w:i w:val="0"/>
        </w:rPr>
        <w:t>Lưu ý</w:t>
      </w:r>
    </w:p>
    <w:p>
      <w:pPr>
        <w:spacing w:after="80"/>
      </w:pPr>
      <w:r>
        <w:rPr>
          <w:b w:val="0"/>
          <w:i w:val="0"/>
        </w:rPr>
        <w:t xml:space="preserve">Chúng ta mở và đóng tệp theo cách thủ công bằng </w:t>
      </w:r>
      <w:r>
        <w:rPr>
          <w:rFonts w:ascii="Consolas" w:hAnsi="Consolas"/>
          <w:b w:val="0"/>
          <w:i w:val="0"/>
          <w:sz w:val="20"/>
        </w:rPr>
        <w:br/>
        <w:br/>
        <w:t xml:space="preserve">       open</w:t>
        <w:br/>
        <w:t xml:space="preserve">      </w:t>
        <w:br/>
      </w:r>
      <w:r>
        <w:rPr>
          <w:b w:val="0"/>
          <w:i w:val="0"/>
        </w:rPr>
        <w:t xml:space="preserve"> và </w:t>
      </w:r>
      <w:r>
        <w:rPr>
          <w:rFonts w:ascii="Consolas" w:hAnsi="Consolas"/>
          <w:b w:val="0"/>
          <w:i w:val="0"/>
          <w:sz w:val="20"/>
        </w:rPr>
        <w:br/>
        <w:br/>
        <w:t xml:space="preserve">       .close</w:t>
        <w:br/>
        <w:t xml:space="preserve">      </w:t>
        <w:br/>
      </w:r>
      <w:r>
        <w:rPr>
          <w:b w:val="0"/>
          <w:i w:val="0"/>
        </w:rPr>
        <w:t xml:space="preserve"> để cho phép chúng ta mô tả các bước và kết quả khác nhau một cách tương tác. Tệp cần được mở trong khi chúng ta thực hiện tất cả các thao tác. Nói chung, ý tưởng tốt hơn là sử dụng khối </w:t>
      </w:r>
      <w:r>
        <w:rPr>
          <w:rFonts w:ascii="Consolas" w:hAnsi="Consolas"/>
          <w:b w:val="0"/>
          <w:i w:val="0"/>
          <w:sz w:val="20"/>
        </w:rPr>
        <w:br/>
        <w:br/>
        <w:t xml:space="preserve">       with</w:t>
        <w:br/>
        <w:t xml:space="preserve">      </w:t>
        <w:br/>
      </w:r>
      <w:r>
        <w:rPr>
          <w:b w:val="0"/>
          <w:i w:val="0"/>
        </w:rPr>
        <w:t xml:space="preserve"> thay vào đó, như chúng ta đã thấy trước đó trong chương này.</w:t>
      </w:r>
    </w:p>
    <w:p>
      <w:pPr>
        <w:spacing w:after="80"/>
      </w:pPr>
      <w:r>
        <w:rPr>
          <w:b w:val="0"/>
          <w:i w:val="0"/>
        </w:rPr>
        <w:t xml:space="preserve">Các trang của tài liệu có sẵn trong </w:t>
      </w:r>
      <w:r>
        <w:rPr>
          <w:rFonts w:ascii="Consolas" w:hAnsi="Consolas"/>
          <w:b w:val="0"/>
          <w:i w:val="0"/>
          <w:sz w:val="20"/>
        </w:rPr>
        <w:br/>
        <w:br/>
        <w:t xml:space="preserve">      .pages</w:t>
        <w:br/>
        <w:t xml:space="preserve">     </w:t>
        <w:br/>
      </w:r>
      <w:r>
        <w:rPr>
          <w:b w:val="0"/>
          <w:i w:val="0"/>
        </w:rPr>
        <w:t xml:space="preserve"> , có thể được truy cập giống như một danh sách.</w:t>
      </w:r>
    </w:p>
    <w:p>
      <w:pPr>
        <w:spacing w:after="80"/>
      </w:pPr>
      <w:r>
        <w:rPr>
          <w:b w:val="0"/>
          <w:i w:val="0"/>
        </w:rPr>
        <w:t xml:space="preserve">Dữ liệu khác có thể truy cập được lưu trữ trong </w:t>
      </w:r>
      <w:r>
        <w:rPr>
          <w:rFonts w:ascii="Consolas" w:hAnsi="Consolas"/>
          <w:b w:val="0"/>
          <w:i w:val="0"/>
          <w:sz w:val="20"/>
        </w:rPr>
        <w:br/>
        <w:br/>
        <w:t xml:space="preserve">      .metadata</w:t>
        <w:br/>
        <w:t xml:space="preserve">     </w:t>
        <w:br/>
      </w:r>
      <w:r>
        <w:rPr>
          <w:b w:val="0"/>
          <w:i w:val="0"/>
        </w:rPr>
        <w:t xml:space="preserve"> , nơi lưu trữ thông tin về người tạo, thời điểm nó được tạo, v.v.</w:t>
      </w:r>
    </w:p>
    <w:p>
      <w:pPr>
        <w:spacing w:after="80"/>
      </w:pPr>
      <w:r>
        <w:rPr>
          <w:b/>
          <w:i w:val="0"/>
        </w:rPr>
        <w:t>Lưu ý</w:t>
      </w:r>
    </w:p>
    <w:p>
      <w:pPr>
        <w:spacing w:after="80"/>
      </w:pPr>
      <w:r>
        <w:rPr>
          <w:b w:val="0"/>
          <w:i w:val="0"/>
        </w:rPr>
        <w:t xml:space="preserve">Thông tin trong </w:t>
      </w:r>
      <w:r>
        <w:rPr>
          <w:rFonts w:ascii="Consolas" w:hAnsi="Consolas"/>
          <w:b w:val="0"/>
          <w:i w:val="0"/>
          <w:sz w:val="20"/>
        </w:rPr>
        <w:br/>
        <w:br/>
        <w:t xml:space="preserve">       .metadata</w:t>
        <w:br/>
        <w:t xml:space="preserve">      </w:t>
        <w:br/>
      </w:r>
      <w:r>
        <w:rPr>
          <w:b w:val="0"/>
          <w:i w:val="0"/>
        </w:rPr>
        <w:t xml:space="preserve"> là tùy chọn và đôi khi không được cập nhật. Nó phụ thuộc rất nhiều vào công cụ được sử dụng để tạo PDF.</w:t>
      </w:r>
    </w:p>
    <w:p>
      <w:pPr>
        <w:spacing w:after="80"/>
      </w:pPr>
      <w:r>
        <w:rPr>
          <w:b w:val="0"/>
          <w:i w:val="0"/>
        </w:rPr>
        <w:t xml:space="preserve">Mỗi đối tượng trang có thể lấy văn bản của nó bằng cách gọi </w:t>
      </w:r>
      <w:r>
        <w:rPr>
          <w:rFonts w:ascii="Consolas" w:hAnsi="Consolas"/>
          <w:b w:val="0"/>
          <w:i w:val="0"/>
          <w:sz w:val="20"/>
        </w:rPr>
        <w:br/>
        <w:br/>
        <w:t xml:space="preserve">      .extract_text()</w:t>
        <w:br/>
        <w:t xml:space="preserve">     </w:t>
        <w:br/>
      </w:r>
      <w:r>
        <w:rPr>
          <w:b w:val="0"/>
          <w:i w:val="0"/>
        </w:rPr>
        <w:t xml:space="preserve"> , phương thức này sẽ trả về tất cả văn bản chứa trong trang, như trong </w:t>
      </w:r>
      <w:r>
        <w:rPr>
          <w:b w:val="0"/>
          <w:i/>
        </w:rPr>
        <w:t xml:space="preserve"> bước 5 </w:t>
      </w:r>
      <w:r>
        <w:rPr>
          <w:b w:val="0"/>
          <w:i w:val="0"/>
        </w:rPr>
        <w:t xml:space="preserve"> và </w:t>
      </w:r>
      <w:r>
        <w:rPr>
          <w:b w:val="0"/>
          <w:i/>
        </w:rPr>
        <w:t xml:space="preserve"> bước 6 </w:t>
      </w:r>
      <w:r>
        <w:rPr>
          <w:b w:val="0"/>
          <w:i w:val="0"/>
        </w:rPr>
        <w:t xml:space="preserve"> . Phương thức này cố gắng trích xuất tất cả văn bản, nhưng nó có một số hạn chế. Đối với các văn bản có cấu trúc tốt, như ví dụ của chúng ta, nó hoạt động khá tốt, và văn bản kết quả có thể được xử lý một cách gọn gàng. Văn bản trong nhiều cột hoặc các bố cục phức tạp hơn có thể yêu cầu xử lý mở rộng hơn.</w:t>
      </w:r>
    </w:p>
    <w:p>
      <w:pPr>
        <w:spacing w:after="80"/>
      </w:pPr>
      <w:r>
        <w:rPr>
          <w:b/>
          <w:i w:val="0"/>
        </w:rPr>
        <w:t>Mẹo</w:t>
      </w:r>
    </w:p>
    <w:p>
      <w:pPr>
        <w:spacing w:after="80"/>
      </w:pPr>
      <w:r>
        <w:rPr>
          <w:b w:val="0"/>
          <w:i w:val="0"/>
        </w:rPr>
        <w:t xml:space="preserve">Lưu ý rằng tệp PDF cần được mở trong suốt toàn bộ thao tác, vì vậy hãy cẩn thận nếu bạn sử dụng toán tử ngữ cảnh </w:t>
      </w:r>
      <w:r>
        <w:rPr>
          <w:rFonts w:ascii="Consolas" w:hAnsi="Consolas"/>
          <w:b w:val="0"/>
          <w:i w:val="0"/>
          <w:sz w:val="20"/>
        </w:rPr>
        <w:br/>
        <w:br/>
        <w:t xml:space="preserve">       with</w:t>
        <w:br/>
        <w:t xml:space="preserve">      </w:t>
        <w:br/>
      </w:r>
      <w:r>
        <w:rPr>
          <w:b w:val="0"/>
          <w:i w:val="0"/>
        </w:rPr>
        <w:t xml:space="preserve"> . Sau khi rời khỏi khối with, tệp sẽ được đóng lại.</w:t>
      </w:r>
    </w:p>
    <w:p>
      <w:pPr>
        <w:spacing w:after="80"/>
      </w:pPr>
      <w:r>
        <w:rPr>
          <w:b w:val="0"/>
          <w:i/>
        </w:rPr>
        <w:t xml:space="preserve"> Bước 8 </w:t>
      </w:r>
      <w:r>
        <w:rPr>
          <w:b w:val="0"/>
          <w:i w:val="0"/>
        </w:rPr>
        <w:t xml:space="preserve"> và </w:t>
      </w:r>
      <w:r>
        <w:rPr>
          <w:b w:val="0"/>
          <w:i/>
        </w:rPr>
        <w:t xml:space="preserve"> bước 9 </w:t>
      </w:r>
      <w:r>
        <w:rPr>
          <w:b w:val="0"/>
          <w:i w:val="0"/>
        </w:rPr>
        <w:t xml:space="preserve"> hiển thị cách xử lý các tệp được mã hóa. Bạn có thể phát hiện xem một tệp có được mã hóa hay không bằng </w:t>
      </w:r>
      <w:r>
        <w:rPr>
          <w:rFonts w:ascii="Consolas" w:hAnsi="Consolas"/>
          <w:b w:val="0"/>
          <w:i w:val="0"/>
          <w:sz w:val="20"/>
        </w:rPr>
        <w:br/>
        <w:br/>
        <w:t xml:space="preserve">      .is_encrypted</w:t>
        <w:br/>
        <w:t xml:space="preserve">     </w:t>
        <w:br/>
      </w:r>
      <w:r>
        <w:rPr>
          <w:b w:val="0"/>
          <w:i w:val="0"/>
        </w:rPr>
        <w:t xml:space="preserve"> , và sau đó giải mã nó bằng phương thức </w:t>
      </w:r>
      <w:r>
        <w:rPr>
          <w:rFonts w:ascii="Consolas" w:hAnsi="Consolas"/>
          <w:b w:val="0"/>
          <w:i w:val="0"/>
          <w:sz w:val="20"/>
        </w:rPr>
        <w:br/>
        <w:br/>
        <w:t xml:space="preserve">      .decrypt</w:t>
        <w:br/>
        <w:t xml:space="preserve">     </w:t>
        <w:br/>
      </w:r>
      <w:r>
        <w:rPr>
          <w:b w:val="0"/>
          <w:i w:val="0"/>
        </w:rPr>
        <w:t xml:space="preserve"> , cung cấp mật khẩu chính xác.</w:t>
      </w:r>
    </w:p>
    <w:p>
      <w:pPr>
        <w:pStyle w:val="Heading3"/>
      </w:pPr>
      <w:r>
        <w:rPr>
          <w:rFonts w:ascii="Calibri" w:hAnsi="Calibri"/>
          <w:b/>
          <w:i w:val="0"/>
          <w:sz w:val="26"/>
        </w:rPr>
        <w:t>Còn nhiều thứ nữa...</w:t>
      </w:r>
    </w:p>
    <w:p>
      <w:pPr>
        <w:spacing w:after="80"/>
      </w:pPr>
      <w:r>
        <w:rPr>
          <w:b w:val="0"/>
          <w:i w:val="0"/>
        </w:rPr>
        <w:t>PDF là một định dạng linh hoạt đến mức nó được sử dụng rộng rãi cho nhiều mục đích khác nhau, nhưng điều đó cũng có nghĩa là nó có thể khó phân tích và xử lý.</w:t>
      </w:r>
    </w:p>
    <w:p>
      <w:pPr>
        <w:spacing w:after="80"/>
      </w:pPr>
      <w:r>
        <w:rPr>
          <w:b w:val="0"/>
          <w:i w:val="0"/>
        </w:rPr>
        <w:t>Mặc dù hầu hết các tệp PDF đều chứa nội dung văn bản, nhưng không hiếm trường hợp chúng chứa hình ảnh của văn bản. Điều này xảy ra khi một tài liệu đã được quét. Trong trường hợp này, thông tin được lưu trữ dưới dạng một tập hợp các hình ảnh thay vì dạng văn bản. Điều này khiến việc trích xuất dữ liệu văn bản trở nên khó khăn; cuối cùng chúng ta có thể phải nhờ đến các phương pháp như OCR để phân tích hình ảnh thành văn bản.</w:t>
      </w:r>
    </w:p>
    <w:p>
      <w:pPr>
        <w:spacing w:after="80"/>
      </w:pPr>
      <w:r>
        <w:rPr>
          <w:b w:val="0"/>
          <w:i w:val="0"/>
        </w:rPr>
        <w:t xml:space="preserve">PyPDF2 không cung cấp một giao diện tốt để xử lý hình ảnh. Bạn có thể cần chuyển đổi PDF thành một tập hợp các hình ảnh rồi xử lý các hình ảnh đó bằng các công cụ khác như Pillow. Xem công thức </w:t>
      </w:r>
      <w:r>
        <w:rPr>
          <w:b w:val="0"/>
          <w:i/>
        </w:rPr>
        <w:t xml:space="preserve"> Reading images </w:t>
      </w:r>
      <w:r>
        <w:rPr>
          <w:b w:val="0"/>
          <w:i w:val="0"/>
        </w:rPr>
        <w:t xml:space="preserve"> để có ý tưởng về OCR và việc sử dụng Pillow. Hầu hết các trình đọc PDF đều có thể làm được việc này, hoặc bạn có thể dùng một công cụ dòng lệnh như </w:t>
      </w:r>
      <w:r>
        <w:rPr>
          <w:rFonts w:ascii="Consolas" w:hAnsi="Consolas"/>
          <w:b w:val="0"/>
          <w:i w:val="0"/>
          <w:sz w:val="20"/>
        </w:rPr>
        <w:br/>
        <w:br/>
        <w:t xml:space="preserve">      pdftoppm</w:t>
        <w:br/>
        <w:t xml:space="preserve">     </w:t>
        <w:br/>
      </w:r>
      <w:r>
        <w:rPr>
          <w:b w:val="0"/>
          <w:i w:val="0"/>
        </w:rPr>
        <w:t xml:space="preserve"> ( </w:t>
      </w:r>
      <w:r>
        <w:rPr>
          <w:rFonts w:ascii="Consolas" w:hAnsi="Consolas"/>
          <w:b w:val="0"/>
          <w:i w:val="0"/>
          <w:sz w:val="20"/>
        </w:rPr>
        <w:br/>
        <w:br/>
        <w:t xml:space="preserve">       https://linux.die.net/man/1/pdftoppm</w:t>
        <w:br/>
        <w:t xml:space="preserve">      </w:t>
        <w:br/>
      </w:r>
      <w:r>
        <w:rPr>
          <w:b w:val="0"/>
          <w:i w:val="0"/>
        </w:rPr>
        <w:t xml:space="preserve"> ) hoặc QPDF (xem phần tiếp theo).</w:t>
      </w:r>
    </w:p>
    <w:p>
      <w:pPr>
        <w:spacing w:after="80"/>
      </w:pPr>
      <w:r>
        <w:rPr>
          <w:b w:val="0"/>
          <w:i w:val="0"/>
        </w:rPr>
        <w:t xml:space="preserve">Một số phương pháp mã hóa tệp có thể không được PyPDF2 hiểu. Nó sẽ tạo ra </w:t>
      </w:r>
      <w:r>
        <w:rPr>
          <w:rFonts w:ascii="Consolas" w:hAnsi="Consolas"/>
          <w:b w:val="0"/>
          <w:i w:val="0"/>
          <w:sz w:val="20"/>
        </w:rPr>
        <w:br/>
        <w:br/>
        <w:t xml:space="preserve">      NotImplementedError</w:t>
        <w:br/>
        <w:t xml:space="preserve">     </w:t>
        <w:br/>
      </w:r>
      <w:r>
        <w:rPr>
          <w:b w:val="0"/>
          <w:i w:val="0"/>
        </w:rPr>
        <w:t xml:space="preserve"> : chỉ hỗ trợ thuật toán mã 1 và 2. Nếu điều đó xảy ra, bạn cần giải mã PDF từ bên ngoài và mở nó sau khi đã giải mã. Bạn có thể dùng QPDF để tạo một bản sao không có mật khẩu, như sau:</w:t>
      </w:r>
    </w:p>
    <w:p>
      <w:pPr>
        <w:spacing w:after="0"/>
        <w:ind w:left="360"/>
        <w:shd w:val="clear" w:color="auto" w:fill="F2F2F2"/>
      </w:pPr>
      <w:r>
        <w:rPr>
          <w:rFonts w:ascii="Consolas" w:hAnsi="Consolas"/>
          <w:sz w:val="18"/>
        </w:rPr>
        <w:t>$ qpdf --decrypt --password=PASSWORD encrypted.pdf output-decrypted.pdf</w:t>
      </w:r>
    </w:p>
    <w:p>
      <w:pPr>
        <w:spacing w:after="40"/>
      </w:pPr>
    </w:p>
    <w:p>
      <w:pPr>
        <w:spacing w:after="80"/>
      </w:pPr>
      <w:r>
        <w:rPr>
          <w:b w:val="0"/>
          <w:i w:val="0"/>
        </w:rPr>
        <w:t xml:space="preserve">Tài liệu hướng dẫn đầy đủ về QPDF có tại đây: </w:t>
      </w:r>
      <w:r>
        <w:rPr>
          <w:rFonts w:ascii="Consolas" w:hAnsi="Consolas"/>
          <w:b w:val="0"/>
          <w:i w:val="0"/>
          <w:sz w:val="20"/>
        </w:rPr>
        <w:br/>
        <w:br/>
        <w:t xml:space="preserve">       http://qpdf.sourceforge.net/files/qpdf-manual.html</w:t>
        <w:br/>
        <w:t xml:space="preserve">      </w:t>
        <w:br/>
      </w:r>
      <w:r>
        <w:rPr>
          <w:b w:val="0"/>
          <w:i w:val="0"/>
        </w:rPr>
        <w:t xml:space="preserve"> . QPDF cũng có sẵn trong hầu hết các trình quản lý gói.</w:t>
      </w:r>
    </w:p>
    <w:p>
      <w:pPr>
        <w:spacing w:after="80"/>
      </w:pPr>
      <w:r>
        <w:rPr>
          <w:b w:val="0"/>
          <w:i w:val="0"/>
        </w:rPr>
        <w:t xml:space="preserve">QPDF có khả năng thực hiện nhiều phép biến đổi và phân tích PDF một cách chuyên sâu. Ngoài ra còn có các binding trong Python cho một thư viện tên là </w:t>
      </w:r>
      <w:r>
        <w:rPr>
          <w:rFonts w:ascii="Consolas" w:hAnsi="Consolas"/>
          <w:b w:val="0"/>
          <w:i w:val="0"/>
          <w:sz w:val="20"/>
        </w:rPr>
        <w:br/>
        <w:br/>
        <w:t xml:space="preserve">      pikepdf</w:t>
        <w:br/>
        <w:t xml:space="preserve">     </w:t>
        <w:br/>
      </w:r>
      <w:r>
        <w:rPr>
          <w:b w:val="0"/>
          <w:i w:val="0"/>
        </w:rPr>
        <w:t xml:space="preserve"> ( </w:t>
      </w:r>
      <w:r>
        <w:rPr>
          <w:rFonts w:ascii="Consolas" w:hAnsi="Consolas"/>
          <w:b w:val="0"/>
          <w:i w:val="0"/>
          <w:sz w:val="20"/>
        </w:rPr>
        <w:br/>
        <w:br/>
        <w:t xml:space="preserve">       https://pikepdf.readthedocs.io/en/stable/</w:t>
        <w:br/>
        <w:t xml:space="preserve">      </w:t>
        <w:br/>
      </w:r>
      <w:r>
        <w:rPr>
          <w:b w:val="0"/>
          <w:i w:val="0"/>
        </w:rPr>
        <w:t xml:space="preserve"> ). Gói này phức tạp hơn để sử dụng so với PyPDF2 và không đơn giản bằng cho việc trích xuất văn bản, nhưng nó có thể hữu ích cho các thao tác khác như trích xuất hình ảnh từ một PDF.</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Reading text files </w:t>
      </w:r>
      <w:r>
        <w:rPr>
          <w:b w:val="0"/>
          <w:i w:val="0"/>
        </w:rPr>
        <w:t xml:space="preserve"> ở phần trước trong chương này, để tìm hiểu những kiến thức cơ bản về mở và đọc tệp.</w:t>
      </w:r>
    </w:p>
    <w:p>
      <w:pPr>
        <w:spacing w:after="80"/>
        <w:ind w:left="360"/>
      </w:pPr>
      <w:r>
        <w:t xml:space="preserve">• </w:t>
      </w:r>
      <w:r>
        <w:rPr>
          <w:b w:val="0"/>
          <w:i w:val="0"/>
        </w:rPr>
        <w:t xml:space="preserve">Công thức </w:t>
      </w:r>
      <w:r>
        <w:rPr>
          <w:b w:val="0"/>
          <w:i/>
        </w:rPr>
        <w:t xml:space="preserve"> Crawling and searching directories </w:t>
      </w:r>
      <w:r>
        <w:rPr>
          <w:b w:val="0"/>
          <w:i w:val="0"/>
        </w:rPr>
        <w:t xml:space="preserve"> ở phần trước trong chương này, để tìm hiểu cách tìm kiếm và tìm các tệp trong thư mục.</w:t>
      </w:r>
    </w:p>
    <w:p>
      <w:pPr>
        <w:pStyle w:val="Heading2"/>
      </w:pPr>
      <w:r>
        <w:rPr>
          <w:rFonts w:ascii="Calibri" w:hAnsi="Calibri"/>
          <w:b/>
          <w:i w:val="0"/>
          <w:sz w:val="32"/>
        </w:rPr>
        <w:t>Đọc tài liệu Word</w:t>
      </w:r>
    </w:p>
    <w:p>
      <w:pPr>
        <w:spacing w:after="80"/>
      </w:pPr>
      <w:r>
        <w:rPr>
          <w:b w:val="0"/>
          <w:i w:val="0"/>
        </w:rPr>
        <w:t xml:space="preserve">Tài liệu Word </w:t>
      </w:r>
      <w:r>
        <w:rPr>
          <w:rFonts w:ascii="Consolas" w:hAnsi="Consolas"/>
          <w:b w:val="0"/>
          <w:i w:val="0"/>
          <w:sz w:val="20"/>
        </w:rPr>
        <w:br/>
        <w:br/>
        <w:t xml:space="preserve">      (.docx</w:t>
        <w:br/>
        <w:t xml:space="preserve">     </w:t>
        <w:br/>
      </w:r>
      <w:r>
        <w:rPr>
          <w:b w:val="0"/>
          <w:i w:val="0"/>
        </w:rPr>
        <w:t xml:space="preserve"> ) là một loại tài liệu phổ biến khác để lưu trữ chủ yếu là văn bản. Chúng thường được tạo bằng Microsoft Office, nhưng các công cụ khác cũng có thể được dùng để tạo ra các tệp tương thích. Tệp Word có lẽ là phương tiện phổ biến nhất để chia sẻ tài liệu cần có thể chỉnh sửa, nhưng chúng cũng phổ biến để phân phối tài liệu.</w:t>
      </w:r>
    </w:p>
    <w:p>
      <w:pPr>
        <w:spacing w:after="80"/>
      </w:pPr>
      <w:r>
        <w:rPr>
          <w:b w:val="0"/>
          <w:i w:val="0"/>
        </w:rPr>
        <w:t>Trong công thức này, chúng ta sẽ xem cách trích xuất nội dung văn bản từ một tài liệu Word.</w:t>
      </w:r>
    </w:p>
    <w:p>
      <w:pPr>
        <w:pStyle w:val="Heading3"/>
      </w:pPr>
      <w:r>
        <w:rPr>
          <w:rFonts w:ascii="Calibri" w:hAnsi="Calibri"/>
          <w:b/>
          <w:i w:val="0"/>
          <w:sz w:val="26"/>
        </w:rPr>
        <w:t>Chuẩn bị</w:t>
      </w:r>
    </w:p>
    <w:p>
      <w:pPr>
        <w:spacing w:after="80"/>
      </w:pPr>
      <w:r>
        <w:rPr>
          <w:b w:val="0"/>
          <w:i w:val="0"/>
        </w:rPr>
        <w:t xml:space="preserve">Chúng ta sẽ dùng mô-đun </w:t>
      </w:r>
      <w:r>
        <w:rPr>
          <w:rFonts w:ascii="Consolas" w:hAnsi="Consolas"/>
          <w:b w:val="0"/>
          <w:i w:val="0"/>
          <w:sz w:val="20"/>
        </w:rPr>
        <w:br/>
        <w:br/>
        <w:t xml:space="preserve">      python‑docx</w:t>
        <w:br/>
        <w:t xml:space="preserve">     </w:t>
        <w:br/>
      </w:r>
      <w:r>
        <w:rPr>
          <w:b w:val="0"/>
          <w:i w:val="0"/>
        </w:rPr>
        <w:t xml:space="preserve"> để đọc và xử lý tài liệu Word:</w:t>
      </w:r>
    </w:p>
    <w:p>
      <w:pPr>
        <w:spacing w:after="0"/>
        <w:ind w:left="360"/>
        <w:shd w:val="clear" w:color="auto" w:fill="F2F2F2"/>
      </w:pPr>
      <w:r>
        <w:rPr>
          <w:rFonts w:ascii="Consolas" w:hAnsi="Consolas"/>
          <w:sz w:val="18"/>
        </w:rPr>
        <w:t>$ echo "python-docx==1.2.0" &gt;&gt; requirements.txt</w:t>
      </w:r>
    </w:p>
    <w:p>
      <w:pPr>
        <w:spacing w:after="0"/>
        <w:ind w:left="360"/>
        <w:shd w:val="clear" w:color="auto" w:fill="F2F2F2"/>
      </w:pPr>
      <w:r>
        <w:rPr>
          <w:rFonts w:ascii="Consolas" w:hAnsi="Consolas"/>
          <w:sz w:val="18"/>
        </w:rPr>
        <w:t>$ pip install -r requirements.txt</w:t>
      </w:r>
    </w:p>
    <w:p>
      <w:pPr>
        <w:spacing w:after="40"/>
      </w:pPr>
    </w:p>
    <w:p>
      <w:pPr>
        <w:spacing w:after="80"/>
      </w:pPr>
      <w:r>
        <w:rPr>
          <w:b w:val="0"/>
          <w:i w:val="0"/>
        </w:rPr>
        <w:t xml:space="preserve">Chúng tôi đã chuẩn bị một tệp thử nghiệm, có sẵn trong thư mục GitHub </w:t>
      </w:r>
      <w:r>
        <w:rPr>
          <w:rFonts w:ascii="Consolas" w:hAnsi="Consolas"/>
          <w:b w:val="0"/>
          <w:i w:val="0"/>
          <w:sz w:val="20"/>
        </w:rPr>
        <w:br/>
        <w:br/>
        <w:t xml:space="preserve">      ch04/documents</w:t>
        <w:br/>
        <w:t xml:space="preserve">     </w:t>
        <w:br/>
      </w:r>
      <w:r>
        <w:rPr>
          <w:b w:val="0"/>
          <w:i w:val="0"/>
        </w:rPr>
        <w:t xml:space="preserve"> , tên là </w:t>
      </w:r>
      <w:r>
        <w:rPr>
          <w:rFonts w:ascii="Consolas" w:hAnsi="Consolas"/>
          <w:b w:val="0"/>
          <w:i w:val="0"/>
          <w:sz w:val="20"/>
        </w:rPr>
        <w:br/>
        <w:br/>
        <w:t xml:space="preserve">      document‑1.docx</w:t>
        <w:br/>
        <w:t xml:space="preserve">     </w:t>
        <w:br/>
      </w:r>
      <w:r>
        <w:rPr>
          <w:b w:val="0"/>
          <w:i w:val="0"/>
        </w:rPr>
        <w:t xml:space="preserve"> , mà chúng ta sẽ dùng trong công thức này. Lưu ý rằng tài liệu này tuân theo cùng mẫu Lorem Ipsum đã được mô tả trong tài liệu thử nghiệm cho công thức </w:t>
      </w:r>
      <w:r>
        <w:rPr>
          <w:b w:val="0"/>
          <w:i/>
        </w:rPr>
        <w:t xml:space="preserve"> Reading PDF files </w:t>
      </w:r>
      <w:r>
        <w:rPr>
          <w:b w:val="0"/>
          <w:i w:val="0"/>
        </w:rPr>
        <w:t xml:space="preserve"> .</w:t>
      </w:r>
    </w:p>
    <w:p>
      <w:pPr>
        <w:pStyle w:val="Heading3"/>
      </w:pPr>
      <w:r>
        <w:rPr>
          <w:rFonts w:ascii="Calibri" w:hAnsi="Calibri"/>
          <w:b/>
          <w:i w:val="0"/>
          <w:sz w:val="26"/>
        </w:rPr>
        <w:t>Làm thế nào để thực hiện...</w:t>
      </w:r>
    </w:p>
    <w:p>
      <w:pPr>
        <w:spacing w:after="80"/>
        <w:ind w:left="360"/>
      </w:pPr>
      <w:r>
        <w:t xml:space="preserve">1. </w:t>
      </w:r>
      <w:r>
        <w:rPr>
          <w:b w:val="0"/>
          <w:i w:val="0"/>
        </w:rPr>
        <w:t xml:space="preserve">Import </w:t>
      </w:r>
      <w:r>
        <w:rPr>
          <w:rFonts w:ascii="Consolas" w:hAnsi="Consolas"/>
          <w:b w:val="0"/>
          <w:i w:val="0"/>
          <w:sz w:val="20"/>
        </w:rPr>
        <w:br/>
        <w:br/>
        <w:t xml:space="preserve">       python‑docx</w:t>
        <w:br/>
        <w:t xml:space="preserve">      </w:t>
        <w:br/>
      </w:r>
      <w:r>
        <w:rPr>
          <w:b w:val="0"/>
          <w:i w:val="0"/>
        </w:rPr>
        <w:t xml:space="preserve"> :</w:t>
      </w:r>
    </w:p>
    <w:p>
      <w:pPr>
        <w:spacing w:after="0"/>
        <w:ind w:left="360"/>
        <w:shd w:val="clear" w:color="auto" w:fill="F2F2F2"/>
      </w:pPr>
      <w:r>
        <w:rPr>
          <w:rFonts w:ascii="Consolas" w:hAnsi="Consolas"/>
          <w:sz w:val="18"/>
        </w:rPr>
        <w:t>&gt;&gt;&gt; import docx</w:t>
      </w:r>
    </w:p>
    <w:p>
      <w:pPr>
        <w:spacing w:after="40"/>
      </w:pPr>
    </w:p>
    <w:p>
      <w:pPr>
        <w:spacing w:after="80"/>
        <w:ind w:left="360"/>
      </w:pPr>
      <w:r>
        <w:t xml:space="preserve">2. </w:t>
      </w:r>
      <w:r>
        <w:rPr>
          <w:b w:val="0"/>
          <w:i w:val="0"/>
        </w:rPr>
        <w:t xml:space="preserve">Mở tệp </w:t>
      </w:r>
      <w:r>
        <w:rPr>
          <w:rFonts w:ascii="Consolas" w:hAnsi="Consolas"/>
          <w:b w:val="0"/>
          <w:i w:val="0"/>
          <w:sz w:val="20"/>
        </w:rPr>
        <w:br/>
        <w:br/>
        <w:t xml:space="preserve">       document‑1.docx</w:t>
        <w:br/>
        <w:t xml:space="preserve">      </w:t>
        <w:br/>
      </w:r>
      <w:r>
        <w:rPr>
          <w:b w:val="0"/>
          <w:i w:val="0"/>
        </w:rPr>
        <w:t xml:space="preserve"> :</w:t>
      </w:r>
    </w:p>
    <w:p>
      <w:pPr>
        <w:spacing w:after="0"/>
        <w:ind w:left="360"/>
        <w:shd w:val="clear" w:color="auto" w:fill="F2F2F2"/>
      </w:pPr>
      <w:r>
        <w:rPr>
          <w:rFonts w:ascii="Consolas" w:hAnsi="Consolas"/>
          <w:sz w:val="18"/>
        </w:rPr>
        <w:t>&gt;&gt;&gt; doc = docx.Document('document-1.docx')</w:t>
      </w:r>
    </w:p>
    <w:p>
      <w:pPr>
        <w:spacing w:after="40"/>
      </w:pPr>
    </w:p>
    <w:p>
      <w:pPr>
        <w:spacing w:after="80"/>
        <w:ind w:left="360"/>
      </w:pPr>
      <w:r>
        <w:t xml:space="preserve">3. </w:t>
      </w:r>
      <w:r>
        <w:rPr>
          <w:b w:val="0"/>
          <w:i w:val="0"/>
        </w:rPr>
        <w:t xml:space="preserve">Kiểm tra một số thuộc tính metadata được lưu trong </w:t>
      </w:r>
      <w:r>
        <w:rPr>
          <w:rFonts w:ascii="Consolas" w:hAnsi="Consolas"/>
          <w:b w:val="0"/>
          <w:i w:val="0"/>
          <w:sz w:val="20"/>
        </w:rPr>
        <w:br/>
        <w:br/>
        <w:t xml:space="preserve">       core_properties</w:t>
        <w:br/>
        <w:t xml:space="preserve">      </w:t>
        <w:br/>
      </w:r>
      <w:r>
        <w:rPr>
          <w:b w:val="0"/>
          <w:i w:val="0"/>
        </w:rPr>
        <w:t xml:space="preserve"> :</w:t>
      </w:r>
    </w:p>
    <w:p>
      <w:pPr>
        <w:spacing w:after="0"/>
        <w:ind w:left="360"/>
        <w:shd w:val="clear" w:color="auto" w:fill="F2F2F2"/>
      </w:pPr>
      <w:r>
        <w:rPr>
          <w:rFonts w:ascii="Consolas" w:hAnsi="Consolas"/>
          <w:sz w:val="18"/>
        </w:rPr>
        <w:t>&gt;&gt;&gt; doc.core_properties.title</w:t>
      </w:r>
    </w:p>
    <w:p>
      <w:pPr>
        <w:spacing w:after="0"/>
        <w:ind w:left="360"/>
        <w:shd w:val="clear" w:color="auto" w:fill="F2F2F2"/>
      </w:pPr>
      <w:r>
        <w:rPr>
          <w:rFonts w:ascii="Consolas" w:hAnsi="Consolas"/>
          <w:sz w:val="18"/>
        </w:rPr>
        <w:t>'A very important document'</w:t>
      </w:r>
    </w:p>
    <w:p>
      <w:pPr>
        <w:spacing w:after="0"/>
        <w:ind w:left="360"/>
        <w:shd w:val="clear" w:color="auto" w:fill="F2F2F2"/>
      </w:pPr>
      <w:r>
        <w:rPr>
          <w:rFonts w:ascii="Consolas" w:hAnsi="Consolas"/>
          <w:sz w:val="18"/>
        </w:rPr>
        <w:t>&gt;&gt;&gt; doc.core_properties.keywords</w:t>
      </w:r>
    </w:p>
    <w:p>
      <w:pPr>
        <w:spacing w:after="0"/>
        <w:ind w:left="360"/>
        <w:shd w:val="clear" w:color="auto" w:fill="F2F2F2"/>
      </w:pPr>
      <w:r>
        <w:rPr>
          <w:rFonts w:ascii="Consolas" w:hAnsi="Consolas"/>
          <w:sz w:val="18"/>
        </w:rPr>
        <w:t>'lorem ipsum'</w:t>
      </w:r>
    </w:p>
    <w:p>
      <w:pPr>
        <w:spacing w:after="0"/>
        <w:ind w:left="360"/>
        <w:shd w:val="clear" w:color="auto" w:fill="F2F2F2"/>
      </w:pPr>
      <w:r>
        <w:rPr>
          <w:rFonts w:ascii="Consolas" w:hAnsi="Consolas"/>
          <w:sz w:val="18"/>
        </w:rPr>
        <w:t>&gt;&gt;&gt; doc.core_properties.modified</w:t>
      </w:r>
    </w:p>
    <w:p>
      <w:pPr>
        <w:spacing w:after="0"/>
        <w:ind w:left="360"/>
        <w:shd w:val="clear" w:color="auto" w:fill="F2F2F2"/>
      </w:pPr>
      <w:r>
        <w:rPr>
          <w:rFonts w:ascii="Consolas" w:hAnsi="Consolas"/>
          <w:sz w:val="18"/>
        </w:rPr>
        <w:t>datetime.datetime(2025, 12, 16, 16, 33, tzinfo=datetime.timezone.utc)</w:t>
      </w:r>
    </w:p>
    <w:p>
      <w:pPr>
        <w:spacing w:after="40"/>
      </w:pPr>
    </w:p>
    <w:p>
      <w:pPr>
        <w:spacing w:after="80"/>
        <w:ind w:left="360"/>
      </w:pPr>
      <w:r>
        <w:t xml:space="preserve">4. </w:t>
      </w:r>
      <w:r>
        <w:rPr>
          <w:b w:val="0"/>
          <w:i w:val="0"/>
        </w:rPr>
        <w:t>Kiểm tra số lượng đoạn văn:</w:t>
      </w:r>
    </w:p>
    <w:p>
      <w:pPr>
        <w:spacing w:after="0"/>
        <w:ind w:left="360"/>
        <w:shd w:val="clear" w:color="auto" w:fill="F2F2F2"/>
      </w:pPr>
      <w:r>
        <w:rPr>
          <w:rFonts w:ascii="Consolas" w:hAnsi="Consolas"/>
          <w:sz w:val="18"/>
        </w:rPr>
        <w:t>&gt;&gt;&gt; len(doc.paragraphs)</w:t>
      </w:r>
    </w:p>
    <w:p>
      <w:pPr>
        <w:spacing w:after="0"/>
        <w:ind w:left="360"/>
        <w:shd w:val="clear" w:color="auto" w:fill="F2F2F2"/>
      </w:pPr>
      <w:r>
        <w:rPr>
          <w:rFonts w:ascii="Consolas" w:hAnsi="Consolas"/>
          <w:sz w:val="18"/>
        </w:rPr>
        <w:t>58</w:t>
      </w:r>
    </w:p>
    <w:p>
      <w:pPr>
        <w:spacing w:after="40"/>
      </w:pPr>
    </w:p>
    <w:p>
      <w:pPr>
        <w:spacing w:after="80"/>
        <w:ind w:left="360"/>
      </w:pPr>
      <w:r>
        <w:t xml:space="preserve">5. </w:t>
      </w:r>
      <w:r>
        <w:rPr>
          <w:b w:val="0"/>
          <w:i w:val="0"/>
        </w:rPr>
        <w:t>Duyệt qua các đoạn văn để phát hiện những đoạn có chứa văn bản. Lưu ý rằng không phải toàn bộ văn bản đều được hiển thị ở đây:</w:t>
      </w:r>
    </w:p>
    <w:p>
      <w:pPr>
        <w:spacing w:after="0"/>
        <w:ind w:left="360"/>
        <w:shd w:val="clear" w:color="auto" w:fill="F2F2F2"/>
      </w:pPr>
      <w:r>
        <w:rPr>
          <w:rFonts w:ascii="Consolas" w:hAnsi="Consolas"/>
          <w:sz w:val="18"/>
        </w:rPr>
        <w:t>&gt;&gt;&gt; for index, paragraph in enumerate(doc.paragraphs):</w:t>
      </w:r>
    </w:p>
    <w:p>
      <w:pPr>
        <w:spacing w:after="0"/>
        <w:ind w:left="360"/>
        <w:shd w:val="clear" w:color="auto" w:fill="F2F2F2"/>
      </w:pPr>
      <w:r>
        <w:rPr>
          <w:rFonts w:ascii="Consolas" w:hAnsi="Consolas"/>
          <w:sz w:val="18"/>
        </w:rPr>
        <w:t>...     if paragraph.text:</w:t>
      </w:r>
    </w:p>
    <w:p>
      <w:pPr>
        <w:spacing w:after="0"/>
        <w:ind w:left="360"/>
        <w:shd w:val="clear" w:color="auto" w:fill="F2F2F2"/>
      </w:pPr>
      <w:r>
        <w:rPr>
          <w:rFonts w:ascii="Consolas" w:hAnsi="Consolas"/>
          <w:sz w:val="18"/>
        </w:rPr>
        <w:t>...         print(index, paragraph.text)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30 A VERY IMPORTANT DOCUMENT</w:t>
      </w:r>
    </w:p>
    <w:p>
      <w:pPr>
        <w:spacing w:after="0"/>
        <w:ind w:left="360"/>
        <w:shd w:val="clear" w:color="auto" w:fill="F2F2F2"/>
      </w:pPr>
      <w:r>
        <w:rPr>
          <w:rFonts w:ascii="Consolas" w:hAnsi="Consolas"/>
          <w:sz w:val="18"/>
        </w:rPr>
        <w:t>31 By James McCormac</w:t>
      </w:r>
    </w:p>
    <w:p>
      <w:pPr>
        <w:spacing w:after="0"/>
        <w:ind w:left="360"/>
        <w:shd w:val="clear" w:color="auto" w:fill="F2F2F2"/>
      </w:pPr>
      <w:r>
        <w:rPr>
          <w:rFonts w:ascii="Consolas" w:hAnsi="Consolas"/>
          <w:sz w:val="18"/>
        </w:rPr>
        <w:t>32 CEO Loose Seal Inc</w:t>
      </w:r>
    </w:p>
    <w:p>
      <w:pPr>
        <w:spacing w:after="0"/>
        <w:ind w:left="360"/>
        <w:shd w:val="clear" w:color="auto" w:fill="F2F2F2"/>
      </w:pPr>
      <w:r>
        <w:rPr>
          <w:rFonts w:ascii="Consolas" w:hAnsi="Consolas"/>
          <w:sz w:val="18"/>
        </w:rPr>
        <w:t>34</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56 TITLE 2</w:t>
      </w:r>
    </w:p>
    <w:p>
      <w:pPr>
        <w:spacing w:after="0"/>
        <w:ind w:left="360"/>
        <w:shd w:val="clear" w:color="auto" w:fill="F2F2F2"/>
      </w:pPr>
      <w:r>
        <w:rPr>
          <w:rFonts w:ascii="Consolas" w:hAnsi="Consolas"/>
          <w:sz w:val="18"/>
        </w:rPr>
        <w:t>57 ...</w:t>
      </w:r>
    </w:p>
    <w:p>
      <w:pPr>
        <w:spacing w:after="40"/>
      </w:pPr>
    </w:p>
    <w:p>
      <w:pPr>
        <w:spacing w:after="80"/>
        <w:ind w:left="360"/>
      </w:pPr>
      <w:r>
        <w:t xml:space="preserve">6. </w:t>
      </w:r>
      <w:r>
        <w:rPr>
          <w:b w:val="0"/>
          <w:i w:val="0"/>
        </w:rPr>
        <w:t>Lấy văn bản của đoạn 30 và 31, tương ứng với tiêu đề và phụ đề trên trang đầu tiên:</w:t>
      </w:r>
    </w:p>
    <w:p>
      <w:pPr>
        <w:spacing w:after="0"/>
        <w:ind w:left="360"/>
        <w:shd w:val="clear" w:color="auto" w:fill="F2F2F2"/>
      </w:pPr>
      <w:r>
        <w:rPr>
          <w:rFonts w:ascii="Consolas" w:hAnsi="Consolas"/>
          <w:sz w:val="18"/>
        </w:rPr>
        <w:t>&gt;&gt;&gt; doc.paragraphs[30].text</w:t>
      </w:r>
    </w:p>
    <w:p>
      <w:pPr>
        <w:spacing w:after="0"/>
        <w:ind w:left="360"/>
        <w:shd w:val="clear" w:color="auto" w:fill="F2F2F2"/>
      </w:pPr>
      <w:r>
        <w:rPr>
          <w:rFonts w:ascii="Consolas" w:hAnsi="Consolas"/>
          <w:sz w:val="18"/>
        </w:rPr>
        <w:t>'A VERY IMPORTANT DOCUMENT'</w:t>
      </w:r>
    </w:p>
    <w:p>
      <w:pPr>
        <w:spacing w:after="0"/>
        <w:ind w:left="360"/>
        <w:shd w:val="clear" w:color="auto" w:fill="F2F2F2"/>
      </w:pPr>
      <w:r>
        <w:rPr>
          <w:rFonts w:ascii="Consolas" w:hAnsi="Consolas"/>
          <w:sz w:val="18"/>
        </w:rPr>
        <w:t>&gt;&gt;&gt; doc.paragraphs[31].text</w:t>
      </w:r>
    </w:p>
    <w:p>
      <w:pPr>
        <w:spacing w:after="0"/>
        <w:ind w:left="360"/>
        <w:shd w:val="clear" w:color="auto" w:fill="F2F2F2"/>
      </w:pPr>
      <w:r>
        <w:rPr>
          <w:rFonts w:ascii="Consolas" w:hAnsi="Consolas"/>
          <w:sz w:val="18"/>
        </w:rPr>
        <w:t>'By James McCormac'</w:t>
      </w:r>
    </w:p>
    <w:p>
      <w:pPr>
        <w:spacing w:after="40"/>
      </w:pPr>
    </w:p>
    <w:p>
      <w:pPr>
        <w:spacing w:after="80"/>
        <w:ind w:left="360"/>
      </w:pPr>
      <w:r>
        <w:t xml:space="preserve">7. </w:t>
      </w:r>
      <w:r>
        <w:rPr>
          <w:b w:val="0"/>
          <w:i w:val="0"/>
        </w:rPr>
        <w:t>Mỗi đoạn văn đều có các run, là những phần của văn bản có thuộc tính khác nhau. Kiểm tra xem đoạn văn bản đầu tiên và run đầu tiên có được in đậm không và đoạn thứ hai có được in nghiêng không:</w:t>
      </w:r>
    </w:p>
    <w:p>
      <w:pPr>
        <w:spacing w:after="0"/>
        <w:ind w:left="360"/>
        <w:shd w:val="clear" w:color="auto" w:fill="F2F2F2"/>
      </w:pPr>
      <w:r>
        <w:rPr>
          <w:rFonts w:ascii="Consolas" w:hAnsi="Consolas"/>
          <w:sz w:val="18"/>
        </w:rPr>
        <w:t>&gt;&gt;&gt; doc.paragraphs[30].runs[0].text</w:t>
      </w:r>
    </w:p>
    <w:p>
      <w:pPr>
        <w:spacing w:after="0"/>
        <w:ind w:left="360"/>
        <w:shd w:val="clear" w:color="auto" w:fill="F2F2F2"/>
      </w:pPr>
      <w:r>
        <w:rPr>
          <w:rFonts w:ascii="Consolas" w:hAnsi="Consolas"/>
          <w:sz w:val="18"/>
        </w:rPr>
        <w:t>'A VERY IMPORTANT DOCUMENT'</w:t>
      </w:r>
    </w:p>
    <w:p>
      <w:pPr>
        <w:spacing w:after="0"/>
        <w:ind w:left="360"/>
        <w:shd w:val="clear" w:color="auto" w:fill="F2F2F2"/>
      </w:pPr>
      <w:r>
        <w:rPr>
          <w:rFonts w:ascii="Consolas" w:hAnsi="Consolas"/>
          <w:sz w:val="18"/>
        </w:rPr>
        <w:t>&gt;&gt;&gt; doc.paragraphs[30].runs[0].italic</w:t>
      </w:r>
    </w:p>
    <w:p>
      <w:pPr>
        <w:spacing w:after="0"/>
        <w:ind w:left="360"/>
        <w:shd w:val="clear" w:color="auto" w:fill="F2F2F2"/>
      </w:pPr>
      <w:r>
        <w:rPr>
          <w:rFonts w:ascii="Consolas" w:hAnsi="Consolas"/>
          <w:sz w:val="18"/>
        </w:rPr>
        <w:t>&gt;&gt;&gt; doc.paragraphs[30].runs[0].bold</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&gt;&gt;&gt; doc.paragraphs[31].runs[0].text</w:t>
      </w:r>
    </w:p>
    <w:p>
      <w:pPr>
        <w:spacing w:after="0"/>
        <w:ind w:left="360"/>
        <w:shd w:val="clear" w:color="auto" w:fill="F2F2F2"/>
      </w:pPr>
      <w:r>
        <w:rPr>
          <w:rFonts w:ascii="Consolas" w:hAnsi="Consolas"/>
          <w:sz w:val="18"/>
        </w:rPr>
        <w:t>'By James McCormac'</w:t>
      </w:r>
    </w:p>
    <w:p>
      <w:pPr>
        <w:spacing w:after="0"/>
        <w:ind w:left="360"/>
        <w:shd w:val="clear" w:color="auto" w:fill="F2F2F2"/>
      </w:pPr>
      <w:r>
        <w:rPr>
          <w:rFonts w:ascii="Consolas" w:hAnsi="Consolas"/>
          <w:sz w:val="18"/>
        </w:rPr>
        <w:t>&gt;&gt;&gt; doc.paragraphs[31].runs[0].italic</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&gt;&gt;&gt; doc.paragraphs[31].runs[0].bold</w:t>
      </w:r>
    </w:p>
    <w:p>
      <w:pPr>
        <w:spacing w:after="40"/>
      </w:pPr>
    </w:p>
    <w:p>
      <w:pPr>
        <w:spacing w:after="80"/>
        <w:ind w:left="360"/>
      </w:pPr>
      <w:r>
        <w:t xml:space="preserve">8. </w:t>
      </w:r>
      <w:r>
        <w:rPr>
          <w:b w:val="0"/>
          <w:i w:val="0"/>
        </w:rPr>
        <w:t xml:space="preserve">Trong tài liệu này, hầu hết các đoạn văn chỉ có một run, nhưng chúng ta có một ví dụ điển hình về các run khác nhau trong đoạn 48. Hiển thị văn bản của nó và các kiểu khác nhau. Ví dụ, từ </w:t>
      </w:r>
      <w:r>
        <w:rPr>
          <w:rFonts w:ascii="Consolas" w:hAnsi="Consolas"/>
          <w:b w:val="0"/>
          <w:i w:val="0"/>
          <w:sz w:val="20"/>
        </w:rPr>
        <w:br/>
        <w:br/>
        <w:t xml:space="preserve">       Word</w:t>
        <w:br/>
        <w:t xml:space="preserve">      </w:t>
        <w:br/>
      </w:r>
      <w:r>
        <w:rPr>
          <w:b w:val="0"/>
          <w:i w:val="0"/>
        </w:rPr>
        <w:t xml:space="preserve"> được in đậm, và ipsum được in nghiêng:</w:t>
      </w:r>
    </w:p>
    <w:p>
      <w:pPr>
        <w:spacing w:after="0"/>
        <w:ind w:left="360"/>
        <w:shd w:val="clear" w:color="auto" w:fill="F2F2F2"/>
      </w:pPr>
      <w:r>
        <w:rPr>
          <w:rFonts w:ascii="Consolas" w:hAnsi="Consolas"/>
          <w:sz w:val="18"/>
        </w:rPr>
        <w:t>&gt;&gt;&gt; [run.text for run in doc.paragraphs[48].runs]</w:t>
      </w:r>
    </w:p>
    <w:p>
      <w:pPr>
        <w:spacing w:after="0"/>
        <w:ind w:left="360"/>
        <w:shd w:val="clear" w:color="auto" w:fill="F2F2F2"/>
      </w:pPr>
      <w:r>
        <w:rPr>
          <w:rFonts w:ascii="Consolas" w:hAnsi="Consolas"/>
          <w:sz w:val="18"/>
        </w:rPr>
        <w:t>['This is an example of a test document that is stored in ', 'Word format', '. It contains some ', 'sentences', ' to describe what it is and it has ', 'lorem ipsum', ' text.']</w:t>
      </w:r>
    </w:p>
    <w:p>
      <w:pPr>
        <w:spacing w:after="0"/>
        <w:ind w:left="360"/>
        <w:shd w:val="clear" w:color="auto" w:fill="F2F2F2"/>
      </w:pPr>
      <w:r>
        <w:rPr>
          <w:rFonts w:ascii="Consolas" w:hAnsi="Consolas"/>
          <w:sz w:val="18"/>
        </w:rPr>
        <w:t>&gt;&gt;&gt; run1 = doc.paragraphs[48].runs[1]</w:t>
      </w:r>
    </w:p>
    <w:p>
      <w:pPr>
        <w:spacing w:after="0"/>
        <w:ind w:left="360"/>
        <w:shd w:val="clear" w:color="auto" w:fill="F2F2F2"/>
      </w:pPr>
      <w:r>
        <w:rPr>
          <w:rFonts w:ascii="Consolas" w:hAnsi="Consolas"/>
          <w:sz w:val="18"/>
        </w:rPr>
        <w:t>&gt;&gt;&gt; run1.text</w:t>
      </w:r>
    </w:p>
    <w:p>
      <w:pPr>
        <w:spacing w:after="0"/>
        <w:ind w:left="360"/>
        <w:shd w:val="clear" w:color="auto" w:fill="F2F2F2"/>
      </w:pPr>
      <w:r>
        <w:rPr>
          <w:rFonts w:ascii="Consolas" w:hAnsi="Consolas"/>
          <w:sz w:val="18"/>
        </w:rPr>
        <w:t>'Word format'</w:t>
      </w:r>
    </w:p>
    <w:p>
      <w:pPr>
        <w:spacing w:after="0"/>
        <w:ind w:left="360"/>
        <w:shd w:val="clear" w:color="auto" w:fill="F2F2F2"/>
      </w:pPr>
      <w:r>
        <w:rPr>
          <w:rFonts w:ascii="Consolas" w:hAnsi="Consolas"/>
          <w:sz w:val="18"/>
        </w:rPr>
        <w:t>&gt;&gt;&gt; run1.bold</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&gt;&gt;&gt; run2 = doc.paragraphs[48].runs[5]</w:t>
      </w:r>
    </w:p>
    <w:p>
      <w:pPr>
        <w:spacing w:after="0"/>
        <w:ind w:left="360"/>
        <w:shd w:val="clear" w:color="auto" w:fill="F2F2F2"/>
      </w:pPr>
      <w:r>
        <w:rPr>
          <w:rFonts w:ascii="Consolas" w:hAnsi="Consolas"/>
          <w:sz w:val="18"/>
        </w:rPr>
        <w:t>&gt;&gt;&gt; run2.text</w:t>
      </w:r>
    </w:p>
    <w:p>
      <w:pPr>
        <w:spacing w:after="0"/>
        <w:ind w:left="360"/>
        <w:shd w:val="clear" w:color="auto" w:fill="F2F2F2"/>
      </w:pPr>
      <w:r>
        <w:rPr>
          <w:rFonts w:ascii="Consolas" w:hAnsi="Consolas"/>
          <w:sz w:val="18"/>
        </w:rPr>
        <w:t>'lorem ipsum'</w:t>
      </w:r>
    </w:p>
    <w:p>
      <w:pPr>
        <w:spacing w:after="0"/>
        <w:ind w:left="360"/>
        <w:shd w:val="clear" w:color="auto" w:fill="F2F2F2"/>
      </w:pPr>
      <w:r>
        <w:rPr>
          <w:rFonts w:ascii="Consolas" w:hAnsi="Consolas"/>
          <w:sz w:val="18"/>
        </w:rPr>
        <w:t>&gt;&gt;&gt; run2.italic</w:t>
      </w:r>
    </w:p>
    <w:p>
      <w:pPr>
        <w:spacing w:after="0"/>
        <w:ind w:left="360"/>
        <w:shd w:val="clear" w:color="auto" w:fill="F2F2F2"/>
      </w:pPr>
      <w:r>
        <w:rPr>
          <w:rFonts w:ascii="Consolas" w:hAnsi="Consolas"/>
          <w:sz w:val="18"/>
        </w:rPr>
        <w:t>True</w:t>
      </w:r>
    </w:p>
    <w:p>
      <w:pPr>
        <w:spacing w:after="40"/>
      </w:pPr>
    </w:p>
    <w:p>
      <w:pPr>
        <w:pStyle w:val="Heading3"/>
      </w:pPr>
      <w:r>
        <w:rPr>
          <w:rFonts w:ascii="Calibri" w:hAnsi="Calibri"/>
          <w:b/>
          <w:i w:val="0"/>
          <w:sz w:val="26"/>
        </w:rPr>
        <w:t>Cách hoạt động...</w:t>
      </w:r>
    </w:p>
    <w:p>
      <w:pPr>
        <w:spacing w:after="80"/>
      </w:pPr>
      <w:r>
        <w:rPr>
          <w:b w:val="0"/>
          <w:i w:val="0"/>
        </w:rPr>
        <w:t>Điểm đặc biệt quan trọng nhất của tài liệu Word là dữ liệu được cấu trúc theo đoạn văn, thay vì theo trang. Kích thước phông chữ, kích thước dòng và các yếu tố khác có thể khiến số lượng trang thay đổi.</w:t>
      </w:r>
    </w:p>
    <w:p>
      <w:pPr>
        <w:spacing w:after="80"/>
      </w:pPr>
      <w:r>
        <w:rPr>
          <w:b w:val="0"/>
          <w:i w:val="0"/>
        </w:rPr>
        <w:t>Hầu hết các đoạn văn cũng thường trống rỗng, hoặc chỉ chứa dòng mới, tab, hoặc các ký tự khoảng trắng khác. Bạn nên kiểm tra khi một đoạn văn trống và bỏ qua nó.</w:t>
      </w:r>
    </w:p>
    <w:p>
      <w:pPr>
        <w:spacing w:after="80"/>
      </w:pPr>
      <w:r>
        <w:rPr>
          <w:b w:val="0"/>
          <w:i w:val="0"/>
        </w:rPr>
        <w:t xml:space="preserve">Trong phần </w:t>
      </w:r>
      <w:r>
        <w:rPr>
          <w:b w:val="0"/>
          <w:i/>
        </w:rPr>
        <w:t xml:space="preserve"> Cách thực hiện </w:t>
      </w:r>
      <w:r>
        <w:rPr>
          <w:b w:val="0"/>
          <w:i w:val="0"/>
        </w:rPr>
        <w:t xml:space="preserve"> </w:t>
      </w:r>
      <w:r>
        <w:rPr>
          <w:b w:val="0"/>
          <w:i/>
        </w:rPr>
        <w:t xml:space="preserve"> … </w:t>
      </w:r>
      <w:r>
        <w:rPr>
          <w:b w:val="0"/>
          <w:i w:val="0"/>
        </w:rPr>
        <w:t xml:space="preserve"> , </w:t>
      </w:r>
      <w:r>
        <w:rPr>
          <w:b w:val="0"/>
          <w:i/>
        </w:rPr>
        <w:t xml:space="preserve"> bước 2 </w:t>
      </w:r>
      <w:r>
        <w:rPr>
          <w:b w:val="0"/>
          <w:i w:val="0"/>
        </w:rPr>
        <w:t xml:space="preserve"> mở tệp và </w:t>
      </w:r>
      <w:r>
        <w:rPr>
          <w:b w:val="0"/>
          <w:i/>
        </w:rPr>
        <w:t xml:space="preserve"> bước 3 </w:t>
      </w:r>
      <w:r>
        <w:rPr>
          <w:b w:val="0"/>
          <w:i w:val="0"/>
        </w:rPr>
        <w:t xml:space="preserve"> cho thấy cách truy cập các thuộc tính cốt lõi. Đây là những thuộc tính được định nghĩa trong Word như metadata của tài liệu, chẳng hạn như tác giả hoặc ngày tạo.</w:t>
      </w:r>
    </w:p>
    <w:p>
      <w:pPr>
        <w:spacing w:after="80"/>
      </w:pPr>
      <w:r>
        <w:rPr>
          <w:b/>
          <w:i w:val="0"/>
        </w:rPr>
        <w:t>Lưu ý</w:t>
      </w:r>
    </w:p>
    <w:p>
      <w:pPr>
        <w:spacing w:after="80"/>
      </w:pPr>
      <w:r>
        <w:rPr>
          <w:b w:val="0"/>
          <w:i w:val="0"/>
        </w:rPr>
        <w:t>Metadata của Word cần được tiếp nhận một cách thận trọng, vì các công cụ tạo tài liệu Word (nhưng không phải Microsoft Office) không nhất thiết sẽ điền đầy đủ nó. Hãy kiểm tra kỹ trước khi cố gắng sử dụng metadata của Word.</w:t>
      </w:r>
    </w:p>
    <w:p>
      <w:pPr>
        <w:spacing w:after="80"/>
      </w:pPr>
      <w:r>
        <w:rPr>
          <w:b w:val="0"/>
          <w:i w:val="0"/>
        </w:rPr>
        <w:t xml:space="preserve">Các đoạn văn của tài liệu có thể được lặp qua và trích xuất văn bản của chúng ở định dạng thô, như được hiển thị trong </w:t>
      </w:r>
      <w:r>
        <w:rPr>
          <w:b w:val="0"/>
          <w:i/>
        </w:rPr>
        <w:t xml:space="preserve"> bước 6 </w:t>
      </w:r>
      <w:r>
        <w:rPr>
          <w:b w:val="0"/>
          <w:i w:val="0"/>
        </w:rPr>
        <w:t xml:space="preserve"> . Đây là thông tin không bao gồm thông tin định dạng, vì vậy định dạng thô thường là định dạng hữu ích nhất để xử lý dữ liệu tự động.</w:t>
      </w:r>
    </w:p>
    <w:p>
      <w:pPr>
        <w:spacing w:after="80"/>
      </w:pPr>
      <w:r>
        <w:rPr>
          <w:b w:val="0"/>
          <w:i w:val="0"/>
        </w:rPr>
        <w:t xml:space="preserve">Nếu cần thông tin về kiểu định dạng, có thể dùng các run như trong </w:t>
      </w:r>
      <w:r>
        <w:rPr>
          <w:b w:val="0"/>
          <w:i/>
        </w:rPr>
        <w:t>bước 7</w:t>
      </w:r>
      <w:r>
        <w:rPr>
          <w:b w:val="0"/>
          <w:i w:val="0"/>
        </w:rPr>
        <w:t xml:space="preserve"> và </w:t>
      </w:r>
      <w:r>
        <w:rPr>
          <w:b w:val="0"/>
          <w:i/>
        </w:rPr>
        <w:t>bước 8</w:t>
      </w:r>
      <w:r>
        <w:rPr>
          <w:b w:val="0"/>
          <w:i w:val="0"/>
        </w:rPr>
        <w:t xml:space="preserve">. Mỗi đoạn văn có thể chứa một hoặc nhiều run, là những đơn vị văn bản nhỏ hơn có cùng kiểu định dạng. Ví dụ, nếu một câu là </w:t>
      </w:r>
      <w:r>
        <w:rPr>
          <w:b w:val="0"/>
          <w:i/>
        </w:rPr>
        <w:t>Word1</w:t>
      </w:r>
      <w:r>
        <w:rPr>
          <w:b w:val="0"/>
          <w:i w:val="0"/>
        </w:rPr>
        <w:t xml:space="preserve"> </w:t>
      </w:r>
      <w:r>
        <w:rPr>
          <w:b/>
          <w:i w:val="0"/>
        </w:rPr>
        <w:t>word</w:t>
      </w:r>
      <w:r>
        <w:rPr>
          <w:b w:val="0"/>
          <w:i w:val="0"/>
        </w:rPr>
        <w:t xml:space="preserve"> </w:t>
      </w:r>
      <w:r>
        <w:rPr>
          <w:b/>
          <w:i w:val="0"/>
        </w:rPr>
        <w:t>2</w:t>
      </w:r>
      <w:r>
        <w:rPr>
          <w:b w:val="0"/>
          <w:i w:val="0"/>
        </w:rPr>
        <w:t>, thì sẽ có hai run, một run chứa văn bản in nghiêng (</w:t>
      </w:r>
      <w:r>
        <w:rPr>
          <w:b w:val="0"/>
          <w:i/>
        </w:rPr>
        <w:t>Word1</w:t>
      </w:r>
      <w:r>
        <w:rPr>
          <w:b w:val="0"/>
          <w:i w:val="0"/>
        </w:rPr>
        <w:t>) và một run chứa văn bản in đậm (</w:t>
      </w:r>
      <w:r>
        <w:rPr>
          <w:b/>
          <w:i w:val="0"/>
        </w:rPr>
        <w:t>word</w:t>
      </w:r>
      <w:r>
        <w:rPr>
          <w:b w:val="0"/>
          <w:i w:val="0"/>
        </w:rPr>
        <w:t xml:space="preserve"> </w:t>
      </w:r>
      <w:r>
        <w:rPr>
          <w:b/>
          <w:i w:val="0"/>
        </w:rPr>
        <w:t>2</w:t>
      </w:r>
      <w:r>
        <w:rPr>
          <w:b w:val="0"/>
          <w:i w:val="0"/>
        </w:rPr>
        <w:t>). Hơn nữa, có thể có những run trung gian chứa văn bản thường chỉ gồm các ký tự khoảng trắng, khiến trường hợp này có tổng cộng ba run. Kiểu định dạng có thể được phát hiện riêng lẻ cho các thuộc tính như in đậm, in nghiêng hoặc gạch chân.</w:t>
      </w:r>
    </w:p>
    <w:p>
      <w:pPr>
        <w:spacing w:after="80"/>
      </w:pPr>
      <w:r>
        <w:rPr>
          <w:b/>
          <w:i w:val="0"/>
        </w:rPr>
        <w:t>Mẹo</w:t>
      </w:r>
    </w:p>
    <w:p>
      <w:pPr>
        <w:spacing w:after="80"/>
      </w:pPr>
      <w:r>
        <w:rPr>
          <w:b w:val="0"/>
          <w:i w:val="0"/>
        </w:rPr>
        <w:t>Việc chia thành các run có thể khá phức tạp. Do cách các trình soạn thảo hoạt động, không hiếm khi gặp những nửa từ, một từ bị chia thành hai run, đôi khi có cùng thuộc tính. Đừng dựa vào số lượng run khi phân tích nội dung. Cụ thể, hãy kiểm tra kỹ nếu bạn đang cố xem liệu một phần có kiểu định dạng cụ thể nào đó có bị chia thành hai hay nhiều run không.</w:t>
      </w:r>
    </w:p>
    <w:p>
      <w:pPr>
        <w:spacing w:after="80"/>
      </w:pPr>
      <w:r>
        <w:rPr>
          <w:b w:val="0"/>
          <w:i w:val="0"/>
        </w:rPr>
        <w:t>Hãy lưu ý rằng vì tài liệu Word không chỉ được tạo bởi Microsoft Word mà còn bởi các trình xử lý văn bản khác (ví dụ: LibreOffice Writer hoặc Google Docs), một số thuộc tính có thể không được định nghĩa, và trình xử lý văn bản có thể tùy chọn chỉ định chúng. Ví dụ, rất phổ biến việc giữ nguyên phông chữ mặc định, điều này có thể có nghĩa là thông tin phông chữ trên các run bị để trống.</w:t>
      </w:r>
    </w:p>
    <w:p>
      <w:pPr>
        <w:pStyle w:val="Heading3"/>
      </w:pPr>
      <w:r>
        <w:rPr>
          <w:rFonts w:ascii="Calibri" w:hAnsi="Calibri"/>
          <w:b/>
          <w:i w:val="0"/>
          <w:sz w:val="26"/>
        </w:rPr>
        <w:t>Còn nhiều nữa...</w:t>
      </w:r>
    </w:p>
    <w:p>
      <w:pPr>
        <w:spacing w:after="80"/>
      </w:pPr>
      <w:r>
        <w:rPr>
          <w:b w:val="0"/>
          <w:i w:val="0"/>
        </w:rPr>
        <w:t xml:space="preserve">Thông tin kiểu định dạng bổ sung, chẳng hạn như </w:t>
      </w:r>
      <w:r>
        <w:rPr>
          <w:rFonts w:ascii="Consolas" w:hAnsi="Consolas"/>
          <w:b w:val="0"/>
          <w:i w:val="0"/>
          <w:sz w:val="20"/>
        </w:rPr>
        <w:br/>
        <w:br/>
        <w:t xml:space="preserve">      small_caps</w:t>
        <w:br/>
        <w:t xml:space="preserve">     </w:t>
        <w:br/>
      </w:r>
      <w:r>
        <w:rPr>
          <w:b w:val="0"/>
          <w:i w:val="0"/>
        </w:rPr>
        <w:t xml:space="preserve"> hoặc </w:t>
      </w:r>
      <w:r>
        <w:rPr>
          <w:rFonts w:ascii="Consolas" w:hAnsi="Consolas"/>
          <w:b w:val="0"/>
          <w:i w:val="0"/>
          <w:sz w:val="20"/>
        </w:rPr>
        <w:br/>
        <w:br/>
        <w:t xml:space="preserve">      size</w:t>
        <w:br/>
        <w:t xml:space="preserve">     </w:t>
        <w:br/>
      </w:r>
      <w:r>
        <w:rPr>
          <w:b w:val="0"/>
          <w:i w:val="0"/>
        </w:rPr>
        <w:t>, có thể được tìm thấy trong thuộc tính font:</w:t>
      </w:r>
    </w:p>
    <w:p>
      <w:pPr>
        <w:spacing w:after="0"/>
        <w:ind w:left="360"/>
        <w:shd w:val="clear" w:color="auto" w:fill="F2F2F2"/>
      </w:pPr>
      <w:r>
        <w:rPr>
          <w:rFonts w:ascii="Consolas" w:hAnsi="Consolas"/>
          <w:sz w:val="18"/>
        </w:rPr>
        <w:t>&gt;&gt;&gt; run2.font.cs_italic</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&gt;&gt;&gt; run2.font.size</w:t>
      </w:r>
    </w:p>
    <w:p>
      <w:pPr>
        <w:spacing w:after="0"/>
        <w:ind w:left="360"/>
        <w:shd w:val="clear" w:color="auto" w:fill="F2F2F2"/>
      </w:pPr>
      <w:r>
        <w:rPr>
          <w:rFonts w:ascii="Consolas" w:hAnsi="Consolas"/>
          <w:sz w:val="18"/>
        </w:rPr>
        <w:t>152400</w:t>
      </w:r>
    </w:p>
    <w:p>
      <w:pPr>
        <w:spacing w:after="0"/>
        <w:ind w:left="360"/>
        <w:shd w:val="clear" w:color="auto" w:fill="F2F2F2"/>
      </w:pPr>
      <w:r>
        <w:rPr>
          <w:rFonts w:ascii="Consolas" w:hAnsi="Consolas"/>
          <w:sz w:val="18"/>
        </w:rPr>
        <w:t>&gt;&gt;&gt; run2.font.small_caps</w:t>
      </w:r>
    </w:p>
    <w:p>
      <w:pPr>
        <w:spacing w:after="40"/>
      </w:pPr>
    </w:p>
    <w:p>
      <w:pPr>
        <w:spacing w:after="80"/>
      </w:pPr>
      <w:r>
        <w:rPr>
          <w:b w:val="0"/>
          <w:i w:val="0"/>
        </w:rPr>
        <w:t>Thông thường, tập trung vào văn bản thô, không để ý đến thông tin kiểu định dạng, là cách phân tích đúng đắn. Nhưng đôi khi một từ in đậm trong đoạn văn sẽ có ý nghĩa đặc biệt. Nó có thể là tiêu đề hoặc một đoạn văn bản đặc biệt quan trọng. Vì nó được làm nổi bật, có khả năng đó chính là thứ bạn đang tìm! Hãy ghi nhớ điều đó khi phân tích tài liệu.</w:t>
      </w:r>
    </w:p>
    <w:p>
      <w:pPr>
        <w:spacing w:after="80"/>
      </w:pPr>
      <w:r>
        <w:rPr>
          <w:b w:val="0"/>
          <w:i w:val="0"/>
        </w:rPr>
        <w:t xml:space="preserve">Bạn có thể tìm tài liệu đầy đủ về </w:t>
      </w:r>
      <w:r>
        <w:rPr>
          <w:rFonts w:ascii="Consolas" w:hAnsi="Consolas"/>
          <w:b w:val="0"/>
          <w:i w:val="0"/>
          <w:sz w:val="20"/>
        </w:rPr>
        <w:br/>
        <w:br/>
        <w:t xml:space="preserve">      python‑docx</w:t>
        <w:br/>
        <w:t xml:space="preserve">     </w:t>
        <w:br/>
      </w:r>
      <w:r>
        <w:rPr>
          <w:b w:val="0"/>
          <w:i w:val="0"/>
        </w:rPr>
        <w:t xml:space="preserve"> tại đây: </w:t>
      </w:r>
      <w:r>
        <w:rPr>
          <w:rFonts w:ascii="Consolas" w:hAnsi="Consolas"/>
          <w:b w:val="0"/>
          <w:i w:val="0"/>
          <w:sz w:val="20"/>
        </w:rPr>
        <w:br/>
        <w:br/>
        <w:t xml:space="preserve">       https://python-docx.readthedocs.io/en/latest/</w:t>
        <w:br/>
        <w:t xml:space="preserve">      </w:t>
        <w:br/>
      </w:r>
      <w:r>
        <w:rPr>
          <w:b w:val="0"/>
          <w:i w:val="0"/>
        </w:rPr>
        <w:t>.</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Đọc tệp văn bản</w:t>
      </w:r>
      <w:r>
        <w:rPr>
          <w:b w:val="0"/>
          <w:i w:val="0"/>
        </w:rPr>
        <w:t>, ở phần trước trong chương này, để tìm hiểu những kiến thức cơ bản về mở và đọc tệp văn bản.</w:t>
      </w:r>
    </w:p>
    <w:p>
      <w:pPr>
        <w:spacing w:after="80"/>
        <w:ind w:left="360"/>
      </w:pPr>
      <w:r>
        <w:t xml:space="preserve">• </w:t>
      </w:r>
      <w:r>
        <w:rPr>
          <w:b w:val="0"/>
          <w:i w:val="0"/>
        </w:rPr>
        <w:t xml:space="preserve">Công thức </w:t>
      </w:r>
      <w:r>
        <w:rPr>
          <w:b w:val="0"/>
          <w:i/>
        </w:rPr>
        <w:t>Đọc tệp PDF</w:t>
      </w:r>
      <w:r>
        <w:rPr>
          <w:b w:val="0"/>
          <w:i w:val="0"/>
        </w:rPr>
        <w:t>, ở phần trước trong chương này, để tìm hiểu cách xử lý các loại tệp tài liệu khác.</w:t>
      </w:r>
    </w:p>
    <w:p>
      <w:pPr>
        <w:pStyle w:val="Heading2"/>
      </w:pPr>
      <w:r>
        <w:rPr>
          <w:rFonts w:ascii="Calibri" w:hAnsi="Calibri"/>
          <w:b/>
          <w:i w:val="0"/>
          <w:sz w:val="32"/>
        </w:rPr>
        <w:t>Quét tài liệu để tìm từ khóa</w:t>
      </w:r>
    </w:p>
    <w:p>
      <w:pPr>
        <w:spacing w:after="80"/>
      </w:pPr>
      <w:r>
        <w:rPr>
          <w:b w:val="0"/>
          <w:i w:val="0"/>
        </w:rPr>
        <w:t>Trong công thức này, chúng ta sẽ áp dụng tất cả các bài học từ những công thức trước khi tìm kiếm một từ khóa cụ thể trong tất cả các tệp của một thư mục. Đây là phần tóm tắt của các công thức còn lại trong chương này và bao gồm một script tìm kiếm nhiều loại tệp khác nhau.</w:t>
      </w:r>
    </w:p>
    <w:p>
      <w:pPr>
        <w:pStyle w:val="Heading3"/>
      </w:pPr>
      <w:r>
        <w:rPr>
          <w:rFonts w:ascii="Calibri" w:hAnsi="Calibri"/>
          <w:b/>
          <w:i w:val="0"/>
          <w:sz w:val="26"/>
        </w:rPr>
        <w:t>Chuẩn bị</w:t>
      </w:r>
    </w:p>
    <w:p>
      <w:pPr>
        <w:spacing w:after="80"/>
      </w:pPr>
      <w:r>
        <w:rPr>
          <w:b w:val="0"/>
          <w:i w:val="0"/>
        </w:rPr>
        <w:t>Hãy đảm bảo bao gồm các mô-đun sau trong tệp requirements.txt và cài đặt chúng vào môi trường ảo của bạn:</w:t>
      </w:r>
    </w:p>
    <w:p>
      <w:pPr>
        <w:spacing w:after="0"/>
        <w:ind w:left="360"/>
        <w:shd w:val="clear" w:color="auto" w:fill="F2F2F2"/>
      </w:pPr>
      <w:r>
        <w:rPr>
          <w:rFonts w:ascii="Consolas" w:hAnsi="Consolas"/>
          <w:sz w:val="18"/>
        </w:rPr>
        <w:t>beautifulsoup4==4.14.3</w:t>
      </w:r>
    </w:p>
    <w:p>
      <w:pPr>
        <w:spacing w:after="0"/>
        <w:ind w:left="360"/>
        <w:shd w:val="clear" w:color="auto" w:fill="F2F2F2"/>
      </w:pPr>
      <w:r>
        <w:rPr>
          <w:rFonts w:ascii="Consolas" w:hAnsi="Consolas"/>
          <w:sz w:val="18"/>
        </w:rPr>
        <w:t>Pillow==12.0.0</w:t>
      </w:r>
    </w:p>
    <w:p>
      <w:pPr>
        <w:spacing w:after="0"/>
        <w:ind w:left="360"/>
        <w:shd w:val="clear" w:color="auto" w:fill="F2F2F2"/>
      </w:pPr>
      <w:r>
        <w:rPr>
          <w:rFonts w:ascii="Consolas" w:hAnsi="Consolas"/>
          <w:sz w:val="18"/>
        </w:rPr>
        <w:t>PyPDF2==3.0.1</w:t>
      </w:r>
    </w:p>
    <w:p>
      <w:pPr>
        <w:spacing w:after="0"/>
        <w:ind w:left="360"/>
        <w:shd w:val="clear" w:color="auto" w:fill="F2F2F2"/>
      </w:pPr>
      <w:r>
        <w:rPr>
          <w:rFonts w:ascii="Consolas" w:hAnsi="Consolas"/>
          <w:sz w:val="18"/>
        </w:rPr>
        <w:t>python-docx==1.2.0</w:t>
      </w:r>
    </w:p>
    <w:p>
      <w:pPr>
        <w:spacing w:after="40"/>
      </w:pPr>
    </w:p>
    <w:p>
      <w:pPr>
        <w:spacing w:after="80"/>
      </w:pPr>
      <w:r>
        <w:rPr>
          <w:b w:val="0"/>
          <w:i w:val="0"/>
        </w:rPr>
        <w:t xml:space="preserve">Kiểm tra rằng thư mục cần tìm kiếm có các tệp sau (tất cả đều có sẵn tại </w:t>
      </w:r>
      <w:r>
        <w:rPr>
          <w:rFonts w:ascii="Consolas" w:hAnsi="Consolas"/>
          <w:b w:val="0"/>
          <w:i w:val="0"/>
          <w:sz w:val="20"/>
        </w:rPr>
        <w:br/>
        <w:br/>
        <w:t xml:space="preserve">       https://github.com/PacktPublishing/Python-Automation-Cookbook-Third-Edition/tree/main/ch04/documents/</w:t>
        <w:br/>
        <w:t xml:space="preserve">      </w:t>
        <w:br/>
      </w:r>
      <w:r>
        <w:rPr>
          <w:b w:val="0"/>
          <w:i w:val="0"/>
        </w:rPr>
        <w:t xml:space="preserve">). Lưu ý rằng </w:t>
      </w:r>
      <w:r>
        <w:rPr>
          <w:rFonts w:ascii="Consolas" w:hAnsi="Consolas"/>
          <w:b w:val="0"/>
          <w:i w:val="0"/>
          <w:sz w:val="20"/>
        </w:rPr>
        <w:br/>
        <w:br/>
        <w:t xml:space="preserve">      file5.pdf</w:t>
        <w:br/>
        <w:t xml:space="preserve">     </w:t>
        <w:br/>
      </w:r>
      <w:r>
        <w:rPr>
          <w:b w:val="0"/>
          <w:i w:val="0"/>
        </w:rPr>
        <w:t xml:space="preserve"> và </w:t>
      </w:r>
      <w:r>
        <w:rPr>
          <w:rFonts w:ascii="Consolas" w:hAnsi="Consolas"/>
          <w:b w:val="0"/>
          <w:i w:val="0"/>
          <w:sz w:val="20"/>
        </w:rPr>
        <w:br/>
        <w:br/>
        <w:t xml:space="preserve">      file6.pdf</w:t>
        <w:br/>
        <w:t xml:space="preserve">     </w:t>
        <w:br/>
      </w:r>
      <w:r>
        <w:rPr>
          <w:b w:val="0"/>
          <w:i w:val="0"/>
        </w:rPr>
        <w:t xml:space="preserve"> là bản sao của </w:t>
      </w:r>
      <w:r>
        <w:rPr>
          <w:rFonts w:ascii="Consolas" w:hAnsi="Consolas"/>
          <w:b w:val="0"/>
          <w:i w:val="0"/>
          <w:sz w:val="20"/>
        </w:rPr>
        <w:br/>
        <w:br/>
        <w:t xml:space="preserve">      document‑1.pdf,</w:t>
        <w:br/>
        <w:t xml:space="preserve">     </w:t>
        <w:br/>
      </w:r>
      <w:r>
        <w:rPr>
          <w:b w:val="0"/>
          <w:i w:val="0"/>
        </w:rPr>
        <w:t xml:space="preserve"> để đơn giản hóa. </w:t>
      </w:r>
      <w:r>
        <w:rPr>
          <w:rFonts w:ascii="Consolas" w:hAnsi="Consolas"/>
          <w:b w:val="0"/>
          <w:i w:val="0"/>
          <w:sz w:val="20"/>
        </w:rPr>
        <w:br/>
        <w:br/>
        <w:t xml:space="preserve">      file1.txt</w:t>
        <w:br/>
        <w:t xml:space="preserve">     </w:t>
        <w:br/>
      </w:r>
      <w:r>
        <w:rPr>
          <w:b w:val="0"/>
          <w:i w:val="0"/>
        </w:rPr>
        <w:t xml:space="preserve"> đến </w:t>
      </w:r>
      <w:r>
        <w:rPr>
          <w:rFonts w:ascii="Consolas" w:hAnsi="Consolas"/>
          <w:b w:val="0"/>
          <w:i w:val="0"/>
          <w:sz w:val="20"/>
        </w:rPr>
        <w:br/>
        <w:br/>
        <w:t xml:space="preserve">      file4.txt</w:t>
        <w:br/>
        <w:t xml:space="preserve">     </w:t>
        <w:br/>
      </w:r>
      <w:r>
        <w:rPr>
          <w:b w:val="0"/>
          <w:i w:val="0"/>
        </w:rPr>
        <w:t xml:space="preserve"> là các tệp trống:</w:t>
      </w:r>
    </w:p>
    <w:p>
      <w:pPr>
        <w:spacing w:after="0"/>
        <w:ind w:left="360"/>
        <w:shd w:val="clear" w:color="auto" w:fill="F2F2F2"/>
      </w:pPr>
      <w:r>
        <w:rPr>
          <w:rFonts w:ascii="Consolas" w:hAnsi="Consolas"/>
          <w:sz w:val="18"/>
        </w:rPr>
        <w:t>├── dir</w:t>
      </w:r>
    </w:p>
    <w:p>
      <w:pPr>
        <w:spacing w:after="0"/>
        <w:ind w:left="360"/>
        <w:shd w:val="clear" w:color="auto" w:fill="F2F2F2"/>
      </w:pPr>
      <w:r>
        <w:rPr>
          <w:rFonts w:ascii="Consolas" w:hAnsi="Consolas"/>
          <w:sz w:val="18"/>
        </w:rPr>
        <w:t>│   ├── file1.txt</w:t>
      </w:r>
    </w:p>
    <w:p>
      <w:pPr>
        <w:spacing w:after="0"/>
        <w:ind w:left="360"/>
        <w:shd w:val="clear" w:color="auto" w:fill="F2F2F2"/>
      </w:pPr>
      <w:r>
        <w:rPr>
          <w:rFonts w:ascii="Consolas" w:hAnsi="Consolas"/>
          <w:sz w:val="18"/>
        </w:rPr>
        <w:t>│   ├── file2.txt</w:t>
      </w:r>
    </w:p>
    <w:p>
      <w:pPr>
        <w:spacing w:after="0"/>
        <w:ind w:left="360"/>
        <w:shd w:val="clear" w:color="auto" w:fill="F2F2F2"/>
      </w:pPr>
      <w:r>
        <w:rPr>
          <w:rFonts w:ascii="Consolas" w:hAnsi="Consolas"/>
          <w:sz w:val="18"/>
        </w:rPr>
        <w:t>│   ├── file6.pdf</w:t>
      </w:r>
    </w:p>
    <w:p>
      <w:pPr>
        <w:spacing w:after="0"/>
        <w:ind w:left="360"/>
        <w:shd w:val="clear" w:color="auto" w:fill="F2F2F2"/>
      </w:pPr>
      <w:r>
        <w:rPr>
          <w:rFonts w:ascii="Consolas" w:hAnsi="Consolas"/>
          <w:sz w:val="18"/>
        </w:rPr>
        <w:t>│   └── subdir</w:t>
      </w:r>
    </w:p>
    <w:p>
      <w:pPr>
        <w:spacing w:after="0"/>
        <w:ind w:left="360"/>
        <w:shd w:val="clear" w:color="auto" w:fill="F2F2F2"/>
      </w:pPr>
      <w:r>
        <w:rPr>
          <w:rFonts w:ascii="Consolas" w:hAnsi="Consolas"/>
          <w:sz w:val="18"/>
        </w:rPr>
        <w:t>│       ├── file3.txt</w:t>
      </w:r>
    </w:p>
    <w:p>
      <w:pPr>
        <w:spacing w:after="0"/>
        <w:ind w:left="360"/>
        <w:shd w:val="clear" w:color="auto" w:fill="F2F2F2"/>
      </w:pPr>
      <w:r>
        <w:rPr>
          <w:rFonts w:ascii="Consolas" w:hAnsi="Consolas"/>
          <w:sz w:val="18"/>
        </w:rPr>
        <w:t>│       ├── file4.txt</w:t>
      </w:r>
    </w:p>
    <w:p>
      <w:pPr>
        <w:spacing w:after="0"/>
        <w:ind w:left="360"/>
        <w:shd w:val="clear" w:color="auto" w:fill="F2F2F2"/>
      </w:pPr>
      <w:r>
        <w:rPr>
          <w:rFonts w:ascii="Consolas" w:hAnsi="Consolas"/>
          <w:sz w:val="18"/>
        </w:rPr>
        <w:t>│       └── file5.pdf</w:t>
      </w:r>
    </w:p>
    <w:p>
      <w:pPr>
        <w:spacing w:after="0"/>
        <w:ind w:left="360"/>
        <w:shd w:val="clear" w:color="auto" w:fill="F2F2F2"/>
      </w:pPr>
      <w:r>
        <w:rPr>
          <w:rFonts w:ascii="Consolas" w:hAnsi="Consolas"/>
          <w:sz w:val="18"/>
        </w:rPr>
        <w:t>├── document-1.docx</w:t>
      </w:r>
    </w:p>
    <w:p>
      <w:pPr>
        <w:spacing w:after="0"/>
        <w:ind w:left="360"/>
        <w:shd w:val="clear" w:color="auto" w:fill="F2F2F2"/>
      </w:pPr>
      <w:r>
        <w:rPr>
          <w:rFonts w:ascii="Consolas" w:hAnsi="Consolas"/>
          <w:sz w:val="18"/>
        </w:rPr>
        <w:t>├── document-1.pdf</w:t>
      </w:r>
    </w:p>
    <w:p>
      <w:pPr>
        <w:spacing w:after="0"/>
        <w:ind w:left="360"/>
        <w:shd w:val="clear" w:color="auto" w:fill="F2F2F2"/>
      </w:pPr>
      <w:r>
        <w:rPr>
          <w:rFonts w:ascii="Consolas" w:hAnsi="Consolas"/>
          <w:sz w:val="18"/>
        </w:rPr>
        <w:t>├── document-2-1.pdf</w:t>
      </w:r>
    </w:p>
    <w:p>
      <w:pPr>
        <w:spacing w:after="0"/>
        <w:ind w:left="360"/>
        <w:shd w:val="clear" w:color="auto" w:fill="F2F2F2"/>
      </w:pPr>
      <w:r>
        <w:rPr>
          <w:rFonts w:ascii="Consolas" w:hAnsi="Consolas"/>
          <w:sz w:val="18"/>
        </w:rPr>
        <w:t>├── document-2.pdf</w:t>
      </w:r>
    </w:p>
    <w:p>
      <w:pPr>
        <w:spacing w:after="0"/>
        <w:ind w:left="360"/>
        <w:shd w:val="clear" w:color="auto" w:fill="F2F2F2"/>
      </w:pPr>
      <w:r>
        <w:rPr>
          <w:rFonts w:ascii="Consolas" w:hAnsi="Consolas"/>
          <w:sz w:val="18"/>
        </w:rPr>
        <w:t>├── example_iso.txt</w:t>
      </w:r>
    </w:p>
    <w:p>
      <w:pPr>
        <w:spacing w:after="0"/>
        <w:ind w:left="360"/>
        <w:shd w:val="clear" w:color="auto" w:fill="F2F2F2"/>
      </w:pPr>
      <w:r>
        <w:rPr>
          <w:rFonts w:ascii="Consolas" w:hAnsi="Consolas"/>
          <w:sz w:val="18"/>
        </w:rPr>
        <w:t>├── example_output_iso.txt</w:t>
      </w:r>
    </w:p>
    <w:p>
      <w:pPr>
        <w:spacing w:after="0"/>
        <w:ind w:left="360"/>
        <w:shd w:val="clear" w:color="auto" w:fill="F2F2F2"/>
      </w:pPr>
      <w:r>
        <w:rPr>
          <w:rFonts w:ascii="Consolas" w:hAnsi="Consolas"/>
          <w:sz w:val="18"/>
        </w:rPr>
        <w:t>├── example_utf8.txt</w:t>
      </w:r>
    </w:p>
    <w:p>
      <w:pPr>
        <w:spacing w:after="0"/>
        <w:ind w:left="360"/>
        <w:shd w:val="clear" w:color="auto" w:fill="F2F2F2"/>
      </w:pPr>
      <w:r>
        <w:rPr>
          <w:rFonts w:ascii="Consolas" w:hAnsi="Consolas"/>
          <w:sz w:val="18"/>
        </w:rPr>
        <w:t>├── top_films.csv</w:t>
      </w:r>
    </w:p>
    <w:p>
      <w:pPr>
        <w:spacing w:after="0"/>
        <w:ind w:left="360"/>
        <w:shd w:val="clear" w:color="auto" w:fill="F2F2F2"/>
      </w:pPr>
      <w:r>
        <w:rPr>
          <w:rFonts w:ascii="Consolas" w:hAnsi="Consolas"/>
          <w:sz w:val="18"/>
        </w:rPr>
        <w:t>└── zen_of_python.txt</w:t>
      </w:r>
    </w:p>
    <w:p>
      <w:pPr>
        <w:spacing w:after="40"/>
      </w:pPr>
    </w:p>
    <w:p>
      <w:pPr>
        <w:spacing w:after="80"/>
      </w:pPr>
      <w:r>
        <w:rPr>
          <w:b w:val="0"/>
          <w:i w:val="0"/>
        </w:rPr>
        <w:t xml:space="preserve">Chúng ta đã chuẩn bị một script, </w:t>
      </w:r>
      <w:r>
        <w:rPr>
          <w:rFonts w:ascii="Consolas" w:hAnsi="Consolas"/>
          <w:b w:val="0"/>
          <w:i w:val="0"/>
          <w:sz w:val="20"/>
        </w:rPr>
        <w:br/>
        <w:br/>
        <w:t xml:space="preserve">      scan.py</w:t>
        <w:br/>
        <w:t xml:space="preserve">     </w:t>
        <w:br/>
      </w:r>
      <w:r>
        <w:rPr>
          <w:b w:val="0"/>
          <w:i w:val="0"/>
        </w:rPr>
        <w:t xml:space="preserve"> , để tìm kiếm một từ trong tất cả các file </w:t>
      </w:r>
      <w:r>
        <w:rPr>
          <w:rFonts w:ascii="Consolas" w:hAnsi="Consolas"/>
          <w:b w:val="0"/>
          <w:i w:val="0"/>
          <w:sz w:val="20"/>
        </w:rPr>
        <w:br/>
        <w:br/>
        <w:t xml:space="preserve">      .txt</w:t>
        <w:br/>
        <w:t xml:space="preserve">     </w:t>
        <w:br/>
      </w:r>
      <w:r>
        <w:rPr>
          <w:b w:val="0"/>
          <w:i w:val="0"/>
        </w:rPr>
        <w:t xml:space="preserve"> , </w:t>
      </w:r>
      <w:r>
        <w:rPr>
          <w:rFonts w:ascii="Consolas" w:hAnsi="Consolas"/>
          <w:b w:val="0"/>
          <w:i w:val="0"/>
          <w:sz w:val="20"/>
        </w:rPr>
        <w:br/>
        <w:br/>
        <w:t xml:space="preserve">      .csv</w:t>
        <w:br/>
        <w:t xml:space="preserve">     </w:t>
        <w:br/>
      </w:r>
      <w:r>
        <w:rPr>
          <w:b w:val="0"/>
          <w:i w:val="0"/>
        </w:rPr>
        <w:t xml:space="preserve"> , </w:t>
      </w:r>
      <w:r>
        <w:rPr>
          <w:rFonts w:ascii="Consolas" w:hAnsi="Consolas"/>
          <w:b w:val="0"/>
          <w:i w:val="0"/>
          <w:sz w:val="20"/>
        </w:rPr>
        <w:br/>
        <w:br/>
        <w:t xml:space="preserve">      .pdf</w:t>
        <w:br/>
        <w:t xml:space="preserve">     </w:t>
        <w:br/>
      </w:r>
      <w:r>
        <w:rPr>
          <w:b w:val="0"/>
          <w:i w:val="0"/>
        </w:rPr>
        <w:t xml:space="preserve"> , và </w:t>
      </w:r>
      <w:r>
        <w:rPr>
          <w:rFonts w:ascii="Consolas" w:hAnsi="Consolas"/>
          <w:b w:val="0"/>
          <w:i w:val="0"/>
          <w:sz w:val="20"/>
        </w:rPr>
        <w:br/>
        <w:br/>
        <w:t xml:space="preserve">      .docx</w:t>
        <w:br/>
        <w:t xml:space="preserve">     </w:t>
        <w:br/>
      </w:r>
      <w:r>
        <w:rPr>
          <w:b w:val="0"/>
          <w:i w:val="0"/>
        </w:rPr>
        <w:t xml:space="preserve"> . Script này có sẵn trong thư mục </w:t>
      </w:r>
      <w:r>
        <w:rPr>
          <w:rFonts w:ascii="Consolas" w:hAnsi="Consolas"/>
          <w:b w:val="0"/>
          <w:i w:val="0"/>
          <w:sz w:val="20"/>
        </w:rPr>
        <w:br/>
        <w:br/>
        <w:t xml:space="preserve">      ch04</w:t>
        <w:br/>
        <w:t xml:space="preserve">     </w:t>
        <w:br/>
      </w:r>
      <w:r>
        <w:rPr>
          <w:b w:val="0"/>
          <w:i w:val="0"/>
        </w:rPr>
        <w:t xml:space="preserve"> của kho GitHub.</w:t>
      </w:r>
    </w:p>
    <w:p>
      <w:pPr>
        <w:pStyle w:val="Heading3"/>
      </w:pPr>
      <w:r>
        <w:rPr>
          <w:rFonts w:ascii="Calibri" w:hAnsi="Calibri"/>
          <w:b/>
          <w:i w:val="0"/>
          <w:sz w:val="26"/>
        </w:rPr>
        <w:t>Cách thực hiện...</w:t>
      </w:r>
    </w:p>
    <w:p>
      <w:pPr>
        <w:spacing w:after="80"/>
        <w:ind w:left="360"/>
      </w:pPr>
      <w:r>
        <w:t xml:space="preserve">1. </w:t>
      </w:r>
      <w:r>
        <w:rPr>
          <w:b w:val="0"/>
          <w:i w:val="0"/>
        </w:rPr>
        <w:t xml:space="preserve">Tham khảo </w:t>
      </w:r>
      <w:r>
        <w:rPr>
          <w:rFonts w:ascii="Consolas" w:hAnsi="Consolas"/>
          <w:b w:val="0"/>
          <w:i w:val="0"/>
          <w:sz w:val="20"/>
        </w:rPr>
        <w:br/>
        <w:br/>
        <w:t xml:space="preserve">       help ‑h</w:t>
        <w:br/>
        <w:t xml:space="preserve">      </w:t>
        <w:br/>
      </w:r>
      <w:r>
        <w:rPr>
          <w:b w:val="0"/>
          <w:i w:val="0"/>
        </w:rPr>
        <w:t xml:space="preserve"> để biết cách sử dụng script </w:t>
      </w:r>
      <w:r>
        <w:rPr>
          <w:rFonts w:ascii="Consolas" w:hAnsi="Consolas"/>
          <w:b w:val="0"/>
          <w:i w:val="0"/>
          <w:sz w:val="20"/>
        </w:rPr>
        <w:br/>
        <w:br/>
        <w:t xml:space="preserve">       scan.py</w:t>
        <w:br/>
        <w:t xml:space="preserve">      </w:t>
        <w:br/>
      </w:r>
      <w:r>
        <w:rPr>
          <w:b w:val="0"/>
          <w:i w:val="0"/>
        </w:rPr>
        <w:t xml:space="preserve"> :</w:t>
      </w:r>
    </w:p>
    <w:p>
      <w:pPr>
        <w:spacing w:after="0"/>
        <w:ind w:left="360"/>
        <w:shd w:val="clear" w:color="auto" w:fill="F2F2F2"/>
      </w:pPr>
      <w:r>
        <w:rPr>
          <w:rFonts w:ascii="Consolas" w:hAnsi="Consolas"/>
          <w:sz w:val="18"/>
        </w:rPr>
        <w:t>$ uv run scan.py -h</w:t>
      </w:r>
    </w:p>
    <w:p>
      <w:pPr>
        <w:spacing w:after="0"/>
        <w:ind w:left="360"/>
        <w:shd w:val="clear" w:color="auto" w:fill="F2F2F2"/>
      </w:pPr>
      <w:r>
        <w:rPr>
          <w:rFonts w:ascii="Consolas" w:hAnsi="Consolas"/>
          <w:sz w:val="18"/>
        </w:rPr>
        <w:t>usage: scan.py [-h] [-w W] directory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positional arguments:</w:t>
      </w:r>
    </w:p>
    <w:p>
      <w:pPr>
        <w:spacing w:after="0"/>
        <w:ind w:left="360"/>
        <w:shd w:val="clear" w:color="auto" w:fill="F2F2F2"/>
      </w:pPr>
      <w:r>
        <w:rPr>
          <w:rFonts w:ascii="Consolas" w:hAnsi="Consolas"/>
          <w:sz w:val="18"/>
        </w:rPr>
        <w:t xml:space="preserve">  directory   Directory to scan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options:</w:t>
      </w:r>
    </w:p>
    <w:p>
      <w:pPr>
        <w:spacing w:after="0"/>
        <w:ind w:left="360"/>
        <w:shd w:val="clear" w:color="auto" w:fill="F2F2F2"/>
      </w:pPr>
      <w:r>
        <w:rPr>
          <w:rFonts w:ascii="Consolas" w:hAnsi="Consolas"/>
          <w:sz w:val="18"/>
        </w:rPr>
        <w:t xml:space="preserve">  -h, --help  show this help message and exit</w:t>
      </w:r>
    </w:p>
    <w:p>
      <w:pPr>
        <w:spacing w:after="0"/>
        <w:ind w:left="360"/>
        <w:shd w:val="clear" w:color="auto" w:fill="F2F2F2"/>
      </w:pPr>
      <w:r>
        <w:rPr>
          <w:rFonts w:ascii="Consolas" w:hAnsi="Consolas"/>
          <w:sz w:val="18"/>
        </w:rPr>
        <w:t xml:space="preserve">  -w W        Word to search</w:t>
      </w:r>
    </w:p>
    <w:p>
      <w:pPr>
        <w:spacing w:after="40"/>
      </w:pPr>
    </w:p>
    <w:p>
      <w:pPr>
        <w:spacing w:after="80"/>
        <w:ind w:left="360"/>
      </w:pPr>
      <w:r>
        <w:t xml:space="preserve">2. </w:t>
      </w:r>
      <w:r>
        <w:rPr>
          <w:b w:val="0"/>
          <w:i w:val="0"/>
        </w:rPr>
        <w:t>Tìm kiếm từ 'the', từ này có mặt trong hầu hết các file:</w:t>
      </w:r>
    </w:p>
    <w:p>
      <w:pPr>
        <w:spacing w:after="0"/>
        <w:ind w:left="360"/>
        <w:shd w:val="clear" w:color="auto" w:fill="F2F2F2"/>
      </w:pPr>
      <w:r>
        <w:rPr>
          <w:rFonts w:ascii="Consolas" w:hAnsi="Consolas"/>
          <w:sz w:val="18"/>
        </w:rPr>
        <w:t>$ uv run scan.py documents -w the</w:t>
      </w:r>
    </w:p>
    <w:p>
      <w:pPr>
        <w:spacing w:after="0"/>
        <w:ind w:left="360"/>
        <w:shd w:val="clear" w:color="auto" w:fill="F2F2F2"/>
      </w:pPr>
      <w:r>
        <w:rPr>
          <w:rFonts w:ascii="Consolas" w:hAnsi="Consolas"/>
          <w:sz w:val="18"/>
        </w:rPr>
        <w:t>&gt;&gt;&gt; Word found in ./documents/top_films.csv</w:t>
      </w:r>
    </w:p>
    <w:p>
      <w:pPr>
        <w:spacing w:after="0"/>
        <w:ind w:left="360"/>
        <w:shd w:val="clear" w:color="auto" w:fill="F2F2F2"/>
      </w:pPr>
      <w:r>
        <w:rPr>
          <w:rFonts w:ascii="Consolas" w:hAnsi="Consolas"/>
          <w:sz w:val="18"/>
        </w:rPr>
        <w:t>&gt;&gt;&gt; Word found in ./documents/zen_of_python.txt</w:t>
      </w:r>
    </w:p>
    <w:p>
      <w:pPr>
        <w:spacing w:after="0"/>
        <w:ind w:left="360"/>
        <w:shd w:val="clear" w:color="auto" w:fill="F2F2F2"/>
      </w:pPr>
      <w:r>
        <w:rPr>
          <w:rFonts w:ascii="Consolas" w:hAnsi="Consolas"/>
          <w:sz w:val="18"/>
        </w:rPr>
        <w:t>&gt;&gt;&gt; Word found in ./documents/document-1.pdf</w:t>
      </w:r>
    </w:p>
    <w:p>
      <w:pPr>
        <w:spacing w:after="0"/>
        <w:ind w:left="360"/>
        <w:shd w:val="clear" w:color="auto" w:fill="F2F2F2"/>
      </w:pPr>
      <w:r>
        <w:rPr>
          <w:rFonts w:ascii="Consolas" w:hAnsi="Consolas"/>
          <w:sz w:val="18"/>
        </w:rPr>
        <w:t>&gt;&gt;&gt; Word found in ./documents/dir/file6.pdf</w:t>
      </w:r>
    </w:p>
    <w:p>
      <w:pPr>
        <w:spacing w:after="0"/>
        <w:ind w:left="360"/>
        <w:shd w:val="clear" w:color="auto" w:fill="F2F2F2"/>
      </w:pPr>
      <w:r>
        <w:rPr>
          <w:rFonts w:ascii="Consolas" w:hAnsi="Consolas"/>
          <w:sz w:val="18"/>
        </w:rPr>
        <w:t>&gt;&gt;&gt; Word found in ./documents/dir/subdir/file5.pdf</w:t>
      </w:r>
    </w:p>
    <w:p>
      <w:pPr>
        <w:spacing w:after="40"/>
      </w:pPr>
    </w:p>
    <w:p>
      <w:pPr>
        <w:spacing w:after="80"/>
        <w:ind w:left="360"/>
      </w:pPr>
      <w:r>
        <w:t xml:space="preserve">3. </w:t>
      </w:r>
      <w:r>
        <w:rPr>
          <w:b w:val="0"/>
          <w:i w:val="0"/>
        </w:rPr>
        <w:t xml:space="preserve">Tìm kiếm từ 'lorem', chỉ có mặt trong các file </w:t>
      </w:r>
      <w:r>
        <w:rPr>
          <w:rFonts w:ascii="Consolas" w:hAnsi="Consolas"/>
          <w:b w:val="0"/>
          <w:i w:val="0"/>
          <w:sz w:val="20"/>
        </w:rPr>
        <w:br/>
        <w:br/>
        <w:t xml:space="preserve">       .pdf</w:t>
        <w:br/>
        <w:t xml:space="preserve">      </w:t>
        <w:br/>
      </w:r>
      <w:r>
        <w:rPr>
          <w:b w:val="0"/>
          <w:i w:val="0"/>
        </w:rPr>
        <w:t xml:space="preserve"> và </w:t>
      </w:r>
      <w:r>
        <w:rPr>
          <w:rFonts w:ascii="Consolas" w:hAnsi="Consolas"/>
          <w:b w:val="0"/>
          <w:i w:val="0"/>
          <w:sz w:val="20"/>
        </w:rPr>
        <w:br/>
        <w:br/>
        <w:t xml:space="preserve">       .docx</w:t>
        <w:br/>
        <w:t xml:space="preserve">      </w:t>
        <w:br/>
      </w:r>
      <w:r>
        <w:rPr>
          <w:b w:val="0"/>
          <w:i w:val="0"/>
        </w:rPr>
        <w:t xml:space="preserve"> :</w:t>
      </w:r>
    </w:p>
    <w:p>
      <w:pPr>
        <w:spacing w:after="0"/>
        <w:ind w:left="360"/>
        <w:shd w:val="clear" w:color="auto" w:fill="F2F2F2"/>
      </w:pPr>
      <w:r>
        <w:rPr>
          <w:rFonts w:ascii="Consolas" w:hAnsi="Consolas"/>
          <w:sz w:val="18"/>
        </w:rPr>
        <w:t>$ uv run scan.py documents -w lorem</w:t>
      </w:r>
    </w:p>
    <w:p>
      <w:pPr>
        <w:spacing w:after="0"/>
        <w:ind w:left="360"/>
        <w:shd w:val="clear" w:color="auto" w:fill="F2F2F2"/>
      </w:pPr>
      <w:r>
        <w:rPr>
          <w:rFonts w:ascii="Consolas" w:hAnsi="Consolas"/>
          <w:sz w:val="18"/>
        </w:rPr>
        <w:t>&gt;&gt;&gt; Word found in ./documents/document-1.pdf</w:t>
      </w:r>
    </w:p>
    <w:p>
      <w:pPr>
        <w:spacing w:after="0"/>
        <w:ind w:left="360"/>
        <w:shd w:val="clear" w:color="auto" w:fill="F2F2F2"/>
      </w:pPr>
      <w:r>
        <w:rPr>
          <w:rFonts w:ascii="Consolas" w:hAnsi="Consolas"/>
          <w:sz w:val="18"/>
        </w:rPr>
        <w:t>&gt;&gt;&gt; Word found in ./documents/document-1.docx</w:t>
      </w:r>
    </w:p>
    <w:p>
      <w:pPr>
        <w:spacing w:after="0"/>
        <w:ind w:left="360"/>
        <w:shd w:val="clear" w:color="auto" w:fill="F2F2F2"/>
      </w:pPr>
      <w:r>
        <w:rPr>
          <w:rFonts w:ascii="Consolas" w:hAnsi="Consolas"/>
          <w:sz w:val="18"/>
        </w:rPr>
        <w:t>&gt;&gt;&gt; Word found in ./documents/dir/file6.pdf</w:t>
      </w:r>
    </w:p>
    <w:p>
      <w:pPr>
        <w:spacing w:after="0"/>
        <w:ind w:left="360"/>
        <w:shd w:val="clear" w:color="auto" w:fill="F2F2F2"/>
      </w:pPr>
      <w:r>
        <w:rPr>
          <w:rFonts w:ascii="Consolas" w:hAnsi="Consolas"/>
          <w:sz w:val="18"/>
        </w:rPr>
        <w:t>&gt;&gt;&gt; Word found in ./documents/dir/subdir/file5.pdf</w:t>
      </w:r>
    </w:p>
    <w:p>
      <w:pPr>
        <w:spacing w:after="40"/>
      </w:pPr>
    </w:p>
    <w:p>
      <w:pPr>
        <w:spacing w:after="80"/>
        <w:ind w:left="360"/>
      </w:pPr>
      <w:r>
        <w:t xml:space="preserve">4. </w:t>
      </w:r>
      <w:r>
        <w:rPr>
          <w:b w:val="0"/>
          <w:i w:val="0"/>
        </w:rPr>
        <w:t>Tìm kiếm từ '20£', chỉ có mặt trong hai file ISO với các bảng mã khác nhau, và trong file UTF-8:</w:t>
      </w:r>
    </w:p>
    <w:p>
      <w:pPr>
        <w:spacing w:after="0"/>
        <w:ind w:left="360"/>
        <w:shd w:val="clear" w:color="auto" w:fill="F2F2F2"/>
      </w:pPr>
      <w:r>
        <w:rPr>
          <w:rFonts w:ascii="Consolas" w:hAnsi="Consolas"/>
          <w:sz w:val="18"/>
        </w:rPr>
        <w:t>$ python scan.py -w 20£</w:t>
      </w:r>
    </w:p>
    <w:p>
      <w:pPr>
        <w:spacing w:after="0"/>
        <w:ind w:left="360"/>
        <w:shd w:val="clear" w:color="auto" w:fill="F2F2F2"/>
      </w:pPr>
      <w:r>
        <w:rPr>
          <w:rFonts w:ascii="Consolas" w:hAnsi="Consolas"/>
          <w:sz w:val="18"/>
        </w:rPr>
        <w:t>&gt;&gt;&gt; Word found in ./documents/example_iso.txt</w:t>
      </w:r>
    </w:p>
    <w:p>
      <w:pPr>
        <w:spacing w:after="0"/>
        <w:ind w:left="360"/>
        <w:shd w:val="clear" w:color="auto" w:fill="F2F2F2"/>
      </w:pPr>
      <w:r>
        <w:rPr>
          <w:rFonts w:ascii="Consolas" w:hAnsi="Consolas"/>
          <w:sz w:val="18"/>
        </w:rPr>
        <w:t>&gt;&gt;&gt; Word found in ./documents/example_output_iso.txt</w:t>
      </w:r>
    </w:p>
    <w:p>
      <w:pPr>
        <w:spacing w:after="0"/>
        <w:ind w:left="360"/>
        <w:shd w:val="clear" w:color="auto" w:fill="F2F2F2"/>
      </w:pPr>
      <w:r>
        <w:rPr>
          <w:rFonts w:ascii="Consolas" w:hAnsi="Consolas"/>
          <w:sz w:val="18"/>
        </w:rPr>
        <w:t>&gt;&gt;&gt; Word found in ./documents/example_utf8.txt</w:t>
      </w:r>
    </w:p>
    <w:p>
      <w:pPr>
        <w:spacing w:after="40"/>
      </w:pPr>
    </w:p>
    <w:p>
      <w:pPr>
        <w:spacing w:after="80"/>
        <w:ind w:left="360"/>
      </w:pPr>
      <w:r>
        <w:t xml:space="preserve">5. </w:t>
      </w:r>
      <w:r>
        <w:rPr>
          <w:b w:val="0"/>
          <w:i w:val="0"/>
        </w:rPr>
        <w:t xml:space="preserve">Việc tìm kiếm không phân biệt chữ hoa chữ thường. Tìm kiếm từ 'BETTER', chỉ có mặt trong file </w:t>
      </w:r>
      <w:r>
        <w:rPr>
          <w:rFonts w:ascii="Consolas" w:hAnsi="Consolas"/>
          <w:b w:val="0"/>
          <w:i w:val="0"/>
          <w:sz w:val="20"/>
        </w:rPr>
        <w:br/>
        <w:br/>
        <w:t xml:space="preserve">       zen_of_python.txt</w:t>
        <w:br/>
        <w:t xml:space="preserve">      </w:t>
        <w:br/>
      </w:r>
      <w:r>
        <w:rPr>
          <w:b w:val="0"/>
          <w:i w:val="0"/>
        </w:rPr>
        <w:t xml:space="preserve"> :</w:t>
      </w:r>
    </w:p>
    <w:p>
      <w:pPr>
        <w:spacing w:after="0"/>
        <w:ind w:left="360"/>
        <w:shd w:val="clear" w:color="auto" w:fill="F2F2F2"/>
      </w:pPr>
      <w:r>
        <w:rPr>
          <w:rFonts w:ascii="Consolas" w:hAnsi="Consolas"/>
          <w:sz w:val="18"/>
        </w:rPr>
        <w:t>$ python scan.py -w BETTER</w:t>
      </w:r>
    </w:p>
    <w:p>
      <w:pPr>
        <w:spacing w:after="0"/>
        <w:ind w:left="360"/>
        <w:shd w:val="clear" w:color="auto" w:fill="F2F2F2"/>
      </w:pPr>
      <w:r>
        <w:rPr>
          <w:rFonts w:ascii="Consolas" w:hAnsi="Consolas"/>
          <w:sz w:val="18"/>
        </w:rPr>
        <w:t>&gt;&gt;&gt; Word found in ./documents/zen_of_python.txt</w:t>
      </w:r>
    </w:p>
    <w:p>
      <w:pPr>
        <w:spacing w:after="40"/>
      </w:pPr>
    </w:p>
    <w:p>
      <w:pPr>
        <w:pStyle w:val="Heading3"/>
      </w:pPr>
      <w:r>
        <w:rPr>
          <w:rFonts w:ascii="Calibri" w:hAnsi="Calibri"/>
          <w:b/>
          <w:i w:val="0"/>
          <w:sz w:val="26"/>
        </w:rPr>
        <w:t>Cách hoạt động...</w:t>
      </w:r>
    </w:p>
    <w:p>
      <w:pPr>
        <w:spacing w:after="80"/>
      </w:pPr>
      <w:r>
        <w:rPr>
          <w:b w:val="0"/>
          <w:i w:val="0"/>
        </w:rPr>
        <w:t xml:space="preserve">Script </w:t>
      </w:r>
      <w:r>
        <w:rPr>
          <w:rFonts w:ascii="Consolas" w:hAnsi="Consolas"/>
          <w:b w:val="0"/>
          <w:i w:val="0"/>
          <w:sz w:val="20"/>
        </w:rPr>
        <w:br/>
        <w:br/>
        <w:t xml:space="preserve">      scan.py</w:t>
        <w:br/>
        <w:t xml:space="preserve">     </w:t>
        <w:br/>
      </w:r>
      <w:r>
        <w:rPr>
          <w:b w:val="0"/>
          <w:i w:val="0"/>
        </w:rPr>
        <w:t xml:space="preserve"> có các thành phần sau:</w:t>
      </w:r>
    </w:p>
    <w:p>
      <w:pPr>
        <w:spacing w:after="80"/>
        <w:ind w:left="360"/>
      </w:pPr>
      <w:r>
        <w:t xml:space="preserve">• </w:t>
      </w:r>
      <w:r>
        <w:rPr>
          <w:b w:val="0"/>
          <w:i w:val="0"/>
        </w:rPr>
        <w:t>Một điểm nhập (entry point) phân tích các tham số đầu vào và tạo phần trợ giúp cho dòng lệnh.</w:t>
      </w:r>
    </w:p>
    <w:p>
      <w:pPr>
        <w:spacing w:after="80"/>
        <w:ind w:left="360"/>
      </w:pPr>
      <w:r>
        <w:t xml:space="preserve">• </w:t>
      </w:r>
      <w:r>
        <w:rPr>
          <w:b w:val="0"/>
          <w:i w:val="0"/>
        </w:rPr>
        <w:t xml:space="preserve">Một hàm </w:t>
      </w:r>
      <w:r>
        <w:rPr>
          <w:rFonts w:ascii="Consolas" w:hAnsi="Consolas"/>
          <w:b w:val="0"/>
          <w:i w:val="0"/>
          <w:sz w:val="20"/>
        </w:rPr>
        <w:br/>
        <w:br/>
        <w:t xml:space="preserve">       main</w:t>
        <w:br/>
        <w:t xml:space="preserve">      </w:t>
        <w:br/>
      </w:r>
      <w:r>
        <w:rPr>
          <w:b w:val="0"/>
          <w:i w:val="0"/>
        </w:rPr>
        <w:t xml:space="preserve"> duyệt qua thư mục và phân tích từng file tìm thấy. Dựa trên phần mở rộng của chúng, nó quyết định xem có hàm nào sẵn có để xử lý và tìm kiếm file đó hay không.</w:t>
      </w:r>
    </w:p>
    <w:p>
      <w:pPr>
        <w:spacing w:after="80"/>
        <w:ind w:left="360"/>
      </w:pPr>
      <w:r>
        <w:t xml:space="preserve">• </w:t>
      </w:r>
      <w:r>
        <w:rPr>
          <w:b w:val="0"/>
          <w:i w:val="0"/>
        </w:rPr>
        <w:t xml:space="preserve">Một từ điển </w:t>
      </w:r>
      <w:r>
        <w:rPr>
          <w:rFonts w:ascii="Consolas" w:hAnsi="Consolas"/>
          <w:b w:val="0"/>
          <w:i w:val="0"/>
          <w:sz w:val="20"/>
        </w:rPr>
        <w:br/>
        <w:br/>
        <w:t xml:space="preserve">       EXTENSION</w:t>
        <w:br/>
        <w:t xml:space="preserve">      </w:t>
        <w:br/>
      </w:r>
      <w:r>
        <w:rPr>
          <w:b w:val="0"/>
          <w:i w:val="0"/>
        </w:rPr>
        <w:t xml:space="preserve"> , ghép nối các phần mở rộng với hàm để tìm kiếm chúng.</w:t>
      </w:r>
    </w:p>
    <w:p>
      <w:pPr>
        <w:spacing w:after="80"/>
        <w:ind w:left="360"/>
      </w:pPr>
      <w:r>
        <w:t xml:space="preserve">• </w:t>
      </w:r>
      <w:r>
        <w:rPr>
          <w:b w:val="0"/>
          <w:i w:val="0"/>
        </w:rPr>
        <w:t xml:space="preserve">Các hàm </w:t>
      </w:r>
      <w:r>
        <w:rPr>
          <w:rFonts w:ascii="Consolas" w:hAnsi="Consolas"/>
          <w:b w:val="0"/>
          <w:i w:val="0"/>
          <w:sz w:val="20"/>
        </w:rPr>
        <w:br/>
        <w:br/>
        <w:t xml:space="preserve">       search_txt</w:t>
        <w:br/>
        <w:t xml:space="preserve">      </w:t>
        <w:br/>
      </w:r>
      <w:r>
        <w:rPr>
          <w:b w:val="0"/>
          <w:i w:val="0"/>
        </w:rPr>
        <w:t xml:space="preserve"> , </w:t>
      </w:r>
      <w:r>
        <w:rPr>
          <w:rFonts w:ascii="Consolas" w:hAnsi="Consolas"/>
          <w:b w:val="0"/>
          <w:i w:val="0"/>
          <w:sz w:val="20"/>
        </w:rPr>
        <w:br/>
        <w:br/>
        <w:t xml:space="preserve">       search_csv</w:t>
        <w:br/>
        <w:t xml:space="preserve">      </w:t>
        <w:br/>
      </w:r>
      <w:r>
        <w:rPr>
          <w:b w:val="0"/>
          <w:i w:val="0"/>
        </w:rPr>
        <w:t xml:space="preserve"> , </w:t>
      </w:r>
      <w:r>
        <w:rPr>
          <w:rFonts w:ascii="Consolas" w:hAnsi="Consolas"/>
          <w:b w:val="0"/>
          <w:i w:val="0"/>
          <w:sz w:val="20"/>
        </w:rPr>
        <w:br/>
        <w:br/>
        <w:t xml:space="preserve">       search_pdf</w:t>
        <w:br/>
        <w:t xml:space="preserve">      </w:t>
        <w:br/>
      </w:r>
      <w:r>
        <w:rPr>
          <w:b w:val="0"/>
          <w:i w:val="0"/>
        </w:rPr>
        <w:t xml:space="preserve"> , và </w:t>
      </w:r>
      <w:r>
        <w:rPr>
          <w:rFonts w:ascii="Consolas" w:hAnsi="Consolas"/>
          <w:b w:val="0"/>
          <w:i w:val="0"/>
          <w:sz w:val="20"/>
        </w:rPr>
        <w:br/>
        <w:br/>
        <w:t xml:space="preserve">       search_docx</w:t>
        <w:br/>
        <w:t xml:space="preserve">      </w:t>
        <w:br/>
      </w:r>
      <w:r>
        <w:rPr>
          <w:b w:val="0"/>
          <w:i w:val="0"/>
        </w:rPr>
        <w:t xml:space="preserve"> , xử lý và tìm kiếm từ cần thiết cho từng loại file.</w:t>
      </w:r>
    </w:p>
    <w:p>
      <w:pPr>
        <w:spacing w:after="80"/>
      </w:pPr>
      <w:r>
        <w:rPr>
          <w:b w:val="0"/>
          <w:i w:val="0"/>
        </w:rPr>
        <w:t xml:space="preserve">Hãy nhớ rằng phần mở rộng file chỉ là phần đuôi của tên file và chỉ cung cấp một gợi ý về định dạng của file. Vì vậy, nên tiếp nhận chúng một cách dè dặt. Thư viện chuẩn của Python bao gồm hàm </w:t>
      </w:r>
      <w:r>
        <w:rPr>
          <w:rFonts w:ascii="Consolas" w:hAnsi="Consolas"/>
          <w:b w:val="0"/>
          <w:i w:val="0"/>
          <w:sz w:val="20"/>
        </w:rPr>
        <w:br/>
        <w:br/>
        <w:t xml:space="preserve">      mimetypes.guess_type</w:t>
        <w:br/>
        <w:t xml:space="preserve">     </w:t>
        <w:br/>
      </w:r>
      <w:r>
        <w:rPr>
          <w:b w:val="0"/>
          <w:i w:val="0"/>
        </w:rPr>
        <w:t xml:space="preserve"> , có thể đưa ra phỏng đoán có căn cứ về loại file. Xem tài liệu Python tại đây: https://docs.python.org/3/library/mimetypes.html.</w:t>
      </w:r>
    </w:p>
    <w:p>
      <w:pPr>
        <w:spacing w:after="80"/>
      </w:pPr>
      <w:r>
        <w:rPr>
          <w:b w:val="0"/>
          <w:i w:val="0"/>
        </w:rPr>
        <w:t>Việc so sánh không phân biệt chữ hoa chữ thường, nên từ tìm kiếm được chuyển thành chữ thường, và trong mọi so sánh, văn bản cũng được chuyển thành chữ thường.</w:t>
      </w:r>
    </w:p>
    <w:p>
      <w:pPr>
        <w:spacing w:after="80"/>
      </w:pPr>
      <w:r>
        <w:rPr>
          <w:b w:val="0"/>
          <w:i w:val="0"/>
        </w:rPr>
        <w:t>Mỗi hàm tìm kiếm có những đặc thù riêng:</w:t>
      </w:r>
    </w:p>
    <w:p>
      <w:pPr>
        <w:spacing w:after="80"/>
        <w:ind w:left="360"/>
      </w:pPr>
      <w:r>
        <w:t xml:space="preserve">• </w:t>
      </w:r>
      <w:r>
        <w:rPr>
          <w:rFonts w:ascii="Consolas" w:hAnsi="Consolas"/>
          <w:b w:val="0"/>
          <w:i w:val="0"/>
          <w:sz w:val="20"/>
        </w:rPr>
        <w:br/>
        <w:br/>
        <w:t xml:space="preserve">       search_txt</w:t>
        <w:br/>
        <w:t xml:space="preserve">      </w:t>
        <w:br/>
      </w:r>
      <w:r>
        <w:rPr>
          <w:b w:val="0"/>
          <w:i w:val="0"/>
        </w:rPr>
        <w:t xml:space="preserve"> trước tiên thử mở tệp ở định dạng UTF-8, và nếu thất bại thì nó đoán bảng mã bằng </w:t>
      </w:r>
      <w:r>
        <w:rPr>
          <w:rFonts w:ascii="Consolas" w:hAnsi="Consolas"/>
          <w:b w:val="0"/>
          <w:i w:val="0"/>
          <w:sz w:val="20"/>
        </w:rPr>
        <w:br/>
        <w:br/>
        <w:t xml:space="preserve">       UnicodeDammit</w:t>
        <w:br/>
        <w:t xml:space="preserve">      </w:t>
        <w:br/>
      </w:r>
      <w:r>
        <w:rPr>
          <w:b w:val="0"/>
          <w:i w:val="0"/>
        </w:rPr>
        <w:t xml:space="preserve"> rồi mở tệp và đọc từng dòng. Ngay khi tìm thấy từ, nó dừng lại và trả về thành công.</w:t>
      </w:r>
    </w:p>
    <w:p>
      <w:pPr>
        <w:spacing w:after="80"/>
        <w:ind w:left="360"/>
      </w:pPr>
      <w:r>
        <w:t xml:space="preserve">• </w:t>
      </w:r>
      <w:r>
        <w:rPr>
          <w:b w:val="0"/>
          <w:i w:val="0"/>
        </w:rPr>
        <w:t xml:space="preserve">Vì chúng ta mở tệp, đọc, rồi đọc lại, nên cần đặt con trỏ đọc về vị trí đầu bằng </w:t>
      </w:r>
      <w:r>
        <w:rPr>
          <w:rFonts w:ascii="Consolas" w:hAnsi="Consolas"/>
          <w:b w:val="0"/>
          <w:i w:val="0"/>
          <w:sz w:val="20"/>
        </w:rPr>
        <w:br/>
        <w:br/>
        <w:t xml:space="preserve">       .seek(0)</w:t>
        <w:br/>
        <w:t xml:space="preserve">      </w:t>
        <w:br/>
      </w:r>
      <w:r>
        <w:rPr>
          <w:b w:val="0"/>
          <w:i w:val="0"/>
        </w:rPr>
        <w:t xml:space="preserve"> . Chúng ta cũng dùng khối </w:t>
      </w:r>
      <w:r>
        <w:rPr>
          <w:rFonts w:ascii="Consolas" w:hAnsi="Consolas"/>
          <w:b w:val="0"/>
          <w:i w:val="0"/>
          <w:sz w:val="20"/>
        </w:rPr>
        <w:br/>
        <w:br/>
        <w:t xml:space="preserve">       finally</w:t>
        <w:br/>
        <w:t xml:space="preserve">      </w:t>
        <w:br/>
      </w:r>
      <w:r>
        <w:rPr>
          <w:b w:val="0"/>
          <w:i w:val="0"/>
        </w:rPr>
        <w:t xml:space="preserve"> để đảm bảo đóng tệp ở cuối, kể cả khi xảy ra ngoại lệ.</w:t>
      </w:r>
    </w:p>
    <w:p>
      <w:pPr>
        <w:spacing w:after="80"/>
        <w:ind w:left="360"/>
      </w:pPr>
      <w:r>
        <w:t xml:space="preserve">• </w:t>
      </w:r>
      <w:r>
        <w:rPr>
          <w:rFonts w:ascii="Consolas" w:hAnsi="Consolas"/>
          <w:b w:val="0"/>
          <w:i w:val="0"/>
          <w:sz w:val="20"/>
        </w:rPr>
        <w:br/>
        <w:br/>
        <w:t xml:space="preserve">       search_csv</w:t>
        <w:br/>
        <w:t xml:space="preserve">      </w:t>
        <w:br/>
      </w:r>
      <w:r>
        <w:rPr>
          <w:b w:val="0"/>
          <w:i w:val="0"/>
        </w:rPr>
        <w:t xml:space="preserve"> mở tệp ở định dạng CSV, và lặp không chỉ từng dòng mà còn từng cột. Ngay khi tìm thấy từ, nó trả về.</w:t>
      </w:r>
    </w:p>
    <w:p>
      <w:pPr>
        <w:spacing w:after="80"/>
        <w:ind w:left="360"/>
      </w:pPr>
      <w:r>
        <w:t xml:space="preserve">• </w:t>
      </w:r>
      <w:r>
        <w:rPr>
          <w:rFonts w:ascii="Consolas" w:hAnsi="Consolas"/>
          <w:b w:val="0"/>
          <w:i w:val="0"/>
          <w:sz w:val="20"/>
        </w:rPr>
        <w:br/>
        <w:br/>
        <w:t xml:space="preserve">       search_pdf</w:t>
        <w:br/>
        <w:t xml:space="preserve">      </w:t>
        <w:br/>
      </w:r>
      <w:r>
        <w:rPr>
          <w:b w:val="0"/>
          <w:i w:val="0"/>
        </w:rPr>
        <w:t xml:space="preserve"> mở tệp và thoát nếu tệp được mã hóa. Nếu không, nó đi từng trang, trích xuất văn bản và so sánh với từ. Nó trả về ngay khi tìm thấy kết quả khớp.</w:t>
      </w:r>
    </w:p>
    <w:p>
      <w:pPr>
        <w:spacing w:after="80"/>
        <w:ind w:left="360"/>
      </w:pPr>
      <w:r>
        <w:t xml:space="preserve">• </w:t>
      </w:r>
      <w:r>
        <w:rPr>
          <w:rFonts w:ascii="Consolas" w:hAnsi="Consolas"/>
          <w:b w:val="0"/>
          <w:i w:val="0"/>
          <w:sz w:val="20"/>
        </w:rPr>
        <w:br/>
        <w:br/>
        <w:t xml:space="preserve">       search_docx</w:t>
        <w:br/>
        <w:t xml:space="preserve">      </w:t>
        <w:br/>
      </w:r>
      <w:r>
        <w:rPr>
          <w:b w:val="0"/>
          <w:i w:val="0"/>
        </w:rPr>
        <w:t xml:space="preserve"> mở tệp và lặp qua tất cả các đoạn văn để tìm kết quả khớp. Ngay khi tìm thấy kết quả khớp, hàm trả về.</w:t>
      </w:r>
    </w:p>
    <w:p>
      <w:pPr>
        <w:pStyle w:val="Heading3"/>
      </w:pPr>
      <w:r>
        <w:rPr>
          <w:rFonts w:ascii="Calibri" w:hAnsi="Calibri"/>
          <w:b/>
          <w:i w:val="0"/>
          <w:sz w:val="26"/>
        </w:rPr>
        <w:t>Còn nhiều thứ nữa...</w:t>
      </w:r>
    </w:p>
    <w:p>
      <w:pPr>
        <w:spacing w:after="80"/>
      </w:pPr>
      <w:r>
        <w:rPr>
          <w:b w:val="0"/>
          <w:i w:val="0"/>
        </w:rPr>
        <w:t>Dưới đây là một vài ý tưởng bổ sung có thể được triển khai:</w:t>
      </w:r>
    </w:p>
    <w:p>
      <w:pPr>
        <w:spacing w:after="80"/>
        <w:ind w:left="360"/>
      </w:pPr>
      <w:r>
        <w:t xml:space="preserve">• </w:t>
      </w:r>
      <w:r>
        <w:rPr>
          <w:b w:val="0"/>
          <w:i w:val="0"/>
        </w:rPr>
        <w:t>Có thể thêm nhiều hàm tìm kiếm cho các định dạng khác nhau. Trong chương này chúng ta đã đi qua tệp log và hình ảnh, cũng như tệp văn bản.</w:t>
      </w:r>
    </w:p>
    <w:p>
      <w:pPr>
        <w:spacing w:after="80"/>
        <w:ind w:left="360"/>
      </w:pPr>
      <w:r>
        <w:t xml:space="preserve">• </w:t>
      </w:r>
      <w:r>
        <w:rPr>
          <w:b w:val="0"/>
          <w:i w:val="0"/>
        </w:rPr>
        <w:t>Một cấu trúc tương tự có thể hoạt động để chỉ tìm kiếm trong 10 tệp được ghi gần đây nhất, kiểm tra siêu dữ liệu (metadata) của chúng. Điều này có thể hữu ích để tránh nhiễu từ các tệp cũ hơn nếu chúng ta đang tìm thông tin mới.</w:t>
      </w:r>
    </w:p>
    <w:p>
      <w:pPr>
        <w:spacing w:after="80"/>
        <w:ind w:left="360"/>
      </w:pPr>
      <w:r>
        <w:t xml:space="preserve">• </w:t>
      </w:r>
      <w:r>
        <w:rPr>
          <w:rFonts w:ascii="Consolas" w:hAnsi="Consolas"/>
          <w:b w:val="0"/>
          <w:i w:val="0"/>
          <w:sz w:val="20"/>
        </w:rPr>
        <w:br/>
        <w:br/>
        <w:t xml:space="preserve">       search_csv</w:t>
        <w:br/>
        <w:t xml:space="preserve">      </w:t>
        <w:br/>
      </w:r>
      <w:r>
        <w:rPr>
          <w:b w:val="0"/>
          <w:i w:val="0"/>
        </w:rPr>
        <w:t xml:space="preserve"> không dò tìm để phát hiện kiểu phương ngữ (dialect). Cũng có thể thêm điều này.</w:t>
      </w:r>
    </w:p>
    <w:p>
      <w:pPr>
        <w:spacing w:after="80"/>
        <w:ind w:left="360"/>
      </w:pPr>
      <w:r>
        <w:t xml:space="preserve">• </w:t>
      </w:r>
      <w:r>
        <w:rPr>
          <w:b w:val="0"/>
          <w:i w:val="0"/>
        </w:rPr>
        <w:t>Việc đọc khá tuần tự. Có thể đọc các tệp song song, phân tích chúng để trả về nhanh hơn. Hãy lưu ý rằng đọc tệp song song có thể dẫn đến vấn đề sắp xếp, vì các tệp sẽ không phải lúc nào cũng được xử lý theo cùng một thứ tự.</w:t>
      </w:r>
    </w:p>
    <w:p>
      <w:pPr>
        <w:spacing w:after="80"/>
      </w:pPr>
      <w:r>
        <w:rPr>
          <w:b/>
          <w:i w:val="0"/>
        </w:rPr>
        <w:t>Mẹo</w:t>
      </w:r>
    </w:p>
    <w:p>
      <w:pPr>
        <w:spacing w:after="80"/>
      </w:pPr>
      <w:r>
        <w:rPr>
          <w:b w:val="0"/>
          <w:i w:val="0"/>
        </w:rPr>
        <w:t>Để phân tích các định dạng tệp cụ thể, GenAI có thể giúp xác định đúng mô-đun để phân tích cú pháp và trích xuất thông tin. Theo kinh nghiệm của tôi, tốt hơn là nên tìm hiểu một chút để tìm đúng mô-đun bên thứ ba nhằm phân tích cú pháp dữ liệu một cách chính xác rồi mới tạo mã. Chỉ yêu cầu công cụ GenAI phân tích cú pháp một định dạng cụ thể đôi khi tạo ra kết quả tệ, vì nó có thể cố dùng những mô-đun chưa tối ưu hoặc cố tự phân tích cú pháp, thêm rất nhiều mã trong quá trình đó.</w:t>
      </w:r>
    </w:p>
    <w:p>
      <w:pPr>
        <w:spacing w:after="80"/>
      </w:pPr>
      <w:r>
        <w:rPr>
          <w:b w:val="0"/>
          <w:i w:val="0"/>
        </w:rPr>
        <w:t>Thay vào đó, hãy hỏi xem có những mô-đun nào, thử nhanh chúng, rồi tích hợp chúng vào tác vụ của bạn.</w:t>
      </w:r>
    </w:p>
    <w:p>
      <w:pPr>
        <w:spacing w:after="80"/>
      </w:pPr>
      <w:r>
        <w:rPr>
          <w:b w:val="0"/>
          <w:i w:val="0"/>
        </w:rPr>
        <w:t>Hãy nhớ rằng bạn có thể chuyển đổi tệp từ một số định dạng sang tệp văn bản trước (bằng cách dùng ứng dụng bên ngoài hoặc GenAI) rồi tìm kiếm qua chúng dễ dàng hơn. Đôi khi GenAI có thể tự thực hiện việc chuyển đổi, giúp đơn giản hóa thao tác.</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Thu thập dữ liệu và tìm kiếm trong thư mục </w:t>
      </w:r>
      <w:r>
        <w:rPr>
          <w:b w:val="0"/>
          <w:i w:val="0"/>
        </w:rPr>
        <w:t xml:space="preserve"> ở phần trước của chương này, để học cách tìm kiếm và tìm tập tin trong thư mục.</w:t>
      </w:r>
    </w:p>
    <w:p>
      <w:pPr>
        <w:spacing w:after="80"/>
        <w:ind w:left="360"/>
      </w:pPr>
      <w:r>
        <w:t xml:space="preserve">• </w:t>
      </w:r>
      <w:r>
        <w:rPr>
          <w:b w:val="0"/>
          <w:i w:val="0"/>
        </w:rPr>
        <w:t xml:space="preserve">Công thức </w:t>
      </w:r>
      <w:r>
        <w:rPr>
          <w:b w:val="0"/>
          <w:i/>
        </w:rPr>
        <w:t xml:space="preserve"> Đọc tập tin văn bản </w:t>
      </w:r>
      <w:r>
        <w:rPr>
          <w:b w:val="0"/>
          <w:i w:val="0"/>
        </w:rPr>
        <w:t xml:space="preserve"> ở phần trước của chương này, để học những kiến thức cơ bản về mở và đọc tập tin văn bản đơn giản.</w:t>
      </w:r>
    </w:p>
    <w:p>
      <w:pPr>
        <w:spacing w:after="80"/>
        <w:ind w:left="360"/>
      </w:pPr>
      <w:r>
        <w:t xml:space="preserve">• </w:t>
      </w:r>
      <w:r>
        <w:rPr>
          <w:b w:val="0"/>
          <w:i w:val="0"/>
        </w:rPr>
        <w:t xml:space="preserve">Công thức </w:t>
      </w:r>
      <w:r>
        <w:rPr>
          <w:b w:val="0"/>
          <w:i/>
        </w:rPr>
        <w:t xml:space="preserve"> Xử lý bảng mã </w:t>
      </w:r>
      <w:r>
        <w:rPr>
          <w:b w:val="0"/>
          <w:i w:val="0"/>
        </w:rPr>
        <w:t xml:space="preserve"> ở phần trước của chương này, để học cách mở tập tin với các bảng mã khác nhau.</w:t>
      </w:r>
    </w:p>
    <w:p>
      <w:pPr>
        <w:spacing w:after="80"/>
        <w:ind w:left="360"/>
      </w:pPr>
      <w:r>
        <w:t xml:space="preserve">• </w:t>
      </w:r>
      <w:r>
        <w:rPr>
          <w:b w:val="0"/>
          <w:i w:val="0"/>
        </w:rPr>
        <w:t xml:space="preserve">Công thức </w:t>
      </w:r>
      <w:r>
        <w:rPr>
          <w:b w:val="0"/>
          <w:i/>
        </w:rPr>
        <w:t xml:space="preserve"> Đọc tập tin CSV </w:t>
      </w:r>
      <w:r>
        <w:rPr>
          <w:b w:val="0"/>
          <w:i w:val="0"/>
        </w:rPr>
        <w:t xml:space="preserve"> ở phần trước của chương này, để học cách đọc tập tin CSV.</w:t>
      </w:r>
    </w:p>
    <w:p>
      <w:pPr>
        <w:spacing w:after="80"/>
        <w:ind w:left="360"/>
      </w:pPr>
      <w:r>
        <w:t xml:space="preserve">• </w:t>
      </w:r>
      <w:r>
        <w:rPr>
          <w:b w:val="0"/>
          <w:i w:val="0"/>
        </w:rPr>
        <w:t xml:space="preserve">Công thức </w:t>
      </w:r>
      <w:r>
        <w:rPr>
          <w:b w:val="0"/>
          <w:i/>
        </w:rPr>
        <w:t xml:space="preserve"> Đọc tập tin PDF </w:t>
      </w:r>
      <w:r>
        <w:rPr>
          <w:b w:val="0"/>
          <w:i w:val="0"/>
        </w:rPr>
        <w:t xml:space="preserve"> ở phần trước của chương này, để học cách mở và đọc tài liệu PDF.</w:t>
      </w:r>
    </w:p>
    <w:p>
      <w:pPr>
        <w:spacing w:after="80"/>
        <w:ind w:left="360"/>
      </w:pPr>
      <w:r>
        <w:t xml:space="preserve">• </w:t>
      </w:r>
      <w:r>
        <w:rPr>
          <w:b w:val="0"/>
          <w:i w:val="0"/>
        </w:rPr>
        <w:t xml:space="preserve">Công thức </w:t>
      </w:r>
      <w:r>
        <w:rPr>
          <w:b w:val="0"/>
          <w:i/>
        </w:rPr>
        <w:t xml:space="preserve"> Đọc tài liệu Word </w:t>
      </w:r>
      <w:r>
        <w:rPr>
          <w:b w:val="0"/>
          <w:i w:val="0"/>
        </w:rPr>
        <w:t xml:space="preserve"> ở phần trước của chương này, để học những kiến thức cơ bản về đọc tài liệu Word.</w:t>
      </w:r>
    </w:p>
    <w:p>
      <w:pPr>
        <w:pStyle w:val="Heading1"/>
      </w:pPr>
      <w:r>
        <w:rPr>
          <w:rFonts w:ascii="Calibri" w:hAnsi="Calibri"/>
          <w:b/>
          <w:i w:val="0"/>
          <w:sz w:val="40"/>
        </w:rPr>
        <w:t>5</w:t>
      </w:r>
    </w:p>
    <w:p>
      <w:pPr>
        <w:pStyle w:val="Heading1"/>
      </w:pPr>
      <w:r>
        <w:rPr>
          <w:rFonts w:ascii="Calibri" w:hAnsi="Calibri"/>
          <w:b/>
          <w:i w:val="0"/>
          <w:sz w:val="40"/>
        </w:rPr>
        <w:t>Tạo ra những báo cáo tuyệt vời</w:t>
      </w:r>
    </w:p>
    <w:p>
      <w:pPr>
        <w:spacing w:after="80"/>
      </w:pPr>
      <w:r>
        <w:rPr>
          <w:b w:val="0"/>
          <w:i w:val="0"/>
        </w:rPr>
        <w:t>Trong chương này, chúng ta sẽ xem cách viết tài liệu tự động và thực hiện các thao tác liên quan, chẳng hạn như xử lý các mẫu (template) ở nhiều định dạng khác nhau. Chúng ta sẽ tìm hiểu những lựa chọn đơn giản như văn bản thuần (plain text) và những lựa chọn có nhiều khả năng phong phú hơn, như Markdown. Chúng ta cũng sẽ tìm hiểu các định dạng tiêu chuẩn như Word và PDF. Có thể nói hai định dạng này là cách phổ biến nhất để chia sẻ tài liệu và báo cáo trên toàn cầu.</w:t>
      </w:r>
    </w:p>
    <w:p>
      <w:pPr>
        <w:spacing w:after="80"/>
      </w:pPr>
      <w:r>
        <w:rPr>
          <w:b/>
          <w:i w:val="0"/>
        </w:rPr>
        <w:t>Lưu ý</w:t>
      </w:r>
    </w:p>
    <w:p>
      <w:pPr>
        <w:spacing w:after="80"/>
      </w:pPr>
      <w:r>
        <w:rPr>
          <w:b w:val="0"/>
          <w:i w:val="0"/>
        </w:rPr>
        <w:t xml:space="preserve">Trong chương này, chúng ta sẽ nói nhiều hơn về cách định dạng và trình bày nội dung. Với các công cụ GenAI, giờ đây chúng ta có thể tạo ra phần lớn nội dung một cách tự động. Chúng ta sẽ tìm hiểu thêm về cách sử dụng những công cụ đó để xử lý nội dung trong </w:t>
      </w:r>
      <w:r>
        <w:rPr>
          <w:b w:val="0"/>
          <w:i/>
        </w:rPr>
        <w:t xml:space="preserve"> C </w:t>
      </w:r>
      <w:r>
        <w:rPr>
          <w:b w:val="0"/>
          <w:i w:val="0"/>
        </w:rPr>
        <w:t xml:space="preserve"> </w:t>
      </w:r>
      <w:r>
        <w:rPr>
          <w:b w:val="0"/>
          <w:i/>
        </w:rPr>
        <w:t xml:space="preserve"> hương </w:t>
      </w:r>
      <w:r>
        <w:rPr>
          <w:b w:val="0"/>
          <w:i w:val="0"/>
        </w:rPr>
        <w:t xml:space="preserve"> </w:t>
      </w:r>
      <w:r>
        <w:rPr>
          <w:b w:val="0"/>
          <w:i/>
        </w:rPr>
        <w:t xml:space="preserve"> 11 </w:t>
      </w:r>
      <w:r>
        <w:rPr>
          <w:b w:val="0"/>
          <w:i w:val="0"/>
        </w:rPr>
        <w:t xml:space="preserve"> .</w:t>
      </w:r>
    </w:p>
    <w:p>
      <w:pPr>
        <w:spacing w:after="80"/>
      </w:pPr>
      <w:r>
        <w:rPr>
          <w:b w:val="0"/>
          <w:i w:val="0"/>
        </w:rPr>
        <w:t>Trong chương này, chúng ta sẽ tìm hiểu các công thức sau:</w:t>
      </w:r>
    </w:p>
    <w:p>
      <w:pPr>
        <w:spacing w:after="80"/>
        <w:ind w:left="360"/>
      </w:pPr>
      <w:r>
        <w:t xml:space="preserve">• </w:t>
      </w:r>
      <w:r>
        <w:rPr>
          <w:b w:val="0"/>
          <w:i w:val="0"/>
        </w:rPr>
        <w:t>Tạo một báo cáo đơn giản dưới dạng văn bản thuần</w:t>
      </w:r>
    </w:p>
    <w:p>
      <w:pPr>
        <w:spacing w:after="80"/>
        <w:ind w:left="360"/>
      </w:pPr>
      <w:r>
        <w:t xml:space="preserve">• </w:t>
      </w:r>
      <w:r>
        <w:rPr>
          <w:b w:val="0"/>
          <w:i w:val="0"/>
        </w:rPr>
        <w:t>Sử dụng mẫu (template) cho báo cáo</w:t>
      </w:r>
    </w:p>
    <w:p>
      <w:pPr>
        <w:spacing w:after="80"/>
        <w:ind w:left="360"/>
      </w:pPr>
      <w:r>
        <w:t xml:space="preserve">• </w:t>
      </w:r>
      <w:r>
        <w:rPr>
          <w:b w:val="0"/>
          <w:i w:val="0"/>
        </w:rPr>
        <w:t>Định dạng văn bản trong Markdown</w:t>
      </w:r>
    </w:p>
    <w:p>
      <w:pPr>
        <w:spacing w:after="80"/>
        <w:ind w:left="360"/>
      </w:pPr>
      <w:r>
        <w:t xml:space="preserve">• </w:t>
      </w:r>
      <w:r>
        <w:rPr>
          <w:b w:val="0"/>
          <w:i w:val="0"/>
        </w:rPr>
        <w:t>Viết một tài liệu Word cơ bản</w:t>
      </w:r>
    </w:p>
    <w:p>
      <w:pPr>
        <w:spacing w:after="80"/>
        <w:ind w:left="360"/>
      </w:pPr>
      <w:r>
        <w:t xml:space="preserve">• </w:t>
      </w:r>
      <w:r>
        <w:rPr>
          <w:b w:val="0"/>
          <w:i w:val="0"/>
        </w:rPr>
        <w:t>Định dạng một tài liệu Word</w:t>
      </w:r>
    </w:p>
    <w:p>
      <w:pPr>
        <w:spacing w:after="80"/>
        <w:ind w:left="360"/>
      </w:pPr>
      <w:r>
        <w:t xml:space="preserve">• </w:t>
      </w:r>
      <w:r>
        <w:rPr>
          <w:b w:val="0"/>
          <w:i w:val="0"/>
        </w:rPr>
        <w:t>Tạo cấu trúc trong tài liệu Word</w:t>
      </w:r>
    </w:p>
    <w:p>
      <w:pPr>
        <w:spacing w:after="80"/>
        <w:ind w:left="360"/>
      </w:pPr>
      <w:r>
        <w:t xml:space="preserve">• </w:t>
      </w:r>
      <w:r>
        <w:rPr>
          <w:b w:val="0"/>
          <w:i w:val="0"/>
        </w:rPr>
        <w:t>Thêm hình ảnh vào tài liệu Word</w:t>
      </w:r>
    </w:p>
    <w:p>
      <w:pPr>
        <w:spacing w:after="80"/>
        <w:ind w:left="360"/>
      </w:pPr>
      <w:r>
        <w:t xml:space="preserve">• </w:t>
      </w:r>
      <w:r>
        <w:rPr>
          <w:b w:val="0"/>
          <w:i w:val="0"/>
        </w:rPr>
        <w:t>Viết một tài liệu PDF đơn giản</w:t>
      </w:r>
    </w:p>
    <w:p>
      <w:pPr>
        <w:spacing w:after="80"/>
        <w:ind w:left="360"/>
      </w:pPr>
      <w:r>
        <w:t xml:space="preserve">• </w:t>
      </w:r>
      <w:r>
        <w:rPr>
          <w:b w:val="0"/>
          <w:i w:val="0"/>
        </w:rPr>
        <w:t>Tạo cấu trúc cho một PDF</w:t>
      </w:r>
    </w:p>
    <w:p>
      <w:pPr>
        <w:spacing w:after="80"/>
        <w:ind w:left="360"/>
      </w:pPr>
      <w:r>
        <w:t xml:space="preserve">• </w:t>
      </w:r>
      <w:r>
        <w:rPr>
          <w:b w:val="0"/>
          <w:i w:val="0"/>
        </w:rPr>
        <w:t>Tổng hợp các báo cáo PDF</w:t>
      </w:r>
    </w:p>
    <w:p>
      <w:pPr>
        <w:spacing w:after="80"/>
        <w:ind w:left="360"/>
      </w:pPr>
      <w:r>
        <w:t xml:space="preserve">• </w:t>
      </w:r>
      <w:r>
        <w:rPr>
          <w:b w:val="0"/>
          <w:i w:val="0"/>
        </w:rPr>
        <w:t>Đóng dấu chìm và mã hóa một PDF</w:t>
      </w:r>
    </w:p>
    <w:p>
      <w:pPr>
        <w:spacing w:after="80"/>
      </w:pPr>
      <w:r>
        <w:rPr>
          <w:b w:val="0"/>
          <w:i w:val="0"/>
        </w:rPr>
        <w:t>Chúng ta sẽ bắt đầu việc tạo báo cáo với một báo cáo văn bản tối giản.</w:t>
      </w:r>
    </w:p>
    <w:p>
      <w:pPr>
        <w:pStyle w:val="Heading2"/>
      </w:pPr>
      <w:r>
        <w:rPr>
          <w:rFonts w:ascii="Calibri" w:hAnsi="Calibri"/>
          <w:b/>
          <w:i w:val="0"/>
          <w:sz w:val="32"/>
        </w:rPr>
        <w:t>Yêu cầu kỹ thuật</w:t>
      </w:r>
    </w:p>
    <w:p>
      <w:pPr>
        <w:spacing w:after="80"/>
      </w:pPr>
      <w:r>
        <w:rPr>
          <w:b w:val="0"/>
          <w:i w:val="0"/>
        </w:rPr>
        <w:t xml:space="preserve">Bạn có thể xem mã được trình bày trong chương này tại kho lưu trữ GitHub ở </w:t>
      </w:r>
      <w:r>
        <w:rPr>
          <w:rFonts w:ascii="Consolas" w:hAnsi="Consolas"/>
          <w:b w:val="0"/>
          <w:i w:val="0"/>
          <w:sz w:val="20"/>
        </w:rPr>
        <w:br/>
        <w:br/>
        <w:t xml:space="preserve">       https://github.com/PacktPublishing/Python-Automation-Cookbook-Third-Edition/tree/main/ch05</w:t>
        <w:br/>
        <w:t xml:space="preserve">      </w:t>
        <w:br/>
      </w:r>
      <w:r>
        <w:rPr>
          <w:b w:val="0"/>
          <w:i w:val="0"/>
        </w:rPr>
        <w:t xml:space="preserve"> .</w:t>
      </w:r>
    </w:p>
    <w:p>
      <w:pPr>
        <w:pStyle w:val="Heading2"/>
      </w:pPr>
      <w:r>
        <w:rPr>
          <w:rFonts w:ascii="Calibri" w:hAnsi="Calibri"/>
          <w:b/>
          <w:i w:val="0"/>
          <w:sz w:val="32"/>
        </w:rPr>
        <w:t>Tạo một báo cáo đơn giản dưới dạng văn bản thuần</w:t>
      </w:r>
    </w:p>
    <w:p>
      <w:pPr>
        <w:spacing w:after="80"/>
      </w:pPr>
      <w:r>
        <w:rPr>
          <w:b w:val="0"/>
          <w:i w:val="0"/>
        </w:rPr>
        <w:t>Cách đơn giản nhất có thể để tạo một báo cáo là tạo văn bản thuần và lưu nó vào một tệp. Dù điều này có vẻ tầm thường so với một số định dạng khác mà chúng ta sẽ xem xét sau, đừng đánh giá thấp tính hữu dụng của nó. Văn bản thuần là định dạng dễ chia sẻ nhất vì nó hoạt động trong hầu như mọi môi trường, và nó có thể truyền tải thông tin rất tốt.</w:t>
      </w:r>
    </w:p>
    <w:p>
      <w:pPr>
        <w:spacing w:after="80"/>
      </w:pPr>
      <w:r>
        <w:rPr>
          <w:b/>
          <w:i w:val="0"/>
        </w:rPr>
        <w:t>Mẹo</w:t>
      </w:r>
    </w:p>
    <w:p>
      <w:pPr>
        <w:spacing w:after="80"/>
      </w:pPr>
      <w:r>
        <w:rPr>
          <w:b w:val="0"/>
          <w:i w:val="0"/>
        </w:rPr>
        <w:t>Văn bản thuần cũng là định dạng dễ dùng nhất với GenAI, vì đây là ngôn ngữ bản địa của nó. (Hoặc Markdown, như chúng ta sẽ thấy sau này.)</w:t>
      </w:r>
    </w:p>
    <w:p>
      <w:pPr>
        <w:pStyle w:val="Heading3"/>
      </w:pPr>
      <w:r>
        <w:rPr>
          <w:rFonts w:ascii="Calibri" w:hAnsi="Calibri"/>
          <w:b/>
          <w:i w:val="0"/>
          <w:sz w:val="26"/>
        </w:rPr>
        <w:t>Chuẩn bị</w:t>
      </w:r>
    </w:p>
    <w:p>
      <w:pPr>
        <w:spacing w:after="80"/>
      </w:pPr>
      <w:r>
        <w:rPr>
          <w:b w:val="0"/>
          <w:i w:val="0"/>
        </w:rPr>
        <w:t>Trong công thức này, chúng ta sẽ tạo một báo cáo ngắn ở định dạng văn bản về số lượng phim đã xem trong tháng trước và tổng thời lượng của tất cả những phim đó. Bên trong, dữ liệu được biểu diễn sẽ ở dạng một dictionary của Python. Báo cáo cũng sẽ bao gồm ngày tạo để tham khảo.</w:t>
      </w:r>
    </w:p>
    <w:p>
      <w:pPr>
        <w:pStyle w:val="Heading3"/>
      </w:pPr>
      <w:r>
        <w:rPr>
          <w:rFonts w:ascii="Calibri" w:hAnsi="Calibri"/>
          <w:b/>
          <w:i w:val="0"/>
          <w:sz w:val="26"/>
        </w:rPr>
        <w:t>Làm thế nào để thực hiện...</w:t>
      </w:r>
    </w:p>
    <w:p>
      <w:pPr>
        <w:spacing w:after="80"/>
        <w:ind w:left="360"/>
      </w:pPr>
      <w:r>
        <w:t xml:space="preserve">1. </w:t>
      </w:r>
      <w:r>
        <w:rPr>
          <w:b w:val="0"/>
          <w:i w:val="0"/>
        </w:rPr>
        <w:t xml:space="preserve">Import </w:t>
      </w:r>
      <w:r>
        <w:rPr>
          <w:rFonts w:ascii="Consolas" w:hAnsi="Consolas"/>
          <w:b w:val="0"/>
          <w:i w:val="0"/>
          <w:sz w:val="20"/>
        </w:rPr>
        <w:br/>
        <w:br/>
        <w:t xml:space="preserve">       datetime</w:t>
        <w:br/>
        <w:t xml:space="preserve">      </w:t>
        <w:br/>
      </w:r>
      <w:r>
        <w:rPr>
          <w:b w:val="0"/>
          <w:i w:val="0"/>
        </w:rPr>
        <w:t xml:space="preserve"> :</w:t>
      </w:r>
    </w:p>
    <w:p>
      <w:pPr>
        <w:spacing w:after="0"/>
        <w:ind w:left="360"/>
        <w:shd w:val="clear" w:color="auto" w:fill="F2F2F2"/>
      </w:pPr>
      <w:r>
        <w:rPr>
          <w:rFonts w:ascii="Consolas" w:hAnsi="Consolas"/>
          <w:sz w:val="18"/>
        </w:rPr>
        <w:t>&gt;&gt;&gt; import datetime</w:t>
      </w:r>
    </w:p>
    <w:p>
      <w:pPr>
        <w:spacing w:after="40"/>
      </w:pPr>
    </w:p>
    <w:p>
      <w:pPr>
        <w:spacing w:after="80"/>
        <w:ind w:left="360"/>
      </w:pPr>
      <w:r>
        <w:t xml:space="preserve">2. </w:t>
      </w:r>
      <w:r>
        <w:rPr>
          <w:b w:val="0"/>
          <w:i w:val="0"/>
        </w:rPr>
        <w:t>Tạo template với báo cáo ở định dạng văn bản:</w:t>
      </w:r>
    </w:p>
    <w:p>
      <w:pPr>
        <w:spacing w:after="0"/>
        <w:ind w:left="360"/>
        <w:shd w:val="clear" w:color="auto" w:fill="F2F2F2"/>
      </w:pPr>
      <w:r>
        <w:rPr>
          <w:rFonts w:ascii="Consolas" w:hAnsi="Consolas"/>
          <w:sz w:val="18"/>
        </w:rPr>
        <w:t>&gt;&gt;&gt; TEMPLATE = '''</w:t>
      </w:r>
    </w:p>
    <w:p>
      <w:pPr>
        <w:spacing w:after="0"/>
        <w:ind w:left="360"/>
        <w:shd w:val="clear" w:color="auto" w:fill="F2F2F2"/>
      </w:pPr>
      <w:r>
        <w:rPr>
          <w:rFonts w:ascii="Consolas" w:hAnsi="Consolas"/>
          <w:sz w:val="18"/>
        </w:rPr>
        <w:t>Movies report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Date: {date}</w:t>
      </w:r>
    </w:p>
    <w:p>
      <w:pPr>
        <w:spacing w:after="0"/>
        <w:ind w:left="360"/>
        <w:shd w:val="clear" w:color="auto" w:fill="F2F2F2"/>
      </w:pPr>
      <w:r>
        <w:rPr>
          <w:rFonts w:ascii="Consolas" w:hAnsi="Consolas"/>
          <w:sz w:val="18"/>
        </w:rPr>
        <w:t>Movies seen in the last 30 days: {num_movies}</w:t>
      </w:r>
    </w:p>
    <w:p>
      <w:pPr>
        <w:spacing w:after="0"/>
        <w:ind w:left="360"/>
        <w:shd w:val="clear" w:color="auto" w:fill="F2F2F2"/>
      </w:pPr>
      <w:r>
        <w:rPr>
          <w:rFonts w:ascii="Consolas" w:hAnsi="Consolas"/>
          <w:sz w:val="18"/>
        </w:rPr>
        <w:t>Total minutes: {total_minutes}</w:t>
      </w:r>
    </w:p>
    <w:p>
      <w:pPr>
        <w:spacing w:after="0"/>
        <w:ind w:left="360"/>
        <w:shd w:val="clear" w:color="auto" w:fill="F2F2F2"/>
      </w:pPr>
      <w:r>
        <w:rPr>
          <w:rFonts w:ascii="Consolas" w:hAnsi="Consolas"/>
          <w:sz w:val="18"/>
        </w:rPr>
        <w:t>'''</w:t>
      </w:r>
    </w:p>
    <w:p>
      <w:pPr>
        <w:spacing w:after="40"/>
      </w:pPr>
    </w:p>
    <w:p>
      <w:pPr>
        <w:spacing w:after="80"/>
        <w:ind w:left="360"/>
      </w:pPr>
      <w:r>
        <w:t xml:space="preserve">3. </w:t>
      </w:r>
      <w:r>
        <w:rPr>
          <w:b w:val="0"/>
          <w:i w:val="0"/>
        </w:rPr>
        <w:t>Tạo một dictionary chứa các giá trị cần lưu. Lưu ý rằng đây là dữ liệu sẽ được trình bày trong báo cáo:</w:t>
      </w:r>
    </w:p>
    <w:p>
      <w:pPr>
        <w:spacing w:after="0"/>
        <w:ind w:left="360"/>
        <w:shd w:val="clear" w:color="auto" w:fill="F2F2F2"/>
      </w:pPr>
      <w:r>
        <w:rPr>
          <w:rFonts w:ascii="Consolas" w:hAnsi="Consolas"/>
          <w:sz w:val="18"/>
        </w:rPr>
        <w:t>&gt;&gt;&gt; data = {</w:t>
      </w:r>
    </w:p>
    <w:p>
      <w:pPr>
        <w:spacing w:after="0"/>
        <w:ind w:left="360"/>
        <w:shd w:val="clear" w:color="auto" w:fill="F2F2F2"/>
      </w:pPr>
      <w:r>
        <w:rPr>
          <w:rFonts w:ascii="Consolas" w:hAnsi="Consolas"/>
          <w:sz w:val="18"/>
        </w:rPr>
        <w:t xml:space="preserve">    'date': datetime.datetime.now(datetime.UTC),</w:t>
      </w:r>
    </w:p>
    <w:p>
      <w:pPr>
        <w:spacing w:after="0"/>
        <w:ind w:left="360"/>
        <w:shd w:val="clear" w:color="auto" w:fill="F2F2F2"/>
      </w:pPr>
      <w:r>
        <w:rPr>
          <w:rFonts w:ascii="Consolas" w:hAnsi="Consolas"/>
          <w:sz w:val="18"/>
        </w:rPr>
        <w:t xml:space="preserve">    'num_movies': 3,</w:t>
      </w:r>
    </w:p>
    <w:p>
      <w:pPr>
        <w:spacing w:after="0"/>
        <w:ind w:left="360"/>
        <w:shd w:val="clear" w:color="auto" w:fill="F2F2F2"/>
      </w:pPr>
      <w:r>
        <w:rPr>
          <w:rFonts w:ascii="Consolas" w:hAnsi="Consolas"/>
          <w:sz w:val="18"/>
        </w:rPr>
        <w:t xml:space="preserve">    'total_minutes': 376,</w:t>
      </w:r>
    </w:p>
    <w:p>
      <w:pPr>
        <w:spacing w:after="0"/>
        <w:ind w:left="360"/>
        <w:shd w:val="clear" w:color="auto" w:fill="F2F2F2"/>
      </w:pPr>
      <w:r>
        <w:rPr>
          <w:rFonts w:ascii="Consolas" w:hAnsi="Consolas"/>
          <w:sz w:val="18"/>
        </w:rPr>
        <w:t>}</w:t>
      </w:r>
    </w:p>
    <w:p>
      <w:pPr>
        <w:spacing w:after="40"/>
      </w:pPr>
    </w:p>
    <w:p>
      <w:pPr>
        <w:spacing w:after="80"/>
        <w:ind w:left="360"/>
      </w:pPr>
      <w:r>
        <w:t xml:space="preserve">4. </w:t>
      </w:r>
      <w:r>
        <w:rPr>
          <w:b w:val="0"/>
          <w:i w:val="0"/>
        </w:rPr>
        <w:t>Soạn nội dung văn bản của báo cáo, thêm dữ liệu vào template:</w:t>
      </w:r>
    </w:p>
    <w:p>
      <w:pPr>
        <w:spacing w:after="0"/>
        <w:ind w:left="360"/>
        <w:shd w:val="clear" w:color="auto" w:fill="F2F2F2"/>
      </w:pPr>
      <w:r>
        <w:rPr>
          <w:rFonts w:ascii="Consolas" w:hAnsi="Consolas"/>
          <w:sz w:val="18"/>
        </w:rPr>
        <w:t>&gt;&gt;&gt; report = TEMPLATE.format(**data)</w:t>
      </w:r>
    </w:p>
    <w:p>
      <w:pPr>
        <w:spacing w:after="40"/>
      </w:pPr>
    </w:p>
    <w:p>
      <w:pPr>
        <w:spacing w:after="80"/>
        <w:ind w:left="360"/>
      </w:pPr>
      <w:r>
        <w:t xml:space="preserve">5. </w:t>
      </w:r>
      <w:r>
        <w:rPr>
          <w:b w:val="0"/>
          <w:i w:val="0"/>
        </w:rPr>
        <w:t>Tạo một file mới với ngày hiện tại và lưu báo cáo:</w:t>
      </w:r>
    </w:p>
    <w:p>
      <w:pPr>
        <w:spacing w:after="0"/>
        <w:ind w:left="360"/>
        <w:shd w:val="clear" w:color="auto" w:fill="F2F2F2"/>
      </w:pPr>
      <w:r>
        <w:rPr>
          <w:rFonts w:ascii="Consolas" w:hAnsi="Consolas"/>
          <w:sz w:val="18"/>
        </w:rPr>
        <w:t>&gt;&gt;&gt; FILENAME_TMPL = "{date}_report.txt"</w:t>
      </w:r>
    </w:p>
    <w:p>
      <w:pPr>
        <w:spacing w:after="0"/>
        <w:ind w:left="360"/>
        <w:shd w:val="clear" w:color="auto" w:fill="F2F2F2"/>
      </w:pPr>
      <w:r>
        <w:rPr>
          <w:rFonts w:ascii="Consolas" w:hAnsi="Consolas"/>
          <w:sz w:val="18"/>
        </w:rPr>
        <w:t>&gt;&gt;&gt; filename = FILENAME_TMPL.format(date=data['date'].strftime('%Y-%m-%d'))</w:t>
      </w:r>
    </w:p>
    <w:p>
      <w:pPr>
        <w:spacing w:after="0"/>
        <w:ind w:left="360"/>
        <w:shd w:val="clear" w:color="auto" w:fill="F2F2F2"/>
      </w:pPr>
      <w:r>
        <w:rPr>
          <w:rFonts w:ascii="Consolas" w:hAnsi="Consolas"/>
          <w:sz w:val="18"/>
        </w:rPr>
        <w:t>&gt;&gt;&gt; filename</w:t>
      </w:r>
    </w:p>
    <w:p>
      <w:pPr>
        <w:spacing w:after="0"/>
        <w:ind w:left="360"/>
        <w:shd w:val="clear" w:color="auto" w:fill="F2F2F2"/>
      </w:pPr>
      <w:r>
        <w:rPr>
          <w:rFonts w:ascii="Consolas" w:hAnsi="Consolas"/>
          <w:sz w:val="18"/>
        </w:rPr>
        <w:t>'2026-01-17_report.txt'</w:t>
      </w:r>
    </w:p>
    <w:p>
      <w:pPr>
        <w:spacing w:after="0"/>
        <w:ind w:left="360"/>
        <w:shd w:val="clear" w:color="auto" w:fill="F2F2F2"/>
      </w:pPr>
      <w:r>
        <w:rPr>
          <w:rFonts w:ascii="Consolas" w:hAnsi="Consolas"/>
          <w:sz w:val="18"/>
        </w:rPr>
        <w:t>&gt;&gt;&gt; with open(filename, 'w') as file:</w:t>
      </w:r>
    </w:p>
    <w:p>
      <w:pPr>
        <w:spacing w:after="0"/>
        <w:ind w:left="360"/>
        <w:shd w:val="clear" w:color="auto" w:fill="F2F2F2"/>
      </w:pPr>
      <w:r>
        <w:rPr>
          <w:rFonts w:ascii="Consolas" w:hAnsi="Consolas"/>
          <w:sz w:val="18"/>
        </w:rPr>
        <w:t>...     file.write(report)</w:t>
      </w:r>
    </w:p>
    <w:p>
      <w:pPr>
        <w:spacing w:after="40"/>
      </w:pPr>
    </w:p>
    <w:p>
      <w:pPr>
        <w:spacing w:after="80"/>
        <w:ind w:left="360"/>
      </w:pPr>
      <w:r>
        <w:t xml:space="preserve">6. </w:t>
      </w:r>
      <w:r>
        <w:rPr>
          <w:b w:val="0"/>
          <w:i w:val="0"/>
        </w:rPr>
        <w:t>Kiểm tra báo cáo vừa được tạo:</w:t>
      </w:r>
    </w:p>
    <w:p>
      <w:pPr>
        <w:spacing w:after="0"/>
        <w:ind w:left="360"/>
        <w:shd w:val="clear" w:color="auto" w:fill="F2F2F2"/>
      </w:pPr>
      <w:r>
        <w:rPr>
          <w:rFonts w:ascii="Consolas" w:hAnsi="Consolas"/>
          <w:sz w:val="18"/>
        </w:rPr>
        <w:t>$ cat 2026-01-17_report.txt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Movies report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Date: 2026-01-17 15:58:37.721316+00:00</w:t>
      </w:r>
    </w:p>
    <w:p>
      <w:pPr>
        <w:spacing w:after="0"/>
        <w:ind w:left="360"/>
        <w:shd w:val="clear" w:color="auto" w:fill="F2F2F2"/>
      </w:pPr>
      <w:r>
        <w:rPr>
          <w:rFonts w:ascii="Consolas" w:hAnsi="Consolas"/>
          <w:sz w:val="18"/>
        </w:rPr>
        <w:t>Movies seen in the last 30 days: 3</w:t>
      </w:r>
    </w:p>
    <w:p>
      <w:pPr>
        <w:spacing w:after="0"/>
        <w:ind w:left="360"/>
        <w:shd w:val="clear" w:color="auto" w:fill="F2F2F2"/>
      </w:pPr>
      <w:r>
        <w:rPr>
          <w:rFonts w:ascii="Consolas" w:hAnsi="Consolas"/>
          <w:sz w:val="18"/>
        </w:rPr>
        <w:t>Total minutes: 376</w:t>
      </w:r>
    </w:p>
    <w:p>
      <w:pPr>
        <w:spacing w:after="40"/>
      </w:pPr>
    </w:p>
    <w:p>
      <w:pPr>
        <w:pStyle w:val="Heading3"/>
      </w:pPr>
      <w:r>
        <w:rPr>
          <w:rFonts w:ascii="Calibri" w:hAnsi="Calibri"/>
          <w:b/>
          <w:i w:val="0"/>
          <w:sz w:val="26"/>
        </w:rPr>
        <w:t>Cách hoạt động...</w:t>
      </w:r>
    </w:p>
    <w:p>
      <w:pPr>
        <w:spacing w:after="80"/>
      </w:pPr>
      <w:r>
        <w:rPr>
          <w:b w:val="0"/>
          <w:i/>
        </w:rPr>
        <w:t xml:space="preserve"> Bước 2 </w:t>
      </w:r>
      <w:r>
        <w:rPr>
          <w:b w:val="0"/>
          <w:i w:val="0"/>
        </w:rPr>
        <w:t xml:space="preserve"> và </w:t>
      </w:r>
      <w:r>
        <w:rPr>
          <w:b w:val="0"/>
          <w:i/>
        </w:rPr>
        <w:t xml:space="preserve"> bước </w:t>
      </w:r>
      <w:r>
        <w:rPr>
          <w:b w:val="0"/>
          <w:i w:val="0"/>
        </w:rPr>
        <w:t xml:space="preserve"> </w:t>
      </w:r>
      <w:r>
        <w:rPr>
          <w:b w:val="0"/>
          <w:i/>
        </w:rPr>
        <w:t xml:space="preserve"> 3 </w:t>
      </w:r>
      <w:r>
        <w:rPr>
          <w:b w:val="0"/>
          <w:i w:val="0"/>
        </w:rPr>
        <w:t xml:space="preserve"> trong phần </w:t>
      </w:r>
      <w:r>
        <w:rPr>
          <w:b w:val="0"/>
          <w:i/>
        </w:rPr>
        <w:t xml:space="preserve"> Làm thế nào để thực hiện… </w:t>
      </w:r>
      <w:r>
        <w:rPr>
          <w:b w:val="0"/>
          <w:i w:val="0"/>
        </w:rPr>
        <w:t xml:space="preserve"> thiết lập một template đơn giản và thêm một dictionary chứa tất cả dữ liệu. Sau đó, ở </w:t>
      </w:r>
      <w:r>
        <w:rPr>
          <w:b w:val="0"/>
          <w:i/>
        </w:rPr>
        <w:t xml:space="preserve"> bước </w:t>
      </w:r>
      <w:r>
        <w:rPr>
          <w:b w:val="0"/>
          <w:i w:val="0"/>
        </w:rPr>
        <w:t xml:space="preserve"> </w:t>
      </w:r>
      <w:r>
        <w:rPr>
          <w:b w:val="0"/>
          <w:i/>
        </w:rPr>
        <w:t xml:space="preserve"> 4 </w:t>
      </w:r>
      <w:r>
        <w:rPr>
          <w:b w:val="0"/>
          <w:i w:val="0"/>
        </w:rPr>
        <w:t xml:space="preserve"> , cả hai được kết hợp thành báo cáo cụ thể.</w:t>
      </w:r>
    </w:p>
    <w:p>
      <w:pPr>
        <w:spacing w:after="80"/>
      </w:pPr>
      <w:r>
        <w:rPr>
          <w:b/>
          <w:i w:val="0"/>
        </w:rPr>
        <w:t>Lưu ý</w:t>
      </w:r>
    </w:p>
    <w:p>
      <w:pPr>
        <w:spacing w:after="80"/>
      </w:pPr>
      <w:r>
        <w:rPr>
          <w:b w:val="0"/>
          <w:i w:val="0"/>
        </w:rPr>
        <w:t xml:space="preserve">Trong </w:t>
      </w:r>
      <w:r>
        <w:rPr>
          <w:b w:val="0"/>
          <w:i/>
        </w:rPr>
        <w:t xml:space="preserve"> bước 4 </w:t>
      </w:r>
      <w:r>
        <w:rPr>
          <w:b w:val="0"/>
          <w:i w:val="0"/>
        </w:rPr>
        <w:t xml:space="preserve"> , dictionary được kết hợp với một template. Lưu ý rằng các key của dictionary tương ứng với các tham số của template. Mẹo ở đây là dùng dấu hai sao trong lệnh gọi format để giải nén dictionary, truyền từng key như một tham số cho </w:t>
      </w:r>
      <w:r>
        <w:rPr>
          <w:rFonts w:ascii="Consolas" w:hAnsi="Consolas"/>
          <w:b w:val="0"/>
          <w:i w:val="0"/>
          <w:sz w:val="20"/>
        </w:rPr>
        <w:br/>
        <w:br/>
        <w:t xml:space="preserve">       format()</w:t>
        <w:br/>
        <w:t xml:space="preserve">      </w:t>
        <w:br/>
      </w:r>
      <w:r>
        <w:rPr>
          <w:b w:val="0"/>
          <w:i w:val="0"/>
        </w:rPr>
        <w:t xml:space="preserve"> .</w:t>
      </w:r>
    </w:p>
    <w:p>
      <w:pPr>
        <w:spacing w:after="80"/>
      </w:pPr>
      <w:r>
        <w:rPr>
          <w:b w:val="0"/>
          <w:i w:val="0"/>
        </w:rPr>
        <w:t xml:space="preserve">Trong </w:t>
      </w:r>
      <w:r>
        <w:rPr>
          <w:b w:val="0"/>
          <w:i/>
        </w:rPr>
        <w:t xml:space="preserve"> bước 5 </w:t>
      </w:r>
      <w:r>
        <w:rPr>
          <w:b w:val="0"/>
          <w:i w:val="0"/>
        </w:rPr>
        <w:t xml:space="preserve"> , báo cáo thu được, một chuỗi, được lưu vào một file mới được tạo. Chúng ta dùng trình quản lý ngữ cảnh </w:t>
      </w:r>
      <w:r>
        <w:rPr>
          <w:rFonts w:ascii="Consolas" w:hAnsi="Consolas"/>
          <w:b w:val="0"/>
          <w:i w:val="0"/>
          <w:sz w:val="20"/>
        </w:rPr>
        <w:br/>
        <w:br/>
        <w:t xml:space="preserve">      with</w:t>
        <w:br/>
        <w:t xml:space="preserve">     </w:t>
        <w:br/>
      </w:r>
      <w:r>
        <w:rPr>
          <w:b w:val="0"/>
          <w:i w:val="0"/>
        </w:rPr>
        <w:t xml:space="preserve"> kết hợp với </w:t>
      </w:r>
      <w:r>
        <w:rPr>
          <w:rFonts w:ascii="Consolas" w:hAnsi="Consolas"/>
          <w:b w:val="0"/>
          <w:i w:val="0"/>
          <w:sz w:val="20"/>
        </w:rPr>
        <w:br/>
        <w:br/>
        <w:t xml:space="preserve">      open()</w:t>
        <w:br/>
        <w:t xml:space="preserve">     </w:t>
        <w:br/>
      </w:r>
      <w:r>
        <w:rPr>
          <w:b w:val="0"/>
          <w:i w:val="0"/>
        </w:rPr>
        <w:t xml:space="preserve"> , như đã giới thiệu ở các chương trước. Trong trường hợp này, chúng ta tạo một file mới để ghi dữ liệu. Sau khi đóng khối </w:t>
      </w:r>
      <w:r>
        <w:rPr>
          <w:rFonts w:ascii="Consolas" w:hAnsi="Consolas"/>
          <w:b w:val="0"/>
          <w:i w:val="0"/>
          <w:sz w:val="20"/>
        </w:rPr>
        <w:br/>
        <w:br/>
        <w:t xml:space="preserve">      with</w:t>
        <w:br/>
        <w:t xml:space="preserve">     </w:t>
        <w:br/>
      </w:r>
      <w:r>
        <w:rPr>
          <w:b w:val="0"/>
          <w:i w:val="0"/>
        </w:rPr>
        <w:t xml:space="preserve"> , file được đóng đúng cách và dữ liệu được lưu trên đĩa.</w:t>
      </w:r>
    </w:p>
    <w:p>
      <w:pPr>
        <w:spacing w:after="80"/>
      </w:pPr>
      <w:r>
        <w:rPr>
          <w:b/>
          <w:i w:val="0"/>
        </w:rPr>
        <w:t>Mẹo</w:t>
      </w:r>
    </w:p>
    <w:p>
      <w:pPr>
        <w:spacing w:after="80"/>
      </w:pPr>
      <w:r>
        <w:rPr>
          <w:b w:val="0"/>
          <w:i w:val="0"/>
        </w:rPr>
        <w:t xml:space="preserve">Các chế độ mở file quyết định cách mở một file, liệu chúng ta muốn quyền đọc hay ghi, và file là văn bản hay nhị phân. Chế độ </w:t>
      </w:r>
      <w:r>
        <w:rPr>
          <w:rFonts w:ascii="Consolas" w:hAnsi="Consolas"/>
          <w:b w:val="0"/>
          <w:i w:val="0"/>
          <w:sz w:val="20"/>
        </w:rPr>
        <w:br/>
        <w:br/>
        <w:t xml:space="preserve">       w</w:t>
        <w:br/>
        <w:t xml:space="preserve">      </w:t>
        <w:br/>
      </w:r>
      <w:r>
        <w:rPr>
          <w:b w:val="0"/>
          <w:i w:val="0"/>
        </w:rPr>
        <w:t xml:space="preserve"> mở file để ghi, ghi đè lên file nếu nó đã tồn tại. Hãy cẩn thận đừng xóa nhầm một file đang có!</w:t>
      </w:r>
    </w:p>
    <w:p>
      <w:pPr>
        <w:spacing w:after="80"/>
      </w:pPr>
      <w:r>
        <w:rPr>
          <w:b w:val="0"/>
          <w:i/>
        </w:rPr>
        <w:t xml:space="preserve"> Bước 6 </w:t>
      </w:r>
      <w:r>
        <w:rPr>
          <w:b w:val="0"/>
          <w:i w:val="0"/>
        </w:rPr>
        <w:t xml:space="preserve"> kiểm tra rằng file đã được tạo với dữ liệu phù hợp.</w:t>
      </w:r>
    </w:p>
    <w:p>
      <w:pPr>
        <w:pStyle w:val="Heading3"/>
      </w:pPr>
      <w:r>
        <w:rPr>
          <w:rFonts w:ascii="Calibri" w:hAnsi="Calibri"/>
          <w:b/>
          <w:i w:val="0"/>
          <w:sz w:val="26"/>
        </w:rPr>
        <w:t>Còn nhiều thứ khác...</w:t>
      </w:r>
    </w:p>
    <w:p>
      <w:pPr>
        <w:spacing w:after="80"/>
      </w:pPr>
      <w:r>
        <w:rPr>
          <w:b w:val="0"/>
          <w:i w:val="0"/>
        </w:rPr>
        <w:t>Tên tệp được tạo với ngày động để giảm thiểu khả năng ghi đè lên các tệp đã tồn tại. Định dạng ngày bắt đầu bằng năm và kết thúc bằng ngày đã được chọn để các tệp được sắp xếp theo đúng thứ tự.</w:t>
      </w:r>
    </w:p>
    <w:p>
      <w:pPr>
        <w:spacing w:after="80"/>
      </w:pPr>
      <w:r>
        <w:rPr>
          <w:b/>
          <w:i w:val="0"/>
        </w:rPr>
        <w:t>Mẹo</w:t>
      </w:r>
    </w:p>
    <w:p>
      <w:pPr>
        <w:spacing w:after="80"/>
      </w:pPr>
      <w:r>
        <w:rPr>
          <w:b w:val="0"/>
          <w:i w:val="0"/>
        </w:rPr>
        <w:t>Định dạng YYYY-MM-DD cho ngày tháng được đề cập trong tiêu chuẩn ISO 8601, mô tả các cách khác nhau để định dạng ngày và giờ. Đây là một định dạng chuẩn dễ phân tích cú pháp và được hỗ trợ trong Python. Tiện lợi là nó cũng được sắp xếp theo thời gian theo mặc định.</w:t>
      </w:r>
    </w:p>
    <w:p>
      <w:pPr>
        <w:spacing w:after="80"/>
      </w:pPr>
      <w:r>
        <w:rPr>
          <w:b w:val="0"/>
          <w:i w:val="0"/>
        </w:rPr>
        <w:t xml:space="preserve">Trình quản lý ngữ cảnh </w:t>
      </w:r>
      <w:r>
        <w:rPr>
          <w:rFonts w:ascii="Consolas" w:hAnsi="Consolas"/>
          <w:b w:val="0"/>
          <w:i w:val="0"/>
          <w:sz w:val="20"/>
        </w:rPr>
        <w:br/>
        <w:br/>
        <w:t xml:space="preserve">      with</w:t>
        <w:br/>
        <w:t xml:space="preserve">     </w:t>
        <w:br/>
      </w:r>
      <w:r>
        <w:rPr>
          <w:b w:val="0"/>
          <w:i w:val="0"/>
        </w:rPr>
        <w:t xml:space="preserve"> sẽ đóng tệp ngay cả khi có ngoại lệ. Trong trường hợp có lỗi, lệnh gọi write sẽ ném ra ngoại lệ </w:t>
      </w:r>
      <w:r>
        <w:rPr>
          <w:rFonts w:ascii="Consolas" w:hAnsi="Consolas"/>
          <w:b w:val="0"/>
          <w:i w:val="0"/>
          <w:sz w:val="20"/>
        </w:rPr>
        <w:br/>
        <w:br/>
        <w:t xml:space="preserve">      IOError</w:t>
        <w:br/>
        <w:t xml:space="preserve">     </w:t>
        <w:br/>
      </w:r>
      <w:r>
        <w:rPr>
          <w:b w:val="0"/>
          <w:i w:val="0"/>
        </w:rPr>
        <w:t>.</w:t>
      </w:r>
    </w:p>
    <w:p>
      <w:pPr>
        <w:spacing w:after="80"/>
      </w:pPr>
      <w:r>
        <w:rPr>
          <w:b/>
          <w:i w:val="0"/>
        </w:rPr>
        <w:t>Lưu ý</w:t>
      </w:r>
    </w:p>
    <w:p>
      <w:pPr>
        <w:spacing w:after="80"/>
      </w:pPr>
      <w:r>
        <w:rPr>
          <w:b w:val="0"/>
          <w:i w:val="0"/>
        </w:rPr>
        <w:t>Một số vấn đề phổ biến khi ghi vào đĩa bao gồm vấn đề về quyền, không còn dung lượng trên ổ cứng, hoặc vấn đề về đường dẫn (ví dụ, cố gắng ghi vào một thư mục không tồn tại).</w:t>
      </w:r>
    </w:p>
    <w:p>
      <w:pPr>
        <w:spacing w:after="80"/>
      </w:pPr>
      <w:r>
        <w:rPr>
          <w:b w:val="0"/>
          <w:i w:val="0"/>
        </w:rPr>
        <w:t>Lưu ý rằng một tệp có thể chưa được ghi hoàn toàn vào đĩa cho đến khi nó được đóng hoặc xả (flush) một cách rõ ràng. Nói chung, hệ điều hành sẽ lo liệu mọi thứ, nhưng hãy ghi nhớ điều này nếu bạn đang cố mở một tệp hai lần, một lần cho thao tác đọc và một lần cho thao tác ghi.</w:t>
      </w:r>
    </w:p>
    <w:p>
      <w:pPr>
        <w:spacing w:after="80"/>
      </w:pPr>
      <w:r>
        <w:rPr>
          <w:b/>
          <w:i w:val="0"/>
        </w:rPr>
        <w:t>Mẹo</w:t>
      </w:r>
    </w:p>
    <w:p>
      <w:pPr>
        <w:spacing w:after="80"/>
      </w:pPr>
      <w:r>
        <w:rPr>
          <w:b w:val="0"/>
          <w:i w:val="0"/>
        </w:rPr>
        <w:t xml:space="preserve">Không đóng tệp đúng cách có thể gây ra lỗi nếu chương trình kết thúc đột ngột trước khi có thể xả dữ liệu vào ổ cứng, khiến dữ liệu dường như biến mất. Nếu cần, hãy gọi </w:t>
      </w:r>
      <w:r>
        <w:rPr>
          <w:rFonts w:ascii="Consolas" w:hAnsi="Consolas"/>
          <w:b w:val="0"/>
          <w:i w:val="0"/>
          <w:sz w:val="20"/>
        </w:rPr>
        <w:br/>
        <w:br/>
        <w:t xml:space="preserve">       file.flush()</w:t>
        <w:br/>
        <w:t xml:space="preserve">      </w:t>
        <w:br/>
      </w:r>
      <w:r>
        <w:rPr>
          <w:b w:val="0"/>
          <w:i w:val="0"/>
        </w:rPr>
        <w:t xml:space="preserve"> để buộc dữ liệu được ghi vào đĩa. Điều này hữu ích khi ghi nhiều lần vào cùng một tệp. Lưu ý rằng ở cuối khối </w:t>
      </w:r>
      <w:r>
        <w:rPr>
          <w:rFonts w:ascii="Consolas" w:hAnsi="Consolas"/>
          <w:b w:val="0"/>
          <w:i w:val="0"/>
          <w:sz w:val="20"/>
        </w:rPr>
        <w:br/>
        <w:br/>
        <w:t xml:space="preserve">       with</w:t>
        <w:br/>
        <w:t xml:space="preserve">      </w:t>
        <w:br/>
      </w:r>
      <w:r>
        <w:rPr>
          <w:b w:val="0"/>
          <w:i w:val="0"/>
        </w:rPr>
        <w:t>, tệp sẽ được xả và đóng tự động.</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Sử dụng template cho báo cáo</w:t>
      </w:r>
      <w:r>
        <w:rPr>
          <w:b w:val="0"/>
          <w:i w:val="0"/>
        </w:rPr>
        <w:t>, ở phần sau của chương này, để tìm hiểu về template HTML.</w:t>
      </w:r>
    </w:p>
    <w:p>
      <w:pPr>
        <w:spacing w:after="80"/>
        <w:ind w:left="360"/>
      </w:pPr>
      <w:r>
        <w:t xml:space="preserve">• </w:t>
      </w:r>
      <w:r>
        <w:rPr>
          <w:b w:val="0"/>
          <w:i w:val="0"/>
        </w:rPr>
        <w:t xml:space="preserve">Công thức </w:t>
      </w:r>
      <w:r>
        <w:rPr>
          <w:b w:val="0"/>
          <w:i/>
        </w:rPr>
        <w:t>Định dạng văn bản trong Markdown</w:t>
      </w:r>
      <w:r>
        <w:rPr>
          <w:b w:val="0"/>
          <w:i w:val="0"/>
        </w:rPr>
        <w:t>, ở phần sau của chương này, để tìm hiểu về Markdown.</w:t>
      </w:r>
    </w:p>
    <w:p>
      <w:pPr>
        <w:spacing w:after="80"/>
        <w:ind w:left="360"/>
      </w:pPr>
      <w:r>
        <w:t xml:space="preserve">• </w:t>
      </w:r>
      <w:r>
        <w:rPr>
          <w:b w:val="0"/>
          <w:i w:val="0"/>
        </w:rPr>
        <w:t xml:space="preserve">Công thức </w:t>
      </w:r>
      <w:r>
        <w:rPr>
          <w:b w:val="0"/>
          <w:i/>
        </w:rPr>
        <w:t>Tổng hợp báo cáo PDF</w:t>
      </w:r>
      <w:r>
        <w:rPr>
          <w:b w:val="0"/>
          <w:i w:val="0"/>
        </w:rPr>
        <w:t>, ở phần sau của chương này, để tìm hiểu cách tạo báo cáo PDF.</w:t>
      </w:r>
    </w:p>
    <w:p>
      <w:pPr>
        <w:pStyle w:val="Heading2"/>
      </w:pPr>
      <w:r>
        <w:rPr>
          <w:rFonts w:ascii="Calibri" w:hAnsi="Calibri"/>
          <w:b/>
          <w:i w:val="0"/>
          <w:sz w:val="32"/>
        </w:rPr>
        <w:t>Sử dụng template cho báo cáo</w:t>
      </w:r>
    </w:p>
    <w:p>
      <w:pPr>
        <w:spacing w:after="80"/>
      </w:pPr>
      <w:r>
        <w:rPr>
          <w:b w:val="0"/>
          <w:i w:val="0"/>
        </w:rPr>
        <w:t>Mặc dù văn bản thuần túy có thể truyền tải rất nhiều thông tin, nhưng để tạo ra những báo cáo tốt hơn, chúng ta cần một hệ thống mà ở đó có thể thêm kiểu dáng (styling) vào văn bản. Những chi tiết như chữ in đậm, các dấu đầu dòng, và hình ảnh có thể tạo nên sự khác biệt. Vì tất cả các trình duyệt đều hoạt động với HTML, nên việc tạo báo cáo ở định dạng này là một lựa chọn tốt. Mọi người đều quen thuộc với việc trình duyệt hiển thị văn bản.</w:t>
      </w:r>
    </w:p>
    <w:p>
      <w:pPr>
        <w:spacing w:after="80"/>
      </w:pPr>
      <w:r>
        <w:rPr>
          <w:b w:val="0"/>
          <w:i w:val="0"/>
        </w:rPr>
        <w:t>HTML là một định dạng rất linh hoạt có thể được dùng để hiển thị văn bản phong phú và báo cáo. Mặc dù một tệp HTML có thể được hiểu như văn bản thuần túy, và có thể được viết trực tiếp từ Python, nhưng làm như vậy rất dễ mắc lỗi và tẻ nhạt. Có những mô-đun như Jinja hoặc Mako cho phép bạn xử lý đánh dấu văn bản có cấu trúc dễ dàng hơn và định nghĩa các template nhận biết cú pháp HTML.</w:t>
      </w:r>
    </w:p>
    <w:p>
      <w:pPr>
        <w:spacing w:after="80"/>
      </w:pPr>
      <w:r>
        <w:rPr>
          <w:b/>
          <w:i w:val="0"/>
        </w:rPr>
        <w:t>Lưu ý</w:t>
      </w:r>
    </w:p>
    <w:p>
      <w:pPr>
        <w:spacing w:after="80"/>
      </w:pPr>
      <w:r>
        <w:rPr>
          <w:b w:val="0"/>
          <w:i w:val="0"/>
        </w:rPr>
        <w:t>Các công cụ GenAI sẽ hiểu được định dạng HTML, nhưng bạn sẽ đạt kết quả tốt hơn khi dùng Markdown, điều mà chúng ta sẽ trình bày trong công thức tiếp theo.</w:t>
      </w:r>
    </w:p>
    <w:p>
      <w:pPr>
        <w:spacing w:after="80"/>
      </w:pPr>
      <w:r>
        <w:rPr>
          <w:b w:val="0"/>
          <w:i w:val="0"/>
        </w:rPr>
        <w:t>Điều này cũng tách rời template chứa cách dữ liệu sẽ được hiển thị khỏi phần code, tách việc tạo dữ liệu ra khỏi việc trình bày dữ liệu đó. Việc tạo kiểu cho template có thể được thực hiện riêng bởi các nhà thiết kế chuyên biệt, để làm cho nó trông thật đẹp.</w:t>
      </w:r>
    </w:p>
    <w:p>
      <w:pPr>
        <w:spacing w:after="80"/>
      </w:pPr>
      <w:r>
        <w:rPr>
          <w:b w:val="0"/>
          <w:i w:val="0"/>
        </w:rPr>
        <w:t>Một ví dụ trực quan hơn: Nếu bạn muốn hiển thị một danh sách phim trên một trang HTML, thì luôn có một số thẻ đánh dấu HTML liên quan, bất kể đó là những bộ phim nào. Một bảng HTML, kiểu CSS định nghĩa phông chữ và màu sắc sẽ dùng, có thể là một phần đầu trang hoặc chân trang. Dữ liệu cần hiển thị chính là bản thân các bộ phim.</w:t>
      </w:r>
    </w:p>
    <w:p>
      <w:pPr>
        <w:pStyle w:val="Heading3"/>
      </w:pPr>
      <w:r>
        <w:rPr>
          <w:rFonts w:ascii="Calibri" w:hAnsi="Calibri"/>
          <w:b/>
          <w:i w:val="0"/>
          <w:sz w:val="26"/>
        </w:rPr>
        <w:t>Chuẩn bị</w:t>
      </w:r>
    </w:p>
    <w:p>
      <w:pPr>
        <w:spacing w:after="80"/>
      </w:pPr>
      <w:r>
        <w:rPr>
          <w:b w:val="0"/>
          <w:i w:val="0"/>
        </w:rPr>
        <w:t xml:space="preserve">Công cụ được dùng trong công thức này, </w:t>
      </w:r>
      <w:r>
        <w:rPr>
          <w:b/>
          <w:i w:val="0"/>
        </w:rPr>
        <w:t xml:space="preserve"> Jinja </w:t>
      </w:r>
      <w:r>
        <w:rPr>
          <w:b w:val="0"/>
          <w:i w:val="0"/>
        </w:rPr>
        <w:t xml:space="preserve"> , đọc một file chứa template và áp dụng context vào đó. Context chứa dữ liệu cần hiển thị.</w:t>
      </w:r>
    </w:p>
    <w:p>
      <w:pPr>
        <w:spacing w:after="80"/>
      </w:pPr>
      <w:r>
        <w:rPr>
          <w:b/>
          <w:i w:val="0"/>
        </w:rPr>
        <w:t>Lưu ý</w:t>
      </w:r>
    </w:p>
    <w:p>
      <w:pPr>
        <w:spacing w:after="80"/>
      </w:pPr>
      <w:r>
        <w:rPr>
          <w:b w:val="0"/>
          <w:i w:val="0"/>
        </w:rPr>
        <w:t xml:space="preserve">Vì phiên bản 2 của Jinja có một số thay đổi không tương thích ngược, nên package được gọi là jinja2, và đôi khi toàn bộ được gọi là </w:t>
      </w:r>
      <w:r>
        <w:rPr>
          <w:b w:val="0"/>
          <w:i/>
        </w:rPr>
        <w:t xml:space="preserve"> Jinja2 </w:t>
      </w:r>
      <w:r>
        <w:rPr>
          <w:b w:val="0"/>
          <w:i w:val="0"/>
        </w:rPr>
        <w:t xml:space="preserve"> . Nhưng phiên bản mới nhất là 3, vẫn tương thích với phiên bản 2. Chúng ta sẽ dùng tên </w:t>
      </w:r>
      <w:r>
        <w:rPr>
          <w:b w:val="0"/>
          <w:i/>
        </w:rPr>
        <w:t xml:space="preserve"> Jinja </w:t>
      </w:r>
      <w:r>
        <w:rPr>
          <w:b w:val="0"/>
          <w:i w:val="0"/>
        </w:rPr>
        <w:t xml:space="preserve"> , dù bạn sẽ thấy rằng package được gọi là </w:t>
      </w:r>
      <w:r>
        <w:rPr>
          <w:rFonts w:ascii="Consolas" w:hAnsi="Consolas"/>
          <w:b w:val="0"/>
          <w:i w:val="0"/>
          <w:sz w:val="20"/>
        </w:rPr>
        <w:br/>
        <w:br/>
        <w:t xml:space="preserve">       jinja2</w:t>
        <w:br/>
        <w:t xml:space="preserve">      </w:t>
        <w:br/>
      </w:r>
      <w:r>
        <w:rPr>
          <w:b w:val="0"/>
          <w:i w:val="0"/>
        </w:rPr>
        <w:t xml:space="preserve"> .</w:t>
      </w:r>
    </w:p>
    <w:p>
      <w:pPr>
        <w:spacing w:after="80"/>
      </w:pPr>
      <w:r>
        <w:rPr>
          <w:b w:val="0"/>
          <w:i w:val="0"/>
        </w:rPr>
        <w:t>Chúng ta nên bắt đầu bằng việc cài đặt mô-đun:</w:t>
      </w:r>
    </w:p>
    <w:p>
      <w:pPr>
        <w:spacing w:after="0"/>
        <w:ind w:left="360"/>
        <w:shd w:val="clear" w:color="auto" w:fill="F2F2F2"/>
      </w:pPr>
      <w:r>
        <w:rPr>
          <w:rFonts w:ascii="Consolas" w:hAnsi="Consolas"/>
          <w:sz w:val="18"/>
        </w:rPr>
        <w:t>$ echo "jinja2==3.1.6" &gt;&gt; requirements.txt</w:t>
      </w:r>
    </w:p>
    <w:p>
      <w:pPr>
        <w:spacing w:after="0"/>
        <w:ind w:left="360"/>
        <w:shd w:val="clear" w:color="auto" w:fill="F2F2F2"/>
      </w:pPr>
      <w:r>
        <w:rPr>
          <w:rFonts w:ascii="Consolas" w:hAnsi="Consolas"/>
          <w:sz w:val="18"/>
        </w:rPr>
        <w:t>$ uv pip install -r requirements.txt</w:t>
      </w:r>
    </w:p>
    <w:p>
      <w:pPr>
        <w:spacing w:after="40"/>
      </w:pPr>
    </w:p>
    <w:p>
      <w:pPr>
        <w:spacing w:after="80"/>
      </w:pPr>
      <w:r>
        <w:rPr>
          <w:b w:val="0"/>
          <w:i w:val="0"/>
        </w:rPr>
        <w:t>Jinja dùng cú pháp riêng của nó, là sự pha trộn giữa HTML và Python. Nó hướng đến các tài liệu HTML, nên dễ dàng thực hiện các thao tác như escape đúng các ký tự đặc biệt.</w:t>
      </w:r>
    </w:p>
    <w:p>
      <w:pPr>
        <w:spacing w:after="80"/>
      </w:pPr>
      <w:r>
        <w:rPr>
          <w:b w:val="0"/>
          <w:i w:val="0"/>
        </w:rPr>
        <w:t xml:space="preserve">Trong kho GitHub, tại </w:t>
      </w:r>
      <w:r>
        <w:rPr>
          <w:rFonts w:ascii="Consolas" w:hAnsi="Consolas"/>
          <w:b w:val="0"/>
          <w:i w:val="0"/>
          <w:sz w:val="20"/>
        </w:rPr>
        <w:br/>
        <w:br/>
        <w:t xml:space="preserve">       https://github.com/PacktPublishing/Python-Automation-Cookbook-Third-Edition/tree/main/ch05</w:t>
        <w:br/>
        <w:t xml:space="preserve">      </w:t>
        <w:br/>
      </w:r>
      <w:r>
        <w:rPr>
          <w:b w:val="0"/>
          <w:i w:val="0"/>
        </w:rPr>
        <w:t xml:space="preserve"> , chúng tôi đã bao gồm một file template tên là </w:t>
      </w:r>
      <w:r>
        <w:rPr>
          <w:rFonts w:ascii="Consolas" w:hAnsi="Consolas"/>
          <w:b w:val="0"/>
          <w:i w:val="0"/>
          <w:sz w:val="20"/>
        </w:rPr>
        <w:br/>
        <w:br/>
        <w:t xml:space="preserve">      jinja_template.html</w:t>
        <w:br/>
        <w:t xml:space="preserve">     </w:t>
        <w:br/>
      </w:r>
      <w:r>
        <w:rPr>
          <w:b w:val="0"/>
          <w:i w:val="0"/>
        </w:rPr>
        <w:t xml:space="preserve"> với template để sử dụng.</w:t>
      </w:r>
    </w:p>
    <w:p>
      <w:pPr>
        <w:pStyle w:val="Heading3"/>
      </w:pPr>
      <w:r>
        <w:rPr>
          <w:rFonts w:ascii="Calibri" w:hAnsi="Calibri"/>
          <w:b/>
          <w:i w:val="0"/>
          <w:sz w:val="26"/>
        </w:rPr>
        <w:t>Cách thực hiện...</w:t>
      </w:r>
    </w:p>
    <w:p>
      <w:pPr>
        <w:spacing w:after="80"/>
        <w:ind w:left="360"/>
      </w:pPr>
      <w:r>
        <w:t xml:space="preserve">1. </w:t>
      </w:r>
      <w:r>
        <w:rPr>
          <w:b w:val="0"/>
          <w:i w:val="0"/>
        </w:rPr>
        <w:t>Import template Jinja và datetime:</w:t>
      </w:r>
    </w:p>
    <w:p>
      <w:pPr>
        <w:spacing w:after="0"/>
        <w:ind w:left="360"/>
        <w:shd w:val="clear" w:color="auto" w:fill="F2F2F2"/>
      </w:pPr>
      <w:r>
        <w:rPr>
          <w:rFonts w:ascii="Consolas" w:hAnsi="Consolas"/>
          <w:sz w:val="18"/>
        </w:rPr>
        <w:t>&gt;&gt;&gt; from jinja2 import Template</w:t>
      </w:r>
    </w:p>
    <w:p>
      <w:pPr>
        <w:spacing w:after="0"/>
        <w:ind w:left="360"/>
        <w:shd w:val="clear" w:color="auto" w:fill="F2F2F2"/>
      </w:pPr>
      <w:r>
        <w:rPr>
          <w:rFonts w:ascii="Consolas" w:hAnsi="Consolas"/>
          <w:sz w:val="18"/>
        </w:rPr>
        <w:t>&gt;&gt;&gt; from datetime import datetime</w:t>
      </w:r>
    </w:p>
    <w:p>
      <w:pPr>
        <w:spacing w:after="40"/>
      </w:pPr>
    </w:p>
    <w:p>
      <w:pPr>
        <w:spacing w:after="80"/>
        <w:ind w:left="360"/>
      </w:pPr>
      <w:r>
        <w:t xml:space="preserve">2. </w:t>
      </w:r>
      <w:r>
        <w:rPr>
          <w:b w:val="0"/>
          <w:i w:val="0"/>
        </w:rPr>
        <w:t>Đọc template từ các file vào bộ nhớ:</w:t>
      </w:r>
    </w:p>
    <w:p>
      <w:pPr>
        <w:spacing w:after="0"/>
        <w:ind w:left="360"/>
        <w:shd w:val="clear" w:color="auto" w:fill="F2F2F2"/>
      </w:pPr>
      <w:r>
        <w:rPr>
          <w:rFonts w:ascii="Consolas" w:hAnsi="Consolas"/>
          <w:sz w:val="18"/>
        </w:rPr>
        <w:t>&gt;&gt;&gt; with open('jinja_template.html') as file:</w:t>
      </w:r>
    </w:p>
    <w:p>
      <w:pPr>
        <w:spacing w:after="0"/>
        <w:ind w:left="360"/>
        <w:shd w:val="clear" w:color="auto" w:fill="F2F2F2"/>
      </w:pPr>
      <w:r>
        <w:rPr>
          <w:rFonts w:ascii="Consolas" w:hAnsi="Consolas"/>
          <w:sz w:val="18"/>
        </w:rPr>
        <w:t>...     template = Template(file.read())</w:t>
      </w:r>
    </w:p>
    <w:p>
      <w:pPr>
        <w:spacing w:after="40"/>
      </w:pPr>
    </w:p>
    <w:p>
      <w:pPr>
        <w:spacing w:after="80"/>
        <w:ind w:left="360"/>
      </w:pPr>
      <w:r>
        <w:t xml:space="preserve">3. </w:t>
      </w:r>
      <w:r>
        <w:rPr>
          <w:b w:val="0"/>
          <w:i w:val="0"/>
        </w:rPr>
        <w:t>Tạo một context với dữ liệu cần hiển thị:</w:t>
      </w:r>
    </w:p>
    <w:p>
      <w:pPr>
        <w:spacing w:after="0"/>
        <w:ind w:left="360"/>
        <w:shd w:val="clear" w:color="auto" w:fill="F2F2F2"/>
      </w:pPr>
      <w:r>
        <w:rPr>
          <w:rFonts w:ascii="Consolas" w:hAnsi="Consolas"/>
          <w:sz w:val="18"/>
        </w:rPr>
        <w:t>&gt;&gt;&gt; context = {</w:t>
      </w:r>
    </w:p>
    <w:p>
      <w:pPr>
        <w:spacing w:after="0"/>
        <w:ind w:left="360"/>
        <w:shd w:val="clear" w:color="auto" w:fill="F2F2F2"/>
      </w:pPr>
      <w:r>
        <w:rPr>
          <w:rFonts w:ascii="Consolas" w:hAnsi="Consolas"/>
          <w:sz w:val="18"/>
        </w:rPr>
        <w:t>...   'date': datetime.now(),</w:t>
      </w:r>
    </w:p>
    <w:p>
      <w:pPr>
        <w:spacing w:after="0"/>
        <w:ind w:left="360"/>
        <w:shd w:val="clear" w:color="auto" w:fill="F2F2F2"/>
      </w:pPr>
      <w:r>
        <w:rPr>
          <w:rFonts w:ascii="Consolas" w:hAnsi="Consolas"/>
          <w:sz w:val="18"/>
        </w:rPr>
        <w:t>...   'movies': ['Casablanca', 'The Sound of Music', 'Vertigo'],</w:t>
      </w:r>
    </w:p>
    <w:p>
      <w:pPr>
        <w:spacing w:after="0"/>
        <w:ind w:left="360"/>
        <w:shd w:val="clear" w:color="auto" w:fill="F2F2F2"/>
      </w:pPr>
      <w:r>
        <w:rPr>
          <w:rFonts w:ascii="Consolas" w:hAnsi="Consolas"/>
          <w:sz w:val="18"/>
        </w:rPr>
        <w:t>...   'total_minutes': 404,</w:t>
      </w:r>
    </w:p>
    <w:p>
      <w:pPr>
        <w:spacing w:after="0"/>
        <w:ind w:left="360"/>
        <w:shd w:val="clear" w:color="auto" w:fill="F2F2F2"/>
      </w:pPr>
      <w:r>
        <w:rPr>
          <w:rFonts w:ascii="Consolas" w:hAnsi="Consolas"/>
          <w:sz w:val="18"/>
        </w:rPr>
        <w:t>...   }</w:t>
      </w:r>
    </w:p>
    <w:p>
      <w:pPr>
        <w:spacing w:after="40"/>
      </w:pPr>
    </w:p>
    <w:p>
      <w:pPr>
        <w:spacing w:after="80"/>
        <w:ind w:left="360"/>
      </w:pPr>
      <w:r>
        <w:t xml:space="preserve">4. </w:t>
      </w:r>
      <w:r>
        <w:rPr>
          <w:b w:val="0"/>
          <w:i w:val="0"/>
        </w:rPr>
        <w:t xml:space="preserve">Render template và ghi một file mới, </w:t>
      </w:r>
      <w:r>
        <w:rPr>
          <w:rFonts w:ascii="Consolas" w:hAnsi="Consolas"/>
          <w:b w:val="0"/>
          <w:i w:val="0"/>
          <w:sz w:val="20"/>
        </w:rPr>
        <w:br/>
        <w:br/>
        <w:t xml:space="preserve">       report.html</w:t>
        <w:br/>
        <w:t xml:space="preserve">      </w:t>
        <w:br/>
      </w:r>
      <w:r>
        <w:rPr>
          <w:b w:val="0"/>
          <w:i w:val="0"/>
        </w:rPr>
        <w:t xml:space="preserve"> , với kết quả như sau:</w:t>
      </w:r>
    </w:p>
    <w:p>
      <w:pPr>
        <w:spacing w:after="0"/>
        <w:ind w:left="360"/>
        <w:shd w:val="clear" w:color="auto" w:fill="F2F2F2"/>
      </w:pPr>
      <w:r>
        <w:rPr>
          <w:rFonts w:ascii="Consolas" w:hAnsi="Consolas"/>
          <w:sz w:val="18"/>
        </w:rPr>
        <w:t>&gt;&gt;&gt; with open('report.html', 'w') as file:</w:t>
      </w:r>
    </w:p>
    <w:p>
      <w:pPr>
        <w:spacing w:after="0"/>
        <w:ind w:left="360"/>
        <w:shd w:val="clear" w:color="auto" w:fill="F2F2F2"/>
      </w:pPr>
      <w:r>
        <w:rPr>
          <w:rFonts w:ascii="Consolas" w:hAnsi="Consolas"/>
          <w:sz w:val="18"/>
        </w:rPr>
        <w:t>...    file.write(template.render(context))</w:t>
      </w:r>
    </w:p>
    <w:p>
      <w:pPr>
        <w:spacing w:after="40"/>
      </w:pPr>
    </w:p>
    <w:p>
      <w:pPr>
        <w:spacing w:after="80"/>
        <w:ind w:left="360"/>
      </w:pPr>
      <w:r>
        <w:t xml:space="preserve">5. </w:t>
      </w:r>
      <w:r>
        <w:rPr>
          <w:b w:val="0"/>
          <w:i w:val="0"/>
        </w:rPr>
        <w:t xml:space="preserve">Thoát khỏi trình thông dịch Python và mở tệp </w:t>
      </w:r>
      <w:r>
        <w:rPr>
          <w:rFonts w:ascii="Consolas" w:hAnsi="Consolas"/>
          <w:b w:val="0"/>
          <w:i w:val="0"/>
          <w:sz w:val="20"/>
        </w:rPr>
        <w:br/>
        <w:br/>
        <w:t xml:space="preserve">      report.html</w:t>
        <w:br/>
        <w:t xml:space="preserve">      </w:t>
        <w:br/>
      </w:r>
      <w:r>
        <w:rPr>
          <w:b w:val="0"/>
          <w:i w:val="0"/>
        </w:rPr>
        <w:t xml:space="preserve"> trong trình duyệt:</w:t>
      </w:r>
    </w:p>
    <w:p>
      <w:pPr>
        <w:jc w:val="center"/>
      </w:pPr>
      <w:r>
        <w:drawing>
          <wp:inline xmlns:a="http://schemas.openxmlformats.org/drawingml/2006/main" xmlns:pic="http://schemas.openxmlformats.org/drawingml/2006/picture">
            <wp:extent cx="5486400" cy="4191304"/>
            <wp:docPr id="26" name="Picture 26"/>
            <wp:cNvGraphicFramePr>
              <a:graphicFrameLocks noChangeAspect="1"/>
            </wp:cNvGraphicFramePr>
            <a:graphic>
              <a:graphicData uri="http://schemas.openxmlformats.org/drawingml/2006/picture">
                <pic:pic>
                  <pic:nvPicPr>
                    <pic:cNvPr id="0" name="B36973_5_1.png"/>
                    <pic:cNvPicPr/>
                  </pic:nvPicPr>
                  <pic:blipFill>
                    <a:blip r:embed="rId32"/>
                    <a:stretch>
                      <a:fillRect/>
                    </a:stretch>
                  </pic:blipFill>
                  <pic:spPr>
                    <a:xfrm>
                      <a:off x="0" y="0"/>
                      <a:ext cx="5486400" cy="4191304"/>
                    </a:xfrm>
                    <a:prstGeom prst="rect"/>
                  </pic:spPr>
                </pic:pic>
              </a:graphicData>
            </a:graphic>
          </wp:inline>
        </w:drawing>
      </w:r>
    </w:p>
    <w:p>
      <w:pPr>
        <w:spacing w:after="160"/>
        <w:jc w:val="center"/>
      </w:pPr>
      <w:r>
        <w:rPr>
          <w:rFonts w:ascii="Calibri" w:hAnsi="Calibri"/>
          <w:b w:val="0"/>
          <w:i/>
          <w:sz w:val="19"/>
        </w:rPr>
        <w:t>Hình 5.1: report.html đã được kết xuất</w:t>
      </w:r>
    </w:p>
    <w:p>
      <w:pPr>
        <w:pStyle w:val="Heading3"/>
      </w:pPr>
      <w:r>
        <w:rPr>
          <w:rFonts w:ascii="Calibri" w:hAnsi="Calibri"/>
          <w:b/>
          <w:i w:val="0"/>
          <w:sz w:val="26"/>
        </w:rPr>
        <w:t>Cách hoạt động...</w:t>
      </w:r>
    </w:p>
    <w:p>
      <w:pPr>
        <w:spacing w:after="80"/>
      </w:pPr>
      <w:r>
        <w:rPr>
          <w:b w:val="0"/>
          <w:i/>
        </w:rPr>
        <w:t xml:space="preserve"> Bước 2 </w:t>
      </w:r>
      <w:r>
        <w:rPr>
          <w:b w:val="0"/>
          <w:i w:val="0"/>
        </w:rPr>
        <w:t xml:space="preserve"> và </w:t>
      </w:r>
      <w:r>
        <w:rPr>
          <w:b w:val="0"/>
          <w:i/>
        </w:rPr>
        <w:t xml:space="preserve"> 4 </w:t>
      </w:r>
      <w:r>
        <w:rPr>
          <w:b w:val="0"/>
          <w:i w:val="0"/>
        </w:rPr>
        <w:t xml:space="preserve"> trong phần </w:t>
      </w:r>
      <w:r>
        <w:rPr>
          <w:b w:val="0"/>
          <w:i/>
        </w:rPr>
        <w:t xml:space="preserve"> Cách thực hiện… </w:t>
      </w:r>
      <w:r>
        <w:rPr>
          <w:b w:val="0"/>
          <w:i w:val="0"/>
        </w:rPr>
        <w:t xml:space="preserve"> rất đơn giản: chúng đọc template rồi kết xuất và lưu báo cáo kết quả.</w:t>
      </w:r>
    </w:p>
    <w:p>
      <w:pPr>
        <w:spacing w:after="80"/>
      </w:pPr>
      <w:r>
        <w:rPr>
          <w:b w:val="0"/>
          <w:i w:val="0"/>
        </w:rPr>
        <w:t xml:space="preserve">Như đã thấy ở </w:t>
      </w:r>
      <w:r>
        <w:rPr>
          <w:b w:val="0"/>
          <w:i/>
        </w:rPr>
        <w:t xml:space="preserve"> bước 3 </w:t>
      </w:r>
      <w:r>
        <w:rPr>
          <w:b w:val="0"/>
          <w:i w:val="0"/>
        </w:rPr>
        <w:t xml:space="preserve"> và </w:t>
      </w:r>
      <w:r>
        <w:rPr>
          <w:b w:val="0"/>
          <w:i/>
        </w:rPr>
        <w:t xml:space="preserve"> 4 </w:t>
      </w:r>
      <w:r>
        <w:rPr>
          <w:b w:val="0"/>
          <w:i w:val="0"/>
        </w:rPr>
        <w:t xml:space="preserve"> , nhiệm vụ chính là tạo một từ điển ngữ cảnh (context dictionary) chứa thông tin cần hiển thị. Sau đó template sẽ kết xuất thông tin đó, như minh họa ở </w:t>
      </w:r>
      <w:r>
        <w:rPr>
          <w:b w:val="0"/>
          <w:i/>
        </w:rPr>
        <w:t xml:space="preserve"> bước 5 </w:t>
      </w:r>
      <w:r>
        <w:rPr>
          <w:b w:val="0"/>
          <w:i w:val="0"/>
        </w:rPr>
        <w:t xml:space="preserve"> . Hãy cùng xem qua </w:t>
      </w:r>
      <w:r>
        <w:rPr>
          <w:rFonts w:ascii="Consolas" w:hAnsi="Consolas"/>
          <w:b w:val="0"/>
          <w:i w:val="0"/>
          <w:sz w:val="20"/>
        </w:rPr>
        <w:br/>
        <w:br/>
        <w:t xml:space="preserve">      jinja_template.html</w:t>
        <w:br/>
        <w:t xml:space="preserve">     </w:t>
        <w:br/>
      </w:r>
      <w:r>
        <w:rPr>
          <w:b w:val="0"/>
          <w:i w:val="0"/>
        </w:rPr>
        <w:t xml:space="preserve"> :</w:t>
      </w:r>
    </w:p>
    <w:p>
      <w:pPr>
        <w:spacing w:after="0"/>
        <w:ind w:left="360"/>
        <w:shd w:val="clear" w:color="auto" w:fill="F2F2F2"/>
      </w:pPr>
      <w:r>
        <w:rPr>
          <w:rFonts w:ascii="Consolas" w:hAnsi="Consolas"/>
          <w:sz w:val="18"/>
        </w:rPr>
        <w:t>&lt;!DOCTYPE html&gt;</w:t>
      </w:r>
    </w:p>
    <w:p>
      <w:pPr>
        <w:spacing w:after="0"/>
        <w:ind w:left="360"/>
        <w:shd w:val="clear" w:color="auto" w:fill="F2F2F2"/>
      </w:pPr>
      <w:r>
        <w:rPr>
          <w:rFonts w:ascii="Consolas" w:hAnsi="Consolas"/>
          <w:sz w:val="18"/>
        </w:rPr>
        <w:t>&lt;html lang="en"&gt;</w:t>
      </w:r>
    </w:p>
    <w:p>
      <w:pPr>
        <w:spacing w:after="0"/>
        <w:ind w:left="360"/>
        <w:shd w:val="clear" w:color="auto" w:fill="F2F2F2"/>
      </w:pPr>
      <w:r>
        <w:rPr>
          <w:rFonts w:ascii="Consolas" w:hAnsi="Consolas"/>
          <w:sz w:val="18"/>
        </w:rPr>
        <w:t>&lt;head&gt;</w:t>
      </w:r>
    </w:p>
    <w:p>
      <w:pPr>
        <w:spacing w:after="0"/>
        <w:ind w:left="360"/>
        <w:shd w:val="clear" w:color="auto" w:fill="F2F2F2"/>
      </w:pPr>
      <w:r>
        <w:rPr>
          <w:rFonts w:ascii="Consolas" w:hAnsi="Consolas"/>
          <w:sz w:val="18"/>
        </w:rPr>
        <w:t>&lt;title&gt; Movies Report&lt;/title&gt;</w:t>
      </w:r>
    </w:p>
    <w:p>
      <w:pPr>
        <w:spacing w:after="0"/>
        <w:ind w:left="360"/>
        <w:shd w:val="clear" w:color="auto" w:fill="F2F2F2"/>
      </w:pPr>
      <w:r>
        <w:rPr>
          <w:rFonts w:ascii="Consolas" w:hAnsi="Consolas"/>
          <w:sz w:val="18"/>
        </w:rPr>
        <w:t>&lt;/head&gt;</w:t>
      </w:r>
    </w:p>
    <w:p>
      <w:pPr>
        <w:spacing w:after="0"/>
        <w:ind w:left="360"/>
        <w:shd w:val="clear" w:color="auto" w:fill="F2F2F2"/>
      </w:pPr>
      <w:r>
        <w:rPr>
          <w:rFonts w:ascii="Consolas" w:hAnsi="Consolas"/>
          <w:sz w:val="18"/>
        </w:rPr>
        <w:t>&lt;body&gt;</w:t>
      </w:r>
    </w:p>
    <w:p>
      <w:pPr>
        <w:spacing w:after="0"/>
        <w:ind w:left="360"/>
        <w:shd w:val="clear" w:color="auto" w:fill="F2F2F2"/>
      </w:pPr>
      <w:r>
        <w:rPr>
          <w:rFonts w:ascii="Consolas" w:hAnsi="Consolas"/>
          <w:sz w:val="18"/>
        </w:rPr>
        <w:t>&lt;h1&gt;Movies Report&lt;/h1&gt;</w:t>
      </w:r>
    </w:p>
    <w:p>
      <w:pPr>
        <w:spacing w:after="0"/>
        <w:ind w:left="360"/>
        <w:shd w:val="clear" w:color="auto" w:fill="F2F2F2"/>
      </w:pPr>
      <w:r>
        <w:rPr>
          <w:rFonts w:ascii="Consolas" w:hAnsi="Consolas"/>
          <w:sz w:val="18"/>
        </w:rPr>
        <w:t>&lt;p&gt;Date {{date}}&lt;/p&gt;</w:t>
      </w:r>
    </w:p>
    <w:p>
      <w:pPr>
        <w:spacing w:after="0"/>
        <w:ind w:left="360"/>
        <w:shd w:val="clear" w:color="auto" w:fill="F2F2F2"/>
      </w:pPr>
      <w:r>
        <w:rPr>
          <w:rFonts w:ascii="Consolas" w:hAnsi="Consolas"/>
          <w:sz w:val="18"/>
        </w:rPr>
        <w:t>&lt;p&gt;Movies seen in the last 30 days: {{movies|length}}&lt;/p&gt;</w:t>
      </w:r>
    </w:p>
    <w:p>
      <w:pPr>
        <w:spacing w:after="0"/>
        <w:ind w:left="360"/>
        <w:shd w:val="clear" w:color="auto" w:fill="F2F2F2"/>
      </w:pPr>
      <w:r>
        <w:rPr>
          <w:rFonts w:ascii="Consolas" w:hAnsi="Consolas"/>
          <w:sz w:val="18"/>
        </w:rPr>
        <w:t>&lt;ol&gt;</w:t>
      </w:r>
    </w:p>
    <w:p>
      <w:pPr>
        <w:spacing w:after="0"/>
        <w:ind w:left="360"/>
        <w:shd w:val="clear" w:color="auto" w:fill="F2F2F2"/>
      </w:pPr>
      <w:r>
        <w:rPr>
          <w:rFonts w:ascii="Consolas" w:hAnsi="Consolas"/>
          <w:sz w:val="18"/>
        </w:rPr>
        <w:t xml:space="preserve">        {% for movie in movies %}</w:t>
      </w:r>
    </w:p>
    <w:p>
      <w:pPr>
        <w:spacing w:after="0"/>
        <w:ind w:left="360"/>
        <w:shd w:val="clear" w:color="auto" w:fill="F2F2F2"/>
      </w:pPr>
      <w:r>
        <w:rPr>
          <w:rFonts w:ascii="Consolas" w:hAnsi="Consolas"/>
          <w:sz w:val="18"/>
        </w:rPr>
        <w:t xml:space="preserve">        &lt;li&gt;{{movie}}&lt;/li&gt;</w:t>
      </w:r>
    </w:p>
    <w:p>
      <w:pPr>
        <w:spacing w:after="0"/>
        <w:ind w:left="360"/>
        <w:shd w:val="clear" w:color="auto" w:fill="F2F2F2"/>
      </w:pPr>
      <w:r>
        <w:rPr>
          <w:rFonts w:ascii="Consolas" w:hAnsi="Consolas"/>
          <w:sz w:val="18"/>
        </w:rPr>
        <w:t xml:space="preserve">        {% endfor %}</w:t>
      </w:r>
    </w:p>
    <w:p>
      <w:pPr>
        <w:spacing w:after="0"/>
        <w:ind w:left="360"/>
        <w:shd w:val="clear" w:color="auto" w:fill="F2F2F2"/>
      </w:pPr>
      <w:r>
        <w:rPr>
          <w:rFonts w:ascii="Consolas" w:hAnsi="Consolas"/>
          <w:sz w:val="18"/>
        </w:rPr>
        <w:t xml:space="preserve">    &lt;/ol&gt;</w:t>
      </w:r>
    </w:p>
    <w:p>
      <w:pPr>
        <w:spacing w:after="0"/>
        <w:ind w:left="360"/>
        <w:shd w:val="clear" w:color="auto" w:fill="F2F2F2"/>
      </w:pPr>
      <w:r>
        <w:rPr>
          <w:rFonts w:ascii="Consolas" w:hAnsi="Consolas"/>
          <w:sz w:val="18"/>
        </w:rPr>
        <w:t>&lt;p&gt;Total minutes: {{total_minutes}} &lt;/p&gt;</w:t>
      </w:r>
    </w:p>
    <w:p>
      <w:pPr>
        <w:spacing w:after="0"/>
        <w:ind w:left="360"/>
        <w:shd w:val="clear" w:color="auto" w:fill="F2F2F2"/>
      </w:pPr>
      <w:r>
        <w:rPr>
          <w:rFonts w:ascii="Consolas" w:hAnsi="Consolas"/>
          <w:sz w:val="18"/>
        </w:rPr>
        <w:t>&lt;/body&gt;</w:t>
      </w:r>
    </w:p>
    <w:p>
      <w:pPr>
        <w:spacing w:after="0"/>
        <w:ind w:left="360"/>
        <w:shd w:val="clear" w:color="auto" w:fill="F2F2F2"/>
      </w:pPr>
      <w:r>
        <w:rPr>
          <w:rFonts w:ascii="Consolas" w:hAnsi="Consolas"/>
          <w:sz w:val="18"/>
        </w:rPr>
        <w:t>&lt;/html&gt;</w:t>
      </w:r>
    </w:p>
    <w:p>
      <w:pPr>
        <w:spacing w:after="40"/>
      </w:pPr>
    </w:p>
    <w:p>
      <w:pPr>
        <w:spacing w:after="80"/>
      </w:pPr>
      <w:r>
        <w:rPr>
          <w:b w:val="0"/>
          <w:i w:val="0"/>
        </w:rPr>
        <w:t xml:space="preserve">Phần lớn công việc là thay thế các giá trị ngữ cảnh được định nghĩa giữa các dấu ngoặc nhọn, chẳng hạn như </w:t>
      </w:r>
      <w:r>
        <w:rPr>
          <w:rFonts w:ascii="Consolas" w:hAnsi="Consolas"/>
          <w:b w:val="0"/>
          <w:i w:val="0"/>
          <w:sz w:val="20"/>
        </w:rPr>
        <w:br/>
        <w:br/>
        <w:t xml:space="preserve">      {{total_minutes}}</w:t>
        <w:br/>
        <w:t xml:space="preserve">     </w:t>
        <w:br/>
      </w:r>
      <w:r>
        <w:rPr>
          <w:b w:val="0"/>
          <w:i w:val="0"/>
        </w:rPr>
        <w:t xml:space="preserve"> .</w:t>
      </w:r>
    </w:p>
    <w:p>
      <w:pPr>
        <w:spacing w:after="80"/>
      </w:pPr>
      <w:r>
        <w:rPr>
          <w:b w:val="0"/>
          <w:i w:val="0"/>
        </w:rPr>
        <w:t xml:space="preserve">Lưu ý cặp thẻ </w:t>
      </w:r>
      <w:r>
        <w:rPr>
          <w:rFonts w:ascii="Consolas" w:hAnsi="Consolas"/>
          <w:b w:val="0"/>
          <w:i w:val="0"/>
          <w:sz w:val="20"/>
        </w:rPr>
        <w:br/>
        <w:br/>
        <w:t xml:space="preserve">      {% for ...</w:t>
        <w:br/>
        <w:t xml:space="preserve">     </w:t>
        <w:br/>
        <w:br/>
        <w:t xml:space="preserve">      %}</w:t>
        <w:br/>
        <w:t xml:space="preserve">     </w:t>
        <w:br/>
      </w:r>
      <w:r>
        <w:rPr>
          <w:b w:val="0"/>
          <w:i w:val="0"/>
        </w:rPr>
        <w:t xml:space="preserve"> / </w:t>
      </w:r>
      <w:r>
        <w:rPr>
          <w:rFonts w:ascii="Consolas" w:hAnsi="Consolas"/>
          <w:b w:val="0"/>
          <w:i w:val="0"/>
          <w:sz w:val="20"/>
        </w:rPr>
        <w:br/>
        <w:br/>
        <w:t xml:space="preserve">      {% endfor %}</w:t>
        <w:br/>
        <w:t xml:space="preserve">     </w:t>
        <w:br/>
      </w:r>
      <w:r>
        <w:rPr>
          <w:b w:val="0"/>
          <w:i w:val="0"/>
        </w:rPr>
        <w:t xml:space="preserve"> , dùng để định nghĩa một vòng lặp. Điều này cho phép tạo nhiều hàng hoặc phần tử trong danh sách theo phong cách rất Python.</w:t>
      </w:r>
    </w:p>
    <w:p>
      <w:pPr>
        <w:spacing w:after="80"/>
      </w:pPr>
      <w:r>
        <w:rPr>
          <w:b w:val="0"/>
          <w:i w:val="0"/>
        </w:rPr>
        <w:t xml:space="preserve">Có thể áp dụng các bộ lọc (filter) lên biến để thay đổi chúng. Trong trường hợp này, bộ lọc length được áp dụng cho danh sách movies để lấy kích thước bằng ký hiệu đường ống (pipe), như minh họa ở </w:t>
      </w:r>
      <w:r>
        <w:rPr>
          <w:rFonts w:ascii="Consolas" w:hAnsi="Consolas"/>
          <w:b w:val="0"/>
          <w:i w:val="0"/>
          <w:sz w:val="20"/>
        </w:rPr>
        <w:br/>
        <w:br/>
        <w:t xml:space="preserve">      {{movies|length}}.</w:t>
        <w:br/>
        <w:t xml:space="preserve">     </w:t>
        <w:br/>
      </w:r>
    </w:p>
    <w:p>
      <w:pPr>
        <w:pStyle w:val="Heading3"/>
      </w:pPr>
      <w:r>
        <w:rPr>
          <w:rFonts w:ascii="Calibri" w:hAnsi="Calibri"/>
          <w:b/>
          <w:i w:val="0"/>
          <w:sz w:val="26"/>
        </w:rPr>
        <w:t>Còn nhiều thứ khác...</w:t>
      </w:r>
    </w:p>
    <w:p>
      <w:pPr>
        <w:spacing w:after="80"/>
      </w:pPr>
      <w:r>
        <w:rPr>
          <w:b w:val="0"/>
          <w:i w:val="0"/>
        </w:rPr>
        <w:t xml:space="preserve">Ngoài thẻ </w:t>
      </w:r>
      <w:r>
        <w:rPr>
          <w:rFonts w:ascii="Consolas" w:hAnsi="Consolas"/>
          <w:b w:val="0"/>
          <w:i w:val="0"/>
          <w:sz w:val="20"/>
        </w:rPr>
        <w:br/>
        <w:br/>
        <w:t xml:space="preserve">      {% for %}</w:t>
        <w:br/>
        <w:t xml:space="preserve">     </w:t>
        <w:br/>
      </w:r>
      <w:r>
        <w:rPr>
          <w:b w:val="0"/>
          <w:i w:val="0"/>
        </w:rPr>
        <w:t xml:space="preserve"> , còn có thẻ </w:t>
      </w:r>
      <w:r>
        <w:rPr>
          <w:rFonts w:ascii="Consolas" w:hAnsi="Consolas"/>
          <w:b w:val="0"/>
          <w:i w:val="0"/>
          <w:sz w:val="20"/>
        </w:rPr>
        <w:br/>
        <w:br/>
        <w:t xml:space="preserve">      {% if %}</w:t>
        <w:br/>
        <w:t xml:space="preserve">     </w:t>
        <w:br/>
      </w:r>
      <w:r>
        <w:rPr>
          <w:b w:val="0"/>
          <w:i w:val="0"/>
        </w:rPr>
        <w:t xml:space="preserve"> , cho phép hiển thị có điều kiện:</w:t>
      </w:r>
    </w:p>
    <w:p>
      <w:pPr>
        <w:spacing w:after="0"/>
        <w:ind w:left="360"/>
        <w:shd w:val="clear" w:color="auto" w:fill="F2F2F2"/>
      </w:pPr>
      <w:r>
        <w:rPr>
          <w:rFonts w:ascii="Consolas" w:hAnsi="Consolas"/>
          <w:sz w:val="18"/>
        </w:rPr>
        <w:t>{% if movies|length &gt; 5 %}</w:t>
      </w:r>
    </w:p>
    <w:p>
      <w:pPr>
        <w:spacing w:after="0"/>
        <w:ind w:left="360"/>
        <w:shd w:val="clear" w:color="auto" w:fill="F2F2F2"/>
      </w:pPr>
      <w:r>
        <w:rPr>
          <w:rFonts w:ascii="Consolas" w:hAnsi="Consolas"/>
          <w:sz w:val="18"/>
        </w:rPr>
        <w:t xml:space="preserve">  Wow, so many movies this month!</w:t>
      </w:r>
    </w:p>
    <w:p>
      <w:pPr>
        <w:spacing w:after="0"/>
        <w:ind w:left="360"/>
        <w:shd w:val="clear" w:color="auto" w:fill="F2F2F2"/>
      </w:pPr>
      <w:r>
        <w:rPr>
          <w:rFonts w:ascii="Consolas" w:hAnsi="Consolas"/>
          <w:sz w:val="18"/>
        </w:rPr>
        <w:t>{% else %}</w:t>
      </w:r>
    </w:p>
    <w:p>
      <w:pPr>
        <w:spacing w:after="0"/>
        <w:ind w:left="360"/>
        <w:shd w:val="clear" w:color="auto" w:fill="F2F2F2"/>
      </w:pPr>
      <w:r>
        <w:rPr>
          <w:rFonts w:ascii="Consolas" w:hAnsi="Consolas"/>
          <w:sz w:val="18"/>
        </w:rPr>
        <w:t xml:space="preserve">  Regular number of movies</w:t>
      </w:r>
    </w:p>
    <w:p>
      <w:pPr>
        <w:spacing w:after="0"/>
        <w:ind w:left="360"/>
        <w:shd w:val="clear" w:color="auto" w:fill="F2F2F2"/>
      </w:pPr>
      <w:r>
        <w:rPr>
          <w:rFonts w:ascii="Consolas" w:hAnsi="Consolas"/>
          <w:sz w:val="18"/>
        </w:rPr>
        <w:t>{% endif %}</w:t>
      </w:r>
    </w:p>
    <w:p>
      <w:pPr>
        <w:spacing w:after="40"/>
      </w:pPr>
    </w:p>
    <w:p>
      <w:pPr>
        <w:spacing w:after="80"/>
      </w:pPr>
      <w:r>
        <w:rPr>
          <w:b w:val="0"/>
          <w:i w:val="0"/>
        </w:rPr>
        <w:t xml:space="preserve">Đã có sẵn khá nhiều bộ lọc được định nghĩa (xem danh sách tại đây: </w:t>
      </w:r>
      <w:r>
        <w:rPr>
          <w:rFonts w:ascii="Consolas" w:hAnsi="Consolas"/>
          <w:b w:val="0"/>
          <w:i w:val="0"/>
          <w:sz w:val="20"/>
        </w:rPr>
        <w:br/>
        <w:br/>
        <w:t xml:space="preserve">       https://jinja.palletsprojects.com/en/stable/templates/#list-of-builtin-filters</w:t>
        <w:br/>
        <w:t xml:space="preserve">      </w:t>
        <w:br/>
      </w:r>
      <w:r>
        <w:rPr>
          <w:b w:val="0"/>
          <w:i w:val="0"/>
        </w:rPr>
        <w:t xml:space="preserve"> ), và cũng có thể tự định nghĩa bộ lọc tùy chỉnh.</w:t>
      </w:r>
    </w:p>
    <w:p>
      <w:pPr>
        <w:spacing w:after="80"/>
      </w:pPr>
      <w:r>
        <w:rPr>
          <w:b/>
          <w:i w:val="0"/>
        </w:rPr>
        <w:t>Mẹo</w:t>
      </w:r>
    </w:p>
    <w:p>
      <w:pPr>
        <w:spacing w:after="80"/>
      </w:pPr>
      <w:r>
        <w:rPr>
          <w:b w:val="0"/>
          <w:i w:val="0"/>
        </w:rPr>
        <w:t>Lưu ý rằng bạn có thể thêm rất nhiều xử lý và logic vào template bằng các bộ lọc. Dù một chút thì ổn, nhưng hãy cố hạn chế lượng logic trong template. Phần lớn các phép tính cho dữ liệu cần hiển thị nên được thực hiện trước, chỉ để template hiển thị giá trị thôi. Điều này giúp ngữ cảnh rất rõ ràng và đơn giản hóa template, khiến việc quản lý thay đổi bớt đau đầu hơn.</w:t>
      </w:r>
    </w:p>
    <w:p>
      <w:pPr>
        <w:spacing w:after="80"/>
      </w:pPr>
      <w:r>
        <w:rPr>
          <w:b w:val="0"/>
          <w:i w:val="0"/>
        </w:rPr>
        <w:t xml:space="preserve">Khi làm việc với tệp HTML, nên tự động thoát (auto-escape) các biến. Vì một số ký tự có ý nghĩa trong cú pháp HTML, chúng cần được chuyển thành ký tự tương ứng phù hợp để HTML hiển thị chúng đúng cách. Ví dụ, để hiển thị đúng ký tự </w:t>
      </w:r>
      <w:r>
        <w:rPr>
          <w:rFonts w:ascii="Consolas" w:hAnsi="Consolas"/>
          <w:b w:val="0"/>
          <w:i w:val="0"/>
          <w:sz w:val="20"/>
        </w:rPr>
        <w:br/>
        <w:br/>
        <w:t xml:space="preserve">      &lt;</w:t>
        <w:br/>
        <w:t xml:space="preserve">     </w:t>
        <w:br/>
      </w:r>
      <w:r>
        <w:rPr>
          <w:b w:val="0"/>
          <w:i w:val="0"/>
        </w:rPr>
        <w:t xml:space="preserve"> , bạn cần thay nó bằng </w:t>
      </w:r>
      <w:r>
        <w:rPr>
          <w:rFonts w:ascii="Consolas" w:hAnsi="Consolas"/>
          <w:b w:val="0"/>
          <w:i w:val="0"/>
          <w:sz w:val="20"/>
        </w:rPr>
        <w:br/>
        <w:br/>
        <w:t xml:space="preserve">      &lt;</w:t>
        <w:br/>
        <w:t xml:space="preserve">     </w:t>
        <w:br/>
      </w:r>
      <w:r>
        <w:rPr>
          <w:b w:val="0"/>
          <w:i w:val="0"/>
        </w:rPr>
        <w:t xml:space="preserve"> . Để làm điều này tự động, bạn có thể thoát văn bản, nghĩa là Jinja sẽ chuyển đổi nó đúng cách để giữ văn bản kết quả như bạn mong đợi. Để thoát văn bản, hãy tạo template với tham số </w:t>
      </w:r>
      <w:r>
        <w:rPr>
          <w:rFonts w:ascii="Consolas" w:hAnsi="Consolas"/>
          <w:b w:val="0"/>
          <w:i w:val="0"/>
          <w:sz w:val="20"/>
        </w:rPr>
        <w:br/>
        <w:br/>
        <w:t xml:space="preserve">      autoescape</w:t>
        <w:br/>
        <w:t xml:space="preserve">     </w:t>
        <w:br/>
      </w:r>
      <w:r>
        <w:rPr>
          <w:b w:val="0"/>
          <w:i w:val="0"/>
        </w:rPr>
        <w:t xml:space="preserve"> . Xem sự khác biệt tại đây:</w:t>
      </w:r>
    </w:p>
    <w:p>
      <w:pPr>
        <w:spacing w:after="0"/>
        <w:ind w:left="360"/>
        <w:shd w:val="clear" w:color="auto" w:fill="F2F2F2"/>
      </w:pPr>
      <w:r>
        <w:rPr>
          <w:rFonts w:ascii="Consolas" w:hAnsi="Consolas"/>
          <w:sz w:val="18"/>
        </w:rPr>
        <w:t>&gt;&gt;&gt; Template('{{variable}}', autoescape=False).render({'variable': '&lt;'})</w:t>
      </w:r>
    </w:p>
    <w:p>
      <w:pPr>
        <w:spacing w:after="0"/>
        <w:ind w:left="360"/>
        <w:shd w:val="clear" w:color="auto" w:fill="F2F2F2"/>
      </w:pPr>
      <w:r>
        <w:rPr>
          <w:rFonts w:ascii="Consolas" w:hAnsi="Consolas"/>
          <w:sz w:val="18"/>
        </w:rPr>
        <w:t>'&lt;'</w:t>
      </w:r>
    </w:p>
    <w:p>
      <w:pPr>
        <w:spacing w:after="0"/>
        <w:ind w:left="360"/>
        <w:shd w:val="clear" w:color="auto" w:fill="F2F2F2"/>
      </w:pPr>
      <w:r>
        <w:rPr>
          <w:rFonts w:ascii="Consolas" w:hAnsi="Consolas"/>
          <w:sz w:val="18"/>
        </w:rPr>
        <w:t>&gt;&gt;&gt; Template('{{variable}}', autoescape=True).render({'variable': '&lt;'})</w:t>
      </w:r>
    </w:p>
    <w:p>
      <w:pPr>
        <w:spacing w:after="0"/>
        <w:ind w:left="360"/>
        <w:shd w:val="clear" w:color="auto" w:fill="F2F2F2"/>
      </w:pPr>
      <w:r>
        <w:rPr>
          <w:rFonts w:ascii="Consolas" w:hAnsi="Consolas"/>
          <w:sz w:val="18"/>
        </w:rPr>
        <w:t>'&lt;'</w:t>
      </w:r>
    </w:p>
    <w:p>
      <w:pPr>
        <w:spacing w:after="40"/>
      </w:pPr>
    </w:p>
    <w:p>
      <w:pPr>
        <w:spacing w:after="80"/>
      </w:pPr>
      <w:r>
        <w:rPr>
          <w:b w:val="0"/>
          <w:i w:val="0"/>
        </w:rPr>
        <w:t xml:space="preserve">Có thể áp dụng thoát cho từng biến một cách độc lập bằng bộ lọc </w:t>
      </w:r>
      <w:r>
        <w:rPr>
          <w:rFonts w:ascii="Consolas" w:hAnsi="Consolas"/>
          <w:b w:val="0"/>
          <w:i w:val="0"/>
          <w:sz w:val="20"/>
        </w:rPr>
        <w:br/>
        <w:br/>
        <w:t xml:space="preserve">      e</w:t>
        <w:br/>
        <w:t xml:space="preserve">     </w:t>
        <w:br/>
      </w:r>
      <w:r>
        <w:rPr>
          <w:b w:val="0"/>
          <w:i w:val="0"/>
        </w:rPr>
        <w:t xml:space="preserve"> (nghĩa là </w:t>
      </w:r>
      <w:r>
        <w:rPr>
          <w:b w:val="0"/>
          <w:i/>
        </w:rPr>
        <w:t xml:space="preserve"> escape </w:t>
      </w:r>
      <w:r>
        <w:rPr>
          <w:b w:val="0"/>
          <w:i w:val="0"/>
        </w:rPr>
        <w:t xml:space="preserve"> ) và bỏ áp dụng bằng bộ lọc </w:t>
      </w:r>
      <w:r>
        <w:rPr>
          <w:rFonts w:ascii="Consolas" w:hAnsi="Consolas"/>
          <w:b w:val="0"/>
          <w:i w:val="0"/>
          <w:sz w:val="20"/>
        </w:rPr>
        <w:br/>
        <w:br/>
        <w:t xml:space="preserve">      safe</w:t>
        <w:br/>
        <w:t xml:space="preserve">     </w:t>
        <w:br/>
      </w:r>
      <w:r>
        <w:rPr>
          <w:b w:val="0"/>
          <w:i w:val="0"/>
        </w:rPr>
        <w:t xml:space="preserve"> (nghĩa là an toàn để kết xuất nguyên trạng).</w:t>
      </w:r>
    </w:p>
    <w:p>
      <w:pPr>
        <w:spacing w:after="0"/>
        <w:ind w:left="360"/>
        <w:shd w:val="clear" w:color="auto" w:fill="F2F2F2"/>
      </w:pPr>
      <w:r>
        <w:rPr>
          <w:rFonts w:ascii="Consolas" w:hAnsi="Consolas"/>
          <w:sz w:val="18"/>
        </w:rPr>
        <w:t>&gt;&gt;&gt; Template('{{variable|e}}').render({'variable': '&lt;'})</w:t>
      </w:r>
    </w:p>
    <w:p>
      <w:pPr>
        <w:spacing w:after="0"/>
        <w:ind w:left="360"/>
        <w:shd w:val="clear" w:color="auto" w:fill="F2F2F2"/>
      </w:pPr>
      <w:r>
        <w:rPr>
          <w:rFonts w:ascii="Consolas" w:hAnsi="Consolas"/>
          <w:sz w:val="18"/>
        </w:rPr>
        <w:t>'&lt;'</w:t>
      </w:r>
    </w:p>
    <w:p>
      <w:pPr>
        <w:spacing w:after="0"/>
        <w:ind w:left="360"/>
        <w:shd w:val="clear" w:color="auto" w:fill="F2F2F2"/>
      </w:pPr>
      <w:r>
        <w:rPr>
          <w:rFonts w:ascii="Consolas" w:hAnsi="Consolas"/>
          <w:sz w:val="18"/>
        </w:rPr>
        <w:t>&gt;&gt;&gt; Template('{{variable|safe}}').render({'variable': '&lt;'})</w:t>
      </w:r>
    </w:p>
    <w:p>
      <w:pPr>
        <w:spacing w:after="0"/>
        <w:ind w:left="360"/>
        <w:shd w:val="clear" w:color="auto" w:fill="F2F2F2"/>
      </w:pPr>
      <w:r>
        <w:rPr>
          <w:rFonts w:ascii="Consolas" w:hAnsi="Consolas"/>
          <w:sz w:val="18"/>
        </w:rPr>
        <w:t>'&lt;'</w:t>
      </w:r>
    </w:p>
    <w:p>
      <w:pPr>
        <w:spacing w:after="40"/>
      </w:pPr>
    </w:p>
    <w:p>
      <w:pPr>
        <w:spacing w:after="80"/>
      </w:pPr>
      <w:r>
        <w:rPr>
          <w:b w:val="0"/>
          <w:i w:val="0"/>
        </w:rPr>
        <w:t xml:space="preserve">Template Jinja2 có thể mở rộng, nghĩa là bạn có thể tạo một tệp </w:t>
      </w:r>
      <w:r>
        <w:rPr>
          <w:rFonts w:ascii="Consolas" w:hAnsi="Consolas"/>
          <w:b w:val="0"/>
          <w:i w:val="0"/>
          <w:sz w:val="20"/>
        </w:rPr>
        <w:br/>
        <w:br/>
        <w:t xml:space="preserve">      base_template.html</w:t>
        <w:br/>
        <w:t xml:space="preserve">     </w:t>
        <w:br/>
      </w:r>
      <w:r>
        <w:rPr>
          <w:b w:val="0"/>
          <w:i w:val="0"/>
        </w:rPr>
        <w:t xml:space="preserve"> rồi mở rộng nó, thay đổi một số phần tử. Bạn cũng có thể bao gồm các tệp khác, phân chia và tách các phần khác nhau. Tham khảo tài liệu đầy đủ để biết thêm chi tiết.</w:t>
      </w:r>
    </w:p>
    <w:p>
      <w:pPr>
        <w:spacing w:after="80"/>
      </w:pPr>
      <w:r>
        <w:rPr>
          <w:b/>
          <w:i w:val="0"/>
        </w:rPr>
        <w:t>Lưu ý</w:t>
      </w:r>
    </w:p>
    <w:p>
      <w:pPr>
        <w:spacing w:after="80"/>
      </w:pPr>
      <w:r>
        <w:rPr>
          <w:b w:val="0"/>
          <w:i w:val="0"/>
        </w:rPr>
        <w:t>Jinja2 rất mạnh mẽ và cho phép chúng ta tạo các template HTML phức tạp, và cả ở các định dạng khác như LaTeX hay JavaScript, dù điều này cần phải cấu hình. Mình khuyến khích bạn đọc toàn bộ tài liệu và xem qua tất cả các khả năng của nó nhé!</w:t>
      </w:r>
    </w:p>
    <w:p>
      <w:pPr>
        <w:spacing w:after="80"/>
      </w:pPr>
      <w:r>
        <w:rPr>
          <w:b w:val="0"/>
          <w:i w:val="0"/>
        </w:rPr>
        <w:t xml:space="preserve">Toàn bộ tài liệu Jinja2 có thể tìm thấy ở đây: </w:t>
      </w:r>
      <w:r>
        <w:rPr>
          <w:rFonts w:ascii="Consolas" w:hAnsi="Consolas"/>
          <w:b w:val="0"/>
          <w:i w:val="0"/>
          <w:sz w:val="20"/>
        </w:rPr>
        <w:br/>
        <w:br/>
        <w:t xml:space="preserve">       https://jinja.palletsprojects.com/en/stable/</w:t>
        <w:br/>
        <w:t xml:space="preserve">      </w:t>
        <w:br/>
      </w:r>
      <w:r>
        <w:rPr>
          <w:b w:val="0"/>
          <w:i w:val="0"/>
        </w:rPr>
        <w:t xml:space="preserve"> .</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Tạo một báo cáo đơn giản dạng văn bản thuần </w:t>
      </w:r>
      <w:r>
        <w:rPr>
          <w:b w:val="0"/>
          <w:i w:val="0"/>
        </w:rPr>
        <w:t xml:space="preserve"> ở phần trước trong chương này, để tìm hiểu những kiến thức cơ bản về tạo báo cáo văn bản thuần.</w:t>
      </w:r>
    </w:p>
    <w:p>
      <w:pPr>
        <w:spacing w:after="80"/>
        <w:ind w:left="360"/>
      </w:pPr>
      <w:r>
        <w:t xml:space="preserve">• </w:t>
      </w:r>
      <w:r>
        <w:rPr>
          <w:b w:val="0"/>
          <w:i w:val="0"/>
        </w:rPr>
        <w:t xml:space="preserve">Công thức </w:t>
      </w:r>
      <w:r>
        <w:rPr>
          <w:b w:val="0"/>
          <w:i/>
        </w:rPr>
        <w:t xml:space="preserve"> Định dạng văn bản trong Markdown </w:t>
      </w:r>
      <w:r>
        <w:rPr>
          <w:b w:val="0"/>
          <w:i w:val="0"/>
        </w:rPr>
        <w:t xml:space="preserve"> ngay tiếp theo đây, để tìm hiểu Markdown, một định dạng template thay thế.</w:t>
      </w:r>
    </w:p>
    <w:p>
      <w:pPr>
        <w:pStyle w:val="Heading2"/>
      </w:pPr>
      <w:r>
        <w:rPr>
          <w:rFonts w:ascii="Calibri" w:hAnsi="Calibri"/>
          <w:b/>
          <w:i w:val="0"/>
          <w:sz w:val="32"/>
        </w:rPr>
        <w:t>Định dạng văn bản trong Markdown</w:t>
      </w:r>
    </w:p>
    <w:p>
      <w:pPr>
        <w:spacing w:after="80"/>
      </w:pPr>
      <w:r>
        <w:rPr>
          <w:b/>
          <w:i w:val="0"/>
        </w:rPr>
        <w:t xml:space="preserve"> Markdown </w:t>
      </w:r>
      <w:r>
        <w:rPr>
          <w:b w:val="0"/>
          <w:i w:val="0"/>
        </w:rPr>
        <w:t xml:space="preserve"> là một ngôn ngữ đánh dấu (markup language) rất phổ biến dùng để tạo văn bản thuần có thể chuyển đổi thành HTML được định dạng. Đây là một cách hay để cấu trúc tài liệu sao cho chúng vẫn dễ đọc ở dạng văn bản thuần, đồng thời chứa đủ thông tin cấu trúc để có thể được định dạng bằng HTML.</w:t>
      </w:r>
    </w:p>
    <w:p>
      <w:pPr>
        <w:spacing w:after="80"/>
      </w:pPr>
      <w:r>
        <w:rPr>
          <w:b/>
          <w:i w:val="0"/>
        </w:rPr>
        <w:t>Lưu ý</w:t>
      </w:r>
    </w:p>
    <w:p>
      <w:pPr>
        <w:spacing w:after="80"/>
      </w:pPr>
      <w:r>
        <w:rPr>
          <w:b w:val="0"/>
          <w:i w:val="0"/>
        </w:rPr>
        <w:t>Một ưu điểm khác của Markdown là nó rất tự nhiên đối với GenAI khi đọc và viết định dạng này, đến mức khả năng cao là nó sẽ trả về văn bản ở dạng Markdown. Nó rất phổ biến trong giới lập trình viên, và điều đó có lẽ đã ảnh hưởng đến quá trình huấn luyện các mô hình AI.</w:t>
      </w:r>
    </w:p>
    <w:p>
      <w:pPr>
        <w:spacing w:after="80"/>
      </w:pPr>
      <w:r>
        <w:rPr>
          <w:b w:val="0"/>
          <w:i w:val="0"/>
        </w:rPr>
        <w:t>Trong công thức này, chúng ta sẽ xem cách chuyển đổi một tài liệu Markdown thành HTML được định dạng bằng Python.</w:t>
      </w:r>
    </w:p>
    <w:p>
      <w:pPr>
        <w:pStyle w:val="Heading3"/>
      </w:pPr>
      <w:r>
        <w:rPr>
          <w:rFonts w:ascii="Calibri" w:hAnsi="Calibri"/>
          <w:b/>
          <w:i w:val="0"/>
          <w:sz w:val="26"/>
        </w:rPr>
        <w:t>Chuẩn bị</w:t>
      </w:r>
    </w:p>
    <w:p>
      <w:pPr>
        <w:spacing w:after="80"/>
      </w:pPr>
      <w:r>
        <w:rPr>
          <w:b w:val="0"/>
          <w:i w:val="0"/>
        </w:rPr>
        <w:t xml:space="preserve">Chúng ta nên bắt đầu bằng việc cài đặt mô-đun </w:t>
      </w:r>
      <w:r>
        <w:rPr>
          <w:rFonts w:ascii="Consolas" w:hAnsi="Consolas"/>
          <w:b w:val="0"/>
          <w:i w:val="0"/>
          <w:sz w:val="20"/>
        </w:rPr>
        <w:br/>
        <w:br/>
        <w:t xml:space="preserve">      mistune</w:t>
        <w:br/>
        <w:t xml:space="preserve">     </w:t>
        <w:br/>
      </w:r>
      <w:r>
        <w:rPr>
          <w:b w:val="0"/>
          <w:i w:val="0"/>
        </w:rPr>
        <w:t xml:space="preserve"> , thứ sẽ biên dịch các tài liệu Markdown thành HTML:</w:t>
      </w:r>
    </w:p>
    <w:p>
      <w:pPr>
        <w:spacing w:after="0"/>
        <w:ind w:left="360"/>
        <w:shd w:val="clear" w:color="auto" w:fill="F2F2F2"/>
      </w:pPr>
      <w:r>
        <w:rPr>
          <w:rFonts w:ascii="Consolas" w:hAnsi="Consolas"/>
          <w:sz w:val="18"/>
        </w:rPr>
        <w:t>$ echo "mistune==3.2.0" &gt;&gt; requirements.txt</w:t>
      </w:r>
    </w:p>
    <w:p>
      <w:pPr>
        <w:spacing w:after="0"/>
        <w:ind w:left="360"/>
        <w:shd w:val="clear" w:color="auto" w:fill="F2F2F2"/>
      </w:pPr>
      <w:r>
        <w:rPr>
          <w:rFonts w:ascii="Consolas" w:hAnsi="Consolas"/>
          <w:sz w:val="18"/>
        </w:rPr>
        <w:t>$ uv pip install -r requirements.txt</w:t>
      </w:r>
    </w:p>
    <w:p>
      <w:pPr>
        <w:spacing w:after="40"/>
      </w:pPr>
    </w:p>
    <w:p>
      <w:pPr>
        <w:spacing w:after="80"/>
      </w:pPr>
      <w:r>
        <w:rPr>
          <w:b w:val="0"/>
          <w:i w:val="0"/>
        </w:rPr>
        <w:t xml:space="preserve">Trong kho GitHub có một file template tên là </w:t>
      </w:r>
      <w:r>
        <w:rPr>
          <w:rFonts w:ascii="Consolas" w:hAnsi="Consolas"/>
          <w:b w:val="0"/>
          <w:i w:val="0"/>
          <w:sz w:val="20"/>
        </w:rPr>
        <w:br/>
        <w:br/>
        <w:t xml:space="preserve">      markdown_template.md</w:t>
        <w:br/>
        <w:t xml:space="preserve">     </w:t>
        <w:br/>
      </w:r>
      <w:r>
        <w:rPr>
          <w:b w:val="0"/>
          <w:i w:val="0"/>
        </w:rPr>
        <w:t xml:space="preserve"> , đây là template của báo cáo cần tạo.</w:t>
      </w:r>
    </w:p>
    <w:p>
      <w:pPr>
        <w:pStyle w:val="Heading3"/>
      </w:pPr>
      <w:r>
        <w:rPr>
          <w:rFonts w:ascii="Calibri" w:hAnsi="Calibri"/>
          <w:b/>
          <w:i w:val="0"/>
          <w:sz w:val="26"/>
        </w:rPr>
        <w:t>Cách thực hiện...</w:t>
      </w:r>
    </w:p>
    <w:p>
      <w:pPr>
        <w:spacing w:after="80"/>
        <w:ind w:left="360"/>
      </w:pPr>
      <w:r>
        <w:t xml:space="preserve">1. </w:t>
      </w:r>
      <w:r>
        <w:rPr>
          <w:b w:val="0"/>
          <w:i w:val="0"/>
        </w:rPr>
        <w:t xml:space="preserve">Import </w:t>
      </w:r>
      <w:r>
        <w:rPr>
          <w:rFonts w:ascii="Consolas" w:hAnsi="Consolas"/>
          <w:b w:val="0"/>
          <w:i w:val="0"/>
          <w:sz w:val="20"/>
        </w:rPr>
        <w:br/>
        <w:br/>
        <w:t xml:space="preserve">       mistune</w:t>
        <w:br/>
        <w:t xml:space="preserve">      </w:t>
        <w:br/>
      </w:r>
      <w:r>
        <w:rPr>
          <w:b w:val="0"/>
          <w:i w:val="0"/>
        </w:rPr>
        <w:t xml:space="preserve"> và </w:t>
      </w:r>
      <w:r>
        <w:rPr>
          <w:rFonts w:ascii="Consolas" w:hAnsi="Consolas"/>
          <w:b w:val="0"/>
          <w:i w:val="0"/>
          <w:sz w:val="20"/>
        </w:rPr>
        <w:br/>
        <w:br/>
        <w:t xml:space="preserve">       datetime</w:t>
        <w:br/>
        <w:t xml:space="preserve">      </w:t>
        <w:br/>
      </w:r>
      <w:r>
        <w:rPr>
          <w:b w:val="0"/>
          <w:i w:val="0"/>
        </w:rPr>
        <w:t xml:space="preserve"> :</w:t>
      </w:r>
    </w:p>
    <w:p>
      <w:pPr>
        <w:spacing w:after="0"/>
        <w:ind w:left="360"/>
        <w:shd w:val="clear" w:color="auto" w:fill="F2F2F2"/>
      </w:pPr>
      <w:r>
        <w:rPr>
          <w:rFonts w:ascii="Consolas" w:hAnsi="Consolas"/>
          <w:sz w:val="18"/>
        </w:rPr>
        <w:t>&gt;&gt;&gt; import mistune</w:t>
      </w:r>
    </w:p>
    <w:p>
      <w:pPr>
        <w:spacing w:after="0"/>
        <w:ind w:left="360"/>
        <w:shd w:val="clear" w:color="auto" w:fill="F2F2F2"/>
      </w:pPr>
      <w:r>
        <w:rPr>
          <w:rFonts w:ascii="Consolas" w:hAnsi="Consolas"/>
          <w:sz w:val="18"/>
        </w:rPr>
        <w:t>&gt;&gt;&gt; from datetime import datetime</w:t>
      </w:r>
    </w:p>
    <w:p>
      <w:pPr>
        <w:spacing w:after="40"/>
      </w:pPr>
    </w:p>
    <w:p>
      <w:pPr>
        <w:spacing w:after="80"/>
        <w:ind w:left="360"/>
      </w:pPr>
      <w:r>
        <w:t xml:space="preserve">2. </w:t>
      </w:r>
      <w:r>
        <w:rPr>
          <w:b w:val="0"/>
          <w:i w:val="0"/>
        </w:rPr>
        <w:t>Đọc template từ file:</w:t>
      </w:r>
    </w:p>
    <w:p>
      <w:pPr>
        <w:spacing w:after="0"/>
        <w:ind w:left="360"/>
        <w:shd w:val="clear" w:color="auto" w:fill="F2F2F2"/>
      </w:pPr>
      <w:r>
        <w:rPr>
          <w:rFonts w:ascii="Consolas" w:hAnsi="Consolas"/>
          <w:sz w:val="18"/>
        </w:rPr>
        <w:t>&gt;&gt;&gt; with open('markdown_template.md') as file:</w:t>
      </w:r>
    </w:p>
    <w:p>
      <w:pPr>
        <w:spacing w:after="0"/>
        <w:ind w:left="360"/>
        <w:shd w:val="clear" w:color="auto" w:fill="F2F2F2"/>
      </w:pPr>
      <w:r>
        <w:rPr>
          <w:rFonts w:ascii="Consolas" w:hAnsi="Consolas"/>
          <w:sz w:val="18"/>
        </w:rPr>
        <w:t>...     template = file.read()</w:t>
      </w:r>
    </w:p>
    <w:p>
      <w:pPr>
        <w:spacing w:after="40"/>
      </w:pPr>
    </w:p>
    <w:p>
      <w:pPr>
        <w:spacing w:after="80"/>
        <w:ind w:left="360"/>
      </w:pPr>
      <w:r>
        <w:t xml:space="preserve">3. </w:t>
      </w:r>
      <w:r>
        <w:rPr>
          <w:b w:val="0"/>
          <w:i w:val="0"/>
        </w:rPr>
        <w:t>Thiết lập ngữ cảnh cho dữ liệu sẽ được đưa vào báo cáo:</w:t>
      </w:r>
    </w:p>
    <w:p>
      <w:pPr>
        <w:spacing w:after="0"/>
        <w:ind w:left="360"/>
        <w:shd w:val="clear" w:color="auto" w:fill="F2F2F2"/>
      </w:pPr>
      <w:r>
        <w:rPr>
          <w:rFonts w:ascii="Consolas" w:hAnsi="Consolas"/>
          <w:sz w:val="18"/>
        </w:rPr>
        <w:t>&gt;&gt;&gt; context = {</w:t>
      </w:r>
    </w:p>
    <w:p>
      <w:pPr>
        <w:spacing w:after="0"/>
        <w:ind w:left="360"/>
        <w:shd w:val="clear" w:color="auto" w:fill="F2F2F2"/>
      </w:pPr>
      <w:r>
        <w:rPr>
          <w:rFonts w:ascii="Consolas" w:hAnsi="Consolas"/>
          <w:sz w:val="18"/>
        </w:rPr>
        <w:t>...    'date': datetime.now(),</w:t>
      </w:r>
    </w:p>
    <w:p>
      <w:pPr>
        <w:spacing w:after="0"/>
        <w:ind w:left="360"/>
        <w:shd w:val="clear" w:color="auto" w:fill="F2F2F2"/>
      </w:pPr>
      <w:r>
        <w:rPr>
          <w:rFonts w:ascii="Consolas" w:hAnsi="Consolas"/>
          <w:sz w:val="18"/>
        </w:rPr>
        <w:t>...    'pmovies': ['Casablanca', 'The Sound of Music', 'Vertigo'],</w:t>
      </w:r>
    </w:p>
    <w:p>
      <w:pPr>
        <w:spacing w:after="0"/>
        <w:ind w:left="360"/>
        <w:shd w:val="clear" w:color="auto" w:fill="F2F2F2"/>
      </w:pPr>
      <w:r>
        <w:rPr>
          <w:rFonts w:ascii="Consolas" w:hAnsi="Consolas"/>
          <w:sz w:val="18"/>
        </w:rPr>
        <w:t>...    'total_minutes': 404,</w:t>
      </w:r>
    </w:p>
    <w:p>
      <w:pPr>
        <w:spacing w:after="0"/>
        <w:ind w:left="360"/>
        <w:shd w:val="clear" w:color="auto" w:fill="F2F2F2"/>
      </w:pPr>
      <w:r>
        <w:rPr>
          <w:rFonts w:ascii="Consolas" w:hAnsi="Consolas"/>
          <w:sz w:val="18"/>
        </w:rPr>
        <w:t>... }</w:t>
      </w:r>
    </w:p>
    <w:p>
      <w:pPr>
        <w:spacing w:after="40"/>
      </w:pPr>
    </w:p>
    <w:p>
      <w:pPr>
        <w:spacing w:after="80"/>
        <w:ind w:left="360"/>
      </w:pPr>
      <w:r>
        <w:t xml:space="preserve">4. </w:t>
      </w:r>
      <w:r>
        <w:rPr>
          <w:b w:val="0"/>
          <w:i w:val="0"/>
        </w:rPr>
        <w:t>Vì phim cần được hiển thị dưới dạng các gạch đầu dòng, chúng ta sẽ chuyển danh sách thành một danh sách gạch đầu dòng Markdown phù hợp. Chúng ta cũng sẽ lưu số lượng phim:</w:t>
      </w:r>
    </w:p>
    <w:p>
      <w:pPr>
        <w:spacing w:after="0"/>
        <w:ind w:left="360"/>
        <w:shd w:val="clear" w:color="auto" w:fill="F2F2F2"/>
      </w:pPr>
      <w:r>
        <w:rPr>
          <w:rFonts w:ascii="Consolas" w:hAnsi="Consolas"/>
          <w:sz w:val="18"/>
        </w:rPr>
        <w:t>&gt;&gt;&gt; context['num_movies'] = len(context['pmovies'])</w:t>
      </w:r>
    </w:p>
    <w:p>
      <w:pPr>
        <w:spacing w:after="0"/>
        <w:ind w:left="360"/>
        <w:shd w:val="clear" w:color="auto" w:fill="F2F2F2"/>
      </w:pPr>
      <w:r>
        <w:rPr>
          <w:rFonts w:ascii="Consolas" w:hAnsi="Consolas"/>
          <w:sz w:val="18"/>
        </w:rPr>
        <w:t>&gt;&gt;&gt; context['movies'] = '\n'.join('* {}'.format(movie) for movie in context['pmovies'])</w:t>
      </w:r>
    </w:p>
    <w:p>
      <w:pPr>
        <w:spacing w:after="40"/>
      </w:pPr>
    </w:p>
    <w:p>
      <w:pPr>
        <w:spacing w:after="80"/>
        <w:ind w:left="360"/>
      </w:pPr>
      <w:r>
        <w:t xml:space="preserve">5. </w:t>
      </w:r>
      <w:r>
        <w:rPr>
          <w:b w:val="0"/>
          <w:i w:val="0"/>
        </w:rPr>
        <w:t>Render template và biên dịch Markdown kết quả thành HTML:</w:t>
      </w:r>
    </w:p>
    <w:p>
      <w:pPr>
        <w:spacing w:after="0"/>
        <w:ind w:left="360"/>
        <w:shd w:val="clear" w:color="auto" w:fill="F2F2F2"/>
      </w:pPr>
      <w:r>
        <w:rPr>
          <w:rFonts w:ascii="Consolas" w:hAnsi="Consolas"/>
          <w:sz w:val="18"/>
        </w:rPr>
        <w:t>&gt;&gt;&gt; md_report = template.format(**context)</w:t>
      </w:r>
    </w:p>
    <w:p>
      <w:pPr>
        <w:spacing w:after="0"/>
        <w:ind w:left="360"/>
        <w:shd w:val="clear" w:color="auto" w:fill="F2F2F2"/>
      </w:pPr>
      <w:r>
        <w:rPr>
          <w:rFonts w:ascii="Consolas" w:hAnsi="Consolas"/>
          <w:sz w:val="18"/>
        </w:rPr>
        <w:t>&gt;&gt;&gt; report = mistune.markdown(md_report)</w:t>
      </w:r>
    </w:p>
    <w:p>
      <w:pPr>
        <w:spacing w:after="40"/>
      </w:pPr>
    </w:p>
    <w:p>
      <w:pPr>
        <w:spacing w:after="80"/>
        <w:ind w:left="360"/>
      </w:pPr>
      <w:r>
        <w:t xml:space="preserve">6. </w:t>
      </w:r>
      <w:r>
        <w:rPr>
          <w:b w:val="0"/>
          <w:i w:val="0"/>
        </w:rPr>
        <w:t xml:space="preserve">Cuối cùng, lưu báo cáo kết quả vào file </w:t>
      </w:r>
      <w:r>
        <w:rPr>
          <w:rFonts w:ascii="Consolas" w:hAnsi="Consolas"/>
          <w:b w:val="0"/>
          <w:i w:val="0"/>
          <w:sz w:val="20"/>
        </w:rPr>
        <w:br/>
        <w:br/>
        <w:t xml:space="preserve">       report.html</w:t>
        <w:br/>
        <w:t xml:space="preserve">      </w:t>
        <w:br/>
      </w:r>
      <w:r>
        <w:rPr>
          <w:b w:val="0"/>
          <w:i w:val="0"/>
        </w:rPr>
        <w:t>:</w:t>
      </w:r>
    </w:p>
    <w:p>
      <w:pPr>
        <w:spacing w:after="0"/>
        <w:ind w:left="360"/>
        <w:shd w:val="clear" w:color="auto" w:fill="F2F2F2"/>
      </w:pPr>
      <w:r>
        <w:rPr>
          <w:rFonts w:ascii="Consolas" w:hAnsi="Consolas"/>
          <w:sz w:val="18"/>
        </w:rPr>
        <w:t>&gt;&gt;&gt; with open('report.html', 'w') as file:</w:t>
      </w:r>
    </w:p>
    <w:p>
      <w:pPr>
        <w:spacing w:after="0"/>
        <w:ind w:left="360"/>
        <w:shd w:val="clear" w:color="auto" w:fill="F2F2F2"/>
      </w:pPr>
      <w:r>
        <w:rPr>
          <w:rFonts w:ascii="Consolas" w:hAnsi="Consolas"/>
          <w:sz w:val="18"/>
        </w:rPr>
        <w:t>...    file.write(report)</w:t>
      </w:r>
    </w:p>
    <w:p>
      <w:pPr>
        <w:spacing w:after="40"/>
      </w:pPr>
    </w:p>
    <w:p>
      <w:pPr>
        <w:spacing w:after="80"/>
        <w:ind w:left="360"/>
      </w:pPr>
      <w:r>
        <w:t xml:space="preserve">7. </w:t>
      </w:r>
      <w:r>
        <w:rPr>
          <w:b w:val="0"/>
          <w:i w:val="0"/>
        </w:rPr>
        <w:t xml:space="preserve">Mở file </w:t>
      </w:r>
      <w:r>
        <w:rPr>
          <w:rFonts w:ascii="Consolas" w:hAnsi="Consolas"/>
          <w:b w:val="0"/>
          <w:i w:val="0"/>
          <w:sz w:val="20"/>
        </w:rPr>
        <w:br/>
        <w:br/>
        <w:t xml:space="preserve">       report.html</w:t>
        <w:br/>
        <w:t xml:space="preserve">      </w:t>
        <w:br/>
      </w:r>
      <w:r>
        <w:rPr>
          <w:b w:val="0"/>
          <w:i w:val="0"/>
        </w:rPr>
        <w:t xml:space="preserve"> trong trình duyệt để kiểm tra kết quả:</w:t>
      </w:r>
    </w:p>
    <w:p>
      <w:pPr>
        <w:jc w:val="center"/>
      </w:pPr>
      <w:r>
        <w:drawing>
          <wp:inline xmlns:a="http://schemas.openxmlformats.org/drawingml/2006/main" xmlns:pic="http://schemas.openxmlformats.org/drawingml/2006/picture">
            <wp:extent cx="5486400" cy="4133432"/>
            <wp:docPr id="27" name="Picture 27"/>
            <wp:cNvGraphicFramePr>
              <a:graphicFrameLocks noChangeAspect="1"/>
            </wp:cNvGraphicFramePr>
            <a:graphic>
              <a:graphicData uri="http://schemas.openxmlformats.org/drawingml/2006/picture">
                <pic:pic>
                  <pic:nvPicPr>
                    <pic:cNvPr id="0" name="B36973_5_2.png"/>
                    <pic:cNvPicPr/>
                  </pic:nvPicPr>
                  <pic:blipFill>
                    <a:blip r:embed="rId33"/>
                    <a:stretch>
                      <a:fillRect/>
                    </a:stretch>
                  </pic:blipFill>
                  <pic:spPr>
                    <a:xfrm>
                      <a:off x="0" y="0"/>
                      <a:ext cx="5486400" cy="4133432"/>
                    </a:xfrm>
                    <a:prstGeom prst="rect"/>
                  </pic:spPr>
                </pic:pic>
              </a:graphicData>
            </a:graphic>
          </wp:inline>
        </w:drawing>
      </w:r>
    </w:p>
    <w:p>
      <w:pPr>
        <w:spacing w:after="160"/>
        <w:jc w:val="center"/>
      </w:pPr>
      <w:r>
        <w:rPr>
          <w:rFonts w:ascii="Calibri" w:hAnsi="Calibri"/>
          <w:b w:val="0"/>
          <w:i/>
          <w:sz w:val="19"/>
        </w:rPr>
        <w:t>Hình 5.2: Báo cáo đã render, như thấy trong trình duyệt</w:t>
      </w:r>
    </w:p>
    <w:p>
      <w:pPr>
        <w:pStyle w:val="Heading3"/>
      </w:pPr>
      <w:r>
        <w:rPr>
          <w:rFonts w:ascii="Calibri" w:hAnsi="Calibri"/>
          <w:b/>
          <w:i w:val="0"/>
          <w:sz w:val="26"/>
        </w:rPr>
        <w:t>Cách hoạt động...</w:t>
      </w:r>
    </w:p>
    <w:p>
      <w:pPr>
        <w:spacing w:after="80"/>
      </w:pPr>
      <w:r>
        <w:rPr>
          <w:b w:val="0"/>
          <w:i/>
        </w:rPr>
        <w:t xml:space="preserve"> Bước 2 </w:t>
      </w:r>
      <w:r>
        <w:rPr>
          <w:b w:val="0"/>
          <w:i w:val="0"/>
        </w:rPr>
        <w:t xml:space="preserve"> và </w:t>
      </w:r>
      <w:r>
        <w:rPr>
          <w:b w:val="0"/>
          <w:i/>
        </w:rPr>
        <w:t xml:space="preserve"> 3 </w:t>
      </w:r>
      <w:r>
        <w:rPr>
          <w:b w:val="0"/>
          <w:i w:val="0"/>
        </w:rPr>
        <w:t xml:space="preserve"> trong mục </w:t>
      </w:r>
      <w:r>
        <w:rPr>
          <w:b w:val="0"/>
          <w:i/>
        </w:rPr>
        <w:t xml:space="preserve"> How do it… </w:t>
      </w:r>
      <w:r>
        <w:rPr>
          <w:b w:val="0"/>
          <w:i w:val="0"/>
        </w:rPr>
        <w:t xml:space="preserve"> chuẩn bị template và dữ liệu sẽ được hiển thị. Trong </w:t>
      </w:r>
      <w:r>
        <w:rPr>
          <w:b w:val="0"/>
          <w:i/>
        </w:rPr>
        <w:t xml:space="preserve"> bước 4 </w:t>
      </w:r>
      <w:r>
        <w:rPr>
          <w:b w:val="0"/>
          <w:i w:val="0"/>
        </w:rPr>
        <w:t xml:space="preserve"> , thông tin bổ sung được tạo ra – số lượng phim, được suy ra từ phần tử </w:t>
      </w:r>
      <w:r>
        <w:rPr>
          <w:rFonts w:ascii="Consolas" w:hAnsi="Consolas"/>
          <w:b w:val="0"/>
          <w:i w:val="0"/>
          <w:sz w:val="20"/>
        </w:rPr>
        <w:br/>
        <w:br/>
        <w:t xml:space="preserve">      pmovies</w:t>
        <w:br/>
        <w:t xml:space="preserve">     </w:t>
        <w:br/>
      </w:r>
      <w:r>
        <w:rPr>
          <w:b w:val="0"/>
          <w:i w:val="0"/>
        </w:rPr>
        <w:t xml:space="preserve">. Danh sách </w:t>
      </w:r>
      <w:r>
        <w:rPr>
          <w:rFonts w:ascii="Consolas" w:hAnsi="Consolas"/>
          <w:b w:val="0"/>
          <w:i w:val="0"/>
          <w:sz w:val="20"/>
        </w:rPr>
        <w:br/>
        <w:br/>
        <w:t xml:space="preserve">      pmovies</w:t>
        <w:br/>
        <w:t xml:space="preserve">     </w:t>
        <w:br/>
      </w:r>
      <w:r>
        <w:rPr>
          <w:b w:val="0"/>
          <w:i w:val="0"/>
        </w:rPr>
        <w:t xml:space="preserve"> sau đó được chuyển đổi thành một phần tử Markdown hợp lệ từ một list Python. Lưu ý các ký tự xuống dòng và dấu </w:t>
      </w:r>
      <w:r>
        <w:rPr>
          <w:rFonts w:ascii="Consolas" w:hAnsi="Consolas"/>
          <w:b w:val="0"/>
          <w:i w:val="0"/>
          <w:sz w:val="20"/>
        </w:rPr>
        <w:br/>
        <w:br/>
        <w:t xml:space="preserve">      *</w:t>
        <w:br/>
        <w:t xml:space="preserve">     </w:t>
        <w:br/>
      </w:r>
      <w:r>
        <w:rPr>
          <w:b w:val="0"/>
          <w:i w:val="0"/>
        </w:rPr>
        <w:t xml:space="preserve"> ở đầu, sẽ được render thành một gạch đầu dòng:</w:t>
      </w:r>
    </w:p>
    <w:p>
      <w:pPr>
        <w:spacing w:after="0"/>
        <w:ind w:left="360"/>
        <w:shd w:val="clear" w:color="auto" w:fill="F2F2F2"/>
      </w:pPr>
      <w:r>
        <w:rPr>
          <w:rFonts w:ascii="Consolas" w:hAnsi="Consolas"/>
          <w:sz w:val="18"/>
        </w:rPr>
        <w:t>&gt;&gt;&gt; '\n'.join('* {}'.format(movie) for movie in context['pmovies'])</w:t>
      </w:r>
    </w:p>
    <w:p>
      <w:pPr>
        <w:spacing w:after="0"/>
        <w:ind w:left="360"/>
        <w:shd w:val="clear" w:color="auto" w:fill="F2F2F2"/>
      </w:pPr>
      <w:r>
        <w:rPr>
          <w:rFonts w:ascii="Consolas" w:hAnsi="Consolas"/>
          <w:sz w:val="18"/>
        </w:rPr>
        <w:t>'* Casablanca\n* The Sound of Music\n* Vertigo'</w:t>
      </w:r>
    </w:p>
    <w:p>
      <w:pPr>
        <w:spacing w:after="40"/>
      </w:pPr>
    </w:p>
    <w:p>
      <w:pPr>
        <w:spacing w:after="80"/>
      </w:pPr>
      <w:r>
        <w:rPr>
          <w:b w:val="0"/>
          <w:i w:val="0"/>
        </w:rPr>
        <w:t xml:space="preserve">Trong </w:t>
      </w:r>
      <w:r>
        <w:rPr>
          <w:b w:val="0"/>
          <w:i/>
        </w:rPr>
        <w:t xml:space="preserve"> bước 5 </w:t>
      </w:r>
      <w:r>
        <w:rPr>
          <w:b w:val="0"/>
          <w:i w:val="0"/>
        </w:rPr>
        <w:t xml:space="preserve"> , template được tạo ra ở định dạng Markdown. Định dạng này rất dễ đọc ở dạng thô như thế này, đó chính là điểm mạnh của Markdown:</w:t>
      </w:r>
    </w:p>
    <w:p>
      <w:pPr>
        <w:spacing w:after="0"/>
        <w:ind w:left="360"/>
        <w:shd w:val="clear" w:color="auto" w:fill="F2F2F2"/>
      </w:pPr>
      <w:r>
        <w:rPr>
          <w:rFonts w:ascii="Consolas" w:hAnsi="Consolas"/>
          <w:sz w:val="18"/>
        </w:rPr>
        <w:t>Movies Report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Date: 2026-01-17 16:39:40.845144</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Movies seen in the last 30 days: 3</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Casablanca</w:t>
      </w:r>
    </w:p>
    <w:p>
      <w:pPr>
        <w:spacing w:after="0"/>
        <w:ind w:left="360"/>
        <w:shd w:val="clear" w:color="auto" w:fill="F2F2F2"/>
      </w:pPr>
      <w:r>
        <w:rPr>
          <w:rFonts w:ascii="Consolas" w:hAnsi="Consolas"/>
          <w:sz w:val="18"/>
        </w:rPr>
        <w:t>* The Sound of Music</w:t>
      </w:r>
    </w:p>
    <w:p>
      <w:pPr>
        <w:spacing w:after="0"/>
        <w:ind w:left="360"/>
        <w:shd w:val="clear" w:color="auto" w:fill="F2F2F2"/>
      </w:pPr>
      <w:r>
        <w:rPr>
          <w:rFonts w:ascii="Consolas" w:hAnsi="Consolas"/>
          <w:sz w:val="18"/>
        </w:rPr>
        <w:t>* Vertigo</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Total minutes: 404</w:t>
      </w:r>
    </w:p>
    <w:p>
      <w:pPr>
        <w:spacing w:after="40"/>
      </w:pPr>
    </w:p>
    <w:p>
      <w:pPr>
        <w:spacing w:after="80"/>
      </w:pPr>
      <w:r>
        <w:rPr>
          <w:b w:val="0"/>
          <w:i w:val="0"/>
        </w:rPr>
        <w:t xml:space="preserve">Sau đó, sử dụng </w:t>
      </w:r>
      <w:r>
        <w:rPr>
          <w:rFonts w:ascii="Consolas" w:hAnsi="Consolas"/>
          <w:b w:val="0"/>
          <w:i w:val="0"/>
          <w:sz w:val="20"/>
        </w:rPr>
        <w:br/>
        <w:br/>
        <w:t xml:space="preserve">      mistune</w:t>
        <w:br/>
        <w:t xml:space="preserve">     </w:t>
        <w:br/>
      </w:r>
      <w:r>
        <w:rPr>
          <w:b w:val="0"/>
          <w:i w:val="0"/>
        </w:rPr>
        <w:t xml:space="preserve"> , báo cáo được chuyển đổi thành HTML và lưu vào một file trong </w:t>
      </w:r>
      <w:r>
        <w:rPr>
          <w:b w:val="0"/>
          <w:i/>
        </w:rPr>
        <w:t xml:space="preserve"> bước </w:t>
      </w:r>
      <w:r>
        <w:rPr>
          <w:b w:val="0"/>
          <w:i w:val="0"/>
        </w:rPr>
        <w:t xml:space="preserve"> </w:t>
      </w:r>
      <w:r>
        <w:rPr>
          <w:b w:val="0"/>
          <w:i/>
        </w:rPr>
        <w:t xml:space="preserve"> </w:t>
      </w:r>
      <w:r>
        <w:rPr>
          <w:b w:val="0"/>
          <w:i w:val="0"/>
        </w:rPr>
        <w:t xml:space="preserve"> </w:t>
      </w:r>
      <w:r>
        <w:rPr>
          <w:b w:val="0"/>
          <w:i/>
        </w:rPr>
        <w:t xml:space="preserve"> 6 </w:t>
      </w:r>
      <w:r>
        <w:rPr>
          <w:b w:val="0"/>
          <w:i w:val="0"/>
        </w:rPr>
        <w:t xml:space="preserve"> .</w:t>
      </w:r>
    </w:p>
    <w:p>
      <w:pPr>
        <w:pStyle w:val="Heading3"/>
      </w:pPr>
      <w:r>
        <w:rPr>
          <w:rFonts w:ascii="Calibri" w:hAnsi="Calibri"/>
          <w:b/>
          <w:i w:val="0"/>
          <w:sz w:val="26"/>
        </w:rPr>
        <w:t>Còn nhiều thứ khác...</w:t>
      </w:r>
    </w:p>
    <w:p>
      <w:pPr>
        <w:spacing w:after="80"/>
      </w:pPr>
      <w:r>
        <w:rPr>
          <w:b w:val="0"/>
          <w:i w:val="0"/>
        </w:rPr>
        <w:t>Học Markdown cực kỳ hữu ích, vì nó được hỗ trợ bởi nhiều trang web phổ biến như một cách để cho phép nhập văn bản dễ đọc, dễ viết và có thể được render thành định dạng có style. Một số ví dụ là GitHub, Stack Overflow và hầu hết các nền tảng blog.</w:t>
      </w:r>
    </w:p>
    <w:p>
      <w:pPr>
        <w:spacing w:after="80"/>
      </w:pPr>
      <w:r>
        <w:rPr>
          <w:b/>
          <w:i w:val="0"/>
        </w:rPr>
        <w:t>Lưu ý</w:t>
      </w:r>
    </w:p>
    <w:p>
      <w:pPr>
        <w:spacing w:after="80"/>
      </w:pPr>
      <w:r>
        <w:rPr>
          <w:b w:val="0"/>
          <w:i w:val="0"/>
        </w:rPr>
        <w:t>Có nhiều hơn một loại Markdown. Điều này là vì định nghĩa chính thức ban đầu còn hạn chế và mơ hồ, và có ít sự quan tâm đến việc làm rõ hoặc mở rộng nó. Điều này dẫn đến một số cách triển khai hơi khác nhau, chẳng hạn như GitHub Flavored Markdown, CommonMark hoặc MultiMarkdown (có thêm các khả năng bổ sung).</w:t>
      </w:r>
    </w:p>
    <w:p>
      <w:pPr>
        <w:spacing w:after="80"/>
      </w:pPr>
      <w:r>
        <w:rPr>
          <w:b w:val="0"/>
          <w:i w:val="0"/>
        </w:rPr>
        <w:t xml:space="preserve">Markdown thường có thể được render thành HTML, nhưng các định dạng khác cũng có thể. Ví dụ, </w:t>
      </w:r>
      <w:r>
        <w:rPr>
          <w:rFonts w:ascii="Consolas" w:hAnsi="Consolas"/>
          <w:b w:val="0"/>
          <w:i w:val="0"/>
          <w:sz w:val="20"/>
        </w:rPr>
        <w:br/>
        <w:br/>
        <w:t xml:space="preserve">      mistune</w:t>
        <w:br/>
        <w:t xml:space="preserve">     </w:t>
        <w:br/>
      </w:r>
      <w:r>
        <w:rPr>
          <w:b w:val="0"/>
          <w:i w:val="0"/>
        </w:rPr>
        <w:t xml:space="preserve"> có thể render một file Markdown thành RST, một định dạng tương tự được sử dụng trong các dự án Python.</w:t>
      </w:r>
    </w:p>
    <w:p>
      <w:pPr>
        <w:spacing w:after="80"/>
      </w:pPr>
      <w:r>
        <w:rPr>
          <w:b w:val="0"/>
          <w:i w:val="0"/>
        </w:rPr>
        <w:t xml:space="preserve">Văn bản Markdown khá dễ đọc ở dạng thô, nhưng bạn có thể muốn xem trực quan nó sẽ trông như thế nào. Ngày nay có rất nhiều công cụ, bao gồm cả trình soạn thảo văn bản từ các IDE như VS code, nhưng bạn có thể dùng trình soạn thảo trực tuyến Dillinger tại </w:t>
      </w:r>
      <w:r>
        <w:rPr>
          <w:rFonts w:ascii="Consolas" w:hAnsi="Consolas"/>
          <w:b w:val="0"/>
          <w:i w:val="0"/>
          <w:sz w:val="20"/>
        </w:rPr>
        <w:br/>
        <w:br/>
        <w:t xml:space="preserve">       https://dillinger.io/</w:t>
        <w:br/>
        <w:t xml:space="preserve">      </w:t>
        <w:br/>
      </w:r>
      <w:r>
        <w:rPr>
          <w:b w:val="0"/>
          <w:i w:val="0"/>
        </w:rPr>
        <w:t xml:space="preserve"> .</w:t>
      </w:r>
    </w:p>
    <w:p>
      <w:pPr>
        <w:spacing w:after="80"/>
      </w:pPr>
      <w:r>
        <w:rPr>
          <w:b/>
          <w:i w:val="0"/>
        </w:rPr>
        <w:t>Lưu ý</w:t>
      </w:r>
    </w:p>
    <w:p>
      <w:pPr>
        <w:spacing w:after="80"/>
      </w:pPr>
      <w:r>
        <w:rPr>
          <w:b w:val="0"/>
          <w:i w:val="0"/>
        </w:rPr>
        <w:t>Văn bản Markdown sẽ trông khác nhau tùy vào công cụ hiển thị, vì phông chữ, cỡ chữ, chủ đề, v.v. có thể khác nhau. Một số biến thể của Markdown có thể chấp nhận một số tính năng, như bảng, mà những biến thể khác không hỗ trợ. Hãy kiểm tra công cụ cụ thể bạn đang dùng để hiểu rõ mọi chi tiết.</w:t>
      </w:r>
    </w:p>
    <w:p>
      <w:pPr>
        <w:spacing w:after="80"/>
      </w:pPr>
      <w:r>
        <w:rPr>
          <w:b w:val="0"/>
          <w:i w:val="0"/>
        </w:rPr>
        <w:t xml:space="preserve">Tài liệu đầy đủ về Mistune có tại đây: </w:t>
      </w:r>
      <w:r>
        <w:rPr>
          <w:rFonts w:ascii="Consolas" w:hAnsi="Consolas"/>
          <w:b w:val="0"/>
          <w:i w:val="0"/>
          <w:sz w:val="20"/>
        </w:rPr>
        <w:br/>
        <w:br/>
        <w:t xml:space="preserve">       http://mistune.readthedocs.io/en/latest/</w:t>
        <w:br/>
        <w:t xml:space="preserve">      </w:t>
        <w:br/>
      </w:r>
      <w:r>
        <w:rPr>
          <w:b w:val="0"/>
          <w:i w:val="0"/>
        </w:rPr>
        <w:t xml:space="preserve"> .</w:t>
      </w:r>
    </w:p>
    <w:p>
      <w:pPr>
        <w:spacing w:after="80"/>
      </w:pPr>
      <w:r>
        <w:rPr>
          <w:b w:val="0"/>
          <w:i w:val="0"/>
        </w:rPr>
        <w:t xml:space="preserve">Cú pháp Markdown gốc có thể tìm thấy tại </w:t>
      </w:r>
      <w:r>
        <w:rPr>
          <w:rFonts w:ascii="Consolas" w:hAnsi="Consolas"/>
          <w:b w:val="0"/>
          <w:i w:val="0"/>
          <w:sz w:val="20"/>
        </w:rPr>
        <w:br/>
        <w:br/>
        <w:t xml:space="preserve">       https://daringfireball.net/projects/markdown/syntax</w:t>
        <w:br/>
        <w:t xml:space="preserve">      </w:t>
        <w:br/>
      </w:r>
      <w:r>
        <w:rPr>
          <w:b w:val="0"/>
          <w:i w:val="0"/>
        </w:rPr>
        <w:t xml:space="preserve"> , và một bảng tóm tắt hữu ích với những thành phần được dùng thường xuyên nhất có tại </w:t>
      </w:r>
      <w:r>
        <w:rPr>
          <w:rFonts w:ascii="Consolas" w:hAnsi="Consolas"/>
          <w:b w:val="0"/>
          <w:i w:val="0"/>
          <w:sz w:val="20"/>
        </w:rPr>
        <w:br/>
        <w:br/>
        <w:t xml:space="preserve">       https://www.markdownguide.org/cheat-sheet/</w:t>
        <w:br/>
        <w:t xml:space="preserve">      </w:t>
        <w:br/>
      </w:r>
      <w:r>
        <w:rPr>
          <w:b w:val="0"/>
          <w:i w:val="0"/>
        </w:rPr>
        <w:t xml:space="preserve"> .</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Tạo một báo cáo đơn giản bằng văn bản thuần </w:t>
      </w:r>
      <w:r>
        <w:rPr>
          <w:b w:val="0"/>
          <w:i w:val="0"/>
        </w:rPr>
        <w:t xml:space="preserve"> , ở phần trước trong chương này, để học những kiến thức cơ bản về tạo báo cáo văn bản thuần.</w:t>
      </w:r>
    </w:p>
    <w:p>
      <w:pPr>
        <w:spacing w:after="80"/>
        <w:ind w:left="360"/>
      </w:pPr>
      <w:r>
        <w:t xml:space="preserve">• </w:t>
      </w:r>
      <w:r>
        <w:rPr>
          <w:b w:val="0"/>
          <w:i w:val="0"/>
        </w:rPr>
        <w:t xml:space="preserve">Công thức </w:t>
      </w:r>
      <w:r>
        <w:rPr>
          <w:b w:val="0"/>
          <w:i/>
        </w:rPr>
        <w:t xml:space="preserve"> Sử dụng template cho báo cáo </w:t>
      </w:r>
      <w:r>
        <w:rPr>
          <w:b w:val="0"/>
          <w:i w:val="0"/>
        </w:rPr>
        <w:t xml:space="preserve"> , ở phần trước trong chương này, để học cách tạo template trực tiếp bằng HTML.</w:t>
      </w:r>
    </w:p>
    <w:p>
      <w:pPr>
        <w:pStyle w:val="Heading2"/>
      </w:pPr>
      <w:r>
        <w:rPr>
          <w:rFonts w:ascii="Calibri" w:hAnsi="Calibri"/>
          <w:b/>
          <w:i w:val="0"/>
          <w:sz w:val="32"/>
        </w:rPr>
        <w:t>Viết một tài liệu Word cơ bản</w:t>
      </w:r>
    </w:p>
    <w:p>
      <w:pPr>
        <w:spacing w:after="80"/>
      </w:pPr>
      <w:r>
        <w:rPr>
          <w:b/>
          <w:i w:val="0"/>
        </w:rPr>
        <w:t xml:space="preserve"> Microsoft </w:t>
      </w:r>
      <w:r>
        <w:rPr>
          <w:b w:val="0"/>
          <w:i w:val="0"/>
        </w:rPr>
        <w:t xml:space="preserve"> ( </w:t>
      </w:r>
      <w:r>
        <w:rPr>
          <w:b/>
          <w:i w:val="0"/>
        </w:rPr>
        <w:t xml:space="preserve"> MS </w:t>
      </w:r>
      <w:r>
        <w:rPr>
          <w:b w:val="0"/>
          <w:i w:val="0"/>
        </w:rPr>
        <w:t xml:space="preserve"> ) </w:t>
      </w:r>
      <w:r>
        <w:rPr>
          <w:b/>
          <w:i w:val="0"/>
        </w:rPr>
        <w:t xml:space="preserve"> Office </w:t>
      </w:r>
      <w:r>
        <w:rPr>
          <w:b w:val="0"/>
          <w:i w:val="0"/>
        </w:rPr>
        <w:t xml:space="preserve"> là một trong những phần mềm phổ biến nhất, và đặc biệt MS Word gần như là tiêu chuẩn thực tế cho các tài liệu có thể chỉnh sửa. Việc tạo tài liệu </w:t>
      </w:r>
      <w:r>
        <w:rPr>
          <w:rFonts w:ascii="Consolas" w:hAnsi="Consolas"/>
          <w:b w:val="0"/>
          <w:i w:val="0"/>
          <w:sz w:val="20"/>
        </w:rPr>
        <w:br/>
        <w:br/>
        <w:t xml:space="preserve">      .docx</w:t>
        <w:br/>
        <w:t xml:space="preserve">     </w:t>
        <w:br/>
      </w:r>
      <w:r>
        <w:rPr>
          <w:b w:val="0"/>
          <w:i w:val="0"/>
        </w:rPr>
        <w:t xml:space="preserve"> có thể thực hiện bằng các script tự động, giúp phân phối báo cáo dưới định dạng dễ chia sẻ trong nhiều doanh nghiệp.</w:t>
      </w:r>
    </w:p>
    <w:p>
      <w:pPr>
        <w:spacing w:after="80"/>
      </w:pPr>
      <w:r>
        <w:rPr>
          <w:b w:val="0"/>
          <w:i w:val="0"/>
        </w:rPr>
        <w:t>Trong công thức này, chúng ta sẽ học cách tạo một tài liệu Word hoàn chỉnh bằng lập trình.</w:t>
      </w:r>
    </w:p>
    <w:p>
      <w:pPr>
        <w:pStyle w:val="Heading3"/>
      </w:pPr>
      <w:r>
        <w:rPr>
          <w:rFonts w:ascii="Calibri" w:hAnsi="Calibri"/>
          <w:b/>
          <w:i w:val="0"/>
          <w:sz w:val="26"/>
        </w:rPr>
        <w:t>Chuẩn bị</w:t>
      </w:r>
    </w:p>
    <w:p>
      <w:pPr>
        <w:spacing w:after="80"/>
      </w:pPr>
      <w:r>
        <w:rPr>
          <w:b w:val="0"/>
          <w:i w:val="0"/>
        </w:rPr>
        <w:t xml:space="preserve">Chúng ta sẽ dùng mô-đun </w:t>
      </w:r>
      <w:r>
        <w:rPr>
          <w:rFonts w:ascii="Consolas" w:hAnsi="Consolas"/>
          <w:b w:val="0"/>
          <w:i w:val="0"/>
          <w:sz w:val="20"/>
        </w:rPr>
        <w:br/>
        <w:br/>
        <w:t xml:space="preserve">      python‑docx</w:t>
        <w:br/>
        <w:t xml:space="preserve">     </w:t>
        <w:br/>
      </w:r>
      <w:r>
        <w:rPr>
          <w:b w:val="0"/>
          <w:i w:val="0"/>
        </w:rPr>
        <w:t xml:space="preserve"> để xử lý tài liệu Word:</w:t>
      </w:r>
    </w:p>
    <w:p>
      <w:pPr>
        <w:spacing w:after="0"/>
        <w:ind w:left="360"/>
        <w:shd w:val="clear" w:color="auto" w:fill="F2F2F2"/>
      </w:pPr>
      <w:r>
        <w:rPr>
          <w:rFonts w:ascii="Consolas" w:hAnsi="Consolas"/>
          <w:sz w:val="18"/>
        </w:rPr>
        <w:t>$ echo "python-docx==1.2.0" &gt;&gt; requirements.txt</w:t>
      </w:r>
    </w:p>
    <w:p>
      <w:pPr>
        <w:spacing w:after="0"/>
        <w:ind w:left="360"/>
        <w:shd w:val="clear" w:color="auto" w:fill="F2F2F2"/>
      </w:pPr>
      <w:r>
        <w:rPr>
          <w:rFonts w:ascii="Consolas" w:hAnsi="Consolas"/>
          <w:sz w:val="18"/>
        </w:rPr>
        <w:t>$ pip install -r requirements.txt</w:t>
      </w:r>
    </w:p>
    <w:p>
      <w:pPr>
        <w:spacing w:after="40"/>
      </w:pPr>
    </w:p>
    <w:p>
      <w:pPr>
        <w:pStyle w:val="Heading3"/>
      </w:pPr>
      <w:r>
        <w:rPr>
          <w:rFonts w:ascii="Calibri" w:hAnsi="Calibri"/>
          <w:b/>
          <w:i w:val="0"/>
          <w:sz w:val="26"/>
        </w:rPr>
        <w:t>Cách thực hiện...</w:t>
      </w:r>
    </w:p>
    <w:p>
      <w:pPr>
        <w:spacing w:after="80"/>
        <w:ind w:left="360"/>
      </w:pPr>
      <w:r>
        <w:t xml:space="preserve">1. </w:t>
      </w:r>
      <w:r>
        <w:rPr>
          <w:b w:val="0"/>
          <w:i w:val="0"/>
        </w:rPr>
        <w:t xml:space="preserve">Import </w:t>
      </w:r>
      <w:r>
        <w:rPr>
          <w:rFonts w:ascii="Consolas" w:hAnsi="Consolas"/>
          <w:b w:val="0"/>
          <w:i w:val="0"/>
          <w:sz w:val="20"/>
        </w:rPr>
        <w:br/>
        <w:br/>
        <w:t xml:space="preserve">       python‑docx</w:t>
        <w:br/>
        <w:t xml:space="preserve">      </w:t>
        <w:br/>
      </w:r>
      <w:r>
        <w:rPr>
          <w:b w:val="0"/>
          <w:i w:val="0"/>
        </w:rPr>
        <w:t xml:space="preserve"> và </w:t>
      </w:r>
      <w:r>
        <w:rPr>
          <w:rFonts w:ascii="Consolas" w:hAnsi="Consolas"/>
          <w:b w:val="0"/>
          <w:i w:val="0"/>
          <w:sz w:val="20"/>
        </w:rPr>
        <w:br/>
        <w:br/>
        <w:t xml:space="preserve">       datetime</w:t>
        <w:br/>
        <w:t xml:space="preserve">      </w:t>
        <w:br/>
      </w:r>
      <w:r>
        <w:rPr>
          <w:b w:val="0"/>
          <w:i w:val="0"/>
        </w:rPr>
        <w:t xml:space="preserve"> :</w:t>
      </w:r>
    </w:p>
    <w:p>
      <w:pPr>
        <w:spacing w:after="0"/>
        <w:ind w:left="360"/>
        <w:shd w:val="clear" w:color="auto" w:fill="F2F2F2"/>
      </w:pPr>
      <w:r>
        <w:rPr>
          <w:rFonts w:ascii="Consolas" w:hAnsi="Consolas"/>
          <w:sz w:val="18"/>
        </w:rPr>
        <w:t>&gt;&gt;&gt; import docx</w:t>
      </w:r>
    </w:p>
    <w:p>
      <w:pPr>
        <w:spacing w:after="0"/>
        <w:ind w:left="360"/>
        <w:shd w:val="clear" w:color="auto" w:fill="F2F2F2"/>
      </w:pPr>
      <w:r>
        <w:rPr>
          <w:rFonts w:ascii="Consolas" w:hAnsi="Consolas"/>
          <w:sz w:val="18"/>
        </w:rPr>
        <w:t>&gt;&gt;&gt; from datetime import datetime</w:t>
      </w:r>
    </w:p>
    <w:p>
      <w:pPr>
        <w:spacing w:after="40"/>
      </w:pPr>
    </w:p>
    <w:p>
      <w:pPr>
        <w:spacing w:after="80"/>
        <w:ind w:left="360"/>
      </w:pPr>
      <w:r>
        <w:t xml:space="preserve">2. </w:t>
      </w:r>
      <w:r>
        <w:rPr>
          <w:b w:val="0"/>
          <w:i w:val="0"/>
        </w:rPr>
        <w:t>Định nghĩa context với dữ liệu sẽ được lưu trong báo cáo:</w:t>
      </w:r>
    </w:p>
    <w:p>
      <w:pPr>
        <w:spacing w:after="0"/>
        <w:ind w:left="360"/>
        <w:shd w:val="clear" w:color="auto" w:fill="F2F2F2"/>
      </w:pPr>
      <w:r>
        <w:rPr>
          <w:rFonts w:ascii="Consolas" w:hAnsi="Consolas"/>
          <w:sz w:val="18"/>
        </w:rPr>
        <w:t>&gt;&gt;&gt; context = {</w:t>
      </w:r>
    </w:p>
    <w:p>
      <w:pPr>
        <w:spacing w:after="0"/>
        <w:ind w:left="360"/>
        <w:shd w:val="clear" w:color="auto" w:fill="F2F2F2"/>
      </w:pPr>
      <w:r>
        <w:rPr>
          <w:rFonts w:ascii="Consolas" w:hAnsi="Consolas"/>
          <w:sz w:val="18"/>
        </w:rPr>
        <w:t>...     'date': datetime.now(),</w:t>
      </w:r>
    </w:p>
    <w:p>
      <w:pPr>
        <w:spacing w:after="0"/>
        <w:ind w:left="360"/>
        <w:shd w:val="clear" w:color="auto" w:fill="F2F2F2"/>
      </w:pPr>
      <w:r>
        <w:rPr>
          <w:rFonts w:ascii="Consolas" w:hAnsi="Consolas"/>
          <w:sz w:val="18"/>
        </w:rPr>
        <w:t>...     'movies': ['Casablanca', 'The Sound of Music', 'Vertigo'],</w:t>
      </w:r>
    </w:p>
    <w:p>
      <w:pPr>
        <w:spacing w:after="0"/>
        <w:ind w:left="360"/>
        <w:shd w:val="clear" w:color="auto" w:fill="F2F2F2"/>
      </w:pPr>
      <w:r>
        <w:rPr>
          <w:rFonts w:ascii="Consolas" w:hAnsi="Consolas"/>
          <w:sz w:val="18"/>
        </w:rPr>
        <w:t>...     'total_minutes': 404,</w:t>
      </w:r>
    </w:p>
    <w:p>
      <w:pPr>
        <w:spacing w:after="0"/>
        <w:ind w:left="360"/>
        <w:shd w:val="clear" w:color="auto" w:fill="F2F2F2"/>
      </w:pPr>
      <w:r>
        <w:rPr>
          <w:rFonts w:ascii="Consolas" w:hAnsi="Consolas"/>
          <w:sz w:val="18"/>
        </w:rPr>
        <w:t>... }</w:t>
      </w:r>
    </w:p>
    <w:p>
      <w:pPr>
        <w:spacing w:after="40"/>
      </w:pPr>
    </w:p>
    <w:p>
      <w:pPr>
        <w:spacing w:after="80"/>
      </w:pPr>
      <w:r>
        <w:rPr>
          <w:b w:val="0"/>
          <w:i w:val="0"/>
        </w:rPr>
        <w:t xml:space="preserve">Tạo một tài liệu </w:t>
      </w:r>
      <w:r>
        <w:rPr>
          <w:rFonts w:ascii="Consolas" w:hAnsi="Consolas"/>
          <w:b w:val="0"/>
          <w:i w:val="0"/>
          <w:sz w:val="20"/>
        </w:rPr>
        <w:br/>
        <w:br/>
        <w:t xml:space="preserve">      docx</w:t>
        <w:br/>
        <w:t xml:space="preserve">     </w:t>
        <w:br/>
      </w:r>
      <w:r>
        <w:rPr>
          <w:b w:val="0"/>
          <w:i w:val="0"/>
        </w:rPr>
        <w:t xml:space="preserve"> mới và thêm một tiêu đề, 'Movies Report':</w:t>
      </w:r>
    </w:p>
    <w:p>
      <w:pPr>
        <w:spacing w:after="0"/>
        <w:ind w:left="360"/>
        <w:shd w:val="clear" w:color="auto" w:fill="F2F2F2"/>
      </w:pPr>
      <w:r>
        <w:rPr>
          <w:rFonts w:ascii="Consolas" w:hAnsi="Consolas"/>
          <w:sz w:val="18"/>
        </w:rPr>
        <w:t>&gt;&gt;&gt; document = docx.Document()</w:t>
      </w:r>
    </w:p>
    <w:p>
      <w:pPr>
        <w:spacing w:after="0"/>
        <w:ind w:left="360"/>
        <w:shd w:val="clear" w:color="auto" w:fill="F2F2F2"/>
      </w:pPr>
      <w:r>
        <w:rPr>
          <w:rFonts w:ascii="Consolas" w:hAnsi="Consolas"/>
          <w:sz w:val="18"/>
        </w:rPr>
        <w:t>&gt;&gt;&gt; document.add_heading('Movies Report', 0)</w:t>
      </w:r>
    </w:p>
    <w:p>
      <w:pPr>
        <w:spacing w:after="0"/>
        <w:ind w:left="360"/>
        <w:shd w:val="clear" w:color="auto" w:fill="F2F2F2"/>
      </w:pPr>
      <w:r>
        <w:rPr>
          <w:rFonts w:ascii="Consolas" w:hAnsi="Consolas"/>
          <w:sz w:val="18"/>
        </w:rPr>
        <w:t>&lt;docx.text.paragraph.Paragraph object at 0x10b8246e0&gt;</w:t>
      </w:r>
    </w:p>
    <w:p>
      <w:pPr>
        <w:spacing w:after="40"/>
      </w:pPr>
    </w:p>
    <w:p>
      <w:pPr>
        <w:spacing w:after="80"/>
        <w:ind w:left="360"/>
      </w:pPr>
      <w:r>
        <w:t xml:space="preserve">1. </w:t>
      </w:r>
      <w:r>
        <w:rPr>
          <w:b w:val="0"/>
          <w:i w:val="0"/>
        </w:rPr>
        <w:t>Thêm một đoạn văn mô tả ngày tháng, với ngày tháng được in nghiêng:</w:t>
      </w:r>
    </w:p>
    <w:p>
      <w:pPr>
        <w:spacing w:after="0"/>
        <w:ind w:left="360"/>
        <w:shd w:val="clear" w:color="auto" w:fill="F2F2F2"/>
      </w:pPr>
      <w:r>
        <w:rPr>
          <w:rFonts w:ascii="Consolas" w:hAnsi="Consolas"/>
          <w:sz w:val="18"/>
        </w:rPr>
        <w:t>&gt;&gt;&gt; paragraph = document.add_paragraph('Date: ')</w:t>
      </w:r>
    </w:p>
    <w:p>
      <w:pPr>
        <w:spacing w:after="0"/>
        <w:ind w:left="360"/>
        <w:shd w:val="clear" w:color="auto" w:fill="F2F2F2"/>
      </w:pPr>
      <w:r>
        <w:rPr>
          <w:rFonts w:ascii="Consolas" w:hAnsi="Consolas"/>
          <w:sz w:val="18"/>
        </w:rPr>
        <w:t>&gt;&gt;&gt; paragraph.add_run(str(context['date'])).italic = True</w:t>
      </w:r>
    </w:p>
    <w:p>
      <w:pPr>
        <w:spacing w:after="40"/>
      </w:pPr>
    </w:p>
    <w:p>
      <w:pPr>
        <w:spacing w:after="80"/>
        <w:ind w:left="360"/>
      </w:pPr>
      <w:r>
        <w:t xml:space="preserve">2. </w:t>
      </w:r>
      <w:r>
        <w:rPr>
          <w:b w:val="0"/>
          <w:i w:val="0"/>
        </w:rPr>
        <w:t>Trong một đoạn văn khác, thêm thông tin về số lượng phim đã xem:</w:t>
      </w:r>
    </w:p>
    <w:p>
      <w:pPr>
        <w:spacing w:after="0"/>
        <w:ind w:left="360"/>
        <w:shd w:val="clear" w:color="auto" w:fill="F2F2F2"/>
      </w:pPr>
      <w:r>
        <w:rPr>
          <w:rFonts w:ascii="Consolas" w:hAnsi="Consolas"/>
          <w:sz w:val="18"/>
        </w:rPr>
        <w:t>&gt;&gt;&gt; paragraph = document.add_paragraph('Movies see in the last 30 days: ')</w:t>
      </w:r>
    </w:p>
    <w:p>
      <w:pPr>
        <w:spacing w:after="0"/>
        <w:ind w:left="360"/>
        <w:shd w:val="clear" w:color="auto" w:fill="F2F2F2"/>
      </w:pPr>
      <w:r>
        <w:rPr>
          <w:rFonts w:ascii="Consolas" w:hAnsi="Consolas"/>
          <w:sz w:val="18"/>
        </w:rPr>
        <w:t>&gt;&gt;&gt; paragraph.add_run(str(len(context['movies']))).italic = True</w:t>
      </w:r>
    </w:p>
    <w:p>
      <w:pPr>
        <w:spacing w:after="40"/>
      </w:pPr>
    </w:p>
    <w:p>
      <w:pPr>
        <w:spacing w:after="80"/>
        <w:ind w:left="360"/>
      </w:pPr>
      <w:r>
        <w:t xml:space="preserve">3. </w:t>
      </w:r>
      <w:r>
        <w:rPr>
          <w:b w:val="0"/>
          <w:i w:val="0"/>
        </w:rPr>
        <w:t>Thêm từng bộ phim dưới dạng gạch đầu dòng:</w:t>
      </w:r>
    </w:p>
    <w:p>
      <w:pPr>
        <w:spacing w:after="0"/>
        <w:ind w:left="360"/>
        <w:shd w:val="clear" w:color="auto" w:fill="F2F2F2"/>
      </w:pPr>
      <w:r>
        <w:rPr>
          <w:rFonts w:ascii="Consolas" w:hAnsi="Consolas"/>
          <w:sz w:val="18"/>
        </w:rPr>
        <w:t>&gt;&gt;&gt; for movie in context['movies']:</w:t>
      </w:r>
    </w:p>
    <w:p>
      <w:pPr>
        <w:spacing w:after="0"/>
        <w:ind w:left="360"/>
        <w:shd w:val="clear" w:color="auto" w:fill="F2F2F2"/>
      </w:pPr>
      <w:r>
        <w:rPr>
          <w:rFonts w:ascii="Consolas" w:hAnsi="Consolas"/>
          <w:sz w:val="18"/>
        </w:rPr>
        <w:t>...   document.add_paragraph(movie, style='List Bullet')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&lt;docx.text.paragraph.Paragraph object at 0x10b74ad70&gt;</w:t>
      </w:r>
    </w:p>
    <w:p>
      <w:pPr>
        <w:spacing w:after="0"/>
        <w:ind w:left="360"/>
        <w:shd w:val="clear" w:color="auto" w:fill="F2F2F2"/>
      </w:pPr>
      <w:r>
        <w:rPr>
          <w:rFonts w:ascii="Consolas" w:hAnsi="Consolas"/>
          <w:sz w:val="18"/>
        </w:rPr>
        <w:t>&lt;docx.text.paragraph.Paragraph object at 0x10b74bce0&gt;</w:t>
      </w:r>
    </w:p>
    <w:p>
      <w:pPr>
        <w:spacing w:after="0"/>
        <w:ind w:left="360"/>
        <w:shd w:val="clear" w:color="auto" w:fill="F2F2F2"/>
      </w:pPr>
      <w:r>
        <w:rPr>
          <w:rFonts w:ascii="Consolas" w:hAnsi="Consolas"/>
          <w:sz w:val="18"/>
        </w:rPr>
        <w:t>&lt;docx.text.paragraph.Paragraph object at 0x10b80c830&gt;</w:t>
      </w:r>
    </w:p>
    <w:p>
      <w:pPr>
        <w:spacing w:after="40"/>
      </w:pPr>
    </w:p>
    <w:p>
      <w:pPr>
        <w:spacing w:after="80"/>
        <w:ind w:left="360"/>
      </w:pPr>
      <w:r>
        <w:t xml:space="preserve">4. </w:t>
      </w:r>
      <w:r>
        <w:rPr>
          <w:b w:val="0"/>
          <w:i w:val="0"/>
        </w:rPr>
        <w:t>Thêm tổng số phút và lưu tệp, như sau:</w:t>
      </w:r>
    </w:p>
    <w:p>
      <w:pPr>
        <w:spacing w:after="0"/>
        <w:ind w:left="360"/>
        <w:shd w:val="clear" w:color="auto" w:fill="F2F2F2"/>
      </w:pPr>
      <w:r>
        <w:rPr>
          <w:rFonts w:ascii="Consolas" w:hAnsi="Consolas"/>
          <w:sz w:val="18"/>
        </w:rPr>
        <w:t>&gt;&gt;&gt; paragraph = document.add_paragraph('Total minutes: ')</w:t>
      </w:r>
    </w:p>
    <w:p>
      <w:pPr>
        <w:spacing w:after="0"/>
        <w:ind w:left="360"/>
        <w:shd w:val="clear" w:color="auto" w:fill="F2F2F2"/>
      </w:pPr>
      <w:r>
        <w:rPr>
          <w:rFonts w:ascii="Consolas" w:hAnsi="Consolas"/>
          <w:sz w:val="18"/>
        </w:rPr>
        <w:t>&gt;&gt;&gt; paragraph.add_run(str(context['total_minutes'])).italic = True</w:t>
      </w:r>
    </w:p>
    <w:p>
      <w:pPr>
        <w:spacing w:after="0"/>
        <w:ind w:left="360"/>
        <w:shd w:val="clear" w:color="auto" w:fill="F2F2F2"/>
      </w:pPr>
      <w:r>
        <w:rPr>
          <w:rFonts w:ascii="Consolas" w:hAnsi="Consolas"/>
          <w:sz w:val="18"/>
        </w:rPr>
        <w:t>&gt;&gt;&gt; document.save('word-report.docx')</w:t>
      </w:r>
    </w:p>
    <w:p>
      <w:pPr>
        <w:spacing w:after="40"/>
      </w:pPr>
    </w:p>
    <w:p>
      <w:pPr>
        <w:spacing w:after="80"/>
        <w:ind w:left="360"/>
      </w:pPr>
      <w:r>
        <w:t xml:space="preserve">5. </w:t>
      </w:r>
      <w:r>
        <w:rPr>
          <w:b w:val="0"/>
          <w:i w:val="0"/>
        </w:rPr>
        <w:t xml:space="preserve">Đóng trình thông dịch và mở tệp </w:t>
      </w:r>
      <w:r>
        <w:rPr>
          <w:rFonts w:ascii="Consolas" w:hAnsi="Consolas"/>
          <w:b w:val="0"/>
          <w:i w:val="0"/>
          <w:sz w:val="20"/>
        </w:rPr>
        <w:br/>
        <w:br/>
        <w:t xml:space="preserve">       word‑report.docx</w:t>
        <w:br/>
        <w:t xml:space="preserve">      </w:t>
        <w:br/>
      </w:r>
      <w:r>
        <w:rPr>
          <w:b w:val="0"/>
          <w:i w:val="0"/>
        </w:rPr>
        <w:t xml:space="preserve"> để kiểm tra:</w:t>
      </w:r>
    </w:p>
    <w:p>
      <w:pPr>
        <w:jc w:val="center"/>
      </w:pPr>
      <w:r>
        <w:drawing>
          <wp:inline xmlns:a="http://schemas.openxmlformats.org/drawingml/2006/main" xmlns:pic="http://schemas.openxmlformats.org/drawingml/2006/picture">
            <wp:extent cx="5486400" cy="3825707"/>
            <wp:docPr id="28" name="Picture 28"/>
            <wp:cNvGraphicFramePr>
              <a:graphicFrameLocks noChangeAspect="1"/>
            </wp:cNvGraphicFramePr>
            <a:graphic>
              <a:graphicData uri="http://schemas.openxmlformats.org/drawingml/2006/picture">
                <pic:pic>
                  <pic:nvPicPr>
                    <pic:cNvPr id="0" name="B36973_5_3.png"/>
                    <pic:cNvPicPr/>
                  </pic:nvPicPr>
                  <pic:blipFill>
                    <a:blip r:embed="rId34"/>
                    <a:stretch>
                      <a:fillRect/>
                    </a:stretch>
                  </pic:blipFill>
                  <pic:spPr>
                    <a:xfrm>
                      <a:off x="0" y="0"/>
                      <a:ext cx="5486400" cy="3825707"/>
                    </a:xfrm>
                    <a:prstGeom prst="rect"/>
                  </pic:spPr>
                </pic:pic>
              </a:graphicData>
            </a:graphic>
          </wp:inline>
        </w:drawing>
      </w:r>
    </w:p>
    <w:p>
      <w:pPr>
        <w:spacing w:after="160"/>
        <w:jc w:val="center"/>
      </w:pPr>
      <w:r>
        <w:rPr>
          <w:rFonts w:ascii="Calibri" w:hAnsi="Calibri"/>
          <w:b w:val="0"/>
          <w:i/>
          <w:sz w:val="19"/>
        </w:rPr>
        <w:t>Hình 5.3: Nội dung của word-report.docx</w:t>
      </w:r>
    </w:p>
    <w:p>
      <w:pPr>
        <w:pStyle w:val="Heading3"/>
      </w:pPr>
      <w:r>
        <w:rPr>
          <w:rFonts w:ascii="Calibri" w:hAnsi="Calibri"/>
          <w:b/>
          <w:i w:val="0"/>
          <w:sz w:val="26"/>
        </w:rPr>
        <w:t>Cách hoạt động...</w:t>
      </w:r>
    </w:p>
    <w:p>
      <w:pPr>
        <w:spacing w:after="80"/>
      </w:pPr>
      <w:r>
        <w:rPr>
          <w:b w:val="0"/>
          <w:i w:val="0"/>
        </w:rPr>
        <w:t xml:space="preserve">Điều cơ bản của một tài liệu Word là nó được chia thành các </w:t>
      </w:r>
      <w:r>
        <w:rPr>
          <w:b w:val="0"/>
          <w:i/>
        </w:rPr>
        <w:t xml:space="preserve"> đoạn văn </w:t>
      </w:r>
      <w:r>
        <w:rPr>
          <w:b w:val="0"/>
          <w:i w:val="0"/>
        </w:rPr>
        <w:t xml:space="preserve"> , và mỗi đoạn văn được chia thành các </w:t>
      </w:r>
      <w:r>
        <w:rPr>
          <w:b w:val="0"/>
          <w:i/>
        </w:rPr>
        <w:t xml:space="preserve"> run </w:t>
      </w:r>
      <w:r>
        <w:rPr>
          <w:b w:val="0"/>
          <w:i w:val="0"/>
        </w:rPr>
        <w:t xml:space="preserve"> . Một run là một phần của đoạn văn có cùng kiểu định dạng.</w:t>
      </w:r>
    </w:p>
    <w:p>
      <w:pPr>
        <w:spacing w:after="80"/>
      </w:pPr>
      <w:r>
        <w:rPr>
          <w:b w:val="0"/>
          <w:i/>
        </w:rPr>
        <w:t xml:space="preserve"> Bước 1 </w:t>
      </w:r>
      <w:r>
        <w:rPr>
          <w:b w:val="0"/>
          <w:i w:val="0"/>
        </w:rPr>
        <w:t xml:space="preserve"> và </w:t>
      </w:r>
      <w:r>
        <w:rPr>
          <w:b w:val="0"/>
          <w:i/>
        </w:rPr>
        <w:t xml:space="preserve"> 2 </w:t>
      </w:r>
      <w:r>
        <w:rPr>
          <w:b w:val="0"/>
          <w:i w:val="0"/>
        </w:rPr>
        <w:t xml:space="preserve"> trong phần </w:t>
      </w:r>
      <w:r>
        <w:rPr>
          <w:b w:val="0"/>
          <w:i/>
        </w:rPr>
        <w:t xml:space="preserve"> Cách thực hiện… </w:t>
      </w:r>
      <w:r>
        <w:rPr>
          <w:b w:val="0"/>
          <w:i w:val="0"/>
        </w:rPr>
        <w:t xml:space="preserve"> là bước chuẩn bị để nhập và định nghĩa dữ liệu sẽ được lưu trong báo cáo.</w:t>
      </w:r>
    </w:p>
    <w:p>
      <w:pPr>
        <w:spacing w:after="80"/>
      </w:pPr>
      <w:r>
        <w:rPr>
          <w:b w:val="0"/>
          <w:i w:val="0"/>
        </w:rPr>
        <w:t xml:space="preserve">Trong </w:t>
      </w:r>
      <w:r>
        <w:rPr>
          <w:b w:val="0"/>
          <w:i/>
        </w:rPr>
        <w:t xml:space="preserve"> bước 3 </w:t>
      </w:r>
      <w:r>
        <w:rPr>
          <w:b w:val="0"/>
          <w:i w:val="0"/>
        </w:rPr>
        <w:t xml:space="preserve"> , tài liệu được tạo và một tiêu đề với tên đúng được thêm vào. Thao tác này tự động định dạng văn bản.</w:t>
      </w:r>
    </w:p>
    <w:p>
      <w:pPr>
        <w:spacing w:after="80"/>
      </w:pPr>
      <w:r>
        <w:rPr>
          <w:b w:val="0"/>
          <w:i w:val="0"/>
        </w:rPr>
        <w:t xml:space="preserve">Việc xử lý các đoạn văn được giới thiệu trong </w:t>
      </w:r>
      <w:r>
        <w:rPr>
          <w:b w:val="0"/>
          <w:i/>
        </w:rPr>
        <w:t xml:space="preserve"> bước 4 </w:t>
      </w:r>
      <w:r>
        <w:rPr>
          <w:b w:val="0"/>
          <w:i w:val="0"/>
        </w:rPr>
        <w:t xml:space="preserve"> . Một đoạn văn mới được tạo dựa trên văn bản với kiểu định dạng mặc định, nhưng có thể thêm các run mới để thay đổi nó. Ở đây, chúng ta đã thêm run đầu tiên với văn bản 'Date:', nhưng một run khác được thêm vào sau đó với thời gian cụ thể và định dạng được đổi thành </w:t>
      </w:r>
      <w:r>
        <w:rPr>
          <w:b w:val="0"/>
          <w:i/>
        </w:rPr>
        <w:t xml:space="preserve"> in nghiêng </w:t>
      </w:r>
      <w:r>
        <w:rPr>
          <w:b w:val="0"/>
          <w:i w:val="0"/>
        </w:rPr>
        <w:t xml:space="preserve"> .</w:t>
      </w:r>
    </w:p>
    <w:p>
      <w:pPr>
        <w:spacing w:after="80"/>
      </w:pPr>
      <w:r>
        <w:rPr>
          <w:b w:val="0"/>
          <w:i w:val="0"/>
        </w:rPr>
        <w:t xml:space="preserve">Trong </w:t>
      </w:r>
      <w:r>
        <w:rPr>
          <w:b w:val="0"/>
          <w:i/>
        </w:rPr>
        <w:t xml:space="preserve"> bước 5 </w:t>
      </w:r>
      <w:r>
        <w:rPr>
          <w:b w:val="0"/>
          <w:i w:val="0"/>
        </w:rPr>
        <w:t xml:space="preserve"> và </w:t>
      </w:r>
      <w:r>
        <w:rPr>
          <w:b w:val="0"/>
          <w:i/>
        </w:rPr>
        <w:t xml:space="preserve"> 6 </w:t>
      </w:r>
      <w:r>
        <w:rPr>
          <w:b w:val="0"/>
          <w:i w:val="0"/>
        </w:rPr>
        <w:t xml:space="preserve"> , chúng ta có thể thấy thông tin về các bộ phim. Phần đầu tiên lưu số lượng phim, theo định dạng tương tự như </w:t>
      </w:r>
      <w:r>
        <w:rPr>
          <w:b w:val="0"/>
          <w:i/>
        </w:rPr>
        <w:t xml:space="preserve"> bước 4 </w:t>
      </w:r>
      <w:r>
        <w:rPr>
          <w:b w:val="0"/>
          <w:i w:val="0"/>
        </w:rPr>
        <w:t xml:space="preserve"> . Sau đó, các bộ phim được thêm vào báo cáo từng cái một, và kiểu định dạng được thiết lập thành gạch đầu dòng với kiểu 'List Bullet'.</w:t>
      </w:r>
    </w:p>
    <w:p>
      <w:pPr>
        <w:spacing w:after="80"/>
      </w:pPr>
      <w:r>
        <w:rPr>
          <w:b w:val="0"/>
          <w:i w:val="0"/>
        </w:rPr>
        <w:t xml:space="preserve">Cuối cùng, </w:t>
      </w:r>
      <w:r>
        <w:rPr>
          <w:b w:val="0"/>
          <w:i/>
        </w:rPr>
        <w:t xml:space="preserve"> bước 7 </w:t>
      </w:r>
      <w:r>
        <w:rPr>
          <w:b w:val="0"/>
          <w:i w:val="0"/>
        </w:rPr>
        <w:t xml:space="preserve"> lưu tổng thời lượng của tất cả các bộ phim, theo cách tương tự như </w:t>
      </w:r>
      <w:r>
        <w:rPr>
          <w:b w:val="0"/>
          <w:i/>
        </w:rPr>
        <w:t xml:space="preserve"> bước 4 </w:t>
      </w:r>
      <w:r>
        <w:rPr>
          <w:b w:val="0"/>
          <w:i w:val="0"/>
        </w:rPr>
        <w:t xml:space="preserve"> , và cuối cùng lưu tài liệu vào một tệp.</w:t>
      </w:r>
    </w:p>
    <w:p>
      <w:pPr>
        <w:pStyle w:val="Heading3"/>
      </w:pPr>
      <w:r>
        <w:rPr>
          <w:rFonts w:ascii="Calibri" w:hAnsi="Calibri"/>
          <w:b/>
          <w:i w:val="0"/>
          <w:sz w:val="26"/>
        </w:rPr>
        <w:t>Còn nữa...</w:t>
      </w:r>
    </w:p>
    <w:p>
      <w:pPr>
        <w:spacing w:after="80"/>
      </w:pPr>
      <w:r>
        <w:rPr>
          <w:b w:val="0"/>
          <w:i w:val="0"/>
        </w:rPr>
        <w:t>Nếu bạn cần thêm các dòng trống trong tài liệu cho mục đích định dạng, hãy thêm các đoạn văn trống.</w:t>
      </w:r>
    </w:p>
    <w:p>
      <w:pPr>
        <w:spacing w:after="80"/>
      </w:pPr>
      <w:r>
        <w:rPr>
          <w:b w:val="0"/>
          <w:i w:val="0"/>
        </w:rPr>
        <w:t xml:space="preserve">Do cách thức hoạt động của định dạng </w:t>
      </w:r>
      <w:r>
        <w:rPr>
          <w:rFonts w:ascii="Consolas" w:hAnsi="Consolas"/>
          <w:b w:val="0"/>
          <w:i w:val="0"/>
          <w:sz w:val="20"/>
        </w:rPr>
        <w:br/>
        <w:br/>
        <w:t xml:space="preserve">      .docx</w:t>
        <w:br/>
        <w:t xml:space="preserve">     </w:t>
        <w:br/>
      </w:r>
      <w:r>
        <w:rPr>
          <w:b w:val="0"/>
          <w:i w:val="0"/>
        </w:rPr>
        <w:t>, không có cách nào dễ dàng để xác định một tài liệu sẽ có bao nhiêu trang, hay một đoạn văn nằm ở trang nào: những điều này được quyết định vào lúc kết xuất (rendering). Bạn có thể cần chạy một vài thử nghiệm về kích thước, đặc biệt nếu bạn đang tạo các tài liệu động.</w:t>
      </w:r>
    </w:p>
    <w:p>
      <w:pPr>
        <w:spacing w:after="80"/>
      </w:pPr>
      <w:r>
        <w:rPr>
          <w:b/>
          <w:i w:val="0"/>
        </w:rPr>
        <w:t>Mẹo</w:t>
      </w:r>
    </w:p>
    <w:p>
      <w:pPr>
        <w:spacing w:after="80"/>
      </w:pPr>
      <w:r>
        <w:rPr>
          <w:b w:val="0"/>
          <w:i w:val="0"/>
        </w:rPr>
        <w:t xml:space="preserve">Ngay cả khi bạn tạo các tệp </w:t>
      </w:r>
      <w:r>
        <w:rPr>
          <w:rFonts w:ascii="Consolas" w:hAnsi="Consolas"/>
          <w:b w:val="0"/>
          <w:i w:val="0"/>
          <w:sz w:val="20"/>
        </w:rPr>
        <w:br/>
        <w:br/>
        <w:t xml:space="preserve">       .docx</w:t>
        <w:br/>
        <w:t xml:space="preserve">      </w:t>
        <w:br/>
      </w:r>
      <w:r>
        <w:rPr>
          <w:b w:val="0"/>
          <w:i w:val="0"/>
        </w:rPr>
        <w:t>, không nhất thiết phải có MS Office. Có những ứng dụng khác có thể mở và xử lý các tệp này, bao gồm cả những lựa chọn thay thế miễn phí như LibreOffice.</w:t>
      </w:r>
    </w:p>
    <w:p>
      <w:pPr>
        <w:spacing w:after="80"/>
      </w:pPr>
      <w:r>
        <w:rPr>
          <w:b w:val="0"/>
          <w:i w:val="0"/>
        </w:rPr>
        <w:t xml:space="preserve">Toàn bộ tài liệu về </w:t>
      </w:r>
      <w:r>
        <w:rPr>
          <w:rFonts w:ascii="Consolas" w:hAnsi="Consolas"/>
          <w:b w:val="0"/>
          <w:i w:val="0"/>
          <w:sz w:val="20"/>
        </w:rPr>
        <w:br/>
        <w:br/>
        <w:t xml:space="preserve">      python‑docx</w:t>
        <w:br/>
        <w:t xml:space="preserve">     </w:t>
        <w:br/>
      </w:r>
      <w:r>
        <w:rPr>
          <w:b w:val="0"/>
          <w:i w:val="0"/>
        </w:rPr>
        <w:t xml:space="preserve"> có sẵn ở đây: </w:t>
      </w:r>
      <w:r>
        <w:rPr>
          <w:rFonts w:ascii="Consolas" w:hAnsi="Consolas"/>
          <w:b w:val="0"/>
          <w:i w:val="0"/>
          <w:sz w:val="20"/>
        </w:rPr>
        <w:br/>
        <w:br/>
        <w:t xml:space="preserve">       https://python-docx.readthedocs.io/en/latest/</w:t>
        <w:br/>
        <w:t xml:space="preserve">      </w:t>
        <w:br/>
      </w:r>
      <w:r>
        <w:rPr>
          <w:b w:val="0"/>
          <w:i w:val="0"/>
        </w:rPr>
        <w:t>.</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Định dạng kiểu dáng cho tài liệu Word </w:t>
      </w:r>
      <w:r>
        <w:rPr>
          <w:b w:val="0"/>
          <w:i w:val="0"/>
        </w:rPr>
        <w:t>, sẽ có ngay sau đây, để học cách định dạng một tài liệu.</w:t>
      </w:r>
    </w:p>
    <w:p>
      <w:pPr>
        <w:spacing w:after="80"/>
        <w:ind w:left="360"/>
      </w:pPr>
      <w:r>
        <w:t xml:space="preserve">• </w:t>
      </w:r>
      <w:r>
        <w:rPr>
          <w:b w:val="0"/>
          <w:i w:val="0"/>
        </w:rPr>
        <w:t xml:space="preserve">Công thức </w:t>
      </w:r>
      <w:r>
        <w:rPr>
          <w:b w:val="0"/>
          <w:i/>
        </w:rPr>
        <w:t xml:space="preserve"> Tạo cấu trúc trong tài liệu Word </w:t>
      </w:r>
      <w:r>
        <w:rPr>
          <w:b w:val="0"/>
          <w:i w:val="0"/>
        </w:rPr>
        <w:t>, ở phần sau của chương này, để học cách tạo các mục (section) và các dấu phân cách khác trong tài liệu Word.</w:t>
      </w:r>
    </w:p>
    <w:p>
      <w:pPr>
        <w:pStyle w:val="Heading2"/>
      </w:pPr>
      <w:r>
        <w:rPr>
          <w:rFonts w:ascii="Calibri" w:hAnsi="Calibri"/>
          <w:b/>
          <w:i w:val="0"/>
          <w:sz w:val="32"/>
        </w:rPr>
        <w:t>Định dạng kiểu dáng cho tài liệu Word</w:t>
      </w:r>
    </w:p>
    <w:p>
      <w:pPr>
        <w:spacing w:after="80"/>
      </w:pPr>
      <w:r>
        <w:rPr>
          <w:b w:val="0"/>
          <w:i w:val="0"/>
        </w:rPr>
        <w:t>Một tài liệu Word có thể chứa văn bản gần như không có định dạng gì, nhưng chúng ta cũng có thể thêm kiểu dáng (styling) để tăng tính dễ hiểu của nội dung được hiển thị. Word có một bộ kiểu dáng (style) được định nghĩa sẵn có thể áp dụng cho tài liệu và dùng để làm nổi bật những phần quan trọng của nó.</w:t>
      </w:r>
    </w:p>
    <w:p>
      <w:pPr>
        <w:pStyle w:val="Heading3"/>
      </w:pPr>
      <w:r>
        <w:rPr>
          <w:rFonts w:ascii="Calibri" w:hAnsi="Calibri"/>
          <w:b/>
          <w:i w:val="0"/>
          <w:sz w:val="26"/>
        </w:rPr>
        <w:t>Chuẩn bị</w:t>
      </w:r>
    </w:p>
    <w:p>
      <w:pPr>
        <w:spacing w:after="80"/>
      </w:pPr>
      <w:r>
        <w:rPr>
          <w:b w:val="0"/>
          <w:i w:val="0"/>
        </w:rPr>
        <w:t xml:space="preserve">Chúng ta sẽ dùng mô-đun </w:t>
      </w:r>
      <w:r>
        <w:rPr>
          <w:rFonts w:ascii="Consolas" w:hAnsi="Consolas"/>
          <w:b w:val="0"/>
          <w:i w:val="0"/>
          <w:sz w:val="20"/>
        </w:rPr>
        <w:br/>
        <w:br/>
        <w:t xml:space="preserve">      python‑docx</w:t>
        <w:br/>
        <w:t xml:space="preserve">     </w:t>
        <w:br/>
      </w:r>
      <w:r>
        <w:rPr>
          <w:b w:val="0"/>
          <w:i w:val="0"/>
        </w:rPr>
        <w:t xml:space="preserve"> để xử lý tài liệu Word, nên hãy chắc chắn rằng bạn đã có nó trong môi trường của mình:</w:t>
      </w:r>
    </w:p>
    <w:p>
      <w:pPr>
        <w:spacing w:after="0"/>
        <w:ind w:left="360"/>
        <w:shd w:val="clear" w:color="auto" w:fill="F2F2F2"/>
      </w:pPr>
      <w:r>
        <w:rPr>
          <w:rFonts w:ascii="Consolas" w:hAnsi="Consolas"/>
          <w:sz w:val="18"/>
        </w:rPr>
        <w:t>$ echo "python-docx==1.2.0" &gt;&gt; requirements.txt</w:t>
      </w:r>
    </w:p>
    <w:p>
      <w:pPr>
        <w:spacing w:after="0"/>
        <w:ind w:left="360"/>
        <w:shd w:val="clear" w:color="auto" w:fill="F2F2F2"/>
      </w:pPr>
      <w:r>
        <w:rPr>
          <w:rFonts w:ascii="Consolas" w:hAnsi="Consolas"/>
          <w:sz w:val="18"/>
        </w:rPr>
        <w:t>$ uv pip install -r requirements.txt</w:t>
      </w:r>
    </w:p>
    <w:p>
      <w:pPr>
        <w:spacing w:after="40"/>
      </w:pPr>
    </w:p>
    <w:p>
      <w:pPr>
        <w:pStyle w:val="Heading3"/>
      </w:pPr>
      <w:r>
        <w:rPr>
          <w:rFonts w:ascii="Calibri" w:hAnsi="Calibri"/>
          <w:b/>
          <w:i w:val="0"/>
          <w:sz w:val="26"/>
        </w:rPr>
        <w:t>Cách thực hiện...</w:t>
      </w:r>
    </w:p>
    <w:p>
      <w:pPr>
        <w:spacing w:after="80"/>
        <w:ind w:left="360"/>
      </w:pPr>
      <w:r>
        <w:t xml:space="preserve">1. </w:t>
      </w:r>
      <w:r>
        <w:rPr>
          <w:b w:val="0"/>
          <w:i w:val="0"/>
        </w:rPr>
        <w:t xml:space="preserve">Import mô-đun </w:t>
      </w:r>
      <w:r>
        <w:rPr>
          <w:rFonts w:ascii="Consolas" w:hAnsi="Consolas"/>
          <w:b w:val="0"/>
          <w:i w:val="0"/>
          <w:sz w:val="20"/>
        </w:rPr>
        <w:br/>
        <w:br/>
        <w:t xml:space="preserve">       python‑docx</w:t>
        <w:br/>
        <w:t xml:space="preserve">      </w:t>
        <w:br/>
      </w:r>
      <w:r>
        <w:rPr>
          <w:b w:val="0"/>
          <w:i w:val="0"/>
        </w:rPr>
        <w:t>:</w:t>
      </w:r>
    </w:p>
    <w:p>
      <w:pPr>
        <w:spacing w:after="0"/>
        <w:ind w:left="360"/>
        <w:shd w:val="clear" w:color="auto" w:fill="F2F2F2"/>
      </w:pPr>
      <w:r>
        <w:rPr>
          <w:rFonts w:ascii="Consolas" w:hAnsi="Consolas"/>
          <w:sz w:val="18"/>
        </w:rPr>
        <w:t>&gt;&gt;&gt; import docx</w:t>
      </w:r>
    </w:p>
    <w:p>
      <w:pPr>
        <w:spacing w:after="40"/>
      </w:pPr>
    </w:p>
    <w:p>
      <w:pPr>
        <w:spacing w:after="80"/>
        <w:ind w:left="360"/>
      </w:pPr>
      <w:r>
        <w:t xml:space="preserve">2. </w:t>
      </w:r>
      <w:r>
        <w:rPr>
          <w:b w:val="0"/>
          <w:i w:val="0"/>
        </w:rPr>
        <w:t>Tạo một tài liệu mới:</w:t>
      </w:r>
    </w:p>
    <w:p>
      <w:pPr>
        <w:spacing w:after="0"/>
        <w:ind w:left="360"/>
        <w:shd w:val="clear" w:color="auto" w:fill="F2F2F2"/>
      </w:pPr>
      <w:r>
        <w:rPr>
          <w:rFonts w:ascii="Consolas" w:hAnsi="Consolas"/>
          <w:sz w:val="18"/>
        </w:rPr>
        <w:t>&gt;&gt;&gt; document = docx.Document()</w:t>
      </w:r>
    </w:p>
    <w:p>
      <w:pPr>
        <w:spacing w:after="40"/>
      </w:pPr>
    </w:p>
    <w:p>
      <w:pPr>
        <w:spacing w:after="80"/>
        <w:ind w:left="360"/>
      </w:pPr>
      <w:r>
        <w:t xml:space="preserve">3. </w:t>
      </w:r>
      <w:r>
        <w:rPr>
          <w:b w:val="0"/>
          <w:i w:val="0"/>
        </w:rPr>
        <w:t>Thêm một đoạn văn làm nổi bật một vài từ theo những cách khác nhau (in nghiêng, in đậm và gạch chân):</w:t>
      </w:r>
    </w:p>
    <w:p>
      <w:pPr>
        <w:spacing w:after="0"/>
        <w:ind w:left="360"/>
        <w:shd w:val="clear" w:color="auto" w:fill="F2F2F2"/>
      </w:pPr>
      <w:r>
        <w:rPr>
          <w:rFonts w:ascii="Consolas" w:hAnsi="Consolas"/>
          <w:sz w:val="18"/>
        </w:rPr>
        <w:t>&gt;&gt;&gt; p = document.add_paragraph('This shows different kinds of emphasis: ')</w:t>
      </w:r>
    </w:p>
    <w:p>
      <w:pPr>
        <w:spacing w:after="0"/>
        <w:ind w:left="360"/>
        <w:shd w:val="clear" w:color="auto" w:fill="F2F2F2"/>
      </w:pPr>
      <w:r>
        <w:rPr>
          <w:rFonts w:ascii="Consolas" w:hAnsi="Consolas"/>
          <w:sz w:val="18"/>
        </w:rPr>
        <w:t>&gt;&gt;&gt; p.add_run('bold').bold = True</w:t>
      </w:r>
    </w:p>
    <w:p>
      <w:pPr>
        <w:spacing w:after="0"/>
        <w:ind w:left="360"/>
        <w:shd w:val="clear" w:color="auto" w:fill="F2F2F2"/>
      </w:pPr>
      <w:r>
        <w:rPr>
          <w:rFonts w:ascii="Consolas" w:hAnsi="Consolas"/>
          <w:sz w:val="18"/>
        </w:rPr>
        <w:t>&gt;&gt;&gt; p.add_run(', ')</w:t>
      </w:r>
    </w:p>
    <w:p>
      <w:pPr>
        <w:spacing w:after="0"/>
        <w:ind w:left="360"/>
        <w:shd w:val="clear" w:color="auto" w:fill="F2F2F2"/>
      </w:pPr>
      <w:r>
        <w:rPr>
          <w:rFonts w:ascii="Consolas" w:hAnsi="Consolas"/>
          <w:sz w:val="18"/>
        </w:rPr>
        <w:t>&lt;docx.text.run.Run object at 0x10b8604b0&gt;</w:t>
      </w:r>
    </w:p>
    <w:p>
      <w:pPr>
        <w:spacing w:after="0"/>
        <w:ind w:left="360"/>
        <w:shd w:val="clear" w:color="auto" w:fill="F2F2F2"/>
      </w:pPr>
      <w:r>
        <w:rPr>
          <w:rFonts w:ascii="Consolas" w:hAnsi="Consolas"/>
          <w:sz w:val="18"/>
        </w:rPr>
        <w:t>&gt;&gt;&gt; p.add_run('italics').italic = True</w:t>
      </w:r>
    </w:p>
    <w:p>
      <w:pPr>
        <w:spacing w:after="0"/>
        <w:ind w:left="360"/>
        <w:shd w:val="clear" w:color="auto" w:fill="F2F2F2"/>
      </w:pPr>
      <w:r>
        <w:rPr>
          <w:rFonts w:ascii="Consolas" w:hAnsi="Consolas"/>
          <w:sz w:val="18"/>
        </w:rPr>
        <w:t>&gt;&gt;&gt; p.add_run(' and ')</w:t>
      </w:r>
    </w:p>
    <w:p>
      <w:pPr>
        <w:spacing w:after="0"/>
        <w:ind w:left="360"/>
        <w:shd w:val="clear" w:color="auto" w:fill="F2F2F2"/>
      </w:pPr>
      <w:r>
        <w:rPr>
          <w:rFonts w:ascii="Consolas" w:hAnsi="Consolas"/>
          <w:sz w:val="18"/>
        </w:rPr>
        <w:t>&lt;docx.text.run.Run object at 0x10b717e10&gt;</w:t>
      </w:r>
    </w:p>
    <w:p>
      <w:pPr>
        <w:spacing w:after="0"/>
        <w:ind w:left="360"/>
        <w:shd w:val="clear" w:color="auto" w:fill="F2F2F2"/>
      </w:pPr>
      <w:r>
        <w:rPr>
          <w:rFonts w:ascii="Consolas" w:hAnsi="Consolas"/>
          <w:sz w:val="18"/>
        </w:rPr>
        <w:t>&gt;&gt;&gt; p.add_run('underline').underline = True</w:t>
      </w:r>
    </w:p>
    <w:p>
      <w:pPr>
        <w:spacing w:after="0"/>
        <w:ind w:left="360"/>
        <w:shd w:val="clear" w:color="auto" w:fill="F2F2F2"/>
      </w:pPr>
      <w:r>
        <w:rPr>
          <w:rFonts w:ascii="Consolas" w:hAnsi="Consolas"/>
          <w:sz w:val="18"/>
        </w:rPr>
        <w:t>&gt;&gt;&gt; p.add_run('.')</w:t>
      </w:r>
    </w:p>
    <w:p>
      <w:pPr>
        <w:spacing w:after="0"/>
        <w:ind w:left="360"/>
        <w:shd w:val="clear" w:color="auto" w:fill="F2F2F2"/>
      </w:pPr>
      <w:r>
        <w:rPr>
          <w:rFonts w:ascii="Consolas" w:hAnsi="Consolas"/>
          <w:sz w:val="18"/>
        </w:rPr>
        <w:t>&lt;docx.text.run.Run object at 0x10b8c2d50&gt;</w:t>
      </w:r>
    </w:p>
    <w:p>
      <w:pPr>
        <w:spacing w:after="40"/>
      </w:pPr>
    </w:p>
    <w:p>
      <w:pPr>
        <w:spacing w:after="80"/>
        <w:ind w:left="360"/>
      </w:pPr>
      <w:r>
        <w:t xml:space="preserve">4. </w:t>
      </w:r>
      <w:r>
        <w:rPr>
          <w:b w:val="0"/>
          <w:i w:val="0"/>
        </w:rPr>
        <w:t xml:space="preserve">Tạo một vài đoạn văn và định dạng kiểu dáng cho chúng bằng các kiểu mặc định, chẳng hạn như </w:t>
      </w:r>
      <w:r>
        <w:rPr>
          <w:rFonts w:ascii="Consolas" w:hAnsi="Consolas"/>
          <w:b w:val="0"/>
          <w:i w:val="0"/>
          <w:sz w:val="20"/>
        </w:rPr>
        <w:br/>
        <w:br/>
        <w:t xml:space="preserve">       ListBullet</w:t>
        <w:br/>
        <w:t xml:space="preserve">      </w:t>
        <w:br/>
      </w:r>
      <w:r>
        <w:rPr>
          <w:b w:val="0"/>
          <w:i w:val="0"/>
        </w:rPr>
        <w:t xml:space="preserve">, </w:t>
      </w:r>
      <w:r>
        <w:rPr>
          <w:rFonts w:ascii="Consolas" w:hAnsi="Consolas"/>
          <w:b w:val="0"/>
          <w:i w:val="0"/>
          <w:sz w:val="20"/>
        </w:rPr>
        <w:br/>
        <w:br/>
        <w:t xml:space="preserve">       List Number</w:t>
        <w:br/>
        <w:t xml:space="preserve">      </w:t>
        <w:br/>
      </w:r>
      <w:r>
        <w:rPr>
          <w:b w:val="0"/>
          <w:i w:val="0"/>
        </w:rPr>
        <w:t xml:space="preserve">, hoặc </w:t>
      </w:r>
      <w:r>
        <w:rPr>
          <w:rFonts w:ascii="Consolas" w:hAnsi="Consolas"/>
          <w:b w:val="0"/>
          <w:i w:val="0"/>
          <w:sz w:val="20"/>
        </w:rPr>
        <w:br/>
        <w:br/>
        <w:t xml:space="preserve">       Quote</w:t>
        <w:br/>
        <w:t xml:space="preserve">      </w:t>
        <w:br/>
      </w:r>
      <w:r>
        <w:rPr>
          <w:b w:val="0"/>
          <w:i w:val="0"/>
        </w:rPr>
        <w:t>:</w:t>
      </w:r>
    </w:p>
    <w:p>
      <w:pPr>
        <w:spacing w:after="0"/>
        <w:ind w:left="360"/>
        <w:shd w:val="clear" w:color="auto" w:fill="F2F2F2"/>
      </w:pPr>
      <w:r>
        <w:rPr>
          <w:rFonts w:ascii="Consolas" w:hAnsi="Consolas"/>
          <w:sz w:val="18"/>
        </w:rPr>
        <w:t>&gt;&gt;&gt; document.add_paragraph('a few', style='List Bullet')</w:t>
      </w:r>
    </w:p>
    <w:p>
      <w:pPr>
        <w:spacing w:after="0"/>
        <w:ind w:left="360"/>
        <w:shd w:val="clear" w:color="auto" w:fill="F2F2F2"/>
      </w:pPr>
      <w:r>
        <w:rPr>
          <w:rFonts w:ascii="Consolas" w:hAnsi="Consolas"/>
          <w:sz w:val="18"/>
        </w:rPr>
        <w:t>&lt;docx.text.paragraph.Paragraph object at 0x10b83dd50&gt;</w:t>
      </w:r>
    </w:p>
    <w:p>
      <w:pPr>
        <w:spacing w:after="0"/>
        <w:ind w:left="360"/>
        <w:shd w:val="clear" w:color="auto" w:fill="F2F2F2"/>
      </w:pPr>
      <w:r>
        <w:rPr>
          <w:rFonts w:ascii="Consolas" w:hAnsi="Consolas"/>
          <w:sz w:val="18"/>
        </w:rPr>
        <w:t>&gt;&gt;&gt; document.add_paragraph('bullet', style='List Bullet')</w:t>
      </w:r>
    </w:p>
    <w:p>
      <w:pPr>
        <w:spacing w:after="0"/>
        <w:ind w:left="360"/>
        <w:shd w:val="clear" w:color="auto" w:fill="F2F2F2"/>
      </w:pPr>
      <w:r>
        <w:rPr>
          <w:rFonts w:ascii="Consolas" w:hAnsi="Consolas"/>
          <w:sz w:val="18"/>
        </w:rPr>
        <w:t>&lt;docx.text.paragraph.Paragraph object at 0x10b830250&gt;</w:t>
      </w:r>
    </w:p>
    <w:p>
      <w:pPr>
        <w:spacing w:after="0"/>
        <w:ind w:left="360"/>
        <w:shd w:val="clear" w:color="auto" w:fill="F2F2F2"/>
      </w:pPr>
      <w:r>
        <w:rPr>
          <w:rFonts w:ascii="Consolas" w:hAnsi="Consolas"/>
          <w:sz w:val="18"/>
        </w:rPr>
        <w:t>&gt;&gt;&gt; document.add_paragraph('points', style='List Bullet')</w:t>
      </w:r>
    </w:p>
    <w:p>
      <w:pPr>
        <w:spacing w:after="0"/>
        <w:ind w:left="360"/>
        <w:shd w:val="clear" w:color="auto" w:fill="F2F2F2"/>
      </w:pPr>
      <w:r>
        <w:rPr>
          <w:rFonts w:ascii="Consolas" w:hAnsi="Consolas"/>
          <w:sz w:val="18"/>
        </w:rPr>
        <w:t>&lt;docx.text.paragraph.Paragraph object at 0x10b82d400&gt;</w:t>
      </w:r>
    </w:p>
    <w:p>
      <w:pPr>
        <w:spacing w:after="0"/>
        <w:ind w:left="360"/>
        <w:shd w:val="clear" w:color="auto" w:fill="F2F2F2"/>
      </w:pPr>
      <w:r>
        <w:rPr>
          <w:rFonts w:ascii="Consolas" w:hAnsi="Consolas"/>
          <w:sz w:val="18"/>
        </w:rPr>
        <w:t>&gt;&gt;&gt; document.add_paragraph('Or numbered', style='List Number')</w:t>
      </w:r>
    </w:p>
    <w:p>
      <w:pPr>
        <w:spacing w:after="0"/>
        <w:ind w:left="360"/>
        <w:shd w:val="clear" w:color="auto" w:fill="F2F2F2"/>
      </w:pPr>
      <w:r>
        <w:rPr>
          <w:rFonts w:ascii="Consolas" w:hAnsi="Consolas"/>
          <w:sz w:val="18"/>
        </w:rPr>
        <w:t>&lt;docx.text.paragraph.Paragraph object at 0x10b82d310&gt;</w:t>
      </w:r>
    </w:p>
    <w:p>
      <w:pPr>
        <w:spacing w:after="0"/>
        <w:ind w:left="360"/>
        <w:shd w:val="clear" w:color="auto" w:fill="F2F2F2"/>
      </w:pPr>
      <w:r>
        <w:rPr>
          <w:rFonts w:ascii="Consolas" w:hAnsi="Consolas"/>
          <w:sz w:val="18"/>
        </w:rPr>
        <w:t>&gt;&gt;&gt; document.add_paragraph('that will', style='List Number')</w:t>
      </w:r>
    </w:p>
    <w:p>
      <w:pPr>
        <w:spacing w:after="0"/>
        <w:ind w:left="360"/>
        <w:shd w:val="clear" w:color="auto" w:fill="F2F2F2"/>
      </w:pPr>
      <w:r>
        <w:rPr>
          <w:rFonts w:ascii="Consolas" w:hAnsi="Consolas"/>
          <w:sz w:val="18"/>
        </w:rPr>
        <w:t>&lt;docx.text.paragraph.Paragraph object at 0x10b860f30&gt;</w:t>
      </w:r>
    </w:p>
    <w:p>
      <w:pPr>
        <w:spacing w:after="0"/>
        <w:ind w:left="360"/>
        <w:shd w:val="clear" w:color="auto" w:fill="F2F2F2"/>
      </w:pPr>
      <w:r>
        <w:rPr>
          <w:rFonts w:ascii="Consolas" w:hAnsi="Consolas"/>
          <w:sz w:val="18"/>
        </w:rPr>
        <w:t>&gt;&gt;&gt; document.add_paragraph('that keep', style='List Number')</w:t>
      </w:r>
    </w:p>
    <w:p>
      <w:pPr>
        <w:spacing w:after="0"/>
        <w:ind w:left="360"/>
        <w:shd w:val="clear" w:color="auto" w:fill="F2F2F2"/>
      </w:pPr>
      <w:r>
        <w:rPr>
          <w:rFonts w:ascii="Consolas" w:hAnsi="Consolas"/>
          <w:sz w:val="18"/>
        </w:rPr>
        <w:t>&lt;docx.text.paragraph.Paragraph object at 0x10b860bb0&gt;</w:t>
      </w:r>
    </w:p>
    <w:p>
      <w:pPr>
        <w:spacing w:after="0"/>
        <w:ind w:left="360"/>
        <w:shd w:val="clear" w:color="auto" w:fill="F2F2F2"/>
      </w:pPr>
      <w:r>
        <w:rPr>
          <w:rFonts w:ascii="Consolas" w:hAnsi="Consolas"/>
          <w:sz w:val="18"/>
        </w:rPr>
        <w:t>&gt;&gt;&gt; document.add_paragraph('count', style='List Number')</w:t>
      </w:r>
    </w:p>
    <w:p>
      <w:pPr>
        <w:spacing w:after="0"/>
        <w:ind w:left="360"/>
        <w:shd w:val="clear" w:color="auto" w:fill="F2F2F2"/>
      </w:pPr>
      <w:r>
        <w:rPr>
          <w:rFonts w:ascii="Consolas" w:hAnsi="Consolas"/>
          <w:sz w:val="18"/>
        </w:rPr>
        <w:t>&lt;docx.text.paragraph.Paragraph object at 0x10b8bcc80&gt;</w:t>
      </w:r>
    </w:p>
    <w:p>
      <w:pPr>
        <w:spacing w:after="0"/>
        <w:ind w:left="360"/>
        <w:shd w:val="clear" w:color="auto" w:fill="F2F2F2"/>
      </w:pPr>
      <w:r>
        <w:rPr>
          <w:rFonts w:ascii="Consolas" w:hAnsi="Consolas"/>
          <w:sz w:val="18"/>
        </w:rPr>
        <w:t>&gt;&gt;&gt; document.add_paragraph('And finish with a quote', style='Quote')</w:t>
      </w:r>
    </w:p>
    <w:p>
      <w:pPr>
        <w:spacing w:after="0"/>
        <w:ind w:left="360"/>
        <w:shd w:val="clear" w:color="auto" w:fill="F2F2F2"/>
      </w:pPr>
      <w:r>
        <w:rPr>
          <w:rFonts w:ascii="Consolas" w:hAnsi="Consolas"/>
          <w:sz w:val="18"/>
        </w:rPr>
        <w:t>&lt;docx.text.paragraph.Paragraph object at 0x10b8c2bd0&gt;</w:t>
      </w:r>
    </w:p>
    <w:p>
      <w:pPr>
        <w:spacing w:after="40"/>
      </w:pPr>
    </w:p>
    <w:p>
      <w:pPr>
        <w:spacing w:after="80"/>
        <w:ind w:left="360"/>
      </w:pPr>
      <w:r>
        <w:t xml:space="preserve">5. </w:t>
      </w:r>
      <w:r>
        <w:rPr>
          <w:b w:val="0"/>
          <w:i w:val="0"/>
        </w:rPr>
        <w:t>Tạo một đoạn văn với phông chữ và cỡ chữ khác. Chúng ta sẽ dùng phông chữ Arial và cỡ chữ 25. Đoạn văn sẽ được căn lề phải:</w:t>
      </w:r>
    </w:p>
    <w:p>
      <w:pPr>
        <w:spacing w:after="0"/>
        <w:ind w:left="360"/>
        <w:shd w:val="clear" w:color="auto" w:fill="F2F2F2"/>
      </w:pPr>
      <w:r>
        <w:rPr>
          <w:rFonts w:ascii="Consolas" w:hAnsi="Consolas"/>
          <w:sz w:val="18"/>
        </w:rPr>
        <w:t>&gt;&gt;&gt; from docx.shared import Pt</w:t>
      </w:r>
    </w:p>
    <w:p>
      <w:pPr>
        <w:spacing w:after="0"/>
        <w:ind w:left="360"/>
        <w:shd w:val="clear" w:color="auto" w:fill="F2F2F2"/>
      </w:pPr>
      <w:r>
        <w:rPr>
          <w:rFonts w:ascii="Consolas" w:hAnsi="Consolas"/>
          <w:sz w:val="18"/>
        </w:rPr>
        <w:t>&gt;&gt;&gt; from docx.enum.text import WD_ALIGN_PARAGRAPH</w:t>
      </w:r>
    </w:p>
    <w:p>
      <w:pPr>
        <w:spacing w:after="0"/>
        <w:ind w:left="360"/>
        <w:shd w:val="clear" w:color="auto" w:fill="F2F2F2"/>
      </w:pPr>
      <w:r>
        <w:rPr>
          <w:rFonts w:ascii="Consolas" w:hAnsi="Consolas"/>
          <w:sz w:val="18"/>
        </w:rPr>
        <w:t>&gt;&gt;&gt; p = document.add_paragraph('This paragraph will have a manual styling and right alignment')</w:t>
      </w:r>
    </w:p>
    <w:p>
      <w:pPr>
        <w:spacing w:after="0"/>
        <w:ind w:left="360"/>
        <w:shd w:val="clear" w:color="auto" w:fill="F2F2F2"/>
      </w:pPr>
      <w:r>
        <w:rPr>
          <w:rFonts w:ascii="Consolas" w:hAnsi="Consolas"/>
          <w:sz w:val="18"/>
        </w:rPr>
        <w:t>&gt;&gt;&gt; p.runs[0].font.name = 'Arial'</w:t>
      </w:r>
    </w:p>
    <w:p>
      <w:pPr>
        <w:spacing w:after="0"/>
        <w:ind w:left="360"/>
        <w:shd w:val="clear" w:color="auto" w:fill="F2F2F2"/>
      </w:pPr>
      <w:r>
        <w:rPr>
          <w:rFonts w:ascii="Consolas" w:hAnsi="Consolas"/>
          <w:sz w:val="18"/>
        </w:rPr>
        <w:t>&gt;&gt;&gt; p.runs[0].font.size = Pt(25)</w:t>
      </w:r>
    </w:p>
    <w:p>
      <w:pPr>
        <w:spacing w:after="0"/>
        <w:ind w:left="360"/>
        <w:shd w:val="clear" w:color="auto" w:fill="F2F2F2"/>
      </w:pPr>
      <w:r>
        <w:rPr>
          <w:rFonts w:ascii="Consolas" w:hAnsi="Consolas"/>
          <w:sz w:val="18"/>
        </w:rPr>
        <w:t>&gt;&gt;&gt; p.alignment = WD_ALIGN_PARAGRAPH.RIGHT</w:t>
      </w:r>
    </w:p>
    <w:p>
      <w:pPr>
        <w:spacing w:after="40"/>
      </w:pPr>
    </w:p>
    <w:p>
      <w:pPr>
        <w:spacing w:after="80"/>
        <w:ind w:left="360"/>
      </w:pPr>
      <w:r>
        <w:t xml:space="preserve">6. </w:t>
      </w:r>
      <w:r>
        <w:rPr>
          <w:b w:val="0"/>
          <w:i w:val="0"/>
        </w:rPr>
        <w:t>Lưu tài liệu:</w:t>
      </w:r>
    </w:p>
    <w:p>
      <w:pPr>
        <w:spacing w:after="0"/>
        <w:ind w:left="360"/>
        <w:shd w:val="clear" w:color="auto" w:fill="F2F2F2"/>
      </w:pPr>
      <w:r>
        <w:rPr>
          <w:rFonts w:ascii="Consolas" w:hAnsi="Consolas"/>
          <w:sz w:val="18"/>
        </w:rPr>
        <w:t>&gt;&gt;&gt; document.save('word-report-style.docx')</w:t>
      </w:r>
    </w:p>
    <w:p>
      <w:pPr>
        <w:spacing w:after="40"/>
      </w:pPr>
    </w:p>
    <w:p>
      <w:pPr>
        <w:spacing w:after="80"/>
      </w:pPr>
      <w:r>
        <w:rPr>
          <w:b w:val="0"/>
          <w:i w:val="0"/>
        </w:rPr>
        <w:t xml:space="preserve">Mở tài liệu </w:t>
      </w:r>
      <w:r>
        <w:rPr>
          <w:rFonts w:ascii="Consolas" w:hAnsi="Consolas"/>
          <w:b w:val="0"/>
          <w:i w:val="0"/>
          <w:sz w:val="20"/>
        </w:rPr>
        <w:br/>
        <w:br/>
        <w:t xml:space="preserve">      word‑report‑style.docx</w:t>
        <w:br/>
        <w:t xml:space="preserve">     </w:t>
        <w:br/>
      </w:r>
      <w:r>
        <w:rPr>
          <w:b w:val="0"/>
          <w:i w:val="0"/>
        </w:rPr>
        <w:t xml:space="preserve"> để kiểm tra nội dung của nó:</w:t>
      </w:r>
    </w:p>
    <w:p>
      <w:pPr>
        <w:jc w:val="center"/>
      </w:pPr>
      <w:r>
        <w:drawing>
          <wp:inline xmlns:a="http://schemas.openxmlformats.org/drawingml/2006/main" xmlns:pic="http://schemas.openxmlformats.org/drawingml/2006/picture">
            <wp:extent cx="5486400" cy="4013438"/>
            <wp:docPr id="29" name="Picture 29"/>
            <wp:cNvGraphicFramePr>
              <a:graphicFrameLocks noChangeAspect="1"/>
            </wp:cNvGraphicFramePr>
            <a:graphic>
              <a:graphicData uri="http://schemas.openxmlformats.org/drawingml/2006/picture">
                <pic:pic>
                  <pic:nvPicPr>
                    <pic:cNvPr id="0" name="B36973_5_4.png"/>
                    <pic:cNvPicPr/>
                  </pic:nvPicPr>
                  <pic:blipFill>
                    <a:blip r:embed="rId35"/>
                    <a:stretch>
                      <a:fillRect/>
                    </a:stretch>
                  </pic:blipFill>
                  <pic:spPr>
                    <a:xfrm>
                      <a:off x="0" y="0"/>
                      <a:ext cx="5486400" cy="4013438"/>
                    </a:xfrm>
                    <a:prstGeom prst="rect"/>
                  </pic:spPr>
                </pic:pic>
              </a:graphicData>
            </a:graphic>
          </wp:inline>
        </w:drawing>
      </w:r>
    </w:p>
    <w:p>
      <w:pPr>
        <w:spacing w:after="160"/>
        <w:jc w:val="center"/>
      </w:pPr>
      <w:r>
        <w:rPr>
          <w:rFonts w:ascii="Calibri" w:hAnsi="Calibri"/>
          <w:b w:val="0"/>
          <w:i/>
          <w:sz w:val="19"/>
        </w:rPr>
        <w:t>Hình 5.4: Tài liệu word-report-style.docx cuối cùng</w:t>
      </w:r>
    </w:p>
    <w:p>
      <w:pPr>
        <w:pStyle w:val="Heading3"/>
      </w:pPr>
      <w:r>
        <w:rPr>
          <w:rFonts w:ascii="Calibri" w:hAnsi="Calibri"/>
          <w:b/>
          <w:i w:val="0"/>
          <w:sz w:val="26"/>
        </w:rPr>
        <w:t>Cách hoạt động...</w:t>
      </w:r>
    </w:p>
    <w:p>
      <w:pPr>
        <w:spacing w:after="80"/>
      </w:pPr>
      <w:r>
        <w:rPr>
          <w:b w:val="0"/>
          <w:i w:val="0"/>
        </w:rPr>
        <w:t xml:space="preserve">Sau khi tạo tài liệu ở </w:t>
      </w:r>
      <w:r>
        <w:rPr>
          <w:b w:val="0"/>
          <w:i/>
        </w:rPr>
        <w:t xml:space="preserve"> bước 1 </w:t>
      </w:r>
      <w:r>
        <w:rPr>
          <w:b w:val="0"/>
          <w:i w:val="0"/>
        </w:rPr>
        <w:t xml:space="preserve"> , </w:t>
      </w:r>
      <w:r>
        <w:rPr>
          <w:b w:val="0"/>
          <w:i/>
        </w:rPr>
        <w:t xml:space="preserve"> bước 2 </w:t>
      </w:r>
      <w:r>
        <w:rPr>
          <w:b w:val="0"/>
          <w:i w:val="0"/>
        </w:rPr>
        <w:t xml:space="preserve"> trong mục </w:t>
      </w:r>
      <w:r>
        <w:rPr>
          <w:b w:val="0"/>
          <w:i/>
        </w:rPr>
        <w:t xml:space="preserve"> Cách thực hiện… </w:t>
      </w:r>
      <w:r>
        <w:rPr>
          <w:b w:val="0"/>
          <w:i w:val="0"/>
        </w:rPr>
        <w:t xml:space="preserve"> sẽ thêm một đoạn văn với nhiều run. Trong Word, một đoạn văn có thể chứa nhiều run, là những phần văn bản nhỏ hơn có thể được áp dụng các kiểu khác nhau. Nói chung, bất kỳ thay đổi định dạng nào liên quan đến từng từ riêng lẻ sẽ được áp dụng cho một run, trong khi thay đổi ảnh hưởng đến toàn bộ đoạn văn sẽ được áp dụng cho đối tượng paragraph.</w:t>
      </w:r>
    </w:p>
    <w:p>
      <w:pPr>
        <w:spacing w:after="80"/>
      </w:pPr>
      <w:r>
        <w:rPr>
          <w:b w:val="0"/>
          <w:i w:val="0"/>
        </w:rPr>
        <w:t xml:space="preserve">Mỗi run được tạo, theo mặc định, với kiểu Normal. Bất kỳ thuộc tính nào của </w:t>
      </w:r>
      <w:r>
        <w:rPr>
          <w:rFonts w:ascii="Consolas" w:hAnsi="Consolas"/>
          <w:b w:val="0"/>
          <w:i w:val="0"/>
          <w:sz w:val="20"/>
        </w:rPr>
        <w:br/>
        <w:br/>
        <w:t xml:space="preserve">      .bold</w:t>
        <w:br/>
        <w:t xml:space="preserve">     </w:t>
        <w:br/>
      </w:r>
      <w:r>
        <w:rPr>
          <w:b w:val="0"/>
          <w:i w:val="0"/>
        </w:rPr>
        <w:t xml:space="preserve"> , </w:t>
      </w:r>
      <w:r>
        <w:rPr>
          <w:rFonts w:ascii="Consolas" w:hAnsi="Consolas"/>
          <w:b w:val="0"/>
          <w:i w:val="0"/>
          <w:sz w:val="20"/>
        </w:rPr>
        <w:br/>
        <w:br/>
        <w:t xml:space="preserve">      .italic</w:t>
        <w:br/>
        <w:t xml:space="preserve">     </w:t>
        <w:br/>
      </w:r>
      <w:r>
        <w:rPr>
          <w:b w:val="0"/>
          <w:i w:val="0"/>
        </w:rPr>
        <w:t xml:space="preserve"> , hoặc </w:t>
      </w:r>
      <w:r>
        <w:rPr>
          <w:rFonts w:ascii="Consolas" w:hAnsi="Consolas"/>
          <w:b w:val="0"/>
          <w:i w:val="0"/>
          <w:sz w:val="20"/>
        </w:rPr>
        <w:br/>
        <w:br/>
        <w:t xml:space="preserve">      .underline</w:t>
        <w:br/>
        <w:t xml:space="preserve">     </w:t>
        <w:br/>
      </w:r>
      <w:r>
        <w:rPr>
          <w:b w:val="0"/>
          <w:i w:val="0"/>
        </w:rPr>
        <w:t xml:space="preserve"> đều có thể được đổi thành </w:t>
      </w:r>
      <w:r>
        <w:rPr>
          <w:rFonts w:ascii="Consolas" w:hAnsi="Consolas"/>
          <w:b w:val="0"/>
          <w:i w:val="0"/>
          <w:sz w:val="20"/>
        </w:rPr>
        <w:br/>
        <w:br/>
        <w:t xml:space="preserve">      True</w:t>
        <w:br/>
        <w:t xml:space="preserve">     </w:t>
        <w:br/>
      </w:r>
      <w:r>
        <w:rPr>
          <w:b w:val="0"/>
          <w:i w:val="0"/>
        </w:rPr>
        <w:t xml:space="preserve"> để thiết lập xem run nên ở một kiểu đơn hay kết hợp các kiểu này. Giá trị </w:t>
      </w:r>
      <w:r>
        <w:rPr>
          <w:rFonts w:ascii="Consolas" w:hAnsi="Consolas"/>
          <w:b w:val="0"/>
          <w:i w:val="0"/>
          <w:sz w:val="20"/>
        </w:rPr>
        <w:br/>
        <w:br/>
        <w:t xml:space="preserve">      False</w:t>
        <w:br/>
        <w:t xml:space="preserve">     </w:t>
        <w:br/>
      </w:r>
      <w:r>
        <w:rPr>
          <w:b w:val="0"/>
          <w:i w:val="0"/>
        </w:rPr>
        <w:t xml:space="preserve"> sẽ tắt nó đi, trong khi giá trị </w:t>
      </w:r>
      <w:r>
        <w:rPr>
          <w:rFonts w:ascii="Consolas" w:hAnsi="Consolas"/>
          <w:b w:val="0"/>
          <w:i w:val="0"/>
          <w:sz w:val="20"/>
        </w:rPr>
        <w:br/>
        <w:br/>
        <w:t xml:space="preserve">      None</w:t>
        <w:br/>
        <w:t xml:space="preserve">     </w:t>
        <w:br/>
      </w:r>
      <w:r>
        <w:rPr>
          <w:b w:val="0"/>
          <w:i w:val="0"/>
        </w:rPr>
        <w:t xml:space="preserve"> sẽ áp dụng giá trị mặc định đã được cấu hình.</w:t>
      </w:r>
    </w:p>
    <w:p>
      <w:pPr>
        <w:spacing w:after="80"/>
      </w:pPr>
      <w:r>
        <w:rPr>
          <w:b/>
          <w:i w:val="0"/>
        </w:rPr>
        <w:t>Mẹo</w:t>
      </w:r>
    </w:p>
    <w:p>
      <w:pPr>
        <w:spacing w:after="80"/>
      </w:pPr>
      <w:r>
        <w:rPr>
          <w:b w:val="0"/>
          <w:i w:val="0"/>
        </w:rPr>
        <w:t xml:space="preserve">Lưu ý rằng từ đúng trong giao thức này là </w:t>
      </w:r>
      <w:r>
        <w:rPr>
          <w:b w:val="0"/>
          <w:i/>
        </w:rPr>
        <w:t xml:space="preserve"> italic </w:t>
      </w:r>
      <w:r>
        <w:rPr>
          <w:b w:val="0"/>
          <w:i w:val="0"/>
        </w:rPr>
        <w:t xml:space="preserve"> , không phải </w:t>
      </w:r>
      <w:r>
        <w:rPr>
          <w:b w:val="0"/>
          <w:i/>
        </w:rPr>
        <w:t xml:space="preserve"> italics </w:t>
      </w:r>
      <w:r>
        <w:rPr>
          <w:b w:val="0"/>
          <w:i w:val="0"/>
        </w:rPr>
        <w:t xml:space="preserve"> . Đặt thuộc tính thành 'italics' sẽ không có tác dụng gì nhưng cũng không hiển thị lỗi. Điều này là do tính chất động của Python, cho phép tạo các thuộc tính mới trong đối tượng.</w:t>
      </w:r>
    </w:p>
    <w:p>
      <w:pPr>
        <w:spacing w:after="80"/>
      </w:pPr>
      <w:r>
        <w:rPr>
          <w:b w:val="0"/>
          <w:i/>
        </w:rPr>
        <w:t xml:space="preserve"> Bước 4 </w:t>
      </w:r>
      <w:r>
        <w:rPr>
          <w:b w:val="0"/>
          <w:i w:val="0"/>
        </w:rPr>
        <w:t xml:space="preserve"> cho thấy cách áp dụng một số kiểu mặc định cho đoạn văn; trong trường hợp này, để hiển thị dấu đầu dòng, danh sách đánh số và trích dẫn. Có nhiều kiểu được bao gồm khác, có thể tìm thấy tại đây: </w:t>
      </w:r>
      <w:r>
        <w:rPr>
          <w:rFonts w:ascii="Consolas" w:hAnsi="Consolas"/>
          <w:b w:val="0"/>
          <w:i w:val="0"/>
          <w:sz w:val="20"/>
        </w:rPr>
        <w:br/>
        <w:br/>
        <w:t xml:space="preserve">       https://python-docx.readthedocs.io/en/latest/user/styles-understanding.html?highlight=List%20Bullet#paragraph-styles-in-default-template</w:t>
        <w:br/>
        <w:t xml:space="preserve">      </w:t>
        <w:br/>
      </w:r>
      <w:r>
        <w:rPr>
          <w:b w:val="0"/>
          <w:i w:val="0"/>
        </w:rPr>
        <w:t xml:space="preserve"> . Hãy tìm hiểu xem những kiểu nào phù hợp nhất với tài liệu của bạn. Sử dụng các kiểu định sẵn giúp đơn giản hóa việc tạo kiểu cho tài liệu.</w:t>
      </w:r>
    </w:p>
    <w:p>
      <w:pPr>
        <w:spacing w:after="80"/>
      </w:pPr>
      <w:r>
        <w:rPr>
          <w:b w:val="0"/>
          <w:i w:val="0"/>
        </w:rPr>
        <w:t xml:space="preserve">Thuộc tính </w:t>
      </w:r>
      <w:r>
        <w:rPr>
          <w:rFonts w:ascii="Consolas" w:hAnsi="Consolas"/>
          <w:b w:val="0"/>
          <w:i w:val="0"/>
          <w:sz w:val="20"/>
        </w:rPr>
        <w:br/>
        <w:br/>
        <w:t xml:space="preserve">      .font</w:t>
        <w:br/>
        <w:t xml:space="preserve">     </w:t>
        <w:br/>
      </w:r>
      <w:r>
        <w:rPr>
          <w:b w:val="0"/>
          <w:i w:val="0"/>
        </w:rPr>
        <w:t xml:space="preserve"> của một run được trình bày ở </w:t>
      </w:r>
      <w:r>
        <w:rPr>
          <w:b w:val="0"/>
          <w:i/>
        </w:rPr>
        <w:t xml:space="preserve"> bước 5 </w:t>
      </w:r>
      <w:r>
        <w:rPr>
          <w:b w:val="0"/>
          <w:i w:val="0"/>
        </w:rPr>
        <w:t xml:space="preserve"> . Điều này cho phép bạn thiết lập thủ công một phông chữ và cỡ chữ cụ thể. Lưu ý rằng cỡ chữ cần được chỉ định bằng đối tượng </w:t>
      </w:r>
      <w:r>
        <w:rPr>
          <w:rFonts w:ascii="Consolas" w:hAnsi="Consolas"/>
          <w:b w:val="0"/>
          <w:i w:val="0"/>
          <w:sz w:val="20"/>
        </w:rPr>
        <w:br/>
        <w:br/>
        <w:t xml:space="preserve">      Pt</w:t>
        <w:br/>
        <w:t xml:space="preserve">     </w:t>
        <w:br/>
      </w:r>
      <w:r>
        <w:rPr>
          <w:b w:val="0"/>
          <w:i w:val="0"/>
        </w:rPr>
        <w:t xml:space="preserve"> (points) thích hợp.</w:t>
      </w:r>
    </w:p>
    <w:p>
      <w:pPr>
        <w:spacing w:after="80"/>
      </w:pPr>
      <w:r>
        <w:rPr>
          <w:b/>
          <w:i w:val="0"/>
        </w:rPr>
        <w:t>Mẹo</w:t>
      </w:r>
    </w:p>
    <w:p>
      <w:pPr>
        <w:spacing w:after="80"/>
      </w:pPr>
      <w:r>
        <w:rPr>
          <w:b w:val="0"/>
          <w:i w:val="0"/>
        </w:rPr>
        <w:t>Point là một đơn vị đo chữ tiêu chuẩn dùng để biểu thị cỡ chữ. Cỡ point phổ biến trên các tài liệu Word thông thường, nhưng có thể khó biết được cỡ chính xác sẽ hiển thị trên màn hình hoặc khi in trên một tờ giấy. Đừng ngại thực hiện một vài thử nghiệm và thử nghiệm với chúng.</w:t>
      </w:r>
    </w:p>
    <w:p>
      <w:pPr>
        <w:spacing w:after="80"/>
      </w:pPr>
      <w:r>
        <w:rPr>
          <w:b w:val="0"/>
          <w:i w:val="0"/>
        </w:rPr>
        <w:t xml:space="preserve">Căn lề của đoạn văn được thiết lập trong đối tượng paragraph và sử dụng một hằng số để xác định xem nó căn trái, phải, giữa hay đều hai bên. Cũng có các tùy chọn khác nhau cho việc căn đều. Các tùy chọn căn lề đầy đủ có thể tìm thấy tại đây: </w:t>
      </w:r>
      <w:r>
        <w:rPr>
          <w:rFonts w:ascii="Consolas" w:hAnsi="Consolas"/>
          <w:b w:val="0"/>
          <w:i w:val="0"/>
          <w:sz w:val="20"/>
        </w:rPr>
        <w:br/>
        <w:br/>
        <w:t xml:space="preserve">       https://python-docx.readthedocs.io/en/latest/api/enum/WdAlignParagraph.html</w:t>
        <w:br/>
        <w:t xml:space="preserve">      </w:t>
        <w:br/>
      </w:r>
      <w:r>
        <w:rPr>
          <w:b w:val="0"/>
          <w:i w:val="0"/>
        </w:rPr>
        <w:t xml:space="preserve"> .</w:t>
      </w:r>
    </w:p>
    <w:p>
      <w:pPr>
        <w:spacing w:after="80"/>
      </w:pPr>
      <w:r>
        <w:rPr>
          <w:b w:val="0"/>
          <w:i w:val="0"/>
        </w:rPr>
        <w:t xml:space="preserve">Cuối cùng, </w:t>
      </w:r>
      <w:r>
        <w:rPr>
          <w:b w:val="0"/>
          <w:i/>
        </w:rPr>
        <w:t xml:space="preserve"> bước 7 </w:t>
      </w:r>
      <w:r>
        <w:rPr>
          <w:b w:val="0"/>
          <w:i w:val="0"/>
        </w:rPr>
        <w:t xml:space="preserve"> lưu tệp vào hệ thống tệp.</w:t>
      </w:r>
    </w:p>
    <w:p>
      <w:pPr>
        <w:pStyle w:val="Heading3"/>
      </w:pPr>
      <w:r>
        <w:rPr>
          <w:rFonts w:ascii="Calibri" w:hAnsi="Calibri"/>
          <w:b/>
          <w:i w:val="0"/>
          <w:sz w:val="26"/>
        </w:rPr>
        <w:t>Còn nhiều điều nữa...</w:t>
      </w:r>
    </w:p>
    <w:p>
      <w:pPr>
        <w:spacing w:after="80"/>
      </w:pPr>
      <w:r>
        <w:rPr>
          <w:b w:val="0"/>
          <w:i w:val="0"/>
        </w:rPr>
        <w:t xml:space="preserve">Thuộc tính </w:t>
      </w:r>
      <w:r>
        <w:rPr>
          <w:rFonts w:ascii="Consolas" w:hAnsi="Consolas"/>
          <w:b w:val="0"/>
          <w:i w:val="0"/>
          <w:sz w:val="20"/>
        </w:rPr>
        <w:br/>
        <w:br/>
        <w:t xml:space="preserve">      font</w:t>
        <w:br/>
        <w:t xml:space="preserve">     </w:t>
        <w:br/>
      </w:r>
      <w:r>
        <w:rPr>
          <w:b w:val="0"/>
          <w:i w:val="0"/>
        </w:rPr>
        <w:t xml:space="preserve"> cũng có thể được dùng để thiết lập thêm các thuộc tính văn bản khác, như chữ in hoa nhỏ (small caps), bóng đổ (shadow), chữ nổi (emboss), hoặc gạch ngang chữ (strikethrough). Toàn bộ các khả năng có thể xem trong tài liệu sau: </w:t>
      </w:r>
      <w:r>
        <w:rPr>
          <w:rFonts w:ascii="Consolas" w:hAnsi="Consolas"/>
          <w:b w:val="0"/>
          <w:i w:val="0"/>
          <w:sz w:val="20"/>
        </w:rPr>
        <w:br/>
        <w:br/>
        <w:t xml:space="preserve">       https://python-docx.readthedocs.io/en/latest/api/text.html#font-objects</w:t>
        <w:br/>
        <w:t xml:space="preserve">      </w:t>
        <w:br/>
      </w:r>
      <w:r>
        <w:rPr>
          <w:b w:val="0"/>
          <w:i w:val="0"/>
        </w:rPr>
        <w:t xml:space="preserve"> .</w:t>
      </w:r>
    </w:p>
    <w:p>
      <w:pPr>
        <w:spacing w:after="80"/>
      </w:pPr>
      <w:r>
        <w:rPr>
          <w:b w:val="0"/>
          <w:i w:val="0"/>
        </w:rPr>
        <w:t>Một tùy chọn khác cũng có sẵn là thay đổi màu của văn bản:</w:t>
      </w:r>
    </w:p>
    <w:p>
      <w:pPr>
        <w:spacing w:after="0"/>
        <w:ind w:left="360"/>
        <w:shd w:val="clear" w:color="auto" w:fill="F2F2F2"/>
      </w:pPr>
      <w:r>
        <w:rPr>
          <w:rFonts w:ascii="Consolas" w:hAnsi="Consolas"/>
          <w:sz w:val="18"/>
        </w:rPr>
        <w:t>&gt;&gt;&gt; from docx.shared import RGBColor</w:t>
      </w:r>
    </w:p>
    <w:p>
      <w:pPr>
        <w:spacing w:after="0"/>
        <w:ind w:left="360"/>
        <w:shd w:val="clear" w:color="auto" w:fill="F2F2F2"/>
      </w:pPr>
      <w:r>
        <w:rPr>
          <w:rFonts w:ascii="Consolas" w:hAnsi="Consolas"/>
          <w:sz w:val="18"/>
        </w:rPr>
        <w:t>&gt;&gt;&gt; DARK_BLUE = RGBColor.from_string('1b3866')</w:t>
      </w:r>
    </w:p>
    <w:p>
      <w:pPr>
        <w:spacing w:after="0"/>
        <w:ind w:left="360"/>
        <w:shd w:val="clear" w:color="auto" w:fill="F2F2F2"/>
      </w:pPr>
      <w:r>
        <w:rPr>
          <w:rFonts w:ascii="Consolas" w:hAnsi="Consolas"/>
          <w:sz w:val="18"/>
        </w:rPr>
        <w:t>&gt;&gt;&gt; run.font.color.rgb = DARK_BLUE</w:t>
      </w:r>
    </w:p>
    <w:p>
      <w:pPr>
        <w:spacing w:after="40"/>
      </w:pPr>
    </w:p>
    <w:p>
      <w:pPr>
        <w:spacing w:after="80"/>
      </w:pPr>
      <w:r>
        <w:rPr>
          <w:b w:val="0"/>
          <w:i w:val="0"/>
        </w:rPr>
        <w:t>Màu có thể được mô tả theo định dạng hex thông thường bằng một chuỗi. Hãy cố gắng định nghĩa tất cả các màu dưới dạng hằng số có tên để đảm bảo chúng nhất quán, và giới hạn bản thân ở tối đa ba màu trong một báo cáo để không làm phân tán khỏi nội dung.</w:t>
      </w:r>
    </w:p>
    <w:p>
      <w:pPr>
        <w:spacing w:after="80"/>
      </w:pPr>
      <w:r>
        <w:rPr>
          <w:b w:val="0"/>
          <w:i w:val="0"/>
        </w:rPr>
        <w:t xml:space="preserve">Bạn có thể dùng công cụ chọn màu trực tuyến, như công cụ này: </w:t>
      </w:r>
      <w:r>
        <w:rPr>
          <w:rFonts w:ascii="Consolas" w:hAnsi="Consolas"/>
          <w:b w:val="0"/>
          <w:i w:val="0"/>
          <w:sz w:val="20"/>
        </w:rPr>
        <w:br/>
        <w:br/>
        <w:t xml:space="preserve">       https://www.w3schools.com/colors/colors_picker.asp</w:t>
        <w:br/>
        <w:t xml:space="preserve">      </w:t>
        <w:br/>
      </w:r>
      <w:r>
        <w:rPr>
          <w:b w:val="0"/>
          <w:i w:val="0"/>
        </w:rPr>
        <w:t xml:space="preserve"> . Nhớ đừng dùng ký hiệu # ở đầu. Nếu bạn cần tạo một bảng màu (palette), ý hay là dùng các công cụ như </w:t>
      </w:r>
      <w:r>
        <w:rPr>
          <w:rFonts w:ascii="Consolas" w:hAnsi="Consolas"/>
          <w:b w:val="0"/>
          <w:i w:val="0"/>
          <w:sz w:val="20"/>
        </w:rPr>
        <w:br/>
        <w:br/>
        <w:t xml:space="preserve">       https://coolors.co/</w:t>
        <w:br/>
        <w:t xml:space="preserve">      </w:t>
        <w:br/>
      </w:r>
      <w:r>
        <w:rPr>
          <w:b w:val="0"/>
          <w:i w:val="0"/>
        </w:rPr>
        <w:t xml:space="preserve"> để tạo ra những tổ hợp màu đẹp.</w:t>
      </w:r>
    </w:p>
    <w:p>
      <w:pPr>
        <w:spacing w:after="80"/>
      </w:pPr>
      <w:r>
        <w:rPr>
          <w:b/>
          <w:i w:val="0"/>
        </w:rPr>
        <w:t>Mẹo</w:t>
      </w:r>
    </w:p>
    <w:p>
      <w:pPr>
        <w:spacing w:after="80"/>
      </w:pPr>
      <w:r>
        <w:rPr>
          <w:b w:val="0"/>
          <w:i w:val="0"/>
        </w:rPr>
        <w:t xml:space="preserve">Hoặc bạn cũng có thể hỏi GenAI một màu ở định dạng hex hoặc xin gợi ý về bảng màu. Ví dụ, thử prompt này: </w:t>
      </w:r>
      <w:r>
        <w:rPr>
          <w:b w:val="0"/>
          <w:i/>
        </w:rPr>
        <w:t xml:space="preserve"> Cho tôi xem một bảng màu ở định dạng hex với tông xanh lá. Chúng phải dễ đọc cho một tài liệu Word </w:t>
      </w:r>
      <w:r>
        <w:rPr>
          <w:b w:val="0"/>
          <w:i w:val="0"/>
        </w:rPr>
        <w:t xml:space="preserve"> .</w:t>
      </w:r>
    </w:p>
    <w:p>
      <w:pPr>
        <w:spacing w:after="80"/>
      </w:pPr>
      <w:r>
        <w:rPr>
          <w:b w:val="0"/>
          <w:i w:val="0"/>
        </w:rPr>
        <w:t xml:space="preserve">Tài liệu đầy đủ của </w:t>
      </w:r>
      <w:r>
        <w:rPr>
          <w:rFonts w:ascii="Consolas" w:hAnsi="Consolas"/>
          <w:b w:val="0"/>
          <w:i w:val="0"/>
          <w:sz w:val="20"/>
        </w:rPr>
        <w:br/>
        <w:br/>
        <w:t xml:space="preserve">      python‑docx</w:t>
        <w:br/>
        <w:t xml:space="preserve">     </w:t>
        <w:br/>
      </w:r>
      <w:r>
        <w:rPr>
          <w:b w:val="0"/>
          <w:i w:val="0"/>
        </w:rPr>
        <w:t xml:space="preserve"> có tại </w:t>
      </w:r>
      <w:r>
        <w:rPr>
          <w:rFonts w:ascii="Consolas" w:hAnsi="Consolas"/>
          <w:b w:val="0"/>
          <w:i w:val="0"/>
          <w:sz w:val="20"/>
        </w:rPr>
        <w:br/>
        <w:br/>
        <w:t xml:space="preserve">       https://python-docx.readthedocs.io/en/latest/</w:t>
        <w:br/>
        <w:t xml:space="preserve">      </w:t>
        <w:br/>
      </w:r>
      <w:r>
        <w:rPr>
          <w:b w:val="0"/>
          <w:i w:val="0"/>
        </w:rPr>
        <w:t xml:space="preserve"> .</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Viết một tài liệu Word cơ bản </w:t>
      </w:r>
      <w:r>
        <w:rPr>
          <w:b w:val="0"/>
          <w:i w:val="0"/>
        </w:rPr>
        <w:t xml:space="preserve"> , ở phần trước trong chương này, để học những điều cơ bản về tạo một tài liệu Word.</w:t>
      </w:r>
    </w:p>
    <w:p>
      <w:pPr>
        <w:spacing w:after="80"/>
        <w:ind w:left="360"/>
      </w:pPr>
      <w:r>
        <w:t xml:space="preserve">• </w:t>
      </w:r>
      <w:r>
        <w:rPr>
          <w:b w:val="0"/>
          <w:i w:val="0"/>
        </w:rPr>
        <w:t xml:space="preserve">Công thức </w:t>
      </w:r>
      <w:r>
        <w:rPr>
          <w:b w:val="0"/>
          <w:i/>
        </w:rPr>
        <w:t xml:space="preserve"> Tạo cấu trúc trong tài liệu Word </w:t>
      </w:r>
      <w:r>
        <w:rPr>
          <w:b w:val="0"/>
          <w:i w:val="0"/>
        </w:rPr>
        <w:t xml:space="preserve"> , tiếp theo, để học cách tạo các mục (section) và các dấu phân cách khác trong tài liệu Word.</w:t>
      </w:r>
    </w:p>
    <w:p>
      <w:pPr>
        <w:pStyle w:val="Heading2"/>
      </w:pPr>
      <w:r>
        <w:rPr>
          <w:rFonts w:ascii="Calibri" w:hAnsi="Calibri"/>
          <w:b/>
          <w:i w:val="0"/>
          <w:sz w:val="32"/>
        </w:rPr>
        <w:t>Tạo cấu trúc trong tài liệu Word</w:t>
      </w:r>
    </w:p>
    <w:p>
      <w:pPr>
        <w:spacing w:after="80"/>
      </w:pPr>
      <w:r>
        <w:rPr>
          <w:b w:val="0"/>
          <w:i w:val="0"/>
        </w:rPr>
        <w:t xml:space="preserve">Để tạo ra những báo cáo chuyên nghiệp, chúng cần được cấu trúc đúng cách. Một tài liệu MS Word không có khái niệm </w:t>
      </w:r>
      <w:r>
        <w:rPr>
          <w:b w:val="0"/>
          <w:i/>
        </w:rPr>
        <w:t xml:space="preserve"> một trang </w:t>
      </w:r>
      <w:r>
        <w:rPr>
          <w:b w:val="0"/>
          <w:i w:val="0"/>
        </w:rPr>
        <w:t xml:space="preserve"> , vì nó hoạt động theo các đoạn văn (paragraph). Nhưng chúng ta có thể thêm các ngắt (break) và mục (section) để phân chia tài liệu cho đúng.</w:t>
      </w:r>
    </w:p>
    <w:p>
      <w:pPr>
        <w:spacing w:after="80"/>
      </w:pPr>
      <w:r>
        <w:rPr>
          <w:b w:val="0"/>
          <w:i w:val="0"/>
        </w:rPr>
        <w:t>Trong công thức này, chúng ta sẽ xem cách tạo một tài liệu Word có cấu trúc, thêm các ngắt để tạo các mục.</w:t>
      </w:r>
    </w:p>
    <w:p>
      <w:pPr>
        <w:pStyle w:val="Heading3"/>
      </w:pPr>
      <w:r>
        <w:rPr>
          <w:rFonts w:ascii="Calibri" w:hAnsi="Calibri"/>
          <w:b/>
          <w:i w:val="0"/>
          <w:sz w:val="26"/>
        </w:rPr>
        <w:t>Chuẩn bị</w:t>
      </w:r>
    </w:p>
    <w:p>
      <w:pPr>
        <w:spacing w:after="80"/>
      </w:pPr>
      <w:r>
        <w:rPr>
          <w:b w:val="0"/>
          <w:i w:val="0"/>
        </w:rPr>
        <w:t xml:space="preserve">Chúng ta sẽ dùng mô-đun </w:t>
      </w:r>
      <w:r>
        <w:rPr>
          <w:rFonts w:ascii="Consolas" w:hAnsi="Consolas"/>
          <w:b w:val="0"/>
          <w:i w:val="0"/>
          <w:sz w:val="20"/>
        </w:rPr>
        <w:br/>
        <w:br/>
        <w:t xml:space="preserve">      python‑docx</w:t>
        <w:br/>
        <w:t xml:space="preserve">     </w:t>
        <w:br/>
      </w:r>
      <w:r>
        <w:rPr>
          <w:b w:val="0"/>
          <w:i w:val="0"/>
        </w:rPr>
        <w:t xml:space="preserve"> để xử lý tài liệu Word. Hãy chắc chắn rằng nó đã được thêm vào môi trường của bạn:</w:t>
      </w:r>
    </w:p>
    <w:p>
      <w:pPr>
        <w:spacing w:after="0"/>
        <w:ind w:left="360"/>
        <w:shd w:val="clear" w:color="auto" w:fill="F2F2F2"/>
      </w:pPr>
      <w:r>
        <w:rPr>
          <w:rFonts w:ascii="Consolas" w:hAnsi="Consolas"/>
          <w:sz w:val="18"/>
        </w:rPr>
        <w:t>$ echo "python-docx==1.2.0" &gt;&gt; requirements.txt</w:t>
      </w:r>
    </w:p>
    <w:p>
      <w:pPr>
        <w:spacing w:after="0"/>
        <w:ind w:left="360"/>
        <w:shd w:val="clear" w:color="auto" w:fill="F2F2F2"/>
      </w:pPr>
      <w:r>
        <w:rPr>
          <w:rFonts w:ascii="Consolas" w:hAnsi="Consolas"/>
          <w:sz w:val="18"/>
        </w:rPr>
        <w:t>$ uv pip install -r requirements.txt</w:t>
      </w:r>
    </w:p>
    <w:p>
      <w:pPr>
        <w:spacing w:after="40"/>
      </w:pPr>
    </w:p>
    <w:p>
      <w:pPr>
        <w:pStyle w:val="Heading3"/>
      </w:pPr>
      <w:r>
        <w:rPr>
          <w:rFonts w:ascii="Calibri" w:hAnsi="Calibri"/>
          <w:b/>
          <w:i w:val="0"/>
          <w:sz w:val="26"/>
        </w:rPr>
        <w:t>Cách thực hiện...</w:t>
      </w:r>
    </w:p>
    <w:p>
      <w:pPr>
        <w:spacing w:after="80"/>
        <w:ind w:left="360"/>
      </w:pPr>
      <w:r>
        <w:t xml:space="preserve">1. </w:t>
      </w:r>
      <w:r>
        <w:rPr>
          <w:b w:val="0"/>
          <w:i w:val="0"/>
        </w:rPr>
        <w:t xml:space="preserve">Import mô-đun </w:t>
      </w:r>
      <w:r>
        <w:rPr>
          <w:rFonts w:ascii="Consolas" w:hAnsi="Consolas"/>
          <w:b w:val="0"/>
          <w:i w:val="0"/>
          <w:sz w:val="20"/>
        </w:rPr>
        <w:br/>
        <w:br/>
        <w:t xml:space="preserve">      python‑docx</w:t>
        <w:br/>
        <w:t xml:space="preserve">      </w:t>
        <w:br/>
      </w:r>
      <w:r>
        <w:rPr>
          <w:b w:val="0"/>
          <w:i w:val="0"/>
        </w:rPr>
        <w:t>:</w:t>
      </w:r>
    </w:p>
    <w:p>
      <w:pPr>
        <w:spacing w:after="0"/>
        <w:ind w:left="360"/>
        <w:shd w:val="clear" w:color="auto" w:fill="F2F2F2"/>
      </w:pPr>
      <w:r>
        <w:rPr>
          <w:rFonts w:ascii="Consolas" w:hAnsi="Consolas"/>
          <w:sz w:val="18"/>
        </w:rPr>
        <w:t>&gt;&gt;&gt; import docx</w:t>
      </w:r>
    </w:p>
    <w:p>
      <w:pPr>
        <w:spacing w:after="40"/>
      </w:pPr>
    </w:p>
    <w:p>
      <w:pPr>
        <w:spacing w:after="80"/>
        <w:ind w:left="360"/>
      </w:pPr>
      <w:r>
        <w:t xml:space="preserve">2. </w:t>
      </w:r>
      <w:r>
        <w:rPr>
          <w:b w:val="0"/>
          <w:i w:val="0"/>
        </w:rPr>
        <w:t>Tạo một tài liệu mới:</w:t>
      </w:r>
    </w:p>
    <w:p>
      <w:pPr>
        <w:spacing w:after="0"/>
        <w:ind w:left="360"/>
        <w:shd w:val="clear" w:color="auto" w:fill="F2F2F2"/>
      </w:pPr>
      <w:r>
        <w:rPr>
          <w:rFonts w:ascii="Consolas" w:hAnsi="Consolas"/>
          <w:sz w:val="18"/>
        </w:rPr>
        <w:t>&gt;&gt;&gt; document = docx.Document()</w:t>
      </w:r>
    </w:p>
    <w:p>
      <w:pPr>
        <w:spacing w:after="40"/>
      </w:pPr>
    </w:p>
    <w:p>
      <w:pPr>
        <w:spacing w:after="80"/>
        <w:ind w:left="360"/>
      </w:pPr>
      <w:r>
        <w:t xml:space="preserve">3. </w:t>
      </w:r>
      <w:r>
        <w:rPr>
          <w:b w:val="0"/>
          <w:i w:val="0"/>
        </w:rPr>
        <w:t>Tạo một đoạn văn có ngắt dòng:</w:t>
      </w:r>
    </w:p>
    <w:p>
      <w:pPr>
        <w:spacing w:after="0"/>
        <w:ind w:left="360"/>
        <w:shd w:val="clear" w:color="auto" w:fill="F2F2F2"/>
      </w:pPr>
      <w:r>
        <w:rPr>
          <w:rFonts w:ascii="Consolas" w:hAnsi="Consolas"/>
          <w:sz w:val="18"/>
        </w:rPr>
        <w:t>&gt;&gt;&gt; p = document.add_paragraph('This is the start of the paragraph')</w:t>
      </w:r>
    </w:p>
    <w:p>
      <w:pPr>
        <w:spacing w:after="0"/>
        <w:ind w:left="360"/>
        <w:shd w:val="clear" w:color="auto" w:fill="F2F2F2"/>
      </w:pPr>
      <w:r>
        <w:rPr>
          <w:rFonts w:ascii="Consolas" w:hAnsi="Consolas"/>
          <w:sz w:val="18"/>
        </w:rPr>
        <w:t>&gt;&gt;&gt; run = p.add_run()</w:t>
      </w:r>
    </w:p>
    <w:p>
      <w:pPr>
        <w:spacing w:after="0"/>
        <w:ind w:left="360"/>
        <w:shd w:val="clear" w:color="auto" w:fill="F2F2F2"/>
      </w:pPr>
      <w:r>
        <w:rPr>
          <w:rFonts w:ascii="Consolas" w:hAnsi="Consolas"/>
          <w:sz w:val="18"/>
        </w:rPr>
        <w:t>&gt;&gt;&gt; run.add_break(docx.text.run.WD_BREAK.LINE)</w:t>
      </w:r>
    </w:p>
    <w:p>
      <w:pPr>
        <w:spacing w:after="0"/>
        <w:ind w:left="360"/>
        <w:shd w:val="clear" w:color="auto" w:fill="F2F2F2"/>
      </w:pPr>
      <w:r>
        <w:rPr>
          <w:rFonts w:ascii="Consolas" w:hAnsi="Consolas"/>
          <w:sz w:val="18"/>
        </w:rPr>
        <w:t>&gt;&gt;&gt; p.add_run('And now this in a different line')</w:t>
      </w:r>
    </w:p>
    <w:p>
      <w:pPr>
        <w:spacing w:after="0"/>
        <w:ind w:left="360"/>
        <w:shd w:val="clear" w:color="auto" w:fill="F2F2F2"/>
      </w:pPr>
      <w:r>
        <w:rPr>
          <w:rFonts w:ascii="Consolas" w:hAnsi="Consolas"/>
          <w:sz w:val="18"/>
        </w:rPr>
        <w:t>&lt;docx.text.run.Run object at 0x10b8b4de0&gt;</w:t>
      </w:r>
    </w:p>
    <w:p>
      <w:pPr>
        <w:spacing w:after="0"/>
        <w:ind w:left="360"/>
        <w:shd w:val="clear" w:color="auto" w:fill="F2F2F2"/>
      </w:pPr>
      <w:r>
        <w:rPr>
          <w:rFonts w:ascii="Consolas" w:hAnsi="Consolas"/>
          <w:sz w:val="18"/>
        </w:rPr>
        <w:t>&gt;&gt;&gt; p.add_run('And now this in a different line')</w:t>
      </w:r>
    </w:p>
    <w:p>
      <w:pPr>
        <w:spacing w:after="0"/>
        <w:ind w:left="360"/>
        <w:shd w:val="clear" w:color="auto" w:fill="F2F2F2"/>
      </w:pPr>
      <w:r>
        <w:rPr>
          <w:rFonts w:ascii="Consolas" w:hAnsi="Consolas"/>
          <w:sz w:val="18"/>
        </w:rPr>
        <w:t>&lt;docx.text.run.Run object at 0x10b8b4e50&gt;</w:t>
      </w:r>
    </w:p>
    <w:p>
      <w:pPr>
        <w:spacing w:after="40"/>
      </w:pPr>
    </w:p>
    <w:p>
      <w:pPr>
        <w:spacing w:after="80"/>
        <w:ind w:left="360"/>
      </w:pPr>
      <w:r>
        <w:t xml:space="preserve">4. </w:t>
      </w:r>
      <w:r>
        <w:rPr>
          <w:b w:val="0"/>
          <w:i w:val="0"/>
        </w:rPr>
        <w:t>Tạo ngắt trang và viết một đoạn văn:</w:t>
      </w:r>
    </w:p>
    <w:p>
      <w:pPr>
        <w:spacing w:after="0"/>
        <w:ind w:left="360"/>
        <w:shd w:val="clear" w:color="auto" w:fill="F2F2F2"/>
      </w:pPr>
      <w:r>
        <w:rPr>
          <w:rFonts w:ascii="Consolas" w:hAnsi="Consolas"/>
          <w:sz w:val="18"/>
        </w:rPr>
        <w:t>&gt;&gt;&gt; document.add_page_break()</w:t>
      </w:r>
    </w:p>
    <w:p>
      <w:pPr>
        <w:spacing w:after="0"/>
        <w:ind w:left="360"/>
        <w:shd w:val="clear" w:color="auto" w:fill="F2F2F2"/>
      </w:pPr>
      <w:r>
        <w:rPr>
          <w:rFonts w:ascii="Consolas" w:hAnsi="Consolas"/>
          <w:sz w:val="18"/>
        </w:rPr>
        <w:t>&lt;docx.text.paragraph.Paragraph object at 0x10b801440&gt;</w:t>
      </w:r>
    </w:p>
    <w:p>
      <w:pPr>
        <w:spacing w:after="0"/>
        <w:ind w:left="360"/>
        <w:shd w:val="clear" w:color="auto" w:fill="F2F2F2"/>
      </w:pPr>
      <w:r>
        <w:rPr>
          <w:rFonts w:ascii="Consolas" w:hAnsi="Consolas"/>
          <w:sz w:val="18"/>
        </w:rPr>
        <w:t>&gt;&gt;&gt; document.add_paragraph('This appears in a new page')</w:t>
      </w:r>
    </w:p>
    <w:p>
      <w:pPr>
        <w:spacing w:after="0"/>
        <w:ind w:left="360"/>
        <w:shd w:val="clear" w:color="auto" w:fill="F2F2F2"/>
      </w:pPr>
      <w:r>
        <w:rPr>
          <w:rFonts w:ascii="Consolas" w:hAnsi="Consolas"/>
          <w:sz w:val="18"/>
        </w:rPr>
        <w:t>&lt;docx.text.paragraph.Paragraph object at 0x10a82e8f0&gt;</w:t>
      </w:r>
    </w:p>
    <w:p>
      <w:pPr>
        <w:spacing w:after="40"/>
      </w:pPr>
    </w:p>
    <w:p>
      <w:pPr>
        <w:spacing w:after="80"/>
        <w:ind w:left="360"/>
      </w:pPr>
      <w:r>
        <w:t xml:space="preserve">5. </w:t>
      </w:r>
      <w:r>
        <w:rPr>
          <w:b w:val="0"/>
          <w:i w:val="0"/>
        </w:rPr>
        <w:t>Tạo một section mới, sẽ nằm trên các trang nằm ngang:</w:t>
      </w:r>
    </w:p>
    <w:p>
      <w:pPr>
        <w:spacing w:after="0"/>
        <w:ind w:left="360"/>
        <w:shd w:val="clear" w:color="auto" w:fill="F2F2F2"/>
      </w:pPr>
      <w:r>
        <w:rPr>
          <w:rFonts w:ascii="Consolas" w:hAnsi="Consolas"/>
          <w:sz w:val="18"/>
        </w:rPr>
        <w:t>&gt;&gt;&gt; section = document.add_section( docx.enum.section.WD_SECTION.NEW_PAGE)</w:t>
      </w:r>
    </w:p>
    <w:p>
      <w:pPr>
        <w:spacing w:after="0"/>
        <w:ind w:left="360"/>
        <w:shd w:val="clear" w:color="auto" w:fill="F2F2F2"/>
      </w:pPr>
      <w:r>
        <w:rPr>
          <w:rFonts w:ascii="Consolas" w:hAnsi="Consolas"/>
          <w:sz w:val="18"/>
        </w:rPr>
        <w:t>&gt;&gt;&gt; section.orientation = docx.enum.section.WD_ORIENT.LANDSCAPE</w:t>
      </w:r>
    </w:p>
    <w:p>
      <w:pPr>
        <w:spacing w:after="0"/>
        <w:ind w:left="360"/>
        <w:shd w:val="clear" w:color="auto" w:fill="F2F2F2"/>
      </w:pPr>
      <w:r>
        <w:rPr>
          <w:rFonts w:ascii="Consolas" w:hAnsi="Consolas"/>
          <w:sz w:val="18"/>
        </w:rPr>
        <w:t>&gt;&gt;&gt; section.page_height, section.page_width = section.page_width, section.page_height</w:t>
      </w:r>
    </w:p>
    <w:p>
      <w:pPr>
        <w:spacing w:after="0"/>
        <w:ind w:left="360"/>
        <w:shd w:val="clear" w:color="auto" w:fill="F2F2F2"/>
      </w:pPr>
      <w:r>
        <w:rPr>
          <w:rFonts w:ascii="Consolas" w:hAnsi="Consolas"/>
          <w:sz w:val="18"/>
        </w:rPr>
        <w:t>&gt;&gt;&gt; document.add_paragraph('This is part of a new landscape section')</w:t>
      </w:r>
    </w:p>
    <w:p>
      <w:pPr>
        <w:spacing w:after="0"/>
        <w:ind w:left="360"/>
        <w:shd w:val="clear" w:color="auto" w:fill="F2F2F2"/>
      </w:pPr>
      <w:r>
        <w:rPr>
          <w:rFonts w:ascii="Consolas" w:hAnsi="Consolas"/>
          <w:sz w:val="18"/>
        </w:rPr>
        <w:t>&lt;docx.text.paragraph.Paragraph object at 0x10b865770&gt;</w:t>
      </w:r>
    </w:p>
    <w:p>
      <w:pPr>
        <w:spacing w:after="40"/>
      </w:pPr>
    </w:p>
    <w:p>
      <w:pPr>
        <w:spacing w:after="80"/>
        <w:ind w:left="360"/>
      </w:pPr>
      <w:r>
        <w:t xml:space="preserve">6. </w:t>
      </w:r>
      <w:r>
        <w:rPr>
          <w:b w:val="0"/>
          <w:i w:val="0"/>
        </w:rPr>
        <w:t>Tạo một section khác, quay lại hướng dọc:</w:t>
      </w:r>
    </w:p>
    <w:p>
      <w:pPr>
        <w:spacing w:after="0"/>
        <w:ind w:left="360"/>
        <w:shd w:val="clear" w:color="auto" w:fill="F2F2F2"/>
      </w:pPr>
      <w:r>
        <w:rPr>
          <w:rFonts w:ascii="Consolas" w:hAnsi="Consolas"/>
          <w:sz w:val="18"/>
        </w:rPr>
        <w:t>&gt;&gt;&gt; section = document.add_section( docx.enum.section.WD_SECTION.NEW_PAGE)</w:t>
      </w:r>
    </w:p>
    <w:p>
      <w:pPr>
        <w:spacing w:after="0"/>
        <w:ind w:left="360"/>
        <w:shd w:val="clear" w:color="auto" w:fill="F2F2F2"/>
      </w:pPr>
      <w:r>
        <w:rPr>
          <w:rFonts w:ascii="Consolas" w:hAnsi="Consolas"/>
          <w:sz w:val="18"/>
        </w:rPr>
        <w:t>&gt;&gt;&gt; section.orientation = docx.enum.section.WD_ORIENT.PORTRAIT</w:t>
      </w:r>
    </w:p>
    <w:p>
      <w:pPr>
        <w:spacing w:after="0"/>
        <w:ind w:left="360"/>
        <w:shd w:val="clear" w:color="auto" w:fill="F2F2F2"/>
      </w:pPr>
      <w:r>
        <w:rPr>
          <w:rFonts w:ascii="Consolas" w:hAnsi="Consolas"/>
          <w:sz w:val="18"/>
        </w:rPr>
        <w:t>&gt;&gt;&gt; section.page_height, section.page_width = section.page_width, section.page_height</w:t>
      </w:r>
    </w:p>
    <w:p>
      <w:pPr>
        <w:spacing w:after="0"/>
        <w:ind w:left="360"/>
        <w:shd w:val="clear" w:color="auto" w:fill="F2F2F2"/>
      </w:pPr>
      <w:r>
        <w:rPr>
          <w:rFonts w:ascii="Consolas" w:hAnsi="Consolas"/>
          <w:sz w:val="18"/>
        </w:rPr>
        <w:t>&gt;&gt;&gt; document.add_paragraph('In this section, recover the portrait orientation')</w:t>
      </w:r>
    </w:p>
    <w:p>
      <w:pPr>
        <w:spacing w:after="0"/>
        <w:ind w:left="360"/>
        <w:shd w:val="clear" w:color="auto" w:fill="F2F2F2"/>
      </w:pPr>
      <w:r>
        <w:rPr>
          <w:rFonts w:ascii="Consolas" w:hAnsi="Consolas"/>
          <w:sz w:val="18"/>
        </w:rPr>
        <w:t>&lt;docx.text.paragraph.Paragraph object at 0x10b7a4710&gt;</w:t>
      </w:r>
    </w:p>
    <w:p>
      <w:pPr>
        <w:spacing w:after="40"/>
      </w:pPr>
    </w:p>
    <w:p>
      <w:pPr>
        <w:spacing w:after="80"/>
        <w:ind w:left="360"/>
      </w:pPr>
      <w:r>
        <w:t xml:space="preserve">7. </w:t>
      </w:r>
      <w:r>
        <w:rPr>
          <w:b w:val="0"/>
          <w:i w:val="0"/>
        </w:rPr>
        <w:t>Lưu tài liệu:</w:t>
      </w:r>
    </w:p>
    <w:p>
      <w:pPr>
        <w:spacing w:after="0"/>
        <w:ind w:left="360"/>
        <w:shd w:val="clear" w:color="auto" w:fill="F2F2F2"/>
      </w:pPr>
      <w:r>
        <w:rPr>
          <w:rFonts w:ascii="Consolas" w:hAnsi="Consolas"/>
          <w:sz w:val="18"/>
        </w:rPr>
        <w:t>&gt;&gt;&gt; document.save('word-report-structure.docx')</w:t>
      </w:r>
    </w:p>
    <w:p>
      <w:pPr>
        <w:spacing w:after="40"/>
      </w:pPr>
    </w:p>
    <w:p>
      <w:pPr>
        <w:spacing w:after="80"/>
        <w:ind w:left="360"/>
      </w:pPr>
      <w:r>
        <w:t xml:space="preserve">8. </w:t>
      </w:r>
      <w:r>
        <w:rPr>
          <w:b w:val="0"/>
          <w:i w:val="0"/>
        </w:rPr>
        <w:t>Kiểm tra kết quả bằng cách mở tài liệu và xem các section thu được: Kiểm tra trang mới: Kiểm tra xem có section nằm ngang không: Sau đó, quay lại hướng dọc:</w:t>
      </w:r>
    </w:p>
    <w:p>
      <w:pPr>
        <w:jc w:val="center"/>
      </w:pPr>
      <w:r>
        <w:drawing>
          <wp:inline xmlns:a="http://schemas.openxmlformats.org/drawingml/2006/main" xmlns:pic="http://schemas.openxmlformats.org/drawingml/2006/picture">
            <wp:extent cx="5486400" cy="4255994"/>
            <wp:docPr id="30" name="Picture 30"/>
            <wp:cNvGraphicFramePr>
              <a:graphicFrameLocks noChangeAspect="1"/>
            </wp:cNvGraphicFramePr>
            <a:graphic>
              <a:graphicData uri="http://schemas.openxmlformats.org/drawingml/2006/picture">
                <pic:pic>
                  <pic:nvPicPr>
                    <pic:cNvPr id="0" name="B36973_5_5.png"/>
                    <pic:cNvPicPr/>
                  </pic:nvPicPr>
                  <pic:blipFill>
                    <a:blip r:embed="rId36"/>
                    <a:stretch>
                      <a:fillRect/>
                    </a:stretch>
                  </pic:blipFill>
                  <pic:spPr>
                    <a:xfrm>
                      <a:off x="0" y="0"/>
                      <a:ext cx="5486400" cy="4255994"/>
                    </a:xfrm>
                    <a:prstGeom prst="rect"/>
                  </pic:spPr>
                </pic:pic>
              </a:graphicData>
            </a:graphic>
          </wp:inline>
        </w:drawing>
      </w:r>
    </w:p>
    <w:p>
      <w:pPr>
        <w:jc w:val="center"/>
      </w:pPr>
      <w:r>
        <w:drawing>
          <wp:inline xmlns:a="http://schemas.openxmlformats.org/drawingml/2006/main" xmlns:pic="http://schemas.openxmlformats.org/drawingml/2006/picture">
            <wp:extent cx="5486400" cy="4258252"/>
            <wp:docPr id="31" name="Picture 31"/>
            <wp:cNvGraphicFramePr>
              <a:graphicFrameLocks noChangeAspect="1"/>
            </wp:cNvGraphicFramePr>
            <a:graphic>
              <a:graphicData uri="http://schemas.openxmlformats.org/drawingml/2006/picture">
                <pic:pic>
                  <pic:nvPicPr>
                    <pic:cNvPr id="0" name="B36973_5_6.png"/>
                    <pic:cNvPicPr/>
                  </pic:nvPicPr>
                  <pic:blipFill>
                    <a:blip r:embed="rId37"/>
                    <a:stretch>
                      <a:fillRect/>
                    </a:stretch>
                  </pic:blipFill>
                  <pic:spPr>
                    <a:xfrm>
                      <a:off x="0" y="0"/>
                      <a:ext cx="5486400" cy="4258252"/>
                    </a:xfrm>
                    <a:prstGeom prst="rect"/>
                  </pic:spPr>
                </pic:pic>
              </a:graphicData>
            </a:graphic>
          </wp:inline>
        </w:drawing>
      </w:r>
    </w:p>
    <w:p>
      <w:pPr>
        <w:jc w:val="center"/>
      </w:pPr>
      <w:r>
        <w:drawing>
          <wp:inline xmlns:a="http://schemas.openxmlformats.org/drawingml/2006/main" xmlns:pic="http://schemas.openxmlformats.org/drawingml/2006/picture">
            <wp:extent cx="5486400" cy="4249815"/>
            <wp:docPr id="32" name="Picture 32"/>
            <wp:cNvGraphicFramePr>
              <a:graphicFrameLocks noChangeAspect="1"/>
            </wp:cNvGraphicFramePr>
            <a:graphic>
              <a:graphicData uri="http://schemas.openxmlformats.org/drawingml/2006/picture">
                <pic:pic>
                  <pic:nvPicPr>
                    <pic:cNvPr id="0" name="B36973_5_7.png"/>
                    <pic:cNvPicPr/>
                  </pic:nvPicPr>
                  <pic:blipFill>
                    <a:blip r:embed="rId38"/>
                    <a:stretch>
                      <a:fillRect/>
                    </a:stretch>
                  </pic:blipFill>
                  <pic:spPr>
                    <a:xfrm>
                      <a:off x="0" y="0"/>
                      <a:ext cx="5486400" cy="4249815"/>
                    </a:xfrm>
                    <a:prstGeom prst="rect"/>
                  </pic:spPr>
                </pic:pic>
              </a:graphicData>
            </a:graphic>
          </wp:inline>
        </w:drawing>
      </w:r>
    </w:p>
    <w:p>
      <w:pPr>
        <w:jc w:val="center"/>
      </w:pPr>
      <w:r>
        <w:drawing>
          <wp:inline xmlns:a="http://schemas.openxmlformats.org/drawingml/2006/main" xmlns:pic="http://schemas.openxmlformats.org/drawingml/2006/picture">
            <wp:extent cx="5486400" cy="4275051"/>
            <wp:docPr id="33" name="Picture 33"/>
            <wp:cNvGraphicFramePr>
              <a:graphicFrameLocks noChangeAspect="1"/>
            </wp:cNvGraphicFramePr>
            <a:graphic>
              <a:graphicData uri="http://schemas.openxmlformats.org/drawingml/2006/picture">
                <pic:pic>
                  <pic:nvPicPr>
                    <pic:cNvPr id="0" name="B36973_5_8.png"/>
                    <pic:cNvPicPr/>
                  </pic:nvPicPr>
                  <pic:blipFill>
                    <a:blip r:embed="rId39"/>
                    <a:stretch>
                      <a:fillRect/>
                    </a:stretch>
                  </pic:blipFill>
                  <pic:spPr>
                    <a:xfrm>
                      <a:off x="0" y="0"/>
                      <a:ext cx="5486400" cy="4275051"/>
                    </a:xfrm>
                    <a:prstGeom prst="rect"/>
                  </pic:spPr>
                </pic:pic>
              </a:graphicData>
            </a:graphic>
          </wp:inline>
        </w:drawing>
      </w:r>
    </w:p>
    <w:p>
      <w:pPr>
        <w:spacing w:after="160"/>
        <w:jc w:val="center"/>
      </w:pPr>
      <w:r>
        <w:rPr>
          <w:rFonts w:ascii="Calibri" w:hAnsi="Calibri"/>
          <w:b w:val="0"/>
          <w:i/>
          <w:sz w:val="19"/>
        </w:rPr>
        <w:t>Hình 5.5: Trang đầu tiên sau khi hiển thị</w:t>
      </w:r>
    </w:p>
    <w:p>
      <w:pPr>
        <w:spacing w:after="160"/>
        <w:jc w:val="center"/>
      </w:pPr>
      <w:r>
        <w:rPr>
          <w:rFonts w:ascii="Calibri" w:hAnsi="Calibri"/>
          <w:b w:val="0"/>
          <w:i/>
          <w:sz w:val="19"/>
        </w:rPr>
        <w:t>Hình 5.6: Tệp mới sau khi hiển thị</w:t>
      </w:r>
    </w:p>
    <w:p>
      <w:pPr>
        <w:spacing w:after="160"/>
        <w:jc w:val="center"/>
      </w:pPr>
      <w:r>
        <w:rPr>
          <w:rFonts w:ascii="Calibri" w:hAnsi="Calibri"/>
          <w:b w:val="0"/>
          <w:i/>
          <w:sz w:val="19"/>
        </w:rPr>
        <w:t>Hình 5.7: Section nằm ngang sau khi hiển thị</w:t>
      </w:r>
    </w:p>
    <w:p>
      <w:pPr>
        <w:spacing w:after="160"/>
        <w:jc w:val="center"/>
      </w:pPr>
      <w:r>
        <w:rPr>
          <w:rFonts w:ascii="Calibri" w:hAnsi="Calibri"/>
          <w:b w:val="0"/>
          <w:i/>
          <w:sz w:val="19"/>
        </w:rPr>
        <w:t>Hình 5.8: Trang mới, sau khi quay lại hướng dọc</w:t>
      </w:r>
    </w:p>
    <w:p>
      <w:pPr>
        <w:pStyle w:val="Heading3"/>
      </w:pPr>
      <w:r>
        <w:rPr>
          <w:rFonts w:ascii="Calibri" w:hAnsi="Calibri"/>
          <w:b/>
          <w:i w:val="0"/>
          <w:sz w:val="26"/>
        </w:rPr>
        <w:t>Cách hoạt động...</w:t>
      </w:r>
    </w:p>
    <w:p>
      <w:pPr>
        <w:spacing w:after="80"/>
      </w:pPr>
      <w:r>
        <w:rPr>
          <w:b w:val="0"/>
          <w:i w:val="0"/>
        </w:rPr>
        <w:t xml:space="preserve">Sau khi tạo tài liệu ở </w:t>
      </w:r>
      <w:r>
        <w:rPr>
          <w:b w:val="0"/>
          <w:i/>
        </w:rPr>
        <w:t xml:space="preserve"> bước 2 </w:t>
      </w:r>
      <w:r>
        <w:rPr>
          <w:b w:val="0"/>
          <w:i w:val="0"/>
        </w:rPr>
        <w:t xml:space="preserve"> trong mục </w:t>
      </w:r>
      <w:r>
        <w:rPr>
          <w:b w:val="0"/>
          <w:i/>
        </w:rPr>
        <w:t xml:space="preserve"> Cách thực hiện… </w:t>
      </w:r>
      <w:r>
        <w:rPr>
          <w:b w:val="0"/>
          <w:i w:val="0"/>
        </w:rPr>
        <w:t xml:space="preserve">, chúng ta thêm một đoạn văn cho section đầu tiên. Lưu ý rằng tài liệu bắt đầu bằng một section. Đoạn văn này tạo ra một ngắt dòng ở giữa đoạn bằng cách thêm ngắt </w:t>
      </w:r>
      <w:r>
        <w:rPr>
          <w:rFonts w:ascii="Consolas" w:hAnsi="Consolas"/>
          <w:b w:val="0"/>
          <w:i w:val="0"/>
          <w:sz w:val="20"/>
        </w:rPr>
        <w:br/>
        <w:br/>
        <w:t xml:space="preserve">      WD_BREAK.LINE</w:t>
        <w:br/>
        <w:t xml:space="preserve">     </w:t>
        <w:br/>
      </w:r>
      <w:r>
        <w:rPr>
          <w:b w:val="0"/>
          <w:i w:val="0"/>
        </w:rPr>
        <w:t>.</w:t>
      </w:r>
    </w:p>
    <w:p>
      <w:pPr>
        <w:spacing w:after="80"/>
      </w:pPr>
      <w:r>
        <w:rPr>
          <w:b/>
          <w:i w:val="0"/>
        </w:rPr>
        <w:t>Mẹo</w:t>
      </w:r>
    </w:p>
    <w:p>
      <w:pPr>
        <w:spacing w:after="80"/>
      </w:pPr>
      <w:r>
        <w:rPr>
          <w:b w:val="0"/>
          <w:i w:val="0"/>
        </w:rPr>
        <w:t>Có một khác biệt nhỏ giữa ngắt dòng trong một đoạn văn và một đoạn văn mới – khoảng cách dọc giữa các dòng ở hai bên của một ngắt dòng nhỏ hơn khoảng cách khi ngắt sang một đoạn văn mới. Tuy nhiên, với hầu hết các trường hợp sử dụng, chúng khá giống nhau. Hãy thử nghiệm với chúng.</w:t>
      </w:r>
    </w:p>
    <w:p>
      <w:pPr>
        <w:spacing w:after="80"/>
      </w:pPr>
      <w:r>
        <w:rPr>
          <w:b w:val="0"/>
          <w:i w:val="0"/>
        </w:rPr>
        <w:t xml:space="preserve">Một ngắt trang được thêm vào ở </w:t>
      </w:r>
      <w:r>
        <w:rPr>
          <w:b w:val="0"/>
          <w:i/>
        </w:rPr>
        <w:t>bước 3</w:t>
      </w:r>
      <w:r>
        <w:rPr>
          <w:b w:val="0"/>
          <w:i w:val="0"/>
        </w:rPr>
        <w:t>, mà không thay đổi section.</w:t>
      </w:r>
    </w:p>
    <w:p>
      <w:pPr>
        <w:spacing w:after="80"/>
      </w:pPr>
      <w:r>
        <w:rPr>
          <w:b w:val="0"/>
          <w:i/>
        </w:rPr>
        <w:t>Bước 4</w:t>
      </w:r>
      <w:r>
        <w:rPr>
          <w:b w:val="0"/>
          <w:i w:val="0"/>
        </w:rPr>
        <w:t xml:space="preserve"> tạo một section mới trên một trang mới. </w:t>
      </w:r>
      <w:r>
        <w:rPr>
          <w:b w:val="0"/>
          <w:i/>
        </w:rPr>
        <w:t>Bước 5</w:t>
      </w:r>
      <w:r>
        <w:rPr>
          <w:b w:val="0"/>
          <w:i w:val="0"/>
        </w:rPr>
        <w:t xml:space="preserve"> cũng đổi hướng của trang sang khổ ngang (landscape) trong section đó. Ở </w:t>
      </w:r>
      <w:r>
        <w:rPr>
          <w:b w:val="0"/>
          <w:i/>
        </w:rPr>
        <w:t>bước 6</w:t>
      </w:r>
      <w:r>
        <w:rPr>
          <w:b w:val="0"/>
          <w:i w:val="0"/>
        </w:rPr>
        <w:t>, một section mới được thêm vào, và hướng trang quay lại khổ dọc (portrait).</w:t>
      </w:r>
    </w:p>
    <w:p>
      <w:pPr>
        <w:spacing w:after="80"/>
      </w:pPr>
      <w:r>
        <w:rPr>
          <w:b/>
          <w:i w:val="0"/>
        </w:rPr>
        <w:t>Lưu ý</w:t>
      </w:r>
    </w:p>
    <w:p>
      <w:pPr>
        <w:spacing w:after="80"/>
      </w:pPr>
      <w:r>
        <w:rPr>
          <w:b w:val="0"/>
          <w:i w:val="0"/>
        </w:rPr>
        <w:t xml:space="preserve">Lưu ý rằng khi đổi hướng trang, ta cũng cần hoán đổi chiều rộng và chiều cao. Mỗi section mới kế thừa các thuộc tính từ section trước đó, nên việc hoán đổi này cũng cần thực hiện ở </w:t>
      </w:r>
      <w:r>
        <w:rPr>
          <w:b w:val="0"/>
          <w:i/>
        </w:rPr>
        <w:t>bước 6</w:t>
      </w:r>
      <w:r>
        <w:rPr>
          <w:b w:val="0"/>
          <w:i w:val="0"/>
        </w:rPr>
        <w:t>.</w:t>
      </w:r>
    </w:p>
    <w:p>
      <w:pPr>
        <w:spacing w:after="80"/>
      </w:pPr>
      <w:r>
        <w:rPr>
          <w:b w:val="0"/>
          <w:i w:val="0"/>
        </w:rPr>
        <w:t xml:space="preserve">Cuối cùng, tài liệu được lưu lại ở </w:t>
      </w:r>
      <w:r>
        <w:rPr>
          <w:b w:val="0"/>
          <w:i/>
        </w:rPr>
        <w:t>bước 7</w:t>
      </w:r>
      <w:r>
        <w:rPr>
          <w:b w:val="0"/>
          <w:i w:val="0"/>
        </w:rPr>
        <w:t>.</w:t>
      </w:r>
    </w:p>
    <w:p>
      <w:pPr>
        <w:pStyle w:val="Heading3"/>
      </w:pPr>
      <w:r>
        <w:rPr>
          <w:rFonts w:ascii="Calibri" w:hAnsi="Calibri"/>
          <w:b/>
          <w:i w:val="0"/>
          <w:sz w:val="26"/>
        </w:rPr>
        <w:t>Còn nhiều thứ nữa...</w:t>
      </w:r>
    </w:p>
    <w:p>
      <w:pPr>
        <w:spacing w:after="80"/>
      </w:pPr>
      <w:r>
        <w:rPr>
          <w:b w:val="0"/>
          <w:i w:val="0"/>
        </w:rPr>
        <w:t>Mỗi section có thể tự định nghĩa bố cục trang của riêng nó, bao gồm hướng, kích thước trang và lề. Kích thước trang có thể được thay đổi bằng các tham số section liên quan, và được định nghĩa bằng inch hoặc centimet (Cm), như sau</w:t>
      </w:r>
    </w:p>
    <w:p>
      <w:pPr>
        <w:spacing w:after="0"/>
        <w:ind w:left="360"/>
        <w:shd w:val="clear" w:color="auto" w:fill="F2F2F2"/>
      </w:pPr>
      <w:r>
        <w:rPr>
          <w:rFonts w:ascii="Consolas" w:hAnsi="Consolas"/>
          <w:sz w:val="18"/>
        </w:rPr>
        <w:t>&gt;&gt;&gt; from docx.shared import Inches, Cm</w:t>
      </w:r>
    </w:p>
    <w:p>
      <w:pPr>
        <w:spacing w:after="0"/>
        <w:ind w:left="360"/>
        <w:shd w:val="clear" w:color="auto" w:fill="F2F2F2"/>
      </w:pPr>
      <w:r>
        <w:rPr>
          <w:rFonts w:ascii="Consolas" w:hAnsi="Consolas"/>
          <w:sz w:val="18"/>
        </w:rPr>
        <w:t>&gt;&gt;&gt; section.page_height = Inches(10)</w:t>
      </w:r>
    </w:p>
    <w:p>
      <w:pPr>
        <w:spacing w:after="0"/>
        <w:ind w:left="360"/>
        <w:shd w:val="clear" w:color="auto" w:fill="F2F2F2"/>
      </w:pPr>
      <w:r>
        <w:rPr>
          <w:rFonts w:ascii="Consolas" w:hAnsi="Consolas"/>
          <w:sz w:val="18"/>
        </w:rPr>
        <w:t>&gt;&gt;&gt; section.page_width = Cm(20)</w:t>
      </w:r>
    </w:p>
    <w:p>
      <w:pPr>
        <w:spacing w:after="40"/>
      </w:pPr>
    </w:p>
    <w:p>
      <w:pPr>
        <w:spacing w:after="80"/>
      </w:pPr>
      <w:r>
        <w:rPr>
          <w:b w:val="0"/>
          <w:i w:val="0"/>
        </w:rPr>
        <w:t>Lề trang có thể được định nghĩa theo cách tương tự:</w:t>
      </w:r>
    </w:p>
    <w:p>
      <w:pPr>
        <w:spacing w:after="0"/>
        <w:ind w:left="360"/>
        <w:shd w:val="clear" w:color="auto" w:fill="F2F2F2"/>
      </w:pPr>
      <w:r>
        <w:rPr>
          <w:rFonts w:ascii="Consolas" w:hAnsi="Consolas"/>
          <w:sz w:val="18"/>
        </w:rPr>
        <w:t>&gt;&gt;&gt; section.left_margin = Inches(1.5)</w:t>
      </w:r>
    </w:p>
    <w:p>
      <w:pPr>
        <w:spacing w:after="0"/>
        <w:ind w:left="360"/>
        <w:shd w:val="clear" w:color="auto" w:fill="F2F2F2"/>
      </w:pPr>
      <w:r>
        <w:rPr>
          <w:rFonts w:ascii="Consolas" w:hAnsi="Consolas"/>
          <w:sz w:val="18"/>
        </w:rPr>
        <w:t>&gt;&gt;&gt; section.right_margin = Cm(2.81)</w:t>
      </w:r>
    </w:p>
    <w:p>
      <w:pPr>
        <w:spacing w:after="0"/>
        <w:ind w:left="360"/>
        <w:shd w:val="clear" w:color="auto" w:fill="F2F2F2"/>
      </w:pPr>
      <w:r>
        <w:rPr>
          <w:rFonts w:ascii="Consolas" w:hAnsi="Consolas"/>
          <w:sz w:val="18"/>
        </w:rPr>
        <w:t>&gt;&gt;&gt; section.top_margin = Inches(1)</w:t>
      </w:r>
    </w:p>
    <w:p>
      <w:pPr>
        <w:spacing w:after="0"/>
        <w:ind w:left="360"/>
        <w:shd w:val="clear" w:color="auto" w:fill="F2F2F2"/>
      </w:pPr>
      <w:r>
        <w:rPr>
          <w:rFonts w:ascii="Consolas" w:hAnsi="Consolas"/>
          <w:sz w:val="18"/>
        </w:rPr>
        <w:t>&gt;&gt;&gt; section.bottom_margin = Cm(2.54)</w:t>
      </w:r>
    </w:p>
    <w:p>
      <w:pPr>
        <w:spacing w:after="40"/>
      </w:pPr>
    </w:p>
    <w:p>
      <w:pPr>
        <w:spacing w:after="80"/>
      </w:pPr>
      <w:r>
        <w:rPr>
          <w:b w:val="0"/>
          <w:i w:val="0"/>
        </w:rPr>
        <w:t>Các section cũng có thể được buộc bắt đầu không chỉ ở trang tiếp theo, mà còn ở trang lẻ tiếp theo, điều này sẽ trông đẹp hơn khi in hai mặt:</w:t>
      </w:r>
    </w:p>
    <w:p>
      <w:pPr>
        <w:spacing w:after="0"/>
        <w:ind w:left="360"/>
        <w:shd w:val="clear" w:color="auto" w:fill="F2F2F2"/>
      </w:pPr>
      <w:r>
        <w:rPr>
          <w:rFonts w:ascii="Consolas" w:hAnsi="Consolas"/>
          <w:sz w:val="18"/>
        </w:rPr>
        <w:t>&gt;&gt;&gt; document.add_section( docx.enum.section.WD_SECTION.ODD_PAGE)</w:t>
      </w:r>
    </w:p>
    <w:p>
      <w:pPr>
        <w:spacing w:after="40"/>
      </w:pPr>
    </w:p>
    <w:p>
      <w:pPr>
        <w:spacing w:after="80"/>
      </w:pPr>
      <w:r>
        <w:rPr>
          <w:b w:val="0"/>
          <w:i w:val="0"/>
        </w:rPr>
        <w:t xml:space="preserve">Tài liệu đầy đủ về </w:t>
      </w:r>
      <w:r>
        <w:rPr>
          <w:rFonts w:ascii="Consolas" w:hAnsi="Consolas"/>
          <w:b w:val="0"/>
          <w:i w:val="0"/>
          <w:sz w:val="20"/>
        </w:rPr>
        <w:br/>
        <w:br/>
        <w:t xml:space="preserve">      python‑docx</w:t>
        <w:br/>
        <w:t xml:space="preserve">     </w:t>
        <w:br/>
      </w:r>
      <w:r>
        <w:rPr>
          <w:b w:val="0"/>
          <w:i w:val="0"/>
        </w:rPr>
        <w:t xml:space="preserve"> có sẵn tại đây: </w:t>
      </w:r>
      <w:r>
        <w:rPr>
          <w:rFonts w:ascii="Consolas" w:hAnsi="Consolas"/>
          <w:b w:val="0"/>
          <w:i w:val="0"/>
          <w:sz w:val="20"/>
        </w:rPr>
        <w:br/>
        <w:br/>
        <w:t xml:space="preserve">       https://python-docx.readthedocs.io/en/latest/</w:t>
        <w:br/>
        <w:t xml:space="preserve">      </w:t>
        <w:br/>
      </w:r>
      <w:r>
        <w:rPr>
          <w:b w:val="0"/>
          <w:i w:val="0"/>
        </w:rPr>
        <w:t>.</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Viết một tài liệu Word cơ bản</w:t>
      </w:r>
      <w:r>
        <w:rPr>
          <w:b w:val="0"/>
          <w:i w:val="0"/>
        </w:rPr>
        <w:t>, ở phần trước trong chương này, để tìm hiểu những kiến thức cơ bản về cách tạo một tài liệu Word.</w:t>
      </w:r>
    </w:p>
    <w:p>
      <w:pPr>
        <w:spacing w:after="80"/>
        <w:ind w:left="360"/>
      </w:pPr>
      <w:r>
        <w:t xml:space="preserve">• </w:t>
      </w:r>
      <w:r>
        <w:rPr>
          <w:b w:val="0"/>
          <w:i w:val="0"/>
        </w:rPr>
        <w:t xml:space="preserve">Công thức trước đó, </w:t>
      </w:r>
      <w:r>
        <w:rPr>
          <w:b w:val="0"/>
          <w:i/>
        </w:rPr>
        <w:t>Định dạng một tài liệu Word</w:t>
      </w:r>
      <w:r>
        <w:rPr>
          <w:b w:val="0"/>
          <w:i w:val="0"/>
        </w:rPr>
        <w:t>, để tìm hiểu cách thêm định dạng vào tài liệu.</w:t>
      </w:r>
    </w:p>
    <w:p>
      <w:pPr>
        <w:pStyle w:val="Heading2"/>
      </w:pPr>
      <w:r>
        <w:rPr>
          <w:rFonts w:ascii="Calibri" w:hAnsi="Calibri"/>
          <w:b/>
          <w:i w:val="0"/>
          <w:sz w:val="32"/>
        </w:rPr>
        <w:t>Thêm hình ảnh vào tài liệu Word</w:t>
      </w:r>
    </w:p>
    <w:p>
      <w:pPr>
        <w:spacing w:after="80"/>
      </w:pPr>
      <w:r>
        <w:rPr>
          <w:b w:val="0"/>
          <w:i w:val="0"/>
        </w:rPr>
        <w:t>Tài liệu Word có thể chứa hình ảnh để hiển thị biểu đồ hoặc các loại thông tin dạng hình ảnh khác. Thêm hình ảnh là một cách tuyệt vời để tạo ra những báo cáo phong phú.</w:t>
      </w:r>
    </w:p>
    <w:p>
      <w:pPr>
        <w:spacing w:after="80"/>
      </w:pPr>
      <w:r>
        <w:rPr>
          <w:b/>
          <w:i w:val="0"/>
        </w:rPr>
        <w:t>Mẹo</w:t>
      </w:r>
    </w:p>
    <w:p>
      <w:pPr>
        <w:spacing w:after="80"/>
      </w:pPr>
      <w:r>
        <w:rPr>
          <w:b w:val="0"/>
          <w:i w:val="0"/>
        </w:rPr>
        <w:t>Bất kỳ người dùng Word nào có kinh nghiệm đều sẽ biết việc định vị hình ảnh cho đúng có thể khó chịu đến mức nào, vì môi trường xung quanh có thể khiến vị trí thay đổi. Hãy nhớ rằng mặc dù định vị hình ảnh bằng lập trình có thể giúp ích, vì nó sẽ được đưa vào một vị trí cụ thể, nhưng việc thay đổi các đoạn văn xung quanh có thể làm thay đổi cách hình ảnh được hiển thị. Ví dụ, một hình ảnh có thể chuyển sang trang tiếp theo nếu đoạn văn phía trước trở nên dài hơn.</w:t>
      </w:r>
    </w:p>
    <w:p>
      <w:pPr>
        <w:spacing w:after="80"/>
      </w:pPr>
      <w:r>
        <w:rPr>
          <w:b w:val="0"/>
          <w:i w:val="0"/>
        </w:rPr>
        <w:t>Trong công thức này, chúng ta sẽ học cách đính kèm một tệp hình ảnh có sẵn vào tài liệu Word.</w:t>
      </w:r>
    </w:p>
    <w:p>
      <w:pPr>
        <w:pStyle w:val="Heading3"/>
      </w:pPr>
      <w:r>
        <w:rPr>
          <w:rFonts w:ascii="Calibri" w:hAnsi="Calibri"/>
          <w:b/>
          <w:i w:val="0"/>
          <w:sz w:val="26"/>
        </w:rPr>
        <w:t>Chuẩn bị</w:t>
      </w:r>
    </w:p>
    <w:p>
      <w:pPr>
        <w:spacing w:after="80"/>
      </w:pPr>
      <w:r>
        <w:rPr>
          <w:b w:val="0"/>
          <w:i w:val="0"/>
        </w:rPr>
        <w:t xml:space="preserve">Chúng ta sẽ dùng mô-đun </w:t>
      </w:r>
      <w:r>
        <w:rPr>
          <w:rFonts w:ascii="Consolas" w:hAnsi="Consolas"/>
          <w:b w:val="0"/>
          <w:i w:val="0"/>
          <w:sz w:val="20"/>
        </w:rPr>
        <w:br/>
        <w:br/>
        <w:t xml:space="preserve">      python‑docx</w:t>
        <w:br/>
        <w:t xml:space="preserve">     </w:t>
        <w:br/>
      </w:r>
      <w:r>
        <w:rPr>
          <w:b w:val="0"/>
          <w:i w:val="0"/>
        </w:rPr>
        <w:t xml:space="preserve"> để xử lý tài liệu Word. Hãy đảm bảo rằng nó đã được cài đặt trong môi trường của bạn:</w:t>
      </w:r>
    </w:p>
    <w:p>
      <w:pPr>
        <w:spacing w:after="0"/>
        <w:ind w:left="360"/>
        <w:shd w:val="clear" w:color="auto" w:fill="F2F2F2"/>
      </w:pPr>
      <w:r>
        <w:rPr>
          <w:rFonts w:ascii="Consolas" w:hAnsi="Consolas"/>
          <w:sz w:val="18"/>
        </w:rPr>
        <w:t>$ echo "python-docx==1.2.0" &gt;&gt; requirements.txt</w:t>
      </w:r>
    </w:p>
    <w:p>
      <w:pPr>
        <w:spacing w:after="0"/>
        <w:ind w:left="360"/>
        <w:shd w:val="clear" w:color="auto" w:fill="F2F2F2"/>
      </w:pPr>
      <w:r>
        <w:rPr>
          <w:rFonts w:ascii="Consolas" w:hAnsi="Consolas"/>
          <w:sz w:val="18"/>
        </w:rPr>
        <w:t>$ uv pip install -r requirements.txt</w:t>
      </w:r>
    </w:p>
    <w:p>
      <w:pPr>
        <w:spacing w:after="40"/>
      </w:pPr>
    </w:p>
    <w:p>
      <w:pPr>
        <w:spacing w:after="80"/>
      </w:pPr>
      <w:r>
        <w:rPr>
          <w:b w:val="0"/>
          <w:i w:val="0"/>
        </w:rPr>
        <w:t xml:space="preserve">Chúng ta cần chuẩn bị một hình ảnh để đưa vào tài liệu. Chúng ta sẽ dùng tệp trong kho GitHub tại </w:t>
      </w:r>
      <w:r>
        <w:rPr>
          <w:rFonts w:ascii="Consolas" w:hAnsi="Consolas"/>
          <w:b w:val="0"/>
          <w:i w:val="0"/>
          <w:sz w:val="20"/>
        </w:rPr>
        <w:br/>
        <w:br/>
        <w:t xml:space="preserve">       https://github.com/PacktPublishing/Python-Automation-Cookbook-Third-Edition/blob/main/ch04/images/photo-dublin-a1.jpg</w:t>
        <w:br/>
        <w:t xml:space="preserve">      </w:t>
        <w:br/>
      </w:r>
      <w:r>
        <w:rPr>
          <w:b w:val="0"/>
          <w:i w:val="0"/>
        </w:rPr>
        <w:t xml:space="preserve"> , tệp này hiển thị một khung cảnh của Dublin. Hãy tải tệp về và đặt nó trong thư mục làm việc của bạn.</w:t>
      </w:r>
    </w:p>
    <w:p>
      <w:pPr>
        <w:pStyle w:val="Heading3"/>
      </w:pPr>
      <w:r>
        <w:rPr>
          <w:rFonts w:ascii="Calibri" w:hAnsi="Calibri"/>
          <w:b/>
          <w:i w:val="0"/>
          <w:sz w:val="26"/>
        </w:rPr>
        <w:t>Cách thực hiện...</w:t>
      </w:r>
    </w:p>
    <w:p>
      <w:pPr>
        <w:spacing w:after="80"/>
        <w:ind w:left="360"/>
      </w:pPr>
      <w:r>
        <w:t xml:space="preserve">1. </w:t>
      </w:r>
      <w:r>
        <w:rPr>
          <w:b w:val="0"/>
          <w:i w:val="0"/>
        </w:rPr>
        <w:t xml:space="preserve">Import mô-đun </w:t>
      </w:r>
      <w:r>
        <w:rPr>
          <w:rFonts w:ascii="Consolas" w:hAnsi="Consolas"/>
          <w:b w:val="0"/>
          <w:i w:val="0"/>
          <w:sz w:val="20"/>
        </w:rPr>
        <w:br/>
        <w:br/>
        <w:t xml:space="preserve">       python‑docx</w:t>
        <w:br/>
        <w:t xml:space="preserve">      </w:t>
        <w:br/>
      </w:r>
      <w:r>
        <w:rPr>
          <w:b w:val="0"/>
          <w:i w:val="0"/>
        </w:rPr>
        <w:t>:</w:t>
      </w:r>
    </w:p>
    <w:p>
      <w:pPr>
        <w:spacing w:after="0"/>
        <w:ind w:left="360"/>
        <w:shd w:val="clear" w:color="auto" w:fill="F2F2F2"/>
      </w:pPr>
      <w:r>
        <w:rPr>
          <w:rFonts w:ascii="Consolas" w:hAnsi="Consolas"/>
          <w:sz w:val="18"/>
        </w:rPr>
        <w:t>&gt;&gt;&gt; import docx</w:t>
      </w:r>
    </w:p>
    <w:p>
      <w:pPr>
        <w:spacing w:after="40"/>
      </w:pPr>
    </w:p>
    <w:p>
      <w:pPr>
        <w:spacing w:after="80"/>
        <w:ind w:left="360"/>
      </w:pPr>
      <w:r>
        <w:t xml:space="preserve">2. </w:t>
      </w:r>
      <w:r>
        <w:rPr>
          <w:b w:val="0"/>
          <w:i w:val="0"/>
        </w:rPr>
        <w:t>Tạo một tài liệu mới:</w:t>
      </w:r>
    </w:p>
    <w:p>
      <w:pPr>
        <w:spacing w:after="0"/>
        <w:ind w:left="360"/>
        <w:shd w:val="clear" w:color="auto" w:fill="F2F2F2"/>
      </w:pPr>
      <w:r>
        <w:rPr>
          <w:rFonts w:ascii="Consolas" w:hAnsi="Consolas"/>
          <w:sz w:val="18"/>
        </w:rPr>
        <w:t>&gt;&gt;&gt; document = docx.Document()</w:t>
      </w:r>
    </w:p>
    <w:p>
      <w:pPr>
        <w:spacing w:after="40"/>
      </w:pPr>
    </w:p>
    <w:p>
      <w:pPr>
        <w:spacing w:after="80"/>
        <w:ind w:left="360"/>
      </w:pPr>
      <w:r>
        <w:t xml:space="preserve">3. </w:t>
      </w:r>
      <w:r>
        <w:rPr>
          <w:b w:val="0"/>
          <w:i w:val="0"/>
        </w:rPr>
        <w:t>Tạo một đoạn văn với một ít văn bản:</w:t>
      </w:r>
    </w:p>
    <w:p>
      <w:pPr>
        <w:spacing w:after="0"/>
        <w:ind w:left="360"/>
        <w:shd w:val="clear" w:color="auto" w:fill="F2F2F2"/>
      </w:pPr>
      <w:r>
        <w:rPr>
          <w:rFonts w:ascii="Consolas" w:hAnsi="Consolas"/>
          <w:sz w:val="18"/>
        </w:rPr>
        <w:t>&gt;&gt;&gt; document.add_paragraph('This is a document that includes a picture taken in Dublin')</w:t>
      </w:r>
    </w:p>
    <w:p>
      <w:pPr>
        <w:spacing w:after="40"/>
      </w:pPr>
    </w:p>
    <w:p>
      <w:pPr>
        <w:spacing w:after="80"/>
        <w:ind w:left="360"/>
      </w:pPr>
      <w:r>
        <w:t xml:space="preserve">4. </w:t>
      </w:r>
      <w:r>
        <w:rPr>
          <w:b w:val="0"/>
          <w:i w:val="0"/>
        </w:rPr>
        <w:t>Thêm hình ảnh: Chỉnh tỷ lệ hình ảnh cho phù hợp với trang (14 x 10 cm):</w:t>
      </w:r>
    </w:p>
    <w:p>
      <w:pPr>
        <w:spacing w:after="0"/>
        <w:ind w:left="360"/>
        <w:shd w:val="clear" w:color="auto" w:fill="F2F2F2"/>
      </w:pPr>
      <w:r>
        <w:rPr>
          <w:rFonts w:ascii="Consolas" w:hAnsi="Consolas"/>
          <w:sz w:val="18"/>
        </w:rPr>
        <w:t>&gt;&gt;&gt; image = document.add_picture('photo-dublin-a1.jpg')</w:t>
      </w:r>
    </w:p>
    <w:p>
      <w:pPr>
        <w:spacing w:after="40"/>
      </w:pPr>
    </w:p>
    <w:p>
      <w:pPr>
        <w:spacing w:after="0"/>
        <w:ind w:left="360"/>
        <w:shd w:val="clear" w:color="auto" w:fill="F2F2F2"/>
      </w:pPr>
      <w:r>
        <w:rPr>
          <w:rFonts w:ascii="Consolas" w:hAnsi="Consolas"/>
          <w:sz w:val="18"/>
        </w:rPr>
        <w:t>&gt;&gt;&gt; from docx.shared import Cm</w:t>
      </w:r>
    </w:p>
    <w:p>
      <w:pPr>
        <w:spacing w:after="0"/>
        <w:ind w:left="360"/>
        <w:shd w:val="clear" w:color="auto" w:fill="F2F2F2"/>
      </w:pPr>
      <w:r>
        <w:rPr>
          <w:rFonts w:ascii="Consolas" w:hAnsi="Consolas"/>
          <w:sz w:val="18"/>
        </w:rPr>
        <w:t>&gt;&gt;&gt; image.width = Cm(14)</w:t>
      </w:r>
    </w:p>
    <w:p>
      <w:pPr>
        <w:spacing w:after="0"/>
        <w:ind w:left="360"/>
        <w:shd w:val="clear" w:color="auto" w:fill="F2F2F2"/>
      </w:pPr>
      <w:r>
        <w:rPr>
          <w:rFonts w:ascii="Consolas" w:hAnsi="Consolas"/>
          <w:sz w:val="18"/>
        </w:rPr>
        <w:t>&gt;&gt;&gt; image.height = Cm(10)</w:t>
      </w:r>
    </w:p>
    <w:p>
      <w:pPr>
        <w:spacing w:after="40"/>
      </w:pPr>
    </w:p>
    <w:p>
      <w:pPr>
        <w:spacing w:after="80"/>
        <w:ind w:left="360"/>
      </w:pPr>
      <w:r>
        <w:t xml:space="preserve">5. </w:t>
      </w:r>
      <w:r>
        <w:rPr>
          <w:b w:val="0"/>
          <w:i w:val="0"/>
        </w:rPr>
        <w:t>Hình ảnh đã được thêm vào một đoạn văn mới. Căn giữa nó và thêm văn bản mô tả:</w:t>
      </w:r>
    </w:p>
    <w:p>
      <w:pPr>
        <w:spacing w:after="0"/>
        <w:ind w:left="360"/>
        <w:shd w:val="clear" w:color="auto" w:fill="F2F2F2"/>
      </w:pPr>
      <w:r>
        <w:rPr>
          <w:rFonts w:ascii="Consolas" w:hAnsi="Consolas"/>
          <w:sz w:val="18"/>
        </w:rPr>
        <w:t>&gt;&gt;&gt; paragraph = document.paragraphs[-1]</w:t>
      </w:r>
    </w:p>
    <w:p>
      <w:pPr>
        <w:spacing w:after="0"/>
        <w:ind w:left="360"/>
        <w:shd w:val="clear" w:color="auto" w:fill="F2F2F2"/>
      </w:pPr>
      <w:r>
        <w:rPr>
          <w:rFonts w:ascii="Consolas" w:hAnsi="Consolas"/>
          <w:sz w:val="18"/>
        </w:rPr>
        <w:t>&gt;&gt;&gt; from docx.enum.text import WD_ALIGN_PARAGRAPH</w:t>
      </w:r>
    </w:p>
    <w:p>
      <w:pPr>
        <w:spacing w:after="0"/>
        <w:ind w:left="360"/>
        <w:shd w:val="clear" w:color="auto" w:fill="F2F2F2"/>
      </w:pPr>
      <w:r>
        <w:rPr>
          <w:rFonts w:ascii="Consolas" w:hAnsi="Consolas"/>
          <w:sz w:val="18"/>
        </w:rPr>
        <w:t>&gt;&gt;&gt; paragraph.alignment = WD_ALIGN_PARAGRAPH.CENTER</w:t>
      </w:r>
    </w:p>
    <w:p>
      <w:pPr>
        <w:spacing w:after="0"/>
        <w:ind w:left="360"/>
        <w:shd w:val="clear" w:color="auto" w:fill="F2F2F2"/>
      </w:pPr>
      <w:r>
        <w:rPr>
          <w:rFonts w:ascii="Consolas" w:hAnsi="Consolas"/>
          <w:sz w:val="18"/>
        </w:rPr>
        <w:t>&gt;&gt;&gt; paragraph.add_run().add_break()</w:t>
      </w:r>
    </w:p>
    <w:p>
      <w:pPr>
        <w:spacing w:after="0"/>
        <w:ind w:left="360"/>
        <w:shd w:val="clear" w:color="auto" w:fill="F2F2F2"/>
      </w:pPr>
      <w:r>
        <w:rPr>
          <w:rFonts w:ascii="Consolas" w:hAnsi="Consolas"/>
          <w:sz w:val="18"/>
        </w:rPr>
        <w:t>&gt;&gt;&gt; paragraph.add_run('A picture of Dublin')</w:t>
      </w:r>
    </w:p>
    <w:p>
      <w:pPr>
        <w:spacing w:after="40"/>
      </w:pPr>
    </w:p>
    <w:p>
      <w:pPr>
        <w:spacing w:after="80"/>
        <w:ind w:left="360"/>
      </w:pPr>
      <w:r>
        <w:t xml:space="preserve">6. </w:t>
      </w:r>
      <w:r>
        <w:rPr>
          <w:b w:val="0"/>
          <w:i w:val="0"/>
        </w:rPr>
        <w:t>Thêm một đoạn văn mới với văn bản bổ sung, và lưu tài liệu:</w:t>
      </w:r>
    </w:p>
    <w:p>
      <w:pPr>
        <w:spacing w:after="0"/>
        <w:ind w:left="360"/>
        <w:shd w:val="clear" w:color="auto" w:fill="F2F2F2"/>
      </w:pPr>
      <w:r>
        <w:rPr>
          <w:rFonts w:ascii="Consolas" w:hAnsi="Consolas"/>
          <w:sz w:val="18"/>
        </w:rPr>
        <w:t>&gt;&gt;&gt; document.add_paragraph('Keep adding text after the image')</w:t>
      </w:r>
    </w:p>
    <w:p>
      <w:pPr>
        <w:spacing w:after="0"/>
        <w:ind w:left="360"/>
        <w:shd w:val="clear" w:color="auto" w:fill="F2F2F2"/>
      </w:pPr>
      <w:r>
        <w:rPr>
          <w:rFonts w:ascii="Consolas" w:hAnsi="Consolas"/>
          <w:sz w:val="18"/>
        </w:rPr>
        <w:t>&lt;docx.text.paragraph.Paragraph object at 0x10ee4cf30&gt;</w:t>
      </w:r>
    </w:p>
    <w:p>
      <w:pPr>
        <w:spacing w:after="0"/>
        <w:ind w:left="360"/>
        <w:shd w:val="clear" w:color="auto" w:fill="F2F2F2"/>
      </w:pPr>
      <w:r>
        <w:rPr>
          <w:rFonts w:ascii="Consolas" w:hAnsi="Consolas"/>
          <w:sz w:val="18"/>
        </w:rPr>
        <w:t>&gt;&gt;&gt; document.save(word-image.docx')</w:t>
      </w:r>
    </w:p>
    <w:p>
      <w:pPr>
        <w:spacing w:after="40"/>
      </w:pPr>
    </w:p>
    <w:p>
      <w:pPr>
        <w:spacing w:after="80"/>
        <w:ind w:left="360"/>
      </w:pPr>
      <w:r>
        <w:t xml:space="preserve">7. </w:t>
      </w:r>
      <w:r>
        <w:rPr>
          <w:b w:val="0"/>
          <w:i w:val="0"/>
        </w:rPr>
        <w:t>Kiểm tra kết quả:</w:t>
      </w:r>
    </w:p>
    <w:p>
      <w:pPr>
        <w:jc w:val="center"/>
      </w:pPr>
      <w:r>
        <w:drawing>
          <wp:inline xmlns:a="http://schemas.openxmlformats.org/drawingml/2006/main" xmlns:pic="http://schemas.openxmlformats.org/drawingml/2006/picture">
            <wp:extent cx="5486400" cy="4072016"/>
            <wp:docPr id="34" name="Picture 34"/>
            <wp:cNvGraphicFramePr>
              <a:graphicFrameLocks noChangeAspect="1"/>
            </wp:cNvGraphicFramePr>
            <a:graphic>
              <a:graphicData uri="http://schemas.openxmlformats.org/drawingml/2006/picture">
                <pic:pic>
                  <pic:nvPicPr>
                    <pic:cNvPr id="0" name="B36973_5_9.png"/>
                    <pic:cNvPicPr/>
                  </pic:nvPicPr>
                  <pic:blipFill>
                    <a:blip r:embed="rId40"/>
                    <a:stretch>
                      <a:fillRect/>
                    </a:stretch>
                  </pic:blipFill>
                  <pic:spPr>
                    <a:xfrm>
                      <a:off x="0" y="0"/>
                      <a:ext cx="5486400" cy="4072016"/>
                    </a:xfrm>
                    <a:prstGeom prst="rect"/>
                  </pic:spPr>
                </pic:pic>
              </a:graphicData>
            </a:graphic>
          </wp:inline>
        </w:drawing>
      </w:r>
    </w:p>
    <w:p>
      <w:pPr>
        <w:spacing w:after="160"/>
        <w:jc w:val="center"/>
      </w:pPr>
      <w:r>
        <w:rPr>
          <w:rFonts w:ascii="Calibri" w:hAnsi="Calibri"/>
          <w:b w:val="0"/>
          <w:i/>
          <w:sz w:val="19"/>
        </w:rPr>
        <w:t>Hình 5.9: Tài liệu report.docx với một hình ảnh</w:t>
      </w:r>
    </w:p>
    <w:p>
      <w:pPr>
        <w:pStyle w:val="Heading3"/>
      </w:pPr>
      <w:r>
        <w:rPr>
          <w:rFonts w:ascii="Calibri" w:hAnsi="Calibri"/>
          <w:b/>
          <w:i w:val="0"/>
          <w:sz w:val="26"/>
        </w:rPr>
        <w:t>Cách nó hoạt động...</w:t>
      </w:r>
    </w:p>
    <w:p>
      <w:pPr>
        <w:spacing w:after="80"/>
      </w:pPr>
      <w:r>
        <w:rPr>
          <w:b w:val="0"/>
          <w:i w:val="0"/>
        </w:rPr>
        <w:t xml:space="preserve">Vài bước đầu tiên ( </w:t>
      </w:r>
      <w:r>
        <w:rPr>
          <w:b w:val="0"/>
          <w:i/>
        </w:rPr>
        <w:t xml:space="preserve"> bước 1 </w:t>
      </w:r>
      <w:r>
        <w:rPr>
          <w:b w:val="0"/>
          <w:i w:val="0"/>
        </w:rPr>
        <w:t xml:space="preserve"> đến </w:t>
      </w:r>
      <w:r>
        <w:rPr>
          <w:b w:val="0"/>
          <w:i/>
        </w:rPr>
        <w:t xml:space="preserve"> 3 </w:t>
      </w:r>
      <w:r>
        <w:rPr>
          <w:b w:val="0"/>
          <w:i w:val="0"/>
        </w:rPr>
        <w:t xml:space="preserve"> trong mục </w:t>
      </w:r>
      <w:r>
        <w:rPr>
          <w:b w:val="0"/>
          <w:i/>
        </w:rPr>
        <w:t xml:space="preserve"> Cách thực hiện… </w:t>
      </w:r>
      <w:r>
        <w:rPr>
          <w:b w:val="0"/>
          <w:i w:val="0"/>
        </w:rPr>
        <w:t>) tạo tài liệu và thêm một ít văn bản.</w:t>
      </w:r>
    </w:p>
    <w:p>
      <w:pPr>
        <w:spacing w:after="80"/>
      </w:pPr>
      <w:r>
        <w:rPr>
          <w:b w:val="0"/>
          <w:i/>
        </w:rPr>
        <w:t xml:space="preserve"> Bước 4 </w:t>
      </w:r>
      <w:r>
        <w:rPr>
          <w:b w:val="0"/>
          <w:i w:val="0"/>
        </w:rPr>
        <w:t xml:space="preserve"> thêm ảnh từ tệp, trong khi </w:t>
      </w:r>
      <w:r>
        <w:rPr>
          <w:b w:val="0"/>
          <w:i/>
        </w:rPr>
        <w:t xml:space="preserve"> bước 5 </w:t>
      </w:r>
      <w:r>
        <w:rPr>
          <w:b w:val="0"/>
          <w:i w:val="0"/>
        </w:rPr>
        <w:t xml:space="preserve"> thay đổi kích thước ảnh về một kích cỡ dễ quản lý. (Mặc định, ảnh thường quá lớn.)</w:t>
      </w:r>
    </w:p>
    <w:p>
      <w:pPr>
        <w:spacing w:after="80"/>
      </w:pPr>
      <w:r>
        <w:rPr>
          <w:b/>
          <w:i w:val="0"/>
        </w:rPr>
        <w:t>Mẹo</w:t>
      </w:r>
    </w:p>
    <w:p>
      <w:pPr>
        <w:spacing w:after="80"/>
      </w:pPr>
      <w:r>
        <w:rPr>
          <w:b w:val="0"/>
          <w:i w:val="0"/>
        </w:rPr>
        <w:t xml:space="preserve">Hãy ghi nhớ tỷ lệ của ảnh khi thay đổi kích thước. Lưu ý rằng bạn cũng có thể dùng các đơn vị đo khác như </w:t>
      </w:r>
      <w:r>
        <w:rPr>
          <w:b w:val="0"/>
          <w:i/>
        </w:rPr>
        <w:t xml:space="preserve"> Inch </w:t>
      </w:r>
      <w:r>
        <w:rPr>
          <w:b w:val="0"/>
          <w:i w:val="0"/>
        </w:rPr>
        <w:t xml:space="preserve"> </w:t>
      </w:r>
      <w:r>
        <w:rPr>
          <w:b w:val="0"/>
          <w:i/>
        </w:rPr>
        <w:t xml:space="preserve"> es </w:t>
      </w:r>
      <w:r>
        <w:rPr>
          <w:b w:val="0"/>
          <w:i w:val="0"/>
        </w:rPr>
        <w:t xml:space="preserve"> , đơn vị này cũng được định nghĩa trong </w:t>
      </w:r>
      <w:r>
        <w:rPr>
          <w:b w:val="0"/>
          <w:i/>
        </w:rPr>
        <w:t xml:space="preserve"> shared </w:t>
      </w:r>
      <w:r>
        <w:rPr>
          <w:b w:val="0"/>
          <w:i w:val="0"/>
        </w:rPr>
        <w:t>.</w:t>
      </w:r>
    </w:p>
    <w:p>
      <w:pPr>
        <w:spacing w:after="80"/>
      </w:pPr>
      <w:r>
        <w:rPr>
          <w:b w:val="0"/>
          <w:i w:val="0"/>
        </w:rPr>
        <w:t xml:space="preserve">Việc chèn ảnh cũng tạo ra một đoạn văn mới, nên đoạn văn đó có thể được định dạng để căn chỉnh ảnh hoặc thêm văn bản, chẳng hạn như chú thích hoặc mô tả. Đoạn văn này được lấy ở </w:t>
      </w:r>
      <w:r>
        <w:rPr>
          <w:b w:val="0"/>
          <w:i/>
        </w:rPr>
        <w:t xml:space="preserve"> bước 6 </w:t>
      </w:r>
      <w:r>
        <w:rPr>
          <w:b w:val="0"/>
          <w:i w:val="0"/>
        </w:rPr>
        <w:t xml:space="preserve"> thông qua thuộc tính </w:t>
      </w:r>
      <w:r>
        <w:rPr>
          <w:rFonts w:ascii="Consolas" w:hAnsi="Consolas"/>
          <w:b w:val="0"/>
          <w:i w:val="0"/>
          <w:sz w:val="20"/>
        </w:rPr>
        <w:br/>
        <w:br/>
        <w:t xml:space="preserve">      document.paragraph</w:t>
        <w:br/>
        <w:t xml:space="preserve">     </w:t>
        <w:br/>
      </w:r>
      <w:r>
        <w:rPr>
          <w:b w:val="0"/>
          <w:i w:val="0"/>
        </w:rPr>
        <w:t>. Đoạn văn cuối cùng được lấy và định dạng đúng cách, căn chỉnh nó vào giữa. Một dòng mới và một run chứa văn bản mô tả được thêm vào.</w:t>
      </w:r>
    </w:p>
    <w:p>
      <w:pPr>
        <w:spacing w:after="80"/>
      </w:pPr>
      <w:r>
        <w:rPr>
          <w:b w:val="0"/>
          <w:i/>
        </w:rPr>
        <w:t xml:space="preserve"> Bước 7 </w:t>
      </w:r>
      <w:r>
        <w:rPr>
          <w:b w:val="0"/>
          <w:i w:val="0"/>
        </w:rPr>
        <w:t xml:space="preserve"> thêm văn bản bổ sung sau ảnh và lưu tài liệu.</w:t>
      </w:r>
    </w:p>
    <w:p>
      <w:pPr>
        <w:pStyle w:val="Heading3"/>
      </w:pPr>
      <w:r>
        <w:rPr>
          <w:rFonts w:ascii="Calibri" w:hAnsi="Calibri"/>
          <w:b/>
          <w:i w:val="0"/>
          <w:sz w:val="26"/>
        </w:rPr>
        <w:t>Còn nhiều hơn thế nữa...</w:t>
      </w:r>
    </w:p>
    <w:p>
      <w:pPr>
        <w:spacing w:after="80"/>
      </w:pPr>
      <w:r>
        <w:rPr>
          <w:b w:val="0"/>
          <w:i w:val="0"/>
        </w:rPr>
        <w:t xml:space="preserve">Kích thước của ảnh có thể thay đổi, nhưng như chúng ta đã thấy trước đó, tỷ lệ khung hình của ảnh cần được tính toán nếu nó thay đổi. Việc thay đổi kích thước có thể sẽ không hoàn hảo nếu thực hiện bằng cách xấp xỉ, như trong </w:t>
      </w:r>
      <w:r>
        <w:rPr>
          <w:b w:val="0"/>
          <w:i/>
        </w:rPr>
        <w:t xml:space="preserve"> bước 5 </w:t>
      </w:r>
      <w:r>
        <w:rPr>
          <w:b w:val="0"/>
          <w:i w:val="0"/>
        </w:rPr>
        <w:t xml:space="preserve"> ở mục </w:t>
      </w:r>
      <w:r>
        <w:rPr>
          <w:b w:val="0"/>
          <w:i/>
        </w:rPr>
        <w:t xml:space="preserve"> Cách thực hiện… </w:t>
      </w:r>
      <w:r>
        <w:rPr>
          <w:b w:val="0"/>
          <w:i w:val="0"/>
        </w:rPr>
        <w:t>.</w:t>
      </w:r>
    </w:p>
    <w:p>
      <w:pPr>
        <w:spacing w:after="80"/>
      </w:pPr>
      <w:r>
        <w:rPr>
          <w:b/>
          <w:i w:val="0"/>
        </w:rPr>
        <w:t>Mẹo</w:t>
      </w:r>
    </w:p>
    <w:p>
      <w:pPr>
        <w:spacing w:after="80"/>
      </w:pPr>
      <w:r>
        <w:rPr>
          <w:b w:val="0"/>
          <w:i w:val="0"/>
        </w:rPr>
        <w:t>Lưu ý rằng ảnh không có tỷ lệ khung hình hoàn hảo là 10:14. Thay vào đó, nó là 10:13.33, nên ảnh bị méo nhẹ. Đối với một bức ảnh chụp, điều đó có thể là đủ tốt, nhưng với những ảnh nhạy cảm với thay đổi tỷ lệ, chẳng hạn như biểu đồ, thì cần cẩn thận hơn.</w:t>
      </w:r>
    </w:p>
    <w:p>
      <w:pPr>
        <w:spacing w:after="80"/>
      </w:pPr>
      <w:r>
        <w:rPr>
          <w:b w:val="0"/>
          <w:i w:val="0"/>
        </w:rPr>
        <w:t>Để có tỷ lệ phù hợp cho việc điều chỉnh chính xác, hãy chia chiều cao cho chiều rộng rồi chia tỷ lệ cho đúng:</w:t>
      </w:r>
    </w:p>
    <w:p>
      <w:pPr>
        <w:spacing w:after="0"/>
        <w:ind w:left="360"/>
        <w:shd w:val="clear" w:color="auto" w:fill="F2F2F2"/>
      </w:pPr>
      <w:r>
        <w:rPr>
          <w:rFonts w:ascii="Consolas" w:hAnsi="Consolas"/>
          <w:sz w:val="18"/>
        </w:rPr>
        <w:t>&gt;&gt;&gt; image = document.add_picture('photo-dublin-a1.jpg')</w:t>
      </w:r>
    </w:p>
    <w:p>
      <w:pPr>
        <w:spacing w:after="0"/>
        <w:ind w:left="360"/>
        <w:shd w:val="clear" w:color="auto" w:fill="F2F2F2"/>
      </w:pPr>
      <w:r>
        <w:rPr>
          <w:rFonts w:ascii="Consolas" w:hAnsi="Consolas"/>
          <w:sz w:val="18"/>
        </w:rPr>
        <w:t>&gt;&gt;&gt; image.height / image.width</w:t>
      </w:r>
    </w:p>
    <w:p>
      <w:pPr>
        <w:spacing w:after="0"/>
        <w:ind w:left="360"/>
        <w:shd w:val="clear" w:color="auto" w:fill="F2F2F2"/>
      </w:pPr>
      <w:r>
        <w:rPr>
          <w:rFonts w:ascii="Consolas" w:hAnsi="Consolas"/>
          <w:sz w:val="18"/>
        </w:rPr>
        <w:t>0.75</w:t>
      </w:r>
    </w:p>
    <w:p>
      <w:pPr>
        <w:spacing w:after="0"/>
        <w:ind w:left="360"/>
        <w:shd w:val="clear" w:color="auto" w:fill="F2F2F2"/>
      </w:pPr>
      <w:r>
        <w:rPr>
          <w:rFonts w:ascii="Consolas" w:hAnsi="Consolas"/>
          <w:sz w:val="18"/>
        </w:rPr>
        <w:t>&gt;&gt;&gt; RELATION = image.height / image.width</w:t>
      </w:r>
    </w:p>
    <w:p>
      <w:pPr>
        <w:spacing w:after="0"/>
        <w:ind w:left="360"/>
        <w:shd w:val="clear" w:color="auto" w:fill="F2F2F2"/>
      </w:pPr>
      <w:r>
        <w:rPr>
          <w:rFonts w:ascii="Consolas" w:hAnsi="Consolas"/>
          <w:sz w:val="18"/>
        </w:rPr>
        <w:t>&gt;&gt;&gt; image.width = Cm(12)</w:t>
      </w:r>
    </w:p>
    <w:p>
      <w:pPr>
        <w:spacing w:after="0"/>
        <w:ind w:left="360"/>
        <w:shd w:val="clear" w:color="auto" w:fill="F2F2F2"/>
      </w:pPr>
      <w:r>
        <w:rPr>
          <w:rFonts w:ascii="Consolas" w:hAnsi="Consolas"/>
          <w:sz w:val="18"/>
        </w:rPr>
        <w:t>&gt;&gt;&gt; image.height = Cm(12 * RELATION)</w:t>
      </w:r>
    </w:p>
    <w:p>
      <w:pPr>
        <w:spacing w:after="40"/>
      </w:pPr>
    </w:p>
    <w:p>
      <w:pPr>
        <w:spacing w:after="80"/>
      </w:pPr>
      <w:r>
        <w:rPr>
          <w:b w:val="0"/>
          <w:i w:val="0"/>
        </w:rPr>
        <w:t xml:space="preserve">Nếu bạn cần chuyển đổi các giá trị sang một kích cỡ cụ thể, bạn có thể dùng các thuộc tính </w:t>
      </w:r>
      <w:r>
        <w:rPr>
          <w:rFonts w:ascii="Consolas" w:hAnsi="Consolas"/>
          <w:b w:val="0"/>
          <w:i w:val="0"/>
          <w:sz w:val="20"/>
        </w:rPr>
        <w:br/>
        <w:br/>
        <w:t xml:space="preserve">      cm</w:t>
        <w:br/>
        <w:t xml:space="preserve">     </w:t>
        <w:br/>
      </w:r>
      <w:r>
        <w:rPr>
          <w:b w:val="0"/>
          <w:i w:val="0"/>
        </w:rPr>
        <w:t xml:space="preserve">, </w:t>
      </w:r>
      <w:r>
        <w:rPr>
          <w:rFonts w:ascii="Consolas" w:hAnsi="Consolas"/>
          <w:b w:val="0"/>
          <w:i w:val="0"/>
          <w:sz w:val="20"/>
        </w:rPr>
        <w:br/>
        <w:br/>
        <w:t xml:space="preserve">      inches</w:t>
        <w:br/>
        <w:t xml:space="preserve">     </w:t>
        <w:br/>
      </w:r>
      <w:r>
        <w:rPr>
          <w:b w:val="0"/>
          <w:i w:val="0"/>
        </w:rPr>
        <w:t xml:space="preserve">, </w:t>
      </w:r>
      <w:r>
        <w:rPr>
          <w:rFonts w:ascii="Consolas" w:hAnsi="Consolas"/>
          <w:b w:val="0"/>
          <w:i w:val="0"/>
          <w:sz w:val="20"/>
        </w:rPr>
        <w:br/>
        <w:br/>
        <w:t xml:space="preserve">      mm</w:t>
        <w:br/>
        <w:t xml:space="preserve">     </w:t>
        <w:br/>
      </w:r>
      <w:r>
        <w:rPr>
          <w:b w:val="0"/>
          <w:i w:val="0"/>
        </w:rPr>
        <w:t xml:space="preserve">, hoặc </w:t>
      </w:r>
      <w:r>
        <w:rPr>
          <w:rFonts w:ascii="Consolas" w:hAnsi="Consolas"/>
          <w:b w:val="0"/>
          <w:i w:val="0"/>
          <w:sz w:val="20"/>
        </w:rPr>
        <w:br/>
        <w:br/>
        <w:t xml:space="preserve">      pt</w:t>
        <w:br/>
        <w:t xml:space="preserve">     </w:t>
        <w:br/>
      </w:r>
      <w:r>
        <w:rPr>
          <w:b w:val="0"/>
          <w:i w:val="0"/>
        </w:rPr>
        <w:t>:</w:t>
      </w:r>
    </w:p>
    <w:p>
      <w:pPr>
        <w:spacing w:after="0"/>
        <w:ind w:left="360"/>
        <w:shd w:val="clear" w:color="auto" w:fill="F2F2F2"/>
      </w:pPr>
      <w:r>
        <w:rPr>
          <w:rFonts w:ascii="Consolas" w:hAnsi="Consolas"/>
          <w:sz w:val="18"/>
        </w:rPr>
        <w:t>&gt;&gt;&gt; image.width.cm</w:t>
      </w:r>
    </w:p>
    <w:p>
      <w:pPr>
        <w:spacing w:after="0"/>
        <w:ind w:left="360"/>
        <w:shd w:val="clear" w:color="auto" w:fill="F2F2F2"/>
      </w:pPr>
      <w:r>
        <w:rPr>
          <w:rFonts w:ascii="Consolas" w:hAnsi="Consolas"/>
          <w:sz w:val="18"/>
        </w:rPr>
        <w:t>12.0</w:t>
      </w:r>
    </w:p>
    <w:p>
      <w:pPr>
        <w:spacing w:after="0"/>
        <w:ind w:left="360"/>
        <w:shd w:val="clear" w:color="auto" w:fill="F2F2F2"/>
      </w:pPr>
      <w:r>
        <w:rPr>
          <w:rFonts w:ascii="Consolas" w:hAnsi="Consolas"/>
          <w:sz w:val="18"/>
        </w:rPr>
        <w:t>&gt;&gt;&gt; image.width.mm</w:t>
      </w:r>
    </w:p>
    <w:p>
      <w:pPr>
        <w:spacing w:after="0"/>
        <w:ind w:left="360"/>
        <w:shd w:val="clear" w:color="auto" w:fill="F2F2F2"/>
      </w:pPr>
      <w:r>
        <w:rPr>
          <w:rFonts w:ascii="Consolas" w:hAnsi="Consolas"/>
          <w:sz w:val="18"/>
        </w:rPr>
        <w:t>120.0</w:t>
      </w:r>
    </w:p>
    <w:p>
      <w:pPr>
        <w:spacing w:after="0"/>
        <w:ind w:left="360"/>
        <w:shd w:val="clear" w:color="auto" w:fill="F2F2F2"/>
      </w:pPr>
      <w:r>
        <w:rPr>
          <w:rFonts w:ascii="Consolas" w:hAnsi="Consolas"/>
          <w:sz w:val="18"/>
        </w:rPr>
        <w:t>&gt;&gt;&gt; image.width.inches</w:t>
      </w:r>
    </w:p>
    <w:p>
      <w:pPr>
        <w:spacing w:after="0"/>
        <w:ind w:left="360"/>
        <w:shd w:val="clear" w:color="auto" w:fill="F2F2F2"/>
      </w:pPr>
      <w:r>
        <w:rPr>
          <w:rFonts w:ascii="Consolas" w:hAnsi="Consolas"/>
          <w:sz w:val="18"/>
        </w:rPr>
        <w:t>4.724409448818897</w:t>
      </w:r>
    </w:p>
    <w:p>
      <w:pPr>
        <w:spacing w:after="0"/>
        <w:ind w:left="360"/>
        <w:shd w:val="clear" w:color="auto" w:fill="F2F2F2"/>
      </w:pPr>
      <w:r>
        <w:rPr>
          <w:rFonts w:ascii="Consolas" w:hAnsi="Consolas"/>
          <w:sz w:val="18"/>
        </w:rPr>
        <w:t>&gt;&gt;&gt; image.width.pt</w:t>
      </w:r>
    </w:p>
    <w:p>
      <w:pPr>
        <w:spacing w:after="0"/>
        <w:ind w:left="360"/>
        <w:shd w:val="clear" w:color="auto" w:fill="F2F2F2"/>
      </w:pPr>
      <w:r>
        <w:rPr>
          <w:rFonts w:ascii="Consolas" w:hAnsi="Consolas"/>
          <w:sz w:val="18"/>
        </w:rPr>
        <w:t>340.15748031496065</w:t>
      </w:r>
    </w:p>
    <w:p>
      <w:pPr>
        <w:spacing w:after="40"/>
      </w:pPr>
    </w:p>
    <w:p>
      <w:pPr>
        <w:spacing w:after="80"/>
      </w:pPr>
      <w:r>
        <w:rPr>
          <w:b w:val="0"/>
          <w:i w:val="0"/>
        </w:rPr>
        <w:t xml:space="preserve">Tài liệu đầy đủ về </w:t>
      </w:r>
      <w:r>
        <w:rPr>
          <w:rFonts w:ascii="Consolas" w:hAnsi="Consolas"/>
          <w:b w:val="0"/>
          <w:i w:val="0"/>
          <w:sz w:val="20"/>
        </w:rPr>
        <w:br/>
        <w:br/>
        <w:t xml:space="preserve">      python‑docx</w:t>
        <w:br/>
        <w:t xml:space="preserve">     </w:t>
        <w:br/>
      </w:r>
      <w:r>
        <w:rPr>
          <w:b w:val="0"/>
          <w:i w:val="0"/>
        </w:rPr>
        <w:t xml:space="preserve"> có sẵn tại đây: </w:t>
      </w:r>
      <w:r>
        <w:rPr>
          <w:rFonts w:ascii="Consolas" w:hAnsi="Consolas"/>
          <w:b w:val="0"/>
          <w:i w:val="0"/>
          <w:sz w:val="20"/>
        </w:rPr>
        <w:br/>
        <w:br/>
        <w:t xml:space="preserve">       https://python-docx.readthedocs.io/en/latest/</w:t>
        <w:br/>
        <w:t xml:space="preserve">      </w:t>
        <w:br/>
      </w:r>
      <w:r>
        <w:rPr>
          <w:b w:val="0"/>
          <w:i w:val="0"/>
        </w:rPr>
        <w:t>.</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Viết một tài liệu Word cơ bản </w:t>
      </w:r>
      <w:r>
        <w:rPr>
          <w:b w:val="0"/>
          <w:i w:val="0"/>
        </w:rPr>
        <w:t>, ở phần trước trong chương này, để tìm hiểu những kiến thức cơ bản về làm việc với tài liệu Word.</w:t>
      </w:r>
    </w:p>
    <w:p>
      <w:pPr>
        <w:spacing w:after="80"/>
        <w:ind w:left="360"/>
      </w:pPr>
      <w:r>
        <w:t xml:space="preserve">• </w:t>
      </w:r>
      <w:r>
        <w:rPr>
          <w:b w:val="0"/>
          <w:i w:val="0"/>
        </w:rPr>
        <w:t xml:space="preserve">Công thức </w:t>
      </w:r>
      <w:r>
        <w:rPr>
          <w:b w:val="0"/>
          <w:i/>
        </w:rPr>
        <w:t xml:space="preserve"> Định dạng một tài liệu Word </w:t>
      </w:r>
      <w:r>
        <w:rPr>
          <w:b w:val="0"/>
          <w:i w:val="0"/>
        </w:rPr>
        <w:t>, ở phần trước trong chương này, để tìm hiểu cách thêm định dạng phong phú vào tài liệu.</w:t>
      </w:r>
    </w:p>
    <w:p>
      <w:pPr>
        <w:spacing w:after="80"/>
        <w:ind w:left="360"/>
      </w:pPr>
      <w:r>
        <w:t xml:space="preserve">• </w:t>
      </w:r>
      <w:r>
        <w:rPr>
          <w:b w:val="0"/>
          <w:i w:val="0"/>
        </w:rPr>
        <w:t xml:space="preserve">Công thức trước đó, </w:t>
      </w:r>
      <w:r>
        <w:rPr>
          <w:b w:val="0"/>
          <w:i/>
        </w:rPr>
        <w:t xml:space="preserve"> Tạo cấu trúc trong tài liệu Word </w:t>
      </w:r>
      <w:r>
        <w:rPr>
          <w:b w:val="0"/>
          <w:i w:val="0"/>
        </w:rPr>
        <w:t>, để tìm hiểu cách thêm các mục và các dấu phân cách khác vào tài liệu.</w:t>
      </w:r>
    </w:p>
    <w:p>
      <w:pPr>
        <w:pStyle w:val="Heading2"/>
      </w:pPr>
      <w:r>
        <w:rPr>
          <w:rFonts w:ascii="Calibri" w:hAnsi="Calibri"/>
          <w:b/>
          <w:i w:val="0"/>
          <w:sz w:val="32"/>
        </w:rPr>
        <w:t>Viết một tài liệu PDF đơn giản</w:t>
      </w:r>
    </w:p>
    <w:p>
      <w:pPr>
        <w:spacing w:after="80"/>
      </w:pPr>
      <w:r>
        <w:rPr>
          <w:b w:val="0"/>
          <w:i w:val="0"/>
        </w:rPr>
        <w:t>PDF là định dạng được sử dụng rộng rãi cho nhiều loại tài liệu, bao gồm báo cáo chia sẻ, tài liệu quảng cáo, sách điện tử, bài báo học thuật và nhiều loại khác. Đúng là một định dạng phổ biến khắp mọi nơi! Đặc điểm chính của tài liệu PDF là chúng xác định chính xác tài liệu sẽ trông như thế nào khi được in ra, và chúng chỉ đọc sau khi được tạo. Điều này khiến chúng rất thuận tiện để truyền tải thông tin mà vẫn giữ nguyên diện mạo và bố cục.</w:t>
      </w:r>
    </w:p>
    <w:p>
      <w:pPr>
        <w:spacing w:after="80"/>
      </w:pPr>
      <w:r>
        <w:rPr>
          <w:b w:val="0"/>
          <w:i w:val="0"/>
        </w:rPr>
        <w:t>Trong công thức này, chúng ta sẽ xem cách viết một báo cáo PDF đơn giản bằng Python.</w:t>
      </w:r>
    </w:p>
    <w:p>
      <w:pPr>
        <w:pStyle w:val="Heading3"/>
      </w:pPr>
      <w:r>
        <w:rPr>
          <w:rFonts w:ascii="Calibri" w:hAnsi="Calibri"/>
          <w:b/>
          <w:i w:val="0"/>
          <w:sz w:val="26"/>
        </w:rPr>
        <w:t>Chuẩn bị</w:t>
      </w:r>
    </w:p>
    <w:p>
      <w:pPr>
        <w:spacing w:after="80"/>
      </w:pPr>
      <w:r>
        <w:rPr>
          <w:b w:val="0"/>
          <w:i w:val="0"/>
        </w:rPr>
        <w:t xml:space="preserve">Chúng ta sẽ dùng mô-đun </w:t>
      </w:r>
      <w:r>
        <w:rPr>
          <w:rFonts w:ascii="Consolas" w:hAnsi="Consolas"/>
          <w:b w:val="0"/>
          <w:i w:val="0"/>
          <w:sz w:val="20"/>
        </w:rPr>
        <w:br/>
        <w:br/>
        <w:t xml:space="preserve">      fpdf</w:t>
        <w:br/>
        <w:t xml:space="preserve">     </w:t>
        <w:br/>
      </w:r>
      <w:r>
        <w:rPr>
          <w:b w:val="0"/>
          <w:i w:val="0"/>
        </w:rPr>
        <w:t xml:space="preserve"> để tạo tài liệu PDF, mà ở phiên bản mới nhất được nhập từ mô-đun </w:t>
      </w:r>
      <w:r>
        <w:rPr>
          <w:rFonts w:ascii="Consolas" w:hAnsi="Consolas"/>
          <w:b w:val="0"/>
          <w:i w:val="0"/>
          <w:sz w:val="20"/>
        </w:rPr>
        <w:br/>
        <w:br/>
        <w:t xml:space="preserve">      fpdf2</w:t>
        <w:br/>
        <w:t xml:space="preserve">     </w:t>
        <w:br/>
      </w:r>
    </w:p>
    <w:p>
      <w:pPr>
        <w:spacing w:after="0"/>
        <w:ind w:left="360"/>
        <w:shd w:val="clear" w:color="auto" w:fill="F2F2F2"/>
      </w:pPr>
      <w:r>
        <w:rPr>
          <w:rFonts w:ascii="Consolas" w:hAnsi="Consolas"/>
          <w:sz w:val="18"/>
        </w:rPr>
        <w:t>$ echo "fpdf2==2.8.5" &gt;&gt; requirements.txt</w:t>
      </w:r>
    </w:p>
    <w:p>
      <w:pPr>
        <w:spacing w:after="0"/>
        <w:ind w:left="360"/>
        <w:shd w:val="clear" w:color="auto" w:fill="F2F2F2"/>
      </w:pPr>
      <w:r>
        <w:rPr>
          <w:rFonts w:ascii="Consolas" w:hAnsi="Consolas"/>
          <w:sz w:val="18"/>
        </w:rPr>
        <w:t>$ pip install -r requirements.txt</w:t>
      </w:r>
    </w:p>
    <w:p>
      <w:pPr>
        <w:spacing w:after="40"/>
      </w:pPr>
    </w:p>
    <w:p>
      <w:pPr>
        <w:pStyle w:val="Heading3"/>
      </w:pPr>
      <w:r>
        <w:rPr>
          <w:rFonts w:ascii="Calibri" w:hAnsi="Calibri"/>
          <w:b/>
          <w:i w:val="0"/>
          <w:sz w:val="26"/>
        </w:rPr>
        <w:t>Cách thực hiện...</w:t>
      </w:r>
    </w:p>
    <w:p>
      <w:pPr>
        <w:spacing w:after="80"/>
        <w:ind w:left="360"/>
      </w:pPr>
      <w:r>
        <w:t xml:space="preserve">1. </w:t>
      </w:r>
      <w:r>
        <w:rPr>
          <w:b w:val="0"/>
          <w:i w:val="0"/>
        </w:rPr>
        <w:t xml:space="preserve">Nhập mô-đun </w:t>
      </w:r>
      <w:r>
        <w:rPr>
          <w:rFonts w:ascii="Consolas" w:hAnsi="Consolas"/>
          <w:b w:val="0"/>
          <w:i w:val="0"/>
          <w:sz w:val="20"/>
        </w:rPr>
        <w:br/>
        <w:br/>
        <w:t xml:space="preserve">       fpdf</w:t>
        <w:br/>
        <w:t xml:space="preserve">      </w:t>
        <w:br/>
      </w:r>
      <w:r>
        <w:rPr>
          <w:b w:val="0"/>
          <w:i w:val="0"/>
        </w:rPr>
        <w:t>:</w:t>
      </w:r>
    </w:p>
    <w:p>
      <w:pPr>
        <w:spacing w:after="0"/>
        <w:ind w:left="360"/>
        <w:shd w:val="clear" w:color="auto" w:fill="F2F2F2"/>
      </w:pPr>
      <w:r>
        <w:rPr>
          <w:rFonts w:ascii="Consolas" w:hAnsi="Consolas"/>
          <w:sz w:val="18"/>
        </w:rPr>
        <w:t>&gt;&gt;&gt; import fpdf</w:t>
      </w:r>
    </w:p>
    <w:p>
      <w:pPr>
        <w:spacing w:after="40"/>
      </w:pPr>
    </w:p>
    <w:p>
      <w:pPr>
        <w:spacing w:after="80"/>
        <w:ind w:left="360"/>
      </w:pPr>
      <w:r>
        <w:t xml:space="preserve">2. </w:t>
      </w:r>
      <w:r>
        <w:rPr>
          <w:b w:val="0"/>
          <w:i w:val="0"/>
        </w:rPr>
        <w:t>Tạo một tài liệu:</w:t>
      </w:r>
    </w:p>
    <w:p>
      <w:pPr>
        <w:spacing w:after="0"/>
        <w:ind w:left="360"/>
        <w:shd w:val="clear" w:color="auto" w:fill="F2F2F2"/>
      </w:pPr>
      <w:r>
        <w:rPr>
          <w:rFonts w:ascii="Consolas" w:hAnsi="Consolas"/>
          <w:sz w:val="18"/>
        </w:rPr>
        <w:t>&gt;&gt;&gt; document = fpdf.FPDF()</w:t>
      </w:r>
    </w:p>
    <w:p>
      <w:pPr>
        <w:spacing w:after="40"/>
      </w:pPr>
    </w:p>
    <w:p>
      <w:pPr>
        <w:spacing w:after="80"/>
        <w:ind w:left="360"/>
      </w:pPr>
      <w:r>
        <w:t xml:space="preserve">3. </w:t>
      </w:r>
      <w:r>
        <w:rPr>
          <w:b w:val="0"/>
          <w:i w:val="0"/>
        </w:rPr>
        <w:t>Định nghĩa phông chữ và màu cho tiêu đề, rồi thêm trang đầu tiên:</w:t>
      </w:r>
    </w:p>
    <w:p>
      <w:pPr>
        <w:spacing w:after="0"/>
        <w:ind w:left="360"/>
        <w:shd w:val="clear" w:color="auto" w:fill="F2F2F2"/>
      </w:pPr>
      <w:r>
        <w:rPr>
          <w:rFonts w:ascii="Consolas" w:hAnsi="Consolas"/>
          <w:sz w:val="18"/>
        </w:rPr>
        <w:t>&gt;&gt;&gt; document.set_font('Times', 'B', 14)</w:t>
      </w:r>
    </w:p>
    <w:p>
      <w:pPr>
        <w:spacing w:after="0"/>
        <w:ind w:left="360"/>
        <w:shd w:val="clear" w:color="auto" w:fill="F2F2F2"/>
      </w:pPr>
      <w:r>
        <w:rPr>
          <w:rFonts w:ascii="Consolas" w:hAnsi="Consolas"/>
          <w:sz w:val="18"/>
        </w:rPr>
        <w:t>&gt;&gt;&gt; document.set_text_color(19, 83, 173)</w:t>
      </w:r>
    </w:p>
    <w:p>
      <w:pPr>
        <w:spacing w:after="0"/>
        <w:ind w:left="360"/>
        <w:shd w:val="clear" w:color="auto" w:fill="F2F2F2"/>
      </w:pPr>
      <w:r>
        <w:rPr>
          <w:rFonts w:ascii="Consolas" w:hAnsi="Consolas"/>
          <w:sz w:val="18"/>
        </w:rPr>
        <w:t>&gt;&gt;&gt; document.add_page()</w:t>
      </w:r>
    </w:p>
    <w:p>
      <w:pPr>
        <w:spacing w:after="40"/>
      </w:pPr>
    </w:p>
    <w:p>
      <w:pPr>
        <w:spacing w:after="80"/>
        <w:ind w:left="360"/>
      </w:pPr>
      <w:r>
        <w:t xml:space="preserve">4. </w:t>
      </w:r>
      <w:r>
        <w:rPr>
          <w:b w:val="0"/>
          <w:i w:val="0"/>
        </w:rPr>
        <w:t>Viết tiêu đề của tài liệu:</w:t>
      </w:r>
    </w:p>
    <w:p>
      <w:pPr>
        <w:spacing w:after="0"/>
        <w:ind w:left="360"/>
        <w:shd w:val="clear" w:color="auto" w:fill="F2F2F2"/>
      </w:pPr>
      <w:r>
        <w:rPr>
          <w:rFonts w:ascii="Consolas" w:hAnsi="Consolas"/>
          <w:sz w:val="18"/>
        </w:rPr>
        <w:t>&gt;&gt;&gt; document.cell(0, 5, 'PDF test document')</w:t>
      </w:r>
    </w:p>
    <w:p>
      <w:pPr>
        <w:spacing w:after="0"/>
        <w:ind w:left="360"/>
        <w:shd w:val="clear" w:color="auto" w:fill="F2F2F2"/>
      </w:pPr>
      <w:r>
        <w:rPr>
          <w:rFonts w:ascii="Consolas" w:hAnsi="Consolas"/>
          <w:sz w:val="18"/>
        </w:rPr>
        <w:t>False</w:t>
      </w:r>
    </w:p>
    <w:p>
      <w:pPr>
        <w:spacing w:after="0"/>
        <w:ind w:left="360"/>
        <w:shd w:val="clear" w:color="auto" w:fill="F2F2F2"/>
      </w:pPr>
      <w:r>
        <w:rPr>
          <w:rFonts w:ascii="Consolas" w:hAnsi="Consolas"/>
          <w:sz w:val="18"/>
        </w:rPr>
        <w:t>&gt;&gt;&gt; document.ln()</w:t>
      </w:r>
    </w:p>
    <w:p>
      <w:pPr>
        <w:spacing w:after="40"/>
      </w:pPr>
    </w:p>
    <w:p>
      <w:pPr>
        <w:spacing w:after="80"/>
        <w:ind w:left="360"/>
      </w:pPr>
      <w:r>
        <w:t xml:space="preserve">5. </w:t>
      </w:r>
      <w:r>
        <w:rPr>
          <w:b w:val="0"/>
          <w:i w:val="0"/>
        </w:rPr>
        <w:t>Viết một đoạn văn dài:</w:t>
      </w:r>
    </w:p>
    <w:p>
      <w:pPr>
        <w:spacing w:after="0"/>
        <w:ind w:left="360"/>
        <w:shd w:val="clear" w:color="auto" w:fill="F2F2F2"/>
      </w:pPr>
      <w:r>
        <w:rPr>
          <w:rFonts w:ascii="Consolas" w:hAnsi="Consolas"/>
          <w:sz w:val="18"/>
        </w:rPr>
        <w:t>&gt;&gt;&gt; document.set_font('Times', '', 12)</w:t>
      </w:r>
    </w:p>
    <w:p>
      <w:pPr>
        <w:spacing w:after="0"/>
        <w:ind w:left="360"/>
        <w:shd w:val="clear" w:color="auto" w:fill="F2F2F2"/>
      </w:pPr>
      <w:r>
        <w:rPr>
          <w:rFonts w:ascii="Consolas" w:hAnsi="Consolas"/>
          <w:sz w:val="18"/>
        </w:rPr>
        <w:t>&gt;&gt;&gt; document.set_text_color(0)</w:t>
      </w:r>
    </w:p>
    <w:p>
      <w:pPr>
        <w:spacing w:after="0"/>
        <w:ind w:left="360"/>
        <w:shd w:val="clear" w:color="auto" w:fill="F2F2F2"/>
      </w:pPr>
      <w:r>
        <w:rPr>
          <w:rFonts w:ascii="Consolas" w:hAnsi="Consolas"/>
          <w:sz w:val="18"/>
        </w:rPr>
        <w:t>&gt;&gt;&gt; document.multi_cell(0, 5, 'This is an example of a long paragraph. ' * 10)</w:t>
      </w:r>
    </w:p>
    <w:p>
      <w:pPr>
        <w:spacing w:after="0"/>
        <w:ind w:left="360"/>
        <w:shd w:val="clear" w:color="auto" w:fill="F2F2F2"/>
      </w:pPr>
      <w:r>
        <w:rPr>
          <w:rFonts w:ascii="Consolas" w:hAnsi="Consolas"/>
          <w:sz w:val="18"/>
        </w:rPr>
        <w:t>False</w:t>
      </w:r>
    </w:p>
    <w:p>
      <w:pPr>
        <w:spacing w:after="0"/>
        <w:ind w:left="360"/>
        <w:shd w:val="clear" w:color="auto" w:fill="F2F2F2"/>
      </w:pPr>
      <w:r>
        <w:rPr>
          <w:rFonts w:ascii="Consolas" w:hAnsi="Consolas"/>
          <w:sz w:val="18"/>
        </w:rPr>
        <w:t>&gt;&gt;&gt; document.ln()</w:t>
      </w:r>
    </w:p>
    <w:p>
      <w:pPr>
        <w:spacing w:after="40"/>
      </w:pPr>
    </w:p>
    <w:p>
      <w:pPr>
        <w:spacing w:after="80"/>
        <w:ind w:left="360"/>
      </w:pPr>
      <w:r>
        <w:t xml:space="preserve">6. </w:t>
      </w:r>
      <w:r>
        <w:rPr>
          <w:b w:val="0"/>
          <w:i w:val="0"/>
        </w:rPr>
        <w:t>Viết một đoạn văn dài khác:</w:t>
      </w:r>
    </w:p>
    <w:p>
      <w:pPr>
        <w:spacing w:after="0"/>
        <w:ind w:left="360"/>
        <w:shd w:val="clear" w:color="auto" w:fill="F2F2F2"/>
      </w:pPr>
      <w:r>
        <w:rPr>
          <w:rFonts w:ascii="Consolas" w:hAnsi="Consolas"/>
          <w:sz w:val="18"/>
        </w:rPr>
        <w:t>&gt;&gt;&gt; document.multi_cell(0, 5, 'Another long paragraph. Lorem ipsum dolor sit amet, consectetur adipiscing elit.' * 20)</w:t>
      </w:r>
    </w:p>
    <w:p>
      <w:pPr>
        <w:spacing w:after="0"/>
        <w:ind w:left="360"/>
        <w:shd w:val="clear" w:color="auto" w:fill="F2F2F2"/>
      </w:pPr>
      <w:r>
        <w:rPr>
          <w:rFonts w:ascii="Consolas" w:hAnsi="Consolas"/>
          <w:sz w:val="18"/>
        </w:rPr>
        <w:t>False</w:t>
      </w:r>
    </w:p>
    <w:p>
      <w:pPr>
        <w:spacing w:after="40"/>
      </w:pPr>
    </w:p>
    <w:p>
      <w:pPr>
        <w:spacing w:after="80"/>
        <w:ind w:left="360"/>
      </w:pPr>
      <w:r>
        <w:t xml:space="preserve">7. </w:t>
      </w:r>
      <w:r>
        <w:rPr>
          <w:b w:val="0"/>
          <w:i w:val="0"/>
        </w:rPr>
        <w:t>Lưu tài liệu:</w:t>
      </w:r>
    </w:p>
    <w:p>
      <w:pPr>
        <w:spacing w:after="0"/>
        <w:ind w:left="360"/>
        <w:shd w:val="clear" w:color="auto" w:fill="F2F2F2"/>
      </w:pPr>
      <w:r>
        <w:rPr>
          <w:rFonts w:ascii="Consolas" w:hAnsi="Consolas"/>
          <w:sz w:val="18"/>
        </w:rPr>
        <w:t>&gt;&gt;&gt; document.output('pdf-report.pdf')</w:t>
      </w:r>
    </w:p>
    <w:p>
      <w:pPr>
        <w:spacing w:after="0"/>
        <w:ind w:left="360"/>
        <w:shd w:val="clear" w:color="auto" w:fill="F2F2F2"/>
      </w:pPr>
      <w:r>
        <w:rPr>
          <w:rFonts w:ascii="Consolas" w:hAnsi="Consolas"/>
          <w:sz w:val="18"/>
        </w:rPr>
        <w:t>''</w:t>
      </w:r>
    </w:p>
    <w:p>
      <w:pPr>
        <w:spacing w:after="40"/>
      </w:pPr>
    </w:p>
    <w:p>
      <w:pPr>
        <w:spacing w:after="80"/>
        <w:ind w:left="360"/>
      </w:pPr>
      <w:r>
        <w:t xml:space="preserve">8. </w:t>
      </w:r>
      <w:r>
        <w:rPr>
          <w:b w:val="0"/>
          <w:i w:val="0"/>
        </w:rPr>
        <w:t xml:space="preserve">Kiểm tra tài liệu </w:t>
      </w:r>
      <w:r>
        <w:rPr>
          <w:rFonts w:ascii="Consolas" w:hAnsi="Consolas"/>
          <w:b w:val="0"/>
          <w:i w:val="0"/>
          <w:sz w:val="20"/>
        </w:rPr>
        <w:br/>
        <w:br/>
        <w:t xml:space="preserve">       pdf‑report.pdf</w:t>
        <w:br/>
        <w:t xml:space="preserve">      </w:t>
        <w:br/>
      </w:r>
      <w:r>
        <w:rPr>
          <w:b w:val="0"/>
          <w:i w:val="0"/>
        </w:rPr>
        <w:t>:</w:t>
      </w:r>
    </w:p>
    <w:p>
      <w:pPr>
        <w:jc w:val="center"/>
      </w:pPr>
      <w:r>
        <w:drawing>
          <wp:inline xmlns:a="http://schemas.openxmlformats.org/drawingml/2006/main" xmlns:pic="http://schemas.openxmlformats.org/drawingml/2006/picture">
            <wp:extent cx="5486400" cy="3836992"/>
            <wp:docPr id="35" name="Picture 35"/>
            <wp:cNvGraphicFramePr>
              <a:graphicFrameLocks noChangeAspect="1"/>
            </wp:cNvGraphicFramePr>
            <a:graphic>
              <a:graphicData uri="http://schemas.openxmlformats.org/drawingml/2006/picture">
                <pic:pic>
                  <pic:nvPicPr>
                    <pic:cNvPr id="0" name="B36973_5_10.png"/>
                    <pic:cNvPicPr/>
                  </pic:nvPicPr>
                  <pic:blipFill>
                    <a:blip r:embed="rId41"/>
                    <a:stretch>
                      <a:fillRect/>
                    </a:stretch>
                  </pic:blipFill>
                  <pic:spPr>
                    <a:xfrm>
                      <a:off x="0" y="0"/>
                      <a:ext cx="5486400" cy="3836992"/>
                    </a:xfrm>
                    <a:prstGeom prst="rect"/>
                  </pic:spPr>
                </pic:pic>
              </a:graphicData>
            </a:graphic>
          </wp:inline>
        </w:drawing>
      </w:r>
    </w:p>
    <w:p>
      <w:pPr>
        <w:spacing w:after="160"/>
        <w:jc w:val="center"/>
      </w:pPr>
      <w:r>
        <w:rPr>
          <w:rFonts w:ascii="Calibri" w:hAnsi="Calibri"/>
          <w:b w:val="0"/>
          <w:i/>
          <w:sz w:val="19"/>
        </w:rPr>
        <w:t>Hình 5.10: Nội dung của pdf-report.pdf</w:t>
      </w:r>
    </w:p>
    <w:p>
      <w:pPr>
        <w:pStyle w:val="Heading3"/>
      </w:pPr>
      <w:r>
        <w:rPr>
          <w:rFonts w:ascii="Calibri" w:hAnsi="Calibri"/>
          <w:b/>
          <w:i w:val="0"/>
          <w:sz w:val="26"/>
        </w:rPr>
        <w:t>Cách nó hoạt động...</w:t>
      </w:r>
    </w:p>
    <w:p>
      <w:pPr>
        <w:spacing w:after="80"/>
      </w:pPr>
      <w:r>
        <w:rPr>
          <w:b w:val="0"/>
          <w:i w:val="0"/>
        </w:rPr>
        <w:t xml:space="preserve">Mô-đun </w:t>
      </w:r>
      <w:r>
        <w:rPr>
          <w:rFonts w:ascii="Consolas" w:hAnsi="Consolas"/>
          <w:b w:val="0"/>
          <w:i w:val="0"/>
          <w:sz w:val="20"/>
        </w:rPr>
        <w:br/>
        <w:br/>
        <w:t xml:space="preserve">      fpdf</w:t>
        <w:br/>
        <w:t xml:space="preserve">     </w:t>
        <w:br/>
      </w:r>
      <w:r>
        <w:rPr>
          <w:b w:val="0"/>
          <w:i w:val="0"/>
        </w:rPr>
        <w:t xml:space="preserve"> tạo ra một tài liệu PDF và cho phép chúng ta viết vào đó.</w:t>
      </w:r>
    </w:p>
    <w:p>
      <w:pPr>
        <w:spacing w:after="80"/>
      </w:pPr>
      <w:r>
        <w:rPr>
          <w:b w:val="0"/>
          <w:i w:val="0"/>
        </w:rPr>
        <w:t xml:space="preserve">Các thao tác đầu tiên là chỉ định phông chữ và cỡ chữ sẽ dùng, rồi thêm trang đầu tiên. Việc này được thực hiện ở </w:t>
      </w:r>
      <w:r>
        <w:rPr>
          <w:b w:val="0"/>
          <w:i/>
        </w:rPr>
        <w:t xml:space="preserve"> bước 3 </w:t>
      </w:r>
      <w:r>
        <w:rPr>
          <w:b w:val="0"/>
          <w:i w:val="0"/>
        </w:rPr>
        <w:t xml:space="preserve">. Phông chữ đầu tiên được in đậm (đối số thứ hai, </w:t>
      </w:r>
      <w:r>
        <w:rPr>
          <w:rFonts w:ascii="Consolas" w:hAnsi="Consolas"/>
          <w:b w:val="0"/>
          <w:i w:val="0"/>
          <w:sz w:val="20"/>
        </w:rPr>
        <w:br/>
        <w:br/>
        <w:t xml:space="preserve">      'B'</w:t>
        <w:br/>
        <w:t xml:space="preserve">     </w:t>
        <w:br/>
      </w:r>
      <w:r>
        <w:rPr>
          <w:b w:val="0"/>
          <w:i w:val="0"/>
        </w:rPr>
        <w:t xml:space="preserve">) và có cỡ lớn hơn phần còn lại của tài liệu. Điều này biến nó thành tiêu đề. Màu sắc cũng được thiết lập bằng </w:t>
      </w:r>
      <w:r>
        <w:rPr>
          <w:rFonts w:ascii="Consolas" w:hAnsi="Consolas"/>
          <w:b w:val="0"/>
          <w:i w:val="0"/>
          <w:sz w:val="20"/>
        </w:rPr>
        <w:br/>
        <w:br/>
        <w:t xml:space="preserve">      .set_text_color</w:t>
        <w:br/>
        <w:t xml:space="preserve">     </w:t>
        <w:br/>
      </w:r>
      <w:r>
        <w:rPr>
          <w:b w:val="0"/>
          <w:i w:val="0"/>
        </w:rPr>
        <w:t>, theo các thành phần RGB.</w:t>
      </w:r>
    </w:p>
    <w:p>
      <w:pPr>
        <w:spacing w:after="80"/>
      </w:pPr>
      <w:r>
        <w:rPr>
          <w:b/>
          <w:i w:val="0"/>
        </w:rPr>
        <w:t>Mẹo</w:t>
      </w:r>
    </w:p>
    <w:p>
      <w:pPr>
        <w:spacing w:after="80"/>
      </w:pPr>
      <w:r>
        <w:rPr>
          <w:b w:val="0"/>
          <w:i w:val="0"/>
        </w:rPr>
        <w:t xml:space="preserve">Văn bản cũng có thể được tạo kiểu in nghiêng với </w:t>
      </w:r>
      <w:r>
        <w:rPr>
          <w:rFonts w:ascii="Consolas" w:hAnsi="Consolas"/>
          <w:b w:val="0"/>
          <w:i w:val="0"/>
          <w:sz w:val="20"/>
        </w:rPr>
        <w:br/>
        <w:br/>
        <w:t xml:space="preserve">       I</w:t>
        <w:br/>
        <w:t xml:space="preserve">      </w:t>
        <w:br/>
      </w:r>
      <w:r>
        <w:rPr>
          <w:b w:val="0"/>
          <w:i w:val="0"/>
        </w:rPr>
        <w:t xml:space="preserve"> và gạch chân với </w:t>
      </w:r>
      <w:r>
        <w:rPr>
          <w:rFonts w:ascii="Consolas" w:hAnsi="Consolas"/>
          <w:b w:val="0"/>
          <w:i w:val="0"/>
          <w:sz w:val="20"/>
        </w:rPr>
        <w:br/>
        <w:br/>
        <w:t xml:space="preserve">       U</w:t>
        <w:br/>
        <w:t xml:space="preserve">      </w:t>
        <w:br/>
      </w:r>
      <w:r>
        <w:rPr>
          <w:b w:val="0"/>
          <w:i w:val="0"/>
        </w:rPr>
        <w:t xml:space="preserve">. Bạn có thể kết hợp chúng, nên </w:t>
      </w:r>
      <w:r>
        <w:rPr>
          <w:rFonts w:ascii="Consolas" w:hAnsi="Consolas"/>
          <w:b w:val="0"/>
          <w:i w:val="0"/>
          <w:sz w:val="20"/>
        </w:rPr>
        <w:br/>
        <w:br/>
        <w:t xml:space="preserve">       BI</w:t>
        <w:br/>
        <w:t xml:space="preserve">      </w:t>
        <w:br/>
      </w:r>
      <w:r>
        <w:rPr>
          <w:b w:val="0"/>
          <w:i w:val="0"/>
        </w:rPr>
        <w:t xml:space="preserve"> sẽ tạo ra văn bản vừa in đậm vừa in nghiêng.</w:t>
      </w:r>
    </w:p>
    <w:p>
      <w:pPr>
        <w:spacing w:after="80"/>
      </w:pPr>
      <w:r>
        <w:rPr>
          <w:b w:val="0"/>
          <w:i w:val="0"/>
        </w:rPr>
        <w:t xml:space="preserve">Để xác định màu theo các thành phần RGB, bạn có thể dùng công cụ chọn màu như </w:t>
      </w:r>
      <w:r>
        <w:rPr>
          <w:rFonts w:ascii="Consolas" w:hAnsi="Consolas"/>
          <w:b w:val="0"/>
          <w:i w:val="0"/>
          <w:sz w:val="20"/>
        </w:rPr>
        <w:br/>
        <w:br/>
        <w:t xml:space="preserve">        https://www.w3schools.com/colors/colors_picker.asp.</w:t>
        <w:br/>
        <w:t xml:space="preserve">       </w:t>
        <w:br/>
      </w:r>
      <w:r>
        <w:rPr>
          <w:b w:val="0"/>
          <w:i w:val="0"/>
        </w:rPr>
        <w:t xml:space="preserve"> Hoặc bạn có thể nhờ GenAI tìm các thành phần cho những màu mang tính mô tả, ví dụ với câu lệnh: </w:t>
      </w:r>
      <w:r>
        <w:rPr>
          <w:b w:val="0"/>
          <w:i/>
        </w:rPr>
        <w:t xml:space="preserve"> Get me in RGB components the value for a professional strong orange to be used as the color of a font for titles on a report </w:t>
      </w:r>
      <w:r>
        <w:rPr>
          <w:b w:val="0"/>
          <w:i w:val="0"/>
        </w:rPr>
        <w:t>.</w:t>
      </w:r>
    </w:p>
    <w:p>
      <w:pPr>
        <w:spacing w:after="80"/>
      </w:pPr>
      <w:r>
        <w:rPr>
          <w:b w:val="0"/>
          <w:i w:val="0"/>
        </w:rPr>
        <w:t xml:space="preserve">Lệnh gọi </w:t>
      </w:r>
      <w:r>
        <w:rPr>
          <w:rFonts w:ascii="Consolas" w:hAnsi="Consolas"/>
          <w:b w:val="0"/>
          <w:i w:val="0"/>
          <w:sz w:val="20"/>
        </w:rPr>
        <w:br/>
        <w:br/>
        <w:t xml:space="preserve">      .cell</w:t>
        <w:br/>
        <w:t xml:space="preserve">     </w:t>
        <w:br/>
      </w:r>
      <w:r>
        <w:rPr>
          <w:b w:val="0"/>
          <w:i w:val="0"/>
        </w:rPr>
        <w:t xml:space="preserve"> tạo ra một hộp văn bản chứa nội dung được chỉ định. Vài tham số đầu tiên là chiều rộng và chiều cao. Chiều rộng 0 sẽ dùng toàn bộ không gian tới lề phải. Chiều cao 5 (mm) là phù hợp cho cỡ chữ 12. Lệnh gọi </w:t>
      </w:r>
      <w:r>
        <w:rPr>
          <w:rFonts w:ascii="Consolas" w:hAnsi="Consolas"/>
          <w:b w:val="0"/>
          <w:i w:val="0"/>
          <w:sz w:val="20"/>
        </w:rPr>
        <w:br/>
        <w:br/>
        <w:t xml:space="preserve">      .ln</w:t>
        <w:br/>
        <w:t xml:space="preserve">     </w:t>
        <w:br/>
      </w:r>
      <w:r>
        <w:rPr>
          <w:b w:val="0"/>
          <w:i w:val="0"/>
        </w:rPr>
        <w:t xml:space="preserve"> sẽ thêm một dòng mới.</w:t>
      </w:r>
    </w:p>
    <w:p>
      <w:pPr>
        <w:spacing w:after="80"/>
      </w:pPr>
      <w:r>
        <w:rPr>
          <w:b w:val="0"/>
          <w:i w:val="0"/>
        </w:rPr>
        <w:t xml:space="preserve">Để viết một đoạn văn nhiều dòng, chúng ta dùng phương thức </w:t>
      </w:r>
      <w:r>
        <w:rPr>
          <w:rFonts w:ascii="Consolas" w:hAnsi="Consolas"/>
          <w:b w:val="0"/>
          <w:i w:val="0"/>
          <w:sz w:val="20"/>
        </w:rPr>
        <w:br/>
        <w:br/>
        <w:t xml:space="preserve">      .multi_cell</w:t>
        <w:br/>
        <w:t xml:space="preserve">     </w:t>
        <w:br/>
      </w:r>
      <w:r>
        <w:rPr>
          <w:b w:val="0"/>
          <w:i w:val="0"/>
        </w:rPr>
        <w:t xml:space="preserve">. Các tham số của nó giống như </w:t>
      </w:r>
      <w:r>
        <w:rPr>
          <w:rFonts w:ascii="Consolas" w:hAnsi="Consolas"/>
          <w:b w:val="0"/>
          <w:i w:val="0"/>
          <w:sz w:val="20"/>
        </w:rPr>
        <w:br/>
        <w:br/>
        <w:t xml:space="preserve">      .cell</w:t>
        <w:br/>
        <w:t xml:space="preserve">     </w:t>
        <w:br/>
      </w:r>
      <w:r>
        <w:rPr>
          <w:b w:val="0"/>
          <w:i w:val="0"/>
        </w:rPr>
        <w:t xml:space="preserve">. Hai đoạn văn được viết ở </w:t>
      </w:r>
      <w:r>
        <w:rPr>
          <w:b w:val="0"/>
          <w:i/>
        </w:rPr>
        <w:t xml:space="preserve"> bước 5 </w:t>
      </w:r>
      <w:r>
        <w:rPr>
          <w:b w:val="0"/>
          <w:i w:val="0"/>
        </w:rPr>
        <w:t xml:space="preserve"> và </w:t>
      </w:r>
      <w:r>
        <w:rPr>
          <w:b w:val="0"/>
          <w:i/>
        </w:rPr>
        <w:t xml:space="preserve"> 6 </w:t>
      </w:r>
      <w:r>
        <w:rPr>
          <w:b w:val="0"/>
          <w:i w:val="0"/>
        </w:rPr>
        <w:t xml:space="preserve">. Hãy để ý việc thay đổi phông chữ trước đó, để phân biệt tiêu đề với phần thân của báo cáo. </w:t>
      </w:r>
      <w:r>
        <w:rPr>
          <w:rFonts w:ascii="Consolas" w:hAnsi="Consolas"/>
          <w:b w:val="0"/>
          <w:i w:val="0"/>
          <w:sz w:val="20"/>
        </w:rPr>
        <w:br/>
        <w:br/>
        <w:t xml:space="preserve">      set_text_color</w:t>
        <w:br/>
        <w:t xml:space="preserve">     </w:t>
        <w:br/>
      </w:r>
      <w:r>
        <w:rPr>
          <w:b w:val="0"/>
          <w:i w:val="0"/>
        </w:rPr>
        <w:t xml:space="preserve"> được gọi với một đối số duy nhất để thiết lập màu theo thang độ xám. Trong trường hợp này, nó được đặt thành màu đen bằng 0.</w:t>
      </w:r>
    </w:p>
    <w:p>
      <w:pPr>
        <w:spacing w:after="80"/>
      </w:pPr>
      <w:r>
        <w:rPr>
          <w:b/>
          <w:i w:val="0"/>
        </w:rPr>
        <w:t>Mẹo</w:t>
      </w:r>
    </w:p>
    <w:p>
      <w:pPr>
        <w:spacing w:after="80"/>
      </w:pPr>
      <w:r>
        <w:rPr>
          <w:b w:val="0"/>
          <w:i w:val="0"/>
        </w:rPr>
        <w:t xml:space="preserve">Dùng </w:t>
      </w:r>
      <w:r>
        <w:rPr>
          <w:rFonts w:ascii="Consolas" w:hAnsi="Consolas"/>
          <w:b w:val="0"/>
          <w:i w:val="0"/>
          <w:sz w:val="20"/>
        </w:rPr>
        <w:br/>
        <w:br/>
        <w:t xml:space="preserve">       .cell</w:t>
        <w:br/>
        <w:t xml:space="preserve">      </w:t>
        <w:br/>
      </w:r>
      <w:r>
        <w:rPr>
          <w:b w:val="0"/>
          <w:i w:val="0"/>
        </w:rPr>
        <w:t xml:space="preserve"> cho văn bản dài sẽ khiến nó vượt qua lề và tràn ra khỏi trang. Chỉ dùng nó cho văn bản vừa vặn trong một dòng. Để biết một chuỗi có vừa trong một dòng hay không, hãy tính </w:t>
      </w:r>
      <w:r>
        <w:rPr>
          <w:rFonts w:ascii="Consolas" w:hAnsi="Consolas"/>
          <w:b w:val="0"/>
          <w:i w:val="0"/>
          <w:sz w:val="20"/>
        </w:rPr>
        <w:br/>
        <w:br/>
        <w:t xml:space="preserve">       max_width = document.w ‑ document.l_margin ‑ document.r_margin</w:t>
        <w:br/>
        <w:t xml:space="preserve">      </w:t>
        <w:br/>
      </w:r>
      <w:r>
        <w:rPr>
          <w:b w:val="0"/>
          <w:i w:val="0"/>
        </w:rPr>
        <w:t xml:space="preserve"> và so sánh với kích thước của chuỗi sẽ được viết bằng </w:t>
      </w:r>
      <w:r>
        <w:rPr>
          <w:rFonts w:ascii="Consolas" w:hAnsi="Consolas"/>
          <w:b w:val="0"/>
          <w:i w:val="0"/>
          <w:sz w:val="20"/>
        </w:rPr>
        <w:br/>
        <w:br/>
        <w:t xml:space="preserve">       document.get_string_width(string)</w:t>
        <w:br/>
        <w:t xml:space="preserve">      </w:t>
        <w:br/>
      </w:r>
      <w:r>
        <w:rPr>
          <w:b w:val="0"/>
          <w:i w:val="0"/>
        </w:rPr>
        <w:t>.</w:t>
      </w:r>
    </w:p>
    <w:p>
      <w:pPr>
        <w:spacing w:after="80"/>
      </w:pPr>
      <w:r>
        <w:rPr>
          <w:b w:val="0"/>
          <w:i w:val="0"/>
        </w:rPr>
        <w:t xml:space="preserve">Tài liệu được lưu xuống đĩa ở </w:t>
      </w:r>
      <w:r>
        <w:rPr>
          <w:b w:val="0"/>
          <w:i/>
        </w:rPr>
        <w:t xml:space="preserve"> bước 7 </w:t>
      </w:r>
      <w:r>
        <w:rPr>
          <w:b w:val="0"/>
          <w:i w:val="0"/>
        </w:rPr>
        <w:t>.</w:t>
      </w:r>
    </w:p>
    <w:p>
      <w:pPr>
        <w:pStyle w:val="Heading3"/>
      </w:pPr>
      <w:r>
        <w:rPr>
          <w:rFonts w:ascii="Calibri" w:hAnsi="Calibri"/>
          <w:b/>
          <w:i w:val="0"/>
          <w:sz w:val="26"/>
        </w:rPr>
        <w:t>Còn nhiều thứ nữa...</w:t>
      </w:r>
    </w:p>
    <w:p>
      <w:pPr>
        <w:spacing w:after="80"/>
      </w:pPr>
      <w:r>
        <w:rPr>
          <w:b w:val="0"/>
          <w:i w:val="0"/>
        </w:rPr>
        <w:t xml:space="preserve">Các trang được thêm tự động nếu một thao tác </w:t>
      </w:r>
      <w:r>
        <w:rPr>
          <w:rFonts w:ascii="Consolas" w:hAnsi="Consolas"/>
          <w:b w:val="0"/>
          <w:i w:val="0"/>
          <w:sz w:val="20"/>
        </w:rPr>
        <w:br/>
        <w:br/>
        <w:t xml:space="preserve">      multi_cell</w:t>
        <w:br/>
        <w:t xml:space="preserve">     </w:t>
        <w:br/>
      </w:r>
      <w:r>
        <w:rPr>
          <w:b w:val="0"/>
          <w:i w:val="0"/>
        </w:rPr>
        <w:t xml:space="preserve"> chiếm hết toàn bộ không gian có sẵn trong một trang. Gọi </w:t>
      </w:r>
      <w:r>
        <w:rPr>
          <w:rFonts w:ascii="Consolas" w:hAnsi="Consolas"/>
          <w:b w:val="0"/>
          <w:i w:val="0"/>
          <w:sz w:val="20"/>
        </w:rPr>
        <w:br/>
        <w:br/>
        <w:t xml:space="preserve">      .add_page</w:t>
        <w:br/>
        <w:t xml:space="preserve">     </w:t>
        <w:br/>
      </w:r>
      <w:r>
        <w:rPr>
          <w:b w:val="0"/>
          <w:i w:val="0"/>
        </w:rPr>
        <w:t xml:space="preserve"> sẽ chuyển sang một trang mới, tạo ra một dấu ngắt dòng.</w:t>
      </w:r>
    </w:p>
    <w:p>
      <w:pPr>
        <w:spacing w:after="80"/>
      </w:pPr>
      <w:r>
        <w:rPr>
          <w:b w:val="0"/>
          <w:i w:val="0"/>
        </w:rPr>
        <w:t xml:space="preserve">Bạn có thể dùng bất kỳ phông chữ mặc định nào (Courier, Helvetica và Times), hoặc thêm một phông chữ bổ sung bằng </w:t>
      </w:r>
      <w:r>
        <w:rPr>
          <w:rFonts w:ascii="Consolas" w:hAnsi="Consolas"/>
          <w:b w:val="0"/>
          <w:i w:val="0"/>
          <w:sz w:val="20"/>
        </w:rPr>
        <w:br/>
        <w:br/>
        <w:t xml:space="preserve">      .add_font</w:t>
        <w:br/>
        <w:t xml:space="preserve">     </w:t>
        <w:br/>
      </w:r>
      <w:r>
        <w:rPr>
          <w:b w:val="0"/>
          <w:i w:val="0"/>
        </w:rPr>
        <w:t xml:space="preserve">. Xem tài liệu để biết thêm chi tiết: </w:t>
      </w:r>
      <w:r>
        <w:rPr>
          <w:rFonts w:ascii="Consolas" w:hAnsi="Consolas"/>
          <w:b w:val="0"/>
          <w:i w:val="0"/>
          <w:sz w:val="20"/>
        </w:rPr>
        <w:br/>
        <w:br/>
        <w:t xml:space="preserve">       https://py-pdf.github.io/fpdf2/Unicode.html#built-in-fonts-vs-unicode-fonts</w:t>
        <w:br/>
        <w:t xml:space="preserve">      </w:t>
        <w:br/>
      </w:r>
      <w:r>
        <w:rPr>
          <w:b w:val="0"/>
          <w:i w:val="0"/>
        </w:rPr>
        <w:t>.</w:t>
      </w:r>
    </w:p>
    <w:p>
      <w:pPr>
        <w:spacing w:after="80"/>
      </w:pPr>
      <w:r>
        <w:rPr>
          <w:b w:val="0"/>
          <w:i w:val="0"/>
        </w:rPr>
        <w:t>Các phông chữ Symbol và ZapfDingbats cũng có sẵn, nhưng chúng biểu diễn các ký hiệu. Điều này có thể hữu ích nếu bạn cần hiển thị các ký tự đặc biệt, nhưng hãy nhớ kiểm tra kết quả trước khi dùng chúng. Phần còn lại của các phông chữ mặc định sẽ đáp ứng nhu cầu của bạn cho các trường hợp serif, sans serif và độ rộng cố định. Trong PDF, các phông chữ được dùng sẽ được nhúng vào tài liệu, nên chúng sẽ luôn hiển thị chính xác.</w:t>
      </w:r>
    </w:p>
    <w:p>
      <w:pPr>
        <w:spacing w:after="80"/>
      </w:pPr>
      <w:r>
        <w:rPr>
          <w:b w:val="0"/>
          <w:i w:val="0"/>
        </w:rPr>
        <w:t xml:space="preserve">Các phông chữ mặc định không hỗ trợ Unicode tốt lắm. Trong trường hợp bạn muốn viết bằng những ngôn ngữ cần điều đó, hãy thêm một phông chữ có khả năng tốt hơn. </w:t>
      </w:r>
      <w:r>
        <w:rPr>
          <w:rFonts w:ascii="Consolas" w:hAnsi="Consolas"/>
          <w:b w:val="0"/>
          <w:i w:val="0"/>
          <w:sz w:val="20"/>
        </w:rPr>
        <w:br/>
        <w:br/>
        <w:t xml:space="preserve">      fpdf</w:t>
        <w:br/>
        <w:t xml:space="preserve">     </w:t>
        <w:br/>
      </w:r>
      <w:r>
        <w:rPr>
          <w:b w:val="0"/>
          <w:i w:val="0"/>
        </w:rPr>
        <w:t xml:space="preserve"> có một bộ sưu tập các phông chữ miễn phí hỗ trợ Unicode trong tài liệu của nó </w:t>
      </w:r>
      <w:r>
        <w:rPr>
          <w:rFonts w:ascii="Consolas" w:hAnsi="Consolas"/>
          <w:b w:val="0"/>
          <w:i w:val="0"/>
          <w:sz w:val="20"/>
        </w:rPr>
        <w:br/>
        <w:br/>
        <w:t xml:space="preserve">       https://py-pdf.github.io/fpdf2/Unicode.html#free-font-pack</w:t>
        <w:br/>
        <w:t xml:space="preserve">      </w:t>
        <w:br/>
      </w:r>
      <w:r>
        <w:rPr>
          <w:b w:val="0"/>
          <w:i w:val="0"/>
        </w:rPr>
        <w:t>. Hãy giữ chiều cao nhất quán trong suốt tài liệu, ít nhất là giữa các văn bản có cùng cỡ chữ. Hãy định nghĩa một hằng số mà bạn thấy thoải mái, và dùng nó cho toàn bộ nội dung:</w:t>
      </w:r>
    </w:p>
    <w:p>
      <w:pPr>
        <w:spacing w:after="0"/>
        <w:ind w:left="360"/>
        <w:shd w:val="clear" w:color="auto" w:fill="F2F2F2"/>
      </w:pPr>
      <w:r>
        <w:rPr>
          <w:rFonts w:ascii="Consolas" w:hAnsi="Consolas"/>
          <w:sz w:val="18"/>
        </w:rPr>
        <w:t>&gt;&gt;&gt; BODY_TEXT_HEIGHT = 5</w:t>
      </w:r>
    </w:p>
    <w:p>
      <w:pPr>
        <w:spacing w:after="0"/>
        <w:ind w:left="360"/>
        <w:shd w:val="clear" w:color="auto" w:fill="F2F2F2"/>
      </w:pPr>
      <w:r>
        <w:rPr>
          <w:rFonts w:ascii="Consolas" w:hAnsi="Consolas"/>
          <w:sz w:val="18"/>
        </w:rPr>
        <w:t>&gt;&gt;&gt; document.multi_cell(0, BODY_TEXT_HEIGHT, text)</w:t>
      </w:r>
    </w:p>
    <w:p>
      <w:pPr>
        <w:spacing w:after="40"/>
      </w:pPr>
    </w:p>
    <w:p>
      <w:pPr>
        <w:spacing w:after="80"/>
      </w:pPr>
      <w:r>
        <w:rPr>
          <w:b w:val="0"/>
          <w:i w:val="0"/>
        </w:rPr>
        <w:t xml:space="preserve">Theo mặc định, văn bản sẽ được căn đều hai bên, nhưng có thể thay đổi được. Dùng đối số align với </w:t>
      </w:r>
      <w:r>
        <w:rPr>
          <w:rFonts w:ascii="Consolas" w:hAnsi="Consolas"/>
          <w:b w:val="0"/>
          <w:i w:val="0"/>
          <w:sz w:val="20"/>
        </w:rPr>
        <w:br/>
        <w:br/>
        <w:t xml:space="preserve">      J</w:t>
        <w:br/>
        <w:t xml:space="preserve">     </w:t>
        <w:br/>
      </w:r>
      <w:r>
        <w:rPr>
          <w:b w:val="0"/>
          <w:i w:val="0"/>
        </w:rPr>
        <w:t xml:space="preserve"> (căn đều hai bên), </w:t>
      </w:r>
      <w:r>
        <w:rPr>
          <w:rFonts w:ascii="Consolas" w:hAnsi="Consolas"/>
          <w:b w:val="0"/>
          <w:i w:val="0"/>
          <w:sz w:val="20"/>
        </w:rPr>
        <w:br/>
        <w:br/>
        <w:t xml:space="preserve">      C</w:t>
        <w:br/>
        <w:t xml:space="preserve">     </w:t>
        <w:br/>
      </w:r>
      <w:r>
        <w:rPr>
          <w:b w:val="0"/>
          <w:i w:val="0"/>
        </w:rPr>
        <w:t xml:space="preserve"> (căn giữa), </w:t>
      </w:r>
      <w:r>
        <w:rPr>
          <w:rFonts w:ascii="Consolas" w:hAnsi="Consolas"/>
          <w:b w:val="0"/>
          <w:i w:val="0"/>
          <w:sz w:val="20"/>
        </w:rPr>
        <w:br/>
        <w:br/>
        <w:t xml:space="preserve">      R</w:t>
        <w:br/>
        <w:t xml:space="preserve">     </w:t>
        <w:br/>
      </w:r>
      <w:r>
        <w:rPr>
          <w:b w:val="0"/>
          <w:i w:val="0"/>
        </w:rPr>
        <w:t xml:space="preserve"> (căn phải), hoặc </w:t>
      </w:r>
      <w:r>
        <w:rPr>
          <w:rFonts w:ascii="Consolas" w:hAnsi="Consolas"/>
          <w:b w:val="0"/>
          <w:i w:val="0"/>
          <w:sz w:val="20"/>
        </w:rPr>
        <w:br/>
        <w:br/>
        <w:t xml:space="preserve">      L</w:t>
        <w:br/>
        <w:t xml:space="preserve">     </w:t>
        <w:br/>
      </w:r>
      <w:r>
        <w:rPr>
          <w:b w:val="0"/>
          <w:i w:val="0"/>
        </w:rPr>
        <w:t xml:space="preserve"> (căn trái), có thể dùng dưới dạng ký tự hoặc dưới dạng định nghĩa (ví dụ </w:t>
      </w:r>
      <w:r>
        <w:rPr>
          <w:rFonts w:ascii="Consolas" w:hAnsi="Consolas"/>
          <w:b w:val="0"/>
          <w:i w:val="0"/>
          <w:sz w:val="20"/>
        </w:rPr>
        <w:br/>
        <w:br/>
        <w:t xml:space="preserve">      fpdf.Align.J</w:t>
        <w:br/>
        <w:t xml:space="preserve">     </w:t>
        <w:br/>
      </w:r>
      <w:r>
        <w:rPr>
          <w:b w:val="0"/>
          <w:i w:val="0"/>
        </w:rPr>
        <w:t>). Ví dụ, những dòng tương đương sau đây tạo ra văn bản được căn trái:</w:t>
      </w:r>
    </w:p>
    <w:p>
      <w:pPr>
        <w:spacing w:after="0"/>
        <w:ind w:left="360"/>
        <w:shd w:val="clear" w:color="auto" w:fill="F2F2F2"/>
      </w:pPr>
      <w:r>
        <w:rPr>
          <w:rFonts w:ascii="Consolas" w:hAnsi="Consolas"/>
          <w:sz w:val="18"/>
        </w:rPr>
        <w:t>&gt;&gt;&gt; document.multi_cell(0, BODY_TEXT_HEIGHT, text, align='L')</w:t>
      </w:r>
    </w:p>
    <w:p>
      <w:pPr>
        <w:spacing w:after="0"/>
        <w:ind w:left="360"/>
        <w:shd w:val="clear" w:color="auto" w:fill="F2F2F2"/>
      </w:pPr>
      <w:r>
        <w:rPr>
          <w:rFonts w:ascii="Consolas" w:hAnsi="Consolas"/>
          <w:sz w:val="18"/>
        </w:rPr>
        <w:t>&gt;&gt;&gt; document.multi_cell(0, BODY_TEXT_HEIGHT, text, align=fpdf.Align.L)</w:t>
      </w:r>
    </w:p>
    <w:p>
      <w:pPr>
        <w:spacing w:after="40"/>
      </w:pPr>
    </w:p>
    <w:p>
      <w:pPr>
        <w:spacing w:after="80"/>
      </w:pPr>
      <w:r>
        <w:rPr>
          <w:b w:val="0"/>
          <w:i w:val="0"/>
        </w:rPr>
        <w:t xml:space="preserve">Tài liệu đầy đủ về FPDF có thể được tìm thấy ở đây: </w:t>
      </w:r>
      <w:r>
        <w:rPr>
          <w:rFonts w:ascii="Consolas" w:hAnsi="Consolas"/>
          <w:b w:val="0"/>
          <w:i w:val="0"/>
          <w:sz w:val="20"/>
        </w:rPr>
        <w:br/>
        <w:br/>
        <w:t xml:space="preserve">       https://py-pdf.github.io/fpdf2/</w:t>
        <w:br/>
        <w:t xml:space="preserve">      </w:t>
        <w:br/>
      </w:r>
      <w:r>
        <w:rPr>
          <w:b w:val="0"/>
          <w:i w:val="0"/>
        </w:rPr>
        <w:t xml:space="preserve"> .</w:t>
      </w:r>
    </w:p>
    <w:p>
      <w:pPr>
        <w:pStyle w:val="Heading3"/>
      </w:pPr>
      <w:r>
        <w:rPr>
          <w:rFonts w:ascii="Calibri" w:hAnsi="Calibri"/>
          <w:b/>
          <w:i w:val="0"/>
          <w:sz w:val="26"/>
        </w:rPr>
        <w:t>Xem thêm</w:t>
      </w:r>
    </w:p>
    <w:p>
      <w:pPr>
        <w:spacing w:after="80"/>
        <w:ind w:left="360"/>
      </w:pPr>
      <w:r>
        <w:t xml:space="preserve">• </w:t>
      </w:r>
      <w:r>
        <w:rPr>
          <w:b w:val="0"/>
          <w:i/>
        </w:rPr>
        <w:t xml:space="preserve"> Cấu trúc một PDF </w:t>
      </w:r>
      <w:r>
        <w:rPr>
          <w:b w:val="0"/>
          <w:i w:val="0"/>
        </w:rPr>
        <w:t xml:space="preserve"> , tiếp theo, để học cách thêm các dấu phân cách vào một tài liệu PDF.</w:t>
      </w:r>
    </w:p>
    <w:p>
      <w:pPr>
        <w:spacing w:after="80"/>
        <w:ind w:left="360"/>
      </w:pPr>
      <w:r>
        <w:t xml:space="preserve">• </w:t>
      </w:r>
      <w:r>
        <w:rPr>
          <w:b w:val="0"/>
          <w:i/>
        </w:rPr>
        <w:t xml:space="preserve"> Tổng hợp các báo cáo PDF </w:t>
      </w:r>
      <w:r>
        <w:rPr>
          <w:b w:val="0"/>
          <w:i w:val="0"/>
        </w:rPr>
        <w:t xml:space="preserve"> , ở phần sau của chương này, để học cách gộp nhiều tài liệu PDF khác nhau thành một.</w:t>
      </w:r>
    </w:p>
    <w:p>
      <w:pPr>
        <w:spacing w:after="80"/>
        <w:ind w:left="360"/>
      </w:pPr>
      <w:r>
        <w:t xml:space="preserve">• </w:t>
      </w:r>
      <w:r>
        <w:rPr>
          <w:b w:val="0"/>
          <w:i/>
        </w:rPr>
        <w:t xml:space="preserve"> Đóng dấu bản quyền và mã hóa một PDF </w:t>
      </w:r>
      <w:r>
        <w:rPr>
          <w:b w:val="0"/>
          <w:i w:val="0"/>
        </w:rPr>
        <w:t xml:space="preserve"> , ở phần sau của chương này, để học cách thêm các biện pháp bảo mật cho tài liệu.</w:t>
      </w:r>
    </w:p>
    <w:p>
      <w:pPr>
        <w:pStyle w:val="Heading2"/>
      </w:pPr>
      <w:r>
        <w:rPr>
          <w:rFonts w:ascii="Calibri" w:hAnsi="Calibri"/>
          <w:b/>
          <w:i w:val="0"/>
          <w:sz w:val="32"/>
        </w:rPr>
        <w:t>Cấu trúc một PDF</w:t>
      </w:r>
    </w:p>
    <w:p>
      <w:pPr>
        <w:spacing w:after="80"/>
      </w:pPr>
      <w:r>
        <w:rPr>
          <w:b w:val="0"/>
          <w:i w:val="0"/>
        </w:rPr>
        <w:t>Một số thành phần có thể được tạo tự động khi tạo một PDF để giúp các thành phần của bạn trông đẹp hơn và có cấu trúc hơn. Trong công thức này, chúng ta sẽ xem cách thêm phần đầu trang và chân trang, và cách tạo liên kết đến các phần khác của tài liệu.</w:t>
      </w:r>
    </w:p>
    <w:p>
      <w:pPr>
        <w:pStyle w:val="Heading3"/>
      </w:pPr>
      <w:r>
        <w:rPr>
          <w:rFonts w:ascii="Calibri" w:hAnsi="Calibri"/>
          <w:b/>
          <w:i w:val="0"/>
          <w:sz w:val="26"/>
        </w:rPr>
        <w:t>Chuẩn bị</w:t>
      </w:r>
    </w:p>
    <w:p>
      <w:pPr>
        <w:spacing w:after="80"/>
      </w:pPr>
      <w:r>
        <w:rPr>
          <w:b w:val="0"/>
          <w:i w:val="0"/>
        </w:rPr>
        <w:t xml:space="preserve">Chúng ta sẽ dùng mô-đun </w:t>
      </w:r>
      <w:r>
        <w:rPr>
          <w:rFonts w:ascii="Consolas" w:hAnsi="Consolas"/>
          <w:b w:val="0"/>
          <w:i w:val="0"/>
          <w:sz w:val="20"/>
        </w:rPr>
        <w:br/>
        <w:br/>
        <w:t xml:space="preserve">      fpdf</w:t>
        <w:br/>
        <w:t xml:space="preserve">     </w:t>
        <w:br/>
      </w:r>
      <w:r>
        <w:rPr>
          <w:b w:val="0"/>
          <w:i w:val="0"/>
        </w:rPr>
        <w:t xml:space="preserve"> để tạo các tài liệu PDF, mà trong phiên bản mới nhất của nó được nhập từ mô-đun </w:t>
      </w:r>
      <w:r>
        <w:rPr>
          <w:rFonts w:ascii="Consolas" w:hAnsi="Consolas"/>
          <w:b w:val="0"/>
          <w:i w:val="0"/>
          <w:sz w:val="20"/>
        </w:rPr>
        <w:br/>
        <w:br/>
        <w:t xml:space="preserve">      fpdf2</w:t>
        <w:br/>
        <w:t xml:space="preserve">     </w:t>
        <w:br/>
      </w:r>
      <w:r>
        <w:rPr>
          <w:b w:val="0"/>
          <w:i w:val="0"/>
        </w:rPr>
        <w:t xml:space="preserve"> . Chúng ta cũng sẽ dùng mô-đun </w:t>
      </w:r>
      <w:r>
        <w:rPr>
          <w:rFonts w:ascii="Consolas" w:hAnsi="Consolas"/>
          <w:b w:val="0"/>
          <w:i w:val="0"/>
          <w:sz w:val="20"/>
        </w:rPr>
        <w:br/>
        <w:br/>
        <w:t xml:space="preserve">      lorem_text</w:t>
        <w:br/>
        <w:t xml:space="preserve">     </w:t>
        <w:br/>
      </w:r>
      <w:r>
        <w:rPr>
          <w:b w:val="0"/>
          <w:i w:val="0"/>
        </w:rPr>
        <w:t xml:space="preserve"> để tạo văn bản giữ chỗ.</w:t>
      </w:r>
    </w:p>
    <w:p>
      <w:pPr>
        <w:spacing w:after="0"/>
        <w:ind w:left="360"/>
        <w:shd w:val="clear" w:color="auto" w:fill="F2F2F2"/>
      </w:pPr>
      <w:r>
        <w:rPr>
          <w:rFonts w:ascii="Consolas" w:hAnsi="Consolas"/>
          <w:sz w:val="18"/>
        </w:rPr>
        <w:t>$ echo "fpdf2==2.8.5" &gt;&gt; requirements.txt</w:t>
      </w:r>
    </w:p>
    <w:p>
      <w:pPr>
        <w:spacing w:after="0"/>
        <w:ind w:left="360"/>
        <w:shd w:val="clear" w:color="auto" w:fill="F2F2F2"/>
      </w:pPr>
      <w:r>
        <w:rPr>
          <w:rFonts w:ascii="Consolas" w:hAnsi="Consolas"/>
          <w:sz w:val="18"/>
        </w:rPr>
        <w:t>$ echo "lorem-text==3.0" &gt;&gt; requirements.txt</w:t>
      </w:r>
    </w:p>
    <w:p>
      <w:pPr>
        <w:spacing w:after="0"/>
        <w:ind w:left="360"/>
        <w:shd w:val="clear" w:color="auto" w:fill="F2F2F2"/>
      </w:pPr>
      <w:r>
        <w:rPr>
          <w:rFonts w:ascii="Consolas" w:hAnsi="Consolas"/>
          <w:sz w:val="18"/>
        </w:rPr>
        <w:t>$ uv pip install -r requirements.txt</w:t>
      </w:r>
    </w:p>
    <w:p>
      <w:pPr>
        <w:spacing w:after="40"/>
      </w:pPr>
    </w:p>
    <w:p>
      <w:pPr>
        <w:pStyle w:val="Heading3"/>
      </w:pPr>
      <w:r>
        <w:rPr>
          <w:rFonts w:ascii="Calibri" w:hAnsi="Calibri"/>
          <w:b/>
          <w:i w:val="0"/>
          <w:sz w:val="26"/>
        </w:rPr>
        <w:t>Cách thực hiện...</w:t>
      </w:r>
    </w:p>
    <w:p>
      <w:pPr>
        <w:spacing w:after="80"/>
      </w:pPr>
      <w:r>
        <w:rPr>
          <w:b w:val="0"/>
          <w:i w:val="0"/>
        </w:rPr>
        <w:t xml:space="preserve">Script </w:t>
      </w:r>
      <w:r>
        <w:rPr>
          <w:rFonts w:ascii="Consolas" w:hAnsi="Consolas"/>
          <w:b w:val="0"/>
          <w:i w:val="0"/>
          <w:sz w:val="20"/>
        </w:rPr>
        <w:br/>
        <w:br/>
        <w:t xml:space="preserve">      structuring_pdf.py</w:t>
        <w:br/>
        <w:t xml:space="preserve">     </w:t>
        <w:br/>
      </w:r>
      <w:r>
        <w:rPr>
          <w:b w:val="0"/>
          <w:i w:val="0"/>
        </w:rPr>
        <w:t xml:space="preserve"> có sẵn trên GitHub, tại đây: </w:t>
      </w:r>
      <w:r>
        <w:rPr>
          <w:rFonts w:ascii="Consolas" w:hAnsi="Consolas"/>
          <w:b w:val="0"/>
          <w:i w:val="0"/>
          <w:sz w:val="20"/>
        </w:rPr>
        <w:br/>
        <w:br/>
        <w:t xml:space="preserve">       https://github.com/PacktPublishing/Python-Automation-Cookbook-Third-Edition/blob/main/ch05/structuring_pdf.py</w:t>
        <w:br/>
        <w:t xml:space="preserve">      </w:t>
        <w:br/>
      </w:r>
      <w:r>
        <w:rPr>
          <w:b w:val="0"/>
          <w:i w:val="0"/>
        </w:rPr>
        <w:t xml:space="preserve"> . Những phần quan trọng nhất được hiển thị ở đây:</w:t>
      </w:r>
    </w:p>
    <w:p>
      <w:pPr>
        <w:spacing w:after="0"/>
        <w:ind w:left="360"/>
        <w:shd w:val="clear" w:color="auto" w:fill="F2F2F2"/>
      </w:pPr>
      <w:r>
        <w:rPr>
          <w:rFonts w:ascii="Consolas" w:hAnsi="Consolas"/>
          <w:sz w:val="18"/>
        </w:rPr>
        <w:t>import fpdf</w:t>
      </w:r>
    </w:p>
    <w:p>
      <w:pPr>
        <w:spacing w:after="0"/>
        <w:ind w:left="360"/>
        <w:shd w:val="clear" w:color="auto" w:fill="F2F2F2"/>
      </w:pPr>
      <w:r>
        <w:rPr>
          <w:rFonts w:ascii="Consolas" w:hAnsi="Consolas"/>
          <w:sz w:val="18"/>
        </w:rPr>
        <w:t>from random import randint</w:t>
      </w:r>
    </w:p>
    <w:p>
      <w:pPr>
        <w:spacing w:after="0"/>
        <w:ind w:left="360"/>
        <w:shd w:val="clear" w:color="auto" w:fill="F2F2F2"/>
      </w:pPr>
      <w:r>
        <w:rPr>
          <w:rFonts w:ascii="Consolas" w:hAnsi="Consolas"/>
          <w:sz w:val="18"/>
        </w:rPr>
        <w:t>from lorem_text import lorem</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class StructuredPDF(fpdf.FPDF):</w:t>
      </w:r>
    </w:p>
    <w:p>
      <w:pPr>
        <w:spacing w:after="0"/>
        <w:ind w:left="360"/>
        <w:shd w:val="clear" w:color="auto" w:fill="F2F2F2"/>
      </w:pPr>
      <w:r>
        <w:rPr>
          <w:rFonts w:ascii="Consolas" w:hAnsi="Consolas"/>
          <w:sz w:val="18"/>
        </w:rPr>
        <w:t xml:space="preserve">    LINE_HEIGHT = 5</w:t>
      </w:r>
    </w:p>
    <w:p>
      <w:pPr>
        <w:spacing w:after="0"/>
        <w:ind w:left="360"/>
        <w:shd w:val="clear" w:color="auto" w:fill="F2F2F2"/>
      </w:pPr>
      <w:r>
        <w:rPr>
          <w:rFonts w:ascii="Consolas" w:hAnsi="Consolas"/>
          <w:sz w:val="18"/>
        </w:rPr>
        <w:t>def footer(self):</w:t>
      </w:r>
    </w:p>
    <w:p>
      <w:pPr>
        <w:spacing w:after="0"/>
        <w:ind w:left="360"/>
        <w:shd w:val="clear" w:color="auto" w:fill="F2F2F2"/>
      </w:pPr>
      <w:r>
        <w:rPr>
          <w:rFonts w:ascii="Consolas" w:hAnsi="Consolas"/>
          <w:sz w:val="18"/>
        </w:rPr>
        <w:t xml:space="preserve">        self.set_y(-15)</w:t>
      </w:r>
    </w:p>
    <w:p>
      <w:pPr>
        <w:spacing w:after="0"/>
        <w:ind w:left="360"/>
        <w:shd w:val="clear" w:color="auto" w:fill="F2F2F2"/>
      </w:pPr>
      <w:r>
        <w:rPr>
          <w:rFonts w:ascii="Consolas" w:hAnsi="Consolas"/>
          <w:sz w:val="18"/>
        </w:rPr>
        <w:t xml:space="preserve">        self.set_font('Times', 'I', 8)</w:t>
      </w:r>
    </w:p>
    <w:p>
      <w:pPr>
        <w:spacing w:after="0"/>
        <w:ind w:left="360"/>
        <w:shd w:val="clear" w:color="auto" w:fill="F2F2F2"/>
      </w:pPr>
      <w:r>
        <w:rPr>
          <w:rFonts w:ascii="Consolas" w:hAnsi="Consolas"/>
          <w:sz w:val="18"/>
        </w:rPr>
        <w:t xml:space="preserve">        page_number = 'Page {number}/{{nb}}'.format(number=self.page_no())</w:t>
      </w:r>
    </w:p>
    <w:p>
      <w:pPr>
        <w:spacing w:after="0"/>
        <w:ind w:left="360"/>
        <w:shd w:val="clear" w:color="auto" w:fill="F2F2F2"/>
      </w:pPr>
      <w:r>
        <w:rPr>
          <w:rFonts w:ascii="Consolas" w:hAnsi="Consolas"/>
          <w:sz w:val="18"/>
        </w:rPr>
        <w:t xml:space="preserve">        self.cell(0, self.LINE_HEIGHT, page_number, 0, align='R')</w:t>
      </w:r>
    </w:p>
    <w:p>
      <w:pPr>
        <w:spacing w:after="0"/>
        <w:ind w:left="360"/>
        <w:shd w:val="clear" w:color="auto" w:fill="F2F2F2"/>
      </w:pPr>
      <w:r>
        <w:rPr>
          <w:rFonts w:ascii="Consolas" w:hAnsi="Consolas"/>
          <w:sz w:val="18"/>
        </w:rPr>
        <w:t xml:space="preserve">    def chapter(self, title, paragraphs):</w:t>
      </w:r>
    </w:p>
    <w:p>
      <w:pPr>
        <w:spacing w:after="0"/>
        <w:ind w:left="360"/>
        <w:shd w:val="clear" w:color="auto" w:fill="F2F2F2"/>
      </w:pPr>
      <w:r>
        <w:rPr>
          <w:rFonts w:ascii="Consolas" w:hAnsi="Consolas"/>
          <w:sz w:val="18"/>
        </w:rPr>
        <w:t xml:space="preserve">        self.add_page()</w:t>
      </w:r>
    </w:p>
    <w:p>
      <w:pPr>
        <w:spacing w:after="0"/>
        <w:ind w:left="360"/>
        <w:shd w:val="clear" w:color="auto" w:fill="F2F2F2"/>
      </w:pPr>
      <w:r>
        <w:rPr>
          <w:rFonts w:ascii="Consolas" w:hAnsi="Consolas"/>
          <w:sz w:val="18"/>
        </w:rPr>
        <w:t xml:space="preserve">        link = self.title_text(title)</w:t>
      </w:r>
    </w:p>
    <w:p>
      <w:pPr>
        <w:spacing w:after="0"/>
        <w:ind w:left="360"/>
        <w:shd w:val="clear" w:color="auto" w:fill="F2F2F2"/>
      </w:pPr>
      <w:r>
        <w:rPr>
          <w:rFonts w:ascii="Consolas" w:hAnsi="Consolas"/>
          <w:sz w:val="18"/>
        </w:rPr>
        <w:t xml:space="preserve">        page = self.page_no()</w:t>
      </w:r>
    </w:p>
    <w:p>
      <w:pPr>
        <w:spacing w:after="0"/>
        <w:ind w:left="360"/>
        <w:shd w:val="clear" w:color="auto" w:fill="F2F2F2"/>
      </w:pPr>
      <w:r>
        <w:rPr>
          <w:rFonts w:ascii="Consolas" w:hAnsi="Consolas"/>
          <w:sz w:val="18"/>
        </w:rPr>
        <w:t xml:space="preserve">        for paragraph in paragraphs:</w:t>
      </w:r>
    </w:p>
    <w:p>
      <w:pPr>
        <w:spacing w:after="0"/>
        <w:ind w:left="360"/>
        <w:shd w:val="clear" w:color="auto" w:fill="F2F2F2"/>
      </w:pPr>
      <w:r>
        <w:rPr>
          <w:rFonts w:ascii="Consolas" w:hAnsi="Consolas"/>
          <w:sz w:val="18"/>
        </w:rPr>
        <w:t xml:space="preserve">            self.multi_cell(0, self.LINE_HEIGHT, paragraph)</w:t>
      </w:r>
    </w:p>
    <w:p>
      <w:pPr>
        <w:spacing w:after="0"/>
        <w:ind w:left="360"/>
        <w:shd w:val="clear" w:color="auto" w:fill="F2F2F2"/>
      </w:pPr>
      <w:r>
        <w:rPr>
          <w:rFonts w:ascii="Consolas" w:hAnsi="Consolas"/>
          <w:sz w:val="18"/>
        </w:rPr>
        <w:t xml:space="preserve">            self.ln()</w:t>
      </w:r>
    </w:p>
    <w:p>
      <w:pPr>
        <w:spacing w:after="0"/>
        <w:ind w:left="360"/>
        <w:shd w:val="clear" w:color="auto" w:fill="F2F2F2"/>
      </w:pPr>
      <w:r>
        <w:rPr>
          <w:rFonts w:ascii="Consolas" w:hAnsi="Consolas"/>
          <w:sz w:val="18"/>
        </w:rPr>
        <w:t xml:space="preserve">        return link, page</w:t>
      </w:r>
    </w:p>
    <w:p>
      <w:pPr>
        <w:spacing w:after="0"/>
        <w:ind w:left="360"/>
        <w:shd w:val="clear" w:color="auto" w:fill="F2F2F2"/>
      </w:pPr>
      <w:r>
        <w:rPr>
          <w:rFonts w:ascii="Consolas" w:hAnsi="Consolas"/>
          <w:sz w:val="18"/>
        </w:rPr>
        <w:t xml:space="preserve">    def title_text(self, title):</w:t>
      </w:r>
    </w:p>
    <w:p>
      <w:pPr>
        <w:spacing w:after="0"/>
        <w:ind w:left="360"/>
        <w:shd w:val="clear" w:color="auto" w:fill="F2F2F2"/>
      </w:pPr>
      <w:r>
        <w:rPr>
          <w:rFonts w:ascii="Consolas" w:hAnsi="Consolas"/>
          <w:sz w:val="18"/>
        </w:rPr>
        <w:t xml:space="preserve">        self.set_font('Times', 'B', 15)</w:t>
      </w:r>
    </w:p>
    <w:p>
      <w:pPr>
        <w:spacing w:after="0"/>
        <w:ind w:left="360"/>
        <w:shd w:val="clear" w:color="auto" w:fill="F2F2F2"/>
      </w:pPr>
      <w:r>
        <w:rPr>
          <w:rFonts w:ascii="Consolas" w:hAnsi="Consolas"/>
          <w:sz w:val="18"/>
        </w:rPr>
        <w:t xml:space="preserve">        self.cell(0, self.LINE_HEIGHT, title)</w:t>
      </w:r>
    </w:p>
    <w:p>
      <w:pPr>
        <w:spacing w:after="0"/>
        <w:ind w:left="360"/>
        <w:shd w:val="clear" w:color="auto" w:fill="F2F2F2"/>
      </w:pPr>
      <w:r>
        <w:rPr>
          <w:rFonts w:ascii="Consolas" w:hAnsi="Consolas"/>
          <w:sz w:val="18"/>
        </w:rPr>
        <w:t xml:space="preserve">        self.set_font('Times', '', 12)</w:t>
      </w:r>
    </w:p>
    <w:p>
      <w:pPr>
        <w:spacing w:after="0"/>
        <w:ind w:left="360"/>
        <w:shd w:val="clear" w:color="auto" w:fill="F2F2F2"/>
      </w:pPr>
      <w:r>
        <w:rPr>
          <w:rFonts w:ascii="Consolas" w:hAnsi="Consolas"/>
          <w:sz w:val="18"/>
        </w:rPr>
        <w:t xml:space="preserve">        self.line(10, 17, 110, 17)</w:t>
      </w:r>
    </w:p>
    <w:p>
      <w:pPr>
        <w:spacing w:after="0"/>
        <w:ind w:left="360"/>
        <w:shd w:val="clear" w:color="auto" w:fill="F2F2F2"/>
      </w:pPr>
      <w:r>
        <w:rPr>
          <w:rFonts w:ascii="Consolas" w:hAnsi="Consolas"/>
          <w:sz w:val="18"/>
        </w:rPr>
        <w:t xml:space="preserve">        link = self.add_link()</w:t>
      </w:r>
    </w:p>
    <w:p>
      <w:pPr>
        <w:spacing w:after="0"/>
        <w:ind w:left="360"/>
        <w:shd w:val="clear" w:color="auto" w:fill="F2F2F2"/>
      </w:pPr>
      <w:r>
        <w:rPr>
          <w:rFonts w:ascii="Consolas" w:hAnsi="Consolas"/>
          <w:sz w:val="18"/>
        </w:rPr>
        <w:t xml:space="preserve">        self.set_link(link)</w:t>
      </w:r>
    </w:p>
    <w:p>
      <w:pPr>
        <w:spacing w:after="0"/>
        <w:ind w:left="360"/>
        <w:shd w:val="clear" w:color="auto" w:fill="F2F2F2"/>
      </w:pPr>
      <w:r>
        <w:rPr>
          <w:rFonts w:ascii="Consolas" w:hAnsi="Consolas"/>
          <w:sz w:val="18"/>
        </w:rPr>
        <w:t xml:space="preserve">        self.ln()</w:t>
      </w:r>
    </w:p>
    <w:p>
      <w:pPr>
        <w:spacing w:after="0"/>
        <w:ind w:left="360"/>
        <w:shd w:val="clear" w:color="auto" w:fill="F2F2F2"/>
      </w:pPr>
      <w:r>
        <w:rPr>
          <w:rFonts w:ascii="Consolas" w:hAnsi="Consolas"/>
          <w:sz w:val="18"/>
        </w:rPr>
        <w:t xml:space="preserve">        self.ln()</w:t>
      </w:r>
    </w:p>
    <w:p>
      <w:pPr>
        <w:spacing w:after="0"/>
        <w:ind w:left="360"/>
        <w:shd w:val="clear" w:color="auto" w:fill="F2F2F2"/>
      </w:pPr>
      <w:r>
        <w:rPr>
          <w:rFonts w:ascii="Consolas" w:hAnsi="Consolas"/>
          <w:sz w:val="18"/>
        </w:rPr>
        <w:t xml:space="preserve">        return link</w:t>
      </w:r>
    </w:p>
    <w:p>
      <w:pPr>
        <w:spacing w:after="0"/>
        <w:ind w:left="360"/>
        <w:shd w:val="clear" w:color="auto" w:fill="F2F2F2"/>
      </w:pPr>
      <w:r>
        <w:rPr>
          <w:rFonts w:ascii="Consolas" w:hAnsi="Consolas"/>
          <w:sz w:val="18"/>
        </w:rPr>
        <w:t xml:space="preserve">    def get_full_line(self, head, tail, fill):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def toc(self, links):</w:t>
      </w:r>
    </w:p>
    <w:p>
      <w:pPr>
        <w:spacing w:after="0"/>
        <w:ind w:left="360"/>
        <w:shd w:val="clear" w:color="auto" w:fill="F2F2F2"/>
      </w:pPr>
      <w:r>
        <w:rPr>
          <w:rFonts w:ascii="Consolas" w:hAnsi="Consolas"/>
          <w:sz w:val="18"/>
        </w:rPr>
        <w:t xml:space="preserve">        self.add_page()</w:t>
      </w:r>
    </w:p>
    <w:p>
      <w:pPr>
        <w:spacing w:after="0"/>
        <w:ind w:left="360"/>
        <w:shd w:val="clear" w:color="auto" w:fill="F2F2F2"/>
      </w:pPr>
      <w:r>
        <w:rPr>
          <w:rFonts w:ascii="Consolas" w:hAnsi="Consolas"/>
          <w:sz w:val="18"/>
        </w:rPr>
        <w:t xml:space="preserve">        self.title_text('Table of contents')</w:t>
      </w:r>
    </w:p>
    <w:p>
      <w:pPr>
        <w:spacing w:after="0"/>
        <w:ind w:left="360"/>
        <w:shd w:val="clear" w:color="auto" w:fill="F2F2F2"/>
      </w:pPr>
      <w:r>
        <w:rPr>
          <w:rFonts w:ascii="Consolas" w:hAnsi="Consolas"/>
          <w:sz w:val="18"/>
        </w:rPr>
        <w:t xml:space="preserve">        self.set_font('Times', 'I', 12)</w:t>
      </w:r>
    </w:p>
    <w:p>
      <w:pPr>
        <w:spacing w:after="0"/>
        <w:ind w:left="360"/>
        <w:shd w:val="clear" w:color="auto" w:fill="F2F2F2"/>
      </w:pPr>
      <w:r>
        <w:rPr>
          <w:rFonts w:ascii="Consolas" w:hAnsi="Consolas"/>
          <w:sz w:val="18"/>
        </w:rPr>
        <w:t xml:space="preserve">        for title, page, link in links:</w:t>
      </w:r>
    </w:p>
    <w:p>
      <w:pPr>
        <w:spacing w:after="0"/>
        <w:ind w:left="360"/>
        <w:shd w:val="clear" w:color="auto" w:fill="F2F2F2"/>
      </w:pPr>
      <w:r>
        <w:rPr>
          <w:rFonts w:ascii="Consolas" w:hAnsi="Consolas"/>
          <w:sz w:val="18"/>
        </w:rPr>
        <w:t xml:space="preserve">            line = self.get_full_line(title, page, '.')</w:t>
      </w:r>
    </w:p>
    <w:p>
      <w:pPr>
        <w:spacing w:after="0"/>
        <w:ind w:left="360"/>
        <w:shd w:val="clear" w:color="auto" w:fill="F2F2F2"/>
      </w:pPr>
      <w:r>
        <w:rPr>
          <w:rFonts w:ascii="Consolas" w:hAnsi="Consolas"/>
          <w:sz w:val="18"/>
        </w:rPr>
        <w:t xml:space="preserve">            self.cell(0, self.LINE_HEIGHT, line, link=link)</w:t>
      </w:r>
    </w:p>
    <w:p>
      <w:pPr>
        <w:spacing w:after="0"/>
        <w:ind w:left="360"/>
        <w:shd w:val="clear" w:color="auto" w:fill="F2F2F2"/>
      </w:pPr>
      <w:r>
        <w:rPr>
          <w:rFonts w:ascii="Consolas" w:hAnsi="Consolas"/>
          <w:sz w:val="18"/>
        </w:rPr>
        <w:t xml:space="preserve">            self.ln()</w:t>
      </w:r>
    </w:p>
    <w:p>
      <w:pPr>
        <w:spacing w:after="0"/>
        <w:ind w:left="360"/>
        <w:shd w:val="clear" w:color="auto" w:fill="F2F2F2"/>
      </w:pPr>
      <w:r>
        <w:rPr>
          <w:rFonts w:ascii="Consolas" w:hAnsi="Consolas"/>
          <w:sz w:val="18"/>
        </w:rPr>
        <w:t>def main():</w:t>
      </w:r>
    </w:p>
    <w:p>
      <w:pPr>
        <w:spacing w:after="0"/>
        <w:ind w:left="360"/>
        <w:shd w:val="clear" w:color="auto" w:fill="F2F2F2"/>
      </w:pPr>
      <w:r>
        <w:rPr>
          <w:rFonts w:ascii="Consolas" w:hAnsi="Consolas"/>
          <w:sz w:val="18"/>
        </w:rPr>
        <w:t xml:space="preserve">    document = StructuredPDF()</w:t>
      </w:r>
    </w:p>
    <w:p>
      <w:pPr>
        <w:spacing w:after="0"/>
        <w:ind w:left="360"/>
        <w:shd w:val="clear" w:color="auto" w:fill="F2F2F2"/>
      </w:pPr>
      <w:r>
        <w:rPr>
          <w:rFonts w:ascii="Consolas" w:hAnsi="Consolas"/>
          <w:sz w:val="18"/>
        </w:rPr>
        <w:t xml:space="preserve">    document.alias_nb_pages()</w:t>
      </w:r>
    </w:p>
    <w:p>
      <w:pPr>
        <w:spacing w:after="0"/>
        <w:ind w:left="360"/>
        <w:shd w:val="clear" w:color="auto" w:fill="F2F2F2"/>
      </w:pPr>
      <w:r>
        <w:rPr>
          <w:rFonts w:ascii="Consolas" w:hAnsi="Consolas"/>
          <w:sz w:val="18"/>
        </w:rPr>
        <w:t xml:space="preserve">    links = []</w:t>
      </w:r>
    </w:p>
    <w:p>
      <w:pPr>
        <w:spacing w:after="0"/>
        <w:ind w:left="360"/>
        <w:shd w:val="clear" w:color="auto" w:fill="F2F2F2"/>
      </w:pPr>
      <w:r>
        <w:rPr>
          <w:rFonts w:ascii="Consolas" w:hAnsi="Consolas"/>
          <w:sz w:val="18"/>
        </w:rPr>
        <w:t xml:space="preserve">    num_chapters = randint(5, 40)</w:t>
      </w:r>
    </w:p>
    <w:p>
      <w:pPr>
        <w:spacing w:after="0"/>
        <w:ind w:left="360"/>
        <w:shd w:val="clear" w:color="auto" w:fill="F2F2F2"/>
      </w:pPr>
      <w:r>
        <w:rPr>
          <w:rFonts w:ascii="Consolas" w:hAnsi="Consolas"/>
          <w:sz w:val="18"/>
        </w:rPr>
        <w:t xml:space="preserve">    for index in range(1, num_chapters):</w:t>
      </w:r>
    </w:p>
    <w:p>
      <w:pPr>
        <w:spacing w:after="0"/>
        <w:ind w:left="360"/>
        <w:shd w:val="clear" w:color="auto" w:fill="F2F2F2"/>
      </w:pPr>
      <w:r>
        <w:rPr>
          <w:rFonts w:ascii="Consolas" w:hAnsi="Consolas"/>
          <w:sz w:val="18"/>
        </w:rPr>
        <w:t xml:space="preserve">        chapter_title = 'Chapter {}'.format(index)</w:t>
      </w:r>
    </w:p>
    <w:p>
      <w:pPr>
        <w:spacing w:after="0"/>
        <w:ind w:left="360"/>
        <w:shd w:val="clear" w:color="auto" w:fill="F2F2F2"/>
      </w:pPr>
      <w:r>
        <w:rPr>
          <w:rFonts w:ascii="Consolas" w:hAnsi="Consolas"/>
          <w:sz w:val="18"/>
        </w:rPr>
        <w:t xml:space="preserve">        num_paragraphs = randint(10, 15)</w:t>
      </w:r>
    </w:p>
    <w:p>
      <w:pPr>
        <w:spacing w:after="0"/>
        <w:ind w:left="360"/>
        <w:shd w:val="clear" w:color="auto" w:fill="F2F2F2"/>
      </w:pPr>
      <w:r>
        <w:rPr>
          <w:rFonts w:ascii="Consolas" w:hAnsi="Consolas"/>
          <w:sz w:val="18"/>
        </w:rPr>
        <w:t xml:space="preserve">        paragraphs = [lorem.paragraph() for _ in range(num_paragraphs)]</w:t>
      </w:r>
    </w:p>
    <w:p>
      <w:pPr>
        <w:spacing w:after="0"/>
        <w:ind w:left="360"/>
        <w:shd w:val="clear" w:color="auto" w:fill="F2F2F2"/>
      </w:pPr>
      <w:r>
        <w:rPr>
          <w:rFonts w:ascii="Consolas" w:hAnsi="Consolas"/>
          <w:sz w:val="18"/>
        </w:rPr>
        <w:t xml:space="preserve">        link, page = document.chapter(chapter_title, paragraphs)</w:t>
      </w:r>
    </w:p>
    <w:p>
      <w:pPr>
        <w:spacing w:after="0"/>
        <w:ind w:left="360"/>
        <w:shd w:val="clear" w:color="auto" w:fill="F2F2F2"/>
      </w:pPr>
      <w:r>
        <w:rPr>
          <w:rFonts w:ascii="Consolas" w:hAnsi="Consolas"/>
          <w:sz w:val="18"/>
        </w:rPr>
        <w:t xml:space="preserve">        links.append((chapter_title, page, link))</w:t>
      </w:r>
    </w:p>
    <w:p>
      <w:pPr>
        <w:spacing w:after="0"/>
        <w:ind w:left="360"/>
        <w:shd w:val="clear" w:color="auto" w:fill="F2F2F2"/>
      </w:pPr>
      <w:r>
        <w:rPr>
          <w:rFonts w:ascii="Consolas" w:hAnsi="Consolas"/>
          <w:sz w:val="18"/>
        </w:rPr>
        <w:t xml:space="preserve">    document.toc(links)</w:t>
      </w:r>
    </w:p>
    <w:p>
      <w:pPr>
        <w:spacing w:after="0"/>
        <w:ind w:left="360"/>
        <w:shd w:val="clear" w:color="auto" w:fill="F2F2F2"/>
      </w:pPr>
      <w:r>
        <w:rPr>
          <w:rFonts w:ascii="Consolas" w:hAnsi="Consolas"/>
          <w:sz w:val="18"/>
        </w:rPr>
        <w:t xml:space="preserve">    document.output('structure-pdf-report.pdf')</w:t>
      </w:r>
    </w:p>
    <w:p>
      <w:pPr>
        <w:spacing w:after="40"/>
      </w:pPr>
    </w:p>
    <w:p>
      <w:pPr>
        <w:spacing w:after="80"/>
        <w:ind w:left="360"/>
      </w:pPr>
      <w:r>
        <w:t xml:space="preserve">1. </w:t>
      </w:r>
      <w:r>
        <w:rPr>
          <w:b w:val="0"/>
          <w:i w:val="0"/>
        </w:rPr>
        <w:t xml:space="preserve">Chạy script. Nó sẽ tạo ra tệp </w:t>
      </w:r>
      <w:r>
        <w:rPr>
          <w:rFonts w:ascii="Consolas" w:hAnsi="Consolas"/>
          <w:b w:val="0"/>
          <w:i w:val="0"/>
          <w:sz w:val="20"/>
        </w:rPr>
        <w:br/>
        <w:br/>
        <w:t xml:space="preserve">       structure‑pdf‑report.pdf</w:t>
        <w:br/>
        <w:t xml:space="preserve">      </w:t>
        <w:br/>
      </w:r>
      <w:r>
        <w:rPr>
          <w:b w:val="0"/>
          <w:i w:val="0"/>
        </w:rPr>
        <w:t xml:space="preserve"> , chứa một số chương và một mục lục. Lưu ý rằng nội dung cụ thể mà nó tạo ra có phần ngẫu nhiên, nên các con số cụ thể sẽ thay đổi mỗi lần bạn chạy nó:</w:t>
      </w:r>
    </w:p>
    <w:p>
      <w:pPr>
        <w:spacing w:after="0"/>
        <w:ind w:left="360"/>
        <w:shd w:val="clear" w:color="auto" w:fill="F2F2F2"/>
      </w:pPr>
      <w:r>
        <w:rPr>
          <w:rFonts w:ascii="Consolas" w:hAnsi="Consolas"/>
          <w:sz w:val="18"/>
        </w:rPr>
        <w:t>$ uv run structuring_pdf.py</w:t>
      </w:r>
    </w:p>
    <w:p>
      <w:pPr>
        <w:spacing w:after="40"/>
      </w:pPr>
    </w:p>
    <w:p>
      <w:pPr>
        <w:spacing w:after="80"/>
        <w:ind w:left="360"/>
      </w:pPr>
      <w:r>
        <w:t xml:space="preserve">2. </w:t>
      </w:r>
      <w:r>
        <w:rPr>
          <w:b w:val="0"/>
          <w:i w:val="0"/>
        </w:rPr>
        <w:t>Kiểm tra kết quả. Đây là một mẫu:</w:t>
      </w:r>
    </w:p>
    <w:p>
      <w:pPr>
        <w:jc w:val="center"/>
      </w:pPr>
      <w:r>
        <w:drawing>
          <wp:inline xmlns:a="http://schemas.openxmlformats.org/drawingml/2006/main" xmlns:pic="http://schemas.openxmlformats.org/drawingml/2006/picture">
            <wp:extent cx="5486400" cy="4128235"/>
            <wp:docPr id="36" name="Picture 36"/>
            <wp:cNvGraphicFramePr>
              <a:graphicFrameLocks noChangeAspect="1"/>
            </wp:cNvGraphicFramePr>
            <a:graphic>
              <a:graphicData uri="http://schemas.openxmlformats.org/drawingml/2006/picture">
                <pic:pic>
                  <pic:nvPicPr>
                    <pic:cNvPr id="0" name="B36973_5_11.png"/>
                    <pic:cNvPicPr/>
                  </pic:nvPicPr>
                  <pic:blipFill>
                    <a:blip r:embed="rId42"/>
                    <a:stretch>
                      <a:fillRect/>
                    </a:stretch>
                  </pic:blipFill>
                  <pic:spPr>
                    <a:xfrm>
                      <a:off x="0" y="0"/>
                      <a:ext cx="5486400" cy="4128235"/>
                    </a:xfrm>
                    <a:prstGeom prst="rect"/>
                  </pic:spPr>
                </pic:pic>
              </a:graphicData>
            </a:graphic>
          </wp:inline>
        </w:drawing>
      </w:r>
    </w:p>
    <w:p>
      <w:pPr>
        <w:spacing w:after="160"/>
        <w:jc w:val="center"/>
      </w:pPr>
      <w:r>
        <w:rPr>
          <w:rFonts w:ascii="Calibri" w:hAnsi="Calibri"/>
          <w:b w:val="0"/>
          <w:i/>
          <w:sz w:val="19"/>
        </w:rPr>
        <w:t>Hình 5.11: Hai trang bên trong structure-pdf-report.pdf</w:t>
      </w:r>
    </w:p>
    <w:p>
      <w:pPr>
        <w:spacing w:after="80"/>
        <w:ind w:left="360"/>
      </w:pPr>
      <w:r>
        <w:t xml:space="preserve">3. </w:t>
      </w:r>
      <w:r>
        <w:rPr>
          <w:b w:val="0"/>
          <w:i w:val="0"/>
        </w:rPr>
        <w:t>Kiểm tra mục lục ở cuối:</w:t>
      </w:r>
    </w:p>
    <w:p>
      <w:pPr>
        <w:jc w:val="center"/>
      </w:pPr>
      <w:r>
        <w:drawing>
          <wp:inline xmlns:a="http://schemas.openxmlformats.org/drawingml/2006/main" xmlns:pic="http://schemas.openxmlformats.org/drawingml/2006/picture">
            <wp:extent cx="5486400" cy="7968483"/>
            <wp:docPr id="37" name="Picture 37"/>
            <wp:cNvGraphicFramePr>
              <a:graphicFrameLocks noChangeAspect="1"/>
            </wp:cNvGraphicFramePr>
            <a:graphic>
              <a:graphicData uri="http://schemas.openxmlformats.org/drawingml/2006/picture">
                <pic:pic>
                  <pic:nvPicPr>
                    <pic:cNvPr id="0" name="B36973_5_12.png"/>
                    <pic:cNvPicPr/>
                  </pic:nvPicPr>
                  <pic:blipFill>
                    <a:blip r:embed="rId43"/>
                    <a:stretch>
                      <a:fillRect/>
                    </a:stretch>
                  </pic:blipFill>
                  <pic:spPr>
                    <a:xfrm>
                      <a:off x="0" y="0"/>
                      <a:ext cx="5486400" cy="7968483"/>
                    </a:xfrm>
                    <a:prstGeom prst="rect"/>
                  </pic:spPr>
                </pic:pic>
              </a:graphicData>
            </a:graphic>
          </wp:inline>
        </w:drawing>
      </w:r>
    </w:p>
    <w:p>
      <w:pPr>
        <w:spacing w:after="160"/>
        <w:jc w:val="center"/>
      </w:pPr>
      <w:r>
        <w:rPr>
          <w:rFonts w:ascii="Calibri" w:hAnsi="Calibri"/>
          <w:b w:val="0"/>
          <w:i/>
          <w:sz w:val="19"/>
        </w:rPr>
        <w:t>Hình 5.12: Mục lục ở cuối report.pdf</w:t>
      </w:r>
    </w:p>
    <w:p>
      <w:pPr>
        <w:pStyle w:val="Heading3"/>
      </w:pPr>
      <w:r>
        <w:rPr>
          <w:rFonts w:ascii="Calibri" w:hAnsi="Calibri"/>
          <w:b/>
          <w:i w:val="0"/>
          <w:sz w:val="26"/>
        </w:rPr>
        <w:t>Cách nó hoạt động...</w:t>
      </w:r>
    </w:p>
    <w:p>
      <w:pPr>
        <w:spacing w:after="80"/>
      </w:pPr>
      <w:r>
        <w:rPr>
          <w:b w:val="0"/>
          <w:i w:val="0"/>
        </w:rPr>
        <w:t>Hãy cùng xem xét từng thành phần của script.</w:t>
      </w:r>
    </w:p>
    <w:p>
      <w:pPr>
        <w:spacing w:after="80"/>
      </w:pPr>
      <w:r>
        <w:rPr>
          <w:b w:val="0"/>
          <w:i w:val="0"/>
        </w:rPr>
        <w:t xml:space="preserve">Lớp </w:t>
      </w:r>
      <w:r>
        <w:rPr>
          <w:rFonts w:ascii="Consolas" w:hAnsi="Consolas"/>
          <w:b w:val="0"/>
          <w:i w:val="0"/>
          <w:sz w:val="20"/>
        </w:rPr>
        <w:br/>
        <w:br/>
        <w:t xml:space="preserve">      StructuredPDF</w:t>
        <w:br/>
        <w:t xml:space="preserve">     </w:t>
        <w:br/>
      </w:r>
      <w:r>
        <w:rPr>
          <w:b w:val="0"/>
          <w:i w:val="0"/>
        </w:rPr>
        <w:t xml:space="preserve"> kế thừa từ lớp </w:t>
      </w:r>
      <w:r>
        <w:rPr>
          <w:rFonts w:ascii="Consolas" w:hAnsi="Consolas"/>
          <w:b w:val="0"/>
          <w:i w:val="0"/>
          <w:sz w:val="20"/>
        </w:rPr>
        <w:br/>
        <w:br/>
        <w:t xml:space="preserve">      FPDF</w:t>
        <w:br/>
        <w:t xml:space="preserve">     </w:t>
        <w:br/>
      </w:r>
      <w:r>
        <w:rPr>
          <w:b w:val="0"/>
          <w:i w:val="0"/>
        </w:rPr>
        <w:t xml:space="preserve">. Điều này hữu ích để ghi đè phương thức footer, vốn tạo footer cho mỗi trang khi sinh tài liệu. Nó cũng giúp đơn giản hóa code trong </w:t>
      </w:r>
      <w:r>
        <w:rPr>
          <w:rFonts w:ascii="Consolas" w:hAnsi="Consolas"/>
          <w:b w:val="0"/>
          <w:i w:val="0"/>
          <w:sz w:val="20"/>
        </w:rPr>
        <w:br/>
        <w:br/>
        <w:t xml:space="preserve">      main</w:t>
        <w:br/>
        <w:t xml:space="preserve">     </w:t>
        <w:br/>
      </w:r>
      <w:r>
        <w:rPr>
          <w:b w:val="0"/>
          <w:i w:val="0"/>
        </w:rPr>
        <w:t>.</w:t>
      </w:r>
    </w:p>
    <w:p>
      <w:pPr>
        <w:spacing w:after="80"/>
      </w:pPr>
      <w:r>
        <w:rPr>
          <w:b w:val="0"/>
          <w:i w:val="0"/>
        </w:rPr>
        <w:t xml:space="preserve">Hàm </w:t>
      </w:r>
      <w:r>
        <w:rPr>
          <w:rFonts w:ascii="Consolas" w:hAnsi="Consolas"/>
          <w:b w:val="0"/>
          <w:i w:val="0"/>
          <w:sz w:val="20"/>
        </w:rPr>
        <w:br/>
        <w:br/>
        <w:t xml:space="preserve">      main</w:t>
        <w:br/>
        <w:t xml:space="preserve">     </w:t>
        <w:br/>
      </w:r>
      <w:r>
        <w:rPr>
          <w:b w:val="0"/>
          <w:i w:val="0"/>
        </w:rPr>
        <w:t xml:space="preserve"> tạo tài liệu. Nó khởi tạo một tài liệu trống mới và thêm từng chương, đồng thời thu thập thông tin liên kết của chúng. Cuối cùng, nó gọi phương thức </w:t>
      </w:r>
      <w:r>
        <w:rPr>
          <w:rFonts w:ascii="Consolas" w:hAnsi="Consolas"/>
          <w:b w:val="0"/>
          <w:i w:val="0"/>
          <w:sz w:val="20"/>
        </w:rPr>
        <w:br/>
        <w:br/>
        <w:t xml:space="preserve">      .toc</w:t>
        <w:br/>
        <w:t xml:space="preserve">     </w:t>
        <w:br/>
      </w:r>
      <w:r>
        <w:rPr>
          <w:b w:val="0"/>
          <w:i w:val="0"/>
        </w:rPr>
        <w:t xml:space="preserve"> để tạo mục lục bằng thông tin liên kết đó.</w:t>
      </w:r>
    </w:p>
    <w:p>
      <w:pPr>
        <w:spacing w:after="80"/>
      </w:pPr>
      <w:r>
        <w:rPr>
          <w:b/>
          <w:i w:val="0"/>
        </w:rPr>
        <w:t>Lưu ý</w:t>
      </w:r>
    </w:p>
    <w:p>
      <w:pPr>
        <w:spacing w:after="80"/>
      </w:pPr>
      <w:r>
        <w:rPr>
          <w:b w:val="0"/>
          <w:i w:val="0"/>
        </w:rPr>
        <w:t xml:space="preserve">Văn bản được lưu trữ được tạo bởi mô-đun </w:t>
      </w:r>
      <w:r>
        <w:rPr>
          <w:rFonts w:ascii="Consolas" w:hAnsi="Consolas"/>
          <w:b w:val="0"/>
          <w:i w:val="0"/>
          <w:sz w:val="20"/>
        </w:rPr>
        <w:br/>
        <w:br/>
        <w:t xml:space="preserve">       lorem_text</w:t>
        <w:br/>
        <w:t xml:space="preserve">      </w:t>
        <w:br/>
      </w:r>
      <w:r>
        <w:rPr>
          <w:b w:val="0"/>
          <w:i w:val="0"/>
        </w:rPr>
        <w:t>, mô-đun này sinh văn bản giữ chỗ "lorem ipsum". Xem tài liệu đầy đủ của nó tại https://lorem-text.readthedocs.io/en/latest/</w:t>
      </w:r>
    </w:p>
    <w:p>
      <w:pPr>
        <w:spacing w:after="80"/>
      </w:pPr>
      <w:r>
        <w:rPr>
          <w:b w:val="0"/>
          <w:i w:val="0"/>
        </w:rPr>
        <w:t xml:space="preserve">Phương thức </w:t>
      </w:r>
      <w:r>
        <w:rPr>
          <w:rFonts w:ascii="Consolas" w:hAnsi="Consolas"/>
          <w:b w:val="0"/>
          <w:i w:val="0"/>
          <w:sz w:val="20"/>
        </w:rPr>
        <w:br/>
        <w:br/>
        <w:t xml:space="preserve">      .chapter</w:t>
        <w:br/>
        <w:t xml:space="preserve">     </w:t>
        <w:br/>
      </w:r>
      <w:r>
        <w:rPr>
          <w:b w:val="0"/>
          <w:i w:val="0"/>
        </w:rPr>
        <w:t xml:space="preserve"> trước tiên in một phần tiêu đề rồi thêm từng đoạn văn. Nó thu thập số trang mà chương bắt đầu, và liên kết được trả về bởi phương thức </w:t>
      </w:r>
      <w:r>
        <w:rPr>
          <w:rFonts w:ascii="Consolas" w:hAnsi="Consolas"/>
          <w:b w:val="0"/>
          <w:i w:val="0"/>
          <w:sz w:val="20"/>
        </w:rPr>
        <w:br/>
        <w:br/>
        <w:t xml:space="preserve">      .title_text</w:t>
        <w:br/>
        <w:t xml:space="preserve">     </w:t>
        <w:br/>
      </w:r>
      <w:r>
        <w:rPr>
          <w:b w:val="0"/>
          <w:i w:val="0"/>
        </w:rPr>
        <w:t xml:space="preserve"> để gom tất cả chúng vào danh sách </w:t>
      </w:r>
      <w:r>
        <w:rPr>
          <w:rFonts w:ascii="Consolas" w:hAnsi="Consolas"/>
          <w:b w:val="0"/>
          <w:i w:val="0"/>
          <w:sz w:val="20"/>
        </w:rPr>
        <w:br/>
        <w:br/>
        <w:t xml:space="preserve">      links</w:t>
        <w:br/>
        <w:t xml:space="preserve">     </w:t>
        <w:br/>
      </w:r>
      <w:r>
        <w:rPr>
          <w:b w:val="0"/>
          <w:i w:val="0"/>
        </w:rPr>
        <w:t>.</w:t>
      </w:r>
    </w:p>
    <w:p>
      <w:pPr>
        <w:spacing w:after="80"/>
      </w:pPr>
      <w:r>
        <w:rPr>
          <w:b w:val="0"/>
          <w:i w:val="0"/>
        </w:rPr>
        <w:t xml:space="preserve">Phương thức </w:t>
      </w:r>
      <w:r>
        <w:rPr>
          <w:rFonts w:ascii="Consolas" w:hAnsi="Consolas"/>
          <w:b w:val="0"/>
          <w:i w:val="0"/>
          <w:sz w:val="20"/>
        </w:rPr>
        <w:br/>
        <w:br/>
        <w:t xml:space="preserve">      .title_text</w:t>
        <w:br/>
        <w:t xml:space="preserve">     </w:t>
        <w:br/>
      </w:r>
      <w:r>
        <w:rPr>
          <w:b w:val="0"/>
          <w:i w:val="0"/>
        </w:rPr>
        <w:t xml:space="preserve"> viết văn bản với cỡ chữ lớn hơn và đậm hơn. Sau đó nó thêm một dòng để phân tách tiêu đề khỏi phần thân của chương. Nó tạo và thiết lập một đối tượng </w:t>
      </w:r>
      <w:r>
        <w:rPr>
          <w:rFonts w:ascii="Consolas" w:hAnsi="Consolas"/>
          <w:b w:val="0"/>
          <w:i w:val="0"/>
          <w:sz w:val="20"/>
        </w:rPr>
        <w:br/>
        <w:br/>
        <w:t xml:space="preserve">      link</w:t>
        <w:br/>
        <w:t xml:space="preserve">     </w:t>
        <w:br/>
      </w:r>
      <w:r>
        <w:rPr>
          <w:b w:val="0"/>
          <w:i w:val="0"/>
        </w:rPr>
        <w:t xml:space="preserve"> trỏ đến trang hiện tại (điểm bắt đầu của chương), trong các dòng sau:</w:t>
      </w:r>
    </w:p>
    <w:p>
      <w:pPr>
        <w:spacing w:after="0"/>
        <w:ind w:left="360"/>
        <w:shd w:val="clear" w:color="auto" w:fill="F2F2F2"/>
      </w:pPr>
      <w:r>
        <w:rPr>
          <w:rFonts w:ascii="Consolas" w:hAnsi="Consolas"/>
          <w:sz w:val="18"/>
        </w:rPr>
        <w:t>link = self.add_link()</w:t>
      </w:r>
    </w:p>
    <w:p>
      <w:pPr>
        <w:spacing w:after="0"/>
        <w:ind w:left="360"/>
        <w:shd w:val="clear" w:color="auto" w:fill="F2F2F2"/>
      </w:pPr>
      <w:r>
        <w:rPr>
          <w:rFonts w:ascii="Consolas" w:hAnsi="Consolas"/>
          <w:sz w:val="18"/>
        </w:rPr>
        <w:t>self.set_link(link)</w:t>
      </w:r>
    </w:p>
    <w:p>
      <w:pPr>
        <w:spacing w:after="40"/>
      </w:pPr>
    </w:p>
    <w:p>
      <w:pPr>
        <w:spacing w:after="80"/>
      </w:pPr>
      <w:r>
        <w:rPr>
          <w:b w:val="0"/>
          <w:i w:val="0"/>
        </w:rPr>
        <w:t>Liên kết này sẽ được dùng trong mục lục để thêm một phần tử có thể nhấp vào, trỏ đến chương này.</w:t>
      </w:r>
    </w:p>
    <w:p>
      <w:pPr>
        <w:spacing w:after="80"/>
      </w:pPr>
      <w:r>
        <w:rPr>
          <w:b w:val="0"/>
          <w:i w:val="0"/>
        </w:rPr>
        <w:t xml:space="preserve">Nội dung của chương được thêm bằng </w:t>
      </w:r>
      <w:r>
        <w:rPr>
          <w:rFonts w:ascii="Consolas" w:hAnsi="Consolas"/>
          <w:b w:val="0"/>
          <w:i w:val="0"/>
          <w:sz w:val="20"/>
        </w:rPr>
        <w:br/>
        <w:br/>
        <w:t xml:space="preserve">      .multi_cell</w:t>
        <w:br/>
        <w:t xml:space="preserve">     </w:t>
        <w:br/>
      </w:r>
      <w:r>
        <w:rPr>
          <w:b w:val="0"/>
          <w:i w:val="0"/>
        </w:rPr>
        <w:t xml:space="preserve"> cho từng đoạn văn đã định nghĩa, với một dòng mới giữa chúng bằng phương thức </w:t>
      </w:r>
      <w:r>
        <w:rPr>
          <w:rFonts w:ascii="Consolas" w:hAnsi="Consolas"/>
          <w:b w:val="0"/>
          <w:i w:val="0"/>
          <w:sz w:val="20"/>
        </w:rPr>
        <w:br/>
        <w:br/>
        <w:t xml:space="preserve">      .ln</w:t>
        <w:br/>
        <w:t xml:space="preserve">     </w:t>
        <w:br/>
      </w:r>
      <w:r>
        <w:rPr>
          <w:b w:val="0"/>
          <w:i w:val="0"/>
        </w:rPr>
        <w:t>.</w:t>
      </w:r>
    </w:p>
    <w:p>
      <w:pPr>
        <w:spacing w:after="80"/>
      </w:pPr>
      <w:r>
        <w:rPr>
          <w:b w:val="0"/>
          <w:i w:val="0"/>
        </w:rPr>
        <w:t xml:space="preserve">Phương thức </w:t>
      </w:r>
      <w:r>
        <w:rPr>
          <w:rFonts w:ascii="Consolas" w:hAnsi="Consolas"/>
          <w:b w:val="0"/>
          <w:i w:val="0"/>
          <w:sz w:val="20"/>
        </w:rPr>
        <w:br/>
        <w:br/>
        <w:t xml:space="preserve">      footer</w:t>
        <w:br/>
        <w:t xml:space="preserve">     </w:t>
        <w:br/>
      </w:r>
      <w:r>
        <w:rPr>
          <w:b w:val="0"/>
          <w:i w:val="0"/>
        </w:rPr>
        <w:t xml:space="preserve"> trong lớp </w:t>
      </w:r>
      <w:r>
        <w:rPr>
          <w:rFonts w:ascii="Consolas" w:hAnsi="Consolas"/>
          <w:b w:val="0"/>
          <w:i w:val="0"/>
          <w:sz w:val="20"/>
        </w:rPr>
        <w:br/>
        <w:br/>
        <w:t xml:space="preserve">      StructuredPDF</w:t>
        <w:br/>
        <w:t xml:space="preserve">     </w:t>
        <w:br/>
      </w:r>
      <w:r>
        <w:rPr>
          <w:b w:val="0"/>
          <w:i w:val="0"/>
        </w:rPr>
        <w:t xml:space="preserve"> tự động thêm footer vào mỗi trang. Nó thiết lập font nhỏ hơn, và thêm văn bản với số trang hiện tại (lấy qua </w:t>
      </w:r>
      <w:r>
        <w:rPr>
          <w:rFonts w:ascii="Consolas" w:hAnsi="Consolas"/>
          <w:b w:val="0"/>
          <w:i w:val="0"/>
          <w:sz w:val="20"/>
        </w:rPr>
        <w:br/>
        <w:br/>
        <w:t xml:space="preserve">      page_no</w:t>
        <w:br/>
        <w:t xml:space="preserve">     </w:t>
        <w:br/>
      </w:r>
      <w:r>
        <w:rPr>
          <w:b w:val="0"/>
          <w:i w:val="0"/>
        </w:rPr>
        <w:t xml:space="preserve">) và dùng </w:t>
      </w:r>
      <w:r>
        <w:rPr>
          <w:rFonts w:ascii="Consolas" w:hAnsi="Consolas"/>
          <w:b w:val="0"/>
          <w:i w:val="0"/>
          <w:sz w:val="20"/>
        </w:rPr>
        <w:br/>
        <w:br/>
        <w:t xml:space="preserve">      {nb}</w:t>
        <w:br/>
        <w:t xml:space="preserve">     </w:t>
        <w:br/>
      </w:r>
      <w:r>
        <w:rPr>
          <w:b w:val="0"/>
          <w:i w:val="0"/>
        </w:rPr>
        <w:t>, thứ sẽ được thay thế bằng tổng số trang.</w:t>
      </w:r>
    </w:p>
    <w:p>
      <w:pPr>
        <w:spacing w:after="80"/>
      </w:pPr>
      <w:r>
        <w:rPr>
          <w:b/>
          <w:i w:val="0"/>
        </w:rPr>
        <w:t>Lưu ý</w:t>
      </w:r>
    </w:p>
    <w:p>
      <w:pPr>
        <w:spacing w:after="80"/>
      </w:pPr>
      <w:r>
        <w:rPr>
          <w:b w:val="0"/>
          <w:i w:val="0"/>
        </w:rPr>
        <w:t xml:space="preserve">Lời gọi </w:t>
      </w:r>
      <w:r>
        <w:rPr>
          <w:rFonts w:ascii="Consolas" w:hAnsi="Consolas"/>
          <w:b w:val="0"/>
          <w:i w:val="0"/>
          <w:sz w:val="20"/>
        </w:rPr>
        <w:br/>
        <w:br/>
        <w:t xml:space="preserve">       .alias_nb_pages()</w:t>
        <w:br/>
        <w:t xml:space="preserve">      </w:t>
        <w:br/>
      </w:r>
      <w:r>
        <w:rPr>
          <w:b w:val="0"/>
          <w:i w:val="0"/>
        </w:rPr>
        <w:t xml:space="preserve"> trong </w:t>
      </w:r>
      <w:r>
        <w:rPr>
          <w:rFonts w:ascii="Consolas" w:hAnsi="Consolas"/>
          <w:b w:val="0"/>
          <w:i w:val="0"/>
          <w:sz w:val="20"/>
        </w:rPr>
        <w:br/>
        <w:br/>
        <w:t xml:space="preserve">       main</w:t>
        <w:br/>
        <w:t xml:space="preserve">      </w:t>
        <w:br/>
      </w:r>
      <w:r>
        <w:rPr>
          <w:b w:val="0"/>
          <w:i w:val="0"/>
        </w:rPr>
        <w:t xml:space="preserve"> đảm bảo rằng </w:t>
      </w:r>
      <w:r>
        <w:rPr>
          <w:rFonts w:ascii="Consolas" w:hAnsi="Consolas"/>
          <w:b w:val="0"/>
          <w:i w:val="0"/>
          <w:sz w:val="20"/>
        </w:rPr>
        <w:br/>
        <w:br/>
        <w:t xml:space="preserve">       {nb}</w:t>
        <w:br/>
        <w:t xml:space="preserve">      </w:t>
        <w:br/>
      </w:r>
      <w:r>
        <w:rPr>
          <w:b w:val="0"/>
          <w:i w:val="0"/>
        </w:rPr>
        <w:t xml:space="preserve"> được thay thế khi tài liệu được sinh ra.</w:t>
      </w:r>
    </w:p>
    <w:p>
      <w:pPr>
        <w:spacing w:after="80"/>
      </w:pPr>
      <w:r>
        <w:rPr>
          <w:b w:val="0"/>
          <w:i w:val="0"/>
        </w:rPr>
        <w:t xml:space="preserve">Cuối cùng, mục lục được tạo trong phương thức </w:t>
      </w:r>
      <w:r>
        <w:rPr>
          <w:rFonts w:ascii="Consolas" w:hAnsi="Consolas"/>
          <w:b w:val="0"/>
          <w:i w:val="0"/>
          <w:sz w:val="20"/>
        </w:rPr>
        <w:br/>
        <w:br/>
        <w:t xml:space="preserve">      .toc</w:t>
        <w:br/>
        <w:t xml:space="preserve">     </w:t>
        <w:br/>
      </w:r>
      <w:r>
        <w:rPr>
          <w:b w:val="0"/>
          <w:i w:val="0"/>
        </w:rPr>
        <w:t>. Nó viết tiêu đề và thêm tất cả các liên kết đã được tham chiếu, đã được thu thập dưới dạng liên kết, trang và tên chương, tức là tất cả thông tin cần thiết.</w:t>
      </w:r>
    </w:p>
    <w:p>
      <w:pPr>
        <w:pStyle w:val="Heading3"/>
      </w:pPr>
      <w:r>
        <w:rPr>
          <w:rFonts w:ascii="Calibri" w:hAnsi="Calibri"/>
          <w:b/>
          <w:i w:val="0"/>
          <w:sz w:val="26"/>
        </w:rPr>
        <w:t>Còn nữa...</w:t>
      </w:r>
    </w:p>
    <w:p>
      <w:pPr>
        <w:spacing w:after="80"/>
      </w:pPr>
      <w:r>
        <w:rPr>
          <w:b w:val="0"/>
          <w:i w:val="0"/>
        </w:rPr>
        <w:t xml:space="preserve">Hãy chú ý việc dùng </w:t>
      </w:r>
      <w:r>
        <w:rPr>
          <w:rFonts w:ascii="Consolas" w:hAnsi="Consolas"/>
          <w:b w:val="0"/>
          <w:i w:val="0"/>
          <w:sz w:val="20"/>
        </w:rPr>
        <w:br/>
        <w:br/>
        <w:t xml:space="preserve">      randint</w:t>
        <w:br/>
        <w:t xml:space="preserve">     </w:t>
        <w:br/>
      </w:r>
      <w:r>
        <w:rPr>
          <w:b w:val="0"/>
          <w:i w:val="0"/>
        </w:rPr>
        <w:t xml:space="preserve"> để thêm chút ngẫu nhiên vào tài liệu. Lời gọi này, có sẵn trong thư viện chuẩn của Python, trả về một số ngẫu nhiên nằm giữa giá trị lớn nhất và nhỏ nhất được chỉ định (bao gồm cả hai).</w:t>
      </w:r>
    </w:p>
    <w:p>
      <w:pPr>
        <w:spacing w:after="80"/>
      </w:pPr>
      <w:r>
        <w:rPr>
          <w:b w:val="0"/>
          <w:i w:val="0"/>
        </w:rPr>
        <w:t xml:space="preserve">Phương thức </w:t>
      </w:r>
      <w:r>
        <w:rPr>
          <w:rFonts w:ascii="Consolas" w:hAnsi="Consolas"/>
          <w:b w:val="0"/>
          <w:i w:val="0"/>
          <w:sz w:val="20"/>
        </w:rPr>
        <w:br/>
        <w:br/>
        <w:t xml:space="preserve">      .get_full_line</w:t>
        <w:br/>
        <w:t xml:space="preserve">     </w:t>
        <w:br/>
      </w:r>
      <w:r>
        <w:rPr>
          <w:b w:val="0"/>
          <w:i w:val="0"/>
        </w:rPr>
        <w:t xml:space="preserve"> tạo ra một dòng có kích thước chính xác cho mục lục. Nó nhận vào điểm bắt đầu (tên chương) và điểm kết thúc (số trang), rồi thêm số ký tự điền (dấu chấm) cần thiết để lấp đầy dòng đến độ rộng đã định (120 mm).</w:t>
      </w:r>
    </w:p>
    <w:p>
      <w:pPr>
        <w:spacing w:after="80"/>
      </w:pPr>
      <w:r>
        <w:rPr>
          <w:b w:val="0"/>
          <w:i w:val="0"/>
        </w:rPr>
        <w:t xml:space="preserve">Để tính độ rộng của văn bản, script gọi </w:t>
      </w:r>
      <w:r>
        <w:rPr>
          <w:rFonts w:ascii="Consolas" w:hAnsi="Consolas"/>
          <w:b w:val="0"/>
          <w:i w:val="0"/>
          <w:sz w:val="20"/>
        </w:rPr>
        <w:br/>
        <w:br/>
        <w:t xml:space="preserve">      .get_string_width</w:t>
        <w:br/>
        <w:t xml:space="preserve">     </w:t>
        <w:br/>
      </w:r>
      <w:r>
        <w:rPr>
          <w:b w:val="0"/>
          <w:i w:val="0"/>
        </w:rPr>
        <w:t xml:space="preserve"> , phương thức này có tính đến font chữ và kích thước của nó.</w:t>
      </w:r>
    </w:p>
    <w:p>
      <w:pPr>
        <w:spacing w:after="80"/>
      </w:pPr>
      <w:r>
        <w:rPr>
          <w:b w:val="0"/>
          <w:i w:val="0"/>
        </w:rPr>
        <w:t xml:space="preserve">Các đối tượng liên kết (link object) có thể được dùng để trỏ đến một trang cụ thể, thay vì trang hiện tại, và không nhất thiết phải ở đầu trang. Để điều chỉnh lệnh gọi, dùng </w:t>
      </w:r>
      <w:r>
        <w:rPr>
          <w:rFonts w:ascii="Consolas" w:hAnsi="Consolas"/>
          <w:b w:val="0"/>
          <w:i w:val="0"/>
          <w:sz w:val="20"/>
        </w:rPr>
        <w:br/>
        <w:br/>
        <w:t xml:space="preserve">      .set_link(link, y=place, page=num_page)</w:t>
        <w:br/>
        <w:t xml:space="preserve">     </w:t>
        <w:br/>
      </w:r>
      <w:r>
        <w:rPr>
          <w:b w:val="0"/>
          <w:i w:val="0"/>
        </w:rPr>
        <w:t xml:space="preserve"> . Xem tài liệu tại </w:t>
      </w:r>
      <w:r>
        <w:rPr>
          <w:rFonts w:ascii="Consolas" w:hAnsi="Consolas"/>
          <w:b w:val="0"/>
          <w:i w:val="0"/>
          <w:sz w:val="20"/>
        </w:rPr>
        <w:br/>
        <w:br/>
        <w:t xml:space="preserve">       https://py-pdf.github.io/fpdf2/fpdf/fpdf.html#fpdf.fpdf.FPDF.set_link</w:t>
        <w:br/>
        <w:t xml:space="preserve">      </w:t>
        <w:br/>
      </w:r>
      <w:r>
        <w:rPr>
          <w:b w:val="0"/>
          <w:i w:val="0"/>
        </w:rPr>
        <w:t xml:space="preserve"> .</w:t>
      </w:r>
    </w:p>
    <w:p>
      <w:pPr>
        <w:spacing w:after="80"/>
      </w:pPr>
      <w:r>
        <w:rPr>
          <w:b w:val="0"/>
          <w:i w:val="0"/>
        </w:rPr>
        <w:t>Việc điều chỉnh một số thành phần có thể cần thử đi thử lại khá nhiều lần; ví dụ như để định vị dòng. Một dòng dài hơn hay ngắn hơn một chút có thể là vấn đề sở thích. Đừng ngại thử nghiệm và kiểm tra cho đến khi bạn đạt được hiệu ứng mong muốn.</w:t>
      </w:r>
    </w:p>
    <w:p>
      <w:pPr>
        <w:spacing w:after="80"/>
      </w:pPr>
      <w:r>
        <w:rPr>
          <w:b w:val="0"/>
          <w:i w:val="0"/>
        </w:rPr>
        <w:t xml:space="preserve">Bạn cũng có thể tạo thêm nhiều loại liên kết khác, chẳng hạn như siêu liên kết (hyperlink) đến các URL công khai. Để biết thêm chi tiết, xem tài liệu về liên kết tại đây </w:t>
      </w:r>
      <w:r>
        <w:rPr>
          <w:rFonts w:ascii="Consolas" w:hAnsi="Consolas"/>
          <w:b w:val="0"/>
          <w:i w:val="0"/>
          <w:sz w:val="20"/>
        </w:rPr>
        <w:br/>
        <w:br/>
        <w:t xml:space="preserve">       https://py-pdf.github.io/fpdf2/Links.html</w:t>
        <w:br/>
        <w:t xml:space="preserve">      </w:t>
        <w:br/>
      </w:r>
      <w:r>
        <w:rPr>
          <w:b w:val="0"/>
          <w:i w:val="0"/>
        </w:rPr>
        <w:t xml:space="preserve"> .</w:t>
      </w:r>
    </w:p>
    <w:p>
      <w:pPr>
        <w:spacing w:after="80"/>
      </w:pPr>
      <w:r>
        <w:rPr>
          <w:b w:val="0"/>
          <w:i w:val="0"/>
        </w:rPr>
        <w:t xml:space="preserve">Toàn bộ tài liệu về </w:t>
      </w:r>
      <w:r>
        <w:rPr>
          <w:rFonts w:ascii="Consolas" w:hAnsi="Consolas"/>
          <w:b w:val="0"/>
          <w:i w:val="0"/>
          <w:sz w:val="20"/>
        </w:rPr>
        <w:br/>
        <w:br/>
        <w:t xml:space="preserve">      fpdf</w:t>
        <w:br/>
        <w:t xml:space="preserve">     </w:t>
        <w:br/>
      </w:r>
      <w:r>
        <w:rPr>
          <w:b w:val="0"/>
          <w:i w:val="0"/>
        </w:rPr>
        <w:t xml:space="preserve"> có thể được tìm thấy tại đây: </w:t>
      </w:r>
      <w:r>
        <w:rPr>
          <w:rFonts w:ascii="Consolas" w:hAnsi="Consolas"/>
          <w:b w:val="0"/>
          <w:i w:val="0"/>
          <w:sz w:val="20"/>
        </w:rPr>
        <w:br/>
        <w:br/>
        <w:t xml:space="preserve">       https://py-pdf.github.io/fpdf2/</w:t>
        <w:br/>
        <w:t xml:space="preserve">      </w:t>
        <w:br/>
      </w:r>
      <w:r>
        <w:rPr>
          <w:b w:val="0"/>
          <w:i w:val="0"/>
        </w:rPr>
        <w:t xml:space="preserve"> .</w:t>
      </w:r>
    </w:p>
    <w:p>
      <w:pPr>
        <w:pStyle w:val="Heading3"/>
      </w:pPr>
      <w:r>
        <w:rPr>
          <w:rFonts w:ascii="Calibri" w:hAnsi="Calibri"/>
          <w:b/>
          <w:i w:val="0"/>
          <w:sz w:val="26"/>
        </w:rPr>
        <w:t>Xem thêm</w:t>
      </w:r>
    </w:p>
    <w:p>
      <w:pPr>
        <w:spacing w:after="80"/>
        <w:ind w:left="360"/>
      </w:pPr>
      <w:r>
        <w:t xml:space="preserve">• </w:t>
      </w:r>
      <w:r>
        <w:rPr>
          <w:b w:val="0"/>
          <w:i w:val="0"/>
        </w:rPr>
        <w:t xml:space="preserve">Công thức trước đó, </w:t>
      </w:r>
      <w:r>
        <w:rPr>
          <w:b w:val="0"/>
          <w:i/>
        </w:rPr>
        <w:t xml:space="preserve"> Viết một tài liệu PDF đơn giản </w:t>
      </w:r>
      <w:r>
        <w:rPr>
          <w:b w:val="0"/>
          <w:i w:val="0"/>
        </w:rPr>
        <w:t xml:space="preserve"> , để tìm hiểu những kiến thức cơ bản về cách làm việc với tài liệu PDF.</w:t>
      </w:r>
    </w:p>
    <w:p>
      <w:pPr>
        <w:spacing w:after="80"/>
        <w:ind w:left="360"/>
      </w:pPr>
      <w:r>
        <w:t xml:space="preserve">• </w:t>
      </w:r>
      <w:r>
        <w:rPr>
          <w:b w:val="0"/>
          <w:i w:val="0"/>
        </w:rPr>
        <w:t xml:space="preserve">Công thức </w:t>
      </w:r>
      <w:r>
        <w:rPr>
          <w:b w:val="0"/>
          <w:i/>
        </w:rPr>
        <w:t xml:space="preserve"> Tổng hợp các báo cáo PDF </w:t>
      </w:r>
      <w:r>
        <w:rPr>
          <w:b w:val="0"/>
          <w:i w:val="0"/>
        </w:rPr>
        <w:t xml:space="preserve"> , sẽ đến tiếp theo, để tìm hiểu cách gộp nhiều tài liệu thành một tài liệu duy nhất.</w:t>
      </w:r>
    </w:p>
    <w:p>
      <w:pPr>
        <w:spacing w:after="80"/>
        <w:ind w:left="360"/>
      </w:pPr>
      <w:r>
        <w:t xml:space="preserve">• </w:t>
      </w:r>
      <w:r>
        <w:rPr>
          <w:b w:val="0"/>
          <w:i w:val="0"/>
        </w:rPr>
        <w:t xml:space="preserve">Công thức </w:t>
      </w:r>
      <w:r>
        <w:rPr>
          <w:b w:val="0"/>
          <w:i/>
        </w:rPr>
        <w:t xml:space="preserve"> Đóng dấu bản quyền và mã hóa PDF </w:t>
      </w:r>
      <w:r>
        <w:rPr>
          <w:b w:val="0"/>
          <w:i w:val="0"/>
        </w:rPr>
        <w:t xml:space="preserve"> , ở phần sau của chương này, để tìm hiểu cách thêm các biện pháp bảo mật cho tài liệu.</w:t>
      </w:r>
    </w:p>
    <w:p>
      <w:pPr>
        <w:pStyle w:val="Heading2"/>
      </w:pPr>
      <w:r>
        <w:rPr>
          <w:rFonts w:ascii="Calibri" w:hAnsi="Calibri"/>
          <w:b/>
          <w:i w:val="0"/>
          <w:sz w:val="32"/>
        </w:rPr>
        <w:t>Tổng hợp các báo cáo PDF</w:t>
      </w:r>
    </w:p>
    <w:p>
      <w:pPr>
        <w:spacing w:after="80"/>
      </w:pPr>
      <w:r>
        <w:rPr>
          <w:b w:val="0"/>
          <w:i w:val="0"/>
        </w:rPr>
        <w:t>Trong công thức này, chúng ta sẽ xem cách kết hợp hai PDF thành một. Chúng ta sẽ nối các trang của một báo cáo vào cuối báo cáo kia.</w:t>
      </w:r>
    </w:p>
    <w:p>
      <w:pPr>
        <w:pStyle w:val="Heading3"/>
      </w:pPr>
      <w:r>
        <w:rPr>
          <w:rFonts w:ascii="Calibri" w:hAnsi="Calibri"/>
          <w:b/>
          <w:i w:val="0"/>
          <w:sz w:val="26"/>
        </w:rPr>
        <w:t>Chuẩn bị</w:t>
      </w:r>
    </w:p>
    <w:p>
      <w:pPr>
        <w:spacing w:after="80"/>
      </w:pPr>
      <w:r>
        <w:rPr>
          <w:b w:val="0"/>
          <w:i w:val="0"/>
        </w:rPr>
        <w:t xml:space="preserve">Chúng ta sẽ dùng mô-đun </w:t>
      </w:r>
      <w:r>
        <w:rPr>
          <w:rFonts w:ascii="Consolas" w:hAnsi="Consolas"/>
          <w:b w:val="0"/>
          <w:i w:val="0"/>
          <w:sz w:val="20"/>
        </w:rPr>
        <w:br/>
        <w:br/>
        <w:t xml:space="preserve">      pypdf</w:t>
        <w:br/>
        <w:t xml:space="preserve">     </w:t>
        <w:br/>
      </w:r>
      <w:r>
        <w:rPr>
          <w:b w:val="0"/>
          <w:i w:val="0"/>
        </w:rPr>
        <w:t xml:space="preserve"> , cài đặt theo cách thông thường:</w:t>
      </w:r>
    </w:p>
    <w:p>
      <w:pPr>
        <w:spacing w:after="0"/>
        <w:ind w:left="360"/>
        <w:shd w:val="clear" w:color="auto" w:fill="F2F2F2"/>
      </w:pPr>
      <w:r>
        <w:rPr>
          <w:rFonts w:ascii="Consolas" w:hAnsi="Consolas"/>
          <w:sz w:val="18"/>
        </w:rPr>
        <w:t>$ echo " pypdf==6.6.0" &gt;&gt; requirements.txt</w:t>
      </w:r>
    </w:p>
    <w:p>
      <w:pPr>
        <w:spacing w:after="0"/>
        <w:ind w:left="360"/>
        <w:shd w:val="clear" w:color="auto" w:fill="F2F2F2"/>
      </w:pPr>
      <w:r>
        <w:rPr>
          <w:rFonts w:ascii="Consolas" w:hAnsi="Consolas"/>
          <w:sz w:val="18"/>
        </w:rPr>
        <w:t>$ uv pip install -r requirements.txt</w:t>
      </w:r>
    </w:p>
    <w:p>
      <w:pPr>
        <w:spacing w:after="40"/>
      </w:pPr>
    </w:p>
    <w:p>
      <w:pPr>
        <w:spacing w:after="80"/>
      </w:pPr>
      <w:r>
        <w:rPr>
          <w:b w:val="0"/>
          <w:i w:val="0"/>
        </w:rPr>
        <w:t>Chúng ta cần hai PDF để kết hợp. Trong công thức này, chúng ta sẽ dùng hai PDF được tạo ra từ các công thức trước:</w:t>
      </w:r>
    </w:p>
    <w:p>
      <w:pPr>
        <w:spacing w:after="80"/>
        <w:ind w:left="360"/>
      </w:pPr>
      <w:r>
        <w:t xml:space="preserve">• </w:t>
      </w:r>
      <w:r>
        <w:rPr>
          <w:rFonts w:ascii="Consolas" w:hAnsi="Consolas"/>
          <w:b w:val="0"/>
          <w:i w:val="0"/>
          <w:sz w:val="20"/>
        </w:rPr>
        <w:br/>
        <w:br/>
        <w:t xml:space="preserve">       pdf‑report.pdf</w:t>
        <w:br/>
        <w:t xml:space="preserve">      </w:t>
        <w:br/>
      </w:r>
      <w:r>
        <w:rPr>
          <w:b w:val="0"/>
          <w:i w:val="0"/>
        </w:rPr>
        <w:t xml:space="preserve"> , như đã thấy trong </w:t>
      </w:r>
      <w:r>
        <w:rPr>
          <w:b w:val="0"/>
          <w:i/>
        </w:rPr>
        <w:t xml:space="preserve"> công thức Viết một PDF đơn giản </w:t>
      </w:r>
    </w:p>
    <w:p>
      <w:pPr>
        <w:spacing w:after="80"/>
        <w:ind w:left="360"/>
      </w:pPr>
      <w:r>
        <w:t xml:space="preserve">• </w:t>
      </w:r>
      <w:r>
        <w:rPr>
          <w:rFonts w:ascii="Consolas" w:hAnsi="Consolas"/>
          <w:b w:val="0"/>
          <w:i w:val="0"/>
          <w:sz w:val="20"/>
        </w:rPr>
        <w:br/>
        <w:br/>
        <w:t xml:space="preserve">       structure‑pdf‑report.pdf</w:t>
        <w:br/>
        <w:t xml:space="preserve">      </w:t>
        <w:br/>
      </w:r>
      <w:r>
        <w:rPr>
          <w:b w:val="0"/>
          <w:i w:val="0"/>
        </w:rPr>
        <w:t xml:space="preserve"> , như đã thấy trong </w:t>
      </w:r>
      <w:r>
        <w:rPr>
          <w:b w:val="0"/>
          <w:i/>
        </w:rPr>
        <w:t xml:space="preserve"> Cấu trúc một PDF </w:t>
      </w:r>
    </w:p>
    <w:p>
      <w:pPr>
        <w:spacing w:after="80"/>
      </w:pPr>
      <w:r>
        <w:rPr>
          <w:b w:val="0"/>
          <w:i w:val="0"/>
        </w:rPr>
        <w:t>Nhưng hai cái này chỉ là ví dụ thôi; cứ thoải mái dùng bất kỳ hai file PDF nào bạn thấy phù hợp.</w:t>
      </w:r>
    </w:p>
    <w:p>
      <w:pPr>
        <w:pStyle w:val="Heading3"/>
      </w:pPr>
      <w:r>
        <w:rPr>
          <w:rFonts w:ascii="Calibri" w:hAnsi="Calibri"/>
          <w:b/>
          <w:i w:val="0"/>
          <w:sz w:val="26"/>
        </w:rPr>
        <w:t>Cách thực hiện...</w:t>
      </w:r>
    </w:p>
    <w:p>
      <w:pPr>
        <w:spacing w:after="80"/>
        <w:ind w:left="360"/>
      </w:pPr>
      <w:r>
        <w:t xml:space="preserve">1. </w:t>
      </w:r>
      <w:r>
        <w:rPr>
          <w:b w:val="0"/>
          <w:i w:val="0"/>
        </w:rPr>
        <w:t xml:space="preserve">Import </w:t>
      </w:r>
      <w:r>
        <w:rPr>
          <w:rFonts w:ascii="Consolas" w:hAnsi="Consolas"/>
          <w:b w:val="0"/>
          <w:i w:val="0"/>
          <w:sz w:val="20"/>
        </w:rPr>
        <w:br/>
        <w:br/>
        <w:t xml:space="preserve">       pypdf</w:t>
        <w:br/>
        <w:t xml:space="preserve">      </w:t>
        <w:br/>
      </w:r>
      <w:r>
        <w:rPr>
          <w:b w:val="0"/>
          <w:i w:val="0"/>
        </w:rPr>
        <w:t xml:space="preserve"> và tạo file PDF đầu ra:</w:t>
      </w:r>
    </w:p>
    <w:p>
      <w:pPr>
        <w:spacing w:after="0"/>
        <w:ind w:left="360"/>
        <w:shd w:val="clear" w:color="auto" w:fill="F2F2F2"/>
      </w:pPr>
      <w:r>
        <w:rPr>
          <w:rFonts w:ascii="Consolas" w:hAnsi="Consolas"/>
          <w:sz w:val="18"/>
        </w:rPr>
        <w:t>&gt;&gt;&gt; import pypdf</w:t>
      </w:r>
    </w:p>
    <w:p>
      <w:pPr>
        <w:spacing w:after="0"/>
        <w:ind w:left="360"/>
        <w:shd w:val="clear" w:color="auto" w:fill="F2F2F2"/>
      </w:pPr>
      <w:r>
        <w:rPr>
          <w:rFonts w:ascii="Consolas" w:hAnsi="Consolas"/>
          <w:sz w:val="18"/>
        </w:rPr>
        <w:t>&gt;&gt;&gt; output_pdf = pypdf.PdfWriter()</w:t>
      </w:r>
    </w:p>
    <w:p>
      <w:pPr>
        <w:spacing w:after="40"/>
      </w:pPr>
    </w:p>
    <w:p>
      <w:pPr>
        <w:spacing w:after="80"/>
        <w:ind w:left="360"/>
      </w:pPr>
      <w:r>
        <w:t xml:space="preserve">2. </w:t>
      </w:r>
      <w:r>
        <w:rPr>
          <w:b w:val="0"/>
          <w:i w:val="0"/>
        </w:rPr>
        <w:t>Đọc file đầu tiên và tạo một reader:</w:t>
      </w:r>
    </w:p>
    <w:p>
      <w:pPr>
        <w:spacing w:after="0"/>
        <w:ind w:left="360"/>
        <w:shd w:val="clear" w:color="auto" w:fill="F2F2F2"/>
      </w:pPr>
      <w:r>
        <w:rPr>
          <w:rFonts w:ascii="Consolas" w:hAnsi="Consolas"/>
          <w:sz w:val="18"/>
        </w:rPr>
        <w:t>&gt;&gt;&gt; file1 = open('pdf-report.pdf', 'rb')</w:t>
      </w:r>
    </w:p>
    <w:p>
      <w:pPr>
        <w:spacing w:after="0"/>
        <w:ind w:left="360"/>
        <w:shd w:val="clear" w:color="auto" w:fill="F2F2F2"/>
      </w:pPr>
      <w:r>
        <w:rPr>
          <w:rFonts w:ascii="Consolas" w:hAnsi="Consolas"/>
          <w:sz w:val="18"/>
        </w:rPr>
        <w:t>&gt;&gt;&gt; pdf1 = pypdf.PdfReader(file1)</w:t>
      </w:r>
    </w:p>
    <w:p>
      <w:pPr>
        <w:spacing w:after="40"/>
      </w:pPr>
    </w:p>
    <w:p>
      <w:pPr>
        <w:spacing w:after="80"/>
        <w:ind w:left="360"/>
      </w:pPr>
      <w:r>
        <w:t xml:space="preserve">3. </w:t>
      </w:r>
      <w:r>
        <w:rPr>
          <w:b w:val="0"/>
          <w:i w:val="0"/>
        </w:rPr>
        <w:t>Thêm tất cả các trang vào file PDF đầu ra:</w:t>
      </w:r>
    </w:p>
    <w:p>
      <w:pPr>
        <w:spacing w:after="0"/>
        <w:ind w:left="360"/>
        <w:shd w:val="clear" w:color="auto" w:fill="F2F2F2"/>
      </w:pPr>
      <w:r>
        <w:rPr>
          <w:rFonts w:ascii="Consolas" w:hAnsi="Consolas"/>
          <w:sz w:val="18"/>
        </w:rPr>
        <w:t>&gt;&gt;&gt; output_pdf.append_pages_from_reader(pdf1)</w:t>
      </w:r>
    </w:p>
    <w:p>
      <w:pPr>
        <w:spacing w:after="40"/>
      </w:pPr>
    </w:p>
    <w:p>
      <w:pPr>
        <w:spacing w:after="80"/>
        <w:ind w:left="360"/>
      </w:pPr>
      <w:r>
        <w:t xml:space="preserve">4. </w:t>
      </w:r>
      <w:r>
        <w:rPr>
          <w:b w:val="0"/>
          <w:i w:val="0"/>
        </w:rPr>
        <w:t>Mở file thứ hai, tạo một reader, rồi thêm các trang vào file PDF đầu ra:</w:t>
      </w:r>
    </w:p>
    <w:p>
      <w:pPr>
        <w:spacing w:after="0"/>
        <w:ind w:left="360"/>
        <w:shd w:val="clear" w:color="auto" w:fill="F2F2F2"/>
      </w:pPr>
      <w:r>
        <w:rPr>
          <w:rFonts w:ascii="Consolas" w:hAnsi="Consolas"/>
          <w:sz w:val="18"/>
        </w:rPr>
        <w:t>&gt;&gt;&gt; file2 = open('structure-pdf-report.pdf', 'rb')</w:t>
      </w:r>
    </w:p>
    <w:p>
      <w:pPr>
        <w:spacing w:after="0"/>
        <w:ind w:left="360"/>
        <w:shd w:val="clear" w:color="auto" w:fill="F2F2F2"/>
      </w:pPr>
      <w:r>
        <w:rPr>
          <w:rFonts w:ascii="Consolas" w:hAnsi="Consolas"/>
          <w:sz w:val="18"/>
        </w:rPr>
        <w:t>&gt;&gt;&gt; pdf2 = pypdf.PdfReader(file2)</w:t>
      </w:r>
    </w:p>
    <w:p>
      <w:pPr>
        <w:spacing w:after="0"/>
        <w:ind w:left="360"/>
        <w:shd w:val="clear" w:color="auto" w:fill="F2F2F2"/>
      </w:pPr>
      <w:r>
        <w:rPr>
          <w:rFonts w:ascii="Consolas" w:hAnsi="Consolas"/>
          <w:sz w:val="18"/>
        </w:rPr>
        <w:t>&gt;&gt;&gt; output_pdf.append_pages_from_reader(pdf2)</w:t>
      </w:r>
    </w:p>
    <w:p>
      <w:pPr>
        <w:spacing w:after="40"/>
      </w:pPr>
    </w:p>
    <w:p>
      <w:pPr>
        <w:spacing w:after="80"/>
        <w:ind w:left="360"/>
      </w:pPr>
      <w:r>
        <w:t xml:space="preserve">5. </w:t>
      </w:r>
      <w:r>
        <w:rPr>
          <w:b w:val="0"/>
          <w:i w:val="0"/>
        </w:rPr>
        <w:t>Tạo file đầu ra và lưu lại:</w:t>
      </w:r>
    </w:p>
    <w:p>
      <w:pPr>
        <w:spacing w:after="0"/>
        <w:ind w:left="360"/>
        <w:shd w:val="clear" w:color="auto" w:fill="F2F2F2"/>
      </w:pPr>
      <w:r>
        <w:rPr>
          <w:rFonts w:ascii="Consolas" w:hAnsi="Consolas"/>
          <w:sz w:val="18"/>
        </w:rPr>
        <w:t>&gt;&gt;&gt; with open('pdf-result.pdf', 'wb') as out_file:</w:t>
      </w:r>
    </w:p>
    <w:p>
      <w:pPr>
        <w:spacing w:after="0"/>
        <w:ind w:left="360"/>
        <w:shd w:val="clear" w:color="auto" w:fill="F2F2F2"/>
      </w:pPr>
      <w:r>
        <w:rPr>
          <w:rFonts w:ascii="Consolas" w:hAnsi="Consolas"/>
          <w:sz w:val="18"/>
        </w:rPr>
        <w:t>...     output_pdf.write(out_file)</w:t>
      </w:r>
    </w:p>
    <w:p>
      <w:pPr>
        <w:spacing w:after="0"/>
        <w:ind w:left="360"/>
        <w:shd w:val="clear" w:color="auto" w:fill="F2F2F2"/>
      </w:pPr>
      <w:r>
        <w:rPr>
          <w:rFonts w:ascii="Consolas" w:hAnsi="Consolas"/>
          <w:sz w:val="18"/>
        </w:rPr>
        <w:t>(False, &lt;_io.BufferedWriter name='pdf-result.pdf'&gt;)</w:t>
      </w:r>
    </w:p>
    <w:p>
      <w:pPr>
        <w:spacing w:after="40"/>
      </w:pPr>
    </w:p>
    <w:p>
      <w:pPr>
        <w:spacing w:after="80"/>
        <w:ind w:left="360"/>
      </w:pPr>
      <w:r>
        <w:t xml:space="preserve">6. </w:t>
      </w:r>
      <w:r>
        <w:rPr>
          <w:b w:val="0"/>
          <w:i w:val="0"/>
        </w:rPr>
        <w:t>Đóng cả hai file nguồn:</w:t>
      </w:r>
    </w:p>
    <w:p>
      <w:pPr>
        <w:spacing w:after="0"/>
        <w:ind w:left="360"/>
        <w:shd w:val="clear" w:color="auto" w:fill="F2F2F2"/>
      </w:pPr>
      <w:r>
        <w:rPr>
          <w:rFonts w:ascii="Consolas" w:hAnsi="Consolas"/>
          <w:sz w:val="18"/>
        </w:rPr>
        <w:t>&gt;&gt;&gt; file1.close()</w:t>
      </w:r>
    </w:p>
    <w:p>
      <w:pPr>
        <w:spacing w:after="0"/>
        <w:ind w:left="360"/>
        <w:shd w:val="clear" w:color="auto" w:fill="F2F2F2"/>
      </w:pPr>
      <w:r>
        <w:rPr>
          <w:rFonts w:ascii="Consolas" w:hAnsi="Consolas"/>
          <w:sz w:val="18"/>
        </w:rPr>
        <w:t>&gt;&gt;&gt; file2.close()</w:t>
      </w:r>
    </w:p>
    <w:p>
      <w:pPr>
        <w:spacing w:after="40"/>
      </w:pPr>
    </w:p>
    <w:p>
      <w:pPr>
        <w:spacing w:after="80"/>
      </w:pPr>
      <w:r>
        <w:rPr>
          <w:b w:val="0"/>
          <w:i w:val="0"/>
        </w:rPr>
        <w:t>Kiểm tra file đầu ra và xác nhận rằng nó chứa cả hai trang PDF.</w:t>
      </w:r>
    </w:p>
    <w:p>
      <w:pPr>
        <w:pStyle w:val="Heading3"/>
      </w:pPr>
      <w:r>
        <w:rPr>
          <w:rFonts w:ascii="Calibri" w:hAnsi="Calibri"/>
          <w:b/>
          <w:i w:val="0"/>
          <w:sz w:val="26"/>
        </w:rPr>
        <w:t>Cách nó hoạt động...</w:t>
      </w:r>
    </w:p>
    <w:p>
      <w:pPr>
        <w:spacing w:after="80"/>
      </w:pPr>
      <w:r>
        <w:rPr>
          <w:rFonts w:ascii="Consolas" w:hAnsi="Consolas"/>
          <w:b w:val="0"/>
          <w:i w:val="0"/>
          <w:sz w:val="20"/>
        </w:rPr>
        <w:br/>
        <w:br/>
        <w:t xml:space="preserve">      pypdf</w:t>
        <w:br/>
        <w:t xml:space="preserve">     </w:t>
        <w:br/>
      </w:r>
      <w:r>
        <w:rPr>
          <w:b w:val="0"/>
          <w:i w:val="0"/>
        </w:rPr>
        <w:t xml:space="preserve"> cho phép ta tạo một reader cho mỗi file nguồn và thêm tất cả các trang của chúng vào một PDF writer vừa mới tạo. Lưu ý rằng các file được mở ở chế độ nhị phân ( </w:t>
      </w:r>
      <w:r>
        <w:rPr>
          <w:rFonts w:ascii="Consolas" w:hAnsi="Consolas"/>
          <w:b w:val="0"/>
          <w:i w:val="0"/>
          <w:sz w:val="20"/>
        </w:rPr>
        <w:br/>
        <w:br/>
        <w:t xml:space="preserve">      rb</w:t>
        <w:br/>
        <w:t xml:space="preserve">     </w:t>
        <w:br/>
      </w:r>
      <w:r>
        <w:rPr>
          <w:b w:val="0"/>
          <w:i w:val="0"/>
        </w:rPr>
        <w:t xml:space="preserve"> ).</w:t>
      </w:r>
    </w:p>
    <w:p>
      <w:pPr>
        <w:spacing w:after="80"/>
      </w:pPr>
      <w:r>
        <w:rPr>
          <w:b/>
          <w:i w:val="0"/>
        </w:rPr>
        <w:t>Mẹo</w:t>
      </w:r>
    </w:p>
    <w:p>
      <w:pPr>
        <w:spacing w:after="80"/>
      </w:pPr>
      <w:r>
        <w:rPr>
          <w:b w:val="0"/>
          <w:i w:val="0"/>
        </w:rPr>
        <w:t>Các file đầu vào cần được giữ mở cho đến khi kết quả được lưu. Điều này là do cách mà việc sao chép các trang diễn ra. Nếu các file bị đóng, file kết quả có thể sẽ được lưu dưới dạng một file rỗng.</w:t>
      </w:r>
    </w:p>
    <w:p>
      <w:pPr>
        <w:spacing w:after="80"/>
      </w:pPr>
      <w:r>
        <w:rPr>
          <w:b w:val="0"/>
          <w:i w:val="0"/>
        </w:rPr>
        <w:t xml:space="preserve">Cuối cùng, PDF writer lưu nội dung kết quả vào file mới </w:t>
      </w:r>
      <w:r>
        <w:rPr>
          <w:rFonts w:ascii="Consolas" w:hAnsi="Consolas"/>
          <w:b w:val="0"/>
          <w:i w:val="0"/>
          <w:sz w:val="20"/>
        </w:rPr>
        <w:br/>
        <w:br/>
        <w:t xml:space="preserve">      pdf‑result.pdf</w:t>
        <w:br/>
        <w:t xml:space="preserve">     </w:t>
        <w:br/>
      </w:r>
      <w:r>
        <w:rPr>
          <w:b w:val="0"/>
          <w:i w:val="0"/>
        </w:rPr>
        <w:t xml:space="preserve"> . Lưu ý rằng file cần được mở để ghi ở chế độ nhị phân ( </w:t>
      </w:r>
      <w:r>
        <w:rPr>
          <w:rFonts w:ascii="Consolas" w:hAnsi="Consolas"/>
          <w:b w:val="0"/>
          <w:i w:val="0"/>
          <w:sz w:val="20"/>
        </w:rPr>
        <w:br/>
        <w:br/>
        <w:t xml:space="preserve">      wb</w:t>
        <w:br/>
        <w:t xml:space="preserve">     </w:t>
        <w:br/>
      </w:r>
      <w:r>
        <w:rPr>
          <w:b w:val="0"/>
          <w:i w:val="0"/>
        </w:rPr>
        <w:t xml:space="preserve"> ).</w:t>
      </w:r>
    </w:p>
    <w:p>
      <w:pPr>
        <w:pStyle w:val="Heading3"/>
      </w:pPr>
      <w:r>
        <w:rPr>
          <w:rFonts w:ascii="Calibri" w:hAnsi="Calibri"/>
          <w:b/>
          <w:i w:val="0"/>
          <w:sz w:val="26"/>
        </w:rPr>
        <w:t>Còn nhiều thứ khác nữa...</w:t>
      </w:r>
    </w:p>
    <w:p>
      <w:pPr>
        <w:spacing w:after="80"/>
      </w:pPr>
      <w:r>
        <w:rPr>
          <w:rFonts w:ascii="Consolas" w:hAnsi="Consolas"/>
          <w:b w:val="0"/>
          <w:i w:val="0"/>
          <w:sz w:val="20"/>
        </w:rPr>
        <w:br/>
        <w:br/>
        <w:t xml:space="preserve">      .append_pages_from_reader</w:t>
        <w:br/>
        <w:t xml:space="preserve">     </w:t>
        <w:br/>
      </w:r>
      <w:r>
        <w:rPr>
          <w:b w:val="0"/>
          <w:i w:val="0"/>
        </w:rPr>
        <w:t xml:space="preserve"> rất tiện để thêm tất cả các trang, nhưng cũng có thể thêm từng trang cụ thể bằng </w:t>
      </w:r>
      <w:r>
        <w:rPr>
          <w:rFonts w:ascii="Consolas" w:hAnsi="Consolas"/>
          <w:b w:val="0"/>
          <w:i w:val="0"/>
          <w:sz w:val="20"/>
        </w:rPr>
        <w:br/>
        <w:br/>
        <w:t xml:space="preserve">      .add_page</w:t>
        <w:br/>
        <w:t xml:space="preserve">     </w:t>
        <w:br/>
      </w:r>
      <w:r>
        <w:rPr>
          <w:b w:val="0"/>
          <w:i w:val="0"/>
        </w:rPr>
        <w:t xml:space="preserve"> . Ví dụ, để thêm trang thứ ba, code sẽ trông như thế này:</w:t>
      </w:r>
    </w:p>
    <w:p>
      <w:pPr>
        <w:spacing w:after="0"/>
        <w:ind w:left="360"/>
        <w:shd w:val="clear" w:color="auto" w:fill="F2F2F2"/>
      </w:pPr>
      <w:r>
        <w:rPr>
          <w:rFonts w:ascii="Consolas" w:hAnsi="Consolas"/>
          <w:sz w:val="18"/>
        </w:rPr>
        <w:t>&gt;&gt;&gt; page = pdf1.pages[3]</w:t>
      </w:r>
    </w:p>
    <w:p>
      <w:pPr>
        <w:spacing w:after="0"/>
        <w:ind w:left="360"/>
        <w:shd w:val="clear" w:color="auto" w:fill="F2F2F2"/>
      </w:pPr>
      <w:r>
        <w:rPr>
          <w:rFonts w:ascii="Consolas" w:hAnsi="Consolas"/>
          <w:sz w:val="18"/>
        </w:rPr>
        <w:t>&gt;&gt;&gt; output_pdf.add_page(page)</w:t>
      </w:r>
    </w:p>
    <w:p>
      <w:pPr>
        <w:spacing w:after="40"/>
      </w:pPr>
    </w:p>
    <w:p>
      <w:pPr>
        <w:spacing w:after="80"/>
      </w:pPr>
      <w:r>
        <w:rPr>
          <w:b w:val="0"/>
          <w:i w:val="0"/>
        </w:rPr>
        <w:t xml:space="preserve">Mặc dù </w:t>
      </w:r>
      <w:r>
        <w:rPr>
          <w:rFonts w:ascii="Consolas" w:hAnsi="Consolas"/>
          <w:b w:val="0"/>
          <w:i w:val="0"/>
          <w:sz w:val="20"/>
        </w:rPr>
        <w:br/>
        <w:br/>
        <w:t xml:space="preserve">      fpdf</w:t>
        <w:br/>
        <w:t xml:space="preserve">     </w:t>
        <w:br/>
      </w:r>
      <w:r>
        <w:rPr>
          <w:b w:val="0"/>
          <w:i w:val="0"/>
        </w:rPr>
        <w:t xml:space="preserve"> là package có nhiều khả năng hơn, có một số thao tác được xử lý tự nhiên hơn với pypdf, như gộp hoặc tách tài liệu. Bạn có thể truyền một tài liệu </w:t>
      </w:r>
      <w:r>
        <w:rPr>
          <w:rFonts w:ascii="Consolas" w:hAnsi="Consolas"/>
          <w:b w:val="0"/>
          <w:i w:val="0"/>
          <w:sz w:val="20"/>
        </w:rPr>
        <w:br/>
        <w:br/>
        <w:t xml:space="preserve">      fpdf</w:t>
        <w:br/>
        <w:t xml:space="preserve">     </w:t>
        <w:br/>
      </w:r>
      <w:r>
        <w:rPr>
          <w:b w:val="0"/>
          <w:i w:val="0"/>
        </w:rPr>
        <w:t xml:space="preserve"> cho </w:t>
      </w:r>
      <w:r>
        <w:rPr>
          <w:rFonts w:ascii="Consolas" w:hAnsi="Consolas"/>
          <w:b w:val="0"/>
          <w:i w:val="0"/>
          <w:sz w:val="20"/>
        </w:rPr>
        <w:br/>
        <w:br/>
        <w:t xml:space="preserve">      pypdf</w:t>
        <w:br/>
        <w:t xml:space="preserve">     </w:t>
        <w:br/>
      </w:r>
      <w:r>
        <w:rPr>
          <w:b w:val="0"/>
          <w:i w:val="0"/>
        </w:rPr>
        <w:t xml:space="preserve"> theo cách sau:</w:t>
      </w:r>
    </w:p>
    <w:p>
      <w:pPr>
        <w:spacing w:after="0"/>
        <w:ind w:left="360"/>
        <w:shd w:val="clear" w:color="auto" w:fill="F2F2F2"/>
      </w:pPr>
      <w:r>
        <w:rPr>
          <w:rFonts w:ascii="Consolas" w:hAnsi="Consolas"/>
          <w:sz w:val="18"/>
        </w:rPr>
        <w:t>&gt;&gt;&gt; import io</w:t>
      </w:r>
    </w:p>
    <w:p>
      <w:pPr>
        <w:spacing w:after="0"/>
        <w:ind w:left="360"/>
        <w:shd w:val="clear" w:color="auto" w:fill="F2F2F2"/>
      </w:pPr>
      <w:r>
        <w:rPr>
          <w:rFonts w:ascii="Consolas" w:hAnsi="Consolas"/>
          <w:sz w:val="18"/>
        </w:rPr>
        <w:t>&gt;&gt;&gt; pypdf_reader = pypdf.PdfReader(io.BytesIO(fpdf_document.output()))</w:t>
      </w:r>
    </w:p>
    <w:p>
      <w:pPr>
        <w:spacing w:after="40"/>
      </w:pPr>
    </w:p>
    <w:p>
      <w:pPr>
        <w:spacing w:after="80"/>
      </w:pPr>
      <w:r>
        <w:rPr>
          <w:b w:val="0"/>
          <w:i w:val="0"/>
        </w:rPr>
        <w:t xml:space="preserve">Tài liệu đầy đủ về </w:t>
      </w:r>
      <w:r>
        <w:rPr>
          <w:rFonts w:ascii="Consolas" w:hAnsi="Consolas"/>
          <w:b w:val="0"/>
          <w:i w:val="0"/>
          <w:sz w:val="20"/>
        </w:rPr>
        <w:br/>
        <w:br/>
        <w:t xml:space="preserve">      pypdf</w:t>
        <w:br/>
        <w:t xml:space="preserve">     </w:t>
        <w:br/>
      </w:r>
      <w:r>
        <w:rPr>
          <w:b w:val="0"/>
          <w:i w:val="0"/>
        </w:rPr>
        <w:t xml:space="preserve"> có thể được tìm thấy ở đây: </w:t>
      </w:r>
      <w:r>
        <w:rPr>
          <w:rFonts w:ascii="Consolas" w:hAnsi="Consolas"/>
          <w:b w:val="0"/>
          <w:i w:val="0"/>
          <w:sz w:val="20"/>
        </w:rPr>
        <w:br/>
        <w:br/>
        <w:t xml:space="preserve">       https://pypdf.readthedocs.io/en/stable/</w:t>
        <w:br/>
        <w:t xml:space="preserve">      </w:t>
        <w:br/>
      </w:r>
      <w:r>
        <w:rPr>
          <w:b w:val="0"/>
          <w:i w:val="0"/>
        </w:rPr>
        <w:t xml:space="preserve"> .</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Viết một tài liệu PDF đơn giản </w:t>
      </w:r>
      <w:r>
        <w:rPr>
          <w:b w:val="0"/>
          <w:i w:val="0"/>
        </w:rPr>
        <w:t xml:space="preserve"> , ở phần trước trong chương này, để tìm hiểu những điều cơ bản về cách làm việc với tài liệu PDF.</w:t>
      </w:r>
    </w:p>
    <w:p>
      <w:pPr>
        <w:spacing w:after="80"/>
        <w:ind w:left="360"/>
      </w:pPr>
      <w:r>
        <w:t xml:space="preserve">• </w:t>
      </w:r>
      <w:r>
        <w:rPr>
          <w:b w:val="0"/>
          <w:i w:val="0"/>
        </w:rPr>
        <w:t xml:space="preserve">Công thức trước đó, </w:t>
      </w:r>
      <w:r>
        <w:rPr>
          <w:b w:val="0"/>
          <w:i/>
        </w:rPr>
        <w:t xml:space="preserve"> Cấu trúc một PDF </w:t>
      </w:r>
      <w:r>
        <w:rPr>
          <w:b w:val="0"/>
          <w:i w:val="0"/>
        </w:rPr>
        <w:t xml:space="preserve"> , để tìm hiểu cách thêm dấu phân cách vào tài liệu PDF.</w:t>
      </w:r>
    </w:p>
    <w:p>
      <w:pPr>
        <w:spacing w:after="80"/>
        <w:ind w:left="360"/>
      </w:pPr>
      <w:r>
        <w:t xml:space="preserve">• </w:t>
      </w:r>
      <w:r>
        <w:rPr>
          <w:b w:val="0"/>
          <w:i w:val="0"/>
        </w:rPr>
        <w:t xml:space="preserve">Công thức </w:t>
      </w:r>
      <w:r>
        <w:rPr>
          <w:b w:val="0"/>
          <w:i/>
        </w:rPr>
        <w:t xml:space="preserve"> Đóng dấu bản quyền và mã hóa một PDF </w:t>
      </w:r>
      <w:r>
        <w:rPr>
          <w:b w:val="0"/>
          <w:i w:val="0"/>
        </w:rPr>
        <w:t xml:space="preserve"> , tiếp theo sau đây, để tìm hiểu cách thêm các biện pháp bảo mật cho tài liệu.</w:t>
      </w:r>
    </w:p>
    <w:p>
      <w:pPr>
        <w:pStyle w:val="Heading2"/>
      </w:pPr>
      <w:r>
        <w:rPr>
          <w:rFonts w:ascii="Calibri" w:hAnsi="Calibri"/>
          <w:b/>
          <w:i w:val="0"/>
          <w:sz w:val="32"/>
        </w:rPr>
        <w:t>Đóng dấu bản quyền và mã hóa một PDF</w:t>
      </w:r>
    </w:p>
    <w:p>
      <w:pPr>
        <w:spacing w:after="80"/>
      </w:pPr>
      <w:r>
        <w:rPr>
          <w:b w:val="0"/>
          <w:i w:val="0"/>
        </w:rPr>
        <w:t>Các tệp PDF có một số biện pháp bảo mật thú vị giúp hạn chế việc phân phối và bảo vệ nội dung của chúng. Chúng ta có thể mã hóa nội dung, yêu cầu người dùng nhập mật khẩu để đọc được nó. Chúng ta cũng sẽ xem cách thêm dấu bản quyền (watermark) để ghi rõ tài liệu không dành cho phân phối công khai và, nếu bị rò rỉ, để biết được nguồn gốc của nó.</w:t>
      </w:r>
    </w:p>
    <w:p>
      <w:pPr>
        <w:pStyle w:val="Heading3"/>
      </w:pPr>
      <w:r>
        <w:rPr>
          <w:rFonts w:ascii="Calibri" w:hAnsi="Calibri"/>
          <w:b/>
          <w:i w:val="0"/>
          <w:sz w:val="26"/>
        </w:rPr>
        <w:t>Chuẩn bị</w:t>
      </w:r>
    </w:p>
    <w:p>
      <w:pPr>
        <w:spacing w:after="80"/>
      </w:pPr>
      <w:r>
        <w:rPr>
          <w:b w:val="0"/>
          <w:i w:val="0"/>
        </w:rPr>
        <w:t xml:space="preserve">Chúng ta sẽ dùng </w:t>
      </w:r>
      <w:r>
        <w:rPr>
          <w:rFonts w:ascii="Consolas" w:hAnsi="Consolas"/>
          <w:b w:val="0"/>
          <w:i w:val="0"/>
          <w:sz w:val="20"/>
        </w:rPr>
        <w:br/>
        <w:br/>
        <w:t xml:space="preserve">      pypdf</w:t>
        <w:br/>
        <w:t xml:space="preserve">     </w:t>
        <w:br/>
      </w:r>
      <w:r>
        <w:rPr>
          <w:b w:val="0"/>
          <w:i w:val="0"/>
        </w:rPr>
        <w:t xml:space="preserve"> , nên hãy đảm bảo nó đã được cài đặt trong môi trường của bạn. Chúng ta cũng sẽ dùng </w:t>
      </w:r>
      <w:r>
        <w:rPr>
          <w:rFonts w:ascii="Consolas" w:hAnsi="Consolas"/>
          <w:b w:val="0"/>
          <w:i w:val="0"/>
          <w:sz w:val="20"/>
        </w:rPr>
        <w:br/>
        <w:br/>
        <w:t xml:space="preserve">      pdf2image</w:t>
        <w:br/>
        <w:t xml:space="preserve">     </w:t>
        <w:br/>
      </w:r>
      <w:r>
        <w:rPr>
          <w:b w:val="0"/>
          <w:i w:val="0"/>
        </w:rPr>
        <w:t xml:space="preserve"> , để chuyển đổi ảnh </w:t>
      </w:r>
      <w:r>
        <w:rPr>
          <w:rFonts w:ascii="Consolas" w:hAnsi="Consolas"/>
          <w:b w:val="0"/>
          <w:i w:val="0"/>
          <w:sz w:val="20"/>
        </w:rPr>
        <w:br/>
        <w:br/>
        <w:t xml:space="preserve">      Pillow</w:t>
        <w:br/>
        <w:t xml:space="preserve">     </w:t>
        <w:br/>
      </w:r>
      <w:r>
        <w:rPr>
          <w:b w:val="0"/>
          <w:i w:val="0"/>
        </w:rPr>
        <w:t xml:space="preserve"> sang định dạng PDF. </w:t>
      </w:r>
      <w:r>
        <w:rPr>
          <w:rFonts w:ascii="Consolas" w:hAnsi="Consolas"/>
          <w:b w:val="0"/>
          <w:i w:val="0"/>
          <w:sz w:val="20"/>
        </w:rPr>
        <w:br/>
        <w:br/>
        <w:t xml:space="preserve">      pdf2image</w:t>
        <w:br/>
        <w:t xml:space="preserve">     </w:t>
        <w:br/>
      </w:r>
      <w:r>
        <w:rPr>
          <w:b w:val="0"/>
          <w:i w:val="0"/>
        </w:rPr>
        <w:t xml:space="preserve"> cũng cài đặt </w:t>
      </w:r>
      <w:r>
        <w:rPr>
          <w:rFonts w:ascii="Consolas" w:hAnsi="Consolas"/>
          <w:b w:val="0"/>
          <w:i w:val="0"/>
          <w:sz w:val="20"/>
        </w:rPr>
        <w:br/>
        <w:br/>
        <w:t xml:space="preserve">      Pillow</w:t>
        <w:br/>
        <w:t xml:space="preserve">     </w:t>
        <w:br/>
      </w:r>
      <w:r>
        <w:rPr>
          <w:b w:val="0"/>
          <w:i w:val="0"/>
        </w:rPr>
        <w:t xml:space="preserve"> như một dependency, mà chúng ta sẽ dùng để tạo ảnh dấu bản quyền.</w:t>
      </w:r>
    </w:p>
    <w:p>
      <w:pPr>
        <w:spacing w:after="0"/>
        <w:ind w:left="360"/>
        <w:shd w:val="clear" w:color="auto" w:fill="F2F2F2"/>
      </w:pPr>
      <w:r>
        <w:rPr>
          <w:rFonts w:ascii="Consolas" w:hAnsi="Consolas"/>
          <w:sz w:val="18"/>
        </w:rPr>
        <w:t>$ echo "pypdf==6.6.0" &gt;&gt; requirements.txt</w:t>
      </w:r>
    </w:p>
    <w:p>
      <w:pPr>
        <w:spacing w:after="0"/>
        <w:ind w:left="360"/>
        <w:shd w:val="clear" w:color="auto" w:fill="F2F2F2"/>
      </w:pPr>
      <w:r>
        <w:rPr>
          <w:rFonts w:ascii="Consolas" w:hAnsi="Consolas"/>
          <w:sz w:val="18"/>
        </w:rPr>
        <w:t>$ echo "pdf2image==1.17.0" &gt;&gt; requirements.txt</w:t>
      </w:r>
    </w:p>
    <w:p>
      <w:pPr>
        <w:spacing w:after="0"/>
        <w:ind w:left="360"/>
        <w:shd w:val="clear" w:color="auto" w:fill="F2F2F2"/>
      </w:pPr>
      <w:r>
        <w:rPr>
          <w:rFonts w:ascii="Consolas" w:hAnsi="Consolas"/>
          <w:sz w:val="18"/>
        </w:rPr>
        <w:t>$ echo "Pillow==12.0.0" &gt;&gt; requirements.txt</w:t>
      </w:r>
    </w:p>
    <w:p>
      <w:pPr>
        <w:spacing w:after="0"/>
        <w:ind w:left="360"/>
        <w:shd w:val="clear" w:color="auto" w:fill="F2F2F2"/>
      </w:pPr>
      <w:r>
        <w:rPr>
          <w:rFonts w:ascii="Consolas" w:hAnsi="Consolas"/>
          <w:sz w:val="18"/>
        </w:rPr>
        <w:t>$ pip install -r requirements.txt</w:t>
      </w:r>
    </w:p>
    <w:p>
      <w:pPr>
        <w:spacing w:after="40"/>
      </w:pPr>
    </w:p>
    <w:p>
      <w:pPr>
        <w:spacing w:after="80"/>
      </w:pPr>
      <w:r>
        <w:rPr>
          <w:b w:val="0"/>
          <w:i w:val="0"/>
        </w:rPr>
        <w:t xml:space="preserve">Chúng ta cũng cần một tệp PDF để đóng dấu bản quyền và mã hóa. Chúng ta sẽ dùng tệp </w:t>
      </w:r>
      <w:r>
        <w:rPr>
          <w:rFonts w:ascii="Consolas" w:hAnsi="Consolas"/>
          <w:b w:val="0"/>
          <w:i w:val="0"/>
          <w:sz w:val="20"/>
        </w:rPr>
        <w:br/>
        <w:br/>
        <w:t xml:space="preserve">      structure‑pdf‑report.pdf</w:t>
        <w:br/>
        <w:t xml:space="preserve">     </w:t>
        <w:br/>
      </w:r>
      <w:r>
        <w:rPr>
          <w:b w:val="0"/>
          <w:i w:val="0"/>
        </w:rPr>
        <w:t xml:space="preserve"> được tạo bởi script </w:t>
      </w:r>
      <w:r>
        <w:rPr>
          <w:rFonts w:ascii="Consolas" w:hAnsi="Consolas"/>
          <w:b w:val="0"/>
          <w:i w:val="0"/>
          <w:sz w:val="20"/>
        </w:rPr>
        <w:br/>
        <w:br/>
        <w:t xml:space="preserve">      structuring_pdf.py</w:t>
        <w:br/>
        <w:t xml:space="preserve">     </w:t>
        <w:br/>
      </w:r>
      <w:r>
        <w:rPr>
          <w:b w:val="0"/>
          <w:i w:val="0"/>
        </w:rPr>
        <w:t xml:space="preserve"> , được mô tả trong công thức </w:t>
      </w:r>
      <w:r>
        <w:rPr>
          <w:b w:val="0"/>
          <w:i/>
        </w:rPr>
        <w:t xml:space="preserve"> Cấu trúc một PDF </w:t>
      </w:r>
      <w:r>
        <w:rPr>
          <w:b w:val="0"/>
          <w:i w:val="0"/>
        </w:rPr>
        <w:t xml:space="preserve"> , có sẵn trên GitHub: </w:t>
      </w:r>
      <w:r>
        <w:rPr>
          <w:rFonts w:ascii="Consolas" w:hAnsi="Consolas"/>
          <w:b w:val="0"/>
          <w:i w:val="0"/>
          <w:sz w:val="20"/>
        </w:rPr>
        <w:br/>
        <w:br/>
        <w:t xml:space="preserve">       https://github.com/PacktPublishing/Python-Automation-Cookbook-Third-Edition/blob/master/ch05/structuring_pdf.py</w:t>
        <w:br/>
        <w:t xml:space="preserve">      </w:t>
        <w:br/>
      </w:r>
      <w:r>
        <w:rPr>
          <w:b w:val="0"/>
          <w:i w:val="0"/>
        </w:rPr>
        <w:t xml:space="preserve"> .</w:t>
      </w:r>
    </w:p>
    <w:p>
      <w:pPr>
        <w:pStyle w:val="Heading3"/>
      </w:pPr>
      <w:r>
        <w:rPr>
          <w:rFonts w:ascii="Calibri" w:hAnsi="Calibri"/>
          <w:b/>
          <w:i w:val="0"/>
          <w:sz w:val="26"/>
        </w:rPr>
        <w:t>Cách thực hiện...</w:t>
      </w:r>
    </w:p>
    <w:p>
      <w:pPr>
        <w:spacing w:after="80"/>
        <w:ind w:left="360"/>
      </w:pPr>
      <w:r>
        <w:t xml:space="preserve">1. </w:t>
      </w:r>
      <w:r>
        <w:rPr>
          <w:b w:val="0"/>
          <w:i w:val="0"/>
        </w:rPr>
        <w:t xml:space="preserve">Script, </w:t>
      </w:r>
      <w:r>
        <w:rPr>
          <w:rFonts w:ascii="Consolas" w:hAnsi="Consolas"/>
          <w:b w:val="0"/>
          <w:i w:val="0"/>
          <w:sz w:val="20"/>
        </w:rPr>
        <w:br/>
        <w:br/>
        <w:t xml:space="preserve">       watermarking_pdf.py</w:t>
        <w:br/>
        <w:t xml:space="preserve">      </w:t>
        <w:br/>
      </w:r>
      <w:r>
        <w:rPr>
          <w:b w:val="0"/>
          <w:i w:val="0"/>
        </w:rPr>
        <w:t xml:space="preserve"> , có sẵn trên GitHub ở đây: </w:t>
      </w:r>
      <w:r>
        <w:rPr>
          <w:rFonts w:ascii="Consolas" w:hAnsi="Consolas"/>
          <w:b w:val="0"/>
          <w:i w:val="0"/>
          <w:sz w:val="20"/>
        </w:rPr>
        <w:br/>
        <w:br/>
        <w:t xml:space="preserve">        https://github.com/PacktPublishing/Python-Automation-Cookbook-Third-Edition/blob/main/ch05/watermarking_pdf.py</w:t>
        <w:br/>
        <w:t xml:space="preserve">       </w:t>
        <w:br/>
      </w:r>
      <w:r>
        <w:rPr>
          <w:b w:val="0"/>
          <w:i w:val="0"/>
        </w:rPr>
        <w:t xml:space="preserve"> . Những phần quan trọng nhất được hiển thị ở đây:</w:t>
      </w:r>
    </w:p>
    <w:p>
      <w:pPr>
        <w:spacing w:after="0"/>
        <w:ind w:left="360"/>
        <w:shd w:val="clear" w:color="auto" w:fill="F2F2F2"/>
      </w:pPr>
      <w:r>
        <w:rPr>
          <w:rFonts w:ascii="Consolas" w:hAnsi="Consolas"/>
          <w:sz w:val="18"/>
        </w:rPr>
        <w:t>def encrypt(out_pdf, password):</w:t>
      </w:r>
    </w:p>
    <w:p>
      <w:pPr>
        <w:spacing w:after="0"/>
        <w:ind w:left="360"/>
        <w:shd w:val="clear" w:color="auto" w:fill="F2F2F2"/>
      </w:pPr>
      <w:r>
        <w:rPr>
          <w:rFonts w:ascii="Consolas" w:hAnsi="Consolas"/>
          <w:sz w:val="18"/>
        </w:rPr>
        <w:t xml:space="preserve">    output_pdf = pypdf.PdfWriter()</w:t>
      </w:r>
    </w:p>
    <w:p>
      <w:pPr>
        <w:spacing w:after="0"/>
        <w:ind w:left="360"/>
        <w:shd w:val="clear" w:color="auto" w:fill="F2F2F2"/>
      </w:pPr>
      <w:r>
        <w:rPr>
          <w:rFonts w:ascii="Consolas" w:hAnsi="Consolas"/>
          <w:sz w:val="18"/>
        </w:rPr>
        <w:t xml:space="preserve">    in_file = open(out_pdf, "rb")</w:t>
      </w:r>
    </w:p>
    <w:p>
      <w:pPr>
        <w:spacing w:after="0"/>
        <w:ind w:left="360"/>
        <w:shd w:val="clear" w:color="auto" w:fill="F2F2F2"/>
      </w:pPr>
      <w:r>
        <w:rPr>
          <w:rFonts w:ascii="Consolas" w:hAnsi="Consolas"/>
          <w:sz w:val="18"/>
        </w:rPr>
        <w:t xml:space="preserve">    input_pdf = pypdf.PdfReader(in_file)</w:t>
      </w:r>
    </w:p>
    <w:p>
      <w:pPr>
        <w:spacing w:after="0"/>
        <w:ind w:left="360"/>
        <w:shd w:val="clear" w:color="auto" w:fill="F2F2F2"/>
      </w:pPr>
      <w:r>
        <w:rPr>
          <w:rFonts w:ascii="Consolas" w:hAnsi="Consolas"/>
          <w:sz w:val="18"/>
        </w:rPr>
        <w:t xml:space="preserve">    output_pdf.append_pages_from_reader(input_pdf)</w:t>
      </w:r>
    </w:p>
    <w:p>
      <w:pPr>
        <w:spacing w:after="0"/>
        <w:ind w:left="360"/>
        <w:shd w:val="clear" w:color="auto" w:fill="F2F2F2"/>
      </w:pPr>
      <w:r>
        <w:rPr>
          <w:rFonts w:ascii="Consolas" w:hAnsi="Consolas"/>
          <w:sz w:val="18"/>
        </w:rPr>
        <w:t xml:space="preserve">    output_pdf.encrypt(password)</w:t>
      </w:r>
    </w:p>
    <w:p>
      <w:pPr>
        <w:spacing w:after="0"/>
        <w:ind w:left="360"/>
        <w:shd w:val="clear" w:color="auto" w:fill="F2F2F2"/>
      </w:pPr>
      <w:r>
        <w:rPr>
          <w:rFonts w:ascii="Consolas" w:hAnsi="Consolas"/>
          <w:sz w:val="18"/>
        </w:rPr>
        <w:t xml:space="preserve">    # Intermediate file</w:t>
      </w:r>
    </w:p>
    <w:p>
      <w:pPr>
        <w:spacing w:after="0"/>
        <w:ind w:left="360"/>
        <w:shd w:val="clear" w:color="auto" w:fill="F2F2F2"/>
      </w:pPr>
      <w:r>
        <w:rPr>
          <w:rFonts w:ascii="Consolas" w:hAnsi="Consolas"/>
          <w:sz w:val="18"/>
        </w:rPr>
        <w:t>with open(INTERMEDIATE_ENCRYPT_FILE, "wb") as out_file:</w:t>
      </w:r>
    </w:p>
    <w:p>
      <w:pPr>
        <w:spacing w:after="0"/>
        <w:ind w:left="360"/>
        <w:shd w:val="clear" w:color="auto" w:fill="F2F2F2"/>
      </w:pPr>
      <w:r>
        <w:rPr>
          <w:rFonts w:ascii="Consolas" w:hAnsi="Consolas"/>
          <w:sz w:val="18"/>
        </w:rPr>
        <w:t xml:space="preserve">        output_pdf.write(out_file)</w:t>
      </w:r>
    </w:p>
    <w:p>
      <w:pPr>
        <w:spacing w:after="0"/>
        <w:ind w:left="360"/>
        <w:shd w:val="clear" w:color="auto" w:fill="F2F2F2"/>
      </w:pPr>
      <w:r>
        <w:rPr>
          <w:rFonts w:ascii="Consolas" w:hAnsi="Consolas"/>
          <w:sz w:val="18"/>
        </w:rPr>
        <w:t xml:space="preserve">    in_file.close()</w:t>
      </w:r>
    </w:p>
    <w:p>
      <w:pPr>
        <w:spacing w:after="0"/>
        <w:ind w:left="360"/>
        <w:shd w:val="clear" w:color="auto" w:fill="F2F2F2"/>
      </w:pPr>
      <w:r>
        <w:rPr>
          <w:rFonts w:ascii="Consolas" w:hAnsi="Consolas"/>
          <w:sz w:val="18"/>
        </w:rPr>
        <w:t xml:space="preserve">    # Rename the intermediate file</w:t>
      </w:r>
    </w:p>
    <w:p>
      <w:pPr>
        <w:spacing w:after="0"/>
        <w:ind w:left="360"/>
        <w:shd w:val="clear" w:color="auto" w:fill="F2F2F2"/>
      </w:pPr>
      <w:r>
        <w:rPr>
          <w:rFonts w:ascii="Consolas" w:hAnsi="Consolas"/>
          <w:sz w:val="18"/>
        </w:rPr>
        <w:t xml:space="preserve">    os.rename(INTERMEDIATE_ENCRYPT_FILE, out_pdf)</w:t>
      </w:r>
    </w:p>
    <w:p>
      <w:pPr>
        <w:spacing w:after="0"/>
        <w:ind w:left="360"/>
        <w:shd w:val="clear" w:color="auto" w:fill="F2F2F2"/>
      </w:pPr>
      <w:r>
        <w:rPr>
          <w:rFonts w:ascii="Consolas" w:hAnsi="Consolas"/>
          <w:sz w:val="18"/>
        </w:rPr>
        <w:t>def create_watermark(watermarked_by):</w:t>
      </w:r>
    </w:p>
    <w:p>
      <w:pPr>
        <w:spacing w:after="0"/>
        <w:ind w:left="360"/>
        <w:shd w:val="clear" w:color="auto" w:fill="F2F2F2"/>
      </w:pPr>
      <w:r>
        <w:rPr>
          <w:rFonts w:ascii="Consolas" w:hAnsi="Consolas"/>
          <w:sz w:val="18"/>
        </w:rPr>
        <w:t xml:space="preserve">    mask = Image.new('L', WATERMARK_SIZE, 0)</w:t>
      </w:r>
    </w:p>
    <w:p>
      <w:pPr>
        <w:spacing w:after="0"/>
        <w:ind w:left="360"/>
        <w:shd w:val="clear" w:color="auto" w:fill="F2F2F2"/>
      </w:pPr>
      <w:r>
        <w:rPr>
          <w:rFonts w:ascii="Consolas" w:hAnsi="Consolas"/>
          <w:sz w:val="18"/>
        </w:rPr>
        <w:t xml:space="preserve">    draw = ImageDraw.Draw(mask)</w:t>
      </w:r>
    </w:p>
    <w:p>
      <w:pPr>
        <w:spacing w:after="0"/>
        <w:ind w:left="360"/>
        <w:shd w:val="clear" w:color="auto" w:fill="F2F2F2"/>
      </w:pPr>
      <w:r>
        <w:rPr>
          <w:rFonts w:ascii="Consolas" w:hAnsi="Consolas"/>
          <w:sz w:val="18"/>
        </w:rPr>
        <w:t xml:space="preserve">    font = ImageFont.load_default()</w:t>
      </w:r>
    </w:p>
    <w:p>
      <w:pPr>
        <w:spacing w:after="0"/>
        <w:ind w:left="360"/>
        <w:shd w:val="clear" w:color="auto" w:fill="F2F2F2"/>
      </w:pPr>
      <w:r>
        <w:rPr>
          <w:rFonts w:ascii="Consolas" w:hAnsi="Consolas"/>
          <w:sz w:val="18"/>
        </w:rPr>
        <w:t xml:space="preserve">    text = 'WATERMARKED BY {}\n{}'.format(watermarked_by, datetime.now())</w:t>
      </w:r>
    </w:p>
    <w:p>
      <w:pPr>
        <w:spacing w:after="0"/>
        <w:ind w:left="360"/>
        <w:shd w:val="clear" w:color="auto" w:fill="F2F2F2"/>
      </w:pPr>
      <w:r>
        <w:rPr>
          <w:rFonts w:ascii="Consolas" w:hAnsi="Consolas"/>
          <w:sz w:val="18"/>
        </w:rPr>
        <w:t xml:space="preserve">    draw.multiline_text((0, 100), text, 55, font=font)</w:t>
      </w:r>
    </w:p>
    <w:p>
      <w:pPr>
        <w:spacing w:after="0"/>
        <w:ind w:left="360"/>
        <w:shd w:val="clear" w:color="auto" w:fill="F2F2F2"/>
      </w:pPr>
      <w:r>
        <w:rPr>
          <w:rFonts w:ascii="Consolas" w:hAnsi="Consolas"/>
          <w:sz w:val="18"/>
        </w:rPr>
        <w:t xml:space="preserve">    watermark = Image.new('RGB', WATERMARK_SIZE)</w:t>
      </w:r>
    </w:p>
    <w:p>
      <w:pPr>
        <w:spacing w:after="0"/>
        <w:ind w:left="360"/>
        <w:shd w:val="clear" w:color="auto" w:fill="F2F2F2"/>
      </w:pPr>
      <w:r>
        <w:rPr>
          <w:rFonts w:ascii="Consolas" w:hAnsi="Consolas"/>
          <w:sz w:val="18"/>
        </w:rPr>
        <w:t xml:space="preserve">    watermark.putalpha(mask)</w:t>
      </w:r>
    </w:p>
    <w:p>
      <w:pPr>
        <w:spacing w:after="0"/>
        <w:ind w:left="360"/>
        <w:shd w:val="clear" w:color="auto" w:fill="F2F2F2"/>
      </w:pPr>
      <w:r>
        <w:rPr>
          <w:rFonts w:ascii="Consolas" w:hAnsi="Consolas"/>
          <w:sz w:val="18"/>
        </w:rPr>
        <w:t xml:space="preserve">    watermark = watermark.resize((1950, 1950))</w:t>
      </w:r>
    </w:p>
    <w:p>
      <w:pPr>
        <w:spacing w:after="0"/>
        <w:ind w:left="360"/>
        <w:shd w:val="clear" w:color="auto" w:fill="F2F2F2"/>
      </w:pPr>
      <w:r>
        <w:rPr>
          <w:rFonts w:ascii="Consolas" w:hAnsi="Consolas"/>
          <w:sz w:val="18"/>
        </w:rPr>
        <w:t xml:space="preserve">    watermark = watermark.rotate(45)</w:t>
      </w:r>
    </w:p>
    <w:p>
      <w:pPr>
        <w:spacing w:after="0"/>
        <w:ind w:left="360"/>
        <w:shd w:val="clear" w:color="auto" w:fill="F2F2F2"/>
      </w:pPr>
      <w:r>
        <w:rPr>
          <w:rFonts w:ascii="Consolas" w:hAnsi="Consolas"/>
          <w:sz w:val="18"/>
        </w:rPr>
        <w:t xml:space="preserve">    # Crop to only the watermark</w:t>
      </w:r>
    </w:p>
    <w:p>
      <w:pPr>
        <w:spacing w:after="0"/>
        <w:ind w:left="360"/>
        <w:shd w:val="clear" w:color="auto" w:fill="F2F2F2"/>
      </w:pPr>
      <w:r>
        <w:rPr>
          <w:rFonts w:ascii="Consolas" w:hAnsi="Consolas"/>
          <w:sz w:val="18"/>
        </w:rPr>
        <w:t xml:space="preserve">    bbox = watermark.getbbox()</w:t>
      </w:r>
    </w:p>
    <w:p>
      <w:pPr>
        <w:spacing w:after="0"/>
        <w:ind w:left="360"/>
        <w:shd w:val="clear" w:color="auto" w:fill="F2F2F2"/>
      </w:pPr>
      <w:r>
        <w:rPr>
          <w:rFonts w:ascii="Consolas" w:hAnsi="Consolas"/>
          <w:sz w:val="18"/>
        </w:rPr>
        <w:t xml:space="preserve">    watermark = watermark.crop(bbox)</w:t>
      </w:r>
    </w:p>
    <w:p>
      <w:pPr>
        <w:spacing w:after="0"/>
        <w:ind w:left="360"/>
        <w:shd w:val="clear" w:color="auto" w:fill="F2F2F2"/>
      </w:pPr>
      <w:r>
        <w:rPr>
          <w:rFonts w:ascii="Consolas" w:hAnsi="Consolas"/>
          <w:sz w:val="18"/>
        </w:rPr>
        <w:t xml:space="preserve">    return watermark</w:t>
      </w:r>
    </w:p>
    <w:p>
      <w:pPr>
        <w:spacing w:after="0"/>
        <w:ind w:left="360"/>
        <w:shd w:val="clear" w:color="auto" w:fill="F2F2F2"/>
      </w:pPr>
      <w:r>
        <w:rPr>
          <w:rFonts w:ascii="Consolas" w:hAnsi="Consolas"/>
          <w:sz w:val="18"/>
        </w:rPr>
        <w:t>def apply_watermark(watermark, in_pdf, out_pdf):</w:t>
      </w:r>
    </w:p>
    <w:p>
      <w:pPr>
        <w:spacing w:after="0"/>
        <w:ind w:left="360"/>
        <w:shd w:val="clear" w:color="auto" w:fill="F2F2F2"/>
      </w:pPr>
      <w:r>
        <w:rPr>
          <w:rFonts w:ascii="Consolas" w:hAnsi="Consolas"/>
          <w:sz w:val="18"/>
        </w:rPr>
        <w:t xml:space="preserve">    # Transform from PDF to images</w:t>
      </w:r>
    </w:p>
    <w:p>
      <w:pPr>
        <w:spacing w:after="0"/>
        <w:ind w:left="360"/>
        <w:shd w:val="clear" w:color="auto" w:fill="F2F2F2"/>
      </w:pPr>
      <w:r>
        <w:rPr>
          <w:rFonts w:ascii="Consolas" w:hAnsi="Consolas"/>
          <w:sz w:val="18"/>
        </w:rPr>
        <w:t xml:space="preserve">    images = convert_from_path(in_pdf)</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Paste the watermark in each page</w:t>
      </w:r>
    </w:p>
    <w:p>
      <w:pPr>
        <w:spacing w:after="0"/>
        <w:ind w:left="360"/>
        <w:shd w:val="clear" w:color="auto" w:fill="F2F2F2"/>
      </w:pPr>
      <w:r>
        <w:rPr>
          <w:rFonts w:ascii="Consolas" w:hAnsi="Consolas"/>
          <w:sz w:val="18"/>
        </w:rPr>
        <w:t>for image in images:</w:t>
      </w:r>
    </w:p>
    <w:p>
      <w:pPr>
        <w:spacing w:after="0"/>
        <w:ind w:left="360"/>
        <w:shd w:val="clear" w:color="auto" w:fill="F2F2F2"/>
      </w:pPr>
      <w:r>
        <w:rPr>
          <w:rFonts w:ascii="Consolas" w:hAnsi="Consolas"/>
          <w:sz w:val="18"/>
        </w:rPr>
        <w:t xml:space="preserve">        image.paste(watermark, position, watermark)</w:t>
      </w:r>
    </w:p>
    <w:p>
      <w:pPr>
        <w:spacing w:after="0"/>
        <w:ind w:left="360"/>
        <w:shd w:val="clear" w:color="auto" w:fill="F2F2F2"/>
      </w:pPr>
      <w:r>
        <w:rPr>
          <w:rFonts w:ascii="Consolas" w:hAnsi="Consolas"/>
          <w:sz w:val="18"/>
        </w:rPr>
        <w:t xml:space="preserve">    # Save the resulting PDF</w:t>
      </w:r>
    </w:p>
    <w:p>
      <w:pPr>
        <w:spacing w:after="0"/>
        <w:ind w:left="360"/>
        <w:shd w:val="clear" w:color="auto" w:fill="F2F2F2"/>
      </w:pPr>
      <w:r>
        <w:rPr>
          <w:rFonts w:ascii="Consolas" w:hAnsi="Consolas"/>
          <w:sz w:val="18"/>
        </w:rPr>
        <w:t xml:space="preserve">    images[0].save(out_pdf, save_all=True, append_images=images[1:])</w:t>
      </w:r>
    </w:p>
    <w:p>
      <w:pPr>
        <w:spacing w:after="40"/>
      </w:pPr>
    </w:p>
    <w:p>
      <w:pPr>
        <w:spacing w:after="80"/>
        <w:ind w:left="360"/>
      </w:pPr>
      <w:r>
        <w:t xml:space="preserve">2. </w:t>
      </w:r>
      <w:r>
        <w:rPr>
          <w:b w:val="0"/>
          <w:i w:val="0"/>
        </w:rPr>
        <w:t>Đóng dấu bản quyền cho tệp PDF bằng lệnh sau:</w:t>
      </w:r>
    </w:p>
    <w:p>
      <w:pPr>
        <w:spacing w:after="0"/>
        <w:ind w:left="360"/>
        <w:shd w:val="clear" w:color="auto" w:fill="F2F2F2"/>
      </w:pPr>
      <w:r>
        <w:rPr>
          <w:rFonts w:ascii="Consolas" w:hAnsi="Consolas"/>
          <w:sz w:val="18"/>
        </w:rPr>
        <w:t>$ uv run watermarking_pdf.py structure-pdf-report.pdf -u automate_user -o out.pdf</w:t>
      </w:r>
    </w:p>
    <w:p>
      <w:pPr>
        <w:spacing w:after="0"/>
        <w:ind w:left="360"/>
        <w:shd w:val="clear" w:color="auto" w:fill="F2F2F2"/>
      </w:pPr>
      <w:r>
        <w:rPr>
          <w:rFonts w:ascii="Consolas" w:hAnsi="Consolas"/>
          <w:sz w:val="18"/>
        </w:rPr>
        <w:t>Creating a watermark</w:t>
      </w:r>
    </w:p>
    <w:p>
      <w:pPr>
        <w:spacing w:after="0"/>
        <w:ind w:left="360"/>
        <w:shd w:val="clear" w:color="auto" w:fill="F2F2F2"/>
      </w:pPr>
      <w:r>
        <w:rPr>
          <w:rFonts w:ascii="Consolas" w:hAnsi="Consolas"/>
          <w:sz w:val="18"/>
        </w:rPr>
        <w:t>Watermarking the document</w:t>
      </w:r>
    </w:p>
    <w:p>
      <w:pPr>
        <w:spacing w:after="40"/>
      </w:pPr>
    </w:p>
    <w:p>
      <w:pPr>
        <w:spacing w:after="80"/>
        <w:ind w:left="360"/>
      </w:pPr>
      <w:r>
        <w:t xml:space="preserve">3. </w:t>
      </w:r>
      <w:r>
        <w:rPr>
          <w:b w:val="0"/>
          <w:i w:val="0"/>
        </w:rPr>
        <w:t xml:space="preserve">Kiểm tra rằng tài liệu đã thêm dấu bản quyền với </w:t>
      </w:r>
      <w:r>
        <w:rPr>
          <w:rFonts w:ascii="Consolas" w:hAnsi="Consolas"/>
          <w:b w:val="0"/>
          <w:i w:val="0"/>
          <w:sz w:val="20"/>
        </w:rPr>
        <w:br/>
        <w:br/>
        <w:t xml:space="preserve">       automate_user</w:t>
        <w:br/>
        <w:t xml:space="preserve">      </w:t>
        <w:br/>
      </w:r>
      <w:r>
        <w:rPr>
          <w:b w:val="0"/>
          <w:i w:val="0"/>
        </w:rPr>
        <w:t xml:space="preserve"> và một dấu thời gian (timestamp) vào tất cả các trang của </w:t>
      </w:r>
      <w:r>
        <w:rPr>
          <w:rFonts w:ascii="Consolas" w:hAnsi="Consolas"/>
          <w:b w:val="0"/>
          <w:i w:val="0"/>
          <w:sz w:val="20"/>
        </w:rPr>
        <w:br/>
        <w:br/>
        <w:t xml:space="preserve">       out.pdf</w:t>
        <w:br/>
        <w:t xml:space="preserve">      </w:t>
        <w:br/>
      </w:r>
      <w:r>
        <w:rPr>
          <w:b w:val="0"/>
          <w:i w:val="0"/>
        </w:rPr>
        <w:t xml:space="preserve"> :</w:t>
      </w:r>
    </w:p>
    <w:p>
      <w:pPr>
        <w:jc w:val="center"/>
      </w:pPr>
      <w:r>
        <w:drawing>
          <wp:inline xmlns:a="http://schemas.openxmlformats.org/drawingml/2006/main" xmlns:pic="http://schemas.openxmlformats.org/drawingml/2006/picture">
            <wp:extent cx="5486400" cy="4088874"/>
            <wp:docPr id="38" name="Picture 38"/>
            <wp:cNvGraphicFramePr>
              <a:graphicFrameLocks noChangeAspect="1"/>
            </wp:cNvGraphicFramePr>
            <a:graphic>
              <a:graphicData uri="http://schemas.openxmlformats.org/drawingml/2006/picture">
                <pic:pic>
                  <pic:nvPicPr>
                    <pic:cNvPr id="0" name="B36973_5_13.png"/>
                    <pic:cNvPicPr/>
                  </pic:nvPicPr>
                  <pic:blipFill>
                    <a:blip r:embed="rId44"/>
                    <a:stretch>
                      <a:fillRect/>
                    </a:stretch>
                  </pic:blipFill>
                  <pic:spPr>
                    <a:xfrm>
                      <a:off x="0" y="0"/>
                      <a:ext cx="5486400" cy="4088874"/>
                    </a:xfrm>
                    <a:prstGeom prst="rect"/>
                  </pic:spPr>
                </pic:pic>
              </a:graphicData>
            </a:graphic>
          </wp:inline>
        </w:drawing>
      </w:r>
    </w:p>
    <w:p>
      <w:pPr>
        <w:spacing w:after="160"/>
        <w:jc w:val="center"/>
      </w:pPr>
      <w:r>
        <w:rPr>
          <w:rFonts w:ascii="Calibri" w:hAnsi="Calibri"/>
          <w:b w:val="0"/>
          <w:i/>
          <w:sz w:val="19"/>
        </w:rPr>
        <w:t>Hình 5.13: Nội dung đã được đóng dấu mờ (watermark) của out.pdf</w:t>
      </w:r>
    </w:p>
    <w:p>
      <w:pPr>
        <w:spacing w:after="80"/>
        <w:ind w:left="360"/>
      </w:pPr>
      <w:r>
        <w:t xml:space="preserve">4. </w:t>
      </w:r>
      <w:r>
        <w:rPr>
          <w:b w:val="0"/>
          <w:i w:val="0"/>
        </w:rPr>
        <w:t>Đóng dấu mờ và mã hóa bằng lệnh sau. Lưu ý rằng việc mã hóa tệp có thể mất một chút thời gian:</w:t>
      </w:r>
    </w:p>
    <w:p>
      <w:pPr>
        <w:spacing w:after="0"/>
        <w:ind w:left="360"/>
        <w:shd w:val="clear" w:color="auto" w:fill="F2F2F2"/>
      </w:pPr>
      <w:r>
        <w:rPr>
          <w:rFonts w:ascii="Consolas" w:hAnsi="Consolas"/>
          <w:sz w:val="18"/>
        </w:rPr>
        <w:t>$ uv run watermarking_pdf.py report.pdf -u automate_user -o out.pdf -p secretpassword</w:t>
      </w:r>
    </w:p>
    <w:p>
      <w:pPr>
        <w:spacing w:after="0"/>
        <w:ind w:left="360"/>
        <w:shd w:val="clear" w:color="auto" w:fill="F2F2F2"/>
      </w:pPr>
      <w:r>
        <w:rPr>
          <w:rFonts w:ascii="Consolas" w:hAnsi="Consolas"/>
          <w:sz w:val="18"/>
        </w:rPr>
        <w:t>Creating a watermark</w:t>
      </w:r>
    </w:p>
    <w:p>
      <w:pPr>
        <w:spacing w:after="0"/>
        <w:ind w:left="360"/>
        <w:shd w:val="clear" w:color="auto" w:fill="F2F2F2"/>
      </w:pPr>
      <w:r>
        <w:rPr>
          <w:rFonts w:ascii="Consolas" w:hAnsi="Consolas"/>
          <w:sz w:val="18"/>
        </w:rPr>
        <w:t>Watermarking the document</w:t>
      </w:r>
    </w:p>
    <w:p>
      <w:pPr>
        <w:spacing w:after="0"/>
        <w:ind w:left="360"/>
        <w:shd w:val="clear" w:color="auto" w:fill="F2F2F2"/>
      </w:pPr>
      <w:r>
        <w:rPr>
          <w:rFonts w:ascii="Consolas" w:hAnsi="Consolas"/>
          <w:sz w:val="18"/>
        </w:rPr>
        <w:t>Encrypting the document</w:t>
      </w:r>
    </w:p>
    <w:p>
      <w:pPr>
        <w:spacing w:after="40"/>
      </w:pPr>
    </w:p>
    <w:p>
      <w:pPr>
        <w:spacing w:after="80"/>
        <w:ind w:left="360"/>
      </w:pPr>
      <w:r>
        <w:t xml:space="preserve">5. </w:t>
      </w:r>
      <w:r>
        <w:rPr>
          <w:b w:val="0"/>
          <w:i w:val="0"/>
        </w:rPr>
        <w:t xml:space="preserve">Mở tệp kết quả, </w:t>
      </w:r>
      <w:r>
        <w:rPr>
          <w:rFonts w:ascii="Consolas" w:hAnsi="Consolas"/>
          <w:b w:val="0"/>
          <w:i w:val="0"/>
          <w:sz w:val="20"/>
        </w:rPr>
        <w:br/>
        <w:br/>
        <w:t xml:space="preserve">       out.pdf</w:t>
        <w:br/>
        <w:t xml:space="preserve">      </w:t>
        <w:br/>
      </w:r>
      <w:r>
        <w:rPr>
          <w:b w:val="0"/>
          <w:i w:val="0"/>
        </w:rPr>
        <w:t xml:space="preserve"> , và kiểm tra rằng nó yêu cầu bạn nhập mật khẩu </w:t>
      </w:r>
      <w:r>
        <w:rPr>
          <w:rFonts w:ascii="Consolas" w:hAnsi="Consolas"/>
          <w:b w:val="0"/>
          <w:i w:val="0"/>
          <w:sz w:val="20"/>
        </w:rPr>
        <w:br/>
        <w:br/>
        <w:t xml:space="preserve">       secretpassword</w:t>
        <w:br/>
        <w:t xml:space="preserve">      </w:t>
        <w:br/>
      </w:r>
      <w:r>
        <w:rPr>
          <w:b w:val="0"/>
          <w:i w:val="0"/>
        </w:rPr>
        <w:t xml:space="preserve"> . Dấu thời gian (timestamp) cũng sẽ mới.</w:t>
      </w:r>
    </w:p>
    <w:p>
      <w:pPr>
        <w:pStyle w:val="Heading3"/>
      </w:pPr>
      <w:r>
        <w:rPr>
          <w:rFonts w:ascii="Calibri" w:hAnsi="Calibri"/>
          <w:b/>
          <w:i w:val="0"/>
          <w:sz w:val="26"/>
        </w:rPr>
        <w:t>Cách hoạt động...</w:t>
      </w:r>
    </w:p>
    <w:p>
      <w:pPr>
        <w:spacing w:after="80"/>
      </w:pPr>
      <w:r>
        <w:rPr>
          <w:b w:val="0"/>
          <w:i w:val="0"/>
        </w:rPr>
        <w:t xml:space="preserve">Script </w:t>
      </w:r>
      <w:r>
        <w:rPr>
          <w:rFonts w:ascii="Consolas" w:hAnsi="Consolas"/>
          <w:b w:val="0"/>
          <w:i w:val="0"/>
          <w:sz w:val="20"/>
        </w:rPr>
        <w:br/>
        <w:br/>
        <w:t xml:space="preserve">      watermarking_pdf.py</w:t>
        <w:br/>
        <w:t xml:space="preserve">     </w:t>
        <w:br/>
      </w:r>
      <w:r>
        <w:rPr>
          <w:b w:val="0"/>
          <w:i w:val="0"/>
        </w:rPr>
        <w:t xml:space="preserve"> đầu tiên lấy các tham số từ dòng lệnh bằng </w:t>
      </w:r>
      <w:r>
        <w:rPr>
          <w:rFonts w:ascii="Consolas" w:hAnsi="Consolas"/>
          <w:b w:val="0"/>
          <w:i w:val="0"/>
          <w:sz w:val="20"/>
        </w:rPr>
        <w:br/>
        <w:br/>
        <w:t xml:space="preserve">      argparse</w:t>
        <w:br/>
        <w:t xml:space="preserve">     </w:t>
        <w:br/>
      </w:r>
      <w:r>
        <w:rPr>
          <w:b w:val="0"/>
          <w:i w:val="0"/>
        </w:rPr>
        <w:t xml:space="preserve"> , rồi truyền chúng vào hàm </w:t>
      </w:r>
      <w:r>
        <w:rPr>
          <w:rFonts w:ascii="Consolas" w:hAnsi="Consolas"/>
          <w:b w:val="0"/>
          <w:i w:val="0"/>
          <w:sz w:val="20"/>
        </w:rPr>
        <w:br/>
        <w:br/>
        <w:t xml:space="preserve">      main</w:t>
        <w:br/>
        <w:t xml:space="preserve">     </w:t>
        <w:br/>
      </w:r>
      <w:r>
        <w:rPr>
          <w:b w:val="0"/>
          <w:i w:val="0"/>
        </w:rPr>
        <w:t xml:space="preserve"> — hàm này gọi ba hàm còn lại: </w:t>
      </w:r>
      <w:r>
        <w:rPr>
          <w:rFonts w:ascii="Consolas" w:hAnsi="Consolas"/>
          <w:b w:val="0"/>
          <w:i w:val="0"/>
          <w:sz w:val="20"/>
        </w:rPr>
        <w:br/>
        <w:br/>
        <w:t xml:space="preserve">      create_watermark</w:t>
        <w:br/>
        <w:t xml:space="preserve">     </w:t>
        <w:br/>
      </w:r>
      <w:r>
        <w:rPr>
          <w:b w:val="0"/>
          <w:i w:val="0"/>
        </w:rPr>
        <w:t xml:space="preserve"> , </w:t>
      </w:r>
      <w:r>
        <w:rPr>
          <w:rFonts w:ascii="Consolas" w:hAnsi="Consolas"/>
          <w:b w:val="0"/>
          <w:i w:val="0"/>
          <w:sz w:val="20"/>
        </w:rPr>
        <w:br/>
        <w:br/>
        <w:t xml:space="preserve">      apply_watermark</w:t>
        <w:br/>
        <w:t xml:space="preserve">     </w:t>
        <w:br/>
      </w:r>
      <w:r>
        <w:rPr>
          <w:b w:val="0"/>
          <w:i w:val="0"/>
        </w:rPr>
        <w:t xml:space="preserve"> , và nếu có dùng mật khẩu thì gọi thêm </w:t>
      </w:r>
      <w:r>
        <w:rPr>
          <w:rFonts w:ascii="Consolas" w:hAnsi="Consolas"/>
          <w:b w:val="0"/>
          <w:i w:val="0"/>
          <w:sz w:val="20"/>
        </w:rPr>
        <w:br/>
        <w:br/>
        <w:t xml:space="preserve">      encrypt</w:t>
        <w:br/>
        <w:t xml:space="preserve">     </w:t>
        <w:br/>
      </w:r>
      <w:r>
        <w:rPr>
          <w:b w:val="0"/>
          <w:i w:val="0"/>
        </w:rPr>
        <w:t xml:space="preserve"> .</w:t>
      </w:r>
    </w:p>
    <w:p>
      <w:pPr>
        <w:spacing w:after="80"/>
      </w:pPr>
      <w:r>
        <w:rPr>
          <w:rFonts w:ascii="Consolas" w:hAnsi="Consolas"/>
          <w:b w:val="0"/>
          <w:i w:val="0"/>
          <w:sz w:val="20"/>
        </w:rPr>
        <w:br/>
        <w:br/>
        <w:t xml:space="preserve">      create_watermark</w:t>
        <w:br/>
        <w:t xml:space="preserve">     </w:t>
        <w:br/>
      </w:r>
      <w:r>
        <w:rPr>
          <w:b w:val="0"/>
          <w:i w:val="0"/>
        </w:rPr>
        <w:t xml:space="preserve"> tạo ra một hình ảnh chứa dấu mờ. Nó dùng lớp </w:t>
      </w:r>
      <w:r>
        <w:rPr>
          <w:rFonts w:ascii="Consolas" w:hAnsi="Consolas"/>
          <w:b w:val="0"/>
          <w:i w:val="0"/>
          <w:sz w:val="20"/>
        </w:rPr>
        <w:br/>
        <w:br/>
        <w:t xml:space="preserve">      Pillow Image</w:t>
        <w:br/>
        <w:t xml:space="preserve">     </w:t>
        <w:br/>
      </w:r>
      <w:r>
        <w:rPr>
          <w:b w:val="0"/>
          <w:i w:val="0"/>
        </w:rPr>
        <w:t xml:space="preserve"> để tạo một hình ảnh màu xám (chế độ L) và vẽ văn bản lên đó. Sau đó hình ảnh này được áp làm kênh alpha (alpha channel) cho một hình ảnh mới, khiến hình ảnh trở nên bán trong suốt để hiển thị văn bản làm dấu mờ.</w:t>
      </w:r>
    </w:p>
    <w:p>
      <w:pPr>
        <w:spacing w:after="80"/>
      </w:pPr>
      <w:r>
        <w:rPr>
          <w:b/>
          <w:i w:val="0"/>
        </w:rPr>
        <w:t>Lưu ý</w:t>
      </w:r>
    </w:p>
    <w:p>
      <w:pPr>
        <w:spacing w:after="80"/>
      </w:pPr>
      <w:r>
        <w:rPr>
          <w:b w:val="0"/>
          <w:i w:val="0"/>
        </w:rPr>
        <w:t>Kênh alpha làm cho mọi thứ màu trắng (màu 0) trở nên hoàn toàn trong suốt và mọi thứ màu đen (màu 255) trở nên hoàn toàn đục. Trong trường hợp này, nền là màu trắng (hoàn toàn trong suốt) và màu của văn bản là 55, khiến nó bán trong suốt.</w:t>
      </w:r>
    </w:p>
    <w:p>
      <w:pPr>
        <w:spacing w:after="80"/>
      </w:pPr>
      <w:r>
        <w:rPr>
          <w:b w:val="0"/>
          <w:i w:val="0"/>
        </w:rPr>
        <w:t>Sau đó hình ảnh được xoay 45 độ và cắt bớt để giảm phần nền trong suốt có thể đã xuất hiện. Việc này giúp căn giữa hình ảnh và cho phép định vị tốt hơn.</w:t>
      </w:r>
    </w:p>
    <w:p>
      <w:pPr>
        <w:spacing w:after="80"/>
      </w:pPr>
      <w:r>
        <w:rPr>
          <w:b w:val="0"/>
          <w:i w:val="0"/>
        </w:rPr>
        <w:t xml:space="preserve">Ở bước tiếp theo, </w:t>
      </w:r>
      <w:r>
        <w:rPr>
          <w:rFonts w:ascii="Consolas" w:hAnsi="Consolas"/>
          <w:b w:val="0"/>
          <w:i w:val="0"/>
          <w:sz w:val="20"/>
        </w:rPr>
        <w:br/>
        <w:br/>
        <w:t xml:space="preserve">      apply_watermark</w:t>
        <w:br/>
        <w:t xml:space="preserve">     </w:t>
        <w:br/>
      </w:r>
      <w:r>
        <w:rPr>
          <w:b w:val="0"/>
          <w:i w:val="0"/>
        </w:rPr>
        <w:t xml:space="preserve"> chuyển PDF thành một chuỗi các </w:t>
      </w:r>
      <w:r>
        <w:rPr>
          <w:rFonts w:ascii="Consolas" w:hAnsi="Consolas"/>
          <w:b w:val="0"/>
          <w:i w:val="0"/>
          <w:sz w:val="20"/>
        </w:rPr>
        <w:br/>
        <w:br/>
        <w:t xml:space="preserve">      Pillow Images</w:t>
        <w:br/>
        <w:t xml:space="preserve">     </w:t>
        <w:br/>
      </w:r>
      <w:r>
        <w:rPr>
          <w:b w:val="0"/>
          <w:i w:val="0"/>
        </w:rPr>
        <w:t xml:space="preserve"> bằng mô-đun </w:t>
      </w:r>
      <w:r>
        <w:rPr>
          <w:rFonts w:ascii="Consolas" w:hAnsi="Consolas"/>
          <w:b w:val="0"/>
          <w:i w:val="0"/>
          <w:sz w:val="20"/>
        </w:rPr>
        <w:br/>
        <w:br/>
        <w:t xml:space="preserve">      pdf2image</w:t>
        <w:br/>
        <w:t xml:space="preserve">     </w:t>
        <w:br/>
      </w:r>
      <w:r>
        <w:rPr>
          <w:b w:val="0"/>
          <w:i w:val="0"/>
        </w:rPr>
        <w:t xml:space="preserve"> . Nó tính toán vị trí để áp dấu mờ rồi dán dấu mờ vào.</w:t>
      </w:r>
    </w:p>
    <w:p>
      <w:pPr>
        <w:spacing w:after="80"/>
      </w:pPr>
      <w:r>
        <w:rPr>
          <w:b/>
          <w:i w:val="0"/>
        </w:rPr>
        <w:t>Lưu ý</w:t>
      </w:r>
    </w:p>
    <w:p>
      <w:pPr>
        <w:spacing w:after="80"/>
      </w:pPr>
      <w:r>
        <w:rPr>
          <w:b w:val="0"/>
          <w:i w:val="0"/>
        </w:rPr>
        <w:t>Chúng ta cần thực hiện một phép tính để định vị hình ảnh dấu mờ vào giữa trang. Vị trí chèn hình ảnh được tham chiếu theo góc trên bên trái, nghĩa là chúng ta cần dịch chuyển theo chiều dọc và chiều ngang lần lượt bằng một nửa chênh lệch về chiều cao và chiều rộng giữa dấu mờ và toàn bộ trang. Trong Pillow, điểm tham chiếu là góc trên bên trái của hình ảnh. Lưu ý rằng script giả định tất cả các trang của tài liệu đều có cùng kích thước.</w:t>
      </w:r>
    </w:p>
    <w:p>
      <w:pPr>
        <w:jc w:val="center"/>
      </w:pPr>
      <w:r>
        <w:drawing>
          <wp:inline xmlns:a="http://schemas.openxmlformats.org/drawingml/2006/main" xmlns:pic="http://schemas.openxmlformats.org/drawingml/2006/picture">
            <wp:extent cx="5486400" cy="4420293"/>
            <wp:docPr id="39" name="Picture 39"/>
            <wp:cNvGraphicFramePr>
              <a:graphicFrameLocks noChangeAspect="1"/>
            </wp:cNvGraphicFramePr>
            <a:graphic>
              <a:graphicData uri="http://schemas.openxmlformats.org/drawingml/2006/picture">
                <pic:pic>
                  <pic:nvPicPr>
                    <pic:cNvPr id="0" name="B36973_5_14.png"/>
                    <pic:cNvPicPr/>
                  </pic:nvPicPr>
                  <pic:blipFill>
                    <a:blip r:embed="rId45"/>
                    <a:stretch>
                      <a:fillRect/>
                    </a:stretch>
                  </pic:blipFill>
                  <pic:spPr>
                    <a:xfrm>
                      <a:off x="0" y="0"/>
                      <a:ext cx="5486400" cy="4420293"/>
                    </a:xfrm>
                    <a:prstGeom prst="rect"/>
                  </pic:spPr>
                </pic:pic>
              </a:graphicData>
            </a:graphic>
          </wp:inline>
        </w:drawing>
      </w:r>
    </w:p>
    <w:p>
      <w:pPr>
        <w:spacing w:after="160"/>
        <w:jc w:val="center"/>
      </w:pPr>
      <w:r>
        <w:rPr>
          <w:rFonts w:ascii="Calibri" w:hAnsi="Calibri"/>
          <w:b w:val="0"/>
          <w:i/>
          <w:sz w:val="19"/>
        </w:rPr>
        <w:t>Hình 5.14: Định vị dấu mờ</w:t>
      </w:r>
    </w:p>
    <w:p>
      <w:pPr>
        <w:spacing w:after="80"/>
      </w:pPr>
      <w:r>
        <w:rPr>
          <w:b w:val="0"/>
          <w:i w:val="0"/>
        </w:rPr>
        <w:t xml:space="preserve">Cuối cùng, kết quả được lưu vào một tệp PDF. Hãy chú ý tham số </w:t>
      </w:r>
      <w:r>
        <w:rPr>
          <w:rFonts w:ascii="Consolas" w:hAnsi="Consolas"/>
          <w:b w:val="0"/>
          <w:i w:val="0"/>
          <w:sz w:val="20"/>
        </w:rPr>
        <w:br/>
        <w:br/>
        <w:t xml:space="preserve">      save_all</w:t>
        <w:br/>
        <w:t xml:space="preserve">     </w:t>
        <w:br/>
      </w:r>
      <w:r>
        <w:rPr>
          <w:b w:val="0"/>
          <w:i w:val="0"/>
        </w:rPr>
        <w:t xml:space="preserve"> , cho phép chúng ta lưu một PDF nhiều trang.</w:t>
      </w:r>
    </w:p>
    <w:p>
      <w:pPr>
        <w:spacing w:after="80"/>
      </w:pPr>
      <w:r>
        <w:rPr>
          <w:b w:val="0"/>
          <w:i w:val="0"/>
        </w:rPr>
        <w:t xml:space="preserve">Nếu có chỉ định mật khẩu, hàm </w:t>
      </w:r>
      <w:r>
        <w:rPr>
          <w:rFonts w:ascii="Consolas" w:hAnsi="Consolas"/>
          <w:b w:val="0"/>
          <w:i w:val="0"/>
          <w:sz w:val="20"/>
        </w:rPr>
        <w:br/>
        <w:br/>
        <w:t xml:space="preserve">      encrypt</w:t>
        <w:br/>
        <w:t xml:space="preserve">     </w:t>
        <w:br/>
      </w:r>
      <w:r>
        <w:rPr>
          <w:b w:val="0"/>
          <w:i w:val="0"/>
        </w:rPr>
        <w:t xml:space="preserve"> sẽ được gọi. Nó mở PDF đầu ra bằng </w:t>
      </w:r>
      <w:r>
        <w:rPr>
          <w:rFonts w:ascii="Consolas" w:hAnsi="Consolas"/>
          <w:b w:val="0"/>
          <w:i w:val="0"/>
          <w:sz w:val="20"/>
        </w:rPr>
        <w:br/>
        <w:br/>
        <w:t xml:space="preserve">      PdfReader</w:t>
        <w:br/>
        <w:t xml:space="preserve">     </w:t>
        <w:br/>
      </w:r>
      <w:r>
        <w:rPr>
          <w:b w:val="0"/>
          <w:i w:val="0"/>
        </w:rPr>
        <w:t xml:space="preserve"> và tạo một PDF trung gian mới bằng </w:t>
      </w:r>
      <w:r>
        <w:rPr>
          <w:rFonts w:ascii="Consolas" w:hAnsi="Consolas"/>
          <w:b w:val="0"/>
          <w:i w:val="0"/>
          <w:sz w:val="20"/>
        </w:rPr>
        <w:br/>
        <w:br/>
        <w:t xml:space="preserve">      PdfWriter</w:t>
        <w:br/>
        <w:t xml:space="preserve">     </w:t>
        <w:br/>
      </w:r>
      <w:r>
        <w:rPr>
          <w:b w:val="0"/>
          <w:i w:val="0"/>
        </w:rPr>
        <w:t xml:space="preserve"> . Tất cả các trang của PDF đầu ra được thêm vào PDF mới, PDF được mã hóa, rồi PDF trung gian được đổi tên thành PDF đầu ra bằng </w:t>
      </w:r>
      <w:r>
        <w:rPr>
          <w:rFonts w:ascii="Consolas" w:hAnsi="Consolas"/>
          <w:b w:val="0"/>
          <w:i w:val="0"/>
          <w:sz w:val="20"/>
        </w:rPr>
        <w:br/>
        <w:br/>
        <w:t xml:space="preserve">      os.rename</w:t>
        <w:br/>
        <w:t xml:space="preserve">     </w:t>
        <w:br/>
      </w:r>
      <w:r>
        <w:rPr>
          <w:b w:val="0"/>
          <w:i w:val="0"/>
        </w:rPr>
        <w:t xml:space="preserve"> .</w:t>
      </w:r>
    </w:p>
    <w:p>
      <w:pPr>
        <w:pStyle w:val="Heading3"/>
      </w:pPr>
      <w:r>
        <w:rPr>
          <w:rFonts w:ascii="Calibri" w:hAnsi="Calibri"/>
          <w:b/>
          <w:i w:val="0"/>
          <w:sz w:val="26"/>
        </w:rPr>
        <w:t>Còn nhiều thứ khác...</w:t>
      </w:r>
    </w:p>
    <w:p>
      <w:pPr>
        <w:spacing w:after="80"/>
      </w:pPr>
      <w:r>
        <w:rPr>
          <w:b w:val="0"/>
          <w:i w:val="0"/>
        </w:rPr>
        <w:t>Trong quá trình tạo watermark (dấu chìm), hãy lưu ý rằng các trang được chuyển từ văn bản sang hình ảnh. Điều này tăng thêm lớp bảo vệ vì văn bản sẽ không thể được trích xuất trực tiếp dưới dạng văn bản. Khi bảo vệ một tệp, đây là một ý tưởng hay, vì nó sẽ ngăn chặn việc sao chép/dán trực tiếp.</w:t>
      </w:r>
    </w:p>
    <w:p>
      <w:pPr>
        <w:spacing w:after="80"/>
      </w:pPr>
      <w:r>
        <w:rPr>
          <w:b/>
          <w:i w:val="0"/>
        </w:rPr>
        <w:t>Mẹo</w:t>
      </w:r>
    </w:p>
    <w:p>
      <w:pPr>
        <w:spacing w:after="80"/>
      </w:pPr>
      <w:r>
        <w:rPr>
          <w:b w:val="0"/>
          <w:i w:val="0"/>
        </w:rPr>
        <w:t xml:space="preserve">Việc chuyển đổi các trang từ văn bản sang dạng hình ảnh không phải là một biện pháp bảo mật to lớn vì văn bản có thể được trích xuất thông qua các công cụ OCR, như chúng ta đã thấy trong </w:t>
      </w:r>
      <w:r>
        <w:rPr>
          <w:b w:val="0"/>
          <w:i/>
        </w:rPr>
        <w:t xml:space="preserve"> Chương 4 </w:t>
      </w:r>
      <w:r>
        <w:rPr>
          <w:b w:val="0"/>
          <w:i w:val="0"/>
        </w:rPr>
        <w:t>. Nhưng nó bảo vệ chống lại việc trích xuất văn bản một cách tùy tiện. Kích thước tệp đầu ra cũng lớn hơn nhiều, khoảng 30 MB, điều này cũng khiến việc mã hóa và giải mã chậm hơn.</w:t>
      </w:r>
    </w:p>
    <w:p>
      <w:pPr>
        <w:spacing w:after="80"/>
      </w:pPr>
      <w:r>
        <w:rPr>
          <w:b w:val="0"/>
          <w:i w:val="0"/>
        </w:rPr>
        <w:t>Phông chữ mặc định từ Pillow có thể hơi thô. Một phông chữ khác, nếu có sẵn tệp TrueType hoặc OpenType, có thể được thêm vào và sử dụng bằng cách gọi như sau:</w:t>
      </w:r>
    </w:p>
    <w:p>
      <w:pPr>
        <w:spacing w:after="0"/>
        <w:ind w:left="360"/>
        <w:shd w:val="clear" w:color="auto" w:fill="F2F2F2"/>
      </w:pPr>
      <w:r>
        <w:rPr>
          <w:rFonts w:ascii="Consolas" w:hAnsi="Consolas"/>
          <w:sz w:val="18"/>
        </w:rPr>
        <w:t>font = ImageFont.truetype('my_font.ttf', SIZE)</w:t>
      </w:r>
    </w:p>
    <w:p>
      <w:pPr>
        <w:spacing w:after="40"/>
      </w:pPr>
    </w:p>
    <w:p>
      <w:pPr>
        <w:spacing w:after="80"/>
      </w:pPr>
      <w:r>
        <w:rPr>
          <w:b w:val="0"/>
          <w:i w:val="0"/>
        </w:rPr>
        <w:t xml:space="preserve">Lưu ý rằng điều này có thể yêu cầu cài đặt các thư viện </w:t>
      </w:r>
      <w:r>
        <w:rPr>
          <w:rFonts w:ascii="Consolas" w:hAnsi="Consolas"/>
          <w:b w:val="0"/>
          <w:i w:val="0"/>
          <w:sz w:val="20"/>
        </w:rPr>
        <w:br/>
        <w:br/>
        <w:t xml:space="preserve">      FreeType</w:t>
        <w:br/>
        <w:t xml:space="preserve">     </w:t>
        <w:br/>
      </w:r>
      <w:r>
        <w:rPr>
          <w:b w:val="0"/>
          <w:i w:val="0"/>
        </w:rPr>
        <w:t xml:space="preserve">, thường có sẵn như một phần của gói </w:t>
      </w:r>
      <w:r>
        <w:rPr>
          <w:rFonts w:ascii="Consolas" w:hAnsi="Consolas"/>
          <w:b w:val="0"/>
          <w:i w:val="0"/>
          <w:sz w:val="20"/>
        </w:rPr>
        <w:br/>
        <w:br/>
        <w:t xml:space="preserve">      libfreetype</w:t>
        <w:br/>
        <w:t xml:space="preserve">     </w:t>
        <w:br/>
      </w:r>
      <w:r>
        <w:rPr>
          <w:b w:val="0"/>
          <w:i w:val="0"/>
        </w:rPr>
        <w:t xml:space="preserve">. Tài liệu chi tiết hơn có tại </w:t>
      </w:r>
      <w:r>
        <w:rPr>
          <w:rFonts w:ascii="Consolas" w:hAnsi="Consolas"/>
          <w:b w:val="0"/>
          <w:i w:val="0"/>
          <w:sz w:val="20"/>
        </w:rPr>
        <w:br/>
        <w:br/>
        <w:t xml:space="preserve">       https://www.freetype.org/</w:t>
        <w:br/>
        <w:t xml:space="preserve">      </w:t>
        <w:br/>
      </w:r>
      <w:r>
        <w:rPr>
          <w:b w:val="0"/>
          <w:i w:val="0"/>
        </w:rPr>
        <w:t>. Tùy thuộc vào phông chữ và kích thước, bạn có thể cần điều chỉnh các kích thước.</w:t>
      </w:r>
    </w:p>
    <w:p>
      <w:pPr>
        <w:spacing w:after="80"/>
      </w:pPr>
      <w:r>
        <w:rPr>
          <w:b w:val="0"/>
          <w:i w:val="0"/>
        </w:rPr>
        <w:t xml:space="preserve">Tài liệu đầy đủ về </w:t>
      </w:r>
      <w:r>
        <w:rPr>
          <w:rFonts w:ascii="Consolas" w:hAnsi="Consolas"/>
          <w:b w:val="0"/>
          <w:i w:val="0"/>
          <w:sz w:val="20"/>
        </w:rPr>
        <w:br/>
        <w:br/>
        <w:t xml:space="preserve">      pdf2image</w:t>
        <w:br/>
        <w:t xml:space="preserve">     </w:t>
        <w:br/>
      </w:r>
      <w:r>
        <w:rPr>
          <w:b w:val="0"/>
          <w:i w:val="0"/>
        </w:rPr>
        <w:t xml:space="preserve"> có thể được tìm thấy tại </w:t>
      </w:r>
      <w:r>
        <w:rPr>
          <w:rFonts w:ascii="Consolas" w:hAnsi="Consolas"/>
          <w:b w:val="0"/>
          <w:i w:val="0"/>
          <w:sz w:val="20"/>
        </w:rPr>
        <w:br/>
        <w:br/>
        <w:t xml:space="preserve">       https://github.com/Belval/pdf2image</w:t>
        <w:br/>
        <w:t xml:space="preserve">      </w:t>
        <w:br/>
      </w:r>
      <w:r>
        <w:rPr>
          <w:b w:val="0"/>
          <w:i w:val="0"/>
        </w:rPr>
        <w:t xml:space="preserve">, tài liệu đầy đủ về PyPDF2 tại </w:t>
      </w:r>
      <w:r>
        <w:rPr>
          <w:rFonts w:ascii="Consolas" w:hAnsi="Consolas"/>
          <w:b w:val="0"/>
          <w:i w:val="0"/>
          <w:sz w:val="20"/>
        </w:rPr>
        <w:br/>
        <w:br/>
        <w:t xml:space="preserve">       https://pypdf.readthedocs.io/en/stable/</w:t>
        <w:br/>
        <w:t xml:space="preserve">      </w:t>
        <w:br/>
      </w:r>
      <w:r>
        <w:rPr>
          <w:b w:val="0"/>
          <w:i w:val="0"/>
        </w:rPr>
        <w:t xml:space="preserve">, và tài liệu về Pillow tại </w:t>
      </w:r>
      <w:r>
        <w:rPr>
          <w:rFonts w:ascii="Consolas" w:hAnsi="Consolas"/>
          <w:b w:val="0"/>
          <w:i w:val="0"/>
          <w:sz w:val="20"/>
        </w:rPr>
        <w:br/>
        <w:br/>
        <w:t xml:space="preserve">       https://pillow.readthedocs.io/en/stable/</w:t>
        <w:br/>
        <w:t xml:space="preserve">      </w:t>
        <w:br/>
      </w:r>
      <w:r>
        <w:rPr>
          <w:b w:val="0"/>
          <w:i w:val="0"/>
        </w:rPr>
        <w:t>.</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Viết một tài liệu PDF đơn giản </w:t>
      </w:r>
      <w:r>
        <w:rPr>
          <w:b w:val="0"/>
          <w:i w:val="0"/>
        </w:rPr>
        <w:t>, ở phần trước trong chương này, để tìm hiểu những điều cơ bản về cách làm việc với tài liệu PDF.</w:t>
      </w:r>
    </w:p>
    <w:p>
      <w:pPr>
        <w:spacing w:after="80"/>
        <w:ind w:left="360"/>
      </w:pPr>
      <w:r>
        <w:t xml:space="preserve">• </w:t>
      </w:r>
      <w:r>
        <w:rPr>
          <w:b w:val="0"/>
          <w:i w:val="0"/>
        </w:rPr>
        <w:t xml:space="preserve">Công thức </w:t>
      </w:r>
      <w:r>
        <w:rPr>
          <w:b w:val="0"/>
          <w:i/>
        </w:rPr>
        <w:t xml:space="preserve"> Cấu trúc một PDF </w:t>
      </w:r>
      <w:r>
        <w:rPr>
          <w:b w:val="0"/>
          <w:i w:val="0"/>
        </w:rPr>
        <w:t>, ở phần trước trong chương này, để tìm hiểu cách thêm dấu phân cách vào tài liệu PDF.</w:t>
      </w:r>
    </w:p>
    <w:p>
      <w:pPr>
        <w:spacing w:after="80"/>
        <w:ind w:left="360"/>
      </w:pPr>
      <w:r>
        <w:t xml:space="preserve">• </w:t>
      </w:r>
      <w:r>
        <w:rPr>
          <w:b w:val="0"/>
          <w:i w:val="0"/>
        </w:rPr>
        <w:t xml:space="preserve">Công thức trước đó, </w:t>
      </w:r>
      <w:r>
        <w:rPr>
          <w:b w:val="0"/>
          <w:i/>
        </w:rPr>
        <w:t xml:space="preserve"> Tổng hợp các báo cáo PDF </w:t>
      </w:r>
      <w:r>
        <w:rPr>
          <w:b w:val="0"/>
          <w:i w:val="0"/>
        </w:rPr>
        <w:t>, để tìm hiểu cách hợp nhất nhiều tài liệu thành một tài liệu duy nhất.</w:t>
      </w:r>
    </w:p>
    <w:p>
      <w:pPr>
        <w:pStyle w:val="Heading2"/>
      </w:pPr>
      <w:r>
        <w:rPr>
          <w:rFonts w:ascii="Calibri" w:hAnsi="Calibri"/>
          <w:b/>
          <w:i w:val="0"/>
          <w:sz w:val="32"/>
        </w:rPr>
        <w:t>Nhận phiên bản PDF của cuốn sách này và nhiều hơn nữa</w:t>
      </w:r>
    </w:p>
    <w:p>
      <w:pPr>
        <w:spacing w:after="80"/>
      </w:pPr>
      <w:r>
        <w:rPr>
          <w:b w:val="0"/>
          <w:i w:val="0"/>
        </w:rPr>
        <w:t xml:space="preserve">Quét mã QR (hoặc truy cập </w:t>
      </w:r>
      <w:r>
        <w:rPr>
          <w:rFonts w:ascii="Consolas" w:hAnsi="Consolas"/>
          <w:b w:val="0"/>
          <w:i w:val="0"/>
          <w:sz w:val="20"/>
        </w:rPr>
        <w:br/>
        <w:br/>
        <w:t xml:space="preserve">       packtpub.com/unlock</w:t>
        <w:br/>
        <w:t xml:space="preserve">      </w:t>
        <w:br/>
      </w:r>
      <w:r>
        <w:rPr>
          <w:b w:val="0"/>
          <w:i w:val="0"/>
        </w:rPr>
        <w:t>). Tìm kiếm cuốn sách này theo tên, xác nhận phiên bản, sau đó làm theo các bước trên trang.</w:t>
      </w:r>
    </w:p>
    <w:p>
      <w:pPr>
        <w:jc w:val="center"/>
      </w:pPr>
      <w:r>
        <w:drawing>
          <wp:inline xmlns:a="http://schemas.openxmlformats.org/drawingml/2006/main" xmlns:pic="http://schemas.openxmlformats.org/drawingml/2006/picture">
            <wp:extent cx="3143250" cy="3143250"/>
            <wp:docPr id="40" name="Picture 40"/>
            <wp:cNvGraphicFramePr>
              <a:graphicFrameLocks noChangeAspect="1"/>
            </wp:cNvGraphicFramePr>
            <a:graphic>
              <a:graphicData uri="http://schemas.openxmlformats.org/drawingml/2006/picture">
                <pic:pic>
                  <pic:nvPicPr>
                    <pic:cNvPr id="0" name="B36973_1_3.png"/>
                    <pic:cNvPicPr/>
                  </pic:nvPicPr>
                  <pic:blipFill>
                    <a:blip r:embed="rId17"/>
                    <a:stretch>
                      <a:fillRect/>
                    </a:stretch>
                  </pic:blipFill>
                  <pic:spPr>
                    <a:xfrm>
                      <a:off x="0" y="0"/>
                      <a:ext cx="3143250" cy="3143250"/>
                    </a:xfrm>
                    <a:prstGeom prst="rect"/>
                  </pic:spPr>
                </pic:pic>
              </a:graphicData>
            </a:graphic>
          </wp:inline>
        </w:drawing>
      </w:r>
    </w:p>
    <w:p>
      <w:pPr>
        <w:jc w:val="center"/>
      </w:pPr>
      <w:r>
        <w:drawing>
          <wp:inline xmlns:a="http://schemas.openxmlformats.org/drawingml/2006/main" xmlns:pic="http://schemas.openxmlformats.org/drawingml/2006/picture">
            <wp:extent cx="2095499" cy="485775"/>
            <wp:docPr id="41" name="Picture 41"/>
            <wp:cNvGraphicFramePr>
              <a:graphicFrameLocks noChangeAspect="1"/>
            </wp:cNvGraphicFramePr>
            <a:graphic>
              <a:graphicData uri="http://schemas.openxmlformats.org/drawingml/2006/picture">
                <pic:pic>
                  <pic:nvPicPr>
                    <pic:cNvPr id="0" name="B36973_1_4.png"/>
                    <pic:cNvPicPr/>
                  </pic:nvPicPr>
                  <pic:blipFill>
                    <a:blip r:embed="rId18"/>
                    <a:stretch>
                      <a:fillRect/>
                    </a:stretch>
                  </pic:blipFill>
                  <pic:spPr>
                    <a:xfrm>
                      <a:off x="0" y="0"/>
                      <a:ext cx="2095499" cy="485775"/>
                    </a:xfrm>
                    <a:prstGeom prst="rect"/>
                  </pic:spPr>
                </pic:pic>
              </a:graphicData>
            </a:graphic>
          </wp:inline>
        </w:drawing>
      </w:r>
    </w:p>
    <w:p>
      <w:pPr>
        <w:spacing w:after="80"/>
      </w:pPr>
      <w:r>
        <w:rPr>
          <w:b w:val="0"/>
          <w:i/>
        </w:rPr>
        <w:t xml:space="preserve"> Lưu ý: Hãy giữ hóa đơn của bạn bên mình. Các giao dịch mua trực tiếp từ Packt không yêu cầu hóa đơn. </w:t>
      </w:r>
    </w:p>
    <w:p>
      <w:pPr>
        <w:pStyle w:val="Heading1"/>
      </w:pPr>
      <w:r>
        <w:rPr>
          <w:rFonts w:ascii="Calibri" w:hAnsi="Calibri"/>
          <w:b/>
          <w:i w:val="0"/>
          <w:sz w:val="40"/>
        </w:rPr>
        <w:t>6</w:t>
      </w:r>
    </w:p>
    <w:p>
      <w:pPr>
        <w:pStyle w:val="Heading1"/>
      </w:pPr>
      <w:r>
        <w:rPr>
          <w:rFonts w:ascii="Calibri" w:hAnsi="Calibri"/>
          <w:b/>
          <w:i w:val="0"/>
          <w:sz w:val="40"/>
        </w:rPr>
        <w:t>Vui đùa với bảng tính</w:t>
      </w:r>
    </w:p>
    <w:p>
      <w:pPr>
        <w:spacing w:after="80"/>
      </w:pPr>
      <w:r>
        <w:rPr>
          <w:b w:val="0"/>
          <w:i w:val="0"/>
        </w:rPr>
        <w:t>Bảng tính là một trong những công cụ linh hoạt và phổ biến nhất trong thế giới máy tính. Cách tiếp cận trực quan của chúng với các trang tính và ô được hầu như tất cả những ai sử dụng máy tính trong công việc hàng ngày sử dụng. Nhưng chúng cũng cho phép bạn thực hiện những thao tác rất phức tạp, có thể khai thác một ngôn ngữ macro mạnh mẽ. Thật vậy, đã trở thành một câu chuyện đùa rằng toàn bộ doanh nghiệp được quản lý và mô tả chỉ bằng một bảng tính duy nhất. Nói cách khác, chúng là những công cụ cực kỳ mạnh mẽ, và rất nhiều thông tin quý giá được lưu trữ ở đó. Điều này khiến cho khả năng tự động hóa việc đọc từ và ghi vào bảng tính trở nên vô cùng thú vị.</w:t>
      </w:r>
    </w:p>
    <w:p>
      <w:pPr>
        <w:spacing w:after="80"/>
      </w:pPr>
      <w:r>
        <w:rPr>
          <w:b w:val="0"/>
          <w:i w:val="0"/>
        </w:rPr>
        <w:t>Nhưng bảng tính cũng có những vấn đề của riêng nó, có cái khá nghiêm trọng, chẳng hạn như:</w:t>
      </w:r>
    </w:p>
    <w:p>
      <w:pPr>
        <w:spacing w:after="80"/>
        <w:ind w:left="360"/>
      </w:pPr>
      <w:r>
        <w:t xml:space="preserve">• </w:t>
      </w:r>
      <w:r>
        <w:rPr>
          <w:b w:val="0"/>
          <w:i w:val="0"/>
        </w:rPr>
        <w:t>Những vấn đề cố hữu của chính định dạng này. Bảng tính âm thầm thay đổi kiểu dữ liệu, chúng không so sánh phiên bản (version-diff) một cách gọn gàng, công thức và dữ liệu bị trộn lẫn vào nhau mà không có sự tách biệt giữa mã và đầu vào, và lỗi lan truyền mà không có bất kỳ kiểm thử (test coverage) nào. Python có lợi thế ở đây khi mã chặt chẽ hơn và logic có thể được triển khai theo cách rõ ràng hơn. Python cũng linh hoạt hơn các công cụ tùy chỉnh như VBA, vốn chỉ hoạt động trên một bộ ứng dụng duy nhất. Python còn cho phép sử dụng một bộ sưu tập khổng lồ các thư viện bên thứ ba để thực hiện các thao tác, đáng chú ý cả về độ rộng (bao gồm, ví dụ, các thư viện thống kê và toán học chuyên biệt khác) lẫn hiệu năng mà các mô-đun được tối ưu hóa cao có thể mang lại.</w:t>
      </w:r>
    </w:p>
    <w:p>
      <w:pPr>
        <w:spacing w:after="80"/>
        <w:ind w:left="360"/>
      </w:pPr>
      <w:r>
        <w:t xml:space="preserve">• </w:t>
      </w:r>
      <w:r>
        <w:rPr>
          <w:b w:val="0"/>
          <w:i w:val="0"/>
        </w:rPr>
        <w:t>Việc lạm dụng kiểu "nếu bạn có một cây búa, mọi thứ đều trông giống như cái đinh". Excel là công cụ mà ai cũng biết, nên các doanh nghiệp rốt cuộc lại chạy những logic sản xuất quan trọng bên trong bảng tính, trong khi lẽ ra nên dùng các công cụ khác, chẳng hạn như cơ sở dữ liệu, hệ thống quản lý ticket, một ứng dụng chuyên biệt, hoặc một pipeline.</w:t>
      </w:r>
    </w:p>
    <w:p>
      <w:pPr>
        <w:spacing w:after="80"/>
        <w:ind w:left="360"/>
      </w:pPr>
      <w:r>
        <w:t xml:space="preserve">• </w:t>
      </w:r>
      <w:r>
        <w:rPr>
          <w:b w:val="0"/>
          <w:i w:val="0"/>
        </w:rPr>
        <w:t>Python cho phép khả năng tương tác (interoperability) cao hơn, tận dụng thư viện đồ sộ của nó để kết nối với nhiều dịch vụ khác.</w:t>
      </w:r>
    </w:p>
    <w:p>
      <w:pPr>
        <w:spacing w:after="80"/>
        <w:ind w:left="360"/>
      </w:pPr>
      <w:r>
        <w:t xml:space="preserve">• </w:t>
      </w:r>
      <w:r>
        <w:rPr>
          <w:b w:val="0"/>
          <w:i w:val="0"/>
        </w:rPr>
        <w:t>Dữ liệu có thể bắt đầu trong một bảng tính và được truyền đi nơi khác thông qua Python, hoặc ngược lại.</w:t>
      </w:r>
    </w:p>
    <w:p>
      <w:pPr>
        <w:spacing w:after="80"/>
      </w:pPr>
      <w:r>
        <w:rPr>
          <w:b w:val="0"/>
          <w:i w:val="0"/>
        </w:rPr>
        <w:t>Trong chương này, chúng ta sẽ xem cách xử lý bảng tính, chủ yếu ở định dạng phổ biến nhất, Microsoft Excel.</w:t>
      </w:r>
    </w:p>
    <w:p>
      <w:pPr>
        <w:spacing w:after="80"/>
      </w:pPr>
      <w:r>
        <w:rPr>
          <w:b/>
          <w:i w:val="0"/>
        </w:rPr>
        <w:t>Mẹo</w:t>
      </w:r>
    </w:p>
    <w:p>
      <w:pPr>
        <w:spacing w:after="80"/>
      </w:pPr>
      <w:r>
        <w:rPr>
          <w:b w:val="0"/>
          <w:i w:val="0"/>
        </w:rPr>
        <w:t xml:space="preserve">Bên cạnh những lợi thế đã mô tả ở trên, trong Python mã nguồn dễ đọc và dễ hiểu so với các lựa chọn thay thế khác. Trong </w:t>
      </w:r>
      <w:r>
        <w:rPr>
          <w:b w:val="0"/>
          <w:i/>
        </w:rPr>
        <w:t xml:space="preserve"> Chương 7 </w:t>
      </w:r>
      <w:r>
        <w:rPr>
          <w:b w:val="0"/>
          <w:i w:val="0"/>
        </w:rPr>
        <w:t xml:space="preserve"> , </w:t>
      </w:r>
      <w:r>
        <w:rPr>
          <w:b w:val="0"/>
          <w:i/>
        </w:rPr>
        <w:t xml:space="preserve"> Làm sạch và Xử lý Dữ liệu </w:t>
      </w:r>
      <w:r>
        <w:rPr>
          <w:b w:val="0"/>
          <w:i w:val="0"/>
        </w:rPr>
        <w:t xml:space="preserve"> , chúng ta sẽ đi qua một số kỹ thuật có thể giúp tăng năng suất của bạn khi làm việc với các tệp và quy trình bảng tính.</w:t>
      </w:r>
    </w:p>
    <w:p>
      <w:pPr>
        <w:spacing w:after="80"/>
      </w:pPr>
      <w:r>
        <w:rPr>
          <w:b w:val="0"/>
          <w:i w:val="0"/>
        </w:rPr>
        <w:t>Như bạn có thể đoán, các công cụ GenAI đang tiếp sức mạnh cho bảng tính, giúp việc tạo ra các công thức mạnh mẽ và tạo ra những bảng tính tài ba trở nên dễ dàng hơn bao giờ hết. Trong suốt chương này, chúng ta sẽ đưa vào nhiều mẹo và gợi ý khác nhau để sử dụng các công cụ GenAI khi làm việc với bảng tính.</w:t>
      </w:r>
    </w:p>
    <w:p>
      <w:pPr>
        <w:spacing w:after="80"/>
      </w:pPr>
      <w:r>
        <w:rPr>
          <w:b w:val="0"/>
          <w:i w:val="0"/>
        </w:rPr>
        <w:t>Trong chương này, chúng ta sẽ đề cập đến các công thức nấu ăn (recipe) sau:</w:t>
      </w:r>
    </w:p>
    <w:p>
      <w:pPr>
        <w:spacing w:after="80"/>
        <w:ind w:left="360"/>
      </w:pPr>
      <w:r>
        <w:t xml:space="preserve">• </w:t>
      </w:r>
      <w:r>
        <w:rPr>
          <w:b w:val="0"/>
          <w:i w:val="0"/>
        </w:rPr>
        <w:t>Ghi một tệp CSV</w:t>
      </w:r>
    </w:p>
    <w:p>
      <w:pPr>
        <w:spacing w:after="80"/>
        <w:ind w:left="360"/>
      </w:pPr>
      <w:r>
        <w:t xml:space="preserve">• </w:t>
      </w:r>
      <w:r>
        <w:rPr>
          <w:b w:val="0"/>
          <w:i w:val="0"/>
        </w:rPr>
        <w:t>Cập nhật các tệp CSV</w:t>
      </w:r>
    </w:p>
    <w:p>
      <w:pPr>
        <w:spacing w:after="80"/>
        <w:ind w:left="360"/>
      </w:pPr>
      <w:r>
        <w:t xml:space="preserve">• </w:t>
      </w:r>
      <w:r>
        <w:rPr>
          <w:b w:val="0"/>
          <w:i w:val="0"/>
        </w:rPr>
        <w:t>Đọc một bảng tính Excel</w:t>
      </w:r>
    </w:p>
    <w:p>
      <w:pPr>
        <w:spacing w:after="80"/>
        <w:ind w:left="360"/>
      </w:pPr>
      <w:r>
        <w:t xml:space="preserve">• </w:t>
      </w:r>
      <w:r>
        <w:rPr>
          <w:b w:val="0"/>
          <w:i w:val="0"/>
        </w:rPr>
        <w:t>Cập nhật một bảng tính Excel</w:t>
      </w:r>
    </w:p>
    <w:p>
      <w:pPr>
        <w:spacing w:after="80"/>
        <w:ind w:left="360"/>
      </w:pPr>
      <w:r>
        <w:t xml:space="preserve">• </w:t>
      </w:r>
      <w:r>
        <w:rPr>
          <w:b w:val="0"/>
          <w:i w:val="0"/>
        </w:rPr>
        <w:t>Tạo các sheet mới trong một bảng tính Excel</w:t>
      </w:r>
    </w:p>
    <w:p>
      <w:pPr>
        <w:spacing w:after="80"/>
        <w:ind w:left="360"/>
      </w:pPr>
      <w:r>
        <w:t xml:space="preserve">• </w:t>
      </w:r>
      <w:r>
        <w:rPr>
          <w:b w:val="0"/>
          <w:i w:val="0"/>
        </w:rPr>
        <w:t>Tạo biểu đồ trong Excel</w:t>
      </w:r>
    </w:p>
    <w:p>
      <w:pPr>
        <w:spacing w:after="80"/>
        <w:ind w:left="360"/>
      </w:pPr>
      <w:r>
        <w:t xml:space="preserve">• </w:t>
      </w:r>
      <w:r>
        <w:rPr>
          <w:b w:val="0"/>
          <w:i w:val="0"/>
        </w:rPr>
        <w:t>Làm việc với định dạng ô trong Excel</w:t>
      </w:r>
    </w:p>
    <w:p>
      <w:pPr>
        <w:spacing w:after="80"/>
        <w:ind w:left="360"/>
      </w:pPr>
      <w:r>
        <w:t xml:space="preserve">• </w:t>
      </w:r>
      <w:r>
        <w:rPr>
          <w:b w:val="0"/>
          <w:i w:val="0"/>
        </w:rPr>
        <w:t>Sử dụng Python trong Excel</w:t>
      </w:r>
    </w:p>
    <w:p>
      <w:pPr>
        <w:spacing w:after="80"/>
      </w:pPr>
      <w:r>
        <w:rPr>
          <w:b w:val="0"/>
          <w:i w:val="0"/>
        </w:rPr>
        <w:t>Hãy bắt đầu bằng việc xem qua các tệp CSV.</w:t>
      </w:r>
    </w:p>
    <w:p>
      <w:pPr>
        <w:pStyle w:val="Heading2"/>
      </w:pPr>
      <w:r>
        <w:rPr>
          <w:rFonts w:ascii="Calibri" w:hAnsi="Calibri"/>
          <w:b/>
          <w:i w:val="0"/>
          <w:sz w:val="32"/>
        </w:rPr>
        <w:t>Yêu cầu kỹ thuật</w:t>
      </w:r>
    </w:p>
    <w:p>
      <w:pPr>
        <w:spacing w:after="80"/>
      </w:pPr>
      <w:r>
        <w:rPr>
          <w:b w:val="0"/>
          <w:i w:val="0"/>
        </w:rPr>
        <w:t xml:space="preserve">Bạn có thể xem mã được trình bày trong chương tại URL GitHub </w:t>
      </w:r>
      <w:r>
        <w:rPr>
          <w:rFonts w:ascii="Consolas" w:hAnsi="Consolas"/>
          <w:b w:val="0"/>
          <w:i w:val="0"/>
          <w:sz w:val="20"/>
        </w:rPr>
        <w:br/>
        <w:br/>
        <w:t xml:space="preserve">       https://github.com/PacktPublishing/Python-Automation-Cookbook-Third-Edition/tree/main/ch06</w:t>
        <w:br/>
        <w:t xml:space="preserve">      </w:t>
        <w:br/>
      </w:r>
      <w:r>
        <w:rPr>
          <w:b w:val="0"/>
          <w:i w:val="0"/>
        </w:rPr>
        <w:t xml:space="preserve"> .</w:t>
      </w:r>
    </w:p>
    <w:p>
      <w:pPr>
        <w:pStyle w:val="Heading2"/>
      </w:pPr>
      <w:r>
        <w:rPr>
          <w:rFonts w:ascii="Calibri" w:hAnsi="Calibri"/>
          <w:b/>
          <w:i w:val="0"/>
          <w:sz w:val="32"/>
        </w:rPr>
        <w:t>Ghi một tệp CSV</w:t>
      </w:r>
    </w:p>
    <w:p>
      <w:pPr>
        <w:spacing w:after="80"/>
      </w:pPr>
      <w:r>
        <w:rPr>
          <w:b w:val="0"/>
          <w:i w:val="0"/>
        </w:rPr>
        <w:t xml:space="preserve">Tệp CSV có thể được dùng như bảng tính đơn giản ở định dạng mà nhiều công cụ khác nhau đều hiểu được. Chúng là các tệp văn bản chứa dữ liệu dạng bảng được phân tách bằng dấu phẩy (do đó có tên </w:t>
      </w:r>
      <w:r>
        <w:rPr>
          <w:b w:val="0"/>
          <w:i/>
        </w:rPr>
        <w:t xml:space="preserve"> Comma-Separated Values </w:t>
      </w:r>
      <w:r>
        <w:rPr>
          <w:b w:val="0"/>
          <w:i w:val="0"/>
        </w:rPr>
        <w:t xml:space="preserve"> ), ở định dạng bảng đơn giản. Tệp CSV có thể được tạo bằng thư viện chuẩn của Python và có thể được đọc bởi mọi loại phần mềm bảng tính. Ngay cả hệ điều hành cũng thường có sẵn cách làm việc với tệp CSV theo mặc định.</w:t>
      </w:r>
    </w:p>
    <w:p>
      <w:pPr>
        <w:pStyle w:val="Heading3"/>
      </w:pPr>
      <w:r>
        <w:rPr>
          <w:rFonts w:ascii="Calibri" w:hAnsi="Calibri"/>
          <w:b/>
          <w:i w:val="0"/>
          <w:sz w:val="26"/>
        </w:rPr>
        <w:t>Chuẩn bị</w:t>
      </w:r>
    </w:p>
    <w:p>
      <w:pPr>
        <w:spacing w:after="80"/>
      </w:pPr>
      <w:r>
        <w:rPr>
          <w:b w:val="0"/>
          <w:i w:val="0"/>
        </w:rPr>
        <w:t>Với công thức này, chỉ cần thư viện chuẩn của Python là đủ. Mọi thứ đã sẵn sàng ngay khi cài đặt!</w:t>
      </w:r>
    </w:p>
    <w:p>
      <w:pPr>
        <w:spacing w:after="80"/>
      </w:pPr>
      <w:r>
        <w:rPr>
          <w:b w:val="0"/>
          <w:i w:val="0"/>
        </w:rPr>
        <w:t xml:space="preserve">Để trực quan hóa, chúng ta sẽ dùng LibreOffice ( </w:t>
      </w:r>
      <w:r>
        <w:rPr>
          <w:rFonts w:ascii="Consolas" w:hAnsi="Consolas"/>
          <w:b w:val="0"/>
          <w:i w:val="0"/>
          <w:sz w:val="20"/>
        </w:rPr>
        <w:br/>
        <w:br/>
        <w:t xml:space="preserve">       https://www.libreoffice.org/</w:t>
        <w:br/>
        <w:t xml:space="preserve">      </w:t>
        <w:br/>
      </w:r>
      <w:r>
        <w:rPr>
          <w:b w:val="0"/>
          <w:i w:val="0"/>
        </w:rPr>
        <w:t xml:space="preserve"> ), nhưng có khả năng hệ điều hành của bạn đã có cách nào đó để mở các tệp này (ví dụ: bạn có thể đã cài Microsoft Excel, và macOS được cài sẵn Numbers, một gói bảng tính khác).</w:t>
      </w:r>
    </w:p>
    <w:p>
      <w:pPr>
        <w:pStyle w:val="Heading3"/>
      </w:pPr>
      <w:r>
        <w:rPr>
          <w:rFonts w:ascii="Calibri" w:hAnsi="Calibri"/>
          <w:b/>
          <w:i w:val="0"/>
          <w:sz w:val="26"/>
        </w:rPr>
        <w:t>Cách thực hiện...</w:t>
      </w:r>
    </w:p>
    <w:p>
      <w:pPr>
        <w:spacing w:after="80"/>
        <w:ind w:left="360"/>
      </w:pPr>
      <w:r>
        <w:t xml:space="preserve">1. </w:t>
      </w:r>
      <w:r>
        <w:rPr>
          <w:b w:val="0"/>
          <w:i w:val="0"/>
        </w:rPr>
        <w:t xml:space="preserve">Import mô-đun </w:t>
      </w:r>
      <w:r>
        <w:rPr>
          <w:rFonts w:ascii="Consolas" w:hAnsi="Consolas"/>
          <w:b w:val="0"/>
          <w:i w:val="0"/>
          <w:sz w:val="20"/>
        </w:rPr>
        <w:br/>
        <w:br/>
        <w:t xml:space="preserve">       csv</w:t>
        <w:br/>
        <w:t xml:space="preserve">      </w:t>
        <w:br/>
      </w:r>
      <w:r>
        <w:rPr>
          <w:b w:val="0"/>
          <w:i w:val="0"/>
        </w:rPr>
        <w:t xml:space="preserve"> :</w:t>
      </w:r>
    </w:p>
    <w:p>
      <w:pPr>
        <w:spacing w:after="0"/>
        <w:ind w:left="360"/>
        <w:shd w:val="clear" w:color="auto" w:fill="F2F2F2"/>
      </w:pPr>
      <w:r>
        <w:rPr>
          <w:rFonts w:ascii="Consolas" w:hAnsi="Consolas"/>
          <w:sz w:val="18"/>
        </w:rPr>
        <w:t>&gt;&gt;&gt; import csv</w:t>
      </w:r>
    </w:p>
    <w:p>
      <w:pPr>
        <w:spacing w:after="40"/>
      </w:pPr>
    </w:p>
    <w:p>
      <w:pPr>
        <w:spacing w:after="80"/>
        <w:ind w:left="360"/>
      </w:pPr>
      <w:r>
        <w:t xml:space="preserve">2. </w:t>
      </w:r>
      <w:r>
        <w:rPr>
          <w:b w:val="0"/>
          <w:i w:val="0"/>
        </w:rPr>
        <w:t>Định nghĩa phần tiêu đề với thứ tự sắp xếp dữ liệu và dữ liệu cần lưu trữ:</w:t>
      </w:r>
    </w:p>
    <w:p>
      <w:pPr>
        <w:spacing w:after="0"/>
        <w:ind w:left="360"/>
        <w:shd w:val="clear" w:color="auto" w:fill="F2F2F2"/>
      </w:pPr>
      <w:r>
        <w:rPr>
          <w:rFonts w:ascii="Consolas" w:hAnsi="Consolas"/>
          <w:sz w:val="18"/>
        </w:rPr>
        <w:t>&gt;&gt;&gt; HEADER = ('Admissions', 'Name', 'Year')</w:t>
      </w:r>
    </w:p>
    <w:p>
      <w:pPr>
        <w:spacing w:after="0"/>
        <w:ind w:left="360"/>
        <w:shd w:val="clear" w:color="auto" w:fill="F2F2F2"/>
      </w:pPr>
      <w:r>
        <w:rPr>
          <w:rFonts w:ascii="Consolas" w:hAnsi="Consolas"/>
          <w:sz w:val="18"/>
        </w:rPr>
        <w:t>&gt;&gt;&gt; DATA = [</w:t>
      </w:r>
    </w:p>
    <w:p>
      <w:pPr>
        <w:spacing w:after="0"/>
        <w:ind w:left="360"/>
        <w:shd w:val="clear" w:color="auto" w:fill="F2F2F2"/>
      </w:pPr>
      <w:r>
        <w:rPr>
          <w:rFonts w:ascii="Consolas" w:hAnsi="Consolas"/>
          <w:sz w:val="18"/>
        </w:rPr>
        <w:t>... (225.7, 'Gone With the Wind', 1939),</w:t>
      </w:r>
    </w:p>
    <w:p>
      <w:pPr>
        <w:spacing w:after="0"/>
        <w:ind w:left="360"/>
        <w:shd w:val="clear" w:color="auto" w:fill="F2F2F2"/>
      </w:pPr>
      <w:r>
        <w:rPr>
          <w:rFonts w:ascii="Consolas" w:hAnsi="Consolas"/>
          <w:sz w:val="18"/>
        </w:rPr>
        <w:t>... (194.4, 'Star Wars', 1977),</w:t>
      </w:r>
    </w:p>
    <w:p>
      <w:pPr>
        <w:spacing w:after="0"/>
        <w:ind w:left="360"/>
        <w:shd w:val="clear" w:color="auto" w:fill="F2F2F2"/>
      </w:pPr>
      <w:r>
        <w:rPr>
          <w:rFonts w:ascii="Consolas" w:hAnsi="Consolas"/>
          <w:sz w:val="18"/>
        </w:rPr>
        <w:t>... (156.4, 'The Sound of Music', 1965)</w:t>
      </w:r>
    </w:p>
    <w:p>
      <w:pPr>
        <w:spacing w:after="0"/>
        <w:ind w:left="360"/>
        <w:shd w:val="clear" w:color="auto" w:fill="F2F2F2"/>
      </w:pPr>
      <w:r>
        <w:rPr>
          <w:rFonts w:ascii="Consolas" w:hAnsi="Consolas"/>
          <w:sz w:val="18"/>
        </w:rPr>
        <w:t>... ]</w:t>
      </w:r>
    </w:p>
    <w:p>
      <w:pPr>
        <w:spacing w:after="40"/>
      </w:pPr>
    </w:p>
    <w:p>
      <w:pPr>
        <w:spacing w:after="80"/>
        <w:ind w:left="360"/>
      </w:pPr>
      <w:r>
        <w:t xml:space="preserve">3. </w:t>
      </w:r>
      <w:r>
        <w:rPr>
          <w:b w:val="0"/>
          <w:i w:val="0"/>
        </w:rPr>
        <w:t>Ghi dữ liệu vào tệp CSV:</w:t>
      </w:r>
    </w:p>
    <w:p>
      <w:pPr>
        <w:spacing w:after="0"/>
        <w:ind w:left="360"/>
        <w:shd w:val="clear" w:color="auto" w:fill="F2F2F2"/>
      </w:pPr>
      <w:r>
        <w:rPr>
          <w:rFonts w:ascii="Consolas" w:hAnsi="Consolas"/>
          <w:sz w:val="18"/>
        </w:rPr>
        <w:t>&gt;&gt;&gt; with open('movies.csv', 'w',  newline='') as csvfile:</w:t>
      </w:r>
    </w:p>
    <w:p>
      <w:pPr>
        <w:spacing w:after="0"/>
        <w:ind w:left="360"/>
        <w:shd w:val="clear" w:color="auto" w:fill="F2F2F2"/>
      </w:pPr>
      <w:r>
        <w:rPr>
          <w:rFonts w:ascii="Consolas" w:hAnsi="Consolas"/>
          <w:sz w:val="18"/>
        </w:rPr>
        <w:t>...     movies = csv.writer(csvfile)</w:t>
      </w:r>
    </w:p>
    <w:p>
      <w:pPr>
        <w:spacing w:after="0"/>
        <w:ind w:left="360"/>
        <w:shd w:val="clear" w:color="auto" w:fill="F2F2F2"/>
      </w:pPr>
      <w:r>
        <w:rPr>
          <w:rFonts w:ascii="Consolas" w:hAnsi="Consolas"/>
          <w:sz w:val="18"/>
        </w:rPr>
        <w:t>...     movies.writerow(HEADER)</w:t>
      </w:r>
    </w:p>
    <w:p>
      <w:pPr>
        <w:spacing w:after="0"/>
        <w:ind w:left="360"/>
        <w:shd w:val="clear" w:color="auto" w:fill="F2F2F2"/>
      </w:pPr>
      <w:r>
        <w:rPr>
          <w:rFonts w:ascii="Consolas" w:hAnsi="Consolas"/>
          <w:sz w:val="18"/>
        </w:rPr>
        <w:t>...     for row in DATA:</w:t>
      </w:r>
    </w:p>
    <w:p>
      <w:pPr>
        <w:spacing w:after="0"/>
        <w:ind w:left="360"/>
        <w:shd w:val="clear" w:color="auto" w:fill="F2F2F2"/>
      </w:pPr>
      <w:r>
        <w:rPr>
          <w:rFonts w:ascii="Consolas" w:hAnsi="Consolas"/>
          <w:sz w:val="18"/>
        </w:rPr>
        <w:t>...         movies.writerow(row)</w:t>
      </w:r>
    </w:p>
    <w:p>
      <w:pPr>
        <w:spacing w:after="40"/>
      </w:pPr>
    </w:p>
    <w:p>
      <w:pPr>
        <w:spacing w:after="80"/>
        <w:ind w:left="360"/>
      </w:pPr>
      <w:r>
        <w:t xml:space="preserve">4. </w:t>
      </w:r>
      <w:r>
        <w:rPr>
          <w:b w:val="0"/>
          <w:i w:val="0"/>
        </w:rPr>
        <w:t>Kiểm tra tệp CSV kết quả trong một bảng tính. Trong ảnh chụp màn hình sau, tệp được hiển thị bằng LibreOffice:</w:t>
      </w:r>
    </w:p>
    <w:p>
      <w:pPr>
        <w:jc w:val="center"/>
      </w:pPr>
      <w:r>
        <w:drawing>
          <wp:inline xmlns:a="http://schemas.openxmlformats.org/drawingml/2006/main" xmlns:pic="http://schemas.openxmlformats.org/drawingml/2006/picture">
            <wp:extent cx="5486400" cy="3836643"/>
            <wp:docPr id="42" name="Picture 42"/>
            <wp:cNvGraphicFramePr>
              <a:graphicFrameLocks noChangeAspect="1"/>
            </wp:cNvGraphicFramePr>
            <a:graphic>
              <a:graphicData uri="http://schemas.openxmlformats.org/drawingml/2006/picture">
                <pic:pic>
                  <pic:nvPicPr>
                    <pic:cNvPr id="0" name="B36973_6_1.png"/>
                    <pic:cNvPicPr/>
                  </pic:nvPicPr>
                  <pic:blipFill>
                    <a:blip r:embed="rId46"/>
                    <a:stretch>
                      <a:fillRect/>
                    </a:stretch>
                  </pic:blipFill>
                  <pic:spPr>
                    <a:xfrm>
                      <a:off x="0" y="0"/>
                      <a:ext cx="5486400" cy="3836643"/>
                    </a:xfrm>
                    <a:prstGeom prst="rect"/>
                  </pic:spPr>
                </pic:pic>
              </a:graphicData>
            </a:graphic>
          </wp:inline>
        </w:drawing>
      </w:r>
    </w:p>
    <w:p>
      <w:pPr>
        <w:spacing w:after="160"/>
        <w:jc w:val="center"/>
      </w:pPr>
      <w:r>
        <w:rPr>
          <w:rFonts w:ascii="Calibri" w:hAnsi="Calibri"/>
          <w:b w:val="0"/>
          <w:i/>
          <w:sz w:val="19"/>
        </w:rPr>
        <w:t>Hình 6.1: Nội dung của tệp movies.csv</w:t>
      </w:r>
    </w:p>
    <w:p>
      <w:pPr>
        <w:pStyle w:val="Heading3"/>
      </w:pPr>
      <w:r>
        <w:rPr>
          <w:rFonts w:ascii="Calibri" w:hAnsi="Calibri"/>
          <w:b/>
          <w:i w:val="0"/>
          <w:sz w:val="26"/>
        </w:rPr>
        <w:t>Cách nó hoạt động...</w:t>
      </w:r>
    </w:p>
    <w:p>
      <w:pPr>
        <w:spacing w:after="80"/>
      </w:pPr>
      <w:r>
        <w:rPr>
          <w:b w:val="0"/>
          <w:i w:val="0"/>
        </w:rPr>
        <w:t xml:space="preserve">Sau phần chuẩn bị ở </w:t>
      </w:r>
      <w:r>
        <w:rPr>
          <w:b w:val="0"/>
          <w:i/>
        </w:rPr>
        <w:t>bước 1</w:t>
      </w:r>
      <w:r>
        <w:rPr>
          <w:b w:val="0"/>
          <w:i w:val="0"/>
        </w:rPr>
        <w:t xml:space="preserve"> và </w:t>
      </w:r>
      <w:r>
        <w:rPr>
          <w:b w:val="0"/>
          <w:i/>
        </w:rPr>
        <w:t>2</w:t>
      </w:r>
      <w:r>
        <w:rPr>
          <w:b w:val="0"/>
          <w:i w:val="0"/>
        </w:rPr>
        <w:t xml:space="preserve"> trong mục </w:t>
      </w:r>
      <w:r>
        <w:rPr>
          <w:b w:val="0"/>
          <w:i/>
        </w:rPr>
        <w:t>Cách thực hiện…</w:t>
      </w:r>
      <w:r>
        <w:rPr>
          <w:b w:val="0"/>
          <w:i w:val="0"/>
        </w:rPr>
        <w:t xml:space="preserve">, </w:t>
      </w:r>
      <w:r>
        <w:rPr>
          <w:b w:val="0"/>
          <w:i/>
        </w:rPr>
        <w:t>bước 3</w:t>
      </w:r>
      <w:r>
        <w:rPr>
          <w:b w:val="0"/>
          <w:i w:val="0"/>
        </w:rPr>
        <w:t xml:space="preserve"> là phần lưu tệp </w:t>
      </w:r>
      <w:r>
        <w:rPr>
          <w:rFonts w:ascii="Consolas" w:hAnsi="Consolas"/>
          <w:b w:val="0"/>
          <w:i w:val="0"/>
          <w:sz w:val="20"/>
        </w:rPr>
        <w:br/>
        <w:br/>
        <w:t xml:space="preserve">      movies.csv</w:t>
        <w:br/>
        <w:t xml:space="preserve">     </w:t>
        <w:br/>
      </w:r>
      <w:r>
        <w:rPr>
          <w:b w:val="0"/>
          <w:i w:val="0"/>
        </w:rPr>
        <w:t>.</w:t>
      </w:r>
    </w:p>
    <w:p>
      <w:pPr>
        <w:spacing w:after="80"/>
      </w:pPr>
      <w:r>
        <w:rPr>
          <w:b w:val="0"/>
          <w:i w:val="0"/>
        </w:rPr>
        <w:t xml:space="preserve">Nó mở một tệp mới, </w:t>
      </w:r>
      <w:r>
        <w:rPr>
          <w:rFonts w:ascii="Consolas" w:hAnsi="Consolas"/>
          <w:b w:val="0"/>
          <w:i w:val="0"/>
          <w:sz w:val="20"/>
        </w:rPr>
        <w:br/>
        <w:br/>
        <w:t xml:space="preserve">      movies.csv</w:t>
        <w:br/>
        <w:t xml:space="preserve">     </w:t>
        <w:br/>
      </w:r>
      <w:r>
        <w:rPr>
          <w:b w:val="0"/>
          <w:i w:val="0"/>
        </w:rPr>
        <w:t>, ở chế độ ghi (</w:t>
      </w:r>
      <w:r>
        <w:rPr>
          <w:rFonts w:ascii="Consolas" w:hAnsi="Consolas"/>
          <w:b w:val="0"/>
          <w:i w:val="0"/>
          <w:sz w:val="20"/>
        </w:rPr>
        <w:br/>
        <w:br/>
        <w:t xml:space="preserve">      w</w:t>
        <w:br/>
        <w:t xml:space="preserve">     </w:t>
        <w:br/>
      </w:r>
      <w:r>
        <w:rPr>
          <w:b w:val="0"/>
          <w:i w:val="0"/>
        </w:rPr>
        <w:t xml:space="preserve">). Đối tượng xử lý tệp trong </w:t>
      </w:r>
      <w:r>
        <w:rPr>
          <w:rFonts w:ascii="Consolas" w:hAnsi="Consolas"/>
          <w:b w:val="0"/>
          <w:i w:val="0"/>
          <w:sz w:val="20"/>
        </w:rPr>
        <w:br/>
        <w:br/>
        <w:t xml:space="preserve">      csvfile</w:t>
        <w:br/>
        <w:t xml:space="preserve">     </w:t>
        <w:br/>
      </w:r>
      <w:r>
        <w:rPr>
          <w:b w:val="0"/>
          <w:i w:val="0"/>
        </w:rPr>
        <w:t xml:space="preserve"> tham chiếu đến tệp, mà hàm </w:t>
      </w:r>
      <w:r>
        <w:rPr>
          <w:rFonts w:ascii="Consolas" w:hAnsi="Consolas"/>
          <w:b w:val="0"/>
          <w:i w:val="0"/>
          <w:sz w:val="20"/>
        </w:rPr>
        <w:br/>
        <w:br/>
        <w:t xml:space="preserve">      CSV.writer()</w:t>
        <w:br/>
        <w:t xml:space="preserve">     </w:t>
        <w:br/>
      </w:r>
      <w:r>
        <w:rPr>
          <w:b w:val="0"/>
          <w:i w:val="0"/>
        </w:rPr>
        <w:t xml:space="preserve"> dùng để tạo tệp CSV. Tất cả điều này diễn ra trong một khối </w:t>
      </w:r>
      <w:r>
        <w:rPr>
          <w:rFonts w:ascii="Consolas" w:hAnsi="Consolas"/>
          <w:b w:val="0"/>
          <w:i w:val="0"/>
          <w:sz w:val="20"/>
        </w:rPr>
        <w:br/>
        <w:br/>
        <w:t xml:space="preserve">      with</w:t>
        <w:br/>
        <w:t xml:space="preserve">     </w:t>
        <w:br/>
      </w:r>
      <w:r>
        <w:rPr>
          <w:b w:val="0"/>
          <w:i w:val="0"/>
        </w:rPr>
        <w:t>, nên nó sẽ đóng tệp khi khối kết thúc.</w:t>
      </w:r>
    </w:p>
    <w:p>
      <w:pPr>
        <w:spacing w:after="80"/>
      </w:pPr>
      <w:r>
        <w:rPr>
          <w:b/>
          <w:i w:val="0"/>
        </w:rPr>
        <w:t>Mẹo</w:t>
      </w:r>
    </w:p>
    <w:p>
      <w:pPr>
        <w:spacing w:after="80"/>
      </w:pPr>
      <w:r>
        <w:rPr>
          <w:b w:val="0"/>
          <w:i w:val="0"/>
        </w:rPr>
        <w:t xml:space="preserve">Lưu ý tham số </w:t>
      </w:r>
      <w:r>
        <w:rPr>
          <w:rFonts w:ascii="Consolas" w:hAnsi="Consolas"/>
          <w:b w:val="0"/>
          <w:i w:val="0"/>
          <w:sz w:val="20"/>
        </w:rPr>
        <w:br/>
        <w:br/>
        <w:t xml:space="preserve">       newline=''</w:t>
        <w:br/>
        <w:t xml:space="preserve">      </w:t>
        <w:br/>
      </w:r>
      <w:r>
        <w:rPr>
          <w:b w:val="0"/>
          <w:i w:val="0"/>
        </w:rPr>
        <w:t xml:space="preserve">. Điều này được thực hiện để đảm bảo rằng </w:t>
      </w:r>
      <w:r>
        <w:rPr>
          <w:rFonts w:ascii="Consolas" w:hAnsi="Consolas"/>
          <w:b w:val="0"/>
          <w:i w:val="0"/>
          <w:sz w:val="20"/>
        </w:rPr>
        <w:br/>
        <w:br/>
        <w:t xml:space="preserve">       writer</w:t>
        <w:br/>
        <w:t xml:space="preserve">      </w:t>
        <w:br/>
      </w:r>
      <w:r>
        <w:rPr>
          <w:b w:val="0"/>
          <w:i w:val="0"/>
        </w:rPr>
        <w:t xml:space="preserve"> kiểm soát định dạng xuống dòng và tránh các vấn đề không tương thích, chẳng hạn như thêm ký tự xuống dòng hai lần. Điều này thường không phải là vấn đề, nhưng đôi khi định dạng CSV yêu cầu ký tự xuống dòng phải là một ký tự cụ thể, khác với ký tự mặc định. Điều này có thể xảy ra, ví dụ, khi làm việc với một tệp sẽ được dùng trên một hệ điều hành khác. Tốt hơn là nên xử lý nó một cách rõ ràng trong cấu hình CSV.</w:t>
      </w:r>
    </w:p>
    <w:p>
      <w:pPr>
        <w:spacing w:after="80"/>
      </w:pPr>
      <w:r>
        <w:rPr>
          <w:rFonts w:ascii="Consolas" w:hAnsi="Consolas"/>
          <w:b w:val="0"/>
          <w:i w:val="0"/>
          <w:sz w:val="20"/>
        </w:rPr>
        <w:br/>
        <w:br/>
        <w:t xml:space="preserve">      writer</w:t>
        <w:br/>
        <w:t xml:space="preserve">     </w:t>
        <w:br/>
      </w:r>
      <w:r>
        <w:rPr>
          <w:b w:val="0"/>
          <w:i w:val="0"/>
        </w:rPr>
        <w:t xml:space="preserve"> ghi các phần tử theo từng hàng bằng phương thức </w:t>
      </w:r>
      <w:r>
        <w:rPr>
          <w:rFonts w:ascii="Consolas" w:hAnsi="Consolas"/>
          <w:b w:val="0"/>
          <w:i w:val="0"/>
          <w:sz w:val="20"/>
        </w:rPr>
        <w:br/>
        <w:br/>
        <w:t xml:space="preserve">      .writerow()</w:t>
        <w:br/>
        <w:t xml:space="preserve">     </w:t>
        <w:br/>
      </w:r>
      <w:r>
        <w:rPr>
          <w:b w:val="0"/>
          <w:i w:val="0"/>
        </w:rPr>
        <w:t xml:space="preserve">. Hàng đầu tiên là </w:t>
      </w:r>
      <w:r>
        <w:rPr>
          <w:rFonts w:ascii="Consolas" w:hAnsi="Consolas"/>
          <w:b w:val="0"/>
          <w:i w:val="0"/>
          <w:sz w:val="20"/>
        </w:rPr>
        <w:br/>
        <w:br/>
        <w:t xml:space="preserve">      HEADER</w:t>
        <w:br/>
        <w:t xml:space="preserve">     </w:t>
        <w:br/>
      </w:r>
      <w:r>
        <w:rPr>
          <w:b w:val="0"/>
          <w:i w:val="0"/>
        </w:rPr>
        <w:t>, và các hàng còn lại là các dòng dữ liệu.</w:t>
      </w:r>
    </w:p>
    <w:p>
      <w:pPr>
        <w:pStyle w:val="Heading3"/>
      </w:pPr>
      <w:r>
        <w:rPr>
          <w:rFonts w:ascii="Calibri" w:hAnsi="Calibri"/>
          <w:b/>
          <w:i w:val="0"/>
          <w:sz w:val="26"/>
        </w:rPr>
        <w:t>Còn nhiều thứ khác...</w:t>
      </w:r>
    </w:p>
    <w:p>
      <w:pPr>
        <w:spacing w:after="80"/>
      </w:pPr>
      <w:r>
        <w:rPr>
          <w:b w:val="0"/>
          <w:i w:val="0"/>
        </w:rPr>
        <w:t>Đoạn mã được trình bày lưu dữ liệu theo dialect CSV mặc định. Dialect CSV định nghĩa ký tự nào phân tách dữ liệu trên mỗi hàng (dấu phẩy hoặc các ký tự khác), cách escape ký tự, ký tự xuống dòng (còn được gọi là ký tự kết thúc dòng) xác định một mục mới, v.v.</w:t>
      </w:r>
    </w:p>
    <w:p>
      <w:pPr>
        <w:spacing w:after="80"/>
      </w:pPr>
      <w:r>
        <w:rPr>
          <w:b/>
          <w:i w:val="0"/>
        </w:rPr>
        <w:t>Lưu ý</w:t>
      </w:r>
    </w:p>
    <w:p>
      <w:pPr>
        <w:spacing w:after="80"/>
      </w:pPr>
      <w:r>
        <w:rPr>
          <w:b w:val="0"/>
          <w:i w:val="0"/>
        </w:rPr>
        <w:t>Escape là quá trình lưu trữ các ký tự có thể bị hiểu nhầm là một phần của cú pháp, ví dụ khi xử lý văn bản có chứa dấu phẩy hoặc dấu ngoặc kép. Dialect sẽ xác định cách lưu trữ nó trong trường hợp đó; ví dụ bao quanh bằng dấu ngoặc kép đối với văn bản chứa dấu phẩy nguyên văn, chẳng hạn.</w:t>
      </w:r>
    </w:p>
    <w:p>
      <w:pPr>
        <w:spacing w:after="80"/>
      </w:pPr>
      <w:r>
        <w:rPr>
          <w:b w:val="0"/>
          <w:i w:val="0"/>
        </w:rPr>
        <w:t xml:space="preserve">Trong trường hợp cần điều chỉnh dialect, mỗi tham số này đều có thể được định nghĩa trong lệnh gọi writer. Tham khảo liên kết sau để biết danh sách tất cả các tham số có thể định nghĩa: </w:t>
      </w:r>
      <w:r>
        <w:rPr>
          <w:rFonts w:ascii="Consolas" w:hAnsi="Consolas"/>
          <w:b w:val="0"/>
          <w:i w:val="0"/>
          <w:sz w:val="20"/>
        </w:rPr>
        <w:br/>
        <w:br/>
        <w:t xml:space="preserve">       https://docs.python.org/3/library/csv.html#dialects-and-formatting-parameters</w:t>
        <w:br/>
        <w:t xml:space="preserve">      </w:t>
        <w:br/>
      </w:r>
      <w:r>
        <w:rPr>
          <w:b w:val="0"/>
          <w:i w:val="0"/>
        </w:rPr>
        <w:t>.</w:t>
      </w:r>
    </w:p>
    <w:p>
      <w:pPr>
        <w:spacing w:after="80"/>
      </w:pPr>
      <w:r>
        <w:rPr>
          <w:b/>
          <w:i w:val="0"/>
        </w:rPr>
        <w:t>Mẹo</w:t>
      </w:r>
    </w:p>
    <w:p>
      <w:pPr>
        <w:spacing w:after="80"/>
      </w:pPr>
      <w:r>
        <w:rPr>
          <w:b w:val="0"/>
          <w:i w:val="0"/>
        </w:rPr>
        <w:t>Tệp CSV tốt hơn khi đơn giản. Nếu dữ liệu cần lưu trữ phức tạp, có thể lựa chọn tốt nhất không phải là tệp CSV. Nhưng tệp CSV cực kỳ hữu ích khi xử lý dữ liệu dạng bảng. Chúng có thể được hiểu bởi hầu như mọi chương trình, khiến chúng rất dễ di chuyển, và ngay cả việc xử lý chúng ở mức thấp cũng dễ dàng.</w:t>
      </w:r>
    </w:p>
    <w:p>
      <w:pPr>
        <w:spacing w:after="80"/>
      </w:pPr>
      <w:r>
        <w:rPr>
          <w:b w:val="0"/>
          <w:i w:val="0"/>
        </w:rPr>
        <w:t xml:space="preserve">Tài liệu đầy đủ về mô-đun csv có thể được tìm thấy ở đây: </w:t>
      </w:r>
      <w:r>
        <w:rPr>
          <w:rFonts w:ascii="Consolas" w:hAnsi="Consolas"/>
          <w:b w:val="0"/>
          <w:i w:val="0"/>
          <w:sz w:val="20"/>
        </w:rPr>
        <w:br/>
        <w:br/>
        <w:t xml:space="preserve">       https://docs.python.org/3/library/csv.html</w:t>
        <w:br/>
        <w:t xml:space="preserve">      </w:t>
        <w:br/>
      </w:r>
      <w:r>
        <w:rPr>
          <w:b w:val="0"/>
          <w:i w:val="0"/>
        </w:rPr>
        <w:t>.</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Đọc</w:t>
      </w:r>
      <w:r>
        <w:rPr>
          <w:b w:val="0"/>
          <w:i w:val="0"/>
        </w:rPr>
        <w:t xml:space="preserve"> </w:t>
      </w:r>
      <w:r>
        <w:rPr>
          <w:b w:val="0"/>
          <w:i/>
        </w:rPr>
        <w:t>tệp CSV</w:t>
      </w:r>
      <w:r>
        <w:rPr>
          <w:b w:val="0"/>
          <w:i w:val="0"/>
        </w:rPr>
        <w:t xml:space="preserve"> trong </w:t>
      </w:r>
      <w:r>
        <w:rPr>
          <w:b w:val="0"/>
          <w:i/>
        </w:rPr>
        <w:t>Chương 4</w:t>
      </w:r>
      <w:r>
        <w:rPr>
          <w:b w:val="0"/>
          <w:i w:val="0"/>
        </w:rPr>
        <w:t xml:space="preserve">, </w:t>
      </w:r>
      <w:r>
        <w:rPr>
          <w:b w:val="0"/>
          <w:i/>
        </w:rPr>
        <w:t>Tìm kiếm và đọc tệp cục bộ</w:t>
      </w:r>
      <w:r>
        <w:rPr>
          <w:b w:val="0"/>
          <w:i w:val="0"/>
        </w:rPr>
        <w:t>.</w:t>
      </w:r>
    </w:p>
    <w:p>
      <w:pPr>
        <w:spacing w:after="80"/>
        <w:ind w:left="360"/>
      </w:pPr>
      <w:r>
        <w:t xml:space="preserve">• </w:t>
      </w:r>
      <w:r>
        <w:rPr>
          <w:b w:val="0"/>
          <w:i w:val="0"/>
        </w:rPr>
        <w:t xml:space="preserve">Công thức </w:t>
      </w:r>
      <w:r>
        <w:rPr>
          <w:b w:val="0"/>
          <w:i/>
        </w:rPr>
        <w:t xml:space="preserve"> Cập nhật tệp CSV </w:t>
      </w:r>
      <w:r>
        <w:rPr>
          <w:b w:val="0"/>
          <w:i w:val="0"/>
        </w:rPr>
        <w:t xml:space="preserve"> trong phần tiếp theo.</w:t>
      </w:r>
    </w:p>
    <w:p>
      <w:pPr>
        <w:pStyle w:val="Heading2"/>
      </w:pPr>
      <w:r>
        <w:rPr>
          <w:rFonts w:ascii="Calibri" w:hAnsi="Calibri"/>
          <w:b/>
          <w:i w:val="0"/>
          <w:sz w:val="32"/>
        </w:rPr>
        <w:t>Cập nhật tệp CSV</w:t>
      </w:r>
    </w:p>
    <w:p>
      <w:pPr>
        <w:spacing w:after="80"/>
      </w:pPr>
      <w:r>
        <w:rPr>
          <w:b w:val="0"/>
          <w:i w:val="0"/>
        </w:rPr>
        <w:t>Vì tệp CSV là những tệp văn bản đơn giản, giải pháp tốt nhất để cập nhật nội dung của chúng là đọc chúng, xử lý thành các đối tượng Python nội bộ, thực hiện thay đổi, rồi ghi đè kết quả trở lại theo đúng định dạng đó. Trong công thức này, chúng ta sẽ xem cách làm điều đó.</w:t>
      </w:r>
    </w:p>
    <w:p>
      <w:pPr>
        <w:pStyle w:val="Heading3"/>
      </w:pPr>
      <w:r>
        <w:rPr>
          <w:rFonts w:ascii="Calibri" w:hAnsi="Calibri"/>
          <w:b/>
          <w:i w:val="0"/>
          <w:sz w:val="26"/>
        </w:rPr>
        <w:t>Chuẩn bị</w:t>
      </w:r>
    </w:p>
    <w:p>
      <w:pPr>
        <w:spacing w:after="80"/>
      </w:pPr>
      <w:r>
        <w:rPr>
          <w:b w:val="0"/>
          <w:i w:val="0"/>
        </w:rPr>
        <w:t xml:space="preserve">Trong công thức này, chúng ta sẽ dùng tệp </w:t>
      </w:r>
      <w:r>
        <w:rPr>
          <w:rFonts w:ascii="Consolas" w:hAnsi="Consolas"/>
          <w:b w:val="0"/>
          <w:i w:val="0"/>
          <w:sz w:val="20"/>
        </w:rPr>
        <w:br/>
        <w:br/>
        <w:t xml:space="preserve">      movies.csv</w:t>
        <w:br/>
        <w:t xml:space="preserve">     </w:t>
        <w:br/>
      </w:r>
      <w:r>
        <w:rPr>
          <w:b w:val="0"/>
          <w:i w:val="0"/>
        </w:rPr>
        <w:t xml:space="preserve"> có sẵn trên GitHub tại </w:t>
      </w:r>
      <w:r>
        <w:rPr>
          <w:rFonts w:ascii="Consolas" w:hAnsi="Consolas"/>
          <w:b w:val="0"/>
          <w:i w:val="0"/>
          <w:sz w:val="20"/>
        </w:rPr>
        <w:br/>
        <w:br/>
        <w:t xml:space="preserve">       https://github.com/PacktPublishing/Python-Automation-Cookbook-Third-Edition/blob/main/ch06/movies.csv</w:t>
        <w:br/>
        <w:t xml:space="preserve">      </w:t>
        <w:br/>
      </w:r>
      <w:r>
        <w:rPr>
          <w:b w:val="0"/>
          <w:i w:val="0"/>
        </w:rPr>
        <w:t xml:space="preserve"> . Tệp chứa dữ liệu sau:</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 xml:space="preserve"> Doanh thu vé </w:t>
            </w:r>
          </w:p>
        </w:tc>
        <w:tc>
          <w:tcPr>
            <w:tcW w:type="dxa" w:w="3120"/>
          </w:tcPr>
          <w:p>
            <w:r/>
            <w:r>
              <w:rPr>
                <w:b/>
                <w:i w:val="0"/>
                <w:sz w:val="19"/>
              </w:rPr>
              <w:t xml:space="preserve"> Tên </w:t>
            </w:r>
          </w:p>
        </w:tc>
        <w:tc>
          <w:tcPr>
            <w:tcW w:type="dxa" w:w="3120"/>
          </w:tcPr>
          <w:p>
            <w:r/>
            <w:r>
              <w:rPr>
                <w:b/>
                <w:i w:val="0"/>
                <w:sz w:val="19"/>
              </w:rPr>
              <w:t xml:space="preserve"> Năm </w:t>
            </w:r>
          </w:p>
        </w:tc>
      </w:tr>
      <w:tr>
        <w:tc>
          <w:tcPr>
            <w:tcW w:type="dxa" w:w="3120"/>
          </w:tcPr>
          <w:p>
            <w:r/>
            <w:r>
              <w:rPr>
                <w:b w:val="0"/>
                <w:i w:val="0"/>
                <w:sz w:val="19"/>
              </w:rPr>
              <w:t>225.7</w:t>
            </w:r>
          </w:p>
        </w:tc>
        <w:tc>
          <w:tcPr>
            <w:tcW w:type="dxa" w:w="3120"/>
          </w:tcPr>
          <w:p>
            <w:r/>
            <w:r>
              <w:rPr>
                <w:b w:val="0"/>
                <w:i w:val="0"/>
                <w:sz w:val="19"/>
              </w:rPr>
              <w:t>Gone With the Wind</w:t>
            </w:r>
          </w:p>
        </w:tc>
        <w:tc>
          <w:tcPr>
            <w:tcW w:type="dxa" w:w="3120"/>
          </w:tcPr>
          <w:p>
            <w:r/>
            <w:r>
              <w:rPr>
                <w:b w:val="0"/>
                <w:i w:val="0"/>
                <w:sz w:val="19"/>
              </w:rPr>
              <w:t>1939</w:t>
            </w:r>
          </w:p>
        </w:tc>
      </w:tr>
      <w:tr>
        <w:tc>
          <w:tcPr>
            <w:tcW w:type="dxa" w:w="3120"/>
          </w:tcPr>
          <w:p>
            <w:r/>
            <w:r>
              <w:rPr>
                <w:b w:val="0"/>
                <w:i w:val="0"/>
                <w:sz w:val="19"/>
              </w:rPr>
              <w:t>194.4</w:t>
            </w:r>
          </w:p>
        </w:tc>
        <w:tc>
          <w:tcPr>
            <w:tcW w:type="dxa" w:w="3120"/>
          </w:tcPr>
          <w:p>
            <w:r/>
            <w:r>
              <w:rPr>
                <w:b w:val="0"/>
                <w:i w:val="0"/>
                <w:sz w:val="19"/>
              </w:rPr>
              <w:t>Star Wars</w:t>
            </w:r>
          </w:p>
        </w:tc>
        <w:tc>
          <w:tcPr>
            <w:tcW w:type="dxa" w:w="3120"/>
          </w:tcPr>
          <w:p>
            <w:r/>
            <w:r>
              <w:rPr>
                <w:b w:val="0"/>
                <w:i w:val="0"/>
                <w:sz w:val="19"/>
              </w:rPr>
              <w:t>1968</w:t>
            </w:r>
          </w:p>
        </w:tc>
      </w:tr>
      <w:tr>
        <w:tc>
          <w:tcPr>
            <w:tcW w:type="dxa" w:w="3120"/>
          </w:tcPr>
          <w:p>
            <w:r/>
            <w:r>
              <w:rPr>
                <w:b w:val="0"/>
                <w:i w:val="0"/>
                <w:sz w:val="19"/>
              </w:rPr>
              <w:t>156.4</w:t>
            </w:r>
          </w:p>
        </w:tc>
        <w:tc>
          <w:tcPr>
            <w:tcW w:type="dxa" w:w="3120"/>
          </w:tcPr>
          <w:p>
            <w:r/>
            <w:r>
              <w:rPr>
                <w:b w:val="0"/>
                <w:i w:val="0"/>
                <w:sz w:val="19"/>
              </w:rPr>
              <w:t>The Sound of Music</w:t>
            </w:r>
          </w:p>
        </w:tc>
        <w:tc>
          <w:tcPr>
            <w:tcW w:type="dxa" w:w="3120"/>
          </w:tcPr>
          <w:p>
            <w:r/>
            <w:r>
              <w:rPr>
                <w:b w:val="0"/>
                <w:i w:val="0"/>
                <w:sz w:val="19"/>
              </w:rPr>
              <w:t>1965</w:t>
            </w:r>
          </w:p>
        </w:tc>
      </w:tr>
    </w:tbl>
    <w:p>
      <w:pPr>
        <w:spacing w:after="0"/>
      </w:pPr>
    </w:p>
    <w:p>
      <w:pPr>
        <w:spacing w:after="160"/>
        <w:jc w:val="center"/>
      </w:pPr>
      <w:r>
        <w:rPr>
          <w:rFonts w:ascii="Calibri" w:hAnsi="Calibri"/>
          <w:b w:val="0"/>
          <w:i/>
          <w:sz w:val="19"/>
        </w:rPr>
        <w:t>Bảng 6.1: Dữ liệu phim</w:t>
      </w:r>
    </w:p>
    <w:p>
      <w:pPr>
        <w:spacing w:after="80"/>
      </w:pPr>
      <w:r>
        <w:rPr>
          <w:b w:val="0"/>
          <w:i w:val="0"/>
        </w:rPr>
        <w:t xml:space="preserve">Lưu ý rằng Năm (Year) được ghi cho </w:t>
      </w:r>
      <w:r>
        <w:rPr>
          <w:b w:val="0"/>
          <w:i/>
        </w:rPr>
        <w:t xml:space="preserve"> Star Wars </w:t>
      </w:r>
      <w:r>
        <w:rPr>
          <w:b w:val="0"/>
          <w:i w:val="0"/>
        </w:rPr>
        <w:t xml:space="preserve"> là sai (phim được phát hành năm 1977). Chúng ta sẽ sửa nó trong công thức này.</w:t>
      </w:r>
    </w:p>
    <w:p>
      <w:pPr>
        <w:pStyle w:val="Heading3"/>
      </w:pPr>
      <w:r>
        <w:rPr>
          <w:rFonts w:ascii="Calibri" w:hAnsi="Calibri"/>
          <w:b/>
          <w:i w:val="0"/>
          <w:sz w:val="26"/>
        </w:rPr>
        <w:t>Cách thực hiện...</w:t>
      </w:r>
    </w:p>
    <w:p>
      <w:pPr>
        <w:spacing w:after="80"/>
        <w:ind w:left="360"/>
      </w:pPr>
      <w:r>
        <w:t xml:space="preserve">1. </w:t>
      </w:r>
      <w:r>
        <w:rPr>
          <w:b w:val="0"/>
          <w:i w:val="0"/>
        </w:rPr>
        <w:t xml:space="preserve">Import mô-đun </w:t>
      </w:r>
      <w:r>
        <w:rPr>
          <w:rFonts w:ascii="Consolas" w:hAnsi="Consolas"/>
          <w:b w:val="0"/>
          <w:i w:val="0"/>
          <w:sz w:val="20"/>
        </w:rPr>
        <w:br/>
        <w:br/>
        <w:t xml:space="preserve">       csv</w:t>
        <w:br/>
        <w:t xml:space="preserve">      </w:t>
        <w:br/>
      </w:r>
      <w:r>
        <w:rPr>
          <w:b w:val="0"/>
          <w:i w:val="0"/>
        </w:rPr>
        <w:t xml:space="preserve"> và định nghĩa tên tệp:</w:t>
      </w:r>
    </w:p>
    <w:p>
      <w:pPr>
        <w:spacing w:after="0"/>
        <w:ind w:left="360"/>
        <w:shd w:val="clear" w:color="auto" w:fill="F2F2F2"/>
      </w:pPr>
      <w:r>
        <w:rPr>
          <w:rFonts w:ascii="Consolas" w:hAnsi="Consolas"/>
          <w:sz w:val="18"/>
        </w:rPr>
        <w:t>&gt;&gt;&gt; import csv</w:t>
      </w:r>
    </w:p>
    <w:p>
      <w:pPr>
        <w:spacing w:after="0"/>
        <w:ind w:left="360"/>
        <w:shd w:val="clear" w:color="auto" w:fill="F2F2F2"/>
      </w:pPr>
      <w:r>
        <w:rPr>
          <w:rFonts w:ascii="Consolas" w:hAnsi="Consolas"/>
          <w:sz w:val="18"/>
        </w:rPr>
        <w:t>&gt;&gt;&gt; FILENAME = 'movies.csv'</w:t>
      </w:r>
    </w:p>
    <w:p>
      <w:pPr>
        <w:spacing w:after="40"/>
      </w:pPr>
    </w:p>
    <w:p>
      <w:pPr>
        <w:spacing w:after="80"/>
        <w:ind w:left="360"/>
      </w:pPr>
      <w:r>
        <w:t xml:space="preserve">2. </w:t>
      </w:r>
      <w:r>
        <w:rPr>
          <w:b w:val="0"/>
          <w:i w:val="0"/>
        </w:rPr>
        <w:t xml:space="preserve">Đọc nội dung của tệp bằng </w:t>
      </w:r>
      <w:r>
        <w:rPr>
          <w:rFonts w:ascii="Consolas" w:hAnsi="Consolas"/>
          <w:b w:val="0"/>
          <w:i w:val="0"/>
          <w:sz w:val="20"/>
        </w:rPr>
        <w:br/>
        <w:br/>
        <w:t xml:space="preserve">       DictReader</w:t>
        <w:br/>
        <w:t xml:space="preserve">      </w:t>
        <w:br/>
      </w:r>
      <w:r>
        <w:rPr>
          <w:b w:val="0"/>
          <w:i w:val="0"/>
        </w:rPr>
        <w:t xml:space="preserve"> và chuyển nó thành một danh sách các hàng có thứ tự:</w:t>
      </w:r>
    </w:p>
    <w:p>
      <w:pPr>
        <w:spacing w:after="0"/>
        <w:ind w:left="360"/>
        <w:shd w:val="clear" w:color="auto" w:fill="F2F2F2"/>
      </w:pPr>
      <w:r>
        <w:rPr>
          <w:rFonts w:ascii="Consolas" w:hAnsi="Consolas"/>
          <w:sz w:val="18"/>
        </w:rPr>
        <w:t>&gt;&gt;&gt; with open(FILENAME, newline='') as file:</w:t>
      </w:r>
    </w:p>
    <w:p>
      <w:pPr>
        <w:spacing w:after="0"/>
        <w:ind w:left="360"/>
        <w:shd w:val="clear" w:color="auto" w:fill="F2F2F2"/>
      </w:pPr>
      <w:r>
        <w:rPr>
          <w:rFonts w:ascii="Consolas" w:hAnsi="Consolas"/>
          <w:sz w:val="18"/>
        </w:rPr>
        <w:t>...     data = [row for row in csv.DictReader(file)]</w:t>
      </w:r>
    </w:p>
    <w:p>
      <w:pPr>
        <w:spacing w:after="40"/>
      </w:pPr>
    </w:p>
    <w:p>
      <w:pPr>
        <w:spacing w:after="80"/>
        <w:ind w:left="360"/>
      </w:pPr>
      <w:r>
        <w:t xml:space="preserve">3. </w:t>
      </w:r>
      <w:r>
        <w:rPr>
          <w:b w:val="0"/>
          <w:i w:val="0"/>
        </w:rPr>
        <w:t>Kiểm tra dữ liệu thu được. Thay đổi giá trị đúng từ 1968 thành 1977:</w:t>
      </w:r>
    </w:p>
    <w:p>
      <w:pPr>
        <w:spacing w:after="0"/>
        <w:ind w:left="360"/>
        <w:shd w:val="clear" w:color="auto" w:fill="F2F2F2"/>
      </w:pPr>
      <w:r>
        <w:rPr>
          <w:rFonts w:ascii="Consolas" w:hAnsi="Consolas"/>
          <w:sz w:val="18"/>
        </w:rPr>
        <w:t>&gt;&gt;&gt; data</w:t>
      </w:r>
    </w:p>
    <w:p>
      <w:pPr>
        <w:spacing w:after="0"/>
        <w:ind w:left="360"/>
        <w:shd w:val="clear" w:color="auto" w:fill="F2F2F2"/>
      </w:pPr>
      <w:r>
        <w:rPr>
          <w:rFonts w:ascii="Consolas" w:hAnsi="Consolas"/>
          <w:sz w:val="18"/>
        </w:rPr>
        <w:t>[{'Admissions': '225.7', 'Name': 'Gone With the Wind', 'Year': '1939'}, {'Admissions': '194.4', 'Name': 'Star Wars', 'Year': '1968'}, {'Admissions': '156.4', 'Name': 'The Sound of Music', 'Year': '1965'}]</w:t>
      </w:r>
    </w:p>
    <w:p>
      <w:pPr>
        <w:spacing w:after="0"/>
        <w:ind w:left="360"/>
        <w:shd w:val="clear" w:color="auto" w:fill="F2F2F2"/>
      </w:pPr>
      <w:r>
        <w:rPr>
          <w:rFonts w:ascii="Consolas" w:hAnsi="Consolas"/>
          <w:sz w:val="18"/>
        </w:rPr>
        <w:t>&gt;&gt;&gt; data[1]['Year']</w:t>
      </w:r>
    </w:p>
    <w:p>
      <w:pPr>
        <w:spacing w:after="0"/>
        <w:ind w:left="360"/>
        <w:shd w:val="clear" w:color="auto" w:fill="F2F2F2"/>
      </w:pPr>
      <w:r>
        <w:rPr>
          <w:rFonts w:ascii="Consolas" w:hAnsi="Consolas"/>
          <w:sz w:val="18"/>
        </w:rPr>
        <w:t>'1968'</w:t>
      </w:r>
    </w:p>
    <w:p>
      <w:pPr>
        <w:spacing w:after="0"/>
        <w:ind w:left="360"/>
        <w:shd w:val="clear" w:color="auto" w:fill="F2F2F2"/>
      </w:pPr>
      <w:r>
        <w:rPr>
          <w:rFonts w:ascii="Consolas" w:hAnsi="Consolas"/>
          <w:sz w:val="18"/>
        </w:rPr>
        <w:t>&gt;&gt;&gt; data[1]['Year'] = '1977'</w:t>
      </w:r>
    </w:p>
    <w:p>
      <w:pPr>
        <w:spacing w:after="40"/>
      </w:pPr>
    </w:p>
    <w:p>
      <w:pPr>
        <w:spacing w:after="80"/>
        <w:ind w:left="360"/>
      </w:pPr>
      <w:r>
        <w:t xml:space="preserve">4. </w:t>
      </w:r>
      <w:r>
        <w:rPr>
          <w:b w:val="0"/>
          <w:i w:val="0"/>
        </w:rPr>
        <w:t>Mở lại tệp và lưu trữ các giá trị:</w:t>
      </w:r>
    </w:p>
    <w:p>
      <w:pPr>
        <w:spacing w:after="0"/>
        <w:ind w:left="360"/>
        <w:shd w:val="clear" w:color="auto" w:fill="F2F2F2"/>
      </w:pPr>
      <w:r>
        <w:rPr>
          <w:rFonts w:ascii="Consolas" w:hAnsi="Consolas"/>
          <w:sz w:val="18"/>
        </w:rPr>
        <w:t>&gt;&gt;&gt; HEADER = data[0].keys()</w:t>
      </w:r>
    </w:p>
    <w:p>
      <w:pPr>
        <w:spacing w:after="0"/>
        <w:ind w:left="360"/>
        <w:shd w:val="clear" w:color="auto" w:fill="F2F2F2"/>
      </w:pPr>
      <w:r>
        <w:rPr>
          <w:rFonts w:ascii="Consolas" w:hAnsi="Consolas"/>
          <w:sz w:val="18"/>
        </w:rPr>
        <w:t>&gt;&gt;&gt; with open(FILENAME, 'w', newline='') as file:</w:t>
      </w:r>
    </w:p>
    <w:p>
      <w:pPr>
        <w:spacing w:after="0"/>
        <w:ind w:left="360"/>
        <w:shd w:val="clear" w:color="auto" w:fill="F2F2F2"/>
      </w:pPr>
      <w:r>
        <w:rPr>
          <w:rFonts w:ascii="Consolas" w:hAnsi="Consolas"/>
          <w:sz w:val="18"/>
        </w:rPr>
        <w:t>...     writer = csv.DictWriter(file, fieldnames=HEADER)</w:t>
      </w:r>
    </w:p>
    <w:p>
      <w:pPr>
        <w:spacing w:after="0"/>
        <w:ind w:left="360"/>
        <w:shd w:val="clear" w:color="auto" w:fill="F2F2F2"/>
      </w:pPr>
      <w:r>
        <w:rPr>
          <w:rFonts w:ascii="Consolas" w:hAnsi="Consolas"/>
          <w:sz w:val="18"/>
        </w:rPr>
        <w:t>...     writer.writeheader()</w:t>
      </w:r>
    </w:p>
    <w:p>
      <w:pPr>
        <w:spacing w:after="0"/>
        <w:ind w:left="360"/>
        <w:shd w:val="clear" w:color="auto" w:fill="F2F2F2"/>
      </w:pPr>
      <w:r>
        <w:rPr>
          <w:rFonts w:ascii="Consolas" w:hAnsi="Consolas"/>
          <w:sz w:val="18"/>
        </w:rPr>
        <w:t>...     writer.writerows(data)</w:t>
      </w:r>
    </w:p>
    <w:p>
      <w:pPr>
        <w:spacing w:after="40"/>
      </w:pPr>
    </w:p>
    <w:p>
      <w:pPr>
        <w:spacing w:after="80"/>
        <w:ind w:left="360"/>
      </w:pPr>
      <w:r>
        <w:t xml:space="preserve">5. </w:t>
      </w:r>
      <w:r>
        <w:rPr>
          <w:b w:val="0"/>
          <w:i w:val="0"/>
        </w:rPr>
        <w:t xml:space="preserve">Kiểm tra kết quả trong phần mềm bảng tính. Kết quả tương tự như hiển thị trong </w:t>
      </w:r>
      <w:r>
        <w:rPr>
          <w:b w:val="0"/>
          <w:i/>
        </w:rPr>
        <w:t xml:space="preserve"> bước 4 </w:t>
      </w:r>
      <w:r>
        <w:rPr>
          <w:b w:val="0"/>
          <w:i w:val="0"/>
        </w:rPr>
        <w:t xml:space="preserve"> của công thức </w:t>
      </w:r>
      <w:r>
        <w:rPr>
          <w:b w:val="0"/>
          <w:i/>
        </w:rPr>
        <w:t xml:space="preserve"> Writing a CSV spreadsheet r </w:t>
      </w:r>
      <w:r>
        <w:rPr>
          <w:b w:val="0"/>
          <w:i w:val="0"/>
        </w:rPr>
        <w:t xml:space="preserve"> .</w:t>
      </w:r>
    </w:p>
    <w:p>
      <w:pPr>
        <w:pStyle w:val="Heading3"/>
      </w:pPr>
      <w:r>
        <w:rPr>
          <w:rFonts w:ascii="Calibri" w:hAnsi="Calibri"/>
          <w:b/>
          <w:i w:val="0"/>
          <w:sz w:val="26"/>
        </w:rPr>
        <w:t>Cách hoạt động...</w:t>
      </w:r>
    </w:p>
    <w:p>
      <w:pPr>
        <w:spacing w:after="80"/>
      </w:pPr>
      <w:r>
        <w:rPr>
          <w:b w:val="0"/>
          <w:i w:val="0"/>
        </w:rPr>
        <w:t xml:space="preserve">Sau khi import mô-đun </w:t>
      </w:r>
      <w:r>
        <w:rPr>
          <w:rFonts w:ascii="Consolas" w:hAnsi="Consolas"/>
          <w:b w:val="0"/>
          <w:i w:val="0"/>
          <w:sz w:val="20"/>
        </w:rPr>
        <w:br/>
        <w:br/>
        <w:t xml:space="preserve">      csv</w:t>
        <w:br/>
        <w:t xml:space="preserve">     </w:t>
        <w:br/>
      </w:r>
      <w:r>
        <w:rPr>
          <w:b w:val="0"/>
          <w:i w:val="0"/>
        </w:rPr>
        <w:t xml:space="preserve"> trong </w:t>
      </w:r>
      <w:r>
        <w:rPr>
          <w:b w:val="0"/>
          <w:i/>
        </w:rPr>
        <w:t xml:space="preserve"> bước 2 </w:t>
      </w:r>
      <w:r>
        <w:rPr>
          <w:b w:val="0"/>
          <w:i w:val="0"/>
        </w:rPr>
        <w:t xml:space="preserve"> của mục </w:t>
      </w:r>
      <w:r>
        <w:rPr>
          <w:b w:val="0"/>
          <w:i/>
        </w:rPr>
        <w:t xml:space="preserve"> Cách thực hiện… </w:t>
      </w:r>
      <w:r>
        <w:rPr>
          <w:b w:val="0"/>
          <w:i w:val="0"/>
        </w:rPr>
        <w:t xml:space="preserve"> , chúng ta trích xuất toàn bộ dữ liệu từ tệp. Tệp được mở trong một khối </w:t>
      </w:r>
      <w:r>
        <w:rPr>
          <w:rFonts w:ascii="Consolas" w:hAnsi="Consolas"/>
          <w:b w:val="0"/>
          <w:i w:val="0"/>
          <w:sz w:val="20"/>
        </w:rPr>
        <w:br/>
        <w:br/>
        <w:t xml:space="preserve">      with</w:t>
        <w:br/>
        <w:t xml:space="preserve">     </w:t>
        <w:br/>
      </w:r>
      <w:r>
        <w:rPr>
          <w:b w:val="0"/>
          <w:i w:val="0"/>
        </w:rPr>
        <w:t xml:space="preserve"> . </w:t>
      </w:r>
      <w:r>
        <w:rPr>
          <w:rFonts w:ascii="Consolas" w:hAnsi="Consolas"/>
          <w:b w:val="0"/>
          <w:i w:val="0"/>
          <w:sz w:val="20"/>
        </w:rPr>
        <w:br/>
        <w:br/>
        <w:t xml:space="preserve">      DictReader</w:t>
        <w:br/>
        <w:t xml:space="preserve">     </w:t>
        <w:br/>
      </w:r>
      <w:r>
        <w:rPr>
          <w:b w:val="0"/>
          <w:i w:val="0"/>
        </w:rPr>
        <w:t xml:space="preserve"> thuận tiện chuyển nó thành một danh sách các dictionary, với các tiêu đề làm khóa và nội dung ô làm giá trị.</w:t>
      </w:r>
    </w:p>
    <w:p>
      <w:pPr>
        <w:spacing w:after="80"/>
      </w:pPr>
      <w:r>
        <w:rPr>
          <w:b w:val="0"/>
          <w:i w:val="0"/>
        </w:rPr>
        <w:t xml:space="preserve">Dữ liệu được định dạng thuận tiện sau đó có thể được thao tác và sửa đổi. Chúng ta đã thay đổi dữ liệu để sửa vấn đề Năm trong </w:t>
      </w:r>
      <w:r>
        <w:rPr>
          <w:b w:val="0"/>
          <w:i/>
        </w:rPr>
        <w:t xml:space="preserve"> bước 3 </w:t>
      </w:r>
      <w:r>
        <w:rPr>
          <w:b w:val="0"/>
          <w:i w:val="0"/>
        </w:rPr>
        <w:t xml:space="preserve"> .</w:t>
      </w:r>
    </w:p>
    <w:p>
      <w:pPr>
        <w:spacing w:after="80"/>
      </w:pPr>
      <w:r>
        <w:rPr>
          <w:b/>
          <w:i w:val="0"/>
        </w:rPr>
        <w:t>Mẹo</w:t>
      </w:r>
    </w:p>
    <w:p>
      <w:pPr>
        <w:spacing w:after="80"/>
      </w:pPr>
      <w:r>
        <w:rPr>
          <w:b w:val="0"/>
          <w:i w:val="0"/>
        </w:rPr>
        <w:t>Trong công thức này, chúng ta thay đổi giá trị bằng cách truy cập trực tiếp vào số hàng, nhưng trong trường hợp tổng quát hơn có thể cần tìm hàng hoặc các hàng cụ thể để thay đổi.</w:t>
      </w:r>
    </w:p>
    <w:p>
      <w:pPr>
        <w:spacing w:after="80"/>
      </w:pPr>
      <w:r>
        <w:rPr>
          <w:b w:val="0"/>
          <w:i/>
        </w:rPr>
        <w:t xml:space="preserve"> Bước 4 </w:t>
      </w:r>
      <w:r>
        <w:rPr>
          <w:b w:val="0"/>
          <w:i w:val="0"/>
        </w:rPr>
        <w:t xml:space="preserve"> ghi đè lên tệp và, sử dụng </w:t>
      </w:r>
      <w:r>
        <w:rPr>
          <w:rFonts w:ascii="Consolas" w:hAnsi="Consolas"/>
          <w:b w:val="0"/>
          <w:i w:val="0"/>
          <w:sz w:val="20"/>
        </w:rPr>
        <w:br/>
        <w:br/>
        <w:t xml:space="preserve">      DictWriter</w:t>
        <w:br/>
        <w:t xml:space="preserve">     </w:t>
        <w:br/>
      </w:r>
      <w:r>
        <w:rPr>
          <w:b w:val="0"/>
          <w:i w:val="0"/>
        </w:rPr>
        <w:t xml:space="preserve"> , lưu trữ dữ liệu. </w:t>
      </w:r>
      <w:r>
        <w:rPr>
          <w:rFonts w:ascii="Consolas" w:hAnsi="Consolas"/>
          <w:b w:val="0"/>
          <w:i w:val="0"/>
          <w:sz w:val="20"/>
        </w:rPr>
        <w:br/>
        <w:br/>
        <w:t xml:space="preserve">      DictWriter</w:t>
        <w:br/>
        <w:t xml:space="preserve">     </w:t>
        <w:br/>
      </w:r>
      <w:r>
        <w:rPr>
          <w:b w:val="0"/>
          <w:i w:val="0"/>
        </w:rPr>
        <w:t xml:space="preserve"> yêu cầu chúng ta định nghĩa các trường trên các cột bằng cách yêu cầu fieldnames. Để có được chúng, chúng ta lấy các khóa của một trong các hàng và lưu chúng vào </w:t>
      </w:r>
      <w:r>
        <w:rPr>
          <w:rFonts w:ascii="Consolas" w:hAnsi="Consolas"/>
          <w:b w:val="0"/>
          <w:i w:val="0"/>
          <w:sz w:val="20"/>
        </w:rPr>
        <w:br/>
        <w:br/>
        <w:t xml:space="preserve">      HEADER</w:t>
        <w:br/>
        <w:t xml:space="preserve">     </w:t>
        <w:br/>
      </w:r>
      <w:r>
        <w:rPr>
          <w:b w:val="0"/>
          <w:i w:val="0"/>
        </w:rPr>
        <w:t xml:space="preserve"> .</w:t>
      </w:r>
    </w:p>
    <w:p>
      <w:pPr>
        <w:spacing w:after="80"/>
      </w:pPr>
      <w:r>
        <w:rPr>
          <w:b w:val="0"/>
          <w:i w:val="0"/>
        </w:rPr>
        <w:t xml:space="preserve">Tệp được mở lại ở chế độ </w:t>
      </w:r>
      <w:r>
        <w:rPr>
          <w:rFonts w:ascii="Consolas" w:hAnsi="Consolas"/>
          <w:b w:val="0"/>
          <w:i w:val="0"/>
          <w:sz w:val="20"/>
        </w:rPr>
        <w:br/>
        <w:br/>
        <w:t xml:space="preserve">      w</w:t>
        <w:br/>
        <w:t xml:space="preserve">     </w:t>
        <w:br/>
      </w:r>
      <w:r>
        <w:rPr>
          <w:b w:val="0"/>
          <w:i w:val="0"/>
        </w:rPr>
        <w:t xml:space="preserve"> để ghi đè lên nó. </w:t>
      </w:r>
      <w:r>
        <w:rPr>
          <w:rFonts w:ascii="Consolas" w:hAnsi="Consolas"/>
          <w:b w:val="0"/>
          <w:i w:val="0"/>
          <w:sz w:val="20"/>
        </w:rPr>
        <w:br/>
        <w:br/>
        <w:t xml:space="preserve">      DictWriter</w:t>
        <w:br/>
        <w:t xml:space="preserve">     </w:t>
        <w:br/>
      </w:r>
      <w:r>
        <w:rPr>
          <w:b w:val="0"/>
          <w:i w:val="0"/>
        </w:rPr>
        <w:t xml:space="preserve"> đầu tiên lưu tiêu đề bằng </w:t>
      </w:r>
      <w:r>
        <w:rPr>
          <w:rFonts w:ascii="Consolas" w:hAnsi="Consolas"/>
          <w:b w:val="0"/>
          <w:i w:val="0"/>
          <w:sz w:val="20"/>
        </w:rPr>
        <w:br/>
        <w:br/>
        <w:t xml:space="preserve">      .writeheader</w:t>
        <w:br/>
        <w:t xml:space="preserve">     </w:t>
        <w:br/>
      </w:r>
      <w:r>
        <w:rPr>
          <w:b w:val="0"/>
          <w:i w:val="0"/>
        </w:rPr>
        <w:t xml:space="preserve"> và sau đó lưu tất cả các hàng bằng một lệnh gọi duy nhất tới </w:t>
      </w:r>
      <w:r>
        <w:rPr>
          <w:rFonts w:ascii="Consolas" w:hAnsi="Consolas"/>
          <w:b w:val="0"/>
          <w:i w:val="0"/>
          <w:sz w:val="20"/>
        </w:rPr>
        <w:br/>
        <w:br/>
        <w:t xml:space="preserve">      .writerows()</w:t>
        <w:br/>
        <w:t xml:space="preserve">     </w:t>
        <w:br/>
      </w:r>
      <w:r>
        <w:rPr>
          <w:b w:val="0"/>
          <w:i w:val="0"/>
        </w:rPr>
        <w:t xml:space="preserve"> .</w:t>
      </w:r>
    </w:p>
    <w:p>
      <w:pPr>
        <w:spacing w:after="80"/>
      </w:pPr>
      <w:r>
        <w:rPr>
          <w:b/>
          <w:i w:val="0"/>
        </w:rPr>
        <w:t>Lưu ý</w:t>
      </w:r>
    </w:p>
    <w:p>
      <w:pPr>
        <w:spacing w:after="80"/>
      </w:pPr>
      <w:r>
        <w:rPr>
          <w:b w:val="0"/>
          <w:i w:val="0"/>
        </w:rPr>
        <w:t xml:space="preserve">Các hàng cũng có thể được thêm từng cái một bằng cách gọi phương thức </w:t>
      </w:r>
      <w:r>
        <w:rPr>
          <w:rFonts w:ascii="Consolas" w:hAnsi="Consolas"/>
          <w:b w:val="0"/>
          <w:i w:val="0"/>
          <w:sz w:val="20"/>
        </w:rPr>
        <w:br/>
        <w:br/>
        <w:t xml:space="preserve">       .writerow()</w:t>
        <w:br/>
        <w:t xml:space="preserve">      </w:t>
        <w:br/>
      </w:r>
      <w:r>
        <w:rPr>
          <w:b w:val="0"/>
          <w:i w:val="0"/>
        </w:rPr>
        <w:t>.</w:t>
      </w:r>
    </w:p>
    <w:p>
      <w:pPr>
        <w:spacing w:after="80"/>
      </w:pPr>
      <w:r>
        <w:rPr>
          <w:b w:val="0"/>
          <w:i w:val="0"/>
        </w:rPr>
        <w:t xml:space="preserve">Sau khi đóng khối </w:t>
      </w:r>
      <w:r>
        <w:rPr>
          <w:rFonts w:ascii="Consolas" w:hAnsi="Consolas"/>
          <w:b w:val="0"/>
          <w:i w:val="0"/>
          <w:sz w:val="20"/>
        </w:rPr>
        <w:br/>
        <w:br/>
        <w:t xml:space="preserve">      with</w:t>
        <w:br/>
        <w:t xml:space="preserve">     </w:t>
        <w:br/>
      </w:r>
      <w:r>
        <w:rPr>
          <w:b w:val="0"/>
          <w:i w:val="0"/>
        </w:rPr>
        <w:t>, tệp được lưu lại và có thể kiểm tra để xác nhận rằng nó đúng.</w:t>
      </w:r>
    </w:p>
    <w:p>
      <w:pPr>
        <w:pStyle w:val="Heading3"/>
      </w:pPr>
      <w:r>
        <w:rPr>
          <w:rFonts w:ascii="Calibri" w:hAnsi="Calibri"/>
          <w:b/>
          <w:i w:val="0"/>
          <w:sz w:val="26"/>
        </w:rPr>
        <w:t>Còn nhiều thứ khác nữa...</w:t>
      </w:r>
    </w:p>
    <w:p>
      <w:pPr>
        <w:spacing w:after="80"/>
      </w:pPr>
      <w:r>
        <w:rPr>
          <w:b w:val="0"/>
          <w:i w:val="0"/>
        </w:rPr>
        <w:t xml:space="preserve">Với những nguồn dữ liệu quen thuộc, kiểu định dạng (dialect) của tệp CSV thường đã biết, nhưng không phải lúc nào cũng vậy, đặc biệt nếu tệp đến từ một nguồn không rõ. Trong trường hợp đó, lớp </w:t>
      </w:r>
      <w:r>
        <w:rPr>
          <w:rFonts w:ascii="Consolas" w:hAnsi="Consolas"/>
          <w:b w:val="0"/>
          <w:i w:val="0"/>
          <w:sz w:val="20"/>
        </w:rPr>
        <w:br/>
        <w:br/>
        <w:t xml:space="preserve">      Sniffer</w:t>
        <w:br/>
        <w:t xml:space="preserve">     </w:t>
        <w:br/>
      </w:r>
      <w:r>
        <w:rPr>
          <w:b w:val="0"/>
          <w:i w:val="0"/>
        </w:rPr>
        <w:t xml:space="preserve"> có thể giúp ích. Nó phân tích một mẫu của tệp (hoặc toàn bộ tệp) và trả về một đối tượng dialect được đoán:</w:t>
      </w:r>
    </w:p>
    <w:p>
      <w:pPr>
        <w:spacing w:after="0"/>
        <w:ind w:left="360"/>
        <w:shd w:val="clear" w:color="auto" w:fill="F2F2F2"/>
      </w:pPr>
      <w:r>
        <w:rPr>
          <w:rFonts w:ascii="Consolas" w:hAnsi="Consolas"/>
          <w:sz w:val="18"/>
        </w:rPr>
        <w:t>&gt;&gt;&gt; with open(FILENAME, newline='') as file:</w:t>
      </w:r>
    </w:p>
    <w:p>
      <w:pPr>
        <w:spacing w:after="0"/>
        <w:ind w:left="360"/>
        <w:shd w:val="clear" w:color="auto" w:fill="F2F2F2"/>
      </w:pPr>
      <w:r>
        <w:rPr>
          <w:rFonts w:ascii="Consolas" w:hAnsi="Consolas"/>
          <w:sz w:val="18"/>
        </w:rPr>
        <w:t>...    dialect = csv.Sniffer().sniff(file.read())</w:t>
      </w:r>
    </w:p>
    <w:p>
      <w:pPr>
        <w:spacing w:after="40"/>
      </w:pPr>
    </w:p>
    <w:p>
      <w:pPr>
        <w:spacing w:after="80"/>
      </w:pPr>
      <w:r>
        <w:rPr>
          <w:b w:val="0"/>
          <w:i w:val="0"/>
        </w:rPr>
        <w:t xml:space="preserve">Đối tượng </w:t>
      </w:r>
      <w:r>
        <w:rPr>
          <w:rFonts w:ascii="Consolas" w:hAnsi="Consolas"/>
          <w:b w:val="0"/>
          <w:i w:val="0"/>
          <w:sz w:val="20"/>
        </w:rPr>
        <w:br/>
        <w:br/>
        <w:t xml:space="preserve">      dialect</w:t>
        <w:br/>
        <w:t xml:space="preserve">     </w:t>
        <w:br/>
      </w:r>
      <w:r>
        <w:rPr>
          <w:b w:val="0"/>
          <w:i w:val="0"/>
        </w:rPr>
        <w:t xml:space="preserve"> sau đó có thể được truyền vào lớp </w:t>
      </w:r>
      <w:r>
        <w:rPr>
          <w:rFonts w:ascii="Consolas" w:hAnsi="Consolas"/>
          <w:b w:val="0"/>
          <w:i w:val="0"/>
          <w:sz w:val="20"/>
        </w:rPr>
        <w:br/>
        <w:br/>
        <w:t xml:space="preserve">      DictReader</w:t>
        <w:br/>
        <w:t xml:space="preserve">     </w:t>
        <w:br/>
      </w:r>
      <w:r>
        <w:rPr>
          <w:b w:val="0"/>
          <w:i w:val="0"/>
        </w:rPr>
        <w:t xml:space="preserve"> khi mở tệp. Tệp sẽ cần được mở hai lần để đọc. Hãy nhớ dùng dialect cho lớp </w:t>
      </w:r>
      <w:r>
        <w:rPr>
          <w:rFonts w:ascii="Consolas" w:hAnsi="Consolas"/>
          <w:b w:val="0"/>
          <w:i w:val="0"/>
          <w:sz w:val="20"/>
        </w:rPr>
        <w:br/>
        <w:br/>
        <w:t xml:space="preserve">      DictWriter</w:t>
        <w:br/>
        <w:t xml:space="preserve">     </w:t>
        <w:br/>
      </w:r>
      <w:r>
        <w:rPr>
          <w:b w:val="0"/>
          <w:i w:val="0"/>
        </w:rPr>
        <w:t xml:space="preserve"> nữa để lưu tệp theo cùng định dạng.</w:t>
      </w:r>
    </w:p>
    <w:p>
      <w:pPr>
        <w:spacing w:after="80"/>
      </w:pPr>
      <w:r>
        <w:rPr>
          <w:b/>
          <w:i w:val="0"/>
        </w:rPr>
        <w:t>Mẹo</w:t>
      </w:r>
    </w:p>
    <w:p>
      <w:pPr>
        <w:spacing w:after="80"/>
      </w:pPr>
      <w:r>
        <w:rPr>
          <w:b w:val="0"/>
          <w:i w:val="0"/>
        </w:rPr>
        <w:t xml:space="preserve">Bạn cũng có thể chỉ định dialect là một trong những dialect có tên sẵn trong </w:t>
      </w:r>
      <w:r>
        <w:rPr>
          <w:rFonts w:ascii="Consolas" w:hAnsi="Consolas"/>
          <w:b w:val="0"/>
          <w:i w:val="0"/>
          <w:sz w:val="20"/>
        </w:rPr>
        <w:br/>
        <w:br/>
        <w:t xml:space="preserve">       csv.list_dialects()</w:t>
        <w:br/>
        <w:t xml:space="preserve">      </w:t>
        <w:br/>
      </w:r>
      <w:r>
        <w:rPr>
          <w:b w:val="0"/>
          <w:i w:val="0"/>
        </w:rPr>
        <w:t>, nếu bạn biết nó. Bạn cũng có thể hỏi một công cụ GenAI về dialect để có được phỏng đoán tốt.</w:t>
      </w:r>
    </w:p>
    <w:p>
      <w:pPr>
        <w:spacing w:after="80"/>
      </w:pPr>
      <w:r>
        <w:rPr>
          <w:b w:val="0"/>
          <w:i w:val="0"/>
        </w:rPr>
        <w:t xml:space="preserve">Tài liệu đầy đủ cho mô-đun csv có thể được tìm thấy ở đây: </w:t>
      </w:r>
      <w:r>
        <w:rPr>
          <w:rFonts w:ascii="Consolas" w:hAnsi="Consolas"/>
          <w:b w:val="0"/>
          <w:i w:val="0"/>
          <w:sz w:val="20"/>
        </w:rPr>
        <w:br/>
        <w:br/>
        <w:t xml:space="preserve">       https://docs.python.org/3/library/csv.html</w:t>
        <w:br/>
        <w:t xml:space="preserve">      </w:t>
        <w:br/>
      </w:r>
      <w:r>
        <w:rPr>
          <w:b w:val="0"/>
          <w:i w:val="0"/>
        </w:rPr>
        <w:t>.</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Đọc </w:t>
      </w:r>
      <w:r>
        <w:rPr>
          <w:b w:val="0"/>
          <w:i w:val="0"/>
        </w:rPr>
        <w:t xml:space="preserve"> </w:t>
      </w:r>
      <w:r>
        <w:rPr>
          <w:b w:val="0"/>
          <w:i/>
        </w:rPr>
        <w:t xml:space="preserve"> tệp CSV </w:t>
      </w:r>
      <w:r>
        <w:rPr>
          <w:b w:val="0"/>
          <w:i w:val="0"/>
        </w:rPr>
        <w:t xml:space="preserve"> trong </w:t>
      </w:r>
      <w:r>
        <w:rPr>
          <w:b w:val="0"/>
          <w:i/>
        </w:rPr>
        <w:t xml:space="preserve"> Chương 4 </w:t>
      </w:r>
      <w:r>
        <w:rPr>
          <w:b w:val="0"/>
          <w:i w:val="0"/>
        </w:rPr>
        <w:t xml:space="preserve">, </w:t>
      </w:r>
      <w:r>
        <w:rPr>
          <w:b w:val="0"/>
          <w:i/>
        </w:rPr>
        <w:t xml:space="preserve"> Tìm kiếm và đọc tệp cục bộ </w:t>
      </w:r>
      <w:r>
        <w:rPr>
          <w:b w:val="0"/>
          <w:i w:val="0"/>
        </w:rPr>
        <w:t>.</w:t>
      </w:r>
    </w:p>
    <w:p>
      <w:pPr>
        <w:spacing w:after="80"/>
        <w:ind w:left="360"/>
      </w:pPr>
      <w:r>
        <w:t xml:space="preserve">• </w:t>
      </w:r>
      <w:r>
        <w:rPr>
          <w:b w:val="0"/>
          <w:i w:val="0"/>
        </w:rPr>
        <w:t xml:space="preserve">Công thức trước trong chương này, </w:t>
      </w:r>
      <w:r>
        <w:rPr>
          <w:b w:val="0"/>
          <w:i/>
        </w:rPr>
        <w:t xml:space="preserve"> Ghi một bảng tính CSV </w:t>
      </w:r>
      <w:r>
        <w:rPr>
          <w:b w:val="0"/>
          <w:i w:val="0"/>
        </w:rPr>
        <w:t>.</w:t>
      </w:r>
    </w:p>
    <w:p>
      <w:pPr>
        <w:pStyle w:val="Heading2"/>
      </w:pPr>
      <w:r>
        <w:rPr>
          <w:rFonts w:ascii="Calibri" w:hAnsi="Calibri"/>
          <w:b/>
          <w:i w:val="0"/>
          <w:sz w:val="32"/>
        </w:rPr>
        <w:t>Đọc một bảng tính Excel</w:t>
      </w:r>
    </w:p>
    <w:p>
      <w:pPr>
        <w:spacing w:after="80"/>
      </w:pPr>
      <w:r>
        <w:rPr>
          <w:b w:val="0"/>
          <w:i w:val="0"/>
        </w:rPr>
        <w:t>MS Office cho đến nay là bộ phần mềm văn phòng phổ biến nhất, khiến các định dạng của nó gần như trở thành tiêu chuẩn thống trị. MS Excel có lẽ là ứng dụng bảng tính phổ biến nhất, và định dạng Excel là định dạng bảng tính phổ biến nhất, buộc nhiều ứng dụng bảng tính khác phải hiểu được định dạng này.</w:t>
      </w:r>
    </w:p>
    <w:p>
      <w:pPr>
        <w:spacing w:after="80"/>
      </w:pPr>
      <w:r>
        <w:rPr>
          <w:b w:val="0"/>
          <w:i w:val="0"/>
        </w:rPr>
        <w:t xml:space="preserve">Trong công thức này, chúng ta sẽ xem cách lấy thông tin từ một bảng tính Excel bằng mô-đun </w:t>
      </w:r>
      <w:r>
        <w:rPr>
          <w:rFonts w:ascii="Consolas" w:hAnsi="Consolas"/>
          <w:b w:val="0"/>
          <w:i w:val="0"/>
          <w:sz w:val="20"/>
        </w:rPr>
        <w:br/>
        <w:br/>
        <w:t xml:space="preserve">      openpyxl</w:t>
        <w:br/>
        <w:t xml:space="preserve">     </w:t>
        <w:br/>
      </w:r>
      <w:r>
        <w:rPr>
          <w:b w:val="0"/>
          <w:i w:val="0"/>
        </w:rPr>
        <w:t xml:space="preserve"> trong Python.</w:t>
      </w:r>
    </w:p>
    <w:p>
      <w:pPr>
        <w:pStyle w:val="Heading3"/>
      </w:pPr>
      <w:r>
        <w:rPr>
          <w:rFonts w:ascii="Calibri" w:hAnsi="Calibri"/>
          <w:b/>
          <w:i w:val="0"/>
          <w:sz w:val="26"/>
        </w:rPr>
        <w:t>Chuẩn bị</w:t>
      </w:r>
    </w:p>
    <w:p>
      <w:pPr>
        <w:spacing w:after="80"/>
      </w:pPr>
      <w:r>
        <w:rPr>
          <w:b w:val="0"/>
          <w:i w:val="0"/>
        </w:rPr>
        <w:t xml:space="preserve">Chúng ta sẽ dùng mô-đun </w:t>
      </w:r>
      <w:r>
        <w:rPr>
          <w:rFonts w:ascii="Consolas" w:hAnsi="Consolas"/>
          <w:b w:val="0"/>
          <w:i w:val="0"/>
          <w:sz w:val="20"/>
        </w:rPr>
        <w:br/>
        <w:br/>
        <w:t xml:space="preserve">      openpyxl</w:t>
        <w:br/>
        <w:t xml:space="preserve">     </w:t>
        <w:br/>
      </w:r>
      <w:r>
        <w:rPr>
          <w:b w:val="0"/>
          <w:i w:val="0"/>
        </w:rPr>
        <w:t xml:space="preserve">. Chúng ta nên cài đặt mô-đun này, thêm nó vào tệp </w:t>
      </w:r>
      <w:r>
        <w:rPr>
          <w:rFonts w:ascii="Consolas" w:hAnsi="Consolas"/>
          <w:b w:val="0"/>
          <w:i w:val="0"/>
          <w:sz w:val="20"/>
        </w:rPr>
        <w:br/>
        <w:br/>
        <w:t xml:space="preserve">      requirements.txt</w:t>
        <w:br/>
        <w:t xml:space="preserve">     </w:t>
        <w:br/>
      </w:r>
      <w:r>
        <w:rPr>
          <w:b w:val="0"/>
          <w:i w:val="0"/>
        </w:rPr>
        <w:t xml:space="preserve"> như sau:</w:t>
      </w:r>
    </w:p>
    <w:p>
      <w:pPr>
        <w:spacing w:after="0"/>
        <w:ind w:left="360"/>
        <w:shd w:val="clear" w:color="auto" w:fill="F2F2F2"/>
      </w:pPr>
      <w:r>
        <w:rPr>
          <w:rFonts w:ascii="Consolas" w:hAnsi="Consolas"/>
          <w:sz w:val="18"/>
        </w:rPr>
        <w:t>$ echo "openpyxl==3.1.5" &gt;&gt; requirements.txt</w:t>
      </w:r>
    </w:p>
    <w:p>
      <w:pPr>
        <w:spacing w:after="0"/>
        <w:ind w:left="360"/>
        <w:shd w:val="clear" w:color="auto" w:fill="F2F2F2"/>
      </w:pPr>
      <w:r>
        <w:rPr>
          <w:rFonts w:ascii="Consolas" w:hAnsi="Consolas"/>
          <w:sz w:val="18"/>
        </w:rPr>
        <w:t>$ uv pip install -r requirements.txt</w:t>
      </w:r>
    </w:p>
    <w:p>
      <w:pPr>
        <w:spacing w:after="40"/>
      </w:pPr>
    </w:p>
    <w:p>
      <w:pPr>
        <w:spacing w:after="80"/>
      </w:pPr>
      <w:r>
        <w:rPr>
          <w:b w:val="0"/>
          <w:i w:val="0"/>
        </w:rPr>
        <w:t xml:space="preserve">Trong kho GitHub có một bảng tính Excel tên là </w:t>
      </w:r>
      <w:r>
        <w:rPr>
          <w:rFonts w:ascii="Consolas" w:hAnsi="Consolas"/>
          <w:b w:val="0"/>
          <w:i w:val="0"/>
          <w:sz w:val="20"/>
        </w:rPr>
        <w:br/>
        <w:br/>
        <w:t xml:space="preserve">      movies.xlsx</w:t>
        <w:br/>
        <w:t xml:space="preserve">     </w:t>
        <w:br/>
      </w:r>
      <w:r>
        <w:rPr>
          <w:b w:val="0"/>
          <w:i w:val="0"/>
        </w:rPr>
        <w:t xml:space="preserve"> chứa thông tin về top 10 phim có lượng người xem cao nhất. Bạn có thể tìm thấy tệp ở đây: </w:t>
      </w:r>
      <w:r>
        <w:rPr>
          <w:rFonts w:ascii="Consolas" w:hAnsi="Consolas"/>
          <w:b w:val="0"/>
          <w:i w:val="0"/>
          <w:sz w:val="20"/>
        </w:rPr>
        <w:br/>
        <w:br/>
        <w:t xml:space="preserve">       https://github.com/PacktPublishing/Python-Automation-Cookbook-Third-Edition/blob/master/ch06/movies.xlsx</w:t>
        <w:br/>
        <w:t xml:space="preserve">      </w:t>
        <w:br/>
      </w:r>
      <w:r>
        <w:rPr>
          <w:b w:val="0"/>
          <w:i w:val="0"/>
        </w:rPr>
        <w:t>.</w:t>
      </w:r>
    </w:p>
    <w:p>
      <w:pPr>
        <w:spacing w:after="80"/>
      </w:pPr>
      <w:r>
        <w:rPr>
          <w:b w:val="0"/>
          <w:i w:val="0"/>
        </w:rPr>
        <w:t xml:space="preserve">(Nguồn thông tin là: </w:t>
      </w:r>
      <w:r>
        <w:rPr>
          <w:rFonts w:ascii="Consolas" w:hAnsi="Consolas"/>
          <w:b w:val="0"/>
          <w:i w:val="0"/>
          <w:sz w:val="20"/>
        </w:rPr>
        <w:br/>
        <w:br/>
        <w:t xml:space="preserve">       http://www.mrob.com/pub/film-video/topadj.html</w:t>
        <w:br/>
        <w:t xml:space="preserve">      </w:t>
        <w:br/>
      </w:r>
      <w:r>
        <w:rPr>
          <w:b w:val="0"/>
          <w:i w:val="0"/>
        </w:rPr>
        <w:t>.)</w:t>
      </w:r>
    </w:p>
    <w:p>
      <w:pPr>
        <w:pStyle w:val="Heading3"/>
      </w:pPr>
      <w:r>
        <w:rPr>
          <w:rFonts w:ascii="Calibri" w:hAnsi="Calibri"/>
          <w:b/>
          <w:i w:val="0"/>
          <w:sz w:val="26"/>
        </w:rPr>
        <w:t>Cách thực hiện...</w:t>
      </w:r>
    </w:p>
    <w:p>
      <w:pPr>
        <w:spacing w:after="80"/>
        <w:ind w:left="360"/>
      </w:pPr>
      <w:r>
        <w:t xml:space="preserve">1. </w:t>
      </w:r>
      <w:r>
        <w:rPr>
          <w:b w:val="0"/>
          <w:i w:val="0"/>
        </w:rPr>
        <w:t xml:space="preserve">Import mô-đun </w:t>
      </w:r>
      <w:r>
        <w:rPr>
          <w:rFonts w:ascii="Consolas" w:hAnsi="Consolas"/>
          <w:b w:val="0"/>
          <w:i w:val="0"/>
          <w:sz w:val="20"/>
        </w:rPr>
        <w:br/>
        <w:br/>
        <w:t xml:space="preserve">       openpyxl</w:t>
        <w:br/>
        <w:t xml:space="preserve">      </w:t>
        <w:br/>
      </w:r>
      <w:r>
        <w:rPr>
          <w:b w:val="0"/>
          <w:i w:val="0"/>
        </w:rPr>
        <w:t>:</w:t>
      </w:r>
    </w:p>
    <w:p>
      <w:pPr>
        <w:spacing w:after="0"/>
        <w:ind w:left="360"/>
        <w:shd w:val="clear" w:color="auto" w:fill="F2F2F2"/>
      </w:pPr>
      <w:r>
        <w:rPr>
          <w:rFonts w:ascii="Consolas" w:hAnsi="Consolas"/>
          <w:sz w:val="18"/>
        </w:rPr>
        <w:t>&gt;&gt;&gt; import openpyxl</w:t>
      </w:r>
    </w:p>
    <w:p>
      <w:pPr>
        <w:spacing w:after="40"/>
      </w:pPr>
    </w:p>
    <w:p>
      <w:pPr>
        <w:spacing w:after="80"/>
        <w:ind w:left="360"/>
      </w:pPr>
      <w:r>
        <w:t xml:space="preserve">2. </w:t>
      </w:r>
      <w:r>
        <w:rPr>
          <w:b w:val="0"/>
          <w:i w:val="0"/>
        </w:rPr>
        <w:t>Tải tệp vào bộ nhớ:</w:t>
      </w:r>
    </w:p>
    <w:p>
      <w:pPr>
        <w:spacing w:after="0"/>
        <w:ind w:left="360"/>
        <w:shd w:val="clear" w:color="auto" w:fill="F2F2F2"/>
      </w:pPr>
      <w:r>
        <w:rPr>
          <w:rFonts w:ascii="Consolas" w:hAnsi="Consolas"/>
          <w:sz w:val="18"/>
        </w:rPr>
        <w:t>&gt;&gt;&gt; xlsfile = openpyxl.load_workbook('movies.xlsx')</w:t>
      </w:r>
    </w:p>
    <w:p>
      <w:pPr>
        <w:spacing w:after="40"/>
      </w:pPr>
    </w:p>
    <w:p>
      <w:pPr>
        <w:spacing w:after="80"/>
        <w:ind w:left="360"/>
      </w:pPr>
      <w:r>
        <w:t xml:space="preserve">3. </w:t>
      </w:r>
      <w:r>
        <w:rPr>
          <w:b w:val="0"/>
          <w:i w:val="0"/>
        </w:rPr>
        <w:t>Liệt kê tất cả các sheet và lấy sheet đầu tiên, cũng là sheet duy nhất chứa dữ liệu:</w:t>
      </w:r>
    </w:p>
    <w:p>
      <w:pPr>
        <w:spacing w:after="0"/>
        <w:ind w:left="360"/>
        <w:shd w:val="clear" w:color="auto" w:fill="F2F2F2"/>
      </w:pPr>
      <w:r>
        <w:rPr>
          <w:rFonts w:ascii="Consolas" w:hAnsi="Consolas"/>
          <w:sz w:val="18"/>
        </w:rPr>
        <w:t>&gt;&gt;&gt; xlsfile.sheetnames</w:t>
      </w:r>
    </w:p>
    <w:p>
      <w:pPr>
        <w:spacing w:after="0"/>
        <w:ind w:left="360"/>
        <w:shd w:val="clear" w:color="auto" w:fill="F2F2F2"/>
      </w:pPr>
      <w:r>
        <w:rPr>
          <w:rFonts w:ascii="Consolas" w:hAnsi="Consolas"/>
          <w:sz w:val="18"/>
        </w:rPr>
        <w:t>['Sheet1']</w:t>
      </w:r>
    </w:p>
    <w:p>
      <w:pPr>
        <w:spacing w:after="0"/>
        <w:ind w:left="360"/>
        <w:shd w:val="clear" w:color="auto" w:fill="F2F2F2"/>
      </w:pPr>
      <w:r>
        <w:rPr>
          <w:rFonts w:ascii="Consolas" w:hAnsi="Consolas"/>
          <w:sz w:val="18"/>
        </w:rPr>
        <w:t>&gt;&gt;&gt; sheet = xlsfile['Sheet1']</w:t>
      </w:r>
    </w:p>
    <w:p>
      <w:pPr>
        <w:spacing w:after="40"/>
      </w:pPr>
    </w:p>
    <w:p>
      <w:pPr>
        <w:spacing w:after="80"/>
        <w:ind w:left="360"/>
      </w:pPr>
      <w:r>
        <w:t xml:space="preserve">4. </w:t>
      </w:r>
      <w:r>
        <w:rPr>
          <w:b w:val="0"/>
          <w:i w:val="0"/>
        </w:rPr>
        <w:t xml:space="preserve">Lấy giá trị của các ô </w:t>
      </w:r>
      <w:r>
        <w:rPr>
          <w:rFonts w:ascii="Consolas" w:hAnsi="Consolas"/>
          <w:b w:val="0"/>
          <w:i w:val="0"/>
          <w:sz w:val="20"/>
        </w:rPr>
        <w:br/>
        <w:br/>
        <w:t xml:space="preserve">       B5</w:t>
        <w:br/>
        <w:t xml:space="preserve">      </w:t>
        <w:br/>
      </w:r>
      <w:r>
        <w:rPr>
          <w:b w:val="0"/>
          <w:i w:val="0"/>
        </w:rPr>
        <w:t xml:space="preserve"> và </w:t>
      </w:r>
      <w:r>
        <w:rPr>
          <w:rFonts w:ascii="Consolas" w:hAnsi="Consolas"/>
          <w:b w:val="0"/>
          <w:i w:val="0"/>
          <w:sz w:val="20"/>
        </w:rPr>
        <w:br/>
        <w:br/>
        <w:t xml:space="preserve">       D5</w:t>
        <w:br/>
        <w:t xml:space="preserve">      </w:t>
        <w:br/>
      </w:r>
      <w:r>
        <w:rPr>
          <w:b w:val="0"/>
          <w:i w:val="0"/>
        </w:rPr>
        <w:t xml:space="preserve"> (số lượt xem và đạo diễn của phim E.T.):</w:t>
      </w:r>
    </w:p>
    <w:p>
      <w:pPr>
        <w:spacing w:after="0"/>
        <w:ind w:left="360"/>
        <w:shd w:val="clear" w:color="auto" w:fill="F2F2F2"/>
      </w:pPr>
      <w:r>
        <w:rPr>
          <w:rFonts w:ascii="Consolas" w:hAnsi="Consolas"/>
          <w:sz w:val="18"/>
        </w:rPr>
        <w:t>&gt;&gt;&gt; sheet['B5'].value</w:t>
      </w:r>
    </w:p>
    <w:p>
      <w:pPr>
        <w:spacing w:after="0"/>
        <w:ind w:left="360"/>
        <w:shd w:val="clear" w:color="auto" w:fill="F2F2F2"/>
      </w:pPr>
      <w:r>
        <w:rPr>
          <w:rFonts w:ascii="Consolas" w:hAnsi="Consolas"/>
          <w:sz w:val="18"/>
        </w:rPr>
        <w:t>161</w:t>
      </w:r>
    </w:p>
    <w:p>
      <w:pPr>
        <w:spacing w:after="0"/>
        <w:ind w:left="360"/>
        <w:shd w:val="clear" w:color="auto" w:fill="F2F2F2"/>
      </w:pPr>
      <w:r>
        <w:rPr>
          <w:rFonts w:ascii="Consolas" w:hAnsi="Consolas"/>
          <w:sz w:val="18"/>
        </w:rPr>
        <w:t>&gt;&gt;&gt; sheet['D5'].value</w:t>
      </w:r>
    </w:p>
    <w:p>
      <w:pPr>
        <w:spacing w:after="0"/>
        <w:ind w:left="360"/>
        <w:shd w:val="clear" w:color="auto" w:fill="F2F2F2"/>
      </w:pPr>
      <w:r>
        <w:rPr>
          <w:rFonts w:ascii="Consolas" w:hAnsi="Consolas"/>
          <w:sz w:val="18"/>
        </w:rPr>
        <w:t>'Steven Spielberg'</w:t>
      </w:r>
    </w:p>
    <w:p>
      <w:pPr>
        <w:spacing w:after="40"/>
      </w:pPr>
    </w:p>
    <w:p>
      <w:pPr>
        <w:spacing w:after="80"/>
        <w:ind w:left="360"/>
      </w:pPr>
      <w:r>
        <w:t xml:space="preserve">5. </w:t>
      </w:r>
      <w:r>
        <w:rPr>
          <w:b w:val="0"/>
          <w:i w:val="0"/>
        </w:rPr>
        <w:t xml:space="preserve">Lấy kích thước theo số hàng và số cột. Bất kỳ ô nào nằm ngoài phạm vi đó sẽ trả về giá trị </w:t>
      </w:r>
      <w:r>
        <w:rPr>
          <w:rFonts w:ascii="Consolas" w:hAnsi="Consolas"/>
          <w:b w:val="0"/>
          <w:i w:val="0"/>
          <w:sz w:val="20"/>
        </w:rPr>
        <w:br/>
        <w:br/>
        <w:t xml:space="preserve">       None</w:t>
        <w:br/>
        <w:t xml:space="preserve">      </w:t>
        <w:br/>
      </w:r>
      <w:r>
        <w:rPr>
          <w:b w:val="0"/>
          <w:i w:val="0"/>
        </w:rPr>
        <w:t>:</w:t>
      </w:r>
    </w:p>
    <w:p>
      <w:pPr>
        <w:spacing w:after="0"/>
        <w:ind w:left="360"/>
        <w:shd w:val="clear" w:color="auto" w:fill="F2F2F2"/>
      </w:pPr>
      <w:r>
        <w:rPr>
          <w:rFonts w:ascii="Consolas" w:hAnsi="Consolas"/>
          <w:sz w:val="18"/>
        </w:rPr>
        <w:t>&gt;&gt;&gt; sheet.max_row</w:t>
      </w:r>
    </w:p>
    <w:p>
      <w:pPr>
        <w:spacing w:after="0"/>
        <w:ind w:left="360"/>
        <w:shd w:val="clear" w:color="auto" w:fill="F2F2F2"/>
      </w:pPr>
      <w:r>
        <w:rPr>
          <w:rFonts w:ascii="Consolas" w:hAnsi="Consolas"/>
          <w:sz w:val="18"/>
        </w:rPr>
        <w:t>11</w:t>
      </w:r>
    </w:p>
    <w:p>
      <w:pPr>
        <w:spacing w:after="0"/>
        <w:ind w:left="360"/>
        <w:shd w:val="clear" w:color="auto" w:fill="F2F2F2"/>
      </w:pPr>
      <w:r>
        <w:rPr>
          <w:rFonts w:ascii="Consolas" w:hAnsi="Consolas"/>
          <w:sz w:val="18"/>
        </w:rPr>
        <w:t>&gt;&gt;&gt; sheet.max_column</w:t>
      </w:r>
    </w:p>
    <w:p>
      <w:pPr>
        <w:spacing w:after="0"/>
        <w:ind w:left="360"/>
        <w:shd w:val="clear" w:color="auto" w:fill="F2F2F2"/>
      </w:pPr>
      <w:r>
        <w:rPr>
          <w:rFonts w:ascii="Consolas" w:hAnsi="Consolas"/>
          <w:sz w:val="18"/>
        </w:rPr>
        <w:t>4</w:t>
      </w:r>
    </w:p>
    <w:p>
      <w:pPr>
        <w:spacing w:after="0"/>
        <w:ind w:left="360"/>
        <w:shd w:val="clear" w:color="auto" w:fill="F2F2F2"/>
      </w:pPr>
      <w:r>
        <w:rPr>
          <w:rFonts w:ascii="Consolas" w:hAnsi="Consolas"/>
          <w:sz w:val="18"/>
        </w:rPr>
        <w:t>&gt;&gt;&gt; sheet['A12'].value is None</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&gt;&gt;&gt; sheet['E1'].value is None</w:t>
      </w:r>
    </w:p>
    <w:p>
      <w:pPr>
        <w:spacing w:after="0"/>
        <w:ind w:left="360"/>
        <w:shd w:val="clear" w:color="auto" w:fill="F2F2F2"/>
      </w:pPr>
      <w:r>
        <w:rPr>
          <w:rFonts w:ascii="Consolas" w:hAnsi="Consolas"/>
          <w:sz w:val="18"/>
        </w:rPr>
        <w:t>True</w:t>
      </w:r>
    </w:p>
    <w:p>
      <w:pPr>
        <w:spacing w:after="40"/>
      </w:pPr>
    </w:p>
    <w:p>
      <w:pPr>
        <w:pStyle w:val="Heading3"/>
      </w:pPr>
      <w:r>
        <w:rPr>
          <w:rFonts w:ascii="Calibri" w:hAnsi="Calibri"/>
          <w:b/>
          <w:i w:val="0"/>
          <w:sz w:val="26"/>
        </w:rPr>
        <w:t>Cách hoạt động...</w:t>
      </w:r>
    </w:p>
    <w:p>
      <w:pPr>
        <w:spacing w:after="80"/>
      </w:pPr>
      <w:r>
        <w:rPr>
          <w:b w:val="0"/>
          <w:i w:val="0"/>
        </w:rPr>
        <w:t xml:space="preserve">Sau khi import mô-đun ở </w:t>
      </w:r>
      <w:r>
        <w:rPr>
          <w:b w:val="0"/>
          <w:i/>
        </w:rPr>
        <w:t>bước 1</w:t>
      </w:r>
      <w:r>
        <w:rPr>
          <w:b w:val="0"/>
          <w:i w:val="0"/>
        </w:rPr>
        <w:t xml:space="preserve">, </w:t>
      </w:r>
      <w:r>
        <w:rPr>
          <w:b w:val="0"/>
          <w:i/>
        </w:rPr>
        <w:t>bước 2</w:t>
      </w:r>
      <w:r>
        <w:rPr>
          <w:b w:val="0"/>
          <w:i w:val="0"/>
        </w:rPr>
        <w:t xml:space="preserve"> trong mục </w:t>
      </w:r>
      <w:r>
        <w:rPr>
          <w:b w:val="0"/>
          <w:i/>
        </w:rPr>
        <w:t>Cách thực hiện…</w:t>
      </w:r>
      <w:r>
        <w:rPr>
          <w:b w:val="0"/>
          <w:i w:val="0"/>
        </w:rPr>
        <w:t xml:space="preserve"> sẽ tải tệp vào bộ nhớ dưới dạng một đối tượng </w:t>
      </w:r>
      <w:r>
        <w:rPr>
          <w:rFonts w:ascii="Consolas" w:hAnsi="Consolas"/>
          <w:b w:val="0"/>
          <w:i w:val="0"/>
          <w:sz w:val="20"/>
        </w:rPr>
        <w:br/>
        <w:br/>
        <w:t xml:space="preserve">      Workbook</w:t>
        <w:br/>
        <w:t xml:space="preserve">     </w:t>
        <w:br/>
      </w:r>
      <w:r>
        <w:rPr>
          <w:b w:val="0"/>
          <w:i w:val="0"/>
        </w:rPr>
        <w:t>. Mỗi workbook có thể chứa một hoặc nhiều sheet, mỗi sheet chứa các ô.</w:t>
      </w:r>
    </w:p>
    <w:p>
      <w:pPr>
        <w:spacing w:after="80"/>
      </w:pPr>
      <w:r>
        <w:rPr>
          <w:b w:val="0"/>
          <w:i w:val="0"/>
        </w:rPr>
        <w:t xml:space="preserve">Để xác định các sheet có sẵn, ở </w:t>
      </w:r>
      <w:r>
        <w:rPr>
          <w:b w:val="0"/>
          <w:i/>
        </w:rPr>
        <w:t>bước 3</w:t>
      </w:r>
      <w:r>
        <w:rPr>
          <w:b w:val="0"/>
          <w:i w:val="0"/>
        </w:rPr>
        <w:t xml:space="preserve"> chúng ta lấy tất cả tên sheet (trong ví dụ này chỉ có một sheet duy nhất) rồi truy cập sheet như một dictionary để lấy về một đối tượng </w:t>
      </w:r>
      <w:r>
        <w:rPr>
          <w:rFonts w:ascii="Consolas" w:hAnsi="Consolas"/>
          <w:b w:val="0"/>
          <w:i w:val="0"/>
          <w:sz w:val="20"/>
        </w:rPr>
        <w:br/>
        <w:br/>
        <w:t xml:space="preserve">      Worksheet</w:t>
        <w:br/>
        <w:t xml:space="preserve">     </w:t>
        <w:br/>
      </w:r>
      <w:r>
        <w:rPr>
          <w:b w:val="0"/>
          <w:i w:val="0"/>
        </w:rPr>
        <w:t xml:space="preserve">. Chúng ta dùng tên </w:t>
      </w:r>
      <w:r>
        <w:rPr>
          <w:rFonts w:ascii="Consolas" w:hAnsi="Consolas"/>
          <w:b w:val="0"/>
          <w:i w:val="0"/>
          <w:sz w:val="20"/>
        </w:rPr>
        <w:br/>
        <w:br/>
        <w:t xml:space="preserve">      sheet</w:t>
        <w:br/>
        <w:t xml:space="preserve">     </w:t>
        <w:br/>
      </w:r>
      <w:r>
        <w:rPr>
          <w:b w:val="0"/>
          <w:i w:val="0"/>
        </w:rPr>
        <w:t>.</w:t>
      </w:r>
    </w:p>
    <w:p>
      <w:pPr>
        <w:spacing w:after="80"/>
      </w:pPr>
      <w:r>
        <w:rPr>
          <w:b w:val="0"/>
          <w:i w:val="0"/>
        </w:rPr>
        <w:t xml:space="preserve">Sau đó </w:t>
      </w:r>
      <w:r>
        <w:rPr>
          <w:rFonts w:ascii="Consolas" w:hAnsi="Consolas"/>
          <w:b w:val="0"/>
          <w:i w:val="0"/>
          <w:sz w:val="20"/>
        </w:rPr>
        <w:br/>
        <w:br/>
        <w:t xml:space="preserve">      sheet</w:t>
        <w:br/>
        <w:t xml:space="preserve">     </w:t>
        <w:br/>
      </w:r>
      <w:r>
        <w:rPr>
          <w:b w:val="0"/>
          <w:i w:val="0"/>
        </w:rPr>
        <w:t xml:space="preserve"> có thể truy cập trực tiếp tất cả các ô bằng tên của chúng, chẳng hạn như </w:t>
      </w:r>
      <w:r>
        <w:rPr>
          <w:rFonts w:ascii="Consolas" w:hAnsi="Consolas"/>
          <w:b w:val="0"/>
          <w:i w:val="0"/>
          <w:sz w:val="20"/>
        </w:rPr>
        <w:br/>
        <w:br/>
        <w:t xml:space="preserve">      A4orC3</w:t>
        <w:br/>
        <w:t xml:space="preserve">     </w:t>
        <w:br/>
      </w:r>
      <w:r>
        <w:rPr>
          <w:b w:val="0"/>
          <w:i w:val="0"/>
        </w:rPr>
        <w:t xml:space="preserve">. Mỗi ô sẽ trả về một đối tượng </w:t>
      </w:r>
      <w:r>
        <w:rPr>
          <w:rFonts w:ascii="Consolas" w:hAnsi="Consolas"/>
          <w:b w:val="0"/>
          <w:i w:val="0"/>
          <w:sz w:val="20"/>
        </w:rPr>
        <w:br/>
        <w:br/>
        <w:t xml:space="preserve">      Cell</w:t>
        <w:br/>
        <w:t xml:space="preserve">     </w:t>
        <w:br/>
      </w:r>
      <w:r>
        <w:rPr>
          <w:b w:val="0"/>
          <w:i w:val="0"/>
        </w:rPr>
        <w:t xml:space="preserve">. Thuộc tính </w:t>
      </w:r>
      <w:r>
        <w:rPr>
          <w:rFonts w:ascii="Consolas" w:hAnsi="Consolas"/>
          <w:b w:val="0"/>
          <w:i w:val="0"/>
          <w:sz w:val="20"/>
        </w:rPr>
        <w:br/>
        <w:br/>
        <w:t xml:space="preserve">      .value</w:t>
        <w:br/>
        <w:t xml:space="preserve">     </w:t>
        <w:br/>
      </w:r>
      <w:r>
        <w:rPr>
          <w:b w:val="0"/>
          <w:i w:val="0"/>
        </w:rPr>
        <w:t xml:space="preserve"> lưu giá trị trong ô.</w:t>
      </w:r>
    </w:p>
    <w:p>
      <w:pPr>
        <w:spacing w:after="80"/>
      </w:pPr>
      <w:r>
        <w:rPr>
          <w:b/>
          <w:i w:val="0"/>
        </w:rPr>
        <w:t>Mẹo</w:t>
      </w:r>
    </w:p>
    <w:p>
      <w:pPr>
        <w:spacing w:after="80"/>
      </w:pPr>
      <w:r>
        <w:rPr>
          <w:b w:val="0"/>
          <w:i w:val="0"/>
        </w:rPr>
        <w:t xml:space="preserve">Trong các công thức còn lại của chương này, chúng ta sẽ tìm hiểu thêm nhiều thuộc tính khác của đối tượng </w:t>
      </w:r>
      <w:r>
        <w:rPr>
          <w:rFonts w:ascii="Consolas" w:hAnsi="Consolas"/>
          <w:b w:val="0"/>
          <w:i w:val="0"/>
          <w:sz w:val="20"/>
        </w:rPr>
        <w:br/>
        <w:br/>
        <w:t xml:space="preserve">       Cell</w:t>
        <w:br/>
        <w:t xml:space="preserve">      </w:t>
        <w:br/>
      </w:r>
      <w:r>
        <w:rPr>
          <w:b w:val="0"/>
          <w:i w:val="0"/>
        </w:rPr>
        <w:t>. Đọc tiếp nhé!</w:t>
      </w:r>
    </w:p>
    <w:p>
      <w:pPr>
        <w:spacing w:after="80"/>
      </w:pPr>
      <w:r>
        <w:rPr>
          <w:b w:val="0"/>
          <w:i w:val="0"/>
        </w:rPr>
        <w:t xml:space="preserve">Có thể lấy được vùng chứa dữ liệu bằng </w:t>
      </w:r>
      <w:r>
        <w:rPr>
          <w:rFonts w:ascii="Consolas" w:hAnsi="Consolas"/>
          <w:b w:val="0"/>
          <w:i w:val="0"/>
          <w:sz w:val="20"/>
        </w:rPr>
        <w:br/>
        <w:br/>
        <w:t xml:space="preserve">      max_columns</w:t>
        <w:br/>
        <w:t xml:space="preserve">     </w:t>
        <w:br/>
      </w:r>
      <w:r>
        <w:rPr>
          <w:b w:val="0"/>
          <w:i w:val="0"/>
        </w:rPr>
        <w:t xml:space="preserve"> và </w:t>
      </w:r>
      <w:r>
        <w:rPr>
          <w:rFonts w:ascii="Consolas" w:hAnsi="Consolas"/>
          <w:b w:val="0"/>
          <w:i w:val="0"/>
          <w:sz w:val="20"/>
        </w:rPr>
        <w:br/>
        <w:br/>
        <w:t xml:space="preserve">      max_rows</w:t>
        <w:br/>
        <w:t xml:space="preserve">     </w:t>
        <w:br/>
      </w:r>
      <w:r>
        <w:rPr>
          <w:b w:val="0"/>
          <w:i w:val="0"/>
        </w:rPr>
        <w:t>. Điều này cho phép chúng ta tìm kiếm trong giới hạn của dữ liệu.</w:t>
      </w:r>
    </w:p>
    <w:p>
      <w:pPr>
        <w:spacing w:after="80"/>
      </w:pPr>
      <w:r>
        <w:rPr>
          <w:b/>
          <w:i w:val="0"/>
        </w:rPr>
        <w:t>Mẹo</w:t>
      </w:r>
    </w:p>
    <w:p>
      <w:pPr>
        <w:spacing w:after="80"/>
      </w:pPr>
      <w:r>
        <w:rPr>
          <w:b w:val="0"/>
          <w:i w:val="0"/>
        </w:rPr>
        <w:t xml:space="preserve">Excel định nghĩa các cột bằng chữ cái (A, B, C, v.v.) và các hàng bằng số (1, 2, 3, … ). Hãy nhớ luôn đặt cột trước, rồi mới đến hàng ( </w:t>
      </w:r>
      <w:r>
        <w:rPr>
          <w:rFonts w:ascii="Consolas" w:hAnsi="Consolas"/>
          <w:b w:val="0"/>
          <w:i w:val="0"/>
          <w:sz w:val="20"/>
        </w:rPr>
        <w:br/>
        <w:br/>
        <w:t xml:space="preserve">       D1</w:t>
        <w:br/>
        <w:t xml:space="preserve">      </w:t>
        <w:br/>
      </w:r>
      <w:r>
        <w:rPr>
          <w:b w:val="0"/>
          <w:i w:val="0"/>
        </w:rPr>
        <w:t xml:space="preserve"> , chứ không phải </w:t>
      </w:r>
      <w:r>
        <w:rPr>
          <w:rFonts w:ascii="Consolas" w:hAnsi="Consolas"/>
          <w:b w:val="0"/>
          <w:i w:val="0"/>
          <w:sz w:val="20"/>
        </w:rPr>
        <w:br/>
        <w:br/>
        <w:t xml:space="preserve">       1D</w:t>
        <w:br/>
        <w:t xml:space="preserve">      </w:t>
        <w:br/>
      </w:r>
      <w:r>
        <w:rPr>
          <w:b w:val="0"/>
          <w:i w:val="0"/>
        </w:rPr>
        <w:t xml:space="preserve"> ), nếu không sẽ báo lỗi.</w:t>
      </w:r>
    </w:p>
    <w:p>
      <w:pPr>
        <w:spacing w:after="80"/>
      </w:pPr>
      <w:r>
        <w:rPr>
          <w:b w:val="0"/>
          <w:i w:val="0"/>
        </w:rPr>
        <w:t>Các ô nằm ngoài ranh giới vẫn truy cập được nhưng sẽ không trả về dữ liệu. Chúng vẫn có thể dùng để ghi dữ liệu mới.</w:t>
      </w:r>
    </w:p>
    <w:p>
      <w:pPr>
        <w:pStyle w:val="Heading3"/>
      </w:pPr>
      <w:r>
        <w:rPr>
          <w:rFonts w:ascii="Calibri" w:hAnsi="Calibri"/>
          <w:b/>
          <w:i w:val="0"/>
          <w:sz w:val="26"/>
        </w:rPr>
        <w:t>Còn nhiều thứ khác nữa...</w:t>
      </w:r>
    </w:p>
    <w:p>
      <w:pPr>
        <w:spacing w:after="80"/>
      </w:pPr>
      <w:r>
        <w:rPr>
          <w:b w:val="0"/>
          <w:i w:val="0"/>
        </w:rPr>
        <w:t xml:space="preserve">Cũng có thể lấy ô bằng </w:t>
      </w:r>
      <w:r>
        <w:rPr>
          <w:rFonts w:ascii="Consolas" w:hAnsi="Consolas"/>
          <w:b w:val="0"/>
          <w:i w:val="0"/>
          <w:sz w:val="20"/>
        </w:rPr>
        <w:br/>
        <w:br/>
        <w:t xml:space="preserve">      sheet.cell(column, row)</w:t>
        <w:br/>
        <w:t xml:space="preserve">     </w:t>
        <w:br/>
      </w:r>
      <w:r>
        <w:rPr>
          <w:b w:val="0"/>
          <w:i w:val="0"/>
        </w:rPr>
        <w:t xml:space="preserve"> . Cả hai thành phần đều bắt đầu chỉ mục từ 1.</w:t>
      </w:r>
    </w:p>
    <w:p>
      <w:pPr>
        <w:spacing w:after="80"/>
      </w:pPr>
      <w:r>
        <w:rPr>
          <w:b w:val="0"/>
          <w:i w:val="0"/>
        </w:rPr>
        <w:t>Tất cả các ô trong vùng dữ liệu đều được lặp qua từ sheet, ví dụ:</w:t>
      </w:r>
    </w:p>
    <w:p>
      <w:pPr>
        <w:spacing w:after="0"/>
        <w:ind w:left="360"/>
        <w:shd w:val="clear" w:color="auto" w:fill="F2F2F2"/>
      </w:pPr>
      <w:r>
        <w:rPr>
          <w:rFonts w:ascii="Consolas" w:hAnsi="Consolas"/>
          <w:sz w:val="18"/>
        </w:rPr>
        <w:t>&gt;&gt;&gt; for row in sheet:</w:t>
      </w:r>
    </w:p>
    <w:p>
      <w:pPr>
        <w:spacing w:after="0"/>
        <w:ind w:left="360"/>
        <w:shd w:val="clear" w:color="auto" w:fill="F2F2F2"/>
      </w:pPr>
      <w:r>
        <w:rPr>
          <w:rFonts w:ascii="Consolas" w:hAnsi="Consolas"/>
          <w:sz w:val="18"/>
        </w:rPr>
        <w:t>...     for cell in row:</w:t>
      </w:r>
    </w:p>
    <w:p>
      <w:pPr>
        <w:spacing w:after="0"/>
        <w:ind w:left="360"/>
        <w:shd w:val="clear" w:color="auto" w:fill="F2F2F2"/>
      </w:pPr>
      <w:r>
        <w:rPr>
          <w:rFonts w:ascii="Consolas" w:hAnsi="Consolas"/>
          <w:sz w:val="18"/>
        </w:rPr>
        <w:t>...         # Do stuff with cell</w:t>
      </w:r>
    </w:p>
    <w:p>
      <w:pPr>
        <w:spacing w:after="40"/>
      </w:pPr>
    </w:p>
    <w:p>
      <w:pPr>
        <w:spacing w:after="80"/>
      </w:pPr>
      <w:r>
        <w:rPr>
          <w:b/>
          <w:i w:val="0"/>
        </w:rPr>
        <w:t>Lưu ý</w:t>
      </w:r>
    </w:p>
    <w:p>
      <w:pPr>
        <w:spacing w:after="80"/>
      </w:pPr>
      <w:r>
        <w:rPr>
          <w:b w:val="0"/>
          <w:i w:val="0"/>
        </w:rPr>
        <w:t xml:space="preserve">Lệnh này sẽ trả về một danh sách các danh sách chứa tất cả các ô, theo từng hàng: </w:t>
      </w:r>
      <w:r>
        <w:rPr>
          <w:rFonts w:ascii="Consolas" w:hAnsi="Consolas"/>
          <w:b w:val="0"/>
          <w:i w:val="0"/>
          <w:sz w:val="20"/>
        </w:rPr>
        <w:br/>
        <w:br/>
        <w:t xml:space="preserve">       A1</w:t>
        <w:br/>
        <w:t xml:space="preserve">      </w:t>
        <w:br/>
      </w:r>
      <w:r>
        <w:rPr>
          <w:b w:val="0"/>
          <w:i w:val="0"/>
        </w:rPr>
        <w:t xml:space="preserve"> , </w:t>
      </w:r>
      <w:r>
        <w:rPr>
          <w:rFonts w:ascii="Consolas" w:hAnsi="Consolas"/>
          <w:b w:val="0"/>
          <w:i w:val="0"/>
          <w:sz w:val="20"/>
        </w:rPr>
        <w:br/>
        <w:br/>
        <w:t xml:space="preserve">       B1</w:t>
        <w:br/>
        <w:t xml:space="preserve">      </w:t>
        <w:br/>
      </w:r>
      <w:r>
        <w:rPr>
          <w:b w:val="0"/>
          <w:i w:val="0"/>
        </w:rPr>
        <w:t xml:space="preserve"> , </w:t>
      </w:r>
      <w:r>
        <w:rPr>
          <w:rFonts w:ascii="Consolas" w:hAnsi="Consolas"/>
          <w:b w:val="0"/>
          <w:i w:val="0"/>
          <w:sz w:val="20"/>
        </w:rPr>
        <w:br/>
        <w:br/>
        <w:t xml:space="preserve">       C1</w:t>
        <w:br/>
        <w:t xml:space="preserve">      </w:t>
        <w:br/>
      </w:r>
      <w:r>
        <w:rPr>
          <w:b w:val="0"/>
          <w:i w:val="0"/>
        </w:rPr>
        <w:t xml:space="preserve"> ... </w:t>
      </w:r>
      <w:r>
        <w:rPr>
          <w:rFonts w:ascii="Consolas" w:hAnsi="Consolas"/>
          <w:b w:val="0"/>
          <w:i w:val="0"/>
          <w:sz w:val="20"/>
        </w:rPr>
        <w:br/>
        <w:br/>
        <w:t xml:space="preserve">       A2</w:t>
        <w:br/>
        <w:t xml:space="preserve">      </w:t>
        <w:br/>
      </w:r>
      <w:r>
        <w:rPr>
          <w:b w:val="0"/>
          <w:i w:val="0"/>
        </w:rPr>
        <w:t xml:space="preserve"> , </w:t>
      </w:r>
      <w:r>
        <w:rPr>
          <w:rFonts w:ascii="Consolas" w:hAnsi="Consolas"/>
          <w:b w:val="0"/>
          <w:i w:val="0"/>
          <w:sz w:val="20"/>
        </w:rPr>
        <w:br/>
        <w:br/>
        <w:t xml:space="preserve">       B2</w:t>
        <w:br/>
        <w:t xml:space="preserve">      </w:t>
        <w:br/>
      </w:r>
      <w:r>
        <w:rPr>
          <w:b w:val="0"/>
          <w:i w:val="0"/>
        </w:rPr>
        <w:t xml:space="preserve"> , </w:t>
      </w:r>
      <w:r>
        <w:rPr>
          <w:rFonts w:ascii="Consolas" w:hAnsi="Consolas"/>
          <w:b w:val="0"/>
          <w:i w:val="0"/>
          <w:sz w:val="20"/>
        </w:rPr>
        <w:br/>
        <w:br/>
        <w:t xml:space="preserve">       C2</w:t>
        <w:br/>
        <w:t xml:space="preserve">      </w:t>
        <w:br/>
      </w:r>
      <w:r>
        <w:rPr>
          <w:b w:val="0"/>
          <w:i w:val="0"/>
        </w:rPr>
        <w:t xml:space="preserve"> , v.v.</w:t>
      </w:r>
    </w:p>
    <w:p>
      <w:pPr>
        <w:spacing w:after="80"/>
      </w:pPr>
      <w:r>
        <w:rPr>
          <w:b w:val="0"/>
          <w:i w:val="0"/>
        </w:rPr>
        <w:t xml:space="preserve">Bạn có thể lấy cột của ô bằng cách lặp qua </w:t>
      </w:r>
      <w:r>
        <w:rPr>
          <w:rFonts w:ascii="Consolas" w:hAnsi="Consolas"/>
          <w:b w:val="0"/>
          <w:i w:val="0"/>
          <w:sz w:val="20"/>
        </w:rPr>
        <w:br/>
        <w:br/>
        <w:t xml:space="preserve">       sheet.columns</w:t>
        <w:br/>
        <w:t xml:space="preserve">      </w:t>
        <w:br/>
      </w:r>
      <w:r>
        <w:rPr>
          <w:b w:val="0"/>
          <w:i w:val="0"/>
        </w:rPr>
        <w:t xml:space="preserve"> : </w:t>
      </w:r>
      <w:r>
        <w:rPr>
          <w:rFonts w:ascii="Consolas" w:hAnsi="Consolas"/>
          <w:b w:val="0"/>
          <w:i w:val="0"/>
          <w:sz w:val="20"/>
        </w:rPr>
        <w:br/>
        <w:br/>
        <w:t xml:space="preserve">       A1</w:t>
        <w:br/>
        <w:t xml:space="preserve">      </w:t>
        <w:br/>
      </w:r>
      <w:r>
        <w:rPr>
          <w:b w:val="0"/>
          <w:i w:val="0"/>
        </w:rPr>
        <w:t xml:space="preserve"> , </w:t>
      </w:r>
      <w:r>
        <w:rPr>
          <w:rFonts w:ascii="Consolas" w:hAnsi="Consolas"/>
          <w:b w:val="0"/>
          <w:i w:val="0"/>
          <w:sz w:val="20"/>
        </w:rPr>
        <w:br/>
        <w:br/>
        <w:t xml:space="preserve">       A2</w:t>
        <w:br/>
        <w:t xml:space="preserve">      </w:t>
        <w:br/>
      </w:r>
      <w:r>
        <w:rPr>
          <w:b w:val="0"/>
          <w:i w:val="0"/>
        </w:rPr>
        <w:t xml:space="preserve"> , </w:t>
      </w:r>
      <w:r>
        <w:rPr>
          <w:rFonts w:ascii="Consolas" w:hAnsi="Consolas"/>
          <w:b w:val="0"/>
          <w:i w:val="0"/>
          <w:sz w:val="20"/>
        </w:rPr>
        <w:br/>
        <w:br/>
        <w:t xml:space="preserve">       A3</w:t>
        <w:br/>
        <w:t xml:space="preserve">      </w:t>
        <w:br/>
      </w:r>
      <w:r>
        <w:rPr>
          <w:b w:val="0"/>
          <w:i w:val="0"/>
        </w:rPr>
        <w:t xml:space="preserve"> .. rồi đến </w:t>
      </w:r>
      <w:r>
        <w:rPr>
          <w:rFonts w:ascii="Consolas" w:hAnsi="Consolas"/>
          <w:b w:val="0"/>
          <w:i w:val="0"/>
          <w:sz w:val="20"/>
        </w:rPr>
        <w:br/>
        <w:br/>
        <w:t xml:space="preserve">       B1</w:t>
        <w:br/>
        <w:t xml:space="preserve">      </w:t>
        <w:br/>
      </w:r>
      <w:r>
        <w:rPr>
          <w:b w:val="0"/>
          <w:i w:val="0"/>
        </w:rPr>
        <w:t xml:space="preserve"> , </w:t>
      </w:r>
      <w:r>
        <w:rPr>
          <w:rFonts w:ascii="Consolas" w:hAnsi="Consolas"/>
          <w:b w:val="0"/>
          <w:i w:val="0"/>
          <w:sz w:val="20"/>
        </w:rPr>
        <w:br/>
        <w:br/>
        <w:t xml:space="preserve">       B2</w:t>
        <w:br/>
        <w:t xml:space="preserve">      </w:t>
        <w:br/>
      </w:r>
      <w:r>
        <w:rPr>
          <w:b w:val="0"/>
          <w:i w:val="0"/>
        </w:rPr>
        <w:t xml:space="preserve"> , </w:t>
      </w:r>
      <w:r>
        <w:rPr>
          <w:rFonts w:ascii="Consolas" w:hAnsi="Consolas"/>
          <w:b w:val="0"/>
          <w:i w:val="0"/>
          <w:sz w:val="20"/>
        </w:rPr>
        <w:br/>
        <w:br/>
        <w:t xml:space="preserve">       B3</w:t>
        <w:br/>
        <w:t xml:space="preserve">      </w:t>
        <w:br/>
      </w:r>
      <w:r>
        <w:rPr>
          <w:b w:val="0"/>
          <w:i w:val="0"/>
        </w:rPr>
        <w:t xml:space="preserve"> …, v.v.</w:t>
      </w:r>
    </w:p>
    <w:p>
      <w:pPr>
        <w:spacing w:after="80"/>
      </w:pPr>
      <w:r>
        <w:rPr>
          <w:b w:val="0"/>
          <w:i w:val="0"/>
        </w:rPr>
        <w:t xml:space="preserve">Khi lấy một ô, bạn có thể xác định vị trí của nó bằng </w:t>
      </w:r>
      <w:r>
        <w:rPr>
          <w:rFonts w:ascii="Consolas" w:hAnsi="Consolas"/>
          <w:b w:val="0"/>
          <w:i w:val="0"/>
          <w:sz w:val="20"/>
        </w:rPr>
        <w:br/>
        <w:br/>
        <w:t xml:space="preserve">      .coordinate</w:t>
        <w:br/>
        <w:t xml:space="preserve">     </w:t>
        <w:br/>
      </w:r>
      <w:r>
        <w:rPr>
          <w:b w:val="0"/>
          <w:i w:val="0"/>
        </w:rPr>
        <w:t xml:space="preserve"> , </w:t>
      </w:r>
      <w:r>
        <w:rPr>
          <w:rFonts w:ascii="Consolas" w:hAnsi="Consolas"/>
          <w:b w:val="0"/>
          <w:i w:val="0"/>
          <w:sz w:val="20"/>
        </w:rPr>
        <w:br/>
        <w:br/>
        <w:t xml:space="preserve">      .row</w:t>
        <w:br/>
        <w:t xml:space="preserve">     </w:t>
        <w:br/>
      </w:r>
      <w:r>
        <w:rPr>
          <w:b w:val="0"/>
          <w:i w:val="0"/>
        </w:rPr>
        <w:t xml:space="preserve"> , và </w:t>
      </w:r>
      <w:r>
        <w:rPr>
          <w:rFonts w:ascii="Consolas" w:hAnsi="Consolas"/>
          <w:b w:val="0"/>
          <w:i w:val="0"/>
          <w:sz w:val="20"/>
        </w:rPr>
        <w:br/>
        <w:br/>
        <w:t xml:space="preserve">      .column (cho cột dưới dạng chỉ mục số) và .column_letter (cho cột dạng chữ cái)</w:t>
        <w:br/>
        <w:t xml:space="preserve">     </w:t>
        <w:br/>
      </w:r>
      <w:r>
        <w:rPr>
          <w:b w:val="0"/>
          <w:i w:val="0"/>
        </w:rPr>
        <w:t xml:space="preserve"> :</w:t>
      </w:r>
    </w:p>
    <w:p>
      <w:pPr>
        <w:spacing w:after="0"/>
        <w:ind w:left="360"/>
        <w:shd w:val="clear" w:color="auto" w:fill="F2F2F2"/>
      </w:pPr>
      <w:r>
        <w:rPr>
          <w:rFonts w:ascii="Consolas" w:hAnsi="Consolas"/>
          <w:sz w:val="18"/>
        </w:rPr>
        <w:t>&gt;&gt;&gt; cell.coordinate</w:t>
      </w:r>
    </w:p>
    <w:p>
      <w:pPr>
        <w:spacing w:after="0"/>
        <w:ind w:left="360"/>
        <w:shd w:val="clear" w:color="auto" w:fill="F2F2F2"/>
      </w:pPr>
      <w:r>
        <w:rPr>
          <w:rFonts w:ascii="Consolas" w:hAnsi="Consolas"/>
          <w:sz w:val="18"/>
        </w:rPr>
        <w:t>'D4'</w:t>
      </w:r>
    </w:p>
    <w:p>
      <w:pPr>
        <w:spacing w:after="0"/>
        <w:ind w:left="360"/>
        <w:shd w:val="clear" w:color="auto" w:fill="F2F2F2"/>
      </w:pPr>
      <w:r>
        <w:rPr>
          <w:rFonts w:ascii="Consolas" w:hAnsi="Consolas"/>
          <w:sz w:val="18"/>
        </w:rPr>
        <w:t>&gt;&gt;&gt; cell.column_letter</w:t>
      </w:r>
    </w:p>
    <w:p>
      <w:pPr>
        <w:spacing w:after="0"/>
        <w:ind w:left="360"/>
        <w:shd w:val="clear" w:color="auto" w:fill="F2F2F2"/>
      </w:pPr>
      <w:r>
        <w:rPr>
          <w:rFonts w:ascii="Consolas" w:hAnsi="Consolas"/>
          <w:sz w:val="18"/>
        </w:rPr>
        <w:t>'D'</w:t>
      </w:r>
    </w:p>
    <w:p>
      <w:pPr>
        <w:spacing w:after="0"/>
        <w:ind w:left="360"/>
        <w:shd w:val="clear" w:color="auto" w:fill="F2F2F2"/>
      </w:pPr>
      <w:r>
        <w:rPr>
          <w:rFonts w:ascii="Consolas" w:hAnsi="Consolas"/>
          <w:sz w:val="18"/>
        </w:rPr>
        <w:t>&gt;&gt;&gt; cell.row</w:t>
      </w:r>
    </w:p>
    <w:p>
      <w:pPr>
        <w:spacing w:after="0"/>
        <w:ind w:left="360"/>
        <w:shd w:val="clear" w:color="auto" w:fill="F2F2F2"/>
      </w:pPr>
      <w:r>
        <w:rPr>
          <w:rFonts w:ascii="Consolas" w:hAnsi="Consolas"/>
          <w:sz w:val="18"/>
        </w:rPr>
        <w:t>4</w:t>
      </w:r>
    </w:p>
    <w:p>
      <w:pPr>
        <w:spacing w:after="40"/>
      </w:pPr>
    </w:p>
    <w:p>
      <w:pPr>
        <w:spacing w:after="80"/>
      </w:pPr>
      <w:r>
        <w:rPr>
          <w:b w:val="0"/>
          <w:i w:val="0"/>
        </w:rPr>
        <w:t xml:space="preserve">Tài liệu đầy đủ về </w:t>
      </w:r>
      <w:r>
        <w:rPr>
          <w:rFonts w:ascii="Consolas" w:hAnsi="Consolas"/>
          <w:b w:val="0"/>
          <w:i w:val="0"/>
          <w:sz w:val="20"/>
        </w:rPr>
        <w:br/>
        <w:br/>
        <w:t xml:space="preserve">      openpyxl</w:t>
        <w:br/>
        <w:t xml:space="preserve">     </w:t>
        <w:br/>
      </w:r>
      <w:r>
        <w:rPr>
          <w:b w:val="0"/>
          <w:i w:val="0"/>
        </w:rPr>
        <w:t xml:space="preserve"> có thể xem tại đây: </w:t>
      </w:r>
      <w:r>
        <w:rPr>
          <w:rFonts w:ascii="Consolas" w:hAnsi="Consolas"/>
          <w:b w:val="0"/>
          <w:i w:val="0"/>
          <w:sz w:val="20"/>
        </w:rPr>
        <w:br/>
        <w:br/>
        <w:t xml:space="preserve">       https://openpyxl.readthedocs.io/en/stable/index.html</w:t>
        <w:br/>
        <w:t xml:space="preserve">      </w:t>
        <w:br/>
      </w:r>
      <w:r>
        <w:rPr>
          <w:b w:val="0"/>
          <w:i w:val="0"/>
        </w:rPr>
        <w:t xml:space="preserve"> .</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Cập nhật một bảng tính Excel </w:t>
      </w:r>
      <w:r>
        <w:rPr>
          <w:b w:val="0"/>
          <w:i w:val="0"/>
        </w:rPr>
        <w:t xml:space="preserve"> trong mục tiếp theo.</w:t>
      </w:r>
    </w:p>
    <w:p>
      <w:pPr>
        <w:spacing w:after="80"/>
        <w:ind w:left="360"/>
      </w:pPr>
      <w:r>
        <w:t xml:space="preserve">• </w:t>
      </w:r>
      <w:r>
        <w:rPr>
          <w:b w:val="0"/>
          <w:i w:val="0"/>
        </w:rPr>
        <w:t xml:space="preserve">Công thức </w:t>
      </w:r>
      <w:r>
        <w:rPr>
          <w:b w:val="0"/>
          <w:i/>
        </w:rPr>
        <w:t xml:space="preserve"> Tạo các sheet mới trong bảng tính Excel </w:t>
      </w:r>
      <w:r>
        <w:rPr>
          <w:b w:val="0"/>
          <w:i w:val="0"/>
        </w:rPr>
        <w:t xml:space="preserve"> ở phần sau của chương này.</w:t>
      </w:r>
    </w:p>
    <w:p>
      <w:pPr>
        <w:spacing w:after="80"/>
        <w:ind w:left="360"/>
      </w:pPr>
      <w:r>
        <w:t xml:space="preserve">• </w:t>
      </w:r>
      <w:r>
        <w:rPr>
          <w:b w:val="0"/>
          <w:i w:val="0"/>
        </w:rPr>
        <w:t xml:space="preserve">Công thức </w:t>
      </w:r>
      <w:r>
        <w:rPr>
          <w:b w:val="0"/>
          <w:i/>
        </w:rPr>
        <w:t xml:space="preserve"> Tạo biểu đồ trong Excel </w:t>
      </w:r>
      <w:r>
        <w:rPr>
          <w:b w:val="0"/>
          <w:i w:val="0"/>
        </w:rPr>
        <w:t xml:space="preserve"> ở phần sau của chương.</w:t>
      </w:r>
    </w:p>
    <w:p>
      <w:pPr>
        <w:spacing w:after="80"/>
        <w:ind w:left="360"/>
      </w:pPr>
      <w:r>
        <w:t xml:space="preserve">• </w:t>
      </w:r>
      <w:r>
        <w:rPr>
          <w:b w:val="0"/>
          <w:i w:val="0"/>
        </w:rPr>
        <w:t xml:space="preserve">Công thức </w:t>
      </w:r>
      <w:r>
        <w:rPr>
          <w:b w:val="0"/>
          <w:i/>
        </w:rPr>
        <w:t xml:space="preserve"> Làm việc </w:t>
      </w:r>
      <w:r>
        <w:rPr>
          <w:b w:val="0"/>
          <w:i w:val="0"/>
        </w:rPr>
        <w:t xml:space="preserve"> </w:t>
      </w:r>
      <w:r>
        <w:rPr>
          <w:b w:val="0"/>
          <w:i/>
        </w:rPr>
        <w:t xml:space="preserve"> với định dạng ô trong Excel </w:t>
      </w:r>
      <w:r>
        <w:rPr>
          <w:b w:val="0"/>
          <w:i w:val="0"/>
        </w:rPr>
        <w:t xml:space="preserve"> ở phần sau của chương.</w:t>
      </w:r>
    </w:p>
    <w:p>
      <w:pPr>
        <w:pStyle w:val="Heading2"/>
      </w:pPr>
      <w:r>
        <w:rPr>
          <w:rFonts w:ascii="Calibri" w:hAnsi="Calibri"/>
          <w:b/>
          <w:i w:val="0"/>
          <w:sz w:val="32"/>
        </w:rPr>
        <w:t>Cập nhật một bảng tính Excel</w:t>
      </w:r>
    </w:p>
    <w:p>
      <w:pPr>
        <w:spacing w:after="80"/>
      </w:pPr>
      <w:r>
        <w:rPr>
          <w:b w:val="0"/>
          <w:i w:val="0"/>
        </w:rPr>
        <w:t>Trong công thức này, chúng ta sẽ xem cách cập nhật một bảng tính Excel đã có sẵn. Việc này bao gồm thay đổi giá trị thô trong các ô và thiết lập các công thức sẽ được tính toán khi bảng tính mở ra. Chúng ta cũng sẽ xem cách thêm bình luận vào các ô.</w:t>
      </w:r>
    </w:p>
    <w:p>
      <w:pPr>
        <w:pStyle w:val="Heading3"/>
      </w:pPr>
      <w:r>
        <w:rPr>
          <w:rFonts w:ascii="Calibri" w:hAnsi="Calibri"/>
          <w:b/>
          <w:i w:val="0"/>
          <w:sz w:val="26"/>
        </w:rPr>
        <w:t>Chuẩn bị</w:t>
      </w:r>
    </w:p>
    <w:p>
      <w:pPr>
        <w:spacing w:after="80"/>
      </w:pPr>
      <w:r>
        <w:rPr>
          <w:b w:val="0"/>
          <w:i w:val="0"/>
        </w:rPr>
        <w:t xml:space="preserve">Chúng ta sẽ dùng mô-đun </w:t>
      </w:r>
      <w:r>
        <w:rPr>
          <w:rFonts w:ascii="Consolas" w:hAnsi="Consolas"/>
          <w:b w:val="0"/>
          <w:i w:val="0"/>
          <w:sz w:val="20"/>
        </w:rPr>
        <w:br/>
        <w:br/>
        <w:t xml:space="preserve">      openpyxl</w:t>
        <w:br/>
        <w:t xml:space="preserve">     </w:t>
        <w:br/>
      </w:r>
      <w:r>
        <w:rPr>
          <w:b w:val="0"/>
          <w:i w:val="0"/>
        </w:rPr>
        <w:t xml:space="preserve">. Chúng ta nên cài đặt mô-đun này, thêm nó vào tệp </w:t>
      </w:r>
      <w:r>
        <w:rPr>
          <w:rFonts w:ascii="Consolas" w:hAnsi="Consolas"/>
          <w:b w:val="0"/>
          <w:i w:val="0"/>
          <w:sz w:val="20"/>
        </w:rPr>
        <w:br/>
        <w:br/>
        <w:t xml:space="preserve">      requirements.txt</w:t>
        <w:br/>
        <w:t xml:space="preserve">     </w:t>
        <w:br/>
      </w:r>
      <w:r>
        <w:rPr>
          <w:b w:val="0"/>
          <w:i w:val="0"/>
        </w:rPr>
        <w:t xml:space="preserve"> như sau:</w:t>
      </w:r>
    </w:p>
    <w:p>
      <w:pPr>
        <w:spacing w:after="0"/>
        <w:ind w:left="360"/>
        <w:shd w:val="clear" w:color="auto" w:fill="F2F2F2"/>
      </w:pPr>
      <w:r>
        <w:rPr>
          <w:rFonts w:ascii="Consolas" w:hAnsi="Consolas"/>
          <w:sz w:val="18"/>
        </w:rPr>
        <w:t>$ echo "openpyxl==3.1.5" &gt;&gt; requirements.txt</w:t>
      </w:r>
    </w:p>
    <w:p>
      <w:pPr>
        <w:spacing w:after="0"/>
        <w:ind w:left="360"/>
        <w:shd w:val="clear" w:color="auto" w:fill="F2F2F2"/>
      </w:pPr>
      <w:r>
        <w:rPr>
          <w:rFonts w:ascii="Consolas" w:hAnsi="Consolas"/>
          <w:sz w:val="18"/>
        </w:rPr>
        <w:t>$ uv pip install -r requirements.txt</w:t>
      </w:r>
    </w:p>
    <w:p>
      <w:pPr>
        <w:spacing w:after="40"/>
      </w:pPr>
    </w:p>
    <w:p>
      <w:pPr>
        <w:spacing w:after="80"/>
      </w:pPr>
      <w:r>
        <w:rPr>
          <w:b w:val="0"/>
          <w:i w:val="0"/>
        </w:rPr>
        <w:t xml:space="preserve">Trong kho GitHub, có một bảng tính Excel tên là </w:t>
      </w:r>
      <w:r>
        <w:rPr>
          <w:rFonts w:ascii="Consolas" w:hAnsi="Consolas"/>
          <w:b w:val="0"/>
          <w:i w:val="0"/>
          <w:sz w:val="20"/>
        </w:rPr>
        <w:br/>
        <w:br/>
        <w:t xml:space="preserve">      movies.xlsx</w:t>
        <w:br/>
        <w:t xml:space="preserve">     </w:t>
        <w:br/>
      </w:r>
      <w:r>
        <w:rPr>
          <w:b w:val="0"/>
          <w:i w:val="0"/>
        </w:rPr>
        <w:t xml:space="preserve"> chứa thông tin về top 10 bộ phim có lượng người xem đông nhất.</w:t>
      </w:r>
    </w:p>
    <w:p>
      <w:pPr>
        <w:spacing w:after="80"/>
      </w:pPr>
      <w:r>
        <w:rPr>
          <w:b w:val="0"/>
          <w:i w:val="0"/>
        </w:rPr>
        <w:t xml:space="preserve">Tệp có thể được tìm thấy ở đây: </w:t>
      </w:r>
      <w:r>
        <w:rPr>
          <w:rFonts w:ascii="Consolas" w:hAnsi="Consolas"/>
          <w:b w:val="0"/>
          <w:i w:val="0"/>
          <w:sz w:val="20"/>
        </w:rPr>
        <w:br/>
        <w:br/>
        <w:t xml:space="preserve">       https://github.com/PacktPublishing/Python-Automation-Cookbook-Third-Edition/blob/main/ch06/movies.xlsx</w:t>
        <w:br/>
        <w:t xml:space="preserve">      </w:t>
        <w:br/>
      </w:r>
      <w:r>
        <w:rPr>
          <w:b w:val="0"/>
          <w:i w:val="0"/>
        </w:rPr>
        <w:t>.</w:t>
      </w:r>
    </w:p>
    <w:p>
      <w:pPr>
        <w:pStyle w:val="Heading3"/>
      </w:pPr>
      <w:r>
        <w:rPr>
          <w:rFonts w:ascii="Calibri" w:hAnsi="Calibri"/>
          <w:b/>
          <w:i w:val="0"/>
          <w:sz w:val="26"/>
        </w:rPr>
        <w:t>Cách thực hiện...</w:t>
      </w:r>
    </w:p>
    <w:p>
      <w:pPr>
        <w:spacing w:after="80"/>
        <w:ind w:left="360"/>
      </w:pPr>
      <w:r>
        <w:t xml:space="preserve">1. </w:t>
      </w:r>
      <w:r>
        <w:rPr>
          <w:b w:val="0"/>
          <w:i w:val="0"/>
        </w:rPr>
        <w:t xml:space="preserve">Import mô-đun </w:t>
      </w:r>
      <w:r>
        <w:rPr>
          <w:rFonts w:ascii="Consolas" w:hAnsi="Consolas"/>
          <w:b w:val="0"/>
          <w:i w:val="0"/>
          <w:sz w:val="20"/>
        </w:rPr>
        <w:br/>
        <w:br/>
        <w:t xml:space="preserve">       openpyxl</w:t>
        <w:br/>
        <w:t xml:space="preserve">      </w:t>
        <w:br/>
      </w:r>
      <w:r>
        <w:rPr>
          <w:b w:val="0"/>
          <w:i w:val="0"/>
        </w:rPr>
        <w:t xml:space="preserve"> và lớp </w:t>
      </w:r>
      <w:r>
        <w:rPr>
          <w:rFonts w:ascii="Consolas" w:hAnsi="Consolas"/>
          <w:b w:val="0"/>
          <w:i w:val="0"/>
          <w:sz w:val="20"/>
        </w:rPr>
        <w:br/>
        <w:br/>
        <w:t xml:space="preserve">       Comment</w:t>
        <w:br/>
        <w:t xml:space="preserve">      </w:t>
        <w:br/>
      </w:r>
      <w:r>
        <w:rPr>
          <w:b w:val="0"/>
          <w:i w:val="0"/>
        </w:rPr>
        <w:t>:</w:t>
      </w:r>
    </w:p>
    <w:p>
      <w:pPr>
        <w:spacing w:after="0"/>
        <w:ind w:left="360"/>
        <w:shd w:val="clear" w:color="auto" w:fill="F2F2F2"/>
      </w:pPr>
      <w:r>
        <w:rPr>
          <w:rFonts w:ascii="Consolas" w:hAnsi="Consolas"/>
          <w:sz w:val="18"/>
        </w:rPr>
        <w:t>&gt;&gt;&gt; import openpyxl</w:t>
      </w:r>
    </w:p>
    <w:p>
      <w:pPr>
        <w:spacing w:after="0"/>
        <w:ind w:left="360"/>
        <w:shd w:val="clear" w:color="auto" w:fill="F2F2F2"/>
      </w:pPr>
      <w:r>
        <w:rPr>
          <w:rFonts w:ascii="Consolas" w:hAnsi="Consolas"/>
          <w:sz w:val="18"/>
        </w:rPr>
        <w:t>&gt;&gt;&gt; from openpyxl.comments import Comment</w:t>
      </w:r>
    </w:p>
    <w:p>
      <w:pPr>
        <w:spacing w:after="40"/>
      </w:pPr>
    </w:p>
    <w:p>
      <w:pPr>
        <w:spacing w:after="80"/>
        <w:ind w:left="360"/>
      </w:pPr>
      <w:r>
        <w:t xml:space="preserve">2. </w:t>
      </w:r>
      <w:r>
        <w:rPr>
          <w:b w:val="0"/>
          <w:i w:val="0"/>
        </w:rPr>
        <w:t>Tải tệp vào bộ nhớ và lấy trang tính:</w:t>
      </w:r>
    </w:p>
    <w:p>
      <w:pPr>
        <w:spacing w:after="0"/>
        <w:ind w:left="360"/>
        <w:shd w:val="clear" w:color="auto" w:fill="F2F2F2"/>
      </w:pPr>
      <w:r>
        <w:rPr>
          <w:rFonts w:ascii="Consolas" w:hAnsi="Consolas"/>
          <w:sz w:val="18"/>
        </w:rPr>
        <w:t>&gt;&gt;&gt; xlsfile = openpyxl.load_workbook('movies.xlsx')</w:t>
      </w:r>
    </w:p>
    <w:p>
      <w:pPr>
        <w:spacing w:after="0"/>
        <w:ind w:left="360"/>
        <w:shd w:val="clear" w:color="auto" w:fill="F2F2F2"/>
      </w:pPr>
      <w:r>
        <w:rPr>
          <w:rFonts w:ascii="Consolas" w:hAnsi="Consolas"/>
          <w:sz w:val="18"/>
        </w:rPr>
        <w:t>&gt;&gt;&gt; sheet = xlsfile['Sheet1']</w:t>
      </w:r>
    </w:p>
    <w:p>
      <w:pPr>
        <w:spacing w:after="40"/>
      </w:pPr>
    </w:p>
    <w:p>
      <w:pPr>
        <w:spacing w:after="80"/>
        <w:ind w:left="360"/>
      </w:pPr>
      <w:r>
        <w:t xml:space="preserve">3. </w:t>
      </w:r>
      <w:r>
        <w:rPr>
          <w:b w:val="0"/>
          <w:i w:val="0"/>
        </w:rPr>
        <w:t>Lấy giá trị của ô D5 (đạo diễn của E.T):</w:t>
      </w:r>
    </w:p>
    <w:p>
      <w:pPr>
        <w:spacing w:after="0"/>
        <w:ind w:left="360"/>
        <w:shd w:val="clear" w:color="auto" w:fill="F2F2F2"/>
      </w:pPr>
      <w:r>
        <w:rPr>
          <w:rFonts w:ascii="Consolas" w:hAnsi="Consolas"/>
          <w:sz w:val="18"/>
        </w:rPr>
        <w:t>&gt;&gt;&gt; sheet['D5'].value</w:t>
      </w:r>
    </w:p>
    <w:p>
      <w:pPr>
        <w:spacing w:after="0"/>
        <w:ind w:left="360"/>
        <w:shd w:val="clear" w:color="auto" w:fill="F2F2F2"/>
      </w:pPr>
      <w:r>
        <w:rPr>
          <w:rFonts w:ascii="Consolas" w:hAnsi="Consolas"/>
          <w:sz w:val="18"/>
        </w:rPr>
        <w:t>'Steven Spielberg'</w:t>
      </w:r>
    </w:p>
    <w:p>
      <w:pPr>
        <w:spacing w:after="40"/>
      </w:pPr>
    </w:p>
    <w:p>
      <w:pPr>
        <w:spacing w:after="80"/>
        <w:ind w:left="360"/>
      </w:pPr>
      <w:r>
        <w:t xml:space="preserve">4. </w:t>
      </w:r>
      <w:r>
        <w:rPr>
          <w:b w:val="0"/>
          <w:i w:val="0"/>
        </w:rPr>
        <w:t>Đổi giá trị thành chỉ còn Spielberg:</w:t>
      </w:r>
    </w:p>
    <w:p>
      <w:pPr>
        <w:spacing w:after="0"/>
        <w:ind w:left="360"/>
        <w:shd w:val="clear" w:color="auto" w:fill="F2F2F2"/>
      </w:pPr>
      <w:r>
        <w:rPr>
          <w:rFonts w:ascii="Consolas" w:hAnsi="Consolas"/>
          <w:sz w:val="18"/>
        </w:rPr>
        <w:t>&gt;&gt;&gt; sheet['D5'].value = 'Spielberg'</w:t>
      </w:r>
    </w:p>
    <w:p>
      <w:pPr>
        <w:spacing w:after="40"/>
      </w:pPr>
    </w:p>
    <w:p>
      <w:pPr>
        <w:spacing w:after="80"/>
        <w:ind w:left="360"/>
      </w:pPr>
      <w:r>
        <w:t xml:space="preserve">5. </w:t>
      </w:r>
      <w:r>
        <w:rPr>
          <w:b w:val="0"/>
          <w:i w:val="0"/>
        </w:rPr>
        <w:t>Thêm bình luận vào ô đó:</w:t>
      </w:r>
    </w:p>
    <w:p>
      <w:pPr>
        <w:spacing w:after="0"/>
        <w:ind w:left="360"/>
        <w:shd w:val="clear" w:color="auto" w:fill="F2F2F2"/>
      </w:pPr>
      <w:r>
        <w:rPr>
          <w:rFonts w:ascii="Consolas" w:hAnsi="Consolas"/>
          <w:sz w:val="18"/>
        </w:rPr>
        <w:t>&gt;&gt;&gt; sheet['D5'].comment = Comment('Changed text automatically', 'User')</w:t>
      </w:r>
    </w:p>
    <w:p>
      <w:pPr>
        <w:spacing w:after="40"/>
      </w:pPr>
    </w:p>
    <w:p>
      <w:pPr>
        <w:spacing w:after="80"/>
        <w:ind w:left="360"/>
      </w:pPr>
      <w:r>
        <w:t xml:space="preserve">6. </w:t>
      </w:r>
      <w:r>
        <w:rPr>
          <w:b w:val="0"/>
          <w:i w:val="0"/>
        </w:rPr>
        <w:t>Thêm một phần tử mới để lấy tổng của tất cả các giá trị trong cột Admissions:</w:t>
      </w:r>
    </w:p>
    <w:p>
      <w:pPr>
        <w:spacing w:after="0"/>
        <w:ind w:left="360"/>
        <w:shd w:val="clear" w:color="auto" w:fill="F2F2F2"/>
      </w:pPr>
      <w:r>
        <w:rPr>
          <w:rFonts w:ascii="Consolas" w:hAnsi="Consolas"/>
          <w:sz w:val="18"/>
        </w:rPr>
        <w:t>&gt;&gt;&gt; sheet['B12'] = '=SUM(B2:B11)'</w:t>
      </w:r>
    </w:p>
    <w:p>
      <w:pPr>
        <w:spacing w:after="40"/>
      </w:pPr>
    </w:p>
    <w:p>
      <w:pPr>
        <w:spacing w:after="80"/>
        <w:ind w:left="360"/>
      </w:pPr>
      <w:r>
        <w:t xml:space="preserve">7. </w:t>
      </w:r>
      <w:r>
        <w:rPr>
          <w:b w:val="0"/>
          <w:i w:val="0"/>
        </w:rPr>
        <w:t xml:space="preserve">Lưu bảng tính vào tệp </w:t>
      </w:r>
      <w:r>
        <w:rPr>
          <w:rFonts w:ascii="Consolas" w:hAnsi="Consolas"/>
          <w:b w:val="0"/>
          <w:i w:val="0"/>
          <w:sz w:val="20"/>
        </w:rPr>
        <w:br/>
        <w:br/>
        <w:t xml:space="preserve">       movies_comment.xlsx</w:t>
        <w:br/>
        <w:t xml:space="preserve">      </w:t>
        <w:br/>
      </w:r>
      <w:r>
        <w:rPr>
          <w:b w:val="0"/>
          <w:i w:val="0"/>
        </w:rPr>
        <w:t>:</w:t>
      </w:r>
    </w:p>
    <w:p>
      <w:pPr>
        <w:spacing w:after="0"/>
        <w:ind w:left="360"/>
        <w:shd w:val="clear" w:color="auto" w:fill="F2F2F2"/>
      </w:pPr>
      <w:r>
        <w:rPr>
          <w:rFonts w:ascii="Consolas" w:hAnsi="Consolas"/>
          <w:sz w:val="18"/>
        </w:rPr>
        <w:t>&gt;&gt;&gt; xlsfile.save('movies_comment.xlsx')</w:t>
      </w:r>
    </w:p>
    <w:p>
      <w:pPr>
        <w:spacing w:after="40"/>
      </w:pPr>
    </w:p>
    <w:p>
      <w:pPr>
        <w:spacing w:after="80"/>
        <w:ind w:left="360"/>
      </w:pPr>
      <w:r>
        <w:t xml:space="preserve">8. </w:t>
      </w:r>
      <w:r>
        <w:rPr>
          <w:b w:val="0"/>
          <w:i w:val="0"/>
        </w:rPr>
        <w:t xml:space="preserve">Kiểm tra tệp kết quả, trong đó có bình luận và phép tính tổng của cột B trong </w:t>
      </w:r>
      <w:r>
        <w:rPr>
          <w:rFonts w:ascii="Consolas" w:hAnsi="Consolas"/>
          <w:b w:val="0"/>
          <w:i w:val="0"/>
          <w:sz w:val="20"/>
        </w:rPr>
        <w:br/>
        <w:br/>
        <w:t xml:space="preserve">       B12</w:t>
        <w:br/>
        <w:t xml:space="preserve">      </w:t>
        <w:br/>
      </w:r>
      <w:r>
        <w:rPr>
          <w:b w:val="0"/>
          <w:i w:val="0"/>
        </w:rPr>
        <w:t>:</w:t>
      </w:r>
    </w:p>
    <w:p>
      <w:pPr>
        <w:jc w:val="center"/>
      </w:pPr>
      <w:r>
        <w:drawing>
          <wp:inline xmlns:a="http://schemas.openxmlformats.org/drawingml/2006/main" xmlns:pic="http://schemas.openxmlformats.org/drawingml/2006/picture">
            <wp:extent cx="5486400" cy="3630099"/>
            <wp:docPr id="43" name="Picture 43"/>
            <wp:cNvGraphicFramePr>
              <a:graphicFrameLocks noChangeAspect="1"/>
            </wp:cNvGraphicFramePr>
            <a:graphic>
              <a:graphicData uri="http://schemas.openxmlformats.org/drawingml/2006/picture">
                <pic:pic>
                  <pic:nvPicPr>
                    <pic:cNvPr id="0" name="B36973_6_2.png"/>
                    <pic:cNvPicPr/>
                  </pic:nvPicPr>
                  <pic:blipFill>
                    <a:blip r:embed="rId47"/>
                    <a:stretch>
                      <a:fillRect/>
                    </a:stretch>
                  </pic:blipFill>
                  <pic:spPr>
                    <a:xfrm>
                      <a:off x="0" y="0"/>
                      <a:ext cx="5486400" cy="3630099"/>
                    </a:xfrm>
                    <a:prstGeom prst="rect"/>
                  </pic:spPr>
                </pic:pic>
              </a:graphicData>
            </a:graphic>
          </wp:inline>
        </w:drawing>
      </w:r>
    </w:p>
    <w:p>
      <w:pPr>
        <w:spacing w:after="160"/>
        <w:jc w:val="center"/>
      </w:pPr>
      <w:r>
        <w:rPr>
          <w:rFonts w:ascii="Calibri" w:hAnsi="Calibri"/>
          <w:b w:val="0"/>
          <w:i/>
          <w:sz w:val="19"/>
        </w:rPr>
        <w:t>Hình 6.2: Ô giờ đây hiển thị một bình luận</w:t>
      </w:r>
    </w:p>
    <w:p>
      <w:pPr>
        <w:pStyle w:val="Heading3"/>
      </w:pPr>
      <w:r>
        <w:rPr>
          <w:rFonts w:ascii="Calibri" w:hAnsi="Calibri"/>
          <w:b/>
          <w:i w:val="0"/>
          <w:sz w:val="26"/>
        </w:rPr>
        <w:t>Cách nó hoạt động...</w:t>
      </w:r>
    </w:p>
    <w:p>
      <w:pPr>
        <w:spacing w:after="80"/>
      </w:pPr>
      <w:r>
        <w:rPr>
          <w:b w:val="0"/>
          <w:i w:val="0"/>
        </w:rPr>
        <w:t xml:space="preserve">Trong phần </w:t>
      </w:r>
      <w:r>
        <w:rPr>
          <w:b w:val="0"/>
          <w:i/>
        </w:rPr>
        <w:t>Cách thực hiện…</w:t>
      </w:r>
      <w:r>
        <w:rPr>
          <w:b w:val="0"/>
          <w:i w:val="0"/>
        </w:rPr>
        <w:t xml:space="preserve">, sau khi thực hiện các lệnh import ở </w:t>
      </w:r>
      <w:r>
        <w:rPr>
          <w:b w:val="0"/>
          <w:i/>
        </w:rPr>
        <w:t>bước 1</w:t>
      </w:r>
      <w:r>
        <w:rPr>
          <w:b w:val="0"/>
          <w:i w:val="0"/>
        </w:rPr>
        <w:t xml:space="preserve"> và đọc bảng tính ở </w:t>
      </w:r>
      <w:r>
        <w:rPr>
          <w:b w:val="0"/>
          <w:i/>
        </w:rPr>
        <w:t>bước 2</w:t>
      </w:r>
      <w:r>
        <w:rPr>
          <w:b w:val="0"/>
          <w:i w:val="0"/>
        </w:rPr>
        <w:t xml:space="preserve">, chúng ta chọn ô cần thay đổi ở </w:t>
      </w:r>
      <w:r>
        <w:rPr>
          <w:b w:val="0"/>
          <w:i/>
        </w:rPr>
        <w:t>bước 3</w:t>
      </w:r>
      <w:r>
        <w:rPr>
          <w:b w:val="0"/>
          <w:i w:val="0"/>
        </w:rPr>
        <w:t>.</w:t>
      </w:r>
    </w:p>
    <w:p>
      <w:pPr>
        <w:spacing w:after="80"/>
      </w:pPr>
      <w:r>
        <w:rPr>
          <w:b w:val="0"/>
          <w:i w:val="0"/>
        </w:rPr>
        <w:t xml:space="preserve">Việc cập nhật giá trị được thực hiện ở </w:t>
      </w:r>
      <w:r>
        <w:rPr>
          <w:b w:val="0"/>
          <w:i/>
        </w:rPr>
        <w:t>bước 4</w:t>
      </w:r>
      <w:r>
        <w:rPr>
          <w:b w:val="0"/>
          <w:i w:val="0"/>
        </w:rPr>
        <w:t xml:space="preserve"> bằng một phép gán. Một chú thích (comment) trong ô được thêm vào, ghi đè thuộc tính </w:t>
      </w:r>
      <w:r>
        <w:rPr>
          <w:rFonts w:ascii="Consolas" w:hAnsi="Consolas"/>
          <w:b w:val="0"/>
          <w:i w:val="0"/>
          <w:sz w:val="20"/>
        </w:rPr>
        <w:br/>
        <w:br/>
        <w:t xml:space="preserve">      .comment</w:t>
        <w:br/>
        <w:t xml:space="preserve">     </w:t>
        <w:br/>
      </w:r>
      <w:r>
        <w:rPr>
          <w:b w:val="0"/>
          <w:i w:val="0"/>
        </w:rPr>
        <w:t xml:space="preserve"> bằng một thực thể (instance) mới của lớp </w:t>
      </w:r>
      <w:r>
        <w:rPr>
          <w:rFonts w:ascii="Consolas" w:hAnsi="Consolas"/>
          <w:b w:val="0"/>
          <w:i w:val="0"/>
          <w:sz w:val="20"/>
        </w:rPr>
        <w:br/>
        <w:br/>
        <w:t xml:space="preserve">      Comment</w:t>
        <w:br/>
        <w:t xml:space="preserve">     </w:t>
        <w:br/>
      </w:r>
      <w:r>
        <w:rPr>
          <w:b w:val="0"/>
          <w:i w:val="0"/>
        </w:rPr>
        <w:t>. Lưu ý rằng tên của người dùng tạo chú thích là bắt buộc.</w:t>
      </w:r>
    </w:p>
    <w:p>
      <w:pPr>
        <w:spacing w:after="80"/>
      </w:pPr>
      <w:r>
        <w:rPr>
          <w:b w:val="0"/>
          <w:i w:val="0"/>
        </w:rPr>
        <w:t xml:space="preserve">Giá trị cũng có thể bao gồm mô tả của các công thức. Ở </w:t>
      </w:r>
      <w:r>
        <w:rPr>
          <w:b w:val="0"/>
          <w:i/>
        </w:rPr>
        <w:t>bước 6</w:t>
      </w:r>
      <w:r>
        <w:rPr>
          <w:b w:val="0"/>
          <w:i w:val="0"/>
        </w:rPr>
        <w:t xml:space="preserve">, chúng ta thêm một công thức mới vào ô </w:t>
      </w:r>
      <w:r>
        <w:rPr>
          <w:b w:val="0"/>
          <w:i/>
        </w:rPr>
        <w:t>B12</w:t>
      </w:r>
      <w:r>
        <w:rPr>
          <w:b w:val="0"/>
          <w:i w:val="0"/>
        </w:rPr>
        <w:t xml:space="preserve">. Giá trị được tính toán và hiển thị khi tệp được mở ở </w:t>
      </w:r>
      <w:r>
        <w:rPr>
          <w:b w:val="0"/>
          <w:i/>
        </w:rPr>
        <w:t>bước 8</w:t>
      </w:r>
      <w:r>
        <w:rPr>
          <w:b w:val="0"/>
          <w:i w:val="0"/>
        </w:rPr>
        <w:t>.</w:t>
      </w:r>
    </w:p>
    <w:p>
      <w:pPr>
        <w:spacing w:after="80"/>
      </w:pPr>
      <w:r>
        <w:rPr>
          <w:b/>
          <w:i w:val="0"/>
        </w:rPr>
        <w:t>Lưu ý</w:t>
      </w:r>
    </w:p>
    <w:p>
      <w:pPr>
        <w:spacing w:after="80"/>
      </w:pPr>
      <w:r>
        <w:rPr>
          <w:b w:val="0"/>
          <w:i w:val="0"/>
        </w:rPr>
        <w:t>Giá trị của một công thức không được tính toán trong Python mà trong Excel. Điều này có nghĩa là công thức có thể chứa lỗi hoặc hiển thị kết quả không như mong đợi do các lỗi (bug) trong bảng tính kết quả. Hãy nhớ kiểm tra kỹ để đảm bảo các công thức là chính xác.</w:t>
      </w:r>
    </w:p>
    <w:p>
      <w:pPr>
        <w:spacing w:after="80"/>
      </w:pPr>
      <w:r>
        <w:rPr>
          <w:b w:val="0"/>
          <w:i w:val="0"/>
        </w:rPr>
        <w:t>GenAI cực kỳ hữu ích trong việc giúp bạn xác định nên dùng công thức nào để đạt được hiệu quả mong muốn. Ví dụ, bạn có thể nhập lệnh "</w:t>
      </w:r>
      <w:r>
        <w:rPr>
          <w:b w:val="0"/>
          <w:i/>
        </w:rPr>
        <w:t>Viết một công thức tính giá trị trung bình trong cột C</w:t>
      </w:r>
      <w:r>
        <w:rPr>
          <w:b w:val="0"/>
          <w:i w:val="0"/>
        </w:rPr>
        <w:t>". MS Excel đang tích hợp Copilot, công cụ GenAI của riêng họ, trực tiếp vào Excel, nên bạn có thể đặt câu hỏi và nhận gợi ý ngay trong công cụ.</w:t>
      </w:r>
    </w:p>
    <w:p>
      <w:pPr>
        <w:spacing w:after="80"/>
      </w:pPr>
      <w:r>
        <w:rPr>
          <w:b w:val="0"/>
          <w:i w:val="0"/>
        </w:rPr>
        <w:t xml:space="preserve">Cuối cùng, ở </w:t>
      </w:r>
      <w:r>
        <w:rPr>
          <w:b w:val="0"/>
          <w:i/>
        </w:rPr>
        <w:t>bước 7</w:t>
      </w:r>
      <w:r>
        <w:rPr>
          <w:b w:val="0"/>
          <w:i w:val="0"/>
        </w:rPr>
        <w:t xml:space="preserve">, bảng tính được lưu xuống đĩa bằng cách gọi phương thức </w:t>
      </w:r>
      <w:r>
        <w:rPr>
          <w:rFonts w:ascii="Consolas" w:hAnsi="Consolas"/>
          <w:b w:val="0"/>
          <w:i w:val="0"/>
          <w:sz w:val="20"/>
        </w:rPr>
        <w:br/>
        <w:br/>
        <w:t xml:space="preserve">      .save</w:t>
        <w:br/>
        <w:t xml:space="preserve">     </w:t>
        <w:br/>
      </w:r>
      <w:r>
        <w:rPr>
          <w:b w:val="0"/>
          <w:i w:val="0"/>
        </w:rPr>
        <w:t xml:space="preserve"> của đối tượng tệp XLSX. Tên của tệp kết quả có thể giống với tệp đầu vào, để ghi đè lên nó.</w:t>
      </w:r>
    </w:p>
    <w:p>
      <w:pPr>
        <w:spacing w:after="80"/>
      </w:pPr>
      <w:r>
        <w:rPr>
          <w:b w:val="0"/>
          <w:i w:val="0"/>
        </w:rPr>
        <w:t>Chú thích và các giá trị có thể được xem bằng cách truy cập tệp từ bên ngoài.</w:t>
      </w:r>
    </w:p>
    <w:p>
      <w:pPr>
        <w:pStyle w:val="Heading3"/>
      </w:pPr>
      <w:r>
        <w:rPr>
          <w:rFonts w:ascii="Calibri" w:hAnsi="Calibri"/>
          <w:b/>
          <w:i w:val="0"/>
          <w:sz w:val="26"/>
        </w:rPr>
        <w:t>Còn nhiều điều khác...</w:t>
      </w:r>
    </w:p>
    <w:p>
      <w:pPr>
        <w:spacing w:after="80"/>
      </w:pPr>
      <w:r>
        <w:rPr>
          <w:b w:val="0"/>
          <w:i w:val="0"/>
        </w:rPr>
        <w:t xml:space="preserve">Bạn có thể lưu trữ dữ liệu trong mỗi ô bằng các kiểu dữ liệu gốc của Python, và chúng sẽ được chuyển đổi thành các kiểu phù hợp cho Excel khi bạn ghi tệp. Ví dụ, lưu trữ một đối tượng </w:t>
      </w:r>
      <w:r>
        <w:rPr>
          <w:rFonts w:ascii="Consolas" w:hAnsi="Consolas"/>
          <w:b w:val="0"/>
          <w:i w:val="0"/>
          <w:sz w:val="20"/>
        </w:rPr>
        <w:br/>
        <w:br/>
        <w:t xml:space="preserve">      datetime</w:t>
        <w:br/>
        <w:t xml:space="preserve">     </w:t>
        <w:br/>
      </w:r>
      <w:r>
        <w:rPr>
          <w:b w:val="0"/>
          <w:i w:val="0"/>
        </w:rPr>
        <w:t xml:space="preserve"> sẽ lưu dữ liệu thời gian ở định dạng ngày tháng phù hợp. Điều này cũng đúng với float hoặc các định dạng số khác.</w:t>
      </w:r>
    </w:p>
    <w:p>
      <w:pPr>
        <w:spacing w:after="80"/>
      </w:pPr>
      <w:r>
        <w:rPr>
          <w:b w:val="0"/>
          <w:i w:val="0"/>
        </w:rPr>
        <w:t>Nếu bạn không cần thay đổi bất kỳ giá trị nào trong bảng tính, bạn có thể mở nó ở chế độ chỉ đọc (read-only):</w:t>
      </w:r>
    </w:p>
    <w:p>
      <w:pPr>
        <w:spacing w:after="0"/>
        <w:ind w:left="360"/>
        <w:shd w:val="clear" w:color="auto" w:fill="F2F2F2"/>
      </w:pPr>
      <w:r>
        <w:rPr>
          <w:rFonts w:ascii="Consolas" w:hAnsi="Consolas"/>
          <w:sz w:val="18"/>
        </w:rPr>
        <w:t>&gt;&gt;&gt; xlsfile = openpyxl.load_workbook('movies.xlsx', read_only=True)</w:t>
      </w:r>
    </w:p>
    <w:p>
      <w:pPr>
        <w:spacing w:after="0"/>
        <w:ind w:left="360"/>
        <w:shd w:val="clear" w:color="auto" w:fill="F2F2F2"/>
      </w:pPr>
      <w:r>
        <w:rPr>
          <w:rFonts w:ascii="Consolas" w:hAnsi="Consolas"/>
          <w:sz w:val="18"/>
        </w:rPr>
        <w:t>&gt;&gt;&gt; xlsfile['Sheet1']['A1'].value = '37%'</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AttributeError: Cell is read only</w:t>
      </w:r>
    </w:p>
    <w:p>
      <w:pPr>
        <w:spacing w:after="40"/>
      </w:pPr>
    </w:p>
    <w:p>
      <w:pPr>
        <w:spacing w:after="80"/>
      </w:pPr>
      <w:r>
        <w:rPr>
          <w:b w:val="0"/>
          <w:i w:val="0"/>
        </w:rPr>
        <w:t>Thêm chú thích vào các ô được tạo tự động có thể giúp việc xem xét tệp kết quả dễ dàng hơn, làm rõ cách mỗi giá trị cụ thể được tạo ra.</w:t>
      </w:r>
    </w:p>
    <w:p>
      <w:pPr>
        <w:spacing w:after="80"/>
      </w:pPr>
      <w:r>
        <w:rPr>
          <w:b w:val="0"/>
          <w:i w:val="0"/>
        </w:rPr>
        <w:t>Mặc dù có thể thêm công thức để tự động tạo các tệp Excel, việc gỡ lỗi (debug) kết quả có thể khá khó khăn. Nếu bạn không mong đợi bảng tính thay đổi sau khi được tạo, tốt hơn là nên thực hiện các phép tính trong Python và lưu kết quả ở định dạng thô, nghĩa là không áp dụng công thức Excel nào. Điều này làm cho bảng tính đơn giản hơn và có thể được lưu mà không cần thay đổi không chỉ ở định dạng Excel mà còn ở các định dạng khác, như CSV.</w:t>
      </w:r>
    </w:p>
    <w:p>
      <w:pPr>
        <w:spacing w:after="80"/>
      </w:pPr>
      <w:r>
        <w:rPr>
          <w:b w:val="0"/>
          <w:i w:val="0"/>
        </w:rPr>
        <w:t xml:space="preserve">Để đạt được hiệu quả này khi tải một bảng tính, bạn có thể dùng tham số </w:t>
      </w:r>
      <w:r>
        <w:rPr>
          <w:rFonts w:ascii="Consolas" w:hAnsi="Consolas"/>
          <w:b w:val="0"/>
          <w:i w:val="0"/>
          <w:sz w:val="20"/>
        </w:rPr>
        <w:br/>
        <w:br/>
        <w:t xml:space="preserve">      data_only</w:t>
        <w:br/>
        <w:t xml:space="preserve">     </w:t>
        <w:br/>
      </w:r>
      <w:r>
        <w:rPr>
          <w:b w:val="0"/>
          <w:i w:val="0"/>
        </w:rPr>
        <w:t xml:space="preserve"> cho </w:t>
      </w:r>
      <w:r>
        <w:rPr>
          <w:rFonts w:ascii="Consolas" w:hAnsi="Consolas"/>
          <w:b w:val="0"/>
          <w:i w:val="0"/>
          <w:sz w:val="20"/>
        </w:rPr>
        <w:br/>
        <w:br/>
        <w:t xml:space="preserve">      load_workbook</w:t>
        <w:br/>
        <w:t xml:space="preserve">     </w:t>
        <w:br/>
      </w:r>
      <w:r>
        <w:rPr>
          <w:b w:val="0"/>
          <w:i w:val="0"/>
        </w:rPr>
        <w:t>. Thao tác này sẽ tải tất cả các ô với giá trị cuối cùng của chúng, thay vì một công thức động.</w:t>
      </w:r>
    </w:p>
    <w:p>
      <w:pPr>
        <w:spacing w:after="80"/>
      </w:pPr>
      <w:r>
        <w:rPr>
          <w:b w:val="0"/>
          <w:i w:val="0"/>
        </w:rPr>
        <w:t xml:space="preserve">Tài liệu đầy đủ về </w:t>
      </w:r>
      <w:r>
        <w:rPr>
          <w:rFonts w:ascii="Consolas" w:hAnsi="Consolas"/>
          <w:b w:val="0"/>
          <w:i w:val="0"/>
          <w:sz w:val="20"/>
        </w:rPr>
        <w:br/>
        <w:br/>
        <w:t xml:space="preserve">      openpyxl</w:t>
        <w:br/>
        <w:t xml:space="preserve">     </w:t>
        <w:br/>
      </w:r>
      <w:r>
        <w:rPr>
          <w:b w:val="0"/>
          <w:i w:val="0"/>
        </w:rPr>
        <w:t xml:space="preserve"> có thể được tìm thấy ở đây: </w:t>
      </w:r>
      <w:r>
        <w:rPr>
          <w:rFonts w:ascii="Consolas" w:hAnsi="Consolas"/>
          <w:b w:val="0"/>
          <w:i w:val="0"/>
          <w:sz w:val="20"/>
        </w:rPr>
        <w:br/>
        <w:br/>
        <w:t xml:space="preserve">       https://openpyxl.readthedocs.io/en/stable/index.html</w:t>
        <w:br/>
        <w:t xml:space="preserve">      </w:t>
        <w:br/>
      </w:r>
      <w:r>
        <w:rPr>
          <w:b w:val="0"/>
          <w:i w:val="0"/>
        </w:rPr>
        <w:t>.</w:t>
      </w:r>
    </w:p>
    <w:p>
      <w:pPr>
        <w:pStyle w:val="Heading3"/>
      </w:pPr>
      <w:r>
        <w:rPr>
          <w:rFonts w:ascii="Calibri" w:hAnsi="Calibri"/>
          <w:b/>
          <w:i w:val="0"/>
          <w:sz w:val="26"/>
        </w:rPr>
        <w:t>Xem thêm</w:t>
      </w:r>
    </w:p>
    <w:p>
      <w:pPr>
        <w:spacing w:after="80"/>
        <w:ind w:left="360"/>
      </w:pPr>
      <w:r>
        <w:t xml:space="preserve">• </w:t>
      </w:r>
      <w:r>
        <w:rPr>
          <w:b w:val="0"/>
          <w:i w:val="0"/>
        </w:rPr>
        <w:t xml:space="preserve">Công thức trước đó, </w:t>
      </w:r>
      <w:r>
        <w:rPr>
          <w:b w:val="0"/>
          <w:i/>
        </w:rPr>
        <w:t xml:space="preserve"> Đọc bảng tính Excel </w:t>
      </w:r>
      <w:r>
        <w:rPr>
          <w:b w:val="0"/>
          <w:i w:val="0"/>
        </w:rPr>
        <w:t xml:space="preserve"> .</w:t>
      </w:r>
    </w:p>
    <w:p>
      <w:pPr>
        <w:spacing w:after="80"/>
        <w:ind w:left="360"/>
      </w:pPr>
      <w:r>
        <w:t xml:space="preserve">• </w:t>
      </w:r>
      <w:r>
        <w:rPr>
          <w:b w:val="0"/>
          <w:i w:val="0"/>
        </w:rPr>
        <w:t xml:space="preserve">Công thức </w:t>
      </w:r>
      <w:r>
        <w:rPr>
          <w:b w:val="0"/>
          <w:i/>
        </w:rPr>
        <w:t xml:space="preserve"> Tạo </w:t>
      </w:r>
      <w:r>
        <w:rPr>
          <w:b w:val="0"/>
          <w:i w:val="0"/>
        </w:rPr>
        <w:t xml:space="preserve"> </w:t>
      </w:r>
      <w:r>
        <w:rPr>
          <w:b w:val="0"/>
          <w:i/>
        </w:rPr>
        <w:t xml:space="preserve"> các trang tính mới trong bảng tính Excel </w:t>
      </w:r>
      <w:r>
        <w:rPr>
          <w:b w:val="0"/>
          <w:i w:val="0"/>
        </w:rPr>
        <w:t xml:space="preserve"> , trong phần tiếp theo.</w:t>
      </w:r>
    </w:p>
    <w:p>
      <w:pPr>
        <w:spacing w:after="80"/>
        <w:ind w:left="360"/>
      </w:pPr>
      <w:r>
        <w:t xml:space="preserve">• </w:t>
      </w:r>
      <w:r>
        <w:rPr>
          <w:b w:val="0"/>
          <w:i w:val="0"/>
        </w:rPr>
        <w:t xml:space="preserve">Công thức </w:t>
      </w:r>
      <w:r>
        <w:rPr>
          <w:b w:val="0"/>
          <w:i/>
        </w:rPr>
        <w:t xml:space="preserve"> Tạo biểu đồ trong Excel </w:t>
      </w:r>
      <w:r>
        <w:rPr>
          <w:b w:val="0"/>
          <w:i w:val="0"/>
        </w:rPr>
        <w:t xml:space="preserve"> ở phần sau của chương.</w:t>
      </w:r>
    </w:p>
    <w:p>
      <w:pPr>
        <w:spacing w:after="80"/>
        <w:ind w:left="360"/>
      </w:pPr>
      <w:r>
        <w:t xml:space="preserve">• </w:t>
      </w:r>
      <w:r>
        <w:rPr>
          <w:b w:val="0"/>
          <w:i w:val="0"/>
        </w:rPr>
        <w:t xml:space="preserve">Công thức </w:t>
      </w:r>
      <w:r>
        <w:rPr>
          <w:b w:val="0"/>
          <w:i/>
        </w:rPr>
        <w:t xml:space="preserve"> Làm việc </w:t>
      </w:r>
      <w:r>
        <w:rPr>
          <w:b w:val="0"/>
          <w:i w:val="0"/>
        </w:rPr>
        <w:t xml:space="preserve"> </w:t>
      </w:r>
      <w:r>
        <w:rPr>
          <w:b w:val="0"/>
          <w:i/>
        </w:rPr>
        <w:t xml:space="preserve"> với định dạng ô trong Excel </w:t>
      </w:r>
      <w:r>
        <w:rPr>
          <w:b w:val="0"/>
          <w:i w:val="0"/>
        </w:rPr>
        <w:t xml:space="preserve"> ở phần sau của chương.</w:t>
      </w:r>
    </w:p>
    <w:p>
      <w:pPr>
        <w:pStyle w:val="Heading2"/>
      </w:pPr>
      <w:r>
        <w:rPr>
          <w:rFonts w:ascii="Calibri" w:hAnsi="Calibri"/>
          <w:b/>
          <w:i w:val="0"/>
          <w:sz w:val="32"/>
        </w:rPr>
        <w:t>Tạo các trang tính mới trong bảng tính Excel</w:t>
      </w:r>
    </w:p>
    <w:p>
      <w:pPr>
        <w:spacing w:after="80"/>
      </w:pPr>
      <w:r>
        <w:rPr>
          <w:b w:val="0"/>
          <w:i w:val="0"/>
        </w:rPr>
        <w:t>Trong công thức này, chúng ta sẽ minh họa cách tạo một bảng tính Excel mới từ đầu và sau đó xử lý nhiều trang tính trong bảng tính đó, bao gồm cả việc tạo chúng.</w:t>
      </w:r>
    </w:p>
    <w:p>
      <w:pPr>
        <w:pStyle w:val="Heading3"/>
      </w:pPr>
      <w:r>
        <w:rPr>
          <w:rFonts w:ascii="Calibri" w:hAnsi="Calibri"/>
          <w:b/>
          <w:i w:val="0"/>
          <w:sz w:val="26"/>
        </w:rPr>
        <w:t>Chuẩn bị</w:t>
      </w:r>
    </w:p>
    <w:p>
      <w:pPr>
        <w:spacing w:after="80"/>
      </w:pPr>
      <w:r>
        <w:rPr>
          <w:b w:val="0"/>
          <w:i w:val="0"/>
        </w:rPr>
        <w:t xml:space="preserve">Chúng ta sẽ sử dụng mô-đun </w:t>
      </w:r>
      <w:r>
        <w:rPr>
          <w:rFonts w:ascii="Consolas" w:hAnsi="Consolas"/>
          <w:b w:val="0"/>
          <w:i w:val="0"/>
          <w:sz w:val="20"/>
        </w:rPr>
        <w:br/>
        <w:br/>
        <w:t xml:space="preserve">      openpyxl</w:t>
        <w:br/>
        <w:t xml:space="preserve">     </w:t>
        <w:br/>
      </w:r>
      <w:r>
        <w:rPr>
          <w:b w:val="0"/>
          <w:i w:val="0"/>
        </w:rPr>
        <w:t xml:space="preserve"> . Chúng ta nên cài đặt mô-đun này, thêm nó vào tệp </w:t>
      </w:r>
      <w:r>
        <w:rPr>
          <w:rFonts w:ascii="Consolas" w:hAnsi="Consolas"/>
          <w:b w:val="0"/>
          <w:i w:val="0"/>
          <w:sz w:val="20"/>
        </w:rPr>
        <w:br/>
        <w:br/>
        <w:t xml:space="preserve">      requirements.txt</w:t>
        <w:br/>
        <w:t xml:space="preserve">     </w:t>
        <w:br/>
      </w:r>
      <w:r>
        <w:rPr>
          <w:b w:val="0"/>
          <w:i w:val="0"/>
        </w:rPr>
        <w:t xml:space="preserve"> của chúng ta như sau:</w:t>
      </w:r>
    </w:p>
    <w:p>
      <w:pPr>
        <w:spacing w:after="0"/>
        <w:ind w:left="360"/>
        <w:shd w:val="clear" w:color="auto" w:fill="F2F2F2"/>
      </w:pPr>
      <w:r>
        <w:rPr>
          <w:rFonts w:ascii="Consolas" w:hAnsi="Consolas"/>
          <w:sz w:val="18"/>
        </w:rPr>
        <w:t>$ echo "openpyxl==3.1.5" &gt;&gt; requirements.txt</w:t>
      </w:r>
    </w:p>
    <w:p>
      <w:pPr>
        <w:spacing w:after="0"/>
        <w:ind w:left="360"/>
        <w:shd w:val="clear" w:color="auto" w:fill="F2F2F2"/>
      </w:pPr>
      <w:r>
        <w:rPr>
          <w:rFonts w:ascii="Consolas" w:hAnsi="Consolas"/>
          <w:sz w:val="18"/>
        </w:rPr>
        <w:t>$ uv pip install -r requirements.txt</w:t>
      </w:r>
    </w:p>
    <w:p>
      <w:pPr>
        <w:spacing w:after="40"/>
      </w:pPr>
    </w:p>
    <w:p>
      <w:pPr>
        <w:spacing w:after="80"/>
      </w:pPr>
      <w:r>
        <w:rPr>
          <w:b w:val="0"/>
          <w:i w:val="0"/>
        </w:rPr>
        <w:t xml:space="preserve">Đối với công thức này, chúng ta sẽ tạo một tệp mới chứa thông tin lịch sử về những bộ phim có lượng khán giả cao nhất. Dữ liệu nguồn được trích xuất từ đây: </w:t>
      </w:r>
      <w:r>
        <w:rPr>
          <w:rFonts w:ascii="Consolas" w:hAnsi="Consolas"/>
          <w:b w:val="0"/>
          <w:i w:val="0"/>
          <w:sz w:val="20"/>
        </w:rPr>
        <w:br/>
        <w:br/>
        <w:t xml:space="preserve">       http://www.mrob.com/pub/film-video/topadj.html</w:t>
        <w:br/>
        <w:t xml:space="preserve">      </w:t>
        <w:br/>
      </w:r>
      <w:r>
        <w:rPr>
          <w:b w:val="0"/>
          <w:i w:val="0"/>
        </w:rPr>
        <w:t xml:space="preserve"> .</w:t>
      </w:r>
    </w:p>
    <w:p>
      <w:pPr>
        <w:pStyle w:val="Heading3"/>
      </w:pPr>
      <w:r>
        <w:rPr>
          <w:rFonts w:ascii="Calibri" w:hAnsi="Calibri"/>
          <w:b/>
          <w:i w:val="0"/>
          <w:sz w:val="26"/>
        </w:rPr>
        <w:t>Cách thực hiện...</w:t>
      </w:r>
    </w:p>
    <w:p>
      <w:pPr>
        <w:spacing w:after="80"/>
        <w:ind w:left="360"/>
      </w:pPr>
      <w:r>
        <w:t xml:space="preserve">1. </w:t>
      </w:r>
      <w:r>
        <w:rPr>
          <w:b w:val="0"/>
          <w:i w:val="0"/>
        </w:rPr>
        <w:t xml:space="preserve">Import mô-đun </w:t>
      </w:r>
      <w:r>
        <w:rPr>
          <w:rFonts w:ascii="Consolas" w:hAnsi="Consolas"/>
          <w:b w:val="0"/>
          <w:i w:val="0"/>
          <w:sz w:val="20"/>
        </w:rPr>
        <w:br/>
        <w:br/>
        <w:t xml:space="preserve">       openpyxl</w:t>
        <w:br/>
        <w:t xml:space="preserve">      </w:t>
        <w:br/>
      </w:r>
      <w:r>
        <w:rPr>
          <w:b w:val="0"/>
          <w:i w:val="0"/>
        </w:rPr>
        <w:t xml:space="preserve"> :</w:t>
      </w:r>
    </w:p>
    <w:p>
      <w:pPr>
        <w:spacing w:after="0"/>
        <w:ind w:left="360"/>
        <w:shd w:val="clear" w:color="auto" w:fill="F2F2F2"/>
      </w:pPr>
      <w:r>
        <w:rPr>
          <w:rFonts w:ascii="Consolas" w:hAnsi="Consolas"/>
          <w:sz w:val="18"/>
        </w:rPr>
        <w:t>&gt;&gt;&gt; import openpyxl</w:t>
      </w:r>
    </w:p>
    <w:p>
      <w:pPr>
        <w:spacing w:after="40"/>
      </w:pPr>
    </w:p>
    <w:p>
      <w:pPr>
        <w:spacing w:after="80"/>
        <w:ind w:left="360"/>
      </w:pPr>
      <w:r>
        <w:t xml:space="preserve">2. </w:t>
      </w:r>
      <w:r>
        <w:rPr>
          <w:b w:val="0"/>
          <w:i w:val="0"/>
        </w:rPr>
        <w:t>Tạo một tệp Excel mới. Thao tác này tạo ra một trang tính mặc định, có tên là Sheet:</w:t>
      </w:r>
    </w:p>
    <w:p>
      <w:pPr>
        <w:spacing w:after="0"/>
        <w:ind w:left="360"/>
        <w:shd w:val="clear" w:color="auto" w:fill="F2F2F2"/>
      </w:pPr>
      <w:r>
        <w:rPr>
          <w:rFonts w:ascii="Consolas" w:hAnsi="Consolas"/>
          <w:sz w:val="18"/>
        </w:rPr>
        <w:t>&gt;&gt;&gt; xlsfile = openpyxl.Workbook()</w:t>
      </w:r>
    </w:p>
    <w:p>
      <w:pPr>
        <w:spacing w:after="0"/>
        <w:ind w:left="360"/>
        <w:shd w:val="clear" w:color="auto" w:fill="F2F2F2"/>
      </w:pPr>
      <w:r>
        <w:rPr>
          <w:rFonts w:ascii="Consolas" w:hAnsi="Consolas"/>
          <w:sz w:val="18"/>
        </w:rPr>
        <w:t>&gt;&gt;&gt; xlsfile.sheetnames</w:t>
      </w:r>
    </w:p>
    <w:p>
      <w:pPr>
        <w:spacing w:after="0"/>
        <w:ind w:left="360"/>
        <w:shd w:val="clear" w:color="auto" w:fill="F2F2F2"/>
      </w:pPr>
      <w:r>
        <w:rPr>
          <w:rFonts w:ascii="Consolas" w:hAnsi="Consolas"/>
          <w:sz w:val="18"/>
        </w:rPr>
        <w:t>['Sheet']</w:t>
      </w:r>
    </w:p>
    <w:p>
      <w:pPr>
        <w:spacing w:after="0"/>
        <w:ind w:left="360"/>
        <w:shd w:val="clear" w:color="auto" w:fill="F2F2F2"/>
      </w:pPr>
      <w:r>
        <w:rPr>
          <w:rFonts w:ascii="Consolas" w:hAnsi="Consolas"/>
          <w:sz w:val="18"/>
        </w:rPr>
        <w:t>&gt;&gt;&gt; sheet = xlsfile['Sheet']</w:t>
      </w:r>
    </w:p>
    <w:p>
      <w:pPr>
        <w:spacing w:after="40"/>
      </w:pPr>
    </w:p>
    <w:p>
      <w:pPr>
        <w:spacing w:after="80"/>
        <w:ind w:left="360"/>
      </w:pPr>
      <w:r>
        <w:t xml:space="preserve">3. </w:t>
      </w:r>
      <w:r>
        <w:rPr>
          <w:b w:val="0"/>
          <w:i w:val="0"/>
        </w:rPr>
        <w:t>Thêm dữ liệu về số lượng khán giả vào trang tính này từ nguồn. Để đơn giản, chỉ ba mục đầu tiên được thêm vào:</w:t>
      </w:r>
    </w:p>
    <w:p>
      <w:pPr>
        <w:spacing w:after="0"/>
        <w:ind w:left="360"/>
        <w:shd w:val="clear" w:color="auto" w:fill="F2F2F2"/>
      </w:pPr>
      <w:r>
        <w:rPr>
          <w:rFonts w:ascii="Consolas" w:hAnsi="Consolas"/>
          <w:sz w:val="18"/>
        </w:rPr>
        <w:t>&gt;&gt;&gt; data = [</w:t>
      </w:r>
    </w:p>
    <w:p>
      <w:pPr>
        <w:spacing w:after="0"/>
        <w:ind w:left="360"/>
        <w:shd w:val="clear" w:color="auto" w:fill="F2F2F2"/>
      </w:pPr>
      <w:r>
        <w:rPr>
          <w:rFonts w:ascii="Consolas" w:hAnsi="Consolas"/>
          <w:sz w:val="18"/>
        </w:rPr>
        <w:t>...   (225.7, 'Gone With the Wind', 'Victor Fleming'),</w:t>
      </w:r>
    </w:p>
    <w:p>
      <w:pPr>
        <w:spacing w:after="0"/>
        <w:ind w:left="360"/>
        <w:shd w:val="clear" w:color="auto" w:fill="F2F2F2"/>
      </w:pPr>
      <w:r>
        <w:rPr>
          <w:rFonts w:ascii="Consolas" w:hAnsi="Consolas"/>
          <w:sz w:val="18"/>
        </w:rPr>
        <w:t>...   (194.4, 'Star Wars', 'George Lucas'),</w:t>
      </w:r>
    </w:p>
    <w:p>
      <w:pPr>
        <w:spacing w:after="0"/>
        <w:ind w:left="360"/>
        <w:shd w:val="clear" w:color="auto" w:fill="F2F2F2"/>
      </w:pPr>
      <w:r>
        <w:rPr>
          <w:rFonts w:ascii="Consolas" w:hAnsi="Consolas"/>
          <w:sz w:val="18"/>
        </w:rPr>
        <w:t>...   (156.4, 'The Sound of Music', 'Robert Wise')</w:t>
      </w:r>
    </w:p>
    <w:p>
      <w:pPr>
        <w:spacing w:after="0"/>
        <w:ind w:left="360"/>
        <w:shd w:val="clear" w:color="auto" w:fill="F2F2F2"/>
      </w:pPr>
      <w:r>
        <w:rPr>
          <w:rFonts w:ascii="Consolas" w:hAnsi="Consolas"/>
          <w:sz w:val="18"/>
        </w:rPr>
        <w:t>...   ]</w:t>
      </w:r>
    </w:p>
    <w:p>
      <w:pPr>
        <w:spacing w:after="0"/>
        <w:ind w:left="360"/>
        <w:shd w:val="clear" w:color="auto" w:fill="F2F2F2"/>
      </w:pPr>
      <w:r>
        <w:rPr>
          <w:rFonts w:ascii="Consolas" w:hAnsi="Consolas"/>
          <w:sz w:val="18"/>
        </w:rPr>
        <w:t>&gt;&gt;&gt; for row, (admissions, name, director) in enumerate(data, 1):</w:t>
      </w:r>
    </w:p>
    <w:p>
      <w:pPr>
        <w:spacing w:after="0"/>
        <w:ind w:left="360"/>
        <w:shd w:val="clear" w:color="auto" w:fill="F2F2F2"/>
      </w:pPr>
      <w:r>
        <w:rPr>
          <w:rFonts w:ascii="Consolas" w:hAnsi="Consolas"/>
          <w:sz w:val="18"/>
        </w:rPr>
        <w:t>...   sheet[f'A{row}'].value = admissions</w:t>
      </w:r>
    </w:p>
    <w:p>
      <w:pPr>
        <w:spacing w:after="0"/>
        <w:ind w:left="360"/>
        <w:shd w:val="clear" w:color="auto" w:fill="F2F2F2"/>
      </w:pPr>
      <w:r>
        <w:rPr>
          <w:rFonts w:ascii="Consolas" w:hAnsi="Consolas"/>
          <w:sz w:val="18"/>
        </w:rPr>
        <w:t>...   sheet[f'B{row}'].value = name</w:t>
      </w:r>
    </w:p>
    <w:p>
      <w:pPr>
        <w:spacing w:after="40"/>
      </w:pPr>
    </w:p>
    <w:p>
      <w:pPr>
        <w:spacing w:after="80"/>
        <w:ind w:left="360"/>
      </w:pPr>
      <w:r>
        <w:t xml:space="preserve">4. </w:t>
      </w:r>
      <w:r>
        <w:rPr>
          <w:b w:val="0"/>
          <w:i w:val="0"/>
        </w:rPr>
        <w:t>Tạo một trang tính mới:</w:t>
      </w:r>
    </w:p>
    <w:p>
      <w:pPr>
        <w:spacing w:after="0"/>
        <w:ind w:left="360"/>
        <w:shd w:val="clear" w:color="auto" w:fill="F2F2F2"/>
      </w:pPr>
      <w:r>
        <w:rPr>
          <w:rFonts w:ascii="Consolas" w:hAnsi="Consolas"/>
          <w:sz w:val="18"/>
        </w:rPr>
        <w:t>&gt;&gt;&gt; sheet = xlsfile.create_sheet("Directors")</w:t>
      </w:r>
    </w:p>
    <w:p>
      <w:pPr>
        <w:spacing w:after="0"/>
        <w:ind w:left="360"/>
        <w:shd w:val="clear" w:color="auto" w:fill="F2F2F2"/>
      </w:pPr>
      <w:r>
        <w:rPr>
          <w:rFonts w:ascii="Consolas" w:hAnsi="Consolas"/>
          <w:sz w:val="18"/>
        </w:rPr>
        <w:t>&gt;&gt;&gt; sheet</w:t>
      </w:r>
    </w:p>
    <w:p>
      <w:pPr>
        <w:spacing w:after="0"/>
        <w:ind w:left="360"/>
        <w:shd w:val="clear" w:color="auto" w:fill="F2F2F2"/>
      </w:pPr>
      <w:r>
        <w:rPr>
          <w:rFonts w:ascii="Consolas" w:hAnsi="Consolas"/>
          <w:sz w:val="18"/>
        </w:rPr>
        <w:t>&lt;Worksheet "Directors"&gt;</w:t>
      </w:r>
    </w:p>
    <w:p>
      <w:pPr>
        <w:spacing w:after="0"/>
        <w:ind w:left="360"/>
        <w:shd w:val="clear" w:color="auto" w:fill="F2F2F2"/>
      </w:pPr>
      <w:r>
        <w:rPr>
          <w:rFonts w:ascii="Consolas" w:hAnsi="Consolas"/>
          <w:sz w:val="18"/>
        </w:rPr>
        <w:t>&gt;&gt;&gt; xlsfile.sheetnames</w:t>
      </w:r>
    </w:p>
    <w:p>
      <w:pPr>
        <w:spacing w:after="0"/>
        <w:ind w:left="360"/>
        <w:shd w:val="clear" w:color="auto" w:fill="F2F2F2"/>
      </w:pPr>
      <w:r>
        <w:rPr>
          <w:rFonts w:ascii="Consolas" w:hAnsi="Consolas"/>
          <w:sz w:val="18"/>
        </w:rPr>
        <w:t>['Sheet', 'Directors']</w:t>
      </w:r>
    </w:p>
    <w:p>
      <w:pPr>
        <w:spacing w:after="40"/>
      </w:pPr>
    </w:p>
    <w:p>
      <w:pPr>
        <w:spacing w:after="80"/>
        <w:ind w:left="360"/>
      </w:pPr>
      <w:r>
        <w:t xml:space="preserve">5. </w:t>
      </w:r>
      <w:r>
        <w:rPr>
          <w:b w:val="0"/>
          <w:i w:val="0"/>
        </w:rPr>
        <w:t>Thêm tên đạo diễn cho từng bộ phim:</w:t>
      </w:r>
    </w:p>
    <w:p>
      <w:pPr>
        <w:spacing w:after="0"/>
        <w:ind w:left="360"/>
        <w:shd w:val="clear" w:color="auto" w:fill="F2F2F2"/>
      </w:pPr>
      <w:r>
        <w:rPr>
          <w:rFonts w:ascii="Consolas" w:hAnsi="Consolas"/>
          <w:sz w:val="18"/>
        </w:rPr>
        <w:t>&gt;&gt;&gt; for row, (admissions, name, director) in enumerate(data, 1):</w:t>
      </w:r>
    </w:p>
    <w:p>
      <w:pPr>
        <w:spacing w:after="0"/>
        <w:ind w:left="360"/>
        <w:shd w:val="clear" w:color="auto" w:fill="F2F2F2"/>
      </w:pPr>
      <w:r>
        <w:rPr>
          <w:rFonts w:ascii="Consolas" w:hAnsi="Consolas"/>
          <w:sz w:val="18"/>
        </w:rPr>
        <w:t>...    sheet[f'A{row}'].value = director</w:t>
      </w:r>
    </w:p>
    <w:p>
      <w:pPr>
        <w:spacing w:after="0"/>
        <w:ind w:left="360"/>
        <w:shd w:val="clear" w:color="auto" w:fill="F2F2F2"/>
      </w:pPr>
      <w:r>
        <w:rPr>
          <w:rFonts w:ascii="Consolas" w:hAnsi="Consolas"/>
          <w:sz w:val="18"/>
        </w:rPr>
        <w:t>...    sheet[f'B{row}'].value = name</w:t>
      </w:r>
    </w:p>
    <w:p>
      <w:pPr>
        <w:spacing w:after="40"/>
      </w:pPr>
    </w:p>
    <w:p>
      <w:pPr>
        <w:spacing w:after="80"/>
        <w:ind w:left="360"/>
      </w:pPr>
      <w:r>
        <w:t xml:space="preserve">6. </w:t>
      </w:r>
      <w:r>
        <w:rPr>
          <w:b w:val="0"/>
          <w:i w:val="0"/>
        </w:rPr>
        <w:t xml:space="preserve">Lưu tệp dưới tên </w:t>
      </w:r>
      <w:r>
        <w:rPr>
          <w:rFonts w:ascii="Consolas" w:hAnsi="Consolas"/>
          <w:b w:val="0"/>
          <w:i w:val="0"/>
          <w:sz w:val="20"/>
        </w:rPr>
        <w:br/>
        <w:br/>
        <w:t xml:space="preserve">       movie_sheets.xlsx</w:t>
        <w:br/>
        <w:t xml:space="preserve">      </w:t>
        <w:br/>
      </w:r>
      <w:r>
        <w:rPr>
          <w:b w:val="0"/>
          <w:i w:val="0"/>
        </w:rPr>
        <w:t xml:space="preserve"> :</w:t>
      </w:r>
    </w:p>
    <w:p>
      <w:pPr>
        <w:spacing w:after="0"/>
        <w:ind w:left="360"/>
        <w:shd w:val="clear" w:color="auto" w:fill="F2F2F2"/>
      </w:pPr>
      <w:r>
        <w:rPr>
          <w:rFonts w:ascii="Consolas" w:hAnsi="Consolas"/>
          <w:sz w:val="18"/>
        </w:rPr>
        <w:t>&gt;&gt;&gt; xlsfile.save('movie_sheets.xlsx')</w:t>
      </w:r>
    </w:p>
    <w:p>
      <w:pPr>
        <w:spacing w:after="40"/>
      </w:pPr>
    </w:p>
    <w:p>
      <w:pPr>
        <w:spacing w:after="80"/>
        <w:ind w:left="360"/>
      </w:pPr>
      <w:r>
        <w:t xml:space="preserve">7. </w:t>
      </w:r>
      <w:r>
        <w:rPr>
          <w:b w:val="0"/>
          <w:i w:val="0"/>
        </w:rPr>
        <w:t xml:space="preserve">Mở tệp </w:t>
      </w:r>
      <w:r>
        <w:rPr>
          <w:rFonts w:ascii="Consolas" w:hAnsi="Consolas"/>
          <w:b w:val="0"/>
          <w:i w:val="0"/>
          <w:sz w:val="20"/>
        </w:rPr>
        <w:br/>
        <w:br/>
        <w:t xml:space="preserve">       movie_sheets.xlsx</w:t>
        <w:br/>
        <w:t xml:space="preserve">      </w:t>
        <w:br/>
      </w:r>
      <w:r>
        <w:rPr>
          <w:b w:val="0"/>
          <w:i w:val="0"/>
        </w:rPr>
        <w:t xml:space="preserve"> để kiểm tra rằng nó có hai trang tính chứa thông tin như mong đợi, như trong ảnh chụp màn hình sau:</w:t>
      </w:r>
    </w:p>
    <w:p>
      <w:pPr>
        <w:jc w:val="center"/>
      </w:pPr>
      <w:r>
        <w:drawing>
          <wp:inline xmlns:a="http://schemas.openxmlformats.org/drawingml/2006/main" xmlns:pic="http://schemas.openxmlformats.org/drawingml/2006/picture">
            <wp:extent cx="5486400" cy="4739988"/>
            <wp:docPr id="44" name="Picture 44"/>
            <wp:cNvGraphicFramePr>
              <a:graphicFrameLocks noChangeAspect="1"/>
            </wp:cNvGraphicFramePr>
            <a:graphic>
              <a:graphicData uri="http://schemas.openxmlformats.org/drawingml/2006/picture">
                <pic:pic>
                  <pic:nvPicPr>
                    <pic:cNvPr id="0" name="B36973_6_3.png"/>
                    <pic:cNvPicPr/>
                  </pic:nvPicPr>
                  <pic:blipFill>
                    <a:blip r:embed="rId48"/>
                    <a:stretch>
                      <a:fillRect/>
                    </a:stretch>
                  </pic:blipFill>
                  <pic:spPr>
                    <a:xfrm>
                      <a:off x="0" y="0"/>
                      <a:ext cx="5486400" cy="4739988"/>
                    </a:xfrm>
                    <a:prstGeom prst="rect"/>
                  </pic:spPr>
                </pic:pic>
              </a:graphicData>
            </a:graphic>
          </wp:inline>
        </w:drawing>
      </w:r>
    </w:p>
    <w:p>
      <w:pPr>
        <w:spacing w:after="160"/>
        <w:jc w:val="center"/>
      </w:pPr>
      <w:r>
        <w:rPr>
          <w:rFonts w:ascii="Calibri" w:hAnsi="Calibri"/>
          <w:b w:val="0"/>
          <w:i/>
          <w:sz w:val="19"/>
        </w:rPr>
        <w:t>Hình 6.3: Nội dung của movie_sheets.xlsx</w:t>
      </w:r>
    </w:p>
    <w:p>
      <w:pPr>
        <w:pStyle w:val="Heading3"/>
      </w:pPr>
      <w:r>
        <w:rPr>
          <w:rFonts w:ascii="Calibri" w:hAnsi="Calibri"/>
          <w:b/>
          <w:i w:val="0"/>
          <w:sz w:val="26"/>
        </w:rPr>
        <w:t>Cách hoạt động...</w:t>
      </w:r>
    </w:p>
    <w:p>
      <w:pPr>
        <w:spacing w:after="80"/>
      </w:pPr>
      <w:r>
        <w:rPr>
          <w:b w:val="0"/>
          <w:i w:val="0"/>
        </w:rPr>
        <w:t xml:space="preserve">Trong mục </w:t>
      </w:r>
      <w:r>
        <w:rPr>
          <w:b w:val="0"/>
          <w:i/>
        </w:rPr>
        <w:t xml:space="preserve"> Cách thực hiện… </w:t>
      </w:r>
      <w:r>
        <w:rPr>
          <w:b w:val="0"/>
          <w:i w:val="0"/>
        </w:rPr>
        <w:t xml:space="preserve"> , sau khi nhập mô-đun ở </w:t>
      </w:r>
      <w:r>
        <w:rPr>
          <w:b w:val="0"/>
          <w:i/>
        </w:rPr>
        <w:t xml:space="preserve"> bước 1 </w:t>
      </w:r>
      <w:r>
        <w:rPr>
          <w:b w:val="0"/>
          <w:i w:val="0"/>
        </w:rPr>
        <w:t xml:space="preserve"> , chúng ta tạo một bảng tính mới ở </w:t>
      </w:r>
      <w:r>
        <w:rPr>
          <w:b w:val="0"/>
          <w:i/>
        </w:rPr>
        <w:t xml:space="preserve"> bước 2 </w:t>
      </w:r>
      <w:r>
        <w:rPr>
          <w:b w:val="0"/>
          <w:i w:val="0"/>
        </w:rPr>
        <w:t xml:space="preserve"> . Đây là một bảng tính mới chỉ chứa trang tính mặc định.</w:t>
      </w:r>
    </w:p>
    <w:p>
      <w:pPr>
        <w:spacing w:after="80"/>
      </w:pPr>
      <w:r>
        <w:rPr>
          <w:b w:val="0"/>
          <w:i w:val="0"/>
        </w:rPr>
        <w:t xml:space="preserve">Dữ liệu cần lưu được định nghĩa ở </w:t>
      </w:r>
      <w:r>
        <w:rPr>
          <w:b w:val="0"/>
          <w:i/>
        </w:rPr>
        <w:t xml:space="preserve"> bước 3 </w:t>
      </w:r>
      <w:r>
        <w:rPr>
          <w:b w:val="0"/>
          <w:i w:val="0"/>
        </w:rPr>
        <w:t xml:space="preserve"> . Lưu ý rằng nó chứa thông tin sẽ nằm trên cả hai trang tính (tên ở cả hai; doanh thu phòng vé ở trang tính thứ nhất và tên đạo diễn ở trang tính thứ hai). Ở bước này, trang tính thứ nhất được điền dữ liệu.</w:t>
      </w:r>
    </w:p>
    <w:p>
      <w:pPr>
        <w:spacing w:after="80"/>
      </w:pPr>
      <w:r>
        <w:rPr>
          <w:b/>
          <w:i w:val="0"/>
        </w:rPr>
        <w:t>Lưu ý</w:t>
      </w:r>
    </w:p>
    <w:p>
      <w:pPr>
        <w:spacing w:after="80"/>
      </w:pPr>
      <w:r>
        <w:rPr>
          <w:b w:val="0"/>
          <w:i w:val="0"/>
        </w:rPr>
        <w:t xml:space="preserve">Hãy để ý cách giá trị được lưu. Ô thích hợp được xác định bằng cột A hoặc B và hàng thích hợp (các hàng bắt đầu từ 1). Hàm </w:t>
      </w:r>
      <w:r>
        <w:rPr>
          <w:rFonts w:ascii="Consolas" w:hAnsi="Consolas"/>
          <w:b w:val="0"/>
          <w:i w:val="0"/>
          <w:sz w:val="20"/>
        </w:rPr>
        <w:br/>
        <w:br/>
        <w:t xml:space="preserve">       enumerate</w:t>
        <w:br/>
        <w:t xml:space="preserve">      </w:t>
        <w:br/>
      </w:r>
      <w:r>
        <w:rPr>
          <w:b w:val="0"/>
          <w:i w:val="0"/>
        </w:rPr>
        <w:t xml:space="preserve"> trả về một tuple với phần tử thứ nhất là chỉ số và phần tử thứ hai là tham số được đánh số (trong trường hợp này là một tuple gồm ba giá trị).</w:t>
      </w:r>
    </w:p>
    <w:p>
      <w:pPr>
        <w:spacing w:after="80"/>
      </w:pPr>
      <w:r>
        <w:rPr>
          <w:b w:val="0"/>
          <w:i w:val="0"/>
        </w:rPr>
        <w:t xml:space="preserve">Sau đó, trang tính mới được tạo ở </w:t>
      </w:r>
      <w:r>
        <w:rPr>
          <w:b w:val="0"/>
          <w:i/>
        </w:rPr>
        <w:t xml:space="preserve"> bước 4 </w:t>
      </w:r>
      <w:r>
        <w:rPr>
          <w:b w:val="0"/>
          <w:i w:val="0"/>
        </w:rPr>
        <w:t xml:space="preserve"> , sử dụng tên </w:t>
      </w:r>
      <w:r>
        <w:rPr>
          <w:rFonts w:ascii="Consolas" w:hAnsi="Consolas"/>
          <w:b w:val="0"/>
          <w:i w:val="0"/>
          <w:sz w:val="20"/>
        </w:rPr>
        <w:br/>
        <w:br/>
        <w:t xml:space="preserve">      Directors</w:t>
        <w:br/>
        <w:t xml:space="preserve">     </w:t>
        <w:br/>
      </w:r>
      <w:r>
        <w:rPr>
          <w:b w:val="0"/>
          <w:i w:val="0"/>
        </w:rPr>
        <w:t xml:space="preserve"> . </w:t>
      </w:r>
      <w:r>
        <w:rPr>
          <w:rFonts w:ascii="Consolas" w:hAnsi="Consolas"/>
          <w:b w:val="0"/>
          <w:i w:val="0"/>
          <w:sz w:val="20"/>
        </w:rPr>
        <w:br/>
        <w:br/>
        <w:t xml:space="preserve">      .create_sheet</w:t>
        <w:br/>
        <w:t xml:space="preserve">     </w:t>
        <w:br/>
      </w:r>
      <w:r>
        <w:rPr>
          <w:b w:val="0"/>
          <w:i w:val="0"/>
        </w:rPr>
        <w:t xml:space="preserve"> trả về trang tính mới.</w:t>
      </w:r>
    </w:p>
    <w:p>
      <w:pPr>
        <w:spacing w:after="80"/>
      </w:pPr>
      <w:r>
        <w:rPr>
          <w:b w:val="0"/>
          <w:i w:val="0"/>
        </w:rPr>
        <w:t xml:space="preserve">Thông tin trong trang tính </w:t>
      </w:r>
      <w:r>
        <w:rPr>
          <w:rFonts w:ascii="Consolas" w:hAnsi="Consolas"/>
          <w:b w:val="0"/>
          <w:i w:val="0"/>
          <w:sz w:val="20"/>
        </w:rPr>
        <w:br/>
        <w:br/>
        <w:t xml:space="preserve">      Directors</w:t>
        <w:br/>
        <w:t xml:space="preserve">     </w:t>
        <w:br/>
      </w:r>
      <w:r>
        <w:rPr>
          <w:b w:val="0"/>
          <w:i w:val="0"/>
        </w:rPr>
        <w:t xml:space="preserve"> được lưu ở </w:t>
      </w:r>
      <w:r>
        <w:rPr>
          <w:b w:val="0"/>
          <w:i/>
        </w:rPr>
        <w:t xml:space="preserve"> bước </w:t>
      </w:r>
      <w:r>
        <w:rPr>
          <w:b w:val="0"/>
          <w:i w:val="0"/>
        </w:rPr>
        <w:t xml:space="preserve"> </w:t>
      </w:r>
      <w:r>
        <w:rPr>
          <w:b w:val="0"/>
          <w:i/>
        </w:rPr>
        <w:t xml:space="preserve"> 5 </w:t>
      </w:r>
      <w:r>
        <w:rPr>
          <w:b w:val="0"/>
          <w:i w:val="0"/>
        </w:rPr>
        <w:t xml:space="preserve"> và tệp được lưu ở </w:t>
      </w:r>
      <w:r>
        <w:rPr>
          <w:b w:val="0"/>
          <w:i/>
        </w:rPr>
        <w:t xml:space="preserve"> bước </w:t>
      </w:r>
      <w:r>
        <w:rPr>
          <w:b w:val="0"/>
          <w:i w:val="0"/>
        </w:rPr>
        <w:t xml:space="preserve"> </w:t>
      </w:r>
      <w:r>
        <w:rPr>
          <w:b w:val="0"/>
          <w:i/>
        </w:rPr>
        <w:t xml:space="preserve"> </w:t>
      </w:r>
      <w:r>
        <w:rPr>
          <w:b w:val="0"/>
          <w:i w:val="0"/>
        </w:rPr>
        <w:t xml:space="preserve"> </w:t>
      </w:r>
      <w:r>
        <w:rPr>
          <w:b w:val="0"/>
          <w:i/>
        </w:rPr>
        <w:t xml:space="preserve"> 6 </w:t>
      </w:r>
      <w:r>
        <w:rPr>
          <w:b w:val="0"/>
          <w:i w:val="0"/>
        </w:rPr>
        <w:t xml:space="preserve"> .</w:t>
      </w:r>
    </w:p>
    <w:p>
      <w:pPr>
        <w:pStyle w:val="Heading3"/>
      </w:pPr>
      <w:r>
        <w:rPr>
          <w:rFonts w:ascii="Calibri" w:hAnsi="Calibri"/>
          <w:b/>
          <w:i w:val="0"/>
          <w:sz w:val="26"/>
        </w:rPr>
        <w:t>Còn nhiều điều khác...</w:t>
      </w:r>
    </w:p>
    <w:p>
      <w:pPr>
        <w:spacing w:after="80"/>
      </w:pPr>
      <w:r>
        <w:rPr>
          <w:b w:val="0"/>
          <w:i w:val="0"/>
        </w:rPr>
        <w:t xml:space="preserve">Tên của một trang tính đang tồn tại có thể được thay đổi thông qua thuộc tính </w:t>
      </w:r>
      <w:r>
        <w:rPr>
          <w:rFonts w:ascii="Consolas" w:hAnsi="Consolas"/>
          <w:b w:val="0"/>
          <w:i w:val="0"/>
          <w:sz w:val="20"/>
        </w:rPr>
        <w:br/>
        <w:br/>
        <w:t xml:space="preserve">      .title</w:t>
        <w:br/>
        <w:t xml:space="preserve">     </w:t>
        <w:br/>
      </w:r>
      <w:r>
        <w:rPr>
          <w:b w:val="0"/>
          <w:i w:val="0"/>
        </w:rPr>
        <w:t xml:space="preserve"> :</w:t>
      </w:r>
    </w:p>
    <w:p>
      <w:pPr>
        <w:spacing w:after="0"/>
        <w:ind w:left="360"/>
        <w:shd w:val="clear" w:color="auto" w:fill="F2F2F2"/>
      </w:pPr>
      <w:r>
        <w:rPr>
          <w:rFonts w:ascii="Consolas" w:hAnsi="Consolas"/>
          <w:sz w:val="18"/>
        </w:rPr>
        <w:t>&gt;&gt;&gt; sheet = xlsfile['Sheet']</w:t>
      </w:r>
    </w:p>
    <w:p>
      <w:pPr>
        <w:spacing w:after="0"/>
        <w:ind w:left="360"/>
        <w:shd w:val="clear" w:color="auto" w:fill="F2F2F2"/>
      </w:pPr>
      <w:r>
        <w:rPr>
          <w:rFonts w:ascii="Consolas" w:hAnsi="Consolas"/>
          <w:sz w:val="18"/>
        </w:rPr>
        <w:t>&gt;&gt;&gt; sheet.title = 'Admissions'</w:t>
      </w:r>
    </w:p>
    <w:p>
      <w:pPr>
        <w:spacing w:after="0"/>
        <w:ind w:left="360"/>
        <w:shd w:val="clear" w:color="auto" w:fill="F2F2F2"/>
      </w:pPr>
      <w:r>
        <w:rPr>
          <w:rFonts w:ascii="Consolas" w:hAnsi="Consolas"/>
          <w:sz w:val="18"/>
        </w:rPr>
        <w:t>&gt;&gt;&gt; xlsfile.sheetnames</w:t>
      </w:r>
    </w:p>
    <w:p>
      <w:pPr>
        <w:spacing w:after="0"/>
        <w:ind w:left="360"/>
        <w:shd w:val="clear" w:color="auto" w:fill="F2F2F2"/>
      </w:pPr>
      <w:r>
        <w:rPr>
          <w:rFonts w:ascii="Consolas" w:hAnsi="Consolas"/>
          <w:sz w:val="18"/>
        </w:rPr>
        <w:t>['Admissions', 'Directors']</w:t>
      </w:r>
    </w:p>
    <w:p>
      <w:pPr>
        <w:spacing w:after="40"/>
      </w:pPr>
    </w:p>
    <w:p>
      <w:pPr>
        <w:spacing w:after="80"/>
      </w:pPr>
      <w:r>
        <w:rPr>
          <w:b w:val="0"/>
          <w:i w:val="0"/>
        </w:rPr>
        <w:t xml:space="preserve">Hãy cẩn thận, vì sẽ không thể truy cập trang tính bằng </w:t>
      </w:r>
      <w:r>
        <w:rPr>
          <w:rFonts w:ascii="Consolas" w:hAnsi="Consolas"/>
          <w:b w:val="0"/>
          <w:i w:val="0"/>
          <w:sz w:val="20"/>
        </w:rPr>
        <w:br/>
        <w:br/>
        <w:t xml:space="preserve">      xlsfile['Sheet']</w:t>
        <w:br/>
        <w:t xml:space="preserve">     </w:t>
        <w:br/>
      </w:r>
      <w:r>
        <w:rPr>
          <w:b w:val="0"/>
          <w:i w:val="0"/>
        </w:rPr>
        <w:t xml:space="preserve"> nữa. Tên đó không còn tồn tại nữa!</w:t>
      </w:r>
    </w:p>
    <w:p>
      <w:pPr>
        <w:spacing w:after="80"/>
      </w:pPr>
      <w:r>
        <w:rPr>
          <w:b w:val="0"/>
          <w:i w:val="0"/>
        </w:rPr>
        <w:t xml:space="preserve">Trang tính đang hoạt động, tức trang tính sẽ được hiển thị khi mở tệp, có thể được lấy thông qua thuộc tính </w:t>
      </w:r>
      <w:r>
        <w:rPr>
          <w:rFonts w:ascii="Consolas" w:hAnsi="Consolas"/>
          <w:b w:val="0"/>
          <w:i w:val="0"/>
          <w:sz w:val="20"/>
        </w:rPr>
        <w:br/>
        <w:br/>
        <w:t xml:space="preserve">      .active</w:t>
        <w:br/>
        <w:t xml:space="preserve">     </w:t>
        <w:br/>
      </w:r>
      <w:r>
        <w:rPr>
          <w:b w:val="0"/>
          <w:i w:val="0"/>
        </w:rPr>
        <w:t xml:space="preserve"> và thay đổi bằng cách gán chỉ số. Chỉ số bắt đầu từ 0 cho trang tính đầu tiên:</w:t>
      </w:r>
    </w:p>
    <w:p>
      <w:pPr>
        <w:spacing w:after="0"/>
        <w:ind w:left="360"/>
        <w:shd w:val="clear" w:color="auto" w:fill="F2F2F2"/>
      </w:pPr>
      <w:r>
        <w:rPr>
          <w:rFonts w:ascii="Consolas" w:hAnsi="Consolas"/>
          <w:sz w:val="18"/>
        </w:rPr>
        <w:t>&gt;&gt;&gt; xlsfile.active</w:t>
      </w:r>
    </w:p>
    <w:p>
      <w:pPr>
        <w:spacing w:after="0"/>
        <w:ind w:left="360"/>
        <w:shd w:val="clear" w:color="auto" w:fill="F2F2F2"/>
      </w:pPr>
      <w:r>
        <w:rPr>
          <w:rFonts w:ascii="Consolas" w:hAnsi="Consolas"/>
          <w:sz w:val="18"/>
        </w:rPr>
        <w:t>&lt;Worksheet "Admissions"&gt;</w:t>
      </w:r>
    </w:p>
    <w:p>
      <w:pPr>
        <w:spacing w:after="0"/>
        <w:ind w:left="360"/>
        <w:shd w:val="clear" w:color="auto" w:fill="F2F2F2"/>
      </w:pPr>
      <w:r>
        <w:rPr>
          <w:rFonts w:ascii="Consolas" w:hAnsi="Consolas"/>
          <w:sz w:val="18"/>
        </w:rPr>
        <w:t>&gt;&gt;&gt; xlsfile.active = 1</w:t>
      </w:r>
    </w:p>
    <w:p>
      <w:pPr>
        <w:spacing w:after="0"/>
        <w:ind w:left="360"/>
        <w:shd w:val="clear" w:color="auto" w:fill="F2F2F2"/>
      </w:pPr>
      <w:r>
        <w:rPr>
          <w:rFonts w:ascii="Consolas" w:hAnsi="Consolas"/>
          <w:sz w:val="18"/>
        </w:rPr>
        <w:t>&gt;&gt;&gt; xlsfile.active</w:t>
      </w:r>
    </w:p>
    <w:p>
      <w:pPr>
        <w:spacing w:after="0"/>
        <w:ind w:left="360"/>
        <w:shd w:val="clear" w:color="auto" w:fill="F2F2F2"/>
      </w:pPr>
      <w:r>
        <w:rPr>
          <w:rFonts w:ascii="Consolas" w:hAnsi="Consolas"/>
          <w:sz w:val="18"/>
        </w:rPr>
        <w:t>&lt;Worksheet "Directors"&gt;</w:t>
      </w:r>
    </w:p>
    <w:p>
      <w:pPr>
        <w:spacing w:after="0"/>
        <w:ind w:left="360"/>
        <w:shd w:val="clear" w:color="auto" w:fill="F2F2F2"/>
      </w:pPr>
      <w:r>
        <w:rPr>
          <w:rFonts w:ascii="Consolas" w:hAnsi="Consolas"/>
          <w:sz w:val="18"/>
        </w:rPr>
        <w:t>&gt;&gt;&gt; xlsfile.active = 0</w:t>
      </w:r>
    </w:p>
    <w:p>
      <w:pPr>
        <w:spacing w:after="0"/>
        <w:ind w:left="360"/>
        <w:shd w:val="clear" w:color="auto" w:fill="F2F2F2"/>
      </w:pPr>
      <w:r>
        <w:rPr>
          <w:rFonts w:ascii="Consolas" w:hAnsi="Consolas"/>
          <w:sz w:val="18"/>
        </w:rPr>
        <w:t>&gt;&gt;&gt; xlsfile.active</w:t>
      </w:r>
    </w:p>
    <w:p>
      <w:pPr>
        <w:spacing w:after="0"/>
        <w:ind w:left="360"/>
        <w:shd w:val="clear" w:color="auto" w:fill="F2F2F2"/>
      </w:pPr>
      <w:r>
        <w:rPr>
          <w:rFonts w:ascii="Consolas" w:hAnsi="Consolas"/>
          <w:sz w:val="18"/>
        </w:rPr>
        <w:t>&lt;Worksheet "Admissions"&gt;</w:t>
      </w:r>
    </w:p>
    <w:p>
      <w:pPr>
        <w:spacing w:after="40"/>
      </w:pPr>
    </w:p>
    <w:p>
      <w:pPr>
        <w:spacing w:after="80"/>
      </w:pPr>
      <w:r>
        <w:rPr>
          <w:b w:val="0"/>
          <w:i w:val="0"/>
        </w:rPr>
        <w:t xml:space="preserve">Trang tính cũng có thể được sao chép bằng </w:t>
      </w:r>
      <w:r>
        <w:rPr>
          <w:rFonts w:ascii="Consolas" w:hAnsi="Consolas"/>
          <w:b w:val="0"/>
          <w:i w:val="0"/>
          <w:sz w:val="20"/>
        </w:rPr>
        <w:br/>
        <w:br/>
        <w:t xml:space="preserve">      .copy_worksheet</w:t>
        <w:br/>
        <w:t xml:space="preserve">     </w:t>
        <w:br/>
      </w:r>
      <w:r>
        <w:rPr>
          <w:b w:val="0"/>
          <w:i w:val="0"/>
        </w:rPr>
        <w:t xml:space="preserve"> . Hãy lưu ý rằng một số dữ liệu, ví dụ như biểu đồ, sẽ không được mang theo. Tất cả dữ liệu ô sẽ được nhân bản:</w:t>
      </w:r>
    </w:p>
    <w:p>
      <w:pPr>
        <w:spacing w:after="0"/>
        <w:ind w:left="360"/>
        <w:shd w:val="clear" w:color="auto" w:fill="F2F2F2"/>
      </w:pPr>
      <w:r>
        <w:rPr>
          <w:rFonts w:ascii="Consolas" w:hAnsi="Consolas"/>
          <w:sz w:val="18"/>
        </w:rPr>
        <w:t>&gt;&gt;&gt; new_copied_sheet = xlsfile.copy_worksheet(source_sheet)</w:t>
      </w:r>
    </w:p>
    <w:p>
      <w:pPr>
        <w:spacing w:after="40"/>
      </w:pPr>
    </w:p>
    <w:p>
      <w:pPr>
        <w:spacing w:after="80"/>
      </w:pPr>
      <w:r>
        <w:rPr>
          <w:b w:val="0"/>
          <w:i w:val="0"/>
        </w:rPr>
        <w:t>Việc sao chép trang tính thường được thực hiện khi muốn xử lý cùng một nguồn dữ liệu theo nhiều cách khác nhau, nên hạn chế này là hợp lý. Nhưng nếu bạn cần sao chép trực tiếp một biểu đồ, hãy nhớ rằng bạn có thể tái tạo nó bằng mã, nhiều lần nếu cần.</w:t>
      </w:r>
    </w:p>
    <w:p>
      <w:pPr>
        <w:spacing w:after="80"/>
      </w:pPr>
      <w:r>
        <w:rPr>
          <w:b w:val="0"/>
          <w:i w:val="0"/>
        </w:rPr>
        <w:t xml:space="preserve">Tài liệu đầy đủ về </w:t>
      </w:r>
      <w:r>
        <w:rPr>
          <w:rFonts w:ascii="Consolas" w:hAnsi="Consolas"/>
          <w:b w:val="0"/>
          <w:i w:val="0"/>
          <w:sz w:val="20"/>
        </w:rPr>
        <w:br/>
        <w:br/>
        <w:t xml:space="preserve">      openpyxl</w:t>
        <w:br/>
        <w:t xml:space="preserve">     </w:t>
        <w:br/>
      </w:r>
      <w:r>
        <w:rPr>
          <w:b w:val="0"/>
          <w:i w:val="0"/>
        </w:rPr>
        <w:t xml:space="preserve"> có thể được tìm thấy ở đây: </w:t>
      </w:r>
      <w:r>
        <w:rPr>
          <w:rFonts w:ascii="Consolas" w:hAnsi="Consolas"/>
          <w:b w:val="0"/>
          <w:i w:val="0"/>
          <w:sz w:val="20"/>
        </w:rPr>
        <w:br/>
        <w:br/>
        <w:t xml:space="preserve">       https://openpyxl.readthedocs.io/en/stable/index.html</w:t>
        <w:br/>
        <w:t xml:space="preserve">      </w:t>
        <w:br/>
      </w:r>
      <w:r>
        <w:rPr>
          <w:b w:val="0"/>
          <w:i w:val="0"/>
        </w:rPr>
        <w:t xml:space="preserve"> .</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Đọc một bảng tính Excel </w:t>
      </w:r>
      <w:r>
        <w:rPr>
          <w:b w:val="0"/>
          <w:i w:val="0"/>
        </w:rPr>
        <w:t xml:space="preserve"> ở phần trước trong chương này.</w:t>
      </w:r>
    </w:p>
    <w:p>
      <w:pPr>
        <w:spacing w:after="80"/>
        <w:ind w:left="360"/>
      </w:pPr>
      <w:r>
        <w:t xml:space="preserve">• </w:t>
      </w:r>
      <w:r>
        <w:rPr>
          <w:b w:val="0"/>
          <w:i w:val="0"/>
        </w:rPr>
        <w:t xml:space="preserve">Công thức </w:t>
      </w:r>
      <w:r>
        <w:rPr>
          <w:b w:val="0"/>
          <w:i/>
        </w:rPr>
        <w:t xml:space="preserve"> Cập nhật một bảng tính Excel </w:t>
      </w:r>
      <w:r>
        <w:rPr>
          <w:b w:val="0"/>
          <w:i w:val="0"/>
        </w:rPr>
        <w:t xml:space="preserve"> ở phần trước trong chương này.</w:t>
      </w:r>
    </w:p>
    <w:p>
      <w:pPr>
        <w:spacing w:after="80"/>
        <w:ind w:left="360"/>
      </w:pPr>
      <w:r>
        <w:t xml:space="preserve">• </w:t>
      </w:r>
      <w:r>
        <w:rPr>
          <w:b w:val="0"/>
          <w:i w:val="0"/>
        </w:rPr>
        <w:t xml:space="preserve">Công thức </w:t>
      </w:r>
      <w:r>
        <w:rPr>
          <w:b w:val="0"/>
          <w:i/>
        </w:rPr>
        <w:t xml:space="preserve"> Tạo biểu đồ trong Excel </w:t>
      </w:r>
      <w:r>
        <w:rPr>
          <w:b w:val="0"/>
          <w:i w:val="0"/>
        </w:rPr>
        <w:t xml:space="preserve"> ở mục tiếp theo.</w:t>
      </w:r>
    </w:p>
    <w:p>
      <w:pPr>
        <w:spacing w:after="80"/>
        <w:ind w:left="360"/>
      </w:pPr>
      <w:r>
        <w:t xml:space="preserve">• </w:t>
      </w:r>
      <w:r>
        <w:rPr>
          <w:b w:val="0"/>
          <w:i w:val="0"/>
        </w:rPr>
        <w:t xml:space="preserve">Công thức </w:t>
      </w:r>
      <w:r>
        <w:rPr>
          <w:b w:val="0"/>
          <w:i/>
        </w:rPr>
        <w:t xml:space="preserve"> Làm việc </w:t>
      </w:r>
      <w:r>
        <w:rPr>
          <w:b w:val="0"/>
          <w:i w:val="0"/>
        </w:rPr>
        <w:t xml:space="preserve"> </w:t>
      </w:r>
      <w:r>
        <w:rPr>
          <w:b w:val="0"/>
          <w:i/>
        </w:rPr>
        <w:t xml:space="preserve"> với định dạng ô trong Excel </w:t>
      </w:r>
      <w:r>
        <w:rPr>
          <w:b w:val="0"/>
          <w:i w:val="0"/>
        </w:rPr>
        <w:t xml:space="preserve"> ở phần sau trong chương này.</w:t>
      </w:r>
    </w:p>
    <w:p>
      <w:pPr>
        <w:pStyle w:val="Heading2"/>
      </w:pPr>
      <w:r>
        <w:rPr>
          <w:rFonts w:ascii="Calibri" w:hAnsi="Calibri"/>
          <w:b/>
          <w:i w:val="0"/>
          <w:sz w:val="32"/>
        </w:rPr>
        <w:t>Tạo biểu đồ trong Excel</w:t>
      </w:r>
    </w:p>
    <w:p>
      <w:pPr>
        <w:spacing w:after="80"/>
      </w:pPr>
      <w:r>
        <w:rPr>
          <w:b w:val="0"/>
          <w:i w:val="0"/>
        </w:rPr>
        <w:t>Bảng tính bao gồm nhiều công cụ để xử lý dữ liệu, bao gồm cả việc trình bày dữ liệu dưới dạng biểu đồ đầy màu sắc. Hãy cùng xem cách thêm một biểu đồ vào bảng tính Excel bằng lập trình.</w:t>
      </w:r>
    </w:p>
    <w:p>
      <w:pPr>
        <w:pStyle w:val="Heading3"/>
      </w:pPr>
      <w:r>
        <w:rPr>
          <w:rFonts w:ascii="Calibri" w:hAnsi="Calibri"/>
          <w:b/>
          <w:i w:val="0"/>
          <w:sz w:val="26"/>
        </w:rPr>
        <w:t>Chuẩn bị</w:t>
      </w:r>
    </w:p>
    <w:p>
      <w:pPr>
        <w:spacing w:after="80"/>
      </w:pPr>
      <w:r>
        <w:rPr>
          <w:b w:val="0"/>
          <w:i w:val="0"/>
        </w:rPr>
        <w:t xml:space="preserve">Chúng ta sẽ sử dụng mô-đun </w:t>
      </w:r>
      <w:r>
        <w:rPr>
          <w:rFonts w:ascii="Consolas" w:hAnsi="Consolas"/>
          <w:b w:val="0"/>
          <w:i w:val="0"/>
          <w:sz w:val="20"/>
        </w:rPr>
        <w:br/>
        <w:br/>
        <w:t xml:space="preserve">      openpyxl</w:t>
        <w:br/>
        <w:t xml:space="preserve">     </w:t>
        <w:br/>
      </w:r>
      <w:r>
        <w:rPr>
          <w:b w:val="0"/>
          <w:i w:val="0"/>
        </w:rPr>
        <w:t xml:space="preserve"> . Chúng ta cũng nên cài đặt mô-đun này, thêm nó vào tệp </w:t>
      </w:r>
      <w:r>
        <w:rPr>
          <w:rFonts w:ascii="Consolas" w:hAnsi="Consolas"/>
          <w:b w:val="0"/>
          <w:i w:val="0"/>
          <w:sz w:val="20"/>
        </w:rPr>
        <w:br/>
        <w:br/>
        <w:t xml:space="preserve">      requirements.txt</w:t>
        <w:br/>
        <w:t xml:space="preserve">     </w:t>
        <w:br/>
      </w:r>
      <w:r>
        <w:rPr>
          <w:b w:val="0"/>
          <w:i w:val="0"/>
        </w:rPr>
        <w:t xml:space="preserve"> như sau:</w:t>
      </w:r>
    </w:p>
    <w:p>
      <w:pPr>
        <w:spacing w:after="0"/>
        <w:ind w:left="360"/>
        <w:shd w:val="clear" w:color="auto" w:fill="F2F2F2"/>
      </w:pPr>
      <w:r>
        <w:rPr>
          <w:rFonts w:ascii="Consolas" w:hAnsi="Consolas"/>
          <w:sz w:val="18"/>
        </w:rPr>
        <w:t>$ echo "openpyxl==3.1.5" &gt;&gt; requirements.txt</w:t>
      </w:r>
    </w:p>
    <w:p>
      <w:pPr>
        <w:spacing w:after="0"/>
        <w:ind w:left="360"/>
        <w:shd w:val="clear" w:color="auto" w:fill="F2F2F2"/>
      </w:pPr>
      <w:r>
        <w:rPr>
          <w:rFonts w:ascii="Consolas" w:hAnsi="Consolas"/>
          <w:sz w:val="18"/>
        </w:rPr>
        <w:t>$ uv pip install -r requirements.txt</w:t>
      </w:r>
    </w:p>
    <w:p>
      <w:pPr>
        <w:spacing w:after="40"/>
      </w:pPr>
    </w:p>
    <w:p>
      <w:pPr>
        <w:spacing w:after="80"/>
      </w:pPr>
      <w:r>
        <w:rPr>
          <w:b w:val="0"/>
          <w:i w:val="0"/>
        </w:rPr>
        <w:t xml:space="preserve">Trong phần công thức này, chúng ta sẽ tạo một tệp mới chứa thông tin lịch sử về những bộ phim có lượng khán giả đông nhất. Dữ liệu được trích xuất từ đây: </w:t>
      </w:r>
      <w:r>
        <w:rPr>
          <w:rFonts w:ascii="Consolas" w:hAnsi="Consolas"/>
          <w:b w:val="0"/>
          <w:i w:val="0"/>
          <w:sz w:val="20"/>
        </w:rPr>
        <w:br/>
        <w:br/>
        <w:t xml:space="preserve">       http://www.mrob.com/pub/film-video/topadj.html</w:t>
        <w:br/>
        <w:t xml:space="preserve">      </w:t>
        <w:br/>
      </w:r>
      <w:r>
        <w:rPr>
          <w:b w:val="0"/>
          <w:i w:val="0"/>
        </w:rPr>
        <w:t xml:space="preserve"> .</w:t>
      </w:r>
    </w:p>
    <w:p>
      <w:pPr>
        <w:pStyle w:val="Heading3"/>
      </w:pPr>
      <w:r>
        <w:rPr>
          <w:rFonts w:ascii="Calibri" w:hAnsi="Calibri"/>
          <w:b/>
          <w:i w:val="0"/>
          <w:sz w:val="26"/>
        </w:rPr>
        <w:t>Cách thực hiện...</w:t>
      </w:r>
    </w:p>
    <w:p>
      <w:pPr>
        <w:spacing w:after="80"/>
        <w:ind w:left="360"/>
      </w:pPr>
      <w:r>
        <w:t xml:space="preserve">1. </w:t>
      </w:r>
      <w:r>
        <w:rPr>
          <w:b w:val="0"/>
          <w:i w:val="0"/>
        </w:rPr>
        <w:t xml:space="preserve">Import mô-đun </w:t>
      </w:r>
      <w:r>
        <w:rPr>
          <w:rFonts w:ascii="Consolas" w:hAnsi="Consolas"/>
          <w:b w:val="0"/>
          <w:i w:val="0"/>
          <w:sz w:val="20"/>
        </w:rPr>
        <w:br/>
        <w:br/>
        <w:t xml:space="preserve">       openpyxl</w:t>
        <w:br/>
        <w:t xml:space="preserve">      </w:t>
        <w:br/>
      </w:r>
      <w:r>
        <w:rPr>
          <w:b w:val="0"/>
          <w:i w:val="0"/>
        </w:rPr>
        <w:t xml:space="preserve"> và tạo một tệp Excel mới:</w:t>
      </w:r>
    </w:p>
    <w:p>
      <w:pPr>
        <w:spacing w:after="0"/>
        <w:ind w:left="360"/>
        <w:shd w:val="clear" w:color="auto" w:fill="F2F2F2"/>
      </w:pPr>
      <w:r>
        <w:rPr>
          <w:rFonts w:ascii="Consolas" w:hAnsi="Consolas"/>
          <w:sz w:val="18"/>
        </w:rPr>
        <w:t>&gt;&gt;&gt; import openpyxl</w:t>
      </w:r>
    </w:p>
    <w:p>
      <w:pPr>
        <w:spacing w:after="0"/>
        <w:ind w:left="360"/>
        <w:shd w:val="clear" w:color="auto" w:fill="F2F2F2"/>
      </w:pPr>
      <w:r>
        <w:rPr>
          <w:rFonts w:ascii="Consolas" w:hAnsi="Consolas"/>
          <w:sz w:val="18"/>
        </w:rPr>
        <w:t>&gt;&gt;&gt; from openpyxl.chart import BarChart, Reference</w:t>
      </w:r>
    </w:p>
    <w:p>
      <w:pPr>
        <w:spacing w:after="0"/>
        <w:ind w:left="360"/>
        <w:shd w:val="clear" w:color="auto" w:fill="F2F2F2"/>
      </w:pPr>
      <w:r>
        <w:rPr>
          <w:rFonts w:ascii="Consolas" w:hAnsi="Consolas"/>
          <w:sz w:val="18"/>
        </w:rPr>
        <w:t>&gt;&gt;&gt; xlsfile = openpyxl.Workbook()</w:t>
      </w:r>
    </w:p>
    <w:p>
      <w:pPr>
        <w:spacing w:after="40"/>
      </w:pPr>
    </w:p>
    <w:p>
      <w:pPr>
        <w:spacing w:after="80"/>
        <w:ind w:left="360"/>
      </w:pPr>
      <w:r>
        <w:t xml:space="preserve">2. </w:t>
      </w:r>
      <w:r>
        <w:rPr>
          <w:b w:val="0"/>
          <w:i w:val="0"/>
        </w:rPr>
        <w:t>Thêm dữ liệu về số lượng khán giả vào trang tính này từ nguồn. Chỉ ba mục đầu tiên được thêm vào để đơn giản hóa:</w:t>
      </w:r>
    </w:p>
    <w:p>
      <w:pPr>
        <w:spacing w:after="0"/>
        <w:ind w:left="360"/>
        <w:shd w:val="clear" w:color="auto" w:fill="F2F2F2"/>
      </w:pPr>
      <w:r>
        <w:rPr>
          <w:rFonts w:ascii="Consolas" w:hAnsi="Consolas"/>
          <w:sz w:val="18"/>
        </w:rPr>
        <w:t>&gt;&gt;&gt; data = [</w:t>
      </w:r>
    </w:p>
    <w:p>
      <w:pPr>
        <w:spacing w:after="0"/>
        <w:ind w:left="360"/>
        <w:shd w:val="clear" w:color="auto" w:fill="F2F2F2"/>
      </w:pPr>
      <w:r>
        <w:rPr>
          <w:rFonts w:ascii="Consolas" w:hAnsi="Consolas"/>
          <w:sz w:val="18"/>
        </w:rPr>
        <w:t>... ('Name', 'Admissions'),</w:t>
      </w:r>
    </w:p>
    <w:p>
      <w:pPr>
        <w:spacing w:after="0"/>
        <w:ind w:left="360"/>
        <w:shd w:val="clear" w:color="auto" w:fill="F2F2F2"/>
      </w:pPr>
      <w:r>
        <w:rPr>
          <w:rFonts w:ascii="Consolas" w:hAnsi="Consolas"/>
          <w:sz w:val="18"/>
        </w:rPr>
        <w:t>... ('Gone With the Wind', 225.7),</w:t>
      </w:r>
    </w:p>
    <w:p>
      <w:pPr>
        <w:spacing w:after="0"/>
        <w:ind w:left="360"/>
        <w:shd w:val="clear" w:color="auto" w:fill="F2F2F2"/>
      </w:pPr>
      <w:r>
        <w:rPr>
          <w:rFonts w:ascii="Consolas" w:hAnsi="Consolas"/>
          <w:sz w:val="18"/>
        </w:rPr>
        <w:t>... ('Star Wars', 194.4),</w:t>
      </w:r>
    </w:p>
    <w:p>
      <w:pPr>
        <w:spacing w:after="0"/>
        <w:ind w:left="360"/>
        <w:shd w:val="clear" w:color="auto" w:fill="F2F2F2"/>
      </w:pPr>
      <w:r>
        <w:rPr>
          <w:rFonts w:ascii="Consolas" w:hAnsi="Consolas"/>
          <w:sz w:val="18"/>
        </w:rPr>
        <w:t>... ('The Sound of Music', 156.4)</w:t>
      </w:r>
    </w:p>
    <w:p>
      <w:pPr>
        <w:spacing w:after="0"/>
        <w:ind w:left="360"/>
        <w:shd w:val="clear" w:color="auto" w:fill="F2F2F2"/>
      </w:pPr>
      <w:r>
        <w:rPr>
          <w:rFonts w:ascii="Consolas" w:hAnsi="Consolas"/>
          <w:sz w:val="18"/>
        </w:rPr>
        <w:t>... ]</w:t>
      </w:r>
    </w:p>
    <w:p>
      <w:pPr>
        <w:spacing w:after="0"/>
        <w:ind w:left="360"/>
        <w:shd w:val="clear" w:color="auto" w:fill="F2F2F2"/>
      </w:pPr>
      <w:r>
        <w:rPr>
          <w:rFonts w:ascii="Consolas" w:hAnsi="Consolas"/>
          <w:sz w:val="18"/>
        </w:rPr>
        <w:t>&gt;&gt;&gt; sheet = xlsfile['Sheet']</w:t>
      </w:r>
    </w:p>
    <w:p>
      <w:pPr>
        <w:spacing w:after="0"/>
        <w:ind w:left="360"/>
        <w:shd w:val="clear" w:color="auto" w:fill="F2F2F2"/>
      </w:pPr>
      <w:r>
        <w:rPr>
          <w:rFonts w:ascii="Consolas" w:hAnsi="Consolas"/>
          <w:sz w:val="18"/>
        </w:rPr>
        <w:t>&gt;&gt;&gt; for row in data:</w:t>
      </w:r>
    </w:p>
    <w:p>
      <w:pPr>
        <w:spacing w:after="0"/>
        <w:ind w:left="360"/>
        <w:shd w:val="clear" w:color="auto" w:fill="F2F2F2"/>
      </w:pPr>
      <w:r>
        <w:rPr>
          <w:rFonts w:ascii="Consolas" w:hAnsi="Consolas"/>
          <w:sz w:val="18"/>
        </w:rPr>
        <w:t>...   sheet.append(row)</w:t>
      </w:r>
    </w:p>
    <w:p>
      <w:pPr>
        <w:spacing w:after="40"/>
      </w:pPr>
    </w:p>
    <w:p>
      <w:pPr>
        <w:spacing w:after="80"/>
        <w:ind w:left="360"/>
      </w:pPr>
      <w:r>
        <w:t xml:space="preserve">3. </w:t>
      </w:r>
      <w:r>
        <w:rPr>
          <w:b w:val="0"/>
          <w:i w:val="0"/>
        </w:rPr>
        <w:t xml:space="preserve">Tạo một đối tượng </w:t>
      </w:r>
      <w:r>
        <w:rPr>
          <w:rFonts w:ascii="Consolas" w:hAnsi="Consolas"/>
          <w:b w:val="0"/>
          <w:i w:val="0"/>
          <w:sz w:val="20"/>
        </w:rPr>
        <w:br/>
        <w:br/>
        <w:t xml:space="preserve">       BarChart</w:t>
        <w:br/>
        <w:t xml:space="preserve">      </w:t>
        <w:br/>
      </w:r>
      <w:r>
        <w:rPr>
          <w:b w:val="0"/>
          <w:i w:val="0"/>
        </w:rPr>
        <w:t xml:space="preserve"> và điền thông tin cơ bản vào đó:</w:t>
      </w:r>
    </w:p>
    <w:p>
      <w:pPr>
        <w:spacing w:after="0"/>
        <w:ind w:left="360"/>
        <w:shd w:val="clear" w:color="auto" w:fill="F2F2F2"/>
      </w:pPr>
      <w:r>
        <w:rPr>
          <w:rFonts w:ascii="Consolas" w:hAnsi="Consolas"/>
          <w:sz w:val="18"/>
        </w:rPr>
        <w:t>&gt;&gt;&gt; chart = BarChart()</w:t>
      </w:r>
    </w:p>
    <w:p>
      <w:pPr>
        <w:spacing w:after="0"/>
        <w:ind w:left="360"/>
        <w:shd w:val="clear" w:color="auto" w:fill="F2F2F2"/>
      </w:pPr>
      <w:r>
        <w:rPr>
          <w:rFonts w:ascii="Consolas" w:hAnsi="Consolas"/>
          <w:sz w:val="18"/>
        </w:rPr>
        <w:t>&gt;&gt;&gt; chart.title = "Admissions per movie"</w:t>
      </w:r>
    </w:p>
    <w:p>
      <w:pPr>
        <w:spacing w:after="0"/>
        <w:ind w:left="360"/>
        <w:shd w:val="clear" w:color="auto" w:fill="F2F2F2"/>
      </w:pPr>
      <w:r>
        <w:rPr>
          <w:rFonts w:ascii="Consolas" w:hAnsi="Consolas"/>
          <w:sz w:val="18"/>
        </w:rPr>
        <w:t>&gt;&gt;&gt; chart.y_axis.title = 'Millions'</w:t>
      </w:r>
    </w:p>
    <w:p>
      <w:pPr>
        <w:spacing w:after="40"/>
      </w:pPr>
    </w:p>
    <w:p>
      <w:pPr>
        <w:spacing w:after="80"/>
        <w:ind w:left="360"/>
      </w:pPr>
      <w:r>
        <w:t xml:space="preserve">4. </w:t>
      </w:r>
      <w:r>
        <w:rPr>
          <w:b w:val="0"/>
          <w:i w:val="0"/>
        </w:rPr>
        <w:t>Tạo một tham chiếu đến dữ liệu và thêm dữ liệu vào biểu đồ:</w:t>
      </w:r>
    </w:p>
    <w:p>
      <w:pPr>
        <w:spacing w:after="0"/>
        <w:ind w:left="360"/>
        <w:shd w:val="clear" w:color="auto" w:fill="F2F2F2"/>
      </w:pPr>
      <w:r>
        <w:rPr>
          <w:rFonts w:ascii="Consolas" w:hAnsi="Consolas"/>
          <w:sz w:val="18"/>
        </w:rPr>
        <w:t>&gt;&gt;&gt; data = Reference(sheet, min_row=2, max_row=4, min_col=1, max_col=2)</w:t>
      </w:r>
    </w:p>
    <w:p>
      <w:pPr>
        <w:spacing w:after="0"/>
        <w:ind w:left="360"/>
        <w:shd w:val="clear" w:color="auto" w:fill="F2F2F2"/>
      </w:pPr>
      <w:r>
        <w:rPr>
          <w:rFonts w:ascii="Consolas" w:hAnsi="Consolas"/>
          <w:sz w:val="18"/>
        </w:rPr>
        <w:t>&gt;&gt;&gt; chart.add_data(data, from_rows=True, titles_from_data=True)</w:t>
      </w:r>
    </w:p>
    <w:p>
      <w:pPr>
        <w:spacing w:after="40"/>
      </w:pPr>
    </w:p>
    <w:p>
      <w:pPr>
        <w:spacing w:after="80"/>
        <w:ind w:left="360"/>
      </w:pPr>
      <w:r>
        <w:t xml:space="preserve">5. </w:t>
      </w:r>
      <w:r>
        <w:rPr>
          <w:b w:val="0"/>
          <w:i w:val="0"/>
        </w:rPr>
        <w:t>Đặt chú thích để không đè lên. Điều đó có nghĩa là chú thích sẽ xuất hiện bên ngoài biểu đồ.</w:t>
      </w:r>
    </w:p>
    <w:p>
      <w:pPr>
        <w:spacing w:after="0"/>
        <w:ind w:left="360"/>
        <w:shd w:val="clear" w:color="auto" w:fill="F2F2F2"/>
      </w:pPr>
      <w:r>
        <w:rPr>
          <w:rFonts w:ascii="Consolas" w:hAnsi="Consolas"/>
          <w:sz w:val="18"/>
        </w:rPr>
        <w:t>&gt;&gt;&gt; chart.legend.overlay = False</w:t>
      </w:r>
    </w:p>
    <w:p>
      <w:pPr>
        <w:spacing w:after="40"/>
      </w:pPr>
    </w:p>
    <w:p>
      <w:pPr>
        <w:spacing w:after="80"/>
        <w:ind w:left="360"/>
      </w:pPr>
      <w:r>
        <w:t xml:space="preserve">6. </w:t>
      </w:r>
      <w:r>
        <w:rPr>
          <w:b w:val="0"/>
          <w:i w:val="0"/>
        </w:rPr>
        <w:t>Thêm biểu đồ vào trang tính và lưu tệp:</w:t>
      </w:r>
    </w:p>
    <w:p>
      <w:pPr>
        <w:spacing w:after="0"/>
        <w:ind w:left="360"/>
        <w:shd w:val="clear" w:color="auto" w:fill="F2F2F2"/>
      </w:pPr>
      <w:r>
        <w:rPr>
          <w:rFonts w:ascii="Consolas" w:hAnsi="Consolas"/>
          <w:sz w:val="18"/>
        </w:rPr>
        <w:t>&gt;&gt;&gt; sheet.add_chart(chart, "A6")</w:t>
      </w:r>
    </w:p>
    <w:p>
      <w:pPr>
        <w:spacing w:after="0"/>
        <w:ind w:left="360"/>
        <w:shd w:val="clear" w:color="auto" w:fill="F2F2F2"/>
      </w:pPr>
      <w:r>
        <w:rPr>
          <w:rFonts w:ascii="Consolas" w:hAnsi="Consolas"/>
          <w:sz w:val="18"/>
        </w:rPr>
        <w:t>&gt;&gt;&gt; xlsfile.save('movie_chart.xlsx')</w:t>
      </w:r>
    </w:p>
    <w:p>
      <w:pPr>
        <w:spacing w:after="40"/>
      </w:pPr>
    </w:p>
    <w:p>
      <w:pPr>
        <w:spacing w:after="80"/>
        <w:ind w:left="360"/>
      </w:pPr>
      <w:r>
        <w:t xml:space="preserve">7. </w:t>
      </w:r>
      <w:r>
        <w:rPr>
          <w:b w:val="0"/>
          <w:i w:val="0"/>
        </w:rPr>
        <w:t>Kiểm tra biểu đồ kết quả trong bảng tính, như trong ảnh chụp màn hình sau:</w:t>
      </w:r>
    </w:p>
    <w:p>
      <w:pPr>
        <w:jc w:val="center"/>
      </w:pPr>
      <w:r>
        <w:drawing>
          <wp:inline xmlns:a="http://schemas.openxmlformats.org/drawingml/2006/main" xmlns:pic="http://schemas.openxmlformats.org/drawingml/2006/picture">
            <wp:extent cx="5486400" cy="5716561"/>
            <wp:docPr id="45" name="Picture 45"/>
            <wp:cNvGraphicFramePr>
              <a:graphicFrameLocks noChangeAspect="1"/>
            </wp:cNvGraphicFramePr>
            <a:graphic>
              <a:graphicData uri="http://schemas.openxmlformats.org/drawingml/2006/picture">
                <pic:pic>
                  <pic:nvPicPr>
                    <pic:cNvPr id="0" name="B36973_6_4.png"/>
                    <pic:cNvPicPr/>
                  </pic:nvPicPr>
                  <pic:blipFill>
                    <a:blip r:embed="rId49"/>
                    <a:stretch>
                      <a:fillRect/>
                    </a:stretch>
                  </pic:blipFill>
                  <pic:spPr>
                    <a:xfrm>
                      <a:off x="0" y="0"/>
                      <a:ext cx="5486400" cy="5716561"/>
                    </a:xfrm>
                    <a:prstGeom prst="rect"/>
                  </pic:spPr>
                </pic:pic>
              </a:graphicData>
            </a:graphic>
          </wp:inline>
        </w:drawing>
      </w:r>
    </w:p>
    <w:p>
      <w:pPr>
        <w:spacing w:after="160"/>
        <w:jc w:val="center"/>
      </w:pPr>
      <w:r>
        <w:rPr>
          <w:rFonts w:ascii="Calibri" w:hAnsi="Calibri"/>
          <w:b w:val="0"/>
          <w:i/>
          <w:sz w:val="19"/>
        </w:rPr>
        <w:t>Hình 6.4: Biểu đồ được hiển thị</w:t>
      </w:r>
    </w:p>
    <w:p>
      <w:pPr>
        <w:pStyle w:val="Heading3"/>
      </w:pPr>
      <w:r>
        <w:rPr>
          <w:rFonts w:ascii="Calibri" w:hAnsi="Calibri"/>
          <w:b/>
          <w:i w:val="0"/>
          <w:sz w:val="26"/>
        </w:rPr>
        <w:t>Cách hoạt động...</w:t>
      </w:r>
    </w:p>
    <w:p>
      <w:pPr>
        <w:spacing w:after="80"/>
      </w:pPr>
      <w:r>
        <w:rPr>
          <w:b w:val="0"/>
          <w:i w:val="0"/>
        </w:rPr>
        <w:t xml:space="preserve">Trong phần </w:t>
      </w:r>
      <w:r>
        <w:rPr>
          <w:b w:val="0"/>
          <w:i/>
        </w:rPr>
        <w:t xml:space="preserve"> Cách thực hiện… </w:t>
      </w:r>
      <w:r>
        <w:rPr>
          <w:b w:val="0"/>
          <w:i w:val="0"/>
        </w:rPr>
        <w:t xml:space="preserve"> , sau khi chuẩn bị dữ liệu ở </w:t>
      </w:r>
      <w:r>
        <w:rPr>
          <w:b w:val="0"/>
          <w:i/>
        </w:rPr>
        <w:t xml:space="preserve"> bước 1 </w:t>
      </w:r>
      <w:r>
        <w:rPr>
          <w:b w:val="0"/>
          <w:i w:val="0"/>
        </w:rPr>
        <w:t xml:space="preserve"> và </w:t>
      </w:r>
      <w:r>
        <w:rPr>
          <w:b w:val="0"/>
          <w:i/>
        </w:rPr>
        <w:t xml:space="preserve"> 2 </w:t>
      </w:r>
      <w:r>
        <w:rPr>
          <w:b w:val="0"/>
          <w:i w:val="0"/>
        </w:rPr>
        <w:t xml:space="preserve"> , dữ liệu đã sẵn sàng trong dải </w:t>
      </w:r>
      <w:r>
        <w:rPr>
          <w:rFonts w:ascii="Consolas" w:hAnsi="Consolas"/>
          <w:b w:val="0"/>
          <w:i w:val="0"/>
          <w:sz w:val="20"/>
        </w:rPr>
        <w:br/>
        <w:br/>
        <w:t xml:space="preserve">      A1:B4</w:t>
        <w:br/>
        <w:t xml:space="preserve">     </w:t>
        <w:br/>
      </w:r>
      <w:r>
        <w:rPr>
          <w:b w:val="0"/>
          <w:i w:val="0"/>
        </w:rPr>
        <w:t xml:space="preserve"> . Lưu ý rằng </w:t>
      </w:r>
      <w:r>
        <w:rPr>
          <w:rFonts w:ascii="Consolas" w:hAnsi="Consolas"/>
          <w:b w:val="0"/>
          <w:i w:val="0"/>
          <w:sz w:val="20"/>
        </w:rPr>
        <w:br/>
        <w:br/>
        <w:t xml:space="preserve">      A1</w:t>
        <w:br/>
        <w:t xml:space="preserve">     </w:t>
        <w:br/>
      </w:r>
      <w:r>
        <w:rPr>
          <w:b w:val="0"/>
          <w:i w:val="0"/>
        </w:rPr>
        <w:t xml:space="preserve"> và </w:t>
      </w:r>
      <w:r>
        <w:rPr>
          <w:rFonts w:ascii="Consolas" w:hAnsi="Consolas"/>
          <w:b w:val="0"/>
          <w:i w:val="0"/>
          <w:sz w:val="20"/>
        </w:rPr>
        <w:br/>
        <w:br/>
        <w:t xml:space="preserve">      B1</w:t>
        <w:br/>
        <w:t xml:space="preserve">     </w:t>
        <w:br/>
      </w:r>
      <w:r>
        <w:rPr>
          <w:b w:val="0"/>
          <w:i w:val="0"/>
        </w:rPr>
        <w:t xml:space="preserve"> đều chứa tiêu đề không nên dùng trong biểu đồ.</w:t>
      </w:r>
    </w:p>
    <w:p>
      <w:pPr>
        <w:spacing w:after="80"/>
      </w:pPr>
      <w:r>
        <w:rPr>
          <w:b w:val="0"/>
          <w:i w:val="0"/>
        </w:rPr>
        <w:t xml:space="preserve">Ở </w:t>
      </w:r>
      <w:r>
        <w:rPr>
          <w:b w:val="0"/>
          <w:i/>
        </w:rPr>
        <w:t xml:space="preserve"> bước 3 </w:t>
      </w:r>
      <w:r>
        <w:rPr>
          <w:b w:val="0"/>
          <w:i w:val="0"/>
        </w:rPr>
        <w:t xml:space="preserve"> , chúng ta thiết lập biểu đồ mới và thêm dữ liệu cơ bản, như tiêu đề và đơn vị của </w:t>
      </w:r>
      <w:r>
        <w:rPr>
          <w:b w:val="0"/>
          <w:i/>
        </w:rPr>
        <w:t xml:space="preserve"> trục y </w:t>
      </w:r>
      <w:r>
        <w:rPr>
          <w:b w:val="0"/>
          <w:i w:val="0"/>
        </w:rPr>
        <w:t xml:space="preserve"> .</w:t>
      </w:r>
    </w:p>
    <w:p>
      <w:pPr>
        <w:spacing w:after="80"/>
      </w:pPr>
      <w:r>
        <w:rPr>
          <w:b w:val="0"/>
          <w:i/>
        </w:rPr>
        <w:t xml:space="preserve"> Bước 4 </w:t>
      </w:r>
      <w:r>
        <w:rPr>
          <w:b w:val="0"/>
          <w:i w:val="0"/>
        </w:rPr>
        <w:t xml:space="preserve"> tạo một hộp tham chiếu thông qua đối tượng </w:t>
      </w:r>
      <w:r>
        <w:rPr>
          <w:rFonts w:ascii="Consolas" w:hAnsi="Consolas"/>
          <w:b w:val="0"/>
          <w:i w:val="0"/>
          <w:sz w:val="20"/>
        </w:rPr>
        <w:br/>
        <w:br/>
        <w:t xml:space="preserve">      Reference</w:t>
        <w:br/>
        <w:t xml:space="preserve">     </w:t>
        <w:br/>
      </w:r>
      <w:r>
        <w:rPr>
          <w:b w:val="0"/>
          <w:i w:val="0"/>
        </w:rPr>
        <w:t xml:space="preserve"> , từ hàng 2 cột 1 đến hàng 4 cột 2, đây là vùng chứa dữ liệu của chúng ta, không bao gồm tiêu đề. Điều này tương ứng với </w:t>
      </w:r>
      <w:r>
        <w:rPr>
          <w:rFonts w:ascii="Consolas" w:hAnsi="Consolas"/>
          <w:b w:val="0"/>
          <w:i w:val="0"/>
          <w:sz w:val="20"/>
        </w:rPr>
        <w:br/>
        <w:br/>
        <w:t xml:space="preserve">      A2:B4</w:t>
        <w:br/>
        <w:t xml:space="preserve">     </w:t>
        <w:br/>
      </w:r>
      <w:r>
        <w:rPr>
          <w:b w:val="0"/>
          <w:i w:val="0"/>
        </w:rPr>
        <w:t xml:space="preserve"> Dữ liệu được thêm vào biểu đồ bằng phương thức </w:t>
      </w:r>
      <w:r>
        <w:rPr>
          <w:rFonts w:ascii="Consolas" w:hAnsi="Consolas"/>
          <w:b w:val="0"/>
          <w:i w:val="0"/>
          <w:sz w:val="20"/>
        </w:rPr>
        <w:br/>
        <w:br/>
        <w:t xml:space="preserve">      .add_data()</w:t>
        <w:br/>
        <w:t xml:space="preserve">     </w:t>
        <w:br/>
      </w:r>
      <w:r>
        <w:rPr>
          <w:b w:val="0"/>
          <w:i w:val="0"/>
        </w:rPr>
        <w:t xml:space="preserve"> . Đối số </w:t>
      </w:r>
      <w:r>
        <w:rPr>
          <w:rFonts w:ascii="Consolas" w:hAnsi="Consolas"/>
          <w:b w:val="0"/>
          <w:i w:val="0"/>
          <w:sz w:val="20"/>
        </w:rPr>
        <w:br/>
        <w:br/>
        <w:t xml:space="preserve">      from_rows</w:t>
        <w:br/>
        <w:t xml:space="preserve">     </w:t>
        <w:br/>
      </w:r>
      <w:r>
        <w:rPr>
          <w:b w:val="0"/>
          <w:i w:val="0"/>
        </w:rPr>
        <w:t xml:space="preserve"> khiến mỗi hàng trở thành một chuỗi dữ liệu khác nhau. Một đối số khác, </w:t>
      </w:r>
      <w:r>
        <w:rPr>
          <w:rFonts w:ascii="Consolas" w:hAnsi="Consolas"/>
          <w:b w:val="0"/>
          <w:i w:val="0"/>
          <w:sz w:val="20"/>
        </w:rPr>
        <w:br/>
        <w:br/>
        <w:t xml:space="preserve">      titles_from_data</w:t>
        <w:br/>
        <w:t xml:space="preserve">     </w:t>
        <w:br/>
      </w:r>
      <w:r>
        <w:rPr>
          <w:b w:val="0"/>
          <w:i w:val="0"/>
        </w:rPr>
        <w:t xml:space="preserve"> , dùng cột đầu tiên để đặt tên cho chuỗi.</w:t>
      </w:r>
    </w:p>
    <w:p>
      <w:pPr>
        <w:spacing w:after="80"/>
      </w:pPr>
      <w:r>
        <w:rPr>
          <w:b w:val="0"/>
          <w:i w:val="0"/>
        </w:rPr>
        <w:t xml:space="preserve">Chúng ta dừng việc chú thích đè lên ở </w:t>
      </w:r>
      <w:r>
        <w:rPr>
          <w:b w:val="0"/>
          <w:i/>
        </w:rPr>
        <w:t xml:space="preserve"> bước 5 </w:t>
      </w:r>
      <w:r>
        <w:rPr>
          <w:b w:val="0"/>
          <w:i w:val="0"/>
        </w:rPr>
        <w:t xml:space="preserve"> . Bạn có thể thử nghiệm với giá trị này, nhưng đặt chú thích bên ngoài vùng biểu đồ sẽ rõ ràng hơn trong trường hợp này.</w:t>
      </w:r>
    </w:p>
    <w:p>
      <w:pPr>
        <w:spacing w:after="80"/>
      </w:pPr>
      <w:r>
        <w:rPr>
          <w:b w:val="0"/>
          <w:i w:val="0"/>
        </w:rPr>
        <w:t xml:space="preserve">Biểu đồ được thêm vào ô </w:t>
      </w:r>
      <w:r>
        <w:rPr>
          <w:rFonts w:ascii="Consolas" w:hAnsi="Consolas"/>
          <w:b w:val="0"/>
          <w:i w:val="0"/>
          <w:sz w:val="20"/>
        </w:rPr>
        <w:br/>
        <w:br/>
        <w:t xml:space="preserve">      A6</w:t>
        <w:br/>
        <w:t xml:space="preserve">     </w:t>
        <w:br/>
      </w:r>
      <w:r>
        <w:rPr>
          <w:b w:val="0"/>
          <w:i w:val="0"/>
        </w:rPr>
        <w:t xml:space="preserve"> ở </w:t>
      </w:r>
      <w:r>
        <w:rPr>
          <w:b w:val="0"/>
          <w:i/>
        </w:rPr>
        <w:t xml:space="preserve"> bước </w:t>
      </w:r>
      <w:r>
        <w:rPr>
          <w:b w:val="0"/>
          <w:i w:val="0"/>
        </w:rPr>
        <w:t xml:space="preserve"> </w:t>
      </w:r>
      <w:r>
        <w:rPr>
          <w:b w:val="0"/>
          <w:i/>
        </w:rPr>
        <w:t xml:space="preserve"> 6 </w:t>
      </w:r>
      <w:r>
        <w:rPr>
          <w:b w:val="0"/>
          <w:i w:val="0"/>
        </w:rPr>
        <w:t xml:space="preserve"> và được lưu vào đĩa.</w:t>
      </w:r>
    </w:p>
    <w:p>
      <w:pPr>
        <w:pStyle w:val="Heading3"/>
      </w:pPr>
      <w:r>
        <w:rPr>
          <w:rFonts w:ascii="Calibri" w:hAnsi="Calibri"/>
          <w:b/>
          <w:i w:val="0"/>
          <w:sz w:val="26"/>
        </w:rPr>
        <w:t>Còn nhiều thứ khác...</w:t>
      </w:r>
    </w:p>
    <w:p>
      <w:pPr>
        <w:spacing w:after="80"/>
      </w:pPr>
      <w:r>
        <w:rPr>
          <w:b w:val="0"/>
          <w:i w:val="0"/>
        </w:rPr>
        <w:t xml:space="preserve">Có thể tạo vô số biểu đồ, bao gồm biểu đồ cột, biểu đồ đường, biểu đồ vùng (biểu đồ đường tô đầy vùng giữa đường và trục), biểu đồ tròn, hoặc biểu đồ phân tán (biểu đồ XY trong đó một giá trị được vẽ so với giá trị kia). Mỗi loại biểu đồ có một lớp tương ứng, ví dụ </w:t>
      </w:r>
      <w:r>
        <w:rPr>
          <w:rFonts w:ascii="Consolas" w:hAnsi="Consolas"/>
          <w:b w:val="0"/>
          <w:i w:val="0"/>
          <w:sz w:val="20"/>
        </w:rPr>
        <w:br/>
        <w:br/>
        <w:t xml:space="preserve">      PieChart</w:t>
        <w:br/>
        <w:t xml:space="preserve">     </w:t>
        <w:br/>
      </w:r>
      <w:r>
        <w:rPr>
          <w:b w:val="0"/>
          <w:i w:val="0"/>
        </w:rPr>
        <w:t xml:space="preserve"> hoặc </w:t>
      </w:r>
      <w:r>
        <w:rPr>
          <w:rFonts w:ascii="Consolas" w:hAnsi="Consolas"/>
          <w:b w:val="0"/>
          <w:i w:val="0"/>
          <w:sz w:val="20"/>
        </w:rPr>
        <w:br/>
        <w:br/>
        <w:t xml:space="preserve">      LineChart</w:t>
        <w:br/>
        <w:t xml:space="preserve">     </w:t>
        <w:br/>
      </w:r>
      <w:r>
        <w:rPr>
          <w:b w:val="0"/>
          <w:i w:val="0"/>
        </w:rPr>
        <w:t xml:space="preserve"> .</w:t>
      </w:r>
    </w:p>
    <w:p>
      <w:pPr>
        <w:spacing w:after="80"/>
      </w:pPr>
      <w:r>
        <w:rPr>
          <w:b w:val="0"/>
          <w:i w:val="0"/>
        </w:rPr>
        <w:t xml:space="preserve">Đồng thời, mỗi loại có thể có nhiều kiểu khác nhau. Ví dụ, kiểu mặc định của </w:t>
      </w:r>
      <w:r>
        <w:rPr>
          <w:rFonts w:ascii="Consolas" w:hAnsi="Consolas"/>
          <w:b w:val="0"/>
          <w:i w:val="0"/>
          <w:sz w:val="20"/>
        </w:rPr>
        <w:br/>
        <w:br/>
        <w:t xml:space="preserve">      BarChart</w:t>
        <w:br/>
        <w:t xml:space="preserve">     </w:t>
        <w:br/>
      </w:r>
      <w:r>
        <w:rPr>
          <w:b w:val="0"/>
          <w:i w:val="0"/>
        </w:rPr>
        <w:t xml:space="preserve"> là cột, in các thanh theo chiều dọc, nhưng chúng cũng có thể được in theo chiều ngang bằng cách chọn kiểu khác:</w:t>
      </w:r>
    </w:p>
    <w:p>
      <w:pPr>
        <w:spacing w:after="0"/>
        <w:ind w:left="360"/>
        <w:shd w:val="clear" w:color="auto" w:fill="F2F2F2"/>
      </w:pPr>
      <w:r>
        <w:rPr>
          <w:rFonts w:ascii="Consolas" w:hAnsi="Consolas"/>
          <w:sz w:val="18"/>
        </w:rPr>
        <w:t>&gt;&gt;&gt; chart.type = 'bar'</w:t>
      </w:r>
    </w:p>
    <w:p>
      <w:pPr>
        <w:spacing w:after="40"/>
      </w:pPr>
    </w:p>
    <w:p>
      <w:pPr>
        <w:spacing w:after="80"/>
      </w:pPr>
      <w:r>
        <w:rPr>
          <w:b/>
          <w:i w:val="0"/>
        </w:rPr>
        <w:t>Mẹo</w:t>
      </w:r>
    </w:p>
    <w:p>
      <w:pPr>
        <w:spacing w:after="80"/>
      </w:pPr>
      <w:r>
        <w:rPr>
          <w:b w:val="0"/>
          <w:i w:val="0"/>
        </w:rPr>
        <w:t xml:space="preserve">Đây là lĩnh vực mà GenAI có thể cực kỳ hữu ích. Bạn có thể hỏi công cụ GenAI về cách tốt nhất để biểu diễn một số dữ liệu và cách chuyển nó thành biểu đồ Excel, hoặc thậm chí yêu cầu nó tạo mã Python cho </w:t>
      </w:r>
      <w:r>
        <w:rPr>
          <w:rFonts w:ascii="Consolas" w:hAnsi="Consolas"/>
          <w:b w:val="0"/>
          <w:i w:val="0"/>
          <w:sz w:val="20"/>
        </w:rPr>
        <w:br/>
        <w:br/>
        <w:t xml:space="preserve">       openpyxl</w:t>
        <w:br/>
        <w:t xml:space="preserve">      </w:t>
        <w:br/>
      </w:r>
      <w:r>
        <w:rPr>
          <w:b w:val="0"/>
          <w:i w:val="0"/>
        </w:rPr>
        <w:t xml:space="preserve"> . Bạn cũng có thể xem tài liệu của </w:t>
      </w:r>
      <w:r>
        <w:rPr>
          <w:rFonts w:ascii="Consolas" w:hAnsi="Consolas"/>
          <w:b w:val="0"/>
          <w:i w:val="0"/>
          <w:sz w:val="20"/>
        </w:rPr>
        <w:br/>
        <w:br/>
        <w:t xml:space="preserve">       openpyxl</w:t>
        <w:br/>
        <w:t xml:space="preserve">      </w:t>
        <w:br/>
      </w:r>
      <w:r>
        <w:rPr>
          <w:b w:val="0"/>
          <w:i w:val="0"/>
        </w:rPr>
        <w:t xml:space="preserve"> để thấy tất cả các khả năng hiện có để định nghĩa biểu đồ.</w:t>
      </w:r>
    </w:p>
    <w:p>
      <w:pPr>
        <w:spacing w:after="80"/>
      </w:pPr>
      <w:r>
        <w:rPr>
          <w:b w:val="0"/>
          <w:i w:val="0"/>
        </w:rPr>
        <w:t xml:space="preserve">Thay vì trích xuất nhãn </w:t>
      </w:r>
      <w:r>
        <w:rPr>
          <w:b w:val="0"/>
          <w:i/>
        </w:rPr>
        <w:t xml:space="preserve"> trục x </w:t>
      </w:r>
      <w:r>
        <w:rPr>
          <w:b w:val="0"/>
          <w:i w:val="0"/>
        </w:rPr>
        <w:t xml:space="preserve"> từ dữ liệu, chúng có thể được đặt rõ ràng bằng </w:t>
      </w:r>
      <w:r>
        <w:rPr>
          <w:rFonts w:ascii="Consolas" w:hAnsi="Consolas"/>
          <w:b w:val="0"/>
          <w:i w:val="0"/>
          <w:sz w:val="20"/>
        </w:rPr>
        <w:br/>
        <w:br/>
        <w:t xml:space="preserve">      set_categories</w:t>
        <w:br/>
        <w:t xml:space="preserve">     </w:t>
        <w:br/>
      </w:r>
      <w:r>
        <w:rPr>
          <w:b w:val="0"/>
          <w:i w:val="0"/>
        </w:rPr>
        <w:t xml:space="preserve"> . Ví dụ, hãy so sánh </w:t>
      </w:r>
      <w:r>
        <w:rPr>
          <w:b w:val="0"/>
          <w:i/>
        </w:rPr>
        <w:t xml:space="preserve"> bước 4 </w:t>
      </w:r>
      <w:r>
        <w:rPr>
          <w:b w:val="0"/>
          <w:i w:val="0"/>
        </w:rPr>
        <w:t xml:space="preserve"> với đoạn mã sau:</w:t>
      </w:r>
    </w:p>
    <w:p>
      <w:pPr>
        <w:spacing w:after="0"/>
        <w:ind w:left="360"/>
        <w:shd w:val="clear" w:color="auto" w:fill="F2F2F2"/>
      </w:pPr>
      <w:r>
        <w:rPr>
          <w:rFonts w:ascii="Consolas" w:hAnsi="Consolas"/>
          <w:sz w:val="18"/>
        </w:rPr>
        <w:t>data = Reference(sheet, min_row=2, max_row=4, min_col=2, max_col=2)</w:t>
      </w:r>
    </w:p>
    <w:p>
      <w:pPr>
        <w:spacing w:after="0"/>
        <w:ind w:left="360"/>
        <w:shd w:val="clear" w:color="auto" w:fill="F2F2F2"/>
      </w:pPr>
      <w:r>
        <w:rPr>
          <w:rFonts w:ascii="Consolas" w:hAnsi="Consolas"/>
          <w:sz w:val="18"/>
        </w:rPr>
        <w:t>labels = Reference(sheet, min_row=2, max_row=4, min_col=1, max_col=1)</w:t>
      </w:r>
    </w:p>
    <w:p>
      <w:pPr>
        <w:spacing w:after="0"/>
        <w:ind w:left="360"/>
        <w:shd w:val="clear" w:color="auto" w:fill="F2F2F2"/>
      </w:pPr>
      <w:r>
        <w:rPr>
          <w:rFonts w:ascii="Consolas" w:hAnsi="Consolas"/>
          <w:sz w:val="18"/>
        </w:rPr>
        <w:t>chart.add_data(data, from_rows=False, titles_from_data=False)</w:t>
      </w:r>
    </w:p>
    <w:p>
      <w:pPr>
        <w:spacing w:after="0"/>
        <w:ind w:left="360"/>
        <w:shd w:val="clear" w:color="auto" w:fill="F2F2F2"/>
      </w:pPr>
      <w:r>
        <w:rPr>
          <w:rFonts w:ascii="Consolas" w:hAnsi="Consolas"/>
          <w:sz w:val="18"/>
        </w:rPr>
        <w:t>chart.set_categories(labels)</w:t>
      </w:r>
    </w:p>
    <w:p>
      <w:pPr>
        <w:spacing w:after="40"/>
      </w:pPr>
    </w:p>
    <w:p>
      <w:pPr>
        <w:spacing w:after="80"/>
      </w:pPr>
      <w:r>
        <w:rPr>
          <w:b w:val="0"/>
          <w:i w:val="0"/>
        </w:rPr>
        <w:t xml:space="preserve">Phạm vi, thay vì dùng đối tượng </w:t>
      </w:r>
      <w:r>
        <w:rPr>
          <w:rFonts w:ascii="Consolas" w:hAnsi="Consolas"/>
          <w:b w:val="0"/>
          <w:i w:val="0"/>
          <w:sz w:val="20"/>
        </w:rPr>
        <w:br/>
        <w:br/>
        <w:t xml:space="preserve">      Reference</w:t>
        <w:br/>
        <w:t xml:space="preserve">     </w:t>
        <w:br/>
      </w:r>
      <w:r>
        <w:rPr>
          <w:b w:val="0"/>
          <w:i w:val="0"/>
        </w:rPr>
        <w:t>, cũng có thể được nhập bằng các nhãn văn bản mô tả vùng đó:</w:t>
      </w:r>
    </w:p>
    <w:p>
      <w:pPr>
        <w:spacing w:after="0"/>
        <w:ind w:left="360"/>
        <w:shd w:val="clear" w:color="auto" w:fill="F2F2F2"/>
      </w:pPr>
      <w:r>
        <w:rPr>
          <w:rFonts w:ascii="Consolas" w:hAnsi="Consolas"/>
          <w:sz w:val="18"/>
        </w:rPr>
        <w:t>chart.add_data('Sheet!B2:B4', from_rows=False, titles_from_data=False)</w:t>
      </w:r>
    </w:p>
    <w:p>
      <w:pPr>
        <w:spacing w:after="0"/>
        <w:ind w:left="360"/>
        <w:shd w:val="clear" w:color="auto" w:fill="F2F2F2"/>
      </w:pPr>
      <w:r>
        <w:rPr>
          <w:rFonts w:ascii="Consolas" w:hAnsi="Consolas"/>
          <w:sz w:val="18"/>
        </w:rPr>
        <w:t>chart.set_categories('Sheet!A2:A4')</w:t>
      </w:r>
    </w:p>
    <w:p>
      <w:pPr>
        <w:spacing w:after="40"/>
      </w:pPr>
    </w:p>
    <w:p>
      <w:pPr>
        <w:spacing w:after="80"/>
      </w:pPr>
      <w:r>
        <w:rPr>
          <w:b w:val="0"/>
          <w:i w:val="0"/>
        </w:rPr>
        <w:t>Cách mô tả này có thể khó xử lý hơn nếu phạm vi dữ liệu cần được tạo theo cách lập trình.</w:t>
      </w:r>
    </w:p>
    <w:p>
      <w:pPr>
        <w:spacing w:after="80"/>
      </w:pPr>
      <w:r>
        <w:rPr>
          <w:b/>
          <w:i w:val="0"/>
        </w:rPr>
        <w:t>Mẹo</w:t>
      </w:r>
    </w:p>
    <w:p>
      <w:pPr>
        <w:spacing w:after="80"/>
      </w:pPr>
      <w:r>
        <w:rPr>
          <w:b w:val="0"/>
          <w:i w:val="0"/>
        </w:rPr>
        <w:t xml:space="preserve">Việc định nghĩa biểu đồ trong Excel đúng cách đôi khi có thể khó khăn. Cách Excel trích xuất dữ liệu từ một phạm vi cụ thể có thể gây bối rối. Hãy nhớ dành thời gian để thử và sửa lỗi, cũng như xử lý các cách vẽ dữ liệu khác nhau. Ví dụ, trong </w:t>
      </w:r>
      <w:r>
        <w:rPr>
          <w:b w:val="0"/>
          <w:i/>
        </w:rPr>
        <w:t xml:space="preserve"> bước 4 </w:t>
      </w:r>
      <w:r>
        <w:rPr>
          <w:b w:val="0"/>
          <w:i w:val="0"/>
        </w:rPr>
        <w:t xml:space="preserve"> , chúng ta đã định nghĩa ba chuỗi với một điểm dữ liệu, trong khi ở đoạn mã trước đó, chúng ta định nghĩa một chuỗi duy nhất với ba điểm dữ liệu. Hầu hết những khác biệt này đều khá tinh tế. Cuối cùng, điểm quan trọng nhất là biểu đồ kết quả trông như thế nào. Hãy thử các loại biểu đồ khác nhau và tìm hiểu sự khác biệt. Một lần nữa, GenAI có thể rất hữu ích trong việc cung cấp thông tin chi tiết và ý tưởng về cách hiển thị thông tin. Tuy nhiên, cuối cùng, hãy tin vào trực giác của bạn về cách biểu đồ hiển thị dữ liệu để nó có thể được hiểu một cách dễ dàng. Đó là mục tiêu của một biểu đồ tốt.</w:t>
      </w:r>
    </w:p>
    <w:p>
      <w:pPr>
        <w:spacing w:after="80"/>
      </w:pPr>
      <w:r>
        <w:rPr>
          <w:b w:val="0"/>
          <w:i w:val="0"/>
        </w:rPr>
        <w:t xml:space="preserve">Tài liệu đầy đủ về </w:t>
      </w:r>
      <w:r>
        <w:rPr>
          <w:rFonts w:ascii="Consolas" w:hAnsi="Consolas"/>
          <w:b w:val="0"/>
          <w:i w:val="0"/>
          <w:sz w:val="20"/>
        </w:rPr>
        <w:br/>
        <w:br/>
        <w:t xml:space="preserve">      openpyxl</w:t>
        <w:br/>
        <w:t xml:space="preserve">     </w:t>
        <w:br/>
      </w:r>
      <w:r>
        <w:rPr>
          <w:b w:val="0"/>
          <w:i w:val="0"/>
        </w:rPr>
        <w:t xml:space="preserve"> có thể được tìm thấy tại đây: </w:t>
      </w:r>
      <w:r>
        <w:rPr>
          <w:rFonts w:ascii="Consolas" w:hAnsi="Consolas"/>
          <w:b w:val="0"/>
          <w:i w:val="0"/>
          <w:sz w:val="20"/>
        </w:rPr>
        <w:br/>
        <w:br/>
        <w:t xml:space="preserve">       https://openpyxl.readthedocs.io/en/stable/index.html</w:t>
        <w:br/>
        <w:t xml:space="preserve">      </w:t>
        <w:br/>
      </w:r>
      <w:r>
        <w:rPr>
          <w:b w:val="0"/>
          <w:i w:val="0"/>
        </w:rPr>
        <w:t xml:space="preserve"> .</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Đọc một bảng tính Excel </w:t>
      </w:r>
      <w:r>
        <w:rPr>
          <w:b w:val="0"/>
          <w:i w:val="0"/>
        </w:rPr>
        <w:t xml:space="preserve"> ở phần trước trong chương.</w:t>
      </w:r>
    </w:p>
    <w:p>
      <w:pPr>
        <w:spacing w:after="80"/>
        <w:ind w:left="360"/>
      </w:pPr>
      <w:r>
        <w:t xml:space="preserve">• </w:t>
      </w:r>
      <w:r>
        <w:rPr>
          <w:b w:val="0"/>
          <w:i w:val="0"/>
        </w:rPr>
        <w:t xml:space="preserve">Công thức </w:t>
      </w:r>
      <w:r>
        <w:rPr>
          <w:b w:val="0"/>
          <w:i/>
        </w:rPr>
        <w:t xml:space="preserve"> Cập nhật một bảng tính Excel </w:t>
      </w:r>
      <w:r>
        <w:rPr>
          <w:b w:val="0"/>
          <w:i w:val="0"/>
        </w:rPr>
        <w:t xml:space="preserve"> ở phần trước trong chương.</w:t>
      </w:r>
    </w:p>
    <w:p>
      <w:pPr>
        <w:spacing w:after="80"/>
        <w:ind w:left="360"/>
      </w:pPr>
      <w:r>
        <w:t xml:space="preserve">• </w:t>
      </w:r>
      <w:r>
        <w:rPr>
          <w:b w:val="0"/>
          <w:i w:val="0"/>
        </w:rPr>
        <w:t xml:space="preserve">Công thức </w:t>
      </w:r>
      <w:r>
        <w:rPr>
          <w:b w:val="0"/>
          <w:i/>
        </w:rPr>
        <w:t xml:space="preserve"> Tạo </w:t>
      </w:r>
      <w:r>
        <w:rPr>
          <w:b w:val="0"/>
          <w:i w:val="0"/>
        </w:rPr>
        <w:t xml:space="preserve"> </w:t>
      </w:r>
      <w:r>
        <w:rPr>
          <w:b w:val="0"/>
          <w:i/>
        </w:rPr>
        <w:t xml:space="preserve"> các trang tính mới trong một bảng tính Excel </w:t>
      </w:r>
      <w:r>
        <w:rPr>
          <w:b w:val="0"/>
          <w:i w:val="0"/>
        </w:rPr>
        <w:t xml:space="preserve"> ở mục trước.</w:t>
      </w:r>
    </w:p>
    <w:p>
      <w:pPr>
        <w:spacing w:after="80"/>
        <w:ind w:left="360"/>
      </w:pPr>
      <w:r>
        <w:t xml:space="preserve">• </w:t>
      </w:r>
      <w:r>
        <w:rPr>
          <w:b w:val="0"/>
          <w:i w:val="0"/>
        </w:rPr>
        <w:t xml:space="preserve">Công thức </w:t>
      </w:r>
      <w:r>
        <w:rPr>
          <w:b w:val="0"/>
          <w:i/>
        </w:rPr>
        <w:t xml:space="preserve"> Làm việc với định dạng ô trong Excel </w:t>
      </w:r>
      <w:r>
        <w:rPr>
          <w:b w:val="0"/>
          <w:i w:val="0"/>
        </w:rPr>
        <w:t xml:space="preserve"> ở mục tiếp theo.</w:t>
      </w:r>
    </w:p>
    <w:p>
      <w:pPr>
        <w:pStyle w:val="Heading2"/>
      </w:pPr>
      <w:r>
        <w:rPr>
          <w:rFonts w:ascii="Calibri" w:hAnsi="Calibri"/>
          <w:b/>
          <w:i w:val="0"/>
          <w:sz w:val="32"/>
        </w:rPr>
        <w:t>Làm việc với định dạng ô trong Excel</w:t>
      </w:r>
    </w:p>
    <w:p>
      <w:pPr>
        <w:spacing w:after="80"/>
      </w:pPr>
      <w:r>
        <w:rPr>
          <w:b w:val="0"/>
          <w:i w:val="0"/>
        </w:rPr>
        <w:t>Trình bày thông tin trong bảng tính không chỉ là việc sắp xếp nó vào các ô hay hiển thị nó bằng đồ họa trong biểu đồ. Nó còn bao gồm việc thay đổi định dạng để làm nổi bật những chi tiết quan trọng. Trong công thức này, chúng ta sẽ xem cách thao tác định dạng của các ô để nâng cao kết quả và trình bày dữ liệu theo cách tốt nhất có thể.</w:t>
      </w:r>
    </w:p>
    <w:p>
      <w:pPr>
        <w:pStyle w:val="Heading3"/>
      </w:pPr>
      <w:r>
        <w:rPr>
          <w:rFonts w:ascii="Calibri" w:hAnsi="Calibri"/>
          <w:b/>
          <w:i w:val="0"/>
          <w:sz w:val="26"/>
        </w:rPr>
        <w:t>Chuẩn bị</w:t>
      </w:r>
    </w:p>
    <w:p>
      <w:pPr>
        <w:spacing w:after="80"/>
      </w:pPr>
      <w:r>
        <w:rPr>
          <w:b w:val="0"/>
          <w:i w:val="0"/>
        </w:rPr>
        <w:t xml:space="preserve">Chúng ta sẽ sử dụng mô-đun </w:t>
      </w:r>
      <w:r>
        <w:rPr>
          <w:rFonts w:ascii="Consolas" w:hAnsi="Consolas"/>
          <w:b w:val="0"/>
          <w:i w:val="0"/>
          <w:sz w:val="20"/>
        </w:rPr>
        <w:br/>
        <w:br/>
        <w:t xml:space="preserve">      openpyxl</w:t>
        <w:br/>
        <w:t xml:space="preserve">     </w:t>
        <w:br/>
      </w:r>
      <w:r>
        <w:rPr>
          <w:b w:val="0"/>
          <w:i w:val="0"/>
        </w:rPr>
        <w:t xml:space="preserve">. Chúng ta nên cài đặt mô-đun này, thêm nó vào tệp </w:t>
      </w:r>
      <w:r>
        <w:rPr>
          <w:rFonts w:ascii="Consolas" w:hAnsi="Consolas"/>
          <w:b w:val="0"/>
          <w:i w:val="0"/>
          <w:sz w:val="20"/>
        </w:rPr>
        <w:br/>
        <w:br/>
        <w:t xml:space="preserve">      requirements.txt</w:t>
        <w:br/>
        <w:t xml:space="preserve">     </w:t>
        <w:br/>
      </w:r>
      <w:r>
        <w:rPr>
          <w:b w:val="0"/>
          <w:i w:val="0"/>
        </w:rPr>
        <w:t xml:space="preserve"> của chúng ta như sau:</w:t>
      </w:r>
    </w:p>
    <w:p>
      <w:pPr>
        <w:spacing w:after="0"/>
        <w:ind w:left="360"/>
        <w:shd w:val="clear" w:color="auto" w:fill="F2F2F2"/>
      </w:pPr>
      <w:r>
        <w:rPr>
          <w:rFonts w:ascii="Consolas" w:hAnsi="Consolas"/>
          <w:sz w:val="18"/>
        </w:rPr>
        <w:t>$ echo "openpyxl==3.1.5" &gt;&gt; requirements.txt</w:t>
      </w:r>
    </w:p>
    <w:p>
      <w:pPr>
        <w:spacing w:after="0"/>
        <w:ind w:left="360"/>
        <w:shd w:val="clear" w:color="auto" w:fill="F2F2F2"/>
      </w:pPr>
      <w:r>
        <w:rPr>
          <w:rFonts w:ascii="Consolas" w:hAnsi="Consolas"/>
          <w:sz w:val="18"/>
        </w:rPr>
        <w:t>$ uv pip install -r requirements.txt</w:t>
      </w:r>
    </w:p>
    <w:p>
      <w:pPr>
        <w:spacing w:after="40"/>
      </w:pPr>
    </w:p>
    <w:p>
      <w:pPr>
        <w:spacing w:after="80"/>
      </w:pPr>
      <w:r>
        <w:rPr>
          <w:b w:val="0"/>
          <w:i w:val="0"/>
        </w:rPr>
        <w:t xml:space="preserve">Là một phần của công thức, chúng ta sẽ tạo một tệp mới chứa thông tin lịch sử về những bộ phim có lượng người xem cao nhất. Dữ liệu được trích xuất từ đây: </w:t>
      </w:r>
      <w:r>
        <w:rPr>
          <w:rFonts w:ascii="Consolas" w:hAnsi="Consolas"/>
          <w:b w:val="0"/>
          <w:i w:val="0"/>
          <w:sz w:val="20"/>
        </w:rPr>
        <w:br/>
        <w:br/>
        <w:t xml:space="preserve">       http://www.mrob.com/pub/film-video/topadj.html</w:t>
        <w:br/>
        <w:t xml:space="preserve">      </w:t>
        <w:br/>
      </w:r>
      <w:r>
        <w:rPr>
          <w:b w:val="0"/>
          <w:i w:val="0"/>
        </w:rPr>
        <w:t xml:space="preserve"> .</w:t>
      </w:r>
    </w:p>
    <w:p>
      <w:pPr>
        <w:pStyle w:val="Heading3"/>
      </w:pPr>
      <w:r>
        <w:rPr>
          <w:rFonts w:ascii="Calibri" w:hAnsi="Calibri"/>
          <w:b/>
          <w:i w:val="0"/>
          <w:sz w:val="26"/>
        </w:rPr>
        <w:t>Cách thực hiện...</w:t>
      </w:r>
    </w:p>
    <w:p>
      <w:pPr>
        <w:spacing w:after="80"/>
        <w:ind w:left="360"/>
      </w:pPr>
      <w:r>
        <w:t xml:space="preserve">1. </w:t>
      </w:r>
      <w:r>
        <w:rPr>
          <w:b w:val="0"/>
          <w:i w:val="0"/>
        </w:rPr>
        <w:t xml:space="preserve">Import mô-đun </w:t>
      </w:r>
      <w:r>
        <w:rPr>
          <w:rFonts w:ascii="Consolas" w:hAnsi="Consolas"/>
          <w:b w:val="0"/>
          <w:i w:val="0"/>
          <w:sz w:val="20"/>
        </w:rPr>
        <w:br/>
        <w:br/>
        <w:t xml:space="preserve">       openpyxl</w:t>
        <w:br/>
        <w:t xml:space="preserve">      </w:t>
        <w:br/>
      </w:r>
      <w:r>
        <w:rPr>
          <w:b w:val="0"/>
          <w:i w:val="0"/>
        </w:rPr>
        <w:t xml:space="preserve"> và tạo một file Excel mới:</w:t>
      </w:r>
    </w:p>
    <w:p>
      <w:pPr>
        <w:spacing w:after="0"/>
        <w:ind w:left="360"/>
        <w:shd w:val="clear" w:color="auto" w:fill="F2F2F2"/>
      </w:pPr>
      <w:r>
        <w:rPr>
          <w:rFonts w:ascii="Consolas" w:hAnsi="Consolas"/>
          <w:sz w:val="18"/>
        </w:rPr>
        <w:t>&gt;&gt;&gt; import openpyxl</w:t>
      </w:r>
    </w:p>
    <w:p>
      <w:pPr>
        <w:spacing w:after="0"/>
        <w:ind w:left="360"/>
        <w:shd w:val="clear" w:color="auto" w:fill="F2F2F2"/>
      </w:pPr>
      <w:r>
        <w:rPr>
          <w:rFonts w:ascii="Consolas" w:hAnsi="Consolas"/>
          <w:sz w:val="18"/>
        </w:rPr>
        <w:t>&gt;&gt;&gt; from openpyxl.styles import Font, PatternFill, Border, Side</w:t>
      </w:r>
    </w:p>
    <w:p>
      <w:pPr>
        <w:spacing w:after="0"/>
        <w:ind w:left="360"/>
        <w:shd w:val="clear" w:color="auto" w:fill="F2F2F2"/>
      </w:pPr>
      <w:r>
        <w:rPr>
          <w:rFonts w:ascii="Consolas" w:hAnsi="Consolas"/>
          <w:sz w:val="18"/>
        </w:rPr>
        <w:t>&gt;&gt;&gt; xlsfile = openpyxl.Workbook()</w:t>
      </w:r>
    </w:p>
    <w:p>
      <w:pPr>
        <w:spacing w:after="40"/>
      </w:pPr>
    </w:p>
    <w:p>
      <w:pPr>
        <w:spacing w:after="80"/>
        <w:ind w:left="360"/>
      </w:pPr>
      <w:r>
        <w:t xml:space="preserve">2. </w:t>
      </w:r>
      <w:r>
        <w:rPr>
          <w:b w:val="0"/>
          <w:i w:val="0"/>
        </w:rPr>
        <w:t>Thêm dữ liệu về số lượng người tham dự vào sheet này từ nguồn. Để đơn giản, chỉ thêm bốn mục đầu tiên:</w:t>
      </w:r>
    </w:p>
    <w:p>
      <w:pPr>
        <w:spacing w:after="0"/>
        <w:ind w:left="360"/>
        <w:shd w:val="clear" w:color="auto" w:fill="F2F2F2"/>
      </w:pPr>
      <w:r>
        <w:rPr>
          <w:rFonts w:ascii="Consolas" w:hAnsi="Consolas"/>
          <w:sz w:val="18"/>
        </w:rPr>
        <w:t>&gt;&gt;&gt; data = [</w:t>
      </w:r>
    </w:p>
    <w:p>
      <w:pPr>
        <w:spacing w:after="0"/>
        <w:ind w:left="360"/>
        <w:shd w:val="clear" w:color="auto" w:fill="F2F2F2"/>
      </w:pPr>
      <w:r>
        <w:rPr>
          <w:rFonts w:ascii="Consolas" w:hAnsi="Consolas"/>
          <w:sz w:val="18"/>
        </w:rPr>
        <w:t>...     ('Name', 'Admissions'),</w:t>
      </w:r>
    </w:p>
    <w:p>
      <w:pPr>
        <w:spacing w:after="0"/>
        <w:ind w:left="360"/>
        <w:shd w:val="clear" w:color="auto" w:fill="F2F2F2"/>
      </w:pPr>
      <w:r>
        <w:rPr>
          <w:rFonts w:ascii="Consolas" w:hAnsi="Consolas"/>
          <w:sz w:val="18"/>
        </w:rPr>
        <w:t>...     ('Gone With the Wind', 225.7),</w:t>
      </w:r>
    </w:p>
    <w:p>
      <w:pPr>
        <w:spacing w:after="0"/>
        <w:ind w:left="360"/>
        <w:shd w:val="clear" w:color="auto" w:fill="F2F2F2"/>
      </w:pPr>
      <w:r>
        <w:rPr>
          <w:rFonts w:ascii="Consolas" w:hAnsi="Consolas"/>
          <w:sz w:val="18"/>
        </w:rPr>
        <w:t>...     ('Star Wars', 194.4),</w:t>
      </w:r>
    </w:p>
    <w:p>
      <w:pPr>
        <w:spacing w:after="0"/>
        <w:ind w:left="360"/>
        <w:shd w:val="clear" w:color="auto" w:fill="F2F2F2"/>
      </w:pPr>
      <w:r>
        <w:rPr>
          <w:rFonts w:ascii="Consolas" w:hAnsi="Consolas"/>
          <w:sz w:val="18"/>
        </w:rPr>
        <w:t>...     ('The Sound of Music', 156.4),</w:t>
      </w:r>
    </w:p>
    <w:p>
      <w:pPr>
        <w:spacing w:after="0"/>
        <w:ind w:left="360"/>
        <w:shd w:val="clear" w:color="auto" w:fill="F2F2F2"/>
      </w:pPr>
      <w:r>
        <w:rPr>
          <w:rFonts w:ascii="Consolas" w:hAnsi="Consolas"/>
          <w:sz w:val="18"/>
        </w:rPr>
        <w:t>...     ('ET: The Extra-Terrestrial', 148.44),</w:t>
      </w:r>
    </w:p>
    <w:p>
      <w:pPr>
        <w:spacing w:after="0"/>
        <w:ind w:left="360"/>
        <w:shd w:val="clear" w:color="auto" w:fill="F2F2F2"/>
      </w:pPr>
      <w:r>
        <w:rPr>
          <w:rFonts w:ascii="Consolas" w:hAnsi="Consolas"/>
          <w:sz w:val="18"/>
        </w:rPr>
        <w:t>... ]</w:t>
      </w:r>
    </w:p>
    <w:p>
      <w:pPr>
        <w:spacing w:after="0"/>
        <w:ind w:left="360"/>
        <w:shd w:val="clear" w:color="auto" w:fill="F2F2F2"/>
      </w:pPr>
      <w:r>
        <w:rPr>
          <w:rFonts w:ascii="Consolas" w:hAnsi="Consolas"/>
          <w:sz w:val="18"/>
        </w:rPr>
        <w:t>&gt;&gt;&gt; sheet = xlsfile['Sheet']</w:t>
      </w:r>
    </w:p>
    <w:p>
      <w:pPr>
        <w:spacing w:after="0"/>
        <w:ind w:left="360"/>
        <w:shd w:val="clear" w:color="auto" w:fill="F2F2F2"/>
      </w:pPr>
      <w:r>
        <w:rPr>
          <w:rFonts w:ascii="Consolas" w:hAnsi="Consolas"/>
          <w:sz w:val="18"/>
        </w:rPr>
        <w:t>&gt;&gt;&gt; for row in data:</w:t>
      </w:r>
    </w:p>
    <w:p>
      <w:pPr>
        <w:spacing w:after="0"/>
        <w:ind w:left="360"/>
        <w:shd w:val="clear" w:color="auto" w:fill="F2F2F2"/>
      </w:pPr>
      <w:r>
        <w:rPr>
          <w:rFonts w:ascii="Consolas" w:hAnsi="Consolas"/>
          <w:sz w:val="18"/>
        </w:rPr>
        <w:t>...     sheet.append(row)</w:t>
      </w:r>
    </w:p>
    <w:p>
      <w:pPr>
        <w:spacing w:after="40"/>
      </w:pPr>
    </w:p>
    <w:p>
      <w:pPr>
        <w:spacing w:after="80"/>
        <w:ind w:left="360"/>
      </w:pPr>
      <w:r>
        <w:t xml:space="preserve">3. </w:t>
      </w:r>
      <w:r>
        <w:rPr>
          <w:b w:val="0"/>
          <w:i w:val="0"/>
        </w:rPr>
        <w:t>Định nghĩa các màu dùng để tạo kiểu cho bảng tính:</w:t>
      </w:r>
    </w:p>
    <w:p>
      <w:pPr>
        <w:spacing w:after="0"/>
        <w:ind w:left="360"/>
        <w:shd w:val="clear" w:color="auto" w:fill="F2F2F2"/>
      </w:pPr>
      <w:r>
        <w:rPr>
          <w:rFonts w:ascii="Consolas" w:hAnsi="Consolas"/>
          <w:sz w:val="18"/>
        </w:rPr>
        <w:t>&gt;&gt;&gt; BLUE = '2F5D8A'</w:t>
      </w:r>
    </w:p>
    <w:p>
      <w:pPr>
        <w:spacing w:after="0"/>
        <w:ind w:left="360"/>
        <w:shd w:val="clear" w:color="auto" w:fill="F2F2F2"/>
      </w:pPr>
      <w:r>
        <w:rPr>
          <w:rFonts w:ascii="Consolas" w:hAnsi="Consolas"/>
          <w:sz w:val="18"/>
        </w:rPr>
        <w:t>&gt;&gt;&gt; LIGHT_BLUE = 'E8F1FA'</w:t>
      </w:r>
    </w:p>
    <w:p>
      <w:pPr>
        <w:spacing w:after="0"/>
        <w:ind w:left="360"/>
        <w:shd w:val="clear" w:color="auto" w:fill="F2F2F2"/>
      </w:pPr>
      <w:r>
        <w:rPr>
          <w:rFonts w:ascii="Consolas" w:hAnsi="Consolas"/>
          <w:sz w:val="18"/>
        </w:rPr>
        <w:t>&gt;&gt;&gt; WHITE = 'FFFFFF'</w:t>
      </w:r>
    </w:p>
    <w:p>
      <w:pPr>
        <w:spacing w:after="40"/>
      </w:pPr>
    </w:p>
    <w:p>
      <w:pPr>
        <w:spacing w:after="80"/>
        <w:ind w:left="360"/>
      </w:pPr>
      <w:r>
        <w:t xml:space="preserve">4. </w:t>
      </w:r>
      <w:r>
        <w:rPr>
          <w:b w:val="0"/>
          <w:i w:val="0"/>
        </w:rPr>
        <w:t>Định nghĩa phần tiêu đề với nền xanh dương và chữ trắng:</w:t>
      </w:r>
    </w:p>
    <w:p>
      <w:pPr>
        <w:spacing w:after="0"/>
        <w:ind w:left="360"/>
        <w:shd w:val="clear" w:color="auto" w:fill="F2F2F2"/>
      </w:pPr>
      <w:r>
        <w:rPr>
          <w:rFonts w:ascii="Consolas" w:hAnsi="Consolas"/>
          <w:sz w:val="18"/>
        </w:rPr>
        <w:t>&gt;&gt;&gt; header_font = Font(name='Tahoma', size=14, color=WHITE)</w:t>
      </w:r>
    </w:p>
    <w:p>
      <w:pPr>
        <w:spacing w:after="0"/>
        <w:ind w:left="360"/>
        <w:shd w:val="clear" w:color="auto" w:fill="F2F2F2"/>
      </w:pPr>
      <w:r>
        <w:rPr>
          <w:rFonts w:ascii="Consolas" w:hAnsi="Consolas"/>
          <w:sz w:val="18"/>
        </w:rPr>
        <w:t>&gt;&gt;&gt; header_fill = PatternFill("solid", fgColor=BLUE)</w:t>
      </w:r>
    </w:p>
    <w:p>
      <w:pPr>
        <w:spacing w:after="0"/>
        <w:ind w:left="360"/>
        <w:shd w:val="clear" w:color="auto" w:fill="F2F2F2"/>
      </w:pPr>
      <w:r>
        <w:rPr>
          <w:rFonts w:ascii="Consolas" w:hAnsi="Consolas"/>
          <w:sz w:val="18"/>
        </w:rPr>
        <w:t>&gt;&gt;&gt; for row in sheet['A1:B1']:</w:t>
      </w:r>
    </w:p>
    <w:p>
      <w:pPr>
        <w:spacing w:after="0"/>
        <w:ind w:left="360"/>
        <w:shd w:val="clear" w:color="auto" w:fill="F2F2F2"/>
      </w:pPr>
      <w:r>
        <w:rPr>
          <w:rFonts w:ascii="Consolas" w:hAnsi="Consolas"/>
          <w:sz w:val="18"/>
        </w:rPr>
        <w:t>...     for cell in row:</w:t>
      </w:r>
    </w:p>
    <w:p>
      <w:pPr>
        <w:spacing w:after="0"/>
        <w:ind w:left="360"/>
        <w:shd w:val="clear" w:color="auto" w:fill="F2F2F2"/>
      </w:pPr>
      <w:r>
        <w:rPr>
          <w:rFonts w:ascii="Consolas" w:hAnsi="Consolas"/>
          <w:sz w:val="18"/>
        </w:rPr>
        <w:t>...         cell.font = header_font</w:t>
      </w:r>
    </w:p>
    <w:p>
      <w:pPr>
        <w:spacing w:after="0"/>
        <w:ind w:left="360"/>
        <w:shd w:val="clear" w:color="auto" w:fill="F2F2F2"/>
      </w:pPr>
      <w:r>
        <w:rPr>
          <w:rFonts w:ascii="Consolas" w:hAnsi="Consolas"/>
          <w:sz w:val="18"/>
        </w:rPr>
        <w:t>...         cell.fill = header_fill</w:t>
      </w:r>
    </w:p>
    <w:p>
      <w:pPr>
        <w:spacing w:after="40"/>
      </w:pPr>
    </w:p>
    <w:p>
      <w:pPr>
        <w:spacing w:after="80"/>
        <w:ind w:left="360"/>
      </w:pPr>
      <w:r>
        <w:t xml:space="preserve">5. </w:t>
      </w:r>
      <w:r>
        <w:rPr>
          <w:b w:val="0"/>
          <w:i w:val="0"/>
        </w:rPr>
        <w:t>Định nghĩa một kiểu xen kẽ cho các cột và viền trên mỗi hàng sau phần tiêu đề:</w:t>
      </w:r>
    </w:p>
    <w:p>
      <w:pPr>
        <w:spacing w:after="0"/>
        <w:ind w:left="360"/>
        <w:shd w:val="clear" w:color="auto" w:fill="F2F2F2"/>
      </w:pPr>
      <w:r>
        <w:rPr>
          <w:rFonts w:ascii="Consolas" w:hAnsi="Consolas"/>
          <w:sz w:val="18"/>
        </w:rPr>
        <w:t>&gt;&gt;&gt; white_side = Side(border_style='thin', color=WHITE)</w:t>
      </w:r>
    </w:p>
    <w:p>
      <w:pPr>
        <w:spacing w:after="0"/>
        <w:ind w:left="360"/>
        <w:shd w:val="clear" w:color="auto" w:fill="F2F2F2"/>
      </w:pPr>
      <w:r>
        <w:rPr>
          <w:rFonts w:ascii="Consolas" w:hAnsi="Consolas"/>
          <w:sz w:val="18"/>
        </w:rPr>
        <w:t>&gt;&gt;&gt; blue_side = Side(border_style='thin', color=BLUE)</w:t>
      </w:r>
    </w:p>
    <w:p>
      <w:pPr>
        <w:spacing w:after="0"/>
        <w:ind w:left="360"/>
        <w:shd w:val="clear" w:color="auto" w:fill="F2F2F2"/>
      </w:pPr>
      <w:r>
        <w:rPr>
          <w:rFonts w:ascii="Consolas" w:hAnsi="Consolas"/>
          <w:sz w:val="18"/>
        </w:rPr>
        <w:t>&gt;&gt;&gt; alternate_fill = PatternFill("solid", fgColor=LIGHT_BLUE)</w:t>
      </w:r>
    </w:p>
    <w:p>
      <w:pPr>
        <w:spacing w:after="0"/>
        <w:ind w:left="360"/>
        <w:shd w:val="clear" w:color="auto" w:fill="F2F2F2"/>
      </w:pPr>
      <w:r>
        <w:rPr>
          <w:rFonts w:ascii="Consolas" w:hAnsi="Consolas"/>
          <w:sz w:val="18"/>
        </w:rPr>
        <w:t>&gt;&gt;&gt; border = Border(bottom=blue_side, left=white_side, right=white_side)</w:t>
      </w:r>
    </w:p>
    <w:p>
      <w:pPr>
        <w:spacing w:after="0"/>
        <w:ind w:left="360"/>
        <w:shd w:val="clear" w:color="auto" w:fill="F2F2F2"/>
      </w:pPr>
      <w:r>
        <w:rPr>
          <w:rFonts w:ascii="Consolas" w:hAnsi="Consolas"/>
          <w:sz w:val="18"/>
        </w:rPr>
        <w:t>&gt;&gt;&gt; for row_index, row in enumerate(sheet['A2:B5']):</w:t>
      </w:r>
    </w:p>
    <w:p>
      <w:pPr>
        <w:spacing w:after="0"/>
        <w:ind w:left="360"/>
        <w:shd w:val="clear" w:color="auto" w:fill="F2F2F2"/>
      </w:pPr>
      <w:r>
        <w:rPr>
          <w:rFonts w:ascii="Consolas" w:hAnsi="Consolas"/>
          <w:sz w:val="18"/>
        </w:rPr>
        <w:t>...     for cell in row:</w:t>
      </w:r>
    </w:p>
    <w:p>
      <w:pPr>
        <w:spacing w:after="0"/>
        <w:ind w:left="360"/>
        <w:shd w:val="clear" w:color="auto" w:fill="F2F2F2"/>
      </w:pPr>
      <w:r>
        <w:rPr>
          <w:rFonts w:ascii="Consolas" w:hAnsi="Consolas"/>
          <w:sz w:val="18"/>
        </w:rPr>
        <w:t>...         cell.border = border</w:t>
      </w:r>
    </w:p>
    <w:p>
      <w:pPr>
        <w:spacing w:after="0"/>
        <w:ind w:left="360"/>
        <w:shd w:val="clear" w:color="auto" w:fill="F2F2F2"/>
      </w:pPr>
      <w:r>
        <w:rPr>
          <w:rFonts w:ascii="Consolas" w:hAnsi="Consolas"/>
          <w:sz w:val="18"/>
        </w:rPr>
        <w:t>...         if row_index % 2:</w:t>
      </w:r>
    </w:p>
    <w:p>
      <w:pPr>
        <w:spacing w:after="0"/>
        <w:ind w:left="360"/>
        <w:shd w:val="clear" w:color="auto" w:fill="F2F2F2"/>
      </w:pPr>
      <w:r>
        <w:rPr>
          <w:rFonts w:ascii="Consolas" w:hAnsi="Consolas"/>
          <w:sz w:val="18"/>
        </w:rPr>
        <w:t>...             cell.fill = alternate_fill</w:t>
      </w:r>
    </w:p>
    <w:p>
      <w:pPr>
        <w:spacing w:after="40"/>
      </w:pPr>
    </w:p>
    <w:p>
      <w:pPr>
        <w:spacing w:after="80"/>
        <w:ind w:left="360"/>
      </w:pPr>
      <w:r>
        <w:t xml:space="preserve">6. </w:t>
      </w:r>
      <w:r>
        <w:rPr>
          <w:b w:val="0"/>
          <w:i w:val="0"/>
        </w:rPr>
        <w:t>Điều chỉnh độ rộng cột</w:t>
      </w:r>
    </w:p>
    <w:p>
      <w:pPr>
        <w:spacing w:after="0"/>
        <w:ind w:left="360"/>
        <w:shd w:val="clear" w:color="auto" w:fill="F2F2F2"/>
      </w:pPr>
      <w:r>
        <w:rPr>
          <w:rFonts w:ascii="Consolas" w:hAnsi="Consolas"/>
          <w:sz w:val="18"/>
        </w:rPr>
        <w:t>&gt;&gt;&gt; sheet.column_dimensions['A'].width = 20</w:t>
      </w:r>
    </w:p>
    <w:p>
      <w:pPr>
        <w:spacing w:after="0"/>
        <w:ind w:left="360"/>
        <w:shd w:val="clear" w:color="auto" w:fill="F2F2F2"/>
      </w:pPr>
      <w:r>
        <w:rPr>
          <w:rFonts w:ascii="Consolas" w:hAnsi="Consolas"/>
          <w:sz w:val="18"/>
        </w:rPr>
        <w:t>&gt;&gt;&gt; sheet.column_dimensions['B'].width = 12</w:t>
      </w:r>
    </w:p>
    <w:p>
      <w:pPr>
        <w:spacing w:after="40"/>
      </w:pPr>
    </w:p>
    <w:p>
      <w:pPr>
        <w:spacing w:after="80"/>
        <w:ind w:left="360"/>
      </w:pPr>
      <w:r>
        <w:t xml:space="preserve">7. </w:t>
      </w:r>
      <w:r>
        <w:rPr>
          <w:b w:val="0"/>
          <w:i w:val="0"/>
        </w:rPr>
        <w:t xml:space="preserve">Lưu file với tên </w:t>
      </w:r>
      <w:r>
        <w:rPr>
          <w:rFonts w:ascii="Consolas" w:hAnsi="Consolas"/>
          <w:b w:val="0"/>
          <w:i w:val="0"/>
          <w:sz w:val="20"/>
        </w:rPr>
        <w:br/>
        <w:br/>
        <w:t xml:space="preserve">       movies_format.xlsx</w:t>
        <w:br/>
        <w:t xml:space="preserve">      </w:t>
        <w:br/>
      </w:r>
      <w:r>
        <w:rPr>
          <w:b w:val="0"/>
          <w:i w:val="0"/>
        </w:rPr>
        <w:t xml:space="preserve"> :</w:t>
      </w:r>
    </w:p>
    <w:p>
      <w:pPr>
        <w:spacing w:after="0"/>
        <w:ind w:left="360"/>
        <w:shd w:val="clear" w:color="auto" w:fill="F2F2F2"/>
      </w:pPr>
      <w:r>
        <w:rPr>
          <w:rFonts w:ascii="Consolas" w:hAnsi="Consolas"/>
          <w:sz w:val="18"/>
        </w:rPr>
        <w:t>&gt;&gt;&gt; xlsfile.save('movies_format.xlsx')</w:t>
      </w:r>
    </w:p>
    <w:p>
      <w:pPr>
        <w:spacing w:after="40"/>
      </w:pPr>
    </w:p>
    <w:p>
      <w:pPr>
        <w:spacing w:after="80"/>
        <w:ind w:left="360"/>
      </w:pPr>
      <w:r>
        <w:t xml:space="preserve">8. </w:t>
      </w:r>
      <w:r>
        <w:rPr>
          <w:b w:val="0"/>
          <w:i w:val="0"/>
        </w:rPr>
        <w:t>Kiểm tra file kết quả:</w:t>
      </w:r>
    </w:p>
    <w:p>
      <w:pPr>
        <w:jc w:val="center"/>
      </w:pPr>
      <w:r>
        <w:drawing>
          <wp:inline xmlns:a="http://schemas.openxmlformats.org/drawingml/2006/main" xmlns:pic="http://schemas.openxmlformats.org/drawingml/2006/picture">
            <wp:extent cx="5486400" cy="4558270"/>
            <wp:docPr id="46" name="Picture 46"/>
            <wp:cNvGraphicFramePr>
              <a:graphicFrameLocks noChangeAspect="1"/>
            </wp:cNvGraphicFramePr>
            <a:graphic>
              <a:graphicData uri="http://schemas.openxmlformats.org/drawingml/2006/picture">
                <pic:pic>
                  <pic:nvPicPr>
                    <pic:cNvPr id="0" name="B36973_6_5.png"/>
                    <pic:cNvPicPr/>
                  </pic:nvPicPr>
                  <pic:blipFill>
                    <a:blip r:embed="rId50"/>
                    <a:stretch>
                      <a:fillRect/>
                    </a:stretch>
                  </pic:blipFill>
                  <pic:spPr>
                    <a:xfrm>
                      <a:off x="0" y="0"/>
                      <a:ext cx="5486400" cy="4558270"/>
                    </a:xfrm>
                    <a:prstGeom prst="rect"/>
                  </pic:spPr>
                </pic:pic>
              </a:graphicData>
            </a:graphic>
          </wp:inline>
        </w:drawing>
      </w:r>
    </w:p>
    <w:p>
      <w:pPr>
        <w:spacing w:after="160"/>
        <w:jc w:val="center"/>
      </w:pPr>
      <w:r>
        <w:rPr>
          <w:rFonts w:ascii="Calibri" w:hAnsi="Calibri"/>
          <w:b w:val="0"/>
          <w:i/>
          <w:sz w:val="19"/>
        </w:rPr>
        <w:t>Hình 6.5: Bảng tính dữ liệu phim đã được định dạng</w:t>
      </w:r>
    </w:p>
    <w:p>
      <w:pPr>
        <w:pStyle w:val="Heading3"/>
      </w:pPr>
      <w:r>
        <w:rPr>
          <w:rFonts w:ascii="Calibri" w:hAnsi="Calibri"/>
          <w:b/>
          <w:i w:val="0"/>
          <w:sz w:val="26"/>
        </w:rPr>
        <w:t>Cách hoạt động...</w:t>
      </w:r>
    </w:p>
    <w:p>
      <w:pPr>
        <w:spacing w:after="80"/>
      </w:pPr>
      <w:r>
        <w:rPr>
          <w:b w:val="0"/>
          <w:i w:val="0"/>
        </w:rPr>
        <w:t xml:space="preserve">Trong phần </w:t>
      </w:r>
      <w:r>
        <w:rPr>
          <w:b w:val="0"/>
          <w:i/>
        </w:rPr>
        <w:t xml:space="preserve"> Cách thực hiện… </w:t>
      </w:r>
      <w:r>
        <w:rPr>
          <w:b w:val="0"/>
          <w:i w:val="0"/>
        </w:rPr>
        <w:t xml:space="preserve"> , ở </w:t>
      </w:r>
      <w:r>
        <w:rPr>
          <w:b w:val="0"/>
          <w:i/>
        </w:rPr>
        <w:t xml:space="preserve"> bước 1 </w:t>
      </w:r>
      <w:r>
        <w:rPr>
          <w:b w:val="0"/>
          <w:i w:val="0"/>
        </w:rPr>
        <w:t xml:space="preserve"> , chúng ta import mô-đun </w:t>
      </w:r>
      <w:r>
        <w:rPr>
          <w:rFonts w:ascii="Consolas" w:hAnsi="Consolas"/>
          <w:b w:val="0"/>
          <w:i w:val="0"/>
          <w:sz w:val="20"/>
        </w:rPr>
        <w:br/>
        <w:br/>
        <w:t xml:space="preserve">      openpyxl</w:t>
        <w:br/>
        <w:t xml:space="preserve">     </w:t>
        <w:br/>
      </w:r>
      <w:r>
        <w:rPr>
          <w:b w:val="0"/>
          <w:i w:val="0"/>
        </w:rPr>
        <w:t xml:space="preserve"> và tạo một file Excel mới. Ở </w:t>
      </w:r>
      <w:r>
        <w:rPr>
          <w:b w:val="0"/>
          <w:i/>
        </w:rPr>
        <w:t xml:space="preserve"> bước 2 </w:t>
      </w:r>
      <w:r>
        <w:rPr>
          <w:b w:val="0"/>
          <w:i w:val="0"/>
        </w:rPr>
        <w:t xml:space="preserve"> chúng ta thêm dữ liệu vào sheet đầu tiên. </w:t>
      </w:r>
      <w:r>
        <w:rPr>
          <w:b w:val="0"/>
          <w:i/>
        </w:rPr>
        <w:t xml:space="preserve"> Bước 3 </w:t>
      </w:r>
      <w:r>
        <w:rPr>
          <w:b w:val="0"/>
          <w:i w:val="0"/>
        </w:rPr>
        <w:t xml:space="preserve"> cũng là một bước chuẩn bị để định nghĩa các màu sẽ dùng. Các màu được định nghĩa ở định dạng hex, vốn phổ biến trong thế giới thiết kế web.</w:t>
      </w:r>
    </w:p>
    <w:p>
      <w:pPr>
        <w:spacing w:after="80"/>
      </w:pPr>
      <w:r>
        <w:rPr>
          <w:b/>
          <w:i w:val="0"/>
        </w:rPr>
        <w:t>Mẹo</w:t>
      </w:r>
    </w:p>
    <w:p>
      <w:pPr>
        <w:spacing w:after="80"/>
      </w:pPr>
      <w:r>
        <w:rPr>
          <w:b w:val="0"/>
          <w:i w:val="0"/>
        </w:rPr>
        <w:t xml:space="preserve">Để tìm các định nghĩa màu, có rất nhiều công cụ chọn màu trực tuyến hoặc thậm chí được tích hợp sẵn trong hệ điều hành. Một công cụ như </w:t>
      </w:r>
      <w:r>
        <w:rPr>
          <w:rFonts w:ascii="Consolas" w:hAnsi="Consolas"/>
          <w:b w:val="0"/>
          <w:i w:val="0"/>
          <w:sz w:val="20"/>
        </w:rPr>
        <w:br/>
        <w:br/>
        <w:t xml:space="preserve">        https://coolors.co/</w:t>
        <w:br/>
        <w:t xml:space="preserve">       </w:t>
        <w:br/>
      </w:r>
      <w:r>
        <w:rPr>
          <w:b w:val="0"/>
          <w:i w:val="0"/>
        </w:rPr>
        <w:t xml:space="preserve"> có thể hữu ích để định nghĩa một bảng màu để làm việc. Ngoài ra, bạn có thể hỏi GenAI về các màu nên dùng. Ví dụ, thử prompt ' </w:t>
      </w:r>
      <w:r>
        <w:rPr>
          <w:b w:val="0"/>
          <w:i/>
        </w:rPr>
        <w:t xml:space="preserve"> Cho tôi hai màu xanh dương, một trong số đó nhạt, trông </w:t>
      </w:r>
      <w:r>
        <w:rPr>
          <w:b w:val="0"/>
          <w:i w:val="0"/>
        </w:rPr>
        <w:t xml:space="preserve"> </w:t>
      </w:r>
      <w:r>
        <w:rPr>
          <w:b w:val="0"/>
          <w:i/>
        </w:rPr>
        <w:t xml:space="preserve"> đẹp </w:t>
      </w:r>
      <w:r>
        <w:rPr>
          <w:b w:val="0"/>
          <w:i w:val="0"/>
        </w:rPr>
        <w:t xml:space="preserve"> </w:t>
      </w:r>
      <w:r>
        <w:rPr>
          <w:b w:val="0"/>
          <w:i/>
        </w:rPr>
        <w:t xml:space="preserve"> khi làm </w:t>
      </w:r>
      <w:r>
        <w:rPr>
          <w:b w:val="0"/>
          <w:i w:val="0"/>
        </w:rPr>
        <w:t xml:space="preserve"> </w:t>
      </w:r>
      <w:r>
        <w:rPr>
          <w:b w:val="0"/>
          <w:i/>
        </w:rPr>
        <w:t xml:space="preserve"> nền </w:t>
      </w:r>
      <w:r>
        <w:rPr>
          <w:b w:val="0"/>
          <w:i w:val="0"/>
        </w:rPr>
        <w:t xml:space="preserve"> </w:t>
      </w:r>
      <w:r>
        <w:rPr>
          <w:b w:val="0"/>
          <w:i/>
        </w:rPr>
        <w:t xml:space="preserve"> trong một bảng tính. Chúng nên trông chuyên nghiệp </w:t>
      </w:r>
      <w:r>
        <w:rPr>
          <w:b w:val="0"/>
          <w:i w:val="0"/>
        </w:rPr>
        <w:t xml:space="preserve"> </w:t>
      </w:r>
      <w:r>
        <w:rPr>
          <w:b w:val="0"/>
          <w:i/>
        </w:rPr>
        <w:t xml:space="preserve"> . Trả về chúng ở định dạng hex </w:t>
      </w:r>
      <w:r>
        <w:rPr>
          <w:b w:val="0"/>
          <w:i w:val="0"/>
        </w:rPr>
        <w:t xml:space="preserve"> '.</w:t>
      </w:r>
    </w:p>
    <w:p>
      <w:pPr>
        <w:spacing w:after="80"/>
      </w:pPr>
      <w:r>
        <w:rPr>
          <w:b w:val="0"/>
          <w:i w:val="0"/>
        </w:rPr>
        <w:t xml:space="preserve">Ở </w:t>
      </w:r>
      <w:r>
        <w:rPr>
          <w:b w:val="0"/>
          <w:i/>
        </w:rPr>
        <w:t xml:space="preserve"> bước 4 </w:t>
      </w:r>
      <w:r>
        <w:rPr>
          <w:b w:val="0"/>
          <w:i w:val="0"/>
        </w:rPr>
        <w:t xml:space="preserve"> chúng ta chuẩn bị định dạng để định nghĩa phần tiêu đề. Phần tiêu đề sẽ có một font khác (Tahoma), kích thước lớn hơn (14pt), và sẽ là chữ trắng trên nền xanh dương. Để làm được điều này, chúng ta chuẩn bị một đối tượng </w:t>
      </w:r>
      <w:r>
        <w:rPr>
          <w:rFonts w:ascii="Consolas" w:hAnsi="Consolas"/>
          <w:b w:val="0"/>
          <w:i w:val="0"/>
          <w:sz w:val="20"/>
        </w:rPr>
        <w:br/>
        <w:br/>
        <w:t xml:space="preserve">      Font</w:t>
        <w:br/>
        <w:t xml:space="preserve">     </w:t>
        <w:br/>
      </w:r>
      <w:r>
        <w:rPr>
          <w:b w:val="0"/>
          <w:i w:val="0"/>
        </w:rPr>
        <w:t xml:space="preserve"> với font, kích thước và màu chữ, cùng một </w:t>
      </w:r>
      <w:r>
        <w:rPr>
          <w:rFonts w:ascii="Consolas" w:hAnsi="Consolas"/>
          <w:b w:val="0"/>
          <w:i w:val="0"/>
          <w:sz w:val="20"/>
        </w:rPr>
        <w:br/>
        <w:br/>
        <w:t xml:space="preserve">      PatternFill</w:t>
        <w:br/>
        <w:t xml:space="preserve">     </w:t>
        <w:br/>
      </w:r>
      <w:r>
        <w:rPr>
          <w:b w:val="0"/>
          <w:i w:val="0"/>
        </w:rPr>
        <w:t xml:space="preserve"> với màu nền.</w:t>
      </w:r>
    </w:p>
    <w:p>
      <w:pPr>
        <w:spacing w:after="80"/>
      </w:pPr>
      <w:r>
        <w:rPr>
          <w:b w:val="0"/>
          <w:i w:val="0"/>
        </w:rPr>
        <w:t xml:space="preserve">Vòng lặp sau khi tạo </w:t>
      </w:r>
      <w:r>
        <w:rPr>
          <w:rFonts w:ascii="Consolas" w:hAnsi="Consolas"/>
          <w:b w:val="0"/>
          <w:i w:val="0"/>
          <w:sz w:val="20"/>
        </w:rPr>
        <w:br/>
        <w:br/>
        <w:t xml:space="preserve">      header_font</w:t>
        <w:br/>
        <w:t xml:space="preserve">     </w:t>
        <w:br/>
      </w:r>
      <w:r>
        <w:rPr>
          <w:b w:val="0"/>
          <w:i w:val="0"/>
        </w:rPr>
        <w:t xml:space="preserve"> và </w:t>
      </w:r>
      <w:r>
        <w:rPr>
          <w:rFonts w:ascii="Consolas" w:hAnsi="Consolas"/>
          <w:b w:val="0"/>
          <w:i w:val="0"/>
          <w:sz w:val="20"/>
        </w:rPr>
        <w:br/>
        <w:br/>
        <w:t xml:space="preserve">      header_fill</w:t>
        <w:br/>
        <w:t xml:space="preserve">     </w:t>
        <w:br/>
      </w:r>
      <w:r>
        <w:rPr>
          <w:b w:val="0"/>
          <w:i w:val="0"/>
        </w:rPr>
        <w:t xml:space="preserve"> sẽ áp dụng font và fill cho các ô thích hợp.</w:t>
      </w:r>
    </w:p>
    <w:p>
      <w:pPr>
        <w:spacing w:after="80"/>
      </w:pPr>
      <w:r>
        <w:rPr>
          <w:b/>
          <w:i w:val="0"/>
        </w:rPr>
        <w:t>Lưu ý</w:t>
      </w:r>
    </w:p>
    <w:p>
      <w:pPr>
        <w:spacing w:after="80"/>
      </w:pPr>
      <w:r>
        <w:rPr>
          <w:b w:val="0"/>
          <w:i w:val="0"/>
        </w:rPr>
        <w:t>Lưu ý rằng khi lặp qua một range (vùng), nó luôn trả về row (hàng), rồi đến cells (ô), kể cả khi chỉ có một hàng liên quan.</w:t>
      </w:r>
    </w:p>
    <w:p>
      <w:pPr>
        <w:spacing w:after="80"/>
      </w:pPr>
      <w:r>
        <w:rPr>
          <w:b w:val="0"/>
          <w:i w:val="0"/>
        </w:rPr>
        <w:t xml:space="preserve">Trong </w:t>
      </w:r>
      <w:r>
        <w:rPr>
          <w:b w:val="0"/>
          <w:i/>
        </w:rPr>
        <w:t>bước 5</w:t>
      </w:r>
      <w:r>
        <w:rPr>
          <w:b w:val="0"/>
          <w:i w:val="0"/>
        </w:rPr>
        <w:t xml:space="preserve">, một đường viền cho các hàng và nền xen kẽ được áp dụng. Đường viền được định nghĩa với viền dưới màu xanh dương và viền trái, phải màu trắng. Phần tô nền được tạo theo cách tương tự như </w:t>
      </w:r>
      <w:r>
        <w:rPr>
          <w:b w:val="0"/>
          <w:i/>
        </w:rPr>
        <w:t>bước 4</w:t>
      </w:r>
      <w:r>
        <w:rPr>
          <w:b w:val="0"/>
          <w:i w:val="0"/>
        </w:rPr>
        <w:t>, nhưng với màu xanh dương nhạt. Nền chỉ được áp dụng cho các hàng chẵn.</w:t>
      </w:r>
    </w:p>
    <w:p>
      <w:pPr>
        <w:spacing w:after="80"/>
      </w:pPr>
      <w:r>
        <w:rPr>
          <w:b/>
          <w:i w:val="0"/>
        </w:rPr>
        <w:t>Lưu ý</w:t>
      </w:r>
    </w:p>
    <w:p>
      <w:pPr>
        <w:spacing w:after="80"/>
      </w:pPr>
      <w:r>
        <w:rPr>
          <w:b w:val="0"/>
          <w:i w:val="0"/>
        </w:rPr>
        <w:t>Lưu ý rằng viền trên của một ô chính là viền dưới của ô phía trên, và ngược lại. Điều này có nghĩa là bạn có thể ghi đè đường viền trong một vòng lặp. Đồng thời, hiệu ứng đặt viền dưới màu xanh dương của chúng ta cũng áp dụng cho viền trên của hàng tiếp theo.</w:t>
      </w:r>
    </w:p>
    <w:p>
      <w:pPr>
        <w:spacing w:after="80"/>
      </w:pPr>
      <w:r>
        <w:rPr>
          <w:b w:val="0"/>
          <w:i w:val="0"/>
        </w:rPr>
        <w:t>Trong bước 6, chúng ta điều chỉnh độ rộng của các cột để hiển thị tất cả các giá trị. Điều này cho phép chúng ta hiển thị toàn bộ nội dung của các cột.</w:t>
      </w:r>
    </w:p>
    <w:p>
      <w:pPr>
        <w:spacing w:after="80"/>
      </w:pPr>
      <w:r>
        <w:rPr>
          <w:b/>
          <w:i w:val="0"/>
        </w:rPr>
        <w:t>Mẹo</w:t>
      </w:r>
    </w:p>
    <w:p>
      <w:pPr>
        <w:spacing w:after="80"/>
      </w:pPr>
      <w:r>
        <w:rPr>
          <w:b w:val="0"/>
          <w:i w:val="0"/>
        </w:rPr>
        <w:t xml:space="preserve">Không có cách nào trong </w:t>
      </w:r>
      <w:r>
        <w:rPr>
          <w:rFonts w:ascii="Consolas" w:hAnsi="Consolas"/>
          <w:b w:val="0"/>
          <w:i w:val="0"/>
          <w:sz w:val="20"/>
        </w:rPr>
        <w:br/>
        <w:br/>
        <w:t xml:space="preserve">       openpyxl</w:t>
        <w:br/>
        <w:t xml:space="preserve">      </w:t>
        <w:br/>
      </w:r>
      <w:r>
        <w:rPr>
          <w:b w:val="0"/>
          <w:i w:val="0"/>
        </w:rPr>
        <w:t xml:space="preserve"> để tự động chọn kích thước cột sao cho vừa với nội dung của nó. Nhưng bạn có thể lặp qua tất cả các ô trong cột để tìm độ dài tối đa của nội dung (tức là tìm độ rộng tính theo ký tự của ô bằng </w:t>
      </w:r>
      <w:r>
        <w:rPr>
          <w:rFonts w:ascii="Consolas" w:hAnsi="Consolas"/>
          <w:b w:val="0"/>
          <w:i w:val="0"/>
          <w:sz w:val="20"/>
        </w:rPr>
        <w:br/>
        <w:br/>
        <w:t xml:space="preserve">       len(str(cell.value))</w:t>
        <w:br/>
        <w:t xml:space="preserve">      </w:t>
        <w:br/>
      </w:r>
      <w:r>
        <w:rPr>
          <w:b w:val="0"/>
          <w:i w:val="0"/>
        </w:rPr>
        <w:t>) và định nghĩa độ rộng dựa trên đó.</w:t>
      </w:r>
    </w:p>
    <w:p>
      <w:pPr>
        <w:spacing w:after="80"/>
      </w:pPr>
      <w:r>
        <w:rPr>
          <w:b w:val="0"/>
          <w:i w:val="0"/>
        </w:rPr>
        <w:t xml:space="preserve">Cuối cùng, tệp được lưu lại trong </w:t>
      </w:r>
      <w:r>
        <w:rPr>
          <w:b w:val="0"/>
          <w:i/>
        </w:rPr>
        <w:t>bước</w:t>
      </w:r>
      <w:r>
        <w:rPr>
          <w:b w:val="0"/>
          <w:i w:val="0"/>
        </w:rPr>
        <w:t xml:space="preserve"> </w:t>
      </w:r>
      <w:r>
        <w:rPr>
          <w:b w:val="0"/>
          <w:i/>
        </w:rPr>
        <w:t>7</w:t>
      </w:r>
      <w:r>
        <w:rPr>
          <w:b w:val="0"/>
          <w:i w:val="0"/>
        </w:rPr>
        <w:t>.</w:t>
      </w:r>
    </w:p>
    <w:p>
      <w:pPr>
        <w:pStyle w:val="Heading3"/>
      </w:pPr>
      <w:r>
        <w:rPr>
          <w:rFonts w:ascii="Calibri" w:hAnsi="Calibri"/>
          <w:b/>
          <w:i w:val="0"/>
          <w:sz w:val="26"/>
        </w:rPr>
        <w:t>Còn nhiều thứ khác nữa...</w:t>
      </w:r>
    </w:p>
    <w:p>
      <w:pPr>
        <w:spacing w:after="80"/>
      </w:pPr>
      <w:r>
        <w:rPr>
          <w:b w:val="0"/>
          <w:i w:val="0"/>
        </w:rPr>
        <w:t>Có rất nhiều tùy chọn để định dạng văn bản, chẳng hạn như in đậm, in nghiêng, gạch ngang hoặc gạch chân. Hãy định nghĩa font (phông chữ) và gán lại nếu bạn cần thay đổi bất kỳ thành phần nào của nó. Và nhớ kiểm tra xem font đó có sẵn trong hệ thống hay không.</w:t>
      </w:r>
    </w:p>
    <w:p>
      <w:pPr>
        <w:spacing w:after="80"/>
      </w:pPr>
      <w:r>
        <w:rPr>
          <w:b w:val="0"/>
          <w:i w:val="0"/>
        </w:rPr>
        <w:t xml:space="preserve">Cũng có nhiều cách khác nhau để tạo phần tô nền. </w:t>
      </w:r>
      <w:r>
        <w:rPr>
          <w:rFonts w:ascii="Consolas" w:hAnsi="Consolas"/>
          <w:b w:val="0"/>
          <w:i w:val="0"/>
          <w:sz w:val="20"/>
        </w:rPr>
        <w:br/>
        <w:br/>
        <w:t xml:space="preserve">      PatternFill</w:t>
        <w:br/>
        <w:t xml:space="preserve">     </w:t>
        <w:br/>
      </w:r>
      <w:r>
        <w:rPr>
          <w:b w:val="0"/>
          <w:i w:val="0"/>
        </w:rPr>
        <w:t xml:space="preserve"> chấp nhận nhiều pattern (mẫu), nhưng cái hữu ích nhất là solid (đặc). </w:t>
      </w:r>
      <w:r>
        <w:rPr>
          <w:rFonts w:ascii="Consolas" w:hAnsi="Consolas"/>
          <w:b w:val="0"/>
          <w:i w:val="0"/>
          <w:sz w:val="20"/>
        </w:rPr>
        <w:br/>
        <w:br/>
        <w:t xml:space="preserve">      GradientFill</w:t>
        <w:br/>
        <w:t xml:space="preserve">     </w:t>
        <w:br/>
      </w:r>
      <w:r>
        <w:rPr>
          <w:b w:val="0"/>
          <w:i w:val="0"/>
        </w:rPr>
        <w:t xml:space="preserve"> có thể được dùng để áp dụng gradient (chuyển màu) hai màu.</w:t>
      </w:r>
    </w:p>
    <w:p>
      <w:pPr>
        <w:spacing w:after="80"/>
      </w:pPr>
      <w:r>
        <w:rPr>
          <w:b/>
          <w:i w:val="0"/>
        </w:rPr>
        <w:t>Mẹo</w:t>
      </w:r>
    </w:p>
    <w:p>
      <w:pPr>
        <w:spacing w:after="80"/>
      </w:pPr>
      <w:r>
        <w:rPr>
          <w:b w:val="0"/>
          <w:i w:val="0"/>
        </w:rPr>
        <w:t xml:space="preserve">Tốt nhất là bạn nên giới hạn ở việc tô nền đặc bằng </w:t>
      </w:r>
      <w:r>
        <w:rPr>
          <w:rFonts w:ascii="Consolas" w:hAnsi="Consolas"/>
          <w:b w:val="0"/>
          <w:i w:val="0"/>
          <w:sz w:val="20"/>
        </w:rPr>
        <w:br/>
        <w:br/>
        <w:t xml:space="preserve">       PatternFill</w:t>
        <w:br/>
        <w:t xml:space="preserve">      </w:t>
        <w:br/>
      </w:r>
      <w:r>
        <w:rPr>
          <w:b w:val="0"/>
          <w:i w:val="0"/>
        </w:rPr>
        <w:t xml:space="preserve">. Bạn có thể tinh chỉnh màu sắc để thể hiện đúng nhất điều bạn muốn. Nhớ bao gồm </w:t>
      </w:r>
      <w:r>
        <w:rPr>
          <w:rFonts w:ascii="Consolas" w:hAnsi="Consolas"/>
          <w:b w:val="0"/>
          <w:i w:val="0"/>
          <w:sz w:val="20"/>
        </w:rPr>
        <w:br/>
        <w:br/>
        <w:t xml:space="preserve">       style='solid'</w:t>
        <w:br/>
        <w:t xml:space="preserve">      </w:t>
        <w:br/>
      </w:r>
      <w:r>
        <w:rPr>
          <w:b w:val="0"/>
          <w:i w:val="0"/>
        </w:rPr>
        <w:t>, nếu không màu có thể sẽ không hiển thị.</w:t>
      </w:r>
    </w:p>
    <w:p>
      <w:pPr>
        <w:spacing w:after="80"/>
      </w:pPr>
      <w:r>
        <w:rPr>
          <w:b w:val="0"/>
          <w:i w:val="0"/>
        </w:rPr>
        <w:t>GenAI là bạn đồng hành của bạn khi quyết định màu sắc! Bạn có thể yêu cầu các bảng màu (palette) cho nhiều thành phần khác nhau.</w:t>
      </w:r>
    </w:p>
    <w:p>
      <w:pPr>
        <w:spacing w:after="80"/>
      </w:pPr>
      <w:r>
        <w:rPr>
          <w:b w:val="0"/>
          <w:i w:val="0"/>
        </w:rPr>
        <w:t>Cũng có thể định nghĩa định dạng có điều kiện (conditional formatting), nhưng với một bảng tính được tạo tự động thì việc cố gắng định nghĩa logic trong Python rồi áp dụng định dạng tĩnh phù hợp dựa trên kết quả sẽ ít phức tạp hơn.</w:t>
      </w:r>
    </w:p>
    <w:p>
      <w:pPr>
        <w:spacing w:after="80"/>
      </w:pPr>
      <w:r>
        <w:rPr>
          <w:b w:val="0"/>
          <w:i w:val="0"/>
        </w:rPr>
        <w:t>Định dạng số (number formatting) có thể được thiết lập đúng cách, ví dụ:</w:t>
      </w:r>
    </w:p>
    <w:p>
      <w:pPr>
        <w:spacing w:after="0"/>
        <w:ind w:left="360"/>
        <w:shd w:val="clear" w:color="auto" w:fill="F2F2F2"/>
      </w:pPr>
      <w:r>
        <w:rPr>
          <w:rFonts w:ascii="Consolas" w:hAnsi="Consolas"/>
          <w:sz w:val="18"/>
        </w:rPr>
        <w:t>cell.style = 'Percent'</w:t>
      </w:r>
    </w:p>
    <w:p>
      <w:pPr>
        <w:spacing w:after="40"/>
      </w:pPr>
    </w:p>
    <w:p>
      <w:pPr>
        <w:spacing w:after="80"/>
      </w:pPr>
      <w:r>
        <w:rPr>
          <w:b w:val="0"/>
          <w:i w:val="0"/>
        </w:rPr>
        <w:t xml:space="preserve">This will display the value </w:t>
      </w:r>
      <w:r>
        <w:rPr>
          <w:rFonts w:ascii="Consolas" w:hAnsi="Consolas"/>
          <w:b w:val="0"/>
          <w:i w:val="0"/>
          <w:sz w:val="20"/>
        </w:rPr>
        <w:br/>
        <w:br/>
        <w:t xml:space="preserve">      0.37</w:t>
        <w:br/>
        <w:t xml:space="preserve">     </w:t>
        <w:br/>
      </w:r>
      <w:r>
        <w:rPr>
          <w:b w:val="0"/>
          <w:i w:val="0"/>
        </w:rPr>
        <w:t xml:space="preserve"> as </w:t>
      </w:r>
      <w:r>
        <w:rPr>
          <w:rFonts w:ascii="Consolas" w:hAnsi="Consolas"/>
          <w:b w:val="0"/>
          <w:i w:val="0"/>
          <w:sz w:val="20"/>
        </w:rPr>
        <w:br/>
        <w:br/>
        <w:t xml:space="preserve">      37%</w:t>
        <w:br/>
        <w:t xml:space="preserve">     </w:t>
        <w:br/>
      </w:r>
      <w:r>
        <w:rPr>
          <w:b w:val="0"/>
          <w:i w:val="0"/>
        </w:rPr>
        <w:t xml:space="preserve"> .</w:t>
      </w:r>
    </w:p>
    <w:p>
      <w:pPr>
        <w:spacing w:after="80"/>
      </w:pPr>
      <w:r>
        <w:rPr>
          <w:b/>
          <w:i w:val="0"/>
        </w:rPr>
        <w:t>Mẹo</w:t>
      </w:r>
    </w:p>
    <w:p>
      <w:pPr>
        <w:spacing w:after="80"/>
      </w:pPr>
      <w:r>
        <w:rPr>
          <w:b w:val="0"/>
          <w:i w:val="0"/>
        </w:rPr>
        <w:t>Suy cho cùng, việc định dạng bảng tính là chuyện quyết định cách trình bày dữ liệu sao cho người đọc dễ hiểu nhất. Đừng ngại thử nghiệm và phân tích kết quả.</w:t>
      </w:r>
    </w:p>
    <w:p>
      <w:pPr>
        <w:spacing w:after="80"/>
      </w:pPr>
      <w:r>
        <w:rPr>
          <w:b w:val="0"/>
          <w:i w:val="0"/>
        </w:rPr>
        <w:t>GenAI là một công cụ tuyệt vời cho việc đó, giúp bạn đưa ra gợi ý và ý tưởng về cách định dạng dữ liệu để đạt hiệu quả tốt nhất. Nhưng cuối cùng, quyết định thế nào là rõ ràng hơn vẫn nằm ở bạn.</w:t>
      </w:r>
    </w:p>
    <w:p>
      <w:pPr>
        <w:spacing w:after="80"/>
      </w:pPr>
      <w:r>
        <w:rPr>
          <w:b w:val="0"/>
          <w:i w:val="0"/>
        </w:rPr>
        <w:t xml:space="preserve">Tài liệu đầy đủ về </w:t>
      </w:r>
      <w:r>
        <w:rPr>
          <w:rFonts w:ascii="Consolas" w:hAnsi="Consolas"/>
          <w:b w:val="0"/>
          <w:i w:val="0"/>
          <w:sz w:val="20"/>
        </w:rPr>
        <w:br/>
        <w:br/>
        <w:t xml:space="preserve">      openpyxl</w:t>
        <w:br/>
        <w:t xml:space="preserve">     </w:t>
        <w:br/>
      </w:r>
      <w:r>
        <w:rPr>
          <w:b w:val="0"/>
          <w:i w:val="0"/>
        </w:rPr>
        <w:t xml:space="preserve"> có thể tìm thấy ở đây: </w:t>
      </w:r>
      <w:r>
        <w:rPr>
          <w:rFonts w:ascii="Consolas" w:hAnsi="Consolas"/>
          <w:b w:val="0"/>
          <w:i w:val="0"/>
          <w:sz w:val="20"/>
        </w:rPr>
        <w:br/>
        <w:br/>
        <w:t xml:space="preserve">       https://openpyxl.readthedocs.io/en/stable/index.html</w:t>
        <w:br/>
        <w:t xml:space="preserve">      </w:t>
        <w:br/>
      </w:r>
      <w:r>
        <w:rPr>
          <w:b w:val="0"/>
          <w:i w:val="0"/>
        </w:rPr>
        <w:t xml:space="preserve"> .</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Đọc một bảng tính Excel </w:t>
      </w:r>
      <w:r>
        <w:rPr>
          <w:b w:val="0"/>
          <w:i w:val="0"/>
        </w:rPr>
        <w:t xml:space="preserve"> ở phần trước trong chương này.</w:t>
      </w:r>
    </w:p>
    <w:p>
      <w:pPr>
        <w:spacing w:after="80"/>
        <w:ind w:left="360"/>
      </w:pPr>
      <w:r>
        <w:t xml:space="preserve">• </w:t>
      </w:r>
      <w:r>
        <w:rPr>
          <w:b w:val="0"/>
          <w:i w:val="0"/>
        </w:rPr>
        <w:t xml:space="preserve">Công thức </w:t>
      </w:r>
      <w:r>
        <w:rPr>
          <w:b w:val="0"/>
          <w:i/>
        </w:rPr>
        <w:t xml:space="preserve"> Cập nhật một bảng tính Excel </w:t>
      </w:r>
      <w:r>
        <w:rPr>
          <w:b w:val="0"/>
          <w:i w:val="0"/>
        </w:rPr>
        <w:t xml:space="preserve"> ở phần trước trong chương này.</w:t>
      </w:r>
    </w:p>
    <w:p>
      <w:pPr>
        <w:spacing w:after="80"/>
        <w:ind w:left="360"/>
      </w:pPr>
      <w:r>
        <w:t xml:space="preserve">• </w:t>
      </w:r>
      <w:r>
        <w:rPr>
          <w:b w:val="0"/>
          <w:i w:val="0"/>
        </w:rPr>
        <w:t xml:space="preserve">Công thức </w:t>
      </w:r>
      <w:r>
        <w:rPr>
          <w:b w:val="0"/>
          <w:i/>
        </w:rPr>
        <w:t xml:space="preserve"> Tạo các trang tính mới trong một bảng tính Excel </w:t>
      </w:r>
      <w:r>
        <w:rPr>
          <w:b w:val="0"/>
          <w:i w:val="0"/>
        </w:rPr>
        <w:t xml:space="preserve"> ở phần trước trong chương này.</w:t>
      </w:r>
    </w:p>
    <w:p>
      <w:pPr>
        <w:spacing w:after="80"/>
        <w:ind w:left="360"/>
      </w:pPr>
      <w:r>
        <w:t xml:space="preserve">• </w:t>
      </w:r>
      <w:r>
        <w:rPr>
          <w:b w:val="0"/>
          <w:i w:val="0"/>
        </w:rPr>
        <w:t xml:space="preserve">Công thức </w:t>
      </w:r>
      <w:r>
        <w:rPr>
          <w:b w:val="0"/>
          <w:i/>
        </w:rPr>
        <w:t xml:space="preserve"> Tạo biểu đồ trong Excel </w:t>
      </w:r>
      <w:r>
        <w:rPr>
          <w:b w:val="0"/>
          <w:i w:val="0"/>
        </w:rPr>
        <w:t xml:space="preserve"> ở mục trước.</w:t>
      </w:r>
    </w:p>
    <w:p>
      <w:pPr>
        <w:pStyle w:val="Heading2"/>
      </w:pPr>
      <w:r>
        <w:rPr>
          <w:rFonts w:ascii="Calibri" w:hAnsi="Calibri"/>
          <w:b/>
          <w:i w:val="0"/>
          <w:sz w:val="32"/>
        </w:rPr>
        <w:t>Sử dụng Python trong Excel</w:t>
      </w:r>
    </w:p>
    <w:p>
      <w:pPr>
        <w:spacing w:after="80"/>
      </w:pPr>
      <w:r>
        <w:rPr>
          <w:b w:val="0"/>
          <w:i w:val="0"/>
        </w:rPr>
        <w:t>Dù Excel có ngôn ngữ riêng để thực hiện tính toán, các phiên bản gần đây đã bổ sung khả năng dùng Python như một lựa chọn thay thế.</w:t>
      </w:r>
    </w:p>
    <w:p>
      <w:pPr>
        <w:spacing w:after="80"/>
      </w:pPr>
      <w:r>
        <w:rPr>
          <w:b w:val="0"/>
          <w:i w:val="0"/>
        </w:rPr>
        <w:t>Điều này giúp ta có thể tận dụng kỹ năng Python của mình và áp dụng trực tiếp vào bảng tính Excel.</w:t>
      </w:r>
    </w:p>
    <w:p>
      <w:pPr>
        <w:spacing w:after="80"/>
      </w:pPr>
      <w:r>
        <w:rPr>
          <w:b/>
          <w:i w:val="0"/>
        </w:rPr>
        <w:t>Lưu ý</w:t>
      </w:r>
    </w:p>
    <w:p>
      <w:pPr>
        <w:spacing w:after="80"/>
      </w:pPr>
      <w:r>
        <w:rPr>
          <w:b w:val="0"/>
          <w:i w:val="0"/>
        </w:rPr>
        <w:t>Đáng tiếc là việc chạy Python trong Excel sẽ thực thi kết quả trên Microsoft Cloud, đòi hỏi phải có kết nối Internet hoạt động.</w:t>
      </w:r>
    </w:p>
    <w:p>
      <w:pPr>
        <w:pStyle w:val="Heading3"/>
      </w:pPr>
      <w:r>
        <w:rPr>
          <w:rFonts w:ascii="Calibri" w:hAnsi="Calibri"/>
          <w:b/>
          <w:i w:val="0"/>
          <w:sz w:val="26"/>
        </w:rPr>
        <w:t>Chuẩn bị</w:t>
      </w:r>
    </w:p>
    <w:p>
      <w:pPr>
        <w:spacing w:after="80"/>
      </w:pPr>
      <w:r>
        <w:rPr>
          <w:b w:val="0"/>
          <w:i w:val="0"/>
        </w:rPr>
        <w:t xml:space="preserve">Bạn cần có một bản Excel đang hoạt động có Python trong Excel. Chạy Python trong Excel không khả dụng với mọi gói đăng ký – nói chung bạn cần có tài khoản Microsoft 365 Business hoặc Enterprise. Thông tin thêm có tại đây: </w:t>
      </w:r>
      <w:r>
        <w:rPr>
          <w:rFonts w:ascii="Consolas" w:hAnsi="Consolas"/>
          <w:b w:val="0"/>
          <w:i w:val="0"/>
          <w:sz w:val="20"/>
        </w:rPr>
        <w:br/>
        <w:br/>
        <w:t xml:space="preserve">       https://techcommunity.microsoft.com/blog/excelblog/python-in-excel-%e2%80%93-available-now/4240212</w:t>
        <w:br/>
        <w:t xml:space="preserve">      </w:t>
        <w:br/>
      </w:r>
      <w:r>
        <w:rPr>
          <w:b w:val="0"/>
          <w:i w:val="0"/>
        </w:rPr>
        <w:t xml:space="preserve"> .</w:t>
      </w:r>
    </w:p>
    <w:p>
      <w:pPr>
        <w:spacing w:after="80"/>
      </w:pPr>
      <w:r>
        <w:rPr>
          <w:b w:val="0"/>
          <w:i w:val="0"/>
        </w:rPr>
        <w:t xml:space="preserve">Trong công thức này, chúng ta sẽ dùng tệp </w:t>
      </w:r>
      <w:r>
        <w:rPr>
          <w:rFonts w:ascii="Consolas" w:hAnsi="Consolas"/>
          <w:b w:val="0"/>
          <w:i w:val="0"/>
          <w:sz w:val="20"/>
        </w:rPr>
        <w:br/>
        <w:br/>
        <w:t xml:space="preserve">      movies.xlsx</w:t>
        <w:br/>
        <w:t xml:space="preserve">     </w:t>
        <w:br/>
      </w:r>
      <w:r>
        <w:rPr>
          <w:b w:val="0"/>
          <w:i w:val="0"/>
        </w:rPr>
        <w:t xml:space="preserve"> có trên GitHub tại </w:t>
      </w:r>
      <w:r>
        <w:rPr>
          <w:rFonts w:ascii="Consolas" w:hAnsi="Consolas"/>
          <w:b w:val="0"/>
          <w:i w:val="0"/>
          <w:sz w:val="20"/>
        </w:rPr>
        <w:br/>
        <w:br/>
        <w:t xml:space="preserve">       https://github.com/PacktPublishing/Python-Automation-Cookbook-Third-Edition/blob/main/ch06/movies.xlsx</w:t>
        <w:br/>
        <w:t xml:space="preserve">      </w:t>
        <w:br/>
      </w:r>
      <w:r>
        <w:rPr>
          <w:b w:val="0"/>
          <w:i w:val="0"/>
        </w:rPr>
        <w:t xml:space="preserve"> . Tệp này chứa mười bộ phim hàng đầu từ danh sách tại </w:t>
      </w:r>
      <w:r>
        <w:rPr>
          <w:rFonts w:ascii="Consolas" w:hAnsi="Consolas"/>
          <w:b w:val="0"/>
          <w:i w:val="0"/>
          <w:sz w:val="20"/>
        </w:rPr>
        <w:br/>
        <w:br/>
        <w:t xml:space="preserve">       http://www.mrob.com/pub/film-video/topadj.html</w:t>
        <w:br/>
        <w:t xml:space="preserve">      </w:t>
        <w:br/>
      </w:r>
      <w:r>
        <w:rPr>
          <w:b w:val="0"/>
          <w:i w:val="0"/>
        </w:rPr>
        <w:t xml:space="preserve"> .</w:t>
      </w:r>
    </w:p>
    <w:p>
      <w:pPr>
        <w:pStyle w:val="Heading3"/>
      </w:pPr>
      <w:r>
        <w:rPr>
          <w:rFonts w:ascii="Calibri" w:hAnsi="Calibri"/>
          <w:b/>
          <w:i w:val="0"/>
          <w:sz w:val="26"/>
        </w:rPr>
        <w:t>Cách thực hiện...</w:t>
      </w:r>
    </w:p>
    <w:p>
      <w:pPr>
        <w:spacing w:after="80"/>
        <w:ind w:left="360"/>
      </w:pPr>
      <w:r>
        <w:t xml:space="preserve">1. </w:t>
      </w:r>
      <w:r>
        <w:rPr>
          <w:b w:val="0"/>
          <w:i w:val="0"/>
        </w:rPr>
        <w:t xml:space="preserve">Mở tệp </w:t>
      </w:r>
      <w:r>
        <w:rPr>
          <w:rFonts w:ascii="Consolas" w:hAnsi="Consolas"/>
          <w:b w:val="0"/>
          <w:i w:val="0"/>
          <w:sz w:val="20"/>
        </w:rPr>
        <w:br/>
        <w:br/>
        <w:t xml:space="preserve">       movies.xlsx</w:t>
        <w:br/>
        <w:t xml:space="preserve">      </w:t>
        <w:br/>
      </w:r>
      <w:r>
        <w:rPr>
          <w:b w:val="0"/>
          <w:i w:val="0"/>
        </w:rPr>
        <w:t xml:space="preserve"> trong Excel</w:t>
      </w:r>
    </w:p>
    <w:p>
      <w:pPr>
        <w:jc w:val="center"/>
      </w:pPr>
      <w:r>
        <w:drawing>
          <wp:inline xmlns:a="http://schemas.openxmlformats.org/drawingml/2006/main" xmlns:pic="http://schemas.openxmlformats.org/drawingml/2006/picture">
            <wp:extent cx="5486400" cy="3910141"/>
            <wp:docPr id="47" name="Picture 47"/>
            <wp:cNvGraphicFramePr>
              <a:graphicFrameLocks noChangeAspect="1"/>
            </wp:cNvGraphicFramePr>
            <a:graphic>
              <a:graphicData uri="http://schemas.openxmlformats.org/drawingml/2006/picture">
                <pic:pic>
                  <pic:nvPicPr>
                    <pic:cNvPr id="0" name="B36973_6_6.png"/>
                    <pic:cNvPicPr/>
                  </pic:nvPicPr>
                  <pic:blipFill>
                    <a:blip r:embed="rId51"/>
                    <a:stretch>
                      <a:fillRect/>
                    </a:stretch>
                  </pic:blipFill>
                  <pic:spPr>
                    <a:xfrm>
                      <a:off x="0" y="0"/>
                      <a:ext cx="5486400" cy="3910141"/>
                    </a:xfrm>
                    <a:prstGeom prst="rect"/>
                  </pic:spPr>
                </pic:pic>
              </a:graphicData>
            </a:graphic>
          </wp:inline>
        </w:drawing>
      </w:r>
    </w:p>
    <w:p>
      <w:pPr>
        <w:spacing w:after="160"/>
        <w:jc w:val="center"/>
      </w:pPr>
      <w:r>
        <w:rPr>
          <w:rFonts w:ascii="Calibri" w:hAnsi="Calibri"/>
          <w:b w:val="0"/>
          <w:i/>
          <w:sz w:val="19"/>
        </w:rPr>
        <w:t>Hình 6.6: Bảng tính với các bộ phim</w:t>
      </w:r>
    </w:p>
    <w:p>
      <w:pPr>
        <w:spacing w:after="80"/>
        <w:ind w:left="360"/>
      </w:pPr>
      <w:r>
        <w:t xml:space="preserve">2. </w:t>
      </w:r>
      <w:r>
        <w:rPr>
          <w:b w:val="0"/>
          <w:i w:val="0"/>
        </w:rPr>
        <w:t xml:space="preserve">Chọn ô B12, và viết </w:t>
      </w:r>
      <w:r>
        <w:rPr>
          <w:rFonts w:ascii="Consolas" w:hAnsi="Consolas"/>
          <w:b w:val="0"/>
          <w:i w:val="0"/>
          <w:sz w:val="20"/>
        </w:rPr>
        <w:br/>
        <w:br/>
        <w:t xml:space="preserve">       =PY(</w:t>
        <w:br/>
        <w:t xml:space="preserve">      </w:t>
        <w:br/>
      </w:r>
      <w:r>
        <w:rPr>
          <w:b w:val="0"/>
          <w:i w:val="0"/>
        </w:rPr>
        <w:t xml:space="preserve"> , thao tác này sẽ chọn ô này làm một hàm Python. Lưu ý rằng phần formulas có một mục Python. Mục này chỉ xuất hiện nếu gói đăng ký Excel của bạn cho phép dùng Python trong Excel.</w:t>
      </w:r>
    </w:p>
    <w:p>
      <w:pPr>
        <w:jc w:val="center"/>
      </w:pPr>
      <w:r>
        <w:drawing>
          <wp:inline xmlns:a="http://schemas.openxmlformats.org/drawingml/2006/main" xmlns:pic="http://schemas.openxmlformats.org/drawingml/2006/picture">
            <wp:extent cx="5486400" cy="3878757"/>
            <wp:docPr id="48" name="Picture 48"/>
            <wp:cNvGraphicFramePr>
              <a:graphicFrameLocks noChangeAspect="1"/>
            </wp:cNvGraphicFramePr>
            <a:graphic>
              <a:graphicData uri="http://schemas.openxmlformats.org/drawingml/2006/picture">
                <pic:pic>
                  <pic:nvPicPr>
                    <pic:cNvPr id="0" name="B36973_6_7.png"/>
                    <pic:cNvPicPr/>
                  </pic:nvPicPr>
                  <pic:blipFill>
                    <a:blip r:embed="rId52"/>
                    <a:stretch>
                      <a:fillRect/>
                    </a:stretch>
                  </pic:blipFill>
                  <pic:spPr>
                    <a:xfrm>
                      <a:off x="0" y="0"/>
                      <a:ext cx="5486400" cy="3878757"/>
                    </a:xfrm>
                    <a:prstGeom prst="rect"/>
                  </pic:spPr>
                </pic:pic>
              </a:graphicData>
            </a:graphic>
          </wp:inline>
        </w:drawing>
      </w:r>
    </w:p>
    <w:p>
      <w:pPr>
        <w:spacing w:after="160"/>
        <w:jc w:val="center"/>
      </w:pPr>
      <w:r>
        <w:rPr>
          <w:rFonts w:ascii="Calibri" w:hAnsi="Calibri"/>
          <w:b w:val="0"/>
          <w:i/>
          <w:sz w:val="19"/>
        </w:rPr>
        <w:t>Hình 6.7: Thêm một hàm Python</w:t>
      </w:r>
    </w:p>
    <w:p>
      <w:pPr>
        <w:spacing w:after="80"/>
        <w:ind w:left="360"/>
      </w:pPr>
      <w:r>
        <w:t xml:space="preserve">3. </w:t>
      </w:r>
      <w:r>
        <w:rPr>
          <w:b w:val="0"/>
          <w:i w:val="0"/>
        </w:rPr>
        <w:t>Nhập đoạn mã sau vào ô: Việc này sẽ dễ hơn nếu bạn mở trình soạn thảo bằng cách nhấp vào nút ngay cạnh biểu tượng Python trên ribbon.</w:t>
      </w:r>
    </w:p>
    <w:p>
      <w:pPr>
        <w:spacing w:after="0"/>
        <w:ind w:left="360"/>
        <w:shd w:val="clear" w:color="auto" w:fill="F2F2F2"/>
      </w:pPr>
      <w:r>
        <w:rPr>
          <w:rFonts w:ascii="Consolas" w:hAnsi="Consolas"/>
          <w:sz w:val="18"/>
        </w:rPr>
        <w:t>result = 0</w:t>
      </w:r>
    </w:p>
    <w:p>
      <w:pPr>
        <w:spacing w:after="0"/>
        <w:ind w:left="360"/>
        <w:shd w:val="clear" w:color="auto" w:fill="F2F2F2"/>
      </w:pPr>
      <w:r>
        <w:rPr>
          <w:rFonts w:ascii="Consolas" w:hAnsi="Consolas"/>
          <w:sz w:val="18"/>
        </w:rPr>
        <w:t>for row in data['Admissions\n(millions)']:</w:t>
      </w:r>
    </w:p>
    <w:p>
      <w:pPr>
        <w:spacing w:after="0"/>
        <w:ind w:left="360"/>
        <w:shd w:val="clear" w:color="auto" w:fill="F2F2F2"/>
      </w:pPr>
      <w:r>
        <w:rPr>
          <w:rFonts w:ascii="Consolas" w:hAnsi="Consolas"/>
          <w:sz w:val="18"/>
        </w:rPr>
        <w:t xml:space="preserve">    result += row</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result</w:t>
      </w:r>
    </w:p>
    <w:p>
      <w:pPr>
        <w:spacing w:after="40"/>
      </w:pPr>
    </w:p>
    <w:p>
      <w:pPr>
        <w:spacing w:after="80"/>
        <w:ind w:left="360"/>
      </w:pPr>
      <w:r>
        <w:t xml:space="preserve">4. </w:t>
      </w:r>
      <w:r>
        <w:rPr>
          <w:b w:val="0"/>
          <w:i w:val="0"/>
        </w:rPr>
        <w:t xml:space="preserve">Chạy mã bằng cách nhấn </w:t>
      </w:r>
      <w:r>
        <w:rPr>
          <w:rFonts w:ascii="Consolas" w:hAnsi="Consolas"/>
          <w:b w:val="0"/>
          <w:i w:val="0"/>
          <w:sz w:val="20"/>
        </w:rPr>
        <w:br/>
        <w:br/>
        <w:t xml:space="preserve">       CTRL + ENTER.</w:t>
        <w:br/>
        <w:t xml:space="preserve">      </w:t>
        <w:br/>
      </w:r>
      <w:r>
        <w:rPr>
          <w:b w:val="0"/>
          <w:i w:val="0"/>
        </w:rPr>
        <w:t xml:space="preserve"> Kết quả sẽ hiện ra trong ô.</w:t>
      </w:r>
    </w:p>
    <w:p>
      <w:pPr>
        <w:jc w:val="center"/>
      </w:pPr>
      <w:r>
        <w:drawing>
          <wp:inline xmlns:a="http://schemas.openxmlformats.org/drawingml/2006/main" xmlns:pic="http://schemas.openxmlformats.org/drawingml/2006/picture">
            <wp:extent cx="5486400" cy="3075180"/>
            <wp:docPr id="49" name="Picture 49"/>
            <wp:cNvGraphicFramePr>
              <a:graphicFrameLocks noChangeAspect="1"/>
            </wp:cNvGraphicFramePr>
            <a:graphic>
              <a:graphicData uri="http://schemas.openxmlformats.org/drawingml/2006/picture">
                <pic:pic>
                  <pic:nvPicPr>
                    <pic:cNvPr id="0" name="B36973_6_8.png"/>
                    <pic:cNvPicPr/>
                  </pic:nvPicPr>
                  <pic:blipFill>
                    <a:blip r:embed="rId53"/>
                    <a:stretch>
                      <a:fillRect/>
                    </a:stretch>
                  </pic:blipFill>
                  <pic:spPr>
                    <a:xfrm>
                      <a:off x="0" y="0"/>
                      <a:ext cx="5486400" cy="3075180"/>
                    </a:xfrm>
                    <a:prstGeom prst="rect"/>
                  </pic:spPr>
                </pic:pic>
              </a:graphicData>
            </a:graphic>
          </wp:inline>
        </w:drawing>
      </w:r>
    </w:p>
    <w:p>
      <w:pPr>
        <w:spacing w:after="160"/>
        <w:jc w:val="center"/>
      </w:pPr>
      <w:r>
        <w:rPr>
          <w:rFonts w:ascii="Calibri" w:hAnsi="Calibri"/>
          <w:b w:val="0"/>
          <w:i/>
          <w:sz w:val="19"/>
        </w:rPr>
        <w:t>Hình 6.8: Kết quả được hiển thị, tính toán bằng Python</w:t>
      </w:r>
    </w:p>
    <w:p>
      <w:pPr>
        <w:pStyle w:val="Heading3"/>
      </w:pPr>
      <w:r>
        <w:rPr>
          <w:rFonts w:ascii="Calibri" w:hAnsi="Calibri"/>
          <w:b/>
          <w:i w:val="0"/>
          <w:sz w:val="26"/>
        </w:rPr>
        <w:t>Cách hoạt động...</w:t>
      </w:r>
    </w:p>
    <w:p>
      <w:pPr>
        <w:spacing w:after="80"/>
      </w:pPr>
      <w:r>
        <w:rPr>
          <w:b w:val="0"/>
          <w:i w:val="0"/>
        </w:rPr>
        <w:t xml:space="preserve">Trong mục </w:t>
      </w:r>
      <w:r>
        <w:rPr>
          <w:b w:val="0"/>
          <w:i/>
        </w:rPr>
        <w:t xml:space="preserve"> Cách thực hiện… </w:t>
      </w:r>
      <w:r>
        <w:rPr>
          <w:b w:val="0"/>
          <w:i w:val="0"/>
        </w:rPr>
        <w:t xml:space="preserve"> , ở </w:t>
      </w:r>
      <w:r>
        <w:rPr>
          <w:b w:val="0"/>
          <w:i/>
        </w:rPr>
        <w:t xml:space="preserve"> bước </w:t>
      </w:r>
      <w:r>
        <w:rPr>
          <w:b w:val="0"/>
          <w:i w:val="0"/>
        </w:rPr>
        <w:t xml:space="preserve"> </w:t>
      </w:r>
      <w:r>
        <w:rPr>
          <w:b w:val="0"/>
          <w:i/>
        </w:rPr>
        <w:t xml:space="preserve"> 2 </w:t>
      </w:r>
      <w:r>
        <w:rPr>
          <w:b w:val="0"/>
          <w:i w:val="0"/>
        </w:rPr>
        <w:t xml:space="preserve"> , chúng ta đánh dấu ô là một hàm Python.</w:t>
      </w:r>
    </w:p>
    <w:p>
      <w:pPr>
        <w:spacing w:after="80"/>
      </w:pPr>
      <w:r>
        <w:rPr>
          <w:b w:val="0"/>
          <w:i w:val="0"/>
        </w:rPr>
        <w:t xml:space="preserve">Đoạn mã tính tổng tất cả các giá trị trong </w:t>
      </w:r>
      <w:r>
        <w:rPr>
          <w:b w:val="0"/>
          <w:i/>
        </w:rPr>
        <w:t xml:space="preserve"> b </w:t>
      </w:r>
      <w:r>
        <w:rPr>
          <w:b w:val="0"/>
          <w:i w:val="0"/>
        </w:rPr>
        <w:t xml:space="preserve"> </w:t>
      </w:r>
      <w:r>
        <w:rPr>
          <w:b w:val="0"/>
          <w:i/>
        </w:rPr>
        <w:t xml:space="preserve"> ước 3 </w:t>
      </w:r>
      <w:r>
        <w:rPr>
          <w:b w:val="0"/>
          <w:i w:val="0"/>
        </w:rPr>
        <w:t xml:space="preserve"> bao gồm phần đầu tiên truy xuất dữ liệu từ bảng tính bằng hàm xl:</w:t>
      </w:r>
    </w:p>
    <w:p>
      <w:pPr>
        <w:spacing w:after="0"/>
        <w:ind w:left="360"/>
        <w:shd w:val="clear" w:color="auto" w:fill="F2F2F2"/>
      </w:pPr>
      <w:r>
        <w:rPr>
          <w:rFonts w:ascii="Consolas" w:hAnsi="Consolas"/>
          <w:sz w:val="18"/>
        </w:rPr>
        <w:t>data = xl("B1:B10", headers=True)</w:t>
      </w:r>
    </w:p>
    <w:p>
      <w:pPr>
        <w:spacing w:after="40"/>
      </w:pPr>
    </w:p>
    <w:p>
      <w:pPr>
        <w:spacing w:after="80"/>
      </w:pPr>
      <w:r>
        <w:rPr>
          <w:b w:val="0"/>
          <w:i w:val="0"/>
        </w:rPr>
        <w:t xml:space="preserve">Chúng ta dùng </w:t>
      </w:r>
      <w:r>
        <w:rPr>
          <w:rFonts w:ascii="Consolas" w:hAnsi="Consolas"/>
          <w:b w:val="0"/>
          <w:i w:val="0"/>
          <w:sz w:val="20"/>
        </w:rPr>
        <w:br/>
        <w:br/>
        <w:t xml:space="preserve">      headers=True</w:t>
        <w:br/>
        <w:t xml:space="preserve">     </w:t>
        <w:br/>
      </w:r>
      <w:r>
        <w:rPr>
          <w:b w:val="0"/>
          <w:i w:val="0"/>
        </w:rPr>
        <w:t xml:space="preserve"> để đánh dấu rằng hàng đầu tiên được chọn ( </w:t>
      </w:r>
      <w:r>
        <w:rPr>
          <w:rFonts w:ascii="Consolas" w:hAnsi="Consolas"/>
          <w:b w:val="0"/>
          <w:i w:val="0"/>
          <w:sz w:val="20"/>
        </w:rPr>
        <w:br/>
        <w:br/>
        <w:t xml:space="preserve">      B1</w:t>
        <w:br/>
        <w:t xml:space="preserve">     </w:t>
        <w:br/>
      </w:r>
      <w:r>
        <w:rPr>
          <w:b w:val="0"/>
          <w:i w:val="0"/>
        </w:rPr>
        <w:t xml:space="preserve"> ) là tiêu đề của dữ liệu, giúp truy cập dữ liệu thuận tiện hơn, như ta thấy trong vòng lặp tiếp theo:</w:t>
      </w:r>
    </w:p>
    <w:p>
      <w:pPr>
        <w:spacing w:after="0"/>
        <w:ind w:left="360"/>
        <w:shd w:val="clear" w:color="auto" w:fill="F2F2F2"/>
      </w:pPr>
      <w:r>
        <w:rPr>
          <w:rFonts w:ascii="Consolas" w:hAnsi="Consolas"/>
          <w:sz w:val="18"/>
        </w:rPr>
        <w:t>result = 0</w:t>
      </w:r>
    </w:p>
    <w:p>
      <w:pPr>
        <w:spacing w:after="0"/>
        <w:ind w:left="360"/>
        <w:shd w:val="clear" w:color="auto" w:fill="F2F2F2"/>
      </w:pPr>
      <w:r>
        <w:rPr>
          <w:rFonts w:ascii="Consolas" w:hAnsi="Consolas"/>
          <w:sz w:val="18"/>
        </w:rPr>
        <w:t>for row in data['Admissions\n(millions)']:</w:t>
      </w:r>
    </w:p>
    <w:p>
      <w:pPr>
        <w:spacing w:after="0"/>
        <w:ind w:left="360"/>
        <w:shd w:val="clear" w:color="auto" w:fill="F2F2F2"/>
      </w:pPr>
      <w:r>
        <w:rPr>
          <w:rFonts w:ascii="Consolas" w:hAnsi="Consolas"/>
          <w:sz w:val="18"/>
        </w:rPr>
        <w:t xml:space="preserve">    result += row</w:t>
      </w:r>
    </w:p>
    <w:p>
      <w:pPr>
        <w:spacing w:after="40"/>
      </w:pPr>
    </w:p>
    <w:p>
      <w:pPr>
        <w:spacing w:after="80"/>
      </w:pPr>
      <w:r>
        <w:rPr>
          <w:b w:val="0"/>
          <w:i w:val="0"/>
        </w:rPr>
        <w:t xml:space="preserve">Ở đây chúng ta duyệt qua các hàng trong cột được xác định theo tên tiêu đề của nó, </w:t>
      </w:r>
      <w:r>
        <w:rPr>
          <w:rFonts w:ascii="Consolas" w:hAnsi="Consolas"/>
          <w:b w:val="0"/>
          <w:i w:val="0"/>
          <w:sz w:val="20"/>
        </w:rPr>
        <w:br/>
        <w:br/>
        <w:t xml:space="preserve">      Admissions\n(millions)</w:t>
        <w:br/>
        <w:t xml:space="preserve">     </w:t>
        <w:br/>
      </w:r>
      <w:r>
        <w:rPr>
          <w:b w:val="0"/>
          <w:i w:val="0"/>
        </w:rPr>
        <w:t xml:space="preserve"> . Lưu ý </w:t>
      </w:r>
      <w:r>
        <w:rPr>
          <w:rFonts w:ascii="Consolas" w:hAnsi="Consolas"/>
          <w:b w:val="0"/>
          <w:i w:val="0"/>
          <w:sz w:val="20"/>
        </w:rPr>
        <w:br/>
        <w:br/>
        <w:t xml:space="preserve">      \n</w:t>
        <w:br/>
        <w:t xml:space="preserve">     </w:t>
        <w:br/>
      </w:r>
      <w:r>
        <w:rPr>
          <w:b w:val="0"/>
          <w:i w:val="0"/>
        </w:rPr>
        <w:t xml:space="preserve"> , vì tên cột có một ký tự xuống dòng.</w:t>
      </w:r>
    </w:p>
    <w:p>
      <w:pPr>
        <w:spacing w:after="80"/>
      </w:pPr>
      <w:r>
        <w:rPr>
          <w:b w:val="0"/>
          <w:i w:val="0"/>
        </w:rPr>
        <w:t xml:space="preserve">Ở dòng cuối, chúng ta chọn biến </w:t>
      </w:r>
      <w:r>
        <w:rPr>
          <w:rFonts w:ascii="Consolas" w:hAnsi="Consolas"/>
          <w:b w:val="0"/>
          <w:i w:val="0"/>
          <w:sz w:val="20"/>
        </w:rPr>
        <w:br/>
        <w:br/>
        <w:t xml:space="preserve">      result</w:t>
        <w:br/>
        <w:t xml:space="preserve">     </w:t>
        <w:br/>
      </w:r>
      <w:r>
        <w:rPr>
          <w:b w:val="0"/>
          <w:i w:val="0"/>
        </w:rPr>
        <w:t xml:space="preserve"> , biến này sẽ được dùng làm giá trị hiển thị trên ô.</w:t>
      </w:r>
    </w:p>
    <w:p>
      <w:pPr>
        <w:spacing w:after="80"/>
      </w:pPr>
      <w:r>
        <w:rPr>
          <w:b w:val="0"/>
          <w:i w:val="0"/>
        </w:rPr>
        <w:t xml:space="preserve">Mã được thực thi ở </w:t>
      </w:r>
      <w:r>
        <w:rPr>
          <w:b w:val="0"/>
          <w:i/>
        </w:rPr>
        <w:t xml:space="preserve"> bước 4 </w:t>
      </w:r>
      <w:r>
        <w:rPr>
          <w:b w:val="0"/>
          <w:i w:val="0"/>
        </w:rPr>
        <w:t xml:space="preserve"> . Lưu ý nhãn </w:t>
      </w:r>
      <w:r>
        <w:rPr>
          <w:rFonts w:ascii="Consolas" w:hAnsi="Consolas"/>
          <w:b w:val="0"/>
          <w:i w:val="0"/>
          <w:sz w:val="20"/>
        </w:rPr>
        <w:br/>
        <w:br/>
        <w:t xml:space="preserve">      py</w:t>
        <w:br/>
        <w:t xml:space="preserve">     </w:t>
        <w:br/>
      </w:r>
      <w:r>
        <w:rPr>
          <w:b w:val="0"/>
          <w:i w:val="0"/>
        </w:rPr>
        <w:t xml:space="preserve"> trong ô </w:t>
      </w:r>
      <w:r>
        <w:rPr>
          <w:rFonts w:ascii="Consolas" w:hAnsi="Consolas"/>
          <w:b w:val="0"/>
          <w:i w:val="0"/>
          <w:sz w:val="20"/>
        </w:rPr>
        <w:br/>
        <w:br/>
        <w:t xml:space="preserve">      B12</w:t>
        <w:br/>
        <w:t xml:space="preserve">     </w:t>
        <w:br/>
      </w:r>
      <w:r>
        <w:rPr>
          <w:b w:val="0"/>
          <w:i w:val="0"/>
        </w:rPr>
        <w:t xml:space="preserve"> .</w:t>
      </w:r>
    </w:p>
    <w:p>
      <w:pPr>
        <w:pStyle w:val="Heading3"/>
      </w:pPr>
      <w:r>
        <w:rPr>
          <w:rFonts w:ascii="Calibri" w:hAnsi="Calibri"/>
          <w:b/>
          <w:i w:val="0"/>
          <w:sz w:val="26"/>
        </w:rPr>
        <w:t>Còn nhiều thứ nữa...</w:t>
      </w:r>
    </w:p>
    <w:p>
      <w:pPr>
        <w:spacing w:after="80"/>
      </w:pPr>
      <w:r>
        <w:rPr>
          <w:b w:val="0"/>
          <w:i w:val="0"/>
        </w:rPr>
        <w:t xml:space="preserve">Dữ liệu được trả về bởi </w:t>
      </w:r>
      <w:r>
        <w:rPr>
          <w:rFonts w:ascii="Consolas" w:hAnsi="Consolas"/>
          <w:b w:val="0"/>
          <w:i w:val="0"/>
          <w:sz w:val="20"/>
        </w:rPr>
        <w:br/>
        <w:br/>
        <w:t xml:space="preserve">      xl</w:t>
        <w:br/>
        <w:t xml:space="preserve">     </w:t>
        <w:br/>
      </w:r>
      <w:r>
        <w:rPr>
          <w:b w:val="0"/>
          <w:i w:val="0"/>
        </w:rPr>
        <w:t xml:space="preserve"> là một đối tượng Pandas </w:t>
      </w:r>
      <w:r>
        <w:rPr>
          <w:rFonts w:ascii="Consolas" w:hAnsi="Consolas"/>
          <w:b w:val="0"/>
          <w:i w:val="0"/>
          <w:sz w:val="20"/>
        </w:rPr>
        <w:br/>
        <w:br/>
        <w:t xml:space="preserve">      DataFrame</w:t>
        <w:br/>
        <w:t xml:space="preserve">     </w:t>
        <w:br/>
      </w:r>
      <w:r>
        <w:rPr>
          <w:b w:val="0"/>
          <w:i w:val="0"/>
        </w:rPr>
        <w:t xml:space="preserve"> . Điều này cho phép chúng ta thực hiện nhiều thao tác theo cách tự nhiên. Ví dụ, thay vì lặp qua từng ô, bạn có thể cộng chúng trực tiếp bằng</w:t>
      </w:r>
    </w:p>
    <w:p>
      <w:pPr>
        <w:spacing w:after="0"/>
        <w:ind w:left="360"/>
        <w:shd w:val="clear" w:color="auto" w:fill="F2F2F2"/>
      </w:pPr>
      <w:r>
        <w:rPr>
          <w:rFonts w:ascii="Consolas" w:hAnsi="Consolas"/>
          <w:sz w:val="18"/>
        </w:rPr>
        <w:t>data = xl("B1:B10", headers=True)</w:t>
      </w:r>
    </w:p>
    <w:p>
      <w:pPr>
        <w:spacing w:after="0"/>
        <w:ind w:left="360"/>
        <w:shd w:val="clear" w:color="auto" w:fill="F2F2F2"/>
      </w:pPr>
      <w:r>
        <w:rPr>
          <w:rFonts w:ascii="Consolas" w:hAnsi="Consolas"/>
          <w:sz w:val="18"/>
        </w:rPr>
        <w:t>data['Admissions\n(millions)'].sum()</w:t>
      </w:r>
    </w:p>
    <w:p>
      <w:pPr>
        <w:spacing w:after="40"/>
      </w:pPr>
    </w:p>
    <w:p>
      <w:pPr>
        <w:spacing w:after="80"/>
      </w:pPr>
      <w:r>
        <w:rPr>
          <w:b/>
          <w:i w:val="0"/>
        </w:rPr>
        <w:t>Lưu ý</w:t>
      </w:r>
    </w:p>
    <w:p>
      <w:pPr>
        <w:spacing w:after="80"/>
      </w:pPr>
      <w:r>
        <w:rPr>
          <w:b w:val="0"/>
          <w:i w:val="0"/>
        </w:rPr>
        <w:t>Pandas được sử dụng rộng rãi trong phân tích dữ liệu và là một công cụ cực kỳ mạnh mẽ cho việc đó. Giao diện lập trình của nó giúp bạn dễ dàng tư duy theo hướng xử lý mảng và các hình thức tính toán song song khác. Chỉ riêng nó thôi cũng đáng để bạn thành thạo.</w:t>
      </w:r>
    </w:p>
    <w:p>
      <w:pPr>
        <w:spacing w:after="80"/>
      </w:pPr>
      <w:r>
        <w:rPr>
          <w:b w:val="0"/>
          <w:i w:val="0"/>
        </w:rPr>
        <w:t xml:space="preserve">Chúng ta sẽ nói thêm về Pandas và các đối tượng </w:t>
      </w:r>
      <w:r>
        <w:rPr>
          <w:rFonts w:ascii="Consolas" w:hAnsi="Consolas"/>
          <w:b w:val="0"/>
          <w:i w:val="0"/>
          <w:sz w:val="20"/>
        </w:rPr>
        <w:br/>
        <w:br/>
        <w:t xml:space="preserve">       DataFrame</w:t>
        <w:br/>
        <w:t xml:space="preserve">      </w:t>
        <w:br/>
      </w:r>
      <w:r>
        <w:rPr>
          <w:b w:val="0"/>
          <w:i w:val="0"/>
        </w:rPr>
        <w:t xml:space="preserve"> trong </w:t>
      </w:r>
      <w:r>
        <w:rPr>
          <w:b w:val="0"/>
          <w:i/>
        </w:rPr>
        <w:t xml:space="preserve"> Chương 7 </w:t>
      </w:r>
    </w:p>
    <w:p>
      <w:pPr>
        <w:spacing w:after="80"/>
      </w:pPr>
      <w:r>
        <w:rPr>
          <w:b w:val="0"/>
          <w:i w:val="0"/>
        </w:rPr>
        <w:t>Bạn cũng có thể tạo biểu đồ trong Python bằng MatplotLib, thư viện được bao gồm tự động.</w:t>
      </w:r>
    </w:p>
    <w:p>
      <w:pPr>
        <w:spacing w:after="80"/>
      </w:pPr>
      <w:r>
        <w:rPr>
          <w:b w:val="0"/>
          <w:i w:val="0"/>
        </w:rPr>
        <w:t>Ví dụ, đoạn mã này</w:t>
      </w:r>
    </w:p>
    <w:p>
      <w:pPr>
        <w:spacing w:after="0"/>
        <w:ind w:left="360"/>
        <w:shd w:val="clear" w:color="auto" w:fill="F2F2F2"/>
      </w:pPr>
      <w:r>
        <w:rPr>
          <w:rFonts w:ascii="Consolas" w:hAnsi="Consolas"/>
          <w:sz w:val="18"/>
        </w:rPr>
        <w:t>data = xl("B1:C10", headers=True)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data.plot(x="Title (year) (studio)", kind="bar")</w:t>
      </w:r>
    </w:p>
    <w:p>
      <w:pPr>
        <w:spacing w:after="40"/>
      </w:pPr>
    </w:p>
    <w:p>
      <w:pPr>
        <w:spacing w:after="80"/>
      </w:pPr>
      <w:r>
        <w:rPr>
          <w:b w:val="0"/>
          <w:i w:val="0"/>
        </w:rPr>
        <w:t>chọn hai cột đầu tiên, nên ta chọn vẽ số lượt đăng ký với tiêu đề phim trên trục X dưới dạng biểu đồ cột. Sau khi chạy mã, Excel sẽ yêu cầu bạn nhấp chuột phải vào ô và chọn 'Display plot over cells' để hiển thị đầy đủ hình ảnh.</w:t>
      </w:r>
    </w:p>
    <w:p>
      <w:pPr>
        <w:jc w:val="center"/>
      </w:pPr>
      <w:r>
        <w:drawing>
          <wp:inline xmlns:a="http://schemas.openxmlformats.org/drawingml/2006/main" xmlns:pic="http://schemas.openxmlformats.org/drawingml/2006/picture">
            <wp:extent cx="5486400" cy="4114800"/>
            <wp:docPr id="50" name="Picture 50"/>
            <wp:cNvGraphicFramePr>
              <a:graphicFrameLocks noChangeAspect="1"/>
            </wp:cNvGraphicFramePr>
            <a:graphic>
              <a:graphicData uri="http://schemas.openxmlformats.org/drawingml/2006/picture">
                <pic:pic>
                  <pic:nvPicPr>
                    <pic:cNvPr id="0" name="B36973_6_9.png"/>
                    <pic:cNvPicPr/>
                  </pic:nvPicPr>
                  <pic:blipFill>
                    <a:blip r:embed="rId54"/>
                    <a:stretch>
                      <a:fillRect/>
                    </a:stretch>
                  </pic:blipFill>
                  <pic:spPr>
                    <a:xfrm>
                      <a:off x="0" y="0"/>
                      <a:ext cx="5486400" cy="4114800"/>
                    </a:xfrm>
                    <a:prstGeom prst="rect"/>
                  </pic:spPr>
                </pic:pic>
              </a:graphicData>
            </a:graphic>
          </wp:inline>
        </w:drawing>
      </w:r>
    </w:p>
    <w:p>
      <w:pPr>
        <w:spacing w:after="160"/>
        <w:jc w:val="center"/>
      </w:pPr>
      <w:r>
        <w:rPr>
          <w:rFonts w:ascii="Calibri" w:hAnsi="Calibri"/>
          <w:b w:val="0"/>
          <w:i/>
          <w:sz w:val="19"/>
        </w:rPr>
        <w:t>Hình 6.9: Hiển thị biểu đồ được tạo trong Python</w:t>
      </w:r>
    </w:p>
    <w:p>
      <w:pPr>
        <w:spacing w:after="80"/>
      </w:pPr>
      <w:r>
        <w:rPr>
          <w:b/>
          <w:i w:val="0"/>
        </w:rPr>
        <w:t>Lưu ý</w:t>
      </w:r>
    </w:p>
    <w:p>
      <w:pPr>
        <w:spacing w:after="80"/>
      </w:pPr>
      <w:r>
        <w:rPr>
          <w:b w:val="0"/>
          <w:i w:val="0"/>
        </w:rPr>
        <w:t xml:space="preserve">Chúng ta sẽ nói thêm về cách tạo biểu đồ bằng MatplotLib trong </w:t>
      </w:r>
      <w:r>
        <w:rPr>
          <w:b w:val="0"/>
          <w:i/>
        </w:rPr>
        <w:t xml:space="preserve"> Chương 8 </w:t>
      </w:r>
    </w:p>
    <w:p>
      <w:pPr>
        <w:spacing w:after="80"/>
      </w:pPr>
      <w:r>
        <w:rPr>
          <w:b w:val="0"/>
          <w:i w:val="0"/>
        </w:rPr>
        <w:t xml:space="preserve">Ngoài </w:t>
      </w:r>
      <w:r>
        <w:rPr>
          <w:rFonts w:ascii="Consolas" w:hAnsi="Consolas"/>
          <w:b w:val="0"/>
          <w:i w:val="0"/>
          <w:sz w:val="20"/>
        </w:rPr>
        <w:br/>
        <w:br/>
        <w:t xml:space="preserve">      Matplotlib</w:t>
        <w:br/>
        <w:t xml:space="preserve">     </w:t>
        <w:br/>
      </w:r>
      <w:r>
        <w:rPr>
          <w:b w:val="0"/>
          <w:i w:val="0"/>
        </w:rPr>
        <w:t xml:space="preserve"> và </w:t>
      </w:r>
      <w:r>
        <w:rPr>
          <w:rFonts w:ascii="Consolas" w:hAnsi="Consolas"/>
          <w:b w:val="0"/>
          <w:i w:val="0"/>
          <w:sz w:val="20"/>
        </w:rPr>
        <w:br/>
        <w:br/>
        <w:t xml:space="preserve">      Pandas</w:t>
        <w:br/>
        <w:t xml:space="preserve">     </w:t>
        <w:br/>
      </w:r>
      <w:r>
        <w:rPr>
          <w:b w:val="0"/>
          <w:i w:val="0"/>
        </w:rPr>
        <w:t xml:space="preserve"> , Excel cũng có thể nhập rõ ràng các thư viện chuẩn theo cách thông thường bằng câu lệnh </w:t>
      </w:r>
      <w:r>
        <w:rPr>
          <w:rFonts w:ascii="Consolas" w:hAnsi="Consolas"/>
          <w:b w:val="0"/>
          <w:i w:val="0"/>
          <w:sz w:val="20"/>
        </w:rPr>
        <w:br/>
        <w:br/>
        <w:t xml:space="preserve">      import</w:t>
        <w:br/>
        <w:t xml:space="preserve">     </w:t>
        <w:br/>
      </w:r>
      <w:r>
        <w:rPr>
          <w:b w:val="0"/>
          <w:i w:val="0"/>
        </w:rPr>
        <w:t xml:space="preserve"> . Có một danh sách các gói bên thứ ba khả dụng, bao gồm các mô-đun mà chúng ta nói đến trong cuốn sách này như </w:t>
      </w:r>
      <w:r>
        <w:rPr>
          <w:rFonts w:ascii="Consolas" w:hAnsi="Consolas"/>
          <w:b w:val="0"/>
          <w:i w:val="0"/>
          <w:sz w:val="20"/>
        </w:rPr>
        <w:br/>
        <w:br/>
        <w:t xml:space="preserve">      Pillow</w:t>
        <w:br/>
        <w:t xml:space="preserve">     </w:t>
        <w:br/>
      </w:r>
      <w:r>
        <w:rPr>
          <w:b w:val="0"/>
          <w:i w:val="0"/>
        </w:rPr>
        <w:t xml:space="preserve"> và </w:t>
      </w:r>
      <w:r>
        <w:rPr>
          <w:rFonts w:ascii="Consolas" w:hAnsi="Consolas"/>
          <w:b w:val="0"/>
          <w:i w:val="0"/>
          <w:sz w:val="20"/>
        </w:rPr>
        <w:br/>
        <w:br/>
        <w:t xml:space="preserve">      beautifulsoup4</w:t>
        <w:br/>
        <w:t xml:space="preserve">     </w:t>
        <w:br/>
      </w:r>
      <w:r>
        <w:rPr>
          <w:b w:val="0"/>
          <w:i w:val="0"/>
        </w:rPr>
        <w:t xml:space="preserve"> , tại </w:t>
      </w:r>
      <w:r>
        <w:rPr>
          <w:rFonts w:ascii="Consolas" w:hAnsi="Consolas"/>
          <w:b w:val="0"/>
          <w:i w:val="0"/>
          <w:sz w:val="20"/>
        </w:rPr>
        <w:br/>
        <w:br/>
        <w:t xml:space="preserve">       https://support.microsoft.com/en-gb/office/open-source-libraries-and-python-in-excel-c817c897-41db-40a1-b9f3-d5ffe6d1bf3e</w:t>
        <w:br/>
        <w:t xml:space="preserve">      </w:t>
        <w:br/>
      </w:r>
      <w:r>
        <w:rPr>
          <w:b w:val="0"/>
          <w:i w:val="0"/>
        </w:rPr>
        <w:t xml:space="preserve"> .</w:t>
      </w:r>
    </w:p>
    <w:p>
      <w:pPr>
        <w:spacing w:after="80"/>
      </w:pPr>
      <w:r>
        <w:rPr>
          <w:b w:val="0"/>
          <w:i w:val="0"/>
        </w:rPr>
        <w:t xml:space="preserve">Ví dụ, nếu bạn muốn tạo một hash từ một giá trị trong ô </w:t>
      </w:r>
      <w:r>
        <w:rPr>
          <w:rFonts w:ascii="Consolas" w:hAnsi="Consolas"/>
          <w:b w:val="0"/>
          <w:i w:val="0"/>
          <w:sz w:val="20"/>
        </w:rPr>
        <w:br/>
        <w:br/>
        <w:t xml:space="preserve">      D3</w:t>
        <w:br/>
        <w:t xml:space="preserve">     </w:t>
        <w:br/>
      </w:r>
      <w:r>
        <w:rPr>
          <w:b w:val="0"/>
          <w:i w:val="0"/>
        </w:rPr>
        <w:t xml:space="preserve"> , bằng cách dùng </w:t>
      </w:r>
      <w:r>
        <w:rPr>
          <w:rFonts w:ascii="Consolas" w:hAnsi="Consolas"/>
          <w:b w:val="0"/>
          <w:i w:val="0"/>
          <w:sz w:val="20"/>
        </w:rPr>
        <w:br/>
        <w:br/>
        <w:t xml:space="preserve">      hashlib</w:t>
        <w:br/>
        <w:t xml:space="preserve">     </w:t>
        <w:br/>
      </w:r>
      <w:r>
        <w:rPr>
          <w:b w:val="0"/>
          <w:i w:val="0"/>
        </w:rPr>
        <w:t xml:space="preserve"> (được bao gồm trong thư viện chuẩn), bạn có thể làm như sau</w:t>
      </w:r>
    </w:p>
    <w:p>
      <w:pPr>
        <w:spacing w:after="0"/>
        <w:ind w:left="360"/>
        <w:shd w:val="clear" w:color="auto" w:fill="F2F2F2"/>
      </w:pPr>
      <w:r>
        <w:rPr>
          <w:rFonts w:ascii="Consolas" w:hAnsi="Consolas"/>
          <w:sz w:val="18"/>
        </w:rPr>
        <w:t>import hashlib</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m = hashlib.sha256()</w:t>
      </w:r>
    </w:p>
    <w:p>
      <w:pPr>
        <w:spacing w:after="0"/>
        <w:ind w:left="360"/>
        <w:shd w:val="clear" w:color="auto" w:fill="F2F2F2"/>
      </w:pPr>
      <w:r>
        <w:rPr>
          <w:rFonts w:ascii="Consolas" w:hAnsi="Consolas"/>
          <w:sz w:val="18"/>
        </w:rPr>
        <w:t>m.update(xl("D3").encode())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m.hexdigest()</w:t>
      </w:r>
    </w:p>
    <w:p>
      <w:pPr>
        <w:spacing w:after="40"/>
      </w:pPr>
    </w:p>
    <w:p>
      <w:pPr>
        <w:spacing w:after="80"/>
      </w:pPr>
      <w:r>
        <w:rPr>
          <w:b w:val="0"/>
          <w:i w:val="0"/>
        </w:rPr>
        <w:t>Hãy nhớ rằng giá trị được trả về bởi dòng cuối cùng sẽ là giá trị được hiển thị trong ô. (Trong trường hợp này là hexdigest.)</w:t>
      </w:r>
    </w:p>
    <w:p>
      <w:pPr>
        <w:spacing w:after="80"/>
      </w:pPr>
      <w:r>
        <w:rPr>
          <w:b w:val="0"/>
          <w:i w:val="0"/>
        </w:rPr>
        <w:t xml:space="preserve">Xem tài liệu đầy đủ về Python trong Excel trên trang web Microsoft: </w:t>
      </w:r>
      <w:r>
        <w:rPr>
          <w:rFonts w:ascii="Consolas" w:hAnsi="Consolas"/>
          <w:b w:val="0"/>
          <w:i w:val="0"/>
          <w:sz w:val="20"/>
        </w:rPr>
        <w:br/>
        <w:br/>
        <w:t xml:space="preserve">       https://support.microsoft.com/en-us/office/introduction-to-python-in-excel-55643c2e-ff56-4168-b1ce-9428c8308545</w:t>
        <w:br/>
        <w:t xml:space="preserve">      </w:t>
        <w:br/>
      </w:r>
      <w:r>
        <w:rPr>
          <w:b w:val="0"/>
          <w:i w:val="0"/>
        </w:rPr>
        <w:t xml:space="preserve"> .</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Xử lý dữ liệu với </w:t>
      </w:r>
      <w:r>
        <w:rPr>
          <w:b w:val="0"/>
          <w:i w:val="0"/>
        </w:rPr>
        <w:t xml:space="preserve"> </w:t>
      </w:r>
      <w:r>
        <w:rPr>
          <w:b w:val="0"/>
          <w:i/>
        </w:rPr>
        <w:t xml:space="preserve"> Pandas </w:t>
      </w:r>
      <w:r>
        <w:rPr>
          <w:b w:val="0"/>
          <w:i w:val="0"/>
        </w:rPr>
        <w:t xml:space="preserve"> trong </w:t>
      </w:r>
      <w:r>
        <w:rPr>
          <w:b w:val="0"/>
          <w:i/>
        </w:rPr>
        <w:t xml:space="preserve"> Chương 7 </w:t>
      </w:r>
      <w:r>
        <w:rPr>
          <w:b w:val="0"/>
          <w:i w:val="0"/>
        </w:rPr>
        <w:t xml:space="preserve"> .</w:t>
      </w:r>
    </w:p>
    <w:p>
      <w:pPr>
        <w:spacing w:after="80"/>
        <w:ind w:left="360"/>
      </w:pPr>
      <w:r>
        <w:t xml:space="preserve">• </w:t>
      </w:r>
      <w:r>
        <w:rPr>
          <w:b w:val="0"/>
          <w:i w:val="0"/>
        </w:rPr>
        <w:t xml:space="preserve">Công thức </w:t>
      </w:r>
      <w:r>
        <w:rPr>
          <w:b w:val="0"/>
          <w:i/>
        </w:rPr>
        <w:t xml:space="preserve"> Vẽ </w:t>
      </w:r>
      <w:r>
        <w:rPr>
          <w:b w:val="0"/>
          <w:i w:val="0"/>
        </w:rPr>
        <w:t xml:space="preserve"> </w:t>
      </w:r>
      <w:r>
        <w:rPr>
          <w:b w:val="0"/>
          <w:i/>
        </w:rPr>
        <w:t xml:space="preserve"> một biểu đồ doanh số đơn giản </w:t>
      </w:r>
      <w:r>
        <w:rPr>
          <w:b w:val="0"/>
          <w:i w:val="0"/>
        </w:rPr>
        <w:t xml:space="preserve"> trong </w:t>
      </w:r>
      <w:r>
        <w:rPr>
          <w:b w:val="0"/>
          <w:i/>
        </w:rPr>
        <w:t xml:space="preserve"> Chương 8 </w:t>
      </w:r>
      <w:r>
        <w:rPr>
          <w:b w:val="0"/>
          <w:i w:val="0"/>
        </w:rPr>
        <w:t xml:space="preserve"> .</w:t>
      </w:r>
    </w:p>
    <w:p>
      <w:pPr>
        <w:pStyle w:val="Heading1"/>
      </w:pPr>
      <w:r>
        <w:rPr>
          <w:rFonts w:ascii="Calibri" w:hAnsi="Calibri"/>
          <w:b/>
          <w:i w:val="0"/>
          <w:sz w:val="40"/>
        </w:rPr>
        <w:t>7</w:t>
      </w:r>
    </w:p>
    <w:p>
      <w:pPr>
        <w:pStyle w:val="Heading1"/>
      </w:pPr>
      <w:r>
        <w:rPr>
          <w:rFonts w:ascii="Calibri" w:hAnsi="Calibri"/>
          <w:b/>
          <w:i w:val="0"/>
          <w:sz w:val="40"/>
        </w:rPr>
        <w:t>Làm sạch và Xử lý Dữ liệu</w:t>
      </w:r>
    </w:p>
    <w:p>
      <w:pPr>
        <w:spacing w:after="80"/>
      </w:pPr>
      <w:r>
        <w:rPr>
          <w:b w:val="0"/>
          <w:i w:val="0"/>
        </w:rPr>
        <w:t>Một số tác vụ tự động sẽ cần xử lý lượng dữ liệu lớn. Khi dữ liệu tăng lên, hai vấn đề mới và khác biệt xuất hiện: việc xử lý mất quá nhiều thời gian và các vấn đề về chất lượng dữ liệu đầu vào gây ra nhiều rắc rối hơn.</w:t>
      </w:r>
    </w:p>
    <w:p>
      <w:pPr>
        <w:spacing w:after="80"/>
      </w:pPr>
      <w:r>
        <w:rPr>
          <w:b w:val="0"/>
          <w:i w:val="0"/>
        </w:rPr>
        <w:t>Cả hai vấn đề này đều rất quen thuộc trong lĩnh vực khoa học dữ liệu (data science) khi xử lý lượng lớn dữ liệu, nhưng chúng cũng có thể xuất hiện ngay cả ở quy mô nhỏ hơn.</w:t>
      </w:r>
    </w:p>
    <w:p>
      <w:pPr>
        <w:spacing w:after="80"/>
      </w:pPr>
      <w:r>
        <w:rPr>
          <w:b w:val="0"/>
          <w:i w:val="0"/>
        </w:rPr>
        <w:t>Chất lượng của dữ liệu đầu vào liên quan chặt chẽ đến số lượng nguồn dữ liệu. Nói chung, dữ liệu từ một nguồn duy nhất sẽ nhất quán hơn, nhưng chỉ dùng một nguồn thì lại bị hạn chế. Và ngay cả khi dữ liệu đến từ cùng một nguồn, nó vẫn có thể chứa sự không nhất quán hoặc lỗi.</w:t>
      </w:r>
    </w:p>
    <w:p>
      <w:pPr>
        <w:spacing w:after="80"/>
      </w:pPr>
      <w:r>
        <w:rPr>
          <w:b/>
          <w:i w:val="0"/>
        </w:rPr>
        <w:t>Lưu ý</w:t>
      </w:r>
    </w:p>
    <w:p>
      <w:pPr>
        <w:spacing w:after="80"/>
      </w:pPr>
      <w:r>
        <w:rPr>
          <w:b w:val="0"/>
          <w:i w:val="0"/>
        </w:rPr>
        <w:t>Ví dụ về sự khác biệt bao gồm khác biệt vùng miền, như định dạng ngày tháng hoặc đơn vị tiền tệ khác nhau, thông tin thừa, tên gọi khác nhau cho cùng một khái niệm (bao gồm cả khác biệt chính tả), lỗi đánh máy, chất lượng dữ liệu nói chung kém bao gồm cả lỗi… Danh sách này còn dài!</w:t>
      </w:r>
    </w:p>
    <w:p>
      <w:pPr>
        <w:spacing w:after="80"/>
      </w:pPr>
      <w:r>
        <w:rPr>
          <w:b w:val="0"/>
          <w:i w:val="0"/>
        </w:rPr>
        <w:t>Để so sánh táo với táo (so sánh cùng loại với nhau), dữ liệu đầu vào có lẽ sẽ cần được làm sạch. Đây có thể là một tác vụ khó khăn, đòi hỏi nhiều lần lặp đi lặp lại cho đến khi quy trình làm sạch được tinh chỉnh, đặc biệt nếu dữ liệu thay đổi theo thời gian. Chúng ta sẽ xem xét nhiều kỹ thuật liên quan khác nhau.</w:t>
      </w:r>
    </w:p>
    <w:p>
      <w:pPr>
        <w:spacing w:after="80"/>
      </w:pPr>
      <w:r>
        <w:rPr>
          <w:b w:val="0"/>
          <w:i w:val="0"/>
        </w:rPr>
        <w:t>Với một số trường hợp tự động, thời gian không phải là vấn đề. Đối với một chương trình gửi email tự động chạy nền, soạn và gửi email cập nhật hàng ngày vào ban đêm để đọc vào đầu ngày, việc nó mất hai giờ hay hai phút đều không quan trọng. Nhưng nếu ai đó đang chủ động chờ kết quả, một quy trình mất quá nhiều thời gian có thể cực kỳ kém hiệu quả.</w:t>
      </w:r>
    </w:p>
    <w:p>
      <w:pPr>
        <w:spacing w:after="80"/>
      </w:pPr>
      <w:r>
        <w:rPr>
          <w:b w:val="0"/>
          <w:i w:val="0"/>
        </w:rPr>
        <w:t>Trong khi việc phát triển và kiểm thử mã đang diễn ra, việc chờ đợi quá trình xử lý dữ liệu hoàn tất là rất quan trọng, vì nó không chỉ tiêu tốn thời gian lẽ ra có thể dùng để phát triển tính năng mà còn phá hủy sự tập trung và chú ý — những yếu tố then chốt của quá trình phát triển.</w:t>
      </w:r>
    </w:p>
    <w:p>
      <w:pPr>
        <w:spacing w:after="80"/>
      </w:pPr>
      <w:r>
        <w:rPr>
          <w:b w:val="0"/>
          <w:i w:val="0"/>
        </w:rPr>
        <w:t>Có một số mẹo và kỹ thuật để tăng tốc thực thi mã. Hai cách chính là: tránh thực hiện cùng một thao tác nhiều lần; và song song hóa tác vụ bằng cách chia nó thành các phần nhỏ hơn có thể chạy cùng lúc.</w:t>
      </w:r>
    </w:p>
    <w:p>
      <w:pPr>
        <w:spacing w:after="80"/>
      </w:pPr>
      <w:r>
        <w:rPr>
          <w:b/>
          <w:i w:val="0"/>
        </w:rPr>
        <w:t>Mẹo</w:t>
      </w:r>
    </w:p>
    <w:p>
      <w:pPr>
        <w:spacing w:after="80"/>
      </w:pPr>
      <w:r>
        <w:rPr>
          <w:b w:val="0"/>
          <w:i w:val="0"/>
        </w:rPr>
        <w:t>Lời khuyên chung tốt nhất về cách giảm thời gian thực hiện các tác vụ trên máy tính là học khoa học máy tính (computer science), đặc biệt là thuật toán (algorithms) và cấu trúc dữ liệu (data structures). Điều này nằm ngoài phạm vi của cuốn sách này, và có thể là một hành trình dài. GenAI có thể giúp bạn, nhưng đừng ngại nhờ một lập trình viên đồng nghiệp giúp đỡ nhé! Kể cả trên mạng cũng được!</w:t>
      </w:r>
    </w:p>
    <w:p>
      <w:pPr>
        <w:spacing w:after="80"/>
      </w:pPr>
      <w:r>
        <w:rPr>
          <w:b w:val="0"/>
          <w:i/>
        </w:rPr>
        <w:t>Chương 3</w:t>
      </w:r>
      <w:r>
        <w:rPr>
          <w:b w:val="0"/>
          <w:i w:val="0"/>
        </w:rPr>
        <w:t xml:space="preserve">, </w:t>
      </w:r>
      <w:r>
        <w:rPr>
          <w:b w:val="0"/>
          <w:i/>
        </w:rPr>
        <w:t>Xây dựng ứng dụng thu thập dữ liệu web đầu tiên của bạn</w:t>
      </w:r>
      <w:r>
        <w:rPr>
          <w:b w:val="0"/>
          <w:i w:val="0"/>
        </w:rPr>
        <w:t xml:space="preserve">, đã giới thiệu về song song hóa mã như một phần của công thức </w:t>
      </w:r>
      <w:r>
        <w:rPr>
          <w:b w:val="0"/>
          <w:i/>
        </w:rPr>
        <w:t>Tăng tốc thu thập dữ liệu web</w:t>
      </w:r>
      <w:r>
        <w:rPr>
          <w:b w:val="0"/>
          <w:i w:val="0"/>
        </w:rPr>
        <w:t>. Chúng ta sẽ tiếp tục với khái niệm này trong chương này.</w:t>
      </w:r>
    </w:p>
    <w:p>
      <w:pPr>
        <w:spacing w:after="80"/>
      </w:pPr>
      <w:r>
        <w:rPr>
          <w:b w:val="0"/>
          <w:i w:val="0"/>
        </w:rPr>
        <w:t>Trong chương này, chúng ta sẽ đề cập đến các công thức sau:</w:t>
      </w:r>
    </w:p>
    <w:p>
      <w:pPr>
        <w:spacing w:after="80"/>
        <w:ind w:left="360"/>
      </w:pPr>
      <w:r>
        <w:t xml:space="preserve">• </w:t>
      </w:r>
      <w:r>
        <w:rPr>
          <w:b w:val="0"/>
          <w:i w:val="0"/>
        </w:rPr>
        <w:t>Chuẩn bị bảng tính CSV</w:t>
      </w:r>
    </w:p>
    <w:p>
      <w:pPr>
        <w:spacing w:after="80"/>
        <w:ind w:left="360"/>
      </w:pPr>
      <w:r>
        <w:t xml:space="preserve">• </w:t>
      </w:r>
      <w:r>
        <w:rPr>
          <w:b w:val="0"/>
          <w:i w:val="0"/>
        </w:rPr>
        <w:t>Thêm đơn vị tiền tệ dựa trên vị trí</w:t>
      </w:r>
    </w:p>
    <w:p>
      <w:pPr>
        <w:spacing w:after="80"/>
        <w:ind w:left="360"/>
      </w:pPr>
      <w:r>
        <w:t xml:space="preserve">• </w:t>
      </w:r>
      <w:r>
        <w:rPr>
          <w:b w:val="0"/>
          <w:i w:val="0"/>
        </w:rPr>
        <w:t>Chuẩn hóa định dạng ngày tháng</w:t>
      </w:r>
    </w:p>
    <w:p>
      <w:pPr>
        <w:spacing w:after="80"/>
        <w:ind w:left="360"/>
      </w:pPr>
      <w:r>
        <w:t xml:space="preserve">• </w:t>
      </w:r>
      <w:r>
        <w:rPr>
          <w:b w:val="0"/>
          <w:i w:val="0"/>
        </w:rPr>
        <w:t>Chuyển đổi và xác thực dữ liệu trong JSON</w:t>
      </w:r>
    </w:p>
    <w:p>
      <w:pPr>
        <w:spacing w:after="80"/>
        <w:ind w:left="360"/>
      </w:pPr>
      <w:r>
        <w:t xml:space="preserve">• </w:t>
      </w:r>
      <w:r>
        <w:rPr>
          <w:b w:val="0"/>
          <w:i w:val="0"/>
        </w:rPr>
        <w:t>Tổng hợp kết quả</w:t>
      </w:r>
    </w:p>
    <w:p>
      <w:pPr>
        <w:spacing w:after="80"/>
        <w:ind w:left="360"/>
      </w:pPr>
      <w:r>
        <w:t xml:space="preserve">• </w:t>
      </w:r>
      <w:r>
        <w:rPr>
          <w:b w:val="0"/>
          <w:i w:val="0"/>
        </w:rPr>
        <w:t>Xử lý dữ liệu song song</w:t>
      </w:r>
    </w:p>
    <w:p>
      <w:pPr>
        <w:spacing w:after="80"/>
        <w:ind w:left="360"/>
      </w:pPr>
      <w:r>
        <w:t xml:space="preserve">• </w:t>
      </w:r>
      <w:r>
        <w:rPr>
          <w:b w:val="0"/>
          <w:i w:val="0"/>
        </w:rPr>
        <w:t>Xử lý dữ liệu với Pandas</w:t>
      </w:r>
    </w:p>
    <w:p>
      <w:pPr>
        <w:spacing w:after="80"/>
      </w:pPr>
      <w:r>
        <w:rPr>
          <w:b w:val="0"/>
          <w:i w:val="0"/>
        </w:rPr>
        <w:t>Hãy bắt đầu bằng việc chuẩn bị thông tin cơ bản trong một tệp dạng bảng.</w:t>
      </w:r>
    </w:p>
    <w:p>
      <w:pPr>
        <w:pStyle w:val="Heading2"/>
      </w:pPr>
      <w:r>
        <w:rPr>
          <w:rFonts w:ascii="Calibri" w:hAnsi="Calibri"/>
          <w:b/>
          <w:i w:val="0"/>
          <w:sz w:val="32"/>
        </w:rPr>
        <w:t>Yêu cầu kỹ thuật</w:t>
      </w:r>
    </w:p>
    <w:p>
      <w:pPr>
        <w:spacing w:after="80"/>
      </w:pPr>
      <w:r>
        <w:rPr>
          <w:b w:val="0"/>
          <w:i w:val="0"/>
        </w:rPr>
        <w:t xml:space="preserve">Bạn có thể kiểm tra mã được trình bày trong chương này tại kho GitHub ở </w:t>
      </w:r>
      <w:r>
        <w:rPr>
          <w:rFonts w:ascii="Consolas" w:hAnsi="Consolas"/>
          <w:b w:val="0"/>
          <w:i w:val="0"/>
          <w:sz w:val="20"/>
        </w:rPr>
        <w:br/>
        <w:br/>
        <w:t xml:space="preserve">       https://github.com/PacktPublishing/Python-Automation-Cookbook-Third-Edition/tree/main/ch07</w:t>
        <w:br/>
        <w:t xml:space="preserve">      </w:t>
        <w:br/>
      </w:r>
      <w:r>
        <w:rPr>
          <w:b w:val="0"/>
          <w:i w:val="0"/>
        </w:rPr>
        <w:t>.</w:t>
      </w:r>
    </w:p>
    <w:p>
      <w:pPr>
        <w:pStyle w:val="Heading2"/>
      </w:pPr>
      <w:r>
        <w:rPr>
          <w:rFonts w:ascii="Calibri" w:hAnsi="Calibri"/>
          <w:b/>
          <w:i w:val="0"/>
          <w:sz w:val="32"/>
        </w:rPr>
        <w:t>Chuẩn bị bảng tính CSV</w:t>
      </w:r>
    </w:p>
    <w:p>
      <w:pPr>
        <w:spacing w:after="80"/>
      </w:pPr>
      <w:r>
        <w:rPr>
          <w:b w:val="0"/>
          <w:i w:val="0"/>
        </w:rPr>
        <w:t>Như chúng ta đã thấy trong chương trước, tệp CSV là các tệp chứa dữ liệu dạng bảng được định nghĩa như một tập hợp các hàng với các cột được xác định, phân tách bằng dấu phẩy. Chúng là một định dạng rất phổ biến cho mọi loại dữ liệu. Trong công thức này, chúng ta sẽ xem cách trích xuất dữ liệu từ các tệp log và lưu trữ thông tin vào một tệp CSV.</w:t>
      </w:r>
    </w:p>
    <w:p>
      <w:pPr>
        <w:pStyle w:val="Heading3"/>
      </w:pPr>
      <w:r>
        <w:rPr>
          <w:rFonts w:ascii="Calibri" w:hAnsi="Calibri"/>
          <w:b/>
          <w:i w:val="0"/>
          <w:sz w:val="26"/>
        </w:rPr>
        <w:t>Chuẩn bị</w:t>
      </w:r>
    </w:p>
    <w:p>
      <w:pPr>
        <w:spacing w:after="80"/>
      </w:pPr>
      <w:r>
        <w:rPr>
          <w:b w:val="0"/>
          <w:i w:val="0"/>
        </w:rPr>
        <w:t xml:space="preserve">Chúng ta sẽ sử dụng định dạng log tương tự như định dạng được giới thiệu trong công thức </w:t>
      </w:r>
      <w:r>
        <w:rPr>
          <w:b w:val="0"/>
          <w:i/>
        </w:rPr>
        <w:t>Trích xuất dữ liệu từ chuỗi có cấu trúc</w:t>
      </w:r>
      <w:r>
        <w:rPr>
          <w:b w:val="0"/>
          <w:i w:val="0"/>
        </w:rPr>
        <w:t xml:space="preserve"> trong </w:t>
      </w:r>
      <w:r>
        <w:rPr>
          <w:b w:val="0"/>
          <w:i/>
        </w:rPr>
        <w:t>Chương 1</w:t>
      </w:r>
      <w:r>
        <w:rPr>
          <w:b w:val="0"/>
          <w:i w:val="0"/>
        </w:rPr>
        <w:t xml:space="preserve">, </w:t>
      </w:r>
      <w:r>
        <w:rPr>
          <w:b w:val="0"/>
          <w:i/>
        </w:rPr>
        <w:t>Hãy bắt đầu hành trình tự động hóa của chúng ta</w:t>
      </w:r>
      <w:r>
        <w:rPr>
          <w:b w:val="0"/>
          <w:i w:val="0"/>
        </w:rPr>
        <w:t>:</w:t>
      </w:r>
    </w:p>
    <w:p>
      <w:pPr>
        <w:spacing w:after="0"/>
        <w:ind w:left="360"/>
        <w:shd w:val="clear" w:color="auto" w:fill="F2F2F2"/>
      </w:pPr>
      <w:r>
        <w:rPr>
          <w:rFonts w:ascii="Consolas" w:hAnsi="Consolas"/>
          <w:sz w:val="18"/>
        </w:rPr>
        <w:t>[&lt;Timestamp&gt;] - SALE - PRODUCT: &lt;product id&gt; - PRICE: &lt;price&gt;</w:t>
      </w:r>
    </w:p>
    <w:p>
      <w:pPr>
        <w:spacing w:after="40"/>
      </w:pPr>
    </w:p>
    <w:p>
      <w:pPr>
        <w:spacing w:after="80"/>
      </w:pPr>
      <w:r>
        <w:rPr>
          <w:b w:val="0"/>
          <w:i w:val="0"/>
        </w:rPr>
        <w:t>Mỗi dòng sẽ đại diện cho một bản ghi nhật ký bán hàng.</w:t>
      </w:r>
    </w:p>
    <w:p>
      <w:pPr>
        <w:spacing w:after="80"/>
      </w:pPr>
      <w:r>
        <w:rPr>
          <w:b w:val="0"/>
          <w:i w:val="0"/>
        </w:rPr>
        <w:t xml:space="preserve">Chúng ta sẽ dùng một bộ phân tích nhật ký (parser) đã được điều chỉnh, dựa trên tệp </w:t>
      </w:r>
      <w:r>
        <w:rPr>
          <w:rFonts w:ascii="Consolas" w:hAnsi="Consolas"/>
          <w:b w:val="0"/>
          <w:i w:val="0"/>
          <w:sz w:val="20"/>
        </w:rPr>
        <w:br/>
        <w:br/>
        <w:t xml:space="preserve">      price_log.py</w:t>
        <w:br/>
        <w:t xml:space="preserve">     </w:t>
        <w:br/>
      </w:r>
      <w:r>
        <w:rPr>
          <w:b w:val="0"/>
          <w:i w:val="0"/>
        </w:rPr>
        <w:t xml:space="preserve"> được tạo trong công thức </w:t>
      </w:r>
      <w:r>
        <w:rPr>
          <w:b w:val="0"/>
          <w:i/>
        </w:rPr>
        <w:t xml:space="preserve"> Trích xuất dữ liệu từ chuỗi có cấu trúc </w:t>
      </w:r>
      <w:r>
        <w:rPr>
          <w:b w:val="0"/>
          <w:i w:val="0"/>
        </w:rPr>
        <w:t xml:space="preserve">. Để làm được điều này, chúng ta cần mô-đun </w:t>
      </w:r>
      <w:r>
        <w:rPr>
          <w:rFonts w:ascii="Consolas" w:hAnsi="Consolas"/>
          <w:b w:val="0"/>
          <w:i w:val="0"/>
          <w:sz w:val="20"/>
        </w:rPr>
        <w:br/>
        <w:br/>
        <w:t xml:space="preserve">      parse</w:t>
        <w:br/>
        <w:t xml:space="preserve">     </w:t>
        <w:br/>
      </w:r>
      <w:r>
        <w:rPr>
          <w:b w:val="0"/>
          <w:i w:val="0"/>
        </w:rPr>
        <w:t xml:space="preserve">. Chúng ta nên cài đặt mô-đun này và thêm nó vào tệp </w:t>
      </w:r>
      <w:r>
        <w:rPr>
          <w:rFonts w:ascii="Consolas" w:hAnsi="Consolas"/>
          <w:b w:val="0"/>
          <w:i w:val="0"/>
          <w:sz w:val="20"/>
        </w:rPr>
        <w:br/>
        <w:br/>
        <w:t xml:space="preserve">      requirements.txt</w:t>
        <w:br/>
        <w:t xml:space="preserve">     </w:t>
        <w:br/>
      </w:r>
      <w:r>
        <w:rPr>
          <w:b w:val="0"/>
          <w:i w:val="0"/>
        </w:rPr>
        <w:t xml:space="preserve"> như sau:</w:t>
      </w:r>
    </w:p>
    <w:p>
      <w:pPr>
        <w:spacing w:after="0"/>
        <w:ind w:left="360"/>
        <w:shd w:val="clear" w:color="auto" w:fill="F2F2F2"/>
      </w:pPr>
      <w:r>
        <w:rPr>
          <w:rFonts w:ascii="Consolas" w:hAnsi="Consolas"/>
          <w:sz w:val="18"/>
        </w:rPr>
        <w:t>$ echo "parse==1.20.2" &gt;&gt; requirements.txt</w:t>
      </w:r>
    </w:p>
    <w:p>
      <w:pPr>
        <w:spacing w:after="0"/>
        <w:ind w:left="360"/>
        <w:shd w:val="clear" w:color="auto" w:fill="F2F2F2"/>
      </w:pPr>
      <w:r>
        <w:rPr>
          <w:rFonts w:ascii="Consolas" w:hAnsi="Consolas"/>
          <w:sz w:val="18"/>
        </w:rPr>
        <w:t>$ uv pip install -r requirements.txt</w:t>
      </w:r>
    </w:p>
    <w:p>
      <w:pPr>
        <w:spacing w:after="40"/>
      </w:pPr>
    </w:p>
    <w:p>
      <w:pPr>
        <w:spacing w:after="80"/>
      </w:pPr>
      <w:r>
        <w:rPr>
          <w:b w:val="0"/>
          <w:i w:val="0"/>
        </w:rPr>
        <w:t>Trong kho GitHub có một số tệp nhật ký cần xử lý với cấu trúc như sau:</w:t>
      </w:r>
    </w:p>
    <w:p>
      <w:pPr>
        <w:spacing w:after="0"/>
        <w:ind w:left="360"/>
        <w:shd w:val="clear" w:color="auto" w:fill="F2F2F2"/>
      </w:pPr>
      <w:r>
        <w:rPr>
          <w:rFonts w:ascii="Consolas" w:hAnsi="Consolas"/>
          <w:sz w:val="18"/>
        </w:rPr>
        <w:t>sale_logs/</w:t>
      </w:r>
    </w:p>
    <w:p>
      <w:pPr>
        <w:spacing w:after="0"/>
        <w:ind w:left="360"/>
        <w:shd w:val="clear" w:color="auto" w:fill="F2F2F2"/>
      </w:pPr>
      <w:r>
        <w:rPr>
          <w:rFonts w:ascii="Consolas" w:hAnsi="Consolas"/>
          <w:sz w:val="18"/>
        </w:rPr>
        <w:t xml:space="preserve">  OH</w:t>
      </w:r>
    </w:p>
    <w:p>
      <w:pPr>
        <w:spacing w:after="0"/>
        <w:ind w:left="360"/>
        <w:shd w:val="clear" w:color="auto" w:fill="F2F2F2"/>
      </w:pPr>
      <w:r>
        <w:rPr>
          <w:rFonts w:ascii="Consolas" w:hAnsi="Consolas"/>
          <w:sz w:val="18"/>
        </w:rPr>
        <w:t xml:space="preserve">    logs.txt</w:t>
      </w:r>
    </w:p>
    <w:p>
      <w:pPr>
        <w:spacing w:after="0"/>
        <w:ind w:left="360"/>
        <w:shd w:val="clear" w:color="auto" w:fill="F2F2F2"/>
      </w:pPr>
      <w:r>
        <w:rPr>
          <w:rFonts w:ascii="Consolas" w:hAnsi="Consolas"/>
          <w:sz w:val="18"/>
        </w:rPr>
        <w:t xml:space="preserve">  ON</w:t>
      </w:r>
    </w:p>
    <w:p>
      <w:pPr>
        <w:spacing w:after="0"/>
        <w:ind w:left="360"/>
        <w:shd w:val="clear" w:color="auto" w:fill="F2F2F2"/>
      </w:pPr>
      <w:r>
        <w:rPr>
          <w:rFonts w:ascii="Consolas" w:hAnsi="Consolas"/>
          <w:sz w:val="18"/>
        </w:rPr>
        <w:t xml:space="preserve">    logs.txt</w:t>
      </w:r>
    </w:p>
    <w:p>
      <w:pPr>
        <w:spacing w:after="40"/>
      </w:pPr>
    </w:p>
    <w:p>
      <w:pPr>
        <w:spacing w:after="80"/>
      </w:pPr>
      <w:r>
        <w:rPr>
          <w:b w:val="0"/>
          <w:i w:val="0"/>
        </w:rPr>
        <w:t xml:space="preserve">Mã nguồn có thể tìm thấy trong kho GitHub tại </w:t>
      </w:r>
      <w:r>
        <w:rPr>
          <w:rFonts w:ascii="Consolas" w:hAnsi="Consolas"/>
          <w:b w:val="0"/>
          <w:i w:val="0"/>
          <w:sz w:val="20"/>
        </w:rPr>
        <w:br/>
        <w:br/>
        <w:t xml:space="preserve">       https://github.com/PacktPublishing/Python-Automation-Cookbook-Third-Edition/tree/main/ch07</w:t>
        <w:br/>
        <w:t xml:space="preserve">      </w:t>
        <w:br/>
      </w:r>
      <w:r>
        <w:rPr>
          <w:b w:val="0"/>
          <w:i w:val="0"/>
        </w:rPr>
        <w:t xml:space="preserve"> .</w:t>
      </w:r>
    </w:p>
    <w:p>
      <w:pPr>
        <w:pStyle w:val="Heading3"/>
      </w:pPr>
      <w:r>
        <w:rPr>
          <w:rFonts w:ascii="Calibri" w:hAnsi="Calibri"/>
          <w:b/>
          <w:i w:val="0"/>
          <w:sz w:val="26"/>
        </w:rPr>
        <w:t>Cách thực hiện...</w:t>
      </w:r>
    </w:p>
    <w:p>
      <w:pPr>
        <w:spacing w:after="80"/>
        <w:ind w:left="360"/>
      </w:pPr>
      <w:r>
        <w:t xml:space="preserve">1. </w:t>
      </w:r>
      <w:r>
        <w:rPr>
          <w:b w:val="0"/>
          <w:i w:val="0"/>
        </w:rPr>
        <w:t xml:space="preserve">Kiểm tra nội dung của tệp </w:t>
      </w:r>
      <w:r>
        <w:rPr>
          <w:rFonts w:ascii="Consolas" w:hAnsi="Consolas"/>
          <w:b w:val="0"/>
          <w:i w:val="0"/>
          <w:sz w:val="20"/>
        </w:rPr>
        <w:br/>
        <w:br/>
        <w:t xml:space="preserve">       sale_logs/OH/logs.txt</w:t>
        <w:br/>
        <w:t xml:space="preserve">      </w:t>
        <w:br/>
      </w:r>
      <w:r>
        <w:rPr>
          <w:b w:val="0"/>
          <w:i w:val="0"/>
        </w:rPr>
        <w:t>:</w:t>
      </w:r>
    </w:p>
    <w:p>
      <w:pPr>
        <w:spacing w:after="0"/>
        <w:ind w:left="360"/>
        <w:shd w:val="clear" w:color="auto" w:fill="F2F2F2"/>
      </w:pPr>
      <w:r>
        <w:rPr>
          <w:rFonts w:ascii="Consolas" w:hAnsi="Consolas"/>
          <w:sz w:val="18"/>
        </w:rPr>
        <w:t>$ head sale_logs/OH/logs.txt</w:t>
      </w:r>
    </w:p>
    <w:p>
      <w:pPr>
        <w:spacing w:after="0"/>
        <w:ind w:left="360"/>
        <w:shd w:val="clear" w:color="auto" w:fill="F2F2F2"/>
      </w:pPr>
      <w:r>
        <w:rPr>
          <w:rFonts w:ascii="Consolas" w:hAnsi="Consolas"/>
          <w:sz w:val="18"/>
        </w:rPr>
        <w:t>[08-27-2025 18:39:41] - SALE - PRODUCT: 12346 - PRICE: 02.99</w:t>
      </w:r>
    </w:p>
    <w:p>
      <w:pPr>
        <w:spacing w:after="0"/>
        <w:ind w:left="360"/>
        <w:shd w:val="clear" w:color="auto" w:fill="F2F2F2"/>
      </w:pPr>
      <w:r>
        <w:rPr>
          <w:rFonts w:ascii="Consolas" w:hAnsi="Consolas"/>
          <w:sz w:val="18"/>
        </w:rPr>
        <w:t>[08-27-2025 19:39:41] - SALE - PRODUCT: 12346 - PRICE: 02.99</w:t>
      </w:r>
    </w:p>
    <w:p>
      <w:pPr>
        <w:spacing w:after="0"/>
        <w:ind w:left="360"/>
        <w:shd w:val="clear" w:color="auto" w:fill="F2F2F2"/>
      </w:pPr>
      <w:r>
        <w:rPr>
          <w:rFonts w:ascii="Consolas" w:hAnsi="Consolas"/>
          <w:sz w:val="18"/>
        </w:rPr>
        <w:t>[08-27-2025 20:39:41] - SALE - PRODUCT: 12346 - PRICE: 02.99</w:t>
      </w:r>
    </w:p>
    <w:p>
      <w:pPr>
        <w:spacing w:after="0"/>
        <w:ind w:left="360"/>
        <w:shd w:val="clear" w:color="auto" w:fill="F2F2F2"/>
      </w:pPr>
      <w:r>
        <w:rPr>
          <w:rFonts w:ascii="Consolas" w:hAnsi="Consolas"/>
          <w:sz w:val="18"/>
        </w:rPr>
        <w:t>[08-27-2025 21:39:41] - SALE - PRODUCT: 12346 - PRICE: 02.99</w:t>
      </w:r>
    </w:p>
    <w:p>
      <w:pPr>
        <w:spacing w:after="0"/>
        <w:ind w:left="360"/>
        <w:shd w:val="clear" w:color="auto" w:fill="F2F2F2"/>
      </w:pPr>
      <w:r>
        <w:rPr>
          <w:rFonts w:ascii="Consolas" w:hAnsi="Consolas"/>
          <w:sz w:val="18"/>
        </w:rPr>
        <w:t>[08-27-2025 22:39:41] - SALE - PRODUCT: 12345 - PRICE: 09.99</w:t>
      </w:r>
    </w:p>
    <w:p>
      <w:pPr>
        <w:spacing w:after="0"/>
        <w:ind w:left="360"/>
        <w:shd w:val="clear" w:color="auto" w:fill="F2F2F2"/>
      </w:pPr>
      <w:r>
        <w:rPr>
          <w:rFonts w:ascii="Consolas" w:hAnsi="Consolas"/>
          <w:sz w:val="18"/>
        </w:rPr>
        <w:t>[08-27-2025 23:39:41] - SALE - PRODUCT: 12345 - PRICE: 07.99</w:t>
      </w:r>
    </w:p>
    <w:p>
      <w:pPr>
        <w:spacing w:after="0"/>
        <w:ind w:left="360"/>
        <w:shd w:val="clear" w:color="auto" w:fill="F2F2F2"/>
      </w:pPr>
      <w:r>
        <w:rPr>
          <w:rFonts w:ascii="Consolas" w:hAnsi="Consolas"/>
          <w:sz w:val="18"/>
        </w:rPr>
        <w:t>[08-28-2025 00:39:41] - SALE - PRODUCT: 12346 - PRICE: 02.99</w:t>
      </w:r>
    </w:p>
    <w:p>
      <w:pPr>
        <w:spacing w:after="0"/>
        <w:ind w:left="360"/>
        <w:shd w:val="clear" w:color="auto" w:fill="F2F2F2"/>
      </w:pPr>
      <w:r>
        <w:rPr>
          <w:rFonts w:ascii="Consolas" w:hAnsi="Consolas"/>
          <w:sz w:val="18"/>
        </w:rPr>
        <w:t>[08-28-2025 01:39:41] - SALE - PRODUCT: 12346 - PRICE: 02.99</w:t>
      </w:r>
    </w:p>
    <w:p>
      <w:pPr>
        <w:spacing w:after="0"/>
        <w:ind w:left="360"/>
        <w:shd w:val="clear" w:color="auto" w:fill="F2F2F2"/>
      </w:pPr>
      <w:r>
        <w:rPr>
          <w:rFonts w:ascii="Consolas" w:hAnsi="Consolas"/>
          <w:sz w:val="18"/>
        </w:rPr>
        <w:t>[08-28-2025 02:39:41] - SALE - PRODUCT: 12346 - PRICE: 02.99</w:t>
      </w:r>
    </w:p>
    <w:p>
      <w:pPr>
        <w:spacing w:after="0"/>
        <w:ind w:left="360"/>
        <w:shd w:val="clear" w:color="auto" w:fill="F2F2F2"/>
      </w:pPr>
      <w:r>
        <w:rPr>
          <w:rFonts w:ascii="Consolas" w:hAnsi="Consolas"/>
          <w:sz w:val="18"/>
        </w:rPr>
        <w:t>[08-28-2025 03:39:41] - SALE - PRODUCT: 12346 - PRICE: 02.99</w:t>
      </w:r>
    </w:p>
    <w:p>
      <w:pPr>
        <w:spacing w:after="40"/>
      </w:pPr>
    </w:p>
    <w:p>
      <w:pPr>
        <w:spacing w:after="80"/>
        <w:ind w:left="360"/>
      </w:pPr>
      <w:r>
        <w:t xml:space="preserve">2. </w:t>
      </w:r>
      <w:r>
        <w:rPr>
          <w:b w:val="0"/>
          <w:i w:val="0"/>
        </w:rPr>
        <w:t xml:space="preserve">Nhập dữ liệu và chuyển đổi nó thành tệp CSV bằng script </w:t>
      </w:r>
      <w:r>
        <w:rPr>
          <w:rFonts w:ascii="Consolas" w:hAnsi="Consolas"/>
          <w:b w:val="0"/>
          <w:i w:val="0"/>
          <w:sz w:val="20"/>
        </w:rPr>
        <w:br/>
        <w:br/>
        <w:t xml:space="preserve">       logs_to_csv.py</w:t>
        <w:br/>
        <w:t xml:space="preserve">      </w:t>
        <w:br/>
      </w:r>
      <w:r>
        <w:rPr>
          <w:b w:val="0"/>
          <w:i w:val="0"/>
        </w:rPr>
        <w:t>. Script này nhận vị trí làm đầu vào:</w:t>
      </w:r>
    </w:p>
    <w:p>
      <w:pPr>
        <w:spacing w:after="0"/>
        <w:ind w:left="360"/>
        <w:shd w:val="clear" w:color="auto" w:fill="F2F2F2"/>
      </w:pPr>
      <w:r>
        <w:rPr>
          <w:rFonts w:ascii="Consolas" w:hAnsi="Consolas"/>
          <w:sz w:val="18"/>
        </w:rPr>
        <w:t>$ uv run logs_to_csv.py sale_logs/OH/logs.txt output_1_OH.csv -l OH</w:t>
      </w:r>
    </w:p>
    <w:p>
      <w:pPr>
        <w:spacing w:after="40"/>
      </w:pPr>
    </w:p>
    <w:p>
      <w:pPr>
        <w:spacing w:after="80"/>
        <w:ind w:left="360"/>
      </w:pPr>
      <w:r>
        <w:t xml:space="preserve">3. </w:t>
      </w:r>
      <w:r>
        <w:rPr>
          <w:b w:val="0"/>
          <w:i w:val="0"/>
        </w:rPr>
        <w:t>Kiểm tra tệp CSV kết quả trong một bảng tính. Trong ảnh chụp màn hình sau, tệp được hiển thị bằng phần mềm LibreOffice:</w:t>
      </w:r>
    </w:p>
    <w:p>
      <w:pPr>
        <w:jc w:val="center"/>
      </w:pPr>
      <w:r>
        <w:drawing>
          <wp:inline xmlns:a="http://schemas.openxmlformats.org/drawingml/2006/main" xmlns:pic="http://schemas.openxmlformats.org/drawingml/2006/picture">
            <wp:extent cx="5486400" cy="7813474"/>
            <wp:docPr id="51" name="Picture 51"/>
            <wp:cNvGraphicFramePr>
              <a:graphicFrameLocks noChangeAspect="1"/>
            </wp:cNvGraphicFramePr>
            <a:graphic>
              <a:graphicData uri="http://schemas.openxmlformats.org/drawingml/2006/picture">
                <pic:pic>
                  <pic:nvPicPr>
                    <pic:cNvPr id="0" name="B36973_7_1.png"/>
                    <pic:cNvPicPr/>
                  </pic:nvPicPr>
                  <pic:blipFill>
                    <a:blip r:embed="rId55"/>
                    <a:stretch>
                      <a:fillRect/>
                    </a:stretch>
                  </pic:blipFill>
                  <pic:spPr>
                    <a:xfrm>
                      <a:off x="0" y="0"/>
                      <a:ext cx="5486400" cy="7813474"/>
                    </a:xfrm>
                    <a:prstGeom prst="rect"/>
                  </pic:spPr>
                </pic:pic>
              </a:graphicData>
            </a:graphic>
          </wp:inline>
        </w:drawing>
      </w:r>
    </w:p>
    <w:p>
      <w:pPr>
        <w:spacing w:after="160"/>
        <w:jc w:val="center"/>
      </w:pPr>
      <w:r>
        <w:rPr>
          <w:rFonts w:ascii="Calibri" w:hAnsi="Calibri"/>
          <w:b w:val="0"/>
          <w:i/>
          <w:sz w:val="19"/>
        </w:rPr>
        <w:t>Hình 7.1: Ảnh chụp màn hình dữ liệu sản phẩm</w:t>
      </w:r>
    </w:p>
    <w:p>
      <w:pPr>
        <w:spacing w:after="80"/>
      </w:pPr>
      <w:r>
        <w:rPr>
          <w:b w:val="0"/>
          <w:i w:val="0"/>
        </w:rPr>
        <w:t xml:space="preserve">Lưu ý rằng CSV có bao gồm vị trí, được ghi là </w:t>
      </w:r>
      <w:r>
        <w:rPr>
          <w:rFonts w:ascii="Consolas" w:hAnsi="Consolas"/>
          <w:b w:val="0"/>
          <w:i w:val="0"/>
          <w:sz w:val="20"/>
        </w:rPr>
        <w:br/>
        <w:br/>
        <w:t xml:space="preserve">      OH</w:t>
        <w:br/>
        <w:t xml:space="preserve">     </w:t>
        <w:br/>
      </w:r>
      <w:r>
        <w:rPr>
          <w:b w:val="0"/>
          <w:i w:val="0"/>
        </w:rPr>
        <w:t xml:space="preserve"> . Cũng lưu ý định dạng của dấu thời gian (timestamp), nó sao chép y hệt định dạng trong dữ liệu nguồn. Một công thức sau trong chương này sẽ xử lý và chuẩn hóa dấu thời gian.</w:t>
      </w:r>
    </w:p>
    <w:p>
      <w:pPr>
        <w:pStyle w:val="Heading3"/>
      </w:pPr>
      <w:r>
        <w:rPr>
          <w:rFonts w:ascii="Calibri" w:hAnsi="Calibri"/>
          <w:b/>
          <w:i w:val="0"/>
          <w:sz w:val="26"/>
        </w:rPr>
        <w:t>Cách nó hoạt động...</w:t>
      </w:r>
    </w:p>
    <w:p>
      <w:pPr>
        <w:spacing w:after="80"/>
      </w:pPr>
      <w:r>
        <w:rPr>
          <w:b w:val="0"/>
          <w:i w:val="0"/>
        </w:rPr>
        <w:t xml:space="preserve">Hãy cùng xem script </w:t>
      </w:r>
      <w:r>
        <w:rPr>
          <w:rFonts w:ascii="Consolas" w:hAnsi="Consolas"/>
          <w:b w:val="0"/>
          <w:i w:val="0"/>
          <w:sz w:val="20"/>
        </w:rPr>
        <w:br/>
        <w:br/>
        <w:t xml:space="preserve">      logs_to_csv.py</w:t>
        <w:br/>
        <w:t xml:space="preserve">     </w:t>
        <w:br/>
      </w:r>
      <w:r>
        <w:rPr>
          <w:b w:val="0"/>
          <w:i w:val="0"/>
        </w:rPr>
        <w:t xml:space="preserve"> được dùng trong </w:t>
      </w:r>
      <w:r>
        <w:rPr>
          <w:b w:val="0"/>
          <w:i/>
        </w:rPr>
        <w:t xml:space="preserve"> bước 2 </w:t>
      </w:r>
      <w:r>
        <w:rPr>
          <w:b w:val="0"/>
          <w:i w:val="0"/>
        </w:rPr>
        <w:t xml:space="preserve"> .</w:t>
      </w:r>
    </w:p>
    <w:p>
      <w:pPr>
        <w:spacing w:after="80"/>
      </w:pPr>
      <w:r>
        <w:rPr>
          <w:b w:val="0"/>
          <w:i w:val="0"/>
        </w:rPr>
        <w:t xml:space="preserve">Nó nhập từ tệp </w:t>
      </w:r>
      <w:r>
        <w:rPr>
          <w:rFonts w:ascii="Consolas" w:hAnsi="Consolas"/>
          <w:b w:val="0"/>
          <w:i w:val="0"/>
          <w:sz w:val="20"/>
        </w:rPr>
        <w:br/>
        <w:br/>
        <w:t xml:space="preserve">      price_log.py</w:t>
        <w:br/>
        <w:t xml:space="preserve">     </w:t>
        <w:br/>
      </w:r>
      <w:r>
        <w:rPr>
          <w:b w:val="0"/>
          <w:i w:val="0"/>
        </w:rPr>
        <w:t xml:space="preserve">, tệp chứa phần phân tích nhật ký. Đây là mã dựa trên công thức </w:t>
      </w:r>
      <w:r>
        <w:rPr>
          <w:b w:val="0"/>
          <w:i/>
        </w:rPr>
        <w:t xml:space="preserve"> Trích xuất dữ liệu từ chuỗi có cấu trúc </w:t>
      </w:r>
      <w:r>
        <w:rPr>
          <w:b w:val="0"/>
          <w:i w:val="0"/>
        </w:rPr>
        <w:t xml:space="preserve"> trong </w:t>
      </w:r>
      <w:r>
        <w:rPr>
          <w:b w:val="0"/>
          <w:i/>
        </w:rPr>
        <w:t xml:space="preserve"> Chương 1 </w:t>
      </w:r>
      <w:r>
        <w:rPr>
          <w:b w:val="0"/>
          <w:i w:val="0"/>
        </w:rPr>
        <w:t>. Mã này thêm một dòng tiêu đề với tất cả các cột và thêm một cột vị trí. Hãy cùng xem:</w:t>
      </w:r>
    </w:p>
    <w:p>
      <w:pPr>
        <w:spacing w:after="0"/>
        <w:ind w:left="360"/>
        <w:shd w:val="clear" w:color="auto" w:fill="F2F2F2"/>
      </w:pPr>
      <w:r>
        <w:rPr>
          <w:rFonts w:ascii="Consolas" w:hAnsi="Consolas"/>
          <w:sz w:val="18"/>
        </w:rPr>
        <w:t>class PriceLog:</w:t>
      </w:r>
    </w:p>
    <w:p>
      <w:pPr>
        <w:spacing w:after="0"/>
        <w:ind w:left="360"/>
        <w:shd w:val="clear" w:color="auto" w:fill="F2F2F2"/>
      </w:pPr>
      <w:r>
        <w:rPr>
          <w:rFonts w:ascii="Consolas" w:hAnsi="Consolas"/>
          <w:sz w:val="18"/>
        </w:rPr>
        <w:t xml:space="preserve">    def __init__(self, location, timestamp, product_id, price):</w:t>
      </w:r>
    </w:p>
    <w:p>
      <w:pPr>
        <w:spacing w:after="0"/>
        <w:ind w:left="360"/>
        <w:shd w:val="clear" w:color="auto" w:fill="F2F2F2"/>
      </w:pPr>
      <w:r>
        <w:rPr>
          <w:rFonts w:ascii="Consolas" w:hAnsi="Consolas"/>
          <w:sz w:val="18"/>
        </w:rPr>
        <w:t xml:space="preserve">        self.timestamp = timestamp</w:t>
      </w:r>
    </w:p>
    <w:p>
      <w:pPr>
        <w:spacing w:after="0"/>
        <w:ind w:left="360"/>
        <w:shd w:val="clear" w:color="auto" w:fill="F2F2F2"/>
      </w:pPr>
      <w:r>
        <w:rPr>
          <w:rFonts w:ascii="Consolas" w:hAnsi="Consolas"/>
          <w:sz w:val="18"/>
        </w:rPr>
        <w:t xml:space="preserve">        self.product_id = product_id</w:t>
      </w:r>
    </w:p>
    <w:p>
      <w:pPr>
        <w:spacing w:after="0"/>
        <w:ind w:left="360"/>
        <w:shd w:val="clear" w:color="auto" w:fill="F2F2F2"/>
      </w:pPr>
      <w:r>
        <w:rPr>
          <w:rFonts w:ascii="Consolas" w:hAnsi="Consolas"/>
          <w:sz w:val="18"/>
        </w:rPr>
        <w:t xml:space="preserve">        self.price = price</w:t>
      </w:r>
    </w:p>
    <w:p>
      <w:pPr>
        <w:spacing w:after="0"/>
        <w:ind w:left="360"/>
        <w:shd w:val="clear" w:color="auto" w:fill="F2F2F2"/>
      </w:pPr>
      <w:r>
        <w:rPr>
          <w:rFonts w:ascii="Consolas" w:hAnsi="Consolas"/>
          <w:sz w:val="18"/>
        </w:rPr>
        <w:t xml:space="preserve">        self.location = location</w:t>
      </w:r>
    </w:p>
    <w:p>
      <w:pPr>
        <w:spacing w:after="0"/>
        <w:ind w:left="360"/>
        <w:shd w:val="clear" w:color="auto" w:fill="F2F2F2"/>
      </w:pPr>
      <w:r>
        <w:rPr>
          <w:rFonts w:ascii="Consolas" w:hAnsi="Consolas"/>
          <w:sz w:val="18"/>
        </w:rPr>
        <w:t xml:space="preserve"> @classmethod</w:t>
      </w:r>
    </w:p>
    <w:p>
      <w:pPr>
        <w:spacing w:after="0"/>
        <w:ind w:left="360"/>
        <w:shd w:val="clear" w:color="auto" w:fill="F2F2F2"/>
      </w:pPr>
      <w:r>
        <w:rPr>
          <w:rFonts w:ascii="Consolas" w:hAnsi="Consolas"/>
          <w:sz w:val="18"/>
        </w:rPr>
        <w:t>def parse(cls, location, text_log):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Parse from a text log with the format</w:t>
      </w:r>
    </w:p>
    <w:p>
      <w:pPr>
        <w:spacing w:after="0"/>
        <w:ind w:left="360"/>
        <w:shd w:val="clear" w:color="auto" w:fill="F2F2F2"/>
      </w:pPr>
      <w:r>
        <w:rPr>
          <w:rFonts w:ascii="Consolas" w:hAnsi="Consolas"/>
          <w:sz w:val="18"/>
        </w:rPr>
        <w:t xml:space="preserve">        [&lt;Timestamp&gt;] - SALE - PRODUCT: &lt;product id&gt; - PRICE: &lt;price&gt;</w:t>
      </w:r>
    </w:p>
    <w:p>
      <w:pPr>
        <w:spacing w:after="0"/>
        <w:ind w:left="360"/>
        <w:shd w:val="clear" w:color="auto" w:fill="F2F2F2"/>
      </w:pPr>
      <w:r>
        <w:rPr>
          <w:rFonts w:ascii="Consolas" w:hAnsi="Consolas"/>
          <w:sz w:val="18"/>
        </w:rPr>
        <w:t xml:space="preserve">        to a PriceLog object</w:t>
      </w:r>
    </w:p>
    <w:p>
      <w:pPr>
        <w:spacing w:after="0"/>
        <w:ind w:left="360"/>
        <w:shd w:val="clear" w:color="auto" w:fill="F2F2F2"/>
      </w:pPr>
      <w:r>
        <w:rPr>
          <w:rFonts w:ascii="Consolas" w:hAnsi="Consolas"/>
          <w:sz w:val="18"/>
        </w:rPr>
        <w:t xml:space="preserve">        It requires a location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price(string):</w:t>
      </w:r>
    </w:p>
    <w:p>
      <w:pPr>
        <w:spacing w:after="0"/>
        <w:ind w:left="360"/>
        <w:shd w:val="clear" w:color="auto" w:fill="F2F2F2"/>
      </w:pPr>
      <w:r>
        <w:rPr>
          <w:rFonts w:ascii="Consolas" w:hAnsi="Consolas"/>
          <w:sz w:val="18"/>
        </w:rPr>
        <w:t xml:space="preserve">            return Decimal(string)</w:t>
      </w:r>
    </w:p>
    <w:p>
      <w:pPr>
        <w:spacing w:after="0"/>
        <w:ind w:left="360"/>
        <w:shd w:val="clear" w:color="auto" w:fill="F2F2F2"/>
      </w:pPr>
      <w:r>
        <w:rPr>
          <w:rFonts w:ascii="Consolas" w:hAnsi="Consolas"/>
          <w:sz w:val="18"/>
        </w:rPr>
        <w:t xml:space="preserve">        FORMAT = ('[{timestamp}] - SALE - PRODUCT: {product:d} - '</w:t>
      </w:r>
    </w:p>
    <w:p>
      <w:pPr>
        <w:spacing w:after="0"/>
        <w:ind w:left="360"/>
        <w:shd w:val="clear" w:color="auto" w:fill="F2F2F2"/>
      </w:pPr>
      <w:r>
        <w:rPr>
          <w:rFonts w:ascii="Consolas" w:hAnsi="Consolas"/>
          <w:sz w:val="18"/>
        </w:rPr>
        <w:t>'PRICE: {price:price}')</w:t>
      </w:r>
    </w:p>
    <w:p>
      <w:pPr>
        <w:spacing w:after="0"/>
        <w:ind w:left="360"/>
        <w:shd w:val="clear" w:color="auto" w:fill="F2F2F2"/>
      </w:pPr>
      <w:r>
        <w:rPr>
          <w:rFonts w:ascii="Consolas" w:hAnsi="Consolas"/>
          <w:sz w:val="18"/>
        </w:rPr>
        <w:t xml:space="preserve">        formats = {'price': price}</w:t>
      </w:r>
    </w:p>
    <w:p>
      <w:pPr>
        <w:spacing w:after="0"/>
        <w:ind w:left="360"/>
        <w:shd w:val="clear" w:color="auto" w:fill="F2F2F2"/>
      </w:pPr>
      <w:r>
        <w:rPr>
          <w:rFonts w:ascii="Consolas" w:hAnsi="Consolas"/>
          <w:sz w:val="18"/>
        </w:rPr>
        <w:t xml:space="preserve">        result = parse.parse(FORMAT, text_log, formats)</w:t>
      </w:r>
    </w:p>
    <w:p>
      <w:pPr>
        <w:spacing w:after="0"/>
        <w:ind w:left="360"/>
        <w:shd w:val="clear" w:color="auto" w:fill="F2F2F2"/>
      </w:pPr>
      <w:r>
        <w:rPr>
          <w:rFonts w:ascii="Consolas" w:hAnsi="Consolas"/>
          <w:sz w:val="18"/>
        </w:rPr>
        <w:t xml:space="preserve">        return cls(location=location, timestamp=result['timestamp'],</w:t>
      </w:r>
    </w:p>
    <w:p>
      <w:pPr>
        <w:spacing w:after="0"/>
        <w:ind w:left="360"/>
        <w:shd w:val="clear" w:color="auto" w:fill="F2F2F2"/>
      </w:pPr>
      <w:r>
        <w:rPr>
          <w:rFonts w:ascii="Consolas" w:hAnsi="Consolas"/>
          <w:sz w:val="18"/>
        </w:rPr>
        <w:t xml:space="preserve">                   product_id=result['product'], price=result['price'])</w:t>
      </w:r>
    </w:p>
    <w:p>
      <w:pPr>
        <w:spacing w:after="0"/>
        <w:ind w:left="360"/>
        <w:shd w:val="clear" w:color="auto" w:fill="F2F2F2"/>
      </w:pPr>
      <w:r>
        <w:rPr>
          <w:rFonts w:ascii="Consolas" w:hAnsi="Consolas"/>
          <w:sz w:val="18"/>
        </w:rPr>
        <w:t xml:space="preserve">    @classmethod</w:t>
      </w:r>
    </w:p>
    <w:p>
      <w:pPr>
        <w:spacing w:after="0"/>
        <w:ind w:left="360"/>
        <w:shd w:val="clear" w:color="auto" w:fill="F2F2F2"/>
      </w:pPr>
      <w:r>
        <w:rPr>
          <w:rFonts w:ascii="Consolas" w:hAnsi="Consolas"/>
          <w:sz w:val="18"/>
        </w:rPr>
        <w:t>def header(cls):</w:t>
      </w:r>
    </w:p>
    <w:p>
      <w:pPr>
        <w:spacing w:after="0"/>
        <w:ind w:left="360"/>
        <w:shd w:val="clear" w:color="auto" w:fill="F2F2F2"/>
      </w:pPr>
      <w:r>
        <w:rPr>
          <w:rFonts w:ascii="Consolas" w:hAnsi="Consolas"/>
          <w:sz w:val="18"/>
        </w:rPr>
        <w:t xml:space="preserve">        return ['LOCATION', 'TIMESTAMP', 'PRODUCT', 'PRICE']</w:t>
      </w:r>
    </w:p>
    <w:p>
      <w:pPr>
        <w:spacing w:after="0"/>
        <w:ind w:left="360"/>
        <w:shd w:val="clear" w:color="auto" w:fill="F2F2F2"/>
      </w:pPr>
      <w:r>
        <w:rPr>
          <w:rFonts w:ascii="Consolas" w:hAnsi="Consolas"/>
          <w:sz w:val="18"/>
        </w:rPr>
        <w:t xml:space="preserve">    def row(self):</w:t>
      </w:r>
    </w:p>
    <w:p>
      <w:pPr>
        <w:spacing w:after="0"/>
        <w:ind w:left="360"/>
        <w:shd w:val="clear" w:color="auto" w:fill="F2F2F2"/>
      </w:pPr>
      <w:r>
        <w:rPr>
          <w:rFonts w:ascii="Consolas" w:hAnsi="Consolas"/>
          <w:sz w:val="18"/>
        </w:rPr>
        <w:t xml:space="preserve">        return [self.location, self.timestamp, self.product_id, self.price]</w:t>
      </w:r>
    </w:p>
    <w:p>
      <w:pPr>
        <w:spacing w:after="40"/>
      </w:pPr>
    </w:p>
    <w:p>
      <w:pPr>
        <w:spacing w:after="80"/>
      </w:pPr>
      <w:r>
        <w:rPr>
          <w:b w:val="0"/>
          <w:i w:val="0"/>
        </w:rPr>
        <w:t xml:space="preserve">Tệp được chuyển đổi sang định dạng CSV bởi hàm </w:t>
      </w:r>
      <w:r>
        <w:rPr>
          <w:rFonts w:ascii="Consolas" w:hAnsi="Consolas"/>
          <w:b w:val="0"/>
          <w:i w:val="0"/>
          <w:sz w:val="20"/>
        </w:rPr>
        <w:br/>
        <w:br/>
        <w:t xml:space="preserve">      log_to_csv</w:t>
        <w:br/>
        <w:t xml:space="preserve">     </w:t>
        <w:br/>
      </w:r>
      <w:r>
        <w:rPr>
          <w:b w:val="0"/>
          <w:i w:val="0"/>
        </w:rPr>
        <w:t xml:space="preserve"> trong tệp </w:t>
      </w:r>
      <w:r>
        <w:rPr>
          <w:rFonts w:ascii="Consolas" w:hAnsi="Consolas"/>
          <w:b w:val="0"/>
          <w:i w:val="0"/>
          <w:sz w:val="20"/>
        </w:rPr>
        <w:br/>
        <w:br/>
        <w:t xml:space="preserve">      logs_to_csv.py</w:t>
        <w:br/>
        <w:t xml:space="preserve">     </w:t>
        <w:br/>
      </w:r>
      <w:r>
        <w:rPr>
          <w:b w:val="0"/>
          <w:i w:val="0"/>
        </w:rPr>
        <w:t>:</w:t>
      </w:r>
    </w:p>
    <w:p>
      <w:pPr>
        <w:spacing w:after="0"/>
        <w:ind w:left="360"/>
        <w:shd w:val="clear" w:color="auto" w:fill="F2F2F2"/>
      </w:pPr>
      <w:r>
        <w:rPr>
          <w:rFonts w:ascii="Consolas" w:hAnsi="Consolas"/>
          <w:sz w:val="18"/>
        </w:rPr>
        <w:t>def log_to_csv(input_file, output_file, location):</w:t>
      </w:r>
    </w:p>
    <w:p>
      <w:pPr>
        <w:spacing w:after="0"/>
        <w:ind w:left="360"/>
        <w:shd w:val="clear" w:color="auto" w:fill="F2F2F2"/>
      </w:pPr>
      <w:r>
        <w:rPr>
          <w:rFonts w:ascii="Consolas" w:hAnsi="Consolas"/>
          <w:sz w:val="18"/>
        </w:rPr>
        <w:t xml:space="preserve">    logs = [PriceLog.parse(location, line) for line in input_file]</w:t>
      </w:r>
    </w:p>
    <w:p>
      <w:pPr>
        <w:spacing w:after="0"/>
        <w:ind w:left="360"/>
        <w:shd w:val="clear" w:color="auto" w:fill="F2F2F2"/>
      </w:pPr>
      <w:r>
        <w:rPr>
          <w:rFonts w:ascii="Consolas" w:hAnsi="Consolas"/>
          <w:sz w:val="18"/>
        </w:rPr>
        <w:t xml:space="preserve">    # Save into csv format</w:t>
      </w:r>
    </w:p>
    <w:p>
      <w:pPr>
        <w:spacing w:after="0"/>
        <w:ind w:left="360"/>
        <w:shd w:val="clear" w:color="auto" w:fill="F2F2F2"/>
      </w:pPr>
      <w:r>
        <w:rPr>
          <w:rFonts w:ascii="Consolas" w:hAnsi="Consolas"/>
          <w:sz w:val="18"/>
        </w:rPr>
        <w:t xml:space="preserve">    writer = csv.writer(output_file)</w:t>
      </w:r>
    </w:p>
    <w:p>
      <w:pPr>
        <w:spacing w:after="0"/>
        <w:ind w:left="360"/>
        <w:shd w:val="clear" w:color="auto" w:fill="F2F2F2"/>
      </w:pPr>
      <w:r>
        <w:rPr>
          <w:rFonts w:ascii="Consolas" w:hAnsi="Consolas"/>
          <w:sz w:val="18"/>
        </w:rPr>
        <w:t xml:space="preserve">    writer.writerow(PriceLog.header())</w:t>
      </w:r>
    </w:p>
    <w:p>
      <w:pPr>
        <w:spacing w:after="0"/>
        <w:ind w:left="360"/>
        <w:shd w:val="clear" w:color="auto" w:fill="F2F2F2"/>
      </w:pPr>
      <w:r>
        <w:rPr>
          <w:rFonts w:ascii="Consolas" w:hAnsi="Consolas"/>
          <w:sz w:val="18"/>
        </w:rPr>
        <w:t xml:space="preserve">    writer.writerows(l.row() for l in logs)</w:t>
      </w:r>
    </w:p>
    <w:p>
      <w:pPr>
        <w:spacing w:after="40"/>
      </w:pPr>
    </w:p>
    <w:p>
      <w:pPr>
        <w:spacing w:after="80"/>
      </w:pPr>
      <w:r>
        <w:rPr>
          <w:b w:val="0"/>
          <w:i w:val="0"/>
        </w:rPr>
        <w:t xml:space="preserve">Phần còn lại của </w:t>
      </w:r>
      <w:r>
        <w:rPr>
          <w:rFonts w:ascii="Consolas" w:hAnsi="Consolas"/>
          <w:b w:val="0"/>
          <w:i w:val="0"/>
          <w:sz w:val="20"/>
        </w:rPr>
        <w:br/>
        <w:br/>
        <w:t xml:space="preserve">      logs_to_csv.py</w:t>
        <w:br/>
        <w:t xml:space="preserve">     </w:t>
        <w:br/>
      </w:r>
      <w:r>
        <w:rPr>
          <w:b w:val="0"/>
          <w:i w:val="0"/>
        </w:rPr>
        <w:t xml:space="preserve"> xử lý việc phân tích các đối số (arguments), điều này đã được mô tả chi tiết trong </w:t>
      </w:r>
      <w:r>
        <w:rPr>
          <w:b w:val="0"/>
          <w:i/>
        </w:rPr>
        <w:t xml:space="preserve"> Chương 2 </w:t>
      </w:r>
      <w:r>
        <w:rPr>
          <w:b w:val="0"/>
          <w:i w:val="0"/>
        </w:rPr>
        <w:t xml:space="preserve">, </w:t>
      </w:r>
      <w:r>
        <w:rPr>
          <w:b w:val="0"/>
          <w:i/>
        </w:rPr>
        <w:t xml:space="preserve"> Tự động hóa công việc thật dễ dàng </w:t>
      </w:r>
      <w:r>
        <w:rPr>
          <w:b w:val="0"/>
          <w:i w:val="0"/>
        </w:rPr>
        <w:t>.</w:t>
      </w:r>
    </w:p>
    <w:p>
      <w:pPr>
        <w:spacing w:after="80"/>
      </w:pPr>
      <w:r>
        <w:rPr>
          <w:b w:val="0"/>
          <w:i w:val="0"/>
        </w:rPr>
        <w:t>Tệp kết quả chứa cùng thông tin, nhưng CSV là định dạng dễ hiểu, dễ xử lý và dễ thêm thông tin bổ sung hơn, như chúng ta sẽ thấy trong các công thức tiếp theo.</w:t>
      </w:r>
    </w:p>
    <w:p>
      <w:pPr>
        <w:pStyle w:val="Heading3"/>
      </w:pPr>
      <w:r>
        <w:rPr>
          <w:rFonts w:ascii="Calibri" w:hAnsi="Calibri"/>
          <w:b/>
          <w:i w:val="0"/>
          <w:sz w:val="26"/>
        </w:rPr>
        <w:t>Còn nhiều thứ nữa...</w:t>
      </w:r>
    </w:p>
    <w:p>
      <w:pPr>
        <w:spacing w:after="80"/>
      </w:pPr>
      <w:r>
        <w:rPr>
          <w:b w:val="0"/>
          <w:i w:val="0"/>
        </w:rPr>
        <w:t>Mục tiêu chính trong công thức này là nhập dữ liệu từ một tệp văn bản vào CSV mà không áp đặt bất kỳ hạn chế định dạng nào lên dữ liệu thô. Ví dụ, ngày tháng ở một định dạng cụ thể. Định dạng dấu thời gian sẽ thay đổi tùy theo từng tệp, như chúng ta sẽ thấy trong các công thức tiếp theo.</w:t>
      </w:r>
    </w:p>
    <w:p>
      <w:pPr>
        <w:spacing w:after="80"/>
      </w:pPr>
      <w:r>
        <w:rPr>
          <w:b w:val="0"/>
          <w:i w:val="0"/>
        </w:rPr>
        <w:t>Phần mô tả vị trí cũng được để mở một cách có chủ đích, vì chúng ta sẽ dùng nó để thiết lập nhiều loại vị trí khác nhau trong các công thức tiếp theo.</w:t>
      </w:r>
    </w:p>
    <w:p>
      <w:pPr>
        <w:spacing w:after="80"/>
      </w:pPr>
      <w:r>
        <w:rPr>
          <w:b w:val="0"/>
          <w:i w:val="0"/>
        </w:rPr>
        <w:t>Nếu các tệp log rất lớn, việc đọc toàn bộ tệp rồi lưu lại có thể tốn bộ nhớ. Trong trường hợp đó, bạn có thể xử lý từng dòng một, theo cách sau:</w:t>
      </w:r>
    </w:p>
    <w:p>
      <w:pPr>
        <w:spacing w:after="0"/>
        <w:ind w:left="360"/>
        <w:shd w:val="clear" w:color="auto" w:fill="F2F2F2"/>
      </w:pPr>
      <w:r>
        <w:rPr>
          <w:rFonts w:ascii="Consolas" w:hAnsi="Consolas"/>
          <w:sz w:val="18"/>
        </w:rPr>
        <w:t>def log_to_csv(input_file, output_file, location):</w:t>
      </w:r>
    </w:p>
    <w:p>
      <w:pPr>
        <w:spacing w:after="0"/>
        <w:ind w:left="360"/>
        <w:shd w:val="clear" w:color="auto" w:fill="F2F2F2"/>
      </w:pPr>
      <w:r>
        <w:rPr>
          <w:rFonts w:ascii="Consolas" w:hAnsi="Consolas"/>
          <w:sz w:val="18"/>
        </w:rPr>
        <w:t xml:space="preserve">    writer = csv.writer(output_file)</w:t>
      </w:r>
    </w:p>
    <w:p>
      <w:pPr>
        <w:spacing w:after="0"/>
        <w:ind w:left="360"/>
        <w:shd w:val="clear" w:color="auto" w:fill="F2F2F2"/>
      </w:pPr>
      <w:r>
        <w:rPr>
          <w:rFonts w:ascii="Consolas" w:hAnsi="Consolas"/>
          <w:sz w:val="18"/>
        </w:rPr>
        <w:t xml:space="preserve">    writer.writerow(PriceLog.header())</w:t>
      </w:r>
    </w:p>
    <w:p>
      <w:pPr>
        <w:spacing w:after="0"/>
        <w:ind w:left="360"/>
        <w:shd w:val="clear" w:color="auto" w:fill="F2F2F2"/>
      </w:pPr>
      <w:r>
        <w:rPr>
          <w:rFonts w:ascii="Consolas" w:hAnsi="Consolas"/>
          <w:sz w:val="18"/>
        </w:rPr>
        <w:t xml:space="preserve">    # Read and save line by line</w:t>
      </w:r>
    </w:p>
    <w:p>
      <w:pPr>
        <w:spacing w:after="0"/>
        <w:ind w:left="360"/>
        <w:shd w:val="clear" w:color="auto" w:fill="F2F2F2"/>
      </w:pPr>
      <w:r>
        <w:rPr>
          <w:rFonts w:ascii="Consolas" w:hAnsi="Consolas"/>
          <w:sz w:val="18"/>
        </w:rPr>
        <w:t>for line in input_file:</w:t>
      </w:r>
    </w:p>
    <w:p>
      <w:pPr>
        <w:spacing w:after="0"/>
        <w:ind w:left="360"/>
        <w:shd w:val="clear" w:color="auto" w:fill="F2F2F2"/>
      </w:pPr>
      <w:r>
        <w:rPr>
          <w:rFonts w:ascii="Consolas" w:hAnsi="Consolas"/>
          <w:sz w:val="18"/>
        </w:rPr>
        <w:t xml:space="preserve">         log = PriceLog.parse(location, line)</w:t>
      </w:r>
    </w:p>
    <w:p>
      <w:pPr>
        <w:spacing w:after="0"/>
        <w:ind w:left="360"/>
        <w:shd w:val="clear" w:color="auto" w:fill="F2F2F2"/>
      </w:pPr>
      <w:r>
        <w:rPr>
          <w:rFonts w:ascii="Consolas" w:hAnsi="Consolas"/>
          <w:sz w:val="18"/>
        </w:rPr>
        <w:t xml:space="preserve">         writer.writerow(log.row())</w:t>
      </w:r>
    </w:p>
    <w:p>
      <w:pPr>
        <w:spacing w:after="40"/>
      </w:pPr>
    </w:p>
    <w:p>
      <w:pPr>
        <w:spacing w:after="80"/>
      </w:pPr>
      <w:r>
        <w:rPr>
          <w:b w:val="0"/>
          <w:i w:val="0"/>
        </w:rPr>
        <w:t>Cách tiếp cận này cũng có thể được thực hiện theo từng lô, đọc và ghi nhiều dòng cùng lúc. Điều này có thể tăng thông lượng, tuy nhiên có thể cần thử nghiệm một chút để tìm ra giải pháp tối ưu.</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Đọc các tệp CSV </w:t>
      </w:r>
      <w:r>
        <w:rPr>
          <w:b w:val="0"/>
          <w:i w:val="0"/>
        </w:rPr>
        <w:t xml:space="preserve"> trong </w:t>
      </w:r>
      <w:r>
        <w:rPr>
          <w:b w:val="0"/>
          <w:i/>
        </w:rPr>
        <w:t xml:space="preserve"> Chương 4 </w:t>
      </w:r>
      <w:r>
        <w:rPr>
          <w:b w:val="0"/>
          <w:i w:val="0"/>
        </w:rPr>
        <w:t xml:space="preserve"> , </w:t>
      </w:r>
      <w:r>
        <w:rPr>
          <w:b w:val="0"/>
          <w:i/>
        </w:rPr>
        <w:t xml:space="preserve"> Tìm kiếm và Đọc các Tệp Cục bộ </w:t>
      </w:r>
      <w:r>
        <w:rPr>
          <w:b w:val="0"/>
          <w:i w:val="0"/>
        </w:rPr>
        <w:t xml:space="preserve"> .</w:t>
      </w:r>
    </w:p>
    <w:p>
      <w:pPr>
        <w:spacing w:after="80"/>
        <w:ind w:left="360"/>
      </w:pPr>
      <w:r>
        <w:t xml:space="preserve">• </w:t>
      </w:r>
      <w:r>
        <w:rPr>
          <w:b w:val="0"/>
          <w:i w:val="0"/>
        </w:rPr>
        <w:t xml:space="preserve">Công thức </w:t>
      </w:r>
      <w:r>
        <w:rPr>
          <w:b w:val="0"/>
          <w:i/>
        </w:rPr>
        <w:t xml:space="preserve"> Trích xuất dữ liệu từ chuỗi có cấu trúc </w:t>
      </w:r>
      <w:r>
        <w:rPr>
          <w:b w:val="0"/>
          <w:i w:val="0"/>
        </w:rPr>
        <w:t xml:space="preserve"> trong </w:t>
      </w:r>
      <w:r>
        <w:rPr>
          <w:b w:val="0"/>
          <w:i/>
        </w:rPr>
        <w:t xml:space="preserve"> Chương 1 </w:t>
      </w:r>
      <w:r>
        <w:rPr>
          <w:b w:val="0"/>
          <w:i w:val="0"/>
        </w:rPr>
        <w:t xml:space="preserve"> , </w:t>
      </w:r>
      <w:r>
        <w:rPr>
          <w:b w:val="0"/>
          <w:i/>
        </w:rPr>
        <w:t xml:space="preserve"> Hãy Bắt đầu Hành trình Tự động hóa của Chúng ta </w:t>
      </w:r>
      <w:r>
        <w:rPr>
          <w:b w:val="0"/>
          <w:i w:val="0"/>
        </w:rPr>
        <w:t xml:space="preserve"> .</w:t>
      </w:r>
    </w:p>
    <w:p>
      <w:pPr>
        <w:spacing w:after="80"/>
        <w:ind w:left="360"/>
      </w:pPr>
      <w:r>
        <w:t xml:space="preserve">• </w:t>
      </w:r>
      <w:r>
        <w:rPr>
          <w:b w:val="0"/>
          <w:i w:val="0"/>
        </w:rPr>
        <w:t xml:space="preserve">Công thức </w:t>
      </w:r>
      <w:r>
        <w:rPr>
          <w:b w:val="0"/>
          <w:i/>
        </w:rPr>
        <w:t xml:space="preserve"> Chuẩn bị một tác vụ </w:t>
      </w:r>
      <w:r>
        <w:rPr>
          <w:b w:val="0"/>
          <w:i w:val="0"/>
        </w:rPr>
        <w:t xml:space="preserve"> trong </w:t>
      </w:r>
      <w:r>
        <w:rPr>
          <w:b w:val="0"/>
          <w:i/>
        </w:rPr>
        <w:t xml:space="preserve"> Chương 2 </w:t>
      </w:r>
      <w:r>
        <w:rPr>
          <w:b w:val="0"/>
          <w:i w:val="0"/>
        </w:rPr>
        <w:t xml:space="preserve"> , </w:t>
      </w:r>
      <w:r>
        <w:rPr>
          <w:b w:val="0"/>
          <w:i/>
        </w:rPr>
        <w:t xml:space="preserve"> Tự động hóa Tác vụ Thật Dễ dàng </w:t>
      </w:r>
      <w:r>
        <w:rPr>
          <w:b w:val="0"/>
          <w:i w:val="0"/>
        </w:rPr>
        <w:t xml:space="preserve"> .</w:t>
      </w:r>
    </w:p>
    <w:p>
      <w:pPr>
        <w:pStyle w:val="Heading2"/>
      </w:pPr>
      <w:r>
        <w:rPr>
          <w:rFonts w:ascii="Calibri" w:hAnsi="Calibri"/>
          <w:b/>
          <w:i w:val="0"/>
          <w:sz w:val="32"/>
        </w:rPr>
        <w:t>Thêm đơn vị tiền tệ dựa trên vị trí</w:t>
      </w:r>
    </w:p>
    <w:p>
      <w:pPr>
        <w:spacing w:after="80"/>
      </w:pPr>
      <w:r>
        <w:rPr>
          <w:b w:val="0"/>
          <w:i w:val="0"/>
        </w:rPr>
        <w:t>Tệp CSV kết quả từ công thức trước không chứa thông tin tiền tệ, mặc dù vị trí có thể chỉ ra những nơi khác nhau với các loại tiền tệ khác nhau. Trong công thức này, chúng ta sẽ xử lý một tệp CSV để thêm thông tin bổ sung: loại tiền tệ mà các mức giá đang dùng, và một phép chuyển đổi sang đô la Mỹ.</w:t>
      </w:r>
    </w:p>
    <w:p>
      <w:pPr>
        <w:pStyle w:val="Heading3"/>
      </w:pPr>
      <w:r>
        <w:rPr>
          <w:rFonts w:ascii="Calibri" w:hAnsi="Calibri"/>
          <w:b/>
          <w:i w:val="0"/>
          <w:sz w:val="26"/>
        </w:rPr>
        <w:t>Chuẩn bị</w:t>
      </w:r>
    </w:p>
    <w:p>
      <w:pPr>
        <w:spacing w:after="80"/>
      </w:pPr>
      <w:r>
        <w:rPr>
          <w:b w:val="0"/>
          <w:i w:val="0"/>
        </w:rPr>
        <w:t>Chúng ta sẽ sử dụng tệp CSV kết quả từ công thức trước, tệp này nhận và chuyển đổi log sang định dạng sau:</w:t>
      </w:r>
    </w:p>
    <w:p>
      <w:pPr>
        <w:spacing w:after="0"/>
        <w:ind w:left="360"/>
        <w:shd w:val="clear" w:color="auto" w:fill="F2F2F2"/>
      </w:pPr>
      <w:r>
        <w:rPr>
          <w:rFonts w:ascii="Consolas" w:hAnsi="Consolas"/>
          <w:sz w:val="18"/>
        </w:rPr>
        <w:t>[&lt;Timestamp&gt;] - SALE - PRODUCT: &lt;product id&gt; - PRICE: &lt;price&gt;</w:t>
      </w:r>
    </w:p>
    <w:p>
      <w:pPr>
        <w:spacing w:after="40"/>
      </w:pPr>
    </w:p>
    <w:p>
      <w:pPr>
        <w:spacing w:after="80"/>
      </w:pPr>
      <w:r>
        <w:rPr>
          <w:b w:val="0"/>
          <w:i w:val="0"/>
        </w:rPr>
        <w:t>Mỗi dòng sẽ đại diện cho một log bán hàng.</w:t>
      </w:r>
    </w:p>
    <w:p>
      <w:pPr>
        <w:spacing w:after="80"/>
      </w:pPr>
      <w:r>
        <w:rPr>
          <w:b w:val="0"/>
          <w:i w:val="0"/>
        </w:rPr>
        <w:t xml:space="preserve">Chúng ta sẽ sử dụng mô-đun </w:t>
      </w:r>
      <w:r>
        <w:rPr>
          <w:rFonts w:ascii="Consolas" w:hAnsi="Consolas"/>
          <w:b w:val="0"/>
          <w:i w:val="0"/>
          <w:sz w:val="20"/>
        </w:rPr>
        <w:br/>
        <w:br/>
        <w:t xml:space="preserve">      parse</w:t>
        <w:br/>
        <w:t xml:space="preserve">     </w:t>
        <w:br/>
      </w:r>
      <w:r>
        <w:rPr>
          <w:b w:val="0"/>
          <w:i w:val="0"/>
        </w:rPr>
        <w:t xml:space="preserve"> , vì vậy chúng ta nên cài đặt nó bằng cách thêm vào tệp </w:t>
      </w:r>
      <w:r>
        <w:rPr>
          <w:rFonts w:ascii="Consolas" w:hAnsi="Consolas"/>
          <w:b w:val="0"/>
          <w:i w:val="0"/>
          <w:sz w:val="20"/>
        </w:rPr>
        <w:br/>
        <w:br/>
        <w:t xml:space="preserve">      requirements.txt</w:t>
        <w:br/>
        <w:t xml:space="preserve">     </w:t>
        <w:br/>
      </w:r>
      <w:r>
        <w:rPr>
          <w:b w:val="0"/>
          <w:i w:val="0"/>
        </w:rPr>
        <w:t xml:space="preserve"> của chúng ta như sau:</w:t>
      </w:r>
    </w:p>
    <w:p>
      <w:pPr>
        <w:spacing w:after="0"/>
        <w:ind w:left="360"/>
        <w:shd w:val="clear" w:color="auto" w:fill="F2F2F2"/>
      </w:pPr>
      <w:r>
        <w:rPr>
          <w:rFonts w:ascii="Consolas" w:hAnsi="Consolas"/>
          <w:sz w:val="18"/>
        </w:rPr>
        <w:t>$ echo "parse==1.20.2" &gt;&gt; requirements.txt</w:t>
      </w:r>
    </w:p>
    <w:p>
      <w:pPr>
        <w:spacing w:after="0"/>
        <w:ind w:left="360"/>
        <w:shd w:val="clear" w:color="auto" w:fill="F2F2F2"/>
      </w:pPr>
      <w:r>
        <w:rPr>
          <w:rFonts w:ascii="Consolas" w:hAnsi="Consolas"/>
          <w:sz w:val="18"/>
        </w:rPr>
        <w:t>$ uv pip install -r requirements.txt</w:t>
      </w:r>
    </w:p>
    <w:p>
      <w:pPr>
        <w:spacing w:after="40"/>
      </w:pPr>
    </w:p>
    <w:p>
      <w:pPr>
        <w:spacing w:after="80"/>
      </w:pPr>
      <w:r>
        <w:rPr>
          <w:b w:val="0"/>
          <w:i w:val="0"/>
        </w:rPr>
        <w:t>Kho lưu trữ GitHub chứa một số tệp log để xử lý, có cấu trúc như sau:</w:t>
      </w:r>
    </w:p>
    <w:p>
      <w:pPr>
        <w:spacing w:after="0"/>
        <w:ind w:left="360"/>
        <w:shd w:val="clear" w:color="auto" w:fill="F2F2F2"/>
      </w:pPr>
      <w:r>
        <w:rPr>
          <w:rFonts w:ascii="Consolas" w:hAnsi="Consolas"/>
          <w:sz w:val="18"/>
        </w:rPr>
        <w:t>sale_logs/</w:t>
      </w:r>
    </w:p>
    <w:p>
      <w:pPr>
        <w:spacing w:after="0"/>
        <w:ind w:left="360"/>
        <w:shd w:val="clear" w:color="auto" w:fill="F2F2F2"/>
      </w:pPr>
      <w:r>
        <w:rPr>
          <w:rFonts w:ascii="Consolas" w:hAnsi="Consolas"/>
          <w:sz w:val="18"/>
        </w:rPr>
        <w:t xml:space="preserve">  OH</w:t>
      </w:r>
    </w:p>
    <w:p>
      <w:pPr>
        <w:spacing w:after="0"/>
        <w:ind w:left="360"/>
        <w:shd w:val="clear" w:color="auto" w:fill="F2F2F2"/>
      </w:pPr>
      <w:r>
        <w:rPr>
          <w:rFonts w:ascii="Consolas" w:hAnsi="Consolas"/>
          <w:sz w:val="18"/>
        </w:rPr>
        <w:t xml:space="preserve">    logs.txt</w:t>
      </w:r>
    </w:p>
    <w:p>
      <w:pPr>
        <w:spacing w:after="0"/>
        <w:ind w:left="360"/>
        <w:shd w:val="clear" w:color="auto" w:fill="F2F2F2"/>
      </w:pPr>
      <w:r>
        <w:rPr>
          <w:rFonts w:ascii="Consolas" w:hAnsi="Consolas"/>
          <w:sz w:val="18"/>
        </w:rPr>
        <w:t xml:space="preserve">  ON</w:t>
      </w:r>
    </w:p>
    <w:p>
      <w:pPr>
        <w:spacing w:after="0"/>
        <w:ind w:left="360"/>
        <w:shd w:val="clear" w:color="auto" w:fill="F2F2F2"/>
      </w:pPr>
      <w:r>
        <w:rPr>
          <w:rFonts w:ascii="Consolas" w:hAnsi="Consolas"/>
          <w:sz w:val="18"/>
        </w:rPr>
        <w:t xml:space="preserve">    logs.txt</w:t>
      </w:r>
    </w:p>
    <w:p>
      <w:pPr>
        <w:spacing w:after="40"/>
      </w:pPr>
    </w:p>
    <w:p>
      <w:pPr>
        <w:spacing w:after="80"/>
      </w:pPr>
      <w:r>
        <w:rPr>
          <w:b w:val="0"/>
          <w:i w:val="0"/>
        </w:rPr>
        <w:t>Các bản ghi log đại diện cho doanh số bán hàng theo khu vực, một ở bang Ohio của Mỹ (OH) và một ở tỉnh Ontario của Canada (ON)</w:t>
      </w:r>
    </w:p>
    <w:p>
      <w:pPr>
        <w:spacing w:after="80"/>
      </w:pPr>
      <w:r>
        <w:rPr>
          <w:b w:val="0"/>
          <w:i w:val="0"/>
        </w:rPr>
        <w:t xml:space="preserve">Bạn có thể tìm thấy mã nguồn trong kho GitHub, tại </w:t>
      </w:r>
      <w:r>
        <w:rPr>
          <w:rFonts w:ascii="Consolas" w:hAnsi="Consolas"/>
          <w:b w:val="0"/>
          <w:i w:val="0"/>
          <w:sz w:val="20"/>
        </w:rPr>
        <w:br/>
        <w:br/>
        <w:t xml:space="preserve">       https://github.com/PacktPublishing/Python-Automation-Cookbook-Third-Edition/tree/main/ch07</w:t>
        <w:br/>
        <w:t xml:space="preserve">      </w:t>
        <w:br/>
      </w:r>
      <w:r>
        <w:rPr>
          <w:b w:val="0"/>
          <w:i w:val="0"/>
        </w:rPr>
        <w:t xml:space="preserve"> .</w:t>
      </w:r>
    </w:p>
    <w:p>
      <w:pPr>
        <w:pStyle w:val="Heading3"/>
      </w:pPr>
      <w:r>
        <w:rPr>
          <w:rFonts w:ascii="Calibri" w:hAnsi="Calibri"/>
          <w:b/>
          <w:i w:val="0"/>
          <w:sz w:val="26"/>
        </w:rPr>
        <w:t>Cách thực hiện...</w:t>
      </w:r>
    </w:p>
    <w:p>
      <w:pPr>
        <w:spacing w:after="80"/>
        <w:ind w:left="360"/>
      </w:pPr>
      <w:r>
        <w:t xml:space="preserve">1. </w:t>
      </w:r>
      <w:r>
        <w:rPr>
          <w:b w:val="0"/>
          <w:i w:val="0"/>
        </w:rPr>
        <w:t xml:space="preserve">Nhập dữ liệu và chuyển đổi nó thành tệp CSV bằng script </w:t>
      </w:r>
      <w:r>
        <w:rPr>
          <w:rFonts w:ascii="Consolas" w:hAnsi="Consolas"/>
          <w:b w:val="0"/>
          <w:i w:val="0"/>
          <w:sz w:val="20"/>
        </w:rPr>
        <w:br/>
        <w:br/>
        <w:t xml:space="preserve">       logs_to_csv.py</w:t>
        <w:br/>
        <w:t xml:space="preserve">      </w:t>
        <w:br/>
      </w:r>
      <w:r>
        <w:rPr>
          <w:b w:val="0"/>
          <w:i w:val="0"/>
        </w:rPr>
        <w:t xml:space="preserve"> . Script này thêm vị trí làm đầu vào. Tạo các tệp cho cả hai bản ghi log </w:t>
      </w:r>
      <w:r>
        <w:rPr>
          <w:rFonts w:ascii="Consolas" w:hAnsi="Consolas"/>
          <w:b w:val="0"/>
          <w:i w:val="0"/>
          <w:sz w:val="20"/>
        </w:rPr>
        <w:br/>
        <w:br/>
        <w:t xml:space="preserve">       OH</w:t>
        <w:br/>
        <w:t xml:space="preserve">      </w:t>
        <w:br/>
      </w:r>
      <w:r>
        <w:rPr>
          <w:b w:val="0"/>
          <w:i w:val="0"/>
        </w:rPr>
        <w:t xml:space="preserve"> và </w:t>
      </w:r>
      <w:r>
        <w:rPr>
          <w:rFonts w:ascii="Consolas" w:hAnsi="Consolas"/>
          <w:b w:val="0"/>
          <w:i w:val="0"/>
          <w:sz w:val="20"/>
        </w:rPr>
        <w:br/>
        <w:br/>
        <w:t xml:space="preserve">       ON</w:t>
        <w:br/>
        <w:t xml:space="preserve">      </w:t>
        <w:br/>
      </w:r>
      <w:r>
        <w:rPr>
          <w:b w:val="0"/>
          <w:i w:val="0"/>
        </w:rPr>
        <w:t xml:space="preserve"> :</w:t>
      </w:r>
    </w:p>
    <w:p>
      <w:pPr>
        <w:spacing w:after="0"/>
        <w:ind w:left="360"/>
        <w:shd w:val="clear" w:color="auto" w:fill="F2F2F2"/>
      </w:pPr>
      <w:r>
        <w:rPr>
          <w:rFonts w:ascii="Consolas" w:hAnsi="Consolas"/>
          <w:sz w:val="18"/>
        </w:rPr>
        <w:t>$ uv run logs_to_csv.py sale_logs/OH/logs.txt output_1_OH.csv -l OH</w:t>
      </w:r>
    </w:p>
    <w:p>
      <w:pPr>
        <w:spacing w:after="0"/>
        <w:ind w:left="360"/>
        <w:shd w:val="clear" w:color="auto" w:fill="F2F2F2"/>
      </w:pPr>
      <w:r>
        <w:rPr>
          <w:rFonts w:ascii="Consolas" w:hAnsi="Consolas"/>
          <w:sz w:val="18"/>
        </w:rPr>
        <w:t>$ uv run logs_to_csv.py sale_logs/ON/logs.txt output_1_ON.csv -l ON</w:t>
      </w:r>
    </w:p>
    <w:p>
      <w:pPr>
        <w:spacing w:after="40"/>
      </w:pPr>
    </w:p>
    <w:p>
      <w:pPr>
        <w:spacing w:after="80"/>
        <w:ind w:left="360"/>
      </w:pPr>
      <w:r>
        <w:t xml:space="preserve">2. </w:t>
      </w:r>
      <w:r>
        <w:rPr>
          <w:b w:val="0"/>
          <w:i w:val="0"/>
        </w:rPr>
        <w:t xml:space="preserve">Xử lý cả hai tệp kết quả bằng script </w:t>
      </w:r>
      <w:r>
        <w:rPr>
          <w:rFonts w:ascii="Consolas" w:hAnsi="Consolas"/>
          <w:b w:val="0"/>
          <w:i w:val="0"/>
          <w:sz w:val="20"/>
        </w:rPr>
        <w:br/>
        <w:br/>
        <w:t xml:space="preserve">       location_price.py</w:t>
        <w:br/>
        <w:t xml:space="preserve">      </w:t>
        <w:br/>
      </w:r>
      <w:r>
        <w:rPr>
          <w:b w:val="0"/>
          <w:i w:val="0"/>
        </w:rPr>
        <w:t xml:space="preserve"> :</w:t>
      </w:r>
    </w:p>
    <w:p>
      <w:pPr>
        <w:spacing w:after="0"/>
        <w:ind w:left="360"/>
        <w:shd w:val="clear" w:color="auto" w:fill="F2F2F2"/>
      </w:pPr>
      <w:r>
        <w:rPr>
          <w:rFonts w:ascii="Consolas" w:hAnsi="Consolas"/>
          <w:sz w:val="18"/>
        </w:rPr>
        <w:t>$ uv run location_price.py output_1_OH.csv output_2_OH.csv</w:t>
      </w:r>
    </w:p>
    <w:p>
      <w:pPr>
        <w:spacing w:after="0"/>
        <w:ind w:left="360"/>
        <w:shd w:val="clear" w:color="auto" w:fill="F2F2F2"/>
      </w:pPr>
      <w:r>
        <w:rPr>
          <w:rFonts w:ascii="Consolas" w:hAnsi="Consolas"/>
          <w:sz w:val="18"/>
        </w:rPr>
        <w:t>$ uv run location_price.py output_1_ON.csv output_2_ON.csv</w:t>
      </w:r>
    </w:p>
    <w:p>
      <w:pPr>
        <w:spacing w:after="40"/>
      </w:pPr>
    </w:p>
    <w:p>
      <w:pPr>
        <w:spacing w:after="80"/>
        <w:ind w:left="360"/>
      </w:pPr>
      <w:r>
        <w:t xml:space="preserve">3. </w:t>
      </w:r>
      <w:r>
        <w:rPr>
          <w:b w:val="0"/>
          <w:i w:val="0"/>
        </w:rPr>
        <w:t>Kiểm tra các tệp CSV kết quả trong một ứng dụng bảng tính. Trong các ảnh chụp màn hình sau, các tệp được hiển thị bằng phần mềm LibreOffice:</w:t>
      </w:r>
    </w:p>
    <w:p>
      <w:pPr>
        <w:jc w:val="center"/>
      </w:pPr>
      <w:r>
        <w:drawing>
          <wp:inline xmlns:a="http://schemas.openxmlformats.org/drawingml/2006/main" xmlns:pic="http://schemas.openxmlformats.org/drawingml/2006/picture">
            <wp:extent cx="5486400" cy="4228372"/>
            <wp:docPr id="52" name="Picture 52"/>
            <wp:cNvGraphicFramePr>
              <a:graphicFrameLocks noChangeAspect="1"/>
            </wp:cNvGraphicFramePr>
            <a:graphic>
              <a:graphicData uri="http://schemas.openxmlformats.org/drawingml/2006/picture">
                <pic:pic>
                  <pic:nvPicPr>
                    <pic:cNvPr id="0" name="B36973_7_2.png"/>
                    <pic:cNvPicPr/>
                  </pic:nvPicPr>
                  <pic:blipFill>
                    <a:blip r:embed="rId56"/>
                    <a:stretch>
                      <a:fillRect/>
                    </a:stretch>
                  </pic:blipFill>
                  <pic:spPr>
                    <a:xfrm>
                      <a:off x="0" y="0"/>
                      <a:ext cx="5486400" cy="4228372"/>
                    </a:xfrm>
                    <a:prstGeom prst="rect"/>
                  </pic:spPr>
                </pic:pic>
              </a:graphicData>
            </a:graphic>
          </wp:inline>
        </w:drawing>
      </w:r>
    </w:p>
    <w:p>
      <w:pPr>
        <w:jc w:val="center"/>
      </w:pPr>
      <w:r>
        <w:drawing>
          <wp:inline xmlns:a="http://schemas.openxmlformats.org/drawingml/2006/main" xmlns:pic="http://schemas.openxmlformats.org/drawingml/2006/picture">
            <wp:extent cx="5486400" cy="4564955"/>
            <wp:docPr id="53" name="Picture 53"/>
            <wp:cNvGraphicFramePr>
              <a:graphicFrameLocks noChangeAspect="1"/>
            </wp:cNvGraphicFramePr>
            <a:graphic>
              <a:graphicData uri="http://schemas.openxmlformats.org/drawingml/2006/picture">
                <pic:pic>
                  <pic:nvPicPr>
                    <pic:cNvPr id="0" name="B36973_7_3.png"/>
                    <pic:cNvPicPr/>
                  </pic:nvPicPr>
                  <pic:blipFill>
                    <a:blip r:embed="rId57"/>
                    <a:stretch>
                      <a:fillRect/>
                    </a:stretch>
                  </pic:blipFill>
                  <pic:spPr>
                    <a:xfrm>
                      <a:off x="0" y="0"/>
                      <a:ext cx="5486400" cy="4564955"/>
                    </a:xfrm>
                    <a:prstGeom prst="rect"/>
                  </pic:spPr>
                </pic:pic>
              </a:graphicData>
            </a:graphic>
          </wp:inline>
        </w:drawing>
      </w:r>
    </w:p>
    <w:p>
      <w:pPr>
        <w:spacing w:after="160"/>
        <w:jc w:val="center"/>
      </w:pPr>
      <w:r>
        <w:rPr>
          <w:rFonts w:ascii="Calibri" w:hAnsi="Calibri"/>
          <w:b w:val="0"/>
          <w:i/>
          <w:sz w:val="19"/>
        </w:rPr>
        <w:t>Hình 7.2a: Ảnh chụp màn hình dữ liệu sản phẩm Canada</w:t>
      </w:r>
    </w:p>
    <w:p>
      <w:pPr>
        <w:spacing w:after="160"/>
        <w:jc w:val="center"/>
      </w:pPr>
      <w:r>
        <w:rPr>
          <w:rFonts w:ascii="Calibri" w:hAnsi="Calibri"/>
          <w:b w:val="0"/>
          <w:i/>
          <w:sz w:val="19"/>
        </w:rPr>
        <w:t>Hình 7.2b: Ảnh chụp màn hình dữ liệu sản phẩm Mỹ</w:t>
      </w:r>
    </w:p>
    <w:p>
      <w:pPr>
        <w:spacing w:after="80"/>
      </w:pPr>
      <w:r>
        <w:rPr>
          <w:b w:val="0"/>
          <w:i w:val="0"/>
        </w:rPr>
        <w:t>Hãy chú ý cách đơn vị tiền tệ thay đổi tùy theo vị trí nơi sản phẩm được bán, hoặc Ohio (Mỹ) hoặc Ontario (Canada). Trong cả hai trường hợp, giá được hiển thị theo giá trị tương đương bằng Đô la Mỹ để so sánh.</w:t>
      </w:r>
    </w:p>
    <w:p>
      <w:pPr>
        <w:pStyle w:val="Heading3"/>
      </w:pPr>
      <w:r>
        <w:rPr>
          <w:rFonts w:ascii="Calibri" w:hAnsi="Calibri"/>
          <w:b/>
          <w:i w:val="0"/>
          <w:sz w:val="26"/>
        </w:rPr>
        <w:t>Cách nó hoạt động...</w:t>
      </w:r>
    </w:p>
    <w:p>
      <w:pPr>
        <w:spacing w:after="80"/>
      </w:pPr>
      <w:r>
        <w:rPr>
          <w:b w:val="0"/>
          <w:i w:val="0"/>
        </w:rPr>
        <w:t xml:space="preserve">Hãy cùng xem script </w:t>
      </w:r>
      <w:r>
        <w:rPr>
          <w:rFonts w:ascii="Consolas" w:hAnsi="Consolas"/>
          <w:b w:val="0"/>
          <w:i w:val="0"/>
          <w:sz w:val="20"/>
        </w:rPr>
        <w:br/>
        <w:br/>
        <w:t xml:space="preserve">      location_price.py</w:t>
        <w:br/>
        <w:t xml:space="preserve">     </w:t>
        <w:br/>
      </w:r>
      <w:r>
        <w:rPr>
          <w:b w:val="0"/>
          <w:i w:val="0"/>
        </w:rPr>
        <w:t xml:space="preserve"> , được sử dụng trong </w:t>
      </w:r>
      <w:r>
        <w:rPr>
          <w:b w:val="0"/>
          <w:i/>
        </w:rPr>
        <w:t xml:space="preserve"> bước 2 </w:t>
      </w:r>
      <w:r>
        <w:rPr>
          <w:b w:val="0"/>
          <w:i w:val="0"/>
        </w:rPr>
        <w:t xml:space="preserve"> .</w:t>
      </w:r>
    </w:p>
    <w:p>
      <w:pPr>
        <w:spacing w:after="80"/>
      </w:pPr>
      <w:r>
        <w:rPr>
          <w:b w:val="0"/>
          <w:i w:val="0"/>
        </w:rPr>
        <w:t xml:space="preserve">Phần cuối của tệp script xử lý việc phân tích đối số, đã được mô tả chi tiết trong </w:t>
      </w:r>
      <w:r>
        <w:rPr>
          <w:b w:val="0"/>
          <w:i/>
        </w:rPr>
        <w:t xml:space="preserve"> Chương 2 </w:t>
      </w:r>
      <w:r>
        <w:rPr>
          <w:b w:val="0"/>
          <w:i w:val="0"/>
        </w:rPr>
        <w:t xml:space="preserve"> , </w:t>
      </w:r>
      <w:r>
        <w:rPr>
          <w:b w:val="0"/>
          <w:i/>
        </w:rPr>
        <w:t xml:space="preserve"> Tự động hóa tác vụ thật dễ dàng </w:t>
      </w:r>
      <w:r>
        <w:rPr>
          <w:b w:val="0"/>
          <w:i w:val="0"/>
        </w:rPr>
        <w:t xml:space="preserve"> .</w:t>
      </w:r>
    </w:p>
    <w:p>
      <w:pPr>
        <w:spacing w:after="80"/>
      </w:pPr>
      <w:r>
        <w:rPr>
          <w:b w:val="0"/>
          <w:i w:val="0"/>
        </w:rPr>
        <w:t xml:space="preserve">Hàm chính đọc tệp CSV đầu vào và gọi hàm </w:t>
      </w:r>
      <w:r>
        <w:rPr>
          <w:rFonts w:ascii="Consolas" w:hAnsi="Consolas"/>
          <w:b w:val="0"/>
          <w:i w:val="0"/>
          <w:sz w:val="20"/>
        </w:rPr>
        <w:br/>
        <w:br/>
        <w:t xml:space="preserve">      add_price_by_location</w:t>
        <w:br/>
        <w:t xml:space="preserve">     </w:t>
        <w:br/>
      </w:r>
      <w:r>
        <w:rPr>
          <w:b w:val="0"/>
          <w:i w:val="0"/>
        </w:rPr>
        <w:t xml:space="preserve"> cho từng dòng. Sau đó nó lưu tệp lại:</w:t>
      </w:r>
    </w:p>
    <w:p>
      <w:pPr>
        <w:spacing w:after="0"/>
        <w:ind w:left="360"/>
        <w:shd w:val="clear" w:color="auto" w:fill="F2F2F2"/>
      </w:pPr>
      <w:r>
        <w:rPr>
          <w:rFonts w:ascii="Consolas" w:hAnsi="Consolas"/>
          <w:sz w:val="18"/>
        </w:rPr>
        <w:t>def main(input_file, output_file):</w:t>
      </w:r>
    </w:p>
    <w:p>
      <w:pPr>
        <w:spacing w:after="0"/>
        <w:ind w:left="360"/>
        <w:shd w:val="clear" w:color="auto" w:fill="F2F2F2"/>
      </w:pPr>
      <w:r>
        <w:rPr>
          <w:rFonts w:ascii="Consolas" w:hAnsi="Consolas"/>
          <w:sz w:val="18"/>
        </w:rPr>
        <w:t xml:space="preserve">    reader = csv.DictReader(input_file)</w:t>
      </w:r>
    </w:p>
    <w:p>
      <w:pPr>
        <w:spacing w:after="0"/>
        <w:ind w:left="360"/>
        <w:shd w:val="clear" w:color="auto" w:fill="F2F2F2"/>
      </w:pPr>
      <w:r>
        <w:rPr>
          <w:rFonts w:ascii="Consolas" w:hAnsi="Consolas"/>
          <w:sz w:val="18"/>
        </w:rPr>
        <w:t xml:space="preserve">    result = [add_price_by_location(row) for row in reader]</w:t>
      </w:r>
    </w:p>
    <w:p>
      <w:pPr>
        <w:spacing w:after="0"/>
        <w:ind w:left="360"/>
        <w:shd w:val="clear" w:color="auto" w:fill="F2F2F2"/>
      </w:pPr>
      <w:r>
        <w:rPr>
          <w:rFonts w:ascii="Consolas" w:hAnsi="Consolas"/>
          <w:sz w:val="18"/>
        </w:rPr>
        <w:t xml:space="preserve">    # Save into csv format</w:t>
      </w:r>
    </w:p>
    <w:p>
      <w:pPr>
        <w:spacing w:after="0"/>
        <w:ind w:left="360"/>
        <w:shd w:val="clear" w:color="auto" w:fill="F2F2F2"/>
      </w:pPr>
      <w:r>
        <w:rPr>
          <w:rFonts w:ascii="Consolas" w:hAnsi="Consolas"/>
          <w:sz w:val="18"/>
        </w:rPr>
        <w:t xml:space="preserve">    header = result[0].keys()</w:t>
      </w:r>
    </w:p>
    <w:p>
      <w:pPr>
        <w:spacing w:after="0"/>
        <w:ind w:left="360"/>
        <w:shd w:val="clear" w:color="auto" w:fill="F2F2F2"/>
      </w:pPr>
      <w:r>
        <w:rPr>
          <w:rFonts w:ascii="Consolas" w:hAnsi="Consolas"/>
          <w:sz w:val="18"/>
        </w:rPr>
        <w:t xml:space="preserve">    writer = csv.DictWriter(output_file, fieldnames=header)</w:t>
      </w:r>
    </w:p>
    <w:p>
      <w:pPr>
        <w:spacing w:after="0"/>
        <w:ind w:left="360"/>
        <w:shd w:val="clear" w:color="auto" w:fill="F2F2F2"/>
      </w:pPr>
      <w:r>
        <w:rPr>
          <w:rFonts w:ascii="Consolas" w:hAnsi="Consolas"/>
          <w:sz w:val="18"/>
        </w:rPr>
        <w:t xml:space="preserve">    writer.writeheader()</w:t>
      </w:r>
    </w:p>
    <w:p>
      <w:pPr>
        <w:spacing w:after="0"/>
        <w:ind w:left="360"/>
        <w:shd w:val="clear" w:color="auto" w:fill="F2F2F2"/>
      </w:pPr>
      <w:r>
        <w:rPr>
          <w:rFonts w:ascii="Consolas" w:hAnsi="Consolas"/>
          <w:sz w:val="18"/>
        </w:rPr>
        <w:t xml:space="preserve">    writer.writerows(result)</w:t>
      </w:r>
    </w:p>
    <w:p>
      <w:pPr>
        <w:spacing w:after="40"/>
      </w:pPr>
    </w:p>
    <w:p>
      <w:pPr>
        <w:spacing w:after="80"/>
      </w:pPr>
      <w:r>
        <w:rPr>
          <w:b w:val="0"/>
          <w:i w:val="0"/>
        </w:rPr>
        <w:t xml:space="preserve">Nó sử dụng lớp </w:t>
      </w:r>
      <w:r>
        <w:rPr>
          <w:rFonts w:ascii="Consolas" w:hAnsi="Consolas"/>
          <w:b w:val="0"/>
          <w:i w:val="0"/>
          <w:sz w:val="20"/>
        </w:rPr>
        <w:br/>
        <w:br/>
        <w:t xml:space="preserve">      DictReader</w:t>
        <w:br/>
        <w:t xml:space="preserve">     </w:t>
        <w:br/>
      </w:r>
      <w:r>
        <w:rPr>
          <w:b w:val="0"/>
          <w:i w:val="0"/>
        </w:rPr>
        <w:t xml:space="preserve"> của CSV để chuyển đổi từng dòng thành một dictionary, và dictionary đó sau đó được truyền đi để xử lý. Các dòng kết quả được lưu vào tệp CSV đầu ra bằng lớp </w:t>
      </w:r>
      <w:r>
        <w:rPr>
          <w:rFonts w:ascii="Consolas" w:hAnsi="Consolas"/>
          <w:b w:val="0"/>
          <w:i w:val="0"/>
          <w:sz w:val="20"/>
        </w:rPr>
        <w:br/>
        <w:br/>
        <w:t xml:space="preserve">      DictWriter</w:t>
        <w:br/>
        <w:t xml:space="preserve">     </w:t>
        <w:br/>
      </w:r>
      <w:r>
        <w:rPr>
          <w:b w:val="0"/>
          <w:i w:val="0"/>
        </w:rPr>
        <w:t xml:space="preserve"> . Tiêu đề cho các trường của tệp đầu ra được lấy từ các key trong mục dictionary của dòng đầu ra đầu tiên.</w:t>
      </w:r>
    </w:p>
    <w:p>
      <w:pPr>
        <w:spacing w:after="80"/>
      </w:pPr>
      <w:r>
        <w:rPr>
          <w:b w:val="0"/>
          <w:i w:val="0"/>
        </w:rPr>
        <w:t xml:space="preserve">Việc sử dụng </w:t>
      </w:r>
      <w:r>
        <w:rPr>
          <w:rFonts w:ascii="Consolas" w:hAnsi="Consolas"/>
          <w:b w:val="0"/>
          <w:i w:val="0"/>
          <w:sz w:val="20"/>
        </w:rPr>
        <w:br/>
        <w:br/>
        <w:t xml:space="preserve">      DictReader</w:t>
        <w:br/>
        <w:t xml:space="preserve">     </w:t>
        <w:br/>
      </w:r>
      <w:r>
        <w:rPr>
          <w:b w:val="0"/>
          <w:i w:val="0"/>
        </w:rPr>
        <w:t xml:space="preserve"> và </w:t>
      </w:r>
      <w:r>
        <w:rPr>
          <w:rFonts w:ascii="Consolas" w:hAnsi="Consolas"/>
          <w:b w:val="0"/>
          <w:i w:val="0"/>
          <w:sz w:val="20"/>
        </w:rPr>
        <w:br/>
        <w:br/>
        <w:t xml:space="preserve">      DictWriter</w:t>
        <w:br/>
        <w:t xml:space="preserve">     </w:t>
        <w:br/>
      </w:r>
      <w:r>
        <w:rPr>
          <w:b w:val="0"/>
          <w:i w:val="0"/>
        </w:rPr>
        <w:t xml:space="preserve"> đã được mô tả trong </w:t>
      </w:r>
      <w:r>
        <w:rPr>
          <w:b w:val="0"/>
          <w:i/>
        </w:rPr>
        <w:t xml:space="preserve"> Chương 6 </w:t>
      </w:r>
      <w:r>
        <w:rPr>
          <w:b w:val="0"/>
          <w:i w:val="0"/>
        </w:rPr>
        <w:t xml:space="preserve"> , </w:t>
      </w:r>
      <w:r>
        <w:rPr>
          <w:b w:val="0"/>
          <w:i/>
        </w:rPr>
        <w:t xml:space="preserve"> Vui cùng bảng tính </w:t>
      </w:r>
      <w:r>
        <w:rPr>
          <w:b w:val="0"/>
          <w:i w:val="0"/>
        </w:rPr>
        <w:t xml:space="preserve"> .</w:t>
      </w:r>
    </w:p>
    <w:p>
      <w:pPr>
        <w:spacing w:after="80"/>
      </w:pPr>
      <w:r>
        <w:rPr>
          <w:b w:val="0"/>
          <w:i w:val="0"/>
        </w:rPr>
        <w:t xml:space="preserve">Đoạn mã thú vị nhất nằm trong </w:t>
      </w:r>
      <w:r>
        <w:rPr>
          <w:rFonts w:ascii="Consolas" w:hAnsi="Consolas"/>
          <w:b w:val="0"/>
          <w:i w:val="0"/>
          <w:sz w:val="20"/>
        </w:rPr>
        <w:br/>
        <w:br/>
        <w:t xml:space="preserve">      add_price_by_location</w:t>
        <w:br/>
        <w:t xml:space="preserve">     </w:t>
        <w:br/>
      </w:r>
      <w:r>
        <w:rPr>
          <w:b w:val="0"/>
          <w:i w:val="0"/>
        </w:rPr>
        <w:t xml:space="preserve"> . Đoạn mã này sẽ phát hiện quốc gia (Mỹ hoặc Canada) dựa trên mã vị trí. Hãy cùng xem:</w:t>
      </w:r>
    </w:p>
    <w:p>
      <w:pPr>
        <w:spacing w:after="0"/>
        <w:ind w:left="360"/>
        <w:shd w:val="clear" w:color="auto" w:fill="F2F2F2"/>
      </w:pPr>
      <w:r>
        <w:rPr>
          <w:rFonts w:ascii="Consolas" w:hAnsi="Consolas"/>
          <w:sz w:val="18"/>
        </w:rPr>
        <w:t>US_LOCATIONS = ['AL', 'AK', …, 'WY', 'DC']</w:t>
      </w:r>
    </w:p>
    <w:p>
      <w:pPr>
        <w:spacing w:after="0"/>
        <w:ind w:left="360"/>
        <w:shd w:val="clear" w:color="auto" w:fill="F2F2F2"/>
      </w:pPr>
      <w:r>
        <w:rPr>
          <w:rFonts w:ascii="Consolas" w:hAnsi="Consolas"/>
          <w:sz w:val="18"/>
        </w:rPr>
        <w:t>CAD_LOCATIONS = ['AB', 'BC', … , 'NU', 'YT']</w:t>
      </w:r>
    </w:p>
    <w:p>
      <w:pPr>
        <w:spacing w:after="0"/>
        <w:ind w:left="360"/>
        <w:shd w:val="clear" w:color="auto" w:fill="F2F2F2"/>
      </w:pPr>
      <w:r>
        <w:rPr>
          <w:rFonts w:ascii="Consolas" w:hAnsi="Consolas"/>
          <w:sz w:val="18"/>
        </w:rPr>
        <w:t>CAD_TO_USD = Decimal('0.76')</w:t>
      </w:r>
    </w:p>
    <w:p>
      <w:pPr>
        <w:spacing w:after="0"/>
        <w:ind w:left="360"/>
        <w:shd w:val="clear" w:color="auto" w:fill="F2F2F2"/>
      </w:pPr>
      <w:r>
        <w:rPr>
          <w:rFonts w:ascii="Consolas" w:hAnsi="Consolas"/>
          <w:sz w:val="18"/>
        </w:rPr>
        <w:t>def add_price_by_location(row):</w:t>
      </w:r>
    </w:p>
    <w:p>
      <w:pPr>
        <w:spacing w:after="0"/>
        <w:ind w:left="360"/>
        <w:shd w:val="clear" w:color="auto" w:fill="F2F2F2"/>
      </w:pPr>
      <w:r>
        <w:rPr>
          <w:rFonts w:ascii="Consolas" w:hAnsi="Consolas"/>
          <w:sz w:val="18"/>
        </w:rPr>
        <w:t xml:space="preserve">    location = row['LOCATION']</w:t>
      </w:r>
    </w:p>
    <w:p>
      <w:pPr>
        <w:spacing w:after="0"/>
        <w:ind w:left="360"/>
        <w:shd w:val="clear" w:color="auto" w:fill="F2F2F2"/>
      </w:pPr>
      <w:r>
        <w:rPr>
          <w:rFonts w:ascii="Consolas" w:hAnsi="Consolas"/>
          <w:sz w:val="18"/>
        </w:rPr>
        <w:t xml:space="preserve">    if location in US_LOCATIONS:</w:t>
      </w:r>
    </w:p>
    <w:p>
      <w:pPr>
        <w:spacing w:after="0"/>
        <w:ind w:left="360"/>
        <w:shd w:val="clear" w:color="auto" w:fill="F2F2F2"/>
      </w:pPr>
      <w:r>
        <w:rPr>
          <w:rFonts w:ascii="Consolas" w:hAnsi="Consolas"/>
          <w:sz w:val="18"/>
        </w:rPr>
        <w:t xml:space="preserve">        row['COUNTRY'] = 'USA'</w:t>
      </w:r>
    </w:p>
    <w:p>
      <w:pPr>
        <w:spacing w:after="0"/>
        <w:ind w:left="360"/>
        <w:shd w:val="clear" w:color="auto" w:fill="F2F2F2"/>
      </w:pPr>
      <w:r>
        <w:rPr>
          <w:rFonts w:ascii="Consolas" w:hAnsi="Consolas"/>
          <w:sz w:val="18"/>
        </w:rPr>
        <w:t xml:space="preserve">        row['CURRENCY'] = 'USD'</w:t>
      </w:r>
    </w:p>
    <w:p>
      <w:pPr>
        <w:spacing w:after="0"/>
        <w:ind w:left="360"/>
        <w:shd w:val="clear" w:color="auto" w:fill="F2F2F2"/>
      </w:pPr>
      <w:r>
        <w:rPr>
          <w:rFonts w:ascii="Consolas" w:hAnsi="Consolas"/>
          <w:sz w:val="18"/>
        </w:rPr>
        <w:t xml:space="preserve">        row['USD'] = Decimal(row['PRICE'])</w:t>
      </w:r>
    </w:p>
    <w:p>
      <w:pPr>
        <w:spacing w:after="0"/>
        <w:ind w:left="360"/>
        <w:shd w:val="clear" w:color="auto" w:fill="F2F2F2"/>
      </w:pPr>
      <w:r>
        <w:rPr>
          <w:rFonts w:ascii="Consolas" w:hAnsi="Consolas"/>
          <w:sz w:val="18"/>
        </w:rPr>
        <w:t xml:space="preserve">    elif location in CAD_LOCATIONS:</w:t>
      </w:r>
    </w:p>
    <w:p>
      <w:pPr>
        <w:spacing w:after="0"/>
        <w:ind w:left="360"/>
        <w:shd w:val="clear" w:color="auto" w:fill="F2F2F2"/>
      </w:pPr>
      <w:r>
        <w:rPr>
          <w:rFonts w:ascii="Consolas" w:hAnsi="Consolas"/>
          <w:sz w:val="18"/>
        </w:rPr>
        <w:t xml:space="preserve">        row['COUNTRY'] = 'CANADA'</w:t>
      </w:r>
    </w:p>
    <w:p>
      <w:pPr>
        <w:spacing w:after="0"/>
        <w:ind w:left="360"/>
        <w:shd w:val="clear" w:color="auto" w:fill="F2F2F2"/>
      </w:pPr>
      <w:r>
        <w:rPr>
          <w:rFonts w:ascii="Consolas" w:hAnsi="Consolas"/>
          <w:sz w:val="18"/>
        </w:rPr>
        <w:t xml:space="preserve">        row['CURRENCY'] = 'CAD'</w:t>
      </w:r>
    </w:p>
    <w:p>
      <w:pPr>
        <w:spacing w:after="0"/>
        <w:ind w:left="360"/>
        <w:shd w:val="clear" w:color="auto" w:fill="F2F2F2"/>
      </w:pPr>
      <w:r>
        <w:rPr>
          <w:rFonts w:ascii="Consolas" w:hAnsi="Consolas"/>
          <w:sz w:val="18"/>
        </w:rPr>
        <w:t xml:space="preserve">        row['USD'] = Decimal(row['PRICE']) * CAD_TO_USD</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raise ValueError (f'Location not found: {location}')</w:t>
      </w:r>
    </w:p>
    <w:p>
      <w:pPr>
        <w:spacing w:after="0"/>
        <w:ind w:left="360"/>
        <w:shd w:val="clear" w:color="auto" w:fill="F2F2F2"/>
      </w:pPr>
      <w:r>
        <w:rPr>
          <w:rFonts w:ascii="Consolas" w:hAnsi="Consolas"/>
          <w:sz w:val="18"/>
        </w:rPr>
        <w:t xml:space="preserve">    return row</w:t>
      </w:r>
    </w:p>
    <w:p>
      <w:pPr>
        <w:spacing w:after="40"/>
      </w:pPr>
    </w:p>
    <w:p>
      <w:pPr>
        <w:spacing w:after="80"/>
      </w:pPr>
      <w:r>
        <w:rPr>
          <w:b w:val="0"/>
          <w:i w:val="0"/>
        </w:rPr>
        <w:t xml:space="preserve">Dựa vào vị trí, nó suy ra đơn vị tiền tệ. Lưu ý rằng mã hai chữ cái cho các tỉnh và vùng lãnh thổ của Canada cũng như cho các bang của Hoa Kỳ được mô tả trong hai danh sách. Mô tả đầy đủ của từng mục được lưu trong mảng </w:t>
      </w:r>
      <w:r>
        <w:rPr>
          <w:rFonts w:ascii="Consolas" w:hAnsi="Consolas"/>
          <w:b w:val="0"/>
          <w:i w:val="0"/>
          <w:sz w:val="20"/>
        </w:rPr>
        <w:br/>
        <w:br/>
        <w:t xml:space="preserve">      CAD_LOCATIONS</w:t>
        <w:br/>
        <w:t xml:space="preserve">     </w:t>
        <w:br/>
      </w:r>
      <w:r>
        <w:rPr>
          <w:b w:val="0"/>
          <w:i w:val="0"/>
        </w:rPr>
        <w:t xml:space="preserve"> và </w:t>
      </w:r>
      <w:r>
        <w:rPr>
          <w:rFonts w:ascii="Consolas" w:hAnsi="Consolas"/>
          <w:b w:val="0"/>
          <w:i w:val="0"/>
          <w:sz w:val="20"/>
        </w:rPr>
        <w:br/>
        <w:br/>
        <w:t xml:space="preserve">      US_LOCATIONS</w:t>
        <w:br/>
        <w:t xml:space="preserve">     </w:t>
        <w:br/>
      </w:r>
      <w:r>
        <w:rPr>
          <w:b w:val="0"/>
          <w:i w:val="0"/>
        </w:rPr>
        <w:t>. Nếu vị trí được phát hiện là một bang của Hoa Kỳ, đơn vị tiền tệ được đặt thành đô la Mỹ, còn với tất cả các tỉnh và vùng lãnh thổ ở Canada thì đặt thành đô la Canada.</w:t>
      </w:r>
    </w:p>
    <w:p>
      <w:pPr>
        <w:spacing w:after="80"/>
      </w:pPr>
      <w:r>
        <w:rPr>
          <w:b/>
          <w:i w:val="0"/>
        </w:rPr>
        <w:t>Lưu ý</w:t>
      </w:r>
    </w:p>
    <w:p>
      <w:pPr>
        <w:spacing w:after="80"/>
      </w:pPr>
      <w:r>
        <w:rPr>
          <w:b w:val="0"/>
          <w:i w:val="0"/>
        </w:rPr>
        <w:t>Thật tiện lợi vì các bang của Hoa Kỳ và các tỉnh của Canada có những mã duy nhất khác nhau, giúp dễ dàng phân biệt. Ở những hệ thống khác, mọi thứ có thể phức tạp hơn.</w:t>
      </w:r>
    </w:p>
    <w:p>
      <w:pPr>
        <w:spacing w:after="80"/>
      </w:pPr>
      <w:r>
        <w:rPr>
          <w:b w:val="0"/>
          <w:i w:val="0"/>
        </w:rPr>
        <w:t>Nó thêm một khóa mới vào dictionary cho quốc gia, đơn vị tiền tệ và giá trị tương đương bằng đô la Mỹ của mức giá. Ba khóa này sau đó được thêm làm các cột vào file CSV đầu ra.</w:t>
      </w:r>
    </w:p>
    <w:p>
      <w:pPr>
        <w:spacing w:after="80"/>
      </w:pPr>
      <w:r>
        <w:rPr>
          <w:b/>
          <w:i w:val="0"/>
        </w:rPr>
        <w:t>Lưu ý</w:t>
      </w:r>
    </w:p>
    <w:p>
      <w:pPr>
        <w:spacing w:after="80"/>
      </w:pPr>
      <w:r>
        <w:rPr>
          <w:b w:val="0"/>
          <w:i w:val="0"/>
        </w:rPr>
        <w:t>Dictionary trong Python giữ nguyên thứ tự chèn. Điều này có nghĩa là khóa được thêm vào cuối cùng sẽ được truy xuất cuối cùng khi các khóa được hiển thị. Chúng ta tận dụng hành vi này trong việc tạo phần tiêu đề, vì bất kỳ phần tử mới nào được thêm vào sẽ được lưu dưới dạng một cột mới ở cuối, giữ nguyên thứ tự của các phần tử cũ hơn.</w:t>
      </w:r>
    </w:p>
    <w:p>
      <w:pPr>
        <w:spacing w:after="80"/>
      </w:pPr>
      <w:r>
        <w:rPr>
          <w:b w:val="0"/>
          <w:i w:val="0"/>
        </w:rPr>
        <w:t>File kết quả cung cấp thông tin về từng bản ghi bán hàng theo một đơn vị tiền tệ chung, giúp việc so sánh dễ dàng hơn.</w:t>
      </w:r>
    </w:p>
    <w:p>
      <w:pPr>
        <w:pStyle w:val="Heading3"/>
      </w:pPr>
      <w:r>
        <w:rPr>
          <w:rFonts w:ascii="Calibri" w:hAnsi="Calibri"/>
          <w:b/>
          <w:i w:val="0"/>
          <w:sz w:val="26"/>
        </w:rPr>
        <w:t>Còn nhiều điều nữa...</w:t>
      </w:r>
    </w:p>
    <w:p>
      <w:pPr>
        <w:spacing w:after="80"/>
      </w:pPr>
      <w:r>
        <w:rPr>
          <w:b w:val="0"/>
          <w:i w:val="0"/>
        </w:rPr>
        <w:t>Như chúng ta đã bình luận trước đó, việc xử lý và phân biệt vị trí cùng đơn vị tiền tệ không phải lúc nào cũng đơn giản như trình bày ở đây. Các quốc gia khác nhau có thể có những cách biểu diễn địa điểm khác nhau, và trong một số trường hợp, các mã dùng để biểu diễn vị trí từ các quốc gia khác nhau sẽ trùng nhau.</w:t>
      </w:r>
    </w:p>
    <w:p>
      <w:pPr>
        <w:spacing w:after="80"/>
      </w:pPr>
      <w:r>
        <w:rPr>
          <w:b w:val="0"/>
          <w:i w:val="0"/>
        </w:rPr>
        <w:t>Quốc gia được thêm làm một cột để có thể dùng về sau.</w:t>
      </w:r>
    </w:p>
    <w:p>
      <w:pPr>
        <w:spacing w:after="80"/>
      </w:pPr>
      <w:r>
        <w:rPr>
          <w:b w:val="0"/>
          <w:i w:val="0"/>
        </w:rPr>
        <w:t xml:space="preserve">Tỷ giá hối đoái được định nghĩa là một hằng số, nhưng đó chỉ là một giá trị gần đúng. Có thể cần phải lấy nó từ một nguồn bên ngoài vì nó có khả năng thay đổi hằng ngày. Ví dụ, </w:t>
      </w:r>
      <w:r>
        <w:rPr>
          <w:rFonts w:ascii="Consolas" w:hAnsi="Consolas"/>
          <w:b w:val="0"/>
          <w:i w:val="0"/>
          <w:sz w:val="20"/>
        </w:rPr>
        <w:br/>
        <w:br/>
        <w:t xml:space="preserve">       www.exchangerate-api.com</w:t>
        <w:br/>
        <w:t xml:space="preserve">      </w:t>
        <w:br/>
      </w:r>
      <w:r>
        <w:rPr>
          <w:b w:val="0"/>
          <w:i w:val="0"/>
        </w:rPr>
        <w:t xml:space="preserve"> cung cấp một API miễn phí để tích hợp việc chuyển đổi tỷ giá hối đoái, như sau:</w:t>
      </w:r>
    </w:p>
    <w:p>
      <w:pPr>
        <w:spacing w:after="0"/>
        <w:ind w:left="360"/>
        <w:shd w:val="clear" w:color="auto" w:fill="F2F2F2"/>
      </w:pPr>
      <w:r>
        <w:rPr>
          <w:rFonts w:ascii="Consolas" w:hAnsi="Consolas"/>
          <w:sz w:val="18"/>
        </w:rPr>
        <w:t>&gt;&gt;&gt; import requests</w:t>
      </w:r>
    </w:p>
    <w:p>
      <w:pPr>
        <w:spacing w:after="0"/>
        <w:ind w:left="360"/>
        <w:shd w:val="clear" w:color="auto" w:fill="F2F2F2"/>
      </w:pPr>
      <w:r>
        <w:rPr>
          <w:rFonts w:ascii="Consolas" w:hAnsi="Consolas"/>
          <w:sz w:val="18"/>
        </w:rPr>
        <w:t>&gt;&gt;&gt; result = requests.get('https://open.er-api.com/v6/latest/CAD')</w:t>
      </w:r>
    </w:p>
    <w:p>
      <w:pPr>
        <w:spacing w:after="0"/>
        <w:ind w:left="360"/>
        <w:shd w:val="clear" w:color="auto" w:fill="F2F2F2"/>
      </w:pPr>
      <w:r>
        <w:rPr>
          <w:rFonts w:ascii="Consolas" w:hAnsi="Consolas"/>
          <w:sz w:val="18"/>
        </w:rPr>
        <w:t>&gt;&gt;&gt; result.json()['rates']['USD']</w:t>
      </w:r>
    </w:p>
    <w:p>
      <w:pPr>
        <w:spacing w:after="0"/>
        <w:ind w:left="360"/>
        <w:shd w:val="clear" w:color="auto" w:fill="F2F2F2"/>
      </w:pPr>
      <w:r>
        <w:rPr>
          <w:rFonts w:ascii="Consolas" w:hAnsi="Consolas"/>
          <w:sz w:val="18"/>
        </w:rPr>
        <w:t>0.755081</w:t>
      </w:r>
    </w:p>
    <w:p>
      <w:pPr>
        <w:spacing w:after="40"/>
      </w:pPr>
    </w:p>
    <w:p>
      <w:pPr>
        <w:spacing w:after="80"/>
      </w:pPr>
      <w:r>
        <w:rPr>
          <w:b w:val="0"/>
          <w:i w:val="0"/>
        </w:rPr>
        <w:t>Những thiết lập phức tạp hơn có thể yêu cầu truy cập vào các nguồn tỷ giá hối đoái cụ thể hoặc khả năng lấy thông tin lịch sử về tỷ giá.</w:t>
      </w:r>
    </w:p>
    <w:p>
      <w:pPr>
        <w:spacing w:after="80"/>
      </w:pPr>
      <w:r>
        <w:rPr>
          <w:b/>
          <w:i w:val="0"/>
        </w:rPr>
        <w:t>Mẹo</w:t>
      </w:r>
    </w:p>
    <w:p>
      <w:pPr>
        <w:spacing w:after="80"/>
      </w:pPr>
      <w:r>
        <w:rPr>
          <w:b w:val="0"/>
          <w:i w:val="0"/>
        </w:rPr>
        <w:t>Hầu hết các nguồn tỷ giá hối đoái đều áp đặt giới hạn về số lần gọi, hoặc tính phí theo mỗi lần truy cập. Hãy chắc chắn tránh việc liên tục truy vấn dữ liệu, và lưu trữ tỷ giá để dùng cục bộ.</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Chuẩn bị một bảng tính CSV </w:t>
      </w:r>
      <w:r>
        <w:rPr>
          <w:b w:val="0"/>
          <w:i w:val="0"/>
        </w:rPr>
        <w:t xml:space="preserve"> từ phần trước.</w:t>
      </w:r>
    </w:p>
    <w:p>
      <w:pPr>
        <w:spacing w:after="80"/>
        <w:ind w:left="360"/>
      </w:pPr>
      <w:r>
        <w:t xml:space="preserve">• </w:t>
      </w:r>
      <w:r>
        <w:rPr>
          <w:b w:val="0"/>
          <w:i w:val="0"/>
        </w:rPr>
        <w:t xml:space="preserve">Công thức </w:t>
      </w:r>
      <w:r>
        <w:rPr>
          <w:b w:val="0"/>
          <w:i/>
        </w:rPr>
        <w:t xml:space="preserve"> Đọc tệp CSV </w:t>
      </w:r>
      <w:r>
        <w:rPr>
          <w:b w:val="0"/>
          <w:i w:val="0"/>
        </w:rPr>
        <w:t xml:space="preserve"> trong </w:t>
      </w:r>
      <w:r>
        <w:rPr>
          <w:b w:val="0"/>
          <w:i/>
        </w:rPr>
        <w:t xml:space="preserve"> Chương 4 </w:t>
      </w:r>
      <w:r>
        <w:rPr>
          <w:b w:val="0"/>
          <w:i w:val="0"/>
        </w:rPr>
        <w:t xml:space="preserve"> , </w:t>
      </w:r>
      <w:r>
        <w:rPr>
          <w:b w:val="0"/>
          <w:i/>
        </w:rPr>
        <w:t xml:space="preserve"> Tìm kiếm và Đọc tệp cục bộ </w:t>
      </w:r>
      <w:r>
        <w:rPr>
          <w:b w:val="0"/>
          <w:i w:val="0"/>
        </w:rPr>
        <w:t xml:space="preserve"> .</w:t>
      </w:r>
    </w:p>
    <w:p>
      <w:pPr>
        <w:spacing w:after="80"/>
        <w:ind w:left="360"/>
      </w:pPr>
      <w:r>
        <w:t xml:space="preserve">• </w:t>
      </w:r>
      <w:r>
        <w:rPr>
          <w:b w:val="0"/>
          <w:i w:val="0"/>
        </w:rPr>
        <w:t xml:space="preserve">Công thức </w:t>
      </w:r>
      <w:r>
        <w:rPr>
          <w:b w:val="0"/>
          <w:i/>
        </w:rPr>
        <w:t xml:space="preserve"> Chuẩn bị một tác vụ </w:t>
      </w:r>
      <w:r>
        <w:rPr>
          <w:b w:val="0"/>
          <w:i w:val="0"/>
        </w:rPr>
        <w:t xml:space="preserve"> trong </w:t>
      </w:r>
      <w:r>
        <w:rPr>
          <w:b w:val="0"/>
          <w:i/>
        </w:rPr>
        <w:t xml:space="preserve"> Chương 2 </w:t>
      </w:r>
      <w:r>
        <w:rPr>
          <w:b w:val="0"/>
          <w:i w:val="0"/>
        </w:rPr>
        <w:t xml:space="preserve"> , </w:t>
      </w:r>
      <w:r>
        <w:rPr>
          <w:b w:val="0"/>
          <w:i/>
        </w:rPr>
        <w:t xml:space="preserve"> Tự động hóa tác vụ thật dễ dàng </w:t>
      </w:r>
      <w:r>
        <w:rPr>
          <w:b w:val="0"/>
          <w:i w:val="0"/>
        </w:rPr>
        <w:t xml:space="preserve"> .</w:t>
      </w:r>
    </w:p>
    <w:p>
      <w:pPr>
        <w:pStyle w:val="Heading2"/>
      </w:pPr>
      <w:r>
        <w:rPr>
          <w:rFonts w:ascii="Calibri" w:hAnsi="Calibri"/>
          <w:b/>
          <w:i w:val="0"/>
          <w:sz w:val="32"/>
        </w:rPr>
        <w:t>Chuẩn hóa định dạng ngày tháng</w:t>
      </w:r>
    </w:p>
    <w:p>
      <w:pPr>
        <w:spacing w:after="80"/>
      </w:pPr>
      <w:r>
        <w:rPr>
          <w:b w:val="0"/>
          <w:i w:val="0"/>
        </w:rPr>
        <w:t xml:space="preserve">Định dạng ngày giờ trong nhật ký khác nhau tùy theo vị trí. Trong nhật ký của Canada, định dạng là ISO 8601 tiêu chuẩn với dạng </w:t>
      </w:r>
      <w:r>
        <w:rPr>
          <w:rFonts w:ascii="Consolas" w:hAnsi="Consolas"/>
          <w:b w:val="0"/>
          <w:i w:val="0"/>
          <w:sz w:val="20"/>
        </w:rPr>
        <w:br/>
        <w:br/>
        <w:t xml:space="preserve">      YYYY‑MM‑DD</w:t>
        <w:br/>
        <w:t xml:space="preserve">     </w:t>
        <w:br/>
      </w:r>
      <w:r>
        <w:rPr>
          <w:b w:val="0"/>
          <w:i w:val="0"/>
        </w:rPr>
        <w:t xml:space="preserve"> . Nhật ký đến từ Hoa Kỳ sử dụng định dạng </w:t>
      </w:r>
      <w:r>
        <w:rPr>
          <w:rFonts w:ascii="Consolas" w:hAnsi="Consolas"/>
          <w:b w:val="0"/>
          <w:i w:val="0"/>
          <w:sz w:val="20"/>
        </w:rPr>
        <w:br/>
        <w:br/>
        <w:t xml:space="preserve">      MM‑DD‑YYYY</w:t>
        <w:br/>
        <w:t xml:space="preserve">     </w:t>
        <w:br/>
      </w:r>
      <w:r>
        <w:rPr>
          <w:b w:val="0"/>
          <w:i w:val="0"/>
        </w:rPr>
        <w:t xml:space="preserve"> .</w:t>
      </w:r>
    </w:p>
    <w:p>
      <w:pPr>
        <w:spacing w:after="80"/>
      </w:pPr>
      <w:r>
        <w:rPr>
          <w:b/>
          <w:i w:val="0"/>
        </w:rPr>
        <w:t>Mẹo</w:t>
      </w:r>
    </w:p>
    <w:p>
      <w:pPr>
        <w:spacing w:after="80"/>
      </w:pPr>
      <w:r>
        <w:rPr>
          <w:b w:val="0"/>
          <w:i w:val="0"/>
        </w:rPr>
        <w:t xml:space="preserve">Định dạng </w:t>
      </w:r>
      <w:r>
        <w:rPr>
          <w:rFonts w:ascii="Consolas" w:hAnsi="Consolas"/>
          <w:b w:val="0"/>
          <w:i w:val="0"/>
          <w:sz w:val="20"/>
        </w:rPr>
        <w:br/>
        <w:br/>
        <w:t xml:space="preserve">       YYYY‑MM‑DD</w:t>
        <w:br/>
        <w:t xml:space="preserve">      </w:t>
        <w:br/>
      </w:r>
      <w:r>
        <w:rPr>
          <w:b w:val="0"/>
          <w:i w:val="0"/>
        </w:rPr>
        <w:t xml:space="preserve"> là khái niệm của lập trình viên về một ngày tháng hoàn hảo, vì sắp xếp chúng theo thứ tự bảng chữ cái cũng chính là sắp xếp chúng theo ngày tháng.</w:t>
      </w:r>
    </w:p>
    <w:p>
      <w:pPr>
        <w:spacing w:after="80"/>
      </w:pPr>
      <w:r>
        <w:rPr>
          <w:b w:val="0"/>
          <w:i w:val="0"/>
        </w:rPr>
        <w:t>Trong công thức này, chúng ta sẽ thêm một cột mới với định dạng chuẩn để thống nhất cả hai loại ngày tháng.</w:t>
      </w:r>
    </w:p>
    <w:p>
      <w:pPr>
        <w:pStyle w:val="Heading3"/>
      </w:pPr>
      <w:r>
        <w:rPr>
          <w:rFonts w:ascii="Calibri" w:hAnsi="Calibri"/>
          <w:b/>
          <w:i w:val="0"/>
          <w:sz w:val="26"/>
        </w:rPr>
        <w:t>Chuẩn bị</w:t>
      </w:r>
    </w:p>
    <w:p>
      <w:pPr>
        <w:spacing w:after="80"/>
      </w:pPr>
      <w:r>
        <w:rPr>
          <w:b w:val="0"/>
          <w:i w:val="0"/>
        </w:rPr>
        <w:t>Chúng ta sẽ sử dụng tệp CSV thu được từ công thức trước đó, tệp này nhận và chuyển đổi nhật ký theo định dạng sau:</w:t>
      </w:r>
    </w:p>
    <w:p>
      <w:pPr>
        <w:spacing w:after="0"/>
        <w:ind w:left="360"/>
        <w:shd w:val="clear" w:color="auto" w:fill="F2F2F2"/>
      </w:pPr>
      <w:r>
        <w:rPr>
          <w:rFonts w:ascii="Consolas" w:hAnsi="Consolas"/>
          <w:sz w:val="18"/>
        </w:rPr>
        <w:t>[&lt;Timestamp&gt;] - SALE - PRODUCT: &lt;product id&gt; - PRICE: &lt;price&gt;</w:t>
      </w:r>
    </w:p>
    <w:p>
      <w:pPr>
        <w:spacing w:after="40"/>
      </w:pPr>
    </w:p>
    <w:p>
      <w:pPr>
        <w:spacing w:after="80"/>
      </w:pPr>
      <w:r>
        <w:rPr>
          <w:b w:val="0"/>
          <w:i w:val="0"/>
        </w:rPr>
        <w:t>Mỗi dòng sẽ đại diện cho một nhật ký bán hàng.</w:t>
      </w:r>
    </w:p>
    <w:p>
      <w:pPr>
        <w:spacing w:after="80"/>
      </w:pPr>
      <w:r>
        <w:rPr>
          <w:b w:val="0"/>
          <w:i w:val="0"/>
        </w:rPr>
        <w:t xml:space="preserve">Chúng ta sẽ sử dụng các mô-đun </w:t>
      </w:r>
      <w:r>
        <w:rPr>
          <w:rFonts w:ascii="Consolas" w:hAnsi="Consolas"/>
          <w:b w:val="0"/>
          <w:i w:val="0"/>
          <w:sz w:val="20"/>
        </w:rPr>
        <w:br/>
        <w:br/>
        <w:t xml:space="preserve">      parse</w:t>
        <w:br/>
        <w:t xml:space="preserve">     </w:t>
        <w:br/>
      </w:r>
      <w:r>
        <w:rPr>
          <w:b w:val="0"/>
          <w:i w:val="0"/>
        </w:rPr>
        <w:t xml:space="preserve"> và </w:t>
      </w:r>
      <w:r>
        <w:rPr>
          <w:rFonts w:ascii="Consolas" w:hAnsi="Consolas"/>
          <w:b w:val="0"/>
          <w:i w:val="0"/>
          <w:sz w:val="20"/>
        </w:rPr>
        <w:br/>
        <w:br/>
        <w:t xml:space="preserve">      pendulum</w:t>
        <w:br/>
        <w:t xml:space="preserve">     </w:t>
        <w:br/>
      </w:r>
      <w:r>
        <w:rPr>
          <w:b w:val="0"/>
          <w:i w:val="0"/>
        </w:rPr>
        <w:t xml:space="preserve"> , cài đặt chúng bằng cách thêm vào tệp </w:t>
      </w:r>
      <w:r>
        <w:rPr>
          <w:rFonts w:ascii="Consolas" w:hAnsi="Consolas"/>
          <w:b w:val="0"/>
          <w:i w:val="0"/>
          <w:sz w:val="20"/>
        </w:rPr>
        <w:br/>
        <w:br/>
        <w:t xml:space="preserve">      requirements.txt</w:t>
        <w:br/>
        <w:t xml:space="preserve">     </w:t>
        <w:br/>
      </w:r>
      <w:r>
        <w:rPr>
          <w:b w:val="0"/>
          <w:i w:val="0"/>
        </w:rPr>
        <w:t xml:space="preserve"> của chúng ta như sau:</w:t>
      </w:r>
    </w:p>
    <w:p>
      <w:pPr>
        <w:spacing w:after="0"/>
        <w:ind w:left="360"/>
        <w:shd w:val="clear" w:color="auto" w:fill="F2F2F2"/>
      </w:pPr>
      <w:r>
        <w:rPr>
          <w:rFonts w:ascii="Consolas" w:hAnsi="Consolas"/>
          <w:sz w:val="18"/>
        </w:rPr>
        <w:t>$ echo "parse==1.20.2" &gt;&gt; requirements.txt</w:t>
      </w:r>
    </w:p>
    <w:p>
      <w:pPr>
        <w:spacing w:after="0"/>
        <w:ind w:left="360"/>
        <w:shd w:val="clear" w:color="auto" w:fill="F2F2F2"/>
      </w:pPr>
      <w:r>
        <w:rPr>
          <w:rFonts w:ascii="Consolas" w:hAnsi="Consolas"/>
          <w:sz w:val="18"/>
        </w:rPr>
        <w:t>$ echo "pendulum==3.2.0" &gt;&gt; requirements.txt</w:t>
      </w:r>
    </w:p>
    <w:p>
      <w:pPr>
        <w:spacing w:after="0"/>
        <w:ind w:left="360"/>
        <w:shd w:val="clear" w:color="auto" w:fill="F2F2F2"/>
      </w:pPr>
      <w:r>
        <w:rPr>
          <w:rFonts w:ascii="Consolas" w:hAnsi="Consolas"/>
          <w:sz w:val="18"/>
        </w:rPr>
        <w:t>$ uv pip install -r requirements.txt</w:t>
      </w:r>
    </w:p>
    <w:p>
      <w:pPr>
        <w:spacing w:after="40"/>
      </w:pPr>
    </w:p>
    <w:p>
      <w:pPr>
        <w:spacing w:after="80"/>
      </w:pPr>
      <w:r>
        <w:rPr>
          <w:b w:val="0"/>
          <w:i w:val="0"/>
        </w:rPr>
        <w:t>Trong kho GitHub có một số tệp nhật ký để xử lý, chúng có cấu trúc như sau:</w:t>
      </w:r>
    </w:p>
    <w:p>
      <w:pPr>
        <w:spacing w:after="0"/>
        <w:ind w:left="360"/>
        <w:shd w:val="clear" w:color="auto" w:fill="F2F2F2"/>
      </w:pPr>
      <w:r>
        <w:rPr>
          <w:rFonts w:ascii="Consolas" w:hAnsi="Consolas"/>
          <w:sz w:val="18"/>
        </w:rPr>
        <w:t>sale_logs/</w:t>
      </w:r>
    </w:p>
    <w:p>
      <w:pPr>
        <w:spacing w:after="0"/>
        <w:ind w:left="360"/>
        <w:shd w:val="clear" w:color="auto" w:fill="F2F2F2"/>
      </w:pPr>
      <w:r>
        <w:rPr>
          <w:rFonts w:ascii="Consolas" w:hAnsi="Consolas"/>
          <w:sz w:val="18"/>
        </w:rPr>
        <w:t xml:space="preserve">  OH</w:t>
      </w:r>
    </w:p>
    <w:p>
      <w:pPr>
        <w:spacing w:after="0"/>
        <w:ind w:left="360"/>
        <w:shd w:val="clear" w:color="auto" w:fill="F2F2F2"/>
      </w:pPr>
      <w:r>
        <w:rPr>
          <w:rFonts w:ascii="Consolas" w:hAnsi="Consolas"/>
          <w:sz w:val="18"/>
        </w:rPr>
        <w:t xml:space="preserve">    logs.txt</w:t>
      </w:r>
    </w:p>
    <w:p>
      <w:pPr>
        <w:spacing w:after="0"/>
        <w:ind w:left="360"/>
        <w:shd w:val="clear" w:color="auto" w:fill="F2F2F2"/>
      </w:pPr>
      <w:r>
        <w:rPr>
          <w:rFonts w:ascii="Consolas" w:hAnsi="Consolas"/>
          <w:sz w:val="18"/>
        </w:rPr>
        <w:t xml:space="preserve">  ON</w:t>
      </w:r>
    </w:p>
    <w:p>
      <w:pPr>
        <w:spacing w:after="0"/>
        <w:ind w:left="360"/>
        <w:shd w:val="clear" w:color="auto" w:fill="F2F2F2"/>
      </w:pPr>
      <w:r>
        <w:rPr>
          <w:rFonts w:ascii="Consolas" w:hAnsi="Consolas"/>
          <w:sz w:val="18"/>
        </w:rPr>
        <w:t xml:space="preserve">    logs.txt</w:t>
      </w:r>
    </w:p>
    <w:p>
      <w:pPr>
        <w:spacing w:after="40"/>
      </w:pPr>
    </w:p>
    <w:p>
      <w:pPr>
        <w:spacing w:after="80"/>
      </w:pPr>
      <w:r>
        <w:rPr>
          <w:b w:val="0"/>
          <w:i w:val="0"/>
        </w:rPr>
        <w:t xml:space="preserve">Mã nguồn có thể được tìm thấy trong kho GitHub tại </w:t>
      </w:r>
      <w:r>
        <w:rPr>
          <w:rFonts w:ascii="Consolas" w:hAnsi="Consolas"/>
          <w:b w:val="0"/>
          <w:i w:val="0"/>
          <w:sz w:val="20"/>
        </w:rPr>
        <w:br/>
        <w:br/>
        <w:t xml:space="preserve">       https://github.com/PacktPublishing/Python-Automation-Cookbook-Third-Edition/tree/main/ch07</w:t>
        <w:br/>
        <w:t xml:space="preserve">      </w:t>
        <w:br/>
      </w:r>
      <w:r>
        <w:rPr>
          <w:b w:val="0"/>
          <w:i w:val="0"/>
        </w:rPr>
        <w:t xml:space="preserve"> .</w:t>
      </w:r>
    </w:p>
    <w:p>
      <w:pPr>
        <w:pStyle w:val="Heading3"/>
      </w:pPr>
      <w:r>
        <w:rPr>
          <w:rFonts w:ascii="Calibri" w:hAnsi="Calibri"/>
          <w:b/>
          <w:i w:val="0"/>
          <w:sz w:val="26"/>
        </w:rPr>
        <w:t>Cách thực hiện...</w:t>
      </w:r>
    </w:p>
    <w:p>
      <w:pPr>
        <w:spacing w:after="80"/>
        <w:ind w:left="360"/>
      </w:pPr>
      <w:r>
        <w:t xml:space="preserve">1. </w:t>
      </w:r>
      <w:r>
        <w:rPr>
          <w:b w:val="0"/>
          <w:i w:val="0"/>
        </w:rPr>
        <w:t xml:space="preserve">Nhập dữ liệu và chuyển đổi nó thành tệp CSV bằng script </w:t>
      </w:r>
      <w:r>
        <w:rPr>
          <w:rFonts w:ascii="Consolas" w:hAnsi="Consolas"/>
          <w:b w:val="0"/>
          <w:i w:val="0"/>
          <w:sz w:val="20"/>
        </w:rPr>
        <w:br/>
        <w:br/>
        <w:t xml:space="preserve">       logs_to_csv.py</w:t>
        <w:br/>
        <w:t xml:space="preserve">      </w:t>
        <w:br/>
      </w:r>
      <w:r>
        <w:rPr>
          <w:b w:val="0"/>
          <w:i w:val="0"/>
        </w:rPr>
        <w:t xml:space="preserve"> . Script thêm vị trí làm đầu vào. Tạo các tệp cho cả nhật ký </w:t>
      </w:r>
      <w:r>
        <w:rPr>
          <w:rFonts w:ascii="Consolas" w:hAnsi="Consolas"/>
          <w:b w:val="0"/>
          <w:i w:val="0"/>
          <w:sz w:val="20"/>
        </w:rPr>
        <w:br/>
        <w:br/>
        <w:t xml:space="preserve">       OH</w:t>
        <w:br/>
        <w:t xml:space="preserve">      </w:t>
        <w:br/>
      </w:r>
      <w:r>
        <w:rPr>
          <w:b w:val="0"/>
          <w:i w:val="0"/>
        </w:rPr>
        <w:t xml:space="preserve"> và </w:t>
      </w:r>
      <w:r>
        <w:rPr>
          <w:rFonts w:ascii="Consolas" w:hAnsi="Consolas"/>
          <w:b w:val="0"/>
          <w:i w:val="0"/>
          <w:sz w:val="20"/>
        </w:rPr>
        <w:br/>
        <w:br/>
        <w:t xml:space="preserve">       OT</w:t>
        <w:br/>
        <w:t xml:space="preserve">      </w:t>
        <w:br/>
      </w:r>
      <w:r>
        <w:rPr>
          <w:b w:val="0"/>
          <w:i w:val="0"/>
        </w:rPr>
        <w:t xml:space="preserve"> :</w:t>
      </w:r>
    </w:p>
    <w:p>
      <w:pPr>
        <w:spacing w:after="0"/>
        <w:ind w:left="360"/>
        <w:shd w:val="clear" w:color="auto" w:fill="F2F2F2"/>
      </w:pPr>
      <w:r>
        <w:rPr>
          <w:rFonts w:ascii="Consolas" w:hAnsi="Consolas"/>
          <w:sz w:val="18"/>
        </w:rPr>
        <w:t>$ uv run logs_to_csv.py sale_logs/OH/logs.txt output_1_OH.csv -l OH</w:t>
      </w:r>
    </w:p>
    <w:p>
      <w:pPr>
        <w:spacing w:after="0"/>
        <w:ind w:left="360"/>
        <w:shd w:val="clear" w:color="auto" w:fill="F2F2F2"/>
      </w:pPr>
      <w:r>
        <w:rPr>
          <w:rFonts w:ascii="Consolas" w:hAnsi="Consolas"/>
          <w:sz w:val="18"/>
        </w:rPr>
        <w:t>$ uv run logs_to_csv.py sale_logs/ON/logs.txt output_1_ON.csv -l ON</w:t>
      </w:r>
    </w:p>
    <w:p>
      <w:pPr>
        <w:spacing w:after="40"/>
      </w:pPr>
    </w:p>
    <w:p>
      <w:pPr>
        <w:spacing w:after="80"/>
        <w:ind w:left="360"/>
      </w:pPr>
      <w:r>
        <w:t xml:space="preserve">2. </w:t>
      </w:r>
      <w:r>
        <w:rPr>
          <w:b w:val="0"/>
          <w:i w:val="0"/>
        </w:rPr>
        <w:t xml:space="preserve">Xử lý cả hai tệp kết quả bằng script </w:t>
      </w:r>
      <w:r>
        <w:rPr>
          <w:rFonts w:ascii="Consolas" w:hAnsi="Consolas"/>
          <w:b w:val="0"/>
          <w:i w:val="0"/>
          <w:sz w:val="20"/>
        </w:rPr>
        <w:br/>
        <w:br/>
        <w:t xml:space="preserve">       location_price.py</w:t>
        <w:br/>
        <w:t xml:space="preserve">      </w:t>
        <w:br/>
      </w:r>
      <w:r>
        <w:rPr>
          <w:b w:val="0"/>
          <w:i w:val="0"/>
        </w:rPr>
        <w:t xml:space="preserve"> :</w:t>
      </w:r>
    </w:p>
    <w:p>
      <w:pPr>
        <w:spacing w:after="0"/>
        <w:ind w:left="360"/>
        <w:shd w:val="clear" w:color="auto" w:fill="F2F2F2"/>
      </w:pPr>
      <w:r>
        <w:rPr>
          <w:rFonts w:ascii="Consolas" w:hAnsi="Consolas"/>
          <w:sz w:val="18"/>
        </w:rPr>
        <w:t>$ uv run location_price.py output_1_OH.csv output_2_OH.csv</w:t>
      </w:r>
    </w:p>
    <w:p>
      <w:pPr>
        <w:spacing w:after="0"/>
        <w:ind w:left="360"/>
        <w:shd w:val="clear" w:color="auto" w:fill="F2F2F2"/>
      </w:pPr>
      <w:r>
        <w:rPr>
          <w:rFonts w:ascii="Consolas" w:hAnsi="Consolas"/>
          <w:sz w:val="18"/>
        </w:rPr>
        <w:t>$ uv run location_price.py output_1_ON.csv output_2_ON.csv</w:t>
      </w:r>
    </w:p>
    <w:p>
      <w:pPr>
        <w:spacing w:after="40"/>
      </w:pPr>
    </w:p>
    <w:p>
      <w:pPr>
        <w:spacing w:after="80"/>
        <w:ind w:left="360"/>
      </w:pPr>
      <w:r>
        <w:t xml:space="preserve">3. </w:t>
      </w:r>
      <w:r>
        <w:rPr>
          <w:b w:val="0"/>
          <w:i w:val="0"/>
        </w:rPr>
        <w:t xml:space="preserve">Xử lý cả hai tệp bằng script </w:t>
      </w:r>
      <w:r>
        <w:rPr>
          <w:rFonts w:ascii="Consolas" w:hAnsi="Consolas"/>
          <w:b w:val="0"/>
          <w:i w:val="0"/>
          <w:sz w:val="20"/>
        </w:rPr>
        <w:br/>
        <w:br/>
        <w:t xml:space="preserve">       standard_date.py</w:t>
        <w:br/>
        <w:t xml:space="preserve">      </w:t>
        <w:br/>
      </w:r>
      <w:r>
        <w:rPr>
          <w:b w:val="0"/>
          <w:i w:val="0"/>
        </w:rPr>
        <w:t>:</w:t>
      </w:r>
    </w:p>
    <w:p>
      <w:pPr>
        <w:spacing w:after="0"/>
        <w:ind w:left="360"/>
        <w:shd w:val="clear" w:color="auto" w:fill="F2F2F2"/>
      </w:pPr>
      <w:r>
        <w:rPr>
          <w:rFonts w:ascii="Consolas" w:hAnsi="Consolas"/>
          <w:sz w:val="18"/>
        </w:rPr>
        <w:t>$ uv run standard_date.py output_2_OH.csv output_3_OH.csv</w:t>
      </w:r>
    </w:p>
    <w:p>
      <w:pPr>
        <w:spacing w:after="0"/>
        <w:ind w:left="360"/>
        <w:shd w:val="clear" w:color="auto" w:fill="F2F2F2"/>
      </w:pPr>
      <w:r>
        <w:rPr>
          <w:rFonts w:ascii="Consolas" w:hAnsi="Consolas"/>
          <w:sz w:val="18"/>
        </w:rPr>
        <w:t>$ uv run standard_date.py output_2_ON.csv output_3_ON.csv</w:t>
      </w:r>
    </w:p>
    <w:p>
      <w:pPr>
        <w:spacing w:after="40"/>
      </w:pPr>
    </w:p>
    <w:p>
      <w:pPr>
        <w:spacing w:after="80"/>
        <w:ind w:left="360"/>
      </w:pPr>
      <w:r>
        <w:t xml:space="preserve">4. </w:t>
      </w:r>
      <w:r>
        <w:rPr>
          <w:b w:val="0"/>
          <w:i w:val="0"/>
        </w:rPr>
        <w:t>Kiểm tra các tệp CSV kết quả trong một ứng dụng bảng tính. Trong các ảnh chụp màn hình sau đây, các tệp được hiển thị bằng phần mềm LibreOffice:</w:t>
      </w:r>
    </w:p>
    <w:p>
      <w:pPr>
        <w:jc w:val="center"/>
      </w:pPr>
      <w:r>
        <w:drawing>
          <wp:inline xmlns:a="http://schemas.openxmlformats.org/drawingml/2006/main" xmlns:pic="http://schemas.openxmlformats.org/drawingml/2006/picture">
            <wp:extent cx="5486400" cy="3923388"/>
            <wp:docPr id="54" name="Picture 54"/>
            <wp:cNvGraphicFramePr>
              <a:graphicFrameLocks noChangeAspect="1"/>
            </wp:cNvGraphicFramePr>
            <a:graphic>
              <a:graphicData uri="http://schemas.openxmlformats.org/drawingml/2006/picture">
                <pic:pic>
                  <pic:nvPicPr>
                    <pic:cNvPr id="0" name="B36973_7_4.png"/>
                    <pic:cNvPicPr/>
                  </pic:nvPicPr>
                  <pic:blipFill>
                    <a:blip r:embed="rId58"/>
                    <a:stretch>
                      <a:fillRect/>
                    </a:stretch>
                  </pic:blipFill>
                  <pic:spPr>
                    <a:xfrm>
                      <a:off x="0" y="0"/>
                      <a:ext cx="5486400" cy="3923388"/>
                    </a:xfrm>
                    <a:prstGeom prst="rect"/>
                  </pic:spPr>
                </pic:pic>
              </a:graphicData>
            </a:graphic>
          </wp:inline>
        </w:drawing>
      </w:r>
    </w:p>
    <w:p>
      <w:pPr>
        <w:jc w:val="center"/>
      </w:pPr>
      <w:r>
        <w:drawing>
          <wp:inline xmlns:a="http://schemas.openxmlformats.org/drawingml/2006/main" xmlns:pic="http://schemas.openxmlformats.org/drawingml/2006/picture">
            <wp:extent cx="5486400" cy="3674253"/>
            <wp:docPr id="55" name="Picture 55"/>
            <wp:cNvGraphicFramePr>
              <a:graphicFrameLocks noChangeAspect="1"/>
            </wp:cNvGraphicFramePr>
            <a:graphic>
              <a:graphicData uri="http://schemas.openxmlformats.org/drawingml/2006/picture">
                <pic:pic>
                  <pic:nvPicPr>
                    <pic:cNvPr id="0" name="B36973_7_5.png"/>
                    <pic:cNvPicPr/>
                  </pic:nvPicPr>
                  <pic:blipFill>
                    <a:blip r:embed="rId59"/>
                    <a:stretch>
                      <a:fillRect/>
                    </a:stretch>
                  </pic:blipFill>
                  <pic:spPr>
                    <a:xfrm>
                      <a:off x="0" y="0"/>
                      <a:ext cx="5486400" cy="3674253"/>
                    </a:xfrm>
                    <a:prstGeom prst="rect"/>
                  </pic:spPr>
                </pic:pic>
              </a:graphicData>
            </a:graphic>
          </wp:inline>
        </w:drawing>
      </w:r>
    </w:p>
    <w:p>
      <w:pPr>
        <w:spacing w:after="160"/>
        <w:jc w:val="center"/>
      </w:pPr>
      <w:r>
        <w:rPr>
          <w:rFonts w:ascii="Calibri" w:hAnsi="Calibri"/>
          <w:b w:val="0"/>
          <w:i/>
          <w:sz w:val="19"/>
        </w:rPr>
        <w:t>Hình 7.3: Ảnh chụp màn hình các dấu thời gian chuẩn hóa nhất quán</w:t>
      </w:r>
    </w:p>
    <w:p>
      <w:pPr>
        <w:spacing w:after="80"/>
      </w:pPr>
      <w:r>
        <w:rPr>
          <w:b w:val="0"/>
          <w:i w:val="0"/>
        </w:rPr>
        <w:t xml:space="preserve">Hãy chú ý cách các thời gian trong cột </w:t>
      </w:r>
      <w:r>
        <w:rPr>
          <w:b/>
          <w:i w:val="0"/>
        </w:rPr>
        <w:t xml:space="preserve"> STD_TIMESTAMP </w:t>
      </w:r>
      <w:r>
        <w:rPr>
          <w:b w:val="0"/>
          <w:i w:val="0"/>
        </w:rPr>
        <w:t xml:space="preserve"> được định dạng giống nhau, trong khi những thời gian trong cột </w:t>
      </w:r>
      <w:r>
        <w:rPr>
          <w:b/>
          <w:i w:val="0"/>
        </w:rPr>
        <w:t xml:space="preserve"> TIMESTAMP </w:t>
      </w:r>
      <w:r>
        <w:rPr>
          <w:b w:val="0"/>
          <w:i w:val="0"/>
        </w:rPr>
        <w:t xml:space="preserve"> thì không.</w:t>
      </w:r>
    </w:p>
    <w:p>
      <w:pPr>
        <w:spacing w:after="80"/>
      </w:pPr>
      <w:r>
        <w:rPr>
          <w:b/>
          <w:i w:val="0"/>
        </w:rPr>
        <w:t>Mẹo</w:t>
      </w:r>
    </w:p>
    <w:p>
      <w:pPr>
        <w:spacing w:after="80"/>
      </w:pPr>
      <w:r>
        <w:rPr>
          <w:b w:val="0"/>
          <w:i w:val="0"/>
        </w:rPr>
        <w:t xml:space="preserve">Hãy cẩn thận vì Excel có xu hướng diễn giải các giá trị thành ngày tháng, điều này có thể gây rắc rối. Một trường hợp nổi tiếng là việc Tổ chức Bộ gen Người (Human Genome Organization) đổi tên các gen SEPT1 và MARCH1 thành SEPTIN1 và MARCHF1 để tránh các vấn đề khi mở tệp bằng Excel. Xem thêm chi tiết tại </w:t>
      </w:r>
      <w:r>
        <w:rPr>
          <w:rFonts w:ascii="Consolas" w:hAnsi="Consolas"/>
          <w:b w:val="0"/>
          <w:i w:val="0"/>
          <w:sz w:val="20"/>
        </w:rPr>
        <w:br/>
        <w:br/>
        <w:t xml:space="preserve">        https://revistapesquisa.fapesp.br/en/automatic-conversion-in-excel-changed-to-prevent-errors-in-genetic-studies/</w:t>
        <w:br/>
        <w:t xml:space="preserve">       </w:t>
        <w:br/>
      </w:r>
      <w:r>
        <w:rPr>
          <w:b w:val="0"/>
          <w:i w:val="0"/>
        </w:rPr>
        <w:t xml:space="preserve"> .</w:t>
      </w:r>
    </w:p>
    <w:p>
      <w:pPr>
        <w:pStyle w:val="Heading3"/>
      </w:pPr>
      <w:r>
        <w:rPr>
          <w:rFonts w:ascii="Calibri" w:hAnsi="Calibri"/>
          <w:b/>
          <w:i w:val="0"/>
          <w:sz w:val="26"/>
        </w:rPr>
        <w:t>Cách hoạt động...</w:t>
      </w:r>
    </w:p>
    <w:p>
      <w:pPr>
        <w:spacing w:after="80"/>
      </w:pPr>
      <w:r>
        <w:rPr>
          <w:b w:val="0"/>
          <w:i w:val="0"/>
        </w:rPr>
        <w:t xml:space="preserve">Chúng ta hãy cùng xem script </w:t>
      </w:r>
      <w:r>
        <w:rPr>
          <w:rFonts w:ascii="Consolas" w:hAnsi="Consolas"/>
          <w:b w:val="0"/>
          <w:i w:val="0"/>
          <w:sz w:val="20"/>
        </w:rPr>
        <w:br/>
        <w:br/>
        <w:t xml:space="preserve">      standard_date.py</w:t>
        <w:br/>
        <w:t xml:space="preserve">     </w:t>
        <w:br/>
      </w:r>
      <w:r>
        <w:rPr>
          <w:b w:val="0"/>
          <w:i w:val="0"/>
        </w:rPr>
        <w:t xml:space="preserve"> được dùng trong </w:t>
      </w:r>
      <w:r>
        <w:rPr>
          <w:b w:val="0"/>
          <w:i/>
        </w:rPr>
        <w:t xml:space="preserve"> bước 3 </w:t>
      </w:r>
      <w:r>
        <w:rPr>
          <w:b w:val="0"/>
          <w:i w:val="0"/>
        </w:rPr>
        <w:t xml:space="preserve"> .</w:t>
      </w:r>
    </w:p>
    <w:p>
      <w:pPr>
        <w:spacing w:after="80"/>
      </w:pPr>
      <w:r>
        <w:rPr>
          <w:b w:val="0"/>
          <w:i w:val="0"/>
        </w:rPr>
        <w:t xml:space="preserve">Phần cuối của script xử lý việc phân tích các đối số, đã được mô tả chi tiết trong </w:t>
      </w:r>
      <w:r>
        <w:rPr>
          <w:b w:val="0"/>
          <w:i/>
        </w:rPr>
        <w:t xml:space="preserve"> Chương 2 </w:t>
      </w:r>
      <w:r>
        <w:rPr>
          <w:b w:val="0"/>
          <w:i w:val="0"/>
        </w:rPr>
        <w:t xml:space="preserve"> , </w:t>
      </w:r>
      <w:r>
        <w:rPr>
          <w:b w:val="0"/>
          <w:i/>
        </w:rPr>
        <w:t xml:space="preserve"> Tự động hóa công việc thật dễ dàng </w:t>
      </w:r>
      <w:r>
        <w:rPr>
          <w:b w:val="0"/>
          <w:i w:val="0"/>
        </w:rPr>
        <w:t xml:space="preserve"> .</w:t>
      </w:r>
    </w:p>
    <w:p>
      <w:pPr>
        <w:spacing w:after="80"/>
      </w:pPr>
      <w:r>
        <w:rPr>
          <w:b w:val="0"/>
          <w:i w:val="0"/>
        </w:rPr>
        <w:t xml:space="preserve">Hàm main đọc tệp CSV đầu vào và gọi hàm </w:t>
      </w:r>
      <w:r>
        <w:rPr>
          <w:rFonts w:ascii="Consolas" w:hAnsi="Consolas"/>
          <w:b w:val="0"/>
          <w:i w:val="0"/>
          <w:sz w:val="20"/>
        </w:rPr>
        <w:br/>
        <w:br/>
        <w:t xml:space="preserve">      add_std_timestamp</w:t>
        <w:br/>
        <w:t xml:space="preserve">     </w:t>
        <w:br/>
      </w:r>
      <w:r>
        <w:rPr>
          <w:b w:val="0"/>
          <w:i w:val="0"/>
        </w:rPr>
        <w:t xml:space="preserve"> cho từng dòng. Sau đó nó ghi kết quả vào tệp đầu ra:</w:t>
      </w:r>
    </w:p>
    <w:p>
      <w:pPr>
        <w:spacing w:after="0"/>
        <w:ind w:left="360"/>
        <w:shd w:val="clear" w:color="auto" w:fill="F2F2F2"/>
      </w:pPr>
      <w:r>
        <w:rPr>
          <w:rFonts w:ascii="Consolas" w:hAnsi="Consolas"/>
          <w:sz w:val="18"/>
        </w:rPr>
        <w:t>def main(input_file, output_file):</w:t>
      </w:r>
    </w:p>
    <w:p>
      <w:pPr>
        <w:spacing w:after="0"/>
        <w:ind w:left="360"/>
        <w:shd w:val="clear" w:color="auto" w:fill="F2F2F2"/>
      </w:pPr>
      <w:r>
        <w:rPr>
          <w:rFonts w:ascii="Consolas" w:hAnsi="Consolas"/>
          <w:sz w:val="18"/>
        </w:rPr>
        <w:t xml:space="preserve">    reader = csv.DictReader(input_file)</w:t>
      </w:r>
    </w:p>
    <w:p>
      <w:pPr>
        <w:spacing w:after="0"/>
        <w:ind w:left="360"/>
        <w:shd w:val="clear" w:color="auto" w:fill="F2F2F2"/>
      </w:pPr>
      <w:r>
        <w:rPr>
          <w:rFonts w:ascii="Consolas" w:hAnsi="Consolas"/>
          <w:sz w:val="18"/>
        </w:rPr>
        <w:t xml:space="preserve">    result = [add_std_timestamp(row) for row in reader]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Save into csv format</w:t>
      </w:r>
    </w:p>
    <w:p>
      <w:pPr>
        <w:spacing w:after="0"/>
        <w:ind w:left="360"/>
        <w:shd w:val="clear" w:color="auto" w:fill="F2F2F2"/>
      </w:pPr>
      <w:r>
        <w:rPr>
          <w:rFonts w:ascii="Consolas" w:hAnsi="Consolas"/>
          <w:sz w:val="18"/>
        </w:rPr>
        <w:t xml:space="preserve">    header = result[0].keys()</w:t>
      </w:r>
    </w:p>
    <w:p>
      <w:pPr>
        <w:spacing w:after="0"/>
        <w:ind w:left="360"/>
        <w:shd w:val="clear" w:color="auto" w:fill="F2F2F2"/>
      </w:pPr>
      <w:r>
        <w:rPr>
          <w:rFonts w:ascii="Consolas" w:hAnsi="Consolas"/>
          <w:sz w:val="18"/>
        </w:rPr>
        <w:t xml:space="preserve">    writer = csv.DictWriter(output_file, fieldnames=header)</w:t>
      </w:r>
    </w:p>
    <w:p>
      <w:pPr>
        <w:spacing w:after="0"/>
        <w:ind w:left="360"/>
        <w:shd w:val="clear" w:color="auto" w:fill="F2F2F2"/>
      </w:pPr>
      <w:r>
        <w:rPr>
          <w:rFonts w:ascii="Consolas" w:hAnsi="Consolas"/>
          <w:sz w:val="18"/>
        </w:rPr>
        <w:t xml:space="preserve">    writer.writeheader()</w:t>
      </w:r>
    </w:p>
    <w:p>
      <w:pPr>
        <w:spacing w:after="0"/>
        <w:ind w:left="360"/>
        <w:shd w:val="clear" w:color="auto" w:fill="F2F2F2"/>
      </w:pPr>
      <w:r>
        <w:rPr>
          <w:rFonts w:ascii="Consolas" w:hAnsi="Consolas"/>
          <w:sz w:val="18"/>
        </w:rPr>
        <w:t xml:space="preserve">    writer.writerows(result)</w:t>
      </w:r>
    </w:p>
    <w:p>
      <w:pPr>
        <w:spacing w:after="40"/>
      </w:pPr>
    </w:p>
    <w:p>
      <w:pPr>
        <w:spacing w:after="80"/>
      </w:pPr>
      <w:r>
        <w:rPr>
          <w:b w:val="0"/>
          <w:i w:val="0"/>
        </w:rPr>
        <w:t xml:space="preserve">Script sử dụng lớp </w:t>
      </w:r>
      <w:r>
        <w:rPr>
          <w:rFonts w:ascii="Consolas" w:hAnsi="Consolas"/>
          <w:b w:val="0"/>
          <w:i w:val="0"/>
          <w:sz w:val="20"/>
        </w:rPr>
        <w:br/>
        <w:br/>
        <w:t xml:space="preserve">      DictReader</w:t>
        <w:br/>
        <w:t xml:space="preserve">     </w:t>
        <w:br/>
      </w:r>
      <w:r>
        <w:rPr>
          <w:b w:val="0"/>
          <w:i w:val="0"/>
        </w:rPr>
        <w:t xml:space="preserve"> của CSV để chuyển đổi từng dòng thành một dictionary, rồi được truyền đi để xử lý. Tệp CSV đầu ra lưu các dòng kết quả bằng </w:t>
      </w:r>
      <w:r>
        <w:rPr>
          <w:rFonts w:ascii="Consolas" w:hAnsi="Consolas"/>
          <w:b w:val="0"/>
          <w:i w:val="0"/>
          <w:sz w:val="20"/>
        </w:rPr>
        <w:br/>
        <w:br/>
        <w:t xml:space="preserve">      DictWriter</w:t>
        <w:br/>
        <w:t xml:space="preserve">     </w:t>
        <w:br/>
      </w:r>
      <w:r>
        <w:rPr>
          <w:b w:val="0"/>
          <w:i w:val="0"/>
        </w:rPr>
        <w:t xml:space="preserve"> . Các tiêu đề trường của tệp đầu ra được lấy từ các key trong dictionary của dòng đầu ra đầu tiên.</w:t>
      </w:r>
    </w:p>
    <w:p>
      <w:pPr>
        <w:spacing w:after="80"/>
      </w:pPr>
      <w:r>
        <w:rPr>
          <w:b w:val="0"/>
          <w:i w:val="0"/>
        </w:rPr>
        <w:t xml:space="preserve">Việc sử dụng </w:t>
      </w:r>
      <w:r>
        <w:rPr>
          <w:rFonts w:ascii="Consolas" w:hAnsi="Consolas"/>
          <w:b w:val="0"/>
          <w:i w:val="0"/>
          <w:sz w:val="20"/>
        </w:rPr>
        <w:br/>
        <w:br/>
        <w:t xml:space="preserve">      DictReader</w:t>
        <w:br/>
        <w:t xml:space="preserve">     </w:t>
        <w:br/>
      </w:r>
      <w:r>
        <w:rPr>
          <w:b w:val="0"/>
          <w:i w:val="0"/>
        </w:rPr>
        <w:t xml:space="preserve"> và </w:t>
      </w:r>
      <w:r>
        <w:rPr>
          <w:rFonts w:ascii="Consolas" w:hAnsi="Consolas"/>
          <w:b w:val="0"/>
          <w:i w:val="0"/>
          <w:sz w:val="20"/>
        </w:rPr>
        <w:br/>
        <w:br/>
        <w:t xml:space="preserve">      DictWriter</w:t>
        <w:br/>
        <w:t xml:space="preserve">     </w:t>
        <w:br/>
      </w:r>
      <w:r>
        <w:rPr>
          <w:b w:val="0"/>
          <w:i w:val="0"/>
        </w:rPr>
        <w:t xml:space="preserve"> đã được mô tả trong </w:t>
      </w:r>
      <w:r>
        <w:rPr>
          <w:b w:val="0"/>
          <w:i/>
        </w:rPr>
        <w:t xml:space="preserve"> Chương 6 </w:t>
      </w:r>
      <w:r>
        <w:rPr>
          <w:b w:val="0"/>
          <w:i w:val="0"/>
        </w:rPr>
        <w:t xml:space="preserve"> , </w:t>
      </w:r>
      <w:r>
        <w:rPr>
          <w:b w:val="0"/>
          <w:i/>
        </w:rPr>
        <w:t xml:space="preserve"> Vui cùng bảng tính </w:t>
      </w:r>
      <w:r>
        <w:rPr>
          <w:b w:val="0"/>
          <w:i w:val="0"/>
        </w:rPr>
        <w:t xml:space="preserve"> .</w:t>
      </w:r>
    </w:p>
    <w:p>
      <w:pPr>
        <w:spacing w:after="80"/>
      </w:pPr>
      <w:r>
        <w:rPr>
          <w:b w:val="0"/>
          <w:i w:val="0"/>
        </w:rPr>
        <w:t xml:space="preserve">Mỗi dòng được sửa đổi trong hàm </w:t>
      </w:r>
      <w:r>
        <w:rPr>
          <w:rFonts w:ascii="Consolas" w:hAnsi="Consolas"/>
          <w:b w:val="0"/>
          <w:i w:val="0"/>
          <w:sz w:val="20"/>
        </w:rPr>
        <w:br/>
        <w:br/>
        <w:t xml:space="preserve">      add_std_timestamp</w:t>
        <w:br/>
        <w:t xml:space="preserve">     </w:t>
        <w:br/>
      </w:r>
      <w:r>
        <w:rPr>
          <w:b w:val="0"/>
          <w:i w:val="0"/>
        </w:rPr>
        <w:t xml:space="preserve"> , tùy thuộc vào quốc gia mà nhật ký được ghi. Chúng ta hãy cùng xem:</w:t>
      </w:r>
    </w:p>
    <w:p>
      <w:pPr>
        <w:spacing w:after="0"/>
        <w:ind w:left="360"/>
        <w:shd w:val="clear" w:color="auto" w:fill="F2F2F2"/>
      </w:pPr>
      <w:r>
        <w:rPr>
          <w:rFonts w:ascii="Consolas" w:hAnsi="Consolas"/>
          <w:sz w:val="18"/>
        </w:rPr>
        <w:t>def add_std_timestamp(row):</w:t>
      </w:r>
    </w:p>
    <w:p>
      <w:pPr>
        <w:spacing w:after="0"/>
        <w:ind w:left="360"/>
        <w:shd w:val="clear" w:color="auto" w:fill="F2F2F2"/>
      </w:pPr>
      <w:r>
        <w:rPr>
          <w:rFonts w:ascii="Consolas" w:hAnsi="Consolas"/>
          <w:sz w:val="18"/>
        </w:rPr>
        <w:t xml:space="preserve">    country = row['COUNTRY']</w:t>
      </w:r>
    </w:p>
    <w:p>
      <w:pPr>
        <w:spacing w:after="0"/>
        <w:ind w:left="360"/>
        <w:shd w:val="clear" w:color="auto" w:fill="F2F2F2"/>
      </w:pPr>
      <w:r>
        <w:rPr>
          <w:rFonts w:ascii="Consolas" w:hAnsi="Consolas"/>
          <w:sz w:val="18"/>
        </w:rPr>
        <w:t xml:space="preserve">    if country == 'USA':</w:t>
      </w:r>
    </w:p>
    <w:p>
      <w:pPr>
        <w:spacing w:after="0"/>
        <w:ind w:left="360"/>
        <w:shd w:val="clear" w:color="auto" w:fill="F2F2F2"/>
      </w:pPr>
      <w:r>
        <w:rPr>
          <w:rFonts w:ascii="Consolas" w:hAnsi="Consolas"/>
          <w:sz w:val="18"/>
        </w:rPr>
        <w:t xml:space="preserve">        row['STD_TIMESTAMP'] = to_isotime(row['TIMESTAMP'], AMERICAN_FORMAT)</w:t>
      </w:r>
    </w:p>
    <w:p>
      <w:pPr>
        <w:spacing w:after="0"/>
        <w:ind w:left="360"/>
        <w:shd w:val="clear" w:color="auto" w:fill="F2F2F2"/>
      </w:pPr>
      <w:r>
        <w:rPr>
          <w:rFonts w:ascii="Consolas" w:hAnsi="Consolas"/>
          <w:sz w:val="18"/>
        </w:rPr>
        <w:t xml:space="preserve">    elif country == 'CANADA':</w:t>
      </w:r>
    </w:p>
    <w:p>
      <w:pPr>
        <w:spacing w:after="0"/>
        <w:ind w:left="360"/>
        <w:shd w:val="clear" w:color="auto" w:fill="F2F2F2"/>
      </w:pPr>
      <w:r>
        <w:rPr>
          <w:rFonts w:ascii="Consolas" w:hAnsi="Consolas"/>
          <w:sz w:val="18"/>
        </w:rPr>
        <w:t xml:space="preserve">        row['STD_TIMESTAMP'] = to_isotime(row['TIMESTAMP'], CANADIAN_FORMAT)</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raise ValueError(f'Country not found: {country}')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return row</w:t>
      </w:r>
    </w:p>
    <w:p>
      <w:pPr>
        <w:spacing w:after="40"/>
      </w:pPr>
    </w:p>
    <w:p>
      <w:pPr>
        <w:spacing w:after="80"/>
      </w:pPr>
      <w:r>
        <w:rPr>
          <w:b w:val="0"/>
          <w:i w:val="0"/>
        </w:rPr>
        <w:t>Dựa trên quốc gia gốc, hàm này biến đổi ngày tháng và tạo ra một dấu thời gian chuẩn hóa mới.</w:t>
      </w:r>
    </w:p>
    <w:p>
      <w:pPr>
        <w:spacing w:after="80"/>
      </w:pPr>
      <w:r>
        <w:rPr>
          <w:b/>
          <w:i w:val="0"/>
        </w:rPr>
        <w:t>Mẹo</w:t>
      </w:r>
    </w:p>
    <w:p>
      <w:pPr>
        <w:spacing w:after="80"/>
      </w:pPr>
      <w:r>
        <w:rPr>
          <w:b w:val="0"/>
          <w:i w:val="0"/>
        </w:rPr>
        <w:t>Lưu ý rằng quốc gia đã được chèn vào dữ liệu trong công thức trước đó, được suy ra từ các mã vị trí. Việc lưu trữ quốc gia một cách rõ ràng ở giai đoạn xử lý trước cho phép chúng ta đơn giản hóa script cho ngày tháng, vì dữ liệu đã được tính toán sẵn. Điều này có vẻ đơn giản trong ví dụ này, nhưng việc tách các thao tác thành các giai đoạn khác nhau trong khi xử lý dữ liệu là khá phổ biến vì trọng tâm khi phát triển thường chỉ tập trung vào một phần nhỏ của mã.</w:t>
      </w:r>
    </w:p>
    <w:p>
      <w:pPr>
        <w:spacing w:after="80"/>
      </w:pPr>
      <w:r>
        <w:rPr>
          <w:b w:val="0"/>
          <w:i w:val="0"/>
        </w:rPr>
        <w:t>Quá trình các bước xếp tầng này, mỗi bước bổ sung thêm thông tin, rất hữu ích vì nó cho phép mỗi bước được chạy độc lập với đầu vào và đầu ra rõ ràng.</w:t>
      </w:r>
    </w:p>
    <w:p>
      <w:pPr>
        <w:spacing w:after="80"/>
      </w:pPr>
      <w:r>
        <w:rPr>
          <w:b w:val="0"/>
          <w:i w:val="0"/>
        </w:rPr>
        <w:t xml:space="preserve">Hàm này thêm một khóa mới vào từ điển với dấu thời gian chuẩn ở định dạng ISO 8601. Các bản ghi được tạo ở Canada đã có định dạng này, nhưng những bản ghi được tạo ở Hoa Kỳ cần một phép biến đổi sâu hơn. Việc chuyển đổi được thực hiện bởi hàm </w:t>
      </w:r>
      <w:r>
        <w:rPr>
          <w:rFonts w:ascii="Consolas" w:hAnsi="Consolas"/>
          <w:b w:val="0"/>
          <w:i w:val="0"/>
          <w:sz w:val="20"/>
        </w:rPr>
        <w:br/>
        <w:br/>
        <w:t xml:space="preserve">      to_isotime</w:t>
        <w:br/>
        <w:t xml:space="preserve">     </w:t>
        <w:br/>
      </w:r>
      <w:r>
        <w:rPr>
          <w:b w:val="0"/>
          <w:i w:val="0"/>
        </w:rPr>
        <w:t>:</w:t>
      </w:r>
    </w:p>
    <w:p>
      <w:pPr>
        <w:spacing w:after="0"/>
        <w:ind w:left="360"/>
        <w:shd w:val="clear" w:color="auto" w:fill="F2F2F2"/>
      </w:pPr>
      <w:r>
        <w:rPr>
          <w:rFonts w:ascii="Consolas" w:hAnsi="Consolas"/>
          <w:sz w:val="18"/>
        </w:rPr>
        <w:t># Timestamp formats</w:t>
      </w:r>
    </w:p>
    <w:p>
      <w:pPr>
        <w:spacing w:after="0"/>
        <w:ind w:left="360"/>
        <w:shd w:val="clear" w:color="auto" w:fill="F2F2F2"/>
      </w:pPr>
      <w:r>
        <w:rPr>
          <w:rFonts w:ascii="Consolas" w:hAnsi="Consolas"/>
          <w:sz w:val="18"/>
        </w:rPr>
        <w:t>AMERICAN_FORMAT = '%m-%d-%Y %H:%M:%S'</w:t>
      </w:r>
    </w:p>
    <w:p>
      <w:pPr>
        <w:spacing w:after="0"/>
        <w:ind w:left="360"/>
        <w:shd w:val="clear" w:color="auto" w:fill="F2F2F2"/>
      </w:pPr>
      <w:r>
        <w:rPr>
          <w:rFonts w:ascii="Consolas" w:hAnsi="Consolas"/>
          <w:sz w:val="18"/>
        </w:rPr>
        <w:t>CANADIAN_FORMAT = '%Y-%m-%d %H:%M:%S+00:00'</w:t>
      </w:r>
    </w:p>
    <w:p>
      <w:pPr>
        <w:spacing w:after="0"/>
        <w:ind w:left="360"/>
        <w:shd w:val="clear" w:color="auto" w:fill="F2F2F2"/>
      </w:pPr>
      <w:r>
        <w:rPr>
          <w:rFonts w:ascii="Consolas" w:hAnsi="Consolas"/>
          <w:sz w:val="18"/>
        </w:rPr>
        <w:t>def to_isotime(timestamp, time_format):</w:t>
      </w:r>
    </w:p>
    <w:p>
      <w:pPr>
        <w:spacing w:after="0"/>
        <w:ind w:left="360"/>
        <w:shd w:val="clear" w:color="auto" w:fill="F2F2F2"/>
      </w:pPr>
      <w:r>
        <w:rPr>
          <w:rFonts w:ascii="Consolas" w:hAnsi="Consolas"/>
          <w:sz w:val="18"/>
        </w:rPr>
        <w:t xml:space="preserve">    parsed_tmp = datetime.strptime(timestamp, time_format)</w:t>
      </w:r>
    </w:p>
    <w:p>
      <w:pPr>
        <w:spacing w:after="0"/>
        <w:ind w:left="360"/>
        <w:shd w:val="clear" w:color="auto" w:fill="F2F2F2"/>
      </w:pPr>
      <w:r>
        <w:rPr>
          <w:rFonts w:ascii="Consolas" w:hAnsi="Consolas"/>
          <w:sz w:val="18"/>
        </w:rPr>
        <w:t xml:space="preserve">    time_with_tz = parsed_tmp.replace(tzinfo=timezone.utc)</w:t>
      </w:r>
    </w:p>
    <w:p>
      <w:pPr>
        <w:spacing w:after="0"/>
        <w:ind w:left="360"/>
        <w:shd w:val="clear" w:color="auto" w:fill="F2F2F2"/>
      </w:pPr>
      <w:r>
        <w:rPr>
          <w:rFonts w:ascii="Consolas" w:hAnsi="Consolas"/>
          <w:sz w:val="18"/>
        </w:rPr>
        <w:t xml:space="preserve">    isotimestamp = time_with_tz.isoformat()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return isotimestamp</w:t>
      </w:r>
    </w:p>
    <w:p>
      <w:pPr>
        <w:spacing w:after="40"/>
      </w:pPr>
    </w:p>
    <w:p>
      <w:pPr>
        <w:spacing w:after="80"/>
      </w:pPr>
      <w:r>
        <w:rPr>
          <w:b w:val="0"/>
          <w:i w:val="0"/>
        </w:rPr>
        <w:t xml:space="preserve">Dấu thời gian của Mỹ được phân tích cú pháp bằng thư viện chuẩn của Python với </w:t>
      </w:r>
      <w:r>
        <w:rPr>
          <w:rFonts w:ascii="Consolas" w:hAnsi="Consolas"/>
          <w:b w:val="0"/>
          <w:i w:val="0"/>
          <w:sz w:val="20"/>
        </w:rPr>
        <w:br/>
        <w:br/>
        <w:t xml:space="preserve">      datetime.strptime</w:t>
        <w:br/>
        <w:t xml:space="preserve">     </w:t>
        <w:br/>
      </w:r>
      <w:r>
        <w:rPr>
          <w:b w:val="0"/>
          <w:i w:val="0"/>
        </w:rPr>
        <w:t xml:space="preserve"> cùng định dạng </w:t>
      </w:r>
      <w:r>
        <w:rPr>
          <w:rFonts w:ascii="Consolas" w:hAnsi="Consolas"/>
          <w:b w:val="0"/>
          <w:i w:val="0"/>
          <w:sz w:val="20"/>
        </w:rPr>
        <w:br/>
        <w:br/>
        <w:t xml:space="preserve">      "%m‑%d‑%Y %H:%M:%S"</w:t>
        <w:br/>
        <w:t xml:space="preserve">     </w:t>
        <w:br/>
      </w:r>
      <w:r>
        <w:rPr>
          <w:b w:val="0"/>
          <w:i w:val="0"/>
        </w:rPr>
        <w:t xml:space="preserve">, tương ứng với </w:t>
      </w:r>
      <w:r>
        <w:rPr>
          <w:rFonts w:ascii="Consolas" w:hAnsi="Consolas"/>
          <w:b w:val="0"/>
          <w:i w:val="0"/>
          <w:sz w:val="20"/>
        </w:rPr>
        <w:br/>
        <w:br/>
        <w:t xml:space="preserve">      MM‑DD‑YYYY HH:MM:SS</w:t>
        <w:br/>
        <w:t xml:space="preserve">     </w:t>
        <w:br/>
      </w:r>
      <w:r>
        <w:rPr>
          <w:b w:val="0"/>
          <w:i w:val="0"/>
        </w:rPr>
        <w:t xml:space="preserve">. Đối tượng </w:t>
      </w:r>
      <w:r>
        <w:rPr>
          <w:rFonts w:ascii="Consolas" w:hAnsi="Consolas"/>
          <w:b w:val="0"/>
          <w:i w:val="0"/>
          <w:sz w:val="20"/>
        </w:rPr>
        <w:br/>
        <w:br/>
        <w:t xml:space="preserve">      datetime</w:t>
        <w:br/>
        <w:t xml:space="preserve">     </w:t>
        <w:br/>
      </w:r>
      <w:r>
        <w:rPr>
          <w:b w:val="0"/>
          <w:i w:val="0"/>
        </w:rPr>
        <w:t xml:space="preserve"> thu được, mà tại thời điểm đó chưa có múi giờ cụ thể, sau đó được gắn múi giờ UTC, chuyển đổi thành chuỗi hợp lệ theo ISO 8601, rồi được trả về.</w:t>
      </w:r>
    </w:p>
    <w:p>
      <w:pPr>
        <w:spacing w:after="80"/>
      </w:pPr>
      <w:r>
        <w:rPr>
          <w:b/>
          <w:i w:val="0"/>
        </w:rPr>
        <w:t>Lưu ý</w:t>
      </w:r>
    </w:p>
    <w:p>
      <w:pPr>
        <w:spacing w:after="80"/>
      </w:pPr>
      <w:r>
        <w:rPr>
          <w:b w:val="0"/>
          <w:i w:val="0"/>
        </w:rPr>
        <w:t>Hãy nhớ rằng trong Python, từ điển giữ nguyên thứ tự chèn.</w:t>
      </w:r>
    </w:p>
    <w:p>
      <w:pPr>
        <w:spacing w:after="80"/>
      </w:pPr>
      <w:r>
        <w:rPr>
          <w:b w:val="0"/>
          <w:i w:val="0"/>
        </w:rPr>
        <w:t>Đối với dấu thời gian của Canada, định dạng gần như đúng, nhưng nó được phân tích cú pháp theo cách tương tự.</w:t>
      </w:r>
    </w:p>
    <w:p>
      <w:pPr>
        <w:spacing w:after="80"/>
      </w:pPr>
      <w:r>
        <w:rPr>
          <w:b/>
          <w:i w:val="0"/>
        </w:rPr>
        <w:t>Mẹo</w:t>
      </w:r>
    </w:p>
    <w:p>
      <w:pPr>
        <w:spacing w:after="80"/>
      </w:pPr>
      <w:r>
        <w:rPr>
          <w:b w:val="0"/>
          <w:i w:val="0"/>
        </w:rPr>
        <w:t xml:space="preserve">Lưu ý rằng chúng ta mong đợi nhận được tất cả dấu thời gian của Canada ở định dạng UTC, với độ lệch múi giờ là +00:00. Chúng ta đang mã hóa cứng nó trong mã của mình. Nhưng nếu chúng ta mong đợi có sự khác biệt ở đó, thay vào đó chúng ta có thể phân tích cú pháp bằng '%Y-%m-%d %H:%M:%S%z', cách này sẽ phân tích các độ lệch múi giờ khác nhau. Xem tất cả các biến thời gian khả dụng trong tài liệu tại </w:t>
      </w:r>
      <w:r>
        <w:rPr>
          <w:rFonts w:ascii="Consolas" w:hAnsi="Consolas"/>
          <w:b w:val="0"/>
          <w:i w:val="0"/>
          <w:sz w:val="20"/>
        </w:rPr>
        <w:br/>
        <w:br/>
        <w:t xml:space="preserve">        https://docs.python.org/3/library/time.html#time.strftime</w:t>
        <w:br/>
        <w:t xml:space="preserve">       </w:t>
        <w:br/>
      </w:r>
      <w:r>
        <w:rPr>
          <w:b w:val="0"/>
          <w:i w:val="0"/>
        </w:rPr>
        <w:t>.</w:t>
      </w:r>
    </w:p>
    <w:p>
      <w:pPr>
        <w:spacing w:after="80"/>
      </w:pPr>
      <w:r>
        <w:rPr>
          <w:b w:val="0"/>
          <w:i w:val="0"/>
        </w:rPr>
        <w:t>Tệp kết quả cho phép chúng ta so sánh thời gian ở cùng một định dạng.</w:t>
      </w:r>
    </w:p>
    <w:p>
      <w:pPr>
        <w:pStyle w:val="Heading3"/>
      </w:pPr>
      <w:r>
        <w:rPr>
          <w:rFonts w:ascii="Calibri" w:hAnsi="Calibri"/>
          <w:b/>
          <w:i w:val="0"/>
          <w:sz w:val="26"/>
        </w:rPr>
        <w:t>Còn nhiều điều nữa...</w:t>
      </w:r>
    </w:p>
    <w:p>
      <w:pPr>
        <w:spacing w:after="80"/>
      </w:pPr>
      <w:r>
        <w:rPr>
          <w:b w:val="0"/>
          <w:i w:val="0"/>
        </w:rPr>
        <w:t xml:space="preserve">Trong một số trường hợp, việc phát hiện định dạng dấu thời gian có thể phụ thuộc vào các tham số như quốc gia hoặc ứng dụng đã tạo ra bản ghi, và có thể yêu cầu bạn thử nhiều định dạng để xem định dạng nào phù hợp. Khi làm việc với nhiều nguồn, điều này có thể trở thành vấn đề, vì một hàng đơn lẻ có thể không chứa đủ thông tin. Ví dụ, một chuỗi ngày tháng </w:t>
      </w:r>
      <w:r>
        <w:rPr>
          <w:b w:val="0"/>
          <w:i/>
        </w:rPr>
        <w:t xml:space="preserve"> 05-06-2019 </w:t>
      </w:r>
      <w:r>
        <w:rPr>
          <w:b w:val="0"/>
          <w:i w:val="0"/>
        </w:rPr>
        <w:t xml:space="preserve"> có thể có nghĩa là ngày 5 tháng 6 theo định dạng quốc tế, hoặc ngày 6 tháng 5 theo định dạng Mỹ. Có thể cần phân tích toàn bộ tệp, hoặc có thể cần đưa ra phỏng đoán rồi xác thực lại sau.</w:t>
      </w:r>
    </w:p>
    <w:p>
      <w:pPr>
        <w:spacing w:after="80"/>
      </w:pPr>
      <w:r>
        <w:rPr>
          <w:b/>
          <w:i w:val="0"/>
        </w:rPr>
        <w:t>Mẹo</w:t>
      </w:r>
    </w:p>
    <w:p>
      <w:pPr>
        <w:spacing w:after="80"/>
      </w:pPr>
      <w:r>
        <w:rPr>
          <w:b w:val="0"/>
          <w:i w:val="0"/>
        </w:rPr>
        <w:t>Người bạn GenAI của chúng ta cũng có thể giúp ở đây bằng cách đưa ra phỏng đoán có căn cứ về một tệp cụ thể hoặc một phần của nó, nhưng thông thường giải pháp tốt nhất là kiểm tra với những người phụ trách nguồn dữ liệu.</w:t>
      </w:r>
    </w:p>
    <w:p>
      <w:pPr>
        <w:spacing w:after="80"/>
      </w:pPr>
      <w:r>
        <w:rPr>
          <w:b w:val="0"/>
          <w:i w:val="0"/>
        </w:rPr>
        <w:t>Trong tất cả các tệp bản ghi của công thức, thời gian được lưu ở giờ UTC, nhưng điều này không thể được giả định một cách tổng quát. Thời gian có thể được lưu ở các múi giờ khác nhau.</w:t>
      </w:r>
    </w:p>
    <w:p>
      <w:pPr>
        <w:spacing w:after="80"/>
      </w:pPr>
      <w:r>
        <w:rPr>
          <w:b w:val="0"/>
          <w:i w:val="0"/>
        </w:rPr>
        <w:t>Trong ví dụ của chúng ta, múi giờ của Ohio và Ontario là giống nhau, nhưng múi giờ có thể khác nhau đối với các cặp vị trí khác. Tùy thuộc vào các bản ghi, điều này có thể yêu cầu một sự điều chỉnh. Hãy kiểm tra các giả định của bạn trong dự án cụ thể của mình.</w:t>
      </w:r>
    </w:p>
    <w:p>
      <w:pPr>
        <w:spacing w:after="80"/>
      </w:pPr>
      <w:r>
        <w:rPr>
          <w:b/>
          <w:i w:val="0"/>
        </w:rPr>
        <w:t>Mẹo</w:t>
      </w:r>
    </w:p>
    <w:p>
      <w:pPr>
        <w:spacing w:after="80"/>
      </w:pPr>
      <w:r>
        <w:rPr>
          <w:b w:val="0"/>
          <w:i w:val="0"/>
        </w:rPr>
        <w:t>Định dạng ISO 8601 có thể bao gồm múi giờ. Ví dụ, phần kết thúc +00:00 cho thấy múi giờ là UTC. Đừng giả định rằng định dạng thời gian sẽ luôn bao gồm thông tin múi giờ. Nếu không có, điều đó có thể dẫn đến thời gian không nhất quán trong dữ liệu của bạn. Hãy luôn bao gồm múi giờ hoặc sử dụng thời gian theo UTC khi kết hợp các nguồn khác nhau để tránh nhầm lẫn.</w:t>
      </w:r>
    </w:p>
    <w:p>
      <w:pPr>
        <w:spacing w:after="80"/>
      </w:pPr>
      <w:r>
        <w:rPr>
          <w:b w:val="0"/>
          <w:i w:val="0"/>
        </w:rPr>
        <w:t xml:space="preserve">Nếu sử dụng các múi giờ khác nhau, mô-đun </w:t>
      </w:r>
      <w:r>
        <w:rPr>
          <w:rFonts w:ascii="Consolas" w:hAnsi="Consolas"/>
          <w:b w:val="0"/>
          <w:i w:val="0"/>
          <w:sz w:val="20"/>
        </w:rPr>
        <w:br/>
        <w:br/>
        <w:t xml:space="preserve">      pendulum</w:t>
        <w:br/>
        <w:t xml:space="preserve">     </w:t>
        <w:br/>
      </w:r>
      <w:r>
        <w:rPr>
          <w:b w:val="0"/>
          <w:i w:val="0"/>
        </w:rPr>
        <w:t xml:space="preserve"> được giới thiệu trong </w:t>
      </w:r>
      <w:r>
        <w:rPr>
          <w:b w:val="0"/>
          <w:i/>
        </w:rPr>
        <w:t xml:space="preserve"> Chương 1 </w:t>
      </w:r>
      <w:r>
        <w:rPr>
          <w:b w:val="0"/>
          <w:i w:val="0"/>
        </w:rPr>
        <w:t xml:space="preserve"> có thể giúp định nghĩa thời gian và khớp các thời gian tương đương một cách dễ dàng:</w:t>
      </w:r>
    </w:p>
    <w:p>
      <w:pPr>
        <w:spacing w:after="0"/>
        <w:ind w:left="360"/>
        <w:shd w:val="clear" w:color="auto" w:fill="F2F2F2"/>
      </w:pPr>
      <w:r>
        <w:rPr>
          <w:rFonts w:ascii="Consolas" w:hAnsi="Consolas"/>
          <w:sz w:val="18"/>
        </w:rPr>
        <w:t>&gt;&gt;&gt; import pendulum</w:t>
      </w:r>
    </w:p>
    <w:p>
      <w:pPr>
        <w:spacing w:after="0"/>
        <w:ind w:left="360"/>
        <w:shd w:val="clear" w:color="auto" w:fill="F2F2F2"/>
      </w:pPr>
      <w:r>
        <w:rPr>
          <w:rFonts w:ascii="Consolas" w:hAnsi="Consolas"/>
          <w:sz w:val="18"/>
        </w:rPr>
        <w:t>&gt;&gt;&gt; timestamp = pendulum.parse('2025-08-28 20:05:55+00:00')</w:t>
      </w:r>
    </w:p>
    <w:p>
      <w:pPr>
        <w:spacing w:after="0"/>
        <w:ind w:left="360"/>
        <w:shd w:val="clear" w:color="auto" w:fill="F2F2F2"/>
      </w:pPr>
      <w:r>
        <w:rPr>
          <w:rFonts w:ascii="Consolas" w:hAnsi="Consolas"/>
          <w:sz w:val="18"/>
        </w:rPr>
        <w:t>&gt;&gt;&gt; timestamp_EST = timestamp.in_timezone('US/Eastern')</w:t>
      </w:r>
    </w:p>
    <w:p>
      <w:pPr>
        <w:spacing w:after="0"/>
        <w:ind w:left="360"/>
        <w:shd w:val="clear" w:color="auto" w:fill="F2F2F2"/>
      </w:pPr>
      <w:r>
        <w:rPr>
          <w:rFonts w:ascii="Consolas" w:hAnsi="Consolas"/>
          <w:sz w:val="18"/>
        </w:rPr>
        <w:t>&gt;&gt;&gt; timestamp_EST.isoformat()</w:t>
      </w:r>
    </w:p>
    <w:p>
      <w:pPr>
        <w:spacing w:after="0"/>
        <w:ind w:left="360"/>
        <w:shd w:val="clear" w:color="auto" w:fill="F2F2F2"/>
      </w:pPr>
      <w:r>
        <w:rPr>
          <w:rFonts w:ascii="Consolas" w:hAnsi="Consolas"/>
          <w:sz w:val="18"/>
        </w:rPr>
        <w:t>'2025-08-28T16:05:55-04:00'</w:t>
      </w:r>
    </w:p>
    <w:p>
      <w:pPr>
        <w:spacing w:after="40"/>
      </w:pPr>
    </w:p>
    <w:p>
      <w:pPr>
        <w:spacing w:after="80"/>
      </w:pPr>
      <w:r>
        <w:rPr>
          <w:b w:val="0"/>
          <w:i w:val="0"/>
        </w:rPr>
        <w:t xml:space="preserve">Tài liệu đầy đủ về Pendulum có thể được tìm thấy trực tuyến tại </w:t>
      </w:r>
      <w:r>
        <w:rPr>
          <w:rFonts w:ascii="Consolas" w:hAnsi="Consolas"/>
          <w:b w:val="0"/>
          <w:i w:val="0"/>
          <w:sz w:val="20"/>
        </w:rPr>
        <w:br/>
        <w:br/>
        <w:t xml:space="preserve">       https://pendulum.eustace.io</w:t>
        <w:br/>
        <w:t xml:space="preserve">      </w:t>
        <w:br/>
      </w:r>
      <w:r>
        <w:rPr>
          <w:b w:val="0"/>
          <w:i w:val="0"/>
        </w:rPr>
        <w:t xml:space="preserve"> .</w:t>
      </w:r>
    </w:p>
    <w:p>
      <w:pPr>
        <w:spacing w:after="80"/>
      </w:pPr>
      <w:r>
        <w:rPr>
          <w:b w:val="0"/>
          <w:i w:val="0"/>
        </w:rPr>
        <w:t>Lưu ý cách các dấu thời gian cũ vẫn còn trong tệp CSV, thay vì bị ghi đè bởi cột dấu thời gian mới. Trừ khi có nhu cầu rõ ràng về việc tiết kiệm dung lượng, tốt nhất là giữ lại để tham khảo và phát hiện các vấn đề có thể xảy ra sau này. Nó cũng cho phép chúng ta dễ dàng kiểm tra xem liệu hoặc khi nào giai đoạn này đã được áp dụng cho tệp CSV đã cho.</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Thêm đơn vị tiền tệ dựa trên vị trí </w:t>
      </w:r>
      <w:r>
        <w:rPr>
          <w:b w:val="0"/>
          <w:i w:val="0"/>
        </w:rPr>
        <w:t xml:space="preserve"> trong mục trước.</w:t>
      </w:r>
    </w:p>
    <w:p>
      <w:pPr>
        <w:spacing w:after="80"/>
        <w:ind w:left="360"/>
      </w:pPr>
      <w:r>
        <w:t xml:space="preserve">• </w:t>
      </w:r>
      <w:r>
        <w:rPr>
          <w:b w:val="0"/>
          <w:i w:val="0"/>
        </w:rPr>
        <w:t xml:space="preserve">Công thức </w:t>
      </w:r>
      <w:r>
        <w:rPr>
          <w:b w:val="0"/>
          <w:i/>
        </w:rPr>
        <w:t xml:space="preserve"> Đọc tệp CSV trong Chương 4 </w:t>
      </w:r>
      <w:r>
        <w:rPr>
          <w:b w:val="0"/>
          <w:i w:val="0"/>
        </w:rPr>
        <w:t xml:space="preserve"> , </w:t>
      </w:r>
      <w:r>
        <w:rPr>
          <w:b w:val="0"/>
          <w:i/>
        </w:rPr>
        <w:t xml:space="preserve"> Tìm kiếm và Đọc Tệp Cục bộ </w:t>
      </w:r>
      <w:r>
        <w:rPr>
          <w:b w:val="0"/>
          <w:i w:val="0"/>
        </w:rPr>
        <w:t xml:space="preserve"> .</w:t>
      </w:r>
    </w:p>
    <w:p>
      <w:pPr>
        <w:spacing w:after="80"/>
        <w:ind w:left="360"/>
      </w:pPr>
      <w:r>
        <w:t xml:space="preserve">• </w:t>
      </w:r>
      <w:r>
        <w:rPr>
          <w:b w:val="0"/>
          <w:i w:val="0"/>
        </w:rPr>
        <w:t xml:space="preserve">Công thức </w:t>
      </w:r>
      <w:r>
        <w:rPr>
          <w:b w:val="0"/>
          <w:i/>
        </w:rPr>
        <w:t xml:space="preserve"> Chuẩn bị một tác vụ trong Chương 2 </w:t>
      </w:r>
      <w:r>
        <w:rPr>
          <w:b w:val="0"/>
          <w:i w:val="0"/>
        </w:rPr>
        <w:t xml:space="preserve"> , </w:t>
      </w:r>
      <w:r>
        <w:rPr>
          <w:b w:val="0"/>
          <w:i/>
        </w:rPr>
        <w:t xml:space="preserve"> Tự động hóa Tác vụ Trở nên Dễ dàng </w:t>
      </w:r>
      <w:r>
        <w:rPr>
          <w:b w:val="0"/>
          <w:i w:val="0"/>
        </w:rPr>
        <w:t xml:space="preserve"> .</w:t>
      </w:r>
    </w:p>
    <w:p>
      <w:pPr>
        <w:pStyle w:val="Heading2"/>
      </w:pPr>
      <w:r>
        <w:rPr>
          <w:rFonts w:ascii="Calibri" w:hAnsi="Calibri"/>
          <w:b/>
          <w:i w:val="0"/>
          <w:sz w:val="32"/>
        </w:rPr>
        <w:t>Chuyển đổi và xác thực dữ liệu trong JSON</w:t>
      </w:r>
    </w:p>
    <w:p>
      <w:pPr>
        <w:spacing w:after="80"/>
      </w:pPr>
      <w:r>
        <w:rPr>
          <w:b w:val="0"/>
          <w:i w:val="0"/>
        </w:rPr>
        <w:t xml:space="preserve">Mặc dù chúng ta có thể sử dụng CSV như một định dạng, nhưng rất phổ biến khi sử dụng JSON thay thế. JSON là một định dạng dữ liệu tiêu chuẩn khác. Là một phần của việc chuyển đổi dữ liệu trong CSV sang JSON, chúng ta sẽ xác thực rằng nội dung của dữ liệu là chính xác và như mong đợi, bằng cách sử dụng mô-đun </w:t>
      </w:r>
      <w:r>
        <w:rPr>
          <w:rFonts w:ascii="Consolas" w:hAnsi="Consolas"/>
          <w:b w:val="0"/>
          <w:i w:val="0"/>
          <w:sz w:val="20"/>
        </w:rPr>
        <w:br/>
        <w:br/>
        <w:t xml:space="preserve">      pydantic</w:t>
        <w:br/>
        <w:t xml:space="preserve">     </w:t>
        <w:br/>
      </w:r>
      <w:r>
        <w:rPr>
          <w:b w:val="0"/>
          <w:i w:val="0"/>
        </w:rPr>
        <w:t xml:space="preserve"> .</w:t>
      </w:r>
    </w:p>
    <w:p>
      <w:pPr>
        <w:pStyle w:val="Heading3"/>
      </w:pPr>
      <w:r>
        <w:rPr>
          <w:rFonts w:ascii="Calibri" w:hAnsi="Calibri"/>
          <w:b/>
          <w:i w:val="0"/>
          <w:sz w:val="26"/>
        </w:rPr>
        <w:t>Chuẩn bị</w:t>
      </w:r>
    </w:p>
    <w:p>
      <w:pPr>
        <w:spacing w:after="80"/>
      </w:pPr>
      <w:r>
        <w:rPr>
          <w:b w:val="0"/>
          <w:i w:val="0"/>
        </w:rPr>
        <w:t>Chúng ta sẽ sử dụng tệp CSV thu được từ công thức trước, tệp này nhận và chuyển đổi nhật ký theo định dạng sau:</w:t>
      </w:r>
    </w:p>
    <w:p>
      <w:pPr>
        <w:spacing w:after="0"/>
        <w:ind w:left="360"/>
        <w:shd w:val="clear" w:color="auto" w:fill="F2F2F2"/>
      </w:pPr>
      <w:r>
        <w:rPr>
          <w:rFonts w:ascii="Consolas" w:hAnsi="Consolas"/>
          <w:sz w:val="18"/>
        </w:rPr>
        <w:t>[&lt;Timestamp&gt;] - SALE - PRODUCT: &lt;product id&gt; - PRICE: &lt;price&gt;</w:t>
      </w:r>
    </w:p>
    <w:p>
      <w:pPr>
        <w:spacing w:after="40"/>
      </w:pPr>
    </w:p>
    <w:p>
      <w:pPr>
        <w:spacing w:after="80"/>
      </w:pPr>
      <w:r>
        <w:rPr>
          <w:b w:val="0"/>
          <w:i w:val="0"/>
        </w:rPr>
        <w:t>Mỗi dòng sẽ đại diện cho một nhật ký bán hàng.</w:t>
      </w:r>
    </w:p>
    <w:p>
      <w:pPr>
        <w:spacing w:after="80"/>
      </w:pPr>
      <w:r>
        <w:rPr>
          <w:b w:val="0"/>
          <w:i w:val="0"/>
        </w:rPr>
        <w:t xml:space="preserve">Chúng ta sẽ sử dụng </w:t>
      </w:r>
      <w:r>
        <w:rPr>
          <w:rFonts w:ascii="Consolas" w:hAnsi="Consolas"/>
          <w:b w:val="0"/>
          <w:i w:val="0"/>
          <w:sz w:val="20"/>
        </w:rPr>
        <w:br/>
        <w:br/>
        <w:t xml:space="preserve">      parse</w:t>
        <w:br/>
        <w:t xml:space="preserve">     </w:t>
        <w:br/>
      </w:r>
      <w:r>
        <w:rPr>
          <w:b w:val="0"/>
          <w:i w:val="0"/>
        </w:rPr>
        <w:t xml:space="preserve"> , như trong các công thức trước, nhưng cũng sẽ thêm </w:t>
      </w:r>
      <w:r>
        <w:rPr>
          <w:rFonts w:ascii="Consolas" w:hAnsi="Consolas"/>
          <w:b w:val="0"/>
          <w:i w:val="0"/>
          <w:sz w:val="20"/>
        </w:rPr>
        <w:br/>
        <w:br/>
        <w:t xml:space="preserve">      pydantic</w:t>
        <w:br/>
        <w:t xml:space="preserve">     </w:t>
        <w:br/>
      </w:r>
      <w:r>
        <w:rPr>
          <w:b w:val="0"/>
          <w:i w:val="0"/>
        </w:rPr>
        <w:t xml:space="preserve"> . Chúng ta cài đặt các mô-đun này bằng cách thêm chúng vào tệp </w:t>
      </w:r>
      <w:r>
        <w:rPr>
          <w:rFonts w:ascii="Consolas" w:hAnsi="Consolas"/>
          <w:b w:val="0"/>
          <w:i w:val="0"/>
          <w:sz w:val="20"/>
        </w:rPr>
        <w:br/>
        <w:br/>
        <w:t xml:space="preserve">      requirements.txt</w:t>
        <w:br/>
        <w:t xml:space="preserve">     </w:t>
        <w:br/>
      </w:r>
      <w:r>
        <w:rPr>
          <w:b w:val="0"/>
          <w:i w:val="0"/>
        </w:rPr>
        <w:t xml:space="preserve"> của chúng ta như sau:</w:t>
      </w:r>
    </w:p>
    <w:p>
      <w:pPr>
        <w:spacing w:after="0"/>
        <w:ind w:left="360"/>
        <w:shd w:val="clear" w:color="auto" w:fill="F2F2F2"/>
      </w:pPr>
      <w:r>
        <w:rPr>
          <w:rFonts w:ascii="Consolas" w:hAnsi="Consolas"/>
          <w:sz w:val="18"/>
        </w:rPr>
        <w:t>$ echo "parse==1.20.2" &gt;&gt; requirements.txt</w:t>
      </w:r>
    </w:p>
    <w:p>
      <w:pPr>
        <w:spacing w:after="0"/>
        <w:ind w:left="360"/>
        <w:shd w:val="clear" w:color="auto" w:fill="F2F2F2"/>
      </w:pPr>
      <w:r>
        <w:rPr>
          <w:rFonts w:ascii="Consolas" w:hAnsi="Consolas"/>
          <w:sz w:val="18"/>
        </w:rPr>
        <w:t>$ echo "pydantic==2.12.5" &gt;&gt; requirements.txt</w:t>
      </w:r>
    </w:p>
    <w:p>
      <w:pPr>
        <w:spacing w:after="0"/>
        <w:ind w:left="360"/>
        <w:shd w:val="clear" w:color="auto" w:fill="F2F2F2"/>
      </w:pPr>
      <w:r>
        <w:rPr>
          <w:rFonts w:ascii="Consolas" w:hAnsi="Consolas"/>
          <w:sz w:val="18"/>
        </w:rPr>
        <w:t>$ uv pip install -r requirements.txt</w:t>
      </w:r>
    </w:p>
    <w:p>
      <w:pPr>
        <w:spacing w:after="40"/>
      </w:pPr>
    </w:p>
    <w:p>
      <w:pPr>
        <w:spacing w:after="80"/>
      </w:pPr>
      <w:r>
        <w:rPr>
          <w:b w:val="0"/>
          <w:i w:val="0"/>
        </w:rPr>
        <w:t>Kho lưu trữ GitHub chứa một số tệp nhật ký để xử lý, có cấu trúc như sau:</w:t>
      </w:r>
    </w:p>
    <w:p>
      <w:pPr>
        <w:spacing w:after="0"/>
        <w:ind w:left="360"/>
        <w:shd w:val="clear" w:color="auto" w:fill="F2F2F2"/>
      </w:pPr>
      <w:r>
        <w:rPr>
          <w:rFonts w:ascii="Consolas" w:hAnsi="Consolas"/>
          <w:sz w:val="18"/>
        </w:rPr>
        <w:t>sale_logs/</w:t>
      </w:r>
    </w:p>
    <w:p>
      <w:pPr>
        <w:spacing w:after="0"/>
        <w:ind w:left="360"/>
        <w:shd w:val="clear" w:color="auto" w:fill="F2F2F2"/>
      </w:pPr>
      <w:r>
        <w:rPr>
          <w:rFonts w:ascii="Consolas" w:hAnsi="Consolas"/>
          <w:sz w:val="18"/>
        </w:rPr>
        <w:t xml:space="preserve">  OH</w:t>
      </w:r>
    </w:p>
    <w:p>
      <w:pPr>
        <w:spacing w:after="0"/>
        <w:ind w:left="360"/>
        <w:shd w:val="clear" w:color="auto" w:fill="F2F2F2"/>
      </w:pPr>
      <w:r>
        <w:rPr>
          <w:rFonts w:ascii="Consolas" w:hAnsi="Consolas"/>
          <w:sz w:val="18"/>
        </w:rPr>
        <w:t xml:space="preserve">    logs.txt</w:t>
      </w:r>
    </w:p>
    <w:p>
      <w:pPr>
        <w:spacing w:after="0"/>
        <w:ind w:left="360"/>
        <w:shd w:val="clear" w:color="auto" w:fill="F2F2F2"/>
      </w:pPr>
      <w:r>
        <w:rPr>
          <w:rFonts w:ascii="Consolas" w:hAnsi="Consolas"/>
          <w:sz w:val="18"/>
        </w:rPr>
        <w:t xml:space="preserve">  ON</w:t>
      </w:r>
    </w:p>
    <w:p>
      <w:pPr>
        <w:spacing w:after="0"/>
        <w:ind w:left="360"/>
        <w:shd w:val="clear" w:color="auto" w:fill="F2F2F2"/>
      </w:pPr>
      <w:r>
        <w:rPr>
          <w:rFonts w:ascii="Consolas" w:hAnsi="Consolas"/>
          <w:sz w:val="18"/>
        </w:rPr>
        <w:t xml:space="preserve">    logs.txt</w:t>
      </w:r>
    </w:p>
    <w:p>
      <w:pPr>
        <w:spacing w:after="40"/>
      </w:pPr>
    </w:p>
    <w:p>
      <w:pPr>
        <w:spacing w:after="80"/>
      </w:pPr>
      <w:r>
        <w:rPr>
          <w:b w:val="0"/>
          <w:i w:val="0"/>
        </w:rPr>
        <w:t xml:space="preserve">Mã có thể được tìm thấy trong kho lưu trữ GitHub tại </w:t>
      </w:r>
      <w:r>
        <w:rPr>
          <w:rFonts w:ascii="Consolas" w:hAnsi="Consolas"/>
          <w:b w:val="0"/>
          <w:i w:val="0"/>
          <w:sz w:val="20"/>
        </w:rPr>
        <w:br/>
        <w:br/>
        <w:t xml:space="preserve">       https://github.com/PacktPublishing/Python-Automation-Cookbook-Third-Edition/tree/main/ch07</w:t>
        <w:br/>
        <w:t xml:space="preserve">      </w:t>
        <w:br/>
      </w:r>
      <w:r>
        <w:rPr>
          <w:b w:val="0"/>
          <w:i w:val="0"/>
        </w:rPr>
        <w:t xml:space="preserve"> .</w:t>
      </w:r>
    </w:p>
    <w:p>
      <w:pPr>
        <w:pStyle w:val="Heading3"/>
      </w:pPr>
      <w:r>
        <w:rPr>
          <w:rFonts w:ascii="Calibri" w:hAnsi="Calibri"/>
          <w:b/>
          <w:i w:val="0"/>
          <w:sz w:val="26"/>
        </w:rPr>
        <w:t>Làm thế nào để thực hiện...</w:t>
      </w:r>
    </w:p>
    <w:p>
      <w:pPr>
        <w:spacing w:after="80"/>
        <w:ind w:left="360"/>
      </w:pPr>
      <w:r>
        <w:t xml:space="preserve">1. </w:t>
      </w:r>
      <w:r>
        <w:rPr>
          <w:b w:val="0"/>
          <w:i w:val="0"/>
        </w:rPr>
        <w:t xml:space="preserve">Nhập dữ liệu và chuyển đổi nó thành tệp CSV bằng script </w:t>
      </w:r>
      <w:r>
        <w:rPr>
          <w:rFonts w:ascii="Consolas" w:hAnsi="Consolas"/>
          <w:b w:val="0"/>
          <w:i w:val="0"/>
          <w:sz w:val="20"/>
        </w:rPr>
        <w:br/>
        <w:br/>
        <w:t xml:space="preserve">       logs_to_csv.py</w:t>
        <w:br/>
        <w:t xml:space="preserve">      </w:t>
        <w:br/>
      </w:r>
      <w:r>
        <w:rPr>
          <w:b w:val="0"/>
          <w:i w:val="0"/>
        </w:rPr>
        <w:t xml:space="preserve">. Script này nhận vị trí làm đầu vào. Tạo các tệp cho cả log </w:t>
      </w:r>
      <w:r>
        <w:rPr>
          <w:rFonts w:ascii="Consolas" w:hAnsi="Consolas"/>
          <w:b w:val="0"/>
          <w:i w:val="0"/>
          <w:sz w:val="20"/>
        </w:rPr>
        <w:br/>
        <w:br/>
        <w:t xml:space="preserve">       OH</w:t>
        <w:br/>
        <w:t xml:space="preserve">      </w:t>
        <w:br/>
      </w:r>
      <w:r>
        <w:rPr>
          <w:b w:val="0"/>
          <w:i w:val="0"/>
        </w:rPr>
        <w:t xml:space="preserve"> và </w:t>
      </w:r>
      <w:r>
        <w:rPr>
          <w:rFonts w:ascii="Consolas" w:hAnsi="Consolas"/>
          <w:b w:val="0"/>
          <w:i w:val="0"/>
          <w:sz w:val="20"/>
        </w:rPr>
        <w:br/>
        <w:br/>
        <w:t xml:space="preserve">       OT</w:t>
        <w:br/>
        <w:t xml:space="preserve">      </w:t>
        <w:br/>
      </w:r>
      <w:r>
        <w:rPr>
          <w:b w:val="0"/>
          <w:i w:val="0"/>
        </w:rPr>
        <w:t>:</w:t>
      </w:r>
    </w:p>
    <w:p>
      <w:pPr>
        <w:spacing w:after="0"/>
        <w:ind w:left="360"/>
        <w:shd w:val="clear" w:color="auto" w:fill="F2F2F2"/>
      </w:pPr>
      <w:r>
        <w:rPr>
          <w:rFonts w:ascii="Consolas" w:hAnsi="Consolas"/>
          <w:sz w:val="18"/>
        </w:rPr>
        <w:t>$ uv run logs_to_csv.py sale_logs/OH/logs.txt output_1_OH.csv -l OH</w:t>
      </w:r>
    </w:p>
    <w:p>
      <w:pPr>
        <w:spacing w:after="0"/>
        <w:ind w:left="360"/>
        <w:shd w:val="clear" w:color="auto" w:fill="F2F2F2"/>
      </w:pPr>
      <w:r>
        <w:rPr>
          <w:rFonts w:ascii="Consolas" w:hAnsi="Consolas"/>
          <w:sz w:val="18"/>
        </w:rPr>
        <w:t>$ uv run logs_to_csv.py sale_logs/ON/logs.txt output_1_ON.csv -l ON</w:t>
      </w:r>
    </w:p>
    <w:p>
      <w:pPr>
        <w:spacing w:after="40"/>
      </w:pPr>
    </w:p>
    <w:p>
      <w:pPr>
        <w:spacing w:after="80"/>
        <w:ind w:left="360"/>
      </w:pPr>
      <w:r>
        <w:t xml:space="preserve">2. </w:t>
      </w:r>
      <w:r>
        <w:rPr>
          <w:b w:val="0"/>
          <w:i w:val="0"/>
        </w:rPr>
        <w:t xml:space="preserve">Xử lý cả hai tệp kết quả bằng script </w:t>
      </w:r>
      <w:r>
        <w:rPr>
          <w:rFonts w:ascii="Consolas" w:hAnsi="Consolas"/>
          <w:b w:val="0"/>
          <w:i w:val="0"/>
          <w:sz w:val="20"/>
        </w:rPr>
        <w:br/>
        <w:br/>
        <w:t xml:space="preserve">       location_price.py</w:t>
        <w:br/>
        <w:t xml:space="preserve">      </w:t>
        <w:br/>
      </w:r>
      <w:r>
        <w:rPr>
          <w:b w:val="0"/>
          <w:i w:val="0"/>
        </w:rPr>
        <w:t>:</w:t>
      </w:r>
    </w:p>
    <w:p>
      <w:pPr>
        <w:spacing w:after="0"/>
        <w:ind w:left="360"/>
        <w:shd w:val="clear" w:color="auto" w:fill="F2F2F2"/>
      </w:pPr>
      <w:r>
        <w:rPr>
          <w:rFonts w:ascii="Consolas" w:hAnsi="Consolas"/>
          <w:sz w:val="18"/>
        </w:rPr>
        <w:t>$ uv run location_price.py output_1_OH.csv output_2_OH.csv</w:t>
      </w:r>
    </w:p>
    <w:p>
      <w:pPr>
        <w:spacing w:after="0"/>
        <w:ind w:left="360"/>
        <w:shd w:val="clear" w:color="auto" w:fill="F2F2F2"/>
      </w:pPr>
      <w:r>
        <w:rPr>
          <w:rFonts w:ascii="Consolas" w:hAnsi="Consolas"/>
          <w:sz w:val="18"/>
        </w:rPr>
        <w:t>$ uv run location_price.py output_1_ON.csv output_2_ON.csv</w:t>
      </w:r>
    </w:p>
    <w:p>
      <w:pPr>
        <w:spacing w:after="40"/>
      </w:pPr>
    </w:p>
    <w:p>
      <w:pPr>
        <w:spacing w:after="80"/>
        <w:ind w:left="360"/>
      </w:pPr>
      <w:r>
        <w:t xml:space="preserve">3. </w:t>
      </w:r>
      <w:r>
        <w:rPr>
          <w:b w:val="0"/>
          <w:i w:val="0"/>
        </w:rPr>
        <w:t xml:space="preserve">Xử lý cả hai tệp bằng script </w:t>
      </w:r>
      <w:r>
        <w:rPr>
          <w:rFonts w:ascii="Consolas" w:hAnsi="Consolas"/>
          <w:b w:val="0"/>
          <w:i w:val="0"/>
          <w:sz w:val="20"/>
        </w:rPr>
        <w:br/>
        <w:br/>
        <w:t xml:space="preserve">       standard_date.py</w:t>
        <w:br/>
        <w:t xml:space="preserve">      </w:t>
        <w:br/>
      </w:r>
      <w:r>
        <w:rPr>
          <w:b w:val="0"/>
          <w:i w:val="0"/>
        </w:rPr>
        <w:t>:</w:t>
      </w:r>
    </w:p>
    <w:p>
      <w:pPr>
        <w:spacing w:after="0"/>
        <w:ind w:left="360"/>
        <w:shd w:val="clear" w:color="auto" w:fill="F2F2F2"/>
      </w:pPr>
      <w:r>
        <w:rPr>
          <w:rFonts w:ascii="Consolas" w:hAnsi="Consolas"/>
          <w:sz w:val="18"/>
        </w:rPr>
        <w:t>$ uv run standard_date.py output_2_OH.csv output_3_OH.csv</w:t>
      </w:r>
    </w:p>
    <w:p>
      <w:pPr>
        <w:spacing w:after="0"/>
        <w:ind w:left="360"/>
        <w:shd w:val="clear" w:color="auto" w:fill="F2F2F2"/>
      </w:pPr>
      <w:r>
        <w:rPr>
          <w:rFonts w:ascii="Consolas" w:hAnsi="Consolas"/>
          <w:sz w:val="18"/>
        </w:rPr>
        <w:t>$ uv run standard_date.py output_2_ON.csv output_3_ON.csv</w:t>
      </w:r>
    </w:p>
    <w:p>
      <w:pPr>
        <w:spacing w:after="40"/>
      </w:pPr>
    </w:p>
    <w:p>
      <w:pPr>
        <w:spacing w:after="80"/>
        <w:ind w:left="360"/>
      </w:pPr>
      <w:r>
        <w:t xml:space="preserve">4. </w:t>
      </w:r>
      <w:r>
        <w:rPr>
          <w:b w:val="0"/>
          <w:i w:val="0"/>
        </w:rPr>
        <w:t xml:space="preserve">Bây giờ chúng ta đã chuẩn bị xong dữ liệu, hãy chạy script </w:t>
      </w:r>
      <w:r>
        <w:rPr>
          <w:rFonts w:ascii="Consolas" w:hAnsi="Consolas"/>
          <w:b w:val="0"/>
          <w:i w:val="0"/>
          <w:sz w:val="20"/>
        </w:rPr>
        <w:br/>
        <w:br/>
        <w:t xml:space="preserve">       transform_into_json.py</w:t>
        <w:br/>
        <w:t xml:space="preserve">      </w:t>
        <w:br/>
      </w:r>
      <w:r>
        <w:rPr>
          <w:b w:val="0"/>
          <w:i w:val="0"/>
        </w:rPr>
        <w:t>.</w:t>
      </w:r>
    </w:p>
    <w:p>
      <w:pPr>
        <w:spacing w:after="0"/>
        <w:ind w:left="360"/>
        <w:shd w:val="clear" w:color="auto" w:fill="F2F2F2"/>
      </w:pPr>
      <w:r>
        <w:rPr>
          <w:rFonts w:ascii="Consolas" w:hAnsi="Consolas"/>
          <w:sz w:val="18"/>
        </w:rPr>
        <w:t>$ uv run transform_into_json.py output_3_OH.csv output_4_OH.json</w:t>
      </w:r>
    </w:p>
    <w:p>
      <w:pPr>
        <w:spacing w:after="0"/>
        <w:ind w:left="360"/>
        <w:shd w:val="clear" w:color="auto" w:fill="F2F2F2"/>
      </w:pPr>
      <w:r>
        <w:rPr>
          <w:rFonts w:ascii="Consolas" w:hAnsi="Consolas"/>
          <w:sz w:val="18"/>
        </w:rPr>
        <w:t>$ uv run transform_into_json.py output_3_ON.csv output_4_ON.json</w:t>
      </w:r>
    </w:p>
    <w:p>
      <w:pPr>
        <w:spacing w:after="40"/>
      </w:pPr>
    </w:p>
    <w:p>
      <w:pPr>
        <w:spacing w:after="80"/>
        <w:ind w:left="360"/>
      </w:pPr>
      <w:r>
        <w:t xml:space="preserve">5. </w:t>
      </w:r>
      <w:r>
        <w:rPr>
          <w:b w:val="0"/>
          <w:i w:val="0"/>
        </w:rPr>
        <w:t xml:space="preserve">Kiểm tra rằng các giá trị trong tệp </w:t>
      </w:r>
      <w:r>
        <w:rPr>
          <w:rFonts w:ascii="Consolas" w:hAnsi="Consolas"/>
          <w:b w:val="0"/>
          <w:i w:val="0"/>
          <w:sz w:val="20"/>
        </w:rPr>
        <w:br/>
        <w:br/>
        <w:t xml:space="preserve">       .json</w:t>
        <w:br/>
        <w:t xml:space="preserve">      </w:t>
        <w:br/>
      </w:r>
      <w:r>
        <w:rPr>
          <w:b w:val="0"/>
          <w:i w:val="0"/>
        </w:rPr>
        <w:t xml:space="preserve"> có thể dễ dàng lấy lại vào trình thông dịch Python bằng cách tải tệp JSON.</w:t>
      </w:r>
    </w:p>
    <w:p>
      <w:pPr>
        <w:spacing w:after="0"/>
        <w:ind w:left="360"/>
        <w:shd w:val="clear" w:color="auto" w:fill="F2F2F2"/>
      </w:pPr>
      <w:r>
        <w:rPr>
          <w:rFonts w:ascii="Consolas" w:hAnsi="Consolas"/>
          <w:sz w:val="18"/>
        </w:rPr>
        <w:t>&gt;&gt;&gt; import json</w:t>
      </w:r>
    </w:p>
    <w:p>
      <w:pPr>
        <w:spacing w:after="0"/>
        <w:ind w:left="360"/>
        <w:shd w:val="clear" w:color="auto" w:fill="F2F2F2"/>
      </w:pPr>
      <w:r>
        <w:rPr>
          <w:rFonts w:ascii="Consolas" w:hAnsi="Consolas"/>
          <w:sz w:val="18"/>
        </w:rPr>
        <w:t>&gt;&gt;&gt; with open('output_4_ON.json') as fp:</w:t>
      </w:r>
    </w:p>
    <w:p>
      <w:pPr>
        <w:spacing w:after="0"/>
        <w:ind w:left="360"/>
        <w:shd w:val="clear" w:color="auto" w:fill="F2F2F2"/>
      </w:pPr>
      <w:r>
        <w:rPr>
          <w:rFonts w:ascii="Consolas" w:hAnsi="Consolas"/>
          <w:sz w:val="18"/>
        </w:rPr>
        <w:t>...     data = json.load(fp)</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&gt;&gt;&gt; data[0]</w:t>
      </w:r>
    </w:p>
    <w:p>
      <w:pPr>
        <w:spacing w:after="0"/>
        <w:ind w:left="360"/>
        <w:shd w:val="clear" w:color="auto" w:fill="F2F2F2"/>
      </w:pPr>
      <w:r>
        <w:rPr>
          <w:rFonts w:ascii="Consolas" w:hAnsi="Consolas"/>
          <w:sz w:val="18"/>
        </w:rPr>
        <w:t>{'LOCATION': 'ON', 'TIMESTAMP': '2018-08-27 19:05:55+00:00', 'PRODUCT': '12346', 'PRICE': '3.99', 'COUNTRY': 'CANADA', 'CURRENCY': 'CAD', 'USD': '3.0', 'STD_TIMESTAMP': '2018-08-27T18:05:55+00:00'}</w:t>
      </w:r>
    </w:p>
    <w:p>
      <w:pPr>
        <w:spacing w:after="40"/>
      </w:pPr>
    </w:p>
    <w:p>
      <w:pPr>
        <w:pStyle w:val="Heading3"/>
      </w:pPr>
      <w:r>
        <w:rPr>
          <w:rFonts w:ascii="Calibri" w:hAnsi="Calibri"/>
          <w:b/>
          <w:i w:val="0"/>
          <w:sz w:val="26"/>
        </w:rPr>
        <w:t>Cách hoạt động...</w:t>
      </w:r>
    </w:p>
    <w:p>
      <w:pPr>
        <w:spacing w:after="80"/>
      </w:pPr>
      <w:r>
        <w:rPr>
          <w:b w:val="0"/>
          <w:i w:val="0"/>
        </w:rPr>
        <w:t xml:space="preserve">Hãy cùng xem script </w:t>
      </w:r>
      <w:r>
        <w:rPr>
          <w:rFonts w:ascii="Consolas" w:hAnsi="Consolas"/>
          <w:b w:val="0"/>
          <w:i w:val="0"/>
          <w:sz w:val="20"/>
        </w:rPr>
        <w:br/>
        <w:br/>
        <w:t xml:space="preserve">      transform_into_json.py</w:t>
        <w:br/>
        <w:t xml:space="preserve">     </w:t>
        <w:br/>
      </w:r>
      <w:r>
        <w:rPr>
          <w:b w:val="0"/>
          <w:i w:val="0"/>
        </w:rPr>
        <w:t xml:space="preserve">, được dùng trong </w:t>
      </w:r>
      <w:r>
        <w:rPr>
          <w:b w:val="0"/>
          <w:i/>
        </w:rPr>
        <w:t xml:space="preserve"> bước 4 </w:t>
      </w:r>
      <w:r>
        <w:rPr>
          <w:b w:val="0"/>
          <w:i w:val="0"/>
        </w:rPr>
        <w:t>.</w:t>
      </w:r>
    </w:p>
    <w:p>
      <w:pPr>
        <w:spacing w:after="80"/>
      </w:pPr>
      <w:r>
        <w:rPr>
          <w:b w:val="0"/>
          <w:i w:val="0"/>
        </w:rPr>
        <w:t xml:space="preserve">Phần cuối của tệp script xử lý việc phân tích đối số, đã được mô tả chi tiết trong </w:t>
      </w:r>
      <w:r>
        <w:rPr>
          <w:b w:val="0"/>
          <w:i/>
        </w:rPr>
        <w:t xml:space="preserve"> Chương 2 </w:t>
      </w:r>
      <w:r>
        <w:rPr>
          <w:b w:val="0"/>
          <w:i w:val="0"/>
        </w:rPr>
        <w:t xml:space="preserve">, </w:t>
      </w:r>
      <w:r>
        <w:rPr>
          <w:b w:val="0"/>
          <w:i/>
        </w:rPr>
        <w:t xml:space="preserve"> Tự động hóa công việc thật dễ dàng </w:t>
      </w:r>
      <w:r>
        <w:rPr>
          <w:b w:val="0"/>
          <w:i w:val="0"/>
        </w:rPr>
        <w:t>.</w:t>
      </w:r>
    </w:p>
    <w:p>
      <w:pPr>
        <w:spacing w:after="80"/>
      </w:pPr>
      <w:r>
        <w:rPr>
          <w:b w:val="0"/>
          <w:i w:val="0"/>
        </w:rPr>
        <w:t xml:space="preserve">Hàm </w:t>
      </w:r>
      <w:r>
        <w:rPr>
          <w:rFonts w:ascii="Consolas" w:hAnsi="Consolas"/>
          <w:b w:val="0"/>
          <w:i w:val="0"/>
          <w:sz w:val="20"/>
        </w:rPr>
        <w:br/>
        <w:br/>
        <w:t xml:space="preserve">      main</w:t>
        <w:br/>
        <w:t xml:space="preserve">     </w:t>
        <w:br/>
      </w:r>
      <w:r>
        <w:rPr>
          <w:b w:val="0"/>
          <w:i w:val="0"/>
        </w:rPr>
        <w:t xml:space="preserve"> đọc CSV đầu vào, sau đó đọc và xác minh từng log bằng </w:t>
      </w:r>
      <w:r>
        <w:rPr>
          <w:rFonts w:ascii="Consolas" w:hAnsi="Consolas"/>
          <w:b w:val="0"/>
          <w:i w:val="0"/>
          <w:sz w:val="20"/>
        </w:rPr>
        <w:br/>
        <w:br/>
        <w:t xml:space="preserve">      verify_log</w:t>
        <w:br/>
        <w:t xml:space="preserve">     </w:t>
        <w:br/>
      </w:r>
      <w:r>
        <w:rPr>
          <w:b w:val="0"/>
          <w:i w:val="0"/>
        </w:rPr>
        <w:t xml:space="preserve"> trước khi lưu tệp ở định dạng JSON bằng cách gọi </w:t>
      </w:r>
      <w:r>
        <w:rPr>
          <w:rFonts w:ascii="Consolas" w:hAnsi="Consolas"/>
          <w:b w:val="0"/>
          <w:i w:val="0"/>
          <w:sz w:val="20"/>
        </w:rPr>
        <w:br/>
        <w:br/>
        <w:t xml:space="preserve">      json.dump</w:t>
        <w:br/>
        <w:t xml:space="preserve">     </w:t>
        <w:br/>
      </w:r>
      <w:r>
        <w:rPr>
          <w:b w:val="0"/>
          <w:i w:val="0"/>
        </w:rPr>
        <w:t xml:space="preserve">. Lưu ý </w:t>
      </w:r>
      <w:r>
        <w:rPr>
          <w:rFonts w:ascii="Consolas" w:hAnsi="Consolas"/>
          <w:b w:val="0"/>
          <w:i w:val="0"/>
          <w:sz w:val="20"/>
        </w:rPr>
        <w:br/>
        <w:br/>
        <w:t xml:space="preserve">      importjson</w:t>
        <w:br/>
        <w:t xml:space="preserve">     </w:t>
        <w:br/>
      </w:r>
      <w:r>
        <w:rPr>
          <w:b w:val="0"/>
          <w:i w:val="0"/>
        </w:rPr>
        <w:t xml:space="preserve"> ở đầu tệp, đây là thư viện chuẩn được bao gồm mặc định trong Python.</w:t>
      </w:r>
    </w:p>
    <w:p>
      <w:pPr>
        <w:spacing w:after="0"/>
        <w:ind w:left="360"/>
        <w:shd w:val="clear" w:color="auto" w:fill="F2F2F2"/>
      </w:pPr>
      <w:r>
        <w:rPr>
          <w:rFonts w:ascii="Consolas" w:hAnsi="Consolas"/>
          <w:sz w:val="18"/>
        </w:rPr>
        <w:t>def main(input_file, output_file):</w:t>
      </w:r>
    </w:p>
    <w:p>
      <w:pPr>
        <w:spacing w:after="0"/>
        <w:ind w:left="360"/>
        <w:shd w:val="clear" w:color="auto" w:fill="F2F2F2"/>
      </w:pPr>
      <w:r>
        <w:rPr>
          <w:rFonts w:ascii="Consolas" w:hAnsi="Consolas"/>
          <w:sz w:val="18"/>
        </w:rPr>
        <w:t xml:space="preserve">    reader = csv.DictReader(input_file)</w:t>
      </w:r>
    </w:p>
    <w:p>
      <w:pPr>
        <w:spacing w:after="0"/>
        <w:ind w:left="360"/>
        <w:shd w:val="clear" w:color="auto" w:fill="F2F2F2"/>
      </w:pPr>
      <w:r>
        <w:rPr>
          <w:rFonts w:ascii="Consolas" w:hAnsi="Consolas"/>
          <w:sz w:val="18"/>
        </w:rPr>
        <w:t xml:space="preserve">    # Go for each of the rows and verify that is correct</w:t>
      </w:r>
    </w:p>
    <w:p>
      <w:pPr>
        <w:spacing w:after="0"/>
        <w:ind w:left="360"/>
        <w:shd w:val="clear" w:color="auto" w:fill="F2F2F2"/>
      </w:pPr>
      <w:r>
        <w:rPr>
          <w:rFonts w:ascii="Consolas" w:hAnsi="Consolas"/>
          <w:sz w:val="18"/>
        </w:rPr>
        <w:t># Only correct rows will be added to the saved data</w:t>
      </w:r>
    </w:p>
    <w:p>
      <w:pPr>
        <w:spacing w:after="0"/>
        <w:ind w:left="360"/>
        <w:shd w:val="clear" w:color="auto" w:fill="F2F2F2"/>
      </w:pPr>
      <w:r>
        <w:rPr>
          <w:rFonts w:ascii="Consolas" w:hAnsi="Consolas"/>
          <w:sz w:val="18"/>
        </w:rPr>
        <w:t xml:space="preserve">    data = [row for row in reader if verify_log(row)]</w:t>
      </w:r>
    </w:p>
    <w:p>
      <w:pPr>
        <w:spacing w:after="0"/>
        <w:ind w:left="360"/>
        <w:shd w:val="clear" w:color="auto" w:fill="F2F2F2"/>
      </w:pPr>
      <w:r>
        <w:rPr>
          <w:rFonts w:ascii="Consolas" w:hAnsi="Consolas"/>
          <w:sz w:val="18"/>
        </w:rPr>
        <w:t xml:space="preserve">    json.dump(data, output_file)</w:t>
      </w:r>
    </w:p>
    <w:p>
      <w:pPr>
        <w:spacing w:after="40"/>
      </w:pPr>
    </w:p>
    <w:p>
      <w:pPr>
        <w:spacing w:after="80"/>
      </w:pPr>
      <w:r>
        <w:rPr>
          <w:b w:val="0"/>
          <w:i w:val="0"/>
        </w:rPr>
        <w:t xml:space="preserve">Quan trọng là, hãy lưu ý rằng cả </w:t>
      </w:r>
      <w:r>
        <w:rPr>
          <w:rFonts w:ascii="Consolas" w:hAnsi="Consolas"/>
          <w:b w:val="0"/>
          <w:i w:val="0"/>
          <w:sz w:val="20"/>
        </w:rPr>
        <w:br/>
        <w:br/>
        <w:t xml:space="preserve">      input_file</w:t>
        <w:br/>
        <w:t xml:space="preserve">     </w:t>
        <w:br/>
      </w:r>
      <w:r>
        <w:rPr>
          <w:b w:val="0"/>
          <w:i w:val="0"/>
        </w:rPr>
        <w:t xml:space="preserve"> và </w:t>
      </w:r>
      <w:r>
        <w:rPr>
          <w:rFonts w:ascii="Consolas" w:hAnsi="Consolas"/>
          <w:b w:val="0"/>
          <w:i w:val="0"/>
          <w:sz w:val="20"/>
        </w:rPr>
        <w:br/>
        <w:br/>
        <w:t xml:space="preserve">      output_file</w:t>
        <w:br/>
        <w:t xml:space="preserve">     </w:t>
        <w:br/>
      </w:r>
      <w:r>
        <w:rPr>
          <w:b w:val="0"/>
          <w:i w:val="0"/>
        </w:rPr>
        <w:t xml:space="preserve"> đều là các tệp đang mở với quyền truy cập phù hợp.</w:t>
      </w:r>
    </w:p>
    <w:p>
      <w:pPr>
        <w:spacing w:after="80"/>
      </w:pPr>
      <w:r>
        <w:rPr>
          <w:b w:val="0"/>
          <w:i w:val="0"/>
        </w:rPr>
        <w:t xml:space="preserve">Chúng ta thực hiện việc xác thực trong hàm </w:t>
      </w:r>
      <w:r>
        <w:rPr>
          <w:rFonts w:ascii="Consolas" w:hAnsi="Consolas"/>
          <w:b w:val="0"/>
          <w:i w:val="0"/>
          <w:sz w:val="20"/>
        </w:rPr>
        <w:br/>
        <w:br/>
        <w:t xml:space="preserve">      verify_log</w:t>
        <w:br/>
        <w:t xml:space="preserve">     </w:t>
        <w:br/>
      </w:r>
      <w:r>
        <w:rPr>
          <w:b w:val="0"/>
          <w:i w:val="0"/>
        </w:rPr>
        <w:t xml:space="preserve"> và lớp </w:t>
      </w:r>
      <w:r>
        <w:rPr>
          <w:rFonts w:ascii="Consolas" w:hAnsi="Consolas"/>
          <w:b w:val="0"/>
          <w:i w:val="0"/>
          <w:sz w:val="20"/>
        </w:rPr>
        <w:br/>
        <w:br/>
        <w:t xml:space="preserve">      Log</w:t>
        <w:br/>
        <w:t xml:space="preserve">     </w:t>
        <w:br/>
      </w:r>
      <w:r>
        <w:rPr>
          <w:b w:val="0"/>
          <w:i w:val="0"/>
        </w:rPr>
        <w:t xml:space="preserve"> đi kèm. Trước tiên hãy xem hàm này:</w:t>
      </w:r>
    </w:p>
    <w:p>
      <w:pPr>
        <w:spacing w:after="0"/>
        <w:ind w:left="360"/>
        <w:shd w:val="clear" w:color="auto" w:fill="F2F2F2"/>
      </w:pPr>
      <w:r>
        <w:rPr>
          <w:rFonts w:ascii="Consolas" w:hAnsi="Consolas"/>
          <w:sz w:val="18"/>
        </w:rPr>
        <w:t>def verify_log(log):</w:t>
      </w:r>
    </w:p>
    <w:p>
      <w:pPr>
        <w:spacing w:after="0"/>
        <w:ind w:left="360"/>
        <w:shd w:val="clear" w:color="auto" w:fill="F2F2F2"/>
      </w:pPr>
      <w:r>
        <w:rPr>
          <w:rFonts w:ascii="Consolas" w:hAnsi="Consolas"/>
          <w:sz w:val="18"/>
        </w:rPr>
        <w:t xml:space="preserve">    try:</w:t>
      </w:r>
    </w:p>
    <w:p>
      <w:pPr>
        <w:spacing w:after="0"/>
        <w:ind w:left="360"/>
        <w:shd w:val="clear" w:color="auto" w:fill="F2F2F2"/>
      </w:pPr>
      <w:r>
        <w:rPr>
          <w:rFonts w:ascii="Consolas" w:hAnsi="Consolas"/>
          <w:sz w:val="18"/>
        </w:rPr>
        <w:t xml:space="preserve">        Log.model_validate(log)</w:t>
      </w:r>
    </w:p>
    <w:p>
      <w:pPr>
        <w:spacing w:after="0"/>
        <w:ind w:left="360"/>
        <w:shd w:val="clear" w:color="auto" w:fill="F2F2F2"/>
      </w:pPr>
      <w:r>
        <w:rPr>
          <w:rFonts w:ascii="Consolas" w:hAnsi="Consolas"/>
          <w:sz w:val="18"/>
        </w:rPr>
        <w:t xml:space="preserve">        return True</w:t>
      </w:r>
    </w:p>
    <w:p>
      <w:pPr>
        <w:spacing w:after="0"/>
        <w:ind w:left="360"/>
        <w:shd w:val="clear" w:color="auto" w:fill="F2F2F2"/>
      </w:pPr>
      <w:r>
        <w:rPr>
          <w:rFonts w:ascii="Consolas" w:hAnsi="Consolas"/>
          <w:sz w:val="18"/>
        </w:rPr>
        <w:t>except ValidationError as err:</w:t>
      </w:r>
    </w:p>
    <w:p>
      <w:pPr>
        <w:spacing w:after="0"/>
        <w:ind w:left="360"/>
        <w:shd w:val="clear" w:color="auto" w:fill="F2F2F2"/>
      </w:pPr>
      <w:r>
        <w:rPr>
          <w:rFonts w:ascii="Consolas" w:hAnsi="Consolas"/>
          <w:sz w:val="18"/>
        </w:rPr>
        <w:t xml:space="preserve">        print(f'Error validating log: {log}, {err}. \nSkipping')</w:t>
      </w:r>
    </w:p>
    <w:p>
      <w:pPr>
        <w:spacing w:after="0"/>
        <w:ind w:left="360"/>
        <w:shd w:val="clear" w:color="auto" w:fill="F2F2F2"/>
      </w:pPr>
      <w:r>
        <w:rPr>
          <w:rFonts w:ascii="Consolas" w:hAnsi="Consolas"/>
          <w:sz w:val="18"/>
        </w:rPr>
        <w:t xml:space="preserve">        return False</w:t>
      </w:r>
    </w:p>
    <w:p>
      <w:pPr>
        <w:spacing w:after="40"/>
      </w:pPr>
    </w:p>
    <w:p>
      <w:pPr>
        <w:spacing w:after="80"/>
      </w:pPr>
      <w:r>
        <w:rPr>
          <w:b w:val="0"/>
          <w:i w:val="0"/>
        </w:rPr>
        <w:t xml:space="preserve">Nó gọi </w:t>
      </w:r>
      <w:r>
        <w:rPr>
          <w:rFonts w:ascii="Consolas" w:hAnsi="Consolas"/>
          <w:b w:val="0"/>
          <w:i w:val="0"/>
          <w:sz w:val="20"/>
        </w:rPr>
        <w:br/>
        <w:br/>
        <w:t xml:space="preserve">      Log.model_validate</w:t>
        <w:br/>
        <w:t xml:space="preserve">     </w:t>
        <w:br/>
      </w:r>
      <w:r>
        <w:rPr>
          <w:b w:val="0"/>
          <w:i w:val="0"/>
        </w:rPr>
        <w:t xml:space="preserve"> cho mỗi log, trả về </w:t>
      </w:r>
      <w:r>
        <w:rPr>
          <w:rFonts w:ascii="Consolas" w:hAnsi="Consolas"/>
          <w:b w:val="0"/>
          <w:i w:val="0"/>
          <w:sz w:val="20"/>
        </w:rPr>
        <w:br/>
        <w:br/>
        <w:t xml:space="preserve">      True</w:t>
        <w:br/>
        <w:t xml:space="preserve">     </w:t>
        <w:br/>
      </w:r>
      <w:r>
        <w:rPr>
          <w:b w:val="0"/>
          <w:i w:val="0"/>
        </w:rPr>
        <w:t xml:space="preserve">. Nếu có </w:t>
      </w:r>
      <w:r>
        <w:rPr>
          <w:rFonts w:ascii="Consolas" w:hAnsi="Consolas"/>
          <w:b w:val="0"/>
          <w:i w:val="0"/>
          <w:sz w:val="20"/>
        </w:rPr>
        <w:br/>
        <w:br/>
        <w:t xml:space="preserve">      ValidationError</w:t>
        <w:br/>
        <w:t xml:space="preserve">     </w:t>
        <w:br/>
      </w:r>
      <w:r>
        <w:rPr>
          <w:b w:val="0"/>
          <w:i w:val="0"/>
        </w:rPr>
        <w:t xml:space="preserve"> thì nó sẽ trả về </w:t>
      </w:r>
      <w:r>
        <w:rPr>
          <w:rFonts w:ascii="Consolas" w:hAnsi="Consolas"/>
          <w:b w:val="0"/>
          <w:i w:val="0"/>
          <w:sz w:val="20"/>
        </w:rPr>
        <w:br/>
        <w:br/>
        <w:t xml:space="preserve">      False</w:t>
        <w:br/>
        <w:t xml:space="preserve">     </w:t>
        <w:br/>
      </w:r>
      <w:r>
        <w:rPr>
          <w:b w:val="0"/>
          <w:i w:val="0"/>
        </w:rPr>
        <w:t xml:space="preserve"> và in ra thông báo lỗi. Giá trị </w:t>
      </w:r>
      <w:r>
        <w:rPr>
          <w:rFonts w:ascii="Consolas" w:hAnsi="Consolas"/>
          <w:b w:val="0"/>
          <w:i w:val="0"/>
          <w:sz w:val="20"/>
        </w:rPr>
        <w:br/>
        <w:br/>
        <w:t xml:space="preserve">      False</w:t>
        <w:br/>
        <w:t xml:space="preserve">     </w:t>
        <w:br/>
      </w:r>
      <w:r>
        <w:rPr>
          <w:b w:val="0"/>
          <w:i w:val="0"/>
        </w:rPr>
        <w:t xml:space="preserve"> sẽ khiến phần list comprehension trong </w:t>
      </w:r>
      <w:r>
        <w:rPr>
          <w:rFonts w:ascii="Consolas" w:hAnsi="Consolas"/>
          <w:b w:val="0"/>
          <w:i w:val="0"/>
          <w:sz w:val="20"/>
        </w:rPr>
        <w:br/>
        <w:br/>
        <w:t xml:space="preserve">      main</w:t>
        <w:br/>
        <w:t xml:space="preserve">     </w:t>
        <w:br/>
      </w:r>
      <w:r>
        <w:rPr>
          <w:b w:val="0"/>
          <w:i w:val="0"/>
        </w:rPr>
        <w:t xml:space="preserve"> bỏ qua log lỗi và không lưu nó lại.</w:t>
      </w:r>
    </w:p>
    <w:p>
      <w:pPr>
        <w:spacing w:after="80"/>
      </w:pPr>
      <w:r>
        <w:rPr>
          <w:b w:val="0"/>
          <w:i w:val="0"/>
        </w:rPr>
        <w:t xml:space="preserve">Lớp Log là một lớp </w:t>
      </w:r>
      <w:r>
        <w:rPr>
          <w:rFonts w:ascii="Consolas" w:hAnsi="Consolas"/>
          <w:b w:val="0"/>
          <w:i w:val="0"/>
          <w:sz w:val="20"/>
        </w:rPr>
        <w:br/>
        <w:br/>
        <w:t xml:space="preserve">      pydantic</w:t>
        <w:br/>
        <w:t xml:space="preserve">     </w:t>
        <w:br/>
      </w:r>
      <w:r>
        <w:rPr>
          <w:b w:val="0"/>
          <w:i w:val="0"/>
        </w:rPr>
        <w:t xml:space="preserve"> định nghĩa dữ liệu đầu vào nên như thế nào:</w:t>
      </w:r>
    </w:p>
    <w:p>
      <w:pPr>
        <w:spacing w:after="0"/>
        <w:ind w:left="360"/>
        <w:shd w:val="clear" w:color="auto" w:fill="F2F2F2"/>
      </w:pPr>
      <w:r>
        <w:rPr>
          <w:rFonts w:ascii="Consolas" w:hAnsi="Consolas"/>
          <w:sz w:val="18"/>
        </w:rPr>
        <w:t>class Log(BaseModel):</w:t>
      </w:r>
    </w:p>
    <w:p>
      <w:pPr>
        <w:spacing w:after="0"/>
        <w:ind w:left="360"/>
        <w:shd w:val="clear" w:color="auto" w:fill="F2F2F2"/>
      </w:pPr>
      <w:r>
        <w:rPr>
          <w:rFonts w:ascii="Consolas" w:hAnsi="Consolas"/>
          <w:sz w:val="18"/>
        </w:rPr>
        <w:t xml:space="preserve">    LOCATION: Literal['ON', 'OH']</w:t>
      </w:r>
    </w:p>
    <w:p>
      <w:pPr>
        <w:spacing w:after="0"/>
        <w:ind w:left="360"/>
        <w:shd w:val="clear" w:color="auto" w:fill="F2F2F2"/>
      </w:pPr>
      <w:r>
        <w:rPr>
          <w:rFonts w:ascii="Consolas" w:hAnsi="Consolas"/>
          <w:sz w:val="18"/>
        </w:rPr>
        <w:t xml:space="preserve">    TIMESTAMP: str</w:t>
      </w:r>
    </w:p>
    <w:p>
      <w:pPr>
        <w:spacing w:after="0"/>
        <w:ind w:left="360"/>
        <w:shd w:val="clear" w:color="auto" w:fill="F2F2F2"/>
      </w:pPr>
      <w:r>
        <w:rPr>
          <w:rFonts w:ascii="Consolas" w:hAnsi="Consolas"/>
          <w:sz w:val="18"/>
        </w:rPr>
        <w:t xml:space="preserve">    PRODUCT: int</w:t>
      </w:r>
    </w:p>
    <w:p>
      <w:pPr>
        <w:spacing w:after="0"/>
        <w:ind w:left="360"/>
        <w:shd w:val="clear" w:color="auto" w:fill="F2F2F2"/>
      </w:pPr>
      <w:r>
        <w:rPr>
          <w:rFonts w:ascii="Consolas" w:hAnsi="Consolas"/>
          <w:sz w:val="18"/>
        </w:rPr>
        <w:t xml:space="preserve">    PRICE: Decimal</w:t>
      </w:r>
    </w:p>
    <w:p>
      <w:pPr>
        <w:spacing w:after="0"/>
        <w:ind w:left="360"/>
        <w:shd w:val="clear" w:color="auto" w:fill="F2F2F2"/>
      </w:pPr>
      <w:r>
        <w:rPr>
          <w:rFonts w:ascii="Consolas" w:hAnsi="Consolas"/>
          <w:sz w:val="18"/>
        </w:rPr>
        <w:t xml:space="preserve">    COUNTRY: Literal['USA', 'CANADA']</w:t>
      </w:r>
    </w:p>
    <w:p>
      <w:pPr>
        <w:spacing w:after="0"/>
        <w:ind w:left="360"/>
        <w:shd w:val="clear" w:color="auto" w:fill="F2F2F2"/>
      </w:pPr>
      <w:r>
        <w:rPr>
          <w:rFonts w:ascii="Consolas" w:hAnsi="Consolas"/>
          <w:sz w:val="18"/>
        </w:rPr>
        <w:t xml:space="preserve">    CURRENCY: Literal['USD', 'CAD']</w:t>
      </w:r>
    </w:p>
    <w:p>
      <w:pPr>
        <w:spacing w:after="0"/>
        <w:ind w:left="360"/>
        <w:shd w:val="clear" w:color="auto" w:fill="F2F2F2"/>
      </w:pPr>
      <w:r>
        <w:rPr>
          <w:rFonts w:ascii="Consolas" w:hAnsi="Consolas"/>
          <w:sz w:val="18"/>
        </w:rPr>
        <w:t xml:space="preserve">    USD: Decimal</w:t>
      </w:r>
    </w:p>
    <w:p>
      <w:pPr>
        <w:spacing w:after="0"/>
        <w:ind w:left="360"/>
        <w:shd w:val="clear" w:color="auto" w:fill="F2F2F2"/>
      </w:pPr>
      <w:r>
        <w:rPr>
          <w:rFonts w:ascii="Consolas" w:hAnsi="Consolas"/>
          <w:sz w:val="18"/>
        </w:rPr>
        <w:t xml:space="preserve">    STD_TIMESTAMP: datetime</w:t>
      </w:r>
    </w:p>
    <w:p>
      <w:pPr>
        <w:spacing w:after="40"/>
      </w:pPr>
    </w:p>
    <w:p>
      <w:pPr>
        <w:spacing w:after="80"/>
      </w:pPr>
      <w:r>
        <w:rPr>
          <w:b w:val="0"/>
          <w:i w:val="0"/>
        </w:rPr>
        <w:t xml:space="preserve">Chúng ta định nghĩa trong lớp các loại giá trị được chấp nhận cho những trường khác nhau. Ví dụ, </w:t>
      </w:r>
      <w:r>
        <w:rPr>
          <w:rFonts w:ascii="Consolas" w:hAnsi="Consolas"/>
          <w:b w:val="0"/>
          <w:i w:val="0"/>
          <w:sz w:val="20"/>
        </w:rPr>
        <w:br/>
        <w:br/>
        <w:t xml:space="preserve">      TIMESTAMP</w:t>
        <w:br/>
        <w:t xml:space="preserve">     </w:t>
        <w:br/>
      </w:r>
      <w:r>
        <w:rPr>
          <w:b w:val="0"/>
          <w:i w:val="0"/>
        </w:rPr>
        <w:t xml:space="preserve"> chấp nhận bất kỳ chuỗi nào vì đây là timestamp gốc có nhiều định dạng khác nhau, nhưng chúng ta định nghĩa </w:t>
      </w:r>
      <w:r>
        <w:rPr>
          <w:rFonts w:ascii="Consolas" w:hAnsi="Consolas"/>
          <w:b w:val="0"/>
          <w:i w:val="0"/>
          <w:sz w:val="20"/>
        </w:rPr>
        <w:br/>
        <w:br/>
        <w:t xml:space="preserve">      STD_TIMESTAMP</w:t>
        <w:br/>
        <w:t xml:space="preserve">     </w:t>
        <w:br/>
      </w:r>
      <w:r>
        <w:rPr>
          <w:b w:val="0"/>
          <w:i w:val="0"/>
        </w:rPr>
        <w:t xml:space="preserve"> phải là một </w:t>
      </w:r>
      <w:r>
        <w:rPr>
          <w:rFonts w:ascii="Consolas" w:hAnsi="Consolas"/>
          <w:b w:val="0"/>
          <w:i w:val="0"/>
          <w:sz w:val="20"/>
        </w:rPr>
        <w:br/>
        <w:br/>
        <w:t xml:space="preserve">      datatime</w:t>
        <w:br/>
        <w:t xml:space="preserve">     </w:t>
        <w:br/>
      </w:r>
      <w:r>
        <w:rPr>
          <w:b w:val="0"/>
          <w:i w:val="0"/>
        </w:rPr>
        <w:t xml:space="preserve"> hợp lệ.</w:t>
      </w:r>
    </w:p>
    <w:p>
      <w:pPr>
        <w:spacing w:after="80"/>
      </w:pPr>
      <w:r>
        <w:rPr>
          <w:b/>
          <w:i w:val="0"/>
        </w:rPr>
        <w:t>Lưu ý</w:t>
      </w:r>
    </w:p>
    <w:p>
      <w:pPr>
        <w:spacing w:after="80"/>
      </w:pPr>
      <w:r>
        <w:rPr>
          <w:b w:val="0"/>
          <w:i w:val="0"/>
        </w:rPr>
        <w:t xml:space="preserve">Cách mà </w:t>
      </w:r>
      <w:r>
        <w:rPr>
          <w:rFonts w:ascii="Consolas" w:hAnsi="Consolas"/>
          <w:b w:val="0"/>
          <w:i w:val="0"/>
          <w:sz w:val="20"/>
        </w:rPr>
        <w:br/>
        <w:br/>
        <w:t xml:space="preserve">       pydantic</w:t>
        <w:br/>
        <w:t xml:space="preserve">      </w:t>
        <w:br/>
      </w:r>
      <w:r>
        <w:rPr>
          <w:b w:val="0"/>
          <w:i w:val="0"/>
        </w:rPr>
        <w:t xml:space="preserve"> định nghĩa các yêu cầu là bằng cách sử dụng </w:t>
      </w:r>
      <w:r>
        <w:rPr>
          <w:b/>
          <w:i w:val="0"/>
        </w:rPr>
        <w:t>annotation</w:t>
      </w:r>
      <w:r>
        <w:rPr>
          <w:b w:val="0"/>
          <w:i w:val="0"/>
        </w:rPr>
        <w:t xml:space="preserve"> (chú thích kiểu) của Python. Đây là một phần mở rộng của Python cho phép chúng ta định nghĩa kiểu dữ liệu mong đợi cho một giá trị bằng cách thêm vào định nghĩa của nó một kiểu sau dấu hai chấm, ví dụ </w:t>
      </w:r>
      <w:r>
        <w:rPr>
          <w:rFonts w:ascii="Consolas" w:hAnsi="Consolas"/>
          <w:b w:val="0"/>
          <w:i w:val="0"/>
          <w:sz w:val="20"/>
        </w:rPr>
        <w:br/>
        <w:br/>
        <w:t xml:space="preserve">       USD: float</w:t>
        <w:br/>
        <w:t xml:space="preserve">      </w:t>
        <w:br/>
      </w:r>
      <w:r>
        <w:rPr>
          <w:b w:val="0"/>
          <w:i w:val="0"/>
        </w:rPr>
        <w:t xml:space="preserve"> nghĩa là giá trị của trường </w:t>
      </w:r>
      <w:r>
        <w:rPr>
          <w:rFonts w:ascii="Consolas" w:hAnsi="Consolas"/>
          <w:b w:val="0"/>
          <w:i w:val="0"/>
          <w:sz w:val="20"/>
        </w:rPr>
        <w:br/>
        <w:br/>
        <w:t xml:space="preserve">       USD</w:t>
        <w:br/>
        <w:t xml:space="preserve">      </w:t>
        <w:br/>
      </w:r>
      <w:r>
        <w:rPr>
          <w:b w:val="0"/>
          <w:i w:val="0"/>
        </w:rPr>
        <w:t xml:space="preserve"> được mong đợi là một </w:t>
      </w:r>
      <w:r>
        <w:rPr>
          <w:rFonts w:ascii="Consolas" w:hAnsi="Consolas"/>
          <w:b w:val="0"/>
          <w:i w:val="0"/>
          <w:sz w:val="20"/>
        </w:rPr>
        <w:br/>
        <w:br/>
        <w:t xml:space="preserve">       float</w:t>
        <w:br/>
        <w:t xml:space="preserve">      </w:t>
        <w:br/>
      </w:r>
      <w:r>
        <w:rPr>
          <w:b w:val="0"/>
          <w:i w:val="0"/>
        </w:rPr>
        <w:t xml:space="preserve"> . Mặc dù là tùy chọn trong Python, </w:t>
      </w:r>
      <w:r>
        <w:rPr>
          <w:rFonts w:ascii="Consolas" w:hAnsi="Consolas"/>
          <w:b w:val="0"/>
          <w:i w:val="0"/>
          <w:sz w:val="20"/>
        </w:rPr>
        <w:br/>
        <w:br/>
        <w:t xml:space="preserve">       pydantic</w:t>
        <w:br/>
        <w:t xml:space="preserve">      </w:t>
        <w:br/>
      </w:r>
      <w:r>
        <w:rPr>
          <w:b w:val="0"/>
          <w:i w:val="0"/>
        </w:rPr>
        <w:t xml:space="preserve"> sử dụng điều này để thực thi các định nghĩa khi có kiểm tra kiểu, như chúng ta đang thấy. Xem thêm về annotation trong tài liệu Python tại </w:t>
      </w:r>
      <w:r>
        <w:rPr>
          <w:rFonts w:ascii="Consolas" w:hAnsi="Consolas"/>
          <w:b w:val="0"/>
          <w:i w:val="0"/>
          <w:sz w:val="20"/>
        </w:rPr>
        <w:br/>
        <w:br/>
        <w:t xml:space="preserve">        https://typing.python.org/en/latest/spec/annotations.html</w:t>
        <w:br/>
        <w:t xml:space="preserve">       </w:t>
        <w:br/>
      </w:r>
      <w:r>
        <w:rPr>
          <w:b w:val="0"/>
          <w:i w:val="0"/>
        </w:rPr>
        <w:t xml:space="preserve"> .</w:t>
      </w:r>
    </w:p>
    <w:p>
      <w:pPr>
        <w:spacing w:after="80"/>
      </w:pPr>
      <w:r>
        <w:rPr>
          <w:b w:val="0"/>
          <w:i w:val="0"/>
        </w:rPr>
        <w:t xml:space="preserve">Đối với những giá trị chỉ được phép là một trong danh sách cố định, chúng ta dùng annotation Literal, như trong </w:t>
      </w:r>
      <w:r>
        <w:rPr>
          <w:rFonts w:ascii="Consolas" w:hAnsi="Consolas"/>
          <w:b w:val="0"/>
          <w:i w:val="0"/>
          <w:sz w:val="20"/>
        </w:rPr>
        <w:br/>
        <w:br/>
        <w:t xml:space="preserve">      LOCATION: Literal['ON', 'OH']</w:t>
        <w:br/>
        <w:t xml:space="preserve">     </w:t>
        <w:br/>
      </w:r>
      <w:r>
        <w:rPr>
          <w:b w:val="0"/>
          <w:i w:val="0"/>
        </w:rPr>
        <w:t xml:space="preserve"> . Điều đó có nghĩa là chúng ta chỉ chấp nhận các giá trị cho </w:t>
      </w:r>
      <w:r>
        <w:rPr>
          <w:rFonts w:ascii="Consolas" w:hAnsi="Consolas"/>
          <w:b w:val="0"/>
          <w:i w:val="0"/>
          <w:sz w:val="20"/>
        </w:rPr>
        <w:br/>
        <w:br/>
        <w:t xml:space="preserve">      LOCATION</w:t>
        <w:br/>
        <w:t xml:space="preserve">     </w:t>
        <w:br/>
      </w:r>
      <w:r>
        <w:rPr>
          <w:b w:val="0"/>
          <w:i w:val="0"/>
        </w:rPr>
        <w:t xml:space="preserve"> là </w:t>
      </w:r>
      <w:r>
        <w:rPr>
          <w:rFonts w:ascii="Consolas" w:hAnsi="Consolas"/>
          <w:b w:val="0"/>
          <w:i w:val="0"/>
          <w:sz w:val="20"/>
        </w:rPr>
        <w:br/>
        <w:br/>
        <w:t xml:space="preserve">      ON</w:t>
        <w:br/>
        <w:t xml:space="preserve">     </w:t>
        <w:br/>
      </w:r>
      <w:r>
        <w:rPr>
          <w:b w:val="0"/>
          <w:i w:val="0"/>
        </w:rPr>
        <w:t xml:space="preserve"> hoặc </w:t>
      </w:r>
      <w:r>
        <w:rPr>
          <w:rFonts w:ascii="Consolas" w:hAnsi="Consolas"/>
          <w:b w:val="0"/>
          <w:i w:val="0"/>
          <w:sz w:val="20"/>
        </w:rPr>
        <w:br/>
        <w:br/>
        <w:t xml:space="preserve">      OH</w:t>
        <w:br/>
        <w:t xml:space="preserve">     </w:t>
        <w:br/>
      </w:r>
      <w:r>
        <w:rPr>
          <w:b w:val="0"/>
          <w:i w:val="0"/>
        </w:rPr>
        <w:t xml:space="preserve"> .</w:t>
      </w:r>
    </w:p>
    <w:p>
      <w:pPr>
        <w:spacing w:after="80"/>
      </w:pPr>
      <w:r>
        <w:rPr>
          <w:b w:val="0"/>
          <w:i w:val="0"/>
        </w:rPr>
        <w:t>Trong dữ liệu của chúng ta, tất cả các log đều đúng, nhưng chúng ta sẽ thấy lỗi ở phần tiếp theo.</w:t>
      </w:r>
    </w:p>
    <w:p>
      <w:pPr>
        <w:spacing w:after="80"/>
      </w:pPr>
      <w:r>
        <w:rPr>
          <w:b/>
          <w:i w:val="0"/>
        </w:rPr>
        <w:t>Lưu ý</w:t>
      </w:r>
    </w:p>
    <w:p>
      <w:pPr>
        <w:spacing w:after="80"/>
      </w:pPr>
      <w:r>
        <w:rPr>
          <w:b w:val="0"/>
          <w:i w:val="0"/>
        </w:rPr>
        <w:t>Lưu ý rằng chúng ta đang lưu tất cả dữ liệu JSON dưới dạng một file duy nhất, trong một danh sách duy nhất. Với lượng dữ liệu tương đối nhỏ thì điều đó hoàn toàn ổn, nhưng nếu lượng dữ liệu tăng lên thì có thể nên chia thành các phần nhỏ hơn. So với xử lý CSV, hãy lưu ý rằng chúng ta đang tải mọi thứ vào bộ nhớ. Với số lượng phần tử lớn thì điều đó sẽ không hiệu quả. Thông thường, bạn tạo nhiều file, mỗi file xử lý một khoảng thời gian cụ thể (ví dụ: một tập các file chứa dữ liệu cho từng giờ) để mỗi file có thể được tải và xử lý độc lập.</w:t>
      </w:r>
    </w:p>
    <w:p>
      <w:pPr>
        <w:pStyle w:val="Heading3"/>
      </w:pPr>
      <w:r>
        <w:rPr>
          <w:rFonts w:ascii="Calibri" w:hAnsi="Calibri"/>
          <w:b/>
          <w:i w:val="0"/>
          <w:sz w:val="26"/>
        </w:rPr>
        <w:t>Còn nhiều thứ khác...</w:t>
      </w:r>
    </w:p>
    <w:p>
      <w:pPr>
        <w:spacing w:after="80"/>
      </w:pPr>
      <w:r>
        <w:rPr>
          <w:b w:val="0"/>
          <w:i w:val="0"/>
        </w:rPr>
        <w:t xml:space="preserve">Chúng ta đang đọc và lưu dữ liệu JSON từ các file, nhưng rất phổ biến khi muốn chuyển đổi dictionary của Python thành chuỗi JSON và ngược lại. Để làm điều đó, chúng ta có thể dùng các hàm </w:t>
      </w:r>
      <w:r>
        <w:rPr>
          <w:rFonts w:ascii="Consolas" w:hAnsi="Consolas"/>
          <w:b w:val="0"/>
          <w:i w:val="0"/>
          <w:sz w:val="20"/>
        </w:rPr>
        <w:br/>
        <w:br/>
        <w:t xml:space="preserve">      json.dumps</w:t>
        <w:br/>
        <w:t xml:space="preserve">     </w:t>
        <w:br/>
      </w:r>
      <w:r>
        <w:rPr>
          <w:b w:val="0"/>
          <w:i w:val="0"/>
        </w:rPr>
        <w:t xml:space="preserve"> và </w:t>
      </w:r>
      <w:r>
        <w:rPr>
          <w:rFonts w:ascii="Consolas" w:hAnsi="Consolas"/>
          <w:b w:val="0"/>
          <w:i w:val="0"/>
          <w:sz w:val="20"/>
        </w:rPr>
        <w:br/>
        <w:br/>
        <w:t xml:space="preserve">      json.loads</w:t>
        <w:br/>
        <w:t xml:space="preserve">     </w:t>
        <w:br/>
      </w:r>
      <w:r>
        <w:rPr>
          <w:b w:val="0"/>
          <w:i w:val="0"/>
        </w:rPr>
        <w:t xml:space="preserve"> :</w:t>
      </w:r>
    </w:p>
    <w:p>
      <w:pPr>
        <w:spacing w:after="0"/>
        <w:ind w:left="360"/>
        <w:shd w:val="clear" w:color="auto" w:fill="F2F2F2"/>
      </w:pPr>
      <w:r>
        <w:rPr>
          <w:rFonts w:ascii="Consolas" w:hAnsi="Consolas"/>
          <w:sz w:val="18"/>
        </w:rPr>
        <w:t>&gt;&gt;&gt; import json</w:t>
      </w:r>
    </w:p>
    <w:p>
      <w:pPr>
        <w:spacing w:after="0"/>
        <w:ind w:left="360"/>
        <w:shd w:val="clear" w:color="auto" w:fill="F2F2F2"/>
      </w:pPr>
      <w:r>
        <w:rPr>
          <w:rFonts w:ascii="Consolas" w:hAnsi="Consolas"/>
          <w:sz w:val="18"/>
        </w:rPr>
        <w:t>&gt;&gt;&gt; my_dict = {'COUNTRY': 'CANADA', 'LOCATION': 'ON'}</w:t>
      </w:r>
    </w:p>
    <w:p>
      <w:pPr>
        <w:spacing w:after="0"/>
        <w:ind w:left="360"/>
        <w:shd w:val="clear" w:color="auto" w:fill="F2F2F2"/>
      </w:pPr>
      <w:r>
        <w:rPr>
          <w:rFonts w:ascii="Consolas" w:hAnsi="Consolas"/>
          <w:sz w:val="18"/>
        </w:rPr>
        <w:t>&gt;&gt;&gt; json_string = json.dumps(my_dict)</w:t>
      </w:r>
    </w:p>
    <w:p>
      <w:pPr>
        <w:spacing w:after="0"/>
        <w:ind w:left="360"/>
        <w:shd w:val="clear" w:color="auto" w:fill="F2F2F2"/>
      </w:pPr>
      <w:r>
        <w:rPr>
          <w:rFonts w:ascii="Consolas" w:hAnsi="Consolas"/>
          <w:sz w:val="18"/>
        </w:rPr>
        <w:t>&gt;&gt;&gt; json_string</w:t>
      </w:r>
    </w:p>
    <w:p>
      <w:pPr>
        <w:spacing w:after="0"/>
        <w:ind w:left="360"/>
        <w:shd w:val="clear" w:color="auto" w:fill="F2F2F2"/>
      </w:pPr>
      <w:r>
        <w:rPr>
          <w:rFonts w:ascii="Consolas" w:hAnsi="Consolas"/>
          <w:sz w:val="18"/>
        </w:rPr>
        <w:t>'{"COUNTRY": "CANADA", "LOCATION": "ON"}'</w:t>
      </w:r>
    </w:p>
    <w:p>
      <w:pPr>
        <w:spacing w:after="0"/>
        <w:ind w:left="360"/>
        <w:shd w:val="clear" w:color="auto" w:fill="F2F2F2"/>
      </w:pPr>
      <w:r>
        <w:rPr>
          <w:rFonts w:ascii="Consolas" w:hAnsi="Consolas"/>
          <w:sz w:val="18"/>
        </w:rPr>
        <w:t>&gt;&gt;&gt; json.loads(json_string)</w:t>
      </w:r>
    </w:p>
    <w:p>
      <w:pPr>
        <w:spacing w:after="0"/>
        <w:ind w:left="360"/>
        <w:shd w:val="clear" w:color="auto" w:fill="F2F2F2"/>
      </w:pPr>
      <w:r>
        <w:rPr>
          <w:rFonts w:ascii="Consolas" w:hAnsi="Consolas"/>
          <w:sz w:val="18"/>
        </w:rPr>
        <w:t>{'COUNTRY': 'CANADA', 'LOCATION': 'ON'}</w:t>
      </w:r>
    </w:p>
    <w:p>
      <w:pPr>
        <w:spacing w:after="40"/>
      </w:pPr>
    </w:p>
    <w:p>
      <w:pPr>
        <w:spacing w:after="80"/>
      </w:pPr>
      <w:r>
        <w:rPr>
          <w:b/>
          <w:i w:val="0"/>
        </w:rPr>
        <w:t>Lưu ý</w:t>
      </w:r>
    </w:p>
    <w:p>
      <w:pPr>
        <w:spacing w:after="80"/>
      </w:pPr>
      <w:r>
        <w:rPr>
          <w:b w:val="0"/>
          <w:i w:val="0"/>
        </w:rPr>
        <w:t xml:space="preserve">Cách biểu diễn một dictionary trong Python và một chuỗi JSON rất giống nhau, nhưng trong khi </w:t>
      </w:r>
      <w:r>
        <w:rPr>
          <w:rFonts w:ascii="Consolas" w:hAnsi="Consolas"/>
          <w:b w:val="0"/>
          <w:i w:val="0"/>
          <w:sz w:val="20"/>
        </w:rPr>
        <w:br/>
        <w:br/>
        <w:t xml:space="preserve">       json_string</w:t>
        <w:br/>
        <w:t xml:space="preserve">      </w:t>
        <w:br/>
      </w:r>
      <w:r>
        <w:rPr>
          <w:b w:val="0"/>
          <w:i w:val="0"/>
        </w:rPr>
        <w:t xml:space="preserve"> là một chuỗi thì </w:t>
      </w:r>
      <w:r>
        <w:rPr>
          <w:rFonts w:ascii="Consolas" w:hAnsi="Consolas"/>
          <w:b w:val="0"/>
          <w:i w:val="0"/>
          <w:sz w:val="20"/>
        </w:rPr>
        <w:br/>
        <w:br/>
        <w:t xml:space="preserve">       my_dict</w:t>
        <w:br/>
        <w:t xml:space="preserve">      </w:t>
        <w:br/>
      </w:r>
      <w:r>
        <w:rPr>
          <w:b w:val="0"/>
          <w:i w:val="0"/>
        </w:rPr>
        <w:t xml:space="preserve"> là một dictionary mà bạn có thể truy cập thông qua các key của nó.</w:t>
      </w:r>
    </w:p>
    <w:p>
      <w:pPr>
        <w:spacing w:after="80"/>
      </w:pPr>
      <w:r>
        <w:rPr>
          <w:b w:val="0"/>
          <w:i w:val="0"/>
        </w:rPr>
        <w:t xml:space="preserve">Để xem điều gì xảy ra với các lỗi khác nhau, chúng ta sẽ dùng một file cụ thể chứa các log lỗi, </w:t>
      </w:r>
      <w:r>
        <w:rPr>
          <w:rFonts w:ascii="Consolas" w:hAnsi="Consolas"/>
          <w:b w:val="0"/>
          <w:i w:val="0"/>
          <w:sz w:val="20"/>
        </w:rPr>
        <w:br/>
        <w:br/>
        <w:t xml:space="preserve">      bad_output_3_ON.csv</w:t>
        <w:br/>
        <w:t xml:space="preserve">     </w:t>
        <w:br/>
      </w:r>
      <w:r>
        <w:rPr>
          <w:b w:val="0"/>
          <w:i w:val="0"/>
        </w:rPr>
        <w:t xml:space="preserve"> .</w:t>
      </w:r>
    </w:p>
    <w:p>
      <w:pPr>
        <w:spacing w:after="0"/>
        <w:ind w:left="360"/>
        <w:shd w:val="clear" w:color="auto" w:fill="F2F2F2"/>
      </w:pPr>
      <w:r>
        <w:rPr>
          <w:rFonts w:ascii="Consolas" w:hAnsi="Consolas"/>
          <w:sz w:val="18"/>
        </w:rPr>
        <w:t>$ uv run transform_into_json.py bad_output_3_ON.csv bad_output_4_ON.json</w:t>
      </w:r>
    </w:p>
    <w:p>
      <w:pPr>
        <w:spacing w:after="0"/>
        <w:ind w:left="360"/>
        <w:shd w:val="clear" w:color="auto" w:fill="F2F2F2"/>
      </w:pPr>
      <w:r>
        <w:rPr>
          <w:rFonts w:ascii="Consolas" w:hAnsi="Consolas"/>
          <w:sz w:val="18"/>
        </w:rPr>
        <w:t>Error validating log: {'LOCATION': 'NY', 'TIMESTAMP': '2025-08-27 19:05:55+00:00', 'PRODUCT': '12346', 'PRICE': '3.99', 'COUNTRY': 'CANADA', 'CURRENCY': 'CAD', 'USD': '3.0', 'STD_TIMESTAMP': '2025-08-27T18:05:55+00:00'}, 1 validation error for Log</w:t>
      </w:r>
    </w:p>
    <w:p>
      <w:pPr>
        <w:spacing w:after="0"/>
        <w:ind w:left="360"/>
        <w:shd w:val="clear" w:color="auto" w:fill="F2F2F2"/>
      </w:pPr>
      <w:r>
        <w:rPr>
          <w:rFonts w:ascii="Consolas" w:hAnsi="Consolas"/>
          <w:sz w:val="18"/>
        </w:rPr>
        <w:t>LOCATION</w:t>
      </w:r>
    </w:p>
    <w:p>
      <w:pPr>
        <w:spacing w:after="0"/>
        <w:ind w:left="360"/>
        <w:shd w:val="clear" w:color="auto" w:fill="F2F2F2"/>
      </w:pPr>
      <w:r>
        <w:rPr>
          <w:rFonts w:ascii="Consolas" w:hAnsi="Consolas"/>
          <w:sz w:val="18"/>
        </w:rPr>
        <w:t xml:space="preserve">  Input should be 'ON' or 'OH' [type=literal_error, input_value='NY', input_type=str]</w:t>
      </w:r>
    </w:p>
    <w:p>
      <w:pPr>
        <w:spacing w:after="0"/>
        <w:ind w:left="360"/>
        <w:shd w:val="clear" w:color="auto" w:fill="F2F2F2"/>
      </w:pPr>
      <w:r>
        <w:rPr>
          <w:rFonts w:ascii="Consolas" w:hAnsi="Consolas"/>
          <w:sz w:val="18"/>
        </w:rPr>
        <w:t xml:space="preserve">    For further information visit https://errors.pydantic.dev/2.12/v/literal_error.</w:t>
      </w:r>
    </w:p>
    <w:p>
      <w:pPr>
        <w:spacing w:after="0"/>
        <w:ind w:left="360"/>
        <w:shd w:val="clear" w:color="auto" w:fill="F2F2F2"/>
      </w:pPr>
      <w:r>
        <w:rPr>
          <w:rFonts w:ascii="Consolas" w:hAnsi="Consolas"/>
          <w:sz w:val="18"/>
        </w:rPr>
        <w:t>--- Skipping ---</w:t>
      </w:r>
    </w:p>
    <w:p>
      <w:pPr>
        <w:spacing w:after="0"/>
        <w:ind w:left="360"/>
        <w:shd w:val="clear" w:color="auto" w:fill="F2F2F2"/>
      </w:pPr>
      <w:r>
        <w:rPr>
          <w:rFonts w:ascii="Consolas" w:hAnsi="Consolas"/>
          <w:sz w:val="18"/>
        </w:rPr>
        <w:t>Error validating log: {'LOCATION': 'ON', 'TIMESTAMP': '2025-08-27 20:05:55+00:00', 'PRODUCT': '12346', 'PRICE': 'BAD_PRICE', 'COUNTRY': 'CANADA', 'CURRENCY': 'CAD', 'USD': '3.0', 'STD_TIMESTAMP': '2025-08-27T20:05:55+00:00'}, 1 validation error for Log</w:t>
      </w:r>
    </w:p>
    <w:p>
      <w:pPr>
        <w:spacing w:after="0"/>
        <w:ind w:left="360"/>
        <w:shd w:val="clear" w:color="auto" w:fill="F2F2F2"/>
      </w:pPr>
      <w:r>
        <w:rPr>
          <w:rFonts w:ascii="Consolas" w:hAnsi="Consolas"/>
          <w:sz w:val="18"/>
        </w:rPr>
        <w:t>PRICE</w:t>
      </w:r>
    </w:p>
    <w:p>
      <w:pPr>
        <w:spacing w:after="0"/>
        <w:ind w:left="360"/>
        <w:shd w:val="clear" w:color="auto" w:fill="F2F2F2"/>
      </w:pPr>
      <w:r>
        <w:rPr>
          <w:rFonts w:ascii="Consolas" w:hAnsi="Consolas"/>
          <w:sz w:val="18"/>
        </w:rPr>
        <w:t xml:space="preserve">  Input should be a valid number, unable to parse string as a number [type=float_parsing, input_value='BAD_PRICE', input_type=str]</w:t>
      </w:r>
    </w:p>
    <w:p>
      <w:pPr>
        <w:spacing w:after="0"/>
        <w:ind w:left="360"/>
        <w:shd w:val="clear" w:color="auto" w:fill="F2F2F2"/>
      </w:pPr>
      <w:r>
        <w:rPr>
          <w:rFonts w:ascii="Consolas" w:hAnsi="Consolas"/>
          <w:sz w:val="18"/>
        </w:rPr>
        <w:t xml:space="preserve">    For further information visit https://errors.pydantic.dev/2.12/v/float_parsing.</w:t>
      </w:r>
    </w:p>
    <w:p>
      <w:pPr>
        <w:spacing w:after="0"/>
        <w:ind w:left="360"/>
        <w:shd w:val="clear" w:color="auto" w:fill="F2F2F2"/>
      </w:pPr>
      <w:r>
        <w:rPr>
          <w:rFonts w:ascii="Consolas" w:hAnsi="Consolas"/>
          <w:sz w:val="18"/>
        </w:rPr>
        <w:t>--- Skipping ---</w:t>
      </w:r>
    </w:p>
    <w:p>
      <w:pPr>
        <w:spacing w:after="0"/>
        <w:ind w:left="360"/>
        <w:shd w:val="clear" w:color="auto" w:fill="F2F2F2"/>
      </w:pPr>
      <w:r>
        <w:rPr>
          <w:rFonts w:ascii="Consolas" w:hAnsi="Consolas"/>
          <w:sz w:val="18"/>
        </w:rPr>
        <w:t>Error validating log: {'LOCATION': 'ON', 'TIMESTAMP': '27-08-2025 21:05:55+00:00', 'PRODUCT': '12346', 'PRICE': '3.99', 'COUNTRY': 'CANADA', 'CURRENCY': 'CAD', 'USD': '3.0', 'STD_TIMESTAMP': '27-08-2025T20:05:55+00:00'}, 1 validation error for Log</w:t>
      </w:r>
    </w:p>
    <w:p>
      <w:pPr>
        <w:spacing w:after="0"/>
        <w:ind w:left="360"/>
        <w:shd w:val="clear" w:color="auto" w:fill="F2F2F2"/>
      </w:pPr>
      <w:r>
        <w:rPr>
          <w:rFonts w:ascii="Consolas" w:hAnsi="Consolas"/>
          <w:sz w:val="18"/>
        </w:rPr>
        <w:t>STD_TIMESTAMP</w:t>
      </w:r>
    </w:p>
    <w:p>
      <w:pPr>
        <w:spacing w:after="0"/>
        <w:ind w:left="360"/>
        <w:shd w:val="clear" w:color="auto" w:fill="F2F2F2"/>
      </w:pPr>
      <w:r>
        <w:rPr>
          <w:rFonts w:ascii="Consolas" w:hAnsi="Consolas"/>
          <w:sz w:val="18"/>
        </w:rPr>
        <w:t xml:space="preserve">  Input should be a valid datetime or date, invalid character in year [type=datetime_from_date_parsing, input_value='27-08-2025T20:05:55+00:00', input_type=str]</w:t>
      </w:r>
    </w:p>
    <w:p>
      <w:pPr>
        <w:spacing w:after="0"/>
        <w:ind w:left="360"/>
        <w:shd w:val="clear" w:color="auto" w:fill="F2F2F2"/>
      </w:pPr>
      <w:r>
        <w:rPr>
          <w:rFonts w:ascii="Consolas" w:hAnsi="Consolas"/>
          <w:sz w:val="18"/>
        </w:rPr>
        <w:t xml:space="preserve">    For further information visit https://errors.pydantic.dev/2.12/v/datetime_from_date_parsing.</w:t>
      </w:r>
    </w:p>
    <w:p>
      <w:pPr>
        <w:spacing w:after="0"/>
        <w:ind w:left="360"/>
        <w:shd w:val="clear" w:color="auto" w:fill="F2F2F2"/>
      </w:pPr>
      <w:r>
        <w:rPr>
          <w:rFonts w:ascii="Consolas" w:hAnsi="Consolas"/>
          <w:sz w:val="18"/>
        </w:rPr>
        <w:t>--- Skipping ---</w:t>
      </w:r>
    </w:p>
    <w:p>
      <w:pPr>
        <w:spacing w:after="0"/>
        <w:ind w:left="360"/>
        <w:shd w:val="clear" w:color="auto" w:fill="F2F2F2"/>
      </w:pPr>
      <w:r>
        <w:rPr>
          <w:rFonts w:ascii="Consolas" w:hAnsi="Consolas"/>
          <w:sz w:val="18"/>
        </w:rPr>
        <w:t>Error validating log: {'LOCATION': 'ON', 'TIMESTAMP': '2025-08-27 22:05:55+00:00', 'PRODUCT': '12346', 'PRICE': '3.99', 'COUNTRY': 'CANADA', 'CURRENCY': 'USD', 'USD': '3.0', 'STD_TIMESTAMP': '2025-08-27T20:05:55+00:00'}, 1 validation error for Log</w:t>
      </w:r>
    </w:p>
    <w:p>
      <w:pPr>
        <w:spacing w:after="0"/>
        <w:ind w:left="360"/>
        <w:shd w:val="clear" w:color="auto" w:fill="F2F2F2"/>
      </w:pPr>
      <w:r>
        <w:rPr>
          <w:rFonts w:ascii="Consolas" w:hAnsi="Consolas"/>
          <w:sz w:val="18"/>
        </w:rPr>
        <w:t xml:space="preserve">  Value error, For COUNTRY=CANADA, CURRENCY should be CAD [type=value_error, input_value={'LOCATION': 'ON', 'TIMES...5-08-27T20:05:55+00:00'}, input_type=dict]</w:t>
      </w:r>
    </w:p>
    <w:p>
      <w:pPr>
        <w:spacing w:after="0"/>
        <w:ind w:left="360"/>
        <w:shd w:val="clear" w:color="auto" w:fill="F2F2F2"/>
      </w:pPr>
      <w:r>
        <w:rPr>
          <w:rFonts w:ascii="Consolas" w:hAnsi="Consolas"/>
          <w:sz w:val="18"/>
        </w:rPr>
        <w:t xml:space="preserve">    For further information visit https://errors.pydantic.dev/2.12/v/value_error.</w:t>
      </w:r>
    </w:p>
    <w:p>
      <w:pPr>
        <w:spacing w:after="0"/>
        <w:ind w:left="360"/>
        <w:shd w:val="clear" w:color="auto" w:fill="F2F2F2"/>
      </w:pPr>
      <w:r>
        <w:rPr>
          <w:rFonts w:ascii="Consolas" w:hAnsi="Consolas"/>
          <w:sz w:val="18"/>
        </w:rPr>
        <w:t>--- Skipping ---</w:t>
      </w:r>
    </w:p>
    <w:p>
      <w:pPr>
        <w:spacing w:after="0"/>
        <w:ind w:left="360"/>
        <w:shd w:val="clear" w:color="auto" w:fill="F2F2F2"/>
      </w:pPr>
      <w:r>
        <w:rPr>
          <w:rFonts w:ascii="Consolas" w:hAnsi="Consolas"/>
          <w:sz w:val="18"/>
        </w:rPr>
        <w:t>Error validating log: {'LOCATION': 'ON', 'TIMESTAMP': '2025-08-27 23:05:55+00:00', 'PRODUCT': '12346', 'PRICE': '3.99', 'COUNTRY': 'USA', 'CURRENCY': 'CAD', 'USD': '3.0', 'STD_TIMESTAMP': '2025-08-27T19:05:55+00:00'}, 1 validation error for Log</w:t>
      </w:r>
    </w:p>
    <w:p>
      <w:pPr>
        <w:spacing w:after="0"/>
        <w:ind w:left="360"/>
        <w:shd w:val="clear" w:color="auto" w:fill="F2F2F2"/>
      </w:pPr>
      <w:r>
        <w:rPr>
          <w:rFonts w:ascii="Consolas" w:hAnsi="Consolas"/>
          <w:sz w:val="18"/>
        </w:rPr>
        <w:t xml:space="preserve">  Value error, For COUNTRY=USA, LOCATION should be a valid state [type=value_error, input_value={'LOCATION': 'ON', 'TIMES...5-08-27T19:05:55+00:00'}, input_type=dict]</w:t>
      </w:r>
    </w:p>
    <w:p>
      <w:pPr>
        <w:spacing w:after="0"/>
        <w:ind w:left="360"/>
        <w:shd w:val="clear" w:color="auto" w:fill="F2F2F2"/>
      </w:pPr>
      <w:r>
        <w:rPr>
          <w:rFonts w:ascii="Consolas" w:hAnsi="Consolas"/>
          <w:sz w:val="18"/>
        </w:rPr>
        <w:t xml:space="preserve">    For further information visit https://errors.pydantic.dev/2.12/v/value_error.</w:t>
      </w:r>
    </w:p>
    <w:p>
      <w:pPr>
        <w:spacing w:after="0"/>
        <w:ind w:left="360"/>
        <w:shd w:val="clear" w:color="auto" w:fill="F2F2F2"/>
      </w:pPr>
      <w:r>
        <w:rPr>
          <w:rFonts w:ascii="Consolas" w:hAnsi="Consolas"/>
          <w:sz w:val="18"/>
        </w:rPr>
        <w:t>--- Skipping ---</w:t>
      </w:r>
    </w:p>
    <w:p>
      <w:pPr>
        <w:spacing w:after="40"/>
      </w:pPr>
    </w:p>
    <w:p>
      <w:pPr>
        <w:spacing w:after="80"/>
      </w:pPr>
      <w:r>
        <w:rPr>
          <w:b w:val="0"/>
          <w:i w:val="0"/>
        </w:rPr>
        <w:t xml:space="preserve">Có năm lỗi được báo cáo trong kết quả này (và file đầu ra </w:t>
      </w:r>
      <w:r>
        <w:rPr>
          <w:rFonts w:ascii="Consolas" w:hAnsi="Consolas"/>
          <w:b w:val="0"/>
          <w:i w:val="0"/>
          <w:sz w:val="20"/>
        </w:rPr>
        <w:br/>
        <w:br/>
        <w:t xml:space="preserve">      bad_output_4_ON.json</w:t>
        <w:br/>
        <w:t xml:space="preserve">     </w:t>
        <w:br/>
      </w:r>
      <w:r>
        <w:rPr>
          <w:b w:val="0"/>
          <w:i w:val="0"/>
        </w:rPr>
        <w:t xml:space="preserve"> trống):</w:t>
      </w:r>
    </w:p>
    <w:p>
      <w:pPr>
        <w:spacing w:after="80"/>
        <w:ind w:left="360"/>
      </w:pPr>
      <w:r>
        <w:t xml:space="preserve">• </w:t>
      </w:r>
      <w:r>
        <w:rPr>
          <w:b w:val="0"/>
          <w:i w:val="0"/>
        </w:rPr>
        <w:t xml:space="preserve">Log đầu tiên có </w:t>
      </w:r>
      <w:r>
        <w:rPr>
          <w:rFonts w:ascii="Consolas" w:hAnsi="Consolas"/>
          <w:b w:val="0"/>
          <w:i w:val="0"/>
          <w:sz w:val="20"/>
        </w:rPr>
        <w:br/>
        <w:br/>
        <w:t xml:space="preserve">       LOCATION</w:t>
        <w:br/>
        <w:t xml:space="preserve">      </w:t>
        <w:br/>
      </w:r>
      <w:r>
        <w:rPr>
          <w:b w:val="0"/>
          <w:i w:val="0"/>
        </w:rPr>
        <w:t xml:space="preserve"> không được nhận diện ( </w:t>
      </w:r>
      <w:r>
        <w:rPr>
          <w:rFonts w:ascii="Consolas" w:hAnsi="Consolas"/>
          <w:b w:val="0"/>
          <w:i w:val="0"/>
          <w:sz w:val="20"/>
        </w:rPr>
        <w:br/>
        <w:br/>
        <w:t xml:space="preserve">       NY</w:t>
        <w:br/>
        <w:t xml:space="preserve">      </w:t>
        <w:br/>
      </w:r>
      <w:r>
        <w:rPr>
          <w:b w:val="0"/>
          <w:i w:val="0"/>
        </w:rPr>
        <w:t xml:space="preserve"> , trong khi những giá trị được phép là </w:t>
      </w:r>
      <w:r>
        <w:rPr>
          <w:rFonts w:ascii="Consolas" w:hAnsi="Consolas"/>
          <w:b w:val="0"/>
          <w:i w:val="0"/>
          <w:sz w:val="20"/>
        </w:rPr>
        <w:br/>
        <w:br/>
        <w:t xml:space="preserve">       ON</w:t>
        <w:br/>
        <w:t xml:space="preserve">      </w:t>
        <w:br/>
      </w:r>
      <w:r>
        <w:rPr>
          <w:b w:val="0"/>
          <w:i w:val="0"/>
        </w:rPr>
        <w:t xml:space="preserve"> và </w:t>
      </w:r>
      <w:r>
        <w:rPr>
          <w:rFonts w:ascii="Consolas" w:hAnsi="Consolas"/>
          <w:b w:val="0"/>
          <w:i w:val="0"/>
          <w:sz w:val="20"/>
        </w:rPr>
        <w:br/>
        <w:br/>
        <w:t xml:space="preserve">       OH</w:t>
        <w:br/>
        <w:t xml:space="preserve">      </w:t>
        <w:br/>
      </w:r>
      <w:r>
        <w:rPr>
          <w:b w:val="0"/>
          <w:i w:val="0"/>
        </w:rPr>
        <w:t xml:space="preserve"> )</w:t>
      </w:r>
    </w:p>
    <w:p>
      <w:pPr>
        <w:spacing w:after="80"/>
        <w:ind w:left="360"/>
      </w:pPr>
      <w:r>
        <w:t xml:space="preserve">• </w:t>
      </w:r>
      <w:r>
        <w:rPr>
          <w:b w:val="0"/>
          <w:i w:val="0"/>
        </w:rPr>
        <w:t xml:space="preserve">Log thứ hai có </w:t>
      </w:r>
      <w:r>
        <w:rPr>
          <w:rFonts w:ascii="Consolas" w:hAnsi="Consolas"/>
          <w:b w:val="0"/>
          <w:i w:val="0"/>
          <w:sz w:val="20"/>
        </w:rPr>
        <w:br/>
        <w:br/>
        <w:t xml:space="preserve">       PRICE</w:t>
        <w:br/>
        <w:t xml:space="preserve">      </w:t>
        <w:br/>
      </w:r>
      <w:r>
        <w:rPr>
          <w:b w:val="0"/>
          <w:i w:val="0"/>
        </w:rPr>
        <w:t xml:space="preserve"> là một giá trị không phải số (thay vào đó nó có </w:t>
      </w:r>
      <w:r>
        <w:rPr>
          <w:rFonts w:ascii="Consolas" w:hAnsi="Consolas"/>
          <w:b w:val="0"/>
          <w:i w:val="0"/>
          <w:sz w:val="20"/>
        </w:rPr>
        <w:br/>
        <w:br/>
        <w:t xml:space="preserve">       'BAD_PRICE'</w:t>
        <w:br/>
        <w:t xml:space="preserve">      </w:t>
        <w:br/>
      </w:r>
      <w:r>
        <w:rPr>
          <w:b w:val="0"/>
          <w:i w:val="0"/>
        </w:rPr>
        <w:t xml:space="preserve"> )</w:t>
      </w:r>
    </w:p>
    <w:p>
      <w:pPr>
        <w:spacing w:after="80"/>
        <w:ind w:left="360"/>
      </w:pPr>
      <w:r>
        <w:t xml:space="preserve">• </w:t>
      </w:r>
      <w:r>
        <w:rPr>
          <w:b w:val="0"/>
          <w:i w:val="0"/>
        </w:rPr>
        <w:t xml:space="preserve">Log thứ ba có </w:t>
      </w:r>
      <w:r>
        <w:rPr>
          <w:rFonts w:ascii="Consolas" w:hAnsi="Consolas"/>
          <w:b w:val="0"/>
          <w:i w:val="0"/>
          <w:sz w:val="20"/>
        </w:rPr>
        <w:br/>
        <w:br/>
        <w:t xml:space="preserve">       STD_TIMESTAMP</w:t>
        <w:br/>
        <w:t xml:space="preserve">      </w:t>
        <w:br/>
      </w:r>
      <w:r>
        <w:rPr>
          <w:b w:val="0"/>
          <w:i w:val="0"/>
        </w:rPr>
        <w:t xml:space="preserve"> không hợp lệ; lưu ý rằng nó không phàn nàn về </w:t>
      </w:r>
      <w:r>
        <w:rPr>
          <w:rFonts w:ascii="Consolas" w:hAnsi="Consolas"/>
          <w:b w:val="0"/>
          <w:i w:val="0"/>
          <w:sz w:val="20"/>
        </w:rPr>
        <w:br/>
        <w:br/>
        <w:t xml:space="preserve">       TIMESTAMP</w:t>
        <w:br/>
        <w:t xml:space="preserve">      </w:t>
        <w:br/>
      </w:r>
      <w:r>
        <w:rPr>
          <w:b w:val="0"/>
          <w:i w:val="0"/>
        </w:rPr>
        <w:t xml:space="preserve"> vì trường đó không cần phải là một </w:t>
      </w:r>
      <w:r>
        <w:rPr>
          <w:rFonts w:ascii="Consolas" w:hAnsi="Consolas"/>
          <w:b w:val="0"/>
          <w:i w:val="0"/>
          <w:sz w:val="20"/>
        </w:rPr>
        <w:br/>
        <w:br/>
        <w:t xml:space="preserve">       datetime</w:t>
        <w:br/>
        <w:t xml:space="preserve">      </w:t>
        <w:br/>
      </w:r>
      <w:r>
        <w:rPr>
          <w:b w:val="0"/>
          <w:i w:val="0"/>
        </w:rPr>
        <w:t xml:space="preserve"> hợp lệ.</w:t>
      </w:r>
    </w:p>
    <w:p>
      <w:pPr>
        <w:spacing w:after="80"/>
      </w:pPr>
      <w:r>
        <w:rPr>
          <w:b w:val="0"/>
          <w:i w:val="0"/>
        </w:rPr>
        <w:t xml:space="preserve">Hai lỗi cuối cùng lần lượt là do </w:t>
      </w:r>
      <w:r>
        <w:rPr>
          <w:rFonts w:ascii="Consolas" w:hAnsi="Consolas"/>
          <w:b w:val="0"/>
          <w:i w:val="0"/>
          <w:sz w:val="20"/>
        </w:rPr>
        <w:br/>
        <w:br/>
        <w:t xml:space="preserve">      CURRENCY</w:t>
        <w:br/>
        <w:t xml:space="preserve">     </w:t>
        <w:br/>
      </w:r>
      <w:r>
        <w:rPr>
          <w:b w:val="0"/>
          <w:i w:val="0"/>
        </w:rPr>
        <w:t xml:space="preserve"> không hợp lệ cho </w:t>
      </w:r>
      <w:r>
        <w:rPr>
          <w:rFonts w:ascii="Consolas" w:hAnsi="Consolas"/>
          <w:b w:val="0"/>
          <w:i w:val="0"/>
          <w:sz w:val="20"/>
        </w:rPr>
        <w:br/>
        <w:br/>
        <w:t xml:space="preserve">      CANADA</w:t>
        <w:br/>
        <w:t xml:space="preserve">     </w:t>
        <w:br/>
      </w:r>
      <w:r>
        <w:rPr>
          <w:b w:val="0"/>
          <w:i w:val="0"/>
        </w:rPr>
        <w:t xml:space="preserve"> và </w:t>
      </w:r>
      <w:r>
        <w:rPr>
          <w:rFonts w:ascii="Consolas" w:hAnsi="Consolas"/>
          <w:b w:val="0"/>
          <w:i w:val="0"/>
          <w:sz w:val="20"/>
        </w:rPr>
        <w:br/>
        <w:br/>
        <w:t xml:space="preserve">      LOCATION</w:t>
        <w:br/>
        <w:t xml:space="preserve">     </w:t>
        <w:br/>
      </w:r>
      <w:r>
        <w:rPr>
          <w:b w:val="0"/>
          <w:i w:val="0"/>
        </w:rPr>
        <w:t xml:space="preserve"> ' </w:t>
      </w:r>
      <w:r>
        <w:rPr>
          <w:rFonts w:ascii="Consolas" w:hAnsi="Consolas"/>
          <w:b w:val="0"/>
          <w:i w:val="0"/>
          <w:sz w:val="20"/>
        </w:rPr>
        <w:br/>
        <w:br/>
        <w:t xml:space="preserve">      ON'</w:t>
        <w:br/>
        <w:t xml:space="preserve">     </w:t>
        <w:br/>
      </w:r>
      <w:r>
        <w:rPr>
          <w:b w:val="0"/>
          <w:i w:val="0"/>
        </w:rPr>
        <w:t xml:space="preserve"> không nằm ở </w:t>
      </w:r>
      <w:r>
        <w:rPr>
          <w:rFonts w:ascii="Consolas" w:hAnsi="Consolas"/>
          <w:b w:val="0"/>
          <w:i w:val="0"/>
          <w:sz w:val="20"/>
        </w:rPr>
        <w:br/>
        <w:br/>
        <w:t xml:space="preserve">      USA</w:t>
        <w:br/>
        <w:t xml:space="preserve">     </w:t>
        <w:br/>
      </w:r>
      <w:r>
        <w:rPr>
          <w:b w:val="0"/>
          <w:i w:val="0"/>
        </w:rPr>
        <w:t xml:space="preserve"> . Hai kiểm tra này được triển khai trong phương thức của riêng chúng ta </w:t>
      </w:r>
      <w:r>
        <w:rPr>
          <w:rFonts w:ascii="Consolas" w:hAnsi="Consolas"/>
          <w:b w:val="0"/>
          <w:i w:val="0"/>
          <w:sz w:val="20"/>
        </w:rPr>
        <w:br/>
        <w:br/>
        <w:t xml:space="preserve">      check_location_and_currency</w:t>
        <w:br/>
        <w:t xml:space="preserve">     </w:t>
        <w:br/>
      </w:r>
      <w:r>
        <w:rPr>
          <w:b w:val="0"/>
          <w:i w:val="0"/>
        </w:rPr>
        <w:t xml:space="preserve"> trong lớp Log:</w:t>
      </w:r>
    </w:p>
    <w:p>
      <w:pPr>
        <w:spacing w:after="0"/>
        <w:ind w:left="360"/>
        <w:shd w:val="clear" w:color="auto" w:fill="F2F2F2"/>
      </w:pPr>
      <w:r>
        <w:rPr>
          <w:rFonts w:ascii="Consolas" w:hAnsi="Consolas"/>
          <w:sz w:val="18"/>
        </w:rPr>
        <w:t xml:space="preserve">    @model_validator(mode='after')</w:t>
      </w:r>
    </w:p>
    <w:p>
      <w:pPr>
        <w:spacing w:after="0"/>
        <w:ind w:left="360"/>
        <w:shd w:val="clear" w:color="auto" w:fill="F2F2F2"/>
      </w:pPr>
      <w:r>
        <w:rPr>
          <w:rFonts w:ascii="Consolas" w:hAnsi="Consolas"/>
          <w:sz w:val="18"/>
        </w:rPr>
        <w:t>def check_location_and_currency(self):</w:t>
      </w:r>
    </w:p>
    <w:p>
      <w:pPr>
        <w:spacing w:after="0"/>
        <w:ind w:left="360"/>
        <w:shd w:val="clear" w:color="auto" w:fill="F2F2F2"/>
      </w:pPr>
      <w:r>
        <w:rPr>
          <w:rFonts w:ascii="Consolas" w:hAnsi="Consolas"/>
          <w:sz w:val="18"/>
        </w:rPr>
        <w:t xml:space="preserve">        # Check location and country match</w:t>
      </w:r>
    </w:p>
    <w:p>
      <w:pPr>
        <w:spacing w:after="0"/>
        <w:ind w:left="360"/>
        <w:shd w:val="clear" w:color="auto" w:fill="F2F2F2"/>
      </w:pPr>
      <w:r>
        <w:rPr>
          <w:rFonts w:ascii="Consolas" w:hAnsi="Consolas"/>
          <w:sz w:val="18"/>
        </w:rPr>
        <w:t>if self.COUNTRY == 'USA' and self.LOCATION not in US_STATES:</w:t>
      </w:r>
    </w:p>
    <w:p>
      <w:pPr>
        <w:spacing w:after="0"/>
        <w:ind w:left="360"/>
        <w:shd w:val="clear" w:color="auto" w:fill="F2F2F2"/>
      </w:pPr>
      <w:r>
        <w:rPr>
          <w:rFonts w:ascii="Consolas" w:hAnsi="Consolas"/>
          <w:sz w:val="18"/>
        </w:rPr>
        <w:t xml:space="preserve">            raise ValueError('For COUNTRY=USA, LOCATION should be a valid state')</w:t>
      </w:r>
    </w:p>
    <w:p>
      <w:pPr>
        <w:spacing w:after="0"/>
        <w:ind w:left="360"/>
        <w:shd w:val="clear" w:color="auto" w:fill="F2F2F2"/>
      </w:pPr>
      <w:r>
        <w:rPr>
          <w:rFonts w:ascii="Consolas" w:hAnsi="Consolas"/>
          <w:sz w:val="18"/>
        </w:rPr>
        <w:t xml:space="preserve">        elif self.COUNTRY == 'CANADA' and self.LOCATION not in CA_PROVINCES:</w:t>
      </w:r>
    </w:p>
    <w:p>
      <w:pPr>
        <w:spacing w:after="0"/>
        <w:ind w:left="360"/>
        <w:shd w:val="clear" w:color="auto" w:fill="F2F2F2"/>
      </w:pPr>
      <w:r>
        <w:rPr>
          <w:rFonts w:ascii="Consolas" w:hAnsi="Consolas"/>
          <w:sz w:val="18"/>
        </w:rPr>
        <w:t xml:space="preserve">            raise ValueError('For COUNTRY=CANADA, LOCATION should be a valid province')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Check currency match</w:t>
      </w:r>
    </w:p>
    <w:p>
      <w:pPr>
        <w:spacing w:after="0"/>
        <w:ind w:left="360"/>
        <w:shd w:val="clear" w:color="auto" w:fill="F2F2F2"/>
      </w:pPr>
      <w:r>
        <w:rPr>
          <w:rFonts w:ascii="Consolas" w:hAnsi="Consolas"/>
          <w:sz w:val="18"/>
        </w:rPr>
        <w:t>if self.COUNTRY == 'CANADA' and self.CURRENCY != 'CAD':</w:t>
      </w:r>
    </w:p>
    <w:p>
      <w:pPr>
        <w:spacing w:after="0"/>
        <w:ind w:left="360"/>
        <w:shd w:val="clear" w:color="auto" w:fill="F2F2F2"/>
      </w:pPr>
      <w:r>
        <w:rPr>
          <w:rFonts w:ascii="Consolas" w:hAnsi="Consolas"/>
          <w:sz w:val="18"/>
        </w:rPr>
        <w:t xml:space="preserve">            raise ValueError('For COUNTRY=CANADA, CURRENCY should be CAD')</w:t>
      </w:r>
    </w:p>
    <w:p>
      <w:pPr>
        <w:spacing w:after="0"/>
        <w:ind w:left="360"/>
        <w:shd w:val="clear" w:color="auto" w:fill="F2F2F2"/>
      </w:pPr>
      <w:r>
        <w:rPr>
          <w:rFonts w:ascii="Consolas" w:hAnsi="Consolas"/>
          <w:sz w:val="18"/>
        </w:rPr>
        <w:t xml:space="preserve">        elif self.COUNTRY == 'USA' and self.CURRENCY != 'USD':</w:t>
      </w:r>
    </w:p>
    <w:p>
      <w:pPr>
        <w:spacing w:after="0"/>
        <w:ind w:left="360"/>
        <w:shd w:val="clear" w:color="auto" w:fill="F2F2F2"/>
      </w:pPr>
      <w:r>
        <w:rPr>
          <w:rFonts w:ascii="Consolas" w:hAnsi="Consolas"/>
          <w:sz w:val="18"/>
        </w:rPr>
        <w:t xml:space="preserve">            raise ValueError('For COUNTRY=USA, CURRENCY should be USD')</w:t>
      </w:r>
    </w:p>
    <w:p>
      <w:pPr>
        <w:spacing w:after="0"/>
        <w:ind w:left="360"/>
        <w:shd w:val="clear" w:color="auto" w:fill="F2F2F2"/>
      </w:pPr>
      <w:r>
        <w:rPr>
          <w:rFonts w:ascii="Consolas" w:hAnsi="Consolas"/>
          <w:sz w:val="18"/>
        </w:rPr>
        <w:t xml:space="preserve">    return self</w:t>
      </w:r>
    </w:p>
    <w:p>
      <w:pPr>
        <w:spacing w:after="40"/>
      </w:pPr>
    </w:p>
    <w:p>
      <w:pPr>
        <w:spacing w:after="80"/>
      </w:pPr>
      <w:r>
        <w:rPr>
          <w:b w:val="0"/>
          <w:i w:val="0"/>
        </w:rPr>
        <w:t xml:space="preserve">Decorator </w:t>
      </w:r>
      <w:r>
        <w:rPr>
          <w:rFonts w:ascii="Consolas" w:hAnsi="Consolas"/>
          <w:b w:val="0"/>
          <w:i w:val="0"/>
          <w:sz w:val="20"/>
        </w:rPr>
        <w:br/>
        <w:br/>
        <w:t xml:space="preserve">      @model_validator(mode='after')</w:t>
        <w:br/>
        <w:t xml:space="preserve">     </w:t>
        <w:br/>
      </w:r>
      <w:r>
        <w:rPr>
          <w:b w:val="0"/>
          <w:i w:val="0"/>
        </w:rPr>
        <w:t xml:space="preserve"> khiến cho việc kiểm tra diễn ra sau khi các kiểm tra khác đã được thực hiện, cung cấp thêm validation của riêng chúng ta. Nếu có gì đó sai, chúng ta raise một exception </w:t>
      </w:r>
      <w:r>
        <w:rPr>
          <w:rFonts w:ascii="Consolas" w:hAnsi="Consolas"/>
          <w:b w:val="0"/>
          <w:i w:val="0"/>
          <w:sz w:val="20"/>
        </w:rPr>
        <w:br/>
        <w:br/>
        <w:t xml:space="preserve">      ValueError</w:t>
        <w:br/>
        <w:t xml:space="preserve">     </w:t>
        <w:br/>
      </w:r>
      <w:r>
        <w:rPr>
          <w:b w:val="0"/>
          <w:i w:val="0"/>
        </w:rPr>
        <w:t xml:space="preserve"> với thông báo mô tả rõ ràng.</w:t>
      </w:r>
    </w:p>
    <w:p>
      <w:pPr>
        <w:spacing w:after="80"/>
      </w:pPr>
      <w:r>
        <w:rPr>
          <w:rFonts w:ascii="Consolas" w:hAnsi="Consolas"/>
          <w:b w:val="0"/>
          <w:i w:val="0"/>
          <w:sz w:val="20"/>
        </w:rPr>
        <w:br/>
        <w:br/>
        <w:t xml:space="preserve">      Pydantic</w:t>
        <w:br/>
        <w:t xml:space="preserve">     </w:t>
        <w:br/>
      </w:r>
      <w:r>
        <w:rPr>
          <w:b w:val="0"/>
          <w:i w:val="0"/>
        </w:rPr>
        <w:t xml:space="preserve"> không chỉ kiểm tra giá trị, mà còn phân tích cú pháp (parse) nó.</w:t>
      </w:r>
    </w:p>
    <w:p>
      <w:pPr>
        <w:spacing w:after="0"/>
        <w:ind w:left="360"/>
        <w:shd w:val="clear" w:color="auto" w:fill="F2F2F2"/>
      </w:pPr>
      <w:r>
        <w:rPr>
          <w:rFonts w:ascii="Consolas" w:hAnsi="Consolas"/>
          <w:sz w:val="18"/>
        </w:rPr>
        <w:t>&gt;&gt;&gt; from transform_into_json import Log</w:t>
      </w:r>
    </w:p>
    <w:p>
      <w:pPr>
        <w:spacing w:after="0"/>
        <w:ind w:left="360"/>
        <w:shd w:val="clear" w:color="auto" w:fill="F2F2F2"/>
      </w:pPr>
      <w:r>
        <w:rPr>
          <w:rFonts w:ascii="Consolas" w:hAnsi="Consolas"/>
          <w:sz w:val="18"/>
        </w:rPr>
        <w:t>&gt;&gt;&gt; log =  {"LOCATION": "ON", "TIMESTAMP": "2018-09-09 05:05:55+00:00", "PRODUCT": "12346", "PRICE": "3.99", "COUNTRY": "CANADA", "CURRENCY": "CAD", "USD": "3.0", "STD_TIMESTAMP": "2018-09-09T04:05:55+00:00"}</w:t>
      </w:r>
    </w:p>
    <w:p>
      <w:pPr>
        <w:spacing w:after="0"/>
        <w:ind w:left="360"/>
        <w:shd w:val="clear" w:color="auto" w:fill="F2F2F2"/>
      </w:pPr>
      <w:r>
        <w:rPr>
          <w:rFonts w:ascii="Consolas" w:hAnsi="Consolas"/>
          <w:sz w:val="18"/>
        </w:rPr>
        <w:t>&gt;&gt;&gt; result = Log.model_validate(log)</w:t>
      </w:r>
    </w:p>
    <w:p>
      <w:pPr>
        <w:spacing w:after="0"/>
        <w:ind w:left="360"/>
        <w:shd w:val="clear" w:color="auto" w:fill="F2F2F2"/>
      </w:pPr>
      <w:r>
        <w:rPr>
          <w:rFonts w:ascii="Consolas" w:hAnsi="Consolas"/>
          <w:sz w:val="18"/>
        </w:rPr>
        <w:t>&gt;&gt;&gt; result</w:t>
      </w:r>
    </w:p>
    <w:p>
      <w:pPr>
        <w:spacing w:after="0"/>
        <w:ind w:left="360"/>
        <w:shd w:val="clear" w:color="auto" w:fill="F2F2F2"/>
      </w:pPr>
      <w:r>
        <w:rPr>
          <w:rFonts w:ascii="Consolas" w:hAnsi="Consolas"/>
          <w:sz w:val="18"/>
        </w:rPr>
        <w:t>Log(LOCATION='ON', TIMESTAMP='2018-09-09 05:05:55+00:00', PRODUCT=12346, PRICE=3.99, COUNTRY='CANADA', CURRENCY='CAD', USD=3.0, STD_TIMESTAMP=datetime.datetime(2018, 9, 9, 4, 5, 55, tzinfo=TzInfo(0)))</w:t>
      </w:r>
    </w:p>
    <w:p>
      <w:pPr>
        <w:spacing w:after="40"/>
      </w:pPr>
    </w:p>
    <w:p>
      <w:pPr>
        <w:spacing w:after="80"/>
      </w:pPr>
      <w:r>
        <w:rPr>
          <w:b w:val="0"/>
          <w:i w:val="0"/>
        </w:rPr>
        <w:t xml:space="preserve">Hãy để ý cách nó đã chuyển đổi timestamp thành một đối tượng </w:t>
      </w:r>
      <w:r>
        <w:rPr>
          <w:rFonts w:ascii="Consolas" w:hAnsi="Consolas"/>
          <w:b w:val="0"/>
          <w:i w:val="0"/>
          <w:sz w:val="20"/>
        </w:rPr>
        <w:br/>
        <w:br/>
        <w:t xml:space="preserve">      datetime</w:t>
        <w:br/>
        <w:t xml:space="preserve">     </w:t>
        <w:br/>
      </w:r>
      <w:r>
        <w:rPr>
          <w:b w:val="0"/>
          <w:i w:val="0"/>
        </w:rPr>
        <w:t xml:space="preserve">, và giá thành thành các giá trị </w:t>
      </w:r>
      <w:r>
        <w:rPr>
          <w:rFonts w:ascii="Consolas" w:hAnsi="Consolas"/>
          <w:b w:val="0"/>
          <w:i w:val="0"/>
          <w:sz w:val="20"/>
        </w:rPr>
        <w:br/>
        <w:br/>
        <w:t xml:space="preserve">      float</w:t>
        <w:br/>
        <w:t xml:space="preserve">     </w:t>
        <w:br/>
      </w:r>
      <w:r>
        <w:rPr>
          <w:b w:val="0"/>
          <w:i w:val="0"/>
        </w:rPr>
        <w:t xml:space="preserve">. Tuy nhiên, </w:t>
      </w:r>
      <w:r>
        <w:rPr>
          <w:rFonts w:ascii="Consolas" w:hAnsi="Consolas"/>
          <w:b w:val="0"/>
          <w:i w:val="0"/>
          <w:sz w:val="20"/>
        </w:rPr>
        <w:br/>
        <w:br/>
        <w:t xml:space="preserve">      TIMESTAMP</w:t>
        <w:br/>
        <w:t xml:space="preserve">     </w:t>
        <w:br/>
      </w:r>
      <w:r>
        <w:rPr>
          <w:b w:val="0"/>
          <w:i w:val="0"/>
        </w:rPr>
        <w:t xml:space="preserve"> vẫn giữ nguyên dưới dạng chuỗi (string).</w:t>
      </w:r>
    </w:p>
    <w:p>
      <w:pPr>
        <w:spacing w:after="80"/>
      </w:pPr>
      <w:r>
        <w:rPr>
          <w:b/>
          <w:i w:val="0"/>
        </w:rPr>
        <w:t>Mẹo</w:t>
      </w:r>
    </w:p>
    <w:p>
      <w:pPr>
        <w:spacing w:after="80"/>
      </w:pPr>
      <w:r>
        <w:rPr>
          <w:b w:val="0"/>
          <w:i w:val="0"/>
        </w:rPr>
        <w:t xml:space="preserve">Hãy nhớ rằng chúng ta đã nói ở </w:t>
      </w:r>
      <w:r>
        <w:rPr>
          <w:b w:val="0"/>
          <w:i/>
        </w:rPr>
        <w:t xml:space="preserve"> Chương 1 </w:t>
      </w:r>
      <w:r>
        <w:rPr>
          <w:b w:val="0"/>
          <w:i w:val="0"/>
        </w:rPr>
        <w:t xml:space="preserve"> về những rủi ro khi làm việc với giá cả ở định dạng </w:t>
      </w:r>
      <w:r>
        <w:rPr>
          <w:rFonts w:ascii="Consolas" w:hAnsi="Consolas"/>
          <w:b w:val="0"/>
          <w:i w:val="0"/>
          <w:sz w:val="20"/>
        </w:rPr>
        <w:br/>
        <w:br/>
        <w:t xml:space="preserve">       float</w:t>
        <w:br/>
        <w:t xml:space="preserve">      </w:t>
        <w:br/>
      </w:r>
      <w:r>
        <w:rPr>
          <w:b w:val="0"/>
          <w:i w:val="0"/>
        </w:rPr>
        <w:t xml:space="preserve">. Tham khảo công thức </w:t>
      </w:r>
      <w:r>
        <w:rPr>
          <w:b w:val="0"/>
          <w:i/>
        </w:rPr>
        <w:t xml:space="preserve"> Trích xuất dữ liệu từ chuỗi có cấu trúc </w:t>
      </w:r>
      <w:r>
        <w:rPr>
          <w:b w:val="0"/>
          <w:i w:val="0"/>
        </w:rPr>
        <w:t xml:space="preserve"> để có thảo luận dài hơn về điều đó.</w:t>
      </w:r>
    </w:p>
    <w:p>
      <w:pPr>
        <w:spacing w:after="80"/>
      </w:pPr>
      <w:r>
        <w:rPr>
          <w:b w:val="0"/>
          <w:i w:val="0"/>
        </w:rPr>
        <w:t xml:space="preserve">Trong ví dụ này, chúng ta đang lưu kết quả từ </w:t>
      </w:r>
      <w:r>
        <w:rPr>
          <w:rFonts w:ascii="Consolas" w:hAnsi="Consolas"/>
          <w:b w:val="0"/>
          <w:i w:val="0"/>
          <w:sz w:val="20"/>
        </w:rPr>
        <w:br/>
        <w:br/>
        <w:t xml:space="preserve">      .model_validate()</w:t>
        <w:br/>
        <w:t xml:space="preserve">     </w:t>
        <w:br/>
      </w:r>
      <w:r>
        <w:rPr>
          <w:b w:val="0"/>
          <w:i w:val="0"/>
        </w:rPr>
        <w:t xml:space="preserve"> vào biến </w:t>
      </w:r>
      <w:r>
        <w:rPr>
          <w:rFonts w:ascii="Consolas" w:hAnsi="Consolas"/>
          <w:b w:val="0"/>
          <w:i w:val="0"/>
          <w:sz w:val="20"/>
        </w:rPr>
        <w:br/>
        <w:br/>
        <w:t xml:space="preserve">      result</w:t>
        <w:br/>
        <w:t xml:space="preserve">     </w:t>
        <w:br/>
      </w:r>
      <w:r>
        <w:rPr>
          <w:b w:val="0"/>
          <w:i w:val="0"/>
        </w:rPr>
        <w:t>. Lưu ý rằng thao tác này phân tích kết quả và cung cấp cho bạn một đối tượng chứa các giá trị đã được phân tích của log.</w:t>
      </w:r>
    </w:p>
    <w:p>
      <w:pPr>
        <w:spacing w:after="80"/>
      </w:pPr>
      <w:r>
        <w:rPr>
          <w:b/>
          <w:i w:val="0"/>
        </w:rPr>
        <w:t>Mẹo</w:t>
      </w:r>
    </w:p>
    <w:p>
      <w:pPr>
        <w:spacing w:after="80"/>
      </w:pPr>
      <w:r>
        <w:rPr>
          <w:b w:val="0"/>
          <w:i w:val="0"/>
        </w:rPr>
        <w:t xml:space="preserve">Một cách sử dụng rất phổ biến của </w:t>
      </w:r>
      <w:r>
        <w:rPr>
          <w:rFonts w:ascii="Consolas" w:hAnsi="Consolas"/>
          <w:b w:val="0"/>
          <w:i w:val="0"/>
          <w:sz w:val="20"/>
        </w:rPr>
        <w:br/>
        <w:br/>
        <w:t xml:space="preserve">       pydantic</w:t>
        <w:br/>
        <w:t xml:space="preserve">      </w:t>
        <w:br/>
      </w:r>
      <w:r>
        <w:rPr>
          <w:b w:val="0"/>
          <w:i w:val="0"/>
        </w:rPr>
        <w:t xml:space="preserve"> không chỉ là để xác thực (validate), mà còn để phân tích văn bản thành các đối tượng có cấu trúc, tuân theo các quy tắc của spec.</w:t>
      </w:r>
    </w:p>
    <w:p>
      <w:pPr>
        <w:spacing w:after="80"/>
      </w:pPr>
      <w:r>
        <w:rPr>
          <w:b w:val="0"/>
          <w:i w:val="0"/>
        </w:rPr>
        <w:t xml:space="preserve">Nếu chúng ta muốn thực thi các xác thực mạnh mẽ hơn khi dùng </w:t>
      </w:r>
      <w:r>
        <w:rPr>
          <w:rFonts w:ascii="Consolas" w:hAnsi="Consolas"/>
          <w:b w:val="0"/>
          <w:i w:val="0"/>
          <w:sz w:val="20"/>
        </w:rPr>
        <w:br/>
        <w:br/>
        <w:t xml:space="preserve">      pydantic</w:t>
        <w:br/>
        <w:t xml:space="preserve">     </w:t>
        <w:br/>
      </w:r>
      <w:r>
        <w:rPr>
          <w:b w:val="0"/>
          <w:i w:val="0"/>
        </w:rPr>
        <w:t xml:space="preserve">, chúng ta có thể dùng </w:t>
      </w:r>
      <w:r>
        <w:rPr>
          <w:rFonts w:ascii="Consolas" w:hAnsi="Consolas"/>
          <w:b w:val="0"/>
          <w:i w:val="0"/>
          <w:sz w:val="20"/>
        </w:rPr>
        <w:br/>
        <w:br/>
        <w:t xml:space="preserve">      strict=True</w:t>
        <w:br/>
        <w:t xml:space="preserve">     </w:t>
        <w:br/>
      </w:r>
      <w:r>
        <w:rPr>
          <w:b w:val="0"/>
          <w:i w:val="0"/>
        </w:rPr>
        <w:t xml:space="preserve">. Điều này tránh việc thực hiện các chuyển đổi ngầm định và </w:t>
      </w:r>
      <w:r>
        <w:rPr>
          <w:rFonts w:ascii="Consolas" w:hAnsi="Consolas"/>
          <w:b w:val="0"/>
          <w:i w:val="0"/>
          <w:sz w:val="20"/>
        </w:rPr>
        <w:br/>
        <w:br/>
        <w:t xml:space="preserve">      pydantic</w:t>
        <w:br/>
        <w:t xml:space="preserve">     </w:t>
        <w:br/>
      </w:r>
      <w:r>
        <w:rPr>
          <w:b w:val="0"/>
          <w:i w:val="0"/>
        </w:rPr>
        <w:t xml:space="preserve"> sẽ không tự động chuyển đổi chuỗi thành các kiểu khác.</w:t>
      </w:r>
    </w:p>
    <w:p>
      <w:pPr>
        <w:spacing w:after="0"/>
        <w:ind w:left="360"/>
        <w:shd w:val="clear" w:color="auto" w:fill="F2F2F2"/>
      </w:pPr>
      <w:r>
        <w:rPr>
          <w:rFonts w:ascii="Consolas" w:hAnsi="Consolas"/>
          <w:sz w:val="18"/>
        </w:rPr>
        <w:t>&gt;&gt;&gt; Log.model_validate(log, strict=True)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pydantic_core._pydantic_core.ValidationError: 4 validation errors for Log</w:t>
      </w:r>
    </w:p>
    <w:p>
      <w:pPr>
        <w:spacing w:after="0"/>
        <w:ind w:left="360"/>
        <w:shd w:val="clear" w:color="auto" w:fill="F2F2F2"/>
      </w:pPr>
      <w:r>
        <w:rPr>
          <w:rFonts w:ascii="Consolas" w:hAnsi="Consolas"/>
          <w:sz w:val="18"/>
        </w:rPr>
        <w:t>PRODUCT</w:t>
      </w:r>
    </w:p>
    <w:p>
      <w:pPr>
        <w:spacing w:after="0"/>
        <w:ind w:left="360"/>
        <w:shd w:val="clear" w:color="auto" w:fill="F2F2F2"/>
      </w:pPr>
      <w:r>
        <w:rPr>
          <w:rFonts w:ascii="Consolas" w:hAnsi="Consolas"/>
          <w:sz w:val="18"/>
        </w:rPr>
        <w:t xml:space="preserve">  Input should be a valid integer [type=int_type, input_value='12346', input_type=str]</w:t>
      </w:r>
    </w:p>
    <w:p>
      <w:pPr>
        <w:spacing w:after="0"/>
        <w:ind w:left="360"/>
        <w:shd w:val="clear" w:color="auto" w:fill="F2F2F2"/>
      </w:pPr>
      <w:r>
        <w:rPr>
          <w:rFonts w:ascii="Consolas" w:hAnsi="Consolas"/>
          <w:sz w:val="18"/>
        </w:rPr>
        <w:t xml:space="preserve">    For further information visit https://errors.pydantic.dev/2.12/v/int_type</w:t>
      </w:r>
    </w:p>
    <w:p>
      <w:pPr>
        <w:spacing w:after="0"/>
        <w:ind w:left="360"/>
        <w:shd w:val="clear" w:color="auto" w:fill="F2F2F2"/>
      </w:pPr>
      <w:r>
        <w:rPr>
          <w:rFonts w:ascii="Consolas" w:hAnsi="Consolas"/>
          <w:sz w:val="18"/>
        </w:rPr>
        <w:t>PRICE</w:t>
      </w:r>
    </w:p>
    <w:p>
      <w:pPr>
        <w:spacing w:after="0"/>
        <w:ind w:left="360"/>
        <w:shd w:val="clear" w:color="auto" w:fill="F2F2F2"/>
      </w:pPr>
      <w:r>
        <w:rPr>
          <w:rFonts w:ascii="Consolas" w:hAnsi="Consolas"/>
          <w:sz w:val="18"/>
        </w:rPr>
        <w:t xml:space="preserve">  Input should be a valid number [type=float_type, input_value='3.99', input_type=str]</w:t>
      </w:r>
    </w:p>
    <w:p>
      <w:pPr>
        <w:spacing w:after="0"/>
        <w:ind w:left="360"/>
        <w:shd w:val="clear" w:color="auto" w:fill="F2F2F2"/>
      </w:pPr>
      <w:r>
        <w:rPr>
          <w:rFonts w:ascii="Consolas" w:hAnsi="Consolas"/>
          <w:sz w:val="18"/>
        </w:rPr>
        <w:t xml:space="preserve">    For further information visit https://errors.pydantic.dev/2.12/v/float_type</w:t>
      </w:r>
    </w:p>
    <w:p>
      <w:pPr>
        <w:spacing w:after="0"/>
        <w:ind w:left="360"/>
        <w:shd w:val="clear" w:color="auto" w:fill="F2F2F2"/>
      </w:pPr>
      <w:r>
        <w:rPr>
          <w:rFonts w:ascii="Consolas" w:hAnsi="Consolas"/>
          <w:sz w:val="18"/>
        </w:rPr>
        <w:t>USD</w:t>
      </w:r>
    </w:p>
    <w:p>
      <w:pPr>
        <w:spacing w:after="0"/>
        <w:ind w:left="360"/>
        <w:shd w:val="clear" w:color="auto" w:fill="F2F2F2"/>
      </w:pPr>
      <w:r>
        <w:rPr>
          <w:rFonts w:ascii="Consolas" w:hAnsi="Consolas"/>
          <w:sz w:val="18"/>
        </w:rPr>
        <w:t xml:space="preserve">  Input should be a valid number [type=float_type, input_value='3.0', input_type=str]</w:t>
      </w:r>
    </w:p>
    <w:p>
      <w:pPr>
        <w:spacing w:after="0"/>
        <w:ind w:left="360"/>
        <w:shd w:val="clear" w:color="auto" w:fill="F2F2F2"/>
      </w:pPr>
      <w:r>
        <w:rPr>
          <w:rFonts w:ascii="Consolas" w:hAnsi="Consolas"/>
          <w:sz w:val="18"/>
        </w:rPr>
        <w:t xml:space="preserve">    For further information visit https://errors.pydantic.dev/2.12/v/float_type</w:t>
      </w:r>
    </w:p>
    <w:p>
      <w:pPr>
        <w:spacing w:after="0"/>
        <w:ind w:left="360"/>
        <w:shd w:val="clear" w:color="auto" w:fill="F2F2F2"/>
      </w:pPr>
      <w:r>
        <w:rPr>
          <w:rFonts w:ascii="Consolas" w:hAnsi="Consolas"/>
          <w:sz w:val="18"/>
        </w:rPr>
        <w:t>STD_TIMESTAMP</w:t>
      </w:r>
    </w:p>
    <w:p>
      <w:pPr>
        <w:spacing w:after="0"/>
        <w:ind w:left="360"/>
        <w:shd w:val="clear" w:color="auto" w:fill="F2F2F2"/>
      </w:pPr>
      <w:r>
        <w:rPr>
          <w:rFonts w:ascii="Consolas" w:hAnsi="Consolas"/>
          <w:sz w:val="18"/>
        </w:rPr>
        <w:t xml:space="preserve">  Input should be a valid datetime [type=datetime_type, input_value='2018-09-09T04:05:55+00:00', input_type=str]</w:t>
      </w:r>
    </w:p>
    <w:p>
      <w:pPr>
        <w:spacing w:after="0"/>
        <w:ind w:left="360"/>
        <w:shd w:val="clear" w:color="auto" w:fill="F2F2F2"/>
      </w:pPr>
      <w:r>
        <w:rPr>
          <w:rFonts w:ascii="Consolas" w:hAnsi="Consolas"/>
          <w:sz w:val="18"/>
        </w:rPr>
        <w:t xml:space="preserve">    For further information visit https://errors.pydantic.dev/2.12/v/datetime_type</w:t>
      </w:r>
    </w:p>
    <w:p>
      <w:pPr>
        <w:spacing w:after="40"/>
      </w:pPr>
    </w:p>
    <w:p>
      <w:pPr>
        <w:spacing w:after="80"/>
      </w:pPr>
      <w:r>
        <w:rPr>
          <w:b w:val="0"/>
          <w:i w:val="0"/>
        </w:rPr>
        <w:t xml:space="preserve">Nếu bạn đang dùng </w:t>
      </w:r>
      <w:r>
        <w:rPr>
          <w:rFonts w:ascii="Consolas" w:hAnsi="Consolas"/>
          <w:b w:val="0"/>
          <w:i w:val="0"/>
          <w:sz w:val="20"/>
        </w:rPr>
        <w:br/>
        <w:br/>
        <w:t xml:space="preserve">      pydantic</w:t>
        <w:br/>
        <w:t xml:space="preserve">     </w:t>
        <w:br/>
      </w:r>
      <w:r>
        <w:rPr>
          <w:b w:val="0"/>
          <w:i w:val="0"/>
        </w:rPr>
        <w:t xml:space="preserve"> để phân tích dữ liệu, việc nghiêm ngặt hơn có thể gây hạn chế, nhưng chế độ nghiêm ngặt (strict mode) có thể hữu ích trong những tình huống mà bạn cần rất cẩn thận khi chấp nhận dữ liệu.</w:t>
      </w:r>
    </w:p>
    <w:p>
      <w:pPr>
        <w:spacing w:after="80"/>
      </w:pPr>
      <w:r>
        <w:rPr>
          <w:b/>
          <w:i w:val="0"/>
        </w:rPr>
        <w:t>Mẹo</w:t>
      </w:r>
    </w:p>
    <w:p>
      <w:pPr>
        <w:spacing w:after="80"/>
      </w:pPr>
      <w:r>
        <w:rPr>
          <w:rFonts w:ascii="Consolas" w:hAnsi="Consolas"/>
          <w:b w:val="0"/>
          <w:i w:val="0"/>
          <w:sz w:val="20"/>
        </w:rPr>
        <w:br/>
        <w:br/>
        <w:t xml:space="preserve">       pydantic</w:t>
        <w:br/>
        <w:t xml:space="preserve">      </w:t>
        <w:br/>
      </w:r>
      <w:r>
        <w:rPr>
          <w:b w:val="0"/>
          <w:i w:val="0"/>
        </w:rPr>
        <w:t xml:space="preserve"> là một mô-đun rất mạnh mẽ và linh hoạt, cho phép rất nhiều sự linh hoạt trong cấu hình về cách bạn định nghĩa schema xác thực của mình, nhưng nó có thể đòi hỏi một chút công sức để hoạt động đúng cách. GenAI có thể rất hữu ích trong việc giúp bạn định nghĩa schema xác thực phù hợp cho nhu cầu sử dụng của mình.</w:t>
      </w:r>
    </w:p>
    <w:p>
      <w:pPr>
        <w:spacing w:after="80"/>
      </w:pPr>
      <w:r>
        <w:rPr>
          <w:b w:val="0"/>
          <w:i w:val="0"/>
        </w:rPr>
        <w:t>Điểm quan trọng là nó được tối ưu hóa cao cho việc kiểm tra và phân tích cú pháp, khiến nó rất nhanh trong việc chuyển đổi lượng lớn dữ liệu.</w:t>
      </w:r>
    </w:p>
    <w:p>
      <w:pPr>
        <w:spacing w:after="80"/>
      </w:pPr>
      <w:r>
        <w:rPr>
          <w:b w:val="0"/>
          <w:i w:val="0"/>
        </w:rPr>
        <w:t xml:space="preserve">Tài liệu đầy đủ về </w:t>
      </w:r>
      <w:r>
        <w:rPr>
          <w:rFonts w:ascii="Consolas" w:hAnsi="Consolas"/>
          <w:b w:val="0"/>
          <w:i w:val="0"/>
          <w:sz w:val="20"/>
        </w:rPr>
        <w:br/>
        <w:br/>
        <w:t xml:space="preserve">      pydantic</w:t>
        <w:br/>
        <w:t xml:space="preserve">     </w:t>
        <w:br/>
      </w:r>
      <w:r>
        <w:rPr>
          <w:b w:val="0"/>
          <w:i w:val="0"/>
        </w:rPr>
        <w:t xml:space="preserve"> có thể được tìm thấy ở đây </w:t>
      </w:r>
      <w:r>
        <w:rPr>
          <w:rFonts w:ascii="Consolas" w:hAnsi="Consolas"/>
          <w:b w:val="0"/>
          <w:i w:val="0"/>
          <w:sz w:val="20"/>
        </w:rPr>
        <w:br/>
        <w:br/>
        <w:t xml:space="preserve">       https://docs.pydantic.dev/latest/</w:t>
        <w:br/>
        <w:t xml:space="preserve">      </w:t>
        <w:br/>
      </w:r>
      <w:r>
        <w:rPr>
          <w:b w:val="0"/>
          <w:i w:val="0"/>
        </w:rPr>
        <w:t>.</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Chuẩn hóa định dạng dữ liệu </w:t>
      </w:r>
      <w:r>
        <w:rPr>
          <w:b w:val="0"/>
          <w:i w:val="0"/>
        </w:rPr>
        <w:t xml:space="preserve"> trong phần trước.</w:t>
      </w:r>
    </w:p>
    <w:p>
      <w:pPr>
        <w:spacing w:after="80"/>
        <w:ind w:left="360"/>
      </w:pPr>
      <w:r>
        <w:t xml:space="preserve">• </w:t>
      </w:r>
      <w:r>
        <w:rPr>
          <w:b w:val="0"/>
          <w:i w:val="0"/>
        </w:rPr>
        <w:t xml:space="preserve">Công thức </w:t>
      </w:r>
      <w:r>
        <w:rPr>
          <w:b w:val="0"/>
          <w:i/>
        </w:rPr>
        <w:t xml:space="preserve"> Đọc các tệp CSV </w:t>
      </w:r>
      <w:r>
        <w:rPr>
          <w:b w:val="0"/>
          <w:i w:val="0"/>
        </w:rPr>
        <w:t xml:space="preserve"> trong </w:t>
      </w:r>
      <w:r>
        <w:rPr>
          <w:b w:val="0"/>
          <w:i/>
        </w:rPr>
        <w:t xml:space="preserve"> Chương 4 </w:t>
      </w:r>
      <w:r>
        <w:rPr>
          <w:b w:val="0"/>
          <w:i w:val="0"/>
        </w:rPr>
        <w:t xml:space="preserve">, </w:t>
      </w:r>
      <w:r>
        <w:rPr>
          <w:b w:val="0"/>
          <w:i/>
        </w:rPr>
        <w:t xml:space="preserve"> Tìm kiếm và Đọc các tệp cục bộ </w:t>
      </w:r>
      <w:r>
        <w:rPr>
          <w:b w:val="0"/>
          <w:i w:val="0"/>
        </w:rPr>
        <w:t>.</w:t>
      </w:r>
    </w:p>
    <w:p>
      <w:pPr>
        <w:spacing w:after="80"/>
        <w:ind w:left="360"/>
      </w:pPr>
      <w:r>
        <w:t xml:space="preserve">• </w:t>
      </w:r>
      <w:r>
        <w:rPr>
          <w:b w:val="0"/>
          <w:i w:val="0"/>
        </w:rPr>
        <w:t xml:space="preserve">Công thức </w:t>
      </w:r>
      <w:r>
        <w:rPr>
          <w:b w:val="0"/>
          <w:i/>
        </w:rPr>
        <w:t xml:space="preserve"> Chuẩn bị một tác vụ </w:t>
      </w:r>
      <w:r>
        <w:rPr>
          <w:b w:val="0"/>
          <w:i w:val="0"/>
        </w:rPr>
        <w:t xml:space="preserve"> trong </w:t>
      </w:r>
      <w:r>
        <w:rPr>
          <w:b w:val="0"/>
          <w:i/>
        </w:rPr>
        <w:t xml:space="preserve"> Chương 2 </w:t>
      </w:r>
      <w:r>
        <w:rPr>
          <w:b w:val="0"/>
          <w:i w:val="0"/>
        </w:rPr>
        <w:t xml:space="preserve"> , </w:t>
      </w:r>
      <w:r>
        <w:rPr>
          <w:b w:val="0"/>
          <w:i/>
        </w:rPr>
        <w:t xml:space="preserve"> Tự động hóa tác vụ thật dễ dàng </w:t>
      </w:r>
      <w:r>
        <w:rPr>
          <w:b w:val="0"/>
          <w:i w:val="0"/>
        </w:rPr>
        <w:t xml:space="preserve"> .</w:t>
      </w:r>
    </w:p>
    <w:p>
      <w:pPr>
        <w:pStyle w:val="Heading2"/>
      </w:pPr>
      <w:r>
        <w:rPr>
          <w:rFonts w:ascii="Calibri" w:hAnsi="Calibri"/>
          <w:b/>
          <w:i w:val="0"/>
          <w:sz w:val="32"/>
        </w:rPr>
        <w:t>Tổng hợp kết quả</w:t>
      </w:r>
    </w:p>
    <w:p>
      <w:pPr>
        <w:spacing w:after="80"/>
      </w:pPr>
      <w:r>
        <w:rPr>
          <w:b w:val="0"/>
          <w:i w:val="0"/>
        </w:rPr>
        <w:t>Sau khi dữ liệu đã được làm sạch, chúng ta có thể xử lý kết quả. Trong ví dụ này, chúng ta sẽ tính giá bán trung bình theo cả địa điểm và ngày, cũng như tổng doanh số theo địa điểm và ngày trong phạm vi dữ liệu. Vì dữ liệu của chúng ta được lưu theo địa điểm, việc này sẽ được thực hiện qua hai bước. Đầu tiên, chúng ta sẽ tạo các tệp theo từng địa điểm, rồi theo ngày, sử dụng ngày trên kết quả của từng địa điểm.</w:t>
      </w:r>
    </w:p>
    <w:p>
      <w:pPr>
        <w:pStyle w:val="Heading3"/>
      </w:pPr>
      <w:r>
        <w:rPr>
          <w:rFonts w:ascii="Calibri" w:hAnsi="Calibri"/>
          <w:b/>
          <w:i w:val="0"/>
          <w:sz w:val="26"/>
        </w:rPr>
        <w:t>Chuẩn bị</w:t>
      </w:r>
    </w:p>
    <w:p>
      <w:pPr>
        <w:spacing w:after="80"/>
      </w:pPr>
      <w:r>
        <w:rPr>
          <w:b w:val="0"/>
          <w:i w:val="0"/>
        </w:rPr>
        <w:t>Chúng ta sẽ sử dụng tệp JSON từ công thức trước đó, tệp này nhận và chuyển đổi log theo định dạng sau:</w:t>
      </w:r>
    </w:p>
    <w:p>
      <w:pPr>
        <w:spacing w:after="0"/>
        <w:ind w:left="360"/>
        <w:shd w:val="clear" w:color="auto" w:fill="F2F2F2"/>
      </w:pPr>
      <w:r>
        <w:rPr>
          <w:rFonts w:ascii="Consolas" w:hAnsi="Consolas"/>
          <w:sz w:val="18"/>
        </w:rPr>
        <w:t>[&lt;Timestamp&gt;] - SALE - PRODUCT: &lt;product id&gt; - PRICE: &lt;price&gt;</w:t>
      </w:r>
    </w:p>
    <w:p>
      <w:pPr>
        <w:spacing w:after="40"/>
      </w:pPr>
    </w:p>
    <w:p>
      <w:pPr>
        <w:spacing w:after="80"/>
      </w:pPr>
      <w:r>
        <w:rPr>
          <w:b w:val="0"/>
          <w:i w:val="0"/>
        </w:rPr>
        <w:t>Mỗi dòng sẽ đại diện cho một log bán hàng.</w:t>
      </w:r>
    </w:p>
    <w:p>
      <w:pPr>
        <w:spacing w:after="80"/>
      </w:pPr>
      <w:r>
        <w:rPr>
          <w:b w:val="0"/>
          <w:i w:val="0"/>
        </w:rPr>
        <w:t xml:space="preserve">Chúng ta sẽ sử dụng các mô-đun </w:t>
      </w:r>
      <w:r>
        <w:rPr>
          <w:rFonts w:ascii="Consolas" w:hAnsi="Consolas"/>
          <w:b w:val="0"/>
          <w:i w:val="0"/>
          <w:sz w:val="20"/>
        </w:rPr>
        <w:br/>
        <w:br/>
        <w:t xml:space="preserve">      parse</w:t>
        <w:br/>
        <w:t xml:space="preserve">     </w:t>
        <w:br/>
      </w:r>
      <w:r>
        <w:rPr>
          <w:b w:val="0"/>
          <w:i w:val="0"/>
        </w:rPr>
        <w:t xml:space="preserve"> và </w:t>
      </w:r>
      <w:r>
        <w:rPr>
          <w:rFonts w:ascii="Consolas" w:hAnsi="Consolas"/>
          <w:b w:val="0"/>
          <w:i w:val="0"/>
          <w:sz w:val="20"/>
        </w:rPr>
        <w:br/>
        <w:br/>
        <w:t xml:space="preserve">      pydantic</w:t>
        <w:br/>
        <w:t xml:space="preserve">     </w:t>
        <w:br/>
      </w:r>
      <w:r>
        <w:rPr>
          <w:b w:val="0"/>
          <w:i w:val="0"/>
        </w:rPr>
        <w:t xml:space="preserve"> . Cài đặt các mô-đun này bằng cách thêm chúng vào </w:t>
      </w:r>
      <w:r>
        <w:rPr>
          <w:rFonts w:ascii="Consolas" w:hAnsi="Consolas"/>
          <w:b w:val="0"/>
          <w:i w:val="0"/>
          <w:sz w:val="20"/>
        </w:rPr>
        <w:br/>
        <w:br/>
        <w:t xml:space="preserve">      requirements.txt</w:t>
        <w:br/>
        <w:t xml:space="preserve">     </w:t>
        <w:br/>
      </w:r>
      <w:r>
        <w:rPr>
          <w:b w:val="0"/>
          <w:i w:val="0"/>
        </w:rPr>
        <w:t xml:space="preserve"> :</w:t>
      </w:r>
    </w:p>
    <w:p>
      <w:pPr>
        <w:spacing w:after="0"/>
        <w:ind w:left="360"/>
        <w:shd w:val="clear" w:color="auto" w:fill="F2F2F2"/>
      </w:pPr>
      <w:r>
        <w:rPr>
          <w:rFonts w:ascii="Consolas" w:hAnsi="Consolas"/>
          <w:sz w:val="18"/>
        </w:rPr>
        <w:t>$ echo "parse==1.20.2" &gt;&gt; requirements.txt</w:t>
      </w:r>
    </w:p>
    <w:p>
      <w:pPr>
        <w:spacing w:after="0"/>
        <w:ind w:left="360"/>
        <w:shd w:val="clear" w:color="auto" w:fill="F2F2F2"/>
      </w:pPr>
      <w:r>
        <w:rPr>
          <w:rFonts w:ascii="Consolas" w:hAnsi="Consolas"/>
          <w:sz w:val="18"/>
        </w:rPr>
        <w:t>$ echo "pydantic==2.12.5" &gt;&gt; requirements.txt</w:t>
      </w:r>
    </w:p>
    <w:p>
      <w:pPr>
        <w:spacing w:after="0"/>
        <w:ind w:left="360"/>
        <w:shd w:val="clear" w:color="auto" w:fill="F2F2F2"/>
      </w:pPr>
      <w:r>
        <w:rPr>
          <w:rFonts w:ascii="Consolas" w:hAnsi="Consolas"/>
          <w:sz w:val="18"/>
        </w:rPr>
        <w:t>$ uv pip install -r requirements.txt</w:t>
      </w:r>
    </w:p>
    <w:p>
      <w:pPr>
        <w:spacing w:after="40"/>
      </w:pPr>
    </w:p>
    <w:p>
      <w:pPr>
        <w:spacing w:after="80"/>
      </w:pPr>
      <w:r>
        <w:rPr>
          <w:b w:val="0"/>
          <w:i w:val="0"/>
        </w:rPr>
        <w:t>Kho GitHub chứa một số tệp log để xử lý với cấu trúc như sau:</w:t>
      </w:r>
    </w:p>
    <w:p>
      <w:pPr>
        <w:spacing w:after="0"/>
        <w:ind w:left="360"/>
        <w:shd w:val="clear" w:color="auto" w:fill="F2F2F2"/>
      </w:pPr>
      <w:r>
        <w:rPr>
          <w:rFonts w:ascii="Consolas" w:hAnsi="Consolas"/>
          <w:sz w:val="18"/>
        </w:rPr>
        <w:t>sale_logs/</w:t>
      </w:r>
    </w:p>
    <w:p>
      <w:pPr>
        <w:spacing w:after="0"/>
        <w:ind w:left="360"/>
        <w:shd w:val="clear" w:color="auto" w:fill="F2F2F2"/>
      </w:pPr>
      <w:r>
        <w:rPr>
          <w:rFonts w:ascii="Consolas" w:hAnsi="Consolas"/>
          <w:sz w:val="18"/>
        </w:rPr>
        <w:t xml:space="preserve">  OH</w:t>
      </w:r>
    </w:p>
    <w:p>
      <w:pPr>
        <w:spacing w:after="0"/>
        <w:ind w:left="360"/>
        <w:shd w:val="clear" w:color="auto" w:fill="F2F2F2"/>
      </w:pPr>
      <w:r>
        <w:rPr>
          <w:rFonts w:ascii="Consolas" w:hAnsi="Consolas"/>
          <w:sz w:val="18"/>
        </w:rPr>
        <w:t xml:space="preserve">    logs.txt</w:t>
      </w:r>
    </w:p>
    <w:p>
      <w:pPr>
        <w:spacing w:after="0"/>
        <w:ind w:left="360"/>
        <w:shd w:val="clear" w:color="auto" w:fill="F2F2F2"/>
      </w:pPr>
      <w:r>
        <w:rPr>
          <w:rFonts w:ascii="Consolas" w:hAnsi="Consolas"/>
          <w:sz w:val="18"/>
        </w:rPr>
        <w:t xml:space="preserve">  ON</w:t>
      </w:r>
    </w:p>
    <w:p>
      <w:pPr>
        <w:spacing w:after="0"/>
        <w:ind w:left="360"/>
        <w:shd w:val="clear" w:color="auto" w:fill="F2F2F2"/>
      </w:pPr>
      <w:r>
        <w:rPr>
          <w:rFonts w:ascii="Consolas" w:hAnsi="Consolas"/>
          <w:sz w:val="18"/>
        </w:rPr>
        <w:t xml:space="preserve">    logs.txt</w:t>
      </w:r>
    </w:p>
    <w:p>
      <w:pPr>
        <w:spacing w:after="40"/>
      </w:pPr>
    </w:p>
    <w:p>
      <w:pPr>
        <w:spacing w:after="80"/>
      </w:pPr>
      <w:r>
        <w:rPr>
          <w:b w:val="0"/>
          <w:i w:val="0"/>
        </w:rPr>
        <w:t xml:space="preserve">Bạn có thể tìm thấy mã nguồn trong kho GitHub, tại </w:t>
      </w:r>
      <w:r>
        <w:rPr>
          <w:rFonts w:ascii="Consolas" w:hAnsi="Consolas"/>
          <w:b w:val="0"/>
          <w:i w:val="0"/>
          <w:sz w:val="20"/>
        </w:rPr>
        <w:br/>
        <w:br/>
        <w:t xml:space="preserve">       https://github.com/PacktPublishing/Python-Automation-Cookbook-Third-Edition/tree/main/ch07</w:t>
        <w:br/>
        <w:t xml:space="preserve">      </w:t>
        <w:br/>
      </w:r>
      <w:r>
        <w:rPr>
          <w:b w:val="0"/>
          <w:i w:val="0"/>
        </w:rPr>
        <w:t xml:space="preserve"> .</w:t>
      </w:r>
    </w:p>
    <w:p>
      <w:pPr>
        <w:pStyle w:val="Heading3"/>
      </w:pPr>
      <w:r>
        <w:rPr>
          <w:rFonts w:ascii="Calibri" w:hAnsi="Calibri"/>
          <w:b/>
          <w:i w:val="0"/>
          <w:sz w:val="26"/>
        </w:rPr>
        <w:t>Cách thực hiện...</w:t>
      </w:r>
    </w:p>
    <w:p>
      <w:pPr>
        <w:spacing w:after="80"/>
        <w:ind w:left="360"/>
      </w:pPr>
      <w:r>
        <w:t xml:space="preserve">1. </w:t>
      </w:r>
      <w:r>
        <w:rPr>
          <w:b w:val="0"/>
          <w:i w:val="0"/>
        </w:rPr>
        <w:t xml:space="preserve">Nhập dữ liệu và chuyển đổi nó thành tệp CSV bằng script </w:t>
      </w:r>
      <w:r>
        <w:rPr>
          <w:rFonts w:ascii="Consolas" w:hAnsi="Consolas"/>
          <w:b w:val="0"/>
          <w:i w:val="0"/>
          <w:sz w:val="20"/>
        </w:rPr>
        <w:br/>
        <w:br/>
        <w:t xml:space="preserve">       logs_to_csv.py</w:t>
        <w:br/>
        <w:t xml:space="preserve">      </w:t>
        <w:br/>
      </w:r>
      <w:r>
        <w:rPr>
          <w:b w:val="0"/>
          <w:i w:val="0"/>
        </w:rPr>
        <w:t xml:space="preserve"> . Script này nhận địa điểm làm đầu vào. Tạo các tệp cho cả log </w:t>
      </w:r>
      <w:r>
        <w:rPr>
          <w:rFonts w:ascii="Consolas" w:hAnsi="Consolas"/>
          <w:b w:val="0"/>
          <w:i w:val="0"/>
          <w:sz w:val="20"/>
        </w:rPr>
        <w:br/>
        <w:br/>
        <w:t xml:space="preserve">       OH</w:t>
        <w:br/>
        <w:t xml:space="preserve">      </w:t>
        <w:br/>
      </w:r>
      <w:r>
        <w:rPr>
          <w:b w:val="0"/>
          <w:i w:val="0"/>
        </w:rPr>
        <w:t xml:space="preserve"> và </w:t>
      </w:r>
      <w:r>
        <w:rPr>
          <w:rFonts w:ascii="Consolas" w:hAnsi="Consolas"/>
          <w:b w:val="0"/>
          <w:i w:val="0"/>
          <w:sz w:val="20"/>
        </w:rPr>
        <w:br/>
        <w:br/>
        <w:t xml:space="preserve">       OT</w:t>
        <w:br/>
        <w:t xml:space="preserve">      </w:t>
        <w:br/>
      </w:r>
      <w:r>
        <w:rPr>
          <w:b w:val="0"/>
          <w:i w:val="0"/>
        </w:rPr>
        <w:t xml:space="preserve"> :</w:t>
      </w:r>
    </w:p>
    <w:p>
      <w:pPr>
        <w:spacing w:after="0"/>
        <w:ind w:left="360"/>
        <w:shd w:val="clear" w:color="auto" w:fill="F2F2F2"/>
      </w:pPr>
      <w:r>
        <w:rPr>
          <w:rFonts w:ascii="Consolas" w:hAnsi="Consolas"/>
          <w:sz w:val="18"/>
        </w:rPr>
        <w:t>$ uv run logs_to_csv.py sale_logs/OH/logs.txt output_1_OH.csv -l OH</w:t>
      </w:r>
    </w:p>
    <w:p>
      <w:pPr>
        <w:spacing w:after="0"/>
        <w:ind w:left="360"/>
        <w:shd w:val="clear" w:color="auto" w:fill="F2F2F2"/>
      </w:pPr>
      <w:r>
        <w:rPr>
          <w:rFonts w:ascii="Consolas" w:hAnsi="Consolas"/>
          <w:sz w:val="18"/>
        </w:rPr>
        <w:t>$ uv run logs_to_csv.py sale_logs/ON/logs.txt output_1_ON.csv -l ON</w:t>
      </w:r>
    </w:p>
    <w:p>
      <w:pPr>
        <w:spacing w:after="40"/>
      </w:pPr>
    </w:p>
    <w:p>
      <w:pPr>
        <w:spacing w:after="80"/>
        <w:ind w:left="360"/>
      </w:pPr>
      <w:r>
        <w:t xml:space="preserve">2. </w:t>
      </w:r>
      <w:r>
        <w:rPr>
          <w:b w:val="0"/>
          <w:i w:val="0"/>
        </w:rPr>
        <w:t xml:space="preserve">Xử lý cả hai tệp kết quả bằng script </w:t>
      </w:r>
      <w:r>
        <w:rPr>
          <w:rFonts w:ascii="Consolas" w:hAnsi="Consolas"/>
          <w:b w:val="0"/>
          <w:i w:val="0"/>
          <w:sz w:val="20"/>
        </w:rPr>
        <w:br/>
        <w:br/>
        <w:t xml:space="preserve">       location_price.py</w:t>
        <w:br/>
        <w:t xml:space="preserve">      </w:t>
        <w:br/>
      </w:r>
      <w:r>
        <w:rPr>
          <w:b w:val="0"/>
          <w:i w:val="0"/>
        </w:rPr>
        <w:t xml:space="preserve"> :</w:t>
      </w:r>
    </w:p>
    <w:p>
      <w:pPr>
        <w:spacing w:after="0"/>
        <w:ind w:left="360"/>
        <w:shd w:val="clear" w:color="auto" w:fill="F2F2F2"/>
      </w:pPr>
      <w:r>
        <w:rPr>
          <w:rFonts w:ascii="Consolas" w:hAnsi="Consolas"/>
          <w:sz w:val="18"/>
        </w:rPr>
        <w:t>$ uv run location_price.py output_1_OH.csv output_2_OH.csv</w:t>
      </w:r>
    </w:p>
    <w:p>
      <w:pPr>
        <w:spacing w:after="0"/>
        <w:ind w:left="360"/>
        <w:shd w:val="clear" w:color="auto" w:fill="F2F2F2"/>
      </w:pPr>
      <w:r>
        <w:rPr>
          <w:rFonts w:ascii="Consolas" w:hAnsi="Consolas"/>
          <w:sz w:val="18"/>
        </w:rPr>
        <w:t>$ uv run location_price.py output_1_ON.csv output_2_ON.csv</w:t>
      </w:r>
    </w:p>
    <w:p>
      <w:pPr>
        <w:spacing w:after="40"/>
      </w:pPr>
    </w:p>
    <w:p>
      <w:pPr>
        <w:spacing w:after="80"/>
        <w:ind w:left="360"/>
      </w:pPr>
      <w:r>
        <w:t xml:space="preserve">3. </w:t>
      </w:r>
      <w:r>
        <w:rPr>
          <w:b w:val="0"/>
          <w:i w:val="0"/>
        </w:rPr>
        <w:t xml:space="preserve">Xử lý cả hai tệp bằng script </w:t>
      </w:r>
      <w:r>
        <w:rPr>
          <w:rFonts w:ascii="Consolas" w:hAnsi="Consolas"/>
          <w:b w:val="0"/>
          <w:i w:val="0"/>
          <w:sz w:val="20"/>
        </w:rPr>
        <w:br/>
        <w:br/>
        <w:t xml:space="preserve">       standard_date.py</w:t>
        <w:br/>
        <w:t xml:space="preserve">      </w:t>
        <w:br/>
      </w:r>
      <w:r>
        <w:rPr>
          <w:b w:val="0"/>
          <w:i w:val="0"/>
        </w:rPr>
        <w:t xml:space="preserve"> :</w:t>
      </w:r>
    </w:p>
    <w:p>
      <w:pPr>
        <w:spacing w:after="0"/>
        <w:ind w:left="360"/>
        <w:shd w:val="clear" w:color="auto" w:fill="F2F2F2"/>
      </w:pPr>
      <w:r>
        <w:rPr>
          <w:rFonts w:ascii="Consolas" w:hAnsi="Consolas"/>
          <w:sz w:val="18"/>
        </w:rPr>
        <w:t>$ uv run standard_date.py output_2_OH.csv output_3_OH.csv</w:t>
      </w:r>
    </w:p>
    <w:p>
      <w:pPr>
        <w:spacing w:after="0"/>
        <w:ind w:left="360"/>
        <w:shd w:val="clear" w:color="auto" w:fill="F2F2F2"/>
      </w:pPr>
      <w:r>
        <w:rPr>
          <w:rFonts w:ascii="Consolas" w:hAnsi="Consolas"/>
          <w:sz w:val="18"/>
        </w:rPr>
        <w:t>$ uv run standard_date.py output_2_ON.csv output_3_ON.csv</w:t>
      </w:r>
    </w:p>
    <w:p>
      <w:pPr>
        <w:spacing w:after="40"/>
      </w:pPr>
    </w:p>
    <w:p>
      <w:pPr>
        <w:spacing w:after="80"/>
        <w:ind w:left="360"/>
      </w:pPr>
      <w:r>
        <w:t xml:space="preserve">4. </w:t>
      </w:r>
      <w:r>
        <w:rPr>
          <w:b w:val="0"/>
          <w:i w:val="0"/>
        </w:rPr>
        <w:t>Chuyển đổi kết quả thành JSON:</w:t>
      </w:r>
    </w:p>
    <w:p>
      <w:pPr>
        <w:spacing w:after="0"/>
        <w:ind w:left="360"/>
        <w:shd w:val="clear" w:color="auto" w:fill="F2F2F2"/>
      </w:pPr>
      <w:r>
        <w:rPr>
          <w:rFonts w:ascii="Consolas" w:hAnsi="Consolas"/>
          <w:sz w:val="18"/>
        </w:rPr>
        <w:t>$ uv run transform_into_json.py output_3_OH.csv output_4_OH.json</w:t>
      </w:r>
    </w:p>
    <w:p>
      <w:pPr>
        <w:spacing w:after="0"/>
        <w:ind w:left="360"/>
        <w:shd w:val="clear" w:color="auto" w:fill="F2F2F2"/>
      </w:pPr>
      <w:r>
        <w:rPr>
          <w:rFonts w:ascii="Consolas" w:hAnsi="Consolas"/>
          <w:sz w:val="18"/>
        </w:rPr>
        <w:t>$ uv run transform_into_json.py output_3_ON.csv output_4_ON.json</w:t>
      </w:r>
    </w:p>
    <w:p>
      <w:pPr>
        <w:spacing w:after="40"/>
      </w:pPr>
    </w:p>
    <w:p>
      <w:pPr>
        <w:spacing w:after="80"/>
        <w:ind w:left="360"/>
      </w:pPr>
      <w:r>
        <w:t xml:space="preserve">5. </w:t>
      </w:r>
      <w:r>
        <w:rPr>
          <w:b w:val="0"/>
          <w:i w:val="0"/>
        </w:rPr>
        <w:t xml:space="preserve">Xử lý cả hai tệp kết quả bằng script </w:t>
      </w:r>
      <w:r>
        <w:rPr>
          <w:rFonts w:ascii="Consolas" w:hAnsi="Consolas"/>
          <w:b w:val="0"/>
          <w:i w:val="0"/>
          <w:sz w:val="20"/>
        </w:rPr>
        <w:br/>
        <w:br/>
        <w:t xml:space="preserve">       aggregate_by_location.py</w:t>
        <w:br/>
        <w:t xml:space="preserve">      </w:t>
        <w:br/>
      </w:r>
      <w:r>
        <w:rPr>
          <w:b w:val="0"/>
          <w:i w:val="0"/>
        </w:rPr>
        <w:t xml:space="preserve"> :</w:t>
      </w:r>
    </w:p>
    <w:p>
      <w:pPr>
        <w:spacing w:after="0"/>
        <w:ind w:left="360"/>
        <w:shd w:val="clear" w:color="auto" w:fill="F2F2F2"/>
      </w:pPr>
      <w:r>
        <w:rPr>
          <w:rFonts w:ascii="Consolas" w:hAnsi="Consolas"/>
          <w:sz w:val="18"/>
        </w:rPr>
        <w:t>$ uv run aggregate_by_location.py output_4_ON.json aggregate_ON.csv</w:t>
      </w:r>
    </w:p>
    <w:p>
      <w:pPr>
        <w:spacing w:after="0"/>
        <w:ind w:left="360"/>
        <w:shd w:val="clear" w:color="auto" w:fill="F2F2F2"/>
      </w:pPr>
      <w:r>
        <w:rPr>
          <w:rFonts w:ascii="Consolas" w:hAnsi="Consolas"/>
          <w:sz w:val="18"/>
        </w:rPr>
        <w:t>$ uv run aggregate_by_location.py output_4_OH.json aggregate_OH.csv</w:t>
      </w:r>
    </w:p>
    <w:p>
      <w:pPr>
        <w:spacing w:after="40"/>
      </w:pPr>
    </w:p>
    <w:p>
      <w:pPr>
        <w:spacing w:after="80"/>
        <w:ind w:left="360"/>
      </w:pPr>
      <w:r>
        <w:t xml:space="preserve">6. </w:t>
      </w:r>
      <w:r>
        <w:rPr>
          <w:b w:val="0"/>
          <w:i w:val="0"/>
        </w:rPr>
        <w:t>Kiểm tra các tệp CSV kết quả trong một ứng dụng bảng tính. Trong các ảnh chụp màn hình sau, các tệp được hiển thị bằng phần mềm LibreOffice:</w:t>
      </w:r>
    </w:p>
    <w:p>
      <w:pPr>
        <w:jc w:val="center"/>
      </w:pPr>
      <w:r>
        <w:drawing>
          <wp:inline xmlns:a="http://schemas.openxmlformats.org/drawingml/2006/main" xmlns:pic="http://schemas.openxmlformats.org/drawingml/2006/picture">
            <wp:extent cx="5486400" cy="5798259"/>
            <wp:docPr id="56" name="Picture 56"/>
            <wp:cNvGraphicFramePr>
              <a:graphicFrameLocks noChangeAspect="1"/>
            </wp:cNvGraphicFramePr>
            <a:graphic>
              <a:graphicData uri="http://schemas.openxmlformats.org/drawingml/2006/picture">
                <pic:pic>
                  <pic:nvPicPr>
                    <pic:cNvPr id="0" name="B36973_7_6.png"/>
                    <pic:cNvPicPr/>
                  </pic:nvPicPr>
                  <pic:blipFill>
                    <a:blip r:embed="rId60"/>
                    <a:stretch>
                      <a:fillRect/>
                    </a:stretch>
                  </pic:blipFill>
                  <pic:spPr>
                    <a:xfrm>
                      <a:off x="0" y="0"/>
                      <a:ext cx="5486400" cy="5798259"/>
                    </a:xfrm>
                    <a:prstGeom prst="rect"/>
                  </pic:spPr>
                </pic:pic>
              </a:graphicData>
            </a:graphic>
          </wp:inline>
        </w:drawing>
      </w:r>
    </w:p>
    <w:p>
      <w:pPr>
        <w:jc w:val="center"/>
      </w:pPr>
      <w:r>
        <w:drawing>
          <wp:inline xmlns:a="http://schemas.openxmlformats.org/drawingml/2006/main" xmlns:pic="http://schemas.openxmlformats.org/drawingml/2006/picture">
            <wp:extent cx="5486400" cy="3611006"/>
            <wp:docPr id="57" name="Picture 57"/>
            <wp:cNvGraphicFramePr>
              <a:graphicFrameLocks noChangeAspect="1"/>
            </wp:cNvGraphicFramePr>
            <a:graphic>
              <a:graphicData uri="http://schemas.openxmlformats.org/drawingml/2006/picture">
                <pic:pic>
                  <pic:nvPicPr>
                    <pic:cNvPr id="0" name="B36973_7_7.png"/>
                    <pic:cNvPicPr/>
                  </pic:nvPicPr>
                  <pic:blipFill>
                    <a:blip r:embed="rId61"/>
                    <a:stretch>
                      <a:fillRect/>
                    </a:stretch>
                  </pic:blipFill>
                  <pic:spPr>
                    <a:xfrm>
                      <a:off x="0" y="0"/>
                      <a:ext cx="5486400" cy="3611006"/>
                    </a:xfrm>
                    <a:prstGeom prst="rect"/>
                  </pic:spPr>
                </pic:pic>
              </a:graphicData>
            </a:graphic>
          </wp:inline>
        </w:drawing>
      </w:r>
    </w:p>
    <w:p>
      <w:pPr>
        <w:spacing w:after="160"/>
        <w:jc w:val="center"/>
      </w:pPr>
      <w:r>
        <w:rPr>
          <w:rFonts w:ascii="Calibri" w:hAnsi="Calibri"/>
          <w:b w:val="0"/>
          <w:i/>
          <w:sz w:val="19"/>
        </w:rPr>
        <w:t>Hình 7.4: Ảnh chụp màn hình kết quả tổng hợp</w:t>
      </w:r>
    </w:p>
    <w:p>
      <w:pPr>
        <w:pStyle w:val="Heading3"/>
      </w:pPr>
      <w:r>
        <w:rPr>
          <w:rFonts w:ascii="Calibri" w:hAnsi="Calibri"/>
          <w:b/>
          <w:i w:val="0"/>
          <w:sz w:val="26"/>
        </w:rPr>
        <w:t>Cách hoạt động...</w:t>
      </w:r>
    </w:p>
    <w:p>
      <w:pPr>
        <w:spacing w:after="80"/>
      </w:pPr>
      <w:r>
        <w:rPr>
          <w:b w:val="0"/>
          <w:i w:val="0"/>
        </w:rPr>
        <w:t xml:space="preserve">Hãy cùng xem qua script </w:t>
      </w:r>
      <w:r>
        <w:rPr>
          <w:rFonts w:ascii="Consolas" w:hAnsi="Consolas"/>
          <w:b w:val="0"/>
          <w:i w:val="0"/>
          <w:sz w:val="20"/>
        </w:rPr>
        <w:br/>
        <w:br/>
        <w:t xml:space="preserve">      aggregate_by_location.py</w:t>
        <w:br/>
        <w:t xml:space="preserve">     </w:t>
        <w:br/>
      </w:r>
      <w:r>
        <w:rPr>
          <w:b w:val="0"/>
          <w:i w:val="0"/>
        </w:rPr>
        <w:t xml:space="preserve"> được dùng trong </w:t>
      </w:r>
      <w:r>
        <w:rPr>
          <w:b w:val="0"/>
          <w:i/>
        </w:rPr>
        <w:t xml:space="preserve"> bước </w:t>
      </w:r>
      <w:r>
        <w:rPr>
          <w:b w:val="0"/>
          <w:i w:val="0"/>
        </w:rPr>
        <w:t xml:space="preserve"> </w:t>
      </w:r>
      <w:r>
        <w:rPr>
          <w:b w:val="0"/>
          <w:i/>
        </w:rPr>
        <w:t xml:space="preserve"> 5 </w:t>
      </w:r>
      <w:r>
        <w:rPr>
          <w:b w:val="0"/>
          <w:i w:val="0"/>
        </w:rPr>
        <w:t xml:space="preserve"> .</w:t>
      </w:r>
    </w:p>
    <w:p>
      <w:pPr>
        <w:spacing w:after="80"/>
      </w:pPr>
      <w:r>
        <w:rPr>
          <w:b w:val="0"/>
          <w:i w:val="0"/>
        </w:rPr>
        <w:t xml:space="preserve">Phần cuối của file script xử lý việc phân tích đối số (argument), điều đã được mô tả chi tiết trong </w:t>
      </w:r>
      <w:r>
        <w:rPr>
          <w:b w:val="0"/>
          <w:i/>
        </w:rPr>
        <w:t xml:space="preserve"> Chương 2 </w:t>
      </w:r>
      <w:r>
        <w:rPr>
          <w:b w:val="0"/>
          <w:i w:val="0"/>
        </w:rPr>
        <w:t xml:space="preserve"> , </w:t>
      </w:r>
      <w:r>
        <w:rPr>
          <w:b w:val="0"/>
          <w:i/>
        </w:rPr>
        <w:t xml:space="preserve"> Tự động hóa công việc thật dễ dàng </w:t>
      </w:r>
      <w:r>
        <w:rPr>
          <w:b w:val="0"/>
          <w:i w:val="0"/>
        </w:rPr>
        <w:t xml:space="preserve"> .</w:t>
      </w:r>
    </w:p>
    <w:p>
      <w:pPr>
        <w:spacing w:after="80"/>
      </w:pPr>
      <w:r>
        <w:rPr>
          <w:b w:val="0"/>
          <w:i w:val="0"/>
        </w:rPr>
        <w:t xml:space="preserve">Hàm main đọc file CSV đầu vào và gọi hàm </w:t>
      </w:r>
      <w:r>
        <w:rPr>
          <w:rFonts w:ascii="Consolas" w:hAnsi="Consolas"/>
          <w:b w:val="0"/>
          <w:i w:val="0"/>
          <w:sz w:val="20"/>
        </w:rPr>
        <w:br/>
        <w:br/>
        <w:t xml:space="preserve">      calculate_results</w:t>
        <w:br/>
        <w:t xml:space="preserve">     </w:t>
        <w:br/>
      </w:r>
      <w:r>
        <w:rPr>
          <w:b w:val="0"/>
          <w:i w:val="0"/>
        </w:rPr>
        <w:t xml:space="preserve"> để tạo ra các báo cáo tổng hợp. Sau đó nó ghi kết quả ra file đầu ra. Việc tải dữ liệu đầu vào được thực hiện bằng mô-đun </w:t>
      </w:r>
      <w:r>
        <w:rPr>
          <w:rFonts w:ascii="Consolas" w:hAnsi="Consolas"/>
          <w:b w:val="0"/>
          <w:i w:val="0"/>
          <w:sz w:val="20"/>
        </w:rPr>
        <w:br/>
        <w:br/>
        <w:t xml:space="preserve">      json</w:t>
        <w:br/>
        <w:t xml:space="preserve">     </w:t>
        <w:br/>
      </w:r>
      <w:r>
        <w:rPr>
          <w:b w:val="0"/>
          <w:i w:val="0"/>
        </w:rPr>
        <w:t xml:space="preserve"> , như đã mô tả trong công thức trước. Việc dùng </w:t>
      </w:r>
      <w:r>
        <w:rPr>
          <w:rFonts w:ascii="Consolas" w:hAnsi="Consolas"/>
          <w:b w:val="0"/>
          <w:i w:val="0"/>
          <w:sz w:val="20"/>
        </w:rPr>
        <w:br/>
        <w:br/>
        <w:t xml:space="preserve">      DictWriter</w:t>
        <w:br/>
        <w:t xml:space="preserve">     </w:t>
        <w:br/>
      </w:r>
      <w:r>
        <w:rPr>
          <w:b w:val="0"/>
          <w:i w:val="0"/>
        </w:rPr>
        <w:t xml:space="preserve"> đã được mô tả trong </w:t>
      </w:r>
      <w:r>
        <w:rPr>
          <w:b w:val="0"/>
          <w:i/>
        </w:rPr>
        <w:t xml:space="preserve"> Chương 6 </w:t>
      </w:r>
      <w:r>
        <w:rPr>
          <w:b w:val="0"/>
          <w:i w:val="0"/>
        </w:rPr>
        <w:t xml:space="preserve"> , </w:t>
      </w:r>
      <w:r>
        <w:rPr>
          <w:b w:val="0"/>
          <w:i/>
        </w:rPr>
        <w:t xml:space="preserve"> Vui cùng </w:t>
      </w:r>
      <w:r>
        <w:rPr>
          <w:b w:val="0"/>
          <w:i w:val="0"/>
        </w:rPr>
        <w:t xml:space="preserve"> </w:t>
      </w:r>
      <w:r>
        <w:rPr>
          <w:b w:val="0"/>
          <w:i/>
        </w:rPr>
        <w:t xml:space="preserve"> </w:t>
      </w:r>
      <w:r>
        <w:rPr>
          <w:b w:val="0"/>
          <w:i w:val="0"/>
        </w:rPr>
        <w:t xml:space="preserve"> </w:t>
      </w:r>
      <w:r>
        <w:rPr>
          <w:b w:val="0"/>
          <w:i/>
        </w:rPr>
        <w:t xml:space="preserve"> Bảng tính </w:t>
      </w:r>
      <w:r>
        <w:rPr>
          <w:b w:val="0"/>
          <w:i w:val="0"/>
        </w:rPr>
        <w:t xml:space="preserve"> .</w:t>
      </w:r>
    </w:p>
    <w:p>
      <w:pPr>
        <w:spacing w:after="80"/>
      </w:pPr>
      <w:r>
        <w:rPr>
          <w:b w:val="0"/>
          <w:i w:val="0"/>
        </w:rPr>
        <w:t xml:space="preserve">Việc tổng hợp diễn ra trong hàm </w:t>
      </w:r>
      <w:r>
        <w:rPr>
          <w:rFonts w:ascii="Consolas" w:hAnsi="Consolas"/>
          <w:b w:val="0"/>
          <w:i w:val="0"/>
          <w:sz w:val="20"/>
        </w:rPr>
        <w:br/>
        <w:br/>
        <w:t xml:space="preserve">      calculate_results</w:t>
        <w:br/>
        <w:t xml:space="preserve">     </w:t>
        <w:br/>
      </w:r>
      <w:r>
        <w:rPr>
          <w:b w:val="0"/>
          <w:i w:val="0"/>
        </w:rPr>
        <w:t xml:space="preserve"> . Mỗi dòng của log được phân tích để kiểm tra ngày của nó, và tất cả các mục có cùng ngày sẽ được tổng hợp lại:</w:t>
      </w:r>
    </w:p>
    <w:p>
      <w:pPr>
        <w:spacing w:after="0"/>
        <w:ind w:left="360"/>
        <w:shd w:val="clear" w:color="auto" w:fill="F2F2F2"/>
      </w:pPr>
      <w:r>
        <w:rPr>
          <w:rFonts w:ascii="Consolas" w:hAnsi="Consolas"/>
          <w:sz w:val="18"/>
        </w:rPr>
        <w:t>def calculate_results(reader):</w:t>
      </w:r>
    </w:p>
    <w:p>
      <w:pPr>
        <w:spacing w:after="0"/>
        <w:ind w:left="360"/>
        <w:shd w:val="clear" w:color="auto" w:fill="F2F2F2"/>
      </w:pPr>
      <w:r>
        <w:rPr>
          <w:rFonts w:ascii="Consolas" w:hAnsi="Consolas"/>
          <w:sz w:val="18"/>
        </w:rPr>
        <w:t xml:space="preserve">    result = []</w:t>
      </w:r>
    </w:p>
    <w:p>
      <w:pPr>
        <w:spacing w:after="0"/>
        <w:ind w:left="360"/>
        <w:shd w:val="clear" w:color="auto" w:fill="F2F2F2"/>
      </w:pPr>
      <w:r>
        <w:rPr>
          <w:rFonts w:ascii="Consolas" w:hAnsi="Consolas"/>
          <w:sz w:val="18"/>
        </w:rPr>
        <w:t xml:space="preserve">    last_date = None</w:t>
      </w:r>
    </w:p>
    <w:p>
      <w:pPr>
        <w:spacing w:after="0"/>
        <w:ind w:left="360"/>
        <w:shd w:val="clear" w:color="auto" w:fill="F2F2F2"/>
      </w:pPr>
      <w:r>
        <w:rPr>
          <w:rFonts w:ascii="Consolas" w:hAnsi="Consolas"/>
          <w:sz w:val="18"/>
        </w:rPr>
        <w:t xml:space="preserve">    total_usd = 0</w:t>
      </w:r>
    </w:p>
    <w:p>
      <w:pPr>
        <w:spacing w:after="0"/>
        <w:ind w:left="360"/>
        <w:shd w:val="clear" w:color="auto" w:fill="F2F2F2"/>
      </w:pPr>
      <w:r>
        <w:rPr>
          <w:rFonts w:ascii="Consolas" w:hAnsi="Consolas"/>
          <w:sz w:val="18"/>
        </w:rPr>
        <w:t xml:space="preserve">    number = 0</w:t>
      </w:r>
    </w:p>
    <w:p>
      <w:pPr>
        <w:spacing w:after="0"/>
        <w:ind w:left="360"/>
        <w:shd w:val="clear" w:color="auto" w:fill="F2F2F2"/>
      </w:pPr>
      <w:r>
        <w:rPr>
          <w:rFonts w:ascii="Consolas" w:hAnsi="Consolas"/>
          <w:sz w:val="18"/>
        </w:rPr>
        <w:t>for row in reader:</w:t>
      </w:r>
    </w:p>
    <w:p>
      <w:pPr>
        <w:spacing w:after="0"/>
        <w:ind w:left="360"/>
        <w:shd w:val="clear" w:color="auto" w:fill="F2F2F2"/>
      </w:pPr>
      <w:r>
        <w:rPr>
          <w:rFonts w:ascii="Consolas" w:hAnsi="Consolas"/>
          <w:sz w:val="18"/>
        </w:rPr>
        <w:t xml:space="preserve">        location = row['LOCATION']</w:t>
      </w:r>
    </w:p>
    <w:p>
      <w:pPr>
        <w:spacing w:after="0"/>
        <w:ind w:left="360"/>
        <w:shd w:val="clear" w:color="auto" w:fill="F2F2F2"/>
      </w:pPr>
      <w:r>
        <w:rPr>
          <w:rFonts w:ascii="Consolas" w:hAnsi="Consolas"/>
          <w:sz w:val="18"/>
        </w:rPr>
        <w:t xml:space="preserve">        date = parse_iso(row['STD_TIMESTAMP'])</w:t>
      </w:r>
    </w:p>
    <w:p>
      <w:pPr>
        <w:spacing w:after="0"/>
        <w:ind w:left="360"/>
        <w:shd w:val="clear" w:color="auto" w:fill="F2F2F2"/>
      </w:pPr>
      <w:r>
        <w:rPr>
          <w:rFonts w:ascii="Consolas" w:hAnsi="Consolas"/>
          <w:sz w:val="18"/>
        </w:rPr>
        <w:t xml:space="preserve">        if not last_date:</w:t>
      </w:r>
    </w:p>
    <w:p>
      <w:pPr>
        <w:spacing w:after="0"/>
        <w:ind w:left="360"/>
        <w:shd w:val="clear" w:color="auto" w:fill="F2F2F2"/>
      </w:pPr>
      <w:r>
        <w:rPr>
          <w:rFonts w:ascii="Consolas" w:hAnsi="Consolas"/>
          <w:sz w:val="18"/>
        </w:rPr>
        <w:t xml:space="preserve">            last_date = date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if last_date &lt; date:</w:t>
      </w:r>
    </w:p>
    <w:p>
      <w:pPr>
        <w:spacing w:after="0"/>
        <w:ind w:left="360"/>
        <w:shd w:val="clear" w:color="auto" w:fill="F2F2F2"/>
      </w:pPr>
      <w:r>
        <w:rPr>
          <w:rFonts w:ascii="Consolas" w:hAnsi="Consolas"/>
          <w:sz w:val="18"/>
        </w:rPr>
        <w:t xml:space="preserve">            # New day!</w:t>
      </w:r>
    </w:p>
    <w:p>
      <w:pPr>
        <w:spacing w:after="0"/>
        <w:ind w:left="360"/>
        <w:shd w:val="clear" w:color="auto" w:fill="F2F2F2"/>
      </w:pPr>
      <w:r>
        <w:rPr>
          <w:rFonts w:ascii="Consolas" w:hAnsi="Consolas"/>
          <w:sz w:val="18"/>
        </w:rPr>
        <w:t xml:space="preserve">            result.append(line(location, last_date, total_usd, number))</w:t>
      </w:r>
    </w:p>
    <w:p>
      <w:pPr>
        <w:spacing w:after="0"/>
        <w:ind w:left="360"/>
        <w:shd w:val="clear" w:color="auto" w:fill="F2F2F2"/>
      </w:pPr>
      <w:r>
        <w:rPr>
          <w:rFonts w:ascii="Consolas" w:hAnsi="Consolas"/>
          <w:sz w:val="18"/>
        </w:rPr>
        <w:t xml:space="preserve">            total_usd = 0</w:t>
      </w:r>
    </w:p>
    <w:p>
      <w:pPr>
        <w:spacing w:after="0"/>
        <w:ind w:left="360"/>
        <w:shd w:val="clear" w:color="auto" w:fill="F2F2F2"/>
      </w:pPr>
      <w:r>
        <w:rPr>
          <w:rFonts w:ascii="Consolas" w:hAnsi="Consolas"/>
          <w:sz w:val="18"/>
        </w:rPr>
        <w:t xml:space="preserve">            number = 0</w:t>
      </w:r>
    </w:p>
    <w:p>
      <w:pPr>
        <w:spacing w:after="0"/>
        <w:ind w:left="360"/>
        <w:shd w:val="clear" w:color="auto" w:fill="F2F2F2"/>
      </w:pPr>
      <w:r>
        <w:rPr>
          <w:rFonts w:ascii="Consolas" w:hAnsi="Consolas"/>
          <w:sz w:val="18"/>
        </w:rPr>
        <w:t xml:space="preserve">            last_date = date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number += 1</w:t>
      </w:r>
    </w:p>
    <w:p>
      <w:pPr>
        <w:spacing w:after="0"/>
        <w:ind w:left="360"/>
        <w:shd w:val="clear" w:color="auto" w:fill="F2F2F2"/>
      </w:pPr>
      <w:r>
        <w:rPr>
          <w:rFonts w:ascii="Consolas" w:hAnsi="Consolas"/>
          <w:sz w:val="18"/>
        </w:rPr>
        <w:t xml:space="preserve">        total_usd += Decimal(row['USD'])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Final results</w:t>
      </w:r>
    </w:p>
    <w:p>
      <w:pPr>
        <w:spacing w:after="0"/>
        <w:ind w:left="360"/>
        <w:shd w:val="clear" w:color="auto" w:fill="F2F2F2"/>
      </w:pPr>
      <w:r>
        <w:rPr>
          <w:rFonts w:ascii="Consolas" w:hAnsi="Consolas"/>
          <w:sz w:val="18"/>
        </w:rPr>
        <w:t xml:space="preserve">    result.append(line(location, date, total_usd, number))</w:t>
      </w:r>
    </w:p>
    <w:p>
      <w:pPr>
        <w:spacing w:after="0"/>
        <w:ind w:left="360"/>
        <w:shd w:val="clear" w:color="auto" w:fill="F2F2F2"/>
      </w:pPr>
      <w:r>
        <w:rPr>
          <w:rFonts w:ascii="Consolas" w:hAnsi="Consolas"/>
          <w:sz w:val="18"/>
        </w:rPr>
        <w:t xml:space="preserve">    return result</w:t>
      </w:r>
    </w:p>
    <w:p>
      <w:pPr>
        <w:spacing w:after="40"/>
      </w:pPr>
    </w:p>
    <w:p>
      <w:pPr>
        <w:spacing w:after="80"/>
      </w:pPr>
      <w:r>
        <w:rPr>
          <w:b w:val="0"/>
          <w:i w:val="0"/>
        </w:rPr>
        <w:t>Đoạn code ghi nhớ ngày mới nhất và tiếp tục tổng hợp cho đến khi ngày đó thay đổi. Mỗi khi ngày thay đổi, dòng đó sẽ được thêm vào mảng kết quả.</w:t>
      </w:r>
    </w:p>
    <w:p>
      <w:pPr>
        <w:spacing w:after="80"/>
      </w:pPr>
      <w:r>
        <w:rPr>
          <w:b/>
          <w:i w:val="0"/>
        </w:rPr>
        <w:t>Mẹo</w:t>
      </w:r>
    </w:p>
    <w:p>
      <w:pPr>
        <w:spacing w:after="80"/>
      </w:pPr>
      <w:r>
        <w:rPr>
          <w:b w:val="0"/>
          <w:i w:val="0"/>
        </w:rPr>
        <w:t>Lưu ý rằng cách này tận dụng việc dữ liệu đã được sắp xếp theo dấu thời gian (timestamp). Trong ví dụ này, các dấu thời gian trong log đã được sắp xếp theo nguồn gốc, nhưng có thể có những tình huống cần phải thực hiện việc sắp xếp và/hoặc lọc nào đó. Hãy dùng các kỹ thuật được mô tả trong chương này, và tạo thêm một bước với quá trình sắp xếp nếu cần thiết.</w:t>
      </w:r>
    </w:p>
    <w:p>
      <w:pPr>
        <w:spacing w:after="80"/>
      </w:pPr>
      <w:r>
        <w:rPr>
          <w:b w:val="0"/>
          <w:i w:val="0"/>
        </w:rPr>
        <w:t xml:space="preserve">Để lấy được ngày, định dạng ISO đầu vào được phân tích bằng mô-đun </w:t>
      </w:r>
      <w:r>
        <w:rPr>
          <w:rFonts w:ascii="Consolas" w:hAnsi="Consolas"/>
          <w:b w:val="0"/>
          <w:i w:val="0"/>
          <w:sz w:val="20"/>
        </w:rPr>
        <w:br/>
        <w:br/>
        <w:t xml:space="preserve">      datetime</w:t>
        <w:br/>
        <w:t xml:space="preserve">     </w:t>
        <w:br/>
      </w:r>
      <w:r>
        <w:rPr>
          <w:b w:val="0"/>
          <w:i w:val="0"/>
        </w:rPr>
        <w:t xml:space="preserve"> tiêu chuẩn:</w:t>
      </w:r>
    </w:p>
    <w:p>
      <w:pPr>
        <w:spacing w:after="0"/>
        <w:ind w:left="360"/>
        <w:shd w:val="clear" w:color="auto" w:fill="F2F2F2"/>
      </w:pPr>
      <w:r>
        <w:rPr>
          <w:rFonts w:ascii="Consolas" w:hAnsi="Consolas"/>
          <w:sz w:val="18"/>
        </w:rPr>
        <w:t>def parse_iso(timestamp):</w:t>
      </w:r>
    </w:p>
    <w:p>
      <w:pPr>
        <w:spacing w:after="0"/>
        <w:ind w:left="360"/>
        <w:shd w:val="clear" w:color="auto" w:fill="F2F2F2"/>
      </w:pPr>
      <w:r>
        <w:rPr>
          <w:rFonts w:ascii="Consolas" w:hAnsi="Consolas"/>
          <w:sz w:val="18"/>
        </w:rPr>
        <w:t xml:space="preserve">    # Parse the ISO format</w:t>
      </w:r>
    </w:p>
    <w:p>
      <w:pPr>
        <w:spacing w:after="0"/>
        <w:ind w:left="360"/>
        <w:shd w:val="clear" w:color="auto" w:fill="F2F2F2"/>
      </w:pPr>
      <w:r>
        <w:rPr>
          <w:rFonts w:ascii="Consolas" w:hAnsi="Consolas"/>
          <w:sz w:val="18"/>
        </w:rPr>
        <w:t xml:space="preserve">    total = datetime.fromisoformat(timestamp)</w:t>
      </w:r>
    </w:p>
    <w:p>
      <w:pPr>
        <w:spacing w:after="0"/>
        <w:ind w:left="360"/>
        <w:shd w:val="clear" w:color="auto" w:fill="F2F2F2"/>
      </w:pPr>
      <w:r>
        <w:rPr>
          <w:rFonts w:ascii="Consolas" w:hAnsi="Consolas"/>
          <w:sz w:val="18"/>
        </w:rPr>
        <w:t xml:space="preserve">    # Keep only the date</w:t>
      </w:r>
    </w:p>
    <w:p>
      <w:pPr>
        <w:spacing w:after="0"/>
        <w:ind w:left="360"/>
        <w:shd w:val="clear" w:color="auto" w:fill="F2F2F2"/>
      </w:pPr>
      <w:r>
        <w:rPr>
          <w:rFonts w:ascii="Consolas" w:hAnsi="Consolas"/>
          <w:sz w:val="18"/>
        </w:rPr>
        <w:t>return total.date()</w:t>
      </w:r>
    </w:p>
    <w:p>
      <w:pPr>
        <w:spacing w:after="40"/>
      </w:pPr>
    </w:p>
    <w:p>
      <w:pPr>
        <w:spacing w:after="80"/>
      </w:pPr>
      <w:r>
        <w:rPr>
          <w:b w:val="0"/>
          <w:i w:val="0"/>
        </w:rPr>
        <w:t>Chúng ta không cần chỉ định gì cho bộ phân tích vì đang dùng định dạng ISO, đây là định dạng đầu tiên mà mô-đun thử để giải mã.</w:t>
      </w:r>
    </w:p>
    <w:p>
      <w:pPr>
        <w:spacing w:after="80"/>
      </w:pPr>
      <w:r>
        <w:rPr>
          <w:b w:val="0"/>
          <w:i w:val="0"/>
        </w:rPr>
        <w:t xml:space="preserve">Mỗi dòng mới được cấu hình theo định dạng từ điển (dictionary) trên hàm </w:t>
      </w:r>
      <w:r>
        <w:rPr>
          <w:rFonts w:ascii="Consolas" w:hAnsi="Consolas"/>
          <w:b w:val="0"/>
          <w:i w:val="0"/>
          <w:sz w:val="20"/>
        </w:rPr>
        <w:br/>
        <w:br/>
        <w:t xml:space="preserve">      line</w:t>
        <w:br/>
        <w:t xml:space="preserve">     </w:t>
        <w:br/>
      </w:r>
      <w:r>
        <w:rPr>
          <w:b w:val="0"/>
          <w:i w:val="0"/>
        </w:rPr>
        <w:t xml:space="preserve"> , cụ thể như sau:</w:t>
      </w:r>
    </w:p>
    <w:p>
      <w:pPr>
        <w:spacing w:after="0"/>
        <w:ind w:left="360"/>
        <w:shd w:val="clear" w:color="auto" w:fill="F2F2F2"/>
      </w:pPr>
      <w:r>
        <w:rPr>
          <w:rFonts w:ascii="Consolas" w:hAnsi="Consolas"/>
          <w:sz w:val="18"/>
        </w:rPr>
        <w:t>def line(location, date, total_usd, number):</w:t>
      </w:r>
    </w:p>
    <w:p>
      <w:pPr>
        <w:spacing w:after="0"/>
        <w:ind w:left="360"/>
        <w:shd w:val="clear" w:color="auto" w:fill="F2F2F2"/>
      </w:pPr>
      <w:r>
        <w:rPr>
          <w:rFonts w:ascii="Consolas" w:hAnsi="Consolas"/>
          <w:sz w:val="18"/>
        </w:rPr>
        <w:t xml:space="preserve">    data = {</w:t>
      </w:r>
    </w:p>
    <w:p>
      <w:pPr>
        <w:spacing w:after="0"/>
        <w:ind w:left="360"/>
        <w:shd w:val="clear" w:color="auto" w:fill="F2F2F2"/>
      </w:pPr>
      <w:r>
        <w:rPr>
          <w:rFonts w:ascii="Consolas" w:hAnsi="Consolas"/>
          <w:sz w:val="18"/>
        </w:rPr>
        <w:t xml:space="preserve">        'LOCATION': location,</w:t>
      </w:r>
    </w:p>
    <w:p>
      <w:pPr>
        <w:spacing w:after="0"/>
        <w:ind w:left="360"/>
        <w:shd w:val="clear" w:color="auto" w:fill="F2F2F2"/>
      </w:pPr>
      <w:r>
        <w:rPr>
          <w:rFonts w:ascii="Consolas" w:hAnsi="Consolas"/>
          <w:sz w:val="18"/>
        </w:rPr>
        <w:t xml:space="preserve">        'DATE': date,</w:t>
      </w:r>
    </w:p>
    <w:p>
      <w:pPr>
        <w:spacing w:after="0"/>
        <w:ind w:left="360"/>
        <w:shd w:val="clear" w:color="auto" w:fill="F2F2F2"/>
      </w:pPr>
      <w:r>
        <w:rPr>
          <w:rFonts w:ascii="Consolas" w:hAnsi="Consolas"/>
          <w:sz w:val="18"/>
        </w:rPr>
        <w:t xml:space="preserve">        'TOTAL USD': total_usd,</w:t>
      </w:r>
    </w:p>
    <w:p>
      <w:pPr>
        <w:spacing w:after="0"/>
        <w:ind w:left="360"/>
        <w:shd w:val="clear" w:color="auto" w:fill="F2F2F2"/>
      </w:pPr>
      <w:r>
        <w:rPr>
          <w:rFonts w:ascii="Consolas" w:hAnsi="Consolas"/>
          <w:sz w:val="18"/>
        </w:rPr>
        <w:t xml:space="preserve">        'NUMBER': number,</w:t>
      </w:r>
    </w:p>
    <w:p>
      <w:pPr>
        <w:spacing w:after="0"/>
        <w:ind w:left="360"/>
        <w:shd w:val="clear" w:color="auto" w:fill="F2F2F2"/>
      </w:pPr>
      <w:r>
        <w:rPr>
          <w:rFonts w:ascii="Consolas" w:hAnsi="Consolas"/>
          <w:sz w:val="18"/>
        </w:rPr>
        <w:t xml:space="preserve">        # Round to two decimal places</w:t>
      </w:r>
    </w:p>
    <w:p>
      <w:pPr>
        <w:spacing w:after="0"/>
        <w:ind w:left="360"/>
        <w:shd w:val="clear" w:color="auto" w:fill="F2F2F2"/>
      </w:pPr>
      <w:r>
        <w:rPr>
          <w:rFonts w:ascii="Consolas" w:hAnsi="Consolas"/>
          <w:sz w:val="18"/>
        </w:rPr>
        <w:t>'AVERAGE': round(total_usd / number, 2),</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return data</w:t>
      </w:r>
    </w:p>
    <w:p>
      <w:pPr>
        <w:spacing w:after="40"/>
      </w:pPr>
    </w:p>
    <w:p>
      <w:pPr>
        <w:spacing w:after="80"/>
      </w:pPr>
      <w:r>
        <w:rPr>
          <w:b w:val="0"/>
          <w:i w:val="0"/>
        </w:rPr>
        <w:t>Mỗi dòng gồm có vị trí, ngày, tổng USD từ doanh số, số lượng giao dịch bán hàng, và giá trung bình mỗi mặt hàng.</w:t>
      </w:r>
    </w:p>
    <w:p>
      <w:pPr>
        <w:spacing w:after="80"/>
      </w:pPr>
      <w:r>
        <w:rPr>
          <w:b/>
          <w:i w:val="0"/>
        </w:rPr>
        <w:t>Mẹo</w:t>
      </w:r>
    </w:p>
    <w:p>
      <w:pPr>
        <w:spacing w:after="80"/>
      </w:pPr>
      <w:r>
        <w:rPr>
          <w:b w:val="0"/>
          <w:i w:val="0"/>
        </w:rPr>
        <w:t>Việc lưu trữ tổng cộng dồn và số lượng sự kiện tạo nên tổng đó cho phép chúng ta tổng hợp các giá trị thêm nữa và tính giá trị trung bình. Chỉ riêng giá trị trung bình thì không thể tổng hợp thêm được, nhưng tổng cộng dồn và số lượng sự kiện thì có thể, và giá trị trung bình có thể dễ dàng được tính từ chúng.</w:t>
      </w:r>
    </w:p>
    <w:p>
      <w:pPr>
        <w:spacing w:after="80"/>
      </w:pPr>
      <w:r>
        <w:rPr>
          <w:b w:val="0"/>
          <w:i w:val="0"/>
        </w:rPr>
        <w:t xml:space="preserve">File tổng hợp được lưu ở định dạng CSV, sau khi </w:t>
      </w:r>
      <w:r>
        <w:rPr>
          <w:rFonts w:ascii="Consolas" w:hAnsi="Consolas"/>
          <w:b w:val="0"/>
          <w:i w:val="0"/>
          <w:sz w:val="20"/>
        </w:rPr>
        <w:br/>
        <w:br/>
        <w:t xml:space="preserve">      calculate_results</w:t>
        <w:br/>
        <w:t xml:space="preserve">     </w:t>
        <w:br/>
      </w:r>
      <w:r>
        <w:rPr>
          <w:b w:val="0"/>
          <w:i w:val="0"/>
        </w:rPr>
        <w:t xml:space="preserve"> đã trả giá trị về cho </w:t>
      </w:r>
      <w:r>
        <w:rPr>
          <w:rFonts w:ascii="Consolas" w:hAnsi="Consolas"/>
          <w:b w:val="0"/>
          <w:i w:val="0"/>
          <w:sz w:val="20"/>
        </w:rPr>
        <w:br/>
        <w:br/>
        <w:t xml:space="preserve">      main</w:t>
        <w:br/>
        <w:t xml:space="preserve">     </w:t>
        <w:br/>
      </w:r>
      <w:r>
        <w:rPr>
          <w:b w:val="0"/>
          <w:i w:val="0"/>
        </w:rPr>
        <w:t xml:space="preserve"> .</w:t>
      </w:r>
    </w:p>
    <w:p>
      <w:pPr>
        <w:spacing w:after="80"/>
      </w:pPr>
      <w:r>
        <w:rPr>
          <w:b/>
          <w:i w:val="0"/>
        </w:rPr>
        <w:t>Mẹo</w:t>
      </w:r>
    </w:p>
    <w:p>
      <w:pPr>
        <w:spacing w:after="80"/>
      </w:pPr>
      <w:r>
        <w:rPr>
          <w:b w:val="0"/>
          <w:i w:val="0"/>
        </w:rPr>
        <w:t>Chúng ta dùng CSV làm định dạng cuối cùng vì nó dễ được đọc bởi một chuyên viên phân tích nghiệp vụ, nhưng định dạng phù hợp nhất sẽ phụ thuộc vào trường hợp sử dụng cụ thể của bạn. Có thể bạn sẽ cần lưu kết quả dưới dạng bảng tính Excel, hoặc tích hợp thêm với một hệ thống nào đó.</w:t>
      </w:r>
    </w:p>
    <w:p>
      <w:pPr>
        <w:pStyle w:val="Heading3"/>
      </w:pPr>
      <w:r>
        <w:rPr>
          <w:rFonts w:ascii="Calibri" w:hAnsi="Calibri"/>
          <w:b/>
          <w:i w:val="0"/>
          <w:sz w:val="26"/>
        </w:rPr>
        <w:t>Còn nhiều thứ khác nữa...</w:t>
      </w:r>
    </w:p>
    <w:p>
      <w:pPr>
        <w:spacing w:after="80"/>
      </w:pPr>
      <w:r>
        <w:rPr>
          <w:b w:val="0"/>
          <w:i w:val="0"/>
        </w:rPr>
        <w:t xml:space="preserve">Giá trung bình mỗi lượt bán được làm tròn đến hai chữ số thập phân, giúp giữ chính xác đến từng xu và hợp lý trong trường hợp cụ thể này. Việc này được thực hiện bằng hàm </w:t>
      </w:r>
      <w:r>
        <w:rPr>
          <w:rFonts w:ascii="Consolas" w:hAnsi="Consolas"/>
          <w:b w:val="0"/>
          <w:i w:val="0"/>
          <w:sz w:val="20"/>
        </w:rPr>
        <w:br/>
        <w:br/>
        <w:t xml:space="preserve">      round</w:t>
        <w:br/>
        <w:t xml:space="preserve">     </w:t>
        <w:br/>
      </w:r>
      <w:r>
        <w:rPr>
          <w:b w:val="0"/>
          <w:i w:val="0"/>
        </w:rPr>
        <w:t xml:space="preserve"> có sẵn, hàm này có thể nhận thêm một tham số chỉ định số chữ số thập phân cần làm tròn:</w:t>
      </w:r>
    </w:p>
    <w:p>
      <w:pPr>
        <w:spacing w:after="0"/>
        <w:ind w:left="360"/>
        <w:shd w:val="clear" w:color="auto" w:fill="F2F2F2"/>
      </w:pPr>
      <w:r>
        <w:rPr>
          <w:rFonts w:ascii="Consolas" w:hAnsi="Consolas"/>
          <w:sz w:val="18"/>
        </w:rPr>
        <w:t>&gt;&gt;&gt; round(3.14159)</w:t>
      </w:r>
    </w:p>
    <w:p>
      <w:pPr>
        <w:spacing w:after="0"/>
        <w:ind w:left="360"/>
        <w:shd w:val="clear" w:color="auto" w:fill="F2F2F2"/>
      </w:pPr>
      <w:r>
        <w:rPr>
          <w:rFonts w:ascii="Consolas" w:hAnsi="Consolas"/>
          <w:sz w:val="18"/>
        </w:rPr>
        <w:t>3</w:t>
      </w:r>
    </w:p>
    <w:p>
      <w:pPr>
        <w:spacing w:after="0"/>
        <w:ind w:left="360"/>
        <w:shd w:val="clear" w:color="auto" w:fill="F2F2F2"/>
      </w:pPr>
      <w:r>
        <w:rPr>
          <w:rFonts w:ascii="Consolas" w:hAnsi="Consolas"/>
          <w:sz w:val="18"/>
        </w:rPr>
        <w:t>&gt;&gt;&gt; round(3.14159, 4)</w:t>
      </w:r>
    </w:p>
    <w:p>
      <w:pPr>
        <w:spacing w:after="0"/>
        <w:ind w:left="360"/>
        <w:shd w:val="clear" w:color="auto" w:fill="F2F2F2"/>
      </w:pPr>
      <w:r>
        <w:rPr>
          <w:rFonts w:ascii="Consolas" w:hAnsi="Consolas"/>
          <w:sz w:val="18"/>
        </w:rPr>
        <w:t>3.1416</w:t>
      </w:r>
    </w:p>
    <w:p>
      <w:pPr>
        <w:spacing w:after="40"/>
      </w:pPr>
    </w:p>
    <w:p>
      <w:pPr>
        <w:spacing w:after="80"/>
      </w:pPr>
      <w:r>
        <w:rPr>
          <w:b w:val="0"/>
          <w:i w:val="0"/>
        </w:rPr>
        <w:t xml:space="preserve">Nếu bạn cần kiểm soát nhiều hơn để làm tròn lên hoặc xuống số nguyên kế tiếp, bạn có thể dùng các hàm </w:t>
      </w:r>
      <w:r>
        <w:rPr>
          <w:rFonts w:ascii="Consolas" w:hAnsi="Consolas"/>
          <w:b w:val="0"/>
          <w:i w:val="0"/>
          <w:sz w:val="20"/>
        </w:rPr>
        <w:br/>
        <w:br/>
        <w:t xml:space="preserve">      math.ceil</w:t>
        <w:br/>
        <w:t xml:space="preserve">     </w:t>
        <w:br/>
      </w:r>
      <w:r>
        <w:rPr>
          <w:b w:val="0"/>
          <w:i w:val="0"/>
        </w:rPr>
        <w:t xml:space="preserve"> và </w:t>
      </w:r>
      <w:r>
        <w:rPr>
          <w:rFonts w:ascii="Consolas" w:hAnsi="Consolas"/>
          <w:b w:val="0"/>
          <w:i w:val="0"/>
          <w:sz w:val="20"/>
        </w:rPr>
        <w:br/>
        <w:br/>
        <w:t xml:space="preserve">      math.floor</w:t>
        <w:br/>
        <w:t xml:space="preserve">     </w:t>
        <w:br/>
      </w:r>
      <w:r>
        <w:rPr>
          <w:b w:val="0"/>
          <w:i w:val="0"/>
        </w:rPr>
        <w:t>:</w:t>
      </w:r>
    </w:p>
    <w:p>
      <w:pPr>
        <w:spacing w:after="0"/>
        <w:ind w:left="360"/>
        <w:shd w:val="clear" w:color="auto" w:fill="F2F2F2"/>
      </w:pPr>
      <w:r>
        <w:rPr>
          <w:rFonts w:ascii="Consolas" w:hAnsi="Consolas"/>
          <w:sz w:val="18"/>
        </w:rPr>
        <w:t>&gt;&gt;&gt; import math</w:t>
      </w:r>
    </w:p>
    <w:p>
      <w:pPr>
        <w:spacing w:after="0"/>
        <w:ind w:left="360"/>
        <w:shd w:val="clear" w:color="auto" w:fill="F2F2F2"/>
      </w:pPr>
      <w:r>
        <w:rPr>
          <w:rFonts w:ascii="Consolas" w:hAnsi="Consolas"/>
          <w:sz w:val="18"/>
        </w:rPr>
        <w:t>&gt;&gt;&gt; math.ceil(3.14159)</w:t>
      </w:r>
    </w:p>
    <w:p>
      <w:pPr>
        <w:spacing w:after="0"/>
        <w:ind w:left="360"/>
        <w:shd w:val="clear" w:color="auto" w:fill="F2F2F2"/>
      </w:pPr>
      <w:r>
        <w:rPr>
          <w:rFonts w:ascii="Consolas" w:hAnsi="Consolas"/>
          <w:sz w:val="18"/>
        </w:rPr>
        <w:t>4</w:t>
      </w:r>
    </w:p>
    <w:p>
      <w:pPr>
        <w:spacing w:after="0"/>
        <w:ind w:left="360"/>
        <w:shd w:val="clear" w:color="auto" w:fill="F2F2F2"/>
      </w:pPr>
      <w:r>
        <w:rPr>
          <w:rFonts w:ascii="Consolas" w:hAnsi="Consolas"/>
          <w:sz w:val="18"/>
        </w:rPr>
        <w:t>&gt;&gt;&gt; math.floor(3.14159)</w:t>
      </w:r>
    </w:p>
    <w:p>
      <w:pPr>
        <w:spacing w:after="0"/>
        <w:ind w:left="360"/>
        <w:shd w:val="clear" w:color="auto" w:fill="F2F2F2"/>
      </w:pPr>
      <w:r>
        <w:rPr>
          <w:rFonts w:ascii="Consolas" w:hAnsi="Consolas"/>
          <w:sz w:val="18"/>
        </w:rPr>
        <w:t>3</w:t>
      </w:r>
    </w:p>
    <w:p>
      <w:pPr>
        <w:spacing w:after="40"/>
      </w:pPr>
    </w:p>
    <w:p>
      <w:pPr>
        <w:spacing w:after="80"/>
      </w:pPr>
      <w:r>
        <w:rPr>
          <w:b w:val="0"/>
          <w:i w:val="0"/>
        </w:rPr>
        <w:t xml:space="preserve">Để có thêm các toán tử thống kê tổng quát khác ngoài trung bình, mô-đun </w:t>
      </w:r>
      <w:r>
        <w:rPr>
          <w:rFonts w:ascii="Consolas" w:hAnsi="Consolas"/>
          <w:b w:val="0"/>
          <w:i w:val="0"/>
          <w:sz w:val="20"/>
        </w:rPr>
        <w:br/>
        <w:br/>
        <w:t xml:space="preserve">      statistics</w:t>
        <w:br/>
        <w:t xml:space="preserve">     </w:t>
        <w:br/>
      </w:r>
      <w:r>
        <w:rPr>
          <w:b w:val="0"/>
          <w:i w:val="0"/>
        </w:rPr>
        <w:t xml:space="preserve"> của Python trong thư viện chuẩn bao gồm các hàm như </w:t>
      </w:r>
      <w:r>
        <w:rPr>
          <w:rFonts w:ascii="Consolas" w:hAnsi="Consolas"/>
          <w:b w:val="0"/>
          <w:i w:val="0"/>
          <w:sz w:val="20"/>
        </w:rPr>
        <w:br/>
        <w:br/>
        <w:t xml:space="preserve">      median()</w:t>
        <w:br/>
        <w:t xml:space="preserve">     </w:t>
        <w:br/>
      </w:r>
      <w:r>
        <w:rPr>
          <w:b w:val="0"/>
          <w:i w:val="0"/>
        </w:rPr>
        <w:t xml:space="preserve"> và </w:t>
      </w:r>
      <w:r>
        <w:rPr>
          <w:rFonts w:ascii="Consolas" w:hAnsi="Consolas"/>
          <w:b w:val="0"/>
          <w:i w:val="0"/>
          <w:sz w:val="20"/>
        </w:rPr>
        <w:br/>
        <w:br/>
        <w:t xml:space="preserve">      quantiles()</w:t>
        <w:br/>
        <w:t xml:space="preserve">     </w:t>
        <w:br/>
      </w:r>
      <w:r>
        <w:rPr>
          <w:b w:val="0"/>
          <w:i w:val="0"/>
        </w:rPr>
        <w:t xml:space="preserve"> . Xem tài liệu tại </w:t>
      </w:r>
      <w:r>
        <w:rPr>
          <w:rFonts w:ascii="Consolas" w:hAnsi="Consolas"/>
          <w:b w:val="0"/>
          <w:i w:val="0"/>
          <w:sz w:val="20"/>
        </w:rPr>
        <w:br/>
        <w:br/>
        <w:t xml:space="preserve">       https://docs.python.org/3/library/statistics.html</w:t>
        <w:br/>
        <w:t xml:space="preserve">      </w:t>
        <w:br/>
      </w:r>
      <w:r>
        <w:rPr>
          <w:b w:val="0"/>
          <w:i w:val="0"/>
        </w:rPr>
        <w:t xml:space="preserve"> .</w:t>
      </w:r>
    </w:p>
    <w:p>
      <w:pPr>
        <w:spacing w:after="80"/>
      </w:pPr>
      <w:r>
        <w:rPr>
          <w:b w:val="0"/>
          <w:i w:val="0"/>
        </w:rPr>
        <w:t>Mặc dù không bắt buộc để tính giá trị trung bình, một số đại lượng này (như mode hay median) có thể yêu cầu làm việc với toàn bộ tập dữ liệu trong bộ nhớ. Điều này giới hạn lượng dữ liệu có thể xử lý, đặc biệt với những tập dữ liệu rất lớn.</w:t>
      </w:r>
    </w:p>
    <w:p>
      <w:pPr>
        <w:spacing w:after="80"/>
      </w:pPr>
      <w:r>
        <w:rPr>
          <w:b/>
          <w:i w:val="0"/>
        </w:rPr>
        <w:t>Mẹo</w:t>
      </w:r>
    </w:p>
    <w:p>
      <w:pPr>
        <w:spacing w:after="80"/>
      </w:pPr>
      <w:r>
        <w:rPr>
          <w:b w:val="0"/>
          <w:i w:val="0"/>
        </w:rPr>
        <w:t xml:space="preserve">Tranh luận về việc chính xác </w:t>
      </w:r>
      <w:r>
        <w:rPr>
          <w:b w:val="0"/>
          <w:i/>
        </w:rPr>
        <w:t xml:space="preserve"> big data </w:t>
      </w:r>
      <w:r>
        <w:rPr>
          <w:b w:val="0"/>
          <w:i w:val="0"/>
        </w:rPr>
        <w:t xml:space="preserve"> là gì khá khó, vì không có một điểm cụ thể nào mà dữ liệu thông thường trở thành </w:t>
      </w:r>
      <w:r>
        <w:rPr>
          <w:b w:val="0"/>
          <w:i/>
        </w:rPr>
        <w:t xml:space="preserve"> big </w:t>
      </w:r>
      <w:r>
        <w:rPr>
          <w:b w:val="0"/>
          <w:i w:val="0"/>
        </w:rPr>
        <w:t xml:space="preserve"> . Dù bàn sâu về big data nằm ngoài phạm vi cuốn sách này, chắc chắn ta có thể xác định rằng dữ liệu không thể chứa trong một máy tính duy nhất đúng là big data, đòi hỏi xử lý phân tán bởi nhiều máy tính. Điều này làm phức tạp hóa thao tác rất nhiều, đến mức cần kỹ năng chuyên biệt để xử lý. Trước khi bước vào lĩnh vực đó, hãy nghĩ xem liệu dữ liệu có thể vừa với một server cụ thể với bộ nhớ lớn nhất có thể hay không, và liệu điều đó có hữu ích không. Cách tiếp cận 'ném phần cứng vào vấn đề' này có thể đi được một chặng đường dài, và thường rẻ hơn công sức bỏ ra để tái kiến trúc mã nguồn.</w:t>
      </w:r>
    </w:p>
    <w:p>
      <w:pPr>
        <w:spacing w:after="80"/>
      </w:pPr>
      <w:r>
        <w:rPr>
          <w:b w:val="0"/>
          <w:i w:val="0"/>
        </w:rPr>
        <w:t>Dữ liệu có thể xử lý theo từng phần nhỏ hơn, ngay cả khi lượng dữ liệu khổng lồ, có thể được xử lý theo từng đợt tăng dần, giúp đơn giản hóa việc xử lý rất nhiều. Ví dụ, hãy nghĩ xem liệu bạn có thể xử lý từng ngày hoặc từng giờ một cách độc lập hay không. Nếu được, bạn có thể đơn giản hóa đáng kể tác vụ xử lý.</w:t>
      </w:r>
    </w:p>
    <w:p>
      <w:pPr>
        <w:spacing w:after="80"/>
      </w:pPr>
      <w:r>
        <w:rPr>
          <w:b w:val="0"/>
          <w:i w:val="0"/>
        </w:rPr>
        <w:t>Xin lưu ý rằng tính toán thống kê có thể là một thách thức khó khăn, đòi hỏi kiến thức chuyên biệt để tránh những vấn đề cụ thể, chẳng hạn như các giá trị ngoại lai làm thay đổi giá trị trung bình, hoặc những vấn đề tinh tế hơn như lấy mẫu dữ liệu không đại diện. Khi tính toán điều gì đó phức tạp, hãy kiểm tra lại các giả định của bạn và xác minh rằng kết quả thể hiện đúng đại lượng mong muốn. Việc này nghe có vẻ dễ, nhưng có thể khó hơn bạn tưởng.</w:t>
      </w:r>
    </w:p>
    <w:p>
      <w:pPr>
        <w:pStyle w:val="Heading3"/>
      </w:pPr>
      <w:r>
        <w:rPr>
          <w:rFonts w:ascii="Calibri" w:hAnsi="Calibri"/>
          <w:b/>
          <w:i w:val="0"/>
          <w:sz w:val="26"/>
        </w:rPr>
        <w:t>Xem thêm</w:t>
      </w:r>
    </w:p>
    <w:p>
      <w:pPr>
        <w:spacing w:after="80"/>
        <w:ind w:left="360"/>
      </w:pPr>
      <w:r>
        <w:t xml:space="preserve">• </w:t>
      </w:r>
      <w:r>
        <w:rPr>
          <w:b w:val="0"/>
          <w:i w:val="0"/>
        </w:rPr>
        <w:t xml:space="preserve">Công thức trước đó, </w:t>
      </w:r>
      <w:r>
        <w:rPr>
          <w:b w:val="0"/>
          <w:i/>
        </w:rPr>
        <w:t xml:space="preserve"> Chuyển đổi và xác thực dữ liệu trong JSON </w:t>
      </w:r>
      <w:r>
        <w:rPr>
          <w:b w:val="0"/>
          <w:i w:val="0"/>
        </w:rPr>
        <w:t xml:space="preserve"> .</w:t>
      </w:r>
    </w:p>
    <w:p>
      <w:pPr>
        <w:spacing w:after="80"/>
        <w:ind w:left="360"/>
      </w:pPr>
      <w:r>
        <w:t xml:space="preserve">• </w:t>
      </w:r>
      <w:r>
        <w:rPr>
          <w:b w:val="0"/>
          <w:i w:val="0"/>
        </w:rPr>
        <w:t xml:space="preserve">Công thức </w:t>
      </w:r>
      <w:r>
        <w:rPr>
          <w:b w:val="0"/>
          <w:i/>
        </w:rPr>
        <w:t xml:space="preserve"> Đọc tệp CSV </w:t>
      </w:r>
      <w:r>
        <w:rPr>
          <w:b w:val="0"/>
          <w:i w:val="0"/>
        </w:rPr>
        <w:t xml:space="preserve"> trong </w:t>
      </w:r>
      <w:r>
        <w:rPr>
          <w:b w:val="0"/>
          <w:i/>
        </w:rPr>
        <w:t xml:space="preserve"> Chương 4 </w:t>
      </w:r>
      <w:r>
        <w:rPr>
          <w:b w:val="0"/>
          <w:i w:val="0"/>
        </w:rPr>
        <w:t xml:space="preserve"> , </w:t>
      </w:r>
      <w:r>
        <w:rPr>
          <w:b w:val="0"/>
          <w:i/>
        </w:rPr>
        <w:t xml:space="preserve"> Tìm kiếm và đọc tệp cục bộ </w:t>
      </w:r>
      <w:r>
        <w:rPr>
          <w:b w:val="0"/>
          <w:i w:val="0"/>
        </w:rPr>
        <w:t xml:space="preserve"> .</w:t>
      </w:r>
    </w:p>
    <w:p>
      <w:pPr>
        <w:spacing w:after="80"/>
        <w:ind w:left="360"/>
      </w:pPr>
      <w:r>
        <w:t xml:space="preserve">• </w:t>
      </w:r>
      <w:r>
        <w:rPr>
          <w:b w:val="0"/>
          <w:i w:val="0"/>
        </w:rPr>
        <w:t xml:space="preserve">Công thức </w:t>
      </w:r>
      <w:r>
        <w:rPr>
          <w:b w:val="0"/>
          <w:i/>
        </w:rPr>
        <w:t xml:space="preserve"> Chuẩn bị một tác vụ </w:t>
      </w:r>
      <w:r>
        <w:rPr>
          <w:b w:val="0"/>
          <w:i w:val="0"/>
        </w:rPr>
        <w:t xml:space="preserve"> trong </w:t>
      </w:r>
      <w:r>
        <w:rPr>
          <w:b w:val="0"/>
          <w:i/>
        </w:rPr>
        <w:t xml:space="preserve"> Chương 2 </w:t>
      </w:r>
      <w:r>
        <w:rPr>
          <w:b w:val="0"/>
          <w:i w:val="0"/>
        </w:rPr>
        <w:t xml:space="preserve"> , </w:t>
      </w:r>
      <w:r>
        <w:rPr>
          <w:b w:val="0"/>
          <w:i/>
        </w:rPr>
        <w:t xml:space="preserve"> Tự động hóa tác vụ thật dễ dàng </w:t>
      </w:r>
      <w:r>
        <w:rPr>
          <w:b w:val="0"/>
          <w:i w:val="0"/>
        </w:rPr>
        <w:t xml:space="preserve"> .</w:t>
      </w:r>
    </w:p>
    <w:p>
      <w:pPr>
        <w:pStyle w:val="Heading2"/>
      </w:pPr>
      <w:r>
        <w:rPr>
          <w:rFonts w:ascii="Calibri" w:hAnsi="Calibri"/>
          <w:b/>
          <w:i w:val="0"/>
          <w:sz w:val="32"/>
        </w:rPr>
        <w:t>Xử lý dữ liệu song song</w:t>
      </w:r>
    </w:p>
    <w:p>
      <w:pPr>
        <w:spacing w:after="80"/>
      </w:pPr>
      <w:r>
        <w:rPr>
          <w:b w:val="0"/>
          <w:i w:val="0"/>
        </w:rPr>
        <w:t>Xử lý được trình bày trong công thức trước hoạt động tốt, nhưng nó xử lý từng tệp một. Khi chúng ta có ít tệp thì điều này có thể ổn, nhưng khi có số lượng tệp khổng lồ cần xử lý thì cách này sẽ không hiệu quả. Với hầu hết việc xử lý tệp, chúng ta thường chỉ dùng một lõi CPU (CPU core), đây không phải là cách tốt nhất cho kiểu tác vụ xử lý tính toán nặng này. Thay vào đó, chúng ta có thể dùng nhiều CPU để xử lý nhiều phần dữ liệu cùng lúc.</w:t>
      </w:r>
    </w:p>
    <w:p>
      <w:pPr>
        <w:spacing w:after="80"/>
      </w:pPr>
      <w:r>
        <w:rPr>
          <w:b w:val="0"/>
          <w:i w:val="0"/>
        </w:rPr>
        <w:t>Trong công thức này, chúng ta sẽ xem cách xử lý các tệp song song, tận dụng tất cả các lõi của máy tính để tăng tốc quá trình và tăng đáng kể thông lượng (throughput).</w:t>
      </w:r>
    </w:p>
    <w:p>
      <w:pPr>
        <w:spacing w:after="80"/>
      </w:pPr>
      <w:r>
        <w:rPr>
          <w:b/>
          <w:i w:val="0"/>
        </w:rPr>
        <w:t>Mẹo</w:t>
      </w:r>
    </w:p>
    <w:p>
      <w:pPr>
        <w:spacing w:after="80"/>
      </w:pPr>
      <w:r>
        <w:rPr>
          <w:b w:val="0"/>
          <w:i w:val="0"/>
        </w:rPr>
        <w:t>Hãy nhớ lại điều chúng ta đã nói trong công thức trước về việc xử lý dữ liệu thành các phần nhỏ hơn? Trong trường hợp này, chúng ta sẽ chia dữ liệu theo vị trí.</w:t>
      </w:r>
    </w:p>
    <w:p>
      <w:pPr>
        <w:pStyle w:val="Heading3"/>
      </w:pPr>
      <w:r>
        <w:rPr>
          <w:rFonts w:ascii="Calibri" w:hAnsi="Calibri"/>
          <w:b/>
          <w:i w:val="0"/>
          <w:sz w:val="26"/>
        </w:rPr>
        <w:t>Chuẩn bị</w:t>
      </w:r>
    </w:p>
    <w:p>
      <w:pPr>
        <w:spacing w:after="80"/>
      </w:pPr>
      <w:r>
        <w:rPr>
          <w:b w:val="0"/>
          <w:i w:val="0"/>
        </w:rPr>
        <w:t>Chúng ta sẽ dùng tệp CSV thu được từ công thức trước, tệp này nhận và biến đổi log theo định dạng sau:</w:t>
      </w:r>
    </w:p>
    <w:p>
      <w:pPr>
        <w:spacing w:after="0"/>
        <w:ind w:left="360"/>
        <w:shd w:val="clear" w:color="auto" w:fill="F2F2F2"/>
      </w:pPr>
      <w:r>
        <w:rPr>
          <w:rFonts w:ascii="Consolas" w:hAnsi="Consolas"/>
          <w:sz w:val="18"/>
        </w:rPr>
        <w:t>[&lt;Timestamp&gt;] - SALE - PRODUCT: &lt;product id&gt; - PRICE: &lt;price&gt;</w:t>
      </w:r>
    </w:p>
    <w:p>
      <w:pPr>
        <w:spacing w:after="40"/>
      </w:pPr>
    </w:p>
    <w:p>
      <w:pPr>
        <w:spacing w:after="80"/>
      </w:pPr>
      <w:r>
        <w:rPr>
          <w:b w:val="0"/>
          <w:i w:val="0"/>
        </w:rPr>
        <w:t>Mỗi dòng sẽ đại diện cho một log bán hàng.</w:t>
      </w:r>
    </w:p>
    <w:p>
      <w:pPr>
        <w:spacing w:after="80"/>
      </w:pPr>
      <w:r>
        <w:rPr>
          <w:b w:val="0"/>
          <w:i w:val="0"/>
        </w:rPr>
        <w:t xml:space="preserve">Chúng ta sẽ dùng các mô-đun </w:t>
      </w:r>
      <w:r>
        <w:rPr>
          <w:rFonts w:ascii="Consolas" w:hAnsi="Consolas"/>
          <w:b w:val="0"/>
          <w:i w:val="0"/>
          <w:sz w:val="20"/>
        </w:rPr>
        <w:br/>
        <w:br/>
        <w:t xml:space="preserve">      parse</w:t>
        <w:br/>
        <w:t xml:space="preserve">     </w:t>
        <w:br/>
      </w:r>
      <w:r>
        <w:rPr>
          <w:b w:val="0"/>
          <w:i w:val="0"/>
        </w:rPr>
        <w:t xml:space="preserve"> và </w:t>
      </w:r>
      <w:r>
        <w:rPr>
          <w:rFonts w:ascii="Consolas" w:hAnsi="Consolas"/>
          <w:b w:val="0"/>
          <w:i w:val="0"/>
          <w:sz w:val="20"/>
        </w:rPr>
        <w:br/>
        <w:br/>
        <w:t xml:space="preserve">      pydantic</w:t>
        <w:br/>
        <w:t xml:space="preserve">     </w:t>
        <w:br/>
      </w:r>
      <w:r>
        <w:rPr>
          <w:b w:val="0"/>
          <w:i w:val="0"/>
        </w:rPr>
        <w:t xml:space="preserve">, cài đặt chúng bằng cách thêm vào tệp </w:t>
      </w:r>
      <w:r>
        <w:rPr>
          <w:rFonts w:ascii="Consolas" w:hAnsi="Consolas"/>
          <w:b w:val="0"/>
          <w:i w:val="0"/>
          <w:sz w:val="20"/>
        </w:rPr>
        <w:br/>
        <w:br/>
        <w:t xml:space="preserve">      requirements.txt</w:t>
        <w:br/>
        <w:t xml:space="preserve">     </w:t>
        <w:br/>
      </w:r>
      <w:r>
        <w:rPr>
          <w:b w:val="0"/>
          <w:i w:val="0"/>
        </w:rPr>
        <w:t xml:space="preserve"> của chúng ta như sau:</w:t>
      </w:r>
    </w:p>
    <w:p>
      <w:pPr>
        <w:spacing w:after="0"/>
        <w:ind w:left="360"/>
        <w:shd w:val="clear" w:color="auto" w:fill="F2F2F2"/>
      </w:pPr>
      <w:r>
        <w:rPr>
          <w:rFonts w:ascii="Consolas" w:hAnsi="Consolas"/>
          <w:sz w:val="18"/>
        </w:rPr>
        <w:t>$ echo "parse==1.20.2" &gt;&gt; requirements.txt</w:t>
      </w:r>
    </w:p>
    <w:p>
      <w:pPr>
        <w:spacing w:after="0"/>
        <w:ind w:left="360"/>
        <w:shd w:val="clear" w:color="auto" w:fill="F2F2F2"/>
      </w:pPr>
      <w:r>
        <w:rPr>
          <w:rFonts w:ascii="Consolas" w:hAnsi="Consolas"/>
          <w:sz w:val="18"/>
        </w:rPr>
        <w:t>$ echo "pydantic==2.12.5" &gt;&gt; requirements.txt</w:t>
      </w:r>
    </w:p>
    <w:p>
      <w:pPr>
        <w:spacing w:after="0"/>
        <w:ind w:left="360"/>
        <w:shd w:val="clear" w:color="auto" w:fill="F2F2F2"/>
      </w:pPr>
      <w:r>
        <w:rPr>
          <w:rFonts w:ascii="Consolas" w:hAnsi="Consolas"/>
          <w:sz w:val="18"/>
        </w:rPr>
        <w:t>$ uv pip install -r requirements.txt</w:t>
      </w:r>
    </w:p>
    <w:p>
      <w:pPr>
        <w:spacing w:after="40"/>
      </w:pPr>
    </w:p>
    <w:p>
      <w:pPr>
        <w:spacing w:after="80"/>
      </w:pPr>
      <w:r>
        <w:rPr>
          <w:b w:val="0"/>
          <w:i w:val="0"/>
        </w:rPr>
        <w:t>Kho GitHub chứa một số tệp log cần xử lý với cấu trúc như sau:</w:t>
      </w:r>
    </w:p>
    <w:p>
      <w:pPr>
        <w:spacing w:after="0"/>
        <w:ind w:left="360"/>
        <w:shd w:val="clear" w:color="auto" w:fill="F2F2F2"/>
      </w:pPr>
      <w:r>
        <w:rPr>
          <w:rFonts w:ascii="Consolas" w:hAnsi="Consolas"/>
          <w:sz w:val="18"/>
        </w:rPr>
        <w:t>sale_logs/</w:t>
      </w:r>
    </w:p>
    <w:p>
      <w:pPr>
        <w:spacing w:after="0"/>
        <w:ind w:left="360"/>
        <w:shd w:val="clear" w:color="auto" w:fill="F2F2F2"/>
      </w:pPr>
      <w:r>
        <w:rPr>
          <w:rFonts w:ascii="Consolas" w:hAnsi="Consolas"/>
          <w:sz w:val="18"/>
        </w:rPr>
        <w:t xml:space="preserve">  OH</w:t>
      </w:r>
    </w:p>
    <w:p>
      <w:pPr>
        <w:spacing w:after="0"/>
        <w:ind w:left="360"/>
        <w:shd w:val="clear" w:color="auto" w:fill="F2F2F2"/>
      </w:pPr>
      <w:r>
        <w:rPr>
          <w:rFonts w:ascii="Consolas" w:hAnsi="Consolas"/>
          <w:sz w:val="18"/>
        </w:rPr>
        <w:t xml:space="preserve">    logs.txt</w:t>
      </w:r>
    </w:p>
    <w:p>
      <w:pPr>
        <w:spacing w:after="0"/>
        <w:ind w:left="360"/>
        <w:shd w:val="clear" w:color="auto" w:fill="F2F2F2"/>
      </w:pPr>
      <w:r>
        <w:rPr>
          <w:rFonts w:ascii="Consolas" w:hAnsi="Consolas"/>
          <w:sz w:val="18"/>
        </w:rPr>
        <w:t xml:space="preserve">  ON</w:t>
      </w:r>
    </w:p>
    <w:p>
      <w:pPr>
        <w:spacing w:after="0"/>
        <w:ind w:left="360"/>
        <w:shd w:val="clear" w:color="auto" w:fill="F2F2F2"/>
      </w:pPr>
      <w:r>
        <w:rPr>
          <w:rFonts w:ascii="Consolas" w:hAnsi="Consolas"/>
          <w:sz w:val="18"/>
        </w:rPr>
        <w:t xml:space="preserve">    logs.txt</w:t>
      </w:r>
    </w:p>
    <w:p>
      <w:pPr>
        <w:spacing w:after="40"/>
      </w:pPr>
    </w:p>
    <w:p>
      <w:pPr>
        <w:spacing w:after="80"/>
      </w:pPr>
      <w:r>
        <w:rPr>
          <w:b w:val="0"/>
          <w:i w:val="0"/>
        </w:rPr>
        <w:t xml:space="preserve">Mã nguồn có thể tìm thấy trong kho GitHub, tại </w:t>
      </w:r>
      <w:r>
        <w:rPr>
          <w:rFonts w:ascii="Consolas" w:hAnsi="Consolas"/>
          <w:b w:val="0"/>
          <w:i w:val="0"/>
          <w:sz w:val="20"/>
        </w:rPr>
        <w:br/>
        <w:br/>
        <w:t xml:space="preserve">       https://github.com/PacktPublishing/Python-Automation-Cookbook-Third-Edition/tree/main/ch07</w:t>
        <w:br/>
        <w:t xml:space="preserve">      </w:t>
        <w:br/>
      </w:r>
      <w:r>
        <w:rPr>
          <w:b w:val="0"/>
          <w:i w:val="0"/>
        </w:rPr>
        <w:t xml:space="preserve"> .</w:t>
      </w:r>
    </w:p>
    <w:p>
      <w:pPr>
        <w:pStyle w:val="Heading3"/>
      </w:pPr>
      <w:r>
        <w:rPr>
          <w:rFonts w:ascii="Calibri" w:hAnsi="Calibri"/>
          <w:b/>
          <w:i w:val="0"/>
          <w:sz w:val="26"/>
        </w:rPr>
        <w:t>Cách thực hiện...</w:t>
      </w:r>
    </w:p>
    <w:p>
      <w:pPr>
        <w:spacing w:after="80"/>
        <w:ind w:left="360"/>
      </w:pPr>
      <w:r>
        <w:t xml:space="preserve">1. </w:t>
      </w:r>
      <w:r>
        <w:rPr>
          <w:b w:val="0"/>
          <w:i w:val="0"/>
        </w:rPr>
        <w:t xml:space="preserve">Nhập dữ liệu và biến đổi nó thành tệp CSV bằng script </w:t>
      </w:r>
      <w:r>
        <w:rPr>
          <w:rFonts w:ascii="Consolas" w:hAnsi="Consolas"/>
          <w:b w:val="0"/>
          <w:i w:val="0"/>
          <w:sz w:val="20"/>
        </w:rPr>
        <w:br/>
        <w:br/>
        <w:t xml:space="preserve">       logs_to_csv.py</w:t>
        <w:br/>
        <w:t xml:space="preserve">      </w:t>
        <w:br/>
      </w:r>
      <w:r>
        <w:rPr>
          <w:b w:val="0"/>
          <w:i w:val="0"/>
        </w:rPr>
        <w:t xml:space="preserve">. Script nhận vị trí làm đầu vào. Tạo các tệp cho cả log </w:t>
      </w:r>
      <w:r>
        <w:rPr>
          <w:rFonts w:ascii="Consolas" w:hAnsi="Consolas"/>
          <w:b w:val="0"/>
          <w:i w:val="0"/>
          <w:sz w:val="20"/>
        </w:rPr>
        <w:br/>
        <w:br/>
        <w:t xml:space="preserve">       OH</w:t>
        <w:br/>
        <w:t xml:space="preserve">      </w:t>
        <w:br/>
      </w:r>
      <w:r>
        <w:rPr>
          <w:b w:val="0"/>
          <w:i w:val="0"/>
        </w:rPr>
        <w:t xml:space="preserve"> và </w:t>
      </w:r>
      <w:r>
        <w:rPr>
          <w:rFonts w:ascii="Consolas" w:hAnsi="Consolas"/>
          <w:b w:val="0"/>
          <w:i w:val="0"/>
          <w:sz w:val="20"/>
        </w:rPr>
        <w:br/>
        <w:br/>
        <w:t xml:space="preserve">       OT</w:t>
        <w:br/>
        <w:t xml:space="preserve">      </w:t>
        <w:br/>
      </w:r>
      <w:r>
        <w:rPr>
          <w:b w:val="0"/>
          <w:i w:val="0"/>
        </w:rPr>
        <w:t>:</w:t>
      </w:r>
    </w:p>
    <w:p>
      <w:pPr>
        <w:spacing w:after="0"/>
        <w:ind w:left="360"/>
        <w:shd w:val="clear" w:color="auto" w:fill="F2F2F2"/>
      </w:pPr>
      <w:r>
        <w:rPr>
          <w:rFonts w:ascii="Consolas" w:hAnsi="Consolas"/>
          <w:sz w:val="18"/>
        </w:rPr>
        <w:t>$ uv run logs_to_csv.py sale_logs/OH/logs.txt output_1_OH.csv -l OH</w:t>
      </w:r>
    </w:p>
    <w:p>
      <w:pPr>
        <w:spacing w:after="0"/>
        <w:ind w:left="360"/>
        <w:shd w:val="clear" w:color="auto" w:fill="F2F2F2"/>
      </w:pPr>
      <w:r>
        <w:rPr>
          <w:rFonts w:ascii="Consolas" w:hAnsi="Consolas"/>
          <w:sz w:val="18"/>
        </w:rPr>
        <w:t>$ uv run logs_to_csv.py sale_logs/ON/logs.txt output_1_ON.csv -l ON</w:t>
      </w:r>
    </w:p>
    <w:p>
      <w:pPr>
        <w:spacing w:after="40"/>
      </w:pPr>
    </w:p>
    <w:p>
      <w:pPr>
        <w:spacing w:after="80"/>
        <w:ind w:left="360"/>
      </w:pPr>
      <w:r>
        <w:t xml:space="preserve">2. </w:t>
      </w:r>
      <w:r>
        <w:rPr>
          <w:b w:val="0"/>
          <w:i w:val="0"/>
        </w:rPr>
        <w:t xml:space="preserve">Xử lý cả hai tệp kết quả bằng script </w:t>
      </w:r>
      <w:r>
        <w:rPr>
          <w:rFonts w:ascii="Consolas" w:hAnsi="Consolas"/>
          <w:b w:val="0"/>
          <w:i w:val="0"/>
          <w:sz w:val="20"/>
        </w:rPr>
        <w:br/>
        <w:br/>
        <w:t xml:space="preserve">       location_price.py</w:t>
        <w:br/>
        <w:t xml:space="preserve">      </w:t>
        <w:br/>
      </w:r>
      <w:r>
        <w:rPr>
          <w:b w:val="0"/>
          <w:i w:val="0"/>
        </w:rPr>
        <w:t>:</w:t>
      </w:r>
    </w:p>
    <w:p>
      <w:pPr>
        <w:spacing w:after="0"/>
        <w:ind w:left="360"/>
        <w:shd w:val="clear" w:color="auto" w:fill="F2F2F2"/>
      </w:pPr>
      <w:r>
        <w:rPr>
          <w:rFonts w:ascii="Consolas" w:hAnsi="Consolas"/>
          <w:sz w:val="18"/>
        </w:rPr>
        <w:t>$ uv run location_price.py output_1_OH.csv output_2_OH.csv</w:t>
      </w:r>
    </w:p>
    <w:p>
      <w:pPr>
        <w:spacing w:after="0"/>
        <w:ind w:left="360"/>
        <w:shd w:val="clear" w:color="auto" w:fill="F2F2F2"/>
      </w:pPr>
      <w:r>
        <w:rPr>
          <w:rFonts w:ascii="Consolas" w:hAnsi="Consolas"/>
          <w:sz w:val="18"/>
        </w:rPr>
        <w:t>$ uv run location_price.py output_1_ON.csv output_2_ON.csv</w:t>
      </w:r>
    </w:p>
    <w:p>
      <w:pPr>
        <w:spacing w:after="40"/>
      </w:pPr>
    </w:p>
    <w:p>
      <w:pPr>
        <w:spacing w:after="80"/>
        <w:ind w:left="360"/>
      </w:pPr>
      <w:r>
        <w:t xml:space="preserve">3. </w:t>
      </w:r>
      <w:r>
        <w:rPr>
          <w:b w:val="0"/>
          <w:i w:val="0"/>
        </w:rPr>
        <w:t xml:space="preserve">Xử lý cả hai tệp bằng script </w:t>
      </w:r>
      <w:r>
        <w:rPr>
          <w:rFonts w:ascii="Consolas" w:hAnsi="Consolas"/>
          <w:b w:val="0"/>
          <w:i w:val="0"/>
          <w:sz w:val="20"/>
        </w:rPr>
        <w:br/>
        <w:br/>
        <w:t xml:space="preserve">       standard_date.py</w:t>
        <w:br/>
        <w:t xml:space="preserve">      </w:t>
        <w:br/>
      </w:r>
      <w:r>
        <w:rPr>
          <w:b w:val="0"/>
          <w:i w:val="0"/>
        </w:rPr>
        <w:t>:</w:t>
      </w:r>
    </w:p>
    <w:p>
      <w:pPr>
        <w:spacing w:after="0"/>
        <w:ind w:left="360"/>
        <w:shd w:val="clear" w:color="auto" w:fill="F2F2F2"/>
      </w:pPr>
      <w:r>
        <w:rPr>
          <w:rFonts w:ascii="Consolas" w:hAnsi="Consolas"/>
          <w:sz w:val="18"/>
        </w:rPr>
        <w:t>$ uv run standard_date.py output_2_OH.csv output_3_OH.csv</w:t>
      </w:r>
    </w:p>
    <w:p>
      <w:pPr>
        <w:spacing w:after="0"/>
        <w:ind w:left="360"/>
        <w:shd w:val="clear" w:color="auto" w:fill="F2F2F2"/>
      </w:pPr>
      <w:r>
        <w:rPr>
          <w:rFonts w:ascii="Consolas" w:hAnsi="Consolas"/>
          <w:sz w:val="18"/>
        </w:rPr>
        <w:t>$ uv run standard_date.py output_2_ON.csv output_3_ON.csv</w:t>
      </w:r>
    </w:p>
    <w:p>
      <w:pPr>
        <w:spacing w:after="40"/>
      </w:pPr>
    </w:p>
    <w:p>
      <w:pPr>
        <w:spacing w:after="80"/>
        <w:ind w:left="360"/>
      </w:pPr>
      <w:r>
        <w:t xml:space="preserve">4. </w:t>
      </w:r>
      <w:r>
        <w:rPr>
          <w:b w:val="0"/>
          <w:i w:val="0"/>
        </w:rPr>
        <w:t>Biến đổi kết quả thành JSON:</w:t>
      </w:r>
    </w:p>
    <w:p>
      <w:pPr>
        <w:spacing w:after="0"/>
        <w:ind w:left="360"/>
        <w:shd w:val="clear" w:color="auto" w:fill="F2F2F2"/>
      </w:pPr>
      <w:r>
        <w:rPr>
          <w:rFonts w:ascii="Consolas" w:hAnsi="Consolas"/>
          <w:sz w:val="18"/>
        </w:rPr>
        <w:t>$ uv run transform_into_json.py output_3_OH.csv output_4_OH.json</w:t>
      </w:r>
    </w:p>
    <w:p>
      <w:pPr>
        <w:spacing w:after="0"/>
        <w:ind w:left="360"/>
        <w:shd w:val="clear" w:color="auto" w:fill="F2F2F2"/>
      </w:pPr>
      <w:r>
        <w:rPr>
          <w:rFonts w:ascii="Consolas" w:hAnsi="Consolas"/>
          <w:sz w:val="18"/>
        </w:rPr>
        <w:t>$ uv run transform_into_json.py output_3_ON.csv output_4_ON.json</w:t>
      </w:r>
    </w:p>
    <w:p>
      <w:pPr>
        <w:spacing w:after="40"/>
      </w:pPr>
    </w:p>
    <w:p>
      <w:pPr>
        <w:spacing w:after="80"/>
        <w:ind w:left="360"/>
      </w:pPr>
      <w:r>
        <w:t xml:space="preserve">5. </w:t>
      </w:r>
      <w:r>
        <w:rPr>
          <w:b w:val="0"/>
          <w:i w:val="0"/>
        </w:rPr>
        <w:t xml:space="preserve">Xử lý tất cả các tệp trong một lần gọi </w:t>
      </w:r>
      <w:r>
        <w:rPr>
          <w:rFonts w:ascii="Consolas" w:hAnsi="Consolas"/>
          <w:b w:val="0"/>
          <w:i w:val="0"/>
          <w:sz w:val="20"/>
        </w:rPr>
        <w:br/>
        <w:br/>
        <w:t xml:space="preserve">       aggregate_by_location_parallel.py</w:t>
        <w:br/>
        <w:t xml:space="preserve">      </w:t>
        <w:br/>
      </w:r>
      <w:r>
        <w:rPr>
          <w:b w:val="0"/>
          <w:i w:val="0"/>
        </w:rPr>
        <w:t>, chỉ định các tệp cần xử lý:</w:t>
      </w:r>
    </w:p>
    <w:p>
      <w:pPr>
        <w:spacing w:after="0"/>
        <w:ind w:left="360"/>
        <w:shd w:val="clear" w:color="auto" w:fill="F2F2F2"/>
      </w:pPr>
      <w:r>
        <w:rPr>
          <w:rFonts w:ascii="Consolas" w:hAnsi="Consolas"/>
          <w:sz w:val="18"/>
        </w:rPr>
        <w:t>$ uv run aggregate_by_location_parallel.py "output_4_*.json"</w:t>
      </w:r>
    </w:p>
    <w:p>
      <w:pPr>
        <w:spacing w:after="0"/>
        <w:ind w:left="360"/>
        <w:shd w:val="clear" w:color="auto" w:fill="F2F2F2"/>
      </w:pPr>
      <w:r>
        <w:rPr>
          <w:rFonts w:ascii="Consolas" w:hAnsi="Consolas"/>
          <w:sz w:val="18"/>
        </w:rPr>
        <w:t>Processing output_4_ON.json</w:t>
      </w:r>
    </w:p>
    <w:p>
      <w:pPr>
        <w:spacing w:after="0"/>
        <w:ind w:left="360"/>
        <w:shd w:val="clear" w:color="auto" w:fill="F2F2F2"/>
      </w:pPr>
      <w:r>
        <w:rPr>
          <w:rFonts w:ascii="Consolas" w:hAnsi="Consolas"/>
          <w:sz w:val="18"/>
        </w:rPr>
        <w:t>Processing output_4_OH.json</w:t>
      </w:r>
    </w:p>
    <w:p>
      <w:pPr>
        <w:spacing w:after="0"/>
        <w:ind w:left="360"/>
        <w:shd w:val="clear" w:color="auto" w:fill="F2F2F2"/>
      </w:pPr>
      <w:r>
        <w:rPr>
          <w:rFonts w:ascii="Consolas" w:hAnsi="Consolas"/>
          <w:sz w:val="18"/>
        </w:rPr>
        <w:t>Done with output_4_ON.json =&gt; aggregate_ON.csv</w:t>
      </w:r>
    </w:p>
    <w:p>
      <w:pPr>
        <w:spacing w:after="0"/>
        <w:ind w:left="360"/>
        <w:shd w:val="clear" w:color="auto" w:fill="F2F2F2"/>
      </w:pPr>
      <w:r>
        <w:rPr>
          <w:rFonts w:ascii="Consolas" w:hAnsi="Consolas"/>
          <w:sz w:val="18"/>
        </w:rPr>
        <w:t>Done with output_4_OH.json =&gt; aggregate_OH.csv</w:t>
      </w:r>
    </w:p>
    <w:p>
      <w:pPr>
        <w:spacing w:after="40"/>
      </w:pPr>
    </w:p>
    <w:p>
      <w:pPr>
        <w:spacing w:after="80"/>
        <w:ind w:left="360"/>
      </w:pPr>
      <w:r>
        <w:t xml:space="preserve">6. </w:t>
      </w:r>
      <w:r>
        <w:rPr>
          <w:b w:val="0"/>
          <w:i w:val="0"/>
        </w:rPr>
        <w:t>Kiểm tra các tệp CSV kết quả trong một ứng dụng bảng tính. Trong các ảnh chụp màn hình sau, các tệp được hiển thị bằng LibreOffice:</w:t>
      </w:r>
    </w:p>
    <w:p>
      <w:pPr>
        <w:jc w:val="center"/>
      </w:pPr>
      <w:r>
        <w:drawing>
          <wp:inline xmlns:a="http://schemas.openxmlformats.org/drawingml/2006/main" xmlns:pic="http://schemas.openxmlformats.org/drawingml/2006/picture">
            <wp:extent cx="5486400" cy="3584139"/>
            <wp:docPr id="58" name="Picture 58"/>
            <wp:cNvGraphicFramePr>
              <a:graphicFrameLocks noChangeAspect="1"/>
            </wp:cNvGraphicFramePr>
            <a:graphic>
              <a:graphicData uri="http://schemas.openxmlformats.org/drawingml/2006/picture">
                <pic:pic>
                  <pic:nvPicPr>
                    <pic:cNvPr id="0" name="B36973_7_8.png"/>
                    <pic:cNvPicPr/>
                  </pic:nvPicPr>
                  <pic:blipFill>
                    <a:blip r:embed="rId62"/>
                    <a:stretch>
                      <a:fillRect/>
                    </a:stretch>
                  </pic:blipFill>
                  <pic:spPr>
                    <a:xfrm>
                      <a:off x="0" y="0"/>
                      <a:ext cx="5486400" cy="3584139"/>
                    </a:xfrm>
                    <a:prstGeom prst="rect"/>
                  </pic:spPr>
                </pic:pic>
              </a:graphicData>
            </a:graphic>
          </wp:inline>
        </w:drawing>
      </w:r>
    </w:p>
    <w:p>
      <w:pPr>
        <w:jc w:val="center"/>
      </w:pPr>
      <w:r>
        <w:drawing>
          <wp:inline xmlns:a="http://schemas.openxmlformats.org/drawingml/2006/main" xmlns:pic="http://schemas.openxmlformats.org/drawingml/2006/picture">
            <wp:extent cx="5486400" cy="3598470"/>
            <wp:docPr id="59" name="Picture 59"/>
            <wp:cNvGraphicFramePr>
              <a:graphicFrameLocks noChangeAspect="1"/>
            </wp:cNvGraphicFramePr>
            <a:graphic>
              <a:graphicData uri="http://schemas.openxmlformats.org/drawingml/2006/picture">
                <pic:pic>
                  <pic:nvPicPr>
                    <pic:cNvPr id="0" name="B36973_7_9.png"/>
                    <pic:cNvPicPr/>
                  </pic:nvPicPr>
                  <pic:blipFill>
                    <a:blip r:embed="rId63"/>
                    <a:stretch>
                      <a:fillRect/>
                    </a:stretch>
                  </pic:blipFill>
                  <pic:spPr>
                    <a:xfrm>
                      <a:off x="0" y="0"/>
                      <a:ext cx="5486400" cy="3598470"/>
                    </a:xfrm>
                    <a:prstGeom prst="rect"/>
                  </pic:spPr>
                </pic:pic>
              </a:graphicData>
            </a:graphic>
          </wp:inline>
        </w:drawing>
      </w:r>
    </w:p>
    <w:p>
      <w:pPr>
        <w:spacing w:after="160"/>
        <w:jc w:val="center"/>
      </w:pPr>
      <w:r>
        <w:rPr>
          <w:rFonts w:ascii="Calibri" w:hAnsi="Calibri"/>
          <w:b w:val="0"/>
          <w:i/>
          <w:sz w:val="19"/>
        </w:rPr>
        <w:t>Hình 7.5: Kết quả của công thức</w:t>
      </w:r>
    </w:p>
    <w:p>
      <w:pPr>
        <w:pStyle w:val="Heading3"/>
      </w:pPr>
      <w:r>
        <w:rPr>
          <w:rFonts w:ascii="Calibri" w:hAnsi="Calibri"/>
          <w:b/>
          <w:i w:val="0"/>
          <w:sz w:val="26"/>
        </w:rPr>
        <w:t>Cách hoạt động...</w:t>
      </w:r>
    </w:p>
    <w:p>
      <w:pPr>
        <w:spacing w:after="80"/>
      </w:pPr>
      <w:r>
        <w:rPr>
          <w:b w:val="0"/>
          <w:i w:val="0"/>
        </w:rPr>
        <w:t xml:space="preserve">Hãy cùng xem qua script </w:t>
      </w:r>
      <w:r>
        <w:rPr>
          <w:rFonts w:ascii="Consolas" w:hAnsi="Consolas"/>
          <w:b w:val="0"/>
          <w:i w:val="0"/>
          <w:sz w:val="20"/>
        </w:rPr>
        <w:br/>
        <w:br/>
        <w:t xml:space="preserve">      aggregate_by_location_parallel.py</w:t>
        <w:br/>
        <w:t xml:space="preserve">     </w:t>
        <w:br/>
      </w:r>
      <w:r>
        <w:rPr>
          <w:b w:val="0"/>
          <w:i w:val="0"/>
        </w:rPr>
        <w:t xml:space="preserve">, được dùng trong </w:t>
      </w:r>
      <w:r>
        <w:rPr>
          <w:b w:val="0"/>
          <w:i/>
        </w:rPr>
        <w:t xml:space="preserve"> bước </w:t>
      </w:r>
      <w:r>
        <w:rPr>
          <w:b w:val="0"/>
          <w:i w:val="0"/>
        </w:rPr>
        <w:t xml:space="preserve"> </w:t>
      </w:r>
      <w:r>
        <w:rPr>
          <w:b w:val="0"/>
          <w:i/>
        </w:rPr>
        <w:t xml:space="preserve"> 5 </w:t>
      </w:r>
      <w:r>
        <w:rPr>
          <w:b w:val="0"/>
          <w:i w:val="0"/>
        </w:rPr>
        <w:t>.</w:t>
      </w:r>
    </w:p>
    <w:p>
      <w:pPr>
        <w:spacing w:after="80"/>
      </w:pPr>
      <w:r>
        <w:rPr>
          <w:b w:val="0"/>
          <w:i w:val="0"/>
        </w:rPr>
        <w:t xml:space="preserve">Phần cuối của tệp script xử lý việc phân tích đối số, đã được mô tả chi tiết trong </w:t>
      </w:r>
      <w:r>
        <w:rPr>
          <w:b w:val="0"/>
          <w:i/>
        </w:rPr>
        <w:t xml:space="preserve"> Chương 2 </w:t>
      </w:r>
      <w:r>
        <w:rPr>
          <w:b w:val="0"/>
          <w:i w:val="0"/>
        </w:rPr>
        <w:t xml:space="preserve">, </w:t>
      </w:r>
      <w:r>
        <w:rPr>
          <w:b w:val="0"/>
          <w:i/>
        </w:rPr>
        <w:t xml:space="preserve"> Tự động hóa công việc trở nên dễ dàng </w:t>
      </w:r>
      <w:r>
        <w:rPr>
          <w:b w:val="0"/>
          <w:i w:val="0"/>
        </w:rPr>
        <w:t>.</w:t>
      </w:r>
    </w:p>
    <w:p>
      <w:pPr>
        <w:spacing w:after="80"/>
      </w:pPr>
      <w:r>
        <w:rPr>
          <w:b w:val="0"/>
          <w:i w:val="0"/>
        </w:rPr>
        <w:t xml:space="preserve">Hàm </w:t>
      </w:r>
      <w:r>
        <w:rPr>
          <w:rFonts w:ascii="Consolas" w:hAnsi="Consolas"/>
          <w:b w:val="0"/>
          <w:i w:val="0"/>
          <w:sz w:val="20"/>
        </w:rPr>
        <w:br/>
        <w:br/>
        <w:t xml:space="preserve">      main</w:t>
        <w:br/>
        <w:t xml:space="preserve">     </w:t>
        <w:br/>
      </w:r>
      <w:r>
        <w:rPr>
          <w:b w:val="0"/>
          <w:i w:val="0"/>
        </w:rPr>
        <w:t xml:space="preserve"> xác định các tệp đầu vào cần tổng hợp rồi xử lý chúng song song:</w:t>
      </w:r>
    </w:p>
    <w:p>
      <w:pPr>
        <w:spacing w:after="0"/>
        <w:ind w:left="360"/>
        <w:shd w:val="clear" w:color="auto" w:fill="F2F2F2"/>
      </w:pPr>
      <w:r>
        <w:rPr>
          <w:rFonts w:ascii="Consolas" w:hAnsi="Consolas"/>
          <w:sz w:val="18"/>
        </w:rPr>
        <w:t>def main(input_glob):</w:t>
      </w:r>
    </w:p>
    <w:p>
      <w:pPr>
        <w:spacing w:after="0"/>
        <w:ind w:left="360"/>
        <w:shd w:val="clear" w:color="auto" w:fill="F2F2F2"/>
      </w:pPr>
      <w:r>
        <w:rPr>
          <w:rFonts w:ascii="Consolas" w:hAnsi="Consolas"/>
          <w:sz w:val="18"/>
        </w:rPr>
        <w:t xml:space="preserve">    input_files = glob.glob(input_glob)</w:t>
      </w:r>
    </w:p>
    <w:p>
      <w:pPr>
        <w:spacing w:after="0"/>
        <w:ind w:left="360"/>
        <w:shd w:val="clear" w:color="auto" w:fill="F2F2F2"/>
      </w:pPr>
      <w:r>
        <w:rPr>
          <w:rFonts w:ascii="Consolas" w:hAnsi="Consolas"/>
          <w:sz w:val="18"/>
        </w:rPr>
        <w:t xml:space="preserve">    with concurrent.futures.ProcessPoolExecutor(max_workers=4) as executor:</w:t>
      </w:r>
    </w:p>
    <w:p>
      <w:pPr>
        <w:spacing w:after="0"/>
        <w:ind w:left="360"/>
        <w:shd w:val="clear" w:color="auto" w:fill="F2F2F2"/>
      </w:pPr>
      <w:r>
        <w:rPr>
          <w:rFonts w:ascii="Consolas" w:hAnsi="Consolas"/>
          <w:sz w:val="18"/>
        </w:rPr>
        <w:t xml:space="preserve">        futures = [executor.submit(aggregate_filename, filename)</w:t>
      </w:r>
    </w:p>
    <w:p>
      <w:pPr>
        <w:spacing w:after="0"/>
        <w:ind w:left="360"/>
        <w:shd w:val="clear" w:color="auto" w:fill="F2F2F2"/>
      </w:pPr>
      <w:r>
        <w:rPr>
          <w:rFonts w:ascii="Consolas" w:hAnsi="Consolas"/>
          <w:sz w:val="18"/>
        </w:rPr>
        <w:t xml:space="preserve">                   for filename in input_files]</w:t>
      </w:r>
    </w:p>
    <w:p>
      <w:pPr>
        <w:spacing w:after="0"/>
        <w:ind w:left="360"/>
        <w:shd w:val="clear" w:color="auto" w:fill="F2F2F2"/>
      </w:pPr>
      <w:r>
        <w:rPr>
          <w:rFonts w:ascii="Consolas" w:hAnsi="Consolas"/>
          <w:sz w:val="18"/>
        </w:rPr>
        <w:t xml:space="preserve">        concurrent.futures.wait(futures)</w:t>
      </w:r>
    </w:p>
    <w:p>
      <w:pPr>
        <w:spacing w:after="40"/>
      </w:pPr>
    </w:p>
    <w:p>
      <w:pPr>
        <w:spacing w:after="80"/>
      </w:pPr>
      <w:r>
        <w:rPr>
          <w:b w:val="0"/>
          <w:i w:val="0"/>
        </w:rPr>
        <w:t xml:space="preserve">Hàm này trước tiên dùng glob đầu vào để lọc các tệp liên quan và lưu chúng vào biến </w:t>
      </w:r>
      <w:r>
        <w:rPr>
          <w:rFonts w:ascii="Consolas" w:hAnsi="Consolas"/>
          <w:b w:val="0"/>
          <w:i w:val="0"/>
          <w:sz w:val="20"/>
        </w:rPr>
        <w:br/>
        <w:br/>
        <w:t xml:space="preserve">      input_files</w:t>
        <w:br/>
        <w:t xml:space="preserve">     </w:t>
        <w:br/>
      </w:r>
      <w:r>
        <w:rPr>
          <w:b w:val="0"/>
          <w:i w:val="0"/>
        </w:rPr>
        <w:t xml:space="preserve">. Việc này được thực hiện thông qua hàm </w:t>
      </w:r>
      <w:r>
        <w:rPr>
          <w:rFonts w:ascii="Consolas" w:hAnsi="Consolas"/>
          <w:b w:val="0"/>
          <w:i w:val="0"/>
          <w:sz w:val="20"/>
        </w:rPr>
        <w:br/>
        <w:br/>
        <w:t xml:space="preserve">      glob.glob</w:t>
        <w:br/>
        <w:t xml:space="preserve">     </w:t>
        <w:br/>
      </w:r>
      <w:r>
        <w:rPr>
          <w:b w:val="0"/>
          <w:i w:val="0"/>
        </w:rPr>
        <w:t>, hàm này trả về các tên tệp khớp với glob.</w:t>
      </w:r>
    </w:p>
    <w:p>
      <w:pPr>
        <w:spacing w:after="80"/>
      </w:pPr>
      <w:r>
        <w:rPr>
          <w:b/>
          <w:i w:val="0"/>
        </w:rPr>
        <w:t>Lưu ý</w:t>
      </w:r>
    </w:p>
    <w:p>
      <w:pPr>
        <w:spacing w:after="80"/>
      </w:pPr>
      <w:r>
        <w:rPr>
          <w:b w:val="0"/>
          <w:i w:val="0"/>
        </w:rPr>
        <w:t xml:space="preserve">Glob là các mẫu thường gặp để khớp nhóm tên tệp bằng ký tự đại diện, thường là </w:t>
      </w:r>
      <w:r>
        <w:rPr>
          <w:rFonts w:ascii="Consolas" w:hAnsi="Consolas"/>
          <w:b w:val="0"/>
          <w:i w:val="0"/>
          <w:sz w:val="20"/>
        </w:rPr>
        <w:br/>
        <w:br/>
        <w:t xml:space="preserve">       *</w:t>
        <w:br/>
        <w:t xml:space="preserve">      </w:t>
        <w:br/>
      </w:r>
      <w:r>
        <w:rPr>
          <w:b w:val="0"/>
          <w:i w:val="0"/>
        </w:rPr>
        <w:t xml:space="preserve">. Ví dụ, glob </w:t>
      </w:r>
      <w:r>
        <w:rPr>
          <w:rFonts w:ascii="Consolas" w:hAnsi="Consolas"/>
          <w:b w:val="0"/>
          <w:i w:val="0"/>
          <w:sz w:val="20"/>
        </w:rPr>
        <w:br/>
        <w:br/>
        <w:t xml:space="preserve">       *.txt</w:t>
        <w:br/>
        <w:t xml:space="preserve">      </w:t>
        <w:br/>
      </w:r>
      <w:r>
        <w:rPr>
          <w:b w:val="0"/>
          <w:i w:val="0"/>
        </w:rPr>
        <w:t xml:space="preserve"> sẽ khớp với bất kỳ tên tệp nào có phần mở rộng </w:t>
      </w:r>
      <w:r>
        <w:rPr>
          <w:rFonts w:ascii="Consolas" w:hAnsi="Consolas"/>
          <w:b w:val="0"/>
          <w:i w:val="0"/>
          <w:sz w:val="20"/>
        </w:rPr>
        <w:br/>
        <w:br/>
        <w:t xml:space="preserve">       txt</w:t>
        <w:br/>
        <w:t xml:space="preserve">      </w:t>
        <w:br/>
      </w:r>
      <w:r>
        <w:rPr>
          <w:b w:val="0"/>
          <w:i w:val="0"/>
        </w:rPr>
        <w:t>.</w:t>
      </w:r>
    </w:p>
    <w:p>
      <w:pPr>
        <w:spacing w:after="80"/>
      </w:pPr>
      <w:r>
        <w:rPr>
          <w:b w:val="0"/>
          <w:i w:val="0"/>
        </w:rPr>
        <w:t xml:space="preserve">Python bao gồm mô-đun glob như một phần của thư viện chuẩn. Bạn có thể xem tài liệu đầy đủ tại </w:t>
      </w:r>
      <w:r>
        <w:rPr>
          <w:rFonts w:ascii="Consolas" w:hAnsi="Consolas"/>
          <w:b w:val="0"/>
          <w:i w:val="0"/>
          <w:sz w:val="20"/>
        </w:rPr>
        <w:br/>
        <w:br/>
        <w:t xml:space="preserve">        https://docs.python.org/3/library/glob.html</w:t>
        <w:br/>
        <w:t xml:space="preserve">       </w:t>
        <w:br/>
      </w:r>
      <w:r>
        <w:rPr>
          <w:b w:val="0"/>
          <w:i w:val="0"/>
        </w:rPr>
        <w:t>.</w:t>
      </w:r>
    </w:p>
    <w:p>
      <w:pPr>
        <w:spacing w:after="80"/>
      </w:pPr>
      <w:r>
        <w:rPr>
          <w:b w:val="0"/>
          <w:i w:val="0"/>
        </w:rPr>
        <w:t>Mẫu glob mặc định tìm kiếm trong thư mục làm việc hiện tại. Hãy ghi nhớ điều này phòng trường hợp cần điều chỉnh.</w:t>
      </w:r>
    </w:p>
    <w:p>
      <w:pPr>
        <w:spacing w:after="80"/>
      </w:pPr>
      <w:r>
        <w:rPr>
          <w:b w:val="0"/>
          <w:i w:val="0"/>
        </w:rPr>
        <w:t xml:space="preserve">Bước tiếp theo là gọi bộ thực thi song song cho từng tệp tới hàm </w:t>
      </w:r>
      <w:r>
        <w:rPr>
          <w:rFonts w:ascii="Consolas" w:hAnsi="Consolas"/>
          <w:b w:val="0"/>
          <w:i w:val="0"/>
          <w:sz w:val="20"/>
        </w:rPr>
        <w:br/>
        <w:br/>
        <w:t xml:space="preserve">      aggregate_filename</w:t>
        <w:br/>
        <w:t xml:space="preserve">     </w:t>
        <w:br/>
      </w:r>
      <w:r>
        <w:rPr>
          <w:b w:val="0"/>
          <w:i w:val="0"/>
        </w:rPr>
        <w:t>. Chúng ta sẽ mô tả hàm này ngay sau đây, nhưng trước tiên hãy xem bộ thực thi:</w:t>
      </w:r>
    </w:p>
    <w:p>
      <w:pPr>
        <w:spacing w:after="0"/>
        <w:ind w:left="360"/>
        <w:shd w:val="clear" w:color="auto" w:fill="F2F2F2"/>
      </w:pPr>
      <w:r>
        <w:rPr>
          <w:rFonts w:ascii="Consolas" w:hAnsi="Consolas"/>
          <w:sz w:val="18"/>
        </w:rPr>
        <w:t xml:space="preserve"> with concurrent.futures.ProcessPoolExecutor(max_workers=4) as executor:</w:t>
      </w:r>
    </w:p>
    <w:p>
      <w:pPr>
        <w:spacing w:after="0"/>
        <w:ind w:left="360"/>
        <w:shd w:val="clear" w:color="auto" w:fill="F2F2F2"/>
      </w:pPr>
      <w:r>
        <w:rPr>
          <w:rFonts w:ascii="Consolas" w:hAnsi="Consolas"/>
          <w:sz w:val="18"/>
        </w:rPr>
        <w:t xml:space="preserve">        futures = [executor.submit(aggregate_filename, filename)</w:t>
      </w:r>
    </w:p>
    <w:p>
      <w:pPr>
        <w:spacing w:after="0"/>
        <w:ind w:left="360"/>
        <w:shd w:val="clear" w:color="auto" w:fill="F2F2F2"/>
      </w:pPr>
      <w:r>
        <w:rPr>
          <w:rFonts w:ascii="Consolas" w:hAnsi="Consolas"/>
          <w:sz w:val="18"/>
        </w:rPr>
        <w:t xml:space="preserve">                   for filename in input_files]</w:t>
      </w:r>
    </w:p>
    <w:p>
      <w:pPr>
        <w:spacing w:after="0"/>
        <w:ind w:left="360"/>
        <w:shd w:val="clear" w:color="auto" w:fill="F2F2F2"/>
      </w:pPr>
      <w:r>
        <w:rPr>
          <w:rFonts w:ascii="Consolas" w:hAnsi="Consolas"/>
          <w:sz w:val="18"/>
        </w:rPr>
        <w:t xml:space="preserve">        concurrent.futures.wait(futures)</w:t>
      </w:r>
    </w:p>
    <w:p>
      <w:pPr>
        <w:spacing w:after="40"/>
      </w:pPr>
    </w:p>
    <w:p>
      <w:pPr>
        <w:spacing w:after="80"/>
      </w:pPr>
      <w:r>
        <w:rPr>
          <w:b w:val="0"/>
          <w:i w:val="0"/>
        </w:rPr>
        <w:t xml:space="preserve">Đầu tiên, chúng ta định nghĩa bộ thực thi bằng câu lệnh </w:t>
      </w:r>
      <w:r>
        <w:rPr>
          <w:rFonts w:ascii="Consolas" w:hAnsi="Consolas"/>
          <w:b w:val="0"/>
          <w:i w:val="0"/>
          <w:sz w:val="20"/>
        </w:rPr>
        <w:br/>
        <w:br/>
        <w:t xml:space="preserve">      with</w:t>
        <w:br/>
        <w:t xml:space="preserve">     </w:t>
        <w:br/>
      </w:r>
      <w:r>
        <w:rPr>
          <w:b w:val="0"/>
          <w:i w:val="0"/>
        </w:rPr>
        <w:t xml:space="preserve"> và lời gọi </w:t>
      </w:r>
      <w:r>
        <w:rPr>
          <w:rFonts w:ascii="Consolas" w:hAnsi="Consolas"/>
          <w:b w:val="0"/>
          <w:i w:val="0"/>
          <w:sz w:val="20"/>
        </w:rPr>
        <w:br/>
        <w:br/>
        <w:t xml:space="preserve">      ProcessPoolExecutor</w:t>
        <w:br/>
        <w:t xml:space="preserve">     </w:t>
        <w:br/>
      </w:r>
      <w:r>
        <w:rPr>
          <w:b w:val="0"/>
          <w:i w:val="0"/>
        </w:rPr>
        <w:t xml:space="preserve">. </w:t>
      </w:r>
      <w:r>
        <w:rPr>
          <w:rFonts w:ascii="Consolas" w:hAnsi="Consolas"/>
          <w:b w:val="0"/>
          <w:i w:val="0"/>
          <w:sz w:val="20"/>
        </w:rPr>
        <w:br/>
        <w:br/>
        <w:t xml:space="preserve">      ProcessPoolExecutor</w:t>
        <w:br/>
        <w:t xml:space="preserve">     </w:t>
        <w:br/>
      </w:r>
      <w:r>
        <w:rPr>
          <w:b w:val="0"/>
          <w:i w:val="0"/>
        </w:rPr>
        <w:t xml:space="preserve"> tạo ra một số tiến trình worker sẽ chạy các lời gọi được gửi tới bộ thực thi ở chế độ nền.</w:t>
      </w:r>
    </w:p>
    <w:p>
      <w:pPr>
        <w:spacing w:after="80"/>
      </w:pPr>
      <w:r>
        <w:rPr>
          <w:b/>
          <w:i w:val="0"/>
        </w:rPr>
        <w:t>Mẹo</w:t>
      </w:r>
    </w:p>
    <w:p>
      <w:pPr>
        <w:spacing w:after="80"/>
      </w:pPr>
      <w:r>
        <w:rPr>
          <w:rFonts w:ascii="Consolas" w:hAnsi="Consolas"/>
          <w:b w:val="0"/>
          <w:i w:val="0"/>
          <w:sz w:val="20"/>
        </w:rPr>
        <w:br/>
        <w:br/>
        <w:t xml:space="preserve">       ProcessPoolExecutor</w:t>
        <w:br/>
        <w:t xml:space="preserve">      </w:t>
        <w:br/>
      </w:r>
      <w:r>
        <w:rPr>
          <w:b w:val="0"/>
          <w:i w:val="0"/>
        </w:rPr>
        <w:t xml:space="preserve"> sử dụng các tiến trình độc lập được tạo ở chế độ nền, thay vì luồng. Bạn cũng có thể dùng </w:t>
      </w:r>
      <w:r>
        <w:rPr>
          <w:rFonts w:ascii="Consolas" w:hAnsi="Consolas"/>
          <w:b w:val="0"/>
          <w:i w:val="0"/>
          <w:sz w:val="20"/>
        </w:rPr>
        <w:br/>
        <w:br/>
        <w:t xml:space="preserve">       ThreadPoolExecutor</w:t>
        <w:br/>
        <w:t xml:space="preserve">      </w:t>
        <w:br/>
      </w:r>
      <w:r>
        <w:rPr>
          <w:b w:val="0"/>
          <w:i w:val="0"/>
        </w:rPr>
        <w:t>.</w:t>
      </w:r>
    </w:p>
    <w:p>
      <w:pPr>
        <w:spacing w:after="80"/>
      </w:pPr>
      <w:r>
        <w:rPr>
          <w:b w:val="0"/>
          <w:i w:val="0"/>
        </w:rPr>
        <w:t>Do một số hạn chế phát sinh từ cách Python được cấu trúc nội bộ, việc dùng luồng không tối ưu cho các khối lượng công việc nặng về CPU, chẳng hạn như các phép toán số. Luồng phù hợp cho các thao tác I/O, bao gồm gọi API bên ngoài và đọc từ đĩa. Những hạn chế này đang được cải thiện trong các phiên bản Python sau này, điều này cho thấy nhiều hứa hẹn, nhưng nó vẫn chưa phải là trạng thái mặc định.</w:t>
      </w:r>
    </w:p>
    <w:p>
      <w:pPr>
        <w:spacing w:after="80"/>
      </w:pPr>
      <w:r>
        <w:rPr>
          <w:b w:val="0"/>
          <w:i w:val="0"/>
        </w:rPr>
        <w:t>Đối với khối lượng công việc đặc thù này vốn phụ thuộc vào việc xử lý số liệu, để đạt hiệu suất tối ưu thì số lượng tiến trình (và do đó là số lượng worker) nên bằng với số nhân (core) trong CPU đang dùng. Trong ví dụ này chúng ta dùng bốn, vì dù sao chúng ta cũng chỉ xử lý hai tệp. Mặc định thì Python sẽ tự động lấy theo số lượng CPU.</w:t>
      </w:r>
    </w:p>
    <w:p>
      <w:pPr>
        <w:spacing w:after="80"/>
      </w:pPr>
      <w:r>
        <w:rPr>
          <w:b w:val="0"/>
          <w:i w:val="0"/>
        </w:rPr>
        <w:t>Tất nhiên, giải pháp tốt nhất là dùng các mô-đun chuyên dụng như Pandas vốn được tối ưu cho công việc này. Chúng ta sẽ tìm hiểu thêm một chút về Pandas ở phần sau trong công thức tiếp theo.</w:t>
      </w:r>
    </w:p>
    <w:p>
      <w:pPr>
        <w:spacing w:after="80"/>
      </w:pPr>
      <w:r>
        <w:rPr>
          <w:b w:val="0"/>
          <w:i w:val="0"/>
        </w:rPr>
        <w:t xml:space="preserve">Bước tiếp theo là tạo một </w:t>
      </w:r>
      <w:r>
        <w:rPr>
          <w:rFonts w:ascii="Consolas" w:hAnsi="Consolas"/>
          <w:b w:val="0"/>
          <w:i w:val="0"/>
          <w:sz w:val="20"/>
        </w:rPr>
        <w:br/>
        <w:br/>
        <w:t xml:space="preserve">      future</w:t>
        <w:br/>
        <w:t xml:space="preserve">     </w:t>
        <w:br/>
      </w:r>
      <w:r>
        <w:rPr>
          <w:b w:val="0"/>
          <w:i w:val="0"/>
        </w:rPr>
        <w:t xml:space="preserve"> cho mỗi tên tệp. </w:t>
      </w:r>
      <w:r>
        <w:rPr>
          <w:rFonts w:ascii="Consolas" w:hAnsi="Consolas"/>
          <w:b w:val="0"/>
          <w:i w:val="0"/>
          <w:sz w:val="20"/>
        </w:rPr>
        <w:br/>
        <w:br/>
        <w:t xml:space="preserve">      future</w:t>
        <w:br/>
        <w:t xml:space="preserve">     </w:t>
        <w:br/>
      </w:r>
      <w:r>
        <w:rPr>
          <w:b w:val="0"/>
          <w:i w:val="0"/>
        </w:rPr>
        <w:t xml:space="preserve"> là một đối tượng tham chiếu đến lời gọi sẽ được executor thực thi ở chế độ nền. Khi hoàn tất, đối tượng </w:t>
      </w:r>
      <w:r>
        <w:rPr>
          <w:rFonts w:ascii="Consolas" w:hAnsi="Consolas"/>
          <w:b w:val="0"/>
          <w:i w:val="0"/>
          <w:sz w:val="20"/>
        </w:rPr>
        <w:br/>
        <w:br/>
        <w:t xml:space="preserve">      future</w:t>
        <w:br/>
        <w:t xml:space="preserve">     </w:t>
        <w:br/>
      </w:r>
      <w:r>
        <w:rPr>
          <w:b w:val="0"/>
          <w:i w:val="0"/>
        </w:rPr>
        <w:t xml:space="preserve"> sẽ lưu trữ kết quả.</w:t>
      </w:r>
    </w:p>
    <w:p>
      <w:pPr>
        <w:spacing w:after="80"/>
      </w:pPr>
      <w:r>
        <w:rPr>
          <w:b/>
          <w:i w:val="0"/>
        </w:rPr>
        <w:t>Mẹo</w:t>
      </w:r>
    </w:p>
    <w:p>
      <w:pPr>
        <w:spacing w:after="80"/>
      </w:pPr>
      <w:r>
        <w:rPr>
          <w:b w:val="0"/>
          <w:i w:val="0"/>
        </w:rPr>
        <w:t>Bạn có thể hình dung đối tượng future giống như tấm vé gửi xe cho dịch vụ rửa xe. Bạn giao nhiệm vụ, nhận lại một tấm vé, rồi đi làm việc khác. Khi xong việc, bạn đưa lại tấm vé. Nếu việc rửa xe đã xong, mà khả năng cao là đã xong, thì tuyệt vời. Nếu chưa, bạn sẽ phải chờ.</w:t>
      </w:r>
    </w:p>
    <w:p>
      <w:pPr>
        <w:spacing w:after="80"/>
      </w:pPr>
      <w:r>
        <w:rPr>
          <w:b w:val="0"/>
          <w:i w:val="0"/>
        </w:rPr>
        <w:t xml:space="preserve">Bước cuối cùng là chờ cho tất cả các </w:t>
      </w:r>
      <w:r>
        <w:rPr>
          <w:rFonts w:ascii="Consolas" w:hAnsi="Consolas"/>
          <w:b w:val="0"/>
          <w:i w:val="0"/>
          <w:sz w:val="20"/>
        </w:rPr>
        <w:br/>
        <w:br/>
        <w:t xml:space="preserve">      futures</w:t>
        <w:br/>
        <w:t xml:space="preserve">     </w:t>
        <w:br/>
      </w:r>
      <w:r>
        <w:rPr>
          <w:b w:val="0"/>
          <w:i w:val="0"/>
        </w:rPr>
        <w:t xml:space="preserve"> hoàn thành bằng cách gọi </w:t>
      </w:r>
      <w:r>
        <w:rPr>
          <w:rFonts w:ascii="Consolas" w:hAnsi="Consolas"/>
          <w:b w:val="0"/>
          <w:i w:val="0"/>
          <w:sz w:val="20"/>
        </w:rPr>
        <w:br/>
        <w:br/>
        <w:t xml:space="preserve">      concurrent.futures.wait</w:t>
        <w:br/>
        <w:t xml:space="preserve">     </w:t>
        <w:br/>
      </w:r>
      <w:r>
        <w:rPr>
          <w:b w:val="0"/>
          <w:i w:val="0"/>
        </w:rPr>
        <w:t xml:space="preserve"> . Lưu ý rằng không có kết quả nào được trả về khi thực thi </w:t>
      </w:r>
      <w:r>
        <w:rPr>
          <w:rFonts w:ascii="Consolas" w:hAnsi="Consolas"/>
          <w:b w:val="0"/>
          <w:i w:val="0"/>
          <w:sz w:val="20"/>
        </w:rPr>
        <w:br/>
        <w:br/>
        <w:t xml:space="preserve">      aggregate_filename</w:t>
        <w:br/>
        <w:t xml:space="preserve">     </w:t>
        <w:br/>
      </w:r>
      <w:r>
        <w:rPr>
          <w:b w:val="0"/>
          <w:i w:val="0"/>
        </w:rPr>
        <w:t xml:space="preserve"> , nên chúng ta không cần kiểm tra kết quả của bất kỳ </w:t>
      </w:r>
      <w:r>
        <w:rPr>
          <w:rFonts w:ascii="Consolas" w:hAnsi="Consolas"/>
          <w:b w:val="0"/>
          <w:i w:val="0"/>
          <w:sz w:val="20"/>
        </w:rPr>
        <w:br/>
        <w:br/>
        <w:t xml:space="preserve">      future</w:t>
        <w:br/>
        <w:t xml:space="preserve">     </w:t>
        <w:br/>
      </w:r>
      <w:r>
        <w:rPr>
          <w:b w:val="0"/>
          <w:i w:val="0"/>
        </w:rPr>
        <w:t xml:space="preserve"> nào.</w:t>
      </w:r>
    </w:p>
    <w:p>
      <w:pPr>
        <w:spacing w:after="80"/>
      </w:pPr>
      <w:r>
        <w:rPr>
          <w:b w:val="0"/>
          <w:i w:val="0"/>
        </w:rPr>
        <w:t xml:space="preserve">Chúng ta đã giới thiệu về futures và executors trong công thức </w:t>
      </w:r>
      <w:r>
        <w:rPr>
          <w:b w:val="0"/>
          <w:i/>
        </w:rPr>
        <w:t xml:space="preserve"> Tăng tốc thu thập dữ liệu web </w:t>
      </w:r>
      <w:r>
        <w:rPr>
          <w:b w:val="0"/>
          <w:i w:val="0"/>
        </w:rPr>
        <w:t xml:space="preserve"> ở </w:t>
      </w:r>
      <w:r>
        <w:rPr>
          <w:b w:val="0"/>
          <w:i/>
        </w:rPr>
        <w:t xml:space="preserve"> Chương </w:t>
      </w:r>
      <w:r>
        <w:rPr>
          <w:b w:val="0"/>
          <w:i w:val="0"/>
        </w:rPr>
        <w:t xml:space="preserve"> </w:t>
      </w:r>
      <w:r>
        <w:rPr>
          <w:b w:val="0"/>
          <w:i/>
        </w:rPr>
        <w:t xml:space="preserve"> </w:t>
      </w:r>
      <w:r>
        <w:rPr>
          <w:b w:val="0"/>
          <w:i w:val="0"/>
        </w:rPr>
        <w:t xml:space="preserve"> </w:t>
      </w:r>
      <w:r>
        <w:rPr>
          <w:b w:val="0"/>
          <w:i/>
        </w:rPr>
        <w:t xml:space="preserve"> 3 </w:t>
      </w:r>
      <w:r>
        <w:rPr>
          <w:b w:val="0"/>
          <w:i w:val="0"/>
        </w:rPr>
        <w:t xml:space="preserve"> , </w:t>
      </w:r>
      <w:r>
        <w:rPr>
          <w:b w:val="0"/>
          <w:i/>
        </w:rPr>
        <w:t xml:space="preserve"> Xây dựng ứng dụng thu thập dữ liệu web đầu tiên của bạn </w:t>
      </w:r>
      <w:r>
        <w:rPr>
          <w:b w:val="0"/>
          <w:i w:val="0"/>
        </w:rPr>
        <w:t xml:space="preserve"> . Trong công thức đó chúng ta đã dùng future dựa trên luồng (thread).</w:t>
      </w:r>
    </w:p>
    <w:p>
      <w:pPr>
        <w:spacing w:after="80"/>
      </w:pPr>
      <w:r>
        <w:rPr>
          <w:b w:val="0"/>
          <w:i w:val="0"/>
        </w:rPr>
        <w:t>Nhiệm vụ được thực thi bao bọc việc tổng hợp tệp. Hãy cùng xem qua:</w:t>
      </w:r>
    </w:p>
    <w:p>
      <w:pPr>
        <w:spacing w:after="0"/>
        <w:ind w:left="360"/>
        <w:shd w:val="clear" w:color="auto" w:fill="F2F2F2"/>
      </w:pPr>
      <w:r>
        <w:rPr>
          <w:rFonts w:ascii="Consolas" w:hAnsi="Consolas"/>
          <w:sz w:val="18"/>
        </w:rPr>
        <w:t>from aggregate_by_location import main as main_by_file</w:t>
      </w:r>
    </w:p>
    <w:p>
      <w:pPr>
        <w:spacing w:after="0"/>
        <w:ind w:left="360"/>
        <w:shd w:val="clear" w:color="auto" w:fill="F2F2F2"/>
      </w:pPr>
      <w:r>
        <w:rPr>
          <w:rFonts w:ascii="Consolas" w:hAnsi="Consolas"/>
          <w:sz w:val="18"/>
        </w:rPr>
        <w:t>def aggregate_filename(filename):</w:t>
      </w:r>
    </w:p>
    <w:p>
      <w:pPr>
        <w:spacing w:after="0"/>
        <w:ind w:left="360"/>
        <w:shd w:val="clear" w:color="auto" w:fill="F2F2F2"/>
      </w:pPr>
      <w:r>
        <w:rPr>
          <w:rFonts w:ascii="Consolas" w:hAnsi="Consolas"/>
          <w:sz w:val="18"/>
        </w:rPr>
        <w:t xml:space="preserve">    try:</w:t>
      </w:r>
    </w:p>
    <w:p>
      <w:pPr>
        <w:spacing w:after="0"/>
        <w:ind w:left="360"/>
        <w:shd w:val="clear" w:color="auto" w:fill="F2F2F2"/>
      </w:pPr>
      <w:r>
        <w:rPr>
          <w:rFonts w:ascii="Consolas" w:hAnsi="Consolas"/>
          <w:sz w:val="18"/>
        </w:rPr>
        <w:t xml:space="preserve">        print(f'Processing {filename}')</w:t>
      </w:r>
    </w:p>
    <w:p>
      <w:pPr>
        <w:spacing w:after="0"/>
        <w:ind w:left="360"/>
        <w:shd w:val="clear" w:color="auto" w:fill="F2F2F2"/>
      </w:pPr>
      <w:r>
        <w:rPr>
          <w:rFonts w:ascii="Consolas" w:hAnsi="Consolas"/>
          <w:sz w:val="18"/>
        </w:rPr>
        <w:t xml:space="preserve">        # Obtain the location</w:t>
      </w:r>
    </w:p>
    <w:p>
      <w:pPr>
        <w:spacing w:after="0"/>
        <w:ind w:left="360"/>
        <w:shd w:val="clear" w:color="auto" w:fill="F2F2F2"/>
      </w:pPr>
      <w:r>
        <w:rPr>
          <w:rFonts w:ascii="Consolas" w:hAnsi="Consolas"/>
          <w:sz w:val="18"/>
        </w:rPr>
        <w:t>match = re.match(r'output_\d_(.*)\.json', filename)</w:t>
      </w:r>
    </w:p>
    <w:p>
      <w:pPr>
        <w:spacing w:after="0"/>
        <w:ind w:left="360"/>
        <w:shd w:val="clear" w:color="auto" w:fill="F2F2F2"/>
      </w:pPr>
      <w:r>
        <w:rPr>
          <w:rFonts w:ascii="Consolas" w:hAnsi="Consolas"/>
          <w:sz w:val="18"/>
        </w:rPr>
        <w:t xml:space="preserve">        location = match.group(1)</w:t>
      </w:r>
    </w:p>
    <w:p>
      <w:pPr>
        <w:spacing w:after="0"/>
        <w:ind w:left="360"/>
        <w:shd w:val="clear" w:color="auto" w:fill="F2F2F2"/>
      </w:pPr>
      <w:r>
        <w:rPr>
          <w:rFonts w:ascii="Consolas" w:hAnsi="Consolas"/>
          <w:sz w:val="18"/>
        </w:rPr>
        <w:t xml:space="preserve">        output_file = f'aggregate_{location}.csv'</w:t>
      </w:r>
    </w:p>
    <w:p>
      <w:pPr>
        <w:spacing w:after="0"/>
        <w:ind w:left="360"/>
        <w:shd w:val="clear" w:color="auto" w:fill="F2F2F2"/>
      </w:pPr>
      <w:r>
        <w:rPr>
          <w:rFonts w:ascii="Consolas" w:hAnsi="Consolas"/>
          <w:sz w:val="18"/>
        </w:rPr>
        <w:t>with open(filename) as in_file, open(output_file, 'w') as out_file:</w:t>
      </w:r>
    </w:p>
    <w:p>
      <w:pPr>
        <w:spacing w:after="0"/>
        <w:ind w:left="360"/>
        <w:shd w:val="clear" w:color="auto" w:fill="F2F2F2"/>
      </w:pPr>
      <w:r>
        <w:rPr>
          <w:rFonts w:ascii="Consolas" w:hAnsi="Consolas"/>
          <w:sz w:val="18"/>
        </w:rPr>
        <w:t xml:space="preserve">            main_by_file(in_file, out_file)</w:t>
      </w:r>
    </w:p>
    <w:p>
      <w:pPr>
        <w:spacing w:after="0"/>
        <w:ind w:left="360"/>
        <w:shd w:val="clear" w:color="auto" w:fill="F2F2F2"/>
      </w:pPr>
      <w:r>
        <w:rPr>
          <w:rFonts w:ascii="Consolas" w:hAnsi="Consolas"/>
          <w:sz w:val="18"/>
        </w:rPr>
        <w:t xml:space="preserve">        print(f'Done with {filename} =&gt; {output_file}', flush=True)</w:t>
      </w:r>
    </w:p>
    <w:p>
      <w:pPr>
        <w:spacing w:after="0"/>
        <w:ind w:left="360"/>
        <w:shd w:val="clear" w:color="auto" w:fill="F2F2F2"/>
      </w:pPr>
      <w:r>
        <w:rPr>
          <w:rFonts w:ascii="Consolas" w:hAnsi="Consolas"/>
          <w:sz w:val="18"/>
        </w:rPr>
        <w:t xml:space="preserve">    except Exception as exc:</w:t>
      </w:r>
    </w:p>
    <w:p>
      <w:pPr>
        <w:spacing w:after="0"/>
        <w:ind w:left="360"/>
        <w:shd w:val="clear" w:color="auto" w:fill="F2F2F2"/>
      </w:pPr>
      <w:r>
        <w:rPr>
          <w:rFonts w:ascii="Consolas" w:hAnsi="Consolas"/>
          <w:sz w:val="18"/>
        </w:rPr>
        <w:t xml:space="preserve">        print(f'Unexpected exception {exc}')</w:t>
      </w:r>
    </w:p>
    <w:p>
      <w:pPr>
        <w:spacing w:after="40"/>
      </w:pPr>
    </w:p>
    <w:p>
      <w:pPr>
        <w:spacing w:after="80"/>
      </w:pPr>
      <w:r>
        <w:rPr>
          <w:b w:val="0"/>
          <w:i w:val="0"/>
        </w:rPr>
        <w:t xml:space="preserve">Cốt lõi của nó là một lời gọi đến </w:t>
      </w:r>
      <w:r>
        <w:rPr>
          <w:rFonts w:ascii="Consolas" w:hAnsi="Consolas"/>
          <w:b w:val="0"/>
          <w:i w:val="0"/>
          <w:sz w:val="20"/>
        </w:rPr>
        <w:br/>
        <w:br/>
        <w:t xml:space="preserve">      main_by_file</w:t>
        <w:br/>
        <w:t xml:space="preserve">     </w:t>
        <w:br/>
      </w:r>
      <w:r>
        <w:rPr>
          <w:b w:val="0"/>
          <w:i w:val="0"/>
        </w:rPr>
        <w:t xml:space="preserve"> . Phương thức này được import trực tiếp từ công thức </w:t>
      </w:r>
      <w:r>
        <w:rPr>
          <w:b w:val="0"/>
          <w:i/>
        </w:rPr>
        <w:t xml:space="preserve"> Tổng hợp kết quả </w:t>
      </w:r>
      <w:r>
        <w:rPr>
          <w:b w:val="0"/>
          <w:i w:val="0"/>
        </w:rPr>
        <w:t xml:space="preserve"> ở phần trước. Nó nhận một tệp đầu vào và tạo ra một tệp đầu ra. Các tệp này được mở với quyền đọc và ghi bằng câu lệnh </w:t>
      </w:r>
      <w:r>
        <w:rPr>
          <w:rFonts w:ascii="Consolas" w:hAnsi="Consolas"/>
          <w:b w:val="0"/>
          <w:i w:val="0"/>
          <w:sz w:val="20"/>
        </w:rPr>
        <w:br/>
        <w:br/>
        <w:t xml:space="preserve">      with</w:t>
        <w:br/>
        <w:t xml:space="preserve">     </w:t>
        <w:br/>
      </w:r>
      <w:r>
        <w:rPr>
          <w:b w:val="0"/>
          <w:i w:val="0"/>
        </w:rPr>
        <w:t xml:space="preserve"> .</w:t>
      </w:r>
    </w:p>
    <w:p>
      <w:pPr>
        <w:spacing w:after="80"/>
      </w:pPr>
      <w:r>
        <w:rPr>
          <w:b w:val="0"/>
          <w:i w:val="0"/>
        </w:rPr>
        <w:t xml:space="preserve">Tên các tệp được xác định trước. Tệp đầu vào là một tham số của hàm, nhưng tệp đầu ra được lấy từ nó. Nó dùng regex </w:t>
      </w:r>
      <w:r>
        <w:rPr>
          <w:rFonts w:ascii="Consolas" w:hAnsi="Consolas"/>
          <w:b w:val="0"/>
          <w:i w:val="0"/>
          <w:sz w:val="20"/>
        </w:rPr>
        <w:br/>
        <w:br/>
        <w:t xml:space="preserve">      output_\d_(.*)\.json</w:t>
        <w:br/>
        <w:t xml:space="preserve">     </w:t>
        <w:br/>
      </w:r>
      <w:r>
        <w:rPr>
          <w:b w:val="0"/>
          <w:i w:val="0"/>
        </w:rPr>
        <w:t xml:space="preserve"> để trích xuất vị trí từ tên tệp trong một nhóm khớp (match group):</w:t>
      </w:r>
    </w:p>
    <w:p>
      <w:pPr>
        <w:spacing w:after="0"/>
        <w:ind w:left="360"/>
        <w:shd w:val="clear" w:color="auto" w:fill="F2F2F2"/>
      </w:pPr>
      <w:r>
        <w:rPr>
          <w:rFonts w:ascii="Consolas" w:hAnsi="Consolas"/>
          <w:sz w:val="18"/>
        </w:rPr>
        <w:t xml:space="preserve"> match = re.match(r'output_\d_(.*)\.json', filename)</w:t>
      </w:r>
    </w:p>
    <w:p>
      <w:pPr>
        <w:spacing w:after="0"/>
        <w:ind w:left="360"/>
        <w:shd w:val="clear" w:color="auto" w:fill="F2F2F2"/>
      </w:pPr>
      <w:r>
        <w:rPr>
          <w:rFonts w:ascii="Consolas" w:hAnsi="Consolas"/>
          <w:sz w:val="18"/>
        </w:rPr>
        <w:t xml:space="preserve">        location = match.group(1)</w:t>
      </w:r>
    </w:p>
    <w:p>
      <w:pPr>
        <w:spacing w:after="0"/>
        <w:ind w:left="360"/>
        <w:shd w:val="clear" w:color="auto" w:fill="F2F2F2"/>
      </w:pPr>
      <w:r>
        <w:rPr>
          <w:rFonts w:ascii="Consolas" w:hAnsi="Consolas"/>
          <w:sz w:val="18"/>
        </w:rPr>
        <w:t xml:space="preserve">        output_file = f'aggregate_{location}.csv'</w:t>
      </w:r>
    </w:p>
    <w:p>
      <w:pPr>
        <w:spacing w:after="40"/>
      </w:pPr>
    </w:p>
    <w:p>
      <w:pPr>
        <w:spacing w:after="80"/>
      </w:pPr>
      <w:r>
        <w:rPr>
          <w:b w:val="0"/>
          <w:i w:val="0"/>
        </w:rPr>
        <w:t xml:space="preserve">Lưu ý rằng phần </w:t>
      </w:r>
      <w:r>
        <w:rPr>
          <w:rFonts w:ascii="Consolas" w:hAnsi="Consolas"/>
          <w:b w:val="0"/>
          <w:i w:val="0"/>
          <w:sz w:val="20"/>
        </w:rPr>
        <w:br/>
        <w:br/>
        <w:t xml:space="preserve">      \d</w:t>
        <w:br/>
        <w:t xml:space="preserve">     </w:t>
        <w:br/>
      </w:r>
      <w:r>
        <w:rPr>
          <w:b w:val="0"/>
          <w:i w:val="0"/>
        </w:rPr>
        <w:t xml:space="preserve"> trong regex khớp với một chữ số đơn, nhưng nó không được bắt thành một nhóm, vì nó không nằm trong dấu ngoặc.</w:t>
      </w:r>
    </w:p>
    <w:p>
      <w:pPr>
        <w:spacing w:after="80"/>
      </w:pPr>
      <w:r>
        <w:rPr>
          <w:b w:val="0"/>
          <w:i w:val="0"/>
        </w:rPr>
        <w:t>Tên tệp đầu vào và tệp đầu ra kết quả được in ra để phản hồi trong lúc chúng đang thực thi.</w:t>
      </w:r>
    </w:p>
    <w:p>
      <w:pPr>
        <w:spacing w:after="80"/>
      </w:pPr>
      <w:r>
        <w:rPr>
          <w:b w:val="0"/>
          <w:i w:val="0"/>
        </w:rPr>
        <w:t xml:space="preserve">Làm việc với regex đã được mô tả chi tiết hơn trong các công thức </w:t>
      </w:r>
      <w:r>
        <w:rPr>
          <w:b w:val="0"/>
          <w:i/>
        </w:rPr>
        <w:t xml:space="preserve"> Giới thiệu về biểu thức chính quy </w:t>
      </w:r>
      <w:r>
        <w:rPr>
          <w:b w:val="0"/>
          <w:i w:val="0"/>
        </w:rPr>
        <w:t xml:space="preserve"> và </w:t>
      </w:r>
      <w:r>
        <w:rPr>
          <w:b w:val="0"/>
          <w:i/>
        </w:rPr>
        <w:t xml:space="preserve"> Đi sâu hơn với biểu thức chính quy </w:t>
      </w:r>
      <w:r>
        <w:rPr>
          <w:b w:val="0"/>
          <w:i w:val="0"/>
        </w:rPr>
        <w:t xml:space="preserve"> ở </w:t>
      </w:r>
      <w:r>
        <w:rPr>
          <w:b w:val="0"/>
          <w:i/>
        </w:rPr>
        <w:t xml:space="preserve"> Chương 1 </w:t>
      </w:r>
      <w:r>
        <w:rPr>
          <w:b w:val="0"/>
          <w:i w:val="0"/>
        </w:rPr>
        <w:t xml:space="preserve"> , </w:t>
      </w:r>
      <w:r>
        <w:rPr>
          <w:b w:val="0"/>
          <w:i/>
        </w:rPr>
        <w:t xml:space="preserve"> Hãy bắt đầu hành trình tự động hóa của chúng ta </w:t>
      </w:r>
      <w:r>
        <w:rPr>
          <w:b w:val="0"/>
          <w:i w:val="0"/>
        </w:rPr>
        <w:t xml:space="preserve"> .</w:t>
      </w:r>
    </w:p>
    <w:p>
      <w:pPr>
        <w:spacing w:after="80"/>
      </w:pPr>
      <w:r>
        <w:rPr>
          <w:b w:val="0"/>
          <w:i w:val="0"/>
        </w:rPr>
        <w:t xml:space="preserve">Tệp kết quả giống với tệp được tạo ra trong công thức </w:t>
      </w:r>
      <w:r>
        <w:rPr>
          <w:b w:val="0"/>
          <w:i/>
        </w:rPr>
        <w:t xml:space="preserve"> Tổng hợp kết quả </w:t>
      </w:r>
      <w:r>
        <w:rPr>
          <w:b w:val="0"/>
          <w:i w:val="0"/>
        </w:rPr>
        <w:t xml:space="preserve"> trước đó, nhưng trong trường hợp này chúng ta xử lý các tệp song song, tối đa bốn tệp cùng lúc. Điều này tăng tốc quá trình một cách đáng kể.</w:t>
      </w:r>
    </w:p>
    <w:p>
      <w:pPr>
        <w:pStyle w:val="Heading3"/>
      </w:pPr>
      <w:r>
        <w:rPr>
          <w:rFonts w:ascii="Calibri" w:hAnsi="Calibri"/>
          <w:b/>
          <w:i w:val="0"/>
          <w:sz w:val="26"/>
        </w:rPr>
        <w:t>Còn nhiều điều nữa...</w:t>
      </w:r>
    </w:p>
    <w:p>
      <w:pPr>
        <w:spacing w:after="80"/>
      </w:pPr>
      <w:r>
        <w:rPr>
          <w:b w:val="0"/>
          <w:i w:val="0"/>
        </w:rPr>
        <w:t>Làm việc với các tác vụ song song có nhiều ưu điểm, nhưng cũng có một số điều cần lưu ý.</w:t>
      </w:r>
    </w:p>
    <w:p>
      <w:pPr>
        <w:spacing w:after="80"/>
      </w:pPr>
      <w:r>
        <w:rPr>
          <w:b w:val="0"/>
          <w:i w:val="0"/>
        </w:rPr>
        <w:t xml:space="preserve">Khi thực thi nhiều tác vụ, lỗi có thể phát sinh </w:t>
      </w:r>
      <w:r>
        <w:rPr>
          <w:rFonts w:ascii="Consolas" w:hAnsi="Consolas"/>
          <w:b w:val="0"/>
          <w:i w:val="0"/>
          <w:sz w:val="20"/>
        </w:rPr>
        <w:br/>
        <w:br/>
        <w:t xml:space="preserve">      Exceptions</w:t>
        <w:br/>
        <w:t xml:space="preserve">     </w:t>
        <w:br/>
      </w:r>
      <w:r>
        <w:rPr>
          <w:b w:val="0"/>
          <w:i w:val="0"/>
        </w:rPr>
        <w:t xml:space="preserve"> có thể cản trở việc thực thi toàn bộ script, giống như xảy ra với các lần chạy đơn tác vụ. Một lỗi trên một tệp duy nhất có thể dừng toàn bộ quá trình xử lý nếu không được quản lý đúng cách. Trong ví dụ của chúng ta, hàm </w:t>
      </w:r>
      <w:r>
        <w:rPr>
          <w:rFonts w:ascii="Consolas" w:hAnsi="Consolas"/>
          <w:b w:val="0"/>
          <w:i w:val="0"/>
          <w:sz w:val="20"/>
        </w:rPr>
        <w:br/>
        <w:br/>
        <w:t xml:space="preserve">      aggregate_filename</w:t>
        <w:br/>
        <w:t xml:space="preserve">     </w:t>
        <w:br/>
      </w:r>
      <w:r>
        <w:rPr>
          <w:b w:val="0"/>
          <w:i w:val="0"/>
        </w:rPr>
        <w:t xml:space="preserve"> chứa một khối </w:t>
      </w:r>
      <w:r>
        <w:rPr>
          <w:rFonts w:ascii="Consolas" w:hAnsi="Consolas"/>
          <w:b w:val="0"/>
          <w:i w:val="0"/>
          <w:sz w:val="20"/>
        </w:rPr>
        <w:br/>
        <w:br/>
        <w:t xml:space="preserve">      try/except</w:t>
        <w:br/>
        <w:t xml:space="preserve">     </w:t>
        <w:br/>
      </w:r>
      <w:r>
        <w:rPr>
          <w:b w:val="0"/>
          <w:i w:val="0"/>
        </w:rPr>
        <w:t xml:space="preserve"> sẽ bắt mọi vấn đề có thể xảy ra và ghi log lỗi. Các tệp còn lại sẽ tiếp tục, nhưng ít nhất lỗi có thể được nhận ra và sẽ không bị bỏ qua một cách âm thầm.</w:t>
      </w:r>
    </w:p>
    <w:p>
      <w:pPr>
        <w:spacing w:after="80"/>
      </w:pPr>
      <w:r>
        <w:rPr>
          <w:b/>
          <w:i w:val="0"/>
        </w:rPr>
        <w:t>Lưu ý</w:t>
      </w:r>
    </w:p>
    <w:p>
      <w:pPr>
        <w:spacing w:after="80"/>
      </w:pPr>
      <w:r>
        <w:rPr>
          <w:b w:val="0"/>
          <w:i w:val="0"/>
        </w:rPr>
        <w:t xml:space="preserve">Điều này thực ra là một phần của Zen of Python, có thể truy cập bằng cách gọi </w:t>
      </w:r>
      <w:r>
        <w:rPr>
          <w:rFonts w:ascii="Consolas" w:hAnsi="Consolas"/>
          <w:b w:val="0"/>
          <w:i w:val="0"/>
          <w:sz w:val="20"/>
        </w:rPr>
        <w:br/>
        <w:br/>
        <w:t xml:space="preserve">       import this</w:t>
        <w:br/>
        <w:t xml:space="preserve">      </w:t>
        <w:br/>
      </w:r>
      <w:r>
        <w:rPr>
          <w:b w:val="0"/>
          <w:i w:val="0"/>
        </w:rPr>
        <w:t xml:space="preserve"> .</w:t>
      </w:r>
    </w:p>
    <w:p>
      <w:pPr>
        <w:spacing w:after="80"/>
      </w:pPr>
      <w:r>
        <w:rPr>
          <w:b w:val="0"/>
          <w:i w:val="0"/>
        </w:rPr>
        <w:t>Lỗi không bao giờ được phép trôi qua một cách âm thầm.</w:t>
      </w:r>
    </w:p>
    <w:p>
      <w:pPr>
        <w:spacing w:after="80"/>
      </w:pPr>
      <w:r>
        <w:rPr>
          <w:b w:val="0"/>
          <w:i w:val="0"/>
        </w:rPr>
        <w:t>Trừ khi được im lặng một cách rõ ràng.</w:t>
      </w:r>
    </w:p>
    <w:p>
      <w:pPr>
        <w:spacing w:after="80"/>
      </w:pPr>
      <w:r>
        <w:rPr>
          <w:b w:val="0"/>
          <w:i w:val="0"/>
        </w:rPr>
        <w:t xml:space="preserve">Script cũng có thể bao gồm một kiểm tra bổ sung để xem liệu một tệp cụ thể đã được tạo chưa, sau khi xác định tên tệp đầu ra. Điều này có thể được kiểm tra bằng hàm </w:t>
      </w:r>
      <w:r>
        <w:rPr>
          <w:rFonts w:ascii="Consolas" w:hAnsi="Consolas"/>
          <w:b w:val="0"/>
          <w:i w:val="0"/>
          <w:sz w:val="20"/>
        </w:rPr>
        <w:br/>
        <w:br/>
        <w:t xml:space="preserve">      os.path.isfile</w:t>
        <w:br/>
        <w:t xml:space="preserve">     </w:t>
        <w:br/>
      </w:r>
      <w:r>
        <w:rPr>
          <w:b w:val="0"/>
          <w:i w:val="0"/>
        </w:rPr>
        <w:t xml:space="preserve"> :</w:t>
      </w:r>
    </w:p>
    <w:p>
      <w:pPr>
        <w:spacing w:after="0"/>
        <w:ind w:left="360"/>
        <w:shd w:val="clear" w:color="auto" w:fill="F2F2F2"/>
      </w:pPr>
      <w:r>
        <w:rPr>
          <w:rFonts w:ascii="Consolas" w:hAnsi="Consolas"/>
          <w:sz w:val="18"/>
        </w:rPr>
        <w:t>import os.path</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output_file = f'aggregate_{location}.csv'</w:t>
      </w:r>
    </w:p>
    <w:p>
      <w:pPr>
        <w:spacing w:after="0"/>
        <w:ind w:left="360"/>
        <w:shd w:val="clear" w:color="auto" w:fill="F2F2F2"/>
      </w:pPr>
      <w:r>
        <w:rPr>
          <w:rFonts w:ascii="Consolas" w:hAnsi="Consolas"/>
          <w:sz w:val="18"/>
        </w:rPr>
        <w:t>if os.path.isfile(output_file):</w:t>
      </w:r>
    </w:p>
    <w:p>
      <w:pPr>
        <w:spacing w:after="0"/>
        <w:ind w:left="360"/>
        <w:shd w:val="clear" w:color="auto" w:fill="F2F2F2"/>
      </w:pPr>
      <w:r>
        <w:rPr>
          <w:rFonts w:ascii="Consolas" w:hAnsi="Consolas"/>
          <w:sz w:val="18"/>
        </w:rPr>
        <w:t xml:space="preserve">    # File already exists, do not overwrite</w:t>
      </w:r>
    </w:p>
    <w:p>
      <w:pPr>
        <w:spacing w:after="0"/>
        <w:ind w:left="360"/>
        <w:shd w:val="clear" w:color="auto" w:fill="F2F2F2"/>
      </w:pPr>
      <w:r>
        <w:rPr>
          <w:rFonts w:ascii="Consolas" w:hAnsi="Consolas"/>
          <w:sz w:val="18"/>
        </w:rPr>
        <w:t>return</w:t>
      </w:r>
    </w:p>
    <w:p>
      <w:pPr>
        <w:spacing w:after="0"/>
        <w:ind w:left="360"/>
        <w:shd w:val="clear" w:color="auto" w:fill="F2F2F2"/>
      </w:pPr>
      <w:r>
        <w:rPr>
          <w:rFonts w:ascii="Consolas" w:hAnsi="Consolas"/>
          <w:sz w:val="18"/>
        </w:rPr>
        <w:t>with open(filename) as in_file ...</w:t>
      </w:r>
    </w:p>
    <w:p>
      <w:pPr>
        <w:spacing w:after="40"/>
      </w:pPr>
    </w:p>
    <w:p>
      <w:pPr>
        <w:spacing w:after="80"/>
      </w:pPr>
      <w:r>
        <w:rPr>
          <w:b w:val="0"/>
          <w:i w:val="0"/>
        </w:rPr>
        <w:t>Khi xử lý số lượng lớn tệp, việc lặp lại thực thi script mà không phải bắt đầu lại từ đầu là một lợi thế lớn. Một vấn đề phổ biến là xử lý một lượng dữ liệu khổng lồ, gặp lỗi khi quá trình xử lý đã hoàn thành 80%, rồi phải khởi động lại script từ đầu, làm lại toàn bộ công việc.</w:t>
      </w:r>
    </w:p>
    <w:p>
      <w:pPr>
        <w:spacing w:after="80"/>
      </w:pPr>
      <w:r>
        <w:rPr>
          <w:b w:val="0"/>
          <w:i w:val="0"/>
        </w:rPr>
        <w:t>Nếu có thể, hãy dành chút thời gian để lưu các kết quả từng phần vào đĩa hoặc các nơi lưu trữ khác, để chúng có thể được bỏ qua, từ đó tăng tốc quá trình xử lý.</w:t>
      </w:r>
    </w:p>
    <w:p>
      <w:pPr>
        <w:spacing w:after="80"/>
      </w:pPr>
      <w:r>
        <w:rPr>
          <w:b/>
          <w:i w:val="0"/>
        </w:rPr>
        <w:t>Mẹo</w:t>
      </w:r>
    </w:p>
    <w:p>
      <w:pPr>
        <w:spacing w:after="80"/>
      </w:pPr>
      <w:r>
        <w:rPr>
          <w:b w:val="0"/>
          <w:i w:val="0"/>
        </w:rPr>
        <w:t>Giữ tập dữ liệu làm việc nhỏ cho mục đích phát triển. Điều này sẽ cho phép bạn lặp lại nhanh chóng và hạn chế sự xao nhãng. Ngoài ra, hãy lưu dữ liệu đã xử lý trên đĩa.</w:t>
      </w:r>
    </w:p>
    <w:p>
      <w:pPr>
        <w:spacing w:after="80"/>
      </w:pPr>
      <w:r>
        <w:rPr>
          <w:b w:val="0"/>
          <w:i w:val="0"/>
        </w:rPr>
        <w:t>Một trong các câu lệnh print để tạo phản hồi thêm tham số flush:</w:t>
      </w:r>
    </w:p>
    <w:p>
      <w:pPr>
        <w:spacing w:after="0"/>
        <w:ind w:left="360"/>
        <w:shd w:val="clear" w:color="auto" w:fill="F2F2F2"/>
      </w:pPr>
      <w:r>
        <w:rPr>
          <w:rFonts w:ascii="Consolas" w:hAnsi="Consolas"/>
          <w:sz w:val="18"/>
        </w:rPr>
        <w:t>print(f'Done with {filename} =&gt; {output_file}', flush=True)</w:t>
      </w:r>
    </w:p>
    <w:p>
      <w:pPr>
        <w:spacing w:after="40"/>
      </w:pPr>
    </w:p>
    <w:p>
      <w:pPr>
        <w:spacing w:after="80"/>
      </w:pPr>
      <w:r>
        <w:rPr>
          <w:b w:val="0"/>
          <w:i w:val="0"/>
        </w:rPr>
        <w:t xml:space="preserve">Tham số flush sẽ dùng câu lệnh </w:t>
      </w:r>
      <w:r>
        <w:rPr>
          <w:rFonts w:ascii="Consolas" w:hAnsi="Consolas"/>
          <w:b w:val="0"/>
          <w:i w:val="0"/>
          <w:sz w:val="20"/>
        </w:rPr>
        <w:br/>
        <w:br/>
        <w:t xml:space="preserve">      print</w:t>
        <w:br/>
        <w:t xml:space="preserve">     </w:t>
        <w:br/>
      </w:r>
      <w:r>
        <w:rPr>
          <w:b w:val="0"/>
          <w:i w:val="0"/>
        </w:rPr>
        <w:t xml:space="preserve"> để hiển thị thông báo ngay lập tức. Nếu </w:t>
      </w:r>
      <w:r>
        <w:rPr>
          <w:rFonts w:ascii="Consolas" w:hAnsi="Consolas"/>
          <w:b w:val="0"/>
          <w:i w:val="0"/>
          <w:sz w:val="20"/>
        </w:rPr>
        <w:br/>
        <w:br/>
        <w:t xml:space="preserve">      flush</w:t>
        <w:br/>
        <w:t xml:space="preserve">     </w:t>
        <w:br/>
      </w:r>
      <w:r>
        <w:rPr>
          <w:b w:val="0"/>
          <w:i w:val="0"/>
        </w:rPr>
        <w:t xml:space="preserve"> không được đặt, hoặc nếu nó được đặt thành </w:t>
      </w:r>
      <w:r>
        <w:rPr>
          <w:rFonts w:ascii="Consolas" w:hAnsi="Consolas"/>
          <w:b w:val="0"/>
          <w:i w:val="0"/>
          <w:sz w:val="20"/>
        </w:rPr>
        <w:br/>
        <w:br/>
        <w:t xml:space="preserve">      False</w:t>
        <w:br/>
        <w:t xml:space="preserve">     </w:t>
        <w:br/>
      </w:r>
      <w:r>
        <w:rPr>
          <w:b w:val="0"/>
          <w:i w:val="0"/>
        </w:rPr>
        <w:t xml:space="preserve"> , thông báo sẽ không được in ngay lập tức trên màn hình, mà vào một bộ đệm trung gian. Bộ đệm sẽ được in khi hệ điều hành quyết định, thường là sau một dòng mới.</w:t>
      </w:r>
    </w:p>
    <w:p>
      <w:pPr>
        <w:spacing w:after="80"/>
      </w:pPr>
      <w:r>
        <w:rPr>
          <w:b w:val="0"/>
          <w:i w:val="0"/>
        </w:rPr>
        <w:t xml:space="preserve">Bộ đệm này có thể gây ra một độ trễ nhỏ từ lúc gọi </w:t>
      </w:r>
      <w:r>
        <w:rPr>
          <w:rFonts w:ascii="Consolas" w:hAnsi="Consolas"/>
          <w:b w:val="0"/>
          <w:i w:val="0"/>
          <w:sz w:val="20"/>
        </w:rPr>
        <w:br/>
        <w:br/>
        <w:t xml:space="preserve">      print</w:t>
        <w:br/>
        <w:t xml:space="preserve">     </w:t>
        <w:br/>
      </w:r>
      <w:r>
        <w:rPr>
          <w:b w:val="0"/>
          <w:i w:val="0"/>
        </w:rPr>
        <w:t xml:space="preserve"> đến lúc thông tin thực sự được hiển thị. Độ trễ đó có thể đáng chú ý trong một số trường hợp, chẳng hạn như ở tác vụ cuối cùng được thực thi. Trong trường hợp đó, bộ đệm print có thể giữ thông tin, nhưng chương trình thoát trước khi thông tin được in. Trong một chương trình đơn tác vụ, trước khi thoát, bộ đệm được in, nhưng điều đó không được đảm bảo trong các ứng dụng đa tác vụ.</w:t>
      </w:r>
    </w:p>
    <w:p>
      <w:pPr>
        <w:spacing w:after="80"/>
      </w:pPr>
      <w:r>
        <w:rPr>
          <w:b w:val="0"/>
          <w:i w:val="0"/>
        </w:rPr>
        <w:t>Tính chất song song của ứng dụng đa tác vụ cũng có thể có nghĩa là thứ tự các tệp được xử lý không nhất quán từ lần chạy này sang lần chạy tiếp theo. Để tránh các vấn đề, mỗi tác vụ nên độc lập với các tác vụ khác.</w:t>
      </w:r>
    </w:p>
    <w:p>
      <w:pPr>
        <w:spacing w:after="80"/>
      </w:pPr>
      <w:r>
        <w:rPr>
          <w:b w:val="0"/>
          <w:i w:val="0"/>
        </w:rPr>
        <w:t xml:space="preserve">Để tìm hiểu thêm về futures và executors, hãy xem tài liệu Python tại </w:t>
      </w:r>
      <w:r>
        <w:rPr>
          <w:rFonts w:ascii="Consolas" w:hAnsi="Consolas"/>
          <w:b w:val="0"/>
          <w:i w:val="0"/>
          <w:sz w:val="20"/>
        </w:rPr>
        <w:br/>
        <w:br/>
        <w:t xml:space="preserve">       https://docs.python.org/3/library/concurrent.futures.html</w:t>
        <w:br/>
        <w:t xml:space="preserve">      </w:t>
        <w:br/>
      </w:r>
      <w:r>
        <w:rPr>
          <w:b w:val="0"/>
          <w:i w:val="0"/>
        </w:rPr>
        <w:t xml:space="preserve"> .</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Tổng hợp kết quả </w:t>
      </w:r>
      <w:r>
        <w:rPr>
          <w:b w:val="0"/>
          <w:i w:val="0"/>
        </w:rPr>
        <w:t xml:space="preserve"> từ phần trước.</w:t>
      </w:r>
    </w:p>
    <w:p>
      <w:pPr>
        <w:spacing w:after="80"/>
        <w:ind w:left="360"/>
      </w:pPr>
      <w:r>
        <w:t xml:space="preserve">• </w:t>
      </w:r>
      <w:r>
        <w:rPr>
          <w:b w:val="0"/>
          <w:i w:val="0"/>
        </w:rPr>
        <w:t xml:space="preserve">Công thức </w:t>
      </w:r>
      <w:r>
        <w:rPr>
          <w:b w:val="0"/>
          <w:i/>
        </w:rPr>
        <w:t xml:space="preserve"> Đọc tệp CSV </w:t>
      </w:r>
      <w:r>
        <w:rPr>
          <w:b w:val="0"/>
          <w:i w:val="0"/>
        </w:rPr>
        <w:t xml:space="preserve"> trong </w:t>
      </w:r>
      <w:r>
        <w:rPr>
          <w:b w:val="0"/>
          <w:i/>
        </w:rPr>
        <w:t xml:space="preserve"> Chương 4 </w:t>
      </w:r>
      <w:r>
        <w:rPr>
          <w:b w:val="0"/>
          <w:i w:val="0"/>
        </w:rPr>
        <w:t xml:space="preserve"> , </w:t>
      </w:r>
      <w:r>
        <w:rPr>
          <w:b w:val="0"/>
          <w:i/>
        </w:rPr>
        <w:t xml:space="preserve"> Tìm kiếm và đọc tệp cục bộ </w:t>
      </w:r>
      <w:r>
        <w:rPr>
          <w:b w:val="0"/>
          <w:i w:val="0"/>
        </w:rPr>
        <w:t xml:space="preserve"> .</w:t>
      </w:r>
    </w:p>
    <w:p>
      <w:pPr>
        <w:spacing w:after="80"/>
        <w:ind w:left="360"/>
      </w:pPr>
      <w:r>
        <w:t xml:space="preserve">• </w:t>
      </w:r>
      <w:r>
        <w:rPr>
          <w:b w:val="0"/>
          <w:i w:val="0"/>
        </w:rPr>
        <w:t xml:space="preserve">Công thức </w:t>
      </w:r>
      <w:r>
        <w:rPr>
          <w:b w:val="0"/>
          <w:i/>
        </w:rPr>
        <w:t xml:space="preserve"> Chuẩn bị một tác vụ </w:t>
      </w:r>
      <w:r>
        <w:rPr>
          <w:b w:val="0"/>
          <w:i w:val="0"/>
        </w:rPr>
        <w:t xml:space="preserve"> trong </w:t>
      </w:r>
      <w:r>
        <w:rPr>
          <w:b w:val="0"/>
          <w:i/>
        </w:rPr>
        <w:t xml:space="preserve"> Chương 2 </w:t>
      </w:r>
      <w:r>
        <w:rPr>
          <w:b w:val="0"/>
          <w:i w:val="0"/>
        </w:rPr>
        <w:t xml:space="preserve"> , </w:t>
      </w:r>
      <w:r>
        <w:rPr>
          <w:b w:val="0"/>
          <w:i/>
        </w:rPr>
        <w:t xml:space="preserve"> Tự động hóa tác vụ thật dễ dàng </w:t>
      </w:r>
      <w:r>
        <w:rPr>
          <w:b w:val="0"/>
          <w:i w:val="0"/>
        </w:rPr>
        <w:t xml:space="preserve"> .</w:t>
      </w:r>
    </w:p>
    <w:p>
      <w:pPr>
        <w:spacing w:after="80"/>
        <w:ind w:left="360"/>
      </w:pPr>
      <w:r>
        <w:t xml:space="preserve">• </w:t>
      </w:r>
      <w:r>
        <w:rPr>
          <w:b w:val="0"/>
          <w:i w:val="0"/>
        </w:rPr>
        <w:t xml:space="preserve">Công thức </w:t>
      </w:r>
      <w:r>
        <w:rPr>
          <w:b w:val="0"/>
          <w:i/>
        </w:rPr>
        <w:t xml:space="preserve"> Tăng tốc thu thập dữ liệu web </w:t>
      </w:r>
      <w:r>
        <w:rPr>
          <w:b w:val="0"/>
          <w:i w:val="0"/>
        </w:rPr>
        <w:t xml:space="preserve"> trong </w:t>
      </w:r>
      <w:r>
        <w:rPr>
          <w:b w:val="0"/>
          <w:i/>
        </w:rPr>
        <w:t xml:space="preserve"> Chương 3 </w:t>
      </w:r>
      <w:r>
        <w:rPr>
          <w:b w:val="0"/>
          <w:i w:val="0"/>
        </w:rPr>
        <w:t xml:space="preserve"> , </w:t>
      </w:r>
      <w:r>
        <w:rPr>
          <w:b w:val="0"/>
          <w:i/>
        </w:rPr>
        <w:t xml:space="preserve"> Xây dựng ứng dụng thu thập dữ liệu web đầu tiên của bạn </w:t>
      </w:r>
      <w:r>
        <w:rPr>
          <w:b w:val="0"/>
          <w:i w:val="0"/>
        </w:rPr>
        <w:t xml:space="preserve"> .</w:t>
      </w:r>
    </w:p>
    <w:p>
      <w:pPr>
        <w:pStyle w:val="Heading2"/>
      </w:pPr>
      <w:r>
        <w:rPr>
          <w:rFonts w:ascii="Calibri" w:hAnsi="Calibri"/>
          <w:b/>
          <w:i w:val="0"/>
          <w:sz w:val="32"/>
        </w:rPr>
        <w:t>Xử lý dữ liệu với Pandas</w:t>
      </w:r>
    </w:p>
    <w:p>
      <w:pPr>
        <w:spacing w:after="80"/>
      </w:pPr>
      <w:r>
        <w:rPr>
          <w:b w:val="0"/>
          <w:i w:val="0"/>
        </w:rPr>
        <w:t xml:space="preserve">Với một số thao tác, các phép tính đơn giản là không đủ. Một số thao tác phức tạp có thể có những sắc thái trong cách chúng hoạt động, và/hoặc các vấn đề về độ chính xác do sử dụng một số kiểu dữ liệu nhất định. Ví dụ, việc tính phương sai thống kê của các số thực (float) có thể gây ra vấn đề về độ chính xác, như được mô tả trong bài viết này </w:t>
      </w:r>
      <w:r>
        <w:rPr>
          <w:rFonts w:ascii="Consolas" w:hAnsi="Consolas"/>
          <w:b w:val="0"/>
          <w:i w:val="0"/>
          <w:sz w:val="20"/>
        </w:rPr>
        <w:br/>
        <w:br/>
        <w:t xml:space="preserve">       https://leimao.github.io/blog/Compute-Variance-One-Pass-Naive-Algorithm/</w:t>
        <w:br/>
        <w:t xml:space="preserve">      </w:t>
        <w:br/>
      </w:r>
      <w:r>
        <w:rPr>
          <w:b w:val="0"/>
          <w:i w:val="0"/>
        </w:rPr>
        <w:t xml:space="preserve"> .</w:t>
      </w:r>
    </w:p>
    <w:p>
      <w:pPr>
        <w:spacing w:after="80"/>
      </w:pPr>
      <w:r>
        <w:rPr>
          <w:b/>
          <w:i w:val="0"/>
        </w:rPr>
        <w:t>Lưu ý</w:t>
      </w:r>
    </w:p>
    <w:p>
      <w:pPr>
        <w:spacing w:after="80"/>
      </w:pPr>
      <w:r>
        <w:rPr>
          <w:b w:val="0"/>
          <w:i w:val="0"/>
        </w:rPr>
        <w:t>Python cho phép chúng ta sử dụng các số nguyên lớn tùy ý một cách tự động, nhưng số thực (float) lại gặp thách thức về độ chính xác. Việc điều chỉnh mã để xử lý các số lớn có thể là một thách thức. Các con số trong máy tính có những giới hạn như độ chính xác hữu hạn hoặc phạm vi hạn chế mà trong đó chúng chính xác. Những giới hạn này có thể không rõ ràng ngay từ cái nhìn đầu tiên.</w:t>
      </w:r>
    </w:p>
    <w:p>
      <w:pPr>
        <w:spacing w:after="80"/>
      </w:pPr>
      <w:r>
        <w:rPr>
          <w:b w:val="0"/>
          <w:i w:val="0"/>
        </w:rPr>
        <w:t>Hơn nữa, Python thuần được biết đến là không có hiệu năng tính toán số đáng kinh ngạc. Các phép toán phức tạp sẽ mất nhiều thời gian hơn khi so sánh với một ngôn ngữ biên dịch như C++ hay thậm chí Java.</w:t>
      </w:r>
    </w:p>
    <w:p>
      <w:pPr>
        <w:spacing w:after="80"/>
      </w:pPr>
      <w:r>
        <w:rPr>
          <w:b w:val="0"/>
          <w:i w:val="0"/>
        </w:rPr>
        <w:t>Đó là lý do tại sao việc sử dụng một thư viện chuyên dụng có thể giúp ích rất nhiều. Chúng xử lý nhiều sự phức tạp liên quan đến việc xử lý dữ liệu, và mang lại hiệu năng tốt hơn nhờ được tối ưu hóa cao.</w:t>
      </w:r>
    </w:p>
    <w:p>
      <w:pPr>
        <w:spacing w:after="80"/>
      </w:pPr>
      <w:r>
        <w:rPr>
          <w:b w:val="0"/>
          <w:i w:val="0"/>
        </w:rPr>
        <w:t>Trong công thức này, chúng ta sẽ xem cách xử lý tệp bằng Pandas, một thư viện phân tích dữ liệu dễ sử dụng cho Python được cộng đồng khoa học sử dụng rộng rãi. Liên quan đến ví dụ ban đầu, Pandas có hỗ trợ gốc để tính phương sai.</w:t>
      </w:r>
    </w:p>
    <w:p>
      <w:pPr>
        <w:spacing w:after="80"/>
      </w:pPr>
      <w:r>
        <w:rPr>
          <w:b/>
          <w:i w:val="0"/>
        </w:rPr>
        <w:t>Lưu ý</w:t>
      </w:r>
    </w:p>
    <w:p>
      <w:pPr>
        <w:spacing w:after="80"/>
      </w:pPr>
      <w:r>
        <w:rPr>
          <w:b w:val="0"/>
          <w:i w:val="0"/>
        </w:rPr>
        <w:t xml:space="preserve">Lưu ý rằng </w:t>
      </w:r>
      <w:r>
        <w:rPr>
          <w:rFonts w:ascii="Consolas" w:hAnsi="Consolas"/>
          <w:b w:val="0"/>
          <w:i w:val="0"/>
          <w:sz w:val="20"/>
        </w:rPr>
        <w:br/>
        <w:br/>
        <w:t xml:space="preserve">       pandas</w:t>
        <w:br/>
        <w:t xml:space="preserve">      </w:t>
        <w:br/>
      </w:r>
      <w:r>
        <w:rPr>
          <w:b w:val="0"/>
          <w:i w:val="0"/>
        </w:rPr>
        <w:t xml:space="preserve"> gần đây, vào thời điểm viết cuốn sách này, đã phát hành một phiên bản chính mới với </w:t>
      </w:r>
      <w:r>
        <w:rPr>
          <w:rFonts w:ascii="Consolas" w:hAnsi="Consolas"/>
          <w:b w:val="0"/>
          <w:i w:val="0"/>
          <w:sz w:val="20"/>
        </w:rPr>
        <w:br/>
        <w:br/>
        <w:t xml:space="preserve">       pandas</w:t>
        <w:br/>
        <w:t xml:space="preserve">      </w:t>
        <w:br/>
      </w:r>
      <w:r>
        <w:rPr>
          <w:b w:val="0"/>
          <w:i w:val="0"/>
        </w:rPr>
        <w:t xml:space="preserve"> 3. Điều này có một số thay đổi không tương thích ngược, nếu bạn đang nâng cấp mã cũ, hãy kiểm tra tài liệu chính thức https://pandas.pydata.org/community/blog/pandas-3.0.html</w:t>
      </w:r>
    </w:p>
    <w:p>
      <w:pPr>
        <w:pStyle w:val="Heading3"/>
      </w:pPr>
      <w:r>
        <w:rPr>
          <w:rFonts w:ascii="Calibri" w:hAnsi="Calibri"/>
          <w:b/>
          <w:i w:val="0"/>
          <w:sz w:val="26"/>
        </w:rPr>
        <w:t>Chuẩn bị</w:t>
      </w:r>
    </w:p>
    <w:p>
      <w:pPr>
        <w:spacing w:after="80"/>
      </w:pPr>
      <w:r>
        <w:rPr>
          <w:b w:val="0"/>
          <w:i w:val="0"/>
        </w:rPr>
        <w:t>Chúng ta sẽ sử dụng tệp CSV thu được từ công thức trước đó, tệp này nhận và biến đổi nhật ký (log) theo định dạng sau:</w:t>
      </w:r>
    </w:p>
    <w:p>
      <w:pPr>
        <w:spacing w:after="0"/>
        <w:ind w:left="360"/>
        <w:shd w:val="clear" w:color="auto" w:fill="F2F2F2"/>
      </w:pPr>
      <w:r>
        <w:rPr>
          <w:rFonts w:ascii="Consolas" w:hAnsi="Consolas"/>
          <w:sz w:val="18"/>
        </w:rPr>
        <w:t>[&lt;Timestamp&gt;] - SALE - PRODUCT: &lt;product id&gt; - PRICE: &lt;price&gt;</w:t>
      </w:r>
    </w:p>
    <w:p>
      <w:pPr>
        <w:spacing w:after="40"/>
      </w:pPr>
    </w:p>
    <w:p>
      <w:pPr>
        <w:spacing w:after="80"/>
      </w:pPr>
      <w:r>
        <w:rPr>
          <w:b w:val="0"/>
          <w:i w:val="0"/>
        </w:rPr>
        <w:t>Mỗi dòng sẽ đại diện cho một nhật ký bán hàng.</w:t>
      </w:r>
    </w:p>
    <w:p>
      <w:pPr>
        <w:spacing w:after="80"/>
      </w:pPr>
      <w:r>
        <w:rPr>
          <w:b w:val="0"/>
          <w:i w:val="0"/>
        </w:rPr>
        <w:t xml:space="preserve">Ngoài các mô-đun </w:t>
      </w:r>
      <w:r>
        <w:rPr>
          <w:rFonts w:ascii="Consolas" w:hAnsi="Consolas"/>
          <w:b w:val="0"/>
          <w:i w:val="0"/>
          <w:sz w:val="20"/>
        </w:rPr>
        <w:br/>
        <w:br/>
        <w:t xml:space="preserve">      parse</w:t>
        <w:br/>
        <w:t xml:space="preserve">     </w:t>
        <w:br/>
      </w:r>
      <w:r>
        <w:rPr>
          <w:b w:val="0"/>
          <w:i w:val="0"/>
        </w:rPr>
        <w:t xml:space="preserve"> và </w:t>
      </w:r>
      <w:r>
        <w:rPr>
          <w:rFonts w:ascii="Consolas" w:hAnsi="Consolas"/>
          <w:b w:val="0"/>
          <w:i w:val="0"/>
          <w:sz w:val="20"/>
        </w:rPr>
        <w:br/>
        <w:br/>
        <w:t xml:space="preserve">      pydantic</w:t>
        <w:br/>
        <w:t xml:space="preserve">     </w:t>
        <w:br/>
      </w:r>
      <w:r>
        <w:rPr>
          <w:b w:val="0"/>
          <w:i w:val="0"/>
        </w:rPr>
        <w:t xml:space="preserve">, chúng ta sẽ dùng </w:t>
      </w:r>
      <w:r>
        <w:rPr>
          <w:rFonts w:ascii="Consolas" w:hAnsi="Consolas"/>
          <w:b w:val="0"/>
          <w:i w:val="0"/>
          <w:sz w:val="20"/>
        </w:rPr>
        <w:br/>
        <w:br/>
        <w:t xml:space="preserve">      pandas</w:t>
        <w:br/>
        <w:t xml:space="preserve">     </w:t>
        <w:br/>
      </w:r>
      <w:r>
        <w:rPr>
          <w:b w:val="0"/>
          <w:i w:val="0"/>
        </w:rPr>
        <w:t xml:space="preserve">. Cài đặt các mô-đun bằng cách thêm chúng vào </w:t>
      </w:r>
      <w:r>
        <w:rPr>
          <w:rFonts w:ascii="Consolas" w:hAnsi="Consolas"/>
          <w:b w:val="0"/>
          <w:i w:val="0"/>
          <w:sz w:val="20"/>
        </w:rPr>
        <w:br/>
        <w:br/>
        <w:t xml:space="preserve">      requirements.txt</w:t>
        <w:br/>
        <w:t xml:space="preserve">     </w:t>
        <w:br/>
      </w:r>
      <w:r>
        <w:rPr>
          <w:b w:val="0"/>
          <w:i w:val="0"/>
        </w:rPr>
        <w:t xml:space="preserve"> như sau:</w:t>
      </w:r>
    </w:p>
    <w:p>
      <w:pPr>
        <w:spacing w:after="0"/>
        <w:ind w:left="360"/>
        <w:shd w:val="clear" w:color="auto" w:fill="F2F2F2"/>
      </w:pPr>
      <w:r>
        <w:rPr>
          <w:rFonts w:ascii="Consolas" w:hAnsi="Consolas"/>
          <w:sz w:val="18"/>
        </w:rPr>
        <w:t>$ echo "parse==1.20.2" &gt;&gt; requirements.txt</w:t>
      </w:r>
    </w:p>
    <w:p>
      <w:pPr>
        <w:spacing w:after="0"/>
        <w:ind w:left="360"/>
        <w:shd w:val="clear" w:color="auto" w:fill="F2F2F2"/>
      </w:pPr>
      <w:r>
        <w:rPr>
          <w:rFonts w:ascii="Consolas" w:hAnsi="Consolas"/>
          <w:sz w:val="18"/>
        </w:rPr>
        <w:t>$ echo "pydantic==2.12.5" &gt;&gt; requirements.txt</w:t>
      </w:r>
    </w:p>
    <w:p>
      <w:pPr>
        <w:spacing w:after="0"/>
        <w:ind w:left="360"/>
        <w:shd w:val="clear" w:color="auto" w:fill="F2F2F2"/>
      </w:pPr>
      <w:r>
        <w:rPr>
          <w:rFonts w:ascii="Consolas" w:hAnsi="Consolas"/>
          <w:sz w:val="18"/>
        </w:rPr>
        <w:t>$ echo "pandas==3.0.0" &gt;&gt; requirements.txt</w:t>
      </w:r>
    </w:p>
    <w:p>
      <w:pPr>
        <w:spacing w:after="0"/>
        <w:ind w:left="360"/>
        <w:shd w:val="clear" w:color="auto" w:fill="F2F2F2"/>
      </w:pPr>
      <w:r>
        <w:rPr>
          <w:rFonts w:ascii="Consolas" w:hAnsi="Consolas"/>
          <w:sz w:val="18"/>
        </w:rPr>
        <w:t>$ uv pip install -r requirements.txt</w:t>
      </w:r>
    </w:p>
    <w:p>
      <w:pPr>
        <w:spacing w:after="40"/>
      </w:pPr>
    </w:p>
    <w:p>
      <w:pPr>
        <w:spacing w:after="80"/>
      </w:pPr>
      <w:r>
        <w:rPr>
          <w:b w:val="0"/>
          <w:i w:val="0"/>
        </w:rPr>
        <w:t>Kho lưu trữ GitHub chứa một số tệp log cần xử lý với cấu trúc như sau:</w:t>
      </w:r>
    </w:p>
    <w:p>
      <w:pPr>
        <w:spacing w:after="0"/>
        <w:ind w:left="360"/>
        <w:shd w:val="clear" w:color="auto" w:fill="F2F2F2"/>
      </w:pPr>
      <w:r>
        <w:rPr>
          <w:rFonts w:ascii="Consolas" w:hAnsi="Consolas"/>
          <w:sz w:val="18"/>
        </w:rPr>
        <w:t>sale_logs/</w:t>
      </w:r>
    </w:p>
    <w:p>
      <w:pPr>
        <w:spacing w:after="0"/>
        <w:ind w:left="360"/>
        <w:shd w:val="clear" w:color="auto" w:fill="F2F2F2"/>
      </w:pPr>
      <w:r>
        <w:rPr>
          <w:rFonts w:ascii="Consolas" w:hAnsi="Consolas"/>
          <w:sz w:val="18"/>
        </w:rPr>
        <w:t xml:space="preserve">  OH</w:t>
      </w:r>
    </w:p>
    <w:p>
      <w:pPr>
        <w:spacing w:after="0"/>
        <w:ind w:left="360"/>
        <w:shd w:val="clear" w:color="auto" w:fill="F2F2F2"/>
      </w:pPr>
      <w:r>
        <w:rPr>
          <w:rFonts w:ascii="Consolas" w:hAnsi="Consolas"/>
          <w:sz w:val="18"/>
        </w:rPr>
        <w:t xml:space="preserve">    logs.txt</w:t>
      </w:r>
    </w:p>
    <w:p>
      <w:pPr>
        <w:spacing w:after="0"/>
        <w:ind w:left="360"/>
        <w:shd w:val="clear" w:color="auto" w:fill="F2F2F2"/>
      </w:pPr>
      <w:r>
        <w:rPr>
          <w:rFonts w:ascii="Consolas" w:hAnsi="Consolas"/>
          <w:sz w:val="18"/>
        </w:rPr>
        <w:t xml:space="preserve">  ON</w:t>
      </w:r>
    </w:p>
    <w:p>
      <w:pPr>
        <w:spacing w:after="0"/>
        <w:ind w:left="360"/>
        <w:shd w:val="clear" w:color="auto" w:fill="F2F2F2"/>
      </w:pPr>
      <w:r>
        <w:rPr>
          <w:rFonts w:ascii="Consolas" w:hAnsi="Consolas"/>
          <w:sz w:val="18"/>
        </w:rPr>
        <w:t xml:space="preserve">    logs.txt</w:t>
      </w:r>
    </w:p>
    <w:p>
      <w:pPr>
        <w:spacing w:after="40"/>
      </w:pPr>
    </w:p>
    <w:p>
      <w:pPr>
        <w:spacing w:after="80"/>
      </w:pPr>
      <w:r>
        <w:rPr>
          <w:b w:val="0"/>
          <w:i w:val="0"/>
        </w:rPr>
        <w:t xml:space="preserve">Mã nguồn có thể tìm thấy trong kho lưu trữ GitHub tại </w:t>
      </w:r>
      <w:r>
        <w:rPr>
          <w:rFonts w:ascii="Consolas" w:hAnsi="Consolas"/>
          <w:b w:val="0"/>
          <w:i w:val="0"/>
          <w:sz w:val="20"/>
        </w:rPr>
        <w:br/>
        <w:br/>
        <w:t xml:space="preserve">       https://github.com/PacktPublishing/Python-Automation-Cookbook-Third-Edition/tree/main/ch07</w:t>
        <w:br/>
        <w:t xml:space="preserve">      </w:t>
        <w:br/>
      </w:r>
      <w:r>
        <w:rPr>
          <w:b w:val="0"/>
          <w:i w:val="0"/>
        </w:rPr>
        <w:t>.</w:t>
      </w:r>
    </w:p>
    <w:p>
      <w:pPr>
        <w:pStyle w:val="Heading3"/>
      </w:pPr>
      <w:r>
        <w:rPr>
          <w:rFonts w:ascii="Calibri" w:hAnsi="Calibri"/>
          <w:b/>
          <w:i w:val="0"/>
          <w:sz w:val="26"/>
        </w:rPr>
        <w:t>Cách thực hiện...</w:t>
      </w:r>
    </w:p>
    <w:p>
      <w:pPr>
        <w:spacing w:after="80"/>
        <w:ind w:left="360"/>
      </w:pPr>
      <w:r>
        <w:t xml:space="preserve">1. </w:t>
      </w:r>
      <w:r>
        <w:rPr>
          <w:b w:val="0"/>
          <w:i w:val="0"/>
        </w:rPr>
        <w:t xml:space="preserve">Nhập dữ liệu và chuyển đổi nó thành tệp CSV bằng script </w:t>
      </w:r>
      <w:r>
        <w:rPr>
          <w:rFonts w:ascii="Consolas" w:hAnsi="Consolas"/>
          <w:b w:val="0"/>
          <w:i w:val="0"/>
          <w:sz w:val="20"/>
        </w:rPr>
        <w:br/>
        <w:br/>
        <w:t xml:space="preserve">       logs_to_csv.py</w:t>
        <w:br/>
        <w:t xml:space="preserve">      </w:t>
        <w:br/>
      </w:r>
      <w:r>
        <w:rPr>
          <w:b w:val="0"/>
          <w:i w:val="0"/>
        </w:rPr>
        <w:t xml:space="preserve">. Script nhận vị trí làm đầu vào. Tạo các tệp cho cả log </w:t>
      </w:r>
      <w:r>
        <w:rPr>
          <w:rFonts w:ascii="Consolas" w:hAnsi="Consolas"/>
          <w:b w:val="0"/>
          <w:i w:val="0"/>
          <w:sz w:val="20"/>
        </w:rPr>
        <w:br/>
        <w:br/>
        <w:t xml:space="preserve">       OH</w:t>
        <w:br/>
        <w:t xml:space="preserve">      </w:t>
        <w:br/>
      </w:r>
      <w:r>
        <w:rPr>
          <w:b w:val="0"/>
          <w:i w:val="0"/>
        </w:rPr>
        <w:t xml:space="preserve"> và </w:t>
      </w:r>
      <w:r>
        <w:rPr>
          <w:rFonts w:ascii="Consolas" w:hAnsi="Consolas"/>
          <w:b w:val="0"/>
          <w:i w:val="0"/>
          <w:sz w:val="20"/>
        </w:rPr>
        <w:br/>
        <w:br/>
        <w:t xml:space="preserve">       OT</w:t>
        <w:br/>
        <w:t xml:space="preserve">      </w:t>
        <w:br/>
      </w:r>
      <w:r>
        <w:rPr>
          <w:b w:val="0"/>
          <w:i w:val="0"/>
        </w:rPr>
        <w:t>:</w:t>
      </w:r>
    </w:p>
    <w:p>
      <w:pPr>
        <w:spacing w:after="0"/>
        <w:ind w:left="360"/>
        <w:shd w:val="clear" w:color="auto" w:fill="F2F2F2"/>
      </w:pPr>
      <w:r>
        <w:rPr>
          <w:rFonts w:ascii="Consolas" w:hAnsi="Consolas"/>
          <w:sz w:val="18"/>
        </w:rPr>
        <w:t>$ uv run logs_to_csv.py sale_logs/OH/logs.txt output_1_OH.csv -l OH</w:t>
      </w:r>
    </w:p>
    <w:p>
      <w:pPr>
        <w:spacing w:after="0"/>
        <w:ind w:left="360"/>
        <w:shd w:val="clear" w:color="auto" w:fill="F2F2F2"/>
      </w:pPr>
      <w:r>
        <w:rPr>
          <w:rFonts w:ascii="Consolas" w:hAnsi="Consolas"/>
          <w:sz w:val="18"/>
        </w:rPr>
        <w:t>$ uv run logs_to_csv.py sale_logs/ON/logs.txt output_1_ON.csv -l ON</w:t>
      </w:r>
    </w:p>
    <w:p>
      <w:pPr>
        <w:spacing w:after="40"/>
      </w:pPr>
    </w:p>
    <w:p>
      <w:pPr>
        <w:spacing w:after="80"/>
        <w:ind w:left="360"/>
      </w:pPr>
      <w:r>
        <w:t xml:space="preserve">2. </w:t>
      </w:r>
      <w:r>
        <w:rPr>
          <w:b w:val="0"/>
          <w:i w:val="0"/>
        </w:rPr>
        <w:t xml:space="preserve">Xử lý cả hai tệp kết quả bằng script </w:t>
      </w:r>
      <w:r>
        <w:rPr>
          <w:rFonts w:ascii="Consolas" w:hAnsi="Consolas"/>
          <w:b w:val="0"/>
          <w:i w:val="0"/>
          <w:sz w:val="20"/>
        </w:rPr>
        <w:br/>
        <w:br/>
        <w:t xml:space="preserve">       location_price.py</w:t>
        <w:br/>
        <w:t xml:space="preserve">      </w:t>
        <w:br/>
      </w:r>
      <w:r>
        <w:rPr>
          <w:b w:val="0"/>
          <w:i w:val="0"/>
        </w:rPr>
        <w:t>:</w:t>
      </w:r>
    </w:p>
    <w:p>
      <w:pPr>
        <w:spacing w:after="0"/>
        <w:ind w:left="360"/>
        <w:shd w:val="clear" w:color="auto" w:fill="F2F2F2"/>
      </w:pPr>
      <w:r>
        <w:rPr>
          <w:rFonts w:ascii="Consolas" w:hAnsi="Consolas"/>
          <w:sz w:val="18"/>
        </w:rPr>
        <w:t>$ uv run location_price.py output_1_OH.csv output_2_OH.csv</w:t>
      </w:r>
    </w:p>
    <w:p>
      <w:pPr>
        <w:spacing w:after="0"/>
        <w:ind w:left="360"/>
        <w:shd w:val="clear" w:color="auto" w:fill="F2F2F2"/>
      </w:pPr>
      <w:r>
        <w:rPr>
          <w:rFonts w:ascii="Consolas" w:hAnsi="Consolas"/>
          <w:sz w:val="18"/>
        </w:rPr>
        <w:t>$ uv run location_price.py output_1_ON.csv output_2_ON.csv</w:t>
      </w:r>
    </w:p>
    <w:p>
      <w:pPr>
        <w:spacing w:after="40"/>
      </w:pPr>
    </w:p>
    <w:p>
      <w:pPr>
        <w:spacing w:after="80"/>
        <w:ind w:left="360"/>
      </w:pPr>
      <w:r>
        <w:t xml:space="preserve">3. </w:t>
      </w:r>
      <w:r>
        <w:rPr>
          <w:b w:val="0"/>
          <w:i w:val="0"/>
        </w:rPr>
        <w:t xml:space="preserve">Xử lý cả hai tệp bằng script </w:t>
      </w:r>
      <w:r>
        <w:rPr>
          <w:rFonts w:ascii="Consolas" w:hAnsi="Consolas"/>
          <w:b w:val="0"/>
          <w:i w:val="0"/>
          <w:sz w:val="20"/>
        </w:rPr>
        <w:br/>
        <w:br/>
        <w:t xml:space="preserve">       standard_date.py</w:t>
        <w:br/>
        <w:t xml:space="preserve">      </w:t>
        <w:br/>
      </w:r>
      <w:r>
        <w:rPr>
          <w:b w:val="0"/>
          <w:i w:val="0"/>
        </w:rPr>
        <w:t>:</w:t>
      </w:r>
    </w:p>
    <w:p>
      <w:pPr>
        <w:spacing w:after="0"/>
        <w:ind w:left="360"/>
        <w:shd w:val="clear" w:color="auto" w:fill="F2F2F2"/>
      </w:pPr>
      <w:r>
        <w:rPr>
          <w:rFonts w:ascii="Consolas" w:hAnsi="Consolas"/>
          <w:sz w:val="18"/>
        </w:rPr>
        <w:t>$ uv run standard_date.py output_2_OH.csv output_3_OH.csv</w:t>
      </w:r>
    </w:p>
    <w:p>
      <w:pPr>
        <w:spacing w:after="0"/>
        <w:ind w:left="360"/>
        <w:shd w:val="clear" w:color="auto" w:fill="F2F2F2"/>
      </w:pPr>
      <w:r>
        <w:rPr>
          <w:rFonts w:ascii="Consolas" w:hAnsi="Consolas"/>
          <w:sz w:val="18"/>
        </w:rPr>
        <w:t>$ uv run standard_date.py output_2_ON.csv output_3_ON.csv</w:t>
      </w:r>
    </w:p>
    <w:p>
      <w:pPr>
        <w:spacing w:after="40"/>
      </w:pPr>
    </w:p>
    <w:p>
      <w:pPr>
        <w:spacing w:after="80"/>
        <w:ind w:left="360"/>
      </w:pPr>
      <w:r>
        <w:t xml:space="preserve">4. </w:t>
      </w:r>
      <w:r>
        <w:rPr>
          <w:b w:val="0"/>
          <w:i w:val="0"/>
        </w:rPr>
        <w:t>Chuyển đổi kết quả thành JSON:</w:t>
      </w:r>
    </w:p>
    <w:p>
      <w:pPr>
        <w:spacing w:after="0"/>
        <w:ind w:left="360"/>
        <w:shd w:val="clear" w:color="auto" w:fill="F2F2F2"/>
      </w:pPr>
      <w:r>
        <w:rPr>
          <w:rFonts w:ascii="Consolas" w:hAnsi="Consolas"/>
          <w:sz w:val="18"/>
        </w:rPr>
        <w:t>$ uv run transform_into_json.py output_3_OH.csv output_4_OH.json</w:t>
      </w:r>
    </w:p>
    <w:p>
      <w:pPr>
        <w:spacing w:after="0"/>
        <w:ind w:left="360"/>
        <w:shd w:val="clear" w:color="auto" w:fill="F2F2F2"/>
      </w:pPr>
      <w:r>
        <w:rPr>
          <w:rFonts w:ascii="Consolas" w:hAnsi="Consolas"/>
          <w:sz w:val="18"/>
        </w:rPr>
        <w:t>$ uv run transform_into_json.py output_3_ON.csv output_4_ON.json</w:t>
      </w:r>
    </w:p>
    <w:p>
      <w:pPr>
        <w:spacing w:after="40"/>
      </w:pPr>
    </w:p>
    <w:p>
      <w:pPr>
        <w:spacing w:after="80"/>
        <w:ind w:left="360"/>
      </w:pPr>
      <w:r>
        <w:t xml:space="preserve">5. </w:t>
      </w:r>
      <w:r>
        <w:rPr>
          <w:b w:val="0"/>
          <w:i w:val="0"/>
        </w:rPr>
        <w:t xml:space="preserve">Xử lý tất cả các tệp trong một lần gọi duy nhất tới </w:t>
      </w:r>
      <w:r>
        <w:rPr>
          <w:rFonts w:ascii="Consolas" w:hAnsi="Consolas"/>
          <w:b w:val="0"/>
          <w:i w:val="0"/>
          <w:sz w:val="20"/>
        </w:rPr>
        <w:br/>
        <w:br/>
        <w:t xml:space="preserve">       aggregate_by_location_by_pandas.py</w:t>
        <w:br/>
        <w:t xml:space="preserve">      </w:t>
        <w:br/>
      </w:r>
      <w:r>
        <w:rPr>
          <w:b w:val="0"/>
          <w:i w:val="0"/>
        </w:rPr>
        <w:t>, chỉ định các tệp cần xử lý:</w:t>
      </w:r>
    </w:p>
    <w:p>
      <w:pPr>
        <w:spacing w:after="0"/>
        <w:ind w:left="360"/>
        <w:shd w:val="clear" w:color="auto" w:fill="F2F2F2"/>
      </w:pPr>
      <w:r>
        <w:rPr>
          <w:rFonts w:ascii="Consolas" w:hAnsi="Consolas"/>
          <w:sz w:val="18"/>
        </w:rPr>
        <w:t>$ uv run aggregate_by_location_by_pandas.py output_3_OH.csv aggregate_pd_OH.csv</w:t>
      </w:r>
    </w:p>
    <w:p>
      <w:pPr>
        <w:spacing w:after="0"/>
        <w:ind w:left="360"/>
        <w:shd w:val="clear" w:color="auto" w:fill="F2F2F2"/>
      </w:pPr>
      <w:r>
        <w:rPr>
          <w:rFonts w:ascii="Consolas" w:hAnsi="Consolas"/>
          <w:sz w:val="18"/>
        </w:rPr>
        <w:t>$ uv run aggregate_by_location_by_pandas.py output_3_ON.csv aggregate_pd_ON.csv</w:t>
      </w:r>
    </w:p>
    <w:p>
      <w:pPr>
        <w:spacing w:after="40"/>
      </w:pPr>
    </w:p>
    <w:p>
      <w:pPr>
        <w:spacing w:after="80"/>
        <w:ind w:left="360"/>
      </w:pPr>
      <w:r>
        <w:t xml:space="preserve">6. </w:t>
      </w:r>
      <w:r>
        <w:rPr>
          <w:b w:val="0"/>
          <w:i w:val="0"/>
        </w:rPr>
        <w:t xml:space="preserve">Kiểm tra các tệp CSV kết quả, </w:t>
      </w:r>
      <w:r>
        <w:rPr>
          <w:rFonts w:ascii="Consolas" w:hAnsi="Consolas"/>
          <w:b w:val="0"/>
          <w:i w:val="0"/>
          <w:sz w:val="20"/>
        </w:rPr>
        <w:br/>
        <w:br/>
        <w:t xml:space="preserve">       aggregate_pd_OH.csv</w:t>
        <w:br/>
        <w:t xml:space="preserve">      </w:t>
        <w:br/>
      </w:r>
      <w:r>
        <w:rPr>
          <w:b w:val="0"/>
          <w:i w:val="0"/>
        </w:rPr>
        <w:t xml:space="preserve"> và </w:t>
      </w:r>
      <w:r>
        <w:rPr>
          <w:rFonts w:ascii="Consolas" w:hAnsi="Consolas"/>
          <w:b w:val="0"/>
          <w:i w:val="0"/>
          <w:sz w:val="20"/>
        </w:rPr>
        <w:br/>
        <w:br/>
        <w:t xml:space="preserve">       aggregate_pd_ON.csv</w:t>
        <w:br/>
        <w:t xml:space="preserve">      </w:t>
        <w:br/>
      </w:r>
      <w:r>
        <w:rPr>
          <w:b w:val="0"/>
          <w:i w:val="0"/>
        </w:rPr>
        <w:t>, trong một ứng dụng bảng tính. Trong các ảnh chụp màn hình sau, các tệp được hiển thị bằng LibreOffice:</w:t>
      </w:r>
    </w:p>
    <w:p>
      <w:pPr>
        <w:jc w:val="center"/>
      </w:pPr>
      <w:r>
        <w:drawing>
          <wp:inline xmlns:a="http://schemas.openxmlformats.org/drawingml/2006/main" xmlns:pic="http://schemas.openxmlformats.org/drawingml/2006/picture">
            <wp:extent cx="5486400" cy="4894843"/>
            <wp:docPr id="60" name="Picture 60"/>
            <wp:cNvGraphicFramePr>
              <a:graphicFrameLocks noChangeAspect="1"/>
            </wp:cNvGraphicFramePr>
            <a:graphic>
              <a:graphicData uri="http://schemas.openxmlformats.org/drawingml/2006/picture">
                <pic:pic>
                  <pic:nvPicPr>
                    <pic:cNvPr id="0" name="B36973_7_10.png"/>
                    <pic:cNvPicPr/>
                  </pic:nvPicPr>
                  <pic:blipFill>
                    <a:blip r:embed="rId64"/>
                    <a:stretch>
                      <a:fillRect/>
                    </a:stretch>
                  </pic:blipFill>
                  <pic:spPr>
                    <a:xfrm>
                      <a:off x="0" y="0"/>
                      <a:ext cx="5486400" cy="4894843"/>
                    </a:xfrm>
                    <a:prstGeom prst="rect"/>
                  </pic:spPr>
                </pic:pic>
              </a:graphicData>
            </a:graphic>
          </wp:inline>
        </w:drawing>
      </w:r>
    </w:p>
    <w:p>
      <w:pPr>
        <w:spacing w:after="160"/>
        <w:jc w:val="center"/>
      </w:pPr>
      <w:r>
        <w:rPr>
          <w:rFonts w:ascii="Calibri" w:hAnsi="Calibri"/>
          <w:b w:val="0"/>
          <w:i/>
          <w:sz w:val="19"/>
        </w:rPr>
        <w:t>Hình 7.6: Kiểm tra kết quả của công thức</w:t>
      </w:r>
    </w:p>
    <w:p>
      <w:pPr>
        <w:pStyle w:val="Heading3"/>
      </w:pPr>
      <w:r>
        <w:rPr>
          <w:rFonts w:ascii="Calibri" w:hAnsi="Calibri"/>
          <w:b/>
          <w:i w:val="0"/>
          <w:sz w:val="26"/>
        </w:rPr>
        <w:t>Cách nó hoạt động...</w:t>
      </w:r>
    </w:p>
    <w:p>
      <w:pPr>
        <w:spacing w:after="80"/>
      </w:pPr>
      <w:r>
        <w:rPr>
          <w:b w:val="0"/>
          <w:i w:val="0"/>
        </w:rPr>
        <w:t xml:space="preserve">Hãy cùng xem script </w:t>
      </w:r>
      <w:r>
        <w:rPr>
          <w:rFonts w:ascii="Consolas" w:hAnsi="Consolas"/>
          <w:b w:val="0"/>
          <w:i w:val="0"/>
          <w:sz w:val="20"/>
        </w:rPr>
        <w:br/>
        <w:br/>
        <w:t xml:space="preserve">      aggregate_by_location_by_pandas.py</w:t>
        <w:br/>
        <w:t xml:space="preserve">     </w:t>
        <w:br/>
      </w:r>
      <w:r>
        <w:rPr>
          <w:b w:val="0"/>
          <w:i w:val="0"/>
        </w:rPr>
        <w:t xml:space="preserve">, được dùng trong </w:t>
      </w:r>
      <w:r>
        <w:rPr>
          <w:b w:val="0"/>
          <w:i/>
        </w:rPr>
        <w:t xml:space="preserve"> bước </w:t>
      </w:r>
      <w:r>
        <w:rPr>
          <w:b w:val="0"/>
          <w:i w:val="0"/>
        </w:rPr>
        <w:t xml:space="preserve"> </w:t>
      </w:r>
      <w:r>
        <w:rPr>
          <w:b w:val="0"/>
          <w:i/>
        </w:rPr>
        <w:t xml:space="preserve"> 5 </w:t>
      </w:r>
      <w:r>
        <w:rPr>
          <w:b w:val="0"/>
          <w:i w:val="0"/>
        </w:rPr>
        <w:t>.</w:t>
      </w:r>
    </w:p>
    <w:p>
      <w:pPr>
        <w:spacing w:after="80"/>
      </w:pPr>
      <w:r>
        <w:rPr>
          <w:b/>
          <w:i w:val="0"/>
        </w:rPr>
        <w:t>Lưu ý</w:t>
      </w:r>
    </w:p>
    <w:p>
      <w:pPr>
        <w:spacing w:after="80"/>
      </w:pPr>
      <w:r>
        <w:rPr>
          <w:b w:val="0"/>
          <w:i w:val="0"/>
        </w:rPr>
        <w:t xml:space="preserve">Công thức này tương đương với công thức </w:t>
      </w:r>
      <w:r>
        <w:rPr>
          <w:b w:val="0"/>
          <w:i/>
        </w:rPr>
        <w:t xml:space="preserve"> Tổng hợp kết quả </w:t>
      </w:r>
      <w:r>
        <w:rPr>
          <w:b w:val="0"/>
          <w:i w:val="0"/>
        </w:rPr>
        <w:t xml:space="preserve"> trong chương này.</w:t>
      </w:r>
    </w:p>
    <w:p>
      <w:pPr>
        <w:spacing w:after="80"/>
      </w:pPr>
      <w:r>
        <w:rPr>
          <w:b w:val="0"/>
          <w:i w:val="0"/>
        </w:rPr>
        <w:t xml:space="preserve">Phần cuối của tệp script xử lý việc phân tích đối số, đã được mô tả chi tiết trong </w:t>
      </w:r>
      <w:r>
        <w:rPr>
          <w:b w:val="0"/>
          <w:i/>
        </w:rPr>
        <w:t xml:space="preserve"> Chương 2 </w:t>
      </w:r>
      <w:r>
        <w:rPr>
          <w:b w:val="0"/>
          <w:i w:val="0"/>
        </w:rPr>
        <w:t xml:space="preserve">, </w:t>
      </w:r>
      <w:r>
        <w:rPr>
          <w:b w:val="0"/>
          <w:i/>
        </w:rPr>
        <w:t xml:space="preserve"> Tự động hóa tác vụ thật dễ dàng </w:t>
      </w:r>
      <w:r>
        <w:rPr>
          <w:b w:val="0"/>
          <w:i w:val="0"/>
        </w:rPr>
        <w:t>.</w:t>
      </w:r>
    </w:p>
    <w:p>
      <w:pPr>
        <w:spacing w:after="80"/>
      </w:pPr>
      <w:r>
        <w:rPr>
          <w:b w:val="0"/>
          <w:i w:val="0"/>
        </w:rPr>
        <w:t xml:space="preserve">Trong Pandas, mô hình dữ liệu cơ bản được gọi là </w:t>
      </w:r>
      <w:r>
        <w:rPr>
          <w:rFonts w:ascii="Consolas" w:hAnsi="Consolas"/>
          <w:b w:val="0"/>
          <w:i w:val="0"/>
          <w:sz w:val="20"/>
        </w:rPr>
        <w:br/>
        <w:br/>
        <w:t xml:space="preserve">      DataFrame</w:t>
        <w:br/>
        <w:t xml:space="preserve">     </w:t>
        <w:br/>
      </w:r>
      <w:r>
        <w:rPr>
          <w:b w:val="0"/>
          <w:i w:val="0"/>
        </w:rPr>
        <w:t xml:space="preserve"> , về bản chất là biểu diễn của một bảng với các hàng và cột. Hầu hết các thao tác trong Pandas đều liên quan đến việc thay đổi </w:t>
      </w:r>
      <w:r>
        <w:rPr>
          <w:rFonts w:ascii="Consolas" w:hAnsi="Consolas"/>
          <w:b w:val="0"/>
          <w:i w:val="0"/>
          <w:sz w:val="20"/>
        </w:rPr>
        <w:br/>
        <w:br/>
        <w:t xml:space="preserve">      DataFrame</w:t>
        <w:br/>
        <w:t xml:space="preserve">     </w:t>
        <w:br/>
      </w:r>
      <w:r>
        <w:rPr>
          <w:b w:val="0"/>
          <w:i w:val="0"/>
        </w:rPr>
        <w:t xml:space="preserve"> .</w:t>
      </w:r>
    </w:p>
    <w:p>
      <w:pPr>
        <w:spacing w:after="80"/>
      </w:pPr>
      <w:r>
        <w:rPr>
          <w:b w:val="0"/>
          <w:i w:val="0"/>
        </w:rPr>
        <w:t xml:space="preserve">Hàm </w:t>
      </w:r>
      <w:r>
        <w:rPr>
          <w:rFonts w:ascii="Consolas" w:hAnsi="Consolas"/>
          <w:b w:val="0"/>
          <w:i w:val="0"/>
          <w:sz w:val="20"/>
        </w:rPr>
        <w:br/>
        <w:br/>
        <w:t xml:space="preserve">      main</w:t>
        <w:br/>
        <w:t xml:space="preserve">     </w:t>
        <w:br/>
      </w:r>
      <w:r>
        <w:rPr>
          <w:b w:val="0"/>
          <w:i w:val="0"/>
        </w:rPr>
        <w:t xml:space="preserve"> đọc file CSV đầu vào và gọi hàm </w:t>
      </w:r>
      <w:r>
        <w:rPr>
          <w:rFonts w:ascii="Consolas" w:hAnsi="Consolas"/>
          <w:b w:val="0"/>
          <w:i w:val="0"/>
          <w:sz w:val="20"/>
        </w:rPr>
        <w:br/>
        <w:br/>
        <w:t xml:space="preserve">      calculate_results</w:t>
        <w:br/>
        <w:t xml:space="preserve">     </w:t>
        <w:br/>
      </w:r>
      <w:r>
        <w:rPr>
          <w:b w:val="0"/>
          <w:i w:val="0"/>
        </w:rPr>
        <w:t xml:space="preserve"> để tạo ra các báo cáo tổng hợp.</w:t>
      </w:r>
    </w:p>
    <w:p>
      <w:pPr>
        <w:spacing w:after="80"/>
      </w:pPr>
      <w:r>
        <w:rPr>
          <w:b w:val="0"/>
          <w:i w:val="0"/>
        </w:rPr>
        <w:t xml:space="preserve">Chúng ta trích xuất vị trí bằng một </w:t>
      </w:r>
      <w:r>
        <w:rPr>
          <w:rFonts w:ascii="Consolas" w:hAnsi="Consolas"/>
          <w:b w:val="0"/>
          <w:i w:val="0"/>
          <w:sz w:val="20"/>
        </w:rPr>
        <w:br/>
        <w:br/>
        <w:t xml:space="preserve">      regex</w:t>
        <w:br/>
        <w:t xml:space="preserve">     </w:t>
        <w:br/>
      </w:r>
      <w:r>
        <w:rPr>
          <w:b w:val="0"/>
          <w:i w:val="0"/>
        </w:rPr>
        <w:t xml:space="preserve"> . Mẫu </w:t>
      </w:r>
      <w:r>
        <w:rPr>
          <w:rFonts w:ascii="Consolas" w:hAnsi="Consolas"/>
          <w:b w:val="0"/>
          <w:i w:val="0"/>
          <w:sz w:val="20"/>
        </w:rPr>
        <w:br/>
        <w:br/>
        <w:t xml:space="preserve">      r'_(\D*?).json'</w:t>
        <w:br/>
        <w:t xml:space="preserve">     </w:t>
        <w:br/>
      </w:r>
      <w:r>
        <w:rPr>
          <w:b w:val="0"/>
          <w:i w:val="0"/>
        </w:rPr>
        <w:t xml:space="preserve"> khớp với ít ký tự không phải số ( </w:t>
      </w:r>
      <w:r>
        <w:rPr>
          <w:rFonts w:ascii="Consolas" w:hAnsi="Consolas"/>
          <w:b w:val="0"/>
          <w:i w:val="0"/>
          <w:sz w:val="20"/>
        </w:rPr>
        <w:br/>
        <w:br/>
        <w:t xml:space="preserve">      *?</w:t>
        <w:br/>
        <w:t xml:space="preserve">     </w:t>
        <w:br/>
      </w:r>
      <w:r>
        <w:rPr>
          <w:b w:val="0"/>
          <w:i w:val="0"/>
        </w:rPr>
        <w:t xml:space="preserve"> ) nhất có thể ( </w:t>
      </w:r>
      <w:r>
        <w:rPr>
          <w:rFonts w:ascii="Consolas" w:hAnsi="Consolas"/>
          <w:b w:val="0"/>
          <w:i w:val="0"/>
          <w:sz w:val="20"/>
        </w:rPr>
        <w:br/>
        <w:br/>
        <w:t xml:space="preserve">      \D</w:t>
        <w:br/>
        <w:t xml:space="preserve">     </w:t>
        <w:br/>
      </w:r>
      <w:r>
        <w:rPr>
          <w:b w:val="0"/>
          <w:i w:val="0"/>
        </w:rPr>
        <w:t xml:space="preserve"> ) sau dấu gạch dưới (_) và trước chuỗi </w:t>
      </w:r>
      <w:r>
        <w:rPr>
          <w:rFonts w:ascii="Consolas" w:hAnsi="Consolas"/>
          <w:b w:val="0"/>
          <w:i w:val="0"/>
          <w:sz w:val="20"/>
        </w:rPr>
        <w:br/>
        <w:br/>
        <w:t xml:space="preserve">      .json</w:t>
        <w:br/>
        <w:t xml:space="preserve">     </w:t>
        <w:br/>
      </w:r>
      <w:r>
        <w:rPr>
          <w:b w:val="0"/>
          <w:i w:val="0"/>
        </w:rPr>
        <w:t xml:space="preserve"> . (Cách làm việc với regex đã được mô tả chi tiết hơn trong các công thức </w:t>
      </w:r>
      <w:r>
        <w:rPr>
          <w:b w:val="0"/>
          <w:i/>
        </w:rPr>
        <w:t xml:space="preserve"> Giới thiệu về biểu thức chính quy </w:t>
      </w:r>
      <w:r>
        <w:rPr>
          <w:b w:val="0"/>
          <w:i w:val="0"/>
        </w:rPr>
        <w:t xml:space="preserve"> và </w:t>
      </w:r>
      <w:r>
        <w:rPr>
          <w:b w:val="0"/>
          <w:i/>
        </w:rPr>
        <w:t xml:space="preserve"> Đi sâu hơn với biểu thức chính quy </w:t>
      </w:r>
      <w:r>
        <w:rPr>
          <w:b w:val="0"/>
          <w:i w:val="0"/>
        </w:rPr>
        <w:t xml:space="preserve"> trong </w:t>
      </w:r>
      <w:r>
        <w:rPr>
          <w:b w:val="0"/>
          <w:i/>
        </w:rPr>
        <w:t xml:space="preserve"> Chương 1 </w:t>
      </w:r>
      <w:r>
        <w:rPr>
          <w:b w:val="0"/>
          <w:i w:val="0"/>
        </w:rPr>
        <w:t xml:space="preserve"> , </w:t>
      </w:r>
      <w:r>
        <w:rPr>
          <w:b w:val="0"/>
          <w:i/>
        </w:rPr>
        <w:t xml:space="preserve"> Hãy bắt đầu hành trình tự động hóa của chúng ta </w:t>
      </w:r>
      <w:r>
        <w:rPr>
          <w:b w:val="0"/>
          <w:i w:val="0"/>
        </w:rPr>
        <w:t xml:space="preserve"> .)</w:t>
      </w:r>
    </w:p>
    <w:p>
      <w:pPr>
        <w:spacing w:after="80"/>
      </w:pPr>
      <w:r>
        <w:rPr>
          <w:b w:val="0"/>
          <w:i w:val="0"/>
        </w:rPr>
        <w:t xml:space="preserve">Việc sử dụng </w:t>
      </w:r>
      <w:r>
        <w:rPr>
          <w:rFonts w:ascii="Consolas" w:hAnsi="Consolas"/>
          <w:b w:val="0"/>
          <w:i w:val="0"/>
          <w:sz w:val="20"/>
        </w:rPr>
        <w:br/>
        <w:br/>
        <w:t xml:space="preserve">      json.load</w:t>
        <w:br/>
        <w:t xml:space="preserve">     </w:t>
        <w:br/>
      </w:r>
      <w:r>
        <w:rPr>
          <w:b w:val="0"/>
          <w:i w:val="0"/>
        </w:rPr>
        <w:t xml:space="preserve"> đã được mô tả trong công thức </w:t>
      </w:r>
      <w:r>
        <w:rPr>
          <w:b w:val="0"/>
          <w:i/>
        </w:rPr>
        <w:t xml:space="preserve"> Chuyển đổi và xác thực dữ liệu trong JSON </w:t>
      </w:r>
      <w:r>
        <w:rPr>
          <w:b w:val="0"/>
          <w:i w:val="0"/>
        </w:rPr>
        <w:t xml:space="preserve"> trong chương này. Hàm </w:t>
      </w:r>
      <w:r>
        <w:rPr>
          <w:rFonts w:ascii="Consolas" w:hAnsi="Consolas"/>
          <w:b w:val="0"/>
          <w:i w:val="0"/>
          <w:sz w:val="20"/>
        </w:rPr>
        <w:br/>
        <w:br/>
        <w:t xml:space="preserve">      calculate_results</w:t>
        <w:br/>
        <w:t xml:space="preserve">     </w:t>
        <w:br/>
      </w:r>
      <w:r>
        <w:rPr>
          <w:b w:val="0"/>
          <w:i w:val="0"/>
        </w:rPr>
        <w:t xml:space="preserve"> trả về một </w:t>
      </w:r>
      <w:r>
        <w:rPr>
          <w:rFonts w:ascii="Consolas" w:hAnsi="Consolas"/>
          <w:b w:val="0"/>
          <w:i w:val="0"/>
          <w:sz w:val="20"/>
        </w:rPr>
        <w:br/>
        <w:br/>
        <w:t xml:space="preserve">      DataFrame</w:t>
        <w:br/>
        <w:t xml:space="preserve">     </w:t>
        <w:br/>
      </w:r>
      <w:r>
        <w:rPr>
          <w:b w:val="0"/>
          <w:i w:val="0"/>
        </w:rPr>
        <w:t xml:space="preserve"> :</w:t>
      </w:r>
    </w:p>
    <w:p>
      <w:pPr>
        <w:spacing w:after="0"/>
        <w:ind w:left="360"/>
        <w:shd w:val="clear" w:color="auto" w:fill="F2F2F2"/>
      </w:pPr>
      <w:r>
        <w:rPr>
          <w:rFonts w:ascii="Consolas" w:hAnsi="Consolas"/>
          <w:sz w:val="18"/>
        </w:rPr>
        <w:t>def main(input_file, output_file):</w:t>
      </w:r>
    </w:p>
    <w:p>
      <w:pPr>
        <w:spacing w:after="0"/>
        <w:ind w:left="360"/>
        <w:shd w:val="clear" w:color="auto" w:fill="F2F2F2"/>
      </w:pPr>
      <w:r>
        <w:rPr>
          <w:rFonts w:ascii="Consolas" w:hAnsi="Consolas"/>
          <w:sz w:val="18"/>
        </w:rPr>
        <w:t xml:space="preserve">    # Find the location from the input_file</w:t>
      </w:r>
    </w:p>
    <w:p>
      <w:pPr>
        <w:spacing w:after="0"/>
        <w:ind w:left="360"/>
        <w:shd w:val="clear" w:color="auto" w:fill="F2F2F2"/>
      </w:pPr>
      <w:r>
        <w:rPr>
          <w:rFonts w:ascii="Consolas" w:hAnsi="Consolas"/>
          <w:sz w:val="18"/>
        </w:rPr>
        <w:t>match = re.search(r'_(\D*?)\.json', input_file.name)</w:t>
      </w:r>
    </w:p>
    <w:p>
      <w:pPr>
        <w:spacing w:after="0"/>
        <w:ind w:left="360"/>
        <w:shd w:val="clear" w:color="auto" w:fill="F2F2F2"/>
      </w:pPr>
      <w:r>
        <w:rPr>
          <w:rFonts w:ascii="Consolas" w:hAnsi="Consolas"/>
          <w:sz w:val="18"/>
        </w:rPr>
        <w:t xml:space="preserve">    location = match.group(1)</w:t>
      </w:r>
    </w:p>
    <w:p>
      <w:pPr>
        <w:spacing w:after="0"/>
        <w:ind w:left="360"/>
        <w:shd w:val="clear" w:color="auto" w:fill="F2F2F2"/>
      </w:pPr>
      <w:r>
        <w:rPr>
          <w:rFonts w:ascii="Consolas" w:hAnsi="Consolas"/>
          <w:sz w:val="18"/>
        </w:rPr>
        <w:t xml:space="preserve">    reader = json.load(input_file)</w:t>
      </w:r>
    </w:p>
    <w:p>
      <w:pPr>
        <w:spacing w:after="0"/>
        <w:ind w:left="360"/>
        <w:shd w:val="clear" w:color="auto" w:fill="F2F2F2"/>
      </w:pPr>
      <w:r>
        <w:rPr>
          <w:rFonts w:ascii="Consolas" w:hAnsi="Consolas"/>
          <w:sz w:val="18"/>
        </w:rPr>
        <w:t xml:space="preserve">    result = calculate_results(reader, location)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Save into csv format</w:t>
      </w:r>
    </w:p>
    <w:p>
      <w:pPr>
        <w:spacing w:after="0"/>
        <w:ind w:left="360"/>
        <w:shd w:val="clear" w:color="auto" w:fill="F2F2F2"/>
      </w:pPr>
      <w:r>
        <w:rPr>
          <w:rFonts w:ascii="Consolas" w:hAnsi="Consolas"/>
          <w:sz w:val="18"/>
        </w:rPr>
        <w:t xml:space="preserve">    output_file.write(result.to_csv())</w:t>
      </w:r>
    </w:p>
    <w:p>
      <w:pPr>
        <w:spacing w:after="40"/>
      </w:pPr>
    </w:p>
    <w:p>
      <w:pPr>
        <w:spacing w:after="80"/>
      </w:pPr>
      <w:r>
        <w:rPr>
          <w:b w:val="0"/>
          <w:i w:val="0"/>
        </w:rPr>
        <w:t xml:space="preserve">Thao tác ghi vào file đầu ra sử dụng hàm </w:t>
      </w:r>
      <w:r>
        <w:rPr>
          <w:rFonts w:ascii="Consolas" w:hAnsi="Consolas"/>
          <w:b w:val="0"/>
          <w:i w:val="0"/>
          <w:sz w:val="20"/>
        </w:rPr>
        <w:br/>
        <w:br/>
        <w:t xml:space="preserve">      .to_csv()</w:t>
        <w:br/>
        <w:t xml:space="preserve">     </w:t>
        <w:br/>
      </w:r>
      <w:r>
        <w:rPr>
          <w:b w:val="0"/>
          <w:i w:val="0"/>
        </w:rPr>
        <w:t xml:space="preserve"> của Pandas để tạo ra từ </w:t>
      </w:r>
      <w:r>
        <w:rPr>
          <w:rFonts w:ascii="Consolas" w:hAnsi="Consolas"/>
          <w:b w:val="0"/>
          <w:i w:val="0"/>
          <w:sz w:val="20"/>
        </w:rPr>
        <w:br/>
        <w:br/>
        <w:t xml:space="preserve">      DataFrame</w:t>
        <w:br/>
        <w:t xml:space="preserve">     </w:t>
        <w:br/>
      </w:r>
      <w:r>
        <w:rPr>
          <w:b w:val="0"/>
          <w:i w:val="0"/>
        </w:rPr>
        <w:t xml:space="preserve"> một kết quả văn bản tương đương với định dạng CSV. Dữ liệu được ghi bằng lệnh gọi </w:t>
      </w:r>
      <w:r>
        <w:rPr>
          <w:rFonts w:ascii="Consolas" w:hAnsi="Consolas"/>
          <w:b w:val="0"/>
          <w:i w:val="0"/>
          <w:sz w:val="20"/>
        </w:rPr>
        <w:br/>
        <w:br/>
        <w:t xml:space="preserve">      output.write()</w:t>
        <w:br/>
        <w:t xml:space="preserve">     </w:t>
        <w:br/>
      </w:r>
      <w:r>
        <w:rPr>
          <w:b w:val="0"/>
          <w:i w:val="0"/>
        </w:rPr>
        <w:t xml:space="preserve"> ở mức thấp.</w:t>
      </w:r>
    </w:p>
    <w:p>
      <w:pPr>
        <w:spacing w:after="80"/>
      </w:pPr>
      <w:r>
        <w:rPr>
          <w:b w:val="0"/>
          <w:i w:val="0"/>
        </w:rPr>
        <w:t xml:space="preserve">Việc tổng hợp diễn ra trong hàm </w:t>
      </w:r>
      <w:r>
        <w:rPr>
          <w:rFonts w:ascii="Consolas" w:hAnsi="Consolas"/>
          <w:b w:val="0"/>
          <w:i w:val="0"/>
          <w:sz w:val="20"/>
        </w:rPr>
        <w:br/>
        <w:br/>
        <w:t xml:space="preserve">      calculate_results</w:t>
        <w:br/>
        <w:t xml:space="preserve">     </w:t>
        <w:br/>
      </w:r>
      <w:r>
        <w:rPr>
          <w:b w:val="0"/>
          <w:i w:val="0"/>
        </w:rPr>
        <w:t xml:space="preserve"> , qua ba giai đoạn. Đầu tiên, dữ liệu được nhập vào một </w:t>
      </w:r>
      <w:r>
        <w:rPr>
          <w:rFonts w:ascii="Consolas" w:hAnsi="Consolas"/>
          <w:b w:val="0"/>
          <w:i w:val="0"/>
          <w:sz w:val="20"/>
        </w:rPr>
        <w:br/>
        <w:br/>
        <w:t xml:space="preserve">      DataFrame</w:t>
        <w:br/>
        <w:t xml:space="preserve">     </w:t>
        <w:br/>
      </w:r>
      <w:r>
        <w:rPr>
          <w:b w:val="0"/>
          <w:i w:val="0"/>
        </w:rPr>
        <w:t xml:space="preserve"> , sau đó các giá trị được tổng hợp, và cuối cùng dữ liệu được làm tròn đến hai chữ số thập phân để đảm bảo tương thích. Hãy cùng xem đoạn code:</w:t>
      </w:r>
    </w:p>
    <w:p>
      <w:pPr>
        <w:spacing w:after="0"/>
        <w:ind w:left="360"/>
        <w:shd w:val="clear" w:color="auto" w:fill="F2F2F2"/>
      </w:pPr>
      <w:r>
        <w:rPr>
          <w:rFonts w:ascii="Consolas" w:hAnsi="Consolas"/>
          <w:sz w:val="18"/>
        </w:rPr>
        <w:t>def pandas_format(row):</w:t>
      </w:r>
    </w:p>
    <w:p>
      <w:pPr>
        <w:spacing w:after="0"/>
        <w:ind w:left="360"/>
        <w:shd w:val="clear" w:color="auto" w:fill="F2F2F2"/>
      </w:pPr>
      <w:r>
        <w:rPr>
          <w:rFonts w:ascii="Consolas" w:hAnsi="Consolas"/>
          <w:sz w:val="18"/>
        </w:rPr>
        <w:t xml:space="preserve">    row['DATE'] = pd.to_datetime(row['STD_TIMESTAMP'])</w:t>
      </w:r>
    </w:p>
    <w:p>
      <w:pPr>
        <w:spacing w:after="0"/>
        <w:ind w:left="360"/>
        <w:shd w:val="clear" w:color="auto" w:fill="F2F2F2"/>
      </w:pPr>
      <w:r>
        <w:rPr>
          <w:rFonts w:ascii="Consolas" w:hAnsi="Consolas"/>
          <w:sz w:val="18"/>
        </w:rPr>
        <w:t xml:space="preserve">    row['USD'] = pd.to_numeric(row['USD'])</w:t>
      </w:r>
    </w:p>
    <w:p>
      <w:pPr>
        <w:spacing w:after="0"/>
        <w:ind w:left="360"/>
        <w:shd w:val="clear" w:color="auto" w:fill="F2F2F2"/>
      </w:pPr>
      <w:r>
        <w:rPr>
          <w:rFonts w:ascii="Consolas" w:hAnsi="Consolas"/>
          <w:sz w:val="18"/>
        </w:rPr>
        <w:t xml:space="preserve">    return row</w:t>
      </w:r>
    </w:p>
    <w:p>
      <w:pPr>
        <w:spacing w:after="0"/>
        <w:ind w:left="360"/>
        <w:shd w:val="clear" w:color="auto" w:fill="F2F2F2"/>
      </w:pPr>
      <w:r>
        <w:rPr>
          <w:rFonts w:ascii="Consolas" w:hAnsi="Consolas"/>
          <w:sz w:val="18"/>
        </w:rPr>
        <w:t>def calculate_results(reader, location):</w:t>
      </w:r>
    </w:p>
    <w:p>
      <w:pPr>
        <w:spacing w:after="0"/>
        <w:ind w:left="360"/>
        <w:shd w:val="clear" w:color="auto" w:fill="F2F2F2"/>
      </w:pPr>
      <w:r>
        <w:rPr>
          <w:rFonts w:ascii="Consolas" w:hAnsi="Consolas"/>
          <w:sz w:val="18"/>
        </w:rPr>
        <w:t xml:space="preserve">    # Load the data, formatting</w:t>
      </w:r>
    </w:p>
    <w:p>
      <w:pPr>
        <w:spacing w:after="0"/>
        <w:ind w:left="360"/>
        <w:shd w:val="clear" w:color="auto" w:fill="F2F2F2"/>
      </w:pPr>
      <w:r>
        <w:rPr>
          <w:rFonts w:ascii="Consolas" w:hAnsi="Consolas"/>
          <w:sz w:val="18"/>
        </w:rPr>
        <w:t xml:space="preserve">    data = pd.DataFrame(pandas_format(r) for r in reader)</w:t>
      </w:r>
    </w:p>
    <w:p>
      <w:pPr>
        <w:spacing w:after="0"/>
        <w:ind w:left="360"/>
        <w:shd w:val="clear" w:color="auto" w:fill="F2F2F2"/>
      </w:pPr>
      <w:r>
        <w:rPr>
          <w:rFonts w:ascii="Consolas" w:hAnsi="Consolas"/>
          <w:sz w:val="18"/>
        </w:rPr>
        <w:t xml:space="preserve">    by_usd = data.groupby(data['DATE'].dt.date)['USD']</w:t>
      </w:r>
    </w:p>
    <w:p>
      <w:pPr>
        <w:spacing w:after="0"/>
        <w:ind w:left="360"/>
        <w:shd w:val="clear" w:color="auto" w:fill="F2F2F2"/>
      </w:pPr>
      <w:r>
        <w:rPr>
          <w:rFonts w:ascii="Consolas" w:hAnsi="Consolas"/>
          <w:sz w:val="18"/>
        </w:rPr>
        <w:t xml:space="preserve">    result = by_usd.agg(['sum', 'count', 'mean'])</w:t>
      </w:r>
    </w:p>
    <w:p>
      <w:pPr>
        <w:spacing w:after="0"/>
        <w:ind w:left="360"/>
        <w:shd w:val="clear" w:color="auto" w:fill="F2F2F2"/>
      </w:pPr>
      <w:r>
        <w:rPr>
          <w:rFonts w:ascii="Consolas" w:hAnsi="Consolas"/>
          <w:sz w:val="18"/>
        </w:rPr>
        <w:t xml:space="preserve">    # Round to 2 digital places</w:t>
      </w:r>
    </w:p>
    <w:p>
      <w:pPr>
        <w:spacing w:after="0"/>
        <w:ind w:left="360"/>
        <w:shd w:val="clear" w:color="auto" w:fill="F2F2F2"/>
      </w:pPr>
      <w:r>
        <w:rPr>
          <w:rFonts w:ascii="Consolas" w:hAnsi="Consolas"/>
          <w:sz w:val="18"/>
        </w:rPr>
        <w:t xml:space="preserve">    result = result.round(2)</w:t>
      </w:r>
    </w:p>
    <w:p>
      <w:pPr>
        <w:spacing w:after="0"/>
        <w:ind w:left="360"/>
        <w:shd w:val="clear" w:color="auto" w:fill="F2F2F2"/>
      </w:pPr>
      <w:r>
        <w:rPr>
          <w:rFonts w:ascii="Consolas" w:hAnsi="Consolas"/>
          <w:sz w:val="18"/>
        </w:rPr>
        <w:t xml:space="preserve">    # Rename columns</w:t>
      </w:r>
    </w:p>
    <w:p>
      <w:pPr>
        <w:spacing w:after="0"/>
        <w:ind w:left="360"/>
        <w:shd w:val="clear" w:color="auto" w:fill="F2F2F2"/>
      </w:pPr>
      <w:r>
        <w:rPr>
          <w:rFonts w:ascii="Consolas" w:hAnsi="Consolas"/>
          <w:sz w:val="18"/>
        </w:rPr>
        <w:t xml:space="preserve">    result = result.rename(columns={</w:t>
      </w:r>
    </w:p>
    <w:p>
      <w:pPr>
        <w:spacing w:after="0"/>
        <w:ind w:left="360"/>
        <w:shd w:val="clear" w:color="auto" w:fill="F2F2F2"/>
      </w:pPr>
      <w:r>
        <w:rPr>
          <w:rFonts w:ascii="Consolas" w:hAnsi="Consolas"/>
          <w:sz w:val="18"/>
        </w:rPr>
        <w:t xml:space="preserve">        'sum': 'TOTAL USD',</w:t>
      </w:r>
    </w:p>
    <w:p>
      <w:pPr>
        <w:spacing w:after="0"/>
        <w:ind w:left="360"/>
        <w:shd w:val="clear" w:color="auto" w:fill="F2F2F2"/>
      </w:pPr>
      <w:r>
        <w:rPr>
          <w:rFonts w:ascii="Consolas" w:hAnsi="Consolas"/>
          <w:sz w:val="18"/>
        </w:rPr>
        <w:t xml:space="preserve">        'count': 'NUMBER',</w:t>
      </w:r>
    </w:p>
    <w:p>
      <w:pPr>
        <w:spacing w:after="0"/>
        <w:ind w:left="360"/>
        <w:shd w:val="clear" w:color="auto" w:fill="F2F2F2"/>
      </w:pPr>
      <w:r>
        <w:rPr>
          <w:rFonts w:ascii="Consolas" w:hAnsi="Consolas"/>
          <w:sz w:val="18"/>
        </w:rPr>
        <w:t xml:space="preserve">        'mean': 'AVERAGE',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result['LOCATION'] = location</w:t>
      </w:r>
    </w:p>
    <w:p>
      <w:pPr>
        <w:spacing w:after="0"/>
        <w:ind w:left="360"/>
        <w:shd w:val="clear" w:color="auto" w:fill="F2F2F2"/>
      </w:pPr>
      <w:r>
        <w:rPr>
          <w:rFonts w:ascii="Consolas" w:hAnsi="Consolas"/>
          <w:sz w:val="18"/>
        </w:rPr>
        <w:t xml:space="preserve">    return result</w:t>
      </w:r>
    </w:p>
    <w:p>
      <w:pPr>
        <w:spacing w:after="40"/>
      </w:pPr>
    </w:p>
    <w:p>
      <w:pPr>
        <w:spacing w:after="80"/>
      </w:pPr>
      <w:r>
        <w:rPr>
          <w:b w:val="0"/>
          <w:i w:val="0"/>
        </w:rPr>
        <w:t xml:space="preserve">Dòng đầu tiên nhập dữ liệu vào một Pandas </w:t>
      </w:r>
      <w:r>
        <w:rPr>
          <w:rFonts w:ascii="Consolas" w:hAnsi="Consolas"/>
          <w:b w:val="0"/>
          <w:i w:val="0"/>
          <w:sz w:val="20"/>
        </w:rPr>
        <w:br/>
        <w:br/>
        <w:t xml:space="preserve">      DataFrame</w:t>
        <w:br/>
        <w:t xml:space="preserve">     </w:t>
        <w:br/>
      </w:r>
      <w:r>
        <w:rPr>
          <w:b w:val="0"/>
          <w:i w:val="0"/>
        </w:rPr>
        <w:t xml:space="preserve"> . Hàm </w:t>
      </w:r>
      <w:r>
        <w:rPr>
          <w:rFonts w:ascii="Consolas" w:hAnsi="Consolas"/>
          <w:b w:val="0"/>
          <w:i w:val="0"/>
          <w:sz w:val="20"/>
        </w:rPr>
        <w:br/>
        <w:br/>
        <w:t xml:space="preserve">      pandas_format</w:t>
        <w:br/>
        <w:t xml:space="preserve">     </w:t>
        <w:br/>
      </w:r>
      <w:r>
        <w:rPr>
          <w:b w:val="0"/>
          <w:i w:val="0"/>
        </w:rPr>
        <w:t xml:space="preserve"> thêm cột </w:t>
      </w:r>
      <w:r>
        <w:rPr>
          <w:rFonts w:ascii="Consolas" w:hAnsi="Consolas"/>
          <w:b w:val="0"/>
          <w:i w:val="0"/>
          <w:sz w:val="20"/>
        </w:rPr>
        <w:br/>
        <w:br/>
        <w:t xml:space="preserve">      DATE</w:t>
        <w:br/>
        <w:t xml:space="preserve">     </w:t>
        <w:br/>
      </w:r>
      <w:r>
        <w:rPr>
          <w:b w:val="0"/>
          <w:i w:val="0"/>
        </w:rPr>
        <w:t xml:space="preserve"> , chuyển đổi timestamp chuẩn thành một đối tượng </w:t>
      </w:r>
      <w:r>
        <w:rPr>
          <w:rFonts w:ascii="Consolas" w:hAnsi="Consolas"/>
          <w:b w:val="0"/>
          <w:i w:val="0"/>
          <w:sz w:val="20"/>
        </w:rPr>
        <w:br/>
        <w:br/>
        <w:t xml:space="preserve">      datetime</w:t>
        <w:br/>
        <w:t xml:space="preserve">     </w:t>
        <w:br/>
      </w:r>
      <w:r>
        <w:rPr>
          <w:b w:val="0"/>
          <w:i w:val="0"/>
        </w:rPr>
        <w:t xml:space="preserve"> , và chuyển đổi cột </w:t>
      </w:r>
      <w:r>
        <w:rPr>
          <w:rFonts w:ascii="Consolas" w:hAnsi="Consolas"/>
          <w:b w:val="0"/>
          <w:i w:val="0"/>
          <w:sz w:val="20"/>
        </w:rPr>
        <w:br/>
        <w:br/>
        <w:t xml:space="preserve">      USD</w:t>
        <w:br/>
        <w:t xml:space="preserve">     </w:t>
        <w:br/>
      </w:r>
      <w:r>
        <w:rPr>
          <w:b w:val="0"/>
          <w:i w:val="0"/>
        </w:rPr>
        <w:t xml:space="preserve"> thành định dạng số. Tất cả những điều này đặt nền móng để cho phép Pandas làm việc với các cột này.</w:t>
      </w:r>
    </w:p>
    <w:p>
      <w:pPr>
        <w:spacing w:after="80"/>
      </w:pPr>
      <w:r>
        <w:rPr>
          <w:b w:val="0"/>
          <w:i w:val="0"/>
        </w:rPr>
        <w:t>Phần cốt lõi của việc tổng hợp nằm ở hai dòng này:</w:t>
      </w:r>
    </w:p>
    <w:p>
      <w:pPr>
        <w:spacing w:after="0"/>
        <w:ind w:left="360"/>
        <w:shd w:val="clear" w:color="auto" w:fill="F2F2F2"/>
      </w:pPr>
      <w:r>
        <w:rPr>
          <w:rFonts w:ascii="Consolas" w:hAnsi="Consolas"/>
          <w:sz w:val="18"/>
        </w:rPr>
        <w:t xml:space="preserve">    by_usd = data.groupby(data['DATE'].dt.date)['USD']</w:t>
      </w:r>
    </w:p>
    <w:p>
      <w:pPr>
        <w:spacing w:after="0"/>
        <w:ind w:left="360"/>
        <w:shd w:val="clear" w:color="auto" w:fill="F2F2F2"/>
      </w:pPr>
      <w:r>
        <w:rPr>
          <w:rFonts w:ascii="Consolas" w:hAnsi="Consolas"/>
          <w:sz w:val="18"/>
        </w:rPr>
        <w:t xml:space="preserve">    result = by_usd.agg(['sum', 'count', 'mean'])</w:t>
      </w:r>
    </w:p>
    <w:p>
      <w:pPr>
        <w:spacing w:after="40"/>
      </w:pPr>
    </w:p>
    <w:p>
      <w:pPr>
        <w:spacing w:after="80"/>
      </w:pPr>
      <w:r>
        <w:rPr>
          <w:b w:val="0"/>
          <w:i w:val="0"/>
        </w:rPr>
        <w:t xml:space="preserve">Dòng đầu tiên chuyển đổi </w:t>
      </w:r>
      <w:r>
        <w:rPr>
          <w:rFonts w:ascii="Consolas" w:hAnsi="Consolas"/>
          <w:b w:val="0"/>
          <w:i w:val="0"/>
          <w:sz w:val="20"/>
        </w:rPr>
        <w:br/>
        <w:br/>
        <w:t xml:space="preserve">      DataFrame</w:t>
        <w:br/>
        <w:t xml:space="preserve">     </w:t>
        <w:br/>
      </w:r>
      <w:r>
        <w:rPr>
          <w:b w:val="0"/>
          <w:i w:val="0"/>
        </w:rPr>
        <w:t xml:space="preserve"> để nhóm kết quả theo cột </w:t>
      </w:r>
      <w:r>
        <w:rPr>
          <w:rFonts w:ascii="Consolas" w:hAnsi="Consolas"/>
          <w:b w:val="0"/>
          <w:i w:val="0"/>
          <w:sz w:val="20"/>
        </w:rPr>
        <w:br/>
        <w:br/>
        <w:t xml:space="preserve">      DATE</w:t>
        <w:br/>
        <w:t xml:space="preserve">     </w:t>
        <w:br/>
      </w:r>
      <w:r>
        <w:rPr>
          <w:b w:val="0"/>
          <w:i w:val="0"/>
        </w:rPr>
        <w:t xml:space="preserve"> (là một đối tượng </w:t>
      </w:r>
      <w:r>
        <w:rPr>
          <w:rFonts w:ascii="Consolas" w:hAnsi="Consolas"/>
          <w:b w:val="0"/>
          <w:i w:val="0"/>
          <w:sz w:val="20"/>
        </w:rPr>
        <w:br/>
        <w:br/>
        <w:t xml:space="preserve">      datetime</w:t>
        <w:br/>
        <w:t xml:space="preserve">     </w:t>
        <w:br/>
      </w:r>
      <w:r>
        <w:rPr>
          <w:b w:val="0"/>
          <w:i w:val="0"/>
        </w:rPr>
        <w:t xml:space="preserve"> đầy đủ), nhưng chỉ theo ngày, tức là không có thông tin giờ. Điều này tổng hợp kết quả theo cả ngày. Các giá trị được nhóm chỉ được trình bày cho cột </w:t>
      </w:r>
      <w:r>
        <w:rPr>
          <w:rFonts w:ascii="Consolas" w:hAnsi="Consolas"/>
          <w:b w:val="0"/>
          <w:i w:val="0"/>
          <w:sz w:val="20"/>
        </w:rPr>
        <w:br/>
        <w:br/>
        <w:t xml:space="preserve">      USD</w:t>
        <w:br/>
        <w:t xml:space="preserve">     </w:t>
        <w:br/>
      </w:r>
      <w:r>
        <w:rPr>
          <w:b w:val="0"/>
          <w:i w:val="0"/>
        </w:rPr>
        <w:t xml:space="preserve"> .</w:t>
      </w:r>
    </w:p>
    <w:p>
      <w:pPr>
        <w:spacing w:after="80"/>
      </w:pPr>
      <w:r>
        <w:rPr>
          <w:b w:val="0"/>
          <w:i w:val="0"/>
        </w:rPr>
        <w:t xml:space="preserve">Dòng thứ hai tổng hợp kết quả theo ba cách khác nhau: </w:t>
      </w:r>
      <w:r>
        <w:rPr>
          <w:rFonts w:ascii="Consolas" w:hAnsi="Consolas"/>
          <w:b w:val="0"/>
          <w:i w:val="0"/>
          <w:sz w:val="20"/>
        </w:rPr>
        <w:br/>
        <w:br/>
        <w:t xml:space="preserve">      sum</w:t>
        <w:br/>
        <w:t xml:space="preserve">     </w:t>
        <w:br/>
      </w:r>
      <w:r>
        <w:rPr>
          <w:b w:val="0"/>
          <w:i w:val="0"/>
        </w:rPr>
        <w:t xml:space="preserve"> được dùng để lấy tổng kết quả, </w:t>
      </w:r>
      <w:r>
        <w:rPr>
          <w:rFonts w:ascii="Consolas" w:hAnsi="Consolas"/>
          <w:b w:val="0"/>
          <w:i w:val="0"/>
          <w:sz w:val="20"/>
        </w:rPr>
        <w:br/>
        <w:br/>
        <w:t xml:space="preserve">      count</w:t>
        <w:br/>
        <w:t xml:space="preserve">     </w:t>
        <w:br/>
      </w:r>
      <w:r>
        <w:rPr>
          <w:b w:val="0"/>
          <w:i w:val="0"/>
        </w:rPr>
        <w:t xml:space="preserve"> để lấy số lượng sự kiện, và </w:t>
      </w:r>
      <w:r>
        <w:rPr>
          <w:rFonts w:ascii="Consolas" w:hAnsi="Consolas"/>
          <w:b w:val="0"/>
          <w:i w:val="0"/>
          <w:sz w:val="20"/>
        </w:rPr>
        <w:br/>
        <w:br/>
        <w:t xml:space="preserve">      mean</w:t>
        <w:br/>
        <w:t xml:space="preserve">     </w:t>
        <w:br/>
      </w:r>
      <w:r>
        <w:rPr>
          <w:b w:val="0"/>
          <w:i w:val="0"/>
        </w:rPr>
        <w:t xml:space="preserve"> cho giá trị trung bình. Tất cả chúng đều tham chiếu đến cột </w:t>
      </w:r>
      <w:r>
        <w:rPr>
          <w:rFonts w:ascii="Consolas" w:hAnsi="Consolas"/>
          <w:b w:val="0"/>
          <w:i w:val="0"/>
          <w:sz w:val="20"/>
        </w:rPr>
        <w:br/>
        <w:br/>
        <w:t xml:space="preserve">      USD</w:t>
        <w:br/>
        <w:t xml:space="preserve">     </w:t>
        <w:br/>
      </w:r>
      <w:r>
        <w:rPr>
          <w:b w:val="0"/>
          <w:i w:val="0"/>
        </w:rPr>
        <w:t xml:space="preserve"> đã được chọn trước đó.</w:t>
      </w:r>
    </w:p>
    <w:p>
      <w:pPr>
        <w:spacing w:after="80"/>
      </w:pPr>
      <w:r>
        <w:rPr>
          <w:b w:val="0"/>
          <w:i w:val="0"/>
        </w:rPr>
        <w:t xml:space="preserve">Phần còn lại của hàm </w:t>
      </w:r>
      <w:r>
        <w:rPr>
          <w:rFonts w:ascii="Consolas" w:hAnsi="Consolas"/>
          <w:b w:val="0"/>
          <w:i w:val="0"/>
          <w:sz w:val="20"/>
        </w:rPr>
        <w:br/>
        <w:br/>
        <w:t xml:space="preserve">      calculate_results</w:t>
        <w:br/>
        <w:t xml:space="preserve">     </w:t>
        <w:br/>
      </w:r>
      <w:r>
        <w:rPr>
          <w:b w:val="0"/>
          <w:i w:val="0"/>
        </w:rPr>
        <w:t xml:space="preserve"> thì đơn giản hơn. Đầu tiên nó làm tròn kết quả đến hai chữ số thập phân bằng </w:t>
      </w:r>
      <w:r>
        <w:rPr>
          <w:rFonts w:ascii="Consolas" w:hAnsi="Consolas"/>
          <w:b w:val="0"/>
          <w:i w:val="0"/>
          <w:sz w:val="20"/>
        </w:rPr>
        <w:br/>
        <w:br/>
        <w:t xml:space="preserve">      .round(2)</w:t>
        <w:br/>
        <w:t xml:space="preserve">     </w:t>
        <w:br/>
      </w:r>
      <w:r>
        <w:rPr>
          <w:b w:val="0"/>
          <w:i w:val="0"/>
        </w:rPr>
        <w:t xml:space="preserve"> . Sau đó nó thay đổi tên các cột cho nhất quán với các công thức trước đó. Hàm </w:t>
      </w:r>
      <w:r>
        <w:rPr>
          <w:rFonts w:ascii="Consolas" w:hAnsi="Consolas"/>
          <w:b w:val="0"/>
          <w:i w:val="0"/>
          <w:sz w:val="20"/>
        </w:rPr>
        <w:br/>
        <w:br/>
        <w:t xml:space="preserve">      .rename</w:t>
        <w:br/>
        <w:t xml:space="preserve">     </w:t>
        <w:br/>
      </w:r>
      <w:r>
        <w:rPr>
          <w:b w:val="0"/>
          <w:i w:val="0"/>
        </w:rPr>
        <w:t xml:space="preserve"> sử dụng một dictionary để định nghĩa kết quả đầu vào và đầu ra.</w:t>
      </w:r>
    </w:p>
    <w:p>
      <w:pPr>
        <w:spacing w:after="80"/>
      </w:pPr>
      <w:r>
        <w:rPr>
          <w:b w:val="0"/>
          <w:i w:val="0"/>
        </w:rPr>
        <w:t xml:space="preserve">Để theo dõi </w:t>
      </w:r>
      <w:r>
        <w:rPr>
          <w:rFonts w:ascii="Consolas" w:hAnsi="Consolas"/>
          <w:b w:val="0"/>
          <w:i w:val="0"/>
          <w:sz w:val="20"/>
        </w:rPr>
        <w:br/>
        <w:br/>
        <w:t xml:space="preserve">      LOCATION</w:t>
        <w:br/>
        <w:t xml:space="preserve">     </w:t>
        <w:br/>
      </w:r>
      <w:r>
        <w:rPr>
          <w:b w:val="0"/>
          <w:i w:val="0"/>
        </w:rPr>
        <w:t xml:space="preserve"> chúng ta thêm nó như một cột hằng số.</w:t>
      </w:r>
    </w:p>
    <w:p>
      <w:pPr>
        <w:spacing w:after="80"/>
      </w:pPr>
      <w:r>
        <w:rPr>
          <w:b w:val="0"/>
          <w:i w:val="0"/>
        </w:rPr>
        <w:t xml:space="preserve">File CSV kết quả tương đương với file được trình bày trong công thức </w:t>
      </w:r>
      <w:r>
        <w:rPr>
          <w:b w:val="0"/>
          <w:i/>
        </w:rPr>
        <w:t xml:space="preserve"> Tổng hợp kết quả </w:t>
      </w:r>
      <w:r>
        <w:rPr>
          <w:b w:val="0"/>
          <w:i w:val="0"/>
        </w:rPr>
        <w:t xml:space="preserve"> , ngoại trừ những khác biệt nhỏ về định dạng, chẳng hạn như vị trí của cột </w:t>
      </w:r>
      <w:r>
        <w:rPr>
          <w:rFonts w:ascii="Consolas" w:hAnsi="Consolas"/>
          <w:b w:val="0"/>
          <w:i w:val="0"/>
          <w:sz w:val="20"/>
        </w:rPr>
        <w:br/>
        <w:br/>
        <w:t xml:space="preserve">      LOCATION</w:t>
        <w:br/>
        <w:t xml:space="preserve">     </w:t>
        <w:br/>
      </w:r>
      <w:r>
        <w:rPr>
          <w:b w:val="0"/>
          <w:i w:val="0"/>
        </w:rPr>
        <w:t xml:space="preserve"> .</w:t>
      </w:r>
    </w:p>
    <w:p>
      <w:pPr>
        <w:pStyle w:val="Heading3"/>
      </w:pPr>
      <w:r>
        <w:rPr>
          <w:rFonts w:ascii="Calibri" w:hAnsi="Calibri"/>
          <w:b/>
          <w:i w:val="0"/>
          <w:sz w:val="26"/>
        </w:rPr>
        <w:t>Còn nhiều điều nữa...</w:t>
      </w:r>
    </w:p>
    <w:p>
      <w:pPr>
        <w:spacing w:after="80"/>
      </w:pPr>
      <w:r>
        <w:rPr>
          <w:b w:val="0"/>
          <w:i w:val="0"/>
        </w:rPr>
        <w:t xml:space="preserve">Mẫu được thể hiện trong </w:t>
      </w:r>
      <w:r>
        <w:rPr>
          <w:rFonts w:ascii="Consolas" w:hAnsi="Consolas"/>
          <w:b w:val="0"/>
          <w:i w:val="0"/>
          <w:sz w:val="20"/>
        </w:rPr>
        <w:br/>
        <w:br/>
        <w:t xml:space="preserve">      calculate_results</w:t>
        <w:br/>
        <w:t xml:space="preserve">     </w:t>
        <w:br/>
      </w:r>
      <w:r>
        <w:rPr>
          <w:b w:val="0"/>
          <w:i w:val="0"/>
        </w:rPr>
        <w:t xml:space="preserve"> khi áp dụng các thay đổi và ghi đè kết quả rất phổ biến trong Pandas:</w:t>
      </w:r>
    </w:p>
    <w:p>
      <w:pPr>
        <w:spacing w:after="0"/>
        <w:ind w:left="360"/>
        <w:shd w:val="clear" w:color="auto" w:fill="F2F2F2"/>
      </w:pPr>
      <w:r>
        <w:rPr>
          <w:rFonts w:ascii="Consolas" w:hAnsi="Consolas"/>
          <w:sz w:val="18"/>
        </w:rPr>
        <w:t>result = by_usd.agg(['sum', 'count', 'mean'])</w:t>
      </w:r>
    </w:p>
    <w:p>
      <w:pPr>
        <w:spacing w:after="0"/>
        <w:ind w:left="360"/>
        <w:shd w:val="clear" w:color="auto" w:fill="F2F2F2"/>
      </w:pPr>
      <w:r>
        <w:rPr>
          <w:rFonts w:ascii="Consolas" w:hAnsi="Consolas"/>
          <w:sz w:val="18"/>
        </w:rPr>
        <w:t>result = result.round(2)</w:t>
      </w:r>
    </w:p>
    <w:p>
      <w:pPr>
        <w:spacing w:after="0"/>
        <w:ind w:left="360"/>
        <w:shd w:val="clear" w:color="auto" w:fill="F2F2F2"/>
      </w:pPr>
      <w:r>
        <w:rPr>
          <w:rFonts w:ascii="Consolas" w:hAnsi="Consolas"/>
          <w:sz w:val="18"/>
        </w:rPr>
        <w:t>result = result.rename(...)</w:t>
      </w:r>
    </w:p>
    <w:p>
      <w:pPr>
        <w:spacing w:after="40"/>
      </w:pPr>
    </w:p>
    <w:p>
      <w:pPr>
        <w:spacing w:after="80"/>
      </w:pPr>
      <w:r>
        <w:rPr>
          <w:b w:val="0"/>
          <w:i w:val="0"/>
        </w:rPr>
        <w:t>Quá trình này cũng có thể được nối lại một cách dễ dàng thành như sau:</w:t>
      </w:r>
    </w:p>
    <w:p>
      <w:pPr>
        <w:spacing w:after="0"/>
        <w:ind w:left="360"/>
        <w:shd w:val="clear" w:color="auto" w:fill="F2F2F2"/>
      </w:pPr>
      <w:r>
        <w:rPr>
          <w:rFonts w:ascii="Consolas" w:hAnsi="Consolas"/>
          <w:sz w:val="18"/>
        </w:rPr>
        <w:t>result = by_usd.agg(['sum', 'count', 'mean']).round(2).rename(...)</w:t>
      </w:r>
    </w:p>
    <w:p>
      <w:pPr>
        <w:spacing w:after="40"/>
      </w:pPr>
    </w:p>
    <w:p>
      <w:pPr>
        <w:spacing w:after="80"/>
      </w:pPr>
      <w:r>
        <w:rPr>
          <w:b/>
          <w:i w:val="0"/>
        </w:rPr>
        <w:t>Lưu ý</w:t>
      </w:r>
    </w:p>
    <w:p>
      <w:pPr>
        <w:spacing w:after="80"/>
      </w:pPr>
      <w:r>
        <w:rPr>
          <w:b w:val="0"/>
          <w:i w:val="0"/>
        </w:rPr>
        <w:t xml:space="preserve">Trước phiên bản 3 của </w:t>
      </w:r>
      <w:r>
        <w:rPr>
          <w:rFonts w:ascii="Consolas" w:hAnsi="Consolas"/>
          <w:b w:val="0"/>
          <w:i w:val="0"/>
          <w:sz w:val="20"/>
        </w:rPr>
        <w:br/>
        <w:br/>
        <w:t xml:space="preserve">       pandas</w:t>
        <w:br/>
        <w:t xml:space="preserve">      </w:t>
        <w:br/>
      </w:r>
      <w:r>
        <w:rPr>
          <w:b w:val="0"/>
          <w:i w:val="0"/>
        </w:rPr>
        <w:t xml:space="preserve"> , thao tác này mặc định tạo ra một bản sao của dữ liệu, điều này không hiệu quả với lượng dữ liệu lớn. Giờ đây copy-on-write là chế độ mặc định, giúp tránh những bản sao không cần thiết mà vẫn đảm bảo hành vi có thể dự đoán được.</w:t>
      </w:r>
    </w:p>
    <w:p>
      <w:pPr>
        <w:spacing w:after="80"/>
      </w:pPr>
      <w:r>
        <w:rPr>
          <w:b w:val="0"/>
          <w:i w:val="0"/>
        </w:rPr>
        <w:t xml:space="preserve">Bạn có thể tìm hiểu thêm về những ảnh hưởng của nó trong tài liệu, tại </w:t>
      </w:r>
      <w:r>
        <w:rPr>
          <w:rFonts w:ascii="Consolas" w:hAnsi="Consolas"/>
          <w:b w:val="0"/>
          <w:i w:val="0"/>
          <w:sz w:val="20"/>
        </w:rPr>
        <w:br/>
        <w:br/>
        <w:t xml:space="preserve">        https://pandas.pydata.org/docs/user_guide/copy_on_write.html</w:t>
        <w:br/>
        <w:t xml:space="preserve">       </w:t>
        <w:br/>
      </w:r>
      <w:r>
        <w:rPr>
          <w:b w:val="0"/>
          <w:i w:val="0"/>
        </w:rPr>
        <w:t xml:space="preserve"> .</w:t>
      </w:r>
    </w:p>
    <w:p>
      <w:pPr>
        <w:spacing w:after="80"/>
      </w:pPr>
      <w:r>
        <w:rPr>
          <w:b w:val="0"/>
          <w:i w:val="0"/>
        </w:rPr>
        <w:t>Pandas là một gói lớn và phức tạp với rất nhiều công dụng, từ phân tích thống kê đến vẽ biểu đồ cho tới các ứng dụng toán học phức tạp. Nó được sử dụng rộng rãi trong cộng đồng khoa học dữ liệu.</w:t>
      </w:r>
    </w:p>
    <w:p>
      <w:pPr>
        <w:spacing w:after="80"/>
      </w:pPr>
      <w:r>
        <w:rPr>
          <w:b/>
          <w:i w:val="0"/>
        </w:rPr>
        <w:t>Mẹo</w:t>
      </w:r>
    </w:p>
    <w:p>
      <w:pPr>
        <w:spacing w:after="80"/>
      </w:pPr>
      <w:r>
        <w:rPr>
          <w:b w:val="0"/>
          <w:i w:val="0"/>
        </w:rPr>
        <w:t>Nó cũng được GenAI hiểu rõ, có thể hỗ trợ bạn rất nhiều trong việc tạo hình code cho thao tác mà bạn đang muốn thực hiện.</w:t>
      </w:r>
    </w:p>
    <w:p>
      <w:pPr>
        <w:spacing w:after="80"/>
      </w:pPr>
      <w:r>
        <w:rPr>
          <w:b w:val="0"/>
          <w:i w:val="0"/>
        </w:rPr>
        <w:t>Pandas sử dụng cách tiếp cận mô tả kết quả mong muốn, thay vì mô tả các thao tác cần thực hiện.</w:t>
      </w:r>
    </w:p>
    <w:p>
      <w:pPr>
        <w:spacing w:after="80"/>
      </w:pPr>
      <w:r>
        <w:rPr>
          <w:b/>
          <w:i w:val="0"/>
        </w:rPr>
        <w:t>Lưu ý</w:t>
      </w:r>
    </w:p>
    <w:p>
      <w:pPr>
        <w:spacing w:after="80"/>
      </w:pPr>
      <w:r>
        <w:rPr>
          <w:b w:val="0"/>
          <w:i w:val="0"/>
        </w:rPr>
        <w:t xml:space="preserve">Cách tiếp cận này được gọi là </w:t>
      </w:r>
      <w:r>
        <w:rPr>
          <w:b/>
          <w:i w:val="0"/>
        </w:rPr>
        <w:t xml:space="preserve"> khai báo </w:t>
      </w:r>
      <w:r>
        <w:rPr>
          <w:b w:val="0"/>
          <w:i w:val="0"/>
        </w:rPr>
        <w:t xml:space="preserve"> (declarative), đối lập với mệnh lệnh (imperative). Ngôn ngữ khai báo hướng đến việc mô tả kết quả, tức là 'cái gì', trong khi ngôn ngữ mệnh lệnh mô tả 'như thế nào'. Ví dụ phổ biến nhất của ngôn ngữ khai báo là SQL, dùng để tương tác với cơ sở dữ liệu. Python chủ yếu là ngôn ngữ mệnh lệnh, nhưng như ta thấy trong Pandas, cách tiếp cận khai báo cũng có thể được sử dụng.</w:t>
      </w:r>
    </w:p>
    <w:p>
      <w:pPr>
        <w:spacing w:after="80"/>
      </w:pPr>
      <w:r>
        <w:rPr>
          <w:b w:val="0"/>
          <w:i w:val="0"/>
        </w:rPr>
        <w:t>Việc định nghĩa kết quả cho phép sử dụng nội bộ các thao tác cấp thấp để tạo ra kết quả tuyệt vời.</w:t>
      </w:r>
    </w:p>
    <w:p>
      <w:pPr>
        <w:spacing w:after="80"/>
      </w:pPr>
      <w:r>
        <w:rPr>
          <w:b w:val="0"/>
          <w:i w:val="0"/>
        </w:rPr>
        <w:t xml:space="preserve">Pandas rất thường được dùng cùng Jupyter Notebook. Ứng dụng này cho phép người dùng tạo ra những phiên Python phong phú, kết hợp thực thi code, tài liệu và biểu đồ để tạo nên một môi trường đa dạng dưới dạng các notebook có thể truy cập qua trình duyệt web. Nó có khả năng tự động trình bày dữ liệu từ các mô-đun như </w:t>
      </w:r>
      <w:r>
        <w:rPr>
          <w:rFonts w:ascii="Consolas" w:hAnsi="Consolas"/>
          <w:b w:val="0"/>
          <w:i w:val="0"/>
          <w:sz w:val="20"/>
        </w:rPr>
        <w:br/>
        <w:br/>
        <w:t xml:space="preserve">      pandas</w:t>
        <w:br/>
        <w:t xml:space="preserve">     </w:t>
        <w:br/>
      </w:r>
      <w:r>
        <w:rPr>
          <w:b w:val="0"/>
          <w:i w:val="0"/>
        </w:rPr>
        <w:t xml:space="preserve"> hoặc </w:t>
      </w:r>
      <w:r>
        <w:rPr>
          <w:rFonts w:ascii="Consolas" w:hAnsi="Consolas"/>
          <w:b w:val="0"/>
          <w:i w:val="0"/>
          <w:sz w:val="20"/>
        </w:rPr>
        <w:br/>
        <w:br/>
        <w:t xml:space="preserve">      matplotlib</w:t>
        <w:br/>
        <w:t xml:space="preserve">     </w:t>
        <w:br/>
      </w:r>
      <w:r>
        <w:rPr>
          <w:b w:val="0"/>
          <w:i w:val="0"/>
        </w:rPr>
        <w:t xml:space="preserve"> .</w:t>
      </w:r>
    </w:p>
    <w:p>
      <w:pPr>
        <w:spacing w:after="80"/>
      </w:pPr>
      <w:r>
        <w:rPr>
          <w:b w:val="0"/>
          <w:i w:val="0"/>
        </w:rPr>
        <w:t>Mục tiêu của dự án này là cho phép khám phá dữ liệu, thay vì theo một quy trình lặp đi lặp lại như khi dùng công cụ tự động, nhưng Jupyter Notebook là một công cụ tuyệt vời mà bạn nên biết cách sử dụng.</w:t>
      </w:r>
    </w:p>
    <w:p>
      <w:pPr>
        <w:spacing w:after="80"/>
      </w:pPr>
      <w:r>
        <w:rPr>
          <w:b w:val="0"/>
          <w:i w:val="0"/>
        </w:rPr>
        <w:t xml:space="preserve">Bạn có thể thử notebook trực tuyến tại </w:t>
      </w:r>
      <w:r>
        <w:rPr>
          <w:rFonts w:ascii="Consolas" w:hAnsi="Consolas"/>
          <w:b w:val="0"/>
          <w:i w:val="0"/>
          <w:sz w:val="20"/>
        </w:rPr>
        <w:br/>
        <w:br/>
        <w:t xml:space="preserve">       https://jupyter.org/try</w:t>
        <w:br/>
        <w:t xml:space="preserve">      </w:t>
        <w:br/>
      </w:r>
      <w:r>
        <w:rPr>
          <w:b w:val="0"/>
          <w:i w:val="0"/>
        </w:rPr>
        <w:t xml:space="preserve"> . Truy cập trang web chính tại </w:t>
      </w:r>
      <w:r>
        <w:rPr>
          <w:rFonts w:ascii="Consolas" w:hAnsi="Consolas"/>
          <w:b w:val="0"/>
          <w:i w:val="0"/>
          <w:sz w:val="20"/>
        </w:rPr>
        <w:br/>
        <w:br/>
        <w:t xml:space="preserve">       https://jupyter.org/</w:t>
        <w:br/>
        <w:t xml:space="preserve">      </w:t>
        <w:br/>
      </w:r>
      <w:r>
        <w:rPr>
          <w:b w:val="0"/>
          <w:i w:val="0"/>
        </w:rPr>
        <w:t xml:space="preserve"> để xem cách cài đặt cục bộ và đọc tài liệu đầy đủ.</w:t>
      </w:r>
    </w:p>
    <w:p>
      <w:pPr>
        <w:spacing w:after="80"/>
      </w:pPr>
      <w:r>
        <w:rPr>
          <w:b w:val="0"/>
          <w:i w:val="0"/>
        </w:rPr>
        <w:t>Đây là một phiên ví dụ hiển thị một số dữ liệu:</w:t>
      </w:r>
    </w:p>
    <w:p>
      <w:pPr>
        <w:jc w:val="center"/>
      </w:pPr>
      <w:r>
        <w:drawing>
          <wp:inline xmlns:a="http://schemas.openxmlformats.org/drawingml/2006/main" xmlns:pic="http://schemas.openxmlformats.org/drawingml/2006/picture">
            <wp:extent cx="5486400" cy="5536785"/>
            <wp:docPr id="61" name="Picture 61"/>
            <wp:cNvGraphicFramePr>
              <a:graphicFrameLocks noChangeAspect="1"/>
            </wp:cNvGraphicFramePr>
            <a:graphic>
              <a:graphicData uri="http://schemas.openxmlformats.org/drawingml/2006/picture">
                <pic:pic>
                  <pic:nvPicPr>
                    <pic:cNvPr id="0" name="B36973_7_11.png"/>
                    <pic:cNvPicPr/>
                  </pic:nvPicPr>
                  <pic:blipFill>
                    <a:blip r:embed="rId65"/>
                    <a:stretch>
                      <a:fillRect/>
                    </a:stretch>
                  </pic:blipFill>
                  <pic:spPr>
                    <a:xfrm>
                      <a:off x="0" y="0"/>
                      <a:ext cx="5486400" cy="5536785"/>
                    </a:xfrm>
                    <a:prstGeom prst="rect"/>
                  </pic:spPr>
                </pic:pic>
              </a:graphicData>
            </a:graphic>
          </wp:inline>
        </w:drawing>
      </w:r>
    </w:p>
    <w:p>
      <w:pPr>
        <w:spacing w:after="160"/>
        <w:jc w:val="center"/>
      </w:pPr>
      <w:r>
        <w:rPr>
          <w:rFonts w:ascii="Calibri" w:hAnsi="Calibri"/>
          <w:b w:val="0"/>
          <w:i/>
          <w:sz w:val="19"/>
        </w:rPr>
        <w:t>Hình 7.7: Jupyter Notebook</w:t>
      </w:r>
    </w:p>
    <w:p>
      <w:pPr>
        <w:spacing w:after="80"/>
      </w:pPr>
      <w:r>
        <w:rPr>
          <w:b w:val="0"/>
          <w:i w:val="0"/>
        </w:rPr>
        <w:t xml:space="preserve">Bạn có thể tìm tài liệu đầy đủ về Pandas tại </w:t>
      </w:r>
      <w:r>
        <w:rPr>
          <w:rFonts w:ascii="Consolas" w:hAnsi="Consolas"/>
          <w:b w:val="0"/>
          <w:i w:val="0"/>
          <w:sz w:val="20"/>
        </w:rPr>
        <w:br/>
        <w:br/>
        <w:t xml:space="preserve">       https://pandas.pydata.org/docs/user_guide/index.html</w:t>
        <w:br/>
        <w:t xml:space="preserve">      </w:t>
        <w:br/>
      </w:r>
      <w:r>
        <w:rPr>
          <w:b w:val="0"/>
          <w:i w:val="0"/>
        </w:rPr>
        <w:t xml:space="preserve"> .</w:t>
      </w:r>
    </w:p>
    <w:p>
      <w:pPr>
        <w:spacing w:after="80"/>
      </w:pPr>
      <w:r>
        <w:rPr>
          <w:b/>
          <w:i w:val="0"/>
        </w:rPr>
        <w:t>Mẹo</w:t>
      </w:r>
    </w:p>
    <w:p>
      <w:pPr>
        <w:spacing w:after="80"/>
      </w:pPr>
      <w:r>
        <w:rPr>
          <w:b w:val="0"/>
          <w:i w:val="0"/>
        </w:rPr>
        <w:t xml:space="preserve">Một lựa chọn khác, nằm ngoài phạm vi của cuốn sách này, là thực hiện những loại thao tác này trong một cơ sở dữ liệu SQL, nơi mã SQL có thể diễn đạt các thao tác đó. Python có thư viện hỗ trợ để kết nối với hầu hết các cơ sở dữ liệu hiện có, và thậm chí còn có thể làm việc cục bộ với SQLite ( </w:t>
      </w:r>
      <w:r>
        <w:rPr>
          <w:rFonts w:ascii="Consolas" w:hAnsi="Consolas"/>
          <w:b w:val="0"/>
          <w:i w:val="0"/>
          <w:sz w:val="20"/>
        </w:rPr>
        <w:br/>
        <w:br/>
        <w:t xml:space="preserve">        https://sqlite.org</w:t>
        <w:br/>
        <w:t xml:space="preserve">       </w:t>
        <w:br/>
      </w:r>
      <w:r>
        <w:rPr>
          <w:b w:val="0"/>
          <w:i w:val="0"/>
        </w:rPr>
        <w:t xml:space="preserve"> ) , một cơ sở dữ liệu SQL hoạt động dựa trên một tệp cục bộ. Điều này giúp bạn có thể tạo một cơ sở dữ liệu cục bộ, nhập toàn bộ dữ liệu của mình vào đó, rồi truy vấn nó.</w:t>
      </w:r>
    </w:p>
    <w:p>
      <w:pPr>
        <w:spacing w:after="80"/>
      </w:pPr>
      <w:r>
        <w:rPr>
          <w:b w:val="0"/>
          <w:i w:val="0"/>
        </w:rPr>
        <w:t xml:space="preserve">Tài liệu cho mô-đun thư viện chuẩn để làm việc với SQLite có tại </w:t>
      </w:r>
      <w:r>
        <w:rPr>
          <w:rFonts w:ascii="Consolas" w:hAnsi="Consolas"/>
          <w:b w:val="0"/>
          <w:i w:val="0"/>
          <w:sz w:val="20"/>
        </w:rPr>
        <w:br/>
        <w:br/>
        <w:t xml:space="preserve">        https://docs.python.org/3/library/sqlite3.html</w:t>
        <w:br/>
        <w:t xml:space="preserve">       </w:t>
        <w:br/>
      </w:r>
      <w:r>
        <w:rPr>
          <w:b w:val="0"/>
          <w:i w:val="0"/>
        </w:rPr>
        <w:t xml:space="preserve"> .</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Tổng hợp kết quả </w:t>
      </w:r>
      <w:r>
        <w:rPr>
          <w:b w:val="0"/>
          <w:i w:val="0"/>
        </w:rPr>
        <w:t xml:space="preserve"> , ở phần trước trong chương này.</w:t>
      </w:r>
    </w:p>
    <w:p>
      <w:pPr>
        <w:spacing w:after="80"/>
        <w:ind w:left="360"/>
      </w:pPr>
      <w:r>
        <w:t xml:space="preserve">• </w:t>
      </w:r>
      <w:r>
        <w:rPr>
          <w:b w:val="0"/>
          <w:i w:val="0"/>
        </w:rPr>
        <w:t xml:space="preserve">Công thức </w:t>
      </w:r>
      <w:r>
        <w:rPr>
          <w:b w:val="0"/>
          <w:i/>
        </w:rPr>
        <w:t xml:space="preserve"> Đọc tệp CSV </w:t>
      </w:r>
      <w:r>
        <w:rPr>
          <w:b w:val="0"/>
          <w:i w:val="0"/>
        </w:rPr>
        <w:t xml:space="preserve"> trong </w:t>
      </w:r>
      <w:r>
        <w:rPr>
          <w:b w:val="0"/>
          <w:i/>
        </w:rPr>
        <w:t xml:space="preserve"> Chương 4 </w:t>
      </w:r>
      <w:r>
        <w:rPr>
          <w:b w:val="0"/>
          <w:i w:val="0"/>
        </w:rPr>
        <w:t xml:space="preserve"> , </w:t>
      </w:r>
      <w:r>
        <w:rPr>
          <w:b w:val="0"/>
          <w:i/>
        </w:rPr>
        <w:t xml:space="preserve"> Tìm kiếm và Đọc Tệp Cục bộ </w:t>
      </w:r>
      <w:r>
        <w:rPr>
          <w:b w:val="0"/>
          <w:i w:val="0"/>
        </w:rPr>
        <w:t xml:space="preserve"> .</w:t>
      </w:r>
    </w:p>
    <w:p>
      <w:pPr>
        <w:spacing w:after="80"/>
        <w:ind w:left="360"/>
      </w:pPr>
      <w:r>
        <w:t xml:space="preserve">• </w:t>
      </w:r>
      <w:r>
        <w:rPr>
          <w:b w:val="0"/>
          <w:i w:val="0"/>
        </w:rPr>
        <w:t xml:space="preserve">Công thức </w:t>
      </w:r>
      <w:r>
        <w:rPr>
          <w:b w:val="0"/>
          <w:i/>
        </w:rPr>
        <w:t xml:space="preserve"> Chuẩn bị một tác vụ </w:t>
      </w:r>
      <w:r>
        <w:rPr>
          <w:b w:val="0"/>
          <w:i w:val="0"/>
        </w:rPr>
        <w:t xml:space="preserve"> trong </w:t>
      </w:r>
      <w:r>
        <w:rPr>
          <w:b w:val="0"/>
          <w:i/>
        </w:rPr>
        <w:t xml:space="preserve"> Chương 2 </w:t>
      </w:r>
      <w:r>
        <w:rPr>
          <w:b w:val="0"/>
          <w:i w:val="0"/>
        </w:rPr>
        <w:t xml:space="preserve"> , </w:t>
      </w:r>
      <w:r>
        <w:rPr>
          <w:b w:val="0"/>
          <w:i/>
        </w:rPr>
        <w:t xml:space="preserve"> Tự động hóa tác vụ thật dễ dàng </w:t>
      </w:r>
      <w:r>
        <w:rPr>
          <w:b w:val="0"/>
          <w:i w:val="0"/>
        </w:rPr>
        <w:t xml:space="preserve"> .</w:t>
      </w:r>
    </w:p>
    <w:p>
      <w:pPr>
        <w:pStyle w:val="Heading2"/>
      </w:pPr>
      <w:r>
        <w:rPr>
          <w:rFonts w:ascii="Calibri" w:hAnsi="Calibri"/>
          <w:b/>
          <w:i w:val="0"/>
          <w:sz w:val="32"/>
        </w:rPr>
        <w:t>Nhận bản PDF của cuốn sách này và nhiều hơn nữa</w:t>
      </w:r>
    </w:p>
    <w:p>
      <w:pPr>
        <w:spacing w:after="80"/>
      </w:pPr>
      <w:r>
        <w:rPr>
          <w:b w:val="0"/>
          <w:i w:val="0"/>
        </w:rPr>
        <w:t xml:space="preserve">Quét mã QR (hoặc truy cập </w:t>
      </w:r>
      <w:r>
        <w:rPr>
          <w:rFonts w:ascii="Consolas" w:hAnsi="Consolas"/>
          <w:b w:val="0"/>
          <w:i w:val="0"/>
          <w:sz w:val="20"/>
        </w:rPr>
        <w:br/>
        <w:br/>
        <w:t xml:space="preserve">       packtpub.com/unlock</w:t>
        <w:br/>
        <w:t xml:space="preserve">      </w:t>
        <w:br/>
      </w:r>
      <w:r>
        <w:rPr>
          <w:b w:val="0"/>
          <w:i w:val="0"/>
        </w:rPr>
        <w:t xml:space="preserve"> ). Tìm cuốn sách này theo tên, xác nhận phiên bản, rồi làm theo các bước trên trang.</w:t>
      </w:r>
    </w:p>
    <w:p>
      <w:pPr>
        <w:jc w:val="center"/>
      </w:pPr>
      <w:r>
        <w:drawing>
          <wp:inline xmlns:a="http://schemas.openxmlformats.org/drawingml/2006/main" xmlns:pic="http://schemas.openxmlformats.org/drawingml/2006/picture">
            <wp:extent cx="3143250" cy="3143250"/>
            <wp:docPr id="62" name="Picture 62"/>
            <wp:cNvGraphicFramePr>
              <a:graphicFrameLocks noChangeAspect="1"/>
            </wp:cNvGraphicFramePr>
            <a:graphic>
              <a:graphicData uri="http://schemas.openxmlformats.org/drawingml/2006/picture">
                <pic:pic>
                  <pic:nvPicPr>
                    <pic:cNvPr id="0" name="B36973_1_3.png"/>
                    <pic:cNvPicPr/>
                  </pic:nvPicPr>
                  <pic:blipFill>
                    <a:blip r:embed="rId17"/>
                    <a:stretch>
                      <a:fillRect/>
                    </a:stretch>
                  </pic:blipFill>
                  <pic:spPr>
                    <a:xfrm>
                      <a:off x="0" y="0"/>
                      <a:ext cx="3143250" cy="3143250"/>
                    </a:xfrm>
                    <a:prstGeom prst="rect"/>
                  </pic:spPr>
                </pic:pic>
              </a:graphicData>
            </a:graphic>
          </wp:inline>
        </w:drawing>
      </w:r>
    </w:p>
    <w:p>
      <w:pPr>
        <w:jc w:val="center"/>
      </w:pPr>
      <w:r>
        <w:drawing>
          <wp:inline xmlns:a="http://schemas.openxmlformats.org/drawingml/2006/main" xmlns:pic="http://schemas.openxmlformats.org/drawingml/2006/picture">
            <wp:extent cx="2095499" cy="485775"/>
            <wp:docPr id="63" name="Picture 63"/>
            <wp:cNvGraphicFramePr>
              <a:graphicFrameLocks noChangeAspect="1"/>
            </wp:cNvGraphicFramePr>
            <a:graphic>
              <a:graphicData uri="http://schemas.openxmlformats.org/drawingml/2006/picture">
                <pic:pic>
                  <pic:nvPicPr>
                    <pic:cNvPr id="0" name="B36973_1_4.png"/>
                    <pic:cNvPicPr/>
                  </pic:nvPicPr>
                  <pic:blipFill>
                    <a:blip r:embed="rId18"/>
                    <a:stretch>
                      <a:fillRect/>
                    </a:stretch>
                  </pic:blipFill>
                  <pic:spPr>
                    <a:xfrm>
                      <a:off x="0" y="0"/>
                      <a:ext cx="2095499" cy="485775"/>
                    </a:xfrm>
                    <a:prstGeom prst="rect"/>
                  </pic:spPr>
                </pic:pic>
              </a:graphicData>
            </a:graphic>
          </wp:inline>
        </w:drawing>
      </w:r>
    </w:p>
    <w:p>
      <w:pPr>
        <w:spacing w:after="80"/>
      </w:pPr>
      <w:r>
        <w:rPr>
          <w:b w:val="0"/>
          <w:i/>
        </w:rPr>
        <w:t xml:space="preserve"> Lưu ý: Hãy giữ hóa đơn của bạn bên mình. Các giao dịch mua trực tiếp từ Packt không cần hóa đơn. </w:t>
      </w:r>
    </w:p>
    <w:p>
      <w:pPr>
        <w:pStyle w:val="Heading1"/>
      </w:pPr>
      <w:r>
        <w:rPr>
          <w:rFonts w:ascii="Calibri" w:hAnsi="Calibri"/>
          <w:b/>
          <w:i w:val="0"/>
          <w:sz w:val="40"/>
        </w:rPr>
        <w:t>8</w:t>
      </w:r>
    </w:p>
    <w:p>
      <w:pPr>
        <w:pStyle w:val="Heading1"/>
      </w:pPr>
      <w:r>
        <w:rPr>
          <w:rFonts w:ascii="Calibri" w:hAnsi="Calibri"/>
          <w:b/>
          <w:i w:val="0"/>
          <w:sz w:val="40"/>
        </w:rPr>
        <w:t>Tạo những đồ thị ấn tượng</w:t>
      </w:r>
    </w:p>
    <w:p>
      <w:pPr>
        <w:spacing w:after="80"/>
      </w:pPr>
      <w:r>
        <w:rPr>
          <w:b w:val="0"/>
          <w:i w:val="0"/>
        </w:rPr>
        <w:t xml:space="preserve">Đồ thị và hình ảnh là những cách tuyệt vời để trình bày dữ liệu phức tạp một cách dễ hiểu. Trong chương này, chúng ta sẽ tận dụng những thư viện Python mạnh mẽ để học cách tạo ra đủ loại đồ thị. Chúng ta sẽ chủ yếu dùng </w:t>
      </w:r>
      <w:r>
        <w:rPr>
          <w:rFonts w:ascii="Consolas" w:hAnsi="Consolas"/>
          <w:b w:val="0"/>
          <w:i w:val="0"/>
          <w:sz w:val="20"/>
        </w:rPr>
        <w:br/>
        <w:br/>
        <w:t xml:space="preserve">      matplotlib</w:t>
        <w:br/>
        <w:t xml:space="preserve">     </w:t>
        <w:br/>
      </w:r>
      <w:r>
        <w:rPr>
          <w:b w:val="0"/>
          <w:i w:val="0"/>
        </w:rPr>
        <w:t xml:space="preserve"> , một thư viện hướng đến việc hiển thị dữ liệu theo nhiều cách khác nhau và có thể tạo ra những biểu đồ ấn tượng giúp truyền tải và hiển thị thông tin, nhưng chúng ta cũng sẽ dùng </w:t>
      </w:r>
      <w:r>
        <w:rPr>
          <w:rFonts w:ascii="Consolas" w:hAnsi="Consolas"/>
          <w:b w:val="0"/>
          <w:i w:val="0"/>
          <w:sz w:val="20"/>
        </w:rPr>
        <w:br/>
        <w:br/>
        <w:t xml:space="preserve">      plotly</w:t>
        <w:br/>
        <w:t xml:space="preserve">     </w:t>
        <w:br/>
      </w:r>
      <w:r>
        <w:rPr>
          <w:b w:val="0"/>
          <w:i w:val="0"/>
        </w:rPr>
        <w:t xml:space="preserve"> .</w:t>
      </w:r>
    </w:p>
    <w:p>
      <w:pPr>
        <w:spacing w:after="80"/>
      </w:pPr>
      <w:r>
        <w:rPr>
          <w:b/>
          <w:i w:val="0"/>
        </w:rPr>
        <w:t>Lưu ý</w:t>
      </w:r>
    </w:p>
    <w:p>
      <w:pPr>
        <w:spacing w:after="80"/>
      </w:pPr>
      <w:r>
        <w:rPr>
          <w:rFonts w:ascii="Consolas" w:hAnsi="Consolas"/>
          <w:b w:val="0"/>
          <w:i w:val="0"/>
          <w:sz w:val="20"/>
        </w:rPr>
        <w:br/>
        <w:br/>
        <w:t xml:space="preserve">       matplotlib</w:t>
        <w:br/>
        <w:t xml:space="preserve">      </w:t>
        <w:br/>
      </w:r>
      <w:r>
        <w:rPr>
          <w:b w:val="0"/>
          <w:i w:val="0"/>
        </w:rPr>
        <w:t xml:space="preserve"> rất nổi tiếng và tương tác tốt với các công cụ khác trong hệ sinh thái Python. Ví dụ, các đồ thị </w:t>
      </w:r>
      <w:r>
        <w:rPr>
          <w:rFonts w:ascii="Consolas" w:hAnsi="Consolas"/>
          <w:b w:val="0"/>
          <w:i w:val="0"/>
          <w:sz w:val="20"/>
        </w:rPr>
        <w:br/>
        <w:br/>
        <w:t xml:space="preserve">       matplotlib</w:t>
        <w:br/>
        <w:t xml:space="preserve">      </w:t>
        <w:br/>
      </w:r>
      <w:r>
        <w:rPr>
          <w:b w:val="0"/>
          <w:i w:val="0"/>
        </w:rPr>
        <w:t xml:space="preserve"> cũng có thể được Jupyter Notebooks tự động hiển thị như đã giới thiệu trong </w:t>
      </w:r>
      <w:r>
        <w:rPr>
          <w:b w:val="0"/>
          <w:i/>
        </w:rPr>
        <w:t xml:space="preserve"> Chương 7 </w:t>
      </w:r>
      <w:r>
        <w:rPr>
          <w:b w:val="0"/>
          <w:i w:val="0"/>
        </w:rPr>
        <w:t xml:space="preserve"> , </w:t>
      </w:r>
      <w:r>
        <w:rPr>
          <w:b w:val="0"/>
          <w:i/>
        </w:rPr>
        <w:t xml:space="preserve"> Làm sạch và Xử lý Dữ liệu </w:t>
      </w:r>
      <w:r>
        <w:rPr>
          <w:b w:val="0"/>
          <w:i w:val="0"/>
        </w:rPr>
        <w:t xml:space="preserve"> .</w:t>
      </w:r>
    </w:p>
    <w:p>
      <w:pPr>
        <w:spacing w:after="80"/>
      </w:pPr>
      <w:r>
        <w:rPr>
          <w:b w:val="0"/>
          <w:i w:val="0"/>
        </w:rPr>
        <w:t>Các đồ thị chúng ta sẽ đề cập sẽ đi từ biểu đồ cột đơn giản đến biểu đồ đường, và kết hợp nhiều biểu đồ trong cùng một đồ thị, chú thích chúng, và thậm chí vẽ cả bản đồ địa lý.</w:t>
      </w:r>
    </w:p>
    <w:p>
      <w:pPr>
        <w:spacing w:after="80"/>
      </w:pPr>
      <w:r>
        <w:rPr>
          <w:b w:val="0"/>
          <w:i w:val="0"/>
        </w:rPr>
        <w:t>Chương này sẽ bao gồm các công thức sau:</w:t>
      </w:r>
    </w:p>
    <w:p>
      <w:pPr>
        <w:spacing w:after="80"/>
        <w:ind w:left="360"/>
      </w:pPr>
      <w:r>
        <w:t xml:space="preserve">• </w:t>
      </w:r>
      <w:r>
        <w:rPr>
          <w:b w:val="0"/>
          <w:i w:val="0"/>
        </w:rPr>
        <w:t>Vẽ một biểu đồ doanh số đơn giản</w:t>
      </w:r>
    </w:p>
    <w:p>
      <w:pPr>
        <w:spacing w:after="80"/>
        <w:ind w:left="360"/>
      </w:pPr>
      <w:r>
        <w:t xml:space="preserve">• </w:t>
      </w:r>
      <w:r>
        <w:rPr>
          <w:b w:val="0"/>
          <w:i w:val="0"/>
        </w:rPr>
        <w:t>Vẽ biểu đồ cột xếp chồng</w:t>
      </w:r>
    </w:p>
    <w:p>
      <w:pPr>
        <w:spacing w:after="80"/>
        <w:ind w:left="360"/>
      </w:pPr>
      <w:r>
        <w:t xml:space="preserve">• </w:t>
      </w:r>
      <w:r>
        <w:rPr>
          <w:b w:val="0"/>
          <w:i w:val="0"/>
        </w:rPr>
        <w:t>Hiển thị nhiều đường</w:t>
      </w:r>
    </w:p>
    <w:p>
      <w:pPr>
        <w:spacing w:after="80"/>
        <w:ind w:left="360"/>
      </w:pPr>
      <w:r>
        <w:t xml:space="preserve">• </w:t>
      </w:r>
      <w:r>
        <w:rPr>
          <w:b w:val="0"/>
          <w:i w:val="0"/>
        </w:rPr>
        <w:t>Vẽ biểu đồ phân tán</w:t>
      </w:r>
    </w:p>
    <w:p>
      <w:pPr>
        <w:spacing w:after="80"/>
        <w:ind w:left="360"/>
      </w:pPr>
      <w:r>
        <w:t xml:space="preserve">• </w:t>
      </w:r>
      <w:r>
        <w:rPr>
          <w:b w:val="0"/>
          <w:i w:val="0"/>
        </w:rPr>
        <w:t>Trực quan hóa thông tin bản đồ</w:t>
      </w:r>
    </w:p>
    <w:p>
      <w:pPr>
        <w:spacing w:after="80"/>
        <w:ind w:left="360"/>
      </w:pPr>
      <w:r>
        <w:t xml:space="preserve">• </w:t>
      </w:r>
      <w:r>
        <w:rPr>
          <w:b w:val="0"/>
          <w:i w:val="0"/>
        </w:rPr>
        <w:t>Thêm chú giải và ghi chú</w:t>
      </w:r>
    </w:p>
    <w:p>
      <w:pPr>
        <w:spacing w:after="80"/>
        <w:ind w:left="360"/>
      </w:pPr>
      <w:r>
        <w:t xml:space="preserve">• </w:t>
      </w:r>
      <w:r>
        <w:rPr>
          <w:b w:val="0"/>
          <w:i w:val="0"/>
        </w:rPr>
        <w:t>Kết hợp các biểu đồ</w:t>
      </w:r>
    </w:p>
    <w:p>
      <w:pPr>
        <w:spacing w:after="80"/>
        <w:ind w:left="360"/>
      </w:pPr>
      <w:r>
        <w:t xml:space="preserve">• </w:t>
      </w:r>
      <w:r>
        <w:rPr>
          <w:b w:val="0"/>
          <w:i w:val="0"/>
        </w:rPr>
        <w:t>Lưu biểu đồ</w:t>
      </w:r>
    </w:p>
    <w:p>
      <w:pPr>
        <w:spacing w:after="80"/>
        <w:ind w:left="360"/>
      </w:pPr>
      <w:r>
        <w:t xml:space="preserve">• </w:t>
      </w:r>
      <w:r>
        <w:rPr>
          <w:b w:val="0"/>
          <w:i w:val="0"/>
        </w:rPr>
        <w:t>Vẽ biểu đồ với plotly</w:t>
      </w:r>
    </w:p>
    <w:p>
      <w:pPr>
        <w:spacing w:after="80"/>
      </w:pPr>
      <w:r>
        <w:rPr>
          <w:b w:val="0"/>
          <w:i w:val="0"/>
        </w:rPr>
        <w:t>Hãy bắt đầu bằng việc tạo biểu đồ đầu tiên của chúng ta.</w:t>
      </w:r>
    </w:p>
    <w:p>
      <w:pPr>
        <w:pStyle w:val="Heading2"/>
      </w:pPr>
      <w:r>
        <w:rPr>
          <w:rFonts w:ascii="Calibri" w:hAnsi="Calibri"/>
          <w:b/>
          <w:i w:val="0"/>
          <w:sz w:val="32"/>
        </w:rPr>
        <w:t>Yêu cầu kỹ thuật</w:t>
      </w:r>
    </w:p>
    <w:p>
      <w:pPr>
        <w:spacing w:after="80"/>
      </w:pPr>
      <w:r>
        <w:rPr>
          <w:b w:val="0"/>
          <w:i w:val="0"/>
        </w:rPr>
        <w:t xml:space="preserve">Bạn có thể xem mã được trình bày trong chương này tại URL GitHub </w:t>
      </w:r>
      <w:r>
        <w:rPr>
          <w:rFonts w:ascii="Consolas" w:hAnsi="Consolas"/>
          <w:b w:val="0"/>
          <w:i w:val="0"/>
          <w:sz w:val="20"/>
        </w:rPr>
        <w:br/>
        <w:br/>
        <w:t xml:space="preserve">       https://github.com/PacktPublishing/Python-Automation-Cookbook-Third-Edition/tree/main/ch08</w:t>
        <w:br/>
        <w:t xml:space="preserve">      </w:t>
        <w:br/>
      </w:r>
      <w:r>
        <w:rPr>
          <w:b w:val="0"/>
          <w:i w:val="0"/>
        </w:rPr>
        <w:t xml:space="preserve"> .</w:t>
      </w:r>
    </w:p>
    <w:p>
      <w:pPr>
        <w:pStyle w:val="Heading2"/>
      </w:pPr>
      <w:r>
        <w:rPr>
          <w:rFonts w:ascii="Calibri" w:hAnsi="Calibri"/>
          <w:b/>
          <w:i w:val="0"/>
          <w:sz w:val="32"/>
        </w:rPr>
        <w:t>Vẽ một biểu đồ doanh số đơn giản</w:t>
      </w:r>
    </w:p>
    <w:p>
      <w:pPr>
        <w:spacing w:after="80"/>
      </w:pPr>
      <w:r>
        <w:rPr>
          <w:b w:val="0"/>
          <w:i w:val="0"/>
        </w:rPr>
        <w:t>Trong công thức này, chúng ta sẽ xem cách vẽ biểu đồ doanh số bằng cách vẽ các cột tỷ lệ với doanh số trong các giai đoạn khác nhau.</w:t>
      </w:r>
    </w:p>
    <w:p>
      <w:pPr>
        <w:pStyle w:val="Heading3"/>
      </w:pPr>
      <w:r>
        <w:rPr>
          <w:rFonts w:ascii="Calibri" w:hAnsi="Calibri"/>
          <w:b/>
          <w:i w:val="0"/>
          <w:sz w:val="26"/>
        </w:rPr>
        <w:t>Chuẩn bị</w:t>
      </w:r>
    </w:p>
    <w:p>
      <w:pPr>
        <w:spacing w:after="80"/>
      </w:pPr>
      <w:r>
        <w:rPr>
          <w:b w:val="0"/>
          <w:i w:val="0"/>
        </w:rPr>
        <w:t xml:space="preserve">Chúng ta có thể cài đặt </w:t>
      </w:r>
      <w:r>
        <w:rPr>
          <w:rFonts w:ascii="Consolas" w:hAnsi="Consolas"/>
          <w:b w:val="0"/>
          <w:i w:val="0"/>
          <w:sz w:val="20"/>
        </w:rPr>
        <w:br/>
        <w:br/>
        <w:t xml:space="preserve">      matplotlib</w:t>
        <w:br/>
        <w:t xml:space="preserve">     </w:t>
        <w:br/>
      </w:r>
      <w:r>
        <w:rPr>
          <w:b w:val="0"/>
          <w:i w:val="0"/>
        </w:rPr>
        <w:t xml:space="preserve"> trong môi trường của mình bằng các lệnh sau:</w:t>
      </w:r>
    </w:p>
    <w:p>
      <w:pPr>
        <w:spacing w:after="0"/>
        <w:ind w:left="360"/>
        <w:shd w:val="clear" w:color="auto" w:fill="F2F2F2"/>
      </w:pPr>
      <w:r>
        <w:rPr>
          <w:rFonts w:ascii="Consolas" w:hAnsi="Consolas"/>
          <w:sz w:val="18"/>
        </w:rPr>
        <w:t>$ echo "matplotlib==3.10.8" &gt;&gt; requirements.txt</w:t>
      </w:r>
    </w:p>
    <w:p>
      <w:pPr>
        <w:spacing w:after="0"/>
        <w:ind w:left="360"/>
        <w:shd w:val="clear" w:color="auto" w:fill="F2F2F2"/>
      </w:pPr>
      <w:r>
        <w:rPr>
          <w:rFonts w:ascii="Consolas" w:hAnsi="Consolas"/>
          <w:sz w:val="18"/>
        </w:rPr>
        <w:t>$ uv pip install -r requirements.txt</w:t>
      </w:r>
    </w:p>
    <w:p>
      <w:pPr>
        <w:spacing w:after="40"/>
      </w:pPr>
    </w:p>
    <w:p>
      <w:pPr>
        <w:pStyle w:val="Heading3"/>
      </w:pPr>
      <w:r>
        <w:rPr>
          <w:rFonts w:ascii="Calibri" w:hAnsi="Calibri"/>
          <w:b/>
          <w:i w:val="0"/>
          <w:sz w:val="26"/>
        </w:rPr>
        <w:t>Cách thực hiện...</w:t>
      </w:r>
    </w:p>
    <w:p>
      <w:pPr>
        <w:spacing w:after="80"/>
        <w:ind w:left="360"/>
      </w:pPr>
      <w:r>
        <w:t xml:space="preserve">1. </w:t>
      </w:r>
      <w:r>
        <w:rPr>
          <w:b w:val="0"/>
          <w:i w:val="0"/>
        </w:rPr>
        <w:t xml:space="preserve">Import </w:t>
      </w:r>
      <w:r>
        <w:rPr>
          <w:rFonts w:ascii="Consolas" w:hAnsi="Consolas"/>
          <w:b w:val="0"/>
          <w:i w:val="0"/>
          <w:sz w:val="20"/>
        </w:rPr>
        <w:br/>
        <w:br/>
        <w:t xml:space="preserve">       matplotlib</w:t>
        <w:br/>
        <w:t xml:space="preserve">      </w:t>
        <w:br/>
      </w:r>
      <w:r>
        <w:rPr>
          <w:b w:val="0"/>
          <w:i w:val="0"/>
        </w:rPr>
        <w:t xml:space="preserve"> :</w:t>
      </w:r>
    </w:p>
    <w:p>
      <w:pPr>
        <w:spacing w:after="0"/>
        <w:ind w:left="360"/>
        <w:shd w:val="clear" w:color="auto" w:fill="F2F2F2"/>
      </w:pPr>
      <w:r>
        <w:rPr>
          <w:rFonts w:ascii="Consolas" w:hAnsi="Consolas"/>
          <w:sz w:val="18"/>
        </w:rPr>
        <w:t>&gt;&gt;&gt; import matplotlib.pyplot as plt</w:t>
      </w:r>
    </w:p>
    <w:p>
      <w:pPr>
        <w:spacing w:after="40"/>
      </w:pPr>
    </w:p>
    <w:p>
      <w:pPr>
        <w:spacing w:after="80"/>
        <w:ind w:left="360"/>
      </w:pPr>
      <w:r>
        <w:t xml:space="preserve">2. </w:t>
      </w:r>
      <w:r>
        <w:rPr>
          <w:b w:val="0"/>
          <w:i w:val="0"/>
        </w:rPr>
        <w:t>Chuẩn bị dữ liệu để hiển thị trên biểu đồ:</w:t>
      </w:r>
    </w:p>
    <w:p>
      <w:pPr>
        <w:spacing w:after="0"/>
        <w:ind w:left="360"/>
        <w:shd w:val="clear" w:color="auto" w:fill="F2F2F2"/>
      </w:pPr>
      <w:r>
        <w:rPr>
          <w:rFonts w:ascii="Consolas" w:hAnsi="Consolas"/>
          <w:sz w:val="18"/>
        </w:rPr>
        <w:t>&gt;&gt;&gt; DATA = (</w:t>
      </w:r>
    </w:p>
    <w:p>
      <w:pPr>
        <w:spacing w:after="0"/>
        <w:ind w:left="360"/>
        <w:shd w:val="clear" w:color="auto" w:fill="F2F2F2"/>
      </w:pPr>
      <w:r>
        <w:rPr>
          <w:rFonts w:ascii="Consolas" w:hAnsi="Consolas"/>
          <w:sz w:val="18"/>
        </w:rPr>
        <w:t>...    ('Q1 2025', 100),</w:t>
      </w:r>
    </w:p>
    <w:p>
      <w:pPr>
        <w:spacing w:after="0"/>
        <w:ind w:left="360"/>
        <w:shd w:val="clear" w:color="auto" w:fill="F2F2F2"/>
      </w:pPr>
      <w:r>
        <w:rPr>
          <w:rFonts w:ascii="Consolas" w:hAnsi="Consolas"/>
          <w:sz w:val="18"/>
        </w:rPr>
        <w:t>...    ('Q2 2025', 150),</w:t>
      </w:r>
    </w:p>
    <w:p>
      <w:pPr>
        <w:spacing w:after="0"/>
        <w:ind w:left="360"/>
        <w:shd w:val="clear" w:color="auto" w:fill="F2F2F2"/>
      </w:pPr>
      <w:r>
        <w:rPr>
          <w:rFonts w:ascii="Consolas" w:hAnsi="Consolas"/>
          <w:sz w:val="18"/>
        </w:rPr>
        <w:t>...    ('Q3 2025', 125),</w:t>
      </w:r>
    </w:p>
    <w:p>
      <w:pPr>
        <w:spacing w:after="0"/>
        <w:ind w:left="360"/>
        <w:shd w:val="clear" w:color="auto" w:fill="F2F2F2"/>
      </w:pPr>
      <w:r>
        <w:rPr>
          <w:rFonts w:ascii="Consolas" w:hAnsi="Consolas"/>
          <w:sz w:val="18"/>
        </w:rPr>
        <w:t>...    ('Q4 2025', 175),</w:t>
      </w:r>
    </w:p>
    <w:p>
      <w:pPr>
        <w:spacing w:after="0"/>
        <w:ind w:left="360"/>
        <w:shd w:val="clear" w:color="auto" w:fill="F2F2F2"/>
      </w:pPr>
      <w:r>
        <w:rPr>
          <w:rFonts w:ascii="Consolas" w:hAnsi="Consolas"/>
          <w:sz w:val="18"/>
        </w:rPr>
        <w:t>... )</w:t>
      </w:r>
    </w:p>
    <w:p>
      <w:pPr>
        <w:spacing w:after="40"/>
      </w:pPr>
    </w:p>
    <w:p>
      <w:pPr>
        <w:spacing w:after="80"/>
        <w:ind w:left="360"/>
      </w:pPr>
      <w:r>
        <w:t xml:space="preserve">3. </w:t>
      </w:r>
      <w:r>
        <w:rPr>
          <w:b w:val="0"/>
          <w:i w:val="0"/>
        </w:rPr>
        <w:t>Chia dữ liệu thành các định dạng có thể dùng được cho biểu đồ. Đây là bước chuẩn bị:</w:t>
      </w:r>
    </w:p>
    <w:p>
      <w:pPr>
        <w:spacing w:after="0"/>
        <w:ind w:left="360"/>
        <w:shd w:val="clear" w:color="auto" w:fill="F2F2F2"/>
      </w:pPr>
      <w:r>
        <w:rPr>
          <w:rFonts w:ascii="Consolas" w:hAnsi="Consolas"/>
          <w:sz w:val="18"/>
        </w:rPr>
        <w:t>&gt;&gt;&gt; POS = list(range(len(DATA)))</w:t>
      </w:r>
    </w:p>
    <w:p>
      <w:pPr>
        <w:spacing w:after="0"/>
        <w:ind w:left="360"/>
        <w:shd w:val="clear" w:color="auto" w:fill="F2F2F2"/>
      </w:pPr>
      <w:r>
        <w:rPr>
          <w:rFonts w:ascii="Consolas" w:hAnsi="Consolas"/>
          <w:sz w:val="18"/>
        </w:rPr>
        <w:t>&gt;&gt;&gt; VALUES = [value for label, value in DATA]</w:t>
      </w:r>
    </w:p>
    <w:p>
      <w:pPr>
        <w:spacing w:after="0"/>
        <w:ind w:left="360"/>
        <w:shd w:val="clear" w:color="auto" w:fill="F2F2F2"/>
      </w:pPr>
      <w:r>
        <w:rPr>
          <w:rFonts w:ascii="Consolas" w:hAnsi="Consolas"/>
          <w:sz w:val="18"/>
        </w:rPr>
        <w:t>&gt;&gt;&gt; LABELS = [label for label, value in DATA]</w:t>
      </w:r>
    </w:p>
    <w:p>
      <w:pPr>
        <w:spacing w:after="40"/>
      </w:pPr>
    </w:p>
    <w:p>
      <w:pPr>
        <w:spacing w:after="80"/>
        <w:ind w:left="360"/>
      </w:pPr>
      <w:r>
        <w:t xml:space="preserve">4. </w:t>
      </w:r>
      <w:r>
        <w:rPr>
          <w:b w:val="0"/>
          <w:i w:val="0"/>
        </w:rPr>
        <w:t>Tạo biểu đồ cột với dữ liệu:</w:t>
      </w:r>
    </w:p>
    <w:p>
      <w:pPr>
        <w:spacing w:after="0"/>
        <w:ind w:left="360"/>
        <w:shd w:val="clear" w:color="auto" w:fill="F2F2F2"/>
      </w:pPr>
      <w:r>
        <w:rPr>
          <w:rFonts w:ascii="Consolas" w:hAnsi="Consolas"/>
          <w:sz w:val="18"/>
        </w:rPr>
        <w:t>&gt;&gt;&gt; plt.bar(POS, VALUES)</w:t>
      </w:r>
    </w:p>
    <w:p>
      <w:pPr>
        <w:spacing w:after="0"/>
        <w:ind w:left="360"/>
        <w:shd w:val="clear" w:color="auto" w:fill="F2F2F2"/>
      </w:pPr>
      <w:r>
        <w:rPr>
          <w:rFonts w:ascii="Consolas" w:hAnsi="Consolas"/>
          <w:sz w:val="18"/>
        </w:rPr>
        <w:t>&lt;BarContainer object of 4 artists&gt;</w:t>
      </w:r>
    </w:p>
    <w:p>
      <w:pPr>
        <w:spacing w:after="0"/>
        <w:ind w:left="360"/>
        <w:shd w:val="clear" w:color="auto" w:fill="F2F2F2"/>
      </w:pPr>
      <w:r>
        <w:rPr>
          <w:rFonts w:ascii="Consolas" w:hAnsi="Consolas"/>
          <w:sz w:val="18"/>
        </w:rPr>
        <w:t>&gt;&gt;&gt; plt.xticks(POS, LABELS)</w:t>
      </w:r>
    </w:p>
    <w:p>
      <w:pPr>
        <w:spacing w:after="0"/>
        <w:ind w:left="360"/>
        <w:shd w:val="clear" w:color="auto" w:fill="F2F2F2"/>
      </w:pPr>
      <w:r>
        <w:rPr>
          <w:rFonts w:ascii="Consolas" w:hAnsi="Consolas"/>
          <w:sz w:val="18"/>
        </w:rPr>
        <w:t>([&lt;matplotlib.axis.XTick object at 0x111350c20&gt;, &lt;matplotlib.axis.XTick object at 0x1113ace10&gt;, &lt;matplotlib.axis.XTick object at 0x1113ad1d0&gt;, &lt;matplotlib.axis.XTick object at 0x1113ad590&gt;], [Text(0, 0, 'Q1 2025'), Text(1, 0, 'Q2 2025'), Text(2, 0, 'Q3 2025'), Text(3, 0, 'Q4 2025')])</w:t>
      </w:r>
    </w:p>
    <w:p>
      <w:pPr>
        <w:spacing w:after="0"/>
        <w:ind w:left="360"/>
        <w:shd w:val="clear" w:color="auto" w:fill="F2F2F2"/>
      </w:pPr>
      <w:r>
        <w:rPr>
          <w:rFonts w:ascii="Consolas" w:hAnsi="Consolas"/>
          <w:sz w:val="18"/>
        </w:rPr>
        <w:t>&gt;&gt;&gt; plt.ylabel('Sales')</w:t>
      </w:r>
    </w:p>
    <w:p>
      <w:pPr>
        <w:spacing w:after="0"/>
        <w:ind w:left="360"/>
        <w:shd w:val="clear" w:color="auto" w:fill="F2F2F2"/>
      </w:pPr>
      <w:r>
        <w:rPr>
          <w:rFonts w:ascii="Consolas" w:hAnsi="Consolas"/>
          <w:sz w:val="18"/>
        </w:rPr>
        <w:t>Text(76.31944444444443, 0.5, 'Sales')</w:t>
      </w:r>
    </w:p>
    <w:p>
      <w:pPr>
        <w:spacing w:after="40"/>
      </w:pPr>
    </w:p>
    <w:p>
      <w:pPr>
        <w:spacing w:after="80"/>
        <w:ind w:left="360"/>
      </w:pPr>
      <w:r>
        <w:t xml:space="preserve">5. </w:t>
      </w:r>
      <w:r>
        <w:rPr>
          <w:b w:val="0"/>
          <w:i w:val="0"/>
        </w:rPr>
        <w:t>Hiển thị biểu đồ:</w:t>
      </w:r>
    </w:p>
    <w:p>
      <w:pPr>
        <w:spacing w:after="0"/>
        <w:ind w:left="360"/>
        <w:shd w:val="clear" w:color="auto" w:fill="F2F2F2"/>
      </w:pPr>
      <w:r>
        <w:rPr>
          <w:rFonts w:ascii="Consolas" w:hAnsi="Consolas"/>
          <w:sz w:val="18"/>
        </w:rPr>
        <w:t>&gt;&gt;&gt; plt.show()</w:t>
      </w:r>
    </w:p>
    <w:p>
      <w:pPr>
        <w:spacing w:after="40"/>
      </w:pPr>
    </w:p>
    <w:p>
      <w:pPr>
        <w:spacing w:after="80"/>
      </w:pPr>
      <w:r>
        <w:rPr>
          <w:b w:val="0"/>
          <w:i w:val="0"/>
        </w:rPr>
        <w:t>Kết quả sẽ được hiển thị như sau trong một cửa sổ mới:</w:t>
      </w:r>
    </w:p>
    <w:p>
      <w:pPr>
        <w:jc w:val="center"/>
      </w:pPr>
      <w:r>
        <w:drawing>
          <wp:inline xmlns:a="http://schemas.openxmlformats.org/drawingml/2006/main" xmlns:pic="http://schemas.openxmlformats.org/drawingml/2006/picture">
            <wp:extent cx="5486400" cy="4693119"/>
            <wp:docPr id="64" name="Picture 64"/>
            <wp:cNvGraphicFramePr>
              <a:graphicFrameLocks noChangeAspect="1"/>
            </wp:cNvGraphicFramePr>
            <a:graphic>
              <a:graphicData uri="http://schemas.openxmlformats.org/drawingml/2006/picture">
                <pic:pic>
                  <pic:nvPicPr>
                    <pic:cNvPr id="0" name="B36973_8_1.png"/>
                    <pic:cNvPicPr/>
                  </pic:nvPicPr>
                  <pic:blipFill>
                    <a:blip r:embed="rId66"/>
                    <a:stretch>
                      <a:fillRect/>
                    </a:stretch>
                  </pic:blipFill>
                  <pic:spPr>
                    <a:xfrm>
                      <a:off x="0" y="0"/>
                      <a:ext cx="5486400" cy="4693119"/>
                    </a:xfrm>
                    <a:prstGeom prst="rect"/>
                  </pic:spPr>
                </pic:pic>
              </a:graphicData>
            </a:graphic>
          </wp:inline>
        </w:drawing>
      </w:r>
    </w:p>
    <w:p>
      <w:pPr>
        <w:spacing w:after="160"/>
        <w:jc w:val="center"/>
      </w:pPr>
      <w:r>
        <w:rPr>
          <w:rFonts w:ascii="Calibri" w:hAnsi="Calibri"/>
          <w:b w:val="0"/>
          <w:i/>
          <w:sz w:val="19"/>
        </w:rPr>
        <w:t>Hình 8.1: Biểu đồ được hiển thị</w:t>
      </w:r>
    </w:p>
    <w:p>
      <w:pPr>
        <w:pStyle w:val="Heading3"/>
      </w:pPr>
      <w:r>
        <w:rPr>
          <w:rFonts w:ascii="Calibri" w:hAnsi="Calibri"/>
          <w:b/>
          <w:i w:val="0"/>
          <w:sz w:val="26"/>
        </w:rPr>
        <w:t>Cách hoạt động...</w:t>
      </w:r>
    </w:p>
    <w:p>
      <w:pPr>
        <w:spacing w:after="80"/>
      </w:pPr>
      <w:r>
        <w:rPr>
          <w:b w:val="0"/>
          <w:i w:val="0"/>
        </w:rPr>
        <w:t xml:space="preserve">Sau khi import mô-đun, dữ liệu được trình bày trong </w:t>
      </w:r>
      <w:r>
        <w:rPr>
          <w:b w:val="0"/>
          <w:i/>
        </w:rPr>
        <w:t xml:space="preserve"> bước 2 </w:t>
      </w:r>
      <w:r>
        <w:rPr>
          <w:b w:val="0"/>
          <w:i w:val="0"/>
        </w:rPr>
        <w:t xml:space="preserve"> của mục </w:t>
      </w:r>
      <w:r>
        <w:rPr>
          <w:b w:val="0"/>
          <w:i/>
        </w:rPr>
        <w:t xml:space="preserve"> Cách thực hiện… </w:t>
      </w:r>
      <w:r>
        <w:rPr>
          <w:b w:val="0"/>
          <w:i w:val="0"/>
        </w:rPr>
        <w:t xml:space="preserve"> dưới dạng một cấu trúc có thể dùng được.</w:t>
      </w:r>
    </w:p>
    <w:p>
      <w:pPr>
        <w:spacing w:after="80"/>
      </w:pPr>
      <w:r>
        <w:rPr>
          <w:b w:val="0"/>
          <w:i w:val="0"/>
        </w:rPr>
        <w:t xml:space="preserve">Do cách </w:t>
      </w:r>
      <w:r>
        <w:rPr>
          <w:rFonts w:ascii="Consolas" w:hAnsi="Consolas"/>
          <w:b w:val="0"/>
          <w:i w:val="0"/>
          <w:sz w:val="20"/>
        </w:rPr>
        <w:br/>
        <w:br/>
        <w:t xml:space="preserve">      matplotlib</w:t>
        <w:br/>
        <w:t xml:space="preserve">     </w:t>
        <w:br/>
      </w:r>
      <w:r>
        <w:rPr>
          <w:b w:val="0"/>
          <w:i w:val="0"/>
        </w:rPr>
        <w:t xml:space="preserve"> hoạt động, biểu đồ cần một thành phần </w:t>
      </w:r>
      <w:r>
        <w:rPr>
          <w:b w:val="0"/>
          <w:i/>
        </w:rPr>
        <w:t xml:space="preserve"> X </w:t>
      </w:r>
      <w:r>
        <w:rPr>
          <w:b w:val="0"/>
          <w:i w:val="0"/>
        </w:rPr>
        <w:t xml:space="preserve">, cũng như một thành phần </w:t>
      </w:r>
      <w:r>
        <w:rPr>
          <w:b w:val="0"/>
          <w:i/>
        </w:rPr>
        <w:t xml:space="preserve"> Y </w:t>
      </w:r>
      <w:r>
        <w:rPr>
          <w:b w:val="0"/>
          <w:i w:val="0"/>
        </w:rPr>
        <w:t xml:space="preserve">. Trong trường hợp này, thành phần </w:t>
      </w:r>
      <w:r>
        <w:rPr>
          <w:b w:val="0"/>
          <w:i/>
        </w:rPr>
        <w:t xml:space="preserve"> X </w:t>
      </w:r>
      <w:r>
        <w:rPr>
          <w:b w:val="0"/>
          <w:i w:val="0"/>
        </w:rPr>
        <w:t xml:space="preserve"> của chúng ta chỉ là một dãy số tăng dần, với số lượng bằng số điểm dữ liệu. Chúng ta lưu nó trong biến </w:t>
      </w:r>
      <w:r>
        <w:rPr>
          <w:rFonts w:ascii="Consolas" w:hAnsi="Consolas"/>
          <w:b w:val="0"/>
          <w:i w:val="0"/>
          <w:sz w:val="20"/>
        </w:rPr>
        <w:br/>
        <w:br/>
        <w:t xml:space="preserve">      POS</w:t>
        <w:br/>
        <w:t xml:space="preserve">     </w:t>
        <w:br/>
      </w:r>
      <w:r>
        <w:rPr>
          <w:b w:val="0"/>
          <w:i w:val="0"/>
        </w:rPr>
        <w:t xml:space="preserve"> . Biến này định vị từng giá trị </w:t>
      </w:r>
      <w:r>
        <w:rPr>
          <w:b w:val="0"/>
          <w:i/>
        </w:rPr>
        <w:t xml:space="preserve"> Y </w:t>
      </w:r>
      <w:r>
        <w:rPr>
          <w:b w:val="0"/>
          <w:i w:val="0"/>
        </w:rPr>
        <w:t xml:space="preserve"> và hoạt động như một chuỗi thời gian. Trong </w:t>
      </w:r>
      <w:r>
        <w:rPr>
          <w:rFonts w:ascii="Consolas" w:hAnsi="Consolas"/>
          <w:b w:val="0"/>
          <w:i w:val="0"/>
          <w:sz w:val="20"/>
        </w:rPr>
        <w:br/>
        <w:br/>
        <w:t xml:space="preserve">      VALUES</w:t>
        <w:br/>
        <w:t xml:space="preserve">     </w:t>
        <w:br/>
      </w:r>
      <w:r>
        <w:rPr>
          <w:b w:val="0"/>
          <w:i w:val="0"/>
        </w:rPr>
        <w:t xml:space="preserve"> , chúng ta lưu giá trị số của doanh số dưới dạng một dãy, và trong </w:t>
      </w:r>
      <w:r>
        <w:rPr>
          <w:rFonts w:ascii="Consolas" w:hAnsi="Consolas"/>
          <w:b w:val="0"/>
          <w:i w:val="0"/>
          <w:sz w:val="20"/>
        </w:rPr>
        <w:br/>
        <w:br/>
        <w:t xml:space="preserve">      LABELS</w:t>
        <w:br/>
        <w:t xml:space="preserve">     </w:t>
        <w:br/>
      </w:r>
      <w:r>
        <w:rPr>
          <w:b w:val="0"/>
          <w:i w:val="0"/>
        </w:rPr>
        <w:t xml:space="preserve"> , chúng ta lưu nhãn liên kết cho từng điểm dữ liệu. Tất cả công việc chuẩn bị đó được thực hiện trong </w:t>
      </w:r>
      <w:r>
        <w:rPr>
          <w:b w:val="0"/>
          <w:i/>
        </w:rPr>
        <w:t xml:space="preserve"> bước 3 </w:t>
      </w:r>
      <w:r>
        <w:rPr>
          <w:b w:val="0"/>
          <w:i w:val="0"/>
        </w:rPr>
        <w:t xml:space="preserve"> .</w:t>
      </w:r>
    </w:p>
    <w:p>
      <w:pPr>
        <w:spacing w:after="80"/>
      </w:pPr>
      <w:r>
        <w:rPr>
          <w:b w:val="0"/>
          <w:i/>
        </w:rPr>
        <w:t xml:space="preserve"> Bước 4 </w:t>
      </w:r>
      <w:r>
        <w:rPr>
          <w:b w:val="0"/>
          <w:i w:val="0"/>
        </w:rPr>
        <w:t xml:space="preserve"> tạo biểu đồ cột với các dãy </w:t>
      </w:r>
      <w:r>
        <w:rPr>
          <w:b w:val="0"/>
          <w:i/>
        </w:rPr>
        <w:t xml:space="preserve"> X </w:t>
      </w:r>
      <w:r>
        <w:rPr>
          <w:b w:val="0"/>
          <w:i w:val="0"/>
        </w:rPr>
        <w:t xml:space="preserve"> ( </w:t>
      </w:r>
      <w:r>
        <w:rPr>
          <w:rFonts w:ascii="Consolas" w:hAnsi="Consolas"/>
          <w:b w:val="0"/>
          <w:i w:val="0"/>
          <w:sz w:val="20"/>
        </w:rPr>
        <w:br/>
        <w:br/>
        <w:t xml:space="preserve">      POS</w:t>
        <w:br/>
        <w:t xml:space="preserve">     </w:t>
        <w:br/>
      </w:r>
      <w:r>
        <w:rPr>
          <w:b w:val="0"/>
          <w:i w:val="0"/>
        </w:rPr>
        <w:t xml:space="preserve"> ) và </w:t>
      </w:r>
      <w:r>
        <w:rPr>
          <w:b w:val="0"/>
          <w:i/>
        </w:rPr>
        <w:t xml:space="preserve"> Y </w:t>
      </w:r>
      <w:r>
        <w:rPr>
          <w:b w:val="0"/>
          <w:i w:val="0"/>
        </w:rPr>
        <w:t xml:space="preserve"> ( </w:t>
      </w:r>
      <w:r>
        <w:rPr>
          <w:rFonts w:ascii="Consolas" w:hAnsi="Consolas"/>
          <w:b w:val="0"/>
          <w:i w:val="0"/>
          <w:sz w:val="20"/>
        </w:rPr>
        <w:br/>
        <w:br/>
        <w:t xml:space="preserve">      VALUES</w:t>
        <w:br/>
        <w:t xml:space="preserve">     </w:t>
        <w:br/>
      </w:r>
      <w:r>
        <w:rPr>
          <w:b w:val="0"/>
          <w:i w:val="0"/>
        </w:rPr>
        <w:t xml:space="preserve"> ). Những dãy này xác định các cột của chúng ta. Để chỉ định khoảng thời gian mà nó đề cập đến, chúng ta đặt nhãn trên </w:t>
      </w:r>
      <w:r>
        <w:rPr>
          <w:b w:val="0"/>
          <w:i/>
        </w:rPr>
        <w:t xml:space="preserve"> trục x </w:t>
      </w:r>
      <w:r>
        <w:rPr>
          <w:b w:val="0"/>
          <w:i w:val="0"/>
        </w:rPr>
        <w:t xml:space="preserve"> cho mỗi giá trị bằng </w:t>
      </w:r>
      <w:r>
        <w:rPr>
          <w:rFonts w:ascii="Consolas" w:hAnsi="Consolas"/>
          <w:b w:val="0"/>
          <w:i w:val="0"/>
          <w:sz w:val="20"/>
        </w:rPr>
        <w:br/>
        <w:br/>
        <w:t xml:space="preserve">      .xticks</w:t>
        <w:br/>
        <w:t xml:space="preserve">     </w:t>
        <w:br/>
      </w:r>
      <w:r>
        <w:rPr>
          <w:b w:val="0"/>
          <w:i w:val="0"/>
        </w:rPr>
        <w:t xml:space="preserve"> theo cùng cách. Để làm rõ ý nghĩa, chúng ta thêm một nhãn bằng </w:t>
      </w:r>
      <w:r>
        <w:rPr>
          <w:rFonts w:ascii="Consolas" w:hAnsi="Consolas"/>
          <w:b w:val="0"/>
          <w:i w:val="0"/>
          <w:sz w:val="20"/>
        </w:rPr>
        <w:br/>
        <w:br/>
        <w:t xml:space="preserve">      .ylabel</w:t>
        <w:br/>
        <w:t xml:space="preserve">     </w:t>
        <w:br/>
      </w:r>
      <w:r>
        <w:rPr>
          <w:b w:val="0"/>
          <w:i w:val="0"/>
        </w:rPr>
        <w:t xml:space="preserve"> .</w:t>
      </w:r>
    </w:p>
    <w:p>
      <w:pPr>
        <w:spacing w:after="80"/>
      </w:pPr>
      <w:r>
        <w:rPr>
          <w:b w:val="0"/>
          <w:i w:val="0"/>
        </w:rPr>
        <w:t xml:space="preserve">Để hiển thị biểu đồ kết quả, </w:t>
      </w:r>
      <w:r>
        <w:rPr>
          <w:b w:val="0"/>
          <w:i/>
        </w:rPr>
        <w:t xml:space="preserve"> bước 5 </w:t>
      </w:r>
      <w:r>
        <w:rPr>
          <w:b w:val="0"/>
          <w:i w:val="0"/>
        </w:rPr>
        <w:t xml:space="preserve"> gọi </w:t>
      </w:r>
      <w:r>
        <w:rPr>
          <w:rFonts w:ascii="Consolas" w:hAnsi="Consolas"/>
          <w:b w:val="0"/>
          <w:i w:val="0"/>
          <w:sz w:val="20"/>
        </w:rPr>
        <w:br/>
        <w:br/>
        <w:t xml:space="preserve">      .show</w:t>
        <w:br/>
        <w:t xml:space="preserve">     </w:t>
        <w:br/>
      </w:r>
      <w:r>
        <w:rPr>
          <w:b w:val="0"/>
          <w:i w:val="0"/>
        </w:rPr>
        <w:t xml:space="preserve"> , lệnh này mở một cửa sổ mới với kết quả.</w:t>
      </w:r>
    </w:p>
    <w:p>
      <w:pPr>
        <w:spacing w:after="80"/>
      </w:pPr>
      <w:r>
        <w:rPr>
          <w:b/>
          <w:i w:val="0"/>
        </w:rPr>
        <w:t>Mẹo</w:t>
      </w:r>
    </w:p>
    <w:p>
      <w:pPr>
        <w:spacing w:after="80"/>
      </w:pPr>
      <w:r>
        <w:rPr>
          <w:b w:val="0"/>
          <w:i w:val="0"/>
        </w:rPr>
        <w:t xml:space="preserve">Gọi </w:t>
      </w:r>
      <w:r>
        <w:rPr>
          <w:rFonts w:ascii="Consolas" w:hAnsi="Consolas"/>
          <w:b w:val="0"/>
          <w:i w:val="0"/>
          <w:sz w:val="20"/>
        </w:rPr>
        <w:br/>
        <w:br/>
        <w:t xml:space="preserve">       .show</w:t>
        <w:br/>
        <w:t xml:space="preserve">      </w:t>
        <w:br/>
      </w:r>
      <w:r>
        <w:rPr>
          <w:b w:val="0"/>
          <w:i w:val="0"/>
        </w:rPr>
        <w:t xml:space="preserve"> sẽ chặn việc thực thi chương trình. Chương trình sẽ tiếp tục khi cửa sổ được đóng lại.</w:t>
      </w:r>
    </w:p>
    <w:p>
      <w:pPr>
        <w:pStyle w:val="Heading3"/>
      </w:pPr>
      <w:r>
        <w:rPr>
          <w:rFonts w:ascii="Calibri" w:hAnsi="Calibri"/>
          <w:b/>
          <w:i w:val="0"/>
          <w:sz w:val="26"/>
        </w:rPr>
        <w:t>Còn nhiều thứ nữa...</w:t>
      </w:r>
    </w:p>
    <w:p>
      <w:pPr>
        <w:spacing w:after="80"/>
      </w:pPr>
      <w:r>
        <w:rPr>
          <w:b w:val="0"/>
          <w:i w:val="0"/>
        </w:rPr>
        <w:t xml:space="preserve">Bạn có thể muốn thay đổi định dạng hiển thị của các giá trị. Trong ví dụ của chúng ta, có thể các con số đại diện cho hàng triệu đô-la. Để làm điều đó, bạn có thể thêm một bộ định dạng (formatter) vào </w:t>
      </w:r>
      <w:r>
        <w:rPr>
          <w:b w:val="0"/>
          <w:i/>
        </w:rPr>
        <w:t>trục y</w:t>
      </w:r>
      <w:r>
        <w:rPr>
          <w:b w:val="0"/>
          <w:i w:val="0"/>
        </w:rPr>
        <w:t>, để các giá trị hiển thị ở đó sẽ được áp dụng nó:</w:t>
      </w:r>
    </w:p>
    <w:p>
      <w:pPr>
        <w:spacing w:after="0"/>
        <w:ind w:left="360"/>
        <w:shd w:val="clear" w:color="auto" w:fill="F2F2F2"/>
      </w:pPr>
      <w:r>
        <w:rPr>
          <w:rFonts w:ascii="Consolas" w:hAnsi="Consolas"/>
          <w:sz w:val="18"/>
        </w:rPr>
        <w:t>&gt;&gt;&gt; from matplotlib.ticker import FuncFormatter</w:t>
      </w:r>
    </w:p>
    <w:p>
      <w:pPr>
        <w:spacing w:after="0"/>
        <w:ind w:left="360"/>
        <w:shd w:val="clear" w:color="auto" w:fill="F2F2F2"/>
      </w:pPr>
      <w:r>
        <w:rPr>
          <w:rFonts w:ascii="Consolas" w:hAnsi="Consolas"/>
          <w:sz w:val="18"/>
        </w:rPr>
        <w:t>&gt;&gt;&gt; def value_format(value, position):</w:t>
      </w:r>
    </w:p>
    <w:p>
      <w:pPr>
        <w:spacing w:after="0"/>
        <w:ind w:left="360"/>
        <w:shd w:val="clear" w:color="auto" w:fill="F2F2F2"/>
      </w:pPr>
      <w:r>
        <w:rPr>
          <w:rFonts w:ascii="Consolas" w:hAnsi="Consolas"/>
          <w:sz w:val="18"/>
        </w:rPr>
        <w:t>...    return '$ {}M'.format(int(value))</w:t>
      </w:r>
    </w:p>
    <w:p>
      <w:pPr>
        <w:spacing w:after="0"/>
        <w:ind w:left="360"/>
        <w:shd w:val="clear" w:color="auto" w:fill="F2F2F2"/>
      </w:pPr>
      <w:r>
        <w:rPr>
          <w:rFonts w:ascii="Consolas" w:hAnsi="Consolas"/>
          <w:sz w:val="18"/>
        </w:rPr>
        <w:t>&gt;&gt;&gt; axes = plt.gca()</w:t>
      </w:r>
    </w:p>
    <w:p>
      <w:pPr>
        <w:spacing w:after="0"/>
        <w:ind w:left="360"/>
        <w:shd w:val="clear" w:color="auto" w:fill="F2F2F2"/>
      </w:pPr>
      <w:r>
        <w:rPr>
          <w:rFonts w:ascii="Consolas" w:hAnsi="Consolas"/>
          <w:sz w:val="18"/>
        </w:rPr>
        <w:t>&gt;&gt;&gt; axes.yaxis.set_major_formatter(FuncFormatter(value_format))</w:t>
      </w:r>
    </w:p>
    <w:p>
      <w:pPr>
        <w:spacing w:after="40"/>
      </w:pPr>
    </w:p>
    <w:p>
      <w:pPr>
        <w:spacing w:after="80"/>
      </w:pPr>
      <w:r>
        <w:rPr>
          <w:rFonts w:ascii="Consolas" w:hAnsi="Consolas"/>
          <w:b w:val="0"/>
          <w:i w:val="0"/>
          <w:sz w:val="20"/>
        </w:rPr>
        <w:br/>
        <w:br/>
        <w:t xml:space="preserve">      value_format</w:t>
        <w:br/>
        <w:t xml:space="preserve">     </w:t>
        <w:br/>
      </w:r>
      <w:r>
        <w:rPr>
          <w:b w:val="0"/>
          <w:i w:val="0"/>
        </w:rPr>
        <w:t xml:space="preserve"> là một hàm trả về một giá trị dựa trên giá trị và vị trí của dữ liệu. Ở đây, nó sẽ trả về giá trị 100 dưới dạng $100M.</w:t>
      </w:r>
    </w:p>
    <w:p>
      <w:pPr>
        <w:spacing w:after="80"/>
      </w:pPr>
      <w:r>
        <w:rPr>
          <w:b/>
          <w:i w:val="0"/>
        </w:rPr>
        <w:t>Mẹo</w:t>
      </w:r>
    </w:p>
    <w:p>
      <w:pPr>
        <w:spacing w:after="80"/>
      </w:pPr>
      <w:r>
        <w:rPr>
          <w:b w:val="0"/>
          <w:i w:val="0"/>
        </w:rPr>
        <w:t>Các giá trị sẽ được lấy về dưới dạng số thực (float), buộc bạn phải chuyển chúng thành số nguyên (integer) để hiển thị.</w:t>
      </w:r>
    </w:p>
    <w:p>
      <w:pPr>
        <w:spacing w:after="80"/>
      </w:pPr>
      <w:r>
        <w:rPr>
          <w:b w:val="0"/>
          <w:i w:val="0"/>
        </w:rPr>
        <w:t xml:space="preserve">Để áp dụng bộ định dạng, chúng ta cần lấy đối tượng trục (axis object) bằng </w:t>
      </w:r>
      <w:r>
        <w:rPr>
          <w:rFonts w:ascii="Consolas" w:hAnsi="Consolas"/>
          <w:b w:val="0"/>
          <w:i w:val="0"/>
          <w:sz w:val="20"/>
        </w:rPr>
        <w:br/>
        <w:br/>
        <w:t xml:space="preserve">      .gca</w:t>
        <w:br/>
        <w:t xml:space="preserve">     </w:t>
        <w:br/>
      </w:r>
      <w:r>
        <w:rPr>
          <w:b w:val="0"/>
          <w:i w:val="0"/>
        </w:rPr>
        <w:t xml:space="preserve"> (get current axes - lấy trục hiện tại). Sau đó, thuộc tính </w:t>
      </w:r>
      <w:r>
        <w:rPr>
          <w:rFonts w:ascii="Consolas" w:hAnsi="Consolas"/>
          <w:b w:val="0"/>
          <w:i w:val="0"/>
          <w:sz w:val="20"/>
        </w:rPr>
        <w:br/>
        <w:br/>
        <w:t xml:space="preserve">      .yaxis</w:t>
        <w:br/>
        <w:t xml:space="preserve">     </w:t>
        <w:br/>
      </w:r>
      <w:r>
        <w:rPr>
          <w:b w:val="0"/>
          <w:i w:val="0"/>
        </w:rPr>
        <w:t xml:space="preserve"> thiết lập bộ định dạng cho các nhãn </w:t>
      </w:r>
      <w:r>
        <w:rPr>
          <w:b w:val="0"/>
          <w:i/>
        </w:rPr>
        <w:t>trục y</w:t>
      </w:r>
      <w:r>
        <w:rPr>
          <w:b w:val="0"/>
          <w:i w:val="0"/>
        </w:rPr>
        <w:t>.</w:t>
      </w:r>
    </w:p>
    <w:p>
      <w:pPr>
        <w:spacing w:after="80"/>
      </w:pPr>
      <w:r>
        <w:rPr>
          <w:b w:val="0"/>
          <w:i w:val="0"/>
        </w:rPr>
        <w:t xml:space="preserve">Mặc dù việc dùng màu mặc định có thể đủ tốt trong nhiều tình huống, bạn vẫn có thể định nghĩa màu của các cột bằng tham số </w:t>
      </w:r>
      <w:r>
        <w:rPr>
          <w:rFonts w:ascii="Consolas" w:hAnsi="Consolas"/>
          <w:b w:val="0"/>
          <w:i w:val="0"/>
          <w:sz w:val="20"/>
        </w:rPr>
        <w:br/>
        <w:br/>
        <w:t xml:space="preserve">      color</w:t>
        <w:br/>
        <w:t xml:space="preserve">     </w:t>
        <w:br/>
      </w:r>
      <w:r>
        <w:rPr>
          <w:b w:val="0"/>
          <w:i w:val="0"/>
        </w:rPr>
        <w:t xml:space="preserve">. Màu sắc có thể được chỉ định theo nhiều định dạng, bao gồm mã màu thập lục phân (hexadecimal) thông dụng (ví dụ: đỏ tươi là </w:t>
      </w:r>
      <w:r>
        <w:rPr>
          <w:rFonts w:ascii="Consolas" w:hAnsi="Consolas"/>
          <w:b w:val="0"/>
          <w:i w:val="0"/>
          <w:sz w:val="20"/>
        </w:rPr>
        <w:br/>
        <w:br/>
        <w:t xml:space="preserve">      #FF1A1A</w:t>
        <w:br/>
        <w:t xml:space="preserve">     </w:t>
        <w:br/>
      </w:r>
      <w:r>
        <w:rPr>
          <w:b w:val="0"/>
          <w:i w:val="0"/>
        </w:rPr>
        <w:t xml:space="preserve">), như được mô tả tại </w:t>
      </w:r>
      <w:r>
        <w:rPr>
          <w:rFonts w:ascii="Consolas" w:hAnsi="Consolas"/>
          <w:b w:val="0"/>
          <w:i w:val="0"/>
          <w:sz w:val="20"/>
        </w:rPr>
        <w:br/>
        <w:br/>
        <w:t xml:space="preserve">       https://matplotlib.org/stable/api/colors_api.html</w:t>
        <w:br/>
        <w:t xml:space="preserve">      </w:t>
        <w:br/>
      </w:r>
      <w:r>
        <w:rPr>
          <w:b w:val="0"/>
          <w:i w:val="0"/>
        </w:rPr>
        <w:t xml:space="preserve">, nhưng cách tôi thích nhất là theo bảng khảo sát màu của XKCD bằng tiền tố </w:t>
      </w:r>
      <w:r>
        <w:rPr>
          <w:rFonts w:ascii="Consolas" w:hAnsi="Consolas"/>
          <w:b w:val="0"/>
          <w:i w:val="0"/>
          <w:sz w:val="20"/>
        </w:rPr>
        <w:br/>
        <w:br/>
        <w:t xml:space="preserve">      xkcd:</w:t>
        <w:br/>
        <w:t xml:space="preserve">     </w:t>
        <w:br/>
      </w:r>
      <w:r>
        <w:rPr>
          <w:b w:val="0"/>
          <w:i w:val="0"/>
        </w:rPr>
        <w:t xml:space="preserve"> (không có dấu cách sau dấu hai chấm):</w:t>
      </w:r>
    </w:p>
    <w:p>
      <w:pPr>
        <w:spacing w:after="0"/>
        <w:ind w:left="360"/>
        <w:shd w:val="clear" w:color="auto" w:fill="F2F2F2"/>
      </w:pPr>
      <w:r>
        <w:rPr>
          <w:rFonts w:ascii="Consolas" w:hAnsi="Consolas"/>
          <w:sz w:val="18"/>
        </w:rPr>
        <w:t>&gt;&gt;&gt; plt.bar(POS, VALUES, color='xkcd:moss green')</w:t>
      </w:r>
    </w:p>
    <w:p>
      <w:pPr>
        <w:spacing w:after="40"/>
      </w:pPr>
    </w:p>
    <w:p>
      <w:pPr>
        <w:spacing w:after="80"/>
      </w:pPr>
      <w:r>
        <w:rPr>
          <w:b w:val="0"/>
          <w:i w:val="0"/>
        </w:rPr>
        <w:t xml:space="preserve">Bạn có thể tìm thấy toàn bộ bảng khảo sát tại </w:t>
      </w:r>
      <w:r>
        <w:rPr>
          <w:rFonts w:ascii="Consolas" w:hAnsi="Consolas"/>
          <w:b w:val="0"/>
          <w:i w:val="0"/>
          <w:sz w:val="20"/>
        </w:rPr>
        <w:br/>
        <w:br/>
        <w:t xml:space="preserve">       https://xkcd.com/color/rgb/</w:t>
        <w:br/>
        <w:t xml:space="preserve">      </w:t>
        <w:br/>
      </w:r>
      <w:r>
        <w:rPr>
          <w:b w:val="0"/>
          <w:i w:val="0"/>
        </w:rPr>
        <w:t>; nó cung cấp mã cho rất nhiều màu thông dụng.</w:t>
      </w:r>
    </w:p>
    <w:p>
      <w:pPr>
        <w:spacing w:after="80"/>
      </w:pPr>
      <w:r>
        <w:rPr>
          <w:b/>
          <w:i w:val="0"/>
        </w:rPr>
        <w:t>Mẹo</w:t>
      </w:r>
    </w:p>
    <w:p>
      <w:pPr>
        <w:spacing w:after="80"/>
      </w:pPr>
      <w:r>
        <w:rPr>
          <w:b w:val="0"/>
          <w:i w:val="0"/>
        </w:rPr>
        <w:t>Những màu phổ biến nhất, như xanh dương và đỏ, cũng có sẵn để thử nhanh. Tuy nhiên, chúng thường hơi quá sáng và chói để dùng trong những báo cáo đẹp mắt. Chúng cũng không in ra giấy đúng cách.</w:t>
      </w:r>
    </w:p>
    <w:p>
      <w:pPr>
        <w:spacing w:after="80"/>
      </w:pPr>
      <w:r>
        <w:rPr>
          <w:b w:val="0"/>
          <w:i w:val="0"/>
        </w:rPr>
        <w:t>Hãy nhớ rằng GenAI có thể giúp bạn chọn màu dựa trên mô tả bạn đưa ra trong câu lệnh (prompt), ví dụ: '</w:t>
      </w:r>
      <w:r>
        <w:rPr>
          <w:b w:val="0"/>
          <w:i/>
        </w:rPr>
        <w:t xml:space="preserve">cho tôi, dưới dạng mã thập lục phân, một màu </w:t>
      </w:r>
      <w:r>
        <w:rPr>
          <w:b w:val="0"/>
          <w:i w:val="0"/>
        </w:rPr>
        <w:t xml:space="preserve"> </w:t>
      </w:r>
      <w:r>
        <w:rPr>
          <w:b w:val="0"/>
          <w:i/>
        </w:rPr>
        <w:t>xanh lá đậm cho một biểu đồ trông chuyên nghiệp</w:t>
      </w:r>
      <w:r>
        <w:rPr>
          <w:b w:val="0"/>
          <w:i w:val="0"/>
        </w:rPr>
        <w:t>'.</w:t>
      </w:r>
    </w:p>
    <w:p>
      <w:pPr>
        <w:spacing w:after="80"/>
      </w:pPr>
      <w:r>
        <w:rPr>
          <w:b w:val="0"/>
          <w:i w:val="0"/>
        </w:rPr>
        <w:t>Kết hợp màu sắc với định dạng trục cho chúng ta kết quả như sau:</w:t>
      </w:r>
    </w:p>
    <w:p>
      <w:pPr>
        <w:jc w:val="center"/>
      </w:pPr>
      <w:r>
        <w:drawing>
          <wp:inline xmlns:a="http://schemas.openxmlformats.org/drawingml/2006/main" xmlns:pic="http://schemas.openxmlformats.org/drawingml/2006/picture">
            <wp:extent cx="5486400" cy="3382634"/>
            <wp:docPr id="65" name="Picture 65"/>
            <wp:cNvGraphicFramePr>
              <a:graphicFrameLocks noChangeAspect="1"/>
            </wp:cNvGraphicFramePr>
            <a:graphic>
              <a:graphicData uri="http://schemas.openxmlformats.org/drawingml/2006/picture">
                <pic:pic>
                  <pic:nvPicPr>
                    <pic:cNvPr id="0" name="B36973_8_2.png"/>
                    <pic:cNvPicPr/>
                  </pic:nvPicPr>
                  <pic:blipFill>
                    <a:blip r:embed="rId67"/>
                    <a:stretch>
                      <a:fillRect/>
                    </a:stretch>
                  </pic:blipFill>
                  <pic:spPr>
                    <a:xfrm>
                      <a:off x="0" y="0"/>
                      <a:ext cx="5486400" cy="3382634"/>
                    </a:xfrm>
                    <a:prstGeom prst="rect"/>
                  </pic:spPr>
                </pic:pic>
              </a:graphicData>
            </a:graphic>
          </wp:inline>
        </w:drawing>
      </w:r>
    </w:p>
    <w:p>
      <w:pPr>
        <w:spacing w:after="160"/>
        <w:jc w:val="center"/>
      </w:pPr>
      <w:r>
        <w:rPr>
          <w:rFonts w:ascii="Calibri" w:hAnsi="Calibri"/>
          <w:b w:val="0"/>
          <w:i/>
          <w:sz w:val="19"/>
        </w:rPr>
        <w:t>Hình 8.2: Biểu đồ với màu khác</w:t>
      </w:r>
    </w:p>
    <w:p>
      <w:pPr>
        <w:spacing w:after="80"/>
      </w:pPr>
      <w:r>
        <w:rPr>
          <w:b w:val="0"/>
          <w:i w:val="0"/>
        </w:rPr>
        <w:t xml:space="preserve">Biểu đồ cột không nhất thiết phải hiển thị thông tin theo cách mang tính thời gian. Như chúng ta đã thấy, </w:t>
      </w:r>
      <w:r>
        <w:rPr>
          <w:rFonts w:ascii="Consolas" w:hAnsi="Consolas"/>
          <w:b w:val="0"/>
          <w:i w:val="0"/>
          <w:sz w:val="20"/>
        </w:rPr>
        <w:br/>
        <w:br/>
        <w:t xml:space="preserve">      matplotlib</w:t>
        <w:br/>
        <w:t xml:space="preserve">     </w:t>
        <w:br/>
      </w:r>
      <w:r>
        <w:rPr>
          <w:b w:val="0"/>
          <w:i w:val="0"/>
        </w:rPr>
        <w:t xml:space="preserve"> yêu cầu chúng ta chỉ định tham số </w:t>
      </w:r>
      <w:r>
        <w:rPr>
          <w:b w:val="0"/>
          <w:i/>
        </w:rPr>
        <w:t>X</w:t>
      </w:r>
      <w:r>
        <w:rPr>
          <w:b w:val="0"/>
          <w:i w:val="0"/>
        </w:rPr>
        <w:t xml:space="preserve"> cho mỗi cột.</w:t>
      </w:r>
    </w:p>
    <w:p>
      <w:pPr>
        <w:spacing w:after="80"/>
      </w:pPr>
      <w:r>
        <w:rPr>
          <w:b/>
          <w:i w:val="0"/>
        </w:rPr>
        <w:t>Mẹo</w:t>
      </w:r>
    </w:p>
    <w:p>
      <w:pPr>
        <w:spacing w:after="80"/>
      </w:pPr>
      <w:r>
        <w:rPr>
          <w:b w:val="0"/>
          <w:i w:val="0"/>
        </w:rPr>
        <w:t>Ví dụ, các cột có thể được sắp xếp để hiển thị một biểu đồ tần suất (histogram), chẳng hạn để hiển thị phân bố chiều cao của mọi người. Các cột sẽ bắt đầu ở mức thấp, tăng lên đến mức trung bình, rồi lại giảm xuống. Đừng giới hạn bản thân chỉ với các biểu đồ thông tin thời gian!</w:t>
      </w:r>
    </w:p>
    <w:p>
      <w:pPr>
        <w:spacing w:after="80"/>
      </w:pPr>
      <w:r>
        <w:rPr>
          <w:b w:val="0"/>
          <w:i w:val="0"/>
        </w:rPr>
        <w:t xml:space="preserve">The full matplotlib documentation can be found here: </w:t>
      </w:r>
      <w:r>
        <w:rPr>
          <w:rFonts w:ascii="Consolas" w:hAnsi="Consolas"/>
          <w:b w:val="0"/>
          <w:i w:val="0"/>
          <w:sz w:val="20"/>
        </w:rPr>
        <w:br/>
        <w:br/>
        <w:t xml:space="preserve">       https://matplotlib.org/</w:t>
        <w:br/>
        <w:t xml:space="preserve">      </w:t>
        <w:br/>
      </w:r>
      <w:r>
        <w:rPr>
          <w:b w:val="0"/>
          <w:i w:val="0"/>
        </w:rPr>
        <w:t xml:space="preserve"> .</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Drawing stacked bars </w:t>
      </w:r>
      <w:r>
        <w:rPr>
          <w:b w:val="0"/>
          <w:i w:val="0"/>
        </w:rPr>
        <w:t xml:space="preserve"> , tiếp theo trong chương này, để học cách vẽ thêm nhiều thông tin tích lũy trên mỗi thanh.</w:t>
      </w:r>
    </w:p>
    <w:p>
      <w:pPr>
        <w:spacing w:after="80"/>
        <w:ind w:left="360"/>
      </w:pPr>
      <w:r>
        <w:t xml:space="preserve">• </w:t>
      </w:r>
      <w:r>
        <w:rPr>
          <w:b w:val="0"/>
          <w:i w:val="0"/>
        </w:rPr>
        <w:t xml:space="preserve">Công thức </w:t>
      </w:r>
      <w:r>
        <w:rPr>
          <w:b w:val="0"/>
          <w:i/>
        </w:rPr>
        <w:t xml:space="preserve"> Adding legends and annotations </w:t>
      </w:r>
      <w:r>
        <w:rPr>
          <w:b w:val="0"/>
          <w:i w:val="0"/>
        </w:rPr>
        <w:t xml:space="preserve"> , ở phần sau của chương này, để học cách thêm thông tin ngữ cảnh vào một biểu đồ.</w:t>
      </w:r>
    </w:p>
    <w:p>
      <w:pPr>
        <w:spacing w:after="80"/>
        <w:ind w:left="360"/>
      </w:pPr>
      <w:r>
        <w:t xml:space="preserve">• </w:t>
      </w:r>
      <w:r>
        <w:rPr>
          <w:b w:val="0"/>
          <w:i w:val="0"/>
        </w:rPr>
        <w:t xml:space="preserve">Công thức </w:t>
      </w:r>
      <w:r>
        <w:rPr>
          <w:b w:val="0"/>
          <w:i/>
        </w:rPr>
        <w:t xml:space="preserve"> Combining graphs </w:t>
      </w:r>
      <w:r>
        <w:rPr>
          <w:b w:val="0"/>
          <w:i w:val="0"/>
        </w:rPr>
        <w:t xml:space="preserve"> , ở phần sau của chương này, để học cách kết hợp nhiều biểu đồ thành một biểu đồ duy nhất.</w:t>
      </w:r>
    </w:p>
    <w:p>
      <w:pPr>
        <w:pStyle w:val="Heading2"/>
      </w:pPr>
      <w:r>
        <w:rPr>
          <w:rFonts w:ascii="Calibri" w:hAnsi="Calibri"/>
          <w:b/>
          <w:i w:val="0"/>
          <w:sz w:val="32"/>
        </w:rPr>
        <w:t>Vẽ thanh xếp chồng</w:t>
      </w:r>
    </w:p>
    <w:p>
      <w:pPr>
        <w:spacing w:after="80"/>
      </w:pPr>
      <w:r>
        <w:rPr>
          <w:b w:val="0"/>
          <w:i w:val="0"/>
        </w:rPr>
        <w:t>Một cách mạnh mẽ để hiển thị các danh mục khác nhau là trình bày chúng dưới dạng thanh xếp chồng để mỗi danh mục và tổng số đều được hiển thị. Chúng ta sẽ xem cách làm điều đó trong công thức này.</w:t>
      </w:r>
    </w:p>
    <w:p>
      <w:pPr>
        <w:pStyle w:val="Heading3"/>
      </w:pPr>
      <w:r>
        <w:rPr>
          <w:rFonts w:ascii="Calibri" w:hAnsi="Calibri"/>
          <w:b/>
          <w:i w:val="0"/>
          <w:sz w:val="26"/>
        </w:rPr>
        <w:t>Chuẩn bị</w:t>
      </w:r>
    </w:p>
    <w:p>
      <w:pPr>
        <w:spacing w:after="80"/>
      </w:pPr>
      <w:r>
        <w:rPr>
          <w:b w:val="0"/>
          <w:i w:val="0"/>
        </w:rPr>
        <w:t xml:space="preserve">Chúng ta có thể cài đặt </w:t>
      </w:r>
      <w:r>
        <w:rPr>
          <w:rFonts w:ascii="Consolas" w:hAnsi="Consolas"/>
          <w:b w:val="0"/>
          <w:i w:val="0"/>
          <w:sz w:val="20"/>
        </w:rPr>
        <w:br/>
        <w:br/>
        <w:t xml:space="preserve">      matplotlib</w:t>
        <w:br/>
        <w:t xml:space="preserve">     </w:t>
        <w:br/>
      </w:r>
      <w:r>
        <w:rPr>
          <w:b w:val="0"/>
          <w:i w:val="0"/>
        </w:rPr>
        <w:t xml:space="preserve"> trong môi trường của mình bằng các lệnh sau:</w:t>
      </w:r>
    </w:p>
    <w:p>
      <w:pPr>
        <w:spacing w:after="0"/>
        <w:ind w:left="360"/>
        <w:shd w:val="clear" w:color="auto" w:fill="F2F2F2"/>
      </w:pPr>
      <w:r>
        <w:rPr>
          <w:rFonts w:ascii="Consolas" w:hAnsi="Consolas"/>
          <w:sz w:val="18"/>
        </w:rPr>
        <w:t>$ echo "matplotlib==3.10.8" &gt;&gt; requirements.txt</w:t>
      </w:r>
    </w:p>
    <w:p>
      <w:pPr>
        <w:spacing w:after="0"/>
        <w:ind w:left="360"/>
        <w:shd w:val="clear" w:color="auto" w:fill="F2F2F2"/>
      </w:pPr>
      <w:r>
        <w:rPr>
          <w:rFonts w:ascii="Consolas" w:hAnsi="Consolas"/>
          <w:sz w:val="18"/>
        </w:rPr>
        <w:t>$ uv pip install -r requirements.txt</w:t>
      </w:r>
    </w:p>
    <w:p>
      <w:pPr>
        <w:spacing w:after="40"/>
      </w:pPr>
    </w:p>
    <w:p>
      <w:pPr>
        <w:pStyle w:val="Heading3"/>
      </w:pPr>
      <w:r>
        <w:rPr>
          <w:rFonts w:ascii="Calibri" w:hAnsi="Calibri"/>
          <w:b/>
          <w:i w:val="0"/>
          <w:sz w:val="26"/>
        </w:rPr>
        <w:t>Cách thực hiện...</w:t>
      </w:r>
    </w:p>
    <w:p>
      <w:pPr>
        <w:spacing w:after="80"/>
        <w:ind w:left="360"/>
      </w:pPr>
      <w:r>
        <w:t xml:space="preserve">1. </w:t>
      </w:r>
      <w:r>
        <w:rPr>
          <w:b w:val="0"/>
          <w:i w:val="0"/>
        </w:rPr>
        <w:t xml:space="preserve">Import </w:t>
      </w:r>
      <w:r>
        <w:rPr>
          <w:rFonts w:ascii="Consolas" w:hAnsi="Consolas"/>
          <w:b w:val="0"/>
          <w:i w:val="0"/>
          <w:sz w:val="20"/>
        </w:rPr>
        <w:br/>
        <w:br/>
        <w:t xml:space="preserve">       matplotlib</w:t>
        <w:br/>
        <w:t xml:space="preserve">      </w:t>
        <w:br/>
      </w:r>
      <w:r>
        <w:rPr>
          <w:b w:val="0"/>
          <w:i w:val="0"/>
        </w:rPr>
        <w:t xml:space="preserve"> :</w:t>
      </w:r>
    </w:p>
    <w:p>
      <w:pPr>
        <w:spacing w:after="0"/>
        <w:ind w:left="360"/>
        <w:shd w:val="clear" w:color="auto" w:fill="F2F2F2"/>
      </w:pPr>
      <w:r>
        <w:rPr>
          <w:rFonts w:ascii="Consolas" w:hAnsi="Consolas"/>
          <w:sz w:val="18"/>
        </w:rPr>
        <w:t>&gt;&gt;&gt; import matplotlib.pyplot as plt</w:t>
      </w:r>
    </w:p>
    <w:p>
      <w:pPr>
        <w:spacing w:after="40"/>
      </w:pPr>
    </w:p>
    <w:p>
      <w:pPr>
        <w:spacing w:after="80"/>
        <w:ind w:left="360"/>
      </w:pPr>
      <w:r>
        <w:t xml:space="preserve">2. </w:t>
      </w:r>
      <w:r>
        <w:rPr>
          <w:b w:val="0"/>
          <w:i w:val="0"/>
        </w:rPr>
        <w:t>Chuẩn bị dữ liệu. Dữ liệu này đại diện cho doanh số của hai sản phẩm, một sản phẩm đã có trên thị trường và một sản phẩm mới:</w:t>
      </w:r>
    </w:p>
    <w:p>
      <w:pPr>
        <w:spacing w:after="0"/>
        <w:ind w:left="360"/>
        <w:shd w:val="clear" w:color="auto" w:fill="F2F2F2"/>
      </w:pPr>
      <w:r>
        <w:rPr>
          <w:rFonts w:ascii="Consolas" w:hAnsi="Consolas"/>
          <w:sz w:val="18"/>
        </w:rPr>
        <w:t>&gt;&gt;&gt; DATA = (</w:t>
      </w:r>
    </w:p>
    <w:p>
      <w:pPr>
        <w:spacing w:after="0"/>
        <w:ind w:left="360"/>
        <w:shd w:val="clear" w:color="auto" w:fill="F2F2F2"/>
      </w:pPr>
      <w:r>
        <w:rPr>
          <w:rFonts w:ascii="Consolas" w:hAnsi="Consolas"/>
          <w:sz w:val="18"/>
        </w:rPr>
        <w:t>...     ('Q1 2025', 100, 0),</w:t>
      </w:r>
    </w:p>
    <w:p>
      <w:pPr>
        <w:spacing w:after="0"/>
        <w:ind w:left="360"/>
        <w:shd w:val="clear" w:color="auto" w:fill="F2F2F2"/>
      </w:pPr>
      <w:r>
        <w:rPr>
          <w:rFonts w:ascii="Consolas" w:hAnsi="Consolas"/>
          <w:sz w:val="18"/>
        </w:rPr>
        <w:t>...     ('Q2 2025', 105, 15),</w:t>
      </w:r>
    </w:p>
    <w:p>
      <w:pPr>
        <w:spacing w:after="0"/>
        <w:ind w:left="360"/>
        <w:shd w:val="clear" w:color="auto" w:fill="F2F2F2"/>
      </w:pPr>
      <w:r>
        <w:rPr>
          <w:rFonts w:ascii="Consolas" w:hAnsi="Consolas"/>
          <w:sz w:val="18"/>
        </w:rPr>
        <w:t>...     ('Q3 2025', 125, 40),</w:t>
      </w:r>
    </w:p>
    <w:p>
      <w:pPr>
        <w:spacing w:after="0"/>
        <w:ind w:left="360"/>
        <w:shd w:val="clear" w:color="auto" w:fill="F2F2F2"/>
      </w:pPr>
      <w:r>
        <w:rPr>
          <w:rFonts w:ascii="Consolas" w:hAnsi="Consolas"/>
          <w:sz w:val="18"/>
        </w:rPr>
        <w:t>...     ('Q4 2025', 115, 80),</w:t>
      </w:r>
    </w:p>
    <w:p>
      <w:pPr>
        <w:spacing w:after="0"/>
        <w:ind w:left="360"/>
        <w:shd w:val="clear" w:color="auto" w:fill="F2F2F2"/>
      </w:pPr>
      <w:r>
        <w:rPr>
          <w:rFonts w:ascii="Consolas" w:hAnsi="Consolas"/>
          <w:sz w:val="18"/>
        </w:rPr>
        <w:t>... )</w:t>
      </w:r>
    </w:p>
    <w:p>
      <w:pPr>
        <w:spacing w:after="40"/>
      </w:pPr>
    </w:p>
    <w:p>
      <w:pPr>
        <w:spacing w:after="80"/>
        <w:ind w:left="360"/>
      </w:pPr>
      <w:r>
        <w:t xml:space="preserve">3. </w:t>
      </w:r>
      <w:r>
        <w:rPr>
          <w:b w:val="0"/>
          <w:i w:val="0"/>
        </w:rPr>
        <w:t>Xử lý dữ liệu để chuẩn bị định dạng mong đợi:</w:t>
      </w:r>
    </w:p>
    <w:p>
      <w:pPr>
        <w:spacing w:after="0"/>
        <w:ind w:left="360"/>
        <w:shd w:val="clear" w:color="auto" w:fill="F2F2F2"/>
      </w:pPr>
      <w:r>
        <w:rPr>
          <w:rFonts w:ascii="Consolas" w:hAnsi="Consolas"/>
          <w:sz w:val="18"/>
        </w:rPr>
        <w:t>&gt;&gt;&gt; POS = list(range(len(DATA)))</w:t>
      </w:r>
    </w:p>
    <w:p>
      <w:pPr>
        <w:spacing w:after="0"/>
        <w:ind w:left="360"/>
        <w:shd w:val="clear" w:color="auto" w:fill="F2F2F2"/>
      </w:pPr>
      <w:r>
        <w:rPr>
          <w:rFonts w:ascii="Consolas" w:hAnsi="Consolas"/>
          <w:sz w:val="18"/>
        </w:rPr>
        <w:t>&gt;&gt;&gt; VALUESA = [valueA for label, valueA, valueB in DATA]</w:t>
      </w:r>
    </w:p>
    <w:p>
      <w:pPr>
        <w:spacing w:after="0"/>
        <w:ind w:left="360"/>
        <w:shd w:val="clear" w:color="auto" w:fill="F2F2F2"/>
      </w:pPr>
      <w:r>
        <w:rPr>
          <w:rFonts w:ascii="Consolas" w:hAnsi="Consolas"/>
          <w:sz w:val="18"/>
        </w:rPr>
        <w:t>&gt;&gt;&gt; VALUESB = [valueB for label, valueA, valueB in DATA]</w:t>
      </w:r>
    </w:p>
    <w:p>
      <w:pPr>
        <w:spacing w:after="0"/>
        <w:ind w:left="360"/>
        <w:shd w:val="clear" w:color="auto" w:fill="F2F2F2"/>
      </w:pPr>
      <w:r>
        <w:rPr>
          <w:rFonts w:ascii="Consolas" w:hAnsi="Consolas"/>
          <w:sz w:val="18"/>
        </w:rPr>
        <w:t>&gt;&gt;&gt; LABELS = [label for label, value1, value2 in DATA]</w:t>
      </w:r>
    </w:p>
    <w:p>
      <w:pPr>
        <w:spacing w:after="40"/>
      </w:pPr>
    </w:p>
    <w:p>
      <w:pPr>
        <w:spacing w:after="80"/>
        <w:ind w:left="360"/>
      </w:pPr>
      <w:r>
        <w:t xml:space="preserve">4. </w:t>
      </w:r>
      <w:r>
        <w:rPr>
          <w:b w:val="0"/>
          <w:i w:val="0"/>
        </w:rPr>
        <w:t>Tạo biểu đồ thanh. Cần hai biểu đồ:</w:t>
      </w:r>
    </w:p>
    <w:p>
      <w:pPr>
        <w:spacing w:after="0"/>
        <w:ind w:left="360"/>
        <w:shd w:val="clear" w:color="auto" w:fill="F2F2F2"/>
      </w:pPr>
      <w:r>
        <w:rPr>
          <w:rFonts w:ascii="Consolas" w:hAnsi="Consolas"/>
          <w:sz w:val="18"/>
        </w:rPr>
        <w:t>&gt;&gt;&gt; plt.bar(POS, VALUESB)</w:t>
      </w:r>
    </w:p>
    <w:p>
      <w:pPr>
        <w:spacing w:after="0"/>
        <w:ind w:left="360"/>
        <w:shd w:val="clear" w:color="auto" w:fill="F2F2F2"/>
      </w:pPr>
      <w:r>
        <w:rPr>
          <w:rFonts w:ascii="Consolas" w:hAnsi="Consolas"/>
          <w:sz w:val="18"/>
        </w:rPr>
        <w:t>&lt;BarContainer object of 4 artists&gt;</w:t>
      </w:r>
    </w:p>
    <w:p>
      <w:pPr>
        <w:spacing w:after="0"/>
        <w:ind w:left="360"/>
        <w:shd w:val="clear" w:color="auto" w:fill="F2F2F2"/>
      </w:pPr>
      <w:r>
        <w:rPr>
          <w:rFonts w:ascii="Consolas" w:hAnsi="Consolas"/>
          <w:sz w:val="18"/>
        </w:rPr>
        <w:t>&gt;&gt;&gt; plt.bar(POS, VALUESA, bottom=VALUESB)</w:t>
      </w:r>
    </w:p>
    <w:p>
      <w:pPr>
        <w:spacing w:after="0"/>
        <w:ind w:left="360"/>
        <w:shd w:val="clear" w:color="auto" w:fill="F2F2F2"/>
      </w:pPr>
      <w:r>
        <w:rPr>
          <w:rFonts w:ascii="Consolas" w:hAnsi="Consolas"/>
          <w:sz w:val="18"/>
        </w:rPr>
        <w:t>&lt;BarContainer object of 4 artists&gt;</w:t>
      </w:r>
    </w:p>
    <w:p>
      <w:pPr>
        <w:spacing w:after="0"/>
        <w:ind w:left="360"/>
        <w:shd w:val="clear" w:color="auto" w:fill="F2F2F2"/>
      </w:pPr>
      <w:r>
        <w:rPr>
          <w:rFonts w:ascii="Consolas" w:hAnsi="Consolas"/>
          <w:sz w:val="18"/>
        </w:rPr>
        <w:t>&gt;&gt;&gt; plt.ylabel('Sales')</w:t>
      </w:r>
    </w:p>
    <w:p>
      <w:pPr>
        <w:spacing w:after="0"/>
        <w:ind w:left="360"/>
        <w:shd w:val="clear" w:color="auto" w:fill="F2F2F2"/>
      </w:pPr>
      <w:r>
        <w:rPr>
          <w:rFonts w:ascii="Consolas" w:hAnsi="Consolas"/>
          <w:sz w:val="18"/>
        </w:rPr>
        <w:t>Text(93.94444444444443, 0.5, 'Sales')</w:t>
      </w:r>
    </w:p>
    <w:p>
      <w:pPr>
        <w:spacing w:after="0"/>
        <w:ind w:left="360"/>
        <w:shd w:val="clear" w:color="auto" w:fill="F2F2F2"/>
      </w:pPr>
      <w:r>
        <w:rPr>
          <w:rFonts w:ascii="Consolas" w:hAnsi="Consolas"/>
          <w:sz w:val="18"/>
        </w:rPr>
        <w:t>&gt;&gt;&gt; plt.xticks(POS, LABELS)</w:t>
      </w:r>
    </w:p>
    <w:p>
      <w:pPr>
        <w:spacing w:after="0"/>
        <w:ind w:left="360"/>
        <w:shd w:val="clear" w:color="auto" w:fill="F2F2F2"/>
      </w:pPr>
      <w:r>
        <w:rPr>
          <w:rFonts w:ascii="Consolas" w:hAnsi="Consolas"/>
          <w:sz w:val="18"/>
        </w:rPr>
        <w:t>([&lt;matplotlib.axis.XTick object at 0x117d39d10&gt;, &lt;matplotlib.axis.XTick object at 0x117d3b610&gt;, &lt;matplotlib.axis.XTick object at 0x117d3b9d0&gt;, &lt;matplotlib.axis.XTick object at 0x117d3bd90&gt;], [Text(0, 0, 'Q1 2025'), Text(1, 0, 'Q2 2025'), Text(2, 0, 'Q3 2025'), Text(3, 0, 'Q4 2025')])</w:t>
      </w:r>
    </w:p>
    <w:p>
      <w:pPr>
        <w:spacing w:after="40"/>
      </w:pPr>
    </w:p>
    <w:p>
      <w:pPr>
        <w:spacing w:after="80"/>
        <w:ind w:left="360"/>
      </w:pPr>
      <w:r>
        <w:t xml:space="preserve">5. </w:t>
      </w:r>
      <w:r>
        <w:rPr>
          <w:b w:val="0"/>
          <w:i w:val="0"/>
        </w:rPr>
        <w:t>Hiển thị biểu đồ:</w:t>
      </w:r>
    </w:p>
    <w:p>
      <w:pPr>
        <w:spacing w:after="0"/>
        <w:ind w:left="360"/>
        <w:shd w:val="clear" w:color="auto" w:fill="F2F2F2"/>
      </w:pPr>
      <w:r>
        <w:rPr>
          <w:rFonts w:ascii="Consolas" w:hAnsi="Consolas"/>
          <w:sz w:val="18"/>
        </w:rPr>
        <w:t>&gt;&gt;&gt; plt.show()</w:t>
      </w:r>
    </w:p>
    <w:p>
      <w:pPr>
        <w:spacing w:after="40"/>
      </w:pPr>
    </w:p>
    <w:p>
      <w:pPr>
        <w:spacing w:after="80"/>
        <w:ind w:left="360"/>
      </w:pPr>
      <w:r>
        <w:t xml:space="preserve">6. </w:t>
      </w:r>
      <w:r>
        <w:rPr>
          <w:b w:val="0"/>
          <w:i w:val="0"/>
        </w:rPr>
        <w:t>Kết quả sẽ được hiển thị trong một cửa sổ mới, như sau:</w:t>
      </w:r>
    </w:p>
    <w:p>
      <w:pPr>
        <w:jc w:val="center"/>
      </w:pPr>
      <w:r>
        <w:drawing>
          <wp:inline xmlns:a="http://schemas.openxmlformats.org/drawingml/2006/main" xmlns:pic="http://schemas.openxmlformats.org/drawingml/2006/picture">
            <wp:extent cx="5486400" cy="4710545"/>
            <wp:docPr id="66" name="Picture 66"/>
            <wp:cNvGraphicFramePr>
              <a:graphicFrameLocks noChangeAspect="1"/>
            </wp:cNvGraphicFramePr>
            <a:graphic>
              <a:graphicData uri="http://schemas.openxmlformats.org/drawingml/2006/picture">
                <pic:pic>
                  <pic:nvPicPr>
                    <pic:cNvPr id="0" name="B36973_8_3.png"/>
                    <pic:cNvPicPr/>
                  </pic:nvPicPr>
                  <pic:blipFill>
                    <a:blip r:embed="rId68"/>
                    <a:stretch>
                      <a:fillRect/>
                    </a:stretch>
                  </pic:blipFill>
                  <pic:spPr>
                    <a:xfrm>
                      <a:off x="0" y="0"/>
                      <a:ext cx="5486400" cy="4710545"/>
                    </a:xfrm>
                    <a:prstGeom prst="rect"/>
                  </pic:spPr>
                </pic:pic>
              </a:graphicData>
            </a:graphic>
          </wp:inline>
        </w:drawing>
      </w:r>
    </w:p>
    <w:p>
      <w:pPr>
        <w:spacing w:after="160"/>
        <w:jc w:val="center"/>
      </w:pPr>
      <w:r>
        <w:rPr>
          <w:rFonts w:ascii="Calibri" w:hAnsi="Calibri"/>
          <w:b w:val="0"/>
          <w:i/>
          <w:sz w:val="19"/>
        </w:rPr>
        <w:t>Hình 8.3: Biểu đồ cột xếp chồng</w:t>
      </w:r>
    </w:p>
    <w:p>
      <w:pPr>
        <w:pStyle w:val="Heading3"/>
      </w:pPr>
      <w:r>
        <w:rPr>
          <w:rFonts w:ascii="Calibri" w:hAnsi="Calibri"/>
          <w:b/>
          <w:i w:val="0"/>
          <w:sz w:val="26"/>
        </w:rPr>
        <w:t>Cách hoạt động...</w:t>
      </w:r>
    </w:p>
    <w:p>
      <w:pPr>
        <w:spacing w:after="80"/>
      </w:pPr>
      <w:r>
        <w:rPr>
          <w:b w:val="0"/>
          <w:i w:val="0"/>
        </w:rPr>
        <w:t xml:space="preserve">Sau khi import mô-đun, dữ liệu được trình bày ở </w:t>
      </w:r>
      <w:r>
        <w:rPr>
          <w:b w:val="0"/>
          <w:i/>
        </w:rPr>
        <w:t>bước 2</w:t>
      </w:r>
      <w:r>
        <w:rPr>
          <w:b w:val="0"/>
          <w:i w:val="0"/>
        </w:rPr>
        <w:t xml:space="preserve"> dưới dạng cấu trúc có thể sử dụng được.</w:t>
      </w:r>
    </w:p>
    <w:p>
      <w:pPr>
        <w:spacing w:after="80"/>
      </w:pPr>
      <w:r>
        <w:rPr>
          <w:b w:val="0"/>
          <w:i w:val="0"/>
        </w:rPr>
        <w:t xml:space="preserve">Trong </w:t>
      </w:r>
      <w:r>
        <w:rPr>
          <w:b w:val="0"/>
          <w:i/>
        </w:rPr>
        <w:t>bước 3</w:t>
      </w:r>
      <w:r>
        <w:rPr>
          <w:b w:val="0"/>
          <w:i w:val="0"/>
        </w:rPr>
        <w:t xml:space="preserve">, dữ liệu được chuẩn bị thành ba chuỗi: </w:t>
      </w:r>
      <w:r>
        <w:rPr>
          <w:rFonts w:ascii="Consolas" w:hAnsi="Consolas"/>
          <w:b w:val="0"/>
          <w:i w:val="0"/>
          <w:sz w:val="20"/>
        </w:rPr>
        <w:br/>
        <w:br/>
        <w:t xml:space="preserve">      VALUESA</w:t>
        <w:br/>
        <w:t xml:space="preserve">     </w:t>
        <w:br/>
      </w:r>
      <w:r>
        <w:rPr>
          <w:b w:val="0"/>
          <w:i w:val="0"/>
        </w:rPr>
        <w:t xml:space="preserve">, </w:t>
      </w:r>
      <w:r>
        <w:rPr>
          <w:rFonts w:ascii="Consolas" w:hAnsi="Consolas"/>
          <w:b w:val="0"/>
          <w:i w:val="0"/>
          <w:sz w:val="20"/>
        </w:rPr>
        <w:br/>
        <w:br/>
        <w:t xml:space="preserve">      VALUESB</w:t>
        <w:br/>
        <w:t xml:space="preserve">     </w:t>
        <w:br/>
      </w:r>
      <w:r>
        <w:rPr>
          <w:b w:val="0"/>
          <w:i w:val="0"/>
        </w:rPr>
        <w:t xml:space="preserve">, và </w:t>
      </w:r>
      <w:r>
        <w:rPr>
          <w:rFonts w:ascii="Consolas" w:hAnsi="Consolas"/>
          <w:b w:val="0"/>
          <w:i w:val="0"/>
          <w:sz w:val="20"/>
        </w:rPr>
        <w:br/>
        <w:br/>
        <w:t xml:space="preserve">      LABELS</w:t>
        <w:br/>
        <w:t xml:space="preserve">     </w:t>
        <w:br/>
      </w:r>
      <w:r>
        <w:rPr>
          <w:b w:val="0"/>
          <w:i w:val="0"/>
        </w:rPr>
        <w:t xml:space="preserve">. Một chuỗi tăng dần </w:t>
      </w:r>
      <w:r>
        <w:rPr>
          <w:rFonts w:ascii="Consolas" w:hAnsi="Consolas"/>
          <w:b w:val="0"/>
          <w:i w:val="0"/>
          <w:sz w:val="20"/>
        </w:rPr>
        <w:br/>
        <w:br/>
        <w:t xml:space="preserve">      POS</w:t>
        <w:br/>
        <w:t xml:space="preserve">     </w:t>
        <w:br/>
      </w:r>
      <w:r>
        <w:rPr>
          <w:b w:val="0"/>
          <w:i w:val="0"/>
        </w:rPr>
        <w:t xml:space="preserve"> được thêm vào để các cột được định vị trên </w:t>
      </w:r>
      <w:r>
        <w:rPr>
          <w:b w:val="0"/>
          <w:i/>
        </w:rPr>
        <w:t>trục x</w:t>
      </w:r>
      <w:r>
        <w:rPr>
          <w:b w:val="0"/>
          <w:i w:val="0"/>
        </w:rPr>
        <w:t>, lần lượt nối tiếp nhau.</w:t>
      </w:r>
    </w:p>
    <w:p>
      <w:pPr>
        <w:spacing w:after="80"/>
      </w:pPr>
      <w:r>
        <w:rPr>
          <w:b w:val="0"/>
          <w:i/>
        </w:rPr>
        <w:t>Bước 4</w:t>
      </w:r>
      <w:r>
        <w:rPr>
          <w:b w:val="0"/>
          <w:i w:val="0"/>
        </w:rPr>
        <w:t xml:space="preserve"> tạo biểu đồ cột với các chuỗi </w:t>
      </w:r>
      <w:r>
        <w:rPr>
          <w:b w:val="0"/>
          <w:i/>
        </w:rPr>
        <w:t>X</w:t>
      </w:r>
      <w:r>
        <w:rPr>
          <w:b w:val="0"/>
          <w:i w:val="0"/>
        </w:rPr>
        <w:t xml:space="preserve"> (</w:t>
      </w:r>
      <w:r>
        <w:rPr>
          <w:rFonts w:ascii="Consolas" w:hAnsi="Consolas"/>
          <w:b w:val="0"/>
          <w:i w:val="0"/>
          <w:sz w:val="20"/>
        </w:rPr>
        <w:br/>
        <w:br/>
        <w:t xml:space="preserve">      POS</w:t>
        <w:br/>
        <w:t xml:space="preserve">     </w:t>
        <w:br/>
      </w:r>
      <w:r>
        <w:rPr>
          <w:b w:val="0"/>
          <w:i w:val="0"/>
        </w:rPr>
        <w:t xml:space="preserve">) và </w:t>
      </w:r>
      <w:r>
        <w:rPr>
          <w:b w:val="0"/>
          <w:i/>
        </w:rPr>
        <w:t>Y</w:t>
      </w:r>
      <w:r>
        <w:rPr>
          <w:b w:val="0"/>
          <w:i w:val="0"/>
        </w:rPr>
        <w:t xml:space="preserve"> (</w:t>
      </w:r>
      <w:r>
        <w:rPr>
          <w:rFonts w:ascii="Consolas" w:hAnsi="Consolas"/>
          <w:b w:val="0"/>
          <w:i w:val="0"/>
          <w:sz w:val="20"/>
        </w:rPr>
        <w:br/>
        <w:br/>
        <w:t xml:space="preserve">      VALUESB</w:t>
        <w:br/>
        <w:t xml:space="preserve">     </w:t>
        <w:br/>
      </w:r>
      <w:r>
        <w:rPr>
          <w:b w:val="0"/>
          <w:i w:val="0"/>
        </w:rPr>
        <w:t xml:space="preserve">). Chuỗi cột thứ hai, </w:t>
      </w:r>
      <w:r>
        <w:rPr>
          <w:rFonts w:ascii="Consolas" w:hAnsi="Consolas"/>
          <w:b w:val="0"/>
          <w:i w:val="0"/>
          <w:sz w:val="20"/>
        </w:rPr>
        <w:br/>
        <w:br/>
        <w:t xml:space="preserve">      VALUESA</w:t>
        <w:br/>
        <w:t xml:space="preserve">     </w:t>
        <w:br/>
      </w:r>
      <w:r>
        <w:rPr>
          <w:b w:val="0"/>
          <w:i w:val="0"/>
        </w:rPr>
        <w:t xml:space="preserve">, được thêm lên trên chuỗi trước đó bằng đối số </w:t>
      </w:r>
      <w:r>
        <w:rPr>
          <w:rFonts w:ascii="Consolas" w:hAnsi="Consolas"/>
          <w:b w:val="0"/>
          <w:i w:val="0"/>
          <w:sz w:val="20"/>
        </w:rPr>
        <w:br/>
        <w:br/>
        <w:t xml:space="preserve">      bottom=VALUESB</w:t>
        <w:br/>
        <w:t xml:space="preserve">     </w:t>
        <w:br/>
      </w:r>
      <w:r>
        <w:rPr>
          <w:b w:val="0"/>
          <w:i w:val="0"/>
        </w:rPr>
        <w:t xml:space="preserve">. Quá trình này xếp chồng cả hai cột, đặt cột </w:t>
      </w:r>
      <w:r>
        <w:rPr>
          <w:rFonts w:ascii="Consolas" w:hAnsi="Consolas"/>
          <w:b w:val="0"/>
          <w:i w:val="0"/>
          <w:sz w:val="20"/>
        </w:rPr>
        <w:br/>
        <w:br/>
        <w:t xml:space="preserve">      VALUESA</w:t>
        <w:br/>
        <w:t xml:space="preserve">     </w:t>
        <w:br/>
      </w:r>
      <w:r>
        <w:rPr>
          <w:b w:val="0"/>
          <w:i w:val="0"/>
        </w:rPr>
        <w:t xml:space="preserve"> đầy đủ lên trên cột </w:t>
      </w:r>
      <w:r>
        <w:rPr>
          <w:rFonts w:ascii="Consolas" w:hAnsi="Consolas"/>
          <w:b w:val="0"/>
          <w:i w:val="0"/>
          <w:sz w:val="20"/>
        </w:rPr>
        <w:br/>
        <w:br/>
        <w:t xml:space="preserve">      VALUESB</w:t>
        <w:br/>
        <w:t xml:space="preserve">     </w:t>
        <w:br/>
      </w:r>
      <w:r>
        <w:rPr>
          <w:b w:val="0"/>
          <w:i w:val="0"/>
        </w:rPr>
        <w:t>.</w:t>
      </w:r>
    </w:p>
    <w:p>
      <w:pPr>
        <w:spacing w:after="80"/>
      </w:pPr>
      <w:r>
        <w:rPr>
          <w:b/>
          <w:i w:val="0"/>
        </w:rPr>
        <w:t>Mẹo</w:t>
      </w:r>
    </w:p>
    <w:p>
      <w:pPr>
        <w:spacing w:after="80"/>
      </w:pPr>
      <w:r>
        <w:rPr>
          <w:b w:val="0"/>
          <w:i w:val="0"/>
        </w:rPr>
        <w:t xml:space="preserve">Lưu ý rằng chúng ta xếp chồng giá trị thứ hai, </w:t>
      </w:r>
      <w:r>
        <w:rPr>
          <w:rFonts w:ascii="Consolas" w:hAnsi="Consolas"/>
          <w:b w:val="0"/>
          <w:i w:val="0"/>
          <w:sz w:val="20"/>
        </w:rPr>
        <w:br/>
        <w:br/>
        <w:t xml:space="preserve">       VALUESB</w:t>
        <w:br/>
        <w:t xml:space="preserve">      </w:t>
        <w:br/>
      </w:r>
      <w:r>
        <w:rPr>
          <w:b w:val="0"/>
          <w:i w:val="0"/>
        </w:rPr>
        <w:t xml:space="preserve">, trước tiên. Giá trị thứ hai đại diện cho một sản phẩm mới được tung ra thị trường. </w:t>
      </w:r>
      <w:r>
        <w:rPr>
          <w:rFonts w:ascii="Consolas" w:hAnsi="Consolas"/>
          <w:b w:val="0"/>
          <w:i w:val="0"/>
          <w:sz w:val="20"/>
        </w:rPr>
        <w:br/>
        <w:br/>
        <w:t xml:space="preserve">       VALUESA</w:t>
        <w:br/>
        <w:t xml:space="preserve">      </w:t>
        <w:br/>
      </w:r>
      <w:r>
        <w:rPr>
          <w:b w:val="0"/>
          <w:i w:val="0"/>
        </w:rPr>
        <w:t xml:space="preserve"> đại diện cho sản phẩm đã có mặt lâu năm và ổn định hơn. Biểu đồ này nhấn mạnh vào sự tăng trưởng của sản phẩm mới.</w:t>
      </w:r>
    </w:p>
    <w:p>
      <w:pPr>
        <w:spacing w:after="80"/>
      </w:pPr>
      <w:r>
        <w:rPr>
          <w:b w:val="0"/>
          <w:i w:val="0"/>
        </w:rPr>
        <w:t>Vẽ biểu đồ là một bài tập về trình bày thông tin theo cách dễ hiểu. Điều đó có thể đòi hỏi bạn phải thử nghiệm cho đến khi tìm ra cách tiếp cận tốt nhất. Đừng ngại làm điều đó.</w:t>
      </w:r>
    </w:p>
    <w:p>
      <w:pPr>
        <w:spacing w:after="80"/>
      </w:pPr>
      <w:r>
        <w:rPr>
          <w:b w:val="0"/>
          <w:i w:val="0"/>
        </w:rPr>
        <w:t xml:space="preserve">Mỗi giai đoạn được dán nhãn trên </w:t>
      </w:r>
      <w:r>
        <w:rPr>
          <w:b w:val="0"/>
          <w:i/>
        </w:rPr>
        <w:t>trục x</w:t>
      </w:r>
      <w:r>
        <w:rPr>
          <w:b w:val="0"/>
          <w:i w:val="0"/>
        </w:rPr>
        <w:t xml:space="preserve"> bằng </w:t>
      </w:r>
      <w:r>
        <w:rPr>
          <w:rFonts w:ascii="Consolas" w:hAnsi="Consolas"/>
          <w:b w:val="0"/>
          <w:i w:val="0"/>
          <w:sz w:val="20"/>
        </w:rPr>
        <w:br/>
        <w:br/>
        <w:t xml:space="preserve">      .xticks</w:t>
        <w:br/>
        <w:t xml:space="preserve">     </w:t>
        <w:br/>
      </w:r>
      <w:r>
        <w:rPr>
          <w:b w:val="0"/>
          <w:i w:val="0"/>
        </w:rPr>
        <w:t xml:space="preserve">. Để làm rõ ý nghĩa, chúng ta thêm nhãn bằng </w:t>
      </w:r>
      <w:r>
        <w:rPr>
          <w:rFonts w:ascii="Consolas" w:hAnsi="Consolas"/>
          <w:b w:val="0"/>
          <w:i w:val="0"/>
          <w:sz w:val="20"/>
        </w:rPr>
        <w:br/>
        <w:br/>
        <w:t xml:space="preserve">      .ylabel</w:t>
        <w:br/>
        <w:t xml:space="preserve">     </w:t>
        <w:br/>
      </w:r>
      <w:r>
        <w:rPr>
          <w:b w:val="0"/>
          <w:i w:val="0"/>
        </w:rPr>
        <w:t>.</w:t>
      </w:r>
    </w:p>
    <w:p>
      <w:pPr>
        <w:spacing w:after="80"/>
      </w:pPr>
      <w:r>
        <w:rPr>
          <w:b w:val="0"/>
          <w:i w:val="0"/>
        </w:rPr>
        <w:t xml:space="preserve">Để hiển thị biểu đồ kết quả, </w:t>
      </w:r>
      <w:r>
        <w:rPr>
          <w:b w:val="0"/>
          <w:i/>
        </w:rPr>
        <w:t>bước 5</w:t>
      </w:r>
      <w:r>
        <w:rPr>
          <w:b w:val="0"/>
          <w:i w:val="0"/>
        </w:rPr>
        <w:t xml:space="preserve"> gọi </w:t>
      </w:r>
      <w:r>
        <w:rPr>
          <w:rFonts w:ascii="Consolas" w:hAnsi="Consolas"/>
          <w:b w:val="0"/>
          <w:i w:val="0"/>
          <w:sz w:val="20"/>
        </w:rPr>
        <w:br/>
        <w:br/>
        <w:t xml:space="preserve">      .show</w:t>
        <w:br/>
        <w:t xml:space="preserve">     </w:t>
        <w:br/>
      </w:r>
      <w:r>
        <w:rPr>
          <w:b w:val="0"/>
          <w:i w:val="0"/>
        </w:rPr>
        <w:t>, lệnh này mở một cửa sổ mới chứa kết quả.</w:t>
      </w:r>
    </w:p>
    <w:p>
      <w:pPr>
        <w:spacing w:after="80"/>
      </w:pPr>
      <w:r>
        <w:rPr>
          <w:b/>
          <w:i w:val="0"/>
        </w:rPr>
        <w:t>Mẹo</w:t>
      </w:r>
    </w:p>
    <w:p>
      <w:pPr>
        <w:spacing w:after="80"/>
      </w:pPr>
      <w:r>
        <w:rPr>
          <w:b w:val="0"/>
          <w:i w:val="0"/>
        </w:rPr>
        <w:t xml:space="preserve">Gọi </w:t>
      </w:r>
      <w:r>
        <w:rPr>
          <w:rFonts w:ascii="Consolas" w:hAnsi="Consolas"/>
          <w:b w:val="0"/>
          <w:i w:val="0"/>
          <w:sz w:val="20"/>
        </w:rPr>
        <w:br/>
        <w:br/>
        <w:t xml:space="preserve">       .show</w:t>
        <w:br/>
        <w:t xml:space="preserve">      </w:t>
        <w:br/>
      </w:r>
      <w:r>
        <w:rPr>
          <w:b w:val="0"/>
          <w:i w:val="0"/>
        </w:rPr>
        <w:t xml:space="preserve"> sẽ chặn việc thực thi chương trình. Chương trình sẽ tiếp tục khi cửa sổ được đóng lại.</w:t>
      </w:r>
    </w:p>
    <w:p>
      <w:pPr>
        <w:pStyle w:val="Heading3"/>
      </w:pPr>
      <w:r>
        <w:rPr>
          <w:rFonts w:ascii="Calibri" w:hAnsi="Calibri"/>
          <w:b/>
          <w:i w:val="0"/>
          <w:sz w:val="26"/>
        </w:rPr>
        <w:t>Còn nhiều thứ khác...</w:t>
      </w:r>
    </w:p>
    <w:p>
      <w:pPr>
        <w:spacing w:after="80"/>
      </w:pPr>
      <w:r>
        <w:rPr>
          <w:b/>
          <w:i w:val="0"/>
        </w:rPr>
        <w:t>Lưu ý</w:t>
      </w:r>
    </w:p>
    <w:p>
      <w:pPr>
        <w:spacing w:after="80"/>
      </w:pPr>
      <w:r>
        <w:rPr>
          <w:b w:val="0"/>
          <w:i w:val="0"/>
        </w:rPr>
        <w:t>Trong phần này, chúng tôi trình bày các cách thay thế để hiển thị thông tin. Hãy nhớ lặp lại các bước trước đó để định nghĩa dữ liệu có sẵn cũng như hiển thị các nhãn '</w:t>
      </w:r>
      <w:r>
        <w:rPr>
          <w:b w:val="0"/>
          <w:i/>
        </w:rPr>
        <w:t>Sales</w:t>
      </w:r>
      <w:r>
        <w:rPr>
          <w:b w:val="0"/>
          <w:i w:val="0"/>
        </w:rPr>
        <w:t>', v.v.</w:t>
      </w:r>
    </w:p>
    <w:p>
      <w:pPr>
        <w:spacing w:after="80"/>
      </w:pPr>
      <w:r>
        <w:rPr>
          <w:b w:val="0"/>
          <w:i w:val="0"/>
        </w:rPr>
        <w:t>Một cách khác để trình bày biểu đồ cột xếp chồng là thêm chúng dưới dạng phần trăm để tổng không thay đổi, chỉ có kích thước tương đối của chúng so với nhau thay đổi.</w:t>
      </w:r>
    </w:p>
    <w:p>
      <w:pPr>
        <w:spacing w:after="80"/>
      </w:pPr>
      <w:r>
        <w:rPr>
          <w:b w:val="0"/>
          <w:i w:val="0"/>
        </w:rPr>
        <w:t xml:space="preserve">Để làm điều đó, </w:t>
      </w:r>
      <w:r>
        <w:rPr>
          <w:rFonts w:ascii="Consolas" w:hAnsi="Consolas"/>
          <w:b w:val="0"/>
          <w:i w:val="0"/>
          <w:sz w:val="20"/>
        </w:rPr>
        <w:br/>
        <w:br/>
        <w:t xml:space="preserve">      VALUESA</w:t>
        <w:br/>
        <w:t xml:space="preserve">     </w:t>
        <w:br/>
      </w:r>
      <w:r>
        <w:rPr>
          <w:b w:val="0"/>
          <w:i w:val="0"/>
        </w:rPr>
        <w:t xml:space="preserve"> và </w:t>
      </w:r>
      <w:r>
        <w:rPr>
          <w:rFonts w:ascii="Consolas" w:hAnsi="Consolas"/>
          <w:b w:val="0"/>
          <w:i w:val="0"/>
          <w:sz w:val="20"/>
        </w:rPr>
        <w:br/>
        <w:br/>
        <w:t xml:space="preserve">      VALUEB</w:t>
        <w:br/>
        <w:t xml:space="preserve">     </w:t>
        <w:br/>
      </w:r>
      <w:r>
        <w:rPr>
          <w:b w:val="0"/>
          <w:i w:val="0"/>
        </w:rPr>
        <w:t xml:space="preserve"> cần được tính toán dựa trên các phần trăm theo cách này:</w:t>
      </w:r>
    </w:p>
    <w:p>
      <w:pPr>
        <w:spacing w:after="0"/>
        <w:ind w:left="360"/>
        <w:shd w:val="clear" w:color="auto" w:fill="F2F2F2"/>
      </w:pPr>
      <w:r>
        <w:rPr>
          <w:rFonts w:ascii="Consolas" w:hAnsi="Consolas"/>
          <w:sz w:val="18"/>
        </w:rPr>
        <w:t>&gt;&gt;&gt; VALUESA = [100 * valueA / (valueA + valueB) for label, valueA, valueB in DATA]</w:t>
      </w:r>
    </w:p>
    <w:p>
      <w:pPr>
        <w:spacing w:after="0"/>
        <w:ind w:left="360"/>
        <w:shd w:val="clear" w:color="auto" w:fill="F2F2F2"/>
      </w:pPr>
      <w:r>
        <w:rPr>
          <w:rFonts w:ascii="Consolas" w:hAnsi="Consolas"/>
          <w:sz w:val="18"/>
        </w:rPr>
        <w:t>&gt;&gt;&gt; VALUESB = [100 * valueB / (valueA + valueB) for label, valueA, valueB in DATA]</w:t>
      </w:r>
    </w:p>
    <w:p>
      <w:pPr>
        <w:spacing w:after="40"/>
      </w:pPr>
    </w:p>
    <w:p>
      <w:pPr>
        <w:spacing w:after="80"/>
      </w:pPr>
      <w:r>
        <w:rPr>
          <w:b w:val="0"/>
          <w:i w:val="0"/>
        </w:rPr>
        <w:t>Điều này khiến mỗi giá trị bằng với phần trăm của tổng, và tổng luôn cộng lại thành 100. Điều này tạo ra biểu đồ sau:</w:t>
      </w:r>
    </w:p>
    <w:p>
      <w:pPr>
        <w:jc w:val="center"/>
      </w:pPr>
      <w:r>
        <w:drawing>
          <wp:inline xmlns:a="http://schemas.openxmlformats.org/drawingml/2006/main" xmlns:pic="http://schemas.openxmlformats.org/drawingml/2006/picture">
            <wp:extent cx="5486400" cy="4706579"/>
            <wp:docPr id="67" name="Picture 67"/>
            <wp:cNvGraphicFramePr>
              <a:graphicFrameLocks noChangeAspect="1"/>
            </wp:cNvGraphicFramePr>
            <a:graphic>
              <a:graphicData uri="http://schemas.openxmlformats.org/drawingml/2006/picture">
                <pic:pic>
                  <pic:nvPicPr>
                    <pic:cNvPr id="0" name="B36973_8_4.png"/>
                    <pic:cNvPicPr/>
                  </pic:nvPicPr>
                  <pic:blipFill>
                    <a:blip r:embed="rId69"/>
                    <a:stretch>
                      <a:fillRect/>
                    </a:stretch>
                  </pic:blipFill>
                  <pic:spPr>
                    <a:xfrm>
                      <a:off x="0" y="0"/>
                      <a:ext cx="5486400" cy="4706579"/>
                    </a:xfrm>
                    <a:prstGeom prst="rect"/>
                  </pic:spPr>
                </pic:pic>
              </a:graphicData>
            </a:graphic>
          </wp:inline>
        </w:drawing>
      </w:r>
    </w:p>
    <w:p>
      <w:pPr>
        <w:spacing w:after="160"/>
        <w:jc w:val="center"/>
      </w:pPr>
      <w:r>
        <w:rPr>
          <w:rFonts w:ascii="Calibri" w:hAnsi="Calibri"/>
          <w:b w:val="0"/>
          <w:i/>
          <w:sz w:val="19"/>
        </w:rPr>
        <w:t>Hình 8.4: Xếp chồng phần trăm</w:t>
      </w:r>
    </w:p>
    <w:p>
      <w:pPr>
        <w:spacing w:after="80"/>
      </w:pPr>
      <w:r>
        <w:rPr>
          <w:b w:val="0"/>
          <w:i w:val="0"/>
        </w:rPr>
        <w:t>Các thanh không nhất thiết phải được xếp chồng. Đôi khi, có thể thú vị khi trình bày các thanh cạnh nhau để so sánh.</w:t>
      </w:r>
    </w:p>
    <w:p>
      <w:pPr>
        <w:spacing w:after="80"/>
      </w:pPr>
      <w:r>
        <w:rPr>
          <w:b w:val="0"/>
          <w:i w:val="0"/>
        </w:rPr>
        <w:t>Để làm điều đó, chúng ta cần di chuyển vị trí của chuỗi thanh thứ hai. Chúng ta cũng sẽ cần đặt các thanh mỏng hơn để có không gian:</w:t>
      </w:r>
    </w:p>
    <w:p>
      <w:pPr>
        <w:spacing w:after="0"/>
        <w:ind w:left="360"/>
        <w:shd w:val="clear" w:color="auto" w:fill="F2F2F2"/>
      </w:pPr>
      <w:r>
        <w:rPr>
          <w:rFonts w:ascii="Consolas" w:hAnsi="Consolas"/>
          <w:sz w:val="18"/>
        </w:rPr>
        <w:t>&gt;&gt;&gt; WIDTH = 0.3</w:t>
      </w:r>
    </w:p>
    <w:p>
      <w:pPr>
        <w:spacing w:after="0"/>
        <w:ind w:left="360"/>
        <w:shd w:val="clear" w:color="auto" w:fill="F2F2F2"/>
      </w:pPr>
      <w:r>
        <w:rPr>
          <w:rFonts w:ascii="Consolas" w:hAnsi="Consolas"/>
          <w:sz w:val="18"/>
        </w:rPr>
        <w:t>&gt;&gt;&gt; plt.bar([p - WIDTH / 2 for p in POS], VALUESA, width=WIDTH)</w:t>
      </w:r>
    </w:p>
    <w:p>
      <w:pPr>
        <w:spacing w:after="0"/>
        <w:ind w:left="360"/>
        <w:shd w:val="clear" w:color="auto" w:fill="F2F2F2"/>
      </w:pPr>
      <w:r>
        <w:rPr>
          <w:rFonts w:ascii="Consolas" w:hAnsi="Consolas"/>
          <w:sz w:val="18"/>
        </w:rPr>
        <w:t>&gt;&gt;&gt; plt.bar([p + WIDTH / 2 for p in POS], VALUESB, width=WIDTH)</w:t>
      </w:r>
    </w:p>
    <w:p>
      <w:pPr>
        <w:spacing w:after="40"/>
      </w:pPr>
    </w:p>
    <w:p>
      <w:pPr>
        <w:spacing w:after="80"/>
      </w:pPr>
      <w:r>
        <w:rPr>
          <w:b w:val="0"/>
          <w:i w:val="0"/>
        </w:rPr>
        <w:t>Lưu ý cách chiều rộng của thanh được đặt thành một phần ba không gian, vì không gian tham chiếu của chúng ta là 1 đơn vị giữa các thanh. Không gian này được điều chỉnh tự động tùy thuộc vào kích thước của biểu đồ. Thanh đầu tiên được di chuyển sang trái, trong khi thanh thứ hai được di chuyển sang phải để căn giữa chúng. Đối số bottom đã bị xóa để các thanh không bị xếp chồng:</w:t>
      </w:r>
    </w:p>
    <w:p>
      <w:pPr>
        <w:jc w:val="center"/>
      </w:pPr>
      <w:r>
        <w:drawing>
          <wp:inline xmlns:a="http://schemas.openxmlformats.org/drawingml/2006/main" xmlns:pic="http://schemas.openxmlformats.org/drawingml/2006/picture">
            <wp:extent cx="5486400" cy="4653550"/>
            <wp:docPr id="68" name="Picture 68"/>
            <wp:cNvGraphicFramePr>
              <a:graphicFrameLocks noChangeAspect="1"/>
            </wp:cNvGraphicFramePr>
            <a:graphic>
              <a:graphicData uri="http://schemas.openxmlformats.org/drawingml/2006/picture">
                <pic:pic>
                  <pic:nvPicPr>
                    <pic:cNvPr id="0" name="B36973_8_5.png"/>
                    <pic:cNvPicPr/>
                  </pic:nvPicPr>
                  <pic:blipFill>
                    <a:blip r:embed="rId70"/>
                    <a:stretch>
                      <a:fillRect/>
                    </a:stretch>
                  </pic:blipFill>
                  <pic:spPr>
                    <a:xfrm>
                      <a:off x="0" y="0"/>
                      <a:ext cx="5486400" cy="4653550"/>
                    </a:xfrm>
                    <a:prstGeom prst="rect"/>
                  </pic:spPr>
                </pic:pic>
              </a:graphicData>
            </a:graphic>
          </wp:inline>
        </w:drawing>
      </w:r>
    </w:p>
    <w:p>
      <w:pPr>
        <w:spacing w:after="160"/>
        <w:jc w:val="center"/>
      </w:pPr>
      <w:r>
        <w:rPr>
          <w:rFonts w:ascii="Calibri" w:hAnsi="Calibri"/>
          <w:b w:val="0"/>
          <w:i/>
          <w:sz w:val="19"/>
        </w:rPr>
        <w:t>Hình 8.5: Các thanh độc lập</w:t>
      </w:r>
    </w:p>
    <w:p>
      <w:pPr>
        <w:spacing w:after="80"/>
      </w:pPr>
      <w:r>
        <w:rPr>
          <w:b w:val="0"/>
          <w:i w:val="0"/>
        </w:rPr>
        <w:t xml:space="preserve">Tài liệu đầy đủ về </w:t>
      </w:r>
      <w:r>
        <w:rPr>
          <w:rFonts w:ascii="Consolas" w:hAnsi="Consolas"/>
          <w:b w:val="0"/>
          <w:i w:val="0"/>
          <w:sz w:val="20"/>
        </w:rPr>
        <w:br/>
        <w:br/>
        <w:t xml:space="preserve">      matplotlib</w:t>
        <w:br/>
        <w:t xml:space="preserve">     </w:t>
        <w:br/>
      </w:r>
      <w:r>
        <w:rPr>
          <w:b w:val="0"/>
          <w:i w:val="0"/>
        </w:rPr>
        <w:t xml:space="preserve"> có thể được tìm thấy tại đây: </w:t>
      </w:r>
      <w:r>
        <w:rPr>
          <w:rFonts w:ascii="Consolas" w:hAnsi="Consolas"/>
          <w:b w:val="0"/>
          <w:i w:val="0"/>
          <w:sz w:val="20"/>
        </w:rPr>
        <w:br/>
        <w:br/>
        <w:t xml:space="preserve">       https://matplotlib.org/</w:t>
        <w:br/>
        <w:t xml:space="preserve">      </w:t>
        <w:br/>
      </w:r>
      <w:r>
        <w:rPr>
          <w:b w:val="0"/>
          <w:i w:val="0"/>
        </w:rPr>
        <w:t xml:space="preserve"> .</w:t>
      </w:r>
    </w:p>
    <w:p>
      <w:pPr>
        <w:pStyle w:val="Heading3"/>
      </w:pPr>
      <w:r>
        <w:rPr>
          <w:rFonts w:ascii="Calibri" w:hAnsi="Calibri"/>
          <w:b/>
          <w:i w:val="0"/>
          <w:sz w:val="26"/>
        </w:rPr>
        <w:t>Xem thêm</w:t>
      </w:r>
    </w:p>
    <w:p>
      <w:pPr>
        <w:spacing w:after="80"/>
        <w:ind w:left="360"/>
      </w:pPr>
      <w:r>
        <w:t xml:space="preserve">• </w:t>
      </w:r>
      <w:r>
        <w:rPr>
          <w:b w:val="0"/>
          <w:i w:val="0"/>
        </w:rPr>
        <w:t xml:space="preserve">Công thức trước đó, công thức </w:t>
      </w:r>
      <w:r>
        <w:rPr>
          <w:b w:val="0"/>
          <w:i/>
        </w:rPr>
        <w:t xml:space="preserve"> Vẽ </w:t>
      </w:r>
      <w:r>
        <w:rPr>
          <w:b w:val="0"/>
          <w:i w:val="0"/>
        </w:rPr>
        <w:t xml:space="preserve"> </w:t>
      </w:r>
      <w:r>
        <w:rPr>
          <w:b w:val="0"/>
          <w:i/>
        </w:rPr>
        <w:t xml:space="preserve"> một biểu đồ doanh số đơn giản </w:t>
      </w:r>
      <w:r>
        <w:rPr>
          <w:b w:val="0"/>
          <w:i w:val="0"/>
        </w:rPr>
        <w:t>, để tìm hiểu những điều cơ bản về vẽ biểu đồ thanh.</w:t>
      </w:r>
    </w:p>
    <w:p>
      <w:pPr>
        <w:spacing w:after="80"/>
        <w:ind w:left="360"/>
      </w:pPr>
      <w:r>
        <w:t xml:space="preserve">• </w:t>
      </w:r>
      <w:r>
        <w:rPr>
          <w:b w:val="0"/>
          <w:i w:val="0"/>
        </w:rPr>
        <w:t xml:space="preserve">Công thức </w:t>
      </w:r>
      <w:r>
        <w:rPr>
          <w:b w:val="0"/>
          <w:i/>
        </w:rPr>
        <w:t xml:space="preserve"> Thêm chú thích và ghi chú </w:t>
      </w:r>
      <w:r>
        <w:rPr>
          <w:b w:val="0"/>
          <w:i w:val="0"/>
        </w:rPr>
        <w:t>, ở phần sau của chương này, để tìm hiểu cách thêm thông tin ngữ cảnh vào biểu đồ.</w:t>
      </w:r>
    </w:p>
    <w:p>
      <w:pPr>
        <w:spacing w:after="80"/>
        <w:ind w:left="360"/>
      </w:pPr>
      <w:r>
        <w:t xml:space="preserve">• </w:t>
      </w:r>
      <w:r>
        <w:rPr>
          <w:b w:val="0"/>
          <w:i w:val="0"/>
        </w:rPr>
        <w:t xml:space="preserve">Công thức </w:t>
      </w:r>
      <w:r>
        <w:rPr>
          <w:b w:val="0"/>
          <w:i/>
        </w:rPr>
        <w:t xml:space="preserve"> Kết hợp các biểu đồ </w:t>
      </w:r>
      <w:r>
        <w:rPr>
          <w:b w:val="0"/>
          <w:i w:val="0"/>
        </w:rPr>
        <w:t>, ở phần sau của chương này, để tìm hiểu cách thêm nhiều đồ thị vào một biểu đồ duy nhất.</w:t>
      </w:r>
    </w:p>
    <w:p>
      <w:pPr>
        <w:pStyle w:val="Heading2"/>
      </w:pPr>
      <w:r>
        <w:rPr>
          <w:rFonts w:ascii="Calibri" w:hAnsi="Calibri"/>
          <w:b/>
          <w:i w:val="0"/>
          <w:sz w:val="32"/>
        </w:rPr>
        <w:t>Hiển thị nhiều đường</w:t>
      </w:r>
    </w:p>
    <w:p>
      <w:pPr>
        <w:spacing w:after="80"/>
      </w:pPr>
      <w:r>
        <w:rPr>
          <w:b w:val="0"/>
          <w:i w:val="0"/>
        </w:rPr>
        <w:t>Công thức này sẽ chỉ cho bạn cách hiển thị nhiều đường trong một biểu đồ.</w:t>
      </w:r>
    </w:p>
    <w:p>
      <w:pPr>
        <w:pStyle w:val="Heading3"/>
      </w:pPr>
      <w:r>
        <w:rPr>
          <w:rFonts w:ascii="Calibri" w:hAnsi="Calibri"/>
          <w:b/>
          <w:i w:val="0"/>
          <w:sz w:val="26"/>
        </w:rPr>
        <w:t>Chuẩn bị</w:t>
      </w:r>
    </w:p>
    <w:p>
      <w:pPr>
        <w:spacing w:after="80"/>
      </w:pPr>
      <w:r>
        <w:rPr>
          <w:b w:val="0"/>
          <w:i w:val="0"/>
        </w:rPr>
        <w:t xml:space="preserve">Đầu tiên chúng ta cài đặt </w:t>
      </w:r>
      <w:r>
        <w:rPr>
          <w:rFonts w:ascii="Consolas" w:hAnsi="Consolas"/>
          <w:b w:val="0"/>
          <w:i w:val="0"/>
          <w:sz w:val="20"/>
        </w:rPr>
        <w:br/>
        <w:br/>
        <w:t xml:space="preserve">      matplotlib</w:t>
        <w:br/>
        <w:t xml:space="preserve">     </w:t>
        <w:br/>
      </w:r>
      <w:r>
        <w:rPr>
          <w:b w:val="0"/>
          <w:i w:val="0"/>
        </w:rPr>
        <w:t xml:space="preserve"> trong môi trường của mình bằng các lệnh sau:</w:t>
      </w:r>
    </w:p>
    <w:p>
      <w:pPr>
        <w:spacing w:after="0"/>
        <w:ind w:left="360"/>
        <w:shd w:val="clear" w:color="auto" w:fill="F2F2F2"/>
      </w:pPr>
      <w:r>
        <w:rPr>
          <w:rFonts w:ascii="Consolas" w:hAnsi="Consolas"/>
          <w:sz w:val="18"/>
        </w:rPr>
        <w:t>$ echo "matplotlib==3.10.8" &gt;&gt; requirements.txt</w:t>
      </w:r>
    </w:p>
    <w:p>
      <w:pPr>
        <w:spacing w:after="0"/>
        <w:ind w:left="360"/>
        <w:shd w:val="clear" w:color="auto" w:fill="F2F2F2"/>
      </w:pPr>
      <w:r>
        <w:rPr>
          <w:rFonts w:ascii="Consolas" w:hAnsi="Consolas"/>
          <w:sz w:val="18"/>
        </w:rPr>
        <w:t>$ uv pip install -r requirements.txt</w:t>
      </w:r>
    </w:p>
    <w:p>
      <w:pPr>
        <w:spacing w:after="40"/>
      </w:pPr>
    </w:p>
    <w:p>
      <w:pPr>
        <w:pStyle w:val="Heading3"/>
      </w:pPr>
      <w:r>
        <w:rPr>
          <w:rFonts w:ascii="Calibri" w:hAnsi="Calibri"/>
          <w:b/>
          <w:i w:val="0"/>
          <w:sz w:val="26"/>
        </w:rPr>
        <w:t>Làm thế nào để thực hiện...</w:t>
      </w:r>
    </w:p>
    <w:p>
      <w:pPr>
        <w:spacing w:after="80"/>
        <w:ind w:left="360"/>
      </w:pPr>
      <w:r>
        <w:t xml:space="preserve">1. </w:t>
      </w:r>
      <w:r>
        <w:rPr>
          <w:b w:val="0"/>
          <w:i w:val="0"/>
        </w:rPr>
        <w:t xml:space="preserve">Import </w:t>
      </w:r>
      <w:r>
        <w:rPr>
          <w:rFonts w:ascii="Consolas" w:hAnsi="Consolas"/>
          <w:b w:val="0"/>
          <w:i w:val="0"/>
          <w:sz w:val="20"/>
        </w:rPr>
        <w:br/>
        <w:br/>
        <w:t xml:space="preserve">       matplotlib</w:t>
        <w:br/>
        <w:t xml:space="preserve">      </w:t>
        <w:br/>
      </w:r>
      <w:r>
        <w:rPr>
          <w:b w:val="0"/>
          <w:i w:val="0"/>
        </w:rPr>
        <w:t xml:space="preserve"> :</w:t>
      </w:r>
    </w:p>
    <w:p>
      <w:pPr>
        <w:spacing w:after="0"/>
        <w:ind w:left="360"/>
        <w:shd w:val="clear" w:color="auto" w:fill="F2F2F2"/>
      </w:pPr>
      <w:r>
        <w:rPr>
          <w:rFonts w:ascii="Consolas" w:hAnsi="Consolas"/>
          <w:sz w:val="18"/>
        </w:rPr>
        <w:t>&gt;&gt;&gt; import matplotlib.pyplot as plt</w:t>
      </w:r>
    </w:p>
    <w:p>
      <w:pPr>
        <w:spacing w:after="40"/>
      </w:pPr>
    </w:p>
    <w:p>
      <w:pPr>
        <w:spacing w:after="80"/>
        <w:ind w:left="360"/>
      </w:pPr>
      <w:r>
        <w:t xml:space="preserve">2. </w:t>
      </w:r>
      <w:r>
        <w:rPr>
          <w:b w:val="0"/>
          <w:i w:val="0"/>
        </w:rPr>
        <w:t>Chuẩn bị dữ liệu. Đây là doanh số bán hàng của hai sản phẩm:</w:t>
      </w:r>
    </w:p>
    <w:p>
      <w:pPr>
        <w:spacing w:after="0"/>
        <w:ind w:left="360"/>
        <w:shd w:val="clear" w:color="auto" w:fill="F2F2F2"/>
      </w:pPr>
      <w:r>
        <w:rPr>
          <w:rFonts w:ascii="Consolas" w:hAnsi="Consolas"/>
          <w:sz w:val="18"/>
        </w:rPr>
        <w:t>&gt;&gt;&gt; DATA = (</w:t>
      </w:r>
    </w:p>
    <w:p>
      <w:pPr>
        <w:spacing w:after="0"/>
        <w:ind w:left="360"/>
        <w:shd w:val="clear" w:color="auto" w:fill="F2F2F2"/>
      </w:pPr>
      <w:r>
        <w:rPr>
          <w:rFonts w:ascii="Consolas" w:hAnsi="Consolas"/>
          <w:sz w:val="18"/>
        </w:rPr>
        <w:t>...     ('Q1 2025', 100, 5),</w:t>
      </w:r>
    </w:p>
    <w:p>
      <w:pPr>
        <w:spacing w:after="0"/>
        <w:ind w:left="360"/>
        <w:shd w:val="clear" w:color="auto" w:fill="F2F2F2"/>
      </w:pPr>
      <w:r>
        <w:rPr>
          <w:rFonts w:ascii="Consolas" w:hAnsi="Consolas"/>
          <w:sz w:val="18"/>
        </w:rPr>
        <w:t>...     ('Q2 2025', 105, 15),</w:t>
      </w:r>
    </w:p>
    <w:p>
      <w:pPr>
        <w:spacing w:after="0"/>
        <w:ind w:left="360"/>
        <w:shd w:val="clear" w:color="auto" w:fill="F2F2F2"/>
      </w:pPr>
      <w:r>
        <w:rPr>
          <w:rFonts w:ascii="Consolas" w:hAnsi="Consolas"/>
          <w:sz w:val="18"/>
        </w:rPr>
        <w:t>...     ('Q3 2025', 125, 40),</w:t>
      </w:r>
    </w:p>
    <w:p>
      <w:pPr>
        <w:spacing w:after="0"/>
        <w:ind w:left="360"/>
        <w:shd w:val="clear" w:color="auto" w:fill="F2F2F2"/>
      </w:pPr>
      <w:r>
        <w:rPr>
          <w:rFonts w:ascii="Consolas" w:hAnsi="Consolas"/>
          <w:sz w:val="18"/>
        </w:rPr>
        <w:t>...     ('Q4 2025', 115, 80),</w:t>
      </w:r>
    </w:p>
    <w:p>
      <w:pPr>
        <w:spacing w:after="0"/>
        <w:ind w:left="360"/>
        <w:shd w:val="clear" w:color="auto" w:fill="F2F2F2"/>
      </w:pPr>
      <w:r>
        <w:rPr>
          <w:rFonts w:ascii="Consolas" w:hAnsi="Consolas"/>
          <w:sz w:val="18"/>
        </w:rPr>
        <w:t>... )</w:t>
      </w:r>
    </w:p>
    <w:p>
      <w:pPr>
        <w:spacing w:after="40"/>
      </w:pPr>
    </w:p>
    <w:p>
      <w:pPr>
        <w:spacing w:after="80"/>
        <w:ind w:left="360"/>
      </w:pPr>
      <w:r>
        <w:t xml:space="preserve">3. </w:t>
      </w:r>
      <w:r>
        <w:rPr>
          <w:b w:val="0"/>
          <w:i w:val="0"/>
        </w:rPr>
        <w:t>Xử lý dữ liệu để chuẩn bị theo định dạng mong đợi:</w:t>
      </w:r>
    </w:p>
    <w:p>
      <w:pPr>
        <w:spacing w:after="0"/>
        <w:ind w:left="360"/>
        <w:shd w:val="clear" w:color="auto" w:fill="F2F2F2"/>
      </w:pPr>
      <w:r>
        <w:rPr>
          <w:rFonts w:ascii="Consolas" w:hAnsi="Consolas"/>
          <w:sz w:val="18"/>
        </w:rPr>
        <w:t>&gt;&gt;&gt; POS = list(range(len(DATA)))</w:t>
      </w:r>
    </w:p>
    <w:p>
      <w:pPr>
        <w:spacing w:after="0"/>
        <w:ind w:left="360"/>
        <w:shd w:val="clear" w:color="auto" w:fill="F2F2F2"/>
      </w:pPr>
      <w:r>
        <w:rPr>
          <w:rFonts w:ascii="Consolas" w:hAnsi="Consolas"/>
          <w:sz w:val="18"/>
        </w:rPr>
        <w:t>&gt;&gt;&gt; VALUESA = [valueA for label, valueA, valueB in DATA]</w:t>
      </w:r>
    </w:p>
    <w:p>
      <w:pPr>
        <w:spacing w:after="0"/>
        <w:ind w:left="360"/>
        <w:shd w:val="clear" w:color="auto" w:fill="F2F2F2"/>
      </w:pPr>
      <w:r>
        <w:rPr>
          <w:rFonts w:ascii="Consolas" w:hAnsi="Consolas"/>
          <w:sz w:val="18"/>
        </w:rPr>
        <w:t>&gt;&gt;&gt; VALUESB = [valueB for label, valueA, valueB in DATA]</w:t>
      </w:r>
    </w:p>
    <w:p>
      <w:pPr>
        <w:spacing w:after="0"/>
        <w:ind w:left="360"/>
        <w:shd w:val="clear" w:color="auto" w:fill="F2F2F2"/>
      </w:pPr>
      <w:r>
        <w:rPr>
          <w:rFonts w:ascii="Consolas" w:hAnsi="Consolas"/>
          <w:sz w:val="18"/>
        </w:rPr>
        <w:t>&gt;&gt;&gt; LABELS = [label for label, value1, value2 in DATA]</w:t>
      </w:r>
    </w:p>
    <w:p>
      <w:pPr>
        <w:spacing w:after="40"/>
      </w:pPr>
    </w:p>
    <w:p>
      <w:pPr>
        <w:spacing w:after="80"/>
        <w:ind w:left="360"/>
      </w:pPr>
      <w:r>
        <w:t xml:space="preserve">4. </w:t>
      </w:r>
      <w:r>
        <w:rPr>
          <w:b w:val="0"/>
          <w:i w:val="0"/>
        </w:rPr>
        <w:t>Tạo biểu đồ đường. Cần có hai đường:</w:t>
      </w:r>
    </w:p>
    <w:p>
      <w:pPr>
        <w:spacing w:after="0"/>
        <w:ind w:left="360"/>
        <w:shd w:val="clear" w:color="auto" w:fill="F2F2F2"/>
      </w:pPr>
      <w:r>
        <w:rPr>
          <w:rFonts w:ascii="Consolas" w:hAnsi="Consolas"/>
          <w:sz w:val="18"/>
        </w:rPr>
        <w:t>&gt;&gt;&gt; plt.plot(POS, VALUESA, 'o-')</w:t>
      </w:r>
    </w:p>
    <w:p>
      <w:pPr>
        <w:spacing w:after="0"/>
        <w:ind w:left="360"/>
        <w:shd w:val="clear" w:color="auto" w:fill="F2F2F2"/>
      </w:pPr>
      <w:r>
        <w:rPr>
          <w:rFonts w:ascii="Consolas" w:hAnsi="Consolas"/>
          <w:sz w:val="18"/>
        </w:rPr>
        <w:t>[&lt;matplotlib.lines.Line2D object at 0x118338980&gt;]</w:t>
      </w:r>
    </w:p>
    <w:p>
      <w:pPr>
        <w:spacing w:after="0"/>
        <w:ind w:left="360"/>
        <w:shd w:val="clear" w:color="auto" w:fill="F2F2F2"/>
      </w:pPr>
      <w:r>
        <w:rPr>
          <w:rFonts w:ascii="Consolas" w:hAnsi="Consolas"/>
          <w:sz w:val="18"/>
        </w:rPr>
        <w:t>&gt;&gt;&gt; plt.plot(POS, VALUESB, 'o-')</w:t>
      </w:r>
    </w:p>
    <w:p>
      <w:pPr>
        <w:spacing w:after="0"/>
        <w:ind w:left="360"/>
        <w:shd w:val="clear" w:color="auto" w:fill="F2F2F2"/>
      </w:pPr>
      <w:r>
        <w:rPr>
          <w:rFonts w:ascii="Consolas" w:hAnsi="Consolas"/>
          <w:sz w:val="18"/>
        </w:rPr>
        <w:t>[&lt;matplotlib.lines.Line2D object at 0x1183906e0&gt;]</w:t>
      </w:r>
    </w:p>
    <w:p>
      <w:pPr>
        <w:spacing w:after="0"/>
        <w:ind w:left="360"/>
        <w:shd w:val="clear" w:color="auto" w:fill="F2F2F2"/>
      </w:pPr>
      <w:r>
        <w:rPr>
          <w:rFonts w:ascii="Consolas" w:hAnsi="Consolas"/>
          <w:sz w:val="18"/>
        </w:rPr>
        <w:t>&gt;&gt;&gt; plt.ylabel('Sales')</w:t>
      </w:r>
    </w:p>
    <w:p>
      <w:pPr>
        <w:spacing w:after="0"/>
        <w:ind w:left="360"/>
        <w:shd w:val="clear" w:color="auto" w:fill="F2F2F2"/>
      </w:pPr>
      <w:r>
        <w:rPr>
          <w:rFonts w:ascii="Consolas" w:hAnsi="Consolas"/>
          <w:sz w:val="18"/>
        </w:rPr>
        <w:t>Text(76.31944444444443, 0.5, 'Sales')</w:t>
      </w:r>
    </w:p>
    <w:p>
      <w:pPr>
        <w:spacing w:after="0"/>
        <w:ind w:left="360"/>
        <w:shd w:val="clear" w:color="auto" w:fill="F2F2F2"/>
      </w:pPr>
      <w:r>
        <w:rPr>
          <w:rFonts w:ascii="Consolas" w:hAnsi="Consolas"/>
          <w:sz w:val="18"/>
        </w:rPr>
        <w:t>&gt;&gt;&gt; plt.xticks(POS, LABELS)</w:t>
      </w:r>
    </w:p>
    <w:p>
      <w:pPr>
        <w:spacing w:after="0"/>
        <w:ind w:left="360"/>
        <w:shd w:val="clear" w:color="auto" w:fill="F2F2F2"/>
      </w:pPr>
      <w:r>
        <w:rPr>
          <w:rFonts w:ascii="Consolas" w:hAnsi="Consolas"/>
          <w:sz w:val="18"/>
        </w:rPr>
        <w:t>([&lt;matplotlib.axis.XTick object at 0x1182ffd90&gt;, &lt;matplotlib.axis.XTick object at 0x118329450&gt;, &lt;matplotlib.axis.XTick object at 0x118329810&gt;, &lt;matplotlib.axis.XTick object at 0x118329bd0&gt;], [Text(0, 0, 'Q1 2025'), Text(1, 0, 'Q2 2025'), Text(2, 0, 'Q3 2025'), Text(3, 0, 'Q4 2025')])</w:t>
      </w:r>
    </w:p>
    <w:p>
      <w:pPr>
        <w:spacing w:after="40"/>
      </w:pPr>
    </w:p>
    <w:p>
      <w:pPr>
        <w:spacing w:after="80"/>
        <w:ind w:left="360"/>
      </w:pPr>
      <w:r>
        <w:t xml:space="preserve">5. </w:t>
      </w:r>
      <w:r>
        <w:rPr>
          <w:b w:val="0"/>
          <w:i w:val="0"/>
        </w:rPr>
        <w:t>Hiển thị biểu đồ:</w:t>
      </w:r>
    </w:p>
    <w:p>
      <w:pPr>
        <w:spacing w:after="0"/>
        <w:ind w:left="360"/>
        <w:shd w:val="clear" w:color="auto" w:fill="F2F2F2"/>
      </w:pPr>
      <w:r>
        <w:rPr>
          <w:rFonts w:ascii="Consolas" w:hAnsi="Consolas"/>
          <w:sz w:val="18"/>
        </w:rPr>
        <w:t>&gt;&gt;&gt; plt.show()</w:t>
      </w:r>
    </w:p>
    <w:p>
      <w:pPr>
        <w:spacing w:after="40"/>
      </w:pPr>
    </w:p>
    <w:p>
      <w:pPr>
        <w:spacing w:after="80"/>
        <w:ind w:left="360"/>
      </w:pPr>
      <w:r>
        <w:t xml:space="preserve">6. </w:t>
      </w:r>
      <w:r>
        <w:rPr>
          <w:b w:val="0"/>
          <w:i w:val="0"/>
        </w:rPr>
        <w:t>Kết quả sẽ được hiển thị trong một cửa sổ mới:</w:t>
      </w:r>
    </w:p>
    <w:p>
      <w:pPr>
        <w:jc w:val="center"/>
      </w:pPr>
      <w:r>
        <w:drawing>
          <wp:inline xmlns:a="http://schemas.openxmlformats.org/drawingml/2006/main" xmlns:pic="http://schemas.openxmlformats.org/drawingml/2006/picture">
            <wp:extent cx="5486400" cy="4688473"/>
            <wp:docPr id="69" name="Picture 69"/>
            <wp:cNvGraphicFramePr>
              <a:graphicFrameLocks noChangeAspect="1"/>
            </wp:cNvGraphicFramePr>
            <a:graphic>
              <a:graphicData uri="http://schemas.openxmlformats.org/drawingml/2006/picture">
                <pic:pic>
                  <pic:nvPicPr>
                    <pic:cNvPr id="0" name="B36973_8_6.png"/>
                    <pic:cNvPicPr/>
                  </pic:nvPicPr>
                  <pic:blipFill>
                    <a:blip r:embed="rId71"/>
                    <a:stretch>
                      <a:fillRect/>
                    </a:stretch>
                  </pic:blipFill>
                  <pic:spPr>
                    <a:xfrm>
                      <a:off x="0" y="0"/>
                      <a:ext cx="5486400" cy="4688473"/>
                    </a:xfrm>
                    <a:prstGeom prst="rect"/>
                  </pic:spPr>
                </pic:pic>
              </a:graphicData>
            </a:graphic>
          </wp:inline>
        </w:drawing>
      </w:r>
    </w:p>
    <w:p>
      <w:pPr>
        <w:spacing w:after="160"/>
        <w:jc w:val="center"/>
      </w:pPr>
      <w:r>
        <w:rPr>
          <w:rFonts w:ascii="Calibri" w:hAnsi="Calibri"/>
          <w:b w:val="0"/>
          <w:i/>
          <w:sz w:val="19"/>
        </w:rPr>
        <w:t>Hình 8.6: Biểu đồ đường</w:t>
      </w:r>
    </w:p>
    <w:p>
      <w:pPr>
        <w:pStyle w:val="Heading3"/>
      </w:pPr>
      <w:r>
        <w:rPr>
          <w:rFonts w:ascii="Calibri" w:hAnsi="Calibri"/>
          <w:b/>
          <w:i w:val="0"/>
          <w:sz w:val="26"/>
        </w:rPr>
        <w:t>Cách hoạt động...</w:t>
      </w:r>
    </w:p>
    <w:p>
      <w:pPr>
        <w:spacing w:after="80"/>
      </w:pPr>
      <w:r>
        <w:rPr>
          <w:b w:val="0"/>
          <w:i w:val="0"/>
        </w:rPr>
        <w:t xml:space="preserve">Trong phần </w:t>
      </w:r>
      <w:r>
        <w:rPr>
          <w:b w:val="0"/>
          <w:i/>
        </w:rPr>
        <w:t xml:space="preserve"> Làm thế nào để thực hiện… </w:t>
      </w:r>
      <w:r>
        <w:rPr>
          <w:b w:val="0"/>
          <w:i w:val="0"/>
        </w:rPr>
        <w:t xml:space="preserve"> , </w:t>
      </w:r>
      <w:r>
        <w:rPr>
          <w:b w:val="0"/>
          <w:i/>
        </w:rPr>
        <w:t xml:space="preserve"> bước 1 </w:t>
      </w:r>
      <w:r>
        <w:rPr>
          <w:b w:val="0"/>
          <w:i w:val="0"/>
        </w:rPr>
        <w:t xml:space="preserve"> import mô-đun và </w:t>
      </w:r>
      <w:r>
        <w:rPr>
          <w:b w:val="0"/>
          <w:i/>
        </w:rPr>
        <w:t xml:space="preserve"> bước 2 </w:t>
      </w:r>
      <w:r>
        <w:rPr>
          <w:b w:val="0"/>
          <w:i w:val="0"/>
        </w:rPr>
        <w:t xml:space="preserve"> hiển thị dữ liệu cần vẽ theo định dạng đã được định dạng sẵn.</w:t>
      </w:r>
    </w:p>
    <w:p>
      <w:pPr>
        <w:spacing w:after="80"/>
      </w:pPr>
      <w:r>
        <w:rPr>
          <w:b w:val="0"/>
          <w:i w:val="0"/>
        </w:rPr>
        <w:t xml:space="preserve">Trong </w:t>
      </w:r>
      <w:r>
        <w:rPr>
          <w:b w:val="0"/>
          <w:i/>
        </w:rPr>
        <w:t xml:space="preserve"> bước 3 </w:t>
      </w:r>
      <w:r>
        <w:rPr>
          <w:b w:val="0"/>
          <w:i w:val="0"/>
        </w:rPr>
        <w:t xml:space="preserve"> dữ liệu được chuẩn bị thành ba chuỗi: </w:t>
      </w:r>
      <w:r>
        <w:rPr>
          <w:rFonts w:ascii="Consolas" w:hAnsi="Consolas"/>
          <w:b w:val="0"/>
          <w:i w:val="0"/>
          <w:sz w:val="20"/>
        </w:rPr>
        <w:br/>
        <w:br/>
        <w:t xml:space="preserve">      VALUESA</w:t>
        <w:br/>
        <w:t xml:space="preserve">     </w:t>
        <w:br/>
      </w:r>
      <w:r>
        <w:rPr>
          <w:b w:val="0"/>
          <w:i w:val="0"/>
        </w:rPr>
        <w:t xml:space="preserve"> , </w:t>
      </w:r>
      <w:r>
        <w:rPr>
          <w:rFonts w:ascii="Consolas" w:hAnsi="Consolas"/>
          <w:b w:val="0"/>
          <w:i w:val="0"/>
          <w:sz w:val="20"/>
        </w:rPr>
        <w:br/>
        <w:br/>
        <w:t xml:space="preserve">      VALUEB</w:t>
        <w:br/>
        <w:t xml:space="preserve">     </w:t>
        <w:br/>
      </w:r>
      <w:r>
        <w:rPr>
          <w:b w:val="0"/>
          <w:i w:val="0"/>
        </w:rPr>
        <w:t xml:space="preserve"> , và </w:t>
      </w:r>
      <w:r>
        <w:rPr>
          <w:rFonts w:ascii="Consolas" w:hAnsi="Consolas"/>
          <w:b w:val="0"/>
          <w:i w:val="0"/>
          <w:sz w:val="20"/>
        </w:rPr>
        <w:br/>
        <w:br/>
        <w:t xml:space="preserve">      LABELS</w:t>
        <w:br/>
        <w:t xml:space="preserve">     </w:t>
        <w:br/>
      </w:r>
      <w:r>
        <w:rPr>
          <w:b w:val="0"/>
          <w:i w:val="0"/>
        </w:rPr>
        <w:t xml:space="preserve"> . Một chuỗi tăng dần </w:t>
      </w:r>
      <w:r>
        <w:rPr>
          <w:rFonts w:ascii="Consolas" w:hAnsi="Consolas"/>
          <w:b w:val="0"/>
          <w:i w:val="0"/>
          <w:sz w:val="20"/>
        </w:rPr>
        <w:br/>
        <w:br/>
        <w:t xml:space="preserve">      POS</w:t>
        <w:br/>
        <w:t xml:space="preserve">     </w:t>
        <w:br/>
      </w:r>
      <w:r>
        <w:rPr>
          <w:b w:val="0"/>
          <w:i w:val="0"/>
        </w:rPr>
        <w:t xml:space="preserve"> được dùng để định vị từng điểm dọc theo </w:t>
      </w:r>
      <w:r>
        <w:rPr>
          <w:b w:val="0"/>
          <w:i/>
        </w:rPr>
        <w:t xml:space="preserve"> trục x </w:t>
      </w:r>
      <w:r>
        <w:rPr>
          <w:b w:val="0"/>
          <w:i w:val="0"/>
        </w:rPr>
        <w:t xml:space="preserve"> .</w:t>
      </w:r>
    </w:p>
    <w:p>
      <w:pPr>
        <w:spacing w:after="80"/>
      </w:pPr>
      <w:r>
        <w:rPr>
          <w:b w:val="0"/>
          <w:i/>
        </w:rPr>
        <w:t xml:space="preserve"> Bước 4 </w:t>
      </w:r>
      <w:r>
        <w:rPr>
          <w:b w:val="0"/>
          <w:i w:val="0"/>
        </w:rPr>
        <w:t xml:space="preserve"> tạo biểu đồ với các chuỗi </w:t>
      </w:r>
      <w:r>
        <w:rPr>
          <w:b w:val="0"/>
          <w:i/>
        </w:rPr>
        <w:t xml:space="preserve"> X </w:t>
      </w:r>
      <w:r>
        <w:rPr>
          <w:b w:val="0"/>
          <w:i w:val="0"/>
        </w:rPr>
        <w:t xml:space="preserve"> ( </w:t>
      </w:r>
      <w:r>
        <w:rPr>
          <w:rFonts w:ascii="Consolas" w:hAnsi="Consolas"/>
          <w:b w:val="0"/>
          <w:i w:val="0"/>
          <w:sz w:val="20"/>
        </w:rPr>
        <w:br/>
        <w:br/>
        <w:t xml:space="preserve">      POS</w:t>
        <w:br/>
        <w:t xml:space="preserve">     </w:t>
        <w:br/>
      </w:r>
      <w:r>
        <w:rPr>
          <w:b w:val="0"/>
          <w:i w:val="0"/>
        </w:rPr>
        <w:t xml:space="preserve"> ) và </w:t>
      </w:r>
      <w:r>
        <w:rPr>
          <w:b w:val="0"/>
          <w:i/>
        </w:rPr>
        <w:t xml:space="preserve"> Y </w:t>
      </w:r>
      <w:r>
        <w:rPr>
          <w:b w:val="0"/>
          <w:i w:val="0"/>
        </w:rPr>
        <w:t xml:space="preserve"> ( </w:t>
      </w:r>
      <w:r>
        <w:rPr>
          <w:rFonts w:ascii="Consolas" w:hAnsi="Consolas"/>
          <w:b w:val="0"/>
          <w:i w:val="0"/>
          <w:sz w:val="20"/>
        </w:rPr>
        <w:br/>
        <w:br/>
        <w:t xml:space="preserve">      VALUESA</w:t>
        <w:br/>
        <w:t xml:space="preserve">     </w:t>
        <w:br/>
      </w:r>
      <w:r>
        <w:rPr>
          <w:b w:val="0"/>
          <w:i w:val="0"/>
        </w:rPr>
        <w:t xml:space="preserve"> ), sau đó là </w:t>
      </w:r>
      <w:r>
        <w:rPr>
          <w:rFonts w:ascii="Consolas" w:hAnsi="Consolas"/>
          <w:b w:val="0"/>
          <w:i w:val="0"/>
          <w:sz w:val="20"/>
        </w:rPr>
        <w:br/>
        <w:br/>
        <w:t xml:space="preserve">      POS</w:t>
        <w:br/>
        <w:t xml:space="preserve">     </w:t>
        <w:br/>
      </w:r>
      <w:r>
        <w:rPr>
          <w:b w:val="0"/>
          <w:i w:val="0"/>
        </w:rPr>
        <w:t xml:space="preserve"> và </w:t>
      </w:r>
      <w:r>
        <w:rPr>
          <w:rFonts w:ascii="Consolas" w:hAnsi="Consolas"/>
          <w:b w:val="0"/>
          <w:i w:val="0"/>
          <w:sz w:val="20"/>
        </w:rPr>
        <w:br/>
        <w:br/>
        <w:t xml:space="preserve">      VALUESB</w:t>
        <w:br/>
        <w:t xml:space="preserve">     </w:t>
        <w:br/>
      </w:r>
      <w:r>
        <w:rPr>
          <w:b w:val="0"/>
          <w:i w:val="0"/>
        </w:rPr>
        <w:t xml:space="preserve"> . Giá trị ' </w:t>
      </w:r>
      <w:r>
        <w:rPr>
          <w:rFonts w:ascii="Consolas" w:hAnsi="Consolas"/>
          <w:b w:val="0"/>
          <w:i w:val="0"/>
          <w:sz w:val="20"/>
        </w:rPr>
        <w:br/>
        <w:br/>
        <w:t xml:space="preserve">      o‑</w:t>
        <w:br/>
        <w:t xml:space="preserve">     </w:t>
        <w:br/>
      </w:r>
      <w:r>
        <w:rPr>
          <w:b w:val="0"/>
          <w:i w:val="0"/>
        </w:rPr>
        <w:t xml:space="preserve"> ' được thêm vào để vẽ một vòng tròn trên mỗi điểm dữ liệu và một đường liền nối giữa chúng.</w:t>
      </w:r>
    </w:p>
    <w:p>
      <w:pPr>
        <w:spacing w:after="80"/>
      </w:pPr>
      <w:r>
        <w:rPr>
          <w:b/>
          <w:i w:val="0"/>
        </w:rPr>
        <w:t>Mẹo</w:t>
      </w:r>
    </w:p>
    <w:p>
      <w:pPr>
        <w:spacing w:after="80"/>
      </w:pPr>
      <w:r>
        <w:rPr>
          <w:b w:val="0"/>
          <w:i w:val="0"/>
        </w:rPr>
        <w:t xml:space="preserve">Theo mặc định, biểu đồ sẽ hiển thị một đường liền, không có điểm đánh dấu trên mỗi điểm. Nếu chỉ dùng điểm đánh dấu (tức là ' </w:t>
      </w:r>
      <w:r>
        <w:rPr>
          <w:rFonts w:ascii="Consolas" w:hAnsi="Consolas"/>
          <w:b w:val="0"/>
          <w:i w:val="0"/>
          <w:sz w:val="20"/>
        </w:rPr>
        <w:br/>
        <w:br/>
        <w:t xml:space="preserve">       o</w:t>
        <w:br/>
        <w:t xml:space="preserve">      </w:t>
        <w:br/>
      </w:r>
      <w:r>
        <w:rPr>
          <w:b w:val="0"/>
          <w:i w:val="0"/>
        </w:rPr>
        <w:t xml:space="preserve"> '), sẽ không có đường nào cả.</w:t>
      </w:r>
    </w:p>
    <w:p>
      <w:pPr>
        <w:spacing w:after="80"/>
      </w:pPr>
      <w:r>
        <w:rPr>
          <w:b w:val="0"/>
          <w:i w:val="0"/>
        </w:rPr>
        <w:t xml:space="preserve">Mỗi giai đoạn được dán nhãn trên </w:t>
      </w:r>
      <w:r>
        <w:rPr>
          <w:b w:val="0"/>
          <w:i/>
        </w:rPr>
        <w:t xml:space="preserve"> trục x </w:t>
      </w:r>
      <w:r>
        <w:rPr>
          <w:b w:val="0"/>
          <w:i w:val="0"/>
        </w:rPr>
        <w:t xml:space="preserve"> bằng </w:t>
      </w:r>
      <w:r>
        <w:rPr>
          <w:rFonts w:ascii="Consolas" w:hAnsi="Consolas"/>
          <w:b w:val="0"/>
          <w:i w:val="0"/>
          <w:sz w:val="20"/>
        </w:rPr>
        <w:br/>
        <w:br/>
        <w:t xml:space="preserve">      .xticks</w:t>
        <w:br/>
        <w:t xml:space="preserve">     </w:t>
        <w:br/>
      </w:r>
      <w:r>
        <w:rPr>
          <w:b w:val="0"/>
          <w:i w:val="0"/>
        </w:rPr>
        <w:t xml:space="preserve"> . Để làm rõ ý nghĩa, chúng ta thêm nhãn bằng </w:t>
      </w:r>
      <w:r>
        <w:rPr>
          <w:rFonts w:ascii="Consolas" w:hAnsi="Consolas"/>
          <w:b w:val="0"/>
          <w:i w:val="0"/>
          <w:sz w:val="20"/>
        </w:rPr>
        <w:br/>
        <w:br/>
        <w:t xml:space="preserve">      .ylabel</w:t>
        <w:br/>
        <w:t xml:space="preserve">     </w:t>
        <w:br/>
      </w:r>
      <w:r>
        <w:rPr>
          <w:b w:val="0"/>
          <w:i w:val="0"/>
        </w:rPr>
        <w:t xml:space="preserve"> .</w:t>
      </w:r>
    </w:p>
    <w:p>
      <w:pPr>
        <w:spacing w:after="80"/>
      </w:pPr>
      <w:r>
        <w:rPr>
          <w:b w:val="0"/>
          <w:i w:val="0"/>
        </w:rPr>
        <w:t xml:space="preserve">Để hiển thị biểu đồ kết quả, </w:t>
      </w:r>
      <w:r>
        <w:rPr>
          <w:b w:val="0"/>
          <w:i/>
        </w:rPr>
        <w:t xml:space="preserve"> bước 5 </w:t>
      </w:r>
      <w:r>
        <w:rPr>
          <w:b w:val="0"/>
          <w:i w:val="0"/>
        </w:rPr>
        <w:t xml:space="preserve"> gọi </w:t>
      </w:r>
      <w:r>
        <w:rPr>
          <w:rFonts w:ascii="Consolas" w:hAnsi="Consolas"/>
          <w:b w:val="0"/>
          <w:i w:val="0"/>
          <w:sz w:val="20"/>
        </w:rPr>
        <w:br/>
        <w:br/>
        <w:t xml:space="preserve">      .show</w:t>
        <w:br/>
        <w:t xml:space="preserve">     </w:t>
        <w:br/>
      </w:r>
      <w:r>
        <w:rPr>
          <w:b w:val="0"/>
          <w:i w:val="0"/>
        </w:rPr>
        <w:t xml:space="preserve"> , lệnh này sẽ mở một cửa sổ mới chứa kết quả.</w:t>
      </w:r>
    </w:p>
    <w:p>
      <w:pPr>
        <w:spacing w:after="80"/>
      </w:pPr>
      <w:r>
        <w:rPr>
          <w:b/>
          <w:i w:val="0"/>
        </w:rPr>
        <w:t>Lưu ý</w:t>
      </w:r>
    </w:p>
    <w:p>
      <w:pPr>
        <w:spacing w:after="80"/>
      </w:pPr>
      <w:r>
        <w:rPr>
          <w:b w:val="0"/>
          <w:i w:val="0"/>
        </w:rPr>
        <w:t xml:space="preserve">Gọi </w:t>
      </w:r>
      <w:r>
        <w:rPr>
          <w:rFonts w:ascii="Consolas" w:hAnsi="Consolas"/>
          <w:b w:val="0"/>
          <w:i w:val="0"/>
          <w:sz w:val="20"/>
        </w:rPr>
        <w:br/>
        <w:br/>
        <w:t xml:space="preserve">       .show</w:t>
        <w:br/>
        <w:t xml:space="preserve">      </w:t>
        <w:br/>
      </w:r>
      <w:r>
        <w:rPr>
          <w:b w:val="0"/>
          <w:i w:val="0"/>
        </w:rPr>
        <w:t xml:space="preserve"> sẽ tạm dừng việc thực thi chương trình. Chương trình sẽ tiếp tục khi cửa sổ được đóng lại.</w:t>
      </w:r>
    </w:p>
    <w:p>
      <w:pPr>
        <w:pStyle w:val="Heading3"/>
      </w:pPr>
      <w:r>
        <w:rPr>
          <w:rFonts w:ascii="Calibri" w:hAnsi="Calibri"/>
          <w:b/>
          <w:i w:val="0"/>
          <w:sz w:val="26"/>
        </w:rPr>
        <w:t>Vẫn còn nữa...</w:t>
      </w:r>
    </w:p>
    <w:p>
      <w:pPr>
        <w:spacing w:after="80"/>
      </w:pPr>
      <w:r>
        <w:rPr>
          <w:b w:val="0"/>
          <w:i w:val="0"/>
        </w:rPr>
        <w:t xml:space="preserve">Đồ thị dạng đường thẳng thoạt nhìn có vẻ đơn giản nhưng với chúng, bạn có thể tạo ra nhiều cách biểu diễn thú vị. Đây có lẽ là lựa chọn thuận tiện nhất khi hiển thị các đồ thị toán học. Ví dụ, chúng ta có thể hiển thị một đồ thị minh họa </w:t>
      </w:r>
      <w:r>
        <w:rPr>
          <w:b/>
          <w:i w:val="0"/>
        </w:rPr>
        <w:t>Định luật Moore</w:t>
      </w:r>
      <w:r>
        <w:rPr>
          <w:b w:val="0"/>
          <w:i w:val="0"/>
        </w:rPr>
        <w:t xml:space="preserve"> chỉ với vài dòng code.</w:t>
      </w:r>
    </w:p>
    <w:p>
      <w:pPr>
        <w:spacing w:after="80"/>
      </w:pPr>
      <w:r>
        <w:rPr>
          <w:b/>
          <w:i w:val="0"/>
        </w:rPr>
        <w:t>Mẹo</w:t>
      </w:r>
    </w:p>
    <w:p>
      <w:pPr>
        <w:spacing w:after="80"/>
      </w:pPr>
      <w:r>
        <w:rPr>
          <w:b w:val="0"/>
          <w:i w:val="0"/>
        </w:rPr>
        <w:t>Định luật Moore là một quan sát của Gordon Moore rằng số lượng linh kiện trong một mạch tích hợp sẽ tăng gấp đôi sau mỗi 2 năm. Nó được mô tả lần đầu vào năm 1965 và sau đó được chỉnh sửa vào năm 1975. Nó có vẻ khá sát với tốc độ tiến bộ công nghệ trong suốt 50 năm qua.</w:t>
      </w:r>
    </w:p>
    <w:p>
      <w:pPr>
        <w:spacing w:after="80"/>
      </w:pPr>
      <w:r>
        <w:rPr>
          <w:b w:val="0"/>
          <w:i w:val="0"/>
        </w:rPr>
        <w:t xml:space="preserve">Đoạn code có sẵn tại </w:t>
      </w:r>
      <w:r>
        <w:rPr>
          <w:rFonts w:ascii="Consolas" w:hAnsi="Consolas"/>
          <w:b w:val="0"/>
          <w:i w:val="0"/>
          <w:sz w:val="20"/>
        </w:rPr>
        <w:br/>
        <w:br/>
        <w:t xml:space="preserve">       https://github.com/PacktPublishing/Python-Automation-Cookbook-Third-Edition/tree/main/ch08/moores.py</w:t>
        <w:br/>
        <w:t xml:space="preserve">      </w:t>
        <w:br/>
      </w:r>
      <w:r>
        <w:rPr>
          <w:b w:val="0"/>
          <w:i w:val="0"/>
        </w:rPr>
        <w:t xml:space="preserve"> .</w:t>
      </w:r>
    </w:p>
    <w:p>
      <w:pPr>
        <w:spacing w:after="80"/>
      </w:pPr>
      <w:r>
        <w:rPr>
          <w:b w:val="0"/>
          <w:i w:val="0"/>
        </w:rPr>
        <w:t>Đầu tiên, chúng ta tạo một đường mô tả đường lý thuyết, với các điểm dữ liệu từ năm 1970 đến 2025. Bắt đầu với 1.000 bóng bán dẫn, chúng ta nhân đôi sau mỗi 2 năm, cho đến năm 2025:</w:t>
      </w:r>
    </w:p>
    <w:p>
      <w:pPr>
        <w:spacing w:after="0"/>
        <w:ind w:left="360"/>
        <w:shd w:val="clear" w:color="auto" w:fill="F2F2F2"/>
      </w:pPr>
      <w:r>
        <w:rPr>
          <w:rFonts w:ascii="Consolas" w:hAnsi="Consolas"/>
          <w:sz w:val="18"/>
        </w:rPr>
        <w:t>import matplotlib.pyplot as plt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POS = [year for year in range(1970, 2025)]</w:t>
      </w:r>
    </w:p>
    <w:p>
      <w:pPr>
        <w:spacing w:after="0"/>
        <w:ind w:left="360"/>
        <w:shd w:val="clear" w:color="auto" w:fill="F2F2F2"/>
      </w:pPr>
      <w:r>
        <w:rPr>
          <w:rFonts w:ascii="Consolas" w:hAnsi="Consolas"/>
          <w:sz w:val="18"/>
        </w:rPr>
        <w:t>MOORES = [1000 * (2 ** (i * 0.5)) for i in range(len(POS))]</w:t>
      </w:r>
    </w:p>
    <w:p>
      <w:pPr>
        <w:spacing w:after="0"/>
        <w:ind w:left="360"/>
        <w:shd w:val="clear" w:color="auto" w:fill="F2F2F2"/>
      </w:pPr>
      <w:r>
        <w:rPr>
          <w:rFonts w:ascii="Consolas" w:hAnsi="Consolas"/>
          <w:sz w:val="18"/>
        </w:rPr>
        <w:t>plt.plot(POS, MOORES)</w:t>
      </w:r>
    </w:p>
    <w:p>
      <w:pPr>
        <w:spacing w:after="40"/>
      </w:pPr>
    </w:p>
    <w:p>
      <w:pPr>
        <w:spacing w:after="80"/>
      </w:pPr>
      <w:r>
        <w:rPr>
          <w:b w:val="0"/>
          <w:i w:val="0"/>
        </w:rPr>
        <w:t xml:space="preserve">Sử dụng thông tin có sẵn ( </w:t>
      </w:r>
      <w:r>
        <w:rPr>
          <w:rFonts w:ascii="Consolas" w:hAnsi="Consolas"/>
          <w:b w:val="0"/>
          <w:i w:val="0"/>
          <w:sz w:val="20"/>
        </w:rPr>
        <w:br/>
        <w:br/>
        <w:t xml:space="preserve">       https://en.wikipedia.org/wiki/Microprocessor_chronology</w:t>
        <w:br/>
        <w:t xml:space="preserve">      </w:t>
        <w:br/>
      </w:r>
      <w:r>
        <w:rPr>
          <w:b w:val="0"/>
          <w:i w:val="0"/>
        </w:rPr>
        <w:t xml:space="preserve"> .), chúng ta trích ra một vài ví dụ về các CPU thương mại, cùng năm phát hành và số lượng linh kiện tích hợp.</w:t>
      </w:r>
    </w:p>
    <w:p>
      <w:pPr>
        <w:spacing w:after="80"/>
      </w:pPr>
      <w:r>
        <w:rPr>
          <w:b w:val="0"/>
          <w:i w:val="0"/>
        </w:rPr>
        <w:t>Vì các con số rất lớn, chúng ta sẽ dùng cách viết 1_000_000 cho 1 triệu, có sẵn trong Python 3:</w:t>
      </w:r>
    </w:p>
    <w:p>
      <w:pPr>
        <w:spacing w:after="0"/>
        <w:ind w:left="360"/>
        <w:shd w:val="clear" w:color="auto" w:fill="F2F2F2"/>
      </w:pPr>
      <w:r>
        <w:rPr>
          <w:rFonts w:ascii="Consolas" w:hAnsi="Consolas"/>
          <w:sz w:val="18"/>
        </w:rPr>
        <w:t>DATA = (</w:t>
      </w:r>
    </w:p>
    <w:p>
      <w:pPr>
        <w:spacing w:after="0"/>
        <w:ind w:left="360"/>
        <w:shd w:val="clear" w:color="auto" w:fill="F2F2F2"/>
      </w:pPr>
      <w:r>
        <w:rPr>
          <w:rFonts w:ascii="Consolas" w:hAnsi="Consolas"/>
          <w:sz w:val="18"/>
        </w:rPr>
        <w:t xml:space="preserve">    ('Intel 4004', 2_250, 1971),</w:t>
      </w:r>
    </w:p>
    <w:p>
      <w:pPr>
        <w:spacing w:after="0"/>
        <w:ind w:left="360"/>
        <w:shd w:val="clear" w:color="auto" w:fill="F2F2F2"/>
      </w:pPr>
      <w:r>
        <w:rPr>
          <w:rFonts w:ascii="Consolas" w:hAnsi="Consolas"/>
          <w:sz w:val="18"/>
        </w:rPr>
        <w:t xml:space="preserve">    ('Motorola 68000', 68_000, 1979),</w:t>
      </w:r>
    </w:p>
    <w:p>
      <w:pPr>
        <w:spacing w:after="0"/>
        <w:ind w:left="360"/>
        <w:shd w:val="clear" w:color="auto" w:fill="F2F2F2"/>
      </w:pPr>
      <w:r>
        <w:rPr>
          <w:rFonts w:ascii="Consolas" w:hAnsi="Consolas"/>
          <w:sz w:val="18"/>
        </w:rPr>
        <w:t xml:space="preserve">    ('Intel Pentium', 3_100_000, 1993),</w:t>
      </w:r>
    </w:p>
    <w:p>
      <w:pPr>
        <w:spacing w:after="0"/>
        <w:ind w:left="360"/>
        <w:shd w:val="clear" w:color="auto" w:fill="F2F2F2"/>
      </w:pPr>
      <w:r>
        <w:rPr>
          <w:rFonts w:ascii="Consolas" w:hAnsi="Consolas"/>
          <w:sz w:val="18"/>
        </w:rPr>
        <w:t xml:space="preserve">    ('Intel Itanium', 25_000_000, 2001),</w:t>
      </w:r>
    </w:p>
    <w:p>
      <w:pPr>
        <w:spacing w:after="0"/>
        <w:ind w:left="360"/>
        <w:shd w:val="clear" w:color="auto" w:fill="F2F2F2"/>
      </w:pPr>
      <w:r>
        <w:rPr>
          <w:rFonts w:ascii="Consolas" w:hAnsi="Consolas"/>
          <w:sz w:val="18"/>
        </w:rPr>
        <w:t xml:space="preserve">    ('Intel Core i7', 730_000_000, 2008),</w:t>
      </w:r>
    </w:p>
    <w:p>
      <w:pPr>
        <w:spacing w:after="0"/>
        <w:ind w:left="360"/>
        <w:shd w:val="clear" w:color="auto" w:fill="F2F2F2"/>
      </w:pPr>
      <w:r>
        <w:rPr>
          <w:rFonts w:ascii="Consolas" w:hAnsi="Consolas"/>
          <w:sz w:val="18"/>
        </w:rPr>
        <w:t xml:space="preserve">    ('AMD Zen', 4_800_000_000, 2017),</w:t>
      </w:r>
    </w:p>
    <w:p>
      <w:pPr>
        <w:spacing w:after="0"/>
        <w:ind w:left="360"/>
        <w:shd w:val="clear" w:color="auto" w:fill="F2F2F2"/>
      </w:pPr>
      <w:r>
        <w:rPr>
          <w:rFonts w:ascii="Consolas" w:hAnsi="Consolas"/>
          <w:sz w:val="18"/>
        </w:rPr>
        <w:t xml:space="preserve">    ('Apple M1', 16_000_000_000, 2020),</w:t>
      </w:r>
    </w:p>
    <w:p>
      <w:pPr>
        <w:spacing w:after="0"/>
        <w:ind w:left="360"/>
        <w:shd w:val="clear" w:color="auto" w:fill="F2F2F2"/>
      </w:pPr>
      <w:r>
        <w:rPr>
          <w:rFonts w:ascii="Consolas" w:hAnsi="Consolas"/>
          <w:sz w:val="18"/>
        </w:rPr>
        <w:t xml:space="preserve">    ('Apple M4', 28_000_000_000, 2024),</w:t>
      </w:r>
    </w:p>
    <w:p>
      <w:pPr>
        <w:spacing w:after="0"/>
        <w:ind w:left="360"/>
        <w:shd w:val="clear" w:color="auto" w:fill="F2F2F2"/>
      </w:pPr>
      <w:r>
        <w:rPr>
          <w:rFonts w:ascii="Consolas" w:hAnsi="Consolas"/>
          <w:sz w:val="18"/>
        </w:rPr>
        <w:t>)</w:t>
      </w:r>
    </w:p>
    <w:p>
      <w:pPr>
        <w:spacing w:after="40"/>
      </w:pPr>
    </w:p>
    <w:p>
      <w:pPr>
        <w:spacing w:after="80"/>
      </w:pPr>
      <w:r>
        <w:rPr>
          <w:b w:val="0"/>
          <w:i w:val="0"/>
        </w:rPr>
        <w:t xml:space="preserve">Vẽ một đường với các điểm đánh dấu để hiển thị những điểm đó ở đúng vị trí. Dấu ' </w:t>
      </w:r>
      <w:r>
        <w:rPr>
          <w:rFonts w:ascii="Consolas" w:hAnsi="Consolas"/>
          <w:b w:val="0"/>
          <w:i w:val="0"/>
          <w:sz w:val="20"/>
        </w:rPr>
        <w:br/>
        <w:br/>
        <w:t xml:space="preserve">      v</w:t>
        <w:br/>
        <w:t xml:space="preserve">     </w:t>
        <w:br/>
      </w:r>
      <w:r>
        <w:rPr>
          <w:b w:val="0"/>
          <w:i w:val="0"/>
        </w:rPr>
        <w:t xml:space="preserve"> ' sẽ hiển thị một hình tam giác:</w:t>
      </w:r>
    </w:p>
    <w:p>
      <w:pPr>
        <w:spacing w:after="0"/>
        <w:ind w:left="360"/>
        <w:shd w:val="clear" w:color="auto" w:fill="F2F2F2"/>
      </w:pPr>
      <w:r>
        <w:rPr>
          <w:rFonts w:ascii="Consolas" w:hAnsi="Consolas"/>
          <w:sz w:val="18"/>
        </w:rPr>
        <w:t>data_x = [x for label, y, x in DATA]</w:t>
      </w:r>
    </w:p>
    <w:p>
      <w:pPr>
        <w:spacing w:after="0"/>
        <w:ind w:left="360"/>
        <w:shd w:val="clear" w:color="auto" w:fill="F2F2F2"/>
      </w:pPr>
      <w:r>
        <w:rPr>
          <w:rFonts w:ascii="Consolas" w:hAnsi="Consolas"/>
          <w:sz w:val="18"/>
        </w:rPr>
        <w:t>data_y = [y for label, y, x in DATA]</w:t>
      </w:r>
    </w:p>
    <w:p>
      <w:pPr>
        <w:spacing w:after="0"/>
        <w:ind w:left="360"/>
        <w:shd w:val="clear" w:color="auto" w:fill="F2F2F2"/>
      </w:pPr>
      <w:r>
        <w:rPr>
          <w:rFonts w:ascii="Consolas" w:hAnsi="Consolas"/>
          <w:sz w:val="18"/>
        </w:rPr>
        <w:t>plt.plot(data_x, data_y, 'v')</w:t>
      </w:r>
    </w:p>
    <w:p>
      <w:pPr>
        <w:spacing w:after="40"/>
      </w:pPr>
    </w:p>
    <w:p>
      <w:pPr>
        <w:spacing w:after="80"/>
      </w:pPr>
      <w:r>
        <w:rPr>
          <w:b w:val="0"/>
          <w:i w:val="0"/>
        </w:rPr>
        <w:t xml:space="preserve">Với mỗi điểm dữ liệu, thêm một nhãn ở đúng vị trí với tên của CPU. Chúng ta tăng vị trí </w:t>
      </w:r>
      <w:r>
        <w:rPr>
          <w:b w:val="0"/>
          <w:i/>
        </w:rPr>
        <w:t>X</w:t>
      </w:r>
      <w:r>
        <w:rPr>
          <w:b w:val="0"/>
          <w:i w:val="0"/>
        </w:rPr>
        <w:t xml:space="preserve"> và </w:t>
      </w:r>
      <w:r>
        <w:rPr>
          <w:b w:val="0"/>
          <w:i/>
        </w:rPr>
        <w:t>Y</w:t>
      </w:r>
      <w:r>
        <w:rPr>
          <w:b w:val="0"/>
          <w:i w:val="0"/>
        </w:rPr>
        <w:t xml:space="preserve"> thêm một điểm để tách nhãn ra khỏi điểm đánh dấu một chút:</w:t>
      </w:r>
    </w:p>
    <w:p>
      <w:pPr>
        <w:spacing w:after="0"/>
        <w:ind w:left="360"/>
        <w:shd w:val="clear" w:color="auto" w:fill="F2F2F2"/>
      </w:pPr>
      <w:r>
        <w:rPr>
          <w:rFonts w:ascii="Consolas" w:hAnsi="Consolas"/>
          <w:sz w:val="18"/>
        </w:rPr>
        <w:t>for label, y, x in DATA:</w:t>
      </w:r>
    </w:p>
    <w:p>
      <w:pPr>
        <w:spacing w:after="0"/>
        <w:ind w:left="360"/>
        <w:shd w:val="clear" w:color="auto" w:fill="F2F2F2"/>
      </w:pPr>
      <w:r>
        <w:rPr>
          <w:rFonts w:ascii="Consolas" w:hAnsi="Consolas"/>
          <w:sz w:val="18"/>
        </w:rPr>
        <w:t xml:space="preserve">    plt.text(x + 1, y + 1, label)</w:t>
      </w:r>
    </w:p>
    <w:p>
      <w:pPr>
        <w:spacing w:after="40"/>
      </w:pPr>
    </w:p>
    <w:p>
      <w:pPr>
        <w:spacing w:after="80"/>
      </w:pPr>
      <w:r>
        <w:rPr>
          <w:b w:val="0"/>
          <w:i w:val="0"/>
        </w:rPr>
        <w:t xml:space="preserve">Cuối cùng, mức độ tăng trưởng này không hợp lý khi hiển thị trên đồ thị tuyến tính, nên chúng ta đổi thang đo sang logarit, điều này khiến tăng trưởng theo cấp số nhân trông giống như một đường thẳng. Nhưng để tạo cảm giác về kích thước, chúng ta thêm một lưới. Cuối cùng, chúng ta gọi </w:t>
      </w:r>
      <w:r>
        <w:rPr>
          <w:rFonts w:ascii="Consolas" w:hAnsi="Consolas"/>
          <w:b w:val="0"/>
          <w:i w:val="0"/>
          <w:sz w:val="20"/>
        </w:rPr>
        <w:br/>
        <w:br/>
        <w:t xml:space="preserve">      .show</w:t>
        <w:br/>
        <w:t xml:space="preserve">     </w:t>
        <w:br/>
      </w:r>
      <w:r>
        <w:rPr>
          <w:b w:val="0"/>
          <w:i w:val="0"/>
        </w:rPr>
        <w:t xml:space="preserve"> để hiển thị đồ thị:</w:t>
      </w:r>
    </w:p>
    <w:p>
      <w:pPr>
        <w:spacing w:after="0"/>
        <w:ind w:left="360"/>
        <w:shd w:val="clear" w:color="auto" w:fill="F2F2F2"/>
      </w:pPr>
      <w:r>
        <w:rPr>
          <w:rFonts w:ascii="Consolas" w:hAnsi="Consolas"/>
          <w:sz w:val="18"/>
        </w:rPr>
        <w:t>plt.gca().grid()</w:t>
      </w:r>
    </w:p>
    <w:p>
      <w:pPr>
        <w:spacing w:after="0"/>
        <w:ind w:left="360"/>
        <w:shd w:val="clear" w:color="auto" w:fill="F2F2F2"/>
      </w:pPr>
      <w:r>
        <w:rPr>
          <w:rFonts w:ascii="Consolas" w:hAnsi="Consolas"/>
          <w:sz w:val="18"/>
        </w:rPr>
        <w:t>plt.yscale('log')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plt.show()</w:t>
      </w:r>
    </w:p>
    <w:p>
      <w:pPr>
        <w:spacing w:after="40"/>
      </w:pPr>
    </w:p>
    <w:p>
      <w:pPr>
        <w:spacing w:after="80"/>
      </w:pPr>
      <w:r>
        <w:rPr>
          <w:b w:val="0"/>
          <w:i w:val="0"/>
        </w:rPr>
        <w:t>Chạy</w:t>
      </w:r>
    </w:p>
    <w:p>
      <w:pPr>
        <w:spacing w:after="0"/>
        <w:ind w:left="360"/>
        <w:shd w:val="clear" w:color="auto" w:fill="F2F2F2"/>
      </w:pPr>
      <w:r>
        <w:rPr>
          <w:rFonts w:ascii="Consolas" w:hAnsi="Consolas"/>
          <w:sz w:val="18"/>
        </w:rPr>
        <w:t>$ uv run moores.py</w:t>
      </w:r>
    </w:p>
    <w:p>
      <w:pPr>
        <w:spacing w:after="40"/>
      </w:pPr>
    </w:p>
    <w:p>
      <w:pPr>
        <w:spacing w:after="80"/>
      </w:pPr>
      <w:r>
        <w:rPr>
          <w:b w:val="0"/>
          <w:i w:val="0"/>
        </w:rPr>
        <w:t>Sẽ hiển thị đồ thị. Như thường lệ, hãy thoát cửa sổ để kết thúc việc thực thi script.</w:t>
      </w:r>
    </w:p>
    <w:p>
      <w:pPr>
        <w:jc w:val="center"/>
      </w:pPr>
      <w:r>
        <w:drawing>
          <wp:inline xmlns:a="http://schemas.openxmlformats.org/drawingml/2006/main" xmlns:pic="http://schemas.openxmlformats.org/drawingml/2006/picture">
            <wp:extent cx="5486400" cy="4019163"/>
            <wp:docPr id="70" name="Picture 70"/>
            <wp:cNvGraphicFramePr>
              <a:graphicFrameLocks noChangeAspect="1"/>
            </wp:cNvGraphicFramePr>
            <a:graphic>
              <a:graphicData uri="http://schemas.openxmlformats.org/drawingml/2006/picture">
                <pic:pic>
                  <pic:nvPicPr>
                    <pic:cNvPr id="0" name="B36973_8_7.png"/>
                    <pic:cNvPicPr/>
                  </pic:nvPicPr>
                  <pic:blipFill>
                    <a:blip r:embed="rId72"/>
                    <a:stretch>
                      <a:fillRect/>
                    </a:stretch>
                  </pic:blipFill>
                  <pic:spPr>
                    <a:xfrm>
                      <a:off x="0" y="0"/>
                      <a:ext cx="5486400" cy="4019163"/>
                    </a:xfrm>
                    <a:prstGeom prst="rect"/>
                  </pic:spPr>
                </pic:pic>
              </a:graphicData>
            </a:graphic>
          </wp:inline>
        </w:drawing>
      </w:r>
    </w:p>
    <w:p>
      <w:pPr>
        <w:spacing w:after="160"/>
        <w:jc w:val="center"/>
      </w:pPr>
      <w:r>
        <w:rPr>
          <w:rFonts w:ascii="Calibri" w:hAnsi="Calibri"/>
          <w:b w:val="0"/>
          <w:i/>
          <w:sz w:val="19"/>
        </w:rPr>
        <w:t>Hình 8.7: Đồ thị Định luật Moore</w:t>
      </w:r>
    </w:p>
    <w:p>
      <w:pPr>
        <w:spacing w:after="80"/>
      </w:pPr>
      <w:r>
        <w:rPr>
          <w:b w:val="0"/>
          <w:i w:val="0"/>
        </w:rPr>
        <w:t>Ngay cả khi trong thập kỷ qua tốc độ tăng trưởng có hơi thấp hơn so với kỳ vọng, bạn vẫn có thể thấy rằng số lượng transistor của các bộ xử lý thực tế vẫn khá khớp với dự đoán của Định luật Moore!</w:t>
      </w:r>
    </w:p>
    <w:p>
      <w:pPr>
        <w:spacing w:after="80"/>
      </w:pPr>
      <w:r>
        <w:rPr>
          <w:b w:val="0"/>
          <w:i w:val="0"/>
        </w:rPr>
        <w:t xml:space="preserve">Toàn bộ tài liệu về matplotlib có thể tìm thấy tại </w:t>
      </w:r>
      <w:r>
        <w:rPr>
          <w:rFonts w:ascii="Consolas" w:hAnsi="Consolas"/>
          <w:b w:val="0"/>
          <w:i w:val="0"/>
          <w:sz w:val="20"/>
        </w:rPr>
        <w:br/>
        <w:br/>
        <w:t xml:space="preserve">       https://matplotlib.org/</w:t>
        <w:br/>
        <w:t xml:space="preserve">      </w:t>
        <w:br/>
      </w:r>
      <w:r>
        <w:rPr>
          <w:b w:val="0"/>
          <w:i w:val="0"/>
        </w:rPr>
        <w:t xml:space="preserve"> . Đặc biệt, hãy xem các định dạng có sẵn cho đường (liền, gạch ngang, chấm, v.v.) và điểm đánh dấu (chấm, hình tròn, tam giác, ngôi sao, v.v.) tại đây: </w:t>
      </w:r>
      <w:r>
        <w:rPr>
          <w:rFonts w:ascii="Consolas" w:hAnsi="Consolas"/>
          <w:b w:val="0"/>
          <w:i w:val="0"/>
          <w:sz w:val="20"/>
        </w:rPr>
        <w:br/>
        <w:br/>
        <w:t xml:space="preserve">       https://matplotlib.org/stable/api/_as_gen/matplotlib.pyplot.plot.html</w:t>
        <w:br/>
        <w:t xml:space="preserve">      </w:t>
        <w:br/>
      </w:r>
      <w:r>
        <w:rPr>
          <w:b w:val="0"/>
          <w:i w:val="0"/>
        </w:rPr>
        <w:t xml:space="preserve"> .</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Thêm chú thích và nhãn (Adding legends and annotations) </w:t>
      </w:r>
      <w:r>
        <w:rPr>
          <w:b w:val="0"/>
          <w:i w:val="0"/>
        </w:rPr>
        <w:t xml:space="preserve"> , ở phần sau của chương này, để học cách thêm thông tin ngữ cảnh vào biểu đồ.</w:t>
      </w:r>
    </w:p>
    <w:p>
      <w:pPr>
        <w:spacing w:after="80"/>
        <w:ind w:left="360"/>
      </w:pPr>
      <w:r>
        <w:t xml:space="preserve">• </w:t>
      </w:r>
      <w:r>
        <w:rPr>
          <w:b w:val="0"/>
          <w:i w:val="0"/>
        </w:rPr>
        <w:t xml:space="preserve">Công thức </w:t>
      </w:r>
      <w:r>
        <w:rPr>
          <w:b w:val="0"/>
          <w:i/>
        </w:rPr>
        <w:t xml:space="preserve"> Kết hợp các biểu đồ (Combining graphs) </w:t>
      </w:r>
      <w:r>
        <w:rPr>
          <w:b w:val="0"/>
          <w:i w:val="0"/>
        </w:rPr>
        <w:t xml:space="preserve"> , ở phần sau của chương này, để học cách thêm nhiều đồ thị vào một biểu đồ duy nhất.</w:t>
      </w:r>
    </w:p>
    <w:p>
      <w:pPr>
        <w:pStyle w:val="Heading2"/>
      </w:pPr>
      <w:r>
        <w:rPr>
          <w:rFonts w:ascii="Calibri" w:hAnsi="Calibri"/>
          <w:b/>
          <w:i w:val="0"/>
          <w:sz w:val="32"/>
        </w:rPr>
        <w:t>Vẽ biểu đồ phân tán (scatter plot)</w:t>
      </w:r>
    </w:p>
    <w:p>
      <w:pPr>
        <w:spacing w:after="80"/>
      </w:pPr>
      <w:r>
        <w:rPr>
          <w:b w:val="0"/>
          <w:i w:val="0"/>
        </w:rPr>
        <w:t xml:space="preserve">Biểu đồ phân tán là biểu đồ mà thông tin được hiển thị dưới dạng các điểm với giá trị </w:t>
      </w:r>
      <w:r>
        <w:rPr>
          <w:b w:val="0"/>
          <w:i/>
        </w:rPr>
        <w:t xml:space="preserve"> X </w:t>
      </w:r>
      <w:r>
        <w:rPr>
          <w:b w:val="0"/>
          <w:i w:val="0"/>
        </w:rPr>
        <w:t xml:space="preserve"> và </w:t>
      </w:r>
      <w:r>
        <w:rPr>
          <w:b w:val="0"/>
          <w:i/>
        </w:rPr>
        <w:t xml:space="preserve"> Y </w:t>
      </w:r>
      <w:r>
        <w:rPr>
          <w:b w:val="0"/>
          <w:i w:val="0"/>
        </w:rPr>
        <w:t xml:space="preserve"> . Chúng rất hữu ích khi trình bày dữ liệu hai chiều (không nhất thiết phải là chuỗi thời gian như đã thấy trước đó) và để xem liệu có mối quan hệ nào giữa hai biến hay không. Trong công thức này, chúng ta sẽ vẽ thời gian dành cho một trang web so với số tiền đã chi, để xem liệu chúng ta có thể nhận ra một mẫu nào đó không.</w:t>
      </w:r>
    </w:p>
    <w:p>
      <w:pPr>
        <w:pStyle w:val="Heading3"/>
      </w:pPr>
      <w:r>
        <w:rPr>
          <w:rFonts w:ascii="Calibri" w:hAnsi="Calibri"/>
          <w:b/>
          <w:i w:val="0"/>
          <w:sz w:val="26"/>
        </w:rPr>
        <w:t>Chuẩn bị</w:t>
      </w:r>
    </w:p>
    <w:p>
      <w:pPr>
        <w:spacing w:after="80"/>
      </w:pPr>
      <w:r>
        <w:rPr>
          <w:b w:val="0"/>
          <w:i w:val="0"/>
        </w:rPr>
        <w:t xml:space="preserve">Chúng ta có thể cài đặt </w:t>
      </w:r>
      <w:r>
        <w:rPr>
          <w:rFonts w:ascii="Consolas" w:hAnsi="Consolas"/>
          <w:b w:val="0"/>
          <w:i w:val="0"/>
          <w:sz w:val="20"/>
        </w:rPr>
        <w:br/>
        <w:br/>
        <w:t xml:space="preserve">      matplotlib</w:t>
        <w:br/>
        <w:t xml:space="preserve">     </w:t>
        <w:br/>
      </w:r>
      <w:r>
        <w:rPr>
          <w:b w:val="0"/>
          <w:i w:val="0"/>
        </w:rPr>
        <w:t xml:space="preserve"> trong môi trường của mình bằng các lệnh sau:</w:t>
      </w:r>
    </w:p>
    <w:p>
      <w:pPr>
        <w:spacing w:after="0"/>
        <w:ind w:left="360"/>
        <w:shd w:val="clear" w:color="auto" w:fill="F2F2F2"/>
      </w:pPr>
      <w:r>
        <w:rPr>
          <w:rFonts w:ascii="Consolas" w:hAnsi="Consolas"/>
          <w:sz w:val="18"/>
        </w:rPr>
        <w:t>$ echo "matplotlib==3.10.8" &gt;&gt; requirements.txt</w:t>
      </w:r>
    </w:p>
    <w:p>
      <w:pPr>
        <w:spacing w:after="0"/>
        <w:ind w:left="360"/>
        <w:shd w:val="clear" w:color="auto" w:fill="F2F2F2"/>
      </w:pPr>
      <w:r>
        <w:rPr>
          <w:rFonts w:ascii="Consolas" w:hAnsi="Consolas"/>
          <w:sz w:val="18"/>
        </w:rPr>
        <w:t>$ uv pip install -r requirements.txt</w:t>
      </w:r>
    </w:p>
    <w:p>
      <w:pPr>
        <w:spacing w:after="40"/>
      </w:pPr>
    </w:p>
    <w:p>
      <w:pPr>
        <w:spacing w:after="80"/>
      </w:pPr>
      <w:r>
        <w:rPr>
          <w:b w:val="0"/>
          <w:i w:val="0"/>
        </w:rPr>
        <w:t xml:space="preserve">Vì chúng ta sẽ làm việc với các điểm dữ liệu, chúng ta sẽ dùng tệp </w:t>
      </w:r>
      <w:r>
        <w:rPr>
          <w:rFonts w:ascii="Consolas" w:hAnsi="Consolas"/>
          <w:b w:val="0"/>
          <w:i w:val="0"/>
          <w:sz w:val="20"/>
        </w:rPr>
        <w:br/>
        <w:br/>
        <w:t xml:space="preserve">      scatter.csv</w:t>
        <w:br/>
        <w:t xml:space="preserve">     </w:t>
        <w:br/>
      </w:r>
      <w:r>
        <w:rPr>
          <w:b w:val="0"/>
          <w:i w:val="0"/>
        </w:rPr>
        <w:t xml:space="preserve"> làm nguồn dữ liệu. Tệp này có sẵn trên GitHub tại </w:t>
      </w:r>
      <w:r>
        <w:rPr>
          <w:rFonts w:ascii="Consolas" w:hAnsi="Consolas"/>
          <w:b w:val="0"/>
          <w:i w:val="0"/>
          <w:sz w:val="20"/>
        </w:rPr>
        <w:br/>
        <w:br/>
        <w:t xml:space="preserve">       https://github.com/PacktPublishing/Python-Automation-Cookbook-Third-Edition/blob/main/ch08/scatter.csv</w:t>
        <w:br/>
        <w:t xml:space="preserve">      </w:t>
        <w:br/>
      </w:r>
      <w:r>
        <w:rPr>
          <w:b w:val="0"/>
          <w:i w:val="0"/>
        </w:rPr>
        <w:t xml:space="preserve"> .</w:t>
      </w:r>
    </w:p>
    <w:p>
      <w:pPr>
        <w:pStyle w:val="Heading3"/>
      </w:pPr>
      <w:r>
        <w:rPr>
          <w:rFonts w:ascii="Calibri" w:hAnsi="Calibri"/>
          <w:b/>
          <w:i w:val="0"/>
          <w:sz w:val="26"/>
        </w:rPr>
        <w:t>Cách thực hiện...</w:t>
      </w:r>
    </w:p>
    <w:p>
      <w:pPr>
        <w:spacing w:after="80"/>
        <w:ind w:left="360"/>
      </w:pPr>
      <w:r>
        <w:t xml:space="preserve">1. </w:t>
      </w:r>
      <w:r>
        <w:rPr>
          <w:b w:val="0"/>
          <w:i w:val="0"/>
        </w:rPr>
        <w:t xml:space="preserve">Import </w:t>
      </w:r>
      <w:r>
        <w:rPr>
          <w:rFonts w:ascii="Consolas" w:hAnsi="Consolas"/>
          <w:b w:val="0"/>
          <w:i w:val="0"/>
          <w:sz w:val="20"/>
        </w:rPr>
        <w:br/>
        <w:br/>
        <w:t xml:space="preserve">       matplotlib</w:t>
        <w:br/>
        <w:t xml:space="preserve">      </w:t>
        <w:br/>
      </w:r>
      <w:r>
        <w:rPr>
          <w:b w:val="0"/>
          <w:i w:val="0"/>
        </w:rPr>
        <w:t xml:space="preserve"> , </w:t>
      </w:r>
      <w:r>
        <w:rPr>
          <w:rFonts w:ascii="Consolas" w:hAnsi="Consolas"/>
          <w:b w:val="0"/>
          <w:i w:val="0"/>
          <w:sz w:val="20"/>
        </w:rPr>
        <w:br/>
        <w:br/>
        <w:t xml:space="preserve">       csv</w:t>
        <w:br/>
        <w:t xml:space="preserve">      </w:t>
        <w:br/>
      </w:r>
      <w:r>
        <w:rPr>
          <w:b w:val="0"/>
          <w:i w:val="0"/>
        </w:rPr>
        <w:t xml:space="preserve"> , và </w:t>
      </w:r>
      <w:r>
        <w:rPr>
          <w:rFonts w:ascii="Consolas" w:hAnsi="Consolas"/>
          <w:b w:val="0"/>
          <w:i w:val="0"/>
          <w:sz w:val="20"/>
        </w:rPr>
        <w:br/>
        <w:br/>
        <w:t xml:space="preserve">       FuncFormatter</w:t>
        <w:br/>
        <w:t xml:space="preserve">      </w:t>
        <w:br/>
      </w:r>
      <w:r>
        <w:rPr>
          <w:b w:val="0"/>
          <w:i w:val="0"/>
        </w:rPr>
        <w:t xml:space="preserve"> (để định dạng các trục sau này):</w:t>
      </w:r>
    </w:p>
    <w:p>
      <w:pPr>
        <w:spacing w:after="0"/>
        <w:ind w:left="360"/>
        <w:shd w:val="clear" w:color="auto" w:fill="F2F2F2"/>
      </w:pPr>
      <w:r>
        <w:rPr>
          <w:rFonts w:ascii="Consolas" w:hAnsi="Consolas"/>
          <w:sz w:val="18"/>
        </w:rPr>
        <w:t>&gt;&gt;&gt; import csv</w:t>
      </w:r>
    </w:p>
    <w:p>
      <w:pPr>
        <w:spacing w:after="0"/>
        <w:ind w:left="360"/>
        <w:shd w:val="clear" w:color="auto" w:fill="F2F2F2"/>
      </w:pPr>
      <w:r>
        <w:rPr>
          <w:rFonts w:ascii="Consolas" w:hAnsi="Consolas"/>
          <w:sz w:val="18"/>
        </w:rPr>
        <w:t>&gt;&gt;&gt; import matplotlib.pyplot as plt</w:t>
      </w:r>
    </w:p>
    <w:p>
      <w:pPr>
        <w:spacing w:after="0"/>
        <w:ind w:left="360"/>
        <w:shd w:val="clear" w:color="auto" w:fill="F2F2F2"/>
      </w:pPr>
      <w:r>
        <w:rPr>
          <w:rFonts w:ascii="Consolas" w:hAnsi="Consolas"/>
          <w:sz w:val="18"/>
        </w:rPr>
        <w:t>&gt;&gt;&gt; from matplotlib.ticker import FuncFormatter</w:t>
      </w:r>
    </w:p>
    <w:p>
      <w:pPr>
        <w:spacing w:after="40"/>
      </w:pPr>
    </w:p>
    <w:p>
      <w:pPr>
        <w:spacing w:after="80"/>
        <w:ind w:left="360"/>
      </w:pPr>
      <w:r>
        <w:t xml:space="preserve">2. </w:t>
      </w:r>
      <w:r>
        <w:rPr>
          <w:b w:val="0"/>
          <w:i w:val="0"/>
        </w:rPr>
        <w:t xml:space="preserve">Chuẩn bị dữ liệu, đọc từ tệp bằng mô-đun </w:t>
      </w:r>
      <w:r>
        <w:rPr>
          <w:rFonts w:ascii="Consolas" w:hAnsi="Consolas"/>
          <w:b w:val="0"/>
          <w:i w:val="0"/>
          <w:sz w:val="20"/>
        </w:rPr>
        <w:br/>
        <w:br/>
        <w:t xml:space="preserve">       csv</w:t>
        <w:br/>
        <w:t xml:space="preserve">      </w:t>
        <w:br/>
      </w:r>
      <w:r>
        <w:rPr>
          <w:b w:val="0"/>
          <w:i w:val="0"/>
        </w:rPr>
        <w:t xml:space="preserve"> :</w:t>
      </w:r>
    </w:p>
    <w:p>
      <w:pPr>
        <w:spacing w:after="0"/>
        <w:ind w:left="360"/>
        <w:shd w:val="clear" w:color="auto" w:fill="F2F2F2"/>
      </w:pPr>
      <w:r>
        <w:rPr>
          <w:rFonts w:ascii="Consolas" w:hAnsi="Consolas"/>
          <w:sz w:val="18"/>
        </w:rPr>
        <w:t>&gt;&gt;&gt; with open('scatter.csv') as fp:</w:t>
      </w:r>
    </w:p>
    <w:p>
      <w:pPr>
        <w:spacing w:after="0"/>
        <w:ind w:left="360"/>
        <w:shd w:val="clear" w:color="auto" w:fill="F2F2F2"/>
      </w:pPr>
      <w:r>
        <w:rPr>
          <w:rFonts w:ascii="Consolas" w:hAnsi="Consolas"/>
          <w:sz w:val="18"/>
        </w:rPr>
        <w:t>...    reader = csv.reader(fp)</w:t>
      </w:r>
    </w:p>
    <w:p>
      <w:pPr>
        <w:spacing w:after="0"/>
        <w:ind w:left="360"/>
        <w:shd w:val="clear" w:color="auto" w:fill="F2F2F2"/>
      </w:pPr>
      <w:r>
        <w:rPr>
          <w:rFonts w:ascii="Consolas" w:hAnsi="Consolas"/>
          <w:sz w:val="18"/>
        </w:rPr>
        <w:t>...    data = list(reader)</w:t>
      </w:r>
    </w:p>
    <w:p>
      <w:pPr>
        <w:spacing w:after="40"/>
      </w:pPr>
    </w:p>
    <w:p>
      <w:pPr>
        <w:spacing w:after="80"/>
        <w:ind w:left="360"/>
      </w:pPr>
      <w:r>
        <w:t xml:space="preserve">3. </w:t>
      </w:r>
      <w:r>
        <w:rPr>
          <w:b w:val="0"/>
          <w:i w:val="0"/>
        </w:rPr>
        <w:t>Chuẩn bị dữ liệu để vẽ:</w:t>
      </w:r>
    </w:p>
    <w:p>
      <w:pPr>
        <w:spacing w:after="0"/>
        <w:ind w:left="360"/>
        <w:shd w:val="clear" w:color="auto" w:fill="F2F2F2"/>
      </w:pPr>
      <w:r>
        <w:rPr>
          <w:rFonts w:ascii="Consolas" w:hAnsi="Consolas"/>
          <w:sz w:val="18"/>
        </w:rPr>
        <w:t>&gt;&gt;&gt; data_x = [float(x) for x, y in data]</w:t>
      </w:r>
    </w:p>
    <w:p>
      <w:pPr>
        <w:spacing w:after="0"/>
        <w:ind w:left="360"/>
        <w:shd w:val="clear" w:color="auto" w:fill="F2F2F2"/>
      </w:pPr>
      <w:r>
        <w:rPr>
          <w:rFonts w:ascii="Consolas" w:hAnsi="Consolas"/>
          <w:sz w:val="18"/>
        </w:rPr>
        <w:t>&gt;&gt;&gt; data_y = [float(y) for x, y in data]</w:t>
      </w:r>
    </w:p>
    <w:p>
      <w:pPr>
        <w:spacing w:after="40"/>
      </w:pPr>
    </w:p>
    <w:p>
      <w:pPr>
        <w:spacing w:after="80"/>
        <w:ind w:left="360"/>
      </w:pPr>
      <w:r>
        <w:t xml:space="preserve">4. </w:t>
      </w:r>
      <w:r>
        <w:rPr>
          <w:b w:val="0"/>
          <w:i w:val="0"/>
        </w:rPr>
        <w:t>Vẽ dữ liệu:</w:t>
      </w:r>
    </w:p>
    <w:p>
      <w:pPr>
        <w:spacing w:after="0"/>
        <w:ind w:left="360"/>
        <w:shd w:val="clear" w:color="auto" w:fill="F2F2F2"/>
      </w:pPr>
      <w:r>
        <w:rPr>
          <w:rFonts w:ascii="Consolas" w:hAnsi="Consolas"/>
          <w:sz w:val="18"/>
        </w:rPr>
        <w:t>&gt;&gt;&gt; plt.scatter(data_x, data_y)</w:t>
      </w:r>
    </w:p>
    <w:p>
      <w:pPr>
        <w:spacing w:after="0"/>
        <w:ind w:left="360"/>
        <w:shd w:val="clear" w:color="auto" w:fill="F2F2F2"/>
      </w:pPr>
      <w:r>
        <w:rPr>
          <w:rFonts w:ascii="Consolas" w:hAnsi="Consolas"/>
          <w:sz w:val="18"/>
        </w:rPr>
        <w:t>&lt;matplotlib.collections.PathCollection object at 0x11022f8c0&gt;</w:t>
      </w:r>
    </w:p>
    <w:p>
      <w:pPr>
        <w:spacing w:after="40"/>
      </w:pPr>
    </w:p>
    <w:p>
      <w:pPr>
        <w:spacing w:after="80"/>
        <w:ind w:left="360"/>
      </w:pPr>
      <w:r>
        <w:t xml:space="preserve">5. </w:t>
      </w:r>
      <w:r>
        <w:rPr>
          <w:b w:val="0"/>
          <w:i w:val="0"/>
        </w:rPr>
        <w:t>Cải thiện ngữ cảnh bằng cách định dạng các trục:</w:t>
      </w:r>
    </w:p>
    <w:p>
      <w:pPr>
        <w:spacing w:after="0"/>
        <w:ind w:left="360"/>
        <w:shd w:val="clear" w:color="auto" w:fill="F2F2F2"/>
      </w:pPr>
      <w:r>
        <w:rPr>
          <w:rFonts w:ascii="Consolas" w:hAnsi="Consolas"/>
          <w:sz w:val="18"/>
        </w:rPr>
        <w:t>&gt;&gt;&gt; def format_minutes(value, pos):</w:t>
      </w:r>
    </w:p>
    <w:p>
      <w:pPr>
        <w:spacing w:after="0"/>
        <w:ind w:left="360"/>
        <w:shd w:val="clear" w:color="auto" w:fill="F2F2F2"/>
      </w:pPr>
      <w:r>
        <w:rPr>
          <w:rFonts w:ascii="Consolas" w:hAnsi="Consolas"/>
          <w:sz w:val="18"/>
        </w:rPr>
        <w:t>...     return '{}m'.format(int(value))</w:t>
      </w:r>
    </w:p>
    <w:p>
      <w:pPr>
        <w:spacing w:after="0"/>
        <w:ind w:left="360"/>
        <w:shd w:val="clear" w:color="auto" w:fill="F2F2F2"/>
      </w:pPr>
      <w:r>
        <w:rPr>
          <w:rFonts w:ascii="Consolas" w:hAnsi="Consolas"/>
          <w:sz w:val="18"/>
        </w:rPr>
        <w:t>&gt;&gt;&gt; def format_dollars(value, pos):</w:t>
      </w:r>
    </w:p>
    <w:p>
      <w:pPr>
        <w:spacing w:after="0"/>
        <w:ind w:left="360"/>
        <w:shd w:val="clear" w:color="auto" w:fill="F2F2F2"/>
      </w:pPr>
      <w:r>
        <w:rPr>
          <w:rFonts w:ascii="Consolas" w:hAnsi="Consolas"/>
          <w:sz w:val="18"/>
        </w:rPr>
        <w:t>...     return '${}'.format(value)</w:t>
      </w:r>
    </w:p>
    <w:p>
      <w:pPr>
        <w:spacing w:after="0"/>
        <w:ind w:left="360"/>
        <w:shd w:val="clear" w:color="auto" w:fill="F2F2F2"/>
      </w:pPr>
      <w:r>
        <w:rPr>
          <w:rFonts w:ascii="Consolas" w:hAnsi="Consolas"/>
          <w:sz w:val="18"/>
        </w:rPr>
        <w:t>&gt;&gt;&gt; plt.gca().xaxis.set_major_formatter(FuncFormatter(format_minutes))</w:t>
      </w:r>
    </w:p>
    <w:p>
      <w:pPr>
        <w:spacing w:after="0"/>
        <w:ind w:left="360"/>
        <w:shd w:val="clear" w:color="auto" w:fill="F2F2F2"/>
      </w:pPr>
      <w:r>
        <w:rPr>
          <w:rFonts w:ascii="Consolas" w:hAnsi="Consolas"/>
          <w:sz w:val="18"/>
        </w:rPr>
        <w:t>&gt;&gt;&gt; plt.xlabel('Time in website')</w:t>
      </w:r>
    </w:p>
    <w:p>
      <w:pPr>
        <w:spacing w:after="0"/>
        <w:ind w:left="360"/>
        <w:shd w:val="clear" w:color="auto" w:fill="F2F2F2"/>
      </w:pPr>
      <w:r>
        <w:rPr>
          <w:rFonts w:ascii="Consolas" w:hAnsi="Consolas"/>
          <w:sz w:val="18"/>
        </w:rPr>
        <w:t>Text(0.5, 47.04444444444444, 'Time in website')</w:t>
      </w:r>
    </w:p>
    <w:p>
      <w:pPr>
        <w:spacing w:after="0"/>
        <w:ind w:left="360"/>
        <w:shd w:val="clear" w:color="auto" w:fill="F2F2F2"/>
      </w:pPr>
      <w:r>
        <w:rPr>
          <w:rFonts w:ascii="Consolas" w:hAnsi="Consolas"/>
          <w:sz w:val="18"/>
        </w:rPr>
        <w:t>&gt;&gt;&gt; plt.gca().yaxis.set_major_formatter(FuncFormatter(format_dollars))</w:t>
      </w:r>
    </w:p>
    <w:p>
      <w:pPr>
        <w:spacing w:after="0"/>
        <w:ind w:left="360"/>
        <w:shd w:val="clear" w:color="auto" w:fill="F2F2F2"/>
      </w:pPr>
      <w:r>
        <w:rPr>
          <w:rFonts w:ascii="Consolas" w:hAnsi="Consolas"/>
          <w:sz w:val="18"/>
        </w:rPr>
        <w:t>&gt;&gt;&gt; plt.ylabel('Spending')</w:t>
      </w:r>
    </w:p>
    <w:p>
      <w:pPr>
        <w:spacing w:after="0"/>
        <w:ind w:left="360"/>
        <w:shd w:val="clear" w:color="auto" w:fill="F2F2F2"/>
      </w:pPr>
      <w:r>
        <w:rPr>
          <w:rFonts w:ascii="Consolas" w:hAnsi="Consolas"/>
          <w:sz w:val="18"/>
        </w:rPr>
        <w:t>Text(76.31944444444443, 0.5, 'Spending')</w:t>
      </w:r>
    </w:p>
    <w:p>
      <w:pPr>
        <w:spacing w:after="40"/>
      </w:pPr>
    </w:p>
    <w:p>
      <w:pPr>
        <w:spacing w:after="80"/>
        <w:ind w:left="360"/>
      </w:pPr>
      <w:r>
        <w:t xml:space="preserve">6. </w:t>
      </w:r>
      <w:r>
        <w:rPr>
          <w:b w:val="0"/>
          <w:i w:val="0"/>
        </w:rPr>
        <w:t>Hiển thị đồ thị:</w:t>
      </w:r>
    </w:p>
    <w:p>
      <w:pPr>
        <w:spacing w:after="0"/>
        <w:ind w:left="360"/>
        <w:shd w:val="clear" w:color="auto" w:fill="F2F2F2"/>
      </w:pPr>
      <w:r>
        <w:rPr>
          <w:rFonts w:ascii="Consolas" w:hAnsi="Consolas"/>
          <w:sz w:val="18"/>
        </w:rPr>
        <w:t>&gt;&gt;&gt; plt.show()</w:t>
      </w:r>
    </w:p>
    <w:p>
      <w:pPr>
        <w:spacing w:after="40"/>
      </w:pPr>
    </w:p>
    <w:p>
      <w:pPr>
        <w:spacing w:after="80"/>
      </w:pPr>
      <w:r>
        <w:rPr>
          <w:b w:val="0"/>
          <w:i w:val="0"/>
        </w:rPr>
        <w:t>Kết quả sẽ được hiển thị trong một cửa sổ mới:</w:t>
      </w:r>
    </w:p>
    <w:p>
      <w:pPr>
        <w:jc w:val="center"/>
      </w:pPr>
      <w:r>
        <w:drawing>
          <wp:inline xmlns:a="http://schemas.openxmlformats.org/drawingml/2006/main" xmlns:pic="http://schemas.openxmlformats.org/drawingml/2006/picture">
            <wp:extent cx="5486400" cy="4681246"/>
            <wp:docPr id="71" name="Picture 71"/>
            <wp:cNvGraphicFramePr>
              <a:graphicFrameLocks noChangeAspect="1"/>
            </wp:cNvGraphicFramePr>
            <a:graphic>
              <a:graphicData uri="http://schemas.openxmlformats.org/drawingml/2006/picture">
                <pic:pic>
                  <pic:nvPicPr>
                    <pic:cNvPr id="0" name="B36973_8_8.png"/>
                    <pic:cNvPicPr/>
                  </pic:nvPicPr>
                  <pic:blipFill>
                    <a:blip r:embed="rId73"/>
                    <a:stretch>
                      <a:fillRect/>
                    </a:stretch>
                  </pic:blipFill>
                  <pic:spPr>
                    <a:xfrm>
                      <a:off x="0" y="0"/>
                      <a:ext cx="5486400" cy="4681246"/>
                    </a:xfrm>
                    <a:prstGeom prst="rect"/>
                  </pic:spPr>
                </pic:pic>
              </a:graphicData>
            </a:graphic>
          </wp:inline>
        </w:drawing>
      </w:r>
    </w:p>
    <w:p>
      <w:pPr>
        <w:spacing w:after="160"/>
        <w:jc w:val="center"/>
      </w:pPr>
      <w:r>
        <w:rPr>
          <w:rFonts w:ascii="Calibri" w:hAnsi="Calibri"/>
          <w:b w:val="0"/>
          <w:i/>
          <w:sz w:val="19"/>
        </w:rPr>
        <w:t>Hình 8.8: Biểu đồ phân tán</w:t>
      </w:r>
    </w:p>
    <w:p>
      <w:pPr>
        <w:pStyle w:val="Heading3"/>
      </w:pPr>
      <w:r>
        <w:rPr>
          <w:rFonts w:ascii="Calibri" w:hAnsi="Calibri"/>
          <w:b/>
          <w:i w:val="0"/>
          <w:sz w:val="26"/>
        </w:rPr>
        <w:t>Cách hoạt động...</w:t>
      </w:r>
    </w:p>
    <w:p>
      <w:pPr>
        <w:spacing w:after="80"/>
      </w:pPr>
      <w:r>
        <w:rPr>
          <w:b w:val="0"/>
          <w:i/>
        </w:rPr>
        <w:t>Bước 1</w:t>
      </w:r>
      <w:r>
        <w:rPr>
          <w:b w:val="0"/>
          <w:i w:val="0"/>
        </w:rPr>
        <w:t xml:space="preserve"> của phần </w:t>
      </w:r>
      <w:r>
        <w:rPr>
          <w:b w:val="0"/>
          <w:i/>
        </w:rPr>
        <w:t>Cách thực hiện…</w:t>
      </w:r>
      <w:r>
        <w:rPr>
          <w:b w:val="0"/>
          <w:i w:val="0"/>
        </w:rPr>
        <w:t xml:space="preserve"> sẽ nhập các mô-đun mà chúng ta sẽ dùng sau này.</w:t>
      </w:r>
    </w:p>
    <w:p>
      <w:pPr>
        <w:spacing w:after="80"/>
      </w:pPr>
      <w:r>
        <w:rPr>
          <w:b w:val="0"/>
          <w:i/>
        </w:rPr>
        <w:t>Bước 2</w:t>
      </w:r>
      <w:r>
        <w:rPr>
          <w:b w:val="0"/>
          <w:i w:val="0"/>
        </w:rPr>
        <w:t xml:space="preserve"> đọc dữ liệu từ tệp CSV. Dữ liệu được chuyển thành một danh sách để cho phép chúng ta lặp qua nó nhiều lần, vì điều đó cần thiết cho </w:t>
      </w:r>
      <w:r>
        <w:rPr>
          <w:b w:val="0"/>
          <w:i/>
        </w:rPr>
        <w:t>bước 3</w:t>
      </w:r>
      <w:r>
        <w:rPr>
          <w:b w:val="0"/>
          <w:i w:val="0"/>
        </w:rPr>
        <w:t>.</w:t>
      </w:r>
    </w:p>
    <w:p>
      <w:pPr>
        <w:spacing w:after="80"/>
      </w:pPr>
      <w:r>
        <w:rPr>
          <w:b w:val="0"/>
          <w:i/>
        </w:rPr>
        <w:t>Bước 3</w:t>
      </w:r>
      <w:r>
        <w:rPr>
          <w:b w:val="0"/>
          <w:i w:val="0"/>
        </w:rPr>
        <w:t xml:space="preserve"> chuẩn bị dữ liệu thành hai mảng rồi dùng </w:t>
      </w:r>
      <w:r>
        <w:rPr>
          <w:rFonts w:ascii="Consolas" w:hAnsi="Consolas"/>
          <w:b w:val="0"/>
          <w:i w:val="0"/>
          <w:sz w:val="20"/>
        </w:rPr>
        <w:br/>
        <w:br/>
        <w:t xml:space="preserve">      .scatter</w:t>
        <w:br/>
        <w:t xml:space="preserve">     </w:t>
        <w:br/>
      </w:r>
      <w:r>
        <w:rPr>
          <w:b w:val="0"/>
          <w:i w:val="0"/>
        </w:rPr>
        <w:t xml:space="preserve"> để vẽ chúng. Các tham số cho </w:t>
      </w:r>
      <w:r>
        <w:rPr>
          <w:rFonts w:ascii="Consolas" w:hAnsi="Consolas"/>
          <w:b w:val="0"/>
          <w:i w:val="0"/>
          <w:sz w:val="20"/>
        </w:rPr>
        <w:br/>
        <w:br/>
        <w:t xml:space="preserve">      .scatter</w:t>
        <w:br/>
        <w:t xml:space="preserve">     </w:t>
        <w:br/>
      </w:r>
      <w:r>
        <w:rPr>
          <w:b w:val="0"/>
          <w:i w:val="0"/>
        </w:rPr>
        <w:t xml:space="preserve">, giống như với các phương thức khác của </w:t>
      </w:r>
      <w:r>
        <w:rPr>
          <w:rFonts w:ascii="Consolas" w:hAnsi="Consolas"/>
          <w:b w:val="0"/>
          <w:i w:val="0"/>
          <w:sz w:val="20"/>
        </w:rPr>
        <w:br/>
        <w:br/>
        <w:t xml:space="preserve">      matplotlib</w:t>
        <w:br/>
        <w:t xml:space="preserve">     </w:t>
        <w:br/>
      </w:r>
      <w:r>
        <w:rPr>
          <w:b w:val="0"/>
          <w:i w:val="0"/>
        </w:rPr>
        <w:t xml:space="preserve">, bao gồm một mảng các giá trị </w:t>
      </w:r>
      <w:r>
        <w:rPr>
          <w:b w:val="0"/>
          <w:i/>
        </w:rPr>
        <w:t>X</w:t>
      </w:r>
      <w:r>
        <w:rPr>
          <w:b w:val="0"/>
          <w:i w:val="0"/>
        </w:rPr>
        <w:t xml:space="preserve"> và </w:t>
      </w:r>
      <w:r>
        <w:rPr>
          <w:b w:val="0"/>
          <w:i/>
        </w:rPr>
        <w:t>Y</w:t>
      </w:r>
      <w:r>
        <w:rPr>
          <w:b w:val="0"/>
          <w:i w:val="0"/>
        </w:rPr>
        <w:t xml:space="preserve">. Cả hai đều cần có cùng kích thước. Dữ liệu được chuyển thành </w:t>
      </w:r>
      <w:r>
        <w:rPr>
          <w:rFonts w:ascii="Consolas" w:hAnsi="Consolas"/>
          <w:b w:val="0"/>
          <w:i w:val="0"/>
          <w:sz w:val="20"/>
        </w:rPr>
        <w:br/>
        <w:br/>
        <w:t xml:space="preserve">      float</w:t>
        <w:br/>
        <w:t xml:space="preserve">     </w:t>
        <w:br/>
      </w:r>
      <w:r>
        <w:rPr>
          <w:b w:val="0"/>
          <w:i w:val="0"/>
        </w:rPr>
        <w:t xml:space="preserve"> từ định dạng tệp để đảm bảo định dạng số.</w:t>
      </w:r>
    </w:p>
    <w:p>
      <w:pPr>
        <w:spacing w:after="80"/>
      </w:pPr>
      <w:r>
        <w:rPr>
          <w:b w:val="0"/>
          <w:i/>
        </w:rPr>
        <w:t>Bước 4</w:t>
      </w:r>
      <w:r>
        <w:rPr>
          <w:b w:val="0"/>
          <w:i w:val="0"/>
        </w:rPr>
        <w:t xml:space="preserve"> tinh chỉnh cách dữ liệu được trình bày trên mỗi trục. Với mỗi trục, một hàm được tạo để định nghĩa cách các giá trị trên trục đó nên được hiển thị (bằng đô-la hoặc bằng phút). Hàm này nhận đầu vào là giá trị cần hiển thị và vị trí. Thông thường, vị trí sẽ bị bỏ qua. Bộ định dạng trục sẽ được ghi đè bằng </w:t>
      </w:r>
      <w:r>
        <w:rPr>
          <w:rFonts w:ascii="Consolas" w:hAnsi="Consolas"/>
          <w:b w:val="0"/>
          <w:i w:val="0"/>
          <w:sz w:val="20"/>
        </w:rPr>
        <w:br/>
        <w:br/>
        <w:t xml:space="preserve">      .set_major_formatter</w:t>
        <w:br/>
        <w:t xml:space="preserve">     </w:t>
        <w:br/>
      </w:r>
      <w:r>
        <w:rPr>
          <w:b w:val="0"/>
          <w:i w:val="0"/>
        </w:rPr>
        <w:t xml:space="preserve">. Lưu ý rằng cả hai trục đều được trả về bằng </w:t>
      </w:r>
      <w:r>
        <w:rPr>
          <w:rFonts w:ascii="Consolas" w:hAnsi="Consolas"/>
          <w:b w:val="0"/>
          <w:i w:val="0"/>
          <w:sz w:val="20"/>
        </w:rPr>
        <w:br/>
        <w:br/>
        <w:t xml:space="preserve">      .gca</w:t>
        <w:br/>
        <w:t xml:space="preserve">     </w:t>
        <w:br/>
      </w:r>
      <w:r>
        <w:rPr>
          <w:b w:val="0"/>
          <w:i w:val="0"/>
        </w:rPr>
        <w:t xml:space="preserve"> (get current axes).</w:t>
      </w:r>
    </w:p>
    <w:p>
      <w:pPr>
        <w:spacing w:after="80"/>
      </w:pPr>
      <w:r>
        <w:rPr>
          <w:b w:val="0"/>
          <w:i w:val="0"/>
        </w:rPr>
        <w:t xml:space="preserve">Nhãn được thêm vào các trục bằng </w:t>
      </w:r>
      <w:r>
        <w:rPr>
          <w:rFonts w:ascii="Consolas" w:hAnsi="Consolas"/>
          <w:b w:val="0"/>
          <w:i w:val="0"/>
          <w:sz w:val="20"/>
        </w:rPr>
        <w:br/>
        <w:br/>
        <w:t xml:space="preserve">      .xlabel</w:t>
        <w:br/>
        <w:t xml:space="preserve">     </w:t>
        <w:br/>
      </w:r>
      <w:r>
        <w:rPr>
          <w:b w:val="0"/>
          <w:i w:val="0"/>
        </w:rPr>
        <w:t xml:space="preserve"> và </w:t>
      </w:r>
      <w:r>
        <w:rPr>
          <w:rFonts w:ascii="Consolas" w:hAnsi="Consolas"/>
          <w:b w:val="0"/>
          <w:i w:val="0"/>
          <w:sz w:val="20"/>
        </w:rPr>
        <w:br/>
        <w:br/>
        <w:t xml:space="preserve">      .ylabel</w:t>
        <w:br/>
        <w:t xml:space="preserve">     </w:t>
        <w:br/>
      </w:r>
      <w:r>
        <w:rPr>
          <w:b w:val="0"/>
          <w:i w:val="0"/>
        </w:rPr>
        <w:t>.</w:t>
      </w:r>
    </w:p>
    <w:p>
      <w:pPr>
        <w:spacing w:after="80"/>
      </w:pPr>
      <w:r>
        <w:rPr>
          <w:b w:val="0"/>
          <w:i w:val="0"/>
        </w:rPr>
        <w:t xml:space="preserve">Cuối cùng, </w:t>
      </w:r>
      <w:r>
        <w:rPr>
          <w:b w:val="0"/>
          <w:i/>
        </w:rPr>
        <w:t>bước 5</w:t>
      </w:r>
      <w:r>
        <w:rPr>
          <w:b w:val="0"/>
          <w:i w:val="0"/>
        </w:rPr>
        <w:t xml:space="preserve"> hiển thị đồ thị trong một cửa sổ mới. Phân tích kết quả, ta có thể nói rằng dường như có hai kiểu người dùng: những người dành ít hơn 10 phút và không bao giờ chi quá $10, và những người dành nhiều thời gian hơn, đồng thời có khả năng chi tới $100 cao hơn.</w:t>
      </w:r>
    </w:p>
    <w:p>
      <w:pPr>
        <w:spacing w:after="80"/>
      </w:pPr>
      <w:r>
        <w:rPr>
          <w:b/>
          <w:i w:val="0"/>
        </w:rPr>
        <w:t>Mẹo</w:t>
      </w:r>
    </w:p>
    <w:p>
      <w:pPr>
        <w:spacing w:after="80"/>
      </w:pPr>
      <w:r>
        <w:rPr>
          <w:b w:val="0"/>
          <w:i w:val="0"/>
        </w:rPr>
        <w:t>Lưu ý rằng dữ liệu được trình bày là dữ liệu tổng hợp, và nó đã được tạo ra với kết quả mong muốn trong đầu, với hai cụm rõ ràng để giúp kỹ thuật này dễ học hơn. Dữ liệu thực tế có lẽ sẽ trông phân tán hơn. Phân tích thống kê có thể được dùng để xác định xu hướng và mẫu hình với mức độ tinh vi cao hơn.</w:t>
      </w:r>
    </w:p>
    <w:p>
      <w:pPr>
        <w:pStyle w:val="Heading3"/>
      </w:pPr>
      <w:r>
        <w:rPr>
          <w:rFonts w:ascii="Calibri" w:hAnsi="Calibri"/>
          <w:b/>
          <w:i w:val="0"/>
          <w:sz w:val="26"/>
        </w:rPr>
        <w:t>Còn nhiều điều khác...</w:t>
      </w:r>
    </w:p>
    <w:p>
      <w:pPr>
        <w:spacing w:after="80"/>
      </w:pPr>
      <w:r>
        <w:rPr>
          <w:b w:val="0"/>
          <w:i w:val="0"/>
        </w:rPr>
        <w:t>Biểu đồ phân tán không chỉ hiển thị các điểm trong hai chiều mà còn có thể thêm chiều thứ ba (thông qua diện tích) và thậm chí cả chiều thứ tư (thông qua màu sắc).</w:t>
      </w:r>
    </w:p>
    <w:p>
      <w:pPr>
        <w:spacing w:after="80"/>
      </w:pPr>
      <w:r>
        <w:rPr>
          <w:b/>
          <w:i w:val="0"/>
        </w:rPr>
        <w:t>Mẹo</w:t>
      </w:r>
    </w:p>
    <w:p>
      <w:pPr>
        <w:spacing w:after="80"/>
      </w:pPr>
      <w:r>
        <w:rPr>
          <w:b w:val="0"/>
          <w:i w:val="0"/>
        </w:rPr>
        <w:t>Về mặt kỹ thuật, có thể hiển thị biểu đồ phân tán với ba chiều bằng trục Z, nhưng những đồ thị đó khó đọc</w:t>
      </w:r>
    </w:p>
    <w:p>
      <w:pPr>
        <w:spacing w:after="80"/>
      </w:pPr>
      <w:r>
        <w:rPr>
          <w:b w:val="0"/>
          <w:i w:val="0"/>
        </w:rPr>
        <w:t xml:space="preserve">Để thêm những yếu tố đó, hãy dùng tham số </w:t>
      </w:r>
      <w:r>
        <w:rPr>
          <w:rFonts w:ascii="Consolas" w:hAnsi="Consolas"/>
          <w:b w:val="0"/>
          <w:i w:val="0"/>
          <w:sz w:val="20"/>
        </w:rPr>
        <w:br/>
        <w:br/>
        <w:t xml:space="preserve">      s</w:t>
        <w:br/>
        <w:t xml:space="preserve">     </w:t>
        <w:br/>
      </w:r>
      <w:r>
        <w:rPr>
          <w:b w:val="0"/>
          <w:i w:val="0"/>
        </w:rPr>
        <w:t xml:space="preserve"> cho kích thước và </w:t>
      </w:r>
      <w:r>
        <w:rPr>
          <w:rFonts w:ascii="Consolas" w:hAnsi="Consolas"/>
          <w:b w:val="0"/>
          <w:i w:val="0"/>
          <w:sz w:val="20"/>
        </w:rPr>
        <w:br/>
        <w:br/>
        <w:t xml:space="preserve">      c</w:t>
        <w:br/>
        <w:t xml:space="preserve">     </w:t>
        <w:br/>
      </w:r>
      <w:r>
        <w:rPr>
          <w:b w:val="0"/>
          <w:i w:val="0"/>
        </w:rPr>
        <w:t xml:space="preserve"> cho màu sắc.</w:t>
      </w:r>
    </w:p>
    <w:p>
      <w:pPr>
        <w:spacing w:after="80"/>
      </w:pPr>
      <w:r>
        <w:rPr>
          <w:b/>
          <w:i w:val="0"/>
        </w:rPr>
        <w:t>Lưu ý</w:t>
      </w:r>
    </w:p>
    <w:p>
      <w:pPr>
        <w:spacing w:after="80"/>
      </w:pPr>
      <w:r>
        <w:rPr>
          <w:rFonts w:ascii="Consolas" w:hAnsi="Consolas"/>
          <w:b w:val="0"/>
          <w:i w:val="0"/>
          <w:sz w:val="20"/>
        </w:rPr>
        <w:br/>
        <w:br/>
        <w:t xml:space="preserve">       size</w:t>
        <w:br/>
        <w:t xml:space="preserve">      </w:t>
        <w:br/>
      </w:r>
      <w:r>
        <w:rPr>
          <w:b w:val="0"/>
          <w:i w:val="0"/>
        </w:rPr>
        <w:t xml:space="preserve"> được định nghĩa là đường kính của một quả bóng tính bằng điểm bình phương. Vậy, với một quả bóng có đường kính 10, giá trị 100 sẽ được dùng. </w:t>
      </w:r>
      <w:r>
        <w:rPr>
          <w:rFonts w:ascii="Consolas" w:hAnsi="Consolas"/>
          <w:b w:val="0"/>
          <w:i w:val="0"/>
          <w:sz w:val="20"/>
        </w:rPr>
        <w:br/>
        <w:br/>
        <w:t xml:space="preserve">       color</w:t>
        <w:br/>
        <w:t xml:space="preserve">      </w:t>
        <w:br/>
      </w:r>
      <w:r>
        <w:rPr>
          <w:b w:val="0"/>
          <w:i w:val="0"/>
        </w:rPr>
        <w:t xml:space="preserve"> có thể dùng bất kỳ định nghĩa màu thông thường nào trong </w:t>
      </w:r>
      <w:r>
        <w:rPr>
          <w:rFonts w:ascii="Consolas" w:hAnsi="Consolas"/>
          <w:b w:val="0"/>
          <w:i w:val="0"/>
          <w:sz w:val="20"/>
        </w:rPr>
        <w:br/>
        <w:br/>
        <w:t xml:space="preserve">       matplotlib</w:t>
        <w:br/>
        <w:t xml:space="preserve">      </w:t>
        <w:br/>
      </w:r>
      <w:r>
        <w:rPr>
          <w:b w:val="0"/>
          <w:i w:val="0"/>
        </w:rPr>
        <w:t xml:space="preserve"> , chẳng hạn như màu hex, RGB, v.v. Xem tài liệu để biết thêm chi tiết: </w:t>
      </w:r>
      <w:r>
        <w:rPr>
          <w:rFonts w:ascii="Consolas" w:hAnsi="Consolas"/>
          <w:b w:val="0"/>
          <w:i w:val="0"/>
          <w:sz w:val="20"/>
        </w:rPr>
        <w:br/>
        <w:br/>
        <w:t xml:space="preserve">        https://matplotlib.org/stable/users/explain/colors/colors.html</w:t>
        <w:br/>
        <w:t xml:space="preserve">       </w:t>
        <w:br/>
      </w:r>
      <w:r>
        <w:rPr>
          <w:b w:val="0"/>
          <w:i w:val="0"/>
        </w:rPr>
        <w:t xml:space="preserve"> .</w:t>
      </w:r>
    </w:p>
    <w:p>
      <w:pPr>
        <w:spacing w:after="80"/>
      </w:pPr>
      <w:r>
        <w:rPr>
          <w:b w:val="0"/>
          <w:i w:val="0"/>
        </w:rPr>
        <w:t>Hãy nhớ rằng bạn có thể dùng màu XKCD hoặc nhờ GenAI tạo một bảng màu.</w:t>
      </w:r>
    </w:p>
    <w:p>
      <w:pPr>
        <w:spacing w:after="80"/>
      </w:pPr>
      <w:r>
        <w:rPr>
          <w:b w:val="0"/>
          <w:i w:val="0"/>
        </w:rPr>
        <w:t>Ví dụ, chúng ta có thể tạo một đồ thị ngẫu nhiên bằng bốn chiều theo cách sau:</w:t>
      </w:r>
    </w:p>
    <w:p>
      <w:pPr>
        <w:spacing w:after="0"/>
        <w:ind w:left="360"/>
        <w:shd w:val="clear" w:color="auto" w:fill="F2F2F2"/>
      </w:pPr>
      <w:r>
        <w:rPr>
          <w:rFonts w:ascii="Consolas" w:hAnsi="Consolas"/>
          <w:sz w:val="18"/>
        </w:rPr>
        <w:t>&gt;&gt;&gt; import matplotlib.pyplot as plt</w:t>
      </w:r>
    </w:p>
    <w:p>
      <w:pPr>
        <w:spacing w:after="0"/>
        <w:ind w:left="360"/>
        <w:shd w:val="clear" w:color="auto" w:fill="F2F2F2"/>
      </w:pPr>
      <w:r>
        <w:rPr>
          <w:rFonts w:ascii="Consolas" w:hAnsi="Consolas"/>
          <w:sz w:val="18"/>
        </w:rPr>
        <w:t>&gt;&gt;&gt; import random</w:t>
      </w:r>
    </w:p>
    <w:p>
      <w:pPr>
        <w:spacing w:after="0"/>
        <w:ind w:left="360"/>
        <w:shd w:val="clear" w:color="auto" w:fill="F2F2F2"/>
      </w:pPr>
      <w:r>
        <w:rPr>
          <w:rFonts w:ascii="Consolas" w:hAnsi="Consolas"/>
          <w:sz w:val="18"/>
        </w:rPr>
        <w:t>&gt;&gt;&gt; NUM_POINTS = 100</w:t>
      </w:r>
    </w:p>
    <w:p>
      <w:pPr>
        <w:spacing w:after="0"/>
        <w:ind w:left="360"/>
        <w:shd w:val="clear" w:color="auto" w:fill="F2F2F2"/>
      </w:pPr>
      <w:r>
        <w:rPr>
          <w:rFonts w:ascii="Consolas" w:hAnsi="Consolas"/>
          <w:sz w:val="18"/>
        </w:rPr>
        <w:t>&gt;&gt;&gt; COLOR_SCALE = [</w:t>
      </w:r>
    </w:p>
    <w:p>
      <w:pPr>
        <w:spacing w:after="0"/>
        <w:ind w:left="360"/>
        <w:shd w:val="clear" w:color="auto" w:fill="F2F2F2"/>
      </w:pPr>
      <w:r>
        <w:rPr>
          <w:rFonts w:ascii="Consolas" w:hAnsi="Consolas"/>
          <w:sz w:val="18"/>
        </w:rPr>
        <w:t>...     '#8B1E1E',  # darkest – muted red</w:t>
      </w:r>
    </w:p>
    <w:p>
      <w:pPr>
        <w:spacing w:after="0"/>
        <w:ind w:left="360"/>
        <w:shd w:val="clear" w:color="auto" w:fill="F2F2F2"/>
      </w:pPr>
      <w:r>
        <w:rPr>
          <w:rFonts w:ascii="Consolas" w:hAnsi="Consolas"/>
          <w:sz w:val="18"/>
        </w:rPr>
        <w:t>...     '#1F6F43',  # dark green</w:t>
      </w:r>
    </w:p>
    <w:p>
      <w:pPr>
        <w:spacing w:after="0"/>
        <w:ind w:left="360"/>
        <w:shd w:val="clear" w:color="auto" w:fill="F2F2F2"/>
      </w:pPr>
      <w:r>
        <w:rPr>
          <w:rFonts w:ascii="Consolas" w:hAnsi="Consolas"/>
          <w:sz w:val="18"/>
        </w:rPr>
        <w:t>...     '#B36A00',  # amber</w:t>
      </w:r>
    </w:p>
    <w:p>
      <w:pPr>
        <w:spacing w:after="0"/>
        <w:ind w:left="360"/>
        <w:shd w:val="clear" w:color="auto" w:fill="F2F2F2"/>
      </w:pPr>
      <w:r>
        <w:rPr>
          <w:rFonts w:ascii="Consolas" w:hAnsi="Consolas"/>
          <w:sz w:val="18"/>
        </w:rPr>
        <w:t>...     '#4F8F6A',  # mid green</w:t>
      </w:r>
    </w:p>
    <w:p>
      <w:pPr>
        <w:spacing w:after="0"/>
        <w:ind w:left="360"/>
        <w:shd w:val="clear" w:color="auto" w:fill="F2F2F2"/>
      </w:pPr>
      <w:r>
        <w:rPr>
          <w:rFonts w:ascii="Consolas" w:hAnsi="Consolas"/>
          <w:sz w:val="18"/>
        </w:rPr>
        <w:t>...     '#C9B458'   # brightest – muted gold</w:t>
      </w:r>
    </w:p>
    <w:p>
      <w:pPr>
        <w:spacing w:after="0"/>
        <w:ind w:left="360"/>
        <w:shd w:val="clear" w:color="auto" w:fill="F2F2F2"/>
      </w:pPr>
      <w:r>
        <w:rPr>
          <w:rFonts w:ascii="Consolas" w:hAnsi="Consolas"/>
          <w:sz w:val="18"/>
        </w:rPr>
        <w:t>... ]</w:t>
      </w:r>
    </w:p>
    <w:p>
      <w:pPr>
        <w:spacing w:after="0"/>
        <w:ind w:left="360"/>
        <w:shd w:val="clear" w:color="auto" w:fill="F2F2F2"/>
      </w:pPr>
      <w:r>
        <w:rPr>
          <w:rFonts w:ascii="Consolas" w:hAnsi="Consolas"/>
          <w:sz w:val="18"/>
        </w:rPr>
        <w:t>&gt;&gt;&gt; data_x = [random.random() for _ in range(NUM_POINTS)]</w:t>
      </w:r>
    </w:p>
    <w:p>
      <w:pPr>
        <w:spacing w:after="0"/>
        <w:ind w:left="360"/>
        <w:shd w:val="clear" w:color="auto" w:fill="F2F2F2"/>
      </w:pPr>
      <w:r>
        <w:rPr>
          <w:rFonts w:ascii="Consolas" w:hAnsi="Consolas"/>
          <w:sz w:val="18"/>
        </w:rPr>
        <w:t>&gt;&gt;&gt; data_y = [random.random() for _ in range(NUM_POINTS)]</w:t>
      </w:r>
    </w:p>
    <w:p>
      <w:pPr>
        <w:spacing w:after="0"/>
        <w:ind w:left="360"/>
        <w:shd w:val="clear" w:color="auto" w:fill="F2F2F2"/>
      </w:pPr>
      <w:r>
        <w:rPr>
          <w:rFonts w:ascii="Consolas" w:hAnsi="Consolas"/>
          <w:sz w:val="18"/>
        </w:rPr>
        <w:t>&gt;&gt;&gt; size = [(50 * random.random()) ** 2 for _ in range(NUM_POINTS)]</w:t>
      </w:r>
    </w:p>
    <w:p>
      <w:pPr>
        <w:spacing w:after="0"/>
        <w:ind w:left="360"/>
        <w:shd w:val="clear" w:color="auto" w:fill="F2F2F2"/>
      </w:pPr>
      <w:r>
        <w:rPr>
          <w:rFonts w:ascii="Consolas" w:hAnsi="Consolas"/>
          <w:sz w:val="18"/>
        </w:rPr>
        <w:t>&gt;&gt;&gt; color = [random.choice(COLOR_SCALE) for _ in range(NUM_POINTS)]</w:t>
      </w:r>
    </w:p>
    <w:p>
      <w:pPr>
        <w:spacing w:after="0"/>
        <w:ind w:left="360"/>
        <w:shd w:val="clear" w:color="auto" w:fill="F2F2F2"/>
      </w:pPr>
      <w:r>
        <w:rPr>
          <w:rFonts w:ascii="Consolas" w:hAnsi="Consolas"/>
          <w:sz w:val="18"/>
        </w:rPr>
        <w:t>&gt;&gt;&gt; plt.scatter(data_x, data_y, s=size, c=color, alpha=0.5)</w:t>
      </w:r>
    </w:p>
    <w:p>
      <w:pPr>
        <w:spacing w:after="0"/>
        <w:ind w:left="360"/>
        <w:shd w:val="clear" w:color="auto" w:fill="F2F2F2"/>
      </w:pPr>
      <w:r>
        <w:rPr>
          <w:rFonts w:ascii="Consolas" w:hAnsi="Consolas"/>
          <w:sz w:val="18"/>
        </w:rPr>
        <w:t>&lt;matplotlib.collections.PathCollection object at 0x115920a50&gt;</w:t>
      </w:r>
    </w:p>
    <w:p>
      <w:pPr>
        <w:spacing w:after="0"/>
        <w:ind w:left="360"/>
        <w:shd w:val="clear" w:color="auto" w:fill="F2F2F2"/>
      </w:pPr>
      <w:r>
        <w:rPr>
          <w:rFonts w:ascii="Consolas" w:hAnsi="Consolas"/>
          <w:sz w:val="18"/>
        </w:rPr>
        <w:t>&gt;&gt;&gt; plt.show()</w:t>
      </w:r>
    </w:p>
    <w:p>
      <w:pPr>
        <w:spacing w:after="40"/>
      </w:pPr>
    </w:p>
    <w:p>
      <w:pPr>
        <w:spacing w:after="80"/>
      </w:pPr>
      <w:r>
        <w:rPr>
          <w:rFonts w:ascii="Consolas" w:hAnsi="Consolas"/>
          <w:b w:val="0"/>
          <w:i w:val="0"/>
          <w:sz w:val="20"/>
        </w:rPr>
        <w:br/>
        <w:br/>
        <w:t xml:space="preserve">      COLOR_SCALE</w:t>
        <w:br/>
        <w:t xml:space="preserve">     </w:t>
        <w:br/>
      </w:r>
      <w:r>
        <w:rPr>
          <w:b w:val="0"/>
          <w:i w:val="0"/>
        </w:rPr>
        <w:t xml:space="preserve"> chuyển từ đỏ sang xanh lá rồi sang vàng, và kích thước của mỗi điểm sẽ nằm trong khoảng từ 0 đến 50 điểm theo đường kính. Kết quả sẽ trông đại loại như thế này:</w:t>
      </w:r>
    </w:p>
    <w:p>
      <w:pPr>
        <w:jc w:val="center"/>
      </w:pPr>
      <w:r>
        <w:drawing>
          <wp:inline xmlns:a="http://schemas.openxmlformats.org/drawingml/2006/main" xmlns:pic="http://schemas.openxmlformats.org/drawingml/2006/picture">
            <wp:extent cx="5486400" cy="4755576"/>
            <wp:docPr id="72" name="Picture 72"/>
            <wp:cNvGraphicFramePr>
              <a:graphicFrameLocks noChangeAspect="1"/>
            </wp:cNvGraphicFramePr>
            <a:graphic>
              <a:graphicData uri="http://schemas.openxmlformats.org/drawingml/2006/picture">
                <pic:pic>
                  <pic:nvPicPr>
                    <pic:cNvPr id="0" name="B36973_8_9.png"/>
                    <pic:cNvPicPr/>
                  </pic:nvPicPr>
                  <pic:blipFill>
                    <a:blip r:embed="rId74"/>
                    <a:stretch>
                      <a:fillRect/>
                    </a:stretch>
                  </pic:blipFill>
                  <pic:spPr>
                    <a:xfrm>
                      <a:off x="0" y="0"/>
                      <a:ext cx="5486400" cy="4755576"/>
                    </a:xfrm>
                    <a:prstGeom prst="rect"/>
                  </pic:spPr>
                </pic:pic>
              </a:graphicData>
            </a:graphic>
          </wp:inline>
        </w:drawing>
      </w:r>
    </w:p>
    <w:p>
      <w:pPr>
        <w:spacing w:after="160"/>
        <w:jc w:val="center"/>
      </w:pPr>
      <w:r>
        <w:rPr>
          <w:rFonts w:ascii="Calibri" w:hAnsi="Calibri"/>
          <w:b w:val="0"/>
          <w:i/>
          <w:sz w:val="19"/>
        </w:rPr>
        <w:t>Hình 8.9: Hiển thị các điểm, kích thước và màu sắc</w:t>
      </w:r>
    </w:p>
    <w:p>
      <w:pPr>
        <w:spacing w:after="80"/>
      </w:pPr>
      <w:r>
        <w:rPr>
          <w:b w:val="0"/>
          <w:i w:val="0"/>
        </w:rPr>
        <w:t>Lưu ý rằng các giá trị là ngẫu nhiên, nên mỗi lần chạy mã sẽ tạo ra một đồ thị khác nhau.</w:t>
      </w:r>
    </w:p>
    <w:p>
      <w:pPr>
        <w:spacing w:after="80"/>
      </w:pPr>
      <w:r>
        <w:rPr>
          <w:b w:val="0"/>
          <w:i w:val="0"/>
        </w:rPr>
        <w:t>Giá trị alpha làm cho mỗi điểm trở nên bán trong suốt, cho phép chúng ta thấy chỗ chúng chồng lên nhau. Giá trị này càng cao thì các điểm càng ít trong suốt. Tham số này sẽ ảnh hưởng đến màu hiển thị vì nó sẽ hòa trộn điểm với nền.</w:t>
      </w:r>
    </w:p>
    <w:p>
      <w:pPr>
        <w:spacing w:after="80"/>
      </w:pPr>
      <w:r>
        <w:rPr>
          <w:b/>
          <w:i w:val="0"/>
        </w:rPr>
        <w:t>Mẹo</w:t>
      </w:r>
    </w:p>
    <w:p>
      <w:pPr>
        <w:spacing w:after="80"/>
      </w:pPr>
      <w:r>
        <w:rPr>
          <w:b w:val="0"/>
          <w:i w:val="0"/>
        </w:rPr>
        <w:t>Mặc dù có thể hiển thị các giá trị độc lập thông qua kích thước và màu sắc của đồ thị, chúng cũng có thể có liên quan với nhau. Ví dụ, cho màu phụ thuộc vào kích thước sẽ khiến tất cả các điểm cùng kích thước có cùng màu, điều này có thể giúp chúng ta phân biệt các thành phần khác nhau của dữ liệu, củng cố thông tin. Hãy nhớ rằng mục tiêu cuối cùng của một đồ thị là làm cho dữ liệu dễ hiểu. Hãy thử nhiều cách tiếp cận khác nhau để đạt được điều đó.</w:t>
      </w:r>
    </w:p>
    <w:p>
      <w:pPr>
        <w:spacing w:after="80"/>
      </w:pPr>
      <w:r>
        <w:rPr>
          <w:b w:val="0"/>
          <w:i w:val="0"/>
        </w:rPr>
        <w:t xml:space="preserve">Bạn cũng có thể nhận được các gợi ý bằng cách dùng công cụ GenAI để xem cách tốt nhất để trình bày một số dữ liệu nhất định là gì và nhanh chóng thử nghiệm các giải pháp. Ví dụ, thay đổi dải màu rất dễ dàng với GenAI, nhưng bạn có thể tham vọng hơn và lấy ý tưởng thông qua các câu lệnh như ' </w:t>
      </w:r>
      <w:r>
        <w:rPr>
          <w:b w:val="0"/>
          <w:i/>
        </w:rPr>
        <w:t xml:space="preserve"> kiểu </w:t>
      </w:r>
      <w:r>
        <w:rPr>
          <w:b w:val="0"/>
          <w:i w:val="0"/>
        </w:rPr>
        <w:t xml:space="preserve"> </w:t>
      </w:r>
      <w:r>
        <w:rPr>
          <w:b w:val="0"/>
          <w:i/>
        </w:rPr>
        <w:t xml:space="preserve"> đồ thị </w:t>
      </w:r>
      <w:r>
        <w:rPr>
          <w:b w:val="0"/>
          <w:i w:val="0"/>
        </w:rPr>
        <w:t xml:space="preserve"> </w:t>
      </w:r>
      <w:r>
        <w:rPr>
          <w:b w:val="0"/>
          <w:i/>
        </w:rPr>
        <w:t xml:space="preserve"> </w:t>
      </w:r>
      <w:r>
        <w:rPr>
          <w:b w:val="0"/>
          <w:i w:val="0"/>
        </w:rPr>
        <w:t xml:space="preserve"> </w:t>
      </w:r>
      <w:r>
        <w:rPr>
          <w:b w:val="0"/>
          <w:i/>
        </w:rPr>
        <w:t xml:space="preserve"> nào là tốt nhất </w:t>
      </w:r>
      <w:r>
        <w:rPr>
          <w:b w:val="0"/>
          <w:i w:val="0"/>
        </w:rPr>
        <w:t xml:space="preserve"> </w:t>
      </w:r>
      <w:r>
        <w:rPr>
          <w:b w:val="0"/>
          <w:i/>
        </w:rPr>
        <w:t xml:space="preserve"> để </w:t>
      </w:r>
      <w:r>
        <w:rPr>
          <w:b w:val="0"/>
          <w:i w:val="0"/>
        </w:rPr>
        <w:t xml:space="preserve"> </w:t>
      </w:r>
      <w:r>
        <w:rPr>
          <w:b w:val="0"/>
          <w:i/>
        </w:rPr>
        <w:t xml:space="preserve"> hiển thị </w:t>
      </w:r>
      <w:r>
        <w:rPr>
          <w:b w:val="0"/>
          <w:i w:val="0"/>
        </w:rPr>
        <w:t xml:space="preserve"> </w:t>
      </w:r>
      <w:r>
        <w:rPr>
          <w:b w:val="0"/>
          <w:i/>
        </w:rPr>
        <w:t xml:space="preserve"> dữ liệu này thể hiện </w:t>
      </w:r>
      <w:r>
        <w:rPr>
          <w:b w:val="0"/>
          <w:i w:val="0"/>
        </w:rPr>
        <w:t xml:space="preserve"> </w:t>
      </w:r>
      <w:r>
        <w:rPr>
          <w:b w:val="0"/>
          <w:i/>
        </w:rPr>
        <w:t xml:space="preserve"> công suất so với mức tiêu thụ năng lượng cho các loại </w:t>
      </w:r>
      <w:r>
        <w:rPr>
          <w:b w:val="0"/>
          <w:i w:val="0"/>
        </w:rPr>
        <w:t xml:space="preserve"> </w:t>
      </w:r>
      <w:r>
        <w:rPr>
          <w:b w:val="0"/>
          <w:i/>
        </w:rPr>
        <w:t xml:space="preserve"> máy </w:t>
      </w:r>
      <w:r>
        <w:rPr>
          <w:b w:val="0"/>
          <w:i w:val="0"/>
        </w:rPr>
        <w:t xml:space="preserve"> </w:t>
      </w:r>
      <w:r>
        <w:rPr>
          <w:b w:val="0"/>
          <w:i/>
        </w:rPr>
        <w:t xml:space="preserve"> khác nhau </w:t>
      </w:r>
      <w:r>
        <w:rPr>
          <w:b w:val="0"/>
          <w:i w:val="0"/>
        </w:rPr>
        <w:t xml:space="preserve"> </w:t>
      </w:r>
      <w:r>
        <w:rPr>
          <w:b w:val="0"/>
          <w:i/>
        </w:rPr>
        <w:t xml:space="preserve"> ? </w:t>
      </w:r>
      <w:r>
        <w:rPr>
          <w:b w:val="0"/>
          <w:i w:val="0"/>
        </w:rPr>
        <w:t xml:space="preserve"> '</w:t>
      </w:r>
    </w:p>
    <w:p>
      <w:pPr>
        <w:spacing w:after="80"/>
      </w:pPr>
      <w:r>
        <w:rPr>
          <w:b w:val="0"/>
          <w:i w:val="0"/>
        </w:rPr>
        <w:t xml:space="preserve">Toàn bộ tài liệu </w:t>
      </w:r>
      <w:r>
        <w:rPr>
          <w:rFonts w:ascii="Consolas" w:hAnsi="Consolas"/>
          <w:b w:val="0"/>
          <w:i w:val="0"/>
          <w:sz w:val="20"/>
        </w:rPr>
        <w:br/>
        <w:br/>
        <w:t xml:space="preserve">      matplotlib</w:t>
        <w:br/>
        <w:t xml:space="preserve">     </w:t>
        <w:br/>
      </w:r>
      <w:r>
        <w:rPr>
          <w:b w:val="0"/>
          <w:i w:val="0"/>
        </w:rPr>
        <w:t xml:space="preserve"> có thể được tìm thấy ở đây: </w:t>
      </w:r>
      <w:r>
        <w:rPr>
          <w:rFonts w:ascii="Consolas" w:hAnsi="Consolas"/>
          <w:b w:val="0"/>
          <w:i w:val="0"/>
          <w:sz w:val="20"/>
        </w:rPr>
        <w:br/>
        <w:br/>
        <w:t xml:space="preserve">       https://matplotlib.org/</w:t>
        <w:br/>
        <w:t xml:space="preserve">      </w:t>
        <w:br/>
      </w:r>
      <w:r>
        <w:rPr>
          <w:b w:val="0"/>
          <w:i w:val="0"/>
        </w:rPr>
        <w:t xml:space="preserve"> .</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Hiển thị nhiều đường </w:t>
      </w:r>
      <w:r>
        <w:rPr>
          <w:b w:val="0"/>
          <w:i w:val="0"/>
        </w:rPr>
        <w:t xml:space="preserve"> , ở phần trước trong chương này, để học cách vẽ nhiều đường theo một chuỗi thời gian.</w:t>
      </w:r>
    </w:p>
    <w:p>
      <w:pPr>
        <w:spacing w:after="80"/>
        <w:ind w:left="360"/>
      </w:pPr>
      <w:r>
        <w:t xml:space="preserve">• </w:t>
      </w:r>
      <w:r>
        <w:rPr>
          <w:b w:val="0"/>
          <w:i w:val="0"/>
        </w:rPr>
        <w:t xml:space="preserve">Công thức </w:t>
      </w:r>
      <w:r>
        <w:rPr>
          <w:b w:val="0"/>
          <w:i/>
        </w:rPr>
        <w:t xml:space="preserve"> Thêm chú giải và ghi chú </w:t>
      </w:r>
      <w:r>
        <w:rPr>
          <w:b w:val="0"/>
          <w:i w:val="0"/>
        </w:rPr>
        <w:t xml:space="preserve"> , ở phần sau trong chương này, để học cách thêm thông tin ngữ cảnh vào một đồ thị.</w:t>
      </w:r>
    </w:p>
    <w:p>
      <w:pPr>
        <w:pStyle w:val="Heading2"/>
      </w:pPr>
      <w:r>
        <w:rPr>
          <w:rFonts w:ascii="Calibri" w:hAnsi="Calibri"/>
          <w:b/>
          <w:i w:val="0"/>
          <w:sz w:val="32"/>
        </w:rPr>
        <w:t>Trực quan hóa thông tin bản đồ</w:t>
      </w:r>
    </w:p>
    <w:p>
      <w:pPr>
        <w:spacing w:after="80"/>
      </w:pPr>
      <w:r>
        <w:rPr>
          <w:b w:val="0"/>
          <w:i w:val="0"/>
        </w:rPr>
        <w:t>Cách tốt nhất để hiển thị thông tin thay đổi theo từng vùng là tạo một bản đồ trình bày thông tin theo cách mang lại cảm giác về vị trí địa lý.</w:t>
      </w:r>
    </w:p>
    <w:p>
      <w:pPr>
        <w:spacing w:after="80"/>
      </w:pPr>
      <w:r>
        <w:rPr>
          <w:b w:val="0"/>
          <w:i w:val="0"/>
        </w:rPr>
        <w:t xml:space="preserve">Trong công thức này, chúng ta sẽ sử dụng mô-đun </w:t>
      </w:r>
      <w:r>
        <w:rPr>
          <w:rFonts w:ascii="Consolas" w:hAnsi="Consolas"/>
          <w:b w:val="0"/>
          <w:i w:val="0"/>
          <w:sz w:val="20"/>
        </w:rPr>
        <w:br/>
        <w:br/>
        <w:t xml:space="preserve">      Geopandas</w:t>
        <w:br/>
        <w:t xml:space="preserve">     </w:t>
        <w:br/>
      </w:r>
      <w:r>
        <w:rPr>
          <w:b w:val="0"/>
          <w:i w:val="0"/>
        </w:rPr>
        <w:t xml:space="preserve"> để nhập thông tin GIS, cũng như </w:t>
      </w:r>
      <w:r>
        <w:rPr>
          <w:rFonts w:ascii="Consolas" w:hAnsi="Consolas"/>
          <w:b w:val="0"/>
          <w:i w:val="0"/>
          <w:sz w:val="20"/>
        </w:rPr>
        <w:br/>
        <w:br/>
        <w:t xml:space="preserve">      matplotlib</w:t>
        <w:br/>
        <w:t xml:space="preserve">     </w:t>
        <w:br/>
      </w:r>
      <w:r>
        <w:rPr>
          <w:b w:val="0"/>
          <w:i w:val="0"/>
        </w:rPr>
        <w:t xml:space="preserve"> để hiển thị nó. Chúng ta sẽ hiển thị bản đồ Tây Âu và thể hiện dân số của từng quốc gia bằng thang màu. Màu càng đậm thì dân số càng lớn.</w:t>
      </w:r>
    </w:p>
    <w:p>
      <w:pPr>
        <w:pStyle w:val="Heading3"/>
      </w:pPr>
      <w:r>
        <w:rPr>
          <w:rFonts w:ascii="Calibri" w:hAnsi="Calibri"/>
          <w:b/>
          <w:i w:val="0"/>
          <w:sz w:val="26"/>
        </w:rPr>
        <w:t>Chuẩn bị</w:t>
      </w:r>
    </w:p>
    <w:p>
      <w:pPr>
        <w:spacing w:after="80"/>
      </w:pPr>
      <w:r>
        <w:rPr>
          <w:b w:val="0"/>
          <w:i w:val="0"/>
        </w:rPr>
        <w:t xml:space="preserve">Chúng ta cần cài đặt </w:t>
      </w:r>
      <w:r>
        <w:rPr>
          <w:rFonts w:ascii="Consolas" w:hAnsi="Consolas"/>
          <w:b w:val="0"/>
          <w:i w:val="0"/>
          <w:sz w:val="20"/>
        </w:rPr>
        <w:br/>
        <w:br/>
        <w:t xml:space="preserve">      matplotlib</w:t>
        <w:br/>
        <w:t xml:space="preserve">     </w:t>
        <w:br/>
      </w:r>
      <w:r>
        <w:rPr>
          <w:b w:val="0"/>
          <w:i w:val="0"/>
        </w:rPr>
        <w:t xml:space="preserve"> và </w:t>
      </w:r>
      <w:r>
        <w:rPr>
          <w:rFonts w:ascii="Consolas" w:hAnsi="Consolas"/>
          <w:b w:val="0"/>
          <w:i w:val="0"/>
          <w:sz w:val="20"/>
        </w:rPr>
        <w:br/>
        <w:br/>
        <w:t xml:space="preserve">      geopandas</w:t>
        <w:br/>
        <w:t xml:space="preserve">     </w:t>
        <w:br/>
      </w:r>
      <w:r>
        <w:rPr>
          <w:b w:val="0"/>
          <w:i w:val="0"/>
        </w:rPr>
        <w:t xml:space="preserve"> trong môi trường ảo của mình:</w:t>
      </w:r>
    </w:p>
    <w:p>
      <w:pPr>
        <w:spacing w:after="0"/>
        <w:ind w:left="360"/>
        <w:shd w:val="clear" w:color="auto" w:fill="F2F2F2"/>
      </w:pPr>
      <w:r>
        <w:rPr>
          <w:rFonts w:ascii="Consolas" w:hAnsi="Consolas"/>
          <w:sz w:val="18"/>
        </w:rPr>
        <w:t>$ echo "matplotlib==3.10.8" &gt;&gt; requirements.txt</w:t>
      </w:r>
    </w:p>
    <w:p>
      <w:pPr>
        <w:spacing w:after="0"/>
        <w:ind w:left="360"/>
        <w:shd w:val="clear" w:color="auto" w:fill="F2F2F2"/>
      </w:pPr>
      <w:r>
        <w:rPr>
          <w:rFonts w:ascii="Consolas" w:hAnsi="Consolas"/>
          <w:sz w:val="18"/>
        </w:rPr>
        <w:t>$ echo "geopandas==1.1.2" &gt;&gt; requirements.txt</w:t>
      </w:r>
    </w:p>
    <w:p>
      <w:pPr>
        <w:spacing w:after="0"/>
        <w:ind w:left="360"/>
        <w:shd w:val="clear" w:color="auto" w:fill="F2F2F2"/>
      </w:pPr>
      <w:r>
        <w:rPr>
          <w:rFonts w:ascii="Consolas" w:hAnsi="Consolas"/>
          <w:sz w:val="18"/>
        </w:rPr>
        <w:t>$ uv pip install -r requirements.txt</w:t>
      </w:r>
    </w:p>
    <w:p>
      <w:pPr>
        <w:spacing w:after="40"/>
      </w:pPr>
    </w:p>
    <w:p>
      <w:pPr>
        <w:spacing w:after="80"/>
      </w:pPr>
      <w:r>
        <w:rPr>
          <w:b w:val="0"/>
          <w:i w:val="0"/>
        </w:rPr>
        <w:t>Dữ liệu bản đồ cần được tải xuống. May mắn thay, có rất nhiều thông tin địa lý được cung cấp miễn phí. Một tìm kiếm trên Google sẽ nhanh chóng trả về gần như mọi thứ bạn cần, bao gồm thông tin chi tiết về các vùng, quận, sông ngòi hoặc bất kỳ loại dữ liệu nào khác.</w:t>
      </w:r>
    </w:p>
    <w:p>
      <w:pPr>
        <w:spacing w:after="80"/>
      </w:pPr>
      <w:r>
        <w:rPr>
          <w:b/>
          <w:i w:val="0"/>
        </w:rPr>
        <w:t>Lưu ý</w:t>
      </w:r>
    </w:p>
    <w:p>
      <w:pPr>
        <w:spacing w:after="80"/>
      </w:pPr>
      <w:r>
        <w:rPr>
          <w:b w:val="0"/>
          <w:i w:val="0"/>
        </w:rPr>
        <w:t xml:space="preserve">Thông tin GIS có sẵn ở nhiều định dạng khác nhau từ rất nhiều tổ chức công. </w:t>
      </w:r>
      <w:r>
        <w:rPr>
          <w:rFonts w:ascii="Consolas" w:hAnsi="Consolas"/>
          <w:b w:val="0"/>
          <w:i w:val="0"/>
          <w:sz w:val="20"/>
        </w:rPr>
        <w:br/>
        <w:br/>
        <w:t xml:space="preserve">       geopandas</w:t>
        <w:br/>
        <w:t xml:space="preserve">      </w:t>
        <w:br/>
      </w:r>
      <w:r>
        <w:rPr>
          <w:b w:val="0"/>
          <w:i w:val="0"/>
        </w:rPr>
        <w:t xml:space="preserve"> có thể xử lý hầu hết các định dạng phổ biến và có thể xử lý chúng theo cách tương đương nhau, nhưng vẫn có những khác biệt nhỏ. Đọc tài liệu để biết thêm chi tiết: </w:t>
      </w:r>
      <w:r>
        <w:rPr>
          <w:rFonts w:ascii="Consolas" w:hAnsi="Consolas"/>
          <w:b w:val="0"/>
          <w:i w:val="0"/>
          <w:sz w:val="20"/>
        </w:rPr>
        <w:br/>
        <w:br/>
        <w:t xml:space="preserve">        https://geopandas.org/en/stable/docs.html</w:t>
        <w:br/>
        <w:t xml:space="preserve">       </w:t>
        <w:br/>
      </w:r>
      <w:r>
        <w:rPr>
          <w:b w:val="0"/>
          <w:i w:val="0"/>
        </w:rPr>
        <w:t xml:space="preserve"> .</w:t>
      </w:r>
    </w:p>
    <w:p>
      <w:pPr>
        <w:spacing w:after="80"/>
      </w:pPr>
      <w:r>
        <w:rPr>
          <w:b w:val="0"/>
          <w:i w:val="0"/>
        </w:rPr>
        <w:t xml:space="preserve">Dữ liệu chúng ta sẽ dùng trong công thức này, bao gồm tất cả các quốc gia châu Âu, có sẵn trên GitHub tại URL sau: </w:t>
      </w:r>
      <w:r>
        <w:rPr>
          <w:rFonts w:ascii="Consolas" w:hAnsi="Consolas"/>
          <w:b w:val="0"/>
          <w:i w:val="0"/>
          <w:sz w:val="20"/>
        </w:rPr>
        <w:br/>
        <w:br/>
        <w:t xml:space="preserve">       https://github.com/leakyMirror/map-of-europe/blob/master/GeoJSON/europe.geojson</w:t>
        <w:br/>
        <w:t xml:space="preserve">      </w:t>
        <w:br/>
      </w:r>
      <w:r>
        <w:rPr>
          <w:b w:val="0"/>
          <w:i w:val="0"/>
        </w:rPr>
        <w:t xml:space="preserve"> . Lưu ý rằng nó ở định dạng GeoJSON, một chuẩn dễ làm việc.</w:t>
      </w:r>
    </w:p>
    <w:p>
      <w:pPr>
        <w:pStyle w:val="Heading3"/>
      </w:pPr>
      <w:r>
        <w:rPr>
          <w:rFonts w:ascii="Calibri" w:hAnsi="Calibri"/>
          <w:b/>
          <w:i w:val="0"/>
          <w:sz w:val="26"/>
        </w:rPr>
        <w:t>Cách thực hiện...</w:t>
      </w:r>
    </w:p>
    <w:p>
      <w:pPr>
        <w:spacing w:after="80"/>
        <w:ind w:left="360"/>
      </w:pPr>
      <w:r>
        <w:t xml:space="preserve">1. </w:t>
      </w:r>
      <w:r>
        <w:rPr>
          <w:b w:val="0"/>
          <w:i w:val="0"/>
        </w:rPr>
        <w:t>Nhập các mô-đun:</w:t>
      </w:r>
    </w:p>
    <w:p>
      <w:pPr>
        <w:spacing w:after="0"/>
        <w:ind w:left="360"/>
        <w:shd w:val="clear" w:color="auto" w:fill="F2F2F2"/>
      </w:pPr>
      <w:r>
        <w:rPr>
          <w:rFonts w:ascii="Consolas" w:hAnsi="Consolas"/>
          <w:sz w:val="18"/>
        </w:rPr>
        <w:t>&gt;&gt;&gt; import matplotlib.pyplot as plt</w:t>
      </w:r>
    </w:p>
    <w:p>
      <w:pPr>
        <w:spacing w:after="0"/>
        <w:ind w:left="360"/>
        <w:shd w:val="clear" w:color="auto" w:fill="F2F2F2"/>
      </w:pPr>
      <w:r>
        <w:rPr>
          <w:rFonts w:ascii="Consolas" w:hAnsi="Consolas"/>
          <w:sz w:val="18"/>
        </w:rPr>
        <w:t>&gt;&gt;&gt; import geopandas</w:t>
      </w:r>
    </w:p>
    <w:p>
      <w:pPr>
        <w:spacing w:after="40"/>
      </w:pPr>
    </w:p>
    <w:p>
      <w:pPr>
        <w:spacing w:after="80"/>
        <w:ind w:left="360"/>
      </w:pPr>
      <w:r>
        <w:t xml:space="preserve">2. </w:t>
      </w:r>
      <w:r>
        <w:rPr>
          <w:b w:val="0"/>
          <w:i w:val="0"/>
        </w:rPr>
        <w:t>Tải dân số của các quốc gia cần hiển thị:</w:t>
      </w:r>
    </w:p>
    <w:p>
      <w:pPr>
        <w:spacing w:after="0"/>
        <w:ind w:left="360"/>
        <w:shd w:val="clear" w:color="auto" w:fill="F2F2F2"/>
      </w:pPr>
      <w:r>
        <w:rPr>
          <w:rFonts w:ascii="Consolas" w:hAnsi="Consolas"/>
          <w:sz w:val="18"/>
        </w:rPr>
        <w:t>&gt;&gt;&gt; COUNTRIES_POPULATION = {</w:t>
      </w:r>
    </w:p>
    <w:p>
      <w:pPr>
        <w:spacing w:after="0"/>
        <w:ind w:left="360"/>
        <w:shd w:val="clear" w:color="auto" w:fill="F2F2F2"/>
      </w:pPr>
      <w:r>
        <w:rPr>
          <w:rFonts w:ascii="Consolas" w:hAnsi="Consolas"/>
          <w:sz w:val="18"/>
        </w:rPr>
        <w:t>...     'Spain': 47.8,</w:t>
      </w:r>
    </w:p>
    <w:p>
      <w:pPr>
        <w:spacing w:after="0"/>
        <w:ind w:left="360"/>
        <w:shd w:val="clear" w:color="auto" w:fill="F2F2F2"/>
      </w:pPr>
      <w:r>
        <w:rPr>
          <w:rFonts w:ascii="Consolas" w:hAnsi="Consolas"/>
          <w:sz w:val="18"/>
        </w:rPr>
        <w:t>...     'Portugal': 10.4,</w:t>
      </w:r>
    </w:p>
    <w:p>
      <w:pPr>
        <w:spacing w:after="0"/>
        <w:ind w:left="360"/>
        <w:shd w:val="clear" w:color="auto" w:fill="F2F2F2"/>
      </w:pPr>
      <w:r>
        <w:rPr>
          <w:rFonts w:ascii="Consolas" w:hAnsi="Consolas"/>
          <w:sz w:val="18"/>
        </w:rPr>
        <w:t>...     'United Kingdom': 69.5,</w:t>
      </w:r>
    </w:p>
    <w:p>
      <w:pPr>
        <w:spacing w:after="0"/>
        <w:ind w:left="360"/>
        <w:shd w:val="clear" w:color="auto" w:fill="F2F2F2"/>
      </w:pPr>
      <w:r>
        <w:rPr>
          <w:rFonts w:ascii="Consolas" w:hAnsi="Consolas"/>
          <w:sz w:val="18"/>
        </w:rPr>
        <w:t>...     'Ireland': 5.3,</w:t>
      </w:r>
    </w:p>
    <w:p>
      <w:pPr>
        <w:spacing w:after="0"/>
        <w:ind w:left="360"/>
        <w:shd w:val="clear" w:color="auto" w:fill="F2F2F2"/>
      </w:pPr>
      <w:r>
        <w:rPr>
          <w:rFonts w:ascii="Consolas" w:hAnsi="Consolas"/>
          <w:sz w:val="18"/>
        </w:rPr>
        <w:t>...     'France': 66.6,</w:t>
      </w:r>
    </w:p>
    <w:p>
      <w:pPr>
        <w:spacing w:after="0"/>
        <w:ind w:left="360"/>
        <w:shd w:val="clear" w:color="auto" w:fill="F2F2F2"/>
      </w:pPr>
      <w:r>
        <w:rPr>
          <w:rFonts w:ascii="Consolas" w:hAnsi="Consolas"/>
          <w:sz w:val="18"/>
        </w:rPr>
        <w:t>...     'Italy': 59.1,</w:t>
      </w:r>
    </w:p>
    <w:p>
      <w:pPr>
        <w:spacing w:after="0"/>
        <w:ind w:left="360"/>
        <w:shd w:val="clear" w:color="auto" w:fill="F2F2F2"/>
      </w:pPr>
      <w:r>
        <w:rPr>
          <w:rFonts w:ascii="Consolas" w:hAnsi="Consolas"/>
          <w:sz w:val="18"/>
        </w:rPr>
        <w:t>...     'Germany': 84.0,</w:t>
      </w:r>
    </w:p>
    <w:p>
      <w:pPr>
        <w:spacing w:after="0"/>
        <w:ind w:left="360"/>
        <w:shd w:val="clear" w:color="auto" w:fill="F2F2F2"/>
      </w:pPr>
      <w:r>
        <w:rPr>
          <w:rFonts w:ascii="Consolas" w:hAnsi="Consolas"/>
          <w:sz w:val="18"/>
        </w:rPr>
        <w:t>...     'Netherlands': 18.3,</w:t>
      </w:r>
    </w:p>
    <w:p>
      <w:pPr>
        <w:spacing w:after="0"/>
        <w:ind w:left="360"/>
        <w:shd w:val="clear" w:color="auto" w:fill="F2F2F2"/>
      </w:pPr>
      <w:r>
        <w:rPr>
          <w:rFonts w:ascii="Consolas" w:hAnsi="Consolas"/>
          <w:sz w:val="18"/>
        </w:rPr>
        <w:t>...     'Belgium': 11.7,</w:t>
      </w:r>
    </w:p>
    <w:p>
      <w:pPr>
        <w:spacing w:after="0"/>
        <w:ind w:left="360"/>
        <w:shd w:val="clear" w:color="auto" w:fill="F2F2F2"/>
      </w:pPr>
      <w:r>
        <w:rPr>
          <w:rFonts w:ascii="Consolas" w:hAnsi="Consolas"/>
          <w:sz w:val="18"/>
        </w:rPr>
        <w:t>...     'Denmark': 6.0,</w:t>
      </w:r>
    </w:p>
    <w:p>
      <w:pPr>
        <w:spacing w:after="0"/>
        <w:ind w:left="360"/>
        <w:shd w:val="clear" w:color="auto" w:fill="F2F2F2"/>
      </w:pPr>
      <w:r>
        <w:rPr>
          <w:rFonts w:ascii="Consolas" w:hAnsi="Consolas"/>
          <w:sz w:val="18"/>
        </w:rPr>
        <w:t>...     'Slovenia': 2.1,</w:t>
      </w:r>
    </w:p>
    <w:p>
      <w:pPr>
        <w:spacing w:after="0"/>
        <w:ind w:left="360"/>
        <w:shd w:val="clear" w:color="auto" w:fill="F2F2F2"/>
      </w:pPr>
      <w:r>
        <w:rPr>
          <w:rFonts w:ascii="Consolas" w:hAnsi="Consolas"/>
          <w:sz w:val="18"/>
        </w:rPr>
        <w:t>...     'Austria': 9.1,</w:t>
      </w:r>
    </w:p>
    <w:p>
      <w:pPr>
        <w:spacing w:after="0"/>
        <w:ind w:left="360"/>
        <w:shd w:val="clear" w:color="auto" w:fill="F2F2F2"/>
      </w:pPr>
      <w:r>
        <w:rPr>
          <w:rFonts w:ascii="Consolas" w:hAnsi="Consolas"/>
          <w:sz w:val="18"/>
        </w:rPr>
        <w:t>...     'Luxembourg': 0.7,</w:t>
      </w:r>
    </w:p>
    <w:p>
      <w:pPr>
        <w:spacing w:after="0"/>
        <w:ind w:left="360"/>
        <w:shd w:val="clear" w:color="auto" w:fill="F2F2F2"/>
      </w:pPr>
      <w:r>
        <w:rPr>
          <w:rFonts w:ascii="Consolas" w:hAnsi="Consolas"/>
          <w:sz w:val="18"/>
        </w:rPr>
        <w:t>...     'Andorra': 0.082,</w:t>
      </w:r>
    </w:p>
    <w:p>
      <w:pPr>
        <w:spacing w:after="0"/>
        <w:ind w:left="360"/>
        <w:shd w:val="clear" w:color="auto" w:fill="F2F2F2"/>
      </w:pPr>
      <w:r>
        <w:rPr>
          <w:rFonts w:ascii="Consolas" w:hAnsi="Consolas"/>
          <w:sz w:val="18"/>
        </w:rPr>
        <w:t>...     'Switzerland': 8.9,</w:t>
      </w:r>
    </w:p>
    <w:p>
      <w:pPr>
        <w:spacing w:after="0"/>
        <w:ind w:left="360"/>
        <w:shd w:val="clear" w:color="auto" w:fill="F2F2F2"/>
      </w:pPr>
      <w:r>
        <w:rPr>
          <w:rFonts w:ascii="Consolas" w:hAnsi="Consolas"/>
          <w:sz w:val="18"/>
        </w:rPr>
        <w:t>...     'Liechtenstein': 0.040,</w:t>
      </w:r>
    </w:p>
    <w:p>
      <w:pPr>
        <w:spacing w:after="0"/>
        <w:ind w:left="360"/>
        <w:shd w:val="clear" w:color="auto" w:fill="F2F2F2"/>
      </w:pPr>
      <w:r>
        <w:rPr>
          <w:rFonts w:ascii="Consolas" w:hAnsi="Consolas"/>
          <w:sz w:val="18"/>
        </w:rPr>
        <w:t>... }</w:t>
      </w:r>
    </w:p>
    <w:p>
      <w:pPr>
        <w:spacing w:after="40"/>
      </w:pPr>
    </w:p>
    <w:p>
      <w:pPr>
        <w:spacing w:after="80"/>
        <w:ind w:left="360"/>
      </w:pPr>
      <w:r>
        <w:t xml:space="preserve">3. </w:t>
      </w:r>
      <w:r>
        <w:rPr>
          <w:b w:val="0"/>
          <w:i w:val="0"/>
        </w:rPr>
        <w:t xml:space="preserve">Mở tệp và đọc dữ liệu, lọc theo các quốc gia mà chúng ta đã định nghĩa dân số trong </w:t>
      </w:r>
      <w:r>
        <w:rPr>
          <w:b w:val="0"/>
          <w:i/>
        </w:rPr>
        <w:t xml:space="preserve"> bước 1 </w:t>
      </w:r>
      <w:r>
        <w:rPr>
          <w:b w:val="0"/>
          <w:i w:val="0"/>
        </w:rPr>
        <w:t xml:space="preserve"> :</w:t>
      </w:r>
    </w:p>
    <w:p>
      <w:pPr>
        <w:spacing w:after="0"/>
        <w:ind w:left="360"/>
        <w:shd w:val="clear" w:color="auto" w:fill="F2F2F2"/>
      </w:pPr>
      <w:r>
        <w:rPr>
          <w:rFonts w:ascii="Consolas" w:hAnsi="Consolas"/>
          <w:sz w:val="18"/>
        </w:rPr>
        <w:t>&gt;&gt;&gt; full_europe_map = geopandas.read_file('europe.geojson')</w:t>
      </w:r>
    </w:p>
    <w:p>
      <w:pPr>
        <w:spacing w:after="0"/>
        <w:ind w:left="360"/>
        <w:shd w:val="clear" w:color="auto" w:fill="F2F2F2"/>
      </w:pPr>
      <w:r>
        <w:rPr>
          <w:rFonts w:ascii="Consolas" w:hAnsi="Consolas"/>
          <w:sz w:val="18"/>
        </w:rPr>
        <w:t>&gt;&gt;&gt; weurope_map = full_europe_map[full_europe_map['NAME'].isin(COUNTRIES_POPULATION)]</w:t>
      </w:r>
    </w:p>
    <w:p>
      <w:pPr>
        <w:spacing w:after="40"/>
      </w:pPr>
    </w:p>
    <w:p>
      <w:pPr>
        <w:spacing w:after="80"/>
        <w:ind w:left="360"/>
      </w:pPr>
      <w:r>
        <w:t xml:space="preserve">4. </w:t>
      </w:r>
      <w:r>
        <w:rPr>
          <w:b w:val="0"/>
          <w:i w:val="0"/>
        </w:rPr>
        <w:t>Ánh xạ dân số của từng quốc gia:</w:t>
      </w:r>
    </w:p>
    <w:p>
      <w:pPr>
        <w:spacing w:after="0"/>
        <w:ind w:left="360"/>
        <w:shd w:val="clear" w:color="auto" w:fill="F2F2F2"/>
      </w:pPr>
      <w:r>
        <w:rPr>
          <w:rFonts w:ascii="Consolas" w:hAnsi="Consolas"/>
          <w:sz w:val="18"/>
        </w:rPr>
        <w:t>&gt;&gt;&gt; weurope_map['POPULATION'] = weurope_map['NAME'].map(COUNTRIES_POPULATION)</w:t>
      </w:r>
    </w:p>
    <w:p>
      <w:pPr>
        <w:spacing w:after="40"/>
      </w:pPr>
    </w:p>
    <w:p>
      <w:pPr>
        <w:spacing w:after="80"/>
        <w:ind w:left="360"/>
      </w:pPr>
      <w:r>
        <w:t xml:space="preserve">5. </w:t>
      </w:r>
      <w:r>
        <w:rPr>
          <w:b w:val="0"/>
          <w:i w:val="0"/>
        </w:rPr>
        <w:t>Vẽ bản đồ, hiển thị cột POPULATION, theo một dải màu xanh lá:</w:t>
      </w:r>
    </w:p>
    <w:p>
      <w:pPr>
        <w:spacing w:after="0"/>
        <w:ind w:left="360"/>
        <w:shd w:val="clear" w:color="auto" w:fill="F2F2F2"/>
      </w:pPr>
      <w:r>
        <w:rPr>
          <w:rFonts w:ascii="Consolas" w:hAnsi="Consolas"/>
          <w:sz w:val="18"/>
        </w:rPr>
        <w:t>&gt;&gt;&gt; weurope_map.plot(column='POPULATION', cmap='Greens')</w:t>
      </w:r>
    </w:p>
    <w:p>
      <w:pPr>
        <w:spacing w:after="0"/>
        <w:ind w:left="360"/>
        <w:shd w:val="clear" w:color="auto" w:fill="F2F2F2"/>
      </w:pPr>
      <w:r>
        <w:rPr>
          <w:rFonts w:ascii="Consolas" w:hAnsi="Consolas"/>
          <w:sz w:val="18"/>
        </w:rPr>
        <w:t>&lt;Axes: &gt;</w:t>
      </w:r>
    </w:p>
    <w:p>
      <w:pPr>
        <w:spacing w:after="40"/>
      </w:pPr>
    </w:p>
    <w:p>
      <w:pPr>
        <w:spacing w:after="80"/>
        <w:ind w:left="360"/>
      </w:pPr>
      <w:r>
        <w:t xml:space="preserve">6. </w:t>
      </w:r>
      <w:r>
        <w:rPr>
          <w:b w:val="0"/>
          <w:i w:val="0"/>
        </w:rPr>
        <w:t>Hiển thị kết quả:</w:t>
      </w:r>
    </w:p>
    <w:p>
      <w:pPr>
        <w:spacing w:after="0"/>
        <w:ind w:left="360"/>
        <w:shd w:val="clear" w:color="auto" w:fill="F2F2F2"/>
      </w:pPr>
      <w:r>
        <w:rPr>
          <w:rFonts w:ascii="Consolas" w:hAnsi="Consolas"/>
          <w:sz w:val="18"/>
        </w:rPr>
        <w:t>&gt;&gt;&gt; plt.show()</w:t>
      </w:r>
    </w:p>
    <w:p>
      <w:pPr>
        <w:spacing w:after="40"/>
      </w:pPr>
    </w:p>
    <w:p>
      <w:pPr>
        <w:spacing w:after="80"/>
      </w:pPr>
      <w:r>
        <w:rPr>
          <w:b w:val="0"/>
          <w:i w:val="0"/>
        </w:rPr>
        <w:t>Kết quả sẽ được hiển thị trong một cửa sổ mới, như sau:</w:t>
      </w:r>
    </w:p>
    <w:p>
      <w:pPr>
        <w:jc w:val="center"/>
      </w:pPr>
      <w:r>
        <w:drawing>
          <wp:inline xmlns:a="http://schemas.openxmlformats.org/drawingml/2006/main" xmlns:pic="http://schemas.openxmlformats.org/drawingml/2006/picture">
            <wp:extent cx="5486400" cy="4685542"/>
            <wp:docPr id="73" name="Picture 73"/>
            <wp:cNvGraphicFramePr>
              <a:graphicFrameLocks noChangeAspect="1"/>
            </wp:cNvGraphicFramePr>
            <a:graphic>
              <a:graphicData uri="http://schemas.openxmlformats.org/drawingml/2006/picture">
                <pic:pic>
                  <pic:nvPicPr>
                    <pic:cNvPr id="0" name="B36973_8_10.png"/>
                    <pic:cNvPicPr/>
                  </pic:nvPicPr>
                  <pic:blipFill>
                    <a:blip r:embed="rId75"/>
                    <a:stretch>
                      <a:fillRect/>
                    </a:stretch>
                  </pic:blipFill>
                  <pic:spPr>
                    <a:xfrm>
                      <a:off x="0" y="0"/>
                      <a:ext cx="5486400" cy="4685542"/>
                    </a:xfrm>
                    <a:prstGeom prst="rect"/>
                  </pic:spPr>
                </pic:pic>
              </a:graphicData>
            </a:graphic>
          </wp:inline>
        </w:drawing>
      </w:r>
    </w:p>
    <w:p>
      <w:pPr>
        <w:spacing w:after="160"/>
        <w:jc w:val="center"/>
      </w:pPr>
      <w:r>
        <w:rPr>
          <w:rFonts w:ascii="Calibri" w:hAnsi="Calibri"/>
          <w:b w:val="0"/>
          <w:i/>
          <w:sz w:val="19"/>
        </w:rPr>
        <w:t>Hình 8.10: Hiển thị một bản đồ</w:t>
      </w:r>
    </w:p>
    <w:p>
      <w:pPr>
        <w:pStyle w:val="Heading3"/>
      </w:pPr>
      <w:r>
        <w:rPr>
          <w:rFonts w:ascii="Calibri" w:hAnsi="Calibri"/>
          <w:b/>
          <w:i w:val="0"/>
          <w:sz w:val="26"/>
        </w:rPr>
        <w:t>Cách hoạt động...</w:t>
      </w:r>
    </w:p>
    <w:p>
      <w:pPr>
        <w:spacing w:after="80"/>
      </w:pPr>
      <w:r>
        <w:rPr>
          <w:b w:val="0"/>
          <w:i w:val="0"/>
        </w:rPr>
        <w:t xml:space="preserve">Sau khi nhập các mô-đun trong </w:t>
      </w:r>
      <w:r>
        <w:rPr>
          <w:b w:val="0"/>
          <w:i/>
        </w:rPr>
        <w:t xml:space="preserve"> bước 1 </w:t>
      </w:r>
      <w:r>
        <w:rPr>
          <w:b w:val="0"/>
          <w:i w:val="0"/>
        </w:rPr>
        <w:t xml:space="preserve"> từ phần </w:t>
      </w:r>
      <w:r>
        <w:rPr>
          <w:b w:val="0"/>
          <w:i/>
        </w:rPr>
        <w:t xml:space="preserve"> Cách thực hiện… </w:t>
      </w:r>
      <w:r>
        <w:rPr>
          <w:b w:val="0"/>
          <w:i w:val="0"/>
        </w:rPr>
        <w:t xml:space="preserve"> , dữ liệu cần hiển thị được định nghĩa trong </w:t>
      </w:r>
      <w:r>
        <w:rPr>
          <w:b w:val="0"/>
          <w:i/>
        </w:rPr>
        <w:t xml:space="preserve"> bước 2 </w:t>
      </w:r>
      <w:r>
        <w:rPr>
          <w:b w:val="0"/>
          <w:i w:val="0"/>
        </w:rPr>
        <w:t xml:space="preserve"> . Lưu ý rằng tên cần phải ở cùng định dạng như trong tệp GEO.</w:t>
      </w:r>
    </w:p>
    <w:p>
      <w:pPr>
        <w:spacing w:after="80"/>
      </w:pPr>
      <w:r>
        <w:rPr>
          <w:b/>
          <w:i w:val="0"/>
        </w:rPr>
        <w:t>Lưu ý</w:t>
      </w:r>
    </w:p>
    <w:p>
      <w:pPr>
        <w:spacing w:after="80"/>
      </w:pPr>
      <w:r>
        <w:rPr>
          <w:b w:val="0"/>
          <w:i w:val="0"/>
        </w:rPr>
        <w:t>Dân số đã được làm tròn đến một số có nghĩa, và được định nghĩa theo đơn vị triệu. Chỉ một vài quốc gia được định nghĩa cho công thức này, nhưng có nhiều quốc gia khác có sẵn trong tệp GIS.</w:t>
      </w:r>
    </w:p>
    <w:p>
      <w:pPr>
        <w:spacing w:after="80"/>
      </w:pPr>
      <w:r>
        <w:rPr>
          <w:b w:val="0"/>
          <w:i w:val="0"/>
        </w:rPr>
        <w:t xml:space="preserve">Thông tin GIS sau đó được truy xuất trong </w:t>
      </w:r>
      <w:r>
        <w:rPr>
          <w:b w:val="0"/>
          <w:i/>
        </w:rPr>
        <w:t xml:space="preserve"> bước </w:t>
      </w:r>
      <w:r>
        <w:rPr>
          <w:b w:val="0"/>
          <w:i w:val="0"/>
        </w:rPr>
        <w:t xml:space="preserve"> </w:t>
      </w:r>
      <w:r>
        <w:rPr>
          <w:b w:val="0"/>
          <w:i/>
        </w:rPr>
        <w:t xml:space="preserve"> 3 </w:t>
      </w:r>
      <w:r>
        <w:rPr>
          <w:b w:val="0"/>
          <w:i w:val="0"/>
        </w:rPr>
        <w:t xml:space="preserve"> . </w:t>
      </w:r>
      <w:r>
        <w:rPr>
          <w:rFonts w:ascii="Consolas" w:hAnsi="Consolas"/>
          <w:b w:val="0"/>
          <w:i w:val="0"/>
          <w:sz w:val="20"/>
        </w:rPr>
        <w:br/>
        <w:br/>
        <w:t xml:space="preserve">      geopandas</w:t>
        <w:br/>
        <w:t xml:space="preserve">     </w:t>
        <w:br/>
      </w:r>
      <w:r>
        <w:rPr>
          <w:b w:val="0"/>
          <w:i w:val="0"/>
        </w:rPr>
        <w:t xml:space="preserve"> đọc tệp </w:t>
      </w:r>
      <w:r>
        <w:rPr>
          <w:rFonts w:ascii="Consolas" w:hAnsi="Consolas"/>
          <w:b w:val="0"/>
          <w:i w:val="0"/>
          <w:sz w:val="20"/>
        </w:rPr>
        <w:br/>
        <w:br/>
        <w:t xml:space="preserve">      europe.geojson</w:t>
        <w:br/>
        <w:t xml:space="preserve">     </w:t>
        <w:br/>
      </w:r>
      <w:r>
        <w:rPr>
          <w:b w:val="0"/>
          <w:i w:val="0"/>
        </w:rPr>
        <w:t xml:space="preserve"> và dữ liệu được sao chép để chúng ta có thể sử dụng trong các bước tiếp theo.</w:t>
      </w:r>
    </w:p>
    <w:p>
      <w:pPr>
        <w:spacing w:after="80"/>
      </w:pPr>
      <w:r>
        <w:rPr>
          <w:b/>
          <w:i w:val="0"/>
        </w:rPr>
        <w:t>Lưu ý</w:t>
      </w:r>
    </w:p>
    <w:p>
      <w:pPr>
        <w:spacing w:after="80"/>
      </w:pPr>
      <w:r>
        <w:rPr>
          <w:b w:val="0"/>
          <w:i w:val="0"/>
        </w:rPr>
        <w:t>Thông tin GIS được lưu trữ dưới dạng các điểm được biểu diễn bằng tọa độ vĩ độ và kinh độ. Các vùng, chẳng hạn như quốc gia, được định nghĩa bằng danh sách các tọa độ giới hạn vùng bên trong chúng. Một số bản đồ chính xác hơn và sử dụng nhiều điểm hơn để định nghĩa các vùng. Có thể cần nhiều đa giác (polygon) để định nghĩa một quốc gia, vì một số phần có thể tách rời khỏi các phần khác, với các đảo là trường hợp rõ ràng nhất, nhưng cũng có các vùng lãnh thổ tách rời (exclave). Vùng lãnh thổ tách rời là các khu vực của quốc gia tách khỏi phần chính, như Alaska.</w:t>
      </w:r>
    </w:p>
    <w:p>
      <w:pPr>
        <w:spacing w:after="80"/>
      </w:pPr>
      <w:r>
        <w:rPr>
          <w:b w:val="0"/>
          <w:i w:val="0"/>
        </w:rPr>
        <w:t xml:space="preserve">Dữ liệu được trả về dưới dạng đối tượng </w:t>
      </w:r>
      <w:r>
        <w:rPr>
          <w:rFonts w:ascii="Consolas" w:hAnsi="Consolas"/>
          <w:b w:val="0"/>
          <w:i w:val="0"/>
          <w:sz w:val="20"/>
        </w:rPr>
        <w:br/>
        <w:br/>
        <w:t xml:space="preserve">      DataFrame</w:t>
        <w:br/>
        <w:t xml:space="preserve">     </w:t>
        <w:br/>
      </w:r>
      <w:r>
        <w:rPr>
          <w:b w:val="0"/>
          <w:i w:val="0"/>
        </w:rPr>
        <w:t xml:space="preserve"> , giống như với mô-đun </w:t>
      </w:r>
      <w:r>
        <w:rPr>
          <w:rFonts w:ascii="Consolas" w:hAnsi="Consolas"/>
          <w:b w:val="0"/>
          <w:i w:val="0"/>
          <w:sz w:val="20"/>
        </w:rPr>
        <w:br/>
        <w:br/>
        <w:t xml:space="preserve">      panda</w:t>
        <w:br/>
        <w:t xml:space="preserve">     </w:t>
        <w:br/>
      </w:r>
      <w:r>
        <w:rPr>
          <w:b w:val="0"/>
          <w:i w:val="0"/>
        </w:rPr>
        <w:t xml:space="preserve"> . Chúng ta gọi nó là </w:t>
      </w:r>
      <w:r>
        <w:rPr>
          <w:rFonts w:ascii="Consolas" w:hAnsi="Consolas"/>
          <w:b w:val="0"/>
          <w:i w:val="0"/>
          <w:sz w:val="20"/>
        </w:rPr>
        <w:br/>
        <w:br/>
        <w:t xml:space="preserve">      full_europe_map</w:t>
        <w:br/>
        <w:t xml:space="preserve">     </w:t>
        <w:br/>
      </w:r>
      <w:r>
        <w:rPr>
          <w:b w:val="0"/>
          <w:i w:val="0"/>
        </w:rPr>
        <w:t xml:space="preserve"> , vì nó chứa tất cả các quốc gia có sẵn trong tệp GIS. Nhưng ngay lập tức chúng ta lọc ra những quốc gia không có trong </w:t>
      </w:r>
      <w:r>
        <w:rPr>
          <w:rFonts w:ascii="Consolas" w:hAnsi="Consolas"/>
          <w:b w:val="0"/>
          <w:i w:val="0"/>
          <w:sz w:val="20"/>
        </w:rPr>
        <w:br/>
        <w:br/>
        <w:t xml:space="preserve">      COUNTRIES_POPULATION</w:t>
        <w:br/>
        <w:t xml:space="preserve">     </w:t>
        <w:br/>
      </w:r>
      <w:r>
        <w:rPr>
          <w:b w:val="0"/>
          <w:i w:val="0"/>
        </w:rPr>
        <w:t xml:space="preserve"> , bằng lệnh này:</w:t>
      </w:r>
    </w:p>
    <w:p>
      <w:pPr>
        <w:spacing w:after="0"/>
        <w:ind w:left="360"/>
        <w:shd w:val="clear" w:color="auto" w:fill="F2F2F2"/>
      </w:pPr>
      <w:r>
        <w:rPr>
          <w:rFonts w:ascii="Consolas" w:hAnsi="Consolas"/>
          <w:sz w:val="18"/>
        </w:rPr>
        <w:t>weurope_map = full_europe_map[full_europe_map['NAME'].isin(COUNTRIES_POPULATION)]</w:t>
      </w:r>
    </w:p>
    <w:p>
      <w:pPr>
        <w:spacing w:after="40"/>
      </w:pPr>
    </w:p>
    <w:p>
      <w:pPr>
        <w:spacing w:after="80"/>
      </w:pPr>
      <w:r>
        <w:rPr>
          <w:b w:val="0"/>
          <w:i w:val="0"/>
        </w:rPr>
        <w:t xml:space="preserve">Chúng ta lọc </w:t>
      </w:r>
      <w:r>
        <w:rPr>
          <w:rFonts w:ascii="Consolas" w:hAnsi="Consolas"/>
          <w:b w:val="0"/>
          <w:i w:val="0"/>
          <w:sz w:val="20"/>
        </w:rPr>
        <w:br/>
        <w:br/>
        <w:t xml:space="preserve">      full_europe_map</w:t>
        <w:br/>
        <w:t xml:space="preserve">     </w:t>
        <w:br/>
      </w:r>
      <w:r>
        <w:rPr>
          <w:b w:val="0"/>
          <w:i w:val="0"/>
        </w:rPr>
        <w:t xml:space="preserve"> theo </w:t>
      </w:r>
      <w:r>
        <w:rPr>
          <w:rFonts w:ascii="Consolas" w:hAnsi="Consolas"/>
          <w:b w:val="0"/>
          <w:i w:val="0"/>
          <w:sz w:val="20"/>
        </w:rPr>
        <w:br/>
        <w:br/>
        <w:t xml:space="preserve">      NAME</w:t>
        <w:br/>
        <w:t xml:space="preserve">     </w:t>
        <w:br/>
      </w:r>
      <w:r>
        <w:rPr>
          <w:b w:val="0"/>
          <w:i w:val="0"/>
        </w:rPr>
        <w:t xml:space="preserve"> chỉ giữ lại các khóa có trong </w:t>
      </w:r>
      <w:r>
        <w:rPr>
          <w:rFonts w:ascii="Consolas" w:hAnsi="Consolas"/>
          <w:b w:val="0"/>
          <w:i w:val="0"/>
          <w:sz w:val="20"/>
        </w:rPr>
        <w:br/>
        <w:br/>
        <w:t xml:space="preserve">      COUNTRIES_POPULATION</w:t>
        <w:br/>
        <w:t xml:space="preserve">     </w:t>
        <w:br/>
      </w:r>
      <w:r>
        <w:rPr>
          <w:b w:val="0"/>
          <w:i w:val="0"/>
        </w:rPr>
        <w:t xml:space="preserve"> , bằng cách sử dụng </w:t>
      </w:r>
      <w:r>
        <w:rPr>
          <w:rFonts w:ascii="Consolas" w:hAnsi="Consolas"/>
          <w:b w:val="0"/>
          <w:i w:val="0"/>
          <w:sz w:val="20"/>
        </w:rPr>
        <w:br/>
        <w:br/>
        <w:t xml:space="preserve">      .isin</w:t>
        <w:br/>
        <w:t xml:space="preserve">     </w:t>
        <w:br/>
      </w:r>
      <w:r>
        <w:rPr>
          <w:b w:val="0"/>
          <w:i w:val="0"/>
        </w:rPr>
        <w:t xml:space="preserve"> .</w:t>
      </w:r>
    </w:p>
    <w:p>
      <w:pPr>
        <w:spacing w:after="80"/>
      </w:pPr>
      <w:r>
        <w:rPr>
          <w:b/>
          <w:i w:val="0"/>
        </w:rPr>
        <w:t>Mẹo</w:t>
      </w:r>
    </w:p>
    <w:p>
      <w:pPr>
        <w:spacing w:after="80"/>
      </w:pPr>
      <w:r>
        <w:rPr>
          <w:b w:val="0"/>
          <w:i w:val="0"/>
        </w:rPr>
        <w:t xml:space="preserve">Lưu ý rằng chúng ta thao tác trên một </w:t>
      </w:r>
      <w:r>
        <w:rPr>
          <w:rFonts w:ascii="Consolas" w:hAnsi="Consolas"/>
          <w:b w:val="0"/>
          <w:i w:val="0"/>
          <w:sz w:val="20"/>
        </w:rPr>
        <w:br/>
        <w:br/>
        <w:t xml:space="preserve">       DataFrame</w:t>
        <w:br/>
        <w:t xml:space="preserve">      </w:t>
        <w:br/>
      </w:r>
      <w:r>
        <w:rPr>
          <w:b w:val="0"/>
          <w:i w:val="0"/>
        </w:rPr>
        <w:t xml:space="preserve"> bằng cách áp dụng các phép toán lên toàn bộ nó, chứ không phải bằng cách tạo vòng lặp hay lặp lại. Đây là cách làm việc được mong đợi với </w:t>
      </w:r>
      <w:r>
        <w:rPr>
          <w:rFonts w:ascii="Consolas" w:hAnsi="Consolas"/>
          <w:b w:val="0"/>
          <w:i w:val="0"/>
          <w:sz w:val="20"/>
        </w:rPr>
        <w:br/>
        <w:br/>
        <w:t xml:space="preserve">       DataFrames</w:t>
        <w:br/>
        <w:t xml:space="preserve">      </w:t>
        <w:br/>
      </w:r>
      <w:r>
        <w:rPr>
          <w:b w:val="0"/>
          <w:i w:val="0"/>
        </w:rPr>
        <w:t xml:space="preserve"> .</w:t>
      </w:r>
    </w:p>
    <w:p>
      <w:pPr>
        <w:spacing w:after="80"/>
      </w:pPr>
      <w:r>
        <w:rPr>
          <w:b w:val="0"/>
          <w:i w:val="0"/>
        </w:rPr>
        <w:t xml:space="preserve">Trong </w:t>
      </w:r>
      <w:r>
        <w:rPr>
          <w:b w:val="0"/>
          <w:i/>
        </w:rPr>
        <w:t xml:space="preserve"> bước 4 </w:t>
      </w:r>
      <w:r>
        <w:rPr>
          <w:b w:val="0"/>
          <w:i w:val="0"/>
        </w:rPr>
        <w:t xml:space="preserve"> chúng ta tạo một cột mới, </w:t>
      </w:r>
      <w:r>
        <w:rPr>
          <w:rFonts w:ascii="Consolas" w:hAnsi="Consolas"/>
          <w:b w:val="0"/>
          <w:i w:val="0"/>
          <w:sz w:val="20"/>
        </w:rPr>
        <w:br/>
        <w:br/>
        <w:t xml:space="preserve">      POPULATION</w:t>
        <w:br/>
        <w:t xml:space="preserve">     </w:t>
        <w:br/>
      </w:r>
      <w:r>
        <w:rPr>
          <w:b w:val="0"/>
          <w:i w:val="0"/>
        </w:rPr>
        <w:t xml:space="preserve"> , cho </w:t>
      </w:r>
      <w:r>
        <w:rPr>
          <w:rFonts w:ascii="Consolas" w:hAnsi="Consolas"/>
          <w:b w:val="0"/>
          <w:i w:val="0"/>
          <w:sz w:val="20"/>
        </w:rPr>
        <w:br/>
        <w:br/>
        <w:t xml:space="preserve">      DataFrame</w:t>
        <w:br/>
        <w:t xml:space="preserve">     </w:t>
        <w:br/>
      </w:r>
      <w:r>
        <w:rPr>
          <w:b w:val="0"/>
          <w:i w:val="0"/>
        </w:rPr>
        <w:t xml:space="preserve"> để lưu trữ thông tin dân số. Chúng ta sử dụng </w:t>
      </w:r>
      <w:r>
        <w:rPr>
          <w:rFonts w:ascii="Consolas" w:hAnsi="Consolas"/>
          <w:b w:val="0"/>
          <w:i w:val="0"/>
          <w:sz w:val="20"/>
        </w:rPr>
        <w:br/>
        <w:br/>
        <w:t xml:space="preserve">      .map</w:t>
        <w:br/>
        <w:t xml:space="preserve">     </w:t>
        <w:br/>
      </w:r>
      <w:r>
        <w:rPr>
          <w:b w:val="0"/>
          <w:i w:val="0"/>
        </w:rPr>
        <w:t xml:space="preserve"> để gán mỗi khóa trong </w:t>
      </w:r>
      <w:r>
        <w:rPr>
          <w:rFonts w:ascii="Consolas" w:hAnsi="Consolas"/>
          <w:b w:val="0"/>
          <w:i w:val="0"/>
          <w:sz w:val="20"/>
        </w:rPr>
        <w:br/>
        <w:br/>
        <w:t xml:space="preserve">      COUNTRIES_POPULATION</w:t>
        <w:br/>
        <w:t xml:space="preserve">     </w:t>
        <w:br/>
      </w:r>
      <w:r>
        <w:rPr>
          <w:b w:val="0"/>
          <w:i w:val="0"/>
        </w:rPr>
        <w:t xml:space="preserve"> vào hàng </w:t>
      </w:r>
      <w:r>
        <w:rPr>
          <w:rFonts w:ascii="Consolas" w:hAnsi="Consolas"/>
          <w:b w:val="0"/>
          <w:i w:val="0"/>
          <w:sz w:val="20"/>
        </w:rPr>
        <w:br/>
        <w:br/>
        <w:t xml:space="preserve">      NAME</w:t>
        <w:br/>
        <w:t xml:space="preserve">     </w:t>
        <w:br/>
      </w:r>
      <w:r>
        <w:rPr>
          <w:b w:val="0"/>
          <w:i w:val="0"/>
        </w:rPr>
        <w:t xml:space="preserve"> tương ứng.</w:t>
      </w:r>
    </w:p>
    <w:p>
      <w:pPr>
        <w:spacing w:after="80"/>
      </w:pPr>
      <w:r>
        <w:rPr>
          <w:b w:val="0"/>
          <w:i w:val="0"/>
        </w:rPr>
        <w:t xml:space="preserve">Trong </w:t>
      </w:r>
      <w:r>
        <w:rPr>
          <w:b w:val="0"/>
          <w:i/>
        </w:rPr>
        <w:t xml:space="preserve"> bước </w:t>
      </w:r>
      <w:r>
        <w:rPr>
          <w:b w:val="0"/>
          <w:i w:val="0"/>
        </w:rPr>
        <w:t xml:space="preserve"> </w:t>
      </w:r>
      <w:r>
        <w:rPr>
          <w:b w:val="0"/>
          <w:i/>
        </w:rPr>
        <w:t xml:space="preserve"> 5 </w:t>
      </w:r>
      <w:r>
        <w:rPr>
          <w:b w:val="0"/>
          <w:i w:val="0"/>
        </w:rPr>
        <w:t xml:space="preserve"> , chúng ta vẽ giá trị bản đồ cho </w:t>
      </w:r>
      <w:r>
        <w:rPr>
          <w:rFonts w:ascii="Consolas" w:hAnsi="Consolas"/>
          <w:b w:val="0"/>
          <w:i w:val="0"/>
          <w:sz w:val="20"/>
        </w:rPr>
        <w:br/>
        <w:br/>
        <w:t xml:space="preserve">      POPULATION</w:t>
        <w:br/>
        <w:t xml:space="preserve">     </w:t>
        <w:br/>
      </w:r>
      <w:r>
        <w:rPr>
          <w:b w:val="0"/>
          <w:i w:val="0"/>
        </w:rPr>
        <w:t xml:space="preserve"> , sử dụng một dải màu là thang </w:t>
      </w:r>
      <w:r>
        <w:rPr>
          <w:rFonts w:ascii="Consolas" w:hAnsi="Consolas"/>
          <w:b w:val="0"/>
          <w:i w:val="0"/>
          <w:sz w:val="20"/>
        </w:rPr>
        <w:br/>
        <w:br/>
        <w:t xml:space="preserve">      Greens</w:t>
        <w:br/>
        <w:t xml:space="preserve">     </w:t>
        <w:br/>
      </w:r>
      <w:r>
        <w:rPr>
          <w:b w:val="0"/>
          <w:i w:val="0"/>
        </w:rPr>
        <w:t xml:space="preserve"> . Đây là một </w:t>
      </w:r>
      <w:r>
        <w:rPr>
          <w:rFonts w:ascii="Consolas" w:hAnsi="Consolas"/>
          <w:b w:val="0"/>
          <w:i w:val="0"/>
          <w:sz w:val="20"/>
        </w:rPr>
        <w:br/>
        <w:br/>
        <w:t xml:space="preserve">      colormap</w:t>
        <w:br/>
        <w:t xml:space="preserve">     </w:t>
        <w:br/>
      </w:r>
      <w:r>
        <w:rPr>
          <w:b w:val="0"/>
          <w:i w:val="0"/>
        </w:rPr>
        <w:t xml:space="preserve"> tiêu chuẩn trong </w:t>
      </w:r>
      <w:r>
        <w:rPr>
          <w:rFonts w:ascii="Consolas" w:hAnsi="Consolas"/>
          <w:b w:val="0"/>
          <w:i w:val="0"/>
          <w:sz w:val="20"/>
        </w:rPr>
        <w:br/>
        <w:br/>
        <w:t xml:space="preserve">      matplotlib</w:t>
        <w:br/>
        <w:t xml:space="preserve">     </w:t>
        <w:br/>
      </w:r>
      <w:r>
        <w:rPr>
          <w:b w:val="0"/>
          <w:i w:val="0"/>
        </w:rPr>
        <w:t xml:space="preserve"> , nhưng chúng ta có thể dùng những cái khác, như </w:t>
      </w:r>
      <w:r>
        <w:rPr>
          <w:rFonts w:ascii="Consolas" w:hAnsi="Consolas"/>
          <w:b w:val="0"/>
          <w:i w:val="0"/>
          <w:sz w:val="20"/>
        </w:rPr>
        <w:br/>
        <w:br/>
        <w:t xml:space="preserve">      Oranges</w:t>
        <w:br/>
        <w:t xml:space="preserve">     </w:t>
        <w:br/>
      </w:r>
      <w:r>
        <w:rPr>
          <w:b w:val="0"/>
          <w:i w:val="0"/>
        </w:rPr>
        <w:t xml:space="preserve"> , </w:t>
      </w:r>
      <w:r>
        <w:rPr>
          <w:rFonts w:ascii="Consolas" w:hAnsi="Consolas"/>
          <w:b w:val="0"/>
          <w:i w:val="0"/>
          <w:sz w:val="20"/>
        </w:rPr>
        <w:br/>
        <w:br/>
        <w:t xml:space="preserve">      Reds</w:t>
        <w:br/>
        <w:t xml:space="preserve">     </w:t>
        <w:br/>
      </w:r>
      <w:r>
        <w:rPr>
          <w:b w:val="0"/>
          <w:i w:val="0"/>
        </w:rPr>
        <w:t xml:space="preserve"> , hoặc </w:t>
      </w:r>
      <w:r>
        <w:rPr>
          <w:rFonts w:ascii="Consolas" w:hAnsi="Consolas"/>
          <w:b w:val="0"/>
          <w:i w:val="0"/>
          <w:sz w:val="20"/>
        </w:rPr>
        <w:br/>
        <w:br/>
        <w:t xml:space="preserve">      plasma</w:t>
        <w:br/>
        <w:t xml:space="preserve">     </w:t>
        <w:br/>
      </w:r>
      <w:r>
        <w:rPr>
          <w:b w:val="0"/>
          <w:i w:val="0"/>
        </w:rPr>
        <w:t xml:space="preserve"> để có cách tiếp cận từ lạnh đến nóng rõ hơn. Chi tiết thêm có sẵn trong tài liệu: </w:t>
      </w:r>
      <w:r>
        <w:rPr>
          <w:rFonts w:ascii="Consolas" w:hAnsi="Consolas"/>
          <w:b w:val="0"/>
          <w:i w:val="0"/>
          <w:sz w:val="20"/>
        </w:rPr>
        <w:br/>
        <w:br/>
        <w:t xml:space="preserve">       https://matplotlib.org/stable/users/explain/colors/colormaps.html</w:t>
        <w:br/>
        <w:t xml:space="preserve">      </w:t>
        <w:br/>
      </w:r>
      <w:r>
        <w:rPr>
          <w:b w:val="0"/>
          <w:i w:val="0"/>
        </w:rPr>
        <w:t xml:space="preserve"> .</w:t>
      </w:r>
    </w:p>
    <w:p>
      <w:pPr>
        <w:spacing w:after="80"/>
      </w:pPr>
      <w:r>
        <w:rPr>
          <w:b w:val="0"/>
          <w:i w:val="0"/>
        </w:rPr>
        <w:t xml:space="preserve">Cuối cùng, dữ liệu được hiển thị bằng cách gọi </w:t>
      </w:r>
      <w:r>
        <w:rPr>
          <w:rFonts w:ascii="Consolas" w:hAnsi="Consolas"/>
          <w:b w:val="0"/>
          <w:i w:val="0"/>
          <w:sz w:val="20"/>
        </w:rPr>
        <w:br/>
        <w:br/>
        <w:t xml:space="preserve">      .show</w:t>
        <w:br/>
        <w:t xml:space="preserve">     </w:t>
        <w:br/>
      </w:r>
      <w:r>
        <w:rPr>
          <w:b w:val="0"/>
          <w:i w:val="0"/>
        </w:rPr>
        <w:t xml:space="preserve"> trong </w:t>
      </w:r>
      <w:r>
        <w:rPr>
          <w:b w:val="0"/>
          <w:i/>
        </w:rPr>
        <w:t xml:space="preserve"> bước 6 </w:t>
      </w:r>
      <w:r>
        <w:rPr>
          <w:b w:val="0"/>
          <w:i w:val="0"/>
        </w:rPr>
        <w:t xml:space="preserve"> .</w:t>
      </w:r>
    </w:p>
    <w:p>
      <w:pPr>
        <w:pStyle w:val="Heading3"/>
      </w:pPr>
      <w:r>
        <w:rPr>
          <w:rFonts w:ascii="Calibri" w:hAnsi="Calibri"/>
          <w:b/>
          <w:i w:val="0"/>
          <w:sz w:val="26"/>
        </w:rPr>
        <w:t>Còn nhiều thứ nữa...</w:t>
      </w:r>
    </w:p>
    <w:p>
      <w:pPr>
        <w:spacing w:after="80"/>
      </w:pPr>
      <w:r>
        <w:rPr>
          <w:b w:val="0"/>
          <w:i w:val="0"/>
        </w:rPr>
        <w:t xml:space="preserve">Tận dụng thông tin chứa trong file GIS, ta có thể thêm dữ liệu bổ sung vào bản đồ. Đối tượng properties chứa thông tin về tên quốc gia, mà còn cả tên ISO, mã FID, và tâm địa lý theo kinh độ (LON) và vĩ độ (LAT). Ta có thể dùng thông tin này để hiển thị tên quốc gia bằng </w:t>
      </w:r>
      <w:r>
        <w:rPr>
          <w:rFonts w:ascii="Consolas" w:hAnsi="Consolas"/>
          <w:b w:val="0"/>
          <w:i w:val="0"/>
          <w:sz w:val="20"/>
        </w:rPr>
        <w:br/>
        <w:br/>
        <w:t xml:space="preserve">      .text</w:t>
        <w:br/>
        <w:t xml:space="preserve">     </w:t>
        <w:br/>
      </w:r>
      <w:r>
        <w:rPr>
          <w:b w:val="0"/>
          <w:i w:val="0"/>
        </w:rPr>
        <w:t xml:space="preserve"> , nhưng ta cần thêm một nhãn cho mỗi quốc gia, đòi hỏi phải lặp qua </w:t>
      </w:r>
      <w:r>
        <w:rPr>
          <w:rFonts w:ascii="Consolas" w:hAnsi="Consolas"/>
          <w:b w:val="0"/>
          <w:i w:val="0"/>
          <w:sz w:val="20"/>
        </w:rPr>
        <w:br/>
        <w:br/>
        <w:t xml:space="preserve">      DataFrame</w:t>
        <w:br/>
        <w:t xml:space="preserve">     </w:t>
        <w:br/>
      </w:r>
      <w:r>
        <w:rPr>
          <w:b w:val="0"/>
          <w:i w:val="0"/>
        </w:rPr>
        <w:t xml:space="preserve"> . Ta có thể dùng </w:t>
      </w:r>
      <w:r>
        <w:rPr>
          <w:rFonts w:ascii="Consolas" w:hAnsi="Consolas"/>
          <w:b w:val="0"/>
          <w:i w:val="0"/>
          <w:sz w:val="20"/>
        </w:rPr>
        <w:br/>
        <w:br/>
        <w:t xml:space="preserve">      .iterrows()</w:t>
        <w:br/>
        <w:t xml:space="preserve">     </w:t>
        <w:br/>
      </w:r>
      <w:r>
        <w:rPr>
          <w:b w:val="0"/>
          <w:i w:val="0"/>
        </w:rPr>
        <w:t xml:space="preserve"> để lấy từng hàng trong </w:t>
      </w:r>
      <w:r>
        <w:rPr>
          <w:rFonts w:ascii="Consolas" w:hAnsi="Consolas"/>
          <w:b w:val="0"/>
          <w:i w:val="0"/>
          <w:sz w:val="20"/>
        </w:rPr>
        <w:br/>
        <w:br/>
        <w:t xml:space="preserve">      DataFrame</w:t>
        <w:br/>
        <w:t xml:space="preserve">     </w:t>
        <w:br/>
      </w:r>
      <w:r>
        <w:rPr>
          <w:b w:val="0"/>
          <w:i w:val="0"/>
        </w:rPr>
        <w:t xml:space="preserve"> . Với mỗi hàng, được trả về dưới dạng dictionary, ta tạo một lệnh gọi </w:t>
      </w:r>
      <w:r>
        <w:rPr>
          <w:rFonts w:ascii="Consolas" w:hAnsi="Consolas"/>
          <w:b w:val="0"/>
          <w:i w:val="0"/>
          <w:sz w:val="20"/>
        </w:rPr>
        <w:br/>
        <w:br/>
        <w:t xml:space="preserve">      .text</w:t>
        <w:br/>
        <w:t xml:space="preserve">     </w:t>
        <w:br/>
      </w:r>
      <w:r>
        <w:rPr>
          <w:b w:val="0"/>
          <w:i w:val="0"/>
        </w:rPr>
        <w:t xml:space="preserve"> đặt tại vị trí </w:t>
      </w:r>
      <w:r>
        <w:rPr>
          <w:rFonts w:ascii="Consolas" w:hAnsi="Consolas"/>
          <w:b w:val="0"/>
          <w:i w:val="0"/>
          <w:sz w:val="20"/>
        </w:rPr>
        <w:br/>
        <w:br/>
        <w:t xml:space="preserve">      LON</w:t>
        <w:br/>
        <w:t xml:space="preserve">     </w:t>
        <w:br/>
      </w:r>
      <w:r>
        <w:rPr>
          <w:b w:val="0"/>
          <w:i w:val="0"/>
        </w:rPr>
        <w:t xml:space="preserve"> và </w:t>
      </w:r>
      <w:r>
        <w:rPr>
          <w:rFonts w:ascii="Consolas" w:hAnsi="Consolas"/>
          <w:b w:val="0"/>
          <w:i w:val="0"/>
          <w:sz w:val="20"/>
        </w:rPr>
        <w:br/>
        <w:br/>
        <w:t xml:space="preserve">      LAT</w:t>
        <w:br/>
        <w:t xml:space="preserve">     </w:t>
        <w:br/>
      </w:r>
      <w:r>
        <w:rPr>
          <w:b w:val="0"/>
          <w:i w:val="0"/>
        </w:rPr>
        <w:t xml:space="preserve"> , sử dụng mã </w:t>
      </w:r>
      <w:r>
        <w:rPr>
          <w:rFonts w:ascii="Consolas" w:hAnsi="Consolas"/>
          <w:b w:val="0"/>
          <w:i w:val="0"/>
          <w:sz w:val="20"/>
        </w:rPr>
        <w:br/>
        <w:br/>
        <w:t xml:space="preserve">      ISO3</w:t>
        <w:br/>
        <w:t xml:space="preserve">     </w:t>
        <w:br/>
      </w:r>
      <w:r>
        <w:rPr>
          <w:b w:val="0"/>
          <w:i w:val="0"/>
        </w:rPr>
        <w:t xml:space="preserve"> của quốc gia (mã 3 chữ cái chuẩn hóa cho quốc gia). Với các tham số </w:t>
      </w:r>
      <w:r>
        <w:rPr>
          <w:rFonts w:ascii="Consolas" w:hAnsi="Consolas"/>
          <w:b w:val="0"/>
          <w:i w:val="0"/>
          <w:sz w:val="20"/>
        </w:rPr>
        <w:br/>
        <w:br/>
        <w:t xml:space="preserve">      ha</w:t>
        <w:br/>
        <w:t xml:space="preserve">     </w:t>
        <w:br/>
      </w:r>
      <w:r>
        <w:rPr>
          <w:b w:val="0"/>
          <w:i w:val="0"/>
        </w:rPr>
        <w:t xml:space="preserve"> và </w:t>
      </w:r>
      <w:r>
        <w:rPr>
          <w:rFonts w:ascii="Consolas" w:hAnsi="Consolas"/>
          <w:b w:val="0"/>
          <w:i w:val="0"/>
          <w:sz w:val="20"/>
        </w:rPr>
        <w:br/>
        <w:br/>
        <w:t xml:space="preserve">      va</w:t>
        <w:br/>
        <w:t xml:space="preserve">     </w:t>
        <w:br/>
      </w:r>
      <w:r>
        <w:rPr>
          <w:b w:val="0"/>
          <w:i w:val="0"/>
        </w:rPr>
        <w:t xml:space="preserve"> ta căn giữa nhãn và đặt kích thước chữ bằng </w:t>
      </w:r>
      <w:r>
        <w:rPr>
          <w:rFonts w:ascii="Consolas" w:hAnsi="Consolas"/>
          <w:b w:val="0"/>
          <w:i w:val="0"/>
          <w:sz w:val="20"/>
        </w:rPr>
        <w:br/>
        <w:br/>
        <w:t xml:space="preserve">      fontsize</w:t>
        <w:br/>
        <w:t xml:space="preserve">     </w:t>
        <w:br/>
      </w:r>
      <w:r>
        <w:rPr>
          <w:b w:val="0"/>
          <w:i w:val="0"/>
        </w:rPr>
        <w:t xml:space="preserve"> .</w:t>
      </w:r>
    </w:p>
    <w:p>
      <w:pPr>
        <w:spacing w:after="0"/>
        <w:ind w:left="360"/>
        <w:shd w:val="clear" w:color="auto" w:fill="F2F2F2"/>
      </w:pPr>
      <w:r>
        <w:rPr>
          <w:rFonts w:ascii="Consolas" w:hAnsi="Consolas"/>
          <w:sz w:val="18"/>
        </w:rPr>
        <w:t>&gt;&gt;&gt; for index, row in weurope_map.iterrows():</w:t>
      </w:r>
    </w:p>
    <w:p>
      <w:pPr>
        <w:spacing w:after="0"/>
        <w:ind w:left="360"/>
        <w:shd w:val="clear" w:color="auto" w:fill="F2F2F2"/>
      </w:pPr>
      <w:r>
        <w:rPr>
          <w:rFonts w:ascii="Consolas" w:hAnsi="Consolas"/>
          <w:sz w:val="18"/>
        </w:rPr>
        <w:t>...     plt.text(row['LON'], row['LAT'], row['ISO3'],</w:t>
      </w:r>
    </w:p>
    <w:p>
      <w:pPr>
        <w:spacing w:after="0"/>
        <w:ind w:left="360"/>
        <w:shd w:val="clear" w:color="auto" w:fill="F2F2F2"/>
      </w:pPr>
      <w:r>
        <w:rPr>
          <w:rFonts w:ascii="Consolas" w:hAnsi="Consolas"/>
          <w:sz w:val="18"/>
        </w:rPr>
        <w:t>...              ha='center', va='center', fontsize=7)</w:t>
      </w:r>
    </w:p>
    <w:p>
      <w:pPr>
        <w:spacing w:after="40"/>
      </w:pPr>
    </w:p>
    <w:p>
      <w:pPr>
        <w:spacing w:after="80"/>
      </w:pPr>
      <w:r>
        <w:rPr>
          <w:b/>
          <w:i w:val="0"/>
        </w:rPr>
        <w:t>Mẹo</w:t>
      </w:r>
    </w:p>
    <w:p>
      <w:pPr>
        <w:spacing w:after="80"/>
      </w:pPr>
      <w:r>
        <w:rPr>
          <w:b w:val="0"/>
          <w:i w:val="0"/>
        </w:rPr>
        <w:t xml:space="preserve">Nếu bạn phân tích file, bạn sẽ thấy đối tượng properties chứa thông tin cũ về dân số, được lưu dưới dạng </w:t>
      </w:r>
      <w:r>
        <w:rPr>
          <w:rFonts w:ascii="Consolas" w:hAnsi="Consolas"/>
          <w:b w:val="0"/>
          <w:i w:val="0"/>
          <w:sz w:val="20"/>
        </w:rPr>
        <w:br/>
        <w:br/>
        <w:t xml:space="preserve">       POP2005</w:t>
        <w:br/>
        <w:t xml:space="preserve">      </w:t>
        <w:br/>
      </w:r>
      <w:r>
        <w:rPr>
          <w:b w:val="0"/>
          <w:i w:val="0"/>
        </w:rPr>
        <w:t xml:space="preserve"> . Các file bản đồ khác nhau chứa thông tin khác nhau, nên hãy thoải mái thử nghiệm để khai phá hết mọi khả năng.</w:t>
      </w:r>
    </w:p>
    <w:p>
      <w:pPr>
        <w:spacing w:after="80"/>
      </w:pPr>
      <w:r>
        <w:rPr>
          <w:b w:val="0"/>
          <w:i w:val="0"/>
        </w:rPr>
        <w:t xml:space="preserve">Ngoài ra, bạn có thể nhận thấy bản đồ đôi khi bị méo. </w:t>
      </w:r>
      <w:r>
        <w:rPr>
          <w:rFonts w:ascii="Consolas" w:hAnsi="Consolas"/>
          <w:b w:val="0"/>
          <w:i w:val="0"/>
          <w:sz w:val="20"/>
        </w:rPr>
        <w:br/>
        <w:br/>
        <w:t xml:space="preserve">      matplotlib</w:t>
        <w:br/>
        <w:t xml:space="preserve">     </w:t>
        <w:br/>
      </w:r>
      <w:r>
        <w:rPr>
          <w:b w:val="0"/>
          <w:i w:val="0"/>
        </w:rPr>
        <w:t xml:space="preserve"> sẽ cố trình bày nó trong một khung vuông, và nếu bản đồ không gần vuông, điều này sẽ lộ rõ. Ví dụ, thử chỉ hiển thị Tây Ban Nha, Bồ Đào Nha, Ireland và Vương quốc Anh. Ta có thể ép đồ thị trình bày 1 điểm vĩ độ với cùng khoảng không như 1 điểm kinh độ, đây là cách tiếp cận tốt nếu ta không vẽ thứ gì gần các cực và bản đồ đủ nhỏ.</w:t>
      </w:r>
    </w:p>
    <w:p>
      <w:pPr>
        <w:spacing w:after="80"/>
      </w:pPr>
      <w:r>
        <w:rPr>
          <w:b w:val="0"/>
          <w:i w:val="0"/>
        </w:rPr>
        <w:t xml:space="preserve">Điều này đạt được bằng cách gọi </w:t>
      </w:r>
      <w:r>
        <w:rPr>
          <w:rFonts w:ascii="Consolas" w:hAnsi="Consolas"/>
          <w:b w:val="0"/>
          <w:i w:val="0"/>
          <w:sz w:val="20"/>
        </w:rPr>
        <w:br/>
        <w:br/>
        <w:t xml:space="preserve">      .set_aspect</w:t>
        <w:br/>
        <w:t xml:space="preserve">     </w:t>
        <w:br/>
      </w:r>
      <w:r>
        <w:rPr>
          <w:b w:val="0"/>
          <w:i w:val="0"/>
        </w:rPr>
        <w:t xml:space="preserve"> trong axes. Axes hiện tại có thể lấy được qua </w:t>
      </w:r>
      <w:r>
        <w:rPr>
          <w:rFonts w:ascii="Consolas" w:hAnsi="Consolas"/>
          <w:b w:val="0"/>
          <w:i w:val="0"/>
          <w:sz w:val="20"/>
        </w:rPr>
        <w:br/>
        <w:br/>
        <w:t xml:space="preserve">      .gca</w:t>
        <w:br/>
        <w:t xml:space="preserve">     </w:t>
        <w:br/>
      </w:r>
      <w:r>
        <w:rPr>
          <w:b w:val="0"/>
          <w:i w:val="0"/>
        </w:rPr>
        <w:t xml:space="preserve"> (get current axes - lấy axes hiện tại):</w:t>
      </w:r>
    </w:p>
    <w:p>
      <w:pPr>
        <w:spacing w:after="0"/>
        <w:ind w:left="360"/>
        <w:shd w:val="clear" w:color="auto" w:fill="F2F2F2"/>
      </w:pPr>
      <w:r>
        <w:rPr>
          <w:rFonts w:ascii="Consolas" w:hAnsi="Consolas"/>
          <w:sz w:val="18"/>
        </w:rPr>
        <w:t>&gt;&gt;&gt; axes = plt.gca()</w:t>
      </w:r>
    </w:p>
    <w:p>
      <w:pPr>
        <w:spacing w:after="0"/>
        <w:ind w:left="360"/>
        <w:shd w:val="clear" w:color="auto" w:fill="F2F2F2"/>
      </w:pPr>
      <w:r>
        <w:rPr>
          <w:rFonts w:ascii="Consolas" w:hAnsi="Consolas"/>
          <w:sz w:val="18"/>
        </w:rPr>
        <w:t>&gt;&gt;&gt; axes.set_aspect('equal', adjustable='box')</w:t>
      </w:r>
    </w:p>
    <w:p>
      <w:pPr>
        <w:spacing w:after="40"/>
      </w:pPr>
    </w:p>
    <w:p>
      <w:pPr>
        <w:spacing w:after="80"/>
      </w:pPr>
      <w:r>
        <w:rPr>
          <w:b w:val="0"/>
          <w:i w:val="0"/>
        </w:rPr>
        <w:t xml:space="preserve">Ngoài ra, để cải thiện diện mạo bản đồ, ta có thể đặt màu nền giúp phân biệt giữa nền và tiền cảnh, và xóa các nhãn trên trục, vì in vĩ độ và kinh độ có lẽ gây xao nhãng. Xóa nhãn trên trục được thực hiện bằng cách đặt nhãn rỗng với </w:t>
      </w:r>
      <w:r>
        <w:rPr>
          <w:rFonts w:ascii="Consolas" w:hAnsi="Consolas"/>
          <w:b w:val="0"/>
          <w:i w:val="0"/>
          <w:sz w:val="20"/>
        </w:rPr>
        <w:br/>
        <w:br/>
        <w:t xml:space="preserve">      .xticks</w:t>
        <w:br/>
        <w:t xml:space="preserve">     </w:t>
        <w:br/>
      </w:r>
      <w:r>
        <w:rPr>
          <w:b w:val="0"/>
          <w:i w:val="0"/>
        </w:rPr>
        <w:t xml:space="preserve"> và </w:t>
      </w:r>
      <w:r>
        <w:rPr>
          <w:rFonts w:ascii="Consolas" w:hAnsi="Consolas"/>
          <w:b w:val="0"/>
          <w:i w:val="0"/>
          <w:sz w:val="20"/>
        </w:rPr>
        <w:br/>
        <w:br/>
        <w:t xml:space="preserve">      .yticks</w:t>
        <w:br/>
        <w:t xml:space="preserve">     </w:t>
        <w:br/>
      </w:r>
      <w:r>
        <w:rPr>
          <w:b w:val="0"/>
          <w:i w:val="0"/>
        </w:rPr>
        <w:t xml:space="preserve"> . Màu nền được quy định bởi màu tiền cảnh của axes:</w:t>
      </w:r>
    </w:p>
    <w:p>
      <w:pPr>
        <w:spacing w:after="0"/>
        <w:ind w:left="360"/>
        <w:shd w:val="clear" w:color="auto" w:fill="F2F2F2"/>
      </w:pPr>
      <w:r>
        <w:rPr>
          <w:rFonts w:ascii="Consolas" w:hAnsi="Consolas"/>
          <w:sz w:val="18"/>
        </w:rPr>
        <w:t>&gt;&gt;&gt; plt.xticks([])</w:t>
      </w:r>
    </w:p>
    <w:p>
      <w:pPr>
        <w:spacing w:after="0"/>
        <w:ind w:left="360"/>
        <w:shd w:val="clear" w:color="auto" w:fill="F2F2F2"/>
      </w:pPr>
      <w:r>
        <w:rPr>
          <w:rFonts w:ascii="Consolas" w:hAnsi="Consolas"/>
          <w:sz w:val="18"/>
        </w:rPr>
        <w:t>([], &lt;a list of 0 Text major ticklabel objects&gt;)</w:t>
      </w:r>
    </w:p>
    <w:p>
      <w:pPr>
        <w:spacing w:after="0"/>
        <w:ind w:left="360"/>
        <w:shd w:val="clear" w:color="auto" w:fill="F2F2F2"/>
      </w:pPr>
      <w:r>
        <w:rPr>
          <w:rFonts w:ascii="Consolas" w:hAnsi="Consolas"/>
          <w:sz w:val="18"/>
        </w:rPr>
        <w:t>&gt;&gt;&gt; plt.yticks([])</w:t>
      </w:r>
    </w:p>
    <w:p>
      <w:pPr>
        <w:spacing w:after="0"/>
        <w:ind w:left="360"/>
        <w:shd w:val="clear" w:color="auto" w:fill="F2F2F2"/>
      </w:pPr>
      <w:r>
        <w:rPr>
          <w:rFonts w:ascii="Consolas" w:hAnsi="Consolas"/>
          <w:sz w:val="18"/>
        </w:rPr>
        <w:t>([], &lt;a list of 0 Text major ticklabel objects&gt;)</w:t>
      </w:r>
    </w:p>
    <w:p>
      <w:pPr>
        <w:spacing w:after="0"/>
        <w:ind w:left="360"/>
        <w:shd w:val="clear" w:color="auto" w:fill="F2F2F2"/>
      </w:pPr>
      <w:r>
        <w:rPr>
          <w:rFonts w:ascii="Consolas" w:hAnsi="Consolas"/>
          <w:sz w:val="18"/>
        </w:rPr>
        <w:t>&gt;&gt;&gt; axes = plt.gca()</w:t>
      </w:r>
    </w:p>
    <w:p>
      <w:pPr>
        <w:spacing w:after="0"/>
        <w:ind w:left="360"/>
        <w:shd w:val="clear" w:color="auto" w:fill="F2F2F2"/>
      </w:pPr>
      <w:r>
        <w:rPr>
          <w:rFonts w:ascii="Consolas" w:hAnsi="Consolas"/>
          <w:sz w:val="18"/>
        </w:rPr>
        <w:t>&gt;&gt;&gt; axes.set_facecolor('xkcd:light blue')</w:t>
      </w:r>
    </w:p>
    <w:p>
      <w:pPr>
        <w:spacing w:after="40"/>
      </w:pPr>
    </w:p>
    <w:p>
      <w:pPr>
        <w:spacing w:after="80"/>
      </w:pPr>
      <w:r>
        <w:rPr>
          <w:b w:val="0"/>
          <w:i w:val="0"/>
        </w:rPr>
        <w:t xml:space="preserve">Cuối cùng, để phân biệt rõ hơn giữa các vùng khác nhau, có thể thêm một đường bao quanh mỗi khu vực tại thời điểm vẽ bản đồ. Bạn có thể dùng các tham số </w:t>
      </w:r>
      <w:r>
        <w:rPr>
          <w:rFonts w:ascii="Consolas" w:hAnsi="Consolas"/>
          <w:b w:val="0"/>
          <w:i w:val="0"/>
          <w:sz w:val="20"/>
        </w:rPr>
        <w:br/>
        <w:br/>
        <w:t xml:space="preserve">      edgecolor</w:t>
        <w:br/>
        <w:t xml:space="preserve">     </w:t>
        <w:br/>
      </w:r>
      <w:r>
        <w:rPr>
          <w:b w:val="0"/>
          <w:i w:val="0"/>
        </w:rPr>
        <w:t xml:space="preserve"> và </w:t>
      </w:r>
      <w:r>
        <w:rPr>
          <w:rFonts w:ascii="Consolas" w:hAnsi="Consolas"/>
          <w:b w:val="0"/>
          <w:i w:val="0"/>
          <w:sz w:val="20"/>
        </w:rPr>
        <w:br/>
        <w:br/>
        <w:t xml:space="preserve">      linewidth</w:t>
        <w:br/>
        <w:t xml:space="preserve">     </w:t>
        <w:br/>
      </w:r>
      <w:r>
        <w:rPr>
          <w:b w:val="0"/>
          <w:i w:val="0"/>
        </w:rPr>
        <w:t xml:space="preserve"> :</w:t>
      </w:r>
    </w:p>
    <w:p>
      <w:pPr>
        <w:spacing w:after="0"/>
        <w:ind w:left="360"/>
        <w:shd w:val="clear" w:color="auto" w:fill="F2F2F2"/>
      </w:pPr>
      <w:r>
        <w:rPr>
          <w:rFonts w:ascii="Consolas" w:hAnsi="Consolas"/>
          <w:sz w:val="18"/>
        </w:rPr>
        <w:t>&gt;&gt;&gt; weurope_map.plot(column='POPULATION', cmap='Greens',</w:t>
      </w:r>
    </w:p>
    <w:p>
      <w:pPr>
        <w:spacing w:after="0"/>
        <w:ind w:left="360"/>
        <w:shd w:val="clear" w:color="auto" w:fill="F2F2F2"/>
      </w:pPr>
      <w:r>
        <w:rPr>
          <w:rFonts w:ascii="Consolas" w:hAnsi="Consolas"/>
          <w:sz w:val="18"/>
        </w:rPr>
        <w:t>...                  edgecolor="black", linewidth=0.2)</w:t>
      </w:r>
    </w:p>
    <w:p>
      <w:pPr>
        <w:spacing w:after="40"/>
      </w:pPr>
    </w:p>
    <w:p>
      <w:pPr>
        <w:spacing w:after="80"/>
      </w:pPr>
      <w:r>
        <w:rPr>
          <w:b w:val="0"/>
          <w:i w:val="0"/>
        </w:rPr>
        <w:t>Sau khi áp dụng tất cả các yếu tố này vào bản đồ, nó trông như thế này:</w:t>
      </w:r>
    </w:p>
    <w:p>
      <w:pPr>
        <w:jc w:val="center"/>
      </w:pPr>
      <w:r>
        <w:drawing>
          <wp:inline xmlns:a="http://schemas.openxmlformats.org/drawingml/2006/main" xmlns:pic="http://schemas.openxmlformats.org/drawingml/2006/picture">
            <wp:extent cx="5486400" cy="5101865"/>
            <wp:docPr id="74" name="Picture 74"/>
            <wp:cNvGraphicFramePr>
              <a:graphicFrameLocks noChangeAspect="1"/>
            </wp:cNvGraphicFramePr>
            <a:graphic>
              <a:graphicData uri="http://schemas.openxmlformats.org/drawingml/2006/picture">
                <pic:pic>
                  <pic:nvPicPr>
                    <pic:cNvPr id="0" name="B36973_8_11.png"/>
                    <pic:cNvPicPr/>
                  </pic:nvPicPr>
                  <pic:blipFill>
                    <a:blip r:embed="rId76"/>
                    <a:stretch>
                      <a:fillRect/>
                    </a:stretch>
                  </pic:blipFill>
                  <pic:spPr>
                    <a:xfrm>
                      <a:off x="0" y="0"/>
                      <a:ext cx="5486400" cy="5101865"/>
                    </a:xfrm>
                    <a:prstGeom prst="rect"/>
                  </pic:spPr>
                </pic:pic>
              </a:graphicData>
            </a:graphic>
          </wp:inline>
        </w:drawing>
      </w:r>
    </w:p>
    <w:p>
      <w:pPr>
        <w:spacing w:after="160"/>
        <w:jc w:val="center"/>
      </w:pPr>
      <w:r>
        <w:rPr>
          <w:rFonts w:ascii="Calibri" w:hAnsi="Calibri"/>
          <w:b w:val="0"/>
          <w:i/>
          <w:sz w:val="19"/>
        </w:rPr>
        <w:t>Hình 8.11: Bản đồ với các quốc gia được tô màu và màu nền</w:t>
      </w:r>
    </w:p>
    <w:p>
      <w:pPr>
        <w:spacing w:after="80"/>
      </w:pPr>
      <w:r>
        <w:rPr>
          <w:b w:val="0"/>
          <w:i w:val="0"/>
        </w:rPr>
        <w:t xml:space="preserve">Mã kết quả có sẵn trên GitHub: </w:t>
      </w:r>
      <w:r>
        <w:rPr>
          <w:rFonts w:ascii="Consolas" w:hAnsi="Consolas"/>
          <w:b w:val="0"/>
          <w:i w:val="0"/>
          <w:sz w:val="20"/>
        </w:rPr>
        <w:br/>
        <w:br/>
        <w:t xml:space="preserve">       https://github.com/PacktPublishing/Python-Automation-Cookbook-Third-Edition/blob/main/ch08/visualising_maps.py</w:t>
        <w:br/>
        <w:t xml:space="preserve">      </w:t>
        <w:br/>
      </w:r>
      <w:r>
        <w:rPr>
          <w:b w:val="0"/>
          <w:i w:val="0"/>
        </w:rPr>
        <w:t xml:space="preserve"> .</w:t>
      </w:r>
    </w:p>
    <w:p>
      <w:pPr>
        <w:spacing w:after="80"/>
      </w:pPr>
      <w:r>
        <w:rPr>
          <w:b w:val="0"/>
          <w:i w:val="0"/>
        </w:rPr>
        <w:t xml:space="preserve">Bản đồ được vẽ dưới dạng các đa giác tổng quát. Bạn có thể thấy các đa giác trong cột </w:t>
      </w:r>
      <w:r>
        <w:rPr>
          <w:rFonts w:ascii="Consolas" w:hAnsi="Consolas"/>
          <w:b w:val="0"/>
          <w:i w:val="0"/>
          <w:sz w:val="20"/>
        </w:rPr>
        <w:br/>
        <w:br/>
        <w:t xml:space="preserve">      geometry</w:t>
        <w:br/>
        <w:t xml:space="preserve">     </w:t>
        <w:br/>
      </w:r>
      <w:r>
        <w:rPr>
          <w:b w:val="0"/>
          <w:i w:val="0"/>
        </w:rPr>
        <w:t xml:space="preserve"> . Chúng được lưu trong đối tượng </w:t>
      </w:r>
      <w:r>
        <w:rPr>
          <w:rFonts w:ascii="Consolas" w:hAnsi="Consolas"/>
          <w:b w:val="0"/>
          <w:i w:val="0"/>
          <w:sz w:val="20"/>
        </w:rPr>
        <w:br/>
        <w:br/>
        <w:t xml:space="preserve">      Polygon</w:t>
        <w:br/>
        <w:t xml:space="preserve">     </w:t>
        <w:br/>
      </w:r>
      <w:r>
        <w:rPr>
          <w:b w:val="0"/>
          <w:i w:val="0"/>
        </w:rPr>
        <w:t xml:space="preserve"> (nếu là một </w:t>
      </w:r>
      <w:r>
        <w:rPr>
          <w:rFonts w:ascii="Consolas" w:hAnsi="Consolas"/>
          <w:b w:val="0"/>
          <w:i w:val="0"/>
          <w:sz w:val="20"/>
        </w:rPr>
        <w:br/>
        <w:br/>
        <w:t xml:space="preserve">      Polygon</w:t>
        <w:br/>
        <w:t xml:space="preserve">     </w:t>
        <w:br/>
      </w:r>
      <w:r>
        <w:rPr>
          <w:b w:val="0"/>
          <w:i w:val="0"/>
        </w:rPr>
        <w:t xml:space="preserve"> đơn) hoặc </w:t>
      </w:r>
      <w:r>
        <w:rPr>
          <w:rFonts w:ascii="Consolas" w:hAnsi="Consolas"/>
          <w:b w:val="0"/>
          <w:i w:val="0"/>
          <w:sz w:val="20"/>
        </w:rPr>
        <w:br/>
        <w:br/>
        <w:t xml:space="preserve">      MultiPolygon</w:t>
        <w:br/>
        <w:t xml:space="preserve">     </w:t>
        <w:br/>
      </w:r>
      <w:r>
        <w:rPr>
          <w:b w:val="0"/>
          <w:i w:val="0"/>
        </w:rPr>
        <w:t xml:space="preserve"> (nếu có nhiều cái).</w:t>
      </w:r>
    </w:p>
    <w:p>
      <w:pPr>
        <w:spacing w:after="80"/>
      </w:pPr>
      <w:r>
        <w:rPr>
          <w:b w:val="0"/>
          <w:i w:val="0"/>
        </w:rPr>
        <w:t>Ví dụ, để xem tất cả các đoạn thẳng tạo nên đường viền của bản đồ Ireland, bạn có thể chọn phần tử thứ 7 của toàn bộ thông tin GIS. Mỗi bản đồ có thể gồm nhiều đa giác, mỗi cái định nghĩa một phần độc lập của quốc gia (ví dụ, các đảo khác nhau)</w:t>
      </w:r>
    </w:p>
    <w:p>
      <w:pPr>
        <w:spacing w:after="0"/>
        <w:ind w:left="360"/>
        <w:shd w:val="clear" w:color="auto" w:fill="F2F2F2"/>
      </w:pPr>
      <w:r>
        <w:rPr>
          <w:rFonts w:ascii="Consolas" w:hAnsi="Consolas"/>
          <w:sz w:val="18"/>
        </w:rPr>
        <w:t>&gt;&gt;&gt; ireland = full_europe_map.loc[7]</w:t>
      </w:r>
    </w:p>
    <w:p>
      <w:pPr>
        <w:spacing w:after="0"/>
        <w:ind w:left="360"/>
        <w:shd w:val="clear" w:color="auto" w:fill="F2F2F2"/>
      </w:pPr>
      <w:r>
        <w:rPr>
          <w:rFonts w:ascii="Consolas" w:hAnsi="Consolas"/>
          <w:sz w:val="18"/>
        </w:rPr>
        <w:t>&gt;&gt;&gt; ireland['geometry']</w:t>
      </w:r>
    </w:p>
    <w:p>
      <w:pPr>
        <w:spacing w:after="0"/>
        <w:ind w:left="360"/>
        <w:shd w:val="clear" w:color="auto" w:fill="F2F2F2"/>
      </w:pPr>
      <w:r>
        <w:rPr>
          <w:rFonts w:ascii="Consolas" w:hAnsi="Consolas"/>
          <w:sz w:val="18"/>
        </w:rPr>
        <w:t>&lt;MULTIPOLYGON (((-9.656 53.222, -9.663 53.221, -9.689 53.223, -9.696 53.223,...&gt;</w:t>
      </w:r>
    </w:p>
    <w:p>
      <w:pPr>
        <w:spacing w:after="0"/>
        <w:ind w:left="360"/>
        <w:shd w:val="clear" w:color="auto" w:fill="F2F2F2"/>
      </w:pPr>
      <w:r>
        <w:rPr>
          <w:rFonts w:ascii="Consolas" w:hAnsi="Consolas"/>
          <w:sz w:val="18"/>
        </w:rPr>
        <w:t>&gt;&gt;&gt; ireland['geometry'].geoms[0]  # First polygon of the multipolygon</w:t>
      </w:r>
    </w:p>
    <w:p>
      <w:pPr>
        <w:spacing w:after="0"/>
        <w:ind w:left="360"/>
        <w:shd w:val="clear" w:color="auto" w:fill="F2F2F2"/>
      </w:pPr>
      <w:r>
        <w:rPr>
          <w:rFonts w:ascii="Consolas" w:hAnsi="Consolas"/>
          <w:sz w:val="18"/>
        </w:rPr>
        <w:t>&lt;POLYGON ((-9.656 53.222, -9.663 53.221, -9.689 53.223, -9.696 53.223, -9.70...&gt;</w:t>
      </w:r>
    </w:p>
    <w:p>
      <w:pPr>
        <w:spacing w:after="40"/>
      </w:pPr>
    </w:p>
    <w:p>
      <w:pPr>
        <w:spacing w:after="80"/>
      </w:pPr>
      <w:r>
        <w:rPr>
          <w:b w:val="0"/>
          <w:i w:val="0"/>
        </w:rPr>
        <w:t xml:space="preserve">Mỗi Polygon lưu một danh sách tọa độ ( </w:t>
      </w:r>
      <w:r>
        <w:rPr>
          <w:rFonts w:ascii="Consolas" w:hAnsi="Consolas"/>
          <w:b w:val="0"/>
          <w:i w:val="0"/>
          <w:sz w:val="20"/>
        </w:rPr>
        <w:br/>
        <w:br/>
        <w:t xml:space="preserve">      .coords</w:t>
        <w:br/>
        <w:t xml:space="preserve">     </w:t>
        <w:br/>
      </w:r>
      <w:r>
        <w:rPr>
          <w:b w:val="0"/>
          <w:i w:val="0"/>
        </w:rPr>
        <w:t xml:space="preserve"> ) tạo nên từng đoạn.</w:t>
      </w:r>
    </w:p>
    <w:p>
      <w:pPr>
        <w:spacing w:after="0"/>
        <w:ind w:left="360"/>
        <w:shd w:val="clear" w:color="auto" w:fill="F2F2F2"/>
      </w:pPr>
      <w:r>
        <w:rPr>
          <w:rFonts w:ascii="Consolas" w:hAnsi="Consolas"/>
          <w:sz w:val="18"/>
        </w:rPr>
        <w:t>&gt;&gt;&gt; first_polygon = ireland['geometry'].geoms[0]</w:t>
      </w:r>
    </w:p>
    <w:p>
      <w:pPr>
        <w:spacing w:after="0"/>
        <w:ind w:left="360"/>
        <w:shd w:val="clear" w:color="auto" w:fill="F2F2F2"/>
      </w:pPr>
      <w:r>
        <w:rPr>
          <w:rFonts w:ascii="Consolas" w:hAnsi="Consolas"/>
          <w:sz w:val="18"/>
        </w:rPr>
        <w:t>&gt;&gt;&gt; list(first_polygon.exterior.coords)</w:t>
      </w:r>
    </w:p>
    <w:p>
      <w:pPr>
        <w:spacing w:after="0"/>
        <w:ind w:left="360"/>
        <w:shd w:val="clear" w:color="auto" w:fill="F2F2F2"/>
      </w:pPr>
      <w:r>
        <w:rPr>
          <w:rFonts w:ascii="Consolas" w:hAnsi="Consolas"/>
          <w:sz w:val="18"/>
        </w:rPr>
        <w:t>[(-9.65639, 53.222221), (-9.663334, 53.221382), (-9.68861, 53.222771), (-9.695557, 53.223328), (-9.70389, 53.22694400000012), (-9.709723, 53.232498000000135), (-9.72556, 53.263885), (-9.72472, 53.26805), (-9.67056, 53.28166), (-9.664446, 53.281944), (-9.660833, 53.279999), (-9.64194, 53.25193800000011), (-9.64861, 53.22694400000012), (-9.65639, 53.222221)]</w:t>
      </w:r>
    </w:p>
    <w:p>
      <w:pPr>
        <w:spacing w:after="40"/>
      </w:pPr>
    </w:p>
    <w:p>
      <w:pPr>
        <w:spacing w:after="80"/>
      </w:pPr>
      <w:r>
        <w:rPr>
          <w:b w:val="0"/>
          <w:i w:val="0"/>
        </w:rPr>
        <w:t xml:space="preserve">Bạn có thể in thủ công từng hình dạng bằng </w:t>
      </w:r>
      <w:r>
        <w:rPr>
          <w:rFonts w:ascii="Consolas" w:hAnsi="Consolas"/>
          <w:b w:val="0"/>
          <w:i w:val="0"/>
          <w:sz w:val="20"/>
        </w:rPr>
        <w:br/>
        <w:br/>
        <w:t xml:space="preserve">      .fill</w:t>
        <w:br/>
        <w:t xml:space="preserve">     </w:t>
        <w:br/>
      </w:r>
      <w:r>
        <w:rPr>
          <w:b w:val="0"/>
          <w:i w:val="0"/>
        </w:rPr>
        <w:t xml:space="preserve"> . Ví dụ, để in phần chính của bản đồ Ireland, được định nghĩa là đa giác cuối cùng trong danh sách, bạn có thể dùng đoạn mã sau. Chú ý cách ta cần định nghĩa các giá trị </w:t>
      </w:r>
      <w:r>
        <w:rPr>
          <w:b w:val="0"/>
          <w:i/>
        </w:rPr>
        <w:t xml:space="preserve"> X </w:t>
      </w:r>
      <w:r>
        <w:rPr>
          <w:b w:val="0"/>
          <w:i w:val="0"/>
        </w:rPr>
        <w:t xml:space="preserve"> và </w:t>
      </w:r>
      <w:r>
        <w:rPr>
          <w:b w:val="0"/>
          <w:i/>
        </w:rPr>
        <w:t xml:space="preserve"> Y </w:t>
      </w:r>
      <w:r>
        <w:rPr>
          <w:b w:val="0"/>
          <w:i w:val="0"/>
        </w:rPr>
        <w:t xml:space="preserve"> trong hai danh sách, như thường lệ với </w:t>
      </w:r>
      <w:r>
        <w:rPr>
          <w:rFonts w:ascii="Consolas" w:hAnsi="Consolas"/>
          <w:b w:val="0"/>
          <w:i w:val="0"/>
          <w:sz w:val="20"/>
        </w:rPr>
        <w:br/>
        <w:br/>
        <w:t xml:space="preserve">      matplotlib</w:t>
        <w:br/>
        <w:t xml:space="preserve">     </w:t>
        <w:br/>
      </w:r>
      <w:r>
        <w:rPr>
          <w:b w:val="0"/>
          <w:i w:val="0"/>
        </w:rPr>
        <w:t xml:space="preserve"> .</w:t>
      </w:r>
    </w:p>
    <w:p>
      <w:pPr>
        <w:spacing w:after="0"/>
        <w:ind w:left="360"/>
        <w:shd w:val="clear" w:color="auto" w:fill="F2F2F2"/>
      </w:pPr>
      <w:r>
        <w:rPr>
          <w:rFonts w:ascii="Consolas" w:hAnsi="Consolas"/>
          <w:sz w:val="18"/>
        </w:rPr>
        <w:t>&gt;&gt;&gt; last_polygon = ireland['geometry'].geoms[4]</w:t>
      </w:r>
    </w:p>
    <w:p>
      <w:pPr>
        <w:spacing w:after="0"/>
        <w:ind w:left="360"/>
        <w:shd w:val="clear" w:color="auto" w:fill="F2F2F2"/>
      </w:pPr>
      <w:r>
        <w:rPr>
          <w:rFonts w:ascii="Consolas" w:hAnsi="Consolas"/>
          <w:sz w:val="18"/>
        </w:rPr>
        <w:t>&gt;&gt;&gt; data_x = [x for x, y in last_polygon.exterior.coords]</w:t>
      </w:r>
    </w:p>
    <w:p>
      <w:pPr>
        <w:spacing w:after="0"/>
        <w:ind w:left="360"/>
        <w:shd w:val="clear" w:color="auto" w:fill="F2F2F2"/>
      </w:pPr>
      <w:r>
        <w:rPr>
          <w:rFonts w:ascii="Consolas" w:hAnsi="Consolas"/>
          <w:sz w:val="18"/>
        </w:rPr>
        <w:t>&gt;&gt;&gt; data_y = [y for x, y in last_polygon.exterior.coords]</w:t>
      </w:r>
    </w:p>
    <w:p>
      <w:pPr>
        <w:spacing w:after="0"/>
        <w:ind w:left="360"/>
        <w:shd w:val="clear" w:color="auto" w:fill="F2F2F2"/>
      </w:pPr>
      <w:r>
        <w:rPr>
          <w:rFonts w:ascii="Consolas" w:hAnsi="Consolas"/>
          <w:sz w:val="18"/>
        </w:rPr>
        <w:t>&gt;&gt;&gt; plt.fill(data_x, data_y, c='xkcd:emerald')</w:t>
      </w:r>
    </w:p>
    <w:p>
      <w:pPr>
        <w:spacing w:after="0"/>
        <w:ind w:left="360"/>
        <w:shd w:val="clear" w:color="auto" w:fill="F2F2F2"/>
      </w:pPr>
      <w:r>
        <w:rPr>
          <w:rFonts w:ascii="Consolas" w:hAnsi="Consolas"/>
          <w:sz w:val="18"/>
        </w:rPr>
        <w:t>[&lt;matplotlib.patches.Polygon object at 0x12425ec10&gt;]</w:t>
      </w:r>
    </w:p>
    <w:p>
      <w:pPr>
        <w:spacing w:after="0"/>
        <w:ind w:left="360"/>
        <w:shd w:val="clear" w:color="auto" w:fill="F2F2F2"/>
      </w:pPr>
      <w:r>
        <w:rPr>
          <w:rFonts w:ascii="Consolas" w:hAnsi="Consolas"/>
          <w:sz w:val="18"/>
        </w:rPr>
        <w:t>&gt;&gt;&gt; plt.show()</w:t>
      </w:r>
    </w:p>
    <w:p>
      <w:pPr>
        <w:spacing w:after="40"/>
      </w:pPr>
    </w:p>
    <w:p>
      <w:pPr>
        <w:jc w:val="center"/>
      </w:pPr>
      <w:r>
        <w:drawing>
          <wp:inline xmlns:a="http://schemas.openxmlformats.org/drawingml/2006/main" xmlns:pic="http://schemas.openxmlformats.org/drawingml/2006/picture">
            <wp:extent cx="5486400" cy="4722802"/>
            <wp:docPr id="75" name="Picture 75"/>
            <wp:cNvGraphicFramePr>
              <a:graphicFrameLocks noChangeAspect="1"/>
            </wp:cNvGraphicFramePr>
            <a:graphic>
              <a:graphicData uri="http://schemas.openxmlformats.org/drawingml/2006/picture">
                <pic:pic>
                  <pic:nvPicPr>
                    <pic:cNvPr id="0" name="B36973_8_12.png"/>
                    <pic:cNvPicPr/>
                  </pic:nvPicPr>
                  <pic:blipFill>
                    <a:blip r:embed="rId77"/>
                    <a:stretch>
                      <a:fillRect/>
                    </a:stretch>
                  </pic:blipFill>
                  <pic:spPr>
                    <a:xfrm>
                      <a:off x="0" y="0"/>
                      <a:ext cx="5486400" cy="4722802"/>
                    </a:xfrm>
                    <a:prstGeom prst="rect"/>
                  </pic:spPr>
                </pic:pic>
              </a:graphicData>
            </a:graphic>
          </wp:inline>
        </w:drawing>
      </w:r>
    </w:p>
    <w:p>
      <w:pPr>
        <w:spacing w:after="160"/>
        <w:jc w:val="center"/>
      </w:pPr>
      <w:r>
        <w:rPr>
          <w:rFonts w:ascii="Calibri" w:hAnsi="Calibri"/>
          <w:b w:val="0"/>
          <w:i/>
          <w:sz w:val="19"/>
        </w:rPr>
        <w:t>Hình 8.12: Bản đồ Ireland được đơn giản hóa</w:t>
      </w:r>
    </w:p>
    <w:p>
      <w:pPr>
        <w:spacing w:after="80"/>
      </w:pPr>
      <w:r>
        <w:rPr>
          <w:b w:val="0"/>
          <w:i w:val="0"/>
        </w:rPr>
        <w:t>Với thông tin đó, bạn có thể thêm nhiều phần tử hơn vào bản đồ của mình! Đừng ngại đưa vào các hình dạng hình học khác. Bạn có thể tự định nghĩa các đa giác (polygon) của riêng mình. Ví dụ, những vùng ở xa, như các hòn đảo cách xa đất liền, có thể cần được di chuyển hoặc thu nhỏ để tránh bản đồ trở nên quá lớn. Hoặc hình chữ nhật có thể được dùng để đóng khung và in thêm thông tin lên trên một phần của bản đồ.</w:t>
      </w:r>
    </w:p>
    <w:p>
      <w:pPr>
        <w:spacing w:after="80"/>
      </w:pPr>
      <w:r>
        <w:rPr>
          <w:b/>
          <w:i w:val="0"/>
        </w:rPr>
        <w:t>Mẹo</w:t>
      </w:r>
    </w:p>
    <w:p>
      <w:pPr>
        <w:spacing w:after="80"/>
      </w:pPr>
      <w:r>
        <w:rPr>
          <w:b w:val="0"/>
          <w:i w:val="0"/>
        </w:rPr>
        <w:t>Bạn có thể nhờ GenAI giúp tạo tọa độ phù hợp cho một hình dạng hình học trên bản đồ, hoặc di chuyển một phần của bản đồ đến vị trí khác.</w:t>
      </w:r>
    </w:p>
    <w:p>
      <w:pPr>
        <w:spacing w:after="80"/>
      </w:pPr>
      <w:r>
        <w:rPr>
          <w:b w:val="0"/>
          <w:i w:val="0"/>
        </w:rPr>
        <w:t xml:space="preserve">Tài liệu đầy đủ về </w:t>
      </w:r>
      <w:r>
        <w:rPr>
          <w:rFonts w:ascii="Consolas" w:hAnsi="Consolas"/>
          <w:b w:val="0"/>
          <w:i w:val="0"/>
          <w:sz w:val="20"/>
        </w:rPr>
        <w:br/>
        <w:br/>
        <w:t xml:space="preserve">      geopandas</w:t>
        <w:br/>
        <w:t xml:space="preserve">     </w:t>
        <w:br/>
      </w:r>
      <w:r>
        <w:rPr>
          <w:b w:val="0"/>
          <w:i w:val="0"/>
        </w:rPr>
        <w:t xml:space="preserve"> có thể tìm thấy ở đây: </w:t>
      </w:r>
      <w:r>
        <w:rPr>
          <w:rFonts w:ascii="Consolas" w:hAnsi="Consolas"/>
          <w:b w:val="0"/>
          <w:i w:val="0"/>
          <w:sz w:val="20"/>
        </w:rPr>
        <w:br/>
        <w:br/>
        <w:t xml:space="preserve">       https://geopandas.org/en/stable/docs.html</w:t>
        <w:br/>
        <w:t xml:space="preserve">      </w:t>
        <w:br/>
      </w:r>
      <w:r>
        <w:rPr>
          <w:b w:val="0"/>
          <w:i w:val="0"/>
        </w:rPr>
        <w:t xml:space="preserve"> . Tài liệu đầy đủ về </w:t>
      </w:r>
      <w:r>
        <w:rPr>
          <w:rFonts w:ascii="Consolas" w:hAnsi="Consolas"/>
          <w:b w:val="0"/>
          <w:i w:val="0"/>
          <w:sz w:val="20"/>
        </w:rPr>
        <w:br/>
        <w:br/>
        <w:t xml:space="preserve">      matplotlib</w:t>
        <w:br/>
        <w:t xml:space="preserve">     </w:t>
        <w:br/>
      </w:r>
      <w:r>
        <w:rPr>
          <w:b w:val="0"/>
          <w:i w:val="0"/>
        </w:rPr>
        <w:t xml:space="preserve"> ở đây: </w:t>
      </w:r>
      <w:r>
        <w:rPr>
          <w:rFonts w:ascii="Consolas" w:hAnsi="Consolas"/>
          <w:b w:val="0"/>
          <w:i w:val="0"/>
          <w:sz w:val="20"/>
        </w:rPr>
        <w:br/>
        <w:br/>
        <w:t xml:space="preserve">       https://matplotlib.org/</w:t>
        <w:br/>
        <w:t xml:space="preserve">      </w:t>
        <w:br/>
      </w:r>
      <w:r>
        <w:rPr>
          <w:b w:val="0"/>
          <w:i w:val="0"/>
        </w:rPr>
        <w:t xml:space="preserve"> .</w:t>
      </w:r>
    </w:p>
    <w:p>
      <w:pPr>
        <w:pStyle w:val="Heading3"/>
      </w:pPr>
      <w:r>
        <w:rPr>
          <w:rFonts w:ascii="Calibri" w:hAnsi="Calibri"/>
          <w:b/>
          <w:i w:val="0"/>
          <w:sz w:val="26"/>
        </w:rPr>
        <w:t>Xem thêm</w:t>
      </w:r>
    </w:p>
    <w:p>
      <w:pPr>
        <w:spacing w:after="80"/>
        <w:ind w:left="360"/>
      </w:pPr>
      <w:r>
        <w:t xml:space="preserve">• </w:t>
      </w:r>
      <w:r>
        <w:rPr>
          <w:b w:val="0"/>
          <w:i w:val="0"/>
        </w:rPr>
        <w:t xml:space="preserve">Công thức tiếp theo, công thức </w:t>
      </w:r>
      <w:r>
        <w:rPr>
          <w:b w:val="0"/>
          <w:i/>
        </w:rPr>
        <w:t xml:space="preserve"> Thêm </w:t>
      </w:r>
      <w:r>
        <w:rPr>
          <w:b w:val="0"/>
          <w:i w:val="0"/>
        </w:rPr>
        <w:t xml:space="preserve"> </w:t>
      </w:r>
      <w:r>
        <w:rPr>
          <w:b w:val="0"/>
          <w:i/>
        </w:rPr>
        <w:t xml:space="preserve"> chú giải và ghi chú </w:t>
      </w:r>
      <w:r>
        <w:rPr>
          <w:b w:val="0"/>
          <w:i w:val="0"/>
        </w:rPr>
        <w:t xml:space="preserve"> , để học cách thêm thông tin ngữ cảnh vào đồ thị.</w:t>
      </w:r>
    </w:p>
    <w:p>
      <w:pPr>
        <w:spacing w:after="80"/>
        <w:ind w:left="360"/>
      </w:pPr>
      <w:r>
        <w:t xml:space="preserve">• </w:t>
      </w:r>
      <w:r>
        <w:rPr>
          <w:b w:val="0"/>
          <w:i w:val="0"/>
        </w:rPr>
        <w:t xml:space="preserve">Công thức </w:t>
      </w:r>
      <w:r>
        <w:rPr>
          <w:b w:val="0"/>
          <w:i/>
        </w:rPr>
        <w:t xml:space="preserve"> Kết hợp các đồ thị </w:t>
      </w:r>
      <w:r>
        <w:rPr>
          <w:b w:val="0"/>
          <w:i w:val="0"/>
        </w:rPr>
        <w:t xml:space="preserve"> , ở phần sau của chương này, để học cách thêm nhiều biểu đồ vào một đồ thị duy nhất.</w:t>
      </w:r>
    </w:p>
    <w:p>
      <w:pPr>
        <w:pStyle w:val="Heading2"/>
      </w:pPr>
      <w:r>
        <w:rPr>
          <w:rFonts w:ascii="Calibri" w:hAnsi="Calibri"/>
          <w:b/>
          <w:i w:val="0"/>
          <w:sz w:val="32"/>
        </w:rPr>
        <w:t>Thêm chú giải và ghi chú</w:t>
      </w:r>
    </w:p>
    <w:p>
      <w:pPr>
        <w:spacing w:after="80"/>
      </w:pPr>
      <w:r>
        <w:rPr>
          <w:b w:val="0"/>
          <w:i w:val="0"/>
        </w:rPr>
        <w:t xml:space="preserve">Khi vẽ đồ thị với thông tin dày đặc, có thể cần một chú giải (legend) để hiển thị thông tin giúp dữ liệu dễ hiểu hơn, ví dụ để giải thích màu nào ứng với khái niệm nào. Trong </w:t>
      </w:r>
      <w:r>
        <w:rPr>
          <w:rFonts w:ascii="Consolas" w:hAnsi="Consolas"/>
          <w:b w:val="0"/>
          <w:i w:val="0"/>
          <w:sz w:val="20"/>
        </w:rPr>
        <w:br/>
        <w:br/>
        <w:t xml:space="preserve">      matplotlib</w:t>
        <w:br/>
        <w:t xml:space="preserve">     </w:t>
        <w:br/>
      </w:r>
      <w:r>
        <w:rPr>
          <w:b w:val="0"/>
          <w:i w:val="0"/>
        </w:rPr>
        <w:t xml:space="preserve"> , chú giải có thể khá phong phú, và có nhiều cách trình bày chúng. Ghi chú (annotation) để thu hút sự chú ý vào những điểm cụ thể cũng hữu ích trong việc giúp người đọc hiểu thông tin được hiển thị trên đồ thị.</w:t>
      </w:r>
    </w:p>
    <w:p>
      <w:pPr>
        <w:spacing w:after="80"/>
      </w:pPr>
      <w:r>
        <w:rPr>
          <w:b w:val="0"/>
          <w:i w:val="0"/>
        </w:rPr>
        <w:t>Trong công thức này, chúng ta sẽ tạo một đồ thị với ba thành phần khác nhau và hiển thị một chú giải với thông tin giúp hiểu nó, đồng thời chúng ta cũng sẽ ghi chú những điểm thú vị nhất trên đồ thị của mình.</w:t>
      </w:r>
    </w:p>
    <w:p>
      <w:pPr>
        <w:pStyle w:val="Heading3"/>
      </w:pPr>
      <w:r>
        <w:rPr>
          <w:rFonts w:ascii="Calibri" w:hAnsi="Calibri"/>
          <w:b/>
          <w:i w:val="0"/>
          <w:sz w:val="26"/>
        </w:rPr>
        <w:t>Chuẩn bị</w:t>
      </w:r>
    </w:p>
    <w:p>
      <w:pPr>
        <w:spacing w:after="80"/>
      </w:pPr>
      <w:r>
        <w:rPr>
          <w:b w:val="0"/>
          <w:i w:val="0"/>
        </w:rPr>
        <w:t xml:space="preserve">Chúng ta có thể cài đặt </w:t>
      </w:r>
      <w:r>
        <w:rPr>
          <w:rFonts w:ascii="Consolas" w:hAnsi="Consolas"/>
          <w:b w:val="0"/>
          <w:i w:val="0"/>
          <w:sz w:val="20"/>
        </w:rPr>
        <w:br/>
        <w:br/>
        <w:t xml:space="preserve">      matplotlib</w:t>
        <w:br/>
        <w:t xml:space="preserve">     </w:t>
        <w:br/>
      </w:r>
      <w:r>
        <w:rPr>
          <w:b w:val="0"/>
          <w:i w:val="0"/>
        </w:rPr>
        <w:t xml:space="preserve"> trong môi trường của mình bằng các lệnh sau:</w:t>
      </w:r>
    </w:p>
    <w:p>
      <w:pPr>
        <w:spacing w:after="0"/>
        <w:ind w:left="360"/>
        <w:shd w:val="clear" w:color="auto" w:fill="F2F2F2"/>
      </w:pPr>
      <w:r>
        <w:rPr>
          <w:rFonts w:ascii="Consolas" w:hAnsi="Consolas"/>
          <w:sz w:val="18"/>
        </w:rPr>
        <w:t>$ echo "matplotlib==3.10.8" &gt;&gt; requirements.txt</w:t>
      </w:r>
    </w:p>
    <w:p>
      <w:pPr>
        <w:spacing w:after="0"/>
        <w:ind w:left="360"/>
        <w:shd w:val="clear" w:color="auto" w:fill="F2F2F2"/>
      </w:pPr>
      <w:r>
        <w:rPr>
          <w:rFonts w:ascii="Consolas" w:hAnsi="Consolas"/>
          <w:sz w:val="18"/>
        </w:rPr>
        <w:t>$ uv pip install -r requirements.txt</w:t>
      </w:r>
    </w:p>
    <w:p>
      <w:pPr>
        <w:spacing w:after="40"/>
      </w:pPr>
    </w:p>
    <w:p>
      <w:pPr>
        <w:pStyle w:val="Heading3"/>
      </w:pPr>
      <w:r>
        <w:rPr>
          <w:rFonts w:ascii="Calibri" w:hAnsi="Calibri"/>
          <w:b/>
          <w:i w:val="0"/>
          <w:sz w:val="26"/>
        </w:rPr>
        <w:t>Cách thực hiện...</w:t>
      </w:r>
    </w:p>
    <w:p>
      <w:pPr>
        <w:spacing w:after="80"/>
        <w:ind w:left="360"/>
      </w:pPr>
      <w:r>
        <w:t xml:space="preserve">1. </w:t>
      </w:r>
      <w:r>
        <w:rPr>
          <w:b w:val="0"/>
          <w:i w:val="0"/>
        </w:rPr>
        <w:t xml:space="preserve">Import </w:t>
      </w:r>
      <w:r>
        <w:rPr>
          <w:rFonts w:ascii="Consolas" w:hAnsi="Consolas"/>
          <w:b w:val="0"/>
          <w:i w:val="0"/>
          <w:sz w:val="20"/>
        </w:rPr>
        <w:br/>
        <w:br/>
        <w:t xml:space="preserve">       matplotlib</w:t>
        <w:br/>
        <w:t xml:space="preserve">      </w:t>
        <w:br/>
      </w:r>
      <w:r>
        <w:rPr>
          <w:b w:val="0"/>
          <w:i w:val="0"/>
        </w:rPr>
        <w:t xml:space="preserve"> :</w:t>
      </w:r>
    </w:p>
    <w:p>
      <w:pPr>
        <w:spacing w:after="0"/>
        <w:ind w:left="360"/>
        <w:shd w:val="clear" w:color="auto" w:fill="F2F2F2"/>
      </w:pPr>
      <w:r>
        <w:rPr>
          <w:rFonts w:ascii="Consolas" w:hAnsi="Consolas"/>
          <w:sz w:val="18"/>
        </w:rPr>
        <w:t>&gt;&gt;&gt; import matplotlib.pyplot as plt</w:t>
      </w:r>
    </w:p>
    <w:p>
      <w:pPr>
        <w:spacing w:after="40"/>
      </w:pPr>
    </w:p>
    <w:p>
      <w:pPr>
        <w:spacing w:after="80"/>
        <w:ind w:left="360"/>
      </w:pPr>
      <w:r>
        <w:t xml:space="preserve">2. </w:t>
      </w:r>
      <w:r>
        <w:rPr>
          <w:b w:val="0"/>
          <w:i w:val="0"/>
        </w:rPr>
        <w:t xml:space="preserve">Chuẩn bị dữ liệu để hiển thị trên đồ thị và các chú giải cần hiển thị. Mỗi dòng dữ liệu gồm nhãn thời gian, doanh số của </w:t>
      </w:r>
      <w:r>
        <w:rPr>
          <w:rFonts w:ascii="Consolas" w:hAnsi="Consolas"/>
          <w:b w:val="0"/>
          <w:i w:val="0"/>
          <w:sz w:val="20"/>
        </w:rPr>
        <w:br/>
        <w:br/>
        <w:t xml:space="preserve">       ProductA</w:t>
        <w:br/>
        <w:t xml:space="preserve">      </w:t>
        <w:br/>
      </w:r>
      <w:r>
        <w:rPr>
          <w:b w:val="0"/>
          <w:i w:val="0"/>
        </w:rPr>
        <w:t xml:space="preserve"> , doanh số của </w:t>
      </w:r>
      <w:r>
        <w:rPr>
          <w:rFonts w:ascii="Consolas" w:hAnsi="Consolas"/>
          <w:b w:val="0"/>
          <w:i w:val="0"/>
          <w:sz w:val="20"/>
        </w:rPr>
        <w:br/>
        <w:br/>
        <w:t xml:space="preserve">       ProductB</w:t>
        <w:br/>
        <w:t xml:space="preserve">      </w:t>
        <w:br/>
      </w:r>
      <w:r>
        <w:rPr>
          <w:b w:val="0"/>
          <w:i w:val="0"/>
        </w:rPr>
        <w:t xml:space="preserve"> , và doanh số của </w:t>
      </w:r>
      <w:r>
        <w:rPr>
          <w:rFonts w:ascii="Consolas" w:hAnsi="Consolas"/>
          <w:b w:val="0"/>
          <w:i w:val="0"/>
          <w:sz w:val="20"/>
        </w:rPr>
        <w:br/>
        <w:br/>
        <w:t xml:space="preserve">       ProductC</w:t>
        <w:br/>
        <w:t xml:space="preserve">      </w:t>
        <w:br/>
      </w:r>
      <w:r>
        <w:rPr>
          <w:b w:val="0"/>
          <w:i w:val="0"/>
        </w:rPr>
        <w:t xml:space="preserve"> :</w:t>
      </w:r>
    </w:p>
    <w:p>
      <w:pPr>
        <w:spacing w:after="0"/>
        <w:ind w:left="360"/>
        <w:shd w:val="clear" w:color="auto" w:fill="F2F2F2"/>
      </w:pPr>
      <w:r>
        <w:rPr>
          <w:rFonts w:ascii="Consolas" w:hAnsi="Consolas"/>
          <w:sz w:val="18"/>
        </w:rPr>
        <w:t>&gt;&gt;&gt; LEGEND = ('ProductA', 'ProductB', 'ProductC')</w:t>
      </w:r>
    </w:p>
    <w:p>
      <w:pPr>
        <w:spacing w:after="0"/>
        <w:ind w:left="360"/>
        <w:shd w:val="clear" w:color="auto" w:fill="F2F2F2"/>
      </w:pPr>
      <w:r>
        <w:rPr>
          <w:rFonts w:ascii="Consolas" w:hAnsi="Consolas"/>
          <w:sz w:val="18"/>
        </w:rPr>
        <w:t>&gt;&gt;&gt; DATA = (</w:t>
      </w:r>
    </w:p>
    <w:p>
      <w:pPr>
        <w:spacing w:after="0"/>
        <w:ind w:left="360"/>
        <w:shd w:val="clear" w:color="auto" w:fill="F2F2F2"/>
      </w:pPr>
      <w:r>
        <w:rPr>
          <w:rFonts w:ascii="Consolas" w:hAnsi="Consolas"/>
          <w:sz w:val="18"/>
        </w:rPr>
        <w:t>...     ('Q1 2025', 100, 30, 3),</w:t>
      </w:r>
    </w:p>
    <w:p>
      <w:pPr>
        <w:spacing w:after="0"/>
        <w:ind w:left="360"/>
        <w:shd w:val="clear" w:color="auto" w:fill="F2F2F2"/>
      </w:pPr>
      <w:r>
        <w:rPr>
          <w:rFonts w:ascii="Consolas" w:hAnsi="Consolas"/>
          <w:sz w:val="18"/>
        </w:rPr>
        <w:t>...     ('Q2 2025', 105, 32, 15),</w:t>
      </w:r>
    </w:p>
    <w:p>
      <w:pPr>
        <w:spacing w:after="0"/>
        <w:ind w:left="360"/>
        <w:shd w:val="clear" w:color="auto" w:fill="F2F2F2"/>
      </w:pPr>
      <w:r>
        <w:rPr>
          <w:rFonts w:ascii="Consolas" w:hAnsi="Consolas"/>
          <w:sz w:val="18"/>
        </w:rPr>
        <w:t>...     ('Q3 2025', 125, 29, 40),</w:t>
      </w:r>
    </w:p>
    <w:p>
      <w:pPr>
        <w:spacing w:after="0"/>
        <w:ind w:left="360"/>
        <w:shd w:val="clear" w:color="auto" w:fill="F2F2F2"/>
      </w:pPr>
      <w:r>
        <w:rPr>
          <w:rFonts w:ascii="Consolas" w:hAnsi="Consolas"/>
          <w:sz w:val="18"/>
        </w:rPr>
        <w:t>...     ('Q4 2025', 115, 31, 80),</w:t>
      </w:r>
    </w:p>
    <w:p>
      <w:pPr>
        <w:spacing w:after="0"/>
        <w:ind w:left="360"/>
        <w:shd w:val="clear" w:color="auto" w:fill="F2F2F2"/>
      </w:pPr>
      <w:r>
        <w:rPr>
          <w:rFonts w:ascii="Consolas" w:hAnsi="Consolas"/>
          <w:sz w:val="18"/>
        </w:rPr>
        <w:t>... )</w:t>
      </w:r>
    </w:p>
    <w:p>
      <w:pPr>
        <w:spacing w:after="40"/>
      </w:pPr>
    </w:p>
    <w:p>
      <w:pPr>
        <w:spacing w:after="80"/>
        <w:ind w:left="360"/>
      </w:pPr>
      <w:r>
        <w:t xml:space="preserve">3. </w:t>
      </w:r>
      <w:r>
        <w:rPr>
          <w:b w:val="0"/>
          <w:i w:val="0"/>
        </w:rPr>
        <w:t>Chia dữ liệu thành các định dạng dùng được cho đồ thị. Đây là bước chuẩn bị:</w:t>
      </w:r>
    </w:p>
    <w:p>
      <w:pPr>
        <w:spacing w:after="0"/>
        <w:ind w:left="360"/>
        <w:shd w:val="clear" w:color="auto" w:fill="F2F2F2"/>
      </w:pPr>
      <w:r>
        <w:rPr>
          <w:rFonts w:ascii="Consolas" w:hAnsi="Consolas"/>
          <w:sz w:val="18"/>
        </w:rPr>
        <w:t>&gt;&gt;&gt; POS = list(range(len(DATA)))</w:t>
      </w:r>
    </w:p>
    <w:p>
      <w:pPr>
        <w:spacing w:after="0"/>
        <w:ind w:left="360"/>
        <w:shd w:val="clear" w:color="auto" w:fill="F2F2F2"/>
      </w:pPr>
      <w:r>
        <w:rPr>
          <w:rFonts w:ascii="Consolas" w:hAnsi="Consolas"/>
          <w:sz w:val="18"/>
        </w:rPr>
        <w:t>&gt;&gt;&gt; VALUESA = [valueA for label, valueA, valueB, valueC in DATA]</w:t>
      </w:r>
    </w:p>
    <w:p>
      <w:pPr>
        <w:spacing w:after="0"/>
        <w:ind w:left="360"/>
        <w:shd w:val="clear" w:color="auto" w:fill="F2F2F2"/>
      </w:pPr>
      <w:r>
        <w:rPr>
          <w:rFonts w:ascii="Consolas" w:hAnsi="Consolas"/>
          <w:sz w:val="18"/>
        </w:rPr>
        <w:t>&gt;&gt;&gt; VALUESB = [valueB for label, valueA, valueB, valueC in DATA]</w:t>
      </w:r>
    </w:p>
    <w:p>
      <w:pPr>
        <w:spacing w:after="0"/>
        <w:ind w:left="360"/>
        <w:shd w:val="clear" w:color="auto" w:fill="F2F2F2"/>
      </w:pPr>
      <w:r>
        <w:rPr>
          <w:rFonts w:ascii="Consolas" w:hAnsi="Consolas"/>
          <w:sz w:val="18"/>
        </w:rPr>
        <w:t>&gt;&gt;&gt; VALUESC = [valueC for label, valueA, valueB, valueC in DATA]</w:t>
      </w:r>
    </w:p>
    <w:p>
      <w:pPr>
        <w:spacing w:after="0"/>
        <w:ind w:left="360"/>
        <w:shd w:val="clear" w:color="auto" w:fill="F2F2F2"/>
      </w:pPr>
      <w:r>
        <w:rPr>
          <w:rFonts w:ascii="Consolas" w:hAnsi="Consolas"/>
          <w:sz w:val="18"/>
        </w:rPr>
        <w:t>&gt;&gt;&gt; LABELS = [label for label, valueA, valueB, valueC in DATA]</w:t>
      </w:r>
    </w:p>
    <w:p>
      <w:pPr>
        <w:spacing w:after="40"/>
      </w:pPr>
    </w:p>
    <w:p>
      <w:pPr>
        <w:spacing w:after="80"/>
        <w:ind w:left="360"/>
      </w:pPr>
      <w:r>
        <w:t xml:space="preserve">4. </w:t>
      </w:r>
      <w:r>
        <w:rPr>
          <w:b w:val="0"/>
          <w:i w:val="0"/>
        </w:rPr>
        <w:t>Tạo một biểu đồ cột với dữ liệu:</w:t>
      </w:r>
    </w:p>
    <w:p>
      <w:pPr>
        <w:spacing w:after="0"/>
        <w:ind w:left="360"/>
        <w:shd w:val="clear" w:color="auto" w:fill="F2F2F2"/>
      </w:pPr>
      <w:r>
        <w:rPr>
          <w:rFonts w:ascii="Consolas" w:hAnsi="Consolas"/>
          <w:sz w:val="18"/>
        </w:rPr>
        <w:t>&gt;&gt;&gt; WIDTH = 0.2</w:t>
      </w:r>
    </w:p>
    <w:p>
      <w:pPr>
        <w:spacing w:after="0"/>
        <w:ind w:left="360"/>
        <w:shd w:val="clear" w:color="auto" w:fill="F2F2F2"/>
      </w:pPr>
      <w:r>
        <w:rPr>
          <w:rFonts w:ascii="Consolas" w:hAnsi="Consolas"/>
          <w:sz w:val="18"/>
        </w:rPr>
        <w:t>&gt;&gt;&gt; plt.bar([p - WIDTH for p in POS], VALUESA, width=WIDTH)</w:t>
      </w:r>
    </w:p>
    <w:p>
      <w:pPr>
        <w:spacing w:after="0"/>
        <w:ind w:left="360"/>
        <w:shd w:val="clear" w:color="auto" w:fill="F2F2F2"/>
      </w:pPr>
      <w:r>
        <w:rPr>
          <w:rFonts w:ascii="Consolas" w:hAnsi="Consolas"/>
          <w:sz w:val="18"/>
        </w:rPr>
        <w:t>&lt;BarContainer object of 4 artists&gt;</w:t>
      </w:r>
    </w:p>
    <w:p>
      <w:pPr>
        <w:spacing w:after="0"/>
        <w:ind w:left="360"/>
        <w:shd w:val="clear" w:color="auto" w:fill="F2F2F2"/>
      </w:pPr>
      <w:r>
        <w:rPr>
          <w:rFonts w:ascii="Consolas" w:hAnsi="Consolas"/>
          <w:sz w:val="18"/>
        </w:rPr>
        <w:t>&gt;&gt;&gt; plt.bar([p for p in POS], VALUESB, width=WIDTH)</w:t>
      </w:r>
    </w:p>
    <w:p>
      <w:pPr>
        <w:spacing w:after="0"/>
        <w:ind w:left="360"/>
        <w:shd w:val="clear" w:color="auto" w:fill="F2F2F2"/>
      </w:pPr>
      <w:r>
        <w:rPr>
          <w:rFonts w:ascii="Consolas" w:hAnsi="Consolas"/>
          <w:sz w:val="18"/>
        </w:rPr>
        <w:t>&lt;BarContainer object of 4 artists&gt;</w:t>
      </w:r>
    </w:p>
    <w:p>
      <w:pPr>
        <w:spacing w:after="0"/>
        <w:ind w:left="360"/>
        <w:shd w:val="clear" w:color="auto" w:fill="F2F2F2"/>
      </w:pPr>
      <w:r>
        <w:rPr>
          <w:rFonts w:ascii="Consolas" w:hAnsi="Consolas"/>
          <w:sz w:val="18"/>
        </w:rPr>
        <w:t>&gt;&gt; plt.bar([p + WIDTH for p in POS], VALUESC, width=WIDTH)</w:t>
      </w:r>
    </w:p>
    <w:p>
      <w:pPr>
        <w:spacing w:after="0"/>
        <w:ind w:left="360"/>
        <w:shd w:val="clear" w:color="auto" w:fill="F2F2F2"/>
      </w:pPr>
      <w:r>
        <w:rPr>
          <w:rFonts w:ascii="Consolas" w:hAnsi="Consolas"/>
          <w:sz w:val="18"/>
        </w:rPr>
        <w:t>&lt;BarContainer object of 4 artists&gt;</w:t>
      </w:r>
    </w:p>
    <w:p>
      <w:pPr>
        <w:spacing w:after="0"/>
        <w:ind w:left="360"/>
        <w:shd w:val="clear" w:color="auto" w:fill="F2F2F2"/>
      </w:pPr>
      <w:r>
        <w:rPr>
          <w:rFonts w:ascii="Consolas" w:hAnsi="Consolas"/>
          <w:sz w:val="18"/>
        </w:rPr>
        <w:t>&gt;&gt;&gt; plt.ylabel('Sales')</w:t>
      </w:r>
    </w:p>
    <w:p>
      <w:pPr>
        <w:spacing w:after="0"/>
        <w:ind w:left="360"/>
        <w:shd w:val="clear" w:color="auto" w:fill="F2F2F2"/>
      </w:pPr>
      <w:r>
        <w:rPr>
          <w:rFonts w:ascii="Consolas" w:hAnsi="Consolas"/>
          <w:sz w:val="18"/>
        </w:rPr>
        <w:t>Text(76.31944444444443, 0.5, 'Sales')</w:t>
      </w:r>
    </w:p>
    <w:p>
      <w:pPr>
        <w:spacing w:after="0"/>
        <w:ind w:left="360"/>
        <w:shd w:val="clear" w:color="auto" w:fill="F2F2F2"/>
      </w:pPr>
      <w:r>
        <w:rPr>
          <w:rFonts w:ascii="Consolas" w:hAnsi="Consolas"/>
          <w:sz w:val="18"/>
        </w:rPr>
        <w:t>&gt;&gt;&gt; plt.xticks(POS, LABELS)</w:t>
      </w:r>
    </w:p>
    <w:p>
      <w:pPr>
        <w:spacing w:after="0"/>
        <w:ind w:left="360"/>
        <w:shd w:val="clear" w:color="auto" w:fill="F2F2F2"/>
      </w:pPr>
      <w:r>
        <w:rPr>
          <w:rFonts w:ascii="Consolas" w:hAnsi="Consolas"/>
          <w:sz w:val="18"/>
        </w:rPr>
        <w:t>&lt;REDACTED&gt;</w:t>
      </w:r>
    </w:p>
    <w:p>
      <w:pPr>
        <w:spacing w:after="40"/>
      </w:pPr>
    </w:p>
    <w:p>
      <w:pPr>
        <w:spacing w:after="80"/>
        <w:ind w:left="360"/>
      </w:pPr>
      <w:r>
        <w:t xml:space="preserve">5. </w:t>
      </w:r>
      <w:r>
        <w:rPr>
          <w:b w:val="0"/>
          <w:i w:val="0"/>
        </w:rPr>
        <w:t>Thêm chú thích hiển thị mức tăng trưởng tối đa trong biểu đồ:</w:t>
      </w:r>
    </w:p>
    <w:p>
      <w:pPr>
        <w:spacing w:after="0"/>
        <w:ind w:left="360"/>
        <w:shd w:val="clear" w:color="auto" w:fill="F2F2F2"/>
      </w:pPr>
      <w:r>
        <w:rPr>
          <w:rFonts w:ascii="Consolas" w:hAnsi="Consolas"/>
          <w:sz w:val="18"/>
        </w:rPr>
        <w:t>&gt;&gt;&gt; plt.annotate('400% growth', xy=(1.2, 18), xytext=(1.3, 40),</w:t>
      </w:r>
    </w:p>
    <w:p>
      <w:pPr>
        <w:spacing w:after="0"/>
        <w:ind w:left="360"/>
        <w:shd w:val="clear" w:color="auto" w:fill="F2F2F2"/>
      </w:pPr>
      <w:r>
        <w:rPr>
          <w:rFonts w:ascii="Consolas" w:hAnsi="Consolas"/>
          <w:sz w:val="18"/>
        </w:rPr>
        <w:t>...                  horizontalalignment='center',</w:t>
      </w:r>
    </w:p>
    <w:p>
      <w:pPr>
        <w:spacing w:after="0"/>
        <w:ind w:left="360"/>
        <w:shd w:val="clear" w:color="auto" w:fill="F2F2F2"/>
      </w:pPr>
      <w:r>
        <w:rPr>
          <w:rFonts w:ascii="Consolas" w:hAnsi="Consolas"/>
          <w:sz w:val="18"/>
        </w:rPr>
        <w:t>...                  arrowprops=dict(facecolor='black', shrink=0.05))</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Text(1.3, 40, '400% growth')</w:t>
      </w:r>
    </w:p>
    <w:p>
      <w:pPr>
        <w:spacing w:after="40"/>
      </w:pPr>
    </w:p>
    <w:p>
      <w:pPr>
        <w:spacing w:after="80"/>
        <w:ind w:left="360"/>
      </w:pPr>
      <w:r>
        <w:t xml:space="preserve">6. </w:t>
      </w:r>
      <w:r>
        <w:rPr>
          <w:b w:val="0"/>
          <w:i w:val="0"/>
        </w:rPr>
        <w:t>Thêm chú giải:</w:t>
      </w:r>
    </w:p>
    <w:p>
      <w:pPr>
        <w:spacing w:after="0"/>
        <w:ind w:left="360"/>
        <w:shd w:val="clear" w:color="auto" w:fill="F2F2F2"/>
      </w:pPr>
      <w:r>
        <w:rPr>
          <w:rFonts w:ascii="Consolas" w:hAnsi="Consolas"/>
          <w:sz w:val="18"/>
        </w:rPr>
        <w:t>&gt;&gt;&gt; plt.legend(LEGEND)</w:t>
      </w:r>
    </w:p>
    <w:p>
      <w:pPr>
        <w:spacing w:after="0"/>
        <w:ind w:left="360"/>
        <w:shd w:val="clear" w:color="auto" w:fill="F2F2F2"/>
      </w:pPr>
      <w:r>
        <w:rPr>
          <w:rFonts w:ascii="Consolas" w:hAnsi="Consolas"/>
          <w:sz w:val="18"/>
        </w:rPr>
        <w:t>&lt;matplotlib.legend.Legend object at 0x1127d7a10&gt;</w:t>
      </w:r>
    </w:p>
    <w:p>
      <w:pPr>
        <w:spacing w:after="40"/>
      </w:pPr>
    </w:p>
    <w:p>
      <w:pPr>
        <w:spacing w:after="80"/>
        <w:ind w:left="360"/>
      </w:pPr>
      <w:r>
        <w:t xml:space="preserve">7. </w:t>
      </w:r>
      <w:r>
        <w:rPr>
          <w:b w:val="0"/>
          <w:i w:val="0"/>
        </w:rPr>
        <w:t>Hiển thị biểu đồ:</w:t>
      </w:r>
    </w:p>
    <w:p>
      <w:pPr>
        <w:spacing w:after="0"/>
        <w:ind w:left="360"/>
        <w:shd w:val="clear" w:color="auto" w:fill="F2F2F2"/>
      </w:pPr>
      <w:r>
        <w:rPr>
          <w:rFonts w:ascii="Consolas" w:hAnsi="Consolas"/>
          <w:sz w:val="18"/>
        </w:rPr>
        <w:t>&gt;&gt;&gt; plt.show()</w:t>
      </w:r>
    </w:p>
    <w:p>
      <w:pPr>
        <w:spacing w:after="40"/>
      </w:pPr>
    </w:p>
    <w:p>
      <w:pPr>
        <w:spacing w:after="80"/>
        <w:ind w:left="360"/>
      </w:pPr>
      <w:r>
        <w:t xml:space="preserve">8. </w:t>
      </w:r>
      <w:r>
        <w:rPr>
          <w:b w:val="0"/>
          <w:i w:val="0"/>
        </w:rPr>
        <w:t>Kết quả sẽ được hiển thị trong một cửa sổ mới:</w:t>
      </w:r>
    </w:p>
    <w:p>
      <w:pPr>
        <w:jc w:val="center"/>
      </w:pPr>
      <w:r>
        <w:drawing>
          <wp:inline xmlns:a="http://schemas.openxmlformats.org/drawingml/2006/main" xmlns:pic="http://schemas.openxmlformats.org/drawingml/2006/picture">
            <wp:extent cx="5486400" cy="4716838"/>
            <wp:docPr id="76" name="Picture 76"/>
            <wp:cNvGraphicFramePr>
              <a:graphicFrameLocks noChangeAspect="1"/>
            </wp:cNvGraphicFramePr>
            <a:graphic>
              <a:graphicData uri="http://schemas.openxmlformats.org/drawingml/2006/picture">
                <pic:pic>
                  <pic:nvPicPr>
                    <pic:cNvPr id="0" name="B36973_8_13.png"/>
                    <pic:cNvPicPr/>
                  </pic:nvPicPr>
                  <pic:blipFill>
                    <a:blip r:embed="rId78"/>
                    <a:stretch>
                      <a:fillRect/>
                    </a:stretch>
                  </pic:blipFill>
                  <pic:spPr>
                    <a:xfrm>
                      <a:off x="0" y="0"/>
                      <a:ext cx="5486400" cy="4716838"/>
                    </a:xfrm>
                    <a:prstGeom prst="rect"/>
                  </pic:spPr>
                </pic:pic>
              </a:graphicData>
            </a:graphic>
          </wp:inline>
        </w:drawing>
      </w:r>
    </w:p>
    <w:p>
      <w:pPr>
        <w:spacing w:after="160"/>
        <w:jc w:val="center"/>
      </w:pPr>
      <w:r>
        <w:rPr>
          <w:rFonts w:ascii="Calibri" w:hAnsi="Calibri"/>
          <w:b w:val="0"/>
          <w:i/>
          <w:sz w:val="19"/>
        </w:rPr>
        <w:t>Hình 8.13: Chỉ vào những phần thú vị của biểu đồ</w:t>
      </w:r>
    </w:p>
    <w:p>
      <w:pPr>
        <w:pStyle w:val="Heading3"/>
      </w:pPr>
      <w:r>
        <w:rPr>
          <w:rFonts w:ascii="Calibri" w:hAnsi="Calibri"/>
          <w:b/>
          <w:i w:val="0"/>
          <w:sz w:val="26"/>
        </w:rPr>
        <w:t>Cách hoạt động...</w:t>
      </w:r>
    </w:p>
    <w:p>
      <w:pPr>
        <w:spacing w:after="80"/>
      </w:pPr>
      <w:r>
        <w:rPr>
          <w:b w:val="0"/>
          <w:i/>
        </w:rPr>
        <w:t xml:space="preserve"> Bước 1 </w:t>
      </w:r>
      <w:r>
        <w:rPr>
          <w:b w:val="0"/>
          <w:i w:val="0"/>
        </w:rPr>
        <w:t xml:space="preserve"> và </w:t>
      </w:r>
      <w:r>
        <w:rPr>
          <w:b w:val="0"/>
          <w:i/>
        </w:rPr>
        <w:t xml:space="preserve"> 2 </w:t>
      </w:r>
      <w:r>
        <w:rPr>
          <w:b w:val="0"/>
          <w:i w:val="0"/>
        </w:rPr>
        <w:t xml:space="preserve"> của phần </w:t>
      </w:r>
      <w:r>
        <w:rPr>
          <w:b w:val="0"/>
          <w:i/>
        </w:rPr>
        <w:t xml:space="preserve"> Cách thực hiện… </w:t>
      </w:r>
      <w:r>
        <w:rPr>
          <w:b w:val="0"/>
          <w:i w:val="0"/>
        </w:rPr>
        <w:t xml:space="preserve"> chuẩn bị các import và dữ liệu để biểu đồ hiển thị. Trong </w:t>
      </w:r>
      <w:r>
        <w:rPr>
          <w:b w:val="0"/>
          <w:i/>
        </w:rPr>
        <w:t xml:space="preserve"> bước 3 </w:t>
      </w:r>
      <w:r>
        <w:rPr>
          <w:b w:val="0"/>
          <w:i w:val="0"/>
        </w:rPr>
        <w:t xml:space="preserve"> , dữ liệu được tách thành các mảng khác nhau để chuẩn bị đầu vào cho </w:t>
      </w:r>
      <w:r>
        <w:rPr>
          <w:rFonts w:ascii="Consolas" w:hAnsi="Consolas"/>
          <w:b w:val="0"/>
          <w:i w:val="0"/>
          <w:sz w:val="20"/>
        </w:rPr>
        <w:br/>
        <w:br/>
        <w:t xml:space="preserve">      matplotlib</w:t>
        <w:br/>
        <w:t xml:space="preserve">     </w:t>
        <w:br/>
      </w:r>
      <w:r>
        <w:rPr>
          <w:b w:val="0"/>
          <w:i w:val="0"/>
        </w:rPr>
        <w:t xml:space="preserve"> . Mỗi chuỗi dữ liệu được lưu trong một mảng riêng.</w:t>
      </w:r>
    </w:p>
    <w:p>
      <w:pPr>
        <w:spacing w:after="80"/>
      </w:pPr>
      <w:r>
        <w:rPr>
          <w:b w:val="0"/>
          <w:i/>
        </w:rPr>
        <w:t xml:space="preserve"> Bước 4 </w:t>
      </w:r>
      <w:r>
        <w:rPr>
          <w:b w:val="0"/>
          <w:i w:val="0"/>
        </w:rPr>
        <w:t xml:space="preserve"> vẽ dữ liệu. Mỗi chuỗi dữ liệu được gọi </w:t>
      </w:r>
      <w:r>
        <w:rPr>
          <w:rFonts w:ascii="Consolas" w:hAnsi="Consolas"/>
          <w:b w:val="0"/>
          <w:i w:val="0"/>
          <w:sz w:val="20"/>
        </w:rPr>
        <w:br/>
        <w:br/>
        <w:t xml:space="preserve">      .bar</w:t>
        <w:br/>
        <w:t xml:space="preserve">     </w:t>
        <w:br/>
      </w:r>
      <w:r>
        <w:rPr>
          <w:b w:val="0"/>
          <w:i w:val="0"/>
        </w:rPr>
        <w:t xml:space="preserve"> , chỉ định vị trí và giá trị của nó. Các nhãn làm điều tương tự như </w:t>
      </w:r>
      <w:r>
        <w:rPr>
          <w:rFonts w:ascii="Consolas" w:hAnsi="Consolas"/>
          <w:b w:val="0"/>
          <w:i w:val="0"/>
          <w:sz w:val="20"/>
        </w:rPr>
        <w:br/>
        <w:br/>
        <w:t xml:space="preserve">      .xticks</w:t>
        <w:br/>
        <w:t xml:space="preserve">     </w:t>
        <w:br/>
      </w:r>
      <w:r>
        <w:rPr>
          <w:b w:val="0"/>
          <w:i w:val="0"/>
        </w:rPr>
        <w:t xml:space="preserve"> . Để tách từng cột ra xung quanh các nhãn, cột thứ nhất được dịch sang trái và cột thứ ba sang phải.</w:t>
      </w:r>
    </w:p>
    <w:p>
      <w:pPr>
        <w:spacing w:after="80"/>
      </w:pPr>
      <w:r>
        <w:rPr>
          <w:b w:val="0"/>
          <w:i w:val="0"/>
        </w:rPr>
        <w:t xml:space="preserve">Một chú thích được thêm phía trên cột cho </w:t>
      </w:r>
      <w:r>
        <w:rPr>
          <w:rFonts w:ascii="Consolas" w:hAnsi="Consolas"/>
          <w:b w:val="0"/>
          <w:i w:val="0"/>
          <w:sz w:val="20"/>
        </w:rPr>
        <w:br/>
        <w:br/>
        <w:t xml:space="preserve">      ProductC</w:t>
        <w:br/>
        <w:t xml:space="preserve">     </w:t>
        <w:br/>
      </w:r>
      <w:r>
        <w:rPr>
          <w:b w:val="0"/>
          <w:i w:val="0"/>
        </w:rPr>
        <w:t xml:space="preserve"> trong quý thứ hai ở </w:t>
      </w:r>
      <w:r>
        <w:rPr>
          <w:b w:val="0"/>
          <w:i/>
        </w:rPr>
        <w:t xml:space="preserve"> bước 5 </w:t>
      </w:r>
      <w:r>
        <w:rPr>
          <w:b w:val="0"/>
          <w:i w:val="0"/>
        </w:rPr>
        <w:t xml:space="preserve"> , sử dụng </w:t>
      </w:r>
      <w:r>
        <w:rPr>
          <w:rFonts w:ascii="Consolas" w:hAnsi="Consolas"/>
          <w:b w:val="0"/>
          <w:i w:val="0"/>
          <w:sz w:val="20"/>
        </w:rPr>
        <w:br/>
        <w:br/>
        <w:t xml:space="preserve">      .annotate</w:t>
        <w:br/>
        <w:t xml:space="preserve">     </w:t>
        <w:br/>
      </w:r>
      <w:r>
        <w:rPr>
          <w:b w:val="0"/>
          <w:i w:val="0"/>
        </w:rPr>
        <w:t xml:space="preserve"> . Lưu ý rằng chú thích bao gồm điểm trong </w:t>
      </w:r>
      <w:r>
        <w:rPr>
          <w:rFonts w:ascii="Consolas" w:hAnsi="Consolas"/>
          <w:b w:val="0"/>
          <w:i w:val="0"/>
          <w:sz w:val="20"/>
        </w:rPr>
        <w:br/>
        <w:br/>
        <w:t xml:space="preserve">      xy</w:t>
        <w:br/>
        <w:t xml:space="preserve">     </w:t>
        <w:br/>
      </w:r>
      <w:r>
        <w:rPr>
          <w:b w:val="0"/>
          <w:i w:val="0"/>
        </w:rPr>
        <w:t xml:space="preserve"> và vị trí văn bản trong </w:t>
      </w:r>
      <w:r>
        <w:rPr>
          <w:rFonts w:ascii="Consolas" w:hAnsi="Consolas"/>
          <w:b w:val="0"/>
          <w:i w:val="0"/>
          <w:sz w:val="20"/>
        </w:rPr>
        <w:br/>
        <w:br/>
        <w:t xml:space="preserve">      xytext</w:t>
        <w:br/>
        <w:t xml:space="preserve">     </w:t>
        <w:br/>
      </w:r>
      <w:r>
        <w:rPr>
          <w:b w:val="0"/>
          <w:i w:val="0"/>
        </w:rPr>
        <w:t xml:space="preserve"> . Tham số </w:t>
      </w:r>
      <w:r>
        <w:rPr>
          <w:rFonts w:ascii="Consolas" w:hAnsi="Consolas"/>
          <w:b w:val="0"/>
          <w:i w:val="0"/>
          <w:sz w:val="20"/>
        </w:rPr>
        <w:br/>
        <w:br/>
        <w:t xml:space="preserve">      arrowprops</w:t>
        <w:br/>
        <w:t xml:space="preserve">     </w:t>
        <w:br/>
      </w:r>
      <w:r>
        <w:rPr>
          <w:b w:val="0"/>
          <w:i w:val="0"/>
        </w:rPr>
        <w:t xml:space="preserve"> chỉ định một mũi tên trỏ đến dữ liệu.</w:t>
      </w:r>
    </w:p>
    <w:p>
      <w:pPr>
        <w:spacing w:after="80"/>
      </w:pPr>
      <w:r>
        <w:rPr>
          <w:b w:val="0"/>
          <w:i w:val="0"/>
        </w:rPr>
        <w:t xml:space="preserve">Trong </w:t>
      </w:r>
      <w:r>
        <w:rPr>
          <w:b w:val="0"/>
          <w:i/>
        </w:rPr>
        <w:t xml:space="preserve"> bước 6 </w:t>
      </w:r>
      <w:r>
        <w:rPr>
          <w:b w:val="0"/>
          <w:i w:val="0"/>
        </w:rPr>
        <w:t xml:space="preserve"> chú giải được thêm vào. Lưu ý rằng các nhãn cần được thêm vào dữ liệu theo cùng thứ tự như dữ liệu đã được nhập vào. Chú giải được đặt tự động ở một vùng không che phủ dữ liệu nào.</w:t>
      </w:r>
    </w:p>
    <w:p>
      <w:pPr>
        <w:spacing w:after="80"/>
      </w:pPr>
      <w:r>
        <w:rPr>
          <w:b w:val="0"/>
          <w:i w:val="0"/>
        </w:rPr>
        <w:t xml:space="preserve">Cuối cùng, biểu đồ được vẽ trong </w:t>
      </w:r>
      <w:r>
        <w:rPr>
          <w:b w:val="0"/>
          <w:i/>
        </w:rPr>
        <w:t xml:space="preserve"> bước 7 </w:t>
      </w:r>
      <w:r>
        <w:rPr>
          <w:b w:val="0"/>
          <w:i w:val="0"/>
        </w:rPr>
        <w:t xml:space="preserve"> bằng cách gọi </w:t>
      </w:r>
      <w:r>
        <w:rPr>
          <w:rFonts w:ascii="Consolas" w:hAnsi="Consolas"/>
          <w:b w:val="0"/>
          <w:i w:val="0"/>
          <w:sz w:val="20"/>
        </w:rPr>
        <w:br/>
        <w:br/>
        <w:t xml:space="preserve">      .show</w:t>
        <w:br/>
        <w:t xml:space="preserve">     </w:t>
        <w:br/>
      </w:r>
      <w:r>
        <w:rPr>
          <w:b w:val="0"/>
          <w:i w:val="0"/>
        </w:rPr>
        <w:t xml:space="preserve"> .</w:t>
      </w:r>
    </w:p>
    <w:p>
      <w:pPr>
        <w:spacing w:after="80"/>
      </w:pPr>
      <w:r>
        <w:rPr>
          <w:b/>
          <w:i w:val="0"/>
        </w:rPr>
        <w:t>Lưu ý</w:t>
      </w:r>
    </w:p>
    <w:p>
      <w:pPr>
        <w:spacing w:after="80"/>
      </w:pPr>
      <w:r>
        <w:rPr>
          <w:b w:val="0"/>
          <w:i w:val="0"/>
        </w:rPr>
        <w:t xml:space="preserve">Gọi </w:t>
      </w:r>
      <w:r>
        <w:rPr>
          <w:rFonts w:ascii="Consolas" w:hAnsi="Consolas"/>
          <w:b w:val="0"/>
          <w:i w:val="0"/>
          <w:sz w:val="20"/>
        </w:rPr>
        <w:br/>
        <w:br/>
        <w:t xml:space="preserve">       .show</w:t>
        <w:br/>
        <w:t xml:space="preserve">      </w:t>
        <w:br/>
      </w:r>
      <w:r>
        <w:rPr>
          <w:b w:val="0"/>
          <w:i w:val="0"/>
        </w:rPr>
        <w:t xml:space="preserve"> sẽ chặn việc thực thi chương trình. Chương trình sẽ tiếp tục khi cửa sổ được đóng lại.</w:t>
      </w:r>
    </w:p>
    <w:p>
      <w:pPr>
        <w:pStyle w:val="Heading3"/>
      </w:pPr>
      <w:r>
        <w:rPr>
          <w:rFonts w:ascii="Calibri" w:hAnsi="Calibri"/>
          <w:b/>
          <w:i w:val="0"/>
          <w:sz w:val="26"/>
        </w:rPr>
        <w:t>Còn nữa...</w:t>
      </w:r>
    </w:p>
    <w:p>
      <w:pPr>
        <w:spacing w:after="80"/>
      </w:pPr>
      <w:r>
        <w:rPr>
          <w:b w:val="0"/>
          <w:i w:val="0"/>
        </w:rPr>
        <w:t xml:space="preserve">Chú giải sẽ được hiển thị tự động trong hầu hết các trường hợp chỉ với một lệnh gọi </w:t>
      </w:r>
      <w:r>
        <w:rPr>
          <w:rFonts w:ascii="Consolas" w:hAnsi="Consolas"/>
          <w:b w:val="0"/>
          <w:i w:val="0"/>
          <w:sz w:val="20"/>
        </w:rPr>
        <w:br/>
        <w:br/>
        <w:t xml:space="preserve">      .legend</w:t>
        <w:br/>
        <w:t xml:space="preserve">     </w:t>
        <w:br/>
      </w:r>
      <w:r>
        <w:rPr>
          <w:b w:val="0"/>
          <w:i w:val="0"/>
        </w:rPr>
        <w:t xml:space="preserve"> . Nếu bạn cần tùy chỉnh thứ tự xuất hiện của chúng, bạn có thể gán mỗi nhãn cho một cột cụ thể. Ví dụ (lưu ý cách các nhãn theo một thứ tự khác như trên, gọi </w:t>
      </w:r>
      <w:r>
        <w:rPr>
          <w:rFonts w:ascii="Consolas" w:hAnsi="Consolas"/>
          <w:b w:val="0"/>
          <w:i w:val="0"/>
          <w:sz w:val="20"/>
        </w:rPr>
        <w:br/>
        <w:br/>
        <w:t xml:space="preserve">      Product A</w:t>
        <w:br/>
        <w:t xml:space="preserve">     </w:t>
        <w:br/>
      </w:r>
      <w:r>
        <w:rPr>
          <w:b w:val="0"/>
          <w:i w:val="0"/>
        </w:rPr>
        <w:t xml:space="preserve"> , được định nghĩa ở vị trí đầu tiên của LEGEND, chuỗi </w:t>
      </w:r>
      <w:r>
        <w:rPr>
          <w:rFonts w:ascii="Consolas" w:hAnsi="Consolas"/>
          <w:b w:val="0"/>
          <w:i w:val="0"/>
          <w:sz w:val="20"/>
        </w:rPr>
        <w:br/>
        <w:br/>
        <w:t xml:space="preserve">      valueC</w:t>
        <w:br/>
        <w:t xml:space="preserve">     </w:t>
        <w:br/>
      </w:r>
      <w:r>
        <w:rPr>
          <w:b w:val="0"/>
          <w:i w:val="0"/>
        </w:rPr>
        <w:t xml:space="preserve"> ):</w:t>
      </w:r>
    </w:p>
    <w:p>
      <w:pPr>
        <w:spacing w:after="0"/>
        <w:ind w:left="360"/>
        <w:shd w:val="clear" w:color="auto" w:fill="F2F2F2"/>
      </w:pPr>
      <w:r>
        <w:rPr>
          <w:rFonts w:ascii="Consolas" w:hAnsi="Consolas"/>
          <w:sz w:val="18"/>
        </w:rPr>
        <w:t>&gt;&gt;&gt; valueA = plt.bar([p - WIDTH for p in POS], VALUESA, width=WIDTH)</w:t>
      </w:r>
    </w:p>
    <w:p>
      <w:pPr>
        <w:spacing w:after="0"/>
        <w:ind w:left="360"/>
        <w:shd w:val="clear" w:color="auto" w:fill="F2F2F2"/>
      </w:pPr>
      <w:r>
        <w:rPr>
          <w:rFonts w:ascii="Consolas" w:hAnsi="Consolas"/>
          <w:sz w:val="18"/>
        </w:rPr>
        <w:t>&gt;&gt;&gt; valueB = plt.bar([p for p in POS], VALUESB, width=WIDTH)</w:t>
      </w:r>
    </w:p>
    <w:p>
      <w:pPr>
        <w:spacing w:after="0"/>
        <w:ind w:left="360"/>
        <w:shd w:val="clear" w:color="auto" w:fill="F2F2F2"/>
      </w:pPr>
      <w:r>
        <w:rPr>
          <w:rFonts w:ascii="Consolas" w:hAnsi="Consolas"/>
          <w:sz w:val="18"/>
        </w:rPr>
        <w:t>&gt;&gt;&gt; valueC = plt.bar([p + WIDTH for p in POS], VALUESC, width=WIDTH)</w:t>
      </w:r>
    </w:p>
    <w:p>
      <w:pPr>
        <w:spacing w:after="0"/>
        <w:ind w:left="360"/>
        <w:shd w:val="clear" w:color="auto" w:fill="F2F2F2"/>
      </w:pPr>
      <w:r>
        <w:rPr>
          <w:rFonts w:ascii="Consolas" w:hAnsi="Consolas"/>
          <w:sz w:val="18"/>
        </w:rPr>
        <w:t>&gt;&gt;&gt; plt.legend((valueC, valueB, valueA), LEGEND)</w:t>
      </w:r>
    </w:p>
    <w:p>
      <w:pPr>
        <w:spacing w:after="0"/>
        <w:ind w:left="360"/>
        <w:shd w:val="clear" w:color="auto" w:fill="F2F2F2"/>
      </w:pPr>
      <w:r>
        <w:rPr>
          <w:rFonts w:ascii="Consolas" w:hAnsi="Consolas"/>
          <w:sz w:val="18"/>
        </w:rPr>
        <w:t>&lt;matplotlib.legend.Legend object at 0x112273fa0&gt;</w:t>
      </w:r>
    </w:p>
    <w:p>
      <w:pPr>
        <w:spacing w:after="40"/>
      </w:pPr>
    </w:p>
    <w:p>
      <w:pPr>
        <w:spacing w:after="80"/>
      </w:pPr>
      <w:r>
        <w:rPr>
          <w:b w:val="0"/>
          <w:i w:val="0"/>
        </w:rPr>
        <w:t xml:space="preserve">Vị trí của chú giải (legend) cũng có thể được thay đổi thủ công thông qua tham số </w:t>
      </w:r>
      <w:r>
        <w:rPr>
          <w:rFonts w:ascii="Consolas" w:hAnsi="Consolas"/>
          <w:b w:val="0"/>
          <w:i w:val="0"/>
          <w:sz w:val="20"/>
        </w:rPr>
        <w:br/>
        <w:br/>
        <w:t xml:space="preserve">      loc</w:t>
        <w:br/>
        <w:t xml:space="preserve">     </w:t>
        <w:br/>
      </w:r>
      <w:r>
        <w:rPr>
          <w:b w:val="0"/>
          <w:i w:val="0"/>
        </w:rPr>
        <w:t xml:space="preserve">. Mặc định, nó sẽ vẽ chú giải lên vùng có ít sự chồng chéo dữ liệu nhất (lý tưởng là không có). Nhưng bạn có thể dùng các giá trị như right, upper, left, v.v., hoặc một tuple </w:t>
      </w:r>
      <w:r>
        <w:rPr>
          <w:rFonts w:ascii="Consolas" w:hAnsi="Consolas"/>
          <w:b w:val="0"/>
          <w:i w:val="0"/>
          <w:sz w:val="20"/>
        </w:rPr>
        <w:br/>
        <w:br/>
        <w:t xml:space="preserve">      (X, Y)</w:t>
        <w:br/>
        <w:t xml:space="preserve">     </w:t>
        <w:br/>
      </w:r>
      <w:r>
        <w:rPr>
          <w:b w:val="0"/>
          <w:i w:val="0"/>
        </w:rPr>
        <w:t xml:space="preserve"> cụ thể.</w:t>
      </w:r>
    </w:p>
    <w:p>
      <w:pPr>
        <w:spacing w:after="80"/>
      </w:pPr>
      <w:r>
        <w:rPr>
          <w:b w:val="0"/>
          <w:i w:val="0"/>
        </w:rPr>
        <w:t xml:space="preserve">Một lựa chọn khác là vẽ chú giải ra bên ngoài đồ thị bằng tùy chọn </w:t>
      </w:r>
      <w:r>
        <w:rPr>
          <w:rFonts w:ascii="Consolas" w:hAnsi="Consolas"/>
          <w:b w:val="0"/>
          <w:i w:val="0"/>
          <w:sz w:val="20"/>
        </w:rPr>
        <w:br/>
        <w:br/>
        <w:t xml:space="preserve">      bbox_to_anchor</w:t>
        <w:br/>
        <w:t xml:space="preserve">     </w:t>
        <w:br/>
      </w:r>
      <w:r>
        <w:rPr>
          <w:b w:val="0"/>
          <w:i w:val="0"/>
        </w:rPr>
        <w:t xml:space="preserve">. Trong trường hợp này, chú giải được gắn vào ( </w:t>
      </w:r>
      <w:r>
        <w:rPr>
          <w:b w:val="0"/>
          <w:i/>
        </w:rPr>
        <w:t xml:space="preserve"> X </w:t>
      </w:r>
      <w:r>
        <w:rPr>
          <w:b w:val="0"/>
          <w:i w:val="0"/>
        </w:rPr>
        <w:t xml:space="preserve"> , </w:t>
      </w:r>
      <w:r>
        <w:rPr>
          <w:b w:val="0"/>
          <w:i/>
        </w:rPr>
        <w:t xml:space="preserve"> Y </w:t>
      </w:r>
      <w:r>
        <w:rPr>
          <w:b w:val="0"/>
          <w:i w:val="0"/>
        </w:rPr>
        <w:t xml:space="preserve"> ) của hộp bao (bounding box), trong đó 0 là góc dưới bên trái của đồ thị và 1 là góc trên bên phải. Điều này có thể khiến chú giải bị cắt bởi viền ngoài (xem </w:t>
      </w:r>
      <w:r>
        <w:rPr>
          <w:b w:val="0"/>
          <w:i/>
        </w:rPr>
        <w:t xml:space="preserve"> Hình 8.14 </w:t>
      </w:r>
      <w:r>
        <w:rPr>
          <w:b w:val="0"/>
          <w:i w:val="0"/>
        </w:rPr>
        <w:t xml:space="preserve"> ), nên bạn có thể cần điều chỉnh điểm bắt đầu và kết thúc của đồ thị bằng </w:t>
      </w:r>
      <w:r>
        <w:rPr>
          <w:rFonts w:ascii="Consolas" w:hAnsi="Consolas"/>
          <w:b w:val="0"/>
          <w:i w:val="0"/>
          <w:sz w:val="20"/>
        </w:rPr>
        <w:br/>
        <w:br/>
        <w:t xml:space="preserve">      .subplots_adjust</w:t>
        <w:br/>
        <w:t xml:space="preserve">     </w:t>
        <w:br/>
      </w:r>
      <w:r>
        <w:rPr>
          <w:b w:val="0"/>
          <w:i w:val="0"/>
        </w:rPr>
        <w:t>:</w:t>
      </w:r>
    </w:p>
    <w:p>
      <w:pPr>
        <w:spacing w:after="0"/>
        <w:ind w:left="360"/>
        <w:shd w:val="clear" w:color="auto" w:fill="F2F2F2"/>
      </w:pPr>
      <w:r>
        <w:rPr>
          <w:rFonts w:ascii="Consolas" w:hAnsi="Consolas"/>
          <w:sz w:val="18"/>
        </w:rPr>
        <w:t>&gt;&gt;&gt; plt.legend(LEGEND, title='Products', bbox_to_anchor=(1, 0.8))</w:t>
      </w:r>
    </w:p>
    <w:p>
      <w:pPr>
        <w:spacing w:after="0"/>
        <w:ind w:left="360"/>
        <w:shd w:val="clear" w:color="auto" w:fill="F2F2F2"/>
      </w:pPr>
      <w:r>
        <w:rPr>
          <w:rFonts w:ascii="Consolas" w:hAnsi="Consolas"/>
          <w:sz w:val="18"/>
        </w:rPr>
        <w:t>&lt;matplotlib.legend.Legend object at 0x11963b910&gt;</w:t>
      </w:r>
    </w:p>
    <w:p>
      <w:pPr>
        <w:spacing w:after="0"/>
        <w:ind w:left="360"/>
        <w:shd w:val="clear" w:color="auto" w:fill="F2F2F2"/>
      </w:pPr>
      <w:r>
        <w:rPr>
          <w:rFonts w:ascii="Consolas" w:hAnsi="Consolas"/>
          <w:sz w:val="18"/>
        </w:rPr>
        <w:t>&gt;&gt;&gt; plt.subplots_adjust(right=0.80)</w:t>
      </w:r>
    </w:p>
    <w:p>
      <w:pPr>
        <w:spacing w:after="40"/>
      </w:pPr>
    </w:p>
    <w:p>
      <w:pPr>
        <w:spacing w:after="80"/>
      </w:pPr>
      <w:r>
        <w:rPr>
          <w:b/>
          <w:i w:val="0"/>
        </w:rPr>
        <w:t>Mẹo</w:t>
      </w:r>
    </w:p>
    <w:p>
      <w:pPr>
        <w:spacing w:after="80"/>
      </w:pPr>
      <w:r>
        <w:rPr>
          <w:b w:val="0"/>
          <w:i w:val="0"/>
        </w:rPr>
        <w:t xml:space="preserve">Việc điều chỉnh các tham số </w:t>
      </w:r>
      <w:r>
        <w:rPr>
          <w:rFonts w:ascii="Consolas" w:hAnsi="Consolas"/>
          <w:b w:val="0"/>
          <w:i w:val="0"/>
          <w:sz w:val="20"/>
        </w:rPr>
        <w:br/>
        <w:br/>
        <w:t xml:space="preserve">       bbox_to_anchor</w:t>
        <w:br/>
        <w:t xml:space="preserve">      </w:t>
        <w:br/>
      </w:r>
      <w:r>
        <w:rPr>
          <w:b w:val="0"/>
          <w:i w:val="0"/>
        </w:rPr>
        <w:t xml:space="preserve"> và </w:t>
      </w:r>
      <w:r>
        <w:rPr>
          <w:rFonts w:ascii="Consolas" w:hAnsi="Consolas"/>
          <w:b w:val="0"/>
          <w:i w:val="0"/>
          <w:sz w:val="20"/>
        </w:rPr>
        <w:br/>
        <w:br/>
        <w:t xml:space="preserve">       .subplots_adjust</w:t>
        <w:br/>
        <w:t xml:space="preserve">      </w:t>
        <w:br/>
      </w:r>
      <w:r>
        <w:rPr>
          <w:b w:val="0"/>
          <w:i w:val="0"/>
        </w:rPr>
        <w:t xml:space="preserve"> có thể cần một chút thử và sai để có được kết quả như mong muốn.</w:t>
      </w:r>
    </w:p>
    <w:p>
      <w:pPr>
        <w:jc w:val="center"/>
      </w:pPr>
      <w:r>
        <w:drawing>
          <wp:inline xmlns:a="http://schemas.openxmlformats.org/drawingml/2006/main" xmlns:pic="http://schemas.openxmlformats.org/drawingml/2006/picture">
            <wp:extent cx="5486400" cy="3577590"/>
            <wp:docPr id="77" name="Picture 77"/>
            <wp:cNvGraphicFramePr>
              <a:graphicFrameLocks noChangeAspect="1"/>
            </wp:cNvGraphicFramePr>
            <a:graphic>
              <a:graphicData uri="http://schemas.openxmlformats.org/drawingml/2006/picture">
                <pic:pic>
                  <pic:nvPicPr>
                    <pic:cNvPr id="0" name="B36973_8_14.png"/>
                    <pic:cNvPicPr/>
                  </pic:nvPicPr>
                  <pic:blipFill>
                    <a:blip r:embed="rId79"/>
                    <a:stretch>
                      <a:fillRect/>
                    </a:stretch>
                  </pic:blipFill>
                  <pic:spPr>
                    <a:xfrm>
                      <a:off x="0" y="0"/>
                      <a:ext cx="5486400" cy="3577590"/>
                    </a:xfrm>
                    <a:prstGeom prst="rect"/>
                  </pic:spPr>
                </pic:pic>
              </a:graphicData>
            </a:graphic>
          </wp:inline>
        </w:drawing>
      </w:r>
    </w:p>
    <w:p>
      <w:pPr>
        <w:spacing w:after="160"/>
        <w:jc w:val="center"/>
      </w:pPr>
      <w:r>
        <w:rPr>
          <w:rFonts w:ascii="Calibri" w:hAnsi="Calibri"/>
          <w:b w:val="0"/>
          <w:i/>
          <w:sz w:val="19"/>
        </w:rPr>
        <w:t>Hình 8.14: Chú giải bị cắt nếu các subplot không được điều chỉnh</w:t>
      </w:r>
    </w:p>
    <w:p>
      <w:pPr>
        <w:spacing w:after="80"/>
      </w:pPr>
      <w:r>
        <w:rPr>
          <w:rFonts w:ascii="Consolas" w:hAnsi="Consolas"/>
          <w:b w:val="0"/>
          <w:i w:val="0"/>
          <w:sz w:val="20"/>
        </w:rPr>
        <w:br/>
        <w:br/>
        <w:t xml:space="preserve">      .subplots_adjust</w:t>
        <w:br/>
        <w:t xml:space="preserve">     </w:t>
        <w:br/>
      </w:r>
      <w:r>
        <w:rPr>
          <w:b w:val="0"/>
          <w:i w:val="0"/>
        </w:rPr>
        <w:t xml:space="preserve"> tham chiếu vị trí của biểu đồ so với vị trí của trục. Điều này có nghĩa là </w:t>
      </w:r>
      <w:r>
        <w:rPr>
          <w:rFonts w:ascii="Consolas" w:hAnsi="Consolas"/>
          <w:b w:val="0"/>
          <w:i w:val="0"/>
          <w:sz w:val="20"/>
        </w:rPr>
        <w:br/>
        <w:br/>
        <w:t xml:space="preserve">      right=0.80</w:t>
        <w:br/>
        <w:t xml:space="preserve">     </w:t>
        <w:br/>
      </w:r>
      <w:r>
        <w:rPr>
          <w:b w:val="0"/>
          <w:i w:val="0"/>
        </w:rPr>
        <w:t xml:space="preserve"> sẽ để lại 20% màn hình ở bên phải của đồ thị, trong khi giá trị mặc định cho left là </w:t>
      </w:r>
      <w:r>
        <w:rPr>
          <w:rFonts w:ascii="Consolas" w:hAnsi="Consolas"/>
          <w:b w:val="0"/>
          <w:i w:val="0"/>
          <w:sz w:val="20"/>
        </w:rPr>
        <w:br/>
        <w:br/>
        <w:t xml:space="preserve">      0.125</w:t>
        <w:br/>
        <w:t xml:space="preserve">     </w:t>
        <w:br/>
      </w:r>
      <w:r>
        <w:rPr>
          <w:b w:val="0"/>
          <w:i w:val="0"/>
        </w:rPr>
        <w:t xml:space="preserve"> , nghĩa là nó để lại 12.5% không gian ở bên trái của đồ thị. Xem tài liệu để biết thêm chi tiết: </w:t>
      </w:r>
      <w:r>
        <w:rPr>
          <w:rFonts w:ascii="Consolas" w:hAnsi="Consolas"/>
          <w:b w:val="0"/>
          <w:i w:val="0"/>
          <w:sz w:val="20"/>
        </w:rPr>
        <w:br/>
        <w:br/>
        <w:t xml:space="preserve">       https://matplotlib.org/stable/api/_as_gen/matplotlib.pyplot.subplots_adjust.html</w:t>
        <w:br/>
        <w:t xml:space="preserve">      </w:t>
        <w:br/>
      </w:r>
      <w:r>
        <w:rPr>
          <w:b w:val="0"/>
          <w:i w:val="0"/>
        </w:rPr>
        <w:t xml:space="preserve"> .</w:t>
      </w:r>
    </w:p>
    <w:p>
      <w:pPr>
        <w:spacing w:after="80"/>
      </w:pPr>
      <w:r>
        <w:rPr>
          <w:b w:val="0"/>
          <w:i w:val="0"/>
        </w:rPr>
        <w:t xml:space="preserve">Các chú thích (annotation) có thể được thực hiện theo nhiều kiểu khác nhau và có thể được tinh chỉnh với nhiều tùy chọn khác nhau để kết nối văn bản với dữ liệu. Ví dụ, đoạn code này sẽ tạo một mũi tên với kiểu fancy kết nối bằng một đường cong; kết quả được hiển thị trong </w:t>
      </w:r>
      <w:r>
        <w:rPr>
          <w:b w:val="0"/>
          <w:i/>
        </w:rPr>
        <w:t xml:space="preserve"> Hình 8.15 </w:t>
      </w:r>
      <w:r>
        <w:rPr>
          <w:b w:val="0"/>
          <w:i w:val="0"/>
        </w:rPr>
        <w:t xml:space="preserve"> :</w:t>
      </w:r>
    </w:p>
    <w:p>
      <w:pPr>
        <w:spacing w:after="0"/>
        <w:ind w:left="360"/>
        <w:shd w:val="clear" w:color="auto" w:fill="F2F2F2"/>
      </w:pPr>
      <w:r>
        <w:rPr>
          <w:rFonts w:ascii="Consolas" w:hAnsi="Consolas"/>
          <w:sz w:val="18"/>
        </w:rPr>
        <w:t>plt.annotate('400% growth', xy=(1.2, 18), xytext=(1.3, 40),</w:t>
      </w:r>
    </w:p>
    <w:p>
      <w:pPr>
        <w:spacing w:after="0"/>
        <w:ind w:left="360"/>
        <w:shd w:val="clear" w:color="auto" w:fill="F2F2F2"/>
      </w:pPr>
      <w:r>
        <w:rPr>
          <w:rFonts w:ascii="Consolas" w:hAnsi="Consolas"/>
          <w:sz w:val="18"/>
        </w:rPr>
        <w:t xml:space="preserve">             horizontalalignment='center',</w:t>
      </w:r>
    </w:p>
    <w:p>
      <w:pPr>
        <w:spacing w:after="0"/>
        <w:ind w:left="360"/>
        <w:shd w:val="clear" w:color="auto" w:fill="F2F2F2"/>
      </w:pPr>
      <w:r>
        <w:rPr>
          <w:rFonts w:ascii="Consolas" w:hAnsi="Consolas"/>
          <w:sz w:val="18"/>
        </w:rPr>
        <w:t xml:space="preserve">             arrowprops={'facecolor': 'black',</w:t>
      </w:r>
    </w:p>
    <w:p>
      <w:pPr>
        <w:spacing w:after="0"/>
        <w:ind w:left="360"/>
        <w:shd w:val="clear" w:color="auto" w:fill="F2F2F2"/>
      </w:pPr>
      <w:r>
        <w:rPr>
          <w:rFonts w:ascii="Consolas" w:hAnsi="Consolas"/>
          <w:sz w:val="18"/>
        </w:rPr>
        <w:t xml:space="preserve">                         'arrowstyle': "fancy",</w:t>
      </w:r>
    </w:p>
    <w:p>
      <w:pPr>
        <w:spacing w:after="0"/>
        <w:ind w:left="360"/>
        <w:shd w:val="clear" w:color="auto" w:fill="F2F2F2"/>
      </w:pPr>
      <w:r>
        <w:rPr>
          <w:rFonts w:ascii="Consolas" w:hAnsi="Consolas"/>
          <w:sz w:val="18"/>
        </w:rPr>
        <w:t xml:space="preserve">                         'connectionstyle': "angle3",</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Trong công thức của chúng ta, chúng ta không chú thích đến cuối thanh (điểm (1.2, 15)), mà hơi cao hơn một chút, để có chút khoảng thở.</w:t>
      </w:r>
    </w:p>
    <w:p>
      <w:pPr>
        <w:spacing w:after="80"/>
      </w:pPr>
      <w:r>
        <w:rPr>
          <w:b/>
          <w:i w:val="0"/>
        </w:rPr>
        <w:t>Mẹo</w:t>
      </w:r>
    </w:p>
    <w:p>
      <w:pPr>
        <w:spacing w:after="80"/>
      </w:pPr>
      <w:r>
        <w:rPr>
          <w:b w:val="0"/>
          <w:i w:val="0"/>
        </w:rPr>
        <w:t xml:space="preserve">Việc điều chỉnh điểm chính xác để chú thích và đặt văn bản sẽ cần một chút thử nghiệm. Hãy đặt văn bản bằng cách tìm vị trí tốt nhất để không chồng lên các thanh. Cỡ chữ và màu sắc có thể được thay đổi bằng các tham số </w:t>
      </w:r>
      <w:r>
        <w:rPr>
          <w:rFonts w:ascii="Consolas" w:hAnsi="Consolas"/>
          <w:b w:val="0"/>
          <w:i w:val="0"/>
          <w:sz w:val="20"/>
        </w:rPr>
        <w:br/>
        <w:br/>
        <w:t xml:space="preserve">       fontsize</w:t>
        <w:br/>
        <w:t xml:space="preserve">      </w:t>
        <w:br/>
      </w:r>
      <w:r>
        <w:rPr>
          <w:b w:val="0"/>
          <w:i w:val="0"/>
        </w:rPr>
        <w:t xml:space="preserve"> và color trong cả hai lời gọi </w:t>
      </w:r>
      <w:r>
        <w:rPr>
          <w:rFonts w:ascii="Consolas" w:hAnsi="Consolas"/>
          <w:b w:val="0"/>
          <w:i w:val="0"/>
          <w:sz w:val="20"/>
        </w:rPr>
        <w:br/>
        <w:br/>
        <w:t xml:space="preserve">       .legend</w:t>
        <w:br/>
        <w:t xml:space="preserve">      </w:t>
        <w:br/>
      </w:r>
      <w:r>
        <w:rPr>
          <w:b w:val="0"/>
          <w:i w:val="0"/>
        </w:rPr>
        <w:t xml:space="preserve"> và </w:t>
      </w:r>
      <w:r>
        <w:rPr>
          <w:rFonts w:ascii="Consolas" w:hAnsi="Consolas"/>
          <w:b w:val="0"/>
          <w:i w:val="0"/>
          <w:sz w:val="20"/>
        </w:rPr>
        <w:br/>
        <w:br/>
        <w:t xml:space="preserve">       .annotate</w:t>
        <w:br/>
        <w:t xml:space="preserve">      </w:t>
        <w:br/>
      </w:r>
      <w:r>
        <w:rPr>
          <w:b w:val="0"/>
          <w:i w:val="0"/>
        </w:rPr>
        <w:t>.</w:t>
      </w:r>
    </w:p>
    <w:p>
      <w:pPr>
        <w:spacing w:after="80"/>
      </w:pPr>
      <w:r>
        <w:rPr>
          <w:b w:val="0"/>
          <w:i w:val="0"/>
        </w:rPr>
        <w:t>Chú thích nên hiển thị thông tin sao cho dễ hiểu và không gây xao nhãng. Hãy thử vài lựa chọn và tinh chỉnh cho đến khi cảm thấy ổn.</w:t>
      </w:r>
    </w:p>
    <w:p>
      <w:pPr>
        <w:spacing w:after="80"/>
      </w:pPr>
      <w:r>
        <w:rPr>
          <w:b w:val="0"/>
          <w:i w:val="0"/>
        </w:rPr>
        <w:t xml:space="preserve">Áp dụng tất cả những yếu tố này, đồ thị có thể trông tương tự như đồ thị sau. Đồ thị này có thể được tái tạo bằng cách gọi script </w:t>
      </w:r>
      <w:r>
        <w:rPr>
          <w:rFonts w:ascii="Consolas" w:hAnsi="Consolas"/>
          <w:b w:val="0"/>
          <w:i w:val="0"/>
          <w:sz w:val="20"/>
        </w:rPr>
        <w:br/>
        <w:br/>
        <w:t xml:space="preserve">      adding_legend_and_annotation.py</w:t>
        <w:br/>
        <w:t xml:space="preserve">     </w:t>
        <w:br/>
      </w:r>
      <w:r>
        <w:rPr>
          <w:b w:val="0"/>
          <w:i w:val="0"/>
        </w:rPr>
        <w:t xml:space="preserve"> (có sẵn trên GitHub tại </w:t>
      </w:r>
      <w:r>
        <w:rPr>
          <w:rFonts w:ascii="Consolas" w:hAnsi="Consolas"/>
          <w:b w:val="0"/>
          <w:i w:val="0"/>
          <w:sz w:val="20"/>
        </w:rPr>
        <w:br/>
        <w:br/>
        <w:t xml:space="preserve">       https://github.com/PacktPublishing/Python-Automation-Cookbook-Third-Edition/blob/main/ch8/adding_legend_and_annotations.py</w:t>
        <w:br/>
        <w:t xml:space="preserve">      </w:t>
        <w:br/>
      </w:r>
      <w:r>
        <w:rPr>
          <w:b w:val="0"/>
          <w:i w:val="0"/>
        </w:rPr>
        <w:t xml:space="preserve"> ):</w:t>
      </w:r>
    </w:p>
    <w:p>
      <w:pPr>
        <w:jc w:val="center"/>
      </w:pPr>
      <w:r>
        <w:drawing>
          <wp:inline xmlns:a="http://schemas.openxmlformats.org/drawingml/2006/main" xmlns:pic="http://schemas.openxmlformats.org/drawingml/2006/picture">
            <wp:extent cx="5486400" cy="3775093"/>
            <wp:docPr id="78" name="Picture 78"/>
            <wp:cNvGraphicFramePr>
              <a:graphicFrameLocks noChangeAspect="1"/>
            </wp:cNvGraphicFramePr>
            <a:graphic>
              <a:graphicData uri="http://schemas.openxmlformats.org/drawingml/2006/picture">
                <pic:pic>
                  <pic:nvPicPr>
                    <pic:cNvPr id="0" name="B36973_8_15.png"/>
                    <pic:cNvPicPr/>
                  </pic:nvPicPr>
                  <pic:blipFill>
                    <a:blip r:embed="rId80"/>
                    <a:stretch>
                      <a:fillRect/>
                    </a:stretch>
                  </pic:blipFill>
                  <pic:spPr>
                    <a:xfrm>
                      <a:off x="0" y="0"/>
                      <a:ext cx="5486400" cy="3775093"/>
                    </a:xfrm>
                    <a:prstGeom prst="rect"/>
                  </pic:spPr>
                </pic:pic>
              </a:graphicData>
            </a:graphic>
          </wp:inline>
        </w:drawing>
      </w:r>
    </w:p>
    <w:p>
      <w:pPr>
        <w:spacing w:after="160"/>
        <w:jc w:val="center"/>
      </w:pPr>
      <w:r>
        <w:rPr>
          <w:rFonts w:ascii="Calibri" w:hAnsi="Calibri"/>
          <w:b w:val="0"/>
          <w:i/>
          <w:sz w:val="19"/>
        </w:rPr>
        <w:t>Hình 8.15: Chú giải thêm ngữ cảnh cho từng thanh</w:t>
      </w:r>
    </w:p>
    <w:p>
      <w:pPr>
        <w:spacing w:after="80"/>
      </w:pPr>
      <w:r>
        <w:rPr>
          <w:b w:val="0"/>
          <w:i w:val="0"/>
        </w:rPr>
        <w:t xml:space="preserve">Tài liệu đầy đủ của matplotlib có thể được tìm thấy tại </w:t>
      </w:r>
      <w:r>
        <w:rPr>
          <w:rFonts w:ascii="Consolas" w:hAnsi="Consolas"/>
          <w:b w:val="0"/>
          <w:i w:val="0"/>
          <w:sz w:val="20"/>
        </w:rPr>
        <w:br/>
        <w:br/>
        <w:t xml:space="preserve">       https://matplotlib.org/</w:t>
        <w:br/>
        <w:t xml:space="preserve">      </w:t>
        <w:br/>
      </w:r>
      <w:r>
        <w:rPr>
          <w:b w:val="0"/>
          <w:i w:val="0"/>
        </w:rPr>
        <w:t xml:space="preserve"> . Hướng dẫn về chú giải nằm tại </w:t>
      </w:r>
      <w:r>
        <w:rPr>
          <w:rFonts w:ascii="Consolas" w:hAnsi="Consolas"/>
          <w:b w:val="0"/>
          <w:i w:val="0"/>
          <w:sz w:val="20"/>
        </w:rPr>
        <w:br/>
        <w:br/>
        <w:t xml:space="preserve">       https://matplotlib.org/stable/users/explain/axes/legend_guide.html</w:t>
        <w:br/>
        <w:t xml:space="preserve">      </w:t>
        <w:br/>
      </w:r>
      <w:r>
        <w:rPr>
          <w:b w:val="0"/>
          <w:i w:val="0"/>
        </w:rPr>
        <w:t xml:space="preserve"> và hướng dẫn về chú thích nằm tại </w:t>
      </w:r>
      <w:r>
        <w:rPr>
          <w:rFonts w:ascii="Consolas" w:hAnsi="Consolas"/>
          <w:b w:val="0"/>
          <w:i w:val="0"/>
          <w:sz w:val="20"/>
        </w:rPr>
        <w:br/>
        <w:br/>
        <w:t xml:space="preserve">       https://matplotlib.org/stable/users/explain/text/annotations.html</w:t>
        <w:br/>
        <w:t xml:space="preserve">      </w:t>
        <w:br/>
      </w:r>
      <w:r>
        <w:rPr>
          <w:b w:val="0"/>
          <w:i w:val="0"/>
        </w:rPr>
        <w:t xml:space="preserve"> .</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Vẽ thanh xếp chồng </w:t>
      </w:r>
      <w:r>
        <w:rPr>
          <w:b w:val="0"/>
          <w:i w:val="0"/>
        </w:rPr>
        <w:t xml:space="preserve"> ở phần trước trong chương này, để học cách vẽ các giá trị tích lũy dưới dạng thanh mà sẽ hưởng lợi từ chú giải.</w:t>
      </w:r>
    </w:p>
    <w:p>
      <w:pPr>
        <w:spacing w:after="80"/>
        <w:ind w:left="360"/>
      </w:pPr>
      <w:r>
        <w:t xml:space="preserve">• </w:t>
      </w:r>
      <w:r>
        <w:rPr>
          <w:b w:val="0"/>
          <w:i w:val="0"/>
        </w:rPr>
        <w:t xml:space="preserve">Công thức tiếp theo, </w:t>
      </w:r>
      <w:r>
        <w:rPr>
          <w:b w:val="0"/>
          <w:i/>
        </w:rPr>
        <w:t>Kết hợp</w:t>
      </w:r>
      <w:r>
        <w:rPr>
          <w:b w:val="0"/>
          <w:i w:val="0"/>
        </w:rPr>
        <w:t xml:space="preserve"> </w:t>
      </w:r>
      <w:r>
        <w:rPr>
          <w:b w:val="0"/>
          <w:i/>
        </w:rPr>
        <w:t>đồ thị</w:t>
      </w:r>
      <w:r>
        <w:rPr>
          <w:b w:val="0"/>
          <w:i w:val="0"/>
        </w:rPr>
        <w:t>, để học cách thêm nhiều biểu đồ vào một đồ thị duy nhất.</w:t>
      </w:r>
    </w:p>
    <w:p>
      <w:pPr>
        <w:pStyle w:val="Heading2"/>
      </w:pPr>
      <w:r>
        <w:rPr>
          <w:rFonts w:ascii="Calibri" w:hAnsi="Calibri"/>
          <w:b/>
          <w:i w:val="0"/>
          <w:sz w:val="32"/>
        </w:rPr>
        <w:t>Kết hợp đồ thị</w:t>
      </w:r>
    </w:p>
    <w:p>
      <w:pPr>
        <w:spacing w:after="80"/>
      </w:pPr>
      <w:r>
        <w:rPr>
          <w:b w:val="0"/>
          <w:i w:val="0"/>
        </w:rPr>
        <w:t>Có thể kết hợp nhiều biểu đồ trong cùng một hình. Trong công thức này, chúng ta sẽ xem cách trình bày dữ liệu trong cùng một biểu đồ, trên hai trục khác nhau, và cách thêm nhiều biểu đồ hơn vào cùng một hình.</w:t>
      </w:r>
    </w:p>
    <w:p>
      <w:pPr>
        <w:pStyle w:val="Heading3"/>
      </w:pPr>
      <w:r>
        <w:rPr>
          <w:rFonts w:ascii="Calibri" w:hAnsi="Calibri"/>
          <w:b/>
          <w:i w:val="0"/>
          <w:sz w:val="26"/>
        </w:rPr>
        <w:t>Chuẩn bị</w:t>
      </w:r>
    </w:p>
    <w:p>
      <w:pPr>
        <w:spacing w:after="80"/>
      </w:pPr>
      <w:r>
        <w:rPr>
          <w:b w:val="0"/>
          <w:i w:val="0"/>
        </w:rPr>
        <w:t xml:space="preserve">Chúng ta có thể cài đặt </w:t>
      </w:r>
      <w:r>
        <w:rPr>
          <w:rFonts w:ascii="Consolas" w:hAnsi="Consolas"/>
          <w:b w:val="0"/>
          <w:i w:val="0"/>
          <w:sz w:val="20"/>
        </w:rPr>
        <w:br/>
        <w:br/>
        <w:t xml:space="preserve">      matplotlib</w:t>
        <w:br/>
        <w:t xml:space="preserve">     </w:t>
        <w:br/>
      </w:r>
      <w:r>
        <w:rPr>
          <w:b w:val="0"/>
          <w:i w:val="0"/>
        </w:rPr>
        <w:t xml:space="preserve"> trong môi trường của mình bằng các lệnh sau:</w:t>
      </w:r>
    </w:p>
    <w:p>
      <w:pPr>
        <w:spacing w:after="0"/>
        <w:ind w:left="360"/>
        <w:shd w:val="clear" w:color="auto" w:fill="F2F2F2"/>
      </w:pPr>
      <w:r>
        <w:rPr>
          <w:rFonts w:ascii="Consolas" w:hAnsi="Consolas"/>
          <w:sz w:val="18"/>
        </w:rPr>
        <w:t>$ echo "matplotlib==3.10.8" &gt;&gt; requirements.txt</w:t>
      </w:r>
    </w:p>
    <w:p>
      <w:pPr>
        <w:spacing w:after="0"/>
        <w:ind w:left="360"/>
        <w:shd w:val="clear" w:color="auto" w:fill="F2F2F2"/>
      </w:pPr>
      <w:r>
        <w:rPr>
          <w:rFonts w:ascii="Consolas" w:hAnsi="Consolas"/>
          <w:sz w:val="18"/>
        </w:rPr>
        <w:t>$ uv pip install -r requirements.txt</w:t>
      </w:r>
    </w:p>
    <w:p>
      <w:pPr>
        <w:spacing w:after="40"/>
      </w:pPr>
    </w:p>
    <w:p>
      <w:pPr>
        <w:pStyle w:val="Heading3"/>
      </w:pPr>
      <w:r>
        <w:rPr>
          <w:rFonts w:ascii="Calibri" w:hAnsi="Calibri"/>
          <w:b/>
          <w:i w:val="0"/>
          <w:sz w:val="26"/>
        </w:rPr>
        <w:t>Cách thực hiện...</w:t>
      </w:r>
    </w:p>
    <w:p>
      <w:pPr>
        <w:spacing w:after="80"/>
        <w:ind w:left="360"/>
      </w:pPr>
      <w:r>
        <w:t xml:space="preserve">1. </w:t>
      </w:r>
      <w:r>
        <w:rPr>
          <w:b w:val="0"/>
          <w:i w:val="0"/>
        </w:rPr>
        <w:t xml:space="preserve">Import </w:t>
      </w:r>
      <w:r>
        <w:rPr>
          <w:rFonts w:ascii="Consolas" w:hAnsi="Consolas"/>
          <w:b w:val="0"/>
          <w:i w:val="0"/>
          <w:sz w:val="20"/>
        </w:rPr>
        <w:br/>
        <w:br/>
        <w:t xml:space="preserve">       matplotlib</w:t>
        <w:br/>
        <w:t xml:space="preserve">      </w:t>
        <w:br/>
      </w:r>
      <w:r>
        <w:rPr>
          <w:b w:val="0"/>
          <w:i w:val="0"/>
        </w:rPr>
        <w:t>:</w:t>
      </w:r>
    </w:p>
    <w:p>
      <w:pPr>
        <w:spacing w:after="0"/>
        <w:ind w:left="360"/>
        <w:shd w:val="clear" w:color="auto" w:fill="F2F2F2"/>
      </w:pPr>
      <w:r>
        <w:rPr>
          <w:rFonts w:ascii="Consolas" w:hAnsi="Consolas"/>
          <w:sz w:val="18"/>
        </w:rPr>
        <w:t>&gt;&gt;&gt; import matplotlib.pyplot as plt</w:t>
      </w:r>
    </w:p>
    <w:p>
      <w:pPr>
        <w:spacing w:after="40"/>
      </w:pPr>
    </w:p>
    <w:p>
      <w:pPr>
        <w:spacing w:after="80"/>
        <w:ind w:left="360"/>
      </w:pPr>
      <w:r>
        <w:t xml:space="preserve">2. </w:t>
      </w:r>
      <w:r>
        <w:rPr>
          <w:b w:val="0"/>
          <w:i w:val="0"/>
        </w:rPr>
        <w:t xml:space="preserve">Chuẩn bị dữ liệu để hiển thị trên đồ thị, và cả các chú thích (legend). Mỗi dòng bao gồm nhãn thời gian, doanh số của </w:t>
      </w:r>
      <w:r>
        <w:rPr>
          <w:rFonts w:ascii="Consolas" w:hAnsi="Consolas"/>
          <w:b w:val="0"/>
          <w:i w:val="0"/>
          <w:sz w:val="20"/>
        </w:rPr>
        <w:br/>
        <w:br/>
        <w:t xml:space="preserve">       ProductA</w:t>
        <w:br/>
        <w:t xml:space="preserve">      </w:t>
        <w:br/>
      </w:r>
      <w:r>
        <w:rPr>
          <w:b w:val="0"/>
          <w:i w:val="0"/>
        </w:rPr>
        <w:t xml:space="preserve">, và doanh số của </w:t>
      </w:r>
      <w:r>
        <w:rPr>
          <w:rFonts w:ascii="Consolas" w:hAnsi="Consolas"/>
          <w:b w:val="0"/>
          <w:i w:val="0"/>
          <w:sz w:val="20"/>
        </w:rPr>
        <w:br/>
        <w:br/>
        <w:t xml:space="preserve">       ProductB</w:t>
        <w:br/>
        <w:t xml:space="preserve">      </w:t>
        <w:br/>
      </w:r>
      <w:r>
        <w:rPr>
          <w:b w:val="0"/>
          <w:i w:val="0"/>
        </w:rPr>
        <w:t xml:space="preserve">. Hãy để ý cách </w:t>
      </w:r>
      <w:r>
        <w:rPr>
          <w:rFonts w:ascii="Consolas" w:hAnsi="Consolas"/>
          <w:b w:val="0"/>
          <w:i w:val="0"/>
          <w:sz w:val="20"/>
        </w:rPr>
        <w:br/>
        <w:br/>
        <w:t xml:space="preserve">       ProductB</w:t>
        <w:br/>
        <w:t xml:space="preserve">      </w:t>
        <w:br/>
      </w:r>
      <w:r>
        <w:rPr>
          <w:b w:val="0"/>
          <w:i w:val="0"/>
        </w:rPr>
        <w:t xml:space="preserve"> có giá trị cao hơn nhiều so với A:</w:t>
      </w:r>
    </w:p>
    <w:p>
      <w:pPr>
        <w:spacing w:after="0"/>
        <w:ind w:left="360"/>
        <w:shd w:val="clear" w:color="auto" w:fill="F2F2F2"/>
      </w:pPr>
      <w:r>
        <w:rPr>
          <w:rFonts w:ascii="Consolas" w:hAnsi="Consolas"/>
          <w:sz w:val="18"/>
        </w:rPr>
        <w:t>&gt;&gt;&gt; DATA = (</w:t>
      </w:r>
    </w:p>
    <w:p>
      <w:pPr>
        <w:spacing w:after="0"/>
        <w:ind w:left="360"/>
        <w:shd w:val="clear" w:color="auto" w:fill="F2F2F2"/>
      </w:pPr>
      <w:r>
        <w:rPr>
          <w:rFonts w:ascii="Consolas" w:hAnsi="Consolas"/>
          <w:sz w:val="18"/>
        </w:rPr>
        <w:t>...  ('Q1 2025', 100, 3000, 3),</w:t>
      </w:r>
    </w:p>
    <w:p>
      <w:pPr>
        <w:spacing w:after="0"/>
        <w:ind w:left="360"/>
        <w:shd w:val="clear" w:color="auto" w:fill="F2F2F2"/>
      </w:pPr>
      <w:r>
        <w:rPr>
          <w:rFonts w:ascii="Consolas" w:hAnsi="Consolas"/>
          <w:sz w:val="18"/>
        </w:rPr>
        <w:t>...  ('Q2 2025', 105, 3200, 5),</w:t>
      </w:r>
    </w:p>
    <w:p>
      <w:pPr>
        <w:spacing w:after="0"/>
        <w:ind w:left="360"/>
        <w:shd w:val="clear" w:color="auto" w:fill="F2F2F2"/>
      </w:pPr>
      <w:r>
        <w:rPr>
          <w:rFonts w:ascii="Consolas" w:hAnsi="Consolas"/>
          <w:sz w:val="18"/>
        </w:rPr>
        <w:t>...  ('Q3 2025', 125, 2900, 7),</w:t>
      </w:r>
    </w:p>
    <w:p>
      <w:pPr>
        <w:spacing w:after="0"/>
        <w:ind w:left="360"/>
        <w:shd w:val="clear" w:color="auto" w:fill="F2F2F2"/>
      </w:pPr>
      <w:r>
        <w:rPr>
          <w:rFonts w:ascii="Consolas" w:hAnsi="Consolas"/>
          <w:sz w:val="18"/>
        </w:rPr>
        <w:t>...  ('Q4 2025', 115, 3100, 3),</w:t>
      </w:r>
    </w:p>
    <w:p>
      <w:pPr>
        <w:spacing w:after="0"/>
        <w:ind w:left="360"/>
        <w:shd w:val="clear" w:color="auto" w:fill="F2F2F2"/>
      </w:pPr>
      <w:r>
        <w:rPr>
          <w:rFonts w:ascii="Consolas" w:hAnsi="Consolas"/>
          <w:sz w:val="18"/>
        </w:rPr>
        <w:t>... )</w:t>
      </w:r>
    </w:p>
    <w:p>
      <w:pPr>
        <w:spacing w:after="40"/>
      </w:pPr>
    </w:p>
    <w:p>
      <w:pPr>
        <w:spacing w:after="80"/>
        <w:ind w:left="360"/>
      </w:pPr>
      <w:r>
        <w:t xml:space="preserve">3. </w:t>
      </w:r>
      <w:r>
        <w:rPr>
          <w:b w:val="0"/>
          <w:i w:val="0"/>
        </w:rPr>
        <w:t xml:space="preserve">Chuẩn bị dữ liệu thành các mảng độc lập: Lưu ý rằng thao tác này sẽ mở rộng và tạo một danh sách cho mỗi giá trị. Các giá trị cũng có thể được mở rộng bằng cách này: </w:t>
      </w:r>
      <w:r>
        <w:rPr>
          <w:rFonts w:ascii="Consolas" w:hAnsi="Consolas"/>
          <w:b w:val="0"/>
          <w:i w:val="0"/>
          <w:sz w:val="20"/>
        </w:rPr>
        <w:br/>
        <w:br/>
        <w:t xml:space="preserve">         LABELS, VALUESA, VALUESB, VALUESC = zip(*DATA)</w:t>
        <w:br/>
        <w:t xml:space="preserve">        </w:t>
        <w:br/>
      </w:r>
      <w:r>
        <w:rPr>
          <w:b w:val="0"/>
          <w:i w:val="0"/>
        </w:rPr>
        <w:t>.</w:t>
      </w:r>
    </w:p>
    <w:p>
      <w:pPr>
        <w:spacing w:after="0"/>
        <w:ind w:left="360"/>
        <w:shd w:val="clear" w:color="auto" w:fill="F2F2F2"/>
      </w:pPr>
      <w:r>
        <w:rPr>
          <w:rFonts w:ascii="Consolas" w:hAnsi="Consolas"/>
          <w:sz w:val="18"/>
        </w:rPr>
        <w:t>&gt;&gt;&gt; POS = list(range(len(DATA)))</w:t>
      </w:r>
    </w:p>
    <w:p>
      <w:pPr>
        <w:spacing w:after="0"/>
        <w:ind w:left="360"/>
        <w:shd w:val="clear" w:color="auto" w:fill="F2F2F2"/>
      </w:pPr>
      <w:r>
        <w:rPr>
          <w:rFonts w:ascii="Consolas" w:hAnsi="Consolas"/>
          <w:sz w:val="18"/>
        </w:rPr>
        <w:t>&gt;&gt;&gt; VALUESA = [valueA for label, valueA, valueB, valueC in DATA]</w:t>
      </w:r>
    </w:p>
    <w:p>
      <w:pPr>
        <w:spacing w:after="0"/>
        <w:ind w:left="360"/>
        <w:shd w:val="clear" w:color="auto" w:fill="F2F2F2"/>
      </w:pPr>
      <w:r>
        <w:rPr>
          <w:rFonts w:ascii="Consolas" w:hAnsi="Consolas"/>
          <w:sz w:val="18"/>
        </w:rPr>
        <w:t>&gt;&gt;&gt; VALUESB = [valueB for label, valueA, valueB, valueC in DATA]</w:t>
      </w:r>
    </w:p>
    <w:p>
      <w:pPr>
        <w:spacing w:after="0"/>
        <w:ind w:left="360"/>
        <w:shd w:val="clear" w:color="auto" w:fill="F2F2F2"/>
      </w:pPr>
      <w:r>
        <w:rPr>
          <w:rFonts w:ascii="Consolas" w:hAnsi="Consolas"/>
          <w:sz w:val="18"/>
        </w:rPr>
        <w:t>&gt;&gt;&gt; VALUESC = [valueC for label, valueA, valueB, valueC in DATA]</w:t>
      </w:r>
    </w:p>
    <w:p>
      <w:pPr>
        <w:spacing w:after="0"/>
        <w:ind w:left="360"/>
        <w:shd w:val="clear" w:color="auto" w:fill="F2F2F2"/>
      </w:pPr>
      <w:r>
        <w:rPr>
          <w:rFonts w:ascii="Consolas" w:hAnsi="Consolas"/>
          <w:sz w:val="18"/>
        </w:rPr>
        <w:t>&gt;&gt;&gt; LABELS = [label for label, valueA, valueB, valueC in DATA]</w:t>
      </w:r>
    </w:p>
    <w:p>
      <w:pPr>
        <w:spacing w:after="40"/>
      </w:pPr>
    </w:p>
    <w:p>
      <w:pPr>
        <w:spacing w:after="80"/>
        <w:ind w:left="360"/>
      </w:pPr>
      <w:r>
        <w:t xml:space="preserve">4. </w:t>
      </w:r>
      <w:r>
        <w:rPr>
          <w:b w:val="0"/>
          <w:i w:val="0"/>
        </w:rPr>
        <w:t>Tạo subplot đầu tiên:</w:t>
      </w:r>
    </w:p>
    <w:p>
      <w:pPr>
        <w:spacing w:after="0"/>
        <w:ind w:left="360"/>
        <w:shd w:val="clear" w:color="auto" w:fill="F2F2F2"/>
      </w:pPr>
      <w:r>
        <w:rPr>
          <w:rFonts w:ascii="Consolas" w:hAnsi="Consolas"/>
          <w:sz w:val="18"/>
        </w:rPr>
        <w:t>&gt;&gt;&gt; plt.subplot(2, 1, 1)</w:t>
      </w:r>
    </w:p>
    <w:p>
      <w:pPr>
        <w:spacing w:after="0"/>
        <w:ind w:left="360"/>
        <w:shd w:val="clear" w:color="auto" w:fill="F2F2F2"/>
      </w:pPr>
      <w:r>
        <w:rPr>
          <w:rFonts w:ascii="Consolas" w:hAnsi="Consolas"/>
          <w:sz w:val="18"/>
        </w:rPr>
        <w:t>&lt;Axes: &gt;</w:t>
      </w:r>
    </w:p>
    <w:p>
      <w:pPr>
        <w:spacing w:after="40"/>
      </w:pPr>
    </w:p>
    <w:p>
      <w:pPr>
        <w:spacing w:after="80"/>
        <w:ind w:left="360"/>
      </w:pPr>
      <w:r>
        <w:t xml:space="preserve">5. </w:t>
      </w:r>
      <w:r>
        <w:rPr>
          <w:b w:val="0"/>
          <w:i w:val="0"/>
        </w:rPr>
        <w:t xml:space="preserve">Tạo một biểu đồ cột (bar graph) với thông tin về </w:t>
      </w:r>
      <w:r>
        <w:rPr>
          <w:rFonts w:ascii="Consolas" w:hAnsi="Consolas"/>
          <w:b w:val="0"/>
          <w:i w:val="0"/>
          <w:sz w:val="20"/>
        </w:rPr>
        <w:br/>
        <w:br/>
        <w:t xml:space="preserve">       VALUESA</w:t>
        <w:br/>
        <w:t xml:space="preserve">      </w:t>
        <w:br/>
      </w:r>
      <w:r>
        <w:rPr>
          <w:b w:val="0"/>
          <w:i w:val="0"/>
        </w:rPr>
        <w:t>:</w:t>
      </w:r>
    </w:p>
    <w:p>
      <w:pPr>
        <w:spacing w:after="0"/>
        <w:ind w:left="360"/>
        <w:shd w:val="clear" w:color="auto" w:fill="F2F2F2"/>
      </w:pPr>
      <w:r>
        <w:rPr>
          <w:rFonts w:ascii="Consolas" w:hAnsi="Consolas"/>
          <w:sz w:val="18"/>
        </w:rPr>
        <w:t>&gt;&gt;&gt; valueA = plt.bar(POS, VALUESA)</w:t>
      </w:r>
    </w:p>
    <w:p>
      <w:pPr>
        <w:spacing w:after="0"/>
        <w:ind w:left="360"/>
        <w:shd w:val="clear" w:color="auto" w:fill="F2F2F2"/>
      </w:pPr>
      <w:r>
        <w:rPr>
          <w:rFonts w:ascii="Consolas" w:hAnsi="Consolas"/>
          <w:sz w:val="18"/>
        </w:rPr>
        <w:t>&gt;&gt;&gt; plt.ylabel('Sales A')</w:t>
      </w:r>
    </w:p>
    <w:p>
      <w:pPr>
        <w:spacing w:after="0"/>
        <w:ind w:left="360"/>
        <w:shd w:val="clear" w:color="auto" w:fill="F2F2F2"/>
      </w:pPr>
      <w:r>
        <w:rPr>
          <w:rFonts w:ascii="Consolas" w:hAnsi="Consolas"/>
          <w:sz w:val="18"/>
        </w:rPr>
        <w:t>Text(85.06944444444443, 0.5, 'Sales A')</w:t>
      </w:r>
    </w:p>
    <w:p>
      <w:pPr>
        <w:spacing w:after="40"/>
      </w:pPr>
    </w:p>
    <w:p>
      <w:pPr>
        <w:spacing w:after="80"/>
        <w:ind w:left="360"/>
      </w:pPr>
      <w:r>
        <w:t xml:space="preserve">6. </w:t>
      </w:r>
      <w:r>
        <w:rPr>
          <w:b w:val="0"/>
          <w:i w:val="0"/>
        </w:rPr>
        <w:t xml:space="preserve">Tạo một </w:t>
      </w:r>
      <w:r>
        <w:rPr>
          <w:b w:val="0"/>
          <w:i/>
        </w:rPr>
        <w:t>trục y</w:t>
      </w:r>
      <w:r>
        <w:rPr>
          <w:b w:val="0"/>
          <w:i w:val="0"/>
        </w:rPr>
        <w:t xml:space="preserve"> khác, và thêm thông tin về </w:t>
      </w:r>
      <w:r>
        <w:rPr>
          <w:rFonts w:ascii="Consolas" w:hAnsi="Consolas"/>
          <w:b w:val="0"/>
          <w:i w:val="0"/>
          <w:sz w:val="20"/>
        </w:rPr>
        <w:br/>
        <w:br/>
        <w:t xml:space="preserve">       VALUESB</w:t>
        <w:br/>
        <w:t xml:space="preserve">      </w:t>
        <w:br/>
      </w:r>
      <w:r>
        <w:rPr>
          <w:b w:val="0"/>
          <w:i w:val="0"/>
        </w:rPr>
        <w:t xml:space="preserve"> dưới dạng biểu đồ đường (line plot):</w:t>
      </w:r>
    </w:p>
    <w:p>
      <w:pPr>
        <w:spacing w:after="0"/>
        <w:ind w:left="360"/>
        <w:shd w:val="clear" w:color="auto" w:fill="F2F2F2"/>
      </w:pPr>
      <w:r>
        <w:rPr>
          <w:rFonts w:ascii="Consolas" w:hAnsi="Consolas"/>
          <w:sz w:val="18"/>
        </w:rPr>
        <w:t>&gt;&gt;&gt; plt.twinx()</w:t>
      </w:r>
    </w:p>
    <w:p>
      <w:pPr>
        <w:spacing w:after="0"/>
        <w:ind w:left="360"/>
        <w:shd w:val="clear" w:color="auto" w:fill="F2F2F2"/>
      </w:pPr>
      <w:r>
        <w:rPr>
          <w:rFonts w:ascii="Consolas" w:hAnsi="Consolas"/>
          <w:sz w:val="18"/>
        </w:rPr>
        <w:t>&lt;Axes: &gt;</w:t>
      </w:r>
    </w:p>
    <w:p>
      <w:pPr>
        <w:spacing w:after="0"/>
        <w:ind w:left="360"/>
        <w:shd w:val="clear" w:color="auto" w:fill="F2F2F2"/>
      </w:pPr>
      <w:r>
        <w:rPr>
          <w:rFonts w:ascii="Consolas" w:hAnsi="Consolas"/>
          <w:sz w:val="18"/>
        </w:rPr>
        <w:t>&gt;&gt;&gt; valueB = plt.plot(POS, VALUESB, 'o-', color='red')</w:t>
      </w:r>
    </w:p>
    <w:p>
      <w:pPr>
        <w:spacing w:after="0"/>
        <w:ind w:left="360"/>
        <w:shd w:val="clear" w:color="auto" w:fill="F2F2F2"/>
      </w:pPr>
      <w:r>
        <w:rPr>
          <w:rFonts w:ascii="Consolas" w:hAnsi="Consolas"/>
          <w:sz w:val="18"/>
        </w:rPr>
        <w:t>&gt;&gt;&gt; plt.ylabel('Sales B')</w:t>
      </w:r>
    </w:p>
    <w:p>
      <w:pPr>
        <w:spacing w:after="0"/>
        <w:ind w:left="360"/>
        <w:shd w:val="clear" w:color="auto" w:fill="F2F2F2"/>
      </w:pPr>
      <w:r>
        <w:rPr>
          <w:rFonts w:ascii="Consolas" w:hAnsi="Consolas"/>
          <w:sz w:val="18"/>
        </w:rPr>
        <w:t>Text(0, 0.5, 'Sales B')</w:t>
      </w:r>
    </w:p>
    <w:p>
      <w:pPr>
        <w:spacing w:after="0"/>
        <w:ind w:left="360"/>
        <w:shd w:val="clear" w:color="auto" w:fill="F2F2F2"/>
      </w:pPr>
      <w:r>
        <w:rPr>
          <w:rFonts w:ascii="Consolas" w:hAnsi="Consolas"/>
          <w:sz w:val="18"/>
        </w:rPr>
        <w:t>&gt;&gt;&gt; plt.xticks(POS, LABELS)</w:t>
      </w:r>
    </w:p>
    <w:p>
      <w:pPr>
        <w:spacing w:after="0"/>
        <w:ind w:left="360"/>
        <w:shd w:val="clear" w:color="auto" w:fill="F2F2F2"/>
      </w:pPr>
      <w:r>
        <w:rPr>
          <w:rFonts w:ascii="Consolas" w:hAnsi="Consolas"/>
          <w:sz w:val="18"/>
        </w:rPr>
        <w:t>&lt;REDACTED&gt;</w:t>
      </w:r>
    </w:p>
    <w:p>
      <w:pPr>
        <w:spacing w:after="40"/>
      </w:pPr>
    </w:p>
    <w:p>
      <w:pPr>
        <w:spacing w:after="80"/>
        <w:ind w:left="360"/>
      </w:pPr>
      <w:r>
        <w:t xml:space="preserve">7. </w:t>
      </w:r>
      <w:r>
        <w:rPr>
          <w:b w:val="0"/>
          <w:i w:val="0"/>
        </w:rPr>
        <w:t xml:space="preserve">Tạo một subplot khác và điền vào đó </w:t>
      </w:r>
      <w:r>
        <w:rPr>
          <w:rFonts w:ascii="Consolas" w:hAnsi="Consolas"/>
          <w:b w:val="0"/>
          <w:i w:val="0"/>
          <w:sz w:val="20"/>
        </w:rPr>
        <w:br/>
        <w:br/>
        <w:t xml:space="preserve">       VALUESC</w:t>
        <w:br/>
        <w:t xml:space="preserve">      </w:t>
        <w:br/>
      </w:r>
      <w:r>
        <w:rPr>
          <w:b w:val="0"/>
          <w:i w:val="0"/>
        </w:rPr>
        <w:t>:</w:t>
      </w:r>
    </w:p>
    <w:p>
      <w:pPr>
        <w:spacing w:after="0"/>
        <w:ind w:left="360"/>
        <w:shd w:val="clear" w:color="auto" w:fill="F2F2F2"/>
      </w:pPr>
      <w:r>
        <w:rPr>
          <w:rFonts w:ascii="Consolas" w:hAnsi="Consolas"/>
          <w:sz w:val="18"/>
        </w:rPr>
        <w:t>&gt;&gt;&gt; plt.subplot(2, 1, 2)</w:t>
      </w:r>
    </w:p>
    <w:p>
      <w:pPr>
        <w:spacing w:after="0"/>
        <w:ind w:left="360"/>
        <w:shd w:val="clear" w:color="auto" w:fill="F2F2F2"/>
      </w:pPr>
      <w:r>
        <w:rPr>
          <w:rFonts w:ascii="Consolas" w:hAnsi="Consolas"/>
          <w:sz w:val="18"/>
        </w:rPr>
        <w:t>&lt;Axes: &gt;</w:t>
      </w:r>
    </w:p>
    <w:p>
      <w:pPr>
        <w:spacing w:after="0"/>
        <w:ind w:left="360"/>
        <w:shd w:val="clear" w:color="auto" w:fill="F2F2F2"/>
      </w:pPr>
      <w:r>
        <w:rPr>
          <w:rFonts w:ascii="Consolas" w:hAnsi="Consolas"/>
          <w:sz w:val="18"/>
        </w:rPr>
        <w:t>&gt;&gt;&gt; plt.plot(POS, VALUESC)</w:t>
      </w:r>
    </w:p>
    <w:p>
      <w:pPr>
        <w:spacing w:after="0"/>
        <w:ind w:left="360"/>
        <w:shd w:val="clear" w:color="auto" w:fill="F2F2F2"/>
      </w:pPr>
      <w:r>
        <w:rPr>
          <w:rFonts w:ascii="Consolas" w:hAnsi="Consolas"/>
          <w:sz w:val="18"/>
        </w:rPr>
        <w:t>[&lt;matplotlib.lines.Line2D object at 0x115b28ec0&gt;]</w:t>
      </w:r>
    </w:p>
    <w:p>
      <w:pPr>
        <w:spacing w:after="0"/>
        <w:ind w:left="360"/>
        <w:shd w:val="clear" w:color="auto" w:fill="F2F2F2"/>
      </w:pPr>
      <w:r>
        <w:rPr>
          <w:rFonts w:ascii="Consolas" w:hAnsi="Consolas"/>
          <w:sz w:val="18"/>
        </w:rPr>
        <w:t>&gt;&gt;&gt; plt.gca().set_ylim(ymin=0)</w:t>
      </w:r>
    </w:p>
    <w:p>
      <w:pPr>
        <w:spacing w:after="0"/>
        <w:ind w:left="360"/>
        <w:shd w:val="clear" w:color="auto" w:fill="F2F2F2"/>
      </w:pPr>
      <w:r>
        <w:rPr>
          <w:rFonts w:ascii="Consolas" w:hAnsi="Consolas"/>
          <w:sz w:val="18"/>
        </w:rPr>
        <w:t>(0.0, 7.2)</w:t>
      </w:r>
    </w:p>
    <w:p>
      <w:pPr>
        <w:spacing w:after="0"/>
        <w:ind w:left="360"/>
        <w:shd w:val="clear" w:color="auto" w:fill="F2F2F2"/>
      </w:pPr>
      <w:r>
        <w:rPr>
          <w:rFonts w:ascii="Consolas" w:hAnsi="Consolas"/>
          <w:sz w:val="18"/>
        </w:rPr>
        <w:t>&gt;&gt;&gt; plt.xticks(POS, LABELS)</w:t>
      </w:r>
    </w:p>
    <w:p>
      <w:pPr>
        <w:spacing w:after="0"/>
        <w:ind w:left="360"/>
        <w:shd w:val="clear" w:color="auto" w:fill="F2F2F2"/>
      </w:pPr>
      <w:r>
        <w:rPr>
          <w:rFonts w:ascii="Consolas" w:hAnsi="Consolas"/>
          <w:sz w:val="18"/>
        </w:rPr>
        <w:t>&lt;REDACTED&gt;</w:t>
      </w:r>
    </w:p>
    <w:p>
      <w:pPr>
        <w:spacing w:after="40"/>
      </w:pPr>
    </w:p>
    <w:p>
      <w:pPr>
        <w:spacing w:after="80"/>
        <w:ind w:left="360"/>
      </w:pPr>
      <w:r>
        <w:t xml:space="preserve">8. </w:t>
      </w:r>
      <w:r>
        <w:rPr>
          <w:b w:val="0"/>
          <w:i w:val="0"/>
        </w:rPr>
        <w:t>Hiển thị đồ thị:</w:t>
      </w:r>
    </w:p>
    <w:p>
      <w:pPr>
        <w:spacing w:after="0"/>
        <w:ind w:left="360"/>
        <w:shd w:val="clear" w:color="auto" w:fill="F2F2F2"/>
      </w:pPr>
      <w:r>
        <w:rPr>
          <w:rFonts w:ascii="Consolas" w:hAnsi="Consolas"/>
          <w:sz w:val="18"/>
        </w:rPr>
        <w:t>&gt;&gt;&gt; plt.show()</w:t>
      </w:r>
    </w:p>
    <w:p>
      <w:pPr>
        <w:spacing w:after="40"/>
      </w:pPr>
    </w:p>
    <w:p>
      <w:pPr>
        <w:spacing w:after="80"/>
      </w:pPr>
      <w:r>
        <w:rPr>
          <w:b w:val="0"/>
          <w:i w:val="0"/>
        </w:rPr>
        <w:t>Kết quả sẽ được hiển thị trong một cửa sổ mới:</w:t>
      </w:r>
    </w:p>
    <w:p>
      <w:pPr>
        <w:jc w:val="center"/>
      </w:pPr>
      <w:r>
        <w:drawing>
          <wp:inline xmlns:a="http://schemas.openxmlformats.org/drawingml/2006/main" xmlns:pic="http://schemas.openxmlformats.org/drawingml/2006/picture">
            <wp:extent cx="5486400" cy="4682494"/>
            <wp:docPr id="79" name="Picture 79"/>
            <wp:cNvGraphicFramePr>
              <a:graphicFrameLocks noChangeAspect="1"/>
            </wp:cNvGraphicFramePr>
            <a:graphic>
              <a:graphicData uri="http://schemas.openxmlformats.org/drawingml/2006/picture">
                <pic:pic>
                  <pic:nvPicPr>
                    <pic:cNvPr id="0" name="B36973_8_16.png"/>
                    <pic:cNvPicPr/>
                  </pic:nvPicPr>
                  <pic:blipFill>
                    <a:blip r:embed="rId81"/>
                    <a:stretch>
                      <a:fillRect/>
                    </a:stretch>
                  </pic:blipFill>
                  <pic:spPr>
                    <a:xfrm>
                      <a:off x="0" y="0"/>
                      <a:ext cx="5486400" cy="4682494"/>
                    </a:xfrm>
                    <a:prstGeom prst="rect"/>
                  </pic:spPr>
                </pic:pic>
              </a:graphicData>
            </a:graphic>
          </wp:inline>
        </w:drawing>
      </w:r>
    </w:p>
    <w:p>
      <w:pPr>
        <w:spacing w:after="160"/>
        <w:jc w:val="center"/>
      </w:pPr>
      <w:r>
        <w:rPr>
          <w:rFonts w:ascii="Calibri" w:hAnsi="Calibri"/>
          <w:b w:val="0"/>
          <w:i/>
          <w:sz w:val="19"/>
        </w:rPr>
        <w:t>Hình 8.16: Nhiều biểu đồ trong cùng một hình</w:t>
      </w:r>
    </w:p>
    <w:p>
      <w:pPr>
        <w:pStyle w:val="Heading3"/>
      </w:pPr>
      <w:r>
        <w:rPr>
          <w:rFonts w:ascii="Calibri" w:hAnsi="Calibri"/>
          <w:b/>
          <w:i w:val="0"/>
          <w:sz w:val="26"/>
        </w:rPr>
        <w:t>Cách nó hoạt động...</w:t>
      </w:r>
    </w:p>
    <w:p>
      <w:pPr>
        <w:spacing w:after="80"/>
      </w:pPr>
      <w:r>
        <w:rPr>
          <w:b w:val="0"/>
          <w:i w:val="0"/>
        </w:rPr>
        <w:t xml:space="preserve">Trong </w:t>
      </w:r>
      <w:r>
        <w:rPr>
          <w:b w:val="0"/>
          <w:i/>
        </w:rPr>
        <w:t>Bước 1</w:t>
      </w:r>
      <w:r>
        <w:rPr>
          <w:b w:val="0"/>
          <w:i w:val="0"/>
        </w:rPr>
        <w:t xml:space="preserve"> của phần </w:t>
      </w:r>
      <w:r>
        <w:rPr>
          <w:b w:val="0"/>
          <w:i/>
        </w:rPr>
        <w:t>Cách thực hiện…</w:t>
      </w:r>
      <w:r>
        <w:rPr>
          <w:b w:val="0"/>
          <w:i w:val="0"/>
        </w:rPr>
        <w:t>, tất cả các import cần thiết cho mô-đun đều được gọi.</w:t>
      </w:r>
    </w:p>
    <w:p>
      <w:pPr>
        <w:spacing w:after="80"/>
      </w:pPr>
      <w:r>
        <w:rPr>
          <w:b w:val="0"/>
          <w:i/>
        </w:rPr>
        <w:t>Bước 2</w:t>
      </w:r>
      <w:r>
        <w:rPr>
          <w:b w:val="0"/>
          <w:i w:val="0"/>
        </w:rPr>
        <w:t xml:space="preserve"> trình bày dữ liệu ở định dạng có thể sử dụng được.</w:t>
      </w:r>
    </w:p>
    <w:p>
      <w:pPr>
        <w:spacing w:after="80"/>
      </w:pPr>
      <w:r>
        <w:rPr>
          <w:b w:val="0"/>
          <w:i/>
        </w:rPr>
        <w:t>Bước 3</w:t>
      </w:r>
      <w:r>
        <w:rPr>
          <w:b w:val="0"/>
          <w:i w:val="0"/>
        </w:rPr>
        <w:t xml:space="preserve"> là bước chuẩn bị, chia dữ liệu thành các mảng khác nhau cho các bước tiếp theo.</w:t>
      </w:r>
    </w:p>
    <w:p>
      <w:pPr>
        <w:spacing w:after="80"/>
      </w:pPr>
      <w:r>
        <w:rPr>
          <w:b w:val="0"/>
          <w:i/>
        </w:rPr>
        <w:t>Bước 4</w:t>
      </w:r>
      <w:r>
        <w:rPr>
          <w:b w:val="0"/>
          <w:i w:val="0"/>
        </w:rPr>
        <w:t xml:space="preserve"> tạo một </w:t>
      </w:r>
      <w:r>
        <w:rPr>
          <w:rFonts w:ascii="Consolas" w:hAnsi="Consolas"/>
          <w:b w:val="0"/>
          <w:i w:val="0"/>
          <w:sz w:val="20"/>
        </w:rPr>
        <w:br/>
        <w:br/>
        <w:t xml:space="preserve">      .subplot</w:t>
        <w:br/>
        <w:t xml:space="preserve">     </w:t>
        <w:br/>
      </w:r>
      <w:r>
        <w:rPr>
          <w:b w:val="0"/>
          <w:i w:val="0"/>
        </w:rPr>
        <w:t xml:space="preserve"> mới. Thao tác này chia toàn bộ hình vẽ thành hai phần tử. Các tham số là số hàng, số cột và subplot được chọn. Vậy là ta tạo hai subplot, mỗi cái nằm trên một hàng của một cột duy nhất, rồi vẽ vào cái đầu tiên.</w:t>
      </w:r>
    </w:p>
    <w:p>
      <w:pPr>
        <w:spacing w:after="80"/>
      </w:pPr>
      <w:r>
        <w:rPr>
          <w:b w:val="0"/>
          <w:i/>
        </w:rPr>
        <w:t>Bước 5</w:t>
      </w:r>
      <w:r>
        <w:rPr>
          <w:b w:val="0"/>
          <w:i w:val="0"/>
        </w:rPr>
        <w:t xml:space="preserve"> in một biểu đồ </w:t>
      </w:r>
      <w:r>
        <w:rPr>
          <w:rFonts w:ascii="Consolas" w:hAnsi="Consolas"/>
          <w:b w:val="0"/>
          <w:i w:val="0"/>
          <w:sz w:val="20"/>
        </w:rPr>
        <w:br/>
        <w:br/>
        <w:t xml:space="preserve">      .bar</w:t>
        <w:br/>
        <w:t xml:space="preserve">     </w:t>
        <w:br/>
      </w:r>
      <w:r>
        <w:rPr>
          <w:b w:val="0"/>
          <w:i w:val="0"/>
        </w:rPr>
        <w:t xml:space="preserve"> trong subplot này bằng dữ liệu </w:t>
      </w:r>
      <w:r>
        <w:rPr>
          <w:rFonts w:ascii="Consolas" w:hAnsi="Consolas"/>
          <w:b w:val="0"/>
          <w:i w:val="0"/>
          <w:sz w:val="20"/>
        </w:rPr>
        <w:br/>
        <w:br/>
        <w:t xml:space="preserve">      VALUESA</w:t>
        <w:br/>
        <w:t xml:space="preserve">     </w:t>
        <w:br/>
      </w:r>
      <w:r>
        <w:rPr>
          <w:b w:val="0"/>
          <w:i w:val="0"/>
        </w:rPr>
        <w:t xml:space="preserve">, và gán nhãn cho </w:t>
      </w:r>
      <w:r>
        <w:rPr>
          <w:b w:val="0"/>
          <w:i/>
        </w:rPr>
        <w:t>trục y</w:t>
      </w:r>
      <w:r>
        <w:rPr>
          <w:b w:val="0"/>
          <w:i w:val="0"/>
        </w:rPr>
        <w:t xml:space="preserve"> là Sales A bằng </w:t>
      </w:r>
      <w:r>
        <w:rPr>
          <w:rFonts w:ascii="Consolas" w:hAnsi="Consolas"/>
          <w:b w:val="0"/>
          <w:i w:val="0"/>
          <w:sz w:val="20"/>
        </w:rPr>
        <w:br/>
        <w:br/>
        <w:t xml:space="preserve">      .ylabel</w:t>
        <w:br/>
        <w:t xml:space="preserve">     </w:t>
        <w:br/>
      </w:r>
      <w:r>
        <w:rPr>
          <w:b w:val="0"/>
          <w:i w:val="0"/>
        </w:rPr>
        <w:t>.</w:t>
      </w:r>
    </w:p>
    <w:p>
      <w:pPr>
        <w:spacing w:after="80"/>
      </w:pPr>
      <w:r>
        <w:rPr>
          <w:b w:val="0"/>
          <w:i/>
        </w:rPr>
        <w:t>Bước 6</w:t>
      </w:r>
      <w:r>
        <w:rPr>
          <w:b w:val="0"/>
          <w:i w:val="0"/>
        </w:rPr>
        <w:t xml:space="preserve"> tạo một </w:t>
      </w:r>
      <w:r>
        <w:rPr>
          <w:b w:val="0"/>
          <w:i/>
        </w:rPr>
        <w:t>trục y</w:t>
      </w:r>
      <w:r>
        <w:rPr>
          <w:b w:val="0"/>
          <w:i w:val="0"/>
        </w:rPr>
        <w:t xml:space="preserve"> mới với </w:t>
      </w:r>
      <w:r>
        <w:rPr>
          <w:rFonts w:ascii="Consolas" w:hAnsi="Consolas"/>
          <w:b w:val="0"/>
          <w:i w:val="0"/>
          <w:sz w:val="20"/>
        </w:rPr>
        <w:br/>
        <w:br/>
        <w:t xml:space="preserve">      .twinx</w:t>
        <w:br/>
        <w:t xml:space="preserve">     </w:t>
        <w:br/>
      </w:r>
      <w:r>
        <w:rPr>
          <w:b w:val="0"/>
          <w:i w:val="0"/>
        </w:rPr>
        <w:t xml:space="preserve">, vẽ </w:t>
      </w:r>
      <w:r>
        <w:rPr>
          <w:rFonts w:ascii="Consolas" w:hAnsi="Consolas"/>
          <w:b w:val="0"/>
          <w:i w:val="0"/>
          <w:sz w:val="20"/>
        </w:rPr>
        <w:br/>
        <w:br/>
        <w:t xml:space="preserve">      VALUESB</w:t>
        <w:br/>
        <w:t xml:space="preserve">     </w:t>
        <w:br/>
      </w:r>
      <w:r>
        <w:rPr>
          <w:b w:val="0"/>
          <w:i w:val="0"/>
        </w:rPr>
        <w:t xml:space="preserve"> dưới dạng biểu đồ đường thông qua </w:t>
      </w:r>
      <w:r>
        <w:rPr>
          <w:rFonts w:ascii="Consolas" w:hAnsi="Consolas"/>
          <w:b w:val="0"/>
          <w:i w:val="0"/>
          <w:sz w:val="20"/>
        </w:rPr>
        <w:br/>
        <w:br/>
        <w:t xml:space="preserve">      .plot</w:t>
        <w:br/>
        <w:t xml:space="preserve">     </w:t>
        <w:br/>
      </w:r>
      <w:r>
        <w:rPr>
          <w:b w:val="0"/>
          <w:i w:val="0"/>
        </w:rPr>
        <w:t xml:space="preserve">. Nhãn được đánh dấu bằng </w:t>
      </w:r>
      <w:r>
        <w:rPr>
          <w:rFonts w:ascii="Consolas" w:hAnsi="Consolas"/>
          <w:b w:val="0"/>
          <w:i w:val="0"/>
          <w:sz w:val="20"/>
        </w:rPr>
        <w:br/>
        <w:br/>
        <w:t xml:space="preserve">      .ylabel</w:t>
        <w:br/>
        <w:t xml:space="preserve">     </w:t>
        <w:br/>
      </w:r>
      <w:r>
        <w:rPr>
          <w:b w:val="0"/>
          <w:i w:val="0"/>
        </w:rPr>
        <w:t xml:space="preserve"> là Sales B. </w:t>
      </w:r>
      <w:r>
        <w:rPr>
          <w:b w:val="0"/>
          <w:i/>
        </w:rPr>
        <w:t>Trục x</w:t>
      </w:r>
      <w:r>
        <w:rPr>
          <w:b w:val="0"/>
          <w:i w:val="0"/>
        </w:rPr>
        <w:t xml:space="preserve"> được gán nhãn bằng </w:t>
      </w:r>
      <w:r>
        <w:rPr>
          <w:rFonts w:ascii="Consolas" w:hAnsi="Consolas"/>
          <w:b w:val="0"/>
          <w:i w:val="0"/>
          <w:sz w:val="20"/>
        </w:rPr>
        <w:br/>
        <w:br/>
        <w:t xml:space="preserve">      .xticks</w:t>
        <w:br/>
        <w:t xml:space="preserve">     </w:t>
        <w:br/>
      </w:r>
      <w:r>
        <w:rPr>
          <w:b w:val="0"/>
          <w:i w:val="0"/>
        </w:rPr>
        <w:t>.</w:t>
      </w:r>
    </w:p>
    <w:p>
      <w:pPr>
        <w:spacing w:after="80"/>
      </w:pPr>
      <w:r>
        <w:rPr>
          <w:b/>
          <w:i w:val="0"/>
        </w:rPr>
        <w:t>Lưu ý</w:t>
      </w:r>
    </w:p>
    <w:p>
      <w:pPr>
        <w:spacing w:after="80"/>
      </w:pPr>
      <w:r>
        <w:rPr>
          <w:b w:val="0"/>
          <w:i w:val="0"/>
        </w:rPr>
        <w:t xml:space="preserve">Biểu đồ </w:t>
      </w:r>
      <w:r>
        <w:rPr>
          <w:rFonts w:ascii="Consolas" w:hAnsi="Consolas"/>
          <w:b w:val="0"/>
          <w:i w:val="0"/>
          <w:sz w:val="20"/>
        </w:rPr>
        <w:br/>
        <w:br/>
        <w:t xml:space="preserve">       VALUESB</w:t>
        <w:br/>
        <w:t xml:space="preserve">      </w:t>
        <w:br/>
      </w:r>
      <w:r>
        <w:rPr>
          <w:b w:val="0"/>
          <w:i w:val="0"/>
        </w:rPr>
        <w:t xml:space="preserve"> được đặt màu đỏ để tránh cả hai biểu đồ có cùng màu. Mặc định, màu đầu tiên giống nhau trong cả hai trường hợp, và điều đó sẽ gây nhầm lẫn. Các điểm dữ liệu được đánh dấu bằng tùy chọn 'o'.</w:t>
      </w:r>
    </w:p>
    <w:p>
      <w:pPr>
        <w:spacing w:after="80"/>
      </w:pPr>
      <w:r>
        <w:rPr>
          <w:b w:val="0"/>
          <w:i w:val="0"/>
        </w:rPr>
        <w:t xml:space="preserve">Trong </w:t>
      </w:r>
      <w:r>
        <w:rPr>
          <w:b w:val="0"/>
          <w:i/>
        </w:rPr>
        <w:t>bước 7</w:t>
      </w:r>
      <w:r>
        <w:rPr>
          <w:b w:val="0"/>
          <w:i w:val="0"/>
        </w:rPr>
        <w:t xml:space="preserve">, ta chuyển sang subplot thứ hai bằng </w:t>
      </w:r>
      <w:r>
        <w:rPr>
          <w:rFonts w:ascii="Consolas" w:hAnsi="Consolas"/>
          <w:b w:val="0"/>
          <w:i w:val="0"/>
          <w:sz w:val="20"/>
        </w:rPr>
        <w:br/>
        <w:br/>
        <w:t xml:space="preserve">      .subplot</w:t>
        <w:br/>
        <w:t xml:space="preserve">     </w:t>
        <w:br/>
      </w:r>
      <w:r>
        <w:rPr>
          <w:b w:val="0"/>
          <w:i w:val="0"/>
        </w:rPr>
        <w:t xml:space="preserve">. Ta chọn phần tử thứ hai cho cấu hình hai hàng, một cột, khớp với subplot trước đó. Biểu đồ in </w:t>
      </w:r>
      <w:r>
        <w:rPr>
          <w:rFonts w:ascii="Consolas" w:hAnsi="Consolas"/>
          <w:b w:val="0"/>
          <w:i w:val="0"/>
          <w:sz w:val="20"/>
        </w:rPr>
        <w:br/>
        <w:br/>
        <w:t xml:space="preserve">      VALUESC</w:t>
        <w:br/>
        <w:t xml:space="preserve">     </w:t>
        <w:br/>
      </w:r>
      <w:r>
        <w:rPr>
          <w:b w:val="0"/>
          <w:i w:val="0"/>
        </w:rPr>
        <w:t xml:space="preserve"> dưới dạng đường, và lại đặt nhãn trên </w:t>
      </w:r>
      <w:r>
        <w:rPr>
          <w:b w:val="0"/>
          <w:i/>
        </w:rPr>
        <w:t>trục x</w:t>
      </w:r>
      <w:r>
        <w:rPr>
          <w:b w:val="0"/>
          <w:i w:val="0"/>
        </w:rPr>
        <w:t xml:space="preserve"> bằng </w:t>
      </w:r>
      <w:r>
        <w:rPr>
          <w:rFonts w:ascii="Consolas" w:hAnsi="Consolas"/>
          <w:b w:val="0"/>
          <w:i w:val="0"/>
          <w:sz w:val="20"/>
        </w:rPr>
        <w:br/>
        <w:br/>
        <w:t xml:space="preserve">      .xticker</w:t>
        <w:br/>
        <w:t xml:space="preserve">     </w:t>
        <w:br/>
      </w:r>
      <w:r>
        <w:rPr>
          <w:b w:val="0"/>
          <w:i w:val="0"/>
        </w:rPr>
        <w:t xml:space="preserve"> và đặt giá trị nhỏ nhất của </w:t>
      </w:r>
      <w:r>
        <w:rPr>
          <w:b w:val="0"/>
          <w:i/>
        </w:rPr>
        <w:t>trục y</w:t>
      </w:r>
      <w:r>
        <w:rPr>
          <w:b w:val="0"/>
          <w:i w:val="0"/>
        </w:rPr>
        <w:t xml:space="preserve"> về 0. Hình vẽ đầy đủ, giàu dữ liệu sau đó được hiển thị trong </w:t>
      </w:r>
      <w:r>
        <w:rPr>
          <w:b w:val="0"/>
          <w:i/>
        </w:rPr>
        <w:t>bước 8</w:t>
      </w:r>
      <w:r>
        <w:rPr>
          <w:b w:val="0"/>
          <w:i w:val="0"/>
        </w:rPr>
        <w:t>.</w:t>
      </w:r>
    </w:p>
    <w:p>
      <w:pPr>
        <w:pStyle w:val="Heading3"/>
      </w:pPr>
      <w:r>
        <w:rPr>
          <w:rFonts w:ascii="Calibri" w:hAnsi="Calibri"/>
          <w:b/>
          <w:i w:val="0"/>
          <w:sz w:val="26"/>
        </w:rPr>
        <w:t>Còn nữa...</w:t>
      </w:r>
    </w:p>
    <w:p>
      <w:pPr>
        <w:spacing w:after="80"/>
      </w:pPr>
      <w:r>
        <w:rPr>
          <w:b w:val="0"/>
          <w:i w:val="0"/>
        </w:rPr>
        <w:t>Nói chung, biểu đồ có nhiều trục rất khó đọc. Chỉ nên dùng chúng khi có lý do chính đáng và dữ liệu có tương quan cao.</w:t>
      </w:r>
    </w:p>
    <w:p>
      <w:pPr>
        <w:spacing w:after="80"/>
      </w:pPr>
      <w:r>
        <w:rPr>
          <w:b/>
          <w:i w:val="0"/>
        </w:rPr>
        <w:t>Mẹo</w:t>
      </w:r>
    </w:p>
    <w:p>
      <w:pPr>
        <w:spacing w:after="80"/>
      </w:pPr>
      <w:r>
        <w:rPr>
          <w:b w:val="0"/>
          <w:i w:val="0"/>
        </w:rPr>
        <w:t xml:space="preserve">Mặc định, </w:t>
      </w:r>
      <w:r>
        <w:rPr>
          <w:b w:val="0"/>
          <w:i/>
        </w:rPr>
        <w:t>trục y</w:t>
      </w:r>
      <w:r>
        <w:rPr>
          <w:b w:val="0"/>
          <w:i w:val="0"/>
        </w:rPr>
        <w:t xml:space="preserve"> trong biểu đồ đường sẽ cố gắng trình bày thông tin giữa giá trị Y nhỏ nhất và lớn nhất. Cắt ngắn trục thường không phải là cách tốt nhất để trình bày thông tin, vì nó có thể làm sai lệch cảm nhận về sự khác biệt. Ví dụ, thay đổi giá trị trong khoảng từ 10 đến 11 có thể trông như một vấn đề lớn nếu đồ thị chỉ chạy từ 10 đến 11, nhưng thực tế mức thay đổi chưa đến 10%. Đặt giá trị nhỏ nhất của </w:t>
      </w:r>
      <w:r>
        <w:rPr>
          <w:b w:val="0"/>
          <w:i/>
        </w:rPr>
        <w:t>trục y</w:t>
      </w:r>
      <w:r>
        <w:rPr>
          <w:b w:val="0"/>
          <w:i w:val="0"/>
        </w:rPr>
        <w:t xml:space="preserve"> về 0 bằng </w:t>
      </w:r>
      <w:r>
        <w:rPr>
          <w:rFonts w:ascii="Consolas" w:hAnsi="Consolas"/>
          <w:b w:val="0"/>
          <w:i w:val="0"/>
          <w:sz w:val="20"/>
        </w:rPr>
        <w:br/>
        <w:br/>
        <w:t xml:space="preserve">       plt.gca().set_ylim(ymin=0)</w:t>
        <w:br/>
        <w:t xml:space="preserve">      </w:t>
        <w:br/>
      </w:r>
      <w:r>
        <w:rPr>
          <w:b w:val="0"/>
          <w:i w:val="0"/>
        </w:rPr>
        <w:t xml:space="preserve"> là một ý hay, đặc biệt khi có hai trục khác nhau, để bạn không mất đi cảm giác về tương quan.</w:t>
      </w:r>
    </w:p>
    <w:p>
      <w:pPr>
        <w:spacing w:after="80"/>
      </w:pPr>
      <w:r>
        <w:rPr>
          <w:b w:val="0"/>
          <w:i w:val="0"/>
        </w:rPr>
        <w:t xml:space="preserve">Lệnh chọn subplot sẽ đi theo hàng trước, rồi theo cột, nên </w:t>
      </w:r>
      <w:r>
        <w:rPr>
          <w:rFonts w:ascii="Consolas" w:hAnsi="Consolas"/>
          <w:b w:val="0"/>
          <w:i w:val="0"/>
          <w:sz w:val="20"/>
        </w:rPr>
        <w:br/>
        <w:br/>
        <w:t xml:space="preserve">      .subplot(2, 2, 3)</w:t>
        <w:br/>
        <w:t xml:space="preserve">     </w:t>
        <w:br/>
      </w:r>
      <w:r>
        <w:rPr>
          <w:b w:val="0"/>
          <w:i w:val="0"/>
        </w:rPr>
        <w:t xml:space="preserve"> sẽ chọn subplot ở cột thứ nhất, hàng thứ hai.</w:t>
      </w:r>
    </w:p>
    <w:p>
      <w:pPr>
        <w:spacing w:after="80"/>
      </w:pPr>
      <w:r>
        <w:rPr>
          <w:b w:val="0"/>
          <w:i w:val="0"/>
        </w:rPr>
        <w:t xml:space="preserve">Lưới subplot đã chia có thể thay đổi. Gọi </w:t>
      </w:r>
      <w:r>
        <w:rPr>
          <w:rFonts w:ascii="Consolas" w:hAnsi="Consolas"/>
          <w:b w:val="0"/>
          <w:i w:val="0"/>
          <w:sz w:val="20"/>
        </w:rPr>
        <w:br/>
        <w:br/>
        <w:t xml:space="preserve">      .subplot(2, 2, 1)</w:t>
        <w:br/>
        <w:t xml:space="preserve">     </w:t>
        <w:br/>
      </w:r>
      <w:r>
        <w:rPr>
          <w:b w:val="0"/>
          <w:i w:val="0"/>
        </w:rPr>
        <w:t xml:space="preserve"> trước (hai hàng, hai cột, subplot thứ nhất) và </w:t>
      </w:r>
      <w:r>
        <w:rPr>
          <w:rFonts w:ascii="Consolas" w:hAnsi="Consolas"/>
          <w:b w:val="0"/>
          <w:i w:val="0"/>
          <w:sz w:val="20"/>
        </w:rPr>
        <w:br/>
        <w:br/>
        <w:t xml:space="preserve">      .subplot(2, 2, 2)</w:t>
        <w:br/>
        <w:t xml:space="preserve">     </w:t>
        <w:br/>
      </w:r>
      <w:r>
        <w:rPr>
          <w:b w:val="0"/>
          <w:i w:val="0"/>
        </w:rPr>
        <w:t xml:space="preserve"> (hai hàng, hai cột, subplot thứ hai), rồi sau đó gọi </w:t>
      </w:r>
      <w:r>
        <w:rPr>
          <w:rFonts w:ascii="Consolas" w:hAnsi="Consolas"/>
          <w:b w:val="0"/>
          <w:i w:val="0"/>
          <w:sz w:val="20"/>
        </w:rPr>
        <w:br/>
        <w:br/>
        <w:t xml:space="preserve">      .subplot(2, 1, 2)</w:t>
        <w:br/>
        <w:t xml:space="preserve">     </w:t>
        <w:br/>
      </w:r>
      <w:r>
        <w:rPr>
          <w:b w:val="0"/>
          <w:i w:val="0"/>
        </w:rPr>
        <w:t xml:space="preserve"> (hai hàng, một cột, biểu đồ thứ hai) sẽ tạo ra cấu trúc với hai biểu đồ nhỏ ở hàng đầu và một biểu đồ rộng hơn ở hàng thứ hai. Quay lại sẽ ghi đè lên các subplot đã vẽ trước đó.</w:t>
      </w:r>
    </w:p>
    <w:p>
      <w:pPr>
        <w:spacing w:after="80"/>
      </w:pPr>
      <w:r>
        <w:rPr>
          <w:b/>
          <w:i w:val="0"/>
        </w:rPr>
        <w:t>Mẹo</w:t>
      </w:r>
    </w:p>
    <w:p>
      <w:pPr>
        <w:spacing w:after="80"/>
      </w:pPr>
      <w:r>
        <w:rPr>
          <w:b w:val="0"/>
          <w:i w:val="0"/>
        </w:rPr>
        <w:t>Cố gắng tránh tạo ra những biểu đồ cực kỳ phức tạp, vì chúng có thể khó đọc. Nếu bạn cần giúp xác định cách đặt các giá trị khác nhau trong nhiều trục hoặc biểu đồ con (subplot), bạn có thể hỏi GenAI để được tư vấn, nhưng cuối cùng hãy tin vào phán đoán của bạn khi nhìn vào biểu đồ. Hãy cho phép bản thân xem biểu đồ cuối cùng và tinh chỉnh nó để nó hoạt động đúng.</w:t>
      </w:r>
    </w:p>
    <w:p>
      <w:pPr>
        <w:spacing w:after="80"/>
      </w:pPr>
      <w:r>
        <w:rPr>
          <w:b w:val="0"/>
          <w:i w:val="0"/>
        </w:rPr>
        <w:t xml:space="preserve">Tài liệu đầy đủ về </w:t>
      </w:r>
      <w:r>
        <w:rPr>
          <w:rFonts w:ascii="Consolas" w:hAnsi="Consolas"/>
          <w:b w:val="0"/>
          <w:i w:val="0"/>
          <w:sz w:val="20"/>
        </w:rPr>
        <w:br/>
        <w:br/>
        <w:t xml:space="preserve">      matplotlib</w:t>
        <w:br/>
        <w:t xml:space="preserve">     </w:t>
        <w:br/>
      </w:r>
      <w:r>
        <w:rPr>
          <w:b w:val="0"/>
          <w:i w:val="0"/>
        </w:rPr>
        <w:t xml:space="preserve"> có thể được tìm thấy tại </w:t>
      </w:r>
      <w:r>
        <w:rPr>
          <w:rFonts w:ascii="Consolas" w:hAnsi="Consolas"/>
          <w:b w:val="0"/>
          <w:i w:val="0"/>
          <w:sz w:val="20"/>
        </w:rPr>
        <w:br/>
        <w:br/>
        <w:t xml:space="preserve">       https://matplotlib.org/</w:t>
        <w:br/>
        <w:t xml:space="preserve">      </w:t>
        <w:br/>
      </w:r>
      <w:r>
        <w:rPr>
          <w:b w:val="0"/>
          <w:i w:val="0"/>
        </w:rPr>
        <w:t xml:space="preserve"> , và hướng dẫn về biểu đồ con (subplot) với nhiều ví dụ nằm tại </w:t>
      </w:r>
      <w:r>
        <w:rPr>
          <w:rFonts w:ascii="Consolas" w:hAnsi="Consolas"/>
          <w:b w:val="0"/>
          <w:i w:val="0"/>
          <w:sz w:val="20"/>
        </w:rPr>
        <w:br/>
        <w:br/>
        <w:t xml:space="preserve">       https://matplotlib.org/stable/gallery/subplots_axes_and_figures/index.html</w:t>
        <w:br/>
        <w:t xml:space="preserve">      </w:t>
        <w:br/>
      </w:r>
      <w:r>
        <w:rPr>
          <w:b w:val="0"/>
          <w:i w:val="0"/>
        </w:rPr>
        <w:t xml:space="preserve"> .</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Vẽ nhiều đường </w:t>
      </w:r>
      <w:r>
        <w:rPr>
          <w:b w:val="0"/>
          <w:i w:val="0"/>
        </w:rPr>
        <w:t xml:space="preserve"> ở phần trước trong chương này, trong đó trình bày các cách thay thế để hiển thị nhiều giá trị trong một biểu đồ duy nhất.</w:t>
      </w:r>
    </w:p>
    <w:p>
      <w:pPr>
        <w:spacing w:after="80"/>
        <w:ind w:left="360"/>
      </w:pPr>
      <w:r>
        <w:t xml:space="preserve">• </w:t>
      </w:r>
      <w:r>
        <w:rPr>
          <w:b w:val="0"/>
          <w:i w:val="0"/>
        </w:rPr>
        <w:t xml:space="preserve">Công thức </w:t>
      </w:r>
      <w:r>
        <w:rPr>
          <w:b w:val="0"/>
          <w:i/>
        </w:rPr>
        <w:t xml:space="preserve"> Trực quan hóa thông tin </w:t>
      </w:r>
      <w:r>
        <w:rPr>
          <w:b w:val="0"/>
          <w:i w:val="0"/>
        </w:rPr>
        <w:t xml:space="preserve"> </w:t>
      </w:r>
      <w:r>
        <w:rPr>
          <w:b w:val="0"/>
          <w:i/>
        </w:rPr>
        <w:t xml:space="preserve"> bản đồ </w:t>
      </w:r>
      <w:r>
        <w:rPr>
          <w:b w:val="0"/>
          <w:i w:val="0"/>
        </w:rPr>
        <w:t xml:space="preserve"> ở phần trước trong chương này, để tìm hiểu cách hiển thị các loại biểu đồ phong phú khác với nhiều dữ liệu.</w:t>
      </w:r>
    </w:p>
    <w:p>
      <w:pPr>
        <w:pStyle w:val="Heading2"/>
      </w:pPr>
      <w:r>
        <w:rPr>
          <w:rFonts w:ascii="Calibri" w:hAnsi="Calibri"/>
          <w:b/>
          <w:i w:val="0"/>
          <w:sz w:val="32"/>
        </w:rPr>
        <w:t>Lưu biểu đồ</w:t>
      </w:r>
    </w:p>
    <w:p>
      <w:pPr>
        <w:spacing w:after="80"/>
      </w:pPr>
      <w:r>
        <w:rPr>
          <w:b w:val="0"/>
          <w:i w:val="0"/>
        </w:rPr>
        <w:t>Khi một biểu đồ đã sẵn sàng, chúng ta có thể lưu nó trên ổ cứng để có thể tham chiếu trong các tài liệu khác. Trong công thức này, chúng ta sẽ xem cách lưu biểu đồ ở các định dạng khác nhau.</w:t>
      </w:r>
    </w:p>
    <w:p>
      <w:pPr>
        <w:pStyle w:val="Heading3"/>
      </w:pPr>
      <w:r>
        <w:rPr>
          <w:rFonts w:ascii="Calibri" w:hAnsi="Calibri"/>
          <w:b/>
          <w:i w:val="0"/>
          <w:sz w:val="26"/>
        </w:rPr>
        <w:t>Chuẩn bị</w:t>
      </w:r>
    </w:p>
    <w:p>
      <w:pPr>
        <w:spacing w:after="80"/>
      </w:pPr>
      <w:r>
        <w:rPr>
          <w:b w:val="0"/>
          <w:i w:val="0"/>
        </w:rPr>
        <w:t xml:space="preserve">Chúng ta có thể cài đặt </w:t>
      </w:r>
      <w:r>
        <w:rPr>
          <w:rFonts w:ascii="Consolas" w:hAnsi="Consolas"/>
          <w:b w:val="0"/>
          <w:i w:val="0"/>
          <w:sz w:val="20"/>
        </w:rPr>
        <w:br/>
        <w:br/>
        <w:t xml:space="preserve">      matplotlib</w:t>
        <w:br/>
        <w:t xml:space="preserve">     </w:t>
        <w:br/>
      </w:r>
      <w:r>
        <w:rPr>
          <w:b w:val="0"/>
          <w:i w:val="0"/>
        </w:rPr>
        <w:t xml:space="preserve"> bằng các lệnh sau:</w:t>
      </w:r>
    </w:p>
    <w:p>
      <w:pPr>
        <w:spacing w:after="0"/>
        <w:ind w:left="360"/>
        <w:shd w:val="clear" w:color="auto" w:fill="F2F2F2"/>
      </w:pPr>
      <w:r>
        <w:rPr>
          <w:rFonts w:ascii="Consolas" w:hAnsi="Consolas"/>
          <w:sz w:val="18"/>
        </w:rPr>
        <w:t>$ echo "matplotlib==3.10.8" &gt;&gt; requirements.txt</w:t>
      </w:r>
    </w:p>
    <w:p>
      <w:pPr>
        <w:spacing w:after="0"/>
        <w:ind w:left="360"/>
        <w:shd w:val="clear" w:color="auto" w:fill="F2F2F2"/>
      </w:pPr>
      <w:r>
        <w:rPr>
          <w:rFonts w:ascii="Consolas" w:hAnsi="Consolas"/>
          <w:sz w:val="18"/>
        </w:rPr>
        <w:t>$ uv pip install -r requirements.txt</w:t>
      </w:r>
    </w:p>
    <w:p>
      <w:pPr>
        <w:spacing w:after="40"/>
      </w:pPr>
    </w:p>
    <w:p>
      <w:pPr>
        <w:pStyle w:val="Heading3"/>
      </w:pPr>
      <w:r>
        <w:rPr>
          <w:rFonts w:ascii="Calibri" w:hAnsi="Calibri"/>
          <w:b/>
          <w:i w:val="0"/>
          <w:sz w:val="26"/>
        </w:rPr>
        <w:t>Cách thực hiện...</w:t>
      </w:r>
    </w:p>
    <w:p>
      <w:pPr>
        <w:spacing w:after="80"/>
        <w:ind w:left="360"/>
      </w:pPr>
      <w:r>
        <w:t xml:space="preserve">1. </w:t>
      </w:r>
      <w:r>
        <w:rPr>
          <w:b w:val="0"/>
          <w:i w:val="0"/>
        </w:rPr>
        <w:t xml:space="preserve">Import </w:t>
      </w:r>
      <w:r>
        <w:rPr>
          <w:rFonts w:ascii="Consolas" w:hAnsi="Consolas"/>
          <w:b w:val="0"/>
          <w:i w:val="0"/>
          <w:sz w:val="20"/>
        </w:rPr>
        <w:br/>
        <w:br/>
        <w:t xml:space="preserve">       matplotlib</w:t>
        <w:br/>
        <w:t xml:space="preserve">      </w:t>
        <w:br/>
      </w:r>
      <w:r>
        <w:rPr>
          <w:b w:val="0"/>
          <w:i w:val="0"/>
        </w:rPr>
        <w:t xml:space="preserve"> :</w:t>
      </w:r>
    </w:p>
    <w:p>
      <w:pPr>
        <w:spacing w:after="0"/>
        <w:ind w:left="360"/>
        <w:shd w:val="clear" w:color="auto" w:fill="F2F2F2"/>
      </w:pPr>
      <w:r>
        <w:rPr>
          <w:rFonts w:ascii="Consolas" w:hAnsi="Consolas"/>
          <w:sz w:val="18"/>
        </w:rPr>
        <w:t>&gt;&gt;&gt; import matplotlib.pyplot as plt</w:t>
      </w:r>
    </w:p>
    <w:p>
      <w:pPr>
        <w:spacing w:after="40"/>
      </w:pPr>
    </w:p>
    <w:p>
      <w:pPr>
        <w:spacing w:after="80"/>
        <w:ind w:left="360"/>
      </w:pPr>
      <w:r>
        <w:t xml:space="preserve">2. </w:t>
      </w:r>
      <w:r>
        <w:rPr>
          <w:b w:val="0"/>
          <w:i w:val="0"/>
        </w:rPr>
        <w:t>Chuẩn bị dữ liệu để hiển thị trên biểu đồ và chia nó thành các mảng khác nhau:</w:t>
      </w:r>
    </w:p>
    <w:p>
      <w:pPr>
        <w:spacing w:after="0"/>
        <w:ind w:left="360"/>
        <w:shd w:val="clear" w:color="auto" w:fill="F2F2F2"/>
      </w:pPr>
      <w:r>
        <w:rPr>
          <w:rFonts w:ascii="Consolas" w:hAnsi="Consolas"/>
          <w:sz w:val="18"/>
        </w:rPr>
        <w:t>&gt;&gt;&gt; DATA = (</w:t>
      </w:r>
    </w:p>
    <w:p>
      <w:pPr>
        <w:spacing w:after="0"/>
        <w:ind w:left="360"/>
        <w:shd w:val="clear" w:color="auto" w:fill="F2F2F2"/>
      </w:pPr>
      <w:r>
        <w:rPr>
          <w:rFonts w:ascii="Consolas" w:hAnsi="Consolas"/>
          <w:sz w:val="18"/>
        </w:rPr>
        <w:t>...    ('Q1 2025', 100),</w:t>
      </w:r>
    </w:p>
    <w:p>
      <w:pPr>
        <w:spacing w:after="0"/>
        <w:ind w:left="360"/>
        <w:shd w:val="clear" w:color="auto" w:fill="F2F2F2"/>
      </w:pPr>
      <w:r>
        <w:rPr>
          <w:rFonts w:ascii="Consolas" w:hAnsi="Consolas"/>
          <w:sz w:val="18"/>
        </w:rPr>
        <w:t>...    ('Q2 2025', 150),</w:t>
      </w:r>
    </w:p>
    <w:p>
      <w:pPr>
        <w:spacing w:after="0"/>
        <w:ind w:left="360"/>
        <w:shd w:val="clear" w:color="auto" w:fill="F2F2F2"/>
      </w:pPr>
      <w:r>
        <w:rPr>
          <w:rFonts w:ascii="Consolas" w:hAnsi="Consolas"/>
          <w:sz w:val="18"/>
        </w:rPr>
        <w:t>...    ('Q3 2025', 125),</w:t>
      </w:r>
    </w:p>
    <w:p>
      <w:pPr>
        <w:spacing w:after="0"/>
        <w:ind w:left="360"/>
        <w:shd w:val="clear" w:color="auto" w:fill="F2F2F2"/>
      </w:pPr>
      <w:r>
        <w:rPr>
          <w:rFonts w:ascii="Consolas" w:hAnsi="Consolas"/>
          <w:sz w:val="18"/>
        </w:rPr>
        <w:t>...    ('Q4 2025', 175),</w:t>
      </w:r>
    </w:p>
    <w:p>
      <w:pPr>
        <w:spacing w:after="0"/>
        <w:ind w:left="360"/>
        <w:shd w:val="clear" w:color="auto" w:fill="F2F2F2"/>
      </w:pPr>
      <w:r>
        <w:rPr>
          <w:rFonts w:ascii="Consolas" w:hAnsi="Consolas"/>
          <w:sz w:val="18"/>
        </w:rPr>
        <w:t>... )</w:t>
      </w:r>
    </w:p>
    <w:p>
      <w:pPr>
        <w:spacing w:after="0"/>
        <w:ind w:left="360"/>
        <w:shd w:val="clear" w:color="auto" w:fill="F2F2F2"/>
      </w:pPr>
      <w:r>
        <w:rPr>
          <w:rFonts w:ascii="Consolas" w:hAnsi="Consolas"/>
          <w:sz w:val="18"/>
        </w:rPr>
        <w:t>&gt;&gt;&gt; POS = list(range(len(DATA)))</w:t>
      </w:r>
    </w:p>
    <w:p>
      <w:pPr>
        <w:spacing w:after="0"/>
        <w:ind w:left="360"/>
        <w:shd w:val="clear" w:color="auto" w:fill="F2F2F2"/>
      </w:pPr>
      <w:r>
        <w:rPr>
          <w:rFonts w:ascii="Consolas" w:hAnsi="Consolas"/>
          <w:sz w:val="18"/>
        </w:rPr>
        <w:t>&gt;&gt;&gt; VALUES = [value for label, value in DATA]</w:t>
      </w:r>
    </w:p>
    <w:p>
      <w:pPr>
        <w:spacing w:after="0"/>
        <w:ind w:left="360"/>
        <w:shd w:val="clear" w:color="auto" w:fill="F2F2F2"/>
      </w:pPr>
      <w:r>
        <w:rPr>
          <w:rFonts w:ascii="Consolas" w:hAnsi="Consolas"/>
          <w:sz w:val="18"/>
        </w:rPr>
        <w:t>&gt;&gt;&gt; LABELS = [label for label, value in DATA]</w:t>
      </w:r>
    </w:p>
    <w:p>
      <w:pPr>
        <w:spacing w:after="40"/>
      </w:pPr>
    </w:p>
    <w:p>
      <w:pPr>
        <w:spacing w:after="80"/>
        <w:ind w:left="360"/>
      </w:pPr>
      <w:r>
        <w:t xml:space="preserve">3. </w:t>
      </w:r>
      <w:r>
        <w:rPr>
          <w:b w:val="0"/>
          <w:i w:val="0"/>
        </w:rPr>
        <w:t>Tạo biểu đồ cột (bar graph) với dữ liệu:</w:t>
      </w:r>
    </w:p>
    <w:p>
      <w:pPr>
        <w:spacing w:after="0"/>
        <w:ind w:left="360"/>
        <w:shd w:val="clear" w:color="auto" w:fill="F2F2F2"/>
      </w:pPr>
      <w:r>
        <w:rPr>
          <w:rFonts w:ascii="Consolas" w:hAnsi="Consolas"/>
          <w:sz w:val="18"/>
        </w:rPr>
        <w:t>&gt;&gt;&gt; plt.bar(POS, VALUES)</w:t>
      </w:r>
    </w:p>
    <w:p>
      <w:pPr>
        <w:spacing w:after="0"/>
        <w:ind w:left="360"/>
        <w:shd w:val="clear" w:color="auto" w:fill="F2F2F2"/>
      </w:pPr>
      <w:r>
        <w:rPr>
          <w:rFonts w:ascii="Consolas" w:hAnsi="Consolas"/>
          <w:sz w:val="18"/>
        </w:rPr>
        <w:t>&lt;BarContainer object of 4 artists&gt;</w:t>
      </w:r>
    </w:p>
    <w:p>
      <w:pPr>
        <w:spacing w:after="0"/>
        <w:ind w:left="360"/>
        <w:shd w:val="clear" w:color="auto" w:fill="F2F2F2"/>
      </w:pPr>
      <w:r>
        <w:rPr>
          <w:rFonts w:ascii="Consolas" w:hAnsi="Consolas"/>
          <w:sz w:val="18"/>
        </w:rPr>
        <w:t>&gt;&gt;&gt; plt.xticks(POS, LABELS)</w:t>
      </w:r>
    </w:p>
    <w:p>
      <w:pPr>
        <w:spacing w:after="0"/>
        <w:ind w:left="360"/>
        <w:shd w:val="clear" w:color="auto" w:fill="F2F2F2"/>
      </w:pPr>
      <w:r>
        <w:rPr>
          <w:rFonts w:ascii="Consolas" w:hAnsi="Consolas"/>
          <w:sz w:val="18"/>
        </w:rPr>
        <w:t>&lt;REDACTED&gt;</w:t>
      </w:r>
    </w:p>
    <w:p>
      <w:pPr>
        <w:spacing w:after="0"/>
        <w:ind w:left="360"/>
        <w:shd w:val="clear" w:color="auto" w:fill="F2F2F2"/>
      </w:pPr>
      <w:r>
        <w:rPr>
          <w:rFonts w:ascii="Consolas" w:hAnsi="Consolas"/>
          <w:sz w:val="18"/>
        </w:rPr>
        <w:t>&gt;&gt;&gt; plt.ylabel('Sales')</w:t>
      </w:r>
    </w:p>
    <w:p>
      <w:pPr>
        <w:spacing w:after="0"/>
        <w:ind w:left="360"/>
        <w:shd w:val="clear" w:color="auto" w:fill="F2F2F2"/>
      </w:pPr>
      <w:r>
        <w:rPr>
          <w:rFonts w:ascii="Consolas" w:hAnsi="Consolas"/>
          <w:sz w:val="18"/>
        </w:rPr>
        <w:t>Text(76.31944444444443, 0.5, 'Sales')</w:t>
      </w:r>
    </w:p>
    <w:p>
      <w:pPr>
        <w:spacing w:after="40"/>
      </w:pPr>
    </w:p>
    <w:p>
      <w:pPr>
        <w:spacing w:after="80"/>
        <w:ind w:left="360"/>
      </w:pPr>
      <w:r>
        <w:t xml:space="preserve">4. </w:t>
      </w:r>
      <w:r>
        <w:rPr>
          <w:b w:val="0"/>
          <w:i w:val="0"/>
        </w:rPr>
        <w:t>Lưu biểu đồ vào ổ cứng:</w:t>
      </w:r>
    </w:p>
    <w:p>
      <w:pPr>
        <w:spacing w:after="0"/>
        <w:ind w:left="360"/>
        <w:shd w:val="clear" w:color="auto" w:fill="F2F2F2"/>
      </w:pPr>
      <w:r>
        <w:rPr>
          <w:rFonts w:ascii="Consolas" w:hAnsi="Consolas"/>
          <w:sz w:val="18"/>
        </w:rPr>
        <w:t>&gt;&gt;&gt; plt.savefig('data.png')</w:t>
      </w:r>
    </w:p>
    <w:p>
      <w:pPr>
        <w:spacing w:after="40"/>
      </w:pPr>
    </w:p>
    <w:p>
      <w:pPr>
        <w:spacing w:after="80"/>
        <w:ind w:left="360"/>
      </w:pPr>
      <w:r>
        <w:t xml:space="preserve">5. </w:t>
      </w:r>
      <w:r>
        <w:rPr>
          <w:b w:val="0"/>
          <w:i w:val="0"/>
        </w:rPr>
        <w:t xml:space="preserve">Mở tệp mới </w:t>
      </w:r>
      <w:r>
        <w:rPr>
          <w:rFonts w:ascii="Consolas" w:hAnsi="Consolas"/>
          <w:b w:val="0"/>
          <w:i w:val="0"/>
          <w:sz w:val="20"/>
        </w:rPr>
        <w:br/>
        <w:br/>
        <w:t xml:space="preserve">       data.png</w:t>
        <w:br/>
        <w:t xml:space="preserve">      </w:t>
        <w:br/>
      </w:r>
      <w:r>
        <w:rPr>
          <w:b w:val="0"/>
          <w:i w:val="0"/>
        </w:rPr>
        <w:t xml:space="preserve"> để hiển thị biểu đồ, như sau:</w:t>
      </w:r>
    </w:p>
    <w:p>
      <w:pPr>
        <w:jc w:val="center"/>
      </w:pPr>
      <w:r>
        <w:drawing>
          <wp:inline xmlns:a="http://schemas.openxmlformats.org/drawingml/2006/main" xmlns:pic="http://schemas.openxmlformats.org/drawingml/2006/picture">
            <wp:extent cx="5486400" cy="3891977"/>
            <wp:docPr id="80" name="Picture 80"/>
            <wp:cNvGraphicFramePr>
              <a:graphicFrameLocks noChangeAspect="1"/>
            </wp:cNvGraphicFramePr>
            <a:graphic>
              <a:graphicData uri="http://schemas.openxmlformats.org/drawingml/2006/picture">
                <pic:pic>
                  <pic:nvPicPr>
                    <pic:cNvPr id="0" name="B36973_8_17.png"/>
                    <pic:cNvPicPr/>
                  </pic:nvPicPr>
                  <pic:blipFill>
                    <a:blip r:embed="rId82"/>
                    <a:stretch>
                      <a:fillRect/>
                    </a:stretch>
                  </pic:blipFill>
                  <pic:spPr>
                    <a:xfrm>
                      <a:off x="0" y="0"/>
                      <a:ext cx="5486400" cy="3891977"/>
                    </a:xfrm>
                    <a:prstGeom prst="rect"/>
                  </pic:spPr>
                </pic:pic>
              </a:graphicData>
            </a:graphic>
          </wp:inline>
        </w:drawing>
      </w:r>
    </w:p>
    <w:p>
      <w:pPr>
        <w:spacing w:after="160"/>
        <w:jc w:val="center"/>
      </w:pPr>
      <w:r>
        <w:rPr>
          <w:rFonts w:ascii="Calibri" w:hAnsi="Calibri"/>
          <w:b w:val="0"/>
          <w:i/>
          <w:sz w:val="19"/>
        </w:rPr>
        <w:t>Hình 8.17: Đồ thị được lưu ở định dạng PNG</w:t>
      </w:r>
    </w:p>
    <w:p>
      <w:pPr>
        <w:pStyle w:val="Heading3"/>
      </w:pPr>
      <w:r>
        <w:rPr>
          <w:rFonts w:ascii="Calibri" w:hAnsi="Calibri"/>
          <w:b/>
          <w:i w:val="0"/>
          <w:sz w:val="26"/>
        </w:rPr>
        <w:t>Cách hoạt động...</w:t>
      </w:r>
    </w:p>
    <w:p>
      <w:pPr>
        <w:spacing w:after="80"/>
      </w:pPr>
      <w:r>
        <w:rPr>
          <w:b w:val="0"/>
          <w:i w:val="0"/>
        </w:rPr>
        <w:t xml:space="preserve">Sau khi nhập và chuẩn bị dữ liệu trong </w:t>
      </w:r>
      <w:r>
        <w:rPr>
          <w:b w:val="0"/>
          <w:i/>
        </w:rPr>
        <w:t>bước 1</w:t>
      </w:r>
      <w:r>
        <w:rPr>
          <w:b w:val="0"/>
          <w:i w:val="0"/>
        </w:rPr>
        <w:t xml:space="preserve"> và </w:t>
      </w:r>
      <w:r>
        <w:rPr>
          <w:b w:val="0"/>
          <w:i/>
        </w:rPr>
        <w:t>2</w:t>
      </w:r>
      <w:r>
        <w:rPr>
          <w:b w:val="0"/>
          <w:i w:val="0"/>
        </w:rPr>
        <w:t xml:space="preserve"> ở phần </w:t>
      </w:r>
      <w:r>
        <w:rPr>
          <w:b w:val="0"/>
          <w:i/>
        </w:rPr>
        <w:t>Cách thực hiện…</w:t>
      </w:r>
      <w:r>
        <w:rPr>
          <w:b w:val="0"/>
          <w:i w:val="0"/>
        </w:rPr>
        <w:t xml:space="preserve">, đồ thị được tạo ra trong </w:t>
      </w:r>
      <w:r>
        <w:rPr>
          <w:b w:val="0"/>
          <w:i/>
        </w:rPr>
        <w:t>bước 3</w:t>
      </w:r>
      <w:r>
        <w:rPr>
          <w:b w:val="0"/>
          <w:i w:val="0"/>
        </w:rPr>
        <w:t xml:space="preserve"> bằng cách gọi </w:t>
      </w:r>
      <w:r>
        <w:rPr>
          <w:rFonts w:ascii="Consolas" w:hAnsi="Consolas"/>
          <w:b w:val="0"/>
          <w:i w:val="0"/>
          <w:sz w:val="20"/>
        </w:rPr>
        <w:br/>
        <w:br/>
        <w:t xml:space="preserve">      .bar</w:t>
        <w:br/>
        <w:t xml:space="preserve">     </w:t>
        <w:br/>
      </w:r>
      <w:r>
        <w:rPr>
          <w:b w:val="0"/>
          <w:i w:val="0"/>
        </w:rPr>
        <w:t xml:space="preserve">. Một </w:t>
      </w:r>
      <w:r>
        <w:rPr>
          <w:rFonts w:ascii="Consolas" w:hAnsi="Consolas"/>
          <w:b w:val="0"/>
          <w:i w:val="0"/>
          <w:sz w:val="20"/>
        </w:rPr>
        <w:br/>
        <w:br/>
        <w:t xml:space="preserve">      .ylabel</w:t>
        <w:br/>
        <w:t xml:space="preserve">     </w:t>
        <w:br/>
      </w:r>
      <w:r>
        <w:rPr>
          <w:b w:val="0"/>
          <w:i w:val="0"/>
        </w:rPr>
        <w:t xml:space="preserve"> được thêm vào và </w:t>
      </w:r>
      <w:r>
        <w:rPr>
          <w:b w:val="0"/>
          <w:i/>
        </w:rPr>
        <w:t>trục x</w:t>
      </w:r>
      <w:r>
        <w:rPr>
          <w:b w:val="0"/>
          <w:i w:val="0"/>
        </w:rPr>
        <w:t xml:space="preserve"> được gán nhãn với mô tả thời gian phù hợp thông qua </w:t>
      </w:r>
      <w:r>
        <w:rPr>
          <w:rFonts w:ascii="Consolas" w:hAnsi="Consolas"/>
          <w:b w:val="0"/>
          <w:i w:val="0"/>
          <w:sz w:val="20"/>
        </w:rPr>
        <w:br/>
        <w:br/>
        <w:t xml:space="preserve">      .xticks</w:t>
        <w:br/>
        <w:t xml:space="preserve">     </w:t>
        <w:br/>
      </w:r>
      <w:r>
        <w:rPr>
          <w:b w:val="0"/>
          <w:i w:val="0"/>
        </w:rPr>
        <w:t>.</w:t>
      </w:r>
    </w:p>
    <w:p>
      <w:pPr>
        <w:spacing w:after="80"/>
      </w:pPr>
      <w:r>
        <w:rPr>
          <w:b w:val="0"/>
          <w:i/>
        </w:rPr>
        <w:t>Bước 4</w:t>
      </w:r>
      <w:r>
        <w:rPr>
          <w:b w:val="0"/>
          <w:i w:val="0"/>
        </w:rPr>
        <w:t xml:space="preserve"> lưu tệp vào ổ cứng với tên </w:t>
      </w:r>
      <w:r>
        <w:rPr>
          <w:rFonts w:ascii="Consolas" w:hAnsi="Consolas"/>
          <w:b w:val="0"/>
          <w:i w:val="0"/>
          <w:sz w:val="20"/>
        </w:rPr>
        <w:br/>
        <w:br/>
        <w:t xml:space="preserve">      data.png</w:t>
        <w:br/>
        <w:t xml:space="preserve">     </w:t>
        <w:br/>
      </w:r>
      <w:r>
        <w:rPr>
          <w:b w:val="0"/>
          <w:i w:val="0"/>
        </w:rPr>
        <w:t>.</w:t>
      </w:r>
    </w:p>
    <w:p>
      <w:pPr>
        <w:pStyle w:val="Heading3"/>
      </w:pPr>
      <w:r>
        <w:rPr>
          <w:rFonts w:ascii="Calibri" w:hAnsi="Calibri"/>
          <w:b/>
          <w:i w:val="0"/>
          <w:sz w:val="26"/>
        </w:rPr>
        <w:t>Còn nữa...</w:t>
      </w:r>
    </w:p>
    <w:p>
      <w:pPr>
        <w:spacing w:after="80"/>
      </w:pPr>
      <w:r>
        <w:rPr>
          <w:b w:val="0"/>
          <w:i w:val="0"/>
        </w:rPr>
        <w:t xml:space="preserve">Độ phân giải của hình ảnh có thể được xác định thông qua tham số </w:t>
      </w:r>
      <w:r>
        <w:rPr>
          <w:rFonts w:ascii="Consolas" w:hAnsi="Consolas"/>
          <w:b w:val="0"/>
          <w:i w:val="0"/>
          <w:sz w:val="20"/>
        </w:rPr>
        <w:br/>
        <w:br/>
        <w:t xml:space="preserve">      dpi</w:t>
        <w:br/>
        <w:t xml:space="preserve">     </w:t>
        <w:br/>
      </w:r>
      <w:r>
        <w:rPr>
          <w:b w:val="0"/>
          <w:i w:val="0"/>
        </w:rPr>
        <w:t xml:space="preserve"> (dpi = dots per inch – số điểm riêng lẻ được in trong một inch). Điều này sẽ ảnh hưởng đến kích thước tệp. Hãy dùng độ phân giải từ 72 đến 300. Độ phân giải thấp hơn sẽ khó đọc, còn cao hơn thì không có ý nghĩa trừ khi đồ thị cực lớn:</w:t>
      </w:r>
    </w:p>
    <w:p>
      <w:pPr>
        <w:spacing w:after="0"/>
        <w:ind w:left="360"/>
        <w:shd w:val="clear" w:color="auto" w:fill="F2F2F2"/>
      </w:pPr>
      <w:r>
        <w:rPr>
          <w:rFonts w:ascii="Consolas" w:hAnsi="Consolas"/>
          <w:sz w:val="18"/>
        </w:rPr>
        <w:t>&gt;&gt;&gt; plt.savefig('data.png', dpi=72)</w:t>
      </w:r>
    </w:p>
    <w:p>
      <w:pPr>
        <w:spacing w:after="40"/>
      </w:pPr>
    </w:p>
    <w:p>
      <w:pPr>
        <w:spacing w:after="80"/>
      </w:pPr>
      <w:r>
        <w:rPr>
          <w:rFonts w:ascii="Consolas" w:hAnsi="Consolas"/>
          <w:b w:val="0"/>
          <w:i w:val="0"/>
          <w:sz w:val="20"/>
        </w:rPr>
        <w:br/>
        <w:br/>
        <w:t xml:space="preserve">      matplotlib</w:t>
        <w:br/>
        <w:t xml:space="preserve">     </w:t>
        <w:br/>
      </w:r>
      <w:r>
        <w:rPr>
          <w:b w:val="0"/>
          <w:i w:val="0"/>
        </w:rPr>
        <w:t xml:space="preserve"> hiểu cách lưu trữ các định dạng tệp phổ biến nhất, như JPEG, PDF và PNG. Phần mở rộng tệp sẽ được dùng tự động để lưu dữ liệu theo định dạng mong đợi.</w:t>
      </w:r>
    </w:p>
    <w:p>
      <w:pPr>
        <w:spacing w:after="80"/>
      </w:pPr>
      <w:r>
        <w:rPr>
          <w:b/>
          <w:i w:val="0"/>
        </w:rPr>
        <w:t>Mẹo</w:t>
      </w:r>
    </w:p>
    <w:p>
      <w:pPr>
        <w:spacing w:after="80"/>
      </w:pPr>
      <w:r>
        <w:rPr>
          <w:b w:val="0"/>
          <w:i w:val="0"/>
        </w:rPr>
        <w:t xml:space="preserve">Trừ khi bạn có yêu cầu cụ thể, hãy dùng PNG. Nó rất hiệu quả trong việc lưu trữ đồ thị với ít màu so với các định dạng khác và, so với JPG, nó không mất độ phân giải, nghĩa là các đường sẽ trông sắc nét. Nếu bạn cần tìm tất cả các loại tệp được hỗ trợ, bạn có thể gọi </w:t>
      </w:r>
      <w:r>
        <w:rPr>
          <w:rFonts w:ascii="Consolas" w:hAnsi="Consolas"/>
          <w:b w:val="0"/>
          <w:i w:val="0"/>
          <w:sz w:val="20"/>
        </w:rPr>
        <w:br/>
        <w:br/>
        <w:t xml:space="preserve">       plt.gcf().canvas.get_supported_filetypes()</w:t>
        <w:br/>
        <w:t xml:space="preserve">      </w:t>
        <w:br/>
      </w:r>
      <w:r>
        <w:rPr>
          <w:b w:val="0"/>
          <w:i w:val="0"/>
        </w:rPr>
        <w:t>.</w:t>
      </w:r>
    </w:p>
    <w:p>
      <w:pPr>
        <w:spacing w:after="80"/>
      </w:pPr>
      <w:r>
        <w:rPr>
          <w:b w:val="0"/>
          <w:i w:val="0"/>
        </w:rPr>
        <w:t>Một lựa chọn thú vị là SVG, đây là định dạng dựa trên vector. Điều đó có nghĩa là nó không có độ phân giải, mà lưu trữ mọi phần tử của đồ thị (đường, đường cong) dưới dạng các phần tử toán học. Điều này cho phép nó tái tạo một hình ảnh chính xác ở bất kỳ kích thước nào và thay đổi kích thước mà không mất chất lượng. Đây là một lựa chọn khả thi cho những đồ thị lớn cần được phóng to nhiều. Hầu hết các trình duyệt đều có thể hiển thị tệp SVG đúng cách.</w:t>
      </w:r>
    </w:p>
    <w:p>
      <w:pPr>
        <w:spacing w:after="80"/>
      </w:pPr>
      <w:r>
        <w:rPr>
          <w:b w:val="0"/>
          <w:i w:val="0"/>
        </w:rPr>
        <w:t xml:space="preserve">Toàn bộ tài liệu về </w:t>
      </w:r>
      <w:r>
        <w:rPr>
          <w:rFonts w:ascii="Consolas" w:hAnsi="Consolas"/>
          <w:b w:val="0"/>
          <w:i w:val="0"/>
          <w:sz w:val="20"/>
        </w:rPr>
        <w:br/>
        <w:br/>
        <w:t xml:space="preserve">      matplotlib</w:t>
        <w:br/>
        <w:t xml:space="preserve">     </w:t>
        <w:br/>
      </w:r>
      <w:r>
        <w:rPr>
          <w:b w:val="0"/>
          <w:i w:val="0"/>
        </w:rPr>
        <w:t xml:space="preserve"> có thể được tìm thấy ở đây: </w:t>
      </w:r>
      <w:r>
        <w:rPr>
          <w:rFonts w:ascii="Consolas" w:hAnsi="Consolas"/>
          <w:b w:val="0"/>
          <w:i w:val="0"/>
          <w:sz w:val="20"/>
        </w:rPr>
        <w:br/>
        <w:br/>
        <w:t xml:space="preserve">       https://matplotlib.org/</w:t>
        <w:br/>
        <w:t xml:space="preserve">      </w:t>
        <w:br/>
      </w:r>
      <w:r>
        <w:rPr>
          <w:b w:val="0"/>
          <w:i w:val="0"/>
        </w:rPr>
        <w:t>.</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Vẽ một đồ thị doanh số đơn giản</w:t>
      </w:r>
      <w:r>
        <w:rPr>
          <w:b w:val="0"/>
          <w:i w:val="0"/>
        </w:rPr>
        <w:t>, ở phần trước trong chương này, để tìm hiểu những kiến thức cơ bản về vẽ đồ thị cột.</w:t>
      </w:r>
    </w:p>
    <w:p>
      <w:pPr>
        <w:spacing w:after="80"/>
        <w:ind w:left="360"/>
      </w:pPr>
      <w:r>
        <w:t xml:space="preserve">• </w:t>
      </w:r>
      <w:r>
        <w:rPr>
          <w:b w:val="0"/>
          <w:i w:val="0"/>
        </w:rPr>
        <w:t xml:space="preserve">Công thức </w:t>
      </w:r>
      <w:r>
        <w:rPr>
          <w:b w:val="0"/>
          <w:i/>
        </w:rPr>
        <w:t>Thêm chú thích và ghi chú</w:t>
      </w:r>
      <w:r>
        <w:rPr>
          <w:b w:val="0"/>
          <w:i w:val="0"/>
        </w:rPr>
        <w:t>, ở phần trước trong chương này, để tìm hiểu cách thêm thông tin ngữ cảnh vào đồ thị.</w:t>
      </w:r>
    </w:p>
    <w:p>
      <w:pPr>
        <w:pStyle w:val="Heading2"/>
      </w:pPr>
      <w:r>
        <w:rPr>
          <w:rFonts w:ascii="Calibri" w:hAnsi="Calibri"/>
          <w:b/>
          <w:i w:val="0"/>
          <w:sz w:val="32"/>
        </w:rPr>
        <w:t>Vẽ biểu đồ với plotly</w:t>
      </w:r>
    </w:p>
    <w:p>
      <w:pPr>
        <w:spacing w:after="80"/>
      </w:pPr>
      <w:r>
        <w:rPr>
          <w:b w:val="0"/>
          <w:i w:val="0"/>
        </w:rPr>
        <w:t xml:space="preserve">Mặc dù </w:t>
      </w:r>
      <w:r>
        <w:rPr>
          <w:rFonts w:ascii="Consolas" w:hAnsi="Consolas"/>
          <w:b w:val="0"/>
          <w:i w:val="0"/>
          <w:sz w:val="20"/>
        </w:rPr>
        <w:br/>
        <w:br/>
        <w:t xml:space="preserve">      matplotlib</w:t>
        <w:br/>
        <w:t xml:space="preserve">     </w:t>
        <w:br/>
      </w:r>
      <w:r>
        <w:rPr>
          <w:b w:val="0"/>
          <w:i w:val="0"/>
        </w:rPr>
        <w:t xml:space="preserve"> là một mô-đun nổi tiếng để vẽ đồ thị trong Python, nó không phải là lựa chọn duy nhất. Trong công thức này, chúng ta sẽ xem một ví dụ sử dụng </w:t>
      </w:r>
      <w:r>
        <w:rPr>
          <w:rFonts w:ascii="Consolas" w:hAnsi="Consolas"/>
          <w:b w:val="0"/>
          <w:i w:val="0"/>
          <w:sz w:val="20"/>
        </w:rPr>
        <w:br/>
        <w:br/>
        <w:t xml:space="preserve">      plotly</w:t>
        <w:br/>
        <w:t xml:space="preserve">     </w:t>
        <w:br/>
      </w:r>
      <w:r>
        <w:rPr>
          <w:b w:val="0"/>
          <w:i w:val="0"/>
        </w:rPr>
        <w:t>.</w:t>
      </w:r>
    </w:p>
    <w:p>
      <w:pPr>
        <w:spacing w:after="80"/>
      </w:pPr>
      <w:r>
        <w:rPr>
          <w:b/>
          <w:i w:val="0"/>
        </w:rPr>
        <w:t>Lưu ý</w:t>
      </w:r>
    </w:p>
    <w:p>
      <w:pPr>
        <w:spacing w:after="80"/>
      </w:pPr>
      <w:r>
        <w:rPr>
          <w:b w:val="0"/>
          <w:i w:val="0"/>
        </w:rPr>
        <w:t xml:space="preserve">Trong khi </w:t>
      </w:r>
      <w:r>
        <w:rPr>
          <w:rFonts w:ascii="Consolas" w:hAnsi="Consolas"/>
          <w:b w:val="0"/>
          <w:i w:val="0"/>
          <w:sz w:val="20"/>
        </w:rPr>
        <w:br/>
        <w:br/>
        <w:t xml:space="preserve">       matplotlib</w:t>
        <w:br/>
        <w:t xml:space="preserve">      </w:t>
        <w:br/>
      </w:r>
      <w:r>
        <w:rPr>
          <w:b w:val="0"/>
          <w:i w:val="0"/>
        </w:rPr>
        <w:t xml:space="preserve"> chủ yếu hướng đến hình ảnh tĩnh và đã rất phổ biến trong môi trường học thuật, thì </w:t>
      </w:r>
      <w:r>
        <w:rPr>
          <w:rFonts w:ascii="Consolas" w:hAnsi="Consolas"/>
          <w:b w:val="0"/>
          <w:i w:val="0"/>
          <w:sz w:val="20"/>
        </w:rPr>
        <w:br/>
        <w:br/>
        <w:t xml:space="preserve">       plotly</w:t>
        <w:br/>
        <w:t xml:space="preserve">      </w:t>
        <w:br/>
      </w:r>
      <w:r>
        <w:rPr>
          <w:b w:val="0"/>
          <w:i w:val="0"/>
        </w:rPr>
        <w:t xml:space="preserve"> lại thiên về các biểu đồ tương tác, dựa trên web. </w:t>
      </w:r>
      <w:r>
        <w:rPr>
          <w:rFonts w:ascii="Consolas" w:hAnsi="Consolas"/>
          <w:b w:val="0"/>
          <w:i w:val="0"/>
          <w:sz w:val="20"/>
        </w:rPr>
        <w:br/>
        <w:br/>
        <w:t xml:space="preserve">       matplotlib</w:t>
        <w:br/>
        <w:t xml:space="preserve">      </w:t>
        <w:br/>
      </w:r>
      <w:r>
        <w:rPr>
          <w:b w:val="0"/>
          <w:i w:val="0"/>
        </w:rPr>
        <w:t xml:space="preserve"> cũng rất lớn và cho phép nhiều tùy chọn khác nhau.</w:t>
      </w:r>
    </w:p>
    <w:p>
      <w:pPr>
        <w:pStyle w:val="Heading3"/>
      </w:pPr>
      <w:r>
        <w:rPr>
          <w:rFonts w:ascii="Calibri" w:hAnsi="Calibri"/>
          <w:b/>
          <w:i w:val="0"/>
          <w:sz w:val="26"/>
        </w:rPr>
        <w:t>Chuẩn bị</w:t>
      </w:r>
    </w:p>
    <w:p>
      <w:pPr>
        <w:spacing w:after="80"/>
      </w:pPr>
      <w:r>
        <w:rPr>
          <w:b w:val="0"/>
          <w:i w:val="0"/>
        </w:rPr>
        <w:t xml:space="preserve">Chúng ta có thể cài đặt </w:t>
      </w:r>
      <w:r>
        <w:rPr>
          <w:rFonts w:ascii="Consolas" w:hAnsi="Consolas"/>
          <w:b w:val="0"/>
          <w:i w:val="0"/>
          <w:sz w:val="20"/>
        </w:rPr>
        <w:br/>
        <w:br/>
        <w:t xml:space="preserve">      plotly</w:t>
        <w:br/>
        <w:t xml:space="preserve">     </w:t>
        <w:br/>
      </w:r>
      <w:r>
        <w:rPr>
          <w:b w:val="0"/>
          <w:i w:val="0"/>
        </w:rPr>
        <w:t xml:space="preserve"> , </w:t>
      </w:r>
      <w:r>
        <w:rPr>
          <w:rFonts w:ascii="Consolas" w:hAnsi="Consolas"/>
          <w:b w:val="0"/>
          <w:i w:val="0"/>
          <w:sz w:val="20"/>
        </w:rPr>
        <w:br/>
        <w:br/>
        <w:t xml:space="preserve">      kaleido</w:t>
        <w:br/>
        <w:t xml:space="preserve">     </w:t>
        <w:br/>
      </w:r>
      <w:r>
        <w:rPr>
          <w:b w:val="0"/>
          <w:i w:val="0"/>
        </w:rPr>
        <w:t xml:space="preserve"> và </w:t>
      </w:r>
      <w:r>
        <w:rPr>
          <w:rFonts w:ascii="Consolas" w:hAnsi="Consolas"/>
          <w:b w:val="0"/>
          <w:i w:val="0"/>
          <w:sz w:val="20"/>
        </w:rPr>
        <w:br/>
        <w:br/>
        <w:t xml:space="preserve">      pandas</w:t>
        <w:br/>
        <w:t xml:space="preserve">     </w:t>
        <w:br/>
      </w:r>
      <w:r>
        <w:rPr>
          <w:b w:val="0"/>
          <w:i w:val="0"/>
        </w:rPr>
        <w:t xml:space="preserve"> trong môi trường của mình bằng các lệnh sau:</w:t>
      </w:r>
    </w:p>
    <w:p>
      <w:pPr>
        <w:spacing w:after="0"/>
        <w:ind w:left="360"/>
        <w:shd w:val="clear" w:color="auto" w:fill="F2F2F2"/>
      </w:pPr>
      <w:r>
        <w:rPr>
          <w:rFonts w:ascii="Consolas" w:hAnsi="Consolas"/>
          <w:sz w:val="18"/>
        </w:rPr>
        <w:t>$ echo "plotly==6.5.2" &gt;&gt; requirements.txt</w:t>
      </w:r>
    </w:p>
    <w:p>
      <w:pPr>
        <w:spacing w:after="0"/>
        <w:ind w:left="360"/>
        <w:shd w:val="clear" w:color="auto" w:fill="F2F2F2"/>
      </w:pPr>
      <w:r>
        <w:rPr>
          <w:rFonts w:ascii="Consolas" w:hAnsi="Consolas"/>
          <w:sz w:val="18"/>
        </w:rPr>
        <w:t>$ echo "kaleido==1.2.0" &gt;&gt; requirements.txt</w:t>
      </w:r>
    </w:p>
    <w:p>
      <w:pPr>
        <w:spacing w:after="0"/>
        <w:ind w:left="360"/>
        <w:shd w:val="clear" w:color="auto" w:fill="F2F2F2"/>
      </w:pPr>
      <w:r>
        <w:rPr>
          <w:rFonts w:ascii="Consolas" w:hAnsi="Consolas"/>
          <w:sz w:val="18"/>
        </w:rPr>
        <w:t>$ echo "pandas==3.0.0" &gt;&gt; requirements.txt</w:t>
      </w:r>
    </w:p>
    <w:p>
      <w:pPr>
        <w:spacing w:after="0"/>
        <w:ind w:left="360"/>
        <w:shd w:val="clear" w:color="auto" w:fill="F2F2F2"/>
      </w:pPr>
      <w:r>
        <w:rPr>
          <w:rFonts w:ascii="Consolas" w:hAnsi="Consolas"/>
          <w:sz w:val="18"/>
        </w:rPr>
        <w:t>$ uv pip install -r requirements.txt</w:t>
      </w:r>
    </w:p>
    <w:p>
      <w:pPr>
        <w:spacing w:after="40"/>
      </w:pPr>
    </w:p>
    <w:p>
      <w:pPr>
        <w:spacing w:after="80"/>
      </w:pPr>
      <w:r>
        <w:rPr>
          <w:b/>
          <w:i w:val="0"/>
        </w:rPr>
        <w:t>Lưu ý</w:t>
      </w:r>
    </w:p>
    <w:p>
      <w:pPr>
        <w:spacing w:after="80"/>
      </w:pPr>
      <w:r>
        <w:rPr>
          <w:b w:val="0"/>
          <w:i w:val="0"/>
        </w:rPr>
        <w:t xml:space="preserve">Trong </w:t>
      </w:r>
      <w:r>
        <w:rPr>
          <w:b w:val="0"/>
          <w:i/>
        </w:rPr>
        <w:t xml:space="preserve"> Chương 7 </w:t>
      </w:r>
      <w:r>
        <w:rPr>
          <w:b w:val="0"/>
          <w:i w:val="0"/>
        </w:rPr>
        <w:t xml:space="preserve"> chúng ta đã đề cập rằng phiên bản pandas 3 mới phát hành có một số khác biệt so với các phiên bản trước. Hãy xem ở đó để biết thêm thông tin.</w:t>
      </w:r>
    </w:p>
    <w:p>
      <w:pPr>
        <w:pStyle w:val="Heading3"/>
      </w:pPr>
      <w:r>
        <w:rPr>
          <w:rFonts w:ascii="Calibri" w:hAnsi="Calibri"/>
          <w:b/>
          <w:i w:val="0"/>
          <w:sz w:val="26"/>
        </w:rPr>
        <w:t>Cách thực hiện...</w:t>
      </w:r>
    </w:p>
    <w:p>
      <w:pPr>
        <w:spacing w:after="80"/>
        <w:ind w:left="360"/>
      </w:pPr>
      <w:r>
        <w:t xml:space="preserve">1. </w:t>
      </w:r>
      <w:r>
        <w:rPr>
          <w:b w:val="0"/>
          <w:i w:val="0"/>
        </w:rPr>
        <w:t xml:space="preserve">Import </w:t>
      </w:r>
      <w:r>
        <w:rPr>
          <w:rFonts w:ascii="Consolas" w:hAnsi="Consolas"/>
          <w:b w:val="0"/>
          <w:i w:val="0"/>
          <w:sz w:val="20"/>
        </w:rPr>
        <w:br/>
        <w:br/>
        <w:t xml:space="preserve">       plotly</w:t>
        <w:br/>
        <w:t xml:space="preserve">      </w:t>
        <w:br/>
      </w:r>
      <w:r>
        <w:rPr>
          <w:b w:val="0"/>
          <w:i w:val="0"/>
        </w:rPr>
        <w:t xml:space="preserve"> và </w:t>
      </w:r>
      <w:r>
        <w:rPr>
          <w:rFonts w:ascii="Consolas" w:hAnsi="Consolas"/>
          <w:b w:val="0"/>
          <w:i w:val="0"/>
          <w:sz w:val="20"/>
        </w:rPr>
        <w:br/>
        <w:br/>
        <w:t xml:space="preserve">       pandas</w:t>
        <w:br/>
        <w:t xml:space="preserve">      </w:t>
        <w:br/>
      </w:r>
      <w:r>
        <w:rPr>
          <w:b w:val="0"/>
          <w:i w:val="0"/>
        </w:rPr>
        <w:t xml:space="preserve"> :</w:t>
      </w:r>
    </w:p>
    <w:p>
      <w:pPr>
        <w:spacing w:after="0"/>
        <w:ind w:left="360"/>
        <w:shd w:val="clear" w:color="auto" w:fill="F2F2F2"/>
      </w:pPr>
      <w:r>
        <w:rPr>
          <w:rFonts w:ascii="Consolas" w:hAnsi="Consolas"/>
          <w:sz w:val="18"/>
        </w:rPr>
        <w:t>&gt;&gt;&gt; import plotly.express as px</w:t>
      </w:r>
    </w:p>
    <w:p>
      <w:pPr>
        <w:spacing w:after="0"/>
        <w:ind w:left="360"/>
        <w:shd w:val="clear" w:color="auto" w:fill="F2F2F2"/>
      </w:pPr>
      <w:r>
        <w:rPr>
          <w:rFonts w:ascii="Consolas" w:hAnsi="Consolas"/>
          <w:sz w:val="18"/>
        </w:rPr>
        <w:t>&gt;&gt;&gt; import pandas as pd</w:t>
      </w:r>
    </w:p>
    <w:p>
      <w:pPr>
        <w:spacing w:after="40"/>
      </w:pPr>
    </w:p>
    <w:p>
      <w:pPr>
        <w:spacing w:after="80"/>
        <w:ind w:left="360"/>
      </w:pPr>
      <w:r>
        <w:t xml:space="preserve">2. </w:t>
      </w:r>
      <w:r>
        <w:rPr>
          <w:b w:val="0"/>
          <w:i w:val="0"/>
        </w:rPr>
        <w:t>Chuẩn bị dữ liệu để hiển thị:</w:t>
      </w:r>
    </w:p>
    <w:p>
      <w:pPr>
        <w:spacing w:after="0"/>
        <w:ind w:left="360"/>
        <w:shd w:val="clear" w:color="auto" w:fill="F2F2F2"/>
      </w:pPr>
      <w:r>
        <w:rPr>
          <w:rFonts w:ascii="Consolas" w:hAnsi="Consolas"/>
          <w:sz w:val="18"/>
        </w:rPr>
        <w:t>&gt;&gt;&gt; DATA = (</w:t>
      </w:r>
    </w:p>
    <w:p>
      <w:pPr>
        <w:spacing w:after="0"/>
        <w:ind w:left="360"/>
        <w:shd w:val="clear" w:color="auto" w:fill="F2F2F2"/>
      </w:pPr>
      <w:r>
        <w:rPr>
          <w:rFonts w:ascii="Consolas" w:hAnsi="Consolas"/>
          <w:sz w:val="18"/>
        </w:rPr>
        <w:t>...     ('Q1 2025', 100, 0),</w:t>
      </w:r>
    </w:p>
    <w:p>
      <w:pPr>
        <w:spacing w:after="0"/>
        <w:ind w:left="360"/>
        <w:shd w:val="clear" w:color="auto" w:fill="F2F2F2"/>
      </w:pPr>
      <w:r>
        <w:rPr>
          <w:rFonts w:ascii="Consolas" w:hAnsi="Consolas"/>
          <w:sz w:val="18"/>
        </w:rPr>
        <w:t>...     ('Q2 2025', 105, 15),</w:t>
      </w:r>
    </w:p>
    <w:p>
      <w:pPr>
        <w:spacing w:after="0"/>
        <w:ind w:left="360"/>
        <w:shd w:val="clear" w:color="auto" w:fill="F2F2F2"/>
      </w:pPr>
      <w:r>
        <w:rPr>
          <w:rFonts w:ascii="Consolas" w:hAnsi="Consolas"/>
          <w:sz w:val="18"/>
        </w:rPr>
        <w:t>...     ('Q3 2025', 125, 40),</w:t>
      </w:r>
    </w:p>
    <w:p>
      <w:pPr>
        <w:spacing w:after="0"/>
        <w:ind w:left="360"/>
        <w:shd w:val="clear" w:color="auto" w:fill="F2F2F2"/>
      </w:pPr>
      <w:r>
        <w:rPr>
          <w:rFonts w:ascii="Consolas" w:hAnsi="Consolas"/>
          <w:sz w:val="18"/>
        </w:rPr>
        <w:t>...     ('Q4 2025', 115, 80),</w:t>
      </w:r>
    </w:p>
    <w:p>
      <w:pPr>
        <w:spacing w:after="0"/>
        <w:ind w:left="360"/>
        <w:shd w:val="clear" w:color="auto" w:fill="F2F2F2"/>
      </w:pPr>
      <w:r>
        <w:rPr>
          <w:rFonts w:ascii="Consolas" w:hAnsi="Consolas"/>
          <w:sz w:val="18"/>
        </w:rPr>
        <w:t>... )</w:t>
      </w:r>
    </w:p>
    <w:p>
      <w:pPr>
        <w:spacing w:after="40"/>
      </w:pPr>
    </w:p>
    <w:p>
      <w:pPr>
        <w:spacing w:after="80"/>
        <w:ind w:left="360"/>
      </w:pPr>
      <w:r>
        <w:t xml:space="preserve">3. </w:t>
      </w:r>
      <w:r>
        <w:rPr>
          <w:b w:val="0"/>
          <w:i w:val="0"/>
        </w:rPr>
        <w:t xml:space="preserve">Chuẩn bị một </w:t>
      </w:r>
      <w:r>
        <w:rPr>
          <w:rFonts w:ascii="Consolas" w:hAnsi="Consolas"/>
          <w:b w:val="0"/>
          <w:i w:val="0"/>
          <w:sz w:val="20"/>
        </w:rPr>
        <w:br/>
        <w:br/>
        <w:t xml:space="preserve">       DataFrame</w:t>
        <w:br/>
        <w:t xml:space="preserve">      </w:t>
        <w:br/>
      </w:r>
      <w:r>
        <w:rPr>
          <w:b w:val="0"/>
          <w:i w:val="0"/>
        </w:rPr>
        <w:t xml:space="preserve"> chỉ định các cột:</w:t>
      </w:r>
    </w:p>
    <w:p>
      <w:pPr>
        <w:spacing w:after="0"/>
        <w:ind w:left="360"/>
        <w:shd w:val="clear" w:color="auto" w:fill="F2F2F2"/>
      </w:pPr>
      <w:r>
        <w:rPr>
          <w:rFonts w:ascii="Consolas" w:hAnsi="Consolas"/>
          <w:sz w:val="18"/>
        </w:rPr>
        <w:t>&gt;&gt;&gt; data_frame = pd.DataFrame(DATA, columns=["Period", "ProductA", "ProductB"])</w:t>
      </w:r>
    </w:p>
    <w:p>
      <w:pPr>
        <w:spacing w:after="40"/>
      </w:pPr>
    </w:p>
    <w:p>
      <w:pPr>
        <w:spacing w:after="80"/>
        <w:ind w:left="360"/>
      </w:pPr>
      <w:r>
        <w:t xml:space="preserve">4. </w:t>
      </w:r>
      <w:r>
        <w:rPr>
          <w:b w:val="0"/>
          <w:i w:val="0"/>
        </w:rPr>
        <w:t>Tạo biểu đồ cột với dữ liệu đã chuẩn bị:</w:t>
      </w:r>
    </w:p>
    <w:p>
      <w:pPr>
        <w:spacing w:after="0"/>
        <w:ind w:left="360"/>
        <w:shd w:val="clear" w:color="auto" w:fill="F2F2F2"/>
      </w:pPr>
      <w:r>
        <w:rPr>
          <w:rFonts w:ascii="Consolas" w:hAnsi="Consolas"/>
          <w:sz w:val="18"/>
        </w:rPr>
        <w:t>&gt;&gt;&gt; fig = px.bar(data_frame, x="Period", y=["ProductA", "ProductB"],</w:t>
      </w:r>
    </w:p>
    <w:p>
      <w:pPr>
        <w:spacing w:after="0"/>
        <w:ind w:left="360"/>
        <w:shd w:val="clear" w:color="auto" w:fill="F2F2F2"/>
      </w:pPr>
      <w:r>
        <w:rPr>
          <w:rFonts w:ascii="Consolas" w:hAnsi="Consolas"/>
          <w:sz w:val="18"/>
        </w:rPr>
        <w:t>...              title="Sales")</w:t>
      </w:r>
    </w:p>
    <w:p>
      <w:pPr>
        <w:spacing w:after="40"/>
      </w:pPr>
    </w:p>
    <w:p>
      <w:pPr>
        <w:spacing w:after="80"/>
        <w:ind w:left="360"/>
      </w:pPr>
      <w:r>
        <w:t xml:space="preserve">5. </w:t>
      </w:r>
      <w:r>
        <w:rPr>
          <w:b w:val="0"/>
          <w:i w:val="0"/>
        </w:rPr>
        <w:t>Thêm mô tả cho phần chú thích (legend):</w:t>
      </w:r>
    </w:p>
    <w:p>
      <w:pPr>
        <w:spacing w:after="0"/>
        <w:ind w:left="360"/>
        <w:shd w:val="clear" w:color="auto" w:fill="F2F2F2"/>
      </w:pPr>
      <w:r>
        <w:rPr>
          <w:rFonts w:ascii="Consolas" w:hAnsi="Consolas"/>
          <w:sz w:val="18"/>
        </w:rPr>
        <w:t>&gt;&gt;&gt; fig.update_layout(legend_title_text="Products")</w:t>
      </w:r>
    </w:p>
    <w:p>
      <w:pPr>
        <w:spacing w:after="40"/>
      </w:pPr>
    </w:p>
    <w:p>
      <w:pPr>
        <w:spacing w:after="80"/>
        <w:ind w:left="360"/>
      </w:pPr>
      <w:r>
        <w:t xml:space="preserve">6. </w:t>
      </w:r>
      <w:r>
        <w:rPr>
          <w:b w:val="0"/>
          <w:i w:val="0"/>
        </w:rPr>
        <w:t>Hiển thị biểu đồ, biểu đồ sẽ mở trong trình duyệt mặc định của bạn:</w:t>
      </w:r>
    </w:p>
    <w:p>
      <w:pPr>
        <w:spacing w:after="0"/>
        <w:ind w:left="360"/>
        <w:shd w:val="clear" w:color="auto" w:fill="F2F2F2"/>
      </w:pPr>
      <w:r>
        <w:rPr>
          <w:rFonts w:ascii="Consolas" w:hAnsi="Consolas"/>
          <w:sz w:val="18"/>
        </w:rPr>
        <w:t>&gt;&gt;&gt; fig.show()</w:t>
      </w:r>
    </w:p>
    <w:p>
      <w:pPr>
        <w:spacing w:after="40"/>
      </w:pPr>
    </w:p>
    <w:p>
      <w:pPr>
        <w:jc w:val="center"/>
      </w:pPr>
      <w:r>
        <w:drawing>
          <wp:inline xmlns:a="http://schemas.openxmlformats.org/drawingml/2006/main" xmlns:pic="http://schemas.openxmlformats.org/drawingml/2006/picture">
            <wp:extent cx="5486400" cy="2598559"/>
            <wp:docPr id="81" name="Picture 81"/>
            <wp:cNvGraphicFramePr>
              <a:graphicFrameLocks noChangeAspect="1"/>
            </wp:cNvGraphicFramePr>
            <a:graphic>
              <a:graphicData uri="http://schemas.openxmlformats.org/drawingml/2006/picture">
                <pic:pic>
                  <pic:nvPicPr>
                    <pic:cNvPr id="0" name="B36973_8_18.png"/>
                    <pic:cNvPicPr/>
                  </pic:nvPicPr>
                  <pic:blipFill>
                    <a:blip r:embed="rId83"/>
                    <a:stretch>
                      <a:fillRect/>
                    </a:stretch>
                  </pic:blipFill>
                  <pic:spPr>
                    <a:xfrm>
                      <a:off x="0" y="0"/>
                      <a:ext cx="5486400" cy="2598559"/>
                    </a:xfrm>
                    <a:prstGeom prst="rect"/>
                  </pic:spPr>
                </pic:pic>
              </a:graphicData>
            </a:graphic>
          </wp:inline>
        </w:drawing>
      </w:r>
    </w:p>
    <w:p>
      <w:pPr>
        <w:spacing w:after="160"/>
        <w:jc w:val="center"/>
      </w:pPr>
      <w:r>
        <w:rPr>
          <w:rFonts w:ascii="Calibri" w:hAnsi="Calibri"/>
          <w:b w:val="0"/>
          <w:i/>
          <w:sz w:val="19"/>
        </w:rPr>
        <w:t>Hình 8.18: Biểu đồ cột</w:t>
      </w:r>
    </w:p>
    <w:p>
      <w:pPr>
        <w:spacing w:after="80"/>
      </w:pPr>
      <w:r>
        <w:rPr>
          <w:b w:val="0"/>
          <w:i w:val="0"/>
        </w:rPr>
        <w:t>Biểu đồ có tính tương tác, cho phép bạn nhấp chuột xung quanh để tìm hiểu các giá trị khác nhau. Bạn cũng có thể thấy có một thanh công cụ ở phần trên bên phải của biểu đồ cung cấp các hành động khác nhau, như thu phóng hoặc lưu biểu đồ thành tệp PNG.</w:t>
      </w:r>
    </w:p>
    <w:p>
      <w:pPr>
        <w:pStyle w:val="Heading3"/>
      </w:pPr>
      <w:r>
        <w:rPr>
          <w:rFonts w:ascii="Calibri" w:hAnsi="Calibri"/>
          <w:b/>
          <w:i w:val="0"/>
          <w:sz w:val="26"/>
        </w:rPr>
        <w:t>Cách hoạt động...</w:t>
      </w:r>
    </w:p>
    <w:p>
      <w:pPr>
        <w:spacing w:after="80"/>
      </w:pPr>
      <w:r>
        <w:rPr>
          <w:b w:val="0"/>
          <w:i w:val="0"/>
        </w:rPr>
        <w:t xml:space="preserve">Sau khi nhập và chuẩn bị dữ liệu trong </w:t>
      </w:r>
      <w:r>
        <w:rPr>
          <w:b w:val="0"/>
          <w:i/>
        </w:rPr>
        <w:t>bước 1</w:t>
      </w:r>
      <w:r>
        <w:rPr>
          <w:b w:val="0"/>
          <w:i w:val="0"/>
        </w:rPr>
        <w:t xml:space="preserve"> và </w:t>
      </w:r>
      <w:r>
        <w:rPr>
          <w:b w:val="0"/>
          <w:i/>
        </w:rPr>
        <w:t>2</w:t>
      </w:r>
      <w:r>
        <w:rPr>
          <w:b w:val="0"/>
          <w:i w:val="0"/>
        </w:rPr>
        <w:t xml:space="preserve"> ở phần </w:t>
      </w:r>
      <w:r>
        <w:rPr>
          <w:b w:val="0"/>
          <w:i/>
        </w:rPr>
        <w:t>Cách thực hiện…</w:t>
      </w:r>
      <w:r>
        <w:rPr>
          <w:b w:val="0"/>
          <w:i w:val="0"/>
        </w:rPr>
        <w:t xml:space="preserve">, dữ liệu được chuẩn bị trong </w:t>
      </w:r>
      <w:r>
        <w:rPr>
          <w:b w:val="0"/>
          <w:i/>
        </w:rPr>
        <w:t>bước 3</w:t>
      </w:r>
      <w:r>
        <w:rPr>
          <w:b w:val="0"/>
          <w:i w:val="0"/>
        </w:rPr>
        <w:t xml:space="preserve"> bằng cách chuyển nó thành một đối tượng </w:t>
      </w:r>
      <w:r>
        <w:rPr>
          <w:rFonts w:ascii="Consolas" w:hAnsi="Consolas"/>
          <w:b w:val="0"/>
          <w:i w:val="0"/>
          <w:sz w:val="20"/>
        </w:rPr>
        <w:br/>
        <w:br/>
        <w:t xml:space="preserve">      pandas DataFrame</w:t>
        <w:br/>
        <w:t xml:space="preserve">     </w:t>
        <w:br/>
      </w:r>
      <w:r>
        <w:rPr>
          <w:b w:val="0"/>
          <w:i w:val="0"/>
        </w:rPr>
        <w:t xml:space="preserve">. Chúng ta xác định những cột nào tương ứng với danh sách </w:t>
      </w:r>
      <w:r>
        <w:rPr>
          <w:rFonts w:ascii="Consolas" w:hAnsi="Consolas"/>
          <w:b w:val="0"/>
          <w:i w:val="0"/>
          <w:sz w:val="20"/>
        </w:rPr>
        <w:br/>
        <w:br/>
        <w:t xml:space="preserve">      DATA</w:t>
        <w:br/>
        <w:t xml:space="preserve">     </w:t>
        <w:br/>
      </w:r>
      <w:r>
        <w:rPr>
          <w:b w:val="0"/>
          <w:i w:val="0"/>
        </w:rPr>
        <w:t xml:space="preserve"> thô.</w:t>
      </w:r>
    </w:p>
    <w:p>
      <w:pPr>
        <w:spacing w:after="80"/>
      </w:pPr>
      <w:r>
        <w:rPr>
          <w:b/>
          <w:i w:val="0"/>
        </w:rPr>
        <w:t>Mẹo</w:t>
      </w:r>
    </w:p>
    <w:p>
      <w:pPr>
        <w:spacing w:after="80"/>
      </w:pPr>
      <w:r>
        <w:rPr>
          <w:rFonts w:ascii="Consolas" w:hAnsi="Consolas"/>
          <w:b w:val="0"/>
          <w:i w:val="0"/>
          <w:sz w:val="20"/>
        </w:rPr>
        <w:br/>
        <w:br/>
        <w:t xml:space="preserve">       pandas</w:t>
        <w:br/>
        <w:t xml:space="preserve">      </w:t>
        <w:br/>
      </w:r>
      <w:r>
        <w:rPr>
          <w:b w:val="0"/>
          <w:i w:val="0"/>
        </w:rPr>
        <w:t xml:space="preserve"> là một mô-đun nổi tiếng và </w:t>
      </w:r>
      <w:r>
        <w:rPr>
          <w:rFonts w:ascii="Consolas" w:hAnsi="Consolas"/>
          <w:b w:val="0"/>
          <w:i w:val="0"/>
          <w:sz w:val="20"/>
        </w:rPr>
        <w:br/>
        <w:br/>
        <w:t xml:space="preserve">       DataFrames</w:t>
        <w:br/>
        <w:t xml:space="preserve">      </w:t>
        <w:br/>
      </w:r>
      <w:r>
        <w:rPr>
          <w:b w:val="0"/>
          <w:i w:val="0"/>
        </w:rPr>
        <w:t xml:space="preserve"> là một giao diện rất linh hoạt, rất mạnh mẽ để thao tác dữ liệu. Rất có khả năng là mọi thao tác dữ liệu đều được thực hiện hiệu quả hơn nhiều khi dùng giao diện </w:t>
      </w:r>
      <w:r>
        <w:rPr>
          <w:rFonts w:ascii="Consolas" w:hAnsi="Consolas"/>
          <w:b w:val="0"/>
          <w:i w:val="0"/>
          <w:sz w:val="20"/>
        </w:rPr>
        <w:br/>
        <w:br/>
        <w:t xml:space="preserve">       DataFrame</w:t>
        <w:br/>
        <w:t xml:space="preserve">      </w:t>
        <w:br/>
      </w:r>
      <w:r>
        <w:rPr>
          <w:b w:val="0"/>
          <w:i w:val="0"/>
        </w:rPr>
        <w:t xml:space="preserve"> so với làm thủ công. Các nhà khoa học dữ liệu thường dùng nó rất nhiều.</w:t>
      </w:r>
    </w:p>
    <w:p>
      <w:pPr>
        <w:spacing w:after="80"/>
      </w:pPr>
      <w:r>
        <w:rPr>
          <w:b w:val="0"/>
          <w:i w:val="0"/>
        </w:rPr>
        <w:t>Vì vậy, nó cũng được GenAI hiểu rất rõ, giúp dễ dàng có được những hiểu biết về cách thao tác dữ liệu để đạt được kết quả mong muốn.</w:t>
      </w:r>
    </w:p>
    <w:p>
      <w:pPr>
        <w:spacing w:after="80"/>
      </w:pPr>
      <w:r>
        <w:rPr>
          <w:b w:val="0"/>
          <w:i/>
        </w:rPr>
        <w:t>Bước 4</w:t>
      </w:r>
      <w:r>
        <w:rPr>
          <w:b w:val="0"/>
          <w:i w:val="0"/>
        </w:rPr>
        <w:t xml:space="preserve"> tạo biểu đồ cột, gọi </w:t>
      </w:r>
      <w:r>
        <w:rPr>
          <w:rFonts w:ascii="Consolas" w:hAnsi="Consolas"/>
          <w:b w:val="0"/>
          <w:i w:val="0"/>
          <w:sz w:val="20"/>
        </w:rPr>
        <w:br/>
        <w:br/>
        <w:t xml:space="preserve">      px.bar</w:t>
        <w:br/>
        <w:t xml:space="preserve">     </w:t>
        <w:br/>
      </w:r>
      <w:r>
        <w:rPr>
          <w:b w:val="0"/>
          <w:i w:val="0"/>
        </w:rPr>
        <w:t xml:space="preserve"> và chỉ định dữ liệu, cột được dùng làm </w:t>
      </w:r>
      <w:r>
        <w:rPr>
          <w:rFonts w:ascii="Consolas" w:hAnsi="Consolas"/>
          <w:b w:val="0"/>
          <w:i w:val="0"/>
          <w:sz w:val="20"/>
        </w:rPr>
        <w:br/>
        <w:br/>
        <w:t xml:space="preserve">      x</w:t>
        <w:br/>
        <w:t xml:space="preserve">     </w:t>
        <w:br/>
      </w:r>
      <w:r>
        <w:rPr>
          <w:b w:val="0"/>
          <w:i w:val="0"/>
        </w:rPr>
        <w:t xml:space="preserve">, (các) cột sẽ được dùng cho </w:t>
      </w:r>
      <w:r>
        <w:rPr>
          <w:rFonts w:ascii="Consolas" w:hAnsi="Consolas"/>
          <w:b w:val="0"/>
          <w:i w:val="0"/>
          <w:sz w:val="20"/>
        </w:rPr>
        <w:br/>
        <w:br/>
        <w:t xml:space="preserve">      y</w:t>
        <w:br/>
        <w:t xml:space="preserve">     </w:t>
        <w:br/>
      </w:r>
      <w:r>
        <w:rPr>
          <w:b w:val="0"/>
          <w:i w:val="0"/>
        </w:rPr>
        <w:t xml:space="preserve">, và một </w:t>
      </w:r>
      <w:r>
        <w:rPr>
          <w:rFonts w:ascii="Consolas" w:hAnsi="Consolas"/>
          <w:b w:val="0"/>
          <w:i w:val="0"/>
          <w:sz w:val="20"/>
        </w:rPr>
        <w:br/>
        <w:br/>
        <w:t xml:space="preserve">      title</w:t>
        <w:br/>
        <w:t xml:space="preserve">     </w:t>
        <w:br/>
      </w:r>
      <w:r>
        <w:rPr>
          <w:b w:val="0"/>
          <w:i w:val="0"/>
        </w:rPr>
        <w:t>.</w:t>
      </w:r>
    </w:p>
    <w:p>
      <w:pPr>
        <w:spacing w:after="80"/>
      </w:pPr>
      <w:r>
        <w:rPr>
          <w:b w:val="0"/>
          <w:i w:val="0"/>
        </w:rPr>
        <w:t xml:space="preserve">Chúng ta cập nhật bố cục trong </w:t>
      </w:r>
      <w:r>
        <w:rPr>
          <w:b w:val="0"/>
          <w:i/>
        </w:rPr>
        <w:t>bước 5</w:t>
      </w:r>
      <w:r>
        <w:rPr>
          <w:b w:val="0"/>
          <w:i w:val="0"/>
        </w:rPr>
        <w:t xml:space="preserve"> để gắn nhãn chú thích cho đúng. Cuối cùng, chúng ta hiển thị biểu đồ bằng cách gọi </w:t>
      </w:r>
      <w:r>
        <w:rPr>
          <w:rFonts w:ascii="Consolas" w:hAnsi="Consolas"/>
          <w:b w:val="0"/>
          <w:i w:val="0"/>
          <w:sz w:val="20"/>
        </w:rPr>
        <w:br/>
        <w:br/>
        <w:t xml:space="preserve">      .show</w:t>
        <w:br/>
        <w:t xml:space="preserve">     </w:t>
        <w:br/>
      </w:r>
      <w:r>
        <w:rPr>
          <w:b w:val="0"/>
          <w:i w:val="0"/>
        </w:rPr>
        <w:t>.</w:t>
      </w:r>
    </w:p>
    <w:p>
      <w:pPr>
        <w:pStyle w:val="Heading3"/>
      </w:pPr>
      <w:r>
        <w:rPr>
          <w:rFonts w:ascii="Calibri" w:hAnsi="Calibri"/>
          <w:b/>
          <w:i w:val="0"/>
          <w:sz w:val="26"/>
        </w:rPr>
        <w:t>Còn nhiều thứ khác nữa...</w:t>
      </w:r>
    </w:p>
    <w:p>
      <w:pPr>
        <w:spacing w:after="80"/>
      </w:pPr>
      <w:r>
        <w:rPr>
          <w:b w:val="0"/>
          <w:i w:val="0"/>
        </w:rPr>
        <w:t xml:space="preserve">Mặc dù mặc định là hiển thị các cột xếp chồng, chúng ta cũng có thể trình bày biểu đồ dưới dạng cột không xếp chồng bằng tham số </w:t>
      </w:r>
      <w:r>
        <w:rPr>
          <w:rFonts w:ascii="Consolas" w:hAnsi="Consolas"/>
          <w:b w:val="0"/>
          <w:i w:val="0"/>
          <w:sz w:val="20"/>
        </w:rPr>
        <w:br/>
        <w:br/>
        <w:t xml:space="preserve">      barmode</w:t>
        <w:br/>
        <w:t xml:space="preserve">     </w:t>
        <w:br/>
      </w:r>
      <w:r>
        <w:rPr>
          <w:b w:val="0"/>
          <w:i w:val="0"/>
        </w:rPr>
        <w:t xml:space="preserve">. Mặc định của tham số này là </w:t>
      </w:r>
      <w:r>
        <w:rPr>
          <w:rFonts w:ascii="Consolas" w:hAnsi="Consolas"/>
          <w:b w:val="0"/>
          <w:i w:val="0"/>
          <w:sz w:val="20"/>
        </w:rPr>
        <w:br/>
        <w:br/>
        <w:t xml:space="preserve">      stack</w:t>
        <w:br/>
        <w:t xml:space="preserve">     </w:t>
        <w:br/>
      </w:r>
      <w:r>
        <w:rPr>
          <w:b w:val="0"/>
          <w:i w:val="0"/>
        </w:rPr>
        <w:t xml:space="preserve">, nhưng nó chấp nhận các tùy chọn khác như </w:t>
      </w:r>
      <w:r>
        <w:rPr>
          <w:rFonts w:ascii="Consolas" w:hAnsi="Consolas"/>
          <w:b w:val="0"/>
          <w:i w:val="0"/>
          <w:sz w:val="20"/>
        </w:rPr>
        <w:br/>
        <w:br/>
        <w:t xml:space="preserve">      group</w:t>
        <w:br/>
        <w:t xml:space="preserve">     </w:t>
        <w:br/>
      </w:r>
      <w:r>
        <w:rPr>
          <w:b w:val="0"/>
          <w:i w:val="0"/>
        </w:rPr>
        <w:t xml:space="preserve"> (hiển thị các cột nằm sát nhau), </w:t>
      </w:r>
      <w:r>
        <w:rPr>
          <w:rFonts w:ascii="Consolas" w:hAnsi="Consolas"/>
          <w:b w:val="0"/>
          <w:i w:val="0"/>
          <w:sz w:val="20"/>
        </w:rPr>
        <w:br/>
        <w:br/>
        <w:t xml:space="preserve">      relative</w:t>
        <w:br/>
        <w:t xml:space="preserve">     </w:t>
        <w:br/>
      </w:r>
      <w:r>
        <w:rPr>
          <w:b w:val="0"/>
          <w:i w:val="0"/>
        </w:rPr>
        <w:t xml:space="preserve"> cho các cột có thể đi xuống (ví dụ: lợi nhuận) hoặc </w:t>
      </w:r>
      <w:r>
        <w:rPr>
          <w:rFonts w:ascii="Consolas" w:hAnsi="Consolas"/>
          <w:b w:val="0"/>
          <w:i w:val="0"/>
          <w:sz w:val="20"/>
        </w:rPr>
        <w:br/>
        <w:br/>
        <w:t xml:space="preserve">      overlay</w:t>
        <w:br/>
        <w:t xml:space="preserve">     </w:t>
        <w:br/>
      </w:r>
      <w:r>
        <w:rPr>
          <w:b w:val="0"/>
          <w:i w:val="0"/>
        </w:rPr>
        <w:t>, hiển thị cả hai cột chồng lên nhau. Hãy vẽ các cột được nhóm lại:</w:t>
      </w:r>
    </w:p>
    <w:p>
      <w:pPr>
        <w:spacing w:after="0"/>
        <w:ind w:left="360"/>
        <w:shd w:val="clear" w:color="auto" w:fill="F2F2F2"/>
      </w:pPr>
      <w:r>
        <w:rPr>
          <w:rFonts w:ascii="Consolas" w:hAnsi="Consolas"/>
          <w:sz w:val="18"/>
        </w:rPr>
        <w:t>&gt;&gt;&gt; fig = px.bar(data_frame, x="Period", y=["ProductA", "ProductB"],</w:t>
      </w:r>
    </w:p>
    <w:p>
      <w:pPr>
        <w:spacing w:after="0"/>
        <w:ind w:left="360"/>
        <w:shd w:val="clear" w:color="auto" w:fill="F2F2F2"/>
      </w:pPr>
      <w:r>
        <w:rPr>
          <w:rFonts w:ascii="Consolas" w:hAnsi="Consolas"/>
          <w:sz w:val="18"/>
        </w:rPr>
        <w:t>...              title="Sales", barmode="group")</w:t>
      </w:r>
    </w:p>
    <w:p>
      <w:pPr>
        <w:spacing w:after="0"/>
        <w:ind w:left="360"/>
        <w:shd w:val="clear" w:color="auto" w:fill="F2F2F2"/>
      </w:pPr>
      <w:r>
        <w:rPr>
          <w:rFonts w:ascii="Consolas" w:hAnsi="Consolas"/>
          <w:sz w:val="18"/>
        </w:rPr>
        <w:t>&gt;&gt;&gt; fig.show()</w:t>
      </w:r>
    </w:p>
    <w:p>
      <w:pPr>
        <w:spacing w:after="40"/>
      </w:pPr>
    </w:p>
    <w:p>
      <w:pPr>
        <w:jc w:val="center"/>
      </w:pPr>
      <w:r>
        <w:drawing>
          <wp:inline xmlns:a="http://schemas.openxmlformats.org/drawingml/2006/main" xmlns:pic="http://schemas.openxmlformats.org/drawingml/2006/picture">
            <wp:extent cx="5486400" cy="3476383"/>
            <wp:docPr id="82" name="Picture 82"/>
            <wp:cNvGraphicFramePr>
              <a:graphicFrameLocks noChangeAspect="1"/>
            </wp:cNvGraphicFramePr>
            <a:graphic>
              <a:graphicData uri="http://schemas.openxmlformats.org/drawingml/2006/picture">
                <pic:pic>
                  <pic:nvPicPr>
                    <pic:cNvPr id="0" name="B36973_8_19.png"/>
                    <pic:cNvPicPr/>
                  </pic:nvPicPr>
                  <pic:blipFill>
                    <a:blip r:embed="rId84"/>
                    <a:stretch>
                      <a:fillRect/>
                    </a:stretch>
                  </pic:blipFill>
                  <pic:spPr>
                    <a:xfrm>
                      <a:off x="0" y="0"/>
                      <a:ext cx="5486400" cy="3476383"/>
                    </a:xfrm>
                    <a:prstGeom prst="rect"/>
                  </pic:spPr>
                </pic:pic>
              </a:graphicData>
            </a:graphic>
          </wp:inline>
        </w:drawing>
      </w:r>
    </w:p>
    <w:p>
      <w:pPr>
        <w:spacing w:after="160"/>
        <w:jc w:val="center"/>
      </w:pPr>
      <w:r>
        <w:rPr>
          <w:rFonts w:ascii="Calibri" w:hAnsi="Calibri"/>
          <w:b w:val="0"/>
          <w:i/>
          <w:sz w:val="19"/>
        </w:rPr>
        <w:t>Hình 8.19: Các cột được nhóm lại</w:t>
      </w:r>
    </w:p>
    <w:p>
      <w:pPr>
        <w:spacing w:after="80"/>
      </w:pPr>
      <w:r>
        <w:rPr>
          <w:b w:val="0"/>
          <w:i w:val="0"/>
        </w:rPr>
        <w:t xml:space="preserve">Cũng có nhiều cách khác để hiển thị dữ liệu – hãy xem tài liệu tại </w:t>
      </w:r>
      <w:r>
        <w:rPr>
          <w:rFonts w:ascii="Consolas" w:hAnsi="Consolas"/>
          <w:b w:val="0"/>
          <w:i w:val="0"/>
          <w:sz w:val="20"/>
        </w:rPr>
        <w:br/>
        <w:br/>
        <w:t xml:space="preserve">       https://plotly.com/python/bar-charts/</w:t>
        <w:br/>
        <w:t xml:space="preserve">      </w:t>
        <w:br/>
      </w:r>
      <w:r>
        <w:rPr>
          <w:b w:val="0"/>
          <w:i w:val="0"/>
        </w:rPr>
        <w:t xml:space="preserve"> để thấy tất cả các khả năng cho biểu đồ cột.</w:t>
      </w:r>
    </w:p>
    <w:p>
      <w:pPr>
        <w:spacing w:after="80"/>
      </w:pPr>
      <w:r>
        <w:rPr>
          <w:b w:val="0"/>
          <w:i w:val="0"/>
        </w:rPr>
        <w:t xml:space="preserve">Trong khi </w:t>
      </w:r>
      <w:r>
        <w:rPr>
          <w:rFonts w:ascii="Consolas" w:hAnsi="Consolas"/>
          <w:b w:val="0"/>
          <w:i w:val="0"/>
          <w:sz w:val="20"/>
        </w:rPr>
        <w:br/>
        <w:br/>
        <w:t xml:space="preserve">      DataFrame</w:t>
        <w:br/>
        <w:t xml:space="preserve">     </w:t>
        <w:br/>
      </w:r>
      <w:r>
        <w:rPr>
          <w:b w:val="0"/>
          <w:i w:val="0"/>
        </w:rPr>
        <w:t xml:space="preserve"> là vật chứa tự nhiên nhất cho dữ liệu trong </w:t>
      </w:r>
      <w:r>
        <w:rPr>
          <w:rFonts w:ascii="Consolas" w:hAnsi="Consolas"/>
          <w:b w:val="0"/>
          <w:i w:val="0"/>
          <w:sz w:val="20"/>
        </w:rPr>
        <w:br/>
        <w:br/>
        <w:t xml:space="preserve">      plotly</w:t>
        <w:br/>
        <w:t xml:space="preserve">     </w:t>
        <w:br/>
      </w:r>
      <w:r>
        <w:rPr>
          <w:b w:val="0"/>
          <w:i w:val="0"/>
        </w:rPr>
        <w:t xml:space="preserve">, bạn cũng có thể định nghĩa các đồ thị bằng dữ liệu thô. Để làm điều đó, chúng ta cần dùng </w:t>
      </w:r>
      <w:r>
        <w:rPr>
          <w:rFonts w:ascii="Consolas" w:hAnsi="Consolas"/>
          <w:b w:val="0"/>
          <w:i w:val="0"/>
          <w:sz w:val="20"/>
        </w:rPr>
        <w:br/>
        <w:br/>
        <w:t xml:space="preserve">      plotly.graph_objects</w:t>
        <w:br/>
        <w:t xml:space="preserve">     </w:t>
        <w:br/>
      </w:r>
      <w:r>
        <w:rPr>
          <w:b w:val="0"/>
          <w:i w:val="0"/>
        </w:rPr>
        <w:t>, đây là cách làm ở mức thấp hơn.</w:t>
      </w:r>
    </w:p>
    <w:p>
      <w:pPr>
        <w:spacing w:after="80"/>
      </w:pPr>
      <w:r>
        <w:rPr>
          <w:b/>
          <w:i w:val="0"/>
        </w:rPr>
        <w:t>Lưu ý</w:t>
      </w:r>
    </w:p>
    <w:p>
      <w:pPr>
        <w:spacing w:after="80"/>
      </w:pPr>
      <w:r>
        <w:rPr>
          <w:b w:val="0"/>
          <w:i w:val="0"/>
        </w:rPr>
        <w:t xml:space="preserve">Lưu ý rằng trước đó chúng ta đã dùng </w:t>
      </w:r>
      <w:r>
        <w:rPr>
          <w:rFonts w:ascii="Consolas" w:hAnsi="Consolas"/>
          <w:b w:val="0"/>
          <w:i w:val="0"/>
          <w:sz w:val="20"/>
        </w:rPr>
        <w:br/>
        <w:br/>
        <w:t xml:space="preserve">       plotly.express</w:t>
        <w:br/>
        <w:t xml:space="preserve">      </w:t>
        <w:br/>
      </w:r>
      <w:r>
        <w:rPr>
          <w:b w:val="0"/>
          <w:i w:val="0"/>
        </w:rPr>
        <w:t xml:space="preserve">. Mô-đun này giúp quá trình vẽ dễ dàng hơn, nhưng chỉ hoạt động với </w:t>
      </w:r>
      <w:r>
        <w:rPr>
          <w:rFonts w:ascii="Consolas" w:hAnsi="Consolas"/>
          <w:b w:val="0"/>
          <w:i w:val="0"/>
          <w:sz w:val="20"/>
        </w:rPr>
        <w:br/>
        <w:br/>
        <w:t xml:space="preserve">       DataFrames</w:t>
        <w:br/>
        <w:t xml:space="preserve">      </w:t>
        <w:br/>
      </w:r>
      <w:r>
        <w:rPr>
          <w:b w:val="0"/>
          <w:i w:val="0"/>
        </w:rPr>
        <w:t xml:space="preserve">. Có một số tính năng chỉ có sẵn bên ngoài </w:t>
      </w:r>
      <w:r>
        <w:rPr>
          <w:rFonts w:ascii="Consolas" w:hAnsi="Consolas"/>
          <w:b w:val="0"/>
          <w:i w:val="0"/>
          <w:sz w:val="20"/>
        </w:rPr>
        <w:br/>
        <w:br/>
        <w:t xml:space="preserve">       plotly.express,</w:t>
        <w:br/>
        <w:t xml:space="preserve">      </w:t>
        <w:br/>
      </w:r>
      <w:r>
        <w:rPr>
          <w:b w:val="0"/>
          <w:i w:val="0"/>
        </w:rPr>
        <w:t xml:space="preserve"> nhưng nhìn chung dùng nó vẫn dễ hơn.</w:t>
      </w:r>
    </w:p>
    <w:p>
      <w:pPr>
        <w:spacing w:after="80"/>
      </w:pPr>
      <w:r>
        <w:rPr>
          <w:b w:val="0"/>
          <w:i w:val="0"/>
        </w:rPr>
        <w:t>Ví dụ, chúng ta có thể vẽ cùng biểu đồ cột xếp chồng đó bằng đoạn mã này:</w:t>
      </w:r>
    </w:p>
    <w:p>
      <w:pPr>
        <w:spacing w:after="0"/>
        <w:ind w:left="360"/>
        <w:shd w:val="clear" w:color="auto" w:fill="F2F2F2"/>
      </w:pPr>
      <w:r>
        <w:rPr>
          <w:rFonts w:ascii="Consolas" w:hAnsi="Consolas"/>
          <w:sz w:val="18"/>
        </w:rPr>
        <w:t># Import graph objects</w:t>
      </w:r>
    </w:p>
    <w:p>
      <w:pPr>
        <w:spacing w:after="0"/>
        <w:ind w:left="360"/>
        <w:shd w:val="clear" w:color="auto" w:fill="F2F2F2"/>
      </w:pPr>
      <w:r>
        <w:rPr>
          <w:rFonts w:ascii="Consolas" w:hAnsi="Consolas"/>
          <w:sz w:val="18"/>
        </w:rPr>
        <w:t>import plotly.graph_objects as go</w:t>
      </w:r>
    </w:p>
    <w:p>
      <w:pPr>
        <w:spacing w:after="0"/>
        <w:ind w:left="360"/>
        <w:shd w:val="clear" w:color="auto" w:fill="F2F2F2"/>
      </w:pPr>
      <w:r>
        <w:rPr>
          <w:rFonts w:ascii="Consolas" w:hAnsi="Consolas"/>
          <w:sz w:val="18"/>
        </w:rPr>
        <w:t># Prepare the data</w:t>
      </w:r>
    </w:p>
    <w:p>
      <w:pPr>
        <w:spacing w:after="0"/>
        <w:ind w:left="360"/>
        <w:shd w:val="clear" w:color="auto" w:fill="F2F2F2"/>
      </w:pPr>
      <w:r>
        <w:rPr>
          <w:rFonts w:ascii="Consolas" w:hAnsi="Consolas"/>
          <w:sz w:val="18"/>
        </w:rPr>
        <w:t>LABELS = [label for label, pA, pB in DATA]</w:t>
      </w:r>
    </w:p>
    <w:p>
      <w:pPr>
        <w:spacing w:after="0"/>
        <w:ind w:left="360"/>
        <w:shd w:val="clear" w:color="auto" w:fill="F2F2F2"/>
      </w:pPr>
      <w:r>
        <w:rPr>
          <w:rFonts w:ascii="Consolas" w:hAnsi="Consolas"/>
          <w:sz w:val="18"/>
        </w:rPr>
        <w:t>PRODUCTA = [pA for label, pA, pB in DATA]</w:t>
      </w:r>
    </w:p>
    <w:p>
      <w:pPr>
        <w:spacing w:after="0"/>
        <w:ind w:left="360"/>
        <w:shd w:val="clear" w:color="auto" w:fill="F2F2F2"/>
      </w:pPr>
      <w:r>
        <w:rPr>
          <w:rFonts w:ascii="Consolas" w:hAnsi="Consolas"/>
          <w:sz w:val="18"/>
        </w:rPr>
        <w:t>PRODUCTB = [pB for label, pA, pB in DATA]</w:t>
      </w:r>
    </w:p>
    <w:p>
      <w:pPr>
        <w:spacing w:after="0"/>
        <w:ind w:left="360"/>
        <w:shd w:val="clear" w:color="auto" w:fill="F2F2F2"/>
      </w:pPr>
      <w:r>
        <w:rPr>
          <w:rFonts w:ascii="Consolas" w:hAnsi="Consolas"/>
          <w:sz w:val="18"/>
        </w:rPr>
        <w:t># Start the chart</w:t>
      </w:r>
    </w:p>
    <w:p>
      <w:pPr>
        <w:spacing w:after="0"/>
        <w:ind w:left="360"/>
        <w:shd w:val="clear" w:color="auto" w:fill="F2F2F2"/>
      </w:pPr>
      <w:r>
        <w:rPr>
          <w:rFonts w:ascii="Consolas" w:hAnsi="Consolas"/>
          <w:sz w:val="18"/>
        </w:rPr>
        <w:t>fig = go.Figure()</w:t>
      </w:r>
    </w:p>
    <w:p>
      <w:pPr>
        <w:spacing w:after="0"/>
        <w:ind w:left="360"/>
        <w:shd w:val="clear" w:color="auto" w:fill="F2F2F2"/>
      </w:pPr>
      <w:r>
        <w:rPr>
          <w:rFonts w:ascii="Consolas" w:hAnsi="Consolas"/>
          <w:sz w:val="18"/>
        </w:rPr>
        <w:t># Add two bars with the values of ProductA and ProductB</w:t>
      </w:r>
    </w:p>
    <w:p>
      <w:pPr>
        <w:spacing w:after="0"/>
        <w:ind w:left="360"/>
        <w:shd w:val="clear" w:color="auto" w:fill="F2F2F2"/>
      </w:pPr>
      <w:r>
        <w:rPr>
          <w:rFonts w:ascii="Consolas" w:hAnsi="Consolas"/>
          <w:sz w:val="18"/>
        </w:rPr>
        <w:t>fig.add_bar(x=LABELS, y=PRODUCTA, name='Product A')</w:t>
      </w:r>
    </w:p>
    <w:p>
      <w:pPr>
        <w:spacing w:after="0"/>
        <w:ind w:left="360"/>
        <w:shd w:val="clear" w:color="auto" w:fill="F2F2F2"/>
      </w:pPr>
      <w:r>
        <w:rPr>
          <w:rFonts w:ascii="Consolas" w:hAnsi="Consolas"/>
          <w:sz w:val="18"/>
        </w:rPr>
        <w:t>fig.add_bar(x=LABELS, y=PRODUCTB, name='Product B')</w:t>
      </w:r>
    </w:p>
    <w:p>
      <w:pPr>
        <w:spacing w:after="0"/>
        <w:ind w:left="360"/>
        <w:shd w:val="clear" w:color="auto" w:fill="F2F2F2"/>
      </w:pPr>
      <w:r>
        <w:rPr>
          <w:rFonts w:ascii="Consolas" w:hAnsi="Consolas"/>
          <w:sz w:val="18"/>
        </w:rPr>
        <w:t># Set the mode to stack and add the title</w:t>
      </w:r>
    </w:p>
    <w:p>
      <w:pPr>
        <w:spacing w:after="0"/>
        <w:ind w:left="360"/>
        <w:shd w:val="clear" w:color="auto" w:fill="F2F2F2"/>
      </w:pPr>
      <w:r>
        <w:rPr>
          <w:rFonts w:ascii="Consolas" w:hAnsi="Consolas"/>
          <w:sz w:val="18"/>
        </w:rPr>
        <w:t>fig.update_layout(barmode='stack', title='Sales')</w:t>
      </w:r>
    </w:p>
    <w:p>
      <w:pPr>
        <w:spacing w:after="0"/>
        <w:ind w:left="360"/>
        <w:shd w:val="clear" w:color="auto" w:fill="F2F2F2"/>
      </w:pPr>
      <w:r>
        <w:rPr>
          <w:rFonts w:ascii="Consolas" w:hAnsi="Consolas"/>
          <w:sz w:val="18"/>
        </w:rPr>
        <w:t># Show the chart</w:t>
      </w:r>
    </w:p>
    <w:p>
      <w:pPr>
        <w:spacing w:after="0"/>
        <w:ind w:left="360"/>
        <w:shd w:val="clear" w:color="auto" w:fill="F2F2F2"/>
      </w:pPr>
      <w:r>
        <w:rPr>
          <w:rFonts w:ascii="Consolas" w:hAnsi="Consolas"/>
          <w:sz w:val="18"/>
        </w:rPr>
        <w:t>fig.show()</w:t>
      </w:r>
    </w:p>
    <w:p>
      <w:pPr>
        <w:spacing w:after="40"/>
      </w:pPr>
    </w:p>
    <w:p>
      <w:pPr>
        <w:spacing w:after="80"/>
      </w:pPr>
      <w:r>
        <w:rPr>
          <w:b w:val="0"/>
          <w:i w:val="0"/>
        </w:rPr>
        <w:t xml:space="preserve">Đoạn này tạo ra một biểu đồ rất giống với </w:t>
      </w:r>
      <w:r>
        <w:rPr>
          <w:b w:val="0"/>
          <w:i/>
        </w:rPr>
        <w:t>H</w:t>
      </w:r>
      <w:r>
        <w:rPr>
          <w:b w:val="0"/>
          <w:i w:val="0"/>
        </w:rPr>
        <w:t xml:space="preserve"> </w:t>
      </w:r>
      <w:r>
        <w:rPr>
          <w:b w:val="0"/>
          <w:i/>
        </w:rPr>
        <w:t>ình 8.1</w:t>
      </w:r>
      <w:r>
        <w:rPr>
          <w:b w:val="0"/>
          <w:i w:val="0"/>
        </w:rPr>
        <w:t xml:space="preserve"> </w:t>
      </w:r>
      <w:r>
        <w:rPr>
          <w:b w:val="0"/>
          <w:i/>
        </w:rPr>
        <w:t>8</w:t>
      </w:r>
      <w:r>
        <w:rPr>
          <w:b w:val="0"/>
          <w:i w:val="0"/>
        </w:rPr>
        <w:t>.</w:t>
      </w:r>
    </w:p>
    <w:p>
      <w:pPr>
        <w:spacing w:after="80"/>
      </w:pPr>
      <w:r>
        <w:rPr>
          <w:b w:val="0"/>
          <w:i w:val="0"/>
        </w:rPr>
        <w:t xml:space="preserve">Khi lưu đồ thị của bạn, bạn có hai lựa chọn. Bạn có thể lưu nó dưới dạng tệp HTML, giữ được tính tương tác, bằng cách dùng </w:t>
      </w:r>
      <w:r>
        <w:rPr>
          <w:rFonts w:ascii="Consolas" w:hAnsi="Consolas"/>
          <w:b w:val="0"/>
          <w:i w:val="0"/>
          <w:sz w:val="20"/>
        </w:rPr>
        <w:br/>
        <w:br/>
        <w:t xml:space="preserve">      .write_html</w:t>
        <w:br/>
        <w:t xml:space="preserve">     </w:t>
        <w:br/>
      </w:r>
      <w:r>
        <w:rPr>
          <w:b w:val="0"/>
          <w:i w:val="0"/>
        </w:rPr>
        <w:t>:</w:t>
      </w:r>
    </w:p>
    <w:p>
      <w:pPr>
        <w:spacing w:after="0"/>
        <w:ind w:left="360"/>
        <w:shd w:val="clear" w:color="auto" w:fill="F2F2F2"/>
      </w:pPr>
      <w:r>
        <w:rPr>
          <w:rFonts w:ascii="Consolas" w:hAnsi="Consolas"/>
          <w:sz w:val="18"/>
        </w:rPr>
        <w:t>&gt;&gt;&gt; fig.write_html('graph.html')</w:t>
      </w:r>
    </w:p>
    <w:p>
      <w:pPr>
        <w:spacing w:after="40"/>
      </w:pPr>
    </w:p>
    <w:p>
      <w:pPr>
        <w:spacing w:after="80"/>
      </w:pPr>
      <w:r>
        <w:rPr>
          <w:b w:val="0"/>
          <w:i w:val="0"/>
        </w:rPr>
        <w:t xml:space="preserve">Cũng có thể ghi nó dưới dạng tệp hình ảnh thuần, để tương thích tốt hơn hoặc để nhúng vào các tài liệu hay bài thuyết trình khác. Để làm điều đó, hãy dùng phương thức </w:t>
      </w:r>
      <w:r>
        <w:rPr>
          <w:rFonts w:ascii="Consolas" w:hAnsi="Consolas"/>
          <w:b w:val="0"/>
          <w:i w:val="0"/>
          <w:sz w:val="20"/>
        </w:rPr>
        <w:br/>
        <w:br/>
        <w:t xml:space="preserve">      .write_image</w:t>
        <w:br/>
        <w:t xml:space="preserve">     </w:t>
        <w:br/>
      </w:r>
      <w:r>
        <w:rPr>
          <w:b w:val="0"/>
          <w:i w:val="0"/>
        </w:rPr>
        <w:t>:</w:t>
      </w:r>
    </w:p>
    <w:p>
      <w:pPr>
        <w:spacing w:after="0"/>
        <w:ind w:left="360"/>
        <w:shd w:val="clear" w:color="auto" w:fill="F2F2F2"/>
      </w:pPr>
      <w:r>
        <w:rPr>
          <w:rFonts w:ascii="Consolas" w:hAnsi="Consolas"/>
          <w:sz w:val="18"/>
        </w:rPr>
        <w:t>&gt;&gt;&gt; fig.write_image('graph.png')</w:t>
      </w:r>
    </w:p>
    <w:p>
      <w:pPr>
        <w:spacing w:after="40"/>
      </w:pPr>
    </w:p>
    <w:p>
      <w:pPr>
        <w:spacing w:after="80"/>
      </w:pPr>
      <w:r>
        <w:rPr>
          <w:b/>
          <w:i w:val="0"/>
        </w:rPr>
        <w:t>Lưu ý</w:t>
      </w:r>
    </w:p>
    <w:p>
      <w:pPr>
        <w:spacing w:after="80"/>
      </w:pPr>
      <w:r>
        <w:rPr>
          <w:b w:val="0"/>
          <w:i w:val="0"/>
        </w:rPr>
        <w:t xml:space="preserve">Để có thể ghi hình ảnh, bạn cần cài đặt gói </w:t>
      </w:r>
      <w:r>
        <w:rPr>
          <w:rFonts w:ascii="Consolas" w:hAnsi="Consolas"/>
          <w:b w:val="0"/>
          <w:i w:val="0"/>
          <w:sz w:val="20"/>
        </w:rPr>
        <w:br/>
        <w:br/>
        <w:t xml:space="preserve">       kaleido</w:t>
        <w:br/>
        <w:t xml:space="preserve">      </w:t>
        <w:br/>
      </w:r>
      <w:r>
        <w:rPr>
          <w:b w:val="0"/>
          <w:i w:val="0"/>
        </w:rPr>
        <w:t>.</w:t>
      </w:r>
    </w:p>
    <w:p>
      <w:pPr>
        <w:spacing w:after="80"/>
      </w:pPr>
      <w:r>
        <w:rPr>
          <w:b w:val="0"/>
          <w:i w:val="0"/>
        </w:rPr>
        <w:t>Bạn có thể ghi sang các định dạng tệp hình ảnh thông thường: JPG, PNG, PDF, SVG, v.v. Một định dạng mặc định tốt để ghi biểu đồ là PNG, giúp bạn giữ được độ nét hình ảnh tốt trong khi các tệp hình ảnh vẫn tương đối nhỏ.</w:t>
      </w:r>
    </w:p>
    <w:p>
      <w:pPr>
        <w:spacing w:after="80"/>
      </w:pPr>
      <w:r>
        <w:rPr>
          <w:rFonts w:ascii="Consolas" w:hAnsi="Consolas"/>
          <w:b w:val="0"/>
          <w:i w:val="0"/>
          <w:sz w:val="20"/>
        </w:rPr>
        <w:br/>
        <w:br/>
        <w:t xml:space="preserve">      plotly</w:t>
        <w:br/>
        <w:t xml:space="preserve">     </w:t>
        <w:br/>
      </w:r>
      <w:r>
        <w:rPr>
          <w:b w:val="0"/>
          <w:i w:val="0"/>
        </w:rPr>
        <w:t xml:space="preserve"> rất mạnh mẽ và có vô số tính năng. Xem tài liệu đầy đủ tại </w:t>
      </w:r>
      <w:r>
        <w:rPr>
          <w:rFonts w:ascii="Consolas" w:hAnsi="Consolas"/>
          <w:b w:val="0"/>
          <w:i w:val="0"/>
          <w:sz w:val="20"/>
        </w:rPr>
        <w:br/>
        <w:br/>
        <w:t xml:space="preserve">       https://plotly.com/python</w:t>
        <w:br/>
        <w:t xml:space="preserve">      </w:t>
        <w:br/>
      </w:r>
      <w:r>
        <w:rPr>
          <w:b w:val="0"/>
          <w:i w:val="0"/>
        </w:rPr>
        <w:t>.</w:t>
      </w:r>
    </w:p>
    <w:p>
      <w:pPr>
        <w:spacing w:after="80"/>
      </w:pPr>
      <w:r>
        <w:rPr>
          <w:b/>
          <w:i w:val="0"/>
        </w:rPr>
        <w:t>Mẹo</w:t>
      </w:r>
    </w:p>
    <w:p>
      <w:pPr>
        <w:spacing w:after="80"/>
      </w:pPr>
      <w:r>
        <w:rPr>
          <w:b w:val="0"/>
          <w:i w:val="0"/>
        </w:rPr>
        <w:t xml:space="preserve">GenAI cũng hiểu </w:t>
      </w:r>
      <w:r>
        <w:rPr>
          <w:rFonts w:ascii="Consolas" w:hAnsi="Consolas"/>
          <w:b w:val="0"/>
          <w:i w:val="0"/>
          <w:sz w:val="20"/>
        </w:rPr>
        <w:br/>
        <w:br/>
        <w:t xml:space="preserve">       plotly</w:t>
        <w:br/>
        <w:t xml:space="preserve">      </w:t>
        <w:br/>
      </w:r>
      <w:r>
        <w:rPr>
          <w:b w:val="0"/>
          <w:i w:val="0"/>
        </w:rPr>
        <w:t xml:space="preserve"> rất tốt, nên đừng ngại hỏi nó cách làm một việc gì đó.</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Vẽ biểu đồ thanh xếp chồng </w:t>
      </w:r>
      <w:r>
        <w:rPr>
          <w:b w:val="0"/>
          <w:i w:val="0"/>
        </w:rPr>
        <w:t xml:space="preserve">, ở phần trước trong chương này, để học cách tạo ra cùng loại biểu đồ bằng </w:t>
      </w:r>
      <w:r>
        <w:rPr>
          <w:rFonts w:ascii="Consolas" w:hAnsi="Consolas"/>
          <w:b w:val="0"/>
          <w:i w:val="0"/>
          <w:sz w:val="20"/>
        </w:rPr>
        <w:br/>
        <w:br/>
        <w:t xml:space="preserve">       matplotlib</w:t>
        <w:br/>
        <w:t xml:space="preserve">      </w:t>
        <w:br/>
      </w:r>
      <w:r>
        <w:rPr>
          <w:b w:val="0"/>
          <w:i w:val="0"/>
        </w:rPr>
        <w:t>.</w:t>
      </w:r>
    </w:p>
    <w:p>
      <w:pPr>
        <w:spacing w:after="80"/>
        <w:ind w:left="360"/>
      </w:pPr>
      <w:r>
        <w:t xml:space="preserve">• </w:t>
      </w:r>
      <w:r>
        <w:rPr>
          <w:b w:val="0"/>
          <w:i w:val="0"/>
        </w:rPr>
        <w:t xml:space="preserve">Công thức </w:t>
      </w:r>
      <w:r>
        <w:rPr>
          <w:b w:val="0"/>
          <w:i/>
        </w:rPr>
        <w:t xml:space="preserve"> Trực quan hóa </w:t>
      </w:r>
      <w:r>
        <w:rPr>
          <w:b w:val="0"/>
          <w:i w:val="0"/>
        </w:rPr>
        <w:t xml:space="preserve"> </w:t>
      </w:r>
      <w:r>
        <w:rPr>
          <w:b w:val="0"/>
          <w:i/>
        </w:rPr>
        <w:t xml:space="preserve"> b </w:t>
      </w:r>
      <w:r>
        <w:rPr>
          <w:b w:val="0"/>
          <w:i w:val="0"/>
        </w:rPr>
        <w:t xml:space="preserve"> </w:t>
      </w:r>
      <w:r>
        <w:rPr>
          <w:b w:val="0"/>
          <w:i/>
        </w:rPr>
        <w:t xml:space="preserve"> ản đồ </w:t>
      </w:r>
      <w:r>
        <w:rPr>
          <w:b w:val="0"/>
          <w:i w:val="0"/>
        </w:rPr>
        <w:t xml:space="preserve">, ở phần trước trong chương này, để xem các cách sử dụng khác của các đối tượng </w:t>
      </w:r>
      <w:r>
        <w:rPr>
          <w:rFonts w:ascii="Consolas" w:hAnsi="Consolas"/>
          <w:b w:val="0"/>
          <w:i w:val="0"/>
          <w:sz w:val="20"/>
        </w:rPr>
        <w:br/>
        <w:br/>
        <w:t xml:space="preserve">       DataFrames</w:t>
        <w:br/>
        <w:t xml:space="preserve">      </w:t>
        <w:br/>
      </w:r>
      <w:r>
        <w:rPr>
          <w:b w:val="0"/>
          <w:i w:val="0"/>
        </w:rPr>
        <w:t>.</w:t>
      </w:r>
    </w:p>
    <w:p>
      <w:pPr>
        <w:pStyle w:val="Heading1"/>
      </w:pPr>
      <w:r>
        <w:rPr>
          <w:rFonts w:ascii="Calibri" w:hAnsi="Calibri"/>
          <w:b/>
          <w:i w:val="0"/>
          <w:sz w:val="40"/>
        </w:rPr>
        <w:t>9</w:t>
      </w:r>
    </w:p>
    <w:p>
      <w:pPr>
        <w:pStyle w:val="Heading1"/>
      </w:pPr>
      <w:r>
        <w:rPr>
          <w:rFonts w:ascii="Calibri" w:hAnsi="Calibri"/>
          <w:b/>
          <w:i w:val="0"/>
          <w:sz w:val="40"/>
        </w:rPr>
        <w:t>Xử lý các kênh liên lạc</w:t>
      </w:r>
    </w:p>
    <w:p>
      <w:pPr>
        <w:spacing w:after="80"/>
      </w:pPr>
      <w:r>
        <w:rPr>
          <w:b w:val="0"/>
          <w:i w:val="0"/>
        </w:rPr>
        <w:t>Xử lý các kênh liên lạc là lĩnh vực mà tự động hóa có thể mang lại lợi ích lớn. Trong chương này, chúng ta sẽ tìm hiểu cách làm việc với hai trong số các kênh liên lạc phổ biến nhất – email (bao gồm cả bản tin), và gửi nhận tin nhắn văn bản qua điện thoại.</w:t>
      </w:r>
    </w:p>
    <w:p>
      <w:pPr>
        <w:spacing w:after="80"/>
      </w:pPr>
      <w:r>
        <w:rPr>
          <w:b w:val="0"/>
          <w:i w:val="0"/>
        </w:rPr>
        <w:t>Trong nhiều năm qua, cả hai kênh này đều bị lạm dụng khá nhiều, dưới dạng thư rác hoặc tin nhắn tiếp thị không được yêu cầu, và điều này khiến người gửi phải dùng các ứng dụng bên ngoài để xử lý việc xác thực tin nhắn và chống lạm dụng, nhằm tránh tin nhắn bị các bộ lọc tự động từ chối.</w:t>
      </w:r>
    </w:p>
    <w:p>
      <w:pPr>
        <w:spacing w:after="80"/>
      </w:pPr>
      <w:r>
        <w:rPr>
          <w:b/>
          <w:i w:val="0"/>
        </w:rPr>
        <w:t>Lưu ý</w:t>
      </w:r>
    </w:p>
    <w:p>
      <w:pPr>
        <w:spacing w:after="80"/>
      </w:pPr>
      <w:r>
        <w:rPr>
          <w:b w:val="0"/>
          <w:i w:val="0"/>
        </w:rPr>
        <w:t>Ví dụ, nếu bạn gửi nhiều email tiếp thị từ tài khoản Gmail của riêng mình, rất có thể tài khoản sẽ bị khóa vì hệ thống phát hiện đây có thể là thư rác. Thay vào đó, dùng một công cụ chuyên dụng cho email tiếp thị sẽ đảm bảo có sẵn các biện pháp xác thực và bảo vệ chống thư rác phù hợp.</w:t>
      </w:r>
    </w:p>
    <w:p>
      <w:pPr>
        <w:spacing w:after="80"/>
      </w:pPr>
      <w:r>
        <w:rPr>
          <w:b w:val="0"/>
          <w:i w:val="0"/>
        </w:rPr>
        <w:t>Khi giới thiệu những công cụ đó, chúng ta sẽ bình luận về những cạm bẫy thường gặp (giới hạn tốc độ, bị chặn, quy tắc chống spam) ở những chỗ áp dụng được. Những công cụ được giới thiệu có vô số tính năng giúp bạn xử lý các tác vụ cụ thể, và chúng cũng có tài liệu hướng dẫn tuyệt vời, nên đừng ngại đọc nhé.</w:t>
      </w:r>
    </w:p>
    <w:p>
      <w:pPr>
        <w:spacing w:after="80"/>
      </w:pPr>
      <w:r>
        <w:rPr>
          <w:b w:val="0"/>
          <w:i w:val="0"/>
        </w:rPr>
        <w:t>Chương này bao gồm các công thức sau:</w:t>
      </w:r>
    </w:p>
    <w:p>
      <w:pPr>
        <w:spacing w:after="80"/>
        <w:ind w:left="360"/>
      </w:pPr>
      <w:r>
        <w:t xml:space="preserve">• </w:t>
      </w:r>
      <w:r>
        <w:rPr>
          <w:b w:val="0"/>
          <w:i w:val="0"/>
        </w:rPr>
        <w:t>Làm việc với mẫu email</w:t>
      </w:r>
    </w:p>
    <w:p>
      <w:pPr>
        <w:spacing w:after="80"/>
        <w:ind w:left="360"/>
      </w:pPr>
      <w:r>
        <w:t xml:space="preserve">• </w:t>
      </w:r>
      <w:r>
        <w:rPr>
          <w:b w:val="0"/>
          <w:i w:val="0"/>
        </w:rPr>
        <w:t>Gửi một email riêng lẻ</w:t>
      </w:r>
    </w:p>
    <w:p>
      <w:pPr>
        <w:spacing w:after="80"/>
        <w:ind w:left="360"/>
      </w:pPr>
      <w:r>
        <w:t xml:space="preserve">• </w:t>
      </w:r>
      <w:r>
        <w:rPr>
          <w:b w:val="0"/>
          <w:i w:val="0"/>
        </w:rPr>
        <w:t>Đọc một email</w:t>
      </w:r>
    </w:p>
    <w:p>
      <w:pPr>
        <w:spacing w:after="80"/>
        <w:ind w:left="360"/>
      </w:pPr>
      <w:r>
        <w:t xml:space="preserve">• </w:t>
      </w:r>
      <w:r>
        <w:rPr>
          <w:b w:val="0"/>
          <w:i w:val="0"/>
        </w:rPr>
        <w:t>Thêm người đăng ký vào bản tin email</w:t>
      </w:r>
    </w:p>
    <w:p>
      <w:pPr>
        <w:spacing w:after="80"/>
        <w:ind w:left="360"/>
      </w:pPr>
      <w:r>
        <w:t xml:space="preserve">• </w:t>
      </w:r>
      <w:r>
        <w:rPr>
          <w:b w:val="0"/>
          <w:i w:val="0"/>
        </w:rPr>
        <w:t>Gửi thông báo qua email</w:t>
      </w:r>
    </w:p>
    <w:p>
      <w:pPr>
        <w:spacing w:after="80"/>
        <w:ind w:left="360"/>
      </w:pPr>
      <w:r>
        <w:t xml:space="preserve">• </w:t>
      </w:r>
      <w:r>
        <w:rPr>
          <w:b w:val="0"/>
          <w:i w:val="0"/>
        </w:rPr>
        <w:t>Tạo tin nhắn SMS</w:t>
      </w:r>
    </w:p>
    <w:p>
      <w:pPr>
        <w:spacing w:after="80"/>
        <w:ind w:left="360"/>
      </w:pPr>
      <w:r>
        <w:t xml:space="preserve">• </w:t>
      </w:r>
      <w:r>
        <w:rPr>
          <w:b w:val="0"/>
          <w:i w:val="0"/>
        </w:rPr>
        <w:t>Nhận tin nhắn SMS</w:t>
      </w:r>
    </w:p>
    <w:p>
      <w:pPr>
        <w:spacing w:after="80"/>
        <w:ind w:left="360"/>
      </w:pPr>
      <w:r>
        <w:t xml:space="preserve">• </w:t>
      </w:r>
      <w:r>
        <w:rPr>
          <w:b w:val="0"/>
          <w:i w:val="0"/>
        </w:rPr>
        <w:t>Tạo bot Telegram</w:t>
      </w:r>
    </w:p>
    <w:p>
      <w:pPr>
        <w:spacing w:after="80"/>
      </w:pPr>
      <w:r>
        <w:rPr>
          <w:b w:val="0"/>
          <w:i w:val="0"/>
        </w:rPr>
        <w:t>Chúng ta sẽ bắt đầu bằng việc tìm hiểu cách dùng mẫu để tạo ra những email được định dạng đẹp đẽ.</w:t>
      </w:r>
    </w:p>
    <w:p>
      <w:pPr>
        <w:pStyle w:val="Heading2"/>
      </w:pPr>
      <w:r>
        <w:rPr>
          <w:rFonts w:ascii="Calibri" w:hAnsi="Calibri"/>
          <w:b/>
          <w:i w:val="0"/>
          <w:sz w:val="32"/>
        </w:rPr>
        <w:t>Yêu cầu kỹ thuật</w:t>
      </w:r>
    </w:p>
    <w:p>
      <w:pPr>
        <w:spacing w:after="80"/>
      </w:pPr>
      <w:r>
        <w:rPr>
          <w:b w:val="0"/>
          <w:i w:val="0"/>
        </w:rPr>
        <w:t xml:space="preserve">Mã nguồn được trình bày trong chương này có sẵn trong kho GitHub, tại </w:t>
      </w:r>
      <w:r>
        <w:rPr>
          <w:rFonts w:ascii="Consolas" w:hAnsi="Consolas"/>
          <w:b w:val="0"/>
          <w:i w:val="0"/>
          <w:sz w:val="20"/>
        </w:rPr>
        <w:br/>
        <w:br/>
        <w:t xml:space="preserve">       https://github.com/PacktPublishing/Python-Automation-Cookbook-Third-Edition/tree/main/ch09</w:t>
        <w:br/>
        <w:t xml:space="preserve">      </w:t>
        <w:br/>
      </w:r>
      <w:r>
        <w:rPr>
          <w:b w:val="0"/>
          <w:i w:val="0"/>
        </w:rPr>
        <w:t xml:space="preserve"> .</w:t>
      </w:r>
    </w:p>
    <w:p>
      <w:pPr>
        <w:pStyle w:val="Heading2"/>
      </w:pPr>
      <w:r>
        <w:rPr>
          <w:rFonts w:ascii="Calibri" w:hAnsi="Calibri"/>
          <w:b/>
          <w:i w:val="0"/>
          <w:sz w:val="32"/>
        </w:rPr>
        <w:t>Làm việc với mẫu email</w:t>
      </w:r>
    </w:p>
    <w:p>
      <w:pPr>
        <w:spacing w:after="80"/>
      </w:pPr>
      <w:r>
        <w:rPr>
          <w:b w:val="0"/>
          <w:i w:val="0"/>
        </w:rPr>
        <w:t>Để gửi một email, trước tiên chúng ta cần tạo nội dung của nó. Trong công thức này, chúng ta sẽ xem cách tạo một mẫu đúng chuẩn, ở cả dạng chỉ có văn bản thuần và dạng HTML.</w:t>
      </w:r>
    </w:p>
    <w:p>
      <w:pPr>
        <w:pStyle w:val="Heading3"/>
      </w:pPr>
      <w:r>
        <w:rPr>
          <w:rFonts w:ascii="Calibri" w:hAnsi="Calibri"/>
          <w:b/>
          <w:i w:val="0"/>
          <w:sz w:val="26"/>
        </w:rPr>
        <w:t>Chuẩn bị</w:t>
      </w:r>
    </w:p>
    <w:p>
      <w:pPr>
        <w:spacing w:after="80"/>
      </w:pPr>
      <w:r>
        <w:rPr>
          <w:b w:val="0"/>
          <w:i w:val="0"/>
        </w:rPr>
        <w:t xml:space="preserve">Chúng ta bắt đầu bằng việc cài đặt mô-đun </w:t>
      </w:r>
      <w:r>
        <w:rPr>
          <w:rFonts w:ascii="Consolas" w:hAnsi="Consolas"/>
          <w:b w:val="0"/>
          <w:i w:val="0"/>
          <w:sz w:val="20"/>
        </w:rPr>
        <w:br/>
        <w:br/>
        <w:t xml:space="preserve">      mistune</w:t>
        <w:br/>
        <w:t xml:space="preserve">     </w:t>
        <w:br/>
      </w:r>
      <w:r>
        <w:rPr>
          <w:b w:val="0"/>
          <w:i w:val="0"/>
        </w:rPr>
        <w:t xml:space="preserve">, mô-đun này sẽ biên dịch các tài liệu Markdown thành HTML. Chúng ta cũng sẽ dùng mô-đun </w:t>
      </w:r>
      <w:r>
        <w:rPr>
          <w:rFonts w:ascii="Consolas" w:hAnsi="Consolas"/>
          <w:b w:val="0"/>
          <w:i w:val="0"/>
          <w:sz w:val="20"/>
        </w:rPr>
        <w:br/>
        <w:br/>
        <w:t xml:space="preserve">      jinja2</w:t>
        <w:br/>
        <w:t xml:space="preserve">     </w:t>
        <w:br/>
      </w:r>
      <w:r>
        <w:rPr>
          <w:b w:val="0"/>
          <w:i w:val="0"/>
        </w:rPr>
        <w:t xml:space="preserve"> để kết hợp HTML với văn bản của mình:</w:t>
      </w:r>
    </w:p>
    <w:p>
      <w:pPr>
        <w:spacing w:after="0"/>
        <w:ind w:left="360"/>
        <w:shd w:val="clear" w:color="auto" w:fill="F2F2F2"/>
      </w:pPr>
      <w:r>
        <w:rPr>
          <w:rFonts w:ascii="Consolas" w:hAnsi="Consolas"/>
          <w:sz w:val="18"/>
        </w:rPr>
        <w:t>$ echo "mistune==3.2.0" &gt;&gt; requirements.txt</w:t>
      </w:r>
    </w:p>
    <w:p>
      <w:pPr>
        <w:spacing w:after="0"/>
        <w:ind w:left="360"/>
        <w:shd w:val="clear" w:color="auto" w:fill="F2F2F2"/>
      </w:pPr>
      <w:r>
        <w:rPr>
          <w:rFonts w:ascii="Consolas" w:hAnsi="Consolas"/>
          <w:sz w:val="18"/>
        </w:rPr>
        <w:t>$ echo "jinja2==3.1.6" &gt;&gt; requirements.txt</w:t>
      </w:r>
    </w:p>
    <w:p>
      <w:pPr>
        <w:spacing w:after="0"/>
        <w:ind w:left="360"/>
        <w:shd w:val="clear" w:color="auto" w:fill="F2F2F2"/>
      </w:pPr>
      <w:r>
        <w:rPr>
          <w:rFonts w:ascii="Consolas" w:hAnsi="Consolas"/>
          <w:sz w:val="18"/>
        </w:rPr>
        <w:t>$ uv pip install -r requirements.txt</w:t>
      </w:r>
    </w:p>
    <w:p>
      <w:pPr>
        <w:spacing w:after="40"/>
      </w:pPr>
    </w:p>
    <w:p>
      <w:pPr>
        <w:spacing w:after="80"/>
      </w:pPr>
      <w:r>
        <w:rPr>
          <w:b w:val="0"/>
          <w:i w:val="0"/>
        </w:rPr>
        <w:t xml:space="preserve">Trong kho GitHub có một vài template mà chúng ta sẽ dùng: </w:t>
      </w:r>
      <w:r>
        <w:rPr>
          <w:rFonts w:ascii="Consolas" w:hAnsi="Consolas"/>
          <w:b w:val="0"/>
          <w:i w:val="0"/>
          <w:sz w:val="20"/>
        </w:rPr>
        <w:br/>
        <w:br/>
        <w:t xml:space="preserve">      email_template.md</w:t>
        <w:br/>
        <w:t xml:space="preserve">     </w:t>
        <w:br/>
      </w:r>
      <w:r>
        <w:rPr>
          <w:b w:val="0"/>
          <w:i w:val="0"/>
        </w:rPr>
        <w:t xml:space="preserve"> tại </w:t>
      </w:r>
      <w:r>
        <w:rPr>
          <w:rFonts w:ascii="Consolas" w:hAnsi="Consolas"/>
          <w:b w:val="0"/>
          <w:i w:val="0"/>
          <w:sz w:val="20"/>
        </w:rPr>
        <w:br/>
        <w:br/>
        <w:t xml:space="preserve">       https://github.com/PacktPublishing/Python-Automation-Cookbook-Third-Edition/blob/main/ch09/email_template.md</w:t>
        <w:br/>
        <w:t xml:space="preserve">      </w:t>
        <w:br/>
      </w:r>
      <w:r>
        <w:rPr>
          <w:b w:val="0"/>
          <w:i w:val="0"/>
        </w:rPr>
        <w:t xml:space="preserve">, và để tạo kiểu dáng, có template </w:t>
      </w:r>
      <w:r>
        <w:rPr>
          <w:rFonts w:ascii="Consolas" w:hAnsi="Consolas"/>
          <w:b w:val="0"/>
          <w:i w:val="0"/>
          <w:sz w:val="20"/>
        </w:rPr>
        <w:br/>
        <w:br/>
        <w:t xml:space="preserve">      email_styling.html</w:t>
        <w:br/>
        <w:t xml:space="preserve">     </w:t>
        <w:br/>
      </w:r>
      <w:r>
        <w:rPr>
          <w:b w:val="0"/>
          <w:i w:val="0"/>
        </w:rPr>
        <w:t xml:space="preserve"> tại </w:t>
      </w:r>
      <w:r>
        <w:rPr>
          <w:rFonts w:ascii="Consolas" w:hAnsi="Consolas"/>
          <w:b w:val="0"/>
          <w:i w:val="0"/>
          <w:sz w:val="20"/>
        </w:rPr>
        <w:br/>
        <w:br/>
        <w:t xml:space="preserve">       https://github.com/PacktPublishing/Python-Automation-Cookbook-Third-Edition/blob/main/ch09/email_styling.html</w:t>
        <w:br/>
        <w:t xml:space="preserve">      </w:t>
        <w:br/>
      </w:r>
      <w:r>
        <w:rPr>
          <w:b w:val="0"/>
          <w:i w:val="0"/>
        </w:rPr>
        <w:t>.</w:t>
      </w:r>
    </w:p>
    <w:p>
      <w:pPr>
        <w:pStyle w:val="Heading3"/>
      </w:pPr>
      <w:r>
        <w:rPr>
          <w:rFonts w:ascii="Calibri" w:hAnsi="Calibri"/>
          <w:b/>
          <w:i w:val="0"/>
          <w:sz w:val="26"/>
        </w:rPr>
        <w:t>Cách thực hiện...</w:t>
      </w:r>
    </w:p>
    <w:p>
      <w:pPr>
        <w:spacing w:after="80"/>
        <w:ind w:left="360"/>
      </w:pPr>
      <w:r>
        <w:t xml:space="preserve">1. </w:t>
      </w:r>
      <w:r>
        <w:rPr>
          <w:b w:val="0"/>
          <w:i w:val="0"/>
        </w:rPr>
        <w:t>Import các mô-đun:</w:t>
      </w:r>
    </w:p>
    <w:p>
      <w:pPr>
        <w:spacing w:after="0"/>
        <w:ind w:left="360"/>
        <w:shd w:val="clear" w:color="auto" w:fill="F2F2F2"/>
      </w:pPr>
      <w:r>
        <w:rPr>
          <w:rFonts w:ascii="Consolas" w:hAnsi="Consolas"/>
          <w:sz w:val="18"/>
        </w:rPr>
        <w:t>&gt;&gt;&gt; import mistune</w:t>
      </w:r>
    </w:p>
    <w:p>
      <w:pPr>
        <w:spacing w:after="0"/>
        <w:ind w:left="360"/>
        <w:shd w:val="clear" w:color="auto" w:fill="F2F2F2"/>
      </w:pPr>
      <w:r>
        <w:rPr>
          <w:rFonts w:ascii="Consolas" w:hAnsi="Consolas"/>
          <w:sz w:val="18"/>
        </w:rPr>
        <w:t>&gt;&gt;&gt; import jinja2</w:t>
      </w:r>
    </w:p>
    <w:p>
      <w:pPr>
        <w:spacing w:after="40"/>
      </w:pPr>
    </w:p>
    <w:p>
      <w:pPr>
        <w:spacing w:after="80"/>
        <w:ind w:left="360"/>
      </w:pPr>
      <w:r>
        <w:t xml:space="preserve">2. </w:t>
      </w:r>
      <w:r>
        <w:rPr>
          <w:b w:val="0"/>
          <w:i w:val="0"/>
        </w:rPr>
        <w:t>Đọc cả hai template từ ổ đĩa:</w:t>
      </w:r>
    </w:p>
    <w:p>
      <w:pPr>
        <w:spacing w:after="0"/>
        <w:ind w:left="360"/>
        <w:shd w:val="clear" w:color="auto" w:fill="F2F2F2"/>
      </w:pPr>
      <w:r>
        <w:rPr>
          <w:rFonts w:ascii="Consolas" w:hAnsi="Consolas"/>
          <w:sz w:val="18"/>
        </w:rPr>
        <w:t>&gt;&gt;&gt; with open('email_template.md') as md_file:</w:t>
      </w:r>
    </w:p>
    <w:p>
      <w:pPr>
        <w:spacing w:after="0"/>
        <w:ind w:left="360"/>
        <w:shd w:val="clear" w:color="auto" w:fill="F2F2F2"/>
      </w:pPr>
      <w:r>
        <w:rPr>
          <w:rFonts w:ascii="Consolas" w:hAnsi="Consolas"/>
          <w:sz w:val="18"/>
        </w:rPr>
        <w:t>...     markdown = md_file.read()</w:t>
      </w:r>
    </w:p>
    <w:p>
      <w:pPr>
        <w:spacing w:after="0"/>
        <w:ind w:left="360"/>
        <w:shd w:val="clear" w:color="auto" w:fill="F2F2F2"/>
      </w:pPr>
      <w:r>
        <w:rPr>
          <w:rFonts w:ascii="Consolas" w:hAnsi="Consolas"/>
          <w:sz w:val="18"/>
        </w:rPr>
        <w:t>&gt;&gt;&gt; with open('email_styling.html') as styling_file:</w:t>
      </w:r>
    </w:p>
    <w:p>
      <w:pPr>
        <w:spacing w:after="0"/>
        <w:ind w:left="360"/>
        <w:shd w:val="clear" w:color="auto" w:fill="F2F2F2"/>
      </w:pPr>
      <w:r>
        <w:rPr>
          <w:rFonts w:ascii="Consolas" w:hAnsi="Consolas"/>
          <w:sz w:val="18"/>
        </w:rPr>
        <w:t>...     styling = styling_file.read()</w:t>
      </w:r>
    </w:p>
    <w:p>
      <w:pPr>
        <w:spacing w:after="40"/>
      </w:pPr>
    </w:p>
    <w:p>
      <w:pPr>
        <w:spacing w:after="80"/>
        <w:ind w:left="360"/>
      </w:pPr>
      <w:r>
        <w:t xml:space="preserve">3. </w:t>
      </w:r>
      <w:r>
        <w:rPr>
          <w:b w:val="0"/>
          <w:i w:val="0"/>
        </w:rPr>
        <w:t xml:space="preserve">Định nghĩa dữ liệu để đưa vào template. Template khá đơn giản và chỉ nhận một tham số </w:t>
      </w:r>
      <w:r>
        <w:rPr>
          <w:rFonts w:ascii="Consolas" w:hAnsi="Consolas"/>
          <w:b w:val="0"/>
          <w:i w:val="0"/>
          <w:sz w:val="20"/>
        </w:rPr>
        <w:br/>
        <w:br/>
        <w:t xml:space="preserve">       name</w:t>
        <w:br/>
        <w:t xml:space="preserve">      </w:t>
        <w:br/>
      </w:r>
      <w:r>
        <w:rPr>
          <w:b w:val="0"/>
          <w:i w:val="0"/>
        </w:rPr>
        <w:t xml:space="preserve"> duy nhất:</w:t>
      </w:r>
    </w:p>
    <w:p>
      <w:pPr>
        <w:spacing w:after="0"/>
        <w:ind w:left="360"/>
        <w:shd w:val="clear" w:color="auto" w:fill="F2F2F2"/>
      </w:pPr>
      <w:r>
        <w:rPr>
          <w:rFonts w:ascii="Consolas" w:hAnsi="Consolas"/>
          <w:sz w:val="18"/>
        </w:rPr>
        <w:t>&gt;&gt;&gt; data = {'name': 'Seamus'}</w:t>
      </w:r>
    </w:p>
    <w:p>
      <w:pPr>
        <w:spacing w:after="40"/>
      </w:pPr>
    </w:p>
    <w:p>
      <w:pPr>
        <w:spacing w:after="80"/>
        <w:ind w:left="360"/>
      </w:pPr>
      <w:r>
        <w:t xml:space="preserve">4. </w:t>
      </w:r>
      <w:r>
        <w:rPr>
          <w:b w:val="0"/>
          <w:i w:val="0"/>
        </w:rPr>
        <w:t>Render template Markdown. Việc này tạo ra phiên bản chỉ có văn bản của dữ liệu:</w:t>
      </w:r>
    </w:p>
    <w:p>
      <w:pPr>
        <w:spacing w:after="0"/>
        <w:ind w:left="360"/>
        <w:shd w:val="clear" w:color="auto" w:fill="F2F2F2"/>
      </w:pPr>
      <w:r>
        <w:rPr>
          <w:rFonts w:ascii="Consolas" w:hAnsi="Consolas"/>
          <w:sz w:val="18"/>
        </w:rPr>
        <w:t>&gt;&gt;&gt; text = markdown.format(**data)</w:t>
      </w:r>
    </w:p>
    <w:p>
      <w:pPr>
        <w:spacing w:after="40"/>
      </w:pPr>
    </w:p>
    <w:p>
      <w:pPr>
        <w:spacing w:after="80"/>
        <w:ind w:left="360"/>
      </w:pPr>
      <w:r>
        <w:t xml:space="preserve">5. </w:t>
      </w:r>
      <w:r>
        <w:rPr>
          <w:b w:val="0"/>
          <w:i w:val="0"/>
        </w:rPr>
        <w:t>Đối với phiên bản HTML, render Markdown và thêm phần tạo kiểu:</w:t>
      </w:r>
    </w:p>
    <w:p>
      <w:pPr>
        <w:spacing w:after="0"/>
        <w:ind w:left="360"/>
        <w:shd w:val="clear" w:color="auto" w:fill="F2F2F2"/>
      </w:pPr>
      <w:r>
        <w:rPr>
          <w:rFonts w:ascii="Consolas" w:hAnsi="Consolas"/>
          <w:sz w:val="18"/>
        </w:rPr>
        <w:t>&gt;&gt;&gt; html_content = mistune.html (text)</w:t>
      </w:r>
    </w:p>
    <w:p>
      <w:pPr>
        <w:spacing w:after="0"/>
        <w:ind w:left="360"/>
        <w:shd w:val="clear" w:color="auto" w:fill="F2F2F2"/>
      </w:pPr>
      <w:r>
        <w:rPr>
          <w:rFonts w:ascii="Consolas" w:hAnsi="Consolas"/>
          <w:sz w:val="18"/>
        </w:rPr>
        <w:t>&gt;&gt;&gt; html = jinja2.Template(styling).render(content=html_content)</w:t>
      </w:r>
    </w:p>
    <w:p>
      <w:pPr>
        <w:spacing w:after="40"/>
      </w:pPr>
    </w:p>
    <w:p>
      <w:pPr>
        <w:spacing w:after="80"/>
        <w:ind w:left="360"/>
      </w:pPr>
      <w:r>
        <w:t xml:space="preserve">6. </w:t>
      </w:r>
      <w:r>
        <w:rPr>
          <w:b w:val="0"/>
          <w:i w:val="0"/>
        </w:rPr>
        <w:t>Lưu cả phiên bản văn bản và HTML xuống ổ đĩa để kiểm tra chúng:</w:t>
      </w:r>
    </w:p>
    <w:p>
      <w:pPr>
        <w:spacing w:after="0"/>
        <w:ind w:left="360"/>
        <w:shd w:val="clear" w:color="auto" w:fill="F2F2F2"/>
      </w:pPr>
      <w:r>
        <w:rPr>
          <w:rFonts w:ascii="Consolas" w:hAnsi="Consolas"/>
          <w:sz w:val="18"/>
        </w:rPr>
        <w:t>&gt;&gt;&gt; with open('text_version.txt', 'w') as fp:</w:t>
      </w:r>
    </w:p>
    <w:p>
      <w:pPr>
        <w:spacing w:after="0"/>
        <w:ind w:left="360"/>
        <w:shd w:val="clear" w:color="auto" w:fill="F2F2F2"/>
      </w:pPr>
      <w:r>
        <w:rPr>
          <w:rFonts w:ascii="Consolas" w:hAnsi="Consolas"/>
          <w:sz w:val="18"/>
        </w:rPr>
        <w:t>...     fp.write(text)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&gt;&gt;&gt; with open('html_version.html', 'w') as fp:</w:t>
      </w:r>
    </w:p>
    <w:p>
      <w:pPr>
        <w:spacing w:after="0"/>
        <w:ind w:left="360"/>
        <w:shd w:val="clear" w:color="auto" w:fill="F2F2F2"/>
      </w:pPr>
      <w:r>
        <w:rPr>
          <w:rFonts w:ascii="Consolas" w:hAnsi="Consolas"/>
          <w:sz w:val="18"/>
        </w:rPr>
        <w:t>...     fp.write(html)</w:t>
      </w:r>
    </w:p>
    <w:p>
      <w:pPr>
        <w:spacing w:after="40"/>
      </w:pPr>
    </w:p>
    <w:p>
      <w:pPr>
        <w:spacing w:after="80"/>
        <w:ind w:left="360"/>
      </w:pPr>
      <w:r>
        <w:t xml:space="preserve">7. </w:t>
      </w:r>
      <w:r>
        <w:rPr>
          <w:b w:val="0"/>
          <w:i w:val="0"/>
        </w:rPr>
        <w:t>Thoát khỏi trình thông dịch và kiểm tra phiên bản văn bản:</w:t>
      </w:r>
    </w:p>
    <w:p>
      <w:pPr>
        <w:spacing w:after="0"/>
        <w:ind w:left="360"/>
        <w:shd w:val="clear" w:color="auto" w:fill="F2F2F2"/>
      </w:pPr>
      <w:r>
        <w:rPr>
          <w:rFonts w:ascii="Consolas" w:hAnsi="Consolas"/>
          <w:sz w:val="18"/>
        </w:rPr>
        <w:t>$ cat text_version.txt</w:t>
      </w:r>
    </w:p>
    <w:p>
      <w:pPr>
        <w:spacing w:after="0"/>
        <w:ind w:left="360"/>
        <w:shd w:val="clear" w:color="auto" w:fill="F2F2F2"/>
      </w:pPr>
      <w:r>
        <w:rPr>
          <w:rFonts w:ascii="Consolas" w:hAnsi="Consolas"/>
          <w:sz w:val="18"/>
        </w:rPr>
        <w:t>Hi Seamus: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This is an email talking about **things**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Very important info</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1. One thing</w:t>
      </w:r>
    </w:p>
    <w:p>
      <w:pPr>
        <w:spacing w:after="0"/>
        <w:ind w:left="360"/>
        <w:shd w:val="clear" w:color="auto" w:fill="F2F2F2"/>
      </w:pPr>
      <w:r>
        <w:rPr>
          <w:rFonts w:ascii="Consolas" w:hAnsi="Consolas"/>
          <w:sz w:val="18"/>
        </w:rPr>
        <w:t>2. Other thing</w:t>
      </w:r>
    </w:p>
    <w:p>
      <w:pPr>
        <w:spacing w:after="0"/>
        <w:ind w:left="360"/>
        <w:shd w:val="clear" w:color="auto" w:fill="F2F2F2"/>
      </w:pPr>
      <w:r>
        <w:rPr>
          <w:rFonts w:ascii="Consolas" w:hAnsi="Consolas"/>
          <w:sz w:val="18"/>
        </w:rPr>
        <w:t>3. Some extra detail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Best regards,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*The email team*</w:t>
      </w:r>
    </w:p>
    <w:p>
      <w:pPr>
        <w:spacing w:after="40"/>
      </w:pPr>
    </w:p>
    <w:p>
      <w:pPr>
        <w:spacing w:after="80"/>
        <w:ind w:left="360"/>
      </w:pPr>
      <w:r>
        <w:t xml:space="preserve">8. </w:t>
      </w:r>
      <w:r>
        <w:rPr>
          <w:b w:val="0"/>
          <w:i w:val="0"/>
        </w:rPr>
        <w:t>Kiểm tra phiên bản HTML trong trình duyệt:</w:t>
      </w:r>
    </w:p>
    <w:p>
      <w:pPr>
        <w:jc w:val="center"/>
      </w:pPr>
      <w:r>
        <w:drawing>
          <wp:inline xmlns:a="http://schemas.openxmlformats.org/drawingml/2006/main" xmlns:pic="http://schemas.openxmlformats.org/drawingml/2006/picture">
            <wp:extent cx="5486400" cy="5457463"/>
            <wp:docPr id="83" name="Picture 83"/>
            <wp:cNvGraphicFramePr>
              <a:graphicFrameLocks noChangeAspect="1"/>
            </wp:cNvGraphicFramePr>
            <a:graphic>
              <a:graphicData uri="http://schemas.openxmlformats.org/drawingml/2006/picture">
                <pic:pic>
                  <pic:nvPicPr>
                    <pic:cNvPr id="0" name="B36973_9_1.png"/>
                    <pic:cNvPicPr/>
                  </pic:nvPicPr>
                  <pic:blipFill>
                    <a:blip r:embed="rId85"/>
                    <a:stretch>
                      <a:fillRect/>
                    </a:stretch>
                  </pic:blipFill>
                  <pic:spPr>
                    <a:xfrm>
                      <a:off x="0" y="0"/>
                      <a:ext cx="5486400" cy="5457463"/>
                    </a:xfrm>
                    <a:prstGeom prst="rect"/>
                  </pic:spPr>
                </pic:pic>
              </a:graphicData>
            </a:graphic>
          </wp:inline>
        </w:drawing>
      </w:r>
    </w:p>
    <w:p>
      <w:pPr>
        <w:spacing w:after="160"/>
        <w:jc w:val="center"/>
      </w:pPr>
      <w:r>
        <w:rPr>
          <w:rFonts w:ascii="Calibri" w:hAnsi="Calibri"/>
          <w:b w:val="0"/>
          <w:i/>
          <w:sz w:val="19"/>
        </w:rPr>
        <w:t>Hình 9.1: Ảnh render của tệp HTML</w:t>
      </w:r>
    </w:p>
    <w:p>
      <w:pPr>
        <w:pStyle w:val="Heading3"/>
      </w:pPr>
      <w:r>
        <w:rPr>
          <w:rFonts w:ascii="Calibri" w:hAnsi="Calibri"/>
          <w:b/>
          <w:i w:val="0"/>
          <w:sz w:val="26"/>
        </w:rPr>
        <w:t>Cách hoạt động...</w:t>
      </w:r>
    </w:p>
    <w:p>
      <w:pPr>
        <w:spacing w:after="80"/>
      </w:pPr>
      <w:r>
        <w:rPr>
          <w:b w:val="0"/>
          <w:i/>
        </w:rPr>
        <w:t xml:space="preserve"> Bước 1 </w:t>
      </w:r>
      <w:r>
        <w:rPr>
          <w:b w:val="0"/>
          <w:i w:val="0"/>
        </w:rPr>
        <w:t xml:space="preserve"> import các mô-đun sẽ được dùng sau này, và </w:t>
      </w:r>
      <w:r>
        <w:rPr>
          <w:b w:val="0"/>
          <w:i/>
        </w:rPr>
        <w:t xml:space="preserve"> bước 2 </w:t>
      </w:r>
      <w:r>
        <w:rPr>
          <w:b w:val="0"/>
          <w:i w:val="0"/>
        </w:rPr>
        <w:t xml:space="preserve"> đọc hai template sẽ được render. </w:t>
      </w:r>
      <w:r>
        <w:rPr>
          <w:rFonts w:ascii="Consolas" w:hAnsi="Consolas"/>
          <w:b w:val="0"/>
          <w:i w:val="0"/>
          <w:sz w:val="20"/>
        </w:rPr>
        <w:br/>
        <w:br/>
        <w:t xml:space="preserve">      email_template.md</w:t>
        <w:br/>
        <w:t xml:space="preserve">     </w:t>
        <w:br/>
      </w:r>
      <w:r>
        <w:rPr>
          <w:b w:val="0"/>
          <w:i w:val="0"/>
        </w:rPr>
        <w:t xml:space="preserve"> là nền tảng của nội dung, và nó là một template Markdown. </w:t>
      </w:r>
      <w:r>
        <w:rPr>
          <w:rFonts w:ascii="Consolas" w:hAnsi="Consolas"/>
          <w:b w:val="0"/>
          <w:i w:val="0"/>
          <w:sz w:val="20"/>
        </w:rPr>
        <w:br/>
        <w:br/>
        <w:t xml:space="preserve">      email_styling.html</w:t>
        <w:br/>
        <w:t xml:space="preserve">     </w:t>
        <w:br/>
      </w:r>
      <w:r>
        <w:rPr>
          <w:b w:val="0"/>
          <w:i w:val="0"/>
        </w:rPr>
        <w:t xml:space="preserve"> là một template HTML chứa khung HTML cơ bản và thông tin tạo kiểu CSS.</w:t>
      </w:r>
    </w:p>
    <w:p>
      <w:pPr>
        <w:spacing w:after="80"/>
      </w:pPr>
      <w:r>
        <w:rPr>
          <w:b/>
          <w:i w:val="0"/>
        </w:rPr>
        <w:t>Mẹo</w:t>
      </w:r>
    </w:p>
    <w:p>
      <w:pPr>
        <w:spacing w:after="80"/>
      </w:pPr>
      <w:r>
        <w:rPr>
          <w:b w:val="0"/>
          <w:i w:val="0"/>
        </w:rPr>
        <w:t xml:space="preserve">Chiến lược cơ bản là tạo nội dung ở định dạng Markdown. Đây là một tệp văn bản thuần dễ đọc, có thể được gửi như một phần của email. Nội dung đó sau đó có thể được chuyển đổi thành HTML và bọc thêm phần tạo kiểu để lắp ghép thành tệp HTML hoàn chỉnh, có tạo kiểu. Tệp tạo kiểu </w:t>
      </w:r>
      <w:r>
        <w:rPr>
          <w:rFonts w:ascii="Consolas" w:hAnsi="Consolas"/>
          <w:b w:val="0"/>
          <w:i w:val="0"/>
          <w:sz w:val="20"/>
        </w:rPr>
        <w:br/>
        <w:br/>
        <w:t xml:space="preserve">       email_styling.html</w:t>
        <w:br/>
        <w:t xml:space="preserve">      </w:t>
        <w:br/>
      </w:r>
      <w:r>
        <w:rPr>
          <w:b w:val="0"/>
          <w:i w:val="0"/>
        </w:rPr>
        <w:t xml:space="preserve"> có một vùng nội dung để chúng ta đặt HTML đã render từ Markdown vào.</w:t>
      </w:r>
    </w:p>
    <w:p>
      <w:pPr>
        <w:spacing w:after="80"/>
      </w:pPr>
      <w:r>
        <w:rPr>
          <w:b w:val="0"/>
          <w:i/>
        </w:rPr>
        <w:t xml:space="preserve"> Bước 3 </w:t>
      </w:r>
      <w:r>
        <w:rPr>
          <w:b w:val="0"/>
          <w:i w:val="0"/>
        </w:rPr>
        <w:t xml:space="preserve"> định nghĩa dữ liệu sẽ được hiển thị trong </w:t>
      </w:r>
      <w:r>
        <w:rPr>
          <w:rFonts w:ascii="Consolas" w:hAnsi="Consolas"/>
          <w:b w:val="0"/>
          <w:i w:val="0"/>
          <w:sz w:val="20"/>
        </w:rPr>
        <w:br/>
        <w:br/>
        <w:t xml:space="preserve">      email_template.md</w:t>
        <w:br/>
        <w:t xml:space="preserve">     </w:t>
        <w:br/>
      </w:r>
      <w:r>
        <w:rPr>
          <w:b w:val="0"/>
          <w:i w:val="0"/>
        </w:rPr>
        <w:t xml:space="preserve"> . Đây là một template rất đơn giản, chỉ yêu cầu một tham số duy nhất tên là </w:t>
      </w:r>
      <w:r>
        <w:rPr>
          <w:rFonts w:ascii="Consolas" w:hAnsi="Consolas"/>
          <w:b w:val="0"/>
          <w:i w:val="0"/>
          <w:sz w:val="20"/>
        </w:rPr>
        <w:br/>
        <w:br/>
        <w:t xml:space="preserve">      name</w:t>
        <w:br/>
        <w:t xml:space="preserve">     </w:t>
        <w:br/>
      </w:r>
      <w:r>
        <w:rPr>
          <w:b w:val="0"/>
          <w:i w:val="0"/>
        </w:rPr>
        <w:t xml:space="preserve"> .</w:t>
      </w:r>
    </w:p>
    <w:p>
      <w:pPr>
        <w:spacing w:after="80"/>
      </w:pPr>
      <w:r>
        <w:rPr>
          <w:b/>
          <w:i w:val="0"/>
        </w:rPr>
        <w:t>Lưu ý</w:t>
      </w:r>
    </w:p>
    <w:p>
      <w:pPr>
        <w:spacing w:after="80"/>
      </w:pPr>
      <w:r>
        <w:rPr>
          <w:b w:val="0"/>
          <w:i w:val="0"/>
        </w:rPr>
        <w:t xml:space="preserve">Lưu ý rằng template chứa các placeholder cho những biến sẽ được in ra, trong dữ liệu </w:t>
      </w:r>
      <w:r>
        <w:rPr>
          <w:rFonts w:ascii="Consolas" w:hAnsi="Consolas"/>
          <w:b w:val="0"/>
          <w:i w:val="0"/>
          <w:sz w:val="20"/>
        </w:rPr>
        <w:br/>
        <w:br/>
        <w:t xml:space="preserve">       format</w:t>
        <w:br/>
        <w:t xml:space="preserve">      </w:t>
        <w:br/>
      </w:r>
      <w:r>
        <w:rPr>
          <w:b w:val="0"/>
          <w:i w:val="0"/>
        </w:rPr>
        <w:t xml:space="preserve"> của Python, sử dụng dấu ngoặc nhọn. Điều đó đòi hỏi template không được chứa các dấu ngoặc nhọn khác vốn là phần của văn bản cần hiển thị. Với những template dài hoặc phức tạp, bạn có thể muốn render Markdown bằng cả template </w:t>
      </w:r>
      <w:r>
        <w:rPr>
          <w:rFonts w:ascii="Consolas" w:hAnsi="Consolas"/>
          <w:b w:val="0"/>
          <w:i w:val="0"/>
          <w:sz w:val="20"/>
        </w:rPr>
        <w:br/>
        <w:br/>
        <w:t xml:space="preserve">       jinja</w:t>
        <w:br/>
        <w:t xml:space="preserve">      </w:t>
        <w:br/>
      </w:r>
      <w:r>
        <w:rPr>
          <w:b w:val="0"/>
          <w:i w:val="0"/>
        </w:rPr>
        <w:t xml:space="preserve"> nữa.</w:t>
      </w:r>
    </w:p>
    <w:p>
      <w:pPr>
        <w:spacing w:after="80"/>
      </w:pPr>
      <w:r>
        <w:rPr>
          <w:b w:val="0"/>
          <w:i w:val="0"/>
        </w:rPr>
        <w:t xml:space="preserve">Trong </w:t>
      </w:r>
      <w:r>
        <w:rPr>
          <w:b w:val="0"/>
          <w:i/>
        </w:rPr>
        <w:t xml:space="preserve"> bước 4 </w:t>
      </w:r>
      <w:r>
        <w:rPr>
          <w:b w:val="0"/>
          <w:i w:val="0"/>
        </w:rPr>
        <w:t xml:space="preserve"> , template Markdown được render với dữ liệu. Việc này tạo ra phiên bản văn bản thuần (plain text) của email.</w:t>
      </w:r>
    </w:p>
    <w:p>
      <w:pPr>
        <w:spacing w:after="80"/>
      </w:pPr>
      <w:r>
        <w:rPr>
          <w:b w:val="0"/>
          <w:i w:val="0"/>
        </w:rPr>
        <w:t xml:space="preserve">Phiên bản HTML được render trong </w:t>
      </w:r>
      <w:r>
        <w:rPr>
          <w:b w:val="0"/>
          <w:i/>
        </w:rPr>
        <w:t xml:space="preserve"> bước 5 </w:t>
      </w:r>
      <w:r>
        <w:rPr>
          <w:b w:val="0"/>
          <w:i w:val="0"/>
        </w:rPr>
        <w:t xml:space="preserve"> . Phiên bản văn bản thuần được render thành HTML bằng </w:t>
      </w:r>
      <w:r>
        <w:rPr>
          <w:rFonts w:ascii="Consolas" w:hAnsi="Consolas"/>
          <w:b w:val="0"/>
          <w:i w:val="0"/>
          <w:sz w:val="20"/>
        </w:rPr>
        <w:br/>
        <w:br/>
        <w:t xml:space="preserve">      mistune</w:t>
        <w:br/>
        <w:t xml:space="preserve">     </w:t>
        <w:br/>
      </w:r>
      <w:r>
        <w:rPr>
          <w:b w:val="0"/>
          <w:i w:val="0"/>
        </w:rPr>
        <w:t xml:space="preserve"> , rồi sau đó được bọc bởi </w:t>
      </w:r>
      <w:r>
        <w:rPr>
          <w:rFonts w:ascii="Consolas" w:hAnsi="Consolas"/>
          <w:b w:val="0"/>
          <w:i w:val="0"/>
          <w:sz w:val="20"/>
        </w:rPr>
        <w:br/>
        <w:br/>
        <w:t xml:space="preserve">      email_styling.html</w:t>
        <w:br/>
        <w:t xml:space="preserve">     </w:t>
        <w:br/>
      </w:r>
      <w:r>
        <w:rPr>
          <w:b w:val="0"/>
          <w:i w:val="0"/>
        </w:rPr>
        <w:t xml:space="preserve"> sử dụng một template </w:t>
      </w:r>
      <w:r>
        <w:rPr>
          <w:rFonts w:ascii="Consolas" w:hAnsi="Consolas"/>
          <w:b w:val="0"/>
          <w:i w:val="0"/>
          <w:sz w:val="20"/>
        </w:rPr>
        <w:br/>
        <w:br/>
        <w:t xml:space="preserve">      jinja2</w:t>
        <w:br/>
        <w:t xml:space="preserve">     </w:t>
        <w:br/>
      </w:r>
      <w:r>
        <w:rPr>
          <w:b w:val="0"/>
          <w:i w:val="0"/>
        </w:rPr>
        <w:t xml:space="preserve"> . Phiên bản cuối cùng là một tài liệu HTML khép kín (self-contained).</w:t>
      </w:r>
    </w:p>
    <w:p>
      <w:pPr>
        <w:spacing w:after="80"/>
      </w:pPr>
      <w:r>
        <w:rPr>
          <w:b w:val="0"/>
          <w:i w:val="0"/>
        </w:rPr>
        <w:t xml:space="preserve">Cuối cùng, chúng ta lưu cả hai phiên bản, văn bản thuần (dưới dạng text) và HTML (dưới dạng html), vào file trong </w:t>
      </w:r>
      <w:r>
        <w:rPr>
          <w:b w:val="0"/>
          <w:i/>
        </w:rPr>
        <w:t xml:space="preserve"> bước 6 </w:t>
      </w:r>
      <w:r>
        <w:rPr>
          <w:b w:val="0"/>
          <w:i w:val="0"/>
        </w:rPr>
        <w:t xml:space="preserve"> . </w:t>
      </w:r>
      <w:r>
        <w:rPr>
          <w:b w:val="0"/>
          <w:i/>
        </w:rPr>
        <w:t xml:space="preserve"> Bước 7 </w:t>
      </w:r>
      <w:r>
        <w:rPr>
          <w:b w:val="0"/>
          <w:i w:val="0"/>
        </w:rPr>
        <w:t xml:space="preserve"> và </w:t>
      </w:r>
      <w:r>
        <w:rPr>
          <w:b w:val="0"/>
          <w:i/>
        </w:rPr>
        <w:t xml:space="preserve"> 8 </w:t>
      </w:r>
      <w:r>
        <w:rPr>
          <w:b w:val="0"/>
          <w:i w:val="0"/>
        </w:rPr>
        <w:t xml:space="preserve"> kiểm tra các giá trị đã lưu. Thông tin giống nhau ở cả hai phiên bản, nhưng ở phiên bản HTML thì được style đẹp hơn.</w:t>
      </w:r>
    </w:p>
    <w:p>
      <w:pPr>
        <w:pStyle w:val="Heading3"/>
      </w:pPr>
      <w:r>
        <w:rPr>
          <w:rFonts w:ascii="Calibri" w:hAnsi="Calibri"/>
          <w:b/>
          <w:i w:val="0"/>
          <w:sz w:val="26"/>
        </w:rPr>
        <w:t>Còn nữa...</w:t>
      </w:r>
    </w:p>
    <w:p>
      <w:pPr>
        <w:spacing w:after="80"/>
      </w:pPr>
      <w:r>
        <w:rPr>
          <w:b w:val="0"/>
          <w:i w:val="0"/>
        </w:rPr>
        <w:t>Sử dụng Markdown giúp việc tạo email ở cả hai phiên bản văn bản thuần và HTML trở nên dễ dàng. Markdown là một định dạng văn bản khá dễ đọc và render thành HTML rất tự nhiên. Dù vậy, vẫn có thể tạo ra những phiên bản HTML hoàn toàn khác biệt, cho phép tùy biến nhiều hơn và tận dụng tốt hơn các tính năng của HTML.</w:t>
      </w:r>
    </w:p>
    <w:p>
      <w:pPr>
        <w:spacing w:after="80"/>
      </w:pPr>
      <w:r>
        <w:rPr>
          <w:b w:val="0"/>
          <w:i w:val="0"/>
        </w:rPr>
        <w:t xml:space="preserve">Cú pháp Markdown đầy đủ có thể tìm thấy tại </w:t>
      </w:r>
      <w:r>
        <w:rPr>
          <w:rFonts w:ascii="Consolas" w:hAnsi="Consolas"/>
          <w:b w:val="0"/>
          <w:i w:val="0"/>
          <w:sz w:val="20"/>
        </w:rPr>
        <w:br/>
        <w:br/>
        <w:t xml:space="preserve">       https://daringfireball.net/projects/markdown/syntax</w:t>
        <w:br/>
        <w:t xml:space="preserve">      </w:t>
        <w:br/>
      </w:r>
      <w:r>
        <w:rPr>
          <w:b w:val="0"/>
          <w:i w:val="0"/>
        </w:rPr>
        <w:t xml:space="preserve"> , và một cheat sheet hay bao gồm những phần tử được dùng phổ biến nhất có thể tìm thấy tại </w:t>
      </w:r>
      <w:r>
        <w:rPr>
          <w:rFonts w:ascii="Consolas" w:hAnsi="Consolas"/>
          <w:b w:val="0"/>
          <w:i w:val="0"/>
          <w:sz w:val="20"/>
        </w:rPr>
        <w:br/>
        <w:br/>
        <w:t xml:space="preserve">       https://www.markdownguide.org/cheat-sheet</w:t>
        <w:br/>
        <w:t xml:space="preserve">      </w:t>
        <w:br/>
      </w:r>
      <w:r>
        <w:rPr>
          <w:b w:val="0"/>
          <w:i w:val="0"/>
        </w:rPr>
        <w:t xml:space="preserve"> .</w:t>
      </w:r>
    </w:p>
    <w:p>
      <w:pPr>
        <w:spacing w:after="80"/>
      </w:pPr>
      <w:r>
        <w:rPr>
          <w:b w:val="0"/>
          <w:i w:val="0"/>
        </w:rPr>
        <w:t>Mặc dù việc tạo phiên bản văn bản thuần của một email không thực sự bắt buộc, nhưng đó là một thói quen tốt và cho thấy bạn quan tâm đến người đọc email. Hầu hết các email client đều chấp nhận và hiển thị HTML, nhưng điều đó không phổ biến với mọi nơi.</w:t>
      </w:r>
    </w:p>
    <w:p>
      <w:pPr>
        <w:spacing w:after="80"/>
      </w:pPr>
      <w:r>
        <w:rPr>
          <w:b/>
          <w:i w:val="0"/>
        </w:rPr>
        <w:t>Mẹo</w:t>
      </w:r>
    </w:p>
    <w:p>
      <w:pPr>
        <w:spacing w:after="80"/>
      </w:pPr>
      <w:r>
        <w:rPr>
          <w:b w:val="0"/>
          <w:i w:val="0"/>
        </w:rPr>
        <w:t>Đối với email HTML, toàn bộ thông tin stylesheet nên được chứa trong email. Điều này có nghĩa là CSS cần được nhúng vào HTML. Tránh tạo các tham chiếu bên ngoài đến tài nguyên, vì điều đó có thể khiến email không render đúng ở một số email client hoặc thậm chí bị phân loại là spam.</w:t>
      </w:r>
    </w:p>
    <w:p>
      <w:pPr>
        <w:spacing w:after="80"/>
      </w:pPr>
      <w:r>
        <w:rPr>
          <w:b w:val="0"/>
          <w:i w:val="0"/>
        </w:rPr>
        <w:t xml:space="preserve">Phần styling trong </w:t>
      </w:r>
      <w:r>
        <w:rPr>
          <w:rFonts w:ascii="Consolas" w:hAnsi="Consolas"/>
          <w:b w:val="0"/>
          <w:i w:val="0"/>
          <w:sz w:val="20"/>
        </w:rPr>
        <w:br/>
        <w:br/>
        <w:t xml:space="preserve">      email_styling.html</w:t>
        <w:br/>
        <w:t xml:space="preserve">     </w:t>
        <w:br/>
      </w:r>
      <w:r>
        <w:rPr>
          <w:b w:val="0"/>
          <w:i w:val="0"/>
        </w:rPr>
        <w:t xml:space="preserve"> dựa trên stylesheet </w:t>
      </w:r>
      <w:r>
        <w:rPr>
          <w:b w:val="0"/>
          <w:i/>
        </w:rPr>
        <w:t xml:space="preserve"> modest </w:t>
      </w:r>
      <w:r>
        <w:rPr>
          <w:b w:val="0"/>
          <w:i w:val="0"/>
        </w:rPr>
        <w:t xml:space="preserve"> , có thể tìm thấy tại đây: </w:t>
      </w:r>
      <w:r>
        <w:rPr>
          <w:rFonts w:ascii="Consolas" w:hAnsi="Consolas"/>
          <w:b w:val="0"/>
          <w:i w:val="0"/>
          <w:sz w:val="20"/>
        </w:rPr>
        <w:br/>
        <w:br/>
        <w:t xml:space="preserve">       http://markdowncss.github.io/</w:t>
        <w:br/>
        <w:t xml:space="preserve">      </w:t>
        <w:br/>
      </w:r>
      <w:r>
        <w:rPr>
          <w:b w:val="0"/>
          <w:i w:val="0"/>
        </w:rPr>
        <w:t xml:space="preserve"> . Có những stylesheet CSS khác có thể sử dụng, và tìm kiếm bằng Google sẽ tìm được thêm. Nhớ xóa mọi tham chiếu bên ngoài, như đã bàn ở trên.</w:t>
      </w:r>
    </w:p>
    <w:p>
      <w:pPr>
        <w:spacing w:after="80"/>
      </w:pPr>
      <w:r>
        <w:rPr>
          <w:b/>
          <w:i w:val="0"/>
        </w:rPr>
        <w:t>Mẹo</w:t>
      </w:r>
    </w:p>
    <w:p>
      <w:pPr>
        <w:spacing w:after="80"/>
      </w:pPr>
      <w:r>
        <w:rPr>
          <w:b w:val="0"/>
          <w:i w:val="0"/>
        </w:rPr>
        <w:t>Hoặc cách khác, hãy tạo một stylesheet mới hoặc chỉnh sửa một stylesheet có sẵn bằng các công cụ GenAI.</w:t>
      </w:r>
    </w:p>
    <w:p>
      <w:pPr>
        <w:spacing w:after="80"/>
      </w:pPr>
      <w:r>
        <w:rPr>
          <w:b w:val="0"/>
          <w:i w:val="0"/>
        </w:rPr>
        <w:t xml:space="preserve">Hình ảnh có thể được đưa vào HTML bằng cách mã hóa chúng ở định dạng </w:t>
      </w:r>
      <w:r>
        <w:rPr>
          <w:rFonts w:ascii="Consolas" w:hAnsi="Consolas"/>
          <w:b w:val="0"/>
          <w:i w:val="0"/>
          <w:sz w:val="20"/>
        </w:rPr>
        <w:br/>
        <w:br/>
        <w:t xml:space="preserve">      base64</w:t>
        <w:br/>
        <w:t xml:space="preserve">     </w:t>
        <w:br/>
      </w:r>
      <w:r>
        <w:rPr>
          <w:b w:val="0"/>
          <w:i w:val="0"/>
        </w:rPr>
        <w:t xml:space="preserve"> , để chúng có thể được nhúng trực tiếp vào các thẻ </w:t>
      </w:r>
      <w:r>
        <w:rPr>
          <w:rFonts w:ascii="Consolas" w:hAnsi="Consolas"/>
          <w:b w:val="0"/>
          <w:i w:val="0"/>
          <w:sz w:val="20"/>
        </w:rPr>
        <w:br/>
        <w:br/>
        <w:t xml:space="preserve">      img</w:t>
        <w:br/>
        <w:t xml:space="preserve">     </w:t>
        <w:br/>
      </w:r>
      <w:r>
        <w:rPr>
          <w:b w:val="0"/>
          <w:i w:val="0"/>
        </w:rPr>
        <w:t xml:space="preserve"> của HTML, thay vì thêm các tham chiếu.</w:t>
      </w:r>
    </w:p>
    <w:p>
      <w:pPr>
        <w:spacing w:after="80"/>
      </w:pPr>
      <w:r>
        <w:rPr>
          <w:b w:val="0"/>
          <w:i w:val="0"/>
        </w:rPr>
        <w:t xml:space="preserve">Mẫu này bao gồm thẻ </w:t>
      </w:r>
      <w:r>
        <w:rPr>
          <w:rFonts w:ascii="Consolas" w:hAnsi="Consolas"/>
          <w:b w:val="0"/>
          <w:i w:val="0"/>
          <w:sz w:val="20"/>
        </w:rPr>
        <w:br/>
        <w:br/>
        <w:t xml:space="preserve">      img</w:t>
        <w:br/>
        <w:t xml:space="preserve">     </w:t>
        <w:br/>
      </w:r>
      <w:r>
        <w:rPr>
          <w:b w:val="0"/>
          <w:i w:val="0"/>
        </w:rPr>
        <w:t xml:space="preserve"> chỉ hiển thị khi biến </w:t>
      </w:r>
      <w:r>
        <w:rPr>
          <w:rFonts w:ascii="Consolas" w:hAnsi="Consolas"/>
          <w:b w:val="0"/>
          <w:i w:val="0"/>
          <w:sz w:val="20"/>
        </w:rPr>
        <w:br/>
        <w:br/>
        <w:t xml:space="preserve">      base64img</w:t>
        <w:br/>
        <w:t xml:space="preserve">     </w:t>
        <w:br/>
      </w:r>
      <w:r>
        <w:rPr>
          <w:b w:val="0"/>
          <w:i w:val="0"/>
        </w:rPr>
        <w:t xml:space="preserve"> được định nghĩa lúc render HTML. Xem phần này của mẫu </w:t>
      </w:r>
      <w:r>
        <w:rPr>
          <w:rFonts w:ascii="Consolas" w:hAnsi="Consolas"/>
          <w:b w:val="0"/>
          <w:i w:val="0"/>
          <w:sz w:val="20"/>
        </w:rPr>
        <w:br/>
        <w:br/>
        <w:t xml:space="preserve">      email_styling.html</w:t>
        <w:br/>
        <w:t xml:space="preserve">     </w:t>
        <w:br/>
      </w:r>
      <w:r>
        <w:rPr>
          <w:b w:val="0"/>
          <w:i w:val="0"/>
        </w:rPr>
        <w:t xml:space="preserve"> , nó render thông tin này có điều kiện:</w:t>
      </w:r>
    </w:p>
    <w:p>
      <w:pPr>
        <w:spacing w:after="0"/>
        <w:ind w:left="360"/>
        <w:shd w:val="clear" w:color="auto" w:fill="F2F2F2"/>
      </w:pPr>
      <w:r>
        <w:rPr>
          <w:rFonts w:ascii="Consolas" w:hAnsi="Consolas"/>
          <w:sz w:val="18"/>
        </w:rPr>
        <w:t>{% if base64img %}</w:t>
      </w:r>
    </w:p>
    <w:p>
      <w:pPr>
        <w:spacing w:after="0"/>
        <w:ind w:left="360"/>
        <w:shd w:val="clear" w:color="auto" w:fill="F2F2F2"/>
      </w:pPr>
      <w:r>
        <w:rPr>
          <w:rFonts w:ascii="Consolas" w:hAnsi="Consolas"/>
          <w:sz w:val="18"/>
        </w:rPr>
        <w:t>&lt;div&gt;</w:t>
      </w:r>
    </w:p>
    <w:p>
      <w:pPr>
        <w:spacing w:after="0"/>
        <w:ind w:left="360"/>
        <w:shd w:val="clear" w:color="auto" w:fill="F2F2F2"/>
      </w:pPr>
      <w:r>
        <w:rPr>
          <w:rFonts w:ascii="Consolas" w:hAnsi="Consolas"/>
          <w:sz w:val="18"/>
        </w:rPr>
        <w:t>&lt;p&gt;This presents an image&lt;/p&gt;</w:t>
      </w:r>
    </w:p>
    <w:p>
      <w:pPr>
        <w:spacing w:after="0"/>
        <w:ind w:left="360"/>
        <w:shd w:val="clear" w:color="auto" w:fill="F2F2F2"/>
      </w:pPr>
      <w:r>
        <w:rPr>
          <w:rFonts w:ascii="Consolas" w:hAnsi="Consolas"/>
          <w:sz w:val="18"/>
        </w:rPr>
        <w:t>&lt;img alt="image" src='data:image/png;base64,{{base64img}}'/&gt;</w:t>
      </w:r>
    </w:p>
    <w:p>
      <w:pPr>
        <w:spacing w:after="0"/>
        <w:ind w:left="360"/>
        <w:shd w:val="clear" w:color="auto" w:fill="F2F2F2"/>
      </w:pPr>
      <w:r>
        <w:rPr>
          <w:rFonts w:ascii="Consolas" w:hAnsi="Consolas"/>
          <w:sz w:val="18"/>
        </w:rPr>
        <w:t>&lt;/div&gt;</w:t>
      </w:r>
    </w:p>
    <w:p>
      <w:pPr>
        <w:spacing w:after="0"/>
        <w:ind w:left="360"/>
        <w:shd w:val="clear" w:color="auto" w:fill="F2F2F2"/>
      </w:pPr>
      <w:r>
        <w:rPr>
          <w:rFonts w:ascii="Consolas" w:hAnsi="Consolas"/>
          <w:sz w:val="18"/>
        </w:rPr>
        <w:t>{% endif %}</w:t>
      </w:r>
    </w:p>
    <w:p>
      <w:pPr>
        <w:spacing w:after="40"/>
      </w:pPr>
    </w:p>
    <w:p>
      <w:pPr>
        <w:spacing w:after="80"/>
      </w:pPr>
      <w:r>
        <w:rPr>
          <w:b w:val="0"/>
          <w:i w:val="0"/>
        </w:rPr>
        <w:t xml:space="preserve">Kiểm tra tệp </w:t>
      </w:r>
      <w:r>
        <w:rPr>
          <w:rFonts w:ascii="Consolas" w:hAnsi="Consolas"/>
          <w:b w:val="0"/>
          <w:i w:val="0"/>
          <w:sz w:val="20"/>
        </w:rPr>
        <w:br/>
        <w:br/>
        <w:t xml:space="preserve">      image.png</w:t>
        <w:br/>
        <w:t xml:space="preserve">     </w:t>
        <w:br/>
      </w:r>
      <w:r>
        <w:rPr>
          <w:b w:val="0"/>
          <w:i w:val="0"/>
        </w:rPr>
        <w:t xml:space="preserve"> trong thư mục </w:t>
      </w:r>
      <w:r>
        <w:rPr>
          <w:rFonts w:ascii="Consolas" w:hAnsi="Consolas"/>
          <w:b w:val="0"/>
          <w:i w:val="0"/>
          <w:sz w:val="20"/>
        </w:rPr>
        <w:br/>
        <w:br/>
        <w:t xml:space="preserve">       https://github.com/PacktPublishing/Python-Automation-Cookbook-Third-Edition/tree/main/ch09</w:t>
        <w:br/>
        <w:t xml:space="preserve">      </w:t>
        <w:br/>
      </w:r>
    </w:p>
    <w:p>
      <w:pPr>
        <w:spacing w:after="0"/>
        <w:ind w:left="360"/>
        <w:shd w:val="clear" w:color="auto" w:fill="F2F2F2"/>
      </w:pPr>
      <w:r>
        <w:rPr>
          <w:rFonts w:ascii="Consolas" w:hAnsi="Consolas"/>
          <w:sz w:val="18"/>
        </w:rPr>
        <w:t>&gt;&gt;&gt; import base64</w:t>
      </w:r>
    </w:p>
    <w:p>
      <w:pPr>
        <w:spacing w:after="0"/>
        <w:ind w:left="360"/>
        <w:shd w:val="clear" w:color="auto" w:fill="F2F2F2"/>
      </w:pPr>
      <w:r>
        <w:rPr>
          <w:rFonts w:ascii="Consolas" w:hAnsi="Consolas"/>
          <w:sz w:val="18"/>
        </w:rPr>
        <w:t>&gt;&gt;&gt; with open("image.png",'rb') as file:</w:t>
      </w:r>
    </w:p>
    <w:p>
      <w:pPr>
        <w:spacing w:after="0"/>
        <w:ind w:left="360"/>
        <w:shd w:val="clear" w:color="auto" w:fill="F2F2F2"/>
      </w:pPr>
      <w:r>
        <w:rPr>
          <w:rFonts w:ascii="Consolas" w:hAnsi="Consolas"/>
          <w:sz w:val="18"/>
        </w:rPr>
        <w:t>...    encoded_data = base64.b64encode(file.read())</w:t>
      </w:r>
    </w:p>
    <w:p>
      <w:pPr>
        <w:spacing w:after="0"/>
        <w:ind w:left="360"/>
        <w:shd w:val="clear" w:color="auto" w:fill="F2F2F2"/>
      </w:pPr>
      <w:r>
        <w:rPr>
          <w:rFonts w:ascii="Consolas" w:hAnsi="Consolas"/>
          <w:sz w:val="18"/>
        </w:rPr>
        <w:t>&gt;&gt;&gt; print("&lt;img src='data:image/png;base64,{data}'/&gt;".format(data=encoded_data))</w:t>
      </w:r>
    </w:p>
    <w:p>
      <w:pPr>
        <w:spacing w:after="40"/>
      </w:pPr>
    </w:p>
    <w:p>
      <w:pPr>
        <w:spacing w:after="80"/>
      </w:pPr>
      <w:r>
        <w:rPr>
          <w:b w:val="0"/>
          <w:i w:val="0"/>
        </w:rPr>
        <w:t xml:space="preserve">Giờ bạn có thể đưa ảnh vào mẫu, bằng cách thêm </w:t>
      </w:r>
      <w:r>
        <w:rPr>
          <w:rFonts w:ascii="Consolas" w:hAnsi="Consolas"/>
          <w:b w:val="0"/>
          <w:i w:val="0"/>
          <w:sz w:val="20"/>
        </w:rPr>
        <w:br/>
        <w:br/>
        <w:t xml:space="preserve">      encoded_data</w:t>
        <w:br/>
        <w:t xml:space="preserve">     </w:t>
        <w:br/>
      </w:r>
      <w:r>
        <w:rPr>
          <w:b w:val="0"/>
          <w:i w:val="0"/>
        </w:rPr>
        <w:t xml:space="preserve"> , chứa dữ liệu ở dạng </w:t>
      </w:r>
      <w:r>
        <w:rPr>
          <w:rFonts w:ascii="Consolas" w:hAnsi="Consolas"/>
          <w:b w:val="0"/>
          <w:i w:val="0"/>
          <w:sz w:val="20"/>
        </w:rPr>
        <w:br/>
        <w:br/>
        <w:t xml:space="preserve">      base64</w:t>
        <w:br/>
        <w:t xml:space="preserve">     </w:t>
        <w:br/>
      </w:r>
      <w:r>
        <w:rPr>
          <w:b w:val="0"/>
          <w:i w:val="0"/>
        </w:rPr>
        <w:t xml:space="preserve"> , vào mẫu HTML trong biến </w:t>
      </w:r>
      <w:r>
        <w:rPr>
          <w:rFonts w:ascii="Consolas" w:hAnsi="Consolas"/>
          <w:b w:val="0"/>
          <w:i w:val="0"/>
          <w:sz w:val="20"/>
        </w:rPr>
        <w:br/>
        <w:br/>
        <w:t xml:space="preserve">      base64img.</w:t>
        <w:br/>
        <w:t xml:space="preserve">     </w:t>
        <w:br/>
      </w:r>
    </w:p>
    <w:p>
      <w:pPr>
        <w:spacing w:after="0"/>
        <w:ind w:left="360"/>
        <w:shd w:val="clear" w:color="auto" w:fill="F2F2F2"/>
      </w:pPr>
      <w:r>
        <w:rPr>
          <w:rFonts w:ascii="Consolas" w:hAnsi="Consolas"/>
          <w:sz w:val="18"/>
        </w:rPr>
        <w:t>&gt;&gt;&gt; html = jinja2.Template(styling).render(content=html_content, base64img=encoded_data)</w:t>
      </w:r>
    </w:p>
    <w:p>
      <w:pPr>
        <w:spacing w:after="0"/>
        <w:ind w:left="360"/>
        <w:shd w:val="clear" w:color="auto" w:fill="F2F2F2"/>
      </w:pPr>
      <w:r>
        <w:rPr>
          <w:rFonts w:ascii="Consolas" w:hAnsi="Consolas"/>
          <w:sz w:val="18"/>
        </w:rPr>
        <w:t>&gt;&gt;&gt; with open('html_version.html', 'w') as fp:</w:t>
      </w:r>
    </w:p>
    <w:p>
      <w:pPr>
        <w:spacing w:after="0"/>
        <w:ind w:left="360"/>
        <w:shd w:val="clear" w:color="auto" w:fill="F2F2F2"/>
      </w:pPr>
      <w:r>
        <w:rPr>
          <w:rFonts w:ascii="Consolas" w:hAnsi="Consolas"/>
          <w:sz w:val="18"/>
        </w:rPr>
        <w:t>...     fp.write(html)</w:t>
      </w:r>
    </w:p>
    <w:p>
      <w:pPr>
        <w:spacing w:after="40"/>
      </w:pPr>
    </w:p>
    <w:p>
      <w:pPr>
        <w:spacing w:after="80"/>
      </w:pPr>
      <w:r>
        <w:rPr>
          <w:b/>
          <w:i w:val="0"/>
        </w:rPr>
        <w:t>Lưu ý</w:t>
      </w:r>
    </w:p>
    <w:p>
      <w:pPr>
        <w:spacing w:after="80"/>
      </w:pPr>
      <w:r>
        <w:rPr>
          <w:b w:val="0"/>
          <w:i w:val="0"/>
        </w:rPr>
        <w:t xml:space="preserve">Bạn có thể tìm thêm thông tin về kỹ thuật này trong bài viết sau: </w:t>
      </w:r>
      <w:r>
        <w:rPr>
          <w:rFonts w:ascii="Consolas" w:hAnsi="Consolas"/>
          <w:b w:val="0"/>
          <w:i w:val="0"/>
          <w:sz w:val="20"/>
        </w:rPr>
        <w:br/>
        <w:br/>
        <w:t xml:space="preserve">        https://css-tricks.com/data-uris/</w:t>
        <w:br/>
        <w:t xml:space="preserve">       </w:t>
        <w:br/>
      </w:r>
      <w:r>
        <w:rPr>
          <w:b w:val="0"/>
          <w:i w:val="0"/>
        </w:rPr>
        <w:t xml:space="preserve"> .</w:t>
      </w:r>
    </w:p>
    <w:p>
      <w:pPr>
        <w:spacing w:after="80"/>
      </w:pPr>
      <w:r>
        <w:rPr>
          <w:b w:val="0"/>
          <w:i w:val="0"/>
        </w:rPr>
        <w:t xml:space="preserve">Mẫu sau khi render, dùng </w:t>
      </w:r>
      <w:r>
        <w:rPr>
          <w:rFonts w:ascii="Consolas" w:hAnsi="Consolas"/>
          <w:b w:val="0"/>
          <w:i w:val="0"/>
          <w:sz w:val="20"/>
        </w:rPr>
        <w:br/>
        <w:br/>
        <w:t xml:space="preserve">      image.png</w:t>
        <w:br/>
        <w:t xml:space="preserve">     </w:t>
        <w:br/>
      </w:r>
      <w:r>
        <w:rPr>
          <w:b w:val="0"/>
          <w:i w:val="0"/>
        </w:rPr>
        <w:t xml:space="preserve"> , trông như thế này:</w:t>
      </w:r>
    </w:p>
    <w:p>
      <w:pPr>
        <w:jc w:val="center"/>
      </w:pPr>
      <w:r>
        <w:drawing>
          <wp:inline xmlns:a="http://schemas.openxmlformats.org/drawingml/2006/main" xmlns:pic="http://schemas.openxmlformats.org/drawingml/2006/picture">
            <wp:extent cx="5486400" cy="6294276"/>
            <wp:docPr id="84" name="Picture 84"/>
            <wp:cNvGraphicFramePr>
              <a:graphicFrameLocks noChangeAspect="1"/>
            </wp:cNvGraphicFramePr>
            <a:graphic>
              <a:graphicData uri="http://schemas.openxmlformats.org/drawingml/2006/picture">
                <pic:pic>
                  <pic:nvPicPr>
                    <pic:cNvPr id="0" name="B36973_9_2.png"/>
                    <pic:cNvPicPr/>
                  </pic:nvPicPr>
                  <pic:blipFill>
                    <a:blip r:embed="rId86"/>
                    <a:stretch>
                      <a:fillRect/>
                    </a:stretch>
                  </pic:blipFill>
                  <pic:spPr>
                    <a:xfrm>
                      <a:off x="0" y="0"/>
                      <a:ext cx="5486400" cy="6294276"/>
                    </a:xfrm>
                    <a:prstGeom prst="rect"/>
                  </pic:spPr>
                </pic:pic>
              </a:graphicData>
            </a:graphic>
          </wp:inline>
        </w:drawing>
      </w:r>
    </w:p>
    <w:p>
      <w:pPr>
        <w:spacing w:after="160"/>
        <w:jc w:val="center"/>
      </w:pPr>
      <w:r>
        <w:rPr>
          <w:rFonts w:ascii="Calibri" w:hAnsi="Calibri"/>
          <w:b w:val="0"/>
          <w:i/>
          <w:sz w:val="19"/>
        </w:rPr>
        <w:t>Hình 9.2: Kết quả HTML bao gồm cả ảnh</w:t>
      </w:r>
    </w:p>
    <w:p>
      <w:pPr>
        <w:spacing w:after="80"/>
      </w:pPr>
      <w:r>
        <w:rPr>
          <w:b/>
          <w:i w:val="0"/>
        </w:rPr>
        <w:t>Lưu ý</w:t>
      </w:r>
    </w:p>
    <w:p>
      <w:pPr>
        <w:spacing w:after="80"/>
      </w:pPr>
      <w:r>
        <w:rPr>
          <w:b w:val="0"/>
          <w:i w:val="0"/>
        </w:rPr>
        <w:t xml:space="preserve">Ảnh trong </w:t>
      </w:r>
      <w:r>
        <w:rPr>
          <w:b w:val="0"/>
          <w:i/>
        </w:rPr>
        <w:t xml:space="preserve"> Hình 9.2 </w:t>
      </w:r>
      <w:r>
        <w:rPr>
          <w:b w:val="0"/>
          <w:i w:val="0"/>
        </w:rPr>
        <w:t xml:space="preserve"> được tạo bằng GenAI (ChatGPT) với prompt: </w:t>
      </w:r>
      <w:r>
        <w:rPr>
          <w:b w:val="0"/>
          <w:i/>
        </w:rPr>
        <w:t xml:space="preserve"> Generate, in pixelart, a banner showing a forest with high trees. It should look like a 16-bit image from the 90s. </w:t>
      </w:r>
    </w:p>
    <w:p>
      <w:pPr>
        <w:spacing w:after="80"/>
      </w:pPr>
      <w:r>
        <w:rPr>
          <w:b w:val="0"/>
          <w:i w:val="0"/>
        </w:rPr>
        <w:t xml:space="preserve">Tài liệu đầy đủ của </w:t>
      </w:r>
      <w:r>
        <w:rPr>
          <w:rFonts w:ascii="Consolas" w:hAnsi="Consolas"/>
          <w:b w:val="0"/>
          <w:i w:val="0"/>
          <w:sz w:val="20"/>
        </w:rPr>
        <w:br/>
        <w:br/>
        <w:t xml:space="preserve">      mistune</w:t>
        <w:br/>
        <w:t xml:space="preserve">     </w:t>
        <w:br/>
      </w:r>
      <w:r>
        <w:rPr>
          <w:b w:val="0"/>
          <w:i w:val="0"/>
        </w:rPr>
        <w:t xml:space="preserve"> có tại </w:t>
      </w:r>
      <w:r>
        <w:rPr>
          <w:rFonts w:ascii="Consolas" w:hAnsi="Consolas"/>
          <w:b w:val="0"/>
          <w:i w:val="0"/>
          <w:sz w:val="20"/>
        </w:rPr>
        <w:br/>
        <w:br/>
        <w:t xml:space="preserve">       http://mistune.readthedocs.io/en/latest/</w:t>
        <w:br/>
        <w:t xml:space="preserve">      </w:t>
        <w:br/>
      </w:r>
      <w:r>
        <w:rPr>
          <w:b w:val="0"/>
          <w:i w:val="0"/>
        </w:rPr>
        <w:t xml:space="preserve"> , còn tài liệu của </w:t>
      </w:r>
      <w:r>
        <w:rPr>
          <w:rFonts w:ascii="Consolas" w:hAnsi="Consolas"/>
          <w:b w:val="0"/>
          <w:i w:val="0"/>
          <w:sz w:val="20"/>
        </w:rPr>
        <w:br/>
        <w:br/>
        <w:t xml:space="preserve">      jinja2</w:t>
        <w:br/>
        <w:t xml:space="preserve">     </w:t>
        <w:br/>
      </w:r>
      <w:r>
        <w:rPr>
          <w:b w:val="0"/>
          <w:i w:val="0"/>
        </w:rPr>
        <w:t xml:space="preserve"> có thể tìm thấy tại </w:t>
      </w:r>
      <w:r>
        <w:rPr>
          <w:rFonts w:ascii="Consolas" w:hAnsi="Consolas"/>
          <w:b w:val="0"/>
          <w:i w:val="0"/>
          <w:sz w:val="20"/>
        </w:rPr>
        <w:br/>
        <w:br/>
        <w:t xml:space="preserve">       https://jinja.palletsprojects.com/en/stable/</w:t>
        <w:br/>
        <w:t xml:space="preserve">      </w:t>
        <w:br/>
      </w:r>
      <w:r>
        <w:rPr>
          <w:b w:val="0"/>
          <w:i w:val="0"/>
        </w:rPr>
        <w:t xml:space="preserve"> .</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Định dạng văn bản trong Markdown </w:t>
      </w:r>
      <w:r>
        <w:rPr>
          <w:b w:val="0"/>
          <w:i w:val="0"/>
        </w:rPr>
        <w:t xml:space="preserve"> trong </w:t>
      </w:r>
      <w:r>
        <w:rPr>
          <w:b w:val="0"/>
          <w:i/>
        </w:rPr>
        <w:t xml:space="preserve"> Chương 5 </w:t>
      </w:r>
      <w:r>
        <w:rPr>
          <w:b w:val="0"/>
          <w:i w:val="0"/>
        </w:rPr>
        <w:t xml:space="preserve"> , </w:t>
      </w:r>
      <w:r>
        <w:rPr>
          <w:b w:val="0"/>
          <w:i/>
        </w:rPr>
        <w:t xml:space="preserve"> Tạo báo cáo tuyệt đỉnh </w:t>
      </w:r>
      <w:r>
        <w:rPr>
          <w:b w:val="0"/>
          <w:i w:val="0"/>
        </w:rPr>
        <w:t xml:space="preserve"> , để tìm hiểu thêm về Markdown</w:t>
      </w:r>
    </w:p>
    <w:p>
      <w:pPr>
        <w:spacing w:after="80"/>
        <w:ind w:left="360"/>
      </w:pPr>
      <w:r>
        <w:t xml:space="preserve">• </w:t>
      </w:r>
      <w:r>
        <w:rPr>
          <w:b w:val="0"/>
          <w:i w:val="0"/>
        </w:rPr>
        <w:t xml:space="preserve">Công thức </w:t>
      </w:r>
      <w:r>
        <w:rPr>
          <w:b w:val="0"/>
          <w:i/>
        </w:rPr>
        <w:t xml:space="preserve"> Dùng mẫu cho báo cáo </w:t>
      </w:r>
      <w:r>
        <w:rPr>
          <w:b w:val="0"/>
          <w:i w:val="0"/>
        </w:rPr>
        <w:t xml:space="preserve"> trong </w:t>
      </w:r>
      <w:r>
        <w:rPr>
          <w:b w:val="0"/>
          <w:i/>
        </w:rPr>
        <w:t xml:space="preserve"> Chương 5 </w:t>
      </w:r>
      <w:r>
        <w:rPr>
          <w:b w:val="0"/>
          <w:i w:val="0"/>
        </w:rPr>
        <w:t xml:space="preserve"> , </w:t>
      </w:r>
      <w:r>
        <w:rPr>
          <w:b w:val="0"/>
          <w:i/>
        </w:rPr>
        <w:t xml:space="preserve"> Tạo báo cáo tuyệt đỉnh </w:t>
      </w:r>
      <w:r>
        <w:rPr>
          <w:b w:val="0"/>
          <w:i w:val="0"/>
        </w:rPr>
        <w:t xml:space="preserve"> , để tìm hiểu thêm về mẫu Jinja2</w:t>
      </w:r>
    </w:p>
    <w:p>
      <w:pPr>
        <w:spacing w:after="80"/>
        <w:ind w:left="360"/>
      </w:pPr>
      <w:r>
        <w:t xml:space="preserve">• </w:t>
      </w:r>
      <w:r>
        <w:rPr>
          <w:b w:val="0"/>
          <w:i w:val="0"/>
        </w:rPr>
        <w:t xml:space="preserve">Công thức </w:t>
      </w:r>
      <w:r>
        <w:rPr>
          <w:b w:val="0"/>
          <w:i/>
        </w:rPr>
        <w:t xml:space="preserve"> Gửi một email riêng lẻ </w:t>
      </w:r>
      <w:r>
        <w:rPr>
          <w:b w:val="0"/>
          <w:i w:val="0"/>
        </w:rPr>
        <w:t xml:space="preserve"> , tiếp theo trong chương này, để học cách gửi email đã soạn</w:t>
      </w:r>
    </w:p>
    <w:p>
      <w:pPr>
        <w:pStyle w:val="Heading2"/>
      </w:pPr>
      <w:r>
        <w:rPr>
          <w:rFonts w:ascii="Calibri" w:hAnsi="Calibri"/>
          <w:b/>
          <w:i w:val="0"/>
          <w:sz w:val="32"/>
        </w:rPr>
        <w:t>Gửi một email riêng lẻ</w:t>
      </w:r>
    </w:p>
    <w:p>
      <w:pPr>
        <w:spacing w:after="80"/>
      </w:pPr>
      <w:r>
        <w:rPr>
          <w:b w:val="0"/>
          <w:i w:val="0"/>
        </w:rPr>
        <w:t xml:space="preserve">Cách cơ bản nhất để gửi email là dùng </w:t>
      </w:r>
      <w:r>
        <w:rPr>
          <w:b/>
          <w:i w:val="0"/>
        </w:rPr>
        <w:t xml:space="preserve"> Giao thức Truyền thư Đơn giản </w:t>
      </w:r>
      <w:r>
        <w:rPr>
          <w:b w:val="0"/>
          <w:i w:val="0"/>
        </w:rPr>
        <w:t xml:space="preserve"> ( </w:t>
      </w:r>
      <w:r>
        <w:rPr>
          <w:b/>
          <w:i w:val="0"/>
        </w:rPr>
        <w:t xml:space="preserve"> SMTP </w:t>
      </w:r>
      <w:r>
        <w:rPr>
          <w:b w:val="0"/>
          <w:i w:val="0"/>
        </w:rPr>
        <w:t xml:space="preserve"> ). SMTP là một trong những giao thức lâu đời nhất trên Internet. Dù có những giao thức độc quyền mới hơn, SMTP vẫn là chuẩn được mọi nhà cung cấp email dùng để liên lạc với nhau và là một trong những trụ cột của truyền thông điện tử.</w:t>
      </w:r>
    </w:p>
    <w:p>
      <w:pPr>
        <w:spacing w:after="80"/>
      </w:pPr>
      <w:r>
        <w:rPr>
          <w:b w:val="0"/>
          <w:i w:val="0"/>
        </w:rPr>
        <w:t>SMTP cho phép bạn gửi email phong phú với nhiều phần chứa các loại dữ liệu khác nhau. Những phần này có thể được dùng để thêm tệp đính kèm, hoặc để tạo ra các phần thay thế, chẳng hạn như phiên bản văn bản thuần và HTML của cùng một thông điệp, để hiển thị trên các ứng dụng email tương thích.</w:t>
      </w:r>
    </w:p>
    <w:p>
      <w:pPr>
        <w:spacing w:after="80"/>
      </w:pPr>
      <w:r>
        <w:rPr>
          <w:b w:val="0"/>
          <w:i w:val="0"/>
        </w:rPr>
        <w:t>SMTP rất dễ sử dụng, và hầu như mọi ngôn ngữ lẫn hệ điều hành đều hỗ trợ nó. Nhưng chính sự dễ dùng này cũng là một điểm yếu, vì lượng email spam có thể được tạo ra là khổng lồ, và những ông lớn trong lĩnh vực email có động lực mạnh mẽ để chặn các email đến từ những nguồn không được xác minh, chẳng hạn như các script Python.</w:t>
      </w:r>
    </w:p>
    <w:p>
      <w:pPr>
        <w:spacing w:after="80"/>
      </w:pPr>
      <w:r>
        <w:rPr>
          <w:b w:val="0"/>
          <w:i w:val="0"/>
        </w:rPr>
        <w:t>Vì lý do này, nên dùng SMTP một cách tiết chế thôi, và chỉ cho những mục đích đơn giản, chẳng hạn như gửi vài email mỗi ngày đến những địa chỉ đã kiểm soát.</w:t>
      </w:r>
    </w:p>
    <w:p>
      <w:pPr>
        <w:spacing w:after="80"/>
      </w:pPr>
      <w:r>
        <w:rPr>
          <w:b/>
          <w:i w:val="0"/>
        </w:rPr>
        <w:t>Mẹo</w:t>
      </w:r>
    </w:p>
    <w:p>
      <w:pPr>
        <w:spacing w:after="80"/>
      </w:pPr>
      <w:r>
        <w:rPr>
          <w:b w:val="0"/>
          <w:i w:val="0"/>
        </w:rPr>
        <w:t>Đừng dùng cách này để gửi email hàng loạt đến danh sách phân phối hay đến khách hàng từ những địa chỉ email ngẫu nhiên. Bạn có nguy cơ bị nhà cung cấp dịch vụ cấm vì các quy tắc chống spam.</w:t>
      </w:r>
    </w:p>
    <w:p>
      <w:pPr>
        <w:pStyle w:val="Heading3"/>
      </w:pPr>
      <w:r>
        <w:rPr>
          <w:rFonts w:ascii="Calibri" w:hAnsi="Calibri"/>
          <w:b/>
          <w:i w:val="0"/>
          <w:sz w:val="26"/>
        </w:rPr>
        <w:t>Chuẩn bị</w:t>
      </w:r>
    </w:p>
    <w:p>
      <w:pPr>
        <w:spacing w:after="80"/>
      </w:pPr>
      <w:r>
        <w:rPr>
          <w:b w:val="0"/>
          <w:i w:val="0"/>
        </w:rPr>
        <w:t>Với công thức này, chúng ta sẽ cần một tài khoản email từ một nhà cung cấp dịch vụ. Có chút khác biệt tùy theo nhà cung cấp bạn dùng, nhưng chúng ta sẽ dùng tài khoản Gmail vì nó rất phổ biến và miễn phí truy cập.</w:t>
      </w:r>
    </w:p>
    <w:p>
      <w:pPr>
        <w:spacing w:after="80"/>
      </w:pPr>
      <w:r>
        <w:rPr>
          <w:b w:val="0"/>
          <w:i w:val="0"/>
        </w:rPr>
        <w:t xml:space="preserve">Gmail chặn đăng nhập SMTP bằng mật khẩu tài khoản thông thường của bạn, nên chúng ta sẽ tạo một mật khẩu ứng dụng riêng cho việc truy cập mail. Hãy làm theo hướng dẫn tại </w:t>
      </w:r>
      <w:r>
        <w:rPr>
          <w:rFonts w:ascii="Consolas" w:hAnsi="Consolas"/>
          <w:b w:val="0"/>
          <w:i w:val="0"/>
          <w:sz w:val="20"/>
        </w:rPr>
        <w:br/>
        <w:br/>
        <w:t xml:space="preserve">       https://support.google.com/accounts/answer/185833</w:t>
        <w:br/>
        <w:t xml:space="preserve">      </w:t>
        <w:br/>
      </w:r>
      <w:r>
        <w:rPr>
          <w:b w:val="0"/>
          <w:i w:val="0"/>
        </w:rPr>
        <w:t xml:space="preserve"> để tạo mật khẩu phục vụ cho việc triển khai công thức này. Nhớ tạo nó cho mục đích truy cập mail. Bạn có thể xóa mật khẩu đó sau khi xong.</w:t>
      </w:r>
    </w:p>
    <w:p>
      <w:pPr>
        <w:spacing w:after="80"/>
      </w:pPr>
      <w:r>
        <w:rPr>
          <w:b w:val="0"/>
          <w:i w:val="0"/>
        </w:rPr>
        <w:t xml:space="preserve">Chúng ta sẽ dùng mô-đun </w:t>
      </w:r>
      <w:r>
        <w:rPr>
          <w:rFonts w:ascii="Consolas" w:hAnsi="Consolas"/>
          <w:b w:val="0"/>
          <w:i w:val="0"/>
          <w:sz w:val="20"/>
        </w:rPr>
        <w:br/>
        <w:br/>
        <w:t xml:space="preserve">      smtplib</w:t>
        <w:br/>
        <w:t xml:space="preserve">     </w:t>
        <w:br/>
      </w:r>
      <w:r>
        <w:rPr>
          <w:b w:val="0"/>
          <w:i w:val="0"/>
        </w:rPr>
        <w:t>, vốn là một phần của thư viện chuẩn Python.</w:t>
      </w:r>
    </w:p>
    <w:p>
      <w:pPr>
        <w:pStyle w:val="Heading3"/>
      </w:pPr>
      <w:r>
        <w:rPr>
          <w:rFonts w:ascii="Calibri" w:hAnsi="Calibri"/>
          <w:b/>
          <w:i w:val="0"/>
          <w:sz w:val="26"/>
        </w:rPr>
        <w:t>Cách thực hiện...</w:t>
      </w:r>
    </w:p>
    <w:p>
      <w:pPr>
        <w:spacing w:after="80"/>
        <w:ind w:left="360"/>
      </w:pPr>
      <w:r>
        <w:t xml:space="preserve">1. </w:t>
      </w:r>
      <w:r>
        <w:rPr>
          <w:b w:val="0"/>
          <w:i w:val="0"/>
        </w:rPr>
        <w:t xml:space="preserve">Import các mô-đun </w:t>
      </w:r>
      <w:r>
        <w:rPr>
          <w:rFonts w:ascii="Consolas" w:hAnsi="Consolas"/>
          <w:b w:val="0"/>
          <w:i w:val="0"/>
          <w:sz w:val="20"/>
        </w:rPr>
        <w:br/>
        <w:br/>
        <w:t xml:space="preserve">       smtplib</w:t>
        <w:br/>
        <w:t xml:space="preserve">      </w:t>
        <w:br/>
      </w:r>
      <w:r>
        <w:rPr>
          <w:b w:val="0"/>
          <w:i w:val="0"/>
        </w:rPr>
        <w:t xml:space="preserve"> và </w:t>
      </w:r>
      <w:r>
        <w:rPr>
          <w:rFonts w:ascii="Consolas" w:hAnsi="Consolas"/>
          <w:b w:val="0"/>
          <w:i w:val="0"/>
          <w:sz w:val="20"/>
        </w:rPr>
        <w:br/>
        <w:br/>
        <w:t xml:space="preserve">       email</w:t>
        <w:br/>
        <w:t xml:space="preserve">      </w:t>
        <w:br/>
      </w:r>
      <w:r>
        <w:rPr>
          <w:b w:val="0"/>
          <w:i w:val="0"/>
        </w:rPr>
        <w:t>:</w:t>
      </w:r>
    </w:p>
    <w:p>
      <w:pPr>
        <w:spacing w:after="0"/>
        <w:ind w:left="360"/>
        <w:shd w:val="clear" w:color="auto" w:fill="F2F2F2"/>
      </w:pPr>
      <w:r>
        <w:rPr>
          <w:rFonts w:ascii="Consolas" w:hAnsi="Consolas"/>
          <w:sz w:val="18"/>
        </w:rPr>
        <w:t>&gt;&gt;&gt; import smtplib</w:t>
      </w:r>
    </w:p>
    <w:p>
      <w:pPr>
        <w:spacing w:after="0"/>
        <w:ind w:left="360"/>
        <w:shd w:val="clear" w:color="auto" w:fill="F2F2F2"/>
      </w:pPr>
      <w:r>
        <w:rPr>
          <w:rFonts w:ascii="Consolas" w:hAnsi="Consolas"/>
          <w:sz w:val="18"/>
        </w:rPr>
        <w:t>&gt;&gt;&gt; from email.mime.multipart import MIMEMultipart</w:t>
      </w:r>
    </w:p>
    <w:p>
      <w:pPr>
        <w:spacing w:after="0"/>
        <w:ind w:left="360"/>
        <w:shd w:val="clear" w:color="auto" w:fill="F2F2F2"/>
      </w:pPr>
      <w:r>
        <w:rPr>
          <w:rFonts w:ascii="Consolas" w:hAnsi="Consolas"/>
          <w:sz w:val="18"/>
        </w:rPr>
        <w:t>&gt;&gt;&gt; from email.mime.text import MIMEText</w:t>
      </w:r>
    </w:p>
    <w:p>
      <w:pPr>
        <w:spacing w:after="40"/>
      </w:pPr>
    </w:p>
    <w:p>
      <w:pPr>
        <w:spacing w:after="80"/>
        <w:ind w:left="360"/>
      </w:pPr>
      <w:r>
        <w:t xml:space="preserve">2. </w:t>
      </w:r>
      <w:r>
        <w:rPr>
          <w:b w:val="0"/>
          <w:i w:val="0"/>
        </w:rPr>
        <w:t xml:space="preserve">Thiết lập thông tin đăng nhập, thay bằng thông tin của riêng bạn. Với mật khẩu, chúng ta dùng thư viện chuẩn </w:t>
      </w:r>
      <w:r>
        <w:rPr>
          <w:rFonts w:ascii="Consolas" w:hAnsi="Consolas"/>
          <w:b w:val="0"/>
          <w:i w:val="0"/>
          <w:sz w:val="20"/>
        </w:rPr>
        <w:br/>
        <w:br/>
        <w:t xml:space="preserve">       getpass</w:t>
        <w:br/>
        <w:t xml:space="preserve">      </w:t>
        <w:br/>
      </w:r>
      <w:r>
        <w:rPr>
          <w:b w:val="0"/>
          <w:i w:val="0"/>
        </w:rPr>
        <w:t>, thứ sẽ yêu cầu bạn nhập mật khẩu một cách tương tác. Để thử nghiệm, chúng ta sẽ gửi đến chính địa chỉ mà mình gửi đi, nhưng cứ thoải mái dùng một địa chỉ khác:</w:t>
      </w:r>
    </w:p>
    <w:p>
      <w:pPr>
        <w:spacing w:after="0"/>
        <w:ind w:left="360"/>
        <w:shd w:val="clear" w:color="auto" w:fill="F2F2F2"/>
      </w:pPr>
      <w:r>
        <w:rPr>
          <w:rFonts w:ascii="Consolas" w:hAnsi="Consolas"/>
          <w:sz w:val="18"/>
        </w:rPr>
        <w:t>&gt;&gt;&gt; import getpass</w:t>
      </w:r>
    </w:p>
    <w:p>
      <w:pPr>
        <w:spacing w:after="0"/>
        <w:ind w:left="360"/>
        <w:shd w:val="clear" w:color="auto" w:fill="F2F2F2"/>
      </w:pPr>
      <w:r>
        <w:rPr>
          <w:rFonts w:ascii="Consolas" w:hAnsi="Consolas"/>
          <w:sz w:val="18"/>
        </w:rPr>
        <w:t>&gt;&gt;&gt; USER = 'your.account@gmail.com'</w:t>
      </w:r>
    </w:p>
    <w:p>
      <w:pPr>
        <w:spacing w:after="0"/>
        <w:ind w:left="360"/>
        <w:shd w:val="clear" w:color="auto" w:fill="F2F2F2"/>
      </w:pPr>
      <w:r>
        <w:rPr>
          <w:rFonts w:ascii="Consolas" w:hAnsi="Consolas"/>
          <w:sz w:val="18"/>
        </w:rPr>
        <w:t>&gt;&gt;&gt; PASSWORD = getpass.getpass()</w:t>
      </w:r>
    </w:p>
    <w:p>
      <w:pPr>
        <w:spacing w:after="0"/>
        <w:ind w:left="360"/>
        <w:shd w:val="clear" w:color="auto" w:fill="F2F2F2"/>
      </w:pPr>
      <w:r>
        <w:rPr>
          <w:rFonts w:ascii="Consolas" w:hAnsi="Consolas"/>
          <w:sz w:val="18"/>
        </w:rPr>
        <w:t>Password:</w:t>
      </w:r>
    </w:p>
    <w:p>
      <w:pPr>
        <w:spacing w:after="0"/>
        <w:ind w:left="360"/>
        <w:shd w:val="clear" w:color="auto" w:fill="F2F2F2"/>
      </w:pPr>
      <w:r>
        <w:rPr>
          <w:rFonts w:ascii="Consolas" w:hAnsi="Consolas"/>
          <w:sz w:val="18"/>
        </w:rPr>
        <w:t>&gt;&gt;&gt; sent_from = USER</w:t>
      </w:r>
    </w:p>
    <w:p>
      <w:pPr>
        <w:spacing w:after="0"/>
        <w:ind w:left="360"/>
        <w:shd w:val="clear" w:color="auto" w:fill="F2F2F2"/>
      </w:pPr>
      <w:r>
        <w:rPr>
          <w:rFonts w:ascii="Consolas" w:hAnsi="Consolas"/>
          <w:sz w:val="18"/>
        </w:rPr>
        <w:t>&gt;&gt;&gt; send_to = [USER]</w:t>
      </w:r>
    </w:p>
    <w:p>
      <w:pPr>
        <w:spacing w:after="40"/>
      </w:pPr>
    </w:p>
    <w:p>
      <w:pPr>
        <w:spacing w:after="80"/>
        <w:ind w:left="360"/>
      </w:pPr>
      <w:r>
        <w:t xml:space="preserve">3. </w:t>
      </w:r>
      <w:r>
        <w:rPr>
          <w:b w:val="0"/>
          <w:i w:val="0"/>
        </w:rPr>
        <w:t>Chỉ định dữ liệu cần gửi. Chú ý hai phiên bản thay thế: văn bản thuần và HTML:</w:t>
      </w:r>
    </w:p>
    <w:p>
      <w:pPr>
        <w:spacing w:after="0"/>
        <w:ind w:left="360"/>
        <w:shd w:val="clear" w:color="auto" w:fill="F2F2F2"/>
      </w:pPr>
      <w:r>
        <w:rPr>
          <w:rFonts w:ascii="Consolas" w:hAnsi="Consolas"/>
          <w:sz w:val="18"/>
        </w:rPr>
        <w:t>&gt;&gt;&gt; text = "Hi!\nThis is the text version linking to https://www.packtpub.com/\nCheers!"</w:t>
      </w:r>
    </w:p>
    <w:p>
      <w:pPr>
        <w:spacing w:after="0"/>
        <w:ind w:left="360"/>
        <w:shd w:val="clear" w:color="auto" w:fill="F2F2F2"/>
      </w:pPr>
      <w:r>
        <w:rPr>
          <w:rFonts w:ascii="Consolas" w:hAnsi="Consolas"/>
          <w:sz w:val="18"/>
        </w:rPr>
        <w:t>&gt;&gt;&gt; html = """&lt;html&gt;&lt;head&gt;&lt;/head&gt;&lt;body&gt;</w:t>
      </w:r>
    </w:p>
    <w:p>
      <w:pPr>
        <w:spacing w:after="0"/>
        <w:ind w:left="360"/>
        <w:shd w:val="clear" w:color="auto" w:fill="F2F2F2"/>
      </w:pPr>
      <w:r>
        <w:rPr>
          <w:rFonts w:ascii="Consolas" w:hAnsi="Consolas"/>
          <w:sz w:val="18"/>
        </w:rPr>
        <w:t>... &lt;p&gt;Hi!&lt;br&gt;</w:t>
      </w:r>
    </w:p>
    <w:p>
      <w:pPr>
        <w:spacing w:after="0"/>
        <w:ind w:left="360"/>
        <w:shd w:val="clear" w:color="auto" w:fill="F2F2F2"/>
      </w:pPr>
      <w:r>
        <w:rPr>
          <w:rFonts w:ascii="Consolas" w:hAnsi="Consolas"/>
          <w:sz w:val="18"/>
        </w:rPr>
        <w:t>... This is the HTML version linking to &lt;a href="https://www.packtpub.com/"&gt;Packt&lt;/a&gt;&lt;br&gt;</w:t>
      </w:r>
    </w:p>
    <w:p>
      <w:pPr>
        <w:spacing w:after="0"/>
        <w:ind w:left="360"/>
        <w:shd w:val="clear" w:color="auto" w:fill="F2F2F2"/>
      </w:pPr>
      <w:r>
        <w:rPr>
          <w:rFonts w:ascii="Consolas" w:hAnsi="Consolas"/>
          <w:sz w:val="18"/>
        </w:rPr>
        <w:t>... &lt;/p&gt;</w:t>
      </w:r>
    </w:p>
    <w:p>
      <w:pPr>
        <w:spacing w:after="0"/>
        <w:ind w:left="360"/>
        <w:shd w:val="clear" w:color="auto" w:fill="F2F2F2"/>
      </w:pPr>
      <w:r>
        <w:rPr>
          <w:rFonts w:ascii="Consolas" w:hAnsi="Consolas"/>
          <w:sz w:val="18"/>
        </w:rPr>
        <w:t>... &lt;/body&gt;&lt;/html&gt;</w:t>
      </w:r>
    </w:p>
    <w:p>
      <w:pPr>
        <w:spacing w:after="0"/>
        <w:ind w:left="360"/>
        <w:shd w:val="clear" w:color="auto" w:fill="F2F2F2"/>
      </w:pPr>
      <w:r>
        <w:rPr>
          <w:rFonts w:ascii="Consolas" w:hAnsi="Consolas"/>
          <w:sz w:val="18"/>
        </w:rPr>
        <w:t>"""</w:t>
      </w:r>
    </w:p>
    <w:p>
      <w:pPr>
        <w:spacing w:after="40"/>
      </w:pPr>
    </w:p>
    <w:p>
      <w:pPr>
        <w:spacing w:after="80"/>
        <w:ind w:left="360"/>
      </w:pPr>
      <w:r>
        <w:t xml:space="preserve">4. </w:t>
      </w:r>
      <w:r>
        <w:rPr>
          <w:b w:val="0"/>
          <w:i w:val="0"/>
        </w:rPr>
        <w:t xml:space="preserve">Soạn thông điệp dưới dạng MIME multipart, bao gồm các trường </w:t>
      </w:r>
      <w:r>
        <w:rPr>
          <w:rFonts w:ascii="Consolas" w:hAnsi="Consolas"/>
          <w:b w:val="0"/>
          <w:i w:val="0"/>
          <w:sz w:val="20"/>
        </w:rPr>
        <w:br/>
        <w:br/>
        <w:t xml:space="preserve">       Subject</w:t>
        <w:br/>
        <w:t xml:space="preserve">      </w:t>
        <w:br/>
      </w:r>
      <w:r>
        <w:rPr>
          <w:b w:val="0"/>
          <w:i w:val="0"/>
        </w:rPr>
        <w:t xml:space="preserve">, </w:t>
      </w:r>
      <w:r>
        <w:rPr>
          <w:rFonts w:ascii="Consolas" w:hAnsi="Consolas"/>
          <w:b w:val="0"/>
          <w:i w:val="0"/>
          <w:sz w:val="20"/>
        </w:rPr>
        <w:br/>
        <w:br/>
        <w:t xml:space="preserve">       To</w:t>
        <w:br/>
        <w:t xml:space="preserve">      </w:t>
        <w:br/>
      </w:r>
      <w:r>
        <w:rPr>
          <w:b w:val="0"/>
          <w:i w:val="0"/>
        </w:rPr>
        <w:t xml:space="preserve">, và </w:t>
      </w:r>
      <w:r>
        <w:rPr>
          <w:rFonts w:ascii="Consolas" w:hAnsi="Consolas"/>
          <w:b w:val="0"/>
          <w:i w:val="0"/>
          <w:sz w:val="20"/>
        </w:rPr>
        <w:br/>
        <w:br/>
        <w:t xml:space="preserve">       From</w:t>
        <w:br/>
        <w:t xml:space="preserve">      </w:t>
        <w:br/>
      </w:r>
      <w:r>
        <w:rPr>
          <w:b w:val="0"/>
          <w:i w:val="0"/>
        </w:rPr>
        <w:t>:</w:t>
      </w:r>
    </w:p>
    <w:p>
      <w:pPr>
        <w:spacing w:after="0"/>
        <w:ind w:left="360"/>
        <w:shd w:val="clear" w:color="auto" w:fill="F2F2F2"/>
      </w:pPr>
      <w:r>
        <w:rPr>
          <w:rFonts w:ascii="Consolas" w:hAnsi="Consolas"/>
          <w:sz w:val="18"/>
        </w:rPr>
        <w:t>&gt;&gt;&gt; msg = MIMEMultipart('alternative')</w:t>
      </w:r>
    </w:p>
    <w:p>
      <w:pPr>
        <w:spacing w:after="0"/>
        <w:ind w:left="360"/>
        <w:shd w:val="clear" w:color="auto" w:fill="F2F2F2"/>
      </w:pPr>
      <w:r>
        <w:rPr>
          <w:rFonts w:ascii="Consolas" w:hAnsi="Consolas"/>
          <w:sz w:val="18"/>
        </w:rPr>
        <w:t>&gt;&gt;&gt; msg['Subject'] = 'An interesting email'</w:t>
      </w:r>
    </w:p>
    <w:p>
      <w:pPr>
        <w:spacing w:after="0"/>
        <w:ind w:left="360"/>
        <w:shd w:val="clear" w:color="auto" w:fill="F2F2F2"/>
      </w:pPr>
      <w:r>
        <w:rPr>
          <w:rFonts w:ascii="Consolas" w:hAnsi="Consolas"/>
          <w:sz w:val="18"/>
        </w:rPr>
        <w:t>&gt;&gt;&gt; msg['From'] = sent_from</w:t>
      </w:r>
    </w:p>
    <w:p>
      <w:pPr>
        <w:spacing w:after="0"/>
        <w:ind w:left="360"/>
        <w:shd w:val="clear" w:color="auto" w:fill="F2F2F2"/>
      </w:pPr>
      <w:r>
        <w:rPr>
          <w:rFonts w:ascii="Consolas" w:hAnsi="Consolas"/>
          <w:sz w:val="18"/>
        </w:rPr>
        <w:t>&gt;&gt;&gt; msg['To'] = ', '.join(send_to)</w:t>
      </w:r>
    </w:p>
    <w:p>
      <w:pPr>
        <w:spacing w:after="40"/>
      </w:pPr>
    </w:p>
    <w:p>
      <w:pPr>
        <w:spacing w:after="80"/>
        <w:ind w:left="360"/>
      </w:pPr>
      <w:r>
        <w:t xml:space="preserve">5. </w:t>
      </w:r>
      <w:r>
        <w:rPr>
          <w:b w:val="0"/>
          <w:i w:val="0"/>
        </w:rPr>
        <w:t>Điền vào các phần nội dung dữ liệu của email:</w:t>
      </w:r>
    </w:p>
    <w:p>
      <w:pPr>
        <w:spacing w:after="0"/>
        <w:ind w:left="360"/>
        <w:shd w:val="clear" w:color="auto" w:fill="F2F2F2"/>
      </w:pPr>
      <w:r>
        <w:rPr>
          <w:rFonts w:ascii="Consolas" w:hAnsi="Consolas"/>
          <w:sz w:val="18"/>
        </w:rPr>
        <w:t>&gt;&gt;&gt; part_plain = MIMEText(text, 'plain')</w:t>
      </w:r>
    </w:p>
    <w:p>
      <w:pPr>
        <w:spacing w:after="0"/>
        <w:ind w:left="360"/>
        <w:shd w:val="clear" w:color="auto" w:fill="F2F2F2"/>
      </w:pPr>
      <w:r>
        <w:rPr>
          <w:rFonts w:ascii="Consolas" w:hAnsi="Consolas"/>
          <w:sz w:val="18"/>
        </w:rPr>
        <w:t>&gt;&gt;&gt; part_html = MIMEText(html, 'html')</w:t>
      </w:r>
    </w:p>
    <w:p>
      <w:pPr>
        <w:spacing w:after="0"/>
        <w:ind w:left="360"/>
        <w:shd w:val="clear" w:color="auto" w:fill="F2F2F2"/>
      </w:pPr>
      <w:r>
        <w:rPr>
          <w:rFonts w:ascii="Consolas" w:hAnsi="Consolas"/>
          <w:sz w:val="18"/>
        </w:rPr>
        <w:t>&gt;&gt;&gt; msg.attach(part_plain)</w:t>
      </w:r>
    </w:p>
    <w:p>
      <w:pPr>
        <w:spacing w:after="0"/>
        <w:ind w:left="360"/>
        <w:shd w:val="clear" w:color="auto" w:fill="F2F2F2"/>
      </w:pPr>
      <w:r>
        <w:rPr>
          <w:rFonts w:ascii="Consolas" w:hAnsi="Consolas"/>
          <w:sz w:val="18"/>
        </w:rPr>
        <w:t>&gt;&gt;&gt; msg.attach(part_html)</w:t>
      </w:r>
    </w:p>
    <w:p>
      <w:pPr>
        <w:spacing w:after="40"/>
      </w:pPr>
    </w:p>
    <w:p>
      <w:pPr>
        <w:spacing w:after="80"/>
        <w:ind w:left="360"/>
      </w:pPr>
      <w:r>
        <w:t xml:space="preserve">6. </w:t>
      </w:r>
      <w:r>
        <w:rPr>
          <w:b w:val="0"/>
          <w:i w:val="0"/>
        </w:rPr>
        <w:t xml:space="preserve">Gửi email bằng giao thức bảo mật SMTP, dùng </w:t>
      </w:r>
      <w:r>
        <w:rPr>
          <w:rFonts w:ascii="Consolas" w:hAnsi="Consolas"/>
          <w:b w:val="0"/>
          <w:i w:val="0"/>
          <w:sz w:val="20"/>
        </w:rPr>
        <w:br/>
        <w:br/>
        <w:t xml:space="preserve">       SMTP_SSL</w:t>
        <w:br/>
        <w:t xml:space="preserve">      </w:t>
        <w:br/>
      </w:r>
      <w:r>
        <w:rPr>
          <w:b w:val="0"/>
          <w:i w:val="0"/>
        </w:rPr>
        <w:t>:</w:t>
      </w:r>
    </w:p>
    <w:p>
      <w:pPr>
        <w:spacing w:after="0"/>
        <w:ind w:left="360"/>
        <w:shd w:val="clear" w:color="auto" w:fill="F2F2F2"/>
      </w:pPr>
      <w:r>
        <w:rPr>
          <w:rFonts w:ascii="Consolas" w:hAnsi="Consolas"/>
          <w:sz w:val="18"/>
        </w:rPr>
        <w:t>&gt;&gt;&gt; with smtplib.SMTP_SSL('smtp.gmail.com', 465) as server:</w:t>
      </w:r>
    </w:p>
    <w:p>
      <w:pPr>
        <w:spacing w:after="0"/>
        <w:ind w:left="360"/>
        <w:shd w:val="clear" w:color="auto" w:fill="F2F2F2"/>
      </w:pPr>
      <w:r>
        <w:rPr>
          <w:rFonts w:ascii="Consolas" w:hAnsi="Consolas"/>
          <w:sz w:val="18"/>
        </w:rPr>
        <w:t>...     server.login(USER, PASSWORD)</w:t>
      </w:r>
    </w:p>
    <w:p>
      <w:pPr>
        <w:spacing w:after="0"/>
        <w:ind w:left="360"/>
        <w:shd w:val="clear" w:color="auto" w:fill="F2F2F2"/>
      </w:pPr>
      <w:r>
        <w:rPr>
          <w:rFonts w:ascii="Consolas" w:hAnsi="Consolas"/>
          <w:sz w:val="18"/>
        </w:rPr>
        <w:t>...     server.sendmail(sent_from, send_to, msg.as_string())</w:t>
      </w:r>
    </w:p>
    <w:p>
      <w:pPr>
        <w:spacing w:after="40"/>
      </w:pPr>
    </w:p>
    <w:p>
      <w:pPr>
        <w:spacing w:after="80"/>
      </w:pPr>
      <w:r>
        <w:rPr>
          <w:b w:val="0"/>
          <w:i w:val="0"/>
        </w:rPr>
        <w:t>Email lẽ ra đã được gửi đi. Hãy kiểm tra tài khoản email của bạn (hoặc bất kỳ tài khoản đích nào bạn đã chỉ định) để xem thư. Kiểm tra email gốc, bạn sẽ thấy toàn bộ email thô, với các thành phần ở cả định dạng HTML và văn bản thuần. Một số phần của email đã được che đi trong ảnh chụp màn hình sau:</w:t>
      </w:r>
    </w:p>
    <w:p>
      <w:pPr>
        <w:jc w:val="center"/>
      </w:pPr>
      <w:r>
        <w:drawing>
          <wp:inline xmlns:a="http://schemas.openxmlformats.org/drawingml/2006/main" xmlns:pic="http://schemas.openxmlformats.org/drawingml/2006/picture">
            <wp:extent cx="5486400" cy="6773210"/>
            <wp:docPr id="85" name="Picture 85"/>
            <wp:cNvGraphicFramePr>
              <a:graphicFrameLocks noChangeAspect="1"/>
            </wp:cNvGraphicFramePr>
            <a:graphic>
              <a:graphicData uri="http://schemas.openxmlformats.org/drawingml/2006/picture">
                <pic:pic>
                  <pic:nvPicPr>
                    <pic:cNvPr id="0" name="B36973_9_3.png"/>
                    <pic:cNvPicPr/>
                  </pic:nvPicPr>
                  <pic:blipFill>
                    <a:blip r:embed="rId87"/>
                    <a:stretch>
                      <a:fillRect/>
                    </a:stretch>
                  </pic:blipFill>
                  <pic:spPr>
                    <a:xfrm>
                      <a:off x="0" y="0"/>
                      <a:ext cx="5486400" cy="6773210"/>
                    </a:xfrm>
                    <a:prstGeom prst="rect"/>
                  </pic:spPr>
                </pic:pic>
              </a:graphicData>
            </a:graphic>
          </wp:inline>
        </w:drawing>
      </w:r>
    </w:p>
    <w:p>
      <w:pPr>
        <w:spacing w:after="160"/>
        <w:jc w:val="center"/>
      </w:pPr>
      <w:r>
        <w:rPr>
          <w:rFonts w:ascii="Calibri" w:hAnsi="Calibri"/>
          <w:b w:val="0"/>
          <w:i/>
          <w:sz w:val="19"/>
        </w:rPr>
        <w:t>Hình 9.3: Email ở cả định dạng văn bản thuần và HTML</w:t>
      </w:r>
    </w:p>
    <w:p>
      <w:pPr>
        <w:pStyle w:val="Heading3"/>
      </w:pPr>
      <w:r>
        <w:rPr>
          <w:rFonts w:ascii="Calibri" w:hAnsi="Calibri"/>
          <w:b/>
          <w:i w:val="0"/>
          <w:sz w:val="26"/>
        </w:rPr>
        <w:t>Cách hoạt động...</w:t>
      </w:r>
    </w:p>
    <w:p>
      <w:pPr>
        <w:spacing w:after="80"/>
      </w:pPr>
      <w:r>
        <w:rPr>
          <w:b w:val="0"/>
          <w:i w:val="0"/>
        </w:rPr>
        <w:t xml:space="preserve">Sau </w:t>
      </w:r>
      <w:r>
        <w:rPr>
          <w:b w:val="0"/>
          <w:i/>
        </w:rPr>
        <w:t xml:space="preserve"> bước 1 </w:t>
      </w:r>
      <w:r>
        <w:rPr>
          <w:b w:val="0"/>
          <w:i w:val="0"/>
        </w:rPr>
        <w:t xml:space="preserve"> , thực hiện các lệnh import liên quan từ </w:t>
      </w:r>
      <w:r>
        <w:rPr>
          <w:rFonts w:ascii="Consolas" w:hAnsi="Consolas"/>
          <w:b w:val="0"/>
          <w:i w:val="0"/>
          <w:sz w:val="20"/>
        </w:rPr>
        <w:br/>
        <w:br/>
        <w:t xml:space="preserve">      smtplib</w:t>
        <w:br/>
        <w:t xml:space="preserve">     </w:t>
        <w:br/>
      </w:r>
      <w:r>
        <w:rPr>
          <w:b w:val="0"/>
          <w:i w:val="0"/>
        </w:rPr>
        <w:t xml:space="preserve"> và </w:t>
      </w:r>
      <w:r>
        <w:rPr>
          <w:rFonts w:ascii="Consolas" w:hAnsi="Consolas"/>
          <w:b w:val="0"/>
          <w:i w:val="0"/>
          <w:sz w:val="20"/>
        </w:rPr>
        <w:br/>
        <w:br/>
        <w:t xml:space="preserve">      email</w:t>
        <w:br/>
        <w:t xml:space="preserve">     </w:t>
        <w:br/>
      </w:r>
      <w:r>
        <w:rPr>
          <w:b w:val="0"/>
          <w:i w:val="0"/>
        </w:rPr>
        <w:t xml:space="preserve"> , </w:t>
      </w:r>
      <w:r>
        <w:rPr>
          <w:b w:val="0"/>
          <w:i/>
        </w:rPr>
        <w:t xml:space="preserve"> bước 2 </w:t>
      </w:r>
      <w:r>
        <w:rPr>
          <w:b w:val="0"/>
          <w:i w:val="0"/>
        </w:rPr>
        <w:t xml:space="preserve"> định nghĩa các thông tin xác thực (credentials) lấy được từ Gmail.</w:t>
      </w:r>
    </w:p>
    <w:p>
      <w:pPr>
        <w:spacing w:after="80"/>
      </w:pPr>
      <w:r>
        <w:rPr>
          <w:b w:val="0"/>
          <w:i/>
        </w:rPr>
        <w:t xml:space="preserve"> Bước 3 </w:t>
      </w:r>
      <w:r>
        <w:rPr>
          <w:b w:val="0"/>
          <w:i w:val="0"/>
        </w:rPr>
        <w:t xml:space="preserve"> hiển thị HTML và văn bản sẽ được gửi đi. Chúng là các lựa chọn thay thế cho nhau, nên chúng phải trình bày cùng một thông tin, nhưng ở các định dạng khác nhau.</w:t>
      </w:r>
    </w:p>
    <w:p>
      <w:pPr>
        <w:spacing w:after="80"/>
      </w:pPr>
      <w:r>
        <w:rPr>
          <w:b w:val="0"/>
          <w:i w:val="0"/>
        </w:rPr>
        <w:t xml:space="preserve">Thông tin cơ bản của thư được thiết lập trong </w:t>
      </w:r>
      <w:r>
        <w:rPr>
          <w:b w:val="0"/>
          <w:i/>
        </w:rPr>
        <w:t xml:space="preserve"> bước 4 </w:t>
      </w:r>
      <w:r>
        <w:rPr>
          <w:b w:val="0"/>
          <w:i w:val="0"/>
        </w:rPr>
        <w:t xml:space="preserve"> . Nó chỉ định tiêu đề của email, cũng như các trường </w:t>
      </w:r>
      <w:r>
        <w:rPr>
          <w:rFonts w:ascii="Consolas" w:hAnsi="Consolas"/>
          <w:b w:val="0"/>
          <w:i w:val="0"/>
          <w:sz w:val="20"/>
        </w:rPr>
        <w:br/>
        <w:br/>
        <w:t xml:space="preserve">      From</w:t>
        <w:br/>
        <w:t xml:space="preserve">     </w:t>
        <w:br/>
      </w:r>
      <w:r>
        <w:rPr>
          <w:b w:val="0"/>
          <w:i w:val="0"/>
        </w:rPr>
        <w:t xml:space="preserve"> và </w:t>
      </w:r>
      <w:r>
        <w:rPr>
          <w:rFonts w:ascii="Consolas" w:hAnsi="Consolas"/>
          <w:b w:val="0"/>
          <w:i w:val="0"/>
          <w:sz w:val="20"/>
        </w:rPr>
        <w:br/>
        <w:br/>
        <w:t xml:space="preserve">      To</w:t>
        <w:br/>
        <w:t xml:space="preserve">     </w:t>
        <w:br/>
      </w:r>
      <w:r>
        <w:rPr>
          <w:b w:val="0"/>
          <w:i w:val="0"/>
        </w:rPr>
        <w:t xml:space="preserve"> . </w:t>
      </w:r>
      <w:r>
        <w:rPr>
          <w:b w:val="0"/>
          <w:i/>
        </w:rPr>
        <w:t xml:space="preserve"> Bước 5 </w:t>
      </w:r>
      <w:r>
        <w:rPr>
          <w:b w:val="0"/>
          <w:i w:val="0"/>
        </w:rPr>
        <w:t xml:space="preserve"> thêm nhiều phần, mỗi phần có kiểu </w:t>
      </w:r>
      <w:r>
        <w:rPr>
          <w:rFonts w:ascii="Consolas" w:hAnsi="Consolas"/>
          <w:b w:val="0"/>
          <w:i w:val="0"/>
          <w:sz w:val="20"/>
        </w:rPr>
        <w:br/>
        <w:br/>
        <w:t xml:space="preserve">      MIMEText</w:t>
        <w:br/>
        <w:t xml:space="preserve">     </w:t>
        <w:br/>
      </w:r>
      <w:r>
        <w:rPr>
          <w:b w:val="0"/>
          <w:i w:val="0"/>
        </w:rPr>
        <w:t xml:space="preserve"> phù hợp.</w:t>
      </w:r>
    </w:p>
    <w:p>
      <w:pPr>
        <w:spacing w:after="80"/>
      </w:pPr>
      <w:r>
        <w:rPr>
          <w:b/>
          <w:i w:val="0"/>
        </w:rPr>
        <w:t>Mẹo</w:t>
      </w:r>
    </w:p>
    <w:p>
      <w:pPr>
        <w:spacing w:after="80"/>
      </w:pPr>
      <w:r>
        <w:rPr>
          <w:b w:val="0"/>
          <w:i w:val="0"/>
        </w:rPr>
        <w:t>Phần cuối cùng được thêm vào là lựa chọn ưu tiên, theo định dạng MIME, nên chúng ta thêm phần HTML sau cùng. Hãy chắc chắn rằng cả hai định dạng có cùng nội dung. Nếu không, bạn đang thực sự gửi hai thư khác nhau.</w:t>
      </w:r>
    </w:p>
    <w:p>
      <w:pPr>
        <w:spacing w:after="80"/>
      </w:pPr>
      <w:r>
        <w:rPr>
          <w:b w:val="0"/>
          <w:i/>
        </w:rPr>
        <w:t xml:space="preserve"> Bước 6 </w:t>
      </w:r>
      <w:r>
        <w:rPr>
          <w:b w:val="0"/>
          <w:i w:val="0"/>
        </w:rPr>
        <w:t xml:space="preserve"> thiết lập kết nối với máy chủ, đăng nhập bằng thông tin xác thực, và gửi thư. Nó sử dụng ngữ cảnh </w:t>
      </w:r>
      <w:r>
        <w:rPr>
          <w:rFonts w:ascii="Consolas" w:hAnsi="Consolas"/>
          <w:b w:val="0"/>
          <w:i w:val="0"/>
          <w:sz w:val="20"/>
        </w:rPr>
        <w:br/>
        <w:br/>
        <w:t xml:space="preserve">      with</w:t>
        <w:br/>
        <w:t xml:space="preserve">     </w:t>
        <w:br/>
      </w:r>
      <w:r>
        <w:rPr>
          <w:b w:val="0"/>
          <w:i w:val="0"/>
        </w:rPr>
        <w:t xml:space="preserve"> để lấy kết nối. Lưu ý rằng địa chỉ </w:t>
      </w:r>
      <w:r>
        <w:rPr>
          <w:rFonts w:ascii="Consolas" w:hAnsi="Consolas"/>
          <w:b w:val="0"/>
          <w:i w:val="0"/>
          <w:sz w:val="20"/>
        </w:rPr>
        <w:br/>
        <w:br/>
        <w:t xml:space="preserve">      smtp.gmail.com</w:t>
        <w:br/>
        <w:t xml:space="preserve">     </w:t>
        <w:br/>
      </w:r>
      <w:r>
        <w:rPr>
          <w:b w:val="0"/>
          <w:i w:val="0"/>
        </w:rPr>
        <w:t xml:space="preserve"> và cổng 465 là riêng cho Gmail.</w:t>
      </w:r>
    </w:p>
    <w:p>
      <w:pPr>
        <w:spacing w:after="80"/>
      </w:pPr>
      <w:r>
        <w:rPr>
          <w:b w:val="0"/>
          <w:i w:val="0"/>
        </w:rPr>
        <w:t>Nếu có lỗi với thông tin xác thực, một ngoại lệ (exception) sẽ được đưa ra cho biết tên người dùng và mật khẩu không được chấp nhận.</w:t>
      </w:r>
    </w:p>
    <w:p>
      <w:pPr>
        <w:pStyle w:val="Heading3"/>
      </w:pPr>
      <w:r>
        <w:rPr>
          <w:rFonts w:ascii="Calibri" w:hAnsi="Calibri"/>
          <w:b/>
          <w:i w:val="0"/>
          <w:sz w:val="26"/>
        </w:rPr>
        <w:t>Còn nhiều thứ khác...</w:t>
      </w:r>
    </w:p>
    <w:p>
      <w:pPr>
        <w:spacing w:after="80"/>
      </w:pPr>
      <w:r>
        <w:rPr>
          <w:b w:val="0"/>
          <w:i w:val="0"/>
        </w:rPr>
        <w:t xml:space="preserve">Lưu ý rằng </w:t>
      </w:r>
      <w:r>
        <w:rPr>
          <w:rFonts w:ascii="Consolas" w:hAnsi="Consolas"/>
          <w:b w:val="0"/>
          <w:i w:val="0"/>
          <w:sz w:val="20"/>
        </w:rPr>
        <w:br/>
        <w:br/>
        <w:t xml:space="preserve">      send_to</w:t>
        <w:br/>
        <w:t xml:space="preserve">     </w:t>
        <w:br/>
      </w:r>
      <w:r>
        <w:rPr>
          <w:b w:val="0"/>
          <w:i w:val="0"/>
        </w:rPr>
        <w:t xml:space="preserve"> là một danh sách các địa chỉ. Bạn có thể gửi email đến nhiều hơn một địa chỉ. Điều cần lưu ý duy nhất là ở </w:t>
      </w:r>
      <w:r>
        <w:rPr>
          <w:b w:val="0"/>
          <w:i/>
        </w:rPr>
        <w:t xml:space="preserve"> bước 4 </w:t>
      </w:r>
      <w:r>
        <w:rPr>
          <w:b w:val="0"/>
          <w:i w:val="0"/>
        </w:rPr>
        <w:t xml:space="preserve"> , nơi cần chỉ định một danh sách các giá trị cách nhau bằng dấu phẩy cho tất cả các địa chỉ.</w:t>
      </w:r>
    </w:p>
    <w:p>
      <w:pPr>
        <w:spacing w:after="80"/>
      </w:pPr>
      <w:r>
        <w:rPr>
          <w:b/>
          <w:i w:val="0"/>
        </w:rPr>
        <w:t>Mẹo</w:t>
      </w:r>
    </w:p>
    <w:p>
      <w:pPr>
        <w:spacing w:after="80"/>
      </w:pPr>
      <w:r>
        <w:rPr>
          <w:b w:val="0"/>
          <w:i w:val="0"/>
        </w:rPr>
        <w:t xml:space="preserve">Mặc dù có thể gán nhãn </w:t>
      </w:r>
      <w:r>
        <w:rPr>
          <w:rFonts w:ascii="Consolas" w:hAnsi="Consolas"/>
          <w:b w:val="0"/>
          <w:i w:val="0"/>
          <w:sz w:val="20"/>
        </w:rPr>
        <w:br/>
        <w:br/>
        <w:t xml:space="preserve">       sent_from</w:t>
        <w:br/>
        <w:t xml:space="preserve">      </w:t>
        <w:br/>
      </w:r>
      <w:r>
        <w:rPr>
          <w:b w:val="0"/>
          <w:i w:val="0"/>
        </w:rPr>
        <w:t xml:space="preserve"> là một địa chỉ khác với địa chỉ dùng để gửi email, nhưng điều đó </w:t>
      </w:r>
      <w:r>
        <w:rPr>
          <w:b/>
          <w:i w:val="0"/>
        </w:rPr>
        <w:t xml:space="preserve"> </w:t>
      </w:r>
      <w:r>
        <w:rPr>
          <w:b/>
          <w:i/>
        </w:rPr>
        <w:t xml:space="preserve"> không được khuyến nghị </w:t>
      </w:r>
      <w:r>
        <w:rPr>
          <w:b/>
          <w:i w:val="0"/>
        </w:rPr>
        <w:t xml:space="preserve"> </w:t>
      </w:r>
      <w:r>
        <w:rPr>
          <w:b w:val="0"/>
          <w:i w:val="0"/>
        </w:rPr>
        <w:t xml:space="preserve"> , vì nó có thể bị hiểu là dấu hiệu của việc cố gắng giả mạo nguồn gốc email và có thể khiến email bị gắn nhãn là thư rác (spam).</w:t>
      </w:r>
    </w:p>
    <w:p>
      <w:pPr>
        <w:spacing w:after="80"/>
      </w:pPr>
      <w:r>
        <w:rPr>
          <w:b w:val="0"/>
          <w:i w:val="0"/>
        </w:rPr>
        <w:t xml:space="preserve">Bạn chỉ nên sử dụng SMTP bảo mật (giao thức SMTPS) vì nó được mã hóa và không thể bị đọc bởi các bên trung gian trên mạng khắp internet. Gmail yêu cầu bạn luôn sử dụng nó. Nếu bạn dùng cổng 587, là cổng SMTP tiêu chuẩn, Gmail yêu cầu bạn gọi </w:t>
      </w:r>
      <w:r>
        <w:rPr>
          <w:rFonts w:ascii="Consolas" w:hAnsi="Consolas"/>
          <w:b w:val="0"/>
          <w:i w:val="0"/>
          <w:sz w:val="20"/>
        </w:rPr>
        <w:br/>
        <w:br/>
        <w:t xml:space="preserve">      .starttls</w:t>
        <w:br/>
        <w:t xml:space="preserve">     </w:t>
        <w:br/>
      </w:r>
      <w:r>
        <w:rPr>
          <w:b w:val="0"/>
          <w:i w:val="0"/>
        </w:rPr>
        <w:t xml:space="preserve"> để tạo một phiên bảo mật, như được hiển thị trong đoạn mã sau:blue</w:t>
      </w:r>
    </w:p>
    <w:p>
      <w:pPr>
        <w:spacing w:after="0"/>
        <w:ind w:left="360"/>
        <w:shd w:val="clear" w:color="auto" w:fill="F2F2F2"/>
      </w:pPr>
      <w:r>
        <w:rPr>
          <w:rFonts w:ascii="Consolas" w:hAnsi="Consolas"/>
          <w:sz w:val="18"/>
        </w:rPr>
        <w:t xml:space="preserve"> with smtplib.SMTP('smtp.gmail.com', 587) as server:</w:t>
      </w:r>
    </w:p>
    <w:p>
      <w:pPr>
        <w:spacing w:after="0"/>
        <w:ind w:left="360"/>
        <w:shd w:val="clear" w:color="auto" w:fill="F2F2F2"/>
      </w:pPr>
      <w:r>
        <w:rPr>
          <w:rFonts w:ascii="Consolas" w:hAnsi="Consolas"/>
          <w:sz w:val="18"/>
        </w:rPr>
        <w:t xml:space="preserve">    server.starttls()</w:t>
      </w:r>
    </w:p>
    <w:p>
      <w:pPr>
        <w:spacing w:after="0"/>
        <w:ind w:left="360"/>
        <w:shd w:val="clear" w:color="auto" w:fill="F2F2F2"/>
      </w:pPr>
      <w:r>
        <w:rPr>
          <w:rFonts w:ascii="Consolas" w:hAnsi="Consolas"/>
          <w:sz w:val="18"/>
        </w:rPr>
        <w:t xml:space="preserve">    server.login(USER, PASSWORD)</w:t>
      </w:r>
    </w:p>
    <w:p>
      <w:pPr>
        <w:spacing w:after="0"/>
        <w:ind w:left="360"/>
        <w:shd w:val="clear" w:color="auto" w:fill="F2F2F2"/>
      </w:pPr>
      <w:r>
        <w:rPr>
          <w:rFonts w:ascii="Consolas" w:hAnsi="Consolas"/>
          <w:sz w:val="18"/>
        </w:rPr>
        <w:t xml:space="preserve">    server.sendmail(sent_from, send_to, msg.as_string())</w:t>
      </w:r>
    </w:p>
    <w:p>
      <w:pPr>
        <w:spacing w:after="40"/>
      </w:pPr>
    </w:p>
    <w:p>
      <w:pPr>
        <w:spacing w:after="80"/>
      </w:pPr>
      <w:r>
        <w:rPr>
          <w:b w:val="0"/>
          <w:i w:val="0"/>
        </w:rPr>
        <w:t xml:space="preserve">Nếu bạn muốn tìm hiểu thêm về những khác biệt này và về cả hai giao thức, hãy xem bài viết này: </w:t>
      </w:r>
      <w:r>
        <w:rPr>
          <w:rFonts w:ascii="Consolas" w:hAnsi="Consolas"/>
          <w:b w:val="0"/>
          <w:i w:val="0"/>
          <w:sz w:val="20"/>
        </w:rPr>
        <w:br/>
        <w:br/>
        <w:t xml:space="preserve">       https://www.fastmail.help/hc/en-us/articles/360058753834-SSL-TLS-and-STARTTLS</w:t>
        <w:br/>
        <w:t xml:space="preserve">      </w:t>
        <w:br/>
      </w:r>
      <w:r>
        <w:rPr>
          <w:b w:val="0"/>
          <w:i w:val="0"/>
        </w:rPr>
        <w:t xml:space="preserve"> .</w:t>
      </w:r>
    </w:p>
    <w:p>
      <w:pPr>
        <w:spacing w:after="80"/>
      </w:pPr>
      <w:r>
        <w:rPr>
          <w:b w:val="0"/>
          <w:i w:val="0"/>
        </w:rPr>
        <w:t xml:space="preserve">Tài liệu đầy đủ về </w:t>
      </w:r>
      <w:r>
        <w:rPr>
          <w:rFonts w:ascii="Consolas" w:hAnsi="Consolas"/>
          <w:b w:val="0"/>
          <w:i w:val="0"/>
          <w:sz w:val="20"/>
        </w:rPr>
        <w:br/>
        <w:br/>
        <w:t xml:space="preserve">      smtplib</w:t>
        <w:br/>
        <w:t xml:space="preserve">     </w:t>
        <w:br/>
      </w:r>
      <w:r>
        <w:rPr>
          <w:b w:val="0"/>
          <w:i w:val="0"/>
        </w:rPr>
        <w:t xml:space="preserve"> có thể được tìm thấy tại </w:t>
      </w:r>
      <w:r>
        <w:rPr>
          <w:rFonts w:ascii="Consolas" w:hAnsi="Consolas"/>
          <w:b w:val="0"/>
          <w:i w:val="0"/>
          <w:sz w:val="20"/>
        </w:rPr>
        <w:br/>
        <w:br/>
        <w:t xml:space="preserve">       https://docs.python.org/3/library/smtplib.html</w:t>
        <w:br/>
        <w:t xml:space="preserve">      </w:t>
        <w:br/>
      </w:r>
      <w:r>
        <w:rPr>
          <w:b w:val="0"/>
          <w:i w:val="0"/>
        </w:rPr>
        <w:t xml:space="preserve"> , và tài liệu cho mô-đun </w:t>
      </w:r>
      <w:r>
        <w:rPr>
          <w:rFonts w:ascii="Consolas" w:hAnsi="Consolas"/>
          <w:b w:val="0"/>
          <w:i w:val="0"/>
          <w:sz w:val="20"/>
        </w:rPr>
        <w:br/>
        <w:br/>
        <w:t xml:space="preserve">      email</w:t>
        <w:br/>
        <w:t xml:space="preserve">     </w:t>
        <w:br/>
      </w:r>
      <w:r>
        <w:rPr>
          <w:b w:val="0"/>
          <w:i w:val="0"/>
        </w:rPr>
        <w:t xml:space="preserve">, với thông tin về các định dạng email khác nhau (bao gồm cả thông tin về các loại MIME), có thể được tìm thấy ở đây: </w:t>
      </w:r>
      <w:r>
        <w:rPr>
          <w:rFonts w:ascii="Consolas" w:hAnsi="Consolas"/>
          <w:b w:val="0"/>
          <w:i w:val="0"/>
          <w:sz w:val="20"/>
        </w:rPr>
        <w:br/>
        <w:br/>
        <w:t xml:space="preserve">       https://docs.python.org/3/library/email.html</w:t>
        <w:br/>
        <w:t xml:space="preserve">      </w:t>
        <w:br/>
      </w:r>
      <w:r>
        <w:rPr>
          <w:b w:val="0"/>
          <w:i w:val="0"/>
        </w:rPr>
        <w:t xml:space="preserve"> . Các loại MIME có thể được dùng để thêm tệp đính kèm dạng nhị phân vào email.</w:t>
      </w:r>
    </w:p>
    <w:p>
      <w:pPr>
        <w:spacing w:after="80"/>
      </w:pPr>
      <w:r>
        <w:rPr>
          <w:b w:val="0"/>
          <w:i w:val="0"/>
        </w:rPr>
        <w:t>Trong công thức tiếp theo, chúng ta sẽ tương tác với máy chủ email từ phía đối diện, đó là đọc email.</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Làm việc với mẫu email </w:t>
      </w:r>
      <w:r>
        <w:rPr>
          <w:b w:val="0"/>
          <w:i w:val="0"/>
        </w:rPr>
        <w:t xml:space="preserve"> ở phần trước trong chương này, để xem cách soạn nội dung của email</w:t>
      </w:r>
    </w:p>
    <w:p>
      <w:pPr>
        <w:spacing w:after="80"/>
        <w:ind w:left="360"/>
      </w:pPr>
      <w:r>
        <w:t xml:space="preserve">• </w:t>
      </w:r>
      <w:r>
        <w:rPr>
          <w:b w:val="0"/>
          <w:i w:val="0"/>
        </w:rPr>
        <w:t xml:space="preserve">Công thức </w:t>
      </w:r>
      <w:r>
        <w:rPr>
          <w:b w:val="0"/>
          <w:i/>
        </w:rPr>
        <w:t xml:space="preserve"> Gửi thông báo qua email </w:t>
      </w:r>
      <w:r>
        <w:rPr>
          <w:b w:val="0"/>
          <w:i w:val="0"/>
        </w:rPr>
        <w:t xml:space="preserve"> ở phần sau trong chương này, để học cách gửi email hàng loạt</w:t>
      </w:r>
    </w:p>
    <w:p>
      <w:pPr>
        <w:pStyle w:val="Heading2"/>
      </w:pPr>
      <w:r>
        <w:rPr>
          <w:rFonts w:ascii="Calibri" w:hAnsi="Calibri"/>
          <w:b/>
          <w:i w:val="0"/>
          <w:sz w:val="32"/>
        </w:rPr>
        <w:t>Đọc một email</w:t>
      </w:r>
    </w:p>
    <w:p>
      <w:pPr>
        <w:spacing w:after="80"/>
      </w:pPr>
      <w:r>
        <w:rPr>
          <w:b w:val="0"/>
          <w:i w:val="0"/>
        </w:rPr>
        <w:t>Trong công thức này, chúng ta sẽ xem cách đọc email từ một tài khoản. Chúng ta sẽ dùng chuẩn IMAP4, đây là chuẩn được dùng phổ biến nhất để đọc email.</w:t>
      </w:r>
    </w:p>
    <w:p>
      <w:pPr>
        <w:spacing w:after="80"/>
      </w:pPr>
      <w:r>
        <w:rPr>
          <w:b w:val="0"/>
          <w:i w:val="0"/>
        </w:rPr>
        <w:t>Sau khi đọc xong, email có thể được xử lý và phân tích tự động để tạo ra các hành động như phản hồi tự động thông minh, chuyển tiếp email đến một đích khác, tổng hợp kết quả để giám sát, v.v. Các lựa chọn là vô hạn!</w:t>
      </w:r>
    </w:p>
    <w:p>
      <w:pPr>
        <w:pStyle w:val="Heading3"/>
      </w:pPr>
      <w:r>
        <w:rPr>
          <w:rFonts w:ascii="Calibri" w:hAnsi="Calibri"/>
          <w:b/>
          <w:i w:val="0"/>
          <w:sz w:val="26"/>
        </w:rPr>
        <w:t>Chuẩn bị</w:t>
      </w:r>
    </w:p>
    <w:p>
      <w:pPr>
        <w:spacing w:after="80"/>
      </w:pPr>
      <w:r>
        <w:rPr>
          <w:b w:val="0"/>
          <w:i w:val="0"/>
        </w:rPr>
        <w:t>Đối với công thức này, chúng ta sẽ cần một tài khoản email với một nhà cung cấp dịch vụ. Có một số khác biệt nhỏ tùy theo nhà cung cấp bạn dùng, nhưng chúng ta sẽ dùng tài khoản Gmail, vì nó phổ biến, thông dụng và miễn phí truy cập.</w:t>
      </w:r>
    </w:p>
    <w:p>
      <w:pPr>
        <w:spacing w:after="80"/>
      </w:pPr>
      <w:r>
        <w:rPr>
          <w:b w:val="0"/>
          <w:i w:val="0"/>
        </w:rPr>
        <w:t xml:space="preserve">Gmail chặn truy cập IMAP bằng mật khẩu tài khoản thông thường của bạn, nên chúng ta sẽ tạo một mật khẩu ứng dụng riêng cho việc truy cập mail. Hãy làm theo hướng dẫn ở đây: </w:t>
      </w:r>
      <w:r>
        <w:rPr>
          <w:rFonts w:ascii="Consolas" w:hAnsi="Consolas"/>
          <w:b w:val="0"/>
          <w:i w:val="0"/>
          <w:sz w:val="20"/>
        </w:rPr>
        <w:br/>
        <w:br/>
        <w:t xml:space="preserve">       https://support.google.com/accounts/answer/185833</w:t>
        <w:br/>
        <w:t xml:space="preserve">      </w:t>
        <w:br/>
      </w:r>
      <w:r>
        <w:rPr>
          <w:b w:val="0"/>
          <w:i w:val="0"/>
        </w:rPr>
        <w:t xml:space="preserve"> . Thao tác này sẽ tạo ra một mật khẩu cho mục đích của công thức này. Nhớ tạo nó cho mail. Bạn có thể xóa mật khẩu đó sau.</w:t>
      </w:r>
    </w:p>
    <w:p>
      <w:pPr>
        <w:spacing w:after="80"/>
      </w:pPr>
      <w:r>
        <w:rPr>
          <w:b w:val="0"/>
          <w:i w:val="0"/>
        </w:rPr>
        <w:t xml:space="preserve">Chúng ta sẽ dùng mô-đun </w:t>
      </w:r>
      <w:r>
        <w:rPr>
          <w:rFonts w:ascii="Consolas" w:hAnsi="Consolas"/>
          <w:b w:val="0"/>
          <w:i w:val="0"/>
          <w:sz w:val="20"/>
        </w:rPr>
        <w:br/>
        <w:br/>
        <w:t xml:space="preserve">      imaplib</w:t>
        <w:br/>
        <w:t xml:space="preserve">     </w:t>
        <w:br/>
      </w:r>
      <w:r>
        <w:rPr>
          <w:b w:val="0"/>
          <w:i w:val="0"/>
        </w:rPr>
        <w:t>, đây là một phần trong thư viện chuẩn của Python.</w:t>
      </w:r>
    </w:p>
    <w:p>
      <w:pPr>
        <w:spacing w:after="80"/>
      </w:pPr>
      <w:r>
        <w:rPr>
          <w:b w:val="0"/>
          <w:i w:val="0"/>
        </w:rPr>
        <w:t>Công thức này sẽ đọc email nhận được gần nhất, nên bạn có thể dùng nó để kiểm soát tốt hơn những gì sẽ được đọc. Chúng ta sẽ gửi một email ngắn trông như được gửi đến nhóm hỗ trợ.</w:t>
      </w:r>
    </w:p>
    <w:p>
      <w:pPr>
        <w:pStyle w:val="Heading3"/>
      </w:pPr>
      <w:r>
        <w:rPr>
          <w:rFonts w:ascii="Calibri" w:hAnsi="Calibri"/>
          <w:b/>
          <w:i w:val="0"/>
          <w:sz w:val="26"/>
        </w:rPr>
        <w:t>Cách thực hiện...</w:t>
      </w:r>
    </w:p>
    <w:p>
      <w:pPr>
        <w:spacing w:after="80"/>
        <w:ind w:left="360"/>
      </w:pPr>
      <w:r>
        <w:t xml:space="preserve">1. </w:t>
      </w:r>
      <w:r>
        <w:rPr>
          <w:b w:val="0"/>
          <w:i w:val="0"/>
        </w:rPr>
        <w:t xml:space="preserve">Import các mô-đun </w:t>
      </w:r>
      <w:r>
        <w:rPr>
          <w:rFonts w:ascii="Consolas" w:hAnsi="Consolas"/>
          <w:b w:val="0"/>
          <w:i w:val="0"/>
          <w:sz w:val="20"/>
        </w:rPr>
        <w:br/>
        <w:br/>
        <w:t xml:space="preserve">       imaplib</w:t>
        <w:br/>
        <w:t xml:space="preserve">      </w:t>
        <w:br/>
      </w:r>
      <w:r>
        <w:rPr>
          <w:b w:val="0"/>
          <w:i w:val="0"/>
        </w:rPr>
        <w:t xml:space="preserve"> và </w:t>
      </w:r>
      <w:r>
        <w:rPr>
          <w:rFonts w:ascii="Consolas" w:hAnsi="Consolas"/>
          <w:b w:val="0"/>
          <w:i w:val="0"/>
          <w:sz w:val="20"/>
        </w:rPr>
        <w:br/>
        <w:br/>
        <w:t xml:space="preserve">       email</w:t>
        <w:br/>
        <w:t xml:space="preserve">      </w:t>
        <w:br/>
      </w:r>
      <w:r>
        <w:rPr>
          <w:b w:val="0"/>
          <w:i w:val="0"/>
        </w:rPr>
        <w:t>:</w:t>
      </w:r>
    </w:p>
    <w:p>
      <w:pPr>
        <w:spacing w:after="0"/>
        <w:ind w:left="360"/>
        <w:shd w:val="clear" w:color="auto" w:fill="F2F2F2"/>
      </w:pPr>
      <w:r>
        <w:rPr>
          <w:rFonts w:ascii="Consolas" w:hAnsi="Consolas"/>
          <w:sz w:val="18"/>
        </w:rPr>
        <w:t>&gt;&gt;&gt; import imaplib</w:t>
      </w:r>
    </w:p>
    <w:p>
      <w:pPr>
        <w:spacing w:after="0"/>
        <w:ind w:left="360"/>
        <w:shd w:val="clear" w:color="auto" w:fill="F2F2F2"/>
      </w:pPr>
      <w:r>
        <w:rPr>
          <w:rFonts w:ascii="Consolas" w:hAnsi="Consolas"/>
          <w:sz w:val="18"/>
        </w:rPr>
        <w:t>&gt;&gt;&gt; import email</w:t>
      </w:r>
    </w:p>
    <w:p>
      <w:pPr>
        <w:spacing w:after="0"/>
        <w:ind w:left="360"/>
        <w:shd w:val="clear" w:color="auto" w:fill="F2F2F2"/>
      </w:pPr>
      <w:r>
        <w:rPr>
          <w:rFonts w:ascii="Consolas" w:hAnsi="Consolas"/>
          <w:sz w:val="18"/>
        </w:rPr>
        <w:t>&gt;&gt;&gt; from email.parser import BytesParser, Parser</w:t>
      </w:r>
    </w:p>
    <w:p>
      <w:pPr>
        <w:spacing w:after="0"/>
        <w:ind w:left="360"/>
        <w:shd w:val="clear" w:color="auto" w:fill="F2F2F2"/>
      </w:pPr>
      <w:r>
        <w:rPr>
          <w:rFonts w:ascii="Consolas" w:hAnsi="Consolas"/>
          <w:sz w:val="18"/>
        </w:rPr>
        <w:t>&gt;&gt;&gt; from email.policy import default</w:t>
      </w:r>
    </w:p>
    <w:p>
      <w:pPr>
        <w:spacing w:after="40"/>
      </w:pPr>
    </w:p>
    <w:p>
      <w:pPr>
        <w:spacing w:after="80"/>
        <w:ind w:left="360"/>
      </w:pPr>
      <w:r>
        <w:t xml:space="preserve">2. </w:t>
      </w:r>
      <w:r>
        <w:rPr>
          <w:b w:val="0"/>
          <w:i w:val="0"/>
        </w:rPr>
        <w:t>Thiết lập thông tin đăng nhập, thay thế phần sau bằng thông tin chi tiết của riêng bạn:</w:t>
      </w:r>
    </w:p>
    <w:p>
      <w:pPr>
        <w:spacing w:after="0"/>
        <w:ind w:left="360"/>
        <w:shd w:val="clear" w:color="auto" w:fill="F2F2F2"/>
      </w:pPr>
      <w:r>
        <w:rPr>
          <w:rFonts w:ascii="Consolas" w:hAnsi="Consolas"/>
          <w:sz w:val="18"/>
        </w:rPr>
        <w:t>&gt;&gt;&gt; USER = 'your.account@gmail.com'</w:t>
      </w:r>
    </w:p>
    <w:p>
      <w:pPr>
        <w:spacing w:after="0"/>
        <w:ind w:left="360"/>
        <w:shd w:val="clear" w:color="auto" w:fill="F2F2F2"/>
      </w:pPr>
      <w:r>
        <w:rPr>
          <w:rFonts w:ascii="Consolas" w:hAnsi="Consolas"/>
          <w:sz w:val="18"/>
        </w:rPr>
        <w:t>&gt;&gt;&gt; PASSWORD = 'YourPassword'</w:t>
      </w:r>
    </w:p>
    <w:p>
      <w:pPr>
        <w:spacing w:after="40"/>
      </w:pPr>
    </w:p>
    <w:p>
      <w:pPr>
        <w:spacing w:after="80"/>
        <w:ind w:left="360"/>
      </w:pPr>
      <w:r>
        <w:t xml:space="preserve">3. </w:t>
      </w:r>
      <w:r>
        <w:rPr>
          <w:b w:val="0"/>
          <w:i w:val="0"/>
        </w:rPr>
        <w:t>Kết nối tới máy chủ email:</w:t>
      </w:r>
    </w:p>
    <w:p>
      <w:pPr>
        <w:spacing w:after="0"/>
        <w:ind w:left="360"/>
        <w:shd w:val="clear" w:color="auto" w:fill="F2F2F2"/>
      </w:pPr>
      <w:r>
        <w:rPr>
          <w:rFonts w:ascii="Consolas" w:hAnsi="Consolas"/>
          <w:sz w:val="18"/>
        </w:rPr>
        <w:t>&gt;&gt;&gt; mail = imaplib.IMAP4_SSL('imap.gmail.com')</w:t>
      </w:r>
    </w:p>
    <w:p>
      <w:pPr>
        <w:spacing w:after="0"/>
        <w:ind w:left="360"/>
        <w:shd w:val="clear" w:color="auto" w:fill="F2F2F2"/>
      </w:pPr>
      <w:r>
        <w:rPr>
          <w:rFonts w:ascii="Consolas" w:hAnsi="Consolas"/>
          <w:sz w:val="18"/>
        </w:rPr>
        <w:t>&gt;&gt;&gt; mail.login(USER, PASSWORD)</w:t>
      </w:r>
    </w:p>
    <w:p>
      <w:pPr>
        <w:spacing w:after="0"/>
        <w:ind w:left="360"/>
        <w:shd w:val="clear" w:color="auto" w:fill="F2F2F2"/>
      </w:pPr>
      <w:r>
        <w:rPr>
          <w:rFonts w:ascii="Consolas" w:hAnsi="Consolas"/>
          <w:sz w:val="18"/>
        </w:rPr>
        <w:t>('OK', [b'USER@gmail.com authenticated (Success)'])</w:t>
      </w:r>
    </w:p>
    <w:p>
      <w:pPr>
        <w:spacing w:after="40"/>
      </w:pPr>
    </w:p>
    <w:p>
      <w:pPr>
        <w:spacing w:after="80"/>
        <w:ind w:left="360"/>
      </w:pPr>
      <w:r>
        <w:t xml:space="preserve">4. </w:t>
      </w:r>
      <w:r>
        <w:rPr>
          <w:b w:val="0"/>
          <w:i w:val="0"/>
        </w:rPr>
        <w:t xml:space="preserve">Chọn thư mục </w:t>
      </w:r>
      <w:r>
        <w:rPr>
          <w:rFonts w:ascii="Consolas" w:hAnsi="Consolas"/>
          <w:b w:val="0"/>
          <w:i w:val="0"/>
          <w:sz w:val="20"/>
        </w:rPr>
        <w:br/>
        <w:br/>
        <w:t xml:space="preserve">       inbox</w:t>
        <w:br/>
        <w:t xml:space="preserve">      </w:t>
        <w:br/>
      </w:r>
      <w:r>
        <w:rPr>
          <w:b w:val="0"/>
          <w:i w:val="0"/>
        </w:rPr>
        <w:t>:</w:t>
      </w:r>
    </w:p>
    <w:p>
      <w:pPr>
        <w:spacing w:after="0"/>
        <w:ind w:left="360"/>
        <w:shd w:val="clear" w:color="auto" w:fill="F2F2F2"/>
      </w:pPr>
      <w:r>
        <w:rPr>
          <w:rFonts w:ascii="Consolas" w:hAnsi="Consolas"/>
          <w:sz w:val="18"/>
        </w:rPr>
        <w:t>&gt;&gt;&gt; mail.select('inbox')</w:t>
      </w:r>
    </w:p>
    <w:p>
      <w:pPr>
        <w:spacing w:after="40"/>
      </w:pPr>
    </w:p>
    <w:p>
      <w:pPr>
        <w:spacing w:after="80"/>
        <w:ind w:left="360"/>
      </w:pPr>
      <w:r>
        <w:t xml:space="preserve">5. </w:t>
      </w:r>
      <w:r>
        <w:rPr>
          <w:b w:val="0"/>
          <w:i w:val="0"/>
        </w:rPr>
        <w:t>Đọc tất cả UID của email và lấy email mới nhận gần nhất:</w:t>
      </w:r>
    </w:p>
    <w:p>
      <w:pPr>
        <w:spacing w:after="0"/>
        <w:ind w:left="360"/>
        <w:shd w:val="clear" w:color="auto" w:fill="F2F2F2"/>
      </w:pPr>
      <w:r>
        <w:rPr>
          <w:rFonts w:ascii="Consolas" w:hAnsi="Consolas"/>
          <w:sz w:val="18"/>
        </w:rPr>
        <w:t>&gt;&gt;&gt; result, data = mail.uid('search', None, 'ALL')</w:t>
      </w:r>
    </w:p>
    <w:p>
      <w:pPr>
        <w:spacing w:after="0"/>
        <w:ind w:left="360"/>
        <w:shd w:val="clear" w:color="auto" w:fill="F2F2F2"/>
      </w:pPr>
      <w:r>
        <w:rPr>
          <w:rFonts w:ascii="Consolas" w:hAnsi="Consolas"/>
          <w:sz w:val="18"/>
        </w:rPr>
        <w:t>&gt;&gt;&gt; latest_email_uid = data[0].split()[-1]</w:t>
      </w:r>
    </w:p>
    <w:p>
      <w:pPr>
        <w:spacing w:after="0"/>
        <w:ind w:left="360"/>
        <w:shd w:val="clear" w:color="auto" w:fill="F2F2F2"/>
      </w:pPr>
      <w:r>
        <w:rPr>
          <w:rFonts w:ascii="Consolas" w:hAnsi="Consolas"/>
          <w:sz w:val="18"/>
        </w:rPr>
        <w:t>&gt;&gt;&gt; result, data = mail.uid('fetch', latest_email_uid, '(RFC822)')</w:t>
      </w:r>
    </w:p>
    <w:p>
      <w:pPr>
        <w:spacing w:after="0"/>
        <w:ind w:left="360"/>
        <w:shd w:val="clear" w:color="auto" w:fill="F2F2F2"/>
      </w:pPr>
      <w:r>
        <w:rPr>
          <w:rFonts w:ascii="Consolas" w:hAnsi="Consolas"/>
          <w:sz w:val="18"/>
        </w:rPr>
        <w:t>&gt;&gt;&gt; raw_email = data[0][1]</w:t>
      </w:r>
    </w:p>
    <w:p>
      <w:pPr>
        <w:spacing w:after="40"/>
      </w:pPr>
    </w:p>
    <w:p>
      <w:pPr>
        <w:spacing w:after="80"/>
        <w:ind w:left="360"/>
      </w:pPr>
      <w:r>
        <w:t xml:space="preserve">6. </w:t>
      </w:r>
      <w:r>
        <w:rPr>
          <w:b w:val="0"/>
          <w:i w:val="0"/>
        </w:rPr>
        <w:t>Phân tích email thành một đối tượng Python:</w:t>
      </w:r>
    </w:p>
    <w:p>
      <w:pPr>
        <w:spacing w:after="0"/>
        <w:ind w:left="360"/>
        <w:shd w:val="clear" w:color="auto" w:fill="F2F2F2"/>
      </w:pPr>
      <w:r>
        <w:rPr>
          <w:rFonts w:ascii="Consolas" w:hAnsi="Consolas"/>
          <w:sz w:val="18"/>
        </w:rPr>
        <w:t>&gt;&gt;&gt; email_message = BytesParser(policy=default).parsebytes(raw_email)</w:t>
      </w:r>
    </w:p>
    <w:p>
      <w:pPr>
        <w:spacing w:after="40"/>
      </w:pPr>
    </w:p>
    <w:p>
      <w:pPr>
        <w:spacing w:after="80"/>
        <w:ind w:left="360"/>
      </w:pPr>
      <w:r>
        <w:t xml:space="preserve">7. </w:t>
      </w:r>
      <w:r>
        <w:rPr>
          <w:b w:val="0"/>
          <w:i w:val="0"/>
        </w:rPr>
        <w:t>Hiển thị tiêu đề và người gửi của email:</w:t>
      </w:r>
    </w:p>
    <w:p>
      <w:pPr>
        <w:spacing w:after="0"/>
        <w:ind w:left="360"/>
        <w:shd w:val="clear" w:color="auto" w:fill="F2F2F2"/>
      </w:pPr>
      <w:r>
        <w:rPr>
          <w:rFonts w:ascii="Consolas" w:hAnsi="Consolas"/>
          <w:sz w:val="18"/>
        </w:rPr>
        <w:t>&gt;&gt;&gt; email_message['subject']</w:t>
      </w:r>
    </w:p>
    <w:p>
      <w:pPr>
        <w:spacing w:after="0"/>
        <w:ind w:left="360"/>
        <w:shd w:val="clear" w:color="auto" w:fill="F2F2F2"/>
      </w:pPr>
      <w:r>
        <w:rPr>
          <w:rFonts w:ascii="Consolas" w:hAnsi="Consolas"/>
          <w:sz w:val="18"/>
        </w:rPr>
        <w:t>'[Ref ABCDEF] Subject: Product A'</w:t>
      </w:r>
    </w:p>
    <w:p>
      <w:pPr>
        <w:spacing w:after="0"/>
        <w:ind w:left="360"/>
        <w:shd w:val="clear" w:color="auto" w:fill="F2F2F2"/>
      </w:pPr>
      <w:r>
        <w:rPr>
          <w:rFonts w:ascii="Consolas" w:hAnsi="Consolas"/>
          <w:sz w:val="18"/>
        </w:rPr>
        <w:t>&gt;&gt;&gt; email.utils.parseaddr(email_message['From'])</w:t>
      </w:r>
    </w:p>
    <w:p>
      <w:pPr>
        <w:spacing w:after="0"/>
        <w:ind w:left="360"/>
        <w:shd w:val="clear" w:color="auto" w:fill="F2F2F2"/>
      </w:pPr>
      <w:r>
        <w:rPr>
          <w:rFonts w:ascii="Consolas" w:hAnsi="Consolas"/>
          <w:sz w:val="18"/>
        </w:rPr>
        <w:t>('Sender name', 'sender@gmail.com')</w:t>
      </w:r>
    </w:p>
    <w:p>
      <w:pPr>
        <w:spacing w:after="40"/>
      </w:pPr>
    </w:p>
    <w:p>
      <w:pPr>
        <w:spacing w:after="80"/>
        <w:ind w:left="360"/>
      </w:pPr>
      <w:r>
        <w:t xml:space="preserve">8. </w:t>
      </w:r>
      <w:r>
        <w:rPr>
          <w:b w:val="0"/>
          <w:i w:val="0"/>
        </w:rPr>
        <w:t>Lấy nội dung (payload) của phần văn bản:</w:t>
      </w:r>
    </w:p>
    <w:p>
      <w:pPr>
        <w:spacing w:after="0"/>
        <w:ind w:left="360"/>
        <w:shd w:val="clear" w:color="auto" w:fill="F2F2F2"/>
      </w:pPr>
      <w:r>
        <w:rPr>
          <w:rFonts w:ascii="Consolas" w:hAnsi="Consolas"/>
          <w:sz w:val="18"/>
        </w:rPr>
        <w:t>&gt;&gt;&gt; email_type = email_message.get_content_maintype()</w:t>
      </w:r>
    </w:p>
    <w:p>
      <w:pPr>
        <w:spacing w:after="0"/>
        <w:ind w:left="360"/>
        <w:shd w:val="clear" w:color="auto" w:fill="F2F2F2"/>
      </w:pPr>
      <w:r>
        <w:rPr>
          <w:rFonts w:ascii="Consolas" w:hAnsi="Consolas"/>
          <w:sz w:val="18"/>
        </w:rPr>
        <w:t>&gt;&gt;&gt; payload = ''</w:t>
      </w:r>
    </w:p>
    <w:p>
      <w:pPr>
        <w:spacing w:after="0"/>
        <w:ind w:left="360"/>
        <w:shd w:val="clear" w:color="auto" w:fill="F2F2F2"/>
      </w:pPr>
      <w:r>
        <w:rPr>
          <w:rFonts w:ascii="Consolas" w:hAnsi="Consolas"/>
          <w:sz w:val="18"/>
        </w:rPr>
        <w:t>&gt;&gt;&gt; if email_type == 'multipart':</w:t>
      </w:r>
    </w:p>
    <w:p>
      <w:pPr>
        <w:spacing w:after="0"/>
        <w:ind w:left="360"/>
        <w:shd w:val="clear" w:color="auto" w:fill="F2F2F2"/>
      </w:pPr>
      <w:r>
        <w:rPr>
          <w:rFonts w:ascii="Consolas" w:hAnsi="Consolas"/>
          <w:sz w:val="18"/>
        </w:rPr>
        <w:t>...     for part in email_message.get_payload():</w:t>
      </w:r>
    </w:p>
    <w:p>
      <w:pPr>
        <w:spacing w:after="0"/>
        <w:ind w:left="360"/>
        <w:shd w:val="clear" w:color="auto" w:fill="F2F2F2"/>
      </w:pPr>
      <w:r>
        <w:rPr>
          <w:rFonts w:ascii="Consolas" w:hAnsi="Consolas"/>
          <w:sz w:val="18"/>
        </w:rPr>
        <w:t>...         if part.get_content_type() == 'text/plain':</w:t>
      </w:r>
    </w:p>
    <w:p>
      <w:pPr>
        <w:spacing w:after="0"/>
        <w:ind w:left="360"/>
        <w:shd w:val="clear" w:color="auto" w:fill="F2F2F2"/>
      </w:pPr>
      <w:r>
        <w:rPr>
          <w:rFonts w:ascii="Consolas" w:hAnsi="Consolas"/>
          <w:sz w:val="18"/>
        </w:rPr>
        <w:t>...             payload = part.get_payload()</w:t>
      </w:r>
    </w:p>
    <w:p>
      <w:pPr>
        <w:spacing w:after="0"/>
        <w:ind w:left="360"/>
        <w:shd w:val="clear" w:color="auto" w:fill="F2F2F2"/>
      </w:pPr>
      <w:r>
        <w:rPr>
          <w:rFonts w:ascii="Consolas" w:hAnsi="Consolas"/>
          <w:sz w:val="18"/>
        </w:rPr>
        <w:t>... elif email_type == 'text':</w:t>
      </w:r>
    </w:p>
    <w:p>
      <w:pPr>
        <w:spacing w:after="0"/>
        <w:ind w:left="360"/>
        <w:shd w:val="clear" w:color="auto" w:fill="F2F2F2"/>
      </w:pPr>
      <w:r>
        <w:rPr>
          <w:rFonts w:ascii="Consolas" w:hAnsi="Consolas"/>
          <w:sz w:val="18"/>
        </w:rPr>
        <w:t>...     payload = email_message.get_payload()</w:t>
      </w:r>
    </w:p>
    <w:p>
      <w:pPr>
        <w:spacing w:after="0"/>
        <w:ind w:left="360"/>
        <w:shd w:val="clear" w:color="auto" w:fill="F2F2F2"/>
      </w:pPr>
      <w:r>
        <w:rPr>
          <w:rFonts w:ascii="Consolas" w:hAnsi="Consolas"/>
          <w:sz w:val="18"/>
        </w:rPr>
        <w:t>&gt;&gt;&gt; print(payload)</w:t>
      </w:r>
    </w:p>
    <w:p>
      <w:pPr>
        <w:spacing w:after="0"/>
        <w:ind w:left="360"/>
        <w:shd w:val="clear" w:color="auto" w:fill="F2F2F2"/>
      </w:pPr>
      <w:r>
        <w:rPr>
          <w:rFonts w:ascii="Consolas" w:hAnsi="Consolas"/>
          <w:sz w:val="18"/>
        </w:rPr>
        <w:t>Hi:</w:t>
      </w:r>
    </w:p>
    <w:p>
      <w:pPr>
        <w:spacing w:after="0"/>
        <w:ind w:left="360"/>
        <w:shd w:val="clear" w:color="auto" w:fill="F2F2F2"/>
      </w:pPr>
      <w:r>
        <w:rPr>
          <w:rFonts w:ascii="Consolas" w:hAnsi="Consolas"/>
          <w:sz w:val="18"/>
        </w:rPr>
        <w:t xml:space="preserve">  I'm having difficulties getting into my account. What was the URL, again?</w:t>
      </w:r>
    </w:p>
    <w:p>
      <w:pPr>
        <w:spacing w:after="0"/>
        <w:ind w:left="360"/>
        <w:shd w:val="clear" w:color="auto" w:fill="F2F2F2"/>
      </w:pPr>
      <w:r>
        <w:rPr>
          <w:rFonts w:ascii="Consolas" w:hAnsi="Consolas"/>
          <w:sz w:val="18"/>
        </w:rPr>
        <w:t xml:space="preserve">  Thanks!</w:t>
      </w:r>
    </w:p>
    <w:p>
      <w:pPr>
        <w:spacing w:after="0"/>
        <w:ind w:left="360"/>
        <w:shd w:val="clear" w:color="auto" w:fill="F2F2F2"/>
      </w:pPr>
      <w:r>
        <w:rPr>
          <w:rFonts w:ascii="Consolas" w:hAnsi="Consolas"/>
          <w:sz w:val="18"/>
        </w:rPr>
        <w:t xml:space="preserve">    A confused customer</w:t>
      </w:r>
    </w:p>
    <w:p>
      <w:pPr>
        <w:spacing w:after="40"/>
      </w:pPr>
    </w:p>
    <w:p>
      <w:pPr>
        <w:pStyle w:val="Heading3"/>
      </w:pPr>
      <w:r>
        <w:rPr>
          <w:rFonts w:ascii="Calibri" w:hAnsi="Calibri"/>
          <w:b/>
          <w:i w:val="0"/>
          <w:sz w:val="26"/>
        </w:rPr>
        <w:t>Cách hoạt động...</w:t>
      </w:r>
    </w:p>
    <w:p>
      <w:pPr>
        <w:spacing w:after="80"/>
      </w:pPr>
      <w:r>
        <w:rPr>
          <w:b w:val="0"/>
          <w:i w:val="0"/>
        </w:rPr>
        <w:t xml:space="preserve">Sau khi import các mô-đun sẽ dùng và định nghĩa thông tin xác thực, chúng ta kết nối tới máy chủ ở </w:t>
      </w:r>
      <w:r>
        <w:rPr>
          <w:b w:val="0"/>
          <w:i/>
        </w:rPr>
        <w:t xml:space="preserve"> bước 3 </w:t>
      </w:r>
      <w:r>
        <w:rPr>
          <w:b w:val="0"/>
          <w:i w:val="0"/>
        </w:rPr>
        <w:t xml:space="preserve"> .</w:t>
      </w:r>
    </w:p>
    <w:p>
      <w:pPr>
        <w:spacing w:after="80"/>
      </w:pPr>
      <w:r>
        <w:rPr>
          <w:b w:val="0"/>
          <w:i/>
        </w:rPr>
        <w:t xml:space="preserve"> Bước 4 </w:t>
      </w:r>
      <w:r>
        <w:rPr>
          <w:b w:val="0"/>
          <w:i w:val="0"/>
        </w:rPr>
        <w:t xml:space="preserve"> kết nối tới </w:t>
      </w:r>
      <w:r>
        <w:rPr>
          <w:rFonts w:ascii="Consolas" w:hAnsi="Consolas"/>
          <w:b w:val="0"/>
          <w:i w:val="0"/>
          <w:sz w:val="20"/>
        </w:rPr>
        <w:br/>
        <w:br/>
        <w:t xml:space="preserve">      inbox</w:t>
        <w:br/>
        <w:t xml:space="preserve">     </w:t>
        <w:br/>
      </w:r>
      <w:r>
        <w:rPr>
          <w:b w:val="0"/>
          <w:i w:val="0"/>
        </w:rPr>
        <w:t xml:space="preserve"> . Đây là thư mục mặc định trong Gmail chứa email đã nhận.</w:t>
      </w:r>
    </w:p>
    <w:p>
      <w:pPr>
        <w:spacing w:after="80"/>
      </w:pPr>
      <w:r>
        <w:rPr>
          <w:b/>
          <w:i w:val="0"/>
        </w:rPr>
        <w:t>Mẹo</w:t>
      </w:r>
    </w:p>
    <w:p>
      <w:pPr>
        <w:spacing w:after="80"/>
      </w:pPr>
      <w:r>
        <w:rPr>
          <w:b w:val="0"/>
          <w:i w:val="0"/>
        </w:rPr>
        <w:t xml:space="preserve">Tất nhiên, bạn có thể cần đọc một thư mục khác. Bạn có thể lấy danh sách tất cả các thư mục bằng cách gọi </w:t>
      </w:r>
      <w:r>
        <w:rPr>
          <w:rFonts w:ascii="Consolas" w:hAnsi="Consolas"/>
          <w:b w:val="0"/>
          <w:i w:val="0"/>
          <w:sz w:val="20"/>
        </w:rPr>
        <w:br/>
        <w:br/>
        <w:t xml:space="preserve">       mail.list()</w:t>
        <w:br/>
        <w:t xml:space="preserve">      </w:t>
        <w:br/>
      </w:r>
      <w:r>
        <w:rPr>
          <w:b w:val="0"/>
          <w:i w:val="0"/>
        </w:rPr>
        <w:t xml:space="preserve"> .</w:t>
      </w:r>
    </w:p>
    <w:p>
      <w:pPr>
        <w:spacing w:after="80"/>
      </w:pPr>
      <w:r>
        <w:rPr>
          <w:b w:val="0"/>
          <w:i w:val="0"/>
        </w:rPr>
        <w:t xml:space="preserve">Ở </w:t>
      </w:r>
      <w:r>
        <w:rPr>
          <w:b w:val="0"/>
          <w:i/>
        </w:rPr>
        <w:t xml:space="preserve"> bước 5 </w:t>
      </w:r>
      <w:r>
        <w:rPr>
          <w:b w:val="0"/>
          <w:i w:val="0"/>
        </w:rPr>
        <w:t xml:space="preserve"> , đầu tiên một danh sách các UID được lấy cho tất cả email trong hộp thư đến bằng cách gọi </w:t>
      </w:r>
      <w:r>
        <w:rPr>
          <w:rFonts w:ascii="Consolas" w:hAnsi="Consolas"/>
          <w:b w:val="0"/>
          <w:i w:val="0"/>
          <w:sz w:val="20"/>
        </w:rPr>
        <w:br/>
        <w:br/>
        <w:t xml:space="preserve">      .uid('search', None, "ALL")</w:t>
        <w:br/>
        <w:t xml:space="preserve">     </w:t>
        <w:br/>
      </w:r>
      <w:r>
        <w:rPr>
          <w:b w:val="0"/>
          <w:i w:val="0"/>
        </w:rPr>
        <w:t xml:space="preserve"> . Danh sách email được trả về dưới dạng một chuỗi duy nhất với tất cả ID email được nối lại với nhau, nên chúng ta cần tách chuỗi và giữ lại email mới nhất bằng dòng lệnh đó.</w:t>
      </w:r>
    </w:p>
    <w:p>
      <w:pPr>
        <w:spacing w:after="0"/>
        <w:ind w:left="360"/>
        <w:shd w:val="clear" w:color="auto" w:fill="F2F2F2"/>
      </w:pPr>
      <w:r>
        <w:rPr>
          <w:rFonts w:ascii="Consolas" w:hAnsi="Consolas"/>
          <w:sz w:val="18"/>
        </w:rPr>
        <w:t>latest_email_uid = data[0].split()[-1]</w:t>
      </w:r>
    </w:p>
    <w:p>
      <w:pPr>
        <w:spacing w:after="40"/>
      </w:pPr>
    </w:p>
    <w:p>
      <w:pPr>
        <w:spacing w:after="80"/>
      </w:pPr>
      <w:r>
        <w:rPr>
          <w:b w:val="0"/>
          <w:i w:val="0"/>
        </w:rPr>
        <w:t xml:space="preserve">Email nhận gần nhất sau đó được lấy lại từ máy chủ thông qua một hành động fetch với </w:t>
      </w:r>
      <w:r>
        <w:rPr>
          <w:rFonts w:ascii="Consolas" w:hAnsi="Consolas"/>
          <w:b w:val="0"/>
          <w:i w:val="0"/>
          <w:sz w:val="20"/>
        </w:rPr>
        <w:br/>
        <w:br/>
        <w:t xml:space="preserve">      .uid('fetch', latest_email_uid, '(RFC822)')</w:t>
        <w:br/>
        <w:t xml:space="preserve">     </w:t>
        <w:br/>
      </w:r>
      <w:r>
        <w:rPr>
          <w:b w:val="0"/>
          <w:i w:val="0"/>
        </w:rPr>
        <w:t xml:space="preserve"> . Thao tác này lấy email ở định dạng RFC822, đây là định dạng chuẩn. Lưu ý rằng việc lấy email sẽ đánh dấu nó là đã đọc.</w:t>
      </w:r>
    </w:p>
    <w:p>
      <w:pPr>
        <w:spacing w:after="80"/>
      </w:pPr>
      <w:r>
        <w:rPr>
          <w:b/>
          <w:i w:val="0"/>
        </w:rPr>
        <w:t>Mẹo</w:t>
      </w:r>
    </w:p>
    <w:p>
      <w:pPr>
        <w:spacing w:after="80"/>
      </w:pPr>
      <w:r>
        <w:rPr>
          <w:b w:val="0"/>
          <w:i w:val="0"/>
        </w:rPr>
        <w:t xml:space="preserve">Lệnh </w:t>
      </w:r>
      <w:r>
        <w:rPr>
          <w:rFonts w:ascii="Consolas" w:hAnsi="Consolas"/>
          <w:b w:val="0"/>
          <w:i w:val="0"/>
          <w:sz w:val="20"/>
        </w:rPr>
        <w:br/>
        <w:br/>
        <w:t xml:space="preserve">       .uid</w:t>
        <w:br/>
        <w:t xml:space="preserve">      </w:t>
        <w:br/>
      </w:r>
      <w:r>
        <w:rPr>
          <w:b w:val="0"/>
          <w:i w:val="0"/>
        </w:rPr>
        <w:t xml:space="preserve"> cho phép chúng ta gọi các lệnh IMAP4, trả về một tuple gồm kết quả (OK hoặc NO) và dữ liệu. Nếu có lỗi, nó sẽ ném ra ngoại lệ (exception) thích hợp.</w:t>
      </w:r>
    </w:p>
    <w:p>
      <w:pPr>
        <w:spacing w:after="80"/>
      </w:pPr>
      <w:r>
        <w:rPr>
          <w:b w:val="0"/>
          <w:i w:val="0"/>
        </w:rPr>
        <w:t xml:space="preserve">Mô-đun </w:t>
      </w:r>
      <w:r>
        <w:rPr>
          <w:rFonts w:ascii="Consolas" w:hAnsi="Consolas"/>
          <w:b w:val="0"/>
          <w:i w:val="0"/>
          <w:sz w:val="20"/>
        </w:rPr>
        <w:br/>
        <w:br/>
        <w:t xml:space="preserve">      BytesParser</w:t>
        <w:br/>
        <w:t xml:space="preserve">     </w:t>
        <w:br/>
      </w:r>
      <w:r>
        <w:rPr>
          <w:b w:val="0"/>
          <w:i w:val="0"/>
        </w:rPr>
        <w:t xml:space="preserve"> được dùng để chuyển email RFC822 thô thành một đối tượng Python. Việc này được thực hiện ở </w:t>
      </w:r>
      <w:r>
        <w:rPr>
          <w:b w:val="0"/>
          <w:i/>
        </w:rPr>
        <w:t xml:space="preserve"> bước 6 </w:t>
      </w:r>
      <w:r>
        <w:rPr>
          <w:b w:val="0"/>
          <w:i w:val="0"/>
        </w:rPr>
        <w:t xml:space="preserve"> .</w:t>
      </w:r>
    </w:p>
    <w:p>
      <w:pPr>
        <w:spacing w:after="80"/>
      </w:pPr>
      <w:r>
        <w:rPr>
          <w:b w:val="0"/>
          <w:i w:val="0"/>
        </w:rPr>
        <w:t xml:space="preserve">Siêu dữ liệu (metadata), bao gồm các chi tiết như chủ đề, người gửi và dấu thời gian, có thể được truy cập giống như một từ điển (dictionary), như minh họa trong </w:t>
      </w:r>
      <w:r>
        <w:rPr>
          <w:b w:val="0"/>
          <w:i/>
        </w:rPr>
        <w:t xml:space="preserve"> bước 7 </w:t>
      </w:r>
      <w:r>
        <w:rPr>
          <w:b w:val="0"/>
          <w:i w:val="0"/>
        </w:rPr>
        <w:t xml:space="preserve"> . Các địa chỉ có thể được phân tích từ định dạng văn bản thô để tách riêng phần chứa </w:t>
      </w:r>
      <w:r>
        <w:rPr>
          <w:rFonts w:ascii="Consolas" w:hAnsi="Consolas"/>
          <w:b w:val="0"/>
          <w:i w:val="0"/>
          <w:sz w:val="20"/>
        </w:rPr>
        <w:br/>
        <w:br/>
        <w:t xml:space="preserve">      email.utils.parseaddr</w:t>
        <w:br/>
        <w:t xml:space="preserve">     </w:t>
        <w:br/>
      </w:r>
      <w:r>
        <w:rPr>
          <w:b w:val="0"/>
          <w:i w:val="0"/>
        </w:rPr>
        <w:t xml:space="preserve"> .</w:t>
      </w:r>
    </w:p>
    <w:p>
      <w:pPr>
        <w:spacing w:after="80"/>
      </w:pPr>
      <w:r>
        <w:rPr>
          <w:b w:val="0"/>
          <w:i w:val="0"/>
        </w:rPr>
        <w:t xml:space="preserve">Cuối cùng, nội dung có thể được mở ra và trích xuất. Nếu loại email là multipart, từng phần có thể được trích xuất bằng cách lặp qua </w:t>
      </w:r>
      <w:r>
        <w:rPr>
          <w:rFonts w:ascii="Consolas" w:hAnsi="Consolas"/>
          <w:b w:val="0"/>
          <w:i w:val="0"/>
          <w:sz w:val="20"/>
        </w:rPr>
        <w:br/>
        <w:br/>
        <w:t xml:space="preserve">      .get_payload()</w:t>
        <w:br/>
        <w:t xml:space="preserve">     </w:t>
        <w:br/>
      </w:r>
      <w:r>
        <w:rPr>
          <w:b w:val="0"/>
          <w:i w:val="0"/>
        </w:rPr>
        <w:t xml:space="preserve"> . Loại dễ xử lý hơn là </w:t>
      </w:r>
      <w:r>
        <w:rPr>
          <w:rFonts w:ascii="Consolas" w:hAnsi="Consolas"/>
          <w:b w:val="0"/>
          <w:i w:val="0"/>
          <w:sz w:val="20"/>
        </w:rPr>
        <w:br/>
        <w:br/>
        <w:t xml:space="preserve">      plain/text,</w:t>
        <w:br/>
        <w:t xml:space="preserve">     </w:t>
        <w:br/>
      </w:r>
      <w:r>
        <w:rPr>
          <w:b w:val="0"/>
          <w:i w:val="0"/>
        </w:rPr>
        <w:t xml:space="preserve"> nên giả sử nó tồn tại, đoạn code trong </w:t>
      </w:r>
      <w:r>
        <w:rPr>
          <w:b w:val="0"/>
          <w:i/>
        </w:rPr>
        <w:t xml:space="preserve"> bước 8 </w:t>
      </w:r>
      <w:r>
        <w:rPr>
          <w:b w:val="0"/>
          <w:i w:val="0"/>
        </w:rPr>
        <w:t xml:space="preserve"> sẽ trích xuất nó.</w:t>
      </w:r>
    </w:p>
    <w:p>
      <w:pPr>
        <w:spacing w:after="80"/>
      </w:pPr>
      <w:r>
        <w:rPr>
          <w:b/>
          <w:i w:val="0"/>
        </w:rPr>
        <w:t>Mẹo</w:t>
      </w:r>
    </w:p>
    <w:p>
      <w:pPr>
        <w:spacing w:after="80"/>
      </w:pPr>
      <w:r>
        <w:rPr>
          <w:b w:val="0"/>
          <w:i w:val="0"/>
        </w:rPr>
        <w:t xml:space="preserve">Lưu ý rằng chúng ta thiết lập một biến </w:t>
      </w:r>
      <w:r>
        <w:rPr>
          <w:rFonts w:ascii="Consolas" w:hAnsi="Consolas"/>
          <w:b w:val="0"/>
          <w:i w:val="0"/>
          <w:sz w:val="20"/>
        </w:rPr>
        <w:br/>
        <w:br/>
        <w:t xml:space="preserve">       payload</w:t>
        <w:br/>
        <w:t xml:space="preserve">      </w:t>
        <w:br/>
      </w:r>
      <w:r>
        <w:rPr>
          <w:b w:val="0"/>
          <w:i w:val="0"/>
        </w:rPr>
        <w:t xml:space="preserve"> mặc định rỗng để phòng trường hợp không tìm thấy nội dung văn bản thuần. Nếu không có phiên bản văn bản thuần, bạn có thể cần đọc và xử lý nội dung ở dạng HTML.</w:t>
      </w:r>
    </w:p>
    <w:p>
      <w:pPr>
        <w:spacing w:after="80"/>
      </w:pPr>
      <w:r>
        <w:rPr>
          <w:b w:val="0"/>
          <w:i w:val="0"/>
        </w:rPr>
        <w:t xml:space="preserve">Phần thân của email được lưu trong biến </w:t>
      </w:r>
      <w:r>
        <w:rPr>
          <w:rFonts w:ascii="Consolas" w:hAnsi="Consolas"/>
          <w:b w:val="0"/>
          <w:i w:val="0"/>
          <w:sz w:val="20"/>
        </w:rPr>
        <w:br/>
        <w:br/>
        <w:t xml:space="preserve">      payload</w:t>
        <w:br/>
        <w:t xml:space="preserve">     </w:t>
        <w:br/>
      </w:r>
      <w:r>
        <w:rPr>
          <w:b w:val="0"/>
          <w:i w:val="0"/>
        </w:rPr>
        <w:t xml:space="preserve"> .</w:t>
      </w:r>
    </w:p>
    <w:p>
      <w:pPr>
        <w:pStyle w:val="Heading3"/>
      </w:pPr>
      <w:r>
        <w:rPr>
          <w:rFonts w:ascii="Calibri" w:hAnsi="Calibri"/>
          <w:b/>
          <w:i w:val="0"/>
          <w:sz w:val="26"/>
        </w:rPr>
        <w:t>Còn nhiều điều nữa...</w:t>
      </w:r>
    </w:p>
    <w:p>
      <w:pPr>
        <w:spacing w:after="80"/>
      </w:pPr>
      <w:r>
        <w:rPr>
          <w:b w:val="0"/>
          <w:i w:val="0"/>
        </w:rPr>
        <w:t xml:space="preserve">Trong </w:t>
      </w:r>
      <w:r>
        <w:rPr>
          <w:b w:val="0"/>
          <w:i/>
        </w:rPr>
        <w:t xml:space="preserve"> bước 5 </w:t>
      </w:r>
      <w:r>
        <w:rPr>
          <w:b w:val="0"/>
          <w:i w:val="0"/>
        </w:rPr>
        <w:t xml:space="preserve"> chúng ta đã lấy tất cả email từ hộp thư đến, nhưng điều đó không cần thiết. Lệnh tìm kiếm có thể được tham số hóa với tiêu chí lọc, ví dụ, chỉ lấy email của ngày hôm qua:</w:t>
      </w:r>
    </w:p>
    <w:p>
      <w:pPr>
        <w:spacing w:after="0"/>
        <w:ind w:left="360"/>
        <w:shd w:val="clear" w:color="auto" w:fill="F2F2F2"/>
      </w:pPr>
      <w:r>
        <w:rPr>
          <w:rFonts w:ascii="Consolas" w:hAnsi="Consolas"/>
          <w:sz w:val="18"/>
        </w:rPr>
        <w:t>import datetime</w:t>
      </w:r>
    </w:p>
    <w:p>
      <w:pPr>
        <w:spacing w:after="0"/>
        <w:ind w:left="360"/>
        <w:shd w:val="clear" w:color="auto" w:fill="F2F2F2"/>
      </w:pPr>
      <w:r>
        <w:rPr>
          <w:rFonts w:ascii="Consolas" w:hAnsi="Consolas"/>
          <w:sz w:val="18"/>
        </w:rPr>
        <w:t>since = (datetime.date.today() - datetime.timedelta(days=1)).strftime("%d-%b-%Y")</w:t>
      </w:r>
    </w:p>
    <w:p>
      <w:pPr>
        <w:spacing w:after="0"/>
        <w:ind w:left="360"/>
        <w:shd w:val="clear" w:color="auto" w:fill="F2F2F2"/>
      </w:pPr>
      <w:r>
        <w:rPr>
          <w:rFonts w:ascii="Consolas" w:hAnsi="Consolas"/>
          <w:sz w:val="18"/>
        </w:rPr>
        <w:t>result, data = mail.uid('search', None, f'(SENTSINCE {since})')</w:t>
      </w:r>
    </w:p>
    <w:p>
      <w:pPr>
        <w:spacing w:after="40"/>
      </w:pPr>
    </w:p>
    <w:p>
      <w:pPr>
        <w:spacing w:after="80"/>
      </w:pPr>
      <w:r>
        <w:rPr>
          <w:b w:val="0"/>
          <w:i w:val="0"/>
        </w:rPr>
        <w:t>Lệnh này sẽ tìm kiếm theo ngày của email. Lưu ý rằng độ phân giải tính theo ngày.</w:t>
      </w:r>
    </w:p>
    <w:p>
      <w:pPr>
        <w:spacing w:after="80"/>
      </w:pPr>
      <w:r>
        <w:rPr>
          <w:b w:val="0"/>
          <w:i w:val="0"/>
        </w:rPr>
        <w:t xml:space="preserve">Có nhiều hành động khác có thể được thực hiện thông qua IMAP4. Xem RFC 9051 tại </w:t>
      </w:r>
      <w:r>
        <w:rPr>
          <w:rFonts w:ascii="Consolas" w:hAnsi="Consolas"/>
          <w:b w:val="0"/>
          <w:i w:val="0"/>
          <w:sz w:val="20"/>
        </w:rPr>
        <w:br/>
        <w:br/>
        <w:t xml:space="preserve">       https://datatracker.ietf.org/doc/html/rfc3501</w:t>
        <w:br/>
        <w:t xml:space="preserve">      </w:t>
        <w:br/>
      </w:r>
      <w:r>
        <w:rPr>
          <w:b w:val="0"/>
          <w:i w:val="0"/>
        </w:rPr>
        <w:t xml:space="preserve"> để biết bản sửa đổi giao thức mới nhất và các chi tiết khác.</w:t>
      </w:r>
    </w:p>
    <w:p>
      <w:pPr>
        <w:spacing w:after="80"/>
      </w:pPr>
      <w:r>
        <w:rPr>
          <w:b/>
          <w:i w:val="0"/>
        </w:rPr>
        <w:t>Mẹo</w:t>
      </w:r>
    </w:p>
    <w:p>
      <w:pPr>
        <w:spacing w:after="80"/>
      </w:pPr>
      <w:r>
        <w:rPr>
          <w:b w:val="0"/>
          <w:i w:val="0"/>
        </w:rPr>
        <w:t>Các RFC trước đây mô tả giao thức IMAP4 có thể hơi khô khan. Kiểm tra các lệnh có sẵn trong chỉ mục của các RFC sẽ cho bạn ý tưởng về khả năng của giao thức, sau đó bạn có thể tìm kiếm ví dụ về cách triển khai lệnh cụ thể. Bạn cũng có thể nhờ GenAI giúp giải thích những điểm cụ thể mà bạn quan tâm, chẳng hạn như cách triển khai giao thức, hoặc tạo code hoạt động theo đúng yêu cầu của bạn.</w:t>
      </w:r>
    </w:p>
    <w:p>
      <w:pPr>
        <w:spacing w:after="80"/>
      </w:pPr>
      <w:r>
        <w:rPr>
          <w:b w:val="0"/>
          <w:i w:val="0"/>
        </w:rPr>
        <w:t xml:space="preserve">Chủ đề và phần thân của email, cũng như các trường siêu dữ liệu khác như </w:t>
      </w:r>
      <w:r>
        <w:rPr>
          <w:rFonts w:ascii="Consolas" w:hAnsi="Consolas"/>
          <w:b w:val="0"/>
          <w:i w:val="0"/>
          <w:sz w:val="20"/>
        </w:rPr>
        <w:br/>
        <w:br/>
        <w:t xml:space="preserve">      date</w:t>
        <w:br/>
        <w:t xml:space="preserve">     </w:t>
        <w:br/>
      </w:r>
      <w:r>
        <w:rPr>
          <w:b w:val="0"/>
          <w:i w:val="0"/>
        </w:rPr>
        <w:t xml:space="preserve"> , </w:t>
      </w:r>
      <w:r>
        <w:rPr>
          <w:rFonts w:ascii="Consolas" w:hAnsi="Consolas"/>
          <w:b w:val="0"/>
          <w:i w:val="0"/>
          <w:sz w:val="20"/>
        </w:rPr>
        <w:br/>
        <w:br/>
        <w:t xml:space="preserve">      to</w:t>
        <w:br/>
        <w:t xml:space="preserve">     </w:t>
        <w:br/>
      </w:r>
      <w:r>
        <w:rPr>
          <w:b w:val="0"/>
          <w:i w:val="0"/>
        </w:rPr>
        <w:t xml:space="preserve"> , </w:t>
      </w:r>
      <w:r>
        <w:rPr>
          <w:rFonts w:ascii="Consolas" w:hAnsi="Consolas"/>
          <w:b w:val="0"/>
          <w:i w:val="0"/>
          <w:sz w:val="20"/>
        </w:rPr>
        <w:br/>
        <w:br/>
        <w:t xml:space="preserve">      from</w:t>
        <w:br/>
        <w:t xml:space="preserve">     </w:t>
        <w:br/>
      </w:r>
      <w:r>
        <w:rPr>
          <w:b w:val="0"/>
          <w:i w:val="0"/>
        </w:rPr>
        <w:t xml:space="preserve"> , v.v., đều có thể được phân tích và xử lý. Ví dụ, chủ đề được lấy trong công thức này có thể được xử lý theo cách sau:</w:t>
      </w:r>
    </w:p>
    <w:p>
      <w:pPr>
        <w:spacing w:after="0"/>
        <w:ind w:left="360"/>
        <w:shd w:val="clear" w:color="auto" w:fill="F2F2F2"/>
      </w:pPr>
      <w:r>
        <w:rPr>
          <w:rFonts w:ascii="Consolas" w:hAnsi="Consolas"/>
          <w:sz w:val="18"/>
        </w:rPr>
        <w:t>&gt;&gt;&gt; import re</w:t>
      </w:r>
    </w:p>
    <w:p>
      <w:pPr>
        <w:spacing w:after="0"/>
        <w:ind w:left="360"/>
        <w:shd w:val="clear" w:color="auto" w:fill="F2F2F2"/>
      </w:pPr>
      <w:r>
        <w:rPr>
          <w:rFonts w:ascii="Consolas" w:hAnsi="Consolas"/>
          <w:sz w:val="18"/>
        </w:rPr>
        <w:t>&gt;&gt;&gt; re.search(r'\[Ref (\w+)] Subject: (\w+)', '[Ref ABCDEF] Subject: Product A').groups()</w:t>
      </w:r>
    </w:p>
    <w:p>
      <w:pPr>
        <w:spacing w:after="0"/>
        <w:ind w:left="360"/>
        <w:shd w:val="clear" w:color="auto" w:fill="F2F2F2"/>
      </w:pPr>
      <w:r>
        <w:rPr>
          <w:rFonts w:ascii="Consolas" w:hAnsi="Consolas"/>
          <w:sz w:val="18"/>
        </w:rPr>
        <w:t>('ABCDEF', 'Product')</w:t>
      </w:r>
    </w:p>
    <w:p>
      <w:pPr>
        <w:spacing w:after="40"/>
      </w:pPr>
    </w:p>
    <w:p>
      <w:pPr>
        <w:pStyle w:val="Heading3"/>
      </w:pPr>
      <w:r>
        <w:rPr>
          <w:rFonts w:ascii="Calibri" w:hAnsi="Calibri"/>
          <w:b/>
          <w:i w:val="0"/>
          <w:sz w:val="26"/>
        </w:rPr>
        <w:t>Xem thêm</w:t>
      </w:r>
    </w:p>
    <w:p>
      <w:pPr>
        <w:spacing w:after="80"/>
        <w:ind w:left="360"/>
      </w:pPr>
      <w:r>
        <w:t xml:space="preserve">• </w:t>
      </w:r>
      <w:r>
        <w:rPr>
          <w:b w:val="0"/>
          <w:i/>
        </w:rPr>
        <w:t xml:space="preserve"> Chương 1 </w:t>
      </w:r>
      <w:r>
        <w:rPr>
          <w:b w:val="0"/>
          <w:i w:val="0"/>
        </w:rPr>
        <w:t xml:space="preserve"> , </w:t>
      </w:r>
      <w:r>
        <w:rPr>
          <w:b w:val="0"/>
          <w:i/>
        </w:rPr>
        <w:t xml:space="preserve"> Hãy bắt đầu hành trình tự động hóa của chúng ta </w:t>
      </w:r>
      <w:r>
        <w:rPr>
          <w:b w:val="0"/>
          <w:i w:val="0"/>
        </w:rPr>
        <w:t xml:space="preserve"> , để biết thêm thông tin về biểu thức chính quy (regular expressions) và các cách khác để phân tích thông tin</w:t>
      </w:r>
    </w:p>
    <w:p>
      <w:pPr>
        <w:pStyle w:val="Heading2"/>
      </w:pPr>
      <w:r>
        <w:rPr>
          <w:rFonts w:ascii="Calibri" w:hAnsi="Calibri"/>
          <w:b/>
          <w:i w:val="0"/>
          <w:sz w:val="32"/>
        </w:rPr>
        <w:t>Thêm người đăng ký vào bản tin email</w:t>
      </w:r>
    </w:p>
    <w:p>
      <w:pPr>
        <w:spacing w:after="80"/>
      </w:pPr>
      <w:r>
        <w:rPr>
          <w:b w:val="0"/>
          <w:i w:val="0"/>
        </w:rPr>
        <w:t xml:space="preserve">Email bản tin (newsletter) là một công cụ tiếp thị phổ biến, vì chúng là cách thuận tiện để gửi thông tin đến nhiều đối tượng. Một hệ thống bản tin tốt rất khó để triển khai, và cách được khuyến nghị là sử dụng một trong những giải pháp đã có sẵn trên thị trường. Một giải pháp nổi tiếng là </w:t>
      </w:r>
      <w:r>
        <w:rPr>
          <w:b/>
          <w:i w:val="0"/>
        </w:rPr>
        <w:t xml:space="preserve"> MailChimp </w:t>
      </w:r>
      <w:r>
        <w:rPr>
          <w:b w:val="0"/>
          <w:i w:val="0"/>
        </w:rPr>
        <w:t xml:space="preserve"> ( </w:t>
      </w:r>
      <w:r>
        <w:rPr>
          <w:rFonts w:ascii="Consolas" w:hAnsi="Consolas"/>
          <w:b w:val="0"/>
          <w:i w:val="0"/>
          <w:sz w:val="20"/>
        </w:rPr>
        <w:br/>
        <w:br/>
        <w:t xml:space="preserve">       https://mailchimp.com/</w:t>
        <w:br/>
        <w:t xml:space="preserve">      </w:t>
        <w:br/>
      </w:r>
      <w:r>
        <w:rPr>
          <w:b w:val="0"/>
          <w:i w:val="0"/>
        </w:rPr>
        <w:t xml:space="preserve"> ).</w:t>
      </w:r>
    </w:p>
    <w:p>
      <w:pPr>
        <w:spacing w:after="80"/>
      </w:pPr>
      <w:r>
        <w:rPr>
          <w:b w:val="0"/>
          <w:i w:val="0"/>
        </w:rPr>
        <w:t>MailChimp có rất nhiều khả năng, nhưng tính năng thú vị cho mục đích của bạn là API của nó, có thể được lập trình để cho phép tự động hóa công cụ. API RESTful này có thể được truy cập thông qua Python, và trong công thức này chúng ta sẽ xem cách thêm nhiều người đăng ký vào một danh sách hiện có.</w:t>
      </w:r>
    </w:p>
    <w:p>
      <w:pPr>
        <w:pStyle w:val="Heading3"/>
      </w:pPr>
      <w:r>
        <w:rPr>
          <w:rFonts w:ascii="Calibri" w:hAnsi="Calibri"/>
          <w:b/>
          <w:i w:val="0"/>
          <w:sz w:val="26"/>
        </w:rPr>
        <w:t>Chuẩn bị</w:t>
      </w:r>
    </w:p>
    <w:p>
      <w:pPr>
        <w:spacing w:after="80"/>
      </w:pPr>
      <w:r>
        <w:rPr>
          <w:b w:val="0"/>
          <w:i w:val="0"/>
        </w:rPr>
        <w:t xml:space="preserve">Để sử dụng MailChimp, chúng ta cần có một tài khoản. Bạn có thể tạo tài khoản miễn phí tại </w:t>
      </w:r>
      <w:r>
        <w:rPr>
          <w:rFonts w:ascii="Consolas" w:hAnsi="Consolas"/>
          <w:b w:val="0"/>
          <w:i w:val="0"/>
          <w:sz w:val="20"/>
        </w:rPr>
        <w:br/>
        <w:br/>
        <w:t xml:space="preserve">       https://login.mailchimp.com/signup/</w:t>
        <w:br/>
        <w:t xml:space="preserve">      </w:t>
        <w:br/>
      </w:r>
      <w:r>
        <w:rPr>
          <w:b w:val="0"/>
          <w:i w:val="0"/>
        </w:rPr>
        <w:t xml:space="preserve"> .</w:t>
      </w:r>
    </w:p>
    <w:p>
      <w:pPr>
        <w:spacing w:after="80"/>
      </w:pPr>
      <w:r>
        <w:rPr>
          <w:b w:val="0"/>
          <w:i w:val="0"/>
        </w:rPr>
        <w:t xml:space="preserve">Sau khi tạo tài khoản, bạn cần một đối tượng (audience) để chúng ta có thể thêm người đăng ký vào. Trong quá trình đăng ký, nó có thể đã được tạo sẵn cho bạn. Nó sẽ xuất hiện dưới </w:t>
      </w:r>
      <w:r>
        <w:rPr>
          <w:b/>
          <w:i w:val="0"/>
        </w:rPr>
        <w:t xml:space="preserve"> Audience </w:t>
      </w:r>
      <w:r>
        <w:rPr>
          <w:b w:val="0"/>
          <w:i w:val="0"/>
        </w:rPr>
        <w:t xml:space="preserve"> -&gt; </w:t>
      </w:r>
      <w:r>
        <w:rPr>
          <w:b/>
          <w:i w:val="0"/>
        </w:rPr>
        <w:t xml:space="preserve"> More Options </w:t>
      </w:r>
      <w:r>
        <w:rPr>
          <w:b w:val="0"/>
          <w:i w:val="0"/>
        </w:rPr>
        <w:t xml:space="preserve"> -&gt; </w:t>
      </w:r>
      <w:r>
        <w:rPr>
          <w:b/>
          <w:i w:val="0"/>
        </w:rPr>
        <w:t xml:space="preserve"> Audience Settings </w:t>
      </w:r>
      <w:r>
        <w:rPr>
          <w:b w:val="0"/>
          <w:i w:val="0"/>
        </w:rPr>
        <w:t xml:space="preserve"> :</w:t>
      </w:r>
    </w:p>
    <w:p>
      <w:pPr>
        <w:jc w:val="center"/>
      </w:pPr>
      <w:r>
        <w:drawing>
          <wp:inline xmlns:a="http://schemas.openxmlformats.org/drawingml/2006/main" xmlns:pic="http://schemas.openxmlformats.org/drawingml/2006/picture">
            <wp:extent cx="5486400" cy="2654710"/>
            <wp:docPr id="86" name="Picture 86"/>
            <wp:cNvGraphicFramePr>
              <a:graphicFrameLocks noChangeAspect="1"/>
            </wp:cNvGraphicFramePr>
            <a:graphic>
              <a:graphicData uri="http://schemas.openxmlformats.org/drawingml/2006/picture">
                <pic:pic>
                  <pic:nvPicPr>
                    <pic:cNvPr id="0" name="B36973_9_4.png"/>
                    <pic:cNvPicPr/>
                  </pic:nvPicPr>
                  <pic:blipFill>
                    <a:blip r:embed="rId88"/>
                    <a:stretch>
                      <a:fillRect/>
                    </a:stretch>
                  </pic:blipFill>
                  <pic:spPr>
                    <a:xfrm>
                      <a:off x="0" y="0"/>
                      <a:ext cx="5486400" cy="2654710"/>
                    </a:xfrm>
                    <a:prstGeom prst="rect"/>
                  </pic:spPr>
                </pic:pic>
              </a:graphicData>
            </a:graphic>
          </wp:inline>
        </w:drawing>
      </w:r>
    </w:p>
    <w:p>
      <w:pPr>
        <w:spacing w:after="160"/>
        <w:jc w:val="center"/>
      </w:pPr>
      <w:r>
        <w:rPr>
          <w:rFonts w:ascii="Calibri" w:hAnsi="Calibri"/>
          <w:b w:val="0"/>
          <w:i/>
          <w:sz w:val="19"/>
        </w:rPr>
        <w:t>Hình 9.4: Các đối tượng trong MailChimp</w:t>
      </w:r>
    </w:p>
    <w:p>
      <w:pPr>
        <w:spacing w:after="80"/>
      </w:pPr>
      <w:r>
        <w:rPr>
          <w:b w:val="0"/>
          <w:i w:val="0"/>
        </w:rPr>
        <w:t>Đối tượng sẽ chứa những người dùng đã đăng ký. Chúng ta sẽ cần tên đối tượng sau này.</w:t>
      </w:r>
    </w:p>
    <w:p>
      <w:pPr>
        <w:spacing w:after="80"/>
      </w:pPr>
      <w:r>
        <w:rPr>
          <w:b w:val="0"/>
          <w:i w:val="0"/>
        </w:rPr>
        <w:t xml:space="preserve">Đối với API, chúng ta sẽ cần một khóa API. Đi đến ảnh đại diện của bạn, và chọn </w:t>
      </w:r>
      <w:r>
        <w:rPr>
          <w:b/>
          <w:i w:val="0"/>
        </w:rPr>
        <w:t xml:space="preserve"> Account &amp; Billing </w:t>
      </w:r>
      <w:r>
        <w:rPr>
          <w:b w:val="0"/>
          <w:i w:val="0"/>
        </w:rPr>
        <w:t xml:space="preserve"> -&gt; </w:t>
      </w:r>
      <w:r>
        <w:rPr>
          <w:b/>
          <w:i w:val="0"/>
        </w:rPr>
        <w:t xml:space="preserve"> Extras </w:t>
      </w:r>
      <w:r>
        <w:rPr>
          <w:b w:val="0"/>
          <w:i w:val="0"/>
        </w:rPr>
        <w:t xml:space="preserve"> -&gt; </w:t>
      </w:r>
      <w:r>
        <w:rPr>
          <w:b/>
          <w:i w:val="0"/>
        </w:rPr>
        <w:t xml:space="preserve"> API keys </w:t>
      </w:r>
      <w:r>
        <w:rPr>
          <w:b w:val="0"/>
          <w:i w:val="0"/>
        </w:rPr>
        <w:t xml:space="preserve"> và tạo một khóa mới:</w:t>
      </w:r>
    </w:p>
    <w:p>
      <w:pPr>
        <w:jc w:val="center"/>
      </w:pPr>
      <w:r>
        <w:drawing>
          <wp:inline xmlns:a="http://schemas.openxmlformats.org/drawingml/2006/main" xmlns:pic="http://schemas.openxmlformats.org/drawingml/2006/picture">
            <wp:extent cx="5486400" cy="2133852"/>
            <wp:docPr id="87" name="Picture 87"/>
            <wp:cNvGraphicFramePr>
              <a:graphicFrameLocks noChangeAspect="1"/>
            </wp:cNvGraphicFramePr>
            <a:graphic>
              <a:graphicData uri="http://schemas.openxmlformats.org/drawingml/2006/picture">
                <pic:pic>
                  <pic:nvPicPr>
                    <pic:cNvPr id="0" name="B36973_9_5.png"/>
                    <pic:cNvPicPr/>
                  </pic:nvPicPr>
                  <pic:blipFill>
                    <a:blip r:embed="rId89"/>
                    <a:stretch>
                      <a:fillRect/>
                    </a:stretch>
                  </pic:blipFill>
                  <pic:spPr>
                    <a:xfrm>
                      <a:off x="0" y="0"/>
                      <a:ext cx="5486400" cy="2133852"/>
                    </a:xfrm>
                    <a:prstGeom prst="rect"/>
                  </pic:spPr>
                </pic:pic>
              </a:graphicData>
            </a:graphic>
          </wp:inline>
        </w:drawing>
      </w:r>
    </w:p>
    <w:p>
      <w:pPr>
        <w:spacing w:after="160"/>
        <w:jc w:val="center"/>
      </w:pPr>
      <w:r>
        <w:rPr>
          <w:rFonts w:ascii="Calibri" w:hAnsi="Calibri"/>
          <w:b w:val="0"/>
          <w:i/>
          <w:sz w:val="19"/>
        </w:rPr>
        <w:t>Hình 9.5: Ảnh chụp màn hình các khóa API trong MailChimp</w:t>
      </w:r>
    </w:p>
    <w:p>
      <w:pPr>
        <w:spacing w:after="80"/>
      </w:pPr>
      <w:r>
        <w:rPr>
          <w:b w:val="0"/>
          <w:i w:val="0"/>
        </w:rPr>
        <w:t xml:space="preserve">Chúng ta sẽ sử dụng mô-đun </w:t>
      </w:r>
      <w:r>
        <w:rPr>
          <w:rFonts w:ascii="Consolas" w:hAnsi="Consolas"/>
          <w:b w:val="0"/>
          <w:i w:val="0"/>
          <w:sz w:val="20"/>
        </w:rPr>
        <w:br/>
        <w:br/>
        <w:t xml:space="preserve">      requests</w:t>
        <w:br/>
        <w:t xml:space="preserve">     </w:t>
        <w:br/>
      </w:r>
      <w:r>
        <w:rPr>
          <w:b w:val="0"/>
          <w:i w:val="0"/>
        </w:rPr>
        <w:t xml:space="preserve"> để truy cập API. Thêm nó vào môi trường của bạn:</w:t>
      </w:r>
    </w:p>
    <w:p>
      <w:pPr>
        <w:spacing w:after="0"/>
        <w:ind w:left="360"/>
        <w:shd w:val="clear" w:color="auto" w:fill="F2F2F2"/>
      </w:pPr>
      <w:r>
        <w:rPr>
          <w:rFonts w:ascii="Consolas" w:hAnsi="Consolas"/>
          <w:sz w:val="18"/>
        </w:rPr>
        <w:t>$ echo "requests==2.32.5" &gt;&gt; requirements.txt</w:t>
      </w:r>
    </w:p>
    <w:p>
      <w:pPr>
        <w:spacing w:after="0"/>
        <w:ind w:left="360"/>
        <w:shd w:val="clear" w:color="auto" w:fill="F2F2F2"/>
      </w:pPr>
      <w:r>
        <w:rPr>
          <w:rFonts w:ascii="Consolas" w:hAnsi="Consolas"/>
          <w:sz w:val="18"/>
        </w:rPr>
        <w:t>$ uv pip install -r requirements.txt</w:t>
      </w:r>
    </w:p>
    <w:p>
      <w:pPr>
        <w:spacing w:after="40"/>
      </w:pPr>
    </w:p>
    <w:p>
      <w:pPr>
        <w:spacing w:after="80"/>
      </w:pPr>
      <w:r>
        <w:rPr>
          <w:b w:val="0"/>
          <w:i w:val="0"/>
        </w:rPr>
        <w:t xml:space="preserve">API MailChimp sử dụng khái niệm trung tâm dữ liệu (data center - DC) mà tài khoản của bạn sử dụng. Điều này có thể được lấy từ 4 chữ số cuối của khóa API của bạn hoặc từ phần đầu của URL từ trang quản trị MailChimp. Ví dụ: </w:t>
      </w:r>
      <w:r>
        <w:rPr>
          <w:rFonts w:ascii="Consolas" w:hAnsi="Consolas"/>
          <w:b w:val="0"/>
          <w:i w:val="0"/>
          <w:sz w:val="20"/>
        </w:rPr>
        <w:br/>
        <w:br/>
        <w:t xml:space="preserve">      us19</w:t>
        <w:br/>
        <w:t xml:space="preserve">     </w:t>
        <w:br/>
      </w:r>
      <w:r>
        <w:rPr>
          <w:b w:val="0"/>
          <w:i w:val="0"/>
        </w:rPr>
        <w:t xml:space="preserve"> .</w:t>
      </w:r>
    </w:p>
    <w:p>
      <w:pPr>
        <w:pStyle w:val="Heading3"/>
      </w:pPr>
      <w:r>
        <w:rPr>
          <w:rFonts w:ascii="Calibri" w:hAnsi="Calibri"/>
          <w:b/>
          <w:i w:val="0"/>
          <w:sz w:val="26"/>
        </w:rPr>
        <w:t>Cách thực hiện...</w:t>
      </w:r>
    </w:p>
    <w:p>
      <w:pPr>
        <w:spacing w:after="80"/>
        <w:ind w:left="360"/>
      </w:pPr>
      <w:r>
        <w:t xml:space="preserve">1. </w:t>
      </w:r>
      <w:r>
        <w:rPr>
          <w:b w:val="0"/>
          <w:i w:val="0"/>
        </w:rPr>
        <w:t xml:space="preserve">Nhập mô-đun </w:t>
      </w:r>
      <w:r>
        <w:rPr>
          <w:rFonts w:ascii="Consolas" w:hAnsi="Consolas"/>
          <w:b w:val="0"/>
          <w:i w:val="0"/>
          <w:sz w:val="20"/>
        </w:rPr>
        <w:br/>
        <w:br/>
        <w:t xml:space="preserve">       requests</w:t>
        <w:br/>
        <w:t xml:space="preserve">      </w:t>
        <w:br/>
      </w:r>
      <w:r>
        <w:rPr>
          <w:b w:val="0"/>
          <w:i w:val="0"/>
        </w:rPr>
        <w:t xml:space="preserve"> :</w:t>
      </w:r>
    </w:p>
    <w:p>
      <w:pPr>
        <w:spacing w:after="0"/>
        <w:ind w:left="360"/>
        <w:shd w:val="clear" w:color="auto" w:fill="F2F2F2"/>
      </w:pPr>
      <w:r>
        <w:rPr>
          <w:rFonts w:ascii="Consolas" w:hAnsi="Consolas"/>
          <w:sz w:val="18"/>
        </w:rPr>
        <w:t>&gt;&gt;&gt; import requests</w:t>
      </w:r>
    </w:p>
    <w:p>
      <w:pPr>
        <w:spacing w:after="40"/>
      </w:pPr>
    </w:p>
    <w:p>
      <w:pPr>
        <w:spacing w:after="80"/>
        <w:ind w:left="360"/>
      </w:pPr>
      <w:r>
        <w:t xml:space="preserve">2. </w:t>
      </w:r>
      <w:r>
        <w:rPr>
          <w:b w:val="0"/>
          <w:i w:val="0"/>
        </w:rPr>
        <w:t xml:space="preserve">Định nghĩa xác thực và các URL cơ sở. URL cơ sở yêu cầu DC của bạn ở đầu (chẳng hạn như </w:t>
      </w:r>
      <w:r>
        <w:rPr>
          <w:rFonts w:ascii="Consolas" w:hAnsi="Consolas"/>
          <w:b w:val="0"/>
          <w:i w:val="0"/>
          <w:sz w:val="20"/>
        </w:rPr>
        <w:br/>
        <w:br/>
        <w:t xml:space="preserve">       us19</w:t>
        <w:br/>
        <w:t xml:space="preserve">      </w:t>
        <w:br/>
      </w:r>
      <w:r>
        <w:rPr>
          <w:b w:val="0"/>
          <w:i w:val="0"/>
        </w:rPr>
        <w:t xml:space="preserve"> ):</w:t>
      </w:r>
    </w:p>
    <w:p>
      <w:pPr>
        <w:spacing w:after="0"/>
        <w:ind w:left="360"/>
        <w:shd w:val="clear" w:color="auto" w:fill="F2F2F2"/>
      </w:pPr>
      <w:r>
        <w:rPr>
          <w:rFonts w:ascii="Consolas" w:hAnsi="Consolas"/>
          <w:sz w:val="18"/>
        </w:rPr>
        <w:t>&gt;&gt;&gt; API_KEY = 'your secret key'</w:t>
      </w:r>
    </w:p>
    <w:p>
      <w:pPr>
        <w:spacing w:after="0"/>
        <w:ind w:left="360"/>
        <w:shd w:val="clear" w:color="auto" w:fill="F2F2F2"/>
      </w:pPr>
      <w:r>
        <w:rPr>
          <w:rFonts w:ascii="Consolas" w:hAnsi="Consolas"/>
          <w:sz w:val="18"/>
        </w:rPr>
        <w:t>&gt;&gt;&gt; BASE = 'https://&lt;dc&gt;.api.mailchimp.com/3.0'</w:t>
      </w:r>
    </w:p>
    <w:p>
      <w:pPr>
        <w:spacing w:after="0"/>
        <w:ind w:left="360"/>
        <w:shd w:val="clear" w:color="auto" w:fill="F2F2F2"/>
      </w:pPr>
      <w:r>
        <w:rPr>
          <w:rFonts w:ascii="Consolas" w:hAnsi="Consolas"/>
          <w:sz w:val="18"/>
        </w:rPr>
        <w:t>&gt;&gt;&gt; auth = ('user', API_KEY)</w:t>
      </w:r>
    </w:p>
    <w:p>
      <w:pPr>
        <w:spacing w:after="40"/>
      </w:pPr>
    </w:p>
    <w:p>
      <w:pPr>
        <w:spacing w:after="80"/>
        <w:ind w:left="360"/>
      </w:pPr>
      <w:r>
        <w:t xml:space="preserve">3. </w:t>
      </w:r>
      <w:r>
        <w:rPr>
          <w:b w:val="0"/>
          <w:i w:val="0"/>
        </w:rPr>
        <w:t>Kiểm tra rằng các lệnh gọi là chính xác:</w:t>
      </w:r>
    </w:p>
    <w:p>
      <w:pPr>
        <w:spacing w:after="0"/>
        <w:ind w:left="360"/>
        <w:shd w:val="clear" w:color="auto" w:fill="F2F2F2"/>
      </w:pPr>
      <w:r>
        <w:rPr>
          <w:rFonts w:ascii="Consolas" w:hAnsi="Consolas"/>
          <w:sz w:val="18"/>
        </w:rPr>
        <w:t>&gt;&gt;&gt; url = f'{BASE}/ping'</w:t>
      </w:r>
    </w:p>
    <w:p>
      <w:pPr>
        <w:spacing w:after="0"/>
        <w:ind w:left="360"/>
        <w:shd w:val="clear" w:color="auto" w:fill="F2F2F2"/>
      </w:pPr>
      <w:r>
        <w:rPr>
          <w:rFonts w:ascii="Consolas" w:hAnsi="Consolas"/>
          <w:sz w:val="18"/>
        </w:rPr>
        <w:t>&gt;&gt;&gt; response = requests.get(url, auth=auth)</w:t>
      </w:r>
    </w:p>
    <w:p>
      <w:pPr>
        <w:spacing w:after="0"/>
        <w:ind w:left="360"/>
        <w:shd w:val="clear" w:color="auto" w:fill="F2F2F2"/>
      </w:pPr>
      <w:r>
        <w:rPr>
          <w:rFonts w:ascii="Consolas" w:hAnsi="Consolas"/>
          <w:sz w:val="18"/>
        </w:rPr>
        <w:t>&gt;&gt;&gt; response.json()</w:t>
      </w:r>
    </w:p>
    <w:p>
      <w:pPr>
        <w:spacing w:after="0"/>
        <w:ind w:left="360"/>
        <w:shd w:val="clear" w:color="auto" w:fill="F2F2F2"/>
      </w:pPr>
      <w:r>
        <w:rPr>
          <w:rFonts w:ascii="Consolas" w:hAnsi="Consolas"/>
          <w:sz w:val="18"/>
        </w:rPr>
        <w:t>{'health_status': "Everything's Chimpy!"}</w:t>
      </w:r>
    </w:p>
    <w:p>
      <w:pPr>
        <w:spacing w:after="40"/>
      </w:pPr>
    </w:p>
    <w:p>
      <w:pPr>
        <w:spacing w:after="80"/>
        <w:ind w:left="360"/>
      </w:pPr>
      <w:r>
        <w:t xml:space="preserve">4. </w:t>
      </w:r>
      <w:r>
        <w:rPr>
          <w:b w:val="0"/>
          <w:i w:val="0"/>
        </w:rPr>
        <w:t>Lấy tất cả các danh sách (đối tượng) của bạn. Trong ví dụ này, chỉ nên có một đối tượng.</w:t>
      </w:r>
    </w:p>
    <w:p>
      <w:pPr>
        <w:spacing w:after="0"/>
        <w:ind w:left="360"/>
        <w:shd w:val="clear" w:color="auto" w:fill="F2F2F2"/>
      </w:pPr>
      <w:r>
        <w:rPr>
          <w:rFonts w:ascii="Consolas" w:hAnsi="Consolas"/>
          <w:sz w:val="18"/>
        </w:rPr>
        <w:t>&gt;&gt;&gt; url = f'{BASE}/lists'</w:t>
      </w:r>
    </w:p>
    <w:p>
      <w:pPr>
        <w:spacing w:after="0"/>
        <w:ind w:left="360"/>
        <w:shd w:val="clear" w:color="auto" w:fill="F2F2F2"/>
      </w:pPr>
      <w:r>
        <w:rPr>
          <w:rFonts w:ascii="Consolas" w:hAnsi="Consolas"/>
          <w:sz w:val="18"/>
        </w:rPr>
        <w:t>&gt;&gt;&gt; response = requests.get(url, auth=auth)</w:t>
      </w:r>
    </w:p>
    <w:p>
      <w:pPr>
        <w:spacing w:after="0"/>
        <w:ind w:left="360"/>
        <w:shd w:val="clear" w:color="auto" w:fill="F2F2F2"/>
      </w:pPr>
      <w:r>
        <w:rPr>
          <w:rFonts w:ascii="Consolas" w:hAnsi="Consolas"/>
          <w:sz w:val="18"/>
        </w:rPr>
        <w:t>&gt;&gt;&gt; result = response.json()</w:t>
      </w:r>
    </w:p>
    <w:p>
      <w:pPr>
        <w:spacing w:after="40"/>
      </w:pPr>
    </w:p>
    <w:p>
      <w:pPr>
        <w:spacing w:after="80"/>
        <w:ind w:left="360"/>
      </w:pPr>
      <w:r>
        <w:t xml:space="preserve">5. </w:t>
      </w:r>
      <w:r>
        <w:rPr>
          <w:b w:val="0"/>
          <w:i w:val="0"/>
        </w:rPr>
        <w:t xml:space="preserve">Lọc các danh sách của bạn để lấy </w:t>
      </w:r>
      <w:r>
        <w:rPr>
          <w:rFonts w:ascii="Consolas" w:hAnsi="Consolas"/>
          <w:b w:val="0"/>
          <w:i w:val="0"/>
          <w:sz w:val="20"/>
        </w:rPr>
        <w:br/>
        <w:br/>
        <w:t xml:space="preserve">       href</w:t>
        <w:br/>
        <w:t xml:space="preserve">      </w:t>
        <w:br/>
      </w:r>
      <w:r>
        <w:rPr>
          <w:b w:val="0"/>
          <w:i w:val="0"/>
        </w:rPr>
        <w:t xml:space="preserve"> cho danh sách cần thiết:</w:t>
      </w:r>
    </w:p>
    <w:p>
      <w:pPr>
        <w:spacing w:after="0"/>
        <w:ind w:left="360"/>
        <w:shd w:val="clear" w:color="auto" w:fill="F2F2F2"/>
      </w:pPr>
      <w:r>
        <w:rPr>
          <w:rFonts w:ascii="Consolas" w:hAnsi="Consolas"/>
          <w:sz w:val="18"/>
        </w:rPr>
        <w:t>&gt;&gt;&gt; LIST_NAME = 'Your audience name'</w:t>
      </w:r>
    </w:p>
    <w:p>
      <w:pPr>
        <w:spacing w:after="0"/>
        <w:ind w:left="360"/>
        <w:shd w:val="clear" w:color="auto" w:fill="F2F2F2"/>
      </w:pPr>
      <w:r>
        <w:rPr>
          <w:rFonts w:ascii="Consolas" w:hAnsi="Consolas"/>
          <w:sz w:val="18"/>
        </w:rPr>
        <w:t>&gt;&gt;&gt; this_list = [link for link in result['lists']</w:t>
      </w:r>
    </w:p>
    <w:p>
      <w:pPr>
        <w:spacing w:after="0"/>
        <w:ind w:left="360"/>
        <w:shd w:val="clear" w:color="auto" w:fill="F2F2F2"/>
      </w:pPr>
      <w:r>
        <w:rPr>
          <w:rFonts w:ascii="Consolas" w:hAnsi="Consolas"/>
          <w:sz w:val="18"/>
        </w:rPr>
        <w:t xml:space="preserve">                 if link['name'] == LIST_NAME][0]</w:t>
      </w:r>
    </w:p>
    <w:p>
      <w:pPr>
        <w:spacing w:after="0"/>
        <w:ind w:left="360"/>
        <w:shd w:val="clear" w:color="auto" w:fill="F2F2F2"/>
      </w:pPr>
      <w:r>
        <w:rPr>
          <w:rFonts w:ascii="Consolas" w:hAnsi="Consolas"/>
          <w:sz w:val="18"/>
        </w:rPr>
        <w:t>&gt;&gt;&gt; list_url = [link['href'] for link in this_list['_links']</w:t>
      </w:r>
    </w:p>
    <w:p>
      <w:pPr>
        <w:spacing w:after="0"/>
        <w:ind w:left="360"/>
        <w:shd w:val="clear" w:color="auto" w:fill="F2F2F2"/>
      </w:pPr>
      <w:r>
        <w:rPr>
          <w:rFonts w:ascii="Consolas" w:hAnsi="Consolas"/>
          <w:sz w:val="18"/>
        </w:rPr>
        <w:t xml:space="preserve">                if link['rel'] == 'self'][0]</w:t>
      </w:r>
    </w:p>
    <w:p>
      <w:pPr>
        <w:spacing w:after="40"/>
      </w:pPr>
    </w:p>
    <w:p>
      <w:pPr>
        <w:spacing w:after="80"/>
        <w:ind w:left="360"/>
      </w:pPr>
      <w:r>
        <w:t xml:space="preserve">6. </w:t>
      </w:r>
      <w:r>
        <w:rPr>
          <w:b w:val="0"/>
          <w:i w:val="0"/>
        </w:rPr>
        <w:t>Với URL của danh sách, bạn có thể lấy URL cho các thành viên của danh sách:</w:t>
      </w:r>
    </w:p>
    <w:p>
      <w:pPr>
        <w:spacing w:after="0"/>
        <w:ind w:left="360"/>
        <w:shd w:val="clear" w:color="auto" w:fill="F2F2F2"/>
      </w:pPr>
      <w:r>
        <w:rPr>
          <w:rFonts w:ascii="Consolas" w:hAnsi="Consolas"/>
          <w:sz w:val="18"/>
        </w:rPr>
        <w:t>&gt;&gt;&gt; response = requests.get(list_url, auth=auth)</w:t>
      </w:r>
    </w:p>
    <w:p>
      <w:pPr>
        <w:spacing w:after="0"/>
        <w:ind w:left="360"/>
        <w:shd w:val="clear" w:color="auto" w:fill="F2F2F2"/>
      </w:pPr>
      <w:r>
        <w:rPr>
          <w:rFonts w:ascii="Consolas" w:hAnsi="Consolas"/>
          <w:sz w:val="18"/>
        </w:rPr>
        <w:t>&gt;&gt;&gt; result = response.json()</w:t>
      </w:r>
    </w:p>
    <w:p>
      <w:pPr>
        <w:spacing w:after="0"/>
        <w:ind w:left="360"/>
        <w:shd w:val="clear" w:color="auto" w:fill="F2F2F2"/>
      </w:pPr>
      <w:r>
        <w:rPr>
          <w:rFonts w:ascii="Consolas" w:hAnsi="Consolas"/>
          <w:sz w:val="18"/>
        </w:rPr>
        <w:t>&gt;&gt;&gt; result['stats']</w:t>
      </w:r>
    </w:p>
    <w:p>
      <w:pPr>
        <w:spacing w:after="0"/>
        <w:ind w:left="360"/>
        <w:shd w:val="clear" w:color="auto" w:fill="F2F2F2"/>
      </w:pPr>
      <w:r>
        <w:rPr>
          <w:rFonts w:ascii="Consolas" w:hAnsi="Consolas"/>
          <w:sz w:val="18"/>
        </w:rPr>
        <w:t>{'member_count': 2, 'unsubscribe_count': 0, 'cleaned_count': 0,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&gt;&gt;&gt; members_url = [link['href'] for link in result['_links']</w:t>
      </w:r>
    </w:p>
    <w:p>
      <w:pPr>
        <w:spacing w:after="0"/>
        <w:ind w:left="360"/>
        <w:shd w:val="clear" w:color="auto" w:fill="F2F2F2"/>
      </w:pPr>
      <w:r>
        <w:rPr>
          <w:rFonts w:ascii="Consolas" w:hAnsi="Consolas"/>
          <w:sz w:val="18"/>
        </w:rPr>
        <w:t xml:space="preserve">                   if link['rel'] == 'members'][0]</w:t>
      </w:r>
    </w:p>
    <w:p>
      <w:pPr>
        <w:spacing w:after="40"/>
      </w:pPr>
    </w:p>
    <w:p>
      <w:pPr>
        <w:spacing w:after="80"/>
        <w:ind w:left="360"/>
      </w:pPr>
      <w:r>
        <w:t xml:space="preserve">7. </w:t>
      </w:r>
      <w:r>
        <w:rPr>
          <w:b w:val="0"/>
          <w:i w:val="0"/>
        </w:rPr>
        <w:t xml:space="preserve">Danh sách thành viên có thể được lấy thông qua một yêu cầu GET đến </w:t>
      </w:r>
      <w:r>
        <w:rPr>
          <w:rFonts w:ascii="Consolas" w:hAnsi="Consolas"/>
          <w:b w:val="0"/>
          <w:i w:val="0"/>
          <w:sz w:val="20"/>
        </w:rPr>
        <w:br/>
        <w:br/>
        <w:t xml:space="preserve">       members_url</w:t>
        <w:br/>
        <w:t xml:space="preserve">      </w:t>
        <w:br/>
      </w:r>
      <w:r>
        <w:rPr>
          <w:b w:val="0"/>
          <w:i w:val="0"/>
        </w:rPr>
        <w:t xml:space="preserve"> :</w:t>
      </w:r>
    </w:p>
    <w:p>
      <w:pPr>
        <w:spacing w:after="0"/>
        <w:ind w:left="360"/>
        <w:shd w:val="clear" w:color="auto" w:fill="F2F2F2"/>
      </w:pPr>
      <w:r>
        <w:rPr>
          <w:rFonts w:ascii="Consolas" w:hAnsi="Consolas"/>
          <w:sz w:val="18"/>
        </w:rPr>
        <w:t>&gt;&gt;&gt; response = requests.get(members_url, auth=auth)</w:t>
      </w:r>
    </w:p>
    <w:p>
      <w:pPr>
        <w:spacing w:after="0"/>
        <w:ind w:left="360"/>
        <w:shd w:val="clear" w:color="auto" w:fill="F2F2F2"/>
      </w:pPr>
      <w:r>
        <w:rPr>
          <w:rFonts w:ascii="Consolas" w:hAnsi="Consolas"/>
          <w:sz w:val="18"/>
        </w:rPr>
        <w:t>&gt;&gt;&gt; result = response.json()</w:t>
      </w:r>
    </w:p>
    <w:p>
      <w:pPr>
        <w:spacing w:after="0"/>
        <w:ind w:left="360"/>
        <w:shd w:val="clear" w:color="auto" w:fill="F2F2F2"/>
      </w:pPr>
      <w:r>
        <w:rPr>
          <w:rFonts w:ascii="Consolas" w:hAnsi="Consolas"/>
          <w:sz w:val="18"/>
        </w:rPr>
        <w:t>&gt;&gt;&gt; len(result['members'])</w:t>
      </w:r>
    </w:p>
    <w:p>
      <w:pPr>
        <w:spacing w:after="0"/>
        <w:ind w:left="360"/>
        <w:shd w:val="clear" w:color="auto" w:fill="F2F2F2"/>
      </w:pPr>
      <w:r>
        <w:rPr>
          <w:rFonts w:ascii="Consolas" w:hAnsi="Consolas"/>
          <w:sz w:val="18"/>
        </w:rPr>
        <w:t>2</w:t>
      </w:r>
    </w:p>
    <w:p>
      <w:pPr>
        <w:spacing w:after="40"/>
      </w:pPr>
    </w:p>
    <w:p>
      <w:pPr>
        <w:spacing w:after="80"/>
        <w:ind w:left="360"/>
      </w:pPr>
      <w:r>
        <w:t xml:space="preserve">8. </w:t>
      </w:r>
      <w:r>
        <w:rPr>
          <w:b w:val="0"/>
          <w:i w:val="0"/>
        </w:rPr>
        <w:t xml:space="preserve">Thêm một thành viên mới vào danh sách. Lưu ý rằng địa chỉ email mới phải là một địa chỉ hợp lệ. Một địa chỉ giả như </w:t>
      </w:r>
      <w:r>
        <w:rPr>
          <w:rFonts w:ascii="Consolas" w:hAnsi="Consolas"/>
          <w:b w:val="0"/>
          <w:i w:val="0"/>
          <w:sz w:val="20"/>
        </w:rPr>
        <w:br/>
        <w:br/>
        <w:t xml:space="preserve">       test@test.com</w:t>
        <w:br/>
        <w:t xml:space="preserve">      </w:t>
        <w:br/>
      </w:r>
      <w:r>
        <w:rPr>
          <w:b w:val="0"/>
          <w:i w:val="0"/>
        </w:rPr>
        <w:t xml:space="preserve"> có thể bị từ chối.</w:t>
      </w:r>
    </w:p>
    <w:p>
      <w:pPr>
        <w:spacing w:after="0"/>
        <w:ind w:left="360"/>
        <w:shd w:val="clear" w:color="auto" w:fill="F2F2F2"/>
      </w:pPr>
      <w:r>
        <w:rPr>
          <w:rFonts w:ascii="Consolas" w:hAnsi="Consolas"/>
          <w:sz w:val="18"/>
        </w:rPr>
        <w:t>&gt;&gt;&gt; new_member = {</w:t>
      </w:r>
    </w:p>
    <w:p>
      <w:pPr>
        <w:spacing w:after="0"/>
        <w:ind w:left="360"/>
        <w:shd w:val="clear" w:color="auto" w:fill="F2F2F2"/>
      </w:pPr>
      <w:r>
        <w:rPr>
          <w:rFonts w:ascii="Consolas" w:hAnsi="Consolas"/>
          <w:sz w:val="18"/>
        </w:rPr>
        <w:t xml:space="preserve">    'email_address': 'new_member@domain.com',</w:t>
      </w:r>
    </w:p>
    <w:p>
      <w:pPr>
        <w:spacing w:after="0"/>
        <w:ind w:left="360"/>
        <w:shd w:val="clear" w:color="auto" w:fill="F2F2F2"/>
      </w:pPr>
      <w:r>
        <w:rPr>
          <w:rFonts w:ascii="Consolas" w:hAnsi="Consolas"/>
          <w:sz w:val="18"/>
        </w:rPr>
        <w:t xml:space="preserve">    'status': 'subscribed',</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&gt;&gt;&gt; response = requests.post(members_url, json=new_member, auth=auth)</w:t>
      </w:r>
    </w:p>
    <w:p>
      <w:pPr>
        <w:spacing w:after="0"/>
        <w:ind w:left="360"/>
        <w:shd w:val="clear" w:color="auto" w:fill="F2F2F2"/>
      </w:pPr>
      <w:r>
        <w:rPr>
          <w:rFonts w:ascii="Consolas" w:hAnsi="Consolas"/>
          <w:sz w:val="18"/>
        </w:rPr>
        <w:t>&gt;&gt;&gt; response.status_code</w:t>
      </w:r>
    </w:p>
    <w:p>
      <w:pPr>
        <w:spacing w:after="0"/>
        <w:ind w:left="360"/>
        <w:shd w:val="clear" w:color="auto" w:fill="F2F2F2"/>
      </w:pPr>
      <w:r>
        <w:rPr>
          <w:rFonts w:ascii="Consolas" w:hAnsi="Consolas"/>
          <w:sz w:val="18"/>
        </w:rPr>
        <w:t>200</w:t>
      </w:r>
    </w:p>
    <w:p>
      <w:pPr>
        <w:spacing w:after="40"/>
      </w:pPr>
    </w:p>
    <w:p>
      <w:pPr>
        <w:spacing w:after="80"/>
        <w:ind w:left="360"/>
      </w:pPr>
      <w:r>
        <w:t xml:space="preserve">9. </w:t>
      </w:r>
      <w:r>
        <w:rPr>
          <w:b w:val="0"/>
          <w:i w:val="0"/>
        </w:rPr>
        <w:t>Lấy danh sách người dùng bằng một yêu cầu GET sẽ lấy được tất cả người dùng:</w:t>
      </w:r>
    </w:p>
    <w:p>
      <w:pPr>
        <w:spacing w:after="0"/>
        <w:ind w:left="360"/>
        <w:shd w:val="clear" w:color="auto" w:fill="F2F2F2"/>
      </w:pPr>
      <w:r>
        <w:rPr>
          <w:rFonts w:ascii="Consolas" w:hAnsi="Consolas"/>
          <w:sz w:val="18"/>
        </w:rPr>
        <w:t>&gt;&gt;&gt; response = requests.get(members_url, auth=auth)</w:t>
      </w:r>
    </w:p>
    <w:p>
      <w:pPr>
        <w:spacing w:after="0"/>
        <w:ind w:left="360"/>
        <w:shd w:val="clear" w:color="auto" w:fill="F2F2F2"/>
      </w:pPr>
      <w:r>
        <w:rPr>
          <w:rFonts w:ascii="Consolas" w:hAnsi="Consolas"/>
          <w:sz w:val="18"/>
        </w:rPr>
        <w:t>&gt;&gt;&gt; result = response.json()</w:t>
      </w:r>
    </w:p>
    <w:p>
      <w:pPr>
        <w:spacing w:after="0"/>
        <w:ind w:left="360"/>
        <w:shd w:val="clear" w:color="auto" w:fill="F2F2F2"/>
      </w:pPr>
      <w:r>
        <w:rPr>
          <w:rFonts w:ascii="Consolas" w:hAnsi="Consolas"/>
          <w:sz w:val="18"/>
        </w:rPr>
        <w:t>&gt;&gt;&gt; len(result['members'])</w:t>
      </w:r>
    </w:p>
    <w:p>
      <w:pPr>
        <w:spacing w:after="0"/>
        <w:ind w:left="360"/>
        <w:shd w:val="clear" w:color="auto" w:fill="F2F2F2"/>
      </w:pPr>
      <w:r>
        <w:rPr>
          <w:rFonts w:ascii="Consolas" w:hAnsi="Consolas"/>
          <w:sz w:val="18"/>
        </w:rPr>
        <w:t>3</w:t>
      </w:r>
    </w:p>
    <w:p>
      <w:pPr>
        <w:spacing w:after="0"/>
        <w:ind w:left="360"/>
        <w:shd w:val="clear" w:color="auto" w:fill="F2F2F2"/>
      </w:pPr>
      <w:r>
        <w:rPr>
          <w:rFonts w:ascii="Consolas" w:hAnsi="Consolas"/>
          <w:sz w:val="18"/>
        </w:rPr>
        <w:t>&gt;&gt;&gt; [m['email_address'] for m in result['members']]</w:t>
      </w:r>
    </w:p>
    <w:p>
      <w:pPr>
        <w:spacing w:after="0"/>
        <w:ind w:left="360"/>
        <w:shd w:val="clear" w:color="auto" w:fill="F2F2F2"/>
      </w:pPr>
      <w:r>
        <w:rPr>
          <w:rFonts w:ascii="Consolas" w:hAnsi="Consolas"/>
          <w:sz w:val="18"/>
        </w:rPr>
        <w:t>['member1@domain.com', 'member2@domain.com', 'new_member@domain.com']</w:t>
      </w:r>
    </w:p>
    <w:p>
      <w:pPr>
        <w:spacing w:after="40"/>
      </w:pPr>
    </w:p>
    <w:p>
      <w:pPr>
        <w:pStyle w:val="Heading3"/>
      </w:pPr>
      <w:r>
        <w:rPr>
          <w:rFonts w:ascii="Calibri" w:hAnsi="Calibri"/>
          <w:b/>
          <w:i w:val="0"/>
          <w:sz w:val="26"/>
        </w:rPr>
        <w:t>Cách hoạt động...</w:t>
      </w:r>
    </w:p>
    <w:p>
      <w:pPr>
        <w:spacing w:after="80"/>
      </w:pPr>
      <w:r>
        <w:rPr>
          <w:b w:val="0"/>
          <w:i w:val="0"/>
        </w:rPr>
        <w:t xml:space="preserve">Sau khi import mô-đun requests trong </w:t>
      </w:r>
      <w:r>
        <w:rPr>
          <w:b w:val="0"/>
          <w:i/>
        </w:rPr>
        <w:t xml:space="preserve"> bước 1 </w:t>
      </w:r>
      <w:r>
        <w:rPr>
          <w:b w:val="0"/>
          <w:i w:val="0"/>
        </w:rPr>
        <w:t xml:space="preserve"> , chúng ta định nghĩa các giá trị cơ bản để kết nối trong </w:t>
      </w:r>
      <w:r>
        <w:rPr>
          <w:b w:val="0"/>
          <w:i/>
        </w:rPr>
        <w:t xml:space="preserve"> bước 2 </w:t>
      </w:r>
      <w:r>
        <w:rPr>
          <w:b w:val="0"/>
          <w:i w:val="0"/>
        </w:rPr>
        <w:t xml:space="preserve"> : URL cơ sở và thông tin xác thực. Lưu ý rằng để xác thực, chúng ta chỉ cần API key làm mật khẩu, và bất kỳ người dùng nào (như được mô tả trong tài liệu MailChimp: </w:t>
      </w:r>
      <w:r>
        <w:rPr>
          <w:rFonts w:ascii="Consolas" w:hAnsi="Consolas"/>
          <w:b w:val="0"/>
          <w:i w:val="0"/>
          <w:sz w:val="20"/>
        </w:rPr>
        <w:br/>
        <w:br/>
        <w:t xml:space="preserve">       https://mailchimp.com/developer/marketing/docs/fundamentals/</w:t>
        <w:br/>
        <w:t xml:space="preserve">      </w:t>
        <w:br/>
      </w:r>
      <w:r>
        <w:rPr>
          <w:b w:val="0"/>
          <w:i w:val="0"/>
        </w:rPr>
        <w:t xml:space="preserve"> ). Chúng ta dùng </w:t>
      </w:r>
      <w:r>
        <w:rPr>
          <w:rFonts w:ascii="Consolas" w:hAnsi="Consolas"/>
          <w:b w:val="0"/>
          <w:i w:val="0"/>
          <w:sz w:val="20"/>
        </w:rPr>
        <w:br/>
        <w:br/>
        <w:t xml:space="preserve">      user</w:t>
        <w:br/>
        <w:t xml:space="preserve">     </w:t>
        <w:br/>
      </w:r>
      <w:r>
        <w:rPr>
          <w:b w:val="0"/>
          <w:i w:val="0"/>
        </w:rPr>
        <w:t xml:space="preserve"> .</w:t>
      </w:r>
    </w:p>
    <w:p>
      <w:pPr>
        <w:spacing w:after="80"/>
      </w:pPr>
      <w:r>
        <w:rPr>
          <w:b w:val="0"/>
          <w:i/>
        </w:rPr>
        <w:t xml:space="preserve"> Bước 3 </w:t>
      </w:r>
      <w:r>
        <w:rPr>
          <w:b w:val="0"/>
          <w:i w:val="0"/>
        </w:rPr>
        <w:t xml:space="preserve"> kiểm tra rằng việc xác thực và kết nối là chính xác, bằng cách gọi endpoint </w:t>
      </w:r>
      <w:r>
        <w:rPr>
          <w:rFonts w:ascii="Consolas" w:hAnsi="Consolas"/>
          <w:b w:val="0"/>
          <w:i w:val="0"/>
          <w:sz w:val="20"/>
        </w:rPr>
        <w:br/>
        <w:br/>
        <w:t xml:space="preserve">      /ping</w:t>
        <w:br/>
        <w:t xml:space="preserve">     </w:t>
        <w:br/>
      </w:r>
      <w:r>
        <w:rPr>
          <w:b w:val="0"/>
          <w:i w:val="0"/>
        </w:rPr>
        <w:t xml:space="preserve"> . Kết quả được trả về ở định dạng JSON. Lệnh gọi bao gồm tham số </w:t>
      </w:r>
      <w:r>
        <w:rPr>
          <w:rFonts w:ascii="Consolas" w:hAnsi="Consolas"/>
          <w:b w:val="0"/>
          <w:i w:val="0"/>
          <w:sz w:val="20"/>
        </w:rPr>
        <w:br/>
        <w:br/>
        <w:t xml:space="preserve">      auth</w:t>
        <w:br/>
        <w:t xml:space="preserve">     </w:t>
        <w:br/>
      </w:r>
      <w:r>
        <w:rPr>
          <w:b w:val="0"/>
          <w:i w:val="0"/>
        </w:rPr>
        <w:t xml:space="preserve"> với thông tin xác thực đã định nghĩa. Tất cả các lệnh gọi tiếp theo sẽ được thực hiện với tham số </w:t>
      </w:r>
      <w:r>
        <w:rPr>
          <w:rFonts w:ascii="Consolas" w:hAnsi="Consolas"/>
          <w:b w:val="0"/>
          <w:i w:val="0"/>
          <w:sz w:val="20"/>
        </w:rPr>
        <w:br/>
        <w:br/>
        <w:t xml:space="preserve">      auth</w:t>
        <w:br/>
        <w:t xml:space="preserve">     </w:t>
        <w:br/>
      </w:r>
      <w:r>
        <w:rPr>
          <w:b w:val="0"/>
          <w:i w:val="0"/>
        </w:rPr>
        <w:t xml:space="preserve"> này cho mục đích xác thực.</w:t>
      </w:r>
    </w:p>
    <w:p>
      <w:pPr>
        <w:spacing w:after="80"/>
      </w:pPr>
      <w:r>
        <w:rPr>
          <w:b w:val="0"/>
          <w:i/>
        </w:rPr>
        <w:t xml:space="preserve"> Bước 4 </w:t>
      </w:r>
      <w:r>
        <w:rPr>
          <w:b w:val="0"/>
          <w:i w:val="0"/>
        </w:rPr>
        <w:t xml:space="preserve"> lấy tất cả các danh sách, gọi URL thích hợp. </w:t>
      </w:r>
      <w:r>
        <w:rPr>
          <w:b w:val="0"/>
          <w:i/>
        </w:rPr>
        <w:t xml:space="preserve"> Bước 5 </w:t>
      </w:r>
      <w:r>
        <w:rPr>
          <w:b w:val="0"/>
          <w:i w:val="0"/>
        </w:rPr>
        <w:t xml:space="preserve"> cho thấy cách lọc danh sách được trả về để lấy URL của danh sách quan tâm. Mỗi lệnh gọi được trả về đều bao gồm một danh sách </w:t>
      </w:r>
      <w:r>
        <w:rPr>
          <w:rFonts w:ascii="Consolas" w:hAnsi="Consolas"/>
          <w:b w:val="0"/>
          <w:i w:val="0"/>
          <w:sz w:val="20"/>
        </w:rPr>
        <w:br/>
        <w:br/>
        <w:t xml:space="preserve">      _links</w:t>
        <w:br/>
        <w:t xml:space="preserve">     </w:t>
        <w:br/>
      </w:r>
      <w:r>
        <w:rPr>
          <w:b w:val="0"/>
          <w:i w:val="0"/>
        </w:rPr>
        <w:t xml:space="preserve"> với thông tin liên quan, giúp có thể duyệt qua API.</w:t>
      </w:r>
    </w:p>
    <w:p>
      <w:pPr>
        <w:spacing w:after="80"/>
      </w:pPr>
      <w:r>
        <w:rPr>
          <w:b w:val="0"/>
          <w:i w:val="0"/>
        </w:rPr>
        <w:t xml:space="preserve">URL cho danh sách được gọi trong </w:t>
      </w:r>
      <w:r>
        <w:rPr>
          <w:b w:val="0"/>
          <w:i/>
        </w:rPr>
        <w:t xml:space="preserve"> bước 6 </w:t>
      </w:r>
      <w:r>
        <w:rPr>
          <w:b w:val="0"/>
          <w:i w:val="0"/>
        </w:rPr>
        <w:t xml:space="preserve"> . Điều này trả về thông tin cho danh sách, bao gồm các số liệu thống kê cơ bản. Bằng cách áp dụng cách lọc tương tự như đã dùng trong </w:t>
      </w:r>
      <w:r>
        <w:rPr>
          <w:b w:val="0"/>
          <w:i/>
        </w:rPr>
        <w:t xml:space="preserve"> bước 5 </w:t>
      </w:r>
      <w:r>
        <w:rPr>
          <w:b w:val="0"/>
          <w:i w:val="0"/>
        </w:rPr>
        <w:t xml:space="preserve"> , chúng ta lấy được URL cho các thành viên.</w:t>
      </w:r>
    </w:p>
    <w:p>
      <w:pPr>
        <w:spacing w:after="80"/>
      </w:pPr>
      <w:r>
        <w:rPr>
          <w:b/>
          <w:i w:val="0"/>
        </w:rPr>
        <w:t>Lưu ý</w:t>
      </w:r>
    </w:p>
    <w:p>
      <w:pPr>
        <w:spacing w:after="80"/>
      </w:pPr>
      <w:r>
        <w:rPr>
          <w:b w:val="0"/>
          <w:i w:val="0"/>
        </w:rPr>
        <w:t>Do hạn chế về kích thước và để hiển thị dữ liệu liên quan, không phải tất cả các phần tử được lấy về đều đã được hiển thị. Hãy thoải mái phân tích chúng một cách tương tác. Dữ liệu được cấu trúc tốt và tuân theo các nguyên tắc khám phá của RESTful. Khả năng introspection của Python khiến nó khá dễ đọc và dễ hiểu.</w:t>
      </w:r>
    </w:p>
    <w:p>
      <w:pPr>
        <w:spacing w:after="80"/>
      </w:pPr>
      <w:r>
        <w:rPr>
          <w:b w:val="0"/>
          <w:i/>
        </w:rPr>
        <w:t xml:space="preserve"> Bước 7 </w:t>
      </w:r>
      <w:r>
        <w:rPr>
          <w:b w:val="0"/>
          <w:i w:val="0"/>
        </w:rPr>
        <w:t xml:space="preserve"> lấy danh sách thành viên bằng cách thực hiện một yêu cầu GET đến </w:t>
      </w:r>
      <w:r>
        <w:rPr>
          <w:rFonts w:ascii="Consolas" w:hAnsi="Consolas"/>
          <w:b w:val="0"/>
          <w:i w:val="0"/>
          <w:sz w:val="20"/>
        </w:rPr>
        <w:br/>
        <w:br/>
        <w:t xml:space="preserve">      members_url</w:t>
        <w:br/>
        <w:t xml:space="preserve">     </w:t>
        <w:br/>
      </w:r>
      <w:r>
        <w:rPr>
          <w:b w:val="0"/>
          <w:i w:val="0"/>
        </w:rPr>
        <w:t xml:space="preserve"> . Điều này có thể thấy trong phần </w:t>
      </w:r>
      <w:r>
        <w:rPr>
          <w:b w:val="0"/>
          <w:i/>
        </w:rPr>
        <w:t xml:space="preserve"> Getting ready </w:t>
      </w:r>
      <w:r>
        <w:rPr>
          <w:b w:val="0"/>
          <w:i w:val="0"/>
        </w:rPr>
        <w:t xml:space="preserve"> trong giao diện web.</w:t>
      </w:r>
    </w:p>
    <w:p>
      <w:pPr>
        <w:spacing w:after="80"/>
      </w:pPr>
      <w:r>
        <w:rPr>
          <w:b w:val="0"/>
          <w:i/>
        </w:rPr>
        <w:t xml:space="preserve"> Bước 8 </w:t>
      </w:r>
      <w:r>
        <w:rPr>
          <w:b w:val="0"/>
          <w:i w:val="0"/>
        </w:rPr>
        <w:t xml:space="preserve"> tạo một người dùng mới và post lên </w:t>
      </w:r>
      <w:r>
        <w:rPr>
          <w:rFonts w:ascii="Consolas" w:hAnsi="Consolas"/>
          <w:b w:val="0"/>
          <w:i w:val="0"/>
          <w:sz w:val="20"/>
        </w:rPr>
        <w:br/>
        <w:br/>
        <w:t xml:space="preserve">      members_url</w:t>
        <w:br/>
        <w:t xml:space="preserve">     </w:t>
        <w:br/>
      </w:r>
      <w:r>
        <w:rPr>
          <w:b w:val="0"/>
          <w:i w:val="0"/>
        </w:rPr>
        <w:t xml:space="preserve"> với thông tin được truyền trong tham số </w:t>
      </w:r>
      <w:r>
        <w:rPr>
          <w:rFonts w:ascii="Consolas" w:hAnsi="Consolas"/>
          <w:b w:val="0"/>
          <w:i w:val="0"/>
          <w:sz w:val="20"/>
        </w:rPr>
        <w:br/>
        <w:br/>
        <w:t xml:space="preserve">      json</w:t>
        <w:br/>
        <w:t xml:space="preserve">     </w:t>
        <w:br/>
      </w:r>
      <w:r>
        <w:rPr>
          <w:b w:val="0"/>
          <w:i w:val="0"/>
        </w:rPr>
        <w:t xml:space="preserve"> để nó được chuyển thành định dạng JSON. Dữ liệu đã cập nhật được lấy về trong </w:t>
      </w:r>
      <w:r>
        <w:rPr>
          <w:b w:val="0"/>
          <w:i/>
        </w:rPr>
        <w:t xml:space="preserve"> bước 8 </w:t>
      </w:r>
      <w:r>
        <w:rPr>
          <w:b w:val="0"/>
          <w:i w:val="0"/>
        </w:rPr>
        <w:t xml:space="preserve"> , cho thấy rằng có một người dùng mới trong danh sách.</w:t>
      </w:r>
    </w:p>
    <w:p>
      <w:pPr>
        <w:pStyle w:val="Heading3"/>
      </w:pPr>
      <w:r>
        <w:rPr>
          <w:rFonts w:ascii="Calibri" w:hAnsi="Calibri"/>
          <w:b/>
          <w:i w:val="0"/>
          <w:sz w:val="26"/>
        </w:rPr>
        <w:t>Còn nữa...</w:t>
      </w:r>
    </w:p>
    <w:p>
      <w:pPr>
        <w:spacing w:after="80"/>
      </w:pPr>
      <w:r>
        <w:rPr>
          <w:b w:val="0"/>
          <w:i w:val="0"/>
        </w:rPr>
        <w:t xml:space="preserve">Toàn bộ API MailChimp khá mạnh mẽ và có thể thực hiện một số lượng lớn tác vụ. Hãy truy cập tài liệu đầy đủ của MailChimp để khám phá mọi khả năng: </w:t>
      </w:r>
      <w:r>
        <w:rPr>
          <w:rFonts w:ascii="Consolas" w:hAnsi="Consolas"/>
          <w:b w:val="0"/>
          <w:i w:val="0"/>
          <w:sz w:val="20"/>
        </w:rPr>
        <w:br/>
        <w:br/>
        <w:t xml:space="preserve">       https://developer.mailchimp.com/</w:t>
        <w:br/>
        <w:t xml:space="preserve">      </w:t>
        <w:br/>
      </w:r>
      <w:r>
        <w:rPr>
          <w:b w:val="0"/>
          <w:i w:val="0"/>
        </w:rPr>
        <w:t xml:space="preserve"> .</w:t>
      </w:r>
    </w:p>
    <w:p>
      <w:pPr>
        <w:spacing w:after="80"/>
      </w:pPr>
      <w:r>
        <w:rPr>
          <w:b w:val="0"/>
          <w:i w:val="0"/>
        </w:rPr>
        <w:t xml:space="preserve">Mặc dù các lệnh gọi mà chúng ta trình bày ở đây được thực hiện trực tiếp thông qua giao diện REST, có một mô-đun sẵn có bao bọc chúng theo phong cách Python tiện lợi, có tên là </w:t>
      </w:r>
      <w:r>
        <w:rPr>
          <w:rFonts w:ascii="Consolas" w:hAnsi="Consolas"/>
          <w:b w:val="0"/>
          <w:i w:val="0"/>
          <w:sz w:val="20"/>
        </w:rPr>
        <w:br/>
        <w:br/>
        <w:t xml:space="preserve">      mailchimp‑marketing</w:t>
        <w:br/>
        <w:t xml:space="preserve">     </w:t>
        <w:br/>
      </w:r>
      <w:r>
        <w:rPr>
          <w:b w:val="0"/>
          <w:i w:val="0"/>
        </w:rPr>
        <w:t xml:space="preserve"> .</w:t>
      </w:r>
    </w:p>
    <w:p>
      <w:pPr>
        <w:spacing w:after="80"/>
      </w:pPr>
      <w:r>
        <w:rPr>
          <w:b w:val="0"/>
          <w:i w:val="0"/>
        </w:rPr>
        <w:t>Bạn có thể cài đặt nó như bình thường:</w:t>
      </w:r>
    </w:p>
    <w:p>
      <w:pPr>
        <w:spacing w:after="0"/>
        <w:ind w:left="360"/>
        <w:shd w:val="clear" w:color="auto" w:fill="F2F2F2"/>
      </w:pPr>
      <w:r>
        <w:rPr>
          <w:rFonts w:ascii="Consolas" w:hAnsi="Consolas"/>
          <w:sz w:val="18"/>
        </w:rPr>
        <w:t>$ uv pip install mailchimp-marketing==3.0.80</w:t>
      </w:r>
    </w:p>
    <w:p>
      <w:pPr>
        <w:spacing w:after="40"/>
      </w:pPr>
    </w:p>
    <w:p>
      <w:pPr>
        <w:spacing w:after="80"/>
      </w:pPr>
      <w:r>
        <w:rPr>
          <w:b w:val="0"/>
          <w:i w:val="0"/>
        </w:rPr>
        <w:t>Và sau đó sử dụng nó như thế này:</w:t>
      </w:r>
    </w:p>
    <w:p>
      <w:pPr>
        <w:spacing w:after="0"/>
        <w:ind w:left="360"/>
        <w:shd w:val="clear" w:color="auto" w:fill="F2F2F2"/>
      </w:pPr>
      <w:r>
        <w:rPr>
          <w:rFonts w:ascii="Consolas" w:hAnsi="Consolas"/>
          <w:sz w:val="18"/>
        </w:rPr>
        <w:t>&gt;&gt;&gt; from mailchimp_marketing import Client</w:t>
      </w:r>
    </w:p>
    <w:p>
      <w:pPr>
        <w:spacing w:after="0"/>
        <w:ind w:left="360"/>
        <w:shd w:val="clear" w:color="auto" w:fill="F2F2F2"/>
      </w:pPr>
      <w:r>
        <w:rPr>
          <w:rFonts w:ascii="Consolas" w:hAnsi="Consolas"/>
          <w:sz w:val="18"/>
        </w:rPr>
        <w:t>&gt;&gt;&gt; mailchimp = Client()</w:t>
      </w:r>
    </w:p>
    <w:p>
      <w:pPr>
        <w:spacing w:after="0"/>
        <w:ind w:left="360"/>
        <w:shd w:val="clear" w:color="auto" w:fill="F2F2F2"/>
      </w:pPr>
      <w:r>
        <w:rPr>
          <w:rFonts w:ascii="Consolas" w:hAnsi="Consolas"/>
          <w:sz w:val="18"/>
        </w:rPr>
        <w:t>&gt;&gt;&gt; mailchimp.set_config(</w:t>
      </w:r>
    </w:p>
    <w:p>
      <w:pPr>
        <w:spacing w:after="0"/>
        <w:ind w:left="360"/>
        <w:shd w:val="clear" w:color="auto" w:fill="F2F2F2"/>
      </w:pPr>
      <w:r>
        <w:rPr>
          <w:rFonts w:ascii="Consolas" w:hAnsi="Consolas"/>
          <w:sz w:val="18"/>
        </w:rPr>
        <w:t xml:space="preserve">  {'api_key':API_KEY,</w:t>
      </w:r>
    </w:p>
    <w:p>
      <w:pPr>
        <w:spacing w:after="0"/>
        <w:ind w:left="360"/>
        <w:shd w:val="clear" w:color="auto" w:fill="F2F2F2"/>
      </w:pPr>
      <w:r>
        <w:rPr>
          <w:rFonts w:ascii="Consolas" w:hAnsi="Consolas"/>
          <w:sz w:val="18"/>
        </w:rPr>
        <w:t xml:space="preserve">  'server': DC}</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&gt;&gt;&gt; response = mailchimp.lists.get_all_lists()</w:t>
      </w:r>
    </w:p>
    <w:p>
      <w:pPr>
        <w:spacing w:after="40"/>
      </w:pPr>
    </w:p>
    <w:p>
      <w:pPr>
        <w:spacing w:after="80"/>
      </w:pPr>
      <w:r>
        <w:rPr>
          <w:b w:val="0"/>
          <w:i w:val="0"/>
        </w:rPr>
        <w:t xml:space="preserve">Mặc dù việc dùng API với thư viện cụ thể thì tiện lợi và rõ ràng, nhưng phản hồi nhận được cũng giống như khi bạn gọi lệnh </w:t>
      </w:r>
      <w:r>
        <w:rPr>
          <w:rFonts w:ascii="Consolas" w:hAnsi="Consolas"/>
          <w:b w:val="0"/>
          <w:i w:val="0"/>
          <w:sz w:val="20"/>
        </w:rPr>
        <w:br/>
        <w:br/>
        <w:t xml:space="preserve">      request</w:t>
        <w:br/>
        <w:t xml:space="preserve">     </w:t>
        <w:br/>
      </w:r>
      <w:r>
        <w:rPr>
          <w:b w:val="0"/>
          <w:i w:val="0"/>
        </w:rPr>
        <w:t xml:space="preserve"> tương đương.</w:t>
      </w:r>
    </w:p>
    <w:p>
      <w:pPr>
        <w:spacing w:after="80"/>
      </w:pPr>
      <w:r>
        <w:rPr>
          <w:b/>
          <w:i w:val="0"/>
        </w:rPr>
        <w:t>Mẹo</w:t>
      </w:r>
    </w:p>
    <w:p>
      <w:pPr>
        <w:spacing w:after="80"/>
      </w:pPr>
      <w:r>
        <w:rPr>
          <w:b w:val="0"/>
          <w:i w:val="0"/>
        </w:rPr>
        <w:t>Xin lưu ý một chút, và hơi nằm ngoài phạm vi của cuốn sách này, hãy ý thức về những hệ lụy pháp lý khi thêm người đăng ký vào một danh sách tự động. Spam là một vấn đề nghiêm trọng và có những quy định mới được ban hành để bảo vệ quyền lợi của khách hàng, chẳng hạn như GDPR. Hãy chắc chắn rằng bạn có sự cho phép của người dùng để gửi email cho họ. Điều tốt là MailChimp tự động triển khai các công cụ hỗ trợ việc này, ví dụ như nút hủy đăng ký tự động.</w:t>
      </w:r>
    </w:p>
    <w:p>
      <w:pPr>
        <w:spacing w:after="80"/>
      </w:pPr>
      <w:r>
        <w:rPr>
          <w:b w:val="0"/>
          <w:i w:val="0"/>
        </w:rPr>
        <w:t>Tài liệu chung của MailChimp cũng khá thú vị và cho thấy một số khả năng. MailChimp có thể quản lý bản tin và các danh sách phân phối thông thường, nhưng nó cũng có thể được tùy chỉnh để tạo các luồng (flow), lên lịch gửi email, và tự động gửi tin nhắn đến khán giả của bạn dựa trên các tham số như ngày sinh của họ.</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Gửi một email riêng lẻ </w:t>
      </w:r>
      <w:r>
        <w:rPr>
          <w:b w:val="0"/>
          <w:i w:val="0"/>
        </w:rPr>
        <w:t>, ở phần trước trong chương này, để thấy sự khác biệt giữa việc gửi email trực tiếp mà không có loại công cụ này</w:t>
      </w:r>
    </w:p>
    <w:p>
      <w:pPr>
        <w:spacing w:after="80"/>
        <w:ind w:left="360"/>
      </w:pPr>
      <w:r>
        <w:t xml:space="preserve">• </w:t>
      </w:r>
      <w:r>
        <w:rPr>
          <w:b w:val="0"/>
          <w:i w:val="0"/>
        </w:rPr>
        <w:t xml:space="preserve">Công thức </w:t>
      </w:r>
      <w:r>
        <w:rPr>
          <w:b w:val="0"/>
          <w:i/>
        </w:rPr>
        <w:t xml:space="preserve"> Gửi thông báo </w:t>
      </w:r>
      <w:r>
        <w:rPr>
          <w:b w:val="0"/>
          <w:i w:val="0"/>
        </w:rPr>
        <w:t xml:space="preserve"> </w:t>
      </w:r>
      <w:r>
        <w:rPr>
          <w:b w:val="0"/>
          <w:i/>
        </w:rPr>
        <w:t xml:space="preserve"> qua </w:t>
      </w:r>
      <w:r>
        <w:rPr>
          <w:b w:val="0"/>
          <w:i w:val="0"/>
        </w:rPr>
        <w:t xml:space="preserve"> </w:t>
      </w:r>
      <w:r>
        <w:rPr>
          <w:b w:val="0"/>
          <w:i/>
        </w:rPr>
        <w:t xml:space="preserve"> email </w:t>
      </w:r>
      <w:r>
        <w:rPr>
          <w:b w:val="0"/>
          <w:i w:val="0"/>
        </w:rPr>
        <w:t>, tiếp theo, để học cách gửi email được điều chỉnh cho một người dùng cụ thể cho một hành động</w:t>
      </w:r>
    </w:p>
    <w:p>
      <w:pPr>
        <w:pStyle w:val="Heading2"/>
      </w:pPr>
      <w:r>
        <w:rPr>
          <w:rFonts w:ascii="Calibri" w:hAnsi="Calibri"/>
          <w:b/>
          <w:i w:val="0"/>
          <w:sz w:val="32"/>
        </w:rPr>
        <w:t>Gửi thông báo qua email</w:t>
      </w:r>
    </w:p>
    <w:p>
      <w:pPr>
        <w:spacing w:after="80"/>
      </w:pPr>
      <w:r>
        <w:rPr>
          <w:b w:val="0"/>
          <w:i w:val="0"/>
        </w:rPr>
        <w:t xml:space="preserve">Trong công thức này, chúng ta sẽ tìm hiểu cách gửi email cho khách hàng. Email giao dịch (transactional email), chẳng hạn như email xác nhận hoặc cảnh báo, được gửi để phản hồi các hành động của người dùng và gửi đến chính họ. Do việc bảo vệ chống spam và các hạn chế khác, tốt hơn là nên triển khai loại email này với sự hỗ trợ của các công cụ bên ngoài. Trong công thức này, chúng ta sẽ dùng Mailgun ( </w:t>
      </w:r>
      <w:r>
        <w:rPr>
          <w:rFonts w:ascii="Consolas" w:hAnsi="Consolas"/>
          <w:b w:val="0"/>
          <w:i w:val="0"/>
          <w:sz w:val="20"/>
        </w:rPr>
        <w:br/>
        <w:br/>
        <w:t xml:space="preserve">       https://www.mailgun.com</w:t>
        <w:br/>
        <w:t xml:space="preserve">      </w:t>
        <w:br/>
      </w:r>
      <w:r>
        <w:rPr>
          <w:b w:val="0"/>
          <w:i w:val="0"/>
        </w:rPr>
        <w:t xml:space="preserve"> ), công cụ có thể gửi những loại email này cũng như truyền đạt các phản hồi.</w:t>
      </w:r>
    </w:p>
    <w:p>
      <w:pPr>
        <w:pStyle w:val="Heading3"/>
      </w:pPr>
      <w:r>
        <w:rPr>
          <w:rFonts w:ascii="Calibri" w:hAnsi="Calibri"/>
          <w:b/>
          <w:i w:val="0"/>
          <w:sz w:val="26"/>
        </w:rPr>
        <w:t>Chuẩn bị</w:t>
      </w:r>
    </w:p>
    <w:p>
      <w:pPr>
        <w:spacing w:after="80"/>
      </w:pPr>
      <w:r>
        <w:rPr>
          <w:b w:val="0"/>
          <w:i w:val="0"/>
        </w:rPr>
        <w:t xml:space="preserve">Chúng ta sẽ cần tạo một tài khoản với Mailgun. Truy cập </w:t>
      </w:r>
      <w:r>
        <w:rPr>
          <w:rFonts w:ascii="Consolas" w:hAnsi="Consolas"/>
          <w:b w:val="0"/>
          <w:i w:val="0"/>
          <w:sz w:val="20"/>
        </w:rPr>
        <w:br/>
        <w:br/>
        <w:t xml:space="preserve">       https://signup.mailgun.com/new/signup</w:t>
        <w:br/>
        <w:t xml:space="preserve">      </w:t>
        <w:br/>
      </w:r>
      <w:r>
        <w:rPr>
          <w:b w:val="0"/>
          <w:i w:val="0"/>
        </w:rPr>
        <w:t xml:space="preserve"> để tạo một tài khoản. Lưu ý rằng thông tin thẻ tín dụng là tùy chọn.</w:t>
      </w:r>
    </w:p>
    <w:p>
      <w:pPr>
        <w:spacing w:after="80"/>
      </w:pPr>
      <w:r>
        <w:rPr>
          <w:b w:val="0"/>
          <w:i w:val="0"/>
        </w:rPr>
        <w:t xml:space="preserve">Sau khi đăng ký, vào </w:t>
      </w:r>
      <w:r>
        <w:rPr>
          <w:b/>
          <w:i w:val="0"/>
        </w:rPr>
        <w:t xml:space="preserve"> Send </w:t>
      </w:r>
      <w:r>
        <w:rPr>
          <w:b w:val="0"/>
          <w:i w:val="0"/>
        </w:rPr>
        <w:t xml:space="preserve"> -&gt; </w:t>
      </w:r>
      <w:r>
        <w:rPr>
          <w:b/>
          <w:i w:val="0"/>
        </w:rPr>
        <w:t xml:space="preserve"> Sending </w:t>
      </w:r>
      <w:r>
        <w:rPr>
          <w:b w:val="0"/>
          <w:i w:val="0"/>
        </w:rPr>
        <w:t xml:space="preserve"> -&gt; </w:t>
      </w:r>
      <w:r>
        <w:rPr>
          <w:b/>
          <w:i w:val="0"/>
        </w:rPr>
        <w:t xml:space="preserve"> Domains </w:t>
      </w:r>
      <w:r>
        <w:rPr>
          <w:b w:val="0"/>
          <w:i w:val="0"/>
        </w:rPr>
        <w:t xml:space="preserve"> để thấy rằng có một môi trường sandbox. Chúng ta có thể dùng nó để kiểm tra chức năng của Mailgun, mặc dù nó chỉ gửi email đến các tài khoản email thử nghiệm đã đăng ký.</w:t>
      </w:r>
    </w:p>
    <w:p>
      <w:pPr>
        <w:spacing w:after="80"/>
      </w:pPr>
      <w:r>
        <w:rPr>
          <w:b w:val="0"/>
          <w:i w:val="0"/>
        </w:rPr>
        <w:t xml:space="preserve">Bạn cần thêm một người nhận email thử nghiệm trong sandbox </w:t>
      </w:r>
      <w:r>
        <w:rPr>
          <w:b/>
          <w:i w:val="0"/>
        </w:rPr>
        <w:t xml:space="preserve"> Domain settings </w:t>
      </w:r>
      <w:r>
        <w:rPr>
          <w:b w:val="0"/>
          <w:i w:val="0"/>
        </w:rPr>
        <w:t xml:space="preserve"> -&gt; </w:t>
      </w:r>
      <w:r>
        <w:rPr>
          <w:b/>
          <w:i w:val="0"/>
        </w:rPr>
        <w:t xml:space="preserve"> Setup </w:t>
      </w:r>
      <w:r>
        <w:rPr>
          <w:b w:val="0"/>
          <w:i w:val="0"/>
        </w:rPr>
        <w:t xml:space="preserve"> . Để làm điều đó, nó sẽ gửi một email đến tài khoản người nhận, yêu cầu chủ tài khoản đồng ý nhận email thử nghiệm từ Mailgun.</w:t>
      </w:r>
    </w:p>
    <w:p>
      <w:pPr>
        <w:jc w:val="center"/>
      </w:pPr>
      <w:r>
        <w:drawing>
          <wp:inline xmlns:a="http://schemas.openxmlformats.org/drawingml/2006/main" xmlns:pic="http://schemas.openxmlformats.org/drawingml/2006/picture">
            <wp:extent cx="5486400" cy="3524989"/>
            <wp:docPr id="88" name="Picture 88"/>
            <wp:cNvGraphicFramePr>
              <a:graphicFrameLocks noChangeAspect="1"/>
            </wp:cNvGraphicFramePr>
            <a:graphic>
              <a:graphicData uri="http://schemas.openxmlformats.org/drawingml/2006/picture">
                <pic:pic>
                  <pic:nvPicPr>
                    <pic:cNvPr id="0" name="B36973_9_6.png"/>
                    <pic:cNvPicPr/>
                  </pic:nvPicPr>
                  <pic:blipFill>
                    <a:blip r:embed="rId90"/>
                    <a:stretch>
                      <a:fillRect/>
                    </a:stretch>
                  </pic:blipFill>
                  <pic:spPr>
                    <a:xfrm>
                      <a:off x="0" y="0"/>
                      <a:ext cx="5486400" cy="3524989"/>
                    </a:xfrm>
                    <a:prstGeom prst="rect"/>
                  </pic:spPr>
                </pic:pic>
              </a:graphicData>
            </a:graphic>
          </wp:inline>
        </w:drawing>
      </w:r>
    </w:p>
    <w:p>
      <w:pPr>
        <w:spacing w:after="160"/>
        <w:jc w:val="center"/>
      </w:pPr>
      <w:r>
        <w:rPr>
          <w:rFonts w:ascii="Calibri" w:hAnsi="Calibri"/>
          <w:b w:val="0"/>
          <w:i/>
          <w:sz w:val="19"/>
        </w:rPr>
        <w:t>Hình 9.6: Email nhận được để xác nhận rằng chúng ta đồng ý nhận email thử nghiệm</w:t>
      </w:r>
    </w:p>
    <w:p>
      <w:pPr>
        <w:spacing w:after="80"/>
      </w:pPr>
      <w:r>
        <w:rPr>
          <w:b w:val="0"/>
          <w:i w:val="0"/>
        </w:rPr>
        <w:t xml:space="preserve">Khi nhấn nút </w:t>
      </w:r>
      <w:r>
        <w:rPr>
          <w:b/>
          <w:i w:val="0"/>
        </w:rPr>
        <w:t xml:space="preserve"> I Agree </w:t>
      </w:r>
      <w:r>
        <w:rPr>
          <w:b w:val="0"/>
          <w:i w:val="0"/>
        </w:rPr>
        <w:t>, bạn sẽ thấy trên giao diện rằng email đã được phê duyệt để kiểm thử.</w:t>
      </w:r>
    </w:p>
    <w:p>
      <w:pPr>
        <w:jc w:val="center"/>
      </w:pPr>
      <w:r>
        <w:drawing>
          <wp:inline xmlns:a="http://schemas.openxmlformats.org/drawingml/2006/main" xmlns:pic="http://schemas.openxmlformats.org/drawingml/2006/picture">
            <wp:extent cx="5486400" cy="2941504"/>
            <wp:docPr id="89" name="Picture 89"/>
            <wp:cNvGraphicFramePr>
              <a:graphicFrameLocks noChangeAspect="1"/>
            </wp:cNvGraphicFramePr>
            <a:graphic>
              <a:graphicData uri="http://schemas.openxmlformats.org/drawingml/2006/picture">
                <pic:pic>
                  <pic:nvPicPr>
                    <pic:cNvPr id="0" name="B36973_9_7.png"/>
                    <pic:cNvPicPr/>
                  </pic:nvPicPr>
                  <pic:blipFill>
                    <a:blip r:embed="rId91"/>
                    <a:stretch>
                      <a:fillRect/>
                    </a:stretch>
                  </pic:blipFill>
                  <pic:spPr>
                    <a:xfrm>
                      <a:off x="0" y="0"/>
                      <a:ext cx="5486400" cy="2941504"/>
                    </a:xfrm>
                    <a:prstGeom prst="rect"/>
                  </pic:spPr>
                </pic:pic>
              </a:graphicData>
            </a:graphic>
          </wp:inline>
        </w:drawing>
      </w:r>
    </w:p>
    <w:p>
      <w:pPr>
        <w:spacing w:after="160"/>
        <w:jc w:val="center"/>
      </w:pPr>
      <w:r>
        <w:rPr>
          <w:rFonts w:ascii="Calibri" w:hAnsi="Calibri"/>
          <w:b w:val="0"/>
          <w:i/>
          <w:sz w:val="19"/>
        </w:rPr>
        <w:t>Hình 9.7: Email đã được xác minh để kiểm thử. Email của bạn sẽ xuất hiện trong danh sách người nhận được ủy quyền</w:t>
      </w:r>
    </w:p>
    <w:p>
      <w:pPr>
        <w:spacing w:after="80"/>
      </w:pPr>
      <w:r>
        <w:rPr>
          <w:b w:val="0"/>
          <w:i w:val="0"/>
        </w:rPr>
        <w:t>Bạn sẽ cần tạo thông tin xác thực API (khóa gửi) trên cùng màn hình đó:</w:t>
      </w:r>
    </w:p>
    <w:p>
      <w:pPr>
        <w:jc w:val="center"/>
      </w:pPr>
      <w:r>
        <w:drawing>
          <wp:inline xmlns:a="http://schemas.openxmlformats.org/drawingml/2006/main" xmlns:pic="http://schemas.openxmlformats.org/drawingml/2006/picture">
            <wp:extent cx="5486400" cy="2846328"/>
            <wp:docPr id="90" name="Picture 90"/>
            <wp:cNvGraphicFramePr>
              <a:graphicFrameLocks noChangeAspect="1"/>
            </wp:cNvGraphicFramePr>
            <a:graphic>
              <a:graphicData uri="http://schemas.openxmlformats.org/drawingml/2006/picture">
                <pic:pic>
                  <pic:nvPicPr>
                    <pic:cNvPr id="0" name="B36973_9_8.png"/>
                    <pic:cNvPicPr/>
                  </pic:nvPicPr>
                  <pic:blipFill>
                    <a:blip r:embed="rId92"/>
                    <a:stretch>
                      <a:fillRect/>
                    </a:stretch>
                  </pic:blipFill>
                  <pic:spPr>
                    <a:xfrm>
                      <a:off x="0" y="0"/>
                      <a:ext cx="5486400" cy="2846328"/>
                    </a:xfrm>
                    <a:prstGeom prst="rect"/>
                  </pic:spPr>
                </pic:pic>
              </a:graphicData>
            </a:graphic>
          </wp:inline>
        </w:drawing>
      </w:r>
    </w:p>
    <w:p>
      <w:pPr>
        <w:spacing w:after="160"/>
        <w:jc w:val="center"/>
      </w:pPr>
      <w:r>
        <w:rPr>
          <w:rFonts w:ascii="Calibri" w:hAnsi="Calibri"/>
          <w:b w:val="0"/>
          <w:i/>
          <w:sz w:val="19"/>
        </w:rPr>
        <w:t>Hình 9.8: Khóa đã được tạo</w:t>
      </w:r>
    </w:p>
    <w:p>
      <w:pPr>
        <w:spacing w:after="80"/>
      </w:pPr>
      <w:r>
        <w:rPr>
          <w:b w:val="0"/>
          <w:i w:val="0"/>
        </w:rPr>
        <w:t>Như thường thấy với các dịch vụ này, API chỉ hiển thị một lần, nên hãy nhớ lưu trữ nó một cách an toàn.</w:t>
      </w:r>
    </w:p>
    <w:p>
      <w:pPr>
        <w:spacing w:after="80"/>
      </w:pPr>
      <w:r>
        <w:rPr>
          <w:b w:val="0"/>
          <w:i w:val="0"/>
        </w:rPr>
        <w:t xml:space="preserve">Chúng ta sẽ dùng mô-đun </w:t>
      </w:r>
      <w:r>
        <w:rPr>
          <w:rFonts w:ascii="Consolas" w:hAnsi="Consolas"/>
          <w:b w:val="0"/>
          <w:i w:val="0"/>
          <w:sz w:val="20"/>
        </w:rPr>
        <w:br/>
        <w:br/>
        <w:t xml:space="preserve">      requests</w:t>
        <w:br/>
        <w:t xml:space="preserve">     </w:t>
        <w:br/>
      </w:r>
      <w:r>
        <w:rPr>
          <w:b w:val="0"/>
          <w:i w:val="0"/>
        </w:rPr>
        <w:t xml:space="preserve"> để kết nối với Mailgun API. Cài đặt nó trong môi trường ảo:</w:t>
      </w:r>
    </w:p>
    <w:p>
      <w:pPr>
        <w:spacing w:after="0"/>
        <w:ind w:left="360"/>
        <w:shd w:val="clear" w:color="auto" w:fill="F2F2F2"/>
      </w:pPr>
      <w:r>
        <w:rPr>
          <w:rFonts w:ascii="Consolas" w:hAnsi="Consolas"/>
          <w:sz w:val="18"/>
        </w:rPr>
        <w:t>$ echo "requests==2.32.5" &gt;&gt; requirements.txt</w:t>
      </w:r>
    </w:p>
    <w:p>
      <w:pPr>
        <w:spacing w:after="0"/>
        <w:ind w:left="360"/>
        <w:shd w:val="clear" w:color="auto" w:fill="F2F2F2"/>
      </w:pPr>
      <w:r>
        <w:rPr>
          <w:rFonts w:ascii="Consolas" w:hAnsi="Consolas"/>
          <w:sz w:val="18"/>
        </w:rPr>
        <w:t>$ uv pip install -r requirements.txt</w:t>
      </w:r>
    </w:p>
    <w:p>
      <w:pPr>
        <w:spacing w:after="40"/>
      </w:pPr>
    </w:p>
    <w:p>
      <w:pPr>
        <w:spacing w:after="80"/>
      </w:pPr>
      <w:r>
        <w:rPr>
          <w:b w:val="0"/>
          <w:i w:val="0"/>
        </w:rPr>
        <w:t xml:space="preserve">Mọi thứ đã sẵn sàng để gửi email, nhưng lưu ý rằng bạn chỉ có thể gửi email đến những người nhận được ủy quyền. Muốn gửi email đi khắp nơi thì chúng ta cần thiết lập một tên miền. Hãy làm theo tài liệu của Mailgun để biết cách: </w:t>
      </w:r>
      <w:r>
        <w:rPr>
          <w:rFonts w:ascii="Consolas" w:hAnsi="Consolas"/>
          <w:b w:val="0"/>
          <w:i w:val="0"/>
          <w:sz w:val="20"/>
        </w:rPr>
        <w:br/>
        <w:br/>
        <w:t xml:space="preserve">       https://documentation.mailgun.com/docs/mailgun/user-manual/domains/domains-custom</w:t>
        <w:br/>
        <w:t xml:space="preserve">      </w:t>
        <w:br/>
      </w:r>
      <w:r>
        <w:rPr>
          <w:b w:val="0"/>
          <w:i w:val="0"/>
        </w:rPr>
        <w:t xml:space="preserve"> .</w:t>
      </w:r>
    </w:p>
    <w:p>
      <w:pPr>
        <w:pStyle w:val="Heading3"/>
      </w:pPr>
      <w:r>
        <w:rPr>
          <w:rFonts w:ascii="Calibri" w:hAnsi="Calibri"/>
          <w:b/>
          <w:i w:val="0"/>
          <w:sz w:val="26"/>
        </w:rPr>
        <w:t>Cách thực hiện...</w:t>
      </w:r>
    </w:p>
    <w:p>
      <w:pPr>
        <w:spacing w:after="80"/>
        <w:ind w:left="360"/>
      </w:pPr>
      <w:r>
        <w:t xml:space="preserve">1. </w:t>
      </w:r>
      <w:r>
        <w:rPr>
          <w:b w:val="0"/>
          <w:i w:val="0"/>
        </w:rPr>
        <w:t xml:space="preserve">Import mô-đun </w:t>
      </w:r>
      <w:r>
        <w:rPr>
          <w:rFonts w:ascii="Consolas" w:hAnsi="Consolas"/>
          <w:b w:val="0"/>
          <w:i w:val="0"/>
          <w:sz w:val="20"/>
        </w:rPr>
        <w:br/>
        <w:br/>
        <w:t xml:space="preserve">       requests</w:t>
        <w:br/>
        <w:t xml:space="preserve">      </w:t>
        <w:br/>
      </w:r>
      <w:r>
        <w:rPr>
          <w:b w:val="0"/>
          <w:i w:val="0"/>
        </w:rPr>
        <w:t>:</w:t>
      </w:r>
    </w:p>
    <w:p>
      <w:pPr>
        <w:spacing w:after="0"/>
        <w:ind w:left="360"/>
        <w:shd w:val="clear" w:color="auto" w:fill="F2F2F2"/>
      </w:pPr>
      <w:r>
        <w:rPr>
          <w:rFonts w:ascii="Consolas" w:hAnsi="Consolas"/>
          <w:sz w:val="18"/>
        </w:rPr>
        <w:t>&gt;&gt;&gt; import requests</w:t>
      </w:r>
    </w:p>
    <w:p>
      <w:pPr>
        <w:spacing w:after="40"/>
      </w:pPr>
    </w:p>
    <w:p>
      <w:pPr>
        <w:spacing w:after="80"/>
        <w:ind w:left="360"/>
      </w:pPr>
      <w:r>
        <w:t xml:space="preserve">2. </w:t>
      </w:r>
      <w:r>
        <w:rPr>
          <w:b w:val="0"/>
          <w:i w:val="0"/>
        </w:rPr>
        <w:t>Chuẩn bị thông tin xác thực, cùng với địa chỉ email 'to' và 'from'. Lưu ý rằng chúng ta đang dùng một địa chỉ 'from' giả:</w:t>
      </w:r>
    </w:p>
    <w:p>
      <w:pPr>
        <w:spacing w:after="0"/>
        <w:ind w:left="360"/>
        <w:shd w:val="clear" w:color="auto" w:fill="F2F2F2"/>
      </w:pPr>
      <w:r>
        <w:rPr>
          <w:rFonts w:ascii="Consolas" w:hAnsi="Consolas"/>
          <w:sz w:val="18"/>
        </w:rPr>
        <w:t>&gt;&gt;&gt; KEY = 'YOUR-SECRET-KEY'</w:t>
      </w:r>
    </w:p>
    <w:p>
      <w:pPr>
        <w:spacing w:after="0"/>
        <w:ind w:left="360"/>
        <w:shd w:val="clear" w:color="auto" w:fill="F2F2F2"/>
      </w:pPr>
      <w:r>
        <w:rPr>
          <w:rFonts w:ascii="Consolas" w:hAnsi="Consolas"/>
          <w:sz w:val="18"/>
        </w:rPr>
        <w:t>&gt;&gt;&gt; DOMAIN = 'sandboxYOUR-DOMAIN.mailgun.org'</w:t>
      </w:r>
    </w:p>
    <w:p>
      <w:pPr>
        <w:spacing w:after="0"/>
        <w:ind w:left="360"/>
        <w:shd w:val="clear" w:color="auto" w:fill="F2F2F2"/>
      </w:pPr>
      <w:r>
        <w:rPr>
          <w:rFonts w:ascii="Consolas" w:hAnsi="Consolas"/>
          <w:sz w:val="18"/>
        </w:rPr>
        <w:t>&gt;&gt;&gt; TO = 'YOUR-AUTHORISED-RECEIVER'</w:t>
      </w:r>
    </w:p>
    <w:p>
      <w:pPr>
        <w:spacing w:after="0"/>
        <w:ind w:left="360"/>
        <w:shd w:val="clear" w:color="auto" w:fill="F2F2F2"/>
      </w:pPr>
      <w:r>
        <w:rPr>
          <w:rFonts w:ascii="Consolas" w:hAnsi="Consolas"/>
          <w:sz w:val="18"/>
        </w:rPr>
        <w:t>&gt;&gt;&gt; FROM = f'sender@{DOMAIN}'</w:t>
      </w:r>
    </w:p>
    <w:p>
      <w:pPr>
        <w:spacing w:after="0"/>
        <w:ind w:left="360"/>
        <w:shd w:val="clear" w:color="auto" w:fill="F2F2F2"/>
      </w:pPr>
      <w:r>
        <w:rPr>
          <w:rFonts w:ascii="Consolas" w:hAnsi="Consolas"/>
          <w:sz w:val="18"/>
        </w:rPr>
        <w:t>&gt;&gt;&gt; auth = ('api', KEY)</w:t>
      </w:r>
    </w:p>
    <w:p>
      <w:pPr>
        <w:spacing w:after="40"/>
      </w:pPr>
    </w:p>
    <w:p>
      <w:pPr>
        <w:spacing w:after="80"/>
        <w:ind w:left="360"/>
      </w:pPr>
      <w:r>
        <w:t xml:space="preserve">3. </w:t>
      </w:r>
      <w:r>
        <w:rPr>
          <w:b w:val="0"/>
          <w:i w:val="0"/>
        </w:rPr>
        <w:t>Chuẩn bị email để gửi. Ở đây có một phiên bản HTML và một phiên bản văn bản thuần thay thế:</w:t>
      </w:r>
    </w:p>
    <w:p>
      <w:pPr>
        <w:spacing w:after="0"/>
        <w:ind w:left="360"/>
        <w:shd w:val="clear" w:color="auto" w:fill="F2F2F2"/>
      </w:pPr>
      <w:r>
        <w:rPr>
          <w:rFonts w:ascii="Consolas" w:hAnsi="Consolas"/>
          <w:sz w:val="18"/>
        </w:rPr>
        <w:t>&gt;&gt;&gt; text = "Hi!\nThis is the text version linking to https://www.packtpub.com/\nCheers!"</w:t>
      </w:r>
    </w:p>
    <w:p>
      <w:pPr>
        <w:spacing w:after="0"/>
        <w:ind w:left="360"/>
        <w:shd w:val="clear" w:color="auto" w:fill="F2F2F2"/>
      </w:pPr>
      <w:r>
        <w:rPr>
          <w:rFonts w:ascii="Consolas" w:hAnsi="Consolas"/>
          <w:sz w:val="18"/>
        </w:rPr>
        <w:t>&gt;&gt;&gt; html = '''&lt;html&gt;&lt;head&gt;&lt;/head&gt;&lt;body&gt;</w:t>
      </w:r>
    </w:p>
    <w:p>
      <w:pPr>
        <w:spacing w:after="0"/>
        <w:ind w:left="360"/>
        <w:shd w:val="clear" w:color="auto" w:fill="F2F2F2"/>
      </w:pPr>
      <w:r>
        <w:rPr>
          <w:rFonts w:ascii="Consolas" w:hAnsi="Consolas"/>
          <w:sz w:val="18"/>
        </w:rPr>
        <w:t>...     &lt;p&gt;Hi!&lt;br&gt;</w:t>
      </w:r>
    </w:p>
    <w:p>
      <w:pPr>
        <w:spacing w:after="0"/>
        <w:ind w:left="360"/>
        <w:shd w:val="clear" w:color="auto" w:fill="F2F2F2"/>
      </w:pPr>
      <w:r>
        <w:rPr>
          <w:rFonts w:ascii="Consolas" w:hAnsi="Consolas"/>
          <w:sz w:val="18"/>
        </w:rPr>
        <w:t>...        This is the HTML version linking to &lt;a href="https://www.packtpub.com/"&gt;Packt&lt;/a&gt;&lt;br&gt;</w:t>
      </w:r>
    </w:p>
    <w:p>
      <w:pPr>
        <w:spacing w:after="0"/>
        <w:ind w:left="360"/>
        <w:shd w:val="clear" w:color="auto" w:fill="F2F2F2"/>
      </w:pPr>
      <w:r>
        <w:rPr>
          <w:rFonts w:ascii="Consolas" w:hAnsi="Consolas"/>
          <w:sz w:val="18"/>
        </w:rPr>
        <w:t>...     &lt;/p&gt;</w:t>
      </w:r>
    </w:p>
    <w:p>
      <w:pPr>
        <w:spacing w:after="0"/>
        <w:ind w:left="360"/>
        <w:shd w:val="clear" w:color="auto" w:fill="F2F2F2"/>
      </w:pPr>
      <w:r>
        <w:rPr>
          <w:rFonts w:ascii="Consolas" w:hAnsi="Consolas"/>
          <w:sz w:val="18"/>
        </w:rPr>
        <w:t>...   &lt;/body&gt;&lt;/html&gt;'''</w:t>
      </w:r>
    </w:p>
    <w:p>
      <w:pPr>
        <w:spacing w:after="40"/>
      </w:pPr>
    </w:p>
    <w:p>
      <w:pPr>
        <w:spacing w:after="80"/>
        <w:ind w:left="360"/>
      </w:pPr>
      <w:r>
        <w:t xml:space="preserve">4. </w:t>
      </w:r>
      <w:r>
        <w:rPr>
          <w:b w:val="0"/>
          <w:i w:val="0"/>
        </w:rPr>
        <w:t>Thiết lập dữ liệu để gửi đến Mailgun:</w:t>
      </w:r>
    </w:p>
    <w:p>
      <w:pPr>
        <w:spacing w:after="0"/>
        <w:ind w:left="360"/>
        <w:shd w:val="clear" w:color="auto" w:fill="F2F2F2"/>
      </w:pPr>
      <w:r>
        <w:rPr>
          <w:rFonts w:ascii="Consolas" w:hAnsi="Consolas"/>
          <w:sz w:val="18"/>
        </w:rPr>
        <w:t>&gt;&gt;&gt; data = {</w:t>
      </w:r>
    </w:p>
    <w:p>
      <w:pPr>
        <w:spacing w:after="0"/>
        <w:ind w:left="360"/>
        <w:shd w:val="clear" w:color="auto" w:fill="F2F2F2"/>
      </w:pPr>
      <w:r>
        <w:rPr>
          <w:rFonts w:ascii="Consolas" w:hAnsi="Consolas"/>
          <w:sz w:val="18"/>
        </w:rPr>
        <w:t>...     'from': f'Sender &lt;{FROM}&gt;',</w:t>
      </w:r>
    </w:p>
    <w:p>
      <w:pPr>
        <w:spacing w:after="0"/>
        <w:ind w:left="360"/>
        <w:shd w:val="clear" w:color="auto" w:fill="F2F2F2"/>
      </w:pPr>
      <w:r>
        <w:rPr>
          <w:rFonts w:ascii="Consolas" w:hAnsi="Consolas"/>
          <w:sz w:val="18"/>
        </w:rPr>
        <w:t>...     'to': f'Recipient &lt;{TO}&gt;',</w:t>
      </w:r>
    </w:p>
    <w:p>
      <w:pPr>
        <w:spacing w:after="0"/>
        <w:ind w:left="360"/>
        <w:shd w:val="clear" w:color="auto" w:fill="F2F2F2"/>
      </w:pPr>
      <w:r>
        <w:rPr>
          <w:rFonts w:ascii="Consolas" w:hAnsi="Consolas"/>
          <w:sz w:val="18"/>
        </w:rPr>
        <w:t>...     'subject': 'An interesting email!',</w:t>
      </w:r>
    </w:p>
    <w:p>
      <w:pPr>
        <w:spacing w:after="0"/>
        <w:ind w:left="360"/>
        <w:shd w:val="clear" w:color="auto" w:fill="F2F2F2"/>
      </w:pPr>
      <w:r>
        <w:rPr>
          <w:rFonts w:ascii="Consolas" w:hAnsi="Consolas"/>
          <w:sz w:val="18"/>
        </w:rPr>
        <w:t>...     'text': text,</w:t>
      </w:r>
    </w:p>
    <w:p>
      <w:pPr>
        <w:spacing w:after="0"/>
        <w:ind w:left="360"/>
        <w:shd w:val="clear" w:color="auto" w:fill="F2F2F2"/>
      </w:pPr>
      <w:r>
        <w:rPr>
          <w:rFonts w:ascii="Consolas" w:hAnsi="Consolas"/>
          <w:sz w:val="18"/>
        </w:rPr>
        <w:t>...     'html': html,</w:t>
      </w:r>
    </w:p>
    <w:p>
      <w:pPr>
        <w:spacing w:after="0"/>
        <w:ind w:left="360"/>
        <w:shd w:val="clear" w:color="auto" w:fill="F2F2F2"/>
      </w:pPr>
      <w:r>
        <w:rPr>
          <w:rFonts w:ascii="Consolas" w:hAnsi="Consolas"/>
          <w:sz w:val="18"/>
        </w:rPr>
        <w:t>... }</w:t>
      </w:r>
    </w:p>
    <w:p>
      <w:pPr>
        <w:spacing w:after="40"/>
      </w:pPr>
    </w:p>
    <w:p>
      <w:pPr>
        <w:spacing w:after="80"/>
        <w:ind w:left="360"/>
      </w:pPr>
      <w:r>
        <w:t xml:space="preserve">5. </w:t>
      </w:r>
      <w:r>
        <w:rPr>
          <w:b w:val="0"/>
          <w:i w:val="0"/>
        </w:rPr>
        <w:t>Thực hiện lệnh gọi API:</w:t>
      </w:r>
    </w:p>
    <w:p>
      <w:pPr>
        <w:spacing w:after="0"/>
        <w:ind w:left="360"/>
        <w:shd w:val="clear" w:color="auto" w:fill="F2F2F2"/>
      </w:pPr>
      <w:r>
        <w:rPr>
          <w:rFonts w:ascii="Consolas" w:hAnsi="Consolas"/>
          <w:sz w:val="18"/>
        </w:rPr>
        <w:t>&gt;&gt;&gt; response = requests.post(f"https://api.mailgun.net/v3/{DOMAIN}/messages", auth=auth, data=data)</w:t>
      </w:r>
    </w:p>
    <w:p>
      <w:pPr>
        <w:spacing w:after="0"/>
        <w:ind w:left="360"/>
        <w:shd w:val="clear" w:color="auto" w:fill="F2F2F2"/>
      </w:pPr>
      <w:r>
        <w:rPr>
          <w:rFonts w:ascii="Consolas" w:hAnsi="Consolas"/>
          <w:sz w:val="18"/>
        </w:rPr>
        <w:t>&gt;&gt;&gt; response.json()</w:t>
      </w:r>
    </w:p>
    <w:p>
      <w:pPr>
        <w:spacing w:after="0"/>
        <w:ind w:left="360"/>
        <w:shd w:val="clear" w:color="auto" w:fill="F2F2F2"/>
      </w:pPr>
      <w:r>
        <w:rPr>
          <w:rFonts w:ascii="Consolas" w:hAnsi="Consolas"/>
          <w:sz w:val="18"/>
        </w:rPr>
        <w:t>{'id': '&lt;YOUR-ID.mailgun.org&gt;', 'message': 'Queued. Thank you.'}</w:t>
      </w:r>
    </w:p>
    <w:p>
      <w:pPr>
        <w:spacing w:after="40"/>
      </w:pPr>
    </w:p>
    <w:p>
      <w:pPr>
        <w:spacing w:after="80"/>
        <w:ind w:left="360"/>
      </w:pPr>
      <w:r>
        <w:t xml:space="preserve">6. </w:t>
      </w:r>
      <w:r>
        <w:rPr>
          <w:b w:val="0"/>
          <w:i w:val="0"/>
        </w:rPr>
        <w:t>Truy xuất các sự kiện và kiểm tra xem email đã được gửi đi chưa:</w:t>
      </w:r>
    </w:p>
    <w:p>
      <w:pPr>
        <w:spacing w:after="0"/>
        <w:ind w:left="360"/>
        <w:shd w:val="clear" w:color="auto" w:fill="F2F2F2"/>
      </w:pPr>
      <w:r>
        <w:rPr>
          <w:rFonts w:ascii="Consolas" w:hAnsi="Consolas"/>
          <w:sz w:val="18"/>
        </w:rPr>
        <w:t>&gt;&gt;&gt; response_events = requests.get(f'https://api.mailgun.net/v3/{DOMAIN}/events', auth=auth)</w:t>
      </w:r>
    </w:p>
    <w:p>
      <w:pPr>
        <w:spacing w:after="0"/>
        <w:ind w:left="360"/>
        <w:shd w:val="clear" w:color="auto" w:fill="F2F2F2"/>
      </w:pPr>
      <w:r>
        <w:rPr>
          <w:rFonts w:ascii="Consolas" w:hAnsi="Consolas"/>
          <w:sz w:val="18"/>
        </w:rPr>
        <w:t>&gt;&gt;&gt; response_events.json()['items'][0]['recipient'] == TO</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&gt;&gt;&gt; response_events.json()['items'][0]['event']</w:t>
      </w:r>
    </w:p>
    <w:p>
      <w:pPr>
        <w:spacing w:after="0"/>
        <w:ind w:left="360"/>
        <w:shd w:val="clear" w:color="auto" w:fill="F2F2F2"/>
      </w:pPr>
      <w:r>
        <w:rPr>
          <w:rFonts w:ascii="Consolas" w:hAnsi="Consolas"/>
          <w:sz w:val="18"/>
        </w:rPr>
        <w:t>'delivered'</w:t>
      </w:r>
    </w:p>
    <w:p>
      <w:pPr>
        <w:spacing w:after="40"/>
      </w:pPr>
    </w:p>
    <w:p>
      <w:pPr>
        <w:spacing w:after="80"/>
        <w:ind w:left="360"/>
      </w:pPr>
      <w:r>
        <w:t xml:space="preserve">7. </w:t>
      </w:r>
      <w:r>
        <w:rPr>
          <w:b w:val="0"/>
          <w:i w:val="0"/>
        </w:rPr>
        <w:t>Email sẽ xuất hiện trong hộp thư đến của bạn. Vì nó được gửi qua môi trường sandbox, hãy nhớ kiểm tra thư mục spam nếu nó không hiện ra trực tiếp.</w:t>
      </w:r>
    </w:p>
    <w:p>
      <w:pPr>
        <w:pStyle w:val="Heading3"/>
      </w:pPr>
      <w:r>
        <w:rPr>
          <w:rFonts w:ascii="Calibri" w:hAnsi="Calibri"/>
          <w:b/>
          <w:i w:val="0"/>
          <w:sz w:val="26"/>
        </w:rPr>
        <w:t>Cách nó hoạt động...</w:t>
      </w:r>
    </w:p>
    <w:p>
      <w:pPr>
        <w:spacing w:after="80"/>
      </w:pPr>
      <w:r>
        <w:rPr>
          <w:b w:val="0"/>
          <w:i/>
        </w:rPr>
        <w:t xml:space="preserve"> Bước 1 </w:t>
      </w:r>
      <w:r>
        <w:rPr>
          <w:b w:val="0"/>
          <w:i w:val="0"/>
        </w:rPr>
        <w:t xml:space="preserve"> import mô-đun requests để dùng về sau. Thông tin xác thực (credentials) và thông tin cơ bản trong tin nhắn được chỉ định ở </w:t>
      </w:r>
      <w:r>
        <w:rPr>
          <w:b w:val="0"/>
          <w:i/>
        </w:rPr>
        <w:t xml:space="preserve"> bước 2 </w:t>
      </w:r>
      <w:r>
        <w:rPr>
          <w:b w:val="0"/>
          <w:i w:val="0"/>
        </w:rPr>
        <w:t xml:space="preserve"> và nên được lấy ra từ giao diện web của Mailgun, như đã trình bày trước đó.</w:t>
      </w:r>
    </w:p>
    <w:p>
      <w:pPr>
        <w:spacing w:after="80"/>
      </w:pPr>
      <w:r>
        <w:rPr>
          <w:b w:val="0"/>
          <w:i/>
        </w:rPr>
        <w:t xml:space="preserve"> Bước 3 </w:t>
      </w:r>
      <w:r>
        <w:rPr>
          <w:b w:val="0"/>
          <w:i w:val="0"/>
        </w:rPr>
        <w:t xml:space="preserve"> định nghĩa email sẽ được gửi đi. </w:t>
      </w:r>
      <w:r>
        <w:rPr>
          <w:b w:val="0"/>
          <w:i/>
        </w:rPr>
        <w:t xml:space="preserve"> Bước 4 </w:t>
      </w:r>
      <w:r>
        <w:rPr>
          <w:b w:val="0"/>
          <w:i w:val="0"/>
        </w:rPr>
        <w:t xml:space="preserve"> cấu trúc thông tin theo cách mà Mailgun mong đợi. Hãy chú ý đến các trường </w:t>
      </w:r>
      <w:r>
        <w:rPr>
          <w:rFonts w:ascii="Consolas" w:hAnsi="Consolas"/>
          <w:b w:val="0"/>
          <w:i w:val="0"/>
          <w:sz w:val="20"/>
        </w:rPr>
        <w:br/>
        <w:br/>
        <w:t xml:space="preserve">      html</w:t>
        <w:br/>
        <w:t xml:space="preserve">     </w:t>
        <w:br/>
      </w:r>
      <w:r>
        <w:rPr>
          <w:b w:val="0"/>
          <w:i w:val="0"/>
        </w:rPr>
        <w:t xml:space="preserve"> và </w:t>
      </w:r>
      <w:r>
        <w:rPr>
          <w:rFonts w:ascii="Consolas" w:hAnsi="Consolas"/>
          <w:b w:val="0"/>
          <w:i w:val="0"/>
          <w:sz w:val="20"/>
        </w:rPr>
        <w:br/>
        <w:br/>
        <w:t xml:space="preserve">      text</w:t>
        <w:br/>
        <w:t xml:space="preserve">     </w:t>
        <w:br/>
      </w:r>
      <w:r>
        <w:rPr>
          <w:b w:val="0"/>
          <w:i w:val="0"/>
        </w:rPr>
        <w:t xml:space="preserve">. Mặc định, nó sẽ đặt HTML làm tùy chọn ưu tiên và tùy chọn văn bản thuần (plain text) làm phương án thay thế. Định dạng cho </w:t>
      </w:r>
      <w:r>
        <w:rPr>
          <w:rFonts w:ascii="Consolas" w:hAnsi="Consolas"/>
          <w:b w:val="0"/>
          <w:i w:val="0"/>
          <w:sz w:val="20"/>
        </w:rPr>
        <w:br/>
        <w:br/>
        <w:t xml:space="preserve">      TO</w:t>
        <w:br/>
        <w:t xml:space="preserve">     </w:t>
        <w:br/>
      </w:r>
      <w:r>
        <w:rPr>
          <w:b w:val="0"/>
          <w:i w:val="0"/>
        </w:rPr>
        <w:t xml:space="preserve"> và </w:t>
      </w:r>
      <w:r>
        <w:rPr>
          <w:rFonts w:ascii="Consolas" w:hAnsi="Consolas"/>
          <w:b w:val="0"/>
          <w:i w:val="0"/>
          <w:sz w:val="20"/>
        </w:rPr>
        <w:br/>
        <w:br/>
        <w:t xml:space="preserve">      FROM</w:t>
        <w:br/>
        <w:t xml:space="preserve">     </w:t>
        <w:br/>
      </w:r>
      <w:r>
        <w:rPr>
          <w:b w:val="0"/>
          <w:i w:val="0"/>
        </w:rPr>
        <w:t xml:space="preserve"> nên theo dạng </w:t>
      </w:r>
      <w:r>
        <w:rPr>
          <w:rFonts w:ascii="Consolas" w:hAnsi="Consolas"/>
          <w:b w:val="0"/>
          <w:i w:val="0"/>
          <w:sz w:val="20"/>
        </w:rPr>
        <w:br/>
        <w:br/>
        <w:t xml:space="preserve">      Name &lt;address&gt;</w:t>
        <w:br/>
        <w:t xml:space="preserve">     </w:t>
        <w:br/>
      </w:r>
      <w:r>
        <w:rPr>
          <w:b w:val="0"/>
          <w:i w:val="0"/>
        </w:rPr>
        <w:t xml:space="preserve">. Bạn có thể dùng dấu phẩy để phân tách nhiều người nhận trong </w:t>
      </w:r>
      <w:r>
        <w:rPr>
          <w:rFonts w:ascii="Consolas" w:hAnsi="Consolas"/>
          <w:b w:val="0"/>
          <w:i w:val="0"/>
          <w:sz w:val="20"/>
        </w:rPr>
        <w:br/>
        <w:br/>
        <w:t xml:space="preserve">      TO</w:t>
        <w:br/>
        <w:t xml:space="preserve">     </w:t>
        <w:br/>
      </w:r>
      <w:r>
        <w:rPr>
          <w:b w:val="0"/>
          <w:i w:val="0"/>
        </w:rPr>
        <w:t>.</w:t>
      </w:r>
    </w:p>
    <w:p>
      <w:pPr>
        <w:spacing w:after="80"/>
      </w:pPr>
      <w:r>
        <w:rPr>
          <w:b w:val="0"/>
          <w:i w:val="0"/>
        </w:rPr>
        <w:t xml:space="preserve">Lệnh gọi đến API được thực hiện ở </w:t>
      </w:r>
      <w:r>
        <w:rPr>
          <w:b w:val="0"/>
          <w:i/>
        </w:rPr>
        <w:t xml:space="preserve"> bước 5 </w:t>
      </w:r>
      <w:r>
        <w:rPr>
          <w:b w:val="0"/>
          <w:i w:val="0"/>
        </w:rPr>
        <w:t xml:space="preserve">. Đây là một lệnh gọi </w:t>
      </w:r>
      <w:r>
        <w:rPr>
          <w:rFonts w:ascii="Consolas" w:hAnsi="Consolas"/>
          <w:b w:val="0"/>
          <w:i w:val="0"/>
          <w:sz w:val="20"/>
        </w:rPr>
        <w:br/>
        <w:br/>
        <w:t xml:space="preserve">      POST</w:t>
        <w:br/>
        <w:t xml:space="preserve">     </w:t>
        <w:br/>
      </w:r>
      <w:r>
        <w:rPr>
          <w:b w:val="0"/>
          <w:i w:val="0"/>
        </w:rPr>
        <w:t xml:space="preserve"> đến endpoint </w:t>
      </w:r>
      <w:r>
        <w:rPr>
          <w:rFonts w:ascii="Consolas" w:hAnsi="Consolas"/>
          <w:b w:val="0"/>
          <w:i w:val="0"/>
          <w:sz w:val="20"/>
        </w:rPr>
        <w:br/>
        <w:br/>
        <w:t xml:space="preserve">      /messages</w:t>
        <w:br/>
        <w:t xml:space="preserve">     </w:t>
        <w:br/>
      </w:r>
      <w:r>
        <w:rPr>
          <w:b w:val="0"/>
          <w:i w:val="0"/>
        </w:rPr>
        <w:t xml:space="preserve">. Dữ liệu được truyền theo cách tiêu chuẩn, và xác thực cơ bản (basic authentication) được dùng với tham số </w:t>
      </w:r>
      <w:r>
        <w:rPr>
          <w:rFonts w:ascii="Consolas" w:hAnsi="Consolas"/>
          <w:b w:val="0"/>
          <w:i w:val="0"/>
          <w:sz w:val="20"/>
        </w:rPr>
        <w:br/>
        <w:br/>
        <w:t xml:space="preserve">      auth</w:t>
        <w:br/>
        <w:t xml:space="preserve">     </w:t>
        <w:br/>
      </w:r>
      <w:r>
        <w:rPr>
          <w:b w:val="0"/>
          <w:i w:val="0"/>
        </w:rPr>
        <w:t xml:space="preserve">. Hãy chú ý đến định nghĩa ở </w:t>
      </w:r>
      <w:r>
        <w:rPr>
          <w:b w:val="0"/>
          <w:i/>
        </w:rPr>
        <w:t xml:space="preserve"> bước 2 </w:t>
      </w:r>
      <w:r>
        <w:rPr>
          <w:b w:val="0"/>
          <w:i w:val="0"/>
        </w:rPr>
        <w:t xml:space="preserve">. Mọi lệnh gọi đến Mailgun đều nên bao gồm tham số </w:t>
      </w:r>
      <w:r>
        <w:rPr>
          <w:rFonts w:ascii="Consolas" w:hAnsi="Consolas"/>
          <w:b w:val="0"/>
          <w:i w:val="0"/>
          <w:sz w:val="20"/>
        </w:rPr>
        <w:br/>
        <w:br/>
        <w:t xml:space="preserve">      auth</w:t>
        <w:br/>
        <w:t xml:space="preserve">     </w:t>
        <w:br/>
      </w:r>
      <w:r>
        <w:rPr>
          <w:b w:val="0"/>
          <w:i w:val="0"/>
        </w:rPr>
        <w:t xml:space="preserve"> này. Nó trả về một thông báo cho bạn biết rằng đã thành công, sau đó tin nhắn được đưa vào hàng đợi.</w:t>
      </w:r>
    </w:p>
    <w:p>
      <w:pPr>
        <w:spacing w:after="80"/>
      </w:pPr>
      <w:r>
        <w:rPr>
          <w:b w:val="0"/>
          <w:i w:val="0"/>
        </w:rPr>
        <w:t xml:space="preserve">Ở </w:t>
      </w:r>
      <w:r>
        <w:rPr>
          <w:b w:val="0"/>
          <w:i/>
        </w:rPr>
        <w:t xml:space="preserve"> bước 6 </w:t>
      </w:r>
      <w:r>
        <w:rPr>
          <w:b w:val="0"/>
          <w:i w:val="0"/>
        </w:rPr>
        <w:t xml:space="preserve">, một lệnh gọi để truy xuất các sự kiện (events) thông qua yêu cầu </w:t>
      </w:r>
      <w:r>
        <w:rPr>
          <w:rFonts w:ascii="Consolas" w:hAnsi="Consolas"/>
          <w:b w:val="0"/>
          <w:i w:val="0"/>
          <w:sz w:val="20"/>
        </w:rPr>
        <w:br/>
        <w:br/>
        <w:t xml:space="preserve">      GET</w:t>
        <w:br/>
        <w:t xml:space="preserve">     </w:t>
        <w:br/>
      </w:r>
      <w:r>
        <w:rPr>
          <w:b w:val="0"/>
          <w:i w:val="0"/>
        </w:rPr>
        <w:t xml:space="preserve"> được thực hiện. Việc này sẽ hiển thị các hành động mới nhất đã được thực hiện, trong đó hành động cuối cùng sẽ là lần gửi gần đây nhất. Thông tin về trạng thái gửi (delivery status) cũng có thể được tìm thấy ở đây.</w:t>
      </w:r>
    </w:p>
    <w:p>
      <w:pPr>
        <w:pStyle w:val="Heading3"/>
      </w:pPr>
      <w:r>
        <w:rPr>
          <w:rFonts w:ascii="Calibri" w:hAnsi="Calibri"/>
          <w:b/>
          <w:i w:val="0"/>
          <w:sz w:val="26"/>
        </w:rPr>
        <w:t>Còn nhiều thứ nữa...</w:t>
      </w:r>
    </w:p>
    <w:p>
      <w:pPr>
        <w:spacing w:after="80"/>
      </w:pPr>
      <w:r>
        <w:rPr>
          <w:b w:val="0"/>
          <w:i w:val="0"/>
        </w:rPr>
        <w:t xml:space="preserve">Để gửi email ra ngoài môi trường sandbox, bạn sẽ cần thiết lập tên miền DNS để gửi chúng. Bạn có thể tìm hướng dẫn cách làm tại đây: </w:t>
      </w:r>
      <w:r>
        <w:rPr>
          <w:rFonts w:ascii="Consolas" w:hAnsi="Consolas"/>
          <w:b w:val="0"/>
          <w:i w:val="0"/>
          <w:sz w:val="20"/>
        </w:rPr>
        <w:br/>
        <w:br/>
        <w:t xml:space="preserve">       https://documentation.mailgun.com/docs/mailgun/user-manual/domains/domains-verify</w:t>
        <w:br/>
        <w:t xml:space="preserve">      </w:t>
        <w:br/>
      </w:r>
      <w:r>
        <w:rPr>
          <w:b w:val="0"/>
          <w:i w:val="0"/>
        </w:rPr>
        <w:t>. Bạn sẽ cần thay đổi các bản ghi DNS của mình để xác minh rằng bạn là chủ sở hữu hợp pháp của tên miền. Sau đó bạn sẽ có thể gửi email vượt ra ngoài phạm vi chỉ dùng cho thử nghiệm.</w:t>
      </w:r>
    </w:p>
    <w:p>
      <w:pPr>
        <w:spacing w:after="80"/>
      </w:pPr>
      <w:r>
        <w:rPr>
          <w:b w:val="0"/>
          <w:i w:val="0"/>
        </w:rPr>
        <w:t>Bạn có thể đính kèm tệp vào email theo cách sau:</w:t>
      </w:r>
    </w:p>
    <w:p>
      <w:pPr>
        <w:spacing w:after="0"/>
        <w:ind w:left="360"/>
        <w:shd w:val="clear" w:color="auto" w:fill="F2F2F2"/>
      </w:pPr>
      <w:r>
        <w:rPr>
          <w:rFonts w:ascii="Consolas" w:hAnsi="Consolas"/>
          <w:sz w:val="18"/>
        </w:rPr>
        <w:t>attachments = [</w:t>
      </w:r>
    </w:p>
    <w:p>
      <w:pPr>
        <w:spacing w:after="0"/>
        <w:ind w:left="360"/>
        <w:shd w:val="clear" w:color="auto" w:fill="F2F2F2"/>
      </w:pPr>
      <w:r>
        <w:rPr>
          <w:rFonts w:ascii="Consolas" w:hAnsi="Consolas"/>
          <w:sz w:val="18"/>
        </w:rPr>
        <w:t xml:space="preserve">    ("attachment",</w:t>
      </w:r>
    </w:p>
    <w:p>
      <w:pPr>
        <w:spacing w:after="0"/>
        <w:ind w:left="360"/>
        <w:shd w:val="clear" w:color="auto" w:fill="F2F2F2"/>
      </w:pPr>
      <w:r>
        <w:rPr>
          <w:rFonts w:ascii="Consolas" w:hAnsi="Consolas"/>
          <w:sz w:val="18"/>
        </w:rPr>
        <w:t xml:space="preserve">        ("attachment1.jpg", open("image.jpg","rb").read())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("attachment",</w:t>
      </w:r>
    </w:p>
    <w:p>
      <w:pPr>
        <w:spacing w:after="0"/>
        <w:ind w:left="360"/>
        <w:shd w:val="clear" w:color="auto" w:fill="F2F2F2"/>
      </w:pPr>
      <w:r>
        <w:rPr>
          <w:rFonts w:ascii="Consolas" w:hAnsi="Consolas"/>
          <w:sz w:val="18"/>
        </w:rPr>
        <w:t xml:space="preserve">        ("attachment2.txt", open("text.txt","rb").read())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response = requests.post(f"https://api.mailgun.net/v3/{DOMAIN}/messages",</w:t>
      </w:r>
    </w:p>
    <w:p>
      <w:pPr>
        <w:spacing w:after="0"/>
        <w:ind w:left="360"/>
        <w:shd w:val="clear" w:color="auto" w:fill="F2F2F2"/>
      </w:pPr>
      <w:r>
        <w:rPr>
          <w:rFonts w:ascii="Consolas" w:hAnsi="Consolas"/>
          <w:sz w:val="18"/>
        </w:rPr>
        <w:t xml:space="preserve">                                 auth=auth, files=attachments, data=data)</w:t>
      </w:r>
    </w:p>
    <w:p>
      <w:pPr>
        <w:spacing w:after="40"/>
      </w:pPr>
    </w:p>
    <w:p>
      <w:pPr>
        <w:spacing w:after="80"/>
      </w:pPr>
      <w:r>
        <w:rPr>
          <w:b w:val="0"/>
          <w:i w:val="0"/>
        </w:rPr>
        <w:t xml:space="preserve">Hãy chú ý đến cấu trúc </w:t>
      </w:r>
      <w:r>
        <w:rPr>
          <w:rFonts w:ascii="Consolas" w:hAnsi="Consolas"/>
          <w:b w:val="0"/>
          <w:i w:val="0"/>
          <w:sz w:val="20"/>
        </w:rPr>
        <w:br/>
        <w:br/>
        <w:t xml:space="preserve">      ("attachment", (&lt;filename&gt;, &lt;binary data&gt;))</w:t>
        <w:br/>
        <w:t xml:space="preserve">     </w:t>
        <w:br/>
      </w:r>
      <w:r>
        <w:rPr>
          <w:b w:val="0"/>
          <w:i w:val="0"/>
        </w:rPr>
        <w:t>.</w:t>
      </w:r>
    </w:p>
    <w:p>
      <w:pPr>
        <w:spacing w:after="80"/>
      </w:pPr>
      <w:r>
        <w:rPr>
          <w:b w:val="0"/>
          <w:i w:val="0"/>
        </w:rPr>
        <w:t xml:space="preserve">Dữ liệu có thể bao gồm những thông tin thông thường như </w:t>
      </w:r>
      <w:r>
        <w:rPr>
          <w:b w:val="0"/>
          <w:i/>
        </w:rPr>
        <w:t xml:space="preserve"> cc </w:t>
      </w:r>
      <w:r>
        <w:rPr>
          <w:b w:val="0"/>
          <w:i w:val="0"/>
        </w:rPr>
        <w:t xml:space="preserve"> hoặc </w:t>
      </w:r>
      <w:r>
        <w:rPr>
          <w:b w:val="0"/>
          <w:i/>
        </w:rPr>
        <w:t xml:space="preserve"> bcc </w:t>
      </w:r>
      <w:r>
        <w:rPr>
          <w:b w:val="0"/>
          <w:i w:val="0"/>
        </w:rPr>
        <w:t xml:space="preserve">, nhưng bạn cũng có thể trì hoãn việc gửi tối đa ba ngày với tham số </w:t>
      </w:r>
      <w:r>
        <w:rPr>
          <w:rFonts w:ascii="Consolas" w:hAnsi="Consolas"/>
          <w:b w:val="0"/>
          <w:i w:val="0"/>
          <w:sz w:val="20"/>
        </w:rPr>
        <w:br/>
        <w:br/>
        <w:t xml:space="preserve">      o:deliverytime</w:t>
        <w:br/>
        <w:t xml:space="preserve">     </w:t>
        <w:br/>
      </w:r>
      <w:r>
        <w:rPr>
          <w:b w:val="0"/>
          <w:i w:val="0"/>
        </w:rPr>
        <w:t>:</w:t>
      </w:r>
    </w:p>
    <w:p>
      <w:pPr>
        <w:spacing w:after="0"/>
        <w:ind w:left="360"/>
        <w:shd w:val="clear" w:color="auto" w:fill="F2F2F2"/>
      </w:pPr>
      <w:r>
        <w:rPr>
          <w:rFonts w:ascii="Consolas" w:hAnsi="Consolas"/>
          <w:sz w:val="18"/>
        </w:rPr>
        <w:t>import datetime</w:t>
      </w:r>
    </w:p>
    <w:p>
      <w:pPr>
        <w:spacing w:after="0"/>
        <w:ind w:left="360"/>
        <w:shd w:val="clear" w:color="auto" w:fill="F2F2F2"/>
      </w:pPr>
      <w:r>
        <w:rPr>
          <w:rFonts w:ascii="Consolas" w:hAnsi="Consolas"/>
          <w:sz w:val="18"/>
        </w:rPr>
        <w:t>import email.utils</w:t>
      </w:r>
    </w:p>
    <w:p>
      <w:pPr>
        <w:spacing w:after="0"/>
        <w:ind w:left="360"/>
        <w:shd w:val="clear" w:color="auto" w:fill="F2F2F2"/>
      </w:pPr>
      <w:r>
        <w:rPr>
          <w:rFonts w:ascii="Consolas" w:hAnsi="Consolas"/>
          <w:sz w:val="18"/>
        </w:rPr>
        <w:t>delivery_time = datetime.datetime.now() + datetime.timedelta(days=1)</w:t>
      </w:r>
    </w:p>
    <w:p>
      <w:pPr>
        <w:spacing w:after="0"/>
        <w:ind w:left="360"/>
        <w:shd w:val="clear" w:color="auto" w:fill="F2F2F2"/>
      </w:pPr>
      <w:r>
        <w:rPr>
          <w:rFonts w:ascii="Consolas" w:hAnsi="Consolas"/>
          <w:sz w:val="18"/>
        </w:rPr>
        <w:t>data =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'o:deliverytime': email.utils.format_datetime(delivery_time),</w:t>
      </w:r>
    </w:p>
    <w:p>
      <w:pPr>
        <w:spacing w:after="0"/>
        <w:ind w:left="360"/>
        <w:shd w:val="clear" w:color="auto" w:fill="F2F2F2"/>
      </w:pPr>
      <w:r>
        <w:rPr>
          <w:rFonts w:ascii="Consolas" w:hAnsi="Consolas"/>
          <w:sz w:val="18"/>
        </w:rPr>
        <w:t>}</w:t>
      </w:r>
    </w:p>
    <w:p>
      <w:pPr>
        <w:spacing w:after="40"/>
      </w:pPr>
    </w:p>
    <w:p>
      <w:pPr>
        <w:spacing w:after="80"/>
      </w:pPr>
      <w:r>
        <w:rPr>
          <w:b w:val="0"/>
          <w:i w:val="0"/>
        </w:rPr>
        <w:t xml:space="preserve">Mailgun cũng có thể được dùng để nhận email và kích hoạt các quy trình khi chúng đến; ví dụ như chuyển tiếp chúng dựa trên các quy tắc. Hãy xem tài liệu của Mailgun để tìm hiểu thêm: </w:t>
      </w:r>
      <w:r>
        <w:rPr>
          <w:rFonts w:ascii="Consolas" w:hAnsi="Consolas"/>
          <w:b w:val="0"/>
          <w:i w:val="0"/>
          <w:sz w:val="20"/>
        </w:rPr>
        <w:br/>
        <w:br/>
        <w:t xml:space="preserve">       https://documentation.mailgun.com/docs/mailgun</w:t>
        <w:br/>
        <w:t xml:space="preserve">      </w:t>
        <w:br/>
      </w:r>
      <w:r>
        <w:rPr>
          <w:b w:val="0"/>
          <w:i w:val="0"/>
        </w:rPr>
        <w:t xml:space="preserve">. Nhớ xem phần </w:t>
      </w:r>
      <w:r>
        <w:rPr>
          <w:b w:val="0"/>
          <w:i/>
        </w:rPr>
        <w:t xml:space="preserve"> Best Practices </w:t>
      </w:r>
      <w:r>
        <w:rPr>
          <w:b w:val="0"/>
          <w:i w:val="0"/>
        </w:rPr>
        <w:t xml:space="preserve"> tại </w:t>
      </w:r>
      <w:r>
        <w:rPr>
          <w:rFonts w:ascii="Consolas" w:hAnsi="Consolas"/>
          <w:b w:val="0"/>
          <w:i w:val="0"/>
          <w:sz w:val="20"/>
        </w:rPr>
        <w:br/>
        <w:br/>
        <w:t xml:space="preserve">       https://documentation.mailgun.com/docs/mailgun/email-best-practices/best_practices</w:t>
        <w:br/>
        <w:t xml:space="preserve">      </w:t>
        <w:br/>
      </w:r>
      <w:r>
        <w:rPr>
          <w:b w:val="0"/>
          <w:i w:val="0"/>
        </w:rPr>
        <w:t xml:space="preserve"> để hiểu rõ hơn về việc gửi email và cách tránh để chúng bị gắn nhãn là spam.</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Working with email templates </w:t>
      </w:r>
      <w:r>
        <w:rPr>
          <w:b w:val="0"/>
          <w:i w:val="0"/>
        </w:rPr>
        <w:t>, ở phần trước trong chương này, để học cách tạo kiểu cho email bằng template</w:t>
      </w:r>
    </w:p>
    <w:p>
      <w:pPr>
        <w:spacing w:after="80"/>
        <w:ind w:left="360"/>
      </w:pPr>
      <w:r>
        <w:t xml:space="preserve">• </w:t>
      </w:r>
      <w:r>
        <w:rPr>
          <w:b w:val="0"/>
          <w:i w:val="0"/>
        </w:rPr>
        <w:t xml:space="preserve">Công thức </w:t>
      </w:r>
      <w:r>
        <w:rPr>
          <w:b w:val="0"/>
          <w:i/>
        </w:rPr>
        <w:t xml:space="preserve"> Sending an individual email </w:t>
      </w:r>
      <w:r>
        <w:rPr>
          <w:b w:val="0"/>
          <w:i w:val="0"/>
        </w:rPr>
        <w:t>, ở phần trước trong chương này, để học cách gửi email trực tiếp từ Python thay vì dùng dịch vụ bên ngoài</w:t>
      </w:r>
    </w:p>
    <w:p>
      <w:pPr>
        <w:spacing w:after="80"/>
        <w:ind w:left="360"/>
      </w:pPr>
      <w:r>
        <w:t xml:space="preserve">• </w:t>
      </w:r>
      <w:r>
        <w:rPr>
          <w:b w:val="0"/>
          <w:i w:val="0"/>
        </w:rPr>
        <w:t xml:space="preserve">Công thức </w:t>
      </w:r>
      <w:r>
        <w:rPr>
          <w:b w:val="0"/>
          <w:i/>
        </w:rPr>
        <w:t xml:space="preserve"> Adding subscribers to an email newsletter </w:t>
      </w:r>
      <w:r>
        <w:rPr>
          <w:b w:val="0"/>
          <w:i w:val="0"/>
        </w:rPr>
        <w:t xml:space="preserve"> để tìm hiểu về giao diện Mailchimp. Mailchimp cũng hỗ trợ email giao dịch (transactional email)</w:t>
      </w:r>
    </w:p>
    <w:p>
      <w:pPr>
        <w:pStyle w:val="Heading2"/>
      </w:pPr>
      <w:r>
        <w:rPr>
          <w:rFonts w:ascii="Calibri" w:hAnsi="Calibri"/>
          <w:b/>
          <w:i w:val="0"/>
          <w:sz w:val="32"/>
        </w:rPr>
        <w:t>Tạo tin nhắn SMS</w:t>
      </w:r>
    </w:p>
    <w:p>
      <w:pPr>
        <w:spacing w:after="80"/>
      </w:pPr>
      <w:r>
        <w:rPr>
          <w:b w:val="0"/>
          <w:i w:val="0"/>
        </w:rPr>
        <w:t>Tin nhắn văn bản là một trong những kênh liên lạc phổ biến nhất, rất tiện lợi như một phương tiện để phân phối thông tin.</w:t>
      </w:r>
    </w:p>
    <w:p>
      <w:pPr>
        <w:spacing w:after="80"/>
      </w:pPr>
      <w:r>
        <w:rPr>
          <w:b/>
          <w:i w:val="0"/>
        </w:rPr>
        <w:t>Lưu ý</w:t>
      </w:r>
    </w:p>
    <w:p>
      <w:pPr>
        <w:spacing w:after="80"/>
      </w:pPr>
      <w:r>
        <w:rPr>
          <w:b w:val="0"/>
          <w:i w:val="0"/>
        </w:rPr>
        <w:t>Tin nhắn SMS có thể được dùng cho mục đích tiếp thị, nhưng cũng có thể dùng như một cách để cảnh báo hoặc gửi thông báo, hoặc như một cách để triển khai hệ thống xác thực hai yếu tố.</w:t>
      </w:r>
    </w:p>
    <w:p>
      <w:pPr>
        <w:spacing w:after="80"/>
      </w:pPr>
      <w:r>
        <w:rPr>
          <w:b w:val="0"/>
          <w:i w:val="0"/>
        </w:rPr>
        <w:t xml:space="preserve">Chúng ta sẽ dùng </w:t>
      </w:r>
      <w:r>
        <w:rPr>
          <w:b/>
          <w:i w:val="0"/>
        </w:rPr>
        <w:t>Twilio</w:t>
      </w:r>
      <w:r>
        <w:rPr>
          <w:b w:val="0"/>
          <w:i w:val="0"/>
        </w:rPr>
        <w:t>, một dịch vụ cung cấp các API để gửi SMS một cách dễ dàng.</w:t>
      </w:r>
    </w:p>
    <w:p>
      <w:pPr>
        <w:spacing w:after="80"/>
      </w:pPr>
      <w:r>
        <w:rPr>
          <w:b/>
          <w:i w:val="0"/>
        </w:rPr>
        <w:t>Mẹo</w:t>
      </w:r>
    </w:p>
    <w:p>
      <w:pPr>
        <w:spacing w:after="80"/>
      </w:pPr>
      <w:r>
        <w:rPr>
          <w:b w:val="0"/>
          <w:i w:val="0"/>
        </w:rPr>
        <w:t>Twilio cũng có API để tương tác qua WhatsApp. API này rất giống</w:t>
      </w:r>
    </w:p>
    <w:p>
      <w:pPr>
        <w:spacing w:after="80"/>
      </w:pPr>
      <w:r>
        <w:rPr>
          <w:b w:val="0"/>
          <w:i w:val="0"/>
        </w:rPr>
        <w:t xml:space="preserve">với API SMS, tuy nhiên để dùng cho mục đích chuyên nghiệp (ngoài môi trường sandbox để thử nghiệm) thì bạn sẽ cần một tài khoản đã được xác minh. Để biết thêm thông tin, hãy xem tài liệu của Twilio tại </w:t>
      </w:r>
      <w:r>
        <w:rPr>
          <w:rFonts w:ascii="Consolas" w:hAnsi="Consolas"/>
          <w:b w:val="0"/>
          <w:i w:val="0"/>
          <w:sz w:val="20"/>
        </w:rPr>
        <w:br/>
        <w:br/>
        <w:t xml:space="preserve">       https://www.twilio.com/docs/whatsapp</w:t>
        <w:br/>
        <w:t xml:space="preserve">      </w:t>
        <w:br/>
      </w:r>
      <w:r>
        <w:rPr>
          <w:b w:val="0"/>
          <w:i w:val="0"/>
        </w:rPr>
        <w:t>.</w:t>
      </w:r>
    </w:p>
    <w:p>
      <w:pPr>
        <w:pStyle w:val="Heading3"/>
      </w:pPr>
      <w:r>
        <w:rPr>
          <w:rFonts w:ascii="Calibri" w:hAnsi="Calibri"/>
          <w:b/>
          <w:i w:val="0"/>
          <w:sz w:val="26"/>
        </w:rPr>
        <w:t>Chuẩn bị</w:t>
      </w:r>
    </w:p>
    <w:p>
      <w:pPr>
        <w:spacing w:after="80"/>
      </w:pPr>
      <w:r>
        <w:rPr>
          <w:b w:val="0"/>
          <w:i w:val="0"/>
        </w:rPr>
        <w:t xml:space="preserve">Chúng ta cần tạo một tài khoản Twilio tại </w:t>
      </w:r>
      <w:r>
        <w:rPr>
          <w:rFonts w:ascii="Consolas" w:hAnsi="Consolas"/>
          <w:b w:val="0"/>
          <w:i w:val="0"/>
          <w:sz w:val="20"/>
        </w:rPr>
        <w:br/>
        <w:br/>
        <w:t xml:space="preserve">       https://www.twilio.com/</w:t>
        <w:br/>
        <w:t xml:space="preserve">      </w:t>
        <w:br/>
      </w:r>
      <w:r>
        <w:rPr>
          <w:b w:val="0"/>
          <w:i w:val="0"/>
        </w:rPr>
        <w:t>. Truy cập trang đó và đăng ký một tài khoản mới.</w:t>
      </w:r>
    </w:p>
    <w:p>
      <w:pPr>
        <w:spacing w:after="80"/>
      </w:pPr>
      <w:r>
        <w:rPr>
          <w:b w:val="0"/>
          <w:i w:val="0"/>
        </w:rPr>
        <w:t>Bạn sẽ cần làm theo hướng dẫn và thiết lập một số điện thoại để nhận tin nhắn. Bạn sẽ cần nhập mã được gửi đến số điện thoại này hoặc nhận cuộc gọi để xác minh rằng đường dây điện thoại là chính xác.</w:t>
      </w:r>
    </w:p>
    <w:p>
      <w:pPr>
        <w:spacing w:after="80"/>
      </w:pPr>
      <w:r>
        <w:rPr>
          <w:b/>
          <w:i w:val="0"/>
        </w:rPr>
        <w:t>Lưu ý</w:t>
      </w:r>
    </w:p>
    <w:p>
      <w:pPr>
        <w:spacing w:after="80"/>
      </w:pPr>
      <w:r>
        <w:rPr>
          <w:b w:val="0"/>
          <w:i w:val="0"/>
        </w:rPr>
        <w:t>Twilio cũng tạo một mã khôi phục để dùng trong trường hợp bạn mất quyền truy cập vào điện thoại. Hãy lưu trữ nó an toàn.</w:t>
      </w:r>
    </w:p>
    <w:p>
      <w:pPr>
        <w:spacing w:after="80"/>
      </w:pPr>
      <w:r>
        <w:rPr>
          <w:b w:val="0"/>
          <w:i w:val="0"/>
        </w:rPr>
        <w:t>Tạo một dự án mới và kiểm tra bảng điều khiển. Bạn có thể tạo một tài khoản dùng thử để thử nghiệm. Từ đó, bạn sẽ có thể tạo số điện thoại đầu tiên của mình để có thể nhận và gửi SMS.</w:t>
      </w:r>
    </w:p>
    <w:p>
      <w:pPr>
        <w:spacing w:after="80"/>
      </w:pPr>
      <w:r>
        <w:rPr>
          <w:b w:val="0"/>
          <w:i w:val="0"/>
        </w:rPr>
        <w:t xml:space="preserve">Từ trang tạo, bạn có thể kiểm tra rằng nó gửi tin nhắn SMS đến điện thoại của bạn (số bạn đã thiết lập khi cấu hình tài khoản) hoặc đến số điện thoại mới được tạo như một phần của dự án (về cơ bản là gửi tin nhắn cho chính nó). Sau khi số điện thoại đã được cấu hình, nó sẽ xuất hiện trong mục </w:t>
      </w:r>
      <w:r>
        <w:rPr>
          <w:b/>
          <w:i w:val="0"/>
        </w:rPr>
        <w:t>Phone Numbers</w:t>
      </w:r>
      <w:r>
        <w:rPr>
          <w:b w:val="0"/>
          <w:i w:val="0"/>
        </w:rPr>
        <w:t xml:space="preserve"> -&gt; </w:t>
      </w:r>
      <w:r>
        <w:rPr>
          <w:b/>
          <w:i w:val="0"/>
        </w:rPr>
        <w:t>Active numbers</w:t>
      </w:r>
      <w:r>
        <w:rPr>
          <w:b w:val="0"/>
          <w:i w:val="0"/>
        </w:rPr>
        <w:t>.</w:t>
      </w:r>
    </w:p>
    <w:p>
      <w:pPr>
        <w:spacing w:after="80"/>
      </w:pPr>
      <w:r>
        <w:rPr>
          <w:b w:val="0"/>
          <w:i w:val="0"/>
        </w:rPr>
        <w:t xml:space="preserve">Trên bảng điều khiển tài khoản, hãy kiểm tra </w:t>
      </w:r>
      <w:r>
        <w:rPr>
          <w:rFonts w:ascii="Consolas" w:hAnsi="Consolas"/>
          <w:b w:val="0"/>
          <w:i w:val="0"/>
          <w:sz w:val="20"/>
        </w:rPr>
        <w:br/>
        <w:br/>
        <w:t xml:space="preserve">      ACCOUNT SID</w:t>
        <w:br/>
        <w:t xml:space="preserve">     </w:t>
        <w:br/>
      </w:r>
      <w:r>
        <w:rPr>
          <w:b w:val="0"/>
          <w:i w:val="0"/>
        </w:rPr>
        <w:t xml:space="preserve"> và </w:t>
      </w:r>
      <w:r>
        <w:rPr>
          <w:rFonts w:ascii="Consolas" w:hAnsi="Consolas"/>
          <w:b w:val="0"/>
          <w:i w:val="0"/>
          <w:sz w:val="20"/>
        </w:rPr>
        <w:br/>
        <w:br/>
        <w:t xml:space="preserve">      AUTH TOKEN</w:t>
        <w:br/>
        <w:t xml:space="preserve">     </w:t>
        <w:br/>
      </w:r>
      <w:r>
        <w:rPr>
          <w:b w:val="0"/>
          <w:i w:val="0"/>
        </w:rPr>
        <w:t xml:space="preserve"> trong </w:t>
      </w:r>
      <w:r>
        <w:rPr>
          <w:b/>
          <w:i w:val="0"/>
        </w:rPr>
        <w:t>Account info</w:t>
      </w:r>
      <w:r>
        <w:rPr>
          <w:b w:val="0"/>
          <w:i w:val="0"/>
        </w:rPr>
        <w:t>. Chúng sẽ được dùng sau này. Lưu ý rằng bạn sẽ cần sao chép auth token để dùng sau.</w:t>
      </w:r>
    </w:p>
    <w:p>
      <w:pPr>
        <w:jc w:val="center"/>
      </w:pPr>
      <w:r>
        <w:drawing>
          <wp:inline xmlns:a="http://schemas.openxmlformats.org/drawingml/2006/main" xmlns:pic="http://schemas.openxmlformats.org/drawingml/2006/picture">
            <wp:extent cx="5486400" cy="2808892"/>
            <wp:docPr id="91" name="Picture 91"/>
            <wp:cNvGraphicFramePr>
              <a:graphicFrameLocks noChangeAspect="1"/>
            </wp:cNvGraphicFramePr>
            <a:graphic>
              <a:graphicData uri="http://schemas.openxmlformats.org/drawingml/2006/picture">
                <pic:pic>
                  <pic:nvPicPr>
                    <pic:cNvPr id="0" name="B36973_9_9.png"/>
                    <pic:cNvPicPr/>
                  </pic:nvPicPr>
                  <pic:blipFill>
                    <a:blip r:embed="rId93"/>
                    <a:stretch>
                      <a:fillRect/>
                    </a:stretch>
                  </pic:blipFill>
                  <pic:spPr>
                    <a:xfrm>
                      <a:off x="0" y="0"/>
                      <a:ext cx="5486400" cy="2808892"/>
                    </a:xfrm>
                    <a:prstGeom prst="rect"/>
                  </pic:spPr>
                </pic:pic>
              </a:graphicData>
            </a:graphic>
          </wp:inline>
        </w:drawing>
      </w:r>
    </w:p>
    <w:p>
      <w:pPr>
        <w:spacing w:after="160"/>
        <w:jc w:val="center"/>
      </w:pPr>
      <w:r>
        <w:rPr>
          <w:rFonts w:ascii="Calibri" w:hAnsi="Calibri"/>
          <w:b w:val="0"/>
          <w:i/>
          <w:sz w:val="19"/>
        </w:rPr>
        <w:t>Hình 9.9: Account SID, Auth Token và số điện thoại Twilio của bạn</w:t>
      </w:r>
    </w:p>
    <w:p>
      <w:pPr>
        <w:spacing w:after="80"/>
      </w:pPr>
      <w:r>
        <w:rPr>
          <w:b w:val="0"/>
          <w:i w:val="0"/>
        </w:rPr>
        <w:t xml:space="preserve">Chúng ta cũng sẽ cần cài đặt mô-đun </w:t>
      </w:r>
      <w:r>
        <w:rPr>
          <w:rFonts w:ascii="Consolas" w:hAnsi="Consolas"/>
          <w:b w:val="0"/>
          <w:i w:val="0"/>
          <w:sz w:val="20"/>
        </w:rPr>
        <w:br/>
        <w:br/>
        <w:t xml:space="preserve">      twilio</w:t>
        <w:br/>
        <w:t xml:space="preserve">     </w:t>
        <w:br/>
      </w:r>
      <w:r>
        <w:rPr>
          <w:b w:val="0"/>
          <w:i w:val="0"/>
        </w:rPr>
        <w:t>. Thêm nó vào môi trường ảo của bạn:</w:t>
      </w:r>
    </w:p>
    <w:p>
      <w:pPr>
        <w:spacing w:after="0"/>
        <w:ind w:left="360"/>
        <w:shd w:val="clear" w:color="auto" w:fill="F2F2F2"/>
      </w:pPr>
      <w:r>
        <w:rPr>
          <w:rFonts w:ascii="Consolas" w:hAnsi="Consolas"/>
          <w:sz w:val="18"/>
        </w:rPr>
        <w:t>$ echo "twilio==9.10.2" &gt;&gt; requirements.txt</w:t>
      </w:r>
    </w:p>
    <w:p>
      <w:pPr>
        <w:spacing w:after="0"/>
        <w:ind w:left="360"/>
        <w:shd w:val="clear" w:color="auto" w:fill="F2F2F2"/>
      </w:pPr>
      <w:r>
        <w:rPr>
          <w:rFonts w:ascii="Consolas" w:hAnsi="Consolas"/>
          <w:sz w:val="18"/>
        </w:rPr>
        <w:t>$ uv pip install -r requirements.txt</w:t>
      </w:r>
    </w:p>
    <w:p>
      <w:pPr>
        <w:spacing w:after="40"/>
      </w:pPr>
    </w:p>
    <w:p>
      <w:pPr>
        <w:spacing w:after="80"/>
      </w:pPr>
      <w:r>
        <w:rPr>
          <w:b w:val="0"/>
          <w:i w:val="0"/>
        </w:rPr>
        <w:t xml:space="preserve">Lưu ý rằng số điện thoại người nhận chỉ có thể là số đã được xác minh với tài khoản dùng thử. Bạn có thể xác minh nhiều hơn một số; hãy làm theo tài liệu tại </w:t>
      </w:r>
      <w:r>
        <w:rPr>
          <w:rFonts w:ascii="Consolas" w:hAnsi="Consolas"/>
          <w:b w:val="0"/>
          <w:i w:val="0"/>
          <w:sz w:val="20"/>
        </w:rPr>
        <w:br/>
        <w:br/>
        <w:t xml:space="preserve">       https://help.twilio.com/articles/223180048-How-to-Add-and-Remove-a-Verified-Phone-Number-or-Caller-ID-with-Twilio</w:t>
        <w:br/>
        <w:t xml:space="preserve">      </w:t>
        <w:br/>
      </w:r>
      <w:r>
        <w:rPr>
          <w:b w:val="0"/>
          <w:i w:val="0"/>
        </w:rPr>
        <w:t xml:space="preserve"> .</w:t>
      </w:r>
    </w:p>
    <w:p>
      <w:pPr>
        <w:pStyle w:val="Heading3"/>
      </w:pPr>
      <w:r>
        <w:rPr>
          <w:rFonts w:ascii="Calibri" w:hAnsi="Calibri"/>
          <w:b/>
          <w:i w:val="0"/>
          <w:sz w:val="26"/>
        </w:rPr>
        <w:t>Cách thực hiện...</w:t>
      </w:r>
    </w:p>
    <w:p>
      <w:pPr>
        <w:spacing w:after="80"/>
        <w:ind w:left="360"/>
      </w:pPr>
      <w:r>
        <w:t xml:space="preserve">1. </w:t>
      </w:r>
      <w:r>
        <w:rPr>
          <w:b w:val="0"/>
          <w:i w:val="0"/>
        </w:rPr>
        <w:t xml:space="preserve">Import </w:t>
      </w:r>
      <w:r>
        <w:rPr>
          <w:rFonts w:ascii="Consolas" w:hAnsi="Consolas"/>
          <w:b w:val="0"/>
          <w:i w:val="0"/>
          <w:sz w:val="20"/>
        </w:rPr>
        <w:br/>
        <w:br/>
        <w:t xml:space="preserve">       Client</w:t>
        <w:br/>
        <w:t xml:space="preserve">      </w:t>
        <w:br/>
      </w:r>
      <w:r>
        <w:rPr>
          <w:b w:val="0"/>
          <w:i w:val="0"/>
        </w:rPr>
        <w:t xml:space="preserve"> từ mô-đun twilio:</w:t>
      </w:r>
    </w:p>
    <w:p>
      <w:pPr>
        <w:spacing w:after="0"/>
        <w:ind w:left="360"/>
        <w:shd w:val="clear" w:color="auto" w:fill="F2F2F2"/>
      </w:pPr>
      <w:r>
        <w:rPr>
          <w:rFonts w:ascii="Consolas" w:hAnsi="Consolas"/>
          <w:sz w:val="18"/>
        </w:rPr>
        <w:t>&gt;&gt;&gt; from twilio.rest import Client</w:t>
      </w:r>
    </w:p>
    <w:p>
      <w:pPr>
        <w:spacing w:after="40"/>
      </w:pPr>
    </w:p>
    <w:p>
      <w:pPr>
        <w:spacing w:after="80"/>
        <w:ind w:left="360"/>
      </w:pPr>
      <w:r>
        <w:t xml:space="preserve">2. </w:t>
      </w:r>
      <w:r>
        <w:rPr>
          <w:b w:val="0"/>
          <w:i w:val="0"/>
        </w:rPr>
        <w:t>Thiết lập thông tin xác thực (credentials) lấy được từ dashboard trước đó, và cũng đặt số điện thoại Twilio của bạn:</w:t>
      </w:r>
    </w:p>
    <w:p>
      <w:pPr>
        <w:spacing w:after="0"/>
        <w:ind w:left="360"/>
        <w:shd w:val="clear" w:color="auto" w:fill="F2F2F2"/>
      </w:pPr>
      <w:r>
        <w:rPr>
          <w:rFonts w:ascii="Consolas" w:hAnsi="Consolas"/>
          <w:sz w:val="18"/>
        </w:rPr>
        <w:t>&gt;&gt;&gt; ACCOUNT_SID = 'Your account SID'</w:t>
      </w:r>
    </w:p>
    <w:p>
      <w:pPr>
        <w:spacing w:after="0"/>
        <w:ind w:left="360"/>
        <w:shd w:val="clear" w:color="auto" w:fill="F2F2F2"/>
      </w:pPr>
      <w:r>
        <w:rPr>
          <w:rFonts w:ascii="Consolas" w:hAnsi="Consolas"/>
          <w:sz w:val="18"/>
        </w:rPr>
        <w:t>&gt;&gt;&gt; AUTH_TOKEN = 'Your secret token'</w:t>
      </w:r>
    </w:p>
    <w:p>
      <w:pPr>
        <w:spacing w:after="0"/>
        <w:ind w:left="360"/>
        <w:shd w:val="clear" w:color="auto" w:fill="F2F2F2"/>
      </w:pPr>
      <w:r>
        <w:rPr>
          <w:rFonts w:ascii="Consolas" w:hAnsi="Consolas"/>
          <w:sz w:val="18"/>
        </w:rPr>
        <w:t>&gt;&gt;&gt; FROM = 'YOUR TWILIO PHONE NUMBER'</w:t>
      </w:r>
    </w:p>
    <w:p>
      <w:pPr>
        <w:spacing w:after="40"/>
      </w:pPr>
    </w:p>
    <w:p>
      <w:pPr>
        <w:spacing w:after="80"/>
        <w:ind w:left="360"/>
      </w:pPr>
      <w:r>
        <w:t xml:space="preserve">3. </w:t>
      </w:r>
      <w:r>
        <w:rPr>
          <w:b w:val="0"/>
          <w:i w:val="0"/>
        </w:rPr>
        <w:t>Khởi động client để truy cập API:</w:t>
      </w:r>
    </w:p>
    <w:p>
      <w:pPr>
        <w:spacing w:after="0"/>
        <w:ind w:left="360"/>
        <w:shd w:val="clear" w:color="auto" w:fill="F2F2F2"/>
      </w:pPr>
      <w:r>
        <w:rPr>
          <w:rFonts w:ascii="Consolas" w:hAnsi="Consolas"/>
          <w:sz w:val="18"/>
        </w:rPr>
        <w:t>&gt;&gt;&gt; client = Client(ACCOUNT_SID, AUTH_TOKEN)</w:t>
      </w:r>
    </w:p>
    <w:p>
      <w:pPr>
        <w:spacing w:after="40"/>
      </w:pPr>
    </w:p>
    <w:p>
      <w:pPr>
        <w:spacing w:after="80"/>
        <w:ind w:left="360"/>
      </w:pPr>
      <w:r>
        <w:t xml:space="preserve">4. </w:t>
      </w:r>
      <w:r>
        <w:rPr>
          <w:b w:val="0"/>
          <w:i w:val="0"/>
        </w:rPr>
        <w:t xml:space="preserve">Gửi tin nhắn đến số điện thoại đã được ủy quyền của bạn. (Chú ý dấu gạch dưới ở cuối </w:t>
      </w:r>
      <w:r>
        <w:rPr>
          <w:rFonts w:ascii="Consolas" w:hAnsi="Consolas"/>
          <w:b w:val="0"/>
          <w:i w:val="0"/>
          <w:sz w:val="20"/>
        </w:rPr>
        <w:br/>
        <w:br/>
        <w:t xml:space="preserve">       from_</w:t>
        <w:br/>
        <w:t xml:space="preserve">      </w:t>
        <w:br/>
      </w:r>
      <w:r>
        <w:rPr>
          <w:b w:val="0"/>
          <w:i w:val="0"/>
        </w:rPr>
        <w:t xml:space="preserve"> , điều này là bắt buộc vì Python dành riêng từ </w:t>
      </w:r>
      <w:r>
        <w:rPr>
          <w:rFonts w:ascii="Consolas" w:hAnsi="Consolas"/>
          <w:b w:val="0"/>
          <w:i w:val="0"/>
          <w:sz w:val="20"/>
        </w:rPr>
        <w:br/>
        <w:br/>
        <w:t xml:space="preserve">       from</w:t>
        <w:br/>
        <w:t xml:space="preserve">      </w:t>
        <w:br/>
      </w:r>
      <w:r>
        <w:rPr>
          <w:b w:val="0"/>
          <w:i w:val="0"/>
        </w:rPr>
        <w:t xml:space="preserve"> cho vòng lặp </w:t>
      </w:r>
      <w:r>
        <w:rPr>
          <w:rFonts w:ascii="Consolas" w:hAnsi="Consolas"/>
          <w:b w:val="0"/>
          <w:i w:val="0"/>
          <w:sz w:val="20"/>
        </w:rPr>
        <w:br/>
        <w:br/>
        <w:t xml:space="preserve">       )</w:t>
        <w:br/>
        <w:t xml:space="preserve">      </w:t>
        <w:br/>
      </w:r>
      <w:r>
        <w:rPr>
          <w:b w:val="0"/>
          <w:i w:val="0"/>
        </w:rPr>
        <w:t xml:space="preserve"> :</w:t>
      </w:r>
    </w:p>
    <w:p>
      <w:pPr>
        <w:spacing w:after="0"/>
        <w:ind w:left="360"/>
        <w:shd w:val="clear" w:color="auto" w:fill="F2F2F2"/>
      </w:pPr>
      <w:r>
        <w:rPr>
          <w:rFonts w:ascii="Consolas" w:hAnsi="Consolas"/>
          <w:sz w:val="18"/>
        </w:rPr>
        <w:t>&gt;&gt;&gt; message = client.messages.create(</w:t>
      </w:r>
    </w:p>
    <w:p>
      <w:pPr>
        <w:spacing w:after="0"/>
        <w:ind w:left="360"/>
        <w:shd w:val="clear" w:color="auto" w:fill="F2F2F2"/>
      </w:pPr>
      <w:r>
        <w:rPr>
          <w:rFonts w:ascii="Consolas" w:hAnsi="Consolas"/>
          <w:sz w:val="18"/>
        </w:rPr>
        <w:t>...    body='This is a test message from Python!',</w:t>
      </w:r>
    </w:p>
    <w:p>
      <w:pPr>
        <w:spacing w:after="0"/>
        <w:ind w:left="360"/>
        <w:shd w:val="clear" w:color="auto" w:fill="F2F2F2"/>
      </w:pPr>
      <w:r>
        <w:rPr>
          <w:rFonts w:ascii="Consolas" w:hAnsi="Consolas"/>
          <w:sz w:val="18"/>
        </w:rPr>
        <w:t>...    from_=FROM,</w:t>
      </w:r>
    </w:p>
    <w:p>
      <w:pPr>
        <w:spacing w:after="0"/>
        <w:ind w:left="360"/>
        <w:shd w:val="clear" w:color="auto" w:fill="F2F2F2"/>
      </w:pPr>
      <w:r>
        <w:rPr>
          <w:rFonts w:ascii="Consolas" w:hAnsi="Consolas"/>
          <w:sz w:val="18"/>
        </w:rPr>
        <w:t>...    to='+YOUR AUTHORIZED NUMBER')</w:t>
      </w:r>
    </w:p>
    <w:p>
      <w:pPr>
        <w:spacing w:after="40"/>
      </w:pPr>
    </w:p>
    <w:p>
      <w:pPr>
        <w:spacing w:after="80"/>
        <w:ind w:left="360"/>
      </w:pPr>
      <w:r>
        <w:t xml:space="preserve">5. </w:t>
      </w:r>
      <w:r>
        <w:rPr>
          <w:b w:val="0"/>
          <w:i w:val="0"/>
        </w:rPr>
        <w:t>Bạn sẽ nhận được một tin nhắn SMS trên điện thoại của mình:</w:t>
      </w:r>
    </w:p>
    <w:p>
      <w:pPr>
        <w:jc w:val="center"/>
      </w:pPr>
      <w:r>
        <w:drawing>
          <wp:inline xmlns:a="http://schemas.openxmlformats.org/drawingml/2006/main" xmlns:pic="http://schemas.openxmlformats.org/drawingml/2006/picture">
            <wp:extent cx="3783826" cy="8229598"/>
            <wp:docPr id="92" name="Picture 92"/>
            <wp:cNvGraphicFramePr>
              <a:graphicFrameLocks noChangeAspect="1"/>
            </wp:cNvGraphicFramePr>
            <a:graphic>
              <a:graphicData uri="http://schemas.openxmlformats.org/drawingml/2006/picture">
                <pic:pic>
                  <pic:nvPicPr>
                    <pic:cNvPr id="0" name="B36973_9_10.png"/>
                    <pic:cNvPicPr/>
                  </pic:nvPicPr>
                  <pic:blipFill>
                    <a:blip r:embed="rId94"/>
                    <a:stretch>
                      <a:fillRect/>
                    </a:stretch>
                  </pic:blipFill>
                  <pic:spPr>
                    <a:xfrm>
                      <a:off x="0" y="0"/>
                      <a:ext cx="3783826" cy="8229598"/>
                    </a:xfrm>
                    <a:prstGeom prst="rect"/>
                  </pic:spPr>
                </pic:pic>
              </a:graphicData>
            </a:graphic>
          </wp:inline>
        </w:drawing>
      </w:r>
    </w:p>
    <w:p>
      <w:pPr>
        <w:spacing w:after="160"/>
        <w:jc w:val="center"/>
      </w:pPr>
      <w:r>
        <w:rPr>
          <w:rFonts w:ascii="Calibri" w:hAnsi="Calibri"/>
          <w:b w:val="0"/>
          <w:i/>
          <w:sz w:val="19"/>
        </w:rPr>
        <w:t>Hình 9.10: Tin nhắn thử nghiệm từ Python</w:t>
      </w:r>
    </w:p>
    <w:p>
      <w:pPr>
        <w:pStyle w:val="Heading3"/>
      </w:pPr>
      <w:r>
        <w:rPr>
          <w:rFonts w:ascii="Calibri" w:hAnsi="Calibri"/>
          <w:b/>
          <w:i w:val="0"/>
          <w:sz w:val="26"/>
        </w:rPr>
        <w:t>Cách hoạt động...</w:t>
      </w:r>
    </w:p>
    <w:p>
      <w:pPr>
        <w:spacing w:after="80"/>
      </w:pPr>
      <w:r>
        <w:rPr>
          <w:b w:val="0"/>
          <w:i w:val="0"/>
        </w:rPr>
        <w:t>Việc sử dụng client Twilio để gửi tin nhắn rất đơn giản.</w:t>
      </w:r>
    </w:p>
    <w:p>
      <w:pPr>
        <w:spacing w:after="80"/>
      </w:pPr>
      <w:r>
        <w:rPr>
          <w:b w:val="0"/>
          <w:i w:val="0"/>
        </w:rPr>
        <w:t xml:space="preserve">Trong </w:t>
      </w:r>
      <w:r>
        <w:rPr>
          <w:b w:val="0"/>
          <w:i/>
        </w:rPr>
        <w:t xml:space="preserve"> bước 1 </w:t>
      </w:r>
      <w:r>
        <w:rPr>
          <w:b w:val="0"/>
          <w:i w:val="0"/>
        </w:rPr>
        <w:t xml:space="preserve"> chúng ta import </w:t>
      </w:r>
      <w:r>
        <w:rPr>
          <w:rFonts w:ascii="Consolas" w:hAnsi="Consolas"/>
          <w:b w:val="0"/>
          <w:i w:val="0"/>
          <w:sz w:val="20"/>
        </w:rPr>
        <w:br/>
        <w:br/>
        <w:t xml:space="preserve">      Client</w:t>
        <w:br/>
        <w:t xml:space="preserve">     </w:t>
        <w:br/>
      </w:r>
      <w:r>
        <w:rPr>
          <w:b w:val="0"/>
          <w:i w:val="0"/>
        </w:rPr>
        <w:t xml:space="preserve"> . Chúng ta chuẩn bị thông tin xác thực và cấu hình số điện thoại trong </w:t>
      </w:r>
      <w:r>
        <w:rPr>
          <w:b w:val="0"/>
          <w:i/>
        </w:rPr>
        <w:t xml:space="preserve"> bước 2 </w:t>
      </w:r>
      <w:r>
        <w:rPr>
          <w:b w:val="0"/>
          <w:i w:val="0"/>
        </w:rPr>
        <w:t xml:space="preserve"> .</w:t>
      </w:r>
    </w:p>
    <w:p>
      <w:pPr>
        <w:spacing w:after="80"/>
      </w:pPr>
      <w:r>
        <w:rPr>
          <w:b w:val="0"/>
          <w:i/>
        </w:rPr>
        <w:t xml:space="preserve"> Bước 3 </w:t>
      </w:r>
      <w:r>
        <w:rPr>
          <w:b w:val="0"/>
          <w:i w:val="0"/>
        </w:rPr>
        <w:t xml:space="preserve"> tạo client với thông tin xác thực phù hợp, và tin nhắn được gửi đi trong </w:t>
      </w:r>
      <w:r>
        <w:rPr>
          <w:b w:val="0"/>
          <w:i/>
        </w:rPr>
        <w:t xml:space="preserve"> bước 4 </w:t>
      </w:r>
      <w:r>
        <w:rPr>
          <w:b w:val="0"/>
          <w:i w:val="0"/>
        </w:rPr>
        <w:t xml:space="preserve"> .</w:t>
      </w:r>
    </w:p>
    <w:p>
      <w:pPr>
        <w:spacing w:after="80"/>
      </w:pPr>
      <w:r>
        <w:rPr>
          <w:b/>
          <w:i w:val="0"/>
        </w:rPr>
        <w:t>Lưu ý</w:t>
      </w:r>
    </w:p>
    <w:p>
      <w:pPr>
        <w:spacing w:after="80"/>
      </w:pPr>
      <w:r>
        <w:rPr>
          <w:b w:val="0"/>
          <w:i w:val="0"/>
        </w:rPr>
        <w:t xml:space="preserve">Lưu ý rằng số </w:t>
      </w:r>
      <w:r>
        <w:rPr>
          <w:b w:val="0"/>
          <w:i/>
        </w:rPr>
        <w:t xml:space="preserve"> đến </w:t>
      </w:r>
      <w:r>
        <w:rPr>
          <w:b w:val="0"/>
          <w:i w:val="0"/>
        </w:rPr>
        <w:t xml:space="preserve"> cần phải là một trong các số đã được xác thực khi bạn đang làm việc với tài khoản dùng thử, nếu không sẽ xảy ra lỗi.</w:t>
      </w:r>
    </w:p>
    <w:p>
      <w:pPr>
        <w:spacing w:after="80"/>
      </w:pPr>
      <w:r>
        <w:rPr>
          <w:b w:val="0"/>
          <w:i w:val="0"/>
        </w:rPr>
        <w:t xml:space="preserve">Tất cả tin nhắn gửi từ tài khoản dùng thử sẽ ghi rằng chúng đến từ tài khoản dùng thử, như bạn có thể thấy trong </w:t>
      </w:r>
      <w:r>
        <w:rPr>
          <w:b w:val="0"/>
          <w:i/>
        </w:rPr>
        <w:t xml:space="preserve"> bước 5 </w:t>
      </w:r>
      <w:r>
        <w:rPr>
          <w:b w:val="0"/>
          <w:i w:val="0"/>
        </w:rPr>
        <w:t xml:space="preserve"> .</w:t>
      </w:r>
    </w:p>
    <w:p>
      <w:pPr>
        <w:pStyle w:val="Heading3"/>
      </w:pPr>
      <w:r>
        <w:rPr>
          <w:rFonts w:ascii="Calibri" w:hAnsi="Calibri"/>
          <w:b/>
          <w:i w:val="0"/>
          <w:sz w:val="26"/>
        </w:rPr>
        <w:t>Còn nhiều thứ khác...</w:t>
      </w:r>
    </w:p>
    <w:p>
      <w:pPr>
        <w:spacing w:after="80"/>
      </w:pPr>
      <w:r>
        <w:rPr>
          <w:b w:val="0"/>
          <w:i w:val="0"/>
        </w:rPr>
        <w:t xml:space="preserve">Ở một số khu vực nhất định (chủ yếu là Mỹ và Canada), số SMS có khả năng gửi tin nhắn MMS, bao gồm cả hình ảnh. Để đính kèm hình ảnh vào tin nhắn, hãy thêm tham số </w:t>
      </w:r>
      <w:r>
        <w:rPr>
          <w:rFonts w:ascii="Consolas" w:hAnsi="Consolas"/>
          <w:b w:val="0"/>
          <w:i w:val="0"/>
          <w:sz w:val="20"/>
        </w:rPr>
        <w:br/>
        <w:br/>
        <w:t xml:space="preserve">      media_url</w:t>
        <w:br/>
        <w:t xml:space="preserve">     </w:t>
        <w:br/>
      </w:r>
      <w:r>
        <w:rPr>
          <w:b w:val="0"/>
          <w:i w:val="0"/>
        </w:rPr>
        <w:t xml:space="preserve"> và URL của hình ảnh cần gửi:</w:t>
      </w:r>
    </w:p>
    <w:p>
      <w:pPr>
        <w:spacing w:after="0"/>
        <w:ind w:left="360"/>
        <w:shd w:val="clear" w:color="auto" w:fill="F2F2F2"/>
      </w:pPr>
      <w:r>
        <w:rPr>
          <w:rFonts w:ascii="Consolas" w:hAnsi="Consolas"/>
          <w:sz w:val="18"/>
        </w:rPr>
        <w:t>client.messages.create(body='An MMS message',</w:t>
      </w:r>
    </w:p>
    <w:p>
      <w:pPr>
        <w:spacing w:after="0"/>
        <w:ind w:left="360"/>
        <w:shd w:val="clear" w:color="auto" w:fill="F2F2F2"/>
      </w:pPr>
      <w:r>
        <w:rPr>
          <w:rFonts w:ascii="Consolas" w:hAnsi="Consolas"/>
          <w:sz w:val="18"/>
        </w:rPr>
        <w:t xml:space="preserve">                       media_url='http://my.image.com/image.png',</w:t>
      </w:r>
    </w:p>
    <w:p>
      <w:pPr>
        <w:spacing w:after="0"/>
        <w:ind w:left="360"/>
        <w:shd w:val="clear" w:color="auto" w:fill="F2F2F2"/>
      </w:pPr>
      <w:r>
        <w:rPr>
          <w:rFonts w:ascii="Consolas" w:hAnsi="Consolas"/>
          <w:sz w:val="18"/>
        </w:rPr>
        <w:t xml:space="preserve">                       from_=FROM,</w:t>
      </w:r>
    </w:p>
    <w:p>
      <w:pPr>
        <w:spacing w:after="0"/>
        <w:ind w:left="360"/>
        <w:shd w:val="clear" w:color="auto" w:fill="F2F2F2"/>
      </w:pPr>
      <w:r>
        <w:rPr>
          <w:rFonts w:ascii="Consolas" w:hAnsi="Consolas"/>
          <w:sz w:val="18"/>
        </w:rPr>
        <w:t xml:space="preserve">                       to='+your authorised number')</w:t>
      </w:r>
    </w:p>
    <w:p>
      <w:pPr>
        <w:spacing w:after="40"/>
      </w:pPr>
    </w:p>
    <w:p>
      <w:pPr>
        <w:spacing w:after="80"/>
      </w:pPr>
      <w:r>
        <w:rPr>
          <w:b w:val="0"/>
          <w:i w:val="0"/>
        </w:rPr>
        <w:t xml:space="preserve">Ngoài các khu vực được hỗ trợ, </w:t>
      </w:r>
      <w:r>
        <w:rPr>
          <w:rFonts w:ascii="Consolas" w:hAnsi="Consolas"/>
          <w:b w:val="0"/>
          <w:i w:val="0"/>
          <w:sz w:val="20"/>
        </w:rPr>
        <w:br/>
        <w:br/>
        <w:t xml:space="preserve">      media_url</w:t>
        <w:br/>
        <w:t xml:space="preserve">     </w:t>
        <w:br/>
      </w:r>
      <w:r>
        <w:rPr>
          <w:b w:val="0"/>
          <w:i w:val="0"/>
        </w:rPr>
        <w:t xml:space="preserve"> sẽ hiển thị dưới dạng một liên kết.</w:t>
      </w:r>
    </w:p>
    <w:p>
      <w:pPr>
        <w:spacing w:after="80"/>
      </w:pPr>
      <w:r>
        <w:rPr>
          <w:b w:val="0"/>
          <w:i w:val="0"/>
        </w:rPr>
        <w:t>Client này dựa trên RESTful API và cho phép bạn thực hiện nhiều thao tác, chẳng hạn như tạo số điện thoại mới hoặc lấy một số khả dụng trước rồi mua nó:</w:t>
      </w:r>
    </w:p>
    <w:p>
      <w:pPr>
        <w:spacing w:after="0"/>
        <w:ind w:left="360"/>
        <w:shd w:val="clear" w:color="auto" w:fill="F2F2F2"/>
      </w:pPr>
      <w:r>
        <w:rPr>
          <w:rFonts w:ascii="Consolas" w:hAnsi="Consolas"/>
          <w:sz w:val="18"/>
        </w:rPr>
        <w:t>available_numbers = client.available_phone_numbers("IE").local.list()</w:t>
      </w:r>
    </w:p>
    <w:p>
      <w:pPr>
        <w:spacing w:after="0"/>
        <w:ind w:left="360"/>
        <w:shd w:val="clear" w:color="auto" w:fill="F2F2F2"/>
      </w:pPr>
      <w:r>
        <w:rPr>
          <w:rFonts w:ascii="Consolas" w:hAnsi="Consolas"/>
          <w:sz w:val="18"/>
        </w:rPr>
        <w:t>number = available_numbers[0]</w:t>
      </w:r>
    </w:p>
    <w:p>
      <w:pPr>
        <w:spacing w:after="0"/>
        <w:ind w:left="360"/>
        <w:shd w:val="clear" w:color="auto" w:fill="F2F2F2"/>
      </w:pPr>
      <w:r>
        <w:rPr>
          <w:rFonts w:ascii="Consolas" w:hAnsi="Consolas"/>
          <w:sz w:val="18"/>
        </w:rPr>
        <w:t>new_number = client.incoming_phone_numbers.create(phone_number=number.phone_number)</w:t>
      </w:r>
    </w:p>
    <w:p>
      <w:pPr>
        <w:spacing w:after="40"/>
      </w:pPr>
    </w:p>
    <w:p>
      <w:pPr>
        <w:spacing w:after="80"/>
      </w:pPr>
      <w:r>
        <w:rPr>
          <w:b/>
          <w:i w:val="0"/>
        </w:rPr>
        <w:t>Lưu ý</w:t>
      </w:r>
    </w:p>
    <w:p>
      <w:pPr>
        <w:spacing w:after="80"/>
      </w:pPr>
      <w:r>
        <w:rPr>
          <w:b w:val="0"/>
          <w:i w:val="0"/>
        </w:rPr>
        <w:t>Hãy xem tài liệu để biết thêm các hành động khả dụng; hầu hết các thao tác nhấp chuột trên dashboard đều có thể được thực hiện bằng lập trình.</w:t>
      </w:r>
    </w:p>
    <w:p>
      <w:pPr>
        <w:spacing w:after="80"/>
      </w:pPr>
      <w:r>
        <w:rPr>
          <w:b w:val="0"/>
          <w:i w:val="0"/>
        </w:rPr>
        <w:t xml:space="preserve">Twilio cũng có khả năng thực hiện các dịch vụ điện thoại khác, như gọi điện và chuyển văn bản thành giọng nói. Hãy tìm hiểu chúng trong tài liệu đầy đủ, có tại đây: </w:t>
      </w:r>
      <w:r>
        <w:rPr>
          <w:rFonts w:ascii="Consolas" w:hAnsi="Consolas"/>
          <w:b w:val="0"/>
          <w:i w:val="0"/>
          <w:sz w:val="20"/>
        </w:rPr>
        <w:br/>
        <w:br/>
        <w:t xml:space="preserve">       https://www.twilio.com/docs/</w:t>
        <w:br/>
        <w:t xml:space="preserve">      </w:t>
        <w:br/>
      </w:r>
      <w:r>
        <w:rPr>
          <w:b w:val="0"/>
          <w:i w:val="0"/>
        </w:rPr>
        <w:t xml:space="preserve"> .</w:t>
      </w:r>
    </w:p>
    <w:p>
      <w:pPr>
        <w:spacing w:after="80"/>
      </w:pPr>
      <w:r>
        <w:rPr>
          <w:b w:val="0"/>
          <w:i w:val="0"/>
        </w:rPr>
        <w:t>Tiếp theo chúng ta sẽ xem phần còn lại của việc nhắn tin, đó là nhận tin nhắn.</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Receiving SMS messages </w:t>
      </w:r>
      <w:r>
        <w:rPr>
          <w:b w:val="0"/>
          <w:i w:val="0"/>
        </w:rPr>
        <w:t xml:space="preserve"> ở phần tiếp theo, để học cách nhận tin nhắn cũng như gửi chúng</w:t>
      </w:r>
    </w:p>
    <w:p>
      <w:pPr>
        <w:spacing w:after="80"/>
        <w:ind w:left="360"/>
      </w:pPr>
      <w:r>
        <w:t xml:space="preserve">• </w:t>
      </w:r>
      <w:r>
        <w:rPr>
          <w:b w:val="0"/>
          <w:i w:val="0"/>
        </w:rPr>
        <w:t xml:space="preserve">Công thức </w:t>
      </w:r>
      <w:r>
        <w:rPr>
          <w:b w:val="0"/>
          <w:i/>
        </w:rPr>
        <w:t xml:space="preserve"> Creating a Telegram bot </w:t>
      </w:r>
      <w:r>
        <w:rPr>
          <w:b w:val="0"/>
          <w:i w:val="0"/>
        </w:rPr>
        <w:t xml:space="preserve"> ở phần sau của chương này, để mở rộng kiến thức của bạn</w:t>
      </w:r>
    </w:p>
    <w:p>
      <w:pPr>
        <w:pStyle w:val="Heading2"/>
      </w:pPr>
      <w:r>
        <w:rPr>
          <w:rFonts w:ascii="Calibri" w:hAnsi="Calibri"/>
          <w:b/>
          <w:i w:val="0"/>
          <w:sz w:val="32"/>
        </w:rPr>
        <w:t>Nhận tin nhắn SMS</w:t>
      </w:r>
    </w:p>
    <w:p>
      <w:pPr>
        <w:spacing w:after="80"/>
      </w:pPr>
      <w:r>
        <w:rPr>
          <w:b w:val="0"/>
          <w:i w:val="0"/>
        </w:rPr>
        <w:t>Tin nhắn SMS cũng có thể được nhận và xử lý tự động. Điều này cho phép các dịch vụ như cung cấp thông tin theo yêu cầu (ví dụ, gửi INFO GOALS để nhận kết quả Giải Bóng đá), nhưng cũng cho phép những luồng phức tạp hơn như trong các bot, vốn có thể trò chuyện đơn giản với người dùng để mang lại các dịch vụ phong phú như cấu hình máy điều nhiệt từ xa.</w:t>
      </w:r>
    </w:p>
    <w:p>
      <w:pPr>
        <w:spacing w:after="80"/>
      </w:pPr>
      <w:r>
        <w:rPr>
          <w:b/>
          <w:i w:val="0"/>
        </w:rPr>
        <w:t>Mẹo</w:t>
      </w:r>
    </w:p>
    <w:p>
      <w:pPr>
        <w:spacing w:after="80"/>
      </w:pPr>
      <w:r>
        <w:rPr>
          <w:b w:val="0"/>
          <w:i w:val="0"/>
        </w:rPr>
        <w:t xml:space="preserve">Mỗi lần Twilio nhận được một SMS gửi đến một trong các số điện thoại đã đăng ký của bạn, nó sẽ thực hiện một yêu cầu đến một URL có thể truy cập công khai. Điều này được cấu hình trong dịch vụ Twilio, nghĩa là mã để thực thi khi truy cập URL phải nằm trong tầm kiểm soát của bạn. Điều này tạo ra vấn đề là phải có URL này khả dụng trên internet, nghĩa là chỉ máy tính cục bộ của bạn sẽ không hoạt động, vì rất khó có khả năng nó được định địa chỉ từ bên ngoài mạng cục bộ của bạn. Chúng ta sẽ dùng Railway ( </w:t>
      </w:r>
      <w:r>
        <w:rPr>
          <w:rFonts w:ascii="Consolas" w:hAnsi="Consolas"/>
          <w:b w:val="0"/>
          <w:i w:val="0"/>
          <w:sz w:val="20"/>
        </w:rPr>
        <w:br/>
        <w:br/>
        <w:t xml:space="preserve">        http://railway.com</w:t>
        <w:br/>
        <w:t xml:space="preserve">       </w:t>
        <w:br/>
      </w:r>
      <w:r>
        <w:rPr>
          <w:b w:val="0"/>
          <w:i w:val="0"/>
        </w:rPr>
        <w:t xml:space="preserve"> ) để làm cho dịch vụ khả dụng, nhưng cũng có những lựa chọn thay thế khác. Tài liệu của Twilio cung cấp các ví dụ về việc dùng ngrok, cho phép phát triển cục bộ bằng cách tạo một đường hầm giữa một địa chỉ công khai và môi trường phát triển cục bộ của bạn. Xem tại đây để biết thêm chi tiết: </w:t>
      </w:r>
      <w:r>
        <w:rPr>
          <w:rFonts w:ascii="Consolas" w:hAnsi="Consolas"/>
          <w:b w:val="0"/>
          <w:i w:val="0"/>
          <w:sz w:val="20"/>
        </w:rPr>
        <w:br/>
        <w:br/>
        <w:t xml:space="preserve">        https://www.twilio.com/en-us/blog/test-your-webhooks-locally-with-ngrok-html</w:t>
        <w:br/>
        <w:t xml:space="preserve">       </w:t>
        <w:br/>
      </w:r>
      <w:r>
        <w:rPr>
          <w:b w:val="0"/>
          <w:i w:val="0"/>
        </w:rPr>
        <w:t xml:space="preserve"> .</w:t>
      </w:r>
    </w:p>
    <w:p>
      <w:pPr>
        <w:spacing w:after="80"/>
      </w:pPr>
      <w:r>
        <w:rPr>
          <w:b w:val="0"/>
          <w:i w:val="0"/>
        </w:rPr>
        <w:t xml:space="preserve">Cách vận hành này rất phổ biến trong các API giao tiếp. Cần lưu ý rằng Twilio có một API cho WhatsApp, hoạt động theo cách tương tự. Hãy xem tài liệu để biết thêm thông tin tại </w:t>
      </w:r>
      <w:r>
        <w:rPr>
          <w:rFonts w:ascii="Consolas" w:hAnsi="Consolas"/>
          <w:b w:val="0"/>
          <w:i w:val="0"/>
          <w:sz w:val="20"/>
        </w:rPr>
        <w:br/>
        <w:br/>
        <w:t xml:space="preserve">       https://www.twilio.com/docs/sms/whatsapp/quickstart/python</w:t>
        <w:br/>
        <w:t xml:space="preserve">      </w:t>
        <w:br/>
      </w:r>
      <w:r>
        <w:rPr>
          <w:b w:val="0"/>
          <w:i w:val="0"/>
        </w:rPr>
        <w:t xml:space="preserve"> .</w:t>
      </w:r>
    </w:p>
    <w:p>
      <w:pPr>
        <w:pStyle w:val="Heading3"/>
      </w:pPr>
      <w:r>
        <w:rPr>
          <w:rFonts w:ascii="Calibri" w:hAnsi="Calibri"/>
          <w:b/>
          <w:i w:val="0"/>
          <w:sz w:val="26"/>
        </w:rPr>
        <w:t>Chuẩn bị</w:t>
      </w:r>
    </w:p>
    <w:p>
      <w:pPr>
        <w:spacing w:after="80"/>
      </w:pPr>
      <w:r>
        <w:rPr>
          <w:b w:val="0"/>
          <w:i w:val="0"/>
        </w:rPr>
        <w:t xml:space="preserve">Chúng ta cần tạo một tài khoản cho Twilio tại </w:t>
      </w:r>
      <w:r>
        <w:rPr>
          <w:rFonts w:ascii="Consolas" w:hAnsi="Consolas"/>
          <w:b w:val="0"/>
          <w:i w:val="0"/>
          <w:sz w:val="20"/>
        </w:rPr>
        <w:br/>
        <w:br/>
        <w:t xml:space="preserve">       https://www.twilio.com/</w:t>
        <w:br/>
        <w:t xml:space="preserve">      </w:t>
        <w:br/>
      </w:r>
      <w:r>
        <w:rPr>
          <w:b w:val="0"/>
          <w:i w:val="0"/>
        </w:rPr>
        <w:t xml:space="preserve"> . Tham khảo phần </w:t>
      </w:r>
      <w:r>
        <w:rPr>
          <w:b w:val="0"/>
          <w:i/>
        </w:rPr>
        <w:t xml:space="preserve"> Getting ready </w:t>
      </w:r>
      <w:r>
        <w:rPr>
          <w:b w:val="0"/>
          <w:i w:val="0"/>
        </w:rPr>
        <w:t xml:space="preserve"> trong công thức </w:t>
      </w:r>
      <w:r>
        <w:rPr>
          <w:b w:val="0"/>
          <w:i/>
        </w:rPr>
        <w:t xml:space="preserve"> Producing SMS messages </w:t>
      </w:r>
      <w:r>
        <w:rPr>
          <w:b w:val="0"/>
          <w:i w:val="0"/>
        </w:rPr>
        <w:t xml:space="preserve"> để biết hướng dẫn chi tiết.</w:t>
      </w:r>
    </w:p>
    <w:p>
      <w:pPr>
        <w:spacing w:after="80"/>
      </w:pPr>
      <w:r>
        <w:rPr>
          <w:b w:val="0"/>
          <w:i w:val="0"/>
        </w:rPr>
        <w:t xml:space="preserve">Với công thức này, chúng ta cũng sẽ cần thiết lập một dịch vụ web trên Railway ( </w:t>
      </w:r>
      <w:r>
        <w:rPr>
          <w:rFonts w:ascii="Consolas" w:hAnsi="Consolas"/>
          <w:b w:val="0"/>
          <w:i w:val="0"/>
          <w:sz w:val="20"/>
        </w:rPr>
        <w:br/>
        <w:br/>
        <w:t xml:space="preserve">       https://www.railway.com/</w:t>
        <w:br/>
        <w:t xml:space="preserve">      </w:t>
        <w:br/>
      </w:r>
      <w:r>
        <w:rPr>
          <w:b w:val="0"/>
          <w:i w:val="0"/>
        </w:rPr>
        <w:t xml:space="preserve"> ) để tạo một webhook có khả năng nhận SMS gửi đến Twilio. Vì mục tiêu chính của công thức này là phần SMS, chúng ta sẽ trình bày ngắn gọn khi thiết lập Railway, nhưng bạn có thể tham khảo tài liệu tuyệt vời của nó tại </w:t>
      </w:r>
      <w:r>
        <w:rPr>
          <w:rFonts w:ascii="Consolas" w:hAnsi="Consolas"/>
          <w:b w:val="0"/>
          <w:i w:val="0"/>
          <w:sz w:val="20"/>
        </w:rPr>
        <w:br/>
        <w:br/>
        <w:t xml:space="preserve">       https://docs.railway.com</w:t>
        <w:br/>
        <w:t xml:space="preserve">      </w:t>
        <w:br/>
      </w:r>
      <w:r>
        <w:rPr>
          <w:b w:val="0"/>
          <w:i w:val="0"/>
        </w:rPr>
        <w:t xml:space="preserve"> .</w:t>
      </w:r>
    </w:p>
    <w:p>
      <w:pPr>
        <w:spacing w:after="80"/>
        <w:ind w:left="360"/>
      </w:pPr>
      <w:r>
        <w:t xml:space="preserve">1. </w:t>
      </w:r>
      <w:r>
        <w:rPr>
          <w:b w:val="0"/>
          <w:i w:val="0"/>
        </w:rPr>
        <w:t>Tạo một tài khoản trên Railway. Bạn có thể dùng tài khoản GitHub của mình hoặc tạo mới bằng email.</w:t>
      </w:r>
    </w:p>
    <w:p>
      <w:pPr>
        <w:spacing w:after="80"/>
        <w:ind w:left="360"/>
      </w:pPr>
      <w:r>
        <w:t xml:space="preserve">2. </w:t>
      </w:r>
      <w:r>
        <w:rPr>
          <w:b w:val="0"/>
          <w:i w:val="0"/>
        </w:rPr>
        <w:t xml:space="preserve">Tải ứng dụng web từ </w:t>
      </w:r>
      <w:r>
        <w:rPr>
          <w:rFonts w:ascii="Consolas" w:hAnsi="Consolas"/>
          <w:b w:val="0"/>
          <w:i w:val="0"/>
          <w:sz w:val="20"/>
        </w:rPr>
        <w:br/>
        <w:br/>
        <w:t xml:space="preserve">        https://github.com/PacktPublishing/Python-Automation-Cookbook-Third-Edition/tree/main/ch09/railway</w:t>
        <w:br/>
        <w:t xml:space="preserve">       </w:t>
        <w:br/>
      </w:r>
      <w:r>
        <w:rPr>
          <w:b w:val="0"/>
          <w:i w:val="0"/>
        </w:rPr>
        <w:t xml:space="preserve"> .</w:t>
      </w:r>
    </w:p>
    <w:p>
      <w:pPr>
        <w:spacing w:after="80"/>
        <w:ind w:left="360"/>
      </w:pPr>
      <w:r>
        <w:t xml:space="preserve">3. </w:t>
      </w:r>
      <w:r>
        <w:rPr>
          <w:b w:val="0"/>
          <w:i w:val="0"/>
        </w:rPr>
        <w:t xml:space="preserve">Kiểm tra xem ứng dụng có chạy đúng không bằng cách chạy nó. Bạn cần cài đặt các dependency trước rồi chạy ứng dụng: Sau khi chạy, mở trình duyệt và truy cập </w:t>
      </w:r>
      <w:r>
        <w:rPr>
          <w:rFonts w:ascii="Consolas" w:hAnsi="Consolas"/>
          <w:b w:val="0"/>
          <w:i w:val="0"/>
          <w:sz w:val="20"/>
        </w:rPr>
        <w:br/>
        <w:br/>
        <w:t xml:space="preserve">        http://127.0.0.1:8080</w:t>
        <w:br/>
        <w:t xml:space="preserve">       </w:t>
        <w:br/>
      </w:r>
      <w:r>
        <w:rPr>
          <w:b w:val="0"/>
          <w:i w:val="0"/>
        </w:rPr>
        <w:t xml:space="preserve"> . Nó sẽ hiển thị 'All working!'. Sau đó, bạn có thể thoát dev server bằng </w:t>
      </w:r>
      <w:r>
        <w:rPr>
          <w:rFonts w:ascii="Consolas" w:hAnsi="Consolas"/>
          <w:b w:val="0"/>
          <w:i w:val="0"/>
          <w:sz w:val="20"/>
        </w:rPr>
        <w:br/>
        <w:br/>
        <w:t xml:space="preserve">        CTRL+C</w:t>
        <w:br/>
        <w:t xml:space="preserve">       </w:t>
        <w:br/>
      </w:r>
      <w:r>
        <w:rPr>
          <w:b w:val="0"/>
          <w:i w:val="0"/>
        </w:rPr>
        <w:t xml:space="preserve"> .</w:t>
      </w:r>
    </w:p>
    <w:p>
      <w:pPr>
        <w:spacing w:after="0"/>
        <w:ind w:left="360"/>
        <w:shd w:val="clear" w:color="auto" w:fill="F2F2F2"/>
      </w:pPr>
      <w:r>
        <w:rPr>
          <w:rFonts w:ascii="Consolas" w:hAnsi="Consolas"/>
          <w:sz w:val="18"/>
        </w:rPr>
        <w:t>$ uv venv</w:t>
      </w:r>
    </w:p>
    <w:p>
      <w:pPr>
        <w:spacing w:after="0"/>
        <w:ind w:left="360"/>
        <w:shd w:val="clear" w:color="auto" w:fill="F2F2F2"/>
      </w:pPr>
      <w:r>
        <w:rPr>
          <w:rFonts w:ascii="Consolas" w:hAnsi="Consolas"/>
          <w:sz w:val="18"/>
        </w:rPr>
        <w:t>$ uv pip install -r requirements.txt</w:t>
      </w:r>
    </w:p>
    <w:p>
      <w:pPr>
        <w:spacing w:after="0"/>
        <w:ind w:left="360"/>
        <w:shd w:val="clear" w:color="auto" w:fill="F2F2F2"/>
      </w:pPr>
      <w:r>
        <w:rPr>
          <w:rFonts w:ascii="Consolas" w:hAnsi="Consolas"/>
          <w:sz w:val="18"/>
        </w:rPr>
        <w:t>$ uv run gunicorn main:app</w:t>
      </w:r>
    </w:p>
    <w:p>
      <w:pPr>
        <w:spacing w:after="0"/>
        <w:ind w:left="360"/>
        <w:shd w:val="clear" w:color="auto" w:fill="F2F2F2"/>
      </w:pPr>
      <w:r>
        <w:rPr>
          <w:rFonts w:ascii="Consolas" w:hAnsi="Consolas"/>
          <w:sz w:val="18"/>
        </w:rPr>
        <w:t>[2026-02-19 18:45:34 +0100] [51542] [INFO] Starting gunicorn 25.1.0</w:t>
      </w:r>
    </w:p>
    <w:p>
      <w:pPr>
        <w:spacing w:after="0"/>
        <w:ind w:left="360"/>
        <w:shd w:val="clear" w:color="auto" w:fill="F2F2F2"/>
      </w:pPr>
      <w:r>
        <w:rPr>
          <w:rFonts w:ascii="Consolas" w:hAnsi="Consolas"/>
          <w:sz w:val="18"/>
        </w:rPr>
        <w:t>[2026-02-19 18:45:34 +0100] [51542] [INFO] Listening at: http://127.0.0.1:8080 (51542)</w:t>
      </w:r>
    </w:p>
    <w:p>
      <w:pPr>
        <w:spacing w:after="0"/>
        <w:ind w:left="360"/>
        <w:shd w:val="clear" w:color="auto" w:fill="F2F2F2"/>
      </w:pPr>
      <w:r>
        <w:rPr>
          <w:rFonts w:ascii="Consolas" w:hAnsi="Consolas"/>
          <w:sz w:val="18"/>
        </w:rPr>
        <w:t>[2026-02-19 18:45:34 +0100] [51542] [INFO] Using worker: sync</w:t>
      </w:r>
    </w:p>
    <w:p>
      <w:pPr>
        <w:spacing w:after="0"/>
        <w:ind w:left="360"/>
        <w:shd w:val="clear" w:color="auto" w:fill="F2F2F2"/>
      </w:pPr>
      <w:r>
        <w:rPr>
          <w:rFonts w:ascii="Consolas" w:hAnsi="Consolas"/>
          <w:sz w:val="18"/>
        </w:rPr>
        <w:t>[2026-02-19 18:45:34 +0100] [51543] [INFO] Booting worker with pid: 51543</w:t>
      </w:r>
    </w:p>
    <w:p>
      <w:pPr>
        <w:spacing w:after="40"/>
      </w:pPr>
    </w:p>
    <w:p>
      <w:pPr>
        <w:spacing w:after="80"/>
        <w:ind w:left="360"/>
      </w:pPr>
      <w:r>
        <w:t xml:space="preserve">4. </w:t>
      </w:r>
      <w:r>
        <w:rPr>
          <w:b w:val="0"/>
          <w:i w:val="0"/>
        </w:rPr>
        <w:t xml:space="preserve">Bạn cần cài đặt giao diện dòng lệnh (command-line interface) cho Railway (hướng dẫn cho mọi nền tảng có tại </w:t>
      </w:r>
      <w:r>
        <w:rPr>
          <w:rFonts w:ascii="Consolas" w:hAnsi="Consolas"/>
          <w:b w:val="0"/>
          <w:i w:val="0"/>
          <w:sz w:val="20"/>
        </w:rPr>
        <w:br/>
        <w:br/>
        <w:t xml:space="preserve">        https://docs.railway.com/cli#installing-the-cli</w:t>
        <w:br/>
        <w:t xml:space="preserve">       </w:t>
        <w:br/>
      </w:r>
      <w:r>
        <w:rPr>
          <w:b w:val="0"/>
          <w:i w:val="0"/>
        </w:rPr>
        <w:t xml:space="preserve"> ) rồi chạy để đăng nhập (nó sẽ mở trình duyệt để đăng nhập vào dịch vụ):</w:t>
      </w:r>
    </w:p>
    <w:p>
      <w:pPr>
        <w:spacing w:after="0"/>
        <w:ind w:left="360"/>
        <w:shd w:val="clear" w:color="auto" w:fill="F2F2F2"/>
      </w:pPr>
      <w:r>
        <w:rPr>
          <w:rFonts w:ascii="Consolas" w:hAnsi="Consolas"/>
          <w:sz w:val="18"/>
        </w:rPr>
        <w:t>$ railway login</w:t>
      </w:r>
    </w:p>
    <w:p>
      <w:pPr>
        <w:spacing w:after="40"/>
      </w:pPr>
    </w:p>
    <w:p>
      <w:pPr>
        <w:spacing w:after="80"/>
        <w:ind w:left="360"/>
      </w:pPr>
      <w:r>
        <w:t xml:space="preserve">5. </w:t>
      </w:r>
      <w:r>
        <w:rPr>
          <w:b w:val="0"/>
          <w:i w:val="0"/>
        </w:rPr>
        <w:t>Xác minh rằng mã đăng nhập giống với mã hiển thị trong console, rồi tiến hành đăng nhập</w:t>
      </w:r>
    </w:p>
    <w:p>
      <w:pPr>
        <w:spacing w:after="80"/>
        <w:ind w:left="360"/>
      </w:pPr>
      <w:r>
        <w:t xml:space="preserve">6. </w:t>
      </w:r>
      <w:r>
        <w:rPr>
          <w:b w:val="0"/>
          <w:i w:val="0"/>
        </w:rPr>
        <w:t xml:space="preserve">Chạy </w:t>
      </w:r>
      <w:r>
        <w:rPr>
          <w:rFonts w:ascii="Consolas" w:hAnsi="Consolas"/>
          <w:b w:val="0"/>
          <w:i w:val="0"/>
          <w:sz w:val="20"/>
        </w:rPr>
        <w:br/>
        <w:br/>
        <w:t xml:space="preserve">       init</w:t>
        <w:br/>
        <w:t xml:space="preserve">      </w:t>
        <w:br/>
      </w:r>
      <w:r>
        <w:rPr>
          <w:b w:val="0"/>
          <w:i w:val="0"/>
        </w:rPr>
        <w:t xml:space="preserve"> để bắt đầu dự án:</w:t>
      </w:r>
    </w:p>
    <w:p>
      <w:pPr>
        <w:spacing w:after="0"/>
        <w:ind w:left="360"/>
        <w:shd w:val="clear" w:color="auto" w:fill="F2F2F2"/>
      </w:pPr>
      <w:r>
        <w:rPr>
          <w:rFonts w:ascii="Consolas" w:hAnsi="Consolas"/>
          <w:sz w:val="18"/>
        </w:rPr>
        <w:t>$ railway init</w:t>
      </w:r>
    </w:p>
    <w:p>
      <w:pPr>
        <w:spacing w:after="0"/>
        <w:ind w:left="360"/>
        <w:shd w:val="clear" w:color="auto" w:fill="F2F2F2"/>
      </w:pPr>
      <w:r>
        <w:rPr>
          <w:rFonts w:ascii="Consolas" w:hAnsi="Consolas"/>
          <w:sz w:val="18"/>
        </w:rPr>
        <w:t>&gt; Select a workspace My Projects</w:t>
      </w:r>
    </w:p>
    <w:p>
      <w:pPr>
        <w:spacing w:after="0"/>
        <w:ind w:left="360"/>
        <w:shd w:val="clear" w:color="auto" w:fill="F2F2F2"/>
      </w:pPr>
      <w:r>
        <w:rPr>
          <w:rFonts w:ascii="Consolas" w:hAnsi="Consolas"/>
          <w:sz w:val="18"/>
        </w:rPr>
        <w:t>&gt; Project Name &lt;randomly generated&gt;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Created project perfect-learning on My Projects</w:t>
      </w:r>
    </w:p>
    <w:p>
      <w:pPr>
        <w:spacing w:after="0"/>
        <w:ind w:left="360"/>
        <w:shd w:val="clear" w:color="auto" w:fill="F2F2F2"/>
      </w:pPr>
      <w:r>
        <w:rPr>
          <w:rFonts w:ascii="Consolas" w:hAnsi="Consolas"/>
          <w:sz w:val="18"/>
        </w:rPr>
        <w:t>https://railway.com/project/XXXXXXXXX</w:t>
      </w:r>
    </w:p>
    <w:p>
      <w:pPr>
        <w:spacing w:after="40"/>
      </w:pPr>
    </w:p>
    <w:p>
      <w:pPr>
        <w:spacing w:after="80"/>
        <w:ind w:left="360"/>
      </w:pPr>
      <w:r>
        <w:t xml:space="preserve">7. </w:t>
      </w:r>
      <w:r>
        <w:rPr>
          <w:b w:val="0"/>
          <w:i w:val="0"/>
        </w:rPr>
        <w:t xml:space="preserve">Hiện giờ chúng ta đã có một dự án trống, nhưng chúng ta cần thêm code vào. Hãy làm điều đó bằng lệnh </w:t>
      </w:r>
      <w:r>
        <w:rPr>
          <w:rFonts w:ascii="Consolas" w:hAnsi="Consolas"/>
          <w:b w:val="0"/>
          <w:i w:val="0"/>
          <w:sz w:val="20"/>
        </w:rPr>
        <w:br/>
        <w:br/>
        <w:t xml:space="preserve">       up</w:t>
        <w:br/>
        <w:t xml:space="preserve">      </w:t>
        <w:br/>
      </w:r>
      <w:r>
        <w:rPr>
          <w:b w:val="0"/>
          <w:i w:val="0"/>
        </w:rPr>
        <w:t xml:space="preserve"> :</w:t>
      </w:r>
    </w:p>
    <w:p>
      <w:pPr>
        <w:spacing w:after="0"/>
        <w:ind w:left="360"/>
        <w:shd w:val="clear" w:color="auto" w:fill="F2F2F2"/>
      </w:pPr>
      <w:r>
        <w:rPr>
          <w:rFonts w:ascii="Consolas" w:hAnsi="Consolas"/>
          <w:sz w:val="18"/>
        </w:rPr>
        <w:t>$ railway up</w:t>
      </w:r>
    </w:p>
    <w:p>
      <w:pPr>
        <w:spacing w:after="0"/>
        <w:ind w:left="360"/>
        <w:shd w:val="clear" w:color="auto" w:fill="F2F2F2"/>
      </w:pPr>
      <w:r>
        <w:rPr>
          <w:rFonts w:ascii="Consolas" w:hAnsi="Consolas"/>
          <w:sz w:val="18"/>
        </w:rPr>
        <w:t>Indexed</w:t>
      </w:r>
    </w:p>
    <w:p>
      <w:pPr>
        <w:spacing w:after="0"/>
        <w:ind w:left="360"/>
        <w:shd w:val="clear" w:color="auto" w:fill="F2F2F2"/>
      </w:pPr>
      <w:r>
        <w:rPr>
          <w:rFonts w:ascii="Consolas" w:hAnsi="Consolas"/>
          <w:sz w:val="18"/>
        </w:rPr>
        <w:t xml:space="preserve">  Compressed [====================] 100%</w:t>
      </w:r>
    </w:p>
    <w:p>
      <w:pPr>
        <w:spacing w:after="0"/>
        <w:ind w:left="360"/>
        <w:shd w:val="clear" w:color="auto" w:fill="F2F2F2"/>
      </w:pPr>
      <w:r>
        <w:rPr>
          <w:rFonts w:ascii="Consolas" w:hAnsi="Consolas"/>
          <w:sz w:val="18"/>
        </w:rPr>
        <w:t xml:space="preserve">  Uploaded</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Build time: 27.27 seconds</w:t>
      </w:r>
    </w:p>
    <w:p>
      <w:pPr>
        <w:spacing w:after="0"/>
        <w:ind w:left="360"/>
        <w:shd w:val="clear" w:color="auto" w:fill="F2F2F2"/>
      </w:pPr>
      <w:r>
        <w:rPr>
          <w:rFonts w:ascii="Consolas" w:hAnsi="Consolas"/>
          <w:sz w:val="18"/>
        </w:rPr>
        <w:t>Deploy complete</w:t>
      </w:r>
    </w:p>
    <w:p>
      <w:pPr>
        <w:spacing w:after="40"/>
      </w:pPr>
    </w:p>
    <w:p>
      <w:pPr>
        <w:spacing w:after="80"/>
        <w:ind w:left="360"/>
      </w:pPr>
      <w:r>
        <w:t xml:space="preserve">8. </w:t>
      </w:r>
      <w:r>
        <w:rPr>
          <w:b w:val="0"/>
          <w:i w:val="0"/>
        </w:rPr>
        <w:t>Bạn sẽ thấy, nếu đang mở trình duyệt ở địa chỉ được trả về trước đó, rằng dự án đang được build và deploy:</w:t>
      </w:r>
    </w:p>
    <w:p>
      <w:pPr>
        <w:jc w:val="center"/>
      </w:pPr>
      <w:r>
        <w:drawing>
          <wp:inline xmlns:a="http://schemas.openxmlformats.org/drawingml/2006/main" xmlns:pic="http://schemas.openxmlformats.org/drawingml/2006/picture">
            <wp:extent cx="5486400" cy="3444949"/>
            <wp:docPr id="93" name="Picture 93"/>
            <wp:cNvGraphicFramePr>
              <a:graphicFrameLocks noChangeAspect="1"/>
            </wp:cNvGraphicFramePr>
            <a:graphic>
              <a:graphicData uri="http://schemas.openxmlformats.org/drawingml/2006/picture">
                <pic:pic>
                  <pic:nvPicPr>
                    <pic:cNvPr id="0" name="B36973_9_11.png"/>
                    <pic:cNvPicPr/>
                  </pic:nvPicPr>
                  <pic:blipFill>
                    <a:blip r:embed="rId95"/>
                    <a:stretch>
                      <a:fillRect/>
                    </a:stretch>
                  </pic:blipFill>
                  <pic:spPr>
                    <a:xfrm>
                      <a:off x="0" y="0"/>
                      <a:ext cx="5486400" cy="3444949"/>
                    </a:xfrm>
                    <a:prstGeom prst="rect"/>
                  </pic:spPr>
                </pic:pic>
              </a:graphicData>
            </a:graphic>
          </wp:inline>
        </w:drawing>
      </w:r>
    </w:p>
    <w:p>
      <w:pPr>
        <w:spacing w:after="160"/>
        <w:jc w:val="center"/>
      </w:pPr>
      <w:r>
        <w:rPr>
          <w:rFonts w:ascii="Calibri" w:hAnsi="Calibri"/>
          <w:b w:val="0"/>
          <w:i/>
          <w:sz w:val="19"/>
        </w:rPr>
        <w:t>Hình 9.11: Dự án đang được build trên Railway</w:t>
      </w:r>
    </w:p>
    <w:p>
      <w:pPr>
        <w:spacing w:after="80"/>
        <w:ind w:left="360"/>
      </w:pPr>
      <w:r>
        <w:t xml:space="preserve">9. </w:t>
      </w:r>
      <w:r>
        <w:rPr>
          <w:b w:val="0"/>
          <w:i w:val="0"/>
        </w:rPr>
        <w:t xml:space="preserve">Sau khi dự án được deploy, chúng ta cần cấp cho nó một URL có thể truy cập được. Vào </w:t>
      </w:r>
      <w:r>
        <w:rPr>
          <w:b/>
          <w:i w:val="0"/>
        </w:rPr>
        <w:t xml:space="preserve"> Settings </w:t>
      </w:r>
      <w:r>
        <w:rPr>
          <w:b w:val="0"/>
          <w:i w:val="0"/>
        </w:rPr>
        <w:t xml:space="preserve"> (bấm vào ô đó) -&gt; </w:t>
      </w:r>
      <w:r>
        <w:rPr>
          <w:b/>
          <w:i w:val="0"/>
        </w:rPr>
        <w:t xml:space="preserve"> Networking </w:t>
      </w:r>
      <w:r>
        <w:rPr>
          <w:b w:val="0"/>
          <w:i w:val="0"/>
        </w:rPr>
        <w:t xml:space="preserve"> , và tạo một domain:</w:t>
      </w:r>
    </w:p>
    <w:p>
      <w:pPr>
        <w:jc w:val="center"/>
      </w:pPr>
      <w:r>
        <w:drawing>
          <wp:inline xmlns:a="http://schemas.openxmlformats.org/drawingml/2006/main" xmlns:pic="http://schemas.openxmlformats.org/drawingml/2006/picture">
            <wp:extent cx="5486400" cy="2845354"/>
            <wp:docPr id="94" name="Picture 94"/>
            <wp:cNvGraphicFramePr>
              <a:graphicFrameLocks noChangeAspect="1"/>
            </wp:cNvGraphicFramePr>
            <a:graphic>
              <a:graphicData uri="http://schemas.openxmlformats.org/drawingml/2006/picture">
                <pic:pic>
                  <pic:nvPicPr>
                    <pic:cNvPr id="0" name="B36973_9_12.png"/>
                    <pic:cNvPicPr/>
                  </pic:nvPicPr>
                  <pic:blipFill>
                    <a:blip r:embed="rId96"/>
                    <a:stretch>
                      <a:fillRect/>
                    </a:stretch>
                  </pic:blipFill>
                  <pic:spPr>
                    <a:xfrm>
                      <a:off x="0" y="0"/>
                      <a:ext cx="5486400" cy="2845354"/>
                    </a:xfrm>
                    <a:prstGeom prst="rect"/>
                  </pic:spPr>
                </pic:pic>
              </a:graphicData>
            </a:graphic>
          </wp:inline>
        </w:drawing>
      </w:r>
    </w:p>
    <w:p>
      <w:pPr>
        <w:spacing w:after="160"/>
        <w:jc w:val="center"/>
      </w:pPr>
      <w:r>
        <w:rPr>
          <w:rFonts w:ascii="Calibri" w:hAnsi="Calibri"/>
          <w:b w:val="0"/>
          <w:i/>
          <w:sz w:val="19"/>
        </w:rPr>
        <w:t>Hình 9.12: Tạo một domain để cho phép liên hệ với dịch vụ</w:t>
      </w:r>
    </w:p>
    <w:p>
      <w:pPr>
        <w:spacing w:after="80"/>
        <w:ind w:left="360"/>
      </w:pPr>
      <w:r>
        <w:t xml:space="preserve">10. </w:t>
      </w:r>
      <w:r>
        <w:rPr>
          <w:b w:val="0"/>
          <w:i w:val="0"/>
        </w:rPr>
        <w:t xml:space="preserve">Xác minh rằng cổng được phát hiện đúng là cổng bạn đang dùng. Bạn sẽ thấy trong dòng lệnh của mình một log tương tự như thế này: Nghĩa là bạn đang phục vụ nội dung trên cổng 8080. </w:t>
      </w:r>
      <w:r>
        <w:rPr>
          <w:b w:val="0"/>
          <w:i/>
        </w:rPr>
        <w:t xml:space="preserve"> Hãy kiểm tra trong cấu hình networking của bạn rằng đây chính là cổng đang được phục vụ. </w:t>
      </w:r>
      <w:r>
        <w:rPr>
          <w:b w:val="0"/>
          <w:i w:val="0"/>
        </w:rPr>
        <w:t xml:space="preserve"> Nếu không phải, bạn có thể gặp lỗi 502 khi truy cập.</w:t>
      </w:r>
    </w:p>
    <w:p>
      <w:pPr>
        <w:jc w:val="center"/>
      </w:pPr>
      <w:r>
        <w:drawing>
          <wp:inline xmlns:a="http://schemas.openxmlformats.org/drawingml/2006/main" xmlns:pic="http://schemas.openxmlformats.org/drawingml/2006/picture">
            <wp:extent cx="5486400" cy="2659248"/>
            <wp:docPr id="95" name="Picture 95"/>
            <wp:cNvGraphicFramePr>
              <a:graphicFrameLocks noChangeAspect="1"/>
            </wp:cNvGraphicFramePr>
            <a:graphic>
              <a:graphicData uri="http://schemas.openxmlformats.org/drawingml/2006/picture">
                <pic:pic>
                  <pic:nvPicPr>
                    <pic:cNvPr id="0" name="B36973_9_13.png"/>
                    <pic:cNvPicPr/>
                  </pic:nvPicPr>
                  <pic:blipFill>
                    <a:blip r:embed="rId97"/>
                    <a:stretch>
                      <a:fillRect/>
                    </a:stretch>
                  </pic:blipFill>
                  <pic:spPr>
                    <a:xfrm>
                      <a:off x="0" y="0"/>
                      <a:ext cx="5486400" cy="2659248"/>
                    </a:xfrm>
                    <a:prstGeom prst="rect"/>
                  </pic:spPr>
                </pic:pic>
              </a:graphicData>
            </a:graphic>
          </wp:inline>
        </w:drawing>
      </w:r>
    </w:p>
    <w:p>
      <w:pPr>
        <w:spacing w:after="160"/>
        <w:jc w:val="center"/>
      </w:pPr>
      <w:r>
        <w:rPr>
          <w:rFonts w:ascii="Calibri" w:hAnsi="Calibri"/>
          <w:b w:val="0"/>
          <w:i/>
          <w:sz w:val="19"/>
        </w:rPr>
        <w:t>Hình 9.13: Cổng public networking</w:t>
      </w:r>
    </w:p>
    <w:p>
      <w:pPr>
        <w:spacing w:after="0"/>
        <w:ind w:left="360"/>
        <w:shd w:val="clear" w:color="auto" w:fill="F2F2F2"/>
      </w:pPr>
      <w:r>
        <w:rPr>
          <w:rFonts w:ascii="Consolas" w:hAnsi="Consolas"/>
          <w:sz w:val="18"/>
        </w:rPr>
        <w:t>[2026-02-19 18:18:19 +0100] [48976] [INFO] Starting gunicorn 25.1.0</w:t>
      </w:r>
    </w:p>
    <w:p>
      <w:pPr>
        <w:spacing w:after="0"/>
        <w:ind w:left="360"/>
        <w:shd w:val="clear" w:color="auto" w:fill="F2F2F2"/>
      </w:pPr>
      <w:r>
        <w:rPr>
          <w:rFonts w:ascii="Consolas" w:hAnsi="Consolas"/>
          <w:sz w:val="18"/>
        </w:rPr>
        <w:t>[2026-02-19 18:18:19 +0100] [48976] [INFO] Listening at: http://127.0.0.1:8080 (48976)</w:t>
      </w:r>
    </w:p>
    <w:p>
      <w:pPr>
        <w:spacing w:after="0"/>
        <w:ind w:left="360"/>
        <w:shd w:val="clear" w:color="auto" w:fill="F2F2F2"/>
      </w:pPr>
      <w:r>
        <w:rPr>
          <w:rFonts w:ascii="Consolas" w:hAnsi="Consolas"/>
          <w:sz w:val="18"/>
        </w:rPr>
        <w:t>[2026-02-19 18:18:19 +0100] [48976] [INFO] Using worker: sync</w:t>
      </w:r>
    </w:p>
    <w:p>
      <w:pPr>
        <w:spacing w:after="40"/>
      </w:pPr>
    </w:p>
    <w:p>
      <w:pPr>
        <w:spacing w:after="80"/>
        <w:ind w:left="360"/>
      </w:pPr>
      <w:r>
        <w:t xml:space="preserve">11. </w:t>
      </w:r>
      <w:r>
        <w:rPr>
          <w:b w:val="0"/>
          <w:i w:val="0"/>
        </w:rPr>
        <w:t>Bây giờ hãy truy cập URL public networking của bạn; bạn sẽ thấy thông báo. Bạn cũng có thể kiểm tra nó trong trình duyệt.</w:t>
      </w:r>
    </w:p>
    <w:p>
      <w:pPr>
        <w:spacing w:after="80"/>
      </w:pPr>
      <w:r>
        <w:rPr>
          <w:b w:val="0"/>
          <w:i w:val="0"/>
        </w:rPr>
        <w:t>Hãy kiểm tra xem dịch vụ có đang chạy và hoạt động tại URL webhook không. Lưu ý rằng nó được hiển thị dưới dạng đầu ra ở bước trước. Bạn cũng có thể kiểm tra nó trong trình duyệt:</w:t>
      </w:r>
    </w:p>
    <w:p>
      <w:pPr>
        <w:spacing w:after="0"/>
        <w:ind w:left="360"/>
        <w:shd w:val="clear" w:color="auto" w:fill="F2F2F2"/>
      </w:pPr>
      <w:r>
        <w:rPr>
          <w:rFonts w:ascii="Consolas" w:hAnsi="Consolas"/>
          <w:sz w:val="18"/>
        </w:rPr>
        <w:t>$ curl https://perfect-learning-production.up.railway.app</w:t>
      </w:r>
    </w:p>
    <w:p>
      <w:pPr>
        <w:spacing w:after="0"/>
        <w:ind w:left="360"/>
        <w:shd w:val="clear" w:color="auto" w:fill="F2F2F2"/>
      </w:pPr>
      <w:r>
        <w:rPr>
          <w:rFonts w:ascii="Consolas" w:hAnsi="Consolas"/>
          <w:sz w:val="18"/>
        </w:rPr>
        <w:t>All working!</w:t>
      </w:r>
    </w:p>
    <w:p>
      <w:pPr>
        <w:spacing w:after="40"/>
      </w:pPr>
    </w:p>
    <w:p>
      <w:pPr>
        <w:pStyle w:val="Heading3"/>
      </w:pPr>
      <w:r>
        <w:rPr>
          <w:rFonts w:ascii="Calibri" w:hAnsi="Calibri"/>
          <w:b/>
          <w:i w:val="0"/>
          <w:sz w:val="26"/>
        </w:rPr>
        <w:t>Cách thực hiện...</w:t>
      </w:r>
    </w:p>
    <w:p>
      <w:pPr>
        <w:spacing w:after="80"/>
        <w:ind w:left="360"/>
      </w:pPr>
      <w:r>
        <w:t xml:space="preserve">1. </w:t>
      </w:r>
      <w:r>
        <w:rPr>
          <w:b w:val="0"/>
          <w:i w:val="0"/>
        </w:rPr>
        <w:t xml:space="preserve">Truy cập Twilio và vào mục </w:t>
      </w:r>
      <w:r>
        <w:rPr>
          <w:b/>
          <w:i w:val="0"/>
        </w:rPr>
        <w:t xml:space="preserve"> Phone Numbers </w:t>
      </w:r>
      <w:r>
        <w:rPr>
          <w:b w:val="0"/>
          <w:i w:val="0"/>
        </w:rPr>
        <w:t xml:space="preserve"> rồi </w:t>
      </w:r>
      <w:r>
        <w:rPr>
          <w:b/>
          <w:i w:val="0"/>
        </w:rPr>
        <w:t xml:space="preserve"> Manage </w:t>
      </w:r>
      <w:r>
        <w:rPr>
          <w:b w:val="0"/>
          <w:i w:val="0"/>
        </w:rPr>
        <w:t xml:space="preserve"> -&gt; </w:t>
      </w:r>
      <w:r>
        <w:rPr>
          <w:b/>
          <w:i w:val="0"/>
        </w:rPr>
        <w:t xml:space="preserve"> Active numbers </w:t>
      </w:r>
      <w:r>
        <w:rPr>
          <w:b w:val="0"/>
          <w:i w:val="0"/>
        </w:rPr>
        <w:t xml:space="preserve"> bên trong đó. Vào cấu hình </w:t>
      </w:r>
      <w:r>
        <w:rPr>
          <w:b/>
          <w:i w:val="0"/>
        </w:rPr>
        <w:t xml:space="preserve"> Messaging Service </w:t>
      </w:r>
      <w:r>
        <w:rPr>
          <w:b w:val="0"/>
          <w:i w:val="0"/>
        </w:rPr>
        <w:t xml:space="preserve"> để thiết lập URL webhook. Webhook phải là URL của bạn như trên, cộng thêm đường dẫn </w:t>
      </w:r>
      <w:r>
        <w:rPr>
          <w:rFonts w:ascii="Consolas" w:hAnsi="Consolas"/>
          <w:b w:val="0"/>
          <w:i w:val="0"/>
          <w:sz w:val="20"/>
        </w:rPr>
        <w:br/>
        <w:br/>
        <w:t xml:space="preserve">       /sms</w:t>
        <w:br/>
        <w:t xml:space="preserve">      </w:t>
        <w:br/>
      </w:r>
      <w:r>
        <w:rPr>
          <w:b w:val="0"/>
          <w:i w:val="0"/>
        </w:rPr>
        <w:t xml:space="preserve"> . Nhấp vào </w:t>
      </w:r>
      <w:r>
        <w:rPr>
          <w:b/>
          <w:i w:val="0"/>
        </w:rPr>
        <w:t xml:space="preserve"> Save configuration </w:t>
      </w:r>
      <w:r>
        <w:rPr>
          <w:b w:val="0"/>
          <w:i w:val="0"/>
        </w:rPr>
        <w:t xml:space="preserve"> :</w:t>
      </w:r>
    </w:p>
    <w:p>
      <w:pPr>
        <w:jc w:val="center"/>
      </w:pPr>
      <w:r>
        <w:drawing>
          <wp:inline xmlns:a="http://schemas.openxmlformats.org/drawingml/2006/main" xmlns:pic="http://schemas.openxmlformats.org/drawingml/2006/picture">
            <wp:extent cx="5486400" cy="3208341"/>
            <wp:docPr id="96" name="Picture 96"/>
            <wp:cNvGraphicFramePr>
              <a:graphicFrameLocks noChangeAspect="1"/>
            </wp:cNvGraphicFramePr>
            <a:graphic>
              <a:graphicData uri="http://schemas.openxmlformats.org/drawingml/2006/picture">
                <pic:pic>
                  <pic:nvPicPr>
                    <pic:cNvPr id="0" name="B36973_9_14.png"/>
                    <pic:cNvPicPr/>
                  </pic:nvPicPr>
                  <pic:blipFill>
                    <a:blip r:embed="rId98"/>
                    <a:stretch>
                      <a:fillRect/>
                    </a:stretch>
                  </pic:blipFill>
                  <pic:spPr>
                    <a:xfrm>
                      <a:off x="0" y="0"/>
                      <a:ext cx="5486400" cy="3208341"/>
                    </a:xfrm>
                    <a:prstGeom prst="rect"/>
                  </pic:spPr>
                </pic:pic>
              </a:graphicData>
            </a:graphic>
          </wp:inline>
        </w:drawing>
      </w:r>
    </w:p>
    <w:p>
      <w:pPr>
        <w:spacing w:after="160"/>
        <w:jc w:val="center"/>
      </w:pPr>
      <w:r>
        <w:rPr>
          <w:rFonts w:ascii="Calibri" w:hAnsi="Calibri"/>
          <w:b w:val="0"/>
          <w:i/>
          <w:sz w:val="19"/>
        </w:rPr>
        <w:t>Hình 9.14: Cấu hình số điện thoại trong Twilio</w:t>
      </w:r>
    </w:p>
    <w:p>
      <w:pPr>
        <w:spacing w:after="80"/>
        <w:ind w:left="360"/>
      </w:pPr>
      <w:r>
        <w:t xml:space="preserve">2. </w:t>
      </w:r>
      <w:r>
        <w:rPr>
          <w:b w:val="0"/>
          <w:i w:val="0"/>
        </w:rPr>
        <w:t>Dịch vụ hiện đã chạy và hoạt động, có thể sử dụng được. Hãy gửi một tin nhắn SMS đến số điện thoại Twilio của bạn; bạn sẽ nhận được phản hồi tự động:</w:t>
      </w:r>
    </w:p>
    <w:p>
      <w:pPr>
        <w:jc w:val="center"/>
      </w:pPr>
      <w:r>
        <w:drawing>
          <wp:inline xmlns:a="http://schemas.openxmlformats.org/drawingml/2006/main" xmlns:pic="http://schemas.openxmlformats.org/drawingml/2006/picture">
            <wp:extent cx="3786865" cy="8229599"/>
            <wp:docPr id="97" name="Picture 97"/>
            <wp:cNvGraphicFramePr>
              <a:graphicFrameLocks noChangeAspect="1"/>
            </wp:cNvGraphicFramePr>
            <a:graphic>
              <a:graphicData uri="http://schemas.openxmlformats.org/drawingml/2006/picture">
                <pic:pic>
                  <pic:nvPicPr>
                    <pic:cNvPr id="0" name="B36973_9_15.png"/>
                    <pic:cNvPicPr/>
                  </pic:nvPicPr>
                  <pic:blipFill>
                    <a:blip r:embed="rId99"/>
                    <a:stretch>
                      <a:fillRect/>
                    </a:stretch>
                  </pic:blipFill>
                  <pic:spPr>
                    <a:xfrm>
                      <a:off x="0" y="0"/>
                      <a:ext cx="3786865" cy="8229599"/>
                    </a:xfrm>
                    <a:prstGeom prst="rect"/>
                  </pic:spPr>
                </pic:pic>
              </a:graphicData>
            </a:graphic>
          </wp:inline>
        </w:drawing>
      </w:r>
    </w:p>
    <w:p>
      <w:pPr>
        <w:spacing w:after="160"/>
        <w:jc w:val="center"/>
      </w:pPr>
      <w:r>
        <w:rPr>
          <w:rFonts w:ascii="Calibri" w:hAnsi="Calibri"/>
          <w:b w:val="0"/>
          <w:i/>
          <w:sz w:val="19"/>
        </w:rPr>
        <w:t>Hình 9.15: SMS từ tài khoản dùng thử Twilio</w:t>
      </w:r>
    </w:p>
    <w:p>
      <w:pPr>
        <w:spacing w:after="80"/>
      </w:pPr>
      <w:r>
        <w:rPr>
          <w:b w:val="0"/>
          <w:i w:val="0"/>
        </w:rPr>
        <w:t>Lưu ý những phần bị che khuất nên được thay bằng thông tin của bạn.</w:t>
      </w:r>
    </w:p>
    <w:p>
      <w:pPr>
        <w:spacing w:after="80"/>
      </w:pPr>
      <w:r>
        <w:rPr>
          <w:b/>
          <w:i w:val="0"/>
        </w:rPr>
        <w:t>Lưu ý</w:t>
      </w:r>
    </w:p>
    <w:p>
      <w:pPr>
        <w:spacing w:after="80"/>
      </w:pPr>
      <w:r>
        <w:rPr>
          <w:b w:val="0"/>
          <w:i w:val="0"/>
        </w:rPr>
        <w:t>Nếu bạn có tài khoản dùng thử, bạn chỉ có thể gửi tin nhắn trở lại một trong các số điện thoại đã được ủy quyền của mình, vì vậy bạn sẽ cần gửi tin nhắn từ chúng.</w:t>
      </w:r>
    </w:p>
    <w:p>
      <w:pPr>
        <w:pStyle w:val="Heading3"/>
      </w:pPr>
      <w:r>
        <w:rPr>
          <w:rFonts w:ascii="Calibri" w:hAnsi="Calibri"/>
          <w:b/>
          <w:i w:val="0"/>
          <w:sz w:val="26"/>
        </w:rPr>
        <w:t>Cách nó hoạt động...</w:t>
      </w:r>
    </w:p>
    <w:p>
      <w:pPr>
        <w:spacing w:after="80"/>
      </w:pPr>
      <w:r>
        <w:rPr>
          <w:b w:val="0"/>
          <w:i/>
        </w:rPr>
        <w:t xml:space="preserve"> Bước 1 </w:t>
      </w:r>
      <w:r>
        <w:rPr>
          <w:b w:val="0"/>
          <w:i w:val="0"/>
        </w:rPr>
        <w:t xml:space="preserve"> thiết lập webhook, để Twilio gọi ứng dụng Railway của bạn khi nó nhận được SMS trên đường dây điện thoại.</w:t>
      </w:r>
    </w:p>
    <w:p>
      <w:pPr>
        <w:spacing w:after="80"/>
      </w:pPr>
      <w:r>
        <w:rPr>
          <w:b w:val="0"/>
          <w:i w:val="0"/>
        </w:rPr>
        <w:t xml:space="preserve">Hãy cùng xem đoạn mã trong </w:t>
      </w:r>
      <w:r>
        <w:rPr>
          <w:rFonts w:ascii="Consolas" w:hAnsi="Consolas"/>
          <w:b w:val="0"/>
          <w:i w:val="0"/>
          <w:sz w:val="20"/>
        </w:rPr>
        <w:br/>
        <w:br/>
        <w:t xml:space="preserve">      main.py</w:t>
        <w:br/>
        <w:t xml:space="preserve">     </w:t>
        <w:br/>
      </w:r>
      <w:r>
        <w:rPr>
          <w:b w:val="0"/>
          <w:i w:val="0"/>
        </w:rPr>
        <w:t xml:space="preserve"> để hiểu cách nó hoạt động. Đây là đoạn mã, đã được chỉnh sửa cho rõ ràng; xem toàn bộ tệp tại </w:t>
      </w:r>
      <w:r>
        <w:rPr>
          <w:rFonts w:ascii="Consolas" w:hAnsi="Consolas"/>
          <w:b w:val="0"/>
          <w:i w:val="0"/>
          <w:sz w:val="20"/>
        </w:rPr>
        <w:br/>
        <w:br/>
        <w:t xml:space="preserve">       https://github.com/PacktPublishing/Python-Automation-Cookbook-Third-Edition/blob/main/ch09/railway/main.py</w:t>
        <w:br/>
        <w:t xml:space="preserve">      </w:t>
        <w:br/>
      </w:r>
      <w:r>
        <w:rPr>
          <w:b w:val="0"/>
          <w:i w:val="0"/>
        </w:rPr>
        <w:t xml:space="preserve"> :</w:t>
      </w:r>
    </w:p>
    <w:p>
      <w:pPr>
        <w:spacing w:after="0"/>
        <w:ind w:left="360"/>
        <w:shd w:val="clear" w:color="auto" w:fill="F2F2F2"/>
      </w:pPr>
      <w:r>
        <w:rPr>
          <w:rFonts w:ascii="Consolas" w:hAnsi="Consolas"/>
          <w:sz w:val="18"/>
        </w:rPr>
        <w:t>from flask import Flask, request</w:t>
      </w:r>
    </w:p>
    <w:p>
      <w:pPr>
        <w:spacing w:after="0"/>
        <w:ind w:left="360"/>
        <w:shd w:val="clear" w:color="auto" w:fill="F2F2F2"/>
      </w:pPr>
      <w:r>
        <w:rPr>
          <w:rFonts w:ascii="Consolas" w:hAnsi="Consolas"/>
          <w:sz w:val="18"/>
        </w:rPr>
        <w:t>from twilio.twiml.messaging_response import MessagingResponse</w:t>
      </w:r>
    </w:p>
    <w:p>
      <w:pPr>
        <w:spacing w:after="0"/>
        <w:ind w:left="360"/>
        <w:shd w:val="clear" w:color="auto" w:fill="F2F2F2"/>
      </w:pPr>
      <w:r>
        <w:rPr>
          <w:rFonts w:ascii="Consolas" w:hAnsi="Consolas"/>
          <w:sz w:val="18"/>
        </w:rPr>
        <w:t>app = Flask(__name__)</w:t>
      </w:r>
    </w:p>
    <w:p>
      <w:pPr>
        <w:spacing w:after="0"/>
        <w:ind w:left="360"/>
        <w:shd w:val="clear" w:color="auto" w:fill="F2F2F2"/>
      </w:pPr>
      <w:r>
        <w:rPr>
          <w:rFonts w:ascii="Consolas" w:hAnsi="Consolas"/>
          <w:sz w:val="18"/>
        </w:rPr>
        <w:t>@app.route('/')</w:t>
      </w:r>
    </w:p>
    <w:p>
      <w:pPr>
        <w:spacing w:after="0"/>
        <w:ind w:left="360"/>
        <w:shd w:val="clear" w:color="auto" w:fill="F2F2F2"/>
      </w:pPr>
      <w:r>
        <w:rPr>
          <w:rFonts w:ascii="Consolas" w:hAnsi="Consolas"/>
          <w:sz w:val="18"/>
        </w:rPr>
        <w:t>def homepage():</w:t>
      </w:r>
    </w:p>
    <w:p>
      <w:pPr>
        <w:spacing w:after="0"/>
        <w:ind w:left="360"/>
        <w:shd w:val="clear" w:color="auto" w:fill="F2F2F2"/>
      </w:pPr>
      <w:r>
        <w:rPr>
          <w:rFonts w:ascii="Consolas" w:hAnsi="Consolas"/>
          <w:sz w:val="18"/>
        </w:rPr>
        <w:t xml:space="preserve">    return 'All working!'</w:t>
      </w:r>
    </w:p>
    <w:p>
      <w:pPr>
        <w:spacing w:after="0"/>
        <w:ind w:left="360"/>
        <w:shd w:val="clear" w:color="auto" w:fill="F2F2F2"/>
      </w:pPr>
      <w:r>
        <w:rPr>
          <w:rFonts w:ascii="Consolas" w:hAnsi="Consolas"/>
          <w:sz w:val="18"/>
        </w:rPr>
        <w:t>@app.route("/sms", methods=['GET', 'POST'])</w:t>
      </w:r>
    </w:p>
    <w:p>
      <w:pPr>
        <w:spacing w:after="0"/>
        <w:ind w:left="360"/>
        <w:shd w:val="clear" w:color="auto" w:fill="F2F2F2"/>
      </w:pPr>
      <w:r>
        <w:rPr>
          <w:rFonts w:ascii="Consolas" w:hAnsi="Consolas"/>
          <w:sz w:val="18"/>
        </w:rPr>
        <w:t>def sms_reply():</w:t>
      </w:r>
    </w:p>
    <w:p>
      <w:pPr>
        <w:spacing w:after="0"/>
        <w:ind w:left="360"/>
        <w:shd w:val="clear" w:color="auto" w:fill="F2F2F2"/>
      </w:pPr>
      <w:r>
        <w:rPr>
          <w:rFonts w:ascii="Consolas" w:hAnsi="Consolas"/>
          <w:sz w:val="18"/>
        </w:rPr>
        <w:t xml:space="preserve">    from_number = request.form['From']</w:t>
      </w:r>
    </w:p>
    <w:p>
      <w:pPr>
        <w:spacing w:after="0"/>
        <w:ind w:left="360"/>
        <w:shd w:val="clear" w:color="auto" w:fill="F2F2F2"/>
      </w:pPr>
      <w:r>
        <w:rPr>
          <w:rFonts w:ascii="Consolas" w:hAnsi="Consolas"/>
          <w:sz w:val="18"/>
        </w:rPr>
        <w:t xml:space="preserve">    body = request.form['Body']</w:t>
      </w:r>
    </w:p>
    <w:p>
      <w:pPr>
        <w:spacing w:after="0"/>
        <w:ind w:left="360"/>
        <w:shd w:val="clear" w:color="auto" w:fill="F2F2F2"/>
      </w:pPr>
      <w:r>
        <w:rPr>
          <w:rFonts w:ascii="Consolas" w:hAnsi="Consolas"/>
          <w:sz w:val="18"/>
        </w:rPr>
        <w:t xml:space="preserve">    resp = MessagingResponse()</w:t>
      </w:r>
    </w:p>
    <w:p>
      <w:pPr>
        <w:spacing w:after="0"/>
        <w:ind w:left="360"/>
        <w:shd w:val="clear" w:color="auto" w:fill="F2F2F2"/>
      </w:pPr>
      <w:r>
        <w:rPr>
          <w:rFonts w:ascii="Consolas" w:hAnsi="Consolas"/>
          <w:sz w:val="18"/>
        </w:rPr>
        <w:t xml:space="preserve">    msg = (f'Awwwww! Thanks so much for your message {from_number}, '</w:t>
      </w:r>
    </w:p>
    <w:p>
      <w:pPr>
        <w:spacing w:after="0"/>
        <w:ind w:left="360"/>
        <w:shd w:val="clear" w:color="auto" w:fill="F2F2F2"/>
      </w:pPr>
      <w:r>
        <w:rPr>
          <w:rFonts w:ascii="Consolas" w:hAnsi="Consolas"/>
          <w:sz w:val="18"/>
        </w:rPr>
        <w:t>f'"{body}" to you too.')</w:t>
      </w:r>
    </w:p>
    <w:p>
      <w:pPr>
        <w:spacing w:after="0"/>
        <w:ind w:left="360"/>
        <w:shd w:val="clear" w:color="auto" w:fill="F2F2F2"/>
      </w:pPr>
      <w:r>
        <w:rPr>
          <w:rFonts w:ascii="Consolas" w:hAnsi="Consolas"/>
          <w:sz w:val="18"/>
        </w:rPr>
        <w:t xml:space="preserve">    resp.message(msg)</w:t>
      </w:r>
    </w:p>
    <w:p>
      <w:pPr>
        <w:spacing w:after="0"/>
        <w:ind w:left="360"/>
        <w:shd w:val="clear" w:color="auto" w:fill="F2F2F2"/>
      </w:pPr>
      <w:r>
        <w:rPr>
          <w:rFonts w:ascii="Consolas" w:hAnsi="Consolas"/>
          <w:sz w:val="18"/>
        </w:rPr>
        <w:t xml:space="preserve">    return str(resp)</w:t>
      </w:r>
    </w:p>
    <w:p>
      <w:pPr>
        <w:spacing w:after="0"/>
        <w:ind w:left="360"/>
        <w:shd w:val="clear" w:color="auto" w:fill="F2F2F2"/>
      </w:pPr>
      <w:r>
        <w:rPr>
          <w:rFonts w:ascii="Consolas" w:hAnsi="Consolas"/>
          <w:sz w:val="18"/>
        </w:rPr>
        <w:t>if __name__ == '__main__':</w:t>
      </w:r>
    </w:p>
    <w:p>
      <w:pPr>
        <w:spacing w:after="0"/>
        <w:ind w:left="360"/>
        <w:shd w:val="clear" w:color="auto" w:fill="F2F2F2"/>
      </w:pPr>
      <w:r>
        <w:rPr>
          <w:rFonts w:ascii="Consolas" w:hAnsi="Consolas"/>
          <w:sz w:val="18"/>
        </w:rPr>
        <w:t xml:space="preserve">    app.run()</w:t>
      </w:r>
    </w:p>
    <w:p>
      <w:pPr>
        <w:spacing w:after="40"/>
      </w:pPr>
    </w:p>
    <w:p>
      <w:pPr>
        <w:spacing w:after="80"/>
      </w:pPr>
      <w:r>
        <w:rPr>
          <w:rFonts w:ascii="Consolas" w:hAnsi="Consolas"/>
          <w:b w:val="0"/>
          <w:i w:val="0"/>
          <w:sz w:val="20"/>
        </w:rPr>
        <w:br/>
        <w:br/>
        <w:t xml:space="preserve">      main.py</w:t>
        <w:br/>
        <w:t xml:space="preserve">     </w:t>
        <w:br/>
      </w:r>
      <w:r>
        <w:rPr>
          <w:b w:val="0"/>
          <w:i w:val="0"/>
        </w:rPr>
        <w:t xml:space="preserve"> có thể được chia thành ba phần:</w:t>
      </w:r>
    </w:p>
    <w:p>
      <w:pPr>
        <w:spacing w:after="80"/>
        <w:ind w:left="360"/>
      </w:pPr>
      <w:r>
        <w:t xml:space="preserve">• </w:t>
      </w:r>
      <w:r>
        <w:rPr>
          <w:b w:val="0"/>
          <w:i w:val="0"/>
        </w:rPr>
        <w:t>Các câu lệnh import Python ở đầu tệp và khởi động ứng dụng Flask ở cuối, chỉ đơn giản là thiết lập Flask</w:t>
      </w:r>
    </w:p>
    <w:p>
      <w:pPr>
        <w:spacing w:after="80"/>
        <w:ind w:left="360"/>
      </w:pPr>
      <w:r>
        <w:t xml:space="preserve">• </w:t>
      </w:r>
      <w:r>
        <w:rPr>
          <w:b w:val="0"/>
          <w:i w:val="0"/>
        </w:rPr>
        <w:t xml:space="preserve">Hàm </w:t>
      </w:r>
      <w:r>
        <w:rPr>
          <w:rFonts w:ascii="Consolas" w:hAnsi="Consolas"/>
          <w:b w:val="0"/>
          <w:i w:val="0"/>
          <w:sz w:val="20"/>
        </w:rPr>
        <w:br/>
        <w:br/>
        <w:t xml:space="preserve">       homepage</w:t>
        <w:br/>
        <w:t xml:space="preserve">      </w:t>
        <w:br/>
      </w:r>
      <w:r>
        <w:rPr>
          <w:b w:val="0"/>
          <w:i w:val="0"/>
        </w:rPr>
        <w:t xml:space="preserve"> , được cấu hình để phục vụ tại </w:t>
      </w:r>
      <w:r>
        <w:rPr>
          <w:rFonts w:ascii="Consolas" w:hAnsi="Consolas"/>
          <w:b w:val="0"/>
          <w:i w:val="0"/>
          <w:sz w:val="20"/>
        </w:rPr>
        <w:br/>
        <w:br/>
        <w:t xml:space="preserve">       /</w:t>
        <w:br/>
        <w:t xml:space="preserve">      </w:t>
        <w:br/>
      </w:r>
      <w:r>
        <w:rPr>
          <w:b w:val="0"/>
          <w:i w:val="0"/>
        </w:rPr>
        <w:t xml:space="preserve"> , được tạo ra để kiểm tra rằng máy chủ đang hoạt động</w:t>
      </w:r>
    </w:p>
    <w:p>
      <w:pPr>
        <w:spacing w:after="80"/>
        <w:ind w:left="360"/>
      </w:pPr>
      <w:r>
        <w:t xml:space="preserve">• </w:t>
      </w:r>
      <w:r>
        <w:rPr>
          <w:rFonts w:ascii="Consolas" w:hAnsi="Consolas"/>
          <w:b w:val="0"/>
          <w:i w:val="0"/>
          <w:sz w:val="20"/>
        </w:rPr>
        <w:br/>
        <w:br/>
        <w:t xml:space="preserve">       sms_reply</w:t>
        <w:br/>
        <w:t xml:space="preserve">      </w:t>
        <w:br/>
      </w:r>
      <w:r>
        <w:rPr>
          <w:b w:val="0"/>
          <w:i w:val="0"/>
        </w:rPr>
        <w:t xml:space="preserve"> , nơi điều kỳ diệu xảy ra</w:t>
      </w:r>
    </w:p>
    <w:p>
      <w:pPr>
        <w:spacing w:after="80"/>
      </w:pPr>
      <w:r>
        <w:rPr>
          <w:b w:val="0"/>
          <w:i w:val="0"/>
        </w:rPr>
        <w:t xml:space="preserve">Hàm </w:t>
      </w:r>
      <w:r>
        <w:rPr>
          <w:rFonts w:ascii="Consolas" w:hAnsi="Consolas"/>
          <w:b w:val="0"/>
          <w:i w:val="0"/>
          <w:sz w:val="20"/>
        </w:rPr>
        <w:br/>
        <w:br/>
        <w:t xml:space="preserve">      sms_reply</w:t>
        <w:br/>
        <w:t xml:space="preserve">     </w:t>
        <w:br/>
      </w:r>
      <w:r>
        <w:rPr>
          <w:b w:val="0"/>
          <w:i w:val="0"/>
        </w:rPr>
        <w:t xml:space="preserve"> lấy số điện thoại gửi SMS, cũng như nội dung tin nhắn, từ từ điển </w:t>
      </w:r>
      <w:r>
        <w:rPr>
          <w:rFonts w:ascii="Consolas" w:hAnsi="Consolas"/>
          <w:b w:val="0"/>
          <w:i w:val="0"/>
          <w:sz w:val="20"/>
        </w:rPr>
        <w:br/>
        <w:br/>
        <w:t xml:space="preserve">      request.form</w:t>
        <w:br/>
        <w:t xml:space="preserve">     </w:t>
        <w:br/>
      </w:r>
      <w:r>
        <w:rPr>
          <w:b w:val="0"/>
          <w:i w:val="0"/>
        </w:rPr>
        <w:t xml:space="preserve">. Sau đó, soạn một phản hồi trong </w:t>
      </w:r>
      <w:r>
        <w:rPr>
          <w:rFonts w:ascii="Consolas" w:hAnsi="Consolas"/>
          <w:b w:val="0"/>
          <w:i w:val="0"/>
          <w:sz w:val="20"/>
        </w:rPr>
        <w:br/>
        <w:br/>
        <w:t xml:space="preserve">      msg</w:t>
        <w:br/>
        <w:t xml:space="preserve">     </w:t>
        <w:br/>
      </w:r>
      <w:r>
        <w:rPr>
          <w:b w:val="0"/>
          <w:i w:val="0"/>
        </w:rPr>
        <w:t xml:space="preserve">, gắn nó vào một </w:t>
      </w:r>
      <w:r>
        <w:rPr>
          <w:rFonts w:ascii="Consolas" w:hAnsi="Consolas"/>
          <w:b w:val="0"/>
          <w:i w:val="0"/>
          <w:sz w:val="20"/>
        </w:rPr>
        <w:br/>
        <w:br/>
        <w:t xml:space="preserve">      MessagingResponse</w:t>
        <w:br/>
        <w:t xml:space="preserve">     </w:t>
        <w:br/>
      </w:r>
      <w:r>
        <w:rPr>
          <w:b w:val="0"/>
          <w:i w:val="0"/>
        </w:rPr>
        <w:t xml:space="preserve"> mới, và trả về.</w:t>
      </w:r>
    </w:p>
    <w:p>
      <w:pPr>
        <w:spacing w:after="80"/>
      </w:pPr>
      <w:r>
        <w:rPr>
          <w:b/>
          <w:i w:val="0"/>
        </w:rPr>
        <w:t>Mẹo</w:t>
      </w:r>
    </w:p>
    <w:p>
      <w:pPr>
        <w:spacing w:after="80"/>
      </w:pPr>
      <w:r>
        <w:rPr>
          <w:b w:val="0"/>
          <w:i w:val="0"/>
        </w:rPr>
        <w:t xml:space="preserve">Chúng ta đang dùng toàn bộ tin nhắn từ người dùng, nhưng hãy nhớ tất cả các kỹ thuật phân tích văn bản đã đề cập trong </w:t>
      </w:r>
      <w:r>
        <w:rPr>
          <w:b w:val="0"/>
          <w:i/>
        </w:rPr>
        <w:t xml:space="preserve"> Chương 1 </w:t>
      </w:r>
      <w:r>
        <w:rPr>
          <w:b w:val="0"/>
          <w:i w:val="0"/>
        </w:rPr>
        <w:t xml:space="preserve">, </w:t>
      </w:r>
      <w:r>
        <w:rPr>
          <w:b w:val="0"/>
          <w:i/>
        </w:rPr>
        <w:t xml:space="preserve"> Hãy bắt đầu hành trình tự động hóa của chúng ta </w:t>
      </w:r>
      <w:r>
        <w:rPr>
          <w:b w:val="0"/>
          <w:i w:val="0"/>
        </w:rPr>
        <w:t>. Tất cả đều có thể áp dụng ở đây để phát hiện các hành động được định trước hoặc thực hiện bất kỳ xử lý văn bản nào khác.</w:t>
      </w:r>
    </w:p>
    <w:p>
      <w:pPr>
        <w:spacing w:after="80"/>
      </w:pPr>
      <w:r>
        <w:rPr>
          <w:b w:val="0"/>
          <w:i w:val="0"/>
        </w:rPr>
        <w:t xml:space="preserve">Với GenAI, chúng ta có thể hiểu và tạo ra những phản hồi tốt hơn bao giờ hết! Xem </w:t>
      </w:r>
      <w:r>
        <w:rPr>
          <w:b w:val="0"/>
          <w:i/>
        </w:rPr>
        <w:t xml:space="preserve"> Chương 11 </w:t>
      </w:r>
      <w:r>
        <w:rPr>
          <w:b w:val="0"/>
          <w:i w:val="0"/>
        </w:rPr>
        <w:t xml:space="preserve"> để biết thêm thông tin về các kỹ thuật.</w:t>
      </w:r>
    </w:p>
    <w:p>
      <w:pPr>
        <w:spacing w:after="80"/>
      </w:pPr>
      <w:r>
        <w:rPr>
          <w:b w:val="0"/>
          <w:i w:val="0"/>
        </w:rPr>
        <w:t xml:space="preserve">Giá trị được trả về sẽ được Twilio gửi lại cho người gửi, tạo ra kết quả như thấy trong </w:t>
      </w:r>
      <w:r>
        <w:rPr>
          <w:b w:val="0"/>
          <w:i/>
        </w:rPr>
        <w:t xml:space="preserve"> bước 2 </w:t>
      </w:r>
      <w:r>
        <w:rPr>
          <w:b w:val="0"/>
          <w:i w:val="0"/>
        </w:rPr>
        <w:t>.</w:t>
      </w:r>
    </w:p>
    <w:p>
      <w:pPr>
        <w:pStyle w:val="Heading3"/>
      </w:pPr>
      <w:r>
        <w:rPr>
          <w:rFonts w:ascii="Calibri" w:hAnsi="Calibri"/>
          <w:b/>
          <w:i w:val="0"/>
          <w:sz w:val="26"/>
        </w:rPr>
        <w:t>Còn nhiều thứ khác nữa...</w:t>
      </w:r>
    </w:p>
    <w:p>
      <w:pPr>
        <w:spacing w:after="80"/>
      </w:pPr>
      <w:r>
        <w:rPr>
          <w:b w:val="0"/>
          <w:i w:val="0"/>
        </w:rPr>
        <w:t xml:space="preserve">Để có thể tạo ra các cuộc hội thoại tự động, trạng thái của cuộc hội thoại cần được lưu trữ. Với những trường hợp đơn giản, lưu thông tin trong </w:t>
      </w:r>
      <w:r>
        <w:rPr>
          <w:rFonts w:ascii="Consolas" w:hAnsi="Consolas"/>
          <w:b w:val="0"/>
          <w:i w:val="0"/>
          <w:sz w:val="20"/>
        </w:rPr>
        <w:br/>
        <w:br/>
        <w:t xml:space="preserve">      session</w:t>
        <w:br/>
        <w:t xml:space="preserve">     </w:t>
        <w:br/>
      </w:r>
      <w:r>
        <w:rPr>
          <w:b w:val="0"/>
          <w:i w:val="0"/>
        </w:rPr>
        <w:t xml:space="preserve"> có thể là đủ. </w:t>
      </w:r>
      <w:r>
        <w:rPr>
          <w:rFonts w:ascii="Consolas" w:hAnsi="Consolas"/>
          <w:b w:val="0"/>
          <w:i w:val="0"/>
          <w:sz w:val="20"/>
        </w:rPr>
        <w:br/>
        <w:br/>
        <w:t xml:space="preserve">      session</w:t>
        <w:br/>
        <w:t xml:space="preserve">     </w:t>
        <w:br/>
      </w:r>
      <w:r>
        <w:rPr>
          <w:b w:val="0"/>
          <w:i w:val="0"/>
        </w:rPr>
        <w:t xml:space="preserve"> có thể lưu thông tin trong cookie, tồn tại bền vững giữa cùng một tổ hợp </w:t>
      </w:r>
      <w:r>
        <w:rPr>
          <w:b w:val="0"/>
          <w:i/>
        </w:rPr>
        <w:t xml:space="preserve"> đến </w:t>
      </w:r>
      <w:r>
        <w:rPr>
          <w:b w:val="0"/>
          <w:i w:val="0"/>
        </w:rPr>
        <w:t xml:space="preserve"> và </w:t>
      </w:r>
      <w:r>
        <w:rPr>
          <w:b w:val="0"/>
          <w:i/>
        </w:rPr>
        <w:t xml:space="preserve"> từ </w:t>
      </w:r>
      <w:r>
        <w:rPr>
          <w:b w:val="0"/>
          <w:i w:val="0"/>
        </w:rPr>
        <w:t xml:space="preserve"> số điện thoại, cho phép bạn truy xuất nó giữa các tin nhắn.</w:t>
      </w:r>
    </w:p>
    <w:p>
      <w:pPr>
        <w:spacing w:after="80"/>
      </w:pPr>
      <w:r>
        <w:rPr>
          <w:b/>
          <w:i w:val="0"/>
        </w:rPr>
        <w:t>Mẹo</w:t>
      </w:r>
    </w:p>
    <w:p>
      <w:pPr>
        <w:spacing w:after="80"/>
      </w:pPr>
      <w:r>
        <w:rPr>
          <w:b w:val="0"/>
          <w:i w:val="0"/>
        </w:rPr>
        <w:t xml:space="preserve">Nếu cuộc hội thoại phức tạp hơn, có thể cần lưu trạng thái của cuộc hội thoại trong cơ sở dữ liệu và tạo ra một luồng hội thoại với các trạng thái khác nhau mà cuộc hội thoại có thể có. Xem </w:t>
      </w:r>
      <w:r>
        <w:rPr>
          <w:b w:val="0"/>
          <w:i/>
        </w:rPr>
        <w:t xml:space="preserve"> Chương 11 </w:t>
      </w:r>
      <w:r>
        <w:rPr>
          <w:b w:val="0"/>
          <w:i w:val="0"/>
        </w:rPr>
        <w:t xml:space="preserve"> và các phần sau về cách sử dụng các mô hình AI để tạo ra những cuộc hội thoại phức tạp hơn. Nếu bạn đi theo hướng đó, bạn sẽ cần lưu trữ ngữ cảnh.</w:t>
      </w:r>
    </w:p>
    <w:p>
      <w:pPr>
        <w:spacing w:after="80"/>
      </w:pPr>
      <w:r>
        <w:rPr>
          <w:b w:val="0"/>
          <w:i w:val="0"/>
        </w:rPr>
        <w:t>Ví dụ, sửa đổi này sẽ trả về không chỉ nội dung vừa gửi, mà cả nội dung trước đó nữa. Chỉ những phần liên quan được đưa vào:</w:t>
      </w:r>
    </w:p>
    <w:p>
      <w:pPr>
        <w:spacing w:after="0"/>
        <w:ind w:left="360"/>
        <w:shd w:val="clear" w:color="auto" w:fill="F2F2F2"/>
      </w:pPr>
      <w:r>
        <w:rPr>
          <w:rFonts w:ascii="Consolas" w:hAnsi="Consolas"/>
          <w:sz w:val="18"/>
        </w:rPr>
        <w:t>app = Flask(__name__)</w:t>
      </w:r>
    </w:p>
    <w:p>
      <w:pPr>
        <w:spacing w:after="0"/>
        <w:ind w:left="360"/>
        <w:shd w:val="clear" w:color="auto" w:fill="F2F2F2"/>
      </w:pPr>
      <w:r>
        <w:rPr>
          <w:rFonts w:ascii="Consolas" w:hAnsi="Consolas"/>
          <w:sz w:val="18"/>
        </w:rPr>
        <w:t>app.secret_key = b'somethingreallysecret!!!!'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@app.route("/sms", methods=['GET', 'POST'])</w:t>
      </w:r>
    </w:p>
    <w:p>
      <w:pPr>
        <w:spacing w:after="0"/>
        <w:ind w:left="360"/>
        <w:shd w:val="clear" w:color="auto" w:fill="F2F2F2"/>
      </w:pPr>
      <w:r>
        <w:rPr>
          <w:rFonts w:ascii="Consolas" w:hAnsi="Consolas"/>
          <w:sz w:val="18"/>
        </w:rPr>
        <w:t>def sms_reply():</w:t>
      </w:r>
    </w:p>
    <w:p>
      <w:pPr>
        <w:spacing w:after="0"/>
        <w:ind w:left="360"/>
        <w:shd w:val="clear" w:color="auto" w:fill="F2F2F2"/>
      </w:pPr>
      <w:r>
        <w:rPr>
          <w:rFonts w:ascii="Consolas" w:hAnsi="Consolas"/>
          <w:sz w:val="18"/>
        </w:rPr>
        <w:t xml:space="preserve">    from_number = request.form['From']</w:t>
      </w:r>
    </w:p>
    <w:p>
      <w:pPr>
        <w:spacing w:after="0"/>
        <w:ind w:left="360"/>
        <w:shd w:val="clear" w:color="auto" w:fill="F2F2F2"/>
      </w:pPr>
      <w:r>
        <w:rPr>
          <w:rFonts w:ascii="Consolas" w:hAnsi="Consolas"/>
          <w:sz w:val="18"/>
        </w:rPr>
        <w:t xml:space="preserve">    last_message = session.get('MESSAGE', None)</w:t>
      </w:r>
    </w:p>
    <w:p>
      <w:pPr>
        <w:spacing w:after="0"/>
        <w:ind w:left="360"/>
        <w:shd w:val="clear" w:color="auto" w:fill="F2F2F2"/>
      </w:pPr>
      <w:r>
        <w:rPr>
          <w:rFonts w:ascii="Consolas" w:hAnsi="Consolas"/>
          <w:sz w:val="18"/>
        </w:rPr>
        <w:t xml:space="preserve">    body = request.form['Body']</w:t>
      </w:r>
    </w:p>
    <w:p>
      <w:pPr>
        <w:spacing w:after="0"/>
        <w:ind w:left="360"/>
        <w:shd w:val="clear" w:color="auto" w:fill="F2F2F2"/>
      </w:pPr>
      <w:r>
        <w:rPr>
          <w:rFonts w:ascii="Consolas" w:hAnsi="Consolas"/>
          <w:sz w:val="18"/>
        </w:rPr>
        <w:t xml:space="preserve">    resp = MessagingResponse()</w:t>
      </w:r>
    </w:p>
    <w:p>
      <w:pPr>
        <w:spacing w:after="0"/>
        <w:ind w:left="360"/>
        <w:shd w:val="clear" w:color="auto" w:fill="F2F2F2"/>
      </w:pPr>
      <w:r>
        <w:rPr>
          <w:rFonts w:ascii="Consolas" w:hAnsi="Consolas"/>
          <w:sz w:val="18"/>
        </w:rPr>
        <w:t xml:space="preserve">    msg = (f'Awwwww! Thanks so much for your message {from_number}, '</w:t>
      </w:r>
    </w:p>
    <w:p>
      <w:pPr>
        <w:spacing w:after="0"/>
        <w:ind w:left="360"/>
        <w:shd w:val="clear" w:color="auto" w:fill="F2F2F2"/>
      </w:pPr>
      <w:r>
        <w:rPr>
          <w:rFonts w:ascii="Consolas" w:hAnsi="Consolas"/>
          <w:sz w:val="18"/>
        </w:rPr>
        <w:t>f'"{body}" to you too. ')</w:t>
      </w:r>
    </w:p>
    <w:p>
      <w:pPr>
        <w:spacing w:after="0"/>
        <w:ind w:left="360"/>
        <w:shd w:val="clear" w:color="auto" w:fill="F2F2F2"/>
      </w:pPr>
      <w:r>
        <w:rPr>
          <w:rFonts w:ascii="Consolas" w:hAnsi="Consolas"/>
          <w:sz w:val="18"/>
        </w:rPr>
        <w:t xml:space="preserve">    if last_message:</w:t>
      </w:r>
    </w:p>
    <w:p>
      <w:pPr>
        <w:spacing w:after="0"/>
        <w:ind w:left="360"/>
        <w:shd w:val="clear" w:color="auto" w:fill="F2F2F2"/>
      </w:pPr>
      <w:r>
        <w:rPr>
          <w:rFonts w:ascii="Consolas" w:hAnsi="Consolas"/>
          <w:sz w:val="18"/>
        </w:rPr>
        <w:t xml:space="preserve">        msg += f'Not so long ago you said "{last_message}" to me..'</w:t>
      </w:r>
    </w:p>
    <w:p>
      <w:pPr>
        <w:spacing w:after="0"/>
        <w:ind w:left="360"/>
        <w:shd w:val="clear" w:color="auto" w:fill="F2F2F2"/>
      </w:pPr>
      <w:r>
        <w:rPr>
          <w:rFonts w:ascii="Consolas" w:hAnsi="Consolas"/>
          <w:sz w:val="18"/>
        </w:rPr>
        <w:t xml:space="preserve">    session['MESSAGE'] = body</w:t>
      </w:r>
    </w:p>
    <w:p>
      <w:pPr>
        <w:spacing w:after="0"/>
        <w:ind w:left="360"/>
        <w:shd w:val="clear" w:color="auto" w:fill="F2F2F2"/>
      </w:pPr>
      <w:r>
        <w:rPr>
          <w:rFonts w:ascii="Consolas" w:hAnsi="Consolas"/>
          <w:sz w:val="18"/>
        </w:rPr>
        <w:t xml:space="preserve">    resp.message(msg)</w:t>
      </w:r>
    </w:p>
    <w:p>
      <w:pPr>
        <w:spacing w:after="0"/>
        <w:ind w:left="360"/>
        <w:shd w:val="clear" w:color="auto" w:fill="F2F2F2"/>
      </w:pPr>
      <w:r>
        <w:rPr>
          <w:rFonts w:ascii="Consolas" w:hAnsi="Consolas"/>
          <w:sz w:val="18"/>
        </w:rPr>
        <w:t xml:space="preserve">    return str(resp)</w:t>
      </w:r>
    </w:p>
    <w:p>
      <w:pPr>
        <w:spacing w:after="40"/>
      </w:pPr>
    </w:p>
    <w:p>
      <w:pPr>
        <w:spacing w:after="80"/>
      </w:pPr>
      <w:r>
        <w:rPr>
          <w:rFonts w:ascii="Consolas" w:hAnsi="Consolas"/>
          <w:b w:val="0"/>
          <w:i w:val="0"/>
          <w:sz w:val="20"/>
        </w:rPr>
        <w:br/>
        <w:br/>
        <w:t xml:space="preserve">      body</w:t>
        <w:br/>
        <w:t xml:space="preserve">     </w:t>
        <w:br/>
      </w:r>
      <w:r>
        <w:rPr>
          <w:b w:val="0"/>
          <w:i w:val="0"/>
        </w:rPr>
        <w:t xml:space="preserve"> trước đó được lưu trong khóa </w:t>
      </w:r>
      <w:r>
        <w:rPr>
          <w:rFonts w:ascii="Consolas" w:hAnsi="Consolas"/>
          <w:b w:val="0"/>
          <w:i w:val="0"/>
          <w:sz w:val="20"/>
        </w:rPr>
        <w:br/>
        <w:br/>
        <w:t xml:space="preserve">      MESSAGE</w:t>
        <w:br/>
        <w:t xml:space="preserve">     </w:t>
        <w:br/>
      </w:r>
      <w:r>
        <w:rPr>
          <w:b w:val="0"/>
          <w:i w:val="0"/>
        </w:rPr>
        <w:t xml:space="preserve"> của session, và được giữ lại. Lưu ý yêu cầu phải định nghĩa một khóa bí mật để có thể sử dụng dữ liệu session. Để biết thêm thông tin về điều này, đọc </w:t>
      </w:r>
      <w:r>
        <w:rPr>
          <w:rFonts w:ascii="Consolas" w:hAnsi="Consolas"/>
          <w:b w:val="0"/>
          <w:i w:val="0"/>
          <w:sz w:val="20"/>
        </w:rPr>
        <w:br/>
        <w:br/>
        <w:t xml:space="preserve">       https://flask.palletsprojects.com/en/stable/quickstart/#sessions</w:t>
        <w:br/>
        <w:t xml:space="preserve">      </w:t>
        <w:br/>
      </w:r>
      <w:r>
        <w:rPr>
          <w:b w:val="0"/>
          <w:i w:val="0"/>
        </w:rPr>
        <w:t xml:space="preserve">. Thông tin thêm về cách xử lý cookie trong Twilio có thể tìm tại </w:t>
      </w:r>
      <w:r>
        <w:rPr>
          <w:rFonts w:ascii="Consolas" w:hAnsi="Consolas"/>
          <w:b w:val="0"/>
          <w:i w:val="0"/>
          <w:sz w:val="20"/>
        </w:rPr>
        <w:br/>
        <w:br/>
        <w:t xml:space="preserve">       https://help.twilio.com/articles/223136287-How-do-Twilio-cookies-work-</w:t>
        <w:br/>
        <w:t xml:space="preserve">      </w:t>
        <w:br/>
      </w:r>
      <w:r>
        <w:rPr>
          <w:b w:val="0"/>
          <w:i w:val="0"/>
        </w:rPr>
        <w:t>.</w:t>
      </w:r>
    </w:p>
    <w:p>
      <w:pPr>
        <w:spacing w:after="80"/>
      </w:pPr>
      <w:r>
        <w:rPr>
          <w:b/>
          <w:i w:val="0"/>
        </w:rPr>
        <w:t>Lưu ý</w:t>
      </w:r>
    </w:p>
    <w:p>
      <w:pPr>
        <w:spacing w:after="80"/>
      </w:pPr>
      <w:r>
        <w:rPr>
          <w:b w:val="0"/>
          <w:i w:val="0"/>
        </w:rPr>
        <w:t xml:space="preserve">Để triển khai phiên bản mới trên Railway, hãy thực hiện các thay đổi của bạn và chạy lại lệnh </w:t>
      </w:r>
      <w:r>
        <w:rPr>
          <w:rFonts w:ascii="Consolas" w:hAnsi="Consolas"/>
          <w:b w:val="0"/>
          <w:i w:val="0"/>
          <w:sz w:val="20"/>
        </w:rPr>
        <w:br/>
        <w:br/>
        <w:t xml:space="preserve">       railway up</w:t>
        <w:br/>
        <w:t xml:space="preserve">      </w:t>
        <w:br/>
      </w:r>
      <w:r>
        <w:rPr>
          <w:b w:val="0"/>
          <w:i w:val="0"/>
        </w:rPr>
        <w:t>.</w:t>
      </w:r>
    </w:p>
    <w:p>
      <w:pPr>
        <w:spacing w:after="80"/>
      </w:pPr>
      <w:r>
        <w:rPr>
          <w:b w:val="0"/>
          <w:i w:val="0"/>
        </w:rPr>
        <w:t xml:space="preserve">Vì mục tiêu chính của công thức này là minh họa cách nhận một tin nhắn SMS, nên Railway và Flask không được mô tả chi tiết, nhưng cả hai đều có tài liệu tuyệt vời. Tài liệu của Railway có thể tìm tại </w:t>
      </w:r>
      <w:r>
        <w:rPr>
          <w:rFonts w:ascii="Consolas" w:hAnsi="Consolas"/>
          <w:b w:val="0"/>
          <w:i w:val="0"/>
          <w:sz w:val="20"/>
        </w:rPr>
        <w:br/>
        <w:br/>
        <w:t xml:space="preserve">       https://docs.railway.com/</w:t>
        <w:br/>
        <w:t xml:space="preserve">      </w:t>
        <w:br/>
      </w:r>
      <w:r>
        <w:rPr>
          <w:b w:val="0"/>
          <w:i w:val="0"/>
        </w:rPr>
        <w:t xml:space="preserve">, còn tài liệu của Flask ở đây: </w:t>
      </w:r>
      <w:r>
        <w:rPr>
          <w:rFonts w:ascii="Consolas" w:hAnsi="Consolas"/>
          <w:b w:val="0"/>
          <w:i w:val="0"/>
          <w:sz w:val="20"/>
        </w:rPr>
        <w:br/>
        <w:br/>
        <w:t xml:space="preserve">       http://flask.pocoo.org/docs/</w:t>
        <w:br/>
        <w:t xml:space="preserve">      </w:t>
        <w:br/>
      </w:r>
      <w:r>
        <w:rPr>
          <w:b w:val="0"/>
          <w:i w:val="0"/>
        </w:rPr>
        <w:t>.</w:t>
      </w:r>
    </w:p>
    <w:p>
      <w:pPr>
        <w:spacing w:after="80"/>
      </w:pPr>
      <w:r>
        <w:rPr>
          <w:b/>
          <w:i w:val="0"/>
        </w:rPr>
        <w:t>Lưu ý</w:t>
      </w:r>
    </w:p>
    <w:p>
      <w:pPr>
        <w:spacing w:after="80"/>
      </w:pPr>
      <w:r>
        <w:rPr>
          <w:b w:val="0"/>
          <w:i w:val="0"/>
        </w:rPr>
        <w:t xml:space="preserve">Hãy nhớ rằng, việc sử dụng Railway và Flask chỉ là một cách tiện lợi cho công thức này. Chúng là những công cụ tuyệt vời và dễ dùng, nhưng có nhiều lựa chọn thay thế khác, miễn là bạn có thể công khai một URL mà Twilio có thể gọi tới. Ngoài ra, hãy kiểm tra các biện pháp bảo mật để đảm bảo rằng các yêu cầu đến endpoint này đều đến từ Twilio: </w:t>
      </w:r>
      <w:r>
        <w:rPr>
          <w:rFonts w:ascii="Consolas" w:hAnsi="Consolas"/>
          <w:b w:val="0"/>
          <w:i w:val="0"/>
          <w:sz w:val="20"/>
        </w:rPr>
        <w:br/>
        <w:br/>
        <w:t xml:space="preserve">        https://www.twilio.com/docs/usage/security#validating-requests</w:t>
        <w:br/>
        <w:t xml:space="preserve">       </w:t>
        <w:br/>
      </w:r>
      <w:r>
        <w:rPr>
          <w:b w:val="0"/>
          <w:i w:val="0"/>
        </w:rPr>
        <w:t>.</w:t>
      </w:r>
    </w:p>
    <w:p>
      <w:pPr>
        <w:spacing w:after="80"/>
      </w:pPr>
      <w:r>
        <w:rPr>
          <w:b w:val="0"/>
          <w:i w:val="0"/>
        </w:rPr>
        <w:t xml:space="preserve">Ngoài việc kết nối qua SMS, bạn cũng có thể dùng Twilio để liên lạc qua WhatsApp theo cách tương tự. Xem tài liệu của họ tại đây </w:t>
      </w:r>
      <w:r>
        <w:rPr>
          <w:rFonts w:ascii="Consolas" w:hAnsi="Consolas"/>
          <w:b w:val="0"/>
          <w:i w:val="0"/>
          <w:sz w:val="20"/>
        </w:rPr>
        <w:br/>
        <w:br/>
        <w:t xml:space="preserve">       https://www.twilio.com/docs/whatsapp</w:t>
        <w:br/>
        <w:t xml:space="preserve">      </w:t>
        <w:br/>
      </w:r>
      <w:r>
        <w:rPr>
          <w:b w:val="0"/>
          <w:i w:val="0"/>
        </w:rPr>
        <w:t xml:space="preserve"> .</w:t>
      </w:r>
    </w:p>
    <w:p>
      <w:pPr>
        <w:spacing w:after="80"/>
      </w:pPr>
      <w:r>
        <w:rPr>
          <w:b w:val="0"/>
          <w:i w:val="0"/>
        </w:rPr>
        <w:t xml:space="preserve">Chúng ta mới chỉ chạm đến những khả năng của Twilio. Tài liệu đầy đủ của nó có thể tìm thấy tại đây: </w:t>
      </w:r>
      <w:r>
        <w:rPr>
          <w:rFonts w:ascii="Consolas" w:hAnsi="Consolas"/>
          <w:b w:val="0"/>
          <w:i w:val="0"/>
          <w:sz w:val="20"/>
        </w:rPr>
        <w:br/>
        <w:br/>
        <w:t xml:space="preserve">       https://www.twilio.com/docs/</w:t>
        <w:br/>
        <w:t xml:space="preserve">      </w:t>
        <w:br/>
      </w:r>
      <w:r>
        <w:rPr>
          <w:b w:val="0"/>
          <w:i w:val="0"/>
        </w:rPr>
        <w:t xml:space="preserve"> .</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Producing SMS messages </w:t>
      </w:r>
      <w:r>
        <w:rPr>
          <w:b w:val="0"/>
          <w:i w:val="0"/>
        </w:rPr>
        <w:t xml:space="preserve"> , ở phần trước trong chương này, để nắm vững những kiến thức cơ bản về Twilio và cách nhận tin nhắn</w:t>
      </w:r>
    </w:p>
    <w:p>
      <w:pPr>
        <w:spacing w:after="80"/>
        <w:ind w:left="360"/>
      </w:pPr>
      <w:r>
        <w:t xml:space="preserve">• </w:t>
      </w:r>
      <w:r>
        <w:rPr>
          <w:b w:val="0"/>
          <w:i w:val="0"/>
        </w:rPr>
        <w:t xml:space="preserve">Công thức </w:t>
      </w:r>
      <w:r>
        <w:rPr>
          <w:b w:val="0"/>
          <w:i/>
        </w:rPr>
        <w:t xml:space="preserve"> Creating a Telegram bot </w:t>
      </w:r>
      <w:r>
        <w:rPr>
          <w:b w:val="0"/>
          <w:i w:val="0"/>
        </w:rPr>
        <w:t xml:space="preserve"> , tiếp theo</w:t>
      </w:r>
    </w:p>
    <w:p>
      <w:pPr>
        <w:pStyle w:val="Heading2"/>
      </w:pPr>
      <w:r>
        <w:rPr>
          <w:rFonts w:ascii="Calibri" w:hAnsi="Calibri"/>
          <w:b/>
          <w:i w:val="0"/>
          <w:sz w:val="32"/>
        </w:rPr>
        <w:t>Tạo một bot Telegram</w:t>
      </w:r>
    </w:p>
    <w:p>
      <w:pPr>
        <w:spacing w:after="80"/>
      </w:pPr>
      <w:r>
        <w:rPr>
          <w:b w:val="0"/>
          <w:i w:val="0"/>
        </w:rPr>
        <w:t xml:space="preserve">Telegram Messenger là một ứng dụng nhắn tin tức thời có hỗ trợ mạnh mẽ cho việc tạo bot. Chatbot là những ứng dụng nhỏ nhằm tạo ra các phản hồi hội thoại tự động. Lời hứa lớn lao của bot là ở chỗ, với tư cách là máy móc, chúng có thể tạo ra bất kỳ kiểu hội thoại nào, không thể phân biệt được với hội thoại của con người, và vượt qua </w:t>
      </w:r>
      <w:r>
        <w:rPr>
          <w:b/>
          <w:i w:val="0"/>
        </w:rPr>
        <w:t xml:space="preserve"> Turing Test </w:t>
      </w:r>
      <w:r>
        <w:rPr>
          <w:b w:val="0"/>
          <w:i w:val="0"/>
        </w:rPr>
        <w:t xml:space="preserve"> . Với những cải tiến mới nhất trong GenAI, mục tiêu này thực sự gần hơn bao giờ hết, dù vẫn còn nhiều thách thức.</w:t>
      </w:r>
    </w:p>
    <w:p>
      <w:pPr>
        <w:spacing w:after="80"/>
      </w:pPr>
      <w:r>
        <w:rPr>
          <w:b/>
          <w:i w:val="0"/>
        </w:rPr>
        <w:t>Lưu ý</w:t>
      </w:r>
    </w:p>
    <w:p>
      <w:pPr>
        <w:spacing w:after="80"/>
      </w:pPr>
      <w:r>
        <w:rPr>
          <w:b w:val="0"/>
          <w:i w:val="0"/>
        </w:rPr>
        <w:t>Turing Test được Alan Turing đề xuất vào năm 1950, trong cái mà ông gọi là "trò chơi bắt chước" (imitation game), với ba người tham gia chỉ giao tiếp qua văn bản (giống như trong một ứng dụng nhắn tin tức thời). Người thứ nhất là một giám khảo con người có thể đặt câu hỏi, còn hai người kia là một con người và một máy/phần mềm. Giám khảo cần tìm ra, thông qua việc đặt câu hỏi, ai là người và ai không phải. Nếu giám khảo chỉ có thể đoán đúng 50% số lần, thì không thể dễ dàng xác định được, và do đó AI vượt qua bài kiểm tra. Đây là một trong những nỗ lực đầu tiên nhằm đo lường AI.</w:t>
      </w:r>
    </w:p>
    <w:p>
      <w:pPr>
        <w:spacing w:after="80"/>
      </w:pPr>
      <w:r>
        <w:rPr>
          <w:b w:val="0"/>
          <w:i w:val="0"/>
        </w:rPr>
        <w:t xml:space="preserve">Chúng ta sẽ cải thiện khả năng đối thoại của mình bằng GenAI trong </w:t>
      </w:r>
      <w:r>
        <w:rPr>
          <w:b w:val="0"/>
          <w:i/>
        </w:rPr>
        <w:t xml:space="preserve"> Chương 11 </w:t>
      </w:r>
      <w:r>
        <w:rPr>
          <w:b w:val="0"/>
          <w:i w:val="0"/>
        </w:rPr>
        <w:t xml:space="preserve"> , nhưng chatbot vẫn có thể rất hữu ích trong những ngữ cảnh hạn chế hơn, ví dụ như hệ thống điện thoại, nơi mà theo truyền thống bạn cần phải (chẳng hạn) bấm 2 để kiểm tra tài khoản và bấm 3 để báo mất thẻ. Trong công thức này, chúng ta sẽ xem cách tạo một chatbot đơn giản để hiển thị các ưu đãi và sự kiện cho một công ty.</w:t>
      </w:r>
    </w:p>
    <w:p>
      <w:pPr>
        <w:pStyle w:val="Heading3"/>
      </w:pPr>
      <w:r>
        <w:rPr>
          <w:rFonts w:ascii="Calibri" w:hAnsi="Calibri"/>
          <w:b/>
          <w:i w:val="0"/>
          <w:sz w:val="26"/>
        </w:rPr>
        <w:t>Chuẩn bị</w:t>
      </w:r>
    </w:p>
    <w:p>
      <w:pPr>
        <w:spacing w:after="80"/>
      </w:pPr>
      <w:r>
        <w:rPr>
          <w:b w:val="0"/>
          <w:i w:val="0"/>
        </w:rPr>
        <w:t xml:space="preserve">Chúng ta cần tạo một bot mới cho Telegram. Việc này được thực hiện thông qua một giao diện gọi là </w:t>
      </w:r>
      <w:r>
        <w:rPr>
          <w:b/>
          <w:i w:val="0"/>
        </w:rPr>
        <w:t xml:space="preserve"> BotFather </w:t>
      </w:r>
      <w:r>
        <w:rPr>
          <w:b w:val="0"/>
          <w:i w:val="0"/>
        </w:rPr>
        <w:t xml:space="preserve"> , một kênh Telegram đặc biệt cho phép chúng ta tạo bot mới. Bạn có thể truy cập tại đây: </w:t>
      </w:r>
      <w:r>
        <w:rPr>
          <w:rFonts w:ascii="Consolas" w:hAnsi="Consolas"/>
          <w:b w:val="0"/>
          <w:i w:val="0"/>
          <w:sz w:val="20"/>
        </w:rPr>
        <w:br/>
        <w:br/>
        <w:t xml:space="preserve">      https://telegram.me/botfather</w:t>
        <w:br/>
        <w:t xml:space="preserve">     </w:t>
        <w:br/>
      </w:r>
      <w:r>
        <w:rPr>
          <w:b w:val="0"/>
          <w:i w:val="0"/>
        </w:rPr>
        <w:t xml:space="preserve"> . Truy cập nó qua tài khoản Telegram của bạn.</w:t>
      </w:r>
    </w:p>
    <w:p>
      <w:pPr>
        <w:spacing w:after="80"/>
      </w:pPr>
      <w:r>
        <w:rPr>
          <w:b w:val="0"/>
          <w:i w:val="0"/>
        </w:rPr>
        <w:t xml:space="preserve">Chạy </w:t>
      </w:r>
      <w:r>
        <w:rPr>
          <w:rFonts w:ascii="Consolas" w:hAnsi="Consolas"/>
          <w:b w:val="0"/>
          <w:i w:val="0"/>
          <w:sz w:val="20"/>
        </w:rPr>
        <w:br/>
        <w:br/>
        <w:t xml:space="preserve">      /start</w:t>
        <w:br/>
        <w:t xml:space="preserve">     </w:t>
        <w:br/>
      </w:r>
      <w:r>
        <w:rPr>
          <w:b w:val="0"/>
          <w:i w:val="0"/>
        </w:rPr>
        <w:t xml:space="preserve"> để bắt đầu giao diện và sau đó tạo một bot mới bằng </w:t>
      </w:r>
      <w:r>
        <w:rPr>
          <w:rFonts w:ascii="Consolas" w:hAnsi="Consolas"/>
          <w:b w:val="0"/>
          <w:i w:val="0"/>
          <w:sz w:val="20"/>
        </w:rPr>
        <w:br/>
        <w:br/>
        <w:t xml:space="preserve">      /newbot</w:t>
        <w:br/>
        <w:t xml:space="preserve">     </w:t>
        <w:br/>
      </w:r>
      <w:r>
        <w:rPr>
          <w:b w:val="0"/>
          <w:i w:val="0"/>
        </w:rPr>
        <w:t xml:space="preserve"> . Giao diện sẽ hỏi bạn tên của bot và một username, username này phải là duy nhất.</w:t>
      </w:r>
    </w:p>
    <w:p>
      <w:pPr>
        <w:spacing w:after="80"/>
      </w:pPr>
      <w:r>
        <w:rPr>
          <w:b w:val="0"/>
          <w:i w:val="0"/>
        </w:rPr>
        <w:t>Sau khi thiết lập xong, nó sẽ cung cấp cho bạn những thứ sau:</w:t>
      </w:r>
    </w:p>
    <w:p>
      <w:pPr>
        <w:spacing w:after="80"/>
        <w:ind w:left="360"/>
      </w:pPr>
      <w:r>
        <w:t xml:space="preserve">• </w:t>
      </w:r>
      <w:r>
        <w:rPr>
          <w:b w:val="0"/>
          <w:i w:val="0"/>
        </w:rPr>
        <w:t xml:space="preserve">Kênh Telegram của bot bạn: </w:t>
      </w:r>
      <w:r>
        <w:rPr>
          <w:rFonts w:ascii="Consolas" w:hAnsi="Consolas"/>
          <w:b w:val="0"/>
          <w:i w:val="0"/>
          <w:sz w:val="20"/>
        </w:rPr>
        <w:br/>
        <w:br/>
        <w:t xml:space="preserve">       https://t.me/&lt;yourusername&gt;</w:t>
        <w:br/>
        <w:t xml:space="preserve">      </w:t>
        <w:br/>
      </w:r>
      <w:r>
        <w:rPr>
          <w:b w:val="0"/>
          <w:i w:val="0"/>
        </w:rPr>
        <w:t xml:space="preserve"> .</w:t>
      </w:r>
    </w:p>
    <w:p>
      <w:pPr>
        <w:spacing w:after="80"/>
        <w:ind w:left="360"/>
      </w:pPr>
      <w:r>
        <w:t xml:space="preserve">• </w:t>
      </w:r>
      <w:r>
        <w:rPr>
          <w:b w:val="0"/>
          <w:i w:val="0"/>
        </w:rPr>
        <w:t>Một token để cho phép truy cập vào bot. Hãy sao chép nó vì sẽ được dùng sau này.</w:t>
      </w:r>
    </w:p>
    <w:p>
      <w:pPr>
        <w:spacing w:after="80"/>
      </w:pPr>
      <w:r>
        <w:rPr>
          <w:b/>
          <w:i w:val="0"/>
        </w:rPr>
        <w:t>Lưu ý</w:t>
      </w:r>
    </w:p>
    <w:p>
      <w:pPr>
        <w:spacing w:after="80"/>
      </w:pPr>
      <w:r>
        <w:rPr>
          <w:b w:val="0"/>
          <w:i w:val="0"/>
        </w:rPr>
        <w:t>Bạn có thể tạo token mới nếu làm mất token hiện có. Đọc tài liệu BotFather để biết thêm thông tin.</w:t>
      </w:r>
    </w:p>
    <w:p>
      <w:pPr>
        <w:spacing w:after="80"/>
      </w:pPr>
      <w:r>
        <w:rPr>
          <w:b w:val="0"/>
          <w:i w:val="0"/>
        </w:rPr>
        <w:t xml:space="preserve">Chúng ta cũng cần cài đặt mô-đun Python </w:t>
      </w:r>
      <w:r>
        <w:rPr>
          <w:rFonts w:ascii="Consolas" w:hAnsi="Consolas"/>
          <w:b w:val="0"/>
          <w:i w:val="0"/>
          <w:sz w:val="20"/>
        </w:rPr>
        <w:br/>
        <w:br/>
        <w:t xml:space="preserve">      python‑telegram‑bot</w:t>
        <w:br/>
        <w:t xml:space="preserve">     </w:t>
        <w:br/>
      </w:r>
      <w:r>
        <w:rPr>
          <w:b w:val="0"/>
          <w:i w:val="0"/>
        </w:rPr>
        <w:t xml:space="preserve"> , thứ bao bọc giao diện RESTful từ Telegram:</w:t>
      </w:r>
    </w:p>
    <w:p>
      <w:pPr>
        <w:spacing w:after="0"/>
        <w:ind w:left="360"/>
        <w:shd w:val="clear" w:color="auto" w:fill="F2F2F2"/>
      </w:pPr>
      <w:r>
        <w:rPr>
          <w:rFonts w:ascii="Consolas" w:hAnsi="Consolas"/>
          <w:sz w:val="18"/>
        </w:rPr>
        <w:t>$ echo "python-telegram-bot==22.6" &gt;&gt; requirements.txt</w:t>
      </w:r>
    </w:p>
    <w:p>
      <w:pPr>
        <w:spacing w:after="0"/>
        <w:ind w:left="360"/>
        <w:shd w:val="clear" w:color="auto" w:fill="F2F2F2"/>
      </w:pPr>
      <w:r>
        <w:rPr>
          <w:rFonts w:ascii="Consolas" w:hAnsi="Consolas"/>
          <w:sz w:val="18"/>
        </w:rPr>
        <w:t>$ uv pip install -r requirements.txt</w:t>
      </w:r>
    </w:p>
    <w:p>
      <w:pPr>
        <w:spacing w:after="40"/>
      </w:pPr>
    </w:p>
    <w:p>
      <w:pPr>
        <w:spacing w:after="80"/>
      </w:pPr>
      <w:r>
        <w:rPr>
          <w:b w:val="0"/>
          <w:i w:val="0"/>
        </w:rPr>
        <w:t xml:space="preserve">Tải script </w:t>
      </w:r>
      <w:r>
        <w:rPr>
          <w:rFonts w:ascii="Consolas" w:hAnsi="Consolas"/>
          <w:b w:val="0"/>
          <w:i w:val="0"/>
          <w:sz w:val="20"/>
        </w:rPr>
        <w:br/>
        <w:br/>
        <w:t xml:space="preserve">      telegram_bot.py</w:t>
        <w:br/>
        <w:t xml:space="preserve">     </w:t>
        <w:br/>
      </w:r>
      <w:r>
        <w:rPr>
          <w:b w:val="0"/>
          <w:i w:val="0"/>
        </w:rPr>
        <w:t xml:space="preserve"> từ GitHub tại </w:t>
      </w:r>
      <w:r>
        <w:rPr>
          <w:rFonts w:ascii="Consolas" w:hAnsi="Consolas"/>
          <w:b w:val="0"/>
          <w:i w:val="0"/>
          <w:sz w:val="20"/>
        </w:rPr>
        <w:br/>
        <w:br/>
        <w:t xml:space="preserve">       https://github.com/PacktPublishing/Python-Automation-Cookbook-Third-Edition/blob/main/ch09/telegram_bot.py</w:t>
        <w:br/>
        <w:t xml:space="preserve">      </w:t>
        <w:br/>
      </w:r>
      <w:r>
        <w:rPr>
          <w:b w:val="0"/>
          <w:i w:val="0"/>
        </w:rPr>
        <w:t xml:space="preserve"> .</w:t>
      </w:r>
    </w:p>
    <w:p>
      <w:pPr>
        <w:pStyle w:val="Heading3"/>
      </w:pPr>
      <w:r>
        <w:rPr>
          <w:rFonts w:ascii="Calibri" w:hAnsi="Calibri"/>
          <w:b/>
          <w:i w:val="0"/>
          <w:sz w:val="26"/>
        </w:rPr>
        <w:t>Cách thực hiện...</w:t>
      </w:r>
    </w:p>
    <w:p>
      <w:pPr>
        <w:spacing w:after="80"/>
        <w:ind w:left="360"/>
      </w:pPr>
      <w:r>
        <w:t xml:space="preserve">1. </w:t>
      </w:r>
      <w:r>
        <w:rPr>
          <w:b w:val="0"/>
          <w:i w:val="0"/>
        </w:rPr>
        <w:t xml:space="preserve">Đặt token đã tạo của bạn vào hằng số TOKEN trong script </w:t>
      </w:r>
      <w:r>
        <w:rPr>
          <w:rFonts w:ascii="Consolas" w:hAnsi="Consolas"/>
          <w:b w:val="0"/>
          <w:i w:val="0"/>
          <w:sz w:val="20"/>
        </w:rPr>
        <w:br/>
        <w:br/>
        <w:t xml:space="preserve">       telegram_bot.py</w:t>
        <w:br/>
        <w:t xml:space="preserve">      </w:t>
        <w:br/>
      </w:r>
      <w:r>
        <w:rPr>
          <w:b w:val="0"/>
          <w:i w:val="0"/>
        </w:rPr>
        <w:t xml:space="preserve"> ở dòng 6:</w:t>
      </w:r>
    </w:p>
    <w:p>
      <w:pPr>
        <w:spacing w:after="0"/>
        <w:ind w:left="360"/>
        <w:shd w:val="clear" w:color="auto" w:fill="F2F2F2"/>
      </w:pPr>
      <w:r>
        <w:rPr>
          <w:rFonts w:ascii="Consolas" w:hAnsi="Consolas"/>
          <w:sz w:val="18"/>
        </w:rPr>
        <w:t>TOKEN = '&lt;YOUR TOKEN&gt;'</w:t>
      </w:r>
    </w:p>
    <w:p>
      <w:pPr>
        <w:spacing w:after="40"/>
      </w:pPr>
    </w:p>
    <w:p>
      <w:pPr>
        <w:spacing w:after="80"/>
        <w:ind w:left="360"/>
      </w:pPr>
      <w:r>
        <w:t xml:space="preserve">2. </w:t>
      </w:r>
      <w:r>
        <w:rPr>
          <w:b w:val="0"/>
          <w:i w:val="0"/>
        </w:rPr>
        <w:t>Khởi động bot:</w:t>
      </w:r>
    </w:p>
    <w:p>
      <w:pPr>
        <w:spacing w:after="0"/>
        <w:ind w:left="360"/>
        <w:shd w:val="clear" w:color="auto" w:fill="F2F2F2"/>
      </w:pPr>
      <w:r>
        <w:rPr>
          <w:rFonts w:ascii="Consolas" w:hAnsi="Consolas"/>
          <w:sz w:val="18"/>
        </w:rPr>
        <w:t>$ uv run telegram_bot.py</w:t>
      </w:r>
    </w:p>
    <w:p>
      <w:pPr>
        <w:spacing w:after="40"/>
      </w:pPr>
    </w:p>
    <w:p>
      <w:pPr>
        <w:spacing w:after="80"/>
        <w:ind w:left="360"/>
      </w:pPr>
      <w:r>
        <w:t xml:space="preserve">3. </w:t>
      </w:r>
      <w:r>
        <w:rPr>
          <w:b w:val="0"/>
          <w:i w:val="0"/>
        </w:rPr>
        <w:t>Mở kênh Telegram trên điện thoại bằng URL và khởi động nó. Bạn có thể dùng các lệnh help, offers, và events:</w:t>
      </w:r>
    </w:p>
    <w:p>
      <w:pPr>
        <w:jc w:val="center"/>
      </w:pPr>
      <w:r>
        <w:drawing>
          <wp:inline xmlns:a="http://schemas.openxmlformats.org/drawingml/2006/main" xmlns:pic="http://schemas.openxmlformats.org/drawingml/2006/picture">
            <wp:extent cx="3782646" cy="8229600"/>
            <wp:docPr id="98" name="Picture 98"/>
            <wp:cNvGraphicFramePr>
              <a:graphicFrameLocks noChangeAspect="1"/>
            </wp:cNvGraphicFramePr>
            <a:graphic>
              <a:graphicData uri="http://schemas.openxmlformats.org/drawingml/2006/picture">
                <pic:pic>
                  <pic:nvPicPr>
                    <pic:cNvPr id="0" name="B36973_9_16.png"/>
                    <pic:cNvPicPr/>
                  </pic:nvPicPr>
                  <pic:blipFill>
                    <a:blip r:embed="rId100"/>
                    <a:stretch>
                      <a:fillRect/>
                    </a:stretch>
                  </pic:blipFill>
                  <pic:spPr>
                    <a:xfrm>
                      <a:off x="0" y="0"/>
                      <a:ext cx="3782646" cy="8229600"/>
                    </a:xfrm>
                    <a:prstGeom prst="rect"/>
                  </pic:spPr>
                </pic:pic>
              </a:graphicData>
            </a:graphic>
          </wp:inline>
        </w:drawing>
      </w:r>
    </w:p>
    <w:p>
      <w:pPr>
        <w:spacing w:after="160"/>
        <w:jc w:val="center"/>
      </w:pPr>
      <w:r>
        <w:rPr>
          <w:rFonts w:ascii="Calibri" w:hAnsi="Calibri"/>
          <w:b w:val="0"/>
          <w:i/>
          <w:sz w:val="19"/>
        </w:rPr>
        <w:t>Hình 9.16: Các ưu đãi tiếp thị được gửi bởi Telegram</w:t>
      </w:r>
    </w:p>
    <w:p>
      <w:pPr>
        <w:pStyle w:val="Heading3"/>
      </w:pPr>
      <w:r>
        <w:rPr>
          <w:rFonts w:ascii="Calibri" w:hAnsi="Calibri"/>
          <w:b/>
          <w:i w:val="0"/>
          <w:sz w:val="26"/>
        </w:rPr>
        <w:t>Cách hoạt động...</w:t>
      </w:r>
    </w:p>
    <w:p>
      <w:pPr>
        <w:spacing w:after="80"/>
      </w:pPr>
      <w:r>
        <w:rPr>
          <w:b w:val="0"/>
          <w:i/>
        </w:rPr>
        <w:t xml:space="preserve"> Bước 1 </w:t>
      </w:r>
      <w:r>
        <w:rPr>
          <w:b w:val="0"/>
          <w:i w:val="0"/>
        </w:rPr>
        <w:t xml:space="preserve"> đặt token để dùng cho kênh cụ thể của bạn. Trong </w:t>
      </w:r>
      <w:r>
        <w:rPr>
          <w:b w:val="0"/>
          <w:i/>
        </w:rPr>
        <w:t xml:space="preserve"> bước 2 </w:t>
      </w:r>
      <w:r>
        <w:rPr>
          <w:b w:val="0"/>
          <w:i w:val="0"/>
        </w:rPr>
        <w:t xml:space="preserve"> , chúng ta khởi động bot cục bộ.</w:t>
      </w:r>
    </w:p>
    <w:p>
      <w:pPr>
        <w:spacing w:after="80"/>
      </w:pPr>
      <w:r>
        <w:rPr>
          <w:b w:val="0"/>
          <w:i w:val="0"/>
        </w:rPr>
        <w:t xml:space="preserve">Hãy xem cách </w:t>
      </w:r>
      <w:r>
        <w:rPr>
          <w:rFonts w:ascii="Consolas" w:hAnsi="Consolas"/>
          <w:b w:val="0"/>
          <w:i w:val="0"/>
          <w:sz w:val="20"/>
        </w:rPr>
        <w:br/>
        <w:br/>
        <w:t xml:space="preserve">      telegram_bot.py</w:t>
        <w:br/>
        <w:t xml:space="preserve">     </w:t>
        <w:br/>
      </w:r>
      <w:r>
        <w:rPr>
          <w:b w:val="0"/>
          <w:i w:val="0"/>
        </w:rPr>
        <w:t xml:space="preserve"> được cấu trúc:</w:t>
      </w:r>
    </w:p>
    <w:p>
      <w:pPr>
        <w:spacing w:after="0"/>
        <w:ind w:left="360"/>
        <w:shd w:val="clear" w:color="auto" w:fill="F2F2F2"/>
      </w:pPr>
      <w:r>
        <w:rPr>
          <w:rFonts w:ascii="Consolas" w:hAnsi="Consolas"/>
          <w:sz w:val="18"/>
        </w:rPr>
        <w:t># IMPORTS</w:t>
      </w:r>
    </w:p>
    <w:p>
      <w:pPr>
        <w:spacing w:after="0"/>
        <w:ind w:left="360"/>
        <w:shd w:val="clear" w:color="auto" w:fill="F2F2F2"/>
      </w:pPr>
      <w:r>
        <w:rPr>
          <w:rFonts w:ascii="Consolas" w:hAnsi="Consolas"/>
          <w:sz w:val="18"/>
        </w:rPr>
        <w:t># TOKEN</w:t>
      </w:r>
    </w:p>
    <w:p>
      <w:pPr>
        <w:spacing w:after="0"/>
        <w:ind w:left="360"/>
        <w:shd w:val="clear" w:color="auto" w:fill="F2F2F2"/>
      </w:pPr>
      <w:r>
        <w:rPr>
          <w:rFonts w:ascii="Consolas" w:hAnsi="Consolas"/>
          <w:sz w:val="18"/>
        </w:rPr>
        <w:t># Commands</w:t>
      </w:r>
    </w:p>
    <w:p>
      <w:pPr>
        <w:spacing w:after="0"/>
        <w:ind w:left="360"/>
        <w:shd w:val="clear" w:color="auto" w:fill="F2F2F2"/>
      </w:pPr>
      <w:r>
        <w:rPr>
          <w:rFonts w:ascii="Consolas" w:hAnsi="Consolas"/>
          <w:sz w:val="18"/>
        </w:rPr>
        <w:t>async def start(update, context):</w:t>
      </w:r>
    </w:p>
    <w:p>
      <w:pPr>
        <w:spacing w:after="0"/>
        <w:ind w:left="360"/>
        <w:shd w:val="clear" w:color="auto" w:fill="F2F2F2"/>
      </w:pPr>
      <w:r>
        <w:rPr>
          <w:rFonts w:ascii="Consolas" w:hAnsi="Consolas"/>
          <w:sz w:val="18"/>
        </w:rPr>
        <w:t>async def help_command(update, context):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Define the information to return per message</w:t>
      </w:r>
    </w:p>
    <w:p>
      <w:pPr>
        <w:spacing w:after="0"/>
        <w:ind w:left="360"/>
        <w:shd w:val="clear" w:color="auto" w:fill="F2F2F2"/>
      </w:pPr>
      <w:r>
        <w:rPr>
          <w:rFonts w:ascii="Consolas" w:hAnsi="Consolas"/>
          <w:sz w:val="18"/>
        </w:rPr>
        <w:t>def get_help():</w:t>
      </w:r>
    </w:p>
    <w:p>
      <w:pPr>
        <w:spacing w:after="0"/>
        <w:ind w:left="360"/>
        <w:shd w:val="clear" w:color="auto" w:fill="F2F2F2"/>
      </w:pPr>
      <w:r>
        <w:rPr>
          <w:rFonts w:ascii="Consolas" w:hAnsi="Consolas"/>
          <w:sz w:val="18"/>
        </w:rPr>
        <w:t>def get_offers():</w:t>
      </w:r>
    </w:p>
    <w:p>
      <w:pPr>
        <w:spacing w:after="0"/>
        <w:ind w:left="360"/>
        <w:shd w:val="clear" w:color="auto" w:fill="F2F2F2"/>
      </w:pPr>
      <w:r>
        <w:rPr>
          <w:rFonts w:ascii="Consolas" w:hAnsi="Consolas"/>
          <w:sz w:val="18"/>
        </w:rPr>
        <w:t>def get_events():</w:t>
      </w:r>
    </w:p>
    <w:p>
      <w:pPr>
        <w:spacing w:after="0"/>
        <w:ind w:left="360"/>
        <w:shd w:val="clear" w:color="auto" w:fill="F2F2F2"/>
      </w:pPr>
      <w:r>
        <w:rPr>
          <w:rFonts w:ascii="Consolas" w:hAnsi="Consolas"/>
          <w:sz w:val="18"/>
        </w:rPr>
        <w:t>COMMANDS = {</w:t>
      </w:r>
    </w:p>
    <w:p>
      <w:pPr>
        <w:spacing w:after="0"/>
        <w:ind w:left="360"/>
        <w:shd w:val="clear" w:color="auto" w:fill="F2F2F2"/>
      </w:pPr>
      <w:r>
        <w:rPr>
          <w:rFonts w:ascii="Consolas" w:hAnsi="Consolas"/>
          <w:sz w:val="18"/>
        </w:rPr>
        <w:t xml:space="preserve">    'help': get_help,</w:t>
      </w:r>
    </w:p>
    <w:p>
      <w:pPr>
        <w:spacing w:after="0"/>
        <w:ind w:left="360"/>
        <w:shd w:val="clear" w:color="auto" w:fill="F2F2F2"/>
      </w:pPr>
      <w:r>
        <w:rPr>
          <w:rFonts w:ascii="Consolas" w:hAnsi="Consolas"/>
          <w:sz w:val="18"/>
        </w:rPr>
        <w:t xml:space="preserve">    'offers': get_offers,</w:t>
      </w:r>
    </w:p>
    <w:p>
      <w:pPr>
        <w:spacing w:after="0"/>
        <w:ind w:left="360"/>
        <w:shd w:val="clear" w:color="auto" w:fill="F2F2F2"/>
      </w:pPr>
      <w:r>
        <w:rPr>
          <w:rFonts w:ascii="Consolas" w:hAnsi="Consolas"/>
          <w:sz w:val="18"/>
        </w:rPr>
        <w:t xml:space="preserve">    'events': get_events,</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Handle the messages</w:t>
      </w:r>
    </w:p>
    <w:p>
      <w:pPr>
        <w:spacing w:after="0"/>
        <w:ind w:left="360"/>
        <w:shd w:val="clear" w:color="auto" w:fill="F2F2F2"/>
      </w:pPr>
      <w:r>
        <w:rPr>
          <w:rFonts w:ascii="Consolas" w:hAnsi="Consolas"/>
          <w:sz w:val="18"/>
        </w:rPr>
        <w:t>async def chat_message(update, context):</w:t>
      </w:r>
    </w:p>
    <w:p>
      <w:pPr>
        <w:spacing w:after="0"/>
        <w:ind w:left="360"/>
        <w:shd w:val="clear" w:color="auto" w:fill="F2F2F2"/>
      </w:pPr>
      <w:r>
        <w:rPr>
          <w:rFonts w:ascii="Consolas" w:hAnsi="Consolas"/>
          <w:sz w:val="18"/>
        </w:rPr>
        <w:t>...</w:t>
      </w:r>
    </w:p>
    <w:p>
      <w:pPr>
        <w:spacing w:after="40"/>
      </w:pPr>
    </w:p>
    <w:p>
      <w:pPr>
        <w:spacing w:after="80"/>
      </w:pPr>
      <w:r>
        <w:rPr>
          <w:b w:val="0"/>
          <w:i w:val="0"/>
        </w:rPr>
        <w:t xml:space="preserve">Xem qua </w:t>
      </w:r>
      <w:r>
        <w:rPr>
          <w:rFonts w:ascii="Consolas" w:hAnsi="Consolas"/>
          <w:b w:val="0"/>
          <w:i w:val="0"/>
          <w:sz w:val="20"/>
        </w:rPr>
        <w:br/>
        <w:br/>
        <w:t xml:space="preserve">      main</w:t>
        <w:br/>
        <w:t xml:space="preserve">     </w:t>
        <w:br/>
      </w:r>
      <w:r>
        <w:rPr>
          <w:b w:val="0"/>
          <w:i w:val="0"/>
        </w:rPr>
        <w:t xml:space="preserve"> :</w:t>
      </w:r>
    </w:p>
    <w:p>
      <w:pPr>
        <w:spacing w:after="0"/>
        <w:ind w:left="360"/>
        <w:shd w:val="clear" w:color="auto" w:fill="F2F2F2"/>
      </w:pPr>
      <w:r>
        <w:rPr>
          <w:rFonts w:ascii="Consolas" w:hAnsi="Consolas"/>
          <w:sz w:val="18"/>
        </w:rPr>
        <w:t># Create and start the bot</w:t>
      </w:r>
    </w:p>
    <w:p>
      <w:pPr>
        <w:spacing w:after="0"/>
        <w:ind w:left="360"/>
        <w:shd w:val="clear" w:color="auto" w:fill="F2F2F2"/>
      </w:pPr>
      <w:r>
        <w:rPr>
          <w:rFonts w:ascii="Consolas" w:hAnsi="Consolas"/>
          <w:sz w:val="18"/>
        </w:rPr>
        <w:t>def main():</w:t>
      </w:r>
    </w:p>
    <w:p>
      <w:pPr>
        <w:spacing w:after="0"/>
        <w:ind w:left="360"/>
        <w:shd w:val="clear" w:color="auto" w:fill="F2F2F2"/>
      </w:pPr>
      <w:r>
        <w:rPr>
          <w:rFonts w:ascii="Consolas" w:hAnsi="Consolas"/>
          <w:sz w:val="18"/>
        </w:rPr>
        <w:t xml:space="preserve">    application = ApplicationBuilder().token(TOKEN).build()</w:t>
      </w:r>
    </w:p>
    <w:p>
      <w:pPr>
        <w:spacing w:after="0"/>
        <w:ind w:left="360"/>
        <w:shd w:val="clear" w:color="auto" w:fill="F2F2F2"/>
      </w:pPr>
      <w:r>
        <w:rPr>
          <w:rFonts w:ascii="Consolas" w:hAnsi="Consolas"/>
          <w:sz w:val="18"/>
        </w:rPr>
        <w:t xml:space="preserve">    application.add_handler(CommandHandler("start", start))</w:t>
      </w:r>
    </w:p>
    <w:p>
      <w:pPr>
        <w:spacing w:after="0"/>
        <w:ind w:left="360"/>
        <w:shd w:val="clear" w:color="auto" w:fill="F2F2F2"/>
      </w:pPr>
      <w:r>
        <w:rPr>
          <w:rFonts w:ascii="Consolas" w:hAnsi="Consolas"/>
          <w:sz w:val="18"/>
        </w:rPr>
        <w:t xml:space="preserve">    application.add_handler(CommandHandler("help", help_command))</w:t>
      </w:r>
    </w:p>
    <w:p>
      <w:pPr>
        <w:spacing w:after="0"/>
        <w:ind w:left="360"/>
        <w:shd w:val="clear" w:color="auto" w:fill="F2F2F2"/>
      </w:pPr>
      <w:r>
        <w:rPr>
          <w:rFonts w:ascii="Consolas" w:hAnsi="Consolas"/>
          <w:sz w:val="18"/>
        </w:rPr>
        <w:t xml:space="preserve">    application.add_handler(MessageHandler(filters.TEXT &amp; ~filters.COMMAND,</w:t>
      </w:r>
    </w:p>
    <w:p>
      <w:pPr>
        <w:spacing w:after="0"/>
        <w:ind w:left="360"/>
        <w:shd w:val="clear" w:color="auto" w:fill="F2F2F2"/>
      </w:pPr>
      <w:r>
        <w:rPr>
          <w:rFonts w:ascii="Consolas" w:hAnsi="Consolas"/>
          <w:sz w:val="18"/>
        </w:rPr>
        <w:t xml:space="preserve">                                           chat_message))</w:t>
      </w:r>
    </w:p>
    <w:p>
      <w:pPr>
        <w:spacing w:after="0"/>
        <w:ind w:left="360"/>
        <w:shd w:val="clear" w:color="auto" w:fill="F2F2F2"/>
      </w:pPr>
      <w:r>
        <w:rPr>
          <w:rFonts w:ascii="Consolas" w:hAnsi="Consolas"/>
          <w:sz w:val="18"/>
        </w:rPr>
        <w:t xml:space="preserve">    application.run_polling()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The main function starts the application using the TOKEN, and then sets up three different handlers:</w:t>
      </w:r>
    </w:p>
    <w:p>
      <w:pPr>
        <w:spacing w:after="40"/>
      </w:pPr>
    </w:p>
    <w:p>
      <w:pPr>
        <w:spacing w:after="80"/>
        <w:ind w:left="360"/>
      </w:pPr>
      <w:r>
        <w:t xml:space="preserve">• </w:t>
      </w:r>
      <w:r>
        <w:rPr>
          <w:b w:val="0"/>
          <w:i w:val="0"/>
        </w:rPr>
        <w:t xml:space="preserve">Trình xử lý cho lệnh </w:t>
      </w:r>
      <w:r>
        <w:rPr>
          <w:rFonts w:ascii="Consolas" w:hAnsi="Consolas"/>
          <w:b w:val="0"/>
          <w:i w:val="0"/>
          <w:sz w:val="20"/>
        </w:rPr>
        <w:br/>
        <w:br/>
        <w:t xml:space="preserve">       start</w:t>
        <w:br/>
        <w:t xml:space="preserve">      </w:t>
        <w:br/>
      </w:r>
      <w:r>
        <w:rPr>
          <w:b w:val="0"/>
          <w:i w:val="0"/>
        </w:rPr>
        <w:t xml:space="preserve"> , được gọi bởi </w:t>
      </w:r>
      <w:r>
        <w:rPr>
          <w:rFonts w:ascii="Consolas" w:hAnsi="Consolas"/>
          <w:b w:val="0"/>
          <w:i w:val="0"/>
          <w:sz w:val="20"/>
        </w:rPr>
        <w:br/>
        <w:br/>
        <w:t xml:space="preserve">       /start</w:t>
        <w:br/>
        <w:t xml:space="preserve">      </w:t>
        <w:br/>
      </w:r>
    </w:p>
    <w:p>
      <w:pPr>
        <w:spacing w:after="80"/>
        <w:ind w:left="360"/>
      </w:pPr>
      <w:r>
        <w:t xml:space="preserve">• </w:t>
      </w:r>
      <w:r>
        <w:rPr>
          <w:b w:val="0"/>
          <w:i w:val="0"/>
        </w:rPr>
        <w:t xml:space="preserve">Trình xử lý cho lệnh </w:t>
      </w:r>
      <w:r>
        <w:rPr>
          <w:rFonts w:ascii="Consolas" w:hAnsi="Consolas"/>
          <w:b w:val="0"/>
          <w:i w:val="0"/>
          <w:sz w:val="20"/>
        </w:rPr>
        <w:br/>
        <w:br/>
        <w:t xml:space="preserve">       help</w:t>
        <w:br/>
        <w:t xml:space="preserve">      </w:t>
        <w:br/>
      </w:r>
      <w:r>
        <w:rPr>
          <w:b w:val="0"/>
          <w:i w:val="0"/>
        </w:rPr>
        <w:t xml:space="preserve"> , được gọi bằng </w:t>
      </w:r>
      <w:r>
        <w:rPr>
          <w:rFonts w:ascii="Consolas" w:hAnsi="Consolas"/>
          <w:b w:val="0"/>
          <w:i w:val="0"/>
          <w:sz w:val="20"/>
        </w:rPr>
        <w:br/>
        <w:br/>
        <w:t xml:space="preserve">       /help</w:t>
        <w:br/>
        <w:t xml:space="preserve">      </w:t>
        <w:br/>
      </w:r>
    </w:p>
    <w:p>
      <w:pPr>
        <w:spacing w:after="80"/>
        <w:ind w:left="360"/>
      </w:pPr>
      <w:r>
        <w:t xml:space="preserve">• </w:t>
      </w:r>
      <w:r>
        <w:rPr>
          <w:b w:val="0"/>
          <w:i w:val="0"/>
        </w:rPr>
        <w:t xml:space="preserve">Trình xử lý cho các tin nhắn (văn bản thông thường không bắt đầu bằng </w:t>
      </w:r>
      <w:r>
        <w:rPr>
          <w:rFonts w:ascii="Consolas" w:hAnsi="Consolas"/>
          <w:b w:val="0"/>
          <w:i w:val="0"/>
          <w:sz w:val="20"/>
        </w:rPr>
        <w:br/>
        <w:br/>
        <w:t xml:space="preserve">       /</w:t>
        <w:br/>
        <w:t xml:space="preserve">      </w:t>
        <w:br/>
      </w:r>
      <w:r>
        <w:rPr>
          <w:b w:val="0"/>
          <w:i w:val="0"/>
        </w:rPr>
        <w:t xml:space="preserve"> ). Chúng ta áp dụng bộ lọc để nói rằng chúng ta chỉ chấp nhận các tin nhắn </w:t>
      </w:r>
      <w:r>
        <w:rPr>
          <w:rFonts w:ascii="Consolas" w:hAnsi="Consolas"/>
          <w:b w:val="0"/>
          <w:i w:val="0"/>
          <w:sz w:val="20"/>
        </w:rPr>
        <w:br/>
        <w:br/>
        <w:t xml:space="preserve">       TEXT</w:t>
        <w:br/>
        <w:t xml:space="preserve">      </w:t>
        <w:br/>
      </w:r>
      <w:r>
        <w:rPr>
          <w:b w:val="0"/>
          <w:i w:val="0"/>
        </w:rPr>
        <w:t xml:space="preserve"> không phải là lệnh.</w:t>
      </w:r>
    </w:p>
    <w:p>
      <w:pPr>
        <w:spacing w:after="80"/>
      </w:pPr>
      <w:r>
        <w:rPr>
          <w:b/>
          <w:i w:val="0"/>
        </w:rPr>
        <w:t>Mẹo</w:t>
      </w:r>
    </w:p>
    <w:p>
      <w:pPr>
        <w:spacing w:after="80"/>
      </w:pPr>
      <w:r>
        <w:rPr>
          <w:b w:val="0"/>
          <w:i w:val="0"/>
        </w:rPr>
        <w:t xml:space="preserve">Bot Telegram cần hỗ trợ lệnh </w:t>
      </w:r>
      <w:r>
        <w:rPr>
          <w:rFonts w:ascii="Consolas" w:hAnsi="Consolas"/>
          <w:b w:val="0"/>
          <w:i w:val="0"/>
          <w:sz w:val="20"/>
        </w:rPr>
        <w:br/>
        <w:br/>
        <w:t xml:space="preserve">       start</w:t>
        <w:br/>
        <w:t xml:space="preserve">      </w:t>
        <w:br/>
      </w:r>
      <w:r>
        <w:rPr>
          <w:b w:val="0"/>
          <w:i w:val="0"/>
        </w:rPr>
        <w:t xml:space="preserve"> và </w:t>
      </w:r>
      <w:r>
        <w:rPr>
          <w:rFonts w:ascii="Consolas" w:hAnsi="Consolas"/>
          <w:b w:val="0"/>
          <w:i w:val="0"/>
          <w:sz w:val="20"/>
        </w:rPr>
        <w:br/>
        <w:br/>
        <w:t xml:space="preserve">       help</w:t>
        <w:br/>
        <w:t xml:space="preserve">      </w:t>
        <w:br/>
      </w:r>
      <w:r>
        <w:rPr>
          <w:b w:val="0"/>
          <w:i w:val="0"/>
        </w:rPr>
        <w:t xml:space="preserve">. Lệnh </w:t>
      </w:r>
      <w:r>
        <w:rPr>
          <w:rFonts w:ascii="Consolas" w:hAnsi="Consolas"/>
          <w:b w:val="0"/>
          <w:i w:val="0"/>
          <w:sz w:val="20"/>
        </w:rPr>
        <w:br/>
        <w:br/>
        <w:t xml:space="preserve">       start</w:t>
        <w:br/>
        <w:t xml:space="preserve">      </w:t>
        <w:br/>
      </w:r>
      <w:r>
        <w:rPr>
          <w:b w:val="0"/>
          <w:i w:val="0"/>
        </w:rPr>
        <w:t xml:space="preserve"> sẽ được kích hoạt khi bắt đầu cuộc trò chuyện với bot.</w:t>
      </w:r>
    </w:p>
    <w:p>
      <w:pPr>
        <w:spacing w:after="80"/>
      </w:pPr>
      <w:r>
        <w:rPr>
          <w:b w:val="0"/>
          <w:i w:val="0"/>
        </w:rPr>
        <w:t xml:space="preserve">Lưu ý rằng Telegram định nghĩa lệnh là các hành động bắt đầu bằng </w:t>
      </w:r>
      <w:r>
        <w:rPr>
          <w:rFonts w:ascii="Consolas" w:hAnsi="Consolas"/>
          <w:b w:val="0"/>
          <w:i w:val="0"/>
          <w:sz w:val="20"/>
        </w:rPr>
        <w:br/>
        <w:br/>
        <w:t xml:space="preserve">       /</w:t>
        <w:br/>
        <w:t xml:space="preserve">      </w:t>
        <w:br/>
      </w:r>
      <w:r>
        <w:rPr>
          <w:b w:val="0"/>
          <w:i w:val="0"/>
        </w:rPr>
        <w:t>. Bạn có thể tạo thêm nhiều hành động khác nếu muốn.</w:t>
      </w:r>
    </w:p>
    <w:p>
      <w:pPr>
        <w:spacing w:after="80"/>
      </w:pPr>
      <w:r>
        <w:rPr>
          <w:b w:val="0"/>
          <w:i w:val="0"/>
        </w:rPr>
        <w:t>Một tin nhắn không có handler (ví dụ như hình ảnh trong ví dụ của chúng ta) sẽ bị bỏ qua.</w:t>
      </w:r>
    </w:p>
    <w:p>
      <w:pPr>
        <w:spacing w:after="80"/>
      </w:pPr>
      <w:r>
        <w:rPr>
          <w:b w:val="0"/>
          <w:i w:val="0"/>
        </w:rPr>
        <w:t xml:space="preserve">Lệnh start và help khá đơn giản; giờ hãy cùng xem </w:t>
      </w:r>
      <w:r>
        <w:rPr>
          <w:rFonts w:ascii="Consolas" w:hAnsi="Consolas"/>
          <w:b w:val="0"/>
          <w:i w:val="0"/>
          <w:sz w:val="20"/>
        </w:rPr>
        <w:br/>
        <w:br/>
        <w:t xml:space="preserve">      chat_message</w:t>
        <w:br/>
        <w:t xml:space="preserve">     </w:t>
        <w:br/>
      </w:r>
      <w:r>
        <w:rPr>
          <w:b w:val="0"/>
          <w:i w:val="0"/>
        </w:rPr>
        <w:t>:</w:t>
      </w:r>
    </w:p>
    <w:p>
      <w:pPr>
        <w:spacing w:after="0"/>
        <w:ind w:left="360"/>
        <w:shd w:val="clear" w:color="auto" w:fill="F2F2F2"/>
      </w:pPr>
      <w:r>
        <w:rPr>
          <w:rFonts w:ascii="Consolas" w:hAnsi="Consolas"/>
          <w:sz w:val="18"/>
        </w:rPr>
        <w:t>async def chat_message(update, context):</w:t>
      </w:r>
    </w:p>
    <w:p>
      <w:pPr>
        <w:spacing w:after="0"/>
        <w:ind w:left="360"/>
        <w:shd w:val="clear" w:color="auto" w:fill="F2F2F2"/>
      </w:pPr>
      <w:r>
        <w:rPr>
          <w:rFonts w:ascii="Consolas" w:hAnsi="Consolas"/>
          <w:sz w:val="18"/>
        </w:rPr>
        <w:t xml:space="preserve">    # Detect the message and return the proper response</w:t>
      </w:r>
    </w:p>
    <w:p>
      <w:pPr>
        <w:spacing w:after="0"/>
        <w:ind w:left="360"/>
        <w:shd w:val="clear" w:color="auto" w:fill="F2F2F2"/>
      </w:pPr>
      <w:r>
        <w:rPr>
          <w:rFonts w:ascii="Consolas" w:hAnsi="Consolas"/>
          <w:sz w:val="18"/>
        </w:rPr>
        <w:t xml:space="preserve">    message = update.message.text.lower()</w:t>
      </w:r>
    </w:p>
    <w:p>
      <w:pPr>
        <w:spacing w:after="0"/>
        <w:ind w:left="360"/>
        <w:shd w:val="clear" w:color="auto" w:fill="F2F2F2"/>
      </w:pPr>
      <w:r>
        <w:rPr>
          <w:rFonts w:ascii="Consolas" w:hAnsi="Consolas"/>
          <w:sz w:val="18"/>
        </w:rPr>
        <w:t xml:space="preserve">    if message not in COMMANDS:</w:t>
      </w:r>
    </w:p>
    <w:p>
      <w:pPr>
        <w:spacing w:after="0"/>
        <w:ind w:left="360"/>
        <w:shd w:val="clear" w:color="auto" w:fill="F2F2F2"/>
      </w:pPr>
      <w:r>
        <w:rPr>
          <w:rFonts w:ascii="Consolas" w:hAnsi="Consolas"/>
          <w:sz w:val="18"/>
        </w:rPr>
        <w:t xml:space="preserve">        await update.message.reply_text('Sorry, I did not catch that. Type "help" to see all options.')</w:t>
      </w:r>
    </w:p>
    <w:p>
      <w:pPr>
        <w:spacing w:after="0"/>
        <w:ind w:left="360"/>
        <w:shd w:val="clear" w:color="auto" w:fill="F2F2F2"/>
      </w:pPr>
      <w:r>
        <w:rPr>
          <w:rFonts w:ascii="Consolas" w:hAnsi="Consolas"/>
          <w:sz w:val="18"/>
        </w:rPr>
        <w:t xml:space="preserve">        return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message_back = COMMANDS[message]()</w:t>
      </w:r>
    </w:p>
    <w:p>
      <w:pPr>
        <w:spacing w:after="0"/>
        <w:ind w:left="360"/>
        <w:shd w:val="clear" w:color="auto" w:fill="F2F2F2"/>
      </w:pPr>
      <w:r>
        <w:rPr>
          <w:rFonts w:ascii="Consolas" w:hAnsi="Consolas"/>
          <w:sz w:val="18"/>
        </w:rPr>
        <w:t xml:space="preserve">    await update.message.reply_text(message_back)</w:t>
      </w:r>
    </w:p>
    <w:p>
      <w:pPr>
        <w:spacing w:after="40"/>
      </w:pPr>
    </w:p>
    <w:p>
      <w:pPr>
        <w:spacing w:after="80"/>
      </w:pPr>
      <w:r>
        <w:rPr>
          <w:b w:val="0"/>
          <w:i w:val="0"/>
        </w:rPr>
        <w:t xml:space="preserve">Đầu tiên, chúng ta để ý thấy </w:t>
      </w:r>
      <w:r>
        <w:rPr>
          <w:rFonts w:ascii="Consolas" w:hAnsi="Consolas"/>
          <w:b w:val="0"/>
          <w:i w:val="0"/>
          <w:sz w:val="20"/>
        </w:rPr>
        <w:br/>
        <w:br/>
        <w:t xml:space="preserve">      async def</w:t>
        <w:br/>
        <w:t xml:space="preserve">     </w:t>
        <w:br/>
      </w:r>
      <w:r>
        <w:rPr>
          <w:b w:val="0"/>
          <w:i w:val="0"/>
        </w:rPr>
        <w:t xml:space="preserve"> trong định nghĩa hàm. Điều này cho biết hàm là bất đồng bộ (asynchronous). Nó cũng giải thích cho các lệnh gọi </w:t>
      </w:r>
      <w:r>
        <w:rPr>
          <w:rFonts w:ascii="Consolas" w:hAnsi="Consolas"/>
          <w:b w:val="0"/>
          <w:i w:val="0"/>
          <w:sz w:val="20"/>
        </w:rPr>
        <w:br/>
        <w:br/>
        <w:t xml:space="preserve">      await</w:t>
        <w:br/>
        <w:t xml:space="preserve">     </w:t>
        <w:br/>
      </w:r>
      <w:r>
        <w:rPr>
          <w:b w:val="0"/>
          <w:i w:val="0"/>
        </w:rPr>
        <w:t>.</w:t>
      </w:r>
    </w:p>
    <w:p>
      <w:pPr>
        <w:spacing w:after="80"/>
      </w:pPr>
      <w:r>
        <w:rPr>
          <w:b/>
          <w:i w:val="0"/>
        </w:rPr>
        <w:t>Lưu ý</w:t>
      </w:r>
    </w:p>
    <w:p>
      <w:pPr>
        <w:spacing w:after="80"/>
      </w:pPr>
      <w:r>
        <w:rPr>
          <w:b w:val="0"/>
          <w:i w:val="0"/>
        </w:rPr>
        <w:t xml:space="preserve">Lập trình bất đồng bộ là một dạng đa nhiệm, trong đó mã giải phóng quyền điều khiển khi chờ một thao tác – do đó có </w:t>
      </w:r>
      <w:r>
        <w:rPr>
          <w:rFonts w:ascii="Consolas" w:hAnsi="Consolas"/>
          <w:b w:val="0"/>
          <w:i w:val="0"/>
          <w:sz w:val="20"/>
        </w:rPr>
        <w:br/>
        <w:br/>
        <w:t xml:space="preserve">       await</w:t>
        <w:br/>
        <w:t xml:space="preserve">      </w:t>
        <w:br/>
      </w:r>
      <w:r>
        <w:rPr>
          <w:b w:val="0"/>
          <w:i w:val="0"/>
        </w:rPr>
        <w:t>. Nó phù hợp với các tiến trình giao tiếp nặng, vì một tiến trình duy nhất có thể xử lý nhiều cuộc trò chuyện đồng thời.</w:t>
      </w:r>
    </w:p>
    <w:p>
      <w:pPr>
        <w:spacing w:after="80"/>
      </w:pPr>
      <w:r>
        <w:rPr>
          <w:b w:val="0"/>
          <w:i w:val="0"/>
        </w:rPr>
        <w:t xml:space="preserve">Nhược điểm chính của lập trình bất đồng bộ là mã có thể trở nên khó hiểu hơn, và bạn thường không thể gọi một hàm </w:t>
      </w:r>
      <w:r>
        <w:rPr>
          <w:rFonts w:ascii="Consolas" w:hAnsi="Consolas"/>
          <w:b w:val="0"/>
          <w:i w:val="0"/>
          <w:sz w:val="20"/>
        </w:rPr>
        <w:br/>
        <w:br/>
        <w:t xml:space="preserve">       async</w:t>
        <w:br/>
        <w:t xml:space="preserve">      </w:t>
        <w:br/>
      </w:r>
      <w:r>
        <w:rPr>
          <w:b w:val="0"/>
          <w:i w:val="0"/>
        </w:rPr>
        <w:t xml:space="preserve"> từ một hàm thông thường.</w:t>
      </w:r>
    </w:p>
    <w:p>
      <w:pPr>
        <w:spacing w:after="80"/>
      </w:pPr>
      <w:r>
        <w:rPr>
          <w:b w:val="0"/>
          <w:i w:val="0"/>
        </w:rPr>
        <w:t xml:space="preserve">Đoạn mã phát hiện tin nhắn, và nếu đó là một trong những tin nhắn được hiểu, nó gọi hàm </w:t>
      </w:r>
      <w:r>
        <w:rPr>
          <w:rFonts w:ascii="Consolas" w:hAnsi="Consolas"/>
          <w:b w:val="0"/>
          <w:i w:val="0"/>
          <w:sz w:val="20"/>
        </w:rPr>
        <w:br/>
        <w:br/>
        <w:t xml:space="preserve">      get_message</w:t>
        <w:br/>
        <w:t xml:space="preserve">     </w:t>
        <w:br/>
      </w:r>
      <w:r>
        <w:rPr>
          <w:b w:val="0"/>
          <w:i w:val="0"/>
        </w:rPr>
        <w:t xml:space="preserve"> thích hợp để lấy tin nhắn cần trả về. Nó gửi tin nhắn trở lại cho người dùng với</w:t>
      </w:r>
    </w:p>
    <w:p>
      <w:pPr>
        <w:spacing w:after="0"/>
        <w:ind w:left="360"/>
        <w:shd w:val="clear" w:color="auto" w:fill="F2F2F2"/>
      </w:pPr>
      <w:r>
        <w:rPr>
          <w:rFonts w:ascii="Consolas" w:hAnsi="Consolas"/>
          <w:sz w:val="18"/>
        </w:rPr>
        <w:t>await update.message.reply_text(message_back)</w:t>
      </w:r>
    </w:p>
    <w:p>
      <w:pPr>
        <w:spacing w:after="40"/>
      </w:pPr>
    </w:p>
    <w:p>
      <w:pPr>
        <w:spacing w:after="80"/>
      </w:pPr>
      <w:r>
        <w:rPr>
          <w:b w:val="0"/>
          <w:i w:val="0"/>
        </w:rPr>
        <w:t xml:space="preserve">Chú ý từ khóa </w:t>
      </w:r>
      <w:r>
        <w:rPr>
          <w:rFonts w:ascii="Consolas" w:hAnsi="Consolas"/>
          <w:b w:val="0"/>
          <w:i w:val="0"/>
          <w:sz w:val="20"/>
        </w:rPr>
        <w:br/>
        <w:br/>
        <w:t xml:space="preserve">      await</w:t>
        <w:br/>
        <w:t xml:space="preserve">     </w:t>
        <w:br/>
      </w:r>
      <w:r>
        <w:rPr>
          <w:b w:val="0"/>
          <w:i w:val="0"/>
        </w:rPr>
        <w:t xml:space="preserve"> ở đó.</w:t>
      </w:r>
    </w:p>
    <w:p>
      <w:pPr>
        <w:spacing w:after="80"/>
      </w:pPr>
      <w:r>
        <w:rPr>
          <w:b w:val="0"/>
          <w:i/>
        </w:rPr>
        <w:t>Bước 3</w:t>
      </w:r>
      <w:r>
        <w:rPr>
          <w:b w:val="0"/>
          <w:i w:val="0"/>
        </w:rPr>
        <w:t xml:space="preserve"> cho thấy cách điều này hoạt động từ góc nhìn của người dùng đang tương tác với bot.</w:t>
      </w:r>
    </w:p>
    <w:p>
      <w:pPr>
        <w:pStyle w:val="Heading3"/>
      </w:pPr>
      <w:r>
        <w:rPr>
          <w:rFonts w:ascii="Calibri" w:hAnsi="Calibri"/>
          <w:b/>
          <w:i w:val="0"/>
          <w:sz w:val="26"/>
        </w:rPr>
        <w:t>Còn nhiều thứ nữa...</w:t>
      </w:r>
    </w:p>
    <w:p>
      <w:pPr>
        <w:spacing w:after="80"/>
      </w:pPr>
      <w:r>
        <w:rPr>
          <w:b w:val="0"/>
          <w:i w:val="0"/>
        </w:rPr>
        <w:t xml:space="preserve">Bạn có thể thêm nhiều thông tin hơn, ảnh đại diện, v.v. vào kênh Telegram của mình bằng giao diện </w:t>
      </w:r>
      <w:r>
        <w:rPr>
          <w:b w:val="0"/>
          <w:i/>
        </w:rPr>
        <w:t>BotFather</w:t>
      </w:r>
      <w:r>
        <w:rPr>
          <w:b w:val="0"/>
          <w:i w:val="0"/>
        </w:rPr>
        <w:t>.</w:t>
      </w:r>
    </w:p>
    <w:p>
      <w:pPr>
        <w:spacing w:after="80"/>
      </w:pPr>
      <w:r>
        <w:rPr>
          <w:b w:val="0"/>
          <w:i w:val="0"/>
        </w:rPr>
        <w:t xml:space="preserve">Để đơn giản hóa giao diện, chúng ta có thể tạo một bàn phím nội tuyến (inline keyboard) để đơn giản hóa các tùy chọn và cho phép người dùng nhấp trực tiếp vào chúng. Để làm điều đó, chúng ta cần tạo một hàm mới </w:t>
      </w:r>
      <w:r>
        <w:rPr>
          <w:rFonts w:ascii="Consolas" w:hAnsi="Consolas"/>
          <w:b w:val="0"/>
          <w:i w:val="0"/>
          <w:sz w:val="20"/>
        </w:rPr>
        <w:br/>
        <w:br/>
        <w:t xml:space="preserve">      show_options</w:t>
        <w:br/>
        <w:t xml:space="preserve">     </w:t>
        <w:br/>
      </w:r>
      <w:r>
        <w:rPr>
          <w:b w:val="0"/>
          <w:i w:val="0"/>
        </w:rPr>
        <w:t xml:space="preserve"> để hiển thị và </w:t>
      </w:r>
      <w:r>
        <w:rPr>
          <w:rFonts w:ascii="Consolas" w:hAnsi="Consolas"/>
          <w:b w:val="0"/>
          <w:i w:val="0"/>
          <w:sz w:val="20"/>
        </w:rPr>
        <w:br/>
        <w:br/>
        <w:t xml:space="preserve">      press_button</w:t>
        <w:br/>
        <w:t xml:space="preserve">     </w:t>
        <w:br/>
      </w:r>
      <w:r>
        <w:rPr>
          <w:b w:val="0"/>
          <w:i w:val="0"/>
        </w:rPr>
        <w:t xml:space="preserve"> để bắt hành động của người dùng. Trước tiên hãy xem </w:t>
      </w:r>
      <w:r>
        <w:rPr>
          <w:rFonts w:ascii="Consolas" w:hAnsi="Consolas"/>
          <w:b w:val="0"/>
          <w:i w:val="0"/>
          <w:sz w:val="20"/>
        </w:rPr>
        <w:br/>
        <w:br/>
        <w:t xml:space="preserve">      show_options</w:t>
        <w:br/>
        <w:t xml:space="preserve">     </w:t>
        <w:br/>
      </w:r>
      <w:r>
        <w:rPr>
          <w:b w:val="0"/>
          <w:i w:val="0"/>
        </w:rPr>
        <w:t>:</w:t>
      </w:r>
    </w:p>
    <w:p>
      <w:pPr>
        <w:spacing w:after="0"/>
        <w:ind w:left="360"/>
        <w:shd w:val="clear" w:color="auto" w:fill="F2F2F2"/>
      </w:pPr>
      <w:r>
        <w:rPr>
          <w:rFonts w:ascii="Consolas" w:hAnsi="Consolas"/>
          <w:sz w:val="18"/>
        </w:rPr>
        <w:t>async def show_options(update, context):</w:t>
      </w:r>
    </w:p>
    <w:p>
      <w:pPr>
        <w:spacing w:after="0"/>
        <w:ind w:left="360"/>
        <w:shd w:val="clear" w:color="auto" w:fill="F2F2F2"/>
      </w:pPr>
      <w:r>
        <w:rPr>
          <w:rFonts w:ascii="Consolas" w:hAnsi="Consolas"/>
          <w:sz w:val="18"/>
        </w:rPr>
        <w:t xml:space="preserve">    keyboard =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InlineKeyboardButton('Offers', callback_data='offers'),</w:t>
      </w:r>
    </w:p>
    <w:p>
      <w:pPr>
        <w:spacing w:after="0"/>
        <w:ind w:left="360"/>
        <w:shd w:val="clear" w:color="auto" w:fill="F2F2F2"/>
      </w:pPr>
      <w:r>
        <w:rPr>
          <w:rFonts w:ascii="Consolas" w:hAnsi="Consolas"/>
          <w:sz w:val="18"/>
        </w:rPr>
        <w:t xml:space="preserve">            InlineKeyboardButton('Events', callback_data='events'),</w:t>
      </w:r>
    </w:p>
    <w:p>
      <w:pPr>
        <w:spacing w:after="0"/>
        <w:ind w:left="360"/>
        <w:shd w:val="clear" w:color="auto" w:fill="F2F2F2"/>
      </w:pPr>
      <w:r>
        <w:rPr>
          <w:rFonts w:ascii="Consolas" w:hAnsi="Consolas"/>
          <w:sz w:val="18"/>
        </w:rPr>
        <w:t xml:space="preserve">            InlineKeyboardButton('Help', callback_data='help'),</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reply_markup = InlineKeyboardMarkup(keyboard)</w:t>
      </w:r>
    </w:p>
    <w:p>
      <w:pPr>
        <w:spacing w:after="0"/>
        <w:ind w:left="360"/>
        <w:shd w:val="clear" w:color="auto" w:fill="F2F2F2"/>
      </w:pPr>
      <w:r>
        <w:rPr>
          <w:rFonts w:ascii="Consolas" w:hAnsi="Consolas"/>
          <w:sz w:val="18"/>
        </w:rPr>
        <w:t xml:space="preserve">    await update.message.reply_text('Available Options:', reply_markup=reply_markup)</w:t>
      </w:r>
    </w:p>
    <w:p>
      <w:pPr>
        <w:spacing w:after="40"/>
      </w:pPr>
    </w:p>
    <w:p>
      <w:pPr>
        <w:spacing w:after="80"/>
      </w:pPr>
      <w:r>
        <w:rPr>
          <w:b w:val="0"/>
          <w:i w:val="0"/>
        </w:rPr>
        <w:t xml:space="preserve">Đoạn này tạo một </w:t>
      </w:r>
      <w:r>
        <w:rPr>
          <w:rFonts w:ascii="Consolas" w:hAnsi="Consolas"/>
          <w:b w:val="0"/>
          <w:i w:val="0"/>
          <w:sz w:val="20"/>
        </w:rPr>
        <w:br/>
        <w:br/>
        <w:t xml:space="preserve">      InlineKeyboard</w:t>
        <w:br/>
        <w:t xml:space="preserve">     </w:t>
        <w:br/>
      </w:r>
      <w:r>
        <w:rPr>
          <w:b w:val="0"/>
          <w:i w:val="0"/>
        </w:rPr>
        <w:t xml:space="preserve"> với ba nút, mỗi nút cho một tùy chọn. Khi người dùng nhấp vào một trong số đó, sự kiện sẽ được bắt bởi hàm </w:t>
      </w:r>
      <w:r>
        <w:rPr>
          <w:rFonts w:ascii="Consolas" w:hAnsi="Consolas"/>
          <w:b w:val="0"/>
          <w:i w:val="0"/>
          <w:sz w:val="20"/>
        </w:rPr>
        <w:br/>
        <w:br/>
        <w:t xml:space="preserve">      press_button</w:t>
        <w:br/>
        <w:t xml:space="preserve">     </w:t>
        <w:br/>
      </w:r>
      <w:r>
        <w:rPr>
          <w:b w:val="0"/>
          <w:i w:val="0"/>
        </w:rPr>
        <w:t>:</w:t>
      </w:r>
    </w:p>
    <w:p>
      <w:pPr>
        <w:spacing w:after="0"/>
        <w:ind w:left="360"/>
        <w:shd w:val="clear" w:color="auto" w:fill="F2F2F2"/>
      </w:pPr>
      <w:r>
        <w:rPr>
          <w:rFonts w:ascii="Consolas" w:hAnsi="Consolas"/>
          <w:sz w:val="18"/>
        </w:rPr>
        <w:t>async def press_button(update, context):</w:t>
      </w:r>
    </w:p>
    <w:p>
      <w:pPr>
        <w:spacing w:after="0"/>
        <w:ind w:left="360"/>
        <w:shd w:val="clear" w:color="auto" w:fill="F2F2F2"/>
      </w:pPr>
      <w:r>
        <w:rPr>
          <w:rFonts w:ascii="Consolas" w:hAnsi="Consolas"/>
          <w:sz w:val="18"/>
        </w:rPr>
        <w:t xml:space="preserve">    query = update.callback_query</w:t>
      </w:r>
    </w:p>
    <w:p>
      <w:pPr>
        <w:spacing w:after="0"/>
        <w:ind w:left="360"/>
        <w:shd w:val="clear" w:color="auto" w:fill="F2F2F2"/>
      </w:pPr>
      <w:r>
        <w:rPr>
          <w:rFonts w:ascii="Consolas" w:hAnsi="Consolas"/>
          <w:sz w:val="18"/>
        </w:rPr>
        <w:t xml:space="preserve">    await query.answer()</w:t>
      </w:r>
    </w:p>
    <w:p>
      <w:pPr>
        <w:spacing w:after="0"/>
        <w:ind w:left="360"/>
        <w:shd w:val="clear" w:color="auto" w:fill="F2F2F2"/>
      </w:pPr>
      <w:r>
        <w:rPr>
          <w:rFonts w:ascii="Consolas" w:hAnsi="Consolas"/>
          <w:sz w:val="18"/>
        </w:rPr>
        <w:t xml:space="preserve">    option = query.data</w:t>
      </w:r>
    </w:p>
    <w:p>
      <w:pPr>
        <w:spacing w:after="0"/>
        <w:ind w:left="360"/>
        <w:shd w:val="clear" w:color="auto" w:fill="F2F2F2"/>
      </w:pPr>
      <w:r>
        <w:rPr>
          <w:rFonts w:ascii="Consolas" w:hAnsi="Consolas"/>
          <w:sz w:val="18"/>
        </w:rPr>
        <w:t xml:space="preserve">    await query.edit_message_text(text=f'Selected option: {option}')</w:t>
      </w:r>
    </w:p>
    <w:p>
      <w:pPr>
        <w:spacing w:after="0"/>
        <w:ind w:left="360"/>
        <w:shd w:val="clear" w:color="auto" w:fill="F2F2F2"/>
      </w:pPr>
      <w:r>
        <w:rPr>
          <w:rFonts w:ascii="Consolas" w:hAnsi="Consolas"/>
          <w:sz w:val="18"/>
        </w:rPr>
        <w:t xml:space="preserve">    message_back = COMMANDS[option]()</w:t>
      </w:r>
    </w:p>
    <w:p>
      <w:pPr>
        <w:spacing w:after="0"/>
        <w:ind w:left="360"/>
        <w:shd w:val="clear" w:color="auto" w:fill="F2F2F2"/>
      </w:pPr>
      <w:r>
        <w:rPr>
          <w:rFonts w:ascii="Consolas" w:hAnsi="Consolas"/>
          <w:sz w:val="18"/>
        </w:rPr>
        <w:t xml:space="preserve">    await context.bot.send_message(chat_id=update.effective_chat.id, text=message_back)</w:t>
      </w:r>
    </w:p>
    <w:p>
      <w:pPr>
        <w:spacing w:after="40"/>
      </w:pPr>
    </w:p>
    <w:p>
      <w:pPr>
        <w:spacing w:after="80"/>
      </w:pPr>
      <w:r>
        <w:rPr>
          <w:b w:val="0"/>
          <w:i w:val="0"/>
        </w:rPr>
        <w:t>Nút được hiển thị sẽ được chỉnh sửa thành tùy chọn đã chọn.</w:t>
      </w:r>
    </w:p>
    <w:p>
      <w:pPr>
        <w:spacing w:after="80"/>
      </w:pPr>
      <w:r>
        <w:rPr>
          <w:b/>
          <w:i w:val="0"/>
        </w:rPr>
        <w:t>Lưu ý</w:t>
      </w:r>
    </w:p>
    <w:p>
      <w:pPr>
        <w:spacing w:after="80"/>
      </w:pPr>
      <w:r>
        <w:rPr>
          <w:b w:val="0"/>
          <w:i w:val="0"/>
        </w:rPr>
        <w:t>Bạn có thể thấy điều này trong Hình 9.17. Dòng cuối cùng hiển thị các tùy chọn có sẵn trong các ô độc lập (Offers, Events, Help). Ở phía trên, lúc 16:31, có một lựa chọn trước đó đã được chỉnh sửa thành văn bản hiển thị lựa chọn đó.</w:t>
      </w:r>
    </w:p>
    <w:p>
      <w:pPr>
        <w:spacing w:after="80"/>
      </w:pPr>
      <w:r>
        <w:rPr>
          <w:b w:val="0"/>
          <w:i w:val="0"/>
        </w:rPr>
        <w:t>Sau đó, nó nhận lại tin nhắn cho tùy chọn đã chọn và gửi một tin nhắn khác.</w:t>
      </w:r>
    </w:p>
    <w:p>
      <w:pPr>
        <w:spacing w:after="80"/>
      </w:pPr>
      <w:r>
        <w:rPr>
          <w:b w:val="0"/>
          <w:i w:val="0"/>
        </w:rPr>
        <w:t xml:space="preserve">Lưu ý rằng không có văn bản nào để trả lời, vì vậy chúng ta cần sử dụng lệnh gọi </w:t>
      </w:r>
      <w:r>
        <w:rPr>
          <w:rFonts w:ascii="Consolas" w:hAnsi="Consolas"/>
          <w:b w:val="0"/>
          <w:i w:val="0"/>
          <w:sz w:val="20"/>
        </w:rPr>
        <w:br/>
        <w:br/>
        <w:t xml:space="preserve">      context.bot.send_message</w:t>
        <w:br/>
        <w:t xml:space="preserve">     </w:t>
        <w:br/>
      </w:r>
      <w:r>
        <w:rPr>
          <w:b w:val="0"/>
          <w:i w:val="0"/>
        </w:rPr>
        <w:t xml:space="preserve"> , lệnh này yêu cầu </w:t>
      </w:r>
      <w:r>
        <w:rPr>
          <w:rFonts w:ascii="Consolas" w:hAnsi="Consolas"/>
          <w:b w:val="0"/>
          <w:i w:val="0"/>
          <w:sz w:val="20"/>
        </w:rPr>
        <w:br/>
        <w:br/>
        <w:t xml:space="preserve">      chat_id</w:t>
        <w:br/>
        <w:t xml:space="preserve">     </w:t>
        <w:br/>
      </w:r>
      <w:r>
        <w:rPr>
          <w:b w:val="0"/>
          <w:i w:val="0"/>
        </w:rPr>
        <w:t xml:space="preserve"> .</w:t>
      </w:r>
    </w:p>
    <w:p>
      <w:pPr>
        <w:spacing w:after="80"/>
      </w:pPr>
      <w:r>
        <w:rPr>
          <w:b w:val="0"/>
          <w:i w:val="0"/>
        </w:rPr>
        <w:t>Điều này làm cho các tùy chọn có sẵn trở nên rất rõ ràng:</w:t>
      </w:r>
    </w:p>
    <w:p>
      <w:pPr>
        <w:jc w:val="center"/>
      </w:pPr>
      <w:r>
        <w:drawing>
          <wp:inline xmlns:a="http://schemas.openxmlformats.org/drawingml/2006/main" xmlns:pic="http://schemas.openxmlformats.org/drawingml/2006/picture">
            <wp:extent cx="3786865" cy="8229599"/>
            <wp:docPr id="99" name="Picture 99"/>
            <wp:cNvGraphicFramePr>
              <a:graphicFrameLocks noChangeAspect="1"/>
            </wp:cNvGraphicFramePr>
            <a:graphic>
              <a:graphicData uri="http://schemas.openxmlformats.org/drawingml/2006/picture">
                <pic:pic>
                  <pic:nvPicPr>
                    <pic:cNvPr id="0" name="B36973_9_17.png"/>
                    <pic:cNvPicPr/>
                  </pic:nvPicPr>
                  <pic:blipFill>
                    <a:blip r:embed="rId101"/>
                    <a:stretch>
                      <a:fillRect/>
                    </a:stretch>
                  </pic:blipFill>
                  <pic:spPr>
                    <a:xfrm>
                      <a:off x="0" y="0"/>
                      <a:ext cx="3786865" cy="8229599"/>
                    </a:xfrm>
                    <a:prstGeom prst="rect"/>
                  </pic:spPr>
                </pic:pic>
              </a:graphicData>
            </a:graphic>
          </wp:inline>
        </w:drawing>
      </w:r>
    </w:p>
    <w:p>
      <w:pPr>
        <w:spacing w:after="160"/>
        <w:jc w:val="center"/>
      </w:pPr>
      <w:r>
        <w:rPr>
          <w:rFonts w:ascii="Calibri" w:hAnsi="Calibri"/>
          <w:b w:val="0"/>
          <w:i/>
          <w:sz w:val="19"/>
        </w:rPr>
        <w:t>Hình 9.17: Tin nhắn Telegram với các nút</w:t>
      </w:r>
    </w:p>
    <w:p>
      <w:pPr>
        <w:spacing w:after="80"/>
      </w:pPr>
      <w:r>
        <w:rPr>
          <w:b w:val="0"/>
          <w:i w:val="0"/>
        </w:rPr>
        <w:t xml:space="preserve">Những thay đổi này có thể được tải xuống từ tệp </w:t>
      </w:r>
      <w:r>
        <w:rPr>
          <w:rFonts w:ascii="Consolas" w:hAnsi="Consolas"/>
          <w:b w:val="0"/>
          <w:i w:val="0"/>
          <w:sz w:val="20"/>
        </w:rPr>
        <w:br/>
        <w:br/>
        <w:t xml:space="preserve">      telegram_bot_custom_keyboard.py</w:t>
        <w:br/>
        <w:t xml:space="preserve">     </w:t>
        <w:br/>
      </w:r>
      <w:r>
        <w:rPr>
          <w:b w:val="0"/>
          <w:i w:val="0"/>
        </w:rPr>
        <w:t xml:space="preserve"> , có sẵn trên GitHub tại đây: </w:t>
      </w:r>
      <w:r>
        <w:rPr>
          <w:rFonts w:ascii="Consolas" w:hAnsi="Consolas"/>
          <w:b w:val="0"/>
          <w:i w:val="0"/>
          <w:sz w:val="20"/>
        </w:rPr>
        <w:br/>
        <w:br/>
        <w:t xml:space="preserve">       https://github.com/PacktPublishing/Python-Automation-Cookbook-Third-Edition/blob/main/ch09/telegram_bot_custom_keyboard.py</w:t>
        <w:br/>
        <w:t xml:space="preserve">      </w:t>
        <w:br/>
      </w:r>
      <w:r>
        <w:rPr>
          <w:b w:val="0"/>
          <w:i w:val="0"/>
        </w:rPr>
        <w:t xml:space="preserve"> .</w:t>
      </w:r>
    </w:p>
    <w:p>
      <w:pPr>
        <w:spacing w:after="80"/>
      </w:pPr>
      <w:r>
        <w:rPr>
          <w:b w:val="0"/>
          <w:i w:val="0"/>
        </w:rPr>
        <w:t>Bạn có thể tạo các loại giao diện tùy chỉnh khác, bao gồm cả nền tảng để tạo trò chơi! Hãy xem tài liệu Telegram API để biết thêm thông tin.</w:t>
      </w:r>
    </w:p>
    <w:p>
      <w:pPr>
        <w:spacing w:after="80"/>
      </w:pPr>
      <w:r>
        <w:rPr>
          <w:b w:val="0"/>
          <w:i w:val="0"/>
        </w:rPr>
        <w:t xml:space="preserve">Để hệ thống hoạt động trong môi trường production, bạn có thể sẽ cần triển khai bot của mình, và tài liệu của </w:t>
      </w:r>
      <w:r>
        <w:rPr>
          <w:rFonts w:ascii="Consolas" w:hAnsi="Consolas"/>
          <w:b w:val="0"/>
          <w:i w:val="0"/>
          <w:sz w:val="20"/>
        </w:rPr>
        <w:br/>
        <w:br/>
        <w:t xml:space="preserve">      python‑telegram‑bot</w:t>
        <w:br/>
        <w:t xml:space="preserve">     </w:t>
        <w:br/>
      </w:r>
      <w:r>
        <w:rPr>
          <w:b w:val="0"/>
          <w:i w:val="0"/>
        </w:rPr>
        <w:t xml:space="preserve"> cung cấp một số khuyến nghị – xem </w:t>
      </w:r>
      <w:r>
        <w:rPr>
          <w:rFonts w:ascii="Consolas" w:hAnsi="Consolas"/>
          <w:b w:val="0"/>
          <w:i w:val="0"/>
          <w:sz w:val="20"/>
        </w:rPr>
        <w:br/>
        <w:br/>
        <w:t xml:space="preserve">       https://github.com/python-telegram-bot/python-telegram-bot/wiki/Where-to-host-Telegram-Bots</w:t>
        <w:br/>
        <w:t xml:space="preserve">      </w:t>
        <w:br/>
      </w:r>
      <w:r>
        <w:rPr>
          <w:b w:val="0"/>
          <w:i w:val="0"/>
        </w:rPr>
        <w:t xml:space="preserve"> .</w:t>
      </w:r>
    </w:p>
    <w:p>
      <w:pPr>
        <w:spacing w:after="80"/>
      </w:pPr>
      <w:r>
        <w:rPr>
          <w:b w:val="0"/>
          <w:i w:val="0"/>
        </w:rPr>
        <w:t xml:space="preserve">Railway, mà chúng ta đã giới thiệu trong công thức trước, cũng có một ví dụ tại </w:t>
      </w:r>
      <w:r>
        <w:rPr>
          <w:rFonts w:ascii="Consolas" w:hAnsi="Consolas"/>
          <w:b w:val="0"/>
          <w:i w:val="0"/>
          <w:sz w:val="20"/>
        </w:rPr>
        <w:br/>
        <w:br/>
        <w:t xml:space="preserve">       https://railway.com/deploy/a0ln90</w:t>
        <w:br/>
        <w:t xml:space="preserve">      </w:t>
        <w:br/>
      </w:r>
      <w:r>
        <w:rPr>
          <w:b w:val="0"/>
          <w:i w:val="0"/>
        </w:rPr>
        <w:t xml:space="preserve"> .</w:t>
      </w:r>
    </w:p>
    <w:p>
      <w:pPr>
        <w:spacing w:after="80"/>
      </w:pPr>
      <w:r>
        <w:rPr>
          <w:b w:val="0"/>
          <w:i w:val="0"/>
        </w:rPr>
        <w:t xml:space="preserve">Toàn bộ Telegram API cho bot có thể được tìm thấy tại </w:t>
      </w:r>
      <w:r>
        <w:rPr>
          <w:rFonts w:ascii="Consolas" w:hAnsi="Consolas"/>
          <w:b w:val="0"/>
          <w:i w:val="0"/>
          <w:sz w:val="20"/>
        </w:rPr>
        <w:br/>
        <w:br/>
        <w:t xml:space="preserve">       https://core.telegram.org/bots</w:t>
        <w:br/>
        <w:t xml:space="preserve">      </w:t>
        <w:br/>
      </w:r>
      <w:r>
        <w:rPr>
          <w:b w:val="0"/>
          <w:i w:val="0"/>
        </w:rPr>
        <w:t xml:space="preserve"> , trong khi tài liệu cho mô-đun </w:t>
      </w:r>
      <w:r>
        <w:rPr>
          <w:rFonts w:ascii="Consolas" w:hAnsi="Consolas"/>
          <w:b w:val="0"/>
          <w:i w:val="0"/>
          <w:sz w:val="20"/>
        </w:rPr>
        <w:br/>
        <w:br/>
        <w:t xml:space="preserve">      python‑telegram‑bot</w:t>
        <w:br/>
        <w:t xml:space="preserve">     </w:t>
        <w:br/>
      </w:r>
      <w:r>
        <w:rPr>
          <w:b w:val="0"/>
          <w:i w:val="0"/>
        </w:rPr>
        <w:t xml:space="preserve"> có thể được tìm thấy tại </w:t>
      </w:r>
      <w:r>
        <w:rPr>
          <w:rFonts w:ascii="Consolas" w:hAnsi="Consolas"/>
          <w:b w:val="0"/>
          <w:i w:val="0"/>
          <w:sz w:val="20"/>
        </w:rPr>
        <w:br/>
        <w:br/>
        <w:t xml:space="preserve">       https://docs.python-telegram-bot.org/en/stable/</w:t>
        <w:br/>
        <w:t xml:space="preserve">      </w:t>
        <w:br/>
      </w:r>
      <w:r>
        <w:rPr>
          <w:b w:val="0"/>
          <w:i w:val="0"/>
        </w:rPr>
        <w:t xml:space="preserve"> .</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Producing SMS messages </w:t>
      </w:r>
      <w:r>
        <w:rPr>
          <w:b w:val="0"/>
          <w:i w:val="0"/>
        </w:rPr>
        <w:t xml:space="preserve"> , ở phần trước trong chương này, để tìm hiểu về những kiến thức cơ bản của Twilio và cách nhận tin nhắn SMS</w:t>
      </w:r>
    </w:p>
    <w:p>
      <w:pPr>
        <w:spacing w:after="80"/>
        <w:ind w:left="360"/>
      </w:pPr>
      <w:r>
        <w:t xml:space="preserve">• </w:t>
      </w:r>
      <w:r>
        <w:rPr>
          <w:b w:val="0"/>
          <w:i w:val="0"/>
        </w:rPr>
        <w:t xml:space="preserve">Công thức </w:t>
      </w:r>
      <w:r>
        <w:rPr>
          <w:b w:val="0"/>
          <w:i/>
        </w:rPr>
        <w:t xml:space="preserve"> Receiving SMS messages </w:t>
      </w:r>
      <w:r>
        <w:rPr>
          <w:b w:val="0"/>
          <w:i w:val="0"/>
        </w:rPr>
        <w:t xml:space="preserve"> , trước đó trong chương này, để tìm hiểu cách nhận tin nhắn SMS bằng Twilio</w:t>
      </w:r>
    </w:p>
    <w:p>
      <w:pPr>
        <w:pStyle w:val="Heading2"/>
      </w:pPr>
      <w:r>
        <w:rPr>
          <w:rFonts w:ascii="Calibri" w:hAnsi="Calibri"/>
          <w:b/>
          <w:i w:val="0"/>
          <w:sz w:val="32"/>
        </w:rPr>
        <w:t>Nhận bản PDF của cuốn sách này và nhiều hơn nữa</w:t>
      </w:r>
    </w:p>
    <w:p>
      <w:pPr>
        <w:spacing w:after="80"/>
      </w:pPr>
      <w:r>
        <w:rPr>
          <w:b w:val="0"/>
          <w:i w:val="0"/>
        </w:rPr>
        <w:t xml:space="preserve">Quét mã QR (hoặc truy cập </w:t>
      </w:r>
      <w:r>
        <w:rPr>
          <w:rFonts w:ascii="Consolas" w:hAnsi="Consolas"/>
          <w:b w:val="0"/>
          <w:i w:val="0"/>
          <w:sz w:val="20"/>
        </w:rPr>
        <w:br/>
        <w:br/>
        <w:t xml:space="preserve">       packtpub.com/unlock</w:t>
        <w:br/>
        <w:t xml:space="preserve">      </w:t>
        <w:br/>
      </w:r>
      <w:r>
        <w:rPr>
          <w:b w:val="0"/>
          <w:i w:val="0"/>
        </w:rPr>
        <w:t xml:space="preserve"> ). Tìm cuốn sách này theo tên, xác nhận phiên bản, rồi làm theo các bước trên trang.</w:t>
      </w:r>
    </w:p>
    <w:p>
      <w:pPr>
        <w:jc w:val="center"/>
      </w:pPr>
      <w:r>
        <w:drawing>
          <wp:inline xmlns:a="http://schemas.openxmlformats.org/drawingml/2006/main" xmlns:pic="http://schemas.openxmlformats.org/drawingml/2006/picture">
            <wp:extent cx="3143250" cy="3143250"/>
            <wp:docPr id="100" name="Picture 100"/>
            <wp:cNvGraphicFramePr>
              <a:graphicFrameLocks noChangeAspect="1"/>
            </wp:cNvGraphicFramePr>
            <a:graphic>
              <a:graphicData uri="http://schemas.openxmlformats.org/drawingml/2006/picture">
                <pic:pic>
                  <pic:nvPicPr>
                    <pic:cNvPr id="0" name="B36973_1_3.png"/>
                    <pic:cNvPicPr/>
                  </pic:nvPicPr>
                  <pic:blipFill>
                    <a:blip r:embed="rId17"/>
                    <a:stretch>
                      <a:fillRect/>
                    </a:stretch>
                  </pic:blipFill>
                  <pic:spPr>
                    <a:xfrm>
                      <a:off x="0" y="0"/>
                      <a:ext cx="3143250" cy="3143250"/>
                    </a:xfrm>
                    <a:prstGeom prst="rect"/>
                  </pic:spPr>
                </pic:pic>
              </a:graphicData>
            </a:graphic>
          </wp:inline>
        </w:drawing>
      </w:r>
    </w:p>
    <w:p>
      <w:pPr>
        <w:jc w:val="center"/>
      </w:pPr>
      <w:r>
        <w:drawing>
          <wp:inline xmlns:a="http://schemas.openxmlformats.org/drawingml/2006/main" xmlns:pic="http://schemas.openxmlformats.org/drawingml/2006/picture">
            <wp:extent cx="2095499" cy="485775"/>
            <wp:docPr id="101" name="Picture 101"/>
            <wp:cNvGraphicFramePr>
              <a:graphicFrameLocks noChangeAspect="1"/>
            </wp:cNvGraphicFramePr>
            <a:graphic>
              <a:graphicData uri="http://schemas.openxmlformats.org/drawingml/2006/picture">
                <pic:pic>
                  <pic:nvPicPr>
                    <pic:cNvPr id="0" name="B36973_1_4.png"/>
                    <pic:cNvPicPr/>
                  </pic:nvPicPr>
                  <pic:blipFill>
                    <a:blip r:embed="rId18"/>
                    <a:stretch>
                      <a:fillRect/>
                    </a:stretch>
                  </pic:blipFill>
                  <pic:spPr>
                    <a:xfrm>
                      <a:off x="0" y="0"/>
                      <a:ext cx="2095499" cy="485775"/>
                    </a:xfrm>
                    <a:prstGeom prst="rect"/>
                  </pic:spPr>
                </pic:pic>
              </a:graphicData>
            </a:graphic>
          </wp:inline>
        </w:drawing>
      </w:r>
    </w:p>
    <w:p>
      <w:pPr>
        <w:spacing w:after="80"/>
      </w:pPr>
      <w:r>
        <w:rPr>
          <w:b w:val="0"/>
          <w:i/>
        </w:rPr>
        <w:t xml:space="preserve"> Lưu ý: Hãy để hóa đơn trong tầm tay. Các giao dịch mua trực tiếp từ Packt không cần hóa đơn. </w:t>
      </w:r>
    </w:p>
    <w:p>
      <w:pPr>
        <w:pStyle w:val="Heading1"/>
      </w:pPr>
      <w:r>
        <w:rPr>
          <w:rFonts w:ascii="Calibri" w:hAnsi="Calibri"/>
          <w:b/>
          <w:i w:val="0"/>
          <w:sz w:val="40"/>
        </w:rPr>
        <w:t>10</w:t>
      </w:r>
    </w:p>
    <w:p>
      <w:pPr>
        <w:pStyle w:val="Heading1"/>
      </w:pPr>
      <w:r>
        <w:rPr>
          <w:rFonts w:ascii="Calibri" w:hAnsi="Calibri"/>
          <w:b/>
          <w:i w:val="0"/>
          <w:sz w:val="40"/>
        </w:rPr>
        <w:t>Tại sao không tự động hóa chiến dịch tiếp thị của bạn?</w:t>
      </w:r>
    </w:p>
    <w:p>
      <w:pPr>
        <w:spacing w:after="80"/>
      </w:pPr>
      <w:r>
        <w:rPr>
          <w:b w:val="0"/>
          <w:i w:val="0"/>
        </w:rPr>
        <w:t>Trong chương này, chúng ta sẽ tạo một chiến dịch tiếp thị và đi qua từng bước tự động trong số nhiều bước tự động mà chúng ta sẽ thực hiện. Chúng ta sẽ vận dụng các khái niệm và công thức lấy từ phần trước của cuốn sách này.</w:t>
      </w:r>
    </w:p>
    <w:p>
      <w:pPr>
        <w:spacing w:after="80"/>
      </w:pPr>
      <w:r>
        <w:rPr>
          <w:b w:val="0"/>
          <w:i w:val="0"/>
        </w:rPr>
        <w:t>Hãy xem một ví dụ. Với dự án của mình, công ty chúng ta muốn thiết lập một chiến dịch tiếp thị để cải thiện mức độ tương tác và doanh số – một mục tiêu đáng khen. Chúng ta có thể chia nó thành nhiều nhiệm vụ phụ:</w:t>
      </w:r>
    </w:p>
    <w:p>
      <w:pPr>
        <w:spacing w:after="80"/>
        <w:ind w:left="360"/>
      </w:pPr>
      <w:r>
        <w:t xml:space="preserve">1. </w:t>
      </w:r>
      <w:r>
        <w:rPr>
          <w:b w:val="0"/>
          <w:i w:val="0"/>
        </w:rPr>
        <w:t>Chúng ta muốn phát hiện thời điểm tốt nhất để khởi chạy chiến dịch, nên chúng ta sẽ được thông báo từ nhiều nguồn khác nhau về các từ khóa giúp chúng ta đưa ra quyết định sáng suốt về thời điểm khởi chạy chiến dịch và các đặc điểm của nó</w:t>
      </w:r>
    </w:p>
    <w:p>
      <w:pPr>
        <w:spacing w:after="80"/>
        <w:ind w:left="360"/>
      </w:pPr>
      <w:r>
        <w:t xml:space="preserve">2. </w:t>
      </w:r>
      <w:r>
        <w:rPr>
          <w:b w:val="0"/>
          <w:i w:val="0"/>
        </w:rPr>
        <w:t>Chiến dịch sẽ bao gồm việc tạo các mã khuyến mại riêng lẻ để gửi đến khách hàng tiềm năng. Kết thúc bước này, chúng ta sẽ có một tệp chứa danh sách các mã khuyến mại.</w:t>
      </w:r>
    </w:p>
    <w:p>
      <w:pPr>
        <w:spacing w:after="80"/>
        <w:ind w:left="360"/>
      </w:pPr>
      <w:r>
        <w:t xml:space="preserve">3. </w:t>
      </w:r>
      <w:r>
        <w:rPr>
          <w:b w:val="0"/>
          <w:i w:val="0"/>
        </w:rPr>
        <w:t>Chúng ta sẽ gửi trực tiếp những mã này đến người dùng qua kênh ưa thích của họ, dù đó là tin nhắn văn bản hay email. Trước tiên, chúng ta sẽ dùng một danh sách người dùng và kết hợp nó với các mã được tạo ở bước trước để chuẩn bị một danh sách tin nhắn, rồi gửi tất cả các tin nhắn.</w:t>
      </w:r>
    </w:p>
    <w:p>
      <w:pPr>
        <w:spacing w:after="80"/>
        <w:ind w:left="360"/>
      </w:pPr>
      <w:r>
        <w:t xml:space="preserve">4. </w:t>
      </w:r>
      <w:r>
        <w:rPr>
          <w:b w:val="0"/>
          <w:i w:val="0"/>
        </w:rPr>
        <w:t>Chúng ta sẽ tổng hợp thông tin bán hàng để theo dõi mức độ thành công của chiến dịch, tạo một bảng tính chứa toàn bộ thông tin bán hàng</w:t>
      </w:r>
    </w:p>
    <w:p>
      <w:pPr>
        <w:spacing w:after="80"/>
        <w:ind w:left="360"/>
      </w:pPr>
      <w:r>
        <w:t xml:space="preserve">5. </w:t>
      </w:r>
      <w:r>
        <w:rPr>
          <w:b w:val="0"/>
          <w:i w:val="0"/>
        </w:rPr>
        <w:t>Cuối cùng, một báo cáo bán hàng sẽ được tạo dựa trên bảng tính đó</w:t>
      </w:r>
    </w:p>
    <w:p>
      <w:pPr>
        <w:spacing w:after="80"/>
      </w:pPr>
      <w:r>
        <w:rPr>
          <w:b w:val="0"/>
          <w:i w:val="0"/>
        </w:rPr>
        <w:t>Chương này sẽ đi qua từng nhiệm vụ trong số này và trình bày một giải pháp kết hợp dựa trên các mô-đun và kỹ thuật đã được giới thiệu trong sách.</w:t>
      </w:r>
    </w:p>
    <w:p>
      <w:pPr>
        <w:spacing w:after="80"/>
      </w:pPr>
      <w:r>
        <w:rPr>
          <w:b/>
          <w:i w:val="0"/>
        </w:rPr>
        <w:t>Mẹo</w:t>
      </w:r>
    </w:p>
    <w:p>
      <w:pPr>
        <w:spacing w:after="80"/>
      </w:pPr>
      <w:r>
        <w:rPr>
          <w:b w:val="0"/>
          <w:i w:val="0"/>
        </w:rPr>
        <w:t>Mặc dù những ví dụ này được tạo ra dựa trên các yêu cầu thực tế, môi trường cụ thể của bạn luôn có thể khiến bạn bất ngờ. Đừng ngại thử nghiệm, tinh chỉnh và cải thiện hệ thống của bạn khi bạn hiểu rõ hơn về nó. Lặp đi lặp lại chính là cách để tạo ra những hệ thống tuyệt vời.</w:t>
      </w:r>
    </w:p>
    <w:p>
      <w:pPr>
        <w:spacing w:after="80"/>
      </w:pPr>
      <w:r>
        <w:rPr>
          <w:b w:val="0"/>
          <w:i w:val="0"/>
        </w:rPr>
        <w:t>Chương này sẽ sử dụng các kỹ thuật không phụ thuộc quá nhiều vào GenAI. Có rất nhiều việc tự động hóa có thể được thực hiện theo 'cách truyền thống', nhưng trong các chương tiếp theo, chúng ta sẽ mở rộng việc sử dụng GenAI theo những cách khiến việc quay lại chương này sau này rất đáng giá.</w:t>
      </w:r>
    </w:p>
    <w:p>
      <w:pPr>
        <w:spacing w:after="80"/>
      </w:pPr>
      <w:r>
        <w:rPr>
          <w:b w:val="0"/>
          <w:i w:val="0"/>
        </w:rPr>
        <w:t>Trong chương này, chúng ta sẽ đề cập đến các công thức sau liên quan đến từng bước trong chiến dịch tiếp thị của chúng ta:</w:t>
      </w:r>
    </w:p>
    <w:p>
      <w:pPr>
        <w:spacing w:after="80"/>
        <w:ind w:left="360"/>
      </w:pPr>
      <w:r>
        <w:t xml:space="preserve">1. </w:t>
      </w:r>
      <w:r>
        <w:rPr>
          <w:b w:val="0"/>
          <w:i w:val="0"/>
        </w:rPr>
        <w:t>Phát hiện cơ hội</w:t>
      </w:r>
    </w:p>
    <w:p>
      <w:pPr>
        <w:spacing w:after="80"/>
        <w:ind w:left="360"/>
      </w:pPr>
      <w:r>
        <w:t xml:space="preserve">2. </w:t>
      </w:r>
      <w:r>
        <w:rPr>
          <w:b w:val="0"/>
          <w:i w:val="0"/>
        </w:rPr>
        <w:t>Tạo mã giảm giá được cá nhân hóa</w:t>
      </w:r>
    </w:p>
    <w:p>
      <w:pPr>
        <w:spacing w:after="80"/>
        <w:ind w:left="360"/>
      </w:pPr>
      <w:r>
        <w:t xml:space="preserve">3. </w:t>
      </w:r>
      <w:r>
        <w:rPr>
          <w:b w:val="0"/>
          <w:i w:val="0"/>
        </w:rPr>
        <w:t>Gửi thông báo cho khách hàng qua kênh ưa thích của họ</w:t>
      </w:r>
    </w:p>
    <w:p>
      <w:pPr>
        <w:spacing w:after="80"/>
        <w:ind w:left="360"/>
      </w:pPr>
      <w:r>
        <w:t xml:space="preserve">4. </w:t>
      </w:r>
      <w:r>
        <w:rPr>
          <w:b w:val="0"/>
          <w:i w:val="0"/>
        </w:rPr>
        <w:t>Chuẩn bị thông tin bán hàng</w:t>
      </w:r>
    </w:p>
    <w:p>
      <w:pPr>
        <w:spacing w:after="80"/>
        <w:ind w:left="360"/>
      </w:pPr>
      <w:r>
        <w:t xml:space="preserve">5. </w:t>
      </w:r>
      <w:r>
        <w:rPr>
          <w:b w:val="0"/>
          <w:i w:val="0"/>
        </w:rPr>
        <w:t>Tạo báo cáo bán hàng</w:t>
      </w:r>
    </w:p>
    <w:p>
      <w:pPr>
        <w:spacing w:after="80"/>
      </w:pPr>
      <w:r>
        <w:rPr>
          <w:b w:val="0"/>
          <w:i w:val="0"/>
        </w:rPr>
        <w:t>Hãy bắt đầu thôi!</w:t>
      </w:r>
    </w:p>
    <w:p>
      <w:pPr>
        <w:pStyle w:val="Heading2"/>
      </w:pPr>
      <w:r>
        <w:rPr>
          <w:rFonts w:ascii="Calibri" w:hAnsi="Calibri"/>
          <w:b/>
          <w:i w:val="0"/>
          <w:sz w:val="32"/>
        </w:rPr>
        <w:t>Yêu cầu kỹ thuật</w:t>
      </w:r>
    </w:p>
    <w:p>
      <w:pPr>
        <w:spacing w:after="80"/>
      </w:pPr>
      <w:r>
        <w:rPr>
          <w:b w:val="0"/>
          <w:i w:val="0"/>
        </w:rPr>
        <w:t xml:space="preserve">Đoạn code được trình bày trong chương này có thể tìm thấy trong repo GitHub tại </w:t>
      </w:r>
      <w:r>
        <w:rPr>
          <w:rFonts w:ascii="Consolas" w:hAnsi="Consolas"/>
          <w:b w:val="0"/>
          <w:i w:val="0"/>
          <w:sz w:val="20"/>
        </w:rPr>
        <w:br/>
        <w:br/>
        <w:t xml:space="preserve">       https://github.com/PacktPublishing/Python-Automation-Cookbook-Third-Edition/tree/main/ch10</w:t>
        <w:br/>
        <w:t xml:space="preserve">      </w:t>
        <w:br/>
      </w:r>
      <w:r>
        <w:rPr>
          <w:b w:val="0"/>
          <w:i w:val="0"/>
        </w:rPr>
        <w:t xml:space="preserve"> .</w:t>
      </w:r>
    </w:p>
    <w:p>
      <w:pPr>
        <w:pStyle w:val="Heading2"/>
      </w:pPr>
      <w:r>
        <w:rPr>
          <w:rFonts w:ascii="Calibri" w:hAnsi="Calibri"/>
          <w:b/>
          <w:i w:val="0"/>
          <w:sz w:val="32"/>
        </w:rPr>
        <w:t>Phát hiện cơ hội</w:t>
      </w:r>
    </w:p>
    <w:p>
      <w:pPr>
        <w:spacing w:after="80"/>
      </w:pPr>
      <w:r>
        <w:rPr>
          <w:b w:val="0"/>
          <w:i w:val="0"/>
        </w:rPr>
        <w:t xml:space="preserve">Công thức này bao gồm </w:t>
      </w:r>
      <w:r>
        <w:rPr>
          <w:b w:val="0"/>
          <w:i/>
        </w:rPr>
        <w:t xml:space="preserve"> bước 1 </w:t>
      </w:r>
      <w:r>
        <w:rPr>
          <w:b w:val="0"/>
          <w:i w:val="0"/>
        </w:rPr>
        <w:t xml:space="preserve"> trong danh sách các nhiệm vụ, phát hiện thời điểm tốt nhất để khởi chạy chiến dịch của chúng ta.</w:t>
      </w:r>
    </w:p>
    <w:p>
      <w:pPr>
        <w:spacing w:after="80"/>
      </w:pPr>
      <w:r>
        <w:rPr>
          <w:b w:val="0"/>
          <w:i w:val="0"/>
        </w:rPr>
        <w:t>Nhiệm vụ đầu tiên của chúng ta là phát hiện thời điểm tốt nhất để khởi chạy một chiến dịch. Để làm điều đó, chúng ta sẽ theo dõi một danh sách các trang tin tức và tìm kiếm tin tức chứa một trong các từ khóa đã định nghĩa của chúng ta. Chúng ta thêm bất kỳ bài viết nào khớp với các từ khóa này vào một báo cáo và gửi nó qua email.</w:t>
      </w:r>
    </w:p>
    <w:p>
      <w:pPr>
        <w:spacing w:after="80"/>
      </w:pPr>
      <w:r>
        <w:rPr>
          <w:b/>
          <w:i w:val="0"/>
        </w:rPr>
        <w:t>Lưu ý</w:t>
      </w:r>
    </w:p>
    <w:p>
      <w:pPr>
        <w:spacing w:after="80"/>
      </w:pPr>
      <w:r>
        <w:rPr>
          <w:b w:val="0"/>
          <w:i w:val="0"/>
        </w:rPr>
        <w:t xml:space="preserve">Nhiệm vụ này có thể được mở rộng bằng cách sử dụng các luồng agentic (agentic flows), như chúng ta sẽ thấy trong </w:t>
      </w:r>
      <w:r>
        <w:rPr>
          <w:b w:val="0"/>
          <w:i/>
        </w:rPr>
        <w:t xml:space="preserve"> C </w:t>
      </w:r>
      <w:r>
        <w:rPr>
          <w:b w:val="0"/>
          <w:i w:val="0"/>
        </w:rPr>
        <w:t xml:space="preserve"> </w:t>
      </w:r>
      <w:r>
        <w:rPr>
          <w:b w:val="0"/>
          <w:i/>
        </w:rPr>
        <w:t xml:space="preserve"> hương 11 </w:t>
      </w:r>
      <w:r>
        <w:rPr>
          <w:b w:val="0"/>
          <w:i w:val="0"/>
        </w:rPr>
        <w:t xml:space="preserve"> đến </w:t>
      </w:r>
      <w:r>
        <w:rPr>
          <w:b w:val="0"/>
          <w:i/>
        </w:rPr>
        <w:t xml:space="preserve"> 14 </w:t>
      </w:r>
      <w:r>
        <w:rPr>
          <w:b w:val="0"/>
          <w:i w:val="0"/>
        </w:rPr>
        <w:t xml:space="preserve"> . Hãy xem ở đó để mở rộng công thức này.</w:t>
      </w:r>
    </w:p>
    <w:p>
      <w:pPr>
        <w:pStyle w:val="Heading3"/>
      </w:pPr>
      <w:r>
        <w:rPr>
          <w:rFonts w:ascii="Calibri" w:hAnsi="Calibri"/>
          <w:b/>
          <w:i w:val="0"/>
          <w:sz w:val="26"/>
        </w:rPr>
        <w:t>Chuẩn bị</w:t>
      </w:r>
    </w:p>
    <w:p>
      <w:pPr>
        <w:spacing w:after="80"/>
      </w:pPr>
      <w:r>
        <w:rPr>
          <w:b w:val="0"/>
          <w:i w:val="0"/>
        </w:rPr>
        <w:t xml:space="preserve">Trong công thức này, chúng ta sẽ sử dụng một số mô-đun bên ngoài đã được trình bày trước đó trong cuốn sách này: </w:t>
      </w:r>
      <w:r>
        <w:rPr>
          <w:rFonts w:ascii="Consolas" w:hAnsi="Consolas"/>
          <w:b w:val="0"/>
          <w:i w:val="0"/>
          <w:sz w:val="20"/>
        </w:rPr>
        <w:br/>
        <w:br/>
        <w:t xml:space="preserve">      pendulum</w:t>
        <w:br/>
        <w:t xml:space="preserve">     </w:t>
        <w:br/>
      </w:r>
      <w:r>
        <w:rPr>
          <w:b w:val="0"/>
          <w:i w:val="0"/>
        </w:rPr>
        <w:t xml:space="preserve"> , </w:t>
      </w:r>
      <w:r>
        <w:rPr>
          <w:rFonts w:ascii="Consolas" w:hAnsi="Consolas"/>
          <w:b w:val="0"/>
          <w:i w:val="0"/>
          <w:sz w:val="20"/>
        </w:rPr>
        <w:br/>
        <w:br/>
        <w:t xml:space="preserve">      jinja2</w:t>
        <w:br/>
        <w:t xml:space="preserve">     </w:t>
        <w:br/>
      </w:r>
      <w:r>
        <w:rPr>
          <w:b w:val="0"/>
          <w:i w:val="0"/>
        </w:rPr>
        <w:t xml:space="preserve"> , và </w:t>
      </w:r>
      <w:r>
        <w:rPr>
          <w:rFonts w:ascii="Consolas" w:hAnsi="Consolas"/>
          <w:b w:val="0"/>
          <w:i w:val="0"/>
          <w:sz w:val="20"/>
        </w:rPr>
        <w:br/>
        <w:br/>
        <w:t xml:space="preserve">      mistune</w:t>
        <w:br/>
        <w:t xml:space="preserve">     </w:t>
        <w:br/>
      </w:r>
      <w:r>
        <w:rPr>
          <w:b w:val="0"/>
          <w:i w:val="0"/>
        </w:rPr>
        <w:t xml:space="preserve"> . Chúng ta cần thêm chúng vào môi trường ảo (virtual environment) của mình nếu chúng chưa có ở đó:</w:t>
      </w:r>
    </w:p>
    <w:p>
      <w:pPr>
        <w:spacing w:after="0"/>
        <w:ind w:left="360"/>
        <w:shd w:val="clear" w:color="auto" w:fill="F2F2F2"/>
      </w:pPr>
      <w:r>
        <w:rPr>
          <w:rFonts w:ascii="Consolas" w:hAnsi="Consolas"/>
          <w:sz w:val="18"/>
        </w:rPr>
        <w:t>$ echo "pendulum==3.3.0" &gt;&gt; requirements.txt</w:t>
      </w:r>
    </w:p>
    <w:p>
      <w:pPr>
        <w:spacing w:after="0"/>
        <w:ind w:left="360"/>
        <w:shd w:val="clear" w:color="auto" w:fill="F2F2F2"/>
      </w:pPr>
      <w:r>
        <w:rPr>
          <w:rFonts w:ascii="Consolas" w:hAnsi="Consolas"/>
          <w:sz w:val="18"/>
        </w:rPr>
        <w:t>$ echo "feedparser==6.0.12" &gt;&gt; requirements.txt</w:t>
      </w:r>
    </w:p>
    <w:p>
      <w:pPr>
        <w:spacing w:after="0"/>
        <w:ind w:left="360"/>
        <w:shd w:val="clear" w:color="auto" w:fill="F2F2F2"/>
      </w:pPr>
      <w:r>
        <w:rPr>
          <w:rFonts w:ascii="Consolas" w:hAnsi="Consolas"/>
          <w:sz w:val="18"/>
        </w:rPr>
        <w:t>$ echo "jinja2==3.1.6" &gt;&gt; requirements.txt</w:t>
      </w:r>
    </w:p>
    <w:p>
      <w:pPr>
        <w:spacing w:after="0"/>
        <w:ind w:left="360"/>
        <w:shd w:val="clear" w:color="auto" w:fill="F2F2F2"/>
      </w:pPr>
      <w:r>
        <w:rPr>
          <w:rFonts w:ascii="Consolas" w:hAnsi="Consolas"/>
          <w:sz w:val="18"/>
        </w:rPr>
        <w:t>$ echo "mistune==3.2.0" &gt;&gt; requirements.txt</w:t>
      </w:r>
    </w:p>
    <w:p>
      <w:pPr>
        <w:spacing w:after="0"/>
        <w:ind w:left="360"/>
        <w:shd w:val="clear" w:color="auto" w:fill="F2F2F2"/>
      </w:pPr>
      <w:r>
        <w:rPr>
          <w:rFonts w:ascii="Consolas" w:hAnsi="Consolas"/>
          <w:sz w:val="18"/>
        </w:rPr>
        <w:t>$ uv pip install -r requirements.txt</w:t>
      </w:r>
    </w:p>
    <w:p>
      <w:pPr>
        <w:spacing w:after="40"/>
      </w:pPr>
    </w:p>
    <w:p>
      <w:pPr>
        <w:spacing w:after="80"/>
      </w:pPr>
      <w:r>
        <w:rPr>
          <w:b w:val="0"/>
          <w:i w:val="0"/>
        </w:rPr>
        <w:t>Bạn cần lập một danh sách các nguồn cấp dữ liệu RSS (RSS feeds) để lấy dữ liệu từ đó.</w:t>
      </w:r>
    </w:p>
    <w:p>
      <w:pPr>
        <w:spacing w:after="80"/>
      </w:pPr>
      <w:r>
        <w:rPr>
          <w:b w:val="0"/>
          <w:i w:val="0"/>
        </w:rPr>
        <w:t>Ví dụ này, chúng ta sẽ dùng các nguồn tin công nghệ của một số trang tin tức nổi tiếng:</w:t>
      </w:r>
    </w:p>
    <w:p>
      <w:pPr>
        <w:spacing w:after="80"/>
        <w:ind w:left="360"/>
      </w:pPr>
      <w:r>
        <w:t xml:space="preserve">1. </w:t>
      </w:r>
      <w:r>
        <w:rPr>
          <w:rFonts w:ascii="Consolas" w:hAnsi="Consolas"/>
          <w:b w:val="0"/>
          <w:i w:val="0"/>
          <w:sz w:val="20"/>
        </w:rPr>
        <w:br/>
        <w:br/>
        <w:t xml:space="preserve">        https://techcrunch.com/feed/</w:t>
        <w:br/>
        <w:t xml:space="preserve">       </w:t>
        <w:br/>
      </w:r>
    </w:p>
    <w:p>
      <w:pPr>
        <w:spacing w:after="80"/>
        <w:ind w:left="360"/>
      </w:pPr>
      <w:r>
        <w:t xml:space="preserve">2. </w:t>
      </w:r>
      <w:r>
        <w:rPr>
          <w:rFonts w:ascii="Consolas" w:hAnsi="Consolas"/>
          <w:b w:val="0"/>
          <w:i w:val="0"/>
          <w:sz w:val="20"/>
        </w:rPr>
        <w:br/>
        <w:br/>
        <w:t xml:space="preserve">        https://rss.nytimes.com/services/xml/rss/nyt/Technology.xml</w:t>
        <w:br/>
        <w:t xml:space="preserve">       </w:t>
        <w:br/>
      </w:r>
    </w:p>
    <w:p>
      <w:pPr>
        <w:spacing w:after="80"/>
        <w:ind w:left="360"/>
      </w:pPr>
      <w:r>
        <w:t xml:space="preserve">3. </w:t>
      </w:r>
      <w:r>
        <w:rPr>
          <w:rFonts w:ascii="Consolas" w:hAnsi="Consolas"/>
          <w:b w:val="0"/>
          <w:i w:val="0"/>
          <w:sz w:val="20"/>
        </w:rPr>
        <w:br/>
        <w:br/>
        <w:t xml:space="preserve">        https://feeds.bbci.co.uk/news/science_and_environment/rss.xml</w:t>
        <w:br/>
        <w:t xml:space="preserve">       </w:t>
        <w:br/>
      </w:r>
    </w:p>
    <w:p>
      <w:pPr>
        <w:spacing w:after="80"/>
      </w:pPr>
      <w:r>
        <w:rPr>
          <w:b w:val="0"/>
          <w:i w:val="0"/>
        </w:rPr>
        <w:t xml:space="preserve">Tải script </w:t>
      </w:r>
      <w:r>
        <w:rPr>
          <w:rFonts w:ascii="Consolas" w:hAnsi="Consolas"/>
          <w:b w:val="0"/>
          <w:i w:val="0"/>
          <w:sz w:val="20"/>
        </w:rPr>
        <w:br/>
        <w:br/>
        <w:t xml:space="preserve">      search_keywords.py</w:t>
        <w:br/>
        <w:t xml:space="preserve">     </w:t>
        <w:br/>
      </w:r>
      <w:r>
        <w:rPr>
          <w:b w:val="0"/>
          <w:i w:val="0"/>
        </w:rPr>
        <w:t xml:space="preserve"> , thứ sẽ thực hiện các hành động, từ GitHub tại </w:t>
      </w:r>
      <w:r>
        <w:rPr>
          <w:rFonts w:ascii="Consolas" w:hAnsi="Consolas"/>
          <w:b w:val="0"/>
          <w:i w:val="0"/>
          <w:sz w:val="20"/>
        </w:rPr>
        <w:br/>
        <w:br/>
        <w:t xml:space="preserve">       https://github.com/PacktPublishing/Python-Automation-Cookbook-Third-Edition/blob/main/ch10/search_keywords.py</w:t>
        <w:br/>
        <w:t xml:space="preserve">      </w:t>
        <w:br/>
      </w:r>
      <w:r>
        <w:rPr>
          <w:b w:val="0"/>
          <w:i w:val="0"/>
        </w:rPr>
        <w:t xml:space="preserve"> . Bạn cũng cần tải các mẫu email, có thể tìm thấy ở thư mục con </w:t>
      </w:r>
      <w:r>
        <w:rPr>
          <w:rFonts w:ascii="Consolas" w:hAnsi="Consolas"/>
          <w:b w:val="0"/>
          <w:i w:val="0"/>
          <w:sz w:val="20"/>
        </w:rPr>
        <w:br/>
        <w:br/>
        <w:t xml:space="preserve">      ch10</w:t>
        <w:br/>
        <w:t xml:space="preserve">     </w:t>
        <w:br/>
      </w:r>
      <w:r>
        <w:rPr>
          <w:b w:val="0"/>
          <w:i w:val="0"/>
        </w:rPr>
        <w:t xml:space="preserve"> với tên </w:t>
      </w:r>
      <w:r>
        <w:rPr>
          <w:rFonts w:ascii="Consolas" w:hAnsi="Consolas"/>
          <w:b w:val="0"/>
          <w:i w:val="0"/>
          <w:sz w:val="20"/>
        </w:rPr>
        <w:br/>
        <w:br/>
        <w:t xml:space="preserve">      email_styling.html</w:t>
        <w:br/>
        <w:t xml:space="preserve">     </w:t>
        <w:br/>
      </w:r>
      <w:r>
        <w:rPr>
          <w:b w:val="0"/>
          <w:i w:val="0"/>
        </w:rPr>
        <w:t xml:space="preserve"> và </w:t>
      </w:r>
      <w:r>
        <w:rPr>
          <w:rFonts w:ascii="Consolas" w:hAnsi="Consolas"/>
          <w:b w:val="0"/>
          <w:i w:val="0"/>
          <w:sz w:val="20"/>
        </w:rPr>
        <w:br/>
        <w:br/>
        <w:t xml:space="preserve">      email_template.md</w:t>
        <w:br/>
        <w:t xml:space="preserve">     </w:t>
        <w:br/>
      </w:r>
      <w:r>
        <w:rPr>
          <w:b w:val="0"/>
          <w:i w:val="0"/>
        </w:rPr>
        <w:t xml:space="preserve"> . Có một mẫu cấu hình tên là </w:t>
      </w:r>
      <w:r>
        <w:rPr>
          <w:rFonts w:ascii="Consolas" w:hAnsi="Consolas"/>
          <w:b w:val="0"/>
          <w:i w:val="0"/>
          <w:sz w:val="20"/>
        </w:rPr>
        <w:br/>
        <w:br/>
        <w:t xml:space="preserve">      config‑opportunity.ini</w:t>
        <w:br/>
        <w:t xml:space="preserve">     </w:t>
        <w:br/>
      </w:r>
      <w:r>
        <w:rPr>
          <w:b w:val="0"/>
          <w:i w:val="0"/>
        </w:rPr>
        <w:t xml:space="preserve"> .</w:t>
      </w:r>
    </w:p>
    <w:p>
      <w:pPr>
        <w:spacing w:after="80"/>
      </w:pPr>
      <w:r>
        <w:rPr>
          <w:b w:val="0"/>
          <w:i w:val="0"/>
        </w:rPr>
        <w:t xml:space="preserve">Bạn cần có tên đăng nhập và mật khẩu hợp lệ cho một dịch vụ email. Xem công thức </w:t>
      </w:r>
      <w:r>
        <w:rPr>
          <w:b w:val="0"/>
          <w:i/>
        </w:rPr>
        <w:t xml:space="preserve"> Gửi một email riêng lẻ </w:t>
      </w:r>
      <w:r>
        <w:rPr>
          <w:b w:val="0"/>
          <w:i w:val="0"/>
        </w:rPr>
        <w:t xml:space="preserve"> trong </w:t>
      </w:r>
      <w:r>
        <w:rPr>
          <w:b w:val="0"/>
          <w:i/>
        </w:rPr>
        <w:t xml:space="preserve"> Chương 9 </w:t>
      </w:r>
      <w:r>
        <w:rPr>
          <w:b w:val="0"/>
          <w:i w:val="0"/>
        </w:rPr>
        <w:t xml:space="preserve"> , </w:t>
      </w:r>
      <w:r>
        <w:rPr>
          <w:b w:val="0"/>
          <w:i/>
        </w:rPr>
        <w:t xml:space="preserve"> Xử lý các kênh liên lạc </w:t>
      </w:r>
      <w:r>
        <w:rPr>
          <w:b w:val="0"/>
          <w:i w:val="0"/>
        </w:rPr>
        <w:t xml:space="preserve"> .</w:t>
      </w:r>
    </w:p>
    <w:p>
      <w:pPr>
        <w:pStyle w:val="Heading3"/>
      </w:pPr>
      <w:r>
        <w:rPr>
          <w:rFonts w:ascii="Calibri" w:hAnsi="Calibri"/>
          <w:b/>
          <w:i w:val="0"/>
          <w:sz w:val="26"/>
        </w:rPr>
        <w:t>Cách thực hiện...</w:t>
      </w:r>
    </w:p>
    <w:p>
      <w:pPr>
        <w:spacing w:after="80"/>
        <w:ind w:left="360"/>
      </w:pPr>
      <w:r>
        <w:t xml:space="preserve">1. </w:t>
      </w:r>
      <w:r>
        <w:rPr>
          <w:b w:val="0"/>
          <w:i w:val="0"/>
        </w:rPr>
        <w:t xml:space="preserve">Tạo một file </w:t>
      </w:r>
      <w:r>
        <w:rPr>
          <w:rFonts w:ascii="Consolas" w:hAnsi="Consolas"/>
          <w:b w:val="0"/>
          <w:i w:val="0"/>
          <w:sz w:val="20"/>
        </w:rPr>
        <w:br/>
        <w:br/>
        <w:t xml:space="preserve">       config‑opportunity.ini</w:t>
        <w:br/>
        <w:t xml:space="preserve">      </w:t>
        <w:br/>
      </w:r>
      <w:r>
        <w:rPr>
          <w:b w:val="0"/>
          <w:i w:val="0"/>
        </w:rPr>
        <w:t xml:space="preserve"> , file này nên có định dạng như sau. Nhớ điền thông tin của bạn vào: Bạn có thể dùng mẫu từ GitHub tại </w:t>
      </w:r>
      <w:r>
        <w:rPr>
          <w:rFonts w:ascii="Consolas" w:hAnsi="Consolas"/>
          <w:b w:val="0"/>
          <w:i w:val="0"/>
          <w:sz w:val="20"/>
        </w:rPr>
        <w:br/>
        <w:br/>
        <w:t xml:space="preserve">         https://github.com/PacktPublishing/Python-Automation-Cookbook-Third-Edition/blob/master/ch10/config-opportunity.ini</w:t>
        <w:br/>
        <w:t xml:space="preserve">        </w:t>
        <w:br/>
      </w:r>
      <w:r>
        <w:rPr>
          <w:b w:val="0"/>
          <w:i w:val="0"/>
        </w:rPr>
        <w:t xml:space="preserve"> để tìm các từ khóa 'crypto', 'AI' và 'artificial intelligence', cùng một số nguồn tin thử nghiệm. Nhớ điền các trường </w:t>
      </w:r>
      <w:r>
        <w:rPr>
          <w:rFonts w:ascii="Consolas" w:hAnsi="Consolas"/>
          <w:b w:val="0"/>
          <w:i w:val="0"/>
          <w:sz w:val="20"/>
        </w:rPr>
        <w:br/>
        <w:br/>
        <w:t xml:space="preserve">        EMAIL</w:t>
        <w:br/>
        <w:t xml:space="preserve">       </w:t>
        <w:br/>
      </w:r>
      <w:r>
        <w:rPr>
          <w:b w:val="0"/>
          <w:i w:val="0"/>
        </w:rPr>
        <w:t xml:space="preserve"> bằng thông tin tài khoản của riêng bạn trong file </w:t>
      </w:r>
      <w:r>
        <w:rPr>
          <w:rFonts w:ascii="Consolas" w:hAnsi="Consolas"/>
          <w:b w:val="0"/>
          <w:i w:val="0"/>
          <w:sz w:val="20"/>
        </w:rPr>
        <w:br/>
        <w:br/>
        <w:t xml:space="preserve">        .ini</w:t>
        <w:br/>
        <w:t xml:space="preserve">       </w:t>
        <w:br/>
      </w:r>
      <w:r>
        <w:rPr>
          <w:b w:val="0"/>
          <w:i w:val="0"/>
        </w:rPr>
        <w:t xml:space="preserve"> .</w:t>
      </w:r>
    </w:p>
    <w:p>
      <w:pPr>
        <w:spacing w:after="0"/>
        <w:ind w:left="360"/>
        <w:shd w:val="clear" w:color="auto" w:fill="F2F2F2"/>
      </w:pPr>
      <w:r>
        <w:rPr>
          <w:rFonts w:ascii="Consolas" w:hAnsi="Consolas"/>
          <w:sz w:val="18"/>
        </w:rPr>
        <w:t>[SEARCH]</w:t>
      </w:r>
    </w:p>
    <w:p>
      <w:pPr>
        <w:spacing w:after="0"/>
        <w:ind w:left="360"/>
        <w:shd w:val="clear" w:color="auto" w:fill="F2F2F2"/>
      </w:pPr>
      <w:r>
        <w:rPr>
          <w:rFonts w:ascii="Consolas" w:hAnsi="Consolas"/>
          <w:sz w:val="18"/>
        </w:rPr>
        <w:t>keywords = keyword,</w:t>
      </w:r>
    </w:p>
    <w:p>
      <w:pPr>
        <w:spacing w:after="0"/>
        <w:ind w:left="360"/>
        <w:shd w:val="clear" w:color="auto" w:fill="F2F2F2"/>
      </w:pPr>
      <w:r>
        <w:rPr>
          <w:rFonts w:ascii="Consolas" w:hAnsi="Consolas"/>
          <w:sz w:val="18"/>
        </w:rPr>
        <w:t xml:space="preserve">           keyword</w:t>
      </w:r>
    </w:p>
    <w:p>
      <w:pPr>
        <w:spacing w:after="0"/>
        <w:ind w:left="360"/>
        <w:shd w:val="clear" w:color="auto" w:fill="F2F2F2"/>
      </w:pPr>
      <w:r>
        <w:rPr>
          <w:rFonts w:ascii="Consolas" w:hAnsi="Consolas"/>
          <w:sz w:val="18"/>
        </w:rPr>
        <w:t>feeds = feed,</w:t>
      </w:r>
    </w:p>
    <w:p>
      <w:pPr>
        <w:spacing w:after="0"/>
        <w:ind w:left="360"/>
        <w:shd w:val="clear" w:color="auto" w:fill="F2F2F2"/>
      </w:pPr>
      <w:r>
        <w:rPr>
          <w:rFonts w:ascii="Consolas" w:hAnsi="Consolas"/>
          <w:sz w:val="18"/>
        </w:rPr>
        <w:t xml:space="preserve">        feed</w:t>
      </w:r>
    </w:p>
    <w:p>
      <w:pPr>
        <w:spacing w:after="0"/>
        <w:ind w:left="360"/>
        <w:shd w:val="clear" w:color="auto" w:fill="F2F2F2"/>
      </w:pPr>
      <w:r>
        <w:rPr>
          <w:rFonts w:ascii="Consolas" w:hAnsi="Consolas"/>
          <w:sz w:val="18"/>
        </w:rPr>
        <w:t>[EMAIL]</w:t>
      </w:r>
    </w:p>
    <w:p>
      <w:pPr>
        <w:spacing w:after="0"/>
        <w:ind w:left="360"/>
        <w:shd w:val="clear" w:color="auto" w:fill="F2F2F2"/>
      </w:pPr>
      <w:r>
        <w:rPr>
          <w:rFonts w:ascii="Consolas" w:hAnsi="Consolas"/>
          <w:sz w:val="18"/>
        </w:rPr>
        <w:t>user = &lt;YOUR EMAIL USERNAME&gt;</w:t>
      </w:r>
    </w:p>
    <w:p>
      <w:pPr>
        <w:spacing w:after="0"/>
        <w:ind w:left="360"/>
        <w:shd w:val="clear" w:color="auto" w:fill="F2F2F2"/>
      </w:pPr>
      <w:r>
        <w:rPr>
          <w:rFonts w:ascii="Consolas" w:hAnsi="Consolas"/>
          <w:sz w:val="18"/>
        </w:rPr>
        <w:t>password = &lt;YOUR EMAIL PASSWORD&gt;</w:t>
      </w:r>
    </w:p>
    <w:p>
      <w:pPr>
        <w:spacing w:after="0"/>
        <w:ind w:left="360"/>
        <w:shd w:val="clear" w:color="auto" w:fill="F2F2F2"/>
      </w:pPr>
      <w:r>
        <w:rPr>
          <w:rFonts w:ascii="Consolas" w:hAnsi="Consolas"/>
          <w:sz w:val="18"/>
        </w:rPr>
        <w:t>from = &lt;EMAIL ADDRESS FROM&gt;</w:t>
      </w:r>
    </w:p>
    <w:p>
      <w:pPr>
        <w:spacing w:after="0"/>
        <w:ind w:left="360"/>
        <w:shd w:val="clear" w:color="auto" w:fill="F2F2F2"/>
      </w:pPr>
      <w:r>
        <w:rPr>
          <w:rFonts w:ascii="Consolas" w:hAnsi="Consolas"/>
          <w:sz w:val="18"/>
        </w:rPr>
        <w:t>to = &lt;EMAIL ADDRESS TO&gt;</w:t>
      </w:r>
    </w:p>
    <w:p>
      <w:pPr>
        <w:spacing w:after="40"/>
      </w:pPr>
    </w:p>
    <w:p>
      <w:pPr>
        <w:spacing w:after="80"/>
        <w:ind w:left="360"/>
      </w:pPr>
      <w:r>
        <w:t xml:space="preserve">2. </w:t>
      </w:r>
      <w:r>
        <w:rPr>
          <w:b w:val="0"/>
          <w:i w:val="0"/>
        </w:rPr>
        <w:t>Gọi script để tạo email và báo cáo:</w:t>
      </w:r>
    </w:p>
    <w:p>
      <w:pPr>
        <w:spacing w:after="0"/>
        <w:ind w:left="360"/>
        <w:shd w:val="clear" w:color="auto" w:fill="F2F2F2"/>
      </w:pPr>
      <w:r>
        <w:rPr>
          <w:rFonts w:ascii="Consolas" w:hAnsi="Consolas"/>
          <w:sz w:val="18"/>
        </w:rPr>
        <w:t>$ uv run search_keywords.py config-opportunity.ini</w:t>
      </w:r>
    </w:p>
    <w:p>
      <w:pPr>
        <w:spacing w:after="40"/>
      </w:pPr>
    </w:p>
    <w:p>
      <w:pPr>
        <w:spacing w:after="80"/>
        <w:ind w:left="360"/>
      </w:pPr>
      <w:r>
        <w:t xml:space="preserve">3. </w:t>
      </w:r>
      <w:r>
        <w:rPr>
          <w:b w:val="0"/>
          <w:i w:val="0"/>
        </w:rPr>
        <w:t xml:space="preserve">Kiểm tra email được định nghĩa trong trường </w:t>
      </w:r>
      <w:r>
        <w:rPr>
          <w:rFonts w:ascii="Consolas" w:hAnsi="Consolas"/>
          <w:b w:val="0"/>
          <w:i w:val="0"/>
          <w:sz w:val="20"/>
        </w:rPr>
        <w:br/>
        <w:br/>
        <w:t xml:space="preserve">       to</w:t>
        <w:br/>
        <w:t xml:space="preserve">      </w:t>
        <w:br/>
      </w:r>
      <w:r>
        <w:rPr>
          <w:b w:val="0"/>
          <w:i w:val="0"/>
        </w:rPr>
        <w:t xml:space="preserve"> ; bạn sẽ nhận được một báo cáo liệt kê các bài viết tìm thấy. Lưu ý rằng nội dung chính xác của nó sẽ phụ thuộc vào tin tức hàng ngày, nhưng nó sẽ tương tự như thế này:</w:t>
      </w:r>
    </w:p>
    <w:p>
      <w:pPr>
        <w:jc w:val="center"/>
      </w:pPr>
      <w:r>
        <w:drawing>
          <wp:inline xmlns:a="http://schemas.openxmlformats.org/drawingml/2006/main" xmlns:pic="http://schemas.openxmlformats.org/drawingml/2006/picture">
            <wp:extent cx="5486400" cy="2927743"/>
            <wp:docPr id="102" name="Picture 102"/>
            <wp:cNvGraphicFramePr>
              <a:graphicFrameLocks noChangeAspect="1"/>
            </wp:cNvGraphicFramePr>
            <a:graphic>
              <a:graphicData uri="http://schemas.openxmlformats.org/drawingml/2006/picture">
                <pic:pic>
                  <pic:nvPicPr>
                    <pic:cNvPr id="0" name="B36973_10_1.png"/>
                    <pic:cNvPicPr/>
                  </pic:nvPicPr>
                  <pic:blipFill>
                    <a:blip r:embed="rId102"/>
                    <a:stretch>
                      <a:fillRect/>
                    </a:stretch>
                  </pic:blipFill>
                  <pic:spPr>
                    <a:xfrm>
                      <a:off x="0" y="0"/>
                      <a:ext cx="5486400" cy="2927743"/>
                    </a:xfrm>
                    <a:prstGeom prst="rect"/>
                  </pic:spPr>
                </pic:pic>
              </a:graphicData>
            </a:graphic>
          </wp:inline>
        </w:drawing>
      </w:r>
    </w:p>
    <w:p>
      <w:pPr>
        <w:spacing w:after="160"/>
        <w:jc w:val="center"/>
      </w:pPr>
      <w:r>
        <w:rPr>
          <w:rFonts w:ascii="Calibri" w:hAnsi="Calibri"/>
          <w:b w:val="0"/>
          <w:i/>
          <w:sz w:val="19"/>
        </w:rPr>
        <w:t>Hình 10.1: Danh sách các bài viết chứa từ khóa 'crypto', 'AI' hoặc 'artificial intelligence'</w:t>
      </w:r>
    </w:p>
    <w:p>
      <w:pPr>
        <w:pStyle w:val="Heading3"/>
      </w:pPr>
      <w:r>
        <w:rPr>
          <w:rFonts w:ascii="Calibri" w:hAnsi="Calibri"/>
          <w:b/>
          <w:i w:val="0"/>
          <w:sz w:val="26"/>
        </w:rPr>
        <w:t>Cách hoạt động...</w:t>
      </w:r>
    </w:p>
    <w:p>
      <w:pPr>
        <w:spacing w:after="80"/>
      </w:pPr>
      <w:r>
        <w:rPr>
          <w:b w:val="0"/>
          <w:i w:val="0"/>
        </w:rPr>
        <w:t xml:space="preserve">Sau khi tạo cấu hình script phù hợp ở </w:t>
      </w:r>
      <w:r>
        <w:rPr>
          <w:b w:val="0"/>
          <w:i/>
        </w:rPr>
        <w:t xml:space="preserve"> bước 1 </w:t>
      </w:r>
      <w:r>
        <w:rPr>
          <w:b w:val="0"/>
          <w:i w:val="0"/>
        </w:rPr>
        <w:t xml:space="preserve"> , việc thu thập dữ liệu web và gửi email với kết quả được thực hiện ở </w:t>
      </w:r>
      <w:r>
        <w:rPr>
          <w:b w:val="0"/>
          <w:i/>
        </w:rPr>
        <w:t xml:space="preserve"> bước 2 </w:t>
      </w:r>
      <w:r>
        <w:rPr>
          <w:b w:val="0"/>
          <w:i w:val="0"/>
        </w:rPr>
        <w:t xml:space="preserve"> bằng cách gọi </w:t>
      </w:r>
      <w:r>
        <w:rPr>
          <w:rFonts w:ascii="Consolas" w:hAnsi="Consolas"/>
          <w:b w:val="0"/>
          <w:i w:val="0"/>
          <w:sz w:val="20"/>
        </w:rPr>
        <w:br/>
        <w:br/>
        <w:t xml:space="preserve">      search_keywords.py</w:t>
        <w:br/>
        <w:t xml:space="preserve">     </w:t>
        <w:br/>
      </w:r>
      <w:r>
        <w:rPr>
          <w:b w:val="0"/>
          <w:i w:val="0"/>
        </w:rPr>
        <w:t xml:space="preserve"> .</w:t>
      </w:r>
    </w:p>
    <w:p>
      <w:pPr>
        <w:spacing w:after="80"/>
      </w:pPr>
      <w:r>
        <w:rPr>
          <w:b w:val="0"/>
          <w:i w:val="0"/>
        </w:rPr>
        <w:t xml:space="preserve">Hãy cùng xem script </w:t>
      </w:r>
      <w:r>
        <w:rPr>
          <w:rFonts w:ascii="Consolas" w:hAnsi="Consolas"/>
          <w:b w:val="0"/>
          <w:i w:val="0"/>
          <w:sz w:val="20"/>
        </w:rPr>
        <w:br/>
        <w:br/>
        <w:t xml:space="preserve">      search_keywords.py</w:t>
        <w:br/>
        <w:t xml:space="preserve">     </w:t>
        <w:br/>
      </w:r>
      <w:r>
        <w:rPr>
          <w:b w:val="0"/>
          <w:i w:val="0"/>
        </w:rPr>
        <w:t xml:space="preserve"> .</w:t>
      </w:r>
    </w:p>
    <w:p>
      <w:pPr>
        <w:spacing w:after="0"/>
        <w:ind w:left="360"/>
        <w:shd w:val="clear" w:color="auto" w:fill="F2F2F2"/>
      </w:pPr>
      <w:r>
        <w:rPr>
          <w:rFonts w:ascii="Consolas" w:hAnsi="Consolas"/>
          <w:sz w:val="18"/>
        </w:rPr>
        <w:t># IMPORTS #</w:t>
      </w:r>
    </w:p>
    <w:p>
      <w:pPr>
        <w:spacing w:after="0"/>
        <w:ind w:left="360"/>
        <w:shd w:val="clear" w:color="auto" w:fill="F2F2F2"/>
      </w:pPr>
      <w:r>
        <w:rPr>
          <w:rFonts w:ascii="Consolas" w:hAnsi="Consolas"/>
          <w:sz w:val="18"/>
        </w:rPr>
        <w:t>import argparse</w:t>
      </w:r>
    </w:p>
    <w:p>
      <w:pPr>
        <w:spacing w:after="0"/>
        <w:ind w:left="360"/>
        <w:shd w:val="clear" w:color="auto" w:fill="F2F2F2"/>
      </w:pPr>
      <w:r>
        <w:rPr>
          <w:rFonts w:ascii="Consolas" w:hAnsi="Consolas"/>
          <w:sz w:val="18"/>
        </w:rPr>
        <w:t>import sys</w:t>
      </w:r>
    </w:p>
    <w:p>
      <w:pPr>
        <w:spacing w:after="0"/>
        <w:ind w:left="360"/>
        <w:shd w:val="clear" w:color="auto" w:fill="F2F2F2"/>
      </w:pPr>
      <w:r>
        <w:rPr>
          <w:rFonts w:ascii="Consolas" w:hAnsi="Consolas"/>
          <w:sz w:val="18"/>
        </w:rPr>
        <w:t>import configparser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import feedparser</w:t>
      </w:r>
    </w:p>
    <w:p>
      <w:pPr>
        <w:spacing w:after="0"/>
        <w:ind w:left="360"/>
        <w:shd w:val="clear" w:color="auto" w:fill="F2F2F2"/>
      </w:pPr>
      <w:r>
        <w:rPr>
          <w:rFonts w:ascii="Consolas" w:hAnsi="Consolas"/>
          <w:sz w:val="18"/>
        </w:rPr>
        <w:t>import pendulum</w:t>
      </w:r>
    </w:p>
    <w:p>
      <w:pPr>
        <w:spacing w:after="0"/>
        <w:ind w:left="360"/>
        <w:shd w:val="clear" w:color="auto" w:fill="F2F2F2"/>
      </w:pPr>
      <w:r>
        <w:rPr>
          <w:rFonts w:ascii="Consolas" w:hAnsi="Consolas"/>
          <w:sz w:val="18"/>
        </w:rPr>
        <w:t>import mistune</w:t>
      </w:r>
    </w:p>
    <w:p>
      <w:pPr>
        <w:spacing w:after="0"/>
        <w:ind w:left="360"/>
        <w:shd w:val="clear" w:color="auto" w:fill="F2F2F2"/>
      </w:pPr>
      <w:r>
        <w:rPr>
          <w:rFonts w:ascii="Consolas" w:hAnsi="Consolas"/>
          <w:sz w:val="18"/>
        </w:rPr>
        <w:t>import jinja2</w:t>
      </w:r>
    </w:p>
    <w:p>
      <w:pPr>
        <w:spacing w:after="0"/>
        <w:ind w:left="360"/>
        <w:shd w:val="clear" w:color="auto" w:fill="F2F2F2"/>
      </w:pPr>
      <w:r>
        <w:rPr>
          <w:rFonts w:ascii="Consolas" w:hAnsi="Consolas"/>
          <w:sz w:val="18"/>
        </w:rPr>
        <w:t>from collections import namedtuple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import smtplib</w:t>
      </w:r>
    </w:p>
    <w:p>
      <w:pPr>
        <w:spacing w:after="0"/>
        <w:ind w:left="360"/>
        <w:shd w:val="clear" w:color="auto" w:fill="F2F2F2"/>
      </w:pPr>
      <w:r>
        <w:rPr>
          <w:rFonts w:ascii="Consolas" w:hAnsi="Consolas"/>
          <w:sz w:val="18"/>
        </w:rPr>
        <w:t>import calendar</w:t>
      </w:r>
    </w:p>
    <w:p>
      <w:pPr>
        <w:spacing w:after="0"/>
        <w:ind w:left="360"/>
        <w:shd w:val="clear" w:color="auto" w:fill="F2F2F2"/>
      </w:pPr>
      <w:r>
        <w:rPr>
          <w:rFonts w:ascii="Consolas" w:hAnsi="Consolas"/>
          <w:sz w:val="18"/>
        </w:rPr>
        <w:t>from email.mime.multipart import MIMEMultipart</w:t>
      </w:r>
    </w:p>
    <w:p>
      <w:pPr>
        <w:spacing w:after="0"/>
        <w:ind w:left="360"/>
        <w:shd w:val="clear" w:color="auto" w:fill="F2F2F2"/>
      </w:pPr>
      <w:r>
        <w:rPr>
          <w:rFonts w:ascii="Consolas" w:hAnsi="Consolas"/>
          <w:sz w:val="18"/>
        </w:rPr>
        <w:t>from email.mime.text import MIMEText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READ TEMPLATES #</w:t>
      </w:r>
    </w:p>
    <w:p>
      <w:pPr>
        <w:spacing w:after="0"/>
        <w:ind w:left="360"/>
        <w:shd w:val="clear" w:color="auto" w:fill="F2F2F2"/>
      </w:pPr>
      <w:r>
        <w:rPr>
          <w:rFonts w:ascii="Consolas" w:hAnsi="Consolas"/>
          <w:sz w:val="18"/>
        </w:rPr>
        <w:t># Group the email configuration parameters</w:t>
      </w:r>
    </w:p>
    <w:p>
      <w:pPr>
        <w:spacing w:after="0"/>
        <w:ind w:left="360"/>
        <w:shd w:val="clear" w:color="auto" w:fill="F2F2F2"/>
      </w:pPr>
      <w:r>
        <w:rPr>
          <w:rFonts w:ascii="Consolas" w:hAnsi="Consolas"/>
          <w:sz w:val="18"/>
        </w:rPr>
        <w:t># Note the 'from_' to avoid using a reserved Python keyword (from)</w:t>
      </w:r>
    </w:p>
    <w:p>
      <w:pPr>
        <w:spacing w:after="0"/>
        <w:ind w:left="360"/>
        <w:shd w:val="clear" w:color="auto" w:fill="F2F2F2"/>
      </w:pPr>
      <w:r>
        <w:rPr>
          <w:rFonts w:ascii="Consolas" w:hAnsi="Consolas"/>
          <w:sz w:val="18"/>
        </w:rPr>
        <w:t>EmailConfig = namedtuple('EmailConfig', ['user', 'password', 'from_', 'to'])</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Get the email templates from hard disk</w:t>
      </w:r>
    </w:p>
    <w:p>
      <w:pPr>
        <w:spacing w:after="0"/>
        <w:ind w:left="360"/>
        <w:shd w:val="clear" w:color="auto" w:fill="F2F2F2"/>
      </w:pPr>
      <w:r>
        <w:rPr>
          <w:rFonts w:ascii="Consolas" w:hAnsi="Consolas"/>
          <w:sz w:val="18"/>
        </w:rPr>
        <w:t>EMAIL_TEMPLATE_FILE = 'email_template.md'</w:t>
      </w:r>
    </w:p>
    <w:p>
      <w:pPr>
        <w:spacing w:after="0"/>
        <w:ind w:left="360"/>
        <w:shd w:val="clear" w:color="auto" w:fill="F2F2F2"/>
      </w:pPr>
      <w:r>
        <w:rPr>
          <w:rFonts w:ascii="Consolas" w:hAnsi="Consolas"/>
          <w:sz w:val="18"/>
        </w:rPr>
        <w:t>EMAIL_STYLING_FILE = 'email_styling.html'</w:t>
      </w:r>
    </w:p>
    <w:p>
      <w:pPr>
        <w:spacing w:after="0"/>
        <w:ind w:left="360"/>
        <w:shd w:val="clear" w:color="auto" w:fill="F2F2F2"/>
      </w:pPr>
      <w:r>
        <w:rPr>
          <w:rFonts w:ascii="Consolas" w:hAnsi="Consolas"/>
          <w:sz w:val="18"/>
        </w:rPr>
        <w:t>with open(EMAIL_TEMPLATE_FILE) as md_file:</w:t>
      </w:r>
    </w:p>
    <w:p>
      <w:pPr>
        <w:spacing w:after="0"/>
        <w:ind w:left="360"/>
        <w:shd w:val="clear" w:color="auto" w:fill="F2F2F2"/>
      </w:pPr>
      <w:r>
        <w:rPr>
          <w:rFonts w:ascii="Consolas" w:hAnsi="Consolas"/>
          <w:sz w:val="18"/>
        </w:rPr>
        <w:t xml:space="preserve">    EMAIL_TEMPLATE = md_file.read()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with open(EMAIL_STYLING_FILE) as html_file:</w:t>
      </w:r>
    </w:p>
    <w:p>
      <w:pPr>
        <w:spacing w:after="0"/>
        <w:ind w:left="360"/>
        <w:shd w:val="clear" w:color="auto" w:fill="F2F2F2"/>
      </w:pPr>
      <w:r>
        <w:rPr>
          <w:rFonts w:ascii="Consolas" w:hAnsi="Consolas"/>
          <w:sz w:val="18"/>
        </w:rPr>
        <w:t xml:space="preserve">    EMAIL_STYLING = html_file.read()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get_articles(keywords, feeds):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Retrieve a list of articles from the feeds that contain the keywords</w:t>
      </w:r>
    </w:p>
    <w:p>
      <w:pPr>
        <w:spacing w:after="0"/>
        <w:ind w:left="360"/>
        <w:shd w:val="clear" w:color="auto" w:fill="F2F2F2"/>
      </w:pPr>
      <w:r>
        <w:rPr>
          <w:rFonts w:ascii="Consolas" w:hAnsi="Consolas"/>
          <w:sz w:val="18"/>
        </w:rPr>
        <w:t xml:space="preserve">    Each article is returned in the format:</w:t>
      </w:r>
    </w:p>
    <w:p>
      <w:pPr>
        <w:spacing w:after="0"/>
        <w:ind w:left="360"/>
        <w:shd w:val="clear" w:color="auto" w:fill="F2F2F2"/>
      </w:pPr>
      <w:r>
        <w:rPr>
          <w:rFonts w:ascii="Consolas" w:hAnsi="Consolas"/>
          <w:sz w:val="18"/>
        </w:rPr>
        <w:t xml:space="preserve">    (title, summary, link)</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articles =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for feed in feeds:</w:t>
      </w:r>
    </w:p>
    <w:p>
      <w:pPr>
        <w:spacing w:after="0"/>
        <w:ind w:left="360"/>
        <w:shd w:val="clear" w:color="auto" w:fill="F2F2F2"/>
      </w:pPr>
      <w:r>
        <w:rPr>
          <w:rFonts w:ascii="Consolas" w:hAnsi="Consolas"/>
          <w:sz w:val="18"/>
        </w:rPr>
        <w:t xml:space="preserve">        rss = feedparser.parse(feed)</w:t>
      </w:r>
    </w:p>
    <w:p>
      <w:pPr>
        <w:spacing w:after="0"/>
        <w:ind w:left="360"/>
        <w:shd w:val="clear" w:color="auto" w:fill="F2F2F2"/>
      </w:pPr>
      <w:r>
        <w:rPr>
          <w:rFonts w:ascii="Consolas" w:hAnsi="Consolas"/>
          <w:sz w:val="18"/>
        </w:rPr>
        <w:t xml:space="preserve">        updated_raw = rss.get('updated_parsed')</w:t>
      </w:r>
    </w:p>
    <w:p>
      <w:pPr>
        <w:spacing w:after="0"/>
        <w:ind w:left="360"/>
        <w:shd w:val="clear" w:color="auto" w:fill="F2F2F2"/>
      </w:pPr>
      <w:r>
        <w:rPr>
          <w:rFonts w:ascii="Consolas" w:hAnsi="Consolas"/>
          <w:sz w:val="18"/>
        </w:rPr>
        <w:t xml:space="preserve">        # Use as base time either the last update time or now</w:t>
      </w:r>
    </w:p>
    <w:p>
      <w:pPr>
        <w:spacing w:after="0"/>
        <w:ind w:left="360"/>
        <w:shd w:val="clear" w:color="auto" w:fill="F2F2F2"/>
      </w:pPr>
      <w:r>
        <w:rPr>
          <w:rFonts w:ascii="Consolas" w:hAnsi="Consolas"/>
          <w:sz w:val="18"/>
        </w:rPr>
        <w:t>if updated_raw is None:</w:t>
      </w:r>
    </w:p>
    <w:p>
      <w:pPr>
        <w:spacing w:after="0"/>
        <w:ind w:left="360"/>
        <w:shd w:val="clear" w:color="auto" w:fill="F2F2F2"/>
      </w:pPr>
      <w:r>
        <w:rPr>
          <w:rFonts w:ascii="Consolas" w:hAnsi="Consolas"/>
          <w:sz w:val="18"/>
        </w:rPr>
        <w:t xml:space="preserve">            updated_at = pendulum.now()</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updated_at = pendulum.from_timestamp(calendar.timegm(updated_raw))</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Calculate the oldest article we will check, 7 days ago</w:t>
      </w:r>
    </w:p>
    <w:p>
      <w:pPr>
        <w:spacing w:after="0"/>
        <w:ind w:left="360"/>
        <w:shd w:val="clear" w:color="auto" w:fill="F2F2F2"/>
      </w:pPr>
      <w:r>
        <w:rPr>
          <w:rFonts w:ascii="Consolas" w:hAnsi="Consolas"/>
          <w:sz w:val="18"/>
        </w:rPr>
        <w:t xml:space="preserve">        time_limit = updated_at.subtract(days=7)</w:t>
      </w:r>
    </w:p>
    <w:p>
      <w:pPr>
        <w:spacing w:after="0"/>
        <w:ind w:left="360"/>
        <w:shd w:val="clear" w:color="auto" w:fill="F2F2F2"/>
      </w:pPr>
      <w:r>
        <w:rPr>
          <w:rFonts w:ascii="Consolas" w:hAnsi="Consolas"/>
          <w:sz w:val="18"/>
        </w:rPr>
        <w:t xml:space="preserve">        for entry in rss.entries:</w:t>
      </w:r>
    </w:p>
    <w:p>
      <w:pPr>
        <w:spacing w:after="0"/>
        <w:ind w:left="360"/>
        <w:shd w:val="clear" w:color="auto" w:fill="F2F2F2"/>
      </w:pPr>
      <w:r>
        <w:rPr>
          <w:rFonts w:ascii="Consolas" w:hAnsi="Consolas"/>
          <w:sz w:val="18"/>
        </w:rPr>
        <w:t xml:space="preserve">            # Normalise the time</w:t>
      </w:r>
    </w:p>
    <w:p>
      <w:pPr>
        <w:spacing w:after="0"/>
        <w:ind w:left="360"/>
        <w:shd w:val="clear" w:color="auto" w:fill="F2F2F2"/>
      </w:pPr>
      <w:r>
        <w:rPr>
          <w:rFonts w:ascii="Consolas" w:hAnsi="Consolas"/>
          <w:sz w:val="18"/>
        </w:rPr>
        <w:t xml:space="preserve">            entry_time = entry.published_parsed</w:t>
      </w:r>
    </w:p>
    <w:p>
      <w:pPr>
        <w:spacing w:after="0"/>
        <w:ind w:left="360"/>
        <w:shd w:val="clear" w:color="auto" w:fill="F2F2F2"/>
      </w:pPr>
      <w:r>
        <w:rPr>
          <w:rFonts w:ascii="Consolas" w:hAnsi="Consolas"/>
          <w:sz w:val="18"/>
        </w:rPr>
        <w:t xml:space="preserve">            if not entry_time:</w:t>
      </w:r>
    </w:p>
    <w:p>
      <w:pPr>
        <w:spacing w:after="0"/>
        <w:ind w:left="360"/>
        <w:shd w:val="clear" w:color="auto" w:fill="F2F2F2"/>
      </w:pPr>
      <w:r>
        <w:rPr>
          <w:rFonts w:ascii="Consolas" w:hAnsi="Consolas"/>
          <w:sz w:val="18"/>
        </w:rPr>
        <w:t xml:space="preserve">                # No time for this entry, skip</w:t>
      </w:r>
    </w:p>
    <w:p>
      <w:pPr>
        <w:spacing w:after="0"/>
        <w:ind w:left="360"/>
        <w:shd w:val="clear" w:color="auto" w:fill="F2F2F2"/>
      </w:pPr>
      <w:r>
        <w:rPr>
          <w:rFonts w:ascii="Consolas" w:hAnsi="Consolas"/>
          <w:sz w:val="18"/>
        </w:rPr>
        <w:t>continue</w:t>
      </w:r>
    </w:p>
    <w:p>
      <w:pPr>
        <w:spacing w:after="0"/>
        <w:ind w:left="360"/>
        <w:shd w:val="clear" w:color="auto" w:fill="F2F2F2"/>
      </w:pPr>
      <w:r>
        <w:rPr>
          <w:rFonts w:ascii="Consolas" w:hAnsi="Consolas"/>
          <w:sz w:val="18"/>
        </w:rPr>
        <w:t xml:space="preserve">            entry_time = pendulum.from_timestamp(calendar.timegm(entry_time))</w:t>
      </w:r>
    </w:p>
    <w:p>
      <w:pPr>
        <w:spacing w:after="0"/>
        <w:ind w:left="360"/>
        <w:shd w:val="clear" w:color="auto" w:fill="F2F2F2"/>
      </w:pPr>
      <w:r>
        <w:rPr>
          <w:rFonts w:ascii="Consolas" w:hAnsi="Consolas"/>
          <w:sz w:val="18"/>
        </w:rPr>
        <w:t xml:space="preserve">            if entry_time &lt; time_limit:</w:t>
      </w:r>
    </w:p>
    <w:p>
      <w:pPr>
        <w:spacing w:after="0"/>
        <w:ind w:left="360"/>
        <w:shd w:val="clear" w:color="auto" w:fill="F2F2F2"/>
      </w:pPr>
      <w:r>
        <w:rPr>
          <w:rFonts w:ascii="Consolas" w:hAnsi="Consolas"/>
          <w:sz w:val="18"/>
        </w:rPr>
        <w:t xml:space="preserve">                # Skip this entry</w:t>
      </w:r>
    </w:p>
    <w:p>
      <w:pPr>
        <w:spacing w:after="0"/>
        <w:ind w:left="360"/>
        <w:shd w:val="clear" w:color="auto" w:fill="F2F2F2"/>
      </w:pPr>
      <w:r>
        <w:rPr>
          <w:rFonts w:ascii="Consolas" w:hAnsi="Consolas"/>
          <w:sz w:val="18"/>
        </w:rPr>
        <w:t>continue</w:t>
      </w:r>
    </w:p>
    <w:p>
      <w:pPr>
        <w:spacing w:after="0"/>
        <w:ind w:left="360"/>
        <w:shd w:val="clear" w:color="auto" w:fill="F2F2F2"/>
      </w:pPr>
      <w:r>
        <w:rPr>
          <w:rFonts w:ascii="Consolas" w:hAnsi="Consolas"/>
          <w:sz w:val="18"/>
        </w:rPr>
        <w:t># Get the article reference</w:t>
      </w:r>
    </w:p>
    <w:p>
      <w:pPr>
        <w:spacing w:after="0"/>
        <w:ind w:left="360"/>
        <w:shd w:val="clear" w:color="auto" w:fill="F2F2F2"/>
      </w:pPr>
      <w:r>
        <w:rPr>
          <w:rFonts w:ascii="Consolas" w:hAnsi="Consolas"/>
          <w:sz w:val="18"/>
        </w:rPr>
        <w:t xml:space="preserve">            title = entry.title.strip()</w:t>
      </w:r>
    </w:p>
    <w:p>
      <w:pPr>
        <w:spacing w:after="0"/>
        <w:ind w:left="360"/>
        <w:shd w:val="clear" w:color="auto" w:fill="F2F2F2"/>
      </w:pPr>
      <w:r>
        <w:rPr>
          <w:rFonts w:ascii="Consolas" w:hAnsi="Consolas"/>
          <w:sz w:val="18"/>
        </w:rPr>
        <w:t xml:space="preserve">            summary = entry.summary.strip()</w:t>
      </w:r>
    </w:p>
    <w:p>
      <w:pPr>
        <w:spacing w:after="0"/>
        <w:ind w:left="360"/>
        <w:shd w:val="clear" w:color="auto" w:fill="F2F2F2"/>
      </w:pPr>
      <w:r>
        <w:rPr>
          <w:rFonts w:ascii="Consolas" w:hAnsi="Consolas"/>
          <w:sz w:val="18"/>
        </w:rPr>
        <w:t xml:space="preserve">            article_reference = (title, summary, entry.link)</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for keyword in keywords:</w:t>
      </w:r>
    </w:p>
    <w:p>
      <w:pPr>
        <w:spacing w:after="0"/>
        <w:ind w:left="360"/>
        <w:shd w:val="clear" w:color="auto" w:fill="F2F2F2"/>
      </w:pPr>
      <w:r>
        <w:rPr>
          <w:rFonts w:ascii="Consolas" w:hAnsi="Consolas"/>
          <w:sz w:val="18"/>
        </w:rPr>
        <w:t xml:space="preserve">                summary_found = keyword.lower() in summary.lower()</w:t>
      </w:r>
    </w:p>
    <w:p>
      <w:pPr>
        <w:spacing w:after="0"/>
        <w:ind w:left="360"/>
        <w:shd w:val="clear" w:color="auto" w:fill="F2F2F2"/>
      </w:pPr>
      <w:r>
        <w:rPr>
          <w:rFonts w:ascii="Consolas" w:hAnsi="Consolas"/>
          <w:sz w:val="18"/>
        </w:rPr>
        <w:t xml:space="preserve">                title_found = keyword.lower() in title.lower()</w:t>
      </w:r>
    </w:p>
    <w:p>
      <w:pPr>
        <w:spacing w:after="0"/>
        <w:ind w:left="360"/>
        <w:shd w:val="clear" w:color="auto" w:fill="F2F2F2"/>
      </w:pPr>
      <w:r>
        <w:rPr>
          <w:rFonts w:ascii="Consolas" w:hAnsi="Consolas"/>
          <w:sz w:val="18"/>
        </w:rPr>
        <w:t xml:space="preserve">                if summary_found or title_found:</w:t>
      </w:r>
    </w:p>
    <w:p>
      <w:pPr>
        <w:spacing w:after="0"/>
        <w:ind w:left="360"/>
        <w:shd w:val="clear" w:color="auto" w:fill="F2F2F2"/>
      </w:pPr>
      <w:r>
        <w:rPr>
          <w:rFonts w:ascii="Consolas" w:hAnsi="Consolas"/>
          <w:sz w:val="18"/>
        </w:rPr>
        <w:t xml:space="preserve">                    articles.append(article_reference)</w:t>
      </w:r>
    </w:p>
    <w:p>
      <w:pPr>
        <w:spacing w:after="0"/>
        <w:ind w:left="360"/>
        <w:shd w:val="clear" w:color="auto" w:fill="F2F2F2"/>
      </w:pPr>
      <w:r>
        <w:rPr>
          <w:rFonts w:ascii="Consolas" w:hAnsi="Consolas"/>
          <w:sz w:val="18"/>
        </w:rPr>
        <w:t xml:space="preserve">                    break</w:t>
      </w:r>
    </w:p>
    <w:p>
      <w:pPr>
        <w:spacing w:after="0"/>
        <w:ind w:left="360"/>
        <w:shd w:val="clear" w:color="auto" w:fill="F2F2F2"/>
      </w:pPr>
      <w:r>
        <w:rPr>
          <w:rFonts w:ascii="Consolas" w:hAnsi="Consolas"/>
          <w:sz w:val="18"/>
        </w:rPr>
        <w:t>return articles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compose_email_body(articles, keywords, feed_list):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From the list of articles, keywords and feeds, fill the email template</w:t>
      </w:r>
    </w:p>
    <w:p>
      <w:pPr>
        <w:spacing w:after="0"/>
        <w:ind w:left="360"/>
        <w:shd w:val="clear" w:color="auto" w:fill="F2F2F2"/>
      </w:pPr>
      <w:r>
        <w:rPr>
          <w:rFonts w:ascii="Consolas" w:hAnsi="Consolas"/>
          <w:sz w:val="18"/>
        </w:rPr>
        <w:t xml:space="preserve">    Set the list in the adequate format for the template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Compose the list of articles</w:t>
      </w:r>
    </w:p>
    <w:p>
      <w:pPr>
        <w:spacing w:after="0"/>
        <w:ind w:left="360"/>
        <w:shd w:val="clear" w:color="auto" w:fill="F2F2F2"/>
      </w:pPr>
      <w:r>
        <w:rPr>
          <w:rFonts w:ascii="Consolas" w:hAnsi="Consolas"/>
          <w:sz w:val="18"/>
        </w:rPr>
        <w:t xml:space="preserve">    ARTICLE_TEMPLATE = '* **{title}** {summary}: {link}'</w:t>
      </w:r>
    </w:p>
    <w:p>
      <w:pPr>
        <w:spacing w:after="0"/>
        <w:ind w:left="360"/>
        <w:shd w:val="clear" w:color="auto" w:fill="F2F2F2"/>
      </w:pPr>
      <w:r>
        <w:rPr>
          <w:rFonts w:ascii="Consolas" w:hAnsi="Consolas"/>
          <w:sz w:val="18"/>
        </w:rPr>
        <w:t xml:space="preserve">    article_list = [ARTICLE_TEMPLATE.format(title=title, summary=summary,</w:t>
      </w:r>
    </w:p>
    <w:p>
      <w:pPr>
        <w:spacing w:after="0"/>
        <w:ind w:left="360"/>
        <w:shd w:val="clear" w:color="auto" w:fill="F2F2F2"/>
      </w:pPr>
      <w:r>
        <w:rPr>
          <w:rFonts w:ascii="Consolas" w:hAnsi="Consolas"/>
          <w:sz w:val="18"/>
        </w:rPr>
        <w:t xml:space="preserve">                                            link=link)</w:t>
      </w:r>
    </w:p>
    <w:p>
      <w:pPr>
        <w:spacing w:after="0"/>
        <w:ind w:left="360"/>
        <w:shd w:val="clear" w:color="auto" w:fill="F2F2F2"/>
      </w:pPr>
      <w:r>
        <w:rPr>
          <w:rFonts w:ascii="Consolas" w:hAnsi="Consolas"/>
          <w:sz w:val="18"/>
        </w:rPr>
        <w:t xml:space="preserve">                    for title, summary, link in articles]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data = {</w:t>
      </w:r>
    </w:p>
    <w:p>
      <w:pPr>
        <w:spacing w:after="0"/>
        <w:ind w:left="360"/>
        <w:shd w:val="clear" w:color="auto" w:fill="F2F2F2"/>
      </w:pPr>
      <w:r>
        <w:rPr>
          <w:rFonts w:ascii="Consolas" w:hAnsi="Consolas"/>
          <w:sz w:val="18"/>
        </w:rPr>
        <w:t xml:space="preserve">        'article_list': '\n'.join(article_list),</w:t>
      </w:r>
    </w:p>
    <w:p>
      <w:pPr>
        <w:spacing w:after="0"/>
        <w:ind w:left="360"/>
        <w:shd w:val="clear" w:color="auto" w:fill="F2F2F2"/>
      </w:pPr>
      <w:r>
        <w:rPr>
          <w:rFonts w:ascii="Consolas" w:hAnsi="Consolas"/>
          <w:sz w:val="18"/>
        </w:rPr>
        <w:t xml:space="preserve">        'keywords': ', '.join(keywords),</w:t>
      </w:r>
    </w:p>
    <w:p>
      <w:pPr>
        <w:spacing w:after="0"/>
        <w:ind w:left="360"/>
        <w:shd w:val="clear" w:color="auto" w:fill="F2F2F2"/>
      </w:pPr>
      <w:r>
        <w:rPr>
          <w:rFonts w:ascii="Consolas" w:hAnsi="Consolas"/>
          <w:sz w:val="18"/>
        </w:rPr>
        <w:t xml:space="preserve">        'feed_list': ', '.join(feed_list),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text = jinja2.Template(EMAIL_TEMPLATE).render(**data)</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html_content = mistune.html(text)</w:t>
      </w:r>
    </w:p>
    <w:p>
      <w:pPr>
        <w:spacing w:after="0"/>
        <w:ind w:left="360"/>
        <w:shd w:val="clear" w:color="auto" w:fill="F2F2F2"/>
      </w:pPr>
      <w:r>
        <w:rPr>
          <w:rFonts w:ascii="Consolas" w:hAnsi="Consolas"/>
          <w:sz w:val="18"/>
        </w:rPr>
        <w:t xml:space="preserve">    html = jinja2.Template(EMAIL_STYLING).render(content=html_content)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return text, html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send_email(email_config, text_body, html_body):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Send an email with the text and html body, using the parameters</w:t>
      </w:r>
    </w:p>
    <w:p>
      <w:pPr>
        <w:spacing w:after="0"/>
        <w:ind w:left="360"/>
        <w:shd w:val="clear" w:color="auto" w:fill="F2F2F2"/>
      </w:pPr>
      <w:r>
        <w:rPr>
          <w:rFonts w:ascii="Consolas" w:hAnsi="Consolas"/>
          <w:sz w:val="18"/>
        </w:rPr>
        <w:t xml:space="preserve">    configured in email_config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msg = MIMEMultipart('alternative')</w:t>
      </w:r>
    </w:p>
    <w:p>
      <w:pPr>
        <w:spacing w:after="0"/>
        <w:ind w:left="360"/>
        <w:shd w:val="clear" w:color="auto" w:fill="F2F2F2"/>
      </w:pPr>
      <w:r>
        <w:rPr>
          <w:rFonts w:ascii="Consolas" w:hAnsi="Consolas"/>
          <w:sz w:val="18"/>
        </w:rPr>
        <w:t xml:space="preserve">    msg['Subject'] = 'Weekly report'</w:t>
      </w:r>
    </w:p>
    <w:p>
      <w:pPr>
        <w:spacing w:after="0"/>
        <w:ind w:left="360"/>
        <w:shd w:val="clear" w:color="auto" w:fill="F2F2F2"/>
      </w:pPr>
      <w:r>
        <w:rPr>
          <w:rFonts w:ascii="Consolas" w:hAnsi="Consolas"/>
          <w:sz w:val="18"/>
        </w:rPr>
        <w:t xml:space="preserve">    msg['From'] = email_config.from_</w:t>
      </w:r>
    </w:p>
    <w:p>
      <w:pPr>
        <w:spacing w:after="0"/>
        <w:ind w:left="360"/>
        <w:shd w:val="clear" w:color="auto" w:fill="F2F2F2"/>
      </w:pPr>
      <w:r>
        <w:rPr>
          <w:rFonts w:ascii="Consolas" w:hAnsi="Consolas"/>
          <w:sz w:val="18"/>
        </w:rPr>
        <w:t xml:space="preserve">    msg['To'] = email_config.to</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part_plain = MIMEText(text_body, 'plain')</w:t>
      </w:r>
    </w:p>
    <w:p>
      <w:pPr>
        <w:spacing w:after="0"/>
        <w:ind w:left="360"/>
        <w:shd w:val="clear" w:color="auto" w:fill="F2F2F2"/>
      </w:pPr>
      <w:r>
        <w:rPr>
          <w:rFonts w:ascii="Consolas" w:hAnsi="Consolas"/>
          <w:sz w:val="18"/>
        </w:rPr>
        <w:t xml:space="preserve">    part_html = MIMEText(html_body, 'html')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msg.attach(part_plain)</w:t>
      </w:r>
    </w:p>
    <w:p>
      <w:pPr>
        <w:spacing w:after="0"/>
        <w:ind w:left="360"/>
        <w:shd w:val="clear" w:color="auto" w:fill="F2F2F2"/>
      </w:pPr>
      <w:r>
        <w:rPr>
          <w:rFonts w:ascii="Consolas" w:hAnsi="Consolas"/>
          <w:sz w:val="18"/>
        </w:rPr>
        <w:t xml:space="preserve">    msg.attach(part_html)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with smtplib.SMTP('smtp.gmail.com', 587) as server:</w:t>
      </w:r>
    </w:p>
    <w:p>
      <w:pPr>
        <w:spacing w:after="0"/>
        <w:ind w:left="360"/>
        <w:shd w:val="clear" w:color="auto" w:fill="F2F2F2"/>
      </w:pPr>
      <w:r>
        <w:rPr>
          <w:rFonts w:ascii="Consolas" w:hAnsi="Consolas"/>
          <w:sz w:val="18"/>
        </w:rPr>
        <w:t xml:space="preserve">        server.starttls()</w:t>
      </w:r>
    </w:p>
    <w:p>
      <w:pPr>
        <w:spacing w:after="0"/>
        <w:ind w:left="360"/>
        <w:shd w:val="clear" w:color="auto" w:fill="F2F2F2"/>
      </w:pPr>
      <w:r>
        <w:rPr>
          <w:rFonts w:ascii="Consolas" w:hAnsi="Consolas"/>
          <w:sz w:val="18"/>
        </w:rPr>
        <w:t xml:space="preserve">        server.login(email_config.user, email_config.password)</w:t>
      </w:r>
    </w:p>
    <w:p>
      <w:pPr>
        <w:spacing w:after="0"/>
        <w:ind w:left="360"/>
        <w:shd w:val="clear" w:color="auto" w:fill="F2F2F2"/>
      </w:pPr>
      <w:r>
        <w:rPr>
          <w:rFonts w:ascii="Consolas" w:hAnsi="Consolas"/>
          <w:sz w:val="18"/>
        </w:rPr>
        <w:t xml:space="preserve">        server.sendmail(email_config.from_, [email_config.to], msg.as_string())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main(keywords, feeds, email_config):</w:t>
      </w:r>
    </w:p>
    <w:p>
      <w:pPr>
        <w:spacing w:after="0"/>
        <w:ind w:left="360"/>
        <w:shd w:val="clear" w:color="auto" w:fill="F2F2F2"/>
      </w:pPr>
      <w:r>
        <w:rPr>
          <w:rFonts w:ascii="Consolas" w:hAnsi="Consolas"/>
          <w:sz w:val="18"/>
        </w:rPr>
        <w:t xml:space="preserve">    articles = get_articles(keywords, feeds)</w:t>
      </w:r>
    </w:p>
    <w:p>
      <w:pPr>
        <w:spacing w:after="0"/>
        <w:ind w:left="360"/>
        <w:shd w:val="clear" w:color="auto" w:fill="F2F2F2"/>
      </w:pPr>
      <w:r>
        <w:rPr>
          <w:rFonts w:ascii="Consolas" w:hAnsi="Consolas"/>
          <w:sz w:val="18"/>
        </w:rPr>
        <w:t xml:space="preserve">    text_body, html_body = compose_email_body(articles, keywords, feeds)</w:t>
      </w:r>
    </w:p>
    <w:p>
      <w:pPr>
        <w:spacing w:after="0"/>
        <w:ind w:left="360"/>
        <w:shd w:val="clear" w:color="auto" w:fill="F2F2F2"/>
      </w:pPr>
      <w:r>
        <w:rPr>
          <w:rFonts w:ascii="Consolas" w:hAnsi="Consolas"/>
          <w:sz w:val="18"/>
        </w:rPr>
        <w:t xml:space="preserve">    send_email(email_config, text_body, html_body)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if __name__ == '__main__':</w:t>
      </w:r>
    </w:p>
    <w:p>
      <w:pPr>
        <w:spacing w:after="0"/>
        <w:ind w:left="360"/>
        <w:shd w:val="clear" w:color="auto" w:fill="F2F2F2"/>
      </w:pPr>
      <w:r>
        <w:rPr>
          <w:rFonts w:ascii="Consolas" w:hAnsi="Consolas"/>
          <w:sz w:val="18"/>
        </w:rPr>
        <w:t xml:space="preserve">    parser = argparse.ArgumentParser()</w:t>
      </w:r>
    </w:p>
    <w:p>
      <w:pPr>
        <w:spacing w:after="0"/>
        <w:ind w:left="360"/>
        <w:shd w:val="clear" w:color="auto" w:fill="F2F2F2"/>
      </w:pPr>
      <w:r>
        <w:rPr>
          <w:rFonts w:ascii="Consolas" w:hAnsi="Consolas"/>
          <w:sz w:val="18"/>
        </w:rPr>
        <w:t xml:space="preserve">    parser.add_argument(type=argparse.FileType('r'), dest='config',</w:t>
      </w:r>
    </w:p>
    <w:p>
      <w:pPr>
        <w:spacing w:after="0"/>
        <w:ind w:left="360"/>
        <w:shd w:val="clear" w:color="auto" w:fill="F2F2F2"/>
      </w:pPr>
      <w:r>
        <w:rPr>
          <w:rFonts w:ascii="Consolas" w:hAnsi="Consolas"/>
          <w:sz w:val="18"/>
        </w:rPr>
        <w:t xml:space="preserve">                        help='config file')</w:t>
      </w:r>
    </w:p>
    <w:p>
      <w:pPr>
        <w:spacing w:after="0"/>
        <w:ind w:left="360"/>
        <w:shd w:val="clear" w:color="auto" w:fill="F2F2F2"/>
      </w:pPr>
      <w:r>
        <w:rPr>
          <w:rFonts w:ascii="Consolas" w:hAnsi="Consolas"/>
          <w:sz w:val="18"/>
        </w:rPr>
        <w:t xml:space="preserve">    parser.add_argument('-o', dest='output', type=argparse.FileType('w'),</w:t>
      </w:r>
    </w:p>
    <w:p>
      <w:pPr>
        <w:spacing w:after="0"/>
        <w:ind w:left="360"/>
        <w:shd w:val="clear" w:color="auto" w:fill="F2F2F2"/>
      </w:pPr>
      <w:r>
        <w:rPr>
          <w:rFonts w:ascii="Consolas" w:hAnsi="Consolas"/>
          <w:sz w:val="18"/>
        </w:rPr>
        <w:t xml:space="preserve">                        help='output file',</w:t>
      </w:r>
    </w:p>
    <w:p>
      <w:pPr>
        <w:spacing w:after="0"/>
        <w:ind w:left="360"/>
        <w:shd w:val="clear" w:color="auto" w:fill="F2F2F2"/>
      </w:pPr>
      <w:r>
        <w:rPr>
          <w:rFonts w:ascii="Consolas" w:hAnsi="Consolas"/>
          <w:sz w:val="18"/>
        </w:rPr>
        <w:t xml:space="preserve">                        default=sys.stdout)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args = parser.parse_args()</w:t>
      </w:r>
    </w:p>
    <w:p>
      <w:pPr>
        <w:spacing w:after="0"/>
        <w:ind w:left="360"/>
        <w:shd w:val="clear" w:color="auto" w:fill="F2F2F2"/>
      </w:pPr>
      <w:r>
        <w:rPr>
          <w:rFonts w:ascii="Consolas" w:hAnsi="Consolas"/>
          <w:sz w:val="18"/>
        </w:rPr>
        <w:t xml:space="preserve">    config = configparser.ConfigParser()</w:t>
      </w:r>
    </w:p>
    <w:p>
      <w:pPr>
        <w:spacing w:after="0"/>
        <w:ind w:left="360"/>
        <w:shd w:val="clear" w:color="auto" w:fill="F2F2F2"/>
      </w:pPr>
      <w:r>
        <w:rPr>
          <w:rFonts w:ascii="Consolas" w:hAnsi="Consolas"/>
          <w:sz w:val="18"/>
        </w:rPr>
        <w:t xml:space="preserve">    config.read_file(args.config)</w:t>
      </w:r>
    </w:p>
    <w:p>
      <w:pPr>
        <w:spacing w:after="0"/>
        <w:ind w:left="360"/>
        <w:shd w:val="clear" w:color="auto" w:fill="F2F2F2"/>
      </w:pPr>
      <w:r>
        <w:rPr>
          <w:rFonts w:ascii="Consolas" w:hAnsi="Consolas"/>
          <w:sz w:val="18"/>
        </w:rPr>
        <w:t xml:space="preserve">    keywords = config['SEARCH']['keywords'].split(',')</w:t>
      </w:r>
    </w:p>
    <w:p>
      <w:pPr>
        <w:spacing w:after="0"/>
        <w:ind w:left="360"/>
        <w:shd w:val="clear" w:color="auto" w:fill="F2F2F2"/>
      </w:pPr>
      <w:r>
        <w:rPr>
          <w:rFonts w:ascii="Consolas" w:hAnsi="Consolas"/>
          <w:sz w:val="18"/>
        </w:rPr>
        <w:t xml:space="preserve">    feeds = [feed.strip() for feed in config['SEARCH']['feeds'].split(',')]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email_user = config['EMAIL']['user']</w:t>
      </w:r>
    </w:p>
    <w:p>
      <w:pPr>
        <w:spacing w:after="0"/>
        <w:ind w:left="360"/>
        <w:shd w:val="clear" w:color="auto" w:fill="F2F2F2"/>
      </w:pPr>
      <w:r>
        <w:rPr>
          <w:rFonts w:ascii="Consolas" w:hAnsi="Consolas"/>
          <w:sz w:val="18"/>
        </w:rPr>
        <w:t xml:space="preserve">    email_password = config['EMAIL']['password']</w:t>
      </w:r>
    </w:p>
    <w:p>
      <w:pPr>
        <w:spacing w:after="0"/>
        <w:ind w:left="360"/>
        <w:shd w:val="clear" w:color="auto" w:fill="F2F2F2"/>
      </w:pPr>
      <w:r>
        <w:rPr>
          <w:rFonts w:ascii="Consolas" w:hAnsi="Consolas"/>
          <w:sz w:val="18"/>
        </w:rPr>
        <w:t xml:space="preserve">    email_from = config['EMAIL']['from']</w:t>
      </w:r>
    </w:p>
    <w:p>
      <w:pPr>
        <w:spacing w:after="0"/>
        <w:ind w:left="360"/>
        <w:shd w:val="clear" w:color="auto" w:fill="F2F2F2"/>
      </w:pPr>
      <w:r>
        <w:rPr>
          <w:rFonts w:ascii="Consolas" w:hAnsi="Consolas"/>
          <w:sz w:val="18"/>
        </w:rPr>
        <w:t xml:space="preserve">    email_to = config['EMAIL']['to']</w:t>
      </w:r>
    </w:p>
    <w:p>
      <w:pPr>
        <w:spacing w:after="0"/>
        <w:ind w:left="360"/>
        <w:shd w:val="clear" w:color="auto" w:fill="F2F2F2"/>
      </w:pPr>
      <w:r>
        <w:rPr>
          <w:rFonts w:ascii="Consolas" w:hAnsi="Consolas"/>
          <w:sz w:val="18"/>
        </w:rPr>
        <w:t xml:space="preserve">    email_config = EmailConfig(email_user, email_password, email_from,</w:t>
      </w:r>
    </w:p>
    <w:p>
      <w:pPr>
        <w:spacing w:after="0"/>
        <w:ind w:left="360"/>
        <w:shd w:val="clear" w:color="auto" w:fill="F2F2F2"/>
      </w:pPr>
      <w:r>
        <w:rPr>
          <w:rFonts w:ascii="Consolas" w:hAnsi="Consolas"/>
          <w:sz w:val="18"/>
        </w:rPr>
        <w:t xml:space="preserve">                               email_to)</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main(keywords, feeds, email_config)</w:t>
      </w:r>
    </w:p>
    <w:p>
      <w:pPr>
        <w:spacing w:after="40"/>
      </w:pPr>
    </w:p>
    <w:p>
      <w:pPr>
        <w:spacing w:after="80"/>
      </w:pPr>
      <w:r>
        <w:rPr>
          <w:b w:val="0"/>
          <w:i w:val="0"/>
        </w:rPr>
        <w:t>Như bạn thấy, code được cấu trúc thành các phần sau:</w:t>
      </w:r>
    </w:p>
    <w:p>
      <w:pPr>
        <w:spacing w:after="80"/>
        <w:ind w:left="360"/>
      </w:pPr>
      <w:r>
        <w:t xml:space="preserve">• </w:t>
      </w:r>
      <w:r>
        <w:rPr>
          <w:b w:val="0"/>
          <w:i w:val="0"/>
        </w:rPr>
        <w:t xml:space="preserve">Phần </w:t>
      </w:r>
      <w:r>
        <w:rPr>
          <w:rFonts w:ascii="Consolas" w:hAnsi="Consolas"/>
          <w:b w:val="0"/>
          <w:i w:val="0"/>
          <w:sz w:val="20"/>
        </w:rPr>
        <w:br/>
        <w:br/>
        <w:t xml:space="preserve">       IMPORTS</w:t>
        <w:br/>
        <w:t xml:space="preserve">      </w:t>
        <w:br/>
      </w:r>
      <w:r>
        <w:rPr>
          <w:b w:val="0"/>
          <w:i w:val="0"/>
        </w:rPr>
        <w:t xml:space="preserve"> bao gồm tất cả các mô-đun Python sẽ được dùng sau này. Nó cũng định nghĩa </w:t>
      </w:r>
      <w:r>
        <w:rPr>
          <w:rFonts w:ascii="Consolas" w:hAnsi="Consolas"/>
          <w:b w:val="0"/>
          <w:i w:val="0"/>
          <w:sz w:val="20"/>
        </w:rPr>
        <w:br/>
        <w:br/>
        <w:t xml:space="preserve">       EmailConfignamedtuple</w:t>
        <w:br/>
        <w:t xml:space="preserve">      </w:t>
        <w:br/>
      </w:r>
      <w:r>
        <w:rPr>
          <w:b w:val="0"/>
          <w:i w:val="0"/>
        </w:rPr>
        <w:t xml:space="preserve"> để hỗ trợ xử lý các tham số email.</w:t>
      </w:r>
    </w:p>
    <w:p>
      <w:pPr>
        <w:spacing w:after="80"/>
        <w:ind w:left="360"/>
      </w:pPr>
      <w:r>
        <w:t xml:space="preserve">• </w:t>
      </w:r>
      <w:r>
        <w:rPr>
          <w:rFonts w:ascii="Consolas" w:hAnsi="Consolas"/>
          <w:b w:val="0"/>
          <w:i w:val="0"/>
          <w:sz w:val="20"/>
        </w:rPr>
        <w:br/>
        <w:br/>
        <w:t xml:space="preserve">       READ TEMPLATES</w:t>
        <w:br/>
        <w:t xml:space="preserve">      </w:t>
        <w:br/>
      </w:r>
      <w:r>
        <w:rPr>
          <w:b w:val="0"/>
          <w:i w:val="0"/>
        </w:rPr>
        <w:t xml:space="preserve"> lấy các mẫu email và lưu trữ chúng để dùng sau trong các hằng số </w:t>
      </w:r>
      <w:r>
        <w:rPr>
          <w:rFonts w:ascii="Consolas" w:hAnsi="Consolas"/>
          <w:b w:val="0"/>
          <w:i w:val="0"/>
          <w:sz w:val="20"/>
        </w:rPr>
        <w:br/>
        <w:br/>
        <w:t xml:space="preserve">       EMAIL_TEMPLATE</w:t>
        <w:br/>
        <w:t xml:space="preserve">      </w:t>
        <w:br/>
      </w:r>
      <w:r>
        <w:rPr>
          <w:b w:val="0"/>
          <w:i w:val="0"/>
        </w:rPr>
        <w:t xml:space="preserve"> và </w:t>
      </w:r>
      <w:r>
        <w:rPr>
          <w:rFonts w:ascii="Consolas" w:hAnsi="Consolas"/>
          <w:b w:val="0"/>
          <w:i w:val="0"/>
          <w:sz w:val="20"/>
        </w:rPr>
        <w:br/>
        <w:br/>
        <w:t xml:space="preserve">       EMAIL_STYLING</w:t>
        <w:br/>
        <w:t xml:space="preserve">      </w:t>
        <w:br/>
      </w:r>
      <w:r>
        <w:rPr>
          <w:b w:val="0"/>
          <w:i w:val="0"/>
        </w:rPr>
        <w:t>.</w:t>
      </w:r>
    </w:p>
    <w:p>
      <w:pPr>
        <w:spacing w:after="80"/>
        <w:ind w:left="360"/>
      </w:pPr>
      <w:r>
        <w:t xml:space="preserve">• </w:t>
      </w:r>
      <w:r>
        <w:rPr>
          <w:b w:val="0"/>
          <w:i w:val="0"/>
        </w:rPr>
        <w:t xml:space="preserve">Khối </w:t>
      </w:r>
      <w:r>
        <w:rPr>
          <w:rFonts w:ascii="Consolas" w:hAnsi="Consolas"/>
          <w:b w:val="0"/>
          <w:i w:val="0"/>
          <w:sz w:val="20"/>
        </w:rPr>
        <w:br/>
        <w:br/>
        <w:t xml:space="preserve">       __main__</w:t>
        <w:br/>
        <w:t xml:space="preserve">      </w:t>
        <w:br/>
      </w:r>
      <w:r>
        <w:rPr>
          <w:b w:val="0"/>
          <w:i w:val="0"/>
        </w:rPr>
        <w:t xml:space="preserve"> bắt đầu tiến trình bằng cách lấy các tham số cấu hình, phân tích tệp cấu hình, rồi gọi hàm main.</w:t>
      </w:r>
    </w:p>
    <w:p>
      <w:pPr>
        <w:spacing w:after="80"/>
        <w:ind w:left="360"/>
      </w:pPr>
      <w:r>
        <w:t xml:space="preserve">• </w:t>
      </w:r>
      <w:r>
        <w:rPr>
          <w:b w:val="0"/>
          <w:i w:val="0"/>
        </w:rPr>
        <w:t xml:space="preserve">Hàm </w:t>
      </w:r>
      <w:r>
        <w:rPr>
          <w:rFonts w:ascii="Consolas" w:hAnsi="Consolas"/>
          <w:b w:val="0"/>
          <w:i w:val="0"/>
          <w:sz w:val="20"/>
        </w:rPr>
        <w:br/>
        <w:br/>
        <w:t xml:space="preserve">       main</w:t>
        <w:br/>
        <w:t xml:space="preserve">      </w:t>
        <w:br/>
      </w:r>
      <w:r>
        <w:rPr>
          <w:b w:val="0"/>
          <w:i w:val="0"/>
        </w:rPr>
        <w:t xml:space="preserve"> kết hợp các hàm khác lại. Đầu tiên, nó lấy các bài viết, sau đó lấy nội dung và gửi email.</w:t>
      </w:r>
    </w:p>
    <w:p>
      <w:pPr>
        <w:spacing w:after="80"/>
        <w:ind w:left="360"/>
      </w:pPr>
      <w:r>
        <w:t xml:space="preserve">• </w:t>
      </w:r>
      <w:r>
        <w:rPr>
          <w:rFonts w:ascii="Consolas" w:hAnsi="Consolas"/>
          <w:b w:val="0"/>
          <w:i w:val="0"/>
          <w:sz w:val="20"/>
        </w:rPr>
        <w:br/>
        <w:br/>
        <w:t xml:space="preserve">       get_articles</w:t>
        <w:br/>
        <w:t xml:space="preserve">      </w:t>
        <w:br/>
      </w:r>
      <w:r>
        <w:rPr>
          <w:b w:val="0"/>
          <w:i w:val="0"/>
        </w:rPr>
        <w:t xml:space="preserve"> duyệt qua tất cả các feed và loại bỏ bất kỳ bài viết nào cũ hơn một tuần. Với những bài viết còn lại, nó tìm kiếm sự trùng khớp với các từ khóa. Tất cả các bài viết trùng khớp đều được trả về, bao gồm thông tin về </w:t>
      </w:r>
      <w:r>
        <w:rPr>
          <w:b w:val="0"/>
          <w:i/>
        </w:rPr>
        <w:t xml:space="preserve"> liên kết </w:t>
      </w:r>
      <w:r>
        <w:rPr>
          <w:b w:val="0"/>
          <w:i w:val="0"/>
        </w:rPr>
        <w:t xml:space="preserve"> và một </w:t>
      </w:r>
      <w:r>
        <w:rPr>
          <w:b w:val="0"/>
          <w:i/>
        </w:rPr>
        <w:t xml:space="preserve"> tóm tắt </w:t>
      </w:r>
      <w:r>
        <w:rPr>
          <w:b w:val="0"/>
          <w:i w:val="0"/>
        </w:rPr>
        <w:t>.</w:t>
      </w:r>
    </w:p>
    <w:p>
      <w:pPr>
        <w:spacing w:after="80"/>
        <w:ind w:left="360"/>
      </w:pPr>
      <w:r>
        <w:t xml:space="preserve">• </w:t>
      </w:r>
      <w:r>
        <w:rPr>
          <w:rFonts w:ascii="Consolas" w:hAnsi="Consolas"/>
          <w:b w:val="0"/>
          <w:i w:val="0"/>
          <w:sz w:val="20"/>
        </w:rPr>
        <w:br/>
        <w:br/>
        <w:t xml:space="preserve">       compose_email_body</w:t>
        <w:br/>
        <w:t xml:space="preserve">      </w:t>
        <w:br/>
      </w:r>
      <w:r>
        <w:rPr>
          <w:b w:val="0"/>
          <w:i w:val="0"/>
        </w:rPr>
        <w:t xml:space="preserve"> dùng các mẫu email để – chẳng có gì bất ngờ – biên soạn nội dung email. Lưu ý rằng mẫu này ở định dạng Markdown và được phân tích thành HTML, để tạo ra cùng một thông tin ở dạng văn bản thuần và ở dạng HTML.</w:t>
      </w:r>
    </w:p>
    <w:p>
      <w:pPr>
        <w:spacing w:after="80"/>
        <w:ind w:left="360"/>
      </w:pPr>
      <w:r>
        <w:t xml:space="preserve">• </w:t>
      </w:r>
      <w:r>
        <w:rPr>
          <w:rFonts w:ascii="Consolas" w:hAnsi="Consolas"/>
          <w:b w:val="0"/>
          <w:i w:val="0"/>
          <w:sz w:val="20"/>
        </w:rPr>
        <w:br/>
        <w:br/>
        <w:t xml:space="preserve">       send_email</w:t>
        <w:br/>
        <w:t xml:space="preserve">      </w:t>
        <w:br/>
      </w:r>
      <w:r>
        <w:rPr>
          <w:b w:val="0"/>
          <w:i w:val="0"/>
        </w:rPr>
        <w:t xml:space="preserve"> lấy thông tin nội dung, cũng như các thông tin cần thiết như tên người dùng và mật khẩu, rồi gửi email.</w:t>
      </w:r>
    </w:p>
    <w:p>
      <w:pPr>
        <w:pStyle w:val="Heading3"/>
      </w:pPr>
      <w:r>
        <w:rPr>
          <w:rFonts w:ascii="Calibri" w:hAnsi="Calibri"/>
          <w:b/>
          <w:i w:val="0"/>
          <w:sz w:val="26"/>
        </w:rPr>
        <w:t>Còn nhiều thứ nữa...</w:t>
      </w:r>
    </w:p>
    <w:p>
      <w:pPr>
        <w:spacing w:after="80"/>
      </w:pPr>
      <w:r>
        <w:rPr>
          <w:b w:val="0"/>
          <w:i w:val="0"/>
        </w:rPr>
        <w:t>Một trong những thách thức chính khi lấy thông tin từ các nguồn khác nhau là phân tích văn bản thành công trong mọi trường hợp. Một số feed có thể trả về thông tin ở các định dạng khác nhau.</w:t>
      </w:r>
    </w:p>
    <w:p>
      <w:pPr>
        <w:spacing w:after="80"/>
      </w:pPr>
      <w:r>
        <w:rPr>
          <w:b w:val="0"/>
          <w:i w:val="0"/>
        </w:rPr>
        <w:t>Ví dụ, trong ví dụ của chúng ta, bạn có thể thấy rằng phần tóm tắt của feed Reuters bao gồm thông tin HTML được hiển thị trong email kết quả. Nếu bạn gặp kiểu vấn đề đó, bạn có thể cần xử lý dữ liệu trả về thêm nữa, cho đến khi nó trở nên nhất quán. Điều này có thể phụ thuộc rất nhiều vào chất lượng mong muốn của báo cáo kết quả.</w:t>
      </w:r>
    </w:p>
    <w:p>
      <w:pPr>
        <w:spacing w:after="80"/>
      </w:pPr>
      <w:r>
        <w:rPr>
          <w:b/>
          <w:i w:val="0"/>
        </w:rPr>
        <w:t>Mẹo</w:t>
      </w:r>
    </w:p>
    <w:p>
      <w:pPr>
        <w:spacing w:after="80"/>
      </w:pPr>
      <w:r>
        <w:rPr>
          <w:b w:val="0"/>
          <w:i w:val="0"/>
        </w:rPr>
        <w:t>Khi phát triển các tác vụ tự động, đặc biệt là khi xử lý nhiều nguồn đầu vào, hãy chuẩn bị tinh thần dành nhiều thời gian để làm sạch đầu vào nhằm giúp nó nhất quán. Tuy nhiên, hãy tìm sự cân bằng và luôn nghĩ đến người nhận cuối cùng. Ví dụ, nếu email được gửi cho chính bạn hoặc một người bạn, bạn có thể dễ dãi hơn một chút so với khi gửi cho một khách hàng quan trọng.</w:t>
      </w:r>
    </w:p>
    <w:p>
      <w:pPr>
        <w:spacing w:after="80"/>
      </w:pPr>
      <w:r>
        <w:rPr>
          <w:b w:val="0"/>
          <w:i w:val="0"/>
        </w:rPr>
        <w:t xml:space="preserve">Một khả năng khác là tăng độ phức tạp của việc so khớp. Trong công thức này, việc kiểm tra được thực hiện bằng toán tử </w:t>
      </w:r>
      <w:r>
        <w:rPr>
          <w:rFonts w:ascii="Consolas" w:hAnsi="Consolas"/>
          <w:b w:val="0"/>
          <w:i w:val="0"/>
          <w:sz w:val="20"/>
        </w:rPr>
        <w:br/>
        <w:br/>
        <w:t xml:space="preserve">      in</w:t>
        <w:br/>
        <w:t xml:space="preserve">     </w:t>
        <w:br/>
      </w:r>
      <w:r>
        <w:rPr>
          <w:b w:val="0"/>
          <w:i w:val="0"/>
        </w:rPr>
        <w:t xml:space="preserve"> đơn giản đối với các tham số trong feed. Hãy nhớ rằng tất cả các kỹ thuật trong </w:t>
      </w:r>
      <w:r>
        <w:rPr>
          <w:b w:val="0"/>
          <w:i/>
        </w:rPr>
        <w:t xml:space="preserve"> Chương 1 </w:t>
      </w:r>
      <w:r>
        <w:rPr>
          <w:b w:val="0"/>
          <w:i w:val="0"/>
        </w:rPr>
        <w:t xml:space="preserve">, </w:t>
      </w:r>
      <w:r>
        <w:rPr>
          <w:b w:val="0"/>
          <w:i/>
        </w:rPr>
        <w:t xml:space="preserve"> Hãy bắt đầu hành trình tự động hóa của chúng ta </w:t>
      </w:r>
      <w:r>
        <w:rPr>
          <w:b w:val="0"/>
          <w:i w:val="0"/>
        </w:rPr>
        <w:t>, đều có sẵn để bạn sử dụng, bao gồm tất cả các khả năng của biểu thức chính quy.</w:t>
      </w:r>
    </w:p>
    <w:p>
      <w:pPr>
        <w:spacing w:after="80"/>
      </w:pPr>
      <w:r>
        <w:rPr>
          <w:b w:val="0"/>
          <w:i w:val="0"/>
        </w:rPr>
        <w:t xml:space="preserve">Script này có thể được tự động hóa thông qua một cron job, như mô tả trong </w:t>
      </w:r>
      <w:r>
        <w:rPr>
          <w:b w:val="0"/>
          <w:i/>
        </w:rPr>
        <w:t xml:space="preserve"> Chương 2, Tự động hóa tác vụ thật dễ dàng </w:t>
      </w:r>
      <w:r>
        <w:rPr>
          <w:b w:val="0"/>
          <w:i w:val="0"/>
        </w:rPr>
        <w:t>. Hãy thử chạy nó mỗi tuần nhé!</w:t>
      </w:r>
    </w:p>
    <w:p>
      <w:pPr>
        <w:spacing w:after="80"/>
      </w:pPr>
      <w:r>
        <w:rPr>
          <w:b w:val="0"/>
          <w:i w:val="0"/>
        </w:rPr>
        <w:t xml:space="preserve">Một khả năng khác là lấy toàn bộ trang (chứ không chỉ phần tóm tắt của feed) bằng các kỹ thuật trong </w:t>
      </w:r>
      <w:r>
        <w:rPr>
          <w:b w:val="0"/>
          <w:i/>
        </w:rPr>
        <w:t xml:space="preserve"> Chương 3 </w:t>
      </w:r>
      <w:r>
        <w:rPr>
          <w:b w:val="0"/>
          <w:i w:val="0"/>
        </w:rPr>
        <w:t xml:space="preserve"> và có lẽ tải các trang xuống bằng Playwright để phân tích chúng cho đúng.</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Thêm đối số dòng lệnh </w:t>
      </w:r>
      <w:r>
        <w:rPr>
          <w:b w:val="0"/>
          <w:i w:val="0"/>
        </w:rPr>
        <w:t xml:space="preserve"> trong </w:t>
      </w:r>
      <w:r>
        <w:rPr>
          <w:b w:val="0"/>
          <w:i/>
        </w:rPr>
        <w:t xml:space="preserve"> Chương 1 </w:t>
      </w:r>
      <w:r>
        <w:rPr>
          <w:b w:val="0"/>
          <w:i w:val="0"/>
        </w:rPr>
        <w:t xml:space="preserve">, </w:t>
      </w:r>
      <w:r>
        <w:rPr>
          <w:b w:val="0"/>
          <w:i/>
        </w:rPr>
        <w:t xml:space="preserve"> Hãy bắt đầu hành trình tự động hóa của chúng ta </w:t>
      </w:r>
      <w:r>
        <w:rPr>
          <w:b w:val="0"/>
          <w:i w:val="0"/>
        </w:rPr>
        <w:t>, để tìm hiểu chi tiết về các đối số dòng lệnh</w:t>
      </w:r>
    </w:p>
    <w:p>
      <w:pPr>
        <w:spacing w:after="80"/>
        <w:ind w:left="360"/>
      </w:pPr>
      <w:r>
        <w:t xml:space="preserve">• </w:t>
      </w:r>
      <w:r>
        <w:rPr>
          <w:b w:val="0"/>
          <w:i w:val="0"/>
        </w:rPr>
        <w:t xml:space="preserve">Công thức </w:t>
      </w:r>
      <w:r>
        <w:rPr>
          <w:b w:val="0"/>
          <w:i/>
        </w:rPr>
        <w:t xml:space="preserve"> Chuẩn bị </w:t>
      </w:r>
      <w:r>
        <w:rPr>
          <w:b w:val="0"/>
          <w:i w:val="0"/>
        </w:rPr>
        <w:t xml:space="preserve"> </w:t>
      </w:r>
      <w:r>
        <w:rPr>
          <w:b w:val="0"/>
          <w:i/>
        </w:rPr>
        <w:t xml:space="preserve"> một công thức tác vụ </w:t>
      </w:r>
      <w:r>
        <w:rPr>
          <w:b w:val="0"/>
          <w:i w:val="0"/>
        </w:rPr>
        <w:t xml:space="preserve"> trong </w:t>
      </w:r>
      <w:r>
        <w:rPr>
          <w:b w:val="0"/>
          <w:i/>
        </w:rPr>
        <w:t xml:space="preserve"> Chương 2 </w:t>
      </w:r>
      <w:r>
        <w:rPr>
          <w:b w:val="0"/>
          <w:i w:val="0"/>
        </w:rPr>
        <w:t xml:space="preserve"> , </w:t>
      </w:r>
      <w:r>
        <w:rPr>
          <w:b w:val="0"/>
          <w:i/>
        </w:rPr>
        <w:t xml:space="preserve"> Tự động hóa tác vụ thật dễ dàng </w:t>
      </w:r>
      <w:r>
        <w:rPr>
          <w:b w:val="0"/>
          <w:i w:val="0"/>
        </w:rPr>
        <w:t xml:space="preserve"> , để kiểm tra cấu trúc cho một tác vụ tự động tốt</w:t>
      </w:r>
    </w:p>
    <w:p>
      <w:pPr>
        <w:spacing w:after="80"/>
        <w:ind w:left="360"/>
      </w:pPr>
      <w:r>
        <w:t xml:space="preserve">• </w:t>
      </w:r>
      <w:r>
        <w:rPr>
          <w:b w:val="0"/>
          <w:i w:val="0"/>
        </w:rPr>
        <w:t xml:space="preserve">Công thức </w:t>
      </w:r>
      <w:r>
        <w:rPr>
          <w:b w:val="0"/>
          <w:i/>
        </w:rPr>
        <w:t xml:space="preserve"> Thiết lập </w:t>
      </w:r>
      <w:r>
        <w:rPr>
          <w:b w:val="0"/>
          <w:i w:val="0"/>
        </w:rPr>
        <w:t xml:space="preserve"> </w:t>
      </w:r>
      <w:r>
        <w:rPr>
          <w:b w:val="0"/>
          <w:i/>
        </w:rPr>
        <w:t xml:space="preserve"> một </w:t>
      </w:r>
      <w:r>
        <w:rPr>
          <w:b w:val="0"/>
          <w:i w:val="0"/>
        </w:rPr>
        <w:t xml:space="preserve"> </w:t>
      </w:r>
      <w:r>
        <w:rPr>
          <w:b w:val="0"/>
          <w:i/>
        </w:rPr>
        <w:t xml:space="preserve"> cron </w:t>
      </w:r>
      <w:r>
        <w:rPr>
          <w:b w:val="0"/>
          <w:i w:val="0"/>
        </w:rPr>
        <w:t xml:space="preserve"> </w:t>
      </w:r>
      <w:r>
        <w:rPr>
          <w:b w:val="0"/>
          <w:i/>
        </w:rPr>
        <w:t xml:space="preserve"> job </w:t>
      </w:r>
      <w:r>
        <w:rPr>
          <w:b w:val="0"/>
          <w:i w:val="0"/>
        </w:rPr>
        <w:t xml:space="preserve"> trong </w:t>
      </w:r>
      <w:r>
        <w:rPr>
          <w:b w:val="0"/>
          <w:i/>
        </w:rPr>
        <w:t xml:space="preserve"> Chương 2 , Tự động hóa tác vụ thật dễ dàng </w:t>
      </w:r>
      <w:r>
        <w:rPr>
          <w:b w:val="0"/>
          <w:i w:val="0"/>
        </w:rPr>
        <w:t xml:space="preserve"> , để học cách lặp lại một công việc tự động</w:t>
      </w:r>
    </w:p>
    <w:p>
      <w:pPr>
        <w:spacing w:after="80"/>
        <w:ind w:left="360"/>
      </w:pPr>
      <w:r>
        <w:t xml:space="preserve">• </w:t>
      </w:r>
      <w:r>
        <w:rPr>
          <w:b w:val="0"/>
          <w:i w:val="0"/>
        </w:rPr>
        <w:t xml:space="preserve">Công thức </w:t>
      </w:r>
      <w:r>
        <w:rPr>
          <w:b w:val="0"/>
          <w:i/>
        </w:rPr>
        <w:t xml:space="preserve"> Đăng ký nhận feed </w:t>
      </w:r>
      <w:r>
        <w:rPr>
          <w:b w:val="0"/>
          <w:i w:val="0"/>
        </w:rPr>
        <w:t xml:space="preserve"> trong </w:t>
      </w:r>
      <w:r>
        <w:rPr>
          <w:b w:val="0"/>
          <w:i/>
        </w:rPr>
        <w:t xml:space="preserve"> Chương 3 </w:t>
      </w:r>
      <w:r>
        <w:rPr>
          <w:b w:val="0"/>
          <w:i w:val="0"/>
        </w:rPr>
        <w:t xml:space="preserve"> , </w:t>
      </w:r>
      <w:r>
        <w:rPr>
          <w:b w:val="0"/>
          <w:i/>
        </w:rPr>
        <w:t xml:space="preserve"> Xây dựng ứng dụng thu thập dữ liệu web đầu tiên của bạn </w:t>
      </w:r>
      <w:r>
        <w:rPr>
          <w:b w:val="0"/>
          <w:i w:val="0"/>
        </w:rPr>
        <w:t xml:space="preserve"> , để học những kiến thức cơ bản về xử lý feed RSS</w:t>
      </w:r>
    </w:p>
    <w:p>
      <w:pPr>
        <w:spacing w:after="80"/>
        <w:ind w:left="360"/>
      </w:pPr>
      <w:r>
        <w:t xml:space="preserve">• </w:t>
      </w:r>
      <w:r>
        <w:rPr>
          <w:b w:val="0"/>
          <w:i w:val="0"/>
        </w:rPr>
        <w:t xml:space="preserve">Công thức </w:t>
      </w:r>
      <w:r>
        <w:rPr>
          <w:b w:val="0"/>
          <w:i/>
        </w:rPr>
        <w:t xml:space="preserve"> Gửi email cá nhân </w:t>
      </w:r>
      <w:r>
        <w:rPr>
          <w:b w:val="0"/>
          <w:i w:val="0"/>
        </w:rPr>
        <w:t xml:space="preserve"> trong </w:t>
      </w:r>
      <w:r>
        <w:rPr>
          <w:b w:val="0"/>
          <w:i/>
        </w:rPr>
        <w:t xml:space="preserve"> Chương 9 </w:t>
      </w:r>
      <w:r>
        <w:rPr>
          <w:b w:val="0"/>
          <w:i w:val="0"/>
        </w:rPr>
        <w:t xml:space="preserve"> , </w:t>
      </w:r>
      <w:r>
        <w:rPr>
          <w:b w:val="0"/>
          <w:i/>
        </w:rPr>
        <w:t xml:space="preserve"> Xử lý các kênh giao tiếp </w:t>
      </w:r>
      <w:r>
        <w:rPr>
          <w:b w:val="0"/>
          <w:i w:val="0"/>
        </w:rPr>
        <w:t xml:space="preserve"> , để học cách gửi email bằng Python</w:t>
      </w:r>
    </w:p>
    <w:p>
      <w:pPr>
        <w:pStyle w:val="Heading2"/>
      </w:pPr>
      <w:r>
        <w:rPr>
          <w:rFonts w:ascii="Calibri" w:hAnsi="Calibri"/>
          <w:b/>
          <w:i w:val="0"/>
          <w:sz w:val="32"/>
        </w:rPr>
        <w:t>Tạo mã phiếu giảm giá được cá nhân hóa</w:t>
      </w:r>
    </w:p>
    <w:p>
      <w:pPr>
        <w:spacing w:after="80"/>
      </w:pPr>
      <w:r>
        <w:rPr>
          <w:b w:val="0"/>
          <w:i w:val="0"/>
        </w:rPr>
        <w:t xml:space="preserve">Công thức này xử lý </w:t>
      </w:r>
      <w:r>
        <w:rPr>
          <w:b w:val="0"/>
          <w:i/>
        </w:rPr>
        <w:t xml:space="preserve"> bước 2 </w:t>
      </w:r>
      <w:r>
        <w:rPr>
          <w:b w:val="0"/>
          <w:i w:val="0"/>
        </w:rPr>
        <w:t xml:space="preserve"> của chiến dịch, tạo ra các mã riêng lẻ để gửi đến khách hàng tiềm năng.</w:t>
      </w:r>
    </w:p>
    <w:p>
      <w:pPr>
        <w:spacing w:after="80"/>
      </w:pPr>
      <w:r>
        <w:rPr>
          <w:b w:val="0"/>
          <w:i w:val="0"/>
        </w:rPr>
        <w:t>Sau khi một cơ hội đã được phát hiện, chúng ta quyết định tạo một chiến dịch cho tất cả khách hàng. Để định hướng khuyến mãi và tránh trùng lặp, chúng ta sẽ tạo 1 triệu phiếu giảm giá duy nhất, chia thành ba lô:</w:t>
      </w:r>
    </w:p>
    <w:p>
      <w:pPr>
        <w:spacing w:after="80"/>
        <w:ind w:left="360"/>
      </w:pPr>
      <w:r>
        <w:t xml:space="preserve">• </w:t>
      </w:r>
      <w:r>
        <w:rPr>
          <w:b w:val="0"/>
          <w:i w:val="0"/>
        </w:rPr>
        <w:t>Một nửa số mã phiếu giảm giá sẽ được in và phân phối trong một hoạt động tiếp thị</w:t>
      </w:r>
    </w:p>
    <w:p>
      <w:pPr>
        <w:spacing w:after="80"/>
        <w:ind w:left="360"/>
      </w:pPr>
      <w:r>
        <w:t xml:space="preserve">• </w:t>
      </w:r>
      <w:r>
        <w:rPr>
          <w:b w:val="0"/>
          <w:i w:val="0"/>
        </w:rPr>
        <w:t>300,000 mã sẽ được để dành sử dụng sau này nếu chiến dịch đạt được các mục tiêu cụ thể</w:t>
      </w:r>
    </w:p>
    <w:p>
      <w:pPr>
        <w:spacing w:after="80"/>
        <w:ind w:left="360"/>
      </w:pPr>
      <w:r>
        <w:t xml:space="preserve">• </w:t>
      </w:r>
      <w:r>
        <w:rPr>
          <w:b w:val="0"/>
          <w:i w:val="0"/>
        </w:rPr>
        <w:t>200,000 mã còn lại sẽ được gửi đến khách hàng qua SMS và email</w:t>
      </w:r>
    </w:p>
    <w:p>
      <w:pPr>
        <w:spacing w:after="80"/>
      </w:pPr>
      <w:r>
        <w:rPr>
          <w:b w:val="0"/>
          <w:i w:val="0"/>
        </w:rPr>
        <w:t>Những phiếu giảm giá này có thể được đổi trong hệ thống trực tuyến. Nhiệm vụ của chúng ta sẽ là tạo ra các mã phù hợp, đáp ứng các yêu cầu sau:</w:t>
      </w:r>
    </w:p>
    <w:p>
      <w:pPr>
        <w:spacing w:after="80"/>
        <w:ind w:left="360"/>
      </w:pPr>
      <w:r>
        <w:t xml:space="preserve">• </w:t>
      </w:r>
      <w:r>
        <w:rPr>
          <w:b w:val="0"/>
          <w:i w:val="0"/>
        </w:rPr>
        <w:t>Các mã cần phải là duy nhất.</w:t>
      </w:r>
    </w:p>
    <w:p>
      <w:pPr>
        <w:spacing w:after="80"/>
        <w:ind w:left="360"/>
      </w:pPr>
      <w:r>
        <w:t xml:space="preserve">• </w:t>
      </w:r>
      <w:r>
        <w:rPr>
          <w:b w:val="0"/>
          <w:i w:val="0"/>
        </w:rPr>
        <w:t>Các mã cần phải có thể in được và dễ đọc, vì một số khách hàng sẽ đọc chúng qua điện thoại.</w:t>
      </w:r>
    </w:p>
    <w:p>
      <w:pPr>
        <w:spacing w:after="80"/>
        <w:ind w:left="360"/>
      </w:pPr>
      <w:r>
        <w:t xml:space="preserve">• </w:t>
      </w:r>
      <w:r>
        <w:rPr>
          <w:b w:val="0"/>
          <w:i w:val="0"/>
        </w:rPr>
        <w:t>Cần có một cách nhanh chóng để loại bỏ các mã giả. Điều này sẽ tránh các cuộc tấn công bằng mã ngẫu nhiên có thể làm quá tải hệ thống.</w:t>
      </w:r>
    </w:p>
    <w:p>
      <w:pPr>
        <w:spacing w:after="80"/>
        <w:ind w:left="360"/>
      </w:pPr>
      <w:r>
        <w:t xml:space="preserve">• </w:t>
      </w:r>
      <w:r>
        <w:rPr>
          <w:b w:val="0"/>
          <w:i w:val="0"/>
        </w:rPr>
        <w:t>Các mã nên được trình bày ở định dạng CSV cho các bước tiếp theo.</w:t>
      </w:r>
    </w:p>
    <w:p>
      <w:pPr>
        <w:spacing w:after="80"/>
      </w:pPr>
      <w:r>
        <w:rPr>
          <w:b/>
          <w:i w:val="0"/>
        </w:rPr>
        <w:t>Mẹo</w:t>
      </w:r>
    </w:p>
    <w:p>
      <w:pPr>
        <w:spacing w:after="80"/>
      </w:pPr>
      <w:r>
        <w:rPr>
          <w:b w:val="0"/>
          <w:i w:val="0"/>
        </w:rPr>
        <w:t>Định dạng CSV sẽ cho phép chúng ta dễ dàng chia sẻ các mã phiếu giảm giá nếu cần. Trong ví dụ này, chúng ta giả định rằng mình sẽ gửi chúng qua các thông báo riêng lẻ trên các kênh, nhưng đây không phải là khả năng duy nhất. Chẳng hạn, chúng ta có thể in chúng trực tiếp lên thẻ cào hoặc thứ gì đó tương tự. Định dạng CSV là một chuẩn dễ chia sẻ với bất kỳ dịch vụ bên ngoài nào.</w:t>
      </w:r>
    </w:p>
    <w:p>
      <w:pPr>
        <w:pStyle w:val="Heading3"/>
      </w:pPr>
      <w:r>
        <w:rPr>
          <w:rFonts w:ascii="Calibri" w:hAnsi="Calibri"/>
          <w:b/>
          <w:i w:val="0"/>
          <w:sz w:val="26"/>
        </w:rPr>
        <w:t>Chuẩn bị</w:t>
      </w:r>
    </w:p>
    <w:p>
      <w:pPr>
        <w:spacing w:after="80"/>
      </w:pPr>
      <w:r>
        <w:rPr>
          <w:b w:val="0"/>
          <w:i w:val="0"/>
        </w:rPr>
        <w:t xml:space="preserve">Tải xuống script </w:t>
      </w:r>
      <w:r>
        <w:rPr>
          <w:rFonts w:ascii="Consolas" w:hAnsi="Consolas"/>
          <w:b w:val="0"/>
          <w:i w:val="0"/>
          <w:sz w:val="20"/>
        </w:rPr>
        <w:br/>
        <w:br/>
        <w:t xml:space="preserve">      create_personalised_coupons.py</w:t>
        <w:br/>
        <w:t xml:space="preserve">     </w:t>
        <w:br/>
      </w:r>
      <w:r>
        <w:rPr>
          <w:b w:val="0"/>
          <w:i w:val="0"/>
        </w:rPr>
        <w:t xml:space="preserve">, script này sẽ tạo ra các phiếu giảm giá trong các tệp CSV, từ thư mục con </w:t>
      </w:r>
      <w:r>
        <w:rPr>
          <w:rFonts w:ascii="Consolas" w:hAnsi="Consolas"/>
          <w:b w:val="0"/>
          <w:i w:val="0"/>
          <w:sz w:val="20"/>
        </w:rPr>
        <w:br/>
        <w:br/>
        <w:t xml:space="preserve">      ch10</w:t>
        <w:br/>
        <w:t xml:space="preserve">     </w:t>
        <w:br/>
      </w:r>
      <w:r>
        <w:rPr>
          <w:b w:val="0"/>
          <w:i w:val="0"/>
        </w:rPr>
        <w:t xml:space="preserve"> trên GitHub.</w:t>
      </w:r>
    </w:p>
    <w:p>
      <w:pPr>
        <w:pStyle w:val="Heading3"/>
      </w:pPr>
      <w:r>
        <w:rPr>
          <w:rFonts w:ascii="Calibri" w:hAnsi="Calibri"/>
          <w:b/>
          <w:i w:val="0"/>
          <w:sz w:val="26"/>
        </w:rPr>
        <w:t>Cách thực hiện...</w:t>
      </w:r>
    </w:p>
    <w:p>
      <w:pPr>
        <w:spacing w:after="80"/>
        <w:ind w:left="360"/>
      </w:pPr>
      <w:r>
        <w:t xml:space="preserve">1. </w:t>
      </w:r>
      <w:r>
        <w:rPr>
          <w:b w:val="0"/>
          <w:i w:val="0"/>
        </w:rPr>
        <w:t xml:space="preserve">Gọi script </w:t>
      </w:r>
      <w:r>
        <w:rPr>
          <w:rFonts w:ascii="Consolas" w:hAnsi="Consolas"/>
          <w:b w:val="0"/>
          <w:i w:val="0"/>
          <w:sz w:val="20"/>
        </w:rPr>
        <w:br/>
        <w:br/>
        <w:t xml:space="preserve">       create_personalised_coupons.py</w:t>
        <w:br/>
        <w:t xml:space="preserve">      </w:t>
        <w:br/>
      </w:r>
      <w:r>
        <w:rPr>
          <w:b w:val="0"/>
          <w:i w:val="0"/>
        </w:rPr>
        <w:t>. Quá trình này sẽ mất một hoặc hai phút để chạy, tùy thuộc vào tốc độ bộ xử lý của bạn. Nó sẽ hiển thị các mã được tạo ra trên màn hình:</w:t>
      </w:r>
    </w:p>
    <w:p>
      <w:pPr>
        <w:spacing w:after="0"/>
        <w:ind w:left="360"/>
        <w:shd w:val="clear" w:color="auto" w:fill="F2F2F2"/>
      </w:pPr>
      <w:r>
        <w:rPr>
          <w:rFonts w:ascii="Consolas" w:hAnsi="Consolas"/>
          <w:sz w:val="18"/>
        </w:rPr>
        <w:t>$ uv run create_personalised_coupons.py</w:t>
      </w:r>
    </w:p>
    <w:p>
      <w:pPr>
        <w:spacing w:after="0"/>
        <w:ind w:left="360"/>
        <w:shd w:val="clear" w:color="auto" w:fill="F2F2F2"/>
      </w:pPr>
      <w:r>
        <w:rPr>
          <w:rFonts w:ascii="Consolas" w:hAnsi="Consolas"/>
          <w:sz w:val="18"/>
        </w:rPr>
        <w:t>Code: F9GA-GP7GR-TR</w:t>
      </w:r>
    </w:p>
    <w:p>
      <w:pPr>
        <w:spacing w:after="0"/>
        <w:ind w:left="360"/>
        <w:shd w:val="clear" w:color="auto" w:fill="F2F2F2"/>
      </w:pPr>
      <w:r>
        <w:rPr>
          <w:rFonts w:ascii="Consolas" w:hAnsi="Consolas"/>
          <w:sz w:val="18"/>
        </w:rPr>
        <w:t>Code: JGYA-UTP7A-AT</w:t>
      </w:r>
    </w:p>
    <w:p>
      <w:pPr>
        <w:spacing w:after="0"/>
        <w:ind w:left="360"/>
        <w:shd w:val="clear" w:color="auto" w:fill="F2F2F2"/>
      </w:pPr>
      <w:r>
        <w:rPr>
          <w:rFonts w:ascii="Consolas" w:hAnsi="Consolas"/>
          <w:sz w:val="18"/>
        </w:rPr>
        <w:t>Code: WKKV-UJYLL-HN</w:t>
      </w:r>
    </w:p>
    <w:p>
      <w:pPr>
        <w:spacing w:after="0"/>
        <w:ind w:left="360"/>
        <w:shd w:val="clear" w:color="auto" w:fill="F2F2F2"/>
      </w:pPr>
      <w:r>
        <w:rPr>
          <w:rFonts w:ascii="Consolas" w:hAnsi="Consolas"/>
          <w:sz w:val="18"/>
        </w:rPr>
        <w:t>...</w:t>
      </w:r>
    </w:p>
    <w:p>
      <w:pPr>
        <w:spacing w:after="40"/>
      </w:pPr>
    </w:p>
    <w:p>
      <w:pPr>
        <w:spacing w:after="80"/>
        <w:ind w:left="360"/>
      </w:pPr>
      <w:r>
        <w:t xml:space="preserve">2. </w:t>
      </w:r>
      <w:r>
        <w:rPr>
          <w:b w:val="0"/>
          <w:i w:val="0"/>
        </w:rPr>
        <w:t xml:space="preserve">Kiểm tra xem nó đã tạo ra ba tệp CSV chưa, </w:t>
      </w:r>
      <w:r>
        <w:rPr>
          <w:rFonts w:ascii="Consolas" w:hAnsi="Consolas"/>
          <w:b w:val="0"/>
          <w:i w:val="0"/>
          <w:sz w:val="20"/>
        </w:rPr>
        <w:br/>
        <w:br/>
        <w:t xml:space="preserve">       codes_batch_1.csv</w:t>
        <w:br/>
        <w:t xml:space="preserve">      </w:t>
        <w:br/>
      </w:r>
      <w:r>
        <w:rPr>
          <w:b w:val="0"/>
          <w:i w:val="0"/>
        </w:rPr>
        <w:t xml:space="preserve">, </w:t>
      </w:r>
      <w:r>
        <w:rPr>
          <w:rFonts w:ascii="Consolas" w:hAnsi="Consolas"/>
          <w:b w:val="0"/>
          <w:i w:val="0"/>
          <w:sz w:val="20"/>
        </w:rPr>
        <w:br/>
        <w:br/>
        <w:t xml:space="preserve">       codes_batch_2.csv</w:t>
        <w:br/>
        <w:t xml:space="preserve">      </w:t>
        <w:br/>
      </w:r>
      <w:r>
        <w:rPr>
          <w:b w:val="0"/>
          <w:i w:val="0"/>
        </w:rPr>
        <w:t xml:space="preserve">, và </w:t>
      </w:r>
      <w:r>
        <w:rPr>
          <w:rFonts w:ascii="Consolas" w:hAnsi="Consolas"/>
          <w:b w:val="0"/>
          <w:i w:val="0"/>
          <w:sz w:val="20"/>
        </w:rPr>
        <w:br/>
        <w:br/>
        <w:t xml:space="preserve">       codes_batch_3.csv</w:t>
        <w:br/>
        <w:t xml:space="preserve">      </w:t>
        <w:br/>
      </w:r>
      <w:r>
        <w:rPr>
          <w:b w:val="0"/>
          <w:i w:val="0"/>
        </w:rPr>
        <w:t>, mỗi tệp có đúng số lượng mã:</w:t>
      </w:r>
    </w:p>
    <w:p>
      <w:pPr>
        <w:spacing w:after="0"/>
        <w:ind w:left="360"/>
        <w:shd w:val="clear" w:color="auto" w:fill="F2F2F2"/>
      </w:pPr>
      <w:r>
        <w:rPr>
          <w:rFonts w:ascii="Consolas" w:hAnsi="Consolas"/>
          <w:sz w:val="18"/>
        </w:rPr>
        <w:t>$ wc -l codes_batch_*.csv</w:t>
      </w:r>
    </w:p>
    <w:p>
      <w:pPr>
        <w:spacing w:after="0"/>
        <w:ind w:left="360"/>
        <w:shd w:val="clear" w:color="auto" w:fill="F2F2F2"/>
      </w:pPr>
      <w:r>
        <w:rPr>
          <w:rFonts w:ascii="Consolas" w:hAnsi="Consolas"/>
          <w:sz w:val="18"/>
        </w:rPr>
        <w:t xml:space="preserve">  500000 codes_batch_1.csv</w:t>
      </w:r>
    </w:p>
    <w:p>
      <w:pPr>
        <w:spacing w:after="0"/>
        <w:ind w:left="360"/>
        <w:shd w:val="clear" w:color="auto" w:fill="F2F2F2"/>
      </w:pPr>
      <w:r>
        <w:rPr>
          <w:rFonts w:ascii="Consolas" w:hAnsi="Consolas"/>
          <w:sz w:val="18"/>
        </w:rPr>
        <w:t xml:space="preserve">  300000 codes_batch_2.csv</w:t>
      </w:r>
    </w:p>
    <w:p>
      <w:pPr>
        <w:spacing w:after="0"/>
        <w:ind w:left="360"/>
        <w:shd w:val="clear" w:color="auto" w:fill="F2F2F2"/>
      </w:pPr>
      <w:r>
        <w:rPr>
          <w:rFonts w:ascii="Consolas" w:hAnsi="Consolas"/>
          <w:sz w:val="18"/>
        </w:rPr>
        <w:t xml:space="preserve">  200000 codes_batch_3.csv</w:t>
      </w:r>
    </w:p>
    <w:p>
      <w:pPr>
        <w:spacing w:after="0"/>
        <w:ind w:left="360"/>
        <w:shd w:val="clear" w:color="auto" w:fill="F2F2F2"/>
      </w:pPr>
      <w:r>
        <w:rPr>
          <w:rFonts w:ascii="Consolas" w:hAnsi="Consolas"/>
          <w:sz w:val="18"/>
        </w:rPr>
        <w:t xml:space="preserve"> 1000000 total</w:t>
      </w:r>
    </w:p>
    <w:p>
      <w:pPr>
        <w:spacing w:after="40"/>
      </w:pPr>
    </w:p>
    <w:p>
      <w:pPr>
        <w:spacing w:after="80"/>
        <w:ind w:left="360"/>
      </w:pPr>
      <w:r>
        <w:t xml:space="preserve">3. </w:t>
      </w:r>
      <w:r>
        <w:rPr>
          <w:b w:val="0"/>
          <w:i w:val="0"/>
        </w:rPr>
        <w:t>Xác minh rằng mỗi tệp lô đều chứa các mã duy nhất. Các mã của bạn sẽ là duy nhất và khác với những mã được hiển thị ở đây:</w:t>
      </w:r>
    </w:p>
    <w:p>
      <w:pPr>
        <w:spacing w:after="0"/>
        <w:ind w:left="360"/>
        <w:shd w:val="clear" w:color="auto" w:fill="F2F2F2"/>
      </w:pPr>
      <w:r>
        <w:rPr>
          <w:rFonts w:ascii="Consolas" w:hAnsi="Consolas"/>
          <w:sz w:val="18"/>
        </w:rPr>
        <w:t>$ head codes_batch_2.csv</w:t>
      </w:r>
    </w:p>
    <w:p>
      <w:pPr>
        <w:spacing w:after="0"/>
        <w:ind w:left="360"/>
        <w:shd w:val="clear" w:color="auto" w:fill="F2F2F2"/>
      </w:pPr>
      <w:r>
        <w:rPr>
          <w:rFonts w:ascii="Consolas" w:hAnsi="Consolas"/>
          <w:sz w:val="18"/>
        </w:rPr>
        <w:t>FEYE-WU7PF-NA</w:t>
      </w:r>
    </w:p>
    <w:p>
      <w:pPr>
        <w:spacing w:after="0"/>
        <w:ind w:left="360"/>
        <w:shd w:val="clear" w:color="auto" w:fill="F2F2F2"/>
      </w:pPr>
      <w:r>
        <w:rPr>
          <w:rFonts w:ascii="Consolas" w:hAnsi="Consolas"/>
          <w:sz w:val="18"/>
        </w:rPr>
        <w:t>EU7M-PWNUA-PM</w:t>
      </w:r>
    </w:p>
    <w:p>
      <w:pPr>
        <w:spacing w:after="0"/>
        <w:ind w:left="360"/>
        <w:shd w:val="clear" w:color="auto" w:fill="F2F2F2"/>
      </w:pPr>
      <w:r>
        <w:rPr>
          <w:rFonts w:ascii="Consolas" w:hAnsi="Consolas"/>
          <w:sz w:val="18"/>
        </w:rPr>
        <w:t>YFTT-TNV3W-AF</w:t>
      </w:r>
    </w:p>
    <w:p>
      <w:pPr>
        <w:spacing w:after="0"/>
        <w:ind w:left="360"/>
        <w:shd w:val="clear" w:color="auto" w:fill="F2F2F2"/>
      </w:pPr>
      <w:r>
        <w:rPr>
          <w:rFonts w:ascii="Consolas" w:hAnsi="Consolas"/>
          <w:sz w:val="18"/>
        </w:rPr>
        <w:t>...</w:t>
      </w:r>
    </w:p>
    <w:p>
      <w:pPr>
        <w:spacing w:after="40"/>
      </w:pPr>
    </w:p>
    <w:p>
      <w:pPr>
        <w:pStyle w:val="Heading3"/>
      </w:pPr>
      <w:r>
        <w:rPr>
          <w:rFonts w:ascii="Calibri" w:hAnsi="Calibri"/>
          <w:b/>
          <w:i w:val="0"/>
          <w:sz w:val="26"/>
        </w:rPr>
        <w:t>Cách nó hoạt động...</w:t>
      </w:r>
    </w:p>
    <w:p>
      <w:pPr>
        <w:spacing w:after="80"/>
      </w:pPr>
      <w:r>
        <w:rPr>
          <w:b w:val="0"/>
          <w:i/>
        </w:rPr>
        <w:t>Bước 1</w:t>
      </w:r>
      <w:r>
        <w:rPr>
          <w:b w:val="0"/>
          <w:i w:val="0"/>
        </w:rPr>
        <w:t xml:space="preserve"> gọi script tạo ra tất cả các mã, và </w:t>
      </w:r>
      <w:r>
        <w:rPr>
          <w:b w:val="0"/>
          <w:i/>
        </w:rPr>
        <w:t>bước 2</w:t>
      </w:r>
      <w:r>
        <w:rPr>
          <w:b w:val="0"/>
          <w:i w:val="0"/>
        </w:rPr>
        <w:t xml:space="preserve"> kiểm tra xem kết quả có đúng không. </w:t>
      </w:r>
      <w:r>
        <w:rPr>
          <w:b w:val="0"/>
          <w:i/>
        </w:rPr>
        <w:t>Bước 3</w:t>
      </w:r>
      <w:r>
        <w:rPr>
          <w:b w:val="0"/>
          <w:i w:val="0"/>
        </w:rPr>
        <w:t xml:space="preserve"> hiển thị định dạng mà các mã được lưu trữ và cho phép chúng ta xác minh rằng chúng thực sự là duy nhất. Thật đáng để phân tích script </w:t>
      </w:r>
      <w:r>
        <w:rPr>
          <w:rFonts w:ascii="Consolas" w:hAnsi="Consolas"/>
          <w:b w:val="0"/>
          <w:i w:val="0"/>
          <w:sz w:val="20"/>
        </w:rPr>
        <w:br/>
        <w:br/>
        <w:t xml:space="preserve">      create_personalised_coupons.py</w:t>
        <w:br/>
        <w:t xml:space="preserve">     </w:t>
        <w:br/>
      </w:r>
      <w:r>
        <w:rPr>
          <w:b w:val="0"/>
          <w:i w:val="0"/>
        </w:rPr>
        <w:t>. Nó có cấu trúc tổng thể như sau:</w:t>
      </w:r>
    </w:p>
    <w:p>
      <w:pPr>
        <w:spacing w:after="0"/>
        <w:ind w:left="360"/>
        <w:shd w:val="clear" w:color="auto" w:fill="F2F2F2"/>
      </w:pPr>
      <w:r>
        <w:rPr>
          <w:rFonts w:ascii="Consolas" w:hAnsi="Consolas"/>
          <w:sz w:val="18"/>
        </w:rPr>
        <w:t># IMPORTS</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FUNCTIONS</w:t>
      </w:r>
    </w:p>
    <w:p>
      <w:pPr>
        <w:spacing w:after="0"/>
        <w:ind w:left="360"/>
        <w:shd w:val="clear" w:color="auto" w:fill="F2F2F2"/>
      </w:pPr>
      <w:r>
        <w:rPr>
          <w:rFonts w:ascii="Consolas" w:hAnsi="Consolas"/>
          <w:sz w:val="18"/>
        </w:rPr>
        <w:t>def random_code(digits)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checksum(code1, code2)</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check_code(code)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generate_code()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SET UP TASK</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GENERATE CODES</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CREATE AND SAVE BATCHES</w:t>
      </w:r>
    </w:p>
    <w:p>
      <w:pPr>
        <w:spacing w:after="0"/>
        <w:ind w:left="360"/>
        <w:shd w:val="clear" w:color="auto" w:fill="F2F2F2"/>
      </w:pPr>
      <w:r>
        <w:rPr>
          <w:rFonts w:ascii="Consolas" w:hAnsi="Consolas"/>
          <w:sz w:val="18"/>
        </w:rPr>
        <w:t>...</w:t>
      </w:r>
    </w:p>
    <w:p>
      <w:pPr>
        <w:spacing w:after="40"/>
      </w:pPr>
    </w:p>
    <w:p>
      <w:pPr>
        <w:spacing w:after="80"/>
      </w:pPr>
      <w:r>
        <w:rPr>
          <w:b w:val="0"/>
          <w:i w:val="0"/>
        </w:rPr>
        <w:t xml:space="preserve">Các hàm khác nhau phối hợp với nhau để tạo ra một mã. </w:t>
      </w:r>
      <w:r>
        <w:rPr>
          <w:rFonts w:ascii="Consolas" w:hAnsi="Consolas"/>
          <w:b w:val="0"/>
          <w:i w:val="0"/>
          <w:sz w:val="20"/>
        </w:rPr>
        <w:br/>
        <w:br/>
        <w:t xml:space="preserve">      random_code</w:t>
        <w:br/>
        <w:t xml:space="preserve">     </w:t>
        <w:br/>
      </w:r>
      <w:r>
        <w:rPr>
          <w:b w:val="0"/>
          <w:i w:val="0"/>
        </w:rPr>
        <w:t xml:space="preserve"> tạo ra một tổ hợp các chữ cái và số ngẫu nhiên được lấy từ chuỗi </w:t>
      </w:r>
      <w:r>
        <w:rPr>
          <w:rFonts w:ascii="Consolas" w:hAnsi="Consolas"/>
          <w:b w:val="0"/>
          <w:i w:val="0"/>
          <w:sz w:val="20"/>
        </w:rPr>
        <w:br/>
        <w:br/>
        <w:t xml:space="preserve">      CHARACTERS</w:t>
        <w:br/>
        <w:t xml:space="preserve">     </w:t>
        <w:br/>
      </w:r>
      <w:r>
        <w:rPr>
          <w:b w:val="0"/>
          <w:i w:val="0"/>
        </w:rPr>
        <w:t>, chuỗi này chứa tất cả các ký tự hợp lệ có sẵn để lựa chọn.</w:t>
      </w:r>
    </w:p>
    <w:p>
      <w:pPr>
        <w:spacing w:after="80"/>
      </w:pPr>
      <w:r>
        <w:rPr>
          <w:b/>
          <w:i w:val="0"/>
        </w:rPr>
        <w:t>Mẹo</w:t>
      </w:r>
    </w:p>
    <w:p>
      <w:pPr>
        <w:spacing w:after="80"/>
      </w:pPr>
      <w:r>
        <w:rPr>
          <w:b w:val="0"/>
          <w:i w:val="0"/>
        </w:rPr>
        <w:t>Việc lựa chọn ký tự chỉ bao gồm những ký tự dễ in và không thể bị nhầm lẫn với nhau. Chẳng hạn, có thể khó phân biệt giữa chữ cái O và số 0, hoặc số 1 và chữ cái I, tùy thuộc vào phông chữ. Điều này có thể phụ thuộc vào đặc điểm cụ thể của kiểu chữ nếu được hiển thị kỹ thuật số (như trên màn hình điện thoại) và quy trình in (nếu được in vật lý), vì vậy nên thực hiện các bài kiểm tra xác minh và/hoặc in để điều chỉnh việc lựa chọn ký tự. Tăng độ dài mã nếu cần; ví dụ, nếu cần nhiều mã hơn hoặc nếu số lượng ký tự dễ nhận biết ít hơn.</w:t>
      </w:r>
    </w:p>
    <w:p>
      <w:pPr>
        <w:spacing w:after="80"/>
      </w:pPr>
      <w:r>
        <w:rPr>
          <w:b w:val="0"/>
          <w:i w:val="0"/>
        </w:rPr>
        <w:t xml:space="preserve">Hàm checksum tạo ra, dựa trên hai mã, một chữ số bổ sung được dẫn xuất từ hai mã đó. Quá trình này được gọi là </w:t>
      </w:r>
      <w:r>
        <w:rPr>
          <w:b/>
          <w:i w:val="0"/>
        </w:rPr>
        <w:t>băm</w:t>
      </w:r>
      <w:r>
        <w:rPr>
          <w:b w:val="0"/>
          <w:i w:val="0"/>
        </w:rPr>
        <w:t xml:space="preserve"> (hashing), và đây là một quá trình nổi tiếng trong lĩnh vực máy tính, đặc biệt là trong mật mã học.</w:t>
      </w:r>
    </w:p>
    <w:p>
      <w:pPr>
        <w:spacing w:after="80"/>
      </w:pPr>
      <w:r>
        <w:rPr>
          <w:b/>
          <w:i w:val="0"/>
        </w:rPr>
        <w:t>Lưu ý</w:t>
      </w:r>
    </w:p>
    <w:p>
      <w:pPr>
        <w:spacing w:after="80"/>
      </w:pPr>
      <w:r>
        <w:rPr>
          <w:b w:val="0"/>
          <w:i w:val="0"/>
        </w:rPr>
        <w:t>Mục đích cơ bản của băm là tạo ra một đầu ra có độ dài xác định, thông qua một quá trình không thể đảo ngược, nghĩa là rất khó đoán trừ khi biết đầu vào. Băm có rất nhiều ứng dụng phổ biến trong máy tính, thường được ẩn đi bên trong. Chẳng hạn, các từ điển trong Python sử dụng băm rất nhiều.</w:t>
      </w:r>
    </w:p>
    <w:p>
      <w:pPr>
        <w:spacing w:after="80"/>
      </w:pPr>
      <w:r>
        <w:rPr>
          <w:b w:val="0"/>
          <w:i w:val="0"/>
        </w:rPr>
        <w:t xml:space="preserve">Trong công thức của chúng ta, chúng ta sẽ sử dụng SHA256, một thuật toán băm nhanh nổi tiếng được bao gồm trong mô-đun </w:t>
      </w:r>
      <w:r>
        <w:rPr>
          <w:rFonts w:ascii="Consolas" w:hAnsi="Consolas"/>
          <w:b w:val="0"/>
          <w:i w:val="0"/>
          <w:sz w:val="20"/>
        </w:rPr>
        <w:br/>
        <w:br/>
        <w:t xml:space="preserve">      hashlib</w:t>
        <w:br/>
        <w:t xml:space="preserve">     </w:t>
        <w:br/>
      </w:r>
      <w:r>
        <w:rPr>
          <w:b w:val="0"/>
          <w:i w:val="0"/>
        </w:rPr>
        <w:t xml:space="preserve"> của Python:</w:t>
      </w:r>
    </w:p>
    <w:p>
      <w:pPr>
        <w:spacing w:after="0"/>
        <w:ind w:left="360"/>
        <w:shd w:val="clear" w:color="auto" w:fill="F2F2F2"/>
      </w:pPr>
      <w:r>
        <w:rPr>
          <w:rFonts w:ascii="Consolas" w:hAnsi="Consolas"/>
          <w:sz w:val="18"/>
        </w:rPr>
        <w:t>def checksum(code1, code2):</w:t>
      </w:r>
    </w:p>
    <w:p>
      <w:pPr>
        <w:spacing w:after="0"/>
        <w:ind w:left="360"/>
        <w:shd w:val="clear" w:color="auto" w:fill="F2F2F2"/>
      </w:pPr>
      <w:r>
        <w:rPr>
          <w:rFonts w:ascii="Consolas" w:hAnsi="Consolas"/>
          <w:sz w:val="18"/>
        </w:rPr>
        <w:t xml:space="preserve">    m = hashlib.sha256()</w:t>
      </w:r>
    </w:p>
    <w:p>
      <w:pPr>
        <w:spacing w:after="0"/>
        <w:ind w:left="360"/>
        <w:shd w:val="clear" w:color="auto" w:fill="F2F2F2"/>
      </w:pPr>
      <w:r>
        <w:rPr>
          <w:rFonts w:ascii="Consolas" w:hAnsi="Consolas"/>
          <w:sz w:val="18"/>
        </w:rPr>
        <w:t xml:space="preserve">    m.update(code1.encode())</w:t>
      </w:r>
    </w:p>
    <w:p>
      <w:pPr>
        <w:spacing w:after="0"/>
        <w:ind w:left="360"/>
        <w:shd w:val="clear" w:color="auto" w:fill="F2F2F2"/>
      </w:pPr>
      <w:r>
        <w:rPr>
          <w:rFonts w:ascii="Consolas" w:hAnsi="Consolas"/>
          <w:sz w:val="18"/>
        </w:rPr>
        <w:t xml:space="preserve">    m.update(code2.encode())</w:t>
      </w:r>
    </w:p>
    <w:p>
      <w:pPr>
        <w:spacing w:after="0"/>
        <w:ind w:left="360"/>
        <w:shd w:val="clear" w:color="auto" w:fill="F2F2F2"/>
      </w:pPr>
      <w:r>
        <w:rPr>
          <w:rFonts w:ascii="Consolas" w:hAnsi="Consolas"/>
          <w:sz w:val="18"/>
        </w:rPr>
        <w:t xml:space="preserve">    checksum = int(m.hexdigest()[:2], base=16)</w:t>
      </w:r>
    </w:p>
    <w:p>
      <w:pPr>
        <w:spacing w:after="0"/>
        <w:ind w:left="360"/>
        <w:shd w:val="clear" w:color="auto" w:fill="F2F2F2"/>
      </w:pPr>
      <w:r>
        <w:rPr>
          <w:rFonts w:ascii="Consolas" w:hAnsi="Consolas"/>
          <w:sz w:val="18"/>
        </w:rPr>
        <w:t xml:space="preserve">    digit = CHARACTERS[checksum % len(CHARACTERS)]</w:t>
      </w:r>
    </w:p>
    <w:p>
      <w:pPr>
        <w:spacing w:after="0"/>
        <w:ind w:left="360"/>
        <w:shd w:val="clear" w:color="auto" w:fill="F2F2F2"/>
      </w:pPr>
      <w:r>
        <w:rPr>
          <w:rFonts w:ascii="Consolas" w:hAnsi="Consolas"/>
          <w:sz w:val="18"/>
        </w:rPr>
        <w:t xml:space="preserve">    return digit</w:t>
      </w:r>
    </w:p>
    <w:p>
      <w:pPr>
        <w:spacing w:after="40"/>
      </w:pPr>
    </w:p>
    <w:p>
      <w:pPr>
        <w:spacing w:after="80"/>
      </w:pPr>
      <w:r>
        <w:rPr>
          <w:b w:val="0"/>
          <w:i w:val="0"/>
        </w:rPr>
        <w:t xml:space="preserve">Cả hai mã được nối với nhau làm đầu vào, và hai chữ số hex của chuỗi băm kết quả được dùng để chọn ký tự tương ứng từ </w:t>
      </w:r>
      <w:r>
        <w:rPr>
          <w:rFonts w:ascii="Consolas" w:hAnsi="Consolas"/>
          <w:b w:val="0"/>
          <w:i w:val="0"/>
          <w:sz w:val="20"/>
        </w:rPr>
        <w:br/>
        <w:br/>
        <w:t xml:space="preserve">      CHARACTERS</w:t>
        <w:br/>
        <w:t xml:space="preserve">     </w:t>
        <w:br/>
      </w:r>
      <w:r>
        <w:rPr>
          <w:b w:val="0"/>
          <w:i w:val="0"/>
        </w:rPr>
        <w:t xml:space="preserve"> .</w:t>
      </w:r>
    </w:p>
    <w:p>
      <w:pPr>
        <w:spacing w:after="80"/>
      </w:pPr>
      <w:r>
        <w:rPr>
          <w:b w:val="0"/>
          <w:i w:val="0"/>
        </w:rPr>
        <w:t>Các chữ số băm được chuyển thành số hệ 10 (từ hệ 16) và chúng ta áp dụng toán tử modulo để lấy ký tự khả dụng tương ứng.</w:t>
      </w:r>
    </w:p>
    <w:p>
      <w:pPr>
        <w:spacing w:after="80"/>
      </w:pPr>
      <w:r>
        <w:rPr>
          <w:b w:val="0"/>
          <w:i w:val="0"/>
        </w:rPr>
        <w:t>Mục tiêu của checksum (mã kiểm tra) này là có thể nhanh chóng kiểm tra xem một mã có vẻ đúng hay không và loại bỏ các lỗi nhập liệu có thể xảy ra. Chúng ta có thể thực hiện lại thao tác trên một mã để xem checksum có đúng như mong đợi không, từ đó phát hiện các lỗi đánh máy hoặc sai sót có thể có. Lưu ý rằng đây không phải là hàm băm mật mã, vì không cần bí mật nào ở bất kỳ bước nào trong quá trình. Với trường hợp sử dụng cụ thể này, mức độ bảo mật (thấp) này có lẽ là ổn cho mục đích của chúng ta. Chiến lược băm này rất phổ biến khi làm việc với các số dài dễ bị nhầm lẫn, như số tài khoản ngân hàng hoặc số thẻ tín dụng.</w:t>
      </w:r>
    </w:p>
    <w:p>
      <w:pPr>
        <w:spacing w:after="80"/>
      </w:pPr>
      <w:r>
        <w:rPr>
          <w:b/>
          <w:i w:val="0"/>
        </w:rPr>
        <w:t>Mẹo</w:t>
      </w:r>
    </w:p>
    <w:p>
      <w:pPr>
        <w:spacing w:after="80"/>
      </w:pPr>
      <w:r>
        <w:rPr>
          <w:b w:val="0"/>
          <w:i w:val="0"/>
        </w:rPr>
        <w:t xml:space="preserve">Mật mã học là một chủ đề lớn hơn nhiều và việc đảm bảo bảo mật mạnh mẽ có thể khó khăn. Chiến lược chính trong mật mã học liên quan đến băm có lẽ là lưu trữ băm để tránh lưu mật khẩu ở định dạng có thể đọc được. Bạn có thể đọc phần giới thiệu nhanh về kỹ thuật đó tại đây: </w:t>
      </w:r>
      <w:r>
        <w:rPr>
          <w:rFonts w:ascii="Consolas" w:hAnsi="Consolas"/>
          <w:b w:val="0"/>
          <w:i w:val="0"/>
          <w:sz w:val="20"/>
        </w:rPr>
        <w:br/>
        <w:br/>
        <w:t xml:space="preserve">        https://crackstation.net/hashing-security.html</w:t>
        <w:br/>
        <w:t xml:space="preserve">       </w:t>
        <w:br/>
      </w:r>
      <w:r>
        <w:rPr>
          <w:b w:val="0"/>
          <w:i w:val="0"/>
        </w:rPr>
        <w:t xml:space="preserve"> .</w:t>
      </w:r>
    </w:p>
    <w:p>
      <w:pPr>
        <w:spacing w:after="80"/>
      </w:pPr>
      <w:r>
        <w:rPr>
          <w:b w:val="0"/>
          <w:i w:val="0"/>
        </w:rPr>
        <w:t xml:space="preserve">Hàm </w:t>
      </w:r>
      <w:r>
        <w:rPr>
          <w:rFonts w:ascii="Consolas" w:hAnsi="Consolas"/>
          <w:b w:val="0"/>
          <w:i w:val="0"/>
          <w:sz w:val="20"/>
        </w:rPr>
        <w:br/>
        <w:br/>
        <w:t xml:space="preserve">      generate_code</w:t>
        <w:br/>
        <w:t xml:space="preserve">     </w:t>
        <w:br/>
      </w:r>
      <w:r>
        <w:rPr>
          <w:b w:val="0"/>
          <w:i w:val="0"/>
        </w:rPr>
        <w:t xml:space="preserve"> sau đó tạo ra một mã ngẫu nhiên, gồm bốn chữ số, rồi năm chữ số, và sau đó là hai chữ số của checksum, được phân tách bằng dấu gạch ngang. Chữ số checksum đầu tiên được tạo với chín chữ số đầu tiên theo thứ tự từ phải sang trái (dùng khối bốn ký tự làm </w:t>
      </w:r>
      <w:r>
        <w:rPr>
          <w:rFonts w:ascii="Consolas" w:hAnsi="Consolas"/>
          <w:b w:val="0"/>
          <w:i w:val="0"/>
          <w:sz w:val="20"/>
        </w:rPr>
        <w:br/>
        <w:br/>
        <w:t xml:space="preserve">      code1</w:t>
        <w:br/>
        <w:t xml:space="preserve">     </w:t>
        <w:br/>
      </w:r>
      <w:r>
        <w:rPr>
          <w:b w:val="0"/>
          <w:i w:val="0"/>
        </w:rPr>
        <w:t xml:space="preserve"> và khối năm ký tự làm </w:t>
      </w:r>
      <w:r>
        <w:rPr>
          <w:rFonts w:ascii="Consolas" w:hAnsi="Consolas"/>
          <w:b w:val="0"/>
          <w:i w:val="0"/>
          <w:sz w:val="20"/>
        </w:rPr>
        <w:br/>
        <w:br/>
        <w:t xml:space="preserve">      code2</w:t>
        <w:br/>
        <w:t xml:space="preserve">     </w:t>
        <w:br/>
      </w:r>
      <w:r>
        <w:rPr>
          <w:b w:val="0"/>
          <w:i w:val="0"/>
        </w:rPr>
        <w:t xml:space="preserve"> ). Chữ số checksum thứ hai được tạo bằng cách đảo ngược chúng (khối năm ký tự làm </w:t>
      </w:r>
      <w:r>
        <w:rPr>
          <w:rFonts w:ascii="Consolas" w:hAnsi="Consolas"/>
          <w:b w:val="0"/>
          <w:i w:val="0"/>
          <w:sz w:val="20"/>
        </w:rPr>
        <w:br/>
        <w:br/>
        <w:t xml:space="preserve">      code1</w:t>
        <w:br/>
        <w:t xml:space="preserve">     </w:t>
        <w:br/>
      </w:r>
      <w:r>
        <w:rPr>
          <w:b w:val="0"/>
          <w:i w:val="0"/>
        </w:rPr>
        <w:t xml:space="preserve"> và khối bốn ký tự làm </w:t>
      </w:r>
      <w:r>
        <w:rPr>
          <w:rFonts w:ascii="Consolas" w:hAnsi="Consolas"/>
          <w:b w:val="0"/>
          <w:i w:val="0"/>
          <w:sz w:val="20"/>
        </w:rPr>
        <w:br/>
        <w:br/>
        <w:t xml:space="preserve">      code2</w:t>
        <w:br/>
        <w:t xml:space="preserve">     </w:t>
        <w:br/>
      </w:r>
      <w:r>
        <w:rPr>
          <w:b w:val="0"/>
          <w:i w:val="0"/>
        </w:rPr>
        <w:t xml:space="preserve"> ).</w:t>
      </w:r>
    </w:p>
    <w:p>
      <w:pPr>
        <w:spacing w:after="80"/>
      </w:pPr>
      <w:r>
        <w:rPr>
          <w:b w:val="0"/>
          <w:i w:val="0"/>
        </w:rPr>
        <w:t xml:space="preserve">Hàm </w:t>
      </w:r>
      <w:r>
        <w:rPr>
          <w:rFonts w:ascii="Consolas" w:hAnsi="Consolas"/>
          <w:b w:val="0"/>
          <w:i w:val="0"/>
          <w:sz w:val="20"/>
        </w:rPr>
        <w:br/>
        <w:br/>
        <w:t xml:space="preserve">      check_code</w:t>
        <w:br/>
        <w:t xml:space="preserve">     </w:t>
        <w:br/>
      </w:r>
      <w:r>
        <w:rPr>
          <w:b w:val="0"/>
          <w:i w:val="0"/>
        </w:rPr>
        <w:t xml:space="preserve"> đảo ngược quá trình và trả về </w:t>
      </w:r>
      <w:r>
        <w:rPr>
          <w:rFonts w:ascii="Consolas" w:hAnsi="Consolas"/>
          <w:b w:val="0"/>
          <w:i w:val="0"/>
          <w:sz w:val="20"/>
        </w:rPr>
        <w:br/>
        <w:br/>
        <w:t xml:space="preserve">      True</w:t>
        <w:br/>
        <w:t xml:space="preserve">     </w:t>
        <w:br/>
      </w:r>
      <w:r>
        <w:rPr>
          <w:b w:val="0"/>
          <w:i w:val="0"/>
        </w:rPr>
        <w:t xml:space="preserve"> nếu mã đúng và </w:t>
      </w:r>
      <w:r>
        <w:rPr>
          <w:rFonts w:ascii="Consolas" w:hAnsi="Consolas"/>
          <w:b w:val="0"/>
          <w:i w:val="0"/>
          <w:sz w:val="20"/>
        </w:rPr>
        <w:br/>
        <w:br/>
        <w:t xml:space="preserve">      False</w:t>
        <w:br/>
        <w:t xml:space="preserve">     </w:t>
        <w:br/>
      </w:r>
      <w:r>
        <w:rPr>
          <w:b w:val="0"/>
          <w:i w:val="0"/>
        </w:rPr>
        <w:t xml:space="preserve"> nếu ngược lại.</w:t>
      </w:r>
    </w:p>
    <w:p>
      <w:pPr>
        <w:spacing w:after="80"/>
      </w:pPr>
      <w:r>
        <w:rPr>
          <w:b w:val="0"/>
          <w:i w:val="0"/>
        </w:rPr>
        <w:t>Với các yếu tố cơ bản đã sẵn sàng, script bắt đầu bằng việc định nghĩa các lô cần thiết: 500,000, 300,000, và 200,000.</w:t>
      </w:r>
    </w:p>
    <w:p>
      <w:pPr>
        <w:spacing w:after="80"/>
      </w:pPr>
      <w:r>
        <w:rPr>
          <w:b w:val="0"/>
          <w:i w:val="0"/>
        </w:rPr>
        <w:t xml:space="preserve">Tất cả các mã được tạo trong cùng một pool, gọi là </w:t>
      </w:r>
      <w:r>
        <w:rPr>
          <w:rFonts w:ascii="Consolas" w:hAnsi="Consolas"/>
          <w:b w:val="0"/>
          <w:i w:val="0"/>
          <w:sz w:val="20"/>
        </w:rPr>
        <w:br/>
        <w:br/>
        <w:t xml:space="preserve">      codes</w:t>
        <w:br/>
        <w:t xml:space="preserve">     </w:t>
        <w:br/>
      </w:r>
      <w:r>
        <w:rPr>
          <w:b w:val="0"/>
          <w:i w:val="0"/>
        </w:rPr>
        <w:t xml:space="preserve"> . Điều này để tránh trùng lặp giữa các lô. Lưu ý rằng, do tính ngẫu nhiên của quá trình, chúng ta không thể loại trừ khả năng tạo ra một mã trùng lặp, dù khả năng đó là nhỏ. Chúng ta được phép thử lại tối đa ba lần để tránh tạo ra mã trùng lặp. Các mã được lưu trong một set accumulator để đảm bảo tính duy nhất của chúng và tăng tốc quá trình kiểm tra xem một mã đã tồn tại chưa.</w:t>
      </w:r>
    </w:p>
    <w:p>
      <w:pPr>
        <w:spacing w:after="80"/>
      </w:pPr>
      <w:r>
        <w:rPr>
          <w:b/>
          <w:i w:val="0"/>
        </w:rPr>
        <w:t>Lưu ý</w:t>
      </w:r>
    </w:p>
    <w:p>
      <w:pPr>
        <w:spacing w:after="80"/>
      </w:pPr>
      <w:r>
        <w:rPr>
          <w:rFonts w:ascii="Consolas" w:hAnsi="Consolas"/>
          <w:b w:val="0"/>
          <w:i w:val="0"/>
          <w:sz w:val="20"/>
        </w:rPr>
        <w:br/>
        <w:br/>
        <w:t xml:space="preserve">       Sets</w:t>
        <w:br/>
        <w:t xml:space="preserve">      </w:t>
        <w:br/>
      </w:r>
      <w:r>
        <w:rPr>
          <w:b w:val="0"/>
          <w:i w:val="0"/>
        </w:rPr>
        <w:t xml:space="preserve"> là một trong những nơi Python sử dụng băm ở bên dưới, nên nó băm phần tử cần thêm vào và so sánh với các băm của các phần tử đã có. Điều này khiến việc kiểm tra trong set trở thành thao tác rất nhanh.</w:t>
      </w:r>
    </w:p>
    <w:p>
      <w:pPr>
        <w:spacing w:after="80"/>
      </w:pPr>
      <w:r>
        <w:rPr>
          <w:b w:val="0"/>
          <w:i w:val="0"/>
        </w:rPr>
        <w:t>Để chắc chắn rằng quá trình là đúng, mỗi mã được xác minh và in ra để hiển thị tiến độ trong khi tạo mã. Điều này cũng cho phép chúng ta thấy rằng mọi thứ đang hoạt động như mong đợi.</w:t>
      </w:r>
    </w:p>
    <w:p>
      <w:pPr>
        <w:spacing w:after="80"/>
      </w:pPr>
      <w:r>
        <w:rPr>
          <w:b w:val="0"/>
          <w:i w:val="0"/>
        </w:rPr>
        <w:t xml:space="preserve">Cuối cùng, các mã được chia thành số lô thích hợp và mỗi lô được lưu trong một tệp </w:t>
      </w:r>
      <w:r>
        <w:rPr>
          <w:rFonts w:ascii="Consolas" w:hAnsi="Consolas"/>
          <w:b w:val="0"/>
          <w:i w:val="0"/>
          <w:sz w:val="20"/>
        </w:rPr>
        <w:br/>
        <w:br/>
        <w:t xml:space="preserve">      .csv</w:t>
        <w:br/>
        <w:t xml:space="preserve">     </w:t>
        <w:br/>
      </w:r>
      <w:r>
        <w:rPr>
          <w:b w:val="0"/>
          <w:i w:val="0"/>
        </w:rPr>
        <w:t xml:space="preserve"> riêng. Các mã được xóa từng cái một khỏi </w:t>
      </w:r>
      <w:r>
        <w:rPr>
          <w:rFonts w:ascii="Consolas" w:hAnsi="Consolas"/>
          <w:b w:val="0"/>
          <w:i w:val="0"/>
          <w:sz w:val="20"/>
        </w:rPr>
        <w:br/>
        <w:br/>
        <w:t xml:space="preserve">      codes</w:t>
        <w:br/>
        <w:t xml:space="preserve">     </w:t>
        <w:br/>
      </w:r>
      <w:r>
        <w:rPr>
          <w:b w:val="0"/>
          <w:i w:val="0"/>
        </w:rPr>
        <w:t xml:space="preserve"> bằng </w:t>
      </w:r>
      <w:r>
        <w:rPr>
          <w:rFonts w:ascii="Consolas" w:hAnsi="Consolas"/>
          <w:b w:val="0"/>
          <w:i w:val="0"/>
          <w:sz w:val="20"/>
        </w:rPr>
        <w:br/>
        <w:br/>
        <w:t xml:space="preserve">      .pop()</w:t>
        <w:br/>
        <w:t xml:space="preserve">     </w:t>
        <w:br/>
      </w:r>
      <w:r>
        <w:rPr>
          <w:b w:val="0"/>
          <w:i w:val="0"/>
        </w:rPr>
        <w:t xml:space="preserve"> cho đến khi lô đạt kích thước thích hợp:</w:t>
      </w:r>
    </w:p>
    <w:p>
      <w:pPr>
        <w:spacing w:after="0"/>
        <w:ind w:left="360"/>
        <w:shd w:val="clear" w:color="auto" w:fill="F2F2F2"/>
      </w:pPr>
      <w:r>
        <w:rPr>
          <w:rFonts w:ascii="Consolas" w:hAnsi="Consolas"/>
          <w:sz w:val="18"/>
        </w:rPr>
        <w:t>batch = [(codes.pop(),) for _ in range(batch_size)]</w:t>
      </w:r>
    </w:p>
    <w:p>
      <w:pPr>
        <w:spacing w:after="40"/>
      </w:pPr>
    </w:p>
    <w:p>
      <w:pPr>
        <w:spacing w:after="80"/>
      </w:pPr>
      <w:r>
        <w:rPr>
          <w:b w:val="0"/>
          <w:i w:val="0"/>
        </w:rPr>
        <w:t>Hãy chú ý cách dòng trước đó tạo ra một lô có số hàng thích hợp với một mã trên mỗi hàng. Mỗi hàng vẫn là một list, đúng như yêu cầu cho một tệp CSV.</w:t>
      </w:r>
    </w:p>
    <w:p>
      <w:pPr>
        <w:spacing w:after="80"/>
      </w:pPr>
      <w:r>
        <w:rPr>
          <w:b w:val="0"/>
          <w:i w:val="0"/>
        </w:rPr>
        <w:t xml:space="preserve">Sau đó một tệp được tạo và, bằng cách dùng </w:t>
      </w:r>
      <w:r>
        <w:rPr>
          <w:rFonts w:ascii="Consolas" w:hAnsi="Consolas"/>
          <w:b w:val="0"/>
          <w:i w:val="0"/>
          <w:sz w:val="20"/>
        </w:rPr>
        <w:br/>
        <w:br/>
        <w:t xml:space="preserve">      csv.writer</w:t>
        <w:br/>
        <w:t xml:space="preserve">     </w:t>
        <w:br/>
      </w:r>
      <w:r>
        <w:rPr>
          <w:b w:val="0"/>
          <w:i w:val="0"/>
        </w:rPr>
        <w:t xml:space="preserve"> , các mã được lưu dưới dạng các hàng.</w:t>
      </w:r>
    </w:p>
    <w:p>
      <w:pPr>
        <w:spacing w:after="80"/>
      </w:pPr>
      <w:r>
        <w:rPr>
          <w:b w:val="0"/>
          <w:i w:val="0"/>
        </w:rPr>
        <w:t xml:space="preserve">Như một bài kiểm tra cuối cùng, list </w:t>
      </w:r>
      <w:r>
        <w:rPr>
          <w:rFonts w:ascii="Consolas" w:hAnsi="Consolas"/>
          <w:b w:val="0"/>
          <w:i w:val="0"/>
          <w:sz w:val="20"/>
        </w:rPr>
        <w:br/>
        <w:br/>
        <w:t xml:space="preserve">      codes</w:t>
        <w:br/>
        <w:t xml:space="preserve">     </w:t>
        <w:br/>
      </w:r>
      <w:r>
        <w:rPr>
          <w:b w:val="0"/>
          <w:i w:val="0"/>
        </w:rPr>
        <w:t xml:space="preserve"> được xác minh để chắc chắn rằng nó trống và không còn mã nào để gán vào các lô bằng một câu lệnh </w:t>
      </w:r>
      <w:r>
        <w:rPr>
          <w:rFonts w:ascii="Consolas" w:hAnsi="Consolas"/>
          <w:b w:val="0"/>
          <w:i w:val="0"/>
          <w:sz w:val="20"/>
        </w:rPr>
        <w:br/>
        <w:br/>
        <w:t xml:space="preserve">      assert</w:t>
        <w:br/>
        <w:t xml:space="preserve">     </w:t>
        <w:br/>
      </w:r>
      <w:r>
        <w:rPr>
          <w:b w:val="0"/>
          <w:i w:val="0"/>
        </w:rPr>
        <w:t xml:space="preserve"> .</w:t>
      </w:r>
    </w:p>
    <w:p>
      <w:pPr>
        <w:spacing w:after="0"/>
        <w:ind w:left="360"/>
        <w:shd w:val="clear" w:color="auto" w:fill="F2F2F2"/>
      </w:pPr>
      <w:r>
        <w:rPr>
          <w:rFonts w:ascii="Consolas" w:hAnsi="Consolas"/>
          <w:sz w:val="18"/>
        </w:rPr>
        <w:t>assert 0 == len(codes)</w:t>
      </w:r>
    </w:p>
    <w:p>
      <w:pPr>
        <w:spacing w:after="40"/>
      </w:pPr>
    </w:p>
    <w:p>
      <w:pPr>
        <w:pStyle w:val="Heading3"/>
      </w:pPr>
      <w:r>
        <w:rPr>
          <w:rFonts w:ascii="Calibri" w:hAnsi="Calibri"/>
          <w:b/>
          <w:i w:val="0"/>
          <w:sz w:val="26"/>
        </w:rPr>
        <w:t>Còn nhiều thứ khác nữa...</w:t>
      </w:r>
    </w:p>
    <w:p>
      <w:pPr>
        <w:spacing w:after="80"/>
      </w:pPr>
      <w:r>
        <w:rPr>
          <w:b w:val="0"/>
          <w:i w:val="0"/>
        </w:rPr>
        <w:t xml:space="preserve">Trong công thức này, một cách tiếp cận trực tiếp đã được sử dụng trong cấu trúc tệp, không bọc việc thực thi mã trong một hàm </w:t>
      </w:r>
      <w:r>
        <w:rPr>
          <w:rFonts w:ascii="Consolas" w:hAnsi="Consolas"/>
          <w:b w:val="0"/>
          <w:i w:val="0"/>
          <w:sz w:val="20"/>
        </w:rPr>
        <w:br/>
        <w:br/>
        <w:t xml:space="preserve">      main</w:t>
        <w:br/>
        <w:t xml:space="preserve">     </w:t>
        <w:br/>
      </w:r>
      <w:r>
        <w:rPr>
          <w:b w:val="0"/>
          <w:i w:val="0"/>
        </w:rPr>
        <w:t xml:space="preserve">. Điều này trái ngược với các nguyên tắc được trình bày trong công thức </w:t>
      </w:r>
      <w:r>
        <w:rPr>
          <w:b w:val="0"/>
          <w:i/>
        </w:rPr>
        <w:t xml:space="preserve"> Chuẩn bị </w:t>
      </w:r>
      <w:r>
        <w:rPr>
          <w:b w:val="0"/>
          <w:i w:val="0"/>
        </w:rPr>
        <w:t xml:space="preserve"> </w:t>
      </w:r>
      <w:r>
        <w:rPr>
          <w:b w:val="0"/>
          <w:i/>
        </w:rPr>
        <w:t xml:space="preserve"> một tác vụ để chạy </w:t>
      </w:r>
      <w:r>
        <w:rPr>
          <w:b w:val="0"/>
          <w:i w:val="0"/>
        </w:rPr>
        <w:t xml:space="preserve"> trong </w:t>
      </w:r>
      <w:r>
        <w:rPr>
          <w:b w:val="0"/>
          <w:i/>
        </w:rPr>
        <w:t xml:space="preserve"> Chương 2 </w:t>
      </w:r>
      <w:r>
        <w:rPr>
          <w:b w:val="0"/>
          <w:i w:val="0"/>
        </w:rPr>
        <w:t xml:space="preserve">, </w:t>
      </w:r>
      <w:r>
        <w:rPr>
          <w:b w:val="0"/>
          <w:i/>
        </w:rPr>
        <w:t xml:space="preserve"> Tự động hóa tác vụ thật dễ dàng </w:t>
      </w:r>
      <w:r>
        <w:rPr>
          <w:b w:val="0"/>
          <w:i w:val="0"/>
        </w:rPr>
        <w:t xml:space="preserve">. Lưu ý rằng, so với các tác vụ được trình bày ở đó, script này được thiết kế để chạy một lần duy nhất để tạo ra các mã, và chỉ vậy thôi. Nó cũng sử dụng các hằng số được định nghĩa sẵn, chẳng hạn như </w:t>
      </w:r>
      <w:r>
        <w:rPr>
          <w:rFonts w:ascii="Consolas" w:hAnsi="Consolas"/>
          <w:b w:val="0"/>
          <w:i w:val="0"/>
          <w:sz w:val="20"/>
        </w:rPr>
        <w:br/>
        <w:br/>
        <w:t xml:space="preserve">      BATCHES</w:t>
        <w:br/>
        <w:t xml:space="preserve">     </w:t>
        <w:br/>
      </w:r>
      <w:r>
        <w:rPr>
          <w:b w:val="0"/>
          <w:i w:val="0"/>
        </w:rPr>
        <w:t>, để cấu hình, thay vì các tham số dòng lệnh hay tệp cấu hình.</w:t>
      </w:r>
    </w:p>
    <w:p>
      <w:pPr>
        <w:spacing w:after="80"/>
      </w:pPr>
      <w:r>
        <w:rPr>
          <w:b w:val="0"/>
          <w:i w:val="0"/>
        </w:rPr>
        <w:t>Vì đây là một tác vụ duy nhất, được thiết kế để chạy một lần, việc dành thời gian cấu trúc nó thành một thành phần có thể tái sử dụng có lẽ không phải là cách sử dụng thời gian tốt nhất của chúng ta.</w:t>
      </w:r>
    </w:p>
    <w:p>
      <w:pPr>
        <w:spacing w:after="80"/>
      </w:pPr>
      <w:r>
        <w:rPr>
          <w:b/>
          <w:i w:val="0"/>
        </w:rPr>
        <w:t>Mẹo</w:t>
      </w:r>
    </w:p>
    <w:p>
      <w:pPr>
        <w:spacing w:after="80"/>
      </w:pPr>
      <w:r>
        <w:rPr>
          <w:b w:val="0"/>
          <w:i w:val="0"/>
        </w:rPr>
        <w:t>Việc thiết kế quá phức tạp (over-engineering) chắc chắn là có thể xảy ra, và việc lựa chọn giữa một thiết kế thực dụng và một cách tiếp cận hướng tới tương lai hơn có thể không dễ dàng. Hãy thực tế về chi phí bảo trì và cố gắng tìm ra sự cân bằng của riêng bạn.</w:t>
      </w:r>
    </w:p>
    <w:p>
      <w:pPr>
        <w:spacing w:after="80"/>
      </w:pPr>
      <w:r>
        <w:rPr>
          <w:b w:val="0"/>
          <w:i w:val="0"/>
        </w:rPr>
        <w:t>Tương tự như vậy, thiết kế checksum trong công thức này nhằm cung cấp một cách tối thiểu để kiểm tra xem một mã là hoàn toàn bịa đặt hay trông có vẻ hợp lệ. Vì các mã sẽ được kiểm tra đối chiếu với một hệ thống, điều này có vẻ là một cách tiếp cận hợp lý, nhưng hãy cân nhắc trường hợp sử dụng cụ thể của bạn.</w:t>
      </w:r>
    </w:p>
    <w:p>
      <w:pPr>
        <w:spacing w:after="80"/>
      </w:pPr>
      <w:r>
        <w:rPr>
          <w:b w:val="0"/>
          <w:i w:val="0"/>
        </w:rPr>
        <w:t>Không gian mã của chúng ta bao gồm 22 ký tự khả dụng lũy thừa 9 cho mỗi vị trí ngẫu nhiên, tạo ra 1,207,269,217,792 mã khả dụng, nghĩa là xác suất đoán trúng một trong số một triệu mã được tạo ra là rất nhỏ. Cũng không mấy khả năng chúng ta tạo ra cùng một mã hai lần, nhưng dù sao chúng ta đã bảo vệ mã của mình chống lại điều đó với tối đa ba lần thử lại.</w:t>
      </w:r>
    </w:p>
    <w:p>
      <w:pPr>
        <w:spacing w:after="80"/>
      </w:pPr>
      <w:r>
        <w:rPr>
          <w:b w:val="0"/>
          <w:i w:val="0"/>
        </w:rPr>
        <w:t xml:space="preserve">Việc xác minh từng mã khi nó được tạo trong </w:t>
      </w:r>
      <w:r>
        <w:rPr>
          <w:rFonts w:ascii="Consolas" w:hAnsi="Consolas"/>
          <w:b w:val="0"/>
          <w:i w:val="0"/>
          <w:sz w:val="20"/>
        </w:rPr>
        <w:br/>
        <w:br/>
        <w:t xml:space="preserve">      check_code</w:t>
        <w:br/>
        <w:t xml:space="preserve">     </w:t>
        <w:br/>
      </w:r>
      <w:r>
        <w:rPr>
          <w:b w:val="0"/>
          <w:i w:val="0"/>
        </w:rPr>
        <w:t xml:space="preserve">, và việc xác minh cuối cùng rằng không còn mã nào sót lại, rất hữu ích khi phát triển loại script này. Nó đảm bảo rằng chúng ta đang đi đúng hướng và mọi thứ diễn ra theo đúng kế hoạch. Các câu lệnh </w:t>
      </w:r>
      <w:r>
        <w:rPr>
          <w:rFonts w:ascii="Consolas" w:hAnsi="Consolas"/>
          <w:b w:val="0"/>
          <w:i w:val="0"/>
          <w:sz w:val="20"/>
        </w:rPr>
        <w:br/>
        <w:br/>
        <w:t xml:space="preserve">      assert</w:t>
        <w:br/>
        <w:t xml:space="preserve">     </w:t>
        <w:br/>
      </w:r>
      <w:r>
        <w:rPr>
          <w:b w:val="0"/>
          <w:i w:val="0"/>
        </w:rPr>
        <w:t xml:space="preserve"> sẽ tạo ra một </w:t>
      </w:r>
      <w:r>
        <w:rPr>
          <w:rFonts w:ascii="Consolas" w:hAnsi="Consolas"/>
          <w:b w:val="0"/>
          <w:i w:val="0"/>
          <w:sz w:val="20"/>
        </w:rPr>
        <w:br/>
        <w:br/>
        <w:t xml:space="preserve">      Exception</w:t>
        <w:br/>
        <w:t xml:space="preserve">     </w:t>
        <w:br/>
      </w:r>
      <w:r>
        <w:rPr>
          <w:b w:val="0"/>
          <w:i w:val="0"/>
        </w:rPr>
        <w:t xml:space="preserve"> nếu có vấn đề.</w:t>
      </w:r>
    </w:p>
    <w:p>
      <w:pPr>
        <w:spacing w:after="80"/>
      </w:pPr>
      <w:r>
        <w:rPr>
          <w:b/>
          <w:i w:val="0"/>
        </w:rPr>
        <w:t>Lưu ý</w:t>
      </w:r>
    </w:p>
    <w:p>
      <w:pPr>
        <w:spacing w:after="80"/>
      </w:pPr>
      <w:r>
        <w:rPr>
          <w:b w:val="0"/>
          <w:i w:val="0"/>
        </w:rPr>
        <w:t xml:space="preserve">Như được mô tả trong tài liệu Python, các lệnh </w:t>
      </w:r>
      <w:r>
        <w:rPr>
          <w:rFonts w:ascii="Consolas" w:hAnsi="Consolas"/>
          <w:b w:val="0"/>
          <w:i w:val="0"/>
          <w:sz w:val="20"/>
        </w:rPr>
        <w:br/>
        <w:br/>
        <w:t xml:space="preserve">       assert</w:t>
        <w:br/>
        <w:t xml:space="preserve">      </w:t>
        <w:br/>
      </w:r>
      <w:r>
        <w:rPr>
          <w:b w:val="0"/>
          <w:i w:val="0"/>
        </w:rPr>
        <w:t xml:space="preserve"> bị bỏ qua nếu mã Python được tối ưu hóa (chạy với lệnh -O). Xem tài liệu tại đây: </w:t>
      </w:r>
      <w:r>
        <w:rPr>
          <w:rFonts w:ascii="Consolas" w:hAnsi="Consolas"/>
          <w:b w:val="0"/>
          <w:i w:val="0"/>
          <w:sz w:val="20"/>
        </w:rPr>
        <w:br/>
        <w:br/>
        <w:t xml:space="preserve">        https://docs.python.org/3/reference/simple_stmts.html#the-assert-statement</w:t>
        <w:br/>
        <w:t xml:space="preserve">       </w:t>
        <w:br/>
      </w:r>
      <w:r>
        <w:rPr>
          <w:b w:val="0"/>
          <w:i w:val="0"/>
        </w:rPr>
        <w:t xml:space="preserve">. Việc sử dụng đối số </w:t>
      </w:r>
      <w:r>
        <w:rPr>
          <w:rFonts w:ascii="Consolas" w:hAnsi="Consolas"/>
          <w:b w:val="0"/>
          <w:i w:val="0"/>
          <w:sz w:val="20"/>
        </w:rPr>
        <w:br/>
        <w:br/>
        <w:t xml:space="preserve">       ‑O</w:t>
        <w:br/>
        <w:t xml:space="preserve">      </w:t>
        <w:br/>
      </w:r>
      <w:r>
        <w:rPr>
          <w:b w:val="0"/>
          <w:i w:val="0"/>
        </w:rPr>
        <w:t xml:space="preserve"> là hiếm gặp, nhưng có thể gây nhầm lẫn. Hãy tránh phụ thuộc quá nhiều vào các câu lệnh </w:t>
      </w:r>
      <w:r>
        <w:rPr>
          <w:rFonts w:ascii="Consolas" w:hAnsi="Consolas"/>
          <w:b w:val="0"/>
          <w:i w:val="0"/>
          <w:sz w:val="20"/>
        </w:rPr>
        <w:br/>
        <w:br/>
        <w:t xml:space="preserve">       assert</w:t>
        <w:br/>
        <w:t xml:space="preserve">      </w:t>
        <w:br/>
      </w:r>
      <w:r>
        <w:rPr>
          <w:b w:val="0"/>
          <w:i w:val="0"/>
        </w:rPr>
        <w:t>.</w:t>
      </w:r>
    </w:p>
    <w:p>
      <w:pPr>
        <w:spacing w:after="80"/>
      </w:pPr>
      <w:r>
        <w:rPr>
          <w:b w:val="0"/>
          <w:i w:val="0"/>
        </w:rPr>
        <w:t xml:space="preserve">Học những kiến thức cơ bản về mật mã học không khó như bạn có thể nghĩ. Có một số ít lược đồ cơ bản được biết đến rộng rãi và có thể dễ dàng học được. Một bài viết giới thiệu hay là </w:t>
      </w:r>
      <w:r>
        <w:rPr>
          <w:rFonts w:ascii="Consolas" w:hAnsi="Consolas"/>
          <w:b w:val="0"/>
          <w:i w:val="0"/>
          <w:sz w:val="20"/>
        </w:rPr>
        <w:br/>
        <w:br/>
        <w:t xml:space="preserve">       https://thebestvpn.com/cryptography/</w:t>
        <w:br/>
        <w:t xml:space="preserve">      </w:t>
        <w:br/>
      </w:r>
      <w:r>
        <w:rPr>
          <w:b w:val="0"/>
          <w:i w:val="0"/>
        </w:rPr>
        <w:t xml:space="preserve">. Python cũng có một số lượng tốt các hàm mật mã; xem tài liệu tại </w:t>
      </w:r>
      <w:r>
        <w:rPr>
          <w:rFonts w:ascii="Consolas" w:hAnsi="Consolas"/>
          <w:b w:val="0"/>
          <w:i w:val="0"/>
          <w:sz w:val="20"/>
        </w:rPr>
        <w:br/>
        <w:br/>
        <w:t xml:space="preserve">       https://docs.python.org/3/library/crypto.html</w:t>
        <w:br/>
        <w:t xml:space="preserve">      </w:t>
        <w:br/>
      </w:r>
      <w:r>
        <w:rPr>
          <w:b w:val="0"/>
          <w:i w:val="0"/>
        </w:rPr>
        <w:t>. Cách tiếp cận tốt nhất là tìm một cuốn sách hay và biết rằng, mặc dù đây là một chủ đề khó để thực sự thành thạo, nó chắc chắn có thể tiếp cận được.</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Giới thiệu </w:t>
      </w:r>
      <w:r>
        <w:rPr>
          <w:b w:val="0"/>
          <w:i w:val="0"/>
        </w:rPr>
        <w:t xml:space="preserve"> </w:t>
      </w:r>
      <w:r>
        <w:rPr>
          <w:b w:val="0"/>
          <w:i/>
        </w:rPr>
        <w:t xml:space="preserve"> biểu thức chính quy </w:t>
      </w:r>
      <w:r>
        <w:rPr>
          <w:b w:val="0"/>
          <w:i w:val="0"/>
        </w:rPr>
        <w:t xml:space="preserve"> trong </w:t>
      </w:r>
      <w:r>
        <w:rPr>
          <w:b w:val="0"/>
          <w:i/>
        </w:rPr>
        <w:t xml:space="preserve"> Chương 1 </w:t>
      </w:r>
      <w:r>
        <w:rPr>
          <w:b w:val="0"/>
          <w:i w:val="0"/>
        </w:rPr>
        <w:t xml:space="preserve">, </w:t>
      </w:r>
      <w:r>
        <w:rPr>
          <w:b w:val="0"/>
          <w:i/>
        </w:rPr>
        <w:t xml:space="preserve"> Hãy bắt đầu hành trình tự động hóa của chúng ta </w:t>
      </w:r>
      <w:r>
        <w:rPr>
          <w:b w:val="0"/>
          <w:i w:val="0"/>
        </w:rPr>
        <w:t>, để học cách sử dụng biểu thức chính quy</w:t>
      </w:r>
    </w:p>
    <w:p>
      <w:pPr>
        <w:spacing w:after="80"/>
        <w:ind w:left="360"/>
      </w:pPr>
      <w:r>
        <w:t xml:space="preserve">• </w:t>
      </w:r>
      <w:r>
        <w:rPr>
          <w:b w:val="0"/>
          <w:i w:val="0"/>
        </w:rPr>
        <w:t xml:space="preserve">Công thức </w:t>
      </w:r>
      <w:r>
        <w:rPr>
          <w:b w:val="0"/>
          <w:i/>
        </w:rPr>
        <w:t xml:space="preserve"> Đọc </w:t>
      </w:r>
      <w:r>
        <w:rPr>
          <w:b w:val="0"/>
          <w:i w:val="0"/>
        </w:rPr>
        <w:t xml:space="preserve"> </w:t>
      </w:r>
      <w:r>
        <w:rPr>
          <w:b w:val="0"/>
          <w:i/>
        </w:rPr>
        <w:t xml:space="preserve"> tệp CSV </w:t>
      </w:r>
      <w:r>
        <w:rPr>
          <w:b w:val="0"/>
          <w:i w:val="0"/>
        </w:rPr>
        <w:t xml:space="preserve"> trong </w:t>
      </w:r>
      <w:r>
        <w:rPr>
          <w:b w:val="0"/>
          <w:i/>
        </w:rPr>
        <w:t xml:space="preserve"> Chương 4 </w:t>
      </w:r>
      <w:r>
        <w:rPr>
          <w:b w:val="0"/>
          <w:i w:val="0"/>
        </w:rPr>
        <w:t xml:space="preserve">, </w:t>
      </w:r>
      <w:r>
        <w:rPr>
          <w:b w:val="0"/>
          <w:i/>
        </w:rPr>
        <w:t xml:space="preserve"> Tìm kiếm và đọc tệp cục bộ </w:t>
      </w:r>
      <w:r>
        <w:rPr>
          <w:b w:val="0"/>
          <w:i w:val="0"/>
        </w:rPr>
        <w:t>, để học cách làm việc với tệp CSV</w:t>
      </w:r>
    </w:p>
    <w:p>
      <w:pPr>
        <w:pStyle w:val="Heading2"/>
      </w:pPr>
      <w:r>
        <w:rPr>
          <w:rFonts w:ascii="Calibri" w:hAnsi="Calibri"/>
          <w:b/>
          <w:i w:val="0"/>
          <w:sz w:val="32"/>
        </w:rPr>
        <w:t>Gửi thông báo cho khách hàng trên kênh ưa thích của họ</w:t>
      </w:r>
    </w:p>
    <w:p>
      <w:pPr>
        <w:spacing w:after="80"/>
      </w:pPr>
      <w:r>
        <w:rPr>
          <w:b w:val="0"/>
          <w:i w:val="0"/>
        </w:rPr>
        <w:t xml:space="preserve">Công thức này trình bày </w:t>
      </w:r>
      <w:r>
        <w:rPr>
          <w:b w:val="0"/>
          <w:i/>
        </w:rPr>
        <w:t xml:space="preserve"> bước 3 </w:t>
      </w:r>
      <w:r>
        <w:rPr>
          <w:b w:val="0"/>
          <w:i w:val="0"/>
        </w:rPr>
        <w:t xml:space="preserve"> của chiến dịch, gửi mã trực tiếp đến người dùng qua kênh ưa thích của họ, hoặc tin nhắn văn bản hoặc email.</w:t>
      </w:r>
    </w:p>
    <w:p>
      <w:pPr>
        <w:spacing w:after="80"/>
      </w:pPr>
      <w:r>
        <w:rPr>
          <w:b w:val="0"/>
          <w:i w:val="0"/>
        </w:rPr>
        <w:t>Khi đã tạo xong các mã cho tiếp thị trực tiếp, chúng ta cần phân phối chúng đến khách hàng.</w:t>
      </w:r>
    </w:p>
    <w:p>
      <w:pPr>
        <w:spacing w:after="80"/>
      </w:pPr>
      <w:r>
        <w:rPr>
          <w:b w:val="0"/>
          <w:i w:val="0"/>
        </w:rPr>
        <w:t>Trong công thức này, chúng ta lấy một tệp CSV chứa thông tin khách hàng, bao gồm cả phương thức liên hệ ưa thích của họ, điền các mã đã tạo trước đó vào tệp CSV, rồi gửi thông báo qua phương thức phù hợp. Thông báo này sẽ bao gồm mã khuyến mãi.</w:t>
      </w:r>
    </w:p>
    <w:p>
      <w:pPr>
        <w:pStyle w:val="Heading3"/>
      </w:pPr>
      <w:r>
        <w:rPr>
          <w:rFonts w:ascii="Calibri" w:hAnsi="Calibri"/>
          <w:b/>
          <w:i w:val="0"/>
          <w:sz w:val="26"/>
        </w:rPr>
        <w:t>Chuẩn bị</w:t>
      </w:r>
    </w:p>
    <w:p>
      <w:pPr>
        <w:spacing w:after="80"/>
      </w:pPr>
      <w:r>
        <w:rPr>
          <w:b w:val="0"/>
          <w:i w:val="0"/>
        </w:rPr>
        <w:t xml:space="preserve">Trong công thức này, chúng ta sẽ dùng một số mô-đun đã giới thiệu trước đó: </w:t>
      </w:r>
      <w:r>
        <w:rPr>
          <w:rFonts w:ascii="Consolas" w:hAnsi="Consolas"/>
          <w:b w:val="0"/>
          <w:i w:val="0"/>
          <w:sz w:val="20"/>
        </w:rPr>
        <w:br/>
        <w:br/>
        <w:t xml:space="preserve">      pendulum</w:t>
        <w:br/>
        <w:t xml:space="preserve">     </w:t>
        <w:br/>
      </w:r>
      <w:r>
        <w:rPr>
          <w:b w:val="0"/>
          <w:i w:val="0"/>
        </w:rPr>
        <w:t xml:space="preserve"> , </w:t>
      </w:r>
      <w:r>
        <w:rPr>
          <w:rFonts w:ascii="Consolas" w:hAnsi="Consolas"/>
          <w:b w:val="0"/>
          <w:i w:val="0"/>
          <w:sz w:val="20"/>
        </w:rPr>
        <w:br/>
        <w:br/>
        <w:t xml:space="preserve">      requests</w:t>
        <w:br/>
        <w:t xml:space="preserve">     </w:t>
        <w:br/>
      </w:r>
      <w:r>
        <w:rPr>
          <w:b w:val="0"/>
          <w:i w:val="0"/>
        </w:rPr>
        <w:t xml:space="preserve"> , và </w:t>
      </w:r>
      <w:r>
        <w:rPr>
          <w:rFonts w:ascii="Consolas" w:hAnsi="Consolas"/>
          <w:b w:val="0"/>
          <w:i w:val="0"/>
          <w:sz w:val="20"/>
        </w:rPr>
        <w:br/>
        <w:br/>
        <w:t xml:space="preserve">      twilio</w:t>
        <w:br/>
        <w:t xml:space="preserve">     </w:t>
        <w:br/>
      </w:r>
      <w:r>
        <w:rPr>
          <w:b w:val="0"/>
          <w:i w:val="0"/>
        </w:rPr>
        <w:t xml:space="preserve"> . Chúng ta cần thêm chúng vào môi trường ảo (virtual environment) nếu chưa có:</w:t>
      </w:r>
    </w:p>
    <w:p>
      <w:pPr>
        <w:spacing w:after="0"/>
        <w:ind w:left="360"/>
        <w:shd w:val="clear" w:color="auto" w:fill="F2F2F2"/>
      </w:pPr>
      <w:r>
        <w:rPr>
          <w:rFonts w:ascii="Consolas" w:hAnsi="Consolas"/>
          <w:sz w:val="18"/>
        </w:rPr>
        <w:t>$ echo "pendulum==3.2.0" &gt;&gt; requirements.txt</w:t>
      </w:r>
    </w:p>
    <w:p>
      <w:pPr>
        <w:spacing w:after="0"/>
        <w:ind w:left="360"/>
        <w:shd w:val="clear" w:color="auto" w:fill="F2F2F2"/>
      </w:pPr>
      <w:r>
        <w:rPr>
          <w:rFonts w:ascii="Consolas" w:hAnsi="Consolas"/>
          <w:sz w:val="18"/>
        </w:rPr>
        <w:t>$ echo "requests==2.32.5" &gt;&gt; requirements.txt</w:t>
      </w:r>
    </w:p>
    <w:p>
      <w:pPr>
        <w:spacing w:after="0"/>
        <w:ind w:left="360"/>
        <w:shd w:val="clear" w:color="auto" w:fill="F2F2F2"/>
      </w:pPr>
      <w:r>
        <w:rPr>
          <w:rFonts w:ascii="Consolas" w:hAnsi="Consolas"/>
          <w:sz w:val="18"/>
        </w:rPr>
        <w:t>$ echo "twilio==9.10.2" &gt;&gt; requirements.txt</w:t>
      </w:r>
    </w:p>
    <w:p>
      <w:pPr>
        <w:spacing w:after="0"/>
        <w:ind w:left="360"/>
        <w:shd w:val="clear" w:color="auto" w:fill="F2F2F2"/>
      </w:pPr>
      <w:r>
        <w:rPr>
          <w:rFonts w:ascii="Consolas" w:hAnsi="Consolas"/>
          <w:sz w:val="18"/>
        </w:rPr>
        <w:t>$ uv pip install -r requirements.txt</w:t>
      </w:r>
    </w:p>
    <w:p>
      <w:pPr>
        <w:spacing w:after="40"/>
      </w:pPr>
    </w:p>
    <w:p>
      <w:pPr>
        <w:spacing w:after="80"/>
      </w:pPr>
      <w:r>
        <w:rPr>
          <w:b w:val="0"/>
          <w:i w:val="0"/>
        </w:rPr>
        <w:t xml:space="preserve">Chúng ta cần định nghĩa một tệp </w:t>
      </w:r>
      <w:r>
        <w:rPr>
          <w:rFonts w:ascii="Consolas" w:hAnsi="Consolas"/>
          <w:b w:val="0"/>
          <w:i w:val="0"/>
          <w:sz w:val="20"/>
        </w:rPr>
        <w:br/>
        <w:br/>
        <w:t xml:space="preserve">      config‑channel.ini</w:t>
        <w:br/>
        <w:t xml:space="preserve">     </w:t>
        <w:br/>
      </w:r>
      <w:r>
        <w:rPr>
          <w:b w:val="0"/>
          <w:i w:val="0"/>
        </w:rPr>
        <w:t xml:space="preserve"> chứa thông tin xác thực (credentials) cho các dịch vụ sẽ dùng, Mailgun và Twilio. Bạn có thể tìm thấy bản mẫu của tệp này trên GitHub tại đây: </w:t>
      </w:r>
      <w:r>
        <w:rPr>
          <w:rFonts w:ascii="Consolas" w:hAnsi="Consolas"/>
          <w:b w:val="0"/>
          <w:i w:val="0"/>
          <w:sz w:val="20"/>
        </w:rPr>
        <w:br/>
        <w:br/>
        <w:t xml:space="preserve">       https://github.com/PacktPublishing/Python-Automation-Cookbook-Third-Edition/blob/master/ch10/config-channel.ini</w:t>
        <w:br/>
        <w:t xml:space="preserve">      </w:t>
        <w:br/>
      </w:r>
      <w:r>
        <w:rPr>
          <w:b w:val="0"/>
          <w:i w:val="0"/>
        </w:rPr>
        <w:t xml:space="preserve"> .</w:t>
      </w:r>
    </w:p>
    <w:p>
      <w:pPr>
        <w:spacing w:after="80"/>
      </w:pPr>
      <w:r>
        <w:rPr>
          <w:b w:val="0"/>
          <w:i w:val="0"/>
        </w:rPr>
        <w:t xml:space="preserve">Để biết cách lấy thông tin xác thực, hãy tham khảo các công thức </w:t>
      </w:r>
      <w:r>
        <w:rPr>
          <w:b w:val="0"/>
          <w:i/>
        </w:rPr>
        <w:t xml:space="preserve"> Gửi thông báo qua email </w:t>
      </w:r>
      <w:r>
        <w:rPr>
          <w:b w:val="0"/>
          <w:i w:val="0"/>
        </w:rPr>
        <w:t xml:space="preserve"> và </w:t>
      </w:r>
      <w:r>
        <w:rPr>
          <w:b w:val="0"/>
          <w:i/>
        </w:rPr>
        <w:t xml:space="preserve"> Tạo tin nhắn SMS </w:t>
      </w:r>
      <w:r>
        <w:rPr>
          <w:b w:val="0"/>
          <w:i w:val="0"/>
        </w:rPr>
        <w:t xml:space="preserve"> trong </w:t>
      </w:r>
      <w:r>
        <w:rPr>
          <w:b w:val="0"/>
          <w:i/>
        </w:rPr>
        <w:t xml:space="preserve"> Chương 9 </w:t>
      </w:r>
      <w:r>
        <w:rPr>
          <w:b w:val="0"/>
          <w:i w:val="0"/>
        </w:rPr>
        <w:t xml:space="preserve"> , </w:t>
      </w:r>
      <w:r>
        <w:rPr>
          <w:b w:val="0"/>
          <w:i/>
        </w:rPr>
        <w:t xml:space="preserve"> Xử lý các kênh liên lạc </w:t>
      </w:r>
      <w:r>
        <w:rPr>
          <w:b w:val="0"/>
          <w:i w:val="0"/>
        </w:rPr>
        <w:t xml:space="preserve"> .</w:t>
      </w:r>
    </w:p>
    <w:p>
      <w:pPr>
        <w:spacing w:after="80"/>
      </w:pPr>
      <w:r>
        <w:rPr>
          <w:b w:val="0"/>
          <w:i w:val="0"/>
        </w:rPr>
        <w:t>Tệp có định dạng như sau:</w:t>
      </w:r>
    </w:p>
    <w:p>
      <w:pPr>
        <w:spacing w:after="0"/>
        <w:ind w:left="360"/>
        <w:shd w:val="clear" w:color="auto" w:fill="F2F2F2"/>
      </w:pPr>
      <w:r>
        <w:rPr>
          <w:rFonts w:ascii="Consolas" w:hAnsi="Consolas"/>
          <w:sz w:val="18"/>
        </w:rPr>
        <w:t>[MAILGUN]</w:t>
      </w:r>
    </w:p>
    <w:p>
      <w:pPr>
        <w:spacing w:after="0"/>
        <w:ind w:left="360"/>
        <w:shd w:val="clear" w:color="auto" w:fill="F2F2F2"/>
      </w:pPr>
      <w:r>
        <w:rPr>
          <w:rFonts w:ascii="Consolas" w:hAnsi="Consolas"/>
          <w:sz w:val="18"/>
        </w:rPr>
        <w:t>KEY = &lt;YOUR KEY&gt;</w:t>
      </w:r>
    </w:p>
    <w:p>
      <w:pPr>
        <w:spacing w:after="0"/>
        <w:ind w:left="360"/>
        <w:shd w:val="clear" w:color="auto" w:fill="F2F2F2"/>
      </w:pPr>
      <w:r>
        <w:rPr>
          <w:rFonts w:ascii="Consolas" w:hAnsi="Consolas"/>
          <w:sz w:val="18"/>
        </w:rPr>
        <w:t>DOMAIN = &lt;YOUR DOMAIN&gt;</w:t>
      </w:r>
    </w:p>
    <w:p>
      <w:pPr>
        <w:spacing w:after="0"/>
        <w:ind w:left="360"/>
        <w:shd w:val="clear" w:color="auto" w:fill="F2F2F2"/>
      </w:pPr>
      <w:r>
        <w:rPr>
          <w:rFonts w:ascii="Consolas" w:hAnsi="Consolas"/>
          <w:sz w:val="18"/>
        </w:rPr>
        <w:t>FROM = &lt;YOUR FROM EMAIL&gt;</w:t>
      </w:r>
    </w:p>
    <w:p>
      <w:pPr>
        <w:spacing w:after="0"/>
        <w:ind w:left="360"/>
        <w:shd w:val="clear" w:color="auto" w:fill="F2F2F2"/>
      </w:pPr>
      <w:r>
        <w:rPr>
          <w:rFonts w:ascii="Consolas" w:hAnsi="Consolas"/>
          <w:sz w:val="18"/>
        </w:rPr>
        <w:t>[TWILIO]</w:t>
      </w:r>
    </w:p>
    <w:p>
      <w:pPr>
        <w:spacing w:after="0"/>
        <w:ind w:left="360"/>
        <w:shd w:val="clear" w:color="auto" w:fill="F2F2F2"/>
      </w:pPr>
      <w:r>
        <w:rPr>
          <w:rFonts w:ascii="Consolas" w:hAnsi="Consolas"/>
          <w:sz w:val="18"/>
        </w:rPr>
        <w:t>ACCOUNT_SID = &lt;YOUR SID&gt;</w:t>
      </w:r>
    </w:p>
    <w:p>
      <w:pPr>
        <w:spacing w:after="0"/>
        <w:ind w:left="360"/>
        <w:shd w:val="clear" w:color="auto" w:fill="F2F2F2"/>
      </w:pPr>
      <w:r>
        <w:rPr>
          <w:rFonts w:ascii="Consolas" w:hAnsi="Consolas"/>
          <w:sz w:val="18"/>
        </w:rPr>
        <w:t>AUTH_TOKEN = &lt;YOUR TOKEN&gt;</w:t>
      </w:r>
    </w:p>
    <w:p>
      <w:pPr>
        <w:spacing w:after="0"/>
        <w:ind w:left="360"/>
        <w:shd w:val="clear" w:color="auto" w:fill="F2F2F2"/>
      </w:pPr>
      <w:r>
        <w:rPr>
          <w:rFonts w:ascii="Consolas" w:hAnsi="Consolas"/>
          <w:sz w:val="18"/>
        </w:rPr>
        <w:t>FROM = &lt;FROM TWILIO PHONE NUMBER&gt;</w:t>
      </w:r>
    </w:p>
    <w:p>
      <w:pPr>
        <w:spacing w:after="40"/>
      </w:pPr>
    </w:p>
    <w:p>
      <w:pPr>
        <w:spacing w:after="80"/>
      </w:pPr>
      <w:r>
        <w:rPr>
          <w:b w:val="0"/>
          <w:i w:val="0"/>
        </w:rPr>
        <w:t xml:space="preserve">Để mô tả tất cả các liên hệ cần nhắm tới, chúng ta cần tạo một tệp CSV, </w:t>
      </w:r>
      <w:r>
        <w:rPr>
          <w:rFonts w:ascii="Consolas" w:hAnsi="Consolas"/>
          <w:b w:val="0"/>
          <w:i w:val="0"/>
          <w:sz w:val="20"/>
        </w:rPr>
        <w:br/>
        <w:br/>
        <w:t xml:space="preserve">      notifications.csv</w:t>
        <w:br/>
        <w:t xml:space="preserve">     </w:t>
        <w:br/>
      </w:r>
      <w:r>
        <w:rPr>
          <w:b w:val="0"/>
          <w:i w:val="0"/>
        </w:rPr>
        <w:t xml:space="preserve"> , theo định dạng sau:</w:t>
      </w:r>
    </w:p>
    <w:tbl>
      <w:tblPr>
        <w:tblStyle w:val="TableGrid"/>
        <w:tblW w:type="auto" w:w="0"/>
        <w:tblLook w:firstColumn="1" w:firstRow="1" w:lastColumn="0" w:lastRow="0" w:noHBand="0" w:noVBand="1" w:val="04A0"/>
      </w:tblPr>
      <w:tblGrid>
        <w:gridCol w:w="1560"/>
        <w:gridCol w:w="1560"/>
        <w:gridCol w:w="1560"/>
        <w:gridCol w:w="1560"/>
        <w:gridCol w:w="1560"/>
        <w:gridCol w:w="1560"/>
      </w:tblGrid>
      <w:tr>
        <w:tc>
          <w:tcPr>
            <w:tcW w:type="dxa" w:w="1560"/>
          </w:tcPr>
          <w:p>
            <w:r/>
            <w:r>
              <w:rPr>
                <w:b/>
                <w:i w:val="0"/>
                <w:sz w:val="19"/>
              </w:rPr>
              <w:t xml:space="preserve"> Tên </w:t>
            </w:r>
          </w:p>
        </w:tc>
        <w:tc>
          <w:tcPr>
            <w:tcW w:type="dxa" w:w="1560"/>
          </w:tcPr>
          <w:p>
            <w:r/>
            <w:r>
              <w:rPr>
                <w:b/>
                <w:i w:val="0"/>
                <w:sz w:val="19"/>
              </w:rPr>
              <w:t xml:space="preserve"> Phương thức liên hệ </w:t>
            </w:r>
          </w:p>
        </w:tc>
        <w:tc>
          <w:tcPr>
            <w:tcW w:type="dxa" w:w="1560"/>
          </w:tcPr>
          <w:p>
            <w:r/>
            <w:r>
              <w:rPr>
                <w:b/>
                <w:i w:val="0"/>
                <w:sz w:val="19"/>
              </w:rPr>
              <w:t xml:space="preserve"> Mục tiêu </w:t>
            </w:r>
          </w:p>
        </w:tc>
        <w:tc>
          <w:tcPr>
            <w:tcW w:type="dxa" w:w="1560"/>
          </w:tcPr>
          <w:p>
            <w:r/>
            <w:r>
              <w:rPr>
                <w:b/>
                <w:i w:val="0"/>
                <w:sz w:val="19"/>
              </w:rPr>
              <w:t xml:space="preserve"> Trạng thái </w:t>
            </w:r>
          </w:p>
        </w:tc>
        <w:tc>
          <w:tcPr>
            <w:tcW w:type="dxa" w:w="1560"/>
          </w:tcPr>
          <w:p>
            <w:r/>
            <w:r>
              <w:rPr>
                <w:b/>
                <w:i w:val="0"/>
                <w:sz w:val="19"/>
              </w:rPr>
              <w:t xml:space="preserve"> Mã </w:t>
            </w:r>
          </w:p>
        </w:tc>
        <w:tc>
          <w:tcPr>
            <w:tcW w:type="dxa" w:w="1560"/>
          </w:tcPr>
          <w:p>
            <w:r/>
            <w:r>
              <w:rPr>
                <w:b/>
                <w:i w:val="0"/>
                <w:sz w:val="19"/>
              </w:rPr>
              <w:t xml:space="preserve"> Dấu thời gian </w:t>
            </w:r>
          </w:p>
        </w:tc>
      </w:tr>
      <w:tr>
        <w:tc>
          <w:tcPr>
            <w:tcW w:type="dxa" w:w="1560"/>
          </w:tcPr>
          <w:p>
            <w:r/>
            <w:r>
              <w:rPr>
                <w:b w:val="0"/>
                <w:i w:val="0"/>
                <w:sz w:val="19"/>
              </w:rPr>
              <w:t>John Smith</w:t>
            </w:r>
          </w:p>
        </w:tc>
        <w:tc>
          <w:tcPr>
            <w:tcW w:type="dxa" w:w="1560"/>
          </w:tcPr>
          <w:p>
            <w:r/>
            <w:r>
              <w:rPr>
                <w:b w:val="0"/>
                <w:i w:val="0"/>
                <w:sz w:val="19"/>
              </w:rPr>
              <w:t>PHONE</w:t>
            </w:r>
          </w:p>
        </w:tc>
        <w:tc>
          <w:tcPr>
            <w:tcW w:type="dxa" w:w="1560"/>
          </w:tcPr>
          <w:p>
            <w:r/>
            <w:r>
              <w:rPr>
                <w:b w:val="0"/>
                <w:i w:val="0"/>
                <w:sz w:val="19"/>
              </w:rPr>
              <w:t>+1-555-12345678</w:t>
            </w:r>
          </w:p>
        </w:tc>
        <w:tc>
          <w:tcPr>
            <w:tcW w:type="dxa" w:w="1560"/>
          </w:tcPr>
          <w:p>
            <w:r/>
            <w:r>
              <w:rPr>
                <w:b w:val="0"/>
                <w:i w:val="0"/>
                <w:sz w:val="19"/>
              </w:rPr>
              <w:t>CHƯA GỬI</w:t>
            </w:r>
          </w:p>
        </w:tc>
        <w:tc>
          <w:tcPr>
            <w:tcW w:type="dxa" w:w="1560"/>
          </w:tcPr>
          <w:p>
            <w:r/>
            <w:r>
              <w:rPr>
                <w:b w:val="0"/>
                <w:i w:val="0"/>
                <w:sz w:val="19"/>
              </w:rPr>
              <w:t xml:space="preserve"> </w:t>
            </w:r>
          </w:p>
        </w:tc>
        <w:tc>
          <w:tcPr>
            <w:tcW w:type="dxa" w:w="1560"/>
          </w:tcPr>
          <w:p>
            <w:r/>
            <w:r>
              <w:rPr>
                <w:b w:val="0"/>
                <w:i w:val="0"/>
                <w:sz w:val="19"/>
              </w:rPr>
              <w:t xml:space="preserve"> </w:t>
            </w:r>
          </w:p>
        </w:tc>
      </w:tr>
      <w:tr>
        <w:tc>
          <w:tcPr>
            <w:tcW w:type="dxa" w:w="1560"/>
          </w:tcPr>
          <w:p>
            <w:r/>
            <w:r>
              <w:rPr>
                <w:b w:val="0"/>
                <w:i w:val="0"/>
                <w:sz w:val="19"/>
              </w:rPr>
              <w:t>Paul Smith</w:t>
            </w:r>
          </w:p>
        </w:tc>
        <w:tc>
          <w:tcPr>
            <w:tcW w:type="dxa" w:w="1560"/>
          </w:tcPr>
          <w:p>
            <w:r/>
            <w:r>
              <w:rPr>
                <w:b w:val="0"/>
                <w:i w:val="0"/>
                <w:sz w:val="19"/>
              </w:rPr>
              <w:t>EMAIL</w:t>
            </w:r>
          </w:p>
        </w:tc>
        <w:tc>
          <w:tcPr>
            <w:tcW w:type="dxa" w:w="1560"/>
          </w:tcPr>
          <w:p>
            <w:r/>
            <w:r>
              <w:rPr>
                <w:b w:val="0"/>
                <w:i w:val="0"/>
                <w:sz w:val="19"/>
              </w:rPr>
              <w:t>paul.smith@test.com</w:t>
            </w:r>
          </w:p>
        </w:tc>
        <w:tc>
          <w:tcPr>
            <w:tcW w:type="dxa" w:w="1560"/>
          </w:tcPr>
          <w:p>
            <w:r/>
            <w:r>
              <w:rPr>
                <w:b w:val="0"/>
                <w:i w:val="0"/>
                <w:sz w:val="19"/>
              </w:rPr>
              <w:t>CHƯA GỬI</w:t>
            </w:r>
          </w:p>
        </w:tc>
        <w:tc>
          <w:tcPr>
            <w:tcW w:type="dxa" w:w="1560"/>
          </w:tcPr>
          <w:p>
            <w:r/>
            <w:r>
              <w:rPr>
                <w:b w:val="0"/>
                <w:i w:val="0"/>
                <w:sz w:val="19"/>
              </w:rPr>
              <w:t xml:space="preserve"> </w:t>
            </w:r>
          </w:p>
        </w:tc>
        <w:tc>
          <w:tcPr>
            <w:tcW w:type="dxa" w:w="1560"/>
          </w:tcPr>
          <w:p>
            <w:r/>
            <w:r>
              <w:rPr>
                <w:b w:val="0"/>
                <w:i w:val="0"/>
                <w:sz w:val="19"/>
              </w:rPr>
              <w:t xml:space="preserve"> </w:t>
            </w:r>
          </w:p>
        </w:tc>
      </w:tr>
    </w:tbl>
    <w:p>
      <w:pPr>
        <w:spacing w:after="0"/>
      </w:pPr>
    </w:p>
    <w:p>
      <w:pPr>
        <w:spacing w:after="160"/>
        <w:jc w:val="center"/>
      </w:pPr>
      <w:r>
        <w:rPr>
          <w:rFonts w:ascii="Calibri" w:hAnsi="Calibri"/>
          <w:b w:val="0"/>
          <w:i/>
          <w:sz w:val="19"/>
        </w:rPr>
        <w:t>Bảng 10.1: Định dạng của notifications.csv</w:t>
      </w:r>
    </w:p>
    <w:p>
      <w:pPr>
        <w:spacing w:after="80"/>
      </w:pPr>
      <w:r>
        <w:rPr>
          <w:b w:val="0"/>
          <w:i w:val="0"/>
        </w:rPr>
        <w:t xml:space="preserve">Lưu ý rằng cột Code đang trống và tất cả các trạng thái phải là </w:t>
      </w:r>
      <w:r>
        <w:rPr>
          <w:rFonts w:ascii="Consolas" w:hAnsi="Consolas"/>
          <w:b w:val="0"/>
          <w:i w:val="0"/>
          <w:sz w:val="20"/>
        </w:rPr>
        <w:br/>
        <w:br/>
        <w:t xml:space="preserve">      NOT‑SENT</w:t>
        <w:br/>
        <w:t xml:space="preserve">     </w:t>
        <w:br/>
      </w:r>
      <w:r>
        <w:rPr>
          <w:b w:val="0"/>
          <w:i w:val="0"/>
        </w:rPr>
        <w:t xml:space="preserve"> hoặc trống.</w:t>
      </w:r>
    </w:p>
    <w:p>
      <w:pPr>
        <w:spacing w:after="80"/>
      </w:pPr>
      <w:r>
        <w:rPr>
          <w:b w:val="0"/>
          <w:i w:val="0"/>
        </w:rPr>
        <w:t>Nếu bạn đang dùng tài khoản thử nghiệm trên Twilio và Mailgun, hãy lưu ý những giới hạn của chúng. Ví dụ, Twilio chỉ cho phép bạn gửi tin nhắn đến những số điện thoại đã xác thực. Bạn có thể tạo một file CSV nhỏ chỉ với hai hoặc ba liên hệ để thử nghiệm script.</w:t>
      </w:r>
    </w:p>
    <w:p>
      <w:pPr>
        <w:spacing w:after="80"/>
      </w:pPr>
      <w:r>
        <w:rPr>
          <w:b w:val="0"/>
          <w:i w:val="0"/>
        </w:rPr>
        <w:t xml:space="preserve">Các mã giảm giá sẽ dùng cần được chuẩn bị sẵn trong một file CSV. Bạn có thể tạo nhiều đợt với script </w:t>
      </w:r>
      <w:r>
        <w:rPr>
          <w:rFonts w:ascii="Consolas" w:hAnsi="Consolas"/>
          <w:b w:val="0"/>
          <w:i w:val="0"/>
          <w:sz w:val="20"/>
        </w:rPr>
        <w:br/>
        <w:br/>
        <w:t xml:space="preserve">      create_personalised_coupons.py</w:t>
        <w:br/>
        <w:t xml:space="preserve">     </w:t>
        <w:br/>
      </w:r>
      <w:r>
        <w:rPr>
          <w:b w:val="0"/>
          <w:i w:val="0"/>
        </w:rPr>
        <w:t xml:space="preserve"> , có sẵn trên GitHub tại </w:t>
      </w:r>
      <w:r>
        <w:rPr>
          <w:rFonts w:ascii="Consolas" w:hAnsi="Consolas"/>
          <w:b w:val="0"/>
          <w:i w:val="0"/>
          <w:sz w:val="20"/>
        </w:rPr>
        <w:br/>
        <w:br/>
        <w:t xml:space="preserve">       https://github.com/PacktPublishing/Python-Automation-Cookbook-Third-Edition/blob/master/ch10/create_personalised_coupons.py</w:t>
        <w:br/>
        <w:t xml:space="preserve">      </w:t>
        <w:br/>
      </w:r>
      <w:r>
        <w:rPr>
          <w:b w:val="0"/>
          <w:i w:val="0"/>
        </w:rPr>
        <w:t xml:space="preserve"> .</w:t>
      </w:r>
    </w:p>
    <w:p>
      <w:pPr>
        <w:spacing w:after="80"/>
      </w:pPr>
      <w:r>
        <w:rPr>
          <w:b w:val="0"/>
          <w:i w:val="0"/>
        </w:rPr>
        <w:t xml:space="preserve">Tải script sẽ dùng, </w:t>
      </w:r>
      <w:r>
        <w:rPr>
          <w:rFonts w:ascii="Consolas" w:hAnsi="Consolas"/>
          <w:b w:val="0"/>
          <w:i w:val="0"/>
          <w:sz w:val="20"/>
        </w:rPr>
        <w:br/>
        <w:br/>
        <w:t xml:space="preserve">      send_notifications.py</w:t>
        <w:br/>
        <w:t xml:space="preserve">     </w:t>
        <w:br/>
      </w:r>
      <w:r>
        <w:rPr>
          <w:b w:val="0"/>
          <w:i w:val="0"/>
        </w:rPr>
        <w:t xml:space="preserve"> , từ GitHub tại </w:t>
      </w:r>
      <w:r>
        <w:rPr>
          <w:rFonts w:ascii="Consolas" w:hAnsi="Consolas"/>
          <w:b w:val="0"/>
          <w:i w:val="0"/>
          <w:sz w:val="20"/>
        </w:rPr>
        <w:br/>
        <w:br/>
        <w:t xml:space="preserve">       https://github.com/PacktPublishing/Python-Automation-Cookbook-Third-Edition/blob/master/ch10/send_notifications.py</w:t>
        <w:br/>
        <w:t xml:space="preserve">      </w:t>
        <w:br/>
      </w:r>
      <w:r>
        <w:rPr>
          <w:b w:val="0"/>
          <w:i w:val="0"/>
        </w:rPr>
        <w:t xml:space="preserve"> .</w:t>
      </w:r>
    </w:p>
    <w:p>
      <w:pPr>
        <w:pStyle w:val="Heading3"/>
      </w:pPr>
      <w:r>
        <w:rPr>
          <w:rFonts w:ascii="Calibri" w:hAnsi="Calibri"/>
          <w:b/>
          <w:i w:val="0"/>
          <w:sz w:val="26"/>
        </w:rPr>
        <w:t>Cách thực hiện...</w:t>
      </w:r>
    </w:p>
    <w:p>
      <w:pPr>
        <w:spacing w:after="80"/>
        <w:ind w:left="360"/>
      </w:pPr>
      <w:r>
        <w:t xml:space="preserve">1. </w:t>
      </w:r>
      <w:r>
        <w:rPr>
          <w:b w:val="0"/>
          <w:i w:val="0"/>
        </w:rPr>
        <w:t xml:space="preserve">Chạy </w:t>
      </w:r>
      <w:r>
        <w:rPr>
          <w:rFonts w:ascii="Consolas" w:hAnsi="Consolas"/>
          <w:b w:val="0"/>
          <w:i w:val="0"/>
          <w:sz w:val="20"/>
        </w:rPr>
        <w:br/>
        <w:br/>
        <w:t xml:space="preserve">       send_notifications.py</w:t>
        <w:br/>
        <w:t xml:space="preserve">      </w:t>
        <w:br/>
      </w:r>
      <w:r>
        <w:rPr>
          <w:b w:val="0"/>
          <w:i w:val="0"/>
        </w:rPr>
        <w:t xml:space="preserve"> để xem các tùy chọn và cách dùng của nó:</w:t>
      </w:r>
    </w:p>
    <w:p>
      <w:pPr>
        <w:spacing w:after="0"/>
        <w:ind w:left="360"/>
        <w:shd w:val="clear" w:color="auto" w:fill="F2F2F2"/>
      </w:pPr>
      <w:r>
        <w:rPr>
          <w:rFonts w:ascii="Consolas" w:hAnsi="Consolas"/>
          <w:sz w:val="18"/>
        </w:rPr>
        <w:t>$ uv run send_notifications.py --help</w:t>
      </w:r>
    </w:p>
    <w:p>
      <w:pPr>
        <w:spacing w:after="0"/>
        <w:ind w:left="360"/>
        <w:shd w:val="clear" w:color="auto" w:fill="F2F2F2"/>
      </w:pPr>
      <w:r>
        <w:rPr>
          <w:rFonts w:ascii="Consolas" w:hAnsi="Consolas"/>
          <w:sz w:val="18"/>
        </w:rPr>
        <w:t>usage: send_notifications.py [-h] [-c CODES] [--config CONFIG_FILE] notif_file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positional arguments:</w:t>
      </w:r>
    </w:p>
    <w:p>
      <w:pPr>
        <w:spacing w:after="0"/>
        <w:ind w:left="360"/>
        <w:shd w:val="clear" w:color="auto" w:fill="F2F2F2"/>
      </w:pPr>
      <w:r>
        <w:rPr>
          <w:rFonts w:ascii="Consolas" w:hAnsi="Consolas"/>
          <w:sz w:val="18"/>
        </w:rPr>
        <w:t xml:space="preserve">  notif_file            notifications file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options:</w:t>
      </w:r>
    </w:p>
    <w:p>
      <w:pPr>
        <w:spacing w:after="0"/>
        <w:ind w:left="360"/>
        <w:shd w:val="clear" w:color="auto" w:fill="F2F2F2"/>
      </w:pPr>
      <w:r>
        <w:rPr>
          <w:rFonts w:ascii="Consolas" w:hAnsi="Consolas"/>
          <w:sz w:val="18"/>
        </w:rPr>
        <w:t xml:space="preserve">  -h, --help            show this help message and exit</w:t>
      </w:r>
    </w:p>
    <w:p>
      <w:pPr>
        <w:spacing w:after="0"/>
        <w:ind w:left="360"/>
        <w:shd w:val="clear" w:color="auto" w:fill="F2F2F2"/>
      </w:pPr>
      <w:r>
        <w:rPr>
          <w:rFonts w:ascii="Consolas" w:hAnsi="Consolas"/>
          <w:sz w:val="18"/>
        </w:rPr>
        <w:t xml:space="preserve">  -c, --codes CODES     Optional file with codes. If present, the file will be populated with</w:t>
      </w:r>
    </w:p>
    <w:p>
      <w:pPr>
        <w:spacing w:after="0"/>
        <w:ind w:left="360"/>
        <w:shd w:val="clear" w:color="auto" w:fill="F2F2F2"/>
      </w:pPr>
      <w:r>
        <w:rPr>
          <w:rFonts w:ascii="Consolas" w:hAnsi="Consolas"/>
          <w:sz w:val="18"/>
        </w:rPr>
        <w:t xml:space="preserve">                        codes. No codes will be sent</w:t>
      </w:r>
    </w:p>
    <w:p>
      <w:pPr>
        <w:spacing w:after="0"/>
        <w:ind w:left="360"/>
        <w:shd w:val="clear" w:color="auto" w:fill="F2F2F2"/>
      </w:pPr>
      <w:r>
        <w:rPr>
          <w:rFonts w:ascii="Consolas" w:hAnsi="Consolas"/>
          <w:sz w:val="18"/>
        </w:rPr>
        <w:t xml:space="preserve">  --config CONFIG_FILE  config file (default config.ini)</w:t>
      </w:r>
    </w:p>
    <w:p>
      <w:pPr>
        <w:spacing w:after="40"/>
      </w:pPr>
    </w:p>
    <w:p>
      <w:pPr>
        <w:spacing w:after="80"/>
        <w:ind w:left="360"/>
      </w:pPr>
      <w:r>
        <w:t xml:space="preserve">2. </w:t>
      </w:r>
      <w:r>
        <w:rPr>
          <w:b w:val="0"/>
          <w:i w:val="0"/>
        </w:rPr>
        <w:t xml:space="preserve">Kiểm tra file </w:t>
      </w:r>
      <w:r>
        <w:rPr>
          <w:rFonts w:ascii="Consolas" w:hAnsi="Consolas"/>
          <w:b w:val="0"/>
          <w:i w:val="0"/>
          <w:sz w:val="20"/>
        </w:rPr>
        <w:br/>
        <w:br/>
        <w:t xml:space="preserve">       notifications.csv</w:t>
        <w:br/>
        <w:t xml:space="preserve">      </w:t>
        <w:br/>
      </w:r>
      <w:r>
        <w:rPr>
          <w:b w:val="0"/>
          <w:i w:val="0"/>
        </w:rPr>
        <w:t xml:space="preserve"> đang hiển thị các mã trống:</w:t>
      </w:r>
    </w:p>
    <w:p>
      <w:pPr>
        <w:spacing w:after="0"/>
        <w:ind w:left="360"/>
        <w:shd w:val="clear" w:color="auto" w:fill="F2F2F2"/>
      </w:pPr>
      <w:r>
        <w:rPr>
          <w:rFonts w:ascii="Consolas" w:hAnsi="Consolas"/>
          <w:sz w:val="18"/>
        </w:rPr>
        <w:t>$ head notifications.csv</w:t>
      </w:r>
    </w:p>
    <w:p>
      <w:pPr>
        <w:spacing w:after="0"/>
        <w:ind w:left="360"/>
        <w:shd w:val="clear" w:color="auto" w:fill="F2F2F2"/>
      </w:pPr>
      <w:r>
        <w:rPr>
          <w:rFonts w:ascii="Consolas" w:hAnsi="Consolas"/>
          <w:sz w:val="18"/>
        </w:rPr>
        <w:t>Name,Contact Method,Target,Status,Code,Timestamp</w:t>
      </w:r>
    </w:p>
    <w:p>
      <w:pPr>
        <w:spacing w:after="0"/>
        <w:ind w:left="360"/>
        <w:shd w:val="clear" w:color="auto" w:fill="F2F2F2"/>
      </w:pPr>
      <w:r>
        <w:rPr>
          <w:rFonts w:ascii="Consolas" w:hAnsi="Consolas"/>
          <w:sz w:val="18"/>
        </w:rPr>
        <w:t>John Smith,PHONE,+1-555-12345678,NOT-SENT,,</w:t>
      </w:r>
    </w:p>
    <w:p>
      <w:pPr>
        <w:spacing w:after="0"/>
        <w:ind w:left="360"/>
        <w:shd w:val="clear" w:color="auto" w:fill="F2F2F2"/>
      </w:pPr>
      <w:r>
        <w:rPr>
          <w:rFonts w:ascii="Consolas" w:hAnsi="Consolas"/>
          <w:sz w:val="18"/>
        </w:rPr>
        <w:t>Paul Smith,EMAIL,paul.smith@test.com,NOT-SENT,,</w:t>
      </w:r>
    </w:p>
    <w:p>
      <w:pPr>
        <w:spacing w:after="0"/>
        <w:ind w:left="360"/>
        <w:shd w:val="clear" w:color="auto" w:fill="F2F2F2"/>
      </w:pPr>
      <w:r>
        <w:rPr>
          <w:rFonts w:ascii="Consolas" w:hAnsi="Consolas"/>
          <w:sz w:val="18"/>
        </w:rPr>
        <w:t>...</w:t>
      </w:r>
    </w:p>
    <w:p>
      <w:pPr>
        <w:spacing w:after="40"/>
      </w:pPr>
    </w:p>
    <w:p>
      <w:pPr>
        <w:spacing w:after="80"/>
        <w:ind w:left="360"/>
      </w:pPr>
      <w:r>
        <w:t xml:space="preserve">3. </w:t>
      </w:r>
      <w:r>
        <w:rPr>
          <w:b w:val="0"/>
          <w:i w:val="0"/>
        </w:rPr>
        <w:t xml:space="preserve">Thêm các mã vào file </w:t>
      </w:r>
      <w:r>
        <w:rPr>
          <w:rFonts w:ascii="Consolas" w:hAnsi="Consolas"/>
          <w:b w:val="0"/>
          <w:i w:val="0"/>
          <w:sz w:val="20"/>
        </w:rPr>
        <w:br/>
        <w:br/>
        <w:t xml:space="preserve">       notifications.csv</w:t>
        <w:br/>
        <w:t xml:space="preserve">      </w:t>
        <w:br/>
      </w:r>
      <w:r>
        <w:rPr>
          <w:b w:val="0"/>
          <w:i w:val="0"/>
        </w:rPr>
        <w:t xml:space="preserve"> :</w:t>
      </w:r>
    </w:p>
    <w:p>
      <w:pPr>
        <w:spacing w:after="0"/>
        <w:ind w:left="360"/>
        <w:shd w:val="clear" w:color="auto" w:fill="F2F2F2"/>
      </w:pPr>
      <w:r>
        <w:rPr>
          <w:rFonts w:ascii="Consolas" w:hAnsi="Consolas"/>
          <w:sz w:val="18"/>
        </w:rPr>
        <w:t>$ uv run send_notifications.py --config config-channel.ini notifications.csv -c codes_batch_3.csv</w:t>
      </w:r>
    </w:p>
    <w:p>
      <w:pPr>
        <w:spacing w:after="0"/>
        <w:ind w:left="360"/>
        <w:shd w:val="clear" w:color="auto" w:fill="F2F2F2"/>
      </w:pPr>
      <w:r>
        <w:rPr>
          <w:rFonts w:ascii="Consolas" w:hAnsi="Consolas"/>
          <w:sz w:val="18"/>
        </w:rPr>
        <w:t>$ head notifications.csv</w:t>
      </w:r>
    </w:p>
    <w:p>
      <w:pPr>
        <w:spacing w:after="0"/>
        <w:ind w:left="360"/>
        <w:shd w:val="clear" w:color="auto" w:fill="F2F2F2"/>
      </w:pPr>
      <w:r>
        <w:rPr>
          <w:rFonts w:ascii="Consolas" w:hAnsi="Consolas"/>
          <w:sz w:val="18"/>
        </w:rPr>
        <w:t>Name,Contact Method,Target,Status,Code,Timestamp</w:t>
      </w:r>
    </w:p>
    <w:p>
      <w:pPr>
        <w:spacing w:after="0"/>
        <w:ind w:left="360"/>
        <w:shd w:val="clear" w:color="auto" w:fill="F2F2F2"/>
      </w:pPr>
      <w:r>
        <w:rPr>
          <w:rFonts w:ascii="Consolas" w:hAnsi="Consolas"/>
          <w:sz w:val="18"/>
        </w:rPr>
        <w:t>John Smith,PHONE,+1-555-12345678,NOT-SENT,CFXK-U37JN-TM,</w:t>
      </w:r>
    </w:p>
    <w:p>
      <w:pPr>
        <w:spacing w:after="0"/>
        <w:ind w:left="360"/>
        <w:shd w:val="clear" w:color="auto" w:fill="F2F2F2"/>
      </w:pPr>
      <w:r>
        <w:rPr>
          <w:rFonts w:ascii="Consolas" w:hAnsi="Consolas"/>
          <w:sz w:val="18"/>
        </w:rPr>
        <w:t>Paul Smith,EMAIL,paul.smith@test.com,NOT-SENT,HJGX-M97WE-9Y,</w:t>
      </w:r>
    </w:p>
    <w:p>
      <w:pPr>
        <w:spacing w:after="0"/>
        <w:ind w:left="360"/>
        <w:shd w:val="clear" w:color="auto" w:fill="F2F2F2"/>
      </w:pPr>
      <w:r>
        <w:rPr>
          <w:rFonts w:ascii="Consolas" w:hAnsi="Consolas"/>
          <w:sz w:val="18"/>
        </w:rPr>
        <w:t>...</w:t>
      </w:r>
    </w:p>
    <w:p>
      <w:pPr>
        <w:spacing w:after="40"/>
      </w:pPr>
    </w:p>
    <w:p>
      <w:pPr>
        <w:spacing w:after="80"/>
        <w:ind w:left="360"/>
      </w:pPr>
      <w:r>
        <w:t xml:space="preserve">4. </w:t>
      </w:r>
      <w:r>
        <w:rPr>
          <w:b w:val="0"/>
          <w:i w:val="0"/>
        </w:rPr>
        <w:t>Cuối cùng, gửi các thông báo:</w:t>
      </w:r>
    </w:p>
    <w:p>
      <w:pPr>
        <w:spacing w:after="0"/>
        <w:ind w:left="360"/>
        <w:shd w:val="clear" w:color="auto" w:fill="F2F2F2"/>
      </w:pPr>
      <w:r>
        <w:rPr>
          <w:rFonts w:ascii="Consolas" w:hAnsi="Consolas"/>
          <w:sz w:val="18"/>
        </w:rPr>
        <w:t>$ uv run send_notifications.py --config config-channel.ini notifications.csv</w:t>
      </w:r>
    </w:p>
    <w:p>
      <w:pPr>
        <w:spacing w:after="0"/>
        <w:ind w:left="360"/>
        <w:shd w:val="clear" w:color="auto" w:fill="F2F2F2"/>
      </w:pPr>
      <w:r>
        <w:rPr>
          <w:rFonts w:ascii="Consolas" w:hAnsi="Consolas"/>
          <w:sz w:val="18"/>
        </w:rPr>
        <w:t>$ head notifications.csv</w:t>
      </w:r>
    </w:p>
    <w:p>
      <w:pPr>
        <w:spacing w:after="0"/>
        <w:ind w:left="360"/>
        <w:shd w:val="clear" w:color="auto" w:fill="F2F2F2"/>
      </w:pPr>
      <w:r>
        <w:rPr>
          <w:rFonts w:ascii="Consolas" w:hAnsi="Consolas"/>
          <w:sz w:val="18"/>
        </w:rPr>
        <w:t>Name,Contact Method,Target,Status,Code,Timestamp</w:t>
      </w:r>
    </w:p>
    <w:p>
      <w:pPr>
        <w:spacing w:after="0"/>
        <w:ind w:left="360"/>
        <w:shd w:val="clear" w:color="auto" w:fill="F2F2F2"/>
      </w:pPr>
      <w:r>
        <w:rPr>
          <w:rFonts w:ascii="Consolas" w:hAnsi="Consolas"/>
          <w:sz w:val="18"/>
        </w:rPr>
        <w:t>John Smith,PHONE,+1-555-12345678,SENT,CFXK-U37JN-TM,2026-02-26T18:30:02.975892+00:00</w:t>
      </w:r>
    </w:p>
    <w:p>
      <w:pPr>
        <w:spacing w:after="0"/>
        <w:ind w:left="360"/>
        <w:shd w:val="clear" w:color="auto" w:fill="F2F2F2"/>
      </w:pPr>
      <w:r>
        <w:rPr>
          <w:rFonts w:ascii="Consolas" w:hAnsi="Consolas"/>
          <w:sz w:val="18"/>
        </w:rPr>
        <w:t>Paul Smith,EMAIL,paul.smith@test.com,SENT,HJGX-M97WE-9Y, 2026-02-26T18:30:06.980951+00:00</w:t>
      </w:r>
    </w:p>
    <w:p>
      <w:pPr>
        <w:spacing w:after="0"/>
        <w:ind w:left="360"/>
        <w:shd w:val="clear" w:color="auto" w:fill="F2F2F2"/>
      </w:pPr>
      <w:r>
        <w:rPr>
          <w:rFonts w:ascii="Consolas" w:hAnsi="Consolas"/>
          <w:sz w:val="18"/>
        </w:rPr>
        <w:t>...</w:t>
      </w:r>
    </w:p>
    <w:p>
      <w:pPr>
        <w:spacing w:after="40"/>
      </w:pPr>
    </w:p>
    <w:p>
      <w:pPr>
        <w:spacing w:after="80"/>
        <w:ind w:left="360"/>
      </w:pPr>
      <w:r>
        <w:t xml:space="preserve">5. </w:t>
      </w:r>
      <w:r>
        <w:rPr>
          <w:b w:val="0"/>
          <w:i w:val="0"/>
        </w:rPr>
        <w:t>Kiểm tra email và số điện thoại để xác minh tin nhắn đã được nhận</w:t>
      </w:r>
    </w:p>
    <w:p>
      <w:pPr>
        <w:pStyle w:val="Heading3"/>
      </w:pPr>
      <w:r>
        <w:rPr>
          <w:rFonts w:ascii="Calibri" w:hAnsi="Calibri"/>
          <w:b/>
          <w:i w:val="0"/>
          <w:sz w:val="26"/>
        </w:rPr>
        <w:t>Cách hoạt động...</w:t>
      </w:r>
    </w:p>
    <w:p>
      <w:pPr>
        <w:spacing w:after="80"/>
      </w:pPr>
      <w:r>
        <w:rPr>
          <w:b w:val="0"/>
          <w:i/>
        </w:rPr>
        <w:t>Bước 1</w:t>
      </w:r>
      <w:r>
        <w:rPr>
          <w:b w:val="0"/>
          <w:i w:val="0"/>
        </w:rPr>
        <w:t xml:space="preserve"> cho thấy cách sử dụng script. Ý tưởng chung là gọi nó vài lần; lần đầu để điền mã, lần thứ hai để gửi tin nhắn. Nếu có lỗi, script có thể chạy lại, và chỉ những tin nhắn chưa được gửi trước đó mới được thử lại.</w:t>
      </w:r>
    </w:p>
    <w:p>
      <w:pPr>
        <w:spacing w:after="80"/>
      </w:pPr>
      <w:r>
        <w:rPr>
          <w:b w:val="0"/>
          <w:i w:val="0"/>
        </w:rPr>
        <w:t xml:space="preserve">Tệp </w:t>
      </w:r>
      <w:r>
        <w:rPr>
          <w:rFonts w:ascii="Consolas" w:hAnsi="Consolas"/>
          <w:b w:val="0"/>
          <w:i w:val="0"/>
          <w:sz w:val="20"/>
        </w:rPr>
        <w:br/>
        <w:br/>
        <w:t xml:space="preserve">      notifications.csv</w:t>
        <w:br/>
        <w:t xml:space="preserve">     </w:t>
        <w:br/>
      </w:r>
      <w:r>
        <w:rPr>
          <w:b w:val="0"/>
          <w:i w:val="0"/>
        </w:rPr>
        <w:t xml:space="preserve"> nhận các mã sẽ được chèn vào </w:t>
      </w:r>
      <w:r>
        <w:rPr>
          <w:b w:val="0"/>
          <w:i/>
        </w:rPr>
        <w:t>bước 2</w:t>
      </w:r>
      <w:r>
        <w:rPr>
          <w:b w:val="0"/>
          <w:i w:val="0"/>
        </w:rPr>
        <w:t xml:space="preserve">. Các mã cuối cùng được gửi ở </w:t>
      </w:r>
      <w:r>
        <w:rPr>
          <w:b w:val="0"/>
          <w:i/>
        </w:rPr>
        <w:t>bước 3</w:t>
      </w:r>
      <w:r>
        <w:rPr>
          <w:b w:val="0"/>
          <w:i w:val="0"/>
        </w:rPr>
        <w:t>.</w:t>
      </w:r>
    </w:p>
    <w:p>
      <w:pPr>
        <w:spacing w:after="80"/>
      </w:pPr>
      <w:r>
        <w:rPr>
          <w:b w:val="0"/>
          <w:i w:val="0"/>
        </w:rPr>
        <w:t xml:space="preserve">Hãy phân tích code của </w:t>
      </w:r>
      <w:r>
        <w:rPr>
          <w:rFonts w:ascii="Consolas" w:hAnsi="Consolas"/>
          <w:b w:val="0"/>
          <w:i w:val="0"/>
          <w:sz w:val="20"/>
        </w:rPr>
        <w:br/>
        <w:br/>
        <w:t xml:space="preserve">      send_notifications.py</w:t>
        <w:br/>
        <w:t xml:space="preserve">     </w:t>
        <w:br/>
      </w:r>
      <w:r>
        <w:rPr>
          <w:b w:val="0"/>
          <w:i w:val="0"/>
        </w:rPr>
        <w:t>. Chỉ những phần quan trọng nhất được hiển thị ở đây:</w:t>
      </w:r>
    </w:p>
    <w:p>
      <w:pPr>
        <w:spacing w:after="0"/>
        <w:ind w:left="360"/>
        <w:shd w:val="clear" w:color="auto" w:fill="F2F2F2"/>
      </w:pPr>
      <w:r>
        <w:rPr>
          <w:rFonts w:ascii="Consolas" w:hAnsi="Consolas"/>
          <w:sz w:val="18"/>
        </w:rPr>
        <w:t># IMPORTS</w:t>
      </w:r>
    </w:p>
    <w:p>
      <w:pPr>
        <w:spacing w:after="0"/>
        <w:ind w:left="360"/>
        <w:shd w:val="clear" w:color="auto" w:fill="F2F2F2"/>
      </w:pPr>
      <w:r>
        <w:rPr>
          <w:rFonts w:ascii="Consolas" w:hAnsi="Consolas"/>
          <w:sz w:val="18"/>
        </w:rPr>
        <w:t>def send_phone_notification(...):</w:t>
      </w:r>
    </w:p>
    <w:p>
      <w:pPr>
        <w:spacing w:after="0"/>
        <w:ind w:left="360"/>
        <w:shd w:val="clear" w:color="auto" w:fill="F2F2F2"/>
      </w:pPr>
      <w:r>
        <w:rPr>
          <w:rFonts w:ascii="Consolas" w:hAnsi="Consolas"/>
          <w:sz w:val="18"/>
        </w:rPr>
        <w:t>def send_email_notification(...):</w:t>
      </w:r>
    </w:p>
    <w:p>
      <w:pPr>
        <w:spacing w:after="0"/>
        <w:ind w:left="360"/>
        <w:shd w:val="clear" w:color="auto" w:fill="F2F2F2"/>
      </w:pPr>
      <w:r>
        <w:rPr>
          <w:rFonts w:ascii="Consolas" w:hAnsi="Consolas"/>
          <w:sz w:val="18"/>
        </w:rPr>
        <w:t>def send_notification(...):</w:t>
      </w:r>
    </w:p>
    <w:p>
      <w:pPr>
        <w:spacing w:after="0"/>
        <w:ind w:left="360"/>
        <w:shd w:val="clear" w:color="auto" w:fill="F2F2F2"/>
      </w:pPr>
      <w:r>
        <w:rPr>
          <w:rFonts w:ascii="Consolas" w:hAnsi="Consolas"/>
          <w:sz w:val="18"/>
        </w:rPr>
        <w:t>def save_file(...):</w:t>
      </w:r>
    </w:p>
    <w:p>
      <w:pPr>
        <w:spacing w:after="0"/>
        <w:ind w:left="360"/>
        <w:shd w:val="clear" w:color="auto" w:fill="F2F2F2"/>
      </w:pPr>
      <w:r>
        <w:rPr>
          <w:rFonts w:ascii="Consolas" w:hAnsi="Consolas"/>
          <w:sz w:val="18"/>
        </w:rPr>
        <w:t>def main(...):</w:t>
      </w:r>
    </w:p>
    <w:p>
      <w:pPr>
        <w:spacing w:after="0"/>
        <w:ind w:left="360"/>
        <w:shd w:val="clear" w:color="auto" w:fill="F2F2F2"/>
      </w:pPr>
      <w:r>
        <w:rPr>
          <w:rFonts w:ascii="Consolas" w:hAnsi="Consolas"/>
          <w:sz w:val="18"/>
        </w:rPr>
        <w:t>if __name__ == '__main__':</w:t>
      </w:r>
    </w:p>
    <w:p>
      <w:pPr>
        <w:spacing w:after="0"/>
        <w:ind w:left="360"/>
        <w:shd w:val="clear" w:color="auto" w:fill="F2F2F2"/>
      </w:pPr>
      <w:r>
        <w:rPr>
          <w:rFonts w:ascii="Consolas" w:hAnsi="Consolas"/>
          <w:sz w:val="18"/>
        </w:rPr>
        <w:t xml:space="preserve">    # Parse arguments and prepare configuration</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Hàm </w:t>
      </w:r>
      <w:r>
        <w:rPr>
          <w:rFonts w:ascii="Consolas" w:hAnsi="Consolas"/>
          <w:b w:val="0"/>
          <w:i w:val="0"/>
          <w:sz w:val="20"/>
        </w:rPr>
        <w:br/>
        <w:br/>
        <w:t xml:space="preserve">      main</w:t>
        <w:br/>
        <w:t xml:space="preserve">     </w:t>
        <w:br/>
      </w:r>
      <w:r>
        <w:rPr>
          <w:b w:val="0"/>
          <w:i w:val="0"/>
        </w:rPr>
        <w:t xml:space="preserve"> đi qua từng dòng của tệp và phân tích cần làm gì trong mỗi trường hợp. Nếu mục là </w:t>
      </w:r>
      <w:r>
        <w:rPr>
          <w:rFonts w:ascii="Consolas" w:hAnsi="Consolas"/>
          <w:b w:val="0"/>
          <w:i w:val="0"/>
          <w:sz w:val="20"/>
        </w:rPr>
        <w:br/>
        <w:br/>
        <w:t xml:space="preserve">      SENT</w:t>
        <w:br/>
        <w:t xml:space="preserve">     </w:t>
        <w:br/>
      </w:r>
      <w:r>
        <w:rPr>
          <w:b w:val="0"/>
          <w:i w:val="0"/>
        </w:rPr>
        <w:t>, nó sẽ bỏ qua. Nếu chưa có mã, nó sẽ cố điền vào. Nếu nó cố gửi, nó sẽ đính kèm dấu thời gian để ghi lại thời điểm đã gửi hoặc đã thử gửi.</w:t>
      </w:r>
    </w:p>
    <w:p>
      <w:pPr>
        <w:spacing w:after="80"/>
      </w:pPr>
      <w:r>
        <w:rPr>
          <w:b w:val="0"/>
          <w:i w:val="0"/>
        </w:rPr>
        <w:t xml:space="preserve">Với mỗi mục, toàn bộ tệp được ghi lại bởi hàm </w:t>
      </w:r>
      <w:r>
        <w:rPr>
          <w:rFonts w:ascii="Consolas" w:hAnsi="Consolas"/>
          <w:b w:val="0"/>
          <w:i w:val="0"/>
          <w:sz w:val="20"/>
        </w:rPr>
        <w:br/>
        <w:br/>
        <w:t xml:space="preserve">      save_file</w:t>
        <w:br/>
        <w:t xml:space="preserve">     </w:t>
        <w:br/>
      </w:r>
      <w:r>
        <w:rPr>
          <w:b w:val="0"/>
          <w:i w:val="0"/>
        </w:rPr>
        <w:t>. Lưu ý cách con trỏ tệp được đặt ở đầu tệp. Tệp được ghi rồi đẩy xuống đĩa:</w:t>
      </w:r>
    </w:p>
    <w:p>
      <w:pPr>
        <w:spacing w:after="0"/>
        <w:ind w:left="360"/>
        <w:shd w:val="clear" w:color="auto" w:fill="F2F2F2"/>
      </w:pPr>
      <w:r>
        <w:rPr>
          <w:rFonts w:ascii="Consolas" w:hAnsi="Consolas"/>
          <w:sz w:val="18"/>
        </w:rPr>
        <w:t>def save_file(notif_file, data):</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Overwrite the file with the new information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Start at the start of the file</w:t>
      </w:r>
    </w:p>
    <w:p>
      <w:pPr>
        <w:spacing w:after="0"/>
        <w:ind w:left="360"/>
        <w:shd w:val="clear" w:color="auto" w:fill="F2F2F2"/>
      </w:pPr>
      <w:r>
        <w:rPr>
          <w:rFonts w:ascii="Consolas" w:hAnsi="Consolas"/>
          <w:sz w:val="18"/>
        </w:rPr>
        <w:t xml:space="preserve">    notif_file.seek(0)</w:t>
      </w:r>
    </w:p>
    <w:p>
      <w:pPr>
        <w:spacing w:after="0"/>
        <w:ind w:left="360"/>
        <w:shd w:val="clear" w:color="auto" w:fill="F2F2F2"/>
      </w:pPr>
      <w:r>
        <w:rPr>
          <w:rFonts w:ascii="Consolas" w:hAnsi="Consolas"/>
          <w:sz w:val="18"/>
        </w:rPr>
        <w:t xml:space="preserve">    header = data[0].keys()</w:t>
      </w:r>
    </w:p>
    <w:p>
      <w:pPr>
        <w:spacing w:after="0"/>
        <w:ind w:left="360"/>
        <w:shd w:val="clear" w:color="auto" w:fill="F2F2F2"/>
      </w:pPr>
      <w:r>
        <w:rPr>
          <w:rFonts w:ascii="Consolas" w:hAnsi="Consolas"/>
          <w:sz w:val="18"/>
        </w:rPr>
        <w:t xml:space="preserve">    writer = csv.DictWriter(notif_file, fieldnames=header)</w:t>
      </w:r>
    </w:p>
    <w:p>
      <w:pPr>
        <w:spacing w:after="0"/>
        <w:ind w:left="360"/>
        <w:shd w:val="clear" w:color="auto" w:fill="F2F2F2"/>
      </w:pPr>
      <w:r>
        <w:rPr>
          <w:rFonts w:ascii="Consolas" w:hAnsi="Consolas"/>
          <w:sz w:val="18"/>
        </w:rPr>
        <w:t xml:space="preserve">    writer.writeheader()</w:t>
      </w:r>
    </w:p>
    <w:p>
      <w:pPr>
        <w:spacing w:after="0"/>
        <w:ind w:left="360"/>
        <w:shd w:val="clear" w:color="auto" w:fill="F2F2F2"/>
      </w:pPr>
      <w:r>
        <w:rPr>
          <w:rFonts w:ascii="Consolas" w:hAnsi="Consolas"/>
          <w:sz w:val="18"/>
        </w:rPr>
        <w:t xml:space="preserve">    writer.writerows(data)</w:t>
      </w:r>
    </w:p>
    <w:p>
      <w:pPr>
        <w:spacing w:after="0"/>
        <w:ind w:left="360"/>
        <w:shd w:val="clear" w:color="auto" w:fill="F2F2F2"/>
      </w:pPr>
      <w:r>
        <w:rPr>
          <w:rFonts w:ascii="Consolas" w:hAnsi="Consolas"/>
          <w:sz w:val="18"/>
        </w:rPr>
        <w:t xml:space="preserve">    # Be sure to write to disk</w:t>
      </w:r>
    </w:p>
    <w:p>
      <w:pPr>
        <w:spacing w:after="0"/>
        <w:ind w:left="360"/>
        <w:shd w:val="clear" w:color="auto" w:fill="F2F2F2"/>
      </w:pPr>
      <w:r>
        <w:rPr>
          <w:rFonts w:ascii="Consolas" w:hAnsi="Consolas"/>
          <w:sz w:val="18"/>
        </w:rPr>
        <w:t xml:space="preserve">    notif_file.flush()</w:t>
      </w:r>
    </w:p>
    <w:p>
      <w:pPr>
        <w:spacing w:after="40"/>
      </w:pPr>
    </w:p>
    <w:p>
      <w:pPr>
        <w:spacing w:after="80"/>
      </w:pPr>
      <w:r>
        <w:rPr>
          <w:b w:val="0"/>
          <w:i w:val="0"/>
        </w:rPr>
        <w:t>Thao tác này ghi đè tệp mỗi lần xử lý một mục, mà không cần phải đóng rồi mở lại tệp.</w:t>
      </w:r>
    </w:p>
    <w:p>
      <w:pPr>
        <w:spacing w:after="80"/>
      </w:pPr>
      <w:r>
        <w:rPr>
          <w:b/>
          <w:i w:val="0"/>
        </w:rPr>
        <w:t>Lưu ý</w:t>
      </w:r>
    </w:p>
    <w:p>
      <w:pPr>
        <w:spacing w:after="80"/>
      </w:pPr>
      <w:r>
        <w:rPr>
          <w:b w:val="0"/>
          <w:i w:val="0"/>
        </w:rPr>
        <w:t xml:space="preserve">Tại sao lại ghi toàn bộ tệp cho mỗi mục? Vì đó là cách dễ dàng để lưu trữ từng thao tác và cho phép bạn thử lại quá trình gửi. Ví dụ, nếu một mục gây ra lỗi bất ngờ hoặc hết thời gian chờ, hoặc thậm chí nếu có lỗi chung, tất cả tiến trình và mã trước đó sẽ được đánh dấu là </w:t>
      </w:r>
      <w:r>
        <w:rPr>
          <w:rFonts w:ascii="Consolas" w:hAnsi="Consolas"/>
          <w:b w:val="0"/>
          <w:i w:val="0"/>
          <w:sz w:val="20"/>
        </w:rPr>
        <w:br/>
        <w:br/>
        <w:t xml:space="preserve">       SENT</w:t>
        <w:br/>
        <w:t xml:space="preserve">      </w:t>
        <w:br/>
      </w:r>
      <w:r>
        <w:rPr>
          <w:b w:val="0"/>
          <w:i w:val="0"/>
        </w:rPr>
        <w:t xml:space="preserve"> rồi và sẽ không bị gửi lần thứ hai. Điều này có nghĩa là thao tác có thể được thử lại khi cần. Với số lượng lớn mục, đây là cách tốt để đảm bảo rằng một sự cố giữa chừng không khiến chúng ta gửi lại tin nhắn cho khách hàng.</w:t>
      </w:r>
    </w:p>
    <w:p>
      <w:pPr>
        <w:spacing w:after="80"/>
      </w:pPr>
      <w:r>
        <w:rPr>
          <w:b w:val="0"/>
          <w:i w:val="0"/>
        </w:rPr>
        <w:t>Tuy nhiên, sự tiện lợi này cũng có vấn đề. Với số lượng hàng cực lớn, chúng ta có nguy cơ gặp vấn đề khi lưu tệp. Điều này có thể khiến tệp bị hỏng do lỗi bất ngờ trong lúc ghi hoặc mất quá nhiều thời gian để lưu. Với số lượng dự kiến ban đầu là 200,000 mã, việc lưu tệp lớn này ít nhất 200,000 lần có thể tạo ra vấn đề và độ trễ.</w:t>
      </w:r>
    </w:p>
    <w:p>
      <w:pPr>
        <w:spacing w:after="80"/>
      </w:pPr>
      <w:r>
        <w:rPr>
          <w:b w:val="0"/>
          <w:i w:val="0"/>
        </w:rPr>
        <w:t>Nếu đúng như vậy, hãy chia tệp thành các lô nhỏ độc lập có thể xử lý riêng, ví dụ chia bài toán thành 400 lô độc lập, mỗi lô 500 hàng. Với các quy trình rất lớn, có thể cần một hệ thống đảm bảo dữ liệu không bị hỏng, chẳng hạn như cơ sở dữ liệu.</w:t>
      </w:r>
    </w:p>
    <w:p>
      <w:pPr>
        <w:spacing w:after="80"/>
      </w:pPr>
      <w:r>
        <w:rPr>
          <w:b w:val="0"/>
          <w:i w:val="0"/>
        </w:rPr>
        <w:t xml:space="preserve">Với mỗi mã cần gửi, hàm </w:t>
      </w:r>
      <w:r>
        <w:rPr>
          <w:rFonts w:ascii="Consolas" w:hAnsi="Consolas"/>
          <w:b w:val="0"/>
          <w:i w:val="0"/>
          <w:sz w:val="20"/>
        </w:rPr>
        <w:br/>
        <w:br/>
        <w:t xml:space="preserve">      send_notification</w:t>
        <w:br/>
        <w:t xml:space="preserve">     </w:t>
        <w:br/>
      </w:r>
      <w:r>
        <w:rPr>
          <w:b w:val="0"/>
          <w:i w:val="0"/>
        </w:rPr>
        <w:t xml:space="preserve"> quyết định gọi </w:t>
      </w:r>
      <w:r>
        <w:rPr>
          <w:rFonts w:ascii="Consolas" w:hAnsi="Consolas"/>
          <w:b w:val="0"/>
          <w:i w:val="0"/>
          <w:sz w:val="20"/>
        </w:rPr>
        <w:br/>
        <w:br/>
        <w:t xml:space="preserve">      send_phone_notification</w:t>
        <w:br/>
        <w:t xml:space="preserve">     </w:t>
        <w:br/>
      </w:r>
      <w:r>
        <w:rPr>
          <w:b w:val="0"/>
          <w:i w:val="0"/>
        </w:rPr>
        <w:t xml:space="preserve"> hay </w:t>
      </w:r>
      <w:r>
        <w:rPr>
          <w:rFonts w:ascii="Consolas" w:hAnsi="Consolas"/>
          <w:b w:val="0"/>
          <w:i w:val="0"/>
          <w:sz w:val="20"/>
        </w:rPr>
        <w:br/>
        <w:br/>
        <w:t xml:space="preserve">      send_email_notification</w:t>
        <w:br/>
        <w:t xml:space="preserve">     </w:t>
        <w:br/>
      </w:r>
      <w:r>
        <w:rPr>
          <w:b w:val="0"/>
          <w:i w:val="0"/>
        </w:rPr>
        <w:t>. Nó thêm thời gian hiện tại trong cả hai trường hợp.</w:t>
      </w:r>
    </w:p>
    <w:p>
      <w:pPr>
        <w:spacing w:after="80"/>
      </w:pPr>
      <w:r>
        <w:rPr>
          <w:b w:val="0"/>
          <w:i w:val="0"/>
        </w:rPr>
        <w:t xml:space="preserve">Cả hai hàm gửi đều trả về lỗi nếu không thể gửi tin nhắn. Điều này cho phép bạn đánh dấu nó trong tệp </w:t>
      </w:r>
      <w:r>
        <w:rPr>
          <w:rFonts w:ascii="Consolas" w:hAnsi="Consolas"/>
          <w:b w:val="0"/>
          <w:i w:val="0"/>
          <w:sz w:val="20"/>
        </w:rPr>
        <w:br/>
        <w:br/>
        <w:t xml:space="preserve">      notifications.csv</w:t>
        <w:br/>
        <w:t xml:space="preserve">     </w:t>
        <w:br/>
      </w:r>
      <w:r>
        <w:rPr>
          <w:b w:val="0"/>
          <w:i w:val="0"/>
        </w:rPr>
        <w:t xml:space="preserve"> kết quả và thử lại sau.</w:t>
      </w:r>
    </w:p>
    <w:p>
      <w:pPr>
        <w:spacing w:after="80"/>
      </w:pPr>
      <w:r>
        <w:rPr>
          <w:b/>
          <w:i w:val="0"/>
        </w:rPr>
        <w:t>Mẹo</w:t>
      </w:r>
    </w:p>
    <w:p>
      <w:pPr>
        <w:spacing w:after="80"/>
      </w:pPr>
      <w:r>
        <w:rPr>
          <w:b w:val="0"/>
          <w:i w:val="0"/>
        </w:rPr>
        <w:t xml:space="preserve">Tệp </w:t>
      </w:r>
      <w:r>
        <w:rPr>
          <w:rFonts w:ascii="Consolas" w:hAnsi="Consolas"/>
          <w:b w:val="0"/>
          <w:i w:val="0"/>
          <w:sz w:val="20"/>
        </w:rPr>
        <w:br/>
        <w:br/>
        <w:t xml:space="preserve">       notifications.csv</w:t>
        <w:br/>
        <w:t xml:space="preserve">      </w:t>
        <w:br/>
      </w:r>
      <w:r>
        <w:rPr>
          <w:b w:val="0"/>
          <w:i w:val="0"/>
        </w:rPr>
        <w:t xml:space="preserve"> cũng có thể được sửa thủ công. Ví dụ, hãy tưởng tượng có một lỗi đánh máy trong email và đó là nguyên nhân gây ra lỗi. Có thể sửa nó và thử lại.</w:t>
      </w:r>
    </w:p>
    <w:p>
      <w:pPr>
        <w:spacing w:after="80"/>
      </w:pPr>
      <w:r>
        <w:rPr>
          <w:rFonts w:ascii="Consolas" w:hAnsi="Consolas"/>
          <w:b w:val="0"/>
          <w:i w:val="0"/>
          <w:sz w:val="20"/>
        </w:rPr>
        <w:br/>
        <w:br/>
        <w:t xml:space="preserve">      send_email_notification</w:t>
        <w:br/>
        <w:t xml:space="preserve">     </w:t>
        <w:br/>
      </w:r>
      <w:r>
        <w:rPr>
          <w:b w:val="0"/>
          <w:i w:val="0"/>
        </w:rPr>
        <w:t xml:space="preserve"> gửi tin nhắn dựa trên giao diện Mailgun. Để biết thêm thông tin, hãy tham khảo công thức </w:t>
      </w:r>
      <w:r>
        <w:rPr>
          <w:b w:val="0"/>
          <w:i/>
        </w:rPr>
        <w:t xml:space="preserve"> Gửi thông báo qua email </w:t>
      </w:r>
      <w:r>
        <w:rPr>
          <w:b w:val="0"/>
          <w:i w:val="0"/>
        </w:rPr>
        <w:t xml:space="preserve"> trong </w:t>
      </w:r>
      <w:r>
        <w:rPr>
          <w:b w:val="0"/>
          <w:i/>
        </w:rPr>
        <w:t xml:space="preserve"> Chương 9 </w:t>
      </w:r>
      <w:r>
        <w:rPr>
          <w:b w:val="0"/>
          <w:i w:val="0"/>
        </w:rPr>
        <w:t xml:space="preserve"> , </w:t>
      </w:r>
      <w:r>
        <w:rPr>
          <w:b w:val="0"/>
          <w:i/>
        </w:rPr>
        <w:t xml:space="preserve"> Xử lý các kênh liên lạc </w:t>
      </w:r>
      <w:r>
        <w:rPr>
          <w:b w:val="0"/>
          <w:i w:val="0"/>
        </w:rPr>
        <w:t xml:space="preserve"> . Lưu ý rằng email được gửi ở đây chỉ là văn bản thuần.</w:t>
      </w:r>
    </w:p>
    <w:p>
      <w:pPr>
        <w:spacing w:after="80"/>
      </w:pPr>
      <w:r>
        <w:rPr>
          <w:b/>
          <w:i w:val="0"/>
        </w:rPr>
        <w:t>Mẹo</w:t>
      </w:r>
    </w:p>
    <w:p>
      <w:pPr>
        <w:spacing w:after="80"/>
      </w:pPr>
      <w:r>
        <w:rPr>
          <w:b w:val="0"/>
          <w:i w:val="0"/>
        </w:rPr>
        <w:t>Mẫu email ví dụ đơn giản của chúng ta có thể bị các nhà cung cấp email phát hiện là thư rác. Hãy nhớ mở rộng nó và tạo một tin nhắn đầy đủ nội dung hơn để tránh điều đó.</w:t>
      </w:r>
    </w:p>
    <w:p>
      <w:pPr>
        <w:spacing w:after="80"/>
      </w:pPr>
      <w:r>
        <w:rPr>
          <w:rFonts w:ascii="Consolas" w:hAnsi="Consolas"/>
          <w:b w:val="0"/>
          <w:i w:val="0"/>
          <w:sz w:val="20"/>
        </w:rPr>
        <w:br/>
        <w:br/>
        <w:t xml:space="preserve">      send_phone_notification</w:t>
        <w:br/>
        <w:t xml:space="preserve">     </w:t>
        <w:br/>
      </w:r>
      <w:r>
        <w:rPr>
          <w:b w:val="0"/>
          <w:i w:val="0"/>
        </w:rPr>
        <w:t xml:space="preserve"> gửi tin nhắn dựa trên giao diện Twilio. Để biết thêm thông tin, hãy tham khảo công thức </w:t>
      </w:r>
      <w:r>
        <w:rPr>
          <w:b w:val="0"/>
          <w:i/>
        </w:rPr>
        <w:t xml:space="preserve"> Tạo SMS trong Chương 9 </w:t>
      </w:r>
      <w:r>
        <w:rPr>
          <w:b w:val="0"/>
          <w:i w:val="0"/>
        </w:rPr>
        <w:t xml:space="preserve"> , </w:t>
      </w:r>
      <w:r>
        <w:rPr>
          <w:b w:val="0"/>
          <w:i/>
        </w:rPr>
        <w:t xml:space="preserve"> Xử lý các kênh liên lạc </w:t>
      </w:r>
      <w:r>
        <w:rPr>
          <w:b w:val="0"/>
          <w:i w:val="0"/>
        </w:rPr>
        <w:t xml:space="preserve"> .</w:t>
      </w:r>
    </w:p>
    <w:p>
      <w:pPr>
        <w:pStyle w:val="Heading3"/>
      </w:pPr>
      <w:r>
        <w:rPr>
          <w:rFonts w:ascii="Calibri" w:hAnsi="Calibri"/>
          <w:b/>
          <w:i w:val="0"/>
          <w:sz w:val="26"/>
        </w:rPr>
        <w:t>Còn nhiều thứ khác nữa...</w:t>
      </w:r>
    </w:p>
    <w:p>
      <w:pPr>
        <w:spacing w:after="80"/>
      </w:pPr>
      <w:r>
        <w:rPr>
          <w:b w:val="0"/>
          <w:i w:val="0"/>
        </w:rPr>
        <w:t>Dấu thời gian đã được cố ý viết ở định dạng ISO, vì đây là định dạng có thể phân tích được. Điều này có nghĩa là chúng ta có thể lấy lại một đối tượng đúng cách một cách dễ dàng, như thế này:</w:t>
      </w:r>
    </w:p>
    <w:p>
      <w:pPr>
        <w:spacing w:after="0"/>
        <w:ind w:left="360"/>
        <w:shd w:val="clear" w:color="auto" w:fill="F2F2F2"/>
      </w:pPr>
      <w:r>
        <w:rPr>
          <w:rFonts w:ascii="Consolas" w:hAnsi="Consolas"/>
          <w:sz w:val="18"/>
        </w:rPr>
        <w:t>&gt;&gt;&gt; import datetime</w:t>
      </w:r>
    </w:p>
    <w:p>
      <w:pPr>
        <w:spacing w:after="0"/>
        <w:ind w:left="360"/>
        <w:shd w:val="clear" w:color="auto" w:fill="F2F2F2"/>
      </w:pPr>
      <w:r>
        <w:rPr>
          <w:rFonts w:ascii="Consolas" w:hAnsi="Consolas"/>
          <w:sz w:val="18"/>
        </w:rPr>
        <w:t>&gt;&gt;&gt; timestamp = datetime.datetime.now(datetime.timezone.utc).isoformat()</w:t>
      </w:r>
    </w:p>
    <w:p>
      <w:pPr>
        <w:spacing w:after="0"/>
        <w:ind w:left="360"/>
        <w:shd w:val="clear" w:color="auto" w:fill="F2F2F2"/>
      </w:pPr>
      <w:r>
        <w:rPr>
          <w:rFonts w:ascii="Consolas" w:hAnsi="Consolas"/>
          <w:sz w:val="18"/>
        </w:rPr>
        <w:t>&gt;&gt;&gt; timestamp</w:t>
      </w:r>
    </w:p>
    <w:p>
      <w:pPr>
        <w:spacing w:after="0"/>
        <w:ind w:left="360"/>
        <w:shd w:val="clear" w:color="auto" w:fill="F2F2F2"/>
      </w:pPr>
      <w:r>
        <w:rPr>
          <w:rFonts w:ascii="Consolas" w:hAnsi="Consolas"/>
          <w:sz w:val="18"/>
        </w:rPr>
        <w:t>'2026-02-26T20:30:02.975892+00:00'</w:t>
      </w:r>
    </w:p>
    <w:p>
      <w:pPr>
        <w:spacing w:after="0"/>
        <w:ind w:left="360"/>
        <w:shd w:val="clear" w:color="auto" w:fill="F2F2F2"/>
      </w:pPr>
      <w:r>
        <w:rPr>
          <w:rFonts w:ascii="Consolas" w:hAnsi="Consolas"/>
          <w:sz w:val="18"/>
        </w:rPr>
        <w:t>&gt;&gt;&gt; datetime.datetime.fromisoformat(timestamp)</w:t>
      </w:r>
    </w:p>
    <w:p>
      <w:pPr>
        <w:spacing w:after="0"/>
        <w:ind w:left="360"/>
        <w:shd w:val="clear" w:color="auto" w:fill="F2F2F2"/>
      </w:pPr>
      <w:r>
        <w:rPr>
          <w:rFonts w:ascii="Consolas" w:hAnsi="Consolas"/>
          <w:sz w:val="18"/>
        </w:rPr>
        <w:t>datetime.datetime(2026, 2, 26, 20, 30, 2, 975892, tzinfo=datetime.timezone.utc)</w:t>
      </w:r>
    </w:p>
    <w:p>
      <w:pPr>
        <w:spacing w:after="40"/>
      </w:pPr>
    </w:p>
    <w:p>
      <w:pPr>
        <w:spacing w:after="80"/>
      </w:pPr>
      <w:r>
        <w:rPr>
          <w:b w:val="0"/>
          <w:i w:val="0"/>
        </w:rPr>
        <w:t>Điều này cho phép bạn dễ dàng phân tích dấu thời gian qua lại.</w:t>
      </w:r>
    </w:p>
    <w:p>
      <w:pPr>
        <w:spacing w:after="80"/>
      </w:pPr>
      <w:r>
        <w:rPr>
          <w:b/>
          <w:i w:val="0"/>
        </w:rPr>
        <w:t>Mẹo</w:t>
      </w:r>
    </w:p>
    <w:p>
      <w:pPr>
        <w:spacing w:after="80"/>
      </w:pPr>
      <w:r>
        <w:rPr>
          <w:b w:val="0"/>
          <w:i w:val="0"/>
        </w:rPr>
        <w:t>Định dạng thời gian ISO 8601 được hỗ trợ tốt trong hầu hết các ngôn ngữ lập trình và xác định thời gian một cách chính xác vì nó bao gồm cả múi giờ. Đây là một lựa chọn tuyệt vời để ghi lại thời gian, nếu bạn có thể sử dụng nó.</w:t>
      </w:r>
    </w:p>
    <w:p>
      <w:pPr>
        <w:spacing w:after="80"/>
      </w:pPr>
      <w:r>
        <w:rPr>
          <w:b w:val="0"/>
          <w:i w:val="0"/>
        </w:rPr>
        <w:t xml:space="preserve">Chiến lược được sử dụng trong </w:t>
      </w:r>
      <w:r>
        <w:rPr>
          <w:rFonts w:ascii="Consolas" w:hAnsi="Consolas"/>
          <w:b w:val="0"/>
          <w:i w:val="0"/>
          <w:sz w:val="20"/>
        </w:rPr>
        <w:br/>
        <w:br/>
        <w:t xml:space="preserve">      send_notification</w:t>
        <w:br/>
        <w:t xml:space="preserve">     </w:t>
        <w:br/>
      </w:r>
      <w:r>
        <w:rPr>
          <w:b w:val="0"/>
          <w:i w:val="0"/>
        </w:rPr>
        <w:t xml:space="preserve"> để định tuyến các thông báo là một chiến lược thú vị:</w:t>
      </w:r>
    </w:p>
    <w:p>
      <w:pPr>
        <w:spacing w:after="0"/>
        <w:ind w:left="360"/>
        <w:shd w:val="clear" w:color="auto" w:fill="F2F2F2"/>
      </w:pPr>
      <w:r>
        <w:rPr>
          <w:rFonts w:ascii="Consolas" w:hAnsi="Consolas"/>
          <w:sz w:val="18"/>
        </w:rPr>
        <w:t># Route each of the notifications</w:t>
      </w:r>
    </w:p>
    <w:p>
      <w:pPr>
        <w:spacing w:after="0"/>
        <w:ind w:left="360"/>
        <w:shd w:val="clear" w:color="auto" w:fill="F2F2F2"/>
      </w:pPr>
      <w:r>
        <w:rPr>
          <w:rFonts w:ascii="Consolas" w:hAnsi="Consolas"/>
          <w:sz w:val="18"/>
        </w:rPr>
        <w:t>METHOD = {</w:t>
      </w:r>
    </w:p>
    <w:p>
      <w:pPr>
        <w:spacing w:after="0"/>
        <w:ind w:left="360"/>
        <w:shd w:val="clear" w:color="auto" w:fill="F2F2F2"/>
      </w:pPr>
      <w:r>
        <w:rPr>
          <w:rFonts w:ascii="Consolas" w:hAnsi="Consolas"/>
          <w:sz w:val="18"/>
        </w:rPr>
        <w:t xml:space="preserve">    'PHONE': send_phone_notification,</w:t>
      </w:r>
    </w:p>
    <w:p>
      <w:pPr>
        <w:spacing w:after="0"/>
        <w:ind w:left="360"/>
        <w:shd w:val="clear" w:color="auto" w:fill="F2F2F2"/>
      </w:pPr>
      <w:r>
        <w:rPr>
          <w:rFonts w:ascii="Consolas" w:hAnsi="Consolas"/>
          <w:sz w:val="18"/>
        </w:rPr>
        <w:t xml:space="preserve">    'EMAIL': send_email_notification,</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try:</w:t>
      </w:r>
    </w:p>
    <w:p>
      <w:pPr>
        <w:spacing w:after="0"/>
        <w:ind w:left="360"/>
        <w:shd w:val="clear" w:color="auto" w:fill="F2F2F2"/>
      </w:pPr>
      <w:r>
        <w:rPr>
          <w:rFonts w:ascii="Consolas" w:hAnsi="Consolas"/>
          <w:sz w:val="18"/>
        </w:rPr>
        <w:t xml:space="preserve">    method = METHOD[entry['Contact Method']]</w:t>
      </w:r>
    </w:p>
    <w:p>
      <w:pPr>
        <w:spacing w:after="0"/>
        <w:ind w:left="360"/>
        <w:shd w:val="clear" w:color="auto" w:fill="F2F2F2"/>
      </w:pPr>
      <w:r>
        <w:rPr>
          <w:rFonts w:ascii="Consolas" w:hAnsi="Consolas"/>
          <w:sz w:val="18"/>
        </w:rPr>
        <w:t xml:space="preserve">    result = method(entry, config)</w:t>
      </w:r>
    </w:p>
    <w:p>
      <w:pPr>
        <w:spacing w:after="0"/>
        <w:ind w:left="360"/>
        <w:shd w:val="clear" w:color="auto" w:fill="F2F2F2"/>
      </w:pPr>
      <w:r>
        <w:rPr>
          <w:rFonts w:ascii="Consolas" w:hAnsi="Consolas"/>
          <w:sz w:val="18"/>
        </w:rPr>
        <w:t>except KeyError:</w:t>
      </w:r>
    </w:p>
    <w:p>
      <w:pPr>
        <w:spacing w:after="0"/>
        <w:ind w:left="360"/>
        <w:shd w:val="clear" w:color="auto" w:fill="F2F2F2"/>
      </w:pPr>
      <w:r>
        <w:rPr>
          <w:rFonts w:ascii="Consolas" w:hAnsi="Consolas"/>
          <w:sz w:val="18"/>
        </w:rPr>
        <w:t xml:space="preserve">    result = 'INVALID_METHOD'</w:t>
      </w:r>
    </w:p>
    <w:p>
      <w:pPr>
        <w:spacing w:after="40"/>
      </w:pPr>
    </w:p>
    <w:p>
      <w:pPr>
        <w:spacing w:after="80"/>
      </w:pPr>
      <w:r>
        <w:rPr>
          <w:b w:val="0"/>
          <w:i w:val="0"/>
        </w:rPr>
        <w:t xml:space="preserve">Từ điển </w:t>
      </w:r>
      <w:r>
        <w:rPr>
          <w:rFonts w:ascii="Consolas" w:hAnsi="Consolas"/>
          <w:b w:val="0"/>
          <w:i w:val="0"/>
          <w:sz w:val="20"/>
        </w:rPr>
        <w:br/>
        <w:br/>
        <w:t xml:space="preserve">      METHOD</w:t>
        <w:br/>
        <w:t xml:space="preserve">     </w:t>
        <w:br/>
      </w:r>
      <w:r>
        <w:rPr>
          <w:b w:val="0"/>
          <w:i w:val="0"/>
        </w:rPr>
        <w:t xml:space="preserve"> gán mỗi mục </w:t>
      </w:r>
      <w:r>
        <w:rPr>
          <w:rFonts w:ascii="Consolas" w:hAnsi="Consolas"/>
          <w:b w:val="0"/>
          <w:i w:val="0"/>
          <w:sz w:val="20"/>
        </w:rPr>
        <w:br/>
        <w:br/>
        <w:t xml:space="preserve">      Contact Method</w:t>
        <w:br/>
        <w:t xml:space="preserve">     </w:t>
        <w:br/>
      </w:r>
      <w:r>
        <w:rPr>
          <w:b w:val="0"/>
          <w:i w:val="0"/>
        </w:rPr>
        <w:t xml:space="preserve"> có thể có cho một hàm có cùng định nghĩa, chấp nhận cả một mục và một config.</w:t>
      </w:r>
    </w:p>
    <w:p>
      <w:pPr>
        <w:spacing w:after="80"/>
      </w:pPr>
      <w:r>
        <w:rPr>
          <w:b w:val="0"/>
          <w:i w:val="0"/>
        </w:rPr>
        <w:t>Sau đó, dựa trên phương thức cụ thể, hàm được lấy từ từ điển và được gọi. Lưu ý rằng biến method chứa hàm đúng để gọi.</w:t>
      </w:r>
    </w:p>
    <w:p>
      <w:pPr>
        <w:spacing w:after="80"/>
      </w:pPr>
      <w:r>
        <w:rPr>
          <w:b/>
          <w:i w:val="0"/>
        </w:rPr>
        <w:t>Lưu ý</w:t>
      </w:r>
    </w:p>
    <w:p>
      <w:pPr>
        <w:spacing w:after="80"/>
      </w:pPr>
      <w:r>
        <w:rPr>
          <w:b w:val="0"/>
          <w:i w:val="0"/>
        </w:rPr>
        <w:t xml:space="preserve">Điều này hoạt động theo cách tương tự như thao tác switch có sẵn trong các ngôn ngữ lập trình khác. Cũng có thể đạt được điều này thông qua các khối </w:t>
      </w:r>
      <w:r>
        <w:rPr>
          <w:rFonts w:ascii="Consolas" w:hAnsi="Consolas"/>
          <w:b w:val="0"/>
          <w:i w:val="0"/>
          <w:sz w:val="20"/>
        </w:rPr>
        <w:br/>
        <w:br/>
        <w:t xml:space="preserve">       if … else</w:t>
        <w:br/>
        <w:t xml:space="preserve">      </w:t>
        <w:br/>
      </w:r>
      <w:r>
        <w:rPr>
          <w:b w:val="0"/>
          <w:i w:val="0"/>
        </w:rPr>
        <w:t xml:space="preserve"> . Đối với những trường hợp đơn giản như đoạn mã này, phương pháp từ điển làm cho mã rất dễ đọc.</w:t>
      </w:r>
    </w:p>
    <w:p>
      <w:pPr>
        <w:spacing w:after="80"/>
      </w:pPr>
      <w:r>
        <w:rPr>
          <w:b w:val="0"/>
          <w:i w:val="0"/>
        </w:rPr>
        <w:t xml:space="preserve">Nếu </w:t>
      </w:r>
      <w:r>
        <w:rPr>
          <w:rFonts w:ascii="Consolas" w:hAnsi="Consolas"/>
          <w:b w:val="0"/>
          <w:i w:val="0"/>
          <w:sz w:val="20"/>
        </w:rPr>
        <w:br/>
        <w:br/>
        <w:t xml:space="preserve">      Contact Method</w:t>
        <w:br/>
        <w:t xml:space="preserve">     </w:t>
        <w:br/>
      </w:r>
      <w:r>
        <w:rPr>
          <w:b w:val="0"/>
          <w:i w:val="0"/>
        </w:rPr>
        <w:t xml:space="preserve"> không phải là một trong các tùy chọn có sẵn ( </w:t>
      </w:r>
      <w:r>
        <w:rPr>
          <w:rFonts w:ascii="Consolas" w:hAnsi="Consolas"/>
          <w:b w:val="0"/>
          <w:i w:val="0"/>
          <w:sz w:val="20"/>
        </w:rPr>
        <w:br/>
        <w:br/>
        <w:t xml:space="preserve">      PHONE</w:t>
        <w:br/>
        <w:t xml:space="preserve">     </w:t>
        <w:br/>
      </w:r>
      <w:r>
        <w:rPr>
          <w:b w:val="0"/>
          <w:i w:val="0"/>
        </w:rPr>
        <w:t xml:space="preserve"> hoặc </w:t>
      </w:r>
      <w:r>
        <w:rPr>
          <w:rFonts w:ascii="Consolas" w:hAnsi="Consolas"/>
          <w:b w:val="0"/>
          <w:i w:val="0"/>
          <w:sz w:val="20"/>
        </w:rPr>
        <w:br/>
        <w:br/>
        <w:t xml:space="preserve">      EMAIL</w:t>
        <w:br/>
        <w:t xml:space="preserve">     </w:t>
        <w:br/>
      </w:r>
      <w:r>
        <w:rPr>
          <w:b w:val="0"/>
          <w:i w:val="0"/>
        </w:rPr>
        <w:t xml:space="preserve"> ), thì một </w:t>
      </w:r>
      <w:r>
        <w:rPr>
          <w:rFonts w:ascii="Consolas" w:hAnsi="Consolas"/>
          <w:b w:val="0"/>
          <w:i w:val="0"/>
          <w:sz w:val="20"/>
        </w:rPr>
        <w:br/>
        <w:br/>
        <w:t xml:space="preserve">      KeyError</w:t>
        <w:br/>
        <w:t xml:space="preserve">     </w:t>
        <w:br/>
      </w:r>
      <w:r>
        <w:rPr>
          <w:b w:val="0"/>
          <w:i w:val="0"/>
        </w:rPr>
        <w:t xml:space="preserve"> sẽ được đưa ra và bắt lại, và kết quả sẽ được định nghĩa là </w:t>
      </w:r>
      <w:r>
        <w:rPr>
          <w:rFonts w:ascii="Consolas" w:hAnsi="Consolas"/>
          <w:b w:val="0"/>
          <w:i w:val="0"/>
          <w:sz w:val="20"/>
        </w:rPr>
        <w:br/>
        <w:br/>
        <w:t xml:space="preserve">      INVALID_METHOD</w:t>
        <w:br/>
        <w:t xml:space="preserve">     </w:t>
        <w:br/>
      </w:r>
      <w:r>
        <w:rPr>
          <w:b w:val="0"/>
          <w:i w:val="0"/>
        </w:rPr>
        <w:t xml:space="preserve"> .</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Gửi </w:t>
      </w:r>
      <w:r>
        <w:rPr>
          <w:b w:val="0"/>
          <w:i w:val="0"/>
        </w:rPr>
        <w:t xml:space="preserve"> </w:t>
      </w:r>
      <w:r>
        <w:rPr>
          <w:b w:val="0"/>
          <w:i/>
        </w:rPr>
        <w:t xml:space="preserve"> thông báo qua email </w:t>
      </w:r>
      <w:r>
        <w:rPr>
          <w:b w:val="0"/>
          <w:i w:val="0"/>
        </w:rPr>
        <w:t xml:space="preserve"> trong </w:t>
      </w:r>
      <w:r>
        <w:rPr>
          <w:b w:val="0"/>
          <w:i/>
        </w:rPr>
        <w:t xml:space="preserve"> Chương 9 </w:t>
      </w:r>
      <w:r>
        <w:rPr>
          <w:b w:val="0"/>
          <w:i w:val="0"/>
        </w:rPr>
        <w:t xml:space="preserve"> , </w:t>
      </w:r>
      <w:r>
        <w:rPr>
          <w:b w:val="0"/>
          <w:i/>
        </w:rPr>
        <w:t xml:space="preserve"> Xử lý các kênh giao tiếp </w:t>
      </w:r>
      <w:r>
        <w:rPr>
          <w:b w:val="0"/>
          <w:i w:val="0"/>
        </w:rPr>
        <w:t xml:space="preserve"> , để học cách gửi email qua Mailgun</w:t>
      </w:r>
    </w:p>
    <w:p>
      <w:pPr>
        <w:spacing w:after="80"/>
        <w:ind w:left="360"/>
      </w:pPr>
      <w:r>
        <w:t xml:space="preserve">• </w:t>
      </w:r>
      <w:r>
        <w:rPr>
          <w:b w:val="0"/>
          <w:i w:val="0"/>
        </w:rPr>
        <w:t xml:space="preserve">Công thức </w:t>
      </w:r>
      <w:r>
        <w:rPr>
          <w:b w:val="0"/>
          <w:i/>
        </w:rPr>
        <w:t xml:space="preserve"> Tạo tin nhắn SMS </w:t>
      </w:r>
      <w:r>
        <w:rPr>
          <w:b w:val="0"/>
          <w:i w:val="0"/>
        </w:rPr>
        <w:t xml:space="preserve"> trong </w:t>
      </w:r>
      <w:r>
        <w:rPr>
          <w:b w:val="0"/>
          <w:i/>
        </w:rPr>
        <w:t xml:space="preserve"> Chương 9 </w:t>
      </w:r>
      <w:r>
        <w:rPr>
          <w:b w:val="0"/>
          <w:i w:val="0"/>
        </w:rPr>
        <w:t xml:space="preserve"> , </w:t>
      </w:r>
      <w:r>
        <w:rPr>
          <w:b w:val="0"/>
          <w:i/>
        </w:rPr>
        <w:t xml:space="preserve"> Xử lý các kênh giao tiếp </w:t>
      </w:r>
      <w:r>
        <w:rPr>
          <w:b w:val="0"/>
          <w:i w:val="0"/>
        </w:rPr>
        <w:t xml:space="preserve"> , để học cách gửi tin nhắn văn bản bằng Twilio</w:t>
      </w:r>
    </w:p>
    <w:p>
      <w:pPr>
        <w:pStyle w:val="Heading2"/>
      </w:pPr>
      <w:r>
        <w:rPr>
          <w:rFonts w:ascii="Calibri" w:hAnsi="Calibri"/>
          <w:b/>
          <w:i w:val="0"/>
          <w:sz w:val="32"/>
        </w:rPr>
        <w:t>Chuẩn bị thông tin bán hàng</w:t>
      </w:r>
    </w:p>
    <w:p>
      <w:pPr>
        <w:spacing w:after="80"/>
      </w:pPr>
      <w:r>
        <w:rPr>
          <w:b w:val="0"/>
          <w:i w:val="0"/>
        </w:rPr>
        <w:t xml:space="preserve">Công thức này trình bày </w:t>
      </w:r>
      <w:r>
        <w:rPr>
          <w:b w:val="0"/>
          <w:i/>
        </w:rPr>
        <w:t xml:space="preserve"> bước 4 </w:t>
      </w:r>
      <w:r>
        <w:rPr>
          <w:b w:val="0"/>
          <w:i w:val="0"/>
        </w:rPr>
        <w:t xml:space="preserve"> của chiến dịch: thu thập kết quả của chiến dịch.</w:t>
      </w:r>
    </w:p>
    <w:p>
      <w:pPr>
        <w:spacing w:after="80"/>
      </w:pPr>
      <w:r>
        <w:rPr>
          <w:b w:val="0"/>
          <w:i w:val="0"/>
        </w:rPr>
        <w:t>Sau khi gửi thông tin đến người dùng, chúng ta cần thu thập nhật ký bán hàng từ các cửa hàng để theo dõi mức độ ảnh hưởng của chiến dịch lớn đến đâu.</w:t>
      </w:r>
    </w:p>
    <w:p>
      <w:pPr>
        <w:spacing w:after="80"/>
      </w:pPr>
      <w:r>
        <w:rPr>
          <w:b w:val="0"/>
          <w:i w:val="0"/>
        </w:rPr>
        <w:t>Nhật ký bán hàng được báo cáo dưới dạng các tệp riêng lẻ từ từng cửa hàng liên kết, vì vậy trong công thức này chúng ta sẽ xem cách tổng hợp thông tin từ các tệp đó vào một bảng tính, để có thể xử lý thông tin như một tổng thể.</w:t>
      </w:r>
    </w:p>
    <w:p>
      <w:pPr>
        <w:spacing w:after="80"/>
      </w:pPr>
      <w:r>
        <w:rPr>
          <w:b/>
          <w:i w:val="0"/>
        </w:rPr>
        <w:t>Lưu ý</w:t>
      </w:r>
    </w:p>
    <w:p>
      <w:pPr>
        <w:spacing w:after="80"/>
      </w:pPr>
      <w:r>
        <w:rPr>
          <w:b w:val="0"/>
          <w:i w:val="0"/>
        </w:rPr>
        <w:t>Trong ví dụ khuyến mãi của chúng ta, chúng ta chỉ cho phép sản phẩm "Single item" sử dụng mã đổi thưởng và nhận được giảm giá 15%, trong khi "Family pack" không thể sử dụng mã, nhưng đã có một chiến dịch khác với mức giảm giá 20%. Chúng ta sẽ sử dụng thông tin này trong một công thức sau để trình bày kết quả của các chiến dịch.</w:t>
      </w:r>
    </w:p>
    <w:p>
      <w:pPr>
        <w:pStyle w:val="Heading3"/>
      </w:pPr>
      <w:r>
        <w:rPr>
          <w:rFonts w:ascii="Calibri" w:hAnsi="Calibri"/>
          <w:b/>
          <w:i w:val="0"/>
          <w:sz w:val="26"/>
        </w:rPr>
        <w:t>Chuẩn bị</w:t>
      </w:r>
    </w:p>
    <w:p>
      <w:pPr>
        <w:spacing w:after="80"/>
      </w:pPr>
      <w:r>
        <w:rPr>
          <w:b w:val="0"/>
          <w:i w:val="0"/>
        </w:rPr>
        <w:t>Đối với công thức này, chúng ta cần cài đặt các mô-đun sau:</w:t>
      </w:r>
    </w:p>
    <w:p>
      <w:pPr>
        <w:spacing w:after="0"/>
        <w:ind w:left="360"/>
        <w:shd w:val="clear" w:color="auto" w:fill="F2F2F2"/>
      </w:pPr>
      <w:r>
        <w:rPr>
          <w:rFonts w:ascii="Consolas" w:hAnsi="Consolas"/>
          <w:sz w:val="18"/>
        </w:rPr>
        <w:t>$ echo "openpyxl==3.1.5" &gt;&gt; requirements.txt</w:t>
      </w:r>
    </w:p>
    <w:p>
      <w:pPr>
        <w:spacing w:after="0"/>
        <w:ind w:left="360"/>
        <w:shd w:val="clear" w:color="auto" w:fill="F2F2F2"/>
      </w:pPr>
      <w:r>
        <w:rPr>
          <w:rFonts w:ascii="Consolas" w:hAnsi="Consolas"/>
          <w:sz w:val="18"/>
        </w:rPr>
        <w:t>$ echo "parse==1.20.2" &gt;&gt; requirements.txt</w:t>
      </w:r>
    </w:p>
    <w:p>
      <w:pPr>
        <w:spacing w:after="0"/>
        <w:ind w:left="360"/>
        <w:shd w:val="clear" w:color="auto" w:fill="F2F2F2"/>
      </w:pPr>
      <w:r>
        <w:rPr>
          <w:rFonts w:ascii="Consolas" w:hAnsi="Consolas"/>
          <w:sz w:val="18"/>
        </w:rPr>
        <w:t>$ echo "pendulum==3.2.0" &gt;&gt; requirements.txt</w:t>
      </w:r>
    </w:p>
    <w:p>
      <w:pPr>
        <w:spacing w:after="0"/>
        <w:ind w:left="360"/>
        <w:shd w:val="clear" w:color="auto" w:fill="F2F2F2"/>
      </w:pPr>
      <w:r>
        <w:rPr>
          <w:rFonts w:ascii="Consolas" w:hAnsi="Consolas"/>
          <w:sz w:val="18"/>
        </w:rPr>
        <w:t>$ uv pip install -r requirements.txt</w:t>
      </w:r>
    </w:p>
    <w:p>
      <w:pPr>
        <w:spacing w:after="40"/>
      </w:pPr>
    </w:p>
    <w:p>
      <w:pPr>
        <w:spacing w:after="80"/>
      </w:pPr>
      <w:r>
        <w:rPr>
          <w:b w:val="0"/>
          <w:i w:val="0"/>
        </w:rPr>
        <w:t xml:space="preserve">Chúng ta có thể lấy cấu trúc thử nghiệm và nhật ký thử nghiệm cho công thức này từ GitHub tại </w:t>
      </w:r>
      <w:r>
        <w:rPr>
          <w:rFonts w:ascii="Consolas" w:hAnsi="Consolas"/>
          <w:b w:val="0"/>
          <w:i w:val="0"/>
          <w:sz w:val="20"/>
        </w:rPr>
        <w:br/>
        <w:br/>
        <w:t xml:space="preserve">       https://github.com/PacktPublishing/Python-Automation-Cookbook-Third-Edition/tree/master/ch10/sales</w:t>
        <w:br/>
        <w:t xml:space="preserve">      </w:t>
        <w:br/>
      </w:r>
      <w:r>
        <w:rPr>
          <w:b w:val="0"/>
          <w:i w:val="0"/>
        </w:rPr>
        <w:t xml:space="preserve"> . Vui lòng tải xuống toàn bộ thư mục sales, chứa nhiều nhật ký thử nghiệm. Để hiển thị cấu trúc, chúng ta sẽ sử dụng lệnh tree ( </w:t>
      </w:r>
      <w:r>
        <w:rPr>
          <w:rFonts w:ascii="Consolas" w:hAnsi="Consolas"/>
          <w:b w:val="0"/>
          <w:i w:val="0"/>
          <w:sz w:val="20"/>
        </w:rPr>
        <w:br/>
        <w:br/>
        <w:t xml:space="preserve">       http://mama.indstate.edu/users/ice/tree/</w:t>
        <w:br/>
        <w:t xml:space="preserve">      </w:t>
        <w:br/>
      </w:r>
      <w:r>
        <w:rPr>
          <w:b w:val="0"/>
          <w:i w:val="0"/>
        </w:rPr>
        <w:t xml:space="preserve"> ), được cài đặt mặc định trên Linux và có thể cài đặt bằng brew trên macOS ( </w:t>
      </w:r>
      <w:r>
        <w:rPr>
          <w:rFonts w:ascii="Consolas" w:hAnsi="Consolas"/>
          <w:b w:val="0"/>
          <w:i w:val="0"/>
          <w:sz w:val="20"/>
        </w:rPr>
        <w:br/>
        <w:br/>
        <w:t xml:space="preserve">       https://brew.sh/</w:t>
        <w:br/>
        <w:t xml:space="preserve">      </w:t>
        <w:br/>
      </w:r>
      <w:r>
        <w:rPr>
          <w:b w:val="0"/>
          <w:i w:val="0"/>
        </w:rPr>
        <w:t xml:space="preserve"> ). Bạn cũng có thể sử dụng công cụ đồ họa để kiểm tra thư mục.</w:t>
      </w:r>
    </w:p>
    <w:p>
      <w:pPr>
        <w:spacing w:after="80"/>
      </w:pPr>
      <w:r>
        <w:rPr>
          <w:b w:val="0"/>
          <w:i w:val="0"/>
        </w:rPr>
        <w:t xml:space="preserve">Chúng ta cũng sẽ cần mô-đun </w:t>
      </w:r>
      <w:r>
        <w:rPr>
          <w:rFonts w:ascii="Consolas" w:hAnsi="Consolas"/>
          <w:b w:val="0"/>
          <w:i w:val="0"/>
          <w:sz w:val="20"/>
        </w:rPr>
        <w:br/>
        <w:br/>
        <w:t xml:space="preserve">      sale_log.py</w:t>
        <w:br/>
        <w:t xml:space="preserve">     </w:t>
        <w:br/>
      </w:r>
      <w:r>
        <w:rPr>
          <w:b w:val="0"/>
          <w:i w:val="0"/>
        </w:rPr>
        <w:t xml:space="preserve"> và script </w:t>
      </w:r>
      <w:r>
        <w:rPr>
          <w:rFonts w:ascii="Consolas" w:hAnsi="Consolas"/>
          <w:b w:val="0"/>
          <w:i w:val="0"/>
          <w:sz w:val="20"/>
        </w:rPr>
        <w:br/>
        <w:br/>
        <w:t xml:space="preserve">      parse_sales_log.py</w:t>
        <w:br/>
        <w:t xml:space="preserve">     </w:t>
        <w:br/>
      </w:r>
      <w:r>
        <w:rPr>
          <w:b w:val="0"/>
          <w:i w:val="0"/>
        </w:rPr>
        <w:t xml:space="preserve"> , có sẵn từ GitHub tại </w:t>
      </w:r>
      <w:r>
        <w:rPr>
          <w:rFonts w:ascii="Consolas" w:hAnsi="Consolas"/>
          <w:b w:val="0"/>
          <w:i w:val="0"/>
          <w:sz w:val="20"/>
        </w:rPr>
        <w:br/>
        <w:br/>
        <w:t xml:space="preserve">       https://github.com/PacktPublishing/Python-Automation-Cookbook-Third-Edition/blob/master/ch10/parse_sales_log.py</w:t>
        <w:br/>
        <w:t xml:space="preserve">      </w:t>
        <w:br/>
      </w:r>
      <w:r>
        <w:rPr>
          <w:b w:val="0"/>
          <w:i w:val="0"/>
        </w:rPr>
        <w:t xml:space="preserve"> .</w:t>
      </w:r>
    </w:p>
    <w:p>
      <w:pPr>
        <w:pStyle w:val="Heading3"/>
      </w:pPr>
      <w:r>
        <w:rPr>
          <w:rFonts w:ascii="Calibri" w:hAnsi="Calibri"/>
          <w:b/>
          <w:i w:val="0"/>
          <w:sz w:val="26"/>
        </w:rPr>
        <w:t>Cách thực hiện...</w:t>
      </w:r>
    </w:p>
    <w:p>
      <w:pPr>
        <w:spacing w:after="80"/>
        <w:ind w:left="360"/>
      </w:pPr>
      <w:r>
        <w:t xml:space="preserve">1. </w:t>
      </w:r>
      <w:r>
        <w:rPr>
          <w:b w:val="0"/>
          <w:i w:val="0"/>
        </w:rPr>
        <w:t>Kiểm tra cấu trúc của thư mục sales. Mỗi thư mục con đại diện cho một cửa hàng đã gửi nhật ký bán hàng của mình cho khoảng thời gian được chỉ định:</w:t>
      </w:r>
    </w:p>
    <w:p>
      <w:pPr>
        <w:spacing w:after="0"/>
        <w:ind w:left="360"/>
        <w:shd w:val="clear" w:color="auto" w:fill="F2F2F2"/>
      </w:pPr>
      <w:r>
        <w:rPr>
          <w:rFonts w:ascii="Consolas" w:hAnsi="Consolas"/>
          <w:sz w:val="18"/>
        </w:rPr>
        <w:t>$ tree sales</w:t>
      </w:r>
    </w:p>
    <w:p>
      <w:pPr>
        <w:spacing w:after="0"/>
        <w:ind w:left="360"/>
        <w:shd w:val="clear" w:color="auto" w:fill="F2F2F2"/>
      </w:pPr>
      <w:r>
        <w:rPr>
          <w:rFonts w:ascii="Consolas" w:hAnsi="Consolas"/>
          <w:sz w:val="18"/>
        </w:rPr>
        <w:t>sales</w:t>
      </w:r>
    </w:p>
    <w:p>
      <w:pPr>
        <w:spacing w:after="0"/>
        <w:ind w:left="360"/>
        <w:shd w:val="clear" w:color="auto" w:fill="F2F2F2"/>
      </w:pPr>
      <w:r>
        <w:rPr>
          <w:rFonts w:ascii="Consolas" w:hAnsi="Consolas"/>
          <w:sz w:val="18"/>
        </w:rPr>
        <w:t>├── 345</w:t>
      </w:r>
    </w:p>
    <w:p>
      <w:pPr>
        <w:spacing w:after="0"/>
        <w:ind w:left="360"/>
        <w:shd w:val="clear" w:color="auto" w:fill="F2F2F2"/>
      </w:pPr>
      <w:r>
        <w:rPr>
          <w:rFonts w:ascii="Consolas" w:hAnsi="Consolas"/>
          <w:sz w:val="18"/>
        </w:rPr>
        <w:t>│   └── logs.txt</w:t>
      </w:r>
    </w:p>
    <w:p>
      <w:pPr>
        <w:spacing w:after="0"/>
        <w:ind w:left="360"/>
        <w:shd w:val="clear" w:color="auto" w:fill="F2F2F2"/>
      </w:pPr>
      <w:r>
        <w:rPr>
          <w:rFonts w:ascii="Consolas" w:hAnsi="Consolas"/>
          <w:sz w:val="18"/>
        </w:rPr>
        <w:t>├── 438</w:t>
      </w:r>
    </w:p>
    <w:p>
      <w:pPr>
        <w:spacing w:after="0"/>
        <w:ind w:left="360"/>
        <w:shd w:val="clear" w:color="auto" w:fill="F2F2F2"/>
      </w:pPr>
      <w:r>
        <w:rPr>
          <w:rFonts w:ascii="Consolas" w:hAnsi="Consolas"/>
          <w:sz w:val="18"/>
        </w:rPr>
        <w:t>│   ├── logs_1.txt</w:t>
      </w:r>
    </w:p>
    <w:p>
      <w:pPr>
        <w:spacing w:after="0"/>
        <w:ind w:left="360"/>
        <w:shd w:val="clear" w:color="auto" w:fill="F2F2F2"/>
      </w:pPr>
      <w:r>
        <w:rPr>
          <w:rFonts w:ascii="Consolas" w:hAnsi="Consolas"/>
          <w:sz w:val="18"/>
        </w:rPr>
        <w:t>│   ├── logs_2.txt</w:t>
      </w:r>
    </w:p>
    <w:p>
      <w:pPr>
        <w:spacing w:after="0"/>
        <w:ind w:left="360"/>
        <w:shd w:val="clear" w:color="auto" w:fill="F2F2F2"/>
      </w:pPr>
      <w:r>
        <w:rPr>
          <w:rFonts w:ascii="Consolas" w:hAnsi="Consolas"/>
          <w:sz w:val="18"/>
        </w:rPr>
        <w:t>│   ├── logs_3.txt</w:t>
      </w:r>
    </w:p>
    <w:p>
      <w:pPr>
        <w:spacing w:after="0"/>
        <w:ind w:left="360"/>
        <w:shd w:val="clear" w:color="auto" w:fill="F2F2F2"/>
      </w:pPr>
      <w:r>
        <w:rPr>
          <w:rFonts w:ascii="Consolas" w:hAnsi="Consolas"/>
          <w:sz w:val="18"/>
        </w:rPr>
        <w:t>│   └── logs_4.txt</w:t>
      </w:r>
    </w:p>
    <w:p>
      <w:pPr>
        <w:spacing w:after="0"/>
        <w:ind w:left="360"/>
        <w:shd w:val="clear" w:color="auto" w:fill="F2F2F2"/>
      </w:pPr>
      <w:r>
        <w:rPr>
          <w:rFonts w:ascii="Consolas" w:hAnsi="Consolas"/>
          <w:sz w:val="18"/>
        </w:rPr>
        <w:t>└── 656</w:t>
      </w:r>
    </w:p>
    <w:p>
      <w:pPr>
        <w:spacing w:after="0"/>
        <w:ind w:left="360"/>
        <w:shd w:val="clear" w:color="auto" w:fill="F2F2F2"/>
      </w:pPr>
      <w:r>
        <w:rPr>
          <w:rFonts w:ascii="Consolas" w:hAnsi="Consolas"/>
          <w:sz w:val="18"/>
        </w:rPr>
        <w:t xml:space="preserve"> └── logs.txt</w:t>
      </w:r>
    </w:p>
    <w:p>
      <w:pPr>
        <w:spacing w:after="40"/>
      </w:pPr>
    </w:p>
    <w:p>
      <w:pPr>
        <w:spacing w:after="80"/>
        <w:ind w:left="360"/>
      </w:pPr>
      <w:r>
        <w:t xml:space="preserve">2. </w:t>
      </w:r>
      <w:r>
        <w:rPr>
          <w:b w:val="0"/>
          <w:i w:val="0"/>
        </w:rPr>
        <w:t>Kiểm tra các tệp nhật ký:</w:t>
      </w:r>
    </w:p>
    <w:p>
      <w:pPr>
        <w:spacing w:after="0"/>
        <w:ind w:left="360"/>
        <w:shd w:val="clear" w:color="auto" w:fill="F2F2F2"/>
      </w:pPr>
      <w:r>
        <w:rPr>
          <w:rFonts w:ascii="Consolas" w:hAnsi="Consolas"/>
          <w:sz w:val="18"/>
        </w:rPr>
        <w:t>$ head sales/438/logs_1.txt</w:t>
      </w:r>
    </w:p>
    <w:p>
      <w:pPr>
        <w:spacing w:after="0"/>
        <w:ind w:left="360"/>
        <w:shd w:val="clear" w:color="auto" w:fill="F2F2F2"/>
      </w:pPr>
      <w:r>
        <w:rPr>
          <w:rFonts w:ascii="Consolas" w:hAnsi="Consolas"/>
          <w:sz w:val="18"/>
        </w:rPr>
        <w:t>[2025-08-27 19:05:55+00:00] - SALE - PRODUCT: 12346 - PRICE: $02.99 - NAME: Single item - DISCOUNT: 0% - CODE: -</w:t>
      </w:r>
    </w:p>
    <w:p>
      <w:pPr>
        <w:spacing w:after="0"/>
        <w:ind w:left="360"/>
        <w:shd w:val="clear" w:color="auto" w:fill="F2F2F2"/>
      </w:pPr>
      <w:r>
        <w:rPr>
          <w:rFonts w:ascii="Consolas" w:hAnsi="Consolas"/>
          <w:sz w:val="18"/>
        </w:rPr>
        <w:t>[2025-08-27 20:05:55+00:00] - SALE - PRODUCT: 12346 - PRICE: $02.54 - NAME: Single item - DISCOUNT: 15% - CODE: GLP7-AYKCV-A9</w:t>
      </w:r>
    </w:p>
    <w:p>
      <w:pPr>
        <w:spacing w:after="0"/>
        <w:ind w:left="360"/>
        <w:shd w:val="clear" w:color="auto" w:fill="F2F2F2"/>
      </w:pPr>
      <w:r>
        <w:rPr>
          <w:rFonts w:ascii="Consolas" w:hAnsi="Consolas"/>
          <w:sz w:val="18"/>
        </w:rPr>
        <w:t>[2025-08-27 21:05:55+00:00] - SALE - PRODUCT: 12346 - PRICE: $02.99 - NAME: Single item - DISCOUNT: 0% - CODE: -</w:t>
      </w:r>
    </w:p>
    <w:p>
      <w:pPr>
        <w:spacing w:after="0"/>
        <w:ind w:left="360"/>
        <w:shd w:val="clear" w:color="auto" w:fill="F2F2F2"/>
      </w:pPr>
      <w:r>
        <w:rPr>
          <w:rFonts w:ascii="Consolas" w:hAnsi="Consolas"/>
          <w:sz w:val="18"/>
        </w:rPr>
        <w:t>[2025-08-27 22:05:55+00:00] - SALE - PRODUCT: 12345 - PRICE: $07.99 - NAME: Family pack - DISCOUNT: 20% - CODE: -</w:t>
      </w:r>
    </w:p>
    <w:p>
      <w:pPr>
        <w:spacing w:after="0"/>
        <w:ind w:left="360"/>
        <w:shd w:val="clear" w:color="auto" w:fill="F2F2F2"/>
      </w:pPr>
      <w:r>
        <w:rPr>
          <w:rFonts w:ascii="Consolas" w:hAnsi="Consolas"/>
          <w:sz w:val="18"/>
        </w:rPr>
        <w:t>...</w:t>
      </w:r>
    </w:p>
    <w:p>
      <w:pPr>
        <w:spacing w:after="40"/>
      </w:pPr>
    </w:p>
    <w:p>
      <w:pPr>
        <w:spacing w:after="80"/>
        <w:ind w:left="360"/>
      </w:pPr>
      <w:r>
        <w:t xml:space="preserve">3. </w:t>
      </w:r>
      <w:r>
        <w:rPr>
          <w:b w:val="0"/>
          <w:i w:val="0"/>
        </w:rPr>
        <w:t xml:space="preserve">Gọi script </w:t>
      </w:r>
      <w:r>
        <w:rPr>
          <w:rFonts w:ascii="Consolas" w:hAnsi="Consolas"/>
          <w:b w:val="0"/>
          <w:i w:val="0"/>
          <w:sz w:val="20"/>
        </w:rPr>
        <w:br/>
        <w:br/>
        <w:t xml:space="preserve">       parse_sales_log.py</w:t>
        <w:br/>
        <w:t xml:space="preserve">      </w:t>
        <w:br/>
      </w:r>
      <w:r>
        <w:rPr>
          <w:b w:val="0"/>
          <w:i w:val="0"/>
        </w:rPr>
        <w:t xml:space="preserve"> để tạo kho lưu trữ:</w:t>
      </w:r>
    </w:p>
    <w:p>
      <w:pPr>
        <w:spacing w:after="0"/>
        <w:ind w:left="360"/>
        <w:shd w:val="clear" w:color="auto" w:fill="F2F2F2"/>
      </w:pPr>
      <w:r>
        <w:rPr>
          <w:rFonts w:ascii="Consolas" w:hAnsi="Consolas"/>
          <w:sz w:val="18"/>
        </w:rPr>
        <w:t>$ uv run parse_sales_log.py sales -o report.xlsx</w:t>
      </w:r>
    </w:p>
    <w:p>
      <w:pPr>
        <w:spacing w:after="40"/>
      </w:pPr>
    </w:p>
    <w:p>
      <w:pPr>
        <w:spacing w:after="80"/>
        <w:ind w:left="360"/>
      </w:pPr>
      <w:r>
        <w:t xml:space="preserve">4. </w:t>
      </w:r>
      <w:r>
        <w:rPr>
          <w:b w:val="0"/>
          <w:i w:val="0"/>
        </w:rPr>
        <w:t xml:space="preserve">Kiểm tra file Excel đã tạo, </w:t>
      </w:r>
      <w:r>
        <w:rPr>
          <w:rFonts w:ascii="Consolas" w:hAnsi="Consolas"/>
          <w:b w:val="0"/>
          <w:i w:val="0"/>
          <w:sz w:val="20"/>
        </w:rPr>
        <w:br/>
        <w:br/>
        <w:t xml:space="preserve">       report.xlsx</w:t>
        <w:br/>
        <w:t xml:space="preserve">      </w:t>
        <w:br/>
      </w:r>
      <w:r>
        <w:rPr>
          <w:b w:val="0"/>
          <w:i w:val="0"/>
        </w:rPr>
        <w:t xml:space="preserve"> :</w:t>
      </w:r>
    </w:p>
    <w:p>
      <w:pPr>
        <w:jc w:val="center"/>
      </w:pPr>
      <w:r>
        <w:drawing>
          <wp:inline xmlns:a="http://schemas.openxmlformats.org/drawingml/2006/main" xmlns:pic="http://schemas.openxmlformats.org/drawingml/2006/picture">
            <wp:extent cx="5486400" cy="4862104"/>
            <wp:docPr id="103" name="Picture 103"/>
            <wp:cNvGraphicFramePr>
              <a:graphicFrameLocks noChangeAspect="1"/>
            </wp:cNvGraphicFramePr>
            <a:graphic>
              <a:graphicData uri="http://schemas.openxmlformats.org/drawingml/2006/picture">
                <pic:pic>
                  <pic:nvPicPr>
                    <pic:cNvPr id="0" name="B36973_10_2.png"/>
                    <pic:cNvPicPr/>
                  </pic:nvPicPr>
                  <pic:blipFill>
                    <a:blip r:embed="rId103"/>
                    <a:stretch>
                      <a:fillRect/>
                    </a:stretch>
                  </pic:blipFill>
                  <pic:spPr>
                    <a:xfrm>
                      <a:off x="0" y="0"/>
                      <a:ext cx="5486400" cy="4862104"/>
                    </a:xfrm>
                    <a:prstGeom prst="rect"/>
                  </pic:spPr>
                </pic:pic>
              </a:graphicData>
            </a:graphic>
          </wp:inline>
        </w:drawing>
      </w:r>
    </w:p>
    <w:p>
      <w:pPr>
        <w:spacing w:after="160"/>
        <w:jc w:val="center"/>
      </w:pPr>
      <w:r>
        <w:rPr>
          <w:rFonts w:ascii="Calibri" w:hAnsi="Calibri"/>
          <w:b w:val="0"/>
          <w:i/>
          <w:sz w:val="19"/>
        </w:rPr>
        <w:t>Hình 10.2: Ảnh chụp màn hình của report.xlsx</w:t>
      </w:r>
    </w:p>
    <w:p>
      <w:pPr>
        <w:pStyle w:val="Heading3"/>
      </w:pPr>
      <w:r>
        <w:rPr>
          <w:rFonts w:ascii="Calibri" w:hAnsi="Calibri"/>
          <w:b/>
          <w:i w:val="0"/>
          <w:sz w:val="26"/>
        </w:rPr>
        <w:t>Cách hoạt động...</w:t>
      </w:r>
    </w:p>
    <w:p>
      <w:pPr>
        <w:spacing w:after="80"/>
      </w:pPr>
      <w:r>
        <w:rPr>
          <w:b w:val="0"/>
          <w:i/>
        </w:rPr>
        <w:t xml:space="preserve"> Bước 1 </w:t>
      </w:r>
      <w:r>
        <w:rPr>
          <w:b w:val="0"/>
          <w:i w:val="0"/>
        </w:rPr>
        <w:t xml:space="preserve"> và </w:t>
      </w:r>
      <w:r>
        <w:rPr>
          <w:b w:val="0"/>
          <w:i/>
        </w:rPr>
        <w:t xml:space="preserve"> 2 </w:t>
      </w:r>
      <w:r>
        <w:rPr>
          <w:b w:val="0"/>
          <w:i w:val="0"/>
        </w:rPr>
        <w:t xml:space="preserve"> cho thấy dữ liệu được cấu trúc như thế nào. </w:t>
      </w:r>
      <w:r>
        <w:rPr>
          <w:b w:val="0"/>
          <w:i/>
        </w:rPr>
        <w:t xml:space="preserve"> Bước 3 </w:t>
      </w:r>
      <w:r>
        <w:rPr>
          <w:b w:val="0"/>
          <w:i w:val="0"/>
        </w:rPr>
        <w:t xml:space="preserve"> gọi </w:t>
      </w:r>
      <w:r>
        <w:rPr>
          <w:rFonts w:ascii="Consolas" w:hAnsi="Consolas"/>
          <w:b w:val="0"/>
          <w:i w:val="0"/>
          <w:sz w:val="20"/>
        </w:rPr>
        <w:br/>
        <w:br/>
        <w:t xml:space="preserve">      parse_sales_log.py</w:t>
        <w:br/>
        <w:t xml:space="preserve">     </w:t>
        <w:br/>
      </w:r>
      <w:r>
        <w:rPr>
          <w:b w:val="0"/>
          <w:i w:val="0"/>
        </w:rPr>
        <w:t xml:space="preserve"> để đọc tất cả các file log và phân tích chúng, rồi lưu chúng vào một bảng tính Excel. Nội dung của bảng tính được hiển thị trong </w:t>
      </w:r>
      <w:r>
        <w:rPr>
          <w:b w:val="0"/>
          <w:i/>
        </w:rPr>
        <w:t xml:space="preserve"> bước 4 </w:t>
      </w:r>
      <w:r>
        <w:rPr>
          <w:b w:val="0"/>
          <w:i w:val="0"/>
        </w:rPr>
        <w:t xml:space="preserve"> .</w:t>
      </w:r>
    </w:p>
    <w:p>
      <w:pPr>
        <w:spacing w:after="80"/>
      </w:pPr>
      <w:r>
        <w:rPr>
          <w:b w:val="0"/>
          <w:i w:val="0"/>
        </w:rPr>
        <w:t xml:space="preserve">Hãy xem </w:t>
      </w:r>
      <w:r>
        <w:rPr>
          <w:b w:val="0"/>
          <w:i/>
        </w:rPr>
        <w:t xml:space="preserve"> parse_sales_log.py </w:t>
      </w:r>
      <w:r>
        <w:rPr>
          <w:b w:val="0"/>
          <w:i w:val="0"/>
        </w:rPr>
        <w:t xml:space="preserve"> được cấu trúc như thế nào:</w:t>
      </w:r>
    </w:p>
    <w:p>
      <w:pPr>
        <w:spacing w:after="0"/>
        <w:ind w:left="360"/>
        <w:shd w:val="clear" w:color="auto" w:fill="F2F2F2"/>
      </w:pPr>
      <w:r>
        <w:rPr>
          <w:rFonts w:ascii="Consolas" w:hAnsi="Consolas"/>
          <w:sz w:val="18"/>
        </w:rPr>
        <w:t># IMPORTS</w:t>
      </w:r>
    </w:p>
    <w:p>
      <w:pPr>
        <w:spacing w:after="0"/>
        <w:ind w:left="360"/>
        <w:shd w:val="clear" w:color="auto" w:fill="F2F2F2"/>
      </w:pPr>
      <w:r>
        <w:rPr>
          <w:rFonts w:ascii="Consolas" w:hAnsi="Consolas"/>
          <w:sz w:val="18"/>
        </w:rPr>
        <w:t>from sale_log import SaleLog</w:t>
      </w:r>
    </w:p>
    <w:p>
      <w:pPr>
        <w:spacing w:after="0"/>
        <w:ind w:left="360"/>
        <w:shd w:val="clear" w:color="auto" w:fill="F2F2F2"/>
      </w:pPr>
      <w:r>
        <w:rPr>
          <w:rFonts w:ascii="Consolas" w:hAnsi="Consolas"/>
          <w:sz w:val="18"/>
        </w:rPr>
        <w:t>def get_logs_from_file(shop, log_filename):</w:t>
      </w:r>
    </w:p>
    <w:p>
      <w:pPr>
        <w:spacing w:after="0"/>
        <w:ind w:left="360"/>
        <w:shd w:val="clear" w:color="auto" w:fill="F2F2F2"/>
      </w:pPr>
      <w:r>
        <w:rPr>
          <w:rFonts w:ascii="Consolas" w:hAnsi="Consolas"/>
          <w:sz w:val="18"/>
        </w:rPr>
        <w:t xml:space="preserve">    with open(log_filename) as logfile:</w:t>
      </w:r>
    </w:p>
    <w:p>
      <w:pPr>
        <w:spacing w:after="0"/>
        <w:ind w:left="360"/>
        <w:shd w:val="clear" w:color="auto" w:fill="F2F2F2"/>
      </w:pPr>
      <w:r>
        <w:rPr>
          <w:rFonts w:ascii="Consolas" w:hAnsi="Consolas"/>
          <w:sz w:val="18"/>
        </w:rPr>
        <w:t xml:space="preserve">        logs = [SaleLog.parse(shop=shop, text_log=log)</w:t>
      </w:r>
    </w:p>
    <w:p>
      <w:pPr>
        <w:spacing w:after="0"/>
        <w:ind w:left="360"/>
        <w:shd w:val="clear" w:color="auto" w:fill="F2F2F2"/>
      </w:pPr>
      <w:r>
        <w:rPr>
          <w:rFonts w:ascii="Consolas" w:hAnsi="Consolas"/>
          <w:sz w:val="18"/>
        </w:rPr>
        <w:t xml:space="preserve">                for log in logfile]</w:t>
      </w:r>
    </w:p>
    <w:p>
      <w:pPr>
        <w:spacing w:after="0"/>
        <w:ind w:left="360"/>
        <w:shd w:val="clear" w:color="auto" w:fill="F2F2F2"/>
      </w:pPr>
      <w:r>
        <w:rPr>
          <w:rFonts w:ascii="Consolas" w:hAnsi="Consolas"/>
          <w:sz w:val="18"/>
        </w:rPr>
        <w:t xml:space="preserve">    return logs</w:t>
      </w:r>
    </w:p>
    <w:p>
      <w:pPr>
        <w:spacing w:after="0"/>
        <w:ind w:left="360"/>
        <w:shd w:val="clear" w:color="auto" w:fill="F2F2F2"/>
      </w:pPr>
      <w:r>
        <w:rPr>
          <w:rFonts w:ascii="Consolas" w:hAnsi="Consolas"/>
          <w:sz w:val="18"/>
        </w:rPr>
        <w:t>def main(log_dir, output_filename):</w:t>
      </w:r>
    </w:p>
    <w:p>
      <w:pPr>
        <w:spacing w:after="0"/>
        <w:ind w:left="360"/>
        <w:shd w:val="clear" w:color="auto" w:fill="F2F2F2"/>
      </w:pPr>
      <w:r>
        <w:rPr>
          <w:rFonts w:ascii="Consolas" w:hAnsi="Consolas"/>
          <w:sz w:val="18"/>
        </w:rPr>
        <w:t xml:space="preserve">    logs = []</w:t>
      </w:r>
    </w:p>
    <w:p>
      <w:pPr>
        <w:spacing w:after="0"/>
        <w:ind w:left="360"/>
        <w:shd w:val="clear" w:color="auto" w:fill="F2F2F2"/>
      </w:pPr>
      <w:r>
        <w:rPr>
          <w:rFonts w:ascii="Consolas" w:hAnsi="Consolas"/>
          <w:sz w:val="18"/>
        </w:rPr>
        <w:t xml:space="preserve">    for dirpath, dirnames, filenames in os.walk(log_dir):</w:t>
      </w:r>
    </w:p>
    <w:p>
      <w:pPr>
        <w:spacing w:after="0"/>
        <w:ind w:left="360"/>
        <w:shd w:val="clear" w:color="auto" w:fill="F2F2F2"/>
      </w:pPr>
      <w:r>
        <w:rPr>
          <w:rFonts w:ascii="Consolas" w:hAnsi="Consolas"/>
          <w:sz w:val="18"/>
        </w:rPr>
        <w:t xml:space="preserve">        for filename in filenames:</w:t>
      </w:r>
    </w:p>
    <w:p>
      <w:pPr>
        <w:spacing w:after="0"/>
        <w:ind w:left="360"/>
        <w:shd w:val="clear" w:color="auto" w:fill="F2F2F2"/>
      </w:pPr>
      <w:r>
        <w:rPr>
          <w:rFonts w:ascii="Consolas" w:hAnsi="Consolas"/>
          <w:sz w:val="18"/>
        </w:rPr>
        <w:t xml:space="preserve">            # The shop is the last directory</w:t>
      </w:r>
    </w:p>
    <w:p>
      <w:pPr>
        <w:spacing w:after="0"/>
        <w:ind w:left="360"/>
        <w:shd w:val="clear" w:color="auto" w:fill="F2F2F2"/>
      </w:pPr>
      <w:r>
        <w:rPr>
          <w:rFonts w:ascii="Consolas" w:hAnsi="Consolas"/>
          <w:sz w:val="18"/>
        </w:rPr>
        <w:t xml:space="preserve">            shop = os.path.basename(dirpath)</w:t>
      </w:r>
    </w:p>
    <w:p>
      <w:pPr>
        <w:spacing w:after="0"/>
        <w:ind w:left="360"/>
        <w:shd w:val="clear" w:color="auto" w:fill="F2F2F2"/>
      </w:pPr>
      <w:r>
        <w:rPr>
          <w:rFonts w:ascii="Consolas" w:hAnsi="Consolas"/>
          <w:sz w:val="18"/>
        </w:rPr>
        <w:t xml:space="preserve">            fullpath = os.path.join(dirpath, filename)</w:t>
      </w:r>
    </w:p>
    <w:p>
      <w:pPr>
        <w:spacing w:after="0"/>
        <w:ind w:left="360"/>
        <w:shd w:val="clear" w:color="auto" w:fill="F2F2F2"/>
      </w:pPr>
      <w:r>
        <w:rPr>
          <w:rFonts w:ascii="Consolas" w:hAnsi="Consolas"/>
          <w:sz w:val="18"/>
        </w:rPr>
        <w:t xml:space="preserve">            logs.extend(get_logs_from_file(shop, fullpath))</w:t>
      </w:r>
    </w:p>
    <w:p>
      <w:pPr>
        <w:spacing w:after="0"/>
        <w:ind w:left="360"/>
        <w:shd w:val="clear" w:color="auto" w:fill="F2F2F2"/>
      </w:pPr>
      <w:r>
        <w:rPr>
          <w:rFonts w:ascii="Consolas" w:hAnsi="Consolas"/>
          <w:sz w:val="18"/>
        </w:rPr>
        <w:t xml:space="preserve">    # Create and save the Excel sheet</w:t>
      </w:r>
    </w:p>
    <w:p>
      <w:pPr>
        <w:spacing w:after="0"/>
        <w:ind w:left="360"/>
        <w:shd w:val="clear" w:color="auto" w:fill="F2F2F2"/>
      </w:pPr>
      <w:r>
        <w:rPr>
          <w:rFonts w:ascii="Consolas" w:hAnsi="Consolas"/>
          <w:sz w:val="18"/>
        </w:rPr>
        <w:t xml:space="preserve">    xlsfile = openpyxl.Workbook()</w:t>
      </w:r>
    </w:p>
    <w:p>
      <w:pPr>
        <w:spacing w:after="0"/>
        <w:ind w:left="360"/>
        <w:shd w:val="clear" w:color="auto" w:fill="F2F2F2"/>
      </w:pPr>
      <w:r>
        <w:rPr>
          <w:rFonts w:ascii="Consolas" w:hAnsi="Consolas"/>
          <w:sz w:val="18"/>
        </w:rPr>
        <w:t xml:space="preserve">    sheet = xlsfile['Sheet']</w:t>
      </w:r>
    </w:p>
    <w:p>
      <w:pPr>
        <w:spacing w:after="0"/>
        <w:ind w:left="360"/>
        <w:shd w:val="clear" w:color="auto" w:fill="F2F2F2"/>
      </w:pPr>
      <w:r>
        <w:rPr>
          <w:rFonts w:ascii="Consolas" w:hAnsi="Consolas"/>
          <w:sz w:val="18"/>
        </w:rPr>
        <w:t xml:space="preserve">   sheet.append(SaleLog.row_header())</w:t>
      </w:r>
    </w:p>
    <w:p>
      <w:pPr>
        <w:spacing w:after="0"/>
        <w:ind w:left="360"/>
        <w:shd w:val="clear" w:color="auto" w:fill="F2F2F2"/>
      </w:pPr>
      <w:r>
        <w:rPr>
          <w:rFonts w:ascii="Consolas" w:hAnsi="Consolas"/>
          <w:sz w:val="18"/>
        </w:rPr>
        <w:t xml:space="preserve">    for log in logs:</w:t>
      </w:r>
    </w:p>
    <w:p>
      <w:pPr>
        <w:spacing w:after="0"/>
        <w:ind w:left="360"/>
        <w:shd w:val="clear" w:color="auto" w:fill="F2F2F2"/>
      </w:pPr>
      <w:r>
        <w:rPr>
          <w:rFonts w:ascii="Consolas" w:hAnsi="Consolas"/>
          <w:sz w:val="18"/>
        </w:rPr>
        <w:t xml:space="preserve">        sheet.append(log.row())</w:t>
      </w:r>
    </w:p>
    <w:p>
      <w:pPr>
        <w:spacing w:after="0"/>
        <w:ind w:left="360"/>
        <w:shd w:val="clear" w:color="auto" w:fill="F2F2F2"/>
      </w:pPr>
      <w:r>
        <w:rPr>
          <w:rFonts w:ascii="Consolas" w:hAnsi="Consolas"/>
          <w:sz w:val="18"/>
        </w:rPr>
        <w:t xml:space="preserve">    xlsfile.save(output_filename)</w:t>
      </w:r>
    </w:p>
    <w:p>
      <w:pPr>
        <w:spacing w:after="0"/>
        <w:ind w:left="360"/>
        <w:shd w:val="clear" w:color="auto" w:fill="F2F2F2"/>
      </w:pPr>
      <w:r>
        <w:rPr>
          <w:rFonts w:ascii="Consolas" w:hAnsi="Consolas"/>
          <w:sz w:val="18"/>
        </w:rPr>
        <w:t>if __name__ == '__main__':</w:t>
      </w:r>
    </w:p>
    <w:p>
      <w:pPr>
        <w:spacing w:after="0"/>
        <w:ind w:left="360"/>
        <w:shd w:val="clear" w:color="auto" w:fill="F2F2F2"/>
      </w:pPr>
      <w:r>
        <w:rPr>
          <w:rFonts w:ascii="Consolas" w:hAnsi="Consolas"/>
          <w:sz w:val="18"/>
        </w:rPr>
        <w:t xml:space="preserve">   # PARSE COMMAND LINE ARGUMENTS AND CALL main()</w:t>
      </w:r>
    </w:p>
    <w:p>
      <w:pPr>
        <w:spacing w:after="40"/>
      </w:pPr>
    </w:p>
    <w:p>
      <w:pPr>
        <w:spacing w:after="80"/>
      </w:pPr>
      <w:r>
        <w:rPr>
          <w:b w:val="0"/>
          <w:i w:val="0"/>
        </w:rPr>
        <w:t xml:space="preserve">Các đối số dòng lệnh được giải thích trong </w:t>
      </w:r>
      <w:r>
        <w:rPr>
          <w:b w:val="0"/>
          <w:i/>
        </w:rPr>
        <w:t xml:space="preserve"> Chương </w:t>
      </w:r>
      <w:r>
        <w:rPr>
          <w:b w:val="0"/>
          <w:i w:val="0"/>
        </w:rPr>
        <w:t xml:space="preserve"> </w:t>
      </w:r>
      <w:r>
        <w:rPr>
          <w:b w:val="0"/>
          <w:i/>
        </w:rPr>
        <w:t xml:space="preserve"> 1 </w:t>
      </w:r>
      <w:r>
        <w:rPr>
          <w:b w:val="0"/>
          <w:i w:val="0"/>
        </w:rPr>
        <w:t xml:space="preserve"> , </w:t>
      </w:r>
      <w:r>
        <w:rPr>
          <w:b w:val="0"/>
          <w:i/>
        </w:rPr>
        <w:t xml:space="preserve"> Hãy bắt đầu hành trình tự động hóa của chúng ta </w:t>
      </w:r>
      <w:r>
        <w:rPr>
          <w:b w:val="0"/>
          <w:i w:val="0"/>
        </w:rPr>
        <w:t xml:space="preserve"> . Lưu ý rằng các import bao gồm </w:t>
      </w:r>
      <w:r>
        <w:rPr>
          <w:rFonts w:ascii="Consolas" w:hAnsi="Consolas"/>
          <w:b w:val="0"/>
          <w:i w:val="0"/>
          <w:sz w:val="20"/>
        </w:rPr>
        <w:br/>
        <w:br/>
        <w:t xml:space="preserve">      SaleLog</w:t>
        <w:br/>
        <w:t xml:space="preserve">     </w:t>
        <w:br/>
      </w:r>
      <w:r>
        <w:rPr>
          <w:b w:val="0"/>
          <w:i w:val="0"/>
        </w:rPr>
        <w:t xml:space="preserve"> .</w:t>
      </w:r>
    </w:p>
    <w:p>
      <w:pPr>
        <w:spacing w:after="80"/>
      </w:pPr>
      <w:r>
        <w:rPr>
          <w:b w:val="0"/>
          <w:i w:val="0"/>
        </w:rPr>
        <w:t xml:space="preserve">Hàm </w:t>
      </w:r>
      <w:r>
        <w:rPr>
          <w:rFonts w:ascii="Consolas" w:hAnsi="Consolas"/>
          <w:b w:val="0"/>
          <w:i w:val="0"/>
          <w:sz w:val="20"/>
        </w:rPr>
        <w:br/>
        <w:br/>
        <w:t xml:space="preserve">      main</w:t>
        <w:br/>
        <w:t xml:space="preserve">     </w:t>
        <w:br/>
      </w:r>
      <w:r>
        <w:rPr>
          <w:b w:val="0"/>
          <w:i w:val="0"/>
        </w:rPr>
        <w:t xml:space="preserve"> duyệt qua toàn bộ thư mục và lấy tất cả các file thông qua </w:t>
      </w:r>
      <w:r>
        <w:rPr>
          <w:rFonts w:ascii="Consolas" w:hAnsi="Consolas"/>
          <w:b w:val="0"/>
          <w:i w:val="0"/>
          <w:sz w:val="20"/>
        </w:rPr>
        <w:br/>
        <w:br/>
        <w:t xml:space="preserve">      os.walk</w:t>
        <w:br/>
        <w:t xml:space="preserve">     </w:t>
        <w:br/>
      </w:r>
      <w:r>
        <w:rPr>
          <w:b w:val="0"/>
          <w:i w:val="0"/>
        </w:rPr>
        <w:t xml:space="preserve"> . Bạn có thể tìm hiểu thêm về </w:t>
      </w:r>
      <w:r>
        <w:rPr>
          <w:rFonts w:ascii="Consolas" w:hAnsi="Consolas"/>
          <w:b w:val="0"/>
          <w:i w:val="0"/>
          <w:sz w:val="20"/>
        </w:rPr>
        <w:br/>
        <w:br/>
        <w:t xml:space="preserve">      os.walk</w:t>
        <w:br/>
        <w:t xml:space="preserve">     </w:t>
        <w:br/>
      </w:r>
      <w:r>
        <w:rPr>
          <w:b w:val="0"/>
          <w:i w:val="0"/>
        </w:rPr>
        <w:t xml:space="preserve"> trong </w:t>
      </w:r>
      <w:r>
        <w:rPr>
          <w:b w:val="0"/>
          <w:i/>
        </w:rPr>
        <w:t xml:space="preserve"> Chương 2 , Tự động hóa công việc thật dễ dàng </w:t>
      </w:r>
      <w:r>
        <w:rPr>
          <w:b w:val="0"/>
          <w:i w:val="0"/>
        </w:rPr>
        <w:t xml:space="preserve"> . Mỗi file sau đó được truyền vào </w:t>
      </w:r>
      <w:r>
        <w:rPr>
          <w:rFonts w:ascii="Consolas" w:hAnsi="Consolas"/>
          <w:b w:val="0"/>
          <w:i w:val="0"/>
          <w:sz w:val="20"/>
        </w:rPr>
        <w:br/>
        <w:br/>
        <w:t xml:space="preserve">      get_logs_from_file</w:t>
        <w:br/>
        <w:t xml:space="preserve">     </w:t>
        <w:br/>
      </w:r>
      <w:r>
        <w:rPr>
          <w:b w:val="0"/>
          <w:i w:val="0"/>
        </w:rPr>
        <w:t xml:space="preserve"> để phân tích các log của nó và thêm chúng vào danh sách log toàn cục.</w:t>
      </w:r>
    </w:p>
    <w:p>
      <w:pPr>
        <w:spacing w:after="80"/>
      </w:pPr>
      <w:r>
        <w:rPr>
          <w:b w:val="0"/>
          <w:i w:val="0"/>
        </w:rPr>
        <w:t xml:space="preserve">Lưu ý rằng cửa hàng cụ thể được lưu trong thư mục con cuối cùng, nên nó được trích xuất bằng </w:t>
      </w:r>
      <w:r>
        <w:rPr>
          <w:rFonts w:ascii="Consolas" w:hAnsi="Consolas"/>
          <w:b w:val="0"/>
          <w:i w:val="0"/>
          <w:sz w:val="20"/>
        </w:rPr>
        <w:br/>
        <w:br/>
        <w:t xml:space="preserve">      os.path.basename</w:t>
        <w:br/>
        <w:t xml:space="preserve">     </w:t>
        <w:br/>
      </w:r>
      <w:r>
        <w:rPr>
          <w:b w:val="0"/>
          <w:i w:val="0"/>
        </w:rPr>
        <w:t xml:space="preserve"> .</w:t>
      </w:r>
    </w:p>
    <w:p>
      <w:pPr>
        <w:spacing w:after="80"/>
      </w:pPr>
      <w:r>
        <w:rPr>
          <w:b w:val="0"/>
          <w:i w:val="0"/>
        </w:rPr>
        <w:t xml:space="preserve">Sau khi danh sách log đã hoàn tất, một trang Excel mới được tạo bằng mô-đun </w:t>
      </w:r>
      <w:r>
        <w:rPr>
          <w:rFonts w:ascii="Consolas" w:hAnsi="Consolas"/>
          <w:b w:val="0"/>
          <w:i w:val="0"/>
          <w:sz w:val="20"/>
        </w:rPr>
        <w:br/>
        <w:br/>
        <w:t xml:space="preserve">      openpyxl</w:t>
        <w:br/>
        <w:t xml:space="preserve">     </w:t>
        <w:br/>
      </w:r>
      <w:r>
        <w:rPr>
          <w:b w:val="0"/>
          <w:i w:val="0"/>
        </w:rPr>
        <w:t xml:space="preserve"> . Mô-đun </w:t>
      </w:r>
      <w:r>
        <w:rPr>
          <w:rFonts w:ascii="Consolas" w:hAnsi="Consolas"/>
          <w:b w:val="0"/>
          <w:i w:val="0"/>
          <w:sz w:val="20"/>
        </w:rPr>
        <w:br/>
        <w:br/>
        <w:t xml:space="preserve">      SaleLog</w:t>
        <w:br/>
        <w:t xml:space="preserve">     </w:t>
        <w:br/>
      </w:r>
      <w:r>
        <w:rPr>
          <w:b w:val="0"/>
          <w:i w:val="0"/>
        </w:rPr>
        <w:t xml:space="preserve"> có một phương thức </w:t>
      </w:r>
      <w:r>
        <w:rPr>
          <w:rFonts w:ascii="Consolas" w:hAnsi="Consolas"/>
          <w:b w:val="0"/>
          <w:i w:val="0"/>
          <w:sz w:val="20"/>
        </w:rPr>
        <w:br/>
        <w:br/>
        <w:t xml:space="preserve">      .row_header</w:t>
        <w:br/>
        <w:t xml:space="preserve">     </w:t>
        <w:br/>
      </w:r>
      <w:r>
        <w:rPr>
          <w:b w:val="0"/>
          <w:i w:val="0"/>
        </w:rPr>
        <w:t xml:space="preserve"> để thêm hàng đầu tiên, rồi tất cả các log được chuyển đổi sang định dạng hàng bằng </w:t>
      </w:r>
      <w:r>
        <w:rPr>
          <w:rFonts w:ascii="Consolas" w:hAnsi="Consolas"/>
          <w:b w:val="0"/>
          <w:i w:val="0"/>
          <w:sz w:val="20"/>
        </w:rPr>
        <w:br/>
        <w:br/>
        <w:t xml:space="preserve">      .row</w:t>
        <w:br/>
        <w:t xml:space="preserve">     </w:t>
        <w:br/>
      </w:r>
      <w:r>
        <w:rPr>
          <w:b w:val="0"/>
          <w:i w:val="0"/>
        </w:rPr>
        <w:t xml:space="preserve"> . Cuối cùng, file được lưu lại.</w:t>
      </w:r>
    </w:p>
    <w:p>
      <w:pPr>
        <w:spacing w:after="80"/>
      </w:pPr>
      <w:r>
        <w:rPr>
          <w:b w:val="0"/>
          <w:i w:val="0"/>
        </w:rPr>
        <w:t xml:space="preserve">Để phân tích các log, chúng ta có một mô-đun tên là </w:t>
      </w:r>
      <w:r>
        <w:rPr>
          <w:rFonts w:ascii="Consolas" w:hAnsi="Consolas"/>
          <w:b w:val="0"/>
          <w:i w:val="0"/>
          <w:sz w:val="20"/>
        </w:rPr>
        <w:br/>
        <w:br/>
        <w:t xml:space="preserve">      sale_log.py</w:t>
        <w:br/>
        <w:t xml:space="preserve">     </w:t>
        <w:br/>
      </w:r>
      <w:r>
        <w:rPr>
          <w:b w:val="0"/>
          <w:i w:val="0"/>
        </w:rPr>
        <w:t xml:space="preserve"> , mô-đun này trừu tượng hóa việc phân tích và xử lý các hàng.</w:t>
      </w:r>
    </w:p>
    <w:p>
      <w:pPr>
        <w:spacing w:after="80"/>
      </w:pPr>
      <w:r>
        <w:rPr>
          <w:b/>
          <w:i w:val="0"/>
        </w:rPr>
        <w:t>Lưu ý</w:t>
      </w:r>
    </w:p>
    <w:p>
      <w:pPr>
        <w:spacing w:after="80"/>
      </w:pPr>
      <w:r>
        <w:rPr>
          <w:b w:val="0"/>
          <w:i w:val="0"/>
        </w:rPr>
        <w:t xml:space="preserve">Lưu ý rằng, so với các script </w:t>
      </w:r>
      <w:r>
        <w:rPr>
          <w:rFonts w:ascii="Consolas" w:hAnsi="Consolas"/>
          <w:b w:val="0"/>
          <w:i w:val="0"/>
          <w:sz w:val="20"/>
        </w:rPr>
        <w:br/>
        <w:br/>
        <w:t xml:space="preserve">       parse_log.py</w:t>
        <w:br/>
        <w:t xml:space="preserve">      </w:t>
        <w:br/>
      </w:r>
      <w:r>
        <w:rPr>
          <w:b w:val="0"/>
          <w:i w:val="0"/>
        </w:rPr>
        <w:t xml:space="preserve"> trước đó trong sách, phần này bao gồm một mục tùy chọn để lưu mã được dùng để mua hàng nếu có.</w:t>
      </w:r>
    </w:p>
    <w:p>
      <w:pPr>
        <w:spacing w:after="80"/>
      </w:pPr>
      <w:r>
        <w:rPr>
          <w:b w:val="0"/>
          <w:i w:val="0"/>
        </w:rPr>
        <w:t xml:space="preserve">Chúng ta sẽ tập trung ở đây vào phương thức </w:t>
      </w:r>
      <w:r>
        <w:rPr>
          <w:rFonts w:ascii="Consolas" w:hAnsi="Consolas"/>
          <w:b w:val="0"/>
          <w:i w:val="0"/>
          <w:sz w:val="20"/>
        </w:rPr>
        <w:br/>
        <w:br/>
        <w:t xml:space="preserve">      parse</w:t>
        <w:br/>
        <w:t xml:space="preserve">     </w:t>
        <w:br/>
      </w:r>
      <w:r>
        <w:rPr>
          <w:b w:val="0"/>
          <w:i w:val="0"/>
        </w:rPr>
        <w:t xml:space="preserve"> :</w:t>
      </w:r>
    </w:p>
    <w:p>
      <w:pPr>
        <w:spacing w:after="0"/>
        <w:ind w:left="360"/>
        <w:shd w:val="clear" w:color="auto" w:fill="F2F2F2"/>
      </w:pPr>
      <w:r>
        <w:rPr>
          <w:rFonts w:ascii="Consolas" w:hAnsi="Consolas"/>
          <w:sz w:val="18"/>
        </w:rPr>
        <w:t xml:space="preserve">    @classmethod</w:t>
      </w:r>
    </w:p>
    <w:p>
      <w:pPr>
        <w:spacing w:after="0"/>
        <w:ind w:left="360"/>
        <w:shd w:val="clear" w:color="auto" w:fill="F2F2F2"/>
      </w:pPr>
      <w:r>
        <w:rPr>
          <w:rFonts w:ascii="Consolas" w:hAnsi="Consolas"/>
          <w:sz w:val="18"/>
        </w:rPr>
        <w:t>def parse(cls, shop, text_log):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Parse from a text log with the format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to a SaleLog object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price(string):</w:t>
      </w:r>
    </w:p>
    <w:p>
      <w:pPr>
        <w:spacing w:after="0"/>
        <w:ind w:left="360"/>
        <w:shd w:val="clear" w:color="auto" w:fill="F2F2F2"/>
      </w:pPr>
      <w:r>
        <w:rPr>
          <w:rFonts w:ascii="Consolas" w:hAnsi="Consolas"/>
          <w:sz w:val="18"/>
        </w:rPr>
        <w:t xml:space="preserve">            return Decimal(string)</w:t>
      </w:r>
    </w:p>
    <w:p>
      <w:pPr>
        <w:spacing w:after="0"/>
        <w:ind w:left="360"/>
        <w:shd w:val="clear" w:color="auto" w:fill="F2F2F2"/>
      </w:pPr>
      <w:r>
        <w:rPr>
          <w:rFonts w:ascii="Consolas" w:hAnsi="Consolas"/>
          <w:sz w:val="18"/>
        </w:rPr>
        <w:t xml:space="preserve">        def isodate(string):</w:t>
      </w:r>
    </w:p>
    <w:p>
      <w:pPr>
        <w:spacing w:after="0"/>
        <w:ind w:left="360"/>
        <w:shd w:val="clear" w:color="auto" w:fill="F2F2F2"/>
      </w:pPr>
      <w:r>
        <w:rPr>
          <w:rFonts w:ascii="Consolas" w:hAnsi="Consolas"/>
          <w:sz w:val="18"/>
        </w:rPr>
        <w:t xml:space="preserve">            return pendulum.parse(string)</w:t>
      </w:r>
    </w:p>
    <w:p>
      <w:pPr>
        <w:spacing w:after="0"/>
        <w:ind w:left="360"/>
        <w:shd w:val="clear" w:color="auto" w:fill="F2F2F2"/>
      </w:pPr>
      <w:r>
        <w:rPr>
          <w:rFonts w:ascii="Consolas" w:hAnsi="Consolas"/>
          <w:sz w:val="18"/>
        </w:rPr>
        <w:t xml:space="preserve">        FORMAT = ('[{timestamp:isodate}] - SALE - PRODUCT: {product:d} '</w:t>
      </w:r>
    </w:p>
    <w:p>
      <w:pPr>
        <w:spacing w:after="0"/>
        <w:ind w:left="360"/>
        <w:shd w:val="clear" w:color="auto" w:fill="F2F2F2"/>
      </w:pPr>
      <w:r>
        <w:rPr>
          <w:rFonts w:ascii="Consolas" w:hAnsi="Consolas"/>
          <w:sz w:val="18"/>
        </w:rPr>
        <w:t>'- PRICE: ${price:price} - NAME: {name:D} '</w:t>
      </w:r>
    </w:p>
    <w:p>
      <w:pPr>
        <w:spacing w:after="0"/>
        <w:ind w:left="360"/>
        <w:shd w:val="clear" w:color="auto" w:fill="F2F2F2"/>
      </w:pPr>
      <w:r>
        <w:rPr>
          <w:rFonts w:ascii="Consolas" w:hAnsi="Consolas"/>
          <w:sz w:val="18"/>
        </w:rPr>
        <w:t>'- DISCOUNT: {discount:d}% '</w:t>
      </w:r>
    </w:p>
    <w:p>
      <w:pPr>
        <w:spacing w:after="0"/>
        <w:ind w:left="360"/>
        <w:shd w:val="clear" w:color="auto" w:fill="F2F2F2"/>
      </w:pPr>
      <w:r>
        <w:rPr>
          <w:rFonts w:ascii="Consolas" w:hAnsi="Consolas"/>
          <w:sz w:val="18"/>
        </w:rPr>
        <w:t>'- CODE: {code:S}')</w:t>
      </w:r>
    </w:p>
    <w:p>
      <w:pPr>
        <w:spacing w:after="0"/>
        <w:ind w:left="360"/>
        <w:shd w:val="clear" w:color="auto" w:fill="F2F2F2"/>
      </w:pPr>
      <w:r>
        <w:rPr>
          <w:rFonts w:ascii="Consolas" w:hAnsi="Consolas"/>
          <w:sz w:val="18"/>
        </w:rPr>
        <w:t xml:space="preserve">        formats = {'price': price, 'isodate': isodate}</w:t>
      </w:r>
    </w:p>
    <w:p>
      <w:pPr>
        <w:spacing w:after="0"/>
        <w:ind w:left="360"/>
        <w:shd w:val="clear" w:color="auto" w:fill="F2F2F2"/>
      </w:pPr>
      <w:r>
        <w:rPr>
          <w:rFonts w:ascii="Consolas" w:hAnsi="Consolas"/>
          <w:sz w:val="18"/>
        </w:rPr>
        <w:t xml:space="preserve">        result = parse.parse(FORMAT, text_log, formats)</w:t>
      </w:r>
    </w:p>
    <w:p>
      <w:pPr>
        <w:spacing w:after="0"/>
        <w:ind w:left="360"/>
        <w:shd w:val="clear" w:color="auto" w:fill="F2F2F2"/>
      </w:pPr>
      <w:r>
        <w:rPr>
          <w:rFonts w:ascii="Consolas" w:hAnsi="Consolas"/>
          <w:sz w:val="18"/>
        </w:rPr>
        <w:t xml:space="preserve">        return cls(timestamp=result['timestamp'],</w:t>
      </w:r>
    </w:p>
    <w:p>
      <w:pPr>
        <w:spacing w:after="0"/>
        <w:ind w:left="360"/>
        <w:shd w:val="clear" w:color="auto" w:fill="F2F2F2"/>
      </w:pPr>
      <w:r>
        <w:rPr>
          <w:rFonts w:ascii="Consolas" w:hAnsi="Consolas"/>
          <w:sz w:val="18"/>
        </w:rPr>
        <w:t xml:space="preserve">                   product_id=result['product'],</w:t>
      </w:r>
    </w:p>
    <w:p>
      <w:pPr>
        <w:spacing w:after="0"/>
        <w:ind w:left="360"/>
        <w:shd w:val="clear" w:color="auto" w:fill="F2F2F2"/>
      </w:pPr>
      <w:r>
        <w:rPr>
          <w:rFonts w:ascii="Consolas" w:hAnsi="Consolas"/>
          <w:sz w:val="18"/>
        </w:rPr>
        <w:t xml:space="preserve">                   price=result['price'],</w:t>
      </w:r>
    </w:p>
    <w:p>
      <w:pPr>
        <w:spacing w:after="0"/>
        <w:ind w:left="360"/>
        <w:shd w:val="clear" w:color="auto" w:fill="F2F2F2"/>
      </w:pPr>
      <w:r>
        <w:rPr>
          <w:rFonts w:ascii="Consolas" w:hAnsi="Consolas"/>
          <w:sz w:val="18"/>
        </w:rPr>
        <w:t xml:space="preserve">                   name=result['name'],</w:t>
      </w:r>
    </w:p>
    <w:p>
      <w:pPr>
        <w:spacing w:after="0"/>
        <w:ind w:left="360"/>
        <w:shd w:val="clear" w:color="auto" w:fill="F2F2F2"/>
      </w:pPr>
      <w:r>
        <w:rPr>
          <w:rFonts w:ascii="Consolas" w:hAnsi="Consolas"/>
          <w:sz w:val="18"/>
        </w:rPr>
        <w:t xml:space="preserve">                   discount=result['discount'],</w:t>
      </w:r>
    </w:p>
    <w:p>
      <w:pPr>
        <w:spacing w:after="0"/>
        <w:ind w:left="360"/>
        <w:shd w:val="clear" w:color="auto" w:fill="F2F2F2"/>
      </w:pPr>
      <w:r>
        <w:rPr>
          <w:rFonts w:ascii="Consolas" w:hAnsi="Consolas"/>
          <w:sz w:val="18"/>
        </w:rPr>
        <w:t xml:space="preserve">                   shop=shop)</w:t>
      </w:r>
    </w:p>
    <w:p>
      <w:pPr>
        <w:spacing w:after="40"/>
      </w:pPr>
    </w:p>
    <w:p>
      <w:pPr>
        <w:spacing w:after="80"/>
      </w:pPr>
      <w:r>
        <w:rPr>
          <w:rFonts w:ascii="Consolas" w:hAnsi="Consolas"/>
          <w:b w:val="0"/>
          <w:i w:val="0"/>
          <w:sz w:val="20"/>
        </w:rPr>
        <w:br/>
        <w:br/>
        <w:t xml:space="preserve">      sale_log.py</w:t>
        <w:br/>
        <w:t xml:space="preserve">     </w:t>
        <w:br/>
      </w:r>
      <w:r>
        <w:rPr>
          <w:b w:val="0"/>
          <w:i w:val="0"/>
        </w:rPr>
        <w:t xml:space="preserve"> là một </w:t>
      </w:r>
      <w:r>
        <w:rPr>
          <w:rFonts w:ascii="Consolas" w:hAnsi="Consolas"/>
          <w:b w:val="0"/>
          <w:i w:val="0"/>
          <w:sz w:val="20"/>
        </w:rPr>
        <w:br/>
        <w:br/>
        <w:t xml:space="preserve">      classmethod</w:t>
        <w:br/>
        <w:t xml:space="preserve">     </w:t>
        <w:br/>
      </w:r>
      <w:r>
        <w:rPr>
          <w:b w:val="0"/>
          <w:i w:val="0"/>
        </w:rPr>
        <w:t xml:space="preserve"> , nghĩa là nó có thể được dùng bằng cách gọi </w:t>
      </w:r>
      <w:r>
        <w:rPr>
          <w:rFonts w:ascii="Consolas" w:hAnsi="Consolas"/>
          <w:b w:val="0"/>
          <w:i w:val="0"/>
          <w:sz w:val="20"/>
        </w:rPr>
        <w:br/>
        <w:br/>
        <w:t xml:space="preserve">      SaleLog.parse</w:t>
        <w:br/>
        <w:t xml:space="preserve">     </w:t>
        <w:br/>
      </w:r>
      <w:r>
        <w:rPr>
          <w:b w:val="0"/>
          <w:i w:val="0"/>
        </w:rPr>
        <w:t xml:space="preserve"> . Nó trả về một phần tử mới của lớp.</w:t>
      </w:r>
    </w:p>
    <w:p>
      <w:pPr>
        <w:spacing w:after="80"/>
      </w:pPr>
      <w:r>
        <w:rPr>
          <w:b/>
          <w:i w:val="0"/>
        </w:rPr>
        <w:t>Lưu ý</w:t>
      </w:r>
    </w:p>
    <w:p>
      <w:pPr>
        <w:spacing w:after="80"/>
      </w:pPr>
      <w:r>
        <w:rPr>
          <w:rFonts w:ascii="Consolas" w:hAnsi="Consolas"/>
          <w:b w:val="0"/>
          <w:i w:val="0"/>
          <w:sz w:val="20"/>
        </w:rPr>
        <w:br/>
        <w:br/>
        <w:t xml:space="preserve">       Classmethods</w:t>
        <w:br/>
        <w:t xml:space="preserve">      </w:t>
        <w:br/>
      </w:r>
      <w:r>
        <w:rPr>
          <w:b w:val="0"/>
          <w:i w:val="0"/>
        </w:rPr>
        <w:t xml:space="preserve"> được gọi với đối số đầu tiên lưu trữ lớp, thay vì đối tượng thường được lưu trong </w:t>
      </w:r>
      <w:r>
        <w:rPr>
          <w:rFonts w:ascii="Consolas" w:hAnsi="Consolas"/>
          <w:b w:val="0"/>
          <w:i w:val="0"/>
          <w:sz w:val="20"/>
        </w:rPr>
        <w:br/>
        <w:br/>
        <w:t xml:space="preserve">       self</w:t>
        <w:br/>
        <w:t xml:space="preserve">      </w:t>
        <w:br/>
      </w:r>
      <w:r>
        <w:rPr>
          <w:b w:val="0"/>
          <w:i w:val="0"/>
        </w:rPr>
        <w:t xml:space="preserve"> . Quy ước là đặt tên đối số là </w:t>
      </w:r>
      <w:r>
        <w:rPr>
          <w:rFonts w:ascii="Consolas" w:hAnsi="Consolas"/>
          <w:b w:val="0"/>
          <w:i w:val="0"/>
          <w:sz w:val="20"/>
        </w:rPr>
        <w:br/>
        <w:br/>
        <w:t xml:space="preserve">       cls</w:t>
        <w:br/>
        <w:t xml:space="preserve">      </w:t>
        <w:br/>
      </w:r>
      <w:r>
        <w:rPr>
          <w:b w:val="0"/>
          <w:i w:val="0"/>
        </w:rPr>
        <w:t xml:space="preserve"> . Gọi </w:t>
      </w:r>
      <w:r>
        <w:rPr>
          <w:rFonts w:ascii="Consolas" w:hAnsi="Consolas"/>
          <w:b w:val="0"/>
          <w:i w:val="0"/>
          <w:sz w:val="20"/>
        </w:rPr>
        <w:br/>
        <w:br/>
        <w:t xml:space="preserve">       cls(...)</w:t>
        <w:br/>
        <w:t xml:space="preserve">      </w:t>
        <w:br/>
      </w:r>
      <w:r>
        <w:rPr>
          <w:b w:val="0"/>
          <w:i w:val="0"/>
        </w:rPr>
        <w:t xml:space="preserve"> ở cuối tương đương với </w:t>
      </w:r>
      <w:r>
        <w:rPr>
          <w:rFonts w:ascii="Consolas" w:hAnsi="Consolas"/>
          <w:b w:val="0"/>
          <w:i w:val="0"/>
          <w:sz w:val="20"/>
        </w:rPr>
        <w:br/>
        <w:br/>
        <w:t xml:space="preserve">       SaleFormat(...)</w:t>
        <w:br/>
        <w:t xml:space="preserve">      </w:t>
        <w:br/>
      </w:r>
      <w:r>
        <w:rPr>
          <w:b w:val="0"/>
          <w:i w:val="0"/>
        </w:rPr>
        <w:t xml:space="preserve"> , nên nó gọi phương thức </w:t>
      </w:r>
      <w:r>
        <w:rPr>
          <w:rFonts w:ascii="Consolas" w:hAnsi="Consolas"/>
          <w:b w:val="0"/>
          <w:i w:val="0"/>
          <w:sz w:val="20"/>
        </w:rPr>
        <w:br/>
        <w:br/>
        <w:t xml:space="preserve">       __init__</w:t>
        <w:br/>
        <w:t xml:space="preserve">      </w:t>
        <w:br/>
      </w:r>
      <w:r>
        <w:rPr>
          <w:b w:val="0"/>
          <w:i w:val="0"/>
        </w:rPr>
        <w:t xml:space="preserve"> .</w:t>
      </w:r>
    </w:p>
    <w:p>
      <w:pPr>
        <w:spacing w:after="80"/>
      </w:pPr>
      <w:r>
        <w:rPr>
          <w:b w:val="0"/>
          <w:i w:val="0"/>
        </w:rPr>
        <w:t xml:space="preserve">Mô-đun </w:t>
      </w:r>
      <w:r>
        <w:rPr>
          <w:rFonts w:ascii="Consolas" w:hAnsi="Consolas"/>
          <w:b w:val="0"/>
          <w:i w:val="0"/>
          <w:sz w:val="20"/>
        </w:rPr>
        <w:br/>
        <w:br/>
        <w:t xml:space="preserve">      parse</w:t>
        <w:br/>
        <w:t xml:space="preserve">     </w:t>
        <w:br/>
      </w:r>
      <w:r>
        <w:rPr>
          <w:b w:val="0"/>
          <w:i w:val="0"/>
        </w:rPr>
        <w:t xml:space="preserve"> được dùng để lấy các giá trị từ template. Lưu ý cách hai phần tử </w:t>
      </w:r>
      <w:r>
        <w:rPr>
          <w:rFonts w:ascii="Consolas" w:hAnsi="Consolas"/>
          <w:b w:val="0"/>
          <w:i w:val="0"/>
          <w:sz w:val="20"/>
        </w:rPr>
        <w:br/>
        <w:br/>
        <w:t xml:space="preserve">      timestamp</w:t>
        <w:br/>
        <w:t xml:space="preserve">     </w:t>
        <w:br/>
      </w:r>
      <w:r>
        <w:rPr>
          <w:b w:val="0"/>
          <w:i w:val="0"/>
        </w:rPr>
        <w:t xml:space="preserve"> và </w:t>
      </w:r>
      <w:r>
        <w:rPr>
          <w:rFonts w:ascii="Consolas" w:hAnsi="Consolas"/>
          <w:b w:val="0"/>
          <w:i w:val="0"/>
          <w:sz w:val="20"/>
        </w:rPr>
        <w:br/>
        <w:br/>
        <w:t xml:space="preserve">      price</w:t>
        <w:br/>
        <w:t xml:space="preserve">     </w:t>
        <w:br/>
      </w:r>
      <w:r>
        <w:rPr>
          <w:b w:val="0"/>
          <w:i w:val="0"/>
        </w:rPr>
        <w:t xml:space="preserve"> có cách phân tích tùy chỉnh. Mô-đun </w:t>
      </w:r>
      <w:r>
        <w:rPr>
          <w:rFonts w:ascii="Consolas" w:hAnsi="Consolas"/>
          <w:b w:val="0"/>
          <w:i w:val="0"/>
          <w:sz w:val="20"/>
        </w:rPr>
        <w:br/>
        <w:br/>
        <w:t xml:space="preserve">      pendulum</w:t>
        <w:br/>
        <w:t xml:space="preserve">     </w:t>
        <w:br/>
      </w:r>
      <w:r>
        <w:rPr>
          <w:b w:val="0"/>
          <w:i w:val="0"/>
        </w:rPr>
        <w:t xml:space="preserve"> giúp chúng ta phân tích ngày tháng, còn </w:t>
      </w:r>
      <w:r>
        <w:rPr>
          <w:rFonts w:ascii="Consolas" w:hAnsi="Consolas"/>
          <w:b w:val="0"/>
          <w:i w:val="0"/>
          <w:sz w:val="20"/>
        </w:rPr>
        <w:br/>
        <w:br/>
        <w:t xml:space="preserve">      price</w:t>
        <w:br/>
        <w:t xml:space="preserve">     </w:t>
        <w:br/>
      </w:r>
      <w:r>
        <w:rPr>
          <w:b w:val="0"/>
          <w:i w:val="0"/>
        </w:rPr>
        <w:t xml:space="preserve"> được mô tả tốt hơn dưới dạng </w:t>
      </w:r>
      <w:r>
        <w:rPr>
          <w:rFonts w:ascii="Consolas" w:hAnsi="Consolas"/>
          <w:b w:val="0"/>
          <w:i w:val="0"/>
          <w:sz w:val="20"/>
        </w:rPr>
        <w:br/>
        <w:br/>
        <w:t xml:space="preserve">      Decimal</w:t>
        <w:br/>
        <w:t xml:space="preserve">     </w:t>
        <w:br/>
      </w:r>
      <w:r>
        <w:rPr>
          <w:b w:val="0"/>
          <w:i w:val="0"/>
        </w:rPr>
        <w:t xml:space="preserve"> để giữ đúng độ chính xác. Các bộ lọc tùy chỉnh được áp dụng trong đối số </w:t>
      </w:r>
      <w:r>
        <w:rPr>
          <w:rFonts w:ascii="Consolas" w:hAnsi="Consolas"/>
          <w:b w:val="0"/>
          <w:i w:val="0"/>
          <w:sz w:val="20"/>
        </w:rPr>
        <w:br/>
        <w:br/>
        <w:t xml:space="preserve">      formats</w:t>
        <w:br/>
        <w:t xml:space="preserve">     </w:t>
        <w:br/>
      </w:r>
      <w:r>
        <w:rPr>
          <w:b w:val="0"/>
          <w:i w:val="0"/>
        </w:rPr>
        <w:t>.</w:t>
      </w:r>
    </w:p>
    <w:p>
      <w:pPr>
        <w:pStyle w:val="Heading3"/>
      </w:pPr>
      <w:r>
        <w:rPr>
          <w:rFonts w:ascii="Calibri" w:hAnsi="Calibri"/>
          <w:b/>
          <w:i w:val="0"/>
          <w:sz w:val="26"/>
        </w:rPr>
        <w:t>Còn nhiều thứ khác nữa...</w:t>
      </w:r>
    </w:p>
    <w:p>
      <w:pPr>
        <w:spacing w:after="80"/>
        <w:ind w:left="360"/>
      </w:pPr>
      <w:r>
        <w:t xml:space="preserve">• </w:t>
      </w:r>
      <w:r>
        <w:rPr>
          <w:b w:val="0"/>
          <w:i w:val="0"/>
        </w:rPr>
        <w:t xml:space="preserve">Kiểu </w:t>
      </w:r>
      <w:r>
        <w:rPr>
          <w:rFonts w:ascii="Consolas" w:hAnsi="Consolas"/>
          <w:b w:val="0"/>
          <w:i w:val="0"/>
          <w:sz w:val="20"/>
        </w:rPr>
        <w:br/>
        <w:br/>
        <w:t xml:space="preserve">       Decimal</w:t>
        <w:br/>
        <w:t xml:space="preserve">      </w:t>
        <w:br/>
      </w:r>
      <w:r>
        <w:rPr>
          <w:b w:val="0"/>
          <w:i w:val="0"/>
        </w:rPr>
        <w:t xml:space="preserve"> được mô tả chi tiết trong tài liệu Python tại đây: </w:t>
      </w:r>
      <w:r>
        <w:rPr>
          <w:rFonts w:ascii="Consolas" w:hAnsi="Consolas"/>
          <w:b w:val="0"/>
          <w:i w:val="0"/>
          <w:sz w:val="20"/>
        </w:rPr>
        <w:br/>
        <w:br/>
        <w:t xml:space="preserve">        https://docs.python.org/3/library/decimal.html</w:t>
        <w:br/>
        <w:t xml:space="preserve">       </w:t>
        <w:br/>
      </w:r>
      <w:r>
        <w:rPr>
          <w:b w:val="0"/>
          <w:i w:val="0"/>
        </w:rPr>
        <w:t>.</w:t>
      </w:r>
    </w:p>
    <w:p>
      <w:pPr>
        <w:spacing w:after="80"/>
        <w:ind w:left="360"/>
      </w:pPr>
      <w:r>
        <w:t xml:space="preserve">• </w:t>
      </w:r>
      <w:r>
        <w:rPr>
          <w:b w:val="0"/>
          <w:i w:val="0"/>
        </w:rPr>
        <w:t xml:space="preserve">Tài liệu đầy đủ về </w:t>
      </w:r>
      <w:r>
        <w:rPr>
          <w:rFonts w:ascii="Consolas" w:hAnsi="Consolas"/>
          <w:b w:val="0"/>
          <w:i w:val="0"/>
          <w:sz w:val="20"/>
        </w:rPr>
        <w:br/>
        <w:br/>
        <w:t xml:space="preserve">       openpyxl</w:t>
        <w:br/>
        <w:t xml:space="preserve">      </w:t>
        <w:br/>
      </w:r>
      <w:r>
        <w:rPr>
          <w:b w:val="0"/>
          <w:i w:val="0"/>
        </w:rPr>
        <w:t xml:space="preserve"> </w:t>
      </w:r>
      <w:r>
        <w:rPr>
          <w:rFonts w:ascii="Consolas" w:hAnsi="Consolas"/>
          <w:b w:val="0"/>
          <w:i w:val="0"/>
          <w:sz w:val="20"/>
        </w:rPr>
        <w:br/>
      </w:r>
      <w:r>
        <w:rPr>
          <w:b w:val="0"/>
          <w:i w:val="0"/>
        </w:rPr>
        <w:t xml:space="preserve"> có thể tìm thấy tại đây: </w:t>
      </w:r>
      <w:r>
        <w:rPr>
          <w:rFonts w:ascii="Consolas" w:hAnsi="Consolas"/>
          <w:b w:val="0"/>
          <w:i w:val="0"/>
          <w:sz w:val="20"/>
        </w:rPr>
        <w:br/>
        <w:br/>
        <w:t xml:space="preserve">        https://openpyxl.readthedocs.io/en/stable/</w:t>
        <w:br/>
        <w:t xml:space="preserve">       </w:t>
        <w:br/>
      </w:r>
      <w:r>
        <w:rPr>
          <w:b w:val="0"/>
          <w:i w:val="0"/>
        </w:rPr>
        <w:t xml:space="preserve">. Ngoài ra, hãy xem </w:t>
      </w:r>
      <w:r>
        <w:rPr>
          <w:b w:val="0"/>
          <w:i/>
        </w:rPr>
        <w:t xml:space="preserve"> Chương 6 </w:t>
      </w:r>
      <w:r>
        <w:rPr>
          <w:b w:val="0"/>
          <w:i w:val="0"/>
        </w:rPr>
        <w:t xml:space="preserve">, </w:t>
      </w:r>
      <w:r>
        <w:rPr>
          <w:b w:val="0"/>
          <w:i/>
        </w:rPr>
        <w:t xml:space="preserve"> Vui cùng bảng tính </w:t>
      </w:r>
      <w:r>
        <w:rPr>
          <w:b w:val="0"/>
          <w:i w:val="0"/>
        </w:rPr>
        <w:t>, để có thêm ví dụ về cách sử dụng mô-đun này.</w:t>
      </w:r>
    </w:p>
    <w:p>
      <w:pPr>
        <w:spacing w:after="80"/>
        <w:ind w:left="360"/>
      </w:pPr>
      <w:r>
        <w:t xml:space="preserve">• </w:t>
      </w:r>
      <w:r>
        <w:rPr>
          <w:b w:val="0"/>
          <w:i w:val="0"/>
        </w:rPr>
        <w:t xml:space="preserve">Tài liệu đầy đủ về </w:t>
      </w:r>
      <w:r>
        <w:rPr>
          <w:rFonts w:ascii="Consolas" w:hAnsi="Consolas"/>
          <w:b w:val="0"/>
          <w:i w:val="0"/>
          <w:sz w:val="20"/>
        </w:rPr>
        <w:br/>
        <w:br/>
        <w:t xml:space="preserve">       parse</w:t>
        <w:br/>
        <w:t xml:space="preserve">      </w:t>
        <w:br/>
      </w:r>
      <w:r>
        <w:rPr>
          <w:b w:val="0"/>
          <w:i w:val="0"/>
        </w:rPr>
        <w:t xml:space="preserve"> có thể tìm thấy tại đây: </w:t>
      </w:r>
      <w:r>
        <w:rPr>
          <w:rFonts w:ascii="Consolas" w:hAnsi="Consolas"/>
          <w:b w:val="0"/>
          <w:i w:val="0"/>
          <w:sz w:val="20"/>
        </w:rPr>
        <w:br/>
        <w:br/>
        <w:t xml:space="preserve">        https://github.com/r1chardj0n3s/parse</w:t>
        <w:br/>
        <w:t xml:space="preserve">       </w:t>
        <w:br/>
      </w:r>
      <w:r>
        <w:rPr>
          <w:b w:val="0"/>
          <w:i w:val="0"/>
        </w:rPr>
        <w:t xml:space="preserve">. </w:t>
      </w:r>
      <w:r>
        <w:rPr>
          <w:b w:val="0"/>
          <w:i/>
        </w:rPr>
        <w:t xml:space="preserve"> Chương 1 </w:t>
      </w:r>
      <w:r>
        <w:rPr>
          <w:b w:val="0"/>
          <w:i w:val="0"/>
        </w:rPr>
        <w:t xml:space="preserve">, </w:t>
      </w:r>
      <w:r>
        <w:rPr>
          <w:b w:val="0"/>
          <w:i/>
        </w:rPr>
        <w:t xml:space="preserve"> Hãy bắt đầu hành trình tự động hóa của chúng ta </w:t>
      </w:r>
      <w:r>
        <w:rPr>
          <w:b w:val="0"/>
          <w:i w:val="0"/>
        </w:rPr>
        <w:t>, cũng mô tả mô-đun này chi tiết hơn.</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Sử dụng công cụ bên thứ ba – parse </w:t>
      </w:r>
      <w:r>
        <w:rPr>
          <w:b w:val="0"/>
          <w:i w:val="0"/>
        </w:rPr>
        <w:t xml:space="preserve"> trong </w:t>
      </w:r>
      <w:r>
        <w:rPr>
          <w:b w:val="0"/>
          <w:i/>
        </w:rPr>
        <w:t xml:space="preserve"> Chương 1 </w:t>
      </w:r>
      <w:r>
        <w:rPr>
          <w:b w:val="0"/>
          <w:i w:val="0"/>
        </w:rPr>
        <w:t xml:space="preserve">, </w:t>
      </w:r>
      <w:r>
        <w:rPr>
          <w:b w:val="0"/>
          <w:i/>
        </w:rPr>
        <w:t xml:space="preserve"> Hãy bắt đầu hành trình tự động hóa của chúng ta </w:t>
      </w:r>
      <w:r>
        <w:rPr>
          <w:b w:val="0"/>
          <w:i w:val="0"/>
        </w:rPr>
        <w:t xml:space="preserve">, để tìm hiểu thêm về mô-đun </w:t>
      </w:r>
      <w:r>
        <w:rPr>
          <w:rFonts w:ascii="Consolas" w:hAnsi="Consolas"/>
          <w:b w:val="0"/>
          <w:i w:val="0"/>
          <w:sz w:val="20"/>
        </w:rPr>
        <w:br/>
        <w:br/>
        <w:t xml:space="preserve">       parse</w:t>
        <w:br/>
        <w:t xml:space="preserve">      </w:t>
        <w:br/>
      </w:r>
    </w:p>
    <w:p>
      <w:pPr>
        <w:spacing w:after="80"/>
        <w:ind w:left="360"/>
      </w:pPr>
      <w:r>
        <w:t xml:space="preserve">• </w:t>
      </w:r>
      <w:r>
        <w:rPr>
          <w:b w:val="0"/>
          <w:i w:val="0"/>
        </w:rPr>
        <w:t xml:space="preserve">Công thức </w:t>
      </w:r>
      <w:r>
        <w:rPr>
          <w:b w:val="0"/>
          <w:i/>
        </w:rPr>
        <w:t xml:space="preserve"> Thu thập và tìm kiếm trong thư mục </w:t>
      </w:r>
      <w:r>
        <w:rPr>
          <w:b w:val="0"/>
          <w:i w:val="0"/>
        </w:rPr>
        <w:t xml:space="preserve"> trong </w:t>
      </w:r>
      <w:r>
        <w:rPr>
          <w:b w:val="0"/>
          <w:i/>
        </w:rPr>
        <w:t xml:space="preserve"> Chương 4 </w:t>
      </w:r>
      <w:r>
        <w:rPr>
          <w:b w:val="0"/>
          <w:i w:val="0"/>
        </w:rPr>
        <w:t xml:space="preserve">, </w:t>
      </w:r>
      <w:r>
        <w:rPr>
          <w:b w:val="0"/>
          <w:i/>
        </w:rPr>
        <w:t xml:space="preserve"> Tìm kiếm và đọc tệp cục bộ </w:t>
      </w:r>
      <w:r>
        <w:rPr>
          <w:b w:val="0"/>
          <w:i w:val="0"/>
        </w:rPr>
        <w:t>, để tìm hiểu cách duyệt và tìm tất cả các tệp trong một thư mục</w:t>
      </w:r>
    </w:p>
    <w:p>
      <w:pPr>
        <w:spacing w:after="80"/>
        <w:ind w:left="360"/>
      </w:pPr>
      <w:r>
        <w:t xml:space="preserve">• </w:t>
      </w:r>
      <w:r>
        <w:rPr>
          <w:b w:val="0"/>
          <w:i w:val="0"/>
        </w:rPr>
        <w:t xml:space="preserve">Công thức </w:t>
      </w:r>
      <w:r>
        <w:rPr>
          <w:b w:val="0"/>
          <w:i/>
        </w:rPr>
        <w:t xml:space="preserve"> Đọc tệp văn bản </w:t>
      </w:r>
      <w:r>
        <w:rPr>
          <w:b w:val="0"/>
          <w:i w:val="0"/>
        </w:rPr>
        <w:t xml:space="preserve"> trong </w:t>
      </w:r>
      <w:r>
        <w:rPr>
          <w:b w:val="0"/>
          <w:i/>
        </w:rPr>
        <w:t xml:space="preserve"> Chương 4, Tìm kiếm và đọc tệp cục bộ </w:t>
      </w:r>
      <w:r>
        <w:rPr>
          <w:b w:val="0"/>
          <w:i w:val="0"/>
        </w:rPr>
        <w:t>, để tìm hiểu cách mở tệp văn bản</w:t>
      </w:r>
    </w:p>
    <w:p>
      <w:pPr>
        <w:spacing w:after="80"/>
        <w:ind w:left="360"/>
      </w:pPr>
      <w:r>
        <w:t xml:space="preserve">• </w:t>
      </w:r>
      <w:r>
        <w:rPr>
          <w:b w:val="0"/>
          <w:i w:val="0"/>
        </w:rPr>
        <w:t xml:space="preserve">Công thức </w:t>
      </w:r>
      <w:r>
        <w:rPr>
          <w:b w:val="0"/>
          <w:i/>
        </w:rPr>
        <w:t xml:space="preserve"> Cập nhật bảng tính Excel </w:t>
      </w:r>
      <w:r>
        <w:rPr>
          <w:b w:val="0"/>
          <w:i w:val="0"/>
        </w:rPr>
        <w:t xml:space="preserve"> trong </w:t>
      </w:r>
      <w:r>
        <w:rPr>
          <w:b w:val="0"/>
          <w:i/>
        </w:rPr>
        <w:t xml:space="preserve"> Chương 6 </w:t>
      </w:r>
      <w:r>
        <w:rPr>
          <w:b w:val="0"/>
          <w:i w:val="0"/>
        </w:rPr>
        <w:t xml:space="preserve">, </w:t>
      </w:r>
      <w:r>
        <w:rPr>
          <w:b w:val="0"/>
          <w:i/>
        </w:rPr>
        <w:t xml:space="preserve"> Vui cùng bảng tính </w:t>
      </w:r>
      <w:r>
        <w:rPr>
          <w:b w:val="0"/>
          <w:i w:val="0"/>
        </w:rPr>
        <w:t>, để tìm hiểu cách ghi bảng tính Excel bằng Python</w:t>
      </w:r>
    </w:p>
    <w:p>
      <w:pPr>
        <w:spacing w:after="80"/>
      </w:pPr>
      <w:r>
        <w:rPr>
          <w:b w:val="0"/>
          <w:i w:val="0"/>
        </w:rPr>
        <w:t>Giờ đây khi đã tổng hợp thông tin, chúng ta có thể phân tích kết quả của chiến dịch</w:t>
      </w:r>
    </w:p>
    <w:p>
      <w:pPr>
        <w:pStyle w:val="Heading2"/>
      </w:pPr>
      <w:r>
        <w:rPr>
          <w:rFonts w:ascii="Calibri" w:hAnsi="Calibri"/>
          <w:b/>
          <w:i w:val="0"/>
          <w:sz w:val="32"/>
        </w:rPr>
        <w:t>Tạo báo cáo bán hàng</w:t>
      </w:r>
    </w:p>
    <w:p>
      <w:pPr>
        <w:spacing w:after="80"/>
      </w:pPr>
      <w:r>
        <w:rPr>
          <w:b w:val="0"/>
          <w:i w:val="0"/>
        </w:rPr>
        <w:t xml:space="preserve">Công thức này trình bày </w:t>
      </w:r>
      <w:r>
        <w:rPr>
          <w:b w:val="0"/>
          <w:i/>
        </w:rPr>
        <w:t xml:space="preserve"> bước 5 </w:t>
      </w:r>
      <w:r>
        <w:rPr>
          <w:b w:val="0"/>
          <w:i w:val="0"/>
        </w:rPr>
        <w:t xml:space="preserve"> của chiến dịch, bước cuối cùng, tạo báo cáo bán hàng kèm phân tích kết quả.</w:t>
      </w:r>
    </w:p>
    <w:p>
      <w:pPr>
        <w:spacing w:after="80"/>
      </w:pPr>
      <w:r>
        <w:rPr>
          <w:b w:val="0"/>
          <w:i w:val="0"/>
        </w:rPr>
        <w:t>Ở bước cuối cùng, thông tin về tất cả các giao dịch bán hàng được tổng hợp và hiển thị trong một báo cáo bán hàng.</w:t>
      </w:r>
    </w:p>
    <w:p>
      <w:pPr>
        <w:spacing w:after="80"/>
      </w:pPr>
      <w:r>
        <w:rPr>
          <w:b w:val="0"/>
          <w:i w:val="0"/>
        </w:rPr>
        <w:t>Trong công thức này, chúng ta sẽ thấy cách đọc từ bảng tính, tạo PDF và tạo biểu đồ để tự động tạo ra một báo cáo toàn diện nhằm phân tích hiệu suất của chiến dịch.</w:t>
      </w:r>
    </w:p>
    <w:p>
      <w:pPr>
        <w:pStyle w:val="Heading3"/>
      </w:pPr>
      <w:r>
        <w:rPr>
          <w:rFonts w:ascii="Calibri" w:hAnsi="Calibri"/>
          <w:b/>
          <w:i w:val="0"/>
          <w:sz w:val="26"/>
        </w:rPr>
        <w:t>Chuẩn bị</w:t>
      </w:r>
    </w:p>
    <w:p>
      <w:pPr>
        <w:spacing w:after="80"/>
      </w:pPr>
      <w:r>
        <w:rPr>
          <w:b w:val="0"/>
          <w:i w:val="0"/>
        </w:rPr>
        <w:t>Trong công thức này, chúng ta sẽ cần các mô-đun sau trong môi trường ảo của mình:</w:t>
      </w:r>
    </w:p>
    <w:p>
      <w:pPr>
        <w:spacing w:after="0"/>
        <w:ind w:left="360"/>
        <w:shd w:val="clear" w:color="auto" w:fill="F2F2F2"/>
      </w:pPr>
      <w:r>
        <w:rPr>
          <w:rFonts w:ascii="Consolas" w:hAnsi="Consolas"/>
          <w:sz w:val="18"/>
        </w:rPr>
        <w:t>$ echo "openpyxl==3.1.5" &gt;&gt; requirements.txt</w:t>
      </w:r>
    </w:p>
    <w:p>
      <w:pPr>
        <w:spacing w:after="0"/>
        <w:ind w:left="360"/>
        <w:shd w:val="clear" w:color="auto" w:fill="F2F2F2"/>
      </w:pPr>
      <w:r>
        <w:rPr>
          <w:rFonts w:ascii="Consolas" w:hAnsi="Consolas"/>
          <w:sz w:val="18"/>
        </w:rPr>
        <w:t>$ echo "fpdf2==2.8.5" &gt;&gt; requirements.txt</w:t>
      </w:r>
    </w:p>
    <w:p>
      <w:pPr>
        <w:spacing w:after="0"/>
        <w:ind w:left="360"/>
        <w:shd w:val="clear" w:color="auto" w:fill="F2F2F2"/>
      </w:pPr>
      <w:r>
        <w:rPr>
          <w:rFonts w:ascii="Consolas" w:hAnsi="Consolas"/>
          <w:sz w:val="18"/>
        </w:rPr>
        <w:t>$ echo "pendulum==3.2.0" &gt;&gt; requirements.txt</w:t>
      </w:r>
    </w:p>
    <w:p>
      <w:pPr>
        <w:spacing w:after="0"/>
        <w:ind w:left="360"/>
        <w:shd w:val="clear" w:color="auto" w:fill="F2F2F2"/>
      </w:pPr>
      <w:r>
        <w:rPr>
          <w:rFonts w:ascii="Consolas" w:hAnsi="Consolas"/>
          <w:sz w:val="18"/>
        </w:rPr>
        <w:t>$ echo "pypdf==6.6.0" &gt;&gt; requirements.txt</w:t>
      </w:r>
    </w:p>
    <w:p>
      <w:pPr>
        <w:spacing w:after="0"/>
        <w:ind w:left="360"/>
        <w:shd w:val="clear" w:color="auto" w:fill="F2F2F2"/>
      </w:pPr>
      <w:r>
        <w:rPr>
          <w:rFonts w:ascii="Consolas" w:hAnsi="Consolas"/>
          <w:sz w:val="18"/>
        </w:rPr>
        <w:t>$ echo "matplotlib==3.10.8" &gt;&gt; requirements.txt</w:t>
      </w:r>
    </w:p>
    <w:p>
      <w:pPr>
        <w:spacing w:after="0"/>
        <w:ind w:left="360"/>
        <w:shd w:val="clear" w:color="auto" w:fill="F2F2F2"/>
      </w:pPr>
      <w:r>
        <w:rPr>
          <w:rFonts w:ascii="Consolas" w:hAnsi="Consolas"/>
          <w:sz w:val="18"/>
        </w:rPr>
        <w:t>$ pip install -r requirements.txt</w:t>
      </w:r>
    </w:p>
    <w:p>
      <w:pPr>
        <w:spacing w:after="40"/>
      </w:pPr>
    </w:p>
    <w:p>
      <w:pPr>
        <w:spacing w:after="80"/>
      </w:pPr>
      <w:r>
        <w:rPr>
          <w:b w:val="0"/>
          <w:i w:val="0"/>
        </w:rPr>
        <w:t xml:space="preserve">Chúng ta sẽ cần mô-đun </w:t>
      </w:r>
      <w:r>
        <w:rPr>
          <w:rFonts w:ascii="Consolas" w:hAnsi="Consolas"/>
          <w:b w:val="0"/>
          <w:i w:val="0"/>
          <w:sz w:val="20"/>
        </w:rPr>
        <w:br/>
        <w:br/>
        <w:t xml:space="preserve">      sale_log.py</w:t>
        <w:br/>
        <w:t xml:space="preserve">     </w:t>
        <w:br/>
      </w:r>
      <w:r>
        <w:rPr>
          <w:b w:val="0"/>
          <w:i w:val="0"/>
        </w:rPr>
        <w:t xml:space="preserve">, có sẵn trên thư mục con </w:t>
      </w:r>
      <w:r>
        <w:rPr>
          <w:rFonts w:ascii="Consolas" w:hAnsi="Consolas"/>
          <w:b w:val="0"/>
          <w:i w:val="0"/>
          <w:sz w:val="20"/>
        </w:rPr>
        <w:br/>
        <w:br/>
        <w:t xml:space="preserve">      ch10</w:t>
        <w:br/>
        <w:t xml:space="preserve">     </w:t>
        <w:br/>
      </w:r>
      <w:r>
        <w:rPr>
          <w:b w:val="0"/>
          <w:i w:val="0"/>
        </w:rPr>
        <w:t xml:space="preserve"> của GitHub.</w:t>
      </w:r>
    </w:p>
    <w:p>
      <w:pPr>
        <w:spacing w:after="80"/>
      </w:pPr>
      <w:r>
        <w:rPr>
          <w:b w:val="0"/>
          <w:i w:val="0"/>
        </w:rPr>
        <w:t xml:space="preserve">Bảng tính đầu vào được tạo ra trong công thức trước, </w:t>
      </w:r>
      <w:r>
        <w:rPr>
          <w:b w:val="0"/>
          <w:i/>
        </w:rPr>
        <w:t>Chuẩn bị thông tin bán hàng</w:t>
      </w:r>
      <w:r>
        <w:rPr>
          <w:b w:val="0"/>
          <w:i w:val="0"/>
        </w:rPr>
        <w:t>. Tham khảo công thức đó để biết thêm thông tin.</w:t>
      </w:r>
    </w:p>
    <w:p>
      <w:pPr>
        <w:spacing w:after="80"/>
      </w:pPr>
      <w:r>
        <w:rPr>
          <w:b w:val="0"/>
          <w:i w:val="0"/>
        </w:rPr>
        <w:t xml:space="preserve">Bạn có thể tải xuống script để tạo bảng tính đầu vào, </w:t>
      </w:r>
      <w:r>
        <w:rPr>
          <w:rFonts w:ascii="Consolas" w:hAnsi="Consolas"/>
          <w:b w:val="0"/>
          <w:i w:val="0"/>
          <w:sz w:val="20"/>
        </w:rPr>
        <w:br/>
        <w:br/>
        <w:t xml:space="preserve">      parse_sales_log.py</w:t>
        <w:br/>
        <w:t xml:space="preserve">     </w:t>
        <w:br/>
      </w:r>
      <w:r>
        <w:rPr>
          <w:b w:val="0"/>
          <w:i w:val="0"/>
        </w:rPr>
        <w:t xml:space="preserve">, từ thư mục con </w:t>
      </w:r>
      <w:r>
        <w:rPr>
          <w:rFonts w:ascii="Consolas" w:hAnsi="Consolas"/>
          <w:b w:val="0"/>
          <w:i w:val="0"/>
          <w:sz w:val="20"/>
        </w:rPr>
        <w:br/>
        <w:br/>
        <w:t xml:space="preserve">      ch10</w:t>
        <w:br/>
        <w:t xml:space="preserve">     </w:t>
        <w:br/>
      </w:r>
      <w:r>
        <w:rPr>
          <w:b w:val="0"/>
          <w:i w:val="0"/>
        </w:rPr>
        <w:t xml:space="preserve"> của GitHub.</w:t>
      </w:r>
    </w:p>
    <w:p>
      <w:pPr>
        <w:spacing w:after="80"/>
      </w:pPr>
      <w:r>
        <w:rPr>
          <w:b w:val="0"/>
          <w:i w:val="0"/>
        </w:rPr>
        <w:t xml:space="preserve">Tải xuống các tệp log thô từ GitHub tại </w:t>
      </w:r>
      <w:r>
        <w:rPr>
          <w:rFonts w:ascii="Consolas" w:hAnsi="Consolas"/>
          <w:b w:val="0"/>
          <w:i w:val="0"/>
          <w:sz w:val="20"/>
        </w:rPr>
        <w:br/>
        <w:br/>
        <w:t xml:space="preserve">       https://github.com/PacktPublishing/Python-Automation-Cookbook-Third-Edition/tree/master/ch10/sales</w:t>
        <w:br/>
        <w:t xml:space="preserve">      </w:t>
        <w:br/>
      </w:r>
      <w:r>
        <w:rPr>
          <w:b w:val="0"/>
          <w:i w:val="0"/>
        </w:rPr>
        <w:t>. Vui lòng tải xuống toàn bộ thư mục sales.</w:t>
      </w:r>
    </w:p>
    <w:p>
      <w:pPr>
        <w:spacing w:after="80"/>
      </w:pPr>
      <w:r>
        <w:rPr>
          <w:b w:val="0"/>
          <w:i w:val="0"/>
        </w:rPr>
        <w:t xml:space="preserve">Tải xuống script </w:t>
      </w:r>
      <w:r>
        <w:rPr>
          <w:rFonts w:ascii="Consolas" w:hAnsi="Consolas"/>
          <w:b w:val="0"/>
          <w:i w:val="0"/>
          <w:sz w:val="20"/>
        </w:rPr>
        <w:br/>
        <w:br/>
        <w:t xml:space="preserve">      generate_sales_report.py</w:t>
        <w:br/>
        <w:t xml:space="preserve">     </w:t>
        <w:br/>
      </w:r>
      <w:r>
        <w:rPr>
          <w:b w:val="0"/>
          <w:i w:val="0"/>
        </w:rPr>
        <w:t xml:space="preserve"> từ thư mục con </w:t>
      </w:r>
      <w:r>
        <w:rPr>
          <w:rFonts w:ascii="Consolas" w:hAnsi="Consolas"/>
          <w:b w:val="0"/>
          <w:i w:val="0"/>
          <w:sz w:val="20"/>
        </w:rPr>
        <w:br/>
        <w:br/>
        <w:t xml:space="preserve">      ch10</w:t>
        <w:br/>
        <w:t xml:space="preserve">     </w:t>
        <w:br/>
      </w:r>
      <w:r>
        <w:rPr>
          <w:b w:val="0"/>
          <w:i w:val="0"/>
        </w:rPr>
        <w:t xml:space="preserve"> của GitHub.</w:t>
      </w:r>
    </w:p>
    <w:p>
      <w:pPr>
        <w:pStyle w:val="Heading3"/>
      </w:pPr>
      <w:r>
        <w:rPr>
          <w:rFonts w:ascii="Calibri" w:hAnsi="Calibri"/>
          <w:b/>
          <w:i w:val="0"/>
          <w:sz w:val="26"/>
        </w:rPr>
        <w:t>Cách thực hiện...</w:t>
      </w:r>
    </w:p>
    <w:p>
      <w:pPr>
        <w:spacing w:after="80"/>
        <w:ind w:left="360"/>
      </w:pPr>
      <w:r>
        <w:t xml:space="preserve">1. </w:t>
      </w:r>
      <w:r>
        <w:rPr>
          <w:b w:val="0"/>
          <w:i w:val="0"/>
        </w:rPr>
        <w:t xml:space="preserve">Gọi script </w:t>
      </w:r>
      <w:r>
        <w:rPr>
          <w:rFonts w:ascii="Consolas" w:hAnsi="Consolas"/>
          <w:b w:val="0"/>
          <w:i w:val="0"/>
          <w:sz w:val="20"/>
        </w:rPr>
        <w:br/>
        <w:br/>
        <w:t xml:space="preserve">       parse_sales_log.py</w:t>
        <w:br/>
        <w:t xml:space="preserve">      </w:t>
        <w:br/>
      </w:r>
      <w:r>
        <w:rPr>
          <w:b w:val="0"/>
          <w:i w:val="0"/>
        </w:rPr>
        <w:t xml:space="preserve"> để tạo tệp đầu vào:</w:t>
      </w:r>
    </w:p>
    <w:p>
      <w:pPr>
        <w:spacing w:after="0"/>
        <w:ind w:left="360"/>
        <w:shd w:val="clear" w:color="auto" w:fill="F2F2F2"/>
      </w:pPr>
      <w:r>
        <w:rPr>
          <w:rFonts w:ascii="Consolas" w:hAnsi="Consolas"/>
          <w:sz w:val="18"/>
        </w:rPr>
        <w:t>$ uv run parse_sales_log.py sales -o report.xlsx</w:t>
      </w:r>
    </w:p>
    <w:p>
      <w:pPr>
        <w:spacing w:after="40"/>
      </w:pPr>
    </w:p>
    <w:p>
      <w:pPr>
        <w:spacing w:after="80"/>
        <w:ind w:left="360"/>
      </w:pPr>
      <w:r>
        <w:t xml:space="preserve">2. </w:t>
      </w:r>
      <w:r>
        <w:rPr>
          <w:b w:val="0"/>
          <w:i w:val="0"/>
        </w:rPr>
        <w:t xml:space="preserve">Kiểm tra tệp đầu vào và cách sử dụng </w:t>
      </w:r>
      <w:r>
        <w:rPr>
          <w:rFonts w:ascii="Consolas" w:hAnsi="Consolas"/>
          <w:b w:val="0"/>
          <w:i w:val="0"/>
          <w:sz w:val="20"/>
        </w:rPr>
        <w:br/>
        <w:br/>
        <w:t xml:space="preserve">       generate_sales_report.py</w:t>
        <w:br/>
        <w:t xml:space="preserve">      </w:t>
        <w:br/>
      </w:r>
      <w:r>
        <w:rPr>
          <w:b w:val="0"/>
          <w:i w:val="0"/>
        </w:rPr>
        <w:t>:</w:t>
      </w:r>
    </w:p>
    <w:p>
      <w:pPr>
        <w:spacing w:after="0"/>
        <w:ind w:left="360"/>
        <w:shd w:val="clear" w:color="auto" w:fill="F2F2F2"/>
      </w:pPr>
      <w:r>
        <w:rPr>
          <w:rFonts w:ascii="Consolas" w:hAnsi="Consolas"/>
          <w:sz w:val="18"/>
        </w:rPr>
        <w:t>$ ls report.xlsx</w:t>
      </w:r>
    </w:p>
    <w:p>
      <w:pPr>
        <w:spacing w:after="0"/>
        <w:ind w:left="360"/>
        <w:shd w:val="clear" w:color="auto" w:fill="F2F2F2"/>
      </w:pPr>
      <w:r>
        <w:rPr>
          <w:rFonts w:ascii="Consolas" w:hAnsi="Consolas"/>
          <w:sz w:val="18"/>
        </w:rPr>
        <w:t>report.xlsx</w:t>
      </w:r>
    </w:p>
    <w:p>
      <w:pPr>
        <w:spacing w:after="0"/>
        <w:ind w:left="360"/>
        <w:shd w:val="clear" w:color="auto" w:fill="F2F2F2"/>
      </w:pPr>
      <w:r>
        <w:rPr>
          <w:rFonts w:ascii="Consolas" w:hAnsi="Consolas"/>
          <w:sz w:val="18"/>
        </w:rPr>
        <w:t>$ uv run generate_sales_report.py --help</w:t>
      </w:r>
    </w:p>
    <w:p>
      <w:pPr>
        <w:spacing w:after="0"/>
        <w:ind w:left="360"/>
        <w:shd w:val="clear" w:color="auto" w:fill="F2F2F2"/>
      </w:pPr>
      <w:r>
        <w:rPr>
          <w:rFonts w:ascii="Consolas" w:hAnsi="Consolas"/>
          <w:sz w:val="18"/>
        </w:rPr>
        <w:t>usage: generate_sales_report.py [-h] input_file output_file</w:t>
      </w:r>
    </w:p>
    <w:p>
      <w:pPr>
        <w:spacing w:after="0"/>
        <w:ind w:left="360"/>
        <w:shd w:val="clear" w:color="auto" w:fill="F2F2F2"/>
      </w:pPr>
      <w:r>
        <w:rPr>
          <w:rFonts w:ascii="Consolas" w:hAnsi="Consolas"/>
          <w:sz w:val="18"/>
        </w:rPr>
        <w:t>positional arguments:</w:t>
      </w:r>
    </w:p>
    <w:p>
      <w:pPr>
        <w:spacing w:after="0"/>
        <w:ind w:left="360"/>
        <w:shd w:val="clear" w:color="auto" w:fill="F2F2F2"/>
      </w:pPr>
      <w:r>
        <w:rPr>
          <w:rFonts w:ascii="Consolas" w:hAnsi="Consolas"/>
          <w:sz w:val="18"/>
        </w:rPr>
        <w:t xml:space="preserve">  input_file</w:t>
      </w:r>
    </w:p>
    <w:p>
      <w:pPr>
        <w:spacing w:after="0"/>
        <w:ind w:left="360"/>
        <w:shd w:val="clear" w:color="auto" w:fill="F2F2F2"/>
      </w:pPr>
      <w:r>
        <w:rPr>
          <w:rFonts w:ascii="Consolas" w:hAnsi="Consolas"/>
          <w:sz w:val="18"/>
        </w:rPr>
        <w:t xml:space="preserve">  output_file</w:t>
      </w:r>
    </w:p>
    <w:p>
      <w:pPr>
        <w:spacing w:after="0"/>
        <w:ind w:left="360"/>
        <w:shd w:val="clear" w:color="auto" w:fill="F2F2F2"/>
      </w:pPr>
      <w:r>
        <w:rPr>
          <w:rFonts w:ascii="Consolas" w:hAnsi="Consolas"/>
          <w:sz w:val="18"/>
        </w:rPr>
        <w:t>optional arguments:</w:t>
      </w:r>
    </w:p>
    <w:p>
      <w:pPr>
        <w:spacing w:after="0"/>
        <w:ind w:left="360"/>
        <w:shd w:val="clear" w:color="auto" w:fill="F2F2F2"/>
      </w:pPr>
      <w:r>
        <w:rPr>
          <w:rFonts w:ascii="Consolas" w:hAnsi="Consolas"/>
          <w:sz w:val="18"/>
        </w:rPr>
        <w:t xml:space="preserve">  -h, --help show this help message and exit</w:t>
      </w:r>
    </w:p>
    <w:p>
      <w:pPr>
        <w:spacing w:after="40"/>
      </w:pPr>
    </w:p>
    <w:p>
      <w:pPr>
        <w:spacing w:after="80"/>
        <w:ind w:left="360"/>
      </w:pPr>
      <w:r>
        <w:t xml:space="preserve">3. </w:t>
      </w:r>
      <w:r>
        <w:rPr>
          <w:b w:val="0"/>
          <w:i w:val="0"/>
        </w:rPr>
        <w:t xml:space="preserve">Gọi script </w:t>
      </w:r>
      <w:r>
        <w:rPr>
          <w:rFonts w:ascii="Consolas" w:hAnsi="Consolas"/>
          <w:b w:val="0"/>
          <w:i w:val="0"/>
          <w:sz w:val="20"/>
        </w:rPr>
        <w:br/>
        <w:br/>
        <w:t xml:space="preserve">       generate_sales_report.py</w:t>
        <w:br/>
        <w:t xml:space="preserve">      </w:t>
        <w:br/>
      </w:r>
      <w:r>
        <w:rPr>
          <w:b w:val="0"/>
          <w:i w:val="0"/>
        </w:rPr>
        <w:t xml:space="preserve"> với tệp đầu vào và một tệp đầu ra:</w:t>
      </w:r>
    </w:p>
    <w:p>
      <w:pPr>
        <w:spacing w:after="0"/>
        <w:ind w:left="360"/>
        <w:shd w:val="clear" w:color="auto" w:fill="F2F2F2"/>
      </w:pPr>
      <w:r>
        <w:rPr>
          <w:rFonts w:ascii="Consolas" w:hAnsi="Consolas"/>
          <w:sz w:val="18"/>
        </w:rPr>
        <w:t>$ uv run generate_sales_report.py report.xlsx output.pdf</w:t>
      </w:r>
    </w:p>
    <w:p>
      <w:pPr>
        <w:spacing w:after="40"/>
      </w:pPr>
    </w:p>
    <w:p>
      <w:pPr>
        <w:spacing w:after="80"/>
        <w:ind w:left="360"/>
      </w:pPr>
      <w:r>
        <w:t xml:space="preserve">4. </w:t>
      </w:r>
      <w:r>
        <w:rPr>
          <w:b w:val="0"/>
          <w:i w:val="0"/>
        </w:rPr>
        <w:t xml:space="preserve">Kiểm tra tệp đầu ra </w:t>
      </w:r>
      <w:r>
        <w:rPr>
          <w:rFonts w:ascii="Consolas" w:hAnsi="Consolas"/>
          <w:b w:val="0"/>
          <w:i w:val="0"/>
          <w:sz w:val="20"/>
        </w:rPr>
        <w:br/>
        <w:br/>
        <w:t xml:space="preserve">       output.pdf</w:t>
        <w:br/>
        <w:t xml:space="preserve">      </w:t>
        <w:br/>
      </w:r>
      <w:r>
        <w:rPr>
          <w:b w:val="0"/>
          <w:i w:val="0"/>
        </w:rPr>
        <w:t>. Nó sẽ chứa ba trang, trang đầu tiên là tóm tắt ngắn gọn và trang thứ hai và thứ ba là các biểu đồ hiển thị doanh số theo ngày và theo cửa hàng.</w:t>
      </w:r>
    </w:p>
    <w:p>
      <w:pPr>
        <w:pStyle w:val="Heading3"/>
      </w:pPr>
      <w:r>
        <w:rPr>
          <w:rFonts w:ascii="Calibri" w:hAnsi="Calibri"/>
          <w:b/>
          <w:i w:val="0"/>
          <w:sz w:val="26"/>
        </w:rPr>
        <w:t>Cách hoạt động...</w:t>
      </w:r>
    </w:p>
    <w:p>
      <w:pPr>
        <w:spacing w:after="80"/>
      </w:pPr>
      <w:r>
        <w:rPr>
          <w:b w:val="0"/>
          <w:i/>
        </w:rPr>
        <w:t>Bước 1</w:t>
      </w:r>
      <w:r>
        <w:rPr>
          <w:b w:val="0"/>
          <w:i w:val="0"/>
        </w:rPr>
        <w:t xml:space="preserve"> cho thấy cách sử dụng script và </w:t>
      </w:r>
      <w:r>
        <w:rPr>
          <w:b w:val="0"/>
          <w:i/>
        </w:rPr>
        <w:t>bước 2</w:t>
      </w:r>
      <w:r>
        <w:rPr>
          <w:b w:val="0"/>
          <w:i w:val="0"/>
        </w:rPr>
        <w:t xml:space="preserve"> gọi nó trên tệp đầu vào. Hãy cùng xem cấu trúc cơ bản của script </w:t>
      </w:r>
      <w:r>
        <w:rPr>
          <w:rFonts w:ascii="Consolas" w:hAnsi="Consolas"/>
          <w:b w:val="0"/>
          <w:i w:val="0"/>
          <w:sz w:val="20"/>
        </w:rPr>
        <w:br/>
        <w:br/>
        <w:t xml:space="preserve">      generate_sales_report.py</w:t>
        <w:br/>
        <w:t xml:space="preserve">     </w:t>
        <w:br/>
      </w:r>
      <w:r>
        <w:rPr>
          <w:b w:val="0"/>
          <w:i w:val="0"/>
        </w:rPr>
        <w:t>:</w:t>
      </w:r>
    </w:p>
    <w:p>
      <w:pPr>
        <w:spacing w:after="0"/>
        <w:ind w:left="360"/>
        <w:shd w:val="clear" w:color="auto" w:fill="F2F2F2"/>
      </w:pPr>
      <w:r>
        <w:rPr>
          <w:rFonts w:ascii="Consolas" w:hAnsi="Consolas"/>
          <w:sz w:val="18"/>
        </w:rPr>
        <w:t># IMPORTS</w:t>
      </w:r>
    </w:p>
    <w:p>
      <w:pPr>
        <w:spacing w:after="0"/>
        <w:ind w:left="360"/>
        <w:shd w:val="clear" w:color="auto" w:fill="F2F2F2"/>
      </w:pPr>
      <w:r>
        <w:rPr>
          <w:rFonts w:ascii="Consolas" w:hAnsi="Consolas"/>
          <w:sz w:val="18"/>
        </w:rPr>
        <w:t>def generate_summary(logs):</w:t>
      </w:r>
    </w:p>
    <w:p>
      <w:pPr>
        <w:spacing w:after="0"/>
        <w:ind w:left="360"/>
        <w:shd w:val="clear" w:color="auto" w:fill="F2F2F2"/>
      </w:pPr>
      <w:r>
        <w:rPr>
          <w:rFonts w:ascii="Consolas" w:hAnsi="Consolas"/>
          <w:sz w:val="18"/>
        </w:rPr>
        <w:t>def aggregate_by_day(logs):</w:t>
      </w:r>
    </w:p>
    <w:p>
      <w:pPr>
        <w:spacing w:after="0"/>
        <w:ind w:left="360"/>
        <w:shd w:val="clear" w:color="auto" w:fill="F2F2F2"/>
      </w:pPr>
      <w:r>
        <w:rPr>
          <w:rFonts w:ascii="Consolas" w:hAnsi="Consolas"/>
          <w:sz w:val="18"/>
        </w:rPr>
        <w:t>def aggregate_by_shop(logs):</w:t>
      </w:r>
    </w:p>
    <w:p>
      <w:pPr>
        <w:spacing w:after="0"/>
        <w:ind w:left="360"/>
        <w:shd w:val="clear" w:color="auto" w:fill="F2F2F2"/>
      </w:pPr>
      <w:r>
        <w:rPr>
          <w:rFonts w:ascii="Consolas" w:hAnsi="Consolas"/>
          <w:sz w:val="18"/>
        </w:rPr>
        <w:t>def graph(...):</w:t>
      </w:r>
    </w:p>
    <w:p>
      <w:pPr>
        <w:spacing w:after="0"/>
        <w:ind w:left="360"/>
        <w:shd w:val="clear" w:color="auto" w:fill="F2F2F2"/>
      </w:pPr>
      <w:r>
        <w:rPr>
          <w:rFonts w:ascii="Consolas" w:hAnsi="Consolas"/>
          <w:sz w:val="18"/>
        </w:rPr>
        <w:t>def create_summary_brief(...):</w:t>
      </w:r>
    </w:p>
    <w:p>
      <w:pPr>
        <w:spacing w:after="0"/>
        <w:ind w:left="360"/>
        <w:shd w:val="clear" w:color="auto" w:fill="F2F2F2"/>
      </w:pPr>
      <w:r>
        <w:rPr>
          <w:rFonts w:ascii="Consolas" w:hAnsi="Consolas"/>
          <w:sz w:val="18"/>
        </w:rPr>
        <w:t>def main(input_file, output_file):</w:t>
      </w:r>
    </w:p>
    <w:p>
      <w:pPr>
        <w:spacing w:after="0"/>
        <w:ind w:left="360"/>
        <w:shd w:val="clear" w:color="auto" w:fill="F2F2F2"/>
      </w:pPr>
      <w:r>
        <w:rPr>
          <w:rFonts w:ascii="Consolas" w:hAnsi="Consolas"/>
          <w:sz w:val="18"/>
        </w:rPr>
        <w:t xml:space="preserve">  # open and read input file</w:t>
      </w:r>
    </w:p>
    <w:p>
      <w:pPr>
        <w:spacing w:after="0"/>
        <w:ind w:left="360"/>
        <w:shd w:val="clear" w:color="auto" w:fill="F2F2F2"/>
      </w:pPr>
      <w:r>
        <w:rPr>
          <w:rFonts w:ascii="Consolas" w:hAnsi="Consolas"/>
          <w:sz w:val="18"/>
        </w:rPr>
        <w:t># Generate each of the pages calling the other calls</w:t>
      </w:r>
    </w:p>
    <w:p>
      <w:pPr>
        <w:spacing w:after="0"/>
        <w:ind w:left="360"/>
        <w:shd w:val="clear" w:color="auto" w:fill="F2F2F2"/>
      </w:pPr>
      <w:r>
        <w:rPr>
          <w:rFonts w:ascii="Consolas" w:hAnsi="Consolas"/>
          <w:sz w:val="18"/>
        </w:rPr>
        <w:t># Group all the pdfs into a single file</w:t>
      </w:r>
    </w:p>
    <w:p>
      <w:pPr>
        <w:spacing w:after="0"/>
        <w:ind w:left="360"/>
        <w:shd w:val="clear" w:color="auto" w:fill="F2F2F2"/>
      </w:pPr>
      <w:r>
        <w:rPr>
          <w:rFonts w:ascii="Consolas" w:hAnsi="Consolas"/>
          <w:sz w:val="18"/>
        </w:rPr>
        <w:t># Write the resulting PDF</w:t>
      </w:r>
    </w:p>
    <w:p>
      <w:pPr>
        <w:spacing w:after="0"/>
        <w:ind w:left="360"/>
        <w:shd w:val="clear" w:color="auto" w:fill="F2F2F2"/>
      </w:pPr>
      <w:r>
        <w:rPr>
          <w:rFonts w:ascii="Consolas" w:hAnsi="Consolas"/>
          <w:sz w:val="18"/>
        </w:rPr>
        <w:t>if __name__ == '__main__':</w:t>
      </w:r>
    </w:p>
    <w:p>
      <w:pPr>
        <w:spacing w:after="0"/>
        <w:ind w:left="360"/>
        <w:shd w:val="clear" w:color="auto" w:fill="F2F2F2"/>
      </w:pPr>
      <w:r>
        <w:rPr>
          <w:rFonts w:ascii="Consolas" w:hAnsi="Consolas"/>
          <w:sz w:val="18"/>
        </w:rPr>
        <w:t xml:space="preserve">  # Compile the input and output files from the command line</w:t>
      </w:r>
    </w:p>
    <w:p>
      <w:pPr>
        <w:spacing w:after="0"/>
        <w:ind w:left="360"/>
        <w:shd w:val="clear" w:color="auto" w:fill="F2F2F2"/>
      </w:pPr>
      <w:r>
        <w:rPr>
          <w:rFonts w:ascii="Consolas" w:hAnsi="Consolas"/>
          <w:sz w:val="18"/>
        </w:rPr>
        <w:t># call main</w:t>
      </w:r>
    </w:p>
    <w:p>
      <w:pPr>
        <w:spacing w:after="40"/>
      </w:pPr>
    </w:p>
    <w:p>
      <w:pPr>
        <w:spacing w:after="80"/>
      </w:pPr>
      <w:r>
        <w:rPr>
          <w:b w:val="0"/>
          <w:i w:val="0"/>
        </w:rPr>
        <w:t xml:space="preserve">Có hai yếu tố chính – việc tổng hợp các log theo nhiều cách khác nhau (theo cửa hàng và theo ngày) và việc tạo bản tóm tắt trong mỗi trường hợp. Bản tóm tắt được tạo bằng </w:t>
      </w:r>
      <w:r>
        <w:rPr>
          <w:rFonts w:ascii="Consolas" w:hAnsi="Consolas"/>
          <w:b w:val="0"/>
          <w:i w:val="0"/>
          <w:sz w:val="20"/>
        </w:rPr>
        <w:br/>
        <w:br/>
        <w:t xml:space="preserve">      generate_summary</w:t>
        <w:br/>
        <w:t xml:space="preserve">     </w:t>
        <w:br/>
      </w:r>
      <w:r>
        <w:rPr>
          <w:b w:val="0"/>
          <w:i w:val="0"/>
        </w:rPr>
        <w:t xml:space="preserve">, từ một danh sách các log, tạo ra một dictionary chứa thông tin tổng hợp của chúng. Việc tổng hợp các log được thực hiện theo nhiều phong cách khác nhau trong các hàm </w:t>
      </w:r>
      <w:r>
        <w:rPr>
          <w:rFonts w:ascii="Consolas" w:hAnsi="Consolas"/>
          <w:b w:val="0"/>
          <w:i w:val="0"/>
          <w:sz w:val="20"/>
        </w:rPr>
        <w:br/>
        <w:br/>
        <w:t xml:space="preserve">      aggregate_by</w:t>
        <w:br/>
        <w:t xml:space="preserve">     </w:t>
        <w:br/>
      </w:r>
      <w:r>
        <w:rPr>
          <w:b w:val="0"/>
          <w:i w:val="0"/>
        </w:rPr>
        <w:t>.</w:t>
      </w:r>
    </w:p>
    <w:p>
      <w:pPr>
        <w:spacing w:after="80"/>
      </w:pPr>
      <w:r>
        <w:rPr>
          <w:b/>
          <w:i w:val="0"/>
        </w:rPr>
        <w:t>Lưu ý</w:t>
      </w:r>
    </w:p>
    <w:p>
      <w:pPr>
        <w:spacing w:after="80"/>
      </w:pPr>
      <w:r>
        <w:rPr>
          <w:rFonts w:ascii="Consolas" w:hAnsi="Consolas"/>
          <w:b w:val="0"/>
          <w:i w:val="0"/>
          <w:sz w:val="20"/>
        </w:rPr>
        <w:br/>
        <w:br/>
        <w:t xml:space="preserve">       generate_summary</w:t>
        <w:br/>
        <w:t xml:space="preserve">      </w:t>
        <w:br/>
      </w:r>
      <w:r>
        <w:rPr>
          <w:b w:val="0"/>
          <w:i w:val="0"/>
        </w:rPr>
        <w:t xml:space="preserve"> tạo ra một dictionary với thông tin tổng hợp, bao gồm thời gian bắt đầu và kết thúc, tổng thu nhập của tất cả các log, tổng số đơn vị, chiết khấu trung bình, và phân tích chi tiết của cùng dữ liệu đó theo sản phẩm.</w:t>
      </w:r>
    </w:p>
    <w:p>
      <w:pPr>
        <w:spacing w:after="80"/>
      </w:pPr>
      <w:r>
        <w:rPr>
          <w:b w:val="0"/>
          <w:i w:val="0"/>
        </w:rPr>
        <w:t xml:space="preserve">Để thể hiện rõ hơn tác động của các đơn hàng đã áp dụng mã, chúng được trình bày như một sản phẩm riêng, thêm " </w:t>
      </w:r>
      <w:r>
        <w:rPr>
          <w:rFonts w:ascii="Consolas" w:hAnsi="Consolas"/>
          <w:b w:val="0"/>
          <w:i w:val="0"/>
          <w:sz w:val="20"/>
        </w:rPr>
        <w:br/>
        <w:br/>
        <w:t xml:space="preserve">       ‑ code</w:t>
        <w:br/>
        <w:t xml:space="preserve">      </w:t>
        <w:br/>
      </w:r>
      <w:r>
        <w:rPr>
          <w:b w:val="0"/>
          <w:i w:val="0"/>
        </w:rPr>
        <w:t xml:space="preserve"> " vào tên sản phẩm.</w:t>
      </w:r>
    </w:p>
    <w:p>
      <w:pPr>
        <w:spacing w:after="80"/>
      </w:pPr>
      <w:r>
        <w:rPr>
          <w:b w:val="0"/>
          <w:i w:val="0"/>
        </w:rPr>
        <w:t xml:space="preserve">Đọc script sẽ dễ hiểu hơn nếu bắt đầu từ cuối. Các hàm </w:t>
      </w:r>
      <w:r>
        <w:rPr>
          <w:rFonts w:ascii="Consolas" w:hAnsi="Consolas"/>
          <w:b w:val="0"/>
          <w:i w:val="0"/>
          <w:sz w:val="20"/>
        </w:rPr>
        <w:br/>
        <w:br/>
        <w:t xml:space="preserve">      main</w:t>
        <w:br/>
        <w:t xml:space="preserve">     </w:t>
        <w:br/>
      </w:r>
      <w:r>
        <w:rPr>
          <w:b w:val="0"/>
          <w:i w:val="0"/>
        </w:rPr>
        <w:t xml:space="preserve"> kết nối tất cả các thao tác khác nhau lại với nhau. Đọc từng log và chuyển đổi chúng thành các đối tượng </w:t>
      </w:r>
      <w:r>
        <w:rPr>
          <w:rFonts w:ascii="Consolas" w:hAnsi="Consolas"/>
          <w:b w:val="0"/>
          <w:i w:val="0"/>
          <w:sz w:val="20"/>
        </w:rPr>
        <w:br/>
        <w:br/>
        <w:t xml:space="preserve">      SaleLog</w:t>
        <w:br/>
        <w:t xml:space="preserve">     </w:t>
        <w:br/>
      </w:r>
      <w:r>
        <w:rPr>
          <w:b w:val="0"/>
          <w:i w:val="0"/>
        </w:rPr>
        <w:t xml:space="preserve"> gốc.</w:t>
      </w:r>
    </w:p>
    <w:p>
      <w:pPr>
        <w:spacing w:after="80"/>
      </w:pPr>
      <w:r>
        <w:rPr>
          <w:b w:val="0"/>
          <w:i w:val="0"/>
        </w:rPr>
        <w:t>Sau đó, nó tạo từng trang dưới dạng các tệp PDF trung gian:</w:t>
      </w:r>
    </w:p>
    <w:p>
      <w:pPr>
        <w:spacing w:after="80"/>
        <w:ind w:left="360"/>
      </w:pPr>
      <w:r>
        <w:t xml:space="preserve">• </w:t>
      </w:r>
      <w:r>
        <w:rPr>
          <w:b w:val="0"/>
          <w:i w:val="0"/>
        </w:rPr>
        <w:t xml:space="preserve">Một bản tóm tắt được tạo bởi </w:t>
      </w:r>
      <w:r>
        <w:rPr>
          <w:rFonts w:ascii="Consolas" w:hAnsi="Consolas"/>
          <w:b w:val="0"/>
          <w:i w:val="0"/>
          <w:sz w:val="20"/>
        </w:rPr>
        <w:br/>
        <w:br/>
        <w:t xml:space="preserve">       create_summary_brief</w:t>
        <w:br/>
        <w:t xml:space="preserve">      </w:t>
        <w:br/>
      </w:r>
      <w:r>
        <w:rPr>
          <w:b w:val="0"/>
          <w:i w:val="0"/>
        </w:rPr>
        <w:t xml:space="preserve"> cung cấp phần tổng quan chung về toàn bộ dữ liệu.</w:t>
      </w:r>
    </w:p>
    <w:p>
      <w:pPr>
        <w:spacing w:after="80"/>
        <w:ind w:left="360"/>
      </w:pPr>
      <w:r>
        <w:t xml:space="preserve">• </w:t>
      </w:r>
      <w:r>
        <w:rPr>
          <w:b w:val="0"/>
          <w:i w:val="0"/>
        </w:rPr>
        <w:t xml:space="preserve">Thông tin theo ngày, được tạo bởi phương thức </w:t>
      </w:r>
      <w:r>
        <w:rPr>
          <w:rFonts w:ascii="Consolas" w:hAnsi="Consolas"/>
          <w:b w:val="0"/>
          <w:i w:val="0"/>
          <w:sz w:val="20"/>
        </w:rPr>
        <w:br/>
        <w:br/>
        <w:t xml:space="preserve">       aggregate_by_day</w:t>
        <w:br/>
        <w:t xml:space="preserve">      </w:t>
        <w:br/>
      </w:r>
      <w:r>
        <w:rPr>
          <w:b w:val="0"/>
          <w:i w:val="0"/>
        </w:rPr>
        <w:t xml:space="preserve"> . Một bản tóm tắt được tạo ra, và một biểu đồ được vẽ.</w:t>
      </w:r>
    </w:p>
    <w:p>
      <w:pPr>
        <w:spacing w:after="80"/>
        <w:ind w:left="360"/>
      </w:pPr>
      <w:r>
        <w:t xml:space="preserve">• </w:t>
      </w:r>
      <w:r>
        <w:rPr>
          <w:b w:val="0"/>
          <w:i w:val="0"/>
        </w:rPr>
        <w:t xml:space="preserve">Thông tin theo cửa hàng, sử dụng </w:t>
      </w:r>
      <w:r>
        <w:rPr>
          <w:rFonts w:ascii="Consolas" w:hAnsi="Consolas"/>
          <w:b w:val="0"/>
          <w:i w:val="0"/>
          <w:sz w:val="20"/>
        </w:rPr>
        <w:br/>
        <w:br/>
        <w:t xml:space="preserve">       aggregate_by_shop</w:t>
        <w:br/>
        <w:t xml:space="preserve">      </w:t>
        <w:br/>
      </w:r>
      <w:r>
        <w:rPr>
          <w:b w:val="0"/>
          <w:i w:val="0"/>
        </w:rPr>
        <w:t xml:space="preserve"> . Một bản tóm tắt được tạo ra và một biểu đồ được vẽ.</w:t>
      </w:r>
    </w:p>
    <w:p>
      <w:pPr>
        <w:spacing w:after="80"/>
      </w:pPr>
      <w:r>
        <w:rPr>
          <w:b w:val="0"/>
          <w:i w:val="0"/>
        </w:rPr>
        <w:t xml:space="preserve">Tất cả các trang PDF trung gian được ghép lại, sử dụng </w:t>
      </w:r>
      <w:r>
        <w:rPr>
          <w:rFonts w:ascii="Consolas" w:hAnsi="Consolas"/>
          <w:b w:val="0"/>
          <w:i w:val="0"/>
          <w:sz w:val="20"/>
        </w:rPr>
        <w:br/>
        <w:br/>
        <w:t xml:space="preserve">      pypdf</w:t>
        <w:br/>
        <w:t xml:space="preserve">     </w:t>
        <w:br/>
      </w:r>
      <w:r>
        <w:rPr>
          <w:b w:val="0"/>
          <w:i w:val="0"/>
        </w:rPr>
        <w:t xml:space="preserve"> , thành một tệp duy nhất. Cuối cùng, các trang trung gian bị xóa.</w:t>
      </w:r>
    </w:p>
    <w:p>
      <w:pPr>
        <w:spacing w:after="80"/>
      </w:pPr>
      <w:r>
        <w:rPr>
          <w:b w:val="0"/>
          <w:i w:val="0"/>
        </w:rPr>
        <w:t xml:space="preserve">Cả </w:t>
      </w:r>
      <w:r>
        <w:rPr>
          <w:rFonts w:ascii="Consolas" w:hAnsi="Consolas"/>
          <w:b w:val="0"/>
          <w:i w:val="0"/>
          <w:sz w:val="20"/>
        </w:rPr>
        <w:br/>
        <w:br/>
        <w:t xml:space="preserve">      aggregate_by_day</w:t>
        <w:br/>
        <w:t xml:space="preserve">     </w:t>
        <w:br/>
      </w:r>
      <w:r>
        <w:rPr>
          <w:b w:val="0"/>
          <w:i w:val="0"/>
        </w:rPr>
        <w:t xml:space="preserve"> và </w:t>
      </w:r>
      <w:r>
        <w:rPr>
          <w:rFonts w:ascii="Consolas" w:hAnsi="Consolas"/>
          <w:b w:val="0"/>
          <w:i w:val="0"/>
          <w:sz w:val="20"/>
        </w:rPr>
        <w:br/>
        <w:br/>
        <w:t xml:space="preserve">      aggregate_by_shop</w:t>
        <w:br/>
        <w:t xml:space="preserve">     </w:t>
        <w:br/>
      </w:r>
      <w:r>
        <w:rPr>
          <w:b w:val="0"/>
          <w:i w:val="0"/>
        </w:rPr>
        <w:t xml:space="preserve"> đều trả về một danh sách tóm tắt dữ liệu liên quan. Trong </w:t>
      </w:r>
      <w:r>
        <w:rPr>
          <w:rFonts w:ascii="Consolas" w:hAnsi="Consolas"/>
          <w:b w:val="0"/>
          <w:i w:val="0"/>
          <w:sz w:val="20"/>
        </w:rPr>
        <w:br/>
        <w:br/>
        <w:t xml:space="preserve">      aggregate_by_day</w:t>
        <w:br/>
        <w:t xml:space="preserve">     </w:t>
        <w:br/>
      </w:r>
      <w:r>
        <w:rPr>
          <w:b w:val="0"/>
          <w:i w:val="0"/>
        </w:rPr>
        <w:t xml:space="preserve"> , chúng ta phát hiện khi một ngày kết thúc bằng cách sử dụng </w:t>
      </w:r>
      <w:r>
        <w:rPr>
          <w:rFonts w:ascii="Consolas" w:hAnsi="Consolas"/>
          <w:b w:val="0"/>
          <w:i w:val="0"/>
          <w:sz w:val="20"/>
        </w:rPr>
        <w:br/>
        <w:br/>
        <w:t xml:space="preserve">      .end_of_day</w:t>
        <w:br/>
        <w:t xml:space="preserve">     </w:t>
        <w:br/>
      </w:r>
      <w:r>
        <w:rPr>
          <w:b w:val="0"/>
          <w:i w:val="0"/>
        </w:rPr>
        <w:t xml:space="preserve"> để phân biệt ngày này với ngày khác.</w:t>
      </w:r>
    </w:p>
    <w:p>
      <w:pPr>
        <w:spacing w:after="80"/>
      </w:pPr>
      <w:r>
        <w:rPr>
          <w:b w:val="0"/>
          <w:i w:val="0"/>
        </w:rPr>
        <w:t>Hàm vẽ biểu đồ thực hiện những việc sau:</w:t>
      </w:r>
    </w:p>
    <w:p>
      <w:pPr>
        <w:spacing w:after="80"/>
        <w:ind w:left="360"/>
      </w:pPr>
      <w:r>
        <w:t xml:space="preserve">1. </w:t>
      </w:r>
      <w:r>
        <w:rPr>
          <w:b w:val="0"/>
          <w:i w:val="0"/>
        </w:rPr>
        <w:t>Chuẩn bị tất cả dữ liệu sẽ được hiển thị. Bao gồm số lượng đơn vị theo từng thẻ (ngày hoặc cửa hàng) và tổng thu nhập theo từng thẻ.</w:t>
      </w:r>
    </w:p>
    <w:p>
      <w:pPr>
        <w:spacing w:after="80"/>
        <w:ind w:left="360"/>
      </w:pPr>
      <w:r>
        <w:t xml:space="preserve">2. </w:t>
      </w:r>
      <w:r>
        <w:rPr>
          <w:b w:val="0"/>
          <w:i w:val="0"/>
        </w:rPr>
        <w:t>Tạo một biểu đồ phía trên với tổng thu nhập, chia theo sản phẩm thành các thanh xếp chồng. Để làm được điều này, cùng lúc với việc tính tổng thu nhập thì đường cơ sở (vị trí đặt phần xếp chồng tiếp theo) cũng được tính.</w:t>
      </w:r>
    </w:p>
    <w:p>
      <w:pPr>
        <w:spacing w:after="80"/>
        <w:ind w:left="360"/>
      </w:pPr>
      <w:r>
        <w:t xml:space="preserve">3. </w:t>
      </w:r>
      <w:r>
        <w:rPr>
          <w:b w:val="0"/>
          <w:i w:val="0"/>
        </w:rPr>
        <w:t>Nó chia phần dưới của biểu đồ thành số lượng biểu đồ bằng số lượng sản phẩm và hiển thị số đơn vị đã bán trên mỗi biểu đồ, theo từng thẻ (ngày hoặc cửa hàng)</w:t>
      </w:r>
    </w:p>
    <w:p>
      <w:pPr>
        <w:spacing w:after="80"/>
      </w:pPr>
      <w:r>
        <w:rPr>
          <w:b/>
          <w:i w:val="0"/>
        </w:rPr>
        <w:t>Lưu ý</w:t>
      </w:r>
    </w:p>
    <w:p>
      <w:pPr>
        <w:spacing w:after="80"/>
      </w:pPr>
      <w:r>
        <w:rPr>
          <w:b w:val="0"/>
          <w:i w:val="0"/>
        </w:rPr>
        <w:t xml:space="preserve">Để hiển thị đẹp hơn, biểu đồ được định kích thước bằng một tờ A4. Nó cũng cho phép chúng ta, sử dụng </w:t>
      </w:r>
      <w:r>
        <w:rPr>
          <w:rFonts w:ascii="Consolas" w:hAnsi="Consolas"/>
          <w:b w:val="0"/>
          <w:i w:val="0"/>
          <w:sz w:val="20"/>
        </w:rPr>
        <w:br/>
        <w:br/>
        <w:t xml:space="preserve">       skip_labels</w:t>
        <w:br/>
        <w:t xml:space="preserve">      </w:t>
        <w:br/>
      </w:r>
      <w:r>
        <w:rPr>
          <w:b w:val="0"/>
          <w:i w:val="0"/>
        </w:rPr>
        <w:t xml:space="preserve"> , in một nhãn </w:t>
      </w:r>
      <w:r>
        <w:rPr>
          <w:rFonts w:ascii="Consolas" w:hAnsi="Consolas"/>
          <w:b w:val="0"/>
          <w:i w:val="0"/>
          <w:sz w:val="20"/>
        </w:rPr>
        <w:br/>
        <w:br/>
        <w:t xml:space="preserve">       skip_label</w:t>
        <w:br/>
        <w:t xml:space="preserve">      </w:t>
        <w:br/>
      </w:r>
      <w:r>
        <w:rPr>
          <w:b w:val="0"/>
          <w:i w:val="0"/>
        </w:rPr>
        <w:t xml:space="preserve"> trên biểu đồ thứ hai ở trục </w:t>
      </w:r>
      <w:r>
        <w:rPr>
          <w:b w:val="0"/>
          <w:i/>
        </w:rPr>
        <w:t xml:space="preserve"> X </w:t>
      </w:r>
      <w:r>
        <w:rPr>
          <w:b w:val="0"/>
          <w:i w:val="0"/>
        </w:rPr>
        <w:t xml:space="preserve"> để tránh chồng chéo. Bạn có thể thấy điều này có nghĩa gì trong Hình 10.4, ở các biểu đồ phía dưới, nơi chúng ta chỉ ghi nhãn một ngày mỗi tuần. Cách làm này giúp biểu đồ dễ đọc hơn, vì nếu ghi nhãn từng ngày một sẽ khiến nó trông rối rắm.</w:t>
      </w:r>
    </w:p>
    <w:p>
      <w:pPr>
        <w:spacing w:after="80"/>
      </w:pPr>
      <w:r>
        <w:rPr>
          <w:b w:val="0"/>
          <w:i w:val="0"/>
        </w:rPr>
        <w:t>Biểu đồ kết quả được lưu vào một tệp.</w:t>
      </w:r>
    </w:p>
    <w:p>
      <w:pPr>
        <w:spacing w:after="80"/>
      </w:pPr>
      <w:r>
        <w:rPr>
          <w:rFonts w:ascii="Consolas" w:hAnsi="Consolas"/>
          <w:b w:val="0"/>
          <w:i w:val="0"/>
          <w:sz w:val="20"/>
        </w:rPr>
        <w:br/>
        <w:br/>
        <w:t xml:space="preserve">      create_summary_brief</w:t>
        <w:br/>
        <w:t xml:space="preserve">     </w:t>
        <w:br/>
      </w:r>
      <w:r>
        <w:rPr>
          <w:b w:val="0"/>
          <w:i w:val="0"/>
        </w:rPr>
        <w:t xml:space="preserve"> sử dụng mô-đun </w:t>
      </w:r>
      <w:r>
        <w:rPr>
          <w:rFonts w:ascii="Consolas" w:hAnsi="Consolas"/>
          <w:b w:val="0"/>
          <w:i w:val="0"/>
          <w:sz w:val="20"/>
        </w:rPr>
        <w:br/>
        <w:br/>
        <w:t xml:space="preserve">      fpdf</w:t>
        <w:br/>
        <w:t xml:space="preserve">     </w:t>
        <w:br/>
      </w:r>
      <w:r>
        <w:rPr>
          <w:b w:val="0"/>
          <w:i w:val="0"/>
        </w:rPr>
        <w:t xml:space="preserve"> để lưu một trang PDF văn bản chứa thông tin tóm tắt tổng hợp.</w:t>
      </w:r>
    </w:p>
    <w:p>
      <w:pPr>
        <w:spacing w:after="80"/>
      </w:pPr>
      <w:r>
        <w:rPr>
          <w:b w:val="0"/>
          <w:i w:val="0"/>
        </w:rPr>
        <w:t xml:space="preserve">Mẫu và thông tin trong </w:t>
      </w:r>
      <w:r>
        <w:rPr>
          <w:rFonts w:ascii="Consolas" w:hAnsi="Consolas"/>
          <w:b w:val="0"/>
          <w:i w:val="0"/>
          <w:sz w:val="20"/>
        </w:rPr>
        <w:br/>
        <w:br/>
        <w:t xml:space="preserve">      create_summary_brief</w:t>
        <w:br/>
        <w:t xml:space="preserve">     </w:t>
        <w:br/>
      </w:r>
      <w:r>
        <w:rPr>
          <w:b w:val="0"/>
          <w:i w:val="0"/>
        </w:rPr>
        <w:t xml:space="preserve"> đã được cố ý giữ đơn giản để tránh làm phức tạp công thức này, nhưng chúng có thể được nâng cấp với văn bản mô tả và định dạng tốt hơn. Tham khảo </w:t>
      </w:r>
      <w:r>
        <w:rPr>
          <w:b w:val="0"/>
          <w:i/>
        </w:rPr>
        <w:t xml:space="preserve"> Chương 5, Tạo báo cáo tuyệt vời </w:t>
      </w:r>
      <w:r>
        <w:rPr>
          <w:b w:val="0"/>
          <w:i w:val="0"/>
        </w:rPr>
        <w:t xml:space="preserve">, để biết thêm chi tiết về cách sử dụng </w:t>
      </w:r>
      <w:r>
        <w:rPr>
          <w:rFonts w:ascii="Consolas" w:hAnsi="Consolas"/>
          <w:b w:val="0"/>
          <w:i w:val="0"/>
          <w:sz w:val="20"/>
        </w:rPr>
        <w:br/>
        <w:br/>
        <w:t xml:space="preserve">      fpdf</w:t>
        <w:br/>
        <w:t xml:space="preserve">     </w:t>
        <w:br/>
      </w:r>
      <w:r>
        <w:rPr>
          <w:b w:val="0"/>
          <w:i w:val="0"/>
        </w:rPr>
        <w:t>.</w:t>
      </w:r>
    </w:p>
    <w:p>
      <w:pPr>
        <w:spacing w:after="80"/>
      </w:pPr>
      <w:r>
        <w:rPr>
          <w:b w:val="0"/>
          <w:i w:val="0"/>
        </w:rPr>
        <w:t xml:space="preserve">Như đã trình bày trước đó, hàm </w:t>
      </w:r>
      <w:r>
        <w:rPr>
          <w:rFonts w:ascii="Consolas" w:hAnsi="Consolas"/>
          <w:b w:val="0"/>
          <w:i w:val="0"/>
          <w:sz w:val="20"/>
        </w:rPr>
        <w:br/>
        <w:br/>
        <w:t xml:space="preserve">      main</w:t>
        <w:br/>
        <w:t xml:space="preserve">     </w:t>
        <w:br/>
      </w:r>
      <w:r>
        <w:rPr>
          <w:b w:val="0"/>
          <w:i w:val="0"/>
        </w:rPr>
        <w:t xml:space="preserve"> nhóm tất cả các trang PDF và ghép chúng thành một tài liệu duy nhất, sau đó xóa các trang trung gian:</w:t>
      </w:r>
    </w:p>
    <w:p>
      <w:pPr>
        <w:jc w:val="center"/>
      </w:pPr>
      <w:r>
        <w:drawing>
          <wp:inline xmlns:a="http://schemas.openxmlformats.org/drawingml/2006/main" xmlns:pic="http://schemas.openxmlformats.org/drawingml/2006/picture">
            <wp:extent cx="5486400" cy="2877434"/>
            <wp:docPr id="104" name="Picture 104"/>
            <wp:cNvGraphicFramePr>
              <a:graphicFrameLocks noChangeAspect="1"/>
            </wp:cNvGraphicFramePr>
            <a:graphic>
              <a:graphicData uri="http://schemas.openxmlformats.org/drawingml/2006/picture">
                <pic:pic>
                  <pic:nvPicPr>
                    <pic:cNvPr id="0" name="B36973_10_3.png"/>
                    <pic:cNvPicPr/>
                  </pic:nvPicPr>
                  <pic:blipFill>
                    <a:blip r:embed="rId104"/>
                    <a:stretch>
                      <a:fillRect/>
                    </a:stretch>
                  </pic:blipFill>
                  <pic:spPr>
                    <a:xfrm>
                      <a:off x="0" y="0"/>
                      <a:ext cx="5486400" cy="2877434"/>
                    </a:xfrm>
                    <a:prstGeom prst="rect"/>
                  </pic:spPr>
                </pic:pic>
              </a:graphicData>
            </a:graphic>
          </wp:inline>
        </w:drawing>
      </w:r>
    </w:p>
    <w:p>
      <w:pPr>
        <w:spacing w:after="160"/>
        <w:jc w:val="center"/>
      </w:pPr>
      <w:r>
        <w:rPr>
          <w:rFonts w:ascii="Calibri" w:hAnsi="Calibri"/>
          <w:b w:val="0"/>
          <w:i/>
          <w:sz w:val="19"/>
        </w:rPr>
        <w:t>Hình 10.3: Tóm tắt doanh số</w:t>
      </w:r>
    </w:p>
    <w:p>
      <w:pPr>
        <w:spacing w:after="80"/>
      </w:pPr>
      <w:r>
        <w:rPr>
          <w:b w:val="0"/>
          <w:i w:val="0"/>
        </w:rPr>
        <w:t>Trang thứ hai hiển thị biểu đồ doanh số theo ngày:</w:t>
      </w:r>
    </w:p>
    <w:p>
      <w:pPr>
        <w:jc w:val="center"/>
      </w:pPr>
      <w:r>
        <w:drawing>
          <wp:inline xmlns:a="http://schemas.openxmlformats.org/drawingml/2006/main" xmlns:pic="http://schemas.openxmlformats.org/drawingml/2006/picture">
            <wp:extent cx="5486400" cy="3595632"/>
            <wp:docPr id="105" name="Picture 105"/>
            <wp:cNvGraphicFramePr>
              <a:graphicFrameLocks noChangeAspect="1"/>
            </wp:cNvGraphicFramePr>
            <a:graphic>
              <a:graphicData uri="http://schemas.openxmlformats.org/drawingml/2006/picture">
                <pic:pic>
                  <pic:nvPicPr>
                    <pic:cNvPr id="0" name="B36973_10_4.png"/>
                    <pic:cNvPicPr/>
                  </pic:nvPicPr>
                  <pic:blipFill>
                    <a:blip r:embed="rId105"/>
                    <a:stretch>
                      <a:fillRect/>
                    </a:stretch>
                  </pic:blipFill>
                  <pic:spPr>
                    <a:xfrm>
                      <a:off x="0" y="0"/>
                      <a:ext cx="5486400" cy="3595632"/>
                    </a:xfrm>
                    <a:prstGeom prst="rect"/>
                  </pic:spPr>
                </pic:pic>
              </a:graphicData>
            </a:graphic>
          </wp:inline>
        </w:drawing>
      </w:r>
    </w:p>
    <w:p>
      <w:pPr>
        <w:spacing w:after="160"/>
        <w:jc w:val="center"/>
      </w:pPr>
      <w:r>
        <w:rPr>
          <w:rFonts w:ascii="Calibri" w:hAnsi="Calibri"/>
          <w:b w:val="0"/>
          <w:i/>
          <w:sz w:val="19"/>
        </w:rPr>
        <w:t>Hình 10.4: Hiển thị đồ họa doanh số theo ngày. Chú ý các doanh số có sử dụng mã</w:t>
      </w:r>
    </w:p>
    <w:p>
      <w:pPr>
        <w:spacing w:after="80"/>
      </w:pPr>
      <w:r>
        <w:rPr>
          <w:b w:val="0"/>
          <w:i w:val="0"/>
        </w:rPr>
        <w:t>Trang thứ ba chia doanh số theo cửa hàng:</w:t>
      </w:r>
    </w:p>
    <w:p>
      <w:pPr>
        <w:jc w:val="center"/>
      </w:pPr>
      <w:r>
        <w:drawing>
          <wp:inline xmlns:a="http://schemas.openxmlformats.org/drawingml/2006/main" xmlns:pic="http://schemas.openxmlformats.org/drawingml/2006/picture">
            <wp:extent cx="5486400" cy="3719837"/>
            <wp:docPr id="106" name="Picture 106"/>
            <wp:cNvGraphicFramePr>
              <a:graphicFrameLocks noChangeAspect="1"/>
            </wp:cNvGraphicFramePr>
            <a:graphic>
              <a:graphicData uri="http://schemas.openxmlformats.org/drawingml/2006/picture">
                <pic:pic>
                  <pic:nvPicPr>
                    <pic:cNvPr id="0" name="B36973_10_5.png"/>
                    <pic:cNvPicPr/>
                  </pic:nvPicPr>
                  <pic:blipFill>
                    <a:blip r:embed="rId106"/>
                    <a:stretch>
                      <a:fillRect/>
                    </a:stretch>
                  </pic:blipFill>
                  <pic:spPr>
                    <a:xfrm>
                      <a:off x="0" y="0"/>
                      <a:ext cx="5486400" cy="3719837"/>
                    </a:xfrm>
                    <a:prstGeom prst="rect"/>
                  </pic:spPr>
                </pic:pic>
              </a:graphicData>
            </a:graphic>
          </wp:inline>
        </w:drawing>
      </w:r>
    </w:p>
    <w:p>
      <w:pPr>
        <w:spacing w:after="160"/>
        <w:jc w:val="center"/>
      </w:pPr>
      <w:r>
        <w:rPr>
          <w:rFonts w:ascii="Calibri" w:hAnsi="Calibri"/>
          <w:b w:val="0"/>
          <w:i/>
          <w:sz w:val="19"/>
        </w:rPr>
        <w:t>Hình 10.5: Hiển thị đồ họa doanh số theo cửa hàng</w:t>
      </w:r>
    </w:p>
    <w:p>
      <w:pPr>
        <w:pStyle w:val="Heading3"/>
      </w:pPr>
      <w:r>
        <w:rPr>
          <w:rFonts w:ascii="Calibri" w:hAnsi="Calibri"/>
          <w:b/>
          <w:i w:val="0"/>
          <w:sz w:val="26"/>
        </w:rPr>
        <w:t>Còn nhiều thứ khác nữa...</w:t>
      </w:r>
    </w:p>
    <w:p>
      <w:pPr>
        <w:spacing w:after="80"/>
      </w:pPr>
      <w:r>
        <w:rPr>
          <w:b w:val="0"/>
          <w:i w:val="0"/>
        </w:rPr>
        <w:t>Các báo cáo trong công thức này có thể được mở rộng. Ví dụ, mức giảm giá trung bình có thể được tính trên mỗi trang và hiển thị dưới dạng một đường:</w:t>
      </w:r>
    </w:p>
    <w:p>
      <w:pPr>
        <w:spacing w:after="0"/>
        <w:ind w:left="360"/>
        <w:shd w:val="clear" w:color="auto" w:fill="F2F2F2"/>
      </w:pPr>
      <w:r>
        <w:rPr>
          <w:rFonts w:ascii="Consolas" w:hAnsi="Consolas"/>
          <w:sz w:val="18"/>
        </w:rPr>
        <w:t># Generate a data series with the average discount</w:t>
      </w:r>
    </w:p>
    <w:p>
      <w:pPr>
        <w:spacing w:after="0"/>
        <w:ind w:left="360"/>
        <w:shd w:val="clear" w:color="auto" w:fill="F2F2F2"/>
      </w:pPr>
      <w:r>
        <w:rPr>
          <w:rFonts w:ascii="Consolas" w:hAnsi="Consolas"/>
          <w:sz w:val="18"/>
        </w:rPr>
        <w:t>discount = [summary['average_discount'] for _, summary in full_summary]</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Print the legend</w:t>
      </w:r>
    </w:p>
    <w:p>
      <w:pPr>
        <w:spacing w:after="0"/>
        <w:ind w:left="360"/>
        <w:shd w:val="clear" w:color="auto" w:fill="F2F2F2"/>
      </w:pPr>
      <w:r>
        <w:rPr>
          <w:rFonts w:ascii="Consolas" w:hAnsi="Consolas"/>
          <w:sz w:val="18"/>
        </w:rPr>
        <w:t># Plot the discount in a second axis</w:t>
      </w:r>
    </w:p>
    <w:p>
      <w:pPr>
        <w:spacing w:after="0"/>
        <w:ind w:left="360"/>
        <w:shd w:val="clear" w:color="auto" w:fill="F2F2F2"/>
      </w:pPr>
      <w:r>
        <w:rPr>
          <w:rFonts w:ascii="Consolas" w:hAnsi="Consolas"/>
          <w:sz w:val="18"/>
        </w:rPr>
        <w:t>plt.twinx()</w:t>
      </w:r>
    </w:p>
    <w:p>
      <w:pPr>
        <w:spacing w:after="0"/>
        <w:ind w:left="360"/>
        <w:shd w:val="clear" w:color="auto" w:fill="F2F2F2"/>
      </w:pPr>
      <w:r>
        <w:rPr>
          <w:rFonts w:ascii="Consolas" w:hAnsi="Consolas"/>
          <w:sz w:val="18"/>
        </w:rPr>
        <w:t>plt.plot(pos, discount,'o-', color='green')</w:t>
      </w:r>
    </w:p>
    <w:p>
      <w:pPr>
        <w:spacing w:after="0"/>
        <w:ind w:left="360"/>
        <w:shd w:val="clear" w:color="auto" w:fill="F2F2F2"/>
      </w:pPr>
      <w:r>
        <w:rPr>
          <w:rFonts w:ascii="Consolas" w:hAnsi="Consolas"/>
          <w:sz w:val="18"/>
        </w:rPr>
        <w:t>plt.ylabel('Average Discount')</w:t>
      </w:r>
    </w:p>
    <w:p>
      <w:pPr>
        <w:spacing w:after="40"/>
      </w:pPr>
    </w:p>
    <w:p>
      <w:pPr>
        <w:spacing w:after="80"/>
      </w:pPr>
      <w:r>
        <w:rPr>
          <w:b w:val="0"/>
          <w:i w:val="0"/>
        </w:rPr>
        <w:t>Tuy nhiên, hãy cẩn thận đừng đưa quá nhiều thông tin vào một biểu đồ duy nhất, vì nó có thể làm giảm khả năng đọc. Trong trường hợp này, một biểu đồ khác có lẽ là cách hiển thị tốt hơn.</w:t>
      </w:r>
    </w:p>
    <w:p>
      <w:pPr>
        <w:spacing w:after="80"/>
      </w:pPr>
      <w:r>
        <w:rPr>
          <w:b/>
          <w:i w:val="0"/>
        </w:rPr>
        <w:t>Mẹo</w:t>
      </w:r>
    </w:p>
    <w:p>
      <w:pPr>
        <w:spacing w:after="80"/>
      </w:pPr>
      <w:r>
        <w:rPr>
          <w:b w:val="0"/>
          <w:i w:val="0"/>
        </w:rPr>
        <w:t>Hãy cẩn thận in chú giải trước khi tạo trục thứ hai, nếu không biểu đồ sẽ chỉ hiển thị thông tin trên trục thứ hai.</w:t>
      </w:r>
    </w:p>
    <w:p>
      <w:pPr>
        <w:spacing w:after="80"/>
      </w:pPr>
      <w:r>
        <w:rPr>
          <w:b w:val="0"/>
          <w:i w:val="0"/>
        </w:rPr>
        <w:t xml:space="preserve">Kích thước và hướng của biểu đồ có thể quyết định việc nên dùng nhiều nhãn hay ít nhãn hơn để chúng rõ ràng và dễ đọc. Điều này được minh họa qua việc sử dụng </w:t>
      </w:r>
      <w:r>
        <w:rPr>
          <w:rFonts w:ascii="Consolas" w:hAnsi="Consolas"/>
          <w:b w:val="0"/>
          <w:i w:val="0"/>
          <w:sz w:val="20"/>
        </w:rPr>
        <w:br/>
        <w:br/>
        <w:t xml:space="preserve">      skip_labels</w:t>
        <w:br/>
        <w:t xml:space="preserve">     </w:t>
        <w:br/>
      </w:r>
      <w:r>
        <w:rPr>
          <w:b w:val="0"/>
          <w:i w:val="0"/>
        </w:rPr>
        <w:t xml:space="preserve"> để tránh lộn xộn. Hãy để mắt đến các đồ họa kết quả và cố gắng thích ứng với các vấn đề có thể xảy ra bằng cách thay đổi kích thước hoặc giới hạn nhãn trong một số trường hợp.</w:t>
      </w:r>
    </w:p>
    <w:p>
      <w:pPr>
        <w:spacing w:after="80"/>
      </w:pPr>
      <w:r>
        <w:rPr>
          <w:b/>
          <w:i w:val="0"/>
        </w:rPr>
        <w:t>Mẹo</w:t>
      </w:r>
    </w:p>
    <w:p>
      <w:pPr>
        <w:spacing w:after="80"/>
      </w:pPr>
      <w:r>
        <w:rPr>
          <w:b w:val="0"/>
          <w:i w:val="0"/>
        </w:rPr>
        <w:t>Ví dụ, một giới hạn khả thi là không có nhiều hơn ba sản phẩm, vì in bốn biểu đồ trên hàng thứ hai trong các biểu đồ của chúng ta có lẽ sẽ khiến văn bản không đọc được. Hãy thoải mái thử nghiệm và kiểm tra các giới hạn của mã.</w:t>
      </w:r>
    </w:p>
    <w:p>
      <w:pPr>
        <w:spacing w:after="80"/>
      </w:pPr>
      <w:r>
        <w:rPr>
          <w:b w:val="0"/>
          <w:i w:val="0"/>
        </w:rPr>
        <w:t>Như bạn có thể thấy trong script, chúng ta đã giảm kích thước phông chữ để đảm bảo rằng chúng ta có thể đọc được ba biểu đồ ở hàng dưới cùng.</w:t>
      </w:r>
    </w:p>
    <w:p>
      <w:pPr>
        <w:spacing w:after="80"/>
      </w:pPr>
      <w:r>
        <w:rPr>
          <w:b w:val="0"/>
          <w:i w:val="0"/>
        </w:rPr>
        <w:t>Bạn cũng có thể trình bày thông tin theo nhiều cách khác nhau để thấy rõ hơn tác động của chiến dịch, chẳng hạn như so sánh chi tiết hơn giữa doanh số khi dùng mã và không dùng mã. Vì chúng ta đang theo dõi việc sử dụng mã, chúng ta cũng có thể tiếp nối bằng các hành động marketing nhắm mục tiêu đến những khách hàng đã dùng mã.</w:t>
      </w:r>
    </w:p>
    <w:p>
      <w:pPr>
        <w:spacing w:after="80"/>
      </w:pPr>
      <w:r>
        <w:rPr>
          <w:b w:val="0"/>
          <w:i w:val="0"/>
        </w:rPr>
        <w:t xml:space="preserve">Tài liệu đầy đủ của </w:t>
      </w:r>
      <w:r>
        <w:rPr>
          <w:rFonts w:ascii="Consolas" w:hAnsi="Consolas"/>
          <w:b w:val="0"/>
          <w:i w:val="0"/>
          <w:sz w:val="20"/>
        </w:rPr>
        <w:br/>
        <w:br/>
        <w:t xml:space="preserve">      matplotlib</w:t>
        <w:br/>
        <w:t xml:space="preserve">     </w:t>
        <w:br/>
      </w:r>
      <w:r>
        <w:rPr>
          <w:b w:val="0"/>
          <w:i w:val="0"/>
        </w:rPr>
        <w:t xml:space="preserve"> có thể tìm thấy tại </w:t>
      </w:r>
      <w:r>
        <w:rPr>
          <w:rFonts w:ascii="Consolas" w:hAnsi="Consolas"/>
          <w:b w:val="0"/>
          <w:i w:val="0"/>
          <w:sz w:val="20"/>
        </w:rPr>
        <w:br/>
        <w:br/>
        <w:t xml:space="preserve">       https://matplotlib.org/</w:t>
        <w:br/>
        <w:t xml:space="preserve">      </w:t>
        <w:br/>
      </w:r>
      <w:r>
        <w:rPr>
          <w:b w:val="0"/>
          <w:i w:val="0"/>
        </w:rPr>
        <w:t xml:space="preserve"> , còn tài liệu của </w:t>
      </w:r>
      <w:r>
        <w:rPr>
          <w:rFonts w:ascii="Consolas" w:hAnsi="Consolas"/>
          <w:b w:val="0"/>
          <w:i w:val="0"/>
          <w:sz w:val="20"/>
        </w:rPr>
        <w:br/>
        <w:br/>
        <w:t xml:space="preserve">      pendulum</w:t>
        <w:br/>
        <w:t xml:space="preserve">     </w:t>
        <w:br/>
      </w:r>
      <w:r>
        <w:rPr>
          <w:b w:val="0"/>
          <w:i w:val="0"/>
        </w:rPr>
        <w:t xml:space="preserve"> ở tại https://pendulum.eustace.io.</w:t>
      </w:r>
    </w:p>
    <w:p>
      <w:pPr>
        <w:spacing w:after="80"/>
      </w:pPr>
      <w:r>
        <w:rPr>
          <w:b w:val="0"/>
          <w:i w:val="0"/>
        </w:rPr>
        <w:t xml:space="preserve">Toàn bộ tài liệu cho </w:t>
      </w:r>
      <w:r>
        <w:rPr>
          <w:rFonts w:ascii="Consolas" w:hAnsi="Consolas"/>
          <w:b w:val="0"/>
          <w:i w:val="0"/>
          <w:sz w:val="20"/>
        </w:rPr>
        <w:br/>
        <w:br/>
        <w:t xml:space="preserve">      openpyxl</w:t>
        <w:br/>
        <w:t xml:space="preserve">     </w:t>
        <w:br/>
      </w:r>
      <w:r>
        <w:rPr>
          <w:b w:val="0"/>
          <w:i w:val="0"/>
        </w:rPr>
        <w:t xml:space="preserve"> có sẵn tại </w:t>
      </w:r>
      <w:r>
        <w:rPr>
          <w:rFonts w:ascii="Consolas" w:hAnsi="Consolas"/>
          <w:b w:val="0"/>
          <w:i w:val="0"/>
          <w:sz w:val="20"/>
        </w:rPr>
        <w:br/>
        <w:br/>
        <w:t xml:space="preserve">       https://openpyxl.readthedocs.io/en/stable/</w:t>
        <w:br/>
        <w:t xml:space="preserve">      </w:t>
        <w:br/>
      </w:r>
      <w:r>
        <w:rPr>
          <w:b w:val="0"/>
          <w:i w:val="0"/>
        </w:rPr>
        <w:t xml:space="preserve"> . Tài liệu đầy đủ cho các mô-đun thao tác PDF có thể tìm thấy cho </w:t>
      </w:r>
      <w:r>
        <w:rPr>
          <w:rFonts w:ascii="Consolas" w:hAnsi="Consolas"/>
          <w:b w:val="0"/>
          <w:i w:val="0"/>
          <w:sz w:val="20"/>
        </w:rPr>
        <w:br/>
        <w:br/>
        <w:t xml:space="preserve">      pypdf</w:t>
        <w:br/>
        <w:t xml:space="preserve">     </w:t>
        <w:br/>
      </w:r>
      <w:r>
        <w:rPr>
          <w:b w:val="0"/>
          <w:i w:val="0"/>
        </w:rPr>
        <w:t xml:space="preserve"> tại </w:t>
      </w:r>
      <w:r>
        <w:rPr>
          <w:rFonts w:ascii="Consolas" w:hAnsi="Consolas"/>
          <w:b w:val="0"/>
          <w:i w:val="0"/>
          <w:sz w:val="20"/>
        </w:rPr>
        <w:br/>
        <w:br/>
        <w:t xml:space="preserve">       https://pypdf.readthedocs.io/en/stable/</w:t>
        <w:br/>
        <w:t xml:space="preserve">      </w:t>
        <w:br/>
      </w:r>
      <w:r>
        <w:rPr>
          <w:b w:val="0"/>
          <w:i w:val="0"/>
        </w:rPr>
        <w:t xml:space="preserve"> và cho </w:t>
      </w:r>
      <w:r>
        <w:rPr>
          <w:rFonts w:ascii="Consolas" w:hAnsi="Consolas"/>
          <w:b w:val="0"/>
          <w:i w:val="0"/>
          <w:sz w:val="20"/>
        </w:rPr>
        <w:br/>
        <w:br/>
        <w:t xml:space="preserve">      pyfdf2</w:t>
        <w:br/>
        <w:t xml:space="preserve">     </w:t>
        <w:br/>
      </w:r>
      <w:r>
        <w:rPr>
          <w:b w:val="0"/>
          <w:i w:val="0"/>
        </w:rPr>
        <w:t xml:space="preserve"> tại </w:t>
      </w:r>
      <w:r>
        <w:rPr>
          <w:rFonts w:ascii="Consolas" w:hAnsi="Consolas"/>
          <w:b w:val="0"/>
          <w:i w:val="0"/>
          <w:sz w:val="20"/>
        </w:rPr>
        <w:br/>
        <w:br/>
        <w:t xml:space="preserve">       https://py-pdf.github.io/fpdf2/</w:t>
        <w:br/>
        <w:t xml:space="preserve">      </w:t>
        <w:br/>
      </w:r>
      <w:r>
        <w:rPr>
          <w:b w:val="0"/>
          <w:i w:val="0"/>
        </w:rPr>
        <w:t xml:space="preserve"> .</w:t>
      </w:r>
    </w:p>
    <w:p>
      <w:pPr>
        <w:spacing w:after="80"/>
      </w:pPr>
      <w:r>
        <w:rPr>
          <w:b w:val="0"/>
          <w:i w:val="0"/>
        </w:rPr>
        <w:t xml:space="preserve">Công thức này sử dụng nhiều khái niệm và kỹ thuật khác nhau được thảo luận trong </w:t>
      </w:r>
      <w:r>
        <w:rPr>
          <w:b w:val="0"/>
          <w:i/>
        </w:rPr>
        <w:t xml:space="preserve"> Chương 5 </w:t>
      </w:r>
      <w:r>
        <w:rPr>
          <w:b w:val="0"/>
          <w:i w:val="0"/>
        </w:rPr>
        <w:t xml:space="preserve"> , </w:t>
      </w:r>
      <w:r>
        <w:rPr>
          <w:b w:val="0"/>
          <w:i/>
        </w:rPr>
        <w:t xml:space="preserve"> Tạo ra những báo cáo tuyệt vời </w:t>
      </w:r>
      <w:r>
        <w:rPr>
          <w:b w:val="0"/>
          <w:i w:val="0"/>
        </w:rPr>
        <w:t xml:space="preserve"> (tạo và thao tác PDF), </w:t>
      </w:r>
      <w:r>
        <w:rPr>
          <w:b w:val="0"/>
          <w:i/>
        </w:rPr>
        <w:t xml:space="preserve"> Chương 6 </w:t>
      </w:r>
      <w:r>
        <w:rPr>
          <w:b w:val="0"/>
          <w:i w:val="0"/>
        </w:rPr>
        <w:t xml:space="preserve"> , </w:t>
      </w:r>
      <w:r>
        <w:rPr>
          <w:b w:val="0"/>
          <w:i/>
        </w:rPr>
        <w:t xml:space="preserve"> Vui cùng bảng tính </w:t>
      </w:r>
      <w:r>
        <w:rPr>
          <w:b w:val="0"/>
          <w:i w:val="0"/>
        </w:rPr>
        <w:t xml:space="preserve"> (đọc bảng tính), và </w:t>
      </w:r>
      <w:r>
        <w:rPr>
          <w:b w:val="0"/>
          <w:i/>
        </w:rPr>
        <w:t xml:space="preserve"> Chương 8 </w:t>
      </w:r>
      <w:r>
        <w:rPr>
          <w:b w:val="0"/>
          <w:i w:val="0"/>
        </w:rPr>
        <w:t xml:space="preserve"> , </w:t>
      </w:r>
      <w:r>
        <w:rPr>
          <w:b w:val="0"/>
          <w:i/>
        </w:rPr>
        <w:t xml:space="preserve"> Phát triển những đồ thị ấn tượng </w:t>
      </w:r>
      <w:r>
        <w:rPr>
          <w:b w:val="0"/>
          <w:i w:val="0"/>
        </w:rPr>
        <w:t xml:space="preserve"> (tạo đồ thị). Hãy xem qua để tìm hiểu thêm.</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Tổng hợp các báo cáo PDF </w:t>
      </w:r>
      <w:r>
        <w:rPr>
          <w:b w:val="0"/>
          <w:i w:val="0"/>
        </w:rPr>
        <w:t xml:space="preserve"> trong </w:t>
      </w:r>
      <w:r>
        <w:rPr>
          <w:b w:val="0"/>
          <w:i/>
        </w:rPr>
        <w:t xml:space="preserve"> Chương 5 </w:t>
      </w:r>
      <w:r>
        <w:rPr>
          <w:b w:val="0"/>
          <w:i w:val="0"/>
        </w:rPr>
        <w:t xml:space="preserve"> , </w:t>
      </w:r>
      <w:r>
        <w:rPr>
          <w:b w:val="0"/>
          <w:i/>
        </w:rPr>
        <w:t xml:space="preserve"> Tạo ra những báo cáo tuyệt vời </w:t>
      </w:r>
      <w:r>
        <w:rPr>
          <w:b w:val="0"/>
          <w:i w:val="0"/>
        </w:rPr>
        <w:t xml:space="preserve"> , để học cách ghép nhiều tệp PDF lại với nhau</w:t>
      </w:r>
    </w:p>
    <w:p>
      <w:pPr>
        <w:spacing w:after="80"/>
        <w:ind w:left="360"/>
      </w:pPr>
      <w:r>
        <w:t xml:space="preserve">• </w:t>
      </w:r>
      <w:r>
        <w:rPr>
          <w:b w:val="0"/>
          <w:i w:val="0"/>
        </w:rPr>
        <w:t xml:space="preserve">Công thức </w:t>
      </w:r>
      <w:r>
        <w:rPr>
          <w:b w:val="0"/>
          <w:i/>
        </w:rPr>
        <w:t xml:space="preserve"> Đọc một bảng tính Excel </w:t>
      </w:r>
      <w:r>
        <w:rPr>
          <w:b w:val="0"/>
          <w:i w:val="0"/>
        </w:rPr>
        <w:t xml:space="preserve"> trong </w:t>
      </w:r>
      <w:r>
        <w:rPr>
          <w:b w:val="0"/>
          <w:i/>
        </w:rPr>
        <w:t xml:space="preserve"> Chương 6 </w:t>
      </w:r>
      <w:r>
        <w:rPr>
          <w:b w:val="0"/>
          <w:i w:val="0"/>
        </w:rPr>
        <w:t xml:space="preserve"> , </w:t>
      </w:r>
      <w:r>
        <w:rPr>
          <w:b w:val="0"/>
          <w:i/>
        </w:rPr>
        <w:t xml:space="preserve"> Vui cùng bảng tính </w:t>
      </w:r>
      <w:r>
        <w:rPr>
          <w:b w:val="0"/>
          <w:i w:val="0"/>
        </w:rPr>
        <w:t xml:space="preserve"> , để học cách lấy thông tin từ bảng tính Excel</w:t>
      </w:r>
    </w:p>
    <w:p>
      <w:pPr>
        <w:spacing w:after="80"/>
        <w:ind w:left="360"/>
      </w:pPr>
      <w:r>
        <w:t xml:space="preserve">• </w:t>
      </w:r>
      <w:r>
        <w:rPr>
          <w:b w:val="0"/>
          <w:i w:val="0"/>
        </w:rPr>
        <w:t xml:space="preserve">Công thức </w:t>
      </w:r>
      <w:r>
        <w:rPr>
          <w:b w:val="0"/>
          <w:i/>
        </w:rPr>
        <w:t xml:space="preserve"> Vẽ biểu đồ cột xếp chồng </w:t>
      </w:r>
      <w:r>
        <w:rPr>
          <w:b w:val="0"/>
          <w:i w:val="0"/>
        </w:rPr>
        <w:t xml:space="preserve"> trong </w:t>
      </w:r>
      <w:r>
        <w:rPr>
          <w:b w:val="0"/>
          <w:i/>
        </w:rPr>
        <w:t xml:space="preserve"> Chương 8 </w:t>
      </w:r>
      <w:r>
        <w:rPr>
          <w:b w:val="0"/>
          <w:i w:val="0"/>
        </w:rPr>
        <w:t xml:space="preserve"> , </w:t>
      </w:r>
      <w:r>
        <w:rPr>
          <w:b w:val="0"/>
          <w:i/>
        </w:rPr>
        <w:t xml:space="preserve"> Phát triển những đồ thị ấn tượng </w:t>
      </w:r>
      <w:r>
        <w:rPr>
          <w:b w:val="0"/>
          <w:i w:val="0"/>
        </w:rPr>
        <w:t xml:space="preserve"> , để tìm hiểu thêm về cách vẽ biểu đồ cột xếp chồng</w:t>
      </w:r>
    </w:p>
    <w:p>
      <w:pPr>
        <w:spacing w:after="80"/>
        <w:ind w:left="360"/>
      </w:pPr>
      <w:r>
        <w:t xml:space="preserve">• </w:t>
      </w:r>
      <w:r>
        <w:rPr>
          <w:b w:val="0"/>
          <w:i w:val="0"/>
        </w:rPr>
        <w:t xml:space="preserve">Công thức </w:t>
      </w:r>
      <w:r>
        <w:rPr>
          <w:b w:val="0"/>
          <w:i/>
        </w:rPr>
        <w:t xml:space="preserve"> Hiển thị nhiều đường </w:t>
      </w:r>
      <w:r>
        <w:rPr>
          <w:b w:val="0"/>
          <w:i w:val="0"/>
        </w:rPr>
        <w:t xml:space="preserve"> trong </w:t>
      </w:r>
      <w:r>
        <w:rPr>
          <w:b w:val="0"/>
          <w:i/>
        </w:rPr>
        <w:t xml:space="preserve"> Chương 8 </w:t>
      </w:r>
      <w:r>
        <w:rPr>
          <w:b w:val="0"/>
          <w:i w:val="0"/>
        </w:rPr>
        <w:t xml:space="preserve"> , </w:t>
      </w:r>
      <w:r>
        <w:rPr>
          <w:b w:val="0"/>
          <w:i/>
        </w:rPr>
        <w:t xml:space="preserve"> Phát triển những đồ thị ấn tượng </w:t>
      </w:r>
      <w:r>
        <w:rPr>
          <w:b w:val="0"/>
          <w:i w:val="0"/>
        </w:rPr>
        <w:t xml:space="preserve"> , để học cách có một đồ thị duy nhất với nhiều đường thông tin</w:t>
      </w:r>
    </w:p>
    <w:p>
      <w:pPr>
        <w:spacing w:after="80"/>
        <w:ind w:left="360"/>
      </w:pPr>
      <w:r>
        <w:t xml:space="preserve">• </w:t>
      </w:r>
      <w:r>
        <w:rPr>
          <w:b w:val="0"/>
          <w:i w:val="0"/>
        </w:rPr>
        <w:t xml:space="preserve">Công thức </w:t>
      </w:r>
      <w:r>
        <w:rPr>
          <w:b w:val="0"/>
          <w:i/>
        </w:rPr>
        <w:t xml:space="preserve"> Thêm chú giải và chú thích </w:t>
      </w:r>
      <w:r>
        <w:rPr>
          <w:b w:val="0"/>
          <w:i w:val="0"/>
        </w:rPr>
        <w:t xml:space="preserve"> trong </w:t>
      </w:r>
      <w:r>
        <w:rPr>
          <w:b w:val="0"/>
          <w:i/>
        </w:rPr>
        <w:t xml:space="preserve"> Chương 8 </w:t>
      </w:r>
      <w:r>
        <w:rPr>
          <w:b w:val="0"/>
          <w:i w:val="0"/>
        </w:rPr>
        <w:t xml:space="preserve"> , </w:t>
      </w:r>
      <w:r>
        <w:rPr>
          <w:b w:val="0"/>
          <w:i/>
        </w:rPr>
        <w:t xml:space="preserve"> Phát triển những đồ thị ấn tượng </w:t>
      </w:r>
      <w:r>
        <w:rPr>
          <w:b w:val="0"/>
          <w:i w:val="0"/>
        </w:rPr>
        <w:t xml:space="preserve"> , để biết thêm thông tin về cách thêm chú giải và chú thích bổ sung vào đồ thị</w:t>
      </w:r>
    </w:p>
    <w:p>
      <w:pPr>
        <w:spacing w:after="80"/>
        <w:ind w:left="360"/>
      </w:pPr>
      <w:r>
        <w:t xml:space="preserve">• </w:t>
      </w:r>
      <w:r>
        <w:rPr>
          <w:b w:val="0"/>
          <w:i w:val="0"/>
        </w:rPr>
        <w:t xml:space="preserve">Công thức </w:t>
      </w:r>
      <w:r>
        <w:rPr>
          <w:b w:val="0"/>
          <w:i/>
        </w:rPr>
        <w:t xml:space="preserve"> Kết hợp các đồ thị </w:t>
      </w:r>
      <w:r>
        <w:rPr>
          <w:b w:val="0"/>
          <w:i w:val="0"/>
        </w:rPr>
        <w:t xml:space="preserve"> trong </w:t>
      </w:r>
      <w:r>
        <w:rPr>
          <w:b w:val="0"/>
          <w:i/>
        </w:rPr>
        <w:t xml:space="preserve"> Chương 8 </w:t>
      </w:r>
      <w:r>
        <w:rPr>
          <w:b w:val="0"/>
          <w:i w:val="0"/>
        </w:rPr>
        <w:t xml:space="preserve"> , </w:t>
      </w:r>
      <w:r>
        <w:rPr>
          <w:b w:val="0"/>
          <w:i/>
        </w:rPr>
        <w:t xml:space="preserve"> Phát triển những đồ thị ấn tượng </w:t>
      </w:r>
      <w:r>
        <w:rPr>
          <w:b w:val="0"/>
          <w:i w:val="0"/>
        </w:rPr>
        <w:t xml:space="preserve"> , để học cách kết hợp các đồ thị khác nhau thành một hình ảnh duy nhất</w:t>
      </w:r>
    </w:p>
    <w:p>
      <w:pPr>
        <w:spacing w:after="80"/>
        <w:ind w:left="360"/>
      </w:pPr>
      <w:r>
        <w:t xml:space="preserve">• </w:t>
      </w:r>
      <w:r>
        <w:rPr>
          <w:b w:val="0"/>
          <w:i w:val="0"/>
        </w:rPr>
        <w:t xml:space="preserve">Công thức </w:t>
      </w:r>
      <w:r>
        <w:rPr>
          <w:b w:val="0"/>
          <w:i/>
        </w:rPr>
        <w:t xml:space="preserve"> Lưu biểu đồ </w:t>
      </w:r>
      <w:r>
        <w:rPr>
          <w:b w:val="0"/>
          <w:i w:val="0"/>
        </w:rPr>
        <w:t xml:space="preserve"> trong </w:t>
      </w:r>
      <w:r>
        <w:rPr>
          <w:b w:val="0"/>
          <w:i/>
        </w:rPr>
        <w:t xml:space="preserve"> Chương 8 </w:t>
      </w:r>
      <w:r>
        <w:rPr>
          <w:b w:val="0"/>
          <w:i w:val="0"/>
        </w:rPr>
        <w:t xml:space="preserve"> , </w:t>
      </w:r>
      <w:r>
        <w:rPr>
          <w:b w:val="0"/>
          <w:i/>
        </w:rPr>
        <w:t xml:space="preserve"> Phát triển những đồ thị ấn tượng </w:t>
      </w:r>
      <w:r>
        <w:rPr>
          <w:b w:val="0"/>
          <w:i w:val="0"/>
        </w:rPr>
        <w:t xml:space="preserve"> , để tìm hiểu thêm về cách lưu đồ thị ở các định dạng khác nhau</w:t>
      </w:r>
    </w:p>
    <w:p>
      <w:pPr>
        <w:pStyle w:val="Heading1"/>
      </w:pPr>
      <w:r>
        <w:rPr>
          <w:rFonts w:ascii="Calibri" w:hAnsi="Calibri"/>
          <w:b/>
          <w:i w:val="0"/>
          <w:sz w:val="40"/>
        </w:rPr>
        <w:t>11</w:t>
      </w:r>
    </w:p>
    <w:p>
      <w:pPr>
        <w:pStyle w:val="Heading1"/>
      </w:pPr>
      <w:r>
        <w:rPr>
          <w:rFonts w:ascii="Calibri" w:hAnsi="Calibri"/>
          <w:b/>
          <w:i w:val="0"/>
          <w:sz w:val="40"/>
        </w:rPr>
        <w:t>Gọi các mô hình AI</w:t>
      </w:r>
    </w:p>
    <w:p>
      <w:pPr>
        <w:spacing w:after="80"/>
      </w:pPr>
      <w:r>
        <w:rPr>
          <w:b w:val="0"/>
          <w:i w:val="0"/>
        </w:rPr>
        <w:t>GenAI đang làm mưa làm gió trong thế giới phần mềm. Mỗi tháng lại có những mô hình mới được phát hành, ngày càng có năng lực cao hơn và cho phép chúng ta tự động hóa nhiều tác vụ mà trước đây tưởng chừng như không thể. Hiện nay đã có những công cụ tận dụng khả năng của GenAI để viết mã, phân tích tài liệu, tạo hình ảnh và hỗ trợ ra quyết định phức tạp.</w:t>
      </w:r>
    </w:p>
    <w:p>
      <w:pPr>
        <w:spacing w:after="80"/>
      </w:pPr>
      <w:r>
        <w:rPr>
          <w:b w:val="0"/>
          <w:i w:val="0"/>
        </w:rPr>
        <w:t>Nhưng sức mạnh thực sự của các mô hình chỉ được khai phá khi chúng được sử dụng một cách lập trình. Chúng ta có thể dùng chúng để vận hành các công thức tự động hóa của mình và tạo ra những quy trình tự động hóa rất mạnh mẽ.</w:t>
      </w:r>
    </w:p>
    <w:p>
      <w:pPr>
        <w:spacing w:after="80"/>
      </w:pPr>
      <w:r>
        <w:rPr>
          <w:b w:val="0"/>
          <w:i w:val="0"/>
        </w:rPr>
        <w:t>Trong chương này, chúng ta sẽ xem cách tạo các tương tác đơn giản với các mô hình AI, đây sẽ là nền tảng cho những chương tiếp theo.</w:t>
      </w:r>
    </w:p>
    <w:p>
      <w:pPr>
        <w:spacing w:after="80"/>
      </w:pPr>
      <w:r>
        <w:rPr>
          <w:b/>
          <w:i w:val="0"/>
        </w:rPr>
        <w:t>Lưu ý</w:t>
      </w:r>
    </w:p>
    <w:p>
      <w:pPr>
        <w:spacing w:after="80"/>
      </w:pPr>
      <w:r>
        <w:rPr>
          <w:b w:val="0"/>
          <w:i w:val="0"/>
        </w:rPr>
        <w:t xml:space="preserve">Đây là một lĩnh vực </w:t>
      </w:r>
      <w:r>
        <w:rPr>
          <w:rFonts w:ascii="Consolas" w:hAnsi="Consolas"/>
          <w:b w:val="0"/>
          <w:i w:val="0"/>
          <w:sz w:val="20"/>
        </w:rPr>
        <w:br/>
        <w:br/>
        <w:t xml:space="preserve">        -</w:t>
        <w:br/>
        <w:t xml:space="preserve">       </w:t>
        <w:br/>
      </w:r>
      <w:r>
        <w:rPr>
          <w:b w:val="0"/>
          <w:i w:val="0"/>
        </w:rPr>
        <w:t xml:space="preserve"> phát triển rất nhanh. Để đơn giản, chúng ta sẽ chủ yếu dùng các mô hình từ OpenAI, nổi tiếng với ứng dụng ChatGPT. Nhưng hãy kiểm tra xem các mô hình có sẵn tại thời điểm viết cuốn sách này còn khả dụng với bạn không. Bạn có thể xem các mô hình hiện có tại URL này: </w:t>
      </w:r>
      <w:r>
        <w:rPr>
          <w:rFonts w:ascii="Consolas" w:hAnsi="Consolas"/>
          <w:b w:val="0"/>
          <w:i w:val="0"/>
          <w:sz w:val="20"/>
        </w:rPr>
        <w:br/>
        <w:br/>
        <w:t xml:space="preserve">        https://developers.openai.com/api/docs/models</w:t>
        <w:br/>
        <w:t xml:space="preserve">       </w:t>
        <w:br/>
      </w:r>
      <w:r>
        <w:rPr>
          <w:b w:val="0"/>
          <w:i w:val="0"/>
        </w:rPr>
        <w:t xml:space="preserve"> .</w:t>
      </w:r>
    </w:p>
    <w:p>
      <w:pPr>
        <w:spacing w:after="80"/>
      </w:pPr>
      <w:r>
        <w:rPr>
          <w:b w:val="0"/>
          <w:i w:val="0"/>
        </w:rPr>
        <w:t>Mặc dù có những công ty đối thủ khác với các mô hình khác, như Claude từ Anthropic hay Gemini từ Google, các mô hình hoạt động theo cách rất giống nhau. Bạn có thể nhanh chóng học cách gọi chúng và thay thế chúng trong tất cả các công thức trong cuốn sách này.</w:t>
      </w:r>
    </w:p>
    <w:p>
      <w:pPr>
        <w:spacing w:after="80"/>
        <w:ind w:left="360"/>
      </w:pPr>
      <w:r>
        <w:t xml:space="preserve">• </w:t>
      </w:r>
      <w:r>
        <w:rPr>
          <w:b w:val="0"/>
          <w:i w:val="0"/>
        </w:rPr>
        <w:t>Tạo chatbot của riêng bạn</w:t>
      </w:r>
    </w:p>
    <w:p>
      <w:pPr>
        <w:spacing w:after="80"/>
        <w:ind w:left="360"/>
      </w:pPr>
      <w:r>
        <w:t xml:space="preserve">• </w:t>
      </w:r>
      <w:r>
        <w:rPr>
          <w:b w:val="0"/>
          <w:i w:val="0"/>
        </w:rPr>
        <w:t>Sử dụng mô hình cục bộ</w:t>
      </w:r>
    </w:p>
    <w:p>
      <w:pPr>
        <w:spacing w:after="80"/>
        <w:ind w:left="360"/>
      </w:pPr>
      <w:r>
        <w:t xml:space="preserve">• </w:t>
      </w:r>
      <w:r>
        <w:rPr>
          <w:b w:val="0"/>
          <w:i w:val="0"/>
        </w:rPr>
        <w:t>Tạo hình ảnh</w:t>
      </w:r>
    </w:p>
    <w:p>
      <w:pPr>
        <w:spacing w:after="80"/>
        <w:ind w:left="360"/>
      </w:pPr>
      <w:r>
        <w:t xml:space="preserve">• </w:t>
      </w:r>
      <w:r>
        <w:rPr>
          <w:b w:val="0"/>
          <w:i w:val="0"/>
        </w:rPr>
        <w:t>Mô tả hình ảnh</w:t>
      </w:r>
    </w:p>
    <w:p>
      <w:pPr>
        <w:spacing w:after="80"/>
      </w:pPr>
      <w:r>
        <w:rPr>
          <w:b w:val="0"/>
          <w:i w:val="0"/>
        </w:rPr>
        <w:t>Hãy bắt đầu bằng việc tạo một chatbot đơn giản sẽ gọi một mô hình LLM để trả lời câu hỏi.</w:t>
      </w:r>
    </w:p>
    <w:p>
      <w:pPr>
        <w:pStyle w:val="Heading2"/>
      </w:pPr>
      <w:r>
        <w:rPr>
          <w:rFonts w:ascii="Calibri" w:hAnsi="Calibri"/>
          <w:b/>
          <w:i w:val="0"/>
          <w:sz w:val="32"/>
        </w:rPr>
        <w:t>Yêu cầu kỹ thuật</w:t>
      </w:r>
    </w:p>
    <w:p>
      <w:pPr>
        <w:spacing w:after="80"/>
      </w:pPr>
      <w:r>
        <w:rPr>
          <w:b w:val="0"/>
          <w:i w:val="0"/>
        </w:rPr>
        <w:t xml:space="preserve">Với hầu hết các công thức của chúng ta, chúng ta sẽ dùng các mô hình OpenAI. Chúng ta cần thiết lập một API key để cho phép kết nối tới các dịch vụ của họ. Bạn sẽ cần tạo một tài khoản có khả năng gọi API của họ bằng cách truy cập </w:t>
      </w:r>
      <w:r>
        <w:rPr>
          <w:rFonts w:ascii="Consolas" w:hAnsi="Consolas"/>
          <w:b w:val="0"/>
          <w:i w:val="0"/>
          <w:sz w:val="20"/>
        </w:rPr>
        <w:br/>
        <w:br/>
        <w:t xml:space="preserve">       https://platform.openai.com/</w:t>
        <w:br/>
        <w:t xml:space="preserve">      </w:t>
        <w:br/>
      </w:r>
      <w:r>
        <w:rPr>
          <w:b w:val="0"/>
          <w:i w:val="0"/>
        </w:rPr>
        <w:t xml:space="preserve"> và tạo một tài khoản.</w:t>
      </w:r>
    </w:p>
    <w:p>
      <w:pPr>
        <w:spacing w:after="80"/>
      </w:pPr>
      <w:r>
        <w:rPr>
          <w:b w:val="0"/>
          <w:i w:val="0"/>
        </w:rPr>
        <w:t xml:space="preserve">Bạn sẽ cần vào </w:t>
      </w:r>
      <w:r>
        <w:rPr>
          <w:b/>
          <w:i w:val="0"/>
        </w:rPr>
        <w:t xml:space="preserve"> Billing </w:t>
      </w:r>
      <w:r>
        <w:rPr>
          <w:b w:val="0"/>
          <w:i w:val="0"/>
        </w:rPr>
        <w:t xml:space="preserve"> và thêm thông tin thanh toán của mình.</w:t>
      </w:r>
    </w:p>
    <w:p>
      <w:pPr>
        <w:jc w:val="center"/>
      </w:pPr>
      <w:r>
        <w:drawing>
          <wp:inline xmlns:a="http://schemas.openxmlformats.org/drawingml/2006/main" xmlns:pic="http://schemas.openxmlformats.org/drawingml/2006/picture">
            <wp:extent cx="5486400" cy="2600490"/>
            <wp:docPr id="107" name="Picture 107"/>
            <wp:cNvGraphicFramePr>
              <a:graphicFrameLocks noChangeAspect="1"/>
            </wp:cNvGraphicFramePr>
            <a:graphic>
              <a:graphicData uri="http://schemas.openxmlformats.org/drawingml/2006/picture">
                <pic:pic>
                  <pic:nvPicPr>
                    <pic:cNvPr id="0" name="B36973_11_1.png"/>
                    <pic:cNvPicPr/>
                  </pic:nvPicPr>
                  <pic:blipFill>
                    <a:blip r:embed="rId107"/>
                    <a:stretch>
                      <a:fillRect/>
                    </a:stretch>
                  </pic:blipFill>
                  <pic:spPr>
                    <a:xfrm>
                      <a:off x="0" y="0"/>
                      <a:ext cx="5486400" cy="2600490"/>
                    </a:xfrm>
                    <a:prstGeom prst="rect"/>
                  </pic:spPr>
                </pic:pic>
              </a:graphicData>
            </a:graphic>
          </wp:inline>
        </w:drawing>
      </w:r>
    </w:p>
    <w:p>
      <w:pPr>
        <w:spacing w:after="160"/>
        <w:jc w:val="center"/>
      </w:pPr>
      <w:r>
        <w:rPr>
          <w:rFonts w:ascii="Calibri" w:hAnsi="Calibri"/>
          <w:b w:val="0"/>
          <w:i/>
          <w:sz w:val="19"/>
        </w:rPr>
        <w:t>Hình 11.1: Nhập thông tin thanh toán của bạn</w:t>
      </w:r>
    </w:p>
    <w:p>
      <w:pPr>
        <w:spacing w:after="80"/>
      </w:pPr>
      <w:r>
        <w:rPr>
          <w:b/>
          <w:i w:val="0"/>
        </w:rPr>
        <w:t>Mẹo</w:t>
      </w:r>
    </w:p>
    <w:p>
      <w:pPr>
        <w:spacing w:after="80"/>
      </w:pPr>
      <w:r>
        <w:rPr>
          <w:b w:val="0"/>
          <w:i w:val="0"/>
        </w:rPr>
        <w:t>Lưu ý rằng điều này độc lập với tài khoản ChatGPT của bạn. Bạn có thể có một tài khoản ChatGPT trả phí mà vẫn không thể thực hiện các lệnh gọi API.</w:t>
      </w:r>
    </w:p>
    <w:p>
      <w:pPr>
        <w:spacing w:after="80"/>
      </w:pPr>
      <w:r>
        <w:rPr>
          <w:b w:val="0"/>
          <w:i w:val="0"/>
        </w:rPr>
        <w:t>Sau khi bạn nạp một ít tín dụng (ví dụ: $10), bạn sẽ thấy số tín dụng của mình được hiển thị trên trang.</w:t>
      </w:r>
    </w:p>
    <w:p>
      <w:pPr>
        <w:jc w:val="center"/>
      </w:pPr>
      <w:r>
        <w:drawing>
          <wp:inline xmlns:a="http://schemas.openxmlformats.org/drawingml/2006/main" xmlns:pic="http://schemas.openxmlformats.org/drawingml/2006/picture">
            <wp:extent cx="5486400" cy="2636558"/>
            <wp:docPr id="108" name="Picture 108"/>
            <wp:cNvGraphicFramePr>
              <a:graphicFrameLocks noChangeAspect="1"/>
            </wp:cNvGraphicFramePr>
            <a:graphic>
              <a:graphicData uri="http://schemas.openxmlformats.org/drawingml/2006/picture">
                <pic:pic>
                  <pic:nvPicPr>
                    <pic:cNvPr id="0" name="B36973_11_2.png"/>
                    <pic:cNvPicPr/>
                  </pic:nvPicPr>
                  <pic:blipFill>
                    <a:blip r:embed="rId108"/>
                    <a:stretch>
                      <a:fillRect/>
                    </a:stretch>
                  </pic:blipFill>
                  <pic:spPr>
                    <a:xfrm>
                      <a:off x="0" y="0"/>
                      <a:ext cx="5486400" cy="2636558"/>
                    </a:xfrm>
                    <a:prstGeom prst="rect"/>
                  </pic:spPr>
                </pic:pic>
              </a:graphicData>
            </a:graphic>
          </wp:inline>
        </w:drawing>
      </w:r>
    </w:p>
    <w:p>
      <w:pPr>
        <w:spacing w:after="160"/>
        <w:jc w:val="center"/>
      </w:pPr>
      <w:r>
        <w:rPr>
          <w:rFonts w:ascii="Calibri" w:hAnsi="Calibri"/>
          <w:b w:val="0"/>
          <w:i/>
          <w:sz w:val="19"/>
        </w:rPr>
        <w:t>Hình 11.2: Sau khi thiết lập thông tin của bạn và mua một ít credit</w:t>
      </w:r>
    </w:p>
    <w:p>
      <w:pPr>
        <w:spacing w:after="80"/>
      </w:pPr>
      <w:r>
        <w:rPr>
          <w:b w:val="0"/>
          <w:i w:val="0"/>
        </w:rPr>
        <w:t xml:space="preserve">Theo dõi chi phí của bạn trên trang </w:t>
      </w:r>
      <w:r>
        <w:rPr>
          <w:rFonts w:ascii="Consolas" w:hAnsi="Consolas"/>
          <w:b w:val="0"/>
          <w:i w:val="0"/>
          <w:sz w:val="20"/>
        </w:rPr>
        <w:br/>
        <w:br/>
        <w:t xml:space="preserve">       https://platform.openai.com/settings/organization/usage</w:t>
        <w:br/>
        <w:t xml:space="preserve">      </w:t>
        <w:br/>
      </w:r>
      <w:r>
        <w:rPr>
          <w:b w:val="0"/>
          <w:i w:val="0"/>
        </w:rPr>
        <w:t>.</w:t>
      </w:r>
    </w:p>
    <w:p>
      <w:pPr>
        <w:spacing w:after="80"/>
      </w:pPr>
      <w:r>
        <w:rPr>
          <w:b w:val="0"/>
          <w:i w:val="0"/>
        </w:rPr>
        <w:t xml:space="preserve">Truy cập </w:t>
      </w:r>
      <w:r>
        <w:rPr>
          <w:rFonts w:ascii="Consolas" w:hAnsi="Consolas"/>
          <w:b w:val="0"/>
          <w:i w:val="0"/>
          <w:sz w:val="20"/>
        </w:rPr>
        <w:br/>
        <w:br/>
        <w:t xml:space="preserve">       https://platform.openai.com/settings/organization/api-keys</w:t>
        <w:br/>
        <w:t xml:space="preserve">      </w:t>
        <w:br/>
      </w:r>
      <w:r>
        <w:rPr>
          <w:b w:val="0"/>
          <w:i w:val="0"/>
        </w:rPr>
        <w:t xml:space="preserve"> và tạo một key với tất cả quyền. Lưu key cẩn thận để dùng sau này. Bạn sẽ không thể xem lại key lần nữa, nhưng nếu làm mất, bạn có thể hủy nó và tạo một key mới.</w:t>
      </w:r>
    </w:p>
    <w:p>
      <w:pPr>
        <w:jc w:val="center"/>
      </w:pPr>
      <w:r>
        <w:drawing>
          <wp:inline xmlns:a="http://schemas.openxmlformats.org/drawingml/2006/main" xmlns:pic="http://schemas.openxmlformats.org/drawingml/2006/picture">
            <wp:extent cx="5486400" cy="2806679"/>
            <wp:docPr id="109" name="Picture 109"/>
            <wp:cNvGraphicFramePr>
              <a:graphicFrameLocks noChangeAspect="1"/>
            </wp:cNvGraphicFramePr>
            <a:graphic>
              <a:graphicData uri="http://schemas.openxmlformats.org/drawingml/2006/picture">
                <pic:pic>
                  <pic:nvPicPr>
                    <pic:cNvPr id="0" name="B36973_11_3.png"/>
                    <pic:cNvPicPr/>
                  </pic:nvPicPr>
                  <pic:blipFill>
                    <a:blip r:embed="rId109"/>
                    <a:stretch>
                      <a:fillRect/>
                    </a:stretch>
                  </pic:blipFill>
                  <pic:spPr>
                    <a:xfrm>
                      <a:off x="0" y="0"/>
                      <a:ext cx="5486400" cy="2806679"/>
                    </a:xfrm>
                    <a:prstGeom prst="rect"/>
                  </pic:spPr>
                </pic:pic>
              </a:graphicData>
            </a:graphic>
          </wp:inline>
        </w:drawing>
      </w:r>
    </w:p>
    <w:p>
      <w:pPr>
        <w:spacing w:after="160"/>
        <w:jc w:val="center"/>
      </w:pPr>
      <w:r>
        <w:rPr>
          <w:rFonts w:ascii="Calibri" w:hAnsi="Calibri"/>
          <w:b w:val="0"/>
          <w:i/>
          <w:sz w:val="19"/>
        </w:rPr>
        <w:t>Hình 11.3: Tạo một API key</w:t>
      </w:r>
    </w:p>
    <w:p>
      <w:pPr>
        <w:spacing w:after="80"/>
      </w:pPr>
      <w:r>
        <w:rPr>
          <w:b w:val="0"/>
          <w:i w:val="0"/>
        </w:rPr>
        <w:t xml:space="preserve">Chúng ta sẽ thiết lập một tệp </w:t>
      </w:r>
      <w:r>
        <w:rPr>
          <w:rFonts w:ascii="Consolas" w:hAnsi="Consolas"/>
          <w:b w:val="0"/>
          <w:i w:val="0"/>
          <w:sz w:val="20"/>
        </w:rPr>
        <w:br/>
        <w:br/>
        <w:t xml:space="preserve">      .env</w:t>
        <w:br/>
        <w:t xml:space="preserve">     </w:t>
        <w:br/>
      </w:r>
      <w:r>
        <w:rPr>
          <w:b w:val="0"/>
          <w:i w:val="0"/>
        </w:rPr>
        <w:t xml:space="preserve"> với cấu trúc như sau.</w:t>
      </w:r>
    </w:p>
    <w:p>
      <w:pPr>
        <w:spacing w:after="0"/>
        <w:ind w:left="360"/>
        <w:shd w:val="clear" w:color="auto" w:fill="F2F2F2"/>
      </w:pPr>
      <w:r>
        <w:rPr>
          <w:rFonts w:ascii="Consolas" w:hAnsi="Consolas"/>
          <w:sz w:val="18"/>
        </w:rPr>
        <w:t>OPEN_AI_KEY = '&lt;your key&gt; '</w:t>
      </w:r>
    </w:p>
    <w:p>
      <w:pPr>
        <w:spacing w:after="40"/>
      </w:pPr>
    </w:p>
    <w:p>
      <w:pPr>
        <w:spacing w:after="80"/>
      </w:pPr>
      <w:r>
        <w:rPr>
          <w:b w:val="0"/>
          <w:i w:val="0"/>
        </w:rPr>
        <w:t xml:space="preserve">Hãy đưa nó vào thư mục làm việc của bạn khi cần thiết. Tệp này sẽ nạp các biến môi trường vào dự án của bạn. Có sẵn một tệp </w:t>
      </w:r>
      <w:r>
        <w:rPr>
          <w:rFonts w:ascii="Consolas" w:hAnsi="Consolas"/>
          <w:b w:val="0"/>
          <w:i w:val="0"/>
          <w:sz w:val="20"/>
        </w:rPr>
        <w:br/>
        <w:br/>
        <w:t xml:space="preserve">      .env.template</w:t>
        <w:br/>
        <w:t xml:space="preserve">     </w:t>
        <w:br/>
      </w:r>
      <w:r>
        <w:rPr>
          <w:b w:val="0"/>
          <w:i w:val="0"/>
        </w:rPr>
        <w:t xml:space="preserve"> trong thư mục để dùng làm nền tảng.</w:t>
      </w:r>
    </w:p>
    <w:p>
      <w:pPr>
        <w:spacing w:after="80"/>
      </w:pPr>
      <w:r>
        <w:rPr>
          <w:b/>
          <w:i w:val="0"/>
        </w:rPr>
        <w:t>Lưu ý</w:t>
      </w:r>
    </w:p>
    <w:p>
      <w:pPr>
        <w:spacing w:after="80"/>
      </w:pPr>
      <w:r>
        <w:rPr>
          <w:b w:val="0"/>
          <w:i w:val="0"/>
        </w:rPr>
        <w:t xml:space="preserve">Hãy cẩn thận và đừng thêm tệp này vào repo của bạn! Nó chứa API key của bạn, và ai có quyền truy cập vào nó sẽ có thể sử dụng và tiêu hết credit của bạn. Hãy thêm nó vào tệp </w:t>
      </w:r>
      <w:r>
        <w:rPr>
          <w:rFonts w:ascii="Consolas" w:hAnsi="Consolas"/>
          <w:b w:val="0"/>
          <w:i w:val="0"/>
          <w:sz w:val="20"/>
        </w:rPr>
        <w:br/>
        <w:br/>
        <w:t xml:space="preserve">       .gitignore</w:t>
        <w:br/>
        <w:t xml:space="preserve">      </w:t>
        <w:br/>
      </w:r>
      <w:r>
        <w:rPr>
          <w:b w:val="0"/>
          <w:i w:val="0"/>
        </w:rPr>
        <w:t xml:space="preserve"> để tránh rắc rối, điều mà nhiều mẫu </w:t>
      </w:r>
      <w:r>
        <w:rPr>
          <w:rFonts w:ascii="Consolas" w:hAnsi="Consolas"/>
          <w:b w:val="0"/>
          <w:i w:val="0"/>
          <w:sz w:val="20"/>
        </w:rPr>
        <w:br/>
        <w:br/>
        <w:t xml:space="preserve">       .gitignore</w:t>
        <w:br/>
        <w:t xml:space="preserve">      </w:t>
        <w:br/>
      </w:r>
      <w:r>
        <w:rPr>
          <w:b w:val="0"/>
          <w:i w:val="0"/>
        </w:rPr>
        <w:t xml:space="preserve"> đã làm sẵn theo mặc định.</w:t>
      </w:r>
    </w:p>
    <w:p>
      <w:pPr>
        <w:spacing w:after="80"/>
      </w:pPr>
      <w:r>
        <w:rPr>
          <w:b w:val="0"/>
          <w:i w:val="0"/>
        </w:rPr>
        <w:t xml:space="preserve">Bạn có thể xem mã được trình bày trong chương này tại URL GitHub </w:t>
      </w:r>
      <w:r>
        <w:rPr>
          <w:rFonts w:ascii="Consolas" w:hAnsi="Consolas"/>
          <w:b w:val="0"/>
          <w:i w:val="0"/>
          <w:sz w:val="20"/>
        </w:rPr>
        <w:br/>
        <w:br/>
        <w:t xml:space="preserve">       https://github.com/PacktPublishing/Python-Automation-Cookbook-Third-Edition/tree/main/ch11</w:t>
        <w:br/>
        <w:t xml:space="preserve">      </w:t>
        <w:br/>
      </w:r>
      <w:r>
        <w:rPr>
          <w:b w:val="0"/>
          <w:i w:val="0"/>
        </w:rPr>
        <w:t>.</w:t>
      </w:r>
    </w:p>
    <w:p>
      <w:pPr>
        <w:pStyle w:val="Heading2"/>
      </w:pPr>
      <w:r>
        <w:rPr>
          <w:rFonts w:ascii="Calibri" w:hAnsi="Calibri"/>
          <w:b/>
          <w:i w:val="0"/>
          <w:sz w:val="32"/>
        </w:rPr>
        <w:t>Hiểu về các thành phần GenAI</w:t>
      </w:r>
    </w:p>
    <w:p>
      <w:pPr>
        <w:spacing w:after="80"/>
      </w:pPr>
      <w:r>
        <w:rPr>
          <w:b w:val="0"/>
          <w:i w:val="0"/>
        </w:rPr>
        <w:t xml:space="preserve">Thành phần then chốt trong Trí tuệ Nhân tạo là </w:t>
      </w:r>
      <w:r>
        <w:rPr>
          <w:b/>
          <w:i w:val="0"/>
        </w:rPr>
        <w:t xml:space="preserve"> AI Model </w:t>
      </w:r>
      <w:r>
        <w:rPr>
          <w:b w:val="0"/>
          <w:i w:val="0"/>
        </w:rPr>
        <w:t>. Nói chung, có chút nhầm lẫn giữa các AI model và các công cụ GenAI.</w:t>
      </w:r>
    </w:p>
    <w:p>
      <w:pPr>
        <w:spacing w:after="80"/>
      </w:pPr>
      <w:r>
        <w:rPr>
          <w:b w:val="0"/>
          <w:i w:val="0"/>
        </w:rPr>
        <w:t>Ví dụ, ChatGPT là một công cụ của OpenAI, và nó có thể gọi nhiều model khác nhau, được chọn dựa trên yêu cầu. Ví dụ, GPT-5.4 là một model cụ thể của OpenAI.</w:t>
      </w:r>
    </w:p>
    <w:p>
      <w:pPr>
        <w:spacing w:after="80"/>
      </w:pPr>
      <w:r>
        <w:rPr>
          <w:b w:val="0"/>
          <w:i w:val="0"/>
        </w:rPr>
        <w:t>Các công cụ GenAI gọi các AI model ở bên trong, nhưng chúng thực hiện việc điều phối xem dùng model nào, khi nào gọi nó, và gửi thông tin gì qua lại.</w:t>
      </w:r>
    </w:p>
    <w:p>
      <w:pPr>
        <w:jc w:val="center"/>
      </w:pPr>
      <w:r>
        <w:drawing>
          <wp:inline xmlns:a="http://schemas.openxmlformats.org/drawingml/2006/main" xmlns:pic="http://schemas.openxmlformats.org/drawingml/2006/picture">
            <wp:extent cx="5486400" cy="4144066"/>
            <wp:docPr id="110" name="Picture 110"/>
            <wp:cNvGraphicFramePr>
              <a:graphicFrameLocks noChangeAspect="1"/>
            </wp:cNvGraphicFramePr>
            <a:graphic>
              <a:graphicData uri="http://schemas.openxmlformats.org/drawingml/2006/picture">
                <pic:pic>
                  <pic:nvPicPr>
                    <pic:cNvPr id="0" name="B36973_11_4.png"/>
                    <pic:cNvPicPr/>
                  </pic:nvPicPr>
                  <pic:blipFill>
                    <a:blip r:embed="rId110"/>
                    <a:stretch>
                      <a:fillRect/>
                    </a:stretch>
                  </pic:blipFill>
                  <pic:spPr>
                    <a:xfrm>
                      <a:off x="0" y="0"/>
                      <a:ext cx="5486400" cy="4144066"/>
                    </a:xfrm>
                    <a:prstGeom prst="rect"/>
                  </pic:spPr>
                </pic:pic>
              </a:graphicData>
            </a:graphic>
          </wp:inline>
        </w:drawing>
      </w:r>
    </w:p>
    <w:p>
      <w:pPr>
        <w:spacing w:after="160"/>
        <w:jc w:val="center"/>
      </w:pPr>
      <w:r>
        <w:rPr>
          <w:rFonts w:ascii="Calibri" w:hAnsi="Calibri"/>
          <w:b w:val="0"/>
          <w:i/>
          <w:sz w:val="19"/>
        </w:rPr>
        <w:t>Hình 11.4: Sơ đồ một công cụ GenAI gọi AI model</w:t>
      </w:r>
    </w:p>
    <w:p>
      <w:pPr>
        <w:spacing w:after="80"/>
      </w:pPr>
      <w:r>
        <w:rPr>
          <w:b w:val="0"/>
          <w:i w:val="0"/>
        </w:rPr>
        <w:t>Ví dụ, bản thân ChatGPT là một công cụ GenAI. Nó duy trì một cuộc hội thoại, có thể gọi AI model nhiều lần, và gọi đúng các công cụ.</w:t>
      </w:r>
    </w:p>
    <w:p>
      <w:pPr>
        <w:spacing w:after="80"/>
      </w:pPr>
      <w:r>
        <w:rPr>
          <w:b/>
          <w:i w:val="0"/>
        </w:rPr>
        <w:t>Mẹo</w:t>
      </w:r>
    </w:p>
    <w:p>
      <w:pPr>
        <w:spacing w:after="80"/>
      </w:pPr>
      <w:r>
        <w:rPr>
          <w:b w:val="0"/>
          <w:i w:val="0"/>
        </w:rPr>
        <w:t xml:space="preserve">Các thư viện AI cũng có những khả năng cho phép nhiều hành động hơn là chỉ gọi mô hình thuần túy. Ở khía cạnh đó, chúng hoạt động như các công cụ GenAI. Chúng ta sẽ không dùng chúng trong chương này mà sẽ dùng ở phần sau của cuốn sách. Xem </w:t>
      </w:r>
      <w:r>
        <w:rPr>
          <w:b w:val="0"/>
          <w:i/>
        </w:rPr>
        <w:t xml:space="preserve"> Chương 15 </w:t>
      </w:r>
      <w:r>
        <w:rPr>
          <w:b w:val="0"/>
          <w:i w:val="0"/>
        </w:rPr>
        <w:t xml:space="preserve"> để biết thêm thông tin.</w:t>
      </w:r>
    </w:p>
    <w:p>
      <w:pPr>
        <w:spacing w:after="80"/>
      </w:pPr>
      <w:r>
        <w:rPr>
          <w:b w:val="0"/>
          <w:i w:val="0"/>
        </w:rPr>
        <w:t>Trong chương này, chúng ta sẽ tập trung vào việc làm việc trực tiếp với mô hình AI và trình bày các yếu tố khác nhau tạo nên một công cụ GenAI cơ bản.</w:t>
      </w:r>
    </w:p>
    <w:p>
      <w:pPr>
        <w:spacing w:after="80"/>
      </w:pPr>
      <w:r>
        <w:rPr>
          <w:b/>
          <w:i w:val="0"/>
        </w:rPr>
        <w:t>Lưu ý</w:t>
      </w:r>
    </w:p>
    <w:p>
      <w:pPr>
        <w:spacing w:after="80"/>
      </w:pPr>
      <w:r>
        <w:rPr>
          <w:b w:val="0"/>
          <w:i w:val="0"/>
        </w:rPr>
        <w:t xml:space="preserve">Hãy cẩn thận vì mô hình AI có thể trả về những kết quả bịa đặt, với giọng điệu đầy thuyết phục. Hiện tượng này được gọi là </w:t>
      </w:r>
      <w:r>
        <w:rPr>
          <w:b w:val="0"/>
          <w:i/>
        </w:rPr>
        <w:t xml:space="preserve"> ảo giác </w:t>
      </w:r>
      <w:r>
        <w:rPr>
          <w:b w:val="0"/>
          <w:i w:val="0"/>
        </w:rPr>
        <w:t xml:space="preserve"> (hallucination). Các mô hình mới ít có xu hướng ảo giác hơn so với các mô hình cũ, nhưng luôn có khả năng mô hình trả về thông tin sai lệch. Hãy cẩn thận đừng chấp nhận một cách mù quáng mọi thứ mà mô hình trả về.</w:t>
      </w:r>
    </w:p>
    <w:p>
      <w:pPr>
        <w:pStyle w:val="Heading3"/>
      </w:pPr>
      <w:r>
        <w:rPr>
          <w:rFonts w:ascii="Calibri" w:hAnsi="Calibri"/>
          <w:b/>
          <w:i w:val="0"/>
          <w:sz w:val="26"/>
        </w:rPr>
        <w:t>Nhiều mô hình AI khác nhau</w:t>
      </w:r>
    </w:p>
    <w:p>
      <w:pPr>
        <w:spacing w:after="80"/>
      </w:pPr>
      <w:r>
        <w:rPr>
          <w:b w:val="0"/>
          <w:i w:val="0"/>
        </w:rPr>
        <w:t>Mô hình AI là lõi của bất kỳ ứng dụng GenAI nào, nhưng có nhiều lựa chọn khác nhau để sử dụng.</w:t>
      </w:r>
    </w:p>
    <w:p>
      <w:pPr>
        <w:spacing w:after="80"/>
      </w:pPr>
      <w:r>
        <w:rPr>
          <w:b/>
          <w:i w:val="0"/>
        </w:rPr>
        <w:t>Mẹo</w:t>
      </w:r>
    </w:p>
    <w:p>
      <w:pPr>
        <w:spacing w:after="80"/>
      </w:pPr>
      <w:r>
        <w:rPr>
          <w:b w:val="0"/>
          <w:i w:val="0"/>
        </w:rPr>
        <w:t>Càng phức tạp hơn nữa, các công ty có thể phát hành cả họ mô hình (model family). Ví dụ, với OpenAI, có họ GPT-5 với các mô hình GPT-5.4, GPT-5 mini và GPT-5 nano. Khi làm việc với các mô hình cụ thể, chúng ta sẽ cần chỉ định chính xác mô hình mà mình sẽ dùng.</w:t>
      </w:r>
    </w:p>
    <w:p>
      <w:pPr>
        <w:spacing w:after="80"/>
      </w:pPr>
      <w:r>
        <w:rPr>
          <w:b w:val="0"/>
          <w:i w:val="0"/>
        </w:rPr>
        <w:t>API thương mại cho phép bạn khám phá các mô hình có sẵn một cách lập trình.</w:t>
      </w:r>
    </w:p>
    <w:p>
      <w:pPr>
        <w:spacing w:after="80"/>
      </w:pPr>
      <w:r>
        <w:rPr>
          <w:b w:val="0"/>
          <w:i w:val="0"/>
        </w:rPr>
        <w:t>Các mô hình AI được chia thành mô hình mở trọng số (open-weight model), mà bạn có thể truy cập công khai; và mô hình độc quyền (proprietary model) đòi hỏi phải truy cập chúng như một dịch vụ.</w:t>
      </w:r>
    </w:p>
    <w:p>
      <w:pPr>
        <w:spacing w:after="80"/>
      </w:pPr>
      <w:r>
        <w:rPr>
          <w:b w:val="0"/>
          <w:i w:val="0"/>
        </w:rPr>
        <w:t>Một số ví dụ về các họ mô hình AI:</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 xml:space="preserve"> Mô hình </w:t>
            </w:r>
          </w:p>
        </w:tc>
        <w:tc>
          <w:tcPr>
            <w:tcW w:type="dxa" w:w="3120"/>
          </w:tcPr>
          <w:p>
            <w:r/>
            <w:r>
              <w:rPr>
                <w:b/>
                <w:i w:val="0"/>
                <w:sz w:val="19"/>
              </w:rPr>
              <w:t xml:space="preserve"> Nhà phát triển </w:t>
            </w:r>
          </w:p>
        </w:tc>
        <w:tc>
          <w:tcPr>
            <w:tcW w:type="dxa" w:w="3120"/>
          </w:tcPr>
          <w:p>
            <w:r/>
            <w:r>
              <w:rPr>
                <w:b/>
                <w:i w:val="0"/>
                <w:sz w:val="19"/>
              </w:rPr>
              <w:t xml:space="preserve"> Loại </w:t>
            </w:r>
          </w:p>
        </w:tc>
      </w:tr>
      <w:tr>
        <w:tc>
          <w:tcPr>
            <w:tcW w:type="dxa" w:w="3120"/>
          </w:tcPr>
          <w:p>
            <w:r/>
            <w:r>
              <w:rPr>
                <w:b w:val="0"/>
                <w:i w:val="0"/>
                <w:sz w:val="19"/>
              </w:rPr>
              <w:t>GPT-5.4</w:t>
            </w:r>
          </w:p>
        </w:tc>
        <w:tc>
          <w:tcPr>
            <w:tcW w:type="dxa" w:w="3120"/>
          </w:tcPr>
          <w:p>
            <w:r/>
            <w:r>
              <w:rPr>
                <w:b w:val="0"/>
                <w:i w:val="0"/>
                <w:sz w:val="19"/>
              </w:rPr>
              <w:t>OpenAI</w:t>
            </w:r>
          </w:p>
        </w:tc>
        <w:tc>
          <w:tcPr>
            <w:tcW w:type="dxa" w:w="3120"/>
          </w:tcPr>
          <w:p>
            <w:r/>
            <w:r>
              <w:rPr>
                <w:b w:val="0"/>
                <w:i w:val="0"/>
                <w:sz w:val="19"/>
              </w:rPr>
              <w:t>Độc quyền</w:t>
            </w:r>
          </w:p>
        </w:tc>
      </w:tr>
      <w:tr>
        <w:tc>
          <w:tcPr>
            <w:tcW w:type="dxa" w:w="3120"/>
          </w:tcPr>
          <w:p>
            <w:r/>
            <w:r>
              <w:rPr>
                <w:b w:val="0"/>
                <w:i w:val="0"/>
                <w:sz w:val="19"/>
              </w:rPr>
              <w:t>Claude Sonnet 4.6</w:t>
            </w:r>
          </w:p>
        </w:tc>
        <w:tc>
          <w:tcPr>
            <w:tcW w:type="dxa" w:w="3120"/>
          </w:tcPr>
          <w:p>
            <w:r/>
            <w:r>
              <w:rPr>
                <w:b w:val="0"/>
                <w:i w:val="0"/>
                <w:sz w:val="19"/>
              </w:rPr>
              <w:t>Anthropic</w:t>
            </w:r>
          </w:p>
        </w:tc>
        <w:tc>
          <w:tcPr>
            <w:tcW w:type="dxa" w:w="3120"/>
          </w:tcPr>
          <w:p>
            <w:r/>
            <w:r>
              <w:rPr>
                <w:b w:val="0"/>
                <w:i w:val="0"/>
                <w:sz w:val="19"/>
              </w:rPr>
              <w:t>Độc quyền</w:t>
            </w:r>
          </w:p>
        </w:tc>
      </w:tr>
      <w:tr>
        <w:tc>
          <w:tcPr>
            <w:tcW w:type="dxa" w:w="3120"/>
          </w:tcPr>
          <w:p>
            <w:r/>
            <w:r>
              <w:rPr>
                <w:b w:val="0"/>
                <w:i w:val="0"/>
                <w:sz w:val="19"/>
              </w:rPr>
              <w:t>Qwen3</w:t>
            </w:r>
          </w:p>
        </w:tc>
        <w:tc>
          <w:tcPr>
            <w:tcW w:type="dxa" w:w="3120"/>
          </w:tcPr>
          <w:p>
            <w:r/>
            <w:r>
              <w:rPr>
                <w:b w:val="0"/>
                <w:i w:val="0"/>
                <w:sz w:val="19"/>
              </w:rPr>
              <w:t>Alibaba</w:t>
            </w:r>
          </w:p>
        </w:tc>
        <w:tc>
          <w:tcPr>
            <w:tcW w:type="dxa" w:w="3120"/>
          </w:tcPr>
          <w:p>
            <w:r/>
            <w:r>
              <w:rPr>
                <w:b w:val="0"/>
                <w:i w:val="0"/>
                <w:sz w:val="19"/>
              </w:rPr>
              <w:t>Trọng số mở</w:t>
            </w:r>
          </w:p>
        </w:tc>
      </w:tr>
      <w:tr>
        <w:tc>
          <w:tcPr>
            <w:tcW w:type="dxa" w:w="3120"/>
          </w:tcPr>
          <w:p>
            <w:r/>
            <w:r>
              <w:rPr>
                <w:b w:val="0"/>
                <w:i w:val="0"/>
                <w:sz w:val="19"/>
              </w:rPr>
              <w:t>Gemini 3.1</w:t>
            </w:r>
          </w:p>
        </w:tc>
        <w:tc>
          <w:tcPr>
            <w:tcW w:type="dxa" w:w="3120"/>
          </w:tcPr>
          <w:p>
            <w:r/>
            <w:r>
              <w:rPr>
                <w:b w:val="0"/>
                <w:i w:val="0"/>
                <w:sz w:val="19"/>
              </w:rPr>
              <w:t>Google</w:t>
            </w:r>
          </w:p>
        </w:tc>
        <w:tc>
          <w:tcPr>
            <w:tcW w:type="dxa" w:w="3120"/>
          </w:tcPr>
          <w:p>
            <w:r/>
            <w:r>
              <w:rPr>
                <w:b w:val="0"/>
                <w:i w:val="0"/>
                <w:sz w:val="19"/>
              </w:rPr>
              <w:t>Độc quyền</w:t>
            </w:r>
          </w:p>
        </w:tc>
      </w:tr>
      <w:tr>
        <w:tc>
          <w:tcPr>
            <w:tcW w:type="dxa" w:w="3120"/>
          </w:tcPr>
          <w:p>
            <w:r/>
            <w:r>
              <w:rPr>
                <w:b w:val="0"/>
                <w:i w:val="0"/>
                <w:sz w:val="19"/>
              </w:rPr>
              <w:t>DeepSeek v3.2</w:t>
            </w:r>
          </w:p>
        </w:tc>
        <w:tc>
          <w:tcPr>
            <w:tcW w:type="dxa" w:w="3120"/>
          </w:tcPr>
          <w:p>
            <w:r/>
            <w:r>
              <w:rPr>
                <w:b w:val="0"/>
                <w:i w:val="0"/>
                <w:sz w:val="19"/>
              </w:rPr>
              <w:t>DeepSeek</w:t>
            </w:r>
          </w:p>
        </w:tc>
        <w:tc>
          <w:tcPr>
            <w:tcW w:type="dxa" w:w="3120"/>
          </w:tcPr>
          <w:p>
            <w:r/>
            <w:r>
              <w:rPr>
                <w:b w:val="0"/>
                <w:i w:val="0"/>
                <w:sz w:val="19"/>
              </w:rPr>
              <w:t>Trọng số mở</w:t>
            </w:r>
          </w:p>
        </w:tc>
      </w:tr>
    </w:tbl>
    <w:p>
      <w:pPr>
        <w:spacing w:after="0"/>
      </w:pPr>
    </w:p>
    <w:p>
      <w:pPr>
        <w:spacing w:after="80"/>
      </w:pPr>
      <w:r>
        <w:rPr>
          <w:b w:val="0"/>
          <w:i w:val="0"/>
        </w:rPr>
        <w:t>Các mô hình AI trọng số mở (Open-weight AI Models) có thể ngốn tài nguyên cực kỳ nhiều và đòi hỏi phần cứng mạnh mẽ mà không phải ai cũng có. Vì vậy, việc truy cập các mô hình trọng số mở thông qua các dịch vụ cũng là một lựa chọn khả dụng.</w:t>
      </w:r>
    </w:p>
    <w:p>
      <w:pPr>
        <w:spacing w:after="80"/>
      </w:pPr>
      <w:r>
        <w:rPr>
          <w:b w:val="0"/>
          <w:i w:val="0"/>
        </w:rPr>
        <w:t xml:space="preserve">Mỗi mô hình cụ thể đều có những nét riêng của nó. Hầu hết các mô hình đều nhận văn bản, nghĩa là bạn gửi một đoạn văn bản kèm theo một câu lệnh (prompt) và nó sẽ trả lời lại. Nhưng chúng cũng có thể hiểu được dữ liệu đầu vào như hình ảnh ( </w:t>
      </w:r>
      <w:r>
        <w:rPr>
          <w:b w:val="0"/>
          <w:i/>
        </w:rPr>
        <w:t xml:space="preserve"> ví dụ: mô tả cho tôi bức ảnh này </w:t>
      </w:r>
      <w:r>
        <w:rPr>
          <w:b w:val="0"/>
          <w:i w:val="0"/>
        </w:rPr>
        <w:t xml:space="preserve"> ) hoặc các định dạng nhị phân ( </w:t>
      </w:r>
      <w:r>
        <w:rPr>
          <w:b w:val="0"/>
          <w:i/>
        </w:rPr>
        <w:t xml:space="preserve"> ví dụ: tóm tắt cho tôi file PDF này </w:t>
      </w:r>
      <w:r>
        <w:rPr>
          <w:b w:val="0"/>
          <w:i w:val="0"/>
        </w:rPr>
        <w:t xml:space="preserve"> ). Chúng ta sẽ xem các ví dụ làm việc với hình ảnh ở phần sau của chương này.</w:t>
      </w:r>
    </w:p>
    <w:p>
      <w:pPr>
        <w:spacing w:after="80"/>
      </w:pPr>
      <w:r>
        <w:rPr>
          <w:b w:val="0"/>
          <w:i w:val="0"/>
        </w:rPr>
        <w:t>Điều quan trọng là mỗi mô hình đều có một cửa sổ ngữ cảnh (context window). Đó là lượng đầu vào tối đa có thể gửi đến mô hình để nhận câu trả lời. Ngữ cảnh này rất quan trọng, vì mỗi lần gọi đến mô hình đều độc lập và cần ngữ cảnh riêng của nó. Mặc dù cửa sổ ngữ cảnh là mức tối đa, nhưng các mô hình AI sẽ mất hiệu quả nếu ngữ cảnh phình to ra. Điều này cũng giống như việc bạn hỏi một câu hỏi thật dài—rất dễ bị rối! Quản lý thông tin trong ngữ cảnh là một yếu tố quan trọng của các tác vụ liên quan đến nhiều bước.</w:t>
      </w:r>
    </w:p>
    <w:p>
      <w:pPr>
        <w:pStyle w:val="Heading2"/>
      </w:pPr>
      <w:r>
        <w:rPr>
          <w:rFonts w:ascii="Calibri" w:hAnsi="Calibri"/>
          <w:b/>
          <w:i w:val="0"/>
          <w:sz w:val="32"/>
        </w:rPr>
        <w:t>Tạo chatbot của riêng bạn</w:t>
      </w:r>
    </w:p>
    <w:p>
      <w:pPr>
        <w:spacing w:after="80"/>
      </w:pPr>
      <w:r>
        <w:rPr>
          <w:b w:val="0"/>
          <w:i w:val="0"/>
        </w:rPr>
        <w:t>Chúng ta sẽ bắt đầu bằng việc tạo chatbot của riêng mình, có chức năng tương tự như ChatGPT. Công thức này sẽ mô tả một công cụ GenAI cơ bản và cách nó gọi mô hình AI ở hậu trường, xử lý ngữ cảnh, và theo dõi thông tin của người dùng. Chúng ta sẽ sử dụng một mô hình thương mại từ OpenAI.</w:t>
      </w:r>
    </w:p>
    <w:p>
      <w:pPr>
        <w:spacing w:after="80"/>
      </w:pPr>
      <w:r>
        <w:rPr>
          <w:b w:val="0"/>
          <w:i w:val="0"/>
        </w:rPr>
        <w:t>Chúng ta sẽ thấy vòng lặp đặt câu hỏi mới và cập nhật ngữ cảnh để đảm bảo rằng mô hình AI đang sử dụng tất cả thông tin trong cuộc trò chuyện.</w:t>
      </w:r>
    </w:p>
    <w:p>
      <w:pPr>
        <w:pStyle w:val="Heading3"/>
      </w:pPr>
      <w:r>
        <w:rPr>
          <w:rFonts w:ascii="Calibri" w:hAnsi="Calibri"/>
          <w:b/>
          <w:i w:val="0"/>
          <w:sz w:val="26"/>
        </w:rPr>
        <w:t>Chuẩn bị</w:t>
      </w:r>
    </w:p>
    <w:p>
      <w:pPr>
        <w:spacing w:after="80"/>
      </w:pPr>
      <w:r>
        <w:rPr>
          <w:b w:val="0"/>
          <w:i w:val="0"/>
        </w:rPr>
        <w:t>Trong công thức này, chúng ta sẽ cần các mô-đun sau trong môi trường ảo của mình:</w:t>
      </w:r>
    </w:p>
    <w:p>
      <w:pPr>
        <w:spacing w:after="0"/>
        <w:ind w:left="360"/>
        <w:shd w:val="clear" w:color="auto" w:fill="F2F2F2"/>
      </w:pPr>
      <w:r>
        <w:rPr>
          <w:rFonts w:ascii="Consolas" w:hAnsi="Consolas"/>
          <w:sz w:val="18"/>
        </w:rPr>
        <w:t>$ echo "python-dotenv==1.2.2" &gt;&gt; requirements.txt</w:t>
      </w:r>
    </w:p>
    <w:p>
      <w:pPr>
        <w:spacing w:after="0"/>
        <w:ind w:left="360"/>
        <w:shd w:val="clear" w:color="auto" w:fill="F2F2F2"/>
      </w:pPr>
      <w:r>
        <w:rPr>
          <w:rFonts w:ascii="Consolas" w:hAnsi="Consolas"/>
          <w:sz w:val="18"/>
        </w:rPr>
        <w:t>$ echo "openai==2.24.0" &gt;&gt; requirements.txt</w:t>
      </w:r>
    </w:p>
    <w:p>
      <w:pPr>
        <w:spacing w:after="0"/>
        <w:ind w:left="360"/>
        <w:shd w:val="clear" w:color="auto" w:fill="F2F2F2"/>
      </w:pPr>
      <w:r>
        <w:rPr>
          <w:rFonts w:ascii="Consolas" w:hAnsi="Consolas"/>
          <w:sz w:val="18"/>
        </w:rPr>
        <w:t>$ pip install -r requirements.txt</w:t>
      </w:r>
    </w:p>
    <w:p>
      <w:pPr>
        <w:spacing w:after="40"/>
      </w:pPr>
    </w:p>
    <w:p>
      <w:pPr>
        <w:spacing w:after="80"/>
      </w:pPr>
      <w:r>
        <w:rPr>
          <w:b w:val="0"/>
          <w:i w:val="0"/>
        </w:rPr>
        <w:t xml:space="preserve">Nhớ chuẩn bị sẵn khóa OpenAI của bạn trong tệp </w:t>
      </w:r>
      <w:r>
        <w:rPr>
          <w:rFonts w:ascii="Consolas" w:hAnsi="Consolas"/>
          <w:b w:val="0"/>
          <w:i w:val="0"/>
          <w:sz w:val="20"/>
        </w:rPr>
        <w:br/>
        <w:br/>
        <w:t xml:space="preserve">      keys.py</w:t>
        <w:br/>
        <w:t xml:space="preserve">     </w:t>
        <w:br/>
      </w:r>
    </w:p>
    <w:p>
      <w:pPr>
        <w:spacing w:after="80"/>
      </w:pPr>
      <w:r>
        <w:rPr>
          <w:b w:val="0"/>
          <w:i w:val="0"/>
        </w:rPr>
        <w:t xml:space="preserve">Tải script </w:t>
      </w:r>
      <w:r>
        <w:rPr>
          <w:rFonts w:ascii="Consolas" w:hAnsi="Consolas"/>
          <w:b w:val="0"/>
          <w:i w:val="0"/>
          <w:sz w:val="20"/>
        </w:rPr>
        <w:br/>
        <w:br/>
        <w:t xml:space="preserve">      simple_chatbot.py</w:t>
        <w:br/>
        <w:t xml:space="preserve">     </w:t>
        <w:br/>
      </w:r>
      <w:r>
        <w:rPr>
          <w:b w:val="0"/>
          <w:i w:val="0"/>
        </w:rPr>
        <w:t xml:space="preserve"> từ GitHub tại </w:t>
      </w:r>
      <w:r>
        <w:rPr>
          <w:rFonts w:ascii="Consolas" w:hAnsi="Consolas"/>
          <w:b w:val="0"/>
          <w:i w:val="0"/>
          <w:sz w:val="20"/>
        </w:rPr>
        <w:br/>
        <w:br/>
        <w:t xml:space="preserve">       https://github.com/PacktPublishing/Python-Automation-Cookbook-Third-Edition/blob/master/ch11/simple_chatbot.py</w:t>
        <w:br/>
        <w:t xml:space="preserve">      </w:t>
        <w:br/>
      </w:r>
      <w:r>
        <w:rPr>
          <w:b w:val="0"/>
          <w:i w:val="0"/>
        </w:rPr>
        <w:t xml:space="preserve"> .</w:t>
      </w:r>
    </w:p>
    <w:p>
      <w:pPr>
        <w:spacing w:after="80"/>
      </w:pPr>
      <w:r>
        <w:rPr>
          <w:b w:val="0"/>
          <w:i w:val="0"/>
        </w:rPr>
        <w:t xml:space="preserve">Chúng ta sẽ dùng mô hình </w:t>
      </w:r>
      <w:r>
        <w:rPr>
          <w:b w:val="0"/>
          <w:i/>
        </w:rPr>
        <w:t xml:space="preserve"> GPT-5.4 </w:t>
      </w:r>
      <w:r>
        <w:rPr>
          <w:b w:val="0"/>
          <w:i w:val="0"/>
        </w:rPr>
        <w:t xml:space="preserve">, nhưng các mô hình đang được phát hành rất nhanh, nên hãy kiểm tra xem nó có còn khả dụng không. Nếu không, hãy xem phần </w:t>
      </w:r>
      <w:r>
        <w:rPr>
          <w:b w:val="0"/>
          <w:i/>
        </w:rPr>
        <w:t xml:space="preserve"> Còn </w:t>
      </w:r>
      <w:r>
        <w:rPr>
          <w:b w:val="0"/>
          <w:i w:val="0"/>
        </w:rPr>
        <w:t xml:space="preserve"> </w:t>
      </w:r>
      <w:r>
        <w:rPr>
          <w:b w:val="0"/>
          <w:i/>
        </w:rPr>
        <w:t xml:space="preserve"> ' </w:t>
      </w:r>
      <w:r>
        <w:rPr>
          <w:b w:val="0"/>
          <w:i w:val="0"/>
        </w:rPr>
        <w:t xml:space="preserve"> </w:t>
      </w:r>
      <w:r>
        <w:rPr>
          <w:b w:val="0"/>
          <w:i/>
        </w:rPr>
        <w:t xml:space="preserve"> có gì thêm </w:t>
      </w:r>
      <w:r>
        <w:rPr>
          <w:b w:val="0"/>
          <w:i w:val="0"/>
        </w:rPr>
        <w:t xml:space="preserve"> để biết các mô hình khả dụng và cách chuyển sang dùng các mô hình mới hơn đang có sẵn.</w:t>
      </w:r>
    </w:p>
    <w:p>
      <w:pPr>
        <w:pStyle w:val="Heading3"/>
      </w:pPr>
      <w:r>
        <w:rPr>
          <w:rFonts w:ascii="Calibri" w:hAnsi="Calibri"/>
          <w:b/>
          <w:i w:val="0"/>
          <w:sz w:val="26"/>
        </w:rPr>
        <w:t>Cách thực hiện…</w:t>
      </w:r>
    </w:p>
    <w:p>
      <w:pPr>
        <w:spacing w:after="80"/>
        <w:ind w:left="360"/>
      </w:pPr>
      <w:r>
        <w:t xml:space="preserve">1. </w:t>
      </w:r>
      <w:r>
        <w:rPr>
          <w:b w:val="0"/>
          <w:i w:val="0"/>
        </w:rPr>
        <w:t>Chạy script để khởi động chatbot</w:t>
      </w:r>
    </w:p>
    <w:p>
      <w:pPr>
        <w:spacing w:after="0"/>
        <w:ind w:left="360"/>
        <w:shd w:val="clear" w:color="auto" w:fill="F2F2F2"/>
      </w:pPr>
      <w:r>
        <w:rPr>
          <w:rFonts w:ascii="Consolas" w:hAnsi="Consolas"/>
          <w:sz w:val="18"/>
        </w:rPr>
        <w:t>$ uv run simple_chatbot.py</w:t>
      </w:r>
    </w:p>
    <w:p>
      <w:pPr>
        <w:spacing w:after="0"/>
        <w:ind w:left="360"/>
        <w:shd w:val="clear" w:color="auto" w:fill="F2F2F2"/>
      </w:pPr>
      <w:r>
        <w:rPr>
          <w:rFonts w:ascii="Consolas" w:hAnsi="Consolas"/>
          <w:sz w:val="18"/>
        </w:rPr>
        <w:t>Welcome to the chatbot! Write bye to end!</w:t>
      </w:r>
    </w:p>
    <w:p>
      <w:pPr>
        <w:spacing w:after="0"/>
        <w:ind w:left="360"/>
        <w:shd w:val="clear" w:color="auto" w:fill="F2F2F2"/>
      </w:pPr>
      <w:r>
        <w:rPr>
          <w:rFonts w:ascii="Consolas" w:hAnsi="Consolas"/>
          <w:sz w:val="18"/>
        </w:rPr>
        <w:t>You:</w:t>
      </w:r>
    </w:p>
    <w:p>
      <w:pPr>
        <w:spacing w:after="40"/>
      </w:pPr>
    </w:p>
    <w:p>
      <w:pPr>
        <w:spacing w:after="80"/>
        <w:ind w:left="360"/>
      </w:pPr>
      <w:r>
        <w:t xml:space="preserve">2. </w:t>
      </w:r>
      <w:r>
        <w:rPr>
          <w:b w:val="0"/>
          <w:i w:val="0"/>
        </w:rPr>
        <w:t>Nhập một câu hỏi nào đó</w:t>
      </w:r>
    </w:p>
    <w:p>
      <w:pPr>
        <w:spacing w:after="0"/>
        <w:ind w:left="360"/>
        <w:shd w:val="clear" w:color="auto" w:fill="F2F2F2"/>
      </w:pPr>
      <w:r>
        <w:rPr>
          <w:rFonts w:ascii="Consolas" w:hAnsi="Consolas"/>
          <w:sz w:val="18"/>
        </w:rPr>
        <w:t>$ uv run simple_chatbot.py</w:t>
      </w:r>
    </w:p>
    <w:p>
      <w:pPr>
        <w:spacing w:after="0"/>
        <w:ind w:left="360"/>
        <w:shd w:val="clear" w:color="auto" w:fill="F2F2F2"/>
      </w:pPr>
      <w:r>
        <w:rPr>
          <w:rFonts w:ascii="Consolas" w:hAnsi="Consolas"/>
          <w:sz w:val="18"/>
        </w:rPr>
        <w:t>Welcome to the chatbot! Write bye to end!</w:t>
      </w:r>
    </w:p>
    <w:p>
      <w:pPr>
        <w:spacing w:after="0"/>
        <w:ind w:left="360"/>
        <w:shd w:val="clear" w:color="auto" w:fill="F2F2F2"/>
      </w:pPr>
      <w:r>
        <w:rPr>
          <w:rFonts w:ascii="Consolas" w:hAnsi="Consolas"/>
          <w:sz w:val="18"/>
        </w:rPr>
        <w:t>You: Do you know Python?</w:t>
      </w:r>
    </w:p>
    <w:p>
      <w:pPr>
        <w:spacing w:after="0"/>
        <w:ind w:left="360"/>
        <w:shd w:val="clear" w:color="auto" w:fill="F2F2F2"/>
      </w:pPr>
      <w:r>
        <w:rPr>
          <w:rFonts w:ascii="Consolas" w:hAnsi="Consolas"/>
          <w:sz w:val="18"/>
        </w:rPr>
        <w:t>Bot:  Yes—I can help with Python (syntax, debugging, writing scripts, data analysis, web/API code, async, testing, packaging, etc.).</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What are you trying to do, and what Python version/environment are you using?</w:t>
      </w:r>
    </w:p>
    <w:p>
      <w:pPr>
        <w:spacing w:after="0"/>
        <w:ind w:left="360"/>
        <w:shd w:val="clear" w:color="auto" w:fill="F2F2F2"/>
      </w:pPr>
      <w:r>
        <w:rPr>
          <w:rFonts w:ascii="Consolas" w:hAnsi="Consolas"/>
          <w:sz w:val="18"/>
        </w:rPr>
        <w:t>You:</w:t>
      </w:r>
    </w:p>
    <w:p>
      <w:pPr>
        <w:spacing w:after="40"/>
      </w:pPr>
    </w:p>
    <w:p>
      <w:pPr>
        <w:spacing w:after="80"/>
        <w:ind w:left="360"/>
      </w:pPr>
      <w:r>
        <w:t xml:space="preserve">3. </w:t>
      </w:r>
      <w:r>
        <w:rPr>
          <w:b w:val="0"/>
          <w:i w:val="0"/>
        </w:rPr>
        <w:t>Đặt một câu hỏi tiếp theo</w:t>
      </w:r>
    </w:p>
    <w:p>
      <w:pPr>
        <w:spacing w:after="0"/>
        <w:ind w:left="360"/>
        <w:shd w:val="clear" w:color="auto" w:fill="F2F2F2"/>
      </w:pPr>
      <w:r>
        <w:rPr>
          <w:rFonts w:ascii="Consolas" w:hAnsi="Consolas"/>
          <w:sz w:val="18"/>
        </w:rPr>
        <w:t>You: How can I change the value of the value on a dictionary</w:t>
      </w:r>
    </w:p>
    <w:p>
      <w:pPr>
        <w:spacing w:after="0"/>
        <w:ind w:left="360"/>
        <w:shd w:val="clear" w:color="auto" w:fill="F2F2F2"/>
      </w:pPr>
      <w:r>
        <w:rPr>
          <w:rFonts w:ascii="Consolas" w:hAnsi="Consolas"/>
          <w:sz w:val="18"/>
        </w:rPr>
        <w:t>Bot:  To change (update) a value in a Python dictionary, assign to the key: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```python</w:t>
      </w:r>
    </w:p>
    <w:p>
      <w:pPr>
        <w:spacing w:after="0"/>
        <w:ind w:left="360"/>
        <w:shd w:val="clear" w:color="auto" w:fill="F2F2F2"/>
      </w:pPr>
      <w:r>
        <w:rPr>
          <w:rFonts w:ascii="Consolas" w:hAnsi="Consolas"/>
          <w:sz w:val="18"/>
        </w:rPr>
        <w:t>d = {"a": 1, "b": 2}</w:t>
      </w:r>
    </w:p>
    <w:p>
      <w:pPr>
        <w:spacing w:after="0"/>
        <w:ind w:left="360"/>
        <w:shd w:val="clear" w:color="auto" w:fill="F2F2F2"/>
      </w:pPr>
      <w:r>
        <w:rPr>
          <w:rFonts w:ascii="Consolas" w:hAnsi="Consolas"/>
          <w:sz w:val="18"/>
        </w:rPr>
        <w:t>d["a"] = 10        # change existing key</w:t>
      </w:r>
    </w:p>
    <w:p>
      <w:pPr>
        <w:spacing w:after="0"/>
        <w:ind w:left="360"/>
        <w:shd w:val="clear" w:color="auto" w:fill="F2F2F2"/>
      </w:pPr>
      <w:r>
        <w:rPr>
          <w:rFonts w:ascii="Consolas" w:hAnsi="Consolas"/>
          <w:sz w:val="18"/>
        </w:rPr>
        <w:t>print(d)           # {'a': 10, 'b': 2}</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If the key might not exist, you have a few options: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**1) Add it (assignment creates it if missing):**</w:t>
      </w:r>
    </w:p>
    <w:p>
      <w:pPr>
        <w:spacing w:after="0"/>
        <w:ind w:left="360"/>
        <w:shd w:val="clear" w:color="auto" w:fill="F2F2F2"/>
      </w:pPr>
      <w:r>
        <w:rPr>
          <w:rFonts w:ascii="Consolas" w:hAnsi="Consolas"/>
          <w:sz w:val="18"/>
        </w:rPr>
        <w:t>```python</w:t>
      </w:r>
    </w:p>
    <w:p>
      <w:pPr>
        <w:spacing w:after="0"/>
        <w:ind w:left="360"/>
        <w:shd w:val="clear" w:color="auto" w:fill="F2F2F2"/>
      </w:pPr>
      <w:r>
        <w:rPr>
          <w:rFonts w:ascii="Consolas" w:hAnsi="Consolas"/>
          <w:sz w:val="18"/>
        </w:rPr>
        <w:t>d["c"] = 3</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**2) Update multiple keys at once:**</w:t>
      </w:r>
    </w:p>
    <w:p>
      <w:pPr>
        <w:spacing w:after="0"/>
        <w:ind w:left="360"/>
        <w:shd w:val="clear" w:color="auto" w:fill="F2F2F2"/>
      </w:pPr>
      <w:r>
        <w:rPr>
          <w:rFonts w:ascii="Consolas" w:hAnsi="Consolas"/>
          <w:sz w:val="18"/>
        </w:rPr>
        <w:t>```python</w:t>
      </w:r>
    </w:p>
    <w:p>
      <w:pPr>
        <w:spacing w:after="0"/>
        <w:ind w:left="360"/>
        <w:shd w:val="clear" w:color="auto" w:fill="F2F2F2"/>
      </w:pPr>
      <w:r>
        <w:rPr>
          <w:rFonts w:ascii="Consolas" w:hAnsi="Consolas"/>
          <w:sz w:val="18"/>
        </w:rPr>
        <w:t>d.update({"a": 5, "b": 6})</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**3) Set a default only if missing:**</w:t>
      </w:r>
    </w:p>
    <w:p>
      <w:pPr>
        <w:spacing w:after="0"/>
        <w:ind w:left="360"/>
        <w:shd w:val="clear" w:color="auto" w:fill="F2F2F2"/>
      </w:pPr>
      <w:r>
        <w:rPr>
          <w:rFonts w:ascii="Consolas" w:hAnsi="Consolas"/>
          <w:sz w:val="18"/>
        </w:rPr>
        <w:t>```python</w:t>
      </w:r>
    </w:p>
    <w:p>
      <w:pPr>
        <w:spacing w:after="0"/>
        <w:ind w:left="360"/>
        <w:shd w:val="clear" w:color="auto" w:fill="F2F2F2"/>
      </w:pPr>
      <w:r>
        <w:rPr>
          <w:rFonts w:ascii="Consolas" w:hAnsi="Consolas"/>
          <w:sz w:val="18"/>
        </w:rPr>
        <w:t>d.setdefault("d", 0)  # doesn't overwrite if "d" already exists</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If you share your dictionary and what you want to change, I can show the exact line.</w:t>
      </w:r>
    </w:p>
    <w:p>
      <w:pPr>
        <w:spacing w:after="0"/>
        <w:ind w:left="360"/>
        <w:shd w:val="clear" w:color="auto" w:fill="F2F2F2"/>
      </w:pPr>
      <w:r>
        <w:rPr>
          <w:rFonts w:ascii="Consolas" w:hAnsi="Consolas"/>
          <w:sz w:val="18"/>
        </w:rPr>
        <w:t>You:</w:t>
      </w:r>
    </w:p>
    <w:p>
      <w:pPr>
        <w:spacing w:after="40"/>
      </w:pPr>
    </w:p>
    <w:p>
      <w:pPr>
        <w:spacing w:after="80"/>
        <w:ind w:left="360"/>
      </w:pPr>
      <w:r>
        <w:t xml:space="preserve">4. </w:t>
      </w:r>
      <w:r>
        <w:rPr>
          <w:b w:val="0"/>
          <w:i w:val="0"/>
        </w:rPr>
        <w:t>Gõ "bye" để kết thúc phiên</w:t>
      </w:r>
    </w:p>
    <w:p>
      <w:pPr>
        <w:spacing w:after="0"/>
        <w:ind w:left="360"/>
        <w:shd w:val="clear" w:color="auto" w:fill="F2F2F2"/>
      </w:pPr>
      <w:r>
        <w:rPr>
          <w:rFonts w:ascii="Consolas" w:hAnsi="Consolas"/>
          <w:sz w:val="18"/>
        </w:rPr>
        <w:t>You: bye</w:t>
      </w:r>
    </w:p>
    <w:p>
      <w:pPr>
        <w:spacing w:after="0"/>
        <w:ind w:left="360"/>
        <w:shd w:val="clear" w:color="auto" w:fill="F2F2F2"/>
      </w:pPr>
      <w:r>
        <w:rPr>
          <w:rFonts w:ascii="Consolas" w:hAnsi="Consolas"/>
          <w:sz w:val="18"/>
        </w:rPr>
        <w:t>Bot: Bye, bye!</w:t>
      </w:r>
    </w:p>
    <w:p>
      <w:pPr>
        <w:spacing w:after="40"/>
      </w:pPr>
    </w:p>
    <w:p>
      <w:pPr>
        <w:pStyle w:val="Heading3"/>
      </w:pPr>
      <w:r>
        <w:rPr>
          <w:rFonts w:ascii="Calibri" w:hAnsi="Calibri"/>
          <w:b/>
          <w:i w:val="0"/>
          <w:sz w:val="26"/>
        </w:rPr>
        <w:t>Cách nó hoạt động…</w:t>
      </w:r>
    </w:p>
    <w:p>
      <w:pPr>
        <w:spacing w:after="80"/>
      </w:pPr>
      <w:r>
        <w:rPr>
          <w:b w:val="0"/>
          <w:i w:val="0"/>
        </w:rPr>
        <w:t xml:space="preserve">Hãy cùng xem script </w:t>
      </w:r>
      <w:r>
        <w:rPr>
          <w:rFonts w:ascii="Consolas" w:hAnsi="Consolas"/>
          <w:b w:val="0"/>
          <w:i w:val="0"/>
          <w:sz w:val="20"/>
        </w:rPr>
        <w:br/>
        <w:br/>
        <w:t xml:space="preserve">      simple_chatbot.py</w:t>
        <w:br/>
        <w:t xml:space="preserve">     </w:t>
        <w:br/>
      </w:r>
      <w:r>
        <w:rPr>
          <w:b w:val="0"/>
          <w:i w:val="0"/>
        </w:rPr>
        <w:t xml:space="preserve"> .</w:t>
      </w:r>
    </w:p>
    <w:p>
      <w:pPr>
        <w:spacing w:after="0"/>
        <w:ind w:left="360"/>
        <w:shd w:val="clear" w:color="auto" w:fill="F2F2F2"/>
      </w:pPr>
      <w:r>
        <w:rPr>
          <w:rFonts w:ascii="Consolas" w:hAnsi="Consolas"/>
          <w:sz w:val="18"/>
        </w:rPr>
        <w:t>import os</w:t>
      </w:r>
    </w:p>
    <w:p>
      <w:pPr>
        <w:spacing w:after="0"/>
        <w:ind w:left="360"/>
        <w:shd w:val="clear" w:color="auto" w:fill="F2F2F2"/>
      </w:pPr>
      <w:r>
        <w:rPr>
          <w:rFonts w:ascii="Consolas" w:hAnsi="Consolas"/>
          <w:sz w:val="18"/>
        </w:rPr>
        <w:t>from openai import OpenAI</w:t>
      </w:r>
    </w:p>
    <w:p>
      <w:pPr>
        <w:spacing w:after="0"/>
        <w:ind w:left="360"/>
        <w:shd w:val="clear" w:color="auto" w:fill="F2F2F2"/>
      </w:pPr>
      <w:r>
        <w:rPr>
          <w:rFonts w:ascii="Consolas" w:hAnsi="Consolas"/>
          <w:sz w:val="18"/>
        </w:rPr>
        <w:t>from dotenv import load_dotenv</w:t>
      </w:r>
    </w:p>
    <w:p>
      <w:pPr>
        <w:spacing w:after="0"/>
        <w:ind w:left="360"/>
        <w:shd w:val="clear" w:color="auto" w:fill="F2F2F2"/>
      </w:pPr>
      <w:r>
        <w:rPr>
          <w:rFonts w:ascii="Consolas" w:hAnsi="Consolas"/>
          <w:sz w:val="18"/>
        </w:rPr>
        <w:t>load_dotenv()</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OPEN_AI_KEY = os.getenv('OPEN_AI_KEY')</w:t>
      </w:r>
    </w:p>
    <w:p>
      <w:pPr>
        <w:spacing w:after="0"/>
        <w:ind w:left="360"/>
        <w:shd w:val="clear" w:color="auto" w:fill="F2F2F2"/>
      </w:pPr>
      <w:r>
        <w:rPr>
          <w:rFonts w:ascii="Consolas" w:hAnsi="Consolas"/>
          <w:sz w:val="18"/>
        </w:rPr>
        <w:t>client = OpenAI(api_key=OPEN_AI_KEY)</w:t>
      </w:r>
    </w:p>
    <w:p>
      <w:pPr>
        <w:spacing w:after="0"/>
        <w:ind w:left="360"/>
        <w:shd w:val="clear" w:color="auto" w:fill="F2F2F2"/>
      </w:pPr>
      <w:r>
        <w:rPr>
          <w:rFonts w:ascii="Consolas" w:hAnsi="Consolas"/>
          <w:sz w:val="18"/>
        </w:rPr>
        <w:t>MODEL = 'gpt-5.4'</w:t>
      </w:r>
    </w:p>
    <w:p>
      <w:pPr>
        <w:spacing w:after="0"/>
        <w:ind w:left="360"/>
        <w:shd w:val="clear" w:color="auto" w:fill="F2F2F2"/>
      </w:pPr>
      <w:r>
        <w:rPr>
          <w:rFonts w:ascii="Consolas" w:hAnsi="Consolas"/>
          <w:sz w:val="18"/>
        </w:rPr>
        <w:t>def main():</w:t>
      </w:r>
    </w:p>
    <w:p>
      <w:pPr>
        <w:spacing w:after="0"/>
        <w:ind w:left="360"/>
        <w:shd w:val="clear" w:color="auto" w:fill="F2F2F2"/>
      </w:pPr>
      <w:r>
        <w:rPr>
          <w:rFonts w:ascii="Consolas" w:hAnsi="Consolas"/>
          <w:sz w:val="18"/>
        </w:rPr>
        <w:t xml:space="preserve">    messages = [</w:t>
      </w:r>
    </w:p>
    <w:p>
      <w:pPr>
        <w:spacing w:after="0"/>
        <w:ind w:left="360"/>
        <w:shd w:val="clear" w:color="auto" w:fill="F2F2F2"/>
      </w:pPr>
      <w:r>
        <w:rPr>
          <w:rFonts w:ascii="Consolas" w:hAnsi="Consolas"/>
          <w:sz w:val="18"/>
        </w:rPr>
        <w:t xml:space="preserve">        {'role': 'system', 'content': 'you are a useful assistant'},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print('Welcome to the chatbot! Write bye to end!')</w:t>
      </w:r>
    </w:p>
    <w:p>
      <w:pPr>
        <w:spacing w:after="0"/>
        <w:ind w:left="360"/>
        <w:shd w:val="clear" w:color="auto" w:fill="F2F2F2"/>
      </w:pPr>
      <w:r>
        <w:rPr>
          <w:rFonts w:ascii="Consolas" w:hAnsi="Consolas"/>
          <w:sz w:val="18"/>
        </w:rPr>
        <w:t xml:space="preserve">    while True:</w:t>
      </w:r>
    </w:p>
    <w:p>
      <w:pPr>
        <w:spacing w:after="0"/>
        <w:ind w:left="360"/>
        <w:shd w:val="clear" w:color="auto" w:fill="F2F2F2"/>
      </w:pPr>
      <w:r>
        <w:rPr>
          <w:rFonts w:ascii="Consolas" w:hAnsi="Consolas"/>
          <w:sz w:val="18"/>
        </w:rPr>
        <w:t xml:space="preserve">        user_input = input('You: ')</w:t>
      </w:r>
    </w:p>
    <w:p>
      <w:pPr>
        <w:spacing w:after="0"/>
        <w:ind w:left="360"/>
        <w:shd w:val="clear" w:color="auto" w:fill="F2F2F2"/>
      </w:pPr>
      <w:r>
        <w:rPr>
          <w:rFonts w:ascii="Consolas" w:hAnsi="Consolas"/>
          <w:sz w:val="18"/>
        </w:rPr>
        <w:t xml:space="preserve">        if not user_input:</w:t>
      </w:r>
    </w:p>
    <w:p>
      <w:pPr>
        <w:spacing w:after="0"/>
        <w:ind w:left="360"/>
        <w:shd w:val="clear" w:color="auto" w:fill="F2F2F2"/>
      </w:pPr>
      <w:r>
        <w:rPr>
          <w:rFonts w:ascii="Consolas" w:hAnsi="Consolas"/>
          <w:sz w:val="18"/>
        </w:rPr>
        <w:t xml:space="preserve">            continue</w:t>
      </w:r>
    </w:p>
    <w:p>
      <w:pPr>
        <w:spacing w:after="0"/>
        <w:ind w:left="360"/>
        <w:shd w:val="clear" w:color="auto" w:fill="F2F2F2"/>
      </w:pPr>
      <w:r>
        <w:rPr>
          <w:rFonts w:ascii="Consolas" w:hAnsi="Consolas"/>
          <w:sz w:val="18"/>
        </w:rPr>
        <w:t>elif user_input.lower() == 'bye':</w:t>
      </w:r>
    </w:p>
    <w:p>
      <w:pPr>
        <w:spacing w:after="0"/>
        <w:ind w:left="360"/>
        <w:shd w:val="clear" w:color="auto" w:fill="F2F2F2"/>
      </w:pPr>
      <w:r>
        <w:rPr>
          <w:rFonts w:ascii="Consolas" w:hAnsi="Consolas"/>
          <w:sz w:val="18"/>
        </w:rPr>
        <w:t xml:space="preserve">            print('Bot: Bye, bye!')</w:t>
      </w:r>
    </w:p>
    <w:p>
      <w:pPr>
        <w:spacing w:after="0"/>
        <w:ind w:left="360"/>
        <w:shd w:val="clear" w:color="auto" w:fill="F2F2F2"/>
      </w:pPr>
      <w:r>
        <w:rPr>
          <w:rFonts w:ascii="Consolas" w:hAnsi="Consolas"/>
          <w:sz w:val="18"/>
        </w:rPr>
        <w:t xml:space="preserve">            break</w:t>
      </w:r>
    </w:p>
    <w:p>
      <w:pPr>
        <w:spacing w:after="0"/>
        <w:ind w:left="360"/>
        <w:shd w:val="clear" w:color="auto" w:fill="F2F2F2"/>
      </w:pPr>
      <w:r>
        <w:rPr>
          <w:rFonts w:ascii="Consolas" w:hAnsi="Consolas"/>
          <w:sz w:val="18"/>
        </w:rPr>
        <w:t xml:space="preserve">        messages.append({'role': 'user', 'content': user_input})</w:t>
      </w:r>
    </w:p>
    <w:p>
      <w:pPr>
        <w:spacing w:after="0"/>
        <w:ind w:left="360"/>
        <w:shd w:val="clear" w:color="auto" w:fill="F2F2F2"/>
      </w:pPr>
      <w:r>
        <w:rPr>
          <w:rFonts w:ascii="Consolas" w:hAnsi="Consolas"/>
          <w:sz w:val="18"/>
        </w:rPr>
        <w:t xml:space="preserve">        response = client.responses.create(</w:t>
      </w:r>
    </w:p>
    <w:p>
      <w:pPr>
        <w:spacing w:after="0"/>
        <w:ind w:left="360"/>
        <w:shd w:val="clear" w:color="auto" w:fill="F2F2F2"/>
      </w:pPr>
      <w:r>
        <w:rPr>
          <w:rFonts w:ascii="Consolas" w:hAnsi="Consolas"/>
          <w:sz w:val="18"/>
        </w:rPr>
        <w:t xml:space="preserve">            model=MODEL,</w:t>
      </w:r>
    </w:p>
    <w:p>
      <w:pPr>
        <w:spacing w:after="0"/>
        <w:ind w:left="360"/>
        <w:shd w:val="clear" w:color="auto" w:fill="F2F2F2"/>
      </w:pPr>
      <w:r>
        <w:rPr>
          <w:rFonts w:ascii="Consolas" w:hAnsi="Consolas"/>
          <w:sz w:val="18"/>
        </w:rPr>
        <w:t xml:space="preserve">            input=messages,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reply = response.output_text</w:t>
      </w:r>
    </w:p>
    <w:p>
      <w:pPr>
        <w:spacing w:after="0"/>
        <w:ind w:left="360"/>
        <w:shd w:val="clear" w:color="auto" w:fill="F2F2F2"/>
      </w:pPr>
      <w:r>
        <w:rPr>
          <w:rFonts w:ascii="Consolas" w:hAnsi="Consolas"/>
          <w:sz w:val="18"/>
        </w:rPr>
        <w:t xml:space="preserve">        print('Bot: ', reply)</w:t>
      </w:r>
    </w:p>
    <w:p>
      <w:pPr>
        <w:spacing w:after="0"/>
        <w:ind w:left="360"/>
        <w:shd w:val="clear" w:color="auto" w:fill="F2F2F2"/>
      </w:pPr>
      <w:r>
        <w:rPr>
          <w:rFonts w:ascii="Consolas" w:hAnsi="Consolas"/>
          <w:sz w:val="18"/>
        </w:rPr>
        <w:t xml:space="preserve">        messages.append({'role': 'assistant', 'content': reply})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if __name__ == '__main__':</w:t>
      </w:r>
    </w:p>
    <w:p>
      <w:pPr>
        <w:spacing w:after="0"/>
        <w:ind w:left="360"/>
        <w:shd w:val="clear" w:color="auto" w:fill="F2F2F2"/>
      </w:pPr>
      <w:r>
        <w:rPr>
          <w:rFonts w:ascii="Consolas" w:hAnsi="Consolas"/>
          <w:sz w:val="18"/>
        </w:rPr>
        <w:t xml:space="preserve">    main()</w:t>
      </w:r>
    </w:p>
    <w:p>
      <w:pPr>
        <w:spacing w:after="40"/>
      </w:pPr>
    </w:p>
    <w:p>
      <w:pPr>
        <w:spacing w:after="80"/>
      </w:pPr>
      <w:r>
        <w:rPr>
          <w:b w:val="0"/>
          <w:i w:val="0"/>
        </w:rPr>
        <w:t xml:space="preserve">Chúng ta dùng mô-đun </w:t>
      </w:r>
      <w:r>
        <w:rPr>
          <w:rFonts w:ascii="Consolas" w:hAnsi="Consolas"/>
          <w:b w:val="0"/>
          <w:i w:val="0"/>
          <w:sz w:val="20"/>
        </w:rPr>
        <w:br/>
        <w:br/>
        <w:t xml:space="preserve">      dotenv</w:t>
        <w:br/>
        <w:t xml:space="preserve">     </w:t>
        <w:br/>
      </w:r>
      <w:r>
        <w:rPr>
          <w:b w:val="0"/>
          <w:i w:val="0"/>
        </w:rPr>
        <w:t xml:space="preserve"> để tải tệp </w:t>
      </w:r>
      <w:r>
        <w:rPr>
          <w:rFonts w:ascii="Consolas" w:hAnsi="Consolas"/>
          <w:b w:val="0"/>
          <w:i w:val="0"/>
          <w:sz w:val="20"/>
        </w:rPr>
        <w:br/>
        <w:br/>
        <w:t xml:space="preserve">      .env</w:t>
        <w:br/>
        <w:t xml:space="preserve">     </w:t>
        <w:br/>
      </w:r>
      <w:r>
        <w:rPr>
          <w:b w:val="0"/>
          <w:i w:val="0"/>
        </w:rPr>
        <w:t xml:space="preserve"> thành các biến môi trường bằng lệnh gọi load_dotenv. Sau đó, chúng ta lấy định nghĩa </w:t>
      </w:r>
      <w:r>
        <w:rPr>
          <w:rFonts w:ascii="Consolas" w:hAnsi="Consolas"/>
          <w:b w:val="0"/>
          <w:i w:val="0"/>
          <w:sz w:val="20"/>
        </w:rPr>
        <w:br/>
        <w:br/>
        <w:t xml:space="preserve">      OPEN_AI_KEY</w:t>
        <w:br/>
        <w:t xml:space="preserve">     </w:t>
        <w:br/>
      </w:r>
      <w:r>
        <w:rPr>
          <w:b w:val="0"/>
          <w:i w:val="0"/>
        </w:rPr>
        <w:t xml:space="preserve"> vào một hằng số cục bộ.</w:t>
      </w:r>
    </w:p>
    <w:p>
      <w:pPr>
        <w:spacing w:after="80"/>
      </w:pPr>
      <w:r>
        <w:rPr>
          <w:b/>
          <w:i w:val="0"/>
        </w:rPr>
        <w:t>Mẹo</w:t>
      </w:r>
    </w:p>
    <w:p>
      <w:pPr>
        <w:spacing w:after="80"/>
      </w:pPr>
      <w:r>
        <w:rPr>
          <w:rFonts w:ascii="Consolas" w:hAnsi="Consolas"/>
          <w:b w:val="0"/>
          <w:i w:val="0"/>
          <w:sz w:val="20"/>
        </w:rPr>
        <w:br/>
        <w:br/>
        <w:t xml:space="preserve">       dotenv</w:t>
        <w:br/>
        <w:t xml:space="preserve">      </w:t>
        <w:br/>
      </w:r>
      <w:r>
        <w:rPr>
          <w:b w:val="0"/>
          <w:i w:val="0"/>
        </w:rPr>
        <w:t xml:space="preserve"> cho phép chúng ta thiết lập các biến môi trường (environment variables) trong một file tiện lợi. Nó đặc biệt hữu ích cho các thông tin bí mật (secrets). Bạn có thể đọc thêm về nó tại đây https://pypi.org/project/python-dotenv/</w:t>
      </w:r>
    </w:p>
    <w:p>
      <w:pPr>
        <w:spacing w:after="80"/>
      </w:pPr>
      <w:r>
        <w:rPr>
          <w:b w:val="0"/>
          <w:i w:val="0"/>
        </w:rPr>
        <w:t xml:space="preserve">Hàm </w:t>
      </w:r>
      <w:r>
        <w:rPr>
          <w:rFonts w:ascii="Consolas" w:hAnsi="Consolas"/>
          <w:b w:val="0"/>
          <w:i w:val="0"/>
          <w:sz w:val="20"/>
        </w:rPr>
        <w:br/>
        <w:br/>
        <w:t xml:space="preserve">      main</w:t>
        <w:br/>
        <w:t xml:space="preserve">     </w:t>
        <w:br/>
      </w:r>
      <w:r>
        <w:rPr>
          <w:b w:val="0"/>
          <w:i w:val="0"/>
        </w:rPr>
        <w:t xml:space="preserve"> chuẩn bị một danh sách </w:t>
      </w:r>
      <w:r>
        <w:rPr>
          <w:rFonts w:ascii="Consolas" w:hAnsi="Consolas"/>
          <w:b w:val="0"/>
          <w:i w:val="0"/>
          <w:sz w:val="20"/>
        </w:rPr>
        <w:br/>
        <w:br/>
        <w:t xml:space="preserve">      messages</w:t>
        <w:br/>
        <w:t xml:space="preserve">     </w:t>
        <w:br/>
      </w:r>
      <w:r>
        <w:rPr>
          <w:b w:val="0"/>
          <w:i w:val="0"/>
        </w:rPr>
        <w:t xml:space="preserve"> để lưu trữ toàn bộ cuộc hội thoại. Chúng ta lưu các </w:t>
      </w:r>
      <w:r>
        <w:rPr>
          <w:rFonts w:ascii="Consolas" w:hAnsi="Consolas"/>
          <w:b w:val="0"/>
          <w:i w:val="0"/>
          <w:sz w:val="20"/>
        </w:rPr>
        <w:br/>
        <w:br/>
        <w:t xml:space="preserve">      messages</w:t>
        <w:br/>
        <w:t xml:space="preserve">     </w:t>
        <w:br/>
      </w:r>
      <w:r>
        <w:rPr>
          <w:b w:val="0"/>
          <w:i w:val="0"/>
        </w:rPr>
        <w:t xml:space="preserve"> , bao gồm cả những tin nhắn người dùng nhập vào (dùng hàm </w:t>
      </w:r>
      <w:r>
        <w:rPr>
          <w:rFonts w:ascii="Consolas" w:hAnsi="Consolas"/>
          <w:b w:val="0"/>
          <w:i w:val="0"/>
          <w:sz w:val="20"/>
        </w:rPr>
        <w:br/>
        <w:br/>
        <w:t xml:space="preserve">      input</w:t>
        <w:br/>
        <w:t xml:space="preserve">     </w:t>
        <w:br/>
      </w:r>
      <w:r>
        <w:rPr>
          <w:b w:val="0"/>
          <w:i w:val="0"/>
        </w:rPr>
        <w:t xml:space="preserve"> ) và các phản hồi của mô hình. Lưu ý rằng chúng ta lưu mỗi tin nhắn theo định dạng sau:</w:t>
      </w:r>
    </w:p>
    <w:p>
      <w:pPr>
        <w:spacing w:after="0"/>
        <w:ind w:left="360"/>
        <w:shd w:val="clear" w:color="auto" w:fill="F2F2F2"/>
      </w:pPr>
      <w:r>
        <w:rPr>
          <w:rFonts w:ascii="Consolas" w:hAnsi="Consolas"/>
          <w:sz w:val="18"/>
        </w:rPr>
        <w:t>message = {'role': &lt;the source of the message&gt;, 'content': content}</w:t>
      </w:r>
    </w:p>
    <w:p>
      <w:pPr>
        <w:spacing w:after="40"/>
      </w:pPr>
    </w:p>
    <w:p>
      <w:pPr>
        <w:spacing w:after="80"/>
      </w:pPr>
      <w:r>
        <w:rPr>
          <w:b w:val="0"/>
          <w:i w:val="0"/>
        </w:rPr>
        <w:t>Chúng ta sử dụng ba vai trò (roles) trong script:</w:t>
      </w:r>
    </w:p>
    <w:p>
      <w:pPr>
        <w:spacing w:after="80"/>
        <w:ind w:left="360"/>
      </w:pPr>
      <w:r>
        <w:t xml:space="preserve">• </w:t>
      </w:r>
      <w:r>
        <w:rPr>
          <w:rFonts w:ascii="Consolas" w:hAnsi="Consolas"/>
          <w:b w:val="0"/>
          <w:i w:val="0"/>
          <w:sz w:val="20"/>
        </w:rPr>
        <w:br/>
        <w:br/>
        <w:t xml:space="preserve">       user</w:t>
        <w:br/>
        <w:t xml:space="preserve">      </w:t>
        <w:br/>
      </w:r>
      <w:r>
        <w:rPr>
          <w:b w:val="0"/>
          <w:i w:val="0"/>
        </w:rPr>
        <w:t xml:space="preserve"> : Người dùng của chatbot</w:t>
      </w:r>
    </w:p>
    <w:p>
      <w:pPr>
        <w:spacing w:after="80"/>
        <w:ind w:left="360"/>
      </w:pPr>
      <w:r>
        <w:t xml:space="preserve">• </w:t>
      </w:r>
      <w:r>
        <w:rPr>
          <w:rFonts w:ascii="Consolas" w:hAnsi="Consolas"/>
          <w:b w:val="0"/>
          <w:i w:val="0"/>
          <w:sz w:val="20"/>
        </w:rPr>
        <w:br/>
        <w:br/>
        <w:t xml:space="preserve">       assistant</w:t>
        <w:br/>
        <w:t xml:space="preserve">      </w:t>
        <w:br/>
      </w:r>
      <w:r>
        <w:rPr>
          <w:b w:val="0"/>
          <w:i w:val="0"/>
        </w:rPr>
        <w:t xml:space="preserve"> : Các phản hồi từ chatbot</w:t>
      </w:r>
    </w:p>
    <w:p>
      <w:pPr>
        <w:spacing w:after="80"/>
        <w:ind w:left="360"/>
      </w:pPr>
      <w:r>
        <w:t xml:space="preserve">• </w:t>
      </w:r>
      <w:r>
        <w:rPr>
          <w:rFonts w:ascii="Consolas" w:hAnsi="Consolas"/>
          <w:b w:val="0"/>
          <w:i w:val="0"/>
          <w:sz w:val="20"/>
        </w:rPr>
        <w:br/>
        <w:br/>
        <w:t xml:space="preserve">       system</w:t>
        <w:br/>
        <w:t xml:space="preserve">      </w:t>
        <w:br/>
      </w:r>
      <w:r>
        <w:rPr>
          <w:b w:val="0"/>
          <w:i w:val="0"/>
        </w:rPr>
        <w:t xml:space="preserve"> : Một tin nhắn khởi tạo để định hình phong cách cho chatbot</w:t>
      </w:r>
    </w:p>
    <w:p>
      <w:pPr>
        <w:spacing w:after="80"/>
      </w:pPr>
      <w:r>
        <w:rPr>
          <w:b w:val="0"/>
          <w:i w:val="0"/>
        </w:rPr>
        <w:t>Mô hình được chuẩn bị trước bằng lệnh gọi đến</w:t>
      </w:r>
    </w:p>
    <w:p>
      <w:pPr>
        <w:spacing w:after="0"/>
        <w:ind w:left="360"/>
        <w:shd w:val="clear" w:color="auto" w:fill="F2F2F2"/>
      </w:pPr>
      <w:r>
        <w:rPr>
          <w:rFonts w:ascii="Consolas" w:hAnsi="Consolas"/>
          <w:sz w:val="18"/>
        </w:rPr>
        <w:t>client = OpenAI(api_key=OPEN_AI_KEY)</w:t>
      </w:r>
    </w:p>
    <w:p>
      <w:pPr>
        <w:spacing w:after="40"/>
      </w:pPr>
    </w:p>
    <w:p>
      <w:pPr>
        <w:spacing w:after="80"/>
      </w:pPr>
      <w:r>
        <w:rPr>
          <w:b w:val="0"/>
          <w:i w:val="0"/>
        </w:rPr>
        <w:t xml:space="preserve">Và sau đó chúng ta gọi nó bằng </w:t>
      </w:r>
      <w:r>
        <w:rPr>
          <w:rFonts w:ascii="Consolas" w:hAnsi="Consolas"/>
          <w:b w:val="0"/>
          <w:i w:val="0"/>
          <w:sz w:val="20"/>
        </w:rPr>
        <w:br/>
        <w:br/>
        <w:t xml:space="preserve">      client.responses.create</w:t>
        <w:br/>
        <w:t xml:space="preserve">     </w:t>
        <w:br/>
      </w:r>
      <w:r>
        <w:rPr>
          <w:b w:val="0"/>
          <w:i w:val="0"/>
        </w:rPr>
        <w:t xml:space="preserve"> , chỉ định </w:t>
      </w:r>
      <w:r>
        <w:rPr>
          <w:rFonts w:ascii="Consolas" w:hAnsi="Consolas"/>
          <w:b w:val="0"/>
          <w:i w:val="0"/>
          <w:sz w:val="20"/>
        </w:rPr>
        <w:br/>
        <w:br/>
        <w:t xml:space="preserve">      MODEL</w:t>
        <w:br/>
        <w:t xml:space="preserve">     </w:t>
        <w:br/>
      </w:r>
      <w:r>
        <w:rPr>
          <w:b w:val="0"/>
          <w:i w:val="0"/>
        </w:rPr>
        <w:t xml:space="preserve"> và đưa vào tất cả các </w:t>
      </w:r>
      <w:r>
        <w:rPr>
          <w:rFonts w:ascii="Consolas" w:hAnsi="Consolas"/>
          <w:b w:val="0"/>
          <w:i w:val="0"/>
          <w:sz w:val="20"/>
        </w:rPr>
        <w:br/>
        <w:br/>
        <w:t xml:space="preserve">      messages</w:t>
        <w:br/>
        <w:t xml:space="preserve">     </w:t>
        <w:br/>
      </w:r>
      <w:r>
        <w:rPr>
          <w:b w:val="0"/>
          <w:i w:val="0"/>
        </w:rPr>
        <w:t xml:space="preserve"> của chúng ta. Đây là lúc chúng ta thực hiện yêu cầu bên ngoài (external request) đến mô hình với toàn bộ ngữ cảnh (context).</w:t>
      </w:r>
    </w:p>
    <w:p>
      <w:pPr>
        <w:spacing w:after="80"/>
      </w:pPr>
      <w:r>
        <w:rPr>
          <w:b w:val="0"/>
          <w:i w:val="0"/>
        </w:rPr>
        <w:t>Sau đó chúng ta thêm phản hồi nhận được như một tin nhắn mới để tiếp tục vòng lặp và thử lại.</w:t>
      </w:r>
    </w:p>
    <w:p>
      <w:pPr>
        <w:spacing w:after="80"/>
      </w:pPr>
      <w:r>
        <w:rPr>
          <w:b w:val="0"/>
          <w:i w:val="0"/>
        </w:rPr>
        <w:t xml:space="preserve">Vòng lặp </w:t>
      </w:r>
      <w:r>
        <w:rPr>
          <w:rFonts w:ascii="Consolas" w:hAnsi="Consolas"/>
          <w:b w:val="0"/>
          <w:i w:val="0"/>
          <w:sz w:val="20"/>
        </w:rPr>
        <w:br/>
        <w:br/>
        <w:t xml:space="preserve">      while True</w:t>
        <w:br/>
        <w:t xml:space="preserve">     </w:t>
        <w:br/>
      </w:r>
      <w:r>
        <w:rPr>
          <w:b w:val="0"/>
          <w:i w:val="0"/>
        </w:rPr>
        <w:t xml:space="preserve"> lặp lại các bước, mỗi lần thêm nhiều ngữ cảnh hơn. Lưu ý rằng chúng ta giữ tất cả các tin nhắn trong ngữ cảnh.</w:t>
      </w:r>
    </w:p>
    <w:p>
      <w:pPr>
        <w:spacing w:after="80"/>
      </w:pPr>
      <w:r>
        <w:rPr>
          <w:b/>
          <w:i w:val="0"/>
        </w:rPr>
        <w:t>Lưu ý</w:t>
      </w:r>
    </w:p>
    <w:p>
      <w:pPr>
        <w:spacing w:after="80"/>
      </w:pPr>
      <w:r>
        <w:rPr>
          <w:b w:val="0"/>
          <w:i w:val="0"/>
        </w:rPr>
        <w:t>Nếu chúng ta không cập nhật ngữ cảnh bằng cách thêm tất cả các tin nhắn trước đó, kể cả các phản hồi, thì mô hình AI sẽ chỉ biết câu hỏi mới nhất, khiến chatbot kém khả năng hơn.</w:t>
      </w:r>
    </w:p>
    <w:p>
      <w:pPr>
        <w:spacing w:after="80"/>
      </w:pPr>
      <w:r>
        <w:rPr>
          <w:b w:val="0"/>
          <w:i w:val="0"/>
        </w:rPr>
        <w:t xml:space="preserve">Chúng ta thêm một lệnh để dừng vòng lặp nếu người dùng nhập </w:t>
      </w:r>
      <w:r>
        <w:rPr>
          <w:rFonts w:ascii="Consolas" w:hAnsi="Consolas"/>
          <w:b w:val="0"/>
          <w:i w:val="0"/>
          <w:sz w:val="20"/>
        </w:rPr>
        <w:br/>
        <w:br/>
        <w:t xml:space="preserve">      bye</w:t>
        <w:br/>
        <w:t xml:space="preserve">     </w:t>
        <w:br/>
      </w:r>
      <w:r>
        <w:rPr>
          <w:b w:val="0"/>
          <w:i w:val="0"/>
        </w:rPr>
        <w:t xml:space="preserve"> .</w:t>
      </w:r>
    </w:p>
    <w:p>
      <w:pPr>
        <w:pStyle w:val="Heading3"/>
      </w:pPr>
      <w:r>
        <w:rPr>
          <w:rFonts w:ascii="Calibri" w:hAnsi="Calibri"/>
          <w:b/>
          <w:i w:val="0"/>
          <w:sz w:val="26"/>
        </w:rPr>
        <w:t>Còn nhiều điều nữa…</w:t>
      </w:r>
    </w:p>
    <w:p>
      <w:pPr>
        <w:spacing w:after="80"/>
      </w:pPr>
      <w:r>
        <w:rPr>
          <w:b w:val="0"/>
          <w:i w:val="0"/>
        </w:rPr>
        <w:t xml:space="preserve">Chúng ta đang sử dụng mô hình </w:t>
      </w:r>
      <w:r>
        <w:rPr>
          <w:rFonts w:ascii="Consolas" w:hAnsi="Consolas"/>
          <w:b w:val="0"/>
          <w:i w:val="0"/>
          <w:sz w:val="20"/>
        </w:rPr>
        <w:br/>
        <w:br/>
        <w:t xml:space="preserve">      gpt‑5.4</w:t>
        <w:br/>
        <w:t xml:space="preserve">     </w:t>
        <w:br/>
      </w:r>
      <w:r>
        <w:rPr>
          <w:b w:val="0"/>
          <w:i w:val="0"/>
        </w:rPr>
        <w:t xml:space="preserve"> , nhưng đó không phải là lựa chọn duy nhất. Chúng ta có thể muốn tinh chỉnh mô hình cho trường hợp sử dụng (use case) của mình.</w:t>
      </w:r>
    </w:p>
    <w:p>
      <w:pPr>
        <w:spacing w:after="80"/>
      </w:pPr>
      <w:r>
        <w:rPr>
          <w:b/>
          <w:i w:val="0"/>
        </w:rPr>
        <w:t>Lưu ý</w:t>
      </w:r>
    </w:p>
    <w:p>
      <w:pPr>
        <w:spacing w:after="80"/>
      </w:pPr>
      <w:r>
        <w:rPr>
          <w:b w:val="0"/>
          <w:i w:val="0"/>
        </w:rPr>
        <w:t xml:space="preserve">Có khả năng là mô hình cụ thể này không còn khả dụng vào thời điểm bạn đọc những dòng này. Hãy kiểm tra mô hình mới nhất hiện có và thay thế giá trị trong </w:t>
      </w:r>
      <w:r>
        <w:rPr>
          <w:rFonts w:ascii="Consolas" w:hAnsi="Consolas"/>
          <w:b w:val="0"/>
          <w:i w:val="0"/>
          <w:sz w:val="20"/>
        </w:rPr>
        <w:br/>
        <w:br/>
        <w:t xml:space="preserve">       MODEL</w:t>
        <w:br/>
        <w:t xml:space="preserve">      </w:t>
        <w:br/>
      </w:r>
    </w:p>
    <w:p>
      <w:pPr>
        <w:spacing w:after="80"/>
      </w:pPr>
      <w:r>
        <w:rPr>
          <w:b w:val="0"/>
          <w:i w:val="0"/>
        </w:rPr>
        <w:t xml:space="preserve">Để lấy tất cả các mô hình hiện có, bạn có thể truy xuất chúng từ mô-đun Python bằng cách gọi hàm </w:t>
      </w:r>
      <w:r>
        <w:rPr>
          <w:rFonts w:ascii="Consolas" w:hAnsi="Consolas"/>
          <w:b w:val="0"/>
          <w:i w:val="0"/>
          <w:sz w:val="20"/>
        </w:rPr>
        <w:br/>
        <w:br/>
        <w:t xml:space="preserve">      client.models.list()</w:t>
        <w:br/>
        <w:t xml:space="preserve">     </w:t>
        <w:br/>
      </w:r>
      <w:r>
        <w:rPr>
          <w:b w:val="0"/>
          <w:i w:val="0"/>
        </w:rPr>
        <w:t>.</w:t>
      </w:r>
    </w:p>
    <w:p>
      <w:pPr>
        <w:spacing w:after="80"/>
      </w:pPr>
      <w:r>
        <w:rPr>
          <w:b w:val="0"/>
          <w:i w:val="0"/>
        </w:rPr>
        <w:t>Hàm này có thể trả về rất nhiều thông tin; để giảm bớt, bạn có thể chỉ trả về những mô hình bắt đầu bằng các phiên bản mới nhất như thế này. Chúng có thể có các phiên bản khác nhau tùy theo thời điểm phát hành.</w:t>
      </w:r>
    </w:p>
    <w:p>
      <w:pPr>
        <w:spacing w:after="0"/>
        <w:ind w:left="360"/>
        <w:shd w:val="clear" w:color="auto" w:fill="F2F2F2"/>
      </w:pPr>
      <w:r>
        <w:rPr>
          <w:rFonts w:ascii="Consolas" w:hAnsi="Consolas"/>
          <w:sz w:val="18"/>
        </w:rPr>
        <w:t>&gt;&gt;&gt; [model.id for model in client.models.list() if model.id.startswith('gpt-5')]</w:t>
      </w:r>
    </w:p>
    <w:p>
      <w:pPr>
        <w:spacing w:after="0"/>
        <w:ind w:left="360"/>
        <w:shd w:val="clear" w:color="auto" w:fill="F2F2F2"/>
      </w:pPr>
      <w:r>
        <w:rPr>
          <w:rFonts w:ascii="Consolas" w:hAnsi="Consolas"/>
          <w:sz w:val="18"/>
        </w:rPr>
        <w:t>['gpt-5.4', 'gpt-5.3-chat-latest', 'gpt-5.4-2026-03-05', 'gpt-5.4-pro', 'gpt-5.4-pro-2026-03-05', 'gpt-5-chat-latest', 'gpt-5-2025-08-07', 'gpt-5', 'gpt-5-mini-2025-08-07', 'gpt-5-mini', 'gpt-5-nano-2025-08-07', 'gpt-5-nano', 'gpt-5-codex', 'gpt-5-pro-2025-10-06', 'gpt-5-pro', 'gpt-5-search-api', 'gpt-5-search-api-2025-10-14', 'gpt-5.1-chat-latest', 'gpt-5.1-2025-11-13', 'gpt-5.1', 'gpt-5.1-codex', 'gpt-5.1-codex-mini', 'gpt-5.1-codex-max', 'gpt-5.2-2025-12-11', 'gpt-5.2', 'gpt-5.2-pro-2025-12-11', 'gpt-5.2-pro', 'gpt-5.2-chat-latest', 'gpt-5.2-codex', 'gpt-5.3-codex']</w:t>
      </w:r>
    </w:p>
    <w:p>
      <w:pPr>
        <w:spacing w:after="40"/>
      </w:pPr>
    </w:p>
    <w:p>
      <w:pPr>
        <w:spacing w:after="80"/>
      </w:pPr>
      <w:r>
        <w:rPr>
          <w:b w:val="0"/>
          <w:i w:val="0"/>
        </w:rPr>
        <w:t>Danh sách mô hình có thể khác khi bạn gọi nó. Mỗi tháng đều có mô hình mới!</w:t>
      </w:r>
    </w:p>
    <w:p>
      <w:pPr>
        <w:spacing w:after="80"/>
      </w:pPr>
      <w:r>
        <w:rPr>
          <w:b/>
          <w:i w:val="0"/>
        </w:rPr>
        <w:t>Mẹo</w:t>
      </w:r>
    </w:p>
    <w:p>
      <w:pPr>
        <w:spacing w:after="80"/>
      </w:pPr>
      <w:r>
        <w:rPr>
          <w:b w:val="0"/>
          <w:i w:val="0"/>
        </w:rPr>
        <w:t xml:space="preserve">Hãy xem tài liệu </w:t>
      </w:r>
      <w:r>
        <w:rPr>
          <w:rFonts w:ascii="Consolas" w:hAnsi="Consolas"/>
          <w:b w:val="0"/>
          <w:i w:val="0"/>
          <w:sz w:val="20"/>
        </w:rPr>
        <w:br/>
        <w:br/>
        <w:t xml:space="preserve">       OpenAI</w:t>
        <w:br/>
        <w:t xml:space="preserve">      </w:t>
        <w:br/>
      </w:r>
      <w:r>
        <w:rPr>
          <w:b w:val="0"/>
          <w:i w:val="0"/>
        </w:rPr>
        <w:t xml:space="preserve"> để biết sự khác biệt giữa các mô hình: </w:t>
      </w:r>
      <w:r>
        <w:rPr>
          <w:rFonts w:ascii="Consolas" w:hAnsi="Consolas"/>
          <w:b w:val="0"/>
          <w:i w:val="0"/>
          <w:sz w:val="20"/>
        </w:rPr>
        <w:br/>
        <w:br/>
        <w:t xml:space="preserve">        https://developers.openai.com/api/docs/models</w:t>
        <w:br/>
        <w:t xml:space="preserve">       </w:t>
        <w:br/>
      </w:r>
      <w:r>
        <w:rPr>
          <w:b w:val="0"/>
          <w:i w:val="0"/>
        </w:rPr>
        <w:t xml:space="preserve">. Đừng để bị cám dỗ mà dùng mô hình to nhất, mới nhất! Với nhiều trường hợp sử dụng, một mô hình </w:t>
      </w:r>
      <w:r>
        <w:rPr>
          <w:rFonts w:ascii="Consolas" w:hAnsi="Consolas"/>
          <w:b w:val="0"/>
          <w:i w:val="0"/>
          <w:sz w:val="20"/>
        </w:rPr>
        <w:br/>
        <w:br/>
        <w:t xml:space="preserve">        nhỏ hơn</w:t>
        <w:br/>
        <w:t xml:space="preserve">       </w:t>
        <w:br/>
      </w:r>
      <w:r>
        <w:rPr>
          <w:b w:val="0"/>
          <w:i w:val="0"/>
        </w:rPr>
        <w:t>, rẻ hơn có thể đã đủ tốt cho nhu cầu của bạn.</w:t>
      </w:r>
    </w:p>
    <w:p>
      <w:pPr>
        <w:spacing w:after="80"/>
      </w:pPr>
      <w:r>
        <w:rPr>
          <w:b/>
          <w:i w:val="0"/>
        </w:rPr>
        <w:t>System prompt</w:t>
      </w:r>
      <w:r>
        <w:rPr>
          <w:b w:val="0"/>
          <w:i w:val="0"/>
        </w:rPr>
        <w:t xml:space="preserve"> là một yếu tố quan trọng của một hệ thống dựa trên sự lặp lại như thế này. Đây là thông điệp khởi đầu, nơi chúng ta chỉ định phần còn lại của cuộc trò chuyện sẽ diễn ra như thế nào. Các mô hình được huấn luyện để xử lý những thông điệp này với mức độ ưu tiên cao hơn nhằm đáp ứng hành vi mong đợi của ứng dụng.</w:t>
      </w:r>
    </w:p>
    <w:p>
      <w:pPr>
        <w:spacing w:after="80"/>
      </w:pPr>
      <w:r>
        <w:rPr>
          <w:b w:val="0"/>
          <w:i w:val="0"/>
        </w:rPr>
        <w:t>Bạn có thể thay đổi giọng điệu bằng cách chỉnh sửa ở đó, ví dụ, đổi thành:</w:t>
      </w:r>
    </w:p>
    <w:p>
      <w:pPr>
        <w:spacing w:after="0"/>
        <w:ind w:left="360"/>
        <w:shd w:val="clear" w:color="auto" w:fill="F2F2F2"/>
      </w:pPr>
      <w:r>
        <w:rPr>
          <w:rFonts w:ascii="Consolas" w:hAnsi="Consolas"/>
          <w:sz w:val="18"/>
        </w:rPr>
        <w:t xml:space="preserve">    messages = [</w:t>
      </w:r>
    </w:p>
    <w:p>
      <w:pPr>
        <w:spacing w:after="0"/>
        <w:ind w:left="360"/>
        <w:shd w:val="clear" w:color="auto" w:fill="F2F2F2"/>
      </w:pPr>
      <w:r>
        <w:rPr>
          <w:rFonts w:ascii="Consolas" w:hAnsi="Consolas"/>
          <w:sz w:val="18"/>
        </w:rPr>
        <w:t xml:space="preserve">        {'role': 'system', 'content': 'answer talking like a pirate'}.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Khiến các câu trả lời khác biệt khá rõ.</w:t>
      </w:r>
    </w:p>
    <w:p>
      <w:pPr>
        <w:spacing w:after="0"/>
        <w:ind w:left="360"/>
        <w:shd w:val="clear" w:color="auto" w:fill="F2F2F2"/>
      </w:pPr>
      <w:r>
        <w:rPr>
          <w:rFonts w:ascii="Consolas" w:hAnsi="Consolas"/>
          <w:sz w:val="18"/>
        </w:rPr>
        <w:t>You: Do you know Python?</w:t>
      </w:r>
    </w:p>
    <w:p>
      <w:pPr>
        <w:spacing w:after="0"/>
        <w:ind w:left="360"/>
        <w:shd w:val="clear" w:color="auto" w:fill="F2F2F2"/>
      </w:pPr>
      <w:r>
        <w:rPr>
          <w:rFonts w:ascii="Consolas" w:hAnsi="Consolas"/>
          <w:sz w:val="18"/>
        </w:rPr>
        <w:t>Bot:  Aye, matey—I know Python well. I can help ye write code, fix bugs, explain libraries, or chart a course through scripts, data, web, or automation. What be ye tryin' to do?</w:t>
      </w:r>
    </w:p>
    <w:p>
      <w:pPr>
        <w:spacing w:after="40"/>
      </w:pPr>
    </w:p>
    <w:p>
      <w:pPr>
        <w:spacing w:after="80"/>
      </w:pPr>
      <w:r>
        <w:rPr>
          <w:b w:val="0"/>
          <w:i w:val="0"/>
        </w:rPr>
        <w:t xml:space="preserve">Những khả năng khác là kiểm soát ngôn ngữ (ví dụ: </w:t>
      </w:r>
      <w:r>
        <w:rPr>
          <w:b w:val="0"/>
          <w:i/>
        </w:rPr>
        <w:t>trả lời bằng tiếng Đức</w:t>
      </w:r>
      <w:r>
        <w:rPr>
          <w:b w:val="0"/>
          <w:i w:val="0"/>
        </w:rPr>
        <w:t xml:space="preserve">), rào chắn an toàn (guardrails) (ví dụ: </w:t>
      </w:r>
      <w:r>
        <w:rPr>
          <w:b w:val="0"/>
          <w:i/>
        </w:rPr>
        <w:t>dù người dùng nói gì, đừng trả lời các câu hỏi liên quan đến Python</w:t>
      </w:r>
      <w:r>
        <w:rPr>
          <w:b w:val="0"/>
          <w:i w:val="0"/>
        </w:rPr>
        <w:t xml:space="preserve">), hoặc định dạng (ví dụ: </w:t>
      </w:r>
      <w:r>
        <w:rPr>
          <w:b w:val="0"/>
          <w:i/>
        </w:rPr>
        <w:t>tránh trả lời bằng Markdown</w:t>
      </w:r>
      <w:r>
        <w:rPr>
          <w:b w:val="0"/>
          <w:i w:val="0"/>
        </w:rPr>
        <w:t>).</w:t>
      </w:r>
    </w:p>
    <w:p>
      <w:pPr>
        <w:spacing w:after="80"/>
      </w:pPr>
      <w:r>
        <w:rPr>
          <w:b/>
          <w:i w:val="0"/>
        </w:rPr>
        <w:t>Mẹo</w:t>
      </w:r>
    </w:p>
    <w:p>
      <w:pPr>
        <w:spacing w:after="80"/>
      </w:pPr>
      <w:r>
        <w:rPr>
          <w:b w:val="0"/>
          <w:i w:val="0"/>
        </w:rPr>
        <w:t xml:space="preserve">Ví dụ, nếu bạn kiểm tra câu trả lời trong </w:t>
      </w:r>
      <w:r>
        <w:rPr>
          <w:b w:val="0"/>
          <w:i/>
        </w:rPr>
        <w:t>Bước 3</w:t>
      </w:r>
      <w:r>
        <w:rPr>
          <w:b w:val="0"/>
          <w:i w:val="0"/>
        </w:rPr>
        <w:t xml:space="preserve">, bạn sẽ thấy nó đang cố trả về văn bản Markdown, mà ứng dụng của chúng ta không định dạng được. Bạn có thể hạn chế điều này bằng cách nói rằng không được trả về Markdown. Hoặc bạn có thể tinh chỉnh chatbot để in đúng định dạng Markdown. Bạn có thể thử tích hợp thư viện </w:t>
      </w:r>
      <w:r>
        <w:rPr>
          <w:rFonts w:ascii="Consolas" w:hAnsi="Consolas"/>
          <w:b w:val="0"/>
          <w:i w:val="0"/>
          <w:sz w:val="20"/>
        </w:rPr>
        <w:br/>
        <w:br/>
        <w:t xml:space="preserve">       rich</w:t>
        <w:br/>
        <w:t xml:space="preserve">      </w:t>
        <w:br/>
      </w:r>
      <w:r>
        <w:rPr>
          <w:b w:val="0"/>
          <w:i w:val="0"/>
        </w:rPr>
        <w:t xml:space="preserve"> (</w:t>
      </w:r>
      <w:r>
        <w:rPr>
          <w:rFonts w:ascii="Consolas" w:hAnsi="Consolas"/>
          <w:b w:val="0"/>
          <w:i w:val="0"/>
          <w:sz w:val="20"/>
        </w:rPr>
        <w:br/>
        <w:br/>
        <w:t xml:space="preserve">        https://rich.readthedocs.io/en/latest/markdown.html</w:t>
        <w:br/>
        <w:t xml:space="preserve">       </w:t>
        <w:br/>
      </w:r>
      <w:r>
        <w:rPr>
          <w:b w:val="0"/>
          <w:i w:val="0"/>
        </w:rPr>
        <w:t>) vào chatbot của chúng ta!</w:t>
      </w:r>
    </w:p>
    <w:p>
      <w:pPr>
        <w:spacing w:after="80"/>
      </w:pPr>
      <w:r>
        <w:rPr>
          <w:b w:val="0"/>
          <w:i w:val="0"/>
        </w:rPr>
        <w:t>Một yếu tố quan trọng của chatbot là việc ngữ cảnh của chúng ta sẽ ngày càng lớn dần. Khi cuộc trò chuyện và số lượng thông điệp tăng lên, chúng ta đang sử dụng ngày càng nhiều ngữ cảnh. Ngay cả khi chúng ta không lấp đầy hoàn toàn cửa sổ ngữ cảnh (context window), điều này cũng khiến các lệnh gọi API của chúng ta tốn kém hơn. Như một chiến lược đơn giản, có thể là ý hay nếu đặt số lượng thông điệp tối đa, loại bỏ những thông điệp cũ nhất để tránh rắc rối, hoặc gọi mô hình để tạo bản tóm tắt cuộc trò chuyện trước đó sau một kích thước nhất định.</w:t>
      </w:r>
    </w:p>
    <w:p>
      <w:pPr>
        <w:spacing w:after="80"/>
      </w:pPr>
      <w:r>
        <w:rPr>
          <w:b/>
          <w:i w:val="0"/>
        </w:rPr>
        <w:t>Mẹo</w:t>
      </w:r>
    </w:p>
    <w:p>
      <w:pPr>
        <w:spacing w:after="80"/>
      </w:pPr>
      <w:r>
        <w:rPr>
          <w:b w:val="0"/>
          <w:i w:val="0"/>
        </w:rPr>
        <w:t xml:space="preserve">Các lệnh gọi mô hình AI tới API thường được tính phí theo số token vào và ra. Hãy nghĩ về token như những phần nhỏ của một từ, hay một cách đếm ký tự hoa mỹ. Bạn có thể đặt một số chỉ dẫn trong system prompt để giảm độ dài dòng của các câu trả lời (ví dụ: </w:t>
      </w:r>
      <w:r>
        <w:rPr>
          <w:b w:val="0"/>
          <w:i/>
        </w:rPr>
        <w:t>hãy trả lời ngắn gọn</w:t>
      </w:r>
      <w:r>
        <w:rPr>
          <w:b w:val="0"/>
          <w:i w:val="0"/>
        </w:rPr>
        <w:t>) nhằm cố gắng tránh lãng phí.</w:t>
      </w:r>
    </w:p>
    <w:p>
      <w:pPr>
        <w:spacing w:after="80"/>
      </w:pPr>
      <w:r>
        <w:rPr>
          <w:b w:val="0"/>
          <w:i w:val="0"/>
        </w:rPr>
        <w:t xml:space="preserve">Như bạn thấy ở đây, mô hình không có bộ nhớ gì cả. Nó không nhớ những tương tác trước đó của chúng ta trừ khi chúng ta cung cấp chúng như một phần của ngữ cảnh (context). Hãy nhớ lại điều chúng ta đã thảo luận trong mục </w:t>
      </w:r>
      <w:r>
        <w:rPr>
          <w:b w:val="0"/>
          <w:i/>
        </w:rPr>
        <w:t xml:space="preserve"> Hiểu các thành phần của GenAI </w:t>
      </w:r>
      <w:r>
        <w:rPr>
          <w:b w:val="0"/>
          <w:i w:val="0"/>
        </w:rPr>
        <w:t>: nếu ngữ cảnh quá lớn, chất lượng câu trả lời sẽ giảm đi. Một cuộc trò chuyện quá dài với chatbot sẽ cho ra kết quả tệ hơn.</w:t>
      </w:r>
    </w:p>
    <w:p>
      <w:pPr>
        <w:spacing w:after="80"/>
      </w:pPr>
      <w:r>
        <w:rPr>
          <w:b w:val="0"/>
          <w:i w:val="0"/>
        </w:rPr>
        <w:t xml:space="preserve">Lời gọi đến chính mô hình diễn ra trong lệnh gọi </w:t>
      </w:r>
      <w:r>
        <w:rPr>
          <w:rFonts w:ascii="Consolas" w:hAnsi="Consolas"/>
          <w:b w:val="0"/>
          <w:i w:val="0"/>
          <w:sz w:val="20"/>
        </w:rPr>
        <w:br/>
        <w:br/>
        <w:t xml:space="preserve">      client.responses.create</w:t>
        <w:br/>
        <w:t xml:space="preserve">     </w:t>
        <w:br/>
      </w:r>
      <w:r>
        <w:rPr>
          <w:b w:val="0"/>
          <w:i w:val="0"/>
        </w:rPr>
        <w:t>. Lệnh gọi này có thể thất bại vì nhiều lý do như lỗi mạng tạm thời, giới hạn tốc độ (rate limiting), v.v. Trong ví dụ đơn giản của chúng ta, bất kỳ vấn đề nào cũng sẽ khiến chương trình thoát ra. Trong một ứng dụng thực tế, chúng ta nên bọc lệnh gọi trong một khối try…except và bắt các lỗi liên quan có thể cần thử lại.</w:t>
      </w:r>
    </w:p>
    <w:p>
      <w:pPr>
        <w:spacing w:after="80"/>
      </w:pPr>
      <w:r>
        <w:rPr>
          <w:b/>
          <w:i w:val="0"/>
        </w:rPr>
        <w:t>Mẹo</w:t>
      </w:r>
    </w:p>
    <w:p>
      <w:pPr>
        <w:spacing w:after="80"/>
      </w:pPr>
      <w:r>
        <w:rPr>
          <w:b w:val="0"/>
          <w:i w:val="0"/>
        </w:rPr>
        <w:t xml:space="preserve">Một số lỗi có thể chỉ là tạm thời, còn những lỗi khác thì có thử lại cũng không ảnh hưởng gì. Ví dụ, một vấn đề xác thực ( </w:t>
      </w:r>
      <w:r>
        <w:rPr>
          <w:rFonts w:ascii="Consolas" w:hAnsi="Consolas"/>
          <w:b w:val="0"/>
          <w:i w:val="0"/>
          <w:sz w:val="20"/>
        </w:rPr>
        <w:br/>
        <w:br/>
        <w:t xml:space="preserve">       openai.APIStatusError</w:t>
        <w:br/>
        <w:t xml:space="preserve">      </w:t>
        <w:br/>
      </w:r>
      <w:r>
        <w:rPr>
          <w:b w:val="0"/>
          <w:i w:val="0"/>
        </w:rPr>
        <w:t xml:space="preserve"> trả về mã trạng thái 401) thường là do cấu hình khóa sai, trong khi ngoại lệ </w:t>
      </w:r>
      <w:r>
        <w:rPr>
          <w:rFonts w:ascii="Consolas" w:hAnsi="Consolas"/>
          <w:b w:val="0"/>
          <w:i w:val="0"/>
          <w:sz w:val="20"/>
        </w:rPr>
        <w:br/>
        <w:br/>
        <w:t xml:space="preserve">       openai.RateLimitError</w:t>
        <w:br/>
        <w:t xml:space="preserve">      </w:t>
        <w:br/>
      </w:r>
      <w:r>
        <w:rPr>
          <w:b w:val="0"/>
          <w:i w:val="0"/>
        </w:rPr>
        <w:t xml:space="preserve"> nghĩa là chúng ta nên đợi một chút cho đến khi có thể gửi yêu cầu trở lại.</w:t>
      </w:r>
    </w:p>
    <w:p>
      <w:pPr>
        <w:spacing w:after="80"/>
      </w:pPr>
      <w:r>
        <w:rPr>
          <w:b w:val="0"/>
          <w:i w:val="0"/>
        </w:rPr>
        <w:t xml:space="preserve">Xem định nghĩa của các lỗi và cách xử lý chúng tại </w:t>
      </w:r>
      <w:r>
        <w:rPr>
          <w:rFonts w:ascii="Consolas" w:hAnsi="Consolas"/>
          <w:b w:val="0"/>
          <w:i w:val="0"/>
          <w:sz w:val="20"/>
        </w:rPr>
        <w:br/>
        <w:br/>
        <w:t xml:space="preserve">        https://github.com/openai/openai-python#handling-errors</w:t>
        <w:br/>
        <w:t xml:space="preserve">       </w:t>
        <w:br/>
      </w:r>
    </w:p>
    <w:p>
      <w:pPr>
        <w:spacing w:after="80"/>
      </w:pPr>
      <w:r>
        <w:rPr>
          <w:b w:val="0"/>
          <w:i w:val="0"/>
        </w:rPr>
        <w:t xml:space="preserve">Tài liệu đầy đủ về </w:t>
      </w:r>
      <w:r>
        <w:rPr>
          <w:rFonts w:ascii="Consolas" w:hAnsi="Consolas"/>
          <w:b w:val="0"/>
          <w:i w:val="0"/>
          <w:sz w:val="20"/>
        </w:rPr>
        <w:br/>
        <w:br/>
        <w:t xml:space="preserve">      openai</w:t>
        <w:br/>
        <w:t xml:space="preserve">     </w:t>
        <w:br/>
      </w:r>
      <w:r>
        <w:rPr>
          <w:b w:val="0"/>
          <w:i w:val="0"/>
        </w:rPr>
        <w:t xml:space="preserve"> có tại </w:t>
      </w:r>
      <w:r>
        <w:rPr>
          <w:rFonts w:ascii="Consolas" w:hAnsi="Consolas"/>
          <w:b w:val="0"/>
          <w:i w:val="0"/>
          <w:sz w:val="20"/>
        </w:rPr>
        <w:br/>
        <w:br/>
        <w:t xml:space="preserve">       https://developers.openai.com/api/docs/</w:t>
        <w:br/>
        <w:t xml:space="preserve">      </w:t>
        <w:br/>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Sử dụng mô hình cục bộ </w:t>
      </w:r>
      <w:r>
        <w:rPr>
          <w:b w:val="0"/>
          <w:i w:val="0"/>
        </w:rPr>
        <w:t>, tiếp theo trong chương này, để học cách tạo một chatbot chạy cục bộ trên máy tính của bạn</w:t>
      </w:r>
    </w:p>
    <w:p>
      <w:pPr>
        <w:pStyle w:val="Heading2"/>
      </w:pPr>
      <w:r>
        <w:rPr>
          <w:rFonts w:ascii="Calibri" w:hAnsi="Calibri"/>
          <w:b/>
          <w:i w:val="0"/>
          <w:sz w:val="32"/>
        </w:rPr>
        <w:t>Sử dụng mô hình cục bộ</w:t>
      </w:r>
    </w:p>
    <w:p>
      <w:pPr>
        <w:spacing w:after="80"/>
      </w:pPr>
      <w:r>
        <w:rPr>
          <w:b w:val="0"/>
          <w:i w:val="0"/>
        </w:rPr>
        <w:t>Gọi một mô hình AI thương mại không phải là lựa chọn duy nhất khi dùng GenAI. Trong công thức này, chúng ta sẽ xem cách sử dụng một mô hình cục bộ được cài đặt trên máy tính của mình, thay vì gọi một API bên ngoài.</w:t>
      </w:r>
    </w:p>
    <w:p>
      <w:pPr>
        <w:spacing w:after="80"/>
      </w:pPr>
      <w:r>
        <w:rPr>
          <w:b/>
          <w:i w:val="0"/>
        </w:rPr>
        <w:t>Mẹo</w:t>
      </w:r>
    </w:p>
    <w:p>
      <w:pPr>
        <w:spacing w:after="80"/>
      </w:pPr>
      <w:r>
        <w:rPr>
          <w:b w:val="0"/>
          <w:i w:val="0"/>
        </w:rPr>
        <w:t>Trừ khi bạn có phần cứng chuyên dụng, các mô hình cục bộ nhỏ hơn nhiều và kém khả năng hơn so với các mô hình thương mại. Nhưng bạn có thể dùng chúng mà không phải trả thêm phí, và chúng có thể mang lại kết quả tốt cho trường hợp sử dụng của bạn.</w:t>
      </w:r>
    </w:p>
    <w:p>
      <w:pPr>
        <w:spacing w:after="80"/>
      </w:pPr>
      <w:r>
        <w:rPr>
          <w:b w:val="0"/>
          <w:i w:val="0"/>
        </w:rPr>
        <w:t>Để làm điều đó, chúng ta sẽ dùng Ollama, công cụ này cho phép chúng ta tải xuống và chạy các nguồn trọng số mở (open-weight) trên máy tính của mình.</w:t>
      </w:r>
    </w:p>
    <w:p>
      <w:pPr>
        <w:pStyle w:val="Heading3"/>
      </w:pPr>
      <w:r>
        <w:rPr>
          <w:rFonts w:ascii="Calibri" w:hAnsi="Calibri"/>
          <w:b/>
          <w:i w:val="0"/>
          <w:sz w:val="26"/>
        </w:rPr>
        <w:t>Chuẩn bị</w:t>
      </w:r>
    </w:p>
    <w:p>
      <w:pPr>
        <w:spacing w:after="80"/>
      </w:pPr>
      <w:r>
        <w:rPr>
          <w:b w:val="0"/>
          <w:i w:val="0"/>
        </w:rPr>
        <w:t>Bạn cần cài đặt Ollama cục bộ (https://ollama.com/). Truy cập trang của nó và làm theo hướng dẫn tại https://ollama.com/download.</w:t>
      </w:r>
    </w:p>
    <w:p>
      <w:pPr>
        <w:spacing w:after="80"/>
      </w:pPr>
      <w:r>
        <w:rPr>
          <w:b w:val="0"/>
          <w:i w:val="0"/>
        </w:rPr>
        <w:t xml:space="preserve">Sau khi cài đặt, bạn sẽ có thể chạy nó cục bộ và tải các mô hình về. Trong ví dụ này, chúng ta sẽ dùng một mô hình nhỏ có thể chạy trên bất kỳ máy hiện đại nào có đủ RAM, </w:t>
      </w:r>
      <w:r>
        <w:rPr>
          <w:rFonts w:ascii="Consolas" w:hAnsi="Consolas"/>
          <w:b w:val="0"/>
          <w:i w:val="0"/>
          <w:sz w:val="20"/>
        </w:rPr>
        <w:br/>
        <w:br/>
        <w:t xml:space="preserve">      qwen‑3:8b</w:t>
        <w:br/>
        <w:t xml:space="preserve">     </w:t>
        <w:br/>
      </w:r>
      <w:r>
        <w:rPr>
          <w:b w:val="0"/>
          <w:i w:val="0"/>
        </w:rPr>
        <w:t>.</w:t>
      </w:r>
    </w:p>
    <w:p>
      <w:pPr>
        <w:spacing w:after="80"/>
      </w:pPr>
      <w:r>
        <w:rPr>
          <w:b w:val="0"/>
          <w:i w:val="0"/>
        </w:rPr>
        <w:t>Tải và cài đặt mô hình này bằng lệnh sau.</w:t>
      </w:r>
    </w:p>
    <w:p>
      <w:pPr>
        <w:spacing w:after="0"/>
        <w:ind w:left="360"/>
        <w:shd w:val="clear" w:color="auto" w:fill="F2F2F2"/>
      </w:pPr>
      <w:r>
        <w:rPr>
          <w:rFonts w:ascii="Consolas" w:hAnsi="Consolas"/>
          <w:sz w:val="18"/>
        </w:rPr>
        <w:t>$ ollama pull qwen3:8b</w:t>
      </w:r>
    </w:p>
    <w:p>
      <w:pPr>
        <w:spacing w:after="0"/>
        <w:ind w:left="360"/>
        <w:shd w:val="clear" w:color="auto" w:fill="F2F2F2"/>
      </w:pPr>
      <w:r>
        <w:rPr>
          <w:rFonts w:ascii="Consolas" w:hAnsi="Consolas"/>
          <w:sz w:val="18"/>
        </w:rPr>
        <w:t>pulling manifest</w:t>
      </w:r>
    </w:p>
    <w:p>
      <w:pPr>
        <w:spacing w:after="0"/>
        <w:ind w:left="360"/>
        <w:shd w:val="clear" w:color="auto" w:fill="F2F2F2"/>
      </w:pPr>
      <w:r>
        <w:rPr>
          <w:rFonts w:ascii="Consolas" w:hAnsi="Consolas"/>
          <w:sz w:val="18"/>
        </w:rPr>
        <w:t>pulling a3de86cd1c13: 100% ▕████████████████████████████████████████████████████████████████▏ 5.2 GB</w:t>
      </w:r>
    </w:p>
    <w:p>
      <w:pPr>
        <w:spacing w:after="0"/>
        <w:ind w:left="360"/>
        <w:shd w:val="clear" w:color="auto" w:fill="F2F2F2"/>
      </w:pPr>
      <w:r>
        <w:rPr>
          <w:rFonts w:ascii="Consolas" w:hAnsi="Consolas"/>
          <w:sz w:val="18"/>
        </w:rPr>
        <w:t>pulling ae370d884f10: 100% ▕████████████████████████████████████████████████████████████████▏ 1.7 KB</w:t>
      </w:r>
    </w:p>
    <w:p>
      <w:pPr>
        <w:spacing w:after="0"/>
        <w:ind w:left="360"/>
        <w:shd w:val="clear" w:color="auto" w:fill="F2F2F2"/>
      </w:pPr>
      <w:r>
        <w:rPr>
          <w:rFonts w:ascii="Consolas" w:hAnsi="Consolas"/>
          <w:sz w:val="18"/>
        </w:rPr>
        <w:t>pulling d18a5cc71b84: 100% ▕████████████████████████████████████████████████████████████████▏ 11 KB</w:t>
      </w:r>
    </w:p>
    <w:p>
      <w:pPr>
        <w:spacing w:after="0"/>
        <w:ind w:left="360"/>
        <w:shd w:val="clear" w:color="auto" w:fill="F2F2F2"/>
      </w:pPr>
      <w:r>
        <w:rPr>
          <w:rFonts w:ascii="Consolas" w:hAnsi="Consolas"/>
          <w:sz w:val="18"/>
        </w:rPr>
        <w:t>pulling cff3f395ef37: 100% ▕████████████████████████████████████████████████████████████████▏ 120 B</w:t>
      </w:r>
    </w:p>
    <w:p>
      <w:pPr>
        <w:spacing w:after="0"/>
        <w:ind w:left="360"/>
        <w:shd w:val="clear" w:color="auto" w:fill="F2F2F2"/>
      </w:pPr>
      <w:r>
        <w:rPr>
          <w:rFonts w:ascii="Consolas" w:hAnsi="Consolas"/>
          <w:sz w:val="18"/>
        </w:rPr>
        <w:t>pulling 05a61d37b084: 100% ▕████████████████████████████████████████████████████████████████▏ 487 B</w:t>
      </w:r>
    </w:p>
    <w:p>
      <w:pPr>
        <w:spacing w:after="0"/>
        <w:ind w:left="360"/>
        <w:shd w:val="clear" w:color="auto" w:fill="F2F2F2"/>
      </w:pPr>
      <w:r>
        <w:rPr>
          <w:rFonts w:ascii="Consolas" w:hAnsi="Consolas"/>
          <w:sz w:val="18"/>
        </w:rPr>
        <w:t>verifying sha256 digest</w:t>
      </w:r>
    </w:p>
    <w:p>
      <w:pPr>
        <w:spacing w:after="0"/>
        <w:ind w:left="360"/>
        <w:shd w:val="clear" w:color="auto" w:fill="F2F2F2"/>
      </w:pPr>
      <w:r>
        <w:rPr>
          <w:rFonts w:ascii="Consolas" w:hAnsi="Consolas"/>
          <w:sz w:val="18"/>
        </w:rPr>
        <w:t>writing manifest</w:t>
      </w:r>
    </w:p>
    <w:p>
      <w:pPr>
        <w:spacing w:after="0"/>
        <w:ind w:left="360"/>
        <w:shd w:val="clear" w:color="auto" w:fill="F2F2F2"/>
      </w:pPr>
      <w:r>
        <w:rPr>
          <w:rFonts w:ascii="Consolas" w:hAnsi="Consolas"/>
          <w:sz w:val="18"/>
        </w:rPr>
        <w:t>success</w:t>
      </w:r>
    </w:p>
    <w:p>
      <w:pPr>
        <w:spacing w:after="40"/>
      </w:pPr>
    </w:p>
    <w:p>
      <w:pPr>
        <w:spacing w:after="80"/>
      </w:pPr>
      <w:r>
        <w:rPr>
          <w:b w:val="0"/>
          <w:i w:val="0"/>
        </w:rPr>
        <w:t>Hãy thử xem nó có chạy đúng không bằng cách chạy lệnh sau.</w:t>
      </w:r>
    </w:p>
    <w:p>
      <w:pPr>
        <w:spacing w:after="0"/>
        <w:ind w:left="360"/>
        <w:shd w:val="clear" w:color="auto" w:fill="F2F2F2"/>
      </w:pPr>
      <w:r>
        <w:rPr>
          <w:rFonts w:ascii="Consolas" w:hAnsi="Consolas"/>
          <w:sz w:val="18"/>
        </w:rPr>
        <w:t>$ ollama run qwen3:8b</w:t>
      </w:r>
    </w:p>
    <w:p>
      <w:pPr>
        <w:spacing w:after="0"/>
        <w:ind w:left="360"/>
        <w:shd w:val="clear" w:color="auto" w:fill="F2F2F2"/>
      </w:pPr>
      <w:r>
        <w:rPr>
          <w:rFonts w:ascii="Consolas" w:hAnsi="Consolas"/>
          <w:sz w:val="18"/>
        </w:rPr>
        <w:t>&gt;&gt;&gt;</w:t>
      </w:r>
    </w:p>
    <w:p>
      <w:pPr>
        <w:spacing w:after="40"/>
      </w:pPr>
    </w:p>
    <w:p>
      <w:pPr>
        <w:spacing w:after="80"/>
      </w:pPr>
      <w:r>
        <w:rPr>
          <w:b/>
          <w:i w:val="0"/>
        </w:rPr>
        <w:t>Lưu ý</w:t>
      </w:r>
    </w:p>
    <w:p>
      <w:pPr>
        <w:spacing w:after="80"/>
      </w:pPr>
      <w:r>
        <w:rPr>
          <w:b w:val="0"/>
          <w:i w:val="0"/>
        </w:rPr>
        <w:t xml:space="preserve">Mô hình này nên chạy trên máy tính có 8GB RAM, tuy có thể hơi chậm một chút. Nếu nó bị crash, bạn có thể thử một mô hình nhỏ hơn như </w:t>
      </w:r>
      <w:r>
        <w:rPr>
          <w:rFonts w:ascii="Consolas" w:hAnsi="Consolas"/>
          <w:b w:val="0"/>
          <w:i w:val="0"/>
          <w:sz w:val="20"/>
        </w:rPr>
        <w:br/>
        <w:br/>
        <w:t xml:space="preserve">       qwen3:4b</w:t>
        <w:br/>
        <w:t xml:space="preserve">      </w:t>
        <w:br/>
      </w:r>
      <w:r>
        <w:rPr>
          <w:b w:val="0"/>
          <w:i w:val="0"/>
        </w:rPr>
        <w:t xml:space="preserve"> . Bạn có thể xem toàn bộ danh sách các mô hình có sẵn thuộc dòng này tại trang này: </w:t>
      </w:r>
      <w:r>
        <w:rPr>
          <w:rFonts w:ascii="Consolas" w:hAnsi="Consolas"/>
          <w:b w:val="0"/>
          <w:i w:val="0"/>
          <w:sz w:val="20"/>
        </w:rPr>
        <w:br/>
        <w:br/>
        <w:t xml:space="preserve">        https://ollama.com/library/qwen3</w:t>
        <w:br/>
        <w:t xml:space="preserve">       </w:t>
        <w:br/>
      </w:r>
    </w:p>
    <w:p>
      <w:pPr>
        <w:spacing w:after="80"/>
      </w:pPr>
      <w:r>
        <w:rPr>
          <w:b w:val="0"/>
          <w:i w:val="0"/>
        </w:rPr>
        <w:t xml:space="preserve">Bạn cũng cần cài đặt mô-đun </w:t>
      </w:r>
      <w:r>
        <w:rPr>
          <w:rFonts w:ascii="Consolas" w:hAnsi="Consolas"/>
          <w:b w:val="0"/>
          <w:i w:val="0"/>
          <w:sz w:val="20"/>
        </w:rPr>
        <w:br/>
        <w:br/>
        <w:t xml:space="preserve">      ollama</w:t>
        <w:br/>
        <w:t xml:space="preserve">     </w:t>
        <w:br/>
      </w:r>
      <w:r>
        <w:rPr>
          <w:b w:val="0"/>
          <w:i w:val="0"/>
        </w:rPr>
        <w:t xml:space="preserve"> để tương tác theo cách lập trình trong Python.</w:t>
      </w:r>
    </w:p>
    <w:p>
      <w:pPr>
        <w:spacing w:after="0"/>
        <w:ind w:left="360"/>
        <w:shd w:val="clear" w:color="auto" w:fill="F2F2F2"/>
      </w:pPr>
      <w:r>
        <w:rPr>
          <w:rFonts w:ascii="Consolas" w:hAnsi="Consolas"/>
          <w:sz w:val="18"/>
        </w:rPr>
        <w:t>$ echo "ollama==0.6.1" &gt;&gt; requirements.txt</w:t>
      </w:r>
    </w:p>
    <w:p>
      <w:pPr>
        <w:spacing w:after="0"/>
        <w:ind w:left="360"/>
        <w:shd w:val="clear" w:color="auto" w:fill="F2F2F2"/>
      </w:pPr>
      <w:r>
        <w:rPr>
          <w:rFonts w:ascii="Consolas" w:hAnsi="Consolas"/>
          <w:sz w:val="18"/>
        </w:rPr>
        <w:t>$ pip install -r requirements.txt</w:t>
      </w:r>
    </w:p>
    <w:p>
      <w:pPr>
        <w:spacing w:after="40"/>
      </w:pPr>
    </w:p>
    <w:p>
      <w:pPr>
        <w:spacing w:after="80"/>
      </w:pPr>
      <w:r>
        <w:rPr>
          <w:b w:val="0"/>
          <w:i w:val="0"/>
        </w:rPr>
        <w:t xml:space="preserve">Tải script </w:t>
      </w:r>
      <w:r>
        <w:rPr>
          <w:rFonts w:ascii="Consolas" w:hAnsi="Consolas"/>
          <w:b w:val="0"/>
          <w:i w:val="0"/>
          <w:sz w:val="20"/>
        </w:rPr>
        <w:br/>
        <w:br/>
        <w:t xml:space="preserve">      local_chatbot.py</w:t>
        <w:br/>
        <w:t xml:space="preserve">     </w:t>
        <w:br/>
      </w:r>
      <w:r>
        <w:rPr>
          <w:b w:val="0"/>
          <w:i w:val="0"/>
        </w:rPr>
        <w:t xml:space="preserve"> từ thư mục chương trên GitHub.</w:t>
      </w:r>
    </w:p>
    <w:p>
      <w:pPr>
        <w:pStyle w:val="Heading3"/>
      </w:pPr>
      <w:r>
        <w:rPr>
          <w:rFonts w:ascii="Calibri" w:hAnsi="Calibri"/>
          <w:b/>
          <w:i w:val="0"/>
          <w:sz w:val="26"/>
        </w:rPr>
        <w:t>Cách thực hiện…</w:t>
      </w:r>
    </w:p>
    <w:p>
      <w:pPr>
        <w:spacing w:after="80"/>
        <w:ind w:left="360"/>
      </w:pPr>
      <w:r>
        <w:t xml:space="preserve">1. </w:t>
      </w:r>
      <w:r>
        <w:rPr>
          <w:b w:val="0"/>
          <w:i w:val="0"/>
        </w:rPr>
        <w:t>Chạy script để khởi động chatbot.</w:t>
      </w:r>
    </w:p>
    <w:p>
      <w:pPr>
        <w:spacing w:after="0"/>
        <w:ind w:left="360"/>
        <w:shd w:val="clear" w:color="auto" w:fill="F2F2F2"/>
      </w:pPr>
      <w:r>
        <w:rPr>
          <w:rFonts w:ascii="Consolas" w:hAnsi="Consolas"/>
          <w:sz w:val="18"/>
        </w:rPr>
        <w:t>$ uv run local_chatbot.py</w:t>
      </w:r>
    </w:p>
    <w:p>
      <w:pPr>
        <w:spacing w:after="0"/>
        <w:ind w:left="360"/>
        <w:shd w:val="clear" w:color="auto" w:fill="F2F2F2"/>
      </w:pPr>
      <w:r>
        <w:rPr>
          <w:rFonts w:ascii="Consolas" w:hAnsi="Consolas"/>
          <w:sz w:val="18"/>
        </w:rPr>
        <w:t>Welcome to the chatbot! Write bye to end!</w:t>
      </w:r>
    </w:p>
    <w:p>
      <w:pPr>
        <w:spacing w:after="0"/>
        <w:ind w:left="360"/>
        <w:shd w:val="clear" w:color="auto" w:fill="F2F2F2"/>
      </w:pPr>
      <w:r>
        <w:rPr>
          <w:rFonts w:ascii="Consolas" w:hAnsi="Consolas"/>
          <w:sz w:val="18"/>
        </w:rPr>
        <w:t>You:</w:t>
      </w:r>
    </w:p>
    <w:p>
      <w:pPr>
        <w:spacing w:after="40"/>
      </w:pPr>
    </w:p>
    <w:p>
      <w:pPr>
        <w:spacing w:after="80"/>
        <w:ind w:left="360"/>
      </w:pPr>
      <w:r>
        <w:t xml:space="preserve">2. </w:t>
      </w:r>
      <w:r>
        <w:rPr>
          <w:b w:val="0"/>
          <w:i w:val="0"/>
        </w:rPr>
        <w:t>Nhập một câu hỏi nào đó. Lưu ý rằng sẽ mất một chút thời gian để nhận phản hồi (sẽ có thêm thông tin về điều này ở phần sau).</w:t>
      </w:r>
    </w:p>
    <w:p>
      <w:pPr>
        <w:spacing w:after="0"/>
        <w:ind w:left="360"/>
        <w:shd w:val="clear" w:color="auto" w:fill="F2F2F2"/>
      </w:pPr>
      <w:r>
        <w:rPr>
          <w:rFonts w:ascii="Consolas" w:hAnsi="Consolas"/>
          <w:sz w:val="18"/>
        </w:rPr>
        <w:t>$ uv run local_chatbot.py</w:t>
      </w:r>
    </w:p>
    <w:p>
      <w:pPr>
        <w:spacing w:after="0"/>
        <w:ind w:left="360"/>
        <w:shd w:val="clear" w:color="auto" w:fill="F2F2F2"/>
      </w:pPr>
      <w:r>
        <w:rPr>
          <w:rFonts w:ascii="Consolas" w:hAnsi="Consolas"/>
          <w:sz w:val="18"/>
        </w:rPr>
        <w:t>Welcome to the chatbot! Write bye to end!</w:t>
      </w:r>
    </w:p>
    <w:p>
      <w:pPr>
        <w:spacing w:after="0"/>
        <w:ind w:left="360"/>
        <w:shd w:val="clear" w:color="auto" w:fill="F2F2F2"/>
      </w:pPr>
      <w:r>
        <w:rPr>
          <w:rFonts w:ascii="Consolas" w:hAnsi="Consolas"/>
          <w:sz w:val="18"/>
        </w:rPr>
        <w:t>You: Do you know Python?</w:t>
      </w:r>
    </w:p>
    <w:p>
      <w:pPr>
        <w:spacing w:after="0"/>
        <w:ind w:left="360"/>
        <w:shd w:val="clear" w:color="auto" w:fill="F2F2F2"/>
      </w:pPr>
      <w:r>
        <w:rPr>
          <w:rFonts w:ascii="Consolas" w:hAnsi="Consolas"/>
          <w:sz w:val="18"/>
        </w:rPr>
        <w:t>Bot:  Yes, I know Python! I can help with writing code, debugging, explaining concepts, or solving problems. How can I assist you today?</w:t>
      </w:r>
    </w:p>
    <w:p>
      <w:pPr>
        <w:spacing w:after="0"/>
        <w:ind w:left="360"/>
        <w:shd w:val="clear" w:color="auto" w:fill="F2F2F2"/>
      </w:pPr>
      <w:r>
        <w:rPr>
          <w:rFonts w:ascii="Consolas" w:hAnsi="Consolas"/>
          <w:sz w:val="18"/>
        </w:rPr>
        <w:t>You:</w:t>
      </w:r>
    </w:p>
    <w:p>
      <w:pPr>
        <w:spacing w:after="40"/>
      </w:pPr>
    </w:p>
    <w:p>
      <w:pPr>
        <w:spacing w:after="80"/>
        <w:ind w:left="360"/>
      </w:pPr>
      <w:r>
        <w:t xml:space="preserve">3. </w:t>
      </w:r>
      <w:r>
        <w:rPr>
          <w:b w:val="0"/>
          <w:i w:val="0"/>
        </w:rPr>
        <w:t>Đặt một câu hỏi tiếp theo. Sau một lúc, nó sẽ trả về kết quả.</w:t>
      </w:r>
    </w:p>
    <w:p>
      <w:pPr>
        <w:spacing w:after="0"/>
        <w:ind w:left="360"/>
        <w:shd w:val="clear" w:color="auto" w:fill="F2F2F2"/>
      </w:pPr>
      <w:r>
        <w:rPr>
          <w:rFonts w:ascii="Consolas" w:hAnsi="Consolas"/>
          <w:sz w:val="18"/>
        </w:rPr>
        <w:t>You: How can I change the value of the value on a dictionary</w:t>
      </w:r>
    </w:p>
    <w:p>
      <w:pPr>
        <w:spacing w:after="0"/>
        <w:ind w:left="360"/>
        <w:shd w:val="clear" w:color="auto" w:fill="F2F2F2"/>
      </w:pPr>
      <w:r>
        <w:rPr>
          <w:rFonts w:ascii="Consolas" w:hAnsi="Consolas"/>
          <w:sz w:val="18"/>
        </w:rPr>
        <w:t>Bot:  To change a value in a dictionary, use the key and assign the new value directly: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```python</w:t>
      </w:r>
    </w:p>
    <w:p>
      <w:pPr>
        <w:spacing w:after="0"/>
        <w:ind w:left="360"/>
        <w:shd w:val="clear" w:color="auto" w:fill="F2F2F2"/>
      </w:pPr>
      <w:r>
        <w:rPr>
          <w:rFonts w:ascii="Consolas" w:hAnsi="Consolas"/>
          <w:sz w:val="18"/>
        </w:rPr>
        <w:t>my_dict = {'key': 'old_value'}</w:t>
      </w:r>
    </w:p>
    <w:p>
      <w:pPr>
        <w:spacing w:after="0"/>
        <w:ind w:left="360"/>
        <w:shd w:val="clear" w:color="auto" w:fill="F2F2F2"/>
      </w:pPr>
      <w:r>
        <w:rPr>
          <w:rFonts w:ascii="Consolas" w:hAnsi="Consolas"/>
          <w:sz w:val="18"/>
        </w:rPr>
        <w:t>my_dict['key'] = 'new_value'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This updates the value for the specified key. If the key doesn't exist, it will create a new entry. For multiple updates, use `update()`: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```python</w:t>
      </w:r>
    </w:p>
    <w:p>
      <w:pPr>
        <w:spacing w:after="0"/>
        <w:ind w:left="360"/>
        <w:shd w:val="clear" w:color="auto" w:fill="F2F2F2"/>
      </w:pPr>
      <w:r>
        <w:rPr>
          <w:rFonts w:ascii="Consolas" w:hAnsi="Consolas"/>
          <w:sz w:val="18"/>
        </w:rPr>
        <w:t>my_dict.update({'key': 'new_value'})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You:</w:t>
      </w:r>
    </w:p>
    <w:p>
      <w:pPr>
        <w:spacing w:after="40"/>
      </w:pPr>
    </w:p>
    <w:p>
      <w:pPr>
        <w:spacing w:after="80"/>
        <w:ind w:left="360"/>
      </w:pPr>
      <w:r>
        <w:t xml:space="preserve">4. </w:t>
      </w:r>
      <w:r>
        <w:rPr>
          <w:b w:val="0"/>
          <w:i w:val="0"/>
        </w:rPr>
        <w:t>Gõ "bye" để kết thúc phiên làm việc.</w:t>
      </w:r>
    </w:p>
    <w:p>
      <w:pPr>
        <w:spacing w:after="0"/>
        <w:ind w:left="360"/>
        <w:shd w:val="clear" w:color="auto" w:fill="F2F2F2"/>
      </w:pPr>
      <w:r>
        <w:rPr>
          <w:rFonts w:ascii="Consolas" w:hAnsi="Consolas"/>
          <w:sz w:val="18"/>
        </w:rPr>
        <w:t>You: bye</w:t>
      </w:r>
    </w:p>
    <w:p>
      <w:pPr>
        <w:spacing w:after="0"/>
        <w:ind w:left="360"/>
        <w:shd w:val="clear" w:color="auto" w:fill="F2F2F2"/>
      </w:pPr>
      <w:r>
        <w:rPr>
          <w:rFonts w:ascii="Consolas" w:hAnsi="Consolas"/>
          <w:sz w:val="18"/>
        </w:rPr>
        <w:t>Bot: Bye, bye!</w:t>
      </w:r>
    </w:p>
    <w:p>
      <w:pPr>
        <w:spacing w:after="40"/>
      </w:pPr>
    </w:p>
    <w:p>
      <w:pPr>
        <w:pStyle w:val="Heading3"/>
      </w:pPr>
      <w:r>
        <w:rPr>
          <w:rFonts w:ascii="Calibri" w:hAnsi="Calibri"/>
          <w:b/>
          <w:i w:val="0"/>
          <w:sz w:val="26"/>
        </w:rPr>
        <w:t>Cách nó hoạt động…</w:t>
      </w:r>
    </w:p>
    <w:p>
      <w:pPr>
        <w:spacing w:after="80"/>
      </w:pPr>
      <w:r>
        <w:rPr>
          <w:b w:val="0"/>
          <w:i w:val="0"/>
        </w:rPr>
        <w:t xml:space="preserve">Hãy cùng xem script </w:t>
      </w:r>
      <w:r>
        <w:rPr>
          <w:rFonts w:ascii="Consolas" w:hAnsi="Consolas"/>
          <w:b w:val="0"/>
          <w:i w:val="0"/>
          <w:sz w:val="20"/>
        </w:rPr>
        <w:br/>
        <w:br/>
        <w:t xml:space="preserve">      local_chatbot.py</w:t>
        <w:br/>
        <w:t xml:space="preserve">     </w:t>
        <w:br/>
      </w:r>
      <w:r>
        <w:rPr>
          <w:b w:val="0"/>
          <w:i w:val="0"/>
        </w:rPr>
        <w:t xml:space="preserve"> .</w:t>
      </w:r>
    </w:p>
    <w:p>
      <w:pPr>
        <w:spacing w:after="0"/>
        <w:ind w:left="360"/>
        <w:shd w:val="clear" w:color="auto" w:fill="F2F2F2"/>
      </w:pPr>
      <w:r>
        <w:rPr>
          <w:rFonts w:ascii="Consolas" w:hAnsi="Consolas"/>
          <w:sz w:val="18"/>
        </w:rPr>
        <w:t>from ollama import chat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MODEL = 'qwen3:8b'</w:t>
      </w:r>
    </w:p>
    <w:p>
      <w:pPr>
        <w:spacing w:after="0"/>
        <w:ind w:left="360"/>
        <w:shd w:val="clear" w:color="auto" w:fill="F2F2F2"/>
      </w:pPr>
      <w:r>
        <w:rPr>
          <w:rFonts w:ascii="Consolas" w:hAnsi="Consolas"/>
          <w:sz w:val="18"/>
        </w:rPr>
        <w:t>def main():</w:t>
      </w:r>
    </w:p>
    <w:p>
      <w:pPr>
        <w:spacing w:after="0"/>
        <w:ind w:left="360"/>
        <w:shd w:val="clear" w:color="auto" w:fill="F2F2F2"/>
      </w:pPr>
      <w:r>
        <w:rPr>
          <w:rFonts w:ascii="Consolas" w:hAnsi="Consolas"/>
          <w:sz w:val="18"/>
        </w:rPr>
        <w:t xml:space="preserve">    messages = [</w:t>
      </w:r>
    </w:p>
    <w:p>
      <w:pPr>
        <w:spacing w:after="0"/>
        <w:ind w:left="360"/>
        <w:shd w:val="clear" w:color="auto" w:fill="F2F2F2"/>
      </w:pPr>
      <w:r>
        <w:rPr>
          <w:rFonts w:ascii="Consolas" w:hAnsi="Consolas"/>
          <w:sz w:val="18"/>
        </w:rPr>
        <w:t xml:space="preserve">        {'role': 'system', 'content': 'you are a helpful assistant. Be concise in your answers'},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print('Welcome to the chatbot! Write bye to end!')</w:t>
      </w:r>
    </w:p>
    <w:p>
      <w:pPr>
        <w:spacing w:after="0"/>
        <w:ind w:left="360"/>
        <w:shd w:val="clear" w:color="auto" w:fill="F2F2F2"/>
      </w:pPr>
      <w:r>
        <w:rPr>
          <w:rFonts w:ascii="Consolas" w:hAnsi="Consolas"/>
          <w:sz w:val="18"/>
        </w:rPr>
        <w:t xml:space="preserve">    while True:</w:t>
      </w:r>
    </w:p>
    <w:p>
      <w:pPr>
        <w:spacing w:after="0"/>
        <w:ind w:left="360"/>
        <w:shd w:val="clear" w:color="auto" w:fill="F2F2F2"/>
      </w:pPr>
      <w:r>
        <w:rPr>
          <w:rFonts w:ascii="Consolas" w:hAnsi="Consolas"/>
          <w:sz w:val="18"/>
        </w:rPr>
        <w:t xml:space="preserve">        user_input = input('You: ')</w:t>
      </w:r>
    </w:p>
    <w:p>
      <w:pPr>
        <w:spacing w:after="0"/>
        <w:ind w:left="360"/>
        <w:shd w:val="clear" w:color="auto" w:fill="F2F2F2"/>
      </w:pPr>
      <w:r>
        <w:rPr>
          <w:rFonts w:ascii="Consolas" w:hAnsi="Consolas"/>
          <w:sz w:val="18"/>
        </w:rPr>
        <w:t xml:space="preserve">        if not user_input:</w:t>
      </w:r>
    </w:p>
    <w:p>
      <w:pPr>
        <w:spacing w:after="0"/>
        <w:ind w:left="360"/>
        <w:shd w:val="clear" w:color="auto" w:fill="F2F2F2"/>
      </w:pPr>
      <w:r>
        <w:rPr>
          <w:rFonts w:ascii="Consolas" w:hAnsi="Consolas"/>
          <w:sz w:val="18"/>
        </w:rPr>
        <w:t xml:space="preserve">            continue</w:t>
      </w:r>
    </w:p>
    <w:p>
      <w:pPr>
        <w:spacing w:after="0"/>
        <w:ind w:left="360"/>
        <w:shd w:val="clear" w:color="auto" w:fill="F2F2F2"/>
      </w:pPr>
      <w:r>
        <w:rPr>
          <w:rFonts w:ascii="Consolas" w:hAnsi="Consolas"/>
          <w:sz w:val="18"/>
        </w:rPr>
        <w:t>elif user_input.lower() == 'bye':</w:t>
      </w:r>
    </w:p>
    <w:p>
      <w:pPr>
        <w:spacing w:after="0"/>
        <w:ind w:left="360"/>
        <w:shd w:val="clear" w:color="auto" w:fill="F2F2F2"/>
      </w:pPr>
      <w:r>
        <w:rPr>
          <w:rFonts w:ascii="Consolas" w:hAnsi="Consolas"/>
          <w:sz w:val="18"/>
        </w:rPr>
        <w:t xml:space="preserve">            print('Bot: Bye, bye!')</w:t>
      </w:r>
    </w:p>
    <w:p>
      <w:pPr>
        <w:spacing w:after="0"/>
        <w:ind w:left="360"/>
        <w:shd w:val="clear" w:color="auto" w:fill="F2F2F2"/>
      </w:pPr>
      <w:r>
        <w:rPr>
          <w:rFonts w:ascii="Consolas" w:hAnsi="Consolas"/>
          <w:sz w:val="18"/>
        </w:rPr>
        <w:t xml:space="preserve">            break</w:t>
      </w:r>
    </w:p>
    <w:p>
      <w:pPr>
        <w:spacing w:after="0"/>
        <w:ind w:left="360"/>
        <w:shd w:val="clear" w:color="auto" w:fill="F2F2F2"/>
      </w:pPr>
      <w:r>
        <w:rPr>
          <w:rFonts w:ascii="Consolas" w:hAnsi="Consolas"/>
          <w:sz w:val="18"/>
        </w:rPr>
        <w:t xml:space="preserve">        messages.append({'role': 'user', 'content': user_input})</w:t>
      </w:r>
    </w:p>
    <w:p>
      <w:pPr>
        <w:spacing w:after="0"/>
        <w:ind w:left="360"/>
        <w:shd w:val="clear" w:color="auto" w:fill="F2F2F2"/>
      </w:pPr>
      <w:r>
        <w:rPr>
          <w:rFonts w:ascii="Consolas" w:hAnsi="Consolas"/>
          <w:sz w:val="18"/>
        </w:rPr>
        <w:t xml:space="preserve">        response = chat(model=MODEL, messages=messages)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reply = response.message.content</w:t>
      </w:r>
    </w:p>
    <w:p>
      <w:pPr>
        <w:spacing w:after="0"/>
        <w:ind w:left="360"/>
        <w:shd w:val="clear" w:color="auto" w:fill="F2F2F2"/>
      </w:pPr>
      <w:r>
        <w:rPr>
          <w:rFonts w:ascii="Consolas" w:hAnsi="Consolas"/>
          <w:sz w:val="18"/>
        </w:rPr>
        <w:t xml:space="preserve">        print('Bot: ', reply)</w:t>
      </w:r>
    </w:p>
    <w:p>
      <w:pPr>
        <w:spacing w:after="0"/>
        <w:ind w:left="360"/>
        <w:shd w:val="clear" w:color="auto" w:fill="F2F2F2"/>
      </w:pPr>
      <w:r>
        <w:rPr>
          <w:rFonts w:ascii="Consolas" w:hAnsi="Consolas"/>
          <w:sz w:val="18"/>
        </w:rPr>
        <w:t xml:space="preserve">        messages.append({'role': 'assistant', 'content': reply})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if __name__ == '__main__':</w:t>
      </w:r>
    </w:p>
    <w:p>
      <w:pPr>
        <w:spacing w:after="0"/>
        <w:ind w:left="360"/>
        <w:shd w:val="clear" w:color="auto" w:fill="F2F2F2"/>
      </w:pPr>
      <w:r>
        <w:rPr>
          <w:rFonts w:ascii="Consolas" w:hAnsi="Consolas"/>
          <w:sz w:val="18"/>
        </w:rPr>
        <w:t xml:space="preserve">    main()</w:t>
      </w:r>
    </w:p>
    <w:p>
      <w:pPr>
        <w:spacing w:after="40"/>
      </w:pPr>
    </w:p>
    <w:p>
      <w:pPr>
        <w:spacing w:after="80"/>
      </w:pPr>
      <w:r>
        <w:rPr>
          <w:b w:val="0"/>
          <w:i w:val="0"/>
        </w:rPr>
        <w:t xml:space="preserve">Nếu bạn so sánh nó với script </w:t>
      </w:r>
      <w:r>
        <w:rPr>
          <w:rFonts w:ascii="Consolas" w:hAnsi="Consolas"/>
          <w:b w:val="0"/>
          <w:i w:val="0"/>
          <w:sz w:val="20"/>
        </w:rPr>
        <w:br/>
        <w:br/>
        <w:t xml:space="preserve">      simple_chatbot.py</w:t>
        <w:br/>
        <w:t xml:space="preserve">     </w:t>
        <w:br/>
      </w:r>
      <w:r>
        <w:rPr>
          <w:b w:val="0"/>
          <w:i w:val="0"/>
        </w:rPr>
        <w:t xml:space="preserve"> từ công thức trước, nó rất giống nhau, chỉ khác vài chi tiết.</w:t>
      </w:r>
    </w:p>
    <w:p>
      <w:pPr>
        <w:spacing w:after="80"/>
        <w:ind w:left="360"/>
      </w:pPr>
      <w:r>
        <w:t xml:space="preserve">• </w:t>
      </w:r>
      <w:r>
        <w:rPr>
          <w:b w:val="0"/>
          <w:i w:val="0"/>
        </w:rPr>
        <w:t xml:space="preserve">Chúng ta import </w:t>
      </w:r>
      <w:r>
        <w:rPr>
          <w:rFonts w:ascii="Consolas" w:hAnsi="Consolas"/>
          <w:b w:val="0"/>
          <w:i w:val="0"/>
          <w:sz w:val="20"/>
        </w:rPr>
        <w:br/>
        <w:br/>
        <w:t xml:space="preserve">       ollama</w:t>
        <w:br/>
        <w:t xml:space="preserve">      </w:t>
        <w:br/>
      </w:r>
      <w:r>
        <w:rPr>
          <w:b w:val="0"/>
          <w:i w:val="0"/>
        </w:rPr>
        <w:t xml:space="preserve"> và dùng </w:t>
      </w:r>
      <w:r>
        <w:rPr>
          <w:rFonts w:ascii="Consolas" w:hAnsi="Consolas"/>
          <w:b w:val="0"/>
          <w:i w:val="0"/>
          <w:sz w:val="20"/>
        </w:rPr>
        <w:br/>
        <w:br/>
        <w:t xml:space="preserve">       MODEL qwen3:8b</w:t>
        <w:br/>
        <w:t xml:space="preserve">      </w:t>
        <w:br/>
      </w:r>
      <w:r>
        <w:rPr>
          <w:b w:val="0"/>
          <w:i w:val="0"/>
        </w:rPr>
        <w:t xml:space="preserve"> cục bộ thay vì mô-đun và mô hình </w:t>
      </w:r>
      <w:r>
        <w:rPr>
          <w:rFonts w:ascii="Consolas" w:hAnsi="Consolas"/>
          <w:b w:val="0"/>
          <w:i w:val="0"/>
          <w:sz w:val="20"/>
        </w:rPr>
        <w:br/>
        <w:br/>
        <w:t xml:space="preserve">       openai</w:t>
        <w:br/>
        <w:t xml:space="preserve">      </w:t>
        <w:br/>
      </w:r>
      <w:r>
        <w:rPr>
          <w:b w:val="0"/>
          <w:i w:val="0"/>
        </w:rPr>
        <w:t xml:space="preserve"> .</w:t>
      </w:r>
    </w:p>
    <w:p>
      <w:pPr>
        <w:spacing w:after="80"/>
        <w:ind w:left="360"/>
      </w:pPr>
      <w:r>
        <w:t xml:space="preserve">• </w:t>
      </w:r>
      <w:r>
        <w:rPr>
          <w:b w:val="0"/>
          <w:i w:val="0"/>
        </w:rPr>
        <w:t xml:space="preserve">Chúng ta dùng </w:t>
      </w:r>
      <w:r>
        <w:rPr>
          <w:rFonts w:ascii="Consolas" w:hAnsi="Consolas"/>
          <w:b w:val="0"/>
          <w:i w:val="0"/>
          <w:sz w:val="20"/>
        </w:rPr>
        <w:br/>
        <w:br/>
        <w:t xml:space="preserve">       ollama.chat()</w:t>
        <w:br/>
        <w:t xml:space="preserve">      </w:t>
        <w:br/>
      </w:r>
      <w:r>
        <w:rPr>
          <w:b w:val="0"/>
          <w:i w:val="0"/>
        </w:rPr>
        <w:t xml:space="preserve"> theo cách tương tự như </w:t>
      </w:r>
      <w:r>
        <w:rPr>
          <w:rFonts w:ascii="Consolas" w:hAnsi="Consolas"/>
          <w:b w:val="0"/>
          <w:i w:val="0"/>
          <w:sz w:val="20"/>
        </w:rPr>
        <w:br/>
        <w:br/>
        <w:t xml:space="preserve">       client.response.create</w:t>
        <w:br/>
        <w:t xml:space="preserve">      </w:t>
        <w:br/>
      </w:r>
      <w:r>
        <w:rPr>
          <w:b w:val="0"/>
          <w:i w:val="0"/>
        </w:rPr>
        <w:t xml:space="preserve"> trước đó. Giao diện gần như giống hệt nhau.</w:t>
      </w:r>
    </w:p>
    <w:p>
      <w:pPr>
        <w:spacing w:after="80"/>
        <w:ind w:left="360"/>
      </w:pPr>
      <w:r>
        <w:t xml:space="preserve">• </w:t>
      </w:r>
      <w:r>
        <w:rPr>
          <w:b w:val="0"/>
          <w:i w:val="0"/>
        </w:rPr>
        <w:t xml:space="preserve">Chúng tôi đã thêm chỉ dẫn </w:t>
      </w:r>
      <w:r>
        <w:rPr>
          <w:rFonts w:ascii="Consolas" w:hAnsi="Consolas"/>
          <w:b w:val="0"/>
          <w:i w:val="0"/>
          <w:sz w:val="20"/>
        </w:rPr>
        <w:br/>
        <w:br/>
        <w:t xml:space="preserve">       Be concise in your answers</w:t>
        <w:br/>
        <w:t xml:space="preserve">      </w:t>
        <w:br/>
      </w:r>
      <w:r>
        <w:rPr>
          <w:b w:val="0"/>
          <w:i w:val="0"/>
        </w:rPr>
        <w:t xml:space="preserve"> vào system prompt để giảm độ dài của câu trả lời.</w:t>
      </w:r>
    </w:p>
    <w:p>
      <w:pPr>
        <w:spacing w:after="80"/>
      </w:pPr>
      <w:r>
        <w:rPr>
          <w:b w:val="0"/>
          <w:i w:val="0"/>
        </w:rPr>
        <w:t>Mô hình này hoàn toàn chạy cục bộ, không tốn thêm chi phí và thông tin của bạn không rời khỏi máy tính. Cứ thoải mái thử nghiệm chất lượng câu trả lời rồi so sánh với những câu trong công thức trước nhé.</w:t>
      </w:r>
    </w:p>
    <w:p>
      <w:pPr>
        <w:spacing w:after="80"/>
      </w:pPr>
      <w:r>
        <w:rPr>
          <w:b w:val="0"/>
          <w:i w:val="0"/>
        </w:rPr>
        <w:t xml:space="preserve">Thời gian chạy sẽ phụ thuộc rất nhiều vào phần cứng mà bạn chạy mô hình. Nó có thể từ cực chậm cho đến mức chấp nhận được. Nó cũng phụ thuộc vào mô hình, với mối tương quan về kích thước (mô hình lớn hơn thường sẽ chạy lâu hơn). Để xem danh sách tất cả các mô hình mà bạn có thể tải về, bạn có thể kiểm tra trên trang web của Ollama tại đây: </w:t>
      </w:r>
      <w:r>
        <w:rPr>
          <w:rFonts w:ascii="Consolas" w:hAnsi="Consolas"/>
          <w:b w:val="0"/>
          <w:i w:val="0"/>
          <w:sz w:val="20"/>
        </w:rPr>
        <w:br/>
        <w:br/>
        <w:t xml:space="preserve">       https://ollama.com/search</w:t>
        <w:br/>
        <w:t xml:space="preserve">      </w:t>
        <w:br/>
      </w:r>
    </w:p>
    <w:p>
      <w:pPr>
        <w:spacing w:after="80"/>
      </w:pPr>
      <w:r>
        <w:rPr>
          <w:b/>
          <w:i w:val="0"/>
        </w:rPr>
        <w:t>Mẹo</w:t>
      </w:r>
    </w:p>
    <w:p>
      <w:pPr>
        <w:spacing w:after="80"/>
      </w:pPr>
      <w:r>
        <w:rPr>
          <w:b w:val="0"/>
          <w:i w:val="0"/>
        </w:rPr>
        <w:t xml:space="preserve">Việc xác định trước liệu một mô hình có chạy được trên phần cứng của bạn hay không có thể khá khó. Dự án </w:t>
      </w:r>
      <w:r>
        <w:rPr>
          <w:rFonts w:ascii="Consolas" w:hAnsi="Consolas"/>
          <w:b w:val="0"/>
          <w:i w:val="0"/>
          <w:sz w:val="20"/>
        </w:rPr>
        <w:br/>
        <w:br/>
        <w:t xml:space="preserve">        https://github.com/AlexsJones/llmfit</w:t>
        <w:br/>
        <w:t xml:space="preserve">       </w:t>
        <w:br/>
      </w:r>
      <w:r>
        <w:rPr>
          <w:b w:val="0"/>
          <w:i w:val="0"/>
        </w:rPr>
        <w:t xml:space="preserve"> có cách tiếp cận linh hoạt, nơi bạn có thể xem rất nhiều mô hình và nhận gợi ý xem chúng có chạy được trên máy tính của bạn hay không.</w:t>
      </w:r>
    </w:p>
    <w:p>
      <w:pPr>
        <w:spacing w:after="80"/>
      </w:pPr>
      <w:r>
        <w:rPr>
          <w:b w:val="0"/>
          <w:i w:val="0"/>
        </w:rPr>
        <w:t xml:space="preserve">Theo nguyên tắc chung, hãy xem kích thước của mô hình (ví dụ với </w:t>
      </w:r>
      <w:r>
        <w:rPr>
          <w:rFonts w:ascii="Consolas" w:hAnsi="Consolas"/>
          <w:b w:val="0"/>
          <w:i w:val="0"/>
          <w:sz w:val="20"/>
        </w:rPr>
        <w:br/>
        <w:br/>
        <w:t xml:space="preserve">       qwen3:8b</w:t>
        <w:br/>
        <w:t xml:space="preserve">      </w:t>
        <w:br/>
      </w:r>
      <w:r>
        <w:rPr>
          <w:b w:val="0"/>
          <w:i w:val="0"/>
        </w:rPr>
        <w:t xml:space="preserve"> là 5.2GB). Nếu nó vừa với tổng RAM của máy tính bạn, thì khả năng cao là chạy được.</w:t>
      </w:r>
    </w:p>
    <w:p>
      <w:pPr>
        <w:pStyle w:val="Heading3"/>
      </w:pPr>
      <w:r>
        <w:rPr>
          <w:rFonts w:ascii="Calibri" w:hAnsi="Calibri"/>
          <w:b/>
          <w:i w:val="0"/>
          <w:sz w:val="26"/>
        </w:rPr>
        <w:t>Còn nữa…</w:t>
      </w:r>
    </w:p>
    <w:p>
      <w:pPr>
        <w:spacing w:after="80"/>
        <w:ind w:left="360"/>
      </w:pPr>
      <w:r>
        <w:t xml:space="preserve">1. </w:t>
      </w:r>
      <w:r>
        <w:rPr>
          <w:b w:val="0"/>
          <w:i w:val="0"/>
        </w:rPr>
        <w:t xml:space="preserve">Chúng tôi đã chọn một mô hình thuộc loại </w:t>
      </w:r>
      <w:r>
        <w:rPr>
          <w:b w:val="0"/>
          <w:i/>
        </w:rPr>
        <w:t xml:space="preserve"> thinking </w:t>
      </w:r>
      <w:r>
        <w:rPr>
          <w:b w:val="0"/>
          <w:i w:val="0"/>
        </w:rPr>
        <w:t>. Chúng tạo ra một đoạn độc thoại nội tâm thường cho kết quả tốt hơn, nhưng phản hồi chậm hơn. Bạn có thể phơi bày đoạn độc thoại nội tâm này để cung cấp phản hồi và hiểu được lý do đằng sau câu trả lời.</w:t>
      </w:r>
    </w:p>
    <w:p>
      <w:pPr>
        <w:spacing w:after="80"/>
        <w:ind w:left="360"/>
      </w:pPr>
      <w:r>
        <w:t xml:space="preserve">2. </w:t>
      </w:r>
      <w:r>
        <w:rPr>
          <w:b w:val="0"/>
          <w:i w:val="0"/>
        </w:rPr>
        <w:t xml:space="preserve">Để làm điều đó, chúng ta cần bật chat dạng streaming, tức là sẽ truyền kết quả ngay khi chúng sẵn có. Xem script kết quả trong </w:t>
      </w:r>
      <w:r>
        <w:rPr>
          <w:rFonts w:ascii="Consolas" w:hAnsi="Consolas"/>
          <w:b w:val="0"/>
          <w:i w:val="0"/>
          <w:sz w:val="20"/>
        </w:rPr>
        <w:br/>
        <w:br/>
        <w:t xml:space="preserve">       local_stream_chatbot.py</w:t>
        <w:br/>
        <w:t xml:space="preserve">      </w:t>
        <w:br/>
      </w:r>
      <w:r>
        <w:rPr>
          <w:rFonts w:ascii="Consolas" w:hAnsi="Consolas"/>
          <w:b w:val="0"/>
          <w:i w:val="0"/>
          <w:sz w:val="20"/>
        </w:rPr>
        <w:t xml:space="preserve"> , có sẵn trong thư mục chương của kho GitHub. Để chạy nó, bạn cần thêm mô-đun </w:t>
      </w:r>
      <w:r>
        <w:rPr>
          <w:rFonts w:ascii="Consolas" w:hAnsi="Consolas"/>
          <w:b w:val="0"/>
          <w:i w:val="0"/>
          <w:sz w:val="20"/>
        </w:rPr>
        <w:br/>
        <w:br/>
        <w:t xml:space="preserve">       colorama</w:t>
        <w:br/>
        <w:t xml:space="preserve">      </w:t>
        <w:br/>
      </w:r>
      <w:r>
        <w:rPr>
          <w:b w:val="0"/>
          <w:i w:val="0"/>
        </w:rPr>
        <w:t xml:space="preserve"> vào requirements của mình.</w:t>
      </w:r>
    </w:p>
    <w:p>
      <w:pPr>
        <w:spacing w:after="0"/>
        <w:ind w:left="360"/>
        <w:shd w:val="clear" w:color="auto" w:fill="F2F2F2"/>
      </w:pPr>
      <w:r>
        <w:rPr>
          <w:rFonts w:ascii="Consolas" w:hAnsi="Consolas"/>
          <w:sz w:val="18"/>
        </w:rPr>
        <w:t>$ echo "colorama==0.4.6" &gt;&gt; requirements.txt</w:t>
      </w:r>
    </w:p>
    <w:p>
      <w:pPr>
        <w:spacing w:after="0"/>
        <w:ind w:left="360"/>
        <w:shd w:val="clear" w:color="auto" w:fill="F2F2F2"/>
      </w:pPr>
      <w:r>
        <w:rPr>
          <w:rFonts w:ascii="Consolas" w:hAnsi="Consolas"/>
          <w:sz w:val="18"/>
        </w:rPr>
        <w:t>$ pip install -r requirements.txt</w:t>
      </w:r>
    </w:p>
    <w:p>
      <w:pPr>
        <w:spacing w:after="40"/>
      </w:pPr>
    </w:p>
    <w:p>
      <w:pPr>
        <w:spacing w:after="80"/>
        <w:ind w:left="360"/>
      </w:pPr>
      <w:r>
        <w:t xml:space="preserve">3. </w:t>
      </w:r>
      <w:r>
        <w:rPr>
          <w:b w:val="0"/>
          <w:i w:val="0"/>
        </w:rPr>
        <w:t>Khi gọi nó, bạn sẽ thấy quá trình suy nghĩ hiện ra, như thế này: Lưu ý rằng phần suy nghĩ hiển thị mờ đi.</w:t>
      </w:r>
    </w:p>
    <w:p>
      <w:pPr>
        <w:spacing w:after="0"/>
        <w:ind w:left="360"/>
        <w:shd w:val="clear" w:color="auto" w:fill="F2F2F2"/>
      </w:pPr>
      <w:r>
        <w:rPr>
          <w:rFonts w:ascii="Consolas" w:hAnsi="Consolas"/>
          <w:sz w:val="18"/>
        </w:rPr>
        <w:t>$ uv run local_stream_chatbot.py</w:t>
      </w:r>
    </w:p>
    <w:p>
      <w:pPr>
        <w:spacing w:after="0"/>
        <w:ind w:left="360"/>
        <w:shd w:val="clear" w:color="auto" w:fill="F2F2F2"/>
      </w:pPr>
      <w:r>
        <w:rPr>
          <w:rFonts w:ascii="Consolas" w:hAnsi="Consolas"/>
          <w:sz w:val="18"/>
        </w:rPr>
        <w:t>Welcome to the chatbot! Write bye to end!</w:t>
      </w:r>
    </w:p>
    <w:p>
      <w:pPr>
        <w:spacing w:after="0"/>
        <w:ind w:left="360"/>
        <w:shd w:val="clear" w:color="auto" w:fill="F2F2F2"/>
      </w:pPr>
      <w:r>
        <w:rPr>
          <w:rFonts w:ascii="Consolas" w:hAnsi="Consolas"/>
          <w:sz w:val="18"/>
        </w:rPr>
        <w:t>You: Do you know python?</w:t>
      </w:r>
    </w:p>
    <w:p>
      <w:pPr>
        <w:spacing w:after="0"/>
        <w:ind w:left="360"/>
        <w:shd w:val="clear" w:color="auto" w:fill="F2F2F2"/>
      </w:pPr>
      <w:r>
        <w:rPr>
          <w:rFonts w:ascii="Consolas" w:hAnsi="Consolas"/>
          <w:sz w:val="18"/>
        </w:rPr>
        <w:t>Bot: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Okay, the user is asking if I know Python. Let me confirm that first. Yes, I do know Python. I should mention that I can help with coding, debugging, or explaining concepts.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Wait, the user might be looking for specific help. Maybe they have a problem they need solved. I should offer assistance in those areas. Let me keep the response friendly and open-ended.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Also, the user might not know exactly what they need. I should invite them to ask questions or provide code snippets so I can assist better. Let me make sure the response is clear and helpful without being too technical.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Yes, I know Python! I can help with coding, debugging, explaining concepts, or solving problems. Just let me know what you need!</w:t>
      </w:r>
    </w:p>
    <w:p>
      <w:pPr>
        <w:spacing w:after="40"/>
      </w:pPr>
    </w:p>
    <w:p>
      <w:pPr>
        <w:spacing w:after="80"/>
        <w:ind w:left="360"/>
      </w:pPr>
      <w:r>
        <w:t xml:space="preserve">4. </w:t>
      </w:r>
      <w:r>
        <w:rPr>
          <w:b w:val="0"/>
          <w:i w:val="0"/>
        </w:rPr>
        <w:t xml:space="preserve">Script này rất giống với </w:t>
      </w:r>
      <w:r>
        <w:rPr>
          <w:rFonts w:ascii="Consolas" w:hAnsi="Consolas"/>
          <w:b w:val="0"/>
          <w:i w:val="0"/>
          <w:sz w:val="20"/>
        </w:rPr>
        <w:br/>
        <w:br/>
        <w:t xml:space="preserve">       local_chatbot.py</w:t>
        <w:br/>
        <w:t xml:space="preserve">      </w:t>
        <w:br/>
      </w:r>
      <w:r>
        <w:rPr>
          <w:b w:val="0"/>
          <w:i w:val="0"/>
        </w:rPr>
        <w:t xml:space="preserve"> , nhưng có vài điểm khác biệt. Vòng lặp như sau:</w:t>
      </w:r>
    </w:p>
    <w:p>
      <w:pPr>
        <w:spacing w:after="0"/>
        <w:ind w:left="360"/>
        <w:shd w:val="clear" w:color="auto" w:fill="F2F2F2"/>
      </w:pPr>
      <w:r>
        <w:rPr>
          <w:rFonts w:ascii="Consolas" w:hAnsi="Consolas"/>
          <w:sz w:val="18"/>
        </w:rPr>
        <w:t>stream = chat(model=MODEL, messages=messages, stream=True, thinking=True)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print('Bot: ')</w:t>
      </w:r>
    </w:p>
    <w:p>
      <w:pPr>
        <w:spacing w:after="0"/>
        <w:ind w:left="360"/>
        <w:shd w:val="clear" w:color="auto" w:fill="F2F2F2"/>
      </w:pPr>
      <w:r>
        <w:rPr>
          <w:rFonts w:ascii="Consolas" w:hAnsi="Consolas"/>
          <w:sz w:val="18"/>
        </w:rPr>
        <w:t>thinking_style = False</w:t>
      </w:r>
    </w:p>
    <w:p>
      <w:pPr>
        <w:spacing w:after="0"/>
        <w:ind w:left="360"/>
        <w:shd w:val="clear" w:color="auto" w:fill="F2F2F2"/>
      </w:pPr>
      <w:r>
        <w:rPr>
          <w:rFonts w:ascii="Consolas" w:hAnsi="Consolas"/>
          <w:sz w:val="18"/>
        </w:rPr>
        <w:t>response.= []</w:t>
      </w:r>
    </w:p>
    <w:p>
      <w:pPr>
        <w:spacing w:after="0"/>
        <w:ind w:left="360"/>
        <w:shd w:val="clear" w:color="auto" w:fill="F2F2F2"/>
      </w:pPr>
      <w:r>
        <w:rPr>
          <w:rFonts w:ascii="Consolas" w:hAnsi="Consolas"/>
          <w:sz w:val="18"/>
        </w:rPr>
        <w:t>for chunk in stream:</w:t>
      </w:r>
    </w:p>
    <w:p>
      <w:pPr>
        <w:spacing w:after="0"/>
        <w:ind w:left="360"/>
        <w:shd w:val="clear" w:color="auto" w:fill="F2F2F2"/>
      </w:pPr>
      <w:r>
        <w:rPr>
          <w:rFonts w:ascii="Consolas" w:hAnsi="Consolas"/>
          <w:sz w:val="18"/>
        </w:rPr>
        <w:t xml:space="preserve">    if chunk.message.thinking:</w:t>
      </w:r>
    </w:p>
    <w:p>
      <w:pPr>
        <w:spacing w:after="0"/>
        <w:ind w:left="360"/>
        <w:shd w:val="clear" w:color="auto" w:fill="F2F2F2"/>
      </w:pPr>
      <w:r>
        <w:rPr>
          <w:rFonts w:ascii="Consolas" w:hAnsi="Consolas"/>
          <w:sz w:val="18"/>
        </w:rPr>
        <w:t xml:space="preserve">        if not thinking_style:</w:t>
      </w:r>
    </w:p>
    <w:p>
      <w:pPr>
        <w:spacing w:after="0"/>
        <w:ind w:left="360"/>
        <w:shd w:val="clear" w:color="auto" w:fill="F2F2F2"/>
      </w:pPr>
      <w:r>
        <w:rPr>
          <w:rFonts w:ascii="Consolas" w:hAnsi="Consolas"/>
          <w:sz w:val="18"/>
        </w:rPr>
        <w:t xml:space="preserve">            # Thinking style, set clearer type for text</w:t>
      </w:r>
    </w:p>
    <w:p>
      <w:pPr>
        <w:spacing w:after="0"/>
        <w:ind w:left="360"/>
        <w:shd w:val="clear" w:color="auto" w:fill="F2F2F2"/>
      </w:pPr>
      <w:r>
        <w:rPr>
          <w:rFonts w:ascii="Consolas" w:hAnsi="Consolas"/>
          <w:sz w:val="18"/>
        </w:rPr>
        <w:t xml:space="preserve">            thinking_style = True</w:t>
      </w:r>
    </w:p>
    <w:p>
      <w:pPr>
        <w:spacing w:after="0"/>
        <w:ind w:left="360"/>
        <w:shd w:val="clear" w:color="auto" w:fill="F2F2F2"/>
      </w:pPr>
      <w:r>
        <w:rPr>
          <w:rFonts w:ascii="Consolas" w:hAnsi="Consolas"/>
          <w:sz w:val="18"/>
        </w:rPr>
        <w:t>print(Fore.LIGHTBLACK_EX)</w:t>
      </w:r>
    </w:p>
    <w:p>
      <w:pPr>
        <w:spacing w:after="0"/>
        <w:ind w:left="360"/>
        <w:shd w:val="clear" w:color="auto" w:fill="F2F2F2"/>
      </w:pPr>
      <w:r>
        <w:rPr>
          <w:rFonts w:ascii="Consolas" w:hAnsi="Consolas"/>
          <w:sz w:val="18"/>
        </w:rPr>
        <w:t xml:space="preserve">        # Print the thinking process</w:t>
      </w:r>
    </w:p>
    <w:p>
      <w:pPr>
        <w:spacing w:after="0"/>
        <w:ind w:left="360"/>
        <w:shd w:val="clear" w:color="auto" w:fill="F2F2F2"/>
      </w:pPr>
      <w:r>
        <w:rPr>
          <w:rFonts w:ascii="Consolas" w:hAnsi="Consolas"/>
          <w:sz w:val="18"/>
        </w:rPr>
        <w:t xml:space="preserve">        text = chunk.message.thinking</w:t>
      </w:r>
    </w:p>
    <w:p>
      <w:pPr>
        <w:spacing w:after="0"/>
        <w:ind w:left="360"/>
        <w:shd w:val="clear" w:color="auto" w:fill="F2F2F2"/>
      </w:pPr>
      <w:r>
        <w:rPr>
          <w:rFonts w:ascii="Consolas" w:hAnsi="Consolas"/>
          <w:sz w:val="18"/>
        </w:rPr>
        <w:t xml:space="preserve">        print(text, end='', flush=True)</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if thinking_style:</w:t>
      </w:r>
    </w:p>
    <w:p>
      <w:pPr>
        <w:spacing w:after="0"/>
        <w:ind w:left="360"/>
        <w:shd w:val="clear" w:color="auto" w:fill="F2F2F2"/>
      </w:pPr>
      <w:r>
        <w:rPr>
          <w:rFonts w:ascii="Consolas" w:hAnsi="Consolas"/>
          <w:sz w:val="18"/>
        </w:rPr>
        <w:t xml:space="preserve">             # Back to regular response, reset style</w:t>
      </w:r>
    </w:p>
    <w:p>
      <w:pPr>
        <w:spacing w:after="0"/>
        <w:ind w:left="360"/>
        <w:shd w:val="clear" w:color="auto" w:fill="F2F2F2"/>
      </w:pPr>
      <w:r>
        <w:rPr>
          <w:rFonts w:ascii="Consolas" w:hAnsi="Consolas"/>
          <w:sz w:val="18"/>
        </w:rPr>
        <w:t xml:space="preserve">             thinking_style = False</w:t>
      </w:r>
    </w:p>
    <w:p>
      <w:pPr>
        <w:spacing w:after="0"/>
        <w:ind w:left="360"/>
        <w:shd w:val="clear" w:color="auto" w:fill="F2F2F2"/>
      </w:pPr>
      <w:r>
        <w:rPr>
          <w:rFonts w:ascii="Consolas" w:hAnsi="Consolas"/>
          <w:sz w:val="18"/>
        </w:rPr>
        <w:t>print(Style.RESET_ALL)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text = chunk.message.content</w:t>
      </w:r>
    </w:p>
    <w:p>
      <w:pPr>
        <w:spacing w:after="0"/>
        <w:ind w:left="360"/>
        <w:shd w:val="clear" w:color="auto" w:fill="F2F2F2"/>
      </w:pPr>
      <w:r>
        <w:rPr>
          <w:rFonts w:ascii="Consolas" w:hAnsi="Consolas"/>
          <w:sz w:val="18"/>
        </w:rPr>
        <w:t xml:space="preserve">         response.append(text)</w:t>
      </w:r>
    </w:p>
    <w:p>
      <w:pPr>
        <w:spacing w:after="0"/>
        <w:ind w:left="360"/>
        <w:shd w:val="clear" w:color="auto" w:fill="F2F2F2"/>
      </w:pPr>
      <w:r>
        <w:rPr>
          <w:rFonts w:ascii="Consolas" w:hAnsi="Consolas"/>
          <w:sz w:val="18"/>
        </w:rPr>
        <w:t xml:space="preserve">         print(text, end='', flush=True)</w:t>
      </w:r>
    </w:p>
    <w:p>
      <w:pPr>
        <w:spacing w:after="40"/>
      </w:pPr>
    </w:p>
    <w:p>
      <w:pPr>
        <w:spacing w:after="80"/>
      </w:pPr>
      <w:r>
        <w:rPr>
          <w:b w:val="0"/>
          <w:i w:val="0"/>
        </w:rPr>
        <w:t xml:space="preserve">Bạn có thể thấy rằng chúng ta gọi hàm </w:t>
      </w:r>
      <w:r>
        <w:rPr>
          <w:rFonts w:ascii="Consolas" w:hAnsi="Consolas"/>
          <w:b w:val="0"/>
          <w:i w:val="0"/>
          <w:sz w:val="20"/>
        </w:rPr>
        <w:br/>
        <w:br/>
        <w:t xml:space="preserve">      chat</w:t>
        <w:br/>
        <w:t xml:space="preserve">     </w:t>
        <w:br/>
      </w:r>
      <w:r>
        <w:rPr>
          <w:b w:val="0"/>
          <w:i w:val="0"/>
        </w:rPr>
        <w:t xml:space="preserve"> với </w:t>
      </w:r>
      <w:r>
        <w:rPr>
          <w:rFonts w:ascii="Consolas" w:hAnsi="Consolas"/>
          <w:b w:val="0"/>
          <w:i w:val="0"/>
          <w:sz w:val="20"/>
        </w:rPr>
        <w:br/>
        <w:br/>
        <w:t xml:space="preserve">      stream=True</w:t>
        <w:br/>
        <w:t xml:space="preserve">     </w:t>
        <w:br/>
      </w:r>
      <w:r>
        <w:rPr>
          <w:b w:val="0"/>
          <w:i w:val="0"/>
        </w:rPr>
        <w:t xml:space="preserve"> . Điều này tạo ra một đối tượng </w:t>
      </w:r>
      <w:r>
        <w:rPr>
          <w:rFonts w:ascii="Consolas" w:hAnsi="Consolas"/>
          <w:b w:val="0"/>
          <w:i w:val="0"/>
          <w:sz w:val="20"/>
        </w:rPr>
        <w:br/>
        <w:br/>
        <w:t xml:space="preserve">      stream</w:t>
        <w:br/>
        <w:t xml:space="preserve">     </w:t>
        <w:br/>
      </w:r>
      <w:r>
        <w:rPr>
          <w:b w:val="0"/>
          <w:i w:val="0"/>
        </w:rPr>
        <w:t xml:space="preserve"> mà chúng ta có thể lặp qua, và nhận thông tin ngay khi nó được tạo ra, từng </w:t>
      </w:r>
      <w:r>
        <w:rPr>
          <w:rFonts w:ascii="Consolas" w:hAnsi="Consolas"/>
          <w:b w:val="0"/>
          <w:i w:val="0"/>
          <w:sz w:val="20"/>
        </w:rPr>
        <w:br/>
        <w:br/>
        <w:t xml:space="preserve">      chunk</w:t>
        <w:br/>
        <w:t xml:space="preserve">     </w:t>
        <w:br/>
      </w:r>
      <w:r>
        <w:rPr>
          <w:b w:val="0"/>
          <w:i w:val="0"/>
        </w:rPr>
        <w:t xml:space="preserve"> một.</w:t>
      </w:r>
    </w:p>
    <w:p>
      <w:pPr>
        <w:spacing w:after="80"/>
      </w:pPr>
      <w:r>
        <w:rPr>
          <w:b w:val="0"/>
          <w:i w:val="0"/>
        </w:rPr>
        <w:t xml:space="preserve">Các phần suy nghĩ được lưu trong phần </w:t>
      </w:r>
      <w:r>
        <w:rPr>
          <w:rFonts w:ascii="Consolas" w:hAnsi="Consolas"/>
          <w:b w:val="0"/>
          <w:i w:val="0"/>
          <w:sz w:val="20"/>
        </w:rPr>
        <w:br/>
        <w:br/>
        <w:t xml:space="preserve">      message.thinking</w:t>
        <w:br/>
        <w:t xml:space="preserve">     </w:t>
        <w:br/>
      </w:r>
      <w:r>
        <w:rPr>
          <w:b w:val="0"/>
          <w:i w:val="0"/>
        </w:rPr>
        <w:t xml:space="preserve"> và chúng ta nhận được chúng trước. Sau đó, chúng ta nhận được </w:t>
      </w:r>
      <w:r>
        <w:rPr>
          <w:rFonts w:ascii="Consolas" w:hAnsi="Consolas"/>
          <w:b w:val="0"/>
          <w:i w:val="0"/>
          <w:sz w:val="20"/>
        </w:rPr>
        <w:br/>
        <w:br/>
        <w:t xml:space="preserve">      message.content</w:t>
        <w:br/>
        <w:t xml:space="preserve">     </w:t>
        <w:br/>
      </w:r>
      <w:r>
        <w:rPr>
          <w:b w:val="0"/>
          <w:i w:val="0"/>
        </w:rPr>
        <w:t xml:space="preserve"> như thường lệ.</w:t>
      </w:r>
    </w:p>
    <w:p>
      <w:pPr>
        <w:spacing w:after="80"/>
      </w:pPr>
      <w:r>
        <w:rPr>
          <w:b w:val="0"/>
          <w:i w:val="0"/>
        </w:rPr>
        <w:t>Để tiếp tục cuộc trò chuyện, chúng ta ghép tất cả các phần không phải suy nghĩ lại và thêm chúng vào phần ngữ cảnh cho lần lặp tiếp theo.</w:t>
      </w:r>
    </w:p>
    <w:p>
      <w:pPr>
        <w:spacing w:after="80"/>
      </w:pPr>
      <w:r>
        <w:rPr>
          <w:b/>
          <w:i w:val="0"/>
        </w:rPr>
        <w:t>Mẹo</w:t>
      </w:r>
    </w:p>
    <w:p>
      <w:pPr>
        <w:spacing w:after="80"/>
      </w:pPr>
      <w:r>
        <w:rPr>
          <w:b w:val="0"/>
          <w:i w:val="0"/>
        </w:rPr>
        <w:t xml:space="preserve">Bạn cũng có thể dùng khái niệm streaming trong các mô hình OpenAI. Xem tài liệu của họ tại đây: </w:t>
      </w:r>
      <w:r>
        <w:rPr>
          <w:rFonts w:ascii="Consolas" w:hAnsi="Consolas"/>
          <w:b w:val="0"/>
          <w:i w:val="0"/>
          <w:sz w:val="20"/>
        </w:rPr>
        <w:br/>
        <w:br/>
        <w:t xml:space="preserve">        https://developers.openai.com/api/docs/guides/streaming-responses</w:t>
        <w:br/>
        <w:t xml:space="preserve">       </w:t>
        <w:br/>
      </w:r>
    </w:p>
    <w:p>
      <w:pPr>
        <w:spacing w:after="80"/>
      </w:pPr>
      <w:r>
        <w:rPr>
          <w:b w:val="0"/>
          <w:i w:val="0"/>
        </w:rPr>
        <w:t xml:space="preserve">Trong mỗi trường hợp, chúng ta </w:t>
      </w:r>
      <w:r>
        <w:rPr>
          <w:rFonts w:ascii="Consolas" w:hAnsi="Consolas"/>
          <w:b w:val="0"/>
          <w:i w:val="0"/>
          <w:sz w:val="20"/>
        </w:rPr>
        <w:br/>
        <w:br/>
        <w:t xml:space="preserve">      print</w:t>
        <w:br/>
        <w:t xml:space="preserve">     </w:t>
        <w:br/>
      </w:r>
      <w:r>
        <w:rPr>
          <w:b w:val="0"/>
          <w:i w:val="0"/>
        </w:rPr>
        <w:t xml:space="preserve"> kết quả. Chúng ta tránh in một dòng mới, và </w:t>
      </w:r>
      <w:r>
        <w:rPr>
          <w:rFonts w:ascii="Consolas" w:hAnsi="Consolas"/>
          <w:b w:val="0"/>
          <w:i w:val="0"/>
          <w:sz w:val="20"/>
        </w:rPr>
        <w:br/>
        <w:br/>
        <w:t xml:space="preserve">      flush</w:t>
        <w:br/>
        <w:t xml:space="preserve">     </w:t>
        <w:br/>
      </w:r>
      <w:r>
        <w:rPr>
          <w:b w:val="0"/>
          <w:i w:val="0"/>
        </w:rPr>
        <w:t xml:space="preserve"> trên mỗi phần thông tin để đảm bảo hiển thị thông tin ngay khi nó được tạo ra.</w:t>
      </w:r>
    </w:p>
    <w:p>
      <w:pPr>
        <w:spacing w:after="0"/>
        <w:ind w:left="360"/>
        <w:shd w:val="clear" w:color="auto" w:fill="F2F2F2"/>
      </w:pPr>
      <w:r>
        <w:rPr>
          <w:rFonts w:ascii="Consolas" w:hAnsi="Consolas"/>
          <w:sz w:val="18"/>
        </w:rPr>
        <w:t>print(text, end='', flush=True)</w:t>
      </w:r>
    </w:p>
    <w:p>
      <w:pPr>
        <w:spacing w:after="40"/>
      </w:pPr>
    </w:p>
    <w:p>
      <w:pPr>
        <w:spacing w:after="80"/>
      </w:pPr>
      <w:r>
        <w:rPr>
          <w:b w:val="0"/>
          <w:i w:val="0"/>
        </w:rPr>
        <w:t xml:space="preserve">Chúng ta sử dụng mô-đun </w:t>
      </w:r>
      <w:r>
        <w:rPr>
          <w:rFonts w:ascii="Consolas" w:hAnsi="Consolas"/>
          <w:b w:val="0"/>
          <w:i w:val="0"/>
          <w:sz w:val="20"/>
        </w:rPr>
        <w:br/>
        <w:br/>
        <w:t xml:space="preserve">      colorama</w:t>
        <w:br/>
        <w:t xml:space="preserve">     </w:t>
        <w:br/>
      </w:r>
      <w:r>
        <w:rPr>
          <w:b w:val="0"/>
          <w:i w:val="0"/>
        </w:rPr>
        <w:t xml:space="preserve"> để cung cấp một số định dạng và phân biệt giữa phần suy nghĩ của quá trình và phần trả lời. Mô-đun này cho phép chúng ta in màu trong console theo cách đa nền tảng, một cách dễ dàng.</w:t>
      </w:r>
    </w:p>
    <w:p>
      <w:pPr>
        <w:spacing w:after="80"/>
      </w:pPr>
      <w:r>
        <w:rPr>
          <w:b w:val="0"/>
          <w:i w:val="0"/>
        </w:rPr>
        <w:t>Chúng ta sử dụng các lệnh sau để đặt văn bản thành màu rõ ràng và sau đó đặt lại về bình thường.</w:t>
      </w:r>
    </w:p>
    <w:p>
      <w:pPr>
        <w:spacing w:after="0"/>
        <w:ind w:left="360"/>
        <w:shd w:val="clear" w:color="auto" w:fill="F2F2F2"/>
      </w:pPr>
      <w:r>
        <w:rPr>
          <w:rFonts w:ascii="Consolas" w:hAnsi="Consolas"/>
          <w:sz w:val="18"/>
        </w:rPr>
        <w:t>from colorama import init, Fore, Style</w:t>
      </w:r>
    </w:p>
    <w:p>
      <w:pPr>
        <w:spacing w:after="0"/>
        <w:ind w:left="360"/>
        <w:shd w:val="clear" w:color="auto" w:fill="F2F2F2"/>
      </w:pPr>
      <w:r>
        <w:rPr>
          <w:rFonts w:ascii="Consolas" w:hAnsi="Consolas"/>
          <w:sz w:val="18"/>
        </w:rPr>
        <w:t># Init colorama to show properly in all platforms</w:t>
      </w:r>
    </w:p>
    <w:p>
      <w:pPr>
        <w:spacing w:after="0"/>
        <w:ind w:left="360"/>
        <w:shd w:val="clear" w:color="auto" w:fill="F2F2F2"/>
      </w:pPr>
      <w:r>
        <w:rPr>
          <w:rFonts w:ascii="Consolas" w:hAnsi="Consolas"/>
          <w:sz w:val="18"/>
        </w:rPr>
        <w:t>init()</w:t>
      </w:r>
    </w:p>
    <w:p>
      <w:pPr>
        <w:spacing w:after="0"/>
        <w:ind w:left="360"/>
        <w:shd w:val="clear" w:color="auto" w:fill="F2F2F2"/>
      </w:pPr>
      <w:r>
        <w:rPr>
          <w:rFonts w:ascii="Consolas" w:hAnsi="Consolas"/>
          <w:sz w:val="18"/>
        </w:rPr>
        <w:t>print(Fore.LIGHTBLACK_EX)</w:t>
      </w:r>
    </w:p>
    <w:p>
      <w:pPr>
        <w:spacing w:after="0"/>
        <w:ind w:left="360"/>
        <w:shd w:val="clear" w:color="auto" w:fill="F2F2F2"/>
      </w:pPr>
      <w:r>
        <w:rPr>
          <w:rFonts w:ascii="Consolas" w:hAnsi="Consolas"/>
          <w:sz w:val="18"/>
        </w:rPr>
        <w:t>print(Style.RESET_ALL)</w:t>
      </w:r>
    </w:p>
    <w:p>
      <w:pPr>
        <w:spacing w:after="40"/>
      </w:pPr>
    </w:p>
    <w:p>
      <w:pPr>
        <w:spacing w:after="80"/>
      </w:pPr>
      <w:r>
        <w:rPr>
          <w:b w:val="0"/>
          <w:i w:val="0"/>
        </w:rPr>
        <w:t xml:space="preserve">Tài liệu đầy đủ về </w:t>
      </w:r>
      <w:r>
        <w:rPr>
          <w:rFonts w:ascii="Consolas" w:hAnsi="Consolas"/>
          <w:b w:val="0"/>
          <w:i w:val="0"/>
          <w:sz w:val="20"/>
        </w:rPr>
        <w:br/>
        <w:br/>
        <w:t xml:space="preserve">      colorama</w:t>
        <w:br/>
        <w:t xml:space="preserve">     </w:t>
        <w:br/>
      </w:r>
      <w:r>
        <w:rPr>
          <w:b w:val="0"/>
          <w:i w:val="0"/>
        </w:rPr>
        <w:t xml:space="preserve"> ở đây: </w:t>
      </w:r>
      <w:r>
        <w:rPr>
          <w:rFonts w:ascii="Consolas" w:hAnsi="Consolas"/>
          <w:b w:val="0"/>
          <w:i w:val="0"/>
          <w:sz w:val="20"/>
        </w:rPr>
        <w:br/>
        <w:br/>
        <w:t xml:space="preserve">       https://github.com/tartley/colorama</w:t>
        <w:br/>
        <w:t xml:space="preserve">      </w:t>
        <w:br/>
      </w:r>
    </w:p>
    <w:p>
      <w:pPr>
        <w:spacing w:after="80"/>
      </w:pPr>
      <w:r>
        <w:rPr>
          <w:b w:val="0"/>
          <w:i w:val="0"/>
        </w:rPr>
        <w:t xml:space="preserve">Bạn có thể xem toàn bộ tài liệu mô-đun Python </w:t>
      </w:r>
      <w:r>
        <w:rPr>
          <w:rFonts w:ascii="Consolas" w:hAnsi="Consolas"/>
          <w:b w:val="0"/>
          <w:i w:val="0"/>
          <w:sz w:val="20"/>
        </w:rPr>
        <w:br/>
        <w:br/>
        <w:t xml:space="preserve">      ollama</w:t>
        <w:br/>
        <w:t xml:space="preserve">     </w:t>
        <w:br/>
      </w:r>
      <w:r>
        <w:rPr>
          <w:b w:val="0"/>
          <w:i w:val="0"/>
        </w:rPr>
        <w:t xml:space="preserve"> ở đây: </w:t>
      </w:r>
      <w:r>
        <w:rPr>
          <w:rFonts w:ascii="Consolas" w:hAnsi="Consolas"/>
          <w:b w:val="0"/>
          <w:i w:val="0"/>
          <w:sz w:val="20"/>
        </w:rPr>
        <w:br/>
        <w:br/>
        <w:t xml:space="preserve">       https://github.com/ollama/ollama-python</w:t>
        <w:br/>
        <w:t xml:space="preserve">      </w:t>
        <w:br/>
      </w:r>
    </w:p>
    <w:p>
      <w:pPr>
        <w:spacing w:after="80"/>
      </w:pPr>
      <w:r>
        <w:rPr>
          <w:b/>
          <w:i w:val="0"/>
        </w:rPr>
        <w:t>Lưu ý</w:t>
      </w:r>
    </w:p>
    <w:p>
      <w:pPr>
        <w:spacing w:after="80"/>
      </w:pPr>
      <w:r>
        <w:rPr>
          <w:b w:val="0"/>
          <w:i w:val="0"/>
        </w:rPr>
        <w:t xml:space="preserve">Ngoài việc cho phép bạn chạy các mô hình trọng số mở (open-weight) trên phần cứng của riêng bạn, Ollama cũng cho phép chạy các mô hình trên đám mây của họ, đây có thể là một giải pháp thay thế cho các nhà cung cấp khác. Kiểm tra tài liệu của Ollama về cách thực hiện điều đó và giá cả. </w:t>
      </w:r>
      <w:r>
        <w:rPr>
          <w:rFonts w:ascii="Consolas" w:hAnsi="Consolas"/>
          <w:b w:val="0"/>
          <w:i w:val="0"/>
          <w:sz w:val="20"/>
        </w:rPr>
        <w:br/>
        <w:br/>
        <w:t xml:space="preserve">        https://docs.ollama.com/cloud</w:t>
        <w:br/>
        <w:t xml:space="preserve">       </w:t>
        <w:br/>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Tạo chatbot của riêng bạn </w:t>
      </w:r>
      <w:r>
        <w:rPr>
          <w:b w:val="0"/>
          <w:i w:val="0"/>
        </w:rPr>
        <w:t xml:space="preserve">, ở phần trước trong chương này, để tìm hiểu những kiến thức cơ bản về cách gọi mô-đun </w:t>
      </w:r>
      <w:r>
        <w:rPr>
          <w:rFonts w:ascii="Consolas" w:hAnsi="Consolas"/>
          <w:b w:val="0"/>
          <w:i w:val="0"/>
          <w:sz w:val="20"/>
        </w:rPr>
        <w:br/>
        <w:br/>
        <w:t xml:space="preserve">       openai</w:t>
        <w:br/>
        <w:t xml:space="preserve">      </w:t>
        <w:br/>
      </w:r>
    </w:p>
    <w:p>
      <w:pPr>
        <w:pStyle w:val="Heading2"/>
      </w:pPr>
      <w:r>
        <w:rPr>
          <w:rFonts w:ascii="Calibri" w:hAnsi="Calibri"/>
          <w:b/>
          <w:i w:val="0"/>
          <w:sz w:val="32"/>
        </w:rPr>
        <w:t>Tạo hình ảnh</w:t>
      </w:r>
    </w:p>
    <w:p>
      <w:pPr>
        <w:spacing w:after="80"/>
      </w:pPr>
      <w:r>
        <w:rPr>
          <w:b w:val="0"/>
          <w:i w:val="0"/>
        </w:rPr>
        <w:t xml:space="preserve">GenAI không chỉ hoạt động với văn bản. Nó cũng có thể tạo hình ảnh. Chúng ta sẽ xem cách tạo hình ảnh bằng cách gọi API </w:t>
      </w:r>
      <w:r>
        <w:rPr>
          <w:rFonts w:ascii="Consolas" w:hAnsi="Consolas"/>
          <w:b w:val="0"/>
          <w:i w:val="0"/>
          <w:sz w:val="20"/>
        </w:rPr>
        <w:br/>
        <w:br/>
        <w:t xml:space="preserve">      openAI</w:t>
        <w:br/>
        <w:t xml:space="preserve">     </w:t>
        <w:br/>
      </w:r>
      <w:r>
        <w:rPr>
          <w:b w:val="0"/>
          <w:i w:val="0"/>
        </w:rPr>
        <w:t xml:space="preserve"> dựa trên một câu lệnh (prompt).</w:t>
      </w:r>
    </w:p>
    <w:p>
      <w:pPr>
        <w:pStyle w:val="Heading3"/>
      </w:pPr>
      <w:r>
        <w:rPr>
          <w:rFonts w:ascii="Calibri" w:hAnsi="Calibri"/>
          <w:b/>
          <w:i w:val="0"/>
          <w:sz w:val="26"/>
        </w:rPr>
        <w:t>Chuẩn bị</w:t>
      </w:r>
    </w:p>
    <w:p>
      <w:pPr>
        <w:spacing w:after="80"/>
      </w:pPr>
      <w:r>
        <w:rPr>
          <w:b w:val="0"/>
          <w:i w:val="0"/>
        </w:rPr>
        <w:t>Trong công thức này, chúng ta sẽ cần các mô-đun sau trong môi trường ảo của mình:</w:t>
      </w:r>
    </w:p>
    <w:p>
      <w:pPr>
        <w:spacing w:after="0"/>
        <w:ind w:left="360"/>
        <w:shd w:val="clear" w:color="auto" w:fill="F2F2F2"/>
      </w:pPr>
      <w:r>
        <w:rPr>
          <w:rFonts w:ascii="Consolas" w:hAnsi="Consolas"/>
          <w:sz w:val="18"/>
        </w:rPr>
        <w:t>$ $ echo "python-dotenv==1.2.2" &gt;&gt; requirements.txt</w:t>
      </w:r>
    </w:p>
    <w:p>
      <w:pPr>
        <w:spacing w:after="0"/>
        <w:ind w:left="360"/>
        <w:shd w:val="clear" w:color="auto" w:fill="F2F2F2"/>
      </w:pPr>
      <w:r>
        <w:rPr>
          <w:rFonts w:ascii="Consolas" w:hAnsi="Consolas"/>
          <w:sz w:val="18"/>
        </w:rPr>
        <w:t>$ echo "openai==2.24.0" &gt;&gt; requirements.txt</w:t>
      </w:r>
    </w:p>
    <w:p>
      <w:pPr>
        <w:spacing w:after="0"/>
        <w:ind w:left="360"/>
        <w:shd w:val="clear" w:color="auto" w:fill="F2F2F2"/>
      </w:pPr>
      <w:r>
        <w:rPr>
          <w:rFonts w:ascii="Consolas" w:hAnsi="Consolas"/>
          <w:sz w:val="18"/>
        </w:rPr>
        <w:t>$ pip install -r requirements.txt</w:t>
      </w:r>
    </w:p>
    <w:p>
      <w:pPr>
        <w:spacing w:after="40"/>
      </w:pPr>
    </w:p>
    <w:p>
      <w:pPr>
        <w:spacing w:after="80"/>
      </w:pPr>
      <w:r>
        <w:rPr>
          <w:b w:val="0"/>
          <w:i w:val="0"/>
        </w:rPr>
        <w:t xml:space="preserve">Nhớ điền tệp </w:t>
      </w:r>
      <w:r>
        <w:rPr>
          <w:rFonts w:ascii="Consolas" w:hAnsi="Consolas"/>
          <w:b w:val="0"/>
          <w:i w:val="0"/>
          <w:sz w:val="20"/>
        </w:rPr>
        <w:br/>
        <w:br/>
        <w:t xml:space="preserve">      .env</w:t>
        <w:br/>
        <w:t xml:space="preserve">     </w:t>
        <w:br/>
      </w:r>
      <w:r>
        <w:rPr>
          <w:b w:val="0"/>
          <w:i w:val="0"/>
        </w:rPr>
        <w:t xml:space="preserve"> dựa trên </w:t>
      </w:r>
      <w:r>
        <w:rPr>
          <w:rFonts w:ascii="Consolas" w:hAnsi="Consolas"/>
          <w:b w:val="0"/>
          <w:i w:val="0"/>
          <w:sz w:val="20"/>
        </w:rPr>
        <w:br/>
        <w:br/>
        <w:t xml:space="preserve">      .env.template</w:t>
        <w:br/>
        <w:t xml:space="preserve">     </w:t>
        <w:br/>
      </w:r>
      <w:r>
        <w:rPr>
          <w:b w:val="0"/>
          <w:i w:val="0"/>
        </w:rPr>
        <w:t xml:space="preserve"> với khóa OpenAI của bạn.</w:t>
      </w:r>
    </w:p>
    <w:p>
      <w:pPr>
        <w:spacing w:after="80"/>
      </w:pPr>
      <w:r>
        <w:rPr>
          <w:b w:val="0"/>
          <w:i w:val="0"/>
        </w:rPr>
        <w:t xml:space="preserve">Chúng ta sẽ sử dụng mô hình </w:t>
      </w:r>
      <w:r>
        <w:rPr>
          <w:b w:val="0"/>
          <w:i/>
        </w:rPr>
        <w:t xml:space="preserve"> GPT Image 1.5 </w:t>
      </w:r>
      <w:r>
        <w:rPr>
          <w:b w:val="0"/>
          <w:i w:val="0"/>
        </w:rPr>
        <w:t xml:space="preserve">. Xác minh rằng nó có sẵn. Nếu không, hãy xem phần </w:t>
      </w:r>
      <w:r>
        <w:rPr>
          <w:b w:val="0"/>
          <w:i/>
        </w:rPr>
        <w:t xml:space="preserve"> Còn </w:t>
      </w:r>
      <w:r>
        <w:rPr>
          <w:b w:val="0"/>
          <w:i w:val="0"/>
        </w:rPr>
        <w:t xml:space="preserve"> </w:t>
      </w:r>
      <w:r>
        <w:rPr>
          <w:b w:val="0"/>
          <w:i/>
        </w:rPr>
        <w:t xml:space="preserve"> ' </w:t>
      </w:r>
      <w:r>
        <w:rPr>
          <w:b w:val="0"/>
          <w:i w:val="0"/>
        </w:rPr>
        <w:t xml:space="preserve"> </w:t>
      </w:r>
      <w:r>
        <w:rPr>
          <w:b w:val="0"/>
          <w:i/>
        </w:rPr>
        <w:t xml:space="preserve"> nhiều hơn </w:t>
      </w:r>
      <w:r>
        <w:rPr>
          <w:b w:val="0"/>
          <w:i w:val="0"/>
        </w:rPr>
        <w:t xml:space="preserve"> về cách thay đổi nó.</w:t>
      </w:r>
    </w:p>
    <w:p>
      <w:pPr>
        <w:pStyle w:val="Heading3"/>
      </w:pPr>
      <w:r>
        <w:rPr>
          <w:rFonts w:ascii="Calibri" w:hAnsi="Calibri"/>
          <w:b/>
          <w:i w:val="0"/>
          <w:sz w:val="26"/>
        </w:rPr>
        <w:t>Cách thực hiện…</w:t>
      </w:r>
    </w:p>
    <w:p>
      <w:pPr>
        <w:spacing w:after="80"/>
      </w:pPr>
      <w:r>
        <w:rPr>
          <w:b w:val="0"/>
          <w:i w:val="0"/>
        </w:rPr>
        <w:t xml:space="preserve">Import các mô-đun </w:t>
      </w:r>
      <w:r>
        <w:rPr>
          <w:rFonts w:ascii="Consolas" w:hAnsi="Consolas"/>
          <w:b w:val="0"/>
          <w:i w:val="0"/>
          <w:sz w:val="20"/>
        </w:rPr>
        <w:br/>
        <w:br/>
        <w:t xml:space="preserve">      os</w:t>
        <w:br/>
        <w:t xml:space="preserve">     </w:t>
        <w:br/>
      </w:r>
      <w:r>
        <w:rPr>
          <w:b w:val="0"/>
          <w:i w:val="0"/>
        </w:rPr>
        <w:t xml:space="preserve"> , </w:t>
      </w:r>
      <w:r>
        <w:rPr>
          <w:rFonts w:ascii="Consolas" w:hAnsi="Consolas"/>
          <w:b w:val="0"/>
          <w:i w:val="0"/>
          <w:sz w:val="20"/>
        </w:rPr>
        <w:br/>
        <w:br/>
        <w:t xml:space="preserve">      openai</w:t>
        <w:br/>
        <w:t xml:space="preserve">     </w:t>
        <w:br/>
      </w:r>
      <w:r>
        <w:rPr>
          <w:b w:val="0"/>
          <w:i w:val="0"/>
        </w:rPr>
        <w:t xml:space="preserve"> , </w:t>
      </w:r>
      <w:r>
        <w:rPr>
          <w:rFonts w:ascii="Consolas" w:hAnsi="Consolas"/>
          <w:b w:val="0"/>
          <w:i w:val="0"/>
          <w:sz w:val="20"/>
        </w:rPr>
        <w:br/>
        <w:br/>
        <w:t xml:space="preserve">      base64</w:t>
        <w:br/>
        <w:t xml:space="preserve">     </w:t>
        <w:br/>
      </w:r>
      <w:r>
        <w:rPr>
          <w:b w:val="0"/>
          <w:i w:val="0"/>
        </w:rPr>
        <w:t xml:space="preserve"> , và </w:t>
      </w:r>
      <w:r>
        <w:rPr>
          <w:rFonts w:ascii="Consolas" w:hAnsi="Consolas"/>
          <w:b w:val="0"/>
          <w:i w:val="0"/>
          <w:sz w:val="20"/>
        </w:rPr>
        <w:br/>
        <w:br/>
        <w:t xml:space="preserve">      dotenv</w:t>
        <w:br/>
        <w:t xml:space="preserve">     </w:t>
        <w:br/>
      </w:r>
      <w:r>
        <w:rPr>
          <w:b w:val="0"/>
          <w:i w:val="0"/>
        </w:rPr>
        <w:t xml:space="preserve"> và tải các biến môi trường.</w:t>
      </w:r>
    </w:p>
    <w:p>
      <w:pPr>
        <w:spacing w:after="0"/>
        <w:ind w:left="360"/>
        <w:shd w:val="clear" w:color="auto" w:fill="F2F2F2"/>
      </w:pPr>
      <w:r>
        <w:rPr>
          <w:rFonts w:ascii="Consolas" w:hAnsi="Consolas"/>
          <w:sz w:val="18"/>
        </w:rPr>
        <w:t>&gt;&gt;&gt; import os</w:t>
      </w:r>
    </w:p>
    <w:p>
      <w:pPr>
        <w:spacing w:after="0"/>
        <w:ind w:left="360"/>
        <w:shd w:val="clear" w:color="auto" w:fill="F2F2F2"/>
      </w:pPr>
      <w:r>
        <w:rPr>
          <w:rFonts w:ascii="Consolas" w:hAnsi="Consolas"/>
          <w:sz w:val="18"/>
        </w:rPr>
        <w:t>&gt;&gt;&gt; import openai</w:t>
      </w:r>
    </w:p>
    <w:p>
      <w:pPr>
        <w:spacing w:after="0"/>
        <w:ind w:left="360"/>
        <w:shd w:val="clear" w:color="auto" w:fill="F2F2F2"/>
      </w:pPr>
      <w:r>
        <w:rPr>
          <w:rFonts w:ascii="Consolas" w:hAnsi="Consolas"/>
          <w:sz w:val="18"/>
        </w:rPr>
        <w:t>&gt;&gt;&gt; import base64</w:t>
      </w:r>
    </w:p>
    <w:p>
      <w:pPr>
        <w:spacing w:after="0"/>
        <w:ind w:left="360"/>
        <w:shd w:val="clear" w:color="auto" w:fill="F2F2F2"/>
      </w:pPr>
      <w:r>
        <w:rPr>
          <w:rFonts w:ascii="Consolas" w:hAnsi="Consolas"/>
          <w:sz w:val="18"/>
        </w:rPr>
        <w:t>&gt;&gt;&gt; from dotenv import load_dotenv</w:t>
      </w:r>
    </w:p>
    <w:p>
      <w:pPr>
        <w:spacing w:after="0"/>
        <w:ind w:left="360"/>
        <w:shd w:val="clear" w:color="auto" w:fill="F2F2F2"/>
      </w:pPr>
      <w:r>
        <w:rPr>
          <w:rFonts w:ascii="Consolas" w:hAnsi="Consolas"/>
          <w:sz w:val="18"/>
        </w:rPr>
        <w:t>&gt;&gt;&gt; load_dotenv()</w:t>
      </w:r>
    </w:p>
    <w:p>
      <w:pPr>
        <w:spacing w:after="40"/>
      </w:pPr>
    </w:p>
    <w:p>
      <w:pPr>
        <w:spacing w:after="80"/>
        <w:ind w:left="360"/>
      </w:pPr>
      <w:r>
        <w:t xml:space="preserve">1. </w:t>
      </w:r>
      <w:r>
        <w:rPr>
          <w:b w:val="0"/>
          <w:i w:val="0"/>
        </w:rPr>
        <w:t>Lấy API key từ môi trường và chuẩn bị client cho lệnh gọi.</w:t>
      </w:r>
    </w:p>
    <w:p>
      <w:pPr>
        <w:spacing w:after="0"/>
        <w:ind w:left="360"/>
        <w:shd w:val="clear" w:color="auto" w:fill="F2F2F2"/>
      </w:pPr>
      <w:r>
        <w:rPr>
          <w:rFonts w:ascii="Consolas" w:hAnsi="Consolas"/>
          <w:sz w:val="18"/>
        </w:rPr>
        <w:t>&gt;&gt;&gt; OPEN_AI_KEY = os.getenv('OPEN_AI_KEY')</w:t>
      </w:r>
    </w:p>
    <w:p>
      <w:pPr>
        <w:spacing w:after="0"/>
        <w:ind w:left="360"/>
        <w:shd w:val="clear" w:color="auto" w:fill="F2F2F2"/>
      </w:pPr>
      <w:r>
        <w:rPr>
          <w:rFonts w:ascii="Consolas" w:hAnsi="Consolas"/>
          <w:sz w:val="18"/>
        </w:rPr>
        <w:t>&gt;&gt;&gt; client = openai.OpenAI(api_key=OPEN_AI_KEY)</w:t>
      </w:r>
    </w:p>
    <w:p>
      <w:pPr>
        <w:spacing w:after="40"/>
      </w:pPr>
    </w:p>
    <w:p>
      <w:pPr>
        <w:spacing w:after="80"/>
        <w:ind w:left="360"/>
      </w:pPr>
      <w:r>
        <w:t xml:space="preserve">2. </w:t>
      </w:r>
      <w:r>
        <w:rPr>
          <w:b w:val="0"/>
          <w:i w:val="0"/>
        </w:rPr>
        <w:t>Định nghĩa model mà chúng ta sẽ dùng và prompt cho hình ảnh.</w:t>
      </w:r>
    </w:p>
    <w:p>
      <w:pPr>
        <w:spacing w:after="0"/>
        <w:ind w:left="360"/>
        <w:shd w:val="clear" w:color="auto" w:fill="F2F2F2"/>
      </w:pPr>
      <w:r>
        <w:rPr>
          <w:rFonts w:ascii="Consolas" w:hAnsi="Consolas"/>
          <w:sz w:val="18"/>
        </w:rPr>
        <w:t>&gt;&gt;&gt; MODEL = 'gpt-image-1.5'</w:t>
      </w:r>
    </w:p>
    <w:p>
      <w:pPr>
        <w:spacing w:after="0"/>
        <w:ind w:left="360"/>
        <w:shd w:val="clear" w:color="auto" w:fill="F2F2F2"/>
      </w:pPr>
      <w:r>
        <w:rPr>
          <w:rFonts w:ascii="Consolas" w:hAnsi="Consolas"/>
          <w:sz w:val="18"/>
        </w:rPr>
        <w:t>&gt;&gt;&gt; prompt = 'A pixelart black and white scene of a forest at dawn, with some mountains far away. No animals or people should be. The place is peaceful'</w:t>
      </w:r>
    </w:p>
    <w:p>
      <w:pPr>
        <w:spacing w:after="40"/>
      </w:pPr>
    </w:p>
    <w:p>
      <w:pPr>
        <w:spacing w:after="80"/>
        <w:ind w:left="360"/>
      </w:pPr>
      <w:r>
        <w:t xml:space="preserve">3. </w:t>
      </w:r>
      <w:r>
        <w:rPr>
          <w:b w:val="0"/>
          <w:i w:val="0"/>
        </w:rPr>
        <w:t>Gọi model với các tham số đã định nghĩa. Việc này có thể mất vài giây.</w:t>
      </w:r>
    </w:p>
    <w:p>
      <w:pPr>
        <w:spacing w:after="0"/>
        <w:ind w:left="360"/>
        <w:shd w:val="clear" w:color="auto" w:fill="F2F2F2"/>
      </w:pPr>
      <w:r>
        <w:rPr>
          <w:rFonts w:ascii="Consolas" w:hAnsi="Consolas"/>
          <w:sz w:val="18"/>
        </w:rPr>
        <w:t>&gt;&gt;&gt; response = client.images.generate(model=MODEL, prompt=prompt)</w:t>
      </w:r>
    </w:p>
    <w:p>
      <w:pPr>
        <w:spacing w:after="40"/>
      </w:pPr>
    </w:p>
    <w:p>
      <w:pPr>
        <w:spacing w:after="80"/>
        <w:ind w:left="360"/>
      </w:pPr>
      <w:r>
        <w:t xml:space="preserve">4. </w:t>
      </w:r>
      <w:r>
        <w:rPr>
          <w:b w:val="0"/>
          <w:i w:val="0"/>
        </w:rPr>
        <w:t xml:space="preserve">Chúng ta lưu hình ảnh được trả về nằm trong </w:t>
      </w:r>
      <w:r>
        <w:rPr>
          <w:rFonts w:ascii="Consolas" w:hAnsi="Consolas"/>
          <w:b w:val="0"/>
          <w:i w:val="0"/>
          <w:sz w:val="20"/>
        </w:rPr>
        <w:br/>
        <w:br/>
        <w:t xml:space="preserve">       response.</w:t>
        <w:br/>
        <w:t xml:space="preserve">      </w:t>
        <w:br/>
      </w:r>
    </w:p>
    <w:p>
      <w:pPr>
        <w:spacing w:after="0"/>
        <w:ind w:left="360"/>
        <w:shd w:val="clear" w:color="auto" w:fill="F2F2F2"/>
      </w:pPr>
      <w:r>
        <w:rPr>
          <w:rFonts w:ascii="Consolas" w:hAnsi="Consolas"/>
          <w:sz w:val="18"/>
        </w:rPr>
        <w:t>&gt;&gt;&gt; binary_image = base64.b64decode(response.data[0].b64_json)</w:t>
      </w:r>
    </w:p>
    <w:p>
      <w:pPr>
        <w:spacing w:after="0"/>
        <w:ind w:left="360"/>
        <w:shd w:val="clear" w:color="auto" w:fill="F2F2F2"/>
      </w:pPr>
      <w:r>
        <w:rPr>
          <w:rFonts w:ascii="Consolas" w:hAnsi="Consolas"/>
          <w:sz w:val="18"/>
        </w:rPr>
        <w:t>&gt;&gt;&gt; extension = encoded_image.output_format</w:t>
      </w:r>
    </w:p>
    <w:p>
      <w:pPr>
        <w:spacing w:after="0"/>
        <w:ind w:left="360"/>
        <w:shd w:val="clear" w:color="auto" w:fill="F2F2F2"/>
      </w:pPr>
      <w:r>
        <w:rPr>
          <w:rFonts w:ascii="Consolas" w:hAnsi="Consolas"/>
          <w:sz w:val="18"/>
        </w:rPr>
        <w:t>&gt;&gt;&gt; with open(f'image.{extension}', 'wb') as fp:</w:t>
      </w:r>
    </w:p>
    <w:p>
      <w:pPr>
        <w:spacing w:after="0"/>
        <w:ind w:left="360"/>
        <w:shd w:val="clear" w:color="auto" w:fill="F2F2F2"/>
      </w:pPr>
      <w:r>
        <w:rPr>
          <w:rFonts w:ascii="Consolas" w:hAnsi="Consolas"/>
          <w:sz w:val="18"/>
        </w:rPr>
        <w:t>...     fp.write(binary_image)</w:t>
      </w:r>
    </w:p>
    <w:p>
      <w:pPr>
        <w:spacing w:after="40"/>
      </w:pPr>
    </w:p>
    <w:p>
      <w:pPr>
        <w:spacing w:after="80"/>
        <w:ind w:left="360"/>
      </w:pPr>
      <w:r>
        <w:t xml:space="preserve">5. </w:t>
      </w:r>
      <w:r>
        <w:rPr>
          <w:b w:val="0"/>
          <w:i w:val="0"/>
        </w:rPr>
        <w:t xml:space="preserve">Bạn sẽ có file </w:t>
      </w:r>
      <w:r>
        <w:rPr>
          <w:rFonts w:ascii="Consolas" w:hAnsi="Consolas"/>
          <w:b w:val="0"/>
          <w:i w:val="0"/>
          <w:sz w:val="20"/>
        </w:rPr>
        <w:br/>
        <w:br/>
        <w:t xml:space="preserve">       image.png</w:t>
        <w:br/>
        <w:t xml:space="preserve">      </w:t>
        <w:br/>
      </w:r>
      <w:r>
        <w:rPr>
          <w:b w:val="0"/>
          <w:i w:val="0"/>
        </w:rPr>
        <w:t xml:space="preserve"> hiển thị một hình ảnh dựa trên prompt.</w:t>
      </w:r>
    </w:p>
    <w:p>
      <w:pPr>
        <w:jc w:val="center"/>
      </w:pPr>
      <w:r>
        <w:drawing>
          <wp:inline xmlns:a="http://schemas.openxmlformats.org/drawingml/2006/main" xmlns:pic="http://schemas.openxmlformats.org/drawingml/2006/picture">
            <wp:extent cx="5486400" cy="3656090"/>
            <wp:docPr id="111" name="Picture 111"/>
            <wp:cNvGraphicFramePr>
              <a:graphicFrameLocks noChangeAspect="1"/>
            </wp:cNvGraphicFramePr>
            <a:graphic>
              <a:graphicData uri="http://schemas.openxmlformats.org/drawingml/2006/picture">
                <pic:pic>
                  <pic:nvPicPr>
                    <pic:cNvPr id="0" name="B36973_11_5.png"/>
                    <pic:cNvPicPr/>
                  </pic:nvPicPr>
                  <pic:blipFill>
                    <a:blip r:embed="rId111"/>
                    <a:stretch>
                      <a:fillRect/>
                    </a:stretch>
                  </pic:blipFill>
                  <pic:spPr>
                    <a:xfrm>
                      <a:off x="0" y="0"/>
                      <a:ext cx="5486400" cy="3656090"/>
                    </a:xfrm>
                    <a:prstGeom prst="rect"/>
                  </pic:spPr>
                </pic:pic>
              </a:graphicData>
            </a:graphic>
          </wp:inline>
        </w:drawing>
      </w:r>
    </w:p>
    <w:p>
      <w:pPr>
        <w:spacing w:after="160"/>
        <w:jc w:val="center"/>
      </w:pPr>
      <w:r>
        <w:rPr>
          <w:rFonts w:ascii="Calibri" w:hAnsi="Calibri"/>
          <w:b w:val="0"/>
          <w:i/>
          <w:sz w:val="19"/>
        </w:rPr>
        <w:t>Hình 11.5: Hình ảnh đầu ra của bạn sẽ khác, nhưng cũng thể hiện đúng prompt</w:t>
      </w:r>
    </w:p>
    <w:p>
      <w:pPr>
        <w:pStyle w:val="Heading3"/>
      </w:pPr>
      <w:r>
        <w:rPr>
          <w:rFonts w:ascii="Calibri" w:hAnsi="Calibri"/>
          <w:b/>
          <w:i w:val="0"/>
          <w:sz w:val="26"/>
        </w:rPr>
        <w:t>Cách hoạt động…</w:t>
      </w:r>
    </w:p>
    <w:p>
      <w:pPr>
        <w:spacing w:after="80"/>
      </w:pPr>
      <w:r>
        <w:rPr>
          <w:b w:val="0"/>
          <w:i/>
        </w:rPr>
        <w:t xml:space="preserve"> Bước 1 </w:t>
      </w:r>
      <w:r>
        <w:rPr>
          <w:b w:val="0"/>
          <w:i w:val="0"/>
        </w:rPr>
        <w:t xml:space="preserve"> đến </w:t>
      </w:r>
      <w:r>
        <w:rPr>
          <w:b w:val="0"/>
          <w:i/>
        </w:rPr>
        <w:t xml:space="preserve"> Bước 3 </w:t>
      </w:r>
      <w:r>
        <w:rPr>
          <w:b w:val="0"/>
          <w:i w:val="0"/>
        </w:rPr>
        <w:t xml:space="preserve"> là phần chuẩn bị. Trong </w:t>
      </w:r>
      <w:r>
        <w:rPr>
          <w:b w:val="0"/>
          <w:i/>
        </w:rPr>
        <w:t xml:space="preserve"> Bước 3 </w:t>
      </w:r>
      <w:r>
        <w:rPr>
          <w:b w:val="0"/>
          <w:i w:val="0"/>
        </w:rPr>
        <w:t xml:space="preserve"> chúng ta đã định nghĩa model sẽ dùng, model này cần có khả năng tạo hình ảnh. Trong trường hợp này, chúng ta dùng </w:t>
      </w:r>
      <w:r>
        <w:rPr>
          <w:rFonts w:ascii="Consolas" w:hAnsi="Consolas"/>
          <w:b w:val="0"/>
          <w:i w:val="0"/>
          <w:sz w:val="20"/>
        </w:rPr>
        <w:br/>
        <w:br/>
        <w:t xml:space="preserve">      gpt‑image‑1.5</w:t>
        <w:br/>
        <w:t xml:space="preserve">     </w:t>
        <w:br/>
      </w:r>
      <w:r>
        <w:rPr>
          <w:b w:val="0"/>
          <w:i w:val="0"/>
        </w:rPr>
        <w:t xml:space="preserve"> .</w:t>
      </w:r>
    </w:p>
    <w:p>
      <w:pPr>
        <w:spacing w:after="80"/>
      </w:pPr>
      <w:r>
        <w:rPr>
          <w:b w:val="0"/>
          <w:i w:val="0"/>
        </w:rPr>
        <w:t xml:space="preserve">Prompt để tạo hình ảnh cũng được định nghĩa trong </w:t>
      </w:r>
      <w:r>
        <w:rPr>
          <w:b w:val="0"/>
          <w:i/>
        </w:rPr>
        <w:t xml:space="preserve"> Bước 3 </w:t>
      </w:r>
      <w:r>
        <w:rPr>
          <w:b w:val="0"/>
          <w:i w:val="0"/>
        </w:rPr>
        <w:t xml:space="preserve"> .</w:t>
      </w:r>
    </w:p>
    <w:p>
      <w:pPr>
        <w:spacing w:after="80"/>
      </w:pPr>
      <w:r>
        <w:rPr>
          <w:b w:val="0"/>
          <w:i w:val="0"/>
        </w:rPr>
        <w:t xml:space="preserve">Chúng ta thực hiện lệnh gọi API trong </w:t>
      </w:r>
      <w:r>
        <w:rPr>
          <w:b w:val="0"/>
          <w:i/>
        </w:rPr>
        <w:t xml:space="preserve"> Bước 4 </w:t>
      </w:r>
      <w:r>
        <w:rPr>
          <w:b w:val="0"/>
          <w:i w:val="0"/>
        </w:rPr>
        <w:t xml:space="preserve"> , sau vài giây sẽ trả về hình ảnh trong đối tượng </w:t>
      </w:r>
      <w:r>
        <w:rPr>
          <w:rFonts w:ascii="Consolas" w:hAnsi="Consolas"/>
          <w:b w:val="0"/>
          <w:i w:val="0"/>
          <w:sz w:val="20"/>
        </w:rPr>
        <w:br/>
        <w:br/>
        <w:t xml:space="preserve">      encoded_image</w:t>
        <w:br/>
        <w:t xml:space="preserve">     </w:t>
        <w:br/>
      </w:r>
      <w:r>
        <w:rPr>
          <w:b w:val="0"/>
          <w:i w:val="0"/>
        </w:rPr>
        <w:t xml:space="preserve"> .</w:t>
      </w:r>
    </w:p>
    <w:p>
      <w:pPr>
        <w:spacing w:after="80"/>
      </w:pPr>
      <w:r>
        <w:rPr>
          <w:b w:val="0"/>
          <w:i w:val="0"/>
        </w:rPr>
        <w:t xml:space="preserve">Hình ảnh được trả về ở định dạng </w:t>
      </w:r>
      <w:r>
        <w:rPr>
          <w:rFonts w:ascii="Consolas" w:hAnsi="Consolas"/>
          <w:b w:val="0"/>
          <w:i w:val="0"/>
          <w:sz w:val="20"/>
        </w:rPr>
        <w:br/>
        <w:br/>
        <w:t xml:space="preserve">      base64</w:t>
        <w:br/>
        <w:t xml:space="preserve">     </w:t>
        <w:br/>
      </w:r>
      <w:r>
        <w:rPr>
          <w:b w:val="0"/>
          <w:i w:val="0"/>
        </w:rPr>
        <w:t xml:space="preserve"> . Để có thể lưu nó thành một hình ảnh hiểu được, chúng ta cần giải mã nó thành dạng nhị phân, việc này được thực hiện ở đầu </w:t>
      </w:r>
      <w:r>
        <w:rPr>
          <w:b w:val="0"/>
          <w:i/>
        </w:rPr>
        <w:t xml:space="preserve"> Bước 6 </w:t>
      </w:r>
      <w:r>
        <w:rPr>
          <w:b w:val="0"/>
          <w:i w:val="0"/>
        </w:rPr>
        <w:t xml:space="preserve"> .</w:t>
      </w:r>
    </w:p>
    <w:p>
      <w:pPr>
        <w:spacing w:after="80"/>
      </w:pPr>
      <w:r>
        <w:rPr>
          <w:b/>
          <w:i w:val="0"/>
        </w:rPr>
        <w:t>Lưu ý</w:t>
      </w:r>
    </w:p>
    <w:p>
      <w:pPr>
        <w:spacing w:after="80"/>
      </w:pPr>
      <w:r>
        <w:rPr>
          <w:rFonts w:ascii="Consolas" w:hAnsi="Consolas"/>
          <w:b w:val="0"/>
          <w:i w:val="0"/>
          <w:sz w:val="20"/>
        </w:rPr>
        <w:br/>
        <w:br/>
        <w:t xml:space="preserve">       base64</w:t>
        <w:br/>
        <w:t xml:space="preserve">      </w:t>
        <w:br/>
      </w:r>
      <w:r>
        <w:rPr>
          <w:b w:val="0"/>
          <w:i w:val="0"/>
        </w:rPr>
        <w:t xml:space="preserve"> là một kiểu mã hóa cho phép bạn chuyển đổi bất kỳ dữ liệu nhị phân nào thành một tập con gồm 64 ký tự in được. </w:t>
      </w:r>
      <w:r>
        <w:rPr>
          <w:rFonts w:ascii="Consolas" w:hAnsi="Consolas"/>
          <w:b w:val="0"/>
          <w:i w:val="0"/>
          <w:sz w:val="20"/>
        </w:rPr>
        <w:br/>
        <w:br/>
        <w:t xml:space="preserve">       base64</w:t>
        <w:br/>
        <w:t xml:space="preserve">      </w:t>
        <w:br/>
      </w:r>
      <w:r>
        <w:rPr>
          <w:b w:val="0"/>
          <w:i w:val="0"/>
        </w:rPr>
        <w:t xml:space="preserve"> là một kiểu mã hóa rất phổ biến để truyền dữ liệu nhị phân qua các giao diện văn bản. Trong trường hợp này, mô-đun </w:t>
      </w:r>
      <w:r>
        <w:rPr>
          <w:rFonts w:ascii="Consolas" w:hAnsi="Consolas"/>
          <w:b w:val="0"/>
          <w:i w:val="0"/>
          <w:sz w:val="20"/>
        </w:rPr>
        <w:br/>
        <w:br/>
        <w:t xml:space="preserve">       openai</w:t>
        <w:br/>
        <w:t xml:space="preserve">      </w:t>
        <w:br/>
      </w:r>
      <w:r>
        <w:rPr>
          <w:b w:val="0"/>
          <w:i w:val="0"/>
        </w:rPr>
        <w:t xml:space="preserve"> đang sử dụng các HTTP request ở bên trong, vốn dùng văn bản. Chúng ta cần giải mã về dạng nhị phân trước khi lưu.</w:t>
      </w:r>
    </w:p>
    <w:p>
      <w:pPr>
        <w:spacing w:after="80"/>
      </w:pPr>
      <w:r>
        <w:rPr>
          <w:rFonts w:ascii="Consolas" w:hAnsi="Consolas"/>
          <w:b w:val="0"/>
          <w:i w:val="0"/>
          <w:sz w:val="20"/>
        </w:rPr>
        <w:br/>
        <w:br/>
        <w:t xml:space="preserve">      encoded_image</w:t>
        <w:br/>
        <w:t xml:space="preserve">     </w:t>
        <w:br/>
      </w:r>
      <w:r>
        <w:rPr>
          <w:b w:val="0"/>
          <w:i w:val="0"/>
        </w:rPr>
        <w:t xml:space="preserve"> cũng chứa </w:t>
      </w:r>
      <w:r>
        <w:rPr>
          <w:rFonts w:ascii="Consolas" w:hAnsi="Consolas"/>
          <w:b w:val="0"/>
          <w:i w:val="0"/>
          <w:sz w:val="20"/>
        </w:rPr>
        <w:br/>
        <w:br/>
        <w:t xml:space="preserve">      output_format</w:t>
        <w:br/>
        <w:t xml:space="preserve">     </w:t>
        <w:br/>
      </w:r>
      <w:r>
        <w:rPr>
          <w:b w:val="0"/>
          <w:i w:val="0"/>
        </w:rPr>
        <w:t xml:space="preserve"> , tương ứng với loại hình ảnh đang được tạo ra. Chúng ta nên lưu file với phần mở rộng đó để tránh gặp vấn đề khi mở file.</w:t>
      </w:r>
    </w:p>
    <w:p>
      <w:pPr>
        <w:spacing w:after="80"/>
      </w:pPr>
      <w:r>
        <w:rPr>
          <w:b w:val="0"/>
          <w:i w:val="0"/>
        </w:rPr>
        <w:t xml:space="preserve">Chúng ta lưu file bằng khối </w:t>
      </w:r>
      <w:r>
        <w:rPr>
          <w:rFonts w:ascii="Consolas" w:hAnsi="Consolas"/>
          <w:b w:val="0"/>
          <w:i w:val="0"/>
          <w:sz w:val="20"/>
        </w:rPr>
        <w:br/>
        <w:br/>
        <w:t xml:space="preserve">      with open</w:t>
        <w:br/>
        <w:t xml:space="preserve">     </w:t>
        <w:br/>
      </w:r>
      <w:r>
        <w:rPr>
          <w:b w:val="0"/>
          <w:i w:val="0"/>
        </w:rPr>
        <w:t xml:space="preserve"> . Lưu ý rằng chúng ta mở file với tùy chọn ghi nhị phân bằng </w:t>
      </w:r>
      <w:r>
        <w:rPr>
          <w:rFonts w:ascii="Consolas" w:hAnsi="Consolas"/>
          <w:b w:val="0"/>
          <w:i w:val="0"/>
          <w:sz w:val="20"/>
        </w:rPr>
        <w:br/>
        <w:br/>
        <w:t xml:space="preserve">      wb</w:t>
        <w:br/>
        <w:t xml:space="preserve">     </w:t>
        <w:br/>
      </w:r>
      <w:r>
        <w:rPr>
          <w:b w:val="0"/>
          <w:i w:val="0"/>
        </w:rPr>
        <w:t xml:space="preserve"> .</w:t>
      </w:r>
    </w:p>
    <w:p>
      <w:pPr>
        <w:spacing w:after="80"/>
      </w:pPr>
      <w:r>
        <w:rPr>
          <w:b w:val="0"/>
          <w:i w:val="0"/>
        </w:rPr>
        <w:t xml:space="preserve">Cuối cùng, chúng ta có thể xem hình ảnh kết quả trong </w:t>
      </w:r>
      <w:r>
        <w:rPr>
          <w:b w:val="0"/>
          <w:i/>
        </w:rPr>
        <w:t>Bước 6</w:t>
      </w:r>
      <w:r>
        <w:rPr>
          <w:b w:val="0"/>
          <w:i w:val="0"/>
        </w:rPr>
        <w:t>. Nếu bạn lặp lại quá trình này vài lần, nó sẽ hiển thị những kết quả khác nhau!</w:t>
      </w:r>
    </w:p>
    <w:p>
      <w:pPr>
        <w:pStyle w:val="Heading3"/>
      </w:pPr>
      <w:r>
        <w:rPr>
          <w:rFonts w:ascii="Calibri" w:hAnsi="Calibri"/>
          <w:b/>
          <w:i w:val="0"/>
          <w:sz w:val="26"/>
        </w:rPr>
        <w:t>Còn nhiều điều thú vị nữa…</w:t>
      </w:r>
    </w:p>
    <w:p>
      <w:pPr>
        <w:spacing w:after="80"/>
      </w:pPr>
      <w:r>
        <w:rPr>
          <w:b w:val="0"/>
          <w:i w:val="0"/>
        </w:rPr>
        <w:t>Hãy chắc chắn rằng bạn đang dùng một model hợp lệ và model đó có sẵn từ OpenAI. Lĩnh vực này đang thay đổi rất nhanh, các model mới liên tục được thêm vào và các model cũ nhanh chóng bị ngừng hỗ trợ.</w:t>
      </w:r>
    </w:p>
    <w:p>
      <w:pPr>
        <w:spacing w:after="80"/>
      </w:pPr>
      <w:r>
        <w:rPr>
          <w:b/>
          <w:i w:val="0"/>
        </w:rPr>
        <w:t>Lưu ý</w:t>
      </w:r>
    </w:p>
    <w:p>
      <w:pPr>
        <w:spacing w:after="80"/>
      </w:pPr>
      <w:r>
        <w:rPr>
          <w:b w:val="0"/>
          <w:i w:val="0"/>
        </w:rPr>
        <w:t xml:space="preserve">Dùng một model không tương thích với hình ảnh sẽ trả về lỗi. Hãy kiểm tra các model có sẵn trong tài liệu của OpenAI: </w:t>
      </w:r>
      <w:r>
        <w:rPr>
          <w:rFonts w:ascii="Consolas" w:hAnsi="Consolas"/>
          <w:b w:val="0"/>
          <w:i w:val="0"/>
          <w:sz w:val="20"/>
        </w:rPr>
        <w:br/>
        <w:br/>
        <w:t xml:space="preserve">        https://developers.openai.com/api/docs/models</w:t>
        <w:br/>
        <w:t xml:space="preserve">       </w:t>
        <w:br/>
      </w:r>
    </w:p>
    <w:p>
      <w:pPr>
        <w:spacing w:after="80"/>
      </w:pPr>
      <w:r>
        <w:rPr>
          <w:b w:val="0"/>
          <w:i w:val="0"/>
        </w:rPr>
        <w:t>Khi tạo hình ảnh, chúng ta có thể chỉ định thêm nhiều tham số. Ví dụ, chúng ta có thể chọn kích thước. Các kích thước khả dụng có thể phụ thuộc vào model, nhưng bạn có thể thử gửi một kích thước và nếu không đúng, nó sẽ trả về thông báo lỗi kèm theo các giá trị hợp lệ. Ví dụ:</w:t>
      </w:r>
    </w:p>
    <w:p>
      <w:pPr>
        <w:spacing w:after="0"/>
        <w:ind w:left="360"/>
        <w:shd w:val="clear" w:color="auto" w:fill="F2F2F2"/>
      </w:pPr>
      <w:r>
        <w:rPr>
          <w:rFonts w:ascii="Consolas" w:hAnsi="Consolas"/>
          <w:sz w:val="18"/>
        </w:rPr>
        <w:t>&gt;&gt;&gt; encoded_image = client.images.generate(model=MODEL, prompt=prompt, size='512x512')</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openai.BadRequestError: Error code: 400 - {'error': {'message': "Invalid value: '512x512'. Supported values are: '1024x1024', '1024x1536', '1536x1024', and 'auto'.", 'type': 'invalid_request_error', 'param': 'size', 'code': 'invalid_value'}}</w:t>
      </w:r>
    </w:p>
    <w:p>
      <w:pPr>
        <w:spacing w:after="40"/>
      </w:pPr>
    </w:p>
    <w:p>
      <w:pPr>
        <w:spacing w:after="80"/>
      </w:pPr>
      <w:r>
        <w:rPr>
          <w:b w:val="0"/>
          <w:i w:val="0"/>
        </w:rPr>
        <w:t xml:space="preserve">Kết quả cho thấy các giá trị hợp lệ là </w:t>
      </w:r>
      <w:r>
        <w:rPr>
          <w:rFonts w:ascii="Consolas" w:hAnsi="Consolas"/>
          <w:b w:val="0"/>
          <w:i w:val="0"/>
          <w:sz w:val="20"/>
        </w:rPr>
        <w:br/>
        <w:br/>
        <w:t xml:space="preserve">      1024x1024</w:t>
        <w:br/>
        <w:t xml:space="preserve">     </w:t>
        <w:br/>
      </w:r>
      <w:r>
        <w:rPr>
          <w:b w:val="0"/>
          <w:i w:val="0"/>
        </w:rPr>
        <w:t xml:space="preserve"> (hình vuông), </w:t>
      </w:r>
      <w:r>
        <w:rPr>
          <w:rFonts w:ascii="Consolas" w:hAnsi="Consolas"/>
          <w:b w:val="0"/>
          <w:i w:val="0"/>
          <w:sz w:val="20"/>
        </w:rPr>
        <w:br/>
        <w:br/>
        <w:t xml:space="preserve">      1024x1536</w:t>
        <w:br/>
        <w:t xml:space="preserve">     </w:t>
        <w:br/>
      </w:r>
      <w:r>
        <w:rPr>
          <w:b w:val="0"/>
          <w:i w:val="0"/>
        </w:rPr>
        <w:t xml:space="preserve"> (nằm ngang), và </w:t>
      </w:r>
      <w:r>
        <w:rPr>
          <w:rFonts w:ascii="Consolas" w:hAnsi="Consolas"/>
          <w:b w:val="0"/>
          <w:i w:val="0"/>
          <w:sz w:val="20"/>
        </w:rPr>
        <w:br/>
        <w:br/>
        <w:t xml:space="preserve">      1536x1024</w:t>
        <w:br/>
        <w:t xml:space="preserve">     </w:t>
        <w:br/>
      </w:r>
      <w:r>
        <w:rPr>
          <w:b w:val="0"/>
          <w:i w:val="0"/>
        </w:rPr>
        <w:t xml:space="preserve"> (dọc). Kích thước sẽ được trả về trong thuộc tính </w:t>
      </w:r>
      <w:r>
        <w:rPr>
          <w:rFonts w:ascii="Consolas" w:hAnsi="Consolas"/>
          <w:b w:val="0"/>
          <w:i w:val="0"/>
          <w:sz w:val="20"/>
        </w:rPr>
        <w:br/>
        <w:br/>
        <w:t xml:space="preserve">      encoded_image.size</w:t>
        <w:br/>
        <w:t xml:space="preserve">     </w:t>
        <w:br/>
      </w:r>
      <w:r>
        <w:rPr>
          <w:b w:val="0"/>
          <w:i w:val="0"/>
        </w:rPr>
        <w:t>.</w:t>
      </w:r>
    </w:p>
    <w:p>
      <w:pPr>
        <w:spacing w:after="80"/>
      </w:pPr>
      <w:r>
        <w:rPr>
          <w:b w:val="0"/>
          <w:i w:val="0"/>
        </w:rPr>
        <w:t xml:space="preserve">Bạn có thể tạo nhiều hơn một hình ảnh trong một lần gọi bằng cách dùng tham số </w:t>
      </w:r>
      <w:r>
        <w:rPr>
          <w:rFonts w:ascii="Consolas" w:hAnsi="Consolas"/>
          <w:b w:val="0"/>
          <w:i w:val="0"/>
          <w:sz w:val="20"/>
        </w:rPr>
        <w:br/>
        <w:br/>
        <w:t xml:space="preserve">      n</w:t>
        <w:br/>
        <w:t xml:space="preserve">     </w:t>
        <w:br/>
      </w:r>
      <w:r>
        <w:rPr>
          <w:b w:val="0"/>
          <w:i w:val="0"/>
        </w:rPr>
        <w:t>. Bạn có thể tạo tối đa 10 hình ảnh trong một lần gọi, nhưng tất cả đều sẽ dùng cùng một prompt. Ví dụ, để tạo 3 hình ảnh, hãy gọi như sau.</w:t>
      </w:r>
    </w:p>
    <w:p>
      <w:pPr>
        <w:spacing w:after="0"/>
        <w:ind w:left="360"/>
        <w:shd w:val="clear" w:color="auto" w:fill="F2F2F2"/>
      </w:pPr>
      <w:r>
        <w:rPr>
          <w:rFonts w:ascii="Consolas" w:hAnsi="Consolas"/>
          <w:sz w:val="18"/>
        </w:rPr>
        <w:t>&gt;&gt;&gt; encoded_image = client.images.generate(model=MODEL, prompt=prompt, n=3)</w:t>
      </w:r>
    </w:p>
    <w:p>
      <w:pPr>
        <w:spacing w:after="40"/>
      </w:pPr>
    </w:p>
    <w:p>
      <w:pPr>
        <w:spacing w:after="80"/>
      </w:pPr>
      <w:r>
        <w:rPr>
          <w:b w:val="0"/>
          <w:i w:val="0"/>
        </w:rPr>
        <w:t xml:space="preserve">Khi trả về thông tin, chúng ta đã thấy rằng thuộc tính </w:t>
      </w:r>
      <w:r>
        <w:rPr>
          <w:rFonts w:ascii="Consolas" w:hAnsi="Consolas"/>
          <w:b w:val="0"/>
          <w:i w:val="0"/>
          <w:sz w:val="20"/>
        </w:rPr>
        <w:br/>
        <w:br/>
        <w:t xml:space="preserve">      encoded_image.data</w:t>
        <w:br/>
        <w:t xml:space="preserve">     </w:t>
        <w:br/>
      </w:r>
      <w:r>
        <w:rPr>
          <w:b w:val="0"/>
          <w:i w:val="0"/>
        </w:rPr>
        <w:t xml:space="preserve"> là một danh sách. Trong ví dụ trước, nó chỉ chứa một phần tử, nhưng nếu chúng ta gọi tạo nhiều hình ảnh hơn, nó sẽ có nhiều phần tử hơn.</w:t>
      </w:r>
    </w:p>
    <w:p>
      <w:pPr>
        <w:spacing w:after="0"/>
        <w:ind w:left="360"/>
        <w:shd w:val="clear" w:color="auto" w:fill="F2F2F2"/>
      </w:pPr>
      <w:r>
        <w:rPr>
          <w:rFonts w:ascii="Consolas" w:hAnsi="Consolas"/>
          <w:sz w:val="18"/>
        </w:rPr>
        <w:t>&gt;&gt;&gt; len(encoded_image.data)</w:t>
      </w:r>
    </w:p>
    <w:p>
      <w:pPr>
        <w:spacing w:after="0"/>
        <w:ind w:left="360"/>
        <w:shd w:val="clear" w:color="auto" w:fill="F2F2F2"/>
      </w:pPr>
      <w:r>
        <w:rPr>
          <w:rFonts w:ascii="Consolas" w:hAnsi="Consolas"/>
          <w:sz w:val="18"/>
        </w:rPr>
        <w:t>3</w:t>
      </w:r>
    </w:p>
    <w:p>
      <w:pPr>
        <w:spacing w:after="0"/>
        <w:ind w:left="360"/>
        <w:shd w:val="clear" w:color="auto" w:fill="F2F2F2"/>
      </w:pPr>
      <w:r>
        <w:rPr>
          <w:rFonts w:ascii="Consolas" w:hAnsi="Consolas"/>
          <w:sz w:val="18"/>
        </w:rPr>
        <w:t>&gt;&gt;&gt; encoded_image.data[0]</w:t>
      </w:r>
    </w:p>
    <w:p>
      <w:pPr>
        <w:spacing w:after="0"/>
        <w:ind w:left="360"/>
        <w:shd w:val="clear" w:color="auto" w:fill="F2F2F2"/>
      </w:pPr>
      <w:r>
        <w:rPr>
          <w:rFonts w:ascii="Consolas" w:hAnsi="Consolas"/>
          <w:sz w:val="18"/>
        </w:rPr>
        <w:t>&gt;&gt;&gt; encoded_image.data[1]</w:t>
      </w:r>
    </w:p>
    <w:p>
      <w:pPr>
        <w:spacing w:after="0"/>
        <w:ind w:left="360"/>
        <w:shd w:val="clear" w:color="auto" w:fill="F2F2F2"/>
      </w:pPr>
      <w:r>
        <w:rPr>
          <w:rFonts w:ascii="Consolas" w:hAnsi="Consolas"/>
          <w:sz w:val="18"/>
        </w:rPr>
        <w:t>&gt;&gt;&gt; encoded_image.data[2]</w:t>
      </w:r>
    </w:p>
    <w:p>
      <w:pPr>
        <w:spacing w:after="40"/>
      </w:pPr>
    </w:p>
    <w:p>
      <w:pPr>
        <w:spacing w:after="80"/>
      </w:pPr>
      <w:r>
        <w:rPr>
          <w:b w:val="0"/>
          <w:i w:val="0"/>
        </w:rPr>
        <w:t xml:space="preserve">Model không chỉ có khả năng tạo hình ảnh mới mà còn có thể chỉnh sửa hoặc kết hợp các hình ảnh. Ví dụ, nếu bạn có hai hình ảnh, một hình khu rừng và một hình con hươu (bạn có thể tạo chúng bằng công thức này bằng cách thay đổi prompt) được lưu trong </w:t>
      </w:r>
      <w:r>
        <w:rPr>
          <w:rFonts w:ascii="Consolas" w:hAnsi="Consolas"/>
          <w:b w:val="0"/>
          <w:i w:val="0"/>
          <w:sz w:val="20"/>
        </w:rPr>
        <w:br/>
        <w:br/>
        <w:t xml:space="preserve">      forest.png</w:t>
        <w:br/>
        <w:t xml:space="preserve">     </w:t>
        <w:br/>
      </w:r>
      <w:r>
        <w:rPr>
          <w:b w:val="0"/>
          <w:i w:val="0"/>
        </w:rPr>
        <w:t xml:space="preserve"> và </w:t>
      </w:r>
      <w:r>
        <w:rPr>
          <w:rFonts w:ascii="Consolas" w:hAnsi="Consolas"/>
          <w:b w:val="0"/>
          <w:i w:val="0"/>
          <w:sz w:val="20"/>
        </w:rPr>
        <w:br/>
        <w:br/>
        <w:t xml:space="preserve">      deer.png</w:t>
        <w:br/>
        <w:t xml:space="preserve">     </w:t>
        <w:br/>
      </w:r>
      <w:r>
        <w:rPr>
          <w:b w:val="0"/>
          <w:i w:val="0"/>
        </w:rPr>
        <w:t>, bạn có thể kết hợp chúng theo cách này.</w:t>
      </w:r>
    </w:p>
    <w:p>
      <w:pPr>
        <w:spacing w:after="80"/>
      </w:pPr>
      <w:r>
        <w:rPr>
          <w:b/>
          <w:i w:val="0"/>
        </w:rPr>
        <w:t>Lưu ý</w:t>
      </w:r>
    </w:p>
    <w:p>
      <w:pPr>
        <w:spacing w:after="80"/>
      </w:pPr>
      <w:r>
        <w:rPr>
          <w:b w:val="0"/>
          <w:i w:val="0"/>
        </w:rPr>
        <w:t xml:space="preserve">Chúng ta giữ lại hình khu rừng từ phía trên và tạo hình con hươu với prompt </w:t>
      </w:r>
      <w:r>
        <w:rPr>
          <w:b w:val="0"/>
          <w:i/>
        </w:rPr>
        <w:t>"</w:t>
      </w:r>
      <w:r>
        <w:rPr>
          <w:b w:val="0"/>
          <w:i w:val="0"/>
        </w:rPr>
        <w:t xml:space="preserve"> </w:t>
      </w:r>
      <w:r>
        <w:rPr>
          <w:b w:val="0"/>
          <w:i/>
        </w:rPr>
        <w:t>A deer, in cartoon style</w:t>
      </w:r>
      <w:r>
        <w:rPr>
          <w:b w:val="0"/>
          <w:i w:val="0"/>
        </w:rPr>
        <w:t>."</w:t>
      </w:r>
    </w:p>
    <w:p>
      <w:pPr>
        <w:spacing w:after="80"/>
      </w:pPr>
      <w:r>
        <w:rPr>
          <w:b w:val="0"/>
          <w:i w:val="0"/>
        </w:rPr>
        <w:t xml:space="preserve">Gọi phương thức </w:t>
      </w:r>
      <w:r>
        <w:rPr>
          <w:rFonts w:ascii="Consolas" w:hAnsi="Consolas"/>
          <w:b w:val="0"/>
          <w:i w:val="0"/>
          <w:sz w:val="20"/>
        </w:rPr>
        <w:br/>
        <w:br/>
        <w:t xml:space="preserve">      client.images.edit</w:t>
        <w:br/>
        <w:t xml:space="preserve">     </w:t>
        <w:br/>
      </w:r>
      <w:r>
        <w:rPr>
          <w:b w:val="0"/>
          <w:i w:val="0"/>
        </w:rPr>
        <w:t>, mở các hình ảnh và thêm chúng vào tham số image.</w:t>
      </w:r>
    </w:p>
    <w:p>
      <w:pPr>
        <w:spacing w:after="0"/>
        <w:ind w:left="360"/>
        <w:shd w:val="clear" w:color="auto" w:fill="F2F2F2"/>
      </w:pPr>
      <w:r>
        <w:rPr>
          <w:rFonts w:ascii="Consolas" w:hAnsi="Consolas"/>
          <w:sz w:val="18"/>
        </w:rPr>
        <w:t>&gt;&gt;&gt; with open('deer.png', 'rb') as deer, open('forest.png', 'rb') as forest:</w:t>
      </w:r>
    </w:p>
    <w:p>
      <w:pPr>
        <w:spacing w:after="0"/>
        <w:ind w:left="360"/>
        <w:shd w:val="clear" w:color="auto" w:fill="F2F2F2"/>
      </w:pPr>
      <w:r>
        <w:rPr>
          <w:rFonts w:ascii="Consolas" w:hAnsi="Consolas"/>
          <w:sz w:val="18"/>
        </w:rPr>
        <w:t>...     encoded_image = client.images.edit(model=MODEL, prompt='Combine these images putting naturally the deer into the forest. Merge the styles so the end result is natural and keep proper proportions. Maintain the black and white', image=[deer, forest])</w:t>
      </w:r>
    </w:p>
    <w:p>
      <w:pPr>
        <w:spacing w:after="0"/>
        <w:ind w:left="360"/>
        <w:shd w:val="clear" w:color="auto" w:fill="F2F2F2"/>
      </w:pPr>
      <w:r>
        <w:rPr>
          <w:rFonts w:ascii="Consolas" w:hAnsi="Consolas"/>
          <w:sz w:val="18"/>
        </w:rPr>
        <w:t>&gt;&gt;&gt; binary_image = base64.b64decode(encoded_image.data[0].b64_json)</w:t>
      </w:r>
    </w:p>
    <w:p>
      <w:pPr>
        <w:spacing w:after="0"/>
        <w:ind w:left="360"/>
        <w:shd w:val="clear" w:color="auto" w:fill="F2F2F2"/>
      </w:pPr>
      <w:r>
        <w:rPr>
          <w:rFonts w:ascii="Consolas" w:hAnsi="Consolas"/>
          <w:sz w:val="18"/>
        </w:rPr>
        <w:t>&gt;&gt;&gt; with open('result.png', 'wb') as fp:</w:t>
      </w:r>
    </w:p>
    <w:p>
      <w:pPr>
        <w:spacing w:after="0"/>
        <w:ind w:left="360"/>
        <w:shd w:val="clear" w:color="auto" w:fill="F2F2F2"/>
      </w:pPr>
      <w:r>
        <w:rPr>
          <w:rFonts w:ascii="Consolas" w:hAnsi="Consolas"/>
          <w:sz w:val="18"/>
        </w:rPr>
        <w:t>...     fp.write(binary_image)</w:t>
      </w:r>
    </w:p>
    <w:p>
      <w:pPr>
        <w:spacing w:after="0"/>
        <w:ind w:left="360"/>
        <w:shd w:val="clear" w:color="auto" w:fill="F2F2F2"/>
      </w:pPr>
      <w:r>
        <w:rPr>
          <w:rFonts w:ascii="Consolas" w:hAnsi="Consolas"/>
          <w:sz w:val="18"/>
        </w:rPr>
        <w:t>...</w:t>
      </w:r>
    </w:p>
    <w:p>
      <w:pPr>
        <w:spacing w:after="40"/>
      </w:pPr>
    </w:p>
    <w:p>
      <w:pPr>
        <w:spacing w:after="80"/>
      </w:pPr>
      <w:r>
        <w:rPr>
          <w:b w:val="0"/>
          <w:i w:val="0"/>
        </w:rPr>
        <w:t>Kết quả tuân theo hướng dẫn của chúng ta.</w:t>
      </w:r>
    </w:p>
    <w:p>
      <w:pPr>
        <w:jc w:val="center"/>
      </w:pPr>
      <w:r>
        <w:drawing>
          <wp:inline xmlns:a="http://schemas.openxmlformats.org/drawingml/2006/main" xmlns:pic="http://schemas.openxmlformats.org/drawingml/2006/picture">
            <wp:extent cx="5486400" cy="3656090"/>
            <wp:docPr id="112" name="Picture 112"/>
            <wp:cNvGraphicFramePr>
              <a:graphicFrameLocks noChangeAspect="1"/>
            </wp:cNvGraphicFramePr>
            <a:graphic>
              <a:graphicData uri="http://schemas.openxmlformats.org/drawingml/2006/picture">
                <pic:pic>
                  <pic:nvPicPr>
                    <pic:cNvPr id="0" name="B36973_11_6.png"/>
                    <pic:cNvPicPr/>
                  </pic:nvPicPr>
                  <pic:blipFill>
                    <a:blip r:embed="rId112"/>
                    <a:stretch>
                      <a:fillRect/>
                    </a:stretch>
                  </pic:blipFill>
                  <pic:spPr>
                    <a:xfrm>
                      <a:off x="0" y="0"/>
                      <a:ext cx="5486400" cy="3656090"/>
                    </a:xfrm>
                    <a:prstGeom prst="rect"/>
                  </pic:spPr>
                </pic:pic>
              </a:graphicData>
            </a:graphic>
          </wp:inline>
        </w:drawing>
      </w:r>
    </w:p>
    <w:p>
      <w:pPr>
        <w:spacing w:after="160"/>
        <w:jc w:val="center"/>
      </w:pPr>
      <w:r>
        <w:rPr>
          <w:rFonts w:ascii="Calibri" w:hAnsi="Calibri"/>
          <w:b w:val="0"/>
          <w:i/>
          <w:sz w:val="19"/>
        </w:rPr>
        <w:t>Hình 11.6: Hình ảnh kết hợp thu được</w:t>
      </w:r>
    </w:p>
    <w:p>
      <w:pPr>
        <w:spacing w:after="80"/>
      </w:pPr>
      <w:r>
        <w:rPr>
          <w:b w:val="0"/>
          <w:i w:val="0"/>
        </w:rPr>
        <w:t>Chúng ta cố tình dùng các phong cách khác nhau (pixelart và cartoon). Hãy chú ý cách nó thay đổi phong cách để làm con hươu trông pixel hơn và đặt nó vào đúng vị trí trong hình ảnh. Hãy thử thay đổi prompt và đưa thêm hướng dẫn để tạo ra kết quả khác.</w:t>
      </w:r>
    </w:p>
    <w:p>
      <w:pPr>
        <w:spacing w:after="80"/>
      </w:pPr>
      <w:r>
        <w:rPr>
          <w:b w:val="0"/>
          <w:i w:val="0"/>
        </w:rPr>
        <w:t xml:space="preserve">Tài liệu đầy đủ của mô-đun </w:t>
      </w:r>
      <w:r>
        <w:rPr>
          <w:rFonts w:ascii="Consolas" w:hAnsi="Consolas"/>
          <w:b w:val="0"/>
          <w:i w:val="0"/>
          <w:sz w:val="20"/>
        </w:rPr>
        <w:br/>
        <w:br/>
        <w:t xml:space="preserve">      openai</w:t>
        <w:br/>
        <w:t xml:space="preserve">     </w:t>
        <w:br/>
      </w:r>
      <w:r>
        <w:rPr>
          <w:b w:val="0"/>
          <w:i w:val="0"/>
        </w:rPr>
        <w:t xml:space="preserve"> có tại </w:t>
      </w:r>
      <w:r>
        <w:rPr>
          <w:rFonts w:ascii="Consolas" w:hAnsi="Consolas"/>
          <w:b w:val="0"/>
          <w:i w:val="0"/>
          <w:sz w:val="20"/>
        </w:rPr>
        <w:br/>
        <w:br/>
        <w:t xml:space="preserve">       https://developers.openai.com/api/docs/</w:t>
        <w:br/>
        <w:t xml:space="preserve">      </w:t>
        <w:br/>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Tạo chatbot của riêng bạn</w:t>
      </w:r>
      <w:r>
        <w:rPr>
          <w:b w:val="0"/>
          <w:i w:val="0"/>
        </w:rPr>
        <w:t xml:space="preserve">, ở phần trước trong chương này, để tìm hiểu những kiến thức cơ bản về cách gọi mô-đun </w:t>
      </w:r>
      <w:r>
        <w:rPr>
          <w:rFonts w:ascii="Consolas" w:hAnsi="Consolas"/>
          <w:b w:val="0"/>
          <w:i w:val="0"/>
          <w:sz w:val="20"/>
        </w:rPr>
        <w:br/>
        <w:br/>
        <w:t xml:space="preserve">       openai</w:t>
        <w:br/>
        <w:t xml:space="preserve">      </w:t>
        <w:br/>
      </w:r>
    </w:p>
    <w:p>
      <w:pPr>
        <w:spacing w:after="80"/>
        <w:ind w:left="360"/>
      </w:pPr>
      <w:r>
        <w:t xml:space="preserve">• </w:t>
      </w:r>
      <w:r>
        <w:rPr>
          <w:b w:val="0"/>
          <w:i w:val="0"/>
        </w:rPr>
        <w:t xml:space="preserve">Công thức </w:t>
      </w:r>
      <w:r>
        <w:rPr>
          <w:b w:val="0"/>
          <w:i/>
        </w:rPr>
        <w:t>Mô tả hình ảnh</w:t>
      </w:r>
      <w:r>
        <w:rPr>
          <w:b w:val="0"/>
          <w:i w:val="0"/>
        </w:rPr>
        <w:t>, ở phần sau trong chương này, để tìm hiểu cách mô tả hình ảnh thay vì tạo ra chúng</w:t>
      </w:r>
    </w:p>
    <w:p>
      <w:pPr>
        <w:pStyle w:val="Heading2"/>
      </w:pPr>
      <w:r>
        <w:rPr>
          <w:rFonts w:ascii="Calibri" w:hAnsi="Calibri"/>
          <w:b/>
          <w:i w:val="0"/>
          <w:sz w:val="32"/>
        </w:rPr>
        <w:t>Mô tả hình ảnh</w:t>
      </w:r>
    </w:p>
    <w:p>
      <w:pPr>
        <w:spacing w:after="80"/>
      </w:pPr>
      <w:r>
        <w:rPr>
          <w:b w:val="0"/>
          <w:i w:val="0"/>
        </w:rPr>
        <w:t>Khi làm việc với hình ảnh, chúng ta cũng có thể đảo ngược quy trình và, thay vì tạo ra hình ảnh, hãy mô tả chúng thông qua GenAI. Chúng ta sẽ xem cách làm điều đó trong công thức này.</w:t>
      </w:r>
    </w:p>
    <w:p>
      <w:pPr>
        <w:pStyle w:val="Heading3"/>
      </w:pPr>
      <w:r>
        <w:rPr>
          <w:rFonts w:ascii="Calibri" w:hAnsi="Calibri"/>
          <w:b/>
          <w:i w:val="0"/>
          <w:sz w:val="26"/>
        </w:rPr>
        <w:t>Chuẩn bị</w:t>
      </w:r>
    </w:p>
    <w:p>
      <w:pPr>
        <w:spacing w:after="80"/>
      </w:pPr>
      <w:r>
        <w:rPr>
          <w:b w:val="0"/>
          <w:i w:val="0"/>
        </w:rPr>
        <w:t>Trong công thức này, chúng ta sẽ cần các mô-đun sau trong môi trường ảo của mình:</w:t>
      </w:r>
    </w:p>
    <w:p>
      <w:pPr>
        <w:spacing w:after="0"/>
        <w:ind w:left="360"/>
        <w:shd w:val="clear" w:color="auto" w:fill="F2F2F2"/>
      </w:pPr>
      <w:r>
        <w:rPr>
          <w:rFonts w:ascii="Consolas" w:hAnsi="Consolas"/>
          <w:sz w:val="18"/>
        </w:rPr>
        <w:t>$ echo "openai==2.24.0" &gt;&gt; requirements.txt</w:t>
      </w:r>
    </w:p>
    <w:p>
      <w:pPr>
        <w:spacing w:after="0"/>
        <w:ind w:left="360"/>
        <w:shd w:val="clear" w:color="auto" w:fill="F2F2F2"/>
      </w:pPr>
      <w:r>
        <w:rPr>
          <w:rFonts w:ascii="Consolas" w:hAnsi="Consolas"/>
          <w:sz w:val="18"/>
        </w:rPr>
        <w:t>$ pip install -r requirements.txt</w:t>
      </w:r>
    </w:p>
    <w:p>
      <w:pPr>
        <w:spacing w:after="40"/>
      </w:pPr>
    </w:p>
    <w:p>
      <w:pPr>
        <w:spacing w:after="80"/>
      </w:pPr>
      <w:r>
        <w:rPr>
          <w:b w:val="0"/>
          <w:i w:val="0"/>
        </w:rPr>
        <w:t xml:space="preserve">Nhớ chuẩn bị sẵn khóa OpenAI của bạn trong tệp </w:t>
      </w:r>
      <w:r>
        <w:rPr>
          <w:rFonts w:ascii="Consolas" w:hAnsi="Consolas"/>
          <w:b w:val="0"/>
          <w:i w:val="0"/>
          <w:sz w:val="20"/>
        </w:rPr>
        <w:br/>
        <w:br/>
        <w:t xml:space="preserve">      keys.py</w:t>
        <w:br/>
        <w:t xml:space="preserve">     </w:t>
        <w:br/>
      </w:r>
    </w:p>
    <w:p>
      <w:pPr>
        <w:spacing w:after="80"/>
      </w:pPr>
      <w:r>
        <w:rPr>
          <w:b w:val="0"/>
          <w:i w:val="0"/>
        </w:rPr>
        <w:t xml:space="preserve">Tải hình ảnh </w:t>
      </w:r>
      <w:r>
        <w:rPr>
          <w:rFonts w:ascii="Consolas" w:hAnsi="Consolas"/>
          <w:b w:val="0"/>
          <w:i w:val="0"/>
          <w:sz w:val="20"/>
        </w:rPr>
        <w:br/>
        <w:br/>
        <w:t xml:space="preserve">      photo‑dublin‑a1.jpg</w:t>
        <w:br/>
        <w:t xml:space="preserve">     </w:t>
        <w:br/>
      </w:r>
      <w:r>
        <w:rPr>
          <w:b w:val="0"/>
          <w:i w:val="0"/>
        </w:rPr>
        <w:t xml:space="preserve"> từ thư mục của chương này có sẵn trên GitHub.</w:t>
      </w:r>
    </w:p>
    <w:p>
      <w:pPr>
        <w:spacing w:after="80"/>
      </w:pPr>
      <w:r>
        <w:rPr>
          <w:b/>
          <w:i w:val="0"/>
        </w:rPr>
        <w:t>Lưu ý</w:t>
      </w:r>
    </w:p>
    <w:p>
      <w:pPr>
        <w:spacing w:after="80"/>
      </w:pPr>
      <w:r>
        <w:rPr>
          <w:b w:val="0"/>
          <w:i w:val="0"/>
        </w:rPr>
        <w:t>Có thể bạn sẽ nhận ra bức ảnh này! Chúng ta đã dùng nó ở cả chương 4 và chương 5 trước đó.</w:t>
      </w:r>
    </w:p>
    <w:p>
      <w:pPr>
        <w:jc w:val="center"/>
      </w:pPr>
      <w:r>
        <w:drawing>
          <wp:inline xmlns:a="http://schemas.openxmlformats.org/drawingml/2006/main" xmlns:pic="http://schemas.openxmlformats.org/drawingml/2006/picture">
            <wp:extent cx="5486400" cy="4117067"/>
            <wp:docPr id="113" name="Picture 113"/>
            <wp:cNvGraphicFramePr>
              <a:graphicFrameLocks noChangeAspect="1"/>
            </wp:cNvGraphicFramePr>
            <a:graphic>
              <a:graphicData uri="http://schemas.openxmlformats.org/drawingml/2006/picture">
                <pic:pic>
                  <pic:nvPicPr>
                    <pic:cNvPr id="0" name="B36973_11_7.png"/>
                    <pic:cNvPicPr/>
                  </pic:nvPicPr>
                  <pic:blipFill>
                    <a:blip r:embed="rId113"/>
                    <a:stretch>
                      <a:fillRect/>
                    </a:stretch>
                  </pic:blipFill>
                  <pic:spPr>
                    <a:xfrm>
                      <a:off x="0" y="0"/>
                      <a:ext cx="5486400" cy="4117067"/>
                    </a:xfrm>
                    <a:prstGeom prst="rect"/>
                  </pic:spPr>
                </pic:pic>
              </a:graphicData>
            </a:graphic>
          </wp:inline>
        </w:drawing>
      </w:r>
    </w:p>
    <w:p>
      <w:pPr>
        <w:spacing w:after="160"/>
        <w:jc w:val="center"/>
      </w:pPr>
      <w:r>
        <w:rPr>
          <w:rFonts w:ascii="Calibri" w:hAnsi="Calibri"/>
          <w:b w:val="0"/>
          <w:i/>
          <w:sz w:val="19"/>
        </w:rPr>
        <w:t>Hình 11.7: Photo-dublin-a1.jpg, một bức ảnh về Dublin</w:t>
      </w:r>
    </w:p>
    <w:p>
      <w:pPr>
        <w:spacing w:after="80"/>
      </w:pPr>
      <w:r>
        <w:rPr>
          <w:b w:val="0"/>
          <w:i w:val="0"/>
        </w:rPr>
        <w:t xml:space="preserve">Chúng ta sẽ dùng mô hình </w:t>
      </w:r>
      <w:r>
        <w:rPr>
          <w:b w:val="0"/>
          <w:i/>
        </w:rPr>
        <w:t>GPT-5.4</w:t>
      </w:r>
      <w:r>
        <w:rPr>
          <w:b w:val="0"/>
          <w:i w:val="0"/>
        </w:rPr>
        <w:t xml:space="preserve">. Hãy kiểm tra xem nó có sẵn không. Nếu không, xem phần </w:t>
      </w:r>
      <w:r>
        <w:rPr>
          <w:b w:val="0"/>
          <w:i/>
        </w:rPr>
        <w:t>Còn</w:t>
      </w:r>
      <w:r>
        <w:rPr>
          <w:b w:val="0"/>
          <w:i w:val="0"/>
        </w:rPr>
        <w:t xml:space="preserve"> </w:t>
      </w:r>
      <w:r>
        <w:rPr>
          <w:b w:val="0"/>
          <w:i/>
        </w:rPr>
        <w:t>'</w:t>
      </w:r>
      <w:r>
        <w:rPr>
          <w:b w:val="0"/>
          <w:i w:val="0"/>
        </w:rPr>
        <w:t xml:space="preserve"> </w:t>
      </w:r>
      <w:r>
        <w:rPr>
          <w:b w:val="0"/>
          <w:i/>
        </w:rPr>
        <w:t>nhiều thứ</w:t>
      </w:r>
      <w:r>
        <w:rPr>
          <w:b w:val="0"/>
          <w:i w:val="0"/>
        </w:rPr>
        <w:t xml:space="preserve"> hơn để biết cách thay đổi nó.</w:t>
      </w:r>
    </w:p>
    <w:p>
      <w:pPr>
        <w:pStyle w:val="Heading3"/>
      </w:pPr>
      <w:r>
        <w:rPr>
          <w:rFonts w:ascii="Calibri" w:hAnsi="Calibri"/>
          <w:b/>
          <w:i w:val="0"/>
          <w:sz w:val="26"/>
        </w:rPr>
        <w:t>Cách thực hiện…</w:t>
      </w:r>
    </w:p>
    <w:p>
      <w:pPr>
        <w:spacing w:after="80"/>
        <w:ind w:left="360"/>
      </w:pPr>
      <w:r>
        <w:t xml:space="preserve">1. </w:t>
      </w:r>
      <w:r>
        <w:rPr>
          <w:b w:val="0"/>
          <w:i w:val="0"/>
        </w:rPr>
        <w:t xml:space="preserve">Import các mô-đun </w:t>
      </w:r>
      <w:r>
        <w:rPr>
          <w:rFonts w:ascii="Consolas" w:hAnsi="Consolas"/>
          <w:b w:val="0"/>
          <w:i w:val="0"/>
          <w:sz w:val="20"/>
        </w:rPr>
        <w:br/>
        <w:br/>
        <w:t xml:space="preserve">       os</w:t>
        <w:br/>
        <w:t xml:space="preserve">      </w:t>
        <w:br/>
      </w:r>
      <w:r>
        <w:rPr>
          <w:b w:val="0"/>
          <w:i w:val="0"/>
        </w:rPr>
        <w:t xml:space="preserve">, </w:t>
      </w:r>
      <w:r>
        <w:rPr>
          <w:rFonts w:ascii="Consolas" w:hAnsi="Consolas"/>
          <w:b w:val="0"/>
          <w:i w:val="0"/>
          <w:sz w:val="20"/>
        </w:rPr>
        <w:br/>
        <w:br/>
        <w:t xml:space="preserve">       openai</w:t>
        <w:br/>
        <w:t xml:space="preserve">      </w:t>
        <w:br/>
      </w:r>
      <w:r>
        <w:rPr>
          <w:b w:val="0"/>
          <w:i w:val="0"/>
        </w:rPr>
        <w:t xml:space="preserve">, </w:t>
      </w:r>
      <w:r>
        <w:rPr>
          <w:rFonts w:ascii="Consolas" w:hAnsi="Consolas"/>
          <w:b w:val="0"/>
          <w:i w:val="0"/>
          <w:sz w:val="20"/>
        </w:rPr>
        <w:br/>
        <w:br/>
        <w:t xml:space="preserve">       base64</w:t>
        <w:br/>
        <w:t xml:space="preserve">      </w:t>
        <w:br/>
      </w:r>
      <w:r>
        <w:rPr>
          <w:b w:val="0"/>
          <w:i w:val="0"/>
        </w:rPr>
        <w:t xml:space="preserve">, và </w:t>
      </w:r>
      <w:r>
        <w:rPr>
          <w:rFonts w:ascii="Consolas" w:hAnsi="Consolas"/>
          <w:b w:val="0"/>
          <w:i w:val="0"/>
          <w:sz w:val="20"/>
        </w:rPr>
        <w:br/>
        <w:br/>
        <w:t xml:space="preserve">       dotenv</w:t>
        <w:br/>
        <w:t xml:space="preserve">      </w:t>
        <w:br/>
      </w:r>
      <w:r>
        <w:rPr>
          <w:b w:val="0"/>
          <w:i w:val="0"/>
        </w:rPr>
        <w:t xml:space="preserve"> rồi tải các biến </w:t>
      </w:r>
      <w:r>
        <w:rPr>
          <w:rFonts w:ascii="Consolas" w:hAnsi="Consolas"/>
          <w:b w:val="0"/>
          <w:i w:val="0"/>
          <w:sz w:val="20"/>
        </w:rPr>
        <w:br/>
        <w:br/>
        <w:t xml:space="preserve">       dotenv</w:t>
        <w:br/>
        <w:t xml:space="preserve">      </w:t>
        <w:br/>
      </w:r>
      <w:r>
        <w:rPr>
          <w:b w:val="0"/>
          <w:i w:val="0"/>
        </w:rPr>
        <w:t>.</w:t>
      </w:r>
    </w:p>
    <w:p>
      <w:pPr>
        <w:spacing w:after="0"/>
        <w:ind w:left="360"/>
        <w:shd w:val="clear" w:color="auto" w:fill="F2F2F2"/>
      </w:pPr>
      <w:r>
        <w:rPr>
          <w:rFonts w:ascii="Consolas" w:hAnsi="Consolas"/>
          <w:sz w:val="18"/>
        </w:rPr>
        <w:t>&gt;&gt;&gt; import os</w:t>
      </w:r>
    </w:p>
    <w:p>
      <w:pPr>
        <w:spacing w:after="0"/>
        <w:ind w:left="360"/>
        <w:shd w:val="clear" w:color="auto" w:fill="F2F2F2"/>
      </w:pPr>
      <w:r>
        <w:rPr>
          <w:rFonts w:ascii="Consolas" w:hAnsi="Consolas"/>
          <w:sz w:val="18"/>
        </w:rPr>
        <w:t>&gt;&gt;&gt; import openai</w:t>
      </w:r>
    </w:p>
    <w:p>
      <w:pPr>
        <w:spacing w:after="0"/>
        <w:ind w:left="360"/>
        <w:shd w:val="clear" w:color="auto" w:fill="F2F2F2"/>
      </w:pPr>
      <w:r>
        <w:rPr>
          <w:rFonts w:ascii="Consolas" w:hAnsi="Consolas"/>
          <w:sz w:val="18"/>
        </w:rPr>
        <w:t>&gt;&gt;&gt; import base64</w:t>
      </w:r>
    </w:p>
    <w:p>
      <w:pPr>
        <w:spacing w:after="0"/>
        <w:ind w:left="360"/>
        <w:shd w:val="clear" w:color="auto" w:fill="F2F2F2"/>
      </w:pPr>
      <w:r>
        <w:rPr>
          <w:rFonts w:ascii="Consolas" w:hAnsi="Consolas"/>
          <w:sz w:val="18"/>
        </w:rPr>
        <w:t>&gt;&gt;&gt; from dotenv import load_dotenv</w:t>
      </w:r>
    </w:p>
    <w:p>
      <w:pPr>
        <w:spacing w:after="0"/>
        <w:ind w:left="360"/>
        <w:shd w:val="clear" w:color="auto" w:fill="F2F2F2"/>
      </w:pPr>
      <w:r>
        <w:rPr>
          <w:rFonts w:ascii="Consolas" w:hAnsi="Consolas"/>
          <w:sz w:val="18"/>
        </w:rPr>
        <w:t>&gt;&gt;&gt; load_dotenv()</w:t>
      </w:r>
    </w:p>
    <w:p>
      <w:pPr>
        <w:spacing w:after="40"/>
      </w:pPr>
    </w:p>
    <w:p>
      <w:pPr>
        <w:spacing w:after="80"/>
        <w:ind w:left="360"/>
      </w:pPr>
      <w:r>
        <w:t xml:space="preserve">2. </w:t>
      </w:r>
      <w:r>
        <w:rPr>
          <w:b w:val="0"/>
          <w:i w:val="0"/>
        </w:rPr>
        <w:t>Lấy API key và chuẩn bị client cho cuộc gọi.</w:t>
      </w:r>
    </w:p>
    <w:p>
      <w:pPr>
        <w:spacing w:after="0"/>
        <w:ind w:left="360"/>
        <w:shd w:val="clear" w:color="auto" w:fill="F2F2F2"/>
      </w:pPr>
      <w:r>
        <w:rPr>
          <w:rFonts w:ascii="Consolas" w:hAnsi="Consolas"/>
          <w:sz w:val="18"/>
        </w:rPr>
        <w:t>&gt;&gt;&gt; OPEN_AI_KEY = os.getenv('OPEN_AI_KEY')</w:t>
      </w:r>
    </w:p>
    <w:p>
      <w:pPr>
        <w:spacing w:after="0"/>
        <w:ind w:left="360"/>
        <w:shd w:val="clear" w:color="auto" w:fill="F2F2F2"/>
      </w:pPr>
      <w:r>
        <w:rPr>
          <w:rFonts w:ascii="Consolas" w:hAnsi="Consolas"/>
          <w:sz w:val="18"/>
        </w:rPr>
        <w:t>&gt;&gt;&gt; client = openai.OpenAI(api_key=OPEN_AI_KEY)</w:t>
      </w:r>
    </w:p>
    <w:p>
      <w:pPr>
        <w:spacing w:after="40"/>
      </w:pPr>
    </w:p>
    <w:p>
      <w:pPr>
        <w:spacing w:after="80"/>
        <w:ind w:left="360"/>
      </w:pPr>
      <w:r>
        <w:t xml:space="preserve">3. </w:t>
      </w:r>
      <w:r>
        <w:rPr>
          <w:b w:val="0"/>
          <w:i w:val="0"/>
        </w:rPr>
        <w:t>Xác định mô hình chúng ta sẽ dùng và prompt cho hình ảnh.</w:t>
      </w:r>
    </w:p>
    <w:p>
      <w:pPr>
        <w:spacing w:after="0"/>
        <w:ind w:left="360"/>
        <w:shd w:val="clear" w:color="auto" w:fill="F2F2F2"/>
      </w:pPr>
      <w:r>
        <w:rPr>
          <w:rFonts w:ascii="Consolas" w:hAnsi="Consolas"/>
          <w:sz w:val="18"/>
        </w:rPr>
        <w:t>&gt;&gt;&gt; MODEL = 'gpt-5.4'</w:t>
      </w:r>
    </w:p>
    <w:p>
      <w:pPr>
        <w:spacing w:after="0"/>
        <w:ind w:left="360"/>
        <w:shd w:val="clear" w:color="auto" w:fill="F2F2F2"/>
      </w:pPr>
      <w:r>
        <w:rPr>
          <w:rFonts w:ascii="Consolas" w:hAnsi="Consolas"/>
          <w:sz w:val="18"/>
        </w:rPr>
        <w:t>&gt;&gt;&gt; prompt = 'Describe this image'</w:t>
      </w:r>
    </w:p>
    <w:p>
      <w:pPr>
        <w:spacing w:after="40"/>
      </w:pPr>
    </w:p>
    <w:p>
      <w:pPr>
        <w:spacing w:after="80"/>
        <w:ind w:left="360"/>
      </w:pPr>
      <w:r>
        <w:t xml:space="preserve">4. </w:t>
      </w:r>
      <w:r>
        <w:rPr>
          <w:b w:val="0"/>
          <w:i w:val="0"/>
        </w:rPr>
        <w:t xml:space="preserve">Đọc hình ảnh, và mã hóa nó thành </w:t>
      </w:r>
      <w:r>
        <w:rPr>
          <w:rFonts w:ascii="Consolas" w:hAnsi="Consolas"/>
          <w:b w:val="0"/>
          <w:i w:val="0"/>
          <w:sz w:val="20"/>
        </w:rPr>
        <w:br/>
        <w:br/>
        <w:t xml:space="preserve">       base64.</w:t>
        <w:br/>
        <w:t xml:space="preserve">      </w:t>
        <w:br/>
      </w:r>
    </w:p>
    <w:p>
      <w:pPr>
        <w:spacing w:after="0"/>
        <w:ind w:left="360"/>
        <w:shd w:val="clear" w:color="auto" w:fill="F2F2F2"/>
      </w:pPr>
      <w:r>
        <w:rPr>
          <w:rFonts w:ascii="Consolas" w:hAnsi="Consolas"/>
          <w:sz w:val="18"/>
        </w:rPr>
        <w:t>&gt;&gt;&gt; with open('photo-dublin-a1.jpg', 'rb') as fp:</w:t>
      </w:r>
    </w:p>
    <w:p>
      <w:pPr>
        <w:spacing w:after="0"/>
        <w:ind w:left="360"/>
        <w:shd w:val="clear" w:color="auto" w:fill="F2F2F2"/>
      </w:pPr>
      <w:r>
        <w:rPr>
          <w:rFonts w:ascii="Consolas" w:hAnsi="Consolas"/>
          <w:sz w:val="18"/>
        </w:rPr>
        <w:t>...     encoded_image = base64.b64encode(fp.read()).decode('utf-8')</w:t>
      </w:r>
    </w:p>
    <w:p>
      <w:pPr>
        <w:spacing w:after="40"/>
      </w:pPr>
    </w:p>
    <w:p>
      <w:pPr>
        <w:spacing w:after="80"/>
        <w:ind w:left="360"/>
      </w:pPr>
      <w:r>
        <w:t xml:space="preserve">5. </w:t>
      </w:r>
      <w:r>
        <w:rPr>
          <w:b w:val="0"/>
          <w:i w:val="0"/>
        </w:rPr>
        <w:t>Cấu trúc dữ liệu mà chúng ta sẽ gửi đến mô hình AI.</w:t>
      </w:r>
    </w:p>
    <w:p>
      <w:pPr>
        <w:spacing w:after="0"/>
        <w:ind w:left="360"/>
        <w:shd w:val="clear" w:color="auto" w:fill="F2F2F2"/>
      </w:pPr>
      <w:r>
        <w:rPr>
          <w:rFonts w:ascii="Consolas" w:hAnsi="Consolas"/>
          <w:sz w:val="18"/>
        </w:rPr>
        <w:t>&gt;&gt;&gt; content = {</w:t>
      </w:r>
    </w:p>
    <w:p>
      <w:pPr>
        <w:spacing w:after="0"/>
        <w:ind w:left="360"/>
        <w:shd w:val="clear" w:color="auto" w:fill="F2F2F2"/>
      </w:pPr>
      <w:r>
        <w:rPr>
          <w:rFonts w:ascii="Consolas" w:hAnsi="Consolas"/>
          <w:sz w:val="18"/>
        </w:rPr>
        <w:t>...    'role': 'user',</w:t>
      </w:r>
    </w:p>
    <w:p>
      <w:pPr>
        <w:spacing w:after="0"/>
        <w:ind w:left="360"/>
        <w:shd w:val="clear" w:color="auto" w:fill="F2F2F2"/>
      </w:pPr>
      <w:r>
        <w:rPr>
          <w:rFonts w:ascii="Consolas" w:hAnsi="Consolas"/>
          <w:sz w:val="18"/>
        </w:rPr>
        <w:t>...    'content': [</w:t>
      </w:r>
    </w:p>
    <w:p>
      <w:pPr>
        <w:spacing w:after="0"/>
        <w:ind w:left="360"/>
        <w:shd w:val="clear" w:color="auto" w:fill="F2F2F2"/>
      </w:pPr>
      <w:r>
        <w:rPr>
          <w:rFonts w:ascii="Consolas" w:hAnsi="Consolas"/>
          <w:sz w:val="18"/>
        </w:rPr>
        <w:t>...      {'type': 'input_text', 'text': prompt},</w:t>
      </w:r>
    </w:p>
    <w:p>
      <w:pPr>
        <w:spacing w:after="0"/>
        <w:ind w:left="360"/>
        <w:shd w:val="clear" w:color="auto" w:fill="F2F2F2"/>
      </w:pPr>
      <w:r>
        <w:rPr>
          <w:rFonts w:ascii="Consolas" w:hAnsi="Consolas"/>
          <w:sz w:val="18"/>
        </w:rPr>
        <w:t>...      {</w:t>
      </w:r>
    </w:p>
    <w:p>
      <w:pPr>
        <w:spacing w:after="0"/>
        <w:ind w:left="360"/>
        <w:shd w:val="clear" w:color="auto" w:fill="F2F2F2"/>
      </w:pPr>
      <w:r>
        <w:rPr>
          <w:rFonts w:ascii="Consolas" w:hAnsi="Consolas"/>
          <w:sz w:val="18"/>
        </w:rPr>
        <w:t>...         'type': 'input_image',</w:t>
      </w:r>
    </w:p>
    <w:p>
      <w:pPr>
        <w:spacing w:after="0"/>
        <w:ind w:left="360"/>
        <w:shd w:val="clear" w:color="auto" w:fill="F2F2F2"/>
      </w:pPr>
      <w:r>
        <w:rPr>
          <w:rFonts w:ascii="Consolas" w:hAnsi="Consolas"/>
          <w:sz w:val="18"/>
        </w:rPr>
        <w:t>...         'image_url':f'data:image/jpeg;base64,{encoded_image}'</w:t>
      </w:r>
    </w:p>
    <w:p>
      <w:pPr>
        <w:spacing w:after="0"/>
        <w:ind w:left="360"/>
        <w:shd w:val="clear" w:color="auto" w:fill="F2F2F2"/>
      </w:pPr>
      <w:r>
        <w:rPr>
          <w:rFonts w:ascii="Consolas" w:hAnsi="Consolas"/>
          <w:sz w:val="18"/>
        </w:rPr>
        <w:t>...      }</w:t>
      </w:r>
    </w:p>
    <w:p>
      <w:pPr>
        <w:spacing w:after="0"/>
        <w:ind w:left="360"/>
        <w:shd w:val="clear" w:color="auto" w:fill="F2F2F2"/>
      </w:pPr>
      <w:r>
        <w:rPr>
          <w:rFonts w:ascii="Consolas" w:hAnsi="Consolas"/>
          <w:sz w:val="18"/>
        </w:rPr>
        <w:t>...    ]</w:t>
      </w:r>
    </w:p>
    <w:p>
      <w:pPr>
        <w:spacing w:after="0"/>
        <w:ind w:left="360"/>
        <w:shd w:val="clear" w:color="auto" w:fill="F2F2F2"/>
      </w:pPr>
      <w:r>
        <w:rPr>
          <w:rFonts w:ascii="Consolas" w:hAnsi="Consolas"/>
          <w:sz w:val="18"/>
        </w:rPr>
        <w:t>... }</w:t>
      </w:r>
    </w:p>
    <w:p>
      <w:pPr>
        <w:spacing w:after="40"/>
      </w:pPr>
    </w:p>
    <w:p>
      <w:pPr>
        <w:spacing w:after="80"/>
        <w:ind w:left="360"/>
      </w:pPr>
      <w:r>
        <w:t xml:space="preserve">6. </w:t>
      </w:r>
      <w:r>
        <w:rPr>
          <w:b w:val="0"/>
          <w:i w:val="0"/>
        </w:rPr>
        <w:t>Chúng ta gọi mô hình. Có thể mất vài giây.</w:t>
      </w:r>
    </w:p>
    <w:p>
      <w:pPr>
        <w:spacing w:after="0"/>
        <w:ind w:left="360"/>
        <w:shd w:val="clear" w:color="auto" w:fill="F2F2F2"/>
      </w:pPr>
      <w:r>
        <w:rPr>
          <w:rFonts w:ascii="Consolas" w:hAnsi="Consolas"/>
          <w:sz w:val="18"/>
        </w:rPr>
        <w:t>&gt;&gt;&gt; response = client.responses.create(model=MODEL, input=[content])</w:t>
      </w:r>
    </w:p>
    <w:p>
      <w:pPr>
        <w:spacing w:after="40"/>
      </w:pPr>
    </w:p>
    <w:p>
      <w:pPr>
        <w:spacing w:after="80"/>
        <w:ind w:left="360"/>
      </w:pPr>
      <w:r>
        <w:t xml:space="preserve">7. </w:t>
      </w:r>
      <w:r>
        <w:rPr>
          <w:b w:val="0"/>
          <w:i w:val="0"/>
        </w:rPr>
        <w:t>Kiểm tra phần mô tả nhận được. Kết quả sẽ khác trong trường hợp của bạn, vì giá trị trả về là không xác định trước.</w:t>
      </w:r>
    </w:p>
    <w:p>
      <w:pPr>
        <w:spacing w:after="0"/>
        <w:ind w:left="360"/>
        <w:shd w:val="clear" w:color="auto" w:fill="F2F2F2"/>
      </w:pPr>
      <w:r>
        <w:rPr>
          <w:rFonts w:ascii="Consolas" w:hAnsi="Consolas"/>
          <w:sz w:val="18"/>
        </w:rPr>
        <w:t>&gt;&gt;&gt; response.output_text</w:t>
      </w:r>
    </w:p>
    <w:p>
      <w:pPr>
        <w:spacing w:after="0"/>
        <w:ind w:left="360"/>
        <w:shd w:val="clear" w:color="auto" w:fill="F2F2F2"/>
      </w:pPr>
      <w:r>
        <w:rPr>
          <w:rFonts w:ascii="Consolas" w:hAnsi="Consolas"/>
          <w:sz w:val="18"/>
        </w:rPr>
        <w:t>'A bright, clear-day waterfront city scene. A wide river runs through the center, with modern office and apartment buildings lining the left bank. A historic tall-masted ship is docked along the water, adding contrast to the contemporary skyline. In the distance, a striking white harp-shaped cable-stayed bridge spans the river. On the right, a paved riverside walkway with black railings and round street lamps stretches into the distance, with a few pedestrians visible. The sky is cloudless and intensely blue, giving the whole image a calm, open feel.'</w:t>
      </w:r>
    </w:p>
    <w:p>
      <w:pPr>
        <w:spacing w:after="40"/>
      </w:pPr>
    </w:p>
    <w:p>
      <w:pPr>
        <w:pStyle w:val="Heading3"/>
      </w:pPr>
      <w:r>
        <w:rPr>
          <w:rFonts w:ascii="Calibri" w:hAnsi="Calibri"/>
          <w:b/>
          <w:i w:val="0"/>
          <w:sz w:val="26"/>
        </w:rPr>
        <w:t>Cách nó hoạt động…</w:t>
      </w:r>
    </w:p>
    <w:p>
      <w:pPr>
        <w:spacing w:after="80"/>
      </w:pPr>
      <w:r>
        <w:rPr>
          <w:b w:val="0"/>
          <w:i/>
        </w:rPr>
        <w:t xml:space="preserve"> Bước 1 </w:t>
      </w:r>
      <w:r>
        <w:rPr>
          <w:b w:val="0"/>
          <w:i w:val="0"/>
        </w:rPr>
        <w:t xml:space="preserve"> đến </w:t>
      </w:r>
      <w:r>
        <w:rPr>
          <w:b w:val="0"/>
          <w:i/>
        </w:rPr>
        <w:t xml:space="preserve"> 3 </w:t>
      </w:r>
      <w:r>
        <w:rPr>
          <w:b w:val="0"/>
          <w:i w:val="0"/>
        </w:rPr>
        <w:t xml:space="preserve"> là phần chuẩn bị. Trong </w:t>
      </w:r>
      <w:r>
        <w:rPr>
          <w:b w:val="0"/>
          <w:i/>
        </w:rPr>
        <w:t xml:space="preserve"> Bước 3 </w:t>
      </w:r>
      <w:r>
        <w:rPr>
          <w:b w:val="0"/>
          <w:i w:val="0"/>
        </w:rPr>
        <w:t xml:space="preserve"> chúng ta đã xác định mô hình sẽ dùng, mô hình này cần có khả năng hiểu hình ảnh. Trong trường hợp này, chúng ta dùng </w:t>
      </w:r>
      <w:r>
        <w:rPr>
          <w:rFonts w:ascii="Consolas" w:hAnsi="Consolas"/>
          <w:b w:val="0"/>
          <w:i w:val="0"/>
          <w:sz w:val="20"/>
        </w:rPr>
        <w:br/>
        <w:br/>
        <w:t xml:space="preserve">      gpt‑5.4</w:t>
        <w:br/>
        <w:t xml:space="preserve">     </w:t>
        <w:br/>
      </w:r>
      <w:r>
        <w:rPr>
          <w:b w:val="0"/>
          <w:i w:val="0"/>
        </w:rPr>
        <w:t xml:space="preserve"> . Ngoài ra, trong </w:t>
      </w:r>
      <w:r>
        <w:rPr>
          <w:b w:val="0"/>
          <w:i/>
        </w:rPr>
        <w:t xml:space="preserve"> Bước 3 </w:t>
      </w:r>
      <w:r>
        <w:rPr>
          <w:b w:val="0"/>
          <w:i w:val="0"/>
        </w:rPr>
        <w:t xml:space="preserve"> chúng ta đã thiết lập prompt để mô tả hình ảnh.</w:t>
      </w:r>
    </w:p>
    <w:p>
      <w:pPr>
        <w:spacing w:after="80"/>
      </w:pPr>
      <w:r>
        <w:rPr>
          <w:b w:val="0"/>
          <w:i w:val="0"/>
        </w:rPr>
        <w:t xml:space="preserve">Chúng ta cần đọc hình ảnh, và mã hóa nó thành </w:t>
      </w:r>
      <w:r>
        <w:rPr>
          <w:rFonts w:ascii="Consolas" w:hAnsi="Consolas"/>
          <w:b w:val="0"/>
          <w:i w:val="0"/>
          <w:sz w:val="20"/>
        </w:rPr>
        <w:br/>
        <w:br/>
        <w:t xml:space="preserve">      base64</w:t>
        <w:br/>
        <w:t xml:space="preserve">     </w:t>
        <w:br/>
      </w:r>
      <w:r>
        <w:rPr>
          <w:b w:val="0"/>
          <w:i w:val="0"/>
        </w:rPr>
        <w:t xml:space="preserve"> ở bước 4. Việc mã hóa chuyển nó từ định dạng nhị phân sang một tập hợp các ký tự.</w:t>
      </w:r>
    </w:p>
    <w:p>
      <w:pPr>
        <w:spacing w:after="80"/>
      </w:pPr>
      <w:r>
        <w:rPr>
          <w:b/>
          <w:i w:val="0"/>
        </w:rPr>
        <w:t>Lưu ý</w:t>
      </w:r>
    </w:p>
    <w:p>
      <w:pPr>
        <w:spacing w:after="80"/>
      </w:pPr>
      <w:r>
        <w:rPr>
          <w:b w:val="0"/>
          <w:i w:val="0"/>
        </w:rPr>
        <w:t xml:space="preserve">Chúng ta đã thảo luận ở công thức trước về </w:t>
      </w:r>
      <w:r>
        <w:rPr>
          <w:rFonts w:ascii="Consolas" w:hAnsi="Consolas"/>
          <w:b w:val="0"/>
          <w:i w:val="0"/>
          <w:sz w:val="20"/>
        </w:rPr>
        <w:br/>
        <w:br/>
        <w:t xml:space="preserve">       base64</w:t>
        <w:br/>
        <w:t xml:space="preserve">      </w:t>
        <w:br/>
      </w:r>
      <w:r>
        <w:rPr>
          <w:b w:val="0"/>
          <w:i w:val="0"/>
        </w:rPr>
        <w:t xml:space="preserve"> . Đây là một cách thuận tiện để truyền nội dung nhị phân dưới dạng văn bản. Sẽ nói thêm về điều đó sau.</w:t>
      </w:r>
    </w:p>
    <w:p>
      <w:pPr>
        <w:spacing w:after="80"/>
      </w:pPr>
      <w:r>
        <w:rPr>
          <w:b w:val="0"/>
          <w:i w:val="0"/>
        </w:rPr>
        <w:t xml:space="preserve">Chúng ta cần chuẩn bị dữ liệu để được cấu trúc đúng cách cho API </w:t>
      </w:r>
      <w:r>
        <w:rPr>
          <w:rFonts w:ascii="Consolas" w:hAnsi="Consolas"/>
          <w:b w:val="0"/>
          <w:i w:val="0"/>
          <w:sz w:val="20"/>
        </w:rPr>
        <w:br/>
        <w:br/>
        <w:t xml:space="preserve">      openai</w:t>
        <w:br/>
        <w:t xml:space="preserve">     </w:t>
        <w:br/>
      </w:r>
      <w:r>
        <w:rPr>
          <w:b w:val="0"/>
          <w:i w:val="0"/>
        </w:rPr>
        <w:t xml:space="preserve"> . Hãy cùng xem qua nó.</w:t>
      </w:r>
    </w:p>
    <w:p>
      <w:pPr>
        <w:spacing w:after="0"/>
        <w:ind w:left="360"/>
        <w:shd w:val="clear" w:color="auto" w:fill="F2F2F2"/>
      </w:pPr>
      <w:r>
        <w:rPr>
          <w:rFonts w:ascii="Consolas" w:hAnsi="Consolas"/>
          <w:sz w:val="18"/>
        </w:rPr>
        <w:t>content = {</w:t>
      </w:r>
    </w:p>
    <w:p>
      <w:pPr>
        <w:spacing w:after="0"/>
        <w:ind w:left="360"/>
        <w:shd w:val="clear" w:color="auto" w:fill="F2F2F2"/>
      </w:pPr>
      <w:r>
        <w:rPr>
          <w:rFonts w:ascii="Consolas" w:hAnsi="Consolas"/>
          <w:sz w:val="18"/>
        </w:rPr>
        <w:t xml:space="preserve">    'role': 'user',</w:t>
      </w:r>
    </w:p>
    <w:p>
      <w:pPr>
        <w:spacing w:after="0"/>
        <w:ind w:left="360"/>
        <w:shd w:val="clear" w:color="auto" w:fill="F2F2F2"/>
      </w:pPr>
      <w:r>
        <w:rPr>
          <w:rFonts w:ascii="Consolas" w:hAnsi="Consolas"/>
          <w:sz w:val="18"/>
        </w:rPr>
        <w:t xml:space="preserve">    'content': [</w:t>
      </w:r>
    </w:p>
    <w:p>
      <w:pPr>
        <w:spacing w:after="0"/>
        <w:ind w:left="360"/>
        <w:shd w:val="clear" w:color="auto" w:fill="F2F2F2"/>
      </w:pPr>
      <w:r>
        <w:rPr>
          <w:rFonts w:ascii="Consolas" w:hAnsi="Consolas"/>
          <w:sz w:val="18"/>
        </w:rPr>
        <w:t xml:space="preserve">      {'type': 'input_text', 'text': prompt},</w:t>
      </w:r>
    </w:p>
    <w:p>
      <w:pPr>
        <w:spacing w:after="0"/>
        <w:ind w:left="360"/>
        <w:shd w:val="clear" w:color="auto" w:fill="F2F2F2"/>
      </w:pPr>
      <w:r>
        <w:rPr>
          <w:rFonts w:ascii="Consolas" w:hAnsi="Consolas"/>
          <w:sz w:val="18"/>
        </w:rPr>
        <w:t xml:space="preserve">      {'type': 'input_image',</w:t>
      </w:r>
    </w:p>
    <w:p>
      <w:pPr>
        <w:spacing w:after="0"/>
        <w:ind w:left="360"/>
        <w:shd w:val="clear" w:color="auto" w:fill="F2F2F2"/>
      </w:pPr>
      <w:r>
        <w:rPr>
          <w:rFonts w:ascii="Consolas" w:hAnsi="Consolas"/>
          <w:sz w:val="18"/>
        </w:rPr>
        <w:t xml:space="preserve">       'image_url':f'data:image/jpeg;base64,{encoded_image}'}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40"/>
      </w:pPr>
    </w:p>
    <w:p>
      <w:pPr>
        <w:spacing w:after="80"/>
      </w:pPr>
      <w:r>
        <w:rPr>
          <w:b w:val="0"/>
          <w:i w:val="0"/>
        </w:rPr>
        <w:t xml:space="preserve">Chúng ta cần xác định </w:t>
      </w:r>
      <w:r>
        <w:rPr>
          <w:rFonts w:ascii="Consolas" w:hAnsi="Consolas"/>
          <w:b w:val="0"/>
          <w:i w:val="0"/>
          <w:sz w:val="20"/>
        </w:rPr>
        <w:br/>
        <w:br/>
        <w:t xml:space="preserve">      role,</w:t>
        <w:br/>
        <w:t xml:space="preserve">     </w:t>
        <w:br/>
      </w:r>
      <w:r>
        <w:rPr>
          <w:b w:val="0"/>
          <w:i w:val="0"/>
        </w:rPr>
        <w:t xml:space="preserve"> mà nên là </w:t>
      </w:r>
      <w:r>
        <w:rPr>
          <w:rFonts w:ascii="Consolas" w:hAnsi="Consolas"/>
          <w:b w:val="0"/>
          <w:i w:val="0"/>
          <w:sz w:val="20"/>
        </w:rPr>
        <w:br/>
        <w:br/>
        <w:t xml:space="preserve">      user</w:t>
        <w:br/>
        <w:t xml:space="preserve">     </w:t>
        <w:br/>
      </w:r>
      <w:r>
        <w:rPr>
          <w:b w:val="0"/>
          <w:i w:val="0"/>
        </w:rPr>
        <w:t xml:space="preserve"> , vì đây là đầu vào từ người dùng. Cả </w:t>
      </w:r>
      <w:r>
        <w:rPr>
          <w:rFonts w:ascii="Consolas" w:hAnsi="Consolas"/>
          <w:b w:val="0"/>
          <w:i w:val="0"/>
          <w:sz w:val="20"/>
        </w:rPr>
        <w:br/>
        <w:br/>
        <w:t xml:space="preserve">      system</w:t>
        <w:br/>
        <w:t xml:space="preserve">     </w:t>
        <w:br/>
      </w:r>
      <w:r>
        <w:rPr>
          <w:b w:val="0"/>
          <w:i w:val="0"/>
        </w:rPr>
        <w:t xml:space="preserve"> lẫn </w:t>
      </w:r>
      <w:r>
        <w:rPr>
          <w:rFonts w:ascii="Consolas" w:hAnsi="Consolas"/>
          <w:b w:val="0"/>
          <w:i w:val="0"/>
          <w:sz w:val="20"/>
        </w:rPr>
        <w:br/>
        <w:br/>
        <w:t xml:space="preserve">      assistant</w:t>
        <w:br/>
        <w:t xml:space="preserve">     </w:t>
        <w:br/>
      </w:r>
      <w:r>
        <w:rPr>
          <w:b w:val="0"/>
          <w:i w:val="0"/>
        </w:rPr>
        <w:t xml:space="preserve"> đều không áp dụng ở đây. Xem công thức </w:t>
      </w:r>
      <w:r>
        <w:rPr>
          <w:b w:val="0"/>
          <w:i/>
        </w:rPr>
        <w:t xml:space="preserve"> Tạo </w:t>
      </w:r>
      <w:r>
        <w:rPr>
          <w:b w:val="0"/>
          <w:i w:val="0"/>
        </w:rPr>
        <w:t xml:space="preserve"> </w:t>
      </w:r>
      <w:r>
        <w:rPr>
          <w:b w:val="0"/>
          <w:i/>
        </w:rPr>
        <w:t xml:space="preserve"> c </w:t>
      </w:r>
      <w:r>
        <w:rPr>
          <w:b w:val="0"/>
          <w:i w:val="0"/>
        </w:rPr>
        <w:t xml:space="preserve"> </w:t>
      </w:r>
      <w:r>
        <w:rPr>
          <w:b w:val="0"/>
          <w:i/>
        </w:rPr>
        <w:t xml:space="preserve"> hatbot </w:t>
      </w:r>
      <w:r>
        <w:rPr>
          <w:b w:val="0"/>
          <w:i w:val="0"/>
        </w:rPr>
        <w:t xml:space="preserve"> </w:t>
      </w:r>
      <w:r>
        <w:rPr>
          <w:b w:val="0"/>
          <w:i/>
        </w:rPr>
        <w:t xml:space="preserve"> của </w:t>
      </w:r>
      <w:r>
        <w:rPr>
          <w:b w:val="0"/>
          <w:i w:val="0"/>
        </w:rPr>
        <w:t xml:space="preserve"> </w:t>
      </w:r>
      <w:r>
        <w:rPr>
          <w:b w:val="0"/>
          <w:i/>
        </w:rPr>
        <w:t xml:space="preserve"> riêng </w:t>
      </w:r>
      <w:r>
        <w:rPr>
          <w:b w:val="0"/>
          <w:i w:val="0"/>
        </w:rPr>
        <w:t xml:space="preserve"> </w:t>
      </w:r>
      <w:r>
        <w:rPr>
          <w:b w:val="0"/>
          <w:i/>
        </w:rPr>
        <w:t xml:space="preserve"> b </w:t>
      </w:r>
      <w:r>
        <w:rPr>
          <w:b w:val="0"/>
          <w:i w:val="0"/>
        </w:rPr>
        <w:t xml:space="preserve"> </w:t>
      </w:r>
      <w:r>
        <w:rPr>
          <w:b w:val="0"/>
          <w:i/>
        </w:rPr>
        <w:t xml:space="preserve"> ạn </w:t>
      </w:r>
      <w:r>
        <w:rPr>
          <w:b w:val="0"/>
          <w:i w:val="0"/>
        </w:rPr>
        <w:t xml:space="preserve"> để biết thêm thông tin về các role có sẵn.</w:t>
      </w:r>
    </w:p>
    <w:p>
      <w:pPr>
        <w:spacing w:after="80"/>
      </w:pPr>
      <w:r>
        <w:rPr>
          <w:rFonts w:ascii="Consolas" w:hAnsi="Consolas"/>
          <w:b w:val="0"/>
          <w:i w:val="0"/>
          <w:sz w:val="20"/>
        </w:rPr>
        <w:br/>
        <w:br/>
        <w:t xml:space="preserve">      content</w:t>
        <w:br/>
        <w:t xml:space="preserve">     </w:t>
        <w:br/>
      </w:r>
      <w:r>
        <w:rPr>
          <w:b w:val="0"/>
          <w:i w:val="0"/>
        </w:rPr>
        <w:t xml:space="preserve"> cần hai phần tử, </w:t>
      </w:r>
      <w:r>
        <w:rPr>
          <w:rFonts w:ascii="Consolas" w:hAnsi="Consolas"/>
          <w:b w:val="0"/>
          <w:i w:val="0"/>
          <w:sz w:val="20"/>
        </w:rPr>
        <w:br/>
        <w:br/>
        <w:t xml:space="preserve">      input_text</w:t>
        <w:br/>
        <w:t xml:space="preserve">     </w:t>
        <w:br/>
      </w:r>
      <w:r>
        <w:rPr>
          <w:b w:val="0"/>
          <w:i w:val="0"/>
        </w:rPr>
        <w:t xml:space="preserve"> và </w:t>
      </w:r>
      <w:r>
        <w:rPr>
          <w:rFonts w:ascii="Consolas" w:hAnsi="Consolas"/>
          <w:b w:val="0"/>
          <w:i w:val="0"/>
          <w:sz w:val="20"/>
        </w:rPr>
        <w:br/>
        <w:br/>
        <w:t xml:space="preserve">      input_image</w:t>
        <w:br/>
        <w:t xml:space="preserve">     </w:t>
        <w:br/>
      </w:r>
      <w:r>
        <w:rPr>
          <w:b w:val="0"/>
          <w:i w:val="0"/>
        </w:rPr>
        <w:t xml:space="preserve"> . Cấu trúc trong cả hai là một dictionary với </w:t>
      </w:r>
      <w:r>
        <w:rPr>
          <w:rFonts w:ascii="Consolas" w:hAnsi="Consolas"/>
          <w:b w:val="0"/>
          <w:i w:val="0"/>
          <w:sz w:val="20"/>
        </w:rPr>
        <w:br/>
        <w:br/>
        <w:t xml:space="preserve">      type</w:t>
        <w:br/>
        <w:t xml:space="preserve">     </w:t>
        <w:br/>
      </w:r>
      <w:r>
        <w:rPr>
          <w:b w:val="0"/>
          <w:i w:val="0"/>
        </w:rPr>
        <w:t xml:space="preserve"> , rồi đến </w:t>
      </w:r>
      <w:r>
        <w:rPr>
          <w:rFonts w:ascii="Consolas" w:hAnsi="Consolas"/>
          <w:b w:val="0"/>
          <w:i w:val="0"/>
          <w:sz w:val="20"/>
        </w:rPr>
        <w:br/>
        <w:br/>
        <w:t xml:space="preserve">      text</w:t>
        <w:br/>
        <w:t xml:space="preserve">     </w:t>
        <w:br/>
      </w:r>
      <w:r>
        <w:rPr>
          <w:b w:val="0"/>
          <w:i w:val="0"/>
        </w:rPr>
        <w:t xml:space="preserve"> cho </w:t>
      </w:r>
      <w:r>
        <w:rPr>
          <w:rFonts w:ascii="Consolas" w:hAnsi="Consolas"/>
          <w:b w:val="0"/>
          <w:i w:val="0"/>
          <w:sz w:val="20"/>
        </w:rPr>
        <w:br/>
        <w:br/>
        <w:t xml:space="preserve">      input_text</w:t>
        <w:br/>
        <w:t xml:space="preserve">     </w:t>
        <w:br/>
      </w:r>
      <w:r>
        <w:rPr>
          <w:b w:val="0"/>
          <w:i w:val="0"/>
        </w:rPr>
        <w:t xml:space="preserve"> , và </w:t>
      </w:r>
      <w:r>
        <w:rPr>
          <w:rFonts w:ascii="Consolas" w:hAnsi="Consolas"/>
          <w:b w:val="0"/>
          <w:i w:val="0"/>
          <w:sz w:val="20"/>
        </w:rPr>
        <w:br/>
        <w:br/>
        <w:t xml:space="preserve">      image_url</w:t>
        <w:br/>
        <w:t xml:space="preserve">     </w:t>
        <w:br/>
      </w:r>
      <w:r>
        <w:rPr>
          <w:b w:val="0"/>
          <w:i w:val="0"/>
        </w:rPr>
        <w:t xml:space="preserve"> cho </w:t>
      </w:r>
      <w:r>
        <w:rPr>
          <w:rFonts w:ascii="Consolas" w:hAnsi="Consolas"/>
          <w:b w:val="0"/>
          <w:i w:val="0"/>
          <w:sz w:val="20"/>
        </w:rPr>
        <w:br/>
        <w:br/>
        <w:t xml:space="preserve">      input_image</w:t>
        <w:br/>
        <w:t xml:space="preserve">     </w:t>
        <w:br/>
      </w:r>
      <w:r>
        <w:rPr>
          <w:b w:val="0"/>
          <w:i w:val="0"/>
        </w:rPr>
        <w:t xml:space="preserve"> .</w:t>
      </w:r>
    </w:p>
    <w:p>
      <w:pPr>
        <w:spacing w:after="80"/>
      </w:pPr>
      <w:r>
        <w:rPr>
          <w:rFonts w:ascii="Consolas" w:hAnsi="Consolas"/>
          <w:b w:val="0"/>
          <w:i w:val="0"/>
          <w:sz w:val="20"/>
        </w:rPr>
        <w:br/>
        <w:br/>
        <w:t xml:space="preserve">      image_url</w:t>
        <w:br/>
        <w:t xml:space="preserve">     </w:t>
        <w:br/>
      </w:r>
      <w:r>
        <w:rPr>
          <w:b w:val="0"/>
          <w:i w:val="0"/>
        </w:rPr>
        <w:t xml:space="preserve"> có thể là một URL, nhưng chúng ta cũng có thể nhúng một hình ảnh dưới dạng </w:t>
      </w:r>
      <w:r>
        <w:rPr>
          <w:rFonts w:ascii="Consolas" w:hAnsi="Consolas"/>
          <w:b w:val="0"/>
          <w:i w:val="0"/>
          <w:sz w:val="20"/>
        </w:rPr>
        <w:br/>
        <w:br/>
        <w:t xml:space="preserve">      base64</w:t>
        <w:br/>
        <w:t xml:space="preserve">     </w:t>
        <w:br/>
      </w:r>
      <w:r>
        <w:rPr>
          <w:b w:val="0"/>
          <w:i w:val="0"/>
        </w:rPr>
        <w:t xml:space="preserve"> theo cùng cách mà chúng ta làm với URL hình ảnh trong HTML.</w:t>
      </w:r>
    </w:p>
    <w:p>
      <w:pPr>
        <w:spacing w:after="80"/>
      </w:pPr>
      <w:r>
        <w:rPr>
          <w:b/>
          <w:i w:val="0"/>
        </w:rPr>
        <w:t>Lưu ý</w:t>
      </w:r>
    </w:p>
    <w:p>
      <w:pPr>
        <w:spacing w:after="80"/>
      </w:pPr>
      <w:r>
        <w:rPr>
          <w:b w:val="0"/>
          <w:i w:val="0"/>
        </w:rPr>
        <w:t xml:space="preserve">Chúng ta đã làm thao tác tương tự trong công thức </w:t>
      </w:r>
      <w:r>
        <w:rPr>
          <w:b w:val="0"/>
          <w:i/>
        </w:rPr>
        <w:t xml:space="preserve"> Làm việc với mẫu email </w:t>
      </w:r>
      <w:r>
        <w:rPr>
          <w:b w:val="0"/>
          <w:i w:val="0"/>
        </w:rPr>
        <w:t xml:space="preserve"> ở </w:t>
      </w:r>
      <w:r>
        <w:rPr>
          <w:b w:val="0"/>
          <w:i/>
        </w:rPr>
        <w:t xml:space="preserve"> Chương 9 . </w:t>
      </w:r>
      <w:r>
        <w:rPr>
          <w:b w:val="0"/>
          <w:i w:val="0"/>
        </w:rPr>
        <w:t xml:space="preserve"> Hãy chắc chắn rằng bạn đặt đúng phần mở rộng cho ảnh, </w:t>
      </w:r>
      <w:r>
        <w:rPr>
          <w:rFonts w:ascii="Consolas" w:hAnsi="Consolas"/>
          <w:b w:val="0"/>
          <w:i w:val="0"/>
          <w:sz w:val="20"/>
        </w:rPr>
        <w:br/>
        <w:br/>
        <w:t xml:space="preserve">       jpg</w:t>
        <w:br/>
        <w:t xml:space="preserve">      </w:t>
        <w:br/>
      </w:r>
      <w:r>
        <w:rPr>
          <w:b w:val="0"/>
          <w:i w:val="0"/>
        </w:rPr>
        <w:t xml:space="preserve"> trong trường hợp này.</w:t>
      </w:r>
    </w:p>
    <w:p>
      <w:pPr>
        <w:spacing w:after="80"/>
      </w:pPr>
      <w:r>
        <w:rPr>
          <w:b w:val="0"/>
          <w:i/>
        </w:rPr>
        <w:t xml:space="preserve"> Bước 5 </w:t>
      </w:r>
      <w:r>
        <w:rPr>
          <w:b w:val="0"/>
          <w:i w:val="0"/>
        </w:rPr>
        <w:t xml:space="preserve"> gọi API. Lưu ý rằng đầu vào là một danh sách các phần tử, nên chúng ta đặt đối tượng content trong dấu ngoặc vuông để định nghĩa một danh sách.</w:t>
      </w:r>
    </w:p>
    <w:p>
      <w:pPr>
        <w:spacing w:after="80"/>
      </w:pPr>
      <w:r>
        <w:rPr>
          <w:b w:val="0"/>
          <w:i w:val="0"/>
        </w:rPr>
        <w:t xml:space="preserve">Cuối cùng, chúng ta nhận được kết quả ở </w:t>
      </w:r>
      <w:r>
        <w:rPr>
          <w:b w:val="0"/>
          <w:i/>
        </w:rPr>
        <w:t xml:space="preserve"> Bước 6 </w:t>
      </w:r>
      <w:r>
        <w:rPr>
          <w:b w:val="0"/>
          <w:i w:val="0"/>
        </w:rPr>
        <w:t xml:space="preserve"> . Nếu bạn lặp lại quy trình vài lần, nó sẽ đưa ra các mô tả khác nhau! Ví dụ, đây là một lần chạy khác với cùng bức ảnh.</w:t>
      </w:r>
    </w:p>
    <w:p>
      <w:pPr>
        <w:spacing w:after="0"/>
        <w:ind w:left="360"/>
        <w:shd w:val="clear" w:color="auto" w:fill="F2F2F2"/>
      </w:pPr>
      <w:r>
        <w:rPr>
          <w:rFonts w:ascii="Consolas" w:hAnsi="Consolas"/>
          <w:sz w:val="18"/>
        </w:rPr>
        <w:t>&gt;&gt;&gt; response = client.responses.create(model=MODEL, input=[content])</w:t>
      </w:r>
    </w:p>
    <w:p>
      <w:pPr>
        <w:spacing w:after="0"/>
        <w:ind w:left="360"/>
        <w:shd w:val="clear" w:color="auto" w:fill="F2F2F2"/>
      </w:pPr>
      <w:r>
        <w:rPr>
          <w:rFonts w:ascii="Consolas" w:hAnsi="Consolas"/>
          <w:sz w:val="18"/>
        </w:rPr>
        <w:t>&gt;&gt;&gt; response.output_text</w:t>
      </w:r>
    </w:p>
    <w:p>
      <w:pPr>
        <w:spacing w:after="0"/>
        <w:ind w:left="360"/>
        <w:shd w:val="clear" w:color="auto" w:fill="F2F2F2"/>
      </w:pPr>
      <w:r>
        <w:rPr>
          <w:rFonts w:ascii="Consolas" w:hAnsi="Consolas"/>
          <w:sz w:val="18"/>
        </w:rPr>
        <w:t>'A wide waterfront city scene on a bright, clear day. A river runs through the center, with modern office buildings lining the left bank and a cobblestone promenade with black railings and street lamps on the right. In the distance, a sleek white cable-stayed bridge spans the water, and a tall-masted historic ship is moored near the left side. The sky is vivid blue with no clouds, giving the whole scene a clean, sunny feel.'</w:t>
      </w:r>
    </w:p>
    <w:p>
      <w:pPr>
        <w:spacing w:after="40"/>
      </w:pPr>
    </w:p>
    <w:p>
      <w:pPr>
        <w:pStyle w:val="Heading3"/>
      </w:pPr>
      <w:r>
        <w:rPr>
          <w:rFonts w:ascii="Calibri" w:hAnsi="Calibri"/>
          <w:b/>
          <w:i w:val="0"/>
          <w:sz w:val="26"/>
        </w:rPr>
        <w:t>Còn nhiều điều nữa…</w:t>
      </w:r>
    </w:p>
    <w:p>
      <w:pPr>
        <w:spacing w:after="80"/>
      </w:pPr>
      <w:r>
        <w:rPr>
          <w:b w:val="0"/>
          <w:i w:val="0"/>
        </w:rPr>
        <w:t>Hãy chắc chắn rằng bạn đang dùng một model hợp lệ và model đó có sẵn từ OpenAI. Lĩnh vực này thay đổi rất nhanh, các model mới được thêm vào và các model cũ bị ngừng hỗ trợ nhanh chóng.</w:t>
      </w:r>
    </w:p>
    <w:p>
      <w:pPr>
        <w:spacing w:after="80"/>
      </w:pPr>
      <w:r>
        <w:rPr>
          <w:b/>
          <w:i w:val="0"/>
        </w:rPr>
        <w:t>Lưu ý</w:t>
      </w:r>
    </w:p>
    <w:p>
      <w:pPr>
        <w:spacing w:after="80"/>
      </w:pPr>
      <w:r>
        <w:rPr>
          <w:b w:val="0"/>
          <w:i w:val="0"/>
        </w:rPr>
        <w:t xml:space="preserve">Dùng một model không tương thích với ảnh sẽ trả về lỗi. Kiểm tra các model có sẵn trong tài liệu OpenAI: </w:t>
      </w:r>
      <w:r>
        <w:rPr>
          <w:rFonts w:ascii="Consolas" w:hAnsi="Consolas"/>
          <w:b w:val="0"/>
          <w:i w:val="0"/>
          <w:sz w:val="20"/>
        </w:rPr>
        <w:br/>
        <w:br/>
        <w:t xml:space="preserve">        https://developers.openai.com/api/docs/models</w:t>
        <w:br/>
        <w:t xml:space="preserve">       </w:t>
        <w:br/>
      </w:r>
      <w:r>
        <w:rPr>
          <w:b w:val="0"/>
          <w:i w:val="0"/>
        </w:rPr>
        <w:t xml:space="preserve"> .</w:t>
      </w:r>
    </w:p>
    <w:p>
      <w:pPr>
        <w:spacing w:after="80"/>
      </w:pPr>
      <w:r>
        <w:rPr>
          <w:b w:val="0"/>
          <w:i w:val="0"/>
        </w:rPr>
        <w:t>Trong khi chúng ta đã tạo một prompt rất đơn giản để yêu cầu mô tả chung, chúng ta cũng có thể sáng tạo hơn và trích xuất thông tin. Ví dụ, bức ảnh được chụp ở đâu?</w:t>
      </w:r>
    </w:p>
    <w:p>
      <w:pPr>
        <w:spacing w:after="0"/>
        <w:ind w:left="360"/>
        <w:shd w:val="clear" w:color="auto" w:fill="F2F2F2"/>
      </w:pPr>
      <w:r>
        <w:rPr>
          <w:rFonts w:ascii="Consolas" w:hAnsi="Consolas"/>
          <w:sz w:val="18"/>
        </w:rPr>
        <w:t>&gt;&gt;&gt; prompt = 'Try to find the location of this image'</w:t>
      </w:r>
    </w:p>
    <w:p>
      <w:pPr>
        <w:spacing w:after="0"/>
        <w:ind w:left="360"/>
        <w:shd w:val="clear" w:color="auto" w:fill="F2F2F2"/>
      </w:pPr>
      <w:r>
        <w:rPr>
          <w:rFonts w:ascii="Consolas" w:hAnsi="Consolas"/>
          <w:sz w:val="18"/>
        </w:rPr>
        <w:t>&gt;&gt;&gt; content = {'role': 'user', 'content': [{'type': 'input_text', 'text': prompt}, {'type': 'input_image', 'image_url':'data:\</w:t>
      </w:r>
    </w:p>
    <w:p>
      <w:pPr>
        <w:spacing w:after="0"/>
        <w:ind w:left="360"/>
        <w:shd w:val="clear" w:color="auto" w:fill="F2F2F2"/>
      </w:pPr>
      <w:r>
        <w:rPr>
          <w:rFonts w:ascii="Consolas" w:hAnsi="Consolas"/>
          <w:sz w:val="18"/>
        </w:rPr>
        <w:t>image/jpeg;base64,{}'.format(encoded_image)}]}</w:t>
      </w:r>
    </w:p>
    <w:p>
      <w:pPr>
        <w:spacing w:after="0"/>
        <w:ind w:left="360"/>
        <w:shd w:val="clear" w:color="auto" w:fill="F2F2F2"/>
      </w:pPr>
      <w:r>
        <w:rPr>
          <w:rFonts w:ascii="Consolas" w:hAnsi="Consolas"/>
          <w:sz w:val="18"/>
        </w:rPr>
        <w:t>&gt;&gt;&gt; response = client.responses.create(model=MODEL, input=[content])</w:t>
      </w:r>
    </w:p>
    <w:p>
      <w:pPr>
        <w:spacing w:after="0"/>
        <w:ind w:left="360"/>
        <w:shd w:val="clear" w:color="auto" w:fill="F2F2F2"/>
      </w:pPr>
      <w:r>
        <w:rPr>
          <w:rFonts w:ascii="Consolas" w:hAnsi="Consolas"/>
          <w:sz w:val="18"/>
        </w:rPr>
        <w:t>&gt;&gt;&gt; response.output_text</w:t>
      </w:r>
    </w:p>
    <w:p>
      <w:pPr>
        <w:spacing w:after="0"/>
        <w:ind w:left="360"/>
        <w:shd w:val="clear" w:color="auto" w:fill="F2F2F2"/>
      </w:pPr>
      <w:r>
        <w:rPr>
          <w:rFonts w:ascii="Consolas" w:hAnsi="Consolas"/>
          <w:sz w:val="18"/>
        </w:rPr>
        <w:t>'This appears to be **Dublin, Ireland**, along the **River Liffey**.\n\nThe key landmark is the white harp-shaped bridge in the distance, which is the **Samuel Beckett Bridge**.  \nSo the photo was likely taken from the **north quay east of the bridge**, looking west/southwest across the river toward the Dublin Docklands.\n\nA more precise guess:\n- **Dublin Docklands**\n- On or near **North Wall Quay / Sir John Rogerson's Quay area**\n- Facing toward the **Samuel Beckett Bridge**\n\nWhy I think so:\n- The bridge is very distinctive and unique to Dublin.\n- The modern glass building behind it resembles the **Convention Centre Dublin**.\n- The riverfront architecture and quay lamps match the Docklands area.\n\nIf you want, I can try to pinpoint the **exact standing spot** on a map.'</w:t>
      </w:r>
    </w:p>
    <w:p>
      <w:pPr>
        <w:spacing w:after="40"/>
      </w:pPr>
    </w:p>
    <w:p>
      <w:pPr>
        <w:spacing w:after="80"/>
      </w:pPr>
      <w:r>
        <w:rPr>
          <w:b w:val="0"/>
          <w:i w:val="0"/>
        </w:rPr>
        <w:t>Cái này chính xác hoàn toàn.</w:t>
      </w:r>
    </w:p>
    <w:p>
      <w:pPr>
        <w:spacing w:after="80"/>
      </w:pPr>
      <w:r>
        <w:rPr>
          <w:b/>
          <w:i w:val="0"/>
        </w:rPr>
        <w:t>Mẹo</w:t>
      </w:r>
    </w:p>
    <w:p>
      <w:pPr>
        <w:spacing w:after="80"/>
      </w:pPr>
      <w:r>
        <w:rPr>
          <w:b w:val="0"/>
          <w:i w:val="0"/>
        </w:rPr>
        <w:t>Có thể không đúng đâu! Hãy cẩn thận vì GenAI có thể ảo giác (hallucinate). Bức ảnh này có những địa danh dễ nhận biết, nhưng những bức ảnh có thể phù hợp với nhiều nơi có thể trả về vị trí sai. Luôn đối xử với kết quả của GenAI một cách thận trọng. Một mẹo hay là dùng prompt kèm theo điểm số từ 0 đến 100 về mức độ chắc chắn của model rằng kết quả là đúng.</w:t>
      </w:r>
    </w:p>
    <w:p>
      <w:pPr>
        <w:spacing w:after="80"/>
      </w:pPr>
      <w:r>
        <w:rPr>
          <w:b w:val="0"/>
          <w:i w:val="0"/>
        </w:rPr>
        <w:t xml:space="preserve">Bạn cũng có thể cấu trúc kết quả tốt hơn thành JSON, bằng cách dùng mô-đun </w:t>
      </w:r>
      <w:r>
        <w:rPr>
          <w:rFonts w:ascii="Consolas" w:hAnsi="Consolas"/>
          <w:b w:val="0"/>
          <w:i w:val="0"/>
          <w:sz w:val="20"/>
        </w:rPr>
        <w:br/>
        <w:br/>
        <w:t xml:space="preserve">      pydantic</w:t>
        <w:br/>
        <w:t xml:space="preserve">     </w:t>
        <w:br/>
      </w:r>
      <w:r>
        <w:rPr>
          <w:b w:val="0"/>
          <w:i w:val="0"/>
        </w:rPr>
        <w:t xml:space="preserve"> , như chúng ta đã thấy ở </w:t>
      </w:r>
      <w:r>
        <w:rPr>
          <w:b w:val="0"/>
          <w:i/>
        </w:rPr>
        <w:t xml:space="preserve"> Chương 7 </w:t>
      </w:r>
      <w:r>
        <w:rPr>
          <w:b w:val="0"/>
          <w:i w:val="0"/>
        </w:rPr>
        <w:t xml:space="preserve"> , và gọi </w:t>
      </w:r>
      <w:r>
        <w:rPr>
          <w:rFonts w:ascii="Consolas" w:hAnsi="Consolas"/>
          <w:b w:val="0"/>
          <w:i w:val="0"/>
          <w:sz w:val="20"/>
        </w:rPr>
        <w:br/>
        <w:br/>
        <w:t xml:space="preserve">      client.responses.parse</w:t>
        <w:br/>
        <w:t xml:space="preserve">     </w:t>
        <w:br/>
      </w:r>
      <w:r>
        <w:rPr>
          <w:b w:val="0"/>
          <w:i w:val="0"/>
        </w:rPr>
        <w:t xml:space="preserve"> .</w:t>
      </w:r>
    </w:p>
    <w:p>
      <w:pPr>
        <w:spacing w:after="0"/>
        <w:ind w:left="360"/>
        <w:shd w:val="clear" w:color="auto" w:fill="F2F2F2"/>
      </w:pPr>
      <w:r>
        <w:rPr>
          <w:rFonts w:ascii="Consolas" w:hAnsi="Consolas"/>
          <w:sz w:val="18"/>
        </w:rPr>
        <w:t>&gt;&gt;&gt; from pydantic import BaseModel</w:t>
      </w:r>
    </w:p>
    <w:p>
      <w:pPr>
        <w:spacing w:after="0"/>
        <w:ind w:left="360"/>
        <w:shd w:val="clear" w:color="auto" w:fill="F2F2F2"/>
      </w:pPr>
      <w:r>
        <w:rPr>
          <w:rFonts w:ascii="Consolas" w:hAnsi="Consolas"/>
          <w:sz w:val="18"/>
        </w:rPr>
        <w:t>&gt;&gt;&gt; class Location(BaseModel):</w:t>
      </w:r>
    </w:p>
    <w:p>
      <w:pPr>
        <w:spacing w:after="0"/>
        <w:ind w:left="360"/>
        <w:shd w:val="clear" w:color="auto" w:fill="F2F2F2"/>
      </w:pPr>
      <w:r>
        <w:rPr>
          <w:rFonts w:ascii="Consolas" w:hAnsi="Consolas"/>
          <w:sz w:val="18"/>
        </w:rPr>
        <w:t>...   city: str</w:t>
      </w:r>
    </w:p>
    <w:p>
      <w:pPr>
        <w:spacing w:after="0"/>
        <w:ind w:left="360"/>
        <w:shd w:val="clear" w:color="auto" w:fill="F2F2F2"/>
      </w:pPr>
      <w:r>
        <w:rPr>
          <w:rFonts w:ascii="Consolas" w:hAnsi="Consolas"/>
          <w:sz w:val="18"/>
        </w:rPr>
        <w:t>...   location: str</w:t>
      </w:r>
    </w:p>
    <w:p>
      <w:pPr>
        <w:spacing w:after="0"/>
        <w:ind w:left="360"/>
        <w:shd w:val="clear" w:color="auto" w:fill="F2F2F2"/>
      </w:pPr>
      <w:r>
        <w:rPr>
          <w:rFonts w:ascii="Consolas" w:hAnsi="Consolas"/>
          <w:sz w:val="18"/>
        </w:rPr>
        <w:t>...   landmarks: list[str]</w:t>
      </w:r>
    </w:p>
    <w:p>
      <w:pPr>
        <w:spacing w:after="0"/>
        <w:ind w:left="360"/>
        <w:shd w:val="clear" w:color="auto" w:fill="F2F2F2"/>
      </w:pPr>
      <w:r>
        <w:rPr>
          <w:rFonts w:ascii="Consolas" w:hAnsi="Consolas"/>
          <w:sz w:val="18"/>
        </w:rPr>
        <w:t>...   confidence: int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&gt;&gt;&gt; prompt = 'Try to find the location of this image. Give a confidence score on location'</w:t>
      </w:r>
    </w:p>
    <w:p>
      <w:pPr>
        <w:spacing w:after="0"/>
        <w:ind w:left="360"/>
        <w:shd w:val="clear" w:color="auto" w:fill="F2F2F2"/>
      </w:pPr>
      <w:r>
        <w:rPr>
          <w:rFonts w:ascii="Consolas" w:hAnsi="Consolas"/>
          <w:sz w:val="18"/>
        </w:rPr>
        <w:t>&gt;&gt;&gt; content = {'role': 'user', 'content': [{'type': 'input_text', 'text': prompt}, {'type': 'input_image', 'image_url':'data:\</w:t>
      </w:r>
    </w:p>
    <w:p>
      <w:pPr>
        <w:spacing w:after="0"/>
        <w:ind w:left="360"/>
        <w:shd w:val="clear" w:color="auto" w:fill="F2F2F2"/>
      </w:pPr>
      <w:r>
        <w:rPr>
          <w:rFonts w:ascii="Consolas" w:hAnsi="Consolas"/>
          <w:sz w:val="18"/>
        </w:rPr>
        <w:t>image/jpeg;base64,{}'.format(encoded_image)}]}</w:t>
      </w:r>
    </w:p>
    <w:p>
      <w:pPr>
        <w:spacing w:after="0"/>
        <w:ind w:left="360"/>
        <w:shd w:val="clear" w:color="auto" w:fill="F2F2F2"/>
      </w:pPr>
      <w:r>
        <w:rPr>
          <w:rFonts w:ascii="Consolas" w:hAnsi="Consolas"/>
          <w:sz w:val="18"/>
        </w:rPr>
        <w:t>&gt;&gt;&gt; response = client.responses.parse(model=MODEL, input=[content], text_format=Location)</w:t>
      </w:r>
    </w:p>
    <w:p>
      <w:pPr>
        <w:spacing w:after="0"/>
        <w:ind w:left="360"/>
        <w:shd w:val="clear" w:color="auto" w:fill="F2F2F2"/>
      </w:pPr>
      <w:r>
        <w:rPr>
          <w:rFonts w:ascii="Consolas" w:hAnsi="Consolas"/>
          <w:sz w:val="18"/>
        </w:rPr>
        <w:t>&gt;&gt;&gt; response.output_parsed</w:t>
      </w:r>
    </w:p>
    <w:p>
      <w:pPr>
        <w:spacing w:after="0"/>
        <w:ind w:left="360"/>
        <w:shd w:val="clear" w:color="auto" w:fill="F2F2F2"/>
      </w:pPr>
      <w:r>
        <w:rPr>
          <w:rFonts w:ascii="Consolas" w:hAnsi="Consolas"/>
          <w:sz w:val="18"/>
        </w:rPr>
        <w:t>Location(city='Dublin', location='River Liffey / Dublin Docklands, near Samuel Beckett Bridge', landmarks=['Samuel Beckett Bridge', 'River Liffey', 'Dublin Docklands', 'Citi building visible on the quay'], confidence=96)</w:t>
      </w:r>
    </w:p>
    <w:p>
      <w:pPr>
        <w:spacing w:after="40"/>
      </w:pPr>
    </w:p>
    <w:p>
      <w:pPr>
        <w:spacing w:after="80"/>
      </w:pPr>
      <w:r>
        <w:rPr>
          <w:b w:val="0"/>
          <w:i w:val="0"/>
        </w:rPr>
        <w:t>Điều này có thể rất hữu ích để sử dụng kết quả từ các lệnh gọi đến các model AI.</w:t>
      </w:r>
    </w:p>
    <w:p>
      <w:pPr>
        <w:spacing w:after="80"/>
      </w:pPr>
      <w:r>
        <w:rPr>
          <w:b w:val="0"/>
          <w:i w:val="0"/>
        </w:rPr>
        <w:t xml:space="preserve">Bạn có thể bị cám dỗ nghĩ rằng thông tin này được trích xuất từ thông tin mà chúng ta đã mô tả trong công thức </w:t>
      </w:r>
      <w:r>
        <w:rPr>
          <w:b w:val="0"/>
          <w:i/>
        </w:rPr>
        <w:t xml:space="preserve"> Đọc ảnh </w:t>
      </w:r>
      <w:r>
        <w:rPr>
          <w:b w:val="0"/>
          <w:i w:val="0"/>
        </w:rPr>
        <w:t xml:space="preserve"> , ở </w:t>
      </w:r>
      <w:r>
        <w:rPr>
          <w:b w:val="0"/>
          <w:i/>
        </w:rPr>
        <w:t xml:space="preserve"> Chương 4 </w:t>
      </w:r>
      <w:r>
        <w:rPr>
          <w:b w:val="0"/>
          <w:i w:val="0"/>
        </w:rPr>
        <w:t xml:space="preserve"> . Bạn có thể xác minh rằng bức ảnh có chứa metadata với vị trí. Nhưng nó vẫn hoạt động khi không có.</w:t>
      </w:r>
    </w:p>
    <w:p>
      <w:pPr>
        <w:spacing w:after="80"/>
      </w:pPr>
      <w:r>
        <w:rPr>
          <w:b w:val="0"/>
          <w:i w:val="0"/>
        </w:rPr>
        <w:t xml:space="preserve">Bạn có thể kiểm tra điều đó bằng ảnh </w:t>
      </w:r>
      <w:r>
        <w:rPr>
          <w:rFonts w:ascii="Consolas" w:hAnsi="Consolas"/>
          <w:b w:val="0"/>
          <w:i w:val="0"/>
          <w:sz w:val="20"/>
        </w:rPr>
        <w:br/>
        <w:br/>
        <w:t xml:space="preserve">      dublin‑pixelart.png</w:t>
        <w:br/>
        <w:t xml:space="preserve">     </w:t>
        <w:br/>
      </w:r>
      <w:r>
        <w:rPr>
          <w:b w:val="0"/>
          <w:i w:val="0"/>
        </w:rPr>
        <w:t xml:space="preserve"> có sẵn trong repo GitHub, ảnh này trình bày một phiên bản pixel art của cùng bức ảnh.</w:t>
      </w:r>
    </w:p>
    <w:p>
      <w:pPr>
        <w:jc w:val="center"/>
      </w:pPr>
      <w:r>
        <w:drawing>
          <wp:inline xmlns:a="http://schemas.openxmlformats.org/drawingml/2006/main" xmlns:pic="http://schemas.openxmlformats.org/drawingml/2006/picture">
            <wp:extent cx="5486400" cy="3656090"/>
            <wp:docPr id="114" name="Picture 114"/>
            <wp:cNvGraphicFramePr>
              <a:graphicFrameLocks noChangeAspect="1"/>
            </wp:cNvGraphicFramePr>
            <a:graphic>
              <a:graphicData uri="http://schemas.openxmlformats.org/drawingml/2006/picture">
                <pic:pic>
                  <pic:nvPicPr>
                    <pic:cNvPr id="0" name="B36973_11_8.png"/>
                    <pic:cNvPicPr/>
                  </pic:nvPicPr>
                  <pic:blipFill>
                    <a:blip r:embed="rId114"/>
                    <a:stretch>
                      <a:fillRect/>
                    </a:stretch>
                  </pic:blipFill>
                  <pic:spPr>
                    <a:xfrm>
                      <a:off x="0" y="0"/>
                      <a:ext cx="5486400" cy="3656090"/>
                    </a:xfrm>
                    <a:prstGeom prst="rect"/>
                  </pic:spPr>
                </pic:pic>
              </a:graphicData>
            </a:graphic>
          </wp:inline>
        </w:drawing>
      </w:r>
    </w:p>
    <w:p>
      <w:pPr>
        <w:spacing w:after="160"/>
        <w:jc w:val="center"/>
      </w:pPr>
      <w:r>
        <w:rPr>
          <w:rFonts w:ascii="Calibri" w:hAnsi="Calibri"/>
          <w:b w:val="0"/>
          <w:i/>
          <w:sz w:val="19"/>
        </w:rPr>
        <w:t>Hình 11.8: Phiên bản pixel art của cùng bức ảnh</w:t>
      </w:r>
    </w:p>
    <w:p>
      <w:pPr>
        <w:spacing w:after="80"/>
      </w:pPr>
      <w:r>
        <w:rPr>
          <w:b w:val="0"/>
          <w:i w:val="0"/>
        </w:rPr>
        <w:t xml:space="preserve">Nếu chúng ta thực hiện lại quy trình này với hình ảnh mới (nhớ điều chỉnh loại tệp trong </w:t>
      </w:r>
      <w:r>
        <w:rPr>
          <w:rFonts w:ascii="Consolas" w:hAnsi="Consolas"/>
          <w:b w:val="0"/>
          <w:i w:val="0"/>
          <w:sz w:val="20"/>
        </w:rPr>
        <w:br/>
        <w:br/>
        <w:t xml:space="preserve">      image_url</w:t>
        <w:br/>
        <w:t xml:space="preserve">     </w:t>
        <w:br/>
      </w:r>
      <w:r>
        <w:rPr>
          <w:b w:val="0"/>
          <w:i w:val="0"/>
        </w:rPr>
        <w:t xml:space="preserve"> , vì tệp này là tệp PNG), chúng ta sẽ nhận được kết quả như sau.</w:t>
      </w:r>
    </w:p>
    <w:p>
      <w:pPr>
        <w:spacing w:after="0"/>
        <w:ind w:left="360"/>
        <w:shd w:val="clear" w:color="auto" w:fill="F2F2F2"/>
      </w:pPr>
      <w:r>
        <w:rPr>
          <w:rFonts w:ascii="Consolas" w:hAnsi="Consolas"/>
          <w:sz w:val="18"/>
        </w:rPr>
        <w:t>&gt;&gt;&gt; prompt = 'Try to find the location of this image. Describe the image. Be concise in the answer'</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&gt;&gt;&gt; response.output_text</w:t>
      </w:r>
    </w:p>
    <w:p>
      <w:pPr>
        <w:spacing w:after="0"/>
        <w:ind w:left="360"/>
        <w:shd w:val="clear" w:color="auto" w:fill="F2F2F2"/>
      </w:pPr>
      <w:r>
        <w:rPr>
          <w:rFonts w:ascii="Consolas" w:hAnsi="Consolas"/>
          <w:sz w:val="18"/>
        </w:rPr>
        <w:t>'This looks like **Dublin, Ireland — the River Liffey / Dublin Docklands**.\n\nClues: the **Samuel Beckett Bridge** (white harp-like cable-stayed bridge) is visible in the background, along with a **quayside promenade**, modern docklands buildings, and a **tall ship** on the river.\n\nThe image is a **stylized/pixel-art waterfront scene** with bright blue water and sky, black railings and lamps along the quay, modern buildings, and the white bridge in the distance.'</w:t>
      </w:r>
    </w:p>
    <w:p>
      <w:pPr>
        <w:spacing w:after="40"/>
      </w:pPr>
    </w:p>
    <w:p>
      <w:pPr>
        <w:spacing w:after="80"/>
      </w:pPr>
      <w:r>
        <w:rPr>
          <w:b w:val="0"/>
          <w:i w:val="0"/>
        </w:rPr>
        <w:t>Ngay cả khi chúng ta có những mốc nhận dạng rõ ràng giúp xác định vị trí của địa điểm, điều này vẫn thật đáng kinh ngạc.</w:t>
      </w:r>
    </w:p>
    <w:p>
      <w:pPr>
        <w:spacing w:after="80"/>
      </w:pPr>
      <w:r>
        <w:rPr>
          <w:b/>
          <w:i w:val="0"/>
        </w:rPr>
        <w:t>Lưu ý</w:t>
      </w:r>
    </w:p>
    <w:p>
      <w:pPr>
        <w:spacing w:after="80"/>
      </w:pPr>
      <w:r>
        <w:rPr>
          <w:b w:val="0"/>
          <w:i w:val="0"/>
        </w:rPr>
        <w:t xml:space="preserve">Hãy nhớ rằng chúng ta có thể đặt </w:t>
      </w:r>
      <w:r>
        <w:rPr>
          <w:rFonts w:ascii="Consolas" w:hAnsi="Consolas"/>
          <w:b w:val="0"/>
          <w:i w:val="0"/>
          <w:sz w:val="20"/>
        </w:rPr>
        <w:br/>
        <w:br/>
        <w:t xml:space="preserve">       image_url</w:t>
        <w:br/>
        <w:t xml:space="preserve">      </w:t>
        <w:br/>
      </w:r>
      <w:r>
        <w:rPr>
          <w:b w:val="0"/>
          <w:i w:val="0"/>
        </w:rPr>
        <w:t xml:space="preserve"> thành một URL đầy đủ để làm việc với hình ảnh nằm trên Internet, nhưng hãy đảm bảo rằng việc truy cập đó là sử dụng hợp lý.</w:t>
      </w:r>
    </w:p>
    <w:p>
      <w:pPr>
        <w:spacing w:after="80"/>
      </w:pPr>
      <w:r>
        <w:rPr>
          <w:b w:val="0"/>
          <w:i w:val="0"/>
        </w:rPr>
        <w:t>Bạn có thể đặt thêm nhiều câu hỏi như nhận dạng loài cây và loài động vật, mẫu xe hơi hay nhiều thao tác khác.</w:t>
      </w:r>
    </w:p>
    <w:p>
      <w:pPr>
        <w:spacing w:after="80"/>
      </w:pPr>
      <w:r>
        <w:rPr>
          <w:b w:val="0"/>
          <w:i w:val="0"/>
        </w:rPr>
        <w:t xml:space="preserve">Tài liệu đầy đủ về </w:t>
      </w:r>
      <w:r>
        <w:rPr>
          <w:rFonts w:ascii="Consolas" w:hAnsi="Consolas"/>
          <w:b w:val="0"/>
          <w:i w:val="0"/>
          <w:sz w:val="20"/>
        </w:rPr>
        <w:br/>
        <w:br/>
        <w:t xml:space="preserve">      openai</w:t>
        <w:br/>
        <w:t xml:space="preserve">     </w:t>
        <w:br/>
      </w:r>
      <w:r>
        <w:rPr>
          <w:b w:val="0"/>
          <w:i w:val="0"/>
        </w:rPr>
        <w:t xml:space="preserve"> có tại </w:t>
      </w:r>
      <w:r>
        <w:rPr>
          <w:rFonts w:ascii="Consolas" w:hAnsi="Consolas"/>
          <w:b w:val="0"/>
          <w:i w:val="0"/>
          <w:sz w:val="20"/>
        </w:rPr>
        <w:br/>
        <w:br/>
        <w:t xml:space="preserve">       https://developers.openai.com/api/docs/</w:t>
        <w:br/>
        <w:t xml:space="preserve">      </w:t>
        <w:br/>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Tạo chatbot của riêng bạn</w:t>
      </w:r>
      <w:r>
        <w:rPr>
          <w:b w:val="0"/>
          <w:i w:val="0"/>
        </w:rPr>
        <w:t xml:space="preserve">, ở phần trước trong chương này, để tìm hiểu những kiến thức cơ bản về cách gọi mô-đun </w:t>
      </w:r>
      <w:r>
        <w:rPr>
          <w:rFonts w:ascii="Consolas" w:hAnsi="Consolas"/>
          <w:b w:val="0"/>
          <w:i w:val="0"/>
          <w:sz w:val="20"/>
        </w:rPr>
        <w:br/>
        <w:br/>
        <w:t xml:space="preserve">       openai</w:t>
        <w:br/>
        <w:t xml:space="preserve">      </w:t>
        <w:br/>
      </w:r>
    </w:p>
    <w:p>
      <w:pPr>
        <w:spacing w:after="80"/>
        <w:ind w:left="360"/>
      </w:pPr>
      <w:r>
        <w:t xml:space="preserve">• </w:t>
      </w:r>
      <w:r>
        <w:rPr>
          <w:b w:val="0"/>
          <w:i w:val="0"/>
        </w:rPr>
        <w:t xml:space="preserve">Công thức </w:t>
      </w:r>
      <w:r>
        <w:rPr>
          <w:b w:val="0"/>
          <w:i/>
        </w:rPr>
        <w:t>Tạo hình ảnh</w:t>
      </w:r>
      <w:r>
        <w:rPr>
          <w:b w:val="0"/>
          <w:i w:val="0"/>
        </w:rPr>
        <w:t xml:space="preserve">, ở phần trước trong chương này, để tìm hiểu cách tạo tệp bằng mô-đun </w:t>
      </w:r>
      <w:r>
        <w:rPr>
          <w:rFonts w:ascii="Consolas" w:hAnsi="Consolas"/>
          <w:b w:val="0"/>
          <w:i w:val="0"/>
          <w:sz w:val="20"/>
        </w:rPr>
        <w:br/>
        <w:br/>
        <w:t xml:space="preserve">       openai</w:t>
        <w:br/>
        <w:t xml:space="preserve">      </w:t>
        <w:br/>
      </w:r>
    </w:p>
    <w:p>
      <w:pPr>
        <w:pStyle w:val="Heading2"/>
      </w:pPr>
      <w:r>
        <w:rPr>
          <w:rFonts w:ascii="Calibri" w:hAnsi="Calibri"/>
          <w:b/>
          <w:i w:val="0"/>
          <w:sz w:val="32"/>
        </w:rPr>
        <w:t>Nhận bản PDF của cuốn sách này và nhiều hơn nữa</w:t>
      </w:r>
    </w:p>
    <w:p>
      <w:pPr>
        <w:spacing w:after="80"/>
      </w:pPr>
      <w:r>
        <w:rPr>
          <w:b w:val="0"/>
          <w:i w:val="0"/>
        </w:rPr>
        <w:t xml:space="preserve">Quét mã QR (hoặc truy cập </w:t>
      </w:r>
      <w:r>
        <w:rPr>
          <w:rFonts w:ascii="Consolas" w:hAnsi="Consolas"/>
          <w:b w:val="0"/>
          <w:i w:val="0"/>
          <w:sz w:val="20"/>
        </w:rPr>
        <w:br/>
        <w:br/>
        <w:t xml:space="preserve">       packtpub.com/unlock</w:t>
        <w:br/>
        <w:t xml:space="preserve">      </w:t>
        <w:br/>
      </w:r>
      <w:r>
        <w:rPr>
          <w:b w:val="0"/>
          <w:i w:val="0"/>
        </w:rPr>
        <w:t xml:space="preserve"> ). Tìm cuốn sách này theo tên, xác nhận phiên bản, rồi làm theo các bước trên trang.</w:t>
      </w:r>
    </w:p>
    <w:p>
      <w:pPr>
        <w:jc w:val="center"/>
      </w:pPr>
      <w:r>
        <w:drawing>
          <wp:inline xmlns:a="http://schemas.openxmlformats.org/drawingml/2006/main" xmlns:pic="http://schemas.openxmlformats.org/drawingml/2006/picture">
            <wp:extent cx="3143250" cy="3143250"/>
            <wp:docPr id="115" name="Picture 115"/>
            <wp:cNvGraphicFramePr>
              <a:graphicFrameLocks noChangeAspect="1"/>
            </wp:cNvGraphicFramePr>
            <a:graphic>
              <a:graphicData uri="http://schemas.openxmlformats.org/drawingml/2006/picture">
                <pic:pic>
                  <pic:nvPicPr>
                    <pic:cNvPr id="0" name="B36973_1_3.png"/>
                    <pic:cNvPicPr/>
                  </pic:nvPicPr>
                  <pic:blipFill>
                    <a:blip r:embed="rId17"/>
                    <a:stretch>
                      <a:fillRect/>
                    </a:stretch>
                  </pic:blipFill>
                  <pic:spPr>
                    <a:xfrm>
                      <a:off x="0" y="0"/>
                      <a:ext cx="3143250" cy="3143250"/>
                    </a:xfrm>
                    <a:prstGeom prst="rect"/>
                  </pic:spPr>
                </pic:pic>
              </a:graphicData>
            </a:graphic>
          </wp:inline>
        </w:drawing>
      </w:r>
    </w:p>
    <w:p>
      <w:pPr>
        <w:jc w:val="center"/>
      </w:pPr>
      <w:r>
        <w:drawing>
          <wp:inline xmlns:a="http://schemas.openxmlformats.org/drawingml/2006/main" xmlns:pic="http://schemas.openxmlformats.org/drawingml/2006/picture">
            <wp:extent cx="2095499" cy="485775"/>
            <wp:docPr id="116" name="Picture 116"/>
            <wp:cNvGraphicFramePr>
              <a:graphicFrameLocks noChangeAspect="1"/>
            </wp:cNvGraphicFramePr>
            <a:graphic>
              <a:graphicData uri="http://schemas.openxmlformats.org/drawingml/2006/picture">
                <pic:pic>
                  <pic:nvPicPr>
                    <pic:cNvPr id="0" name="B36973_1_4.png"/>
                    <pic:cNvPicPr/>
                  </pic:nvPicPr>
                  <pic:blipFill>
                    <a:blip r:embed="rId18"/>
                    <a:stretch>
                      <a:fillRect/>
                    </a:stretch>
                  </pic:blipFill>
                  <pic:spPr>
                    <a:xfrm>
                      <a:off x="0" y="0"/>
                      <a:ext cx="2095499" cy="485775"/>
                    </a:xfrm>
                    <a:prstGeom prst="rect"/>
                  </pic:spPr>
                </pic:pic>
              </a:graphicData>
            </a:graphic>
          </wp:inline>
        </w:drawing>
      </w:r>
    </w:p>
    <w:p>
      <w:pPr>
        <w:spacing w:after="80"/>
      </w:pPr>
      <w:r>
        <w:rPr>
          <w:b w:val="0"/>
          <w:i/>
        </w:rPr>
        <w:t>Lưu ý: Hãy giữ hóa đơn của bạn bên mình. Các giao dịch mua trực tiếp từ Packt không</w:t>
      </w:r>
      <w:r>
        <w:rPr>
          <w:b w:val="0"/>
          <w:i w:val="0"/>
        </w:rPr>
        <w:t xml:space="preserve"> </w:t>
      </w:r>
      <w:r>
        <w:rPr>
          <w:b w:val="0"/>
          <w:i/>
        </w:rPr>
        <w:t>'</w:t>
      </w:r>
      <w:r>
        <w:rPr>
          <w:b w:val="0"/>
          <w:i w:val="0"/>
        </w:rPr>
        <w:t xml:space="preserve"> </w:t>
      </w:r>
      <w:r>
        <w:rPr>
          <w:b w:val="0"/>
          <w:i/>
        </w:rPr>
        <w:t>yêu cầu hóa đơn.</w:t>
      </w:r>
    </w:p>
    <w:p>
      <w:pPr>
        <w:pStyle w:val="Heading1"/>
      </w:pPr>
      <w:r>
        <w:rPr>
          <w:rFonts w:ascii="Calibri" w:hAnsi="Calibri"/>
          <w:b/>
          <w:i w:val="0"/>
          <w:sz w:val="40"/>
        </w:rPr>
        <w:t>12</w:t>
      </w:r>
    </w:p>
    <w:p>
      <w:pPr>
        <w:pStyle w:val="Heading1"/>
      </w:pPr>
      <w:r>
        <w:rPr>
          <w:rFonts w:ascii="Calibri" w:hAnsi="Calibri"/>
          <w:b/>
          <w:i w:val="0"/>
          <w:sz w:val="40"/>
        </w:rPr>
        <w:t>Thêm công cụ vào GenAI</w:t>
      </w:r>
    </w:p>
    <w:p>
      <w:pPr>
        <w:spacing w:after="80"/>
      </w:pPr>
      <w:r>
        <w:rPr>
          <w:b w:val="0"/>
          <w:i w:val="0"/>
        </w:rPr>
        <w:t>Chúng ta đã thấy cách các mô hình AI có thể tạo văn bản theo hướng dẫn từ một prompt, và cách chúng có thể làm việc với hình ảnh. Nhưng đó chưa phải là tất cả những gì chúng có thể làm.</w:t>
      </w:r>
    </w:p>
    <w:p>
      <w:pPr>
        <w:spacing w:after="80"/>
      </w:pPr>
      <w:r>
        <w:rPr>
          <w:b w:val="0"/>
          <w:i w:val="0"/>
        </w:rPr>
        <w:t xml:space="preserve">Nếu bạn nhớ những gì chúng ta đã thảo luận trong </w:t>
      </w:r>
      <w:r>
        <w:rPr>
          <w:b w:val="0"/>
          <w:i/>
        </w:rPr>
        <w:t>Chương 11</w:t>
      </w:r>
      <w:r>
        <w:rPr>
          <w:b w:val="0"/>
          <w:i w:val="0"/>
        </w:rPr>
        <w:t>, công cụ GenAI gọi mô hình AI. Các mô hình AI cũng có thể hiểu khái niệm về một công cụ có sẵn trong công cụ GenAI, và yêu cầu rằng nó được gọi để xử lý đầu ra của mình và lặp qua đó.</w:t>
      </w:r>
    </w:p>
    <w:p>
      <w:pPr>
        <w:spacing w:after="80"/>
      </w:pPr>
      <w:r>
        <w:rPr>
          <w:b w:val="0"/>
          <w:i w:val="0"/>
        </w:rPr>
        <w:t>Ví dụ, một mô hình AI thông thường không thể lấy được thời tiết hiện tại, vì nó không có khả năng lấy thông tin về những gì đang diễn ra ngay lúc này. Nhưng nếu chúng ta thêm một công cụ có khả năng truy xuất thời tiết vào công cụ GenAI của mình, mô hình AI có thể yêu cầu công cụ đó thực thi và lấy thông tin như một phần trong ngữ cảnh của nó.</w:t>
      </w:r>
    </w:p>
    <w:p>
      <w:pPr>
        <w:spacing w:after="80"/>
      </w:pPr>
      <w:r>
        <w:rPr>
          <w:b w:val="0"/>
          <w:i w:val="0"/>
        </w:rPr>
        <w:t xml:space="preserve">Quá trình này sẽ tương tự như quy trình được minh họa trong </w:t>
      </w:r>
      <w:r>
        <w:rPr>
          <w:b w:val="0"/>
          <w:i/>
        </w:rPr>
        <w:t xml:space="preserve"> Hình 12.1 </w:t>
      </w:r>
      <w:r>
        <w:rPr>
          <w:b w:val="0"/>
          <w:i w:val="0"/>
        </w:rPr>
        <w:t xml:space="preserve"> . Công cụ GenAI thêm vào, như một phần của ngữ cảnh, sự thật rằng các công cụ đang có sẵn. Mô hình AI yêu cầu công cụ thực thi chúng và trả về kết quả. Và cuối cùng, khi tất cả thông tin liên quan đã nằm trong ngữ cảnh, nó có thể tạo ra câu trả lời đúng.</w:t>
      </w:r>
    </w:p>
    <w:p>
      <w:pPr>
        <w:jc w:val="center"/>
      </w:pPr>
      <w:r>
        <w:drawing>
          <wp:inline xmlns:a="http://schemas.openxmlformats.org/drawingml/2006/main" xmlns:pic="http://schemas.openxmlformats.org/drawingml/2006/picture">
            <wp:extent cx="5486400" cy="5045426"/>
            <wp:docPr id="117" name="Picture 117"/>
            <wp:cNvGraphicFramePr>
              <a:graphicFrameLocks noChangeAspect="1"/>
            </wp:cNvGraphicFramePr>
            <a:graphic>
              <a:graphicData uri="http://schemas.openxmlformats.org/drawingml/2006/picture">
                <pic:pic>
                  <pic:nvPicPr>
                    <pic:cNvPr id="0" name="B36973_12_1.png"/>
                    <pic:cNvPicPr/>
                  </pic:nvPicPr>
                  <pic:blipFill>
                    <a:blip r:embed="rId115"/>
                    <a:stretch>
                      <a:fillRect/>
                    </a:stretch>
                  </pic:blipFill>
                  <pic:spPr>
                    <a:xfrm>
                      <a:off x="0" y="0"/>
                      <a:ext cx="5486400" cy="5045426"/>
                    </a:xfrm>
                    <a:prstGeom prst="rect"/>
                  </pic:spPr>
                </pic:pic>
              </a:graphicData>
            </a:graphic>
          </wp:inline>
        </w:drawing>
      </w:r>
    </w:p>
    <w:p>
      <w:pPr>
        <w:spacing w:after="160"/>
        <w:jc w:val="center"/>
      </w:pPr>
      <w:r>
        <w:rPr>
          <w:rFonts w:ascii="Calibri" w:hAnsi="Calibri"/>
          <w:b w:val="0"/>
          <w:i/>
          <w:sz w:val="19"/>
        </w:rPr>
        <w:t>Hình 12.1: Một quy trình đơn giản của một công cụ GenAI sử dụng các công cụ</w:t>
      </w:r>
    </w:p>
    <w:p>
      <w:pPr>
        <w:spacing w:after="80"/>
      </w:pPr>
      <w:r>
        <w:rPr>
          <w:b w:val="0"/>
          <w:i w:val="0"/>
        </w:rPr>
        <w:t>Đây là một khái niệm cực kỳ mạnh mẽ, vì nó mang lại rất nhiều khả năng cho các công cụ GenAI của chúng ta để kết hợp và gia tăng đáng kể những gì có thể đạt được với các mô hình AI.</w:t>
      </w:r>
    </w:p>
    <w:p>
      <w:pPr>
        <w:spacing w:after="80"/>
      </w:pPr>
      <w:r>
        <w:rPr>
          <w:b/>
          <w:i w:val="0"/>
        </w:rPr>
        <w:t>Lưu ý</w:t>
      </w:r>
    </w:p>
    <w:p>
      <w:pPr>
        <w:spacing w:after="80"/>
      </w:pPr>
      <w:r>
        <w:rPr>
          <w:b w:val="0"/>
          <w:i w:val="0"/>
        </w:rPr>
        <w:t>Theo một cách nào đó, các công cụ chính là cách để các mô hình AI yêu cầu thêm thông tin mới vào ngữ cảnh.</w:t>
      </w:r>
    </w:p>
    <w:p>
      <w:pPr>
        <w:spacing w:after="80"/>
      </w:pPr>
      <w:r>
        <w:rPr>
          <w:b w:val="0"/>
          <w:i w:val="0"/>
        </w:rPr>
        <w:t>Trong chương này, chúng ta sẽ thấy cách sử dụng các công cụ có sẵn cũng như tạo ra công cụ của riêng mình để mở rộng những gì chúng ta có thể làm. Chúng ta sẽ xem xét các công thức sau:</w:t>
      </w:r>
    </w:p>
    <w:p>
      <w:pPr>
        <w:spacing w:after="80"/>
        <w:ind w:left="360"/>
      </w:pPr>
      <w:r>
        <w:t xml:space="preserve">• </w:t>
      </w:r>
      <w:r>
        <w:rPr>
          <w:b w:val="0"/>
          <w:i w:val="0"/>
        </w:rPr>
        <w:t>Tăng cường mô hình AI với tìm kiếm web</w:t>
      </w:r>
    </w:p>
    <w:p>
      <w:pPr>
        <w:spacing w:after="80"/>
        <w:ind w:left="360"/>
      </w:pPr>
      <w:r>
        <w:t xml:space="preserve">• </w:t>
      </w:r>
      <w:r>
        <w:rPr>
          <w:b w:val="0"/>
          <w:i w:val="0"/>
        </w:rPr>
        <w:t>Hãy sử dụng các máy chủ MCP</w:t>
      </w:r>
    </w:p>
    <w:p>
      <w:pPr>
        <w:spacing w:after="80"/>
        <w:ind w:left="360"/>
      </w:pPr>
      <w:r>
        <w:t xml:space="preserve">• </w:t>
      </w:r>
      <w:r>
        <w:rPr>
          <w:b w:val="0"/>
          <w:i w:val="0"/>
        </w:rPr>
        <w:t>Tạo máy chủ MCP của riêng bạn</w:t>
      </w:r>
    </w:p>
    <w:p>
      <w:pPr>
        <w:spacing w:after="80"/>
      </w:pPr>
      <w:r>
        <w:rPr>
          <w:b w:val="0"/>
          <w:i w:val="0"/>
        </w:rPr>
        <w:t xml:space="preserve">Hãy bắt đầu bằng việc tìm hiểu các công cụ đã có sẵn như một phần của mô-đun </w:t>
      </w:r>
      <w:r>
        <w:rPr>
          <w:rFonts w:ascii="Consolas" w:hAnsi="Consolas"/>
          <w:b w:val="0"/>
          <w:i w:val="0"/>
          <w:sz w:val="20"/>
        </w:rPr>
        <w:br/>
        <w:br/>
        <w:t xml:space="preserve">      openai</w:t>
        <w:br/>
        <w:t xml:space="preserve">     </w:t>
        <w:br/>
      </w:r>
      <w:r>
        <w:rPr>
          <w:b w:val="0"/>
          <w:i w:val="0"/>
        </w:rPr>
        <w:t xml:space="preserve"> .</w:t>
      </w:r>
    </w:p>
    <w:p>
      <w:pPr>
        <w:pStyle w:val="Heading2"/>
      </w:pPr>
      <w:r>
        <w:rPr>
          <w:rFonts w:ascii="Calibri" w:hAnsi="Calibri"/>
          <w:b/>
          <w:i w:val="0"/>
          <w:sz w:val="32"/>
        </w:rPr>
        <w:t>Yêu cầu kỹ thuật</w:t>
      </w:r>
    </w:p>
    <w:p>
      <w:pPr>
        <w:spacing w:after="80"/>
      </w:pPr>
      <w:r>
        <w:rPr>
          <w:b w:val="0"/>
          <w:i w:val="0"/>
        </w:rPr>
        <w:t>Chúng ta sẽ sử dụng OpenAI làm nhà cung cấp cho các mô hình AI trong chương này.</w:t>
      </w:r>
    </w:p>
    <w:p>
      <w:pPr>
        <w:spacing w:after="80"/>
      </w:pPr>
      <w:r>
        <w:rPr>
          <w:b/>
          <w:i w:val="0"/>
        </w:rPr>
        <w:t>Mẹo</w:t>
      </w:r>
    </w:p>
    <w:p>
      <w:pPr>
        <w:spacing w:after="80"/>
      </w:pPr>
      <w:r>
        <w:rPr>
          <w:b w:val="0"/>
          <w:i w:val="0"/>
        </w:rPr>
        <w:t xml:space="preserve">Hãy nhớ rằng những kỹ thuật này đều có sẵn trong nhiều mô hình AI và framework khác nhau. Bạn có thể đạt được kết quả tương tự với các nhà cung cấp khác như Claude của Anthropic hoặc sử dụng các mô hình cục bộ thông qua Ollama. Xem </w:t>
      </w:r>
      <w:r>
        <w:rPr>
          <w:b w:val="0"/>
          <w:i/>
        </w:rPr>
        <w:t xml:space="preserve"> Chương 11 </w:t>
      </w:r>
      <w:r>
        <w:rPr>
          <w:b w:val="0"/>
          <w:i w:val="0"/>
        </w:rPr>
        <w:t xml:space="preserve"> , công thức </w:t>
      </w:r>
      <w:r>
        <w:rPr>
          <w:b w:val="0"/>
          <w:i/>
        </w:rPr>
        <w:t xml:space="preserve"> Sử dụng mô hình cục bộ </w:t>
      </w:r>
      <w:r>
        <w:rPr>
          <w:b w:val="0"/>
          <w:i w:val="0"/>
        </w:rPr>
        <w:t xml:space="preserve"> để biết thêm về lựa chọn sau.</w:t>
      </w:r>
    </w:p>
    <w:p>
      <w:pPr>
        <w:spacing w:after="80"/>
      </w:pPr>
      <w:r>
        <w:rPr>
          <w:b w:val="0"/>
          <w:i w:val="0"/>
        </w:rPr>
        <w:t xml:space="preserve">Chúng tôi đã mô tả trong phần </w:t>
      </w:r>
      <w:r>
        <w:rPr>
          <w:b w:val="0"/>
          <w:i/>
        </w:rPr>
        <w:t xml:space="preserve"> Yêu cầu kỹ thuật </w:t>
      </w:r>
      <w:r>
        <w:rPr>
          <w:b w:val="0"/>
          <w:i w:val="0"/>
        </w:rPr>
        <w:t xml:space="preserve"> của </w:t>
      </w:r>
      <w:r>
        <w:rPr>
          <w:b w:val="0"/>
          <w:i/>
        </w:rPr>
        <w:t xml:space="preserve"> Chương 11 </w:t>
      </w:r>
      <w:r>
        <w:rPr>
          <w:b w:val="0"/>
          <w:i w:val="0"/>
        </w:rPr>
        <w:t xml:space="preserve"> các bước cần thiết để thiết lập một tài khoản cho phép chúng ta gọi các API của OpenAI. Hãy đến đó và làm theo hướng dẫn nếu bạn chưa thực hiện.</w:t>
      </w:r>
    </w:p>
    <w:p>
      <w:pPr>
        <w:spacing w:after="80"/>
      </w:pPr>
      <w:r>
        <w:rPr>
          <w:b w:val="0"/>
          <w:i w:val="0"/>
        </w:rPr>
        <w:t xml:space="preserve">Hãy đảm bảo rằng bạn có tệp </w:t>
      </w:r>
      <w:r>
        <w:rPr>
          <w:rFonts w:ascii="Consolas" w:hAnsi="Consolas"/>
          <w:b w:val="0"/>
          <w:i w:val="0"/>
          <w:sz w:val="20"/>
        </w:rPr>
        <w:br/>
        <w:br/>
        <w:t xml:space="preserve">      keys.py</w:t>
        <w:br/>
        <w:t xml:space="preserve">     </w:t>
        <w:br/>
      </w:r>
      <w:r>
        <w:rPr>
          <w:b w:val="0"/>
          <w:i w:val="0"/>
        </w:rPr>
        <w:t xml:space="preserve"> trong thư mục làm việc của mình.</w:t>
      </w:r>
    </w:p>
    <w:p>
      <w:pPr>
        <w:spacing w:after="80"/>
      </w:pPr>
      <w:r>
        <w:rPr>
          <w:b w:val="0"/>
          <w:i w:val="0"/>
        </w:rPr>
        <w:t xml:space="preserve">Bạn có thể xem mã được trình bày trong chương tại URL GitHub </w:t>
      </w:r>
      <w:r>
        <w:rPr>
          <w:rFonts w:ascii="Consolas" w:hAnsi="Consolas"/>
          <w:b w:val="0"/>
          <w:i w:val="0"/>
          <w:sz w:val="20"/>
        </w:rPr>
        <w:br/>
        <w:br/>
        <w:t xml:space="preserve">       https://github.com/PacktPublishing/Python-Automation-Cookbook-Third-Edition/tree/main/ch12</w:t>
        <w:br/>
        <w:t xml:space="preserve">      </w:t>
        <w:br/>
      </w:r>
      <w:r>
        <w:rPr>
          <w:b w:val="0"/>
          <w:i w:val="0"/>
        </w:rPr>
        <w:t xml:space="preserve"> .</w:t>
      </w:r>
    </w:p>
    <w:p>
      <w:pPr>
        <w:pStyle w:val="Heading2"/>
      </w:pPr>
      <w:r>
        <w:rPr>
          <w:rFonts w:ascii="Calibri" w:hAnsi="Calibri"/>
          <w:b/>
          <w:i w:val="0"/>
          <w:sz w:val="32"/>
        </w:rPr>
        <w:t>Nâng cao mô hình AI với tìm kiếm web</w:t>
      </w:r>
    </w:p>
    <w:p>
      <w:pPr>
        <w:spacing w:after="80"/>
      </w:pPr>
      <w:r>
        <w:rPr>
          <w:b w:val="0"/>
          <w:i w:val="0"/>
        </w:rPr>
        <w:t xml:space="preserve">Mô-đun </w:t>
      </w:r>
      <w:r>
        <w:rPr>
          <w:rFonts w:ascii="Consolas" w:hAnsi="Consolas"/>
          <w:b w:val="0"/>
          <w:i w:val="0"/>
          <w:sz w:val="20"/>
        </w:rPr>
        <w:br/>
        <w:br/>
        <w:t xml:space="preserve">      openai</w:t>
        <w:br/>
        <w:t xml:space="preserve">     </w:t>
        <w:br/>
      </w:r>
      <w:r>
        <w:rPr>
          <w:b w:val="0"/>
          <w:i w:val="0"/>
        </w:rPr>
        <w:t xml:space="preserve"> không chỉ là một giao diện trên OpenAI, mà còn bao gồm những công cụ hữu ích mà chúng ta có thể dùng ngay.</w:t>
      </w:r>
    </w:p>
    <w:p>
      <w:pPr>
        <w:spacing w:after="80"/>
      </w:pPr>
      <w:r>
        <w:rPr>
          <w:b w:val="0"/>
          <w:i w:val="0"/>
        </w:rPr>
        <w:t>Có thể nói, công cụ quan trọng nhất là khả năng tìm kiếm web để tương tác với thế giới bên ngoài, giúp mô hình AI đào sâu vào các sự kiện hiện tại hoặc tìm ra thông tin cụ thể nằm ngoài dữ liệu huấn luyện của nó.</w:t>
      </w:r>
    </w:p>
    <w:p>
      <w:pPr>
        <w:spacing w:after="80"/>
      </w:pPr>
      <w:r>
        <w:rPr>
          <w:b/>
          <w:i w:val="0"/>
        </w:rPr>
        <w:t>Lưu ý</w:t>
      </w:r>
    </w:p>
    <w:p>
      <w:pPr>
        <w:spacing w:after="80"/>
      </w:pPr>
      <w:r>
        <w:rPr>
          <w:b w:val="0"/>
          <w:i w:val="0"/>
        </w:rPr>
        <w:t>Hãy nhớ rằng, sau khi một mô hình AI được huấn luyện, kiến thức của nó bị cố định cứng ngắc. Nó không thể học thêm bất cứ điều gì mới ngoài thông tin có sẵn trong ngữ cảnh được cung cấp. Việc thêm khả năng tìm kiếm web, nơi mô hình có thể yêu cầu đưa dữ liệu từ web vào ngữ cảnh của tác vụ, là vô cùng hữu ích. Nó cho phép mô hình AI thoát khỏi những ràng buộc của quá trình huấn luyện.</w:t>
      </w:r>
    </w:p>
    <w:p>
      <w:pPr>
        <w:spacing w:after="80"/>
      </w:pPr>
      <w:r>
        <w:rPr>
          <w:b w:val="0"/>
          <w:i w:val="0"/>
        </w:rPr>
        <w:t>Trong công thức này, chúng ta sẽ tạo một lịch thể thao cho những sự kiện thể thao quan trọng nhất trong tuần tới, với mục tiêu là xem cách bạn có thể yêu cầu mô-đun OpenAI đưa tìm kiếm web vào như một phần của yêu cầu.</w:t>
      </w:r>
    </w:p>
    <w:p>
      <w:pPr>
        <w:pStyle w:val="Heading3"/>
      </w:pPr>
      <w:r>
        <w:rPr>
          <w:rFonts w:ascii="Calibri" w:hAnsi="Calibri"/>
          <w:b/>
          <w:i w:val="0"/>
          <w:sz w:val="26"/>
        </w:rPr>
        <w:t>Chuẩn bị</w:t>
      </w:r>
    </w:p>
    <w:p>
      <w:pPr>
        <w:spacing w:after="80"/>
      </w:pPr>
      <w:r>
        <w:rPr>
          <w:b w:val="0"/>
          <w:i w:val="0"/>
        </w:rPr>
        <w:t>Trong công thức này, chúng ta sẽ cần các mô-đun sau trong môi trường ảo của mình:</w:t>
      </w:r>
    </w:p>
    <w:p>
      <w:pPr>
        <w:spacing w:after="0"/>
        <w:ind w:left="360"/>
        <w:shd w:val="clear" w:color="auto" w:fill="F2F2F2"/>
      </w:pPr>
      <w:r>
        <w:rPr>
          <w:rFonts w:ascii="Consolas" w:hAnsi="Consolas"/>
          <w:sz w:val="18"/>
        </w:rPr>
        <w:t>$ echo "python-dotenv==1.2.2" &gt;&gt; requirements.txt</w:t>
      </w:r>
    </w:p>
    <w:p>
      <w:pPr>
        <w:spacing w:after="0"/>
        <w:ind w:left="360"/>
        <w:shd w:val="clear" w:color="auto" w:fill="F2F2F2"/>
      </w:pPr>
      <w:r>
        <w:rPr>
          <w:rFonts w:ascii="Consolas" w:hAnsi="Consolas"/>
          <w:sz w:val="18"/>
        </w:rPr>
        <w:t>$ echo "openai==2.28.0" &gt;&gt; requirements.txt</w:t>
      </w:r>
    </w:p>
    <w:p>
      <w:pPr>
        <w:spacing w:after="0"/>
        <w:ind w:left="360"/>
        <w:shd w:val="clear" w:color="auto" w:fill="F2F2F2"/>
      </w:pPr>
      <w:r>
        <w:rPr>
          <w:rFonts w:ascii="Consolas" w:hAnsi="Consolas"/>
          <w:sz w:val="18"/>
        </w:rPr>
        <w:t>$ echo "rich==14.3.3" &gt;&gt; requirements.txt</w:t>
      </w:r>
    </w:p>
    <w:p>
      <w:pPr>
        <w:spacing w:after="0"/>
        <w:ind w:left="360"/>
        <w:shd w:val="clear" w:color="auto" w:fill="F2F2F2"/>
      </w:pPr>
      <w:r>
        <w:rPr>
          <w:rFonts w:ascii="Consolas" w:hAnsi="Consolas"/>
          <w:sz w:val="18"/>
        </w:rPr>
        <w:t>$ pip install -r requirements.txt</w:t>
      </w:r>
    </w:p>
    <w:p>
      <w:pPr>
        <w:spacing w:after="40"/>
      </w:pPr>
    </w:p>
    <w:p>
      <w:pPr>
        <w:spacing w:after="80"/>
      </w:pPr>
      <w:r>
        <w:rPr>
          <w:b w:val="0"/>
          <w:i w:val="0"/>
        </w:rPr>
        <w:t xml:space="preserve">Hãy nhớ có sẵn khóa </w:t>
      </w:r>
      <w:r>
        <w:rPr>
          <w:rFonts w:ascii="Consolas" w:hAnsi="Consolas"/>
          <w:b w:val="0"/>
          <w:i w:val="0"/>
          <w:sz w:val="20"/>
        </w:rPr>
        <w:br/>
        <w:br/>
        <w:t xml:space="preserve">      openAI</w:t>
        <w:br/>
        <w:t xml:space="preserve">     </w:t>
        <w:br/>
      </w:r>
      <w:r>
        <w:rPr>
          <w:b w:val="0"/>
          <w:i w:val="0"/>
        </w:rPr>
        <w:t xml:space="preserve"> của bạn trong tệp </w:t>
      </w:r>
      <w:r>
        <w:rPr>
          <w:rFonts w:ascii="Consolas" w:hAnsi="Consolas"/>
          <w:b w:val="0"/>
          <w:i w:val="0"/>
          <w:sz w:val="20"/>
        </w:rPr>
        <w:br/>
        <w:br/>
        <w:t xml:space="preserve">      .env</w:t>
        <w:br/>
        <w:t xml:space="preserve">     </w:t>
        <w:br/>
      </w:r>
      <w:r>
        <w:rPr>
          <w:b w:val="0"/>
          <w:i w:val="0"/>
        </w:rPr>
        <w:t xml:space="preserve"> . Trong thư mục repo có một tệp ví dụ </w:t>
      </w:r>
      <w:r>
        <w:rPr>
          <w:rFonts w:ascii="Consolas" w:hAnsi="Consolas"/>
          <w:b w:val="0"/>
          <w:i w:val="0"/>
          <w:sz w:val="20"/>
        </w:rPr>
        <w:br/>
        <w:br/>
        <w:t xml:space="preserve">      .env.template</w:t>
        <w:br/>
        <w:t xml:space="preserve">     </w:t>
        <w:br/>
      </w:r>
      <w:r>
        <w:rPr>
          <w:b w:val="0"/>
          <w:i w:val="0"/>
        </w:rPr>
        <w:t xml:space="preserve"> có thể được điền vào.</w:t>
      </w:r>
    </w:p>
    <w:p>
      <w:pPr>
        <w:spacing w:after="80"/>
      </w:pPr>
      <w:r>
        <w:rPr>
          <w:b/>
          <w:i w:val="0"/>
        </w:rPr>
        <w:t>Lưu ý</w:t>
      </w:r>
    </w:p>
    <w:p>
      <w:pPr>
        <w:spacing w:after="80"/>
      </w:pPr>
      <w:r>
        <w:rPr>
          <w:b w:val="0"/>
          <w:i w:val="0"/>
        </w:rPr>
        <w:t>Lưu ý rằng tệp mẫu chứa các phần tử sẽ được dùng trong những công thức khác của chương này. Chỉ khóa openAI là cần thiết cho công thức này.</w:t>
      </w:r>
    </w:p>
    <w:p>
      <w:pPr>
        <w:spacing w:after="80"/>
      </w:pPr>
      <w:r>
        <w:rPr>
          <w:b w:val="0"/>
          <w:i w:val="0"/>
        </w:rPr>
        <w:t xml:space="preserve">Tải script </w:t>
      </w:r>
      <w:r>
        <w:rPr>
          <w:rFonts w:ascii="Consolas" w:hAnsi="Consolas"/>
          <w:b w:val="0"/>
          <w:i w:val="0"/>
          <w:sz w:val="20"/>
        </w:rPr>
        <w:br/>
        <w:br/>
        <w:t xml:space="preserve">      sports_calendar.py</w:t>
        <w:br/>
        <w:t xml:space="preserve">     </w:t>
        <w:br/>
      </w:r>
      <w:r>
        <w:rPr>
          <w:b w:val="0"/>
          <w:i w:val="0"/>
        </w:rPr>
        <w:t xml:space="preserve"> từ thư mục repo trên GitHub.</w:t>
      </w:r>
    </w:p>
    <w:p>
      <w:pPr>
        <w:spacing w:after="80"/>
      </w:pPr>
      <w:r>
        <w:rPr>
          <w:b w:val="0"/>
          <w:i w:val="0"/>
        </w:rPr>
        <w:t xml:space="preserve">Chúng ta sẽ dùng mô hình GPT-5.4. Hãy kiểm tra rằng nó có sẵn trên trang web OpenAI (https://developers.openai.com/api/docs/models). Nếu không, hãy đổi cho phù hợp. </w:t>
      </w:r>
      <w:r>
        <w:rPr>
          <w:b w:val="0"/>
          <w:i/>
        </w:rPr>
        <w:t xml:space="preserve"> Có </w:t>
      </w:r>
      <w:r>
        <w:rPr>
          <w:b w:val="0"/>
          <w:i w:val="0"/>
        </w:rPr>
        <w:t xml:space="preserve"> </w:t>
      </w:r>
      <w:r>
        <w:rPr>
          <w:b w:val="0"/>
          <w:i/>
        </w:rPr>
        <w:t xml:space="preserve"> ' </w:t>
      </w:r>
      <w:r>
        <w:rPr>
          <w:b w:val="0"/>
          <w:i w:val="0"/>
        </w:rPr>
        <w:t xml:space="preserve"> </w:t>
      </w:r>
      <w:r>
        <w:rPr>
          <w:b w:val="0"/>
          <w:i/>
        </w:rPr>
        <w:t xml:space="preserve"> thêm </w:t>
      </w:r>
      <w:r>
        <w:rPr>
          <w:b w:val="0"/>
          <w:i w:val="0"/>
        </w:rPr>
        <w:t xml:space="preserve"> thông tin về điều này trong phần There's more của công thức </w:t>
      </w:r>
      <w:r>
        <w:rPr>
          <w:b w:val="0"/>
          <w:i/>
        </w:rPr>
        <w:t xml:space="preserve"> Tạo chatbot của riêng bạn </w:t>
      </w:r>
      <w:r>
        <w:rPr>
          <w:b w:val="0"/>
          <w:i w:val="0"/>
        </w:rPr>
        <w:t xml:space="preserve"> trong </w:t>
      </w:r>
      <w:r>
        <w:rPr>
          <w:b w:val="0"/>
          <w:i/>
        </w:rPr>
        <w:t xml:space="preserve"> Chương 11 </w:t>
      </w:r>
      <w:r>
        <w:rPr>
          <w:b w:val="0"/>
          <w:i w:val="0"/>
        </w:rPr>
        <w:t xml:space="preserve"> .</w:t>
      </w:r>
    </w:p>
    <w:p>
      <w:pPr>
        <w:pStyle w:val="Heading3"/>
      </w:pPr>
      <w:r>
        <w:rPr>
          <w:rFonts w:ascii="Calibri" w:hAnsi="Calibri"/>
          <w:b/>
          <w:i w:val="0"/>
          <w:sz w:val="26"/>
        </w:rPr>
        <w:t>Cách thực hiện…</w:t>
      </w:r>
    </w:p>
    <w:p>
      <w:pPr>
        <w:spacing w:after="80"/>
        <w:ind w:left="360"/>
      </w:pPr>
      <w:r>
        <w:t xml:space="preserve">1. </w:t>
      </w:r>
      <w:r>
        <w:rPr>
          <w:b w:val="0"/>
          <w:i w:val="0"/>
        </w:rPr>
        <w:t xml:space="preserve">Chạy script </w:t>
      </w:r>
      <w:r>
        <w:rPr>
          <w:rFonts w:ascii="Consolas" w:hAnsi="Consolas"/>
          <w:b w:val="0"/>
          <w:i w:val="0"/>
          <w:sz w:val="20"/>
        </w:rPr>
        <w:br/>
        <w:br/>
        <w:t xml:space="preserve">      sports_calendar.py</w:t>
        <w:br/>
        <w:t xml:space="preserve">      </w:t>
        <w:br/>
      </w:r>
    </w:p>
    <w:p>
      <w:pPr>
        <w:spacing w:after="0"/>
        <w:ind w:left="360"/>
        <w:shd w:val="clear" w:color="auto" w:fill="F2F2F2"/>
      </w:pPr>
      <w:r>
        <w:rPr>
          <w:rFonts w:ascii="Consolas" w:hAnsi="Consolas"/>
          <w:sz w:val="18"/>
        </w:rPr>
        <w:t>$ uv run sports_calendar.py</w:t>
      </w:r>
    </w:p>
    <w:p>
      <w:pPr>
        <w:spacing w:after="40"/>
      </w:pPr>
    </w:p>
    <w:p>
      <w:pPr>
        <w:spacing w:after="80"/>
        <w:ind w:left="360"/>
      </w:pPr>
      <w:r>
        <w:t xml:space="preserve">2. </w:t>
      </w:r>
      <w:r>
        <w:rPr>
          <w:b w:val="0"/>
          <w:i w:val="0"/>
        </w:rPr>
        <w:t>Sau một lúc, một lịch sẽ xuất hiện với các sự kiện cho tuần tới. Điều này tất nhiên phụ thuộc vào tuần, nhưng nó cũng thay đổi rất nhiều mỗi lần chạy. Ví dụ, đây là một kết quả có thể có</w:t>
      </w:r>
    </w:p>
    <w:p>
      <w:pPr>
        <w:spacing w:after="0"/>
        <w:ind w:left="360"/>
        <w:shd w:val="clear" w:color="auto" w:fill="F2F2F2"/>
      </w:pPr>
      <w:r>
        <w:rPr>
          <w:rFonts w:ascii="Consolas" w:hAnsi="Consolas"/>
          <w:sz w:val="18"/>
        </w:rPr>
        <w:t>Calendar of major sports events in Europe for the week of Monday, March 16, 2026 to Sunday, March 22, 2026</w:t>
      </w:r>
    </w:p>
    <w:p>
      <w:pPr>
        <w:spacing w:after="0"/>
        <w:ind w:left="360"/>
        <w:shd w:val="clear" w:color="auto" w:fill="F2F2F2"/>
      </w:pPr>
      <w:r>
        <w:rPr>
          <w:rFonts w:ascii="Consolas" w:hAnsi="Consolas"/>
          <w:sz w:val="18"/>
        </w:rPr>
        <w:t>One event per day; each date checked against two independent sources.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Monday, March 16, 2026 — Premier League: Brentford vs Wolverhampton Wanderers (England). The EPL schedule lists the match</w:t>
      </w:r>
    </w:p>
    <w:p>
      <w:pPr>
        <w:spacing w:after="0"/>
        <w:ind w:left="360"/>
        <w:shd w:val="clear" w:color="auto" w:fill="F2F2F2"/>
      </w:pPr>
      <w:r>
        <w:rPr>
          <w:rFonts w:ascii="Consolas" w:hAnsi="Consolas"/>
          <w:sz w:val="18"/>
        </w:rPr>
        <w:t xml:space="preserve">   on March 16, and the club fixture listing confirms the same date. (formula1.com)</w:t>
      </w:r>
    </w:p>
    <w:p>
      <w:pPr>
        <w:spacing w:after="0"/>
        <w:ind w:left="360"/>
        <w:shd w:val="clear" w:color="auto" w:fill="F2F2F2"/>
      </w:pPr>
      <w:r>
        <w:rPr>
          <w:rFonts w:ascii="Consolas" w:hAnsi="Consolas"/>
          <w:sz w:val="18"/>
        </w:rPr>
        <w:t xml:space="preserve"> • Tuesday, March 17, 2026 — UEFA Champions League round of 16, second legs begin. UEFA's competition calendar lists</w:t>
      </w:r>
    </w:p>
    <w:p>
      <w:pPr>
        <w:spacing w:after="0"/>
        <w:ind w:left="360"/>
        <w:shd w:val="clear" w:color="auto" w:fill="F2F2F2"/>
      </w:pPr>
      <w:r>
        <w:rPr>
          <w:rFonts w:ascii="Consolas" w:hAnsi="Consolas"/>
          <w:sz w:val="18"/>
        </w:rPr>
        <w:t xml:space="preserve">   round-of-16 second legs on 17/18 March 2026, and the official round-of-16 schedule PDF shows fixtures specifically on</w:t>
      </w:r>
    </w:p>
    <w:p>
      <w:pPr>
        <w:spacing w:after="0"/>
        <w:ind w:left="360"/>
        <w:shd w:val="clear" w:color="auto" w:fill="F2F2F2"/>
      </w:pPr>
      <w:r>
        <w:rPr>
          <w:rFonts w:ascii="Consolas" w:hAnsi="Consolas"/>
          <w:sz w:val="18"/>
        </w:rPr>
        <w:t xml:space="preserve">   Tuesday, 17 March 2026. (uefa.com)</w:t>
      </w:r>
    </w:p>
    <w:p>
      <w:pPr>
        <w:spacing w:after="0"/>
        <w:ind w:left="360"/>
        <w:shd w:val="clear" w:color="auto" w:fill="F2F2F2"/>
      </w:pPr>
      <w:r>
        <w:rPr>
          <w:rFonts w:ascii="Consolas" w:hAnsi="Consolas"/>
          <w:sz w:val="18"/>
        </w:rPr>
        <w:t xml:space="preserve"> • Wednesday, March 18, 2026 — Miami Open main-draw week begins. The WTA event page gives the tournament dates as March 17–29,</w:t>
      </w:r>
    </w:p>
    <w:p>
      <w:pPr>
        <w:spacing w:after="0"/>
        <w:ind w:left="360"/>
        <w:shd w:val="clear" w:color="auto" w:fill="F2F2F2"/>
      </w:pPr>
      <w:r>
        <w:rPr>
          <w:rFonts w:ascii="Consolas" w:hAnsi="Consolas"/>
          <w:sz w:val="18"/>
        </w:rPr>
        <w:t xml:space="preserve">   2026, while the ATP calendar lists the Miami Open as 18–29 March 2026, confirming Wednesday as the men's main-draw start</w:t>
      </w:r>
    </w:p>
    <w:p>
      <w:pPr>
        <w:spacing w:after="0"/>
        <w:ind w:left="360"/>
        <w:shd w:val="clear" w:color="auto" w:fill="F2F2F2"/>
      </w:pPr>
      <w:r>
        <w:rPr>
          <w:rFonts w:ascii="Consolas" w:hAnsi="Consolas"/>
          <w:sz w:val="18"/>
        </w:rPr>
        <w:t xml:space="preserve">   during this week. (wtatennis.com)</w:t>
      </w:r>
    </w:p>
    <w:p>
      <w:pPr>
        <w:spacing w:after="0"/>
        <w:ind w:left="360"/>
        <w:shd w:val="clear" w:color="auto" w:fill="F2F2F2"/>
      </w:pPr>
      <w:r>
        <w:rPr>
          <w:rFonts w:ascii="Consolas" w:hAnsi="Consolas"/>
          <w:sz w:val="18"/>
        </w:rPr>
        <w:t xml:space="preserve"> • Thursday, March 19, 2026 — UEFA Europa League round of 16, second legs. UEFA's Europa League competition page states the</w:t>
      </w:r>
    </w:p>
    <w:p>
      <w:pPr>
        <w:spacing w:after="0"/>
        <w:ind w:left="360"/>
        <w:shd w:val="clear" w:color="auto" w:fill="F2F2F2"/>
      </w:pPr>
      <w:r>
        <w:rPr>
          <w:rFonts w:ascii="Consolas" w:hAnsi="Consolas"/>
          <w:sz w:val="18"/>
        </w:rPr>
        <w:t xml:space="preserve">   round of 16 is played on 12 &amp; 19 March 2026, and the official draw/schedule material says the quarter-final schedule will</w:t>
      </w:r>
    </w:p>
    <w:p>
      <w:pPr>
        <w:spacing w:after="0"/>
        <w:ind w:left="360"/>
        <w:shd w:val="clear" w:color="auto" w:fill="F2F2F2"/>
      </w:pPr>
      <w:r>
        <w:rPr>
          <w:rFonts w:ascii="Consolas" w:hAnsi="Consolas"/>
          <w:sz w:val="18"/>
        </w:rPr>
        <w:t xml:space="preserve">   be communicated after the return legs on 19 March 2026. (uefa.com)</w:t>
      </w:r>
    </w:p>
    <w:p>
      <w:pPr>
        <w:spacing w:after="0"/>
        <w:ind w:left="360"/>
        <w:shd w:val="clear" w:color="auto" w:fill="F2F2F2"/>
      </w:pPr>
      <w:r>
        <w:rPr>
          <w:rFonts w:ascii="Consolas" w:hAnsi="Consolas"/>
          <w:sz w:val="18"/>
        </w:rPr>
        <w:t xml:space="preserve"> • Friday, March 20, 2026 — Premier League: Bournemouth vs Manchester United (England). The league schedule lists the match on</w:t>
      </w:r>
    </w:p>
    <w:p>
      <w:pPr>
        <w:spacing w:after="0"/>
        <w:ind w:left="360"/>
        <w:shd w:val="clear" w:color="auto" w:fill="F2F2F2"/>
      </w:pPr>
      <w:r>
        <w:rPr>
          <w:rFonts w:ascii="Consolas" w:hAnsi="Consolas"/>
          <w:sz w:val="18"/>
        </w:rPr>
        <w:t xml:space="preserve">   Friday, March 20, 2026, and UEFA's 2026 football calendar also identifies March 20 as an active club-football date</w:t>
      </w:r>
    </w:p>
    <w:p>
      <w:pPr>
        <w:spacing w:after="0"/>
        <w:ind w:left="360"/>
        <w:shd w:val="clear" w:color="auto" w:fill="F2F2F2"/>
      </w:pPr>
      <w:r>
        <w:rPr>
          <w:rFonts w:ascii="Consolas" w:hAnsi="Consolas"/>
          <w:sz w:val="18"/>
        </w:rPr>
        <w:t xml:space="preserve">   immediately after the European midweek. (uefa.com)</w:t>
      </w:r>
    </w:p>
    <w:p>
      <w:pPr>
        <w:spacing w:after="0"/>
        <w:ind w:left="360"/>
        <w:shd w:val="clear" w:color="auto" w:fill="F2F2F2"/>
      </w:pPr>
      <w:r>
        <w:rPr>
          <w:rFonts w:ascii="Consolas" w:hAnsi="Consolas"/>
          <w:sz w:val="18"/>
        </w:rPr>
        <w:t xml:space="preserve"> • Saturday, March 21, 2026 — Premier League: Brighton &amp; Hove Albion vs Liverpool (England). The EPL schedule shows this match</w:t>
      </w:r>
    </w:p>
    <w:p>
      <w:pPr>
        <w:spacing w:after="0"/>
        <w:ind w:left="360"/>
        <w:shd w:val="clear" w:color="auto" w:fill="F2F2F2"/>
      </w:pPr>
      <w:r>
        <w:rPr>
          <w:rFonts w:ascii="Consolas" w:hAnsi="Consolas"/>
          <w:sz w:val="18"/>
        </w:rPr>
        <w:t xml:space="preserve">   on Saturday, March 21, 2026, and the same weekend slate is reflected in the official competition schedule. (uefa.com)</w:t>
      </w:r>
    </w:p>
    <w:p>
      <w:pPr>
        <w:spacing w:after="0"/>
        <w:ind w:left="360"/>
        <w:shd w:val="clear" w:color="auto" w:fill="F2F2F2"/>
      </w:pPr>
      <w:r>
        <w:rPr>
          <w:rFonts w:ascii="Consolas" w:hAnsi="Consolas"/>
          <w:sz w:val="18"/>
        </w:rPr>
        <w:t xml:space="preserve"> • Sunday, March 22, 2026 — Premier League: Sunderland vs Newcastle United (England), a major Tyne–Wear derby. The EPL</w:t>
      </w:r>
    </w:p>
    <w:p>
      <w:pPr>
        <w:spacing w:after="0"/>
        <w:ind w:left="360"/>
        <w:shd w:val="clear" w:color="auto" w:fill="F2F2F2"/>
      </w:pPr>
      <w:r>
        <w:rPr>
          <w:rFonts w:ascii="Consolas" w:hAnsi="Consolas"/>
          <w:sz w:val="18"/>
        </w:rPr>
        <w:t xml:space="preserve">   schedule lists it on Sunday, March 22, 2026, and the official league fixture feed places it on that date as part of the</w:t>
      </w:r>
    </w:p>
    <w:p>
      <w:pPr>
        <w:spacing w:after="0"/>
        <w:ind w:left="360"/>
        <w:shd w:val="clear" w:color="auto" w:fill="F2F2F2"/>
      </w:pPr>
      <w:r>
        <w:rPr>
          <w:rFonts w:ascii="Consolas" w:hAnsi="Consolas"/>
          <w:sz w:val="18"/>
        </w:rPr>
        <w:t xml:space="preserve">   weekend programme. (uefa.com)</w:t>
      </w:r>
    </w:p>
    <w:p>
      <w:pPr>
        <w:spacing w:after="40"/>
      </w:pPr>
    </w:p>
    <w:p>
      <w:pPr>
        <w:spacing w:after="80"/>
      </w:pPr>
      <w:r>
        <w:rPr>
          <w:b w:val="0"/>
          <w:i w:val="0"/>
        </w:rPr>
        <w:t>Như chúng ta có thể thấy, đây là một tuần bóng đá rất sôi động.</w:t>
      </w:r>
    </w:p>
    <w:p>
      <w:pPr>
        <w:spacing w:after="80"/>
      </w:pPr>
      <w:r>
        <w:rPr>
          <w:b/>
          <w:i w:val="0"/>
        </w:rPr>
        <w:t>Mẹo</w:t>
      </w:r>
    </w:p>
    <w:p>
      <w:pPr>
        <w:spacing w:after="80"/>
      </w:pPr>
      <w:r>
        <w:rPr>
          <w:b w:val="0"/>
          <w:i w:val="0"/>
        </w:rPr>
        <w:t>Hãy thử chạy script vài lần. Bạn sẽ thấy rằng bạn sẽ tạo ra những kết quả rất khác nhau. Đây là một trong những khía cạnh then chốt của GenAI: chúng mang tính phi xác định (non-deterministic)!</w:t>
      </w:r>
    </w:p>
    <w:p>
      <w:pPr>
        <w:pStyle w:val="Heading3"/>
      </w:pPr>
      <w:r>
        <w:rPr>
          <w:rFonts w:ascii="Calibri" w:hAnsi="Calibri"/>
          <w:b/>
          <w:i w:val="0"/>
          <w:sz w:val="26"/>
        </w:rPr>
        <w:t>Cách nó hoạt động…</w:t>
      </w:r>
    </w:p>
    <w:p>
      <w:pPr>
        <w:spacing w:after="80"/>
      </w:pPr>
      <w:r>
        <w:rPr>
          <w:b w:val="0"/>
          <w:i w:val="0"/>
        </w:rPr>
        <w:t xml:space="preserve">Hãy cùng xem qua script </w:t>
      </w:r>
      <w:r>
        <w:rPr>
          <w:rFonts w:ascii="Consolas" w:hAnsi="Consolas"/>
          <w:b w:val="0"/>
          <w:i w:val="0"/>
          <w:sz w:val="20"/>
        </w:rPr>
        <w:br/>
        <w:br/>
        <w:t xml:space="preserve">      sports_calendar.py</w:t>
        <w:br/>
        <w:t xml:space="preserve">     </w:t>
        <w:br/>
      </w:r>
      <w:r>
        <w:rPr>
          <w:b w:val="0"/>
          <w:i w:val="0"/>
        </w:rPr>
        <w:t xml:space="preserve"> .</w:t>
      </w:r>
    </w:p>
    <w:p>
      <w:pPr>
        <w:spacing w:after="0"/>
        <w:ind w:left="360"/>
        <w:shd w:val="clear" w:color="auto" w:fill="F2F2F2"/>
      </w:pPr>
      <w:r>
        <w:rPr>
          <w:rFonts w:ascii="Consolas" w:hAnsi="Consolas"/>
          <w:sz w:val="18"/>
        </w:rPr>
        <w:t>from keys import OPEN_AI_KEY</w:t>
      </w:r>
    </w:p>
    <w:p>
      <w:pPr>
        <w:spacing w:after="0"/>
        <w:ind w:left="360"/>
        <w:shd w:val="clear" w:color="auto" w:fill="F2F2F2"/>
      </w:pPr>
      <w:r>
        <w:rPr>
          <w:rFonts w:ascii="Consolas" w:hAnsi="Consolas"/>
          <w:sz w:val="18"/>
        </w:rPr>
        <w:t>from openai import OpenAI</w:t>
      </w:r>
    </w:p>
    <w:p>
      <w:pPr>
        <w:spacing w:after="0"/>
        <w:ind w:left="360"/>
        <w:shd w:val="clear" w:color="auto" w:fill="F2F2F2"/>
      </w:pPr>
      <w:r>
        <w:rPr>
          <w:rFonts w:ascii="Consolas" w:hAnsi="Consolas"/>
          <w:sz w:val="18"/>
        </w:rPr>
        <w:t>from rich.console import Console</w:t>
      </w:r>
    </w:p>
    <w:p>
      <w:pPr>
        <w:spacing w:after="0"/>
        <w:ind w:left="360"/>
        <w:shd w:val="clear" w:color="auto" w:fill="F2F2F2"/>
      </w:pPr>
      <w:r>
        <w:rPr>
          <w:rFonts w:ascii="Consolas" w:hAnsi="Consolas"/>
          <w:sz w:val="18"/>
        </w:rPr>
        <w:t>from rich.markdown import Markdown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client = OpenAI(api_key=OPEN_AI_KEY)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MODEL = 'gpt-5.4'</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console = Console()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main():</w:t>
      </w:r>
    </w:p>
    <w:p>
      <w:pPr>
        <w:spacing w:after="0"/>
        <w:ind w:left="360"/>
        <w:shd w:val="clear" w:color="auto" w:fill="F2F2F2"/>
      </w:pPr>
      <w:r>
        <w:rPr>
          <w:rFonts w:ascii="Consolas" w:hAnsi="Consolas"/>
          <w:sz w:val="18"/>
        </w:rPr>
        <w:t xml:space="preserve">    prompt = ('Create a calendar of the most important '</w:t>
      </w:r>
    </w:p>
    <w:p>
      <w:pPr>
        <w:spacing w:after="0"/>
        <w:ind w:left="360"/>
        <w:shd w:val="clear" w:color="auto" w:fill="F2F2F2"/>
      </w:pPr>
      <w:r>
        <w:rPr>
          <w:rFonts w:ascii="Consolas" w:hAnsi="Consolas"/>
          <w:sz w:val="18"/>
        </w:rPr>
        <w:t>'sport events in Europe for the new week. '</w:t>
      </w:r>
    </w:p>
    <w:p>
      <w:pPr>
        <w:spacing w:after="0"/>
        <w:ind w:left="360"/>
        <w:shd w:val="clear" w:color="auto" w:fill="F2F2F2"/>
      </w:pPr>
      <w:r>
        <w:rPr>
          <w:rFonts w:ascii="Consolas" w:hAnsi="Consolas"/>
          <w:sz w:val="18"/>
        </w:rPr>
        <w:t>'One event per day. Verify each event'</w:t>
      </w:r>
    </w:p>
    <w:p>
      <w:pPr>
        <w:spacing w:after="0"/>
        <w:ind w:left="360"/>
        <w:shd w:val="clear" w:color="auto" w:fill="F2F2F2"/>
      </w:pPr>
      <w:r>
        <w:rPr>
          <w:rFonts w:ascii="Consolas" w:hAnsi="Consolas"/>
          <w:sz w:val="18"/>
        </w:rPr>
        <w:t>'independently twice to be sure the date is '</w:t>
      </w:r>
    </w:p>
    <w:p>
      <w:pPr>
        <w:spacing w:after="0"/>
        <w:ind w:left="360"/>
        <w:shd w:val="clear" w:color="auto" w:fill="F2F2F2"/>
      </w:pPr>
      <w:r>
        <w:rPr>
          <w:rFonts w:ascii="Consolas" w:hAnsi="Consolas"/>
          <w:sz w:val="18"/>
        </w:rPr>
        <w:t>'correct. Do not suggest next steps')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response = client.responses.create(</w:t>
      </w:r>
    </w:p>
    <w:p>
      <w:pPr>
        <w:spacing w:after="0"/>
        <w:ind w:left="360"/>
        <w:shd w:val="clear" w:color="auto" w:fill="F2F2F2"/>
      </w:pPr>
      <w:r>
        <w:rPr>
          <w:rFonts w:ascii="Consolas" w:hAnsi="Consolas"/>
          <w:sz w:val="18"/>
        </w:rPr>
        <w:t xml:space="preserve">        model=MODEL,</w:t>
      </w:r>
    </w:p>
    <w:p>
      <w:pPr>
        <w:spacing w:after="0"/>
        <w:ind w:left="360"/>
        <w:shd w:val="clear" w:color="auto" w:fill="F2F2F2"/>
      </w:pPr>
      <w:r>
        <w:rPr>
          <w:rFonts w:ascii="Consolas" w:hAnsi="Consolas"/>
          <w:sz w:val="18"/>
        </w:rPr>
        <w:t xml:space="preserve">        tools=[{'type': 'web_search'}],</w:t>
      </w:r>
    </w:p>
    <w:p>
      <w:pPr>
        <w:spacing w:after="0"/>
        <w:ind w:left="360"/>
        <w:shd w:val="clear" w:color="auto" w:fill="F2F2F2"/>
      </w:pPr>
      <w:r>
        <w:rPr>
          <w:rFonts w:ascii="Consolas" w:hAnsi="Consolas"/>
          <w:sz w:val="18"/>
        </w:rPr>
        <w:t xml:space="preserve">        input=prompt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markdown = Markdown(response.output_text)</w:t>
      </w:r>
    </w:p>
    <w:p>
      <w:pPr>
        <w:spacing w:after="0"/>
        <w:ind w:left="360"/>
        <w:shd w:val="clear" w:color="auto" w:fill="F2F2F2"/>
      </w:pPr>
      <w:r>
        <w:rPr>
          <w:rFonts w:ascii="Consolas" w:hAnsi="Consolas"/>
          <w:sz w:val="18"/>
        </w:rPr>
        <w:t xml:space="preserve">    console.print(markdown)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if __name__ == '__main__':</w:t>
      </w:r>
    </w:p>
    <w:p>
      <w:pPr>
        <w:spacing w:after="0"/>
        <w:ind w:left="360"/>
        <w:shd w:val="clear" w:color="auto" w:fill="F2F2F2"/>
      </w:pPr>
      <w:r>
        <w:rPr>
          <w:rFonts w:ascii="Consolas" w:hAnsi="Consolas"/>
          <w:sz w:val="18"/>
        </w:rPr>
        <w:t xml:space="preserve">    main()</w:t>
      </w:r>
    </w:p>
    <w:p>
      <w:pPr>
        <w:spacing w:after="40"/>
      </w:pPr>
    </w:p>
    <w:p>
      <w:pPr>
        <w:spacing w:after="80"/>
      </w:pPr>
      <w:r>
        <w:rPr>
          <w:b w:val="0"/>
          <w:i w:val="0"/>
        </w:rPr>
        <w:t xml:space="preserve">Phần quan trọng nằm ở lời gọi đến phương thức </w:t>
      </w:r>
      <w:r>
        <w:rPr>
          <w:rFonts w:ascii="Consolas" w:hAnsi="Consolas"/>
          <w:b w:val="0"/>
          <w:i w:val="0"/>
          <w:sz w:val="20"/>
        </w:rPr>
        <w:br/>
        <w:br/>
        <w:t xml:space="preserve">      client.response.create</w:t>
        <w:br/>
        <w:t xml:space="preserve">     </w:t>
        <w:br/>
      </w:r>
      <w:r>
        <w:rPr>
          <w:b w:val="0"/>
          <w:i w:val="0"/>
        </w:rPr>
        <w:t xml:space="preserve"> , nơi chúng ta thêm tham số </w:t>
      </w:r>
      <w:r>
        <w:rPr>
          <w:rFonts w:ascii="Consolas" w:hAnsi="Consolas"/>
          <w:b w:val="0"/>
          <w:i w:val="0"/>
          <w:sz w:val="20"/>
        </w:rPr>
        <w:br/>
        <w:br/>
        <w:t xml:space="preserve">      tools</w:t>
        <w:br/>
        <w:t xml:space="preserve">     </w:t>
        <w:br/>
      </w:r>
      <w:r>
        <w:rPr>
          <w:b w:val="0"/>
          <w:i w:val="0"/>
        </w:rPr>
        <w:t xml:space="preserve"> và bao gồm </w:t>
      </w:r>
      <w:r>
        <w:rPr>
          <w:rFonts w:ascii="Consolas" w:hAnsi="Consolas"/>
          <w:b w:val="0"/>
          <w:i w:val="0"/>
          <w:sz w:val="20"/>
        </w:rPr>
        <w:br/>
        <w:br/>
        <w:t xml:space="preserve">      web_search</w:t>
        <w:br/>
        <w:t xml:space="preserve">     </w:t>
        <w:br/>
      </w:r>
      <w:r>
        <w:rPr>
          <w:b w:val="0"/>
          <w:i w:val="0"/>
        </w:rPr>
        <w:t xml:space="preserve"> . Điều này cho mô hình biết rằng chúng ta muốn sử dụng công cụ tìm kiếm web.</w:t>
      </w:r>
    </w:p>
    <w:p>
      <w:pPr>
        <w:spacing w:after="80"/>
      </w:pPr>
      <w:r>
        <w:rPr>
          <w:b/>
          <w:i w:val="0"/>
        </w:rPr>
        <w:t>Mẹo</w:t>
      </w:r>
    </w:p>
    <w:p>
      <w:pPr>
        <w:spacing w:after="80"/>
      </w:pPr>
      <w:r>
        <w:rPr>
          <w:b w:val="0"/>
          <w:i w:val="0"/>
        </w:rPr>
        <w:t>Có thể cần tinh chỉnh prompt để có kết quả tốt nhất. Như bạn có thể thấy, chúng ta đang yêu cầu xác minh độc lập các sự kiện được trình bày. Điều này nhằm giảm khả năng xảy ra ảo giác (hallucination). Có thể lấy được các kết quả tìm kiếm đã lỗi thời hoặc chung chung (kiểu như "sự kiện này thường diễn ra vào tuần cuối tháng Tư") và tạo ra một lịch cuối cùng không chính xác cũng không hữu ích.</w:t>
      </w:r>
    </w:p>
    <w:p>
      <w:pPr>
        <w:spacing w:after="80"/>
      </w:pPr>
      <w:r>
        <w:rPr>
          <w:b w:val="0"/>
          <w:i w:val="0"/>
        </w:rPr>
        <w:t>Hãy thử nghiệm với prompt và xem những kết quả khác nhau mà bạn có thể đạt được. Có lẽ hãy tập trung vào một môn thể thao hoặc một quốc gia cụ thể.</w:t>
      </w:r>
    </w:p>
    <w:p>
      <w:pPr>
        <w:spacing w:after="80"/>
      </w:pPr>
      <w:r>
        <w:rPr>
          <w:b w:val="0"/>
          <w:i w:val="0"/>
        </w:rPr>
        <w:t xml:space="preserve">Kết quả được trả về trong thuộc tính </w:t>
      </w:r>
      <w:r>
        <w:rPr>
          <w:rFonts w:ascii="Consolas" w:hAnsi="Consolas"/>
          <w:b w:val="0"/>
          <w:i w:val="0"/>
          <w:sz w:val="20"/>
        </w:rPr>
        <w:br/>
        <w:br/>
        <w:t xml:space="preserve">      response.output_text</w:t>
        <w:br/>
        <w:t xml:space="preserve">     </w:t>
        <w:br/>
      </w:r>
      <w:r>
        <w:rPr>
          <w:b w:val="0"/>
          <w:i w:val="0"/>
        </w:rPr>
        <w:t xml:space="preserve"> . Vì văn bản được trả về được định dạng theo Markdown, chúng ta sử dụng mô-đun </w:t>
      </w:r>
      <w:r>
        <w:rPr>
          <w:rFonts w:ascii="Consolas" w:hAnsi="Consolas"/>
          <w:b w:val="0"/>
          <w:i w:val="0"/>
          <w:sz w:val="20"/>
        </w:rPr>
        <w:br/>
        <w:br/>
        <w:t xml:space="preserve">      rich</w:t>
        <w:br/>
        <w:t xml:space="preserve">     </w:t>
        <w:br/>
      </w:r>
      <w:r>
        <w:rPr>
          <w:b w:val="0"/>
          <w:i w:val="0"/>
        </w:rPr>
        <w:t xml:space="preserve"> . Mô-đun này định dạng văn bản đúng cách để nó hiển thị như mong đợi khi in ra console.</w:t>
      </w:r>
    </w:p>
    <w:p>
      <w:pPr>
        <w:spacing w:after="80"/>
      </w:pPr>
      <w:r>
        <w:rPr>
          <w:b w:val="0"/>
          <w:i w:val="0"/>
        </w:rPr>
        <w:t xml:space="preserve">Sau khi import, chúng ta cần tạo một </w:t>
      </w:r>
      <w:r>
        <w:rPr>
          <w:rFonts w:ascii="Consolas" w:hAnsi="Consolas"/>
          <w:b w:val="0"/>
          <w:i w:val="0"/>
          <w:sz w:val="20"/>
        </w:rPr>
        <w:br/>
        <w:br/>
        <w:t xml:space="preserve">      Console</w:t>
        <w:br/>
        <w:t xml:space="preserve">     </w:t>
        <w:br/>
      </w:r>
      <w:r>
        <w:rPr>
          <w:b w:val="0"/>
          <w:i w:val="0"/>
        </w:rPr>
        <w:t xml:space="preserve"> mới, và sau đó chúng ta có thể áp dụng hàm </w:t>
      </w:r>
      <w:r>
        <w:rPr>
          <w:rFonts w:ascii="Consolas" w:hAnsi="Consolas"/>
          <w:b w:val="0"/>
          <w:i w:val="0"/>
          <w:sz w:val="20"/>
        </w:rPr>
        <w:br/>
        <w:br/>
        <w:t xml:space="preserve">      Markdown</w:t>
        <w:br/>
        <w:t xml:space="preserve">     </w:t>
        <w:br/>
      </w:r>
      <w:r>
        <w:rPr>
          <w:b w:val="0"/>
          <w:i w:val="0"/>
        </w:rPr>
        <w:t xml:space="preserve"> cho văn bản và in nó ra.</w:t>
      </w:r>
    </w:p>
    <w:p>
      <w:pPr>
        <w:spacing w:after="0"/>
        <w:ind w:left="360"/>
        <w:shd w:val="clear" w:color="auto" w:fill="F2F2F2"/>
      </w:pPr>
      <w:r>
        <w:rPr>
          <w:rFonts w:ascii="Consolas" w:hAnsi="Consolas"/>
          <w:sz w:val="18"/>
        </w:rPr>
        <w:t>from rich.console import Console</w:t>
      </w:r>
    </w:p>
    <w:p>
      <w:pPr>
        <w:spacing w:after="0"/>
        <w:ind w:left="360"/>
        <w:shd w:val="clear" w:color="auto" w:fill="F2F2F2"/>
      </w:pPr>
      <w:r>
        <w:rPr>
          <w:rFonts w:ascii="Consolas" w:hAnsi="Consolas"/>
          <w:sz w:val="18"/>
        </w:rPr>
        <w:t>from rich.markdown import Markdown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console = Console()</w:t>
      </w:r>
    </w:p>
    <w:p>
      <w:pPr>
        <w:spacing w:after="0"/>
        <w:ind w:left="360"/>
        <w:shd w:val="clear" w:color="auto" w:fill="F2F2F2"/>
      </w:pPr>
      <w:r>
        <w:rPr>
          <w:rFonts w:ascii="Consolas" w:hAnsi="Consolas"/>
          <w:sz w:val="18"/>
        </w:rPr>
        <w:t>markdown = Markdown(text_in_markdown_format)</w:t>
      </w:r>
    </w:p>
    <w:p>
      <w:pPr>
        <w:spacing w:after="0"/>
        <w:ind w:left="360"/>
        <w:shd w:val="clear" w:color="auto" w:fill="F2F2F2"/>
      </w:pPr>
      <w:r>
        <w:rPr>
          <w:rFonts w:ascii="Consolas" w:hAnsi="Consolas"/>
          <w:sz w:val="18"/>
        </w:rPr>
        <w:t>console.print(markdown)</w:t>
      </w:r>
    </w:p>
    <w:p>
      <w:pPr>
        <w:spacing w:after="40"/>
      </w:pPr>
    </w:p>
    <w:p>
      <w:pPr>
        <w:spacing w:after="80"/>
      </w:pPr>
      <w:r>
        <w:rPr>
          <w:b w:val="0"/>
          <w:i w:val="0"/>
        </w:rPr>
        <w:t>Vì các mô hình AI có xu hướng trả về code được định dạng theo Markdown, nên việc luôn lường trước điều đó và xử lý định dạng Markdown để in đúng cách là một cách làm tốt, nhưng nó có thể phụ thuộc vào trường hợp sử dụng của bạn.</w:t>
      </w:r>
    </w:p>
    <w:p>
      <w:pPr>
        <w:pStyle w:val="Heading3"/>
      </w:pPr>
      <w:r>
        <w:rPr>
          <w:rFonts w:ascii="Calibri" w:hAnsi="Calibri"/>
          <w:b/>
          <w:i w:val="0"/>
          <w:sz w:val="26"/>
        </w:rPr>
        <w:t>Còn nhiều điều nữa…</w:t>
      </w:r>
    </w:p>
    <w:p>
      <w:pPr>
        <w:spacing w:after="80"/>
      </w:pPr>
      <w:r>
        <w:rPr>
          <w:b w:val="0"/>
          <w:i w:val="0"/>
        </w:rPr>
        <w:t xml:space="preserve">Bạn có thể kiểm tra các truy vấn mà mô hình đã sử dụng như một phần của quá trình. Toàn bộ thông tin được trả về nằm trong mảng </w:t>
      </w:r>
      <w:r>
        <w:rPr>
          <w:rFonts w:ascii="Consolas" w:hAnsi="Consolas"/>
          <w:b w:val="0"/>
          <w:i w:val="0"/>
          <w:sz w:val="20"/>
        </w:rPr>
        <w:br/>
        <w:br/>
        <w:t xml:space="preserve">      response.output</w:t>
        <w:br/>
        <w:t xml:space="preserve">     </w:t>
        <w:br/>
      </w:r>
      <w:r>
        <w:rPr>
          <w:b w:val="0"/>
          <w:i w:val="0"/>
        </w:rPr>
        <w:t xml:space="preserve"> , mảng này trả về tất cả các hành động là một phần của quá trình. Mỗi phần tử có thể được kiểm tra.</w:t>
      </w:r>
    </w:p>
    <w:p>
      <w:pPr>
        <w:spacing w:after="80"/>
      </w:pPr>
      <w:r>
        <w:rPr>
          <w:b w:val="0"/>
          <w:i w:val="0"/>
        </w:rPr>
        <w:t>Nếu bạn đi theo trình tự các phần tử, bạn sẽ thấy có một vài hành động tìm kiếm, kết thúc bằng một tin nhắn chứa câu trả lời cuối cùng.</w:t>
      </w:r>
    </w:p>
    <w:p>
      <w:pPr>
        <w:spacing w:after="0"/>
        <w:ind w:left="360"/>
        <w:shd w:val="clear" w:color="auto" w:fill="F2F2F2"/>
      </w:pPr>
      <w:r>
        <w:rPr>
          <w:rFonts w:ascii="Consolas" w:hAnsi="Consolas"/>
          <w:sz w:val="18"/>
        </w:rPr>
        <w:t>&gt;&gt;&gt; [element.type for element in response.output]</w:t>
      </w:r>
    </w:p>
    <w:p>
      <w:pPr>
        <w:spacing w:after="0"/>
        <w:ind w:left="360"/>
        <w:shd w:val="clear" w:color="auto" w:fill="F2F2F2"/>
      </w:pPr>
      <w:r>
        <w:rPr>
          <w:rFonts w:ascii="Consolas" w:hAnsi="Consolas"/>
          <w:sz w:val="18"/>
        </w:rPr>
        <w:t>['web_search_call', 'web_search_call', 'web_search_call', 'web_search_call', 'message']</w:t>
      </w:r>
    </w:p>
    <w:p>
      <w:pPr>
        <w:spacing w:after="40"/>
      </w:pPr>
    </w:p>
    <w:p>
      <w:pPr>
        <w:spacing w:after="80"/>
      </w:pPr>
      <w:r>
        <w:rPr>
          <w:b w:val="0"/>
          <w:i w:val="0"/>
        </w:rPr>
        <w:t xml:space="preserve">Mỗi hành động </w:t>
      </w:r>
      <w:r>
        <w:rPr>
          <w:rFonts w:ascii="Consolas" w:hAnsi="Consolas"/>
          <w:b w:val="0"/>
          <w:i w:val="0"/>
          <w:sz w:val="20"/>
        </w:rPr>
        <w:br/>
        <w:br/>
        <w:t xml:space="preserve">      web_search_call</w:t>
        <w:br/>
        <w:t xml:space="preserve">     </w:t>
        <w:br/>
      </w:r>
      <w:r>
        <w:rPr>
          <w:b w:val="0"/>
          <w:i w:val="0"/>
        </w:rPr>
        <w:t xml:space="preserve"> thực hiện các truy vấn khác nhau để lấy kết quả, trong khi tin nhắn </w:t>
      </w:r>
      <w:r>
        <w:rPr>
          <w:rFonts w:ascii="Consolas" w:hAnsi="Consolas"/>
          <w:b w:val="0"/>
          <w:i w:val="0"/>
          <w:sz w:val="20"/>
        </w:rPr>
        <w:br/>
        <w:br/>
        <w:t xml:space="preserve">      message</w:t>
        <w:br/>
        <w:t xml:space="preserve">     </w:t>
        <w:br/>
      </w:r>
      <w:r>
        <w:rPr>
          <w:b w:val="0"/>
          <w:i w:val="0"/>
        </w:rPr>
        <w:t xml:space="preserve"> cuối cùng chứa kết quả dạng văn bản.</w:t>
      </w:r>
    </w:p>
    <w:p>
      <w:pPr>
        <w:spacing w:after="80"/>
      </w:pPr>
      <w:r>
        <w:rPr>
          <w:b w:val="0"/>
          <w:i w:val="0"/>
        </w:rPr>
        <w:t>Bạn cũng có thể lấy được các truy vấn cụ thể mà hành động đã tạo ra, ví dụ:</w:t>
      </w:r>
    </w:p>
    <w:p>
      <w:pPr>
        <w:spacing w:after="0"/>
        <w:ind w:left="360"/>
        <w:shd w:val="clear" w:color="auto" w:fill="F2F2F2"/>
      </w:pPr>
      <w:r>
        <w:rPr>
          <w:rFonts w:ascii="Consolas" w:hAnsi="Consolas"/>
          <w:sz w:val="18"/>
        </w:rPr>
        <w:t>&gt;&gt;&gt; response.output[1].action.queries</w:t>
      </w:r>
    </w:p>
    <w:p>
      <w:pPr>
        <w:spacing w:after="0"/>
        <w:ind w:left="360"/>
        <w:shd w:val="clear" w:color="auto" w:fill="F2F2F2"/>
      </w:pPr>
      <w:r>
        <w:rPr>
          <w:rFonts w:ascii="Consolas" w:hAnsi="Consolas"/>
          <w:sz w:val="18"/>
        </w:rPr>
        <w:t>['site:uefa.com Nations League quarter-finals March 19 2026 official', 'site:uefa.com Nations League quarter-finals March 20 2026 official', 'site:uefa.com Nations League quarter-finals March 22 2026 official', 'site:euroleaguebasketball.net March 17 2026 EuroLeague schedule official']</w:t>
      </w:r>
    </w:p>
    <w:p>
      <w:pPr>
        <w:spacing w:after="40"/>
      </w:pPr>
    </w:p>
    <w:p>
      <w:pPr>
        <w:spacing w:after="80"/>
      </w:pPr>
      <w:r>
        <w:rPr>
          <w:b w:val="0"/>
          <w:i w:val="0"/>
        </w:rPr>
        <w:t>Hành động cụ thể này đang tìm lịch thi đấu của các giải bóng đá khác nhau diễn ra vào những ngày đã chỉ định.</w:t>
      </w:r>
    </w:p>
    <w:p>
      <w:pPr>
        <w:spacing w:after="80"/>
      </w:pPr>
      <w:r>
        <w:rPr>
          <w:b/>
          <w:i w:val="0"/>
        </w:rPr>
        <w:t>Lưu ý</w:t>
      </w:r>
    </w:p>
    <w:p>
      <w:pPr>
        <w:spacing w:after="80"/>
      </w:pPr>
      <w:r>
        <w:rPr>
          <w:b w:val="0"/>
          <w:i w:val="0"/>
        </w:rPr>
        <w:t xml:space="preserve">Điều quan trọng cần lưu ý là, trong mô hình </w:t>
      </w:r>
      <w:r>
        <w:rPr>
          <w:rFonts w:ascii="Consolas" w:hAnsi="Consolas"/>
          <w:b w:val="0"/>
          <w:i w:val="0"/>
          <w:sz w:val="20"/>
        </w:rPr>
        <w:br/>
        <w:br/>
        <w:t xml:space="preserve">       openai</w:t>
        <w:br/>
        <w:t xml:space="preserve">      </w:t>
        <w:br/>
      </w:r>
      <w:r>
        <w:rPr>
          <w:b w:val="0"/>
          <w:i w:val="0"/>
        </w:rPr>
        <w:t xml:space="preserve">, các tìm kiếm được thực hiện trên máy chủ OpenAI, thay vì thực hiện cục bộ trên máy tính của bạn. Vì vậy, chúng ta gọi OpenAI API, và phần công cụ GenAI mà chúng ta đã định nghĩa trong sơ đồ ở </w:t>
      </w:r>
      <w:r>
        <w:rPr>
          <w:b w:val="0"/>
          <w:i/>
        </w:rPr>
        <w:t xml:space="preserve"> H </w:t>
      </w:r>
      <w:r>
        <w:rPr>
          <w:b w:val="0"/>
          <w:i w:val="0"/>
        </w:rPr>
        <w:t xml:space="preserve"> </w:t>
      </w:r>
      <w:r>
        <w:rPr>
          <w:b w:val="0"/>
          <w:i/>
        </w:rPr>
        <w:t xml:space="preserve"> ình 12.1 </w:t>
      </w:r>
      <w:r>
        <w:rPr>
          <w:b w:val="0"/>
          <w:i w:val="0"/>
        </w:rPr>
        <w:t xml:space="preserve"> được thực thi một phần trên máy chủ OpenAI.</w:t>
      </w:r>
    </w:p>
    <w:p>
      <w:pPr>
        <w:spacing w:after="80"/>
      </w:pPr>
      <w:r>
        <w:rPr>
          <w:b w:val="0"/>
          <w:i w:val="0"/>
        </w:rPr>
        <w:t xml:space="preserve">Vì lý do đó, các hành động tìm kiếm có thêm chi phí trong OpenAI. Xem trang này để biết thêm chi tiết: </w:t>
      </w:r>
      <w:r>
        <w:rPr>
          <w:rFonts w:ascii="Consolas" w:hAnsi="Consolas"/>
          <w:b w:val="0"/>
          <w:i w:val="0"/>
          <w:sz w:val="20"/>
        </w:rPr>
        <w:br/>
        <w:br/>
        <w:t xml:space="preserve">        https://developers.openai.com/api/docs/pricing#built-in-tools</w:t>
        <w:br/>
        <w:t xml:space="preserve">       </w:t>
        <w:br/>
      </w:r>
    </w:p>
    <w:p>
      <w:pPr>
        <w:spacing w:after="80"/>
      </w:pPr>
      <w:r>
        <w:rPr>
          <w:b w:val="0"/>
          <w:i w:val="0"/>
        </w:rPr>
        <w:t xml:space="preserve">Tài liệu đầy đủ về </w:t>
      </w:r>
      <w:r>
        <w:rPr>
          <w:rFonts w:ascii="Consolas" w:hAnsi="Consolas"/>
          <w:b w:val="0"/>
          <w:i w:val="0"/>
          <w:sz w:val="20"/>
        </w:rPr>
        <w:br/>
        <w:br/>
        <w:t xml:space="preserve">      openai</w:t>
        <w:br/>
        <w:t xml:space="preserve">     </w:t>
        <w:br/>
      </w:r>
      <w:r>
        <w:rPr>
          <w:b w:val="0"/>
          <w:i w:val="0"/>
        </w:rPr>
        <w:t xml:space="preserve"> có tại </w:t>
      </w:r>
      <w:r>
        <w:rPr>
          <w:rFonts w:ascii="Consolas" w:hAnsi="Consolas"/>
          <w:b w:val="0"/>
          <w:i w:val="0"/>
          <w:sz w:val="20"/>
        </w:rPr>
        <w:br/>
        <w:br/>
        <w:t xml:space="preserve">       https://developers.openai.com/api/docs/</w:t>
        <w:br/>
        <w:t xml:space="preserve">      </w:t>
        <w:br/>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Tạo chatbot của riêng bạn </w:t>
      </w:r>
      <w:r>
        <w:rPr>
          <w:b w:val="0"/>
          <w:i w:val="0"/>
        </w:rPr>
        <w:t xml:space="preserve">, trong </w:t>
      </w:r>
      <w:r>
        <w:rPr>
          <w:b w:val="0"/>
          <w:i/>
        </w:rPr>
        <w:t xml:space="preserve"> Chương 11 </w:t>
      </w:r>
      <w:r>
        <w:rPr>
          <w:b w:val="0"/>
          <w:i w:val="0"/>
        </w:rPr>
        <w:t>, mô tả những kiến thức cơ bản về làm việc với các mô hình AI</w:t>
      </w:r>
    </w:p>
    <w:p>
      <w:pPr>
        <w:spacing w:after="80"/>
        <w:ind w:left="360"/>
      </w:pPr>
      <w:r>
        <w:t xml:space="preserve">• </w:t>
      </w:r>
      <w:r>
        <w:rPr>
          <w:b w:val="0"/>
          <w:i w:val="0"/>
        </w:rPr>
        <w:t xml:space="preserve">Công thức </w:t>
      </w:r>
      <w:r>
        <w:rPr>
          <w:b w:val="0"/>
          <w:i/>
        </w:rPr>
        <w:t xml:space="preserve"> Hãy </w:t>
      </w:r>
      <w:r>
        <w:rPr>
          <w:b w:val="0"/>
          <w:i w:val="0"/>
        </w:rPr>
        <w:t xml:space="preserve"> </w:t>
      </w:r>
      <w:r>
        <w:rPr>
          <w:b w:val="0"/>
          <w:i/>
        </w:rPr>
        <w:t xml:space="preserve"> ' </w:t>
      </w:r>
      <w:r>
        <w:rPr>
          <w:b w:val="0"/>
          <w:i w:val="0"/>
        </w:rPr>
        <w:t xml:space="preserve"> </w:t>
      </w:r>
      <w:r>
        <w:rPr>
          <w:b w:val="0"/>
          <w:i/>
        </w:rPr>
        <w:t xml:space="preserve"> sử dụng máy chủ MCP </w:t>
      </w:r>
      <w:r>
        <w:rPr>
          <w:b w:val="0"/>
          <w:i w:val="0"/>
        </w:rPr>
        <w:t xml:space="preserve"> tiếp theo, để xem cách sử dụng nhiều công cụ khác</w:t>
      </w:r>
    </w:p>
    <w:p>
      <w:pPr>
        <w:pStyle w:val="Heading2"/>
      </w:pPr>
      <w:r>
        <w:rPr>
          <w:rFonts w:ascii="Calibri" w:hAnsi="Calibri"/>
          <w:b/>
          <w:i w:val="0"/>
          <w:sz w:val="32"/>
        </w:rPr>
        <w:t>Hãy sử dụng máy chủ MCP</w:t>
      </w:r>
    </w:p>
    <w:p>
      <w:pPr>
        <w:spacing w:after="80"/>
      </w:pPr>
      <w:r>
        <w:rPr>
          <w:b w:val="0"/>
          <w:i w:val="0"/>
        </w:rPr>
        <w:t>Việc thêm công cụ vào các mô hình AI nhân lên gấp bội khả năng của chúng, vì nó cho phép mô hình AI truy cập dữ liệu bên ngoài và thậm chí kiểm soát ngữ cảnh bằng cách đi tới đi lui trên dữ liệu, hỏi thăm chi tiết.</w:t>
      </w:r>
    </w:p>
    <w:p>
      <w:pPr>
        <w:spacing w:after="80"/>
      </w:pPr>
      <w:r>
        <w:rPr>
          <w:b w:val="0"/>
          <w:i w:val="0"/>
        </w:rPr>
        <w:t>Hiệu ứng của công cụ mang tính nhân lên. Càng nhiều công cụ càng cho phép tương quan các nguồn dữ liệu khác nhau và đạt được những thao tác có sức ảnh hưởng hơn. Một số công cụ cũng có thể cho phép mô hình tạo ra hành động, chứ không chỉ lấy thông tin.</w:t>
      </w:r>
    </w:p>
    <w:p>
      <w:pPr>
        <w:spacing w:after="80"/>
      </w:pPr>
      <w:r>
        <w:rPr>
          <w:b/>
          <w:i w:val="0"/>
        </w:rPr>
        <w:t>Lưu ý</w:t>
      </w:r>
    </w:p>
    <w:p>
      <w:pPr>
        <w:spacing w:after="80"/>
      </w:pPr>
      <w:r>
        <w:rPr>
          <w:b w:val="0"/>
          <w:i w:val="0"/>
        </w:rPr>
        <w:t xml:space="preserve">Nhiều công cụ, như OpenAI Codex hay Claude Code cùng nhiều công cụ khác, có khả năng gọi công cụ thông qua MCP, khiến cho thao tác chỉ còn là vấn đề cấu hình máy chủ cho đúng. Tuy nhiên, trong công thức này, chúng ta sẽ xem cách bạn có thể truy cập nó trong code. Để biết tài liệu về Codex, xem tài liệu OpenAI tại đây: </w:t>
      </w:r>
      <w:r>
        <w:rPr>
          <w:rFonts w:ascii="Consolas" w:hAnsi="Consolas"/>
          <w:b w:val="0"/>
          <w:i w:val="0"/>
          <w:sz w:val="20"/>
        </w:rPr>
        <w:br/>
        <w:br/>
        <w:t xml:space="preserve">        https://developers.openai.com/codex/mcp</w:t>
        <w:br/>
        <w:t xml:space="preserve">       </w:t>
        <w:br/>
      </w:r>
      <w:r>
        <w:rPr>
          <w:b w:val="0"/>
          <w:i w:val="0"/>
        </w:rPr>
        <w:t>.</w:t>
      </w:r>
    </w:p>
    <w:p>
      <w:pPr>
        <w:spacing w:after="80"/>
      </w:pPr>
      <w:r>
        <w:rPr>
          <w:b w:val="0"/>
          <w:i w:val="0"/>
        </w:rPr>
        <w:t>Để các công cụ có thể kết nối với nhau dễ dàng hơn, một tiêu chuẩn có tên Model Context Protocol đã được tạo ra như một tiêu chuẩn mở, định nghĩa cách một công cụ nên kết nối với những công cụ khác. Đây là một giao thức rất đơn giản, cho phép bọc bất kỳ hệ thống nào để nó có thể được gọi bởi một công cụ GenAI tương thích và để bổ sung thêm nhiều khả năng hơn.</w:t>
      </w:r>
    </w:p>
    <w:p>
      <w:pPr>
        <w:spacing w:after="80"/>
      </w:pPr>
      <w:r>
        <w:rPr>
          <w:b w:val="0"/>
          <w:i w:val="0"/>
        </w:rPr>
        <w:t xml:space="preserve">Trong công thức này, chúng ta sẽ dùng một MCP server có khả năng tương tác với một cơ sở dữ liệu cục bộ. Xem dự án tại đây </w:t>
      </w:r>
      <w:r>
        <w:rPr>
          <w:rFonts w:ascii="Consolas" w:hAnsi="Consolas"/>
          <w:b w:val="0"/>
          <w:i w:val="0"/>
          <w:sz w:val="20"/>
        </w:rPr>
        <w:br/>
        <w:br/>
        <w:t xml:space="preserve">       https://github.com/prayanks/mcp-sqlite-server</w:t>
        <w:br/>
        <w:t xml:space="preserve">      </w:t>
        <w:br/>
      </w:r>
      <w:r>
        <w:rPr>
          <w:b w:val="0"/>
          <w:i w:val="0"/>
        </w:rPr>
        <w:t xml:space="preserve"> ; chúng tôi đã đưa mã vào repo GitHub trong thư mục con mcp-sqlite-server.</w:t>
      </w:r>
    </w:p>
    <w:p>
      <w:pPr>
        <w:spacing w:after="80"/>
      </w:pPr>
      <w:r>
        <w:rPr>
          <w:b/>
          <w:i w:val="0"/>
        </w:rPr>
        <w:t>Lưu ý</w:t>
      </w:r>
    </w:p>
    <w:p>
      <w:pPr>
        <w:spacing w:after="80"/>
      </w:pPr>
      <w:r>
        <w:rPr>
          <w:b w:val="0"/>
          <w:i w:val="0"/>
        </w:rPr>
        <w:t xml:space="preserve">Chúng ta sẽ truy cập một SQLite server. Dù không đi sâu vào chi tiết cách hoạt động, bạn nên hiểu nó là gì. SQLite là một cơ sở dữ liệu cục bộ cho phép sử dụng cú pháp SQL đầy đủ thông qua một tệp cục bộ lưu trữ kết quả. Nó dễ dùng và rất hữu ích cho các dự án mà bạn muốn lưu trữ dữ liệu cục bộ với dung lượng nhỏ, so với các SQL server lớn hơn như MySQL hay PostgreSQL. Python có hỗ trợ SQLite được tích hợp sẵn trong thư viện chuẩn của nó. Xem thêm thông tin tại đây: </w:t>
      </w:r>
      <w:r>
        <w:rPr>
          <w:rFonts w:ascii="Consolas" w:hAnsi="Consolas"/>
          <w:b w:val="0"/>
          <w:i w:val="0"/>
          <w:sz w:val="20"/>
        </w:rPr>
        <w:br/>
        <w:br/>
        <w:t xml:space="preserve">        https://docs.python.org/3/library/sqlite3.html</w:t>
        <w:br/>
        <w:t xml:space="preserve">       </w:t>
        <w:br/>
      </w:r>
    </w:p>
    <w:p>
      <w:pPr>
        <w:spacing w:after="80"/>
      </w:pPr>
      <w:r>
        <w:rPr>
          <w:b w:val="0"/>
          <w:i w:val="0"/>
        </w:rPr>
        <w:t>Sử dụng MCP này sẽ cho phép mô hình tương tác với cơ sở dữ liệu SQLite, và chúng ta có thể thực hiện các truy vấn bằng ngôn ngữ tự nhiên để phân tích nội dung trong cơ sở dữ liệu.</w:t>
      </w:r>
    </w:p>
    <w:p>
      <w:pPr>
        <w:pStyle w:val="Heading3"/>
      </w:pPr>
      <w:r>
        <w:rPr>
          <w:rFonts w:ascii="Calibri" w:hAnsi="Calibri"/>
          <w:b/>
          <w:i w:val="0"/>
          <w:sz w:val="26"/>
        </w:rPr>
        <w:t>Chuẩn bị</w:t>
      </w:r>
    </w:p>
    <w:p>
      <w:pPr>
        <w:spacing w:after="80"/>
      </w:pPr>
      <w:r>
        <w:rPr>
          <w:b w:val="0"/>
          <w:i w:val="0"/>
        </w:rPr>
        <w:t>Trong công thức này, chúng ta sẽ cần các mô-đun sau trong môi trường ảo của mình:</w:t>
      </w:r>
    </w:p>
    <w:p>
      <w:pPr>
        <w:spacing w:after="0"/>
        <w:ind w:left="360"/>
        <w:shd w:val="clear" w:color="auto" w:fill="F2F2F2"/>
      </w:pPr>
      <w:r>
        <w:rPr>
          <w:rFonts w:ascii="Consolas" w:hAnsi="Consolas"/>
          <w:sz w:val="18"/>
        </w:rPr>
        <w:t>$ echo "python-dotenv==1.2.2" &gt;&gt; requirements.txt</w:t>
      </w:r>
    </w:p>
    <w:p>
      <w:pPr>
        <w:spacing w:after="0"/>
        <w:ind w:left="360"/>
        <w:shd w:val="clear" w:color="auto" w:fill="F2F2F2"/>
      </w:pPr>
      <w:r>
        <w:rPr>
          <w:rFonts w:ascii="Consolas" w:hAnsi="Consolas"/>
          <w:sz w:val="18"/>
        </w:rPr>
        <w:t>$ echo "openai==2.28.0" &gt;&gt; requirements.txt</w:t>
      </w:r>
    </w:p>
    <w:p>
      <w:pPr>
        <w:spacing w:after="0"/>
        <w:ind w:left="360"/>
        <w:shd w:val="clear" w:color="auto" w:fill="F2F2F2"/>
      </w:pPr>
      <w:r>
        <w:rPr>
          <w:rFonts w:ascii="Consolas" w:hAnsi="Consolas"/>
          <w:sz w:val="18"/>
        </w:rPr>
        <w:t>$ echo "rich==14.3.3" &gt;&gt; requirements.txt</w:t>
      </w:r>
    </w:p>
    <w:p>
      <w:pPr>
        <w:spacing w:after="0"/>
        <w:ind w:left="360"/>
        <w:shd w:val="clear" w:color="auto" w:fill="F2F2F2"/>
      </w:pPr>
      <w:r>
        <w:rPr>
          <w:rFonts w:ascii="Consolas" w:hAnsi="Consolas"/>
          <w:sz w:val="18"/>
        </w:rPr>
        <w:t>$ echo "openai-agents==0.12.3" &gt;&gt; requirements.txt</w:t>
      </w:r>
    </w:p>
    <w:p>
      <w:pPr>
        <w:spacing w:after="0"/>
        <w:ind w:left="360"/>
        <w:shd w:val="clear" w:color="auto" w:fill="F2F2F2"/>
      </w:pPr>
      <w:r>
        <w:rPr>
          <w:rFonts w:ascii="Consolas" w:hAnsi="Consolas"/>
          <w:sz w:val="18"/>
        </w:rPr>
        <w:t>$ uv pip install -r requirements.txt</w:t>
      </w:r>
    </w:p>
    <w:p>
      <w:pPr>
        <w:spacing w:after="40"/>
      </w:pPr>
    </w:p>
    <w:p>
      <w:pPr>
        <w:spacing w:after="80"/>
      </w:pPr>
      <w:r>
        <w:rPr>
          <w:b w:val="0"/>
          <w:i w:val="0"/>
        </w:rPr>
        <w:t xml:space="preserve">Tải script </w:t>
      </w:r>
      <w:r>
        <w:rPr>
          <w:rFonts w:ascii="Consolas" w:hAnsi="Consolas"/>
          <w:b w:val="0"/>
          <w:i w:val="0"/>
          <w:sz w:val="20"/>
        </w:rPr>
        <w:br/>
        <w:br/>
        <w:t xml:space="preserve">      database_analysis.py</w:t>
        <w:br/>
        <w:t xml:space="preserve">     </w:t>
        <w:br/>
      </w:r>
      <w:r>
        <w:rPr>
          <w:b w:val="0"/>
          <w:i w:val="0"/>
        </w:rPr>
        <w:t xml:space="preserve"> từ GitHub tại </w:t>
      </w:r>
      <w:r>
        <w:rPr>
          <w:rFonts w:ascii="Consolas" w:hAnsi="Consolas"/>
          <w:b w:val="0"/>
          <w:i w:val="0"/>
          <w:sz w:val="20"/>
        </w:rPr>
        <w:br/>
        <w:br/>
        <w:t xml:space="preserve">       https://github.com/PacktPublishing/Python-Automation-Cookbook-Third-Edition/blob/master/ch12/database_analysis.py</w:t>
        <w:br/>
        <w:t xml:space="preserve">      </w:t>
        <w:br/>
      </w:r>
      <w:r>
        <w:rPr>
          <w:b w:val="0"/>
          <w:i w:val="0"/>
        </w:rPr>
        <w:t xml:space="preserve"> .</w:t>
      </w:r>
    </w:p>
    <w:p>
      <w:pPr>
        <w:spacing w:after="80"/>
      </w:pPr>
      <w:r>
        <w:rPr>
          <w:b w:val="0"/>
          <w:i w:val="0"/>
        </w:rPr>
        <w:t xml:space="preserve">Chúng ta cần tải dự án </w:t>
      </w:r>
      <w:r>
        <w:rPr>
          <w:rFonts w:ascii="Consolas" w:hAnsi="Consolas"/>
          <w:b w:val="0"/>
          <w:i w:val="0"/>
          <w:sz w:val="20"/>
        </w:rPr>
        <w:br/>
        <w:br/>
        <w:t xml:space="preserve">      mcp‑sqlite‑server</w:t>
        <w:br/>
        <w:t xml:space="preserve">     </w:t>
        <w:br/>
      </w:r>
      <w:r>
        <w:rPr>
          <w:b w:val="0"/>
          <w:i w:val="0"/>
        </w:rPr>
        <w:t xml:space="preserve"> , vốn có nguồn gốc từ </w:t>
      </w:r>
      <w:r>
        <w:rPr>
          <w:rFonts w:ascii="Consolas" w:hAnsi="Consolas"/>
          <w:b w:val="0"/>
          <w:i w:val="0"/>
          <w:sz w:val="20"/>
        </w:rPr>
        <w:br/>
        <w:br/>
        <w:t xml:space="preserve">       https://github.com/prayanks/mcp-sqlite-server</w:t>
        <w:br/>
        <w:t xml:space="preserve">      </w:t>
        <w:br/>
      </w:r>
      <w:r>
        <w:rPr>
          <w:b w:val="0"/>
          <w:i w:val="0"/>
        </w:rPr>
        <w:t xml:space="preserve"> , nhưng nó đã được đưa vào như một thư mục con trong repo GitHub của chúng ta.</w:t>
      </w:r>
    </w:p>
    <w:p>
      <w:pPr>
        <w:spacing w:after="80"/>
      </w:pPr>
      <w:r>
        <w:rPr>
          <w:b w:val="0"/>
          <w:i w:val="0"/>
        </w:rPr>
        <w:t xml:space="preserve">Nhớ chuẩn bị sẵn key </w:t>
      </w:r>
      <w:r>
        <w:rPr>
          <w:rFonts w:ascii="Consolas" w:hAnsi="Consolas"/>
          <w:b w:val="0"/>
          <w:i w:val="0"/>
          <w:sz w:val="20"/>
        </w:rPr>
        <w:br/>
        <w:br/>
        <w:t xml:space="preserve">      openAI</w:t>
        <w:br/>
        <w:t xml:space="preserve">     </w:t>
        <w:br/>
      </w:r>
      <w:r>
        <w:rPr>
          <w:b w:val="0"/>
          <w:i w:val="0"/>
        </w:rPr>
        <w:t xml:space="preserve"> của bạn trong tệp </w:t>
      </w:r>
      <w:r>
        <w:rPr>
          <w:rFonts w:ascii="Consolas" w:hAnsi="Consolas"/>
          <w:b w:val="0"/>
          <w:i w:val="0"/>
          <w:sz w:val="20"/>
        </w:rPr>
        <w:br/>
        <w:br/>
        <w:t xml:space="preserve">      .env</w:t>
        <w:br/>
        <w:t xml:space="preserve">     </w:t>
        <w:br/>
      </w:r>
      <w:r>
        <w:rPr>
          <w:b w:val="0"/>
          <w:i w:val="0"/>
        </w:rPr>
        <w:t xml:space="preserve"> . Trong thư mục repo có một tệp ví dụ </w:t>
      </w:r>
      <w:r>
        <w:rPr>
          <w:rFonts w:ascii="Consolas" w:hAnsi="Consolas"/>
          <w:b w:val="0"/>
          <w:i w:val="0"/>
          <w:sz w:val="20"/>
        </w:rPr>
        <w:br/>
        <w:br/>
        <w:t xml:space="preserve">      .env.template</w:t>
        <w:br/>
        <w:t xml:space="preserve">     </w:t>
        <w:br/>
      </w:r>
      <w:r>
        <w:rPr>
          <w:b w:val="0"/>
          <w:i w:val="0"/>
        </w:rPr>
        <w:t xml:space="preserve"> để bạn có thể điền vào.</w:t>
      </w:r>
    </w:p>
    <w:p>
      <w:pPr>
        <w:spacing w:after="80"/>
      </w:pPr>
      <w:r>
        <w:rPr>
          <w:b w:val="0"/>
          <w:i w:val="0"/>
        </w:rPr>
        <w:t>Bạn cũng cần tìm UV_COMMAND bằng cách chạy lệnh which uv.</w:t>
      </w:r>
    </w:p>
    <w:p>
      <w:pPr>
        <w:spacing w:after="0"/>
        <w:ind w:left="360"/>
        <w:shd w:val="clear" w:color="auto" w:fill="F2F2F2"/>
      </w:pPr>
      <w:r>
        <w:rPr>
          <w:rFonts w:ascii="Consolas" w:hAnsi="Consolas"/>
          <w:sz w:val="18"/>
        </w:rPr>
        <w:t>$ which uv # Find the location of uv</w:t>
      </w:r>
    </w:p>
    <w:p>
      <w:pPr>
        <w:spacing w:after="0"/>
        <w:ind w:left="360"/>
        <w:shd w:val="clear" w:color="auto" w:fill="F2F2F2"/>
      </w:pPr>
      <w:r>
        <w:rPr>
          <w:rFonts w:ascii="Consolas" w:hAnsi="Consolas"/>
          <w:sz w:val="18"/>
        </w:rPr>
        <w:t>/usr/bin/uv</w:t>
      </w:r>
    </w:p>
    <w:p>
      <w:pPr>
        <w:spacing w:after="40"/>
      </w:pPr>
    </w:p>
    <w:p>
      <w:pPr>
        <w:spacing w:after="80"/>
      </w:pPr>
      <w:r>
        <w:rPr>
          <w:b w:val="0"/>
          <w:i w:val="0"/>
        </w:rPr>
        <w:t xml:space="preserve">Cuối cùng, điền cả biến MCP_PATH, dùng đường dẫn đầy đủ đến tệp </w:t>
      </w:r>
      <w:r>
        <w:rPr>
          <w:rFonts w:ascii="Consolas" w:hAnsi="Consolas"/>
          <w:b w:val="0"/>
          <w:i w:val="0"/>
          <w:sz w:val="20"/>
        </w:rPr>
        <w:br/>
        <w:br/>
        <w:t xml:space="preserve">      sqlite_stdio_mcp_server.py</w:t>
        <w:br/>
        <w:t xml:space="preserve">     </w:t>
        <w:br/>
      </w:r>
      <w:r>
        <w:rPr>
          <w:b w:val="0"/>
          <w:i w:val="0"/>
        </w:rPr>
        <w:t xml:space="preserve"> bên trong thư mục </w:t>
      </w:r>
      <w:r>
        <w:rPr>
          <w:rFonts w:ascii="Consolas" w:hAnsi="Consolas"/>
          <w:b w:val="0"/>
          <w:i w:val="0"/>
          <w:sz w:val="20"/>
        </w:rPr>
        <w:br/>
        <w:br/>
        <w:t xml:space="preserve">      mcp‑sqlite‑server</w:t>
        <w:br/>
        <w:t xml:space="preserve">     </w:t>
        <w:br/>
      </w:r>
      <w:r>
        <w:rPr>
          <w:b w:val="0"/>
          <w:i w:val="0"/>
        </w:rPr>
        <w:t xml:space="preserve"> .</w:t>
      </w:r>
    </w:p>
    <w:p>
      <w:pPr>
        <w:spacing w:after="0"/>
        <w:ind w:left="360"/>
        <w:shd w:val="clear" w:color="auto" w:fill="F2F2F2"/>
      </w:pPr>
      <w:r>
        <w:rPr>
          <w:rFonts w:ascii="Consolas" w:hAnsi="Consolas"/>
          <w:sz w:val="18"/>
        </w:rPr>
        <w:t>MCP_PATH = '/full/path/to/mcp-sqlite-server/sqlite_sdio_mcp_server.py'</w:t>
      </w:r>
    </w:p>
    <w:p>
      <w:pPr>
        <w:spacing w:after="40"/>
      </w:pPr>
    </w:p>
    <w:p>
      <w:pPr>
        <w:spacing w:after="80"/>
      </w:pPr>
      <w:r>
        <w:rPr>
          <w:b/>
          <w:i w:val="0"/>
        </w:rPr>
        <w:t>Lưu ý</w:t>
      </w:r>
    </w:p>
    <w:p>
      <w:pPr>
        <w:spacing w:after="80"/>
      </w:pPr>
      <w:r>
        <w:rPr>
          <w:b w:val="0"/>
          <w:i w:val="0"/>
        </w:rPr>
        <w:t xml:space="preserve">Lưu ý rằng tệp mẫu chứa các thành phần sẽ được dùng trong những công thức khác của chương này. Chỉ </w:t>
      </w:r>
      <w:r>
        <w:rPr>
          <w:rFonts w:ascii="Consolas" w:hAnsi="Consolas"/>
          <w:b w:val="0"/>
          <w:i w:val="0"/>
          <w:sz w:val="20"/>
        </w:rPr>
        <w:br/>
        <w:br/>
        <w:t xml:space="preserve">       OPEN_AI_KEY</w:t>
        <w:br/>
        <w:t xml:space="preserve">      </w:t>
        <w:br/>
      </w:r>
      <w:r>
        <w:rPr>
          <w:b w:val="0"/>
          <w:i w:val="0"/>
        </w:rPr>
        <w:t xml:space="preserve"> , </w:t>
      </w:r>
      <w:r>
        <w:rPr>
          <w:rFonts w:ascii="Consolas" w:hAnsi="Consolas"/>
          <w:b w:val="0"/>
          <w:i w:val="0"/>
          <w:sz w:val="20"/>
        </w:rPr>
        <w:br/>
        <w:br/>
        <w:t xml:space="preserve">       UV_COMMAND</w:t>
        <w:br/>
        <w:t xml:space="preserve">      </w:t>
        <w:br/>
      </w:r>
      <w:r>
        <w:rPr>
          <w:b w:val="0"/>
          <w:i w:val="0"/>
        </w:rPr>
        <w:t xml:space="preserve"> và </w:t>
      </w:r>
      <w:r>
        <w:rPr>
          <w:rFonts w:ascii="Consolas" w:hAnsi="Consolas"/>
          <w:b w:val="0"/>
          <w:i w:val="0"/>
          <w:sz w:val="20"/>
        </w:rPr>
        <w:br/>
        <w:br/>
        <w:t xml:space="preserve">       MCP_PATH</w:t>
        <w:br/>
        <w:t xml:space="preserve">      </w:t>
        <w:br/>
      </w:r>
      <w:r>
        <w:rPr>
          <w:b w:val="0"/>
          <w:i w:val="0"/>
        </w:rPr>
        <w:t xml:space="preserve"> là cần thiết cho công thức này.</w:t>
      </w:r>
    </w:p>
    <w:p>
      <w:pPr>
        <w:spacing w:after="80"/>
      </w:pPr>
      <w:r>
        <w:rPr>
          <w:b w:val="0"/>
          <w:i w:val="0"/>
        </w:rPr>
        <w:t xml:space="preserve">Chúng ta sẽ dùng mô hình GPT-5.4. Hãy kiểm tra xem nó có sẵn trên trang OpenAI (https://developers.openai.com/api/docs/models) không. Nếu không, hãy thay đổi cho phù hợp. </w:t>
      </w:r>
      <w:r>
        <w:rPr>
          <w:b w:val="0"/>
          <w:i/>
        </w:rPr>
        <w:t xml:space="preserve"> Có </w:t>
      </w:r>
      <w:r>
        <w:rPr>
          <w:b w:val="0"/>
          <w:i w:val="0"/>
        </w:rPr>
        <w:t xml:space="preserve"> </w:t>
      </w:r>
      <w:r>
        <w:rPr>
          <w:b w:val="0"/>
          <w:i/>
        </w:rPr>
        <w:t xml:space="preserve"> ' </w:t>
      </w:r>
      <w:r>
        <w:rPr>
          <w:b w:val="0"/>
          <w:i w:val="0"/>
        </w:rPr>
        <w:t xml:space="preserve"> </w:t>
      </w:r>
      <w:r>
        <w:rPr>
          <w:b w:val="0"/>
          <w:i/>
        </w:rPr>
        <w:t xml:space="preserve"> thêm </w:t>
      </w:r>
      <w:r>
        <w:rPr>
          <w:b w:val="0"/>
          <w:i w:val="0"/>
        </w:rPr>
        <w:t xml:space="preserve"> thông tin về nó trong mục There's more của công thức </w:t>
      </w:r>
      <w:r>
        <w:rPr>
          <w:b w:val="0"/>
          <w:i/>
        </w:rPr>
        <w:t xml:space="preserve"> Tạo chatbot của riêng bạn </w:t>
      </w:r>
      <w:r>
        <w:rPr>
          <w:b w:val="0"/>
          <w:i w:val="0"/>
        </w:rPr>
        <w:t xml:space="preserve"> ở </w:t>
      </w:r>
      <w:r>
        <w:rPr>
          <w:b w:val="0"/>
          <w:i/>
        </w:rPr>
        <w:t xml:space="preserve"> Chương 11 </w:t>
      </w:r>
      <w:r>
        <w:rPr>
          <w:b w:val="0"/>
          <w:i w:val="0"/>
        </w:rPr>
        <w:t xml:space="preserve"> .</w:t>
      </w:r>
    </w:p>
    <w:p>
      <w:pPr>
        <w:pStyle w:val="Heading3"/>
      </w:pPr>
      <w:r>
        <w:rPr>
          <w:rFonts w:ascii="Calibri" w:hAnsi="Calibri"/>
          <w:b/>
          <w:i w:val="0"/>
          <w:sz w:val="26"/>
        </w:rPr>
        <w:t>Cách thực hiện…</w:t>
      </w:r>
    </w:p>
    <w:p>
      <w:pPr>
        <w:spacing w:after="80"/>
        <w:ind w:left="360"/>
      </w:pPr>
      <w:r>
        <w:t xml:space="preserve">1. </w:t>
      </w:r>
      <w:r>
        <w:rPr>
          <w:b w:val="0"/>
          <w:i w:val="0"/>
        </w:rPr>
        <w:t xml:space="preserve">Chúng ta cần chuẩn bị MCP server. Trong thư mục </w:t>
      </w:r>
      <w:r>
        <w:rPr>
          <w:rFonts w:ascii="Consolas" w:hAnsi="Consolas"/>
          <w:b w:val="0"/>
          <w:i w:val="0"/>
          <w:sz w:val="20"/>
        </w:rPr>
        <w:br/>
        <w:br/>
        <w:t xml:space="preserve">       mcp‑sqlite‑server</w:t>
        <w:br/>
        <w:t xml:space="preserve">      </w:t>
        <w:br/>
      </w:r>
      <w:r>
        <w:rPr>
          <w:b w:val="0"/>
          <w:i w:val="0"/>
        </w:rPr>
        <w:t xml:space="preserve"> , hãy thiết lập môi trường và cài đặt các dependency. Kiểm tra với file README xem đây có phải là các dependency đúng không.</w:t>
      </w:r>
    </w:p>
    <w:p>
      <w:pPr>
        <w:spacing w:after="0"/>
        <w:ind w:left="360"/>
        <w:shd w:val="clear" w:color="auto" w:fill="F2F2F2"/>
      </w:pPr>
      <w:r>
        <w:rPr>
          <w:rFonts w:ascii="Consolas" w:hAnsi="Consolas"/>
          <w:sz w:val="18"/>
        </w:rPr>
        <w:t>$ uv venv</w:t>
      </w:r>
    </w:p>
    <w:p>
      <w:pPr>
        <w:spacing w:after="0"/>
        <w:ind w:left="360"/>
        <w:shd w:val="clear" w:color="auto" w:fill="F2F2F2"/>
      </w:pPr>
      <w:r>
        <w:rPr>
          <w:rFonts w:ascii="Consolas" w:hAnsi="Consolas"/>
          <w:sz w:val="18"/>
        </w:rPr>
        <w:t>Using CPython 3.14.3 interpreter at: /usr/local/opt/python@3.14/bin/python3.14</w:t>
      </w:r>
    </w:p>
    <w:p>
      <w:pPr>
        <w:spacing w:after="0"/>
        <w:ind w:left="360"/>
        <w:shd w:val="clear" w:color="auto" w:fill="F2F2F2"/>
      </w:pPr>
      <w:r>
        <w:rPr>
          <w:rFonts w:ascii="Consolas" w:hAnsi="Consolas"/>
          <w:sz w:val="18"/>
        </w:rPr>
        <w:t>Creating virtual environment at: .venv</w:t>
      </w:r>
    </w:p>
    <w:p>
      <w:pPr>
        <w:spacing w:after="0"/>
        <w:ind w:left="360"/>
        <w:shd w:val="clear" w:color="auto" w:fill="F2F2F2"/>
      </w:pPr>
      <w:r>
        <w:rPr>
          <w:rFonts w:ascii="Consolas" w:hAnsi="Consolas"/>
          <w:sz w:val="18"/>
        </w:rPr>
        <w:t>Activate with: source .venv/bin/activate</w:t>
      </w:r>
    </w:p>
    <w:p>
      <w:pPr>
        <w:spacing w:after="0"/>
        <w:ind w:left="360"/>
        <w:shd w:val="clear" w:color="auto" w:fill="F2F2F2"/>
      </w:pPr>
      <w:r>
        <w:rPr>
          <w:rFonts w:ascii="Consolas" w:hAnsi="Consolas"/>
          <w:sz w:val="18"/>
        </w:rPr>
        <w:t>$ uv pip install "mcp[cli]"</w:t>
      </w:r>
    </w:p>
    <w:p>
      <w:pPr>
        <w:spacing w:after="40"/>
      </w:pPr>
    </w:p>
    <w:p>
      <w:pPr>
        <w:spacing w:after="80"/>
        <w:ind w:left="360"/>
      </w:pPr>
      <w:r>
        <w:t xml:space="preserve">2. </w:t>
      </w:r>
      <w:r>
        <w:rPr>
          <w:b w:val="0"/>
          <w:i w:val="0"/>
        </w:rPr>
        <w:t xml:space="preserve">Bạn cần định nghĩa file cơ sở dữ liệu sẽ dùng. Chúng ta sẽ dùng ví dụ có sẵn trong repo, </w:t>
      </w:r>
      <w:r>
        <w:rPr>
          <w:rFonts w:ascii="Consolas" w:hAnsi="Consolas"/>
          <w:b w:val="0"/>
          <w:i w:val="0"/>
          <w:sz w:val="20"/>
        </w:rPr>
        <w:br/>
        <w:br/>
        <w:t xml:space="preserve">       startups.db</w:t>
        <w:br/>
        <w:t xml:space="preserve">      </w:t>
        <w:br/>
      </w:r>
      <w:r>
        <w:rPr>
          <w:b w:val="0"/>
          <w:i w:val="0"/>
        </w:rPr>
        <w:t xml:space="preserve"> . Sửa file </w:t>
      </w:r>
      <w:r>
        <w:rPr>
          <w:rFonts w:ascii="Consolas" w:hAnsi="Consolas"/>
          <w:b w:val="0"/>
          <w:i w:val="0"/>
          <w:sz w:val="20"/>
        </w:rPr>
        <w:br/>
        <w:br/>
        <w:t xml:space="preserve">       sqlite_stdio_mcp_server.py</w:t>
        <w:br/>
        <w:t xml:space="preserve">      </w:t>
        <w:br/>
      </w:r>
      <w:r>
        <w:rPr>
          <w:b w:val="0"/>
          <w:i w:val="0"/>
        </w:rPr>
        <w:t xml:space="preserve"> để thay đổi tham số </w:t>
      </w:r>
      <w:r>
        <w:rPr>
          <w:rFonts w:ascii="Consolas" w:hAnsi="Consolas"/>
          <w:b w:val="0"/>
          <w:i w:val="0"/>
          <w:sz w:val="20"/>
        </w:rPr>
        <w:br/>
        <w:br/>
        <w:t xml:space="preserve">       DB_PATH</w:t>
        <w:br/>
        <w:t xml:space="preserve">      </w:t>
        <w:br/>
      </w:r>
      <w:r>
        <w:rPr>
          <w:b w:val="0"/>
          <w:i w:val="0"/>
        </w:rPr>
        <w:t xml:space="preserve"> trỏ đến file của bạn</w:t>
      </w:r>
    </w:p>
    <w:p>
      <w:pPr>
        <w:spacing w:after="0"/>
        <w:ind w:left="360"/>
        <w:shd w:val="clear" w:color="auto" w:fill="F2F2F2"/>
      </w:pPr>
      <w:r>
        <w:rPr>
          <w:rFonts w:ascii="Consolas" w:hAnsi="Consolas"/>
          <w:sz w:val="18"/>
        </w:rPr>
        <w:t>DB_PATH = "/path/to/your/local/directory/mcp-sqlite-server/startups.db"</w:t>
      </w:r>
    </w:p>
    <w:p>
      <w:pPr>
        <w:spacing w:after="40"/>
      </w:pPr>
    </w:p>
    <w:p>
      <w:pPr>
        <w:spacing w:after="80"/>
        <w:ind w:left="360"/>
      </w:pPr>
      <w:r>
        <w:t xml:space="preserve">3. </w:t>
      </w:r>
      <w:r>
        <w:rPr>
          <w:b w:val="0"/>
          <w:i w:val="0"/>
        </w:rPr>
        <w:t xml:space="preserve">Chạy file </w:t>
      </w:r>
      <w:r>
        <w:rPr>
          <w:rFonts w:ascii="Consolas" w:hAnsi="Consolas"/>
          <w:b w:val="0"/>
          <w:i w:val="0"/>
          <w:sz w:val="20"/>
        </w:rPr>
        <w:br/>
        <w:br/>
        <w:t xml:space="preserve">       database_analysis.py</w:t>
        <w:br/>
        <w:t xml:space="preserve">      </w:t>
        <w:br/>
      </w:r>
      <w:r>
        <w:rPr>
          <w:b w:val="0"/>
          <w:i w:val="0"/>
        </w:rPr>
        <w:t xml:space="preserve"> . Sau một lúc, nó sẽ trả về kết quả phân tích. Bạn có thể xem log do MCP server tạo ra trong lúc nó đang chạy</w:t>
      </w:r>
    </w:p>
    <w:p>
      <w:pPr>
        <w:spacing w:after="0"/>
        <w:ind w:left="360"/>
        <w:shd w:val="clear" w:color="auto" w:fill="F2F2F2"/>
      </w:pPr>
      <w:r>
        <w:rPr>
          <w:rFonts w:ascii="Consolas" w:hAnsi="Consolas"/>
          <w:sz w:val="18"/>
        </w:rPr>
        <w:t>$ uv run database_analysis.py</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The database is a small SQLite dataset with a single business table, startups, containing 5 startup records. The table stores</w:t>
      </w:r>
    </w:p>
    <w:p>
      <w:pPr>
        <w:spacing w:after="0"/>
        <w:ind w:left="360"/>
        <w:shd w:val="clear" w:color="auto" w:fill="F2F2F2"/>
      </w:pPr>
      <w:r>
        <w:rPr>
          <w:rFonts w:ascii="Consolas" w:hAnsi="Consolas"/>
          <w:sz w:val="18"/>
        </w:rPr>
        <w:t>each company's name, description, website, funding amount, funding date, and investors. The startups span AI, enterprise SaaS,</w:t>
      </w:r>
    </w:p>
    <w:p>
      <w:pPr>
        <w:spacing w:after="0"/>
        <w:ind w:left="360"/>
        <w:shd w:val="clear" w:color="auto" w:fill="F2F2F2"/>
      </w:pPr>
      <w:r>
        <w:rPr>
          <w:rFonts w:ascii="Consolas" w:hAnsi="Consolas"/>
          <w:sz w:val="18"/>
        </w:rPr>
        <w:t>biotech, fintech, and green energy, suggesting a curated sample of venture-backed companies across several high-growth</w:t>
      </w:r>
    </w:p>
    <w:p>
      <w:pPr>
        <w:spacing w:after="0"/>
        <w:ind w:left="360"/>
        <w:shd w:val="clear" w:color="auto" w:fill="F2F2F2"/>
      </w:pPr>
      <w:r>
        <w:rPr>
          <w:rFonts w:ascii="Consolas" w:hAnsi="Consolas"/>
          <w:sz w:val="18"/>
        </w:rPr>
        <w:t>sectors.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The situation described is a compact 2023 funding snapshot: all 5 deals occurred in 2023, totaling $54.5M, with an average</w:t>
      </w:r>
    </w:p>
    <w:p>
      <w:pPr>
        <w:spacing w:after="0"/>
        <w:ind w:left="360"/>
        <w:shd w:val="clear" w:color="auto" w:fill="F2F2F2"/>
      </w:pPr>
      <w:r>
        <w:rPr>
          <w:rFonts w:ascii="Consolas" w:hAnsi="Consolas"/>
          <w:sz w:val="18"/>
        </w:rPr>
        <w:t>raise of $10.9M. Delta Ventures leads with $20M, followed by BetaSoft at $12M and Epsilon Dynamics at $10M. Overall, the data</w:t>
      </w:r>
    </w:p>
    <w:p>
      <w:pPr>
        <w:spacing w:after="0"/>
        <w:ind w:left="360"/>
        <w:shd w:val="clear" w:color="auto" w:fill="F2F2F2"/>
      </w:pPr>
      <w:r>
        <w:rPr>
          <w:rFonts w:ascii="Consolas" w:hAnsi="Consolas"/>
          <w:sz w:val="18"/>
        </w:rPr>
        <w:t>suggests investor interest is spread across diverse industries rather than concentrated in one theme, with especially strong</w:t>
      </w:r>
    </w:p>
    <w:p>
      <w:pPr>
        <w:spacing w:after="0"/>
        <w:ind w:left="360"/>
        <w:shd w:val="clear" w:color="auto" w:fill="F2F2F2"/>
      </w:pPr>
      <w:r>
        <w:rPr>
          <w:rFonts w:ascii="Consolas" w:hAnsi="Consolas"/>
          <w:sz w:val="18"/>
        </w:rPr>
        <w:t>capital flowing into fintech and enterprise software, while climate/energy and biotech also remain meaningfully represented</w:t>
      </w: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[2026-03-17 15:43:37] DEBUG - Initializing server 'SQLite MCP Server'</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[2026-03-17 15:43:47] DEBUG - Tool 'sql_query' invoked with query: SELECT strftime('%Y-%m', funding_date) AS month, SUM(funding_amount) AS monthly_total, COUNT(*) AS deals FROM startups GROUP BY strftime('%Y-%m', funding_date) ORDER BY month;</w:t>
      </w:r>
    </w:p>
    <w:p>
      <w:pPr>
        <w:spacing w:after="0"/>
        <w:ind w:left="360"/>
        <w:shd w:val="clear" w:color="auto" w:fill="F2F2F2"/>
      </w:pPr>
      <w:r>
        <w:rPr>
          <w:rFonts w:ascii="Consolas" w:hAnsi="Consolas"/>
          <w:sz w:val="18"/>
        </w:rPr>
        <w:t>[2026-03-17 15:43:47] INFO - SQL query executed successfully.</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[2026-03-17 15:43:49] INFO - Database connection closed. MCP server shutdown complete.</w:t>
      </w:r>
    </w:p>
    <w:p>
      <w:pPr>
        <w:spacing w:after="40"/>
      </w:pPr>
    </w:p>
    <w:p>
      <w:pPr>
        <w:spacing w:after="80"/>
      </w:pPr>
      <w:r>
        <w:rPr>
          <w:b w:val="0"/>
          <w:i w:val="0"/>
        </w:rPr>
        <w:t>Như chúng ta đã thấy với các công cụ GenAI, kết quả phân tích này sẽ thay đổi mỗi lần chạy</w:t>
      </w:r>
    </w:p>
    <w:p>
      <w:pPr>
        <w:pStyle w:val="Heading3"/>
      </w:pPr>
      <w:r>
        <w:rPr>
          <w:rFonts w:ascii="Calibri" w:hAnsi="Calibri"/>
          <w:b/>
          <w:i w:val="0"/>
          <w:sz w:val="26"/>
        </w:rPr>
        <w:t>Cách nó hoạt động…</w:t>
      </w:r>
    </w:p>
    <w:p>
      <w:pPr>
        <w:spacing w:after="80"/>
      </w:pPr>
      <w:r>
        <w:rPr>
          <w:b w:val="0"/>
          <w:i w:val="0"/>
        </w:rPr>
        <w:t xml:space="preserve">Hãy cùng xem những phần thú vị của script </w:t>
      </w:r>
      <w:r>
        <w:rPr>
          <w:rFonts w:ascii="Consolas" w:hAnsi="Consolas"/>
          <w:b w:val="0"/>
          <w:i w:val="0"/>
          <w:sz w:val="20"/>
        </w:rPr>
        <w:br/>
        <w:br/>
        <w:t xml:space="preserve">      database_analysis.py</w:t>
        <w:br/>
        <w:t xml:space="preserve">     </w:t>
        <w:br/>
      </w:r>
      <w:r>
        <w:rPr>
          <w:b w:val="0"/>
          <w:i w:val="0"/>
        </w:rPr>
        <w:t xml:space="preserve"> .</w:t>
      </w:r>
    </w:p>
    <w:p>
      <w:pPr>
        <w:spacing w:after="0"/>
        <w:ind w:left="360"/>
        <w:shd w:val="clear" w:color="auto" w:fill="F2F2F2"/>
      </w:pPr>
      <w:r>
        <w:rPr>
          <w:rFonts w:ascii="Consolas" w:hAnsi="Consolas"/>
          <w:sz w:val="18"/>
        </w:rPr>
        <w:t>set_default_openai_key(OPEN_AI_KEY)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UV_COMMAND = os.environ.get('UV_COMMAND')</w:t>
      </w:r>
    </w:p>
    <w:p>
      <w:pPr>
        <w:spacing w:after="0"/>
        <w:ind w:left="360"/>
        <w:shd w:val="clear" w:color="auto" w:fill="F2F2F2"/>
      </w:pPr>
      <w:r>
        <w:rPr>
          <w:rFonts w:ascii="Consolas" w:hAnsi="Consolas"/>
          <w:sz w:val="18"/>
        </w:rPr>
        <w:t>MCP_PATH = os.environ.get('MCP_PATH')</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async def main():</w:t>
      </w:r>
    </w:p>
    <w:p>
      <w:pPr>
        <w:spacing w:after="0"/>
        <w:ind w:left="360"/>
        <w:shd w:val="clear" w:color="auto" w:fill="F2F2F2"/>
      </w:pPr>
      <w:r>
        <w:rPr>
          <w:rFonts w:ascii="Consolas" w:hAnsi="Consolas"/>
          <w:sz w:val="18"/>
        </w:rPr>
        <w:t xml:space="preserve">    async with MCPServerStdio(</w:t>
      </w:r>
    </w:p>
    <w:p>
      <w:pPr>
        <w:spacing w:after="0"/>
        <w:ind w:left="360"/>
        <w:shd w:val="clear" w:color="auto" w:fill="F2F2F2"/>
      </w:pPr>
      <w:r>
        <w:rPr>
          <w:rFonts w:ascii="Consolas" w:hAnsi="Consolas"/>
          <w:sz w:val="18"/>
        </w:rPr>
        <w:t xml:space="preserve">        name='database',</w:t>
      </w:r>
    </w:p>
    <w:p>
      <w:pPr>
        <w:spacing w:after="0"/>
        <w:ind w:left="360"/>
        <w:shd w:val="clear" w:color="auto" w:fill="F2F2F2"/>
      </w:pPr>
      <w:r>
        <w:rPr>
          <w:rFonts w:ascii="Consolas" w:hAnsi="Consolas"/>
          <w:sz w:val="18"/>
        </w:rPr>
        <w:t xml:space="preserve">        params={</w:t>
      </w:r>
    </w:p>
    <w:p>
      <w:pPr>
        <w:spacing w:after="0"/>
        <w:ind w:left="360"/>
        <w:shd w:val="clear" w:color="auto" w:fill="F2F2F2"/>
      </w:pPr>
      <w:r>
        <w:rPr>
          <w:rFonts w:ascii="Consolas" w:hAnsi="Consolas"/>
          <w:sz w:val="18"/>
        </w:rPr>
        <w:t xml:space="preserve">            'command': UV_COMMAND,</w:t>
      </w:r>
    </w:p>
    <w:p>
      <w:pPr>
        <w:spacing w:after="0"/>
        <w:ind w:left="360"/>
        <w:shd w:val="clear" w:color="auto" w:fill="F2F2F2"/>
      </w:pPr>
      <w:r>
        <w:rPr>
          <w:rFonts w:ascii="Consolas" w:hAnsi="Consolas"/>
          <w:sz w:val="18"/>
        </w:rPr>
        <w:t xml:space="preserve">            'args': ['run', MCP_PATH],</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as mcp_server:</w:t>
      </w:r>
    </w:p>
    <w:p>
      <w:pPr>
        <w:spacing w:after="0"/>
        <w:ind w:left="360"/>
        <w:shd w:val="clear" w:color="auto" w:fill="F2F2F2"/>
      </w:pPr>
      <w:r>
        <w:rPr>
          <w:rFonts w:ascii="Consolas" w:hAnsi="Consolas"/>
          <w:sz w:val="18"/>
        </w:rPr>
        <w:t xml:space="preserve">        agent = Agent(</w:t>
      </w:r>
    </w:p>
    <w:p>
      <w:pPr>
        <w:spacing w:after="0"/>
        <w:ind w:left="360"/>
        <w:shd w:val="clear" w:color="auto" w:fill="F2F2F2"/>
      </w:pPr>
      <w:r>
        <w:rPr>
          <w:rFonts w:ascii="Consolas" w:hAnsi="Consolas"/>
          <w:sz w:val="18"/>
        </w:rPr>
        <w:t xml:space="preserve">            name='MCP Assistant',</w:t>
      </w:r>
    </w:p>
    <w:p>
      <w:pPr>
        <w:spacing w:after="0"/>
        <w:ind w:left="360"/>
        <w:shd w:val="clear" w:color="auto" w:fill="F2F2F2"/>
      </w:pPr>
      <w:r>
        <w:rPr>
          <w:rFonts w:ascii="Consolas" w:hAnsi="Consolas"/>
          <w:sz w:val="18"/>
        </w:rPr>
        <w:t xml:space="preserve">            instructions='You are a helpful assistant with access '</w:t>
      </w:r>
    </w:p>
    <w:p>
      <w:pPr>
        <w:spacing w:after="0"/>
        <w:ind w:left="360"/>
        <w:shd w:val="clear" w:color="auto" w:fill="F2F2F2"/>
      </w:pPr>
      <w:r>
        <w:rPr>
          <w:rFonts w:ascii="Consolas" w:hAnsi="Consolas"/>
          <w:sz w:val="18"/>
        </w:rPr>
        <w:t>'to MCP tools',</w:t>
      </w:r>
    </w:p>
    <w:p>
      <w:pPr>
        <w:spacing w:after="0"/>
        <w:ind w:left="360"/>
        <w:shd w:val="clear" w:color="auto" w:fill="F2F2F2"/>
      </w:pPr>
      <w:r>
        <w:rPr>
          <w:rFonts w:ascii="Consolas" w:hAnsi="Consolas"/>
          <w:sz w:val="18"/>
        </w:rPr>
        <w:t xml:space="preserve">            mcp_servers=[mcp_server],</w:t>
      </w:r>
    </w:p>
    <w:p>
      <w:pPr>
        <w:spacing w:after="0"/>
        <w:ind w:left="360"/>
        <w:shd w:val="clear" w:color="auto" w:fill="F2F2F2"/>
      </w:pPr>
      <w:r>
        <w:rPr>
          <w:rFonts w:ascii="Consolas" w:hAnsi="Consolas"/>
          <w:sz w:val="18"/>
        </w:rPr>
        <w:t xml:space="preserve">            model=MODEL,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prompt = '''</w:t>
      </w:r>
    </w:p>
    <w:p>
      <w:pPr>
        <w:spacing w:after="0"/>
        <w:ind w:left="360"/>
        <w:shd w:val="clear" w:color="auto" w:fill="F2F2F2"/>
      </w:pPr>
      <w:r>
        <w:rPr>
          <w:rFonts w:ascii="Consolas" w:hAnsi="Consolas"/>
          <w:sz w:val="18"/>
        </w:rPr>
        <w:t xml:space="preserve">            Explain the contents of the database accessible through</w:t>
      </w:r>
    </w:p>
    <w:p>
      <w:pPr>
        <w:spacing w:after="0"/>
        <w:ind w:left="360"/>
        <w:shd w:val="clear" w:color="auto" w:fill="F2F2F2"/>
      </w:pPr>
      <w:r>
        <w:rPr>
          <w:rFonts w:ascii="Consolas" w:hAnsi="Consolas"/>
          <w:sz w:val="18"/>
        </w:rPr>
        <w:t xml:space="preserve">            MCP server. Provide insights about the situation</w:t>
      </w:r>
    </w:p>
    <w:p>
      <w:pPr>
        <w:spacing w:after="0"/>
        <w:ind w:left="360"/>
        <w:shd w:val="clear" w:color="auto" w:fill="F2F2F2"/>
      </w:pPr>
      <w:r>
        <w:rPr>
          <w:rFonts w:ascii="Consolas" w:hAnsi="Consolas"/>
          <w:sz w:val="18"/>
        </w:rPr>
        <w:t xml:space="preserve">            described. Be concise. Return your results in a</w:t>
      </w:r>
    </w:p>
    <w:p>
      <w:pPr>
        <w:spacing w:after="0"/>
        <w:ind w:left="360"/>
        <w:shd w:val="clear" w:color="auto" w:fill="F2F2F2"/>
      </w:pPr>
      <w:r>
        <w:rPr>
          <w:rFonts w:ascii="Consolas" w:hAnsi="Consolas"/>
          <w:sz w:val="18"/>
        </w:rPr>
        <w:t xml:space="preserve">            couple of paragraphs.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result = await Runner.run(agent, input=prompt)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markdown = Markdown('---')</w:t>
      </w:r>
    </w:p>
    <w:p>
      <w:pPr>
        <w:spacing w:after="0"/>
        <w:ind w:left="360"/>
        <w:shd w:val="clear" w:color="auto" w:fill="F2F2F2"/>
      </w:pPr>
      <w:r>
        <w:rPr>
          <w:rFonts w:ascii="Consolas" w:hAnsi="Consolas"/>
          <w:sz w:val="18"/>
        </w:rPr>
        <w:t xml:space="preserve">        console.print(markdown)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markdown = Markdown(result.final_output)</w:t>
      </w:r>
    </w:p>
    <w:p>
      <w:pPr>
        <w:spacing w:after="0"/>
        <w:ind w:left="360"/>
        <w:shd w:val="clear" w:color="auto" w:fill="F2F2F2"/>
      </w:pPr>
      <w:r>
        <w:rPr>
          <w:rFonts w:ascii="Consolas" w:hAnsi="Consolas"/>
          <w:sz w:val="18"/>
        </w:rPr>
        <w:t xml:space="preserve">        console.print(markdown)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markdown = Markdown('---')</w:t>
      </w:r>
    </w:p>
    <w:p>
      <w:pPr>
        <w:spacing w:after="0"/>
        <w:ind w:left="360"/>
        <w:shd w:val="clear" w:color="auto" w:fill="F2F2F2"/>
      </w:pPr>
      <w:r>
        <w:rPr>
          <w:rFonts w:ascii="Consolas" w:hAnsi="Consolas"/>
          <w:sz w:val="18"/>
        </w:rPr>
        <w:t xml:space="preserve">        console.print(markdown)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asyncio.run(main())</w:t>
      </w:r>
    </w:p>
    <w:p>
      <w:pPr>
        <w:spacing w:after="40"/>
      </w:pPr>
    </w:p>
    <w:p>
      <w:pPr>
        <w:spacing w:after="80"/>
      </w:pPr>
      <w:r>
        <w:rPr>
          <w:b w:val="0"/>
          <w:i w:val="0"/>
        </w:rPr>
        <w:t xml:space="preserve">Đầu tiên chúng ta thiết lập key để truy cập giao diện OpenAI bằng </w:t>
      </w:r>
      <w:r>
        <w:rPr>
          <w:rFonts w:ascii="Consolas" w:hAnsi="Consolas"/>
          <w:b w:val="0"/>
          <w:i w:val="0"/>
          <w:sz w:val="20"/>
        </w:rPr>
        <w:br/>
        <w:br/>
        <w:t xml:space="preserve">      set_default_openai_key</w:t>
        <w:br/>
        <w:t xml:space="preserve">     </w:t>
        <w:br/>
      </w:r>
      <w:r>
        <w:rPr>
          <w:b w:val="0"/>
          <w:i w:val="0"/>
        </w:rPr>
        <w:t xml:space="preserve"> . Chúng ta cũng dùng hai biến môi trường (được định nghĩa trong file </w:t>
      </w:r>
      <w:r>
        <w:rPr>
          <w:rFonts w:ascii="Consolas" w:hAnsi="Consolas"/>
          <w:b w:val="0"/>
          <w:i w:val="0"/>
          <w:sz w:val="20"/>
        </w:rPr>
        <w:br/>
        <w:br/>
        <w:t xml:space="preserve">      .env</w:t>
        <w:br/>
        <w:t xml:space="preserve">     </w:t>
        <w:br/>
      </w:r>
      <w:r>
        <w:rPr>
          <w:b w:val="0"/>
          <w:i w:val="0"/>
        </w:rPr>
        <w:t xml:space="preserve"> ), </w:t>
      </w:r>
      <w:r>
        <w:rPr>
          <w:rFonts w:ascii="Consolas" w:hAnsi="Consolas"/>
          <w:b w:val="0"/>
          <w:i w:val="0"/>
          <w:sz w:val="20"/>
        </w:rPr>
        <w:br/>
        <w:br/>
        <w:t xml:space="preserve">      UV_COMMAND</w:t>
        <w:br/>
        <w:t xml:space="preserve">     </w:t>
        <w:br/>
      </w:r>
      <w:r>
        <w:rPr>
          <w:b w:val="0"/>
          <w:i w:val="0"/>
        </w:rPr>
        <w:t xml:space="preserve"> và </w:t>
      </w:r>
      <w:r>
        <w:rPr>
          <w:rFonts w:ascii="Consolas" w:hAnsi="Consolas"/>
          <w:b w:val="0"/>
          <w:i w:val="0"/>
          <w:sz w:val="20"/>
        </w:rPr>
        <w:br/>
        <w:br/>
        <w:t xml:space="preserve">      MCP_PATH,</w:t>
        <w:br/>
        <w:t xml:space="preserve">     </w:t>
        <w:br/>
      </w:r>
      <w:r>
        <w:rPr>
          <w:b w:val="0"/>
          <w:i w:val="0"/>
        </w:rPr>
        <w:t xml:space="preserve"> để cấu hình lệnh sẽ thực thi cho MCP server.</w:t>
      </w:r>
    </w:p>
    <w:p>
      <w:pPr>
        <w:spacing w:after="80"/>
      </w:pPr>
      <w:r>
        <w:rPr>
          <w:b w:val="0"/>
          <w:i w:val="0"/>
        </w:rPr>
        <w:t>Phần cốt lõi là việc tạo thiết lập cho MCP server thông qua lời gọi đến</w:t>
      </w:r>
    </w:p>
    <w:p>
      <w:pPr>
        <w:spacing w:after="80"/>
      </w:pPr>
      <w:r>
        <w:rPr>
          <w:rFonts w:ascii="Consolas" w:hAnsi="Consolas"/>
          <w:b w:val="0"/>
          <w:i w:val="0"/>
          <w:sz w:val="20"/>
        </w:rPr>
        <w:br/>
        <w:br/>
        <w:t xml:space="preserve">      MCPServerStdio</w:t>
        <w:br/>
        <w:t xml:space="preserve">     </w:t>
        <w:br/>
      </w:r>
      <w:r>
        <w:rPr>
          <w:b w:val="0"/>
          <w:i w:val="0"/>
        </w:rPr>
        <w:t xml:space="preserve"> , bao gồm một tên và lệnh để chạy nhằm khởi động server.</w:t>
      </w:r>
    </w:p>
    <w:p>
      <w:pPr>
        <w:spacing w:after="80"/>
      </w:pPr>
      <w:r>
        <w:rPr>
          <w:b/>
          <w:i w:val="0"/>
        </w:rPr>
        <w:t>Lưu ý</w:t>
      </w:r>
    </w:p>
    <w:p>
      <w:pPr>
        <w:spacing w:after="80"/>
      </w:pPr>
      <w:r>
        <w:rPr>
          <w:b w:val="0"/>
          <w:i w:val="0"/>
        </w:rPr>
        <w:t xml:space="preserve">Lưu ý rằng chúng ta đang dùng code bất đồng bộ (asynchronous) để xử lý lời gọi đến MCP. Trong câu lệnh </w:t>
      </w:r>
      <w:r>
        <w:rPr>
          <w:rFonts w:ascii="Consolas" w:hAnsi="Consolas"/>
          <w:b w:val="0"/>
          <w:i w:val="0"/>
          <w:sz w:val="20"/>
        </w:rPr>
        <w:br/>
        <w:br/>
        <w:t xml:space="preserve">       with</w:t>
        <w:br/>
        <w:t xml:space="preserve">      </w:t>
        <w:br/>
      </w:r>
      <w:r>
        <w:rPr>
          <w:b w:val="0"/>
          <w:i w:val="0"/>
        </w:rPr>
        <w:t xml:space="preserve"> , chúng ta chuẩn bị server rồi sau đó được xử lý ở phần sau trong khối trên đối tượng </w:t>
      </w:r>
      <w:r>
        <w:rPr>
          <w:rFonts w:ascii="Consolas" w:hAnsi="Consolas"/>
          <w:b w:val="0"/>
          <w:i w:val="0"/>
          <w:sz w:val="20"/>
        </w:rPr>
        <w:br/>
        <w:br/>
        <w:t xml:space="preserve">       mcp_server</w:t>
        <w:br/>
        <w:t xml:space="preserve">      </w:t>
        <w:br/>
      </w:r>
      <w:r>
        <w:rPr>
          <w:b w:val="0"/>
          <w:i w:val="0"/>
        </w:rPr>
        <w:t xml:space="preserve"> .</w:t>
      </w:r>
    </w:p>
    <w:p>
      <w:pPr>
        <w:spacing w:after="80"/>
      </w:pPr>
      <w:r>
        <w:rPr>
          <w:b w:val="0"/>
          <w:i w:val="0"/>
        </w:rPr>
        <w:t xml:space="preserve">Chúng ta tạo một đối tượng </w:t>
      </w:r>
      <w:r>
        <w:rPr>
          <w:rFonts w:ascii="Consolas" w:hAnsi="Consolas"/>
          <w:b w:val="0"/>
          <w:i w:val="0"/>
          <w:sz w:val="20"/>
        </w:rPr>
        <w:br/>
        <w:br/>
        <w:t xml:space="preserve">      Agent</w:t>
        <w:br/>
        <w:t xml:space="preserve">     </w:t>
        <w:br/>
      </w:r>
      <w:r>
        <w:rPr>
          <w:b w:val="0"/>
          <w:i w:val="0"/>
        </w:rPr>
        <w:t xml:space="preserve"> , thêm </w:t>
      </w:r>
      <w:r>
        <w:rPr>
          <w:rFonts w:ascii="Consolas" w:hAnsi="Consolas"/>
          <w:b w:val="0"/>
          <w:i w:val="0"/>
          <w:sz w:val="20"/>
        </w:rPr>
        <w:br/>
        <w:br/>
        <w:t xml:space="preserve">      mcp_server</w:t>
        <w:br/>
        <w:t xml:space="preserve">     </w:t>
        <w:br/>
      </w:r>
      <w:r>
        <w:rPr>
          <w:b w:val="0"/>
          <w:i w:val="0"/>
        </w:rPr>
        <w:t xml:space="preserve"> vào danh sách các MCP tool có sẵn.</w:t>
      </w:r>
    </w:p>
    <w:p>
      <w:pPr>
        <w:spacing w:after="80"/>
      </w:pPr>
      <w:r>
        <w:rPr>
          <w:b/>
          <w:i w:val="0"/>
        </w:rPr>
        <w:t>Lưu ý</w:t>
      </w:r>
    </w:p>
    <w:p>
      <w:pPr>
        <w:spacing w:after="80"/>
      </w:pPr>
      <w:r>
        <w:rPr>
          <w:b w:val="0"/>
          <w:i w:val="0"/>
        </w:rPr>
        <w:t xml:space="preserve">Agent SDK, truy cập được qua </w:t>
      </w:r>
      <w:r>
        <w:rPr>
          <w:rFonts w:ascii="Consolas" w:hAnsi="Consolas"/>
          <w:b w:val="0"/>
          <w:i w:val="0"/>
          <w:sz w:val="20"/>
        </w:rPr>
        <w:br/>
        <w:br/>
        <w:t xml:space="preserve">       openai‑agents</w:t>
        <w:br/>
        <w:t xml:space="preserve">      </w:t>
        <w:br/>
      </w:r>
      <w:r>
        <w:rPr>
          <w:b w:val="0"/>
          <w:i w:val="0"/>
        </w:rPr>
        <w:t xml:space="preserve"> , là một framework chính thức của OpenAI, có khả năng mạnh hơn module </w:t>
      </w:r>
      <w:r>
        <w:rPr>
          <w:rFonts w:ascii="Consolas" w:hAnsi="Consolas"/>
          <w:b w:val="0"/>
          <w:i w:val="0"/>
          <w:sz w:val="20"/>
        </w:rPr>
        <w:br/>
        <w:br/>
        <w:t xml:space="preserve">       openai</w:t>
        <w:br/>
        <w:t xml:space="preserve">      </w:t>
        <w:br/>
      </w:r>
      <w:r>
        <w:rPr>
          <w:b w:val="0"/>
          <w:i w:val="0"/>
        </w:rPr>
        <w:t xml:space="preserve"> thông thường của họ. Nó cho phép bạn tạo ra code mạnh mẽ hơn, dẫn đến những agent mạnh mẽ. Chúng ta sẽ dùng nó xuyên suốt chương này và những chương tiếp theo.</w:t>
      </w:r>
    </w:p>
    <w:p>
      <w:pPr>
        <w:spacing w:after="80"/>
      </w:pPr>
      <w:r>
        <w:rPr>
          <w:b w:val="0"/>
          <w:i w:val="0"/>
        </w:rPr>
        <w:t xml:space="preserve">Phần còn lại của code rất giống với công thức trước đó </w:t>
      </w:r>
      <w:r>
        <w:rPr>
          <w:b w:val="0"/>
          <w:i/>
        </w:rPr>
        <w:t xml:space="preserve"> Tăng cường các mô hình AI với tìm kiếm web </w:t>
      </w:r>
      <w:r>
        <w:rPr>
          <w:b w:val="0"/>
          <w:i w:val="0"/>
        </w:rPr>
        <w:t xml:space="preserve"> . Chúng ta gọi </w:t>
      </w:r>
      <w:r>
        <w:rPr>
          <w:rFonts w:ascii="Consolas" w:hAnsi="Consolas"/>
          <w:b w:val="0"/>
          <w:i w:val="0"/>
          <w:sz w:val="20"/>
        </w:rPr>
        <w:br/>
        <w:br/>
        <w:t xml:space="preserve">      agent</w:t>
        <w:br/>
        <w:t xml:space="preserve">     </w:t>
        <w:br/>
      </w:r>
      <w:r>
        <w:rPr>
          <w:b w:val="0"/>
          <w:i w:val="0"/>
        </w:rPr>
        <w:t xml:space="preserve"> với </w:t>
      </w:r>
      <w:r>
        <w:rPr>
          <w:rFonts w:ascii="Consolas" w:hAnsi="Consolas"/>
          <w:b w:val="0"/>
          <w:i w:val="0"/>
          <w:sz w:val="20"/>
        </w:rPr>
        <w:br/>
        <w:br/>
        <w:t xml:space="preserve">      Runner</w:t>
        <w:br/>
        <w:t xml:space="preserve">     </w:t>
        <w:br/>
      </w:r>
      <w:r>
        <w:rPr>
          <w:b w:val="0"/>
          <w:i w:val="0"/>
        </w:rPr>
        <w:t xml:space="preserve"> , thêm </w:t>
      </w:r>
      <w:r>
        <w:rPr>
          <w:rFonts w:ascii="Consolas" w:hAnsi="Consolas"/>
          <w:b w:val="0"/>
          <w:i w:val="0"/>
          <w:sz w:val="20"/>
        </w:rPr>
        <w:br/>
        <w:br/>
        <w:t xml:space="preserve">      prompt</w:t>
        <w:br/>
        <w:t xml:space="preserve">     </w:t>
        <w:br/>
      </w:r>
      <w:r>
        <w:rPr>
          <w:b w:val="0"/>
          <w:i w:val="0"/>
        </w:rPr>
        <w:t xml:space="preserve"> , và </w:t>
      </w:r>
      <w:r>
        <w:rPr>
          <w:rFonts w:ascii="Consolas" w:hAnsi="Consolas"/>
          <w:b w:val="0"/>
          <w:i w:val="0"/>
          <w:sz w:val="20"/>
        </w:rPr>
        <w:br/>
        <w:br/>
        <w:t xml:space="preserve">      print</w:t>
        <w:br/>
        <w:t xml:space="preserve">     </w:t>
        <w:br/>
      </w:r>
      <w:r>
        <w:rPr>
          <w:b w:val="0"/>
          <w:i w:val="0"/>
        </w:rPr>
        <w:t xml:space="preserve"> văn bản kết quả dưới dạng Markdown.</w:t>
      </w:r>
    </w:p>
    <w:p>
      <w:pPr>
        <w:spacing w:after="80"/>
      </w:pPr>
      <w:r>
        <w:rPr>
          <w:b/>
          <w:i w:val="0"/>
        </w:rPr>
        <w:t>Lưu ý</w:t>
      </w:r>
    </w:p>
    <w:p>
      <w:pPr>
        <w:spacing w:after="80"/>
      </w:pPr>
      <w:r>
        <w:rPr>
          <w:b w:val="0"/>
          <w:i w:val="0"/>
        </w:rPr>
        <w:t>Chúng ta cũng thêm hai dòng trong Markdown để tách rõ ràng phần bắt đầu và kết thúc của văn bản là kết quả từ log của MCP server.</w:t>
      </w:r>
    </w:p>
    <w:p>
      <w:pPr>
        <w:spacing w:after="80"/>
      </w:pPr>
      <w:r>
        <w:rPr>
          <w:b w:val="0"/>
          <w:i w:val="0"/>
        </w:rPr>
        <w:t xml:space="preserve">Kết quả phân tích đến từ file cơ sở dữ liệu. Bạn có thể thấy cách ví dụ này được tạo dữ liệu trong file </w:t>
      </w:r>
      <w:r>
        <w:rPr>
          <w:rFonts w:ascii="Consolas" w:hAnsi="Consolas"/>
          <w:b w:val="0"/>
          <w:i w:val="0"/>
          <w:sz w:val="20"/>
        </w:rPr>
        <w:br/>
        <w:br/>
        <w:t xml:space="preserve">      /mcp‑sqlite‑server/create_sample_db.py</w:t>
        <w:br/>
        <w:t xml:space="preserve">     </w:t>
        <w:br/>
      </w:r>
      <w:r>
        <w:rPr>
          <w:b w:val="0"/>
          <w:i w:val="0"/>
        </w:rPr>
        <w:t xml:space="preserve"> . Bạn có thể thấy rằng nó đang tạo một số dữ liệu giả cho vài công ty khởi nghiệp, với dữ liệu về vốn đầu tư. Mô hình AI đã dùng công cụ có sẵn để tạo ra nhiều lệnh SQL khác nhau và hiểu được cả cấu trúc lẫn dữ liệu.</w:t>
      </w:r>
    </w:p>
    <w:p>
      <w:pPr>
        <w:spacing w:after="80"/>
      </w:pPr>
      <w:r>
        <w:rPr>
          <w:b w:val="0"/>
          <w:i w:val="0"/>
        </w:rPr>
        <w:t>Bạn có thể thử tinh chỉnh prompt để đặt ra những câu hỏi khác.</w:t>
      </w:r>
    </w:p>
    <w:p>
      <w:pPr>
        <w:spacing w:after="80"/>
      </w:pPr>
      <w:r>
        <w:rPr>
          <w:b/>
          <w:i w:val="0"/>
        </w:rPr>
        <w:t>Lưu ý</w:t>
      </w:r>
    </w:p>
    <w:p>
      <w:pPr>
        <w:spacing w:after="80"/>
      </w:pPr>
      <w:r>
        <w:rPr>
          <w:b w:val="0"/>
          <w:i w:val="0"/>
        </w:rPr>
        <w:t>Điều quan trọng cần nhớ là bản thân MCP server không biết cấu trúc của cơ sở dữ liệu! Thay vào đó, mô hình AI phân tích nó (thông qua các công cụ có sẵn của MCP) và tự khám phá để diễn giải nó.</w:t>
      </w:r>
    </w:p>
    <w:p>
      <w:pPr>
        <w:spacing w:after="80"/>
      </w:pPr>
      <w:r>
        <w:rPr>
          <w:b w:val="0"/>
          <w:i w:val="0"/>
        </w:rPr>
        <w:t>MCP server được dừng lại ở cuối khi chúng ta hoàn tất script của mình.</w:t>
      </w:r>
    </w:p>
    <w:p>
      <w:pPr>
        <w:pStyle w:val="Heading3"/>
      </w:pPr>
      <w:r>
        <w:rPr>
          <w:rFonts w:ascii="Calibri" w:hAnsi="Calibri"/>
          <w:b/>
          <w:i w:val="0"/>
          <w:sz w:val="26"/>
        </w:rPr>
        <w:t>Còn nhiều điều nữa…</w:t>
      </w:r>
    </w:p>
    <w:p>
      <w:pPr>
        <w:spacing w:after="80"/>
      </w:pPr>
      <w:r>
        <w:rPr>
          <w:b w:val="0"/>
          <w:i w:val="0"/>
        </w:rPr>
        <w:t>Danh sách các MCP server miễn phí rất lớn và đa dạng. Giao thức này được tạo ra để chuẩn hóa việc truy cập vào bất kỳ loại công cụ nào, và nó nhanh chóng trở nên phổ biến khắp nơi. Nó được đặt biệt danh là "USB cho AI", hứa hẹn cho phép kết nối bất kỳ công cụ nào với các mô hình AI, nhân lên gấp bội khả năng của các công cụ GenAI.</w:t>
      </w:r>
    </w:p>
    <w:p>
      <w:pPr>
        <w:spacing w:after="80"/>
      </w:pPr>
      <w:r>
        <w:rPr>
          <w:b w:val="0"/>
          <w:i w:val="0"/>
        </w:rPr>
        <w:t>Có rất nhiều MCP server miễn phí để truy cập cơ sở dữ liệu, làm việc với hệ thống file của bạn, thu thập dữ liệu web, thực hiện các tìm kiếm cụ thể (ví dụ: tìm kiếm trên một dịch vụ cụ thể như các chuyến bay có sẵn), mua sắm trong cửa hàng, tương tác với các công cụ SaaS hoặc nhiều hơn nữa.</w:t>
      </w:r>
    </w:p>
    <w:p>
      <w:pPr>
        <w:spacing w:after="80"/>
      </w:pPr>
      <w:r>
        <w:rPr>
          <w:b/>
          <w:i w:val="0"/>
        </w:rPr>
        <w:t>Lưu ý</w:t>
      </w:r>
    </w:p>
    <w:p>
      <w:pPr>
        <w:spacing w:after="80"/>
      </w:pPr>
      <w:r>
        <w:rPr>
          <w:b w:val="0"/>
          <w:i w:val="0"/>
        </w:rPr>
        <w:t xml:space="preserve">Để có một danh sách tốt các MCP server có sẵn, bạn có thể tham khảo trang </w:t>
      </w:r>
      <w:r>
        <w:rPr>
          <w:rFonts w:ascii="Consolas" w:hAnsi="Consolas"/>
          <w:b w:val="0"/>
          <w:i w:val="0"/>
          <w:sz w:val="20"/>
        </w:rPr>
        <w:br/>
        <w:br/>
        <w:t xml:space="preserve">        https://mcpservers.org/</w:t>
        <w:br/>
        <w:t xml:space="preserve">       </w:t>
        <w:br/>
      </w:r>
      <w:r>
        <w:rPr>
          <w:b w:val="0"/>
          <w:i w:val="0"/>
        </w:rPr>
        <w:t xml:space="preserve"> .</w:t>
      </w:r>
    </w:p>
    <w:p>
      <w:pPr>
        <w:spacing w:after="80"/>
      </w:pPr>
      <w:r>
        <w:rPr>
          <w:b w:val="0"/>
          <w:i w:val="0"/>
        </w:rPr>
        <w:t>Cũng hãy nhớ rằng bạn có thể cấu hình nhiều hơn một MCP server. Mỗi cái sẽ hữu ích hơn khi chúng có thể tương tác với nhau. Ví dụ, thêm một công cụ cơ sở dữ liệu và một công cụ hệ thống file có thể cho phép bạn lưu một báo cáo với kết quả phân tích cơ sở dữ liệu.</w:t>
      </w:r>
    </w:p>
    <w:p>
      <w:pPr>
        <w:spacing w:after="80"/>
      </w:pPr>
      <w:r>
        <w:rPr>
          <w:b w:val="0"/>
          <w:i w:val="0"/>
        </w:rPr>
        <w:t xml:space="preserve">Trong khi ở công thức này chúng ta dùng một MCP server chạy cục bộ, được chạy như việc thực thi một lệnh, thì đây là một trong những cách chạy MCP: bằng cách gọi nó và tương tác với nó qua stdio (do đó tên của server là </w:t>
      </w:r>
      <w:r>
        <w:rPr>
          <w:rFonts w:ascii="Consolas" w:hAnsi="Consolas"/>
          <w:b w:val="0"/>
          <w:i w:val="0"/>
          <w:sz w:val="20"/>
        </w:rPr>
        <w:br/>
        <w:br/>
        <w:t xml:space="preserve">      MCPServerStdio</w:t>
        <w:br/>
        <w:t xml:space="preserve">     </w:t>
        <w:br/>
      </w:r>
      <w:r>
        <w:rPr>
          <w:b w:val="0"/>
          <w:i w:val="0"/>
        </w:rPr>
        <w:t xml:space="preserve"> ). Cách này tiện lợi khi MCP server nằm cục bộ trên máy của chúng ta, nhưng đó không phải là lựa chọn duy nhất.</w:t>
      </w:r>
    </w:p>
    <w:p>
      <w:pPr>
        <w:spacing w:after="80"/>
      </w:pPr>
      <w:r>
        <w:rPr>
          <w:b w:val="0"/>
          <w:i w:val="0"/>
        </w:rPr>
        <w:t xml:space="preserve">Chúng ta cũng có thể gọi một server từ xa. Dự án </w:t>
      </w:r>
      <w:r>
        <w:rPr>
          <w:rFonts w:ascii="Consolas" w:hAnsi="Consolas"/>
          <w:b w:val="0"/>
          <w:i w:val="0"/>
          <w:sz w:val="20"/>
        </w:rPr>
        <w:br/>
        <w:br/>
        <w:t xml:space="preserve">      mcp‑sqlite‑server</w:t>
        <w:br/>
        <w:t xml:space="preserve">     </w:t>
        <w:br/>
      </w:r>
      <w:r>
        <w:rPr>
          <w:b w:val="0"/>
          <w:i w:val="0"/>
        </w:rPr>
        <w:t xml:space="preserve"> có một script để khởi động một server từ xa tên là </w:t>
      </w:r>
      <w:r>
        <w:rPr>
          <w:rFonts w:ascii="Consolas" w:hAnsi="Consolas"/>
          <w:b w:val="0"/>
          <w:i w:val="0"/>
          <w:sz w:val="20"/>
        </w:rPr>
        <w:br/>
        <w:br/>
        <w:t xml:space="preserve">      sqlite_sse_mcp_server.py</w:t>
        <w:br/>
        <w:t xml:space="preserve">     </w:t>
        <w:br/>
      </w:r>
      <w:r>
        <w:rPr>
          <w:b w:val="0"/>
          <w:i w:val="0"/>
        </w:rPr>
        <w:t xml:space="preserve"> .</w:t>
      </w:r>
    </w:p>
    <w:p>
      <w:pPr>
        <w:spacing w:after="80"/>
      </w:pPr>
      <w:r>
        <w:rPr>
          <w:b/>
          <w:i w:val="0"/>
        </w:rPr>
        <w:t>Lưu ý</w:t>
      </w:r>
    </w:p>
    <w:p>
      <w:pPr>
        <w:spacing w:after="80"/>
      </w:pPr>
      <w:r>
        <w:rPr>
          <w:b w:val="0"/>
          <w:i w:val="0"/>
        </w:rPr>
        <w:t xml:space="preserve">Hãy chắc chắn chỉnh sửa file </w:t>
      </w:r>
      <w:r>
        <w:rPr>
          <w:rFonts w:ascii="Consolas" w:hAnsi="Consolas"/>
          <w:b w:val="0"/>
          <w:i w:val="0"/>
          <w:sz w:val="20"/>
        </w:rPr>
        <w:br/>
        <w:br/>
        <w:t xml:space="preserve">       sqlite_sse_mcp_server.py</w:t>
        <w:br/>
        <w:t xml:space="preserve">      </w:t>
        <w:br/>
      </w:r>
      <w:r>
        <w:rPr>
          <w:b w:val="0"/>
          <w:i w:val="0"/>
        </w:rPr>
        <w:t xml:space="preserve"> để thiết lập hằng số </w:t>
      </w:r>
      <w:r>
        <w:rPr>
          <w:rFonts w:ascii="Consolas" w:hAnsi="Consolas"/>
          <w:b w:val="0"/>
          <w:i w:val="0"/>
          <w:sz w:val="20"/>
        </w:rPr>
        <w:br/>
        <w:br/>
        <w:t xml:space="preserve">       DB_PATH</w:t>
        <w:br/>
        <w:t xml:space="preserve">      </w:t>
        <w:br/>
      </w:r>
      <w:r>
        <w:rPr>
          <w:b w:val="0"/>
          <w:i w:val="0"/>
        </w:rPr>
        <w:t xml:space="preserve"> trỏ đến file </w:t>
      </w:r>
      <w:r>
        <w:rPr>
          <w:rFonts w:ascii="Consolas" w:hAnsi="Consolas"/>
          <w:b w:val="0"/>
          <w:i w:val="0"/>
          <w:sz w:val="20"/>
        </w:rPr>
        <w:br/>
        <w:br/>
        <w:t xml:space="preserve">       startups.db</w:t>
        <w:br/>
        <w:t xml:space="preserve">      </w:t>
        <w:br/>
      </w:r>
      <w:r>
        <w:rPr>
          <w:b w:val="0"/>
          <w:i w:val="0"/>
        </w:rPr>
        <w:t xml:space="preserve"> của bạn, giống như chúng ta đã làm với </w:t>
      </w:r>
      <w:r>
        <w:rPr>
          <w:rFonts w:ascii="Consolas" w:hAnsi="Consolas"/>
          <w:b w:val="0"/>
          <w:i w:val="0"/>
          <w:sz w:val="20"/>
        </w:rPr>
        <w:br/>
        <w:br/>
        <w:t xml:space="preserve">       sqlite_sdio_mcp_server.py</w:t>
        <w:br/>
        <w:t xml:space="preserve">      </w:t>
        <w:br/>
      </w:r>
      <w:r>
        <w:rPr>
          <w:b w:val="0"/>
          <w:i w:val="0"/>
        </w:rPr>
        <w:t xml:space="preserve"> .</w:t>
      </w:r>
    </w:p>
    <w:p>
      <w:pPr>
        <w:spacing w:after="80"/>
      </w:pPr>
      <w:r>
        <w:rPr>
          <w:b w:val="0"/>
          <w:i w:val="0"/>
        </w:rPr>
        <w:t xml:space="preserve">Khởi động MCP server. Server này sẽ chạy cục bộ và mở giao diện của nó tại </w:t>
      </w:r>
      <w:r>
        <w:rPr>
          <w:rFonts w:ascii="Consolas" w:hAnsi="Consolas"/>
          <w:b w:val="0"/>
          <w:i w:val="0"/>
          <w:sz w:val="20"/>
        </w:rPr>
        <w:br/>
        <w:br/>
        <w:t xml:space="preserve">      http://localhost:8000</w:t>
        <w:br/>
        <w:t xml:space="preserve">     </w:t>
        <w:br/>
      </w:r>
      <w:r>
        <w:rPr>
          <w:b w:val="0"/>
          <w:i w:val="0"/>
        </w:rPr>
        <w:t xml:space="preserve"> .</w:t>
      </w:r>
    </w:p>
    <w:p>
      <w:pPr>
        <w:spacing w:after="0"/>
        <w:ind w:left="360"/>
        <w:shd w:val="clear" w:color="auto" w:fill="F2F2F2"/>
      </w:pPr>
      <w:r>
        <w:rPr>
          <w:rFonts w:ascii="Consolas" w:hAnsi="Consolas"/>
          <w:sz w:val="18"/>
        </w:rPr>
        <w:t>$ uv run sqlite_sse_mcp_server.py</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INFO:     Started server process [77999]</w:t>
      </w:r>
    </w:p>
    <w:p>
      <w:pPr>
        <w:spacing w:after="0"/>
        <w:ind w:left="360"/>
        <w:shd w:val="clear" w:color="auto" w:fill="F2F2F2"/>
      </w:pPr>
      <w:r>
        <w:rPr>
          <w:rFonts w:ascii="Consolas" w:hAnsi="Consolas"/>
          <w:sz w:val="18"/>
        </w:rPr>
        <w:t>INFO:     Waiting for application startup.</w:t>
      </w:r>
    </w:p>
    <w:p>
      <w:pPr>
        <w:spacing w:after="0"/>
        <w:ind w:left="360"/>
        <w:shd w:val="clear" w:color="auto" w:fill="F2F2F2"/>
      </w:pPr>
      <w:r>
        <w:rPr>
          <w:rFonts w:ascii="Consolas" w:hAnsi="Consolas"/>
          <w:sz w:val="18"/>
        </w:rPr>
        <w:t>INFO:     Application startup complete.</w:t>
      </w:r>
    </w:p>
    <w:p>
      <w:pPr>
        <w:spacing w:after="0"/>
        <w:ind w:left="360"/>
        <w:shd w:val="clear" w:color="auto" w:fill="F2F2F2"/>
      </w:pPr>
      <w:r>
        <w:rPr>
          <w:rFonts w:ascii="Consolas" w:hAnsi="Consolas"/>
          <w:sz w:val="18"/>
        </w:rPr>
        <w:t>INFO:     Uvicorn running on http://0.0.0.0:8000 (Press CTRL+C to quit)</w:t>
      </w:r>
    </w:p>
    <w:p>
      <w:pPr>
        <w:spacing w:after="40"/>
      </w:pPr>
    </w:p>
    <w:p>
      <w:pPr>
        <w:spacing w:after="80"/>
      </w:pPr>
      <w:r>
        <w:rPr>
          <w:b w:val="0"/>
          <w:i w:val="0"/>
        </w:rPr>
        <w:t xml:space="preserve">Sau khi MCP server được khởi động, chúng ta có thể mở một terminal khác và chạy một script khác, được điều chỉnh để truy cập vào nó. Script này có thể truy cập tại </w:t>
      </w:r>
      <w:r>
        <w:rPr>
          <w:rFonts w:ascii="Consolas" w:hAnsi="Consolas"/>
          <w:b w:val="0"/>
          <w:i w:val="0"/>
          <w:sz w:val="20"/>
        </w:rPr>
        <w:br/>
        <w:br/>
        <w:t xml:space="preserve">       https://github.com/PacktPublishing/Python-Automation-Cookbook-Third-Edition/blob/master/ch12/database_analysis_sse.py</w:t>
        <w:br/>
        <w:t xml:space="preserve">      </w:t>
        <w:br/>
      </w:r>
      <w:r>
        <w:rPr>
          <w:b w:val="0"/>
          <w:i w:val="0"/>
        </w:rPr>
        <w:t xml:space="preserve"> .</w:t>
      </w:r>
    </w:p>
    <w:p>
      <w:pPr>
        <w:spacing w:after="80"/>
      </w:pPr>
      <w:r>
        <w:rPr>
          <w:b w:val="0"/>
          <w:i w:val="0"/>
        </w:rPr>
        <w:t xml:space="preserve">Nó rất giống với </w:t>
      </w:r>
      <w:r>
        <w:rPr>
          <w:rFonts w:ascii="Consolas" w:hAnsi="Consolas"/>
          <w:b w:val="0"/>
          <w:i w:val="0"/>
          <w:sz w:val="20"/>
        </w:rPr>
        <w:br/>
        <w:br/>
        <w:t xml:space="preserve">      database_analysis.py</w:t>
        <w:br/>
        <w:t xml:space="preserve">     </w:t>
        <w:br/>
      </w:r>
      <w:r>
        <w:rPr>
          <w:b w:val="0"/>
          <w:i w:val="0"/>
        </w:rPr>
        <w:t xml:space="preserve"> , nhưng khác ở chỗ chúng ta dùng </w:t>
      </w:r>
      <w:r>
        <w:rPr>
          <w:rFonts w:ascii="Consolas" w:hAnsi="Consolas"/>
          <w:b w:val="0"/>
          <w:i w:val="0"/>
          <w:sz w:val="20"/>
        </w:rPr>
        <w:br/>
        <w:br/>
        <w:t xml:space="preserve">      MCPServerSse</w:t>
        <w:br/>
        <w:t xml:space="preserve">     </w:t>
        <w:br/>
      </w:r>
      <w:r>
        <w:rPr>
          <w:b w:val="0"/>
          <w:i w:val="0"/>
        </w:rPr>
        <w:t xml:space="preserve"> để giao tiếp thay vì </w:t>
      </w:r>
      <w:r>
        <w:rPr>
          <w:rFonts w:ascii="Consolas" w:hAnsi="Consolas"/>
          <w:b w:val="0"/>
          <w:i w:val="0"/>
          <w:sz w:val="20"/>
        </w:rPr>
        <w:br/>
        <w:br/>
        <w:t xml:space="preserve">      MCPServerStdio</w:t>
        <w:br/>
        <w:t xml:space="preserve">     </w:t>
        <w:br/>
      </w:r>
      <w:r>
        <w:rPr>
          <w:b w:val="0"/>
          <w:i w:val="0"/>
        </w:rPr>
        <w:t xml:space="preserve"> , và chúng ta chỉ định url để kết nối.</w:t>
      </w:r>
    </w:p>
    <w:p>
      <w:pPr>
        <w:spacing w:after="0"/>
        <w:ind w:left="360"/>
        <w:shd w:val="clear" w:color="auto" w:fill="F2F2F2"/>
      </w:pPr>
      <w:r>
        <w:rPr>
          <w:rFonts w:ascii="Consolas" w:hAnsi="Consolas"/>
          <w:sz w:val="18"/>
        </w:rPr>
        <w:t xml:space="preserve"> async with MCPServerSse(</w:t>
      </w:r>
    </w:p>
    <w:p>
      <w:pPr>
        <w:spacing w:after="0"/>
        <w:ind w:left="360"/>
        <w:shd w:val="clear" w:color="auto" w:fill="F2F2F2"/>
      </w:pPr>
      <w:r>
        <w:rPr>
          <w:rFonts w:ascii="Consolas" w:hAnsi="Consolas"/>
          <w:sz w:val="18"/>
        </w:rPr>
        <w:t xml:space="preserve">        params={'url': 'http://localhost:8000/sse'},</w:t>
      </w:r>
    </w:p>
    <w:p>
      <w:pPr>
        <w:spacing w:after="0"/>
        <w:ind w:left="360"/>
        <w:shd w:val="clear" w:color="auto" w:fill="F2F2F2"/>
      </w:pPr>
      <w:r>
        <w:rPr>
          <w:rFonts w:ascii="Consolas" w:hAnsi="Consolas"/>
          <w:sz w:val="18"/>
        </w:rPr>
        <w:t xml:space="preserve">        name='database',</w:t>
      </w:r>
    </w:p>
    <w:p>
      <w:pPr>
        <w:spacing w:after="0"/>
        <w:ind w:left="360"/>
        <w:shd w:val="clear" w:color="auto" w:fill="F2F2F2"/>
      </w:pPr>
      <w:r>
        <w:rPr>
          <w:rFonts w:ascii="Consolas" w:hAnsi="Consolas"/>
          <w:sz w:val="18"/>
        </w:rPr>
        <w:t xml:space="preserve">    ) as mcp_server:</w:t>
      </w:r>
    </w:p>
    <w:p>
      <w:pPr>
        <w:spacing w:after="40"/>
      </w:pPr>
    </w:p>
    <w:p>
      <w:pPr>
        <w:spacing w:after="80"/>
      </w:pPr>
      <w:r>
        <w:rPr>
          <w:b w:val="0"/>
          <w:i w:val="0"/>
        </w:rPr>
        <w:t>Nếu chúng ta gọi nó, chúng ta sẽ nhận được kết quả tương tự như trước.</w:t>
      </w:r>
    </w:p>
    <w:p>
      <w:pPr>
        <w:spacing w:after="0"/>
        <w:ind w:left="360"/>
        <w:shd w:val="clear" w:color="auto" w:fill="F2F2F2"/>
      </w:pPr>
      <w:r>
        <w:rPr>
          <w:rFonts w:ascii="Consolas" w:hAnsi="Consolas"/>
          <w:sz w:val="18"/>
        </w:rPr>
        <w:t>$ uv run database_analysis_sse.py</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The database is a small SQLite dataset with a single relevant table, startups, containing 5 startup funding records. Each</w:t>
      </w:r>
    </w:p>
    <w:p>
      <w:pPr>
        <w:spacing w:after="0"/>
        <w:ind w:left="360"/>
        <w:shd w:val="clear" w:color="auto" w:fill="F2F2F2"/>
      </w:pPr>
      <w:r>
        <w:rPr>
          <w:rFonts w:ascii="Consolas" w:hAnsi="Consolas"/>
          <w:sz w:val="18"/>
        </w:rPr>
        <w:t>record includes the startup name, description, website, funding amount, funding date, and investors. The companies span</w:t>
      </w:r>
    </w:p>
    <w:p>
      <w:pPr>
        <w:spacing w:after="0"/>
        <w:ind w:left="360"/>
        <w:shd w:val="clear" w:color="auto" w:fill="F2F2F2"/>
      </w:pPr>
      <w:r>
        <w:rPr>
          <w:rFonts w:ascii="Consolas" w:hAnsi="Consolas"/>
          <w:sz w:val="18"/>
        </w:rPr>
        <w:t>several sectors: AI (AlphaTech), enterprise SaaS (BetaSoft), biotech (Gamma Innovations), fintech (Delta Ventures), and green</w:t>
      </w:r>
    </w:p>
    <w:p>
      <w:pPr>
        <w:spacing w:after="0"/>
        <w:ind w:left="360"/>
        <w:shd w:val="clear" w:color="auto" w:fill="F2F2F2"/>
      </w:pPr>
      <w:r>
        <w:rPr>
          <w:rFonts w:ascii="Consolas" w:hAnsi="Consolas"/>
          <w:sz w:val="18"/>
        </w:rPr>
        <w:t>energy (Epsilon Dynamics).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The situation described is a compact snapshot of recent startup fundraising activity, with all 5 companies having recorded</w:t>
      </w:r>
    </w:p>
    <w:p>
      <w:pPr>
        <w:spacing w:after="0"/>
        <w:ind w:left="360"/>
        <w:shd w:val="clear" w:color="auto" w:fill="F2F2F2"/>
      </w:pPr>
      <w:r>
        <w:rPr>
          <w:rFonts w:ascii="Consolas" w:hAnsi="Consolas"/>
          <w:sz w:val="18"/>
        </w:rPr>
        <w:t>funding. Total disclosed funding is $54.5M, with an average round of $10.9M; amounts range from $5M to $20M. Delta Ventures</w:t>
      </w:r>
    </w:p>
    <w:p>
      <w:pPr>
        <w:spacing w:after="0"/>
        <w:ind w:left="360"/>
        <w:shd w:val="clear" w:color="auto" w:fill="F2F2F2"/>
      </w:pPr>
      <w:r>
        <w:rPr>
          <w:rFonts w:ascii="Consolas" w:hAnsi="Consolas"/>
          <w:sz w:val="18"/>
        </w:rPr>
        <w:t>has the largest raise at $20M, followed by BetaSoft at $12M and Epsilon Dynamics at $10M. The mix of sectors suggests a</w:t>
      </w:r>
    </w:p>
    <w:p>
      <w:pPr>
        <w:spacing w:after="0"/>
        <w:ind w:left="360"/>
        <w:shd w:val="clear" w:color="auto" w:fill="F2F2F2"/>
      </w:pPr>
      <w:r>
        <w:rPr>
          <w:rFonts w:ascii="Consolas" w:hAnsi="Consolas"/>
          <w:sz w:val="18"/>
        </w:rPr>
        <w:t>diversified investment landscape, with especially strong backing for fintech and software, while investor participation ranges</w:t>
      </w:r>
    </w:p>
    <w:p>
      <w:pPr>
        <w:spacing w:after="0"/>
        <w:ind w:left="360"/>
        <w:shd w:val="clear" w:color="auto" w:fill="F2F2F2"/>
      </w:pPr>
      <w:r>
        <w:rPr>
          <w:rFonts w:ascii="Consolas" w:hAnsi="Consolas"/>
          <w:sz w:val="18"/>
        </w:rPr>
        <w:t>from single-investor rounds to broader syndicates.</w:t>
      </w:r>
    </w:p>
    <w:p>
      <w:pPr>
        <w:spacing w:after="0"/>
        <w:ind w:left="360"/>
        <w:shd w:val="clear" w:color="auto" w:fill="F2F2F2"/>
      </w:pPr>
      <w:r>
        <w:rPr>
          <w:rFonts w:ascii="Consolas" w:hAnsi="Consolas"/>
          <w:sz w:val="18"/>
        </w:rPr>
        <w:t>----------------------------------------------------</w:t>
      </w:r>
    </w:p>
    <w:p>
      <w:pPr>
        <w:spacing w:after="40"/>
      </w:pPr>
    </w:p>
    <w:p>
      <w:pPr>
        <w:spacing w:after="80"/>
      </w:pPr>
      <w:r>
        <w:rPr>
          <w:b w:val="0"/>
          <w:i w:val="0"/>
        </w:rPr>
        <w:t>Lưu ý rằng lần gọi thực thi này không tạo ra log MCP. Thay vào đó, log được tạo ra trong terminal đang chạy server.</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[2026-03-17 16:24:52] DEBUG - sqlite_mcp_server - SQL query executed successfully. Result: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"startup_name": "AlphaTech",</w:t>
      </w:r>
    </w:p>
    <w:p>
      <w:pPr>
        <w:spacing w:after="0"/>
        <w:ind w:left="360"/>
        <w:shd w:val="clear" w:color="auto" w:fill="F2F2F2"/>
      </w:pPr>
      <w:r>
        <w:rPr>
          <w:rFonts w:ascii="Consolas" w:hAnsi="Consolas"/>
          <w:sz w:val="18"/>
        </w:rPr>
        <w:t xml:space="preserve">    "description": "Innovative AI startup",</w:t>
      </w:r>
    </w:p>
    <w:p>
      <w:pPr>
        <w:spacing w:after="0"/>
        <w:ind w:left="360"/>
        <w:shd w:val="clear" w:color="auto" w:fill="F2F2F2"/>
      </w:pPr>
      <w:r>
        <w:rPr>
          <w:rFonts w:ascii="Consolas" w:hAnsi="Consolas"/>
          <w:sz w:val="18"/>
        </w:rPr>
        <w:t xml:space="preserve">    "website": "https://alphatech.io"</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"startup_name": "BetaSoft",</w:t>
      </w:r>
    </w:p>
    <w:p>
      <w:pPr>
        <w:spacing w:after="0"/>
        <w:ind w:left="360"/>
        <w:shd w:val="clear" w:color="auto" w:fill="F2F2F2"/>
      </w:pPr>
      <w:r>
        <w:rPr>
          <w:rFonts w:ascii="Consolas" w:hAnsi="Consolas"/>
          <w:sz w:val="18"/>
        </w:rPr>
        <w:t xml:space="preserve">    "description": "Enterprise SaaS solution",</w:t>
      </w:r>
    </w:p>
    <w:p>
      <w:pPr>
        <w:spacing w:after="0"/>
        <w:ind w:left="360"/>
        <w:shd w:val="clear" w:color="auto" w:fill="F2F2F2"/>
      </w:pPr>
      <w:r>
        <w:rPr>
          <w:rFonts w:ascii="Consolas" w:hAnsi="Consolas"/>
          <w:sz w:val="18"/>
        </w:rPr>
        <w:t xml:space="preserve">    "website": "https://betasoft.com"</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"startup_name": "Gamma Innovations",</w:t>
      </w:r>
    </w:p>
    <w:p>
      <w:pPr>
        <w:spacing w:after="0"/>
        <w:ind w:left="360"/>
        <w:shd w:val="clear" w:color="auto" w:fill="F2F2F2"/>
      </w:pPr>
      <w:r>
        <w:rPr>
          <w:rFonts w:ascii="Consolas" w:hAnsi="Consolas"/>
          <w:sz w:val="18"/>
        </w:rPr>
        <w:t xml:space="preserve">    "description": "Cutting-edge biotech research",</w:t>
      </w:r>
    </w:p>
    <w:p>
      <w:pPr>
        <w:spacing w:after="0"/>
        <w:ind w:left="360"/>
        <w:shd w:val="clear" w:color="auto" w:fill="F2F2F2"/>
      </w:pPr>
      <w:r>
        <w:rPr>
          <w:rFonts w:ascii="Consolas" w:hAnsi="Consolas"/>
          <w:sz w:val="18"/>
        </w:rPr>
        <w:t xml:space="preserve">    "website": "https://gammainnovations.org"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"startup_name": "Delta Ventures",</w:t>
      </w:r>
    </w:p>
    <w:p>
      <w:pPr>
        <w:spacing w:after="0"/>
        <w:ind w:left="360"/>
        <w:shd w:val="clear" w:color="auto" w:fill="F2F2F2"/>
      </w:pPr>
      <w:r>
        <w:rPr>
          <w:rFonts w:ascii="Consolas" w:hAnsi="Consolas"/>
          <w:sz w:val="18"/>
        </w:rPr>
        <w:t xml:space="preserve">    "description": "Fintech disrupting traditional banking",</w:t>
      </w:r>
    </w:p>
    <w:p>
      <w:pPr>
        <w:spacing w:after="0"/>
        <w:ind w:left="360"/>
        <w:shd w:val="clear" w:color="auto" w:fill="F2F2F2"/>
      </w:pPr>
      <w:r>
        <w:rPr>
          <w:rFonts w:ascii="Consolas" w:hAnsi="Consolas"/>
          <w:sz w:val="18"/>
        </w:rPr>
        <w:t xml:space="preserve">    "website": "https://deltaventures.net"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"startup_name": "Epsilon Dynamics",</w:t>
      </w:r>
    </w:p>
    <w:p>
      <w:pPr>
        <w:spacing w:after="0"/>
        <w:ind w:left="360"/>
        <w:shd w:val="clear" w:color="auto" w:fill="F2F2F2"/>
      </w:pPr>
      <w:r>
        <w:rPr>
          <w:rFonts w:ascii="Consolas" w:hAnsi="Consolas"/>
          <w:sz w:val="18"/>
        </w:rPr>
        <w:t xml:space="preserve">    "description": "Sustainability through green energy",</w:t>
      </w:r>
    </w:p>
    <w:p>
      <w:pPr>
        <w:spacing w:after="0"/>
        <w:ind w:left="360"/>
        <w:shd w:val="clear" w:color="auto" w:fill="F2F2F2"/>
      </w:pPr>
      <w:r>
        <w:rPr>
          <w:rFonts w:ascii="Consolas" w:hAnsi="Consolas"/>
          <w:sz w:val="18"/>
        </w:rPr>
        <w:t xml:space="preserve">    "website": "https://epsilondynamics.com"</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40"/>
      </w:pPr>
    </w:p>
    <w:p>
      <w:pPr>
        <w:spacing w:after="80"/>
      </w:pPr>
      <w:r>
        <w:rPr>
          <w:b w:val="0"/>
          <w:i w:val="0"/>
        </w:rPr>
        <w:t xml:space="preserve">Như bạn có thể thấy, server vẫn hoạt động sau khi hoàn thành tác vụ, so với cái </w:t>
      </w:r>
      <w:r>
        <w:rPr>
          <w:rFonts w:ascii="Consolas" w:hAnsi="Consolas"/>
          <w:b w:val="0"/>
          <w:i w:val="0"/>
          <w:sz w:val="20"/>
        </w:rPr>
        <w:br/>
        <w:br/>
        <w:t xml:space="preserve">      Stdio</w:t>
        <w:br/>
        <w:t xml:space="preserve">     </w:t>
        <w:br/>
      </w:r>
      <w:r>
        <w:rPr>
          <w:b w:val="0"/>
          <w:i w:val="0"/>
        </w:rPr>
        <w:t xml:space="preserve"> , vốn dừng tiến trình khi chúng ta kết thúc kết nối.</w:t>
      </w:r>
    </w:p>
    <w:p>
      <w:pPr>
        <w:spacing w:after="80"/>
      </w:pPr>
      <w:r>
        <w:rPr>
          <w:b/>
          <w:i w:val="0"/>
        </w:rPr>
        <w:t>Lưu ý</w:t>
      </w:r>
    </w:p>
    <w:p>
      <w:pPr>
        <w:spacing w:after="80"/>
      </w:pPr>
      <w:r>
        <w:rPr>
          <w:b w:val="0"/>
          <w:i w:val="0"/>
        </w:rPr>
        <w:t xml:space="preserve">Mặc dù chúng ta đã dùng SSE vì đó là cái có sẵn trong dự án ví dụ, nhưng giao thức này không còn được khuyến nghị để kết nối với MCP nữa, thay vào đó nên ưu tiên MCPServerStreamableHttp. </w:t>
      </w:r>
      <w:r>
        <w:rPr>
          <w:rFonts w:ascii="Consolas" w:hAnsi="Consolas"/>
          <w:b w:val="0"/>
          <w:i w:val="0"/>
          <w:sz w:val="20"/>
        </w:rPr>
        <w:br/>
      </w:r>
      <w:r>
        <w:rPr>
          <w:b w:val="0"/>
          <w:i w:val="0"/>
        </w:rPr>
        <w:t xml:space="preserve"> Kết nối này được cấu hình theo cùng cách như SSE.</w:t>
      </w:r>
    </w:p>
    <w:p>
      <w:pPr>
        <w:spacing w:after="80"/>
      </w:pPr>
      <w:r>
        <w:rPr>
          <w:b w:val="0"/>
          <w:i w:val="0"/>
        </w:rPr>
        <w:t>Cho đến nay, chúng ta đã kết nối cục bộ với các công cụ trên máy tính của mình. Nhưng cũng có thể truy cập các công cụ từ xa theo cùng cách, chỉ cần thay đổi URL trỏ đến đúng địa chỉ URL. Có thể cần phải xác thực với dịch vụ từ xa. Hãy kiểm tra cấu hình cụ thể cho nó, nhưng rất có thể bạn sẽ cần thêm một số header với thông tin liên quan đến dịch vụ cụ thể. Ví dụ, một token xác thực.</w:t>
      </w:r>
    </w:p>
    <w:p>
      <w:pPr>
        <w:spacing w:after="0"/>
        <w:ind w:left="360"/>
        <w:shd w:val="clear" w:color="auto" w:fill="F2F2F2"/>
      </w:pPr>
      <w:r>
        <w:rPr>
          <w:rFonts w:ascii="Consolas" w:hAnsi="Consolas"/>
          <w:sz w:val="18"/>
        </w:rPr>
        <w:t xml:space="preserve"> async with MCPServerStreamableHttp(</w:t>
      </w:r>
    </w:p>
    <w:p>
      <w:pPr>
        <w:spacing w:after="0"/>
        <w:ind w:left="360"/>
        <w:shd w:val="clear" w:color="auto" w:fill="F2F2F2"/>
      </w:pPr>
      <w:r>
        <w:rPr>
          <w:rFonts w:ascii="Consolas" w:hAnsi="Consolas"/>
          <w:sz w:val="18"/>
        </w:rPr>
        <w:t xml:space="preserve">        params={</w:t>
      </w:r>
    </w:p>
    <w:p>
      <w:pPr>
        <w:spacing w:after="0"/>
        <w:ind w:left="360"/>
        <w:shd w:val="clear" w:color="auto" w:fill="F2F2F2"/>
      </w:pPr>
      <w:r>
        <w:rPr>
          <w:rFonts w:ascii="Consolas" w:hAnsi="Consolas"/>
          <w:sz w:val="18"/>
        </w:rPr>
        <w:t xml:space="preserve">            'url': SERVICE_URL,</w:t>
      </w:r>
    </w:p>
    <w:p>
      <w:pPr>
        <w:spacing w:after="0"/>
        <w:ind w:left="360"/>
        <w:shd w:val="clear" w:color="auto" w:fill="F2F2F2"/>
      </w:pPr>
      <w:r>
        <w:rPr>
          <w:rFonts w:ascii="Consolas" w:hAnsi="Consolas"/>
          <w:sz w:val="18"/>
        </w:rPr>
        <w:t xml:space="preserve">            'headers': {'Authorization': 'Bearer &lt;TOKEN&gt;'}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name='service',</w:t>
      </w:r>
    </w:p>
    <w:p>
      <w:pPr>
        <w:spacing w:after="0"/>
        <w:ind w:left="360"/>
        <w:shd w:val="clear" w:color="auto" w:fill="F2F2F2"/>
      </w:pPr>
      <w:r>
        <w:rPr>
          <w:rFonts w:ascii="Consolas" w:hAnsi="Consolas"/>
          <w:sz w:val="18"/>
        </w:rPr>
        <w:t xml:space="preserve">    ) as mcp_server:</w:t>
      </w:r>
    </w:p>
    <w:p>
      <w:pPr>
        <w:spacing w:after="40"/>
      </w:pPr>
    </w:p>
    <w:p>
      <w:pPr>
        <w:spacing w:after="80"/>
      </w:pPr>
      <w:r>
        <w:rPr>
          <w:b w:val="0"/>
          <w:i w:val="0"/>
        </w:rPr>
        <w:t>Một mẫu rất điển hình là có một MCP server cục bộ xử lý việc xác thực với một dịch vụ từ xa, đóng vai trò như một proxy. Trong trường hợp này, việc khởi động MCP yêu cầu thiết lập một số cấu hình để cho phép xác thực (ví dụ, tên đăng nhập và mật khẩu hoặc một token).</w:t>
      </w:r>
    </w:p>
    <w:p>
      <w:pPr>
        <w:spacing w:after="80"/>
      </w:pPr>
      <w:r>
        <w:rPr>
          <w:b w:val="0"/>
          <w:i w:val="0"/>
        </w:rPr>
        <w:t xml:space="preserve">Tài liệu đầy đủ cho OpenAI Agents SDK có sẵn tại đây: </w:t>
      </w:r>
      <w:r>
        <w:rPr>
          <w:rFonts w:ascii="Consolas" w:hAnsi="Consolas"/>
          <w:b w:val="0"/>
          <w:i w:val="0"/>
          <w:sz w:val="20"/>
        </w:rPr>
        <w:br/>
        <w:br/>
        <w:t xml:space="preserve">       https://openai.github.io/openai-agents-python/</w:t>
        <w:br/>
        <w:t xml:space="preserve">      </w:t>
        <w:br/>
      </w:r>
    </w:p>
    <w:p>
      <w:pPr>
        <w:spacing w:after="80"/>
      </w:pPr>
      <w:r>
        <w:rPr>
          <w:b w:val="0"/>
          <w:i w:val="0"/>
        </w:rPr>
        <w:t xml:space="preserve">Để xem tài liệu chính thức về MCP, hãy truy cập </w:t>
      </w:r>
      <w:r>
        <w:rPr>
          <w:rFonts w:ascii="Consolas" w:hAnsi="Consolas"/>
          <w:b w:val="0"/>
          <w:i w:val="0"/>
          <w:sz w:val="20"/>
        </w:rPr>
        <w:br/>
        <w:br/>
        <w:t xml:space="preserve">       https://modelcontextprotocol.io/</w:t>
        <w:br/>
        <w:t xml:space="preserve">      </w:t>
        <w:br/>
      </w:r>
      <w:r>
        <w:rPr>
          <w:b w:val="0"/>
          <w:i w:val="0"/>
        </w:rPr>
        <w:t xml:space="preserve"> .</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Tạo chatbot của riêng bạn </w:t>
      </w:r>
      <w:r>
        <w:rPr>
          <w:b w:val="0"/>
          <w:i w:val="0"/>
        </w:rPr>
        <w:t xml:space="preserve"> , trong </w:t>
      </w:r>
      <w:r>
        <w:rPr>
          <w:b w:val="0"/>
          <w:i/>
        </w:rPr>
        <w:t xml:space="preserve"> Chương 11 </w:t>
      </w:r>
      <w:r>
        <w:rPr>
          <w:b w:val="0"/>
          <w:i w:val="0"/>
        </w:rPr>
        <w:t xml:space="preserve"> , mô tả những kiến thức cơ bản về làm việc với các mô hình AI</w:t>
      </w:r>
    </w:p>
    <w:p>
      <w:pPr>
        <w:spacing w:after="80"/>
        <w:ind w:left="360"/>
      </w:pPr>
      <w:r>
        <w:t xml:space="preserve">• </w:t>
      </w:r>
      <w:r>
        <w:rPr>
          <w:b w:val="0"/>
          <w:i w:val="0"/>
        </w:rPr>
        <w:t xml:space="preserve">Công thức </w:t>
      </w:r>
      <w:r>
        <w:rPr>
          <w:b w:val="0"/>
          <w:i/>
        </w:rPr>
        <w:t xml:space="preserve"> Tạo MCP server của riêng bạn </w:t>
      </w:r>
      <w:r>
        <w:rPr>
          <w:b w:val="0"/>
          <w:i w:val="0"/>
        </w:rPr>
        <w:t xml:space="preserve"> , tiếp theo trong chương này, để học cách tạo các công cụ MCP của riêng bạn</w:t>
      </w:r>
    </w:p>
    <w:p>
      <w:pPr>
        <w:pStyle w:val="Heading2"/>
      </w:pPr>
      <w:r>
        <w:rPr>
          <w:rFonts w:ascii="Calibri" w:hAnsi="Calibri"/>
          <w:b/>
          <w:i w:val="0"/>
          <w:sz w:val="32"/>
        </w:rPr>
        <w:t>Tạo MCP server của riêng bạn</w:t>
      </w:r>
    </w:p>
    <w:p>
      <w:pPr>
        <w:spacing w:after="80"/>
      </w:pPr>
      <w:r>
        <w:rPr>
          <w:b w:val="0"/>
          <w:i w:val="0"/>
        </w:rPr>
        <w:t>Nếu bạn không tìm được một MCP server chung đáp ứng được nhu cầu của mình, bạn hoàn toàn có thể tự tạo một cái. Giao thức MCP khá đơn giản và việc thiết lập một MCP tool mới cũng rất dễ dàng.</w:t>
      </w:r>
    </w:p>
    <w:p>
      <w:pPr>
        <w:spacing w:after="80"/>
      </w:pPr>
      <w:r>
        <w:rPr>
          <w:b/>
          <w:i w:val="0"/>
        </w:rPr>
        <w:t>Lưu ý</w:t>
      </w:r>
    </w:p>
    <w:p>
      <w:pPr>
        <w:spacing w:after="80"/>
      </w:pPr>
      <w:r>
        <w:rPr>
          <w:b w:val="0"/>
          <w:i w:val="0"/>
        </w:rPr>
        <w:t>Một cách rất hay để tạo MCP server là dùng các công cụ GenAI. GenAI hiểu giao thức MCP rất rõ và có thể giúp bạn tạo nhanh chóng.</w:t>
      </w:r>
    </w:p>
    <w:p>
      <w:pPr>
        <w:spacing w:after="80"/>
      </w:pPr>
      <w:r>
        <w:rPr>
          <w:b w:val="0"/>
          <w:i w:val="0"/>
        </w:rPr>
        <w:t xml:space="preserve">Trong công thức này, chúng ta sẽ xem cách tạo một công cụ kiểm tra hộp thư email của riêng bạn, tiếp nối công thức </w:t>
      </w:r>
      <w:r>
        <w:rPr>
          <w:b w:val="0"/>
          <w:i/>
        </w:rPr>
        <w:t>Đọc một email</w:t>
      </w:r>
      <w:r>
        <w:rPr>
          <w:b w:val="0"/>
          <w:i w:val="0"/>
        </w:rPr>
        <w:t xml:space="preserve"> ở </w:t>
      </w:r>
      <w:r>
        <w:rPr>
          <w:b w:val="0"/>
          <w:i/>
        </w:rPr>
        <w:t>Chương 9</w:t>
      </w:r>
      <w:r>
        <w:rPr>
          <w:b w:val="0"/>
          <w:i w:val="0"/>
        </w:rPr>
        <w:t>. Các script sẽ cung cấp bản tóm tắt email của bạn từ hôm qua (tối đa 20 email để đơn giản) và cho bạn tùy chọn tiếp tục đặt câu hỏi về chúng.</w:t>
      </w:r>
    </w:p>
    <w:p>
      <w:pPr>
        <w:spacing w:after="80"/>
      </w:pPr>
      <w:r>
        <w:rPr>
          <w:b/>
          <w:i w:val="0"/>
        </w:rPr>
        <w:t>Mẹo</w:t>
      </w:r>
    </w:p>
    <w:p>
      <w:pPr>
        <w:spacing w:after="80"/>
      </w:pPr>
      <w:r>
        <w:rPr>
          <w:b w:val="0"/>
          <w:i w:val="0"/>
        </w:rPr>
        <w:t xml:space="preserve">Hãy nhớ lại những gì chúng ta đã thảo luận ở </w:t>
      </w:r>
      <w:r>
        <w:rPr>
          <w:b w:val="0"/>
          <w:i/>
        </w:rPr>
        <w:t>chương 11</w:t>
      </w:r>
      <w:r>
        <w:rPr>
          <w:b w:val="0"/>
          <w:i w:val="0"/>
        </w:rPr>
        <w:t xml:space="preserve"> về các mô hình cục bộ. Ở đây chúng ta đang gửi email để xử lý từ xa, điều này có ảnh hưởng đến quyền riêng tư dữ liệu và lòng tin vào nhà cung cấp mô hình. Bạn có thể thích dùng một mô hình chạy trên máy tính của mình hơn, dù nó yếu hơn, để chắc chắn rằng dữ liệu của bạn vẫn riêng tư.</w:t>
      </w:r>
    </w:p>
    <w:p>
      <w:pPr>
        <w:pStyle w:val="Heading3"/>
      </w:pPr>
      <w:r>
        <w:rPr>
          <w:rFonts w:ascii="Calibri" w:hAnsi="Calibri"/>
          <w:b/>
          <w:i w:val="0"/>
          <w:sz w:val="26"/>
        </w:rPr>
        <w:t>Chuẩn bị</w:t>
      </w:r>
    </w:p>
    <w:p>
      <w:pPr>
        <w:spacing w:after="80"/>
      </w:pPr>
      <w:r>
        <w:rPr>
          <w:b w:val="0"/>
          <w:i w:val="0"/>
        </w:rPr>
        <w:t>Trong công thức này, chúng ta sẽ cần các mô-đun sau trong môi trường ảo của mình:</w:t>
      </w:r>
    </w:p>
    <w:p>
      <w:pPr>
        <w:spacing w:after="0"/>
        <w:ind w:left="360"/>
        <w:shd w:val="clear" w:color="auto" w:fill="F2F2F2"/>
      </w:pPr>
      <w:r>
        <w:rPr>
          <w:rFonts w:ascii="Consolas" w:hAnsi="Consolas"/>
          <w:sz w:val="18"/>
        </w:rPr>
        <w:t>$ echo "python-dotenv==1.2.2" &gt;&gt; requirements.txt</w:t>
      </w:r>
    </w:p>
    <w:p>
      <w:pPr>
        <w:spacing w:after="0"/>
        <w:ind w:left="360"/>
        <w:shd w:val="clear" w:color="auto" w:fill="F2F2F2"/>
      </w:pPr>
      <w:r>
        <w:rPr>
          <w:rFonts w:ascii="Consolas" w:hAnsi="Consolas"/>
          <w:sz w:val="18"/>
        </w:rPr>
        <w:t>$ echo "openai==2.28.0" &gt;&gt; requirements.txt</w:t>
      </w:r>
    </w:p>
    <w:p>
      <w:pPr>
        <w:spacing w:after="0"/>
        <w:ind w:left="360"/>
        <w:shd w:val="clear" w:color="auto" w:fill="F2F2F2"/>
      </w:pPr>
      <w:r>
        <w:rPr>
          <w:rFonts w:ascii="Consolas" w:hAnsi="Consolas"/>
          <w:sz w:val="18"/>
        </w:rPr>
        <w:t>$ echo "rich==14.3.3" &gt;&gt; requirements.txt</w:t>
      </w:r>
    </w:p>
    <w:p>
      <w:pPr>
        <w:spacing w:after="0"/>
        <w:ind w:left="360"/>
        <w:shd w:val="clear" w:color="auto" w:fill="F2F2F2"/>
      </w:pPr>
      <w:r>
        <w:rPr>
          <w:rFonts w:ascii="Consolas" w:hAnsi="Consolas"/>
          <w:sz w:val="18"/>
        </w:rPr>
        <w:t>$ echo "mcp==1.26.0" &gt;&gt; requirements.txt</w:t>
      </w:r>
    </w:p>
    <w:p>
      <w:pPr>
        <w:spacing w:after="0"/>
        <w:ind w:left="360"/>
        <w:shd w:val="clear" w:color="auto" w:fill="F2F2F2"/>
      </w:pPr>
      <w:r>
        <w:rPr>
          <w:rFonts w:ascii="Consolas" w:hAnsi="Consolas"/>
          <w:sz w:val="18"/>
        </w:rPr>
        <w:t>$ pip install -r requirements.txt</w:t>
      </w:r>
    </w:p>
    <w:p>
      <w:pPr>
        <w:spacing w:after="40"/>
      </w:pPr>
    </w:p>
    <w:p>
      <w:pPr>
        <w:spacing w:after="80"/>
      </w:pPr>
      <w:r>
        <w:rPr>
          <w:b w:val="0"/>
          <w:i w:val="0"/>
        </w:rPr>
        <w:t xml:space="preserve">Nhớ có sẵn key </w:t>
      </w:r>
      <w:r>
        <w:rPr>
          <w:rFonts w:ascii="Consolas" w:hAnsi="Consolas"/>
          <w:b w:val="0"/>
          <w:i w:val="0"/>
          <w:sz w:val="20"/>
        </w:rPr>
        <w:br/>
        <w:br/>
        <w:t xml:space="preserve">      openAI</w:t>
        <w:br/>
        <w:t xml:space="preserve">     </w:t>
        <w:br/>
      </w:r>
      <w:r>
        <w:rPr>
          <w:b w:val="0"/>
          <w:i w:val="0"/>
        </w:rPr>
        <w:t xml:space="preserve"> của bạn trong file </w:t>
      </w:r>
      <w:r>
        <w:rPr>
          <w:rFonts w:ascii="Consolas" w:hAnsi="Consolas"/>
          <w:b w:val="0"/>
          <w:i w:val="0"/>
          <w:sz w:val="20"/>
        </w:rPr>
        <w:br/>
        <w:br/>
        <w:t xml:space="preserve">      .env</w:t>
        <w:br/>
        <w:t xml:space="preserve">     </w:t>
        <w:br/>
      </w:r>
      <w:r>
        <w:rPr>
          <w:b w:val="0"/>
          <w:i w:val="0"/>
        </w:rPr>
        <w:t xml:space="preserve">. Chúng ta cũng sẽ cần thông tin đăng nhập email của bạn, như đã mô tả trong </w:t>
      </w:r>
      <w:r>
        <w:rPr>
          <w:b w:val="0"/>
          <w:i/>
        </w:rPr>
        <w:t>Đọc một email</w:t>
      </w:r>
      <w:r>
        <w:rPr>
          <w:b w:val="0"/>
          <w:i w:val="0"/>
        </w:rPr>
        <w:t xml:space="preserve"> ở </w:t>
      </w:r>
      <w:r>
        <w:rPr>
          <w:b w:val="0"/>
          <w:i/>
        </w:rPr>
        <w:t>Chương 9</w:t>
      </w:r>
      <w:r>
        <w:rPr>
          <w:b w:val="0"/>
          <w:i w:val="0"/>
        </w:rPr>
        <w:t xml:space="preserve">. Hãy thêm chúng vào file </w:t>
      </w:r>
      <w:r>
        <w:rPr>
          <w:rFonts w:ascii="Consolas" w:hAnsi="Consolas"/>
          <w:b w:val="0"/>
          <w:i w:val="0"/>
          <w:sz w:val="20"/>
        </w:rPr>
        <w:br/>
        <w:br/>
        <w:t xml:space="preserve">      .env</w:t>
        <w:br/>
        <w:t xml:space="preserve">     </w:t>
        <w:br/>
      </w:r>
      <w:r>
        <w:rPr>
          <w:b w:val="0"/>
          <w:i w:val="0"/>
        </w:rPr>
        <w:t xml:space="preserve"> với tên </w:t>
      </w:r>
      <w:r>
        <w:rPr>
          <w:rFonts w:ascii="Consolas" w:hAnsi="Consolas"/>
          <w:b w:val="0"/>
          <w:i w:val="0"/>
          <w:sz w:val="20"/>
        </w:rPr>
        <w:br/>
        <w:br/>
        <w:t xml:space="preserve">      EMAIL_USER</w:t>
        <w:br/>
        <w:t xml:space="preserve">     </w:t>
        <w:br/>
      </w:r>
      <w:r>
        <w:rPr>
          <w:b w:val="0"/>
          <w:i w:val="0"/>
        </w:rPr>
        <w:t xml:space="preserve"> và </w:t>
      </w:r>
      <w:r>
        <w:rPr>
          <w:rFonts w:ascii="Consolas" w:hAnsi="Consolas"/>
          <w:b w:val="0"/>
          <w:i w:val="0"/>
          <w:sz w:val="20"/>
        </w:rPr>
        <w:br/>
        <w:br/>
        <w:t xml:space="preserve">      EMAIL_PASSWORD</w:t>
        <w:br/>
        <w:t xml:space="preserve">     </w:t>
        <w:br/>
      </w:r>
      <w:r>
        <w:rPr>
          <w:b w:val="0"/>
          <w:i w:val="0"/>
        </w:rPr>
        <w:t xml:space="preserve">. Bạn cũng có thể thêm </w:t>
      </w:r>
      <w:r>
        <w:rPr>
          <w:rFonts w:ascii="Consolas" w:hAnsi="Consolas"/>
          <w:b w:val="0"/>
          <w:i w:val="0"/>
          <w:sz w:val="20"/>
        </w:rPr>
        <w:br/>
        <w:br/>
        <w:t xml:space="preserve">      MAILBOX</w:t>
        <w:br/>
        <w:t xml:space="preserve">     </w:t>
        <w:br/>
      </w:r>
      <w:r>
        <w:rPr>
          <w:b w:val="0"/>
          <w:i w:val="0"/>
        </w:rPr>
        <w:t>, như chúng ta sẽ thấy sau.</w:t>
      </w:r>
    </w:p>
    <w:p>
      <w:pPr>
        <w:spacing w:after="80"/>
      </w:pPr>
      <w:r>
        <w:rPr>
          <w:b/>
          <w:i w:val="0"/>
        </w:rPr>
        <w:t>Lưu ý</w:t>
      </w:r>
    </w:p>
    <w:p>
      <w:pPr>
        <w:spacing w:after="80"/>
      </w:pPr>
      <w:r>
        <w:rPr>
          <w:b w:val="0"/>
          <w:i w:val="0"/>
        </w:rPr>
        <w:t xml:space="preserve">Trong repo có sẵn một file </w:t>
      </w:r>
      <w:r>
        <w:rPr>
          <w:rFonts w:ascii="Consolas" w:hAnsi="Consolas"/>
          <w:b w:val="0"/>
          <w:i w:val="0"/>
          <w:sz w:val="20"/>
        </w:rPr>
        <w:br/>
        <w:br/>
        <w:t xml:space="preserve">       .env.template</w:t>
        <w:br/>
        <w:t xml:space="preserve">      </w:t>
        <w:br/>
      </w:r>
      <w:r>
        <w:rPr>
          <w:b w:val="0"/>
          <w:i w:val="0"/>
        </w:rPr>
        <w:t xml:space="preserve"> có thể điền vào, nhưng nó chứa tất cả các biến được dùng trong chương này. Chỉ có </w:t>
      </w:r>
      <w:r>
        <w:rPr>
          <w:rFonts w:ascii="Consolas" w:hAnsi="Consolas"/>
          <w:b w:val="0"/>
          <w:i w:val="0"/>
          <w:sz w:val="20"/>
        </w:rPr>
        <w:br/>
        <w:br/>
        <w:t xml:space="preserve">       OPEN_AI_KEY</w:t>
        <w:br/>
        <w:t xml:space="preserve">      </w:t>
        <w:br/>
      </w:r>
      <w:r>
        <w:rPr>
          <w:b w:val="0"/>
          <w:i w:val="0"/>
        </w:rPr>
        <w:t xml:space="preserve">, </w:t>
      </w:r>
      <w:r>
        <w:rPr>
          <w:rFonts w:ascii="Consolas" w:hAnsi="Consolas"/>
          <w:b w:val="0"/>
          <w:i w:val="0"/>
          <w:sz w:val="20"/>
        </w:rPr>
        <w:br/>
        <w:br/>
        <w:t xml:space="preserve">       EMAIL_USER</w:t>
        <w:br/>
        <w:t xml:space="preserve">      </w:t>
        <w:br/>
      </w:r>
      <w:r>
        <w:rPr>
          <w:b w:val="0"/>
          <w:i w:val="0"/>
        </w:rPr>
        <w:t xml:space="preserve">, </w:t>
      </w:r>
      <w:r>
        <w:rPr>
          <w:rFonts w:ascii="Consolas" w:hAnsi="Consolas"/>
          <w:b w:val="0"/>
          <w:i w:val="0"/>
          <w:sz w:val="20"/>
        </w:rPr>
        <w:br/>
        <w:br/>
        <w:t xml:space="preserve">       EMAIL_PASSWORD</w:t>
        <w:br/>
        <w:t xml:space="preserve">      </w:t>
        <w:br/>
      </w:r>
      <w:r>
        <w:rPr>
          <w:b w:val="0"/>
          <w:i w:val="0"/>
        </w:rPr>
        <w:t xml:space="preserve"> và </w:t>
      </w:r>
      <w:r>
        <w:rPr>
          <w:rFonts w:ascii="Consolas" w:hAnsi="Consolas"/>
          <w:b w:val="0"/>
          <w:i w:val="0"/>
          <w:sz w:val="20"/>
        </w:rPr>
        <w:br/>
        <w:br/>
        <w:t xml:space="preserve">       MAILBOX</w:t>
        <w:br/>
        <w:t xml:space="preserve">      </w:t>
        <w:br/>
      </w:r>
      <w:r>
        <w:rPr>
          <w:b w:val="0"/>
          <w:i w:val="0"/>
        </w:rPr>
        <w:t xml:space="preserve"> được dùng trong công thức này.</w:t>
      </w:r>
    </w:p>
    <w:p>
      <w:pPr>
        <w:spacing w:after="80"/>
      </w:pPr>
      <w:r>
        <w:rPr>
          <w:b w:val="0"/>
          <w:i w:val="0"/>
        </w:rPr>
        <w:t xml:space="preserve">Tải các script </w:t>
      </w:r>
      <w:r>
        <w:rPr>
          <w:rFonts w:ascii="Consolas" w:hAnsi="Consolas"/>
          <w:b w:val="0"/>
          <w:i w:val="0"/>
          <w:sz w:val="20"/>
        </w:rPr>
        <w:br/>
        <w:br/>
        <w:t xml:space="preserve">      ask_email.py</w:t>
        <w:br/>
        <w:t xml:space="preserve">     </w:t>
        <w:br/>
      </w:r>
      <w:r>
        <w:rPr>
          <w:b w:val="0"/>
          <w:i w:val="0"/>
        </w:rPr>
        <w:t xml:space="preserve">, </w:t>
      </w:r>
      <w:r>
        <w:rPr>
          <w:rFonts w:ascii="Consolas" w:hAnsi="Consolas"/>
          <w:b w:val="0"/>
          <w:i w:val="0"/>
          <w:sz w:val="20"/>
        </w:rPr>
        <w:br/>
        <w:br/>
        <w:t xml:space="preserve">      email_mcp_server.py</w:t>
        <w:br/>
        <w:t xml:space="preserve">     </w:t>
        <w:br/>
      </w:r>
      <w:r>
        <w:rPr>
          <w:b w:val="0"/>
          <w:i w:val="0"/>
        </w:rPr>
        <w:t xml:space="preserve"> và </w:t>
      </w:r>
      <w:r>
        <w:rPr>
          <w:rFonts w:ascii="Consolas" w:hAnsi="Consolas"/>
          <w:b w:val="0"/>
          <w:i w:val="0"/>
          <w:sz w:val="20"/>
        </w:rPr>
        <w:br/>
        <w:br/>
        <w:t xml:space="preserve">      email_tool.py</w:t>
        <w:br/>
        <w:t xml:space="preserve">     </w:t>
        <w:br/>
      </w:r>
      <w:r>
        <w:rPr>
          <w:b w:val="0"/>
          <w:i w:val="0"/>
        </w:rPr>
        <w:t xml:space="preserve"> từ GitHub tại </w:t>
      </w:r>
      <w:r>
        <w:rPr>
          <w:rFonts w:ascii="Consolas" w:hAnsi="Consolas"/>
          <w:b w:val="0"/>
          <w:i w:val="0"/>
          <w:sz w:val="20"/>
        </w:rPr>
        <w:br/>
        <w:br/>
        <w:t xml:space="preserve">       https://github.com/PacktPublishing/Python-Automation-Cookbook-Third-Edition/blob/master/ch12/</w:t>
        <w:br/>
        <w:t xml:space="preserve">      </w:t>
        <w:br/>
      </w:r>
      <w:r>
        <w:rPr>
          <w:b w:val="0"/>
          <w:i w:val="0"/>
        </w:rPr>
        <w:t>.</w:t>
      </w:r>
    </w:p>
    <w:p>
      <w:pPr>
        <w:spacing w:after="80"/>
      </w:pPr>
      <w:r>
        <w:rPr>
          <w:b w:val="0"/>
          <w:i w:val="0"/>
        </w:rPr>
        <w:t xml:space="preserve">Chúng ta sẽ dùng mô hình GPT-5.4. Hãy kiểm tra xem nó có sẵn trên trang OpenAI không (https://developers.openai.com/api/docs/models). Nếu không, hãy đổi cho phù hợp. </w:t>
      </w:r>
      <w:r>
        <w:rPr>
          <w:b w:val="0"/>
          <w:i/>
        </w:rPr>
        <w:t>Có</w:t>
      </w:r>
      <w:r>
        <w:rPr>
          <w:b w:val="0"/>
          <w:i w:val="0"/>
        </w:rPr>
        <w:t xml:space="preserve"> </w:t>
      </w:r>
      <w:r>
        <w:rPr>
          <w:b w:val="0"/>
          <w:i/>
        </w:rPr>
        <w:t>'</w:t>
      </w:r>
      <w:r>
        <w:rPr>
          <w:b w:val="0"/>
          <w:i w:val="0"/>
        </w:rPr>
        <w:t xml:space="preserve"> </w:t>
      </w:r>
      <w:r>
        <w:rPr>
          <w:b w:val="0"/>
          <w:i/>
        </w:rPr>
        <w:t>thêm</w:t>
      </w:r>
      <w:r>
        <w:rPr>
          <w:b w:val="0"/>
          <w:i w:val="0"/>
        </w:rPr>
        <w:t xml:space="preserve"> thông tin về nó trong phần There's more của công thức </w:t>
      </w:r>
      <w:r>
        <w:rPr>
          <w:b w:val="0"/>
          <w:i/>
        </w:rPr>
        <w:t>Tạo chatbot của riêng bạn</w:t>
      </w:r>
      <w:r>
        <w:rPr>
          <w:b w:val="0"/>
          <w:i w:val="0"/>
        </w:rPr>
        <w:t xml:space="preserve"> ở </w:t>
      </w:r>
      <w:r>
        <w:rPr>
          <w:b w:val="0"/>
          <w:i/>
        </w:rPr>
        <w:t>Chương 11</w:t>
      </w:r>
      <w:r>
        <w:rPr>
          <w:b w:val="0"/>
          <w:i w:val="0"/>
        </w:rPr>
        <w:t>.</w:t>
      </w:r>
    </w:p>
    <w:p>
      <w:pPr>
        <w:pStyle w:val="Heading3"/>
      </w:pPr>
      <w:r>
        <w:rPr>
          <w:rFonts w:ascii="Calibri" w:hAnsi="Calibri"/>
          <w:b/>
          <w:i w:val="0"/>
          <w:sz w:val="26"/>
        </w:rPr>
        <w:t>Cách thực hiện…</w:t>
      </w:r>
    </w:p>
    <w:p>
      <w:pPr>
        <w:spacing w:after="80"/>
        <w:ind w:left="360"/>
      </w:pPr>
      <w:r>
        <w:t xml:space="preserve">1. </w:t>
      </w:r>
      <w:r>
        <w:rPr>
          <w:b w:val="0"/>
          <w:i w:val="0"/>
        </w:rPr>
        <w:t xml:space="preserve">Kiểm tra xem thông tin đăng nhập email của bạn có đúng không. Gọi </w:t>
      </w:r>
      <w:r>
        <w:rPr>
          <w:rFonts w:ascii="Consolas" w:hAnsi="Consolas"/>
          <w:b w:val="0"/>
          <w:i w:val="0"/>
          <w:sz w:val="20"/>
        </w:rPr>
        <w:br/>
        <w:br/>
        <w:t xml:space="preserve">       email_tool.py</w:t>
        <w:br/>
        <w:t xml:space="preserve">      </w:t>
        <w:br/>
      </w:r>
      <w:r>
        <w:rPr>
          <w:b w:val="0"/>
          <w:i w:val="0"/>
        </w:rPr>
        <w:t xml:space="preserve"> để xem nó có lấy được những email mới nhất của bạn không.</w:t>
      </w:r>
    </w:p>
    <w:p>
      <w:pPr>
        <w:spacing w:after="0"/>
        <w:ind w:left="360"/>
        <w:shd w:val="clear" w:color="auto" w:fill="F2F2F2"/>
      </w:pPr>
      <w:r>
        <w:rPr>
          <w:rFonts w:ascii="Consolas" w:hAnsi="Consolas"/>
          <w:sz w:val="18"/>
        </w:rPr>
        <w:t>$ uv run email_tool.py</w:t>
      </w:r>
    </w:p>
    <w:p>
      <w:pPr>
        <w:spacing w:after="0"/>
        <w:ind w:left="360"/>
        <w:shd w:val="clear" w:color="auto" w:fill="F2F2F2"/>
      </w:pPr>
      <w:r>
        <w:rPr>
          <w:rFonts w:ascii="Consolas" w:hAnsi="Consolas"/>
          <w:sz w:val="18"/>
        </w:rPr>
        <w:t>1 Email subject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20 Email subject</w:t>
      </w:r>
    </w:p>
    <w:p>
      <w:pPr>
        <w:spacing w:after="40"/>
      </w:pPr>
    </w:p>
    <w:p>
      <w:pPr>
        <w:spacing w:after="80"/>
        <w:ind w:left="360"/>
      </w:pPr>
      <w:r>
        <w:t xml:space="preserve">2. </w:t>
      </w:r>
      <w:r>
        <w:rPr>
          <w:b w:val="0"/>
          <w:i w:val="0"/>
        </w:rPr>
        <w:t xml:space="preserve">Gọi </w:t>
      </w:r>
      <w:r>
        <w:rPr>
          <w:rFonts w:ascii="Consolas" w:hAnsi="Consolas"/>
          <w:b w:val="0"/>
          <w:i w:val="0"/>
          <w:sz w:val="20"/>
        </w:rPr>
        <w:br/>
        <w:br/>
        <w:t xml:space="preserve">       ask_email.py</w:t>
        <w:br/>
        <w:t xml:space="preserve">      </w:t>
        <w:br/>
      </w:r>
      <w:r>
        <w:rPr>
          <w:b w:val="0"/>
          <w:i w:val="0"/>
        </w:rPr>
        <w:t xml:space="preserve"> để xử lý. Nó sẽ hiển thị cho bạn một vài đoạn tóm tắt email của bạn.</w:t>
      </w:r>
    </w:p>
    <w:p>
      <w:pPr>
        <w:spacing w:after="0"/>
        <w:ind w:left="360"/>
        <w:shd w:val="clear" w:color="auto" w:fill="F2F2F2"/>
      </w:pPr>
      <w:r>
        <w:rPr>
          <w:rFonts w:ascii="Consolas" w:hAnsi="Consolas"/>
          <w:sz w:val="18"/>
        </w:rPr>
        <w:t>$ uv run ask_email.py</w:t>
      </w:r>
    </w:p>
    <w:p>
      <w:pPr>
        <w:spacing w:after="0"/>
        <w:ind w:left="360"/>
        <w:shd w:val="clear" w:color="auto" w:fill="F2F2F2"/>
      </w:pPr>
      <w:r>
        <w:rPr>
          <w:rFonts w:ascii="Consolas" w:hAnsi="Consolas"/>
          <w:sz w:val="18"/>
        </w:rPr>
        <w:t>[03/19/26 20:28:19] INFO     Processing request of type ListToolsRequest                                                                                                                   server.py:720</w:t>
      </w:r>
    </w:p>
    <w:p>
      <w:pPr>
        <w:spacing w:after="0"/>
        <w:ind w:left="360"/>
        <w:shd w:val="clear" w:color="auto" w:fill="F2F2F2"/>
      </w:pPr>
      <w:r>
        <w:rPr>
          <w:rFonts w:ascii="Consolas" w:hAnsi="Consolas"/>
          <w:sz w:val="18"/>
        </w:rPr>
        <w:t>[03/19/26 20:28:21] INFO     Processing request of type CallToolRequest                                                                                                                    server.py:720</w:t>
      </w:r>
    </w:p>
    <w:p>
      <w:pPr>
        <w:spacing w:after="40"/>
      </w:pPr>
    </w:p>
    <w:p>
      <w:pPr>
        <w:spacing w:after="0"/>
        <w:ind w:left="360"/>
        <w:shd w:val="clear" w:color="auto" w:fill="F2F2F2"/>
      </w:pPr>
      <w:r>
        <w:rPr>
          <w:rFonts w:ascii="Consolas" w:hAnsi="Consolas"/>
          <w:sz w:val="18"/>
        </w:rPr>
        <w:t>[03/19/26 20:28:25] INFO     Processing request of type ListToolsRequest                                                                                                                   server.py:720</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Here's a summary of the latest day of emails you received: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It was a fairly busy mix of transactional updates, newsletters, promotions, and a couple of personal/work messages. The most important practical emails were a receipt confirming a payment to Netflox and multiple delivery updates. There was also a short work-related note from</w:t>
      </w:r>
    </w:p>
    <w:p>
      <w:pPr>
        <w:spacing w:after="0"/>
        <w:ind w:left="360"/>
        <w:shd w:val="clear" w:color="auto" w:fill="F2F2F2"/>
      </w:pPr>
      <w:r>
        <w:rPr>
          <w:rFonts w:ascii="Consolas" w:hAnsi="Consolas"/>
          <w:sz w:val="18"/>
        </w:rPr>
        <w:t>John Smith at Corp saying the contract is ready for review.</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The rest of the inbox was mostly newsletters and marketing. On the reading side, you got a issue 292 from Important News focused heavily on AI, engineering trends, tooling, and startup/industry news. There were also startup and crowdfunding digests from different sites. Retail and promotional emails came from places like</w:t>
      </w:r>
    </w:p>
    <w:p>
      <w:pPr>
        <w:spacing w:after="0"/>
        <w:ind w:left="360"/>
        <w:shd w:val="clear" w:color="auto" w:fill="F2F2F2"/>
      </w:pPr>
      <w:r>
        <w:rPr>
          <w:rFonts w:ascii="Consolas" w:hAnsi="Consolas"/>
          <w:sz w:val="18"/>
        </w:rPr>
        <w:t>Grocery Stores, Amazing Computers, Great Pens and Cozy Footwear, mostly highlighting new products, discounts, or entertainment recommendations.</w:t>
      </w:r>
    </w:p>
    <w:p>
      <w:pPr>
        <w:spacing w:after="0"/>
        <w:ind w:left="360"/>
        <w:shd w:val="clear" w:color="auto" w:fill="F2F2F2"/>
      </w:pPr>
      <w:r>
        <w:rPr>
          <w:rFonts w:ascii="Consolas" w:hAnsi="Consolas"/>
          <w:sz w:val="18"/>
        </w:rPr>
        <w:t>Overall, the day's inbox leaned heavily toward shopping, newsletters, and campaign promotions, with the key actionable items the receipt, the tracking updates, and the contract review</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Do you want to ask any question? [end to finish]</w:t>
      </w:r>
    </w:p>
    <w:p>
      <w:pPr>
        <w:spacing w:after="40"/>
      </w:pPr>
    </w:p>
    <w:p>
      <w:pPr>
        <w:spacing w:after="80"/>
        <w:ind w:left="360"/>
      </w:pPr>
      <w:r>
        <w:t xml:space="preserve">3. </w:t>
      </w:r>
      <w:r>
        <w:rPr>
          <w:b w:val="0"/>
          <w:i w:val="0"/>
        </w:rPr>
        <w:t>Bạn có thể hỏi thêm câu hỏi trong hộp thư đến của mình.</w:t>
      </w:r>
    </w:p>
    <w:p>
      <w:pPr>
        <w:spacing w:after="0"/>
        <w:ind w:left="360"/>
        <w:shd w:val="clear" w:color="auto" w:fill="F2F2F2"/>
      </w:pPr>
      <w:r>
        <w:rPr>
          <w:rFonts w:ascii="Consolas" w:hAnsi="Consolas"/>
          <w:sz w:val="18"/>
        </w:rPr>
        <w:t>Do you want to ask any question? [end to finish] Any good promotion?</w:t>
      </w:r>
    </w:p>
    <w:p>
      <w:pPr>
        <w:spacing w:after="0"/>
        <w:ind w:left="360"/>
        <w:shd w:val="clear" w:color="auto" w:fill="F2F2F2"/>
      </w:pPr>
      <w:r>
        <w:rPr>
          <w:rFonts w:ascii="Consolas" w:hAnsi="Consolas"/>
          <w:sz w:val="18"/>
        </w:rPr>
        <w:t>[03/19/26 20:34:52] INFO     Processing request of type ListToolsRequest                                                                                                                   server.py:720</w:t>
      </w:r>
    </w:p>
    <w:p>
      <w:pPr>
        <w:spacing w:after="0"/>
        <w:ind w:left="360"/>
        <w:shd w:val="clear" w:color="auto" w:fill="F2F2F2"/>
      </w:pPr>
      <w:r>
        <w:rPr>
          <w:rFonts w:ascii="Consolas" w:hAnsi="Consolas"/>
          <w:sz w:val="18"/>
        </w:rPr>
        <w:t>[03/19/26 20:34:53] INFO     Processing request of type CallToolRequest                                                                                                                    server.py:720</w:t>
      </w:r>
    </w:p>
    <w:p>
      <w:pPr>
        <w:spacing w:after="0"/>
        <w:ind w:left="360"/>
        <w:shd w:val="clear" w:color="auto" w:fill="F2F2F2"/>
      </w:pPr>
      <w:r>
        <w:rPr>
          <w:rFonts w:ascii="Consolas" w:hAnsi="Consolas"/>
          <w:sz w:val="18"/>
        </w:rPr>
        <w:t>[03/19/26 20:34:57] INFO     Processing request of type ListToolsRequest                                                                                                                   server.py:720</w:t>
      </w: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A few stood out, depending on what you care about: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Great Pens: probably the clearest "real" promo — 50% off selected S.T. Quill pens. If you're even slightly tempted by premium pens, this is the strongest discount in the batch.</w:t>
      </w:r>
    </w:p>
    <w:p>
      <w:pPr>
        <w:spacing w:after="0"/>
        <w:ind w:left="360"/>
        <w:shd w:val="clear" w:color="auto" w:fill="F2F2F2"/>
      </w:pPr>
      <w:r>
        <w:rPr>
          <w:rFonts w:ascii="Consolas" w:hAnsi="Consolas"/>
          <w:sz w:val="18"/>
        </w:rPr>
        <w:t xml:space="preserve"> • Cozy Footwear: 25% off everything, including licensed apparel. Broad but decent if you were already planning to buy.</w:t>
      </w:r>
    </w:p>
    <w:p>
      <w:pPr>
        <w:spacing w:after="0"/>
        <w:ind w:left="360"/>
        <w:shd w:val="clear" w:color="auto" w:fill="F2F2F2"/>
      </w:pPr>
      <w:r>
        <w:rPr>
          <w:rFonts w:ascii="Consolas" w:hAnsi="Consolas"/>
          <w:sz w:val="18"/>
        </w:rPr>
        <w:t>• Grocery Stores: not a simple percentage-off promo, but potentially good value if the products matches your taste.</w:t>
      </w:r>
    </w:p>
    <w:p>
      <w:pPr>
        <w:spacing w:after="0"/>
        <w:ind w:left="360"/>
        <w:shd w:val="clear" w:color="auto" w:fill="F2F2F2"/>
      </w:pPr>
      <w:r>
        <w:rPr>
          <w:rFonts w:ascii="Consolas" w:hAnsi="Consolas"/>
          <w:sz w:val="18"/>
        </w:rPr>
        <w:t xml:space="preserve"> • Amazing Computers: more product pushes than compelling promotions from what I can see.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So in short: best obvious deal = Cozy Pens 50% off S.T. Quill, best general discount = Cozy Footwear 25% off everything.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If you want, I can also give you a "best promo by category" breakdown: tech, stationery, clothing, and home.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Do you want to ask any question? [end to finish]</w:t>
      </w:r>
    </w:p>
    <w:p>
      <w:pPr>
        <w:spacing w:after="40"/>
      </w:pPr>
    </w:p>
    <w:p>
      <w:pPr>
        <w:spacing w:after="80"/>
        <w:ind w:left="360"/>
      </w:pPr>
      <w:r>
        <w:t xml:space="preserve">4. </w:t>
      </w:r>
      <w:r>
        <w:rPr>
          <w:b w:val="0"/>
          <w:i w:val="0"/>
        </w:rPr>
        <w:t xml:space="preserve">Khi bạn không muốn hỏi thêm câu hỏi nào nữa, hãy thoát bằng cách gõ </w:t>
      </w:r>
      <w:r>
        <w:rPr>
          <w:rFonts w:ascii="Consolas" w:hAnsi="Consolas"/>
          <w:b w:val="0"/>
          <w:i w:val="0"/>
          <w:sz w:val="20"/>
        </w:rPr>
        <w:br/>
        <w:br/>
        <w:t xml:space="preserve">       end</w:t>
        <w:br/>
        <w:t xml:space="preserve">      </w:t>
        <w:br/>
      </w:r>
      <w:r>
        <w:rPr>
          <w:b w:val="0"/>
          <w:i w:val="0"/>
        </w:rPr>
        <w:t xml:space="preserve"> .</w:t>
      </w:r>
    </w:p>
    <w:p>
      <w:pPr>
        <w:spacing w:after="0"/>
        <w:ind w:left="360"/>
        <w:shd w:val="clear" w:color="auto" w:fill="F2F2F2"/>
      </w:pPr>
      <w:r>
        <w:rPr>
          <w:rFonts w:ascii="Consolas" w:hAnsi="Consolas"/>
          <w:sz w:val="18"/>
        </w:rPr>
        <w:t>Do you want to ask any question? [end to finish] end</w:t>
      </w:r>
    </w:p>
    <w:p>
      <w:pPr>
        <w:spacing w:after="0"/>
        <w:ind w:left="360"/>
        <w:shd w:val="clear" w:color="auto" w:fill="F2F2F2"/>
      </w:pPr>
      <w:r>
        <w:rPr>
          <w:rFonts w:ascii="Consolas" w:hAnsi="Consolas"/>
          <w:sz w:val="18"/>
        </w:rPr>
        <w:t>bye!</w:t>
      </w:r>
    </w:p>
    <w:p>
      <w:pPr>
        <w:spacing w:after="40"/>
      </w:pPr>
    </w:p>
    <w:p>
      <w:pPr>
        <w:pStyle w:val="Heading3"/>
      </w:pPr>
      <w:r>
        <w:rPr>
          <w:rFonts w:ascii="Calibri" w:hAnsi="Calibri"/>
          <w:b/>
          <w:i w:val="0"/>
          <w:sz w:val="26"/>
        </w:rPr>
        <w:t>Cách nó hoạt động…</w:t>
      </w:r>
    </w:p>
    <w:p>
      <w:pPr>
        <w:spacing w:after="80"/>
      </w:pPr>
      <w:r>
        <w:rPr>
          <w:b w:val="0"/>
          <w:i w:val="0"/>
        </w:rPr>
        <w:t xml:space="preserve">Đầu tiên, hãy cùng xem qua script </w:t>
      </w:r>
      <w:r>
        <w:rPr>
          <w:rFonts w:ascii="Consolas" w:hAnsi="Consolas"/>
          <w:b w:val="0"/>
          <w:i w:val="0"/>
          <w:sz w:val="20"/>
        </w:rPr>
        <w:br/>
        <w:br/>
        <w:t xml:space="preserve">      email_tool.py</w:t>
        <w:br/>
        <w:t xml:space="preserve">     </w:t>
        <w:br/>
      </w:r>
      <w:r>
        <w:rPr>
          <w:b w:val="0"/>
          <w:i w:val="0"/>
        </w:rPr>
        <w:t xml:space="preserve"> . Script này tạo ra công cụ mà chúng ta dùng để lấy những email mới nhất. Toàn bộ script có sẵn trong tệp </w:t>
      </w:r>
      <w:r>
        <w:rPr>
          <w:rFonts w:ascii="Consolas" w:hAnsi="Consolas"/>
          <w:b w:val="0"/>
          <w:i w:val="0"/>
          <w:sz w:val="20"/>
        </w:rPr>
        <w:br/>
        <w:br/>
        <w:t xml:space="preserve">      email_tool.py</w:t>
        <w:br/>
        <w:t xml:space="preserve">     </w:t>
        <w:br/>
      </w:r>
      <w:r>
        <w:rPr>
          <w:b w:val="0"/>
          <w:i w:val="0"/>
        </w:rPr>
        <w:t xml:space="preserve"> trong thư mục chapter của kho GitHub, nhưng ở đây chúng ta sẽ trình bày một phiên bản đơn giản hóa.</w:t>
      </w:r>
    </w:p>
    <w:p>
      <w:pPr>
        <w:spacing w:after="0"/>
        <w:ind w:left="360"/>
        <w:shd w:val="clear" w:color="auto" w:fill="F2F2F2"/>
      </w:pPr>
      <w:r>
        <w:rPr>
          <w:rFonts w:ascii="Consolas" w:hAnsi="Consolas"/>
          <w:sz w:val="18"/>
        </w:rPr>
        <w:t># Imports</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EMAIL_USER = os.getenv('EMAIL_USER')</w:t>
      </w:r>
    </w:p>
    <w:p>
      <w:pPr>
        <w:spacing w:after="0"/>
        <w:ind w:left="360"/>
        <w:shd w:val="clear" w:color="auto" w:fill="F2F2F2"/>
      </w:pPr>
      <w:r>
        <w:rPr>
          <w:rFonts w:ascii="Consolas" w:hAnsi="Consolas"/>
          <w:sz w:val="18"/>
        </w:rPr>
        <w:t>EMAIL_PASSWORD = os.getenv('EMAIL_PASSWORD')</w:t>
      </w:r>
    </w:p>
    <w:p>
      <w:pPr>
        <w:spacing w:after="0"/>
        <w:ind w:left="360"/>
        <w:shd w:val="clear" w:color="auto" w:fill="F2F2F2"/>
      </w:pPr>
      <w:r>
        <w:rPr>
          <w:rFonts w:ascii="Consolas" w:hAnsi="Consolas"/>
          <w:sz w:val="18"/>
        </w:rPr>
        <w:t>MAILBOX = os.getenv('MAILBOX', 'inbox')</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Connect to the server and select the mailbox</w:t>
      </w:r>
    </w:p>
    <w:p>
      <w:pPr>
        <w:spacing w:after="0"/>
        <w:ind w:left="360"/>
        <w:shd w:val="clear" w:color="auto" w:fill="F2F2F2"/>
      </w:pPr>
      <w:r>
        <w:rPr>
          <w:rFonts w:ascii="Consolas" w:hAnsi="Consolas"/>
          <w:sz w:val="18"/>
        </w:rPr>
        <w:t>mail = imaplib.IMAP4_SSL('imap.gmail.com')</w:t>
      </w:r>
    </w:p>
    <w:p>
      <w:pPr>
        <w:spacing w:after="0"/>
        <w:ind w:left="360"/>
        <w:shd w:val="clear" w:color="auto" w:fill="F2F2F2"/>
      </w:pPr>
      <w:r>
        <w:rPr>
          <w:rFonts w:ascii="Consolas" w:hAnsi="Consolas"/>
          <w:sz w:val="18"/>
        </w:rPr>
        <w:t>mail.login(EMAIL_USER, EMAIL_PASSWORD)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mail.select(MAILBOX)</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retrieve_email_uid(email_uid):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Retrieve a single email, based on its uid.</w:t>
      </w:r>
    </w:p>
    <w:p>
      <w:pPr>
        <w:spacing w:after="0"/>
        <w:ind w:left="360"/>
        <w:shd w:val="clear" w:color="auto" w:fill="F2F2F2"/>
      </w:pPr>
      <w:r>
        <w:rPr>
          <w:rFonts w:ascii="Consolas" w:hAnsi="Consolas"/>
          <w:sz w:val="18"/>
        </w:rPr>
        <w:t xml:space="preserve">    Return its subject, address and text body as payload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return {</w:t>
      </w:r>
    </w:p>
    <w:p>
      <w:pPr>
        <w:spacing w:after="0"/>
        <w:ind w:left="360"/>
        <w:shd w:val="clear" w:color="auto" w:fill="F2F2F2"/>
      </w:pPr>
      <w:r>
        <w:rPr>
          <w:rFonts w:ascii="Consolas" w:hAnsi="Consolas"/>
          <w:sz w:val="18"/>
        </w:rPr>
        <w:t xml:space="preserve">        'subject': subject,</w:t>
      </w:r>
    </w:p>
    <w:p>
      <w:pPr>
        <w:spacing w:after="0"/>
        <w:ind w:left="360"/>
        <w:shd w:val="clear" w:color="auto" w:fill="F2F2F2"/>
      </w:pPr>
      <w:r>
        <w:rPr>
          <w:rFonts w:ascii="Consolas" w:hAnsi="Consolas"/>
          <w:sz w:val="18"/>
        </w:rPr>
        <w:t xml:space="preserve">        'address': address,</w:t>
      </w:r>
    </w:p>
    <w:p>
      <w:pPr>
        <w:spacing w:after="0"/>
        <w:ind w:left="360"/>
        <w:shd w:val="clear" w:color="auto" w:fill="F2F2F2"/>
      </w:pPr>
      <w:r>
        <w:rPr>
          <w:rFonts w:ascii="Consolas" w:hAnsi="Consolas"/>
          <w:sz w:val="18"/>
        </w:rPr>
        <w:t xml:space="preserve">        'payload': payload,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retrieve_last_emails():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Retrieve all emails since a day ago</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We retrieve only the last 20 emails, to simplify</w:t>
      </w:r>
    </w:p>
    <w:p>
      <w:pPr>
        <w:spacing w:after="0"/>
        <w:ind w:left="360"/>
        <w:shd w:val="clear" w:color="auto" w:fill="F2F2F2"/>
      </w:pPr>
      <w:r>
        <w:rPr>
          <w:rFonts w:ascii="Consolas" w:hAnsi="Consolas"/>
          <w:sz w:val="18"/>
        </w:rPr>
        <w:t xml:space="preserve">    email_uids = email_uids[-20:]</w:t>
      </w:r>
    </w:p>
    <w:p>
      <w:pPr>
        <w:spacing w:after="0"/>
        <w:ind w:left="360"/>
        <w:shd w:val="clear" w:color="auto" w:fill="F2F2F2"/>
      </w:pPr>
      <w:r>
        <w:rPr>
          <w:rFonts w:ascii="Consolas" w:hAnsi="Consolas"/>
          <w:sz w:val="18"/>
        </w:rPr>
        <w:t xml:space="preserve">    data = [retrieve_email_uid(uid) for uid in email_uids]</w:t>
      </w:r>
    </w:p>
    <w:p>
      <w:pPr>
        <w:spacing w:after="0"/>
        <w:ind w:left="360"/>
        <w:shd w:val="clear" w:color="auto" w:fill="F2F2F2"/>
      </w:pPr>
      <w:r>
        <w:rPr>
          <w:rFonts w:ascii="Consolas" w:hAnsi="Consolas"/>
          <w:sz w:val="18"/>
        </w:rPr>
        <w:t xml:space="preserve">    return data</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if __name__ == '__main__':</w:t>
      </w:r>
    </w:p>
    <w:p>
      <w:pPr>
        <w:spacing w:after="0"/>
        <w:ind w:left="360"/>
        <w:shd w:val="clear" w:color="auto" w:fill="F2F2F2"/>
      </w:pPr>
      <w:r>
        <w:rPr>
          <w:rFonts w:ascii="Consolas" w:hAnsi="Consolas"/>
          <w:sz w:val="18"/>
        </w:rPr>
        <w:t xml:space="preserve">    # Test that the retrieval of emails is successful</w:t>
      </w:r>
    </w:p>
    <w:p>
      <w:pPr>
        <w:spacing w:after="0"/>
        <w:ind w:left="360"/>
        <w:shd w:val="clear" w:color="auto" w:fill="F2F2F2"/>
      </w:pPr>
      <w:r>
        <w:rPr>
          <w:rFonts w:ascii="Consolas" w:hAnsi="Consolas"/>
          <w:sz w:val="18"/>
        </w:rPr>
        <w:t>for index, email in enumerate(retrieve_last_emails()):</w:t>
      </w:r>
    </w:p>
    <w:p>
      <w:pPr>
        <w:spacing w:after="0"/>
        <w:ind w:left="360"/>
        <w:shd w:val="clear" w:color="auto" w:fill="F2F2F2"/>
      </w:pPr>
      <w:r>
        <w:rPr>
          <w:rFonts w:ascii="Consolas" w:hAnsi="Consolas"/>
          <w:sz w:val="18"/>
        </w:rPr>
        <w:t xml:space="preserve">        print(index, email['subject'])</w:t>
      </w:r>
    </w:p>
    <w:p>
      <w:pPr>
        <w:spacing w:after="40"/>
      </w:pPr>
    </w:p>
    <w:p>
      <w:pPr>
        <w:spacing w:after="80"/>
      </w:pPr>
      <w:r>
        <w:rPr>
          <w:b w:val="0"/>
          <w:i w:val="0"/>
        </w:rPr>
        <w:t>Đoạn code này lấy các tin nhắn của ngày hôm trước.</w:t>
      </w:r>
    </w:p>
    <w:p>
      <w:pPr>
        <w:spacing w:after="80"/>
      </w:pPr>
      <w:r>
        <w:rPr>
          <w:b/>
          <w:i w:val="0"/>
        </w:rPr>
        <w:t>Lưu ý</w:t>
      </w:r>
    </w:p>
    <w:p>
      <w:pPr>
        <w:spacing w:after="80"/>
      </w:pPr>
      <w:r>
        <w:rPr>
          <w:b w:val="0"/>
          <w:i w:val="0"/>
        </w:rPr>
        <w:t>Để đơn giản và giảm thời gian, chúng ta giới hạn số lượng email tối đa là 20.</w:t>
      </w:r>
    </w:p>
    <w:p>
      <w:pPr>
        <w:spacing w:after="80"/>
      </w:pPr>
      <w:r>
        <w:rPr>
          <w:b w:val="0"/>
          <w:i w:val="0"/>
        </w:rPr>
        <w:t xml:space="preserve">Mỗi email được lấy về dưới dạng một dictionary gồm </w:t>
      </w:r>
      <w:r>
        <w:rPr>
          <w:rFonts w:ascii="Consolas" w:hAnsi="Consolas"/>
          <w:b w:val="0"/>
          <w:i w:val="0"/>
          <w:sz w:val="20"/>
        </w:rPr>
        <w:br/>
        <w:br/>
        <w:t xml:space="preserve">      subject</w:t>
        <w:br/>
        <w:t xml:space="preserve">     </w:t>
        <w:br/>
      </w:r>
      <w:r>
        <w:rPr>
          <w:b w:val="0"/>
          <w:i w:val="0"/>
        </w:rPr>
        <w:t xml:space="preserve"> , </w:t>
      </w:r>
      <w:r>
        <w:rPr>
          <w:rFonts w:ascii="Consolas" w:hAnsi="Consolas"/>
          <w:b w:val="0"/>
          <w:i w:val="0"/>
          <w:sz w:val="20"/>
        </w:rPr>
        <w:br/>
        <w:br/>
        <w:t xml:space="preserve">      address</w:t>
        <w:br/>
        <w:t xml:space="preserve">     </w:t>
        <w:br/>
      </w:r>
      <w:r>
        <w:rPr>
          <w:b w:val="0"/>
          <w:i w:val="0"/>
        </w:rPr>
        <w:t xml:space="preserve"> (người gửi), và </w:t>
      </w:r>
      <w:r>
        <w:rPr>
          <w:rFonts w:ascii="Consolas" w:hAnsi="Consolas"/>
          <w:b w:val="0"/>
          <w:i w:val="0"/>
          <w:sz w:val="20"/>
        </w:rPr>
        <w:br/>
        <w:br/>
        <w:t xml:space="preserve">      payload</w:t>
        <w:br/>
        <w:t xml:space="preserve">     </w:t>
        <w:br/>
      </w:r>
      <w:r>
        <w:rPr>
          <w:b w:val="0"/>
          <w:i w:val="0"/>
        </w:rPr>
        <w:t xml:space="preserve"> (phần nội dung văn bản của tin nhắn). Khi chạy script, chúng ta kiểm tra xem nó có hoạt động không bằng cách hiển thị tiêu đề của tất cả các email đó.</w:t>
      </w:r>
    </w:p>
    <w:p>
      <w:pPr>
        <w:spacing w:after="80"/>
      </w:pPr>
      <w:r>
        <w:rPr>
          <w:b/>
          <w:i w:val="0"/>
        </w:rPr>
        <w:t>Mẹo</w:t>
      </w:r>
    </w:p>
    <w:p>
      <w:pPr>
        <w:spacing w:after="80"/>
      </w:pPr>
      <w:r>
        <w:rPr>
          <w:b w:val="0"/>
          <w:i w:val="0"/>
        </w:rPr>
        <w:t>Việc thêm kiểu kiểm tra này là rất tốt, vì nó cho phép chúng ta kiểm tra lại rằng code của mình chạy đúng trước khi chuyển sang bước tiếp theo.</w:t>
      </w:r>
    </w:p>
    <w:p>
      <w:pPr>
        <w:spacing w:after="80"/>
      </w:pPr>
      <w:r>
        <w:rPr>
          <w:b w:val="0"/>
          <w:i w:val="0"/>
        </w:rPr>
        <w:t xml:space="preserve">Chúng ta đã thực hiện kiểm tra này ở </w:t>
      </w:r>
      <w:r>
        <w:rPr>
          <w:b w:val="0"/>
          <w:i/>
        </w:rPr>
        <w:t xml:space="preserve"> Bước 1 </w:t>
      </w:r>
      <w:r>
        <w:rPr>
          <w:b w:val="0"/>
          <w:i w:val="0"/>
        </w:rPr>
        <w:t xml:space="preserve"> .</w:t>
      </w:r>
    </w:p>
    <w:p>
      <w:pPr>
        <w:spacing w:after="80"/>
      </w:pPr>
      <w:r>
        <w:rPr>
          <w:b w:val="0"/>
          <w:i w:val="0"/>
        </w:rPr>
        <w:t xml:space="preserve">Giờ chúng ta cần xem qua </w:t>
      </w:r>
      <w:r>
        <w:rPr>
          <w:rFonts w:ascii="Consolas" w:hAnsi="Consolas"/>
          <w:b w:val="0"/>
          <w:i w:val="0"/>
          <w:sz w:val="20"/>
        </w:rPr>
        <w:br/>
        <w:br/>
        <w:t xml:space="preserve">      email_mcp_server.py</w:t>
        <w:br/>
        <w:t xml:space="preserve">     </w:t>
        <w:br/>
      </w:r>
      <w:r>
        <w:rPr>
          <w:b w:val="0"/>
          <w:i w:val="0"/>
        </w:rPr>
        <w:t xml:space="preserve"> . Tệp này là tệp định nghĩa MCP server.</w:t>
      </w:r>
    </w:p>
    <w:p>
      <w:pPr>
        <w:spacing w:after="0"/>
        <w:ind w:left="360"/>
        <w:shd w:val="clear" w:color="auto" w:fill="F2F2F2"/>
      </w:pPr>
      <w:r>
        <w:rPr>
          <w:rFonts w:ascii="Consolas" w:hAnsi="Consolas"/>
          <w:sz w:val="18"/>
        </w:rPr>
        <w:t>from mcp.server.fastmcp import FastMCP</w:t>
      </w:r>
    </w:p>
    <w:p>
      <w:pPr>
        <w:spacing w:after="0"/>
        <w:ind w:left="360"/>
        <w:shd w:val="clear" w:color="auto" w:fill="F2F2F2"/>
      </w:pPr>
      <w:r>
        <w:rPr>
          <w:rFonts w:ascii="Consolas" w:hAnsi="Consolas"/>
          <w:sz w:val="18"/>
        </w:rPr>
        <w:t>from email_tool import retrieve_last_emails as _retrieve_last_emails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mcp = FastMCP('Email Server')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@mcp.tool()</w:t>
      </w:r>
    </w:p>
    <w:p>
      <w:pPr>
        <w:spacing w:after="0"/>
        <w:ind w:left="360"/>
        <w:shd w:val="clear" w:color="auto" w:fill="F2F2F2"/>
      </w:pPr>
      <w:r>
        <w:rPr>
          <w:rFonts w:ascii="Consolas" w:hAnsi="Consolas"/>
          <w:sz w:val="18"/>
        </w:rPr>
        <w:t>def retrieve_last_emails():</w:t>
      </w:r>
    </w:p>
    <w:p>
      <w:pPr>
        <w:spacing w:after="0"/>
        <w:ind w:left="360"/>
        <w:shd w:val="clear" w:color="auto" w:fill="F2F2F2"/>
      </w:pPr>
      <w:r>
        <w:rPr>
          <w:rFonts w:ascii="Consolas" w:hAnsi="Consolas"/>
          <w:sz w:val="18"/>
        </w:rPr>
        <w:t xml:space="preserve">    '''Retrieve today's email from the mailbox.</w:t>
      </w:r>
    </w:p>
    <w:p>
      <w:pPr>
        <w:spacing w:after="0"/>
        <w:ind w:left="360"/>
        <w:shd w:val="clear" w:color="auto" w:fill="F2F2F2"/>
      </w:pPr>
      <w:r>
        <w:rPr>
          <w:rFonts w:ascii="Consolas" w:hAnsi="Consolas"/>
          <w:sz w:val="18"/>
        </w:rPr>
        <w:t xml:space="preserve">    Returns a list of dicts with subject, address, and payload.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return _retrieve_last_emails()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if __name__ == '__main__':</w:t>
      </w:r>
    </w:p>
    <w:p>
      <w:pPr>
        <w:spacing w:after="0"/>
        <w:ind w:left="360"/>
        <w:shd w:val="clear" w:color="auto" w:fill="F2F2F2"/>
      </w:pPr>
      <w:r>
        <w:rPr>
          <w:rFonts w:ascii="Consolas" w:hAnsi="Consolas"/>
          <w:sz w:val="18"/>
        </w:rPr>
        <w:t xml:space="preserve">    mcp.run(transport='stdio')</w:t>
      </w:r>
    </w:p>
    <w:p>
      <w:pPr>
        <w:spacing w:after="40"/>
      </w:pPr>
    </w:p>
    <w:p>
      <w:pPr>
        <w:spacing w:after="80"/>
      </w:pPr>
      <w:r>
        <w:rPr>
          <w:b w:val="0"/>
          <w:i w:val="0"/>
        </w:rPr>
        <w:t xml:space="preserve">Khi chúng ta gọi script, nó thiết lập một MCP server giao tiếp qua standard output. Và chúng ta định nghĩa một hành động duy nhất: </w:t>
      </w:r>
      <w:r>
        <w:rPr>
          <w:rFonts w:ascii="Consolas" w:hAnsi="Consolas"/>
          <w:b w:val="0"/>
          <w:i w:val="0"/>
          <w:sz w:val="20"/>
        </w:rPr>
        <w:br/>
        <w:br/>
        <w:t xml:space="preserve">      retrieve_last_emails()</w:t>
        <w:br/>
        <w:t xml:space="preserve">     </w:t>
        <w:br/>
      </w:r>
      <w:r>
        <w:rPr>
          <w:b w:val="0"/>
          <w:i w:val="0"/>
        </w:rPr>
        <w:t xml:space="preserve"> . Đây là lời gọi đến công cụ mà chúng ta đã chuẩn bị trong </w:t>
      </w:r>
      <w:r>
        <w:rPr>
          <w:rFonts w:ascii="Consolas" w:hAnsi="Consolas"/>
          <w:b w:val="0"/>
          <w:i w:val="0"/>
          <w:sz w:val="20"/>
        </w:rPr>
        <w:br/>
        <w:br/>
        <w:t xml:space="preserve">      email_tool.py</w:t>
        <w:br/>
        <w:t xml:space="preserve">     </w:t>
        <w:br/>
      </w:r>
      <w:r>
        <w:rPr>
          <w:b w:val="0"/>
          <w:i w:val="0"/>
        </w:rPr>
        <w:t xml:space="preserve"> .</w:t>
      </w:r>
    </w:p>
    <w:p>
      <w:pPr>
        <w:spacing w:after="80"/>
      </w:pPr>
      <w:r>
        <w:rPr>
          <w:b w:val="0"/>
          <w:i w:val="0"/>
        </w:rPr>
        <w:t xml:space="preserve">Framework MCP thiết lập mọi thứ theo cách rất dễ để định nghĩa một công cụ. Chúng ta chỉ cần dùng decorator </w:t>
      </w:r>
      <w:r>
        <w:rPr>
          <w:rFonts w:ascii="Consolas" w:hAnsi="Consolas"/>
          <w:b w:val="0"/>
          <w:i w:val="0"/>
          <w:sz w:val="20"/>
        </w:rPr>
        <w:br/>
        <w:br/>
        <w:t xml:space="preserve">      @mcp.tool</w:t>
        <w:br/>
        <w:t xml:space="preserve">     </w:t>
        <w:br/>
      </w:r>
      <w:r>
        <w:rPr>
          <w:b w:val="0"/>
          <w:i w:val="0"/>
        </w:rPr>
        <w:t xml:space="preserve"> . Framework công bố rằng công cụ này khả dụng và dùng docstring để cho phép mô hình AI gọi nó hiểu được những gì có thể mong đợi.</w:t>
      </w:r>
    </w:p>
    <w:p>
      <w:pPr>
        <w:spacing w:after="80"/>
      </w:pPr>
      <w:r>
        <w:rPr>
          <w:b w:val="0"/>
          <w:i w:val="0"/>
        </w:rPr>
        <w:t xml:space="preserve">Script </w:t>
      </w:r>
      <w:r>
        <w:rPr>
          <w:rFonts w:ascii="Consolas" w:hAnsi="Consolas"/>
          <w:b w:val="0"/>
          <w:i w:val="0"/>
          <w:sz w:val="20"/>
        </w:rPr>
        <w:br/>
        <w:br/>
        <w:t xml:space="preserve">      ask_email.py</w:t>
        <w:br/>
        <w:t xml:space="preserve">     </w:t>
        <w:br/>
      </w:r>
      <w:r>
        <w:rPr>
          <w:b w:val="0"/>
          <w:i w:val="0"/>
        </w:rPr>
        <w:t xml:space="preserve"> là nơi thực hiện phần việc GenAI. Đầu tiên chúng ta cấu hình MCP server sẽ được gọi và lấy câu hỏi đầu tiên.</w:t>
      </w:r>
    </w:p>
    <w:p>
      <w:pPr>
        <w:spacing w:after="0"/>
        <w:ind w:left="360"/>
        <w:shd w:val="clear" w:color="auto" w:fill="F2F2F2"/>
      </w:pPr>
      <w:r>
        <w:rPr>
          <w:rFonts w:ascii="Consolas" w:hAnsi="Consolas"/>
          <w:sz w:val="18"/>
        </w:rPr>
        <w:t>async with MCPServerStdio(</w:t>
      </w:r>
    </w:p>
    <w:p>
      <w:pPr>
        <w:spacing w:after="0"/>
        <w:ind w:left="360"/>
        <w:shd w:val="clear" w:color="auto" w:fill="F2F2F2"/>
      </w:pPr>
      <w:r>
        <w:rPr>
          <w:rFonts w:ascii="Consolas" w:hAnsi="Consolas"/>
          <w:sz w:val="18"/>
        </w:rPr>
        <w:t xml:space="preserve">    params={</w:t>
      </w:r>
    </w:p>
    <w:p>
      <w:pPr>
        <w:spacing w:after="0"/>
        <w:ind w:left="360"/>
        <w:shd w:val="clear" w:color="auto" w:fill="F2F2F2"/>
      </w:pPr>
      <w:r>
        <w:rPr>
          <w:rFonts w:ascii="Consolas" w:hAnsi="Consolas"/>
          <w:sz w:val="18"/>
        </w:rPr>
        <w:t xml:space="preserve">        'command': 'uv',</w:t>
      </w:r>
    </w:p>
    <w:p>
      <w:pPr>
        <w:spacing w:after="0"/>
        <w:ind w:left="360"/>
        <w:shd w:val="clear" w:color="auto" w:fill="F2F2F2"/>
      </w:pPr>
      <w:r>
        <w:rPr>
          <w:rFonts w:ascii="Consolas" w:hAnsi="Consolas"/>
          <w:sz w:val="18"/>
        </w:rPr>
        <w:t xml:space="preserve">        'args': ['run', 'email_mcp_server.py'],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name='email',</w:t>
      </w:r>
    </w:p>
    <w:p>
      <w:pPr>
        <w:spacing w:after="0"/>
        <w:ind w:left="360"/>
        <w:shd w:val="clear" w:color="auto" w:fill="F2F2F2"/>
      </w:pPr>
      <w:r>
        <w:rPr>
          <w:rFonts w:ascii="Consolas" w:hAnsi="Consolas"/>
          <w:sz w:val="18"/>
        </w:rPr>
        <w:t xml:space="preserve">    # Longer session (default is 5 seconds) to allow</w:t>
      </w:r>
    </w:p>
    <w:p>
      <w:pPr>
        <w:spacing w:after="0"/>
        <w:ind w:left="360"/>
        <w:shd w:val="clear" w:color="auto" w:fill="F2F2F2"/>
      </w:pPr>
      <w:r>
        <w:rPr>
          <w:rFonts w:ascii="Consolas" w:hAnsi="Consolas"/>
          <w:sz w:val="18"/>
        </w:rPr>
        <w:t># enough time to retrieve the emails</w:t>
      </w:r>
    </w:p>
    <w:p>
      <w:pPr>
        <w:spacing w:after="0"/>
        <w:ind w:left="360"/>
        <w:shd w:val="clear" w:color="auto" w:fill="F2F2F2"/>
      </w:pPr>
      <w:r>
        <w:rPr>
          <w:rFonts w:ascii="Consolas" w:hAnsi="Consolas"/>
          <w:sz w:val="18"/>
        </w:rPr>
        <w:t xml:space="preserve">    client_session_timeout_seconds=30,</w:t>
      </w:r>
    </w:p>
    <w:p>
      <w:pPr>
        <w:spacing w:after="0"/>
        <w:ind w:left="360"/>
        <w:shd w:val="clear" w:color="auto" w:fill="F2F2F2"/>
      </w:pPr>
      <w:r>
        <w:rPr>
          <w:rFonts w:ascii="Consolas" w:hAnsi="Consolas"/>
          <w:sz w:val="18"/>
        </w:rPr>
        <w:t>) as mcp_server:</w:t>
      </w:r>
    </w:p>
    <w:p>
      <w:pPr>
        <w:spacing w:after="0"/>
        <w:ind w:left="360"/>
        <w:shd w:val="clear" w:color="auto" w:fill="F2F2F2"/>
      </w:pPr>
      <w:r>
        <w:rPr>
          <w:rFonts w:ascii="Consolas" w:hAnsi="Consolas"/>
          <w:sz w:val="18"/>
        </w:rPr>
        <w:t xml:space="preserve">    agent = Agent(</w:t>
      </w:r>
    </w:p>
    <w:p>
      <w:pPr>
        <w:spacing w:after="0"/>
        <w:ind w:left="360"/>
        <w:shd w:val="clear" w:color="auto" w:fill="F2F2F2"/>
      </w:pPr>
      <w:r>
        <w:rPr>
          <w:rFonts w:ascii="Consolas" w:hAnsi="Consolas"/>
          <w:sz w:val="18"/>
        </w:rPr>
        <w:t xml:space="preserve">        name='MCP Assistant',</w:t>
      </w:r>
    </w:p>
    <w:p>
      <w:pPr>
        <w:spacing w:after="0"/>
        <w:ind w:left="360"/>
        <w:shd w:val="clear" w:color="auto" w:fill="F2F2F2"/>
      </w:pPr>
      <w:r>
        <w:rPr>
          <w:rFonts w:ascii="Consolas" w:hAnsi="Consolas"/>
          <w:sz w:val="18"/>
        </w:rPr>
        <w:t xml:space="preserve">        instructions='You are a helpful assistant with access '</w:t>
      </w:r>
    </w:p>
    <w:p>
      <w:pPr>
        <w:spacing w:after="0"/>
        <w:ind w:left="360"/>
        <w:shd w:val="clear" w:color="auto" w:fill="F2F2F2"/>
      </w:pPr>
      <w:r>
        <w:rPr>
          <w:rFonts w:ascii="Consolas" w:hAnsi="Consolas"/>
          <w:sz w:val="18"/>
        </w:rPr>
        <w:t>'to MCP tools',</w:t>
      </w:r>
    </w:p>
    <w:p>
      <w:pPr>
        <w:spacing w:after="0"/>
        <w:ind w:left="360"/>
        <w:shd w:val="clear" w:color="auto" w:fill="F2F2F2"/>
      </w:pPr>
      <w:r>
        <w:rPr>
          <w:rFonts w:ascii="Consolas" w:hAnsi="Consolas"/>
          <w:sz w:val="18"/>
        </w:rPr>
        <w:t xml:space="preserve">        mcp_servers=[mcp_server],</w:t>
      </w:r>
    </w:p>
    <w:p>
      <w:pPr>
        <w:spacing w:after="0"/>
        <w:ind w:left="360"/>
        <w:shd w:val="clear" w:color="auto" w:fill="F2F2F2"/>
      </w:pPr>
      <w:r>
        <w:rPr>
          <w:rFonts w:ascii="Consolas" w:hAnsi="Consolas"/>
          <w:sz w:val="18"/>
        </w:rPr>
        <w:t xml:space="preserve">        model=MODEL,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prompt = '''</w:t>
      </w:r>
    </w:p>
    <w:p>
      <w:pPr>
        <w:spacing w:after="0"/>
        <w:ind w:left="360"/>
        <w:shd w:val="clear" w:color="auto" w:fill="F2F2F2"/>
      </w:pPr>
      <w:r>
        <w:rPr>
          <w:rFonts w:ascii="Consolas" w:hAnsi="Consolas"/>
          <w:sz w:val="18"/>
        </w:rPr>
        <w:t xml:space="preserve">        Summarise me in a paragraph or two the latest day of emails</w:t>
      </w:r>
    </w:p>
    <w:p>
      <w:pPr>
        <w:spacing w:after="0"/>
        <w:ind w:left="360"/>
        <w:shd w:val="clear" w:color="auto" w:fill="F2F2F2"/>
      </w:pPr>
      <w:r>
        <w:rPr>
          <w:rFonts w:ascii="Consolas" w:hAnsi="Consolas"/>
          <w:sz w:val="18"/>
        </w:rPr>
        <w:t xml:space="preserve">        received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messages = [</w:t>
      </w:r>
    </w:p>
    <w:p>
      <w:pPr>
        <w:spacing w:after="0"/>
        <w:ind w:left="360"/>
        <w:shd w:val="clear" w:color="auto" w:fill="F2F2F2"/>
      </w:pPr>
      <w:r>
        <w:rPr>
          <w:rFonts w:ascii="Consolas" w:hAnsi="Consolas"/>
          <w:sz w:val="18"/>
        </w:rPr>
        <w:t xml:space="preserve">        {'role': 'user', 'content': prompt}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result = await Runner.run(agent, input=messages)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markdown = Markdown(result.final_output)</w:t>
      </w:r>
    </w:p>
    <w:p>
      <w:pPr>
        <w:spacing w:after="0"/>
        <w:ind w:left="360"/>
        <w:shd w:val="clear" w:color="auto" w:fill="F2F2F2"/>
      </w:pPr>
      <w:r>
        <w:rPr>
          <w:rFonts w:ascii="Consolas" w:hAnsi="Consolas"/>
          <w:sz w:val="18"/>
        </w:rPr>
        <w:t xml:space="preserve">    console.print(markdown)</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Như đã làm ở công thức trước, chúng ta phải cấu hình cách thiết lập MCP server. Trong trường hợp này, việc ở cùng thư mục giúp việc cấu hình dễ dàng hơn. Chúng ta gọi nó qua standard output.</w:t>
      </w:r>
    </w:p>
    <w:p>
      <w:pPr>
        <w:spacing w:after="80"/>
      </w:pPr>
      <w:r>
        <w:rPr>
          <w:b w:val="0"/>
          <w:i w:val="0"/>
        </w:rPr>
        <w:t xml:space="preserve">Đây là phần được thực thi trong </w:t>
      </w:r>
      <w:r>
        <w:rPr>
          <w:b w:val="0"/>
          <w:i/>
        </w:rPr>
        <w:t>bước 2</w:t>
      </w:r>
      <w:r>
        <w:rPr>
          <w:b w:val="0"/>
          <w:i w:val="0"/>
        </w:rPr>
        <w:t>.</w:t>
      </w:r>
    </w:p>
    <w:p>
      <w:pPr>
        <w:spacing w:after="80"/>
      </w:pPr>
      <w:r>
        <w:rPr>
          <w:b w:val="0"/>
          <w:i w:val="0"/>
        </w:rPr>
        <w:t>Sau đó, chúng ta khởi động vòng lặp chatbot để cho phép truy vấn dữ liệu hoặc tạo ra các hành động khác.</w:t>
      </w:r>
    </w:p>
    <w:p>
      <w:pPr>
        <w:spacing w:after="0"/>
        <w:ind w:left="360"/>
        <w:shd w:val="clear" w:color="auto" w:fill="F2F2F2"/>
      </w:pPr>
      <w:r>
        <w:rPr>
          <w:rFonts w:ascii="Consolas" w:hAnsi="Consolas"/>
          <w:sz w:val="18"/>
        </w:rPr>
        <w:t>while True:</w:t>
      </w:r>
    </w:p>
    <w:p>
      <w:pPr>
        <w:spacing w:after="0"/>
        <w:ind w:left="360"/>
        <w:shd w:val="clear" w:color="auto" w:fill="F2F2F2"/>
      </w:pPr>
      <w:r>
        <w:rPr>
          <w:rFonts w:ascii="Consolas" w:hAnsi="Consolas"/>
          <w:sz w:val="18"/>
        </w:rPr>
        <w:t xml:space="preserve">    # Allow to ask questions</w:t>
      </w:r>
    </w:p>
    <w:p>
      <w:pPr>
        <w:spacing w:after="0"/>
        <w:ind w:left="360"/>
        <w:shd w:val="clear" w:color="auto" w:fill="F2F2F2"/>
      </w:pPr>
      <w:r>
        <w:rPr>
          <w:rFonts w:ascii="Consolas" w:hAnsi="Consolas"/>
          <w:sz w:val="18"/>
        </w:rPr>
        <w:t xml:space="preserve">    question = input('Do you want to ask any question? [end to finish] ')</w:t>
      </w:r>
    </w:p>
    <w:p>
      <w:pPr>
        <w:spacing w:after="0"/>
        <w:ind w:left="360"/>
        <w:shd w:val="clear" w:color="auto" w:fill="F2F2F2"/>
      </w:pPr>
      <w:r>
        <w:rPr>
          <w:rFonts w:ascii="Consolas" w:hAnsi="Consolas"/>
          <w:sz w:val="18"/>
        </w:rPr>
        <w:t xml:space="preserve">    if question == 'end':</w:t>
      </w:r>
    </w:p>
    <w:p>
      <w:pPr>
        <w:spacing w:after="0"/>
        <w:ind w:left="360"/>
        <w:shd w:val="clear" w:color="auto" w:fill="F2F2F2"/>
      </w:pPr>
      <w:r>
        <w:rPr>
          <w:rFonts w:ascii="Consolas" w:hAnsi="Consolas"/>
          <w:sz w:val="18"/>
        </w:rPr>
        <w:t xml:space="preserve">        print('bye!')</w:t>
      </w:r>
    </w:p>
    <w:p>
      <w:pPr>
        <w:spacing w:after="0"/>
        <w:ind w:left="360"/>
        <w:shd w:val="clear" w:color="auto" w:fill="F2F2F2"/>
      </w:pPr>
      <w:r>
        <w:rPr>
          <w:rFonts w:ascii="Consolas" w:hAnsi="Consolas"/>
          <w:sz w:val="18"/>
        </w:rPr>
        <w:t xml:space="preserve">        break</w:t>
      </w:r>
    </w:p>
    <w:p>
      <w:pPr>
        <w:spacing w:after="0"/>
        <w:ind w:left="360"/>
        <w:shd w:val="clear" w:color="auto" w:fill="F2F2F2"/>
      </w:pPr>
      <w:r>
        <w:rPr>
          <w:rFonts w:ascii="Consolas" w:hAnsi="Consolas"/>
          <w:sz w:val="18"/>
        </w:rPr>
        <w:t># As in other chatbots, we add the context up to this moment</w:t>
      </w:r>
    </w:p>
    <w:p>
      <w:pPr>
        <w:spacing w:after="0"/>
        <w:ind w:left="360"/>
        <w:shd w:val="clear" w:color="auto" w:fill="F2F2F2"/>
      </w:pPr>
      <w:r>
        <w:rPr>
          <w:rFonts w:ascii="Consolas" w:hAnsi="Consolas"/>
          <w:sz w:val="18"/>
        </w:rPr>
        <w:t># question to the context of the AI Model</w:t>
      </w:r>
    </w:p>
    <w:p>
      <w:pPr>
        <w:spacing w:after="0"/>
        <w:ind w:left="360"/>
        <w:shd w:val="clear" w:color="auto" w:fill="F2F2F2"/>
      </w:pPr>
      <w:r>
        <w:rPr>
          <w:rFonts w:ascii="Consolas" w:hAnsi="Consolas"/>
          <w:sz w:val="18"/>
        </w:rPr>
        <w:t xml:space="preserve">    messages = result.to_input_list(mode='normalized')</w:t>
      </w:r>
    </w:p>
    <w:p>
      <w:pPr>
        <w:spacing w:after="0"/>
        <w:ind w:left="360"/>
        <w:shd w:val="clear" w:color="auto" w:fill="F2F2F2"/>
      </w:pPr>
      <w:r>
        <w:rPr>
          <w:rFonts w:ascii="Consolas" w:hAnsi="Consolas"/>
          <w:sz w:val="18"/>
        </w:rPr>
        <w:t xml:space="preserve">    # Plus the new question from the user</w:t>
      </w:r>
    </w:p>
    <w:p>
      <w:pPr>
        <w:spacing w:after="0"/>
        <w:ind w:left="360"/>
        <w:shd w:val="clear" w:color="auto" w:fill="F2F2F2"/>
      </w:pPr>
      <w:r>
        <w:rPr>
          <w:rFonts w:ascii="Consolas" w:hAnsi="Consolas"/>
          <w:sz w:val="18"/>
        </w:rPr>
        <w:t xml:space="preserve">    messages.append({'role': 'user', 'content': question})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result = await Runner.run(agent, input=messages)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markdown = Markdown(result.final_output)</w:t>
      </w:r>
    </w:p>
    <w:p>
      <w:pPr>
        <w:spacing w:after="0"/>
        <w:ind w:left="360"/>
        <w:shd w:val="clear" w:color="auto" w:fill="F2F2F2"/>
      </w:pPr>
      <w:r>
        <w:rPr>
          <w:rFonts w:ascii="Consolas" w:hAnsi="Consolas"/>
          <w:sz w:val="18"/>
        </w:rPr>
        <w:t xml:space="preserve">    console.print(markdown)</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Lệnh gọi </w:t>
      </w:r>
      <w:r>
        <w:rPr>
          <w:rFonts w:ascii="Consolas" w:hAnsi="Consolas"/>
          <w:b w:val="0"/>
          <w:i w:val="0"/>
          <w:sz w:val="20"/>
        </w:rPr>
        <w:br/>
        <w:br/>
        <w:t xml:space="preserve">      result.to_input_list(mode='normalized')</w:t>
        <w:br/>
        <w:t xml:space="preserve">     </w:t>
        <w:br/>
      </w:r>
      <w:r>
        <w:rPr>
          <w:b w:val="0"/>
          <w:i w:val="0"/>
        </w:rPr>
        <w:t xml:space="preserve"> trả về toàn bộ ngữ cảnh tính đến thời điểm hiện tại.</w:t>
      </w:r>
    </w:p>
    <w:p>
      <w:pPr>
        <w:spacing w:after="80"/>
      </w:pPr>
      <w:r>
        <w:rPr>
          <w:b/>
          <w:i w:val="0"/>
        </w:rPr>
        <w:t>Lưu ý</w:t>
      </w:r>
    </w:p>
    <w:p>
      <w:pPr>
        <w:spacing w:after="80"/>
      </w:pPr>
      <w:r>
        <w:rPr>
          <w:b w:val="0"/>
          <w:i w:val="0"/>
        </w:rPr>
        <w:t xml:space="preserve">Nếu bạn sử dụng kết quả mới nhất từ mô hình AI tại thời điểm này (tức là </w:t>
      </w:r>
      <w:r>
        <w:rPr>
          <w:rFonts w:ascii="Consolas" w:hAnsi="Consolas"/>
          <w:b w:val="0"/>
          <w:i w:val="0"/>
          <w:sz w:val="20"/>
        </w:rPr>
        <w:br/>
        <w:br/>
        <w:t xml:space="preserve">       result.final_output</w:t>
        <w:br/>
        <w:t xml:space="preserve">      </w:t>
        <w:br/>
      </w:r>
      <w:r>
        <w:rPr>
          <w:b w:val="0"/>
          <w:i w:val="0"/>
        </w:rPr>
        <w:t>), nó sẽ quên các lệnh gọi công cụ, nên nhiều khả năng nó sẽ tạo lại chúng.</w:t>
      </w:r>
    </w:p>
    <w:p>
      <w:pPr>
        <w:spacing w:after="80"/>
      </w:pPr>
      <w:r>
        <w:rPr>
          <w:b w:val="0"/>
          <w:i w:val="0"/>
        </w:rPr>
        <w:t xml:space="preserve">Vòng lặp được thực thi trong </w:t>
      </w:r>
      <w:r>
        <w:rPr>
          <w:b w:val="0"/>
          <w:i/>
        </w:rPr>
        <w:t>bước 3</w:t>
      </w:r>
      <w:r>
        <w:rPr>
          <w:b w:val="0"/>
          <w:i w:val="0"/>
        </w:rPr>
        <w:t>, cho phép bạn nhập lệnh một cách tương tác. Như chúng ta đã làm với các chatbot khác, hãy lưu ý rằng chúng ta đang thêm vào thông tin trước đó để nó có thể theo dõi các câu hỏi và thông tin trước đó.</w:t>
      </w:r>
    </w:p>
    <w:p>
      <w:pPr>
        <w:spacing w:after="80"/>
      </w:pPr>
      <w:r>
        <w:rPr>
          <w:b/>
          <w:i w:val="0"/>
        </w:rPr>
        <w:t>Lưu ý</w:t>
      </w:r>
    </w:p>
    <w:p>
      <w:pPr>
        <w:spacing w:after="80"/>
      </w:pPr>
      <w:r>
        <w:rPr>
          <w:b w:val="0"/>
          <w:i w:val="0"/>
        </w:rPr>
        <w:t>Chúng ta in dữ liệu ở định dạng Markdown, vì mô hình thường tạo văn bản theo định dạng đó. Điều này làm cho thông tin trả về trông hấp dẫn và dễ đọc hơn nhiều.</w:t>
      </w:r>
    </w:p>
    <w:p>
      <w:pPr>
        <w:pStyle w:val="Heading3"/>
      </w:pPr>
      <w:r>
        <w:rPr>
          <w:rFonts w:ascii="Calibri" w:hAnsi="Calibri"/>
          <w:b/>
          <w:i w:val="0"/>
          <w:sz w:val="26"/>
        </w:rPr>
        <w:t>Còn nhiều điều nữa…</w:t>
      </w:r>
    </w:p>
    <w:p>
      <w:pPr>
        <w:spacing w:after="80"/>
      </w:pPr>
      <w:r>
        <w:rPr>
          <w:b w:val="0"/>
          <w:i w:val="0"/>
        </w:rPr>
        <w:t>Một MCP server thì tốt, nhưng khả năng có thể nhân lên khi bạn thêm nhiều hơn. Bạn có thể dùng MCP server của riêng mình kết hợp với những cái khác. Bạn có thể thiết lập nhiều hơn một MCP server theo cách này.</w:t>
      </w:r>
    </w:p>
    <w:p>
      <w:pPr>
        <w:spacing w:after="0"/>
        <w:ind w:left="360"/>
        <w:shd w:val="clear" w:color="auto" w:fill="F2F2F2"/>
      </w:pPr>
      <w:r>
        <w:rPr>
          <w:rFonts w:ascii="Consolas" w:hAnsi="Consolas"/>
          <w:sz w:val="18"/>
        </w:rPr>
        <w:t>async with MCPServerStdio(params=params1, name='server1') as mcp_server1,</w:t>
      </w:r>
    </w:p>
    <w:p>
      <w:pPr>
        <w:spacing w:after="0"/>
        <w:ind w:left="360"/>
        <w:shd w:val="clear" w:color="auto" w:fill="F2F2F2"/>
      </w:pPr>
      <w:r>
        <w:rPr>
          <w:rFonts w:ascii="Consolas" w:hAnsi="Consolas"/>
          <w:sz w:val="18"/>
        </w:rPr>
        <w:t xml:space="preserve">           MCPServerStdio(params=params2, name='server2') as mcp_server2:</w:t>
      </w:r>
    </w:p>
    <w:p>
      <w:pPr>
        <w:spacing w:after="0"/>
        <w:ind w:left="360"/>
        <w:shd w:val="clear" w:color="auto" w:fill="F2F2F2"/>
      </w:pPr>
      <w:r>
        <w:rPr>
          <w:rFonts w:ascii="Consolas" w:hAnsi="Consolas"/>
          <w:sz w:val="18"/>
        </w:rPr>
        <w:t xml:space="preserve">        agent = Agent(</w:t>
      </w:r>
    </w:p>
    <w:p>
      <w:pPr>
        <w:spacing w:after="0"/>
        <w:ind w:left="360"/>
        <w:shd w:val="clear" w:color="auto" w:fill="F2F2F2"/>
      </w:pPr>
      <w:r>
        <w:rPr>
          <w:rFonts w:ascii="Consolas" w:hAnsi="Consolas"/>
          <w:sz w:val="18"/>
        </w:rPr>
        <w:t xml:space="preserve">            name='MCP Assistant',</w:t>
      </w:r>
    </w:p>
    <w:p>
      <w:pPr>
        <w:spacing w:after="0"/>
        <w:ind w:left="360"/>
        <w:shd w:val="clear" w:color="auto" w:fill="F2F2F2"/>
      </w:pPr>
      <w:r>
        <w:rPr>
          <w:rFonts w:ascii="Consolas" w:hAnsi="Consolas"/>
          <w:sz w:val="18"/>
        </w:rPr>
        <w:t xml:space="preserve">            instructions='You are a helpful assistant with access '</w:t>
      </w:r>
    </w:p>
    <w:p>
      <w:pPr>
        <w:spacing w:after="0"/>
        <w:ind w:left="360"/>
        <w:shd w:val="clear" w:color="auto" w:fill="F2F2F2"/>
      </w:pPr>
      <w:r>
        <w:rPr>
          <w:rFonts w:ascii="Consolas" w:hAnsi="Consolas"/>
          <w:sz w:val="18"/>
        </w:rPr>
        <w:t>'to MCP tools',</w:t>
      </w:r>
    </w:p>
    <w:p>
      <w:pPr>
        <w:spacing w:after="0"/>
        <w:ind w:left="360"/>
        <w:shd w:val="clear" w:color="auto" w:fill="F2F2F2"/>
      </w:pPr>
      <w:r>
        <w:rPr>
          <w:rFonts w:ascii="Consolas" w:hAnsi="Consolas"/>
          <w:sz w:val="18"/>
        </w:rPr>
        <w:t xml:space="preserve">            mcp_servers=[mcp_server1, mcp_server2],</w:t>
      </w:r>
    </w:p>
    <w:p>
      <w:pPr>
        <w:spacing w:after="0"/>
        <w:ind w:left="360"/>
        <w:shd w:val="clear" w:color="auto" w:fill="F2F2F2"/>
      </w:pPr>
      <w:r>
        <w:rPr>
          <w:rFonts w:ascii="Consolas" w:hAnsi="Consolas"/>
          <w:sz w:val="18"/>
        </w:rPr>
        <w:t xml:space="preserve">            model=MODEL,</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Và tất nhiên, bạn có thể kết hợp các server stdio với các server HTTP hoặc bất kỳ giao thức nào khác!</w:t>
      </w:r>
    </w:p>
    <w:p>
      <w:pPr>
        <w:spacing w:after="80"/>
      </w:pPr>
      <w:r>
        <w:rPr>
          <w:b w:val="0"/>
          <w:i w:val="0"/>
        </w:rPr>
        <w:t>Việc có thể định nghĩa MCP server của riêng bạn là hữu ích, vì các MCP server rất dễ chia sẻ. Nhưng bạn không nhất thiết phải chịu gánh nặng đó nếu bạn định nghĩa một công cụ cụ thể của riêng mình mà không có ý định chia sẻ, thay vào đó hãy định nghĩa một công cụ đơn giản hơn, đóng vai trò là một lệnh gọi sẵn có.</w:t>
      </w:r>
    </w:p>
    <w:p>
      <w:pPr>
        <w:spacing w:after="0"/>
        <w:ind w:left="360"/>
        <w:shd w:val="clear" w:color="auto" w:fill="F2F2F2"/>
      </w:pPr>
      <w:r>
        <w:rPr>
          <w:rFonts w:ascii="Consolas" w:hAnsi="Consolas"/>
          <w:sz w:val="18"/>
        </w:rPr>
        <w:t>@function_tool</w:t>
      </w:r>
    </w:p>
    <w:p>
      <w:pPr>
        <w:spacing w:after="0"/>
        <w:ind w:left="360"/>
        <w:shd w:val="clear" w:color="auto" w:fill="F2F2F2"/>
      </w:pPr>
      <w:r>
        <w:rPr>
          <w:rFonts w:ascii="Consolas" w:hAnsi="Consolas"/>
          <w:sz w:val="18"/>
        </w:rPr>
        <w:t>def retrieve_last_emails():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Retrieve today's email from the mailbox.</w:t>
      </w:r>
    </w:p>
    <w:p>
      <w:pPr>
        <w:spacing w:after="0"/>
        <w:ind w:left="360"/>
        <w:shd w:val="clear" w:color="auto" w:fill="F2F2F2"/>
      </w:pPr>
      <w:r>
        <w:rPr>
          <w:rFonts w:ascii="Consolas" w:hAnsi="Consolas"/>
          <w:sz w:val="18"/>
        </w:rPr>
        <w:t xml:space="preserve">    Returns a list of dicts with subject, address, and payload.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return _retrieve_last_emails()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async def main():</w:t>
      </w:r>
    </w:p>
    <w:p>
      <w:pPr>
        <w:spacing w:after="0"/>
        <w:ind w:left="360"/>
        <w:shd w:val="clear" w:color="auto" w:fill="F2F2F2"/>
      </w:pPr>
      <w:r>
        <w:rPr>
          <w:rFonts w:ascii="Consolas" w:hAnsi="Consolas"/>
          <w:sz w:val="18"/>
        </w:rPr>
        <w:t xml:space="preserve">    agent = Agent(</w:t>
      </w:r>
    </w:p>
    <w:p>
      <w:pPr>
        <w:spacing w:after="0"/>
        <w:ind w:left="360"/>
        <w:shd w:val="clear" w:color="auto" w:fill="F2F2F2"/>
      </w:pPr>
      <w:r>
        <w:rPr>
          <w:rFonts w:ascii="Consolas" w:hAnsi="Consolas"/>
          <w:sz w:val="18"/>
        </w:rPr>
        <w:t xml:space="preserve">        name='MCP Assistant',</w:t>
      </w:r>
    </w:p>
    <w:p>
      <w:pPr>
        <w:spacing w:after="0"/>
        <w:ind w:left="360"/>
        <w:shd w:val="clear" w:color="auto" w:fill="F2F2F2"/>
      </w:pPr>
      <w:r>
        <w:rPr>
          <w:rFonts w:ascii="Consolas" w:hAnsi="Consolas"/>
          <w:sz w:val="18"/>
        </w:rPr>
        <w:t xml:space="preserve">        instructions='You are a helpful assistant with access '</w:t>
      </w:r>
    </w:p>
    <w:p>
      <w:pPr>
        <w:spacing w:after="0"/>
        <w:ind w:left="360"/>
        <w:shd w:val="clear" w:color="auto" w:fill="F2F2F2"/>
      </w:pPr>
      <w:r>
        <w:rPr>
          <w:rFonts w:ascii="Consolas" w:hAnsi="Consolas"/>
          <w:sz w:val="18"/>
        </w:rPr>
        <w:t>'to tools',</w:t>
      </w:r>
    </w:p>
    <w:p>
      <w:pPr>
        <w:spacing w:after="0"/>
        <w:ind w:left="360"/>
        <w:shd w:val="clear" w:color="auto" w:fill="F2F2F2"/>
      </w:pPr>
      <w:r>
        <w:rPr>
          <w:rFonts w:ascii="Consolas" w:hAnsi="Consolas"/>
          <w:sz w:val="18"/>
        </w:rPr>
        <w:t xml:space="preserve">        tools=[retrieve_last_emails],</w:t>
      </w:r>
    </w:p>
    <w:p>
      <w:pPr>
        <w:spacing w:after="0"/>
        <w:ind w:left="360"/>
        <w:shd w:val="clear" w:color="auto" w:fill="F2F2F2"/>
      </w:pPr>
      <w:r>
        <w:rPr>
          <w:rFonts w:ascii="Consolas" w:hAnsi="Consolas"/>
          <w:sz w:val="18"/>
        </w:rPr>
        <w:t xml:space="preserve">        model=MODEL,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prompt = '''</w:t>
      </w:r>
    </w:p>
    <w:p>
      <w:pPr>
        <w:spacing w:after="0"/>
        <w:ind w:left="360"/>
        <w:shd w:val="clear" w:color="auto" w:fill="F2F2F2"/>
      </w:pPr>
      <w:r>
        <w:rPr>
          <w:rFonts w:ascii="Consolas" w:hAnsi="Consolas"/>
          <w:sz w:val="18"/>
        </w:rPr>
        <w:t xml:space="preserve">        Summarise me in a paragraph or two the latest day of emails</w:t>
      </w:r>
    </w:p>
    <w:p>
      <w:pPr>
        <w:spacing w:after="0"/>
        <w:ind w:left="360"/>
        <w:shd w:val="clear" w:color="auto" w:fill="F2F2F2"/>
      </w:pPr>
      <w:r>
        <w:rPr>
          <w:rFonts w:ascii="Consolas" w:hAnsi="Consolas"/>
          <w:sz w:val="18"/>
        </w:rPr>
        <w:t xml:space="preserve">        received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messages = [</w:t>
      </w:r>
    </w:p>
    <w:p>
      <w:pPr>
        <w:spacing w:after="0"/>
        <w:ind w:left="360"/>
        <w:shd w:val="clear" w:color="auto" w:fill="F2F2F2"/>
      </w:pPr>
      <w:r>
        <w:rPr>
          <w:rFonts w:ascii="Consolas" w:hAnsi="Consolas"/>
          <w:sz w:val="18"/>
        </w:rPr>
        <w:t xml:space="preserve">        {'role': 'user', 'content': prompt}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result = await Runner.run(agent, input=messages)</w:t>
      </w:r>
    </w:p>
    <w:p>
      <w:pPr>
        <w:spacing w:after="40"/>
      </w:pPr>
    </w:p>
    <w:p>
      <w:pPr>
        <w:spacing w:after="80"/>
      </w:pPr>
      <w:r>
        <w:rPr>
          <w:b/>
          <w:i w:val="0"/>
        </w:rPr>
        <w:t>Mẹo</w:t>
      </w:r>
    </w:p>
    <w:p>
      <w:pPr>
        <w:spacing w:after="80"/>
      </w:pPr>
      <w:r>
        <w:rPr>
          <w:b w:val="0"/>
          <w:i w:val="0"/>
        </w:rPr>
        <w:t>Để đơn giản, chúng ta không thêm tham số vào công cụ của mình. Nhưng bạn hoàn toàn có thể làm được! Chỉ cần nhớ thêm mô tả trong docstring để mô hình AI có thể đánh giá tốt hơn cách gọi nó.</w:t>
      </w:r>
    </w:p>
    <w:p>
      <w:pPr>
        <w:spacing w:after="80"/>
      </w:pPr>
      <w:r>
        <w:rPr>
          <w:b w:val="0"/>
          <w:i w:val="0"/>
        </w:rPr>
        <w:t>Các MCP server có một số vấn đề đáng để mô tả. Việc tạo server rất dễ dàng và đã có rất nhiều server sẵn có mà bạn có thể tải về và sử dụng với một chút cấu hình. Nhưng sự linh hoạt đó cũng khiến một số MCP server trở nên quá cồng kềnh với vô số công cụ và thiết lập.</w:t>
      </w:r>
    </w:p>
    <w:p>
      <w:pPr>
        <w:spacing w:after="80"/>
      </w:pPr>
      <w:r>
        <w:rPr>
          <w:b w:val="0"/>
          <w:i w:val="0"/>
        </w:rPr>
        <w:t>Về bản chất, mỗi lần bạn truy cập một MCP server, bạn đang nhận được định nghĩa của tất cả các công cụ có sẵn trong server đó, cùng với mô tả về cách sử dụng chúng. Và khi bạn gọi bất kỳ công cụ nào, phản hồi có thể rất lớn.</w:t>
      </w:r>
    </w:p>
    <w:p>
      <w:pPr>
        <w:spacing w:after="80"/>
      </w:pPr>
      <w:r>
        <w:rPr>
          <w:b w:val="0"/>
          <w:i w:val="0"/>
        </w:rPr>
        <w:t xml:space="preserve">Nhiều MCP server chọn cách thêm thật nhiều công cụ, và trả về thật nhiều thông tin trong mỗi lần gọi. Điều đó thường làm đầy ngữ cảnh (context) của AI Model rất nhanh, đặc biệt nếu bạn kết nối nhiều MCP server cùng lúc. AI Model có thể nghĩ rằng việc lấy hết mọi thông tin có thể là một ý hay! Như chúng ta đã bàn ở </w:t>
      </w:r>
      <w:r>
        <w:rPr>
          <w:b w:val="0"/>
          <w:i/>
        </w:rPr>
        <w:t xml:space="preserve"> Chương 11 </w:t>
      </w:r>
      <w:r>
        <w:rPr>
          <w:b w:val="0"/>
          <w:i w:val="0"/>
        </w:rPr>
        <w:t xml:space="preserve"> , ngữ cảnh của AI model rất quan trọng vì càng làm đầy nó thì kết quả càng tệ. Đây là một cái bẫy dễ mắc phải khi bạn quá phấn khích và kết nối mọi MCP server có thể vào công cụ của mình.</w:t>
      </w:r>
    </w:p>
    <w:p>
      <w:pPr>
        <w:spacing w:after="80"/>
      </w:pPr>
      <w:r>
        <w:rPr>
          <w:b/>
          <w:i w:val="0"/>
        </w:rPr>
        <w:t>Mẹo</w:t>
      </w:r>
    </w:p>
    <w:p>
      <w:pPr>
        <w:spacing w:after="80"/>
      </w:pPr>
      <w:r>
        <w:rPr>
          <w:b w:val="0"/>
          <w:i w:val="0"/>
        </w:rPr>
        <w:t xml:space="preserve">Trong cơn vội vã muốn có một MCP server sẵn sàng để tương tác với các dịch vụ, nhiều công ty (và cả những người đam mê) đã tạo ra những lớp bọc mỏng (thin wrapper) quanh các API sẵn có. Cách này giúp có được tính năng rất nhanh, nhưng thường tạo ra một tích hợp chưa tối ưu trong nhiều tình huống. Một MCP được thiết kế tốt nên triển khai các yếu tố như lưu đệm (caching) các lần gọi API, cung cấp kiểm soát truy cập (access control), bật/tắt công cụ, và cung cấp những công cụ hữu ích trong tình huống tích hợp AI, chứ không nhất thiết chỉ sao chép y nguyên cái API đã có. Ví dụ, một công cụ </w:t>
      </w:r>
      <w:r>
        <w:rPr>
          <w:rFonts w:ascii="Consolas" w:hAnsi="Consolas"/>
          <w:b w:val="0"/>
          <w:i w:val="0"/>
          <w:sz w:val="20"/>
        </w:rPr>
        <w:br/>
        <w:br/>
        <w:t xml:space="preserve">       search</w:t>
        <w:br/>
        <w:t xml:space="preserve">      </w:t>
        <w:br/>
      </w:r>
      <w:r>
        <w:rPr>
          <w:b w:val="0"/>
          <w:i w:val="0"/>
        </w:rPr>
        <w:t xml:space="preserve"> linh hoạt là một công cụ mạnh mẽ cho phép AI model tìm được thông tin tốt nhất. Theo nhiều cách, một giao diện thân thiện với AI rất giống với một giao diện thân thiện với con người.</w:t>
      </w:r>
    </w:p>
    <w:p>
      <w:pPr>
        <w:spacing w:after="80"/>
      </w:pPr>
      <w:r>
        <w:rPr>
          <w:b w:val="0"/>
          <w:i w:val="0"/>
        </w:rPr>
        <w:t>Trong môi trường chuyên nghiệp, việc muốn kết nối email server của bạn (Outlook, Gmail,…) với wiki công ty (Confluence, Notion…) với kênh chat (Teams, Slack…) với hệ thống ticketing (Jira, Zendesk, Monday.com …) với một thứ gì đó khác là điều hữu ích. Đây là lời hứa về việc mọi thứ hoạt động cùng nhau, nhưng trên thực tế nó có thể thất bại, vì các MCP server dùng để kết nối tới chúng cung cấp quá nhiều thông tin, nhắm tới sự linh hoạt tối đa.</w:t>
      </w:r>
    </w:p>
    <w:p>
      <w:pPr>
        <w:spacing w:after="80"/>
      </w:pPr>
      <w:r>
        <w:rPr>
          <w:b w:val="0"/>
          <w:i w:val="0"/>
        </w:rPr>
        <w:t>Một dịch vụ như Jira có thể có 20 hoặc 30 công cụ khác nhau với các tùy chọn như tìm ticket, thêm nhãn, lấy từng ticket riêng lẻ, dashboard, v.v. Một lần tìm kiếm cũng có thể trả về quá nhiều thông tin bị gộp lại. Ví dụ, hãy tưởng tượng một lần tìm kiếm trả về mọi tham số có thể có cho từng ticket khớp kết quả. Bạn có thể thấy tất cả thông tin đó nhanh chóng cộng dồn và làm đầy ngữ cảnh khả dụng như thế nào.</w:t>
      </w:r>
    </w:p>
    <w:p>
      <w:pPr>
        <w:spacing w:after="80"/>
      </w:pPr>
      <w:r>
        <w:rPr>
          <w:b w:val="0"/>
          <w:i w:val="0"/>
        </w:rPr>
        <w:t>Để tránh rơi vào những cái bẫy này, bạn có thể làm việc với cấu hình cụ thể để tắt nhiều công cụ, chỉ tập trung vào những hành động thực sự liên quan đến quy trình làm việc của bạn, hoặc tự tạo các tích hợp của riêng bạn với những hành động rất cụ thể, như chúng ta đã thấy trong công thức này.</w:t>
      </w:r>
    </w:p>
    <w:p>
      <w:pPr>
        <w:spacing w:after="80"/>
      </w:pPr>
      <w:r>
        <w:rPr>
          <w:b w:val="0"/>
          <w:i w:val="0"/>
        </w:rPr>
        <w:t>Công thức này không cố gắng bao quát mọi hành động có thể có trên email của bạn, mà thay vào đó làm một việc nhỏ và biến nó thành một hành động hợp lý.</w:t>
      </w:r>
    </w:p>
    <w:p>
      <w:pPr>
        <w:spacing w:after="80"/>
      </w:pPr>
      <w:r>
        <w:rPr>
          <w:b w:val="0"/>
          <w:i w:val="0"/>
        </w:rPr>
        <w:t xml:space="preserve">Một lưu ý khác, mà chúng ta sẽ khám phá sâu hơn ở </w:t>
      </w:r>
      <w:r>
        <w:rPr>
          <w:b w:val="0"/>
          <w:i/>
        </w:rPr>
        <w:t xml:space="preserve"> C </w:t>
      </w:r>
      <w:r>
        <w:rPr>
          <w:b w:val="0"/>
          <w:i w:val="0"/>
        </w:rPr>
        <w:t xml:space="preserve"> </w:t>
      </w:r>
      <w:r>
        <w:rPr>
          <w:b w:val="0"/>
          <w:i/>
        </w:rPr>
        <w:t xml:space="preserve"> hương </w:t>
      </w:r>
      <w:r>
        <w:rPr>
          <w:b w:val="0"/>
          <w:i w:val="0"/>
        </w:rPr>
        <w:t xml:space="preserve"> </w:t>
      </w:r>
      <w:r>
        <w:rPr>
          <w:b w:val="0"/>
          <w:i/>
        </w:rPr>
        <w:t xml:space="preserve"> 13 </w:t>
      </w:r>
      <w:r>
        <w:rPr>
          <w:b w:val="0"/>
          <w:i w:val="0"/>
        </w:rPr>
        <w:t xml:space="preserve"> , là làm việc trên việc giới hạn các hành động có thể có. Ví dụ, chúng ta có thể muốn chỉ cho phép agent tạo bản nháp thay vì gửi email, để sau đó chúng ta có thể xem lại chúng. Các MCP server thường có sẵn bao quát toàn bộ phạm vi các hành động nguy hiểm tiềm tàng như gửi email trực tiếp.</w:t>
      </w:r>
    </w:p>
    <w:p>
      <w:pPr>
        <w:spacing w:after="80"/>
      </w:pPr>
      <w:r>
        <w:rPr>
          <w:b/>
          <w:i w:val="0"/>
        </w:rPr>
        <w:t>Mẹo</w:t>
      </w:r>
    </w:p>
    <w:p>
      <w:pPr>
        <w:spacing w:after="80"/>
      </w:pPr>
      <w:r>
        <w:rPr>
          <w:b w:val="0"/>
          <w:i w:val="0"/>
        </w:rPr>
        <w:t>Hãy lưu ý rằng việc cung cấp văn bản không đáng tin cậy cho AI model có thể tạo ra prompt injection (tiêm lệnh). Kẻ tấn công có thể thiết kế văn bản để khiến model và agent thực hiện các hành động độc hại. Bất kỳ văn bản bên ngoài nào có thể đọc được đều có thể tạo ra nó.</w:t>
      </w:r>
    </w:p>
    <w:p>
      <w:pPr>
        <w:spacing w:after="80"/>
      </w:pPr>
      <w:r>
        <w:rPr>
          <w:b w:val="0"/>
          <w:i w:val="0"/>
        </w:rPr>
        <w:t>Ví dụ, kẻ tấn công có thể gửi cho bạn một email chứa chỉ dẫn cho agent lấy các chi tiết riêng tư trong những email khác (mà agent nhiều khả năng đọc được) và gửi nó đi bằng cách gửi email (mà agent cũng nhiều khả năng làm) hoặc liên hệ với một trang web nếu agent có thể dùng web. Sự kết hợp giữa dữ liệu riêng tư, nội dung không đáng tin cậy, và khả năng giao tiếp ra bên ngoài đã được gọi là "bộ ba chết người" (the lethal trifecta) và đó là một vấn đề nghiêm trọng đối với agent.</w:t>
      </w:r>
    </w:p>
    <w:p>
      <w:pPr>
        <w:spacing w:after="80"/>
      </w:pPr>
      <w:r>
        <w:rPr>
          <w:b w:val="0"/>
          <w:i w:val="0"/>
        </w:rPr>
        <w:t xml:space="preserve">Một bài viết hay mô tả điều này có thể tìm thấy ở đây: </w:t>
      </w:r>
      <w:r>
        <w:rPr>
          <w:rFonts w:ascii="Consolas" w:hAnsi="Consolas"/>
          <w:b w:val="0"/>
          <w:i w:val="0"/>
          <w:sz w:val="20"/>
        </w:rPr>
        <w:br/>
        <w:br/>
        <w:t xml:space="preserve">        https://simonwillison.net/2025/Jun/16/the-lethal-trifecta/</w:t>
        <w:br/>
        <w:t xml:space="preserve">       </w:t>
        <w:br/>
      </w:r>
    </w:p>
    <w:p>
      <w:pPr>
        <w:spacing w:after="80"/>
      </w:pPr>
      <w:r>
        <w:rPr>
          <w:b w:val="0"/>
          <w:i w:val="0"/>
        </w:rPr>
        <w:t>Rủi ro có thể được giảm thiểu bằng cách làm cho agent của chúng ta nghiêm ngặt hơn và có định hướng hơn, giảm năng lực của công cụ, giảm lượng dữ liệu riêng tư mà chúng có quyền truy cập, giảm khả năng giao tiếp ra bên ngoài và giảm lượng đầu vào không đáng tin cậy mà công cụ của chúng ta nhận được và xử lý nó cẩn thận, nhưng đáng tiếc đây là điều không thể loại bỏ hoàn toàn.</w:t>
      </w:r>
    </w:p>
    <w:p>
      <w:pPr>
        <w:spacing w:after="80"/>
      </w:pPr>
      <w:r>
        <w:rPr>
          <w:b w:val="0"/>
          <w:i w:val="0"/>
        </w:rPr>
        <w:t xml:space="preserve">Tài liệu đầy đủ cho MCP SDK có tại </w:t>
      </w:r>
      <w:r>
        <w:rPr>
          <w:rFonts w:ascii="Consolas" w:hAnsi="Consolas"/>
          <w:b w:val="0"/>
          <w:i w:val="0"/>
          <w:sz w:val="20"/>
        </w:rPr>
        <w:br/>
        <w:br/>
        <w:t xml:space="preserve">       https://github.com/modelcontextprotocol/python-sdk</w:t>
        <w:br/>
        <w:t xml:space="preserve">      </w:t>
        <w:br/>
      </w:r>
      <w:r>
        <w:rPr>
          <w:b w:val="0"/>
          <w:i w:val="0"/>
        </w:rPr>
        <w:t xml:space="preserve"> . Tài liệu đầy đủ cho OpenAI Agents SDK có tại đây: </w:t>
      </w:r>
      <w:r>
        <w:rPr>
          <w:rFonts w:ascii="Consolas" w:hAnsi="Consolas"/>
          <w:b w:val="0"/>
          <w:i w:val="0"/>
          <w:sz w:val="20"/>
        </w:rPr>
        <w:br/>
        <w:br/>
        <w:t xml:space="preserve">       https://openai.github.io/openai-agents-python/</w:t>
        <w:br/>
        <w:t xml:space="preserve">      </w:t>
        <w:br/>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Tạo chatbot của riêng bạn </w:t>
      </w:r>
      <w:r>
        <w:rPr>
          <w:b w:val="0"/>
          <w:i w:val="0"/>
        </w:rPr>
        <w:t xml:space="preserve"> , trong </w:t>
      </w:r>
      <w:r>
        <w:rPr>
          <w:b w:val="0"/>
          <w:i/>
        </w:rPr>
        <w:t xml:space="preserve"> Chương 11 </w:t>
      </w:r>
      <w:r>
        <w:rPr>
          <w:b w:val="0"/>
          <w:i w:val="0"/>
        </w:rPr>
        <w:t xml:space="preserve"> , mô tả những điều cơ bản về làm việc với AI model</w:t>
      </w:r>
    </w:p>
    <w:p>
      <w:pPr>
        <w:spacing w:after="80"/>
        <w:ind w:left="360"/>
      </w:pPr>
      <w:r>
        <w:t xml:space="preserve">• </w:t>
      </w:r>
      <w:r>
        <w:rPr>
          <w:b w:val="0"/>
          <w:i w:val="0"/>
        </w:rPr>
        <w:t xml:space="preserve">Công thức </w:t>
      </w:r>
      <w:r>
        <w:rPr>
          <w:b w:val="0"/>
          <w:i/>
        </w:rPr>
        <w:t>Sử dụng MCP servers</w:t>
      </w:r>
      <w:r>
        <w:rPr>
          <w:b w:val="0"/>
          <w:i w:val="0"/>
        </w:rPr>
        <w:t xml:space="preserve"> ở phần trước trong chương này sẽ giúp bạn học cách dùng các công cụ MCP có sẵn.</w:t>
      </w:r>
    </w:p>
    <w:p>
      <w:pPr>
        <w:pStyle w:val="Heading1"/>
      </w:pPr>
      <w:r>
        <w:rPr>
          <w:rFonts w:ascii="Calibri" w:hAnsi="Calibri"/>
          <w:b/>
          <w:i w:val="0"/>
          <w:sz w:val="40"/>
        </w:rPr>
        <w:t>13</w:t>
      </w:r>
    </w:p>
    <w:p>
      <w:pPr>
        <w:pStyle w:val="Heading1"/>
      </w:pPr>
      <w:r>
        <w:rPr>
          <w:rFonts w:ascii="Calibri" w:hAnsi="Calibri"/>
          <w:b/>
          <w:i w:val="0"/>
          <w:sz w:val="40"/>
        </w:rPr>
        <w:t>Xây dựng AI Agent cho tự động hóa doanh nghiệp</w:t>
      </w:r>
    </w:p>
    <w:p>
      <w:pPr>
        <w:spacing w:after="80"/>
      </w:pPr>
      <w:r>
        <w:rPr>
          <w:b w:val="0"/>
          <w:i w:val="0"/>
        </w:rPr>
        <w:t>Như chúng ta đã học ở chương trước, việc cho một mô hình AI quyền truy cập vào các công cụ sẽ khuếch đại rất nhiều khả năng của nó. Khi bạn kết hợp một mô hình có khả năng suy luận với khả năng thu thập thông tin mới và thực hiện hành động, bạn sẽ có thứ được gọi là ReAct agent. Đây là một AI Agent có thể Suy luận (Reason) về một vấn đề rồi Hành động (Act) dựa trên kết luận của mình bằng cách sử dụng các công cụ sẵn có — vì vậy mới có tên "ReAct". Với mỗi kết quả thu được, Mô hình có thể tiếp tục suy luận, mở rộng khả năng để xử lý những tác vụ phức tạp và kéo dài hơn.</w:t>
      </w:r>
    </w:p>
    <w:p>
      <w:pPr>
        <w:spacing w:after="80"/>
      </w:pPr>
      <w:r>
        <w:rPr>
          <w:b w:val="0"/>
          <w:i w:val="0"/>
        </w:rPr>
        <w:t>Những công cụ này, ngoài việc thu thập thông tin, còn có thể thực thi các lệnh. Việc thực thi lệnh có thể cực kỳ mạnh mẽ, nhưng cũng không phải không có rủi ro. Mức độ truy cập mà một công cụ cung cấp quyết định cả tiềm năng lẫn nguy hiểm. Quyền truy cập càng lớn có thể khiến agent hoạt động rất hiệu quả, nhưng cũng làm tăng khả năng xảy ra những hậu quả không lường trước. Các mô hình AI có thể hành xử theo những cách gây bất ngờ hoặc đầy rủi ro.</w:t>
      </w:r>
    </w:p>
    <w:p>
      <w:pPr>
        <w:spacing w:after="80"/>
      </w:pPr>
      <w:r>
        <w:rPr>
          <w:b w:val="0"/>
          <w:i w:val="0"/>
        </w:rPr>
        <w:t>Ví dụ, hãy tưởng tượng bạn giao cho một GenAI agent nhiệm vụ tự động trả lời email của bạn. Nó có thể vô tình phê duyệt một đơn hàng đắt tiền từ nhà cung cấp mà bạn thực sự không hề muốn! Đây là lý do vì sao thực hành tốt nhất hiện nay là giảm thiểu tác động tiềm tàng của việc sử dụng công cụ, cẩn thận giới hạn những gì mỗi công cụ có thể làm. Theo thời gian, khi ngày càng nhiều biện pháp bảo vệ được đưa vào, những rủi ro này có thể sẽ giảm bớt. Nhưng hiện tại, thận trọng là điều then chốt. AI agent vẫn là một công nghệ đang phát triển nhanh chóng và ở một mức độ lớn vẫn mang tính thử nghiệm.</w:t>
      </w:r>
    </w:p>
    <w:p>
      <w:pPr>
        <w:spacing w:after="80"/>
      </w:pPr>
      <w:r>
        <w:rPr>
          <w:b/>
          <w:i w:val="0"/>
        </w:rPr>
        <w:t>Mẹo</w:t>
      </w:r>
    </w:p>
    <w:p>
      <w:pPr>
        <w:spacing w:after="80"/>
      </w:pPr>
      <w:r>
        <w:rPr>
          <w:b w:val="0"/>
          <w:i w:val="0"/>
        </w:rPr>
        <w:t>Chúng ta giới hạn mọi quyền truy cập của các công cụ trong chương này và những chương khác của cuốn sách, như một cách để đảm bảo rằng agent luôn nằm trong ranh giới mà chúng ta mong muốn. Chúng ta đã thảo luận về những rủi ro của bộ ba chết người (lethal trifecta) ở chương trước — sự kết hợp giữa dữ liệu riêng tư, nội dung không đáng tin cậy và khả năng giao tiếp ra bên ngoài. Việc giới hạn phạm vi của các công cụ vừa hướng agent làm đúng những gì nó được cho là phải làm, vừa giảm rủi ro agent làm điều gì đó nguy hiểm.</w:t>
      </w:r>
    </w:p>
    <w:p>
      <w:pPr>
        <w:spacing w:after="80"/>
      </w:pPr>
      <w:r>
        <w:rPr>
          <w:b w:val="0"/>
          <w:i w:val="0"/>
        </w:rPr>
        <w:t>Trong chương này, chúng ta sẽ khám phá cách áp dụng mẫu ReAct để kết hợp nhiều công cụ thành những quy trình làm việc liền mạch và hữu ích. Chúng ta sẽ giới thiệu các kỹ thuật để nối chuỗi những tác vụ khác nhau lại với nhau, giúp AI Agent của bạn trở nên mạnh mẽ hơn.</w:t>
      </w:r>
    </w:p>
    <w:p>
      <w:pPr>
        <w:spacing w:after="80"/>
        <w:ind w:left="360"/>
      </w:pPr>
      <w:r>
        <w:t xml:space="preserve">• </w:t>
      </w:r>
      <w:r>
        <w:rPr>
          <w:b w:val="0"/>
          <w:i w:val="0"/>
        </w:rPr>
        <w:t>Chuẩn bị cho cuộc họp bằng cách kết hợp dữ liệu từ nhiều công cụ khác nhau</w:t>
      </w:r>
    </w:p>
    <w:p>
      <w:pPr>
        <w:spacing w:after="80"/>
        <w:ind w:left="360"/>
      </w:pPr>
      <w:r>
        <w:t xml:space="preserve">• </w:t>
      </w:r>
      <w:r>
        <w:rPr>
          <w:b w:val="0"/>
          <w:i w:val="0"/>
        </w:rPr>
        <w:t>Soạn thảo tài liệu với các subagent</w:t>
      </w:r>
    </w:p>
    <w:p>
      <w:pPr>
        <w:spacing w:after="80"/>
      </w:pPr>
      <w:r>
        <w:rPr>
          <w:b w:val="0"/>
          <w:i w:val="0"/>
        </w:rPr>
        <w:t>Chúng ta sẽ bắt đầu bằng việc thu thập thông tin từ Lịch (Calendar) và các tệp cục bộ của bạn để chuẩn bị cho các cuộc họp</w:t>
      </w:r>
    </w:p>
    <w:p>
      <w:pPr>
        <w:pStyle w:val="Heading2"/>
      </w:pPr>
      <w:r>
        <w:rPr>
          <w:rFonts w:ascii="Calibri" w:hAnsi="Calibri"/>
          <w:b/>
          <w:i w:val="0"/>
          <w:sz w:val="32"/>
        </w:rPr>
        <w:t>Yêu cầu kỹ thuật</w:t>
      </w:r>
    </w:p>
    <w:p>
      <w:pPr>
        <w:spacing w:after="80"/>
      </w:pPr>
      <w:r>
        <w:rPr>
          <w:b w:val="0"/>
          <w:i w:val="0"/>
        </w:rPr>
        <w:t>Trong chương này, chúng ta sẽ dùng OpenAI làm nhà cung cấp cho các mô hình AI.</w:t>
      </w:r>
    </w:p>
    <w:p>
      <w:pPr>
        <w:spacing w:after="80"/>
      </w:pPr>
      <w:r>
        <w:rPr>
          <w:b/>
          <w:i w:val="0"/>
        </w:rPr>
        <w:t>Mẹo</w:t>
      </w:r>
    </w:p>
    <w:p>
      <w:pPr>
        <w:spacing w:after="80"/>
      </w:pPr>
      <w:r>
        <w:rPr>
          <w:b w:val="0"/>
          <w:i w:val="0"/>
        </w:rPr>
        <w:t xml:space="preserve">Hãy nhớ rằng những kỹ thuật này đều có sẵn trong nhiều mô hình AI và framework khác nhau. Bạn có thể đạt được kết quả tương tự với các nhà cung cấp khác như Claude của Anthropic hoặc dùng các mô hình cục bộ thông qua Ollama. Xem </w:t>
      </w:r>
      <w:r>
        <w:rPr>
          <w:b w:val="0"/>
          <w:i/>
        </w:rPr>
        <w:t>Chương 11</w:t>
      </w:r>
      <w:r>
        <w:rPr>
          <w:b w:val="0"/>
          <w:i w:val="0"/>
        </w:rPr>
        <w:t xml:space="preserve">, công thức </w:t>
      </w:r>
      <w:r>
        <w:rPr>
          <w:b w:val="0"/>
          <w:i/>
        </w:rPr>
        <w:t>Sử dụng mô hình cục bộ</w:t>
      </w:r>
      <w:r>
        <w:rPr>
          <w:b w:val="0"/>
          <w:i w:val="0"/>
        </w:rPr>
        <w:t xml:space="preserve"> để tìm hiểu thêm về lựa chọn sau.</w:t>
      </w:r>
    </w:p>
    <w:p>
      <w:pPr>
        <w:spacing w:after="80"/>
      </w:pPr>
      <w:r>
        <w:rPr>
          <w:b w:val="0"/>
          <w:i w:val="0"/>
        </w:rPr>
        <w:t xml:space="preserve">Chúng tôi đã mô tả trong phần </w:t>
      </w:r>
      <w:r>
        <w:rPr>
          <w:b w:val="0"/>
          <w:i/>
        </w:rPr>
        <w:t xml:space="preserve"> Yêu cầu </w:t>
      </w:r>
      <w:r>
        <w:rPr>
          <w:b w:val="0"/>
          <w:i w:val="0"/>
        </w:rPr>
        <w:t xml:space="preserve"> </w:t>
      </w:r>
      <w:r>
        <w:rPr>
          <w:b w:val="0"/>
          <w:i/>
        </w:rPr>
        <w:t xml:space="preserve"> kỹ thuật </w:t>
      </w:r>
      <w:r>
        <w:rPr>
          <w:b w:val="0"/>
          <w:i w:val="0"/>
        </w:rPr>
        <w:t xml:space="preserve"> của </w:t>
      </w:r>
      <w:r>
        <w:rPr>
          <w:b w:val="0"/>
          <w:i/>
        </w:rPr>
        <w:t xml:space="preserve"> Chương 11 </w:t>
      </w:r>
      <w:r>
        <w:rPr>
          <w:b w:val="0"/>
          <w:i w:val="0"/>
        </w:rPr>
        <w:t xml:space="preserve"> các bước cần thiết để thiết lập một tài khoản cho phép chúng ta gọi các API của OpenAI. Hãy đến đó và làm theo hướng dẫn nếu bạn chưa thực hiện.</w:t>
      </w:r>
    </w:p>
    <w:p>
      <w:pPr>
        <w:spacing w:after="80"/>
      </w:pPr>
      <w:r>
        <w:rPr>
          <w:b w:val="0"/>
          <w:i w:val="0"/>
        </w:rPr>
        <w:t xml:space="preserve">Hãy đảm bảo rằng bạn có tệp </w:t>
      </w:r>
      <w:r>
        <w:rPr>
          <w:rFonts w:ascii="Consolas" w:hAnsi="Consolas"/>
          <w:b w:val="0"/>
          <w:i w:val="0"/>
          <w:sz w:val="20"/>
        </w:rPr>
        <w:br/>
        <w:br/>
        <w:t xml:space="preserve">      .env</w:t>
        <w:br/>
        <w:t xml:space="preserve">     </w:t>
        <w:br/>
      </w:r>
      <w:r>
        <w:rPr>
          <w:b w:val="0"/>
          <w:i w:val="0"/>
        </w:rPr>
        <w:t xml:space="preserve"> trong thư mục làm việc của mình.</w:t>
      </w:r>
    </w:p>
    <w:p>
      <w:pPr>
        <w:spacing w:after="80"/>
      </w:pPr>
      <w:r>
        <w:rPr>
          <w:b w:val="0"/>
          <w:i w:val="0"/>
        </w:rPr>
        <w:t xml:space="preserve">Bạn có thể xem mã được trình bày trong chương tại URL GitHub </w:t>
      </w:r>
      <w:r>
        <w:rPr>
          <w:rFonts w:ascii="Consolas" w:hAnsi="Consolas"/>
          <w:b w:val="0"/>
          <w:i w:val="0"/>
          <w:sz w:val="20"/>
        </w:rPr>
        <w:br/>
        <w:br/>
        <w:t xml:space="preserve">       https://github.com/PacktPublishing/Python-Automation-Cookbook-Third-Edition/tree/main/ch13</w:t>
        <w:br/>
        <w:t xml:space="preserve">      </w:t>
        <w:br/>
      </w:r>
      <w:r>
        <w:rPr>
          <w:b w:val="0"/>
          <w:i w:val="0"/>
        </w:rPr>
        <w:t xml:space="preserve"> .</w:t>
      </w:r>
    </w:p>
    <w:p>
      <w:pPr>
        <w:pStyle w:val="Heading2"/>
      </w:pPr>
      <w:r>
        <w:rPr>
          <w:rFonts w:ascii="Calibri" w:hAnsi="Calibri"/>
          <w:b/>
          <w:i w:val="0"/>
          <w:sz w:val="32"/>
        </w:rPr>
        <w:t>Chuẩn bị cho các cuộc họp bằng cách kết hợp dữ liệu từ nhiều công cụ khác nhau</w:t>
      </w:r>
    </w:p>
    <w:p>
      <w:pPr>
        <w:spacing w:after="80"/>
      </w:pPr>
      <w:r>
        <w:rPr>
          <w:b w:val="0"/>
          <w:i w:val="0"/>
        </w:rPr>
        <w:t>Bằng cách kết hợp các khả năng của nhiều công cụ khác nhau, chúng ta có thể tạo ra một trợ lý mạnh mẽ có khả năng thu thập thông tin về cuộc họp hôm nay của chúng ta và lấy được những thông tin liên quan để sẵn sàng cho cuộc họp đó.</w:t>
      </w:r>
    </w:p>
    <w:p>
      <w:pPr>
        <w:spacing w:after="80"/>
      </w:pPr>
      <w:r>
        <w:rPr>
          <w:b w:val="0"/>
          <w:i w:val="0"/>
        </w:rPr>
        <w:t>Để có được điều đó, chúng ta cần thêm một số công cụ vào Agent của mình, cho nó khả năng hoạt động theo vòng lặp ReAct: Đầu tiên, Suy luận (Reason) về các bước cần thiết, rồi Hành động (Act) bằng cách thu thập thông tin. Vòng lặp này có thể được thực hiện nhiều lần cho đến khi chúng ta có đầy đủ thông tin cần thiết để tạo ra một báo cáo dạng văn bản.</w:t>
      </w:r>
    </w:p>
    <w:p>
      <w:pPr>
        <w:spacing w:after="80"/>
      </w:pPr>
      <w:r>
        <w:rPr>
          <w:b w:val="0"/>
          <w:i w:val="0"/>
        </w:rPr>
        <w:t>Trong công thức này, chúng ta sẽ lấy thông tin từ Google Calendar, và chúng ta sẽ đọc ghi chú cuộc họp từ các cuộc họp trước được lưu dưới dạng tệp văn bản trong hệ thống tệp của mình. AI Agent sẽ sử dụng các công cụ để lấy thông tin và tổng hợp một báo cáo để chuẩn bị cho cuộc họp tiếp theo của chúng ta.</w:t>
      </w:r>
    </w:p>
    <w:p>
      <w:pPr>
        <w:pStyle w:val="Heading3"/>
      </w:pPr>
      <w:r>
        <w:rPr>
          <w:rFonts w:ascii="Calibri" w:hAnsi="Calibri"/>
          <w:b/>
          <w:i w:val="0"/>
          <w:sz w:val="26"/>
        </w:rPr>
        <w:t>Chuẩn bị</w:t>
      </w:r>
    </w:p>
    <w:p>
      <w:pPr>
        <w:spacing w:after="80"/>
      </w:pPr>
      <w:r>
        <w:rPr>
          <w:b w:val="0"/>
          <w:i w:val="0"/>
        </w:rPr>
        <w:t>Trong công thức này, chúng ta sẽ cần các mô-đun sau trong môi trường ảo của mình:</w:t>
      </w:r>
    </w:p>
    <w:p>
      <w:pPr>
        <w:spacing w:after="0"/>
        <w:ind w:left="360"/>
        <w:shd w:val="clear" w:color="auto" w:fill="F2F2F2"/>
      </w:pPr>
      <w:r>
        <w:rPr>
          <w:rFonts w:ascii="Consolas" w:hAnsi="Consolas"/>
          <w:sz w:val="18"/>
        </w:rPr>
        <w:t>$ echo "python-dotenv==1.2.2" &gt;&gt; requirements.txt</w:t>
      </w:r>
    </w:p>
    <w:p>
      <w:pPr>
        <w:spacing w:after="0"/>
        <w:ind w:left="360"/>
        <w:shd w:val="clear" w:color="auto" w:fill="F2F2F2"/>
      </w:pPr>
      <w:r>
        <w:rPr>
          <w:rFonts w:ascii="Consolas" w:hAnsi="Consolas"/>
          <w:sz w:val="18"/>
        </w:rPr>
        <w:t>$ echo "openai==2.28.0" &gt;&gt; requirements.txt</w:t>
      </w:r>
    </w:p>
    <w:p>
      <w:pPr>
        <w:spacing w:after="0"/>
        <w:ind w:left="360"/>
        <w:shd w:val="clear" w:color="auto" w:fill="F2F2F2"/>
      </w:pPr>
      <w:r>
        <w:rPr>
          <w:rFonts w:ascii="Consolas" w:hAnsi="Consolas"/>
          <w:sz w:val="18"/>
        </w:rPr>
        <w:t>$ echo "rich==14.3.3" &gt;&gt; requirements.txt</w:t>
      </w:r>
    </w:p>
    <w:p>
      <w:pPr>
        <w:spacing w:after="0"/>
        <w:ind w:left="360"/>
        <w:shd w:val="clear" w:color="auto" w:fill="F2F2F2"/>
      </w:pPr>
      <w:r>
        <w:rPr>
          <w:rFonts w:ascii="Consolas" w:hAnsi="Consolas"/>
          <w:sz w:val="18"/>
        </w:rPr>
        <w:t>$ echo "openai-agents==0.12.3" &gt;&gt; requirements.txt</w:t>
      </w:r>
    </w:p>
    <w:p>
      <w:pPr>
        <w:spacing w:after="0"/>
        <w:ind w:left="360"/>
        <w:shd w:val="clear" w:color="auto" w:fill="F2F2F2"/>
      </w:pPr>
      <w:r>
        <w:rPr>
          <w:rFonts w:ascii="Consolas" w:hAnsi="Consolas"/>
          <w:sz w:val="18"/>
        </w:rPr>
        <w:t>$ echo "icalendar==7.0.3" &gt;&gt; requirements.txt</w:t>
      </w:r>
    </w:p>
    <w:p>
      <w:pPr>
        <w:spacing w:after="0"/>
        <w:ind w:left="360"/>
        <w:shd w:val="clear" w:color="auto" w:fill="F2F2F2"/>
      </w:pPr>
      <w:r>
        <w:rPr>
          <w:rFonts w:ascii="Consolas" w:hAnsi="Consolas"/>
          <w:sz w:val="18"/>
        </w:rPr>
        <w:t>$ echo "caldav==3.1.0" &gt;&gt; requirements.txt</w:t>
      </w:r>
    </w:p>
    <w:p>
      <w:pPr>
        <w:spacing w:after="0"/>
        <w:ind w:left="360"/>
        <w:shd w:val="clear" w:color="auto" w:fill="F2F2F2"/>
      </w:pPr>
      <w:r>
        <w:rPr>
          <w:rFonts w:ascii="Consolas" w:hAnsi="Consolas"/>
          <w:sz w:val="18"/>
        </w:rPr>
        <w:t>$ uv pip install -r requirements.txt</w:t>
      </w:r>
    </w:p>
    <w:p>
      <w:pPr>
        <w:spacing w:after="40"/>
      </w:pPr>
    </w:p>
    <w:p>
      <w:pPr>
        <w:spacing w:after="80"/>
      </w:pPr>
      <w:r>
        <w:rPr>
          <w:b w:val="0"/>
          <w:i w:val="0"/>
        </w:rPr>
        <w:t xml:space="preserve">Hãy nhớ rằng bạn có sẵn khóa </w:t>
      </w:r>
      <w:r>
        <w:rPr>
          <w:rFonts w:ascii="Consolas" w:hAnsi="Consolas"/>
          <w:b w:val="0"/>
          <w:i w:val="0"/>
          <w:sz w:val="20"/>
        </w:rPr>
        <w:br/>
        <w:br/>
        <w:t xml:space="preserve">      openAI</w:t>
        <w:br/>
        <w:t xml:space="preserve">     </w:t>
        <w:br/>
      </w:r>
      <w:r>
        <w:rPr>
          <w:b w:val="0"/>
          <w:i w:val="0"/>
        </w:rPr>
        <w:t xml:space="preserve"> của mình trong tệp </w:t>
      </w:r>
      <w:r>
        <w:rPr>
          <w:rFonts w:ascii="Consolas" w:hAnsi="Consolas"/>
          <w:b w:val="0"/>
          <w:i w:val="0"/>
          <w:sz w:val="20"/>
        </w:rPr>
        <w:br/>
        <w:br/>
        <w:t xml:space="preserve">      .env</w:t>
        <w:br/>
        <w:t xml:space="preserve">     </w:t>
        <w:br/>
      </w:r>
      <w:r>
        <w:rPr>
          <w:b w:val="0"/>
          <w:i w:val="0"/>
        </w:rPr>
        <w:t xml:space="preserve"> .</w:t>
      </w:r>
    </w:p>
    <w:p>
      <w:pPr>
        <w:spacing w:after="80"/>
      </w:pPr>
      <w:r>
        <w:rPr>
          <w:b/>
          <w:i w:val="0"/>
        </w:rPr>
        <w:t>Lưu ý</w:t>
      </w:r>
    </w:p>
    <w:p>
      <w:pPr>
        <w:spacing w:after="80"/>
      </w:pPr>
      <w:r>
        <w:rPr>
          <w:b w:val="0"/>
          <w:i w:val="0"/>
        </w:rPr>
        <w:t xml:space="preserve">Có một tệp </w:t>
      </w:r>
      <w:r>
        <w:rPr>
          <w:rFonts w:ascii="Consolas" w:hAnsi="Consolas"/>
          <w:b w:val="0"/>
          <w:i w:val="0"/>
          <w:sz w:val="20"/>
        </w:rPr>
        <w:br/>
        <w:br/>
        <w:t xml:space="preserve">       .env.template</w:t>
        <w:br/>
        <w:t xml:space="preserve">      </w:t>
        <w:br/>
      </w:r>
      <w:r>
        <w:rPr>
          <w:b w:val="0"/>
          <w:i w:val="0"/>
        </w:rPr>
        <w:t xml:space="preserve"> trong kho mà bạn có thể dùng để điền thông tin của mình. Tệp này chứa tất cả cấu hình cho mọi công thức trong bản nháp, nên một số biến sẽ không được dùng cho công thức này.</w:t>
      </w:r>
    </w:p>
    <w:p>
      <w:pPr>
        <w:spacing w:after="80"/>
      </w:pPr>
      <w:r>
        <w:rPr>
          <w:b w:val="0"/>
          <w:i w:val="0"/>
        </w:rPr>
        <w:t xml:space="preserve">Tải các script </w:t>
      </w:r>
      <w:r>
        <w:rPr>
          <w:rFonts w:ascii="Consolas" w:hAnsi="Consolas"/>
          <w:b w:val="0"/>
          <w:i w:val="0"/>
          <w:sz w:val="20"/>
        </w:rPr>
        <w:br/>
        <w:br/>
        <w:t xml:space="preserve">      calendar_tools.py</w:t>
        <w:br/>
        <w:t xml:space="preserve">     </w:t>
        <w:br/>
      </w:r>
      <w:r>
        <w:rPr>
          <w:b w:val="0"/>
          <w:i w:val="0"/>
        </w:rPr>
        <w:t xml:space="preserve"> , </w:t>
      </w:r>
      <w:r>
        <w:rPr>
          <w:rFonts w:ascii="Consolas" w:hAnsi="Consolas"/>
          <w:b w:val="0"/>
          <w:i w:val="0"/>
          <w:sz w:val="20"/>
        </w:rPr>
        <w:br/>
        <w:br/>
        <w:t xml:space="preserve">      notes_tools.py</w:t>
        <w:br/>
        <w:t xml:space="preserve">     </w:t>
        <w:br/>
      </w:r>
      <w:r>
        <w:rPr>
          <w:b w:val="0"/>
          <w:i w:val="0"/>
        </w:rPr>
        <w:t xml:space="preserve"> và </w:t>
      </w:r>
      <w:r>
        <w:rPr>
          <w:rFonts w:ascii="Consolas" w:hAnsi="Consolas"/>
          <w:b w:val="0"/>
          <w:i w:val="0"/>
          <w:sz w:val="20"/>
        </w:rPr>
        <w:br/>
        <w:br/>
        <w:t xml:space="preserve">      meeting_preparation_agent.py</w:t>
        <w:br/>
        <w:t xml:space="preserve">     </w:t>
        <w:br/>
      </w:r>
      <w:r>
        <w:rPr>
          <w:b w:val="0"/>
          <w:i w:val="0"/>
        </w:rPr>
        <w:t xml:space="preserve"> từ GitHub tại </w:t>
      </w:r>
      <w:r>
        <w:rPr>
          <w:rFonts w:ascii="Consolas" w:hAnsi="Consolas"/>
          <w:b w:val="0"/>
          <w:i w:val="0"/>
          <w:sz w:val="20"/>
        </w:rPr>
        <w:br/>
        <w:br/>
        <w:t xml:space="preserve">       https://github.com/PacktPublishing/Python-Automation-Cookbook-Third-Edition/blob/main/ch13/</w:t>
        <w:br/>
        <w:t xml:space="preserve">      </w:t>
        <w:br/>
      </w:r>
      <w:r>
        <w:rPr>
          <w:b w:val="0"/>
          <w:i w:val="0"/>
        </w:rPr>
        <w:t xml:space="preserve"> . Đồng thời tải các ghi chú cuộc họp có sẵn tại </w:t>
      </w:r>
      <w:r>
        <w:rPr>
          <w:rFonts w:ascii="Consolas" w:hAnsi="Consolas"/>
          <w:b w:val="0"/>
          <w:i w:val="0"/>
          <w:sz w:val="20"/>
        </w:rPr>
        <w:br/>
        <w:br/>
        <w:t xml:space="preserve">       https://github.com/PacktPublishing/Python-Automation-Cookbook-Third-Edition/blob/main/ch13/data/</w:t>
        <w:br/>
        <w:t xml:space="preserve">      </w:t>
        <w:br/>
      </w:r>
      <w:r>
        <w:rPr>
          <w:b w:val="0"/>
          <w:i w:val="0"/>
        </w:rPr>
        <w:t xml:space="preserve"> về thư mục con </w:t>
      </w:r>
      <w:r>
        <w:rPr>
          <w:rFonts w:ascii="Consolas" w:hAnsi="Consolas"/>
          <w:b w:val="0"/>
          <w:i w:val="0"/>
          <w:sz w:val="20"/>
        </w:rPr>
        <w:br/>
        <w:br/>
        <w:t xml:space="preserve">      data</w:t>
        <w:br/>
        <w:t xml:space="preserve">     </w:t>
        <w:br/>
      </w:r>
      <w:r>
        <w:rPr>
          <w:b w:val="0"/>
          <w:i w:val="0"/>
        </w:rPr>
        <w:t xml:space="preserve"> của riêng bạn. Bạn sẽ cần khớp tên và email với những thông tin trên lịch của mình. Điều đó bao gồm cả tên tệp (hiện tại là </w:t>
      </w:r>
      <w:r>
        <w:rPr>
          <w:rFonts w:ascii="Consolas" w:hAnsi="Consolas"/>
          <w:b w:val="0"/>
          <w:i w:val="0"/>
          <w:sz w:val="20"/>
        </w:rPr>
        <w:br/>
        <w:br/>
        <w:t xml:space="preserve">      jbuelta.md</w:t>
        <w:br/>
        <w:t xml:space="preserve">     </w:t>
        <w:br/>
      </w:r>
      <w:r>
        <w:rPr>
          <w:b w:val="0"/>
          <w:i w:val="0"/>
        </w:rPr>
        <w:t xml:space="preserve"> ).</w:t>
      </w:r>
    </w:p>
    <w:p>
      <w:pPr>
        <w:spacing w:after="80"/>
      </w:pPr>
      <w:r>
        <w:rPr>
          <w:b w:val="0"/>
          <w:i w:val="0"/>
        </w:rPr>
        <w:t xml:space="preserve">Bạn cần có quyền truy cập vào Google Calendar. Nếu bạn đã làm theo hướng dẫn trong </w:t>
      </w:r>
      <w:r>
        <w:rPr>
          <w:b w:val="0"/>
          <w:i/>
        </w:rPr>
        <w:t xml:space="preserve"> Chương 2 </w:t>
      </w:r>
      <w:r>
        <w:rPr>
          <w:b w:val="0"/>
          <w:i w:val="0"/>
        </w:rPr>
        <w:t xml:space="preserve"> , công thức </w:t>
      </w:r>
      <w:r>
        <w:rPr>
          <w:b w:val="0"/>
          <w:i/>
        </w:rPr>
        <w:t xml:space="preserve"> Gửi thông báo email </w:t>
      </w:r>
      <w:r>
        <w:rPr>
          <w:b w:val="0"/>
          <w:i w:val="0"/>
        </w:rPr>
        <w:t xml:space="preserve"> , và đã tạo mật khẩu để truy cập tài khoản Gmail, thì bạn có thể dùng nó ở đây luôn, nhưng hãy đảm bảo rằng bạn không bao gồm dấu cách trong mật khẩu. Lưu email và mật khẩu vào tệp </w:t>
      </w:r>
      <w:r>
        <w:rPr>
          <w:rFonts w:ascii="Consolas" w:hAnsi="Consolas"/>
          <w:b w:val="0"/>
          <w:i w:val="0"/>
          <w:sz w:val="20"/>
        </w:rPr>
        <w:br/>
        <w:br/>
        <w:t xml:space="preserve">      .env</w:t>
        <w:br/>
        <w:t xml:space="preserve">     </w:t>
        <w:br/>
      </w:r>
      <w:r>
        <w:rPr>
          <w:b w:val="0"/>
          <w:i w:val="0"/>
        </w:rPr>
        <w:t xml:space="preserve"> , dưới dạng </w:t>
      </w:r>
      <w:r>
        <w:rPr>
          <w:rFonts w:ascii="Consolas" w:hAnsi="Consolas"/>
          <w:b w:val="0"/>
          <w:i w:val="0"/>
          <w:sz w:val="20"/>
        </w:rPr>
        <w:br/>
        <w:br/>
        <w:t xml:space="preserve">      EMAIL_USER</w:t>
        <w:br/>
        <w:t xml:space="preserve">     </w:t>
        <w:br/>
      </w:r>
      <w:r>
        <w:rPr>
          <w:b w:val="0"/>
          <w:i w:val="0"/>
        </w:rPr>
        <w:t xml:space="preserve"> và </w:t>
      </w:r>
      <w:r>
        <w:rPr>
          <w:rFonts w:ascii="Consolas" w:hAnsi="Consolas"/>
          <w:b w:val="0"/>
          <w:i w:val="0"/>
          <w:sz w:val="20"/>
        </w:rPr>
        <w:br/>
        <w:br/>
        <w:t xml:space="preserve">      CALENDAR_PASSWORD</w:t>
        <w:br/>
        <w:t xml:space="preserve">     </w:t>
        <w:br/>
      </w:r>
      <w:r>
        <w:rPr>
          <w:b w:val="0"/>
          <w:i w:val="0"/>
        </w:rPr>
        <w:t xml:space="preserve"> . Thông tin thêm về cách tạo mật khẩu ứng dụng có thể được tìm thấy tại </w:t>
      </w:r>
      <w:r>
        <w:rPr>
          <w:rFonts w:ascii="Consolas" w:hAnsi="Consolas"/>
          <w:b w:val="0"/>
          <w:i w:val="0"/>
          <w:sz w:val="20"/>
        </w:rPr>
        <w:br/>
        <w:br/>
        <w:t xml:space="preserve">       https://support.google.com/accounts/answer/185833</w:t>
        <w:br/>
        <w:t xml:space="preserve">      </w:t>
        <w:br/>
      </w:r>
      <w:r>
        <w:rPr>
          <w:b w:val="0"/>
          <w:i w:val="0"/>
        </w:rPr>
        <w:t xml:space="preserve"> .</w:t>
      </w:r>
    </w:p>
    <w:p>
      <w:pPr>
        <w:spacing w:after="80"/>
      </w:pPr>
      <w:r>
        <w:rPr>
          <w:b/>
          <w:i w:val="0"/>
        </w:rPr>
        <w:t>Lưu ý</w:t>
      </w:r>
    </w:p>
    <w:p>
      <w:pPr>
        <w:spacing w:after="80"/>
      </w:pPr>
      <w:r>
        <w:rPr>
          <w:b w:val="0"/>
          <w:i w:val="0"/>
        </w:rPr>
        <w:t xml:space="preserve">Bạn có thể nhận được một mật khẩu theo dạng " </w:t>
      </w:r>
      <w:r>
        <w:rPr>
          <w:rFonts w:ascii="Consolas" w:hAnsi="Consolas"/>
          <w:b w:val="0"/>
          <w:i w:val="0"/>
          <w:sz w:val="20"/>
        </w:rPr>
        <w:br/>
        <w:br/>
        <w:t xml:space="preserve">       AAAA BBBB CCCC DDDD</w:t>
        <w:br/>
        <w:t xml:space="preserve">      </w:t>
        <w:br/>
      </w:r>
      <w:r>
        <w:rPr>
          <w:b w:val="0"/>
          <w:i w:val="0"/>
        </w:rPr>
        <w:t xml:space="preserve"> ". Đối với công thức này, hãy đảm bảo sử dụng nó như một từ duy nhất " </w:t>
      </w:r>
      <w:r>
        <w:rPr>
          <w:rFonts w:ascii="Consolas" w:hAnsi="Consolas"/>
          <w:b w:val="0"/>
          <w:i w:val="0"/>
          <w:sz w:val="20"/>
        </w:rPr>
        <w:br/>
        <w:br/>
        <w:t xml:space="preserve">       AAAABBBBCCCCDDDD</w:t>
        <w:br/>
        <w:t xml:space="preserve">      </w:t>
        <w:br/>
      </w:r>
      <w:r>
        <w:rPr>
          <w:b w:val="0"/>
          <w:i w:val="0"/>
        </w:rPr>
        <w:t xml:space="preserve"> " nếu không nó có thể không chấp nhận.</w:t>
      </w:r>
    </w:p>
    <w:p>
      <w:pPr>
        <w:spacing w:after="80"/>
      </w:pPr>
      <w:r>
        <w:rPr>
          <w:b w:val="0"/>
          <w:i w:val="0"/>
        </w:rPr>
        <w:t xml:space="preserve">Thiết lập luôn </w:t>
      </w:r>
      <w:r>
        <w:rPr>
          <w:rFonts w:ascii="Consolas" w:hAnsi="Consolas"/>
          <w:b w:val="0"/>
          <w:i w:val="0"/>
          <w:sz w:val="20"/>
        </w:rPr>
        <w:br/>
        <w:br/>
        <w:t xml:space="preserve">      CALENDAR</w:t>
        <w:br/>
        <w:t xml:space="preserve">     </w:t>
        <w:br/>
      </w:r>
      <w:r>
        <w:rPr>
          <w:b w:val="0"/>
          <w:i w:val="0"/>
        </w:rPr>
        <w:t xml:space="preserve"> , đánh dấu lịch cụ thể mà bạn muốn truy xuất trong công thức này.</w:t>
      </w:r>
    </w:p>
    <w:p>
      <w:pPr>
        <w:spacing w:after="80"/>
      </w:pPr>
      <w:r>
        <w:rPr>
          <w:b/>
          <w:i w:val="0"/>
        </w:rPr>
        <w:t>Mẹo</w:t>
      </w:r>
    </w:p>
    <w:p>
      <w:pPr>
        <w:spacing w:after="80"/>
      </w:pPr>
      <w:r>
        <w:rPr>
          <w:b w:val="0"/>
          <w:i w:val="0"/>
        </w:rPr>
        <w:t xml:space="preserve">Để kiểm thử, bạn có thể dùng một lịch thử nghiệm với vài cuộc họp thử. Để làm điều đó, trong Google Calendar, bạn có thể tạo một Lịch mới bằng </w:t>
      </w:r>
      <w:r>
        <w:rPr>
          <w:b w:val="0"/>
          <w:i/>
        </w:rPr>
        <w:t xml:space="preserve"> " </w:t>
      </w:r>
      <w:r>
        <w:rPr>
          <w:b w:val="0"/>
          <w:i w:val="0"/>
        </w:rPr>
        <w:t xml:space="preserve"> </w:t>
      </w:r>
      <w:r>
        <w:rPr>
          <w:b w:val="0"/>
          <w:i/>
        </w:rPr>
        <w:t xml:space="preserve"> Other Calendars + </w:t>
      </w:r>
      <w:r>
        <w:rPr>
          <w:b w:val="0"/>
          <w:i w:val="0"/>
        </w:rPr>
        <w:t xml:space="preserve"> </w:t>
      </w:r>
      <w:r>
        <w:rPr>
          <w:b w:val="0"/>
          <w:i/>
        </w:rPr>
        <w:t xml:space="preserve"> " </w:t>
      </w:r>
      <w:r>
        <w:rPr>
          <w:b w:val="0"/>
          <w:i w:val="0"/>
        </w:rPr>
        <w:t xml:space="preserve"> &gt; </w:t>
      </w:r>
      <w:r>
        <w:rPr>
          <w:b w:val="0"/>
          <w:i/>
        </w:rPr>
        <w:t xml:space="preserve"> " </w:t>
      </w:r>
      <w:r>
        <w:rPr>
          <w:b w:val="0"/>
          <w:i w:val="0"/>
        </w:rPr>
        <w:t xml:space="preserve"> </w:t>
      </w:r>
      <w:r>
        <w:rPr>
          <w:b w:val="0"/>
          <w:i/>
        </w:rPr>
        <w:t xml:space="preserve"> Create New Calendar </w:t>
      </w:r>
      <w:r>
        <w:rPr>
          <w:b w:val="0"/>
          <w:i w:val="0"/>
        </w:rPr>
        <w:t xml:space="preserve"> </w:t>
      </w:r>
      <w:r>
        <w:rPr>
          <w:b w:val="0"/>
          <w:i/>
        </w:rPr>
        <w:t xml:space="preserve"> " </w:t>
      </w:r>
      <w:r>
        <w:rPr>
          <w:b w:val="0"/>
          <w:i w:val="0"/>
        </w:rPr>
        <w:t xml:space="preserve"> , rồi thêm tên và mô tả. Nhớ khớp bất kỳ người được mời nào trong các sự kiện trên lịch với tên trong các tệp ghi chú </w:t>
      </w:r>
      <w:r>
        <w:rPr>
          <w:rFonts w:ascii="Consolas" w:hAnsi="Consolas"/>
          <w:b w:val="0"/>
          <w:i w:val="0"/>
          <w:sz w:val="20"/>
        </w:rPr>
        <w:br/>
        <w:br/>
        <w:t xml:space="preserve">      data/</w:t>
        <w:br/>
        <w:t xml:space="preserve">      </w:t>
        <w:br/>
      </w:r>
      <w:r>
        <w:rPr>
          <w:b w:val="0"/>
          <w:i w:val="0"/>
        </w:rPr>
        <w:t xml:space="preserve"> . Ví dụ của chúng tôi dùng tên của tôi, nhưng bạn cứ thoải mái đổi lại. Để công thức hoạt động, tên trên lời mời nên khớp một cách tương đối với một trong các tệp </w:t>
      </w:r>
      <w:r>
        <w:rPr>
          <w:rFonts w:ascii="Consolas" w:hAnsi="Consolas"/>
          <w:b w:val="0"/>
          <w:i w:val="0"/>
          <w:sz w:val="20"/>
        </w:rPr>
        <w:br/>
        <w:br/>
        <w:t xml:space="preserve">      data/md</w:t>
        <w:br/>
        <w:t xml:space="preserve">      </w:t>
        <w:br/>
      </w:r>
      <w:r>
        <w:rPr>
          <w:b w:val="0"/>
          <w:i w:val="0"/>
        </w:rPr>
        <w:t xml:space="preserve"> có sẵn.</w:t>
      </w:r>
    </w:p>
    <w:p>
      <w:pPr>
        <w:spacing w:after="80"/>
      </w:pPr>
      <w:r>
        <w:rPr>
          <w:b w:val="0"/>
          <w:i w:val="0"/>
        </w:rPr>
        <w:t xml:space="preserve">Chúng ta sẽ dùng mô hình GPT-5.4. Hãy kiểm tra xem nó có sẵn trên trang web OpenAI không (https://developers.openai.com/api/docs/models). Nếu không có, hãy đổi cho phù hợp. </w:t>
      </w:r>
      <w:r>
        <w:rPr>
          <w:b w:val="0"/>
          <w:i/>
        </w:rPr>
        <w:t xml:space="preserve"> Có </w:t>
      </w:r>
      <w:r>
        <w:rPr>
          <w:b w:val="0"/>
          <w:i w:val="0"/>
        </w:rPr>
        <w:t xml:space="preserve"> </w:t>
      </w:r>
      <w:r>
        <w:rPr>
          <w:b w:val="0"/>
          <w:i/>
        </w:rPr>
        <w:t xml:space="preserve"> ' </w:t>
      </w:r>
      <w:r>
        <w:rPr>
          <w:b w:val="0"/>
          <w:i w:val="0"/>
        </w:rPr>
        <w:t xml:space="preserve"> </w:t>
      </w:r>
      <w:r>
        <w:rPr>
          <w:b w:val="0"/>
          <w:i/>
        </w:rPr>
        <w:t xml:space="preserve"> thêm </w:t>
      </w:r>
      <w:r>
        <w:rPr>
          <w:b w:val="0"/>
          <w:i w:val="0"/>
        </w:rPr>
        <w:t xml:space="preserve"> thông tin về nó trong phần There's more của công thức </w:t>
      </w:r>
      <w:r>
        <w:rPr>
          <w:b w:val="0"/>
          <w:i/>
        </w:rPr>
        <w:t xml:space="preserve"> Creating your own chatbot </w:t>
      </w:r>
      <w:r>
        <w:rPr>
          <w:b w:val="0"/>
          <w:i w:val="0"/>
        </w:rPr>
        <w:t xml:space="preserve"> trong </w:t>
      </w:r>
      <w:r>
        <w:rPr>
          <w:b w:val="0"/>
          <w:i/>
        </w:rPr>
        <w:t xml:space="preserve"> Chapter 11 </w:t>
      </w:r>
      <w:r>
        <w:rPr>
          <w:b w:val="0"/>
          <w:i w:val="0"/>
        </w:rPr>
        <w:t xml:space="preserve"> .</w:t>
      </w:r>
    </w:p>
    <w:p>
      <w:pPr>
        <w:pStyle w:val="Heading3"/>
      </w:pPr>
      <w:r>
        <w:rPr>
          <w:rFonts w:ascii="Calibri" w:hAnsi="Calibri"/>
          <w:b/>
          <w:i w:val="0"/>
          <w:sz w:val="26"/>
        </w:rPr>
        <w:t>Cách thực hiện…</w:t>
      </w:r>
    </w:p>
    <w:p>
      <w:pPr>
        <w:spacing w:after="80"/>
        <w:ind w:left="360"/>
      </w:pPr>
      <w:r>
        <w:t xml:space="preserve">1. </w:t>
      </w:r>
      <w:r>
        <w:rPr>
          <w:b w:val="0"/>
          <w:i w:val="0"/>
        </w:rPr>
        <w:t xml:space="preserve">Kiểm tra các dòng cuối trong </w:t>
      </w:r>
      <w:r>
        <w:rPr>
          <w:rFonts w:ascii="Consolas" w:hAnsi="Consolas"/>
          <w:b w:val="0"/>
          <w:i w:val="0"/>
          <w:sz w:val="20"/>
        </w:rPr>
        <w:br/>
        <w:br/>
        <w:t xml:space="preserve">      data/jbuelta.md</w:t>
        <w:br/>
        <w:t xml:space="preserve">      </w:t>
        <w:br/>
      </w:r>
      <w:r>
        <w:rPr>
          <w:b w:val="0"/>
          <w:i w:val="0"/>
        </w:rPr>
        <w:t xml:space="preserve"> (hoặc phiên bản của bạn, nếu bạn đã đổi tên tệp).</w:t>
      </w:r>
    </w:p>
    <w:p>
      <w:pPr>
        <w:spacing w:after="0"/>
        <w:ind w:left="360"/>
        <w:shd w:val="clear" w:color="auto" w:fill="F2F2F2"/>
      </w:pPr>
      <w:r>
        <w:rPr>
          <w:rFonts w:ascii="Consolas" w:hAnsi="Consolas"/>
          <w:sz w:val="18"/>
        </w:rPr>
        <w:t>$ tail data/jbuelta.md</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2026-03-12</w:t>
      </w:r>
    </w:p>
    <w:p>
      <w:pPr>
        <w:spacing w:after="0"/>
        <w:ind w:left="360"/>
        <w:shd w:val="clear" w:color="auto" w:fill="F2F2F2"/>
      </w:pPr>
      <w:r>
        <w:rPr>
          <w:rFonts w:ascii="Consolas" w:hAnsi="Consolas"/>
          <w:sz w:val="18"/>
        </w:rPr>
        <w:t>The Python system is mostly working end-to-end, though some automation tasks fail silently. Jaime added logging and alerts to track issues. Still a bit rough, but improving steadily.</w:t>
      </w:r>
    </w:p>
    <w:p>
      <w:pPr>
        <w:spacing w:after="0"/>
        <w:ind w:left="360"/>
        <w:shd w:val="clear" w:color="auto" w:fill="F2F2F2"/>
      </w:pPr>
      <w:r>
        <w:rPr>
          <w:rFonts w:ascii="Consolas" w:hAnsi="Consolas"/>
          <w:sz w:val="18"/>
        </w:rPr>
        <w:t>Comment: Almost there.</w:t>
      </w:r>
    </w:p>
    <w:p>
      <w:pPr>
        <w:spacing w:after="40"/>
      </w:pPr>
    </w:p>
    <w:p>
      <w:pPr>
        <w:spacing w:after="80"/>
        <w:ind w:left="360"/>
      </w:pPr>
      <w:r>
        <w:t xml:space="preserve">2. </w:t>
      </w:r>
      <w:r>
        <w:rPr>
          <w:b w:val="0"/>
          <w:i w:val="0"/>
        </w:rPr>
        <w:t>Xác minh rằng bạn có thể truy cập lịch của mình.</w:t>
      </w:r>
    </w:p>
    <w:p>
      <w:pPr>
        <w:spacing w:after="0"/>
        <w:ind w:left="360"/>
        <w:shd w:val="clear" w:color="auto" w:fill="F2F2F2"/>
      </w:pPr>
      <w:r>
        <w:rPr>
          <w:rFonts w:ascii="Consolas" w:hAnsi="Consolas"/>
          <w:sz w:val="18"/>
        </w:rPr>
        <w:t>$ uv run calendar_tools.py</w:t>
      </w:r>
    </w:p>
    <w:p>
      <w:pPr>
        <w:spacing w:after="0"/>
        <w:ind w:left="360"/>
        <w:shd w:val="clear" w:color="auto" w:fill="F2F2F2"/>
      </w:pPr>
      <w:r>
        <w:rPr>
          <w:rFonts w:ascii="Consolas" w:hAnsi="Consolas"/>
          <w:sz w:val="18"/>
        </w:rPr>
        <w:t>[{'start': datetime.datetime(2026, 4, 8, 17, 0, tzinfo=zoneinfo.ZoneInfo(key='Europe/Dublin')), 'summary': 'Ongoing conversation about the Python project', 'attendees': [REDACTED EMAILS]}]</w:t>
      </w:r>
    </w:p>
    <w:p>
      <w:pPr>
        <w:spacing w:after="40"/>
      </w:pPr>
    </w:p>
    <w:p>
      <w:pPr>
        <w:spacing w:after="80"/>
        <w:ind w:left="360"/>
      </w:pPr>
      <w:r>
        <w:t xml:space="preserve">3. </w:t>
      </w:r>
      <w:r>
        <w:rPr>
          <w:b w:val="0"/>
          <w:i w:val="0"/>
        </w:rPr>
        <w:t xml:space="preserve">Kiểm tra rằng bạn có thể đọc các ghi chú trong thư mục con </w:t>
      </w:r>
      <w:r>
        <w:rPr>
          <w:rFonts w:ascii="Consolas" w:hAnsi="Consolas"/>
          <w:b w:val="0"/>
          <w:i w:val="0"/>
          <w:sz w:val="20"/>
        </w:rPr>
        <w:br/>
        <w:br/>
        <w:t xml:space="preserve">      data</w:t>
        <w:br/>
        <w:t xml:space="preserve">      </w:t>
        <w:br/>
      </w:r>
      <w:r>
        <w:rPr>
          <w:b w:val="0"/>
          <w:i w:val="0"/>
        </w:rPr>
        <w:t xml:space="preserve"> . Đây là giá trị giống như tệp </w:t>
      </w:r>
      <w:r>
        <w:rPr>
          <w:rFonts w:ascii="Consolas" w:hAnsi="Consolas"/>
          <w:b w:val="0"/>
          <w:i w:val="0"/>
          <w:sz w:val="20"/>
        </w:rPr>
        <w:br/>
        <w:br/>
        <w:t xml:space="preserve">      data/jbuelta.md</w:t>
        <w:br/>
        <w:t xml:space="preserve">      </w:t>
        <w:br/>
      </w:r>
      <w:r>
        <w:rPr>
          <w:b w:val="0"/>
          <w:i w:val="0"/>
        </w:rPr>
        <w:t xml:space="preserve"> .</w:t>
      </w:r>
    </w:p>
    <w:p>
      <w:pPr>
        <w:spacing w:after="0"/>
        <w:ind w:left="360"/>
        <w:shd w:val="clear" w:color="auto" w:fill="F2F2F2"/>
      </w:pPr>
      <w:r>
        <w:rPr>
          <w:rFonts w:ascii="Consolas" w:hAnsi="Consolas"/>
          <w:sz w:val="18"/>
        </w:rPr>
        <w:t>$ uv run notes_tools.py</w:t>
      </w:r>
    </w:p>
    <w:p>
      <w:pPr>
        <w:spacing w:after="0"/>
        <w:ind w:left="360"/>
        <w:shd w:val="clear" w:color="auto" w:fill="F2F2F2"/>
      </w:pPr>
      <w:r>
        <w:rPr>
          <w:rFonts w:ascii="Consolas" w:hAnsi="Consolas"/>
          <w:sz w:val="18"/>
        </w:rPr>
        <w:t>['jbuelta']</w:t>
      </w:r>
    </w:p>
    <w:p>
      <w:pPr>
        <w:spacing w:after="0"/>
        <w:ind w:left="360"/>
        <w:shd w:val="clear" w:color="auto" w:fill="F2F2F2"/>
      </w:pPr>
      <w:r>
        <w:rPr>
          <w:rFonts w:ascii="Consolas" w:hAnsi="Consolas"/>
          <w:sz w:val="18"/>
        </w:rPr>
        <w:t>Jaime Buelta (REDACTED EMAIL)</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General notes</w:t>
      </w:r>
    </w:p>
    <w:p>
      <w:pPr>
        <w:spacing w:after="0"/>
        <w:ind w:left="360"/>
        <w:shd w:val="clear" w:color="auto" w:fill="F2F2F2"/>
      </w:pPr>
      <w:r>
        <w:rPr>
          <w:rFonts w:ascii="Consolas" w:hAnsi="Consolas"/>
          <w:sz w:val="18"/>
        </w:rPr>
        <w:t>He is a Software Engineer. we had some conversations about using Python for our new project. He's convinced that using Python will increase the productivity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2025-02-12</w:t>
      </w:r>
    </w:p>
    <w:p>
      <w:pPr>
        <w:spacing w:after="0"/>
        <w:ind w:left="360"/>
        <w:shd w:val="clear" w:color="auto" w:fill="F2F2F2"/>
      </w:pPr>
      <w:r>
        <w:rPr>
          <w:rFonts w:ascii="Consolas" w:hAnsi="Consolas"/>
          <w:sz w:val="18"/>
        </w:rPr>
        <w:t>Jaime started setting up the Python project structure and initialized the repo. They got basic automation scripts running for file organization. Looks like a solid foundation so far.</w:t>
      </w:r>
    </w:p>
    <w:p>
      <w:pPr>
        <w:spacing w:after="0"/>
        <w:ind w:left="360"/>
        <w:shd w:val="clear" w:color="auto" w:fill="F2F2F2"/>
      </w:pPr>
      <w:r>
        <w:rPr>
          <w:rFonts w:ascii="Consolas" w:hAnsi="Consolas"/>
          <w:sz w:val="18"/>
        </w:rPr>
        <w:t>Comment: Nice clean start.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2026-03-12</w:t>
      </w:r>
    </w:p>
    <w:p>
      <w:pPr>
        <w:spacing w:after="0"/>
        <w:ind w:left="360"/>
        <w:shd w:val="clear" w:color="auto" w:fill="F2F2F2"/>
      </w:pPr>
      <w:r>
        <w:rPr>
          <w:rFonts w:ascii="Consolas" w:hAnsi="Consolas"/>
          <w:sz w:val="18"/>
        </w:rPr>
        <w:t>The Python system is mostly working end-to-end, though some automation tasks fail silently. Jaime added logging and alerts to track issues. Still a bit rough, but improving steadily.</w:t>
      </w:r>
    </w:p>
    <w:p>
      <w:pPr>
        <w:spacing w:after="0"/>
        <w:ind w:left="360"/>
        <w:shd w:val="clear" w:color="auto" w:fill="F2F2F2"/>
      </w:pPr>
      <w:r>
        <w:rPr>
          <w:rFonts w:ascii="Consolas" w:hAnsi="Consolas"/>
          <w:sz w:val="18"/>
        </w:rPr>
        <w:t>Comment: Almost there.</w:t>
      </w:r>
    </w:p>
    <w:p>
      <w:pPr>
        <w:spacing w:after="40"/>
      </w:pPr>
    </w:p>
    <w:p>
      <w:pPr>
        <w:spacing w:after="80"/>
        <w:ind w:left="360"/>
      </w:pPr>
      <w:r>
        <w:t xml:space="preserve">4. </w:t>
      </w:r>
      <w:r>
        <w:rPr>
          <w:b w:val="0"/>
          <w:i w:val="0"/>
        </w:rPr>
        <w:t>Chạy agent để tạo ghi chú cho cuộc họp tiếp theo.</w:t>
      </w:r>
    </w:p>
    <w:p>
      <w:pPr>
        <w:spacing w:after="0"/>
        <w:ind w:left="360"/>
        <w:shd w:val="clear" w:color="auto" w:fill="F2F2F2"/>
      </w:pPr>
      <w:r>
        <w:rPr>
          <w:rFonts w:ascii="Consolas" w:hAnsi="Consolas"/>
          <w:sz w:val="18"/>
        </w:rPr>
        <w:t>$ uv run meeting_preparation_agent.py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Agent: Calendar assistant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Calling tool: retrieve_calendar_events</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Calling tool: available_notes</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Calling tool: retrieve_note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Calling tool: write_meeting_brief</w:t>
      </w:r>
    </w:p>
    <w:p>
      <w:pPr>
        <w:spacing w:after="0"/>
        <w:ind w:left="360"/>
        <w:shd w:val="clear" w:color="auto" w:fill="F2F2F2"/>
      </w:pPr>
      <w:r>
        <w:rPr>
          <w:rFonts w:ascii="Consolas" w:hAnsi="Consolas"/>
          <w:sz w:val="18"/>
        </w:rPr>
        <w:t>..........................................................................Calling tool: write_meeting_brief</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Meeting brief</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Meeting: Ongoing conversation about the Python project</w:t>
      </w:r>
    </w:p>
    <w:p>
      <w:pPr>
        <w:spacing w:after="0"/>
        <w:ind w:left="360"/>
        <w:shd w:val="clear" w:color="auto" w:fill="F2F2F2"/>
      </w:pPr>
      <w:r>
        <w:rPr>
          <w:rFonts w:ascii="Consolas" w:hAnsi="Consolas"/>
          <w:sz w:val="18"/>
        </w:rPr>
        <w:t>When: 2026-04-08 17:00 Europe/Dublin</w:t>
      </w:r>
    </w:p>
    <w:p>
      <w:pPr>
        <w:spacing w:after="0"/>
        <w:ind w:left="360"/>
        <w:shd w:val="clear" w:color="auto" w:fill="F2F2F2"/>
      </w:pPr>
      <w:r>
        <w:rPr>
          <w:rFonts w:ascii="Consolas" w:hAnsi="Consolas"/>
          <w:sz w:val="18"/>
        </w:rPr>
        <w:t>Attendees with prior notes: Jaime Buelta</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Relevant context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Jaime Buelta is a Software Engineer and has been supportive of using Python for the new project, believing it will improve productivity.</w:t>
      </w:r>
    </w:p>
    <w:p>
      <w:pPr>
        <w:spacing w:after="0"/>
        <w:ind w:left="360"/>
        <w:shd w:val="clear" w:color="auto" w:fill="F2F2F2"/>
      </w:pPr>
      <w:r>
        <w:rPr>
          <w:rFonts w:ascii="Consolas" w:hAnsi="Consolas"/>
          <w:sz w:val="18"/>
        </w:rPr>
        <w:t xml:space="preserve"> • Previous discussions focused on building out the Python project and related automation work.</w:t>
      </w:r>
    </w:p>
    <w:p>
      <w:pPr>
        <w:spacing w:after="0"/>
        <w:ind w:left="360"/>
        <w:shd w:val="clear" w:color="auto" w:fill="F2F2F2"/>
      </w:pPr>
      <w:r>
        <w:rPr>
          <w:rFonts w:ascii="Consolas" w:hAnsi="Consolas"/>
          <w:sz w:val="18"/>
        </w:rPr>
        <w:t xml:space="preserve"> • He set up the initial project structure and repository, including basic automation scripts.</w:t>
      </w:r>
    </w:p>
    <w:p>
      <w:pPr>
        <w:spacing w:after="0"/>
        <w:ind w:left="360"/>
        <w:shd w:val="clear" w:color="auto" w:fill="F2F2F2"/>
      </w:pPr>
      <w:r>
        <w:rPr>
          <w:rFonts w:ascii="Consolas" w:hAnsi="Consolas"/>
          <w:sz w:val="18"/>
        </w:rPr>
        <w:t xml:space="preserve"> • He later automated data collection through an API, addressed rate-limiting with scheduling changes and retry logic, and fixed cron/timezone</w:t>
      </w:r>
    </w:p>
    <w:p>
      <w:pPr>
        <w:spacing w:after="0"/>
        <w:ind w:left="360"/>
        <w:shd w:val="clear" w:color="auto" w:fill="F2F2F2"/>
      </w:pPr>
      <w:r>
        <w:rPr>
          <w:rFonts w:ascii="Consolas" w:hAnsi="Consolas"/>
          <w:sz w:val="18"/>
        </w:rPr>
        <w:t xml:space="preserve">   issues by standardizing on UTC.</w:t>
      </w:r>
    </w:p>
    <w:p>
      <w:pPr>
        <w:spacing w:after="0"/>
        <w:ind w:left="360"/>
        <w:shd w:val="clear" w:color="auto" w:fill="F2F2F2"/>
      </w:pPr>
      <w:r>
        <w:rPr>
          <w:rFonts w:ascii="Consolas" w:hAnsi="Consolas"/>
          <w:sz w:val="18"/>
        </w:rPr>
        <w:t xml:space="preserve"> • More recently, he worked on automated report generation, resolved file overwriting with timestamped filenames, and added logging and alerts</w:t>
      </w:r>
    </w:p>
    <w:p>
      <w:pPr>
        <w:spacing w:after="0"/>
        <w:ind w:left="360"/>
        <w:shd w:val="clear" w:color="auto" w:fill="F2F2F2"/>
      </w:pPr>
      <w:r>
        <w:rPr>
          <w:rFonts w:ascii="Consolas" w:hAnsi="Consolas"/>
          <w:sz w:val="18"/>
        </w:rPr>
        <w:t xml:space="preserve">   to investigate silent failures.</w:t>
      </w:r>
    </w:p>
    <w:p>
      <w:pPr>
        <w:spacing w:after="0"/>
        <w:ind w:left="360"/>
        <w:shd w:val="clear" w:color="auto" w:fill="F2F2F2"/>
      </w:pPr>
      <w:r>
        <w:rPr>
          <w:rFonts w:ascii="Consolas" w:hAnsi="Consolas"/>
          <w:sz w:val="18"/>
        </w:rPr>
        <w:t xml:space="preserve"> • Overall, the system appears mostly working end-to-end, with reliability and observability improving over time.</w:t>
      </w:r>
    </w:p>
    <w:p>
      <w:pPr>
        <w:spacing w:after="40"/>
      </w:pPr>
    </w:p>
    <w:p>
      <w:pPr>
        <w:spacing w:after="80"/>
        <w:ind w:left="360"/>
      </w:pPr>
      <w:r>
        <w:t xml:space="preserve">5. </w:t>
      </w:r>
      <w:r>
        <w:rPr>
          <w:b w:val="0"/>
          <w:i w:val="0"/>
        </w:rPr>
        <w:t xml:space="preserve">Kiểm tra tệp </w:t>
      </w:r>
      <w:r>
        <w:rPr>
          <w:rFonts w:ascii="Consolas" w:hAnsi="Consolas"/>
          <w:b w:val="0"/>
          <w:i w:val="0"/>
          <w:sz w:val="20"/>
        </w:rPr>
        <w:br/>
        <w:br/>
        <w:t xml:space="preserve">      data/jbuelta.md</w:t>
        <w:br/>
        <w:t xml:space="preserve">      </w:t>
        <w:br/>
      </w:r>
      <w:r>
        <w:rPr>
          <w:b w:val="0"/>
          <w:i w:val="0"/>
        </w:rPr>
        <w:t xml:space="preserve"> , và xem rằng bản tóm tắt đã được thêm vào đó.</w:t>
      </w:r>
    </w:p>
    <w:p>
      <w:pPr>
        <w:spacing w:after="0"/>
        <w:ind w:left="360"/>
        <w:shd w:val="clear" w:color="auto" w:fill="F2F2F2"/>
      </w:pPr>
      <w:r>
        <w:rPr>
          <w:rFonts w:ascii="Consolas" w:hAnsi="Consolas"/>
          <w:sz w:val="18"/>
        </w:rPr>
        <w:t>$ tail data/jbuelta.md</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Meeting brief for 2026-04-08</w:t>
      </w:r>
    </w:p>
    <w:p>
      <w:pPr>
        <w:spacing w:after="0"/>
        <w:ind w:left="360"/>
        <w:shd w:val="clear" w:color="auto" w:fill="F2F2F2"/>
      </w:pPr>
      <w:r>
        <w:rPr>
          <w:rFonts w:ascii="Consolas" w:hAnsi="Consolas"/>
          <w:sz w:val="18"/>
        </w:rPr>
        <w:t>Meeting brief</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Meeting: Ongoing conversation about the Python project</w:t>
      </w:r>
    </w:p>
    <w:p>
      <w:pPr>
        <w:spacing w:after="0"/>
        <w:ind w:left="360"/>
        <w:shd w:val="clear" w:color="auto" w:fill="F2F2F2"/>
      </w:pPr>
      <w:r>
        <w:rPr>
          <w:rFonts w:ascii="Consolas" w:hAnsi="Consolas"/>
          <w:sz w:val="18"/>
        </w:rPr>
        <w:t>When: 2026-04-08 17:00 Europe/Dublin</w:t>
      </w:r>
    </w:p>
    <w:p>
      <w:pPr>
        <w:spacing w:after="0"/>
        <w:ind w:left="360"/>
        <w:shd w:val="clear" w:color="auto" w:fill="F2F2F2"/>
      </w:pPr>
      <w:r>
        <w:rPr>
          <w:rFonts w:ascii="Consolas" w:hAnsi="Consolas"/>
          <w:sz w:val="18"/>
        </w:rPr>
        <w:t>Attendees with prior notes: Jaime Buelta</w:t>
      </w:r>
    </w:p>
    <w:p>
      <w:pPr>
        <w:spacing w:after="0"/>
        <w:ind w:left="360"/>
        <w:shd w:val="clear" w:color="auto" w:fill="F2F2F2"/>
      </w:pPr>
      <w:r>
        <w:rPr>
          <w:rFonts w:ascii="Consolas" w:hAnsi="Consolas"/>
          <w:sz w:val="18"/>
        </w:rPr>
        <w:t>...</w:t>
      </w:r>
    </w:p>
    <w:p>
      <w:pPr>
        <w:spacing w:after="40"/>
      </w:pPr>
    </w:p>
    <w:p>
      <w:pPr>
        <w:spacing w:after="80"/>
      </w:pPr>
      <w:r>
        <w:rPr>
          <w:b/>
          <w:i w:val="0"/>
        </w:rPr>
        <w:t>Lưu ý</w:t>
      </w:r>
    </w:p>
    <w:p>
      <w:pPr>
        <w:spacing w:after="80"/>
      </w:pPr>
      <w:r>
        <w:rPr>
          <w:b w:val="0"/>
          <w:i w:val="0"/>
        </w:rPr>
        <w:t>Hãy nhớ rằng các Mô hình AI mang tính phi xác định (non-deterministic), và kết quả có thể khác với những gì được hiển thị ở đây, dù chúng vẫn nên đi theo ý chính chung.</w:t>
      </w:r>
    </w:p>
    <w:p>
      <w:pPr>
        <w:pStyle w:val="Heading3"/>
      </w:pPr>
      <w:r>
        <w:rPr>
          <w:rFonts w:ascii="Calibri" w:hAnsi="Calibri"/>
          <w:b/>
          <w:i w:val="0"/>
          <w:sz w:val="26"/>
        </w:rPr>
        <w:t>Cách nó hoạt động...</w:t>
      </w:r>
    </w:p>
    <w:p>
      <w:pPr>
        <w:spacing w:after="80"/>
      </w:pPr>
      <w:r>
        <w:rPr>
          <w:b w:val="0"/>
          <w:i w:val="0"/>
        </w:rPr>
        <w:t>Chúng ta chia nhiệm vụ thành ba tệp khác nhau:</w:t>
      </w:r>
    </w:p>
    <w:p>
      <w:pPr>
        <w:spacing w:after="80"/>
        <w:ind w:left="360"/>
      </w:pPr>
      <w:r>
        <w:t xml:space="preserve">• </w:t>
      </w:r>
      <w:r>
        <w:rPr>
          <w:b w:val="0"/>
          <w:i w:val="0"/>
        </w:rPr>
        <w:t>Một tệp công cụ về truy cập lịch</w:t>
      </w:r>
    </w:p>
    <w:p>
      <w:pPr>
        <w:spacing w:after="80"/>
        <w:ind w:left="360"/>
      </w:pPr>
      <w:r>
        <w:t xml:space="preserve">• </w:t>
      </w:r>
      <w:r>
        <w:rPr>
          <w:b w:val="0"/>
          <w:i w:val="0"/>
        </w:rPr>
        <w:t>Một tệp công cụ đọc các ghi chú được lưu trữ về những cuộc họp trước</w:t>
      </w:r>
    </w:p>
    <w:p>
      <w:pPr>
        <w:spacing w:after="80"/>
        <w:ind w:left="360"/>
      </w:pPr>
      <w:r>
        <w:t xml:space="preserve">• </w:t>
      </w:r>
      <w:r>
        <w:rPr>
          <w:b w:val="0"/>
          <w:i w:val="0"/>
        </w:rPr>
        <w:t>Agent sử dụng các công cụ để đầu tiên đọc thông tin, và sau đó, tạo và lưu biên bản cuộc họp</w:t>
      </w:r>
    </w:p>
    <w:p>
      <w:pPr>
        <w:spacing w:after="80"/>
      </w:pPr>
      <w:r>
        <w:rPr>
          <w:b w:val="0"/>
          <w:i w:val="0"/>
        </w:rPr>
        <w:t xml:space="preserve">Trước tiên, hãy cùng xem công cụ lịch. Lưu ý rằng nó lấy các biến cấu hình từ các biến môi trường được định nghĩa trong tệp </w:t>
      </w:r>
      <w:r>
        <w:rPr>
          <w:rFonts w:ascii="Consolas" w:hAnsi="Consolas"/>
          <w:b w:val="0"/>
          <w:i w:val="0"/>
          <w:sz w:val="20"/>
        </w:rPr>
        <w:br/>
        <w:br/>
        <w:t xml:space="preserve">      .env</w:t>
        <w:br/>
        <w:t xml:space="preserve">     </w:t>
        <w:br/>
      </w:r>
      <w:r>
        <w:rPr>
          <w:b w:val="0"/>
          <w:i w:val="0"/>
        </w:rPr>
        <w:t>.</w:t>
      </w:r>
    </w:p>
    <w:p>
      <w:pPr>
        <w:spacing w:after="0"/>
        <w:ind w:left="360"/>
        <w:shd w:val="clear" w:color="auto" w:fill="F2F2F2"/>
      </w:pPr>
      <w:r>
        <w:rPr>
          <w:rFonts w:ascii="Consolas" w:hAnsi="Consolas"/>
          <w:sz w:val="18"/>
        </w:rPr>
        <w:t>EMAIL_USER = os.getenv('EMAIL_USER')</w:t>
      </w:r>
    </w:p>
    <w:p>
      <w:pPr>
        <w:spacing w:after="0"/>
        <w:ind w:left="360"/>
        <w:shd w:val="clear" w:color="auto" w:fill="F2F2F2"/>
      </w:pPr>
      <w:r>
        <w:rPr>
          <w:rFonts w:ascii="Consolas" w:hAnsi="Consolas"/>
          <w:sz w:val="18"/>
        </w:rPr>
        <w:t>CALENDAR_PASSWORD = os.getenv('CALENDAR_PASSWORD')</w:t>
      </w:r>
    </w:p>
    <w:p>
      <w:pPr>
        <w:spacing w:after="0"/>
        <w:ind w:left="360"/>
        <w:shd w:val="clear" w:color="auto" w:fill="F2F2F2"/>
      </w:pPr>
      <w:r>
        <w:rPr>
          <w:rFonts w:ascii="Consolas" w:hAnsi="Consolas"/>
          <w:sz w:val="18"/>
        </w:rPr>
        <w:t>CALENDAR = os.getenv('CALENDAR')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retrieve_calendar_events():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Obtain the calendar from the user and get events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url = f'https://www.google.com/calendar/dav/{EMAIL_USER}/user'</w:t>
      </w:r>
    </w:p>
    <w:p>
      <w:pPr>
        <w:spacing w:after="0"/>
        <w:ind w:left="360"/>
        <w:shd w:val="clear" w:color="auto" w:fill="F2F2F2"/>
      </w:pPr>
      <w:r>
        <w:rPr>
          <w:rFonts w:ascii="Consolas" w:hAnsi="Consolas"/>
          <w:sz w:val="18"/>
        </w:rPr>
        <w:t xml:space="preserve">    client = caldav.DAVClient(</w:t>
      </w:r>
    </w:p>
    <w:p>
      <w:pPr>
        <w:spacing w:after="0"/>
        <w:ind w:left="360"/>
        <w:shd w:val="clear" w:color="auto" w:fill="F2F2F2"/>
      </w:pPr>
      <w:r>
        <w:rPr>
          <w:rFonts w:ascii="Consolas" w:hAnsi="Consolas"/>
          <w:sz w:val="18"/>
        </w:rPr>
        <w:t xml:space="preserve">        url=url,</w:t>
      </w:r>
    </w:p>
    <w:p>
      <w:pPr>
        <w:spacing w:after="0"/>
        <w:ind w:left="360"/>
        <w:shd w:val="clear" w:color="auto" w:fill="F2F2F2"/>
      </w:pPr>
      <w:r>
        <w:rPr>
          <w:rFonts w:ascii="Consolas" w:hAnsi="Consolas"/>
          <w:sz w:val="18"/>
        </w:rPr>
        <w:t xml:space="preserve">        username=EMAIL_USER,</w:t>
      </w:r>
    </w:p>
    <w:p>
      <w:pPr>
        <w:spacing w:after="0"/>
        <w:ind w:left="360"/>
        <w:shd w:val="clear" w:color="auto" w:fill="F2F2F2"/>
      </w:pPr>
      <w:r>
        <w:rPr>
          <w:rFonts w:ascii="Consolas" w:hAnsi="Consolas"/>
          <w:sz w:val="18"/>
        </w:rPr>
        <w:t xml:space="preserve">        password=CALENDAR_PASSWORD,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principal = client.principal()</w:t>
      </w:r>
    </w:p>
    <w:p>
      <w:pPr>
        <w:spacing w:after="0"/>
        <w:ind w:left="360"/>
        <w:shd w:val="clear" w:color="auto" w:fill="F2F2F2"/>
      </w:pPr>
      <w:r>
        <w:rPr>
          <w:rFonts w:ascii="Consolas" w:hAnsi="Consolas"/>
          <w:sz w:val="18"/>
        </w:rPr>
        <w:t xml:space="preserve">    calendar = principal.calendar(name=CALENDAR)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all_events =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for event in calendar.events():</w:t>
      </w:r>
    </w:p>
    <w:p>
      <w:pPr>
        <w:spacing w:after="0"/>
        <w:ind w:left="360"/>
        <w:shd w:val="clear" w:color="auto" w:fill="F2F2F2"/>
      </w:pPr>
      <w:r>
        <w:rPr>
          <w:rFonts w:ascii="Consolas" w:hAnsi="Consolas"/>
          <w:sz w:val="18"/>
        </w:rPr>
        <w:t xml:space="preserve">        cal = Calendar.from_ical(event.data)</w:t>
      </w:r>
    </w:p>
    <w:p>
      <w:pPr>
        <w:spacing w:after="0"/>
        <w:ind w:left="360"/>
        <w:shd w:val="clear" w:color="auto" w:fill="F2F2F2"/>
      </w:pPr>
      <w:r>
        <w:rPr>
          <w:rFonts w:ascii="Consolas" w:hAnsi="Consolas"/>
          <w:sz w:val="18"/>
        </w:rPr>
        <w:t xml:space="preserve">        for component in cal.walk("VEVENT"):</w:t>
      </w:r>
    </w:p>
    <w:p>
      <w:pPr>
        <w:spacing w:after="0"/>
        <w:ind w:left="360"/>
        <w:shd w:val="clear" w:color="auto" w:fill="F2F2F2"/>
      </w:pPr>
      <w:r>
        <w:rPr>
          <w:rFonts w:ascii="Consolas" w:hAnsi="Consolas"/>
          <w:sz w:val="18"/>
        </w:rPr>
        <w:t xml:space="preserve">            summary = component.get("summary", "No title")</w:t>
      </w:r>
    </w:p>
    <w:p>
      <w:pPr>
        <w:spacing w:after="0"/>
        <w:ind w:left="360"/>
        <w:shd w:val="clear" w:color="auto" w:fill="F2F2F2"/>
      </w:pPr>
      <w:r>
        <w:rPr>
          <w:rFonts w:ascii="Consolas" w:hAnsi="Consolas"/>
          <w:sz w:val="18"/>
        </w:rPr>
        <w:t xml:space="preserve">            start = component.get("dtstart").dt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attendees = component.get('attendee')</w:t>
      </w:r>
    </w:p>
    <w:p>
      <w:pPr>
        <w:spacing w:after="0"/>
        <w:ind w:left="360"/>
        <w:shd w:val="clear" w:color="auto" w:fill="F2F2F2"/>
      </w:pPr>
      <w:r>
        <w:rPr>
          <w:rFonts w:ascii="Consolas" w:hAnsi="Consolas"/>
          <w:sz w:val="18"/>
        </w:rPr>
        <w:t xml:space="preserve">            if not isinstance(attendees, list):</w:t>
      </w:r>
    </w:p>
    <w:p>
      <w:pPr>
        <w:spacing w:after="0"/>
        <w:ind w:left="360"/>
        <w:shd w:val="clear" w:color="auto" w:fill="F2F2F2"/>
      </w:pPr>
      <w:r>
        <w:rPr>
          <w:rFonts w:ascii="Consolas" w:hAnsi="Consolas"/>
          <w:sz w:val="18"/>
        </w:rPr>
        <w:t xml:space="preserve">                # In case there's a single attendee</w:t>
      </w:r>
    </w:p>
    <w:p>
      <w:pPr>
        <w:spacing w:after="0"/>
        <w:ind w:left="360"/>
        <w:shd w:val="clear" w:color="auto" w:fill="F2F2F2"/>
      </w:pPr>
      <w:r>
        <w:rPr>
          <w:rFonts w:ascii="Consolas" w:hAnsi="Consolas"/>
          <w:sz w:val="18"/>
        </w:rPr>
        <w:t xml:space="preserve">                attendees = [attendees]</w:t>
      </w:r>
    </w:p>
    <w:p>
      <w:pPr>
        <w:spacing w:after="0"/>
        <w:ind w:left="360"/>
        <w:shd w:val="clear" w:color="auto" w:fill="F2F2F2"/>
      </w:pPr>
      <w:r>
        <w:rPr>
          <w:rFonts w:ascii="Consolas" w:hAnsi="Consolas"/>
          <w:sz w:val="18"/>
        </w:rPr>
        <w:t xml:space="preserve">            attendees = [att.params.get('CN') for att in attendees]</w:t>
      </w:r>
    </w:p>
    <w:p>
      <w:pPr>
        <w:spacing w:after="0"/>
        <w:ind w:left="360"/>
        <w:shd w:val="clear" w:color="auto" w:fill="F2F2F2"/>
      </w:pPr>
      <w:r>
        <w:rPr>
          <w:rFonts w:ascii="Consolas" w:hAnsi="Consolas"/>
          <w:sz w:val="18"/>
        </w:rPr>
        <w:t xml:space="preserve">            event = {</w:t>
      </w:r>
    </w:p>
    <w:p>
      <w:pPr>
        <w:spacing w:after="0"/>
        <w:ind w:left="360"/>
        <w:shd w:val="clear" w:color="auto" w:fill="F2F2F2"/>
      </w:pPr>
      <w:r>
        <w:rPr>
          <w:rFonts w:ascii="Consolas" w:hAnsi="Consolas"/>
          <w:sz w:val="18"/>
        </w:rPr>
        <w:t xml:space="preserve">                'start': start,</w:t>
      </w:r>
    </w:p>
    <w:p>
      <w:pPr>
        <w:spacing w:after="0"/>
        <w:ind w:left="360"/>
        <w:shd w:val="clear" w:color="auto" w:fill="F2F2F2"/>
      </w:pPr>
      <w:r>
        <w:rPr>
          <w:rFonts w:ascii="Consolas" w:hAnsi="Consolas"/>
          <w:sz w:val="18"/>
        </w:rPr>
        <w:t xml:space="preserve">                'summary': str(summary),</w:t>
      </w:r>
    </w:p>
    <w:p>
      <w:pPr>
        <w:spacing w:after="0"/>
        <w:ind w:left="360"/>
        <w:shd w:val="clear" w:color="auto" w:fill="F2F2F2"/>
      </w:pPr>
      <w:r>
        <w:rPr>
          <w:rFonts w:ascii="Consolas" w:hAnsi="Consolas"/>
          <w:sz w:val="18"/>
        </w:rPr>
        <w:t xml:space="preserve">                'attendees': attendees,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all_events.append(event)</w:t>
      </w:r>
    </w:p>
    <w:p>
      <w:pPr>
        <w:spacing w:after="0"/>
        <w:ind w:left="360"/>
        <w:shd w:val="clear" w:color="auto" w:fill="F2F2F2"/>
      </w:pPr>
      <w:r>
        <w:rPr>
          <w:rFonts w:ascii="Consolas" w:hAnsi="Consolas"/>
          <w:sz w:val="18"/>
        </w:rPr>
        <w:t xml:space="preserve">    return all_events</w:t>
      </w:r>
    </w:p>
    <w:p>
      <w:pPr>
        <w:spacing w:after="40"/>
      </w:pPr>
    </w:p>
    <w:p>
      <w:pPr>
        <w:spacing w:after="80"/>
      </w:pPr>
      <w:r>
        <w:rPr>
          <w:b w:val="0"/>
          <w:i w:val="0"/>
        </w:rPr>
        <w:t xml:space="preserve">Chúng ta dùng mô-đun </w:t>
      </w:r>
      <w:r>
        <w:rPr>
          <w:rFonts w:ascii="Consolas" w:hAnsi="Consolas"/>
          <w:b w:val="0"/>
          <w:i w:val="0"/>
          <w:sz w:val="20"/>
        </w:rPr>
        <w:br/>
        <w:br/>
        <w:t xml:space="preserve">      caldav</w:t>
        <w:br/>
        <w:t xml:space="preserve">     </w:t>
        <w:br/>
      </w:r>
      <w:r>
        <w:rPr>
          <w:b w:val="0"/>
          <w:i w:val="0"/>
        </w:rPr>
        <w:t xml:space="preserve"> để truy cập Google Calendar. Chúng ta cấu hình URL, và dùng </w:t>
      </w:r>
      <w:r>
        <w:rPr>
          <w:rFonts w:ascii="Consolas" w:hAnsi="Consolas"/>
          <w:b w:val="0"/>
          <w:i w:val="0"/>
          <w:sz w:val="20"/>
        </w:rPr>
        <w:br/>
        <w:br/>
        <w:t xml:space="preserve">      DAVClient</w:t>
        <w:br/>
        <w:t xml:space="preserve">     </w:t>
        <w:br/>
      </w:r>
      <w:r>
        <w:rPr>
          <w:b w:val="0"/>
          <w:i w:val="0"/>
        </w:rPr>
        <w:t>, chúng ta lấy lịch cụ thể đã chỉ định.</w:t>
      </w:r>
    </w:p>
    <w:p>
      <w:pPr>
        <w:spacing w:after="80"/>
      </w:pPr>
      <w:r>
        <w:rPr>
          <w:b w:val="0"/>
          <w:i w:val="0"/>
        </w:rPr>
        <w:t>Sau đó, chúng ta lấy tất cả các sự kiện trong lịch và tạo một dictionary nhỏ với thời gian bắt đầu cuộc họp, phần tóm tắt, và danh sách người tham dự dưới dạng tên hoặc email.</w:t>
      </w:r>
    </w:p>
    <w:p>
      <w:pPr>
        <w:spacing w:after="80"/>
      </w:pPr>
      <w:r>
        <w:rPr>
          <w:b/>
          <w:i w:val="0"/>
        </w:rPr>
        <w:t>Lưu ý</w:t>
      </w:r>
    </w:p>
    <w:p>
      <w:pPr>
        <w:spacing w:after="80"/>
      </w:pPr>
      <w:r>
        <w:rPr>
          <w:b w:val="0"/>
          <w:i w:val="0"/>
        </w:rPr>
        <w:t xml:space="preserve">Nội dung của tham số </w:t>
      </w:r>
      <w:r>
        <w:rPr>
          <w:rFonts w:ascii="Consolas" w:hAnsi="Consolas"/>
          <w:b w:val="0"/>
          <w:i w:val="0"/>
          <w:sz w:val="20"/>
        </w:rPr>
        <w:br/>
        <w:br/>
        <w:t xml:space="preserve">       att.params.get('CN')</w:t>
        <w:br/>
        <w:t xml:space="preserve">      </w:t>
        <w:br/>
      </w:r>
      <w:r>
        <w:rPr>
          <w:b w:val="0"/>
          <w:i w:val="0"/>
        </w:rPr>
        <w:t xml:space="preserve"> sẽ là email hoặc tên nếu có sẵn.</w:t>
      </w:r>
    </w:p>
    <w:p>
      <w:pPr>
        <w:spacing w:after="80"/>
      </w:pPr>
      <w:r>
        <w:rPr>
          <w:b w:val="0"/>
          <w:i w:val="0"/>
        </w:rPr>
        <w:t xml:space="preserve">Tệp </w:t>
      </w:r>
      <w:r>
        <w:rPr>
          <w:rFonts w:ascii="Consolas" w:hAnsi="Consolas"/>
          <w:b w:val="0"/>
          <w:i w:val="0"/>
          <w:sz w:val="20"/>
        </w:rPr>
        <w:br/>
        <w:br/>
        <w:t xml:space="preserve">      notes_tools.py</w:t>
        <w:br/>
        <w:t xml:space="preserve">     </w:t>
        <w:br/>
      </w:r>
      <w:r>
        <w:rPr>
          <w:b w:val="0"/>
          <w:i w:val="0"/>
        </w:rPr>
        <w:t xml:space="preserve"> chứa thêm các công cụ để xử lý ghi chú trong thư mục con data. Có ba công cụ:</w:t>
      </w:r>
    </w:p>
    <w:p>
      <w:pPr>
        <w:spacing w:after="0"/>
        <w:ind w:left="360"/>
        <w:shd w:val="clear" w:color="auto" w:fill="F2F2F2"/>
      </w:pPr>
      <w:r>
        <w:rPr>
          <w:rFonts w:ascii="Consolas" w:hAnsi="Consolas"/>
          <w:sz w:val="18"/>
        </w:rPr>
        <w:t>def available_notes():</w:t>
      </w:r>
    </w:p>
    <w:p>
      <w:pPr>
        <w:spacing w:after="0"/>
        <w:ind w:left="360"/>
        <w:shd w:val="clear" w:color="auto" w:fill="F2F2F2"/>
      </w:pPr>
      <w:r>
        <w:rPr>
          <w:rFonts w:ascii="Consolas" w:hAnsi="Consolas"/>
          <w:sz w:val="18"/>
        </w:rPr>
        <w:t xml:space="preserve">    ''' Retrieve all available notes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notes = []</w:t>
      </w:r>
    </w:p>
    <w:p>
      <w:pPr>
        <w:spacing w:after="0"/>
        <w:ind w:left="360"/>
        <w:shd w:val="clear" w:color="auto" w:fill="F2F2F2"/>
      </w:pPr>
      <w:r>
        <w:rPr>
          <w:rFonts w:ascii="Consolas" w:hAnsi="Consolas"/>
          <w:sz w:val="18"/>
        </w:rPr>
        <w:t xml:space="preserve">    for filename in os.listdir(NOTES_DIR):</w:t>
      </w:r>
    </w:p>
    <w:p>
      <w:pPr>
        <w:spacing w:after="0"/>
        <w:ind w:left="360"/>
        <w:shd w:val="clear" w:color="auto" w:fill="F2F2F2"/>
      </w:pPr>
      <w:r>
        <w:rPr>
          <w:rFonts w:ascii="Consolas" w:hAnsi="Consolas"/>
          <w:sz w:val="18"/>
        </w:rPr>
        <w:t xml:space="preserve">        if filename.endswith('.md'):</w:t>
      </w:r>
    </w:p>
    <w:p>
      <w:pPr>
        <w:spacing w:after="0"/>
        <w:ind w:left="360"/>
        <w:shd w:val="clear" w:color="auto" w:fill="F2F2F2"/>
      </w:pPr>
      <w:r>
        <w:rPr>
          <w:rFonts w:ascii="Consolas" w:hAnsi="Consolas"/>
          <w:sz w:val="18"/>
        </w:rPr>
        <w:t xml:space="preserve">            notes.append(filename.removesuffix('.md'))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return notes</w:t>
      </w:r>
    </w:p>
    <w:p>
      <w:pPr>
        <w:spacing w:after="40"/>
      </w:pPr>
    </w:p>
    <w:p>
      <w:pPr>
        <w:spacing w:after="80"/>
      </w:pPr>
      <w:r>
        <w:rPr>
          <w:rFonts w:ascii="Consolas" w:hAnsi="Consolas"/>
          <w:b w:val="0"/>
          <w:i w:val="0"/>
          <w:sz w:val="20"/>
        </w:rPr>
        <w:br/>
        <w:br/>
        <w:t xml:space="preserve">      available_notes</w:t>
        <w:br/>
        <w:t xml:space="preserve">     </w:t>
        <w:br/>
      </w:r>
      <w:r>
        <w:rPr>
          <w:b w:val="0"/>
          <w:i w:val="0"/>
        </w:rPr>
        <w:t xml:space="preserve"> cho phép bạn lấy tất cả các ghi chú khác nhau có trong thư mục. Nó hiểu ghi chú là các tệp kết thúc bằng </w:t>
      </w:r>
      <w:r>
        <w:rPr>
          <w:rFonts w:ascii="Consolas" w:hAnsi="Consolas"/>
          <w:b w:val="0"/>
          <w:i w:val="0"/>
          <w:sz w:val="20"/>
        </w:rPr>
        <w:br/>
        <w:br/>
        <w:t xml:space="preserve">      .md</w:t>
        <w:br/>
        <w:t xml:space="preserve">     </w:t>
        <w:br/>
      </w:r>
      <w:r>
        <w:rPr>
          <w:b w:val="0"/>
          <w:i w:val="0"/>
        </w:rPr>
        <w:t xml:space="preserve">. Tệp Markdown. Tên tệp được hiểu là tên của ghi chú, liên quan đến người mà ghi chú đề cập. Trong ví dụ của chúng ta, chúng ta dùng </w:t>
      </w:r>
      <w:r>
        <w:rPr>
          <w:rFonts w:ascii="Consolas" w:hAnsi="Consolas"/>
          <w:b w:val="0"/>
          <w:i w:val="0"/>
          <w:sz w:val="20"/>
        </w:rPr>
        <w:br/>
        <w:br/>
        <w:t xml:space="preserve">      jbuelta</w:t>
        <w:br/>
        <w:t xml:space="preserve">     </w:t>
        <w:br/>
      </w:r>
      <w:r>
        <w:rPr>
          <w:b w:val="0"/>
          <w:i w:val="0"/>
        </w:rPr>
        <w:t>.</w:t>
      </w:r>
    </w:p>
    <w:p>
      <w:pPr>
        <w:spacing w:after="0"/>
        <w:ind w:left="360"/>
        <w:shd w:val="clear" w:color="auto" w:fill="F2F2F2"/>
      </w:pPr>
      <w:r>
        <w:rPr>
          <w:rFonts w:ascii="Consolas" w:hAnsi="Consolas"/>
          <w:sz w:val="18"/>
        </w:rPr>
        <w:t>def retrieve_note(user):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Retrieve the note from a user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filename = os.path.join(NOTES_DIR, f'{user}.md')</w:t>
      </w:r>
    </w:p>
    <w:p>
      <w:pPr>
        <w:spacing w:after="0"/>
        <w:ind w:left="360"/>
        <w:shd w:val="clear" w:color="auto" w:fill="F2F2F2"/>
      </w:pPr>
      <w:r>
        <w:rPr>
          <w:rFonts w:ascii="Consolas" w:hAnsi="Consolas"/>
          <w:sz w:val="18"/>
        </w:rPr>
        <w:t xml:space="preserve">    with open(filename) as fp:</w:t>
      </w:r>
    </w:p>
    <w:p>
      <w:pPr>
        <w:spacing w:after="0"/>
        <w:ind w:left="360"/>
        <w:shd w:val="clear" w:color="auto" w:fill="F2F2F2"/>
      </w:pPr>
      <w:r>
        <w:rPr>
          <w:rFonts w:ascii="Consolas" w:hAnsi="Consolas"/>
          <w:sz w:val="18"/>
        </w:rPr>
        <w:t xml:space="preserve">        note = fp.read()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return note</w:t>
      </w:r>
    </w:p>
    <w:p>
      <w:pPr>
        <w:spacing w:after="40"/>
      </w:pPr>
    </w:p>
    <w:p>
      <w:pPr>
        <w:spacing w:after="80"/>
      </w:pPr>
      <w:r>
        <w:rPr>
          <w:rFonts w:ascii="Consolas" w:hAnsi="Consolas"/>
          <w:b w:val="0"/>
          <w:i w:val="0"/>
          <w:sz w:val="20"/>
        </w:rPr>
        <w:br/>
        <w:br/>
        <w:t xml:space="preserve">      retrieve_note</w:t>
        <w:br/>
        <w:t xml:space="preserve">     </w:t>
        <w:br/>
      </w:r>
      <w:r>
        <w:rPr>
          <w:b w:val="0"/>
          <w:i w:val="0"/>
        </w:rPr>
        <w:t xml:space="preserve"> đọc nội dung từ một ghi chú có sẵn trên hệ thống tệp.</w:t>
      </w:r>
    </w:p>
    <w:p>
      <w:pPr>
        <w:spacing w:after="0"/>
        <w:ind w:left="360"/>
        <w:shd w:val="clear" w:color="auto" w:fill="F2F2F2"/>
      </w:pPr>
      <w:r>
        <w:rPr>
          <w:rFonts w:ascii="Consolas" w:hAnsi="Consolas"/>
          <w:sz w:val="18"/>
        </w:rPr>
        <w:t>def write_meeting_brief(user, date, text):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Append into the note for the user the brief for the</w:t>
      </w:r>
    </w:p>
    <w:p>
      <w:pPr>
        <w:spacing w:after="0"/>
        <w:ind w:left="360"/>
        <w:shd w:val="clear" w:color="auto" w:fill="F2F2F2"/>
      </w:pPr>
      <w:r>
        <w:rPr>
          <w:rFonts w:ascii="Consolas" w:hAnsi="Consolas"/>
          <w:sz w:val="18"/>
        </w:rPr>
        <w:t xml:space="preserve">    next meeting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filename = os.path.join(NOTES_DIR, f'{user}.md')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Check that the file exists</w:t>
      </w:r>
    </w:p>
    <w:p>
      <w:pPr>
        <w:spacing w:after="0"/>
        <w:ind w:left="360"/>
        <w:shd w:val="clear" w:color="auto" w:fill="F2F2F2"/>
      </w:pPr>
      <w:r>
        <w:rPr>
          <w:rFonts w:ascii="Consolas" w:hAnsi="Consolas"/>
          <w:sz w:val="18"/>
        </w:rPr>
        <w:t>if not os.path.exists(filename):</w:t>
      </w:r>
    </w:p>
    <w:p>
      <w:pPr>
        <w:spacing w:after="0"/>
        <w:ind w:left="360"/>
        <w:shd w:val="clear" w:color="auto" w:fill="F2F2F2"/>
      </w:pPr>
      <w:r>
        <w:rPr>
          <w:rFonts w:ascii="Consolas" w:hAnsi="Consolas"/>
          <w:sz w:val="18"/>
        </w:rPr>
        <w:t xml:space="preserve">        return f'ERROR: NOTE FOR {user} DOES NOT EXIST. USE AN EXISTING NOTE'</w:t>
      </w:r>
    </w:p>
    <w:p>
      <w:pPr>
        <w:spacing w:after="0"/>
        <w:ind w:left="360"/>
        <w:shd w:val="clear" w:color="auto" w:fill="F2F2F2"/>
      </w:pPr>
      <w:r>
        <w:rPr>
          <w:rFonts w:ascii="Consolas" w:hAnsi="Consolas"/>
          <w:sz w:val="18"/>
        </w:rPr>
        <w:t>with open(filename, 'a') as fp:</w:t>
      </w:r>
    </w:p>
    <w:p>
      <w:pPr>
        <w:spacing w:after="0"/>
        <w:ind w:left="360"/>
        <w:shd w:val="clear" w:color="auto" w:fill="F2F2F2"/>
      </w:pPr>
      <w:r>
        <w:rPr>
          <w:rFonts w:ascii="Consolas" w:hAnsi="Consolas"/>
          <w:sz w:val="18"/>
        </w:rPr>
        <w:t xml:space="preserve">        data = f'''## Meeting brief for {date}</w:t>
      </w:r>
    </w:p>
    <w:p>
      <w:pPr>
        <w:spacing w:after="0"/>
        <w:ind w:left="360"/>
        <w:shd w:val="clear" w:color="auto" w:fill="F2F2F2"/>
      </w:pPr>
      <w:r>
        <w:rPr>
          <w:rFonts w:ascii="Consolas" w:hAnsi="Consolas"/>
          <w:sz w:val="18"/>
        </w:rPr>
        <w:t xml:space="preserve"> {text}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fp.write(data)</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return 'SUCCESS'</w:t>
      </w:r>
    </w:p>
    <w:p>
      <w:pPr>
        <w:spacing w:after="40"/>
      </w:pPr>
    </w:p>
    <w:p>
      <w:pPr>
        <w:spacing w:after="80"/>
      </w:pPr>
      <w:r>
        <w:rPr>
          <w:rFonts w:ascii="Consolas" w:hAnsi="Consolas"/>
          <w:b w:val="0"/>
          <w:i w:val="0"/>
          <w:sz w:val="20"/>
        </w:rPr>
        <w:br/>
        <w:br/>
        <w:t xml:space="preserve">      write_meeting_brief</w:t>
        <w:br/>
        <w:t xml:space="preserve">     </w:t>
        <w:br/>
      </w:r>
      <w:r>
        <w:rPr>
          <w:b w:val="0"/>
          <w:i w:val="0"/>
        </w:rPr>
        <w:t xml:space="preserve"> lưu văn bản vào một ghi chú có sẵn. Nếu không có ghi chú nào tên như vậy, nó trả về thông báo lỗi. Nếu đúng, nó chỉ trả về </w:t>
      </w:r>
      <w:r>
        <w:rPr>
          <w:rFonts w:ascii="Consolas" w:hAnsi="Consolas"/>
          <w:b w:val="0"/>
          <w:i w:val="0"/>
          <w:sz w:val="20"/>
        </w:rPr>
        <w:br/>
        <w:br/>
        <w:t xml:space="preserve">      SUCCESS</w:t>
        <w:br/>
        <w:t xml:space="preserve">     </w:t>
        <w:br/>
      </w:r>
      <w:r>
        <w:rPr>
          <w:b w:val="0"/>
          <w:i w:val="0"/>
        </w:rPr>
        <w:t>.</w:t>
      </w:r>
    </w:p>
    <w:p>
      <w:pPr>
        <w:spacing w:after="80"/>
      </w:pPr>
      <w:r>
        <w:rPr>
          <w:b/>
          <w:i w:val="0"/>
        </w:rPr>
        <w:t>Mẹo</w:t>
      </w:r>
    </w:p>
    <w:p>
      <w:pPr>
        <w:spacing w:after="80"/>
      </w:pPr>
      <w:r>
        <w:rPr>
          <w:b w:val="0"/>
          <w:i w:val="0"/>
        </w:rPr>
        <w:t xml:space="preserve">Lưu ý rằng chúng ta mở tệp với tham số </w:t>
      </w:r>
      <w:r>
        <w:rPr>
          <w:rFonts w:ascii="Consolas" w:hAnsi="Consolas"/>
          <w:b w:val="0"/>
          <w:i w:val="0"/>
          <w:sz w:val="20"/>
        </w:rPr>
        <w:br/>
        <w:br/>
        <w:t xml:space="preserve">       'a'</w:t>
        <w:br/>
        <w:t xml:space="preserve">      </w:t>
        <w:br/>
      </w:r>
      <w:r>
        <w:rPr>
          <w:b w:val="0"/>
          <w:i w:val="0"/>
        </w:rPr>
        <w:t xml:space="preserve"> để nối dữ liệu vào cuối tệp. Điều này giới hạn khả năng của agent trong việc ghi đè dữ liệu hiện có.</w:t>
      </w:r>
    </w:p>
    <w:p>
      <w:pPr>
        <w:spacing w:after="80"/>
      </w:pPr>
      <w:r>
        <w:rPr>
          <w:b w:val="0"/>
          <w:i w:val="0"/>
        </w:rPr>
        <w:t xml:space="preserve">Cuối cùng, script </w:t>
      </w:r>
      <w:r>
        <w:rPr>
          <w:rFonts w:ascii="Consolas" w:hAnsi="Consolas"/>
          <w:b w:val="0"/>
          <w:i w:val="0"/>
          <w:sz w:val="20"/>
        </w:rPr>
        <w:br/>
        <w:br/>
        <w:t xml:space="preserve">      meeting_preparation_agent.py</w:t>
        <w:br/>
        <w:t xml:space="preserve">     </w:t>
        <w:br/>
      </w:r>
      <w:r>
        <w:rPr>
          <w:b w:val="0"/>
          <w:i w:val="0"/>
        </w:rPr>
        <w:t xml:space="preserve"> là thứ điều phối mọi thứ.</w:t>
      </w:r>
    </w:p>
    <w:p>
      <w:pPr>
        <w:spacing w:after="80"/>
      </w:pPr>
      <w:r>
        <w:rPr>
          <w:b w:val="0"/>
          <w:i w:val="0"/>
        </w:rPr>
        <w:t>Đầu tiên chúng ta import và cung cấp thông tin về các công cụ khác nhau mà chúng ta sẽ dùng.</w:t>
      </w:r>
    </w:p>
    <w:p>
      <w:pPr>
        <w:spacing w:after="0"/>
        <w:ind w:left="360"/>
        <w:shd w:val="clear" w:color="auto" w:fill="F2F2F2"/>
      </w:pPr>
      <w:r>
        <w:rPr>
          <w:rFonts w:ascii="Consolas" w:hAnsi="Consolas"/>
          <w:sz w:val="18"/>
        </w:rPr>
        <w:t>from notes_tools import available_notes as _available_notes</w:t>
      </w:r>
    </w:p>
    <w:p>
      <w:pPr>
        <w:spacing w:after="0"/>
        <w:ind w:left="360"/>
        <w:shd w:val="clear" w:color="auto" w:fill="F2F2F2"/>
      </w:pPr>
      <w:r>
        <w:rPr>
          <w:rFonts w:ascii="Consolas" w:hAnsi="Consolas"/>
          <w:sz w:val="18"/>
        </w:rPr>
        <w:t>from notes_tools import retrieve_note as _retrieve_note</w:t>
      </w:r>
    </w:p>
    <w:p>
      <w:pPr>
        <w:spacing w:after="0"/>
        <w:ind w:left="360"/>
        <w:shd w:val="clear" w:color="auto" w:fill="F2F2F2"/>
      </w:pPr>
      <w:r>
        <w:rPr>
          <w:rFonts w:ascii="Consolas" w:hAnsi="Consolas"/>
          <w:sz w:val="18"/>
        </w:rPr>
        <w:t>from notes_tools import write_meeting_brief as _write_meeting_brief</w:t>
      </w:r>
    </w:p>
    <w:p>
      <w:pPr>
        <w:spacing w:after="0"/>
        <w:ind w:left="360"/>
        <w:shd w:val="clear" w:color="auto" w:fill="F2F2F2"/>
      </w:pPr>
      <w:r>
        <w:rPr>
          <w:rFonts w:ascii="Consolas" w:hAnsi="Consolas"/>
          <w:sz w:val="18"/>
        </w:rPr>
        <w:t>from calendar_tools import retrieve_calendar_events as _retrieve_calendar_events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@function_tool</w:t>
      </w:r>
    </w:p>
    <w:p>
      <w:pPr>
        <w:spacing w:after="0"/>
        <w:ind w:left="360"/>
        <w:shd w:val="clear" w:color="auto" w:fill="F2F2F2"/>
      </w:pPr>
      <w:r>
        <w:rPr>
          <w:rFonts w:ascii="Consolas" w:hAnsi="Consolas"/>
          <w:sz w:val="18"/>
        </w:rPr>
        <w:t>def available_notes():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Retrieve all available notes from people from previous meetings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return _available_notes()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@function_tool</w:t>
      </w:r>
    </w:p>
    <w:p>
      <w:pPr>
        <w:spacing w:after="0"/>
        <w:ind w:left="360"/>
        <w:shd w:val="clear" w:color="auto" w:fill="F2F2F2"/>
      </w:pPr>
      <w:r>
        <w:rPr>
          <w:rFonts w:ascii="Consolas" w:hAnsi="Consolas"/>
          <w:sz w:val="18"/>
        </w:rPr>
        <w:t>def retrieve_note(user: str):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Retrieve the note for a person to check information on previous meetings</w:t>
      </w:r>
    </w:p>
    <w:p>
      <w:pPr>
        <w:spacing w:after="0"/>
        <w:ind w:left="360"/>
        <w:shd w:val="clear" w:color="auto" w:fill="F2F2F2"/>
      </w:pPr>
      <w:r>
        <w:rPr>
          <w:rFonts w:ascii="Consolas" w:hAnsi="Consolas"/>
          <w:sz w:val="18"/>
        </w:rPr>
        <w:t xml:space="preserve">    It returns Markdown text with the general notes and specifics about</w:t>
      </w:r>
    </w:p>
    <w:p>
      <w:pPr>
        <w:spacing w:after="0"/>
        <w:ind w:left="360"/>
        <w:shd w:val="clear" w:color="auto" w:fill="F2F2F2"/>
      </w:pPr>
      <w:r>
        <w:rPr>
          <w:rFonts w:ascii="Consolas" w:hAnsi="Consolas"/>
          <w:sz w:val="18"/>
        </w:rPr>
        <w:t xml:space="preserve">    previous meetings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return _retrieve_note(user)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@function_tool</w:t>
      </w:r>
    </w:p>
    <w:p>
      <w:pPr>
        <w:spacing w:after="0"/>
        <w:ind w:left="360"/>
        <w:shd w:val="clear" w:color="auto" w:fill="F2F2F2"/>
      </w:pPr>
      <w:r>
        <w:rPr>
          <w:rFonts w:ascii="Consolas" w:hAnsi="Consolas"/>
          <w:sz w:val="18"/>
        </w:rPr>
        <w:t>def retrieve_calendar_events():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Obtain the next calendar events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return _retrieve_calendar_events()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@function_tool</w:t>
      </w:r>
    </w:p>
    <w:p>
      <w:pPr>
        <w:spacing w:after="0"/>
        <w:ind w:left="360"/>
        <w:shd w:val="clear" w:color="auto" w:fill="F2F2F2"/>
      </w:pPr>
      <w:r>
        <w:rPr>
          <w:rFonts w:ascii="Consolas" w:hAnsi="Consolas"/>
          <w:sz w:val="18"/>
        </w:rPr>
        <w:t>def write_meeting_brief(user: str, date: str, text: str):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Write a meeting brief for a person.</w:t>
      </w:r>
    </w:p>
    <w:p>
      <w:pPr>
        <w:spacing w:after="0"/>
        <w:ind w:left="360"/>
        <w:shd w:val="clear" w:color="auto" w:fill="F2F2F2"/>
      </w:pPr>
      <w:r>
        <w:rPr>
          <w:rFonts w:ascii="Consolas" w:hAnsi="Consolas"/>
          <w:sz w:val="18"/>
        </w:rPr>
        <w:t xml:space="preserve">    Returns:</w:t>
      </w:r>
    </w:p>
    <w:p>
      <w:pPr>
        <w:spacing w:after="0"/>
        <w:ind w:left="360"/>
        <w:shd w:val="clear" w:color="auto" w:fill="F2F2F2"/>
      </w:pPr>
      <w:r>
        <w:rPr>
          <w:rFonts w:ascii="Consolas" w:hAnsi="Consolas"/>
          <w:sz w:val="18"/>
        </w:rPr>
        <w:t xml:space="preserve">        SUCCESS</w:t>
      </w:r>
    </w:p>
    <w:p>
      <w:pPr>
        <w:spacing w:after="0"/>
        <w:ind w:left="360"/>
        <w:shd w:val="clear" w:color="auto" w:fill="F2F2F2"/>
      </w:pPr>
      <w:r>
        <w:rPr>
          <w:rFonts w:ascii="Consolas" w:hAnsi="Consolas"/>
          <w:sz w:val="18"/>
        </w:rPr>
        <w:t xml:space="preserve">        ERROR: Error Description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return _write_meeting_brief(user, date, text)</w:t>
      </w:r>
    </w:p>
    <w:p>
      <w:pPr>
        <w:spacing w:after="40"/>
      </w:pPr>
    </w:p>
    <w:p>
      <w:pPr>
        <w:spacing w:after="80"/>
      </w:pPr>
      <w:r>
        <w:rPr>
          <w:b w:val="0"/>
          <w:i w:val="0"/>
        </w:rPr>
        <w:t xml:space="preserve">Chúng ta bọc từng công cụ đã tạo trong các tệp khác vào một hàm mô tả, với một chuỗi doc </w:t>
      </w:r>
      <w:r>
        <w:rPr>
          <w:rFonts w:ascii="Consolas" w:hAnsi="Consolas"/>
          <w:b w:val="0"/>
          <w:i w:val="0"/>
          <w:sz w:val="20"/>
        </w:rPr>
        <w:br/>
        <w:br/>
        <w:t xml:space="preserve">      str</w:t>
        <w:br/>
        <w:t xml:space="preserve">     </w:t>
        <w:br/>
      </w:r>
      <w:r>
        <w:rPr>
          <w:b w:val="0"/>
          <w:i w:val="0"/>
        </w:rPr>
        <w:t xml:space="preserve"> ing, và chú thích các phần tử để agent có thể hiểu kiểu của chúng. Trong tất cả các trường hợp này, các tham số đầu vào là các đối tượng str, chuỗi.</w:t>
      </w:r>
    </w:p>
    <w:p>
      <w:pPr>
        <w:spacing w:after="80"/>
      </w:pPr>
      <w:r>
        <w:rPr>
          <w:b w:val="0"/>
          <w:i w:val="0"/>
        </w:rPr>
        <w:t xml:space="preserve">Trong hàm </w:t>
      </w:r>
      <w:r>
        <w:rPr>
          <w:rFonts w:ascii="Consolas" w:hAnsi="Consolas"/>
          <w:b w:val="0"/>
          <w:i w:val="0"/>
          <w:sz w:val="20"/>
        </w:rPr>
        <w:br/>
        <w:br/>
        <w:t xml:space="preserve">      main</w:t>
        <w:br/>
        <w:t xml:space="preserve">     </w:t>
        <w:br/>
      </w:r>
      <w:r>
        <w:rPr>
          <w:b w:val="0"/>
          <w:i w:val="0"/>
        </w:rPr>
        <w:t>, chúng ta chạy agent với prompt đã chuẩn bị và thêm tất cả các công cụ mà chúng ta sẽ dùng.</w:t>
      </w:r>
    </w:p>
    <w:p>
      <w:pPr>
        <w:spacing w:after="0"/>
        <w:ind w:left="360"/>
        <w:shd w:val="clear" w:color="auto" w:fill="F2F2F2"/>
      </w:pPr>
      <w:r>
        <w:rPr>
          <w:rFonts w:ascii="Consolas" w:hAnsi="Consolas"/>
          <w:sz w:val="18"/>
        </w:rPr>
        <w:t>async def main():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agent = Agent(</w:t>
      </w:r>
    </w:p>
    <w:p>
      <w:pPr>
        <w:spacing w:after="0"/>
        <w:ind w:left="360"/>
        <w:shd w:val="clear" w:color="auto" w:fill="F2F2F2"/>
      </w:pPr>
      <w:r>
        <w:rPr>
          <w:rFonts w:ascii="Consolas" w:hAnsi="Consolas"/>
          <w:sz w:val="18"/>
        </w:rPr>
        <w:t xml:space="preserve">        name='Calendar assistant',</w:t>
      </w:r>
    </w:p>
    <w:p>
      <w:pPr>
        <w:spacing w:after="0"/>
        <w:ind w:left="360"/>
        <w:shd w:val="clear" w:color="auto" w:fill="F2F2F2"/>
      </w:pPr>
      <w:r>
        <w:rPr>
          <w:rFonts w:ascii="Consolas" w:hAnsi="Consolas"/>
          <w:sz w:val="18"/>
        </w:rPr>
        <w:t xml:space="preserve">        instructions='You are a helpful assistant preparing meetings',</w:t>
      </w:r>
    </w:p>
    <w:p>
      <w:pPr>
        <w:spacing w:after="0"/>
        <w:ind w:left="360"/>
        <w:shd w:val="clear" w:color="auto" w:fill="F2F2F2"/>
      </w:pPr>
      <w:r>
        <w:rPr>
          <w:rFonts w:ascii="Consolas" w:hAnsi="Consolas"/>
          <w:sz w:val="18"/>
        </w:rPr>
        <w:t xml:space="preserve">        tools=[available_notes, retrieve_note, write_meeting_brief,</w:t>
      </w:r>
    </w:p>
    <w:p>
      <w:pPr>
        <w:spacing w:after="0"/>
        <w:ind w:left="360"/>
        <w:shd w:val="clear" w:color="auto" w:fill="F2F2F2"/>
      </w:pPr>
      <w:r>
        <w:rPr>
          <w:rFonts w:ascii="Consolas" w:hAnsi="Consolas"/>
          <w:sz w:val="18"/>
        </w:rPr>
        <w:t xml:space="preserve">               retrieve_calendar_events],</w:t>
      </w:r>
    </w:p>
    <w:p>
      <w:pPr>
        <w:spacing w:after="0"/>
        <w:ind w:left="360"/>
        <w:shd w:val="clear" w:color="auto" w:fill="F2F2F2"/>
      </w:pPr>
      <w:r>
        <w:rPr>
          <w:rFonts w:ascii="Consolas" w:hAnsi="Consolas"/>
          <w:sz w:val="18"/>
        </w:rPr>
        <w:t xml:space="preserve">        model=MODEL,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prompt = '''</w:t>
      </w:r>
    </w:p>
    <w:p>
      <w:pPr>
        <w:spacing w:after="0"/>
        <w:ind w:left="360"/>
        <w:shd w:val="clear" w:color="auto" w:fill="F2F2F2"/>
      </w:pPr>
      <w:r>
        <w:rPr>
          <w:rFonts w:ascii="Consolas" w:hAnsi="Consolas"/>
          <w:sz w:val="18"/>
        </w:rPr>
        <w:t xml:space="preserve">    Check the calendar events for meetings. Only for the next one,</w:t>
      </w:r>
    </w:p>
    <w:p>
      <w:pPr>
        <w:spacing w:after="0"/>
        <w:ind w:left="360"/>
        <w:shd w:val="clear" w:color="auto" w:fill="F2F2F2"/>
      </w:pPr>
      <w:r>
        <w:rPr>
          <w:rFonts w:ascii="Consolas" w:hAnsi="Consolas"/>
          <w:sz w:val="18"/>
        </w:rPr>
        <w:t xml:space="preserve">    check if there are meeting notes for any of the participants</w:t>
      </w:r>
    </w:p>
    <w:p>
      <w:pPr>
        <w:spacing w:after="0"/>
        <w:ind w:left="360"/>
        <w:shd w:val="clear" w:color="auto" w:fill="F2F2F2"/>
      </w:pPr>
      <w:r>
        <w:rPr>
          <w:rFonts w:ascii="Consolas" w:hAnsi="Consolas"/>
          <w:sz w:val="18"/>
        </w:rPr>
        <w:t xml:space="preserve">    (name will be related to the email in the calendar, but it</w:t>
      </w:r>
    </w:p>
    <w:p>
      <w:pPr>
        <w:spacing w:after="0"/>
        <w:ind w:left="360"/>
        <w:shd w:val="clear" w:color="auto" w:fill="F2F2F2"/>
      </w:pPr>
      <w:r>
        <w:rPr>
          <w:rFonts w:ascii="Consolas" w:hAnsi="Consolas"/>
          <w:sz w:val="18"/>
        </w:rPr>
        <w:t xml:space="preserve">    will likely not match completely), and provide a summary of the</w:t>
      </w:r>
    </w:p>
    <w:p>
      <w:pPr>
        <w:spacing w:after="0"/>
        <w:ind w:left="360"/>
        <w:shd w:val="clear" w:color="auto" w:fill="F2F2F2"/>
      </w:pPr>
      <w:r>
        <w:rPr>
          <w:rFonts w:ascii="Consolas" w:hAnsi="Consolas"/>
          <w:sz w:val="18"/>
        </w:rPr>
        <w:t xml:space="preserve">    relevant information for the meeting. Format it as a short</w:t>
      </w:r>
    </w:p>
    <w:p>
      <w:pPr>
        <w:spacing w:after="0"/>
        <w:ind w:left="360"/>
        <w:shd w:val="clear" w:color="auto" w:fill="F2F2F2"/>
      </w:pPr>
      <w:r>
        <w:rPr>
          <w:rFonts w:ascii="Consolas" w:hAnsi="Consolas"/>
          <w:sz w:val="18"/>
        </w:rPr>
        <w:t xml:space="preserve">    meeting brief. Do not suggest follow up. Write the meeting</w:t>
      </w:r>
    </w:p>
    <w:p>
      <w:pPr>
        <w:spacing w:after="0"/>
        <w:ind w:left="360"/>
        <w:shd w:val="clear" w:color="auto" w:fill="F2F2F2"/>
      </w:pPr>
      <w:r>
        <w:rPr>
          <w:rFonts w:ascii="Consolas" w:hAnsi="Consolas"/>
          <w:sz w:val="18"/>
        </w:rPr>
        <w:t xml:space="preserve">    brief.</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result = Runner.run_streamed(agent, input=prompt)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async for event in result.stream_events():</w:t>
      </w:r>
    </w:p>
    <w:p>
      <w:pPr>
        <w:spacing w:after="0"/>
        <w:ind w:left="360"/>
        <w:shd w:val="clear" w:color="auto" w:fill="F2F2F2"/>
      </w:pPr>
      <w:r>
        <w:rPr>
          <w:rFonts w:ascii="Consolas" w:hAnsi="Consolas"/>
          <w:sz w:val="18"/>
        </w:rPr>
        <w:t xml:space="preserve">        event_type = event.type</w:t>
      </w:r>
    </w:p>
    <w:p>
      <w:pPr>
        <w:spacing w:after="0"/>
        <w:ind w:left="360"/>
        <w:shd w:val="clear" w:color="auto" w:fill="F2F2F2"/>
      </w:pPr>
      <w:r>
        <w:rPr>
          <w:rFonts w:ascii="Consolas" w:hAnsi="Consolas"/>
          <w:sz w:val="18"/>
        </w:rPr>
        <w:t># lifecycle</w:t>
      </w:r>
    </w:p>
    <w:p>
      <w:pPr>
        <w:spacing w:after="0"/>
        <w:ind w:left="360"/>
        <w:shd w:val="clear" w:color="auto" w:fill="F2F2F2"/>
      </w:pPr>
      <w:r>
        <w:rPr>
          <w:rFonts w:ascii="Consolas" w:hAnsi="Consolas"/>
          <w:sz w:val="18"/>
        </w:rPr>
        <w:t>if event_type == "agent_updated_stream_event":</w:t>
      </w:r>
    </w:p>
    <w:p>
      <w:pPr>
        <w:spacing w:after="0"/>
        <w:ind w:left="360"/>
        <w:shd w:val="clear" w:color="auto" w:fill="F2F2F2"/>
      </w:pPr>
      <w:r>
        <w:rPr>
          <w:rFonts w:ascii="Consolas" w:hAnsi="Consolas"/>
          <w:sz w:val="18"/>
        </w:rPr>
        <w:t xml:space="preserve">            console.print(f"\nAgent: {event.new_agent.name}")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Show progress</w:t>
      </w:r>
    </w:p>
    <w:p>
      <w:pPr>
        <w:spacing w:after="0"/>
        <w:ind w:left="360"/>
        <w:shd w:val="clear" w:color="auto" w:fill="F2F2F2"/>
      </w:pPr>
      <w:r>
        <w:rPr>
          <w:rFonts w:ascii="Consolas" w:hAnsi="Consolas"/>
          <w:sz w:val="18"/>
        </w:rPr>
        <w:t>elif event_type == 'raw_response_event':</w:t>
      </w:r>
    </w:p>
    <w:p>
      <w:pPr>
        <w:spacing w:after="0"/>
        <w:ind w:left="360"/>
        <w:shd w:val="clear" w:color="auto" w:fill="F2F2F2"/>
      </w:pPr>
      <w:r>
        <w:rPr>
          <w:rFonts w:ascii="Consolas" w:hAnsi="Consolas"/>
          <w:sz w:val="18"/>
        </w:rPr>
        <w:t xml:space="preserve">            print('.', end='', flush=True)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Tool calls</w:t>
      </w:r>
    </w:p>
    <w:p>
      <w:pPr>
        <w:spacing w:after="0"/>
        <w:ind w:left="360"/>
        <w:shd w:val="clear" w:color="auto" w:fill="F2F2F2"/>
      </w:pPr>
      <w:r>
        <w:rPr>
          <w:rFonts w:ascii="Consolas" w:hAnsi="Consolas"/>
          <w:sz w:val="18"/>
        </w:rPr>
        <w:t>elif event_type == "run_item_stream_event":</w:t>
      </w:r>
    </w:p>
    <w:p>
      <w:pPr>
        <w:spacing w:after="0"/>
        <w:ind w:left="360"/>
        <w:shd w:val="clear" w:color="auto" w:fill="F2F2F2"/>
      </w:pPr>
      <w:r>
        <w:rPr>
          <w:rFonts w:ascii="Consolas" w:hAnsi="Consolas"/>
          <w:sz w:val="18"/>
        </w:rPr>
        <w:t xml:space="preserve">            item = event.item</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if item.type == "tool_call_item":</w:t>
      </w:r>
    </w:p>
    <w:p>
      <w:pPr>
        <w:spacing w:after="0"/>
        <w:ind w:left="360"/>
        <w:shd w:val="clear" w:color="auto" w:fill="F2F2F2"/>
      </w:pPr>
      <w:r>
        <w:rPr>
          <w:rFonts w:ascii="Consolas" w:hAnsi="Consolas"/>
          <w:sz w:val="18"/>
        </w:rPr>
        <w:t xml:space="preserve">                console.print(f"\nCalling tool: {item.raw_item.name}")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elif item.type == "message_output_item":</w:t>
      </w:r>
    </w:p>
    <w:p>
      <w:pPr>
        <w:spacing w:after="0"/>
        <w:ind w:left="360"/>
        <w:shd w:val="clear" w:color="auto" w:fill="F2F2F2"/>
      </w:pPr>
      <w:r>
        <w:rPr>
          <w:rFonts w:ascii="Consolas" w:hAnsi="Consolas"/>
          <w:sz w:val="18"/>
        </w:rPr>
        <w:t xml:space="preserve">                # Final message chunks</w:t>
      </w:r>
    </w:p>
    <w:p>
      <w:pPr>
        <w:spacing w:after="0"/>
        <w:ind w:left="360"/>
        <w:shd w:val="clear" w:color="auto" w:fill="F2F2F2"/>
      </w:pPr>
      <w:r>
        <w:rPr>
          <w:rFonts w:ascii="Consolas" w:hAnsi="Consolas"/>
          <w:sz w:val="18"/>
        </w:rPr>
        <w:t>for content in item.raw_item.content:</w:t>
      </w:r>
    </w:p>
    <w:p>
      <w:pPr>
        <w:spacing w:after="0"/>
        <w:ind w:left="360"/>
        <w:shd w:val="clear" w:color="auto" w:fill="F2F2F2"/>
      </w:pPr>
      <w:r>
        <w:rPr>
          <w:rFonts w:ascii="Consolas" w:hAnsi="Consolas"/>
          <w:sz w:val="18"/>
        </w:rPr>
        <w:t xml:space="preserve">                    if content.type == "output_text":</w:t>
      </w:r>
    </w:p>
    <w:p>
      <w:pPr>
        <w:spacing w:after="0"/>
        <w:ind w:left="360"/>
        <w:shd w:val="clear" w:color="auto" w:fill="F2F2F2"/>
      </w:pPr>
      <w:r>
        <w:rPr>
          <w:rFonts w:ascii="Consolas" w:hAnsi="Consolas"/>
          <w:sz w:val="18"/>
        </w:rPr>
        <w:t xml:space="preserve">                        print()</w:t>
      </w:r>
    </w:p>
    <w:p>
      <w:pPr>
        <w:spacing w:after="0"/>
        <w:ind w:left="360"/>
        <w:shd w:val="clear" w:color="auto" w:fill="F2F2F2"/>
      </w:pPr>
      <w:r>
        <w:rPr>
          <w:rFonts w:ascii="Consolas" w:hAnsi="Consolas"/>
          <w:sz w:val="18"/>
        </w:rPr>
        <w:t xml:space="preserve">                        markdown = Markdown('---')</w:t>
      </w:r>
    </w:p>
    <w:p>
      <w:pPr>
        <w:spacing w:after="0"/>
        <w:ind w:left="360"/>
        <w:shd w:val="clear" w:color="auto" w:fill="F2F2F2"/>
      </w:pPr>
      <w:r>
        <w:rPr>
          <w:rFonts w:ascii="Consolas" w:hAnsi="Consolas"/>
          <w:sz w:val="18"/>
        </w:rPr>
        <w:t xml:space="preserve">                        console.print(markdown)</w:t>
      </w:r>
    </w:p>
    <w:p>
      <w:pPr>
        <w:spacing w:after="0"/>
        <w:ind w:left="360"/>
        <w:shd w:val="clear" w:color="auto" w:fill="F2F2F2"/>
      </w:pPr>
      <w:r>
        <w:rPr>
          <w:rFonts w:ascii="Consolas" w:hAnsi="Consolas"/>
          <w:sz w:val="18"/>
        </w:rPr>
        <w:t xml:space="preserve">                        markdown = Markdown(content.text)</w:t>
      </w:r>
    </w:p>
    <w:p>
      <w:pPr>
        <w:spacing w:after="0"/>
        <w:ind w:left="360"/>
        <w:shd w:val="clear" w:color="auto" w:fill="F2F2F2"/>
      </w:pPr>
      <w:r>
        <w:rPr>
          <w:rFonts w:ascii="Consolas" w:hAnsi="Consolas"/>
          <w:sz w:val="18"/>
        </w:rPr>
        <w:t xml:space="preserve">                        console.print(markdown)</w:t>
      </w:r>
    </w:p>
    <w:p>
      <w:pPr>
        <w:spacing w:after="40"/>
      </w:pPr>
    </w:p>
    <w:p>
      <w:pPr>
        <w:spacing w:after="80"/>
      </w:pPr>
      <w:r>
        <w:rPr>
          <w:b w:val="0"/>
          <w:i w:val="0"/>
        </w:rPr>
        <w:t xml:space="preserve">Để có thêm thông tin về tiến trình, chúng ta gọi nó với </w:t>
      </w:r>
      <w:r>
        <w:rPr>
          <w:rFonts w:ascii="Consolas" w:hAnsi="Consolas"/>
          <w:b w:val="0"/>
          <w:i w:val="0"/>
          <w:sz w:val="20"/>
        </w:rPr>
        <w:br/>
        <w:br/>
        <w:t xml:space="preserve">      run_streamed</w:t>
        <w:br/>
        <w:t xml:space="preserve">     </w:t>
        <w:br/>
      </w:r>
      <w:r>
        <w:rPr>
          <w:b w:val="0"/>
          <w:i w:val="0"/>
        </w:rPr>
        <w:t xml:space="preserve"> để lấy các sự kiện luồng (stream events) ngay khi chúng đang diễn ra. Điều này xảy ra trong vòng lặp </w:t>
      </w:r>
      <w:r>
        <w:rPr>
          <w:rFonts w:ascii="Consolas" w:hAnsi="Consolas"/>
          <w:b w:val="0"/>
          <w:i w:val="0"/>
          <w:sz w:val="20"/>
        </w:rPr>
        <w:br/>
        <w:br/>
        <w:t xml:space="preserve">      async for</w:t>
        <w:br/>
        <w:t xml:space="preserve">     </w:t>
        <w:br/>
      </w:r>
      <w:r>
        <w:rPr>
          <w:b w:val="0"/>
          <w:i w:val="0"/>
        </w:rPr>
        <w:t>.</w:t>
      </w:r>
    </w:p>
    <w:p>
      <w:pPr>
        <w:spacing w:after="80"/>
      </w:pPr>
      <w:r>
        <w:rPr>
          <w:b w:val="0"/>
          <w:i w:val="0"/>
        </w:rPr>
        <w:t xml:space="preserve">Đây là một vòng lặp duyệt qua một generator </w:t>
      </w:r>
      <w:r>
        <w:rPr>
          <w:rFonts w:ascii="Consolas" w:hAnsi="Consolas"/>
          <w:b w:val="0"/>
          <w:i w:val="0"/>
          <w:sz w:val="20"/>
        </w:rPr>
        <w:br/>
        <w:br/>
        <w:t xml:space="preserve">      async</w:t>
        <w:br/>
        <w:t xml:space="preserve">     </w:t>
        <w:br/>
      </w:r>
      <w:r>
        <w:rPr>
          <w:b w:val="0"/>
          <w:i w:val="0"/>
        </w:rPr>
        <w:t>.</w:t>
      </w:r>
    </w:p>
    <w:p>
      <w:pPr>
        <w:spacing w:after="80"/>
      </w:pPr>
      <w:r>
        <w:rPr>
          <w:b w:val="0"/>
          <w:i w:val="0"/>
        </w:rPr>
        <w:t>Chúng ta xác định từng sự kiện mà chúng ta trả về, và in ra một số phản hồi tùy theo loại sự kiện:</w:t>
      </w:r>
    </w:p>
    <w:p>
      <w:pPr>
        <w:spacing w:after="80"/>
        <w:ind w:left="360"/>
      </w:pPr>
      <w:r>
        <w:t xml:space="preserve">• </w:t>
      </w:r>
      <w:r>
        <w:rPr>
          <w:b w:val="0"/>
          <w:i w:val="0"/>
        </w:rPr>
        <w:t>Hiển thị bất kỳ agent mới nào. Ở đây chỉ nên có một agent chạy.</w:t>
      </w:r>
    </w:p>
    <w:p>
      <w:pPr>
        <w:spacing w:after="80"/>
        <w:ind w:left="360"/>
      </w:pPr>
      <w:r>
        <w:t xml:space="preserve">• </w:t>
      </w:r>
      <w:r>
        <w:rPr>
          <w:b w:val="0"/>
          <w:i w:val="0"/>
        </w:rPr>
        <w:t xml:space="preserve">Đối với các lệnh gọi công cụ ( </w:t>
      </w:r>
      <w:r>
        <w:rPr>
          <w:rFonts w:ascii="Consolas" w:hAnsi="Consolas"/>
          <w:b w:val="0"/>
          <w:i w:val="0"/>
          <w:sz w:val="20"/>
        </w:rPr>
        <w:br/>
        <w:br/>
        <w:t xml:space="preserve">       tool_call_item</w:t>
        <w:br/>
        <w:t xml:space="preserve">      </w:t>
        <w:br/>
      </w:r>
      <w:r>
        <w:rPr>
          <w:b w:val="0"/>
          <w:i w:val="0"/>
        </w:rPr>
        <w:t xml:space="preserve"> ), chúng ta xác định lệnh gọi và công cụ. Điều này cho phép chúng ta thấy các công cụ được sử dụng như thế nào. Chúng ta sẽ bàn về điều này sau.</w:t>
      </w:r>
    </w:p>
    <w:p>
      <w:pPr>
        <w:spacing w:after="80"/>
        <w:ind w:left="360"/>
      </w:pPr>
      <w:r>
        <w:t xml:space="preserve">• </w:t>
      </w:r>
      <w:r>
        <w:rPr>
          <w:b w:val="0"/>
          <w:i w:val="0"/>
        </w:rPr>
        <w:t xml:space="preserve">Kết quả cuối cùng ( </w:t>
      </w:r>
      <w:r>
        <w:rPr>
          <w:rFonts w:ascii="Consolas" w:hAnsi="Consolas"/>
          <w:b w:val="0"/>
          <w:i w:val="0"/>
          <w:sz w:val="20"/>
        </w:rPr>
        <w:br/>
        <w:br/>
        <w:t xml:space="preserve">       message_output_item</w:t>
        <w:br/>
        <w:t xml:space="preserve">      </w:t>
        <w:br/>
      </w:r>
      <w:r>
        <w:rPr>
          <w:b w:val="0"/>
          <w:i w:val="0"/>
        </w:rPr>
        <w:t xml:space="preserve"> ) được in ra dưới dạng Markdown.</w:t>
      </w:r>
    </w:p>
    <w:p>
      <w:pPr>
        <w:spacing w:after="80"/>
        <w:ind w:left="360"/>
      </w:pPr>
      <w:r>
        <w:t xml:space="preserve">• </w:t>
      </w:r>
      <w:r>
        <w:rPr>
          <w:b w:val="0"/>
          <w:i w:val="0"/>
        </w:rPr>
        <w:t xml:space="preserve">Đối với các sự kiện khác, ít quan trọng hơn ( </w:t>
      </w:r>
      <w:r>
        <w:rPr>
          <w:rFonts w:ascii="Consolas" w:hAnsi="Consolas"/>
          <w:b w:val="0"/>
          <w:i w:val="0"/>
          <w:sz w:val="20"/>
        </w:rPr>
        <w:br/>
        <w:br/>
        <w:t xml:space="preserve">       raw_response_event</w:t>
        <w:br/>
        <w:t xml:space="preserve">      </w:t>
        <w:br/>
      </w:r>
      <w:r>
        <w:rPr>
          <w:b w:val="0"/>
          <w:i w:val="0"/>
        </w:rPr>
        <w:t xml:space="preserve"> ), chúng ta chỉ in ra một dấu chấm ( </w:t>
      </w:r>
      <w:r>
        <w:rPr>
          <w:rFonts w:ascii="Consolas" w:hAnsi="Consolas"/>
          <w:b w:val="0"/>
          <w:i w:val="0"/>
          <w:sz w:val="20"/>
        </w:rPr>
        <w:br/>
        <w:br/>
        <w:t xml:space="preserve">       .</w:t>
        <w:br/>
        <w:t xml:space="preserve">      </w:t>
        <w:br/>
      </w:r>
      <w:r>
        <w:rPr>
          <w:b w:val="0"/>
          <w:i w:val="0"/>
        </w:rPr>
        <w:t xml:space="preserve"> ) để hiển thị tiến độ. Dấu này được in mà không có ký tự xuống dòng ở cuối và bộ đệm được xả ra mỗi lần, nên chúng ta thể hiện tiến độ trong khi agent đang xử lý.</w:t>
      </w:r>
    </w:p>
    <w:p>
      <w:pPr>
        <w:spacing w:after="80"/>
      </w:pPr>
      <w:r>
        <w:rPr>
          <w:b w:val="0"/>
          <w:i w:val="0"/>
        </w:rPr>
        <w:t>Hãy phân tích cách agent đã hoạt động, bằng cách nhìn vào nhật ký (log) được trình bày.</w:t>
      </w:r>
    </w:p>
    <w:p>
      <w:pPr>
        <w:spacing w:after="0"/>
        <w:ind w:left="360"/>
        <w:shd w:val="clear" w:color="auto" w:fill="F2F2F2"/>
      </w:pPr>
      <w:r>
        <w:rPr>
          <w:rFonts w:ascii="Consolas" w:hAnsi="Consolas"/>
          <w:sz w:val="18"/>
        </w:rPr>
        <w:t>Agent: Calendar assistant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Calling tool: retrieve_calendar_events</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Calling tool: available_notes</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Calling tool: retrieve_note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Calling tool: write_meeting_brief</w:t>
      </w:r>
    </w:p>
    <w:p>
      <w:pPr>
        <w:spacing w:after="0"/>
        <w:ind w:left="360"/>
        <w:shd w:val="clear" w:color="auto" w:fill="F2F2F2"/>
      </w:pPr>
      <w:r>
        <w:rPr>
          <w:rFonts w:ascii="Consolas" w:hAnsi="Consolas"/>
          <w:sz w:val="18"/>
        </w:rPr>
        <w:t>..........................................................................Calling tool: write_meeting_brief</w:t>
      </w:r>
    </w:p>
    <w:p>
      <w:pPr>
        <w:spacing w:after="0"/>
        <w:ind w:left="360"/>
        <w:shd w:val="clear" w:color="auto" w:fill="F2F2F2"/>
      </w:pPr>
      <w:r>
        <w:rPr>
          <w:rFonts w:ascii="Consolas" w:hAnsi="Consolas"/>
          <w:sz w:val="18"/>
        </w:rPr>
        <w:t>..........................................................................</w:t>
      </w:r>
    </w:p>
    <w:p>
      <w:pPr>
        <w:spacing w:after="40"/>
      </w:pPr>
    </w:p>
    <w:p>
      <w:pPr>
        <w:spacing w:after="80"/>
      </w:pPr>
      <w:r>
        <w:rPr>
          <w:b w:val="0"/>
          <w:i w:val="0"/>
        </w:rPr>
        <w:t xml:space="preserve">Đầu tiên nó tạo một agent, sau đó gọi </w:t>
      </w:r>
      <w:r>
        <w:rPr>
          <w:rFonts w:ascii="Consolas" w:hAnsi="Consolas"/>
          <w:b w:val="0"/>
          <w:i w:val="0"/>
          <w:sz w:val="20"/>
        </w:rPr>
        <w:br/>
        <w:br/>
        <w:t xml:space="preserve">      retrieve_calendar_events</w:t>
        <w:br/>
        <w:t xml:space="preserve">     </w:t>
        <w:br/>
      </w:r>
      <w:r>
        <w:rPr>
          <w:b w:val="0"/>
          <w:i w:val="0"/>
        </w:rPr>
        <w:t xml:space="preserve"> để lấy các sự kiện lịch, </w:t>
      </w:r>
      <w:r>
        <w:rPr>
          <w:rFonts w:ascii="Consolas" w:hAnsi="Consolas"/>
          <w:b w:val="0"/>
          <w:i w:val="0"/>
          <w:sz w:val="20"/>
        </w:rPr>
        <w:br/>
        <w:br/>
        <w:t xml:space="preserve">      available_notes</w:t>
        <w:br/>
        <w:t xml:space="preserve">     </w:t>
        <w:br/>
      </w:r>
      <w:r>
        <w:rPr>
          <w:b w:val="0"/>
          <w:i w:val="0"/>
        </w:rPr>
        <w:t xml:space="preserve"> để hiểu các ghi chú hiện có, và </w:t>
      </w:r>
      <w:r>
        <w:rPr>
          <w:rFonts w:ascii="Consolas" w:hAnsi="Consolas"/>
          <w:b w:val="0"/>
          <w:i w:val="0"/>
          <w:sz w:val="20"/>
        </w:rPr>
        <w:br/>
        <w:br/>
        <w:t xml:space="preserve">      retrieve_note</w:t>
        <w:br/>
        <w:t xml:space="preserve">     </w:t>
        <w:br/>
      </w:r>
      <w:r>
        <w:rPr>
          <w:b w:val="0"/>
          <w:i w:val="0"/>
        </w:rPr>
        <w:t xml:space="preserve"> cho phần khớp với </w:t>
      </w:r>
      <w:r>
        <w:rPr>
          <w:rFonts w:ascii="Consolas" w:hAnsi="Consolas"/>
          <w:b w:val="0"/>
          <w:i w:val="0"/>
          <w:sz w:val="20"/>
        </w:rPr>
        <w:br/>
        <w:br/>
        <w:t xml:space="preserve">      jbuelta</w:t>
        <w:br/>
        <w:t xml:space="preserve">     </w:t>
        <w:br/>
      </w:r>
      <w:r>
        <w:rPr>
          <w:b w:val="0"/>
          <w:i w:val="0"/>
        </w:rPr>
        <w:t>.</w:t>
      </w:r>
    </w:p>
    <w:p>
      <w:pPr>
        <w:spacing w:after="80"/>
      </w:pPr>
      <w:r>
        <w:rPr>
          <w:b w:val="0"/>
          <w:i w:val="0"/>
        </w:rPr>
        <w:t xml:space="preserve">Sau đó chúng ta có hai lệnh gọi đến </w:t>
      </w:r>
      <w:r>
        <w:rPr>
          <w:rFonts w:ascii="Consolas" w:hAnsi="Consolas"/>
          <w:b w:val="0"/>
          <w:i w:val="0"/>
          <w:sz w:val="20"/>
        </w:rPr>
        <w:br/>
        <w:br/>
        <w:t xml:space="preserve">      write_meeting_brief</w:t>
        <w:br/>
        <w:t xml:space="preserve">     </w:t>
        <w:br/>
      </w:r>
      <w:r>
        <w:rPr>
          <w:b w:val="0"/>
          <w:i w:val="0"/>
        </w:rPr>
        <w:t xml:space="preserve">. Nhưng không có hai lần ghi vào tệp! Điều xảy ra ở đây là tên của ghi chú không đúng trong lần đầu tiên, khi mô hình có khả năng đã dùng địa chỉ email có trong sự kiện lịch, và nó không khớp với tên tệp. Agent, sau thông báo </w:t>
      </w:r>
      <w:r>
        <w:rPr>
          <w:rFonts w:ascii="Consolas" w:hAnsi="Consolas"/>
          <w:b w:val="0"/>
          <w:i w:val="0"/>
          <w:sz w:val="20"/>
        </w:rPr>
        <w:br/>
        <w:br/>
        <w:t xml:space="preserve">      ERROR</w:t>
        <w:br/>
        <w:t xml:space="preserve">     </w:t>
        <w:br/>
      </w:r>
      <w:r>
        <w:rPr>
          <w:b w:val="0"/>
          <w:i w:val="0"/>
        </w:rPr>
        <w:t xml:space="preserve"> từ công cụ, đã sửa lại và ghi lần nữa, lần này thành công.</w:t>
      </w:r>
    </w:p>
    <w:p>
      <w:pPr>
        <w:spacing w:after="80"/>
      </w:pPr>
      <w:r>
        <w:rPr>
          <w:b w:val="0"/>
          <w:i w:val="0"/>
        </w:rPr>
        <w:t xml:space="preserve">Việc tạo bản tóm tắt diễn ra giữa lệnh gọi </w:t>
      </w:r>
      <w:r>
        <w:rPr>
          <w:rFonts w:ascii="Consolas" w:hAnsi="Consolas"/>
          <w:b w:val="0"/>
          <w:i w:val="0"/>
          <w:sz w:val="20"/>
        </w:rPr>
        <w:br/>
        <w:br/>
        <w:t xml:space="preserve">      retrieve_note</w:t>
        <w:br/>
        <w:t xml:space="preserve">     </w:t>
        <w:br/>
      </w:r>
      <w:r>
        <w:rPr>
          <w:b w:val="0"/>
          <w:i w:val="0"/>
        </w:rPr>
        <w:t xml:space="preserve"> và lệnh gọi </w:t>
      </w:r>
      <w:r>
        <w:rPr>
          <w:rFonts w:ascii="Consolas" w:hAnsi="Consolas"/>
          <w:b w:val="0"/>
          <w:i w:val="0"/>
          <w:sz w:val="20"/>
        </w:rPr>
        <w:br/>
        <w:br/>
        <w:t xml:space="preserve">      write_meeting_brief</w:t>
        <w:br/>
        <w:t xml:space="preserve">     </w:t>
        <w:br/>
      </w:r>
      <w:r>
        <w:rPr>
          <w:b w:val="0"/>
          <w:i w:val="0"/>
        </w:rPr>
        <w:t xml:space="preserve"> đầu tiên.</w:t>
      </w:r>
    </w:p>
    <w:p>
      <w:pPr>
        <w:spacing w:after="80"/>
      </w:pPr>
      <w:r>
        <w:rPr>
          <w:b/>
          <w:i w:val="0"/>
        </w:rPr>
        <w:t>Lưu ý</w:t>
      </w:r>
    </w:p>
    <w:p>
      <w:pPr>
        <w:spacing w:after="80"/>
      </w:pPr>
      <w:r>
        <w:rPr>
          <w:b w:val="0"/>
          <w:i w:val="0"/>
        </w:rPr>
        <w:t xml:space="preserve">Hãy để ý cách mẫu truy cập (access pattern) tuân theo mẫu ReAct. Đầu tiên nó Lý luận (Reason) - suy nghĩ xem tiếp theo nên làm gì, rồi Hành động (Act) bằng cách gọi các công cụ, và lặp lại quá trình cho đến khi hoàn thành nhiệm vụ. Nó có thể hiểu được những sắc thái tinh tế của việc khớp địa chỉ email với tên ghi chú, chẳng hạn. Nó có thể thích ứng với các vấn đề như lỗi </w:t>
      </w:r>
      <w:r>
        <w:rPr>
          <w:rFonts w:ascii="Consolas" w:hAnsi="Consolas"/>
          <w:b w:val="0"/>
          <w:i w:val="0"/>
          <w:sz w:val="20"/>
        </w:rPr>
        <w:br/>
        <w:br/>
        <w:t xml:space="preserve">       ERROR</w:t>
        <w:br/>
        <w:t xml:space="preserve">      </w:t>
        <w:br/>
      </w:r>
      <w:r>
        <w:rPr>
          <w:b w:val="0"/>
          <w:i w:val="0"/>
        </w:rPr>
        <w:t xml:space="preserve"> khi ghi ghi chú.</w:t>
      </w:r>
    </w:p>
    <w:p>
      <w:pPr>
        <w:spacing w:after="80"/>
      </w:pPr>
      <w:r>
        <w:rPr>
          <w:b w:val="0"/>
          <w:i w:val="0"/>
        </w:rPr>
        <w:t>Prompt của chúng ta cũng chi tiết và hướng mô hình AI vào những chi tiết cụ thể.</w:t>
      </w:r>
    </w:p>
    <w:p>
      <w:pPr>
        <w:spacing w:after="0"/>
        <w:ind w:left="360"/>
        <w:shd w:val="clear" w:color="auto" w:fill="F2F2F2"/>
      </w:pPr>
      <w:r>
        <w:rPr>
          <w:rFonts w:ascii="Consolas" w:hAnsi="Consolas"/>
          <w:sz w:val="18"/>
        </w:rPr>
        <w:t xml:space="preserve">    Check the calendar events for meetings. Only for the next one,</w:t>
      </w:r>
    </w:p>
    <w:p>
      <w:pPr>
        <w:spacing w:after="0"/>
        <w:ind w:left="360"/>
        <w:shd w:val="clear" w:color="auto" w:fill="F2F2F2"/>
      </w:pPr>
      <w:r>
        <w:rPr>
          <w:rFonts w:ascii="Consolas" w:hAnsi="Consolas"/>
          <w:sz w:val="18"/>
        </w:rPr>
        <w:t xml:space="preserve">    check if there are meeting notes for any of the participants</w:t>
      </w:r>
    </w:p>
    <w:p>
      <w:pPr>
        <w:spacing w:after="0"/>
        <w:ind w:left="360"/>
        <w:shd w:val="clear" w:color="auto" w:fill="F2F2F2"/>
      </w:pPr>
      <w:r>
        <w:rPr>
          <w:rFonts w:ascii="Consolas" w:hAnsi="Consolas"/>
          <w:sz w:val="18"/>
        </w:rPr>
        <w:t xml:space="preserve">    (name will be related to the email in the calendar, but it</w:t>
      </w:r>
    </w:p>
    <w:p>
      <w:pPr>
        <w:spacing w:after="0"/>
        <w:ind w:left="360"/>
        <w:shd w:val="clear" w:color="auto" w:fill="F2F2F2"/>
      </w:pPr>
      <w:r>
        <w:rPr>
          <w:rFonts w:ascii="Consolas" w:hAnsi="Consolas"/>
          <w:sz w:val="18"/>
        </w:rPr>
        <w:t xml:space="preserve">    will likely not match completely), and provide a summary of the</w:t>
      </w:r>
    </w:p>
    <w:p>
      <w:pPr>
        <w:spacing w:after="0"/>
        <w:ind w:left="360"/>
        <w:shd w:val="clear" w:color="auto" w:fill="F2F2F2"/>
      </w:pPr>
      <w:r>
        <w:rPr>
          <w:rFonts w:ascii="Consolas" w:hAnsi="Consolas"/>
          <w:sz w:val="18"/>
        </w:rPr>
        <w:t xml:space="preserve">    relevant information for the meeting. Format it as a short</w:t>
      </w:r>
    </w:p>
    <w:p>
      <w:pPr>
        <w:spacing w:after="0"/>
        <w:ind w:left="360"/>
        <w:shd w:val="clear" w:color="auto" w:fill="F2F2F2"/>
      </w:pPr>
      <w:r>
        <w:rPr>
          <w:rFonts w:ascii="Consolas" w:hAnsi="Consolas"/>
          <w:sz w:val="18"/>
        </w:rPr>
        <w:t xml:space="preserve">    meeting brief. Do not suggest follow up. Write the meeting</w:t>
      </w:r>
    </w:p>
    <w:p>
      <w:pPr>
        <w:spacing w:after="0"/>
        <w:ind w:left="360"/>
        <w:shd w:val="clear" w:color="auto" w:fill="F2F2F2"/>
      </w:pPr>
      <w:r>
        <w:rPr>
          <w:rFonts w:ascii="Consolas" w:hAnsi="Consolas"/>
          <w:sz w:val="18"/>
        </w:rPr>
        <w:t xml:space="preserve">    brief.</w:t>
      </w:r>
    </w:p>
    <w:p>
      <w:pPr>
        <w:spacing w:after="40"/>
      </w:pPr>
    </w:p>
    <w:p>
      <w:pPr>
        <w:spacing w:after="80"/>
      </w:pPr>
      <w:r>
        <w:rPr>
          <w:b w:val="0"/>
          <w:i w:val="0"/>
        </w:rPr>
        <w:t xml:space="preserve">Chúng ta giúp mô hình bằng cách nói rằng tên trên ghi chú cuộc họp có thể không chính xác so với tên trên lịch, nhưng đó là một sự khớp. Nó hiểu đúng điều này, và có thể hiểu rằng địa chỉ email tương ứng với ghi chú </w:t>
      </w:r>
      <w:r>
        <w:rPr>
          <w:rFonts w:ascii="Consolas" w:hAnsi="Consolas"/>
          <w:b w:val="0"/>
          <w:i w:val="0"/>
          <w:sz w:val="20"/>
        </w:rPr>
        <w:br/>
        <w:br/>
        <w:t xml:space="preserve">      jbuelta</w:t>
        <w:br/>
        <w:t xml:space="preserve">     </w:t>
        <w:br/>
      </w:r>
      <w:r>
        <w:rPr>
          <w:b w:val="0"/>
          <w:i w:val="0"/>
        </w:rPr>
        <w:t>.</w:t>
      </w:r>
    </w:p>
    <w:p>
      <w:pPr>
        <w:spacing w:after="80"/>
      </w:pPr>
      <w:r>
        <w:rPr>
          <w:b w:val="0"/>
          <w:i w:val="0"/>
        </w:rPr>
        <w:t>Chúng ta cũng định nghĩa rằng chúng ta muốn một bản tóm tắt ngắn gọn, đi thẳng vào vấn đề. Các mô hình AI có thể hơi dài dòng.</w:t>
      </w:r>
    </w:p>
    <w:p>
      <w:pPr>
        <w:pStyle w:val="Heading3"/>
      </w:pPr>
      <w:r>
        <w:rPr>
          <w:rFonts w:ascii="Calibri" w:hAnsi="Calibri"/>
          <w:b/>
          <w:i w:val="0"/>
          <w:sz w:val="26"/>
        </w:rPr>
        <w:t>Còn nhiều thứ nữa…</w:t>
      </w:r>
    </w:p>
    <w:p>
      <w:pPr>
        <w:spacing w:after="80"/>
      </w:pPr>
      <w:r>
        <w:rPr>
          <w:b w:val="0"/>
          <w:i w:val="0"/>
        </w:rPr>
        <w:t>Bạn có thể gặp vấn đề với lịch của mình nếu bạn có nhiều sự kiện. Chúng ta đã mô tả cho mô hình rằng chúng ta muốn sự kiện tiếp theo, nhưng nếu có nhiều sự kiện, nó có thể không hiểu rõ lắm sự kiện nào là sự kiện đó. Có một chi tiết nhỏ… Mô hình AI không biết hiện tại là ngày giờ nào!</w:t>
      </w:r>
    </w:p>
    <w:p>
      <w:pPr>
        <w:spacing w:after="80"/>
      </w:pPr>
      <w:r>
        <w:rPr>
          <w:b w:val="0"/>
          <w:i w:val="0"/>
        </w:rPr>
        <w:t>Để làm được điều đó, chúng ta cần thêm một công cụ nữa và chỉnh sửa prompt một chút.</w:t>
      </w:r>
    </w:p>
    <w:p>
      <w:pPr>
        <w:spacing w:after="0"/>
        <w:ind w:left="360"/>
        <w:shd w:val="clear" w:color="auto" w:fill="F2F2F2"/>
      </w:pPr>
      <w:r>
        <w:rPr>
          <w:rFonts w:ascii="Consolas" w:hAnsi="Consolas"/>
          <w:sz w:val="18"/>
        </w:rPr>
        <w:t>from datetime import datetime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@function_tool</w:t>
      </w:r>
    </w:p>
    <w:p>
      <w:pPr>
        <w:spacing w:after="0"/>
        <w:ind w:left="360"/>
        <w:shd w:val="clear" w:color="auto" w:fill="F2F2F2"/>
      </w:pPr>
      <w:r>
        <w:rPr>
          <w:rFonts w:ascii="Consolas" w:hAnsi="Consolas"/>
          <w:sz w:val="18"/>
        </w:rPr>
        <w:t>def current_time():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Return current date time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return datetime.datetime.now(datetime.UTC)</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async def main():</w:t>
      </w:r>
    </w:p>
    <w:p>
      <w:pPr>
        <w:spacing w:after="0"/>
        <w:ind w:left="360"/>
        <w:shd w:val="clear" w:color="auto" w:fill="F2F2F2"/>
      </w:pPr>
      <w:r>
        <w:rPr>
          <w:rFonts w:ascii="Consolas" w:hAnsi="Consolas"/>
          <w:sz w:val="18"/>
        </w:rPr>
        <w:t xml:space="preserve">    agent = Agent(</w:t>
      </w:r>
    </w:p>
    <w:p>
      <w:pPr>
        <w:spacing w:after="0"/>
        <w:ind w:left="360"/>
        <w:shd w:val="clear" w:color="auto" w:fill="F2F2F2"/>
      </w:pPr>
      <w:r>
        <w:rPr>
          <w:rFonts w:ascii="Consolas" w:hAnsi="Consolas"/>
          <w:sz w:val="18"/>
        </w:rPr>
        <w:t xml:space="preserve">        name='Calendar assistant',</w:t>
      </w:r>
    </w:p>
    <w:p>
      <w:pPr>
        <w:spacing w:after="0"/>
        <w:ind w:left="360"/>
        <w:shd w:val="clear" w:color="auto" w:fill="F2F2F2"/>
      </w:pPr>
      <w:r>
        <w:rPr>
          <w:rFonts w:ascii="Consolas" w:hAnsi="Consolas"/>
          <w:sz w:val="18"/>
        </w:rPr>
        <w:t xml:space="preserve">        instructions='You are a helpful assistant preparing meetings',</w:t>
      </w:r>
    </w:p>
    <w:p>
      <w:pPr>
        <w:spacing w:after="0"/>
        <w:ind w:left="360"/>
        <w:shd w:val="clear" w:color="auto" w:fill="F2F2F2"/>
      </w:pPr>
      <w:r>
        <w:rPr>
          <w:rFonts w:ascii="Consolas" w:hAnsi="Consolas"/>
          <w:sz w:val="18"/>
        </w:rPr>
        <w:t xml:space="preserve">        tools=[available_notes, retrieve_note, write_meeting_brief,</w:t>
      </w:r>
    </w:p>
    <w:p>
      <w:pPr>
        <w:spacing w:after="0"/>
        <w:ind w:left="360"/>
        <w:shd w:val="clear" w:color="auto" w:fill="F2F2F2"/>
      </w:pPr>
      <w:r>
        <w:rPr>
          <w:rFonts w:ascii="Consolas" w:hAnsi="Consolas"/>
          <w:sz w:val="18"/>
        </w:rPr>
        <w:t xml:space="preserve">               retrieve_calendar_events, current_time],</w:t>
      </w:r>
    </w:p>
    <w:p>
      <w:pPr>
        <w:spacing w:after="0"/>
        <w:ind w:left="360"/>
        <w:shd w:val="clear" w:color="auto" w:fill="F2F2F2"/>
      </w:pPr>
      <w:r>
        <w:rPr>
          <w:rFonts w:ascii="Consolas" w:hAnsi="Consolas"/>
          <w:sz w:val="18"/>
        </w:rPr>
        <w:t xml:space="preserve">        model=MODEL,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prompt = '''</w:t>
      </w:r>
    </w:p>
    <w:p>
      <w:pPr>
        <w:spacing w:after="0"/>
        <w:ind w:left="360"/>
        <w:shd w:val="clear" w:color="auto" w:fill="F2F2F2"/>
      </w:pPr>
      <w:r>
        <w:rPr>
          <w:rFonts w:ascii="Consolas" w:hAnsi="Consolas"/>
          <w:sz w:val="18"/>
        </w:rPr>
        <w:t xml:space="preserve">    Check the calendar events for meetings. Only for the next one,</w:t>
      </w:r>
    </w:p>
    <w:p>
      <w:pPr>
        <w:spacing w:after="0"/>
        <w:ind w:left="360"/>
        <w:shd w:val="clear" w:color="auto" w:fill="F2F2F2"/>
      </w:pPr>
      <w:r>
        <w:rPr>
          <w:rFonts w:ascii="Consolas" w:hAnsi="Consolas"/>
          <w:sz w:val="18"/>
        </w:rPr>
        <w:t xml:space="preserve">    verifying with the current time, check if there are meeting</w:t>
      </w:r>
    </w:p>
    <w:p>
      <w:pPr>
        <w:spacing w:after="0"/>
        <w:ind w:left="360"/>
        <w:shd w:val="clear" w:color="auto" w:fill="F2F2F2"/>
      </w:pPr>
      <w:r>
        <w:rPr>
          <w:rFonts w:ascii="Consolas" w:hAnsi="Consolas"/>
          <w:sz w:val="18"/>
        </w:rPr>
        <w:t xml:space="preserve">    notes for any of the participants (name will be related to the</w:t>
      </w:r>
    </w:p>
    <w:p>
      <w:pPr>
        <w:spacing w:after="0"/>
        <w:ind w:left="360"/>
        <w:shd w:val="clear" w:color="auto" w:fill="F2F2F2"/>
      </w:pPr>
      <w:r>
        <w:rPr>
          <w:rFonts w:ascii="Consolas" w:hAnsi="Consolas"/>
          <w:sz w:val="18"/>
        </w:rPr>
        <w:t xml:space="preserve">    email in the calendar, but it will likely not match completely),</w:t>
      </w:r>
    </w:p>
    <w:p>
      <w:pPr>
        <w:spacing w:after="0"/>
        <w:ind w:left="360"/>
        <w:shd w:val="clear" w:color="auto" w:fill="F2F2F2"/>
      </w:pPr>
      <w:r>
        <w:rPr>
          <w:rFonts w:ascii="Consolas" w:hAnsi="Consolas"/>
          <w:sz w:val="18"/>
        </w:rPr>
        <w:t xml:space="preserve">    and provide a summary of the relevant information for the meeting.</w:t>
      </w:r>
    </w:p>
    <w:p>
      <w:pPr>
        <w:spacing w:after="0"/>
        <w:ind w:left="360"/>
        <w:shd w:val="clear" w:color="auto" w:fill="F2F2F2"/>
      </w:pPr>
      <w:r>
        <w:rPr>
          <w:rFonts w:ascii="Consolas" w:hAnsi="Consolas"/>
          <w:sz w:val="18"/>
        </w:rPr>
        <w:t xml:space="preserve">    Format it as a short meeting brief. Do not suggest follow up.</w:t>
      </w:r>
    </w:p>
    <w:p>
      <w:pPr>
        <w:spacing w:after="0"/>
        <w:ind w:left="360"/>
        <w:shd w:val="clear" w:color="auto" w:fill="F2F2F2"/>
      </w:pPr>
      <w:r>
        <w:rPr>
          <w:rFonts w:ascii="Consolas" w:hAnsi="Consolas"/>
          <w:sz w:val="18"/>
        </w:rPr>
        <w:t xml:space="preserve">    Write the meeting brief.</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Những thay đổi này có trong script </w:t>
      </w:r>
      <w:r>
        <w:rPr>
          <w:rFonts w:ascii="Consolas" w:hAnsi="Consolas"/>
          <w:b w:val="0"/>
          <w:i w:val="0"/>
          <w:sz w:val="20"/>
        </w:rPr>
        <w:br/>
        <w:br/>
        <w:t xml:space="preserve">      meeting_preparation_agent_time.py</w:t>
        <w:br/>
        <w:t xml:space="preserve">     </w:t>
        <w:br/>
      </w:r>
      <w:r>
        <w:rPr>
          <w:b w:val="0"/>
          <w:i w:val="0"/>
        </w:rPr>
        <w:t xml:space="preserve"> nằm trong thư mục chương của kho GitHub.</w:t>
      </w:r>
    </w:p>
    <w:p>
      <w:pPr>
        <w:spacing w:after="80"/>
      </w:pPr>
      <w:r>
        <w:rPr>
          <w:b/>
          <w:i w:val="0"/>
        </w:rPr>
        <w:t>Lưu ý</w:t>
      </w:r>
    </w:p>
    <w:p>
      <w:pPr>
        <w:spacing w:after="80"/>
      </w:pPr>
      <w:r>
        <w:rPr>
          <w:b w:val="0"/>
          <w:i w:val="0"/>
        </w:rPr>
        <w:t>Chúng ta cố tình đặc tả cụ thể với các công cụ của mình (chỉ thêm vào, chỉ kiểm tra một lịch duy nhất) để giới hạn phạm vi nhiệm vụ. Trong khi việc rộng hơn cho phép mô hình AI tự do hơn và truy cập được nhiều hơn, nó cũng có nguy cơ vượt quá giới hạn và làm điều gì đó mà chúng ta không muốn. Ngoài ra, việc có những rào chắn mạnh mẽ cho phép định hướng mô hình và đạt được khả năng tái lặp nhiệm vụ tốt hơn.</w:t>
      </w:r>
    </w:p>
    <w:p>
      <w:pPr>
        <w:spacing w:after="80"/>
      </w:pPr>
      <w:r>
        <w:rPr>
          <w:b w:val="0"/>
          <w:i w:val="0"/>
        </w:rPr>
        <w:t xml:space="preserve">Một rủi ro với các mô hình AI là tạo ra những kết quả khác biệt hoàn toàn so với những gì bạn mong đợi ban đầu. Ngoài ra, hãy nhớ lại những gì chúng ta đã thảo luận trong </w:t>
      </w:r>
      <w:r>
        <w:rPr>
          <w:b w:val="0"/>
          <w:i/>
        </w:rPr>
        <w:t xml:space="preserve"> Chương 12 </w:t>
      </w:r>
      <w:r>
        <w:rPr>
          <w:b w:val="0"/>
          <w:i w:val="0"/>
        </w:rPr>
        <w:t xml:space="preserve"> về prompt injection.</w:t>
      </w:r>
    </w:p>
    <w:p>
      <w:pPr>
        <w:spacing w:after="80"/>
      </w:pPr>
      <w:r>
        <w:rPr>
          <w:b w:val="0"/>
          <w:i w:val="0"/>
        </w:rPr>
        <w:t xml:space="preserve">Xem tài liệu đầy đủ về OpenAI Agents SDK tại </w:t>
      </w:r>
      <w:r>
        <w:rPr>
          <w:rFonts w:ascii="Consolas" w:hAnsi="Consolas"/>
          <w:b w:val="0"/>
          <w:i w:val="0"/>
          <w:sz w:val="20"/>
        </w:rPr>
        <w:br/>
        <w:br/>
        <w:t xml:space="preserve">       https://openai.github.io/openai-agents-python/</w:t>
        <w:br/>
        <w:t xml:space="preserve">      </w:t>
        <w:br/>
      </w:r>
      <w:r>
        <w:rPr>
          <w:b w:val="0"/>
          <w:i w:val="0"/>
        </w:rPr>
        <w:t xml:space="preserve"> .</w:t>
      </w:r>
    </w:p>
    <w:p>
      <w:pPr>
        <w:spacing w:after="80"/>
      </w:pPr>
      <w:r>
        <w:rPr>
          <w:b w:val="0"/>
          <w:i w:val="0"/>
        </w:rPr>
        <w:t xml:space="preserve">Một lưu ý về quyền truy cập Google Calendar. Để đơn giản, chúng ta giữ cách truy cập bằng mật khẩu ứng dụng mà chúng ta đã giới thiệu trong </w:t>
      </w:r>
      <w:r>
        <w:rPr>
          <w:b w:val="0"/>
          <w:i/>
        </w:rPr>
        <w:t xml:space="preserve"> Chương 9 . </w:t>
      </w:r>
      <w:r>
        <w:rPr>
          <w:b w:val="0"/>
          <w:i w:val="0"/>
        </w:rPr>
        <w:t xml:space="preserve"> Cách này vẫn còn hiệu lực, nhưng không còn được Google khuyến nghị nữa. Phiên bản được khuyến nghị là sử dụng API mới của họ, vốn đòi hỏi thiết lập chuyên biệt hơn. Xem tài liệu của họ tại đây: </w:t>
      </w:r>
      <w:r>
        <w:rPr>
          <w:rFonts w:ascii="Consolas" w:hAnsi="Consolas"/>
          <w:b w:val="0"/>
          <w:i w:val="0"/>
          <w:sz w:val="20"/>
        </w:rPr>
        <w:br/>
        <w:br/>
        <w:t xml:space="preserve">       https://developers.google.com/workspace/calendar/api/quickstart/python?utm_source=chatgpt.com</w:t>
        <w:br/>
        <w:t xml:space="preserve">      </w:t>
        <w:br/>
      </w:r>
      <w:r>
        <w:rPr>
          <w:b w:val="0"/>
          <w:i w:val="0"/>
        </w:rPr>
        <w:t xml:space="preserve"> .</w:t>
      </w:r>
    </w:p>
    <w:p>
      <w:pPr>
        <w:spacing w:after="80"/>
      </w:pPr>
      <w:r>
        <w:rPr>
          <w:b w:val="0"/>
          <w:i w:val="0"/>
        </w:rPr>
        <w:t>Hãy nhớ rằng bạn có thể dùng GenAI để hỗ trợ bạn trong suốt quá trình.</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Tạo chatbot của riêng bạn </w:t>
      </w:r>
      <w:r>
        <w:rPr>
          <w:b w:val="0"/>
          <w:i w:val="0"/>
        </w:rPr>
        <w:t xml:space="preserve"> , trong </w:t>
      </w:r>
      <w:r>
        <w:rPr>
          <w:b w:val="0"/>
          <w:i/>
        </w:rPr>
        <w:t xml:space="preserve"> Chương 11 </w:t>
      </w:r>
      <w:r>
        <w:rPr>
          <w:b w:val="0"/>
          <w:i w:val="0"/>
        </w:rPr>
        <w:t xml:space="preserve"> , mô tả những điều cơ bản về làm việc với các mô hình AI</w:t>
      </w:r>
    </w:p>
    <w:p>
      <w:pPr>
        <w:spacing w:after="80"/>
        <w:ind w:left="360"/>
      </w:pPr>
      <w:r>
        <w:t xml:space="preserve">• </w:t>
      </w:r>
      <w:r>
        <w:rPr>
          <w:b w:val="0"/>
          <w:i w:val="0"/>
        </w:rPr>
        <w:t xml:space="preserve">Công thức </w:t>
      </w:r>
      <w:r>
        <w:rPr>
          <w:b w:val="0"/>
          <w:i/>
        </w:rPr>
        <w:t xml:space="preserve"> Tạo </w:t>
      </w:r>
      <w:r>
        <w:rPr>
          <w:b w:val="0"/>
          <w:i w:val="0"/>
        </w:rPr>
        <w:t xml:space="preserve"> </w:t>
      </w:r>
      <w:r>
        <w:rPr>
          <w:b w:val="0"/>
          <w:i/>
        </w:rPr>
        <w:t xml:space="preserve"> máy chủ </w:t>
      </w:r>
      <w:r>
        <w:rPr>
          <w:b w:val="0"/>
          <w:i w:val="0"/>
        </w:rPr>
        <w:t xml:space="preserve"> </w:t>
      </w:r>
      <w:r>
        <w:rPr>
          <w:b w:val="0"/>
          <w:i/>
        </w:rPr>
        <w:t xml:space="preserve"> MCP </w:t>
      </w:r>
      <w:r>
        <w:rPr>
          <w:b w:val="0"/>
          <w:i w:val="0"/>
        </w:rPr>
        <w:t xml:space="preserve"> </w:t>
      </w:r>
      <w:r>
        <w:rPr>
          <w:b w:val="0"/>
          <w:i/>
        </w:rPr>
        <w:t xml:space="preserve"> </w:t>
      </w:r>
      <w:r>
        <w:rPr>
          <w:b w:val="0"/>
          <w:i w:val="0"/>
        </w:rPr>
        <w:t xml:space="preserve"> </w:t>
      </w:r>
      <w:r>
        <w:rPr>
          <w:b w:val="0"/>
          <w:i/>
        </w:rPr>
        <w:t xml:space="preserve"> của riêng bạn </w:t>
      </w:r>
      <w:r>
        <w:rPr>
          <w:b w:val="0"/>
          <w:i w:val="0"/>
        </w:rPr>
        <w:t xml:space="preserve"> , trong </w:t>
      </w:r>
      <w:r>
        <w:rPr>
          <w:b w:val="0"/>
          <w:i/>
        </w:rPr>
        <w:t xml:space="preserve"> Chương 12 </w:t>
      </w:r>
      <w:r>
        <w:rPr>
          <w:b w:val="0"/>
          <w:i w:val="0"/>
        </w:rPr>
        <w:t xml:space="preserve"> , giới thiệu việc sử dụng các công cụ trực tiếp và hướng dẫn cách tạo công cụ của riêng bạn bằng giao thức MCP</w:t>
      </w:r>
    </w:p>
    <w:p>
      <w:pPr>
        <w:pStyle w:val="Heading2"/>
      </w:pPr>
      <w:r>
        <w:rPr>
          <w:rFonts w:ascii="Calibri" w:hAnsi="Calibri"/>
          <w:b/>
          <w:i w:val="0"/>
          <w:sz w:val="32"/>
        </w:rPr>
        <w:t>Soạn thảo tài liệu với các subagent</w:t>
      </w:r>
    </w:p>
    <w:p>
      <w:pPr>
        <w:spacing w:after="80"/>
      </w:pPr>
      <w:r>
        <w:rPr>
          <w:b w:val="0"/>
          <w:i w:val="0"/>
        </w:rPr>
        <w:t>Trong công thức này, chúng ta sẽ lấy thông tin từ các ghi chú được lưu trong hệ thống tệp đã định nghĩa ở công thức trước và dùng nó để chuẩn bị một đề xuất dự án.</w:t>
      </w:r>
    </w:p>
    <w:p>
      <w:pPr>
        <w:spacing w:after="80"/>
      </w:pPr>
      <w:r>
        <w:rPr>
          <w:b w:val="0"/>
          <w:i w:val="0"/>
        </w:rPr>
        <w:t>Để tạo ra một tài liệu mạnh mẽ và mạch lạc hơn, chúng ta sẽ dựa vào hai subagent để soạn thảo và xem xét đề xuất, luân phiên truyền nội dung qua lại giữa chúng cho đến khi subagent xem xét hài lòng. Công việc của chúng sẽ được điều phối bởi agent chính, mà chúng ta gọi là orchestrator, bên quản lý toàn bộ quy trình làm việc và đảm bảo rằng mọi bước được hoàn thành theo đúng thứ tự.</w:t>
      </w:r>
    </w:p>
    <w:p>
      <w:pPr>
        <w:spacing w:after="80"/>
      </w:pPr>
      <w:r>
        <w:rPr>
          <w:b/>
          <w:i w:val="0"/>
        </w:rPr>
        <w:t>Mẹo</w:t>
      </w:r>
    </w:p>
    <w:p>
      <w:pPr>
        <w:spacing w:after="80"/>
      </w:pPr>
      <w:r>
        <w:rPr>
          <w:b w:val="0"/>
          <w:i w:val="0"/>
        </w:rPr>
        <w:t>Subagents là các agent chuyên biệt với nhiệm vụ, ngữ cảnh và mục tiêu riêng, cho phép chúng tập trung hiệu quả hơn vào phần việc cụ thể của mình. Cách phân chia công việc này tránh được thách thức khi buộc một agent duy nhất phải xử lý một tác vụ lớn, phức tạp chỉ với một prompt cố gắng nhồi nhét mọi thứ. Orchestrator giám sát các subagent này, đảm bảo sự phối hợp trơn tru và kết hợp đầu ra của chúng thành một kết quả thống nhất.</w:t>
      </w:r>
    </w:p>
    <w:p>
      <w:pPr>
        <w:spacing w:after="80"/>
      </w:pPr>
      <w:r>
        <w:rPr>
          <w:b w:val="0"/>
          <w:i w:val="0"/>
        </w:rPr>
        <w:t>Sau khi các subagent tinh chỉnh đề xuất, chúng ta sẽ dùng một MCP server để lưu tài liệu cuối cùng dưới dạng file Word.</w:t>
      </w:r>
    </w:p>
    <w:p>
      <w:pPr>
        <w:pStyle w:val="Heading3"/>
      </w:pPr>
      <w:r>
        <w:rPr>
          <w:rFonts w:ascii="Calibri" w:hAnsi="Calibri"/>
          <w:b/>
          <w:i w:val="0"/>
          <w:sz w:val="26"/>
        </w:rPr>
        <w:t>Chuẩn bị</w:t>
      </w:r>
    </w:p>
    <w:p>
      <w:pPr>
        <w:spacing w:after="80"/>
      </w:pPr>
      <w:r>
        <w:rPr>
          <w:b w:val="0"/>
          <w:i w:val="0"/>
        </w:rPr>
        <w:t>Trong công thức này, chúng ta sẽ cần các mô-đun sau trong môi trường ảo của mình:</w:t>
      </w:r>
    </w:p>
    <w:p>
      <w:pPr>
        <w:spacing w:after="0"/>
        <w:ind w:left="360"/>
        <w:shd w:val="clear" w:color="auto" w:fill="F2F2F2"/>
      </w:pPr>
      <w:r>
        <w:rPr>
          <w:rFonts w:ascii="Consolas" w:hAnsi="Consolas"/>
          <w:sz w:val="18"/>
        </w:rPr>
        <w:t>$ echo "python-dotenv==1.2.2" &gt;&gt; requirements.txt</w:t>
      </w:r>
    </w:p>
    <w:p>
      <w:pPr>
        <w:spacing w:after="0"/>
        <w:ind w:left="360"/>
        <w:shd w:val="clear" w:color="auto" w:fill="F2F2F2"/>
      </w:pPr>
      <w:r>
        <w:rPr>
          <w:rFonts w:ascii="Consolas" w:hAnsi="Consolas"/>
          <w:sz w:val="18"/>
        </w:rPr>
        <w:t>$ echo "openai==2.28.0" &gt;&gt; requirements.txt</w:t>
      </w:r>
    </w:p>
    <w:p>
      <w:pPr>
        <w:spacing w:after="0"/>
        <w:ind w:left="360"/>
        <w:shd w:val="clear" w:color="auto" w:fill="F2F2F2"/>
      </w:pPr>
      <w:r>
        <w:rPr>
          <w:rFonts w:ascii="Consolas" w:hAnsi="Consolas"/>
          <w:sz w:val="18"/>
        </w:rPr>
        <w:t>$ echo "rich==14.3.3" &gt;&gt; requirements.txt</w:t>
      </w:r>
    </w:p>
    <w:p>
      <w:pPr>
        <w:spacing w:after="0"/>
        <w:ind w:left="360"/>
        <w:shd w:val="clear" w:color="auto" w:fill="F2F2F2"/>
      </w:pPr>
      <w:r>
        <w:rPr>
          <w:rFonts w:ascii="Consolas" w:hAnsi="Consolas"/>
          <w:sz w:val="18"/>
        </w:rPr>
        <w:t>$ echo "openai-agents==0.12.3" &gt;&gt; requirements.txt</w:t>
      </w:r>
    </w:p>
    <w:p>
      <w:pPr>
        <w:spacing w:after="0"/>
        <w:ind w:left="360"/>
        <w:shd w:val="clear" w:color="auto" w:fill="F2F2F2"/>
      </w:pPr>
      <w:r>
        <w:rPr>
          <w:rFonts w:ascii="Consolas" w:hAnsi="Consolas"/>
          <w:sz w:val="18"/>
        </w:rPr>
        <w:t>$ pip install -r requirements.txt</w:t>
      </w:r>
    </w:p>
    <w:p>
      <w:pPr>
        <w:spacing w:after="40"/>
      </w:pPr>
    </w:p>
    <w:p>
      <w:pPr>
        <w:spacing w:after="80"/>
      </w:pPr>
      <w:r>
        <w:rPr>
          <w:b w:val="0"/>
          <w:i w:val="0"/>
        </w:rPr>
        <w:t xml:space="preserve">Nhớ chuẩn bị sẵn key </w:t>
      </w:r>
      <w:r>
        <w:rPr>
          <w:rFonts w:ascii="Consolas" w:hAnsi="Consolas"/>
          <w:b w:val="0"/>
          <w:i w:val="0"/>
          <w:sz w:val="20"/>
        </w:rPr>
        <w:br/>
        <w:br/>
        <w:t xml:space="preserve">      openAI</w:t>
        <w:br/>
        <w:t xml:space="preserve">     </w:t>
        <w:br/>
      </w:r>
      <w:r>
        <w:rPr>
          <w:b w:val="0"/>
          <w:i w:val="0"/>
        </w:rPr>
        <w:t xml:space="preserve"> của bạn trong file </w:t>
      </w:r>
      <w:r>
        <w:rPr>
          <w:rFonts w:ascii="Consolas" w:hAnsi="Consolas"/>
          <w:b w:val="0"/>
          <w:i w:val="0"/>
          <w:sz w:val="20"/>
        </w:rPr>
        <w:br/>
        <w:br/>
        <w:t xml:space="preserve">      .env</w:t>
        <w:br/>
        <w:t xml:space="preserve">     </w:t>
        <w:br/>
      </w:r>
      <w:r>
        <w:rPr>
          <w:b w:val="0"/>
          <w:i w:val="0"/>
        </w:rPr>
        <w:t xml:space="preserve"> .</w:t>
      </w:r>
    </w:p>
    <w:p>
      <w:pPr>
        <w:spacing w:after="80"/>
      </w:pPr>
      <w:r>
        <w:rPr>
          <w:b/>
          <w:i w:val="0"/>
        </w:rPr>
        <w:t>Lưu ý</w:t>
      </w:r>
    </w:p>
    <w:p>
      <w:pPr>
        <w:spacing w:after="80"/>
      </w:pPr>
      <w:r>
        <w:rPr>
          <w:b w:val="0"/>
          <w:i w:val="0"/>
        </w:rPr>
        <w:t xml:space="preserve">Có một file </w:t>
      </w:r>
      <w:r>
        <w:rPr>
          <w:rFonts w:ascii="Consolas" w:hAnsi="Consolas"/>
          <w:b w:val="0"/>
          <w:i w:val="0"/>
          <w:sz w:val="20"/>
        </w:rPr>
        <w:br/>
        <w:br/>
        <w:t xml:space="preserve">       .env.template</w:t>
        <w:br/>
        <w:t xml:space="preserve">      </w:t>
        <w:br/>
      </w:r>
      <w:r>
        <w:rPr>
          <w:b w:val="0"/>
          <w:i w:val="0"/>
        </w:rPr>
        <w:t xml:space="preserve"> trong repo mà bạn có thể dùng để điền thông tin của mình. File này chứa toàn bộ cấu hình cho tất cả các công thức trong bản nháp, nên một số biến sẽ không được dùng cho công thức này.</w:t>
      </w:r>
    </w:p>
    <w:p>
      <w:pPr>
        <w:spacing w:after="80"/>
      </w:pPr>
      <w:r>
        <w:rPr>
          <w:b w:val="0"/>
          <w:i w:val="0"/>
        </w:rPr>
        <w:t xml:space="preserve">Tải các script </w:t>
      </w:r>
      <w:r>
        <w:rPr>
          <w:rFonts w:ascii="Consolas" w:hAnsi="Consolas"/>
          <w:b w:val="0"/>
          <w:i w:val="0"/>
          <w:sz w:val="20"/>
        </w:rPr>
        <w:br/>
        <w:br/>
        <w:t xml:space="preserve">      notes_tools.py</w:t>
        <w:br/>
        <w:t xml:space="preserve">     </w:t>
        <w:br/>
      </w:r>
      <w:r>
        <w:rPr>
          <w:b w:val="0"/>
          <w:i w:val="0"/>
        </w:rPr>
        <w:t xml:space="preserve"> và </w:t>
      </w:r>
      <w:r>
        <w:rPr>
          <w:rFonts w:ascii="Consolas" w:hAnsi="Consolas"/>
          <w:b w:val="0"/>
          <w:i w:val="0"/>
          <w:sz w:val="20"/>
        </w:rPr>
        <w:br/>
        <w:br/>
        <w:t xml:space="preserve">      draft_document_agent.py</w:t>
        <w:br/>
        <w:t xml:space="preserve">     </w:t>
        <w:br/>
      </w:r>
      <w:r>
        <w:rPr>
          <w:b w:val="0"/>
          <w:i w:val="0"/>
        </w:rPr>
        <w:t xml:space="preserve"> từ GitHub tại </w:t>
      </w:r>
      <w:r>
        <w:rPr>
          <w:rFonts w:ascii="Consolas" w:hAnsi="Consolas"/>
          <w:b w:val="0"/>
          <w:i w:val="0"/>
          <w:sz w:val="20"/>
        </w:rPr>
        <w:br/>
        <w:br/>
        <w:t xml:space="preserve">       https://github.com/PacktPublishing/Python-Automation-Cookbook-Third-Edition/blob/main/ch13/</w:t>
        <w:br/>
        <w:t xml:space="preserve">      </w:t>
        <w:br/>
      </w:r>
      <w:r>
        <w:rPr>
          <w:b w:val="0"/>
          <w:i w:val="0"/>
        </w:rPr>
        <w:t xml:space="preserve"> . Đồng thời tải các ghi chú có trong thư mục con </w:t>
      </w:r>
      <w:r>
        <w:rPr>
          <w:rFonts w:ascii="Consolas" w:hAnsi="Consolas"/>
          <w:b w:val="0"/>
          <w:i w:val="0"/>
          <w:sz w:val="20"/>
        </w:rPr>
        <w:br/>
        <w:br/>
        <w:t xml:space="preserve">      /data/</w:t>
        <w:br/>
        <w:t xml:space="preserve">     </w:t>
        <w:br/>
      </w:r>
      <w:r>
        <w:rPr>
          <w:b w:val="0"/>
          <w:i w:val="0"/>
        </w:rPr>
        <w:t xml:space="preserve"> vào thư mục con </w:t>
      </w:r>
      <w:r>
        <w:rPr>
          <w:rFonts w:ascii="Consolas" w:hAnsi="Consolas"/>
          <w:b w:val="0"/>
          <w:i w:val="0"/>
          <w:sz w:val="20"/>
        </w:rPr>
        <w:br/>
        <w:br/>
        <w:t xml:space="preserve">      data</w:t>
        <w:br/>
        <w:t xml:space="preserve">     </w:t>
        <w:br/>
      </w:r>
      <w:r>
        <w:rPr>
          <w:b w:val="0"/>
          <w:i w:val="0"/>
        </w:rPr>
        <w:t xml:space="preserve"> của riêng bạn.</w:t>
      </w:r>
    </w:p>
    <w:p>
      <w:pPr>
        <w:spacing w:after="80"/>
      </w:pPr>
      <w:r>
        <w:rPr>
          <w:b w:val="0"/>
          <w:i w:val="0"/>
        </w:rPr>
        <w:t xml:space="preserve">Vui lòng tải </w:t>
      </w:r>
      <w:r>
        <w:rPr>
          <w:rFonts w:ascii="Consolas" w:hAnsi="Consolas"/>
          <w:b w:val="0"/>
          <w:i w:val="0"/>
          <w:sz w:val="20"/>
        </w:rPr>
        <w:br/>
        <w:br/>
        <w:t xml:space="preserve">      Office‑Word‑MCP‑Server</w:t>
        <w:br/>
        <w:t xml:space="preserve">     </w:t>
        <w:br/>
      </w:r>
      <w:r>
        <w:rPr>
          <w:b w:val="0"/>
          <w:i w:val="0"/>
        </w:rPr>
        <w:t xml:space="preserve"> , vốn có nguồn gốc từ </w:t>
      </w:r>
      <w:r>
        <w:rPr>
          <w:rFonts w:ascii="Consolas" w:hAnsi="Consolas"/>
          <w:b w:val="0"/>
          <w:i w:val="0"/>
          <w:sz w:val="20"/>
        </w:rPr>
        <w:br/>
        <w:br/>
        <w:t xml:space="preserve">       https://github.com/GongRzhe/Office-Word-MCP-Server</w:t>
        <w:br/>
        <w:t xml:space="preserve">      </w:t>
        <w:br/>
      </w:r>
      <w:r>
        <w:rPr>
          <w:b w:val="0"/>
          <w:i w:val="0"/>
        </w:rPr>
        <w:t xml:space="preserve"> , đã được đưa vào repo GitHub của chúng ta dưới dạng một thư mục con trong chương này. MCP này sẽ cho phép công cụ GenAI lưu đề xuất kết quả dưới dạng tài liệu Word </w:t>
      </w:r>
      <w:r>
        <w:rPr>
          <w:rFonts w:ascii="Consolas" w:hAnsi="Consolas"/>
          <w:b w:val="0"/>
          <w:i w:val="0"/>
          <w:sz w:val="20"/>
        </w:rPr>
        <w:br/>
        <w:br/>
        <w:t xml:space="preserve">      .docx</w:t>
        <w:br/>
        <w:t xml:space="preserve">     </w:t>
        <w:br/>
      </w:r>
      <w:r>
        <w:rPr>
          <w:b w:val="0"/>
          <w:i w:val="0"/>
        </w:rPr>
        <w:t xml:space="preserve"> .</w:t>
      </w:r>
    </w:p>
    <w:p>
      <w:pPr>
        <w:spacing w:after="80"/>
      </w:pPr>
      <w:r>
        <w:rPr>
          <w:b w:val="0"/>
          <w:i w:val="0"/>
        </w:rPr>
        <w:t xml:space="preserve">Đối với file </w:t>
      </w:r>
      <w:r>
        <w:rPr>
          <w:rFonts w:ascii="Consolas" w:hAnsi="Consolas"/>
          <w:b w:val="0"/>
          <w:i w:val="0"/>
          <w:sz w:val="20"/>
        </w:rPr>
        <w:br/>
        <w:br/>
        <w:t xml:space="preserve">      .env</w:t>
        <w:br/>
        <w:t xml:space="preserve">     </w:t>
        <w:br/>
      </w:r>
      <w:r>
        <w:rPr>
          <w:b w:val="0"/>
          <w:i w:val="0"/>
        </w:rPr>
        <w:t xml:space="preserve"> , bạn cũng cần tìm </w:t>
      </w:r>
      <w:r>
        <w:rPr>
          <w:rFonts w:ascii="Consolas" w:hAnsi="Consolas"/>
          <w:b w:val="0"/>
          <w:i w:val="0"/>
          <w:sz w:val="20"/>
        </w:rPr>
        <w:br/>
        <w:br/>
        <w:t xml:space="preserve">      UV_COMMAND</w:t>
        <w:br/>
        <w:t xml:space="preserve">     </w:t>
        <w:br/>
      </w:r>
      <w:r>
        <w:rPr>
          <w:b w:val="0"/>
          <w:i w:val="0"/>
        </w:rPr>
        <w:t xml:space="preserve"> bằng cách chạy lệnh which </w:t>
      </w:r>
      <w:r>
        <w:rPr>
          <w:rFonts w:ascii="Consolas" w:hAnsi="Consolas"/>
          <w:b w:val="0"/>
          <w:i w:val="0"/>
          <w:sz w:val="20"/>
        </w:rPr>
        <w:br/>
        <w:br/>
        <w:t xml:space="preserve">      uv</w:t>
        <w:br/>
        <w:t xml:space="preserve">     </w:t>
        <w:br/>
      </w:r>
      <w:r>
        <w:rPr>
          <w:b w:val="0"/>
          <w:i w:val="0"/>
        </w:rPr>
        <w:t xml:space="preserve"> .</w:t>
      </w:r>
    </w:p>
    <w:p>
      <w:pPr>
        <w:spacing w:after="0"/>
        <w:ind w:left="360"/>
        <w:shd w:val="clear" w:color="auto" w:fill="F2F2F2"/>
      </w:pPr>
      <w:r>
        <w:rPr>
          <w:rFonts w:ascii="Consolas" w:hAnsi="Consolas"/>
          <w:sz w:val="18"/>
        </w:rPr>
        <w:t>$ which uv # Find the location of uv</w:t>
      </w:r>
    </w:p>
    <w:p>
      <w:pPr>
        <w:spacing w:after="0"/>
        <w:ind w:left="360"/>
        <w:shd w:val="clear" w:color="auto" w:fill="F2F2F2"/>
      </w:pPr>
      <w:r>
        <w:rPr>
          <w:rFonts w:ascii="Consolas" w:hAnsi="Consolas"/>
          <w:sz w:val="18"/>
        </w:rPr>
        <w:t>/usr/bin/uv</w:t>
      </w:r>
    </w:p>
    <w:p>
      <w:pPr>
        <w:spacing w:after="40"/>
      </w:pPr>
    </w:p>
    <w:p>
      <w:pPr>
        <w:spacing w:after="80"/>
      </w:pPr>
      <w:r>
        <w:rPr>
          <w:b w:val="0"/>
          <w:i w:val="0"/>
        </w:rPr>
        <w:t xml:space="preserve">Cuối cùng, điền cả biến MCP_DIR_PATH, sử dụng đường dẫn đầy đủ đến thư mục </w:t>
      </w:r>
      <w:r>
        <w:rPr>
          <w:rFonts w:ascii="Consolas" w:hAnsi="Consolas"/>
          <w:b w:val="0"/>
          <w:i w:val="0"/>
          <w:sz w:val="20"/>
        </w:rPr>
        <w:br/>
        <w:br/>
        <w:t xml:space="preserve">      Office‑Word‑MCP‑Server</w:t>
        <w:br/>
        <w:t xml:space="preserve">     </w:t>
        <w:br/>
      </w:r>
      <w:r>
        <w:rPr>
          <w:b w:val="0"/>
          <w:i w:val="0"/>
        </w:rPr>
        <w:t xml:space="preserve"> .</w:t>
      </w:r>
    </w:p>
    <w:p>
      <w:pPr>
        <w:spacing w:after="0"/>
        <w:ind w:left="360"/>
        <w:shd w:val="clear" w:color="auto" w:fill="F2F2F2"/>
      </w:pPr>
      <w:r>
        <w:rPr>
          <w:rFonts w:ascii="Consolas" w:hAnsi="Consolas"/>
          <w:sz w:val="18"/>
        </w:rPr>
        <w:t>MCP_DIR_PATH = ' /full/path/to/Office-Word-MCP-Server'</w:t>
      </w:r>
    </w:p>
    <w:p>
      <w:pPr>
        <w:spacing w:after="40"/>
      </w:pPr>
    </w:p>
    <w:p>
      <w:pPr>
        <w:spacing w:after="80"/>
      </w:pPr>
      <w:r>
        <w:rPr>
          <w:b w:val="0"/>
          <w:i w:val="0"/>
        </w:rPr>
        <w:t xml:space="preserve">Chúng ta sẽ dùng model GPT-5.4. Hãy kiểm tra xem nó có sẵn trên trang web OpenAI (https://developers.openai.com/api/docs/models) không. Nếu không, hãy thay đổi cho phù hợp. </w:t>
      </w:r>
      <w:r>
        <w:rPr>
          <w:b w:val="0"/>
          <w:i/>
        </w:rPr>
        <w:t xml:space="preserve"> Có </w:t>
      </w:r>
      <w:r>
        <w:rPr>
          <w:b w:val="0"/>
          <w:i w:val="0"/>
        </w:rPr>
        <w:t xml:space="preserve"> </w:t>
      </w:r>
      <w:r>
        <w:rPr>
          <w:b w:val="0"/>
          <w:i/>
        </w:rPr>
        <w:t xml:space="preserve"> ' </w:t>
      </w:r>
      <w:r>
        <w:rPr>
          <w:b w:val="0"/>
          <w:i w:val="0"/>
        </w:rPr>
        <w:t xml:space="preserve"> </w:t>
      </w:r>
      <w:r>
        <w:rPr>
          <w:b w:val="0"/>
          <w:i/>
        </w:rPr>
        <w:t xml:space="preserve"> thêm </w:t>
      </w:r>
      <w:r>
        <w:rPr>
          <w:b w:val="0"/>
          <w:i w:val="0"/>
        </w:rPr>
        <w:t xml:space="preserve"> thông tin về nó trong phần There's more của công thức </w:t>
      </w:r>
      <w:r>
        <w:rPr>
          <w:b w:val="0"/>
          <w:i/>
        </w:rPr>
        <w:t xml:space="preserve"> Creating your own chatbot </w:t>
      </w:r>
      <w:r>
        <w:rPr>
          <w:b w:val="0"/>
          <w:i w:val="0"/>
        </w:rPr>
        <w:t xml:space="preserve"> ở </w:t>
      </w:r>
      <w:r>
        <w:rPr>
          <w:b w:val="0"/>
          <w:i/>
        </w:rPr>
        <w:t xml:space="preserve"> Chapter 11 </w:t>
      </w:r>
      <w:r>
        <w:rPr>
          <w:b w:val="0"/>
          <w:i w:val="0"/>
        </w:rPr>
        <w:t xml:space="preserve"> .</w:t>
      </w:r>
    </w:p>
    <w:p>
      <w:pPr>
        <w:pStyle w:val="Heading3"/>
      </w:pPr>
      <w:r>
        <w:rPr>
          <w:rFonts w:ascii="Calibri" w:hAnsi="Calibri"/>
          <w:b/>
          <w:i w:val="0"/>
          <w:sz w:val="26"/>
        </w:rPr>
        <w:t>Cách thực hiện…</w:t>
      </w:r>
    </w:p>
    <w:p>
      <w:pPr>
        <w:spacing w:after="80"/>
        <w:ind w:left="360"/>
      </w:pPr>
      <w:r>
        <w:t xml:space="preserve">1. </w:t>
      </w:r>
      <w:r>
        <w:rPr>
          <w:b w:val="0"/>
          <w:i w:val="0"/>
        </w:rPr>
        <w:t xml:space="preserve">Chúng ta cần chuẩn bị MCP server. Trong thư mục </w:t>
      </w:r>
      <w:r>
        <w:rPr>
          <w:rFonts w:ascii="Consolas" w:hAnsi="Consolas"/>
          <w:b w:val="0"/>
          <w:i w:val="0"/>
          <w:sz w:val="20"/>
        </w:rPr>
        <w:br/>
        <w:br/>
        <w:t xml:space="preserve">       Office‑Word‑MCP‑Server</w:t>
        <w:br/>
        <w:t xml:space="preserve">      </w:t>
        <w:br/>
      </w:r>
      <w:r>
        <w:rPr>
          <w:b w:val="0"/>
          <w:i w:val="0"/>
        </w:rPr>
        <w:t xml:space="preserve"> , thiết lập một môi trường và cài đặt các dependency.</w:t>
      </w:r>
    </w:p>
    <w:p>
      <w:pPr>
        <w:spacing w:after="0"/>
        <w:ind w:left="360"/>
        <w:shd w:val="clear" w:color="auto" w:fill="F2F2F2"/>
      </w:pPr>
      <w:r>
        <w:rPr>
          <w:rFonts w:ascii="Consolas" w:hAnsi="Consolas"/>
          <w:sz w:val="18"/>
        </w:rPr>
        <w:t>$ uv venv</w:t>
      </w:r>
    </w:p>
    <w:p>
      <w:pPr>
        <w:spacing w:after="0"/>
        <w:ind w:left="360"/>
        <w:shd w:val="clear" w:color="auto" w:fill="F2F2F2"/>
      </w:pPr>
      <w:r>
        <w:rPr>
          <w:rFonts w:ascii="Consolas" w:hAnsi="Consolas"/>
          <w:sz w:val="18"/>
        </w:rPr>
        <w:t>Using CPython 3.14.3 interpreter at: /usr/local/opt/python@3.14/bin/python3.14</w:t>
      </w:r>
    </w:p>
    <w:p>
      <w:pPr>
        <w:spacing w:after="0"/>
        <w:ind w:left="360"/>
        <w:shd w:val="clear" w:color="auto" w:fill="F2F2F2"/>
      </w:pPr>
      <w:r>
        <w:rPr>
          <w:rFonts w:ascii="Consolas" w:hAnsi="Consolas"/>
          <w:sz w:val="18"/>
        </w:rPr>
        <w:t>Creating virtual environment at: .venv</w:t>
      </w:r>
    </w:p>
    <w:p>
      <w:pPr>
        <w:spacing w:after="0"/>
        <w:ind w:left="360"/>
        <w:shd w:val="clear" w:color="auto" w:fill="F2F2F2"/>
      </w:pPr>
      <w:r>
        <w:rPr>
          <w:rFonts w:ascii="Consolas" w:hAnsi="Consolas"/>
          <w:sz w:val="18"/>
        </w:rPr>
        <w:t>Activate with: source .venv/bin/activate</w:t>
      </w:r>
    </w:p>
    <w:p>
      <w:pPr>
        <w:spacing w:after="0"/>
        <w:ind w:left="360"/>
        <w:shd w:val="clear" w:color="auto" w:fill="F2F2F2"/>
      </w:pPr>
      <w:r>
        <w:rPr>
          <w:rFonts w:ascii="Consolas" w:hAnsi="Consolas"/>
          <w:sz w:val="18"/>
        </w:rPr>
        <w:t>$ uv pip install -r requirements.txt</w:t>
      </w:r>
    </w:p>
    <w:p>
      <w:pPr>
        <w:spacing w:after="0"/>
        <w:ind w:left="360"/>
        <w:shd w:val="clear" w:color="auto" w:fill="F2F2F2"/>
      </w:pPr>
      <w:r>
        <w:rPr>
          <w:rFonts w:ascii="Consolas" w:hAnsi="Consolas"/>
          <w:sz w:val="18"/>
        </w:rPr>
        <w:t>Resolved 73 packages in 325ms</w:t>
      </w:r>
    </w:p>
    <w:p>
      <w:pPr>
        <w:spacing w:after="0"/>
        <w:ind w:left="360"/>
        <w:shd w:val="clear" w:color="auto" w:fill="F2F2F2"/>
      </w:pPr>
      <w:r>
        <w:rPr>
          <w:rFonts w:ascii="Consolas" w:hAnsi="Consolas"/>
          <w:sz w:val="18"/>
        </w:rPr>
        <w:t>Prepared 1 package in 103ms</w:t>
      </w:r>
    </w:p>
    <w:p>
      <w:pPr>
        <w:spacing w:after="0"/>
        <w:ind w:left="360"/>
        <w:shd w:val="clear" w:color="auto" w:fill="F2F2F2"/>
      </w:pPr>
      <w:r>
        <w:rPr>
          <w:rFonts w:ascii="Consolas" w:hAnsi="Consolas"/>
          <w:sz w:val="18"/>
        </w:rPr>
        <w:t>Installed 73 packages in 106ms</w:t>
      </w:r>
    </w:p>
    <w:p>
      <w:pPr>
        <w:spacing w:after="0"/>
        <w:ind w:left="360"/>
        <w:shd w:val="clear" w:color="auto" w:fill="F2F2F2"/>
      </w:pPr>
      <w:r>
        <w:rPr>
          <w:rFonts w:ascii="Consolas" w:hAnsi="Consolas"/>
          <w:sz w:val="18"/>
        </w:rPr>
        <w:t>...</w:t>
      </w:r>
    </w:p>
    <w:p>
      <w:pPr>
        <w:spacing w:after="40"/>
      </w:pPr>
    </w:p>
    <w:p>
      <w:pPr>
        <w:spacing w:after="80"/>
        <w:ind w:left="360"/>
      </w:pPr>
      <w:r>
        <w:t xml:space="preserve">2. </w:t>
      </w:r>
      <w:r>
        <w:rPr>
          <w:b w:val="0"/>
          <w:i w:val="0"/>
        </w:rPr>
        <w:t xml:space="preserve">Khởi chạy script </w:t>
      </w:r>
      <w:r>
        <w:rPr>
          <w:rFonts w:ascii="Consolas" w:hAnsi="Consolas"/>
          <w:b w:val="0"/>
          <w:i w:val="0"/>
          <w:sz w:val="20"/>
        </w:rPr>
        <w:br/>
        <w:br/>
        <w:t xml:space="preserve">       draft_document_agent.py</w:t>
        <w:br/>
        <w:t xml:space="preserve">      </w:t>
        <w:br/>
      </w:r>
      <w:r>
        <w:rPr>
          <w:b w:val="0"/>
          <w:i w:val="0"/>
        </w:rPr>
        <w:t xml:space="preserve"> để tạo tài liệu nháp của chúng ta. Sau đây chỉ là một ví dụ, vì nó sẽ phụ thuộc vào lần thực thi cụ thể. Các log đã được điều chỉnh để tránh lặp lại.</w:t>
      </w:r>
    </w:p>
    <w:p>
      <w:pPr>
        <w:spacing w:after="0"/>
        <w:ind w:left="360"/>
        <w:shd w:val="clear" w:color="auto" w:fill="F2F2F2"/>
      </w:pPr>
      <w:r>
        <w:rPr>
          <w:rFonts w:ascii="Consolas" w:hAnsi="Consolas"/>
          <w:sz w:val="18"/>
        </w:rPr>
        <w:t>$ uv run draft_document_agent.py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w:t>
      </w:r>
    </w:p>
    <w:p>
      <w:pPr>
        <w:spacing w:after="0"/>
        <w:ind w:left="360"/>
        <w:shd w:val="clear" w:color="auto" w:fill="F2F2F2"/>
      </w:pPr>
      <w:r>
        <w:rPr>
          <w:rFonts w:ascii="Consolas" w:hAnsi="Consolas"/>
          <w:sz w:val="18"/>
        </w:rPr>
        <w:t>│                                                                      │</w:t>
      </w:r>
    </w:p>
    <w:p>
      <w:pPr>
        <w:spacing w:after="0"/>
        <w:ind w:left="360"/>
        <w:shd w:val="clear" w:color="auto" w:fill="F2F2F2"/>
      </w:pPr>
      <w:r>
        <w:rPr>
          <w:rFonts w:ascii="Consolas" w:hAnsi="Consolas"/>
          <w:sz w:val="18"/>
        </w:rPr>
        <w:t>│                         ▄▀▀ ▄▀█ █▀▀ ▀█▀ █▀▄▀█ █▀▀ █▀█                │</w:t>
      </w:r>
    </w:p>
    <w:p>
      <w:pPr>
        <w:spacing w:after="0"/>
        <w:ind w:left="360"/>
        <w:shd w:val="clear" w:color="auto" w:fill="F2F2F2"/>
      </w:pPr>
      <w:r>
        <w:rPr>
          <w:rFonts w:ascii="Consolas" w:hAnsi="Consolas"/>
          <w:sz w:val="18"/>
        </w:rPr>
        <w:t>│                         █▀  █▀█ ▄▄█  █  █ ▀ █ █▄▄ █▀▀                │</w:t>
      </w:r>
    </w:p>
    <w:p>
      <w:pPr>
        <w:spacing w:after="0"/>
        <w:ind w:left="360"/>
        <w:shd w:val="clear" w:color="auto" w:fill="F2F2F2"/>
      </w:pPr>
      <w:r>
        <w:rPr>
          <w:rFonts w:ascii="Consolas" w:hAnsi="Consolas"/>
          <w:sz w:val="18"/>
        </w:rPr>
        <w:t>│                                                                      │</w:t>
      </w:r>
    </w:p>
    <w:p>
      <w:pPr>
        <w:spacing w:after="0"/>
        <w:ind w:left="360"/>
        <w:shd w:val="clear" w:color="auto" w:fill="F2F2F2"/>
      </w:pPr>
      <w:r>
        <w:rPr>
          <w:rFonts w:ascii="Consolas" w:hAnsi="Consolas"/>
          <w:sz w:val="18"/>
        </w:rPr>
        <w:t>│                                                                      │</w:t>
      </w:r>
    </w:p>
    <w:p>
      <w:pPr>
        <w:spacing w:after="0"/>
        <w:ind w:left="360"/>
        <w:shd w:val="clear" w:color="auto" w:fill="F2F2F2"/>
      </w:pPr>
      <w:r>
        <w:rPr>
          <w:rFonts w:ascii="Consolas" w:hAnsi="Consolas"/>
          <w:sz w:val="18"/>
        </w:rPr>
        <w:t>│                                FastMCP 3.2.3                         │</w:t>
      </w:r>
    </w:p>
    <w:p>
      <w:pPr>
        <w:spacing w:after="0"/>
        <w:ind w:left="360"/>
        <w:shd w:val="clear" w:color="auto" w:fill="F2F2F2"/>
      </w:pPr>
      <w:r>
        <w:rPr>
          <w:rFonts w:ascii="Consolas" w:hAnsi="Consolas"/>
          <w:sz w:val="18"/>
        </w:rPr>
        <w:t>│                            https://gofastmcp.com                     │</w:t>
      </w:r>
    </w:p>
    <w:p>
      <w:pPr>
        <w:spacing w:after="0"/>
        <w:ind w:left="360"/>
        <w:shd w:val="clear" w:color="auto" w:fill="F2F2F2"/>
      </w:pPr>
      <w:r>
        <w:rPr>
          <w:rFonts w:ascii="Consolas" w:hAnsi="Consolas"/>
          <w:sz w:val="18"/>
        </w:rPr>
        <w:t>│                                                                      │</w:t>
      </w:r>
    </w:p>
    <w:p>
      <w:pPr>
        <w:spacing w:after="0"/>
        <w:ind w:left="360"/>
        <w:shd w:val="clear" w:color="auto" w:fill="F2F2F2"/>
      </w:pPr>
      <w:r>
        <w:rPr>
          <w:rFonts w:ascii="Consolas" w:hAnsi="Consolas"/>
          <w:sz w:val="18"/>
        </w:rPr>
        <w:t>│                 🖥 Server:      Word Document Server, 3.2.3          │</w:t>
      </w:r>
    </w:p>
    <w:p>
      <w:pPr>
        <w:spacing w:after="0"/>
        <w:ind w:left="360"/>
        <w:shd w:val="clear" w:color="auto" w:fill="F2F2F2"/>
      </w:pPr>
      <w:r>
        <w:rPr>
          <w:rFonts w:ascii="Consolas" w:hAnsi="Consolas"/>
          <w:sz w:val="18"/>
        </w:rPr>
        <w:t>│                 🚀 Deploy free: https://horizon.prefect.io           │</w:t>
      </w:r>
    </w:p>
    <w:p>
      <w:pPr>
        <w:spacing w:after="0"/>
        <w:ind w:left="360"/>
        <w:shd w:val="clear" w:color="auto" w:fill="F2F2F2"/>
      </w:pPr>
      <w:r>
        <w:rPr>
          <w:rFonts w:ascii="Consolas" w:hAnsi="Consolas"/>
          <w:sz w:val="18"/>
        </w:rPr>
        <w:t>│                                                                      │</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[04/11/26 17:31:30] INFO     Starting MCP server 'Word Document Server' with transport 'stdio'                                transport.py:209</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Agent: Orchestrator</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Calling tool: available_notes</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Calling tool: retrieve_note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Calling tool: retrieve_note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Calling tool: writer_subagent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Calling tool: reviewer_subagent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Calling tool: writer_subagent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Calling tool: create_document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Calling tool: add_heading</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Calling tool: add_heading</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Calling tool: add_paragraph</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Calling tool: insert_numbered_list_near_text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Calling tool: add_paragraph</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Done — I created the document: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**`jaime_buelta_javascript_collaboration_proposal.docx`**</w:t>
      </w:r>
    </w:p>
    <w:p>
      <w:pPr>
        <w:spacing w:after="40"/>
      </w:pPr>
    </w:p>
    <w:p>
      <w:pPr>
        <w:spacing w:after="80"/>
        <w:ind w:left="360"/>
      </w:pPr>
      <w:r>
        <w:t xml:space="preserve">3. </w:t>
      </w:r>
      <w:r>
        <w:rPr>
          <w:b w:val="0"/>
          <w:i w:val="0"/>
        </w:rPr>
        <w:t>Kiểm tra tài liệu đã tạo (có thể có tên khác, vì nó được tạo bởi model)</w:t>
      </w:r>
    </w:p>
    <w:p>
      <w:pPr>
        <w:jc w:val="center"/>
      </w:pPr>
      <w:r>
        <w:drawing>
          <wp:inline xmlns:a="http://schemas.openxmlformats.org/drawingml/2006/main" xmlns:pic="http://schemas.openxmlformats.org/drawingml/2006/picture">
            <wp:extent cx="5486400" cy="6241356"/>
            <wp:docPr id="118" name="Picture 118"/>
            <wp:cNvGraphicFramePr>
              <a:graphicFrameLocks noChangeAspect="1"/>
            </wp:cNvGraphicFramePr>
            <a:graphic>
              <a:graphicData uri="http://schemas.openxmlformats.org/drawingml/2006/picture">
                <pic:pic>
                  <pic:nvPicPr>
                    <pic:cNvPr id="0" name="B36973_13_1.png"/>
                    <pic:cNvPicPr/>
                  </pic:nvPicPr>
                  <pic:blipFill>
                    <a:blip r:embed="rId116"/>
                    <a:stretch>
                      <a:fillRect/>
                    </a:stretch>
                  </pic:blipFill>
                  <pic:spPr>
                    <a:xfrm>
                      <a:off x="0" y="0"/>
                      <a:ext cx="5486400" cy="6241356"/>
                    </a:xfrm>
                    <a:prstGeom prst="rect"/>
                  </pic:spPr>
                </pic:pic>
              </a:graphicData>
            </a:graphic>
          </wp:inline>
        </w:drawing>
      </w:r>
    </w:p>
    <w:p>
      <w:pPr>
        <w:spacing w:after="160"/>
        <w:jc w:val="center"/>
      </w:pPr>
      <w:r>
        <w:rPr>
          <w:rFonts w:ascii="Calibri" w:hAnsi="Calibri"/>
          <w:b w:val="0"/>
          <w:i/>
          <w:sz w:val="19"/>
        </w:rPr>
        <w:t>Hình 13.1: Tài liệu Word thu được</w:t>
      </w:r>
    </w:p>
    <w:p>
      <w:pPr>
        <w:spacing w:after="80"/>
      </w:pPr>
      <w:r>
        <w:rPr>
          <w:b/>
          <w:i w:val="0"/>
        </w:rPr>
        <w:t>Mẹo</w:t>
      </w:r>
    </w:p>
    <w:p>
      <w:pPr>
        <w:spacing w:after="80"/>
      </w:pPr>
      <w:r>
        <w:rPr>
          <w:b w:val="0"/>
          <w:i w:val="0"/>
        </w:rPr>
        <w:t>Hãy nhớ rằng các AI Model là phi xác định (non-deterministic), nên kết quả có thể khác với những gì được hiển thị ở đây, dù chúng vẫn nên tuân theo ý tưởng chung.</w:t>
      </w:r>
    </w:p>
    <w:p>
      <w:pPr>
        <w:pStyle w:val="Heading3"/>
      </w:pPr>
      <w:r>
        <w:rPr>
          <w:rFonts w:ascii="Calibri" w:hAnsi="Calibri"/>
          <w:b/>
          <w:i w:val="0"/>
          <w:sz w:val="26"/>
        </w:rPr>
        <w:t>Cách hoạt động...</w:t>
      </w:r>
    </w:p>
    <w:p>
      <w:pPr>
        <w:spacing w:after="80"/>
      </w:pPr>
      <w:r>
        <w:rPr>
          <w:b w:val="0"/>
          <w:i w:val="0"/>
        </w:rPr>
        <w:t>Trong công thức này, chúng ta kết hợp nhiều công cụ khác nhau, bao gồm một MCP server, để thực hiện nhiệm vụ. Bạn có thể thấy chúng ta dùng các công cụ sau:</w:t>
      </w:r>
    </w:p>
    <w:p>
      <w:pPr>
        <w:spacing w:after="80"/>
        <w:ind w:left="360"/>
      </w:pPr>
      <w:r>
        <w:t xml:space="preserve">• </w:t>
      </w:r>
      <w:r>
        <w:rPr>
          <w:b w:val="0"/>
          <w:i w:val="0"/>
        </w:rPr>
        <w:t xml:space="preserve">Các công cụ đọc ghi chú ( </w:t>
      </w:r>
      <w:r>
        <w:rPr>
          <w:rFonts w:ascii="Consolas" w:hAnsi="Consolas"/>
          <w:b w:val="0"/>
          <w:i w:val="0"/>
          <w:sz w:val="20"/>
        </w:rPr>
        <w:br/>
        <w:br/>
        <w:t xml:space="preserve">       available_notes</w:t>
        <w:br/>
        <w:t xml:space="preserve">      </w:t>
        <w:br/>
      </w:r>
      <w:r>
        <w:rPr>
          <w:b w:val="0"/>
          <w:i w:val="0"/>
        </w:rPr>
        <w:t xml:space="preserve"> và </w:t>
      </w:r>
      <w:r>
        <w:rPr>
          <w:rFonts w:ascii="Consolas" w:hAnsi="Consolas"/>
          <w:b w:val="0"/>
          <w:i w:val="0"/>
          <w:sz w:val="20"/>
        </w:rPr>
        <w:br/>
        <w:br/>
        <w:t xml:space="preserve">       retrieve_note</w:t>
        <w:br/>
        <w:t xml:space="preserve">      </w:t>
        <w:br/>
      </w:r>
      <w:r>
        <w:rPr>
          <w:b w:val="0"/>
          <w:i w:val="0"/>
        </w:rPr>
        <w:t xml:space="preserve"> ) từ công thức trước.</w:t>
      </w:r>
    </w:p>
    <w:p>
      <w:pPr>
        <w:spacing w:after="80"/>
        <w:ind w:left="360"/>
      </w:pPr>
      <w:r>
        <w:t xml:space="preserve">• </w:t>
      </w:r>
      <w:r>
        <w:rPr>
          <w:b w:val="0"/>
          <w:i w:val="0"/>
        </w:rPr>
        <w:t xml:space="preserve">MCP server Office Word. MCP server này cho phép bạn đọc và ghi tài liệu Word </w:t>
      </w:r>
      <w:r>
        <w:rPr>
          <w:rFonts w:ascii="Consolas" w:hAnsi="Consolas"/>
          <w:b w:val="0"/>
          <w:i w:val="0"/>
          <w:sz w:val="20"/>
        </w:rPr>
        <w:br/>
        <w:br/>
        <w:t xml:space="preserve">       .docx</w:t>
        <w:br/>
        <w:t xml:space="preserve">      </w:t>
        <w:br/>
      </w:r>
      <w:r>
        <w:rPr>
          <w:b w:val="0"/>
          <w:i w:val="0"/>
        </w:rPr>
        <w:t xml:space="preserve"> .</w:t>
      </w:r>
    </w:p>
    <w:p>
      <w:pPr>
        <w:spacing w:after="80"/>
        <w:ind w:left="360"/>
      </w:pPr>
      <w:r>
        <w:t xml:space="preserve">• </w:t>
      </w:r>
      <w:r>
        <w:rPr>
          <w:b w:val="0"/>
          <w:i w:val="0"/>
        </w:rPr>
        <w:t xml:space="preserve">Các agent khác đóng vai trò như công cụ. Đây là các </w:t>
      </w:r>
      <w:r>
        <w:rPr>
          <w:b w:val="0"/>
          <w:i/>
        </w:rPr>
        <w:t xml:space="preserve"> subagent </w:t>
      </w:r>
      <w:r>
        <w:rPr>
          <w:b w:val="0"/>
          <w:i w:val="0"/>
        </w:rPr>
        <w:t xml:space="preserve"> , mà chúng ta tạo ra với những prompt khác nhau để đảm nhận các vai trò khác nhau. Chúng nhận ngữ cảnh nhỏ hơn từ agent chính, </w:t>
      </w:r>
      <w:r>
        <w:rPr>
          <w:b w:val="0"/>
          <w:i/>
        </w:rPr>
        <w:t xml:space="preserve"> orchestrator </w:t>
      </w:r>
      <w:r>
        <w:rPr>
          <w:b w:val="0"/>
          <w:i w:val="0"/>
        </w:rPr>
        <w:t xml:space="preserve"> , và tập trung vào những khía cạnh cụ thể.</w:t>
      </w:r>
    </w:p>
    <w:p>
      <w:pPr>
        <w:spacing w:after="80"/>
      </w:pPr>
      <w:r>
        <w:rPr>
          <w:b w:val="0"/>
          <w:i w:val="0"/>
        </w:rPr>
        <w:t xml:space="preserve">Trong đoạn code từ </w:t>
      </w:r>
      <w:r>
        <w:rPr>
          <w:rFonts w:ascii="Consolas" w:hAnsi="Consolas"/>
          <w:b w:val="0"/>
          <w:i w:val="0"/>
          <w:sz w:val="20"/>
        </w:rPr>
        <w:br/>
        <w:br/>
        <w:t xml:space="preserve">      draft_document_agent.py</w:t>
        <w:br/>
        <w:t xml:space="preserve">     </w:t>
        <w:br/>
      </w:r>
      <w:r>
        <w:rPr>
          <w:b w:val="0"/>
          <w:i w:val="0"/>
        </w:rPr>
        <w:t xml:space="preserve"> , chúng ta kết hợp tất cả những yếu tố này. Hãy cùng xem một vài phần của nó. Bạn có thể xem toàn bộ code tại </w:t>
      </w:r>
      <w:r>
        <w:rPr>
          <w:rFonts w:ascii="Consolas" w:hAnsi="Consolas"/>
          <w:b w:val="0"/>
          <w:i w:val="0"/>
          <w:sz w:val="20"/>
        </w:rPr>
        <w:br/>
        <w:br/>
        <w:t xml:space="preserve">       https://github.com/PacktPublishing/Python-Automation-Cookbook-Third-Edition/blob/main/ch13/draft_document_agent.py</w:t>
        <w:br/>
        <w:t xml:space="preserve">      </w:t>
        <w:br/>
      </w:r>
      <w:r>
        <w:rPr>
          <w:b w:val="0"/>
          <w:i w:val="0"/>
        </w:rPr>
        <w:t xml:space="preserve"> .</w:t>
      </w:r>
    </w:p>
    <w:p>
      <w:pPr>
        <w:spacing w:after="80"/>
      </w:pPr>
      <w:r>
        <w:rPr>
          <w:b w:val="0"/>
          <w:i w:val="0"/>
        </w:rPr>
        <w:t>Những yếu tố then chốt là các prompt khác nhau và định nghĩa của các subagent. Hãy xem chúng được định nghĩa như thế nào.</w:t>
      </w:r>
    </w:p>
    <w:p>
      <w:pPr>
        <w:spacing w:after="0"/>
        <w:ind w:left="360"/>
        <w:shd w:val="clear" w:color="auto" w:fill="F2F2F2"/>
      </w:pPr>
      <w:r>
        <w:rPr>
          <w:rFonts w:ascii="Consolas" w:hAnsi="Consolas"/>
          <w:sz w:val="18"/>
        </w:rPr>
        <w:t>writer_subagent = Agent(</w:t>
      </w:r>
    </w:p>
    <w:p>
      <w:pPr>
        <w:spacing w:after="0"/>
        <w:ind w:left="360"/>
        <w:shd w:val="clear" w:color="auto" w:fill="F2F2F2"/>
      </w:pPr>
      <w:r>
        <w:rPr>
          <w:rFonts w:ascii="Consolas" w:hAnsi="Consolas"/>
          <w:sz w:val="18"/>
        </w:rPr>
        <w:t xml:space="preserve">    name='Writer subagent',</w:t>
      </w:r>
    </w:p>
    <w:p>
      <w:pPr>
        <w:spacing w:after="0"/>
        <w:ind w:left="360"/>
        <w:shd w:val="clear" w:color="auto" w:fill="F2F2F2"/>
      </w:pPr>
      <w:r>
        <w:rPr>
          <w:rFonts w:ascii="Consolas" w:hAnsi="Consolas"/>
          <w:sz w:val="18"/>
        </w:rPr>
        <w:t xml:space="preserve">    model=MODEL,</w:t>
      </w:r>
    </w:p>
    <w:p>
      <w:pPr>
        <w:spacing w:after="0"/>
        <w:ind w:left="360"/>
        <w:shd w:val="clear" w:color="auto" w:fill="F2F2F2"/>
      </w:pPr>
      <w:r>
        <w:rPr>
          <w:rFonts w:ascii="Consolas" w:hAnsi="Consolas"/>
          <w:sz w:val="18"/>
        </w:rPr>
        <w:t xml:space="preserve">    instructions=(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You are a writer agent that produces professional documents.</w:t>
      </w:r>
    </w:p>
    <w:p>
      <w:pPr>
        <w:spacing w:after="0"/>
        <w:ind w:left="360"/>
        <w:shd w:val="clear" w:color="auto" w:fill="F2F2F2"/>
      </w:pPr>
      <w:r>
        <w:rPr>
          <w:rFonts w:ascii="Consolas" w:hAnsi="Consolas"/>
          <w:sz w:val="18"/>
        </w:rPr>
        <w:t xml:space="preserve">        You use a formal tone, but keeping a warm tone, without being</w:t>
      </w:r>
    </w:p>
    <w:p>
      <w:pPr>
        <w:spacing w:after="0"/>
        <w:ind w:left="360"/>
        <w:shd w:val="clear" w:color="auto" w:fill="F2F2F2"/>
      </w:pPr>
      <w:r>
        <w:rPr>
          <w:rFonts w:ascii="Consolas" w:hAnsi="Consolas"/>
          <w:sz w:val="18"/>
        </w:rPr>
        <w:t xml:space="preserve">        too close. You keep things short and to the point, but without</w:t>
      </w:r>
    </w:p>
    <w:p>
      <w:pPr>
        <w:spacing w:after="0"/>
        <w:ind w:left="360"/>
        <w:shd w:val="clear" w:color="auto" w:fill="F2F2F2"/>
      </w:pPr>
      <w:r>
        <w:rPr>
          <w:rFonts w:ascii="Consolas" w:hAnsi="Consolas"/>
          <w:sz w:val="18"/>
        </w:rPr>
        <w:t xml:space="preserve">        becoming too direct.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reviewer_subagent = Agent(</w:t>
      </w:r>
    </w:p>
    <w:p>
      <w:pPr>
        <w:spacing w:after="0"/>
        <w:ind w:left="360"/>
        <w:shd w:val="clear" w:color="auto" w:fill="F2F2F2"/>
      </w:pPr>
      <w:r>
        <w:rPr>
          <w:rFonts w:ascii="Consolas" w:hAnsi="Consolas"/>
          <w:sz w:val="18"/>
        </w:rPr>
        <w:t xml:space="preserve">    name='Reviewer subagent',</w:t>
      </w:r>
    </w:p>
    <w:p>
      <w:pPr>
        <w:spacing w:after="0"/>
        <w:ind w:left="360"/>
        <w:shd w:val="clear" w:color="auto" w:fill="F2F2F2"/>
      </w:pPr>
      <w:r>
        <w:rPr>
          <w:rFonts w:ascii="Consolas" w:hAnsi="Consolas"/>
          <w:sz w:val="18"/>
        </w:rPr>
        <w:t xml:space="preserve">    model=MODEL,</w:t>
      </w:r>
    </w:p>
    <w:p>
      <w:pPr>
        <w:spacing w:after="0"/>
        <w:ind w:left="360"/>
        <w:shd w:val="clear" w:color="auto" w:fill="F2F2F2"/>
      </w:pPr>
      <w:r>
        <w:rPr>
          <w:rFonts w:ascii="Consolas" w:hAnsi="Consolas"/>
          <w:sz w:val="18"/>
        </w:rPr>
        <w:t xml:space="preserve">    instructions=(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You are a reviewer and editor subagent focused on professional</w:t>
      </w:r>
    </w:p>
    <w:p>
      <w:pPr>
        <w:spacing w:after="0"/>
        <w:ind w:left="360"/>
        <w:shd w:val="clear" w:color="auto" w:fill="F2F2F2"/>
      </w:pPr>
      <w:r>
        <w:rPr>
          <w:rFonts w:ascii="Consolas" w:hAnsi="Consolas"/>
          <w:sz w:val="18"/>
        </w:rPr>
        <w:t xml:space="preserve">        documents.  You proofread the documents and propose changes,</w:t>
      </w:r>
    </w:p>
    <w:p>
      <w:pPr>
        <w:spacing w:after="0"/>
        <w:ind w:left="360"/>
        <w:shd w:val="clear" w:color="auto" w:fill="F2F2F2"/>
      </w:pPr>
      <w:r>
        <w:rPr>
          <w:rFonts w:ascii="Consolas" w:hAnsi="Consolas"/>
          <w:sz w:val="18"/>
        </w:rPr>
        <w:t xml:space="preserve">        improving the readability of the result. You try to maintain</w:t>
      </w:r>
    </w:p>
    <w:p>
      <w:pPr>
        <w:spacing w:after="0"/>
        <w:ind w:left="360"/>
        <w:shd w:val="clear" w:color="auto" w:fill="F2F2F2"/>
      </w:pPr>
      <w:r>
        <w:rPr>
          <w:rFonts w:ascii="Consolas" w:hAnsi="Consolas"/>
          <w:sz w:val="18"/>
        </w:rPr>
        <w:t xml:space="preserve">        the voice of the author, but clarify points and remove cliches.</w:t>
      </w:r>
    </w:p>
    <w:p>
      <w:pPr>
        <w:spacing w:after="0"/>
        <w:ind w:left="360"/>
        <w:shd w:val="clear" w:color="auto" w:fill="F2F2F2"/>
      </w:pPr>
      <w:r>
        <w:rPr>
          <w:rFonts w:ascii="Consolas" w:hAnsi="Consolas"/>
          <w:sz w:val="18"/>
        </w:rPr>
        <w:t xml:space="preserve">        Once a version is deemed good to go, say that it is approved.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40"/>
      </w:pPr>
    </w:p>
    <w:p>
      <w:pPr>
        <w:spacing w:after="80"/>
      </w:pPr>
      <w:r>
        <w:rPr>
          <w:b w:val="0"/>
          <w:i w:val="0"/>
        </w:rPr>
        <w:t>Như bạn thấy, mỗi agent có bộ hướng dẫn riêng, xác định mục tiêu của nó. Chúng ta cung cấp cho mỗi agent một góc nhìn khác nhau cho nhiệm vụ trước mắt. Hãy nhớ rằng mỗi subagent sẽ nhìn vào một ngữ cảnh nhỏ hơn so với việc bạn cố gắng tích hợp tất cả các hành vi này vào cùng một prompt, điều có thể khiến việc cân bằng trở nên khó khăn hơn. Trong trường hợp này, chúng ta cho chúng làm việc theo nhóm để viết và xem xét tài liệu.</w:t>
      </w:r>
    </w:p>
    <w:p>
      <w:pPr>
        <w:spacing w:after="80"/>
      </w:pPr>
      <w:r>
        <w:rPr>
          <w:b w:val="0"/>
          <w:i w:val="0"/>
        </w:rPr>
        <w:t>Agent orchestrator cần một prompt khác, giúp nó làm việc với tất cả các công cụ.</w:t>
      </w:r>
    </w:p>
    <w:p>
      <w:pPr>
        <w:spacing w:after="0"/>
        <w:ind w:left="360"/>
        <w:shd w:val="clear" w:color="auto" w:fill="F2F2F2"/>
      </w:pPr>
      <w:r>
        <w:rPr>
          <w:rFonts w:ascii="Consolas" w:hAnsi="Consolas"/>
          <w:sz w:val="18"/>
        </w:rPr>
        <w:t xml:space="preserve">        ORCHESTRATOR_PROMPT = '''</w:t>
      </w:r>
    </w:p>
    <w:p>
      <w:pPr>
        <w:spacing w:after="0"/>
        <w:ind w:left="360"/>
        <w:shd w:val="clear" w:color="auto" w:fill="F2F2F2"/>
      </w:pPr>
      <w:r>
        <w:rPr>
          <w:rFonts w:ascii="Consolas" w:hAnsi="Consolas"/>
          <w:sz w:val="18"/>
        </w:rPr>
        <w:t xml:space="preserve">        You are the orchestrator of a multi-agent system. Your task is to</w:t>
      </w:r>
    </w:p>
    <w:p>
      <w:pPr>
        <w:spacing w:after="0"/>
        <w:ind w:left="360"/>
        <w:shd w:val="clear" w:color="auto" w:fill="F2F2F2"/>
      </w:pPr>
      <w:r>
        <w:rPr>
          <w:rFonts w:ascii="Consolas" w:hAnsi="Consolas"/>
          <w:sz w:val="18"/>
        </w:rPr>
        <w:t xml:space="preserve">        take the user's request and generate a proper document draft based</w:t>
      </w:r>
    </w:p>
    <w:p>
      <w:pPr>
        <w:spacing w:after="0"/>
        <w:ind w:left="360"/>
        <w:shd w:val="clear" w:color="auto" w:fill="F2F2F2"/>
      </w:pPr>
      <w:r>
        <w:rPr>
          <w:rFonts w:ascii="Consolas" w:hAnsi="Consolas"/>
          <w:sz w:val="18"/>
        </w:rPr>
        <w:t xml:space="preserve">        on their request by passing it to the appropriate agent tools. Be</w:t>
      </w:r>
    </w:p>
    <w:p>
      <w:pPr>
        <w:spacing w:after="0"/>
        <w:ind w:left="360"/>
        <w:shd w:val="clear" w:color="auto" w:fill="F2F2F2"/>
      </w:pPr>
      <w:r>
        <w:rPr>
          <w:rFonts w:ascii="Consolas" w:hAnsi="Consolas"/>
          <w:sz w:val="18"/>
        </w:rPr>
        <w:t xml:space="preserve">        sure to see if we have any notes relevant for the document. Go</w:t>
      </w:r>
    </w:p>
    <w:p>
      <w:pPr>
        <w:spacing w:after="0"/>
        <w:ind w:left="360"/>
        <w:shd w:val="clear" w:color="auto" w:fill="F2F2F2"/>
      </w:pPr>
      <w:r>
        <w:rPr>
          <w:rFonts w:ascii="Consolas" w:hAnsi="Consolas"/>
          <w:sz w:val="18"/>
        </w:rPr>
        <w:t xml:space="preserve">        to the tool to write something, and then pass it to the reviewer</w:t>
      </w:r>
    </w:p>
    <w:p>
      <w:pPr>
        <w:spacing w:after="0"/>
        <w:ind w:left="360"/>
        <w:shd w:val="clear" w:color="auto" w:fill="F2F2F2"/>
      </w:pPr>
      <w:r>
        <w:rPr>
          <w:rFonts w:ascii="Consolas" w:hAnsi="Consolas"/>
          <w:sz w:val="18"/>
        </w:rPr>
        <w:t xml:space="preserve">        tools to get comments, iterating on the result.</w:t>
      </w:r>
    </w:p>
    <w:p>
      <w:pPr>
        <w:spacing w:after="0"/>
        <w:ind w:left="360"/>
        <w:shd w:val="clear" w:color="auto" w:fill="F2F2F2"/>
      </w:pPr>
      <w:r>
        <w:rPr>
          <w:rFonts w:ascii="Consolas" w:hAnsi="Consolas"/>
          <w:sz w:val="18"/>
        </w:rPr>
        <w:t xml:space="preserve">        You may need to do the process multiple times, as well as calling</w:t>
      </w:r>
    </w:p>
    <w:p>
      <w:pPr>
        <w:spacing w:after="0"/>
        <w:ind w:left="360"/>
        <w:shd w:val="clear" w:color="auto" w:fill="F2F2F2"/>
      </w:pPr>
      <w:r>
        <w:rPr>
          <w:rFonts w:ascii="Consolas" w:hAnsi="Consolas"/>
          <w:sz w:val="18"/>
        </w:rPr>
        <w:t xml:space="preserve">        multiple agents to get all of the information you need. Once</w:t>
      </w:r>
    </w:p>
    <w:p>
      <w:pPr>
        <w:spacing w:after="0"/>
        <w:ind w:left="360"/>
        <w:shd w:val="clear" w:color="auto" w:fill="F2F2F2"/>
      </w:pPr>
      <w:r>
        <w:rPr>
          <w:rFonts w:ascii="Consolas" w:hAnsi="Consolas"/>
          <w:sz w:val="18"/>
        </w:rPr>
        <w:t xml:space="preserve">        the draft is approved, write it as an MS Word file using the MCP</w:t>
      </w:r>
    </w:p>
    <w:p>
      <w:pPr>
        <w:spacing w:after="0"/>
        <w:ind w:left="360"/>
        <w:shd w:val="clear" w:color="auto" w:fill="F2F2F2"/>
      </w:pPr>
      <w:r>
        <w:rPr>
          <w:rFonts w:ascii="Consolas" w:hAnsi="Consolas"/>
          <w:sz w:val="18"/>
        </w:rPr>
        <w:t xml:space="preserve">        server tools.  Do not mention or draw attention to the fact that</w:t>
      </w:r>
    </w:p>
    <w:p>
      <w:pPr>
        <w:spacing w:after="0"/>
        <w:ind w:left="360"/>
        <w:shd w:val="clear" w:color="auto" w:fill="F2F2F2"/>
      </w:pPr>
      <w:r>
        <w:rPr>
          <w:rFonts w:ascii="Consolas" w:hAnsi="Consolas"/>
          <w:sz w:val="18"/>
        </w:rPr>
        <w:t xml:space="preserve">        this is a multi-agent system. Do not propose follow up.</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Chúng ta định nghĩa các công cụ khác nhau và khởi động agent trong hàm </w:t>
      </w:r>
      <w:r>
        <w:rPr>
          <w:rFonts w:ascii="Consolas" w:hAnsi="Consolas"/>
          <w:b w:val="0"/>
          <w:i w:val="0"/>
          <w:sz w:val="20"/>
        </w:rPr>
        <w:br/>
        <w:br/>
        <w:t xml:space="preserve">      main</w:t>
        <w:br/>
        <w:t xml:space="preserve">     </w:t>
        <w:br/>
      </w:r>
      <w:r>
        <w:rPr>
          <w:b w:val="0"/>
          <w:i w:val="0"/>
        </w:rPr>
        <w:t xml:space="preserve"> .</w:t>
      </w:r>
    </w:p>
    <w:p>
      <w:pPr>
        <w:spacing w:after="0"/>
        <w:ind w:left="360"/>
        <w:shd w:val="clear" w:color="auto" w:fill="F2F2F2"/>
      </w:pPr>
      <w:r>
        <w:rPr>
          <w:rFonts w:ascii="Consolas" w:hAnsi="Consolas"/>
          <w:sz w:val="18"/>
        </w:rPr>
        <w:t>async def main():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async with MCPServerStdio(</w:t>
      </w:r>
    </w:p>
    <w:p>
      <w:pPr>
        <w:spacing w:after="0"/>
        <w:ind w:left="360"/>
        <w:shd w:val="clear" w:color="auto" w:fill="F2F2F2"/>
      </w:pPr>
      <w:r>
        <w:rPr>
          <w:rFonts w:ascii="Consolas" w:hAnsi="Consolas"/>
          <w:sz w:val="18"/>
        </w:rPr>
        <w:t xml:space="preserve">        name='ms_word_writer',</w:t>
      </w:r>
    </w:p>
    <w:p>
      <w:pPr>
        <w:spacing w:after="0"/>
        <w:ind w:left="360"/>
        <w:shd w:val="clear" w:color="auto" w:fill="F2F2F2"/>
      </w:pPr>
      <w:r>
        <w:rPr>
          <w:rFonts w:ascii="Consolas" w:hAnsi="Consolas"/>
          <w:sz w:val="18"/>
        </w:rPr>
        <w:t xml:space="preserve">        params={</w:t>
      </w:r>
    </w:p>
    <w:p>
      <w:pPr>
        <w:spacing w:after="0"/>
        <w:ind w:left="360"/>
        <w:shd w:val="clear" w:color="auto" w:fill="F2F2F2"/>
      </w:pPr>
      <w:r>
        <w:rPr>
          <w:rFonts w:ascii="Consolas" w:hAnsi="Consolas"/>
          <w:sz w:val="18"/>
        </w:rPr>
        <w:t xml:space="preserve">            'command': UV_COMMAND,</w:t>
      </w:r>
    </w:p>
    <w:p>
      <w:pPr>
        <w:spacing w:after="0"/>
        <w:ind w:left="360"/>
        <w:shd w:val="clear" w:color="auto" w:fill="F2F2F2"/>
      </w:pPr>
      <w:r>
        <w:rPr>
          <w:rFonts w:ascii="Consolas" w:hAnsi="Consolas"/>
          <w:sz w:val="18"/>
        </w:rPr>
        <w:t xml:space="preserve">            'args': ['run', '-w', MCP_DIR_PATH, MCP_SERVER_PATH],</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as mcp_server:</w:t>
      </w:r>
    </w:p>
    <w:p>
      <w:pPr>
        <w:spacing w:after="0"/>
        <w:ind w:left="360"/>
        <w:shd w:val="clear" w:color="auto" w:fill="F2F2F2"/>
      </w:pPr>
      <w:r>
        <w:rPr>
          <w:rFonts w:ascii="Consolas" w:hAnsi="Consolas"/>
          <w:sz w:val="18"/>
        </w:rPr>
        <w:t xml:space="preserve">        orchestrator = Agent(</w:t>
      </w:r>
    </w:p>
    <w:p>
      <w:pPr>
        <w:spacing w:after="0"/>
        <w:ind w:left="360"/>
        <w:shd w:val="clear" w:color="auto" w:fill="F2F2F2"/>
      </w:pPr>
      <w:r>
        <w:rPr>
          <w:rFonts w:ascii="Consolas" w:hAnsi="Consolas"/>
          <w:sz w:val="18"/>
        </w:rPr>
        <w:t xml:space="preserve">            name='Orchestrator',</w:t>
      </w:r>
    </w:p>
    <w:p>
      <w:pPr>
        <w:spacing w:after="0"/>
        <w:ind w:left="360"/>
        <w:shd w:val="clear" w:color="auto" w:fill="F2F2F2"/>
      </w:pPr>
      <w:r>
        <w:rPr>
          <w:rFonts w:ascii="Consolas" w:hAnsi="Consolas"/>
          <w:sz w:val="18"/>
        </w:rPr>
        <w:t xml:space="preserve">            model=MODEL,</w:t>
      </w:r>
    </w:p>
    <w:p>
      <w:pPr>
        <w:spacing w:after="0"/>
        <w:ind w:left="360"/>
        <w:shd w:val="clear" w:color="auto" w:fill="F2F2F2"/>
      </w:pPr>
      <w:r>
        <w:rPr>
          <w:rFonts w:ascii="Consolas" w:hAnsi="Consolas"/>
          <w:sz w:val="18"/>
        </w:rPr>
        <w:t xml:space="preserve">            instructions=ORCHESTRATOR_PROMPT,</w:t>
      </w:r>
    </w:p>
    <w:p>
      <w:pPr>
        <w:spacing w:after="0"/>
        <w:ind w:left="360"/>
        <w:shd w:val="clear" w:color="auto" w:fill="F2F2F2"/>
      </w:pPr>
      <w:r>
        <w:rPr>
          <w:rFonts w:ascii="Consolas" w:hAnsi="Consolas"/>
          <w:sz w:val="18"/>
        </w:rPr>
        <w:t xml:space="preserve">            mcp_servers=[mcp_server],</w:t>
      </w:r>
    </w:p>
    <w:p>
      <w:pPr>
        <w:spacing w:after="0"/>
        <w:ind w:left="360"/>
        <w:shd w:val="clear" w:color="auto" w:fill="F2F2F2"/>
      </w:pPr>
      <w:r>
        <w:rPr>
          <w:rFonts w:ascii="Consolas" w:hAnsi="Consolas"/>
          <w:sz w:val="18"/>
        </w:rPr>
        <w:t xml:space="preserve">            tools=[</w:t>
      </w:r>
    </w:p>
    <w:p>
      <w:pPr>
        <w:spacing w:after="0"/>
        <w:ind w:left="360"/>
        <w:shd w:val="clear" w:color="auto" w:fill="F2F2F2"/>
      </w:pPr>
      <w:r>
        <w:rPr>
          <w:rFonts w:ascii="Consolas" w:hAnsi="Consolas"/>
          <w:sz w:val="18"/>
        </w:rPr>
        <w:t xml:space="preserve">                writer_subagent.as_tool(</w:t>
      </w:r>
    </w:p>
    <w:p>
      <w:pPr>
        <w:spacing w:after="0"/>
        <w:ind w:left="360"/>
        <w:shd w:val="clear" w:color="auto" w:fill="F2F2F2"/>
      </w:pPr>
      <w:r>
        <w:rPr>
          <w:rFonts w:ascii="Consolas" w:hAnsi="Consolas"/>
          <w:sz w:val="18"/>
        </w:rPr>
        <w:t xml:space="preserve">                    tool_name='writer_subagent',</w:t>
      </w:r>
    </w:p>
    <w:p>
      <w:pPr>
        <w:spacing w:after="0"/>
        <w:ind w:left="360"/>
        <w:shd w:val="clear" w:color="auto" w:fill="F2F2F2"/>
      </w:pPr>
      <w:r>
        <w:rPr>
          <w:rFonts w:ascii="Consolas" w:hAnsi="Consolas"/>
          <w:sz w:val="18"/>
        </w:rPr>
        <w:t xml:space="preserve">                    tool_description='Writes documents'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reviewer_subagent.as_tool(</w:t>
      </w:r>
    </w:p>
    <w:p>
      <w:pPr>
        <w:spacing w:after="0"/>
        <w:ind w:left="360"/>
        <w:shd w:val="clear" w:color="auto" w:fill="F2F2F2"/>
      </w:pPr>
      <w:r>
        <w:rPr>
          <w:rFonts w:ascii="Consolas" w:hAnsi="Consolas"/>
          <w:sz w:val="18"/>
        </w:rPr>
        <w:t xml:space="preserve">                    tool_name='reviewer_subagent',</w:t>
      </w:r>
    </w:p>
    <w:p>
      <w:pPr>
        <w:spacing w:after="0"/>
        <w:ind w:left="360"/>
        <w:shd w:val="clear" w:color="auto" w:fill="F2F2F2"/>
      </w:pPr>
      <w:r>
        <w:rPr>
          <w:rFonts w:ascii="Consolas" w:hAnsi="Consolas"/>
          <w:sz w:val="18"/>
        </w:rPr>
        <w:t xml:space="preserve">                    tool_description='Reviews documents'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available_notes,</w:t>
      </w:r>
    </w:p>
    <w:p>
      <w:pPr>
        <w:spacing w:after="0"/>
        <w:ind w:left="360"/>
        <w:shd w:val="clear" w:color="auto" w:fill="F2F2F2"/>
      </w:pPr>
      <w:r>
        <w:rPr>
          <w:rFonts w:ascii="Consolas" w:hAnsi="Consolas"/>
          <w:sz w:val="18"/>
        </w:rPr>
        <w:t xml:space="preserve">                retrieve_note,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result = Runner.run_streamed(</w:t>
      </w:r>
    </w:p>
    <w:p>
      <w:pPr>
        <w:spacing w:after="0"/>
        <w:ind w:left="360"/>
        <w:shd w:val="clear" w:color="auto" w:fill="F2F2F2"/>
      </w:pPr>
      <w:r>
        <w:rPr>
          <w:rFonts w:ascii="Consolas" w:hAnsi="Consolas"/>
          <w:sz w:val="18"/>
        </w:rPr>
        <w:t xml:space="preserve">            starting_agent=orchestrator,</w:t>
      </w:r>
    </w:p>
    <w:p>
      <w:pPr>
        <w:spacing w:after="0"/>
        <w:ind w:left="360"/>
        <w:shd w:val="clear" w:color="auto" w:fill="F2F2F2"/>
      </w:pPr>
      <w:r>
        <w:rPr>
          <w:rFonts w:ascii="Consolas" w:hAnsi="Consolas"/>
          <w:sz w:val="18"/>
        </w:rPr>
        <w:t xml:space="preserve">            input=('Make a document about the notes for user Jaime Buelta'</w:t>
      </w:r>
    </w:p>
    <w:p>
      <w:pPr>
        <w:spacing w:after="0"/>
        <w:ind w:left="360"/>
        <w:shd w:val="clear" w:color="auto" w:fill="F2F2F2"/>
      </w:pPr>
      <w:r>
        <w:rPr>
          <w:rFonts w:ascii="Consolas" w:hAnsi="Consolas"/>
          <w:sz w:val="18"/>
        </w:rPr>
        <w:t>' to propose a collaboration for a new project that will '</w:t>
      </w:r>
    </w:p>
    <w:p>
      <w:pPr>
        <w:spacing w:after="0"/>
        <w:ind w:left="360"/>
        <w:shd w:val="clear" w:color="auto" w:fill="F2F2F2"/>
      </w:pPr>
      <w:r>
        <w:rPr>
          <w:rFonts w:ascii="Consolas" w:hAnsi="Consolas"/>
          <w:sz w:val="18"/>
        </w:rPr>
        <w:t>'use JavaScript'),</w:t>
      </w:r>
    </w:p>
    <w:p>
      <w:pPr>
        <w:spacing w:after="0"/>
        <w:ind w:left="360"/>
        <w:shd w:val="clear" w:color="auto" w:fill="F2F2F2"/>
      </w:pPr>
      <w:r>
        <w:rPr>
          <w:rFonts w:ascii="Consolas" w:hAnsi="Consolas"/>
          <w:sz w:val="18"/>
        </w:rPr>
        <w:t xml:space="preserve">            max_turns=50,</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Lưu ý cách chúng ta có thể dùng các đối tượng </w:t>
      </w:r>
      <w:r>
        <w:rPr>
          <w:rFonts w:ascii="Consolas" w:hAnsi="Consolas"/>
          <w:b w:val="0"/>
          <w:i w:val="0"/>
          <w:sz w:val="20"/>
        </w:rPr>
        <w:br/>
        <w:br/>
        <w:t xml:space="preserve">      agent</w:t>
        <w:br/>
        <w:t xml:space="preserve">     </w:t>
        <w:br/>
      </w:r>
      <w:r>
        <w:rPr>
          <w:b w:val="0"/>
          <w:i w:val="0"/>
        </w:rPr>
        <w:t xml:space="preserve"> làm subagent thông qua phương thức </w:t>
      </w:r>
      <w:r>
        <w:rPr>
          <w:rFonts w:ascii="Consolas" w:hAnsi="Consolas"/>
          <w:b w:val="0"/>
          <w:i w:val="0"/>
          <w:sz w:val="20"/>
        </w:rPr>
        <w:br/>
        <w:br/>
        <w:t xml:space="preserve">      .as_tool</w:t>
        <w:br/>
        <w:t xml:space="preserve">     </w:t>
        <w:br/>
      </w:r>
      <w:r>
        <w:rPr>
          <w:b w:val="0"/>
          <w:i w:val="0"/>
        </w:rPr>
        <w:t xml:space="preserve"> và cho phép orchestrator gọi chúng như các công cụ.</w:t>
      </w:r>
    </w:p>
    <w:p>
      <w:pPr>
        <w:spacing w:after="80"/>
      </w:pPr>
      <w:r>
        <w:rPr>
          <w:b/>
          <w:i w:val="0"/>
        </w:rPr>
        <w:t>Mẹo</w:t>
      </w:r>
    </w:p>
    <w:p>
      <w:pPr>
        <w:spacing w:after="80"/>
      </w:pPr>
      <w:r>
        <w:rPr>
          <w:b w:val="0"/>
          <w:i w:val="0"/>
        </w:rPr>
        <w:t xml:space="preserve">Khi chạy MCP server với </w:t>
      </w:r>
      <w:r>
        <w:rPr>
          <w:rFonts w:ascii="Consolas" w:hAnsi="Consolas"/>
          <w:b w:val="0"/>
          <w:i w:val="0"/>
          <w:sz w:val="20"/>
        </w:rPr>
        <w:br/>
        <w:br/>
        <w:t xml:space="preserve">       uv</w:t>
        <w:br/>
        <w:t xml:space="preserve">      </w:t>
        <w:br/>
      </w:r>
      <w:r>
        <w:rPr>
          <w:b w:val="0"/>
          <w:i w:val="0"/>
        </w:rPr>
        <w:t xml:space="preserve"> , chúng ta cần chỉ định thư mục để chạy bằng tham số </w:t>
      </w:r>
      <w:r>
        <w:rPr>
          <w:rFonts w:ascii="Consolas" w:hAnsi="Consolas"/>
          <w:b w:val="0"/>
          <w:i w:val="0"/>
          <w:sz w:val="20"/>
        </w:rPr>
        <w:br/>
        <w:br/>
        <w:t xml:space="preserve">       ‑w</w:t>
        <w:br/>
        <w:t xml:space="preserve">      </w:t>
        <w:br/>
      </w:r>
      <w:r>
        <w:rPr>
          <w:b w:val="0"/>
          <w:i w:val="0"/>
        </w:rPr>
        <w:t xml:space="preserve"> để chắc chắn dùng đúng môi trường ảo. Chúng ta tạo hằng số </w:t>
      </w:r>
      <w:r>
        <w:rPr>
          <w:rFonts w:ascii="Consolas" w:hAnsi="Consolas"/>
          <w:b w:val="0"/>
          <w:i w:val="0"/>
          <w:sz w:val="20"/>
        </w:rPr>
        <w:br/>
        <w:br/>
        <w:t xml:space="preserve">       MCP_SERVER_PATH</w:t>
        <w:br/>
        <w:t xml:space="preserve">      </w:t>
        <w:br/>
      </w:r>
      <w:r>
        <w:rPr>
          <w:b w:val="0"/>
          <w:i w:val="0"/>
        </w:rPr>
        <w:t xml:space="preserve"> bằng cách nối tên của script MCP vào thư mục.</w:t>
      </w:r>
    </w:p>
    <w:p>
      <w:pPr>
        <w:spacing w:after="80"/>
      </w:pPr>
      <w:r>
        <w:rPr>
          <w:rFonts w:ascii="Consolas" w:hAnsi="Consolas"/>
          <w:b w:val="0"/>
          <w:i w:val="0"/>
          <w:sz w:val="20"/>
        </w:rPr>
        <w:br/>
        <w:br/>
        <w:t xml:space="preserve">       MCP_SERVER_PATH = os.path.join(MCP_DIR_PATH, 'word_mcp_server.py')</w:t>
        <w:br/>
        <w:t xml:space="preserve">      </w:t>
        <w:br/>
      </w:r>
    </w:p>
    <w:p>
      <w:pPr>
        <w:spacing w:after="80"/>
      </w:pPr>
      <w:r>
        <w:rPr>
          <w:b w:val="0"/>
          <w:i w:val="0"/>
        </w:rPr>
        <w:t xml:space="preserve">Hướng dẫn cho tác vụ được mô tả trong tham số </w:t>
      </w:r>
      <w:r>
        <w:rPr>
          <w:rFonts w:ascii="Consolas" w:hAnsi="Consolas"/>
          <w:b w:val="0"/>
          <w:i w:val="0"/>
          <w:sz w:val="20"/>
        </w:rPr>
        <w:br/>
        <w:br/>
        <w:t xml:space="preserve">      input</w:t>
        <w:br/>
        <w:t xml:space="preserve">     </w:t>
        <w:br/>
      </w:r>
      <w:r>
        <w:rPr>
          <w:b w:val="0"/>
          <w:i w:val="0"/>
        </w:rPr>
        <w:t xml:space="preserve"> của lượt chạy agent.</w:t>
      </w:r>
    </w:p>
    <w:p>
      <w:pPr>
        <w:spacing w:after="80"/>
      </w:pPr>
      <w:r>
        <w:rPr>
          <w:b/>
          <w:i w:val="0"/>
        </w:rPr>
        <w:t>Lưu ý</w:t>
      </w:r>
    </w:p>
    <w:p>
      <w:pPr>
        <w:spacing w:after="80"/>
      </w:pPr>
      <w:r>
        <w:rPr>
          <w:b w:val="0"/>
          <w:i w:val="0"/>
        </w:rPr>
        <w:t xml:space="preserve">Để ý tham số </w:t>
      </w:r>
      <w:r>
        <w:rPr>
          <w:rFonts w:ascii="Consolas" w:hAnsi="Consolas"/>
          <w:b w:val="0"/>
          <w:i w:val="0"/>
          <w:sz w:val="20"/>
        </w:rPr>
        <w:br/>
        <w:br/>
        <w:t xml:space="preserve">       max_turns</w:t>
        <w:br/>
        <w:t xml:space="preserve">      </w:t>
        <w:br/>
      </w:r>
      <w:r>
        <w:rPr>
          <w:b w:val="0"/>
          <w:i w:val="0"/>
        </w:rPr>
        <w:t xml:space="preserve"> . Tham số này giới hạn số lần mà agent có thể thực hiện một lệnh gọi mới tới AI Model. Khi làm việc với các subagent, con số này có thể cần cao hơn. Nếu quá trình thực thi đạt đến giới hạn, nó sẽ dừng lại, ném ra ngoại lệ </w:t>
      </w:r>
      <w:r>
        <w:rPr>
          <w:rFonts w:ascii="Consolas" w:hAnsi="Consolas"/>
          <w:b w:val="0"/>
          <w:i w:val="0"/>
          <w:sz w:val="20"/>
        </w:rPr>
        <w:br/>
        <w:br/>
        <w:t xml:space="preserve">       agents.exceptions.MaxTurnsExceeded</w:t>
        <w:br/>
        <w:t xml:space="preserve">      </w:t>
        <w:br/>
      </w:r>
      <w:r>
        <w:rPr>
          <w:b w:val="0"/>
          <w:i w:val="0"/>
        </w:rPr>
        <w:t xml:space="preserve"> . Bạn có thể dùng tham số này để bảo vệ khỏi những tác vụ dài bất ngờ. Mỗi lệnh gọi AI Model đều tốn chi phí.</w:t>
      </w:r>
    </w:p>
    <w:p>
      <w:pPr>
        <w:spacing w:after="80"/>
      </w:pPr>
      <w:r>
        <w:rPr>
          <w:b w:val="0"/>
          <w:i w:val="0"/>
        </w:rPr>
        <w:t>Chúng ta liên tục đưa ra phản hồi bằng cách hiển thị các công cụ khác nhau đang được gọi. Như bạn thấy trong log, có rất nhiều lệnh gọi trong quá trình tạo tài liệu Word.</w:t>
      </w:r>
    </w:p>
    <w:p>
      <w:pPr>
        <w:pStyle w:val="Heading3"/>
      </w:pPr>
      <w:r>
        <w:rPr>
          <w:rFonts w:ascii="Calibri" w:hAnsi="Calibri"/>
          <w:b/>
          <w:i w:val="0"/>
          <w:sz w:val="26"/>
        </w:rPr>
        <w:t>Còn nhiều thứ khác nữa…</w:t>
      </w:r>
    </w:p>
    <w:p>
      <w:pPr>
        <w:spacing w:after="80"/>
      </w:pPr>
      <w:r>
        <w:rPr>
          <w:b w:val="0"/>
          <w:i w:val="0"/>
        </w:rPr>
        <w:t xml:space="preserve">Để đơn giản, chúng ta đã dùng cùng một AI Model trong tất cả các agent ( </w:t>
      </w:r>
      <w:r>
        <w:rPr>
          <w:rFonts w:ascii="Consolas" w:hAnsi="Consolas"/>
          <w:b w:val="0"/>
          <w:i w:val="0"/>
          <w:sz w:val="20"/>
        </w:rPr>
        <w:br/>
        <w:br/>
        <w:t xml:space="preserve">      gpt‑5.4</w:t>
        <w:br/>
        <w:t xml:space="preserve">     </w:t>
        <w:br/>
      </w:r>
      <w:r>
        <w:rPr>
          <w:b w:val="0"/>
          <w:i w:val="0"/>
        </w:rPr>
        <w:t xml:space="preserve"> ), nhưng đó không phải là yêu cầu bắt buộc. Bạn có thể tinh chỉnh model trên từng agent, nên bạn có thể dùng một model yếu hơn cho một số subagent nếu điều đó hợp lý, giúp tiết kiệm thời gian và tiền bạc. Hoặc ngược lại, bạn có thể muốn viết một phần nào đó cần model tinh vi hơn, nhưng phần còn lại của tài liệu thì một model nhỏ hơn là ổn.</w:t>
      </w:r>
    </w:p>
    <w:p>
      <w:pPr>
        <w:spacing w:after="80"/>
      </w:pPr>
      <w:r>
        <w:rPr>
          <w:b w:val="0"/>
          <w:i w:val="0"/>
        </w:rPr>
        <w:t xml:space="preserve">Mỗi agent có tham số </w:t>
      </w:r>
      <w:r>
        <w:rPr>
          <w:rFonts w:ascii="Consolas" w:hAnsi="Consolas"/>
          <w:b w:val="0"/>
          <w:i w:val="0"/>
          <w:sz w:val="20"/>
        </w:rPr>
        <w:br/>
        <w:br/>
        <w:t xml:space="preserve">      model</w:t>
        <w:br/>
        <w:t xml:space="preserve">     </w:t>
        <w:br/>
      </w:r>
      <w:r>
        <w:rPr>
          <w:b w:val="0"/>
          <w:i w:val="0"/>
        </w:rPr>
        <w:t xml:space="preserve"> riêng có thể điều chỉnh được.</w:t>
      </w:r>
    </w:p>
    <w:p>
      <w:pPr>
        <w:spacing w:after="80"/>
      </w:pPr>
      <w:r>
        <w:rPr>
          <w:b w:val="0"/>
          <w:i w:val="0"/>
        </w:rPr>
        <w:t xml:space="preserve">Dù việc dùng MCP server để viết tài liệu Word có vẻ thay thế các công thức được trình bày trong </w:t>
      </w:r>
      <w:r>
        <w:rPr>
          <w:b w:val="0"/>
          <w:i/>
        </w:rPr>
        <w:t xml:space="preserve"> C </w:t>
      </w:r>
      <w:r>
        <w:rPr>
          <w:b w:val="0"/>
          <w:i w:val="0"/>
        </w:rPr>
        <w:t xml:space="preserve"> </w:t>
      </w:r>
      <w:r>
        <w:rPr>
          <w:b w:val="0"/>
          <w:i/>
        </w:rPr>
        <w:t xml:space="preserve"> hương 5 </w:t>
      </w:r>
      <w:r>
        <w:rPr>
          <w:b w:val="0"/>
          <w:i w:val="0"/>
        </w:rPr>
        <w:t xml:space="preserve"> , mỗi cách tiếp cận lại đảm nhận một vai trò khác nhau và có thể được dùng cho những nhu cầu khác nhau. MCP server là một công cụ được điều khiển bởi AI Model, công cụ này sẽ luôn tạo ra các cấu trúc và kết quả khác nhau, vì nó mang tính phi xác định. Trong khi đó, các kỹ thuật trong </w:t>
      </w:r>
      <w:r>
        <w:rPr>
          <w:b w:val="0"/>
          <w:i/>
        </w:rPr>
        <w:t xml:space="preserve"> C </w:t>
      </w:r>
      <w:r>
        <w:rPr>
          <w:b w:val="0"/>
          <w:i w:val="0"/>
        </w:rPr>
        <w:t xml:space="preserve"> </w:t>
      </w:r>
      <w:r>
        <w:rPr>
          <w:b w:val="0"/>
          <w:i/>
        </w:rPr>
        <w:t xml:space="preserve"> hương 5 </w:t>
      </w:r>
      <w:r>
        <w:rPr>
          <w:b w:val="0"/>
          <w:i w:val="0"/>
        </w:rPr>
        <w:t xml:space="preserve"> cho phép bạn tạo ra các tài liệu mang tính xác định, luôn tuân theo cùng một cấu trúc. Cả hai kỹ thuật đều hữu ích.</w:t>
      </w:r>
    </w:p>
    <w:p>
      <w:pPr>
        <w:spacing w:after="80"/>
      </w:pPr>
      <w:r>
        <w:rPr>
          <w:b/>
          <w:i w:val="0"/>
        </w:rPr>
        <w:t>Mẹo</w:t>
      </w:r>
    </w:p>
    <w:p>
      <w:pPr>
        <w:spacing w:after="80"/>
      </w:pPr>
      <w:r>
        <w:rPr>
          <w:b w:val="0"/>
          <w:i w:val="0"/>
        </w:rPr>
        <w:t>Tất nhiên, bạn có thể dùng một công cụ GenAI để giúp bạn tạo code tạo ra kết quả xác định. Tương tự, bạn có thể gắn code xác định như một công cụ GenAI để viết theo định dạng bạn chọn. Bạn có thể kết hợp tất cả các kỹ thuật theo cách tốt nhất để đạt được mục tiêu của mình.</w:t>
      </w:r>
    </w:p>
    <w:p>
      <w:pPr>
        <w:spacing w:after="80"/>
      </w:pPr>
      <w:r>
        <w:rPr>
          <w:b w:val="0"/>
          <w:i w:val="0"/>
        </w:rPr>
        <w:t xml:space="preserve">Xem tài liệu đầy đủ cho Office Word MCP server tại </w:t>
      </w:r>
      <w:r>
        <w:rPr>
          <w:rFonts w:ascii="Consolas" w:hAnsi="Consolas"/>
          <w:b w:val="0"/>
          <w:i w:val="0"/>
          <w:sz w:val="20"/>
        </w:rPr>
        <w:br/>
        <w:br/>
        <w:t xml:space="preserve">       https://github.com/GongRzhe/Office-Word-MCP-Server</w:t>
        <w:br/>
        <w:t xml:space="preserve">      </w:t>
        <w:br/>
      </w:r>
      <w:r>
        <w:rPr>
          <w:b w:val="0"/>
          <w:i w:val="0"/>
        </w:rPr>
        <w:t xml:space="preserve"> .</w:t>
      </w:r>
    </w:p>
    <w:p>
      <w:pPr>
        <w:spacing w:after="80"/>
      </w:pPr>
      <w:r>
        <w:rPr>
          <w:b w:val="0"/>
          <w:i w:val="0"/>
        </w:rPr>
        <w:t xml:space="preserve">Xem tài liệu đầy đủ cho OpenAI Agents SDK tại đây </w:t>
      </w:r>
      <w:r>
        <w:rPr>
          <w:rFonts w:ascii="Consolas" w:hAnsi="Consolas"/>
          <w:b w:val="0"/>
          <w:i w:val="0"/>
          <w:sz w:val="20"/>
        </w:rPr>
        <w:br/>
        <w:br/>
        <w:t xml:space="preserve">       : https://openai.github.io/openai-agents-python/</w:t>
        <w:br/>
        <w:t xml:space="preserve">      </w:t>
        <w:br/>
      </w:r>
      <w:r>
        <w:rPr>
          <w:b w:val="0"/>
          <w:i w:val="0"/>
        </w:rPr>
        <w:t xml:space="preserve"> .</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Creating Your Own Chatbot </w:t>
      </w:r>
      <w:r>
        <w:rPr>
          <w:b w:val="0"/>
          <w:i w:val="0"/>
        </w:rPr>
        <w:t xml:space="preserve"> , trong </w:t>
      </w:r>
      <w:r>
        <w:rPr>
          <w:b w:val="0"/>
          <w:i/>
        </w:rPr>
        <w:t xml:space="preserve"> Chương 11 </w:t>
      </w:r>
      <w:r>
        <w:rPr>
          <w:b w:val="0"/>
          <w:i w:val="0"/>
        </w:rPr>
        <w:t xml:space="preserve"> , mô tả những kiến thức cơ bản về làm việc với các AI model</w:t>
      </w:r>
    </w:p>
    <w:p>
      <w:pPr>
        <w:spacing w:after="80"/>
        <w:ind w:left="360"/>
      </w:pPr>
      <w:r>
        <w:t xml:space="preserve">• </w:t>
      </w:r>
      <w:r>
        <w:rPr>
          <w:b w:val="0"/>
          <w:i/>
        </w:rPr>
        <w:t xml:space="preserve"> Cách </w:t>
      </w:r>
      <w:r>
        <w:rPr>
          <w:b w:val="0"/>
          <w:i w:val="0"/>
        </w:rPr>
        <w:t xml:space="preserve"> </w:t>
      </w:r>
      <w:r>
        <w:rPr>
          <w:b w:val="0"/>
          <w:i/>
        </w:rPr>
        <w:t xml:space="preserve"> sử dụng </w:t>
      </w:r>
      <w:r>
        <w:rPr>
          <w:b w:val="0"/>
          <w:i w:val="0"/>
        </w:rPr>
        <w:t xml:space="preserve"> </w:t>
      </w:r>
      <w:r>
        <w:rPr>
          <w:b w:val="0"/>
          <w:i/>
        </w:rPr>
        <w:t xml:space="preserve"> MCP </w:t>
      </w:r>
      <w:r>
        <w:rPr>
          <w:b w:val="0"/>
          <w:i w:val="0"/>
        </w:rPr>
        <w:t xml:space="preserve"> </w:t>
      </w:r>
      <w:r>
        <w:rPr>
          <w:b w:val="0"/>
          <w:i/>
        </w:rPr>
        <w:t xml:space="preserve"> server </w:t>
      </w:r>
      <w:r>
        <w:rPr>
          <w:b w:val="0"/>
          <w:i w:val="0"/>
        </w:rPr>
        <w:t xml:space="preserve"> và </w:t>
      </w:r>
      <w:r>
        <w:rPr>
          <w:b w:val="0"/>
          <w:i/>
        </w:rPr>
        <w:t xml:space="preserve"> Tạo </w:t>
      </w:r>
      <w:r>
        <w:rPr>
          <w:b w:val="0"/>
          <w:i w:val="0"/>
        </w:rPr>
        <w:t xml:space="preserve"> </w:t>
      </w:r>
      <w:r>
        <w:rPr>
          <w:b w:val="0"/>
          <w:i/>
        </w:rPr>
        <w:t xml:space="preserve"> MCP </w:t>
      </w:r>
      <w:r>
        <w:rPr>
          <w:b w:val="0"/>
          <w:i w:val="0"/>
        </w:rPr>
        <w:t xml:space="preserve"> </w:t>
      </w:r>
      <w:r>
        <w:rPr>
          <w:b w:val="0"/>
          <w:i/>
        </w:rPr>
        <w:t xml:space="preserve"> server </w:t>
      </w:r>
      <w:r>
        <w:rPr>
          <w:b w:val="0"/>
          <w:i w:val="0"/>
        </w:rPr>
        <w:t xml:space="preserve"> </w:t>
      </w:r>
      <w:r>
        <w:rPr>
          <w:b w:val="0"/>
          <w:i/>
        </w:rPr>
        <w:t xml:space="preserve"> của riêng bạn </w:t>
      </w:r>
      <w:r>
        <w:rPr>
          <w:b w:val="0"/>
          <w:i w:val="0"/>
        </w:rPr>
        <w:t xml:space="preserve"> </w:t>
      </w:r>
      <w:r>
        <w:rPr>
          <w:b w:val="0"/>
          <w:i/>
        </w:rPr>
        <w:t xml:space="preserve"> </w:t>
      </w:r>
      <w:r>
        <w:rPr>
          <w:b w:val="0"/>
          <w:i w:val="0"/>
        </w:rPr>
        <w:t xml:space="preserve"> </w:t>
      </w:r>
      <w:r>
        <w:rPr>
          <w:b w:val="0"/>
          <w:i/>
        </w:rPr>
        <w:t xml:space="preserve"> công thức </w:t>
      </w:r>
      <w:r>
        <w:rPr>
          <w:b w:val="0"/>
          <w:i w:val="0"/>
        </w:rPr>
        <w:t xml:space="preserve"> trong C</w:t>
      </w:r>
      <w:r>
        <w:rPr>
          <w:b w:val="0"/>
          <w:i/>
        </w:rPr>
        <w:t>hương 12</w:t>
      </w:r>
      <w:r>
        <w:rPr>
          <w:b w:val="0"/>
          <w:i w:val="0"/>
        </w:rPr>
        <w:t>, giới thiệu cách sử dụng MCP server và các công cụ trực tiếp</w:t>
      </w:r>
    </w:p>
    <w:p>
      <w:pPr>
        <w:pStyle w:val="Heading1"/>
      </w:pPr>
      <w:r>
        <w:rPr>
          <w:rFonts w:ascii="Calibri" w:hAnsi="Calibri"/>
          <w:b/>
          <w:i w:val="0"/>
          <w:sz w:val="40"/>
        </w:rPr>
        <w:t>14</w:t>
      </w:r>
    </w:p>
    <w:p>
      <w:pPr>
        <w:pStyle w:val="Heading1"/>
      </w:pPr>
      <w:r>
        <w:rPr>
          <w:rFonts w:ascii="Calibri" w:hAnsi="Calibri"/>
          <w:b/>
          <w:i w:val="0"/>
          <w:sz w:val="40"/>
        </w:rPr>
        <w:t>Ví dụ AI trong thực tế</w:t>
      </w:r>
    </w:p>
    <w:p>
      <w:pPr>
        <w:spacing w:after="80"/>
      </w:pPr>
      <w:r>
        <w:rPr>
          <w:b w:val="0"/>
          <w:i w:val="0"/>
        </w:rPr>
        <w:t>Trong chương này, chúng ta sẽ áp dụng các khái niệm GenAI đã giới thiệu ở các chương trước và kết hợp chúng thành một tác vụ hoàn chỉnh, có thể tự động hóa, giúp ích cho chúng ta mỗi ngày.</w:t>
      </w:r>
    </w:p>
    <w:p>
      <w:pPr>
        <w:spacing w:after="80"/>
      </w:pPr>
      <w:r>
        <w:rPr>
          <w:b w:val="0"/>
          <w:i w:val="0"/>
        </w:rPr>
        <w:t>Chúng ta sẽ dựa vào định nghĩa và cách sử dụng công cụ, cũng như kiến trúc ReAct, để tạo ra một tác vụ phân tích email của chúng ta, soạn thảo phản hồi cho những tin nhắn cần xử lý theo phong cách phù hợp với giọng điệu thường ngày của chúng ta, và cung cấp bản tóm tắt mọi thứ nhận được trong 24 giờ qua.</w:t>
      </w:r>
    </w:p>
    <w:p>
      <w:pPr>
        <w:spacing w:after="80"/>
      </w:pPr>
      <w:r>
        <w:rPr>
          <w:b/>
          <w:i w:val="0"/>
        </w:rPr>
        <w:t>Lưu ý</w:t>
      </w:r>
    </w:p>
    <w:p>
      <w:pPr>
        <w:spacing w:after="80"/>
      </w:pPr>
      <w:r>
        <w:rPr>
          <w:b w:val="0"/>
          <w:i w:val="0"/>
        </w:rPr>
        <w:t>Để xử lý email, chúng ta sẽ dùng tài khoản Gmail. Mặc dù các khái niệm này tương thích với bất kỳ máy chủ IMAP và SMTP nào, một số tên thư mục sẽ theo quy ước của Gmail.</w:t>
      </w:r>
    </w:p>
    <w:p>
      <w:pPr>
        <w:spacing w:after="80"/>
      </w:pPr>
      <w:r>
        <w:rPr>
          <w:b w:val="0"/>
          <w:i w:val="0"/>
        </w:rPr>
        <w:t>Khi phát triển các công cụ mà chúng ta sẽ dùng để giao tiếp với email, chúng ta sẽ tính đến những hạn chế trong phạm vi của từng công cụ, quản lý cẩn thận khả năng của mô hình AI và triển khai các rào chắn (guardrail) để đảm bảo kết quả đáng tin cậy.</w:t>
      </w:r>
    </w:p>
    <w:p>
      <w:pPr>
        <w:spacing w:after="80"/>
      </w:pPr>
      <w:r>
        <w:rPr>
          <w:b/>
          <w:i w:val="0"/>
        </w:rPr>
        <w:t>Mẹo</w:t>
      </w:r>
    </w:p>
    <w:p>
      <w:pPr>
        <w:spacing w:after="80"/>
      </w:pPr>
      <w:r>
        <w:rPr>
          <w:b w:val="0"/>
          <w:i w:val="0"/>
        </w:rPr>
        <w:t>Các mô hình AI cực kỳ mạnh mẽ và có khả năng đưa ra những phỏng đoán sáng suốt. Với các công cụ đa năng như MCP, chúng có thể tự do khám phá nhiều lựa chọn và cố gắng giải quyết một vấn đề từ rất nhiều góc độ khác nhau. Mặc dù điều này có thể hữu ích trong một số ngữ cảnh nhất định, nhưng với một tác vụ tự động cần chạy lặp đi lặp lại, sự biến thiên và khám phá này có thể dẫn đến kết quả không nhất quán và tăng chi phí. Để đạt được sự nhất quán, chúng ta phải đưa ra chỉ dẫn rõ ràng và giới hạn phạm vi cho mô hình AI. Vì vậy, trong chương này, chúng ta tự viết các công cụ hàm (function tool) được thiết kế cho đúng yêu cầu của mình.</w:t>
      </w:r>
    </w:p>
    <w:p>
      <w:pPr>
        <w:spacing w:after="80"/>
      </w:pPr>
      <w:r>
        <w:rPr>
          <w:b w:val="0"/>
          <w:i w:val="0"/>
        </w:rPr>
        <w:t>Xuyên suốt chương này, chúng ta sẽ thảo luận những yếu tố quan trọng khi tạo các tác vụ GenAI tự động, bao gồm bảo mật, quản lý chi phí và khả năng tái sử dụng dữ liệu.</w:t>
      </w:r>
    </w:p>
    <w:p>
      <w:pPr>
        <w:spacing w:after="80"/>
      </w:pPr>
      <w:r>
        <w:rPr>
          <w:b/>
          <w:i w:val="0"/>
        </w:rPr>
        <w:t>Lưu ý</w:t>
      </w:r>
    </w:p>
    <w:p>
      <w:pPr>
        <w:spacing w:after="80"/>
      </w:pPr>
      <w:r>
        <w:rPr>
          <w:b w:val="0"/>
          <w:i w:val="0"/>
        </w:rPr>
        <w:t>Đừng xem nhẹ phần quản lý chi phí! Với một hệ thống tự động sẽ chạy thường xuyên, giữ chi phí ở mức hợp lý là điều then chốt. Chúng ta sẽ bàn sâu về vấn đề này ở cuối chương.</w:t>
      </w:r>
    </w:p>
    <w:p>
      <w:pPr>
        <w:pStyle w:val="Heading2"/>
      </w:pPr>
      <w:r>
        <w:rPr>
          <w:rFonts w:ascii="Calibri" w:hAnsi="Calibri"/>
          <w:b/>
          <w:i w:val="0"/>
          <w:sz w:val="32"/>
        </w:rPr>
        <w:t>Yêu cầu kỹ thuật</w:t>
      </w:r>
    </w:p>
    <w:p>
      <w:pPr>
        <w:spacing w:after="80"/>
      </w:pPr>
      <w:r>
        <w:rPr>
          <w:b w:val="0"/>
          <w:i w:val="0"/>
        </w:rPr>
        <w:t>Trong chương này, chúng ta sẽ dùng OpenAI làm nhà cung cấp cho các mô hình AI.</w:t>
      </w:r>
    </w:p>
    <w:p>
      <w:pPr>
        <w:spacing w:after="80"/>
      </w:pPr>
      <w:r>
        <w:rPr>
          <w:b/>
          <w:i w:val="0"/>
        </w:rPr>
        <w:t>Mẹo</w:t>
      </w:r>
    </w:p>
    <w:p>
      <w:pPr>
        <w:spacing w:after="80"/>
      </w:pPr>
      <w:r>
        <w:rPr>
          <w:b w:val="0"/>
          <w:i w:val="0"/>
        </w:rPr>
        <w:t xml:space="preserve">Hãy nhớ rằng những kỹ thuật này có sẵn trong nhiều mô hình AI và framework khác nhau. Bạn có thể đạt được kết quả tương tự với các nhà cung cấp khác như Claude của Anthropic hoặc dùng mô hình cục bộ (local model) thông qua Ollama. Xem </w:t>
      </w:r>
      <w:r>
        <w:rPr>
          <w:b w:val="0"/>
          <w:i/>
        </w:rPr>
        <w:t xml:space="preserve"> Chương 11 </w:t>
      </w:r>
      <w:r>
        <w:rPr>
          <w:b w:val="0"/>
          <w:i w:val="0"/>
        </w:rPr>
        <w:t xml:space="preserve"> , </w:t>
      </w:r>
      <w:r>
        <w:rPr>
          <w:b w:val="0"/>
          <w:i/>
        </w:rPr>
        <w:t xml:space="preserve"> Sử dụng mô hình cục bộ </w:t>
      </w:r>
      <w:r>
        <w:rPr>
          <w:b w:val="0"/>
          <w:i w:val="0"/>
        </w:rPr>
        <w:t xml:space="preserve"> , để tìm hiểu thêm về lựa chọn sau.</w:t>
      </w:r>
    </w:p>
    <w:p>
      <w:pPr>
        <w:spacing w:after="80"/>
      </w:pPr>
      <w:r>
        <w:rPr>
          <w:b w:val="0"/>
          <w:i w:val="0"/>
        </w:rPr>
        <w:t xml:space="preserve">Chúng ta đã mô tả trong mục </w:t>
      </w:r>
      <w:r>
        <w:rPr>
          <w:b w:val="0"/>
          <w:i/>
        </w:rPr>
        <w:t xml:space="preserve"> Yêu cầu kỹ thuật </w:t>
      </w:r>
      <w:r>
        <w:rPr>
          <w:b w:val="0"/>
          <w:i w:val="0"/>
        </w:rPr>
        <w:t xml:space="preserve"> của </w:t>
      </w:r>
      <w:r>
        <w:rPr>
          <w:b w:val="0"/>
          <w:i/>
        </w:rPr>
        <w:t xml:space="preserve"> Chương 11 </w:t>
      </w:r>
      <w:r>
        <w:rPr>
          <w:b w:val="0"/>
          <w:i w:val="0"/>
        </w:rPr>
        <w:t xml:space="preserve"> các bước cần thiết để thiết lập một tài khoản cho phép chúng ta gọi các API của OpenAI. Hãy đến đó và làm theo hướng dẫn nếu bạn chưa làm.</w:t>
      </w:r>
    </w:p>
    <w:p>
      <w:pPr>
        <w:spacing w:after="80"/>
      </w:pPr>
      <w:r>
        <w:rPr>
          <w:b w:val="0"/>
          <w:i w:val="0"/>
        </w:rPr>
        <w:t xml:space="preserve">Bạn có thể xem mã nguồn được trình bày trong chương tại URL GitHub </w:t>
      </w:r>
      <w:r>
        <w:rPr>
          <w:rFonts w:ascii="Consolas" w:hAnsi="Consolas"/>
          <w:b w:val="0"/>
          <w:i w:val="0"/>
          <w:sz w:val="20"/>
        </w:rPr>
        <w:br/>
        <w:br/>
        <w:t xml:space="preserve">       https://github.com/PacktPublishing/Python-Automation-Cookbook-Third-Edition/tree/main/ch14</w:t>
        <w:br/>
        <w:t xml:space="preserve">      </w:t>
        <w:br/>
      </w:r>
      <w:r>
        <w:rPr>
          <w:b w:val="0"/>
          <w:i w:val="0"/>
        </w:rPr>
        <w:t xml:space="preserve"> .</w:t>
      </w:r>
    </w:p>
    <w:p>
      <w:pPr>
        <w:spacing w:after="80"/>
      </w:pPr>
      <w:r>
        <w:rPr>
          <w:b w:val="0"/>
          <w:i w:val="0"/>
        </w:rPr>
        <w:t xml:space="preserve">Hãy đảm bảo rằng bạn có tệp </w:t>
      </w:r>
      <w:r>
        <w:rPr>
          <w:rFonts w:ascii="Consolas" w:hAnsi="Consolas"/>
          <w:b w:val="0"/>
          <w:i w:val="0"/>
          <w:sz w:val="20"/>
        </w:rPr>
        <w:br/>
        <w:br/>
        <w:t xml:space="preserve">      keys.py</w:t>
        <w:br/>
        <w:t xml:space="preserve">     </w:t>
        <w:br/>
      </w:r>
      <w:r>
        <w:rPr>
          <w:b w:val="0"/>
          <w:i w:val="0"/>
        </w:rPr>
        <w:t xml:space="preserve"> trong thư mục làm việc của mình. Có một tệp mẫu cho các trường cần thiết trong thư mục repo GitHub tên là </w:t>
      </w:r>
      <w:r>
        <w:rPr>
          <w:rFonts w:ascii="Consolas" w:hAnsi="Consolas"/>
          <w:b w:val="0"/>
          <w:i w:val="0"/>
          <w:sz w:val="20"/>
        </w:rPr>
        <w:br/>
        <w:br/>
        <w:t xml:space="preserve">      keys.py.template</w:t>
        <w:br/>
        <w:t xml:space="preserve">     </w:t>
        <w:br/>
      </w:r>
      <w:r>
        <w:rPr>
          <w:b w:val="0"/>
          <w:i w:val="0"/>
        </w:rPr>
        <w:t xml:space="preserve"> .</w:t>
      </w:r>
    </w:p>
    <w:p>
      <w:pPr>
        <w:pStyle w:val="Heading2"/>
      </w:pPr>
      <w:r>
        <w:rPr>
          <w:rFonts w:ascii="Calibri" w:hAnsi="Calibri"/>
          <w:b/>
          <w:i w:val="0"/>
          <w:sz w:val="32"/>
        </w:rPr>
        <w:t>Tóm tắt email và soạn thảo phản hồi một cách tự chủ (agentically)</w:t>
      </w:r>
    </w:p>
    <w:p>
      <w:pPr>
        <w:spacing w:after="80"/>
      </w:pPr>
      <w:r>
        <w:rPr>
          <w:b w:val="0"/>
          <w:i w:val="0"/>
        </w:rPr>
        <w:t>Tất cả chúng ta đều nhận được rất nhiều email mỗi ngày. Quản lý chúng theo cách truyền thống, như tạo thư mục và quy tắc, rất khó khăn và không cho phép chúng ta nắm bắt tốt tính chất động của email. Ngoài ra, nhiều email cần phản hồi mà trong hầu hết các trường hợp, cảm giác khá là khuôn mẫu. Trong công thức này, chúng ta sẽ xem cách tạo một tác vụ sẽ chạy và:</w:t>
      </w:r>
    </w:p>
    <w:p>
      <w:pPr>
        <w:spacing w:after="80"/>
        <w:ind w:left="360"/>
      </w:pPr>
      <w:r>
        <w:t xml:space="preserve">• </w:t>
      </w:r>
      <w:r>
        <w:rPr>
          <w:b w:val="0"/>
          <w:i w:val="0"/>
        </w:rPr>
        <w:t>Đọc email của bạn trong ngày hôm qua và tạo một email tóm tắt trong hộp thư đến của bạn.</w:t>
      </w:r>
    </w:p>
    <w:p>
      <w:pPr>
        <w:spacing w:after="80"/>
        <w:ind w:left="360"/>
      </w:pPr>
      <w:r>
        <w:t xml:space="preserve">• </w:t>
      </w:r>
      <w:r>
        <w:rPr>
          <w:b w:val="0"/>
          <w:i w:val="0"/>
        </w:rPr>
        <w:t>Cung cấp bản nháp cho bất kỳ email nào cần phản hồi, theo phong cách email của chính bạn. Những bản nháp này có thể được xem xét và phê duyệt.</w:t>
      </w:r>
    </w:p>
    <w:p>
      <w:pPr>
        <w:spacing w:after="80"/>
      </w:pPr>
      <w:r>
        <w:rPr>
          <w:b w:val="0"/>
          <w:i w:val="0"/>
        </w:rPr>
        <w:t>Chúng ta sẽ tạo một script tự chủ (agentic) sẽ lặp qua các công cụ khác nhau và hoàn thành những tác vụ đó.</w:t>
      </w:r>
    </w:p>
    <w:p>
      <w:pPr>
        <w:pStyle w:val="Heading3"/>
      </w:pPr>
      <w:r>
        <w:rPr>
          <w:rFonts w:ascii="Calibri" w:hAnsi="Calibri"/>
          <w:b/>
          <w:i w:val="0"/>
          <w:sz w:val="26"/>
        </w:rPr>
        <w:t>Chuẩn bị</w:t>
      </w:r>
    </w:p>
    <w:p>
      <w:pPr>
        <w:spacing w:after="80"/>
      </w:pPr>
      <w:r>
        <w:rPr>
          <w:b w:val="0"/>
          <w:i w:val="0"/>
        </w:rPr>
        <w:t>Đối với công thức này, chúng ta sẽ cần các mô-đun sau trong môi trường ảo (virtual environment) của mình:</w:t>
      </w:r>
    </w:p>
    <w:p>
      <w:pPr>
        <w:spacing w:after="0"/>
        <w:ind w:left="360"/>
        <w:shd w:val="clear" w:color="auto" w:fill="F2F2F2"/>
      </w:pPr>
      <w:r>
        <w:rPr>
          <w:rFonts w:ascii="Consolas" w:hAnsi="Consolas"/>
          <w:sz w:val="18"/>
        </w:rPr>
        <w:t>$ echo "python-dotenv==1.2.2" &gt;&gt; requirements.txt</w:t>
      </w:r>
    </w:p>
    <w:p>
      <w:pPr>
        <w:spacing w:after="0"/>
        <w:ind w:left="360"/>
        <w:shd w:val="clear" w:color="auto" w:fill="F2F2F2"/>
      </w:pPr>
      <w:r>
        <w:rPr>
          <w:rFonts w:ascii="Consolas" w:hAnsi="Consolas"/>
          <w:sz w:val="18"/>
        </w:rPr>
        <w:t>$ echo "openai==2.28.0" &gt;&gt; requirements.txt</w:t>
      </w:r>
    </w:p>
    <w:p>
      <w:pPr>
        <w:spacing w:after="0"/>
        <w:ind w:left="360"/>
        <w:shd w:val="clear" w:color="auto" w:fill="F2F2F2"/>
      </w:pPr>
      <w:r>
        <w:rPr>
          <w:rFonts w:ascii="Consolas" w:hAnsi="Consolas"/>
          <w:sz w:val="18"/>
        </w:rPr>
        <w:t>$ echo "rich==14.3.3" &gt;&gt; requirements.txt</w:t>
      </w:r>
    </w:p>
    <w:p>
      <w:pPr>
        <w:spacing w:after="0"/>
        <w:ind w:left="360"/>
        <w:shd w:val="clear" w:color="auto" w:fill="F2F2F2"/>
      </w:pPr>
      <w:r>
        <w:rPr>
          <w:rFonts w:ascii="Consolas" w:hAnsi="Consolas"/>
          <w:sz w:val="18"/>
        </w:rPr>
        <w:t>$ echo "openai-agents==0.12.3" &gt;&gt; requirements.txt</w:t>
      </w:r>
    </w:p>
    <w:p>
      <w:pPr>
        <w:spacing w:after="0"/>
        <w:ind w:left="360"/>
        <w:shd w:val="clear" w:color="auto" w:fill="F2F2F2"/>
      </w:pPr>
      <w:r>
        <w:rPr>
          <w:rFonts w:ascii="Consolas" w:hAnsi="Consolas"/>
          <w:sz w:val="18"/>
        </w:rPr>
        <w:t>$ uv pip install -r requirements.txt</w:t>
      </w:r>
    </w:p>
    <w:p>
      <w:pPr>
        <w:spacing w:after="40"/>
      </w:pPr>
    </w:p>
    <w:p>
      <w:pPr>
        <w:spacing w:after="80"/>
      </w:pPr>
      <w:r>
        <w:rPr>
          <w:b w:val="0"/>
          <w:i w:val="0"/>
        </w:rPr>
        <w:t xml:space="preserve">Có một tệp mẫu trong </w:t>
      </w:r>
      <w:r>
        <w:rPr>
          <w:rFonts w:ascii="Consolas" w:hAnsi="Consolas"/>
          <w:b w:val="0"/>
          <w:i w:val="0"/>
          <w:sz w:val="20"/>
        </w:rPr>
        <w:br/>
        <w:br/>
        <w:t xml:space="preserve">      .env.py.template</w:t>
        <w:br/>
        <w:t xml:space="preserve">     </w:t>
        <w:br/>
      </w:r>
      <w:r>
        <w:rPr>
          <w:b w:val="0"/>
          <w:i w:val="0"/>
        </w:rPr>
        <w:t xml:space="preserve"> mà bạn cần điền thông tin của mình vào và sao chép thành </w:t>
      </w:r>
      <w:r>
        <w:rPr>
          <w:rFonts w:ascii="Consolas" w:hAnsi="Consolas"/>
          <w:b w:val="0"/>
          <w:i w:val="0"/>
          <w:sz w:val="20"/>
        </w:rPr>
        <w:br/>
        <w:br/>
        <w:t xml:space="preserve">      .env</w:t>
        <w:br/>
        <w:t xml:space="preserve">     </w:t>
        <w:br/>
      </w:r>
      <w:r>
        <w:rPr>
          <w:b w:val="0"/>
          <w:i w:val="0"/>
        </w:rPr>
        <w:t xml:space="preserve"> .</w:t>
      </w:r>
    </w:p>
    <w:p>
      <w:pPr>
        <w:spacing w:after="80"/>
        <w:ind w:left="360"/>
      </w:pPr>
      <w:r>
        <w:t xml:space="preserve">• </w:t>
      </w:r>
      <w:r>
        <w:rPr>
          <w:b w:val="0"/>
          <w:i w:val="0"/>
        </w:rPr>
        <w:t xml:space="preserve">Khóa </w:t>
      </w:r>
      <w:r>
        <w:rPr>
          <w:rFonts w:ascii="Consolas" w:hAnsi="Consolas"/>
          <w:b w:val="0"/>
          <w:i w:val="0"/>
          <w:sz w:val="20"/>
        </w:rPr>
        <w:br/>
        <w:br/>
        <w:t xml:space="preserve">       openAI</w:t>
        <w:br/>
        <w:t xml:space="preserve">      </w:t>
        <w:br/>
      </w:r>
      <w:r>
        <w:rPr>
          <w:b w:val="0"/>
          <w:i w:val="0"/>
        </w:rPr>
        <w:t xml:space="preserve"> của bạn</w:t>
      </w:r>
    </w:p>
    <w:p>
      <w:pPr>
        <w:spacing w:after="80"/>
        <w:ind w:left="360"/>
      </w:pPr>
      <w:r>
        <w:t xml:space="preserve">• </w:t>
      </w:r>
      <w:r>
        <w:rPr>
          <w:b w:val="0"/>
          <w:i w:val="0"/>
        </w:rPr>
        <w:t>Tên người dùng và mật khẩu email</w:t>
      </w:r>
    </w:p>
    <w:p>
      <w:pPr>
        <w:spacing w:after="80"/>
      </w:pPr>
      <w:r>
        <w:rPr>
          <w:b w:val="0"/>
          <w:i w:val="0"/>
        </w:rPr>
        <w:t xml:space="preserve">Chúng ta sẽ cần thông tin đăng nhập email của bạn, như đã mô tả trong </w:t>
      </w:r>
      <w:r>
        <w:rPr>
          <w:b w:val="0"/>
          <w:i/>
        </w:rPr>
        <w:t xml:space="preserve"> Đọc một email </w:t>
      </w:r>
      <w:r>
        <w:rPr>
          <w:b w:val="0"/>
          <w:i w:val="0"/>
        </w:rPr>
        <w:t xml:space="preserve"> từ </w:t>
      </w:r>
      <w:r>
        <w:rPr>
          <w:b w:val="0"/>
          <w:i/>
        </w:rPr>
        <w:t xml:space="preserve"> Chương 9 </w:t>
      </w:r>
      <w:r>
        <w:rPr>
          <w:b w:val="0"/>
          <w:i w:val="0"/>
        </w:rPr>
        <w:t xml:space="preserve"> . Hãy đưa chúng vào tệp </w:t>
      </w:r>
      <w:r>
        <w:rPr>
          <w:rFonts w:ascii="Consolas" w:hAnsi="Consolas"/>
          <w:b w:val="0"/>
          <w:i w:val="0"/>
          <w:sz w:val="20"/>
        </w:rPr>
        <w:br/>
        <w:br/>
        <w:t xml:space="preserve">      .env</w:t>
        <w:br/>
        <w:t xml:space="preserve">     </w:t>
        <w:br/>
      </w:r>
      <w:r>
        <w:rPr>
          <w:b w:val="0"/>
          <w:i w:val="0"/>
        </w:rPr>
        <w:t xml:space="preserve"> dưới dạng </w:t>
      </w:r>
      <w:r>
        <w:rPr>
          <w:rFonts w:ascii="Consolas" w:hAnsi="Consolas"/>
          <w:b w:val="0"/>
          <w:i w:val="0"/>
          <w:sz w:val="20"/>
        </w:rPr>
        <w:br/>
        <w:br/>
        <w:t xml:space="preserve">      EMAIL_USER</w:t>
        <w:br/>
        <w:t xml:space="preserve">     </w:t>
        <w:br/>
      </w:r>
      <w:r>
        <w:rPr>
          <w:b w:val="0"/>
          <w:i w:val="0"/>
        </w:rPr>
        <w:t xml:space="preserve"> và </w:t>
      </w:r>
      <w:r>
        <w:rPr>
          <w:rFonts w:ascii="Consolas" w:hAnsi="Consolas"/>
          <w:b w:val="0"/>
          <w:i w:val="0"/>
          <w:sz w:val="20"/>
        </w:rPr>
        <w:br/>
        <w:br/>
        <w:t xml:space="preserve">      EMAIL_PASSWORD</w:t>
        <w:br/>
        <w:t xml:space="preserve">     </w:t>
        <w:br/>
      </w:r>
      <w:r>
        <w:rPr>
          <w:b w:val="0"/>
          <w:i w:val="0"/>
        </w:rPr>
        <w:t xml:space="preserve"> . Bạn cũng có thể thêm </w:t>
      </w:r>
      <w:r>
        <w:rPr>
          <w:rFonts w:ascii="Consolas" w:hAnsi="Consolas"/>
          <w:b w:val="0"/>
          <w:i w:val="0"/>
          <w:sz w:val="20"/>
        </w:rPr>
        <w:br/>
        <w:br/>
        <w:t xml:space="preserve">      MAILBOX</w:t>
        <w:br/>
        <w:t xml:space="preserve">     </w:t>
        <w:br/>
      </w:r>
      <w:r>
        <w:rPr>
          <w:b w:val="0"/>
          <w:i w:val="0"/>
        </w:rPr>
        <w:t xml:space="preserve"> , mặc định là " </w:t>
      </w:r>
      <w:r>
        <w:rPr>
          <w:rFonts w:ascii="Consolas" w:hAnsi="Consolas"/>
          <w:b w:val="0"/>
          <w:i w:val="0"/>
          <w:sz w:val="20"/>
        </w:rPr>
        <w:br/>
        <w:br/>
        <w:t xml:space="preserve">      inbox</w:t>
        <w:br/>
        <w:t xml:space="preserve">     </w:t>
        <w:br/>
      </w:r>
      <w:r>
        <w:rPr>
          <w:b w:val="0"/>
          <w:i w:val="0"/>
        </w:rPr>
        <w:t xml:space="preserve"> ", như chúng ta sẽ thấy sau.</w:t>
      </w:r>
    </w:p>
    <w:p>
      <w:pPr>
        <w:spacing w:after="80"/>
      </w:pPr>
      <w:r>
        <w:rPr>
          <w:b w:val="0"/>
          <w:i w:val="0"/>
        </w:rPr>
        <w:t xml:space="preserve">Chúng ta sẽ dùng mô hình GPT-5.4. Hãy xác minh rằng nó có sẵn trên trang web OpenAI (https://developers.openai.com/api/docs/models). Nếu không, hãy thay đổi cho phù hợp. </w:t>
      </w:r>
      <w:r>
        <w:rPr>
          <w:b w:val="0"/>
          <w:i/>
        </w:rPr>
        <w:t xml:space="preserve"> Có </w:t>
      </w:r>
      <w:r>
        <w:rPr>
          <w:b w:val="0"/>
          <w:i w:val="0"/>
        </w:rPr>
        <w:t xml:space="preserve"> </w:t>
      </w:r>
      <w:r>
        <w:rPr>
          <w:b w:val="0"/>
          <w:i/>
        </w:rPr>
        <w:t xml:space="preserve"> ' </w:t>
      </w:r>
      <w:r>
        <w:rPr>
          <w:b w:val="0"/>
          <w:i w:val="0"/>
        </w:rPr>
        <w:t xml:space="preserve"> </w:t>
      </w:r>
      <w:r>
        <w:rPr>
          <w:b w:val="0"/>
          <w:i/>
        </w:rPr>
        <w:t xml:space="preserve"> thêm </w:t>
      </w:r>
      <w:r>
        <w:rPr>
          <w:b w:val="0"/>
          <w:i w:val="0"/>
        </w:rPr>
        <w:t xml:space="preserve"> thông tin về nó trong mục There's more của công thức </w:t>
      </w:r>
      <w:r>
        <w:rPr>
          <w:b w:val="0"/>
          <w:i/>
        </w:rPr>
        <w:t xml:space="preserve"> Tạo chatbot của riêng bạn </w:t>
      </w:r>
      <w:r>
        <w:rPr>
          <w:b w:val="0"/>
          <w:i w:val="0"/>
        </w:rPr>
        <w:t xml:space="preserve"> trong </w:t>
      </w:r>
      <w:r>
        <w:rPr>
          <w:b w:val="0"/>
          <w:i/>
        </w:rPr>
        <w:t xml:space="preserve"> Chương 11 </w:t>
      </w:r>
      <w:r>
        <w:rPr>
          <w:b w:val="0"/>
          <w:i w:val="0"/>
        </w:rPr>
        <w:t xml:space="preserve"> .</w:t>
      </w:r>
    </w:p>
    <w:p>
      <w:pPr>
        <w:spacing w:after="80"/>
      </w:pPr>
      <w:r>
        <w:rPr>
          <w:b w:val="0"/>
          <w:i w:val="0"/>
        </w:rPr>
        <w:t xml:space="preserve">Tải </w:t>
      </w:r>
      <w:r>
        <w:rPr>
          <w:rFonts w:ascii="Consolas" w:hAnsi="Consolas"/>
          <w:b w:val="0"/>
          <w:i w:val="0"/>
          <w:sz w:val="20"/>
        </w:rPr>
        <w:br/>
        <w:br/>
        <w:t xml:space="preserve">      email_tool.py</w:t>
        <w:br/>
        <w:t xml:space="preserve">     </w:t>
        <w:br/>
      </w:r>
      <w:r>
        <w:rPr>
          <w:b w:val="0"/>
          <w:i w:val="0"/>
        </w:rPr>
        <w:t xml:space="preserve"> và </w:t>
      </w:r>
      <w:r>
        <w:rPr>
          <w:rFonts w:ascii="Consolas" w:hAnsi="Consolas"/>
          <w:b w:val="0"/>
          <w:i w:val="0"/>
          <w:sz w:val="20"/>
        </w:rPr>
        <w:br/>
        <w:br/>
        <w:t xml:space="preserve">      email_agent.py</w:t>
        <w:br/>
        <w:t xml:space="preserve">     </w:t>
        <w:br/>
      </w:r>
      <w:r>
        <w:rPr>
          <w:b w:val="0"/>
          <w:i w:val="0"/>
        </w:rPr>
        <w:t xml:space="preserve"> từ GitHub trong thư mục con </w:t>
      </w:r>
      <w:r>
        <w:rPr>
          <w:rFonts w:ascii="Consolas" w:hAnsi="Consolas"/>
          <w:b w:val="0"/>
          <w:i w:val="0"/>
          <w:sz w:val="20"/>
        </w:rPr>
        <w:br/>
        <w:br/>
        <w:t xml:space="preserve">      ch14</w:t>
        <w:br/>
        <w:t xml:space="preserve">     </w:t>
        <w:br/>
      </w:r>
      <w:r>
        <w:rPr>
          <w:b w:val="0"/>
          <w:i w:val="0"/>
        </w:rPr>
        <w:t>.</w:t>
      </w:r>
    </w:p>
    <w:p>
      <w:pPr>
        <w:pStyle w:val="Heading3"/>
      </w:pPr>
      <w:r>
        <w:rPr>
          <w:rFonts w:ascii="Calibri" w:hAnsi="Calibri"/>
          <w:b/>
          <w:i w:val="0"/>
          <w:sz w:val="26"/>
        </w:rPr>
        <w:t>Cách thực hiện…</w:t>
      </w:r>
    </w:p>
    <w:p>
      <w:pPr>
        <w:spacing w:after="80"/>
        <w:ind w:left="360"/>
      </w:pPr>
      <w:r>
        <w:t xml:space="preserve">1. </w:t>
      </w:r>
      <w:r>
        <w:rPr>
          <w:b w:val="0"/>
          <w:i w:val="0"/>
        </w:rPr>
        <w:t xml:space="preserve">Chạy script </w:t>
      </w:r>
      <w:r>
        <w:rPr>
          <w:rFonts w:ascii="Consolas" w:hAnsi="Consolas"/>
          <w:b w:val="0"/>
          <w:i w:val="0"/>
          <w:sz w:val="20"/>
        </w:rPr>
        <w:br/>
        <w:br/>
        <w:t xml:space="preserve">       email_tool.py</w:t>
        <w:br/>
        <w:t xml:space="preserve">      </w:t>
        <w:br/>
      </w:r>
      <w:r>
        <w:rPr>
          <w:b w:val="0"/>
          <w:i w:val="0"/>
        </w:rPr>
        <w:t xml:space="preserve"> trước để khôi phục 90 ngày email đã gửi gần nhất trên tài khoản và lưu chúng về máy. Bạn sẽ thấy một thanh tiến trình.</w:t>
      </w:r>
    </w:p>
    <w:p>
      <w:pPr>
        <w:spacing w:after="0"/>
        <w:ind w:left="360"/>
        <w:shd w:val="clear" w:color="auto" w:fill="F2F2F2"/>
      </w:pPr>
      <w:r>
        <w:rPr>
          <w:rFonts w:ascii="Consolas" w:hAnsi="Consolas"/>
          <w:sz w:val="18"/>
        </w:rPr>
        <w:t>$ uv run email_tool.py</w:t>
      </w:r>
    </w:p>
    <w:p>
      <w:pPr>
        <w:spacing w:after="0"/>
        <w:ind w:left="360"/>
        <w:shd w:val="clear" w:color="auto" w:fill="F2F2F2"/>
      </w:pPr>
      <w:r>
        <w:rPr>
          <w:rFonts w:ascii="Consolas" w:hAnsi="Consolas"/>
          <w:sz w:val="18"/>
        </w:rPr>
        <w:t>Retrieve and store sent emails for later access</w:t>
      </w:r>
    </w:p>
    <w:p>
      <w:pPr>
        <w:spacing w:after="0"/>
        <w:ind w:left="360"/>
        <w:shd w:val="clear" w:color="auto" w:fill="F2F2F2"/>
      </w:pPr>
      <w:r>
        <w:rPr>
          <w:rFonts w:ascii="Consolas" w:hAnsi="Consolas"/>
          <w:sz w:val="18"/>
        </w:rPr>
        <w:t>Found 125</w:t>
      </w:r>
    </w:p>
    <w:p>
      <w:pPr>
        <w:spacing w:after="0"/>
        <w:ind w:left="360"/>
        <w:shd w:val="clear" w:color="auto" w:fill="F2F2F2"/>
      </w:pPr>
      <w:r>
        <w:rPr>
          <w:rFonts w:ascii="Consolas" w:hAnsi="Consolas"/>
          <w:sz w:val="18"/>
        </w:rPr>
        <w:t>Processing emails ━━━━━━━━━━━━━━━━━━━━━━━━━━━━━━━━━━━━━━━━ 100% 0:03:04</w:t>
      </w:r>
    </w:p>
    <w:p>
      <w:pPr>
        <w:spacing w:after="40"/>
      </w:pPr>
    </w:p>
    <w:p>
      <w:pPr>
        <w:spacing w:after="80"/>
        <w:ind w:left="360"/>
      </w:pPr>
      <w:r>
        <w:t xml:space="preserve">2. </w:t>
      </w:r>
      <w:r>
        <w:rPr>
          <w:b w:val="0"/>
          <w:i w:val="0"/>
        </w:rPr>
        <w:t xml:space="preserve">Chạy agent </w:t>
      </w:r>
      <w:r>
        <w:rPr>
          <w:rFonts w:ascii="Consolas" w:hAnsi="Consolas"/>
          <w:b w:val="0"/>
          <w:i w:val="0"/>
          <w:sz w:val="20"/>
        </w:rPr>
        <w:br/>
        <w:br/>
        <w:t xml:space="preserve">       email_agent.py.</w:t>
        <w:br/>
        <w:t xml:space="preserve">      </w:t>
        <w:br/>
      </w:r>
    </w:p>
    <w:p>
      <w:pPr>
        <w:spacing w:after="0"/>
        <w:ind w:left="360"/>
        <w:shd w:val="clear" w:color="auto" w:fill="F2F2F2"/>
      </w:pPr>
      <w:r>
        <w:rPr>
          <w:rFonts w:ascii="Consolas" w:hAnsi="Consolas"/>
          <w:sz w:val="18"/>
        </w:rPr>
        <w:t>$ uv run email_agent.py</w:t>
      </w:r>
    </w:p>
    <w:p>
      <w:pPr>
        <w:spacing w:after="0"/>
        <w:ind w:left="360"/>
        <w:shd w:val="clear" w:color="auto" w:fill="F2F2F2"/>
      </w:pPr>
      <w:r>
        <w:rPr>
          <w:rFonts w:ascii="Consolas" w:hAnsi="Consolas"/>
          <w:sz w:val="18"/>
        </w:rPr>
        <w:t>retrieve_last_emails</w:t>
      </w:r>
    </w:p>
    <w:p>
      <w:pPr>
        <w:spacing w:after="0"/>
        <w:ind w:left="360"/>
        <w:shd w:val="clear" w:color="auto" w:fill="F2F2F2"/>
      </w:pPr>
      <w:r>
        <w:rPr>
          <w:rFonts w:ascii="Consolas" w:hAnsi="Consolas"/>
          <w:sz w:val="18"/>
        </w:rPr>
        <w:t>Retrieve email 275722</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Retrieve email 275842</w:t>
      </w:r>
    </w:p>
    <w:p>
      <w:pPr>
        <w:spacing w:after="0"/>
        <w:ind w:left="360"/>
        <w:shd w:val="clear" w:color="auto" w:fill="F2F2F2"/>
      </w:pPr>
      <w:r>
        <w:rPr>
          <w:rFonts w:ascii="Consolas" w:hAnsi="Consolas"/>
          <w:sz w:val="18"/>
        </w:rPr>
        <w:t>creating a draft reply for 275727</w:t>
      </w:r>
    </w:p>
    <w:p>
      <w:pPr>
        <w:spacing w:after="0"/>
        <w:ind w:left="360"/>
        <w:shd w:val="clear" w:color="auto" w:fill="F2F2F2"/>
      </w:pPr>
      <w:r>
        <w:rPr>
          <w:rFonts w:ascii="Consolas" w:hAnsi="Consolas"/>
          <w:sz w:val="18"/>
        </w:rPr>
        <w:t>Retrieve email 275727</w:t>
      </w:r>
    </w:p>
    <w:p>
      <w:pPr>
        <w:spacing w:after="0"/>
        <w:ind w:left="360"/>
        <w:shd w:val="clear" w:color="auto" w:fill="F2F2F2"/>
      </w:pPr>
      <w:r>
        <w:rPr>
          <w:rFonts w:ascii="Consolas" w:hAnsi="Consolas"/>
          <w:sz w:val="18"/>
        </w:rPr>
        <w:t>Creating a draft reply for 275760</w:t>
      </w:r>
    </w:p>
    <w:p>
      <w:pPr>
        <w:spacing w:after="0"/>
        <w:ind w:left="360"/>
        <w:shd w:val="clear" w:color="auto" w:fill="F2F2F2"/>
      </w:pPr>
      <w:r>
        <w:rPr>
          <w:rFonts w:ascii="Consolas" w:hAnsi="Consolas"/>
          <w:sz w:val="18"/>
        </w:rPr>
        <w:t>Retrieve email 275760</w:t>
      </w:r>
    </w:p>
    <w:p>
      <w:pPr>
        <w:spacing w:after="0"/>
        <w:ind w:left="360"/>
        <w:shd w:val="clear" w:color="auto" w:fill="F2F2F2"/>
      </w:pPr>
      <w:r>
        <w:rPr>
          <w:rFonts w:ascii="Consolas" w:hAnsi="Consolas"/>
          <w:sz w:val="18"/>
        </w:rPr>
        <w:t>Sending a summary email</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Done — reviewed the latest day's emails, checked prior sent mail for reply style and existing summaries, created one draft reply for the project request and a reply for CorpCo and sent a new summary email covering these elements.</w:t>
      </w:r>
    </w:p>
    <w:p>
      <w:pPr>
        <w:spacing w:after="0"/>
        <w:ind w:left="360"/>
        <w:shd w:val="clear" w:color="auto" w:fill="F2F2F2"/>
      </w:pPr>
      <w:r>
        <w:rPr>
          <w:rFonts w:ascii="Consolas" w:hAnsi="Consolas"/>
          <w:sz w:val="18"/>
        </w:rPr>
        <w:t>--------------------------------------------------------------------------</w:t>
      </w:r>
    </w:p>
    <w:p>
      <w:pPr>
        <w:spacing w:after="40"/>
      </w:pPr>
    </w:p>
    <w:p>
      <w:pPr>
        <w:spacing w:after="80"/>
        <w:ind w:left="360"/>
      </w:pPr>
      <w:r>
        <w:t xml:space="preserve">3. </w:t>
      </w:r>
      <w:r>
        <w:rPr>
          <w:b w:val="0"/>
          <w:i w:val="0"/>
        </w:rPr>
        <w:t>Kiểm tra hộp thư đến của bạn trong Gmail, nơi sẽ hiển thị các bản nháp trả lời đã đề cập. Đây là một ví dụ:</w:t>
      </w:r>
    </w:p>
    <w:p>
      <w:pPr>
        <w:jc w:val="center"/>
      </w:pPr>
      <w:r>
        <w:drawing>
          <wp:inline xmlns:a="http://schemas.openxmlformats.org/drawingml/2006/main" xmlns:pic="http://schemas.openxmlformats.org/drawingml/2006/picture">
            <wp:extent cx="5486400" cy="2971989"/>
            <wp:docPr id="119" name="Picture 119"/>
            <wp:cNvGraphicFramePr>
              <a:graphicFrameLocks noChangeAspect="1"/>
            </wp:cNvGraphicFramePr>
            <a:graphic>
              <a:graphicData uri="http://schemas.openxmlformats.org/drawingml/2006/picture">
                <pic:pic>
                  <pic:nvPicPr>
                    <pic:cNvPr id="0" name="B36973_14_1.png"/>
                    <pic:cNvPicPr/>
                  </pic:nvPicPr>
                  <pic:blipFill>
                    <a:blip r:embed="rId117"/>
                    <a:stretch>
                      <a:fillRect/>
                    </a:stretch>
                  </pic:blipFill>
                  <pic:spPr>
                    <a:xfrm>
                      <a:off x="0" y="0"/>
                      <a:ext cx="5486400" cy="2971989"/>
                    </a:xfrm>
                    <a:prstGeom prst="rect"/>
                  </pic:spPr>
                </pic:pic>
              </a:graphicData>
            </a:graphic>
          </wp:inline>
        </w:drawing>
      </w:r>
    </w:p>
    <w:p>
      <w:pPr>
        <w:spacing w:after="160"/>
        <w:jc w:val="center"/>
      </w:pPr>
      <w:r>
        <w:rPr>
          <w:rFonts w:ascii="Calibri" w:hAnsi="Calibri"/>
          <w:b w:val="0"/>
          <w:i/>
          <w:sz w:val="19"/>
        </w:rPr>
        <w:t>Hình 14.1: Một phản hồi mẫu trên Gmail</w:t>
      </w:r>
    </w:p>
    <w:p>
      <w:pPr>
        <w:spacing w:after="80"/>
        <w:ind w:left="360"/>
      </w:pPr>
      <w:r>
        <w:t xml:space="preserve">4. </w:t>
      </w:r>
      <w:r>
        <w:rPr>
          <w:b w:val="0"/>
          <w:i w:val="0"/>
        </w:rPr>
        <w:t>Ngoài ra còn có một bản tóm tắt mô tả những email nhận được trong ngày hôm qua:</w:t>
      </w:r>
    </w:p>
    <w:p>
      <w:pPr>
        <w:spacing w:after="0"/>
        <w:ind w:left="360"/>
        <w:shd w:val="clear" w:color="auto" w:fill="F2F2F2"/>
      </w:pPr>
      <w:r>
        <w:rPr>
          <w:rFonts w:ascii="Consolas" w:hAnsi="Consolas"/>
          <w:sz w:val="18"/>
        </w:rPr>
        <w:t>The latest day of email was mostly a mix of transactional notifications, shipping and delivery updates, account/security notices, and promotional newsletters. The main practical items were Packt follow-ups that needed responses, a personal follow-up about a project and timing for next week, several delivery updates, and an SaaSApp temporary login code. Most other messages were informational or marketing-related and did not require action.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Draft created for Packt on gave a short status update that Chapter 14 is in progress.</w:t>
      </w:r>
    </w:p>
    <w:p>
      <w:pPr>
        <w:spacing w:after="0"/>
        <w:ind w:left="360"/>
        <w:shd w:val="clear" w:color="auto" w:fill="F2F2F2"/>
      </w:pPr>
      <w:r>
        <w:rPr>
          <w:rFonts w:ascii="Consolas" w:hAnsi="Consolas"/>
          <w:sz w:val="18"/>
        </w:rPr>
        <w:t>- Draft created on "CorpCo project": apologized for not having thought about it properly yet, said there should be a better sense next week, and agreed that next week sounds good.</w:t>
      </w:r>
    </w:p>
    <w:p>
      <w:pPr>
        <w:spacing w:after="40"/>
      </w:pPr>
    </w:p>
    <w:p>
      <w:pPr>
        <w:pStyle w:val="Heading3"/>
      </w:pPr>
      <w:r>
        <w:rPr>
          <w:rFonts w:ascii="Calibri" w:hAnsi="Calibri"/>
          <w:b/>
          <w:i w:val="0"/>
          <w:sz w:val="26"/>
        </w:rPr>
        <w:t>Cách hoạt động…</w:t>
      </w:r>
    </w:p>
    <w:p>
      <w:pPr>
        <w:spacing w:after="80"/>
      </w:pPr>
      <w:r>
        <w:rPr>
          <w:b w:val="0"/>
          <w:i w:val="0"/>
        </w:rPr>
        <w:t xml:space="preserve">Chúng ta dùng script </w:t>
      </w:r>
      <w:r>
        <w:rPr>
          <w:rFonts w:ascii="Consolas" w:hAnsi="Consolas"/>
          <w:b w:val="0"/>
          <w:i w:val="0"/>
          <w:sz w:val="20"/>
        </w:rPr>
        <w:br/>
        <w:br/>
        <w:t xml:space="preserve">      email_tool.py</w:t>
        <w:br/>
        <w:t xml:space="preserve">     </w:t>
        <w:br/>
      </w:r>
      <w:r>
        <w:rPr>
          <w:b w:val="0"/>
          <w:i w:val="0"/>
        </w:rPr>
        <w:t xml:space="preserve"> để đóng gói việc truy cập email và chuẩn bị các công cụ khác nhau mà chúng ta sẽ cho phép agent sử dụng. Những công cụ này được định nghĩa dưới dạng các hàm.</w:t>
      </w:r>
    </w:p>
    <w:p>
      <w:pPr>
        <w:spacing w:after="80"/>
      </w:pPr>
      <w:r>
        <w:rPr>
          <w:b w:val="0"/>
          <w:i w:val="0"/>
        </w:rPr>
        <w:t>Các hàm được kỳ vọng sẽ được agent gọi là:</w:t>
      </w:r>
    </w:p>
    <w:p>
      <w:pPr>
        <w:spacing w:after="80"/>
        <w:ind w:left="360"/>
      </w:pPr>
      <w:r>
        <w:t xml:space="preserve">• </w:t>
      </w:r>
      <w:r>
        <w:rPr>
          <w:rFonts w:ascii="Consolas" w:hAnsi="Consolas"/>
          <w:b w:val="0"/>
          <w:i w:val="0"/>
          <w:sz w:val="20"/>
        </w:rPr>
        <w:br/>
        <w:br/>
        <w:t xml:space="preserve">       read_stored_sent_emails</w:t>
        <w:br/>
        <w:t xml:space="preserve">      </w:t>
        <w:br/>
      </w:r>
      <w:r>
        <w:rPr>
          <w:b w:val="0"/>
          <w:i w:val="0"/>
        </w:rPr>
        <w:t>, trả về danh sách nội dung của các email đã gửi để cung cấp ngữ cảnh về phong cách và giọng điệu mong đợi cho các bản nháp trả lời.</w:t>
      </w:r>
    </w:p>
    <w:p>
      <w:pPr>
        <w:spacing w:after="80"/>
        <w:ind w:left="360"/>
      </w:pPr>
      <w:r>
        <w:t xml:space="preserve">• </w:t>
      </w:r>
      <w:r>
        <w:rPr>
          <w:rFonts w:ascii="Consolas" w:hAnsi="Consolas"/>
          <w:b w:val="0"/>
          <w:i w:val="0"/>
          <w:sz w:val="20"/>
        </w:rPr>
        <w:br/>
        <w:br/>
        <w:t xml:space="preserve">       retrieve_last_emails</w:t>
        <w:br/>
        <w:t xml:space="preserve">      </w:t>
        <w:br/>
      </w:r>
      <w:r>
        <w:rPr>
          <w:b w:val="0"/>
          <w:i w:val="0"/>
        </w:rPr>
        <w:t>, sẽ lấy tất cả email nhận được kể từ một ngày trước.</w:t>
      </w:r>
    </w:p>
    <w:p>
      <w:pPr>
        <w:spacing w:after="80"/>
        <w:ind w:left="360"/>
      </w:pPr>
      <w:r>
        <w:t xml:space="preserve">• </w:t>
      </w:r>
      <w:r>
        <w:rPr>
          <w:rFonts w:ascii="Consolas" w:hAnsi="Consolas"/>
          <w:b w:val="0"/>
          <w:i w:val="0"/>
          <w:sz w:val="20"/>
        </w:rPr>
        <w:br/>
        <w:br/>
        <w:t xml:space="preserve">       create_a_draft_reply</w:t>
        <w:br/>
        <w:t xml:space="preserve">      </w:t>
        <w:br/>
      </w:r>
      <w:r>
        <w:rPr>
          <w:b w:val="0"/>
          <w:i w:val="0"/>
        </w:rPr>
        <w:t>, để tạo phản hồi cho một email cần được trả lời. Phản hồi này được lưu dưới dạng bản nháp, để có thể xem lại sau.</w:t>
      </w:r>
    </w:p>
    <w:p>
      <w:pPr>
        <w:spacing w:after="80"/>
        <w:ind w:left="360"/>
      </w:pPr>
      <w:r>
        <w:t xml:space="preserve">• </w:t>
      </w:r>
      <w:r>
        <w:rPr>
          <w:rFonts w:ascii="Consolas" w:hAnsi="Consolas"/>
          <w:b w:val="0"/>
          <w:i w:val="0"/>
          <w:sz w:val="20"/>
        </w:rPr>
        <w:br/>
        <w:br/>
        <w:t xml:space="preserve">       send_a_summary_email</w:t>
        <w:br/>
        <w:t xml:space="preserve">      </w:t>
        <w:br/>
      </w:r>
      <w:r>
        <w:rPr>
          <w:b w:val="0"/>
          <w:i w:val="0"/>
        </w:rPr>
        <w:t>, để gửi email kèm bản tóm tắt các email đã nhận.</w:t>
      </w:r>
    </w:p>
    <w:p>
      <w:pPr>
        <w:spacing w:after="80"/>
      </w:pPr>
      <w:r>
        <w:rPr>
          <w:b w:val="0"/>
          <w:i w:val="0"/>
        </w:rPr>
        <w:t>Còn có thêm một số hàm khác, nhưng chúng được đánh dấu là nội bộ của mô-đun bằng cách thêm dấu gạch dưới (</w:t>
      </w:r>
      <w:r>
        <w:rPr>
          <w:rFonts w:ascii="Consolas" w:hAnsi="Consolas"/>
          <w:b w:val="0"/>
          <w:i w:val="0"/>
          <w:sz w:val="20"/>
        </w:rPr>
        <w:br/>
        <w:br/>
        <w:t xml:space="preserve">      _</w:t>
        <w:br/>
        <w:t xml:space="preserve">     </w:t>
        <w:br/>
      </w:r>
      <w:r>
        <w:rPr>
          <w:b w:val="0"/>
          <w:i w:val="0"/>
        </w:rPr>
        <w:t>) ở đầu tên.</w:t>
      </w:r>
    </w:p>
    <w:p>
      <w:pPr>
        <w:spacing w:after="80"/>
      </w:pPr>
      <w:r>
        <w:rPr>
          <w:b/>
          <w:i w:val="0"/>
        </w:rPr>
        <w:t>Mẹo</w:t>
      </w:r>
    </w:p>
    <w:p>
      <w:pPr>
        <w:spacing w:after="80"/>
      </w:pPr>
      <w:r>
        <w:rPr>
          <w:b w:val="0"/>
          <w:i w:val="0"/>
        </w:rPr>
        <w:t>Đây là một quy ước trong Python dùng để khai báo rằng hàm, mô-đun hoặc biến là nội bộ và không được mong đợi truy cập từ bên ngoài.</w:t>
      </w:r>
    </w:p>
    <w:p>
      <w:pPr>
        <w:spacing w:after="80"/>
      </w:pPr>
      <w:r>
        <w:rPr>
          <w:b w:val="0"/>
          <w:i w:val="0"/>
        </w:rPr>
        <w:t>Chúng tôi đã thêm một vài câu lệnh print để cung cấp phản hồi về việc truy cập vào các công cụ khác nhau, nhằm mục đích minh họa.</w:t>
      </w:r>
    </w:p>
    <w:p>
      <w:pPr>
        <w:pStyle w:val="Heading4"/>
      </w:pPr>
      <w:r>
        <w:rPr>
          <w:rFonts w:ascii="Calibri" w:hAnsi="Calibri"/>
          <w:b/>
          <w:i w:val="0"/>
          <w:sz w:val="23"/>
        </w:rPr>
        <w:t>Tương tác với dịch vụ email</w:t>
      </w:r>
    </w:p>
    <w:p>
      <w:pPr>
        <w:spacing w:after="80"/>
      </w:pPr>
      <w:r>
        <w:rPr>
          <w:b w:val="0"/>
          <w:i w:val="0"/>
        </w:rPr>
        <w:t>Ở đầu script, chúng ta định nghĩa các biến cơ bản sẽ được sử dụng xuyên suốt toàn bộ script:</w:t>
      </w:r>
    </w:p>
    <w:p>
      <w:pPr>
        <w:spacing w:after="0"/>
        <w:ind w:left="360"/>
        <w:shd w:val="clear" w:color="auto" w:fill="F2F2F2"/>
      </w:pPr>
      <w:r>
        <w:rPr>
          <w:rFonts w:ascii="Consolas" w:hAnsi="Consolas"/>
          <w:sz w:val="18"/>
        </w:rPr>
        <w:t>from dotenv import load_dotenv</w:t>
      </w:r>
    </w:p>
    <w:p>
      <w:pPr>
        <w:spacing w:after="0"/>
        <w:ind w:left="360"/>
        <w:shd w:val="clear" w:color="auto" w:fill="F2F2F2"/>
      </w:pPr>
      <w:r>
        <w:rPr>
          <w:rFonts w:ascii="Consolas" w:hAnsi="Consolas"/>
          <w:sz w:val="18"/>
        </w:rPr>
        <w:t>load_dotenv()</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EMAIL_USER = os.getenv('EMAIL_USER')</w:t>
      </w:r>
    </w:p>
    <w:p>
      <w:pPr>
        <w:spacing w:after="0"/>
        <w:ind w:left="360"/>
        <w:shd w:val="clear" w:color="auto" w:fill="F2F2F2"/>
      </w:pPr>
      <w:r>
        <w:rPr>
          <w:rFonts w:ascii="Consolas" w:hAnsi="Consolas"/>
          <w:sz w:val="18"/>
        </w:rPr>
        <w:t>EMAIL_PASSWORD = os.getenv('EMAIL_PASSWORD')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MAILBOX = os.getenv('MAILBOX', 'inbox')</w:t>
      </w:r>
    </w:p>
    <w:p>
      <w:pPr>
        <w:spacing w:after="0"/>
        <w:ind w:left="360"/>
        <w:shd w:val="clear" w:color="auto" w:fill="F2F2F2"/>
      </w:pPr>
      <w:r>
        <w:rPr>
          <w:rFonts w:ascii="Consolas" w:hAnsi="Consolas"/>
          <w:sz w:val="18"/>
        </w:rPr>
        <w:t>DRAFT_FOLDER = '"[Gmail]/Drafts"'</w:t>
      </w:r>
    </w:p>
    <w:p>
      <w:pPr>
        <w:spacing w:after="0"/>
        <w:ind w:left="360"/>
        <w:shd w:val="clear" w:color="auto" w:fill="F2F2F2"/>
      </w:pPr>
      <w:r>
        <w:rPr>
          <w:rFonts w:ascii="Consolas" w:hAnsi="Consolas"/>
          <w:sz w:val="18"/>
        </w:rPr>
        <w:t>SEND_FOLDER = '"[Gmail]/Sent Mail"'</w:t>
      </w:r>
    </w:p>
    <w:p>
      <w:pPr>
        <w:spacing w:after="0"/>
        <w:ind w:left="360"/>
        <w:shd w:val="clear" w:color="auto" w:fill="F2F2F2"/>
      </w:pPr>
      <w:r>
        <w:rPr>
          <w:rFonts w:ascii="Consolas" w:hAnsi="Consolas"/>
          <w:sz w:val="18"/>
        </w:rPr>
        <w:t>IMAP_SERVER = 'imap.gmail.com'</w:t>
      </w:r>
    </w:p>
    <w:p>
      <w:pPr>
        <w:spacing w:after="0"/>
        <w:ind w:left="360"/>
        <w:shd w:val="clear" w:color="auto" w:fill="F2F2F2"/>
      </w:pPr>
      <w:r>
        <w:rPr>
          <w:rFonts w:ascii="Consolas" w:hAnsi="Consolas"/>
          <w:sz w:val="18"/>
        </w:rPr>
        <w:t>SMTP_SERVER = 'smtp.gmail.com'</w:t>
      </w:r>
    </w:p>
    <w:p>
      <w:pPr>
        <w:spacing w:after="0"/>
        <w:ind w:left="360"/>
        <w:shd w:val="clear" w:color="auto" w:fill="F2F2F2"/>
      </w:pPr>
      <w:r>
        <w:rPr>
          <w:rFonts w:ascii="Consolas" w:hAnsi="Consolas"/>
          <w:sz w:val="18"/>
        </w:rPr>
        <w:t>SMTP_PORT = 465</w:t>
      </w:r>
    </w:p>
    <w:p>
      <w:pPr>
        <w:spacing w:after="40"/>
      </w:pPr>
    </w:p>
    <w:p>
      <w:pPr>
        <w:spacing w:after="80"/>
      </w:pPr>
      <w:r>
        <w:rPr>
          <w:b w:val="0"/>
          <w:i w:val="0"/>
        </w:rPr>
        <w:t>Chúng cho phép script kết nối với tài khoản Gmail và truy cập vào các thư mục khác nhau mà chúng ta sẽ kiểm tra.</w:t>
      </w:r>
    </w:p>
    <w:p>
      <w:pPr>
        <w:spacing w:after="80"/>
      </w:pPr>
      <w:r>
        <w:rPr>
          <w:b/>
          <w:i w:val="0"/>
        </w:rPr>
        <w:t>Lưu ý</w:t>
      </w:r>
    </w:p>
    <w:p>
      <w:pPr>
        <w:spacing w:after="80"/>
      </w:pPr>
      <w:r>
        <w:rPr>
          <w:b w:val="0"/>
          <w:i w:val="0"/>
        </w:rPr>
        <w:t xml:space="preserve">Lưu ý rằng các khóa được nhập từ tệp </w:t>
      </w:r>
      <w:r>
        <w:rPr>
          <w:rFonts w:ascii="Consolas" w:hAnsi="Consolas"/>
          <w:b w:val="0"/>
          <w:i w:val="0"/>
          <w:sz w:val="20"/>
        </w:rPr>
        <w:br/>
        <w:br/>
        <w:t xml:space="preserve">       .env</w:t>
        <w:br/>
        <w:t xml:space="preserve">      </w:t>
        <w:br/>
      </w:r>
      <w:r>
        <w:rPr>
          <w:b w:val="0"/>
          <w:i w:val="0"/>
        </w:rPr>
        <w:t xml:space="preserve">. Bạn nên điền chúng với thông tin của bạn. Lưu ý rằng </w:t>
      </w:r>
      <w:r>
        <w:rPr>
          <w:rFonts w:ascii="Consolas" w:hAnsi="Consolas"/>
          <w:b w:val="0"/>
          <w:i w:val="0"/>
          <w:sz w:val="20"/>
        </w:rPr>
        <w:br/>
        <w:br/>
        <w:t xml:space="preserve">       MAILBOX</w:t>
        <w:br/>
        <w:t xml:space="preserve">      </w:t>
        <w:br/>
      </w:r>
      <w:r>
        <w:rPr>
          <w:b w:val="0"/>
          <w:i w:val="0"/>
        </w:rPr>
        <w:t xml:space="preserve"> là tùy chọn; theo mặc định, nó sẽ sử dụng " </w:t>
      </w:r>
      <w:r>
        <w:rPr>
          <w:rFonts w:ascii="Consolas" w:hAnsi="Consolas"/>
          <w:b w:val="0"/>
          <w:i w:val="0"/>
          <w:sz w:val="20"/>
        </w:rPr>
        <w:br/>
        <w:br/>
        <w:t xml:space="preserve">       inbox</w:t>
        <w:br/>
        <w:t xml:space="preserve">      </w:t>
        <w:br/>
      </w:r>
      <w:r>
        <w:rPr>
          <w:b w:val="0"/>
          <w:i w:val="0"/>
        </w:rPr>
        <w:t xml:space="preserve"> ".</w:t>
      </w:r>
    </w:p>
    <w:p>
      <w:pPr>
        <w:spacing w:after="80"/>
      </w:pPr>
      <w:r>
        <w:rPr>
          <w:b w:val="0"/>
          <w:i w:val="0"/>
        </w:rPr>
        <w:t xml:space="preserve">Việc kết nối với tài khoản Gmail được xử lý thông qua hàm </w:t>
      </w:r>
      <w:r>
        <w:rPr>
          <w:rFonts w:ascii="Consolas" w:hAnsi="Consolas"/>
          <w:b w:val="0"/>
          <w:i w:val="0"/>
          <w:sz w:val="20"/>
        </w:rPr>
        <w:br/>
        <w:br/>
        <w:t xml:space="preserve">      _mail_select</w:t>
        <w:br/>
        <w:t xml:space="preserve">     </w:t>
        <w:br/>
      </w:r>
      <w:r>
        <w:rPr>
          <w:b w:val="0"/>
          <w:i w:val="0"/>
        </w:rPr>
        <w:t>.</w:t>
      </w:r>
    </w:p>
    <w:p>
      <w:pPr>
        <w:spacing w:after="0"/>
        <w:ind w:left="360"/>
        <w:shd w:val="clear" w:color="auto" w:fill="F2F2F2"/>
      </w:pPr>
      <w:r>
        <w:rPr>
          <w:rFonts w:ascii="Consolas" w:hAnsi="Consolas"/>
          <w:sz w:val="18"/>
        </w:rPr>
        <w:t>def _mail_select(folder):</w:t>
      </w:r>
    </w:p>
    <w:p>
      <w:pPr>
        <w:spacing w:after="0"/>
        <w:ind w:left="360"/>
        <w:shd w:val="clear" w:color="auto" w:fill="F2F2F2"/>
      </w:pPr>
      <w:r>
        <w:rPr>
          <w:rFonts w:ascii="Consolas" w:hAnsi="Consolas"/>
          <w:sz w:val="18"/>
        </w:rPr>
        <w:t xml:space="preserve">    mail = imaplib.IMAP4_SSL(IMAP_SERVER)</w:t>
      </w:r>
    </w:p>
    <w:p>
      <w:pPr>
        <w:spacing w:after="0"/>
        <w:ind w:left="360"/>
        <w:shd w:val="clear" w:color="auto" w:fill="F2F2F2"/>
      </w:pPr>
      <w:r>
        <w:rPr>
          <w:rFonts w:ascii="Consolas" w:hAnsi="Consolas"/>
          <w:sz w:val="18"/>
        </w:rPr>
        <w:t xml:space="preserve">    mail.login(EMAIL_USER, EMAIL_PASSWORD)</w:t>
      </w:r>
    </w:p>
    <w:p>
      <w:pPr>
        <w:spacing w:after="0"/>
        <w:ind w:left="360"/>
        <w:shd w:val="clear" w:color="auto" w:fill="F2F2F2"/>
      </w:pPr>
      <w:r>
        <w:rPr>
          <w:rFonts w:ascii="Consolas" w:hAnsi="Consolas"/>
          <w:sz w:val="18"/>
        </w:rPr>
        <w:t xml:space="preserve">    mail.select(folder)</w:t>
      </w:r>
    </w:p>
    <w:p>
      <w:pPr>
        <w:spacing w:after="0"/>
        <w:ind w:left="360"/>
        <w:shd w:val="clear" w:color="auto" w:fill="F2F2F2"/>
      </w:pPr>
      <w:r>
        <w:rPr>
          <w:rFonts w:ascii="Consolas" w:hAnsi="Consolas"/>
          <w:sz w:val="18"/>
        </w:rPr>
        <w:t xml:space="preserve">    return mail</w:t>
      </w:r>
    </w:p>
    <w:p>
      <w:pPr>
        <w:spacing w:after="40"/>
      </w:pPr>
    </w:p>
    <w:p>
      <w:pPr>
        <w:spacing w:after="80"/>
      </w:pPr>
      <w:r>
        <w:rPr>
          <w:b w:val="0"/>
          <w:i w:val="0"/>
        </w:rPr>
        <w:t xml:space="preserve">Thao tác này tạo một kết nối mới đến máy chủ và đăng nhập, và nó được thực hiện ở đầu tất cả các công cụ để tạo một kết nối mới. Lưu ý rằng nó yêu cầu phải </w:t>
      </w:r>
      <w:r>
        <w:rPr>
          <w:rFonts w:ascii="Consolas" w:hAnsi="Consolas"/>
          <w:b w:val="0"/>
          <w:i w:val="0"/>
          <w:sz w:val="20"/>
        </w:rPr>
        <w:br/>
        <w:br/>
        <w:t xml:space="preserve">      select</w:t>
        <w:br/>
        <w:t xml:space="preserve">     </w:t>
        <w:br/>
      </w:r>
      <w:r>
        <w:rPr>
          <w:b w:val="0"/>
          <w:i w:val="0"/>
        </w:rPr>
        <w:t xml:space="preserve"> một thư mục cụ thể, thư mục này sẽ được sử dụng khi chúng ta thực hiện các thao tác tiếp theo.</w:t>
      </w:r>
    </w:p>
    <w:p>
      <w:pPr>
        <w:spacing w:after="80"/>
      </w:pPr>
      <w:r>
        <w:rPr>
          <w:b w:val="0"/>
          <w:i w:val="0"/>
        </w:rPr>
        <w:t>Việc xử lý và tương tác với email được mô tả trong ba hàm:</w:t>
      </w:r>
    </w:p>
    <w:p>
      <w:pPr>
        <w:spacing w:after="80"/>
        <w:ind w:left="360"/>
      </w:pPr>
      <w:r>
        <w:t xml:space="preserve">• </w:t>
      </w:r>
      <w:r>
        <w:rPr>
          <w:rFonts w:ascii="Consolas" w:hAnsi="Consolas"/>
          <w:b w:val="0"/>
          <w:i w:val="0"/>
          <w:sz w:val="20"/>
        </w:rPr>
        <w:br/>
        <w:br/>
        <w:t xml:space="preserve">       _mail_select</w:t>
        <w:br/>
        <w:t xml:space="preserve">      </w:t>
        <w:br/>
      </w:r>
      <w:r>
        <w:rPr>
          <w:b w:val="0"/>
          <w:i w:val="0"/>
        </w:rPr>
        <w:t>, như chúng ta đã mô tả</w:t>
      </w:r>
    </w:p>
    <w:p>
      <w:pPr>
        <w:spacing w:after="80"/>
        <w:ind w:left="360"/>
      </w:pPr>
      <w:r>
        <w:t xml:space="preserve">• </w:t>
      </w:r>
      <w:r>
        <w:rPr>
          <w:rFonts w:ascii="Consolas" w:hAnsi="Consolas"/>
          <w:b w:val="0"/>
          <w:i w:val="0"/>
          <w:sz w:val="20"/>
        </w:rPr>
        <w:br/>
        <w:br/>
        <w:t xml:space="preserve">       _retrieve_email_message</w:t>
        <w:br/>
        <w:t xml:space="preserve">      </w:t>
        <w:br/>
      </w:r>
      <w:r>
        <w:rPr>
          <w:b w:val="0"/>
          <w:i w:val="0"/>
        </w:rPr>
        <w:t>, để thực hiện một lệnh gọi và trả về phiên bản thô của email</w:t>
      </w:r>
    </w:p>
    <w:p>
      <w:pPr>
        <w:spacing w:after="80"/>
        <w:ind w:left="360"/>
      </w:pPr>
      <w:r>
        <w:t xml:space="preserve">• </w:t>
      </w:r>
      <w:r>
        <w:rPr>
          <w:rFonts w:ascii="Consolas" w:hAnsi="Consolas"/>
          <w:b w:val="0"/>
          <w:i w:val="0"/>
          <w:sz w:val="20"/>
        </w:rPr>
        <w:br/>
        <w:br/>
        <w:t xml:space="preserve">       _parse_email</w:t>
        <w:br/>
        <w:t xml:space="preserve">      </w:t>
        <w:br/>
      </w:r>
      <w:r>
        <w:rPr>
          <w:b w:val="0"/>
          <w:i w:val="0"/>
        </w:rPr>
        <w:t>, hàm này trả về một dictionary dễ quản lý hơn chỉ chứa những phần của email mà chúng ta quan tâm</w:t>
      </w:r>
    </w:p>
    <w:p>
      <w:pPr>
        <w:spacing w:after="80"/>
      </w:pPr>
      <w:r>
        <w:rPr>
          <w:b w:val="0"/>
          <w:i w:val="0"/>
        </w:rPr>
        <w:t>Hãy xem code của từng hàm.</w:t>
      </w:r>
    </w:p>
    <w:p>
      <w:pPr>
        <w:spacing w:after="0"/>
        <w:ind w:left="360"/>
        <w:shd w:val="clear" w:color="auto" w:fill="F2F2F2"/>
      </w:pPr>
      <w:r>
        <w:rPr>
          <w:rFonts w:ascii="Consolas" w:hAnsi="Consolas"/>
          <w:sz w:val="18"/>
        </w:rPr>
        <w:t>def _retrieve_email_message(mail, email_uid):</w:t>
      </w:r>
    </w:p>
    <w:p>
      <w:pPr>
        <w:spacing w:after="0"/>
        <w:ind w:left="360"/>
        <w:shd w:val="clear" w:color="auto" w:fill="F2F2F2"/>
      </w:pPr>
      <w:r>
        <w:rPr>
          <w:rFonts w:ascii="Consolas" w:hAnsi="Consolas"/>
          <w:sz w:val="18"/>
        </w:rPr>
        <w:t xml:space="preserve">    result, data = mail.uid('fetch', email_uid, '(RFC822)')</w:t>
      </w:r>
    </w:p>
    <w:p>
      <w:pPr>
        <w:spacing w:after="0"/>
        <w:ind w:left="360"/>
        <w:shd w:val="clear" w:color="auto" w:fill="F2F2F2"/>
      </w:pPr>
      <w:r>
        <w:rPr>
          <w:rFonts w:ascii="Consolas" w:hAnsi="Consolas"/>
          <w:sz w:val="18"/>
        </w:rPr>
        <w:t xml:space="preserve">    raw_email = data[0][1]</w:t>
      </w:r>
    </w:p>
    <w:p>
      <w:pPr>
        <w:spacing w:after="0"/>
        <w:ind w:left="360"/>
        <w:shd w:val="clear" w:color="auto" w:fill="F2F2F2"/>
      </w:pPr>
      <w:r>
        <w:rPr>
          <w:rFonts w:ascii="Consolas" w:hAnsi="Consolas"/>
          <w:sz w:val="18"/>
        </w:rPr>
        <w:t xml:space="preserve">    email_message = BytesParser(policy=default).parsebytes(raw_email)</w:t>
      </w:r>
    </w:p>
    <w:p>
      <w:pPr>
        <w:spacing w:after="0"/>
        <w:ind w:left="360"/>
        <w:shd w:val="clear" w:color="auto" w:fill="F2F2F2"/>
      </w:pPr>
      <w:r>
        <w:rPr>
          <w:rFonts w:ascii="Consolas" w:hAnsi="Consolas"/>
          <w:sz w:val="18"/>
        </w:rPr>
        <w:t xml:space="preserve">    return email_message</w:t>
      </w:r>
    </w:p>
    <w:p>
      <w:pPr>
        <w:spacing w:after="40"/>
      </w:pPr>
    </w:p>
    <w:p>
      <w:pPr>
        <w:spacing w:after="80"/>
      </w:pPr>
      <w:r>
        <w:rPr>
          <w:b w:val="0"/>
          <w:i w:val="0"/>
        </w:rPr>
        <w:t xml:space="preserve">Trong </w:t>
      </w:r>
      <w:r>
        <w:rPr>
          <w:rFonts w:ascii="Consolas" w:hAnsi="Consolas"/>
          <w:b w:val="0"/>
          <w:i w:val="0"/>
          <w:sz w:val="20"/>
        </w:rPr>
        <w:br/>
        <w:br/>
        <w:t xml:space="preserve">      imaplib</w:t>
        <w:br/>
        <w:t xml:space="preserve">     </w:t>
        <w:br/>
      </w:r>
      <w:r>
        <w:rPr>
          <w:b w:val="0"/>
          <w:i w:val="0"/>
        </w:rPr>
        <w:t xml:space="preserve">, bạn có thể truy cập </w:t>
      </w:r>
      <w:r>
        <w:rPr>
          <w:rFonts w:ascii="Consolas" w:hAnsi="Consolas"/>
          <w:b w:val="0"/>
          <w:i w:val="0"/>
          <w:sz w:val="20"/>
        </w:rPr>
        <w:br/>
        <w:br/>
        <w:t xml:space="preserve">      .uid</w:t>
        <w:br/>
        <w:t xml:space="preserve">     </w:t>
        <w:br/>
      </w:r>
      <w:r>
        <w:rPr>
          <w:b w:val="0"/>
          <w:i w:val="0"/>
        </w:rPr>
        <w:t xml:space="preserve"> của các email trong thư mục đã chọn. Với thao tác </w:t>
      </w:r>
      <w:r>
        <w:rPr>
          <w:rFonts w:ascii="Consolas" w:hAnsi="Consolas"/>
          <w:b w:val="0"/>
          <w:i w:val="0"/>
          <w:sz w:val="20"/>
        </w:rPr>
        <w:br/>
        <w:br/>
        <w:t xml:space="preserve">      fetch</w:t>
        <w:br/>
        <w:t xml:space="preserve">     </w:t>
        <w:br/>
      </w:r>
      <w:r>
        <w:rPr>
          <w:b w:val="0"/>
          <w:i w:val="0"/>
        </w:rPr>
        <w:t xml:space="preserve">, bạn lấy một email được xác định bởi </w:t>
      </w:r>
      <w:r>
        <w:rPr>
          <w:rFonts w:ascii="Consolas" w:hAnsi="Consolas"/>
          <w:b w:val="0"/>
          <w:i w:val="0"/>
          <w:sz w:val="20"/>
        </w:rPr>
        <w:br/>
        <w:br/>
        <w:t xml:space="preserve">      uid</w:t>
        <w:br/>
        <w:t xml:space="preserve">     </w:t>
        <w:br/>
      </w:r>
      <w:r>
        <w:rPr>
          <w:b w:val="0"/>
          <w:i w:val="0"/>
        </w:rPr>
        <w:t xml:space="preserve"> của nó. UID của một email là một mã định danh duy nhất.</w:t>
      </w:r>
    </w:p>
    <w:p>
      <w:pPr>
        <w:spacing w:after="80"/>
      </w:pPr>
      <w:r>
        <w:rPr>
          <w:b/>
          <w:i w:val="0"/>
        </w:rPr>
        <w:t>Mẹo</w:t>
      </w:r>
    </w:p>
    <w:p>
      <w:pPr>
        <w:spacing w:after="80"/>
      </w:pPr>
      <w:r>
        <w:rPr>
          <w:b w:val="0"/>
          <w:i w:val="0"/>
        </w:rPr>
        <w:t xml:space="preserve">Chúng ta sẽ thấy một chút sau này thao tác </w:t>
      </w:r>
      <w:r>
        <w:rPr>
          <w:rFonts w:ascii="Consolas" w:hAnsi="Consolas"/>
          <w:b w:val="0"/>
          <w:i w:val="0"/>
          <w:sz w:val="20"/>
        </w:rPr>
        <w:br/>
        <w:br/>
        <w:t xml:space="preserve">       search</w:t>
        <w:br/>
        <w:t xml:space="preserve">      </w:t>
        <w:br/>
      </w:r>
      <w:r>
        <w:rPr>
          <w:b w:val="0"/>
          <w:i w:val="0"/>
        </w:rPr>
        <w:t xml:space="preserve"> sẽ cho phép chúng ta lấy về một danh sách các </w:t>
      </w:r>
      <w:r>
        <w:rPr>
          <w:rFonts w:ascii="Consolas" w:hAnsi="Consolas"/>
          <w:b w:val="0"/>
          <w:i w:val="0"/>
          <w:sz w:val="20"/>
        </w:rPr>
        <w:br/>
        <w:br/>
        <w:t xml:space="preserve">       uids</w:t>
        <w:br/>
        <w:t xml:space="preserve">      </w:t>
        <w:br/>
      </w:r>
      <w:r>
        <w:rPr>
          <w:b w:val="0"/>
          <w:i w:val="0"/>
        </w:rPr>
        <w:t xml:space="preserve"> email.</w:t>
      </w:r>
    </w:p>
    <w:p>
      <w:pPr>
        <w:spacing w:after="80"/>
      </w:pPr>
      <w:r>
        <w:rPr>
          <w:b w:val="0"/>
          <w:i w:val="0"/>
        </w:rPr>
        <w:t xml:space="preserve">Chúng ta lấy về </w:t>
      </w:r>
      <w:r>
        <w:rPr>
          <w:rFonts w:ascii="Consolas" w:hAnsi="Consolas"/>
          <w:b w:val="0"/>
          <w:i w:val="0"/>
          <w:sz w:val="20"/>
        </w:rPr>
        <w:br/>
        <w:br/>
        <w:t xml:space="preserve">      raw_email</w:t>
        <w:br/>
        <w:t xml:space="preserve">     </w:t>
        <w:br/>
      </w:r>
      <w:r>
        <w:rPr>
          <w:b w:val="0"/>
          <w:i w:val="0"/>
        </w:rPr>
        <w:t xml:space="preserve"> , và phân tích nó thành một đối tượng </w:t>
      </w:r>
      <w:r>
        <w:rPr>
          <w:rFonts w:ascii="Consolas" w:hAnsi="Consolas"/>
          <w:b w:val="0"/>
          <w:i w:val="0"/>
          <w:sz w:val="20"/>
        </w:rPr>
        <w:br/>
        <w:br/>
        <w:t xml:space="preserve">      EmailMessage</w:t>
        <w:br/>
        <w:t xml:space="preserve">     </w:t>
        <w:br/>
      </w:r>
      <w:r>
        <w:rPr>
          <w:b w:val="0"/>
          <w:i w:val="0"/>
        </w:rPr>
        <w:t xml:space="preserve"> . Đối tượng này chứa rất nhiều thông tin, nên để đơn giản hóa, chúng ta thường sẽ tiến hành gọi </w:t>
      </w:r>
      <w:r>
        <w:rPr>
          <w:rFonts w:ascii="Consolas" w:hAnsi="Consolas"/>
          <w:b w:val="0"/>
          <w:i w:val="0"/>
          <w:sz w:val="20"/>
        </w:rPr>
        <w:br/>
        <w:br/>
        <w:t xml:space="preserve">      _parse_email</w:t>
        <w:br/>
        <w:t xml:space="preserve">     </w:t>
        <w:br/>
      </w:r>
      <w:r>
        <w:rPr>
          <w:b w:val="0"/>
          <w:i w:val="0"/>
        </w:rPr>
        <w:t xml:space="preserve"> .</w:t>
      </w:r>
    </w:p>
    <w:p>
      <w:pPr>
        <w:spacing w:after="0"/>
        <w:ind w:left="360"/>
        <w:shd w:val="clear" w:color="auto" w:fill="F2F2F2"/>
      </w:pPr>
      <w:r>
        <w:rPr>
          <w:rFonts w:ascii="Consolas" w:hAnsi="Consolas"/>
          <w:sz w:val="18"/>
        </w:rPr>
        <w:t>def _parse_email(email_uid, email_message):</w:t>
      </w:r>
    </w:p>
    <w:p>
      <w:pPr>
        <w:spacing w:after="0"/>
        <w:ind w:left="360"/>
        <w:shd w:val="clear" w:color="auto" w:fill="F2F2F2"/>
      </w:pPr>
      <w:r>
        <w:rPr>
          <w:rFonts w:ascii="Consolas" w:hAnsi="Consolas"/>
          <w:sz w:val="18"/>
        </w:rPr>
        <w:t xml:space="preserve">    subject = email_message['subject']</w:t>
      </w:r>
    </w:p>
    <w:p>
      <w:pPr>
        <w:spacing w:after="0"/>
        <w:ind w:left="360"/>
        <w:shd w:val="clear" w:color="auto" w:fill="F2F2F2"/>
      </w:pPr>
      <w:r>
        <w:rPr>
          <w:rFonts w:ascii="Consolas" w:hAnsi="Consolas"/>
          <w:sz w:val="18"/>
        </w:rPr>
        <w:t xml:space="preserve">    address = parseaddr(email_message['From'])</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Walk the entire MIME tree, collect text parts</w:t>
      </w:r>
    </w:p>
    <w:p>
      <w:pPr>
        <w:spacing w:after="0"/>
        <w:ind w:left="360"/>
        <w:shd w:val="clear" w:color="auto" w:fill="F2F2F2"/>
      </w:pPr>
      <w:r>
        <w:rPr>
          <w:rFonts w:ascii="Consolas" w:hAnsi="Consolas"/>
          <w:sz w:val="18"/>
        </w:rPr>
        <w:t xml:space="preserve">    text_plain = None</w:t>
      </w:r>
    </w:p>
    <w:p>
      <w:pPr>
        <w:spacing w:after="0"/>
        <w:ind w:left="360"/>
        <w:shd w:val="clear" w:color="auto" w:fill="F2F2F2"/>
      </w:pPr>
      <w:r>
        <w:rPr>
          <w:rFonts w:ascii="Consolas" w:hAnsi="Consolas"/>
          <w:sz w:val="18"/>
        </w:rPr>
        <w:t xml:space="preserve">    text_html = None</w:t>
      </w:r>
    </w:p>
    <w:p>
      <w:pPr>
        <w:spacing w:after="0"/>
        <w:ind w:left="360"/>
        <w:shd w:val="clear" w:color="auto" w:fill="F2F2F2"/>
      </w:pPr>
      <w:r>
        <w:rPr>
          <w:rFonts w:ascii="Consolas" w:hAnsi="Consolas"/>
          <w:sz w:val="18"/>
        </w:rPr>
        <w:t>for part in email_message.walk():</w:t>
      </w:r>
    </w:p>
    <w:p>
      <w:pPr>
        <w:spacing w:after="0"/>
        <w:ind w:left="360"/>
        <w:shd w:val="clear" w:color="auto" w:fill="F2F2F2"/>
      </w:pPr>
      <w:r>
        <w:rPr>
          <w:rFonts w:ascii="Consolas" w:hAnsi="Consolas"/>
          <w:sz w:val="18"/>
        </w:rPr>
        <w:t xml:space="preserve">        content_type = part.get_content_type()</w:t>
      </w:r>
    </w:p>
    <w:p>
      <w:pPr>
        <w:spacing w:after="0"/>
        <w:ind w:left="360"/>
        <w:shd w:val="clear" w:color="auto" w:fill="F2F2F2"/>
      </w:pPr>
      <w:r>
        <w:rPr>
          <w:rFonts w:ascii="Consolas" w:hAnsi="Consolas"/>
          <w:sz w:val="18"/>
        </w:rPr>
        <w:t xml:space="preserve">        if content_type == 'text/plain' and text_plain is None:</w:t>
      </w:r>
    </w:p>
    <w:p>
      <w:pPr>
        <w:spacing w:after="0"/>
        <w:ind w:left="360"/>
        <w:shd w:val="clear" w:color="auto" w:fill="F2F2F2"/>
      </w:pPr>
      <w:r>
        <w:rPr>
          <w:rFonts w:ascii="Consolas" w:hAnsi="Consolas"/>
          <w:sz w:val="18"/>
        </w:rPr>
        <w:t xml:space="preserve">            text_plain = part.get_content()</w:t>
      </w:r>
    </w:p>
    <w:p>
      <w:pPr>
        <w:spacing w:after="0"/>
        <w:ind w:left="360"/>
        <w:shd w:val="clear" w:color="auto" w:fill="F2F2F2"/>
      </w:pPr>
      <w:r>
        <w:rPr>
          <w:rFonts w:ascii="Consolas" w:hAnsi="Consolas"/>
          <w:sz w:val="18"/>
        </w:rPr>
        <w:t xml:space="preserve">        elif content_type == 'text/html' and text_html is None:</w:t>
      </w:r>
    </w:p>
    <w:p>
      <w:pPr>
        <w:spacing w:after="0"/>
        <w:ind w:left="360"/>
        <w:shd w:val="clear" w:color="auto" w:fill="F2F2F2"/>
      </w:pPr>
      <w:r>
        <w:rPr>
          <w:rFonts w:ascii="Consolas" w:hAnsi="Consolas"/>
          <w:sz w:val="18"/>
        </w:rPr>
        <w:t xml:space="preserve">            text_html = part.get_content()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Prefer plain text, fall back to HTML</w:t>
      </w:r>
    </w:p>
    <w:p>
      <w:pPr>
        <w:spacing w:after="0"/>
        <w:ind w:left="360"/>
        <w:shd w:val="clear" w:color="auto" w:fill="F2F2F2"/>
      </w:pPr>
      <w:r>
        <w:rPr>
          <w:rFonts w:ascii="Consolas" w:hAnsi="Consolas"/>
          <w:sz w:val="18"/>
        </w:rPr>
        <w:t xml:space="preserve">    payload = text_plain or text_html or ''</w:t>
      </w:r>
    </w:p>
    <w:p>
      <w:pPr>
        <w:spacing w:after="0"/>
        <w:ind w:left="360"/>
        <w:shd w:val="clear" w:color="auto" w:fill="F2F2F2"/>
      </w:pPr>
      <w:r>
        <w:rPr>
          <w:rFonts w:ascii="Consolas" w:hAnsi="Consolas"/>
          <w:sz w:val="18"/>
        </w:rPr>
        <w:t># We need this information for replies</w:t>
      </w:r>
    </w:p>
    <w:p>
      <w:pPr>
        <w:spacing w:after="0"/>
        <w:ind w:left="360"/>
        <w:shd w:val="clear" w:color="auto" w:fill="F2F2F2"/>
      </w:pPr>
      <w:r>
        <w:rPr>
          <w:rFonts w:ascii="Consolas" w:hAnsi="Consolas"/>
          <w:sz w:val="18"/>
        </w:rPr>
        <w:t xml:space="preserve">    message_id = email_message['Message-Id']</w:t>
      </w:r>
    </w:p>
    <w:p>
      <w:pPr>
        <w:spacing w:after="0"/>
        <w:ind w:left="360"/>
        <w:shd w:val="clear" w:color="auto" w:fill="F2F2F2"/>
      </w:pPr>
      <w:r>
        <w:rPr>
          <w:rFonts w:ascii="Consolas" w:hAnsi="Consolas"/>
          <w:sz w:val="18"/>
        </w:rPr>
        <w:t xml:space="preserve">    email_references = email_message.get('References', '')</w:t>
      </w:r>
    </w:p>
    <w:p>
      <w:pPr>
        <w:spacing w:after="0"/>
        <w:ind w:left="360"/>
        <w:shd w:val="clear" w:color="auto" w:fill="F2F2F2"/>
      </w:pPr>
      <w:r>
        <w:rPr>
          <w:rFonts w:ascii="Consolas" w:hAnsi="Consolas"/>
          <w:sz w:val="18"/>
        </w:rPr>
        <w:t xml:space="preserve">    references = (email_references + ' ' + message_id).strip()</w:t>
      </w:r>
    </w:p>
    <w:p>
      <w:pPr>
        <w:spacing w:after="0"/>
        <w:ind w:left="360"/>
        <w:shd w:val="clear" w:color="auto" w:fill="F2F2F2"/>
      </w:pPr>
      <w:r>
        <w:rPr>
          <w:rFonts w:ascii="Consolas" w:hAnsi="Consolas"/>
          <w:sz w:val="18"/>
        </w:rPr>
        <w:t xml:space="preserve">    reply_to = email_message['Reply-To'] or email_message['From']</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result = {</w:t>
      </w:r>
    </w:p>
    <w:p>
      <w:pPr>
        <w:spacing w:after="0"/>
        <w:ind w:left="360"/>
        <w:shd w:val="clear" w:color="auto" w:fill="F2F2F2"/>
      </w:pPr>
      <w:r>
        <w:rPr>
          <w:rFonts w:ascii="Consolas" w:hAnsi="Consolas"/>
          <w:sz w:val="18"/>
        </w:rPr>
        <w:t xml:space="preserve">        'email_uid': email_uid,</w:t>
      </w:r>
    </w:p>
    <w:p>
      <w:pPr>
        <w:spacing w:after="0"/>
        <w:ind w:left="360"/>
        <w:shd w:val="clear" w:color="auto" w:fill="F2F2F2"/>
      </w:pPr>
      <w:r>
        <w:rPr>
          <w:rFonts w:ascii="Consolas" w:hAnsi="Consolas"/>
          <w:sz w:val="18"/>
        </w:rPr>
        <w:t xml:space="preserve">        'message-id': message_id,</w:t>
      </w:r>
    </w:p>
    <w:p>
      <w:pPr>
        <w:spacing w:after="0"/>
        <w:ind w:left="360"/>
        <w:shd w:val="clear" w:color="auto" w:fill="F2F2F2"/>
      </w:pPr>
      <w:r>
        <w:rPr>
          <w:rFonts w:ascii="Consolas" w:hAnsi="Consolas"/>
          <w:sz w:val="18"/>
        </w:rPr>
        <w:t xml:space="preserve">        'references': references,</w:t>
      </w:r>
    </w:p>
    <w:p>
      <w:pPr>
        <w:spacing w:after="0"/>
        <w:ind w:left="360"/>
        <w:shd w:val="clear" w:color="auto" w:fill="F2F2F2"/>
      </w:pPr>
      <w:r>
        <w:rPr>
          <w:rFonts w:ascii="Consolas" w:hAnsi="Consolas"/>
          <w:sz w:val="18"/>
        </w:rPr>
        <w:t xml:space="preserve">        'reply_to': reply_to,</w:t>
      </w:r>
    </w:p>
    <w:p>
      <w:pPr>
        <w:spacing w:after="0"/>
        <w:ind w:left="360"/>
        <w:shd w:val="clear" w:color="auto" w:fill="F2F2F2"/>
      </w:pPr>
      <w:r>
        <w:rPr>
          <w:rFonts w:ascii="Consolas" w:hAnsi="Consolas"/>
          <w:sz w:val="18"/>
        </w:rPr>
        <w:t xml:space="preserve">        'subject': subject,</w:t>
      </w:r>
    </w:p>
    <w:p>
      <w:pPr>
        <w:spacing w:after="0"/>
        <w:ind w:left="360"/>
        <w:shd w:val="clear" w:color="auto" w:fill="F2F2F2"/>
      </w:pPr>
      <w:r>
        <w:rPr>
          <w:rFonts w:ascii="Consolas" w:hAnsi="Consolas"/>
          <w:sz w:val="18"/>
        </w:rPr>
        <w:t xml:space="preserve">        'address': address,</w:t>
      </w:r>
    </w:p>
    <w:p>
      <w:pPr>
        <w:spacing w:after="0"/>
        <w:ind w:left="360"/>
        <w:shd w:val="clear" w:color="auto" w:fill="F2F2F2"/>
      </w:pPr>
      <w:r>
        <w:rPr>
          <w:rFonts w:ascii="Consolas" w:hAnsi="Consolas"/>
          <w:sz w:val="18"/>
        </w:rPr>
        <w:t xml:space="preserve">        'payload': payload,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return result</w:t>
      </w:r>
    </w:p>
    <w:p>
      <w:pPr>
        <w:spacing w:after="40"/>
      </w:pPr>
    </w:p>
    <w:p>
      <w:pPr>
        <w:spacing w:after="80"/>
      </w:pPr>
      <w:r>
        <w:rPr>
          <w:b w:val="0"/>
          <w:i w:val="0"/>
        </w:rPr>
        <w:t xml:space="preserve">Mục tiêu của </w:t>
      </w:r>
      <w:r>
        <w:rPr>
          <w:rFonts w:ascii="Consolas" w:hAnsi="Consolas"/>
          <w:b w:val="0"/>
          <w:i w:val="0"/>
          <w:sz w:val="20"/>
        </w:rPr>
        <w:br/>
        <w:br/>
        <w:t xml:space="preserve">      _parse_email</w:t>
        <w:br/>
        <w:t xml:space="preserve">     </w:t>
        <w:br/>
      </w:r>
      <w:r>
        <w:rPr>
          <w:b w:val="0"/>
          <w:i w:val="0"/>
        </w:rPr>
        <w:t xml:space="preserve"> là trả về một dictionary dễ truy cập với các thành phần chính của nó. Một số thông tin được trích xuất từ đối tượng </w:t>
      </w:r>
      <w:r>
        <w:rPr>
          <w:rFonts w:ascii="Consolas" w:hAnsi="Consolas"/>
          <w:b w:val="0"/>
          <w:i w:val="0"/>
          <w:sz w:val="20"/>
        </w:rPr>
        <w:br/>
        <w:br/>
        <w:t xml:space="preserve">      EmailMessage</w:t>
        <w:br/>
        <w:t xml:space="preserve">     </w:t>
        <w:br/>
      </w:r>
      <w:r>
        <w:rPr>
          <w:b w:val="0"/>
          <w:i w:val="0"/>
        </w:rPr>
        <w:t xml:space="preserve"> giống như một dictionary (ví dụ </w:t>
      </w:r>
      <w:r>
        <w:rPr>
          <w:rFonts w:ascii="Consolas" w:hAnsi="Consolas"/>
          <w:b w:val="0"/>
          <w:i w:val="0"/>
          <w:sz w:val="20"/>
        </w:rPr>
        <w:br/>
        <w:br/>
        <w:t xml:space="preserve">      subject</w:t>
        <w:br/>
        <w:t xml:space="preserve">     </w:t>
        <w:br/>
      </w:r>
      <w:r>
        <w:rPr>
          <w:b w:val="0"/>
          <w:i w:val="0"/>
        </w:rPr>
        <w:t xml:space="preserve"> hoặc </w:t>
      </w:r>
      <w:r>
        <w:rPr>
          <w:rFonts w:ascii="Consolas" w:hAnsi="Consolas"/>
          <w:b w:val="0"/>
          <w:i w:val="0"/>
          <w:sz w:val="20"/>
        </w:rPr>
        <w:br/>
        <w:br/>
        <w:t xml:space="preserve">      From</w:t>
        <w:br/>
        <w:t xml:space="preserve">     </w:t>
        <w:br/>
      </w:r>
      <w:r>
        <w:rPr>
          <w:b w:val="0"/>
          <w:i w:val="0"/>
        </w:rPr>
        <w:t xml:space="preserve"> ), nhưng nó cũng duyệt qua các phần khác nhau mà một email có thể có để trả về phiên bản văn bản hoặc (nếu không có) phiên bản HTML của nội dung.</w:t>
      </w:r>
    </w:p>
    <w:p>
      <w:pPr>
        <w:spacing w:after="80"/>
      </w:pPr>
      <w:r>
        <w:rPr>
          <w:b/>
          <w:i w:val="0"/>
        </w:rPr>
        <w:t>Mẹo</w:t>
      </w:r>
    </w:p>
    <w:p>
      <w:pPr>
        <w:spacing w:after="80"/>
      </w:pPr>
      <w:r>
        <w:rPr>
          <w:b w:val="0"/>
          <w:i w:val="0"/>
        </w:rPr>
        <w:t>Với mục tiêu hiểu nội dung email của chúng ta, tốt hơn là mặc định dùng phiên bản văn bản.</w:t>
      </w:r>
    </w:p>
    <w:p>
      <w:pPr>
        <w:spacing w:after="80"/>
      </w:pPr>
      <w:r>
        <w:rPr>
          <w:b w:val="0"/>
          <w:i w:val="0"/>
        </w:rPr>
        <w:t xml:space="preserve">Cũng lưu ý rằng chúng ta thu thập </w:t>
      </w:r>
      <w:r>
        <w:rPr>
          <w:rFonts w:ascii="Consolas" w:hAnsi="Consolas"/>
          <w:b w:val="0"/>
          <w:i w:val="0"/>
          <w:sz w:val="20"/>
        </w:rPr>
        <w:br/>
        <w:br/>
        <w:t xml:space="preserve">      Reply‑To</w:t>
        <w:br/>
        <w:t xml:space="preserve">     </w:t>
        <w:br/>
      </w:r>
      <w:r>
        <w:rPr>
          <w:b w:val="0"/>
          <w:i w:val="0"/>
        </w:rPr>
        <w:t xml:space="preserve"> để hiểu cần gửi trả lời cho ai. Nếu không có Reply-To, thì đây nên là trường </w:t>
      </w:r>
      <w:r>
        <w:rPr>
          <w:rFonts w:ascii="Consolas" w:hAnsi="Consolas"/>
          <w:b w:val="0"/>
          <w:i w:val="0"/>
          <w:sz w:val="20"/>
        </w:rPr>
        <w:br/>
        <w:br/>
        <w:t xml:space="preserve">      From</w:t>
        <w:br/>
        <w:t xml:space="preserve">     </w:t>
        <w:br/>
      </w:r>
      <w:r>
        <w:rPr>
          <w:b w:val="0"/>
          <w:i w:val="0"/>
        </w:rPr>
        <w:t xml:space="preserve"> .</w:t>
      </w:r>
    </w:p>
    <w:p>
      <w:pPr>
        <w:spacing w:after="80"/>
      </w:pPr>
      <w:r>
        <w:rPr>
          <w:b w:val="0"/>
          <w:i w:val="0"/>
        </w:rPr>
        <w:t>Cuối cùng, chúng ta tạo một dictionary với tất cả thông tin này và trả về nó.</w:t>
      </w:r>
    </w:p>
    <w:p>
      <w:pPr>
        <w:pStyle w:val="Heading4"/>
      </w:pPr>
      <w:r>
        <w:rPr>
          <w:rFonts w:ascii="Calibri" w:hAnsi="Calibri"/>
          <w:b/>
          <w:i w:val="0"/>
          <w:sz w:val="23"/>
        </w:rPr>
        <w:t>Lấy về các email đã gửi</w:t>
      </w:r>
    </w:p>
    <w:p>
      <w:pPr>
        <w:spacing w:after="80"/>
      </w:pPr>
      <w:r>
        <w:rPr>
          <w:b w:val="0"/>
          <w:i w:val="0"/>
        </w:rPr>
        <w:t xml:space="preserve">Ở cuối file, nếu chúng ta gọi </w:t>
      </w:r>
      <w:r>
        <w:rPr>
          <w:rFonts w:ascii="Consolas" w:hAnsi="Consolas"/>
          <w:b w:val="0"/>
          <w:i w:val="0"/>
          <w:sz w:val="20"/>
        </w:rPr>
        <w:br/>
        <w:br/>
        <w:t xml:space="preserve">      email_tool.py</w:t>
        <w:br/>
        <w:t xml:space="preserve">     </w:t>
        <w:br/>
      </w:r>
      <w:r>
        <w:rPr>
          <w:b w:val="0"/>
          <w:i w:val="0"/>
        </w:rPr>
        <w:t xml:space="preserve"> một mình, chúng ta đang gọi </w:t>
      </w:r>
      <w:r>
        <w:rPr>
          <w:rFonts w:ascii="Consolas" w:hAnsi="Consolas"/>
          <w:b w:val="0"/>
          <w:i w:val="0"/>
          <w:sz w:val="20"/>
        </w:rPr>
        <w:br/>
        <w:br/>
        <w:t xml:space="preserve">      _retrieve_and_store_sent_emails()</w:t>
        <w:br/>
        <w:t xml:space="preserve">     </w:t>
        <w:br/>
      </w:r>
      <w:r>
        <w:rPr>
          <w:b w:val="0"/>
          <w:i w:val="0"/>
        </w:rPr>
        <w:t xml:space="preserve"> , hàm này tải về và lưu trữ cục bộ các email đã gửi trong 90 ngày gần nhất.</w:t>
      </w:r>
    </w:p>
    <w:p>
      <w:pPr>
        <w:spacing w:after="80"/>
      </w:pPr>
      <w:r>
        <w:rPr>
          <w:b/>
          <w:i w:val="0"/>
        </w:rPr>
        <w:t>Mẹo</w:t>
      </w:r>
    </w:p>
    <w:p>
      <w:pPr>
        <w:spacing w:after="80"/>
      </w:pPr>
      <w:r>
        <w:rPr>
          <w:b w:val="0"/>
          <w:i w:val="0"/>
        </w:rPr>
        <w:t>Chúng ta dùng 90 ngày gần nhất làm mẫu, mẫu này tương đối tốt, về phong cách và giọng điệu mà các email được viết. Chúng ta muốn chuẩn bị một bản nháp trả lời không quá khác biệt so với những email thông thường. Cung cấp cho agent một ví dụ về những gì được mong đợi sẽ giúp nó biết rõ cần hướng tới điều gì.</w:t>
      </w:r>
    </w:p>
    <w:p>
      <w:pPr>
        <w:spacing w:after="0"/>
        <w:ind w:left="360"/>
        <w:shd w:val="clear" w:color="auto" w:fill="F2F2F2"/>
      </w:pPr>
      <w:r>
        <w:rPr>
          <w:rFonts w:ascii="Consolas" w:hAnsi="Consolas"/>
          <w:sz w:val="18"/>
        </w:rPr>
        <w:t>if __name__ == '__main__':</w:t>
      </w:r>
    </w:p>
    <w:p>
      <w:pPr>
        <w:spacing w:after="0"/>
        <w:ind w:left="360"/>
        <w:shd w:val="clear" w:color="auto" w:fill="F2F2F2"/>
      </w:pPr>
      <w:r>
        <w:rPr>
          <w:rFonts w:ascii="Consolas" w:hAnsi="Consolas"/>
          <w:sz w:val="18"/>
        </w:rPr>
        <w:t xml:space="preserve">    # Store the last SENT_EMAILS_DAYS days of sent emails</w:t>
      </w:r>
    </w:p>
    <w:p>
      <w:pPr>
        <w:spacing w:after="0"/>
        <w:ind w:left="360"/>
        <w:shd w:val="clear" w:color="auto" w:fill="F2F2F2"/>
      </w:pPr>
      <w:r>
        <w:rPr>
          <w:rFonts w:ascii="Consolas" w:hAnsi="Consolas"/>
          <w:sz w:val="18"/>
        </w:rPr>
        <w:t># to be sure to cover the style of replies</w:t>
      </w:r>
    </w:p>
    <w:p>
      <w:pPr>
        <w:spacing w:after="0"/>
        <w:ind w:left="360"/>
        <w:shd w:val="clear" w:color="auto" w:fill="F2F2F2"/>
      </w:pPr>
      <w:r>
        <w:rPr>
          <w:rFonts w:ascii="Consolas" w:hAnsi="Consolas"/>
          <w:sz w:val="18"/>
        </w:rPr>
        <w:t xml:space="preserve">    _retrieve_and_store_sent_emails()</w:t>
      </w:r>
    </w:p>
    <w:p>
      <w:pPr>
        <w:spacing w:after="40"/>
      </w:pPr>
    </w:p>
    <w:p>
      <w:pPr>
        <w:spacing w:after="80"/>
      </w:pPr>
      <w:r>
        <w:rPr>
          <w:b w:val="0"/>
          <w:i w:val="0"/>
        </w:rPr>
        <w:t xml:space="preserve">Điều này chuẩn bị dữ liệu cho </w:t>
      </w:r>
      <w:r>
        <w:rPr>
          <w:rFonts w:ascii="Consolas" w:hAnsi="Consolas"/>
          <w:b w:val="0"/>
          <w:i w:val="0"/>
          <w:sz w:val="20"/>
        </w:rPr>
        <w:br/>
        <w:br/>
        <w:t xml:space="preserve">      read_stored_sent_emails</w:t>
        <w:br/>
        <w:t xml:space="preserve">     </w:t>
        <w:br/>
      </w:r>
      <w:r>
        <w:rPr>
          <w:b w:val="0"/>
          <w:i w:val="0"/>
        </w:rPr>
        <w:t xml:space="preserve"> . Hãy cùng xem hàm này.</w:t>
      </w:r>
    </w:p>
    <w:p>
      <w:pPr>
        <w:spacing w:after="0"/>
        <w:ind w:left="360"/>
        <w:shd w:val="clear" w:color="auto" w:fill="F2F2F2"/>
      </w:pPr>
      <w:r>
        <w:rPr>
          <w:rFonts w:ascii="Consolas" w:hAnsi="Consolas"/>
          <w:sz w:val="18"/>
        </w:rPr>
        <w:t>from rich.progress import track</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SENT_EMAILS_FILE = './sent_emails.json'</w:t>
      </w:r>
    </w:p>
    <w:p>
      <w:pPr>
        <w:spacing w:after="0"/>
        <w:ind w:left="360"/>
        <w:shd w:val="clear" w:color="auto" w:fill="F2F2F2"/>
      </w:pPr>
      <w:r>
        <w:rPr>
          <w:rFonts w:ascii="Consolas" w:hAnsi="Consolas"/>
          <w:sz w:val="18"/>
        </w:rPr>
        <w:t>SENT_EMAILS_DAYS = 90</w:t>
      </w:r>
    </w:p>
    <w:p>
      <w:pPr>
        <w:spacing w:after="0"/>
        <w:ind w:left="360"/>
        <w:shd w:val="clear" w:color="auto" w:fill="F2F2F2"/>
      </w:pPr>
      <w:r>
        <w:rPr>
          <w:rFonts w:ascii="Consolas" w:hAnsi="Consolas"/>
          <w:sz w:val="18"/>
        </w:rPr>
        <w:t>def _retrieve_and_store_sent_emails():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Retrieve messages that have been sent to</w:t>
      </w:r>
    </w:p>
    <w:p>
      <w:pPr>
        <w:spacing w:after="0"/>
        <w:ind w:left="360"/>
        <w:shd w:val="clear" w:color="auto" w:fill="F2F2F2"/>
      </w:pPr>
      <w:r>
        <w:rPr>
          <w:rFonts w:ascii="Consolas" w:hAnsi="Consolas"/>
          <w:sz w:val="18"/>
        </w:rPr>
        <w:t xml:space="preserve">    get data on the tone and style of responses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print('Retrieve and store sent emails for later access')</w:t>
      </w:r>
    </w:p>
    <w:p>
      <w:pPr>
        <w:spacing w:after="0"/>
        <w:ind w:left="360"/>
        <w:shd w:val="clear" w:color="auto" w:fill="F2F2F2"/>
      </w:pPr>
      <w:r>
        <w:rPr>
          <w:rFonts w:ascii="Consolas" w:hAnsi="Consolas"/>
          <w:sz w:val="18"/>
        </w:rPr>
        <w:t xml:space="preserve">    mail = _mail_select(SEND_FOLDER)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since = (datetime.now() - timedelta(days=SENT_EMAILS_DAYS)).strftime("%d-%b-%Y")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result, data = mail.uid('search', None, f'(SINCE "{since}")')</w:t>
      </w:r>
    </w:p>
    <w:p>
      <w:pPr>
        <w:spacing w:after="0"/>
        <w:ind w:left="360"/>
        <w:shd w:val="clear" w:color="auto" w:fill="F2F2F2"/>
      </w:pPr>
      <w:r>
        <w:rPr>
          <w:rFonts w:ascii="Consolas" w:hAnsi="Consolas"/>
          <w:sz w:val="18"/>
        </w:rPr>
        <w:t xml:space="preserve">    sent_uids = data[0].split()</w:t>
      </w:r>
    </w:p>
    <w:p>
      <w:pPr>
        <w:spacing w:after="0"/>
        <w:ind w:left="360"/>
        <w:shd w:val="clear" w:color="auto" w:fill="F2F2F2"/>
      </w:pPr>
      <w:r>
        <w:rPr>
          <w:rFonts w:ascii="Consolas" w:hAnsi="Consolas"/>
          <w:sz w:val="18"/>
        </w:rPr>
        <w:t xml:space="preserve">    # Check all sent emails from the last SENT_EMAILS_DAYS days</w:t>
      </w:r>
    </w:p>
    <w:p>
      <w:pPr>
        <w:spacing w:after="0"/>
        <w:ind w:left="360"/>
        <w:shd w:val="clear" w:color="auto" w:fill="F2F2F2"/>
      </w:pPr>
      <w:r>
        <w:rPr>
          <w:rFonts w:ascii="Consolas" w:hAnsi="Consolas"/>
          <w:sz w:val="18"/>
        </w:rPr>
        <w:t xml:space="preserve">    contents = []</w:t>
      </w:r>
    </w:p>
    <w:p>
      <w:pPr>
        <w:spacing w:after="0"/>
        <w:ind w:left="360"/>
        <w:shd w:val="clear" w:color="auto" w:fill="F2F2F2"/>
      </w:pPr>
      <w:r>
        <w:rPr>
          <w:rFonts w:ascii="Consolas" w:hAnsi="Consolas"/>
          <w:sz w:val="18"/>
        </w:rPr>
        <w:t xml:space="preserve">    print(f'Found {len(sent_uid})')</w:t>
      </w:r>
    </w:p>
    <w:p>
      <w:pPr>
        <w:spacing w:after="0"/>
        <w:ind w:left="360"/>
        <w:shd w:val="clear" w:color="auto" w:fill="F2F2F2"/>
      </w:pPr>
      <w:r>
        <w:rPr>
          <w:rFonts w:ascii="Consolas" w:hAnsi="Consolas"/>
          <w:sz w:val="18"/>
        </w:rPr>
        <w:t xml:space="preserve">    for sent_uid in track(sent_uids, description='Processing emails'):</w:t>
      </w:r>
    </w:p>
    <w:p>
      <w:pPr>
        <w:spacing w:after="0"/>
        <w:ind w:left="360"/>
        <w:shd w:val="clear" w:color="auto" w:fill="F2F2F2"/>
      </w:pPr>
      <w:r>
        <w:rPr>
          <w:rFonts w:ascii="Consolas" w:hAnsi="Consolas"/>
          <w:sz w:val="18"/>
        </w:rPr>
        <w:t xml:space="preserve">        email = _retrieve_sent_message(sent_uid)</w:t>
      </w:r>
    </w:p>
    <w:p>
      <w:pPr>
        <w:spacing w:after="0"/>
        <w:ind w:left="360"/>
        <w:shd w:val="clear" w:color="auto" w:fill="F2F2F2"/>
      </w:pPr>
      <w:r>
        <w:rPr>
          <w:rFonts w:ascii="Consolas" w:hAnsi="Consolas"/>
          <w:sz w:val="18"/>
        </w:rPr>
        <w:t xml:space="preserve">        payload = email['payload']</w:t>
      </w:r>
    </w:p>
    <w:p>
      <w:pPr>
        <w:spacing w:after="0"/>
        <w:ind w:left="360"/>
        <w:shd w:val="clear" w:color="auto" w:fill="F2F2F2"/>
      </w:pPr>
      <w:r>
        <w:rPr>
          <w:rFonts w:ascii="Consolas" w:hAnsi="Consolas"/>
          <w:sz w:val="18"/>
        </w:rPr>
        <w:t xml:space="preserve">        contents.append(payload)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Store all contents in a file</w:t>
      </w:r>
    </w:p>
    <w:p>
      <w:pPr>
        <w:spacing w:after="0"/>
        <w:ind w:left="360"/>
        <w:shd w:val="clear" w:color="auto" w:fill="F2F2F2"/>
      </w:pPr>
      <w:r>
        <w:rPr>
          <w:rFonts w:ascii="Consolas" w:hAnsi="Consolas"/>
          <w:sz w:val="18"/>
        </w:rPr>
        <w:t>with open(SENT_EMAILS_FILE, 'w') as json_file:</w:t>
      </w:r>
    </w:p>
    <w:p>
      <w:pPr>
        <w:spacing w:after="0"/>
        <w:ind w:left="360"/>
        <w:shd w:val="clear" w:color="auto" w:fill="F2F2F2"/>
      </w:pPr>
      <w:r>
        <w:rPr>
          <w:rFonts w:ascii="Consolas" w:hAnsi="Consolas"/>
          <w:sz w:val="18"/>
        </w:rPr>
        <w:t xml:space="preserve">        json.dump(contents, json_file)</w:t>
      </w:r>
    </w:p>
    <w:p>
      <w:pPr>
        <w:spacing w:after="40"/>
      </w:pPr>
    </w:p>
    <w:p>
      <w:pPr>
        <w:spacing w:after="80"/>
      </w:pPr>
      <w:r>
        <w:rPr>
          <w:b w:val="0"/>
          <w:i w:val="0"/>
        </w:rPr>
        <w:t xml:space="preserve">Hàm này chọn các email từ thư mục </w:t>
      </w:r>
      <w:r>
        <w:rPr>
          <w:rFonts w:ascii="Consolas" w:hAnsi="Consolas"/>
          <w:b w:val="0"/>
          <w:i w:val="0"/>
          <w:sz w:val="20"/>
        </w:rPr>
        <w:br/>
        <w:br/>
        <w:t xml:space="preserve">      SEND_FOLDER</w:t>
        <w:br/>
        <w:t xml:space="preserve">     </w:t>
        <w:br/>
      </w:r>
      <w:r>
        <w:rPr>
          <w:b w:val="0"/>
          <w:i w:val="0"/>
        </w:rPr>
        <w:t xml:space="preserve"> và lấy về các </w:t>
      </w:r>
      <w:r>
        <w:rPr>
          <w:rFonts w:ascii="Consolas" w:hAnsi="Consolas"/>
          <w:b w:val="0"/>
          <w:i w:val="0"/>
          <w:sz w:val="20"/>
        </w:rPr>
        <w:br/>
        <w:br/>
        <w:t xml:space="preserve">      uids</w:t>
        <w:br/>
        <w:t xml:space="preserve">     </w:t>
        <w:br/>
      </w:r>
      <w:r>
        <w:rPr>
          <w:b w:val="0"/>
          <w:i w:val="0"/>
        </w:rPr>
        <w:t xml:space="preserve"> trong 90 ngày gần nhất (được định nghĩa là </w:t>
      </w:r>
      <w:r>
        <w:rPr>
          <w:rFonts w:ascii="Consolas" w:hAnsi="Consolas"/>
          <w:b w:val="0"/>
          <w:i w:val="0"/>
          <w:sz w:val="20"/>
        </w:rPr>
        <w:br/>
        <w:br/>
        <w:t xml:space="preserve">      SENT_EMAIL_DAYS</w:t>
        <w:br/>
        <w:t xml:space="preserve">     </w:t>
        <w:br/>
      </w:r>
      <w:r>
        <w:rPr>
          <w:b w:val="0"/>
          <w:i w:val="0"/>
        </w:rPr>
        <w:t xml:space="preserve"> ) bằng lệnh gọi tới</w:t>
      </w:r>
    </w:p>
    <w:p>
      <w:pPr>
        <w:spacing w:after="0"/>
        <w:ind w:left="360"/>
        <w:shd w:val="clear" w:color="auto" w:fill="F2F2F2"/>
      </w:pPr>
      <w:r>
        <w:rPr>
          <w:rFonts w:ascii="Consolas" w:hAnsi="Consolas"/>
          <w:sz w:val="18"/>
        </w:rPr>
        <w:t>result, data = mail.uid('search', None, f'(SINCE "{since}")')</w:t>
      </w:r>
    </w:p>
    <w:p>
      <w:pPr>
        <w:spacing w:after="40"/>
      </w:pPr>
    </w:p>
    <w:p>
      <w:pPr>
        <w:spacing w:after="80"/>
      </w:pPr>
      <w:r>
        <w:rPr>
          <w:b w:val="0"/>
          <w:i w:val="0"/>
        </w:rPr>
        <w:t xml:space="preserve">Sau đó, nó lặp qua các </w:t>
      </w:r>
      <w:r>
        <w:rPr>
          <w:rFonts w:ascii="Consolas" w:hAnsi="Consolas"/>
          <w:b w:val="0"/>
          <w:i w:val="0"/>
          <w:sz w:val="20"/>
        </w:rPr>
        <w:br/>
        <w:br/>
        <w:t xml:space="preserve">      uids</w:t>
        <w:br/>
        <w:t xml:space="preserve">     </w:t>
        <w:br/>
      </w:r>
      <w:r>
        <w:rPr>
          <w:b w:val="0"/>
          <w:i w:val="0"/>
        </w:rPr>
        <w:t xml:space="preserve"> được trả về để lấy từng cái một và thêm nội dung của chúng (được lưu trong </w:t>
      </w:r>
      <w:r>
        <w:rPr>
          <w:rFonts w:ascii="Consolas" w:hAnsi="Consolas"/>
          <w:b w:val="0"/>
          <w:i w:val="0"/>
          <w:sz w:val="20"/>
        </w:rPr>
        <w:br/>
        <w:br/>
        <w:t xml:space="preserve">      payload</w:t>
        <w:br/>
        <w:t xml:space="preserve">     </w:t>
        <w:br/>
      </w:r>
      <w:r>
        <w:rPr>
          <w:b w:val="0"/>
          <w:i w:val="0"/>
        </w:rPr>
        <w:t xml:space="preserve"> ) vào một danh sách. Cuối cùng, chúng ta lưu nội dung vào file JSON </w:t>
      </w:r>
      <w:r>
        <w:rPr>
          <w:rFonts w:ascii="Consolas" w:hAnsi="Consolas"/>
          <w:b w:val="0"/>
          <w:i w:val="0"/>
          <w:sz w:val="20"/>
        </w:rPr>
        <w:br/>
        <w:br/>
        <w:t xml:space="preserve">      SENT_EMAILS_FILE</w:t>
        <w:br/>
        <w:t xml:space="preserve">     </w:t>
        <w:br/>
      </w:r>
      <w:r>
        <w:rPr>
          <w:b w:val="0"/>
          <w:i w:val="0"/>
        </w:rPr>
        <w:t xml:space="preserve"> .</w:t>
      </w:r>
    </w:p>
    <w:p>
      <w:pPr>
        <w:spacing w:after="80"/>
      </w:pPr>
      <w:r>
        <w:rPr>
          <w:b/>
          <w:i w:val="0"/>
        </w:rPr>
        <w:t>Lưu ý</w:t>
      </w:r>
    </w:p>
    <w:p>
      <w:pPr>
        <w:spacing w:after="80"/>
      </w:pPr>
      <w:r>
        <w:rPr>
          <w:b w:val="0"/>
          <w:i w:val="0"/>
        </w:rPr>
        <w:t xml:space="preserve">Chúng ta cung cấp phản hồi về tiến độ bằng cách dùng thư viện </w:t>
      </w:r>
      <w:r>
        <w:rPr>
          <w:rFonts w:ascii="Consolas" w:hAnsi="Consolas"/>
          <w:b w:val="0"/>
          <w:i w:val="0"/>
          <w:sz w:val="20"/>
        </w:rPr>
        <w:br/>
        <w:br/>
        <w:t xml:space="preserve">       rich</w:t>
        <w:br/>
        <w:t xml:space="preserve">      </w:t>
        <w:br/>
      </w:r>
      <w:r>
        <w:rPr>
          <w:b w:val="0"/>
          <w:i w:val="0"/>
        </w:rPr>
        <w:t xml:space="preserve"> , với hàm </w:t>
      </w:r>
      <w:r>
        <w:rPr>
          <w:rFonts w:ascii="Consolas" w:hAnsi="Consolas"/>
          <w:b w:val="0"/>
          <w:i w:val="0"/>
          <w:sz w:val="20"/>
        </w:rPr>
        <w:br/>
        <w:br/>
        <w:t xml:space="preserve">       track</w:t>
        <w:br/>
        <w:t xml:space="preserve">      </w:t>
        <w:br/>
      </w:r>
      <w:r>
        <w:rPr>
          <w:b w:val="0"/>
          <w:i w:val="0"/>
        </w:rPr>
        <w:t xml:space="preserve"> tự động hiển thị tiến độ trong một vòng lặp, bao gồm cả ETA.</w:t>
      </w:r>
    </w:p>
    <w:p>
      <w:pPr>
        <w:spacing w:after="80"/>
      </w:pPr>
      <w:r>
        <w:rPr>
          <w:b w:val="0"/>
          <w:i w:val="0"/>
        </w:rPr>
        <w:t>Khi thực hiện những thao tác có thể mất chút thời gian, thật tốt nếu thêm vài phản hồi trực quan để người dùng yên tâm rằng mọi thứ vẫn đang chạy tiếp.</w:t>
      </w:r>
    </w:p>
    <w:p>
      <w:pPr>
        <w:spacing w:after="80"/>
      </w:pPr>
      <w:r>
        <w:rPr>
          <w:b w:val="0"/>
          <w:i w:val="0"/>
        </w:rPr>
        <w:t xml:space="preserve">Công cụ mà agent sẽ gọi, </w:t>
      </w:r>
      <w:r>
        <w:rPr>
          <w:rFonts w:ascii="Consolas" w:hAnsi="Consolas"/>
          <w:b w:val="0"/>
          <w:i w:val="0"/>
          <w:sz w:val="20"/>
        </w:rPr>
        <w:br/>
        <w:br/>
        <w:t xml:space="preserve">      read_stored_sent_emails</w:t>
        <w:br/>
        <w:t xml:space="preserve">     </w:t>
        <w:br/>
      </w:r>
      <w:r>
        <w:rPr>
          <w:b w:val="0"/>
          <w:i w:val="0"/>
        </w:rPr>
        <w:t xml:space="preserve"> , sẽ lấy dữ liệu từ tệp; việc này khá đơn giản.</w:t>
      </w:r>
    </w:p>
    <w:p>
      <w:pPr>
        <w:spacing w:after="0"/>
        <w:ind w:left="360"/>
        <w:shd w:val="clear" w:color="auto" w:fill="F2F2F2"/>
      </w:pPr>
      <w:r>
        <w:rPr>
          <w:rFonts w:ascii="Consolas" w:hAnsi="Consolas"/>
          <w:sz w:val="18"/>
        </w:rPr>
        <w:t>def read_stored_sent_emails():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Retrieve the stored sent emails from the file.</w:t>
      </w:r>
    </w:p>
    <w:p>
      <w:pPr>
        <w:spacing w:after="0"/>
        <w:ind w:left="360"/>
        <w:shd w:val="clear" w:color="auto" w:fill="F2F2F2"/>
      </w:pPr>
      <w:r>
        <w:rPr>
          <w:rFonts w:ascii="Consolas" w:hAnsi="Consolas"/>
          <w:sz w:val="18"/>
        </w:rPr>
        <w:t xml:space="preserve">    This function will be exposed as a tool.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Retrieve the contents from the file</w:t>
      </w:r>
    </w:p>
    <w:p>
      <w:pPr>
        <w:spacing w:after="0"/>
        <w:ind w:left="360"/>
        <w:shd w:val="clear" w:color="auto" w:fill="F2F2F2"/>
      </w:pPr>
      <w:r>
        <w:rPr>
          <w:rFonts w:ascii="Consolas" w:hAnsi="Consolas"/>
          <w:sz w:val="18"/>
        </w:rPr>
        <w:t>with open(SENT_EMAILS_FILE) as json_file:</w:t>
      </w:r>
    </w:p>
    <w:p>
      <w:pPr>
        <w:spacing w:after="0"/>
        <w:ind w:left="360"/>
        <w:shd w:val="clear" w:color="auto" w:fill="F2F2F2"/>
      </w:pPr>
      <w:r>
        <w:rPr>
          <w:rFonts w:ascii="Consolas" w:hAnsi="Consolas"/>
          <w:sz w:val="18"/>
        </w:rPr>
        <w:t xml:space="preserve">        result = json.load(json_file)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return result</w:t>
      </w:r>
    </w:p>
    <w:p>
      <w:pPr>
        <w:spacing w:after="40"/>
      </w:pPr>
    </w:p>
    <w:p>
      <w:pPr>
        <w:spacing w:after="80"/>
      </w:pPr>
      <w:r>
        <w:rPr>
          <w:b w:val="0"/>
          <w:i w:val="0"/>
        </w:rPr>
        <w:t>Chúng ta lưu các email đã gửi vào một tệp để tránh phải thực hiện tất cả các lệnh gọi độc lập trong lúc agent đang hoạt động. Với mục đích của mình, chúng ta không cần những email mới nhất hay phải cập nhật chúng liên tục. Thậm chí có thể có một bộ email được tuyển chọn sẵn để làm tham chiếu tốt cho những gì chúng ta đang tìm kiếm. Chuẩn bị dữ liệu trước giúp chúng ta giảm thời gian và chi phí chạy agent, đồng thời việc lưu dữ liệu trong khoảng thời gian dài hơn cũng giảm tải cho máy chủ email.</w:t>
      </w:r>
    </w:p>
    <w:p>
      <w:pPr>
        <w:pStyle w:val="Heading4"/>
      </w:pPr>
      <w:r>
        <w:rPr>
          <w:rFonts w:ascii="Calibri" w:hAnsi="Calibri"/>
          <w:b/>
          <w:i w:val="0"/>
          <w:sz w:val="23"/>
        </w:rPr>
        <w:t>Lấy các email nhận được trong ngày gần nhất</w:t>
      </w:r>
    </w:p>
    <w:p>
      <w:pPr>
        <w:spacing w:after="80"/>
      </w:pPr>
      <w:r>
        <w:rPr>
          <w:b w:val="0"/>
          <w:i w:val="0"/>
        </w:rPr>
        <w:t>Để lấy các email của ngày gần nhất, quy trình của chúng ta rất giống với quy trình lấy các email đã gửi, chỉ khác là chúng ta dùng thư mục MAILBOX, tương ứng với hộp thư đến chung.</w:t>
      </w:r>
    </w:p>
    <w:p>
      <w:pPr>
        <w:spacing w:after="0"/>
        <w:ind w:left="360"/>
        <w:shd w:val="clear" w:color="auto" w:fill="F2F2F2"/>
      </w:pPr>
      <w:r>
        <w:rPr>
          <w:rFonts w:ascii="Consolas" w:hAnsi="Consolas"/>
          <w:sz w:val="18"/>
        </w:rPr>
        <w:t>def retrieve_last_emails():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Retrieve all emails since a day ago</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print('retrieve_last_emails')</w:t>
      </w:r>
    </w:p>
    <w:p>
      <w:pPr>
        <w:spacing w:after="0"/>
        <w:ind w:left="360"/>
        <w:shd w:val="clear" w:color="auto" w:fill="F2F2F2"/>
      </w:pPr>
      <w:r>
        <w:rPr>
          <w:rFonts w:ascii="Consolas" w:hAnsi="Consolas"/>
          <w:sz w:val="18"/>
        </w:rPr>
        <w:t xml:space="preserve">    mail = _mail_select(MAILBOX)</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since = (datetime.now() - timedelta(days=1)).strftime("%d-%b-%Y")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result, data = mail.uid('search', None, f'(SINCE "{since}")')</w:t>
      </w:r>
    </w:p>
    <w:p>
      <w:pPr>
        <w:spacing w:after="0"/>
        <w:ind w:left="360"/>
        <w:shd w:val="clear" w:color="auto" w:fill="F2F2F2"/>
      </w:pPr>
      <w:r>
        <w:rPr>
          <w:rFonts w:ascii="Consolas" w:hAnsi="Consolas"/>
          <w:sz w:val="18"/>
        </w:rPr>
        <w:t xml:space="preserve">    email_uids = data[0].decode().split()</w:t>
      </w:r>
    </w:p>
    <w:p>
      <w:pPr>
        <w:spacing w:after="0"/>
        <w:ind w:left="360"/>
        <w:shd w:val="clear" w:color="auto" w:fill="F2F2F2"/>
      </w:pPr>
      <w:r>
        <w:rPr>
          <w:rFonts w:ascii="Consolas" w:hAnsi="Consolas"/>
          <w:sz w:val="18"/>
        </w:rPr>
        <w:t xml:space="preserve">    data = [_retrieve_email_uid(uid) for uid in email_uids]</w:t>
      </w:r>
    </w:p>
    <w:p>
      <w:pPr>
        <w:spacing w:after="0"/>
        <w:ind w:left="360"/>
        <w:shd w:val="clear" w:color="auto" w:fill="F2F2F2"/>
      </w:pPr>
      <w:r>
        <w:rPr>
          <w:rFonts w:ascii="Consolas" w:hAnsi="Consolas"/>
          <w:sz w:val="18"/>
        </w:rPr>
        <w:t xml:space="preserve">    return data</w:t>
      </w:r>
    </w:p>
    <w:p>
      <w:pPr>
        <w:spacing w:after="40"/>
      </w:pPr>
    </w:p>
    <w:p>
      <w:pPr>
        <w:spacing w:after="80"/>
      </w:pPr>
      <w:r>
        <w:rPr>
          <w:b w:val="0"/>
          <w:i w:val="0"/>
        </w:rPr>
        <w:t xml:space="preserve">Khoảng chênh lệch là một ngày, nhưng phần còn lại rất giống với phần đầu của </w:t>
      </w:r>
      <w:r>
        <w:rPr>
          <w:rFonts w:ascii="Consolas" w:hAnsi="Consolas"/>
          <w:b w:val="0"/>
          <w:i w:val="0"/>
          <w:sz w:val="20"/>
        </w:rPr>
        <w:br/>
        <w:br/>
        <w:t xml:space="preserve">      _retrieve_and_store_sent_emails</w:t>
        <w:br/>
        <w:t xml:space="preserve">     </w:t>
        <w:br/>
      </w:r>
      <w:r>
        <w:rPr>
          <w:b w:val="0"/>
          <w:i w:val="0"/>
        </w:rPr>
        <w:t xml:space="preserve"> . Chúng ta cũng giữ toàn bộ dữ liệu trong email, thay vì chỉ giữ </w:t>
      </w:r>
      <w:r>
        <w:rPr>
          <w:rFonts w:ascii="Consolas" w:hAnsi="Consolas"/>
          <w:b w:val="0"/>
          <w:i w:val="0"/>
          <w:sz w:val="20"/>
        </w:rPr>
        <w:br/>
        <w:br/>
        <w:t xml:space="preserve">      payload</w:t>
        <w:br/>
        <w:t xml:space="preserve">     </w:t>
        <w:br/>
      </w:r>
      <w:r>
        <w:rPr>
          <w:b w:val="0"/>
          <w:i w:val="0"/>
        </w:rPr>
        <w:t xml:space="preserve"> .</w:t>
      </w:r>
    </w:p>
    <w:p>
      <w:pPr>
        <w:spacing w:after="80"/>
      </w:pPr>
      <w:r>
        <w:rPr>
          <w:b/>
          <w:i w:val="0"/>
        </w:rPr>
        <w:t>Mẹo</w:t>
      </w:r>
    </w:p>
    <w:p>
      <w:pPr>
        <w:spacing w:after="80"/>
      </w:pPr>
      <w:r>
        <w:rPr>
          <w:b w:val="0"/>
          <w:i w:val="0"/>
        </w:rPr>
        <w:t xml:space="preserve">Trong trường hợp này, chúng ta cần thực hiện các lệnh gọi ngay tại thời điểm agent đang gọi, vì chúng ta cần đầy đủ thông tin và thông tin cập nhật nhất của những email gần đây. Đó không phải là yêu cầu bắt buộc trong </w:t>
      </w:r>
      <w:r>
        <w:rPr>
          <w:rFonts w:ascii="Consolas" w:hAnsi="Consolas"/>
          <w:b w:val="0"/>
          <w:i w:val="0"/>
          <w:sz w:val="20"/>
        </w:rPr>
        <w:br/>
        <w:br/>
        <w:t xml:space="preserve">       _retrieve_and_store_sent_emails</w:t>
        <w:br/>
        <w:t xml:space="preserve">      </w:t>
        <w:br/>
      </w:r>
    </w:p>
    <w:p>
      <w:pPr>
        <w:pStyle w:val="Heading4"/>
      </w:pPr>
      <w:r>
        <w:rPr>
          <w:rFonts w:ascii="Calibri" w:hAnsi="Calibri"/>
          <w:b/>
          <w:i w:val="0"/>
          <w:sz w:val="23"/>
        </w:rPr>
        <w:t>Tạo bản nháp trả lời</w:t>
      </w:r>
    </w:p>
    <w:p>
      <w:pPr>
        <w:spacing w:after="80"/>
      </w:pPr>
      <w:r>
        <w:rPr>
          <w:b w:val="0"/>
          <w:i w:val="0"/>
        </w:rPr>
        <w:t>Khi cho phép agent tạo bản nháp trả lời cho email của chúng ta, chúng ta dùng đoạn mã sau:</w:t>
      </w:r>
    </w:p>
    <w:p>
      <w:pPr>
        <w:spacing w:after="0"/>
        <w:ind w:left="360"/>
        <w:shd w:val="clear" w:color="auto" w:fill="F2F2F2"/>
      </w:pPr>
      <w:r>
        <w:rPr>
          <w:rFonts w:ascii="Consolas" w:hAnsi="Consolas"/>
          <w:sz w:val="18"/>
        </w:rPr>
        <w:t>def create_a_draft_reply(email_uid, content):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This tool creates a draft as response to the specified email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print(f'creating a draft reply for {email_uid}')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Retrieve the original email to get the relevant values for</w:t>
      </w:r>
    </w:p>
    <w:p>
      <w:pPr>
        <w:spacing w:after="0"/>
        <w:ind w:left="360"/>
        <w:shd w:val="clear" w:color="auto" w:fill="F2F2F2"/>
      </w:pPr>
      <w:r>
        <w:rPr>
          <w:rFonts w:ascii="Consolas" w:hAnsi="Consolas"/>
          <w:sz w:val="18"/>
        </w:rPr>
        <w:t># reply</w:t>
      </w:r>
    </w:p>
    <w:p>
      <w:pPr>
        <w:spacing w:after="0"/>
        <w:ind w:left="360"/>
        <w:shd w:val="clear" w:color="auto" w:fill="F2F2F2"/>
      </w:pPr>
      <w:r>
        <w:rPr>
          <w:rFonts w:ascii="Consolas" w:hAnsi="Consolas"/>
          <w:sz w:val="18"/>
        </w:rPr>
        <w:t xml:space="preserve">    source_email = _retrieve_email_uid(email_uid)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Check first that a draft reply is not already present</w:t>
      </w:r>
    </w:p>
    <w:p>
      <w:pPr>
        <w:spacing w:after="0"/>
        <w:ind w:left="360"/>
        <w:shd w:val="clear" w:color="auto" w:fill="F2F2F2"/>
      </w:pPr>
      <w:r>
        <w:rPr>
          <w:rFonts w:ascii="Consolas" w:hAnsi="Consolas"/>
          <w:sz w:val="18"/>
        </w:rPr>
        <w:t>if _check_draft_for_email(email_uid):</w:t>
      </w:r>
    </w:p>
    <w:p>
      <w:pPr>
        <w:spacing w:after="0"/>
        <w:ind w:left="360"/>
        <w:shd w:val="clear" w:color="auto" w:fill="F2F2F2"/>
      </w:pPr>
      <w:r>
        <w:rPr>
          <w:rFonts w:ascii="Consolas" w:hAnsi="Consolas"/>
          <w:sz w:val="18"/>
        </w:rPr>
        <w:t xml:space="preserve">        return 'Draft already exists'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reply = EmailMessage()</w:t>
      </w:r>
    </w:p>
    <w:p>
      <w:pPr>
        <w:spacing w:after="0"/>
        <w:ind w:left="360"/>
        <w:shd w:val="clear" w:color="auto" w:fill="F2F2F2"/>
      </w:pPr>
      <w:r>
        <w:rPr>
          <w:rFonts w:ascii="Consolas" w:hAnsi="Consolas"/>
          <w:sz w:val="18"/>
        </w:rPr>
        <w:t xml:space="preserve">    reply['From'] = EMAIL_USER</w:t>
      </w:r>
    </w:p>
    <w:p>
      <w:pPr>
        <w:spacing w:after="0"/>
        <w:ind w:left="360"/>
        <w:shd w:val="clear" w:color="auto" w:fill="F2F2F2"/>
      </w:pPr>
      <w:r>
        <w:rPr>
          <w:rFonts w:ascii="Consolas" w:hAnsi="Consolas"/>
          <w:sz w:val="18"/>
        </w:rPr>
        <w:t xml:space="preserve">    reply['To'] = source_email['reply_to']</w:t>
      </w:r>
    </w:p>
    <w:p>
      <w:pPr>
        <w:spacing w:after="0"/>
        <w:ind w:left="360"/>
        <w:shd w:val="clear" w:color="auto" w:fill="F2F2F2"/>
      </w:pPr>
      <w:r>
        <w:rPr>
          <w:rFonts w:ascii="Consolas" w:hAnsi="Consolas"/>
          <w:sz w:val="18"/>
        </w:rPr>
        <w:t xml:space="preserve">    reply['Subject'] = 'Re: ' + source_email['subject'].replace('Re: ', '')</w:t>
      </w:r>
    </w:p>
    <w:p>
      <w:pPr>
        <w:spacing w:after="0"/>
        <w:ind w:left="360"/>
        <w:shd w:val="clear" w:color="auto" w:fill="F2F2F2"/>
      </w:pPr>
      <w:r>
        <w:rPr>
          <w:rFonts w:ascii="Consolas" w:hAnsi="Consolas"/>
          <w:sz w:val="18"/>
        </w:rPr>
        <w:t xml:space="preserve">    reply['Date'] = formatdate(localtime=True)</w:t>
      </w:r>
    </w:p>
    <w:p>
      <w:pPr>
        <w:spacing w:after="0"/>
        <w:ind w:left="360"/>
        <w:shd w:val="clear" w:color="auto" w:fill="F2F2F2"/>
      </w:pPr>
      <w:r>
        <w:rPr>
          <w:rFonts w:ascii="Consolas" w:hAnsi="Consolas"/>
          <w:sz w:val="18"/>
        </w:rPr>
        <w:t xml:space="preserve">    reply['Message-ID'] = make_msgid()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reply['In-Reply-To'] = source_email['message-id']</w:t>
      </w:r>
    </w:p>
    <w:p>
      <w:pPr>
        <w:spacing w:after="0"/>
        <w:ind w:left="360"/>
        <w:shd w:val="clear" w:color="auto" w:fill="F2F2F2"/>
      </w:pPr>
      <w:r>
        <w:rPr>
          <w:rFonts w:ascii="Consolas" w:hAnsi="Consolas"/>
          <w:sz w:val="18"/>
        </w:rPr>
        <w:t xml:space="preserve">    reply['References'] = source_email['references']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reply.set_content(content)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mail = _mail_select(DRAFT_FOLDER)</w:t>
      </w:r>
    </w:p>
    <w:p>
      <w:pPr>
        <w:spacing w:after="0"/>
        <w:ind w:left="360"/>
        <w:shd w:val="clear" w:color="auto" w:fill="F2F2F2"/>
      </w:pPr>
      <w:r>
        <w:rPr>
          <w:rFonts w:ascii="Consolas" w:hAnsi="Consolas"/>
          <w:sz w:val="18"/>
        </w:rPr>
        <w:t xml:space="preserve">    mail.append(DRAFT_FOLDER,</w:t>
      </w:r>
    </w:p>
    <w:p>
      <w:pPr>
        <w:spacing w:after="0"/>
        <w:ind w:left="360"/>
        <w:shd w:val="clear" w:color="auto" w:fill="F2F2F2"/>
      </w:pPr>
      <w:r>
        <w:rPr>
          <w:rFonts w:ascii="Consolas" w:hAnsi="Consolas"/>
          <w:sz w:val="18"/>
        </w:rPr>
        <w:t xml:space="preserve">                '\\Draft',</w:t>
      </w:r>
    </w:p>
    <w:p>
      <w:pPr>
        <w:spacing w:after="0"/>
        <w:ind w:left="360"/>
        <w:shd w:val="clear" w:color="auto" w:fill="F2F2F2"/>
      </w:pPr>
      <w:r>
        <w:rPr>
          <w:rFonts w:ascii="Consolas" w:hAnsi="Consolas"/>
          <w:sz w:val="18"/>
        </w:rPr>
        <w:t xml:space="preserve">                imaplib.Time2Internaldate(time.time()),</w:t>
      </w:r>
    </w:p>
    <w:p>
      <w:pPr>
        <w:spacing w:after="0"/>
        <w:ind w:left="360"/>
        <w:shd w:val="clear" w:color="auto" w:fill="F2F2F2"/>
      </w:pPr>
      <w:r>
        <w:rPr>
          <w:rFonts w:ascii="Consolas" w:hAnsi="Consolas"/>
          <w:sz w:val="18"/>
        </w:rPr>
        <w:t xml:space="preserve">                reply.as_bytes())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return 'draft created'</w:t>
      </w:r>
    </w:p>
    <w:p>
      <w:pPr>
        <w:spacing w:after="40"/>
      </w:pPr>
    </w:p>
    <w:p>
      <w:pPr>
        <w:spacing w:after="80"/>
      </w:pPr>
      <w:r>
        <w:rPr>
          <w:b w:val="0"/>
          <w:i w:val="0"/>
        </w:rPr>
        <w:t>Đầu tiên chúng ta lấy email cần trả lời, và kiểm tra rằng chưa có bản nháp trả lời nào cho nó. Nếu đã có, chúng ta trả về một đoạn văn mô tả, để agent có thể hiểu được.</w:t>
      </w:r>
    </w:p>
    <w:p>
      <w:pPr>
        <w:spacing w:after="80"/>
      </w:pPr>
      <w:r>
        <w:rPr>
          <w:b w:val="0"/>
          <w:i w:val="0"/>
        </w:rPr>
        <w:t xml:space="preserve">Tiếp theo, chúng ta tạo một </w:t>
      </w:r>
      <w:r>
        <w:rPr>
          <w:rFonts w:ascii="Consolas" w:hAnsi="Consolas"/>
          <w:b w:val="0"/>
          <w:i w:val="0"/>
          <w:sz w:val="20"/>
        </w:rPr>
        <w:br/>
        <w:br/>
        <w:t xml:space="preserve">      EmailMessage</w:t>
        <w:br/>
        <w:t xml:space="preserve">     </w:t>
        <w:br/>
      </w:r>
      <w:r>
        <w:rPr>
          <w:b w:val="0"/>
          <w:i w:val="0"/>
        </w:rPr>
        <w:t xml:space="preserve"> mới và điền tất cả các trường bắt buộc, như </w:t>
      </w:r>
      <w:r>
        <w:rPr>
          <w:rFonts w:ascii="Consolas" w:hAnsi="Consolas"/>
          <w:b w:val="0"/>
          <w:i w:val="0"/>
          <w:sz w:val="20"/>
        </w:rPr>
        <w:br/>
        <w:br/>
        <w:t xml:space="preserve">      To</w:t>
        <w:br/>
        <w:t xml:space="preserve">     </w:t>
        <w:br/>
      </w:r>
      <w:r>
        <w:rPr>
          <w:b w:val="0"/>
          <w:i w:val="0"/>
        </w:rPr>
        <w:t xml:space="preserve"> và </w:t>
      </w:r>
      <w:r>
        <w:rPr>
          <w:rFonts w:ascii="Consolas" w:hAnsi="Consolas"/>
          <w:b w:val="0"/>
          <w:i w:val="0"/>
          <w:sz w:val="20"/>
        </w:rPr>
        <w:br/>
        <w:br/>
        <w:t xml:space="preserve">      Date</w:t>
        <w:br/>
        <w:t xml:space="preserve">     </w:t>
        <w:br/>
      </w:r>
      <w:r>
        <w:rPr>
          <w:b w:val="0"/>
          <w:i w:val="0"/>
        </w:rPr>
        <w:t xml:space="preserve"> . Quan trọng là chúng ta thêm trường </w:t>
      </w:r>
      <w:r>
        <w:rPr>
          <w:rFonts w:ascii="Consolas" w:hAnsi="Consolas"/>
          <w:b w:val="0"/>
          <w:i w:val="0"/>
          <w:sz w:val="20"/>
        </w:rPr>
        <w:br/>
        <w:br/>
        <w:t xml:space="preserve">      In‑Reply‑To</w:t>
        <w:br/>
        <w:t xml:space="preserve">     </w:t>
        <w:br/>
      </w:r>
      <w:r>
        <w:rPr>
          <w:b w:val="0"/>
          <w:i w:val="0"/>
        </w:rPr>
        <w:t xml:space="preserve"> với id của thư gốc, đây chính là thứ khiến email trở thành một thư trả lời.</w:t>
      </w:r>
    </w:p>
    <w:p>
      <w:pPr>
        <w:spacing w:after="80"/>
      </w:pPr>
      <w:r>
        <w:rPr>
          <w:b w:val="0"/>
          <w:i w:val="0"/>
        </w:rPr>
        <w:t xml:space="preserve">Chúng ta thêm nội dung mà agent đã chuẩn bị và thêm bản trả lời vào </w:t>
      </w:r>
      <w:r>
        <w:rPr>
          <w:rFonts w:ascii="Consolas" w:hAnsi="Consolas"/>
          <w:b w:val="0"/>
          <w:i w:val="0"/>
          <w:sz w:val="20"/>
        </w:rPr>
        <w:br/>
        <w:br/>
        <w:t xml:space="preserve">      DRAFT_FOLDER</w:t>
        <w:br/>
        <w:t xml:space="preserve">     </w:t>
        <w:br/>
      </w:r>
      <w:r>
        <w:rPr>
          <w:b w:val="0"/>
          <w:i w:val="0"/>
        </w:rPr>
        <w:t xml:space="preserve"> để đảm bảo rằng đó là bản nháp.</w:t>
      </w:r>
    </w:p>
    <w:p>
      <w:pPr>
        <w:spacing w:after="80"/>
      </w:pPr>
      <w:r>
        <w:rPr>
          <w:b/>
          <w:i w:val="0"/>
        </w:rPr>
        <w:t>Mẹo</w:t>
      </w:r>
    </w:p>
    <w:p>
      <w:pPr>
        <w:spacing w:after="80"/>
      </w:pPr>
      <w:r>
        <w:rPr>
          <w:b w:val="0"/>
          <w:i w:val="0"/>
        </w:rPr>
        <w:t>Chúng ta có thể tiến thêm một bước và gửi email trực tiếp, nhưng như vậy sẽ trao quá nhiều quyền cho AI agent. Với ngữ cảnh hạn chế chỉ gồm email của ngày gần nhất, agent có thể hiểu sai các bước tiếp theo phù hợp hoặc đọc sai giọng điệu của một cuộc trò chuyện đang diễn ra. Sai sót có thể dễ dàng gây nhầm lẫn hoặc thậm chí gây hại.</w:t>
      </w:r>
    </w:p>
    <w:p>
      <w:pPr>
        <w:spacing w:after="80"/>
      </w:pPr>
      <w:r>
        <w:rPr>
          <w:b w:val="0"/>
          <w:i w:val="0"/>
        </w:rPr>
        <w:t>Thay vào đó, cách tiếp cận ở đây là để agent chỉ chuẩn bị một bản nháp sơ bộ cho chúng ta. Cách này tiết kiệm thời gian mà vẫn đảm bảo bạn giữ quyền kiểm soát tối hậu: bạn có thể xem xét, phê duyệt hoặc điều chỉnh thông điệp trước khi nó được gửi đi. Việc xem lại bản nháp cho phép bạn phát hiện lỗi và bổ sung các chi tiết liên quan.</w:t>
      </w:r>
    </w:p>
    <w:p>
      <w:pPr>
        <w:spacing w:after="80"/>
      </w:pPr>
      <w:r>
        <w:rPr>
          <w:b w:val="0"/>
          <w:i w:val="0"/>
        </w:rPr>
        <w:t>Cuối cùng thì mỗi email bạn gửi vẫn thực sự là của bạn.</w:t>
      </w:r>
    </w:p>
    <w:p>
      <w:pPr>
        <w:spacing w:after="80"/>
      </w:pPr>
      <w:r>
        <w:rPr>
          <w:b w:val="0"/>
          <w:i w:val="0"/>
        </w:rPr>
        <w:t xml:space="preserve">Thêm vào đó, nó cũng giảm thiểu rủi ro từ những hành vi lạm dụng và ý đồ xấu. Trong quá trình này, chúng ta đang dùng nội dung không đáng tin cậy, như văn bản từ email và địa chỉ để trả lời, những thứ có thể được gửi đến bạn bởi một nguồn xấu. Hãy xem phần thảo luận về rủi ro bảo mật, prompt injection (tiêm lệnh vào prompt) và bộ ba chết người trong </w:t>
      </w:r>
      <w:r>
        <w:rPr>
          <w:b w:val="0"/>
          <w:i/>
        </w:rPr>
        <w:t xml:space="preserve"> Chương 12 </w:t>
      </w:r>
      <w:r>
        <w:rPr>
          <w:b w:val="0"/>
          <w:i w:val="0"/>
        </w:rPr>
        <w:t xml:space="preserve"> .</w:t>
      </w:r>
    </w:p>
    <w:p>
      <w:pPr>
        <w:spacing w:after="80"/>
      </w:pPr>
      <w:r>
        <w:rPr>
          <w:b w:val="0"/>
          <w:i w:val="0"/>
        </w:rPr>
        <w:t>Để kiểm tra xem đã có bản nháp nào chưa, chúng ta kiểm tra thư mục drafts và xem liệu đã có bản nháp nào được viết để trả lời email đó chưa.</w:t>
      </w:r>
    </w:p>
    <w:p>
      <w:pPr>
        <w:spacing w:after="0"/>
        <w:ind w:left="360"/>
        <w:shd w:val="clear" w:color="auto" w:fill="F2F2F2"/>
      </w:pPr>
      <w:r>
        <w:rPr>
          <w:rFonts w:ascii="Consolas" w:hAnsi="Consolas"/>
          <w:sz w:val="18"/>
        </w:rPr>
        <w:t>def _check_draft_for_email(email_uid):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Verify if there's already a draft email responding to this email,</w:t>
      </w:r>
    </w:p>
    <w:p>
      <w:pPr>
        <w:spacing w:after="0"/>
        <w:ind w:left="360"/>
        <w:shd w:val="clear" w:color="auto" w:fill="F2F2F2"/>
      </w:pPr>
      <w:r>
        <w:rPr>
          <w:rFonts w:ascii="Consolas" w:hAnsi="Consolas"/>
          <w:sz w:val="18"/>
        </w:rPr>
        <w:t xml:space="preserve">    and return True if it is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source_email = _retrieve_email_uid(email_uid)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Retrieve all emails from draft folder</w:t>
      </w:r>
    </w:p>
    <w:p>
      <w:pPr>
        <w:spacing w:after="0"/>
        <w:ind w:left="360"/>
        <w:shd w:val="clear" w:color="auto" w:fill="F2F2F2"/>
      </w:pPr>
      <w:r>
        <w:rPr>
          <w:rFonts w:ascii="Consolas" w:hAnsi="Consolas"/>
          <w:sz w:val="18"/>
        </w:rPr>
        <w:t xml:space="preserve">    mail = _mail_select(DRAFT_FOLDER)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result, data = mail.uid('search', None, 'ALL')</w:t>
      </w:r>
    </w:p>
    <w:p>
      <w:pPr>
        <w:spacing w:after="0"/>
        <w:ind w:left="360"/>
        <w:shd w:val="clear" w:color="auto" w:fill="F2F2F2"/>
      </w:pPr>
      <w:r>
        <w:rPr>
          <w:rFonts w:ascii="Consolas" w:hAnsi="Consolas"/>
          <w:sz w:val="18"/>
        </w:rPr>
        <w:t xml:space="preserve">    draft_uids = data[0].split()</w:t>
      </w:r>
    </w:p>
    <w:p>
      <w:pPr>
        <w:spacing w:after="0"/>
        <w:ind w:left="360"/>
        <w:shd w:val="clear" w:color="auto" w:fill="F2F2F2"/>
      </w:pPr>
      <w:r>
        <w:rPr>
          <w:rFonts w:ascii="Consolas" w:hAnsi="Consolas"/>
          <w:sz w:val="18"/>
        </w:rPr>
        <w:t xml:space="preserve">    # Check all existing drafts</w:t>
      </w:r>
    </w:p>
    <w:p>
      <w:pPr>
        <w:spacing w:after="0"/>
        <w:ind w:left="360"/>
        <w:shd w:val="clear" w:color="auto" w:fill="F2F2F2"/>
      </w:pPr>
      <w:r>
        <w:rPr>
          <w:rFonts w:ascii="Consolas" w:hAnsi="Consolas"/>
          <w:sz w:val="18"/>
        </w:rPr>
        <w:t>for draft_uid in draft_uids:</w:t>
      </w:r>
    </w:p>
    <w:p>
      <w:pPr>
        <w:spacing w:after="0"/>
        <w:ind w:left="360"/>
        <w:shd w:val="clear" w:color="auto" w:fill="F2F2F2"/>
      </w:pPr>
      <w:r>
        <w:rPr>
          <w:rFonts w:ascii="Consolas" w:hAnsi="Consolas"/>
          <w:sz w:val="18"/>
        </w:rPr>
        <w:t xml:space="preserve">        draft = _retrieve_draft(draft_uid)</w:t>
      </w:r>
    </w:p>
    <w:p>
      <w:pPr>
        <w:spacing w:after="0"/>
        <w:ind w:left="360"/>
        <w:shd w:val="clear" w:color="auto" w:fill="F2F2F2"/>
      </w:pPr>
      <w:r>
        <w:rPr>
          <w:rFonts w:ascii="Consolas" w:hAnsi="Consolas"/>
          <w:sz w:val="18"/>
        </w:rPr>
        <w:t xml:space="preserve">        # Check if it responds to this email</w:t>
      </w:r>
    </w:p>
    <w:p>
      <w:pPr>
        <w:spacing w:after="0"/>
        <w:ind w:left="360"/>
        <w:shd w:val="clear" w:color="auto" w:fill="F2F2F2"/>
      </w:pPr>
      <w:r>
        <w:rPr>
          <w:rFonts w:ascii="Consolas" w:hAnsi="Consolas"/>
          <w:sz w:val="18"/>
        </w:rPr>
        <w:t>if draft['In-Reply-To'] == source_email['message-id']:</w:t>
      </w:r>
    </w:p>
    <w:p>
      <w:pPr>
        <w:spacing w:after="0"/>
        <w:ind w:left="360"/>
        <w:shd w:val="clear" w:color="auto" w:fill="F2F2F2"/>
      </w:pPr>
      <w:r>
        <w:rPr>
          <w:rFonts w:ascii="Consolas" w:hAnsi="Consolas"/>
          <w:sz w:val="18"/>
        </w:rPr>
        <w:t xml:space="preserve">            return True</w:t>
      </w:r>
    </w:p>
    <w:p>
      <w:pPr>
        <w:spacing w:after="0"/>
        <w:ind w:left="360"/>
        <w:shd w:val="clear" w:color="auto" w:fill="F2F2F2"/>
      </w:pPr>
      <w:r>
        <w:rPr>
          <w:rFonts w:ascii="Consolas" w:hAnsi="Consolas"/>
          <w:sz w:val="18"/>
        </w:rPr>
        <w:t>return False</w:t>
      </w:r>
    </w:p>
    <w:p>
      <w:pPr>
        <w:spacing w:after="40"/>
      </w:pPr>
    </w:p>
    <w:p>
      <w:pPr>
        <w:spacing w:after="80"/>
      </w:pPr>
      <w:r>
        <w:rPr>
          <w:b w:val="0"/>
          <w:i w:val="0"/>
        </w:rPr>
        <w:t xml:space="preserve">Để làm điều đó, trước tiên chúng ta lấy email về, rồi lặp qua các email trong drafts để xem có cái nào có </w:t>
      </w:r>
      <w:r>
        <w:rPr>
          <w:rFonts w:ascii="Consolas" w:hAnsi="Consolas"/>
          <w:b w:val="0"/>
          <w:i w:val="0"/>
          <w:sz w:val="20"/>
        </w:rPr>
        <w:br/>
        <w:br/>
        <w:t xml:space="preserve">      In‑Reply‑To</w:t>
        <w:br/>
        <w:t xml:space="preserve">     </w:t>
        <w:br/>
      </w:r>
      <w:r>
        <w:rPr>
          <w:b w:val="0"/>
          <w:i w:val="0"/>
        </w:rPr>
        <w:t xml:space="preserve"> trùng với </w:t>
      </w:r>
      <w:r>
        <w:rPr>
          <w:rFonts w:ascii="Consolas" w:hAnsi="Consolas"/>
          <w:b w:val="0"/>
          <w:i w:val="0"/>
          <w:sz w:val="20"/>
        </w:rPr>
        <w:br/>
        <w:br/>
        <w:t xml:space="preserve">      message‑id</w:t>
        <w:br/>
        <w:t xml:space="preserve">     </w:t>
        <w:br/>
      </w:r>
      <w:r>
        <w:rPr>
          <w:b w:val="0"/>
          <w:i w:val="0"/>
        </w:rPr>
        <w:t xml:space="preserve"> của </w:t>
      </w:r>
      <w:r>
        <w:rPr>
          <w:rFonts w:ascii="Consolas" w:hAnsi="Consolas"/>
          <w:b w:val="0"/>
          <w:i w:val="0"/>
          <w:sz w:val="20"/>
        </w:rPr>
        <w:br/>
        <w:br/>
        <w:t xml:space="preserve">      source_email</w:t>
        <w:br/>
        <w:t xml:space="preserve">     </w:t>
        <w:br/>
      </w:r>
      <w:r>
        <w:rPr>
          <w:b w:val="0"/>
          <w:i w:val="0"/>
        </w:rPr>
        <w:t xml:space="preserve"> không.</w:t>
      </w:r>
    </w:p>
    <w:p>
      <w:pPr>
        <w:spacing w:after="80"/>
      </w:pPr>
      <w:r>
        <w:rPr>
          <w:b/>
          <w:i w:val="0"/>
        </w:rPr>
        <w:t>Mẹo</w:t>
      </w:r>
    </w:p>
    <w:p>
      <w:pPr>
        <w:spacing w:after="80"/>
      </w:pPr>
      <w:r>
        <w:rPr>
          <w:b w:val="0"/>
          <w:i w:val="0"/>
        </w:rPr>
        <w:t xml:space="preserve">Ở đây chúng ta giả định rằng có một số lượng nhỏ bản nháp trong </w:t>
      </w:r>
      <w:r>
        <w:rPr>
          <w:rFonts w:ascii="Consolas" w:hAnsi="Consolas"/>
          <w:b w:val="0"/>
          <w:i w:val="0"/>
          <w:sz w:val="20"/>
        </w:rPr>
        <w:br/>
        <w:br/>
        <w:t xml:space="preserve">       DRAFT_FOLDER</w:t>
        <w:br/>
        <w:t xml:space="preserve">      </w:t>
        <w:br/>
      </w:r>
      <w:r>
        <w:rPr>
          <w:b w:val="0"/>
          <w:i w:val="0"/>
        </w:rPr>
        <w:t xml:space="preserve"> của mình, và do đó, việc lấy chúng ra không phải là thao tác lớn. Đó là một giả định hợp lý nói chung, nhưng nếu trường hợp của bạn không như vậy (bạn có xu hướng giữ nhiều bản nháp xung quanh), đoạn code này có thể kém hiệu quả nếu được gọi nhiều lần.</w:t>
      </w:r>
    </w:p>
    <w:p>
      <w:pPr>
        <w:spacing w:after="80"/>
      </w:pPr>
      <w:r>
        <w:rPr>
          <w:b w:val="0"/>
          <w:i w:val="0"/>
        </w:rPr>
        <w:t>Có thể cải thiện bằng cách lưu từng bản nháp trên đĩa cục bộ rồi kiểm tra xem có bản nháp mới nào từ bản sao cục bộ không. Cách đó sẽ tốn ít chi phí bên ngoài hơn, nhưng có thể là tối ưu hóa quá mức nếu số lượng bản nháp thường ít.</w:t>
      </w:r>
    </w:p>
    <w:p>
      <w:pPr>
        <w:spacing w:after="80"/>
      </w:pPr>
      <w:r>
        <w:rPr>
          <w:b w:val="0"/>
          <w:i w:val="0"/>
        </w:rPr>
        <w:t xml:space="preserve">Để lấy một bản nháp, chúng ta dùng code rất giống với việc lấy từ hộp thư đến, nhưng nhắm vào </w:t>
      </w:r>
      <w:r>
        <w:rPr>
          <w:rFonts w:ascii="Consolas" w:hAnsi="Consolas"/>
          <w:b w:val="0"/>
          <w:i w:val="0"/>
          <w:sz w:val="20"/>
        </w:rPr>
        <w:br/>
        <w:br/>
        <w:t xml:space="preserve">      DRAFT_FOLDER</w:t>
        <w:br/>
        <w:t xml:space="preserve">     </w:t>
        <w:br/>
      </w:r>
    </w:p>
    <w:p>
      <w:pPr>
        <w:spacing w:after="0"/>
        <w:ind w:left="360"/>
        <w:shd w:val="clear" w:color="auto" w:fill="F2F2F2"/>
      </w:pPr>
      <w:r>
        <w:rPr>
          <w:rFonts w:ascii="Consolas" w:hAnsi="Consolas"/>
          <w:sz w:val="18"/>
        </w:rPr>
        <w:t>def _retrieve_draft(draft_uid):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Return a draft email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mail = _mail_select(DRAFT_FOLDER)</w:t>
      </w:r>
    </w:p>
    <w:p>
      <w:pPr>
        <w:spacing w:after="0"/>
        <w:ind w:left="360"/>
        <w:shd w:val="clear" w:color="auto" w:fill="F2F2F2"/>
      </w:pPr>
      <w:r>
        <w:rPr>
          <w:rFonts w:ascii="Consolas" w:hAnsi="Consolas"/>
          <w:sz w:val="18"/>
        </w:rPr>
        <w:t xml:space="preserve">    draft_email = _retrieve_email_message(mail, draft_uid)</w:t>
      </w:r>
    </w:p>
    <w:p>
      <w:pPr>
        <w:spacing w:after="0"/>
        <w:ind w:left="360"/>
        <w:shd w:val="clear" w:color="auto" w:fill="F2F2F2"/>
      </w:pPr>
      <w:r>
        <w:rPr>
          <w:rFonts w:ascii="Consolas" w:hAnsi="Consolas"/>
          <w:sz w:val="18"/>
        </w:rPr>
        <w:t xml:space="preserve">    return draft_email</w:t>
      </w:r>
    </w:p>
    <w:p>
      <w:pPr>
        <w:spacing w:after="40"/>
      </w:pPr>
    </w:p>
    <w:p>
      <w:pPr>
        <w:spacing w:after="80"/>
      </w:pPr>
      <w:r>
        <w:rPr>
          <w:b w:val="0"/>
          <w:i w:val="0"/>
        </w:rPr>
        <w:t xml:space="preserve">Tuy nhiên, có một điểm khác với </w:t>
      </w:r>
      <w:r>
        <w:rPr>
          <w:rFonts w:ascii="Consolas" w:hAnsi="Consolas"/>
          <w:b w:val="0"/>
          <w:i w:val="0"/>
          <w:sz w:val="20"/>
        </w:rPr>
        <w:br/>
        <w:br/>
        <w:t xml:space="preserve">      _retrieve_email_uid</w:t>
        <w:br/>
        <w:t xml:space="preserve">     </w:t>
        <w:br/>
      </w:r>
      <w:r>
        <w:rPr>
          <w:b w:val="0"/>
          <w:i w:val="0"/>
        </w:rPr>
        <w:t xml:space="preserve"> . Ở đây chúng ta không phân tích cú pháp email, vì chúng ta chỉ quan tâm đến tham số </w:t>
      </w:r>
      <w:r>
        <w:rPr>
          <w:rFonts w:ascii="Consolas" w:hAnsi="Consolas"/>
          <w:b w:val="0"/>
          <w:i w:val="0"/>
          <w:sz w:val="20"/>
        </w:rPr>
        <w:br/>
        <w:br/>
        <w:t xml:space="preserve">      In‑Reply‑To</w:t>
        <w:br/>
        <w:t xml:space="preserve">     </w:t>
        <w:br/>
      </w:r>
      <w:r>
        <w:rPr>
          <w:b w:val="0"/>
          <w:i w:val="0"/>
        </w:rPr>
        <w:t xml:space="preserve"> , thứ dễ dàng truy cập trực tiếp trong đối tượng </w:t>
      </w:r>
      <w:r>
        <w:rPr>
          <w:rFonts w:ascii="Consolas" w:hAnsi="Consolas"/>
          <w:b w:val="0"/>
          <w:i w:val="0"/>
          <w:sz w:val="20"/>
        </w:rPr>
        <w:br/>
        <w:br/>
        <w:t xml:space="preserve">      EmailMessage</w:t>
        <w:br/>
        <w:t xml:space="preserve">     </w:t>
        <w:br/>
      </w:r>
      <w:r>
        <w:rPr>
          <w:b w:val="0"/>
          <w:i w:val="0"/>
        </w:rPr>
        <w:t xml:space="preserve"> .</w:t>
      </w:r>
    </w:p>
    <w:p>
      <w:pPr>
        <w:pStyle w:val="Heading4"/>
      </w:pPr>
      <w:r>
        <w:rPr>
          <w:rFonts w:ascii="Calibri" w:hAnsi="Calibri"/>
          <w:b/>
          <w:i w:val="0"/>
          <w:sz w:val="23"/>
        </w:rPr>
        <w:t>Gửi email tóm tắt</w:t>
      </w:r>
    </w:p>
    <w:p>
      <w:pPr>
        <w:spacing w:after="80"/>
      </w:pPr>
      <w:r>
        <w:rPr>
          <w:b w:val="0"/>
          <w:i w:val="0"/>
        </w:rPr>
        <w:t xml:space="preserve">Để tạo email tóm tắt, chúng ta chỉ cần tạo một </w:t>
      </w:r>
      <w:r>
        <w:rPr>
          <w:rFonts w:ascii="Consolas" w:hAnsi="Consolas"/>
          <w:b w:val="0"/>
          <w:i w:val="0"/>
          <w:sz w:val="20"/>
        </w:rPr>
        <w:br/>
        <w:br/>
        <w:t xml:space="preserve">      EmailMessage</w:t>
        <w:br/>
        <w:t xml:space="preserve">     </w:t>
        <w:br/>
      </w:r>
      <w:r>
        <w:rPr>
          <w:b w:val="0"/>
          <w:i w:val="0"/>
        </w:rPr>
        <w:t xml:space="preserve"> với tất cả các tham số cần thiết và gửi nó đi.</w:t>
      </w:r>
    </w:p>
    <w:p>
      <w:pPr>
        <w:spacing w:after="0"/>
        <w:ind w:left="360"/>
        <w:shd w:val="clear" w:color="auto" w:fill="F2F2F2"/>
      </w:pPr>
      <w:r>
        <w:rPr>
          <w:rFonts w:ascii="Consolas" w:hAnsi="Consolas"/>
          <w:sz w:val="18"/>
        </w:rPr>
        <w:t>def send_a_summary_email(summary, content):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Send an email to yourself from your Agent with a summary of emails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print('Sending a summary email')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email = EmailMessage()</w:t>
      </w:r>
    </w:p>
    <w:p>
      <w:pPr>
        <w:spacing w:after="0"/>
        <w:ind w:left="360"/>
        <w:shd w:val="clear" w:color="auto" w:fill="F2F2F2"/>
      </w:pPr>
      <w:r>
        <w:rPr>
          <w:rFonts w:ascii="Consolas" w:hAnsi="Consolas"/>
          <w:sz w:val="18"/>
        </w:rPr>
        <w:t xml:space="preserve">    email['From'] = EMAIL_USER</w:t>
      </w:r>
    </w:p>
    <w:p>
      <w:pPr>
        <w:spacing w:after="0"/>
        <w:ind w:left="360"/>
        <w:shd w:val="clear" w:color="auto" w:fill="F2F2F2"/>
      </w:pPr>
      <w:r>
        <w:rPr>
          <w:rFonts w:ascii="Consolas" w:hAnsi="Consolas"/>
          <w:sz w:val="18"/>
        </w:rPr>
        <w:t xml:space="preserve">    email['To'] = EMAIL_USER</w:t>
      </w:r>
    </w:p>
    <w:p>
      <w:pPr>
        <w:spacing w:after="0"/>
        <w:ind w:left="360"/>
        <w:shd w:val="clear" w:color="auto" w:fill="F2F2F2"/>
      </w:pPr>
      <w:r>
        <w:rPr>
          <w:rFonts w:ascii="Consolas" w:hAnsi="Consolas"/>
          <w:sz w:val="18"/>
        </w:rPr>
        <w:t xml:space="preserve">    email['Subject'] = summary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email['Date'] = formatdate(localtime=True)</w:t>
      </w:r>
    </w:p>
    <w:p>
      <w:pPr>
        <w:spacing w:after="0"/>
        <w:ind w:left="360"/>
        <w:shd w:val="clear" w:color="auto" w:fill="F2F2F2"/>
      </w:pPr>
      <w:r>
        <w:rPr>
          <w:rFonts w:ascii="Consolas" w:hAnsi="Consolas"/>
          <w:sz w:val="18"/>
        </w:rPr>
        <w:t xml:space="preserve">    email['Message-ID'] = make_msgid()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email.set_content(content)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Connect to the SMTP server and send the email</w:t>
      </w:r>
    </w:p>
    <w:p>
      <w:pPr>
        <w:spacing w:after="0"/>
        <w:ind w:left="360"/>
        <w:shd w:val="clear" w:color="auto" w:fill="F2F2F2"/>
      </w:pPr>
      <w:r>
        <w:rPr>
          <w:rFonts w:ascii="Consolas" w:hAnsi="Consolas"/>
          <w:sz w:val="18"/>
        </w:rPr>
        <w:t>with smtplib.SMTP_SSL(SMTP_SERVER, SMTP_PORT) as smtp_server:</w:t>
      </w:r>
    </w:p>
    <w:p>
      <w:pPr>
        <w:spacing w:after="0"/>
        <w:ind w:left="360"/>
        <w:shd w:val="clear" w:color="auto" w:fill="F2F2F2"/>
      </w:pPr>
      <w:r>
        <w:rPr>
          <w:rFonts w:ascii="Consolas" w:hAnsi="Consolas"/>
          <w:sz w:val="18"/>
        </w:rPr>
        <w:t xml:space="preserve">        smtp_server.login(EMAIL_USER, EMAIL_PASSWORD)</w:t>
      </w:r>
    </w:p>
    <w:p>
      <w:pPr>
        <w:spacing w:after="0"/>
        <w:ind w:left="360"/>
        <w:shd w:val="clear" w:color="auto" w:fill="F2F2F2"/>
      </w:pPr>
      <w:r>
        <w:rPr>
          <w:rFonts w:ascii="Consolas" w:hAnsi="Consolas"/>
          <w:sz w:val="18"/>
        </w:rPr>
        <w:t xml:space="preserve">        smtp_server.send_message(email)</w:t>
      </w:r>
    </w:p>
    <w:p>
      <w:pPr>
        <w:spacing w:after="40"/>
      </w:pPr>
    </w:p>
    <w:p>
      <w:pPr>
        <w:spacing w:after="80"/>
      </w:pPr>
      <w:r>
        <w:rPr>
          <w:b w:val="0"/>
          <w:i w:val="0"/>
        </w:rPr>
        <w:t xml:space="preserve">Trong trường hợp này, chúng ta cần gửi email thông qua thư viện </w:t>
      </w:r>
      <w:r>
        <w:rPr>
          <w:rFonts w:ascii="Consolas" w:hAnsi="Consolas"/>
          <w:b w:val="0"/>
          <w:i w:val="0"/>
          <w:sz w:val="20"/>
        </w:rPr>
        <w:br/>
        <w:br/>
        <w:t xml:space="preserve">      smtplib</w:t>
        <w:br/>
        <w:t xml:space="preserve">     </w:t>
        <w:br/>
      </w:r>
      <w:r>
        <w:rPr>
          <w:b w:val="0"/>
          <w:i w:val="0"/>
        </w:rPr>
        <w:t xml:space="preserve"> , vì </w:t>
      </w:r>
      <w:r>
        <w:rPr>
          <w:rFonts w:ascii="Consolas" w:hAnsi="Consolas"/>
          <w:b w:val="0"/>
          <w:i w:val="0"/>
          <w:sz w:val="20"/>
        </w:rPr>
        <w:br/>
        <w:br/>
        <w:t xml:space="preserve">      imaplib</w:t>
        <w:br/>
        <w:t xml:space="preserve">     </w:t>
        <w:br/>
      </w:r>
      <w:r>
        <w:rPr>
          <w:b w:val="0"/>
          <w:i w:val="0"/>
        </w:rPr>
        <w:t xml:space="preserve"> chỉ đảm nhiệm việc đọc email, không gửi được.</w:t>
      </w:r>
    </w:p>
    <w:p>
      <w:pPr>
        <w:spacing w:after="80"/>
      </w:pPr>
      <w:r>
        <w:rPr>
          <w:b/>
          <w:i w:val="0"/>
        </w:rPr>
        <w:t>Mẹo</w:t>
      </w:r>
    </w:p>
    <w:p>
      <w:pPr>
        <w:spacing w:after="80"/>
      </w:pPr>
      <w:r>
        <w:rPr>
          <w:b w:val="0"/>
          <w:i w:val="0"/>
        </w:rPr>
        <w:t xml:space="preserve">Lưu ý rằng chúng ta chủ động quyết định trường </w:t>
      </w:r>
      <w:r>
        <w:rPr>
          <w:rFonts w:ascii="Consolas" w:hAnsi="Consolas"/>
          <w:b w:val="0"/>
          <w:i w:val="0"/>
          <w:sz w:val="20"/>
        </w:rPr>
        <w:br/>
        <w:br/>
        <w:t xml:space="preserve">       To</w:t>
        <w:br/>
        <w:t xml:space="preserve">      </w:t>
        <w:br/>
      </w:r>
      <w:r>
        <w:rPr>
          <w:b w:val="0"/>
          <w:i w:val="0"/>
        </w:rPr>
        <w:t xml:space="preserve"> của email, đảm bảo nó chỉ có thể được gửi đến </w:t>
      </w:r>
      <w:r>
        <w:rPr>
          <w:rFonts w:ascii="Consolas" w:hAnsi="Consolas"/>
          <w:b w:val="0"/>
          <w:i w:val="0"/>
          <w:sz w:val="20"/>
        </w:rPr>
        <w:br/>
        <w:br/>
        <w:t xml:space="preserve">       EMAIL_USER</w:t>
        <w:br/>
        <w:t xml:space="preserve">      </w:t>
        <w:br/>
      </w:r>
      <w:r>
        <w:rPr>
          <w:b w:val="0"/>
          <w:i w:val="0"/>
        </w:rPr>
        <w:t xml:space="preserve"> . Chúng ta không để đích đến của email phụ thuộc vào AI agent theo bất kỳ cách nào, chỉ có nội dung và tiêu đề thôi. Cách tiếp cận này theo cùng lý lẽ như trước với email nháp, duy trì kiểm soát chặt chẽ để giới hạn những gì AI agent có thể làm. Bằng cách đó, chúng ta giảm bớt sự không chắc chắn, tránh các lỗi tiềm ẩn, và đảm bảo rằng mọi bản tóm tắt hay tin nhắn vẫn nằm an toàn trong hộp thư của chính mình. Kể cả nếu một bản tóm tắt sai, chỉ mình ta thấy nó, và không có rủi ro một email nhầm lẫn hay bị ảo giác chứa thông tin riêng tư bị gửi đến sai người nhận.</w:t>
      </w:r>
    </w:p>
    <w:p>
      <w:pPr>
        <w:spacing w:after="80"/>
      </w:pPr>
      <w:r>
        <w:rPr>
          <w:b w:val="0"/>
          <w:i w:val="0"/>
        </w:rPr>
        <w:t>Sau khi đã định nghĩa xong tất cả các agent, chúng ta chuyển sang định nghĩa cách AI agent gọi chúng.</w:t>
      </w:r>
    </w:p>
    <w:p>
      <w:pPr>
        <w:pStyle w:val="Heading4"/>
      </w:pPr>
      <w:r>
        <w:rPr>
          <w:rFonts w:ascii="Calibri" w:hAnsi="Calibri"/>
          <w:b/>
          <w:i w:val="0"/>
          <w:sz w:val="23"/>
        </w:rPr>
        <w:t>Agent gọi các công cụ</w:t>
      </w:r>
    </w:p>
    <w:p>
      <w:pPr>
        <w:spacing w:after="80"/>
      </w:pPr>
      <w:r>
        <w:rPr>
          <w:b w:val="0"/>
          <w:i w:val="0"/>
        </w:rPr>
        <w:t xml:space="preserve">Điều này được định nghĩa trong script </w:t>
      </w:r>
      <w:r>
        <w:rPr>
          <w:rFonts w:ascii="Consolas" w:hAnsi="Consolas"/>
          <w:b w:val="0"/>
          <w:i w:val="0"/>
          <w:sz w:val="20"/>
        </w:rPr>
        <w:br/>
        <w:br/>
        <w:t xml:space="preserve">      email_agent.py</w:t>
        <w:br/>
        <w:t xml:space="preserve">     </w:t>
        <w:br/>
      </w:r>
      <w:r>
        <w:rPr>
          <w:b w:val="0"/>
          <w:i w:val="0"/>
        </w:rPr>
        <w:t xml:space="preserve"> . Cấu trúc tổng thể giống như chúng ta đã thấy trước đó.</w:t>
      </w:r>
    </w:p>
    <w:p>
      <w:pPr>
        <w:spacing w:after="80"/>
      </w:pPr>
      <w:r>
        <w:rPr>
          <w:b w:val="0"/>
          <w:i w:val="0"/>
        </w:rPr>
        <w:t xml:space="preserve">Đầu tiên, chúng ta import các thư viện sẽ dùng, thiết lập model nào sẽ dùng (GPT-5.4), và chuẩn bị một đối tượng </w:t>
      </w:r>
      <w:r>
        <w:rPr>
          <w:rFonts w:ascii="Consolas" w:hAnsi="Consolas"/>
          <w:b w:val="0"/>
          <w:i w:val="0"/>
          <w:sz w:val="20"/>
        </w:rPr>
        <w:br/>
        <w:br/>
        <w:t xml:space="preserve">      console</w:t>
        <w:br/>
        <w:t xml:space="preserve">     </w:t>
        <w:br/>
      </w:r>
      <w:r>
        <w:rPr>
          <w:b w:val="0"/>
          <w:i w:val="0"/>
        </w:rPr>
        <w:t xml:space="preserve"> để dùng </w:t>
      </w:r>
      <w:r>
        <w:rPr>
          <w:rFonts w:ascii="Consolas" w:hAnsi="Consolas"/>
          <w:b w:val="0"/>
          <w:i w:val="0"/>
          <w:sz w:val="20"/>
        </w:rPr>
        <w:br/>
        <w:br/>
        <w:t xml:space="preserve">      rich</w:t>
        <w:br/>
        <w:t xml:space="preserve">     </w:t>
        <w:br/>
      </w:r>
      <w:r>
        <w:rPr>
          <w:b w:val="0"/>
          <w:i w:val="0"/>
        </w:rPr>
        <w:t xml:space="preserve"> cho phần output.</w:t>
      </w:r>
    </w:p>
    <w:p>
      <w:pPr>
        <w:spacing w:after="0"/>
        <w:ind w:left="360"/>
        <w:shd w:val="clear" w:color="auto" w:fill="F2F2F2"/>
      </w:pPr>
      <w:r>
        <w:rPr>
          <w:rFonts w:ascii="Consolas" w:hAnsi="Consolas"/>
          <w:sz w:val="18"/>
        </w:rPr>
        <w:t>import asyncio</w:t>
      </w:r>
    </w:p>
    <w:p>
      <w:pPr>
        <w:spacing w:after="0"/>
        <w:ind w:left="360"/>
        <w:shd w:val="clear" w:color="auto" w:fill="F2F2F2"/>
      </w:pPr>
      <w:r>
        <w:rPr>
          <w:rFonts w:ascii="Consolas" w:hAnsi="Consolas"/>
          <w:sz w:val="18"/>
        </w:rPr>
        <w:t>from keys import OPEN_AI_KEY</w:t>
      </w:r>
    </w:p>
    <w:p>
      <w:pPr>
        <w:spacing w:after="0"/>
        <w:ind w:left="360"/>
        <w:shd w:val="clear" w:color="auto" w:fill="F2F2F2"/>
      </w:pPr>
      <w:r>
        <w:rPr>
          <w:rFonts w:ascii="Consolas" w:hAnsi="Consolas"/>
          <w:sz w:val="18"/>
        </w:rPr>
        <w:t>from agents import Agent, Runner, set_default_openai_key</w:t>
      </w:r>
    </w:p>
    <w:p>
      <w:pPr>
        <w:spacing w:after="0"/>
        <w:ind w:left="360"/>
        <w:shd w:val="clear" w:color="auto" w:fill="F2F2F2"/>
      </w:pPr>
      <w:r>
        <w:rPr>
          <w:rFonts w:ascii="Consolas" w:hAnsi="Consolas"/>
          <w:sz w:val="18"/>
        </w:rPr>
        <w:t>from agents import ModelSettings</w:t>
      </w:r>
    </w:p>
    <w:p>
      <w:pPr>
        <w:spacing w:after="0"/>
        <w:ind w:left="360"/>
        <w:shd w:val="clear" w:color="auto" w:fill="F2F2F2"/>
      </w:pPr>
      <w:r>
        <w:rPr>
          <w:rFonts w:ascii="Consolas" w:hAnsi="Consolas"/>
          <w:sz w:val="18"/>
        </w:rPr>
        <w:t>from agents import function_tool, retry_policies</w:t>
      </w:r>
    </w:p>
    <w:p>
      <w:pPr>
        <w:spacing w:after="0"/>
        <w:ind w:left="360"/>
        <w:shd w:val="clear" w:color="auto" w:fill="F2F2F2"/>
      </w:pPr>
      <w:r>
        <w:rPr>
          <w:rFonts w:ascii="Consolas" w:hAnsi="Consolas"/>
          <w:sz w:val="18"/>
        </w:rPr>
        <w:t>from agents.model_settings import ModelRetrySettings, ModelRetryBackoffSettings</w:t>
      </w:r>
    </w:p>
    <w:p>
      <w:pPr>
        <w:spacing w:after="0"/>
        <w:ind w:left="360"/>
        <w:shd w:val="clear" w:color="auto" w:fill="F2F2F2"/>
      </w:pPr>
      <w:r>
        <w:rPr>
          <w:rFonts w:ascii="Consolas" w:hAnsi="Consolas"/>
          <w:sz w:val="18"/>
        </w:rPr>
        <w:t>from rich.console import Console</w:t>
      </w:r>
    </w:p>
    <w:p>
      <w:pPr>
        <w:spacing w:after="0"/>
        <w:ind w:left="360"/>
        <w:shd w:val="clear" w:color="auto" w:fill="F2F2F2"/>
      </w:pPr>
      <w:r>
        <w:rPr>
          <w:rFonts w:ascii="Consolas" w:hAnsi="Consolas"/>
          <w:sz w:val="18"/>
        </w:rPr>
        <w:t>from rich.markdown import Markdown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from email_tool import retrieve_last_emails as _retrieve_last_emails</w:t>
      </w:r>
    </w:p>
    <w:p>
      <w:pPr>
        <w:spacing w:after="0"/>
        <w:ind w:left="360"/>
        <w:shd w:val="clear" w:color="auto" w:fill="F2F2F2"/>
      </w:pPr>
      <w:r>
        <w:rPr>
          <w:rFonts w:ascii="Consolas" w:hAnsi="Consolas"/>
          <w:sz w:val="18"/>
        </w:rPr>
        <w:t>from email_tool import create_a_draft_reply as _create_a_draft_reply</w:t>
      </w:r>
    </w:p>
    <w:p>
      <w:pPr>
        <w:spacing w:after="0"/>
        <w:ind w:left="360"/>
        <w:shd w:val="clear" w:color="auto" w:fill="F2F2F2"/>
      </w:pPr>
      <w:r>
        <w:rPr>
          <w:rFonts w:ascii="Consolas" w:hAnsi="Consolas"/>
          <w:sz w:val="18"/>
        </w:rPr>
        <w:t>from email_tool import send_a_summary_email as _send_a_summary_email</w:t>
      </w:r>
    </w:p>
    <w:p>
      <w:pPr>
        <w:spacing w:after="0"/>
        <w:ind w:left="360"/>
        <w:shd w:val="clear" w:color="auto" w:fill="F2F2F2"/>
      </w:pPr>
      <w:r>
        <w:rPr>
          <w:rFonts w:ascii="Consolas" w:hAnsi="Consolas"/>
          <w:sz w:val="18"/>
        </w:rPr>
        <w:t>from email_tool import read_stored_sent_emails as _read_stored_sent_emails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MODEL = 'gpt-5.4'</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console = Console()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set_default_openai_key(OPEN_AI_KEY)</w:t>
      </w:r>
    </w:p>
    <w:p>
      <w:pPr>
        <w:spacing w:after="40"/>
      </w:pPr>
    </w:p>
    <w:p>
      <w:pPr>
        <w:spacing w:after="80"/>
      </w:pPr>
      <w:r>
        <w:rPr>
          <w:b w:val="0"/>
          <w:i w:val="0"/>
        </w:rPr>
        <w:t xml:space="preserve">Chúng ta import tất cả các tool, thêm dấu gạch dưới ở đầu mỗi cái để cho biết chúng sẽ được dùng nội bộ, được bọc bởi decorator </w:t>
      </w:r>
      <w:r>
        <w:rPr>
          <w:rFonts w:ascii="Consolas" w:hAnsi="Consolas"/>
          <w:b w:val="0"/>
          <w:i w:val="0"/>
          <w:sz w:val="20"/>
        </w:rPr>
        <w:br/>
        <w:br/>
        <w:t xml:space="preserve">      function_tool</w:t>
        <w:br/>
        <w:t xml:space="preserve">     </w:t>
        <w:br/>
      </w:r>
      <w:r>
        <w:rPr>
          <w:b w:val="0"/>
          <w:i w:val="0"/>
        </w:rPr>
        <w:t xml:space="preserve"> , như chúng ta làm tiếp theo.</w:t>
      </w:r>
    </w:p>
    <w:p>
      <w:pPr>
        <w:spacing w:after="0"/>
        <w:ind w:left="360"/>
        <w:shd w:val="clear" w:color="auto" w:fill="F2F2F2"/>
      </w:pPr>
      <w:r>
        <w:rPr>
          <w:rFonts w:ascii="Consolas" w:hAnsi="Consolas"/>
          <w:sz w:val="18"/>
        </w:rPr>
        <w:t>@function_tool</w:t>
      </w:r>
    </w:p>
    <w:p>
      <w:pPr>
        <w:spacing w:after="0"/>
        <w:ind w:left="360"/>
        <w:shd w:val="clear" w:color="auto" w:fill="F2F2F2"/>
      </w:pPr>
      <w:r>
        <w:rPr>
          <w:rFonts w:ascii="Consolas" w:hAnsi="Consolas"/>
          <w:sz w:val="18"/>
        </w:rPr>
        <w:t>def retrieve_last_emails():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Retrieve today's email from the mailbox.</w:t>
      </w:r>
    </w:p>
    <w:p>
      <w:pPr>
        <w:spacing w:after="0"/>
        <w:ind w:left="360"/>
        <w:shd w:val="clear" w:color="auto" w:fill="F2F2F2"/>
      </w:pPr>
      <w:r>
        <w:rPr>
          <w:rFonts w:ascii="Consolas" w:hAnsi="Consolas"/>
          <w:sz w:val="18"/>
        </w:rPr>
        <w:t xml:space="preserve">    Returns a list of dicts with subject, address, and payload.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return _retrieve_last_emails()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@function_tool</w:t>
      </w:r>
    </w:p>
    <w:p>
      <w:pPr>
        <w:spacing w:after="0"/>
        <w:ind w:left="360"/>
        <w:shd w:val="clear" w:color="auto" w:fill="F2F2F2"/>
      </w:pPr>
      <w:r>
        <w:rPr>
          <w:rFonts w:ascii="Consolas" w:hAnsi="Consolas"/>
          <w:sz w:val="18"/>
        </w:rPr>
        <w:t>def create_a_draft_reply(email_uid: str, content: str):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Create a draft reply to an email, given its email_uid</w:t>
      </w:r>
    </w:p>
    <w:p>
      <w:pPr>
        <w:spacing w:after="0"/>
        <w:ind w:left="360"/>
        <w:shd w:val="clear" w:color="auto" w:fill="F2F2F2"/>
      </w:pPr>
      <w:r>
        <w:rPr>
          <w:rFonts w:ascii="Consolas" w:hAnsi="Consolas"/>
          <w:sz w:val="18"/>
        </w:rPr>
        <w:t xml:space="preserve">    and the content will be the response.</w:t>
      </w:r>
    </w:p>
    <w:p>
      <w:pPr>
        <w:spacing w:after="0"/>
        <w:ind w:left="360"/>
        <w:shd w:val="clear" w:color="auto" w:fill="F2F2F2"/>
      </w:pPr>
      <w:r>
        <w:rPr>
          <w:rFonts w:ascii="Consolas" w:hAnsi="Consolas"/>
          <w:sz w:val="18"/>
        </w:rPr>
        <w:t xml:space="preserve">    If there's already a draft responding to the email, it</w:t>
      </w:r>
    </w:p>
    <w:p>
      <w:pPr>
        <w:spacing w:after="0"/>
        <w:ind w:left="360"/>
        <w:shd w:val="clear" w:color="auto" w:fill="F2F2F2"/>
      </w:pPr>
      <w:r>
        <w:rPr>
          <w:rFonts w:ascii="Consolas" w:hAnsi="Consolas"/>
          <w:sz w:val="18"/>
        </w:rPr>
        <w:t xml:space="preserve">    won't create a new one.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return _create_a_draft_reply(email_uid, content)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@function_tool</w:t>
      </w:r>
    </w:p>
    <w:p>
      <w:pPr>
        <w:spacing w:after="0"/>
        <w:ind w:left="360"/>
        <w:shd w:val="clear" w:color="auto" w:fill="F2F2F2"/>
      </w:pPr>
      <w:r>
        <w:rPr>
          <w:rFonts w:ascii="Consolas" w:hAnsi="Consolas"/>
          <w:sz w:val="18"/>
        </w:rPr>
        <w:t>def send_a_summary_email(summary: str, content: str):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Send a summary email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return _send_a_summary_email(summary, content)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@function_tool</w:t>
      </w:r>
    </w:p>
    <w:p>
      <w:pPr>
        <w:spacing w:after="0"/>
        <w:ind w:left="360"/>
        <w:shd w:val="clear" w:color="auto" w:fill="F2F2F2"/>
      </w:pPr>
      <w:r>
        <w:rPr>
          <w:rFonts w:ascii="Consolas" w:hAnsi="Consolas"/>
          <w:sz w:val="18"/>
        </w:rPr>
        <w:t>def read_stored_sent_emails():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Read stored sent emails content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return _read_stored_sent_emails()</w:t>
      </w:r>
    </w:p>
    <w:p>
      <w:pPr>
        <w:spacing w:after="40"/>
      </w:pPr>
    </w:p>
    <w:p>
      <w:pPr>
        <w:spacing w:after="80"/>
      </w:pPr>
      <w:r>
        <w:rPr>
          <w:b w:val="0"/>
          <w:i w:val="0"/>
        </w:rPr>
        <w:t>Điều này cho phép agent gọi và hiểu được các tool có thể làm gì.</w:t>
      </w:r>
    </w:p>
    <w:p>
      <w:pPr>
        <w:spacing w:after="80"/>
      </w:pPr>
      <w:r>
        <w:rPr>
          <w:b/>
          <w:i w:val="0"/>
        </w:rPr>
        <w:t>Lưu ý</w:t>
      </w:r>
    </w:p>
    <w:p>
      <w:pPr>
        <w:spacing w:after="80"/>
      </w:pPr>
      <w:r>
        <w:rPr>
          <w:b w:val="0"/>
          <w:i w:val="0"/>
        </w:rPr>
        <w:t xml:space="preserve">Docstring trên các tool được định nghĩa bằng </w:t>
      </w:r>
      <w:r>
        <w:rPr>
          <w:rFonts w:ascii="Consolas" w:hAnsi="Consolas"/>
          <w:b w:val="0"/>
          <w:i w:val="0"/>
          <w:sz w:val="20"/>
        </w:rPr>
        <w:br/>
        <w:br/>
        <w:t xml:space="preserve">       function_tool</w:t>
        <w:br/>
        <w:t xml:space="preserve">      </w:t>
        <w:br/>
      </w:r>
      <w:r>
        <w:rPr>
          <w:b w:val="0"/>
          <w:i w:val="0"/>
        </w:rPr>
        <w:t xml:space="preserve"> chính là thứ mà AI agent sẽ dùng để định hướng và hiểu rõ hơn. Bạn không cần viết dài dòng; tất cả các tool ở đây đều khá đơn giản, nhưng hãy chắc chắn bao gồm những chi tiết quan trọng để agent hiểu được nó có thể mong đợi gì từ chúng.</w:t>
      </w:r>
    </w:p>
    <w:p>
      <w:pPr>
        <w:spacing w:after="80"/>
      </w:pPr>
      <w:r>
        <w:rPr>
          <w:b w:val="0"/>
          <w:i w:val="0"/>
        </w:rPr>
        <w:t>Ví dụ, có thể cần thêm ngữ cảnh về một tham số đầu vào, chẳng hạn như định dạng mong đợi cho một chuỗi. Agent cũng sẽ hiểu được các lỗi, nên hãy nhớ cung cấp ngữ cảnh phù hợp về chúng trong trường hợp nó cần thử lại. Nhưng bất kỳ lệnh gọi thêm nào mà agent cần thực hiện để thử lại đều tốn thêm chi phí. Tốt hơn là cung cấp những tool tốt, có thể hiểu được ngay từ đầu.</w:t>
      </w:r>
    </w:p>
    <w:p>
      <w:pPr>
        <w:spacing w:after="80"/>
      </w:pPr>
      <w:r>
        <w:rPr>
          <w:b w:val="0"/>
          <w:i w:val="0"/>
        </w:rPr>
        <w:t xml:space="preserve">Thành phần tiếp theo là hàm </w:t>
      </w:r>
      <w:r>
        <w:rPr>
          <w:rFonts w:ascii="Consolas" w:hAnsi="Consolas"/>
          <w:b w:val="0"/>
          <w:i w:val="0"/>
          <w:sz w:val="20"/>
        </w:rPr>
        <w:br/>
        <w:br/>
        <w:t xml:space="preserve">      main</w:t>
        <w:br/>
        <w:t xml:space="preserve">     </w:t>
        <w:br/>
      </w:r>
      <w:r>
        <w:rPr>
          <w:b w:val="0"/>
          <w:i w:val="0"/>
        </w:rPr>
        <w:t xml:space="preserve"> , hàm này khởi động agent và cung cấp các hướng dẫn.</w:t>
      </w:r>
    </w:p>
    <w:p>
      <w:pPr>
        <w:spacing w:after="0"/>
        <w:ind w:left="360"/>
        <w:shd w:val="clear" w:color="auto" w:fill="F2F2F2"/>
      </w:pPr>
      <w:r>
        <w:rPr>
          <w:rFonts w:ascii="Consolas" w:hAnsi="Consolas"/>
          <w:sz w:val="18"/>
        </w:rPr>
        <w:t>async def main():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Create retry settings that will help us if there's</w:t>
      </w:r>
    </w:p>
    <w:p>
      <w:pPr>
        <w:spacing w:after="0"/>
        <w:ind w:left="360"/>
        <w:shd w:val="clear" w:color="auto" w:fill="F2F2F2"/>
      </w:pPr>
      <w:r>
        <w:rPr>
          <w:rFonts w:ascii="Consolas" w:hAnsi="Consolas"/>
          <w:sz w:val="18"/>
        </w:rPr>
        <w:t># a problem, like a rate-limit or error</w:t>
      </w:r>
    </w:p>
    <w:p>
      <w:pPr>
        <w:spacing w:after="0"/>
        <w:ind w:left="360"/>
        <w:shd w:val="clear" w:color="auto" w:fill="F2F2F2"/>
      </w:pPr>
      <w:r>
        <w:rPr>
          <w:rFonts w:ascii="Consolas" w:hAnsi="Consolas"/>
          <w:sz w:val="18"/>
        </w:rPr>
        <w:t xml:space="preserve">    retry_settings = ModelRetrySettings(</w:t>
      </w:r>
    </w:p>
    <w:p>
      <w:pPr>
        <w:spacing w:after="0"/>
        <w:ind w:left="360"/>
        <w:shd w:val="clear" w:color="auto" w:fill="F2F2F2"/>
      </w:pPr>
      <w:r>
        <w:rPr>
          <w:rFonts w:ascii="Consolas" w:hAnsi="Consolas"/>
          <w:sz w:val="18"/>
        </w:rPr>
        <w:t xml:space="preserve">        max_retries=6,</w:t>
      </w:r>
    </w:p>
    <w:p>
      <w:pPr>
        <w:spacing w:after="0"/>
        <w:ind w:left="360"/>
        <w:shd w:val="clear" w:color="auto" w:fill="F2F2F2"/>
      </w:pPr>
      <w:r>
        <w:rPr>
          <w:rFonts w:ascii="Consolas" w:hAnsi="Consolas"/>
          <w:sz w:val="18"/>
        </w:rPr>
        <w:t xml:space="preserve">        policy=retry_policies.provider_suggested(),</w:t>
      </w:r>
    </w:p>
    <w:p>
      <w:pPr>
        <w:spacing w:after="0"/>
        <w:ind w:left="360"/>
        <w:shd w:val="clear" w:color="auto" w:fill="F2F2F2"/>
      </w:pPr>
      <w:r>
        <w:rPr>
          <w:rFonts w:ascii="Consolas" w:hAnsi="Consolas"/>
          <w:sz w:val="18"/>
        </w:rPr>
        <w:t xml:space="preserve">        backoff=ModelRetryBackoffSettings(initial_delay=1.0,</w:t>
      </w:r>
    </w:p>
    <w:p>
      <w:pPr>
        <w:spacing w:after="0"/>
        <w:ind w:left="360"/>
        <w:shd w:val="clear" w:color="auto" w:fill="F2F2F2"/>
      </w:pPr>
      <w:r>
        <w:rPr>
          <w:rFonts w:ascii="Consolas" w:hAnsi="Consolas"/>
          <w:sz w:val="18"/>
        </w:rPr>
        <w:t xml:space="preserve">                                          multiplier=2.0,</w:t>
      </w:r>
    </w:p>
    <w:p>
      <w:pPr>
        <w:spacing w:after="0"/>
        <w:ind w:left="360"/>
        <w:shd w:val="clear" w:color="auto" w:fill="F2F2F2"/>
      </w:pPr>
      <w:r>
        <w:rPr>
          <w:rFonts w:ascii="Consolas" w:hAnsi="Consolas"/>
          <w:sz w:val="18"/>
        </w:rPr>
        <w:t xml:space="preserve">                                          max_delay=60.0,</w:t>
      </w:r>
    </w:p>
    <w:p>
      <w:pPr>
        <w:spacing w:after="0"/>
        <w:ind w:left="360"/>
        <w:shd w:val="clear" w:color="auto" w:fill="F2F2F2"/>
      </w:pPr>
      <w:r>
        <w:rPr>
          <w:rFonts w:ascii="Consolas" w:hAnsi="Consolas"/>
          <w:sz w:val="18"/>
        </w:rPr>
        <w:t xml:space="preserve">                                          jitter=True)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agent = Agent(</w:t>
      </w:r>
    </w:p>
    <w:p>
      <w:pPr>
        <w:spacing w:after="0"/>
        <w:ind w:left="360"/>
        <w:shd w:val="clear" w:color="auto" w:fill="F2F2F2"/>
      </w:pPr>
      <w:r>
        <w:rPr>
          <w:rFonts w:ascii="Consolas" w:hAnsi="Consolas"/>
          <w:sz w:val="18"/>
        </w:rPr>
        <w:t xml:space="preserve">        name='Assistant',</w:t>
      </w:r>
    </w:p>
    <w:p>
      <w:pPr>
        <w:spacing w:after="0"/>
        <w:ind w:left="360"/>
        <w:shd w:val="clear" w:color="auto" w:fill="F2F2F2"/>
      </w:pPr>
      <w:r>
        <w:rPr>
          <w:rFonts w:ascii="Consolas" w:hAnsi="Consolas"/>
          <w:sz w:val="18"/>
        </w:rPr>
        <w:t xml:space="preserve">        instructions='You are a helpful assistant with access '</w:t>
      </w:r>
    </w:p>
    <w:p>
      <w:pPr>
        <w:spacing w:after="0"/>
        <w:ind w:left="360"/>
        <w:shd w:val="clear" w:color="auto" w:fill="F2F2F2"/>
      </w:pPr>
      <w:r>
        <w:rPr>
          <w:rFonts w:ascii="Consolas" w:hAnsi="Consolas"/>
          <w:sz w:val="18"/>
        </w:rPr>
        <w:t>'to tools',</w:t>
      </w:r>
    </w:p>
    <w:p>
      <w:pPr>
        <w:spacing w:after="0"/>
        <w:ind w:left="360"/>
        <w:shd w:val="clear" w:color="auto" w:fill="F2F2F2"/>
      </w:pPr>
      <w:r>
        <w:rPr>
          <w:rFonts w:ascii="Consolas" w:hAnsi="Consolas"/>
          <w:sz w:val="18"/>
        </w:rPr>
        <w:t xml:space="preserve">        tools=[retrieve_last_emails, create_a_draft_reply,</w:t>
      </w:r>
    </w:p>
    <w:p>
      <w:pPr>
        <w:spacing w:after="0"/>
        <w:ind w:left="360"/>
        <w:shd w:val="clear" w:color="auto" w:fill="F2F2F2"/>
      </w:pPr>
      <w:r>
        <w:rPr>
          <w:rFonts w:ascii="Consolas" w:hAnsi="Consolas"/>
          <w:sz w:val="18"/>
        </w:rPr>
        <w:t xml:space="preserve">               send_a_summary_email, read_stored_sent_emails],</w:t>
      </w:r>
    </w:p>
    <w:p>
      <w:pPr>
        <w:spacing w:after="0"/>
        <w:ind w:left="360"/>
        <w:shd w:val="clear" w:color="auto" w:fill="F2F2F2"/>
      </w:pPr>
      <w:r>
        <w:rPr>
          <w:rFonts w:ascii="Consolas" w:hAnsi="Consolas"/>
          <w:sz w:val="18"/>
        </w:rPr>
        <w:t xml:space="preserve">        model=MODEL,</w:t>
      </w:r>
    </w:p>
    <w:p>
      <w:pPr>
        <w:spacing w:after="0"/>
        <w:ind w:left="360"/>
        <w:shd w:val="clear" w:color="auto" w:fill="F2F2F2"/>
      </w:pPr>
      <w:r>
        <w:rPr>
          <w:rFonts w:ascii="Consolas" w:hAnsi="Consolas"/>
          <w:sz w:val="18"/>
        </w:rPr>
        <w:t xml:space="preserve">        model_settings=ModelSettings(retry=retry_settings),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Ngoài việc định nghĩa tất cả các tool sẽ được dùng, chúng ta cũng thêm tham số </w:t>
      </w:r>
      <w:r>
        <w:rPr>
          <w:rFonts w:ascii="Consolas" w:hAnsi="Consolas"/>
          <w:b w:val="0"/>
          <w:i w:val="0"/>
          <w:sz w:val="20"/>
        </w:rPr>
        <w:br/>
        <w:br/>
        <w:t xml:space="preserve">      model_settings</w:t>
        <w:br/>
        <w:t xml:space="preserve">     </w:t>
        <w:br/>
      </w:r>
      <w:r>
        <w:rPr>
          <w:b w:val="0"/>
          <w:i w:val="0"/>
        </w:rPr>
        <w:t xml:space="preserve"> , cho phép thiết lập cơ chế thử lại được định nghĩa trong </w:t>
      </w:r>
      <w:r>
        <w:rPr>
          <w:rFonts w:ascii="Consolas" w:hAnsi="Consolas"/>
          <w:b w:val="0"/>
          <w:i w:val="0"/>
          <w:sz w:val="20"/>
        </w:rPr>
        <w:br/>
        <w:br/>
        <w:t xml:space="preserve">      ModelRetrySettings.</w:t>
        <w:br/>
        <w:t xml:space="preserve">     </w:t>
        <w:br/>
      </w:r>
    </w:p>
    <w:p>
      <w:pPr>
        <w:spacing w:after="80"/>
      </w:pPr>
      <w:r>
        <w:rPr>
          <w:b w:val="0"/>
          <w:i w:val="0"/>
        </w:rPr>
        <w:t>Khi thực hiện một tác vụ có thể mất chút thời gian, chúng ta có thể phải thử lại khi gặp vấn đề giao tiếp với model GenAI. Ví dụ, có thể có sự cố tạm thời trên kết nối khiến script dừng thực thi và buộc chúng ta phải bắt đầu lại từ đầu. Điều đó khá lãng phí về số token đã dùng.</w:t>
      </w:r>
    </w:p>
    <w:p>
      <w:pPr>
        <w:spacing w:after="80"/>
      </w:pPr>
      <w:r>
        <w:rPr>
          <w:b w:val="0"/>
          <w:i w:val="0"/>
        </w:rPr>
        <w:t xml:space="preserve">Một vấn đề phổ biến khác có thể được xử lý thông qua việc thử lại là chúng ta có thể bị OpenAI (hoặc bất kỳ nhà cung cấp nào khác) giới hạn tốc độ (rate-limit), nghĩa là chúng ta đang gửi quá nhiều token trong một khoảng thời gian ngắn, và họ trả về thông báo rằng script phải chờ. Nếu điều này không được bắt, nó sẽ ném ra ngoại lệ </w:t>
      </w:r>
      <w:r>
        <w:rPr>
          <w:rFonts w:ascii="Consolas" w:hAnsi="Consolas"/>
          <w:b w:val="0"/>
          <w:i w:val="0"/>
          <w:sz w:val="20"/>
        </w:rPr>
        <w:br/>
        <w:br/>
        <w:t xml:space="preserve">      RateLimitError</w:t>
        <w:br/>
        <w:t xml:space="preserve">     </w:t>
        <w:br/>
      </w:r>
      <w:r>
        <w:rPr>
          <w:b w:val="0"/>
          <w:i w:val="0"/>
        </w:rPr>
        <w:t xml:space="preserve"> khiến chương trình của bạn dừng thực thi. Ví dụ</w:t>
      </w:r>
    </w:p>
    <w:p>
      <w:pPr>
        <w:spacing w:after="0"/>
        <w:ind w:left="360"/>
        <w:shd w:val="clear" w:color="auto" w:fill="F2F2F2"/>
      </w:pPr>
      <w:r>
        <w:rPr>
          <w:rFonts w:ascii="Consolas" w:hAnsi="Consolas"/>
          <w:sz w:val="18"/>
        </w:rPr>
        <w:t>openai.RateLimitError: Error code: 429 - {'error': {'message': 'Rate limit reached for gpt-5.4 (for limit gpt-5.4-long-context) in organization org-XXXXX on tokens per min (TPM): Limit 400000, Used 154039, Requested 358172. Please try again in 16.831s. Visit https://platform.openai.com/account/rate-limits to learn more.', 'type': 'tokens', 'param': None, 'code': 'rate_limit_exceeded'}}</w:t>
      </w:r>
    </w:p>
    <w:p>
      <w:pPr>
        <w:spacing w:after="40"/>
      </w:pPr>
    </w:p>
    <w:p>
      <w:pPr>
        <w:spacing w:after="80"/>
      </w:pPr>
      <w:r>
        <w:rPr>
          <w:b w:val="0"/>
          <w:i w:val="0"/>
        </w:rPr>
        <w:t xml:space="preserve">Giới hạn tốc độ ban đầu cho một tài khoản mới khá thấp, và nó có thể gây hạn chế. Xem tài liệu OpenAI để biết thêm chi tiết tại </w:t>
      </w:r>
      <w:r>
        <w:rPr>
          <w:rFonts w:ascii="Consolas" w:hAnsi="Consolas"/>
          <w:b w:val="0"/>
          <w:i w:val="0"/>
          <w:sz w:val="20"/>
        </w:rPr>
        <w:br/>
        <w:br/>
        <w:t xml:space="preserve">       https://developers.openai.com/api/docs/guides/rate-limits</w:t>
        <w:br/>
        <w:t xml:space="preserve">      </w:t>
        <w:br/>
      </w:r>
      <w:r>
        <w:rPr>
          <w:b w:val="0"/>
          <w:i w:val="0"/>
        </w:rPr>
        <w:t xml:space="preserve"> .</w:t>
      </w:r>
    </w:p>
    <w:p>
      <w:pPr>
        <w:spacing w:after="80"/>
      </w:pPr>
      <w:r>
        <w:rPr>
          <w:rFonts w:ascii="Consolas" w:hAnsi="Consolas"/>
          <w:b w:val="0"/>
          <w:i w:val="0"/>
          <w:sz w:val="20"/>
        </w:rPr>
        <w:br/>
        <w:br/>
        <w:t xml:space="preserve">      policy</w:t>
        <w:br/>
        <w:t xml:space="preserve">     </w:t>
        <w:br/>
      </w:r>
      <w:r>
        <w:rPr>
          <w:b w:val="0"/>
          <w:i w:val="0"/>
        </w:rPr>
        <w:t xml:space="preserve"> thử lại được định nghĩa sẽ khiến agent thử vài lần trong trường hợp có lỗi. Chúng ta dùng </w:t>
      </w:r>
      <w:r>
        <w:rPr>
          <w:rFonts w:ascii="Consolas" w:hAnsi="Consolas"/>
          <w:b w:val="0"/>
          <w:i w:val="0"/>
          <w:sz w:val="20"/>
        </w:rPr>
        <w:br/>
        <w:br/>
        <w:t xml:space="preserve">      retry_policies.provider_suggested()</w:t>
        <w:br/>
        <w:t xml:space="preserve">     </w:t>
        <w:br/>
      </w:r>
      <w:r>
        <w:rPr>
          <w:b w:val="0"/>
          <w:i w:val="0"/>
        </w:rPr>
        <w:t xml:space="preserve"> để xác định khi nào nên thử lại, dựa trên gợi ý của nhà cung cấp. Ví dụ, một số lỗi không nên thử lại, như hủy bỏ rõ ràng hoặc lỗi xác thực. Chúng ta để nhà cung cấp quyết định thay vì tự kiểm soát điều đó. Thông tin thêm có sẵn trong tài liệu OpenAI, bao gồm cách dùng các policy khác tại đây </w:t>
      </w:r>
      <w:r>
        <w:rPr>
          <w:rFonts w:ascii="Consolas" w:hAnsi="Consolas"/>
          <w:b w:val="0"/>
          <w:i w:val="0"/>
          <w:sz w:val="20"/>
        </w:rPr>
        <w:br/>
        <w:br/>
        <w:t xml:space="preserve">       https://openai.github.io/openai-agents-python/models</w:t>
        <w:br/>
        <w:t xml:space="preserve">      </w:t>
        <w:br/>
      </w:r>
      <w:r>
        <w:rPr>
          <w:b w:val="0"/>
          <w:i w:val="0"/>
        </w:rPr>
        <w:t xml:space="preserve"> .</w:t>
      </w:r>
    </w:p>
    <w:p>
      <w:pPr>
        <w:spacing w:after="80"/>
      </w:pPr>
      <w:r>
        <w:rPr>
          <w:b w:val="0"/>
          <w:i w:val="0"/>
        </w:rPr>
        <w:t>Chúng ta cũng định nghĩa rằng sẽ thử lại tối đa 6 lần, theo kiểu exponential backoff (lùi theo cấp số nhân). Chúng ta định nghĩa các tham số cho việc đó với độ trễ ban đầu là 1 giây, hệ số nhân là 2, và tối đa là 60 giây. Điều đó có nghĩa là chúng ta sẽ thử lại theo cách sau:</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 xml:space="preserve"> Lần thử lại </w:t>
            </w:r>
          </w:p>
        </w:tc>
        <w:tc>
          <w:tcPr>
            <w:tcW w:type="dxa" w:w="3120"/>
          </w:tcPr>
          <w:p>
            <w:r/>
            <w:r>
              <w:rPr>
                <w:b/>
                <w:i w:val="0"/>
                <w:sz w:val="19"/>
              </w:rPr>
              <w:t xml:space="preserve"> Thời gian kể từ lần thử trước </w:t>
            </w:r>
          </w:p>
        </w:tc>
        <w:tc>
          <w:tcPr>
            <w:tcW w:type="dxa" w:w="3120"/>
          </w:tcPr>
          <w:p>
            <w:r/>
            <w:r>
              <w:rPr>
                <w:b/>
                <w:i w:val="0"/>
                <w:sz w:val="19"/>
              </w:rPr>
              <w:t xml:space="preserve"> Thời gian kể từ khi bắt đầu </w:t>
            </w:r>
          </w:p>
        </w:tc>
      </w:tr>
      <w:tr>
        <w:tc>
          <w:tcPr>
            <w:tcW w:type="dxa" w:w="3120"/>
          </w:tcPr>
          <w:p>
            <w:r/>
            <w:r>
              <w:rPr>
                <w:b w:val="0"/>
                <w:i w:val="0"/>
                <w:sz w:val="19"/>
              </w:rPr>
              <w:t>Thứ nhất</w:t>
            </w:r>
          </w:p>
        </w:tc>
        <w:tc>
          <w:tcPr>
            <w:tcW w:type="dxa" w:w="3120"/>
          </w:tcPr>
          <w:p>
            <w:r/>
            <w:r>
              <w:rPr>
                <w:b w:val="0"/>
                <w:i w:val="0"/>
                <w:sz w:val="19"/>
              </w:rPr>
              <w:t>1 giây</w:t>
            </w:r>
          </w:p>
        </w:tc>
        <w:tc>
          <w:tcPr>
            <w:tcW w:type="dxa" w:w="3120"/>
          </w:tcPr>
          <w:p>
            <w:r/>
            <w:r>
              <w:rPr>
                <w:b w:val="0"/>
                <w:i w:val="0"/>
                <w:sz w:val="19"/>
              </w:rPr>
              <w:t>1 giây</w:t>
            </w:r>
          </w:p>
        </w:tc>
      </w:tr>
      <w:tr>
        <w:tc>
          <w:tcPr>
            <w:tcW w:type="dxa" w:w="3120"/>
          </w:tcPr>
          <w:p>
            <w:r/>
            <w:r>
              <w:rPr>
                <w:b w:val="0"/>
                <w:i w:val="0"/>
                <w:sz w:val="19"/>
              </w:rPr>
              <w:t>Thứ hai</w:t>
            </w:r>
          </w:p>
        </w:tc>
        <w:tc>
          <w:tcPr>
            <w:tcW w:type="dxa" w:w="3120"/>
          </w:tcPr>
          <w:p>
            <w:r/>
            <w:r>
              <w:rPr>
                <w:b w:val="0"/>
                <w:i w:val="0"/>
                <w:sz w:val="19"/>
              </w:rPr>
              <w:t>2 giây</w:t>
            </w:r>
          </w:p>
        </w:tc>
        <w:tc>
          <w:tcPr>
            <w:tcW w:type="dxa" w:w="3120"/>
          </w:tcPr>
          <w:p>
            <w:r/>
            <w:r>
              <w:rPr>
                <w:b w:val="0"/>
                <w:i w:val="0"/>
                <w:sz w:val="19"/>
              </w:rPr>
              <w:t>3 giây</w:t>
            </w:r>
          </w:p>
        </w:tc>
      </w:tr>
      <w:tr>
        <w:tc>
          <w:tcPr>
            <w:tcW w:type="dxa" w:w="3120"/>
          </w:tcPr>
          <w:p>
            <w:r/>
            <w:r>
              <w:rPr>
                <w:b w:val="0"/>
                <w:i w:val="0"/>
                <w:sz w:val="19"/>
              </w:rPr>
              <w:t>Thứ ba</w:t>
            </w:r>
          </w:p>
        </w:tc>
        <w:tc>
          <w:tcPr>
            <w:tcW w:type="dxa" w:w="3120"/>
          </w:tcPr>
          <w:p>
            <w:r/>
            <w:r>
              <w:rPr>
                <w:b w:val="0"/>
                <w:i w:val="0"/>
                <w:sz w:val="19"/>
              </w:rPr>
              <w:t>4 giây</w:t>
            </w:r>
          </w:p>
        </w:tc>
        <w:tc>
          <w:tcPr>
            <w:tcW w:type="dxa" w:w="3120"/>
          </w:tcPr>
          <w:p>
            <w:r/>
            <w:r>
              <w:rPr>
                <w:b w:val="0"/>
                <w:i w:val="0"/>
                <w:sz w:val="19"/>
              </w:rPr>
              <w:t>7 giây</w:t>
            </w:r>
          </w:p>
        </w:tc>
      </w:tr>
      <w:tr>
        <w:tc>
          <w:tcPr>
            <w:tcW w:type="dxa" w:w="3120"/>
          </w:tcPr>
          <w:p>
            <w:r/>
            <w:r>
              <w:rPr>
                <w:b w:val="0"/>
                <w:i w:val="0"/>
                <w:sz w:val="19"/>
              </w:rPr>
              <w:t>Thứ tư</w:t>
            </w:r>
          </w:p>
        </w:tc>
        <w:tc>
          <w:tcPr>
            <w:tcW w:type="dxa" w:w="3120"/>
          </w:tcPr>
          <w:p>
            <w:r/>
            <w:r>
              <w:rPr>
                <w:b w:val="0"/>
                <w:i w:val="0"/>
                <w:sz w:val="19"/>
              </w:rPr>
              <w:t>8 giây</w:t>
            </w:r>
          </w:p>
        </w:tc>
        <w:tc>
          <w:tcPr>
            <w:tcW w:type="dxa" w:w="3120"/>
          </w:tcPr>
          <w:p>
            <w:r/>
            <w:r>
              <w:rPr>
                <w:b w:val="0"/>
                <w:i w:val="0"/>
                <w:sz w:val="19"/>
              </w:rPr>
              <w:t>15 giây</w:t>
            </w:r>
          </w:p>
        </w:tc>
      </w:tr>
      <w:tr>
        <w:tc>
          <w:tcPr>
            <w:tcW w:type="dxa" w:w="3120"/>
          </w:tcPr>
          <w:p>
            <w:r/>
            <w:r>
              <w:rPr>
                <w:b w:val="0"/>
                <w:i w:val="0"/>
                <w:sz w:val="19"/>
              </w:rPr>
              <w:t>Thứ năm</w:t>
            </w:r>
          </w:p>
        </w:tc>
        <w:tc>
          <w:tcPr>
            <w:tcW w:type="dxa" w:w="3120"/>
          </w:tcPr>
          <w:p>
            <w:r/>
            <w:r>
              <w:rPr>
                <w:b w:val="0"/>
                <w:i w:val="0"/>
                <w:sz w:val="19"/>
              </w:rPr>
              <w:t>16 giây</w:t>
            </w:r>
          </w:p>
        </w:tc>
        <w:tc>
          <w:tcPr>
            <w:tcW w:type="dxa" w:w="3120"/>
          </w:tcPr>
          <w:p>
            <w:r/>
            <w:r>
              <w:rPr>
                <w:b w:val="0"/>
                <w:i w:val="0"/>
                <w:sz w:val="19"/>
              </w:rPr>
              <w:t>31 giây</w:t>
            </w:r>
          </w:p>
        </w:tc>
      </w:tr>
      <w:tr>
        <w:tc>
          <w:tcPr>
            <w:tcW w:type="dxa" w:w="3120"/>
          </w:tcPr>
          <w:p>
            <w:r/>
            <w:r>
              <w:rPr>
                <w:b w:val="0"/>
                <w:i w:val="0"/>
                <w:sz w:val="19"/>
              </w:rPr>
              <w:t>Thứ sáu</w:t>
            </w:r>
          </w:p>
        </w:tc>
        <w:tc>
          <w:tcPr>
            <w:tcW w:type="dxa" w:w="3120"/>
          </w:tcPr>
          <w:p>
            <w:r/>
            <w:r>
              <w:rPr>
                <w:b w:val="0"/>
                <w:i w:val="0"/>
                <w:sz w:val="19"/>
              </w:rPr>
              <w:t>32 giây</w:t>
            </w:r>
          </w:p>
        </w:tc>
        <w:tc>
          <w:tcPr>
            <w:tcW w:type="dxa" w:w="3120"/>
          </w:tcPr>
          <w:p>
            <w:r/>
            <w:r>
              <w:rPr>
                <w:b w:val="0"/>
                <w:i w:val="0"/>
                <w:sz w:val="19"/>
              </w:rPr>
              <w:t>63 giây</w:t>
            </w:r>
          </w:p>
        </w:tc>
      </w:tr>
    </w:tbl>
    <w:p>
      <w:pPr>
        <w:spacing w:after="0"/>
      </w:pPr>
    </w:p>
    <w:p>
      <w:pPr>
        <w:spacing w:after="80"/>
      </w:pPr>
      <w:r>
        <w:rPr>
          <w:b w:val="0"/>
          <w:i w:val="0"/>
        </w:rPr>
        <w:t>Lưu ý rằng chúng ta không đạt đến độ trễ tối đa; mức cao nhất mà chúng ta đạt được là 32 giây, trong khi chúng ta đặt mức tối đa cho lần thử lại tiếp theo, lần thứ bảy, sẽ là 64. Nhưng chúng ta cũng thêm một chút dao động (jitter) vào hỗn hợp. Dao động là một khoảng thời gian ngẫu nhiên bổ sung được cộng vào thời gian cơ sở, để cho phép có sự biến thiên. Điều này làm cho thời gian thử lại ít có thể dự đoán hơn và, nếu nhiều phần tử đang thử lại, ít đồng bộ hơn. Điều đó có nghĩa là thay vì cộng thêm 32 giây, đôi khi chúng ta có thể cộng thêm 37, lúc khác là 40, v.v., tối đa là 60, như chúng ta đã mô tả.</w:t>
      </w:r>
    </w:p>
    <w:p>
      <w:pPr>
        <w:spacing w:after="80"/>
      </w:pPr>
      <w:r>
        <w:rPr>
          <w:b/>
          <w:i w:val="0"/>
        </w:rPr>
        <w:t>Mẹo</w:t>
      </w:r>
    </w:p>
    <w:p>
      <w:pPr>
        <w:spacing w:after="80"/>
      </w:pPr>
      <w:r>
        <w:rPr>
          <w:b w:val="0"/>
          <w:i w:val="0"/>
        </w:rPr>
        <w:t>Dù sao thì việc thêm một mức tối đa cho thời gian thử lại cũng là một thực hành tốt để đảm bảo rằng chúng ta sẽ không thử lại vô tận. Đến một lúc nào đó, nếu có một lỗi lặp đi lặp lại, chúng ta không thể giả định rằng nó chỉ là tạm thời và chúng ta sẽ phải dừng việc thực thi.</w:t>
      </w:r>
    </w:p>
    <w:p>
      <w:pPr>
        <w:spacing w:after="80"/>
      </w:pPr>
      <w:r>
        <w:rPr>
          <w:b w:val="0"/>
          <w:i w:val="0"/>
        </w:rPr>
        <w:t>Bây giờ chúng ta đến với prompt để ra lệnh cho AI agent thực hiện nhiệm vụ của nó.</w:t>
      </w:r>
    </w:p>
    <w:p>
      <w:pPr>
        <w:spacing w:after="0"/>
        <w:ind w:left="360"/>
        <w:shd w:val="clear" w:color="auto" w:fill="F2F2F2"/>
      </w:pPr>
      <w:r>
        <w:rPr>
          <w:rFonts w:ascii="Consolas" w:hAnsi="Consolas"/>
          <w:sz w:val="18"/>
        </w:rPr>
        <w:t xml:space="preserve">    prompt = '''</w:t>
      </w:r>
    </w:p>
    <w:p>
      <w:pPr>
        <w:spacing w:after="0"/>
        <w:ind w:left="360"/>
        <w:shd w:val="clear" w:color="auto" w:fill="F2F2F2"/>
      </w:pPr>
      <w:r>
        <w:rPr>
          <w:rFonts w:ascii="Consolas" w:hAnsi="Consolas"/>
          <w:sz w:val="18"/>
        </w:rPr>
        <w:t xml:space="preserve">        Review all emails received in the last 24 hours. Provide a clear,</w:t>
      </w:r>
    </w:p>
    <w:p>
      <w:pPr>
        <w:spacing w:after="0"/>
        <w:ind w:left="360"/>
        <w:shd w:val="clear" w:color="auto" w:fill="F2F2F2"/>
      </w:pPr>
      <w:r>
        <w:rPr>
          <w:rFonts w:ascii="Consolas" w:hAnsi="Consolas"/>
          <w:sz w:val="18"/>
        </w:rPr>
        <w:t xml:space="preserve">        concise summary in one or two paragraphs, giving a high-level</w:t>
      </w:r>
    </w:p>
    <w:p>
      <w:pPr>
        <w:spacing w:after="0"/>
        <w:ind w:left="360"/>
        <w:shd w:val="clear" w:color="auto" w:fill="F2F2F2"/>
      </w:pPr>
      <w:r>
        <w:rPr>
          <w:rFonts w:ascii="Consolas" w:hAnsi="Consolas"/>
          <w:sz w:val="18"/>
        </w:rPr>
        <w:t xml:space="preserve">        overview of the correspondence.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For any emails that require a response:</w:t>
      </w:r>
    </w:p>
    <w:p>
      <w:pPr>
        <w:spacing w:after="0"/>
        <w:ind w:left="360"/>
        <w:shd w:val="clear" w:color="auto" w:fill="F2F2F2"/>
      </w:pPr>
      <w:r>
        <w:rPr>
          <w:rFonts w:ascii="Consolas" w:hAnsi="Consolas"/>
          <w:sz w:val="18"/>
        </w:rPr>
        <w:t xml:space="preserve">          * Draft a reply in the style of previous sent emails.</w:t>
      </w:r>
    </w:p>
    <w:p>
      <w:pPr>
        <w:spacing w:after="0"/>
        <w:ind w:left="360"/>
        <w:shd w:val="clear" w:color="auto" w:fill="F2F2F2"/>
      </w:pPr>
      <w:r>
        <w:rPr>
          <w:rFonts w:ascii="Consolas" w:hAnsi="Consolas"/>
          <w:sz w:val="18"/>
        </w:rPr>
        <w:t xml:space="preserve">          * Ensure the draft includes only relevant elements from the</w:t>
      </w:r>
    </w:p>
    <w:p>
      <w:pPr>
        <w:spacing w:after="0"/>
        <w:ind w:left="360"/>
        <w:shd w:val="clear" w:color="auto" w:fill="F2F2F2"/>
      </w:pPr>
      <w:r>
        <w:rPr>
          <w:rFonts w:ascii="Consolas" w:hAnsi="Consolas"/>
          <w:sz w:val="18"/>
        </w:rPr>
        <w:t xml:space="preserve">          original email and maintains the established tone.</w:t>
      </w:r>
    </w:p>
    <w:p>
      <w:pPr>
        <w:spacing w:after="0"/>
        <w:ind w:left="360"/>
        <w:shd w:val="clear" w:color="auto" w:fill="F2F2F2"/>
      </w:pPr>
      <w:r>
        <w:rPr>
          <w:rFonts w:ascii="Consolas" w:hAnsi="Consolas"/>
          <w:sz w:val="18"/>
        </w:rPr>
        <w:t xml:space="preserve">          * Save each draft using the proper tool.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If no existing summary covers the same content, create and send</w:t>
      </w:r>
    </w:p>
    <w:p>
      <w:pPr>
        <w:spacing w:after="0"/>
        <w:ind w:left="360"/>
        <w:shd w:val="clear" w:color="auto" w:fill="F2F2F2"/>
      </w:pPr>
      <w:r>
        <w:rPr>
          <w:rFonts w:ascii="Consolas" w:hAnsi="Consolas"/>
          <w:sz w:val="18"/>
        </w:rPr>
        <w:t xml:space="preserve">        a new summary email with the subject starting with "Summary :".</w:t>
      </w:r>
    </w:p>
    <w:p>
      <w:pPr>
        <w:spacing w:after="0"/>
        <w:ind w:left="360"/>
        <w:shd w:val="clear" w:color="auto" w:fill="F2F2F2"/>
      </w:pPr>
      <w:r>
        <w:rPr>
          <w:rFonts w:ascii="Consolas" w:hAnsi="Consolas"/>
          <w:sz w:val="18"/>
        </w:rPr>
        <w:t xml:space="preserve">        The summary should have:</w:t>
      </w:r>
    </w:p>
    <w:p>
      <w:pPr>
        <w:spacing w:after="0"/>
        <w:ind w:left="360"/>
        <w:shd w:val="clear" w:color="auto" w:fill="F2F2F2"/>
      </w:pPr>
      <w:r>
        <w:rPr>
          <w:rFonts w:ascii="Consolas" w:hAnsi="Consolas"/>
          <w:sz w:val="18"/>
        </w:rPr>
        <w:t xml:space="preserve">          * An opening paragraph with a high-level overview of all emails.</w:t>
      </w:r>
    </w:p>
    <w:p>
      <w:pPr>
        <w:spacing w:after="0"/>
        <w:ind w:left="360"/>
        <w:shd w:val="clear" w:color="auto" w:fill="F2F2F2"/>
      </w:pPr>
      <w:r>
        <w:rPr>
          <w:rFonts w:ascii="Consolas" w:hAnsi="Consolas"/>
          <w:sz w:val="18"/>
        </w:rPr>
        <w:t xml:space="preserve">          * Each draft reply listed as a bullet point.</w:t>
      </w:r>
    </w:p>
    <w:p>
      <w:pPr>
        <w:spacing w:after="0"/>
        <w:ind w:left="360"/>
        <w:shd w:val="clear" w:color="auto" w:fill="F2F2F2"/>
      </w:pPr>
      <w:r>
        <w:rPr>
          <w:rFonts w:ascii="Consolas" w:hAnsi="Consolas"/>
          <w:sz w:val="18"/>
        </w:rPr>
        <w:t xml:space="preserve">          * A separator line, followed by bullet points with detailed</w:t>
      </w:r>
    </w:p>
    <w:p>
      <w:pPr>
        <w:spacing w:after="0"/>
        <w:ind w:left="360"/>
        <w:shd w:val="clear" w:color="auto" w:fill="F2F2F2"/>
      </w:pPr>
      <w:r>
        <w:rPr>
          <w:rFonts w:ascii="Consolas" w:hAnsi="Consolas"/>
          <w:sz w:val="18"/>
        </w:rPr>
        <w:t xml:space="preserve">          notes about each email.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Conclude by reporting the completion of the task with a brief</w:t>
      </w:r>
    </w:p>
    <w:p>
      <w:pPr>
        <w:spacing w:after="0"/>
        <w:ind w:left="360"/>
        <w:shd w:val="clear" w:color="auto" w:fill="F2F2F2"/>
      </w:pPr>
      <w:r>
        <w:rPr>
          <w:rFonts w:ascii="Consolas" w:hAnsi="Consolas"/>
          <w:sz w:val="18"/>
        </w:rPr>
        <w:t xml:space="preserve">        message.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Ở đây, chúng ta giải thích cho agent biết chúng ta muốn nó làm gì. Chúng ta cung cấp một mô tả rõ ràng về các hành động mà chúng ta muốn, giúp agent hiểu nhiệm vụ của nó. Chúng ta không cần chỉ định chính xác công cụ nào phải được sử dụng ở mỗi bước, nhưng chúng ta có thể chỉ ra việc sử dụng chúng để hướng dẫn kết quả.</w:t>
      </w:r>
    </w:p>
    <w:p>
      <w:pPr>
        <w:spacing w:after="80"/>
      </w:pPr>
      <w:r>
        <w:rPr>
          <w:b w:val="0"/>
          <w:i w:val="0"/>
        </w:rPr>
        <w:t>Chúng ta cũng có thể sử dụng các yếu tố trình bày như dấu ngoặc kép, dấu đầu dòng và định dạng Markdown để truyền đạt kỳ vọng của mình tốt hơn.</w:t>
      </w:r>
    </w:p>
    <w:p>
      <w:pPr>
        <w:spacing w:after="80"/>
      </w:pPr>
      <w:r>
        <w:rPr>
          <w:b/>
          <w:i w:val="0"/>
        </w:rPr>
        <w:t>Mẹo</w:t>
      </w:r>
    </w:p>
    <w:p>
      <w:pPr>
        <w:spacing w:after="80"/>
      </w:pPr>
      <w:r>
        <w:rPr>
          <w:b w:val="0"/>
          <w:i w:val="0"/>
        </w:rPr>
        <w:t xml:space="preserve">Đừng ngại sáng tạo khi viết prompt. Bạn thậm chí có thể tạo sơ đồ bằng ASCII art hoặc các định dạng khác, như sơ đồ Mermaid (một mô tả sơ đồ dựa trên văn bản; xem </w:t>
      </w:r>
      <w:r>
        <w:rPr>
          <w:rFonts w:ascii="Consolas" w:hAnsi="Consolas"/>
          <w:b w:val="0"/>
          <w:i w:val="0"/>
          <w:sz w:val="20"/>
        </w:rPr>
        <w:br/>
        <w:br/>
        <w:t xml:space="preserve">        https://mermaid.ai/</w:t>
        <w:br/>
        <w:t xml:space="preserve">       </w:t>
        <w:br/>
      </w:r>
      <w:r>
        <w:rPr>
          <w:b w:val="0"/>
          <w:i w:val="0"/>
        </w:rPr>
        <w:t xml:space="preserve"> ), mà các mô hình AI có thể diễn giải.</w:t>
      </w:r>
    </w:p>
    <w:p>
      <w:pPr>
        <w:spacing w:after="80"/>
      </w:pPr>
      <w:r>
        <w:rPr>
          <w:b w:val="0"/>
          <w:i w:val="0"/>
        </w:rPr>
        <w:t>Có nhiều khuyến nghị bất thường cho việc viết prompt, chẳng hạn như thêm các cụm từ như "đừng mắc lỗi", "bạn là một chuyên gia viết email với 20 năm kinh nghiệm", hoặc viết prompt bằng JSON. Mặc dù các mô hình khác nhau có thể phản hồi khác nhau, nhưng sự thật là với AI hiện đại, cách tiếp cận hiệu quả nhất là viết hướng dẫn rõ ràng, cung cấp ngữ cảnh và tập trung vào việc mô tả kết quả mà bạn muốn.</w:t>
      </w:r>
    </w:p>
    <w:p>
      <w:pPr>
        <w:spacing w:after="80"/>
      </w:pPr>
      <w:r>
        <w:rPr>
          <w:b w:val="0"/>
          <w:i w:val="0"/>
        </w:rPr>
        <w:t>Chúng ta đã thảo luận về tầm quan trọng của ngữ cảnh. Đó là lý do tại sao, trong công thức này, chúng ta bao gồm các ví dụ về những email trước đó, để Mô hình AI biết giọng điệu và phong cách của chúng ta, và có thể đưa ra các bản nháp phản hồi tương tự. Mặc dù các mô hình AI nói chung có thể đoán được điều bạn muốn, nhưng nếu không có ngữ cảnh phù hợp, kết quả có thể khác biệt đáng kể so với kỳ vọng của bạn. Thay vào đó, hãy tập trung vào việc cung cấp sự rõ ràng và thu thập thông tin để đưa ra những gợi ý mạnh mẽ cho mô hình AI về mục tiêu của bạn, và bạn sẽ đạt được kết quả tốt hơn. Việc thiếu ngữ cảnh sẽ khiến prompt có khả năng đi sai hướng.</w:t>
      </w:r>
    </w:p>
    <w:p>
      <w:pPr>
        <w:spacing w:after="80"/>
      </w:pPr>
      <w:r>
        <w:rPr>
          <w:b/>
          <w:i w:val="0"/>
        </w:rPr>
        <w:t>Mẹo</w:t>
      </w:r>
    </w:p>
    <w:p>
      <w:pPr>
        <w:spacing w:after="80"/>
      </w:pPr>
      <w:r>
        <w:rPr>
          <w:b w:val="0"/>
          <w:i w:val="0"/>
        </w:rPr>
        <w:t>Một điểm thú vị: các mô hình AI thực ra khá giỏi trong việc viết prompt. Bạn có thể sử dụng một công cụ GenAI như ChatGPT để giúp bạn với bản nháp prompt của mình và cải tiến nó. Bạn có thể hỏi về những điểm yếu hoặc những chỗ mà nó để lại sự mơ hồ.</w:t>
      </w:r>
    </w:p>
    <w:p>
      <w:pPr>
        <w:spacing w:after="80"/>
      </w:pPr>
      <w:r>
        <w:rPr>
          <w:b w:val="0"/>
          <w:i w:val="0"/>
        </w:rPr>
        <w:t>Sau khi định nghĩa prompt, chúng ta chỉ cần gọi trình chạy Agent, như thường lệ, và in kết quả ra.</w:t>
      </w:r>
    </w:p>
    <w:p>
      <w:pPr>
        <w:spacing w:after="0"/>
        <w:ind w:left="360"/>
        <w:shd w:val="clear" w:color="auto" w:fill="F2F2F2"/>
      </w:pPr>
      <w:r>
        <w:rPr>
          <w:rFonts w:ascii="Consolas" w:hAnsi="Consolas"/>
          <w:sz w:val="18"/>
        </w:rPr>
        <w:t xml:space="preserve">    messages = [</w:t>
      </w:r>
    </w:p>
    <w:p>
      <w:pPr>
        <w:spacing w:after="0"/>
        <w:ind w:left="360"/>
        <w:shd w:val="clear" w:color="auto" w:fill="F2F2F2"/>
      </w:pPr>
      <w:r>
        <w:rPr>
          <w:rFonts w:ascii="Consolas" w:hAnsi="Consolas"/>
          <w:sz w:val="18"/>
        </w:rPr>
        <w:t xml:space="preserve">        {'role': 'user', 'content': prompt}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result = await Runner.run(agent, input=messages)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markdown = Markdown('---')</w:t>
      </w:r>
    </w:p>
    <w:p>
      <w:pPr>
        <w:spacing w:after="0"/>
        <w:ind w:left="360"/>
        <w:shd w:val="clear" w:color="auto" w:fill="F2F2F2"/>
      </w:pPr>
      <w:r>
        <w:rPr>
          <w:rFonts w:ascii="Consolas" w:hAnsi="Consolas"/>
          <w:sz w:val="18"/>
        </w:rPr>
        <w:t xml:space="preserve">    console.print(markdown)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markdown = Markdown(result.final_output)</w:t>
      </w:r>
    </w:p>
    <w:p>
      <w:pPr>
        <w:spacing w:after="0"/>
        <w:ind w:left="360"/>
        <w:shd w:val="clear" w:color="auto" w:fill="F2F2F2"/>
      </w:pPr>
      <w:r>
        <w:rPr>
          <w:rFonts w:ascii="Consolas" w:hAnsi="Consolas"/>
          <w:sz w:val="18"/>
        </w:rPr>
        <w:t xml:space="preserve">    console.print(markdown)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markdown = Markdown('---')</w:t>
      </w:r>
    </w:p>
    <w:p>
      <w:pPr>
        <w:spacing w:after="0"/>
        <w:ind w:left="360"/>
        <w:shd w:val="clear" w:color="auto" w:fill="F2F2F2"/>
      </w:pPr>
      <w:r>
        <w:rPr>
          <w:rFonts w:ascii="Consolas" w:hAnsi="Consolas"/>
          <w:sz w:val="18"/>
        </w:rPr>
        <w:t xml:space="preserve">    console.print(markdown)</w:t>
      </w:r>
    </w:p>
    <w:p>
      <w:pPr>
        <w:spacing w:after="40"/>
      </w:pPr>
    </w:p>
    <w:p>
      <w:pPr>
        <w:spacing w:after="80"/>
      </w:pPr>
      <w:r>
        <w:rPr>
          <w:b w:val="0"/>
          <w:i w:val="0"/>
        </w:rPr>
        <w:t>Lưu ý rằng trong prompt chúng ta yêu cầu in ra một thông báo cuối cùng, nhưng nó có thể khá tối giản.</w:t>
      </w:r>
    </w:p>
    <w:p>
      <w:pPr>
        <w:spacing w:after="80"/>
      </w:pPr>
      <w:r>
        <w:rPr>
          <w:b w:val="0"/>
          <w:i w:val="0"/>
        </w:rPr>
        <w:t>Dòng cuối cùng của script chỉ chạy hàm main bất đồng bộ, giống như trong các công thức trước.</w:t>
      </w:r>
    </w:p>
    <w:p>
      <w:pPr>
        <w:pStyle w:val="Heading3"/>
      </w:pPr>
      <w:r>
        <w:rPr>
          <w:rFonts w:ascii="Calibri" w:hAnsi="Calibri"/>
          <w:b/>
          <w:i w:val="0"/>
          <w:sz w:val="26"/>
        </w:rPr>
        <w:t>Còn nhiều thứ khác nữa…</w:t>
      </w:r>
    </w:p>
    <w:p>
      <w:pPr>
        <w:spacing w:after="80"/>
      </w:pPr>
      <w:r>
        <w:rPr>
          <w:b w:val="0"/>
          <w:i w:val="0"/>
        </w:rPr>
        <w:t>Công thức này được thiết kế để chạy định kỳ, có thể là mỗi ngày. Ví dụ, nó có thể chạy vào sáng sớm và chuẩn bị sẵn bản tóm tắt cùng bản nháp cho thời điểm bạn bắt đầu ngày mới.</w:t>
      </w:r>
    </w:p>
    <w:p>
      <w:pPr>
        <w:spacing w:after="80"/>
      </w:pPr>
      <w:r>
        <w:rPr>
          <w:b w:val="0"/>
          <w:i w:val="0"/>
        </w:rPr>
        <w:t xml:space="preserve">Để làm điều đó, chúng ta có thể dùng các khái niệm đã giới thiệu trong </w:t>
      </w:r>
      <w:r>
        <w:rPr>
          <w:b w:val="0"/>
          <w:i/>
        </w:rPr>
        <w:t xml:space="preserve"> Chương 2 </w:t>
      </w:r>
      <w:r>
        <w:rPr>
          <w:b w:val="0"/>
          <w:i w:val="0"/>
        </w:rPr>
        <w:t xml:space="preserve"> , </w:t>
      </w:r>
      <w:r>
        <w:rPr>
          <w:b w:val="0"/>
          <w:i/>
        </w:rPr>
        <w:t xml:space="preserve"> công thức Thiết lập cron job </w:t>
      </w:r>
      <w:r>
        <w:rPr>
          <w:b w:val="0"/>
          <w:i w:val="0"/>
        </w:rPr>
        <w:t xml:space="preserve"> và chuẩn bị một cron job để chạy vào một thời điểm cụ thể trong ngày.</w:t>
      </w:r>
    </w:p>
    <w:p>
      <w:pPr>
        <w:spacing w:after="80"/>
      </w:pPr>
      <w:r>
        <w:rPr>
          <w:b w:val="0"/>
          <w:i w:val="0"/>
        </w:rPr>
        <w:t xml:space="preserve">Để làm việc này, cách tốt nhất là tạo một script mới, </w:t>
      </w:r>
      <w:r>
        <w:rPr>
          <w:rFonts w:ascii="Consolas" w:hAnsi="Consolas"/>
          <w:b w:val="0"/>
          <w:i w:val="0"/>
          <w:sz w:val="20"/>
        </w:rPr>
        <w:br/>
        <w:br/>
        <w:t xml:space="preserve">      execute_agent.sh</w:t>
        <w:br/>
        <w:t xml:space="preserve">     </w:t>
        <w:br/>
      </w:r>
      <w:r>
        <w:rPr>
          <w:b w:val="0"/>
          <w:i w:val="0"/>
        </w:rPr>
        <w:t xml:space="preserve"> , đóng gói mọi thứ cần thiết để chạy agent của chúng ta. Bạn cần cung cấp đường dẫn cục bộ của thư mục chứa script agent và đường dẫn tới </w:t>
      </w:r>
      <w:r>
        <w:rPr>
          <w:rFonts w:ascii="Consolas" w:hAnsi="Consolas"/>
          <w:b w:val="0"/>
          <w:i w:val="0"/>
          <w:sz w:val="20"/>
        </w:rPr>
        <w:br/>
        <w:br/>
        <w:t xml:space="preserve">      uv</w:t>
        <w:br/>
        <w:t xml:space="preserve">     </w:t>
        <w:br/>
      </w:r>
      <w:r>
        <w:rPr>
          <w:b w:val="0"/>
          <w:i w:val="0"/>
        </w:rPr>
        <w:t xml:space="preserve"> .</w:t>
      </w:r>
    </w:p>
    <w:p>
      <w:pPr>
        <w:spacing w:after="0"/>
        <w:ind w:left="360"/>
        <w:shd w:val="clear" w:color="auto" w:fill="F2F2F2"/>
      </w:pPr>
      <w:r>
        <w:rPr>
          <w:rFonts w:ascii="Consolas" w:hAnsi="Consolas"/>
          <w:sz w:val="18"/>
        </w:rPr>
        <w:t>#!/bin/bash</w:t>
      </w:r>
    </w:p>
    <w:p>
      <w:pPr>
        <w:spacing w:after="0"/>
        <w:ind w:left="360"/>
        <w:shd w:val="clear" w:color="auto" w:fill="F2F2F2"/>
      </w:pPr>
      <w:r>
        <w:rPr>
          <w:rFonts w:ascii="Consolas" w:hAnsi="Consolas"/>
          <w:sz w:val="18"/>
        </w:rPr>
        <w:t>cd "/YOUR/FULL/PATH/HERE" || exit 1</w:t>
      </w:r>
    </w:p>
    <w:p>
      <w:pPr>
        <w:spacing w:after="0"/>
        <w:ind w:left="360"/>
        <w:shd w:val="clear" w:color="auto" w:fill="F2F2F2"/>
      </w:pPr>
      <w:r>
        <w:rPr>
          <w:rFonts w:ascii="Consolas" w:hAnsi="Consolas"/>
          <w:sz w:val="18"/>
        </w:rPr>
        <w:t>&lt;/YOUR/FULL/PATH/TO/UV/HERE&gt;/uv run email_agent.py</w:t>
      </w:r>
    </w:p>
    <w:p>
      <w:pPr>
        <w:spacing w:after="40"/>
      </w:pPr>
    </w:p>
    <w:p>
      <w:pPr>
        <w:spacing w:after="80"/>
      </w:pPr>
      <w:r>
        <w:rPr>
          <w:b w:val="0"/>
          <w:i w:val="0"/>
        </w:rPr>
        <w:t xml:space="preserve">Cấp quyền thực thi bằng </w:t>
      </w:r>
      <w:r>
        <w:rPr>
          <w:rFonts w:ascii="Consolas" w:hAnsi="Consolas"/>
          <w:b w:val="0"/>
          <w:i w:val="0"/>
          <w:sz w:val="20"/>
        </w:rPr>
        <w:br/>
        <w:br/>
        <w:t xml:space="preserve">      chmod</w:t>
        <w:br/>
        <w:t xml:space="preserve">     </w:t>
        <w:br/>
      </w:r>
      <w:r>
        <w:rPr>
          <w:b w:val="0"/>
          <w:i w:val="0"/>
        </w:rPr>
        <w:t xml:space="preserve"> và chạy script để kiểm tra xem nó có hoạt động đúng không. Hãy xác nhận rằng bạn có thể chạy nó từ bất kỳ đâu bằng đường dẫn đầy đủ tới file.</w:t>
      </w:r>
    </w:p>
    <w:p>
      <w:pPr>
        <w:spacing w:after="0"/>
        <w:ind w:left="360"/>
        <w:shd w:val="clear" w:color="auto" w:fill="F2F2F2"/>
      </w:pPr>
      <w:r>
        <w:rPr>
          <w:rFonts w:ascii="Consolas" w:hAnsi="Consolas"/>
          <w:sz w:val="18"/>
        </w:rPr>
        <w:t>$ chmod +x execute_agent.sh</w:t>
      </w:r>
    </w:p>
    <w:p>
      <w:pPr>
        <w:spacing w:after="0"/>
        <w:ind w:left="360"/>
        <w:shd w:val="clear" w:color="auto" w:fill="F2F2F2"/>
      </w:pPr>
      <w:r>
        <w:rPr>
          <w:rFonts w:ascii="Consolas" w:hAnsi="Consolas"/>
          <w:sz w:val="18"/>
        </w:rPr>
        <w:t>$ /YOUR/FULL/PATH/HERE/execute_agent.sh</w:t>
      </w:r>
    </w:p>
    <w:p>
      <w:pPr>
        <w:spacing w:after="0"/>
        <w:ind w:left="360"/>
        <w:shd w:val="clear" w:color="auto" w:fill="F2F2F2"/>
      </w:pPr>
      <w:r>
        <w:rPr>
          <w:rFonts w:ascii="Consolas" w:hAnsi="Consolas"/>
          <w:sz w:val="18"/>
        </w:rPr>
        <w:t>...</w:t>
      </w:r>
    </w:p>
    <w:p>
      <w:pPr>
        <w:spacing w:after="40"/>
      </w:pPr>
    </w:p>
    <w:p>
      <w:pPr>
        <w:spacing w:after="80"/>
      </w:pPr>
      <w:r>
        <w:rPr>
          <w:b w:val="0"/>
          <w:i w:val="0"/>
        </w:rPr>
        <w:t>Khi điều này đã ổn, chúng ta có thể chuẩn bị việc thực thi. Ví dụ, nếu muốn chạy agent mỗi ngày một lần vào lúc 5:30 sáng, chúng ta có thể cấu hình như sau:</w:t>
      </w:r>
    </w:p>
    <w:p>
      <w:pPr>
        <w:spacing w:after="0"/>
        <w:ind w:left="360"/>
        <w:shd w:val="clear" w:color="auto" w:fill="F2F2F2"/>
      </w:pPr>
      <w:r>
        <w:rPr>
          <w:rFonts w:ascii="Consolas" w:hAnsi="Consolas"/>
          <w:sz w:val="18"/>
        </w:rPr>
        <w:t>$ crontab -e</w:t>
      </w:r>
    </w:p>
    <w:p>
      <w:pPr>
        <w:spacing w:after="0"/>
        <w:ind w:left="360"/>
        <w:shd w:val="clear" w:color="auto" w:fill="F2F2F2"/>
      </w:pPr>
      <w:r>
        <w:rPr>
          <w:rFonts w:ascii="Consolas" w:hAnsi="Consolas"/>
          <w:sz w:val="18"/>
        </w:rPr>
        <w:t>30 5 * * * /YOUR/FULL/PATH/HERE/execute_agent.sh</w:t>
      </w:r>
    </w:p>
    <w:p>
      <w:pPr>
        <w:spacing w:after="40"/>
      </w:pPr>
    </w:p>
    <w:p>
      <w:pPr>
        <w:spacing w:after="80"/>
      </w:pPr>
      <w:r>
        <w:rPr>
          <w:b w:val="0"/>
          <w:i w:val="0"/>
        </w:rPr>
        <w:t xml:space="preserve">Xem trong </w:t>
      </w:r>
      <w:r>
        <w:rPr>
          <w:b w:val="0"/>
          <w:i/>
        </w:rPr>
        <w:t xml:space="preserve"> Chương 2 </w:t>
      </w:r>
      <w:r>
        <w:rPr>
          <w:b w:val="0"/>
          <w:i w:val="0"/>
        </w:rPr>
        <w:t xml:space="preserve"> công thức </w:t>
      </w:r>
      <w:r>
        <w:rPr>
          <w:b w:val="0"/>
          <w:i/>
        </w:rPr>
        <w:t xml:space="preserve"> Thiết lập cron </w:t>
      </w:r>
      <w:r>
        <w:rPr>
          <w:b w:val="0"/>
          <w:i w:val="0"/>
        </w:rPr>
        <w:t xml:space="preserve"> </w:t>
      </w:r>
      <w:r>
        <w:rPr>
          <w:b w:val="0"/>
          <w:i/>
        </w:rPr>
        <w:t xml:space="preserve"> job </w:t>
      </w:r>
      <w:r>
        <w:rPr>
          <w:b w:val="0"/>
          <w:i w:val="0"/>
        </w:rPr>
        <w:t xml:space="preserve"> để biết thêm chi tiết.</w:t>
      </w:r>
    </w:p>
    <w:p>
      <w:pPr>
        <w:spacing w:after="80"/>
      </w:pPr>
      <w:r>
        <w:rPr>
          <w:b w:val="0"/>
          <w:i w:val="0"/>
        </w:rPr>
        <w:t xml:space="preserve">Có một chi tiết quan trọng cần lưu ý nếu bạn định chạy agent thường xuyên: </w:t>
      </w:r>
      <w:r>
        <w:rPr>
          <w:b/>
          <w:i w:val="0"/>
        </w:rPr>
        <w:t xml:space="preserve"> chi phí </w:t>
      </w:r>
      <w:r>
        <w:rPr>
          <w:b w:val="0"/>
          <w:i w:val="0"/>
        </w:rPr>
        <w:t xml:space="preserve"> .</w:t>
      </w:r>
    </w:p>
    <w:p>
      <w:pPr>
        <w:spacing w:after="80"/>
      </w:pPr>
      <w:r>
        <w:rPr>
          <w:b w:val="0"/>
          <w:i w:val="0"/>
        </w:rPr>
        <w:t>Một agent có thể trở nên khá tốn kém khi chạy, tùy thuộc vào tần suất gọi mô hình AI. Chi phí này có thể khó kiểm soát, vì nó phụ thuộc rất nhiều vào mô hình cụ thể và lượng ngữ cảnh. Trong các ví dụ trong cuốn sách này, chúng ta chủ yếu dùng GPT-5.4, mà tại thời điểm viết, không phải là mô hình mới nhất của OpenAI nhưng mang lại hiệu năng vững chắc mà không phải lựa chọn đắt đỏ nhất.</w:t>
      </w:r>
    </w:p>
    <w:p>
      <w:pPr>
        <w:spacing w:after="80"/>
      </w:pPr>
      <w:r>
        <w:rPr>
          <w:b w:val="0"/>
          <w:i w:val="0"/>
        </w:rPr>
        <w:t xml:space="preserve">Dù vậy, trong các thử nghiệm của chúng tôi, mỗi lần chạy </w:t>
      </w:r>
      <w:r>
        <w:rPr>
          <w:rFonts w:ascii="Consolas" w:hAnsi="Consolas"/>
          <w:b w:val="0"/>
          <w:i w:val="0"/>
          <w:sz w:val="20"/>
        </w:rPr>
        <w:br/>
        <w:br/>
        <w:t xml:space="preserve">      email_agent.py</w:t>
        <w:br/>
        <w:t xml:space="preserve">     </w:t>
        <w:br/>
      </w:r>
      <w:r>
        <w:rPr>
          <w:b w:val="0"/>
          <w:i w:val="0"/>
        </w:rPr>
        <w:t xml:space="preserve"> tốn khoảng vài đô-la.</w:t>
      </w:r>
    </w:p>
    <w:p>
      <w:pPr>
        <w:spacing w:after="80"/>
      </w:pPr>
      <w:r>
        <w:rPr>
          <w:b/>
          <w:i w:val="0"/>
        </w:rPr>
        <w:t>Lưu ý</w:t>
      </w:r>
    </w:p>
    <w:p>
      <w:pPr>
        <w:spacing w:after="80"/>
      </w:pPr>
      <w:r>
        <w:rPr>
          <w:b w:val="0"/>
          <w:i w:val="0"/>
        </w:rPr>
        <w:t>Hãy nhớ rằng giá của các mô hình AI có thể đã thay đổi. Hãy kiểm tra chi phí hiện tại để đảm bảo ước tính của bạn chính xác.</w:t>
      </w:r>
    </w:p>
    <w:p>
      <w:pPr>
        <w:spacing w:after="80"/>
      </w:pPr>
      <w:r>
        <w:rPr>
          <w:b w:val="0"/>
          <w:i w:val="0"/>
        </w:rPr>
        <w:t>Trong khi vài đô-la mỗi lần chạy có vẻ hợp lý, khoản chi này có thể tích lũy theo thời gian. Chạy agent hằng ngày có thể lên tới khoảng $60 mỗi tháng. Để tiết kiệm chi phí, bạn có thể tìm hiểu các mô hình nhỏ hơn. Ví dụ, GPT-5.4-mini có chi phí khoảng một phần ba so với mô hình GPT-5.4 đầy đủ, và GPT-5.4-nano rẻ hơn khoảng mười lần. Những mô hình này vẫn có thể mang lại kết quả "đủ tốt" cho nhiều trường hợp sử dụng.</w:t>
      </w:r>
    </w:p>
    <w:p>
      <w:pPr>
        <w:spacing w:after="80"/>
      </w:pPr>
      <w:r>
        <w:rPr>
          <w:b/>
          <w:i w:val="0"/>
        </w:rPr>
        <w:t>Mẹo</w:t>
      </w:r>
    </w:p>
    <w:p>
      <w:pPr>
        <w:spacing w:after="80"/>
      </w:pPr>
      <w:r>
        <w:rPr>
          <w:b w:val="0"/>
          <w:i w:val="0"/>
        </w:rPr>
        <w:t>Mặc dù việc dùng những mô hình tiên tiến nhất làm mặc định nghe có vẻ hấp dẫn, nhưng chúng lại đắt đỏ trong các luồng tác tử (agentic flow) vì chúng thường tiêu thụ ngữ cảnh (context) lớn hơn với nhiều token hơn, mà token lại cũng đắt hơn so với các mô hình nhỏ hơn.</w:t>
      </w:r>
    </w:p>
    <w:p>
      <w:pPr>
        <w:spacing w:after="80"/>
      </w:pPr>
      <w:r>
        <w:rPr>
          <w:b w:val="0"/>
          <w:i w:val="0"/>
        </w:rPr>
        <w:t>Hãy cẩn thận và để mắt đến chi phí.</w:t>
      </w:r>
    </w:p>
    <w:p>
      <w:pPr>
        <w:spacing w:after="80"/>
      </w:pPr>
      <w:r>
        <w:rPr>
          <w:b w:val="0"/>
          <w:i w:val="0"/>
        </w:rPr>
        <w:t>Cũng nên nhớ rằng các nhà cung cấp mô hình AI như OpenAI có sẵn một số công cụ để kiểm soát chi phí, chẳng hạn như đặt ngân sách. Hãy khám phá những lựa chọn đó.</w:t>
      </w:r>
    </w:p>
    <w:p>
      <w:pPr>
        <w:spacing w:after="80"/>
      </w:pPr>
      <w:r>
        <w:rPr>
          <w:b/>
          <w:i w:val="0"/>
        </w:rPr>
        <w:t>Mẹo</w:t>
      </w:r>
    </w:p>
    <w:p>
      <w:pPr>
        <w:spacing w:after="80"/>
      </w:pPr>
      <w:r>
        <w:rPr>
          <w:b w:val="0"/>
          <w:i w:val="0"/>
        </w:rPr>
        <w:t>Rất khó để ước tính chi phí chính xác trước. Hãy nhớ kiểm tra thường xuyên, đặc biệt là vào lúc bắt đầu dự án, về diễn biến chi phí, và điều chỉnh cho phù hợp để tránh bất ngờ.</w:t>
      </w:r>
    </w:p>
    <w:p>
      <w:pPr>
        <w:spacing w:after="80"/>
      </w:pPr>
      <w:r>
        <w:rPr>
          <w:b w:val="0"/>
          <w:i w:val="0"/>
        </w:rPr>
        <w:t xml:space="preserve">Ngoài các nhà cung cấp thương mại, bạn có thể cân nhắc dùng các mô hình cục bộ (local model) thông qua những công cụ như Ollama, như đã bàn trong </w:t>
      </w:r>
      <w:r>
        <w:rPr>
          <w:b w:val="0"/>
          <w:i/>
        </w:rPr>
        <w:t xml:space="preserve"> Chương 11 </w:t>
      </w:r>
      <w:r>
        <w:rPr>
          <w:b w:val="0"/>
          <w:i w:val="0"/>
        </w:rPr>
        <w:t xml:space="preserve"> . Chạy một mô hình ngay trên máy của bạn thực chất là miễn phí và có thể cho kết quả tốt cho trường hợp sử dụng của bạn.</w:t>
      </w:r>
    </w:p>
    <w:p>
      <w:pPr>
        <w:spacing w:after="80"/>
      </w:pPr>
      <w:r>
        <w:rPr>
          <w:b/>
          <w:i w:val="0"/>
        </w:rPr>
        <w:t>Lưu ý</w:t>
      </w:r>
    </w:p>
    <w:p>
      <w:pPr>
        <w:spacing w:after="80"/>
      </w:pPr>
      <w:r>
        <w:rPr>
          <w:b w:val="0"/>
          <w:i w:val="0"/>
        </w:rPr>
        <w:t>Dù chúng ta chưa lấy đó làm trọng tâm, có một yếu tố quan trọng liên quan đến chi phí: lượng ngữ cảnh. Trong script của chúng ta, ta dùng rất nhiều ngữ cảnh để cung cấp cho mô hình AI các ví dụ về email của mình nhằm tạo ra bản nháp chính xác hơn. Tùy vào số lượng email, điều đó có thể làm tăng lượng ngữ cảnh. Thay vì cách ngây thơ mà ta đã dùng, bạn có thể giảm số lượng email hoặc, tốt hơn nữa, tự tay chọn lọc một tập nhỏ email rồi chỉ dùng tập đó thôi. Điều đó sẽ giúp hạ chi phí xuống.</w:t>
      </w:r>
    </w:p>
    <w:p>
      <w:pPr>
        <w:spacing w:after="80"/>
      </w:pPr>
      <w:r>
        <w:rPr>
          <w:b w:val="0"/>
          <w:i w:val="0"/>
        </w:rPr>
        <w:t xml:space="preserve">Một lựa chọn khác theo cùng hướng, để lại như bài tập, là giảm các email thô đã lưu thành một bản mô tả nội dung của chúng, bằng cách dùng một công cụ GenAI. Với một prompt như: "generate a prompt that will produce messages using the same style and tone as these emails," hãy tạo ra một đoạn văn bản có thể thay thế cho </w:t>
      </w:r>
      <w:r>
        <w:rPr>
          <w:rFonts w:ascii="Consolas" w:hAnsi="Consolas"/>
          <w:b w:val="0"/>
          <w:i w:val="0"/>
          <w:sz w:val="20"/>
        </w:rPr>
        <w:br/>
        <w:br/>
        <w:t xml:space="preserve">       sent_emails.json</w:t>
        <w:br/>
        <w:t xml:space="preserve">      </w:t>
        <w:br/>
      </w:r>
      <w:r>
        <w:rPr>
          <w:b w:val="0"/>
          <w:i w:val="0"/>
        </w:rPr>
        <w:t xml:space="preserve"> và nhỏ hơn nhiều, mà vẫn chứa thông tin để tạo ra những bản nháp tốt. Bạn thử xem nhé!</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Sending Email Notifications </w:t>
      </w:r>
      <w:r>
        <w:rPr>
          <w:b w:val="0"/>
          <w:i w:val="0"/>
        </w:rPr>
        <w:t xml:space="preserve"> , trong </w:t>
      </w:r>
      <w:r>
        <w:rPr>
          <w:b w:val="0"/>
          <w:i/>
        </w:rPr>
        <w:t xml:space="preserve"> Chương 2 </w:t>
      </w:r>
      <w:r>
        <w:rPr>
          <w:b w:val="0"/>
          <w:i w:val="0"/>
        </w:rPr>
        <w:t xml:space="preserve"> , mô tả cách gửi email</w:t>
      </w:r>
    </w:p>
    <w:p>
      <w:pPr>
        <w:spacing w:after="80"/>
        <w:ind w:left="360"/>
      </w:pPr>
      <w:r>
        <w:t xml:space="preserve">• </w:t>
      </w:r>
      <w:r>
        <w:rPr>
          <w:b w:val="0"/>
          <w:i w:val="0"/>
        </w:rPr>
        <w:t xml:space="preserve">Công thức </w:t>
      </w:r>
      <w:r>
        <w:rPr>
          <w:b w:val="0"/>
          <w:i/>
        </w:rPr>
        <w:t xml:space="preserve"> Creating your own chatbot </w:t>
      </w:r>
      <w:r>
        <w:rPr>
          <w:b w:val="0"/>
          <w:i w:val="0"/>
        </w:rPr>
        <w:t xml:space="preserve"> , trong </w:t>
      </w:r>
      <w:r>
        <w:rPr>
          <w:b w:val="0"/>
          <w:i/>
        </w:rPr>
        <w:t xml:space="preserve"> Chương 11 </w:t>
      </w:r>
      <w:r>
        <w:rPr>
          <w:b w:val="0"/>
          <w:i w:val="0"/>
        </w:rPr>
        <w:t xml:space="preserve"> , mô tả những điều cơ bản khi làm việc với các mô hình AI</w:t>
      </w:r>
    </w:p>
    <w:p>
      <w:pPr>
        <w:spacing w:after="80"/>
        <w:ind w:left="360"/>
      </w:pPr>
      <w:r>
        <w:t xml:space="preserve">• </w:t>
      </w:r>
      <w:r>
        <w:rPr>
          <w:b w:val="0"/>
          <w:i w:val="0"/>
        </w:rPr>
        <w:t xml:space="preserve">Các công thức </w:t>
      </w:r>
      <w:r>
        <w:rPr>
          <w:b w:val="0"/>
          <w:i/>
        </w:rPr>
        <w:t xml:space="preserve"> Let </w:t>
      </w:r>
      <w:r>
        <w:rPr>
          <w:b w:val="0"/>
          <w:i w:val="0"/>
        </w:rPr>
        <w:t xml:space="preserve"> </w:t>
      </w:r>
      <w:r>
        <w:rPr>
          <w:b w:val="0"/>
          <w:i/>
        </w:rPr>
        <w:t xml:space="preserve"> ' </w:t>
      </w:r>
      <w:r>
        <w:rPr>
          <w:b w:val="0"/>
          <w:i w:val="0"/>
        </w:rPr>
        <w:t xml:space="preserve"> </w:t>
      </w:r>
      <w:r>
        <w:rPr>
          <w:b w:val="0"/>
          <w:i/>
        </w:rPr>
        <w:t xml:space="preserve"> s use MCP servers </w:t>
      </w:r>
      <w:r>
        <w:rPr>
          <w:b w:val="0"/>
          <w:i w:val="0"/>
        </w:rPr>
        <w:t xml:space="preserve"> và </w:t>
      </w:r>
      <w:r>
        <w:rPr>
          <w:b w:val="0"/>
          <w:i/>
        </w:rPr>
        <w:t xml:space="preserve"> Create your own MCP servers </w:t>
      </w:r>
      <w:r>
        <w:rPr>
          <w:b w:val="0"/>
          <w:i w:val="0"/>
        </w:rPr>
        <w:t xml:space="preserve"> , trong </w:t>
      </w:r>
      <w:r>
        <w:rPr>
          <w:b w:val="0"/>
          <w:i/>
        </w:rPr>
        <w:t xml:space="preserve"> Chương 12 </w:t>
      </w:r>
      <w:r>
        <w:rPr>
          <w:b w:val="0"/>
          <w:i w:val="0"/>
        </w:rPr>
        <w:t xml:space="preserve"> , giới thiệu việc dùng các MCP server, công cụ hàm (function tool) và cách đọc email bằng </w:t>
      </w:r>
      <w:r>
        <w:rPr>
          <w:rFonts w:ascii="Consolas" w:hAnsi="Consolas"/>
          <w:b w:val="0"/>
          <w:i w:val="0"/>
          <w:sz w:val="20"/>
        </w:rPr>
        <w:br/>
        <w:br/>
        <w:t xml:space="preserve">       imaplib</w:t>
        <w:br/>
        <w:t xml:space="preserve">      </w:t>
        <w:br/>
      </w:r>
    </w:p>
    <w:p>
      <w:pPr>
        <w:pStyle w:val="Heading1"/>
      </w:pPr>
      <w:r>
        <w:rPr>
          <w:rFonts w:ascii="Calibri" w:hAnsi="Calibri"/>
          <w:b/>
          <w:i w:val="0"/>
          <w:sz w:val="40"/>
        </w:rPr>
        <w:t>15</w:t>
      </w:r>
    </w:p>
    <w:p>
      <w:pPr>
        <w:pStyle w:val="Heading1"/>
      </w:pPr>
      <w:r>
        <w:rPr>
          <w:rFonts w:ascii="Calibri" w:hAnsi="Calibri"/>
          <w:b/>
          <w:i w:val="0"/>
          <w:sz w:val="40"/>
        </w:rPr>
        <w:t>Các quy trình kiểm thử tự động</w:t>
      </w:r>
    </w:p>
    <w:p>
      <w:pPr>
        <w:spacing w:after="80"/>
      </w:pPr>
      <w:r>
        <w:rPr>
          <w:b w:val="0"/>
          <w:i w:val="0"/>
        </w:rPr>
        <w:t>Khi code và độ phức tạp của phần mềm tăng lên, việc tạo ra các bài kiểm thử (test) để đảm bảo chương trình của bạn làm đúng những gì nó phải làm chính là công cụ tốt nhất giúp bạn đứng vững trên nền đá gồ ghề.</w:t>
      </w:r>
    </w:p>
    <w:p>
      <w:pPr>
        <w:spacing w:after="80"/>
      </w:pPr>
      <w:r>
        <w:rPr>
          <w:b w:val="0"/>
          <w:i w:val="0"/>
        </w:rPr>
        <w:t>Kiểm thử (testing) về bản chất là việc kiểm tra lại xem mã nguồn có hợp lệ và có làm đúng những gì nó được cho là phải làm hay không. Đây là một câu nói tưởng chừng đơn giản. Nhưng trên thực tế, việc kiểm thử có thể rất khó khăn.</w:t>
      </w:r>
    </w:p>
    <w:p>
      <w:pPr>
        <w:spacing w:after="80"/>
      </w:pPr>
      <w:r>
        <w:rPr>
          <w:b/>
          <w:i w:val="0"/>
        </w:rPr>
        <w:t>Lưu ý</w:t>
      </w:r>
    </w:p>
    <w:p>
      <w:pPr>
        <w:spacing w:after="80"/>
      </w:pPr>
      <w:r>
        <w:rPr>
          <w:b w:val="0"/>
          <w:i w:val="0"/>
        </w:rPr>
        <w:t>Việc thành thạo khả năng kiểm thử là một nhiệm vụ khó khăn và đáng để dành cả một hoặc hai cuốn sách. Các bài tập được giới thiệu trong chương này đi từ những bài tập hướng đến nghiệp vụ cho đến những bài tập về kỹ thuật phần mềm, đây là một cách tiếp cận khác biệt. Mục tiêu của chương này là trình bày một số khía cạnh thực tiễn của việc kiểm thử để giới thiệu về chủ đề này.</w:t>
      </w:r>
    </w:p>
    <w:p>
      <w:pPr>
        <w:spacing w:after="80"/>
      </w:pPr>
      <w:r>
        <w:rPr>
          <w:b w:val="0"/>
          <w:i w:val="0"/>
        </w:rPr>
        <w:t>Chúng ta có một trợ thủ đắc lực là các công cụ GenAI để tạo và duy trì các bài kiểm thử. GenAI sẽ nhanh chóng tạo ra các bài kiểm thử để xác nhận rằng hành vi của mã nguồn đúng như kỳ vọng. Nhưng những kỳ vọng đó có thể sai! Cần phải xác minh rằng các bài kiểm thử do AI tạo ra thực sự đang kiểm tra đúng những giả định.</w:t>
      </w:r>
    </w:p>
    <w:p>
      <w:pPr>
        <w:spacing w:after="80"/>
      </w:pPr>
      <w:r>
        <w:rPr>
          <w:b w:val="0"/>
          <w:i w:val="0"/>
        </w:rPr>
        <w:t>Một vấn đề phổ biến khác với GenAI là xu hướng quá hào hứng thêm thật nhiều bài kiểm thử, điều này có thể tạo ra một lượng lớn mã khuôn mẫu (boilerplate) mà không có giá trị thực sự, cũng như việc tạo ra những bài kiểm thử giả tạo không thực sự kiểm tra được gì, chẳng hạn như chỉ ghi và đọc giá trị trong các mock. Hãy xác thực các bài kiểm thử được tạo ra và giữ cho GenAI đi đúng hướng.</w:t>
      </w:r>
    </w:p>
    <w:p>
      <w:pPr>
        <w:spacing w:after="80"/>
      </w:pPr>
      <w:r>
        <w:rPr>
          <w:b w:val="0"/>
          <w:i w:val="0"/>
        </w:rPr>
        <w:t>Điều quan trọng nhất ở một bài kiểm thử là nó cố gắng kiểm tra mã nguồn đang được kiểm thử một cách độc lập. Điều này đòi hỏi một tư duy nhìn vào mã nguồn cùng các đầu vào và đầu ra, tiếp cận nhiệm vụ với một góc nhìn mới mẻ, và không bị ảnh hưởng bởi cách triển khai bên trong. Trong một số trường hợp, những người kiểm thử phần mềm có thể khác với những người viết mã nguồn ban đầu, để đảm bảo có sự hiểu biết tốt về những gì mã nguồn nên và không nên làm. Hãy cố gắng thiết kế các bài kiểm thử của bạn theo cách tiếp cận này và tạo ra những giao diện (interface) được định nghĩa rõ ràng để làm việc cùng.</w:t>
      </w:r>
    </w:p>
    <w:p>
      <w:pPr>
        <w:spacing w:after="80"/>
      </w:pPr>
      <w:r>
        <w:rPr>
          <w:b w:val="0"/>
          <w:i w:val="0"/>
        </w:rPr>
        <w:t>Lưu ý rằng GenAI có thể rơi vào cái bẫy này giống như cách một lập trình viên sẽ làm, và đòi hỏi nỗ lực để xác thực rằng các bài kiểm thử đang kiểm tra đúng hành vi. Trong nhiều trường hợp, việc hiểu ý nghĩa của mã nguồn từ các bài kiểm thử sẽ dễ dàng hơn là từ chính mã nguồn.</w:t>
      </w:r>
    </w:p>
    <w:p>
      <w:pPr>
        <w:spacing w:after="80"/>
      </w:pPr>
      <w:r>
        <w:rPr>
          <w:b/>
          <w:i w:val="0"/>
        </w:rPr>
        <w:t>Lưu ý</w:t>
      </w:r>
    </w:p>
    <w:p>
      <w:pPr>
        <w:spacing w:after="80"/>
      </w:pPr>
      <w:r>
        <w:rPr>
          <w:b w:val="0"/>
          <w:i w:val="0"/>
        </w:rPr>
        <w:t>Tóm lại, kiểm thử xác nhận rằng mã nguồn làm đúng những gì nó được cho là phải làm, và không làm những gì nó không được cho là phải làm.</w:t>
      </w:r>
    </w:p>
    <w:p>
      <w:pPr>
        <w:spacing w:after="80"/>
      </w:pPr>
      <w:r>
        <w:rPr>
          <w:b w:val="0"/>
          <w:i w:val="0"/>
        </w:rPr>
        <w:t>Phần đầu của câu này thì dễ hơn, nhưng phần thứ hai thì rất khó hoặc thậm chí là bất khả thi. Việc viết các bài kiểm thử có một cái giá, cả về thời gian lẫn công sức bảo trì. Chỉ trong những phần mềm có tính trọng yếu cao thì mã nguồn mới được kiểm thử một cách toàn diện để đảm bảo không có điều gì bất ngờ xảy ra. Hãy cố gắng tìm ra sự cân bằng của bạn về việc bao nhiêu bài kiểm thử là phù hợp với nhu cầu của bạn.</w:t>
      </w:r>
    </w:p>
    <w:p>
      <w:pPr>
        <w:spacing w:after="80"/>
      </w:pPr>
      <w:r>
        <w:rPr>
          <w:b w:val="0"/>
          <w:i w:val="0"/>
        </w:rPr>
        <w:t>Các bài kiểm thử thường được phân loại dựa trên việc chúng kiểm tra bao nhiêu phần khác nhau của phần mềm. Một bài kiểm thử chỉ bao phủ một phần nhỏ của mã nguồn, chẳng hạn như một hàm, thường được gọi là kiểm thử đơn vị (unit test), trong khi một bài kiểm thử bao phủ toàn bộ hệ thống được gọi là kiểm thử hệ thống (system test). Một bài kiểm thử bao phủ sự tích hợp của các thành phần phần mềm khác nhau được gọi là kiểm thử tích hợp (integration test). Đây là một định nghĩa rất linh hoạt, vì không phải ai cũng đồng ý về việc hệ thống là gì, hay một bài kiểm thử đơn vị có thể lớn đến mức nào trước khi nó trở thành kiểm thử tích hợp, hay liệu có sự khác biệt đáng kể nào giữa kiểm thử tích hợp và kiểm thử hệ thống hay không. Nhưng nó giúp chúng ta hiểu rằng các bài kiểm thử khác nhau bao phủ những khu vực khác nhau của phần mềm – một số thì lớn hơn, một số thì nhỏ hơn – và có những yêu cầu khác nhau.</w:t>
      </w:r>
    </w:p>
    <w:p>
      <w:pPr>
        <w:spacing w:after="80"/>
      </w:pPr>
      <w:r>
        <w:rPr>
          <w:b/>
          <w:i w:val="0"/>
        </w:rPr>
        <w:t>Mẹo</w:t>
      </w:r>
    </w:p>
    <w:p>
      <w:pPr>
        <w:spacing w:after="80"/>
      </w:pPr>
      <w:r>
        <w:rPr>
          <w:b w:val="0"/>
          <w:i w:val="0"/>
        </w:rPr>
        <w:t>Để có một đội ngũ lập trình viên cùng làm việc trên một phần mềm, đảm bảo nó có chất lượng cao, thì kỷ luật thêm và chạy các bài kiểm thử liên tục là điều tối quan trọng. Đó là lý do có rất nhiều loại kiểm thử để hỗ trợ cho nhiệm vụ đó. Tích hợp liên tục (continuous integration), hay CI, bao gồm thực hành chạy các bài kiểm thử cho mỗi thay đổi đối với phần mềm và trước khi hợp nhất chúng với những thay đổi của các lập trình viên khác. Các công cụ CI cho phép bạn chạy các bài kiểm thử ở chế độ nền một cách tự động và thông báo cho các lập trình viên về bất kỳ vấn đề nào, đảm bảo rằng không có lỗi bất ngờ nào xảy ra.</w:t>
      </w:r>
    </w:p>
    <w:p>
      <w:pPr>
        <w:spacing w:after="80"/>
      </w:pPr>
      <w:r>
        <w:rPr>
          <w:b w:val="0"/>
          <w:i w:val="0"/>
        </w:rPr>
        <w:t>Vòng lặp kiểm thử này cũng hữu ích cho các công cụ GenAI, vì chúng sẽ có thể hiểu được vấn đề và sửa chữa chúng. Các mô hình AI rất giỏi trong việc làm việc với các mô hình tăng cường (reinforcement model), nghĩa là chúng có một cách để xác thực rằng những gì chúng đang tạo ra là đúng. Sự xác thực này được cung cấp bởi các bài kiểm thử.</w:t>
      </w:r>
    </w:p>
    <w:p>
      <w:pPr>
        <w:spacing w:after="80"/>
      </w:pPr>
      <w:r>
        <w:rPr>
          <w:b w:val="0"/>
          <w:i w:val="0"/>
        </w:rPr>
        <w:t xml:space="preserve">Trong chương này, chúng ta sẽ tìm hiểu việc sử dụng </w:t>
      </w:r>
      <w:r>
        <w:rPr>
          <w:rFonts w:ascii="Consolas" w:hAnsi="Consolas"/>
          <w:b w:val="0"/>
          <w:i w:val="0"/>
          <w:sz w:val="20"/>
        </w:rPr>
        <w:br/>
        <w:br/>
        <w:t xml:space="preserve">      pytest</w:t>
        <w:br/>
        <w:t xml:space="preserve">     </w:t>
        <w:br/>
      </w:r>
      <w:r>
        <w:rPr>
          <w:b w:val="0"/>
          <w:i w:val="0"/>
        </w:rPr>
        <w:t xml:space="preserve"> như một công cụ để chạy các loại kiểm thử khác nhau. Đây là một trong những framework kiểm thử Python hoàn thiện nhất. </w:t>
      </w:r>
      <w:r>
        <w:rPr>
          <w:rFonts w:ascii="Consolas" w:hAnsi="Consolas"/>
          <w:b w:val="0"/>
          <w:i w:val="0"/>
          <w:sz w:val="20"/>
        </w:rPr>
        <w:br/>
        <w:br/>
        <w:t xml:space="preserve">      pytest</w:t>
        <w:br/>
        <w:t xml:space="preserve">     </w:t>
        <w:br/>
      </w:r>
      <w:r>
        <w:rPr>
          <w:b w:val="0"/>
          <w:i w:val="0"/>
        </w:rPr>
        <w:t xml:space="preserve"> cho phép thiết lập các bài kiểm thử một cách dễ dàng và cung cấp rất nhiều tùy chọn hữu ích để chạy các tập con của bài kiểm thử, chạy kiểm thử nhanh chóng, và phát hiện vấn đề khi các bài kiểm thử thất bại.</w:t>
      </w:r>
    </w:p>
    <w:p>
      <w:pPr>
        <w:spacing w:after="80"/>
      </w:pPr>
      <w:r>
        <w:rPr>
          <w:b w:val="0"/>
          <w:i w:val="0"/>
        </w:rPr>
        <w:t xml:space="preserve">Nó cũng có một hệ sinh thái plugin phong phú cho phép bạn tích hợp với các hệ thống khác, như cơ sở dữ liệu và dịch vụ web, và mở rộng </w:t>
      </w:r>
      <w:r>
        <w:rPr>
          <w:rFonts w:ascii="Consolas" w:hAnsi="Consolas"/>
          <w:b w:val="0"/>
          <w:i w:val="0"/>
          <w:sz w:val="20"/>
        </w:rPr>
        <w:br/>
        <w:br/>
        <w:t xml:space="preserve">      pytest</w:t>
        <w:br/>
        <w:t xml:space="preserve">     </w:t>
        <w:br/>
      </w:r>
      <w:r>
        <w:rPr>
          <w:b w:val="0"/>
          <w:i w:val="0"/>
        </w:rPr>
        <w:t xml:space="preserve"> với các tính năng bổ sung, chẳng hạn như độ bao phủ mã nguồn (code coverage), chạy kiểm thử song song, và đánh giá hiệu năng (performance benchmarking).</w:t>
      </w:r>
    </w:p>
    <w:p>
      <w:pPr>
        <w:spacing w:after="80"/>
      </w:pPr>
      <w:r>
        <w:rPr>
          <w:b w:val="0"/>
          <w:i w:val="0"/>
        </w:rPr>
        <w:t>Trong chương này chúng ta sẽ tìm hiểu về</w:t>
      </w:r>
    </w:p>
    <w:p>
      <w:pPr>
        <w:spacing w:after="80"/>
        <w:ind w:left="360"/>
      </w:pPr>
      <w:r>
        <w:t xml:space="preserve">• </w:t>
      </w:r>
      <w:r>
        <w:rPr>
          <w:b w:val="0"/>
          <w:i w:val="0"/>
        </w:rPr>
        <w:t>Viết và thực thi các ca kiểm thử (test case)</w:t>
      </w:r>
    </w:p>
    <w:p>
      <w:pPr>
        <w:spacing w:after="80"/>
        <w:ind w:left="360"/>
      </w:pPr>
      <w:r>
        <w:t xml:space="preserve">• </w:t>
      </w:r>
      <w:r>
        <w:rPr>
          <w:b w:val="0"/>
          <w:i w:val="0"/>
        </w:rPr>
        <w:t>Kiểm thử mã bên ngoài</w:t>
      </w:r>
    </w:p>
    <w:p>
      <w:pPr>
        <w:spacing w:after="80"/>
        <w:ind w:left="360"/>
      </w:pPr>
      <w:r>
        <w:t xml:space="preserve">• </w:t>
      </w:r>
      <w:r>
        <w:rPr>
          <w:b w:val="0"/>
          <w:i w:val="0"/>
        </w:rPr>
        <w:t>Kiểm thử bằng cách giả lập phụ thuộc (dependency mocking)</w:t>
      </w:r>
    </w:p>
    <w:p>
      <w:pPr>
        <w:spacing w:after="80"/>
        <w:ind w:left="360"/>
      </w:pPr>
      <w:r>
        <w:t xml:space="preserve">• </w:t>
      </w:r>
      <w:r>
        <w:rPr>
          <w:b w:val="0"/>
          <w:i w:val="0"/>
        </w:rPr>
        <w:t>Kiểm thử bằng cách giả lập lời gọi HTTP (HTTP call mocking)</w:t>
      </w:r>
    </w:p>
    <w:p>
      <w:pPr>
        <w:spacing w:after="80"/>
        <w:ind w:left="360"/>
      </w:pPr>
      <w:r>
        <w:t xml:space="preserve">• </w:t>
      </w:r>
      <w:r>
        <w:rPr>
          <w:b w:val="0"/>
          <w:i w:val="0"/>
        </w:rPr>
        <w:t>Chuẩn bị các kịch bản kiểm thử</w:t>
      </w:r>
    </w:p>
    <w:p>
      <w:pPr>
        <w:spacing w:after="80"/>
        <w:ind w:left="360"/>
      </w:pPr>
      <w:r>
        <w:t xml:space="preserve">• </w:t>
      </w:r>
      <w:r>
        <w:rPr>
          <w:b w:val="0"/>
          <w:i w:val="0"/>
        </w:rPr>
        <w:t>Chạy kiểm thử một cách chọn lọc</w:t>
      </w:r>
    </w:p>
    <w:p>
      <w:pPr>
        <w:spacing w:after="80"/>
        <w:ind w:left="360"/>
      </w:pPr>
      <w:r>
        <w:t xml:space="preserve">• </w:t>
      </w:r>
      <w:r>
        <w:rPr>
          <w:b w:val="0"/>
          <w:i w:val="0"/>
        </w:rPr>
        <w:t>Hiểu về độ bao phủ (coverage) của các bài kiểm thử</w:t>
      </w:r>
    </w:p>
    <w:p>
      <w:pPr>
        <w:spacing w:after="80"/>
      </w:pPr>
      <w:r>
        <w:rPr>
          <w:b w:val="0"/>
          <w:i w:val="0"/>
        </w:rPr>
        <w:t>Hãy bắt đầu bằng việc viết và chạy một vài bài kiểm thử đơn giản.</w:t>
      </w:r>
    </w:p>
    <w:p>
      <w:pPr>
        <w:pStyle w:val="Heading2"/>
      </w:pPr>
      <w:r>
        <w:rPr>
          <w:rFonts w:ascii="Calibri" w:hAnsi="Calibri"/>
          <w:b/>
          <w:i w:val="0"/>
          <w:sz w:val="32"/>
        </w:rPr>
        <w:t>Yêu cầu kỹ thuật</w:t>
      </w:r>
    </w:p>
    <w:p>
      <w:pPr>
        <w:spacing w:after="80"/>
      </w:pPr>
      <w:r>
        <w:rPr>
          <w:b w:val="0"/>
          <w:i w:val="0"/>
        </w:rPr>
        <w:t xml:space="preserve">Bạn có thể xem mã được trình bày trong chương này tại URL GitHub </w:t>
      </w:r>
      <w:r>
        <w:rPr>
          <w:rFonts w:ascii="Consolas" w:hAnsi="Consolas"/>
          <w:b w:val="0"/>
          <w:i w:val="0"/>
          <w:sz w:val="20"/>
        </w:rPr>
        <w:br/>
        <w:br/>
        <w:t xml:space="preserve">       https://github.com/PacktPublishing/Python-Automation-Cookbook-Third-Edition/tree/main/ch15</w:t>
        <w:br/>
        <w:t xml:space="preserve">      </w:t>
        <w:br/>
      </w:r>
    </w:p>
    <w:p>
      <w:pPr>
        <w:spacing w:after="80"/>
      </w:pPr>
      <w:r>
        <w:rPr>
          <w:b w:val="0"/>
          <w:i w:val="0"/>
        </w:rPr>
        <w:t xml:space="preserve">Đối với tất cả các bài kiểm thử, chúng ta cần cài đặt </w:t>
      </w:r>
      <w:r>
        <w:rPr>
          <w:rFonts w:ascii="Consolas" w:hAnsi="Consolas"/>
          <w:b w:val="0"/>
          <w:i w:val="0"/>
          <w:sz w:val="20"/>
        </w:rPr>
        <w:br/>
        <w:br/>
        <w:t xml:space="preserve">      pytest</w:t>
        <w:br/>
        <w:t xml:space="preserve">     </w:t>
        <w:br/>
      </w:r>
      <w:r>
        <w:rPr>
          <w:b w:val="0"/>
          <w:i w:val="0"/>
        </w:rPr>
        <w:t xml:space="preserve"> . Chúng ta nên cài đặt mô-đun này, thêm nó vào tệp </w:t>
      </w:r>
      <w:r>
        <w:rPr>
          <w:rFonts w:ascii="Consolas" w:hAnsi="Consolas"/>
          <w:b w:val="0"/>
          <w:i w:val="0"/>
          <w:sz w:val="20"/>
        </w:rPr>
        <w:br/>
        <w:br/>
        <w:t xml:space="preserve">      requirements.txt</w:t>
        <w:br/>
        <w:t xml:space="preserve">     </w:t>
        <w:br/>
      </w:r>
      <w:r>
        <w:rPr>
          <w:b w:val="0"/>
          <w:i w:val="0"/>
        </w:rPr>
        <w:t xml:space="preserve"> của chúng ta như sau:</w:t>
      </w:r>
    </w:p>
    <w:p>
      <w:pPr>
        <w:spacing w:after="0"/>
        <w:ind w:left="360"/>
        <w:shd w:val="clear" w:color="auto" w:fill="F2F2F2"/>
      </w:pPr>
      <w:r>
        <w:rPr>
          <w:rFonts w:ascii="Consolas" w:hAnsi="Consolas"/>
          <w:sz w:val="18"/>
        </w:rPr>
        <w:t>$ echo "pytest==9.0.3" &gt;&gt; requirements.txt</w:t>
      </w:r>
    </w:p>
    <w:p>
      <w:pPr>
        <w:spacing w:after="0"/>
        <w:ind w:left="360"/>
        <w:shd w:val="clear" w:color="auto" w:fill="F2F2F2"/>
      </w:pPr>
      <w:r>
        <w:rPr>
          <w:rFonts w:ascii="Consolas" w:hAnsi="Consolas"/>
          <w:sz w:val="18"/>
        </w:rPr>
        <w:t>$ uv pip install -r requirements.txt</w:t>
      </w:r>
    </w:p>
    <w:p>
      <w:pPr>
        <w:spacing w:after="40"/>
      </w:pPr>
    </w:p>
    <w:p>
      <w:pPr>
        <w:spacing w:after="80"/>
      </w:pPr>
      <w:r>
        <w:rPr>
          <w:b w:val="0"/>
          <w:i w:val="0"/>
        </w:rPr>
        <w:t xml:space="preserve">Bạn có thể gọi </w:t>
      </w:r>
      <w:r>
        <w:rPr>
          <w:rFonts w:ascii="Consolas" w:hAnsi="Consolas"/>
          <w:b w:val="0"/>
          <w:i w:val="0"/>
          <w:sz w:val="20"/>
        </w:rPr>
        <w:br/>
        <w:br/>
        <w:t xml:space="preserve">      pytest</w:t>
        <w:br/>
        <w:t xml:space="preserve">     </w:t>
        <w:br/>
      </w:r>
      <w:r>
        <w:rPr>
          <w:b w:val="0"/>
          <w:i w:val="0"/>
        </w:rPr>
        <w:t xml:space="preserve"> trực tiếp trong </w:t>
      </w:r>
      <w:r>
        <w:rPr>
          <w:rFonts w:ascii="Consolas" w:hAnsi="Consolas"/>
          <w:b w:val="0"/>
          <w:i w:val="0"/>
          <w:sz w:val="20"/>
        </w:rPr>
        <w:br/>
        <w:br/>
        <w:t xml:space="preserve">      uv</w:t>
        <w:br/>
        <w:t xml:space="preserve">     </w:t>
        <w:br/>
      </w:r>
      <w:r>
        <w:rPr>
          <w:b w:val="0"/>
          <w:i w:val="0"/>
        </w:rPr>
        <w:t xml:space="preserve"> với</w:t>
      </w:r>
    </w:p>
    <w:p>
      <w:pPr>
        <w:spacing w:after="0"/>
        <w:ind w:left="360"/>
        <w:shd w:val="clear" w:color="auto" w:fill="F2F2F2"/>
      </w:pPr>
      <w:r>
        <w:rPr>
          <w:rFonts w:ascii="Consolas" w:hAnsi="Consolas"/>
          <w:sz w:val="18"/>
        </w:rPr>
        <w:t>$ uv run pytest</w:t>
      </w:r>
    </w:p>
    <w:p>
      <w:pPr>
        <w:spacing w:after="40"/>
      </w:pPr>
    </w:p>
    <w:p>
      <w:pPr>
        <w:pStyle w:val="Heading2"/>
      </w:pPr>
      <w:r>
        <w:rPr>
          <w:rFonts w:ascii="Calibri" w:hAnsi="Calibri"/>
          <w:b/>
          <w:i w:val="0"/>
          <w:sz w:val="32"/>
        </w:rPr>
        <w:t>Viết và thực thi các ca kiểm thử</w:t>
      </w:r>
    </w:p>
    <w:p>
      <w:pPr>
        <w:spacing w:after="80"/>
      </w:pPr>
      <w:r>
        <w:rPr>
          <w:b w:val="0"/>
          <w:i w:val="0"/>
        </w:rPr>
        <w:t xml:space="preserve">Trong công thức này, chúng ta sẽ học cách định nghĩa và chạy kiểm thử bằng thư viện </w:t>
      </w:r>
      <w:r>
        <w:rPr>
          <w:rFonts w:ascii="Consolas" w:hAnsi="Consolas"/>
          <w:b w:val="0"/>
          <w:i w:val="0"/>
          <w:sz w:val="20"/>
        </w:rPr>
        <w:br/>
        <w:br/>
        <w:t xml:space="preserve">      pytest</w:t>
        <w:br/>
        <w:t xml:space="preserve">     </w:t>
        <w:br/>
      </w:r>
      <w:r>
        <w:rPr>
          <w:b w:val="0"/>
          <w:i w:val="0"/>
        </w:rPr>
        <w:t xml:space="preserve"> .</w:t>
      </w:r>
    </w:p>
    <w:p>
      <w:pPr>
        <w:pStyle w:val="Heading3"/>
      </w:pPr>
      <w:r>
        <w:rPr>
          <w:rFonts w:ascii="Calibri" w:hAnsi="Calibri"/>
          <w:b/>
          <w:i w:val="0"/>
          <w:sz w:val="26"/>
        </w:rPr>
        <w:t>Chuẩn bị</w:t>
      </w:r>
    </w:p>
    <w:p>
      <w:pPr>
        <w:spacing w:after="80"/>
      </w:pPr>
      <w:r>
        <w:rPr>
          <w:b w:val="0"/>
          <w:i w:val="0"/>
        </w:rPr>
        <w:t xml:space="preserve">Chúng ta sẽ dùng file </w:t>
      </w:r>
      <w:r>
        <w:rPr>
          <w:rFonts w:ascii="Consolas" w:hAnsi="Consolas"/>
          <w:b w:val="0"/>
          <w:i w:val="0"/>
          <w:sz w:val="20"/>
        </w:rPr>
        <w:br/>
        <w:br/>
        <w:t xml:space="preserve">      test_case.py</w:t>
        <w:br/>
        <w:t xml:space="preserve">     </w:t>
        <w:br/>
      </w:r>
      <w:r>
        <w:rPr>
          <w:b w:val="0"/>
          <w:i w:val="0"/>
        </w:rPr>
        <w:t xml:space="preserve"> . Bạn có thể tải nó từ kho GitHub tại </w:t>
      </w:r>
      <w:r>
        <w:rPr>
          <w:rFonts w:ascii="Consolas" w:hAnsi="Consolas"/>
          <w:b w:val="0"/>
          <w:i w:val="0"/>
          <w:sz w:val="20"/>
        </w:rPr>
        <w:br/>
        <w:br/>
        <w:t xml:space="preserve">       https://github.com/PacktPublishing/Python-Automation-Cookbook-Third-Edition/tree/main/ch15/tests</w:t>
        <w:br/>
        <w:t xml:space="preserve">      </w:t>
        <w:br/>
      </w:r>
      <w:r>
        <w:rPr>
          <w:b w:val="0"/>
          <w:i w:val="0"/>
        </w:rPr>
        <w:t xml:space="preserve"> .</w:t>
      </w:r>
    </w:p>
    <w:p>
      <w:pPr>
        <w:pStyle w:val="Heading3"/>
      </w:pPr>
      <w:r>
        <w:rPr>
          <w:rFonts w:ascii="Calibri" w:hAnsi="Calibri"/>
          <w:b/>
          <w:i w:val="0"/>
          <w:sz w:val="26"/>
        </w:rPr>
        <w:t>Cách thực hiện...</w:t>
      </w:r>
    </w:p>
    <w:p>
      <w:pPr>
        <w:spacing w:after="80"/>
        <w:ind w:left="360"/>
      </w:pPr>
      <w:r>
        <w:t xml:space="preserve">1. </w:t>
      </w:r>
      <w:r>
        <w:rPr>
          <w:b w:val="0"/>
          <w:i w:val="0"/>
        </w:rPr>
        <w:t xml:space="preserve">Kiểm tra file </w:t>
      </w:r>
      <w:r>
        <w:rPr>
          <w:rFonts w:ascii="Consolas" w:hAnsi="Consolas"/>
          <w:b w:val="0"/>
          <w:i w:val="0"/>
          <w:sz w:val="20"/>
        </w:rPr>
        <w:br/>
        <w:br/>
        <w:t xml:space="preserve">       tests/test_case.py</w:t>
        <w:br/>
        <w:t xml:space="preserve">      </w:t>
        <w:br/>
      </w:r>
      <w:r>
        <w:rPr>
          <w:b w:val="0"/>
          <w:i w:val="0"/>
        </w:rPr>
        <w:t xml:space="preserve"> , trong đó chứa định nghĩa của bốn bài kiểm tra (test):</w:t>
      </w:r>
    </w:p>
    <w:p>
      <w:pPr>
        <w:spacing w:after="0"/>
        <w:ind w:left="360"/>
        <w:shd w:val="clear" w:color="auto" w:fill="F2F2F2"/>
      </w:pPr>
      <w:r>
        <w:rPr>
          <w:rFonts w:ascii="Consolas" w:hAnsi="Consolas"/>
          <w:sz w:val="18"/>
        </w:rPr>
        <w:t>LIST = [1, 2, 3]</w:t>
      </w:r>
    </w:p>
    <w:p>
      <w:pPr>
        <w:spacing w:after="0"/>
        <w:ind w:left="360"/>
        <w:shd w:val="clear" w:color="auto" w:fill="F2F2F2"/>
      </w:pPr>
      <w:r>
        <w:rPr>
          <w:rFonts w:ascii="Consolas" w:hAnsi="Consolas"/>
          <w:sz w:val="18"/>
        </w:rPr>
        <w:t>def test_one():</w:t>
      </w:r>
    </w:p>
    <w:p>
      <w:pPr>
        <w:spacing w:after="0"/>
        <w:ind w:left="360"/>
        <w:shd w:val="clear" w:color="auto" w:fill="F2F2F2"/>
      </w:pPr>
      <w:r>
        <w:rPr>
          <w:rFonts w:ascii="Consolas" w:hAnsi="Consolas"/>
          <w:sz w:val="18"/>
        </w:rPr>
        <w:t xml:space="preserve">    # Nothing happens</w:t>
      </w:r>
    </w:p>
    <w:p>
      <w:pPr>
        <w:spacing w:after="0"/>
        <w:ind w:left="360"/>
        <w:shd w:val="clear" w:color="auto" w:fill="F2F2F2"/>
      </w:pPr>
      <w:r>
        <w:rPr>
          <w:rFonts w:ascii="Consolas" w:hAnsi="Consolas"/>
          <w:sz w:val="18"/>
        </w:rPr>
        <w:t>pass</w:t>
      </w:r>
    </w:p>
    <w:p>
      <w:pPr>
        <w:spacing w:after="0"/>
        <w:ind w:left="360"/>
        <w:shd w:val="clear" w:color="auto" w:fill="F2F2F2"/>
      </w:pPr>
      <w:r>
        <w:rPr>
          <w:rFonts w:ascii="Consolas" w:hAnsi="Consolas"/>
          <w:sz w:val="18"/>
        </w:rPr>
        <w:t>def test_two():</w:t>
      </w:r>
    </w:p>
    <w:p>
      <w:pPr>
        <w:spacing w:after="0"/>
        <w:ind w:left="360"/>
        <w:shd w:val="clear" w:color="auto" w:fill="F2F2F2"/>
      </w:pPr>
      <w:r>
        <w:rPr>
          <w:rFonts w:ascii="Consolas" w:hAnsi="Consolas"/>
          <w:sz w:val="18"/>
        </w:rPr>
        <w:t xml:space="preserve">    assert 2 == 1 + 1</w:t>
      </w:r>
    </w:p>
    <w:p>
      <w:pPr>
        <w:spacing w:after="0"/>
        <w:ind w:left="360"/>
        <w:shd w:val="clear" w:color="auto" w:fill="F2F2F2"/>
      </w:pPr>
      <w:r>
        <w:rPr>
          <w:rFonts w:ascii="Consolas" w:hAnsi="Consolas"/>
          <w:sz w:val="18"/>
        </w:rPr>
        <w:t>def test_three():</w:t>
      </w:r>
    </w:p>
    <w:p>
      <w:pPr>
        <w:spacing w:after="0"/>
        <w:ind w:left="360"/>
        <w:shd w:val="clear" w:color="auto" w:fill="F2F2F2"/>
      </w:pPr>
      <w:r>
        <w:rPr>
          <w:rFonts w:ascii="Consolas" w:hAnsi="Consolas"/>
          <w:sz w:val="18"/>
        </w:rPr>
        <w:t xml:space="preserve">    assert 3 in LIST</w:t>
      </w:r>
    </w:p>
    <w:p>
      <w:pPr>
        <w:spacing w:after="0"/>
        <w:ind w:left="360"/>
        <w:shd w:val="clear" w:color="auto" w:fill="F2F2F2"/>
      </w:pPr>
      <w:r>
        <w:rPr>
          <w:rFonts w:ascii="Consolas" w:hAnsi="Consolas"/>
          <w:sz w:val="18"/>
        </w:rPr>
        <w:t>def test_fail():</w:t>
      </w:r>
    </w:p>
    <w:p>
      <w:pPr>
        <w:spacing w:after="0"/>
        <w:ind w:left="360"/>
        <w:shd w:val="clear" w:color="auto" w:fill="F2F2F2"/>
      </w:pPr>
      <w:r>
        <w:rPr>
          <w:rFonts w:ascii="Consolas" w:hAnsi="Consolas"/>
          <w:sz w:val="18"/>
        </w:rPr>
        <w:t xml:space="preserve">    assert 4 in LIST</w:t>
      </w:r>
    </w:p>
    <w:p>
      <w:pPr>
        <w:spacing w:after="40"/>
      </w:pPr>
    </w:p>
    <w:p>
      <w:pPr>
        <w:spacing w:after="80"/>
        <w:ind w:left="360"/>
      </w:pPr>
      <w:r>
        <w:t xml:space="preserve">2. </w:t>
      </w:r>
      <w:r>
        <w:rPr>
          <w:b w:val="0"/>
          <w:i w:val="0"/>
        </w:rPr>
        <w:t xml:space="preserve">Chạy </w:t>
      </w:r>
      <w:r>
        <w:rPr>
          <w:rFonts w:ascii="Consolas" w:hAnsi="Consolas"/>
          <w:b w:val="0"/>
          <w:i w:val="0"/>
          <w:sz w:val="20"/>
        </w:rPr>
        <w:br/>
        <w:br/>
        <w:t xml:space="preserve">       pytest</w:t>
        <w:br/>
        <w:t xml:space="preserve">      </w:t>
        <w:br/>
      </w:r>
      <w:r>
        <w:rPr>
          <w:b w:val="0"/>
          <w:i w:val="0"/>
        </w:rPr>
        <w:t xml:space="preserve"> để chạy file kiểm tra:</w:t>
      </w:r>
    </w:p>
    <w:p>
      <w:pPr>
        <w:spacing w:after="0"/>
        <w:ind w:left="360"/>
        <w:shd w:val="clear" w:color="auto" w:fill="F2F2F2"/>
      </w:pPr>
      <w:r>
        <w:rPr>
          <w:rFonts w:ascii="Consolas" w:hAnsi="Consolas"/>
          <w:sz w:val="18"/>
        </w:rPr>
        <w:t>$ uv run pytest tests/test_case.py</w:t>
      </w:r>
    </w:p>
    <w:p>
      <w:pPr>
        <w:spacing w:after="0"/>
        <w:ind w:left="360"/>
        <w:shd w:val="clear" w:color="auto" w:fill="F2F2F2"/>
      </w:pPr>
      <w:r>
        <w:rPr>
          <w:rFonts w:ascii="Consolas" w:hAnsi="Consolas"/>
          <w:sz w:val="18"/>
        </w:rPr>
        <w:t>=====================.  test session starts ======================</w:t>
      </w:r>
    </w:p>
    <w:p>
      <w:pPr>
        <w:spacing w:after="0"/>
        <w:ind w:left="360"/>
        <w:shd w:val="clear" w:color="auto" w:fill="F2F2F2"/>
      </w:pPr>
      <w:r>
        <w:rPr>
          <w:rFonts w:ascii="Consolas" w:hAnsi="Consolas"/>
          <w:sz w:val="18"/>
        </w:rPr>
        <w:t>platform darwin -- Python 3.14.4, pytest-9.0.3, pluggy-1.6.0</w:t>
      </w:r>
    </w:p>
    <w:p>
      <w:pPr>
        <w:spacing w:after="0"/>
        <w:ind w:left="360"/>
        <w:shd w:val="clear" w:color="auto" w:fill="F2F2F2"/>
      </w:pPr>
      <w:r>
        <w:rPr>
          <w:rFonts w:ascii="Consolas" w:hAnsi="Consolas"/>
          <w:sz w:val="18"/>
        </w:rPr>
        <w:t>rootdir: Python-Automation-Cookbook/ch15</w:t>
      </w:r>
    </w:p>
    <w:p>
      <w:pPr>
        <w:spacing w:after="0"/>
        <w:ind w:left="360"/>
        <w:shd w:val="clear" w:color="auto" w:fill="F2F2F2"/>
      </w:pPr>
      <w:r>
        <w:rPr>
          <w:rFonts w:ascii="Consolas" w:hAnsi="Consolas"/>
          <w:sz w:val="18"/>
        </w:rPr>
        <w:t>collected 4 items</w:t>
      </w:r>
    </w:p>
    <w:p>
      <w:pPr>
        <w:spacing w:after="0"/>
        <w:ind w:left="360"/>
        <w:shd w:val="clear" w:color="auto" w:fill="F2F2F2"/>
      </w:pPr>
      <w:r>
        <w:rPr>
          <w:rFonts w:ascii="Consolas" w:hAnsi="Consolas"/>
          <w:sz w:val="18"/>
        </w:rPr>
        <w:t>tests/test_case.py ...F                                                 [100%]</w:t>
      </w:r>
    </w:p>
    <w:p>
      <w:pPr>
        <w:spacing w:after="0"/>
        <w:ind w:left="360"/>
        <w:shd w:val="clear" w:color="auto" w:fill="F2F2F2"/>
      </w:pPr>
      <w:r>
        <w:rPr>
          <w:rFonts w:ascii="Consolas" w:hAnsi="Consolas"/>
          <w:sz w:val="18"/>
        </w:rPr>
        <w:t>============================= FAILURES ===========================</w:t>
      </w:r>
    </w:p>
    <w:p>
      <w:pPr>
        <w:spacing w:after="0"/>
        <w:ind w:left="360"/>
        <w:shd w:val="clear" w:color="auto" w:fill="F2F2F2"/>
      </w:pPr>
      <w:r>
        <w:rPr>
          <w:rFonts w:ascii="Consolas" w:hAnsi="Consolas"/>
          <w:sz w:val="18"/>
        </w:rPr>
        <w:t>_____________________________ test_fail __________________________</w:t>
      </w:r>
    </w:p>
    <w:p>
      <w:pPr>
        <w:spacing w:after="0"/>
        <w:ind w:left="360"/>
        <w:shd w:val="clear" w:color="auto" w:fill="F2F2F2"/>
      </w:pPr>
      <w:r>
        <w:rPr>
          <w:rFonts w:ascii="Consolas" w:hAnsi="Consolas"/>
          <w:sz w:val="18"/>
        </w:rPr>
        <w:t xml:space="preserve">    def test_fail():</w:t>
      </w:r>
    </w:p>
    <w:p>
      <w:pPr>
        <w:spacing w:after="0"/>
        <w:ind w:left="360"/>
        <w:shd w:val="clear" w:color="auto" w:fill="F2F2F2"/>
      </w:pPr>
      <w:r>
        <w:rPr>
          <w:rFonts w:ascii="Consolas" w:hAnsi="Consolas"/>
          <w:sz w:val="18"/>
        </w:rPr>
        <w:t>&gt;       assert 4 in LIST</w:t>
      </w:r>
    </w:p>
    <w:p>
      <w:pPr>
        <w:spacing w:after="0"/>
        <w:ind w:left="360"/>
        <w:shd w:val="clear" w:color="auto" w:fill="F2F2F2"/>
      </w:pPr>
      <w:r>
        <w:rPr>
          <w:rFonts w:ascii="Consolas" w:hAnsi="Consolas"/>
          <w:sz w:val="18"/>
        </w:rPr>
        <w:t>E       assert 4 in [1, 2, 3]</w:t>
      </w:r>
    </w:p>
    <w:p>
      <w:pPr>
        <w:spacing w:after="0"/>
        <w:ind w:left="360"/>
        <w:shd w:val="clear" w:color="auto" w:fill="F2F2F2"/>
      </w:pPr>
      <w:r>
        <w:rPr>
          <w:rFonts w:ascii="Consolas" w:hAnsi="Consolas"/>
          <w:sz w:val="18"/>
        </w:rPr>
        <w:t>tests/test_case.py:18: AssertionError</w:t>
      </w:r>
    </w:p>
    <w:p>
      <w:pPr>
        <w:spacing w:after="0"/>
        <w:ind w:left="360"/>
        <w:shd w:val="clear" w:color="auto" w:fill="F2F2F2"/>
      </w:pPr>
      <w:r>
        <w:rPr>
          <w:rFonts w:ascii="Consolas" w:hAnsi="Consolas"/>
          <w:sz w:val="18"/>
        </w:rPr>
        <w:t>==================== short test summary info =====================</w:t>
      </w:r>
    </w:p>
    <w:p>
      <w:pPr>
        <w:spacing w:after="0"/>
        <w:ind w:left="360"/>
        <w:shd w:val="clear" w:color="auto" w:fill="F2F2F2"/>
      </w:pPr>
      <w:r>
        <w:rPr>
          <w:rFonts w:ascii="Consolas" w:hAnsi="Consolas"/>
          <w:sz w:val="18"/>
        </w:rPr>
        <w:t>FAILED tests/test_case.py::test_fail - assert 4 in [1, 2, 3]</w:t>
      </w:r>
    </w:p>
    <w:p>
      <w:pPr>
        <w:spacing w:after="0"/>
        <w:ind w:left="360"/>
        <w:shd w:val="clear" w:color="auto" w:fill="F2F2F2"/>
      </w:pPr>
      <w:r>
        <w:rPr>
          <w:rFonts w:ascii="Consolas" w:hAnsi="Consolas"/>
          <w:sz w:val="18"/>
        </w:rPr>
        <w:t>=================== 1 failed, 3 passed in 0.06s ==================</w:t>
      </w:r>
    </w:p>
    <w:p>
      <w:pPr>
        <w:spacing w:after="40"/>
      </w:pPr>
    </w:p>
    <w:p>
      <w:pPr>
        <w:spacing w:after="80"/>
        <w:ind w:left="360"/>
      </w:pPr>
      <w:r>
        <w:t xml:space="preserve">3. </w:t>
      </w:r>
      <w:r>
        <w:rPr>
          <w:b w:val="0"/>
          <w:i w:val="0"/>
        </w:rPr>
        <w:t>Tuyệt vời! Bạn đã chạy bộ kiểm tra đầu tiên của mình. Hãy để ý rằng một trong các bài kiểm tra đã thất bại.</w:t>
      </w:r>
    </w:p>
    <w:p>
      <w:pPr>
        <w:pStyle w:val="Heading3"/>
      </w:pPr>
      <w:r>
        <w:rPr>
          <w:rFonts w:ascii="Calibri" w:hAnsi="Calibri"/>
          <w:b/>
          <w:i w:val="0"/>
          <w:sz w:val="26"/>
        </w:rPr>
        <w:t>Cách nó hoạt động...</w:t>
      </w:r>
    </w:p>
    <w:p>
      <w:pPr>
        <w:spacing w:after="80"/>
      </w:pPr>
      <w:r>
        <w:rPr>
          <w:rFonts w:ascii="Consolas" w:hAnsi="Consolas"/>
          <w:b w:val="0"/>
          <w:i w:val="0"/>
          <w:sz w:val="20"/>
        </w:rPr>
        <w:br/>
        <w:br/>
        <w:t xml:space="preserve">      pytest</w:t>
        <w:br/>
        <w:t xml:space="preserve">     </w:t>
        <w:br/>
      </w:r>
      <w:r>
        <w:rPr>
          <w:b w:val="0"/>
          <w:i w:val="0"/>
        </w:rPr>
        <w:t xml:space="preserve"> cho phép bạn định nghĩa các bài kiểm tra đơn giản chỉ bằng các hàm (function).</w:t>
      </w:r>
    </w:p>
    <w:p>
      <w:pPr>
        <w:spacing w:after="80"/>
      </w:pPr>
      <w:r>
        <w:rPr>
          <w:b/>
          <w:i w:val="0"/>
        </w:rPr>
        <w:t>Mẹo</w:t>
      </w:r>
    </w:p>
    <w:p>
      <w:pPr>
        <w:spacing w:after="80"/>
      </w:pPr>
      <w:r>
        <w:rPr>
          <w:b w:val="0"/>
          <w:i w:val="0"/>
        </w:rPr>
        <w:t xml:space="preserve">Không phải hàm nào cũng được hiểu là một bài kiểm tra. Theo mặc định, chỉ những hàm bắt đầu bằng chuỗi " </w:t>
      </w:r>
      <w:r>
        <w:rPr>
          <w:rFonts w:ascii="Consolas" w:hAnsi="Consolas"/>
          <w:b w:val="0"/>
          <w:i w:val="0"/>
          <w:sz w:val="20"/>
        </w:rPr>
        <w:br/>
        <w:br/>
        <w:t xml:space="preserve">       test</w:t>
        <w:br/>
        <w:t xml:space="preserve">      </w:t>
        <w:br/>
      </w:r>
      <w:r>
        <w:rPr>
          <w:b w:val="0"/>
          <w:i w:val="0"/>
        </w:rPr>
        <w:t xml:space="preserve"> " mới được xử lý như vậy. Đây là một cấu hình mặc định rất tiện lợi, nhưng có thể thay đổi nếu cần. Bạn có thể xem tài liệu tại </w:t>
      </w:r>
      <w:r>
        <w:rPr>
          <w:rFonts w:ascii="Consolas" w:hAnsi="Consolas"/>
          <w:b w:val="0"/>
          <w:i w:val="0"/>
          <w:sz w:val="20"/>
        </w:rPr>
        <w:br/>
        <w:br/>
        <w:t xml:space="preserve">        https://docs.pytest.org/en/latest/explanation/goodpractices.html#test-discovery</w:t>
        <w:br/>
        <w:t xml:space="preserve">       </w:t>
        <w:br/>
      </w:r>
      <w:r>
        <w:rPr>
          <w:b w:val="0"/>
          <w:i w:val="0"/>
        </w:rPr>
        <w:t xml:space="preserve"> .</w:t>
      </w:r>
    </w:p>
    <w:p>
      <w:pPr>
        <w:spacing w:after="80"/>
      </w:pPr>
      <w:r>
        <w:rPr>
          <w:b w:val="0"/>
          <w:i w:val="0"/>
        </w:rPr>
        <w:t xml:space="preserve">Mỗi hàm trong </w:t>
      </w:r>
      <w:r>
        <w:rPr>
          <w:rFonts w:ascii="Consolas" w:hAnsi="Consolas"/>
          <w:b w:val="0"/>
          <w:i w:val="0"/>
          <w:sz w:val="20"/>
        </w:rPr>
        <w:br/>
        <w:br/>
        <w:t xml:space="preserve">      tests/test_case.py</w:t>
        <w:br/>
        <w:t xml:space="preserve">     </w:t>
        <w:br/>
      </w:r>
      <w:r>
        <w:rPr>
          <w:b w:val="0"/>
          <w:i w:val="0"/>
        </w:rPr>
        <w:t xml:space="preserve"> định nghĩa một bài kiểm tra, như chúng ta đã thấy ở </w:t>
      </w:r>
      <w:r>
        <w:rPr>
          <w:b w:val="0"/>
          <w:i/>
        </w:rPr>
        <w:t xml:space="preserve"> bước 1 </w:t>
      </w:r>
      <w:r>
        <w:rPr>
          <w:b w:val="0"/>
          <w:i w:val="0"/>
        </w:rPr>
        <w:t xml:space="preserve"> .</w:t>
      </w:r>
    </w:p>
    <w:p>
      <w:pPr>
        <w:spacing w:after="80"/>
      </w:pPr>
      <w:r>
        <w:rPr>
          <w:b w:val="0"/>
          <w:i w:val="0"/>
        </w:rPr>
        <w:t xml:space="preserve">Bốn bài kiểm tra được định nghĩa trong file </w:t>
      </w:r>
      <w:r>
        <w:rPr>
          <w:rFonts w:ascii="Consolas" w:hAnsi="Consolas"/>
          <w:b w:val="0"/>
          <w:i w:val="0"/>
          <w:sz w:val="20"/>
        </w:rPr>
        <w:br/>
        <w:br/>
        <w:t xml:space="preserve">      tests/test_case.py</w:t>
        <w:br/>
        <w:t xml:space="preserve">     </w:t>
        <w:br/>
      </w:r>
      <w:r>
        <w:rPr>
          <w:b w:val="0"/>
          <w:i w:val="0"/>
        </w:rPr>
        <w:t xml:space="preserve"> tạo nên nền tảng của một bài kiểm tra </w:t>
      </w:r>
      <w:r>
        <w:rPr>
          <w:rFonts w:ascii="Consolas" w:hAnsi="Consolas"/>
          <w:b w:val="0"/>
          <w:i w:val="0"/>
          <w:sz w:val="20"/>
        </w:rPr>
        <w:br/>
        <w:br/>
        <w:t xml:space="preserve">      pytest</w:t>
        <w:br/>
        <w:t xml:space="preserve">     </w:t>
        <w:br/>
      </w:r>
      <w:r>
        <w:rPr>
          <w:b w:val="0"/>
          <w:i w:val="0"/>
        </w:rPr>
        <w:t xml:space="preserve"> : đoạn code thực thi và chứa một hoặc nhiều câu lệnh khẳng định (assertion) để xác minh code là đúng. Lưu ý rằng những bài kiểm tra đầu tiên này rất đơn giản. Chúng ta sẽ thấy những bài kiểm tra phức tạp hơn ở phần sau của chương:</w:t>
      </w:r>
    </w:p>
    <w:p>
      <w:pPr>
        <w:spacing w:after="80"/>
        <w:ind w:left="360"/>
      </w:pPr>
      <w:r>
        <w:t xml:space="preserve">• </w:t>
      </w:r>
      <w:r>
        <w:rPr>
          <w:rFonts w:ascii="Consolas" w:hAnsi="Consolas"/>
          <w:b w:val="0"/>
          <w:i w:val="0"/>
          <w:sz w:val="20"/>
        </w:rPr>
        <w:br/>
        <w:br/>
        <w:t xml:space="preserve">       test_one</w:t>
        <w:br/>
        <w:t xml:space="preserve">      </w:t>
        <w:br/>
      </w:r>
      <w:r>
        <w:rPr>
          <w:b w:val="0"/>
          <w:i w:val="0"/>
        </w:rPr>
        <w:t xml:space="preserve"> không có câu lệnh khẳng định nào, nên nó chỉ có thể đạt (pass).</w:t>
      </w:r>
    </w:p>
    <w:p>
      <w:pPr>
        <w:spacing w:after="80"/>
        <w:ind w:left="360"/>
      </w:pPr>
      <w:r>
        <w:t xml:space="preserve">• </w:t>
      </w:r>
      <w:r>
        <w:rPr>
          <w:rFonts w:ascii="Consolas" w:hAnsi="Consolas"/>
          <w:b w:val="0"/>
          <w:i w:val="0"/>
          <w:sz w:val="20"/>
        </w:rPr>
        <w:br/>
        <w:br/>
        <w:t xml:space="preserve">       test_two</w:t>
        <w:br/>
        <w:t xml:space="preserve">      </w:t>
        <w:br/>
      </w:r>
      <w:r>
        <w:rPr>
          <w:b w:val="0"/>
          <w:i w:val="0"/>
        </w:rPr>
        <w:t xml:space="preserve"> kiểm tra rằng phép cộng là đúng bằng toán tử </w:t>
      </w:r>
      <w:r>
        <w:rPr>
          <w:rFonts w:ascii="Consolas" w:hAnsi="Consolas"/>
          <w:b w:val="0"/>
          <w:i w:val="0"/>
          <w:sz w:val="20"/>
        </w:rPr>
        <w:br/>
        <w:br/>
        <w:t xml:space="preserve">       ==</w:t>
        <w:br/>
        <w:t xml:space="preserve">      </w:t>
        <w:br/>
      </w:r>
      <w:r>
        <w:rPr>
          <w:b w:val="0"/>
          <w:i w:val="0"/>
        </w:rPr>
        <w:t xml:space="preserve"> .</w:t>
      </w:r>
    </w:p>
    <w:p>
      <w:pPr>
        <w:spacing w:after="80"/>
        <w:ind w:left="360"/>
      </w:pPr>
      <w:r>
        <w:t xml:space="preserve">• </w:t>
      </w:r>
      <w:r>
        <w:rPr>
          <w:rFonts w:ascii="Consolas" w:hAnsi="Consolas"/>
          <w:b w:val="0"/>
          <w:i w:val="0"/>
          <w:sz w:val="20"/>
        </w:rPr>
        <w:br/>
        <w:br/>
        <w:t xml:space="preserve">       test_three</w:t>
        <w:br/>
        <w:t xml:space="preserve">      </w:t>
        <w:br/>
      </w:r>
      <w:r>
        <w:rPr>
          <w:b w:val="0"/>
          <w:i w:val="0"/>
        </w:rPr>
        <w:t xml:space="preserve"> dùng toán tử in để kiểm tra xem một giá trị có nằm trong một danh sách (list) hay không.</w:t>
      </w:r>
    </w:p>
    <w:p>
      <w:pPr>
        <w:spacing w:after="80"/>
        <w:ind w:left="360"/>
      </w:pPr>
      <w:r>
        <w:t xml:space="preserve">• </w:t>
      </w:r>
      <w:r>
        <w:rPr>
          <w:rFonts w:ascii="Consolas" w:hAnsi="Consolas"/>
          <w:b w:val="0"/>
          <w:i w:val="0"/>
          <w:sz w:val="20"/>
        </w:rPr>
        <w:br/>
        <w:br/>
        <w:t xml:space="preserve">       test_fail</w:t>
        <w:br/>
        <w:t xml:space="preserve">      </w:t>
        <w:br/>
      </w:r>
      <w:r>
        <w:rPr>
          <w:b w:val="0"/>
          <w:i w:val="0"/>
        </w:rPr>
        <w:t xml:space="preserve"> dùng toán tử in để kiểm tra xem một giá trị có nằm trong một danh sách hay không. Nó không nằm trong đó, nên bài kiểm tra này sẽ thất bại, như đã thấy ở </w:t>
      </w:r>
      <w:r>
        <w:rPr>
          <w:b w:val="0"/>
          <w:i/>
        </w:rPr>
        <w:t xml:space="preserve"> bước 2 </w:t>
      </w:r>
      <w:r>
        <w:rPr>
          <w:b w:val="0"/>
          <w:i w:val="0"/>
        </w:rPr>
        <w:t xml:space="preserve"> .</w:t>
      </w:r>
    </w:p>
    <w:p>
      <w:pPr>
        <w:spacing w:after="80"/>
      </w:pPr>
      <w:r>
        <w:rPr>
          <w:b w:val="0"/>
          <w:i w:val="0"/>
        </w:rPr>
        <w:t xml:space="preserve">Ở </w:t>
      </w:r>
      <w:r>
        <w:rPr>
          <w:b w:val="0"/>
          <w:i/>
        </w:rPr>
        <w:t xml:space="preserve"> bước 2 </w:t>
      </w:r>
      <w:r>
        <w:rPr>
          <w:b w:val="0"/>
          <w:i w:val="0"/>
        </w:rPr>
        <w:t xml:space="preserve"> , pytest thu thập tất cả các bài kiểm tra ngay từ đầu rồi sau đó chạy chúng:</w:t>
      </w:r>
    </w:p>
    <w:p>
      <w:pPr>
        <w:spacing w:after="0"/>
        <w:ind w:left="360"/>
        <w:shd w:val="clear" w:color="auto" w:fill="F2F2F2"/>
      </w:pPr>
      <w:r>
        <w:rPr>
          <w:rFonts w:ascii="Consolas" w:hAnsi="Consolas"/>
          <w:sz w:val="18"/>
        </w:rPr>
        <w:t>collected 4 items</w:t>
      </w:r>
    </w:p>
    <w:p>
      <w:pPr>
        <w:spacing w:after="0"/>
        <w:ind w:left="360"/>
        <w:shd w:val="clear" w:color="auto" w:fill="F2F2F2"/>
      </w:pPr>
      <w:r>
        <w:rPr>
          <w:rFonts w:ascii="Consolas" w:hAnsi="Consolas"/>
          <w:sz w:val="18"/>
        </w:rPr>
        <w:t>tests/test_case.py ...F                                             [100%]</w:t>
      </w:r>
    </w:p>
    <w:p>
      <w:pPr>
        <w:spacing w:after="40"/>
      </w:pPr>
    </w:p>
    <w:p>
      <w:pPr>
        <w:spacing w:after="80"/>
      </w:pPr>
      <w:r>
        <w:rPr>
          <w:b w:val="0"/>
          <w:i w:val="0"/>
        </w:rPr>
        <w:t>Mỗi bài kiểm tra đạt sẽ được biểu diễn bằng một dấu chấm, còn mỗi bài kiểm tra thất bại sẽ hiển thị chữ F.</w:t>
      </w:r>
    </w:p>
    <w:p>
      <w:pPr>
        <w:spacing w:after="80"/>
      </w:pPr>
      <w:r>
        <w:rPr>
          <w:b/>
          <w:i w:val="0"/>
        </w:rPr>
        <w:t>Lưu ý</w:t>
      </w:r>
    </w:p>
    <w:p>
      <w:pPr>
        <w:spacing w:after="80"/>
      </w:pPr>
      <w:r>
        <w:rPr>
          <w:b w:val="0"/>
          <w:i w:val="0"/>
        </w:rPr>
        <w:t>Nếu terminal hỗ trợ màu, các bài thất bại sẽ được đánh dấu màu đỏ và các bài đạt sẽ được đánh dấu màu xanh lá.</w:t>
      </w:r>
    </w:p>
    <w:p>
      <w:pPr>
        <w:spacing w:after="80"/>
      </w:pPr>
      <w:r>
        <w:rPr>
          <w:b w:val="0"/>
          <w:i w:val="0"/>
        </w:rPr>
        <w:t>Đối với các bài kiểm tra thất bại, thông tin chi tiết về dòng chính xác nơi một assertion thất bại sẽ được hiển thị:</w:t>
      </w:r>
    </w:p>
    <w:p>
      <w:pPr>
        <w:spacing w:after="0"/>
        <w:ind w:left="360"/>
        <w:shd w:val="clear" w:color="auto" w:fill="F2F2F2"/>
      </w:pPr>
      <w:r>
        <w:rPr>
          <w:rFonts w:ascii="Consolas" w:hAnsi="Consolas"/>
          <w:sz w:val="18"/>
        </w:rPr>
        <w:t>_______________________________ test_fail _______________________________</w:t>
      </w:r>
    </w:p>
    <w:p>
      <w:pPr>
        <w:spacing w:after="0"/>
        <w:ind w:left="360"/>
        <w:shd w:val="clear" w:color="auto" w:fill="F2F2F2"/>
      </w:pPr>
      <w:r>
        <w:rPr>
          <w:rFonts w:ascii="Consolas" w:hAnsi="Consolas"/>
          <w:sz w:val="18"/>
        </w:rPr>
        <w:t xml:space="preserve">    def test_fail():</w:t>
      </w:r>
    </w:p>
    <w:p>
      <w:pPr>
        <w:spacing w:after="0"/>
        <w:ind w:left="360"/>
        <w:shd w:val="clear" w:color="auto" w:fill="F2F2F2"/>
      </w:pPr>
      <w:r>
        <w:rPr>
          <w:rFonts w:ascii="Consolas" w:hAnsi="Consolas"/>
          <w:sz w:val="18"/>
        </w:rPr>
        <w:t>&gt;       assert 4 in LIST</w:t>
      </w:r>
    </w:p>
    <w:p>
      <w:pPr>
        <w:spacing w:after="0"/>
        <w:ind w:left="360"/>
        <w:shd w:val="clear" w:color="auto" w:fill="F2F2F2"/>
      </w:pPr>
      <w:r>
        <w:rPr>
          <w:rFonts w:ascii="Consolas" w:hAnsi="Consolas"/>
          <w:sz w:val="18"/>
        </w:rPr>
        <w:t>E       assert 4 in [1, 2, 3]</w:t>
      </w:r>
    </w:p>
    <w:p>
      <w:pPr>
        <w:spacing w:after="0"/>
        <w:ind w:left="360"/>
        <w:shd w:val="clear" w:color="auto" w:fill="F2F2F2"/>
      </w:pPr>
      <w:r>
        <w:rPr>
          <w:rFonts w:ascii="Consolas" w:hAnsi="Consolas"/>
          <w:sz w:val="18"/>
        </w:rPr>
        <w:t>tests/test_case.py:18: AssertionError</w:t>
      </w:r>
    </w:p>
    <w:p>
      <w:pPr>
        <w:spacing w:after="0"/>
        <w:ind w:left="360"/>
        <w:shd w:val="clear" w:color="auto" w:fill="F2F2F2"/>
      </w:pPr>
      <w:r>
        <w:rPr>
          <w:rFonts w:ascii="Consolas" w:hAnsi="Consolas"/>
          <w:sz w:val="18"/>
        </w:rPr>
        <w:t>======================== short test summary info ========================</w:t>
      </w:r>
    </w:p>
    <w:p>
      <w:pPr>
        <w:spacing w:after="0"/>
        <w:ind w:left="360"/>
        <w:shd w:val="clear" w:color="auto" w:fill="F2F2F2"/>
      </w:pPr>
      <w:r>
        <w:rPr>
          <w:rFonts w:ascii="Consolas" w:hAnsi="Consolas"/>
          <w:sz w:val="18"/>
        </w:rPr>
        <w:t>FAILED tests/test_case.py::test_fail - assert 4 in [1, 2, 3]</w:t>
      </w:r>
    </w:p>
    <w:p>
      <w:pPr>
        <w:spacing w:after="40"/>
      </w:pPr>
    </w:p>
    <w:p>
      <w:pPr>
        <w:spacing w:after="80"/>
      </w:pPr>
      <w:r>
        <w:rPr>
          <w:b w:val="0"/>
          <w:i w:val="0"/>
        </w:rPr>
        <w:t>Một bản tóm tắt ngắn gọn về các bài kiểm tra thất bại, tổng số bài kiểm tra và thời gian thực hiện sẽ được hiển thị sau đó. Thông tin này rất hữu ích để bạn có thể hành động và sửa mã nhằm làm cho các bài kiểm tra đạt.</w:t>
      </w:r>
    </w:p>
    <w:p>
      <w:pPr>
        <w:spacing w:after="80"/>
      </w:pPr>
      <w:r>
        <w:rPr>
          <w:b/>
          <w:i w:val="0"/>
        </w:rPr>
        <w:t>Mẹo</w:t>
      </w:r>
    </w:p>
    <w:p>
      <w:pPr>
        <w:spacing w:after="80"/>
      </w:pPr>
      <w:r>
        <w:rPr>
          <w:b w:val="0"/>
          <w:i w:val="0"/>
        </w:rPr>
        <w:t>Đối với GenAI, thông tin này có thể được nhập vào để tìm ra lý do tại sao một bài kiểm tra cụ thể đang thất bại.</w:t>
      </w:r>
    </w:p>
    <w:p>
      <w:pPr>
        <w:pStyle w:val="Heading3"/>
      </w:pPr>
      <w:r>
        <w:rPr>
          <w:rFonts w:ascii="Calibri" w:hAnsi="Calibri"/>
          <w:b/>
          <w:i w:val="0"/>
          <w:sz w:val="26"/>
        </w:rPr>
        <w:t>Còn nhiều hơn thế...</w:t>
      </w:r>
    </w:p>
    <w:p>
      <w:pPr>
        <w:spacing w:after="80"/>
      </w:pPr>
      <w:r>
        <w:rPr>
          <w:b w:val="0"/>
          <w:i w:val="0"/>
        </w:rPr>
        <w:t xml:space="preserve">Theo mặc định, thông tin hiển thị hầu như không cho thấy gì về các bài kiểm tra đạt. Điều này cho phép bạn tập trung vào các bài kiểm tra thất bại. Nếu bạn muốn hiển thị từng bài kiểm tra một, bạn có thể gọi </w:t>
      </w:r>
      <w:r>
        <w:rPr>
          <w:rFonts w:ascii="Consolas" w:hAnsi="Consolas"/>
          <w:b w:val="0"/>
          <w:i w:val="0"/>
          <w:sz w:val="20"/>
        </w:rPr>
        <w:br/>
        <w:br/>
        <w:t xml:space="preserve">      pytest</w:t>
        <w:br/>
        <w:t xml:space="preserve">     </w:t>
        <w:br/>
      </w:r>
      <w:r>
        <w:rPr>
          <w:b w:val="0"/>
          <w:i w:val="0"/>
        </w:rPr>
        <w:t xml:space="preserve"> với cờ verbose ( </w:t>
      </w:r>
      <w:r>
        <w:rPr>
          <w:rFonts w:ascii="Consolas" w:hAnsi="Consolas"/>
          <w:b w:val="0"/>
          <w:i w:val="0"/>
          <w:sz w:val="20"/>
        </w:rPr>
        <w:br/>
        <w:br/>
        <w:t xml:space="preserve">      ‑v</w:t>
        <w:br/>
        <w:t xml:space="preserve">     </w:t>
        <w:br/>
      </w:r>
      <w:r>
        <w:rPr>
          <w:b w:val="0"/>
          <w:i w:val="0"/>
        </w:rPr>
        <w:t xml:space="preserve"> hoặc </w:t>
      </w:r>
      <w:r>
        <w:rPr>
          <w:rFonts w:ascii="Consolas" w:hAnsi="Consolas"/>
          <w:b w:val="0"/>
          <w:i w:val="0"/>
          <w:sz w:val="20"/>
        </w:rPr>
        <w:br/>
        <w:br/>
        <w:t xml:space="preserve">      –verbose</w:t>
        <w:br/>
        <w:t xml:space="preserve">     </w:t>
        <w:br/>
      </w:r>
      <w:r>
        <w:rPr>
          <w:b w:val="0"/>
          <w:i w:val="0"/>
        </w:rPr>
        <w:t xml:space="preserve"> ) được bật:</w:t>
      </w:r>
    </w:p>
    <w:p>
      <w:pPr>
        <w:spacing w:after="0"/>
        <w:ind w:left="360"/>
        <w:shd w:val="clear" w:color="auto" w:fill="F2F2F2"/>
      </w:pPr>
      <w:r>
        <w:rPr>
          <w:rFonts w:ascii="Consolas" w:hAnsi="Consolas"/>
          <w:sz w:val="18"/>
        </w:rPr>
        <w:t>$ uv run pytest -v tests/test_case.py</w:t>
      </w:r>
    </w:p>
    <w:p>
      <w:pPr>
        <w:spacing w:after="0"/>
        <w:ind w:left="360"/>
        <w:shd w:val="clear" w:color="auto" w:fill="F2F2F2"/>
      </w:pPr>
      <w:r>
        <w:rPr>
          <w:rFonts w:ascii="Consolas" w:hAnsi="Consolas"/>
          <w:sz w:val="18"/>
        </w:rPr>
        <w:t>============================= test session starts ==============================</w:t>
      </w:r>
    </w:p>
    <w:p>
      <w:pPr>
        <w:spacing w:after="0"/>
        <w:ind w:left="360"/>
        <w:shd w:val="clear" w:color="auto" w:fill="F2F2F2"/>
      </w:pPr>
      <w:r>
        <w:rPr>
          <w:rFonts w:ascii="Consolas" w:hAnsi="Consolas"/>
          <w:sz w:val="18"/>
        </w:rPr>
        <w:t>platform darwin -- Python 3.14.4, pytest-9.0.3, pluggy-1.6.0 -- Python-Automation-Cookbook/ch15/.venv/bin/python3</w:t>
      </w:r>
    </w:p>
    <w:p>
      <w:pPr>
        <w:spacing w:after="0"/>
        <w:ind w:left="360"/>
        <w:shd w:val="clear" w:color="auto" w:fill="F2F2F2"/>
      </w:pPr>
      <w:r>
        <w:rPr>
          <w:rFonts w:ascii="Consolas" w:hAnsi="Consolas"/>
          <w:sz w:val="18"/>
        </w:rPr>
        <w:t>cachedir: .pytest_cache</w:t>
      </w:r>
    </w:p>
    <w:p>
      <w:pPr>
        <w:spacing w:after="0"/>
        <w:ind w:left="360"/>
        <w:shd w:val="clear" w:color="auto" w:fill="F2F2F2"/>
      </w:pPr>
      <w:r>
        <w:rPr>
          <w:rFonts w:ascii="Consolas" w:hAnsi="Consolas"/>
          <w:sz w:val="18"/>
        </w:rPr>
        <w:t>rootdir: Python-Automation-Cookbook/ch15</w:t>
      </w:r>
    </w:p>
    <w:p>
      <w:pPr>
        <w:spacing w:after="0"/>
        <w:ind w:left="360"/>
        <w:shd w:val="clear" w:color="auto" w:fill="F2F2F2"/>
      </w:pPr>
      <w:r>
        <w:rPr>
          <w:rFonts w:ascii="Consolas" w:hAnsi="Consolas"/>
          <w:sz w:val="18"/>
        </w:rPr>
        <w:t>collected 4 items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tests/test_case.py::test_one PASSED                                 [ 25%]</w:t>
      </w:r>
    </w:p>
    <w:p>
      <w:pPr>
        <w:spacing w:after="0"/>
        <w:ind w:left="360"/>
        <w:shd w:val="clear" w:color="auto" w:fill="F2F2F2"/>
      </w:pPr>
      <w:r>
        <w:rPr>
          <w:rFonts w:ascii="Consolas" w:hAnsi="Consolas"/>
          <w:sz w:val="18"/>
        </w:rPr>
        <w:t>tests/test_case.py::test_two PASSED                                 [ 50%]</w:t>
      </w:r>
    </w:p>
    <w:p>
      <w:pPr>
        <w:spacing w:after="0"/>
        <w:ind w:left="360"/>
        <w:shd w:val="clear" w:color="auto" w:fill="F2F2F2"/>
      </w:pPr>
      <w:r>
        <w:rPr>
          <w:rFonts w:ascii="Consolas" w:hAnsi="Consolas"/>
          <w:sz w:val="18"/>
        </w:rPr>
        <w:t>tests/test_case.py::test_three PASSED                               [ 75%]</w:t>
      </w:r>
    </w:p>
    <w:p>
      <w:pPr>
        <w:spacing w:after="0"/>
        <w:ind w:left="360"/>
        <w:shd w:val="clear" w:color="auto" w:fill="F2F2F2"/>
      </w:pPr>
      <w:r>
        <w:rPr>
          <w:rFonts w:ascii="Consolas" w:hAnsi="Consolas"/>
          <w:sz w:val="18"/>
        </w:rPr>
        <w:t>tests/test_case.py::test_fail FAILED                                [100%]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FAILURES ================================</w:t>
      </w:r>
    </w:p>
    <w:p>
      <w:pPr>
        <w:spacing w:after="0"/>
        <w:ind w:left="360"/>
        <w:shd w:val="clear" w:color="auto" w:fill="F2F2F2"/>
      </w:pPr>
      <w:r>
        <w:rPr>
          <w:rFonts w:ascii="Consolas" w:hAnsi="Consolas"/>
          <w:sz w:val="18"/>
        </w:rPr>
        <w:t>_______________________________test_fail__________________________________</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def test_fail():</w:t>
      </w:r>
    </w:p>
    <w:p>
      <w:pPr>
        <w:spacing w:after="0"/>
        <w:ind w:left="360"/>
        <w:shd w:val="clear" w:color="auto" w:fill="F2F2F2"/>
      </w:pPr>
      <w:r>
        <w:rPr>
          <w:rFonts w:ascii="Consolas" w:hAnsi="Consolas"/>
          <w:sz w:val="18"/>
        </w:rPr>
        <w:t>&gt;       assert 4 in LIST</w:t>
      </w:r>
    </w:p>
    <w:p>
      <w:pPr>
        <w:spacing w:after="0"/>
        <w:ind w:left="360"/>
        <w:shd w:val="clear" w:color="auto" w:fill="F2F2F2"/>
      </w:pPr>
      <w:r>
        <w:rPr>
          <w:rFonts w:ascii="Consolas" w:hAnsi="Consolas"/>
          <w:sz w:val="18"/>
        </w:rPr>
        <w:t>E       assert 4 in [1, 2, 3]</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tests/test_case.py:18: AssertionError</w:t>
      </w:r>
    </w:p>
    <w:p>
      <w:pPr>
        <w:spacing w:after="0"/>
        <w:ind w:left="360"/>
        <w:shd w:val="clear" w:color="auto" w:fill="F2F2F2"/>
      </w:pPr>
      <w:r>
        <w:rPr>
          <w:rFonts w:ascii="Consolas" w:hAnsi="Consolas"/>
          <w:sz w:val="18"/>
        </w:rPr>
        <w:t>======================== short test summary info =========================</w:t>
      </w:r>
    </w:p>
    <w:p>
      <w:pPr>
        <w:spacing w:after="0"/>
        <w:ind w:left="360"/>
        <w:shd w:val="clear" w:color="auto" w:fill="F2F2F2"/>
      </w:pPr>
      <w:r>
        <w:rPr>
          <w:rFonts w:ascii="Consolas" w:hAnsi="Consolas"/>
          <w:sz w:val="18"/>
        </w:rPr>
        <w:t>FAILED tests/test_case.py::test_fail - assert 4 in [1, 2, 3]</w:t>
      </w:r>
    </w:p>
    <w:p>
      <w:pPr>
        <w:spacing w:after="0"/>
        <w:ind w:left="360"/>
        <w:shd w:val="clear" w:color="auto" w:fill="F2F2F2"/>
      </w:pPr>
      <w:r>
        <w:rPr>
          <w:rFonts w:ascii="Consolas" w:hAnsi="Consolas"/>
          <w:sz w:val="18"/>
        </w:rPr>
        <w:t>====================== 1 failed, 3 passed in 0.06s =======================</w:t>
      </w:r>
    </w:p>
    <w:p>
      <w:pPr>
        <w:spacing w:after="40"/>
      </w:pPr>
    </w:p>
    <w:p>
      <w:pPr>
        <w:spacing w:after="80"/>
      </w:pPr>
      <w:r>
        <w:rPr>
          <w:b w:val="0"/>
          <w:i w:val="0"/>
        </w:rPr>
        <w:t xml:space="preserve">Việc sử dụng từ khóa </w:t>
      </w:r>
      <w:r>
        <w:rPr>
          <w:rFonts w:ascii="Consolas" w:hAnsi="Consolas"/>
          <w:b w:val="0"/>
          <w:i w:val="0"/>
          <w:sz w:val="20"/>
        </w:rPr>
        <w:br/>
        <w:br/>
        <w:t xml:space="preserve">      assert</w:t>
        <w:br/>
        <w:t xml:space="preserve">     </w:t>
        <w:br/>
      </w:r>
      <w:r>
        <w:rPr>
          <w:b w:val="0"/>
          <w:i w:val="0"/>
        </w:rPr>
        <w:t xml:space="preserve"> trong Python rất linh hoạt và dễ hiểu. Bài kiểm tra cần được định nghĩa theo cách mà nó khẳng định rằng một điều gì đó được đánh giá là </w:t>
      </w:r>
      <w:r>
        <w:rPr>
          <w:rFonts w:ascii="Consolas" w:hAnsi="Consolas"/>
          <w:b w:val="0"/>
          <w:i w:val="0"/>
          <w:sz w:val="20"/>
        </w:rPr>
        <w:br/>
        <w:br/>
        <w:t xml:space="preserve">      True</w:t>
        <w:br/>
        <w:t xml:space="preserve">     </w:t>
        <w:br/>
      </w:r>
      <w:r>
        <w:rPr>
          <w:b w:val="0"/>
          <w:i w:val="0"/>
        </w:rPr>
        <w:t xml:space="preserve"> .</w:t>
      </w:r>
    </w:p>
    <w:p>
      <w:pPr>
        <w:spacing w:after="80"/>
      </w:pPr>
      <w:r>
        <w:rPr>
          <w:rFonts w:ascii="Consolas" w:hAnsi="Consolas"/>
          <w:b w:val="0"/>
          <w:i w:val="0"/>
          <w:sz w:val="20"/>
        </w:rPr>
        <w:br/>
        <w:br/>
        <w:t xml:space="preserve">      pytest</w:t>
        <w:br/>
        <w:t xml:space="preserve">     </w:t>
        <w:br/>
      </w:r>
      <w:r>
        <w:rPr>
          <w:b w:val="0"/>
          <w:i w:val="0"/>
        </w:rPr>
        <w:t xml:space="preserve"> sẽ không chỉ hiển thị dòng đang thất bại mà còn cung cấp một số ngữ cảnh, như được hiển thị trong ví dụ của chúng ta, giúp dễ dàng nhìn thấy vấn đề.</w:t>
      </w:r>
    </w:p>
    <w:p>
      <w:pPr>
        <w:spacing w:after="80"/>
      </w:pPr>
      <w:r>
        <w:rPr>
          <w:b w:val="0"/>
          <w:i w:val="0"/>
        </w:rPr>
        <w:t>Hãy thử sửa lỗi để làm cho tất cả các bài kiểm tra đạt.</w:t>
      </w:r>
    </w:p>
    <w:p>
      <w:pPr>
        <w:spacing w:after="80"/>
      </w:pPr>
      <w:r>
        <w:rPr>
          <w:b w:val="0"/>
          <w:i w:val="0"/>
        </w:rPr>
        <w:t xml:space="preserve">Bạn có thể truy cập tài liệu đầy đủ của </w:t>
      </w:r>
      <w:r>
        <w:rPr>
          <w:rFonts w:ascii="Consolas" w:hAnsi="Consolas"/>
          <w:b w:val="0"/>
          <w:i w:val="0"/>
          <w:sz w:val="20"/>
        </w:rPr>
        <w:br/>
        <w:br/>
        <w:t xml:space="preserve">      pytest</w:t>
        <w:br/>
        <w:t xml:space="preserve">     </w:t>
        <w:br/>
      </w:r>
      <w:r>
        <w:rPr>
          <w:b w:val="0"/>
          <w:i w:val="0"/>
        </w:rPr>
        <w:t xml:space="preserve"> tại liên kết sau: </w:t>
      </w:r>
      <w:r>
        <w:rPr>
          <w:rFonts w:ascii="Consolas" w:hAnsi="Consolas"/>
          <w:b w:val="0"/>
          <w:i w:val="0"/>
          <w:sz w:val="20"/>
        </w:rPr>
        <w:br/>
        <w:br/>
        <w:t xml:space="preserve">       https://docs.pytest.org/en/stable/</w:t>
        <w:br/>
        <w:t xml:space="preserve">      </w:t>
        <w:br/>
      </w:r>
      <w:r>
        <w:rPr>
          <w:b w:val="0"/>
          <w:i w:val="0"/>
        </w:rPr>
        <w:t xml:space="preserve"> .</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Chạy kiểm tra có chọn lọc </w:t>
      </w:r>
      <w:r>
        <w:rPr>
          <w:b w:val="0"/>
          <w:i w:val="0"/>
        </w:rPr>
        <w:t xml:space="preserve"> , ở phần sau của chương này, giải thích cách chỉ chạy một phần nhỏ của các bài kiểm tra</w:t>
      </w:r>
    </w:p>
    <w:p>
      <w:pPr>
        <w:spacing w:after="80"/>
        <w:ind w:left="360"/>
      </w:pPr>
      <w:r>
        <w:t xml:space="preserve">• </w:t>
      </w:r>
      <w:r>
        <w:rPr>
          <w:b w:val="0"/>
          <w:i w:val="0"/>
        </w:rPr>
        <w:t xml:space="preserve">Công thức </w:t>
      </w:r>
      <w:r>
        <w:rPr>
          <w:b w:val="0"/>
          <w:i/>
        </w:rPr>
        <w:t xml:space="preserve"> Kiểm tra mã bên ngoài </w:t>
      </w:r>
      <w:r>
        <w:rPr>
          <w:b w:val="0"/>
          <w:i w:val="0"/>
        </w:rPr>
        <w:t xml:space="preserve"> , tiếp theo trong chương này, hướng dẫn cách kiểm tra mã trong các mô-đun khác</w:t>
      </w:r>
    </w:p>
    <w:p>
      <w:pPr>
        <w:pStyle w:val="Heading2"/>
      </w:pPr>
      <w:r>
        <w:rPr>
          <w:rFonts w:ascii="Calibri" w:hAnsi="Calibri"/>
          <w:b/>
          <w:i w:val="0"/>
          <w:sz w:val="32"/>
        </w:rPr>
        <w:t>Kiểm thử mã bên ngoài</w:t>
      </w:r>
    </w:p>
    <w:p>
      <w:pPr>
        <w:spacing w:after="80"/>
      </w:pPr>
      <w:r>
        <w:rPr>
          <w:b w:val="0"/>
          <w:i w:val="0"/>
        </w:rPr>
        <w:t>Mục tiêu chính của việc kiểm thử là có thể kiểm tra mã nằm ngoài ranh giới của các tệp kiểm thử. Chúng ta có thể dễ dàng import mã trong các bài kiểm thử, rồi xác minh xem nó có hoạt động như mong đợi hay không. Hãy xem cách thực hiện.</w:t>
      </w:r>
    </w:p>
    <w:p>
      <w:pPr>
        <w:pStyle w:val="Heading3"/>
      </w:pPr>
      <w:r>
        <w:rPr>
          <w:rFonts w:ascii="Calibri" w:hAnsi="Calibri"/>
          <w:b/>
          <w:i w:val="0"/>
          <w:sz w:val="26"/>
        </w:rPr>
        <w:t>Chuẩn bị</w:t>
      </w:r>
    </w:p>
    <w:p>
      <w:pPr>
        <w:spacing w:after="80"/>
      </w:pPr>
      <w:r>
        <w:rPr>
          <w:b w:val="0"/>
          <w:i w:val="0"/>
        </w:rPr>
        <w:t xml:space="preserve">Chúng ta sẽ dùng các tệp kiểm thử </w:t>
      </w:r>
      <w:r>
        <w:rPr>
          <w:rFonts w:ascii="Consolas" w:hAnsi="Consolas"/>
          <w:b w:val="0"/>
          <w:i w:val="0"/>
          <w:sz w:val="20"/>
        </w:rPr>
        <w:br/>
        <w:br/>
        <w:t xml:space="preserve">      tests/test_external.py</w:t>
        <w:br/>
        <w:t xml:space="preserve">     </w:t>
        <w:br/>
      </w:r>
      <w:r>
        <w:rPr>
          <w:b w:val="0"/>
          <w:i w:val="0"/>
        </w:rPr>
        <w:t xml:space="preserve"> và </w:t>
      </w:r>
      <w:r>
        <w:rPr>
          <w:rFonts w:ascii="Consolas" w:hAnsi="Consolas"/>
          <w:b w:val="0"/>
          <w:i w:val="0"/>
          <w:sz w:val="20"/>
        </w:rPr>
        <w:br/>
        <w:br/>
        <w:t xml:space="preserve">      external_code/external.py</w:t>
        <w:br/>
        <w:t xml:space="preserve">     </w:t>
        <w:br/>
      </w:r>
      <w:r>
        <w:rPr>
          <w:b w:val="0"/>
          <w:i w:val="0"/>
        </w:rPr>
        <w:t xml:space="preserve"> . Bạn có thể tải chúng từ kho GitHub tại </w:t>
      </w:r>
      <w:r>
        <w:rPr>
          <w:rFonts w:ascii="Consolas" w:hAnsi="Consolas"/>
          <w:b w:val="0"/>
          <w:i w:val="0"/>
          <w:sz w:val="20"/>
        </w:rPr>
        <w:br/>
        <w:br/>
        <w:t xml:space="preserve">       https://github.com/PacktPublishing/Python-Automation-Cookbook-Third-Edition/tree/main/ch15/</w:t>
        <w:br/>
        <w:t xml:space="preserve">      </w:t>
        <w:br/>
      </w:r>
      <w:r>
        <w:rPr>
          <w:b w:val="0"/>
          <w:i w:val="0"/>
        </w:rPr>
        <w:t xml:space="preserve"> trong các thư mục con </w:t>
      </w:r>
      <w:r>
        <w:rPr>
          <w:rFonts w:ascii="Consolas" w:hAnsi="Consolas"/>
          <w:b w:val="0"/>
          <w:i w:val="0"/>
          <w:sz w:val="20"/>
        </w:rPr>
        <w:br/>
        <w:br/>
        <w:t xml:space="preserve">      tests</w:t>
        <w:br/>
        <w:t xml:space="preserve">     </w:t>
        <w:br/>
      </w:r>
      <w:r>
        <w:rPr>
          <w:b w:val="0"/>
          <w:i w:val="0"/>
        </w:rPr>
        <w:t xml:space="preserve"> và </w:t>
      </w:r>
      <w:r>
        <w:rPr>
          <w:rFonts w:ascii="Consolas" w:hAnsi="Consolas"/>
          <w:b w:val="0"/>
          <w:i w:val="0"/>
          <w:sz w:val="20"/>
        </w:rPr>
        <w:br/>
        <w:br/>
        <w:t xml:space="preserve">      external_code</w:t>
        <w:br/>
        <w:t xml:space="preserve">     </w:t>
        <w:br/>
      </w:r>
      <w:r>
        <w:rPr>
          <w:b w:val="0"/>
          <w:i w:val="0"/>
        </w:rPr>
        <w:t xml:space="preserve"> .</w:t>
      </w:r>
    </w:p>
    <w:p>
      <w:pPr>
        <w:spacing w:after="80"/>
      </w:pPr>
      <w:r>
        <w:rPr>
          <w:b w:val="0"/>
          <w:i w:val="0"/>
        </w:rPr>
        <w:t>Cây thư mục sẽ chứa các tệp sau:</w:t>
      </w:r>
    </w:p>
    <w:p>
      <w:pPr>
        <w:spacing w:after="0"/>
        <w:ind w:left="360"/>
        <w:shd w:val="clear" w:color="auto" w:fill="F2F2F2"/>
      </w:pPr>
      <w:r>
        <w:rPr>
          <w:rFonts w:ascii="Consolas" w:hAnsi="Consolas"/>
          <w:sz w:val="18"/>
        </w:rPr>
        <w:t>├── external_code</w:t>
      </w:r>
    </w:p>
    <w:p>
      <w:pPr>
        <w:spacing w:after="0"/>
        <w:ind w:left="360"/>
        <w:shd w:val="clear" w:color="auto" w:fill="F2F2F2"/>
      </w:pPr>
      <w:r>
        <w:rPr>
          <w:rFonts w:ascii="Consolas" w:hAnsi="Consolas"/>
          <w:sz w:val="18"/>
        </w:rPr>
        <w:t>│   ├── __init__.py</w:t>
      </w:r>
    </w:p>
    <w:p>
      <w:pPr>
        <w:spacing w:after="0"/>
        <w:ind w:left="360"/>
        <w:shd w:val="clear" w:color="auto" w:fill="F2F2F2"/>
      </w:pPr>
      <w:r>
        <w:rPr>
          <w:rFonts w:ascii="Consolas" w:hAnsi="Consolas"/>
          <w:sz w:val="18"/>
        </w:rPr>
        <w:t>│   └── external.py</w:t>
      </w:r>
    </w:p>
    <w:p>
      <w:pPr>
        <w:spacing w:after="0"/>
        <w:ind w:left="360"/>
        <w:shd w:val="clear" w:color="auto" w:fill="F2F2F2"/>
      </w:pPr>
      <w:r>
        <w:rPr>
          <w:rFonts w:ascii="Consolas" w:hAnsi="Consolas"/>
          <w:sz w:val="18"/>
        </w:rPr>
        <w:t>├── conftest.py</w:t>
      </w:r>
    </w:p>
    <w:p>
      <w:pPr>
        <w:spacing w:after="0"/>
        <w:ind w:left="360"/>
        <w:shd w:val="clear" w:color="auto" w:fill="F2F2F2"/>
      </w:pPr>
      <w:r>
        <w:rPr>
          <w:rFonts w:ascii="Consolas" w:hAnsi="Consolas"/>
          <w:sz w:val="18"/>
        </w:rPr>
        <w:t>└── tests</w:t>
      </w:r>
    </w:p>
    <w:p>
      <w:pPr>
        <w:spacing w:after="0"/>
        <w:ind w:left="360"/>
        <w:shd w:val="clear" w:color="auto" w:fill="F2F2F2"/>
      </w:pPr>
      <w:r>
        <w:rPr>
          <w:rFonts w:ascii="Consolas" w:hAnsi="Consolas"/>
          <w:sz w:val="18"/>
        </w:rPr>
        <w:t xml:space="preserve">    └── test_external.py</w:t>
      </w:r>
    </w:p>
    <w:p>
      <w:pPr>
        <w:spacing w:after="40"/>
      </w:pPr>
    </w:p>
    <w:p>
      <w:pPr>
        <w:pStyle w:val="Heading3"/>
      </w:pPr>
      <w:r>
        <w:rPr>
          <w:rFonts w:ascii="Calibri" w:hAnsi="Calibri"/>
          <w:b/>
          <w:i w:val="0"/>
          <w:sz w:val="26"/>
        </w:rPr>
        <w:t>Cách thực hiện...</w:t>
      </w:r>
    </w:p>
    <w:p>
      <w:pPr>
        <w:spacing w:after="80"/>
        <w:ind w:left="360"/>
      </w:pPr>
      <w:r>
        <w:t xml:space="preserve">1. </w:t>
      </w:r>
      <w:r>
        <w:rPr>
          <w:b w:val="0"/>
          <w:i w:val="0"/>
        </w:rPr>
        <w:t xml:space="preserve">Tệp </w:t>
      </w:r>
      <w:r>
        <w:rPr>
          <w:rFonts w:ascii="Consolas" w:hAnsi="Consolas"/>
          <w:b w:val="0"/>
          <w:i w:val="0"/>
          <w:sz w:val="20"/>
        </w:rPr>
        <w:br/>
        <w:br/>
        <w:t xml:space="preserve">       __init__.py</w:t>
        <w:br/>
        <w:t xml:space="preserve">      </w:t>
        <w:br/>
      </w:r>
      <w:r>
        <w:rPr>
          <w:b w:val="0"/>
          <w:i w:val="0"/>
        </w:rPr>
        <w:t xml:space="preserve"> và </w:t>
      </w:r>
      <w:r>
        <w:rPr>
          <w:rFonts w:ascii="Consolas" w:hAnsi="Consolas"/>
          <w:b w:val="0"/>
          <w:i w:val="0"/>
          <w:sz w:val="20"/>
        </w:rPr>
        <w:br/>
        <w:br/>
        <w:t xml:space="preserve">       conftest.py</w:t>
        <w:br/>
        <w:t xml:space="preserve">      </w:t>
        <w:br/>
      </w:r>
      <w:r>
        <w:rPr>
          <w:b w:val="0"/>
          <w:i w:val="0"/>
        </w:rPr>
        <w:t xml:space="preserve"> trống nhưng định nghĩa cấu trúc của các mô-đun</w:t>
      </w:r>
    </w:p>
    <w:p>
      <w:pPr>
        <w:spacing w:after="80"/>
        <w:ind w:left="360"/>
      </w:pPr>
      <w:r>
        <w:t xml:space="preserve">2. </w:t>
      </w:r>
      <w:r>
        <w:rPr>
          <w:b w:val="0"/>
          <w:i w:val="0"/>
        </w:rPr>
        <w:t xml:space="preserve">Kiểm tra tệp </w:t>
      </w:r>
      <w:r>
        <w:rPr>
          <w:rFonts w:ascii="Consolas" w:hAnsi="Consolas"/>
          <w:b w:val="0"/>
          <w:i w:val="0"/>
          <w:sz w:val="20"/>
        </w:rPr>
        <w:br/>
        <w:br/>
        <w:t xml:space="preserve">       external_code/external.py</w:t>
        <w:br/>
        <w:t xml:space="preserve">      </w:t>
        <w:br/>
      </w:r>
      <w:r>
        <w:rPr>
          <w:b w:val="0"/>
          <w:i w:val="0"/>
        </w:rPr>
        <w:t xml:space="preserve"> , tệp này chứa định nghĩa của một hàm chia:</w:t>
      </w:r>
    </w:p>
    <w:p>
      <w:pPr>
        <w:spacing w:after="0"/>
        <w:ind w:left="360"/>
        <w:shd w:val="clear" w:color="auto" w:fill="F2F2F2"/>
      </w:pPr>
      <w:r>
        <w:rPr>
          <w:rFonts w:ascii="Consolas" w:hAnsi="Consolas"/>
          <w:sz w:val="18"/>
        </w:rPr>
        <w:t>def division(a, b):</w:t>
      </w:r>
    </w:p>
    <w:p>
      <w:pPr>
        <w:spacing w:after="0"/>
        <w:ind w:left="360"/>
        <w:shd w:val="clear" w:color="auto" w:fill="F2F2F2"/>
      </w:pPr>
      <w:r>
        <w:rPr>
          <w:rFonts w:ascii="Consolas" w:hAnsi="Consolas"/>
          <w:sz w:val="18"/>
        </w:rPr>
        <w:t xml:space="preserve">    return a / b</w:t>
      </w:r>
    </w:p>
    <w:p>
      <w:pPr>
        <w:spacing w:after="40"/>
      </w:pPr>
    </w:p>
    <w:p>
      <w:pPr>
        <w:spacing w:after="80"/>
        <w:ind w:left="360"/>
      </w:pPr>
      <w:r>
        <w:t xml:space="preserve">3. </w:t>
      </w:r>
      <w:r>
        <w:rPr>
          <w:b w:val="0"/>
          <w:i w:val="0"/>
        </w:rPr>
        <w:t xml:space="preserve">Tệp kiểm thử </w:t>
      </w:r>
      <w:r>
        <w:rPr>
          <w:rFonts w:ascii="Consolas" w:hAnsi="Consolas"/>
          <w:b w:val="0"/>
          <w:i w:val="0"/>
          <w:sz w:val="20"/>
        </w:rPr>
        <w:br/>
        <w:br/>
        <w:t xml:space="preserve">       tests/test_external.py</w:t>
        <w:br/>
        <w:t xml:space="preserve">      </w:t>
        <w:br/>
      </w:r>
      <w:r>
        <w:rPr>
          <w:b w:val="0"/>
          <w:i w:val="0"/>
        </w:rPr>
        <w:t xml:space="preserve"> chứa một số bài kiểm thử về hàm chia:</w:t>
      </w:r>
    </w:p>
    <w:p>
      <w:pPr>
        <w:spacing w:after="0"/>
        <w:ind w:left="360"/>
        <w:shd w:val="clear" w:color="auto" w:fill="F2F2F2"/>
      </w:pPr>
      <w:r>
        <w:rPr>
          <w:rFonts w:ascii="Consolas" w:hAnsi="Consolas"/>
          <w:sz w:val="18"/>
        </w:rPr>
        <w:t>import pytest</w:t>
      </w:r>
    </w:p>
    <w:p>
      <w:pPr>
        <w:spacing w:after="0"/>
        <w:ind w:left="360"/>
        <w:shd w:val="clear" w:color="auto" w:fill="F2F2F2"/>
      </w:pPr>
      <w:r>
        <w:rPr>
          <w:rFonts w:ascii="Consolas" w:hAnsi="Consolas"/>
          <w:sz w:val="18"/>
        </w:rPr>
        <w:t>from external_code.external import division</w:t>
      </w:r>
    </w:p>
    <w:p>
      <w:pPr>
        <w:spacing w:after="0"/>
        <w:ind w:left="360"/>
        <w:shd w:val="clear" w:color="auto" w:fill="F2F2F2"/>
      </w:pPr>
      <w:r>
        <w:rPr>
          <w:rFonts w:ascii="Consolas" w:hAnsi="Consolas"/>
          <w:sz w:val="18"/>
        </w:rPr>
        <w:t>def test_int_division():</w:t>
      </w:r>
    </w:p>
    <w:p>
      <w:pPr>
        <w:spacing w:after="0"/>
        <w:ind w:left="360"/>
        <w:shd w:val="clear" w:color="auto" w:fill="F2F2F2"/>
      </w:pPr>
      <w:r>
        <w:rPr>
          <w:rFonts w:ascii="Consolas" w:hAnsi="Consolas"/>
          <w:sz w:val="18"/>
        </w:rPr>
        <w:t xml:space="preserve">    assert 4 == division(8, 2)</w:t>
      </w:r>
    </w:p>
    <w:p>
      <w:pPr>
        <w:spacing w:after="0"/>
        <w:ind w:left="360"/>
        <w:shd w:val="clear" w:color="auto" w:fill="F2F2F2"/>
      </w:pPr>
      <w:r>
        <w:rPr>
          <w:rFonts w:ascii="Consolas" w:hAnsi="Consolas"/>
          <w:sz w:val="18"/>
        </w:rPr>
        <w:t>def test_float_division():</w:t>
      </w:r>
    </w:p>
    <w:p>
      <w:pPr>
        <w:spacing w:after="0"/>
        <w:ind w:left="360"/>
        <w:shd w:val="clear" w:color="auto" w:fill="F2F2F2"/>
      </w:pPr>
      <w:r>
        <w:rPr>
          <w:rFonts w:ascii="Consolas" w:hAnsi="Consolas"/>
          <w:sz w:val="18"/>
        </w:rPr>
        <w:t xml:space="preserve">    assert 3.5 == division(7, 2)</w:t>
      </w:r>
    </w:p>
    <w:p>
      <w:pPr>
        <w:spacing w:after="0"/>
        <w:ind w:left="360"/>
        <w:shd w:val="clear" w:color="auto" w:fill="F2F2F2"/>
      </w:pPr>
      <w:r>
        <w:rPr>
          <w:rFonts w:ascii="Consolas" w:hAnsi="Consolas"/>
          <w:sz w:val="18"/>
        </w:rPr>
        <w:t>def test_division_by_zero():</w:t>
      </w:r>
    </w:p>
    <w:p>
      <w:pPr>
        <w:spacing w:after="0"/>
        <w:ind w:left="360"/>
        <w:shd w:val="clear" w:color="auto" w:fill="F2F2F2"/>
      </w:pPr>
      <w:r>
        <w:rPr>
          <w:rFonts w:ascii="Consolas" w:hAnsi="Consolas"/>
          <w:sz w:val="18"/>
        </w:rPr>
        <w:t xml:space="preserve">    with pytest.raises(ZeroDivisionError):</w:t>
      </w:r>
    </w:p>
    <w:p>
      <w:pPr>
        <w:spacing w:after="0"/>
        <w:ind w:left="360"/>
        <w:shd w:val="clear" w:color="auto" w:fill="F2F2F2"/>
      </w:pPr>
      <w:r>
        <w:rPr>
          <w:rFonts w:ascii="Consolas" w:hAnsi="Consolas"/>
          <w:sz w:val="18"/>
        </w:rPr>
        <w:t xml:space="preserve">        division(1, 0)</w:t>
      </w:r>
    </w:p>
    <w:p>
      <w:pPr>
        <w:spacing w:after="40"/>
      </w:pPr>
    </w:p>
    <w:p>
      <w:pPr>
        <w:spacing w:after="80"/>
        <w:ind w:left="360"/>
      </w:pPr>
      <w:r>
        <w:t xml:space="preserve">4. </w:t>
      </w:r>
      <w:r>
        <w:rPr>
          <w:b w:val="0"/>
          <w:i w:val="0"/>
        </w:rPr>
        <w:t xml:space="preserve">Chạy </w:t>
      </w:r>
      <w:r>
        <w:rPr>
          <w:rFonts w:ascii="Consolas" w:hAnsi="Consolas"/>
          <w:b w:val="0"/>
          <w:i w:val="0"/>
          <w:sz w:val="20"/>
        </w:rPr>
        <w:br/>
        <w:br/>
        <w:t xml:space="preserve">       pytest</w:t>
        <w:br/>
        <w:t xml:space="preserve">      </w:t>
        <w:br/>
      </w:r>
      <w:r>
        <w:rPr>
          <w:b w:val="0"/>
          <w:i w:val="0"/>
        </w:rPr>
        <w:t xml:space="preserve"> trên </w:t>
      </w:r>
      <w:r>
        <w:rPr>
          <w:rFonts w:ascii="Consolas" w:hAnsi="Consolas"/>
          <w:b w:val="0"/>
          <w:i w:val="0"/>
          <w:sz w:val="20"/>
        </w:rPr>
        <w:br/>
        <w:br/>
        <w:t xml:space="preserve">       tests/test_external.py</w:t>
        <w:br/>
        <w:t xml:space="preserve">      </w:t>
        <w:br/>
      </w:r>
      <w:r>
        <w:rPr>
          <w:b w:val="0"/>
          <w:i w:val="0"/>
        </w:rPr>
        <w:t xml:space="preserve"> để thấy tất cả các bài kiểm thử đều đạt:</w:t>
      </w:r>
    </w:p>
    <w:p>
      <w:pPr>
        <w:spacing w:after="0"/>
        <w:ind w:left="360"/>
        <w:shd w:val="clear" w:color="auto" w:fill="F2F2F2"/>
      </w:pPr>
      <w:r>
        <w:rPr>
          <w:rFonts w:ascii="Consolas" w:hAnsi="Consolas"/>
          <w:sz w:val="18"/>
        </w:rPr>
        <w:t>$ uv run pytest tests/test_external.py</w:t>
      </w:r>
    </w:p>
    <w:p>
      <w:pPr>
        <w:spacing w:after="0"/>
        <w:ind w:left="360"/>
        <w:shd w:val="clear" w:color="auto" w:fill="F2F2F2"/>
      </w:pPr>
      <w:r>
        <w:rPr>
          <w:rFonts w:ascii="Consolas" w:hAnsi="Consolas"/>
          <w:sz w:val="18"/>
        </w:rPr>
        <w:t>======================= test session starts ======================</w:t>
      </w:r>
    </w:p>
    <w:p>
      <w:pPr>
        <w:spacing w:after="0"/>
        <w:ind w:left="360"/>
        <w:shd w:val="clear" w:color="auto" w:fill="F2F2F2"/>
      </w:pPr>
      <w:r>
        <w:rPr>
          <w:rFonts w:ascii="Consolas" w:hAnsi="Consolas"/>
          <w:sz w:val="18"/>
        </w:rPr>
        <w:t>platform darwin -- Python 3.14.4, pytest-9.0.3, pluggy-1.6.0</w:t>
      </w:r>
    </w:p>
    <w:p>
      <w:pPr>
        <w:spacing w:after="0"/>
        <w:ind w:left="360"/>
        <w:shd w:val="clear" w:color="auto" w:fill="F2F2F2"/>
      </w:pPr>
      <w:r>
        <w:rPr>
          <w:rFonts w:ascii="Consolas" w:hAnsi="Consolas"/>
          <w:sz w:val="18"/>
        </w:rPr>
        <w:t>rootdir: Python-Automation-Cookbook/ch15</w:t>
      </w:r>
    </w:p>
    <w:p>
      <w:pPr>
        <w:spacing w:after="0"/>
        <w:ind w:left="360"/>
        <w:shd w:val="clear" w:color="auto" w:fill="F2F2F2"/>
      </w:pPr>
      <w:r>
        <w:rPr>
          <w:rFonts w:ascii="Consolas" w:hAnsi="Consolas"/>
          <w:sz w:val="18"/>
        </w:rPr>
        <w:t>collected 3 items</w:t>
      </w:r>
    </w:p>
    <w:p>
      <w:pPr>
        <w:spacing w:after="0"/>
        <w:ind w:left="360"/>
        <w:shd w:val="clear" w:color="auto" w:fill="F2F2F2"/>
      </w:pPr>
      <w:r>
        <w:rPr>
          <w:rFonts w:ascii="Consolas" w:hAnsi="Consolas"/>
          <w:sz w:val="18"/>
        </w:rPr>
        <w:t>tests/test_external.py ...                                   [100%]</w:t>
      </w:r>
    </w:p>
    <w:p>
      <w:pPr>
        <w:spacing w:after="0"/>
        <w:ind w:left="360"/>
        <w:shd w:val="clear" w:color="auto" w:fill="F2F2F2"/>
      </w:pPr>
      <w:r>
        <w:rPr>
          <w:rFonts w:ascii="Consolas" w:hAnsi="Consolas"/>
          <w:sz w:val="18"/>
        </w:rPr>
        <w:t>======================== 3 passed in 0.01s =======================</w:t>
      </w:r>
    </w:p>
    <w:p>
      <w:pPr>
        <w:spacing w:after="40"/>
      </w:pPr>
    </w:p>
    <w:p>
      <w:pPr>
        <w:pStyle w:val="Heading3"/>
      </w:pPr>
      <w:r>
        <w:rPr>
          <w:rFonts w:ascii="Calibri" w:hAnsi="Calibri"/>
          <w:b/>
          <w:i w:val="0"/>
          <w:sz w:val="26"/>
        </w:rPr>
        <w:t>Cách nó hoạt động...</w:t>
      </w:r>
    </w:p>
    <w:p>
      <w:pPr>
        <w:spacing w:after="80"/>
      </w:pPr>
      <w:r>
        <w:rPr>
          <w:b w:val="0"/>
          <w:i w:val="0"/>
        </w:rPr>
        <w:t xml:space="preserve">Cấu trúc cây cho phép </w:t>
      </w:r>
      <w:r>
        <w:rPr>
          <w:rFonts w:ascii="Consolas" w:hAnsi="Consolas"/>
          <w:b w:val="0"/>
          <w:i w:val="0"/>
          <w:sz w:val="20"/>
        </w:rPr>
        <w:br/>
        <w:br/>
        <w:t xml:space="preserve">      pytest</w:t>
        <w:br/>
        <w:t xml:space="preserve">     </w:t>
        <w:br/>
      </w:r>
      <w:r>
        <w:rPr>
          <w:b w:val="0"/>
          <w:i w:val="0"/>
        </w:rPr>
        <w:t xml:space="preserve"> phát hiện các mô-đun khác nhau trong cấu trúc:</w:t>
      </w:r>
    </w:p>
    <w:p>
      <w:pPr>
        <w:spacing w:after="80"/>
        <w:ind w:left="360"/>
      </w:pPr>
      <w:r>
        <w:t xml:space="preserve">• </w:t>
      </w:r>
      <w:r>
        <w:rPr>
          <w:b w:val="0"/>
          <w:i w:val="0"/>
        </w:rPr>
        <w:t xml:space="preserve">Tệp </w:t>
      </w:r>
      <w:r>
        <w:rPr>
          <w:rFonts w:ascii="Consolas" w:hAnsi="Consolas"/>
          <w:b w:val="0"/>
          <w:i w:val="0"/>
          <w:sz w:val="20"/>
        </w:rPr>
        <w:br/>
        <w:br/>
        <w:t xml:space="preserve">       __init__.py</w:t>
        <w:br/>
        <w:t xml:space="preserve">      </w:t>
        <w:br/>
      </w:r>
      <w:r>
        <w:rPr>
          <w:b w:val="0"/>
          <w:i w:val="0"/>
        </w:rPr>
        <w:t xml:space="preserve"> định nghĩa rằng thư mục con </w:t>
      </w:r>
      <w:r>
        <w:rPr>
          <w:rFonts w:ascii="Consolas" w:hAnsi="Consolas"/>
          <w:b w:val="0"/>
          <w:i w:val="0"/>
          <w:sz w:val="20"/>
        </w:rPr>
        <w:br/>
        <w:br/>
        <w:t xml:space="preserve">       external_code</w:t>
        <w:br/>
        <w:t xml:space="preserve">      </w:t>
        <w:br/>
      </w:r>
      <w:r>
        <w:rPr>
          <w:b w:val="0"/>
          <w:i w:val="0"/>
        </w:rPr>
        <w:t xml:space="preserve"> chứa một mô-đun Python. Đây là một định nghĩa Python tiêu chuẩn.</w:t>
      </w:r>
    </w:p>
    <w:p>
      <w:pPr>
        <w:spacing w:after="80"/>
        <w:ind w:left="360"/>
      </w:pPr>
      <w:r>
        <w:t xml:space="preserve">• </w:t>
      </w:r>
      <w:r>
        <w:rPr>
          <w:b w:val="0"/>
          <w:i w:val="0"/>
        </w:rPr>
        <w:t xml:space="preserve">Tệp </w:t>
      </w:r>
      <w:r>
        <w:rPr>
          <w:rFonts w:ascii="Consolas" w:hAnsi="Consolas"/>
          <w:b w:val="0"/>
          <w:i w:val="0"/>
          <w:sz w:val="20"/>
        </w:rPr>
        <w:br/>
        <w:br/>
        <w:t xml:space="preserve">       conftest.py</w:t>
        <w:br/>
        <w:t xml:space="preserve">      </w:t>
        <w:br/>
      </w:r>
      <w:r>
        <w:rPr>
          <w:b w:val="0"/>
          <w:i w:val="0"/>
        </w:rPr>
        <w:t xml:space="preserve"> chứa thông tin cụ thể cho </w:t>
      </w:r>
      <w:r>
        <w:rPr>
          <w:rFonts w:ascii="Consolas" w:hAnsi="Consolas"/>
          <w:b w:val="0"/>
          <w:i w:val="0"/>
          <w:sz w:val="20"/>
        </w:rPr>
        <w:br/>
        <w:br/>
        <w:t xml:space="preserve">       pytest</w:t>
        <w:br/>
        <w:t xml:space="preserve">      </w:t>
        <w:br/>
      </w:r>
      <w:r>
        <w:rPr>
          <w:b w:val="0"/>
          <w:i w:val="0"/>
        </w:rPr>
        <w:t xml:space="preserve"> . Dù nó trống, nó vẫn định nghĩa thư mục gốc cho các bài kiểm thử.</w:t>
      </w:r>
    </w:p>
    <w:p>
      <w:pPr>
        <w:spacing w:after="80"/>
        <w:ind w:left="360"/>
      </w:pPr>
      <w:r>
        <w:t xml:space="preserve">• </w:t>
      </w:r>
      <w:r>
        <w:rPr>
          <w:b w:val="0"/>
          <w:i w:val="0"/>
        </w:rPr>
        <w:t xml:space="preserve">Các tệp bắt đầu bằng </w:t>
      </w:r>
      <w:r>
        <w:rPr>
          <w:rFonts w:ascii="Consolas" w:hAnsi="Consolas"/>
          <w:b w:val="0"/>
          <w:i w:val="0"/>
          <w:sz w:val="20"/>
        </w:rPr>
        <w:br/>
        <w:br/>
        <w:t xml:space="preserve">       test</w:t>
        <w:br/>
        <w:t xml:space="preserve">      </w:t>
        <w:br/>
      </w:r>
      <w:r>
        <w:rPr>
          <w:b w:val="0"/>
          <w:i w:val="0"/>
        </w:rPr>
        <w:t xml:space="preserve"> được phát hiện là có chứa các bài kiểm thử. Bên trong những tệp này, các hàm có tiền tố </w:t>
      </w:r>
      <w:r>
        <w:rPr>
          <w:rFonts w:ascii="Consolas" w:hAnsi="Consolas"/>
          <w:b w:val="0"/>
          <w:i w:val="0"/>
          <w:sz w:val="20"/>
        </w:rPr>
        <w:br/>
        <w:br/>
        <w:t xml:space="preserve">       test</w:t>
        <w:br/>
        <w:t xml:space="preserve">      </w:t>
        <w:br/>
      </w:r>
      <w:r>
        <w:rPr>
          <w:b w:val="0"/>
          <w:i w:val="0"/>
        </w:rPr>
        <w:t xml:space="preserve"> được phát hiện và chạy.</w:t>
      </w:r>
    </w:p>
    <w:p>
      <w:pPr>
        <w:spacing w:after="80"/>
        <w:ind w:left="360"/>
      </w:pPr>
      <w:r>
        <w:t xml:space="preserve">• </w:t>
      </w:r>
      <w:r>
        <w:rPr>
          <w:b w:val="0"/>
          <w:i w:val="0"/>
        </w:rPr>
        <w:t xml:space="preserve">Nội dung của mô-đun </w:t>
      </w:r>
      <w:r>
        <w:rPr>
          <w:rFonts w:ascii="Consolas" w:hAnsi="Consolas"/>
          <w:b w:val="0"/>
          <w:i w:val="0"/>
          <w:sz w:val="20"/>
        </w:rPr>
        <w:br/>
        <w:br/>
        <w:t xml:space="preserve">       external_code</w:t>
        <w:br/>
        <w:t xml:space="preserve">      </w:t>
        <w:br/>
      </w:r>
      <w:r>
        <w:rPr>
          <w:b w:val="0"/>
          <w:i w:val="0"/>
        </w:rPr>
        <w:t xml:space="preserve"> được định nghĩa trong </w:t>
      </w:r>
      <w:r>
        <w:rPr>
          <w:b w:val="0"/>
          <w:i/>
        </w:rPr>
        <w:t xml:space="preserve"> bước 1 </w:t>
      </w:r>
      <w:r>
        <w:rPr>
          <w:b w:val="0"/>
          <w:i w:val="0"/>
        </w:rPr>
        <w:t xml:space="preserve"> . Tệp </w:t>
      </w:r>
      <w:r>
        <w:rPr>
          <w:rFonts w:ascii="Consolas" w:hAnsi="Consolas"/>
          <w:b w:val="0"/>
          <w:i w:val="0"/>
          <w:sz w:val="20"/>
        </w:rPr>
        <w:br/>
        <w:br/>
        <w:t xml:space="preserve">       external.py</w:t>
        <w:br/>
        <w:t xml:space="preserve">      </w:t>
        <w:br/>
      </w:r>
      <w:r>
        <w:rPr>
          <w:b w:val="0"/>
          <w:i w:val="0"/>
        </w:rPr>
        <w:t xml:space="preserve"> chứa hàm </w:t>
      </w:r>
      <w:r>
        <w:rPr>
          <w:rFonts w:ascii="Consolas" w:hAnsi="Consolas"/>
          <w:b w:val="0"/>
          <w:i w:val="0"/>
          <w:sz w:val="20"/>
        </w:rPr>
        <w:br/>
        <w:br/>
        <w:t xml:space="preserve">       division</w:t>
        <w:br/>
        <w:t xml:space="preserve">      </w:t>
        <w:br/>
      </w:r>
      <w:r>
        <w:rPr>
          <w:b w:val="0"/>
          <w:i w:val="0"/>
        </w:rPr>
        <w:t xml:space="preserve"> .</w:t>
      </w:r>
    </w:p>
    <w:p>
      <w:pPr>
        <w:spacing w:after="80"/>
      </w:pPr>
      <w:r>
        <w:rPr>
          <w:b w:val="0"/>
          <w:i w:val="0"/>
        </w:rPr>
        <w:t xml:space="preserve">Trong </w:t>
      </w:r>
      <w:r>
        <w:rPr>
          <w:b w:val="0"/>
          <w:i/>
        </w:rPr>
        <w:t>bước 3</w:t>
      </w:r>
      <w:r>
        <w:rPr>
          <w:b w:val="0"/>
          <w:i w:val="0"/>
        </w:rPr>
        <w:t>, tệp kiểm thử được định nghĩa. Hãy chú ý đến câu lệnh import:</w:t>
      </w:r>
    </w:p>
    <w:p>
      <w:pPr>
        <w:spacing w:after="0"/>
        <w:ind w:left="360"/>
        <w:shd w:val="clear" w:color="auto" w:fill="F2F2F2"/>
      </w:pPr>
      <w:r>
        <w:rPr>
          <w:rFonts w:ascii="Consolas" w:hAnsi="Consolas"/>
          <w:sz w:val="18"/>
        </w:rPr>
        <w:t>from external_code.external import division</w:t>
      </w:r>
    </w:p>
    <w:p>
      <w:pPr>
        <w:spacing w:after="40"/>
      </w:pPr>
    </w:p>
    <w:p>
      <w:pPr>
        <w:spacing w:after="80"/>
      </w:pPr>
      <w:r>
        <w:rPr>
          <w:b w:val="0"/>
          <w:i w:val="0"/>
        </w:rPr>
        <w:t>Điều đó cho phép bạn sử dụng mã bên ngoài được định nghĩa ngoài ranh giới của tệp kiểm thử. Sau đó, hàm được xác minh trong ba tình huống:</w:t>
      </w:r>
    </w:p>
    <w:p>
      <w:pPr>
        <w:spacing w:after="80"/>
        <w:ind w:left="360"/>
      </w:pPr>
      <w:r>
        <w:t xml:space="preserve">• </w:t>
      </w:r>
      <w:r>
        <w:rPr>
          <w:rFonts w:ascii="Consolas" w:hAnsi="Consolas"/>
          <w:b w:val="0"/>
          <w:i w:val="0"/>
          <w:sz w:val="20"/>
        </w:rPr>
        <w:br/>
        <w:br/>
        <w:t xml:space="preserve">       test_int_division</w:t>
        <w:br/>
        <w:t xml:space="preserve">      </w:t>
        <w:br/>
      </w:r>
      <w:r>
        <w:rPr>
          <w:b w:val="0"/>
          <w:i w:val="0"/>
        </w:rPr>
        <w:t xml:space="preserve"> kiểm tra rằng phép chia chia hai số nguyên và trả về kết quả </w:t>
      </w:r>
      <w:r>
        <w:rPr>
          <w:rFonts w:ascii="Consolas" w:hAnsi="Consolas"/>
          <w:b w:val="0"/>
          <w:i w:val="0"/>
          <w:sz w:val="20"/>
        </w:rPr>
        <w:br/>
        <w:br/>
        <w:t xml:space="preserve">       integer</w:t>
        <w:br/>
        <w:t xml:space="preserve">      </w:t>
        <w:br/>
      </w:r>
      <w:r>
        <w:rPr>
          <w:b w:val="0"/>
          <w:i w:val="0"/>
        </w:rPr>
        <w:t xml:space="preserve"> chính xác</w:t>
      </w:r>
    </w:p>
    <w:p>
      <w:pPr>
        <w:spacing w:after="80"/>
        <w:ind w:left="360"/>
      </w:pPr>
      <w:r>
        <w:t xml:space="preserve">• </w:t>
      </w:r>
      <w:r>
        <w:rPr>
          <w:rFonts w:ascii="Consolas" w:hAnsi="Consolas"/>
          <w:b w:val="0"/>
          <w:i w:val="0"/>
          <w:sz w:val="20"/>
        </w:rPr>
        <w:br/>
        <w:br/>
        <w:t xml:space="preserve">       test_float_division</w:t>
        <w:br/>
        <w:t xml:space="preserve">      </w:t>
        <w:br/>
      </w:r>
      <w:r>
        <w:rPr>
          <w:b w:val="0"/>
          <w:i w:val="0"/>
        </w:rPr>
        <w:t xml:space="preserve"> xác minh rằng việc chia hai số nguyên có thể tạo ra kết quả </w:t>
      </w:r>
      <w:r>
        <w:rPr>
          <w:rFonts w:ascii="Consolas" w:hAnsi="Consolas"/>
          <w:b w:val="0"/>
          <w:i w:val="0"/>
          <w:sz w:val="20"/>
        </w:rPr>
        <w:br/>
        <w:br/>
        <w:t xml:space="preserve">       float</w:t>
        <w:br/>
        <w:t xml:space="preserve">      </w:t>
        <w:br/>
      </w:r>
    </w:p>
    <w:p>
      <w:pPr>
        <w:spacing w:after="80"/>
        <w:ind w:left="360"/>
      </w:pPr>
      <w:r>
        <w:t xml:space="preserve">• </w:t>
      </w:r>
      <w:r>
        <w:rPr>
          <w:rFonts w:ascii="Consolas" w:hAnsi="Consolas"/>
          <w:b w:val="0"/>
          <w:i w:val="0"/>
          <w:sz w:val="20"/>
        </w:rPr>
        <w:br/>
        <w:br/>
        <w:t xml:space="preserve">       test_division_by_zero</w:t>
        <w:br/>
        <w:t xml:space="preserve">      </w:t>
        <w:br/>
      </w:r>
      <w:r>
        <w:rPr>
          <w:b w:val="0"/>
          <w:i w:val="0"/>
        </w:rPr>
        <w:t xml:space="preserve"> kiểm tra rằng ngoại lệ (exception) chính xác được ném ra nếu cố gắng chia cho số không</w:t>
      </w:r>
    </w:p>
    <w:p>
      <w:pPr>
        <w:spacing w:after="80"/>
      </w:pPr>
      <w:r>
        <w:rPr>
          <w:b w:val="0"/>
          <w:i w:val="0"/>
        </w:rPr>
        <w:t xml:space="preserve">Hai bài kiểm thử đầu tiên chứa một câu lệnh khẳng định (assertion) đơn giản để kiểm tra kết quả của lời gọi hàm, nhưng </w:t>
      </w:r>
      <w:r>
        <w:rPr>
          <w:rFonts w:ascii="Consolas" w:hAnsi="Consolas"/>
          <w:b w:val="0"/>
          <w:i w:val="0"/>
          <w:sz w:val="20"/>
        </w:rPr>
        <w:br/>
        <w:br/>
        <w:t xml:space="preserve">      test_division_by_zero</w:t>
        <w:br/>
        <w:t xml:space="preserve">     </w:t>
        <w:br/>
      </w:r>
      <w:r>
        <w:rPr>
          <w:b w:val="0"/>
          <w:i w:val="0"/>
        </w:rPr>
        <w:t xml:space="preserve"> yêu cầu bạn xác minh rằng mã ném ra một ngoại lệ. Điều này được thực hiện thông qua một khối </w:t>
      </w:r>
      <w:r>
        <w:rPr>
          <w:rFonts w:ascii="Consolas" w:hAnsi="Consolas"/>
          <w:b w:val="0"/>
          <w:i w:val="0"/>
          <w:sz w:val="20"/>
        </w:rPr>
        <w:br/>
        <w:br/>
        <w:t xml:space="preserve">      with</w:t>
        <w:br/>
        <w:t xml:space="preserve">     </w:t>
        <w:br/>
      </w:r>
      <w:r>
        <w:rPr>
          <w:b w:val="0"/>
          <w:i w:val="0"/>
        </w:rPr>
        <w:t xml:space="preserve"> sử dụng </w:t>
      </w:r>
      <w:r>
        <w:rPr>
          <w:rFonts w:ascii="Consolas" w:hAnsi="Consolas"/>
          <w:b w:val="0"/>
          <w:i w:val="0"/>
          <w:sz w:val="20"/>
        </w:rPr>
        <w:br/>
        <w:br/>
        <w:t xml:space="preserve">      pytest.raises</w:t>
        <w:br/>
        <w:t xml:space="preserve">     </w:t>
        <w:br/>
      </w:r>
      <w:r>
        <w:rPr>
          <w:b w:val="0"/>
          <w:i w:val="0"/>
        </w:rPr>
        <w:t>:</w:t>
      </w:r>
    </w:p>
    <w:p>
      <w:pPr>
        <w:spacing w:after="0"/>
        <w:ind w:left="360"/>
        <w:shd w:val="clear" w:color="auto" w:fill="F2F2F2"/>
      </w:pPr>
      <w:r>
        <w:rPr>
          <w:rFonts w:ascii="Consolas" w:hAnsi="Consolas"/>
          <w:sz w:val="18"/>
        </w:rPr>
        <w:t>def test_division_by_zero():</w:t>
      </w:r>
    </w:p>
    <w:p>
      <w:pPr>
        <w:spacing w:after="0"/>
        <w:ind w:left="360"/>
        <w:shd w:val="clear" w:color="auto" w:fill="F2F2F2"/>
      </w:pPr>
      <w:r>
        <w:rPr>
          <w:rFonts w:ascii="Consolas" w:hAnsi="Consolas"/>
          <w:sz w:val="18"/>
        </w:rPr>
        <w:t xml:space="preserve">    with pytest.raises(ZeroDivisionError):</w:t>
      </w:r>
    </w:p>
    <w:p>
      <w:pPr>
        <w:spacing w:after="0"/>
        <w:ind w:left="360"/>
        <w:shd w:val="clear" w:color="auto" w:fill="F2F2F2"/>
      </w:pPr>
      <w:r>
        <w:rPr>
          <w:rFonts w:ascii="Consolas" w:hAnsi="Consolas"/>
          <w:sz w:val="18"/>
        </w:rPr>
        <w:t xml:space="preserve">        division(1, 0)</w:t>
      </w:r>
    </w:p>
    <w:p>
      <w:pPr>
        <w:spacing w:after="40"/>
      </w:pPr>
    </w:p>
    <w:p>
      <w:pPr>
        <w:spacing w:after="80"/>
      </w:pPr>
      <w:r>
        <w:rPr>
          <w:b w:val="0"/>
          <w:i w:val="0"/>
        </w:rPr>
        <w:t>Khối này sẽ tạo ra lỗi khẳng định (assertion error) nếu lời gọi không tạo ra ngoại lệ, cho phép bạn kiểm tra hành vi. Lưu ý rằng ngoại lệ cụ thể cần được truyền dưới dạng đối số.</w:t>
      </w:r>
    </w:p>
    <w:p>
      <w:pPr>
        <w:spacing w:after="80"/>
      </w:pPr>
      <w:r>
        <w:rPr>
          <w:b w:val="0"/>
          <w:i/>
        </w:rPr>
        <w:t>Bước 4</w:t>
      </w:r>
      <w:r>
        <w:rPr>
          <w:b w:val="0"/>
          <w:i w:val="0"/>
        </w:rPr>
        <w:t xml:space="preserve"> chạy các bài kiểm thử, kiểm tra rằng tất cả các bài kiểm thử đều đúng và mã thực hiện đúng những gì nó được cho là phải làm.</w:t>
      </w:r>
    </w:p>
    <w:p>
      <w:pPr>
        <w:pStyle w:val="Heading3"/>
      </w:pPr>
      <w:r>
        <w:rPr>
          <w:rFonts w:ascii="Calibri" w:hAnsi="Calibri"/>
          <w:b/>
          <w:i w:val="0"/>
          <w:sz w:val="26"/>
        </w:rPr>
        <w:t>Còn nhiều điều nữa...</w:t>
      </w:r>
    </w:p>
    <w:p>
      <w:pPr>
        <w:spacing w:after="80"/>
      </w:pPr>
      <w:r>
        <w:rPr>
          <w:b w:val="0"/>
          <w:i w:val="0"/>
        </w:rPr>
        <w:t>Để có thể định nghĩa các ngoại lệ cần được bắt, bạn sẽ cần import các định nghĩa ngoại lệ từ mã mô-đun hoặc thư viện liên quan.</w:t>
      </w:r>
    </w:p>
    <w:p>
      <w:pPr>
        <w:spacing w:after="80"/>
      </w:pPr>
      <w:r>
        <w:rPr>
          <w:b w:val="0"/>
          <w:i w:val="0"/>
        </w:rPr>
        <w:t xml:space="preserve">Việc ném ra một ngoại lệ ở bất kỳ phần nào bên trong khối </w:t>
      </w:r>
      <w:r>
        <w:rPr>
          <w:rFonts w:ascii="Consolas" w:hAnsi="Consolas"/>
          <w:b w:val="0"/>
          <w:i w:val="0"/>
          <w:sz w:val="20"/>
        </w:rPr>
        <w:br/>
        <w:br/>
        <w:t xml:space="preserve">      with</w:t>
        <w:br/>
        <w:t xml:space="preserve">     </w:t>
        <w:br/>
      </w:r>
      <w:r>
        <w:rPr>
          <w:b w:val="0"/>
          <w:i w:val="0"/>
        </w:rPr>
        <w:t xml:space="preserve"> sẽ bắt được nó. Hãy cố gắng chỉ bao gồm lời gọi nhỏ nhất có thể được mong đợi là sẽ ném ra ngoại lệ để tránh bắt phải những ngoại lệ không mong muốn. Vì lý do tương tự, nên khai báo ngoại lệ chính xác nhất.</w:t>
      </w:r>
    </w:p>
    <w:p>
      <w:pPr>
        <w:spacing w:after="80"/>
      </w:pPr>
      <w:r>
        <w:rPr>
          <w:b w:val="0"/>
          <w:i w:val="0"/>
        </w:rPr>
        <w:t xml:space="preserve">Khi chạy </w:t>
      </w:r>
      <w:r>
        <w:rPr>
          <w:rFonts w:ascii="Consolas" w:hAnsi="Consolas"/>
          <w:b w:val="0"/>
          <w:i w:val="0"/>
          <w:sz w:val="20"/>
        </w:rPr>
        <w:br/>
        <w:br/>
        <w:t xml:space="preserve">      pytest</w:t>
        <w:br/>
        <w:t xml:space="preserve">     </w:t>
        <w:br/>
      </w:r>
      <w:r>
        <w:rPr>
          <w:b w:val="0"/>
          <w:i w:val="0"/>
        </w:rPr>
        <w:t xml:space="preserve"> mà không chỉ định tệp, nó sẽ cố gắng phát hiện các tệp kiểm thử có thể có và bắt tất cả các bài kiểm thử trong thư mục con. Hãy đảm bảo rằng các mô-đun được định nghĩa đúng như được chỉ định bởi </w:t>
      </w:r>
      <w:r>
        <w:rPr>
          <w:rFonts w:ascii="Consolas" w:hAnsi="Consolas"/>
          <w:b w:val="0"/>
          <w:i w:val="0"/>
          <w:sz w:val="20"/>
        </w:rPr>
        <w:br/>
        <w:br/>
        <w:t xml:space="preserve">      __init__.py</w:t>
        <w:br/>
        <w:t xml:space="preserve">     </w:t>
        <w:br/>
      </w:r>
      <w:r>
        <w:rPr>
          <w:b w:val="0"/>
          <w:i w:val="0"/>
        </w:rPr>
        <w:t xml:space="preserve"> và </w:t>
      </w:r>
      <w:r>
        <w:rPr>
          <w:rFonts w:ascii="Consolas" w:hAnsi="Consolas"/>
          <w:b w:val="0"/>
          <w:i w:val="0"/>
          <w:sz w:val="20"/>
        </w:rPr>
        <w:br/>
        <w:br/>
        <w:t xml:space="preserve">      conftest.py</w:t>
        <w:br/>
        <w:t xml:space="preserve">     </w:t>
        <w:br/>
      </w:r>
      <w:r>
        <w:rPr>
          <w:b w:val="0"/>
          <w:i w:val="0"/>
        </w:rPr>
        <w:t>.</w:t>
      </w:r>
    </w:p>
    <w:p>
      <w:pPr>
        <w:spacing w:after="80"/>
      </w:pPr>
      <w:r>
        <w:rPr>
          <w:b w:val="0"/>
          <w:i w:val="0"/>
        </w:rPr>
        <w:t xml:space="preserve">Chúng ta sẽ tìm hiểu thêm về </w:t>
      </w:r>
      <w:r>
        <w:rPr>
          <w:rFonts w:ascii="Consolas" w:hAnsi="Consolas"/>
          <w:b w:val="0"/>
          <w:i w:val="0"/>
          <w:sz w:val="20"/>
        </w:rPr>
        <w:br/>
        <w:br/>
        <w:t xml:space="preserve">      conftest.py</w:t>
        <w:br/>
        <w:t xml:space="preserve">     </w:t>
        <w:br/>
      </w:r>
      <w:r>
        <w:rPr>
          <w:b w:val="0"/>
          <w:i w:val="0"/>
        </w:rPr>
        <w:t xml:space="preserve"> ở phần sau trong chương này.</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Viết và thực thi các ca kiểm thử</w:t>
      </w:r>
      <w:r>
        <w:rPr>
          <w:b w:val="0"/>
          <w:i w:val="0"/>
        </w:rPr>
        <w:t>, trong phần trước, để tìm hiểu những kiến thức cơ bản về cách định nghĩa các bài kiểm thử</w:t>
      </w:r>
    </w:p>
    <w:p>
      <w:pPr>
        <w:spacing w:after="80"/>
        <w:ind w:left="360"/>
      </w:pPr>
      <w:r>
        <w:t xml:space="preserve">• </w:t>
      </w:r>
      <w:r>
        <w:rPr>
          <w:b w:val="0"/>
          <w:i w:val="0"/>
        </w:rPr>
        <w:t xml:space="preserve">Công thức </w:t>
      </w:r>
      <w:r>
        <w:rPr>
          <w:b w:val="0"/>
          <w:i/>
        </w:rPr>
        <w:t>Kiểm thử bằng cách giả lập lời gọi HTTP</w:t>
      </w:r>
      <w:r>
        <w:rPr>
          <w:b w:val="0"/>
          <w:i w:val="0"/>
        </w:rPr>
        <w:t>, ở phần sau trong chương này, để tìm hiểu cách sử dụng các mô-đun kiểm thử giả lập các thư viện cụ thể</w:t>
      </w:r>
    </w:p>
    <w:p>
      <w:pPr>
        <w:pStyle w:val="Heading2"/>
      </w:pPr>
      <w:r>
        <w:rPr>
          <w:rFonts w:ascii="Calibri" w:hAnsi="Calibri"/>
          <w:b/>
          <w:i w:val="0"/>
          <w:sz w:val="32"/>
        </w:rPr>
        <w:t>Kiểm thử bằng cách mô phỏng các phụ thuộc (dependency mocking)</w:t>
      </w:r>
    </w:p>
    <w:p>
      <w:pPr>
        <w:spacing w:after="80"/>
      </w:pPr>
      <w:r>
        <w:rPr>
          <w:b w:val="0"/>
          <w:i w:val="0"/>
        </w:rPr>
        <w:t xml:space="preserve">Một trong những lợi thế lớn nhất khi dùng Python là chúng ta có sẵn một thư viện phong phú các tài nguyên để sử dụng. Điều đó bao gồm các mô-đun trong thư viện chuẩn, như mô-đun </w:t>
      </w:r>
      <w:r>
        <w:rPr>
          <w:rFonts w:ascii="Consolas" w:hAnsi="Consolas"/>
          <w:b w:val="0"/>
          <w:i w:val="0"/>
          <w:sz w:val="20"/>
        </w:rPr>
        <w:br/>
        <w:br/>
        <w:t xml:space="preserve">      csv</w:t>
        <w:br/>
        <w:t xml:space="preserve">     </w:t>
        <w:br/>
      </w:r>
      <w:r>
        <w:rPr>
          <w:b w:val="0"/>
          <w:i w:val="0"/>
        </w:rPr>
        <w:t xml:space="preserve"> để đọc và ghi tệp CSV, hay thư viện </w:t>
      </w:r>
      <w:r>
        <w:rPr>
          <w:rFonts w:ascii="Consolas" w:hAnsi="Consolas"/>
          <w:b w:val="0"/>
          <w:i w:val="0"/>
          <w:sz w:val="20"/>
        </w:rPr>
        <w:br/>
        <w:br/>
        <w:t xml:space="preserve">      re</w:t>
        <w:br/>
        <w:t xml:space="preserve">     </w:t>
        <w:br/>
      </w:r>
      <w:r>
        <w:rPr>
          <w:b w:val="0"/>
          <w:i w:val="0"/>
        </w:rPr>
        <w:t xml:space="preserve"> để dùng biểu thức chính quy (regex).</w:t>
      </w:r>
    </w:p>
    <w:p>
      <w:pPr>
        <w:spacing w:after="80"/>
      </w:pPr>
      <w:r>
        <w:rPr>
          <w:b w:val="0"/>
          <w:i w:val="0"/>
        </w:rPr>
        <w:t xml:space="preserve">Những thứ khác có thể là bên ngoài, như </w:t>
      </w:r>
      <w:r>
        <w:rPr>
          <w:rFonts w:ascii="Consolas" w:hAnsi="Consolas"/>
          <w:b w:val="0"/>
          <w:i w:val="0"/>
          <w:sz w:val="20"/>
        </w:rPr>
        <w:br/>
        <w:br/>
        <w:t xml:space="preserve">      Beautiful Soup</w:t>
        <w:br/>
        <w:t xml:space="preserve">     </w:t>
        <w:br/>
      </w:r>
      <w:r>
        <w:rPr>
          <w:b w:val="0"/>
          <w:i w:val="0"/>
        </w:rPr>
        <w:t xml:space="preserve"> để phân tích cú pháp HTML hay </w:t>
      </w:r>
      <w:r>
        <w:rPr>
          <w:rFonts w:ascii="Consolas" w:hAnsi="Consolas"/>
          <w:b w:val="0"/>
          <w:i w:val="0"/>
          <w:sz w:val="20"/>
        </w:rPr>
        <w:br/>
        <w:br/>
        <w:t xml:space="preserve">      matplotlib</w:t>
        <w:br/>
        <w:t xml:space="preserve">     </w:t>
        <w:br/>
      </w:r>
      <w:r>
        <w:rPr>
          <w:b w:val="0"/>
          <w:i w:val="0"/>
        </w:rPr>
        <w:t xml:space="preserve"> để tạo biểu đồ. Chúng ta cũng có thể tự tạo thư viện của riêng mình hoặc tổ chức mã thành nhiều tệp khác nhau và đóng gói chức năng theo cách có thể tái sử dụng và giúp mã dễ đọc hơn.</w:t>
      </w:r>
    </w:p>
    <w:p>
      <w:pPr>
        <w:spacing w:after="80"/>
      </w:pPr>
      <w:r>
        <w:rPr>
          <w:b w:val="0"/>
          <w:i w:val="0"/>
        </w:rPr>
        <w:t>Khi viết kiểm thử, đôi khi việc dùng các yếu tố bên ngoài và các lời gọi thư viện ngay trong phần cốt lõi của bài kiểm thử là không nên. Ví dụ, để kiểm tra rằng một báo cáo được xử lý đúng, có thể cần đọc một tệp CSV chứa báo cáo đó. Nhưng việc chuẩn bị bài kiểm thử bằng cách tạo một tệp, trong trường hợp này, lại trở nên cồng kềnh và có thể làm mất tập trung vào mục tiêu thực sự của bài kiểm thử.</w:t>
      </w:r>
    </w:p>
    <w:p>
      <w:pPr>
        <w:spacing w:after="80"/>
      </w:pPr>
      <w:r>
        <w:rPr>
          <w:b w:val="0"/>
          <w:i w:val="0"/>
        </w:rPr>
        <w:t xml:space="preserve">Trong những trường hợp này, sẽ rất tiện khi mô phỏng các phụ thuộc đó để đơn giản hóa bài kiểm thử hoặc để tránh các lời gọi bên ngoài như truy cập mạng hay các loại phần cứng khác. Kiểu mô phỏng này, thay thế các phụ thuộc bên ngoài trong quá trình kiểm thử, được gọi là </w:t>
      </w:r>
      <w:r>
        <w:rPr>
          <w:b w:val="0"/>
          <w:i/>
        </w:rPr>
        <w:t xml:space="preserve"> mock </w:t>
      </w:r>
      <w:r>
        <w:rPr>
          <w:b w:val="0"/>
          <w:i w:val="0"/>
        </w:rPr>
        <w:t xml:space="preserve"> .</w:t>
      </w:r>
    </w:p>
    <w:p>
      <w:pPr>
        <w:spacing w:after="80"/>
      </w:pPr>
      <w:r>
        <w:rPr>
          <w:b/>
          <w:i w:val="0"/>
        </w:rPr>
        <w:t>Lưu ý</w:t>
      </w:r>
    </w:p>
    <w:p>
      <w:pPr>
        <w:spacing w:after="80"/>
      </w:pPr>
      <w:r>
        <w:rPr>
          <w:b w:val="0"/>
          <w:i w:val="0"/>
        </w:rPr>
        <w:t>Mock có liên quan mật thiết đến kiểm thử đơn vị (unit test), ở chỗ chúng là những bài kiểm thử nhỏ, tập trung, bao phủ một đơn vị mã duy nhất, như một hàm, một lớp, hay thậm chí một mô-đun nhỏ. Điều này cho phép bạn kiểm thử những đơn vị mã đó một cách tách biệt khỏi các yếu tố bên ngoài, hay nói chính xác hơn là kiểm soát hoàn toàn các yếu tố bên ngoài mà mã truy cập. Một bài kiểm thử đơn vị có thể lớn đến mức nào trước khi nó không còn là kiểm thử đơn vị nữa vẫn còn là đề tài tranh luận trong ngành. Đừng để điều đó ngăn bạn làm những gì hiệu quả với bạn.</w:t>
      </w:r>
    </w:p>
    <w:p>
      <w:pPr>
        <w:spacing w:after="80"/>
      </w:pPr>
      <w:r>
        <w:rPr>
          <w:b w:val="0"/>
          <w:i w:val="0"/>
        </w:rPr>
        <w:t xml:space="preserve">Việc này có thể được thực hiện thông qua thư viện </w:t>
      </w:r>
      <w:r>
        <w:rPr>
          <w:rFonts w:ascii="Consolas" w:hAnsi="Consolas"/>
          <w:b w:val="0"/>
          <w:i w:val="0"/>
          <w:sz w:val="20"/>
        </w:rPr>
        <w:br/>
        <w:br/>
        <w:t xml:space="preserve">      mock</w:t>
        <w:br/>
        <w:t xml:space="preserve">     </w:t>
        <w:br/>
      </w:r>
      <w:r>
        <w:rPr>
          <w:b w:val="0"/>
          <w:i w:val="0"/>
        </w:rPr>
        <w:t xml:space="preserve"> trong thư viện chuẩn của Python, cho phép bạn thay thế hành vi của các phụ thuộc bên ngoài.</w:t>
      </w:r>
    </w:p>
    <w:p>
      <w:pPr>
        <w:pStyle w:val="Heading3"/>
      </w:pPr>
      <w:r>
        <w:rPr>
          <w:rFonts w:ascii="Calibri" w:hAnsi="Calibri"/>
          <w:b/>
          <w:i w:val="0"/>
          <w:sz w:val="26"/>
        </w:rPr>
        <w:t>Chuẩn bị</w:t>
      </w:r>
    </w:p>
    <w:p>
      <w:pPr>
        <w:spacing w:after="80"/>
      </w:pPr>
      <w:r>
        <w:rPr>
          <w:b w:val="0"/>
          <w:i w:val="0"/>
        </w:rPr>
        <w:t xml:space="preserve">Chúng ta sẽ dùng các tệp kiểm thử </w:t>
      </w:r>
      <w:r>
        <w:rPr>
          <w:rFonts w:ascii="Consolas" w:hAnsi="Consolas"/>
          <w:b w:val="0"/>
          <w:i w:val="0"/>
          <w:sz w:val="20"/>
        </w:rPr>
        <w:br/>
        <w:br/>
        <w:t xml:space="preserve">      tests/test_dependencies.py</w:t>
        <w:br/>
        <w:t xml:space="preserve">     </w:t>
        <w:br/>
      </w:r>
      <w:r>
        <w:rPr>
          <w:b w:val="0"/>
          <w:i w:val="0"/>
        </w:rPr>
        <w:t xml:space="preserve"> và </w:t>
      </w:r>
      <w:r>
        <w:rPr>
          <w:rFonts w:ascii="Consolas" w:hAnsi="Consolas"/>
          <w:b w:val="0"/>
          <w:i w:val="0"/>
          <w:sz w:val="20"/>
        </w:rPr>
        <w:br/>
        <w:br/>
        <w:t xml:space="preserve">      external_code/dependencies.py</w:t>
        <w:br/>
        <w:t xml:space="preserve">     </w:t>
        <w:br/>
      </w:r>
      <w:r>
        <w:rPr>
          <w:b w:val="0"/>
          <w:i w:val="0"/>
        </w:rPr>
        <w:t xml:space="preserve"> . Bạn có thể tải chúng từ kho GitHub tại </w:t>
      </w:r>
      <w:r>
        <w:rPr>
          <w:rFonts w:ascii="Consolas" w:hAnsi="Consolas"/>
          <w:b w:val="0"/>
          <w:i w:val="0"/>
          <w:sz w:val="20"/>
        </w:rPr>
        <w:br/>
        <w:br/>
        <w:t xml:space="preserve">       https://github.com/PacktPublishing/Python-Automation-Cookbook-Third-Edition/tree/main/ch15/</w:t>
        <w:br/>
        <w:t xml:space="preserve">      </w:t>
        <w:br/>
      </w:r>
      <w:r>
        <w:rPr>
          <w:b w:val="0"/>
          <w:i w:val="0"/>
        </w:rPr>
        <w:t xml:space="preserve"> trong các thư mục con </w:t>
      </w:r>
      <w:r>
        <w:rPr>
          <w:rFonts w:ascii="Consolas" w:hAnsi="Consolas"/>
          <w:b w:val="0"/>
          <w:i w:val="0"/>
          <w:sz w:val="20"/>
        </w:rPr>
        <w:br/>
        <w:br/>
        <w:t xml:space="preserve">      tests</w:t>
        <w:br/>
        <w:t xml:space="preserve">     </w:t>
        <w:br/>
      </w:r>
      <w:r>
        <w:rPr>
          <w:b w:val="0"/>
          <w:i w:val="0"/>
        </w:rPr>
        <w:t xml:space="preserve"> và </w:t>
      </w:r>
      <w:r>
        <w:rPr>
          <w:rFonts w:ascii="Consolas" w:hAnsi="Consolas"/>
          <w:b w:val="0"/>
          <w:i w:val="0"/>
          <w:sz w:val="20"/>
        </w:rPr>
        <w:br/>
        <w:br/>
        <w:t xml:space="preserve">      external_code</w:t>
        <w:br/>
        <w:t xml:space="preserve">     </w:t>
        <w:br/>
      </w:r>
      <w:r>
        <w:rPr>
          <w:b w:val="0"/>
          <w:i w:val="0"/>
        </w:rPr>
        <w:t xml:space="preserve"> .</w:t>
      </w:r>
    </w:p>
    <w:p>
      <w:pPr>
        <w:spacing w:after="80"/>
      </w:pPr>
      <w:r>
        <w:rPr>
          <w:b w:val="0"/>
          <w:i w:val="0"/>
        </w:rPr>
        <w:t>Cây thư mục sẽ chứa những tệp này:</w:t>
      </w:r>
    </w:p>
    <w:p>
      <w:pPr>
        <w:spacing w:after="0"/>
        <w:ind w:left="360"/>
        <w:shd w:val="clear" w:color="auto" w:fill="F2F2F2"/>
      </w:pPr>
      <w:r>
        <w:rPr>
          <w:rFonts w:ascii="Consolas" w:hAnsi="Consolas"/>
          <w:sz w:val="18"/>
        </w:rPr>
        <w:t>├── external_code</w:t>
      </w:r>
    </w:p>
    <w:p>
      <w:pPr>
        <w:spacing w:after="0"/>
        <w:ind w:left="360"/>
        <w:shd w:val="clear" w:color="auto" w:fill="F2F2F2"/>
      </w:pPr>
      <w:r>
        <w:rPr>
          <w:rFonts w:ascii="Consolas" w:hAnsi="Consolas"/>
          <w:sz w:val="18"/>
        </w:rPr>
        <w:t>│   ├── __init__.py</w:t>
      </w:r>
    </w:p>
    <w:p>
      <w:pPr>
        <w:spacing w:after="0"/>
        <w:ind w:left="360"/>
        <w:shd w:val="clear" w:color="auto" w:fill="F2F2F2"/>
      </w:pPr>
      <w:r>
        <w:rPr>
          <w:rFonts w:ascii="Consolas" w:hAnsi="Consolas"/>
          <w:sz w:val="18"/>
        </w:rPr>
        <w:t>│   └── dependencies.py</w:t>
      </w:r>
    </w:p>
    <w:p>
      <w:pPr>
        <w:spacing w:after="0"/>
        <w:ind w:left="360"/>
        <w:shd w:val="clear" w:color="auto" w:fill="F2F2F2"/>
      </w:pPr>
      <w:r>
        <w:rPr>
          <w:rFonts w:ascii="Consolas" w:hAnsi="Consolas"/>
          <w:sz w:val="18"/>
        </w:rPr>
        <w:t>├── conftest.py</w:t>
      </w:r>
    </w:p>
    <w:p>
      <w:pPr>
        <w:spacing w:after="0"/>
        <w:ind w:left="360"/>
        <w:shd w:val="clear" w:color="auto" w:fill="F2F2F2"/>
      </w:pPr>
      <w:r>
        <w:rPr>
          <w:rFonts w:ascii="Consolas" w:hAnsi="Consolas"/>
          <w:sz w:val="18"/>
        </w:rPr>
        <w:t>└── tests</w:t>
      </w:r>
    </w:p>
    <w:p>
      <w:pPr>
        <w:spacing w:after="0"/>
        <w:ind w:left="360"/>
        <w:shd w:val="clear" w:color="auto" w:fill="F2F2F2"/>
      </w:pPr>
      <w:r>
        <w:rPr>
          <w:rFonts w:ascii="Consolas" w:hAnsi="Consolas"/>
          <w:sz w:val="18"/>
        </w:rPr>
        <w:t xml:space="preserve">    └── test_dependencies.py</w:t>
      </w:r>
    </w:p>
    <w:p>
      <w:pPr>
        <w:spacing w:after="40"/>
      </w:pPr>
    </w:p>
    <w:p>
      <w:pPr>
        <w:pStyle w:val="Heading3"/>
      </w:pPr>
      <w:r>
        <w:rPr>
          <w:rFonts w:ascii="Calibri" w:hAnsi="Calibri"/>
          <w:b/>
          <w:i w:val="0"/>
          <w:sz w:val="26"/>
        </w:rPr>
        <w:t>Cách thực hiện...</w:t>
      </w:r>
    </w:p>
    <w:p>
      <w:pPr>
        <w:spacing w:after="80"/>
        <w:ind w:left="360"/>
      </w:pPr>
      <w:r>
        <w:t xml:space="preserve">1. </w:t>
      </w:r>
      <w:r>
        <w:rPr>
          <w:b w:val="0"/>
          <w:i w:val="0"/>
        </w:rPr>
        <w:t xml:space="preserve">Tệp </w:t>
      </w:r>
      <w:r>
        <w:rPr>
          <w:rFonts w:ascii="Consolas" w:hAnsi="Consolas"/>
          <w:b w:val="0"/>
          <w:i w:val="0"/>
          <w:sz w:val="20"/>
        </w:rPr>
        <w:br/>
        <w:br/>
        <w:t xml:space="preserve">       __init__.py</w:t>
        <w:br/>
        <w:t xml:space="preserve">      </w:t>
        <w:br/>
      </w:r>
      <w:r>
        <w:rPr>
          <w:b w:val="0"/>
          <w:i w:val="0"/>
        </w:rPr>
        <w:t xml:space="preserve"> và </w:t>
      </w:r>
      <w:r>
        <w:rPr>
          <w:rFonts w:ascii="Consolas" w:hAnsi="Consolas"/>
          <w:b w:val="0"/>
          <w:i w:val="0"/>
          <w:sz w:val="20"/>
        </w:rPr>
        <w:br/>
        <w:br/>
        <w:t xml:space="preserve">       conftest.py</w:t>
        <w:br/>
        <w:t xml:space="preserve">      </w:t>
        <w:br/>
      </w:r>
      <w:r>
        <w:rPr>
          <w:b w:val="0"/>
          <w:i w:val="0"/>
        </w:rPr>
        <w:t xml:space="preserve"> là các tệp rỗng, nhưng chúng định nghĩa cấu trúc của các mô-đun</w:t>
      </w:r>
    </w:p>
    <w:p>
      <w:pPr>
        <w:spacing w:after="80"/>
        <w:ind w:left="360"/>
      </w:pPr>
      <w:r>
        <w:t xml:space="preserve">2. </w:t>
      </w:r>
      <w:r>
        <w:rPr>
          <w:b w:val="0"/>
          <w:i w:val="0"/>
        </w:rPr>
        <w:t xml:space="preserve">Kiểm tra tệp </w:t>
      </w:r>
      <w:r>
        <w:rPr>
          <w:rFonts w:ascii="Consolas" w:hAnsi="Consolas"/>
          <w:b w:val="0"/>
          <w:i w:val="0"/>
          <w:sz w:val="20"/>
        </w:rPr>
        <w:br/>
        <w:br/>
        <w:t xml:space="preserve">       external_code/dependencies.py</w:t>
        <w:br/>
        <w:t xml:space="preserve">      </w:t>
        <w:br/>
      </w:r>
      <w:r>
        <w:rPr>
          <w:b w:val="0"/>
          <w:i w:val="0"/>
        </w:rPr>
        <w:t xml:space="preserve"> , chứa định nghĩa về việc tính diện tích cho một số hình dạng nhất định:</w:t>
      </w:r>
    </w:p>
    <w:p>
      <w:pPr>
        <w:spacing w:after="0"/>
        <w:ind w:left="360"/>
        <w:shd w:val="clear" w:color="auto" w:fill="F2F2F2"/>
      </w:pPr>
      <w:r>
        <w:rPr>
          <w:rFonts w:ascii="Consolas" w:hAnsi="Consolas"/>
          <w:sz w:val="18"/>
        </w:rPr>
        <w:t>PI = 3.14159</w:t>
      </w:r>
    </w:p>
    <w:p>
      <w:pPr>
        <w:spacing w:after="0"/>
        <w:ind w:left="360"/>
        <w:shd w:val="clear" w:color="auto" w:fill="F2F2F2"/>
      </w:pPr>
      <w:r>
        <w:rPr>
          <w:rFonts w:ascii="Consolas" w:hAnsi="Consolas"/>
          <w:sz w:val="18"/>
        </w:rPr>
        <w:t>def rectangle(sideA, sideB):</w:t>
      </w:r>
    </w:p>
    <w:p>
      <w:pPr>
        <w:spacing w:after="0"/>
        <w:ind w:left="360"/>
        <w:shd w:val="clear" w:color="auto" w:fill="F2F2F2"/>
      </w:pPr>
      <w:r>
        <w:rPr>
          <w:rFonts w:ascii="Consolas" w:hAnsi="Consolas"/>
          <w:sz w:val="18"/>
        </w:rPr>
        <w:t xml:space="preserve">    return sideA * sideB</w:t>
      </w:r>
    </w:p>
    <w:p>
      <w:pPr>
        <w:spacing w:after="0"/>
        <w:ind w:left="360"/>
        <w:shd w:val="clear" w:color="auto" w:fill="F2F2F2"/>
      </w:pPr>
      <w:r>
        <w:rPr>
          <w:rFonts w:ascii="Consolas" w:hAnsi="Consolas"/>
          <w:sz w:val="18"/>
        </w:rPr>
        <w:t>def circle(radius):</w:t>
      </w:r>
    </w:p>
    <w:p>
      <w:pPr>
        <w:spacing w:after="0"/>
        <w:ind w:left="360"/>
        <w:shd w:val="clear" w:color="auto" w:fill="F2F2F2"/>
      </w:pPr>
      <w:r>
        <w:rPr>
          <w:rFonts w:ascii="Consolas" w:hAnsi="Consolas"/>
          <w:sz w:val="18"/>
        </w:rPr>
        <w:t xml:space="preserve">    return 2 * PI * radius</w:t>
      </w:r>
    </w:p>
    <w:p>
      <w:pPr>
        <w:spacing w:after="0"/>
        <w:ind w:left="360"/>
        <w:shd w:val="clear" w:color="auto" w:fill="F2F2F2"/>
      </w:pPr>
      <w:r>
        <w:rPr>
          <w:rFonts w:ascii="Consolas" w:hAnsi="Consolas"/>
          <w:sz w:val="18"/>
        </w:rPr>
        <w:t>def calculate_area(shape, sizeA, sizeB=0):</w:t>
      </w:r>
    </w:p>
    <w:p>
      <w:pPr>
        <w:spacing w:after="0"/>
        <w:ind w:left="360"/>
        <w:shd w:val="clear" w:color="auto" w:fill="F2F2F2"/>
      </w:pPr>
      <w:r>
        <w:rPr>
          <w:rFonts w:ascii="Consolas" w:hAnsi="Consolas"/>
          <w:sz w:val="18"/>
        </w:rPr>
        <w:t xml:space="preserve">    if sizeA &lt;= 0:</w:t>
      </w:r>
    </w:p>
    <w:p>
      <w:pPr>
        <w:spacing w:after="0"/>
        <w:ind w:left="360"/>
        <w:shd w:val="clear" w:color="auto" w:fill="F2F2F2"/>
      </w:pPr>
      <w:r>
        <w:rPr>
          <w:rFonts w:ascii="Consolas" w:hAnsi="Consolas"/>
          <w:sz w:val="18"/>
        </w:rPr>
        <w:t xml:space="preserve">        raise ValueError('sizeA needs to be positive')</w:t>
      </w:r>
    </w:p>
    <w:p>
      <w:pPr>
        <w:spacing w:after="0"/>
        <w:ind w:left="360"/>
        <w:shd w:val="clear" w:color="auto" w:fill="F2F2F2"/>
      </w:pPr>
      <w:r>
        <w:rPr>
          <w:rFonts w:ascii="Consolas" w:hAnsi="Consolas"/>
          <w:sz w:val="18"/>
        </w:rPr>
        <w:t xml:space="preserve">    if sizeB &lt; 0:</w:t>
      </w:r>
    </w:p>
    <w:p>
      <w:pPr>
        <w:spacing w:after="0"/>
        <w:ind w:left="360"/>
        <w:shd w:val="clear" w:color="auto" w:fill="F2F2F2"/>
      </w:pPr>
      <w:r>
        <w:rPr>
          <w:rFonts w:ascii="Consolas" w:hAnsi="Consolas"/>
          <w:sz w:val="18"/>
        </w:rPr>
        <w:t xml:space="preserve">        raise ValueError('sizeB needs to be positive')</w:t>
      </w:r>
    </w:p>
    <w:p>
      <w:pPr>
        <w:spacing w:after="0"/>
        <w:ind w:left="360"/>
        <w:shd w:val="clear" w:color="auto" w:fill="F2F2F2"/>
      </w:pPr>
      <w:r>
        <w:rPr>
          <w:rFonts w:ascii="Consolas" w:hAnsi="Consolas"/>
          <w:sz w:val="18"/>
        </w:rPr>
        <w:t xml:space="preserve">    if shape == 'SQUARE':</w:t>
      </w:r>
    </w:p>
    <w:p>
      <w:pPr>
        <w:spacing w:after="0"/>
        <w:ind w:left="360"/>
        <w:shd w:val="clear" w:color="auto" w:fill="F2F2F2"/>
      </w:pPr>
      <w:r>
        <w:rPr>
          <w:rFonts w:ascii="Consolas" w:hAnsi="Consolas"/>
          <w:sz w:val="18"/>
        </w:rPr>
        <w:t xml:space="preserve">        return rectangle(sizeA, sizeA)</w:t>
      </w:r>
    </w:p>
    <w:p>
      <w:pPr>
        <w:spacing w:after="0"/>
        <w:ind w:left="360"/>
        <w:shd w:val="clear" w:color="auto" w:fill="F2F2F2"/>
      </w:pPr>
      <w:r>
        <w:rPr>
          <w:rFonts w:ascii="Consolas" w:hAnsi="Consolas"/>
          <w:sz w:val="18"/>
        </w:rPr>
        <w:t xml:space="preserve">    if shape == 'RECTANGLE':</w:t>
      </w:r>
    </w:p>
    <w:p>
      <w:pPr>
        <w:spacing w:after="0"/>
        <w:ind w:left="360"/>
        <w:shd w:val="clear" w:color="auto" w:fill="F2F2F2"/>
      </w:pPr>
      <w:r>
        <w:rPr>
          <w:rFonts w:ascii="Consolas" w:hAnsi="Consolas"/>
          <w:sz w:val="18"/>
        </w:rPr>
        <w:t xml:space="preserve">        return rectangle(sizeA, sizeB)</w:t>
      </w:r>
    </w:p>
    <w:p>
      <w:pPr>
        <w:spacing w:after="0"/>
        <w:ind w:left="360"/>
        <w:shd w:val="clear" w:color="auto" w:fill="F2F2F2"/>
      </w:pPr>
      <w:r>
        <w:rPr>
          <w:rFonts w:ascii="Consolas" w:hAnsi="Consolas"/>
          <w:sz w:val="18"/>
        </w:rPr>
        <w:t xml:space="preserve">    if shape == 'CIRCLE':</w:t>
      </w:r>
    </w:p>
    <w:p>
      <w:pPr>
        <w:spacing w:after="0"/>
        <w:ind w:left="360"/>
        <w:shd w:val="clear" w:color="auto" w:fill="F2F2F2"/>
      </w:pPr>
      <w:r>
        <w:rPr>
          <w:rFonts w:ascii="Consolas" w:hAnsi="Consolas"/>
          <w:sz w:val="18"/>
        </w:rPr>
        <w:t xml:space="preserve">        return circle(sizeA)</w:t>
      </w:r>
    </w:p>
    <w:p>
      <w:pPr>
        <w:spacing w:after="0"/>
        <w:ind w:left="360"/>
        <w:shd w:val="clear" w:color="auto" w:fill="F2F2F2"/>
      </w:pPr>
      <w:r>
        <w:rPr>
          <w:rFonts w:ascii="Consolas" w:hAnsi="Consolas"/>
          <w:sz w:val="18"/>
        </w:rPr>
        <w:t xml:space="preserve">    raise Exception(f'Shape {shape} not defined')</w:t>
      </w:r>
    </w:p>
    <w:p>
      <w:pPr>
        <w:spacing w:after="40"/>
      </w:pPr>
    </w:p>
    <w:p>
      <w:pPr>
        <w:spacing w:after="80"/>
        <w:ind w:left="360"/>
      </w:pPr>
      <w:r>
        <w:t xml:space="preserve">3. </w:t>
      </w:r>
      <w:r>
        <w:rPr>
          <w:b w:val="0"/>
          <w:i w:val="0"/>
        </w:rPr>
        <w:t xml:space="preserve">Kiểm tra các bài kiểm thử trong tệp </w:t>
      </w:r>
      <w:r>
        <w:rPr>
          <w:rFonts w:ascii="Consolas" w:hAnsi="Consolas"/>
          <w:b w:val="0"/>
          <w:i w:val="0"/>
          <w:sz w:val="20"/>
        </w:rPr>
        <w:br/>
        <w:br/>
        <w:t xml:space="preserve">       tests/test_dependencies.py</w:t>
        <w:br/>
        <w:t xml:space="preserve">      </w:t>
        <w:br/>
      </w:r>
      <w:r>
        <w:rPr>
          <w:b w:val="0"/>
          <w:i w:val="0"/>
        </w:rPr>
        <w:t xml:space="preserve"> , xác thực các phép tính của hàm </w:t>
      </w:r>
      <w:r>
        <w:rPr>
          <w:rFonts w:ascii="Consolas" w:hAnsi="Consolas"/>
          <w:b w:val="0"/>
          <w:i w:val="0"/>
          <w:sz w:val="20"/>
        </w:rPr>
        <w:br/>
        <w:br/>
        <w:t xml:space="preserve">       calculate_area</w:t>
        <w:br/>
        <w:t xml:space="preserve">      </w:t>
        <w:br/>
      </w:r>
      <w:r>
        <w:rPr>
          <w:b w:val="0"/>
          <w:i w:val="0"/>
        </w:rPr>
        <w:t xml:space="preserve"> :</w:t>
      </w:r>
    </w:p>
    <w:p>
      <w:pPr>
        <w:spacing w:after="0"/>
        <w:ind w:left="360"/>
        <w:shd w:val="clear" w:color="auto" w:fill="F2F2F2"/>
      </w:pPr>
      <w:r>
        <w:rPr>
          <w:rFonts w:ascii="Consolas" w:hAnsi="Consolas"/>
          <w:sz w:val="18"/>
        </w:rPr>
        <w:t>from unittest import mock</w:t>
      </w:r>
    </w:p>
    <w:p>
      <w:pPr>
        <w:spacing w:after="0"/>
        <w:ind w:left="360"/>
        <w:shd w:val="clear" w:color="auto" w:fill="F2F2F2"/>
      </w:pPr>
      <w:r>
        <w:rPr>
          <w:rFonts w:ascii="Consolas" w:hAnsi="Consolas"/>
          <w:sz w:val="18"/>
        </w:rPr>
        <w:t>from external_code.dependencies import calculate_area</w:t>
      </w:r>
    </w:p>
    <w:p>
      <w:pPr>
        <w:spacing w:after="0"/>
        <w:ind w:left="360"/>
        <w:shd w:val="clear" w:color="auto" w:fill="F2F2F2"/>
      </w:pPr>
      <w:r>
        <w:rPr>
          <w:rFonts w:ascii="Consolas" w:hAnsi="Consolas"/>
          <w:sz w:val="18"/>
        </w:rPr>
        <w:t>def test_square():</w:t>
      </w:r>
    </w:p>
    <w:p>
      <w:pPr>
        <w:spacing w:after="0"/>
        <w:ind w:left="360"/>
        <w:shd w:val="clear" w:color="auto" w:fill="F2F2F2"/>
      </w:pPr>
      <w:r>
        <w:rPr>
          <w:rFonts w:ascii="Consolas" w:hAnsi="Consolas"/>
          <w:sz w:val="18"/>
        </w:rPr>
        <w:t xml:space="preserve">    result = calculate_area('SQUARE', 2)</w:t>
      </w:r>
    </w:p>
    <w:p>
      <w:pPr>
        <w:spacing w:after="0"/>
        <w:ind w:left="360"/>
        <w:shd w:val="clear" w:color="auto" w:fill="F2F2F2"/>
      </w:pPr>
      <w:r>
        <w:rPr>
          <w:rFonts w:ascii="Consolas" w:hAnsi="Consolas"/>
          <w:sz w:val="18"/>
        </w:rPr>
        <w:t xml:space="preserve">    assert result == 4</w:t>
      </w:r>
    </w:p>
    <w:p>
      <w:pPr>
        <w:spacing w:after="0"/>
        <w:ind w:left="360"/>
        <w:shd w:val="clear" w:color="auto" w:fill="F2F2F2"/>
      </w:pPr>
      <w:r>
        <w:rPr>
          <w:rFonts w:ascii="Consolas" w:hAnsi="Consolas"/>
          <w:sz w:val="18"/>
        </w:rPr>
        <w:t>def test_rectangle():</w:t>
      </w:r>
    </w:p>
    <w:p>
      <w:pPr>
        <w:spacing w:after="0"/>
        <w:ind w:left="360"/>
        <w:shd w:val="clear" w:color="auto" w:fill="F2F2F2"/>
      </w:pPr>
      <w:r>
        <w:rPr>
          <w:rFonts w:ascii="Consolas" w:hAnsi="Consolas"/>
          <w:sz w:val="18"/>
        </w:rPr>
        <w:t xml:space="preserve">    result = calculate_area('RECTANGLE', 2, 3)</w:t>
      </w:r>
    </w:p>
    <w:p>
      <w:pPr>
        <w:spacing w:after="0"/>
        <w:ind w:left="360"/>
        <w:shd w:val="clear" w:color="auto" w:fill="F2F2F2"/>
      </w:pPr>
      <w:r>
        <w:rPr>
          <w:rFonts w:ascii="Consolas" w:hAnsi="Consolas"/>
          <w:sz w:val="18"/>
        </w:rPr>
        <w:t xml:space="preserve">    assert result == 6</w:t>
      </w:r>
    </w:p>
    <w:p>
      <w:pPr>
        <w:spacing w:after="0"/>
        <w:ind w:left="360"/>
        <w:shd w:val="clear" w:color="auto" w:fill="F2F2F2"/>
      </w:pPr>
      <w:r>
        <w:rPr>
          <w:rFonts w:ascii="Consolas" w:hAnsi="Consolas"/>
          <w:sz w:val="18"/>
        </w:rPr>
        <w:t>def test_circle_with_proper_pi():</w:t>
      </w:r>
    </w:p>
    <w:p>
      <w:pPr>
        <w:spacing w:after="0"/>
        <w:ind w:left="360"/>
        <w:shd w:val="clear" w:color="auto" w:fill="F2F2F2"/>
      </w:pPr>
      <w:r>
        <w:rPr>
          <w:rFonts w:ascii="Consolas" w:hAnsi="Consolas"/>
          <w:sz w:val="18"/>
        </w:rPr>
        <w:t xml:space="preserve">    result = calculate_area('CIRCLE', 2)</w:t>
      </w:r>
    </w:p>
    <w:p>
      <w:pPr>
        <w:spacing w:after="0"/>
        <w:ind w:left="360"/>
        <w:shd w:val="clear" w:color="auto" w:fill="F2F2F2"/>
      </w:pPr>
      <w:r>
        <w:rPr>
          <w:rFonts w:ascii="Consolas" w:hAnsi="Consolas"/>
          <w:sz w:val="18"/>
        </w:rPr>
        <w:t xml:space="preserve">    assert result == 12.56636</w:t>
      </w:r>
    </w:p>
    <w:p>
      <w:pPr>
        <w:spacing w:after="0"/>
        <w:ind w:left="360"/>
        <w:shd w:val="clear" w:color="auto" w:fill="F2F2F2"/>
      </w:pPr>
      <w:r>
        <w:rPr>
          <w:rFonts w:ascii="Consolas" w:hAnsi="Consolas"/>
          <w:sz w:val="18"/>
        </w:rPr>
        <w:t>@mock.patch('external_code.dependencies.PI', 3)</w:t>
      </w:r>
    </w:p>
    <w:p>
      <w:pPr>
        <w:spacing w:after="0"/>
        <w:ind w:left="360"/>
        <w:shd w:val="clear" w:color="auto" w:fill="F2F2F2"/>
      </w:pPr>
      <w:r>
        <w:rPr>
          <w:rFonts w:ascii="Consolas" w:hAnsi="Consolas"/>
          <w:sz w:val="18"/>
        </w:rPr>
        <w:t>def test_circle_with_mocked_pi():</w:t>
      </w:r>
    </w:p>
    <w:p>
      <w:pPr>
        <w:spacing w:after="0"/>
        <w:ind w:left="360"/>
        <w:shd w:val="clear" w:color="auto" w:fill="F2F2F2"/>
      </w:pPr>
      <w:r>
        <w:rPr>
          <w:rFonts w:ascii="Consolas" w:hAnsi="Consolas"/>
          <w:sz w:val="18"/>
        </w:rPr>
        <w:t xml:space="preserve">    result = calculate_area('CIRCLE', 2)</w:t>
      </w:r>
    </w:p>
    <w:p>
      <w:pPr>
        <w:spacing w:after="0"/>
        <w:ind w:left="360"/>
        <w:shd w:val="clear" w:color="auto" w:fill="F2F2F2"/>
      </w:pPr>
      <w:r>
        <w:rPr>
          <w:rFonts w:ascii="Consolas" w:hAnsi="Consolas"/>
          <w:sz w:val="18"/>
        </w:rPr>
        <w:t xml:space="preserve">    assert result == 12</w:t>
      </w:r>
    </w:p>
    <w:p>
      <w:pPr>
        <w:spacing w:after="0"/>
        <w:ind w:left="360"/>
        <w:shd w:val="clear" w:color="auto" w:fill="F2F2F2"/>
      </w:pPr>
      <w:r>
        <w:rPr>
          <w:rFonts w:ascii="Consolas" w:hAnsi="Consolas"/>
          <w:sz w:val="18"/>
        </w:rPr>
        <w:t>@mock.patch('external_code.dependencies.rectangle')</w:t>
      </w:r>
    </w:p>
    <w:p>
      <w:pPr>
        <w:spacing w:after="0"/>
        <w:ind w:left="360"/>
        <w:shd w:val="clear" w:color="auto" w:fill="F2F2F2"/>
      </w:pPr>
      <w:r>
        <w:rPr>
          <w:rFonts w:ascii="Consolas" w:hAnsi="Consolas"/>
          <w:sz w:val="18"/>
        </w:rPr>
        <w:t>def test_circle_with_mocked_rectangle(mocked_rectangle):</w:t>
      </w:r>
    </w:p>
    <w:p>
      <w:pPr>
        <w:spacing w:after="0"/>
        <w:ind w:left="360"/>
        <w:shd w:val="clear" w:color="auto" w:fill="F2F2F2"/>
      </w:pPr>
      <w:r>
        <w:rPr>
          <w:rFonts w:ascii="Consolas" w:hAnsi="Consolas"/>
          <w:sz w:val="18"/>
        </w:rPr>
        <w:t xml:space="preserve">    mocked_rectangle.return_value = 12</w:t>
      </w:r>
    </w:p>
    <w:p>
      <w:pPr>
        <w:spacing w:after="0"/>
        <w:ind w:left="360"/>
        <w:shd w:val="clear" w:color="auto" w:fill="F2F2F2"/>
      </w:pPr>
      <w:r>
        <w:rPr>
          <w:rFonts w:ascii="Consolas" w:hAnsi="Consolas"/>
          <w:sz w:val="18"/>
        </w:rPr>
        <w:t xml:space="preserve">    result = calculate_area('SQUARE', 2)</w:t>
      </w:r>
    </w:p>
    <w:p>
      <w:pPr>
        <w:spacing w:after="0"/>
        <w:ind w:left="360"/>
        <w:shd w:val="clear" w:color="auto" w:fill="F2F2F2"/>
      </w:pPr>
      <w:r>
        <w:rPr>
          <w:rFonts w:ascii="Consolas" w:hAnsi="Consolas"/>
          <w:sz w:val="18"/>
        </w:rPr>
        <w:t xml:space="preserve">    assert result == 12</w:t>
      </w:r>
    </w:p>
    <w:p>
      <w:pPr>
        <w:spacing w:after="0"/>
        <w:ind w:left="360"/>
        <w:shd w:val="clear" w:color="auto" w:fill="F2F2F2"/>
      </w:pPr>
      <w:r>
        <w:rPr>
          <w:rFonts w:ascii="Consolas" w:hAnsi="Consolas"/>
          <w:sz w:val="18"/>
        </w:rPr>
        <w:t xml:space="preserve">    mocked_rectangle.assert_called()</w:t>
      </w:r>
    </w:p>
    <w:p>
      <w:pPr>
        <w:spacing w:after="40"/>
      </w:pPr>
    </w:p>
    <w:p>
      <w:pPr>
        <w:spacing w:after="80"/>
      </w:pPr>
      <w:r>
        <w:rPr>
          <w:b w:val="0"/>
          <w:i w:val="0"/>
        </w:rPr>
        <w:t>Chạy pytest để chạy tệp kiểm thử:</w:t>
      </w:r>
    </w:p>
    <w:p>
      <w:pPr>
        <w:spacing w:after="0"/>
        <w:ind w:left="360"/>
        <w:shd w:val="clear" w:color="auto" w:fill="F2F2F2"/>
      </w:pPr>
      <w:r>
        <w:rPr>
          <w:rFonts w:ascii="Consolas" w:hAnsi="Consolas"/>
          <w:sz w:val="18"/>
        </w:rPr>
        <w:t>$ uv run pytest tests/test_dependencies.py</w:t>
      </w:r>
    </w:p>
    <w:p>
      <w:pPr>
        <w:spacing w:after="0"/>
        <w:ind w:left="360"/>
        <w:shd w:val="clear" w:color="auto" w:fill="F2F2F2"/>
      </w:pPr>
      <w:r>
        <w:rPr>
          <w:rFonts w:ascii="Consolas" w:hAnsi="Consolas"/>
          <w:sz w:val="18"/>
        </w:rPr>
        <w:t>======================= test session starts ======================</w:t>
      </w:r>
    </w:p>
    <w:p>
      <w:pPr>
        <w:spacing w:after="0"/>
        <w:ind w:left="360"/>
        <w:shd w:val="clear" w:color="auto" w:fill="F2F2F2"/>
      </w:pPr>
      <w:r>
        <w:rPr>
          <w:rFonts w:ascii="Consolas" w:hAnsi="Consolas"/>
          <w:sz w:val="18"/>
        </w:rPr>
        <w:t>platform darwin -- Python 3.14.4, pytest-9.0.3, pluggy-1.6.0</w:t>
      </w:r>
    </w:p>
    <w:p>
      <w:pPr>
        <w:spacing w:after="0"/>
        <w:ind w:left="360"/>
        <w:shd w:val="clear" w:color="auto" w:fill="F2F2F2"/>
      </w:pPr>
      <w:r>
        <w:rPr>
          <w:rFonts w:ascii="Consolas" w:hAnsi="Consolas"/>
          <w:sz w:val="18"/>
        </w:rPr>
        <w:t>rootdir: Python-Automation-Cookbook/ch15</w:t>
      </w:r>
    </w:p>
    <w:p>
      <w:pPr>
        <w:spacing w:after="0"/>
        <w:ind w:left="360"/>
        <w:shd w:val="clear" w:color="auto" w:fill="F2F2F2"/>
      </w:pPr>
      <w:r>
        <w:rPr>
          <w:rFonts w:ascii="Consolas" w:hAnsi="Consolas"/>
          <w:sz w:val="18"/>
        </w:rPr>
        <w:t>collected 5 items</w:t>
      </w:r>
    </w:p>
    <w:p>
      <w:pPr>
        <w:spacing w:after="0"/>
        <w:ind w:left="360"/>
        <w:shd w:val="clear" w:color="auto" w:fill="F2F2F2"/>
      </w:pPr>
      <w:r>
        <w:rPr>
          <w:rFonts w:ascii="Consolas" w:hAnsi="Consolas"/>
          <w:sz w:val="18"/>
        </w:rPr>
        <w:t>tests/test_dependencies.py .....                                   [100%]</w:t>
      </w:r>
    </w:p>
    <w:p>
      <w:pPr>
        <w:spacing w:after="0"/>
        <w:ind w:left="360"/>
        <w:shd w:val="clear" w:color="auto" w:fill="F2F2F2"/>
      </w:pPr>
      <w:r>
        <w:rPr>
          <w:rFonts w:ascii="Consolas" w:hAnsi="Consolas"/>
          <w:sz w:val="18"/>
        </w:rPr>
        <w:t>======================== 5 passed in 0.01s =======================</w:t>
      </w:r>
    </w:p>
    <w:p>
      <w:pPr>
        <w:spacing w:after="40"/>
      </w:pPr>
    </w:p>
    <w:p>
      <w:pPr>
        <w:pStyle w:val="Heading3"/>
      </w:pPr>
      <w:r>
        <w:rPr>
          <w:rFonts w:ascii="Calibri" w:hAnsi="Calibri"/>
          <w:b/>
          <w:i w:val="0"/>
          <w:sz w:val="26"/>
        </w:rPr>
        <w:t>Cách nó hoạt động...</w:t>
      </w:r>
    </w:p>
    <w:p>
      <w:pPr>
        <w:spacing w:after="80"/>
      </w:pPr>
      <w:r>
        <w:rPr>
          <w:b w:val="0"/>
          <w:i w:val="0"/>
        </w:rPr>
        <w:t xml:space="preserve">Nội dung của mô-đun mã được định nghĩa trong </w:t>
      </w:r>
      <w:r>
        <w:rPr>
          <w:b w:val="0"/>
          <w:i/>
        </w:rPr>
        <w:t xml:space="preserve"> bước 1 </w:t>
      </w:r>
      <w:r>
        <w:rPr>
          <w:b w:val="0"/>
          <w:i w:val="0"/>
        </w:rPr>
        <w:t xml:space="preserve"> . Tệp dependencies.py chứa các thành phần sau:</w:t>
      </w:r>
    </w:p>
    <w:p>
      <w:pPr>
        <w:spacing w:after="80"/>
        <w:ind w:left="360"/>
      </w:pPr>
      <w:r>
        <w:t xml:space="preserve">• </w:t>
      </w:r>
      <w:r>
        <w:rPr>
          <w:b w:val="0"/>
          <w:i w:val="0"/>
        </w:rPr>
        <w:t xml:space="preserve">Định nghĩa của biến </w:t>
      </w:r>
      <w:r>
        <w:rPr>
          <w:rFonts w:ascii="Consolas" w:hAnsi="Consolas"/>
          <w:b w:val="0"/>
          <w:i w:val="0"/>
          <w:sz w:val="20"/>
        </w:rPr>
        <w:br/>
        <w:br/>
        <w:t xml:space="preserve">       PI</w:t>
        <w:br/>
        <w:t xml:space="preserve">      </w:t>
        <w:br/>
      </w:r>
      <w:r>
        <w:rPr>
          <w:b w:val="0"/>
          <w:i w:val="0"/>
        </w:rPr>
        <w:t xml:space="preserve"> .</w:t>
      </w:r>
    </w:p>
    <w:p>
      <w:pPr>
        <w:spacing w:after="80"/>
        <w:ind w:left="360"/>
      </w:pPr>
      <w:r>
        <w:t xml:space="preserve">• </w:t>
      </w:r>
      <w:r>
        <w:rPr>
          <w:b w:val="0"/>
          <w:i w:val="0"/>
        </w:rPr>
        <w:t>Hai hàm nội bộ tính diện tích hình chữ nhật (dựa trên hai cạnh) và hình tròn (dựa trên bán kính)</w:t>
      </w:r>
    </w:p>
    <w:p>
      <w:pPr>
        <w:spacing w:after="80"/>
        <w:ind w:left="360"/>
      </w:pPr>
      <w:r>
        <w:t xml:space="preserve">• </w:t>
      </w:r>
      <w:r>
        <w:rPr>
          <w:b w:val="0"/>
          <w:i w:val="0"/>
        </w:rPr>
        <w:t xml:space="preserve">Hàm </w:t>
      </w:r>
      <w:r>
        <w:rPr>
          <w:rFonts w:ascii="Consolas" w:hAnsi="Consolas"/>
          <w:b w:val="0"/>
          <w:i w:val="0"/>
          <w:sz w:val="20"/>
        </w:rPr>
        <w:br/>
        <w:br/>
        <w:t xml:space="preserve">       calculate_area</w:t>
        <w:br/>
        <w:t xml:space="preserve">      </w:t>
        <w:br/>
      </w:r>
      <w:r>
        <w:rPr>
          <w:b w:val="0"/>
          <w:i w:val="0"/>
        </w:rPr>
        <w:t xml:space="preserve"> , nhận nhiều loại hình dạng khác nhau và chuyển yêu cầu đến đúng hàm nội bộ tương ứng. Ví dụ, nó hiểu rằng hình vuông là một loại hình chữ nhật có bốn cạnh bằng nhau.</w:t>
      </w:r>
    </w:p>
    <w:p>
      <w:pPr>
        <w:spacing w:after="80"/>
      </w:pPr>
      <w:r>
        <w:rPr>
          <w:b w:val="0"/>
          <w:i w:val="0"/>
        </w:rPr>
        <w:t xml:space="preserve">Trong </w:t>
      </w:r>
      <w:r>
        <w:rPr>
          <w:b w:val="0"/>
          <w:i/>
        </w:rPr>
        <w:t xml:space="preserve"> bước 3 </w:t>
      </w:r>
      <w:r>
        <w:rPr>
          <w:b w:val="0"/>
          <w:i w:val="0"/>
        </w:rPr>
        <w:t xml:space="preserve"> , tệp kiểm thử được định nghĩa. Hãy chú ý đến các câu lệnh import, cả mô-đun </w:t>
      </w:r>
      <w:r>
        <w:rPr>
          <w:rFonts w:ascii="Consolas" w:hAnsi="Consolas"/>
          <w:b w:val="0"/>
          <w:i w:val="0"/>
          <w:sz w:val="20"/>
        </w:rPr>
        <w:br/>
        <w:br/>
        <w:t xml:space="preserve">      mock</w:t>
        <w:br/>
        <w:t xml:space="preserve">     </w:t>
        <w:br/>
      </w:r>
      <w:r>
        <w:rPr>
          <w:b w:val="0"/>
          <w:i w:val="0"/>
        </w:rPr>
        <w:t xml:space="preserve"> và hàm cần kiểm thử:</w:t>
      </w:r>
    </w:p>
    <w:p>
      <w:pPr>
        <w:spacing w:after="0"/>
        <w:ind w:left="360"/>
        <w:shd w:val="clear" w:color="auto" w:fill="F2F2F2"/>
      </w:pPr>
      <w:r>
        <w:rPr>
          <w:rFonts w:ascii="Consolas" w:hAnsi="Consolas"/>
          <w:sz w:val="18"/>
        </w:rPr>
        <w:t>from unittest import mock</w:t>
      </w:r>
    </w:p>
    <w:p>
      <w:pPr>
        <w:spacing w:after="0"/>
        <w:ind w:left="360"/>
        <w:shd w:val="clear" w:color="auto" w:fill="F2F2F2"/>
      </w:pPr>
      <w:r>
        <w:rPr>
          <w:rFonts w:ascii="Consolas" w:hAnsi="Consolas"/>
          <w:sz w:val="18"/>
        </w:rPr>
        <w:t>from external_code.dependencies import calculate_area</w:t>
      </w:r>
    </w:p>
    <w:p>
      <w:pPr>
        <w:spacing w:after="40"/>
      </w:pPr>
    </w:p>
    <w:p>
      <w:pPr>
        <w:spacing w:after="80"/>
      </w:pPr>
      <w:r>
        <w:rPr>
          <w:b w:val="0"/>
          <w:i w:val="0"/>
        </w:rPr>
        <w:t xml:space="preserve">Ba bài kiểm thử đầu tiên ( </w:t>
      </w:r>
      <w:r>
        <w:rPr>
          <w:rFonts w:ascii="Consolas" w:hAnsi="Consolas"/>
          <w:b w:val="0"/>
          <w:i w:val="0"/>
          <w:sz w:val="20"/>
        </w:rPr>
        <w:br/>
        <w:br/>
        <w:t xml:space="preserve">      test_square</w:t>
        <w:br/>
        <w:t xml:space="preserve">     </w:t>
        <w:br/>
      </w:r>
      <w:r>
        <w:rPr>
          <w:b w:val="0"/>
          <w:i w:val="0"/>
        </w:rPr>
        <w:t xml:space="preserve"> , </w:t>
      </w:r>
      <w:r>
        <w:rPr>
          <w:rFonts w:ascii="Consolas" w:hAnsi="Consolas"/>
          <w:b w:val="0"/>
          <w:i w:val="0"/>
          <w:sz w:val="20"/>
        </w:rPr>
        <w:br/>
        <w:br/>
        <w:t xml:space="preserve">      test_rectangle</w:t>
        <w:br/>
        <w:t xml:space="preserve">     </w:t>
        <w:br/>
      </w:r>
      <w:r>
        <w:rPr>
          <w:b w:val="0"/>
          <w:i w:val="0"/>
        </w:rPr>
        <w:t xml:space="preserve"> , và </w:t>
      </w:r>
      <w:r>
        <w:rPr>
          <w:rFonts w:ascii="Consolas" w:hAnsi="Consolas"/>
          <w:b w:val="0"/>
          <w:i w:val="0"/>
          <w:sz w:val="20"/>
        </w:rPr>
        <w:br/>
        <w:br/>
        <w:t xml:space="preserve">      test_circle_with_proper_pi</w:t>
        <w:br/>
        <w:t xml:space="preserve">     </w:t>
        <w:br/>
      </w:r>
      <w:r>
        <w:rPr>
          <w:b w:val="0"/>
          <w:i w:val="0"/>
        </w:rPr>
        <w:t xml:space="preserve"> ) khá đơn giản.</w:t>
      </w:r>
    </w:p>
    <w:p>
      <w:pPr>
        <w:spacing w:after="80"/>
      </w:pPr>
      <w:r>
        <w:rPr>
          <w:b w:val="0"/>
          <w:i w:val="0"/>
        </w:rPr>
        <w:t xml:space="preserve">Bài kiểm thử </w:t>
      </w:r>
      <w:r>
        <w:rPr>
          <w:rFonts w:ascii="Consolas" w:hAnsi="Consolas"/>
          <w:b w:val="0"/>
          <w:i w:val="0"/>
          <w:sz w:val="20"/>
        </w:rPr>
        <w:br/>
        <w:br/>
        <w:t xml:space="preserve">      test_circle_with_mocked_pi</w:t>
        <w:br/>
        <w:t xml:space="preserve">     </w:t>
        <w:br/>
      </w:r>
      <w:r>
        <w:rPr>
          <w:b w:val="0"/>
          <w:i w:val="0"/>
        </w:rPr>
        <w:t xml:space="preserve"> sử dụng decorator </w:t>
      </w:r>
      <w:r>
        <w:rPr>
          <w:rFonts w:ascii="Consolas" w:hAnsi="Consolas"/>
          <w:b w:val="0"/>
          <w:i w:val="0"/>
          <w:sz w:val="20"/>
        </w:rPr>
        <w:br/>
        <w:br/>
        <w:t xml:space="preserve">      mock.patch</w:t>
        <w:br/>
        <w:t xml:space="preserve">     </w:t>
        <w:br/>
      </w:r>
      <w:r>
        <w:rPr>
          <w:b w:val="0"/>
          <w:i w:val="0"/>
        </w:rPr>
        <w:t xml:space="preserve"> để thay thế biến </w:t>
      </w:r>
      <w:r>
        <w:rPr>
          <w:rFonts w:ascii="Consolas" w:hAnsi="Consolas"/>
          <w:b w:val="0"/>
          <w:i w:val="0"/>
          <w:sz w:val="20"/>
        </w:rPr>
        <w:br/>
        <w:br/>
        <w:t xml:space="preserve">      PI</w:t>
        <w:br/>
        <w:t xml:space="preserve">     </w:t>
        <w:br/>
      </w:r>
      <w:r>
        <w:rPr>
          <w:b w:val="0"/>
          <w:i w:val="0"/>
        </w:rPr>
        <w:t xml:space="preserve"> bằng 3 trong mô-đun </w:t>
      </w:r>
      <w:r>
        <w:rPr>
          <w:rFonts w:ascii="Consolas" w:hAnsi="Consolas"/>
          <w:b w:val="0"/>
          <w:i w:val="0"/>
          <w:sz w:val="20"/>
        </w:rPr>
        <w:br/>
        <w:br/>
        <w:t xml:space="preserve">      external_code.dependencies</w:t>
        <w:br/>
        <w:t xml:space="preserve">     </w:t>
        <w:br/>
      </w:r>
      <w:r>
        <w:rPr>
          <w:b w:val="0"/>
          <w:i w:val="0"/>
        </w:rPr>
        <w:t xml:space="preserve"> :</w:t>
      </w:r>
    </w:p>
    <w:p>
      <w:pPr>
        <w:spacing w:after="0"/>
        <w:ind w:left="360"/>
        <w:shd w:val="clear" w:color="auto" w:fill="F2F2F2"/>
      </w:pPr>
      <w:r>
        <w:rPr>
          <w:rFonts w:ascii="Consolas" w:hAnsi="Consolas"/>
          <w:sz w:val="18"/>
        </w:rPr>
        <w:t>@mock.patch('external_code.dependencies.PI', 3)</w:t>
      </w:r>
    </w:p>
    <w:p>
      <w:pPr>
        <w:spacing w:after="0"/>
        <w:ind w:left="360"/>
        <w:shd w:val="clear" w:color="auto" w:fill="F2F2F2"/>
      </w:pPr>
      <w:r>
        <w:rPr>
          <w:rFonts w:ascii="Consolas" w:hAnsi="Consolas"/>
          <w:sz w:val="18"/>
        </w:rPr>
        <w:t>def test_circle_with_mocked_pi():</w:t>
      </w:r>
    </w:p>
    <w:p>
      <w:pPr>
        <w:spacing w:after="0"/>
        <w:ind w:left="360"/>
        <w:shd w:val="clear" w:color="auto" w:fill="F2F2F2"/>
      </w:pPr>
      <w:r>
        <w:rPr>
          <w:rFonts w:ascii="Consolas" w:hAnsi="Consolas"/>
          <w:sz w:val="18"/>
        </w:rPr>
        <w:t xml:space="preserve">    result = calculate_area('CIRCLE', 2)</w:t>
      </w:r>
    </w:p>
    <w:p>
      <w:pPr>
        <w:spacing w:after="0"/>
        <w:ind w:left="360"/>
        <w:shd w:val="clear" w:color="auto" w:fill="F2F2F2"/>
      </w:pPr>
      <w:r>
        <w:rPr>
          <w:rFonts w:ascii="Consolas" w:hAnsi="Consolas"/>
          <w:sz w:val="18"/>
        </w:rPr>
        <w:t xml:space="preserve">    assert result == 12</w:t>
      </w:r>
    </w:p>
    <w:p>
      <w:pPr>
        <w:spacing w:after="40"/>
      </w:pPr>
    </w:p>
    <w:p>
      <w:pPr>
        <w:spacing w:after="80"/>
      </w:pPr>
      <w:r>
        <w:rPr>
          <w:b w:val="0"/>
          <w:i w:val="0"/>
        </w:rPr>
        <w:t xml:space="preserve">Điều này thay đổi hằng số </w:t>
      </w:r>
      <w:r>
        <w:rPr>
          <w:rFonts w:ascii="Consolas" w:hAnsi="Consolas"/>
          <w:b w:val="0"/>
          <w:i w:val="0"/>
          <w:sz w:val="20"/>
        </w:rPr>
        <w:br/>
        <w:br/>
        <w:t xml:space="preserve">      PI</w:t>
        <w:br/>
        <w:t xml:space="preserve">     </w:t>
        <w:br/>
      </w:r>
      <w:r>
        <w:rPr>
          <w:b w:val="0"/>
          <w:i w:val="0"/>
        </w:rPr>
        <w:t xml:space="preserve"> trong khi bài kiểm thử đang chạy, ảnh hưởng đến kết quả. Khi bài kiểm thử hoàn tất, mock bị vô hiệu hóa và biến lại được đặt về giá trị đã định nghĩa trước đó.</w:t>
      </w:r>
    </w:p>
    <w:p>
      <w:pPr>
        <w:spacing w:after="80"/>
      </w:pPr>
      <w:r>
        <w:rPr>
          <w:b w:val="0"/>
          <w:i w:val="0"/>
        </w:rPr>
        <w:t xml:space="preserve">Bài kiểm thử </w:t>
      </w:r>
      <w:r>
        <w:rPr>
          <w:rFonts w:ascii="Consolas" w:hAnsi="Consolas"/>
          <w:b w:val="0"/>
          <w:i w:val="0"/>
          <w:sz w:val="20"/>
        </w:rPr>
        <w:br/>
        <w:br/>
        <w:t xml:space="preserve">      test test_circle_with_mocked_rectangle</w:t>
        <w:br/>
        <w:t xml:space="preserve">     </w:t>
        <w:br/>
      </w:r>
      <w:r>
        <w:rPr>
          <w:b w:val="0"/>
          <w:i w:val="0"/>
        </w:rPr>
        <w:t xml:space="preserve"> mock hàm hình chữ nhật. Vì giá trị thay thế không được định nghĩa trong decorator, nó được truyền như một tham số cho hàm </w:t>
      </w:r>
      <w:r>
        <w:rPr>
          <w:rFonts w:ascii="Consolas" w:hAnsi="Consolas"/>
          <w:b w:val="0"/>
          <w:i w:val="0"/>
          <w:sz w:val="20"/>
        </w:rPr>
        <w:br/>
        <w:br/>
        <w:t xml:space="preserve">      mocked_rectangle</w:t>
        <w:br/>
        <w:t xml:space="preserve">     </w:t>
        <w:br/>
      </w:r>
      <w:r>
        <w:rPr>
          <w:b w:val="0"/>
          <w:i w:val="0"/>
        </w:rPr>
        <w:t xml:space="preserve"> :</w:t>
      </w:r>
    </w:p>
    <w:p>
      <w:pPr>
        <w:spacing w:after="0"/>
        <w:ind w:left="360"/>
        <w:shd w:val="clear" w:color="auto" w:fill="F2F2F2"/>
      </w:pPr>
      <w:r>
        <w:rPr>
          <w:rFonts w:ascii="Consolas" w:hAnsi="Consolas"/>
          <w:sz w:val="18"/>
        </w:rPr>
        <w:t>@mock.patch('external_code.dependencies.rectangle')</w:t>
      </w:r>
    </w:p>
    <w:p>
      <w:pPr>
        <w:spacing w:after="0"/>
        <w:ind w:left="360"/>
        <w:shd w:val="clear" w:color="auto" w:fill="F2F2F2"/>
      </w:pPr>
      <w:r>
        <w:rPr>
          <w:rFonts w:ascii="Consolas" w:hAnsi="Consolas"/>
          <w:sz w:val="18"/>
        </w:rPr>
        <w:t>def test_circle_with_mocked_rectangle(mocked_rectangle):</w:t>
      </w:r>
    </w:p>
    <w:p>
      <w:pPr>
        <w:spacing w:after="0"/>
        <w:ind w:left="360"/>
        <w:shd w:val="clear" w:color="auto" w:fill="F2F2F2"/>
      </w:pPr>
      <w:r>
        <w:rPr>
          <w:rFonts w:ascii="Consolas" w:hAnsi="Consolas"/>
          <w:sz w:val="18"/>
        </w:rPr>
        <w:t xml:space="preserve">    mocked_rectangle.return_value = 12</w:t>
      </w:r>
    </w:p>
    <w:p>
      <w:pPr>
        <w:spacing w:after="0"/>
        <w:ind w:left="360"/>
        <w:shd w:val="clear" w:color="auto" w:fill="F2F2F2"/>
      </w:pPr>
      <w:r>
        <w:rPr>
          <w:rFonts w:ascii="Consolas" w:hAnsi="Consolas"/>
          <w:sz w:val="18"/>
        </w:rPr>
        <w:t xml:space="preserve">    result = calculate_area('SQUARE', 2)</w:t>
      </w:r>
    </w:p>
    <w:p>
      <w:pPr>
        <w:spacing w:after="0"/>
        <w:ind w:left="360"/>
        <w:shd w:val="clear" w:color="auto" w:fill="F2F2F2"/>
      </w:pPr>
      <w:r>
        <w:rPr>
          <w:rFonts w:ascii="Consolas" w:hAnsi="Consolas"/>
          <w:sz w:val="18"/>
        </w:rPr>
        <w:t xml:space="preserve">    assert result == 12</w:t>
      </w:r>
    </w:p>
    <w:p>
      <w:pPr>
        <w:spacing w:after="0"/>
        <w:ind w:left="360"/>
        <w:shd w:val="clear" w:color="auto" w:fill="F2F2F2"/>
      </w:pPr>
      <w:r>
        <w:rPr>
          <w:rFonts w:ascii="Consolas" w:hAnsi="Consolas"/>
          <w:sz w:val="18"/>
        </w:rPr>
        <w:t xml:space="preserve">    mocked_rectangle.assert_called()</w:t>
      </w:r>
    </w:p>
    <w:p>
      <w:pPr>
        <w:spacing w:after="40"/>
      </w:pPr>
    </w:p>
    <w:p>
      <w:pPr>
        <w:spacing w:after="80"/>
      </w:pPr>
      <w:r>
        <w:rPr>
          <w:b w:val="0"/>
          <w:i w:val="0"/>
        </w:rPr>
        <w:t xml:space="preserve">Trong quá trình kiểm thử, hàm được thay thế bằng một đối tượng </w:t>
      </w:r>
      <w:r>
        <w:rPr>
          <w:rFonts w:ascii="Consolas" w:hAnsi="Consolas"/>
          <w:b w:val="0"/>
          <w:i w:val="0"/>
          <w:sz w:val="20"/>
        </w:rPr>
        <w:br/>
        <w:br/>
        <w:t xml:space="preserve">      MagicMock</w:t>
        <w:br/>
        <w:t xml:space="preserve">     </w:t>
        <w:br/>
      </w:r>
      <w:r>
        <w:rPr>
          <w:b w:val="0"/>
          <w:i w:val="0"/>
        </w:rPr>
        <w:t xml:space="preserve"> . Để chỉ định giá trị được trả về khi đối tượng này được gọi như một hàm, hãy dùng thuộc tính </w:t>
      </w:r>
      <w:r>
        <w:rPr>
          <w:rFonts w:ascii="Consolas" w:hAnsi="Consolas"/>
          <w:b w:val="0"/>
          <w:i w:val="0"/>
          <w:sz w:val="20"/>
        </w:rPr>
        <w:br/>
        <w:br/>
        <w:t xml:space="preserve">      attribute .return_value</w:t>
        <w:br/>
        <w:t xml:space="preserve">     </w:t>
        <w:br/>
      </w:r>
      <w:r>
        <w:rPr>
          <w:b w:val="0"/>
          <w:i w:val="0"/>
        </w:rPr>
        <w:t xml:space="preserve"> . Như chúng ta thấy trong kết quả, nó thay thế việc tính diện tích. Mock cũng có thể được kiểm tra xem nó đã được gọi hay chưa bằng </w:t>
      </w:r>
      <w:r>
        <w:rPr>
          <w:rFonts w:ascii="Consolas" w:hAnsi="Consolas"/>
          <w:b w:val="0"/>
          <w:i w:val="0"/>
          <w:sz w:val="20"/>
        </w:rPr>
        <w:br/>
        <w:br/>
        <w:t xml:space="preserve">      .assert_called()</w:t>
        <w:br/>
        <w:t xml:space="preserve">     </w:t>
        <w:br/>
      </w:r>
      <w:r>
        <w:rPr>
          <w:b w:val="0"/>
          <w:i w:val="0"/>
        </w:rPr>
        <w:t xml:space="preserve"> .</w:t>
      </w:r>
    </w:p>
    <w:p>
      <w:pPr>
        <w:spacing w:after="80"/>
      </w:pPr>
      <w:r>
        <w:rPr>
          <w:b/>
          <w:i w:val="0"/>
        </w:rPr>
        <w:t>Lưu ý</w:t>
      </w:r>
    </w:p>
    <w:p>
      <w:pPr>
        <w:spacing w:after="80"/>
      </w:pPr>
      <w:r>
        <w:rPr>
          <w:b w:val="0"/>
          <w:i w:val="0"/>
        </w:rPr>
        <w:t xml:space="preserve">Nếu mock được kiểm tra bằng </w:t>
      </w:r>
      <w:r>
        <w:rPr>
          <w:rFonts w:ascii="Consolas" w:hAnsi="Consolas"/>
          <w:b w:val="0"/>
          <w:i w:val="0"/>
          <w:sz w:val="20"/>
        </w:rPr>
        <w:br/>
        <w:br/>
        <w:t xml:space="preserve">       .assert_called()</w:t>
        <w:br/>
        <w:t xml:space="preserve">      </w:t>
        <w:br/>
      </w:r>
      <w:r>
        <w:rPr>
          <w:b w:val="0"/>
          <w:i w:val="0"/>
        </w:rPr>
        <w:t xml:space="preserve"> chưa được gọi, nó sẽ ném ra một </w:t>
      </w:r>
      <w:r>
        <w:rPr>
          <w:rFonts w:ascii="Consolas" w:hAnsi="Consolas"/>
          <w:b w:val="0"/>
          <w:i w:val="0"/>
          <w:sz w:val="20"/>
        </w:rPr>
        <w:br/>
        <w:br/>
        <w:t xml:space="preserve">       AssertionError</w:t>
        <w:br/>
        <w:t xml:space="preserve">      </w:t>
        <w:br/>
      </w:r>
      <w:r>
        <w:rPr>
          <w:b w:val="0"/>
          <w:i w:val="0"/>
        </w:rPr>
        <w:t xml:space="preserve"> .</w:t>
      </w:r>
    </w:p>
    <w:p>
      <w:pPr>
        <w:spacing w:after="80"/>
      </w:pPr>
      <w:r>
        <w:rPr>
          <w:b w:val="0"/>
          <w:i w:val="0"/>
        </w:rPr>
        <w:t>Trong bước 4, các bài kiểm thử được gọi để xem tất cả các bài kiểm thử có hoạt động như mong đợi không.</w:t>
      </w:r>
    </w:p>
    <w:p>
      <w:pPr>
        <w:pStyle w:val="Heading3"/>
      </w:pPr>
      <w:r>
        <w:rPr>
          <w:rFonts w:ascii="Calibri" w:hAnsi="Calibri"/>
          <w:b/>
          <w:i w:val="0"/>
          <w:sz w:val="26"/>
        </w:rPr>
        <w:t>Còn nhiều điều nữa...</w:t>
      </w:r>
    </w:p>
    <w:p>
      <w:pPr>
        <w:spacing w:after="80"/>
      </w:pPr>
      <w:r>
        <w:rPr>
          <w:b w:val="0"/>
          <w:i w:val="0"/>
        </w:rPr>
        <w:t>Mock rất linh hoạt, và có nhiều cách khác nhau để kiểm tra xem chúng đã được gọi hay chưa và như thế nào. Một vài khả năng được liệt kê ở đây:</w:t>
      </w:r>
    </w:p>
    <w:p>
      <w:pPr>
        <w:spacing w:after="80"/>
        <w:ind w:left="360"/>
      </w:pPr>
      <w:r>
        <w:t xml:space="preserve">• </w:t>
      </w:r>
      <w:r>
        <w:rPr>
          <w:rFonts w:ascii="Consolas" w:hAnsi="Consolas"/>
          <w:b w:val="0"/>
          <w:i w:val="0"/>
          <w:sz w:val="20"/>
        </w:rPr>
        <w:br/>
        <w:br/>
        <w:t xml:space="preserve">       .assert_called_once()</w:t>
        <w:br/>
        <w:t xml:space="preserve">      </w:t>
        <w:br/>
      </w:r>
      <w:r>
        <w:rPr>
          <w:b w:val="0"/>
          <w:i w:val="0"/>
        </w:rPr>
        <w:t xml:space="preserve"> : Báo lỗi nếu không được gọi hoặc được gọi nhiều hơn một lần.</w:t>
      </w:r>
    </w:p>
    <w:p>
      <w:pPr>
        <w:spacing w:after="80"/>
        <w:ind w:left="360"/>
      </w:pPr>
      <w:r>
        <w:t xml:space="preserve">• </w:t>
      </w:r>
      <w:r>
        <w:rPr>
          <w:rFonts w:ascii="Consolas" w:hAnsi="Consolas"/>
          <w:b w:val="0"/>
          <w:i w:val="0"/>
          <w:sz w:val="20"/>
        </w:rPr>
        <w:br/>
        <w:br/>
        <w:t xml:space="preserve">       .assert_called_with(args)</w:t>
        <w:br/>
        <w:t xml:space="preserve">      </w:t>
        <w:br/>
      </w:r>
      <w:r>
        <w:rPr>
          <w:b w:val="0"/>
          <w:i w:val="0"/>
        </w:rPr>
        <w:t xml:space="preserve"> : Báo lỗi nếu không được gọi hoặc được gọi với các đối số khác. Các đối số sẽ được kiểm tra dựa trên lần gọi cuối cùng của mock.</w:t>
      </w:r>
    </w:p>
    <w:p>
      <w:pPr>
        <w:spacing w:after="80"/>
        <w:ind w:left="360"/>
      </w:pPr>
      <w:r>
        <w:t xml:space="preserve">• </w:t>
      </w:r>
      <w:r>
        <w:rPr>
          <w:rFonts w:ascii="Consolas" w:hAnsi="Consolas"/>
          <w:b w:val="0"/>
          <w:i w:val="0"/>
          <w:sz w:val="20"/>
        </w:rPr>
        <w:br/>
        <w:br/>
        <w:t xml:space="preserve">       .call_count</w:t>
        <w:br/>
        <w:t xml:space="preserve">      </w:t>
        <w:br/>
      </w:r>
      <w:r>
        <w:rPr>
          <w:b w:val="0"/>
          <w:i w:val="0"/>
        </w:rPr>
        <w:t xml:space="preserve"> : Đếm số lần nó đã được gọi.</w:t>
      </w:r>
    </w:p>
    <w:p>
      <w:pPr>
        <w:spacing w:after="80"/>
      </w:pPr>
      <w:r>
        <w:rPr>
          <w:b w:val="0"/>
          <w:i w:val="0"/>
        </w:rPr>
        <w:t xml:space="preserve">Một đối tượng </w:t>
      </w:r>
      <w:r>
        <w:rPr>
          <w:rFonts w:ascii="Consolas" w:hAnsi="Consolas"/>
          <w:b w:val="0"/>
          <w:i w:val="0"/>
          <w:sz w:val="20"/>
        </w:rPr>
        <w:br/>
        <w:br/>
        <w:t xml:space="preserve">      Mock</w:t>
        <w:br/>
        <w:t xml:space="preserve">     </w:t>
        <w:br/>
      </w:r>
      <w:r>
        <w:rPr>
          <w:b w:val="0"/>
          <w:i w:val="0"/>
        </w:rPr>
        <w:t xml:space="preserve"> sẽ tự động tạo một </w:t>
      </w:r>
      <w:r>
        <w:rPr>
          <w:rFonts w:ascii="Consolas" w:hAnsi="Consolas"/>
          <w:b w:val="0"/>
          <w:i w:val="0"/>
          <w:sz w:val="20"/>
        </w:rPr>
        <w:br/>
        <w:br/>
        <w:t xml:space="preserve">      mock</w:t>
        <w:br/>
        <w:t xml:space="preserve">     </w:t>
        <w:br/>
      </w:r>
      <w:r>
        <w:rPr>
          <w:b w:val="0"/>
          <w:i w:val="0"/>
        </w:rPr>
        <w:t xml:space="preserve"> khác nếu bất kỳ thuộc tính nào được truy cập hoặc gọi. Ví dụ:</w:t>
      </w:r>
    </w:p>
    <w:p>
      <w:pPr>
        <w:spacing w:after="0"/>
        <w:ind w:left="360"/>
        <w:shd w:val="clear" w:color="auto" w:fill="F2F2F2"/>
      </w:pPr>
      <w:r>
        <w:rPr>
          <w:rFonts w:ascii="Consolas" w:hAnsi="Consolas"/>
          <w:sz w:val="18"/>
        </w:rPr>
        <w:t>&gt;&gt;&gt; from unittest.mock import Mock</w:t>
      </w:r>
    </w:p>
    <w:p>
      <w:pPr>
        <w:spacing w:after="0"/>
        <w:ind w:left="360"/>
        <w:shd w:val="clear" w:color="auto" w:fill="F2F2F2"/>
      </w:pPr>
      <w:r>
        <w:rPr>
          <w:rFonts w:ascii="Consolas" w:hAnsi="Consolas"/>
          <w:sz w:val="18"/>
        </w:rPr>
        <w:t>&gt;&gt;&gt; mock = Mock()</w:t>
      </w:r>
    </w:p>
    <w:p>
      <w:pPr>
        <w:spacing w:after="0"/>
        <w:ind w:left="360"/>
        <w:shd w:val="clear" w:color="auto" w:fill="F2F2F2"/>
      </w:pPr>
      <w:r>
        <w:rPr>
          <w:rFonts w:ascii="Consolas" w:hAnsi="Consolas"/>
          <w:sz w:val="18"/>
        </w:rPr>
        <w:t>&gt;&gt;&gt; mock.attribute</w:t>
      </w:r>
    </w:p>
    <w:p>
      <w:pPr>
        <w:spacing w:after="0"/>
        <w:ind w:left="360"/>
        <w:shd w:val="clear" w:color="auto" w:fill="F2F2F2"/>
      </w:pPr>
      <w:r>
        <w:rPr>
          <w:rFonts w:ascii="Consolas" w:hAnsi="Consolas"/>
          <w:sz w:val="18"/>
        </w:rPr>
        <w:t>&lt;Mock name='mock.attribute' id='4337292000'&gt;</w:t>
      </w:r>
    </w:p>
    <w:p>
      <w:pPr>
        <w:spacing w:after="0"/>
        <w:ind w:left="360"/>
        <w:shd w:val="clear" w:color="auto" w:fill="F2F2F2"/>
      </w:pPr>
      <w:r>
        <w:rPr>
          <w:rFonts w:ascii="Consolas" w:hAnsi="Consolas"/>
          <w:sz w:val="18"/>
        </w:rPr>
        <w:t>&gt;&gt;&gt; mock.other_attribute</w:t>
      </w:r>
    </w:p>
    <w:p>
      <w:pPr>
        <w:spacing w:after="0"/>
        <w:ind w:left="360"/>
        <w:shd w:val="clear" w:color="auto" w:fill="F2F2F2"/>
      </w:pPr>
      <w:r>
        <w:rPr>
          <w:rFonts w:ascii="Consolas" w:hAnsi="Consolas"/>
          <w:sz w:val="18"/>
        </w:rPr>
        <w:t>&lt;Mock name='mock.other_attribute' id='4337292144'&gt;</w:t>
      </w:r>
    </w:p>
    <w:p>
      <w:pPr>
        <w:spacing w:after="0"/>
        <w:ind w:left="360"/>
        <w:shd w:val="clear" w:color="auto" w:fill="F2F2F2"/>
      </w:pPr>
      <w:r>
        <w:rPr>
          <w:rFonts w:ascii="Consolas" w:hAnsi="Consolas"/>
          <w:sz w:val="18"/>
        </w:rPr>
        <w:t>&gt;&gt;&gt; mock.other_attribute()</w:t>
      </w:r>
    </w:p>
    <w:p>
      <w:pPr>
        <w:spacing w:after="0"/>
        <w:ind w:left="360"/>
        <w:shd w:val="clear" w:color="auto" w:fill="F2F2F2"/>
      </w:pPr>
      <w:r>
        <w:rPr>
          <w:rFonts w:ascii="Consolas" w:hAnsi="Consolas"/>
          <w:sz w:val="18"/>
        </w:rPr>
        <w:t>&lt;Mock name='mock.other_attribute()' id='4337353728'&gt;</w:t>
      </w:r>
    </w:p>
    <w:p>
      <w:pPr>
        <w:spacing w:after="40"/>
      </w:pPr>
    </w:p>
    <w:p>
      <w:pPr>
        <w:spacing w:after="80"/>
      </w:pPr>
      <w:r>
        <w:rPr>
          <w:b w:val="0"/>
          <w:i w:val="0"/>
        </w:rPr>
        <w:t>Điều này có nghĩa là mock có một API linh hoạt, dễ dàng thích ứng với hầu hết các lệnh gọi của một mô-đun.</w:t>
      </w:r>
    </w:p>
    <w:p>
      <w:pPr>
        <w:spacing w:after="80"/>
      </w:pPr>
      <w:r>
        <w:rPr>
          <w:b w:val="0"/>
          <w:i w:val="0"/>
        </w:rPr>
        <w:t>Trong ví dụ của chúng ta, chúng ta đã mock một hàm và một hằng số trong code của mình, nhưng bạn cũng có thể mock bất kỳ thư viện nào, dù là trong thư viện chuẩn của Python hay bất kỳ gói đã cài đặt nào khác.</w:t>
      </w:r>
    </w:p>
    <w:p>
      <w:pPr>
        <w:spacing w:after="80"/>
      </w:pPr>
      <w:r>
        <w:rPr>
          <w:b/>
          <w:i w:val="0"/>
        </w:rPr>
        <w:t>Lưu ý</w:t>
      </w:r>
    </w:p>
    <w:p>
      <w:pPr>
        <w:spacing w:after="80"/>
      </w:pPr>
      <w:r>
        <w:rPr>
          <w:b w:val="0"/>
          <w:i w:val="0"/>
        </w:rPr>
        <w:t xml:space="preserve">Hãy nhớ rằng bạn cần mock ở đúng đường dẫn. Bạn cần mock đối tượng tại nơi nó được import đến, chứ không phải nơi nó được định nghĩa ban đầu. Ví dụ, nếu bạn đang import </w:t>
      </w:r>
      <w:r>
        <w:rPr>
          <w:rFonts w:ascii="Consolas" w:hAnsi="Consolas"/>
          <w:b w:val="0"/>
          <w:i w:val="0"/>
          <w:sz w:val="20"/>
        </w:rPr>
        <w:br/>
        <w:br/>
        <w:t xml:space="preserve">       from extpck import extfunction</w:t>
        <w:br/>
        <w:t xml:space="preserve">      </w:t>
        <w:br/>
      </w:r>
      <w:r>
        <w:rPr>
          <w:b w:val="0"/>
          <w:i w:val="0"/>
        </w:rPr>
        <w:t xml:space="preserve"> vào gói </w:t>
      </w:r>
      <w:r>
        <w:rPr>
          <w:rFonts w:ascii="Consolas" w:hAnsi="Consolas"/>
          <w:b w:val="0"/>
          <w:i w:val="0"/>
          <w:sz w:val="20"/>
        </w:rPr>
        <w:br/>
        <w:br/>
        <w:t xml:space="preserve">       external_code.module</w:t>
        <w:br/>
        <w:t xml:space="preserve">      </w:t>
        <w:br/>
      </w:r>
      <w:r>
        <w:rPr>
          <w:b w:val="0"/>
          <w:i w:val="0"/>
        </w:rPr>
        <w:t xml:space="preserve"> của bạn, bạn cần mock nó như sau:</w:t>
      </w:r>
    </w:p>
    <w:p>
      <w:pPr>
        <w:spacing w:after="0"/>
        <w:ind w:left="360"/>
        <w:shd w:val="clear" w:color="auto" w:fill="F2F2F2"/>
      </w:pPr>
      <w:r>
        <w:rPr>
          <w:rFonts w:ascii="Consolas" w:hAnsi="Consolas"/>
          <w:sz w:val="18"/>
        </w:rPr>
        <w:t>@mock.patch('external_code.module.extfunction')</w:t>
      </w:r>
    </w:p>
    <w:p>
      <w:pPr>
        <w:spacing w:after="40"/>
      </w:pPr>
    </w:p>
    <w:p>
      <w:pPr>
        <w:spacing w:after="80"/>
      </w:pPr>
      <w:r>
        <w:rPr>
          <w:b w:val="0"/>
          <w:i w:val="0"/>
        </w:rPr>
        <w:t xml:space="preserve">Đây là một lỗi dễ mắc phải, ngay cả với những người dùng mock dày dạn kinh nghiệm. Hãy nhớ rằng bạn cần mock </w:t>
      </w:r>
      <w:r>
        <w:rPr>
          <w:b w:val="0"/>
          <w:i/>
        </w:rPr>
        <w:t xml:space="preserve"> tại nơi nó được sử dụng, chứ không phải nơi nó được định nghĩa </w:t>
      </w:r>
      <w:r>
        <w:rPr>
          <w:b w:val="0"/>
          <w:i w:val="0"/>
        </w:rPr>
        <w:t xml:space="preserve"> .</w:t>
      </w:r>
    </w:p>
    <w:p>
      <w:pPr>
        <w:spacing w:after="80"/>
      </w:pPr>
      <w:r>
        <w:rPr>
          <w:b w:val="0"/>
          <w:i w:val="0"/>
        </w:rPr>
        <w:t xml:space="preserve">Nếu bạn cần raise một exception khi một mock được gọi, bạn có thể làm điều đó bằng cách sử dụng thuộc tính </w:t>
      </w:r>
      <w:r>
        <w:rPr>
          <w:rFonts w:ascii="Consolas" w:hAnsi="Consolas"/>
          <w:b w:val="0"/>
          <w:i w:val="0"/>
          <w:sz w:val="20"/>
        </w:rPr>
        <w:br/>
        <w:br/>
        <w:t xml:space="preserve">      .side_effect</w:t>
        <w:br/>
        <w:t xml:space="preserve">     </w:t>
        <w:br/>
      </w:r>
      <w:r>
        <w:rPr>
          <w:b w:val="0"/>
          <w:i w:val="0"/>
        </w:rPr>
        <w:t xml:space="preserve"> . Điều này rất hữu ích để kiểm thử các điều kiện lỗi trong các thư viện bên ngoài và đảm bảo code của bạn có thể xử lý chúng một cách chính xác:</w:t>
      </w:r>
    </w:p>
    <w:p>
      <w:pPr>
        <w:spacing w:after="0"/>
        <w:ind w:left="360"/>
        <w:shd w:val="clear" w:color="auto" w:fill="F2F2F2"/>
      </w:pPr>
      <w:r>
        <w:rPr>
          <w:rFonts w:ascii="Consolas" w:hAnsi="Consolas"/>
          <w:sz w:val="18"/>
        </w:rPr>
        <w:t>&gt;&gt;&gt; from unittest.mock import Mock</w:t>
      </w:r>
    </w:p>
    <w:p>
      <w:pPr>
        <w:spacing w:after="0"/>
        <w:ind w:left="360"/>
        <w:shd w:val="clear" w:color="auto" w:fill="F2F2F2"/>
      </w:pPr>
      <w:r>
        <w:rPr>
          <w:rFonts w:ascii="Consolas" w:hAnsi="Consolas"/>
          <w:sz w:val="18"/>
        </w:rPr>
        <w:t>&gt;&gt;&gt; mock = Mock()</w:t>
      </w:r>
    </w:p>
    <w:p>
      <w:pPr>
        <w:spacing w:after="0"/>
        <w:ind w:left="360"/>
        <w:shd w:val="clear" w:color="auto" w:fill="F2F2F2"/>
      </w:pPr>
      <w:r>
        <w:rPr>
          <w:rFonts w:ascii="Consolas" w:hAnsi="Consolas"/>
          <w:sz w:val="18"/>
        </w:rPr>
        <w:t>&gt;&gt;&gt; mock.side_effect = Exception('Custom error')</w:t>
      </w:r>
    </w:p>
    <w:p>
      <w:pPr>
        <w:spacing w:after="0"/>
        <w:ind w:left="360"/>
        <w:shd w:val="clear" w:color="auto" w:fill="F2F2F2"/>
      </w:pPr>
      <w:r>
        <w:rPr>
          <w:rFonts w:ascii="Consolas" w:hAnsi="Consolas"/>
          <w:sz w:val="18"/>
        </w:rPr>
        <w:t>&gt;&gt;&gt; mock()</w:t>
      </w:r>
    </w:p>
    <w:p>
      <w:pPr>
        <w:spacing w:after="0"/>
        <w:ind w:left="360"/>
        <w:shd w:val="clear" w:color="auto" w:fill="F2F2F2"/>
      </w:pPr>
      <w:r>
        <w:rPr>
          <w:rFonts w:ascii="Consolas" w:hAnsi="Consolas"/>
          <w:sz w:val="18"/>
        </w:rPr>
        <w:t>Traceback (most recent call last):</w:t>
      </w:r>
    </w:p>
    <w:p>
      <w:pPr>
        <w:spacing w:after="0"/>
        <w:ind w:left="360"/>
        <w:shd w:val="clear" w:color="auto" w:fill="F2F2F2"/>
      </w:pPr>
      <w:r>
        <w:rPr>
          <w:rFonts w:ascii="Consolas" w:hAnsi="Consolas"/>
          <w:sz w:val="18"/>
        </w:rPr>
        <w:t xml:space="preserve">  File "&lt;python-input-7&gt;", line 1, in &lt;module&gt;</w:t>
      </w:r>
    </w:p>
    <w:p>
      <w:pPr>
        <w:spacing w:after="0"/>
        <w:ind w:left="360"/>
        <w:shd w:val="clear" w:color="auto" w:fill="F2F2F2"/>
      </w:pPr>
      <w:r>
        <w:rPr>
          <w:rFonts w:ascii="Consolas" w:hAnsi="Consolas"/>
          <w:sz w:val="18"/>
        </w:rPr>
        <w:t xml:space="preserve">    mock()</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File "/usr/local/Cellar/python@3.14/3.14.4_1/Frameworks/Python.framework/Versions/3.14/lib/python3.14/unittest/mock.py", line 1176, in __call__</w:t>
      </w:r>
    </w:p>
    <w:p>
      <w:pPr>
        <w:spacing w:after="0"/>
        <w:ind w:left="360"/>
        <w:shd w:val="clear" w:color="auto" w:fill="F2F2F2"/>
      </w:pPr>
      <w:r>
        <w:rPr>
          <w:rFonts w:ascii="Consolas" w:hAnsi="Consolas"/>
          <w:sz w:val="18"/>
        </w:rPr>
        <w:t xml:space="preserve">    return self._mock_call(*args, **kwargs)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File "/usr/local/Cellar/python@3.14/3.14.4_1/Frameworks/Python.framework/Versions/3.14/lib/python3.14/unittest/mock.py", line 1180, in _mock_call</w:t>
      </w:r>
    </w:p>
    <w:p>
      <w:pPr>
        <w:spacing w:after="0"/>
        <w:ind w:left="360"/>
        <w:shd w:val="clear" w:color="auto" w:fill="F2F2F2"/>
      </w:pPr>
      <w:r>
        <w:rPr>
          <w:rFonts w:ascii="Consolas" w:hAnsi="Consolas"/>
          <w:sz w:val="18"/>
        </w:rPr>
        <w:t xml:space="preserve">    return self._execute_mock_call(*args, **kwargs)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File "/usr/local/Cellar/python@3.14/3.14.4_1/Frameworks/Python.framework/Versions/3.14/lib/python3.14/unittest/mock.py", line 1241, in _execute_mock_call</w:t>
      </w:r>
    </w:p>
    <w:p>
      <w:pPr>
        <w:spacing w:after="0"/>
        <w:ind w:left="360"/>
        <w:shd w:val="clear" w:color="auto" w:fill="F2F2F2"/>
      </w:pPr>
      <w:r>
        <w:rPr>
          <w:rFonts w:ascii="Consolas" w:hAnsi="Consolas"/>
          <w:sz w:val="18"/>
        </w:rPr>
        <w:t xml:space="preserve">    raise effect</w:t>
      </w:r>
    </w:p>
    <w:p>
      <w:pPr>
        <w:spacing w:after="0"/>
        <w:ind w:left="360"/>
        <w:shd w:val="clear" w:color="auto" w:fill="F2F2F2"/>
      </w:pPr>
      <w:r>
        <w:rPr>
          <w:rFonts w:ascii="Consolas" w:hAnsi="Consolas"/>
          <w:sz w:val="18"/>
        </w:rPr>
        <w:t>Exception: Custom error</w:t>
      </w:r>
    </w:p>
    <w:p>
      <w:pPr>
        <w:spacing w:after="40"/>
      </w:pPr>
    </w:p>
    <w:p>
      <w:pPr>
        <w:spacing w:after="80"/>
      </w:pPr>
      <w:r>
        <w:rPr>
          <w:b w:val="0"/>
          <w:i w:val="0"/>
        </w:rPr>
        <w:t xml:space="preserve">Cùng thuộc tính </w:t>
      </w:r>
      <w:r>
        <w:rPr>
          <w:rFonts w:ascii="Consolas" w:hAnsi="Consolas"/>
          <w:b w:val="0"/>
          <w:i w:val="0"/>
          <w:sz w:val="20"/>
        </w:rPr>
        <w:br/>
        <w:br/>
        <w:t xml:space="preserve">      .side_effect</w:t>
        <w:br/>
        <w:t xml:space="preserve">     </w:t>
        <w:br/>
      </w:r>
      <w:r>
        <w:rPr>
          <w:b w:val="0"/>
          <w:i w:val="0"/>
        </w:rPr>
        <w:t xml:space="preserve"> đó, khi gán một iterator, có thể được sử dụng nếu mock cần trả về các kết quả khác nhau cho nhiều lần gọi:</w:t>
      </w:r>
    </w:p>
    <w:p>
      <w:pPr>
        <w:spacing w:after="0"/>
        <w:ind w:left="360"/>
        <w:shd w:val="clear" w:color="auto" w:fill="F2F2F2"/>
      </w:pPr>
      <w:r>
        <w:rPr>
          <w:rFonts w:ascii="Consolas" w:hAnsi="Consolas"/>
          <w:sz w:val="18"/>
        </w:rPr>
        <w:t>&gt;&gt;&gt; from unittest.mock import Mock</w:t>
      </w:r>
    </w:p>
    <w:p>
      <w:pPr>
        <w:spacing w:after="0"/>
        <w:ind w:left="360"/>
        <w:shd w:val="clear" w:color="auto" w:fill="F2F2F2"/>
      </w:pPr>
      <w:r>
        <w:rPr>
          <w:rFonts w:ascii="Consolas" w:hAnsi="Consolas"/>
          <w:sz w:val="18"/>
        </w:rPr>
        <w:t>&gt;&gt;&gt; mock = Mock()</w:t>
      </w:r>
    </w:p>
    <w:p>
      <w:pPr>
        <w:spacing w:after="0"/>
        <w:ind w:left="360"/>
        <w:shd w:val="clear" w:color="auto" w:fill="F2F2F2"/>
      </w:pPr>
      <w:r>
        <w:rPr>
          <w:rFonts w:ascii="Consolas" w:hAnsi="Consolas"/>
          <w:sz w:val="18"/>
        </w:rPr>
        <w:t>&gt;&gt;&gt; mock.side_effect = (1, 2, 3)</w:t>
      </w:r>
    </w:p>
    <w:p>
      <w:pPr>
        <w:spacing w:after="0"/>
        <w:ind w:left="360"/>
        <w:shd w:val="clear" w:color="auto" w:fill="F2F2F2"/>
      </w:pPr>
      <w:r>
        <w:rPr>
          <w:rFonts w:ascii="Consolas" w:hAnsi="Consolas"/>
          <w:sz w:val="18"/>
        </w:rPr>
        <w:t>&gt;&gt;&gt; mock()</w:t>
      </w:r>
    </w:p>
    <w:p>
      <w:pPr>
        <w:spacing w:after="0"/>
        <w:ind w:left="360"/>
        <w:shd w:val="clear" w:color="auto" w:fill="F2F2F2"/>
      </w:pPr>
      <w:r>
        <w:rPr>
          <w:rFonts w:ascii="Consolas" w:hAnsi="Consolas"/>
          <w:sz w:val="18"/>
        </w:rPr>
        <w:t>1</w:t>
      </w:r>
    </w:p>
    <w:p>
      <w:pPr>
        <w:spacing w:after="0"/>
        <w:ind w:left="360"/>
        <w:shd w:val="clear" w:color="auto" w:fill="F2F2F2"/>
      </w:pPr>
      <w:r>
        <w:rPr>
          <w:rFonts w:ascii="Consolas" w:hAnsi="Consolas"/>
          <w:sz w:val="18"/>
        </w:rPr>
        <w:t>&gt;&gt;&gt; mock()</w:t>
      </w:r>
    </w:p>
    <w:p>
      <w:pPr>
        <w:spacing w:after="0"/>
        <w:ind w:left="360"/>
        <w:shd w:val="clear" w:color="auto" w:fill="F2F2F2"/>
      </w:pPr>
      <w:r>
        <w:rPr>
          <w:rFonts w:ascii="Consolas" w:hAnsi="Consolas"/>
          <w:sz w:val="18"/>
        </w:rPr>
        <w:t>2</w:t>
      </w:r>
    </w:p>
    <w:p>
      <w:pPr>
        <w:spacing w:after="0"/>
        <w:ind w:left="360"/>
        <w:shd w:val="clear" w:color="auto" w:fill="F2F2F2"/>
      </w:pPr>
      <w:r>
        <w:rPr>
          <w:rFonts w:ascii="Consolas" w:hAnsi="Consolas"/>
          <w:sz w:val="18"/>
        </w:rPr>
        <w:t>&gt;&gt;&gt; mock()</w:t>
      </w:r>
    </w:p>
    <w:p>
      <w:pPr>
        <w:spacing w:after="0"/>
        <w:ind w:left="360"/>
        <w:shd w:val="clear" w:color="auto" w:fill="F2F2F2"/>
      </w:pPr>
      <w:r>
        <w:rPr>
          <w:rFonts w:ascii="Consolas" w:hAnsi="Consolas"/>
          <w:sz w:val="18"/>
        </w:rPr>
        <w:t>3</w:t>
      </w:r>
    </w:p>
    <w:p>
      <w:pPr>
        <w:spacing w:after="40"/>
      </w:pPr>
    </w:p>
    <w:p>
      <w:pPr>
        <w:spacing w:after="80"/>
      </w:pPr>
      <w:r>
        <w:rPr>
          <w:b w:val="0"/>
          <w:i w:val="0"/>
        </w:rPr>
        <w:t xml:space="preserve">Chúng ta đã đề cập rằng </w:t>
      </w:r>
      <w:r>
        <w:rPr>
          <w:rFonts w:ascii="Consolas" w:hAnsi="Consolas"/>
          <w:b w:val="0"/>
          <w:i w:val="0"/>
          <w:sz w:val="20"/>
        </w:rPr>
        <w:br/>
        <w:br/>
        <w:t xml:space="preserve">      mock.patch</w:t>
        <w:br/>
        <w:t xml:space="preserve">     </w:t>
        <w:br/>
      </w:r>
      <w:r>
        <w:rPr>
          <w:b w:val="0"/>
          <w:i w:val="0"/>
        </w:rPr>
        <w:t xml:space="preserve"> có thể được sử dụng như một decorator. Đây là một khái niệm trong Python, về bản chất là sửa đổi hàm mà nó đang trang trí, thường bằng cách thêm chức năng bổ sung trước và/hoặc sau khi hàm xử lý.</w:t>
      </w:r>
    </w:p>
    <w:p>
      <w:pPr>
        <w:spacing w:after="80"/>
      </w:pPr>
      <w:r>
        <w:rPr>
          <w:b w:val="0"/>
          <w:i w:val="0"/>
        </w:rPr>
        <w:t xml:space="preserve">Decorator là một khái niệm rất hữu ích và về bản chất, chúng thay thế hàm bằng một phiên bản đã được sửa đổi. Bạn có thể hiểu sâu hơn về cách decorator hoạt động từ bài viết này: </w:t>
      </w:r>
      <w:r>
        <w:rPr>
          <w:rFonts w:ascii="Consolas" w:hAnsi="Consolas"/>
          <w:b w:val="0"/>
          <w:i w:val="0"/>
          <w:sz w:val="20"/>
        </w:rPr>
        <w:br/>
        <w:br/>
        <w:t xml:space="preserve">       https://realpython.com/primer-on-python-decorators/</w:t>
        <w:br/>
        <w:t xml:space="preserve">      </w:t>
        <w:br/>
      </w:r>
      <w:r>
        <w:rPr>
          <w:b w:val="0"/>
          <w:i w:val="0"/>
        </w:rPr>
        <w:t xml:space="preserve"> .</w:t>
      </w:r>
    </w:p>
    <w:p>
      <w:pPr>
        <w:spacing w:after="80"/>
      </w:pPr>
      <w:r>
        <w:rPr>
          <w:b/>
          <w:i w:val="0"/>
        </w:rPr>
        <w:t>Lưu ý</w:t>
      </w:r>
    </w:p>
    <w:p>
      <w:pPr>
        <w:spacing w:after="80"/>
      </w:pPr>
      <w:r>
        <w:rPr>
          <w:b w:val="0"/>
          <w:i w:val="0"/>
        </w:rPr>
        <w:t xml:space="preserve">Chúng ta cũng đã sử dụng decorator trong </w:t>
      </w:r>
      <w:r>
        <w:rPr>
          <w:b w:val="0"/>
          <w:i/>
        </w:rPr>
        <w:t xml:space="preserve"> C </w:t>
      </w:r>
      <w:r>
        <w:rPr>
          <w:b w:val="0"/>
          <w:i w:val="0"/>
        </w:rPr>
        <w:t xml:space="preserve"> </w:t>
      </w:r>
      <w:r>
        <w:rPr>
          <w:b w:val="0"/>
          <w:i/>
        </w:rPr>
        <w:t xml:space="preserve"> hương 7 </w:t>
      </w:r>
      <w:r>
        <w:rPr>
          <w:b w:val="0"/>
          <w:i w:val="0"/>
        </w:rPr>
        <w:t xml:space="preserve"> và </w:t>
      </w:r>
      <w:r>
        <w:rPr>
          <w:b w:val="0"/>
          <w:i/>
        </w:rPr>
        <w:t xml:space="preserve"> 14 </w:t>
      </w:r>
      <w:r>
        <w:rPr>
          <w:b w:val="0"/>
          <w:i w:val="0"/>
        </w:rPr>
        <w:t xml:space="preserve"> .</w:t>
      </w:r>
    </w:p>
    <w:p>
      <w:pPr>
        <w:spacing w:after="80"/>
      </w:pPr>
      <w:r>
        <w:rPr>
          <w:rFonts w:ascii="Consolas" w:hAnsi="Consolas"/>
          <w:b w:val="0"/>
          <w:i w:val="0"/>
          <w:sz w:val="20"/>
        </w:rPr>
        <w:br/>
        <w:br/>
        <w:t xml:space="preserve">      patch</w:t>
        <w:br/>
        <w:t xml:space="preserve">     </w:t>
        <w:br/>
      </w:r>
      <w:r>
        <w:rPr>
          <w:b w:val="0"/>
          <w:i w:val="0"/>
        </w:rPr>
        <w:t xml:space="preserve"> cũng có thể được sử dụng như một khối </w:t>
      </w:r>
      <w:r>
        <w:rPr>
          <w:rFonts w:ascii="Consolas" w:hAnsi="Consolas"/>
          <w:b w:val="0"/>
          <w:i w:val="0"/>
          <w:sz w:val="20"/>
        </w:rPr>
        <w:br/>
        <w:br/>
        <w:t xml:space="preserve">      with</w:t>
        <w:br/>
        <w:t xml:space="preserve">     </w:t>
        <w:br/>
      </w:r>
      <w:r>
        <w:rPr>
          <w:b w:val="0"/>
          <w:i w:val="0"/>
        </w:rPr>
        <w:t xml:space="preserve"> . Nếu đúng như vậy, mô-đun sẽ được mock trong khi ở bên trong khối:</w:t>
      </w:r>
    </w:p>
    <w:p>
      <w:pPr>
        <w:spacing w:after="0"/>
        <w:ind w:left="360"/>
        <w:shd w:val="clear" w:color="auto" w:fill="F2F2F2"/>
      </w:pPr>
      <w:r>
        <w:rPr>
          <w:rFonts w:ascii="Consolas" w:hAnsi="Consolas"/>
          <w:sz w:val="18"/>
        </w:rPr>
        <w:t>&gt;&gt;&gt; from unittest.mock import patch</w:t>
      </w:r>
    </w:p>
    <w:p>
      <w:pPr>
        <w:spacing w:after="0"/>
        <w:ind w:left="360"/>
        <w:shd w:val="clear" w:color="auto" w:fill="F2F2F2"/>
      </w:pPr>
      <w:r>
        <w:rPr>
          <w:rFonts w:ascii="Consolas" w:hAnsi="Consolas"/>
          <w:sz w:val="18"/>
        </w:rPr>
        <w:t>&gt;&gt;&gt; from external_code.dependencies import circle</w:t>
      </w:r>
    </w:p>
    <w:p>
      <w:pPr>
        <w:spacing w:after="0"/>
        <w:ind w:left="360"/>
        <w:shd w:val="clear" w:color="auto" w:fill="F2F2F2"/>
      </w:pPr>
      <w:r>
        <w:rPr>
          <w:rFonts w:ascii="Consolas" w:hAnsi="Consolas"/>
          <w:sz w:val="18"/>
        </w:rPr>
        <w:t>&gt;&gt;&gt; with patch('external_code.dependencies.PI', 2):</w:t>
      </w:r>
    </w:p>
    <w:p>
      <w:pPr>
        <w:spacing w:after="0"/>
        <w:ind w:left="360"/>
        <w:shd w:val="clear" w:color="auto" w:fill="F2F2F2"/>
      </w:pPr>
      <w:r>
        <w:rPr>
          <w:rFonts w:ascii="Consolas" w:hAnsi="Consolas"/>
          <w:sz w:val="18"/>
        </w:rPr>
        <w:t>...   print(circle(2))</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8</w:t>
      </w:r>
    </w:p>
    <w:p>
      <w:pPr>
        <w:spacing w:after="0"/>
        <w:ind w:left="360"/>
        <w:shd w:val="clear" w:color="auto" w:fill="F2F2F2"/>
      </w:pPr>
      <w:r>
        <w:rPr>
          <w:rFonts w:ascii="Consolas" w:hAnsi="Consolas"/>
          <w:sz w:val="18"/>
        </w:rPr>
        <w:t>&gt;&gt;&gt; circle(2)</w:t>
      </w:r>
    </w:p>
    <w:p>
      <w:pPr>
        <w:spacing w:after="0"/>
        <w:ind w:left="360"/>
        <w:shd w:val="clear" w:color="auto" w:fill="F2F2F2"/>
      </w:pPr>
      <w:r>
        <w:rPr>
          <w:rFonts w:ascii="Consolas" w:hAnsi="Consolas"/>
          <w:sz w:val="18"/>
        </w:rPr>
        <w:t>12.56636</w:t>
      </w:r>
    </w:p>
    <w:p>
      <w:pPr>
        <w:spacing w:after="40"/>
      </w:pPr>
    </w:p>
    <w:p>
      <w:pPr>
        <w:spacing w:after="80"/>
      </w:pPr>
      <w:r>
        <w:rPr>
          <w:b w:val="0"/>
          <w:i w:val="0"/>
        </w:rPr>
        <w:t xml:space="preserve">Bạn có thể đọc toàn bộ tài liệu về mocks tại </w:t>
      </w:r>
      <w:r>
        <w:rPr>
          <w:rFonts w:ascii="Consolas" w:hAnsi="Consolas"/>
          <w:b w:val="0"/>
          <w:i w:val="0"/>
          <w:sz w:val="20"/>
        </w:rPr>
        <w:br/>
        <w:br/>
        <w:t xml:space="preserve">       https://docs.python.org/3/library/unittest.mock.html</w:t>
        <w:br/>
        <w:t xml:space="preserve">      </w:t>
        <w:br/>
      </w:r>
      <w:r>
        <w:rPr>
          <w:b w:val="0"/>
          <w:i w:val="0"/>
        </w:rPr>
        <w:t xml:space="preserve"> .</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Kiểm thử mã bên ngoài </w:t>
      </w:r>
      <w:r>
        <w:rPr>
          <w:b w:val="0"/>
          <w:i w:val="0"/>
        </w:rPr>
        <w:t xml:space="preserve"> , ở phần trước trong chương này, để học cách kiểm thử mã trong các mô-đun khác</w:t>
      </w:r>
    </w:p>
    <w:p>
      <w:pPr>
        <w:spacing w:after="80"/>
        <w:ind w:left="360"/>
      </w:pPr>
      <w:r>
        <w:t xml:space="preserve">• </w:t>
      </w:r>
      <w:r>
        <w:rPr>
          <w:b w:val="0"/>
          <w:i w:val="0"/>
        </w:rPr>
        <w:t xml:space="preserve">Công thức </w:t>
      </w:r>
      <w:r>
        <w:rPr>
          <w:b w:val="0"/>
          <w:i/>
        </w:rPr>
        <w:t xml:space="preserve"> Kiểm thử bằng cách giả lập lời gọi HTTP </w:t>
      </w:r>
      <w:r>
        <w:rPr>
          <w:b w:val="0"/>
          <w:i w:val="0"/>
        </w:rPr>
        <w:t xml:space="preserve"> sẽ có ngay tiếp theo, để học cách sử dụng các mô-đun kiểm thử giả lập các thư viện cụ thể</w:t>
      </w:r>
    </w:p>
    <w:p>
      <w:pPr>
        <w:pStyle w:val="Heading2"/>
      </w:pPr>
      <w:r>
        <w:rPr>
          <w:rFonts w:ascii="Calibri" w:hAnsi="Calibri"/>
          <w:b/>
          <w:i w:val="0"/>
          <w:sz w:val="32"/>
        </w:rPr>
        <w:t>Kiểm thử bằng cách giả lập lời gọi HTTP</w:t>
      </w:r>
    </w:p>
    <w:p>
      <w:pPr>
        <w:spacing w:after="80"/>
      </w:pPr>
      <w:r>
        <w:rPr>
          <w:b w:val="0"/>
          <w:i w:val="0"/>
        </w:rPr>
        <w:t>Làm việc với mocks là một thao tác phổ biến khi kiểm thử. Một số phụ thuộc thường được giả lập trong hầu hết các bài kiểm thử.</w:t>
      </w:r>
    </w:p>
    <w:p>
      <w:pPr>
        <w:spacing w:after="80"/>
      </w:pPr>
      <w:r>
        <w:rPr>
          <w:b w:val="0"/>
          <w:i w:val="0"/>
        </w:rPr>
        <w:t>Một phụ thuộc phổ biến cần được giả lập là các lời gọi HTTP bên ngoài. Thực hiện những lời gọi này trong khi chạy kiểm thử thì tốn kém, chậm chạp và có thể tạo ra kết quả không đáng tin cậy nếu kết nối mạng gặp sự cố.</w:t>
      </w:r>
    </w:p>
    <w:p>
      <w:pPr>
        <w:spacing w:after="80"/>
      </w:pPr>
      <w:r>
        <w:rPr>
          <w:b w:val="0"/>
          <w:i w:val="0"/>
        </w:rPr>
        <w:t xml:space="preserve">Mặc dù các lời gọi bên ngoài có thể được giả lập thông qua thư viện </w:t>
      </w:r>
      <w:r>
        <w:rPr>
          <w:rFonts w:ascii="Consolas" w:hAnsi="Consolas"/>
          <w:b w:val="0"/>
          <w:i w:val="0"/>
          <w:sz w:val="20"/>
        </w:rPr>
        <w:br/>
        <w:br/>
        <w:t xml:space="preserve">      mock</w:t>
        <w:br/>
        <w:t xml:space="preserve">     </w:t>
        <w:br/>
      </w:r>
      <w:r>
        <w:rPr>
          <w:b w:val="0"/>
          <w:i w:val="0"/>
        </w:rPr>
        <w:t xml:space="preserve"> trong thư viện chuẩn của Python, như đã trình bày trong công thức trước, </w:t>
      </w:r>
      <w:r>
        <w:rPr>
          <w:b w:val="0"/>
          <w:i/>
        </w:rPr>
        <w:t xml:space="preserve"> Kiểm thử bằng cách giả lập phụ thuộc </w:t>
      </w:r>
      <w:r>
        <w:rPr>
          <w:b w:val="0"/>
          <w:i w:val="0"/>
        </w:rPr>
        <w:t xml:space="preserve"> , nhưng vẫn có những mô-đun kiểm thử chuyên biệt cho phép bạn mô phỏng các lời gọi và phản hồi HTTP. Ngoài ra, có những thư viện chuyên biệt giả lập các thư viện cụ thể khác. Điều này tạo ra các mock dễ dàng hơn và tốt hơn, vì chúng được điều chỉnh theo hành vi của đối tượng được giả lập.</w:t>
      </w:r>
    </w:p>
    <w:p>
      <w:pPr>
        <w:spacing w:after="80"/>
      </w:pPr>
      <w:r>
        <w:rPr>
          <w:b w:val="0"/>
          <w:i w:val="0"/>
        </w:rPr>
        <w:t xml:space="preserve">Trước đây chúng ta đã sử dụng thư viện </w:t>
      </w:r>
      <w:r>
        <w:rPr>
          <w:rFonts w:ascii="Consolas" w:hAnsi="Consolas"/>
          <w:b w:val="0"/>
          <w:i w:val="0"/>
          <w:sz w:val="20"/>
        </w:rPr>
        <w:br/>
        <w:br/>
        <w:t xml:space="preserve">      requests</w:t>
        <w:br/>
        <w:t xml:space="preserve">     </w:t>
        <w:br/>
      </w:r>
      <w:r>
        <w:rPr>
          <w:b w:val="0"/>
          <w:i w:val="0"/>
        </w:rPr>
        <w:t xml:space="preserve"> tuyệt vời (được giới thiệu trong công thức </w:t>
      </w:r>
      <w:r>
        <w:rPr>
          <w:b w:val="0"/>
          <w:i/>
        </w:rPr>
        <w:t xml:space="preserve"> Cài đặt các gói bên thứ ba </w:t>
      </w:r>
      <w:r>
        <w:rPr>
          <w:b w:val="0"/>
          <w:i w:val="0"/>
        </w:rPr>
        <w:t xml:space="preserve"> thuộc </w:t>
      </w:r>
      <w:r>
        <w:rPr>
          <w:b w:val="0"/>
          <w:i/>
        </w:rPr>
        <w:t xml:space="preserve"> Chương 1 </w:t>
      </w:r>
      <w:r>
        <w:rPr>
          <w:b w:val="0"/>
          <w:i w:val="0"/>
        </w:rPr>
        <w:t xml:space="preserve"> , </w:t>
      </w:r>
      <w:r>
        <w:rPr>
          <w:b w:val="0"/>
          <w:i/>
        </w:rPr>
        <w:t xml:space="preserve"> Hãy bắt đầu hành trình tự động hóa của chúng ta </w:t>
      </w:r>
      <w:r>
        <w:rPr>
          <w:b w:val="0"/>
          <w:i w:val="0"/>
        </w:rPr>
        <w:t xml:space="preserve"> , nhưng cũng được dùng xuyên suốt cuốn sách). Chúng ta sẽ xem cách giả lập riêng thư viện này. Chúng ta sẽ dùng thư viện kiểm thử </w:t>
      </w:r>
      <w:r>
        <w:rPr>
          <w:rFonts w:ascii="Consolas" w:hAnsi="Consolas"/>
          <w:b w:val="0"/>
          <w:i w:val="0"/>
          <w:sz w:val="20"/>
        </w:rPr>
        <w:br/>
        <w:br/>
        <w:t xml:space="preserve">      responses</w:t>
        <w:br/>
        <w:t xml:space="preserve">     </w:t>
        <w:br/>
      </w:r>
      <w:r>
        <w:rPr>
          <w:b w:val="0"/>
          <w:i w:val="0"/>
        </w:rPr>
        <w:t xml:space="preserve"> , cho phép chúng ta tạo ra các yêu cầu mong đợi và phản hồi của chúng.</w:t>
      </w:r>
    </w:p>
    <w:p>
      <w:pPr>
        <w:spacing w:after="80"/>
      </w:pPr>
      <w:r>
        <w:rPr>
          <w:b/>
          <w:i w:val="0"/>
        </w:rPr>
        <w:t>Lưu ý</w:t>
      </w:r>
    </w:p>
    <w:p>
      <w:pPr>
        <w:spacing w:after="80"/>
      </w:pPr>
      <w:r>
        <w:rPr>
          <w:b w:val="0"/>
          <w:i w:val="0"/>
        </w:rPr>
        <w:t xml:space="preserve">Lưu ý rằng thư viện kiểm thử này không giả lập truy cập HTTP nói chung, mà cụ thể là mô-đun </w:t>
      </w:r>
      <w:r>
        <w:rPr>
          <w:rFonts w:ascii="Consolas" w:hAnsi="Consolas"/>
          <w:b w:val="0"/>
          <w:i w:val="0"/>
          <w:sz w:val="20"/>
        </w:rPr>
        <w:br/>
        <w:br/>
        <w:t xml:space="preserve">       requests</w:t>
        <w:br/>
        <w:t xml:space="preserve">      </w:t>
        <w:br/>
      </w:r>
      <w:r>
        <w:rPr>
          <w:b w:val="0"/>
          <w:i w:val="0"/>
        </w:rPr>
        <w:t xml:space="preserve"> .</w:t>
      </w:r>
    </w:p>
    <w:p>
      <w:pPr>
        <w:pStyle w:val="Heading3"/>
      </w:pPr>
      <w:r>
        <w:rPr>
          <w:rFonts w:ascii="Calibri" w:hAnsi="Calibri"/>
          <w:b/>
          <w:i w:val="0"/>
          <w:sz w:val="26"/>
        </w:rPr>
        <w:t>Chuẩn bị</w:t>
      </w:r>
    </w:p>
    <w:p>
      <w:pPr>
        <w:spacing w:after="80"/>
      </w:pPr>
      <w:r>
        <w:rPr>
          <w:b w:val="0"/>
          <w:i w:val="0"/>
        </w:rPr>
        <w:t xml:space="preserve">Chúng ta sẽ dùng mô-đun </w:t>
      </w:r>
      <w:r>
        <w:rPr>
          <w:rFonts w:ascii="Consolas" w:hAnsi="Consolas"/>
          <w:b w:val="0"/>
          <w:i w:val="0"/>
          <w:sz w:val="20"/>
        </w:rPr>
        <w:br/>
        <w:br/>
        <w:t xml:space="preserve">      pytest</w:t>
        <w:br/>
        <w:t xml:space="preserve">     </w:t>
        <w:br/>
      </w:r>
      <w:r>
        <w:rPr>
          <w:b w:val="0"/>
          <w:i w:val="0"/>
        </w:rPr>
        <w:t xml:space="preserve"> , cùng với các thư viện requests và responses. Chúng ta nên cài đặt các mô-đun này, thêm chúng vào tệp </w:t>
      </w:r>
      <w:r>
        <w:rPr>
          <w:rFonts w:ascii="Consolas" w:hAnsi="Consolas"/>
          <w:b w:val="0"/>
          <w:i w:val="0"/>
          <w:sz w:val="20"/>
        </w:rPr>
        <w:br/>
        <w:br/>
        <w:t xml:space="preserve">      requirements.txt</w:t>
        <w:br/>
        <w:t xml:space="preserve">     </w:t>
        <w:br/>
      </w:r>
      <w:r>
        <w:rPr>
          <w:b w:val="0"/>
          <w:i w:val="0"/>
        </w:rPr>
        <w:t xml:space="preserve"> như sau:</w:t>
      </w:r>
    </w:p>
    <w:p>
      <w:pPr>
        <w:spacing w:after="0"/>
        <w:ind w:left="360"/>
        <w:shd w:val="clear" w:color="auto" w:fill="F2F2F2"/>
      </w:pPr>
      <w:r>
        <w:rPr>
          <w:rFonts w:ascii="Consolas" w:hAnsi="Consolas"/>
          <w:sz w:val="18"/>
        </w:rPr>
        <w:t>$ echo "requests==2.33.1" &gt;&gt; requirements.txt</w:t>
      </w:r>
    </w:p>
    <w:p>
      <w:pPr>
        <w:spacing w:after="0"/>
        <w:ind w:left="360"/>
        <w:shd w:val="clear" w:color="auto" w:fill="F2F2F2"/>
      </w:pPr>
      <w:r>
        <w:rPr>
          <w:rFonts w:ascii="Consolas" w:hAnsi="Consolas"/>
          <w:sz w:val="18"/>
        </w:rPr>
        <w:t>$ echo "responses==0.26.0" &gt;&gt; requirements.txt</w:t>
      </w:r>
    </w:p>
    <w:p>
      <w:pPr>
        <w:spacing w:after="0"/>
        <w:ind w:left="360"/>
        <w:shd w:val="clear" w:color="auto" w:fill="F2F2F2"/>
      </w:pPr>
      <w:r>
        <w:rPr>
          <w:rFonts w:ascii="Consolas" w:hAnsi="Consolas"/>
          <w:sz w:val="18"/>
        </w:rPr>
        <w:t>$ uv pip install -r requirements.txt</w:t>
      </w:r>
    </w:p>
    <w:p>
      <w:pPr>
        <w:spacing w:after="40"/>
      </w:pPr>
    </w:p>
    <w:p>
      <w:pPr>
        <w:spacing w:after="80"/>
      </w:pPr>
      <w:r>
        <w:rPr>
          <w:b w:val="0"/>
          <w:i w:val="0"/>
        </w:rPr>
        <w:t xml:space="preserve">Chúng ta sẽ dùng các tệp kiểm thử </w:t>
      </w:r>
      <w:r>
        <w:rPr>
          <w:rFonts w:ascii="Consolas" w:hAnsi="Consolas"/>
          <w:b w:val="0"/>
          <w:i w:val="0"/>
          <w:sz w:val="20"/>
        </w:rPr>
        <w:br/>
        <w:br/>
        <w:t xml:space="preserve">      tests/test_requests.py</w:t>
        <w:br/>
        <w:t xml:space="preserve">     </w:t>
        <w:br/>
      </w:r>
      <w:r>
        <w:rPr>
          <w:b w:val="0"/>
          <w:i w:val="0"/>
        </w:rPr>
        <w:t xml:space="preserve"> và </w:t>
      </w:r>
      <w:r>
        <w:rPr>
          <w:rFonts w:ascii="Consolas" w:hAnsi="Consolas"/>
          <w:b w:val="0"/>
          <w:i w:val="0"/>
          <w:sz w:val="20"/>
        </w:rPr>
        <w:br/>
        <w:br/>
        <w:t xml:space="preserve">      external_code/code_requests.py</w:t>
        <w:br/>
        <w:t xml:space="preserve">     </w:t>
        <w:br/>
      </w:r>
      <w:r>
        <w:rPr>
          <w:b w:val="0"/>
          <w:i w:val="0"/>
        </w:rPr>
        <w:t xml:space="preserve"> . Bạn có thể tải chúng từ kho GitHub tại </w:t>
      </w:r>
      <w:r>
        <w:rPr>
          <w:rFonts w:ascii="Consolas" w:hAnsi="Consolas"/>
          <w:b w:val="0"/>
          <w:i w:val="0"/>
          <w:sz w:val="20"/>
        </w:rPr>
        <w:br/>
        <w:br/>
        <w:t xml:space="preserve">       https://github.com/PacktPublishing/Python-Automation-Cookbook-Third-Edition/tree/main/ch15/</w:t>
        <w:br/>
        <w:t xml:space="preserve">      </w:t>
        <w:br/>
      </w:r>
      <w:r>
        <w:rPr>
          <w:b w:val="0"/>
          <w:i w:val="0"/>
        </w:rPr>
        <w:t xml:space="preserve"> trong các thư mục con </w:t>
      </w:r>
      <w:r>
        <w:rPr>
          <w:rFonts w:ascii="Consolas" w:hAnsi="Consolas"/>
          <w:b w:val="0"/>
          <w:i w:val="0"/>
          <w:sz w:val="20"/>
        </w:rPr>
        <w:br/>
        <w:br/>
        <w:t xml:space="preserve">      tests</w:t>
        <w:br/>
        <w:t xml:space="preserve">     </w:t>
        <w:br/>
      </w:r>
      <w:r>
        <w:rPr>
          <w:b w:val="0"/>
          <w:i w:val="0"/>
        </w:rPr>
        <w:t xml:space="preserve"> và </w:t>
      </w:r>
      <w:r>
        <w:rPr>
          <w:rFonts w:ascii="Consolas" w:hAnsi="Consolas"/>
          <w:b w:val="0"/>
          <w:i w:val="0"/>
          <w:sz w:val="20"/>
        </w:rPr>
        <w:br/>
        <w:br/>
        <w:t xml:space="preserve">      external_code</w:t>
        <w:br/>
        <w:t xml:space="preserve">     </w:t>
        <w:br/>
      </w:r>
      <w:r>
        <w:rPr>
          <w:b w:val="0"/>
          <w:i w:val="0"/>
        </w:rPr>
        <w:t xml:space="preserve"> .</w:t>
      </w:r>
    </w:p>
    <w:p>
      <w:pPr>
        <w:spacing w:after="80"/>
      </w:pPr>
      <w:r>
        <w:rPr>
          <w:b w:val="0"/>
          <w:i w:val="0"/>
        </w:rPr>
        <w:t>Cây thư mục sẽ chứa những tệp này:</w:t>
      </w:r>
    </w:p>
    <w:p>
      <w:pPr>
        <w:spacing w:after="0"/>
        <w:ind w:left="360"/>
        <w:shd w:val="clear" w:color="auto" w:fill="F2F2F2"/>
      </w:pPr>
      <w:r>
        <w:rPr>
          <w:rFonts w:ascii="Consolas" w:hAnsi="Consolas"/>
          <w:sz w:val="18"/>
        </w:rPr>
        <w:t>├── external_code</w:t>
      </w:r>
    </w:p>
    <w:p>
      <w:pPr>
        <w:spacing w:after="0"/>
        <w:ind w:left="360"/>
        <w:shd w:val="clear" w:color="auto" w:fill="F2F2F2"/>
      </w:pPr>
      <w:r>
        <w:rPr>
          <w:rFonts w:ascii="Consolas" w:hAnsi="Consolas"/>
          <w:sz w:val="18"/>
        </w:rPr>
        <w:t>│   ├── __init__.py</w:t>
      </w:r>
    </w:p>
    <w:p>
      <w:pPr>
        <w:spacing w:after="0"/>
        <w:ind w:left="360"/>
        <w:shd w:val="clear" w:color="auto" w:fill="F2F2F2"/>
      </w:pPr>
      <w:r>
        <w:rPr>
          <w:rFonts w:ascii="Consolas" w:hAnsi="Consolas"/>
          <w:sz w:val="18"/>
        </w:rPr>
        <w:t>│   └── code_requests.py</w:t>
      </w:r>
    </w:p>
    <w:p>
      <w:pPr>
        <w:spacing w:after="0"/>
        <w:ind w:left="360"/>
        <w:shd w:val="clear" w:color="auto" w:fill="F2F2F2"/>
      </w:pPr>
      <w:r>
        <w:rPr>
          <w:rFonts w:ascii="Consolas" w:hAnsi="Consolas"/>
          <w:sz w:val="18"/>
        </w:rPr>
        <w:t>├── conftest.py</w:t>
      </w:r>
    </w:p>
    <w:p>
      <w:pPr>
        <w:spacing w:after="0"/>
        <w:ind w:left="360"/>
        <w:shd w:val="clear" w:color="auto" w:fill="F2F2F2"/>
      </w:pPr>
      <w:r>
        <w:rPr>
          <w:rFonts w:ascii="Consolas" w:hAnsi="Consolas"/>
          <w:sz w:val="18"/>
        </w:rPr>
        <w:t>└── tests</w:t>
      </w:r>
    </w:p>
    <w:p>
      <w:pPr>
        <w:spacing w:after="0"/>
        <w:ind w:left="360"/>
        <w:shd w:val="clear" w:color="auto" w:fill="F2F2F2"/>
      </w:pPr>
      <w:r>
        <w:rPr>
          <w:rFonts w:ascii="Consolas" w:hAnsi="Consolas"/>
          <w:sz w:val="18"/>
        </w:rPr>
        <w:t xml:space="preserve">    └── test_requests.py</w:t>
      </w:r>
    </w:p>
    <w:p>
      <w:pPr>
        <w:spacing w:after="40"/>
      </w:pPr>
    </w:p>
    <w:p>
      <w:pPr>
        <w:pStyle w:val="Heading3"/>
      </w:pPr>
      <w:r>
        <w:rPr>
          <w:rFonts w:ascii="Calibri" w:hAnsi="Calibri"/>
          <w:b/>
          <w:i w:val="0"/>
          <w:sz w:val="26"/>
        </w:rPr>
        <w:t>Cách thực hiện...</w:t>
      </w:r>
    </w:p>
    <w:p>
      <w:pPr>
        <w:spacing w:after="80"/>
        <w:ind w:left="360"/>
      </w:pPr>
      <w:r>
        <w:t xml:space="preserve">1. </w:t>
      </w:r>
      <w:r>
        <w:rPr>
          <w:b w:val="0"/>
          <w:i w:val="0"/>
        </w:rPr>
        <w:t xml:space="preserve">Tệp </w:t>
      </w:r>
      <w:r>
        <w:rPr>
          <w:rFonts w:ascii="Consolas" w:hAnsi="Consolas"/>
          <w:b w:val="0"/>
          <w:i w:val="0"/>
          <w:sz w:val="20"/>
        </w:rPr>
        <w:br/>
        <w:br/>
        <w:t xml:space="preserve">       __init__.py</w:t>
        <w:br/>
        <w:t xml:space="preserve">      </w:t>
        <w:br/>
      </w:r>
      <w:r>
        <w:rPr>
          <w:b w:val="0"/>
          <w:i w:val="0"/>
        </w:rPr>
        <w:t xml:space="preserve"> và </w:t>
      </w:r>
      <w:r>
        <w:rPr>
          <w:rFonts w:ascii="Consolas" w:hAnsi="Consolas"/>
          <w:b w:val="0"/>
          <w:i w:val="0"/>
          <w:sz w:val="20"/>
        </w:rPr>
        <w:br/>
        <w:br/>
        <w:t xml:space="preserve">       conftest.py</w:t>
        <w:br/>
        <w:t xml:space="preserve">      </w:t>
        <w:br/>
      </w:r>
      <w:r>
        <w:rPr>
          <w:b w:val="0"/>
          <w:i w:val="0"/>
        </w:rPr>
        <w:t xml:space="preserve"> trống nhưng định nghĩa cấu trúc của các mô-đun.</w:t>
      </w:r>
    </w:p>
    <w:p>
      <w:pPr>
        <w:spacing w:after="80"/>
        <w:ind w:left="360"/>
      </w:pPr>
      <w:r>
        <w:t xml:space="preserve">2. </w:t>
      </w:r>
      <w:r>
        <w:rPr>
          <w:b w:val="0"/>
          <w:i w:val="0"/>
        </w:rPr>
        <w:t xml:space="preserve">Kiểm tra tệp </w:t>
      </w:r>
      <w:r>
        <w:rPr>
          <w:rFonts w:ascii="Consolas" w:hAnsi="Consolas"/>
          <w:b w:val="0"/>
          <w:i w:val="0"/>
          <w:sz w:val="20"/>
        </w:rPr>
        <w:br/>
        <w:br/>
        <w:t xml:space="preserve">       external_code/code_requests.py</w:t>
        <w:br/>
        <w:t xml:space="preserve">      </w:t>
        <w:br/>
      </w:r>
      <w:r>
        <w:rPr>
          <w:b w:val="0"/>
          <w:i w:val="0"/>
        </w:rPr>
        <w:t xml:space="preserve"> , trong đó chứa một lệnh gọi đến một biểu mẫu bên ngoài tại </w:t>
      </w:r>
      <w:r>
        <w:rPr>
          <w:rFonts w:ascii="Consolas" w:hAnsi="Consolas"/>
          <w:b w:val="0"/>
          <w:i w:val="0"/>
          <w:sz w:val="20"/>
        </w:rPr>
        <w:br/>
        <w:br/>
        <w:t xml:space="preserve">       https://httpbin.org/post</w:t>
        <w:br/>
        <w:t xml:space="preserve">      </w:t>
        <w:br/>
      </w:r>
      <w:r>
        <w:rPr>
          <w:b w:val="0"/>
          <w:i w:val="0"/>
        </w:rPr>
        <w:t xml:space="preserve"> để đặt một chiếc pizza:</w:t>
      </w:r>
    </w:p>
    <w:p>
      <w:pPr>
        <w:spacing w:after="0"/>
        <w:ind w:left="360"/>
        <w:shd w:val="clear" w:color="auto" w:fill="F2F2F2"/>
      </w:pPr>
      <w:r>
        <w:rPr>
          <w:rFonts w:ascii="Consolas" w:hAnsi="Consolas"/>
          <w:sz w:val="18"/>
        </w:rPr>
        <w:t>import requests</w:t>
      </w:r>
    </w:p>
    <w:p>
      <w:pPr>
        <w:spacing w:after="0"/>
        <w:ind w:left="360"/>
        <w:shd w:val="clear" w:color="auto" w:fill="F2F2F2"/>
      </w:pPr>
      <w:r>
        <w:rPr>
          <w:rFonts w:ascii="Consolas" w:hAnsi="Consolas"/>
          <w:sz w:val="18"/>
        </w:rPr>
        <w:t>from datetime import datetime, timedelta</w:t>
      </w:r>
    </w:p>
    <w:p>
      <w:pPr>
        <w:spacing w:after="0"/>
        <w:ind w:left="360"/>
        <w:shd w:val="clear" w:color="auto" w:fill="F2F2F2"/>
      </w:pPr>
      <w:r>
        <w:rPr>
          <w:rFonts w:ascii="Consolas" w:hAnsi="Consolas"/>
          <w:sz w:val="18"/>
        </w:rPr>
        <w:t>RECIPES = {</w:t>
      </w:r>
    </w:p>
    <w:p>
      <w:pPr>
        <w:spacing w:after="0"/>
        <w:ind w:left="360"/>
        <w:shd w:val="clear" w:color="auto" w:fill="F2F2F2"/>
      </w:pPr>
      <w:r>
        <w:rPr>
          <w:rFonts w:ascii="Consolas" w:hAnsi="Consolas"/>
          <w:sz w:val="18"/>
        </w:rPr>
        <w:t xml:space="preserve">    'DEFAULT': {</w:t>
      </w:r>
    </w:p>
    <w:p>
      <w:pPr>
        <w:spacing w:after="0"/>
        <w:ind w:left="360"/>
        <w:shd w:val="clear" w:color="auto" w:fill="F2F2F2"/>
      </w:pPr>
      <w:r>
        <w:rPr>
          <w:rFonts w:ascii="Consolas" w:hAnsi="Consolas"/>
          <w:sz w:val="18"/>
        </w:rPr>
        <w:t xml:space="preserve">        'size': 'small',</w:t>
      </w:r>
    </w:p>
    <w:p>
      <w:pPr>
        <w:spacing w:after="0"/>
        <w:ind w:left="360"/>
        <w:shd w:val="clear" w:color="auto" w:fill="F2F2F2"/>
      </w:pPr>
      <w:r>
        <w:rPr>
          <w:rFonts w:ascii="Consolas" w:hAnsi="Consolas"/>
          <w:sz w:val="18"/>
        </w:rPr>
        <w:t xml:space="preserve">        'topping': ['bacon', 'onion'],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'SPECIAL': {</w:t>
      </w:r>
    </w:p>
    <w:p>
      <w:pPr>
        <w:spacing w:after="0"/>
        <w:ind w:left="360"/>
        <w:shd w:val="clear" w:color="auto" w:fill="F2F2F2"/>
      </w:pPr>
      <w:r>
        <w:rPr>
          <w:rFonts w:ascii="Consolas" w:hAnsi="Consolas"/>
          <w:sz w:val="18"/>
        </w:rPr>
        <w:t xml:space="preserve">        'size': 'large',</w:t>
      </w:r>
    </w:p>
    <w:p>
      <w:pPr>
        <w:spacing w:after="0"/>
        <w:ind w:left="360"/>
        <w:shd w:val="clear" w:color="auto" w:fill="F2F2F2"/>
      </w:pPr>
      <w:r>
        <w:rPr>
          <w:rFonts w:ascii="Consolas" w:hAnsi="Consolas"/>
          <w:sz w:val="18"/>
        </w:rPr>
        <w:t xml:space="preserve">        'topping': ['bacon', 'mushroom', 'onion'],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def order_pizza(recipe='DEFAULT'):</w:t>
      </w:r>
    </w:p>
    <w:p>
      <w:pPr>
        <w:spacing w:after="0"/>
        <w:ind w:left="360"/>
        <w:shd w:val="clear" w:color="auto" w:fill="F2F2F2"/>
      </w:pPr>
      <w:r>
        <w:rPr>
          <w:rFonts w:ascii="Consolas" w:hAnsi="Consolas"/>
          <w:sz w:val="18"/>
        </w:rPr>
        <w:t xml:space="preserve">    delivery_time = datetime.now() + timedelta(hours=1)</w:t>
      </w:r>
    </w:p>
    <w:p>
      <w:pPr>
        <w:spacing w:after="0"/>
        <w:ind w:left="360"/>
        <w:shd w:val="clear" w:color="auto" w:fill="F2F2F2"/>
      </w:pPr>
      <w:r>
        <w:rPr>
          <w:rFonts w:ascii="Consolas" w:hAnsi="Consolas"/>
          <w:sz w:val="18"/>
        </w:rPr>
        <w:t xml:space="preserve">    delivery = delivery_time.strftime('%H:%M')</w:t>
      </w:r>
    </w:p>
    <w:p>
      <w:pPr>
        <w:spacing w:after="0"/>
        <w:ind w:left="360"/>
        <w:shd w:val="clear" w:color="auto" w:fill="F2F2F2"/>
      </w:pPr>
      <w:r>
        <w:rPr>
          <w:rFonts w:ascii="Consolas" w:hAnsi="Consolas"/>
          <w:sz w:val="18"/>
        </w:rPr>
        <w:t xml:space="preserve">    data = {</w:t>
      </w:r>
    </w:p>
    <w:p>
      <w:pPr>
        <w:spacing w:after="0"/>
        <w:ind w:left="360"/>
        <w:shd w:val="clear" w:color="auto" w:fill="F2F2F2"/>
      </w:pPr>
      <w:r>
        <w:rPr>
          <w:rFonts w:ascii="Consolas" w:hAnsi="Consolas"/>
          <w:sz w:val="18"/>
        </w:rPr>
        <w:t xml:space="preserve">        'custname': "Sean O'Connell",</w:t>
      </w:r>
    </w:p>
    <w:p>
      <w:pPr>
        <w:spacing w:after="0"/>
        <w:ind w:left="360"/>
        <w:shd w:val="clear" w:color="auto" w:fill="F2F2F2"/>
      </w:pPr>
      <w:r>
        <w:rPr>
          <w:rFonts w:ascii="Consolas" w:hAnsi="Consolas"/>
          <w:sz w:val="18"/>
        </w:rPr>
        <w:t xml:space="preserve">        'custtel': '123-456-789',</w:t>
      </w:r>
    </w:p>
    <w:p>
      <w:pPr>
        <w:spacing w:after="0"/>
        <w:ind w:left="360"/>
        <w:shd w:val="clear" w:color="auto" w:fill="F2F2F2"/>
      </w:pPr>
      <w:r>
        <w:rPr>
          <w:rFonts w:ascii="Consolas" w:hAnsi="Consolas"/>
          <w:sz w:val="18"/>
        </w:rPr>
        <w:t xml:space="preserve">        'custemail': 'sean@oconnell.ie',</w:t>
      </w:r>
    </w:p>
    <w:p>
      <w:pPr>
        <w:spacing w:after="0"/>
        <w:ind w:left="360"/>
        <w:shd w:val="clear" w:color="auto" w:fill="F2F2F2"/>
      </w:pPr>
      <w:r>
        <w:rPr>
          <w:rFonts w:ascii="Consolas" w:hAnsi="Consolas"/>
          <w:sz w:val="18"/>
        </w:rPr>
        <w:t xml:space="preserve">        # Indicate the time</w:t>
      </w:r>
    </w:p>
    <w:p>
      <w:pPr>
        <w:spacing w:after="0"/>
        <w:ind w:left="360"/>
        <w:shd w:val="clear" w:color="auto" w:fill="F2F2F2"/>
      </w:pPr>
      <w:r>
        <w:rPr>
          <w:rFonts w:ascii="Consolas" w:hAnsi="Consolas"/>
          <w:sz w:val="18"/>
        </w:rPr>
        <w:t>'delivery': delivery,</w:t>
      </w:r>
    </w:p>
    <w:p>
      <w:pPr>
        <w:spacing w:after="0"/>
        <w:ind w:left="360"/>
        <w:shd w:val="clear" w:color="auto" w:fill="F2F2F2"/>
      </w:pPr>
      <w:r>
        <w:rPr>
          <w:rFonts w:ascii="Consolas" w:hAnsi="Consolas"/>
          <w:sz w:val="18"/>
        </w:rPr>
        <w:t xml:space="preserve">        'comments':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extra_info = RECIPES[recipe]</w:t>
      </w:r>
    </w:p>
    <w:p>
      <w:pPr>
        <w:spacing w:after="0"/>
        <w:ind w:left="360"/>
        <w:shd w:val="clear" w:color="auto" w:fill="F2F2F2"/>
      </w:pPr>
      <w:r>
        <w:rPr>
          <w:rFonts w:ascii="Consolas" w:hAnsi="Consolas"/>
          <w:sz w:val="18"/>
        </w:rPr>
        <w:t xml:space="preserve">    data.update(extra_info)</w:t>
      </w:r>
    </w:p>
    <w:p>
      <w:pPr>
        <w:spacing w:after="0"/>
        <w:ind w:left="360"/>
        <w:shd w:val="clear" w:color="auto" w:fill="F2F2F2"/>
      </w:pPr>
      <w:r>
        <w:rPr>
          <w:rFonts w:ascii="Consolas" w:hAnsi="Consolas"/>
          <w:sz w:val="18"/>
        </w:rPr>
        <w:t xml:space="preserve">    resp = requests.post('https://httpbin.org/post', data)</w:t>
      </w:r>
    </w:p>
    <w:p>
      <w:pPr>
        <w:spacing w:after="0"/>
        <w:ind w:left="360"/>
        <w:shd w:val="clear" w:color="auto" w:fill="F2F2F2"/>
      </w:pPr>
      <w:r>
        <w:rPr>
          <w:rFonts w:ascii="Consolas" w:hAnsi="Consolas"/>
          <w:sz w:val="18"/>
        </w:rPr>
        <w:t xml:space="preserve">    return resp.json()['form']</w:t>
      </w:r>
    </w:p>
    <w:p>
      <w:pPr>
        <w:spacing w:after="40"/>
      </w:pPr>
    </w:p>
    <w:p>
      <w:pPr>
        <w:spacing w:after="80"/>
        <w:ind w:left="360"/>
      </w:pPr>
      <w:r>
        <w:t xml:space="preserve">3. </w:t>
      </w:r>
      <w:r>
        <w:rPr>
          <w:b w:val="0"/>
          <w:i w:val="0"/>
        </w:rPr>
        <w:t xml:space="preserve">Kiểm tra các bài kiểm thử trong tệp </w:t>
      </w:r>
      <w:r>
        <w:rPr>
          <w:rFonts w:ascii="Consolas" w:hAnsi="Consolas"/>
          <w:b w:val="0"/>
          <w:i w:val="0"/>
          <w:sz w:val="20"/>
        </w:rPr>
        <w:br/>
        <w:br/>
        <w:t xml:space="preserve">       tests/test_requests.py</w:t>
        <w:br/>
        <w:t xml:space="preserve">      </w:t>
        <w:br/>
      </w:r>
      <w:r>
        <w:rPr>
          <w:b w:val="0"/>
          <w:i w:val="0"/>
        </w:rPr>
        <w:t xml:space="preserve"> , để đảm bảo rằng mã hoạt động chính xác:</w:t>
      </w:r>
    </w:p>
    <w:p>
      <w:pPr>
        <w:spacing w:after="0"/>
        <w:ind w:left="360"/>
        <w:shd w:val="clear" w:color="auto" w:fill="F2F2F2"/>
      </w:pPr>
      <w:r>
        <w:rPr>
          <w:rFonts w:ascii="Consolas" w:hAnsi="Consolas"/>
          <w:sz w:val="18"/>
        </w:rPr>
        <w:t>import pytest</w:t>
      </w:r>
    </w:p>
    <w:p>
      <w:pPr>
        <w:spacing w:after="0"/>
        <w:ind w:left="360"/>
        <w:shd w:val="clear" w:color="auto" w:fill="F2F2F2"/>
      </w:pPr>
      <w:r>
        <w:rPr>
          <w:rFonts w:ascii="Consolas" w:hAnsi="Consolas"/>
          <w:sz w:val="18"/>
        </w:rPr>
        <w:t>import requests</w:t>
      </w:r>
    </w:p>
    <w:p>
      <w:pPr>
        <w:spacing w:after="0"/>
        <w:ind w:left="360"/>
        <w:shd w:val="clear" w:color="auto" w:fill="F2F2F2"/>
      </w:pPr>
      <w:r>
        <w:rPr>
          <w:rFonts w:ascii="Consolas" w:hAnsi="Consolas"/>
          <w:sz w:val="18"/>
        </w:rPr>
        <w:t>import responses</w:t>
      </w:r>
    </w:p>
    <w:p>
      <w:pPr>
        <w:spacing w:after="0"/>
        <w:ind w:left="360"/>
        <w:shd w:val="clear" w:color="auto" w:fill="F2F2F2"/>
      </w:pPr>
      <w:r>
        <w:rPr>
          <w:rFonts w:ascii="Consolas" w:hAnsi="Consolas"/>
          <w:sz w:val="18"/>
        </w:rPr>
        <w:t>import urllib.parse</w:t>
      </w:r>
    </w:p>
    <w:p>
      <w:pPr>
        <w:spacing w:after="0"/>
        <w:ind w:left="360"/>
        <w:shd w:val="clear" w:color="auto" w:fill="F2F2F2"/>
      </w:pPr>
      <w:r>
        <w:rPr>
          <w:rFonts w:ascii="Consolas" w:hAnsi="Consolas"/>
          <w:sz w:val="18"/>
        </w:rPr>
        <w:t>from external_code.code_requests import order_pizza</w:t>
      </w:r>
    </w:p>
    <w:p>
      <w:pPr>
        <w:spacing w:after="0"/>
        <w:ind w:left="360"/>
        <w:shd w:val="clear" w:color="auto" w:fill="F2F2F2"/>
      </w:pPr>
      <w:r>
        <w:rPr>
          <w:rFonts w:ascii="Consolas" w:hAnsi="Consolas"/>
          <w:sz w:val="18"/>
        </w:rPr>
        <w:t>@responses.activate</w:t>
      </w:r>
    </w:p>
    <w:p>
      <w:pPr>
        <w:spacing w:after="0"/>
        <w:ind w:left="360"/>
        <w:shd w:val="clear" w:color="auto" w:fill="F2F2F2"/>
      </w:pPr>
      <w:r>
        <w:rPr>
          <w:rFonts w:ascii="Consolas" w:hAnsi="Consolas"/>
          <w:sz w:val="18"/>
        </w:rPr>
        <w:t>def test_order_pizza():</w:t>
      </w:r>
    </w:p>
    <w:p>
      <w:pPr>
        <w:spacing w:after="0"/>
        <w:ind w:left="360"/>
        <w:shd w:val="clear" w:color="auto" w:fill="F2F2F2"/>
      </w:pPr>
      <w:r>
        <w:rPr>
          <w:rFonts w:ascii="Consolas" w:hAnsi="Consolas"/>
          <w:sz w:val="18"/>
        </w:rPr>
        <w:t xml:space="preserve">    body = {</w:t>
      </w:r>
    </w:p>
    <w:p>
      <w:pPr>
        <w:spacing w:after="0"/>
        <w:ind w:left="360"/>
        <w:shd w:val="clear" w:color="auto" w:fill="F2F2F2"/>
      </w:pPr>
      <w:r>
        <w:rPr>
          <w:rFonts w:ascii="Consolas" w:hAnsi="Consolas"/>
          <w:sz w:val="18"/>
        </w:rPr>
        <w:t xml:space="preserve">        'form': {</w:t>
      </w:r>
    </w:p>
    <w:p>
      <w:pPr>
        <w:spacing w:after="0"/>
        <w:ind w:left="360"/>
        <w:shd w:val="clear" w:color="auto" w:fill="F2F2F2"/>
      </w:pPr>
      <w:r>
        <w:rPr>
          <w:rFonts w:ascii="Consolas" w:hAnsi="Consolas"/>
          <w:sz w:val="18"/>
        </w:rPr>
        <w:t xml:space="preserve">            'size': 'small',</w:t>
      </w:r>
    </w:p>
    <w:p>
      <w:pPr>
        <w:spacing w:after="0"/>
        <w:ind w:left="360"/>
        <w:shd w:val="clear" w:color="auto" w:fill="F2F2F2"/>
      </w:pPr>
      <w:r>
        <w:rPr>
          <w:rFonts w:ascii="Consolas" w:hAnsi="Consolas"/>
          <w:sz w:val="18"/>
        </w:rPr>
        <w:t xml:space="preserve">            'topping': ['bacon', 'onion']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responses.add(responses.POST, 'https://httpbin.org/post',</w:t>
      </w:r>
    </w:p>
    <w:p>
      <w:pPr>
        <w:spacing w:after="0"/>
        <w:ind w:left="360"/>
        <w:shd w:val="clear" w:color="auto" w:fill="F2F2F2"/>
      </w:pPr>
      <w:r>
        <w:rPr>
          <w:rFonts w:ascii="Consolas" w:hAnsi="Consolas"/>
          <w:sz w:val="18"/>
        </w:rPr>
        <w:t xml:space="preserve">                  json=body, status=200)</w:t>
      </w:r>
    </w:p>
    <w:p>
      <w:pPr>
        <w:spacing w:after="0"/>
        <w:ind w:left="360"/>
        <w:shd w:val="clear" w:color="auto" w:fill="F2F2F2"/>
      </w:pPr>
      <w:r>
        <w:rPr>
          <w:rFonts w:ascii="Consolas" w:hAnsi="Consolas"/>
          <w:sz w:val="18"/>
        </w:rPr>
        <w:t xml:space="preserve">    result = order_pizza()</w:t>
      </w:r>
    </w:p>
    <w:p>
      <w:pPr>
        <w:spacing w:after="0"/>
        <w:ind w:left="360"/>
        <w:shd w:val="clear" w:color="auto" w:fill="F2F2F2"/>
      </w:pPr>
      <w:r>
        <w:rPr>
          <w:rFonts w:ascii="Consolas" w:hAnsi="Consolas"/>
          <w:sz w:val="18"/>
        </w:rPr>
        <w:t xml:space="preserve">    assert result['size'] == 'small'</w:t>
      </w:r>
    </w:p>
    <w:p>
      <w:pPr>
        <w:spacing w:after="0"/>
        <w:ind w:left="360"/>
        <w:shd w:val="clear" w:color="auto" w:fill="F2F2F2"/>
      </w:pPr>
      <w:r>
        <w:rPr>
          <w:rFonts w:ascii="Consolas" w:hAnsi="Consolas"/>
          <w:sz w:val="18"/>
        </w:rPr>
        <w:t># Decode the sent data</w:t>
      </w:r>
    </w:p>
    <w:p>
      <w:pPr>
        <w:spacing w:after="0"/>
        <w:ind w:left="360"/>
        <w:shd w:val="clear" w:color="auto" w:fill="F2F2F2"/>
      </w:pPr>
      <w:r>
        <w:rPr>
          <w:rFonts w:ascii="Consolas" w:hAnsi="Consolas"/>
          <w:sz w:val="18"/>
        </w:rPr>
        <w:t xml:space="preserve">    encoded_body = responses.calls[0].request.body</w:t>
      </w:r>
    </w:p>
    <w:p>
      <w:pPr>
        <w:spacing w:after="0"/>
        <w:ind w:left="360"/>
        <w:shd w:val="clear" w:color="auto" w:fill="F2F2F2"/>
      </w:pPr>
      <w:r>
        <w:rPr>
          <w:rFonts w:ascii="Consolas" w:hAnsi="Consolas"/>
          <w:sz w:val="18"/>
        </w:rPr>
        <w:t xml:space="preserve">    sent_data = urllib.parse.parse_qs(encoded_body)</w:t>
      </w:r>
    </w:p>
    <w:p>
      <w:pPr>
        <w:spacing w:after="0"/>
        <w:ind w:left="360"/>
        <w:shd w:val="clear" w:color="auto" w:fill="F2F2F2"/>
      </w:pPr>
      <w:r>
        <w:rPr>
          <w:rFonts w:ascii="Consolas" w:hAnsi="Consolas"/>
          <w:sz w:val="18"/>
        </w:rPr>
        <w:t xml:space="preserve">    assert sent_data['size'] == ['small']</w:t>
      </w:r>
    </w:p>
    <w:p>
      <w:pPr>
        <w:spacing w:after="0"/>
        <w:ind w:left="360"/>
        <w:shd w:val="clear" w:color="auto" w:fill="F2F2F2"/>
      </w:pPr>
      <w:r>
        <w:rPr>
          <w:rFonts w:ascii="Consolas" w:hAnsi="Consolas"/>
          <w:sz w:val="18"/>
        </w:rPr>
        <w:t>@responses.activate</w:t>
      </w:r>
    </w:p>
    <w:p>
      <w:pPr>
        <w:spacing w:after="0"/>
        <w:ind w:left="360"/>
        <w:shd w:val="clear" w:color="auto" w:fill="F2F2F2"/>
      </w:pPr>
      <w:r>
        <w:rPr>
          <w:rFonts w:ascii="Consolas" w:hAnsi="Consolas"/>
          <w:sz w:val="18"/>
        </w:rPr>
        <w:t>def test_order_pizza_timeout():</w:t>
      </w:r>
    </w:p>
    <w:p>
      <w:pPr>
        <w:spacing w:after="0"/>
        <w:ind w:left="360"/>
        <w:shd w:val="clear" w:color="auto" w:fill="F2F2F2"/>
      </w:pPr>
      <w:r>
        <w:rPr>
          <w:rFonts w:ascii="Consolas" w:hAnsi="Consolas"/>
          <w:sz w:val="18"/>
        </w:rPr>
        <w:t xml:space="preserve">    responses.add(responses.POST, 'https://httpbin.org/post',</w:t>
      </w:r>
    </w:p>
    <w:p>
      <w:pPr>
        <w:spacing w:after="0"/>
        <w:ind w:left="360"/>
        <w:shd w:val="clear" w:color="auto" w:fill="F2F2F2"/>
      </w:pPr>
      <w:r>
        <w:rPr>
          <w:rFonts w:ascii="Consolas" w:hAnsi="Consolas"/>
          <w:sz w:val="18"/>
        </w:rPr>
        <w:t xml:space="preserve">                  body=requests.exceptions.Timeout())</w:t>
      </w:r>
    </w:p>
    <w:p>
      <w:pPr>
        <w:spacing w:after="0"/>
        <w:ind w:left="360"/>
        <w:shd w:val="clear" w:color="auto" w:fill="F2F2F2"/>
      </w:pPr>
      <w:r>
        <w:rPr>
          <w:rFonts w:ascii="Consolas" w:hAnsi="Consolas"/>
          <w:sz w:val="18"/>
        </w:rPr>
        <w:t xml:space="preserve">    with pytest.raises(requests.exceptions.Timeout):</w:t>
      </w:r>
    </w:p>
    <w:p>
      <w:pPr>
        <w:spacing w:after="0"/>
        <w:ind w:left="360"/>
        <w:shd w:val="clear" w:color="auto" w:fill="F2F2F2"/>
      </w:pPr>
      <w:r>
        <w:rPr>
          <w:rFonts w:ascii="Consolas" w:hAnsi="Consolas"/>
          <w:sz w:val="18"/>
        </w:rPr>
        <w:t xml:space="preserve">        order_pizza()</w:t>
      </w:r>
    </w:p>
    <w:p>
      <w:pPr>
        <w:spacing w:after="40"/>
      </w:pPr>
    </w:p>
    <w:p>
      <w:pPr>
        <w:spacing w:after="80"/>
        <w:ind w:left="360"/>
      </w:pPr>
      <w:r>
        <w:t xml:space="preserve">4. </w:t>
      </w:r>
      <w:r>
        <w:rPr>
          <w:b w:val="0"/>
          <w:i w:val="0"/>
        </w:rPr>
        <w:t xml:space="preserve">Chạy </w:t>
      </w:r>
      <w:r>
        <w:rPr>
          <w:rFonts w:ascii="Consolas" w:hAnsi="Consolas"/>
          <w:b w:val="0"/>
          <w:i w:val="0"/>
          <w:sz w:val="20"/>
        </w:rPr>
        <w:br/>
        <w:br/>
        <w:t xml:space="preserve">       pytest</w:t>
        <w:br/>
        <w:t xml:space="preserve">      </w:t>
        <w:br/>
      </w:r>
      <w:r>
        <w:rPr>
          <w:b w:val="0"/>
          <w:i w:val="0"/>
        </w:rPr>
        <w:t xml:space="preserve"> để chạy tệp kiểm thử:</w:t>
      </w:r>
    </w:p>
    <w:p>
      <w:pPr>
        <w:spacing w:after="0"/>
        <w:ind w:left="360"/>
        <w:shd w:val="clear" w:color="auto" w:fill="F2F2F2"/>
      </w:pPr>
      <w:r>
        <w:rPr>
          <w:rFonts w:ascii="Consolas" w:hAnsi="Consolas"/>
          <w:sz w:val="18"/>
        </w:rPr>
        <w:t>$ uv run pytest tests/test_requests.py</w:t>
      </w:r>
    </w:p>
    <w:p>
      <w:pPr>
        <w:spacing w:after="0"/>
        <w:ind w:left="360"/>
        <w:shd w:val="clear" w:color="auto" w:fill="F2F2F2"/>
      </w:pPr>
      <w:r>
        <w:rPr>
          <w:rFonts w:ascii="Consolas" w:hAnsi="Consolas"/>
          <w:sz w:val="18"/>
        </w:rPr>
        <w:t>===================== test session starts ======================</w:t>
      </w:r>
    </w:p>
    <w:p>
      <w:pPr>
        <w:spacing w:after="0"/>
        <w:ind w:left="360"/>
        <w:shd w:val="clear" w:color="auto" w:fill="F2F2F2"/>
      </w:pPr>
      <w:r>
        <w:rPr>
          <w:rFonts w:ascii="Consolas" w:hAnsi="Consolas"/>
          <w:sz w:val="18"/>
        </w:rPr>
        <w:t>platform darwin -- Python 3.14.4, pytest-9.0.3, pluggy-1.6.0</w:t>
      </w:r>
    </w:p>
    <w:p>
      <w:pPr>
        <w:spacing w:after="0"/>
        <w:ind w:left="360"/>
        <w:shd w:val="clear" w:color="auto" w:fill="F2F2F2"/>
      </w:pPr>
      <w:r>
        <w:rPr>
          <w:rFonts w:ascii="Consolas" w:hAnsi="Consolas"/>
          <w:sz w:val="18"/>
        </w:rPr>
        <w:t>rootdir: Python-Automation-Cookbook/ch15</w:t>
      </w:r>
    </w:p>
    <w:p>
      <w:pPr>
        <w:spacing w:after="0"/>
        <w:ind w:left="360"/>
        <w:shd w:val="clear" w:color="auto" w:fill="F2F2F2"/>
      </w:pPr>
      <w:r>
        <w:rPr>
          <w:rFonts w:ascii="Consolas" w:hAnsi="Consolas"/>
          <w:sz w:val="18"/>
        </w:rPr>
        <w:t>collected 2 items</w:t>
      </w:r>
    </w:p>
    <w:p>
      <w:pPr>
        <w:spacing w:after="0"/>
        <w:ind w:left="360"/>
        <w:shd w:val="clear" w:color="auto" w:fill="F2F2F2"/>
      </w:pPr>
      <w:r>
        <w:rPr>
          <w:rFonts w:ascii="Consolas" w:hAnsi="Consolas"/>
          <w:sz w:val="18"/>
        </w:rPr>
        <w:t>tests/test_requests.py ..                                [100%]</w:t>
      </w:r>
    </w:p>
    <w:p>
      <w:pPr>
        <w:spacing w:after="0"/>
        <w:ind w:left="360"/>
        <w:shd w:val="clear" w:color="auto" w:fill="F2F2F2"/>
      </w:pPr>
      <w:r>
        <w:rPr>
          <w:rFonts w:ascii="Consolas" w:hAnsi="Consolas"/>
          <w:sz w:val="18"/>
        </w:rPr>
        <w:t>====================== 2 passed in 0.17s =======================</w:t>
      </w:r>
    </w:p>
    <w:p>
      <w:pPr>
        <w:spacing w:after="40"/>
      </w:pPr>
    </w:p>
    <w:p>
      <w:pPr>
        <w:pStyle w:val="Heading3"/>
      </w:pPr>
      <w:r>
        <w:rPr>
          <w:rFonts w:ascii="Calibri" w:hAnsi="Calibri"/>
          <w:b/>
          <w:i w:val="0"/>
          <w:sz w:val="26"/>
        </w:rPr>
        <w:t>Cách nó hoạt động...</w:t>
      </w:r>
    </w:p>
    <w:p>
      <w:pPr>
        <w:spacing w:after="80"/>
      </w:pPr>
      <w:r>
        <w:rPr>
          <w:b w:val="0"/>
          <w:i w:val="0"/>
        </w:rPr>
        <w:t xml:space="preserve">Nội dung mô-đun mã được định nghĩa trong </w:t>
      </w:r>
      <w:r>
        <w:rPr>
          <w:b w:val="0"/>
          <w:i/>
        </w:rPr>
        <w:t xml:space="preserve"> bước 1 </w:t>
      </w:r>
      <w:r>
        <w:rPr>
          <w:b w:val="0"/>
          <w:i w:val="0"/>
        </w:rPr>
        <w:t xml:space="preserve"> . Tệp </w:t>
      </w:r>
      <w:r>
        <w:rPr>
          <w:rFonts w:ascii="Consolas" w:hAnsi="Consolas"/>
          <w:b w:val="0"/>
          <w:i w:val="0"/>
          <w:sz w:val="20"/>
        </w:rPr>
        <w:br/>
        <w:br/>
        <w:t xml:space="preserve">      code_requests.py</w:t>
        <w:br/>
        <w:t xml:space="preserve">     </w:t>
        <w:br/>
      </w:r>
      <w:r>
        <w:rPr>
          <w:b w:val="0"/>
          <w:i w:val="0"/>
        </w:rPr>
        <w:t xml:space="preserve"> chứa các phần tử sau:</w:t>
      </w:r>
    </w:p>
    <w:p>
      <w:pPr>
        <w:spacing w:after="80"/>
        <w:ind w:left="360"/>
      </w:pPr>
      <w:r>
        <w:t xml:space="preserve">• </w:t>
      </w:r>
      <w:r>
        <w:rPr>
          <w:b w:val="0"/>
          <w:i w:val="0"/>
        </w:rPr>
        <w:t>Một phần các lệnh import</w:t>
      </w:r>
    </w:p>
    <w:p>
      <w:pPr>
        <w:spacing w:after="80"/>
        <w:ind w:left="360"/>
      </w:pPr>
      <w:r>
        <w:t xml:space="preserve">• </w:t>
      </w:r>
      <w:r>
        <w:rPr>
          <w:b w:val="0"/>
          <w:i w:val="0"/>
        </w:rPr>
        <w:t xml:space="preserve">Định nghĩa của hai loại pizza trong hằng số </w:t>
      </w:r>
      <w:r>
        <w:rPr>
          <w:rFonts w:ascii="Consolas" w:hAnsi="Consolas"/>
          <w:b w:val="0"/>
          <w:i w:val="0"/>
          <w:sz w:val="20"/>
        </w:rPr>
        <w:br/>
        <w:br/>
        <w:t xml:space="preserve">       RECIPES</w:t>
        <w:br/>
        <w:t xml:space="preserve">      </w:t>
        <w:br/>
      </w:r>
    </w:p>
    <w:p>
      <w:pPr>
        <w:spacing w:after="80"/>
        <w:ind w:left="360"/>
      </w:pPr>
      <w:r>
        <w:t xml:space="preserve">• </w:t>
      </w:r>
      <w:r>
        <w:rPr>
          <w:b w:val="0"/>
          <w:i w:val="0"/>
        </w:rPr>
        <w:t xml:space="preserve">Hàm </w:t>
      </w:r>
      <w:r>
        <w:rPr>
          <w:rFonts w:ascii="Consolas" w:hAnsi="Consolas"/>
          <w:b w:val="0"/>
          <w:i w:val="0"/>
          <w:sz w:val="20"/>
        </w:rPr>
        <w:br/>
        <w:br/>
        <w:t xml:space="preserve">       order_pizza</w:t>
        <w:br/>
        <w:t xml:space="preserve">      </w:t>
        <w:br/>
      </w:r>
      <w:r>
        <w:rPr>
          <w:b w:val="0"/>
          <w:i w:val="0"/>
        </w:rPr>
        <w:t xml:space="preserve"> chọn chiếc pizza, soạn dữ liệu biểu mẫu, rồi POST nó đến </w:t>
      </w:r>
      <w:r>
        <w:rPr>
          <w:rFonts w:ascii="Consolas" w:hAnsi="Consolas"/>
          <w:b w:val="0"/>
          <w:i w:val="0"/>
          <w:sz w:val="20"/>
        </w:rPr>
        <w:br/>
        <w:br/>
        <w:t xml:space="preserve">       https://httpbin.org/post</w:t>
        <w:br/>
        <w:t xml:space="preserve">      </w:t>
        <w:br/>
      </w:r>
    </w:p>
    <w:p>
      <w:pPr>
        <w:spacing w:after="80"/>
      </w:pPr>
      <w:r>
        <w:rPr>
          <w:b/>
          <w:i w:val="0"/>
        </w:rPr>
        <w:t>Lưu ý</w:t>
      </w:r>
    </w:p>
    <w:p>
      <w:pPr>
        <w:spacing w:after="80"/>
      </w:pPr>
      <w:r>
        <w:rPr>
          <w:b w:val="0"/>
          <w:i w:val="0"/>
        </w:rPr>
        <w:t xml:space="preserve">Biểu mẫu được hiển thị tại </w:t>
      </w:r>
      <w:r>
        <w:rPr>
          <w:rFonts w:ascii="Consolas" w:hAnsi="Consolas"/>
          <w:b w:val="0"/>
          <w:i w:val="0"/>
          <w:sz w:val="20"/>
        </w:rPr>
        <w:br/>
        <w:br/>
        <w:t xml:space="preserve">       https://httpbin.org/forms/post</w:t>
        <w:br/>
        <w:t xml:space="preserve">      </w:t>
        <w:br/>
      </w:r>
      <w:r>
        <w:rPr>
          <w:b w:val="0"/>
          <w:i w:val="0"/>
        </w:rPr>
        <w:t xml:space="preserve"> và URL POST của nó </w:t>
      </w:r>
      <w:r>
        <w:rPr>
          <w:rFonts w:ascii="Consolas" w:hAnsi="Consolas"/>
          <w:b w:val="0"/>
          <w:i w:val="0"/>
          <w:sz w:val="20"/>
        </w:rPr>
        <w:br/>
        <w:br/>
        <w:t xml:space="preserve">       https://httpbin.org/post</w:t>
        <w:br/>
        <w:t xml:space="preserve">      </w:t>
        <w:br/>
      </w:r>
      <w:r>
        <w:rPr>
          <w:b w:val="0"/>
          <w:i w:val="0"/>
        </w:rPr>
        <w:t xml:space="preserve"> đã được giới thiệu trong công thức Tương tác với biểu mẫu thuộc Chương 3 , Xây dựng ứng dụng thu thập dữ liệu web đầu tiên của bạn. Nó trình bày một biểu mẫu để đặt pizza và trả về cùng thông tin được gửi trong biểu mẫu dưới định dạng JSON.</w:t>
      </w:r>
    </w:p>
    <w:p>
      <w:pPr>
        <w:spacing w:after="80"/>
      </w:pPr>
      <w:r>
        <w:rPr>
          <w:b w:val="0"/>
          <w:i w:val="0"/>
        </w:rPr>
        <w:t xml:space="preserve">Hãy cùng xem xét kỹ hơn hàm </w:t>
      </w:r>
      <w:r>
        <w:rPr>
          <w:rFonts w:ascii="Consolas" w:hAnsi="Consolas"/>
          <w:b w:val="0"/>
          <w:i w:val="0"/>
          <w:sz w:val="20"/>
        </w:rPr>
        <w:br/>
        <w:br/>
        <w:t xml:space="preserve">      order_pizza</w:t>
        <w:br/>
        <w:t xml:space="preserve">     </w:t>
        <w:br/>
      </w:r>
      <w:r>
        <w:rPr>
          <w:b w:val="0"/>
          <w:i w:val="0"/>
        </w:rPr>
        <w:t xml:space="preserve"> .</w:t>
      </w:r>
    </w:p>
    <w:p>
      <w:pPr>
        <w:spacing w:after="80"/>
      </w:pPr>
      <w:r>
        <w:rPr>
          <w:b w:val="0"/>
          <w:i w:val="0"/>
        </w:rPr>
        <w:t xml:space="preserve">Đoạn mã sử dụng thời gian hiện tại để tính thời gian giao hàng, cộng thêm một giờ. Thời gian được mô tả theo định dạng </w:t>
      </w:r>
      <w:r>
        <w:rPr>
          <w:rFonts w:ascii="Consolas" w:hAnsi="Consolas"/>
          <w:b w:val="0"/>
          <w:i w:val="0"/>
          <w:sz w:val="20"/>
        </w:rPr>
        <w:br/>
        <w:br/>
        <w:t xml:space="preserve">      HH:MM</w:t>
        <w:br/>
        <w:t xml:space="preserve">     </w:t>
        <w:br/>
      </w:r>
      <w:r>
        <w:rPr>
          <w:b w:val="0"/>
          <w:i w:val="0"/>
        </w:rPr>
        <w:t xml:space="preserve"> bằng cách dùng </w:t>
      </w:r>
      <w:r>
        <w:rPr>
          <w:rFonts w:ascii="Consolas" w:hAnsi="Consolas"/>
          <w:b w:val="0"/>
          <w:i w:val="0"/>
          <w:sz w:val="20"/>
        </w:rPr>
        <w:br/>
        <w:br/>
        <w:t xml:space="preserve">      delivery_time.strftime('%H:%M').</w:t>
        <w:br/>
        <w:t xml:space="preserve">     </w:t>
        <w:br/>
      </w:r>
      <w:r>
        <w:rPr>
          <w:b w:val="0"/>
          <w:i w:val="0"/>
        </w:rPr>
        <w:t xml:space="preserve"> . Hàm </w:t>
      </w:r>
      <w:r>
        <w:rPr>
          <w:rFonts w:ascii="Consolas" w:hAnsi="Consolas"/>
          <w:b w:val="0"/>
          <w:i w:val="0"/>
          <w:sz w:val="20"/>
        </w:rPr>
        <w:br/>
        <w:br/>
        <w:t xml:space="preserve">      strftime</w:t>
        <w:br/>
        <w:t xml:space="preserve">     </w:t>
        <w:br/>
      </w:r>
      <w:r>
        <w:rPr>
          <w:b w:val="0"/>
          <w:i w:val="0"/>
        </w:rPr>
        <w:t xml:space="preserve"> định dạng thời gian và chuỗi </w:t>
      </w:r>
      <w:r>
        <w:rPr>
          <w:rFonts w:ascii="Consolas" w:hAnsi="Consolas"/>
          <w:b w:val="0"/>
          <w:i w:val="0"/>
          <w:sz w:val="20"/>
        </w:rPr>
        <w:br/>
        <w:br/>
        <w:t xml:space="preserve">      '%H:%M'</w:t>
        <w:br/>
        <w:t xml:space="preserve">     </w:t>
        <w:br/>
      </w:r>
      <w:r>
        <w:rPr>
          <w:b w:val="0"/>
          <w:i w:val="0"/>
        </w:rPr>
        <w:t xml:space="preserve"> chỉ in ra giờ và phút của thời gian:</w:t>
      </w:r>
    </w:p>
    <w:p>
      <w:pPr>
        <w:spacing w:after="0"/>
        <w:ind w:left="360"/>
        <w:shd w:val="clear" w:color="auto" w:fill="F2F2F2"/>
      </w:pPr>
      <w:r>
        <w:rPr>
          <w:rFonts w:ascii="Consolas" w:hAnsi="Consolas"/>
          <w:sz w:val="18"/>
        </w:rPr>
        <w:t xml:space="preserve">   delivery_time = datetime.now() + timedelta(hours=1)</w:t>
      </w:r>
    </w:p>
    <w:p>
      <w:pPr>
        <w:spacing w:after="0"/>
        <w:ind w:left="360"/>
        <w:shd w:val="clear" w:color="auto" w:fill="F2F2F2"/>
      </w:pPr>
      <w:r>
        <w:rPr>
          <w:rFonts w:ascii="Consolas" w:hAnsi="Consolas"/>
          <w:sz w:val="18"/>
        </w:rPr>
        <w:t xml:space="preserve">   delivery = delivery_time.strftime('%H:%M')</w:t>
      </w:r>
    </w:p>
    <w:p>
      <w:pPr>
        <w:spacing w:after="40"/>
      </w:pPr>
    </w:p>
    <w:p>
      <w:pPr>
        <w:spacing w:after="80"/>
      </w:pPr>
      <w:r>
        <w:rPr>
          <w:b w:val="0"/>
          <w:i w:val="0"/>
        </w:rPr>
        <w:t xml:space="preserve">Dữ liệu đầy đủ được tạo thành từ cả một từ điển dữ liệu định sẵn lẫn thông tin công thức. Thông tin công thức được chọn từ từ điển </w:t>
      </w:r>
      <w:r>
        <w:rPr>
          <w:rFonts w:ascii="Consolas" w:hAnsi="Consolas"/>
          <w:b w:val="0"/>
          <w:i w:val="0"/>
          <w:sz w:val="20"/>
        </w:rPr>
        <w:br/>
        <w:br/>
        <w:t xml:space="preserve">      RECIPE</w:t>
        <w:br/>
        <w:t xml:space="preserve">     </w:t>
        <w:br/>
      </w:r>
      <w:r>
        <w:rPr>
          <w:b w:val="0"/>
          <w:i w:val="0"/>
        </w:rPr>
        <w:t xml:space="preserve"> rồi được thêm vào từ điển dữ liệu bằng </w:t>
      </w:r>
      <w:r>
        <w:rPr>
          <w:rFonts w:ascii="Consolas" w:hAnsi="Consolas"/>
          <w:b w:val="0"/>
          <w:i w:val="0"/>
          <w:sz w:val="20"/>
        </w:rPr>
        <w:br/>
        <w:br/>
        <w:t xml:space="preserve">      .update()</w:t>
        <w:br/>
        <w:t xml:space="preserve">     </w:t>
        <w:br/>
      </w:r>
      <w:r>
        <w:rPr>
          <w:b w:val="0"/>
          <w:i w:val="0"/>
        </w:rPr>
        <w:t xml:space="preserve"> :</w:t>
      </w:r>
    </w:p>
    <w:p>
      <w:pPr>
        <w:spacing w:after="0"/>
        <w:ind w:left="360"/>
        <w:shd w:val="clear" w:color="auto" w:fill="F2F2F2"/>
      </w:pPr>
      <w:r>
        <w:rPr>
          <w:rFonts w:ascii="Consolas" w:hAnsi="Consolas"/>
          <w:sz w:val="18"/>
        </w:rPr>
        <w:t xml:space="preserve">    data = {</w:t>
      </w:r>
    </w:p>
    <w:p>
      <w:pPr>
        <w:spacing w:after="0"/>
        <w:ind w:left="360"/>
        <w:shd w:val="clear" w:color="auto" w:fill="F2F2F2"/>
      </w:pPr>
      <w:r>
        <w:rPr>
          <w:rFonts w:ascii="Consolas" w:hAnsi="Consolas"/>
          <w:sz w:val="18"/>
        </w:rPr>
        <w:t xml:space="preserve">        'custname': "Sean O'Connell",</w:t>
      </w:r>
    </w:p>
    <w:p>
      <w:pPr>
        <w:spacing w:after="0"/>
        <w:ind w:left="360"/>
        <w:shd w:val="clear" w:color="auto" w:fill="F2F2F2"/>
      </w:pPr>
      <w:r>
        <w:rPr>
          <w:rFonts w:ascii="Consolas" w:hAnsi="Consolas"/>
          <w:sz w:val="18"/>
        </w:rPr>
        <w:t xml:space="preserve">        'custtel': '123-456-789',</w:t>
      </w:r>
    </w:p>
    <w:p>
      <w:pPr>
        <w:spacing w:after="0"/>
        <w:ind w:left="360"/>
        <w:shd w:val="clear" w:color="auto" w:fill="F2F2F2"/>
      </w:pPr>
      <w:r>
        <w:rPr>
          <w:rFonts w:ascii="Consolas" w:hAnsi="Consolas"/>
          <w:sz w:val="18"/>
        </w:rPr>
        <w:t xml:space="preserve">        'custemail': 'sean@oconnell.ie',</w:t>
      </w:r>
    </w:p>
    <w:p>
      <w:pPr>
        <w:spacing w:after="0"/>
        <w:ind w:left="360"/>
        <w:shd w:val="clear" w:color="auto" w:fill="F2F2F2"/>
      </w:pPr>
      <w:r>
        <w:rPr>
          <w:rFonts w:ascii="Consolas" w:hAnsi="Consolas"/>
          <w:sz w:val="18"/>
        </w:rPr>
        <w:t xml:space="preserve">        # Indicate the time</w:t>
      </w:r>
    </w:p>
    <w:p>
      <w:pPr>
        <w:spacing w:after="0"/>
        <w:ind w:left="360"/>
        <w:shd w:val="clear" w:color="auto" w:fill="F2F2F2"/>
      </w:pPr>
      <w:r>
        <w:rPr>
          <w:rFonts w:ascii="Consolas" w:hAnsi="Consolas"/>
          <w:sz w:val="18"/>
        </w:rPr>
        <w:t>'delivery': delivery,</w:t>
      </w:r>
    </w:p>
    <w:p>
      <w:pPr>
        <w:spacing w:after="0"/>
        <w:ind w:left="360"/>
        <w:shd w:val="clear" w:color="auto" w:fill="F2F2F2"/>
      </w:pPr>
      <w:r>
        <w:rPr>
          <w:rFonts w:ascii="Consolas" w:hAnsi="Consolas"/>
          <w:sz w:val="18"/>
        </w:rPr>
        <w:t xml:space="preserve">        'comments':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extra_info = RECIPES[recipe]</w:t>
      </w:r>
    </w:p>
    <w:p>
      <w:pPr>
        <w:spacing w:after="0"/>
        <w:ind w:left="360"/>
        <w:shd w:val="clear" w:color="auto" w:fill="F2F2F2"/>
      </w:pPr>
      <w:r>
        <w:rPr>
          <w:rFonts w:ascii="Consolas" w:hAnsi="Consolas"/>
          <w:sz w:val="18"/>
        </w:rPr>
        <w:t xml:space="preserve">    data.update(extra_info)</w:t>
      </w:r>
    </w:p>
    <w:p>
      <w:pPr>
        <w:spacing w:after="40"/>
      </w:pPr>
    </w:p>
    <w:p>
      <w:pPr>
        <w:spacing w:after="80"/>
      </w:pPr>
      <w:r>
        <w:rPr>
          <w:b w:val="0"/>
          <w:i w:val="0"/>
        </w:rPr>
        <w:t xml:space="preserve">Cuối cùng, thông tin được gửi đến URL bằng </w:t>
      </w:r>
      <w:r>
        <w:rPr>
          <w:rFonts w:ascii="Consolas" w:hAnsi="Consolas"/>
          <w:b w:val="0"/>
          <w:i w:val="0"/>
          <w:sz w:val="20"/>
        </w:rPr>
        <w:br/>
        <w:br/>
        <w:t xml:space="preserve">      requests.post</w:t>
        <w:br/>
        <w:t xml:space="preserve">     </w:t>
        <w:br/>
      </w:r>
      <w:r>
        <w:rPr>
          <w:b w:val="0"/>
          <w:i w:val="0"/>
        </w:rPr>
        <w:t xml:space="preserve"> . Dữ liệu phản hồi, sau khi được giải mã từ JSON, sẽ được hàm trả về:</w:t>
      </w:r>
    </w:p>
    <w:p>
      <w:pPr>
        <w:spacing w:after="0"/>
        <w:ind w:left="360"/>
        <w:shd w:val="clear" w:color="auto" w:fill="F2F2F2"/>
      </w:pPr>
      <w:r>
        <w:rPr>
          <w:rFonts w:ascii="Consolas" w:hAnsi="Consolas"/>
          <w:sz w:val="18"/>
        </w:rPr>
        <w:t xml:space="preserve">    resp = requests.post('https://httpbin.org/post', data)</w:t>
      </w:r>
    </w:p>
    <w:p>
      <w:pPr>
        <w:spacing w:after="0"/>
        <w:ind w:left="360"/>
        <w:shd w:val="clear" w:color="auto" w:fill="F2F2F2"/>
      </w:pPr>
      <w:r>
        <w:rPr>
          <w:rFonts w:ascii="Consolas" w:hAnsi="Consolas"/>
          <w:sz w:val="18"/>
        </w:rPr>
        <w:t xml:space="preserve">    return resp.json()['form']</w:t>
      </w:r>
    </w:p>
    <w:p>
      <w:pPr>
        <w:spacing w:after="40"/>
      </w:pPr>
    </w:p>
    <w:p>
      <w:pPr>
        <w:spacing w:after="80"/>
      </w:pPr>
      <w:r>
        <w:rPr>
          <w:b w:val="0"/>
          <w:i w:val="0"/>
        </w:rPr>
        <w:t xml:space="preserve">Trong </w:t>
      </w:r>
      <w:r>
        <w:rPr>
          <w:b w:val="0"/>
          <w:i/>
        </w:rPr>
        <w:t xml:space="preserve"> bước 3 </w:t>
      </w:r>
      <w:r>
        <w:rPr>
          <w:b w:val="0"/>
          <w:i w:val="0"/>
        </w:rPr>
        <w:t xml:space="preserve"> , tệp kiểm thử được định nghĩa. Lưu ý việc import mô-đun </w:t>
      </w:r>
      <w:r>
        <w:rPr>
          <w:rFonts w:ascii="Consolas" w:hAnsi="Consolas"/>
          <w:b w:val="0"/>
          <w:i w:val="0"/>
          <w:sz w:val="20"/>
        </w:rPr>
        <w:br/>
        <w:br/>
        <w:t xml:space="preserve">      responses</w:t>
        <w:br/>
        <w:t xml:space="preserve">     </w:t>
        <w:br/>
      </w:r>
      <w:r>
        <w:rPr>
          <w:b w:val="0"/>
          <w:i w:val="0"/>
        </w:rPr>
        <w:t xml:space="preserve"> . Bài kiểm thử đầu tiên, </w:t>
      </w:r>
      <w:r>
        <w:rPr>
          <w:rFonts w:ascii="Consolas" w:hAnsi="Consolas"/>
          <w:b w:val="0"/>
          <w:i w:val="0"/>
          <w:sz w:val="20"/>
        </w:rPr>
        <w:br/>
        <w:br/>
        <w:t xml:space="preserve">      test_order_pizza</w:t>
        <w:br/>
        <w:t xml:space="preserve">     </w:t>
        <w:br/>
      </w:r>
      <w:r>
        <w:rPr>
          <w:b w:val="0"/>
          <w:i w:val="0"/>
        </w:rPr>
        <w:t xml:space="preserve"> , bắt đầu bằng việc kích hoạt mô-đun responses với decorator </w:t>
      </w:r>
      <w:r>
        <w:rPr>
          <w:rFonts w:ascii="Consolas" w:hAnsi="Consolas"/>
          <w:b w:val="0"/>
          <w:i w:val="0"/>
          <w:sz w:val="20"/>
        </w:rPr>
        <w:br/>
        <w:br/>
        <w:t xml:space="preserve">      @responses.activate</w:t>
        <w:br/>
        <w:t xml:space="preserve">     </w:t>
        <w:br/>
      </w:r>
      <w:r>
        <w:rPr>
          <w:b w:val="0"/>
          <w:i w:val="0"/>
        </w:rPr>
        <w:t xml:space="preserve"> :</w:t>
      </w:r>
    </w:p>
    <w:p>
      <w:pPr>
        <w:spacing w:after="0"/>
        <w:ind w:left="360"/>
        <w:shd w:val="clear" w:color="auto" w:fill="F2F2F2"/>
      </w:pPr>
      <w:r>
        <w:rPr>
          <w:rFonts w:ascii="Consolas" w:hAnsi="Consolas"/>
          <w:sz w:val="18"/>
        </w:rPr>
        <w:t>@responses.activate</w:t>
      </w:r>
    </w:p>
    <w:p>
      <w:pPr>
        <w:spacing w:after="0"/>
        <w:ind w:left="360"/>
        <w:shd w:val="clear" w:color="auto" w:fill="F2F2F2"/>
      </w:pPr>
      <w:r>
        <w:rPr>
          <w:rFonts w:ascii="Consolas" w:hAnsi="Consolas"/>
          <w:sz w:val="18"/>
        </w:rPr>
        <w:t>def test_order_pizza():</w:t>
      </w:r>
    </w:p>
    <w:p>
      <w:pPr>
        <w:spacing w:after="0"/>
        <w:ind w:left="360"/>
        <w:shd w:val="clear" w:color="auto" w:fill="F2F2F2"/>
      </w:pPr>
      <w:r>
        <w:rPr>
          <w:rFonts w:ascii="Consolas" w:hAnsi="Consolas"/>
          <w:sz w:val="18"/>
        </w:rPr>
        <w:t xml:space="preserve">    body = {</w:t>
      </w:r>
    </w:p>
    <w:p>
      <w:pPr>
        <w:spacing w:after="0"/>
        <w:ind w:left="360"/>
        <w:shd w:val="clear" w:color="auto" w:fill="F2F2F2"/>
      </w:pPr>
      <w:r>
        <w:rPr>
          <w:rFonts w:ascii="Consolas" w:hAnsi="Consolas"/>
          <w:sz w:val="18"/>
        </w:rPr>
        <w:t xml:space="preserve">        'form': {</w:t>
      </w:r>
    </w:p>
    <w:p>
      <w:pPr>
        <w:spacing w:after="0"/>
        <w:ind w:left="360"/>
        <w:shd w:val="clear" w:color="auto" w:fill="F2F2F2"/>
      </w:pPr>
      <w:r>
        <w:rPr>
          <w:rFonts w:ascii="Consolas" w:hAnsi="Consolas"/>
          <w:sz w:val="18"/>
        </w:rPr>
        <w:t xml:space="preserve">            'size': 'small',</w:t>
      </w:r>
    </w:p>
    <w:p>
      <w:pPr>
        <w:spacing w:after="0"/>
        <w:ind w:left="360"/>
        <w:shd w:val="clear" w:color="auto" w:fill="F2F2F2"/>
      </w:pPr>
      <w:r>
        <w:rPr>
          <w:rFonts w:ascii="Consolas" w:hAnsi="Consolas"/>
          <w:sz w:val="18"/>
        </w:rPr>
        <w:t xml:space="preserve">            'topping': ['bacon', 'onion']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responses.add(responses.POST, 'https://httpbin.org/post',</w:t>
      </w:r>
    </w:p>
    <w:p>
      <w:pPr>
        <w:spacing w:after="0"/>
        <w:ind w:left="360"/>
        <w:shd w:val="clear" w:color="auto" w:fill="F2F2F2"/>
      </w:pPr>
      <w:r>
        <w:rPr>
          <w:rFonts w:ascii="Consolas" w:hAnsi="Consolas"/>
          <w:sz w:val="18"/>
        </w:rPr>
        <w:t xml:space="preserve">                  json=body, status=200)</w:t>
      </w:r>
    </w:p>
    <w:p>
      <w:pPr>
        <w:spacing w:after="0"/>
        <w:ind w:left="360"/>
        <w:shd w:val="clear" w:color="auto" w:fill="F2F2F2"/>
      </w:pPr>
      <w:r>
        <w:rPr>
          <w:rFonts w:ascii="Consolas" w:hAnsi="Consolas"/>
          <w:sz w:val="18"/>
        </w:rPr>
        <w:t xml:space="preserve">    result = order_pizza()</w:t>
      </w:r>
    </w:p>
    <w:p>
      <w:pPr>
        <w:spacing w:after="0"/>
        <w:ind w:left="360"/>
        <w:shd w:val="clear" w:color="auto" w:fill="F2F2F2"/>
      </w:pPr>
      <w:r>
        <w:rPr>
          <w:rFonts w:ascii="Consolas" w:hAnsi="Consolas"/>
          <w:sz w:val="18"/>
        </w:rPr>
        <w:t xml:space="preserve">    assert result['size'] == 'small'</w:t>
      </w:r>
    </w:p>
    <w:p>
      <w:pPr>
        <w:spacing w:after="0"/>
        <w:ind w:left="360"/>
        <w:shd w:val="clear" w:color="auto" w:fill="F2F2F2"/>
      </w:pPr>
      <w:r>
        <w:rPr>
          <w:rFonts w:ascii="Consolas" w:hAnsi="Consolas"/>
          <w:sz w:val="18"/>
        </w:rPr>
        <w:t># Decode the sent data</w:t>
      </w:r>
    </w:p>
    <w:p>
      <w:pPr>
        <w:spacing w:after="0"/>
        <w:ind w:left="360"/>
        <w:shd w:val="clear" w:color="auto" w:fill="F2F2F2"/>
      </w:pPr>
      <w:r>
        <w:rPr>
          <w:rFonts w:ascii="Consolas" w:hAnsi="Consolas"/>
          <w:sz w:val="18"/>
        </w:rPr>
        <w:t xml:space="preserve">    encoded_body = responses.calls[0].request.body</w:t>
      </w:r>
    </w:p>
    <w:p>
      <w:pPr>
        <w:spacing w:after="0"/>
        <w:ind w:left="360"/>
        <w:shd w:val="clear" w:color="auto" w:fill="F2F2F2"/>
      </w:pPr>
      <w:r>
        <w:rPr>
          <w:rFonts w:ascii="Consolas" w:hAnsi="Consolas"/>
          <w:sz w:val="18"/>
        </w:rPr>
        <w:t xml:space="preserve">    sent_data = urllib.parse.parse_qs(encoded_body)</w:t>
      </w:r>
    </w:p>
    <w:p>
      <w:pPr>
        <w:spacing w:after="0"/>
        <w:ind w:left="360"/>
        <w:shd w:val="clear" w:color="auto" w:fill="F2F2F2"/>
      </w:pPr>
      <w:r>
        <w:rPr>
          <w:rFonts w:ascii="Consolas" w:hAnsi="Consolas"/>
          <w:sz w:val="18"/>
        </w:rPr>
        <w:t xml:space="preserve">    assert sent_data['size'] == ['small']</w:t>
      </w:r>
    </w:p>
    <w:p>
      <w:pPr>
        <w:spacing w:after="40"/>
      </w:pPr>
    </w:p>
    <w:p>
      <w:pPr>
        <w:spacing w:after="80"/>
      </w:pPr>
      <w:r>
        <w:rPr>
          <w:b w:val="0"/>
          <w:i w:val="0"/>
        </w:rPr>
        <w:t xml:space="preserve">Điều đầu tiên nó làm là định nghĩa yêu cầu HTTP mong đợi là </w:t>
      </w:r>
      <w:r>
        <w:rPr>
          <w:rFonts w:ascii="Consolas" w:hAnsi="Consolas"/>
          <w:b w:val="0"/>
          <w:i w:val="0"/>
          <w:sz w:val="20"/>
        </w:rPr>
        <w:br/>
        <w:br/>
        <w:t xml:space="preserve">      https://httpbin.org/post</w:t>
        <w:br/>
        <w:t xml:space="preserve">     </w:t>
        <w:br/>
      </w:r>
      <w:r>
        <w:rPr>
          <w:b w:val="0"/>
          <w:i w:val="0"/>
        </w:rPr>
        <w:t xml:space="preserve"> và phản hồi sẽ được trả về:</w:t>
      </w:r>
    </w:p>
    <w:p>
      <w:pPr>
        <w:spacing w:after="0"/>
        <w:ind w:left="360"/>
        <w:shd w:val="clear" w:color="auto" w:fill="F2F2F2"/>
      </w:pPr>
      <w:r>
        <w:rPr>
          <w:rFonts w:ascii="Consolas" w:hAnsi="Consolas"/>
          <w:sz w:val="18"/>
        </w:rPr>
        <w:t xml:space="preserve">    body = {</w:t>
      </w:r>
    </w:p>
    <w:p>
      <w:pPr>
        <w:spacing w:after="0"/>
        <w:ind w:left="360"/>
        <w:shd w:val="clear" w:color="auto" w:fill="F2F2F2"/>
      </w:pPr>
      <w:r>
        <w:rPr>
          <w:rFonts w:ascii="Consolas" w:hAnsi="Consolas"/>
          <w:sz w:val="18"/>
        </w:rPr>
        <w:t xml:space="preserve">        'form': {</w:t>
      </w:r>
    </w:p>
    <w:p>
      <w:pPr>
        <w:spacing w:after="0"/>
        <w:ind w:left="360"/>
        <w:shd w:val="clear" w:color="auto" w:fill="F2F2F2"/>
      </w:pPr>
      <w:r>
        <w:rPr>
          <w:rFonts w:ascii="Consolas" w:hAnsi="Consolas"/>
          <w:sz w:val="18"/>
        </w:rPr>
        <w:t xml:space="preserve">            'size': 'small',</w:t>
      </w:r>
    </w:p>
    <w:p>
      <w:pPr>
        <w:spacing w:after="0"/>
        <w:ind w:left="360"/>
        <w:shd w:val="clear" w:color="auto" w:fill="F2F2F2"/>
      </w:pPr>
      <w:r>
        <w:rPr>
          <w:rFonts w:ascii="Consolas" w:hAnsi="Consolas"/>
          <w:sz w:val="18"/>
        </w:rPr>
        <w:t xml:space="preserve">            'topping': ['bacon', 'onion']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responses.add(responses.POST, 'https://httpbin.org/post',</w:t>
      </w:r>
    </w:p>
    <w:p>
      <w:pPr>
        <w:spacing w:after="0"/>
        <w:ind w:left="360"/>
        <w:shd w:val="clear" w:color="auto" w:fill="F2F2F2"/>
      </w:pPr>
      <w:r>
        <w:rPr>
          <w:rFonts w:ascii="Consolas" w:hAnsi="Consolas"/>
          <w:sz w:val="18"/>
        </w:rPr>
        <w:t xml:space="preserve">                  json=body, status=200)</w:t>
      </w:r>
    </w:p>
    <w:p>
      <w:pPr>
        <w:spacing w:after="40"/>
      </w:pPr>
    </w:p>
    <w:p>
      <w:pPr>
        <w:spacing w:after="80"/>
      </w:pPr>
      <w:r>
        <w:rPr>
          <w:b w:val="0"/>
          <w:i w:val="0"/>
        </w:rPr>
        <w:t xml:space="preserve">Lệnh gọi </w:t>
      </w:r>
      <w:r>
        <w:rPr>
          <w:rFonts w:ascii="Consolas" w:hAnsi="Consolas"/>
          <w:b w:val="0"/>
          <w:i w:val="0"/>
          <w:sz w:val="20"/>
        </w:rPr>
        <w:br/>
        <w:br/>
        <w:t xml:space="preserve">      responses.add</w:t>
        <w:br/>
        <w:t xml:space="preserve">     </w:t>
        <w:br/>
      </w:r>
      <w:r>
        <w:rPr>
          <w:b w:val="0"/>
          <w:i w:val="0"/>
        </w:rPr>
        <w:t xml:space="preserve"> chỉ định phương thức ( </w:t>
      </w:r>
      <w:r>
        <w:rPr>
          <w:rFonts w:ascii="Consolas" w:hAnsi="Consolas"/>
          <w:b w:val="0"/>
          <w:i w:val="0"/>
          <w:sz w:val="20"/>
        </w:rPr>
        <w:br/>
        <w:br/>
        <w:t xml:space="preserve">      POST</w:t>
        <w:br/>
        <w:t xml:space="preserve">     </w:t>
        <w:br/>
      </w:r>
      <w:r>
        <w:rPr>
          <w:b w:val="0"/>
          <w:i w:val="0"/>
        </w:rPr>
        <w:t xml:space="preserve"> ), URL, phản hồi ở định dạng JSON, và mã trạng thái. Khi mã của chúng ta thực hiện yêu cầu đến URL đã cho, nó sẽ nhận được thông tin này thay vì thực hiện lệnh gọi bên ngoài đến mạng.</w:t>
      </w:r>
    </w:p>
    <w:p>
      <w:pPr>
        <w:spacing w:after="80"/>
      </w:pPr>
      <w:r>
        <w:rPr>
          <w:b w:val="0"/>
          <w:i w:val="0"/>
        </w:rPr>
        <w:t xml:space="preserve">Khối tiếp theo là lệnh gọi </w:t>
      </w:r>
      <w:r>
        <w:rPr>
          <w:rFonts w:ascii="Consolas" w:hAnsi="Consolas"/>
          <w:b w:val="0"/>
          <w:i w:val="0"/>
          <w:sz w:val="20"/>
        </w:rPr>
        <w:br/>
        <w:br/>
        <w:t xml:space="preserve">      order_pizza()</w:t>
        <w:br/>
        <w:t xml:space="preserve">     </w:t>
        <w:br/>
      </w:r>
      <w:r>
        <w:rPr>
          <w:b w:val="0"/>
          <w:i w:val="0"/>
        </w:rPr>
        <w:t xml:space="preserve"> và việc kiểm tra kết quả, khá đơn giản.</w:t>
      </w:r>
    </w:p>
    <w:p>
      <w:pPr>
        <w:spacing w:after="80"/>
      </w:pPr>
      <w:r>
        <w:rPr>
          <w:b w:val="0"/>
          <w:i w:val="0"/>
        </w:rPr>
        <w:t>Sau đó, khối tiếp theo kiểm tra dữ liệu được gửi và ghi lại bởi responses:</w:t>
      </w:r>
    </w:p>
    <w:p>
      <w:pPr>
        <w:spacing w:after="0"/>
        <w:ind w:left="360"/>
        <w:shd w:val="clear" w:color="auto" w:fill="F2F2F2"/>
      </w:pPr>
      <w:r>
        <w:rPr>
          <w:rFonts w:ascii="Consolas" w:hAnsi="Consolas"/>
          <w:sz w:val="18"/>
        </w:rPr>
        <w:t># Decode the sent data</w:t>
      </w:r>
    </w:p>
    <w:p>
      <w:pPr>
        <w:spacing w:after="0"/>
        <w:ind w:left="360"/>
        <w:shd w:val="clear" w:color="auto" w:fill="F2F2F2"/>
      </w:pPr>
      <w:r>
        <w:rPr>
          <w:rFonts w:ascii="Consolas" w:hAnsi="Consolas"/>
          <w:sz w:val="18"/>
        </w:rPr>
        <w:t xml:space="preserve">    encoded_body = responses.calls[0].request.body</w:t>
      </w:r>
    </w:p>
    <w:p>
      <w:pPr>
        <w:spacing w:after="0"/>
        <w:ind w:left="360"/>
        <w:shd w:val="clear" w:color="auto" w:fill="F2F2F2"/>
      </w:pPr>
      <w:r>
        <w:rPr>
          <w:rFonts w:ascii="Consolas" w:hAnsi="Consolas"/>
          <w:sz w:val="18"/>
        </w:rPr>
        <w:t xml:space="preserve">    sent_data = urllib.parse.parse_qs(encoded_body)</w:t>
      </w:r>
    </w:p>
    <w:p>
      <w:pPr>
        <w:spacing w:after="0"/>
        <w:ind w:left="360"/>
        <w:shd w:val="clear" w:color="auto" w:fill="F2F2F2"/>
      </w:pPr>
      <w:r>
        <w:rPr>
          <w:rFonts w:ascii="Consolas" w:hAnsi="Consolas"/>
          <w:sz w:val="18"/>
        </w:rPr>
        <w:t xml:space="preserve">    assert sent_data['size'] == ['small']</w:t>
      </w:r>
    </w:p>
    <w:p>
      <w:pPr>
        <w:spacing w:after="40"/>
      </w:pPr>
    </w:p>
    <w:p>
      <w:pPr>
        <w:spacing w:after="80"/>
      </w:pPr>
      <w:r>
        <w:rPr>
          <w:b w:val="0"/>
          <w:i w:val="0"/>
        </w:rPr>
        <w:t xml:space="preserve">Thư viện responses theo dõi tất cả các yêu cầu đã ghi lại. Chúng ta lấy phần thân của yêu cầu đầu tiên và lưu nó vào biến </w:t>
      </w:r>
      <w:r>
        <w:rPr>
          <w:rFonts w:ascii="Consolas" w:hAnsi="Consolas"/>
          <w:b w:val="0"/>
          <w:i w:val="0"/>
          <w:sz w:val="20"/>
        </w:rPr>
        <w:br/>
        <w:br/>
        <w:t xml:space="preserve">      encoded_body</w:t>
        <w:br/>
        <w:t xml:space="preserve">     </w:t>
        <w:br/>
      </w:r>
      <w:r>
        <w:rPr>
          <w:b w:val="0"/>
          <w:i w:val="0"/>
        </w:rPr>
        <w:t xml:space="preserve"> . Dữ liệu này đã được mã hóa và gửi như một phần của POST ở định dạng </w:t>
      </w:r>
      <w:r>
        <w:rPr>
          <w:rFonts w:ascii="Consolas" w:hAnsi="Consolas"/>
          <w:b w:val="0"/>
          <w:i w:val="0"/>
          <w:sz w:val="20"/>
        </w:rPr>
        <w:br/>
        <w:br/>
        <w:t xml:space="preserve">      application/x‑www‑form‑urlencoded</w:t>
        <w:br/>
        <w:t xml:space="preserve">     </w:t>
        <w:br/>
      </w:r>
      <w:r>
        <w:rPr>
          <w:b w:val="0"/>
          <w:i w:val="0"/>
        </w:rPr>
        <w:t xml:space="preserve"> , đây là định dạng mặc định cho các yêu cầu POST. Chúng ta giải mã nó bằng thư viện mặc định, </w:t>
      </w:r>
      <w:r>
        <w:rPr>
          <w:rFonts w:ascii="Consolas" w:hAnsi="Consolas"/>
          <w:b w:val="0"/>
          <w:i w:val="0"/>
          <w:sz w:val="20"/>
        </w:rPr>
        <w:br/>
        <w:br/>
        <w:t xml:space="preserve">      urllib</w:t>
        <w:br/>
        <w:t xml:space="preserve">     </w:t>
        <w:br/>
      </w:r>
      <w:r>
        <w:rPr>
          <w:b w:val="0"/>
          <w:i w:val="0"/>
        </w:rPr>
        <w:t xml:space="preserve"> , và </w:t>
      </w:r>
      <w:r>
        <w:rPr>
          <w:rFonts w:ascii="Consolas" w:hAnsi="Consolas"/>
          <w:b w:val="0"/>
          <w:i w:val="0"/>
          <w:sz w:val="20"/>
        </w:rPr>
        <w:br/>
        <w:br/>
        <w:t xml:space="preserve">      parse_qs()</w:t>
        <w:br/>
        <w:t xml:space="preserve">     </w:t>
        <w:br/>
      </w:r>
      <w:r>
        <w:rPr>
          <w:b w:val="0"/>
          <w:i w:val="0"/>
        </w:rPr>
        <w:t xml:space="preserve"> để chuyển nó thành một dictionary.</w:t>
      </w:r>
    </w:p>
    <w:p>
      <w:pPr>
        <w:spacing w:after="80"/>
      </w:pPr>
      <w:r>
        <w:rPr>
          <w:b/>
          <w:i w:val="0"/>
        </w:rPr>
        <w:t>Lưu ý</w:t>
      </w:r>
    </w:p>
    <w:p>
      <w:pPr>
        <w:spacing w:after="80"/>
      </w:pPr>
      <w:r>
        <w:rPr>
          <w:b w:val="0"/>
          <w:i w:val="0"/>
        </w:rPr>
        <w:t xml:space="preserve">Tài liệu đầy đủ cho </w:t>
      </w:r>
      <w:r>
        <w:rPr>
          <w:rFonts w:ascii="Consolas" w:hAnsi="Consolas"/>
          <w:b w:val="0"/>
          <w:i w:val="0"/>
          <w:sz w:val="20"/>
        </w:rPr>
        <w:br/>
        <w:br/>
        <w:t xml:space="preserve">       urllib.parse</w:t>
        <w:br/>
        <w:t xml:space="preserve">      </w:t>
        <w:br/>
      </w:r>
      <w:r>
        <w:rPr>
          <w:b w:val="0"/>
          <w:i w:val="0"/>
        </w:rPr>
        <w:t xml:space="preserve"> có thể được tìm thấy trong tài liệu chính thức của Python: </w:t>
      </w:r>
      <w:r>
        <w:rPr>
          <w:rFonts w:ascii="Consolas" w:hAnsi="Consolas"/>
          <w:b w:val="0"/>
          <w:i w:val="0"/>
          <w:sz w:val="20"/>
        </w:rPr>
        <w:br/>
        <w:br/>
        <w:t xml:space="preserve">        https://docs.python.org/3/library/urllib.parse.html</w:t>
        <w:br/>
        <w:t xml:space="preserve">       </w:t>
        <w:br/>
      </w:r>
      <w:r>
        <w:rPr>
          <w:b w:val="0"/>
          <w:i w:val="0"/>
        </w:rPr>
        <w:t xml:space="preserve"> .</w:t>
      </w:r>
    </w:p>
    <w:p>
      <w:pPr>
        <w:spacing w:after="80"/>
      </w:pPr>
      <w:r>
        <w:rPr>
          <w:b w:val="0"/>
          <w:i w:val="0"/>
        </w:rPr>
        <w:t xml:space="preserve">Bài kiểm tra thứ hai, </w:t>
      </w:r>
      <w:r>
        <w:rPr>
          <w:rFonts w:ascii="Consolas" w:hAnsi="Consolas"/>
          <w:b w:val="0"/>
          <w:i w:val="0"/>
          <w:sz w:val="20"/>
        </w:rPr>
        <w:br/>
        <w:br/>
        <w:t xml:space="preserve">      test_order_pizza_timeout</w:t>
        <w:br/>
        <w:t xml:space="preserve">     </w:t>
        <w:br/>
      </w:r>
      <w:r>
        <w:rPr>
          <w:b w:val="0"/>
          <w:i w:val="0"/>
        </w:rPr>
        <w:t xml:space="preserve"> , cho thấy cách ném ra một ngoại lệ khi yêu cầu một URL cụ thể:</w:t>
      </w:r>
    </w:p>
    <w:p>
      <w:pPr>
        <w:spacing w:after="0"/>
        <w:ind w:left="360"/>
        <w:shd w:val="clear" w:color="auto" w:fill="F2F2F2"/>
      </w:pPr>
      <w:r>
        <w:rPr>
          <w:rFonts w:ascii="Consolas" w:hAnsi="Consolas"/>
          <w:sz w:val="18"/>
        </w:rPr>
        <w:t>@responses.activate</w:t>
      </w:r>
    </w:p>
    <w:p>
      <w:pPr>
        <w:spacing w:after="0"/>
        <w:ind w:left="360"/>
        <w:shd w:val="clear" w:color="auto" w:fill="F2F2F2"/>
      </w:pPr>
      <w:r>
        <w:rPr>
          <w:rFonts w:ascii="Consolas" w:hAnsi="Consolas"/>
          <w:sz w:val="18"/>
        </w:rPr>
        <w:t>def test_order_pizza_timeout():</w:t>
      </w:r>
    </w:p>
    <w:p>
      <w:pPr>
        <w:spacing w:after="0"/>
        <w:ind w:left="360"/>
        <w:shd w:val="clear" w:color="auto" w:fill="F2F2F2"/>
      </w:pPr>
      <w:r>
        <w:rPr>
          <w:rFonts w:ascii="Consolas" w:hAnsi="Consolas"/>
          <w:sz w:val="18"/>
        </w:rPr>
        <w:t xml:space="preserve">    responses.add(responses.POST, 'https://httpbin.org/post',</w:t>
      </w:r>
    </w:p>
    <w:p>
      <w:pPr>
        <w:spacing w:after="0"/>
        <w:ind w:left="360"/>
        <w:shd w:val="clear" w:color="auto" w:fill="F2F2F2"/>
      </w:pPr>
      <w:r>
        <w:rPr>
          <w:rFonts w:ascii="Consolas" w:hAnsi="Consolas"/>
          <w:sz w:val="18"/>
        </w:rPr>
        <w:t xml:space="preserve">                  body=requests.exceptions.Timeout())</w:t>
      </w:r>
    </w:p>
    <w:p>
      <w:pPr>
        <w:spacing w:after="0"/>
        <w:ind w:left="360"/>
        <w:shd w:val="clear" w:color="auto" w:fill="F2F2F2"/>
      </w:pPr>
      <w:r>
        <w:rPr>
          <w:rFonts w:ascii="Consolas" w:hAnsi="Consolas"/>
          <w:sz w:val="18"/>
        </w:rPr>
        <w:t xml:space="preserve">    with pytest.raises(requests.exceptions.Timeout):</w:t>
      </w:r>
    </w:p>
    <w:p>
      <w:pPr>
        <w:spacing w:after="0"/>
        <w:ind w:left="360"/>
        <w:shd w:val="clear" w:color="auto" w:fill="F2F2F2"/>
      </w:pPr>
      <w:r>
        <w:rPr>
          <w:rFonts w:ascii="Consolas" w:hAnsi="Consolas"/>
          <w:sz w:val="18"/>
        </w:rPr>
        <w:t xml:space="preserve">        order_pizza()</w:t>
      </w:r>
    </w:p>
    <w:p>
      <w:pPr>
        <w:spacing w:after="40"/>
      </w:pPr>
    </w:p>
    <w:p>
      <w:pPr>
        <w:spacing w:after="80"/>
      </w:pPr>
      <w:r>
        <w:rPr>
          <w:b w:val="0"/>
          <w:i w:val="0"/>
        </w:rPr>
        <w:t xml:space="preserve">Lệnh gọi </w:t>
      </w:r>
      <w:r>
        <w:rPr>
          <w:rFonts w:ascii="Consolas" w:hAnsi="Consolas"/>
          <w:b w:val="0"/>
          <w:i w:val="0"/>
          <w:sz w:val="20"/>
        </w:rPr>
        <w:br/>
        <w:br/>
        <w:t xml:space="preserve">      responses.add</w:t>
        <w:br/>
        <w:t xml:space="preserve">     </w:t>
        <w:br/>
      </w:r>
      <w:r>
        <w:rPr>
          <w:b w:val="0"/>
          <w:i w:val="0"/>
        </w:rPr>
        <w:t xml:space="preserve"> , trong trường hợp này, chỉ định một </w:t>
      </w:r>
      <w:r>
        <w:rPr>
          <w:rFonts w:ascii="Consolas" w:hAnsi="Consolas"/>
          <w:b w:val="0"/>
          <w:i w:val="0"/>
          <w:sz w:val="20"/>
        </w:rPr>
        <w:br/>
        <w:br/>
        <w:t xml:space="preserve">      Exception</w:t>
        <w:br/>
        <w:t xml:space="preserve">     </w:t>
        <w:br/>
      </w:r>
      <w:r>
        <w:rPr>
          <w:b w:val="0"/>
          <w:i w:val="0"/>
        </w:rPr>
        <w:t xml:space="preserve"> trong phần thân sẽ được ném ra khi URL được yêu cầu với phương thức đã định nghĩa.</w:t>
      </w:r>
    </w:p>
    <w:p>
      <w:pPr>
        <w:spacing w:after="80"/>
      </w:pPr>
      <w:r>
        <w:rPr>
          <w:b/>
          <w:i w:val="0"/>
        </w:rPr>
        <w:t>Lưu ý</w:t>
      </w:r>
    </w:p>
    <w:p>
      <w:pPr>
        <w:spacing w:after="80"/>
      </w:pPr>
      <w:r>
        <w:rPr>
          <w:b w:val="0"/>
          <w:i w:val="0"/>
        </w:rPr>
        <w:t xml:space="preserve">Vì ngoại lệ được ném ra ngay lập tức khi yêu cầu được thực hiện, điều này tăng tốc việc tạo ra ngoại lệ </w:t>
      </w:r>
      <w:r>
        <w:rPr>
          <w:rFonts w:ascii="Consolas" w:hAnsi="Consolas"/>
          <w:b w:val="0"/>
          <w:i w:val="0"/>
          <w:sz w:val="20"/>
        </w:rPr>
        <w:br/>
        <w:br/>
        <w:t xml:space="preserve">       Timeout</w:t>
        <w:br/>
        <w:t xml:space="preserve">      </w:t>
        <w:br/>
      </w:r>
      <w:r>
        <w:rPr>
          <w:b w:val="0"/>
          <w:i w:val="0"/>
        </w:rPr>
        <w:t xml:space="preserve"> , thứ mà bình thường sẽ cần vài giây hoặc vài phút để được tạo ra.</w:t>
      </w:r>
    </w:p>
    <w:p>
      <w:pPr>
        <w:spacing w:after="80"/>
      </w:pPr>
      <w:r>
        <w:rPr>
          <w:b w:val="0"/>
          <w:i/>
        </w:rPr>
        <w:t xml:space="preserve"> Bước 4 </w:t>
      </w:r>
      <w:r>
        <w:rPr>
          <w:b w:val="0"/>
          <w:i w:val="0"/>
        </w:rPr>
        <w:t xml:space="preserve"> chạy các bài kiểm tra để xác nhận rằng mã hoạt động như mong đợi.</w:t>
      </w:r>
    </w:p>
    <w:p>
      <w:pPr>
        <w:pStyle w:val="Heading3"/>
      </w:pPr>
      <w:r>
        <w:rPr>
          <w:rFonts w:ascii="Calibri" w:hAnsi="Calibri"/>
          <w:b/>
          <w:i w:val="0"/>
          <w:sz w:val="26"/>
        </w:rPr>
        <w:t>Còn nhiều hơn thế...</w:t>
      </w:r>
    </w:p>
    <w:p>
      <w:pPr>
        <w:spacing w:after="80"/>
      </w:pPr>
      <w:r>
        <w:rPr>
          <w:b w:val="0"/>
          <w:i w:val="0"/>
        </w:rPr>
        <w:t xml:space="preserve">Thư viện responses rất hữu ích để tạo ra các điều kiện lỗi và chuẩn bị mã của bạn cho chúng. Đối số </w:t>
      </w:r>
      <w:r>
        <w:rPr>
          <w:rFonts w:ascii="Consolas" w:hAnsi="Consolas"/>
          <w:b w:val="0"/>
          <w:i w:val="0"/>
          <w:sz w:val="20"/>
        </w:rPr>
        <w:br/>
        <w:br/>
        <w:t xml:space="preserve">      STATUS</w:t>
        <w:br/>
        <w:t xml:space="preserve">     </w:t>
        <w:br/>
      </w:r>
      <w:r>
        <w:rPr>
          <w:b w:val="0"/>
          <w:i w:val="0"/>
        </w:rPr>
        <w:t xml:space="preserve"> có thể được dùng để tạo ra các mã lỗi trong các hệ thống bên ngoài, chẳng hạn như " </w:t>
      </w:r>
      <w:r>
        <w:rPr>
          <w:rFonts w:ascii="Consolas" w:hAnsi="Consolas"/>
          <w:b w:val="0"/>
          <w:i w:val="0"/>
          <w:sz w:val="20"/>
        </w:rPr>
        <w:br/>
        <w:br/>
        <w:t xml:space="preserve">      403 Forbidden</w:t>
        <w:br/>
        <w:t xml:space="preserve">     </w:t>
        <w:br/>
      </w:r>
      <w:r>
        <w:rPr>
          <w:b w:val="0"/>
          <w:i w:val="0"/>
        </w:rPr>
        <w:t xml:space="preserve"> ", " </w:t>
      </w:r>
      <w:r>
        <w:rPr>
          <w:rFonts w:ascii="Consolas" w:hAnsi="Consolas"/>
          <w:b w:val="0"/>
          <w:i w:val="0"/>
          <w:sz w:val="20"/>
        </w:rPr>
        <w:br/>
        <w:br/>
        <w:t xml:space="preserve">      404 Not Found</w:t>
        <w:br/>
        <w:t xml:space="preserve">     </w:t>
        <w:br/>
      </w:r>
      <w:r>
        <w:rPr>
          <w:b w:val="0"/>
          <w:i w:val="0"/>
        </w:rPr>
        <w:t xml:space="preserve"> ", " </w:t>
      </w:r>
      <w:r>
        <w:rPr>
          <w:rFonts w:ascii="Consolas" w:hAnsi="Consolas"/>
          <w:b w:val="0"/>
          <w:i w:val="0"/>
          <w:sz w:val="20"/>
        </w:rPr>
        <w:br/>
        <w:br/>
        <w:t xml:space="preserve">      500 Internal Server error</w:t>
        <w:br/>
        <w:t xml:space="preserve">     </w:t>
        <w:br/>
      </w:r>
      <w:r>
        <w:rPr>
          <w:b w:val="0"/>
          <w:i w:val="0"/>
        </w:rPr>
        <w:t xml:space="preserve"> ", và " </w:t>
      </w:r>
      <w:r>
        <w:rPr>
          <w:rFonts w:ascii="Consolas" w:hAnsi="Consolas"/>
          <w:b w:val="0"/>
          <w:i w:val="0"/>
          <w:sz w:val="20"/>
        </w:rPr>
        <w:br/>
        <w:br/>
        <w:t xml:space="preserve">      503 Service Unavailable</w:t>
        <w:br/>
        <w:t xml:space="preserve">     </w:t>
        <w:br/>
      </w:r>
      <w:r>
        <w:rPr>
          <w:b w:val="0"/>
          <w:i w:val="0"/>
        </w:rPr>
        <w:t xml:space="preserve"> ". Việc xử lý đúng cách các tình huống khác nhau có thể xảy ra và phản ứng với chúng sẽ cải thiện độ tin cậy của mã của bạn.</w:t>
      </w:r>
    </w:p>
    <w:p>
      <w:pPr>
        <w:spacing w:after="80"/>
      </w:pPr>
      <w:r>
        <w:rPr>
          <w:b/>
          <w:i w:val="0"/>
        </w:rPr>
        <w:t>Mẹo</w:t>
      </w:r>
    </w:p>
    <w:p>
      <w:pPr>
        <w:spacing w:after="80"/>
      </w:pPr>
      <w:r>
        <w:rPr>
          <w:b w:val="0"/>
          <w:i w:val="0"/>
        </w:rPr>
        <w:t>Lưu ý rằng một số lỗi này có thể xảy ra ở cấp độ máy chủ, mà không có bất kỳ thay đổi nào ở phía bạn, như 503, nghĩa là dịch vụ tạm thời không khả dụng. Trong một số trường hợp, chiến lược chờ-và-thử-lại có thể là phù hợp, và trong những trường hợp khác, việc thông báo đúng đắn về "dịch vụ bên ngoài không khả dụng" có thể tốt hơn. Đừng giả định rằng các dịch vụ bên ngoài sẽ luôn hoạt động hoàn hảo, vì chúng có thể (và sẽ) gặp vấn đề.</w:t>
      </w:r>
    </w:p>
    <w:p>
      <w:pPr>
        <w:spacing w:after="80"/>
      </w:pPr>
      <w:r>
        <w:rPr>
          <w:b w:val="0"/>
          <w:i w:val="0"/>
        </w:rPr>
        <w:t xml:space="preserve">Khi bạn bật </w:t>
      </w:r>
      <w:r>
        <w:rPr>
          <w:rFonts w:ascii="Consolas" w:hAnsi="Consolas"/>
          <w:b w:val="0"/>
          <w:i w:val="0"/>
          <w:sz w:val="20"/>
        </w:rPr>
        <w:br/>
        <w:br/>
        <w:t xml:space="preserve">      responses.activate</w:t>
        <w:br/>
        <w:t xml:space="preserve">     </w:t>
        <w:br/>
      </w:r>
      <w:r>
        <w:rPr>
          <w:b w:val="0"/>
          <w:i w:val="0"/>
        </w:rPr>
        <w:t xml:space="preserve"> để bắt tất cả các yêu cầu HTTP, bất kỳ yêu cầu nào đến một URL không mong đợi sẽ báo lỗi:</w:t>
      </w:r>
    </w:p>
    <w:p>
      <w:pPr>
        <w:spacing w:after="0"/>
        <w:ind w:left="360"/>
        <w:shd w:val="clear" w:color="auto" w:fill="F2F2F2"/>
      </w:pPr>
      <w:r>
        <w:rPr>
          <w:rFonts w:ascii="Consolas" w:hAnsi="Consolas"/>
          <w:sz w:val="18"/>
        </w:rPr>
        <w:t>E           requests.exceptions.ConnectionError: Connection refused by Responses - the call doesn't match any registered mock.</w:t>
      </w:r>
    </w:p>
    <w:p>
      <w:pPr>
        <w:spacing w:after="0"/>
        <w:ind w:left="360"/>
        <w:shd w:val="clear" w:color="auto" w:fill="F2F2F2"/>
      </w:pPr>
      <w:r>
        <w:rPr>
          <w:rFonts w:ascii="Consolas" w:hAnsi="Consolas"/>
          <w:sz w:val="18"/>
        </w:rPr>
        <w:t>E</w:t>
      </w:r>
    </w:p>
    <w:p>
      <w:pPr>
        <w:spacing w:after="0"/>
        <w:ind w:left="360"/>
        <w:shd w:val="clear" w:color="auto" w:fill="F2F2F2"/>
      </w:pPr>
      <w:r>
        <w:rPr>
          <w:rFonts w:ascii="Consolas" w:hAnsi="Consolas"/>
          <w:sz w:val="18"/>
        </w:rPr>
        <w:t>E           Request:</w:t>
      </w:r>
    </w:p>
    <w:p>
      <w:pPr>
        <w:spacing w:after="0"/>
        <w:ind w:left="360"/>
        <w:shd w:val="clear" w:color="auto" w:fill="F2F2F2"/>
      </w:pPr>
      <w:r>
        <w:rPr>
          <w:rFonts w:ascii="Consolas" w:hAnsi="Consolas"/>
          <w:sz w:val="18"/>
        </w:rPr>
        <w:t>E           - POST https://httpbin.org/otherurl</w:t>
      </w:r>
    </w:p>
    <w:p>
      <w:pPr>
        <w:spacing w:after="0"/>
        <w:ind w:left="360"/>
        <w:shd w:val="clear" w:color="auto" w:fill="F2F2F2"/>
      </w:pPr>
      <w:r>
        <w:rPr>
          <w:rFonts w:ascii="Consolas" w:hAnsi="Consolas"/>
          <w:sz w:val="18"/>
        </w:rPr>
        <w:t>E</w:t>
      </w:r>
    </w:p>
    <w:p>
      <w:pPr>
        <w:spacing w:after="0"/>
        <w:ind w:left="360"/>
        <w:shd w:val="clear" w:color="auto" w:fill="F2F2F2"/>
      </w:pPr>
      <w:r>
        <w:rPr>
          <w:rFonts w:ascii="Consolas" w:hAnsi="Consolas"/>
          <w:sz w:val="18"/>
        </w:rPr>
        <w:t>E           Available matches:</w:t>
      </w:r>
    </w:p>
    <w:p>
      <w:pPr>
        <w:spacing w:after="0"/>
        <w:ind w:left="360"/>
        <w:shd w:val="clear" w:color="auto" w:fill="F2F2F2"/>
      </w:pPr>
      <w:r>
        <w:rPr>
          <w:rFonts w:ascii="Consolas" w:hAnsi="Consolas"/>
          <w:sz w:val="18"/>
        </w:rPr>
        <w:t>E           - POST https://httpbin.org/post</w:t>
      </w:r>
    </w:p>
    <w:p>
      <w:pPr>
        <w:spacing w:after="40"/>
      </w:pPr>
    </w:p>
    <w:p>
      <w:pPr>
        <w:spacing w:after="80"/>
      </w:pPr>
      <w:r>
        <w:rPr>
          <w:b w:val="0"/>
          <w:i w:val="0"/>
        </w:rPr>
        <w:t>Điều này khiến mọi bài kiểm thử sử dụng responses trở nên khép kín và có nghĩa là chúng sẽ không rò rỉ bất kỳ lệnh gọi bên ngoài nào do sai sót hoặc thay đổi.</w:t>
      </w:r>
    </w:p>
    <w:p>
      <w:pPr>
        <w:spacing w:after="80"/>
      </w:pPr>
      <w:r>
        <w:rPr>
          <w:b w:val="0"/>
          <w:i w:val="0"/>
        </w:rPr>
        <w:t xml:space="preserve">Tài liệu đầy đủ của thư viện responses có thể được tìm thấy ở đây: </w:t>
      </w:r>
      <w:r>
        <w:rPr>
          <w:rFonts w:ascii="Consolas" w:hAnsi="Consolas"/>
          <w:b w:val="0"/>
          <w:i w:val="0"/>
          <w:sz w:val="20"/>
        </w:rPr>
        <w:br/>
        <w:br/>
        <w:t xml:space="preserve">       https://github.com/getsentry/responses</w:t>
        <w:br/>
        <w:t xml:space="preserve">      </w:t>
        <w:br/>
      </w:r>
      <w:r>
        <w:rPr>
          <w:b w:val="0"/>
          <w:i w:val="0"/>
        </w:rPr>
        <w:t xml:space="preserve"> .</w:t>
      </w:r>
    </w:p>
    <w:p>
      <w:pPr>
        <w:spacing w:after="80"/>
      </w:pPr>
      <w:r>
        <w:rPr>
          <w:rFonts w:ascii="Consolas" w:hAnsi="Consolas"/>
          <w:b w:val="0"/>
          <w:i w:val="0"/>
          <w:sz w:val="20"/>
        </w:rPr>
        <w:br/>
        <w:br/>
        <w:t xml:space="preserve">      responses</w:t>
        <w:br/>
        <w:t xml:space="preserve">     </w:t>
        <w:br/>
      </w:r>
      <w:r>
        <w:rPr>
          <w:b w:val="0"/>
          <w:i w:val="0"/>
        </w:rPr>
        <w:t xml:space="preserve"> không phải là ví dụ duy nhất về một thư viện được tạo ra để giả lập (mock) một số khía cạnh cụ thể khi kiểm thử. Một ví dụ khác là </w:t>
      </w:r>
      <w:r>
        <w:rPr>
          <w:rFonts w:ascii="Consolas" w:hAnsi="Consolas"/>
          <w:b w:val="0"/>
          <w:i w:val="0"/>
          <w:sz w:val="20"/>
        </w:rPr>
        <w:br/>
        <w:br/>
        <w:t xml:space="preserve">      freezegun</w:t>
        <w:br/>
        <w:t xml:space="preserve">     </w:t>
        <w:br/>
      </w:r>
      <w:r>
        <w:rPr>
          <w:b w:val="0"/>
          <w:i w:val="0"/>
        </w:rPr>
        <w:t xml:space="preserve"> , cho phép bạn đặt thời gian. Lấy bài kiểm thử này làm ví dụ:</w:t>
      </w:r>
    </w:p>
    <w:p>
      <w:pPr>
        <w:spacing w:after="0"/>
        <w:ind w:left="360"/>
        <w:shd w:val="clear" w:color="auto" w:fill="F2F2F2"/>
      </w:pPr>
      <w:r>
        <w:rPr>
          <w:rFonts w:ascii="Consolas" w:hAnsi="Consolas"/>
          <w:sz w:val="18"/>
        </w:rPr>
        <w:t>import responses</w:t>
      </w:r>
    </w:p>
    <w:p>
      <w:pPr>
        <w:spacing w:after="0"/>
        <w:ind w:left="360"/>
        <w:shd w:val="clear" w:color="auto" w:fill="F2F2F2"/>
      </w:pPr>
      <w:r>
        <w:rPr>
          <w:rFonts w:ascii="Consolas" w:hAnsi="Consolas"/>
          <w:sz w:val="18"/>
        </w:rPr>
        <w:t>import urllib.parse</w:t>
      </w:r>
    </w:p>
    <w:p>
      <w:pPr>
        <w:spacing w:after="0"/>
        <w:ind w:left="360"/>
        <w:shd w:val="clear" w:color="auto" w:fill="F2F2F2"/>
      </w:pPr>
      <w:r>
        <w:rPr>
          <w:rFonts w:ascii="Consolas" w:hAnsi="Consolas"/>
          <w:sz w:val="18"/>
        </w:rPr>
        <w:t>from freezegun import freeze_time</w:t>
      </w:r>
    </w:p>
    <w:p>
      <w:pPr>
        <w:spacing w:after="0"/>
        <w:ind w:left="360"/>
        <w:shd w:val="clear" w:color="auto" w:fill="F2F2F2"/>
      </w:pPr>
      <w:r>
        <w:rPr>
          <w:rFonts w:ascii="Consolas" w:hAnsi="Consolas"/>
          <w:sz w:val="18"/>
        </w:rPr>
        <w:t>from external_code.code_requests import order_pizza</w:t>
      </w:r>
    </w:p>
    <w:p>
      <w:pPr>
        <w:spacing w:after="0"/>
        <w:ind w:left="360"/>
        <w:shd w:val="clear" w:color="auto" w:fill="F2F2F2"/>
      </w:pPr>
      <w:r>
        <w:rPr>
          <w:rFonts w:ascii="Consolas" w:hAnsi="Consolas"/>
          <w:sz w:val="18"/>
        </w:rPr>
        <w:t>@responses.activate</w:t>
      </w:r>
    </w:p>
    <w:p>
      <w:pPr>
        <w:spacing w:after="0"/>
        <w:ind w:left="360"/>
        <w:shd w:val="clear" w:color="auto" w:fill="F2F2F2"/>
      </w:pPr>
      <w:r>
        <w:rPr>
          <w:rFonts w:ascii="Consolas" w:hAnsi="Consolas"/>
          <w:sz w:val="18"/>
        </w:rPr>
        <w:t>@freeze_time("2020-03-17T19:34")</w:t>
      </w:r>
    </w:p>
    <w:p>
      <w:pPr>
        <w:spacing w:after="0"/>
        <w:ind w:left="360"/>
        <w:shd w:val="clear" w:color="auto" w:fill="F2F2F2"/>
      </w:pPr>
      <w:r>
        <w:rPr>
          <w:rFonts w:ascii="Consolas" w:hAnsi="Consolas"/>
          <w:sz w:val="18"/>
        </w:rPr>
        <w:t>def test_order_time():</w:t>
      </w:r>
    </w:p>
    <w:p>
      <w:pPr>
        <w:spacing w:after="0"/>
        <w:ind w:left="360"/>
        <w:shd w:val="clear" w:color="auto" w:fill="F2F2F2"/>
      </w:pPr>
      <w:r>
        <w:rPr>
          <w:rFonts w:ascii="Consolas" w:hAnsi="Consolas"/>
          <w:sz w:val="18"/>
        </w:rPr>
        <w:t xml:space="preserve">    body = {</w:t>
      </w:r>
    </w:p>
    <w:p>
      <w:pPr>
        <w:spacing w:after="0"/>
        <w:ind w:left="360"/>
        <w:shd w:val="clear" w:color="auto" w:fill="F2F2F2"/>
      </w:pPr>
      <w:r>
        <w:rPr>
          <w:rFonts w:ascii="Consolas" w:hAnsi="Consolas"/>
          <w:sz w:val="18"/>
        </w:rPr>
        <w:t xml:space="preserve">        'form': {</w:t>
      </w:r>
    </w:p>
    <w:p>
      <w:pPr>
        <w:spacing w:after="0"/>
        <w:ind w:left="360"/>
        <w:shd w:val="clear" w:color="auto" w:fill="F2F2F2"/>
      </w:pPr>
      <w:r>
        <w:rPr>
          <w:rFonts w:ascii="Consolas" w:hAnsi="Consolas"/>
          <w:sz w:val="18"/>
        </w:rPr>
        <w:t xml:space="preserve">            'size': 'small',</w:t>
      </w:r>
    </w:p>
    <w:p>
      <w:pPr>
        <w:spacing w:after="0"/>
        <w:ind w:left="360"/>
        <w:shd w:val="clear" w:color="auto" w:fill="F2F2F2"/>
      </w:pPr>
      <w:r>
        <w:rPr>
          <w:rFonts w:ascii="Consolas" w:hAnsi="Consolas"/>
          <w:sz w:val="18"/>
        </w:rPr>
        <w:t xml:space="preserve">            'topping': ['bacon', 'onion']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responses.add(responses.POST, 'https://httpbin.org/post',</w:t>
      </w:r>
    </w:p>
    <w:p>
      <w:pPr>
        <w:spacing w:after="0"/>
        <w:ind w:left="360"/>
        <w:shd w:val="clear" w:color="auto" w:fill="F2F2F2"/>
      </w:pPr>
      <w:r>
        <w:rPr>
          <w:rFonts w:ascii="Consolas" w:hAnsi="Consolas"/>
          <w:sz w:val="18"/>
        </w:rPr>
        <w:t xml:space="preserve">                  json=body, status=200)</w:t>
      </w:r>
    </w:p>
    <w:p>
      <w:pPr>
        <w:spacing w:after="0"/>
        <w:ind w:left="360"/>
        <w:shd w:val="clear" w:color="auto" w:fill="F2F2F2"/>
      </w:pPr>
      <w:r>
        <w:rPr>
          <w:rFonts w:ascii="Consolas" w:hAnsi="Consolas"/>
          <w:sz w:val="18"/>
        </w:rPr>
        <w:t xml:space="preserve">    order_pizza()</w:t>
      </w:r>
    </w:p>
    <w:p>
      <w:pPr>
        <w:spacing w:after="0"/>
        <w:ind w:left="360"/>
        <w:shd w:val="clear" w:color="auto" w:fill="F2F2F2"/>
      </w:pPr>
      <w:r>
        <w:rPr>
          <w:rFonts w:ascii="Consolas" w:hAnsi="Consolas"/>
          <w:sz w:val="18"/>
        </w:rPr>
        <w:t xml:space="preserve">    # Decode the sent data</w:t>
      </w:r>
    </w:p>
    <w:p>
      <w:pPr>
        <w:spacing w:after="0"/>
        <w:ind w:left="360"/>
        <w:shd w:val="clear" w:color="auto" w:fill="F2F2F2"/>
      </w:pPr>
      <w:r>
        <w:rPr>
          <w:rFonts w:ascii="Consolas" w:hAnsi="Consolas"/>
          <w:sz w:val="18"/>
        </w:rPr>
        <w:t xml:space="preserve">    encoded_body = responses.calls[0].request.body</w:t>
      </w:r>
    </w:p>
    <w:p>
      <w:pPr>
        <w:spacing w:after="0"/>
        <w:ind w:left="360"/>
        <w:shd w:val="clear" w:color="auto" w:fill="F2F2F2"/>
      </w:pPr>
      <w:r>
        <w:rPr>
          <w:rFonts w:ascii="Consolas" w:hAnsi="Consolas"/>
          <w:sz w:val="18"/>
        </w:rPr>
        <w:t xml:space="preserve">    sent_data = urllib.parse.parse_qs(encoded_body)</w:t>
      </w:r>
    </w:p>
    <w:p>
      <w:pPr>
        <w:spacing w:after="0"/>
        <w:ind w:left="360"/>
        <w:shd w:val="clear" w:color="auto" w:fill="F2F2F2"/>
      </w:pPr>
      <w:r>
        <w:rPr>
          <w:rFonts w:ascii="Consolas" w:hAnsi="Consolas"/>
          <w:sz w:val="18"/>
        </w:rPr>
        <w:t xml:space="preserve">    assert sent_data['delivery'] == ['20:34']</w:t>
      </w:r>
    </w:p>
    <w:p>
      <w:pPr>
        <w:spacing w:after="40"/>
      </w:pPr>
    </w:p>
    <w:p>
      <w:pPr>
        <w:spacing w:after="80"/>
      </w:pPr>
      <w:r>
        <w:rPr>
          <w:b w:val="0"/>
          <w:i w:val="0"/>
        </w:rPr>
        <w:t xml:space="preserve">Bài kiểm thử này sử dụng decorator </w:t>
      </w:r>
      <w:r>
        <w:rPr>
          <w:rFonts w:ascii="Consolas" w:hAnsi="Consolas"/>
          <w:b w:val="0"/>
          <w:i w:val="0"/>
          <w:sz w:val="20"/>
        </w:rPr>
        <w:br/>
        <w:br/>
        <w:t xml:space="preserve">      freeze_time</w:t>
        <w:br/>
        <w:t xml:space="preserve">     </w:t>
        <w:br/>
      </w:r>
      <w:r>
        <w:rPr>
          <w:b w:val="0"/>
          <w:i w:val="0"/>
        </w:rPr>
        <w:t xml:space="preserve"> để đặt thời gian thành </w:t>
      </w:r>
      <w:r>
        <w:rPr>
          <w:rFonts w:ascii="Consolas" w:hAnsi="Consolas"/>
          <w:b w:val="0"/>
          <w:i w:val="0"/>
          <w:sz w:val="20"/>
        </w:rPr>
        <w:br/>
        <w:br/>
        <w:t xml:space="preserve">      19:34</w:t>
        <w:br/>
        <w:t xml:space="preserve">     </w:t>
        <w:br/>
      </w:r>
      <w:r>
        <w:rPr>
          <w:b w:val="0"/>
          <w:i w:val="0"/>
        </w:rPr>
        <w:t xml:space="preserve"> , bất kể bài kiểm thử được chạy khi nào. Lưu ý rằng nó cũng đặt cả ngày tháng.</w:t>
      </w:r>
    </w:p>
    <w:p>
      <w:pPr>
        <w:spacing w:after="80"/>
      </w:pPr>
      <w:r>
        <w:rPr>
          <w:b/>
          <w:i w:val="0"/>
        </w:rPr>
        <w:t>Mẹo</w:t>
      </w:r>
    </w:p>
    <w:p>
      <w:pPr>
        <w:spacing w:after="80"/>
      </w:pPr>
      <w:r>
        <w:rPr>
          <w:b w:val="0"/>
          <w:i w:val="0"/>
        </w:rPr>
        <w:t xml:space="preserve">Bài kiểm thử có sẵn trên GitHub với tên </w:t>
      </w:r>
      <w:r>
        <w:rPr>
          <w:rFonts w:ascii="Consolas" w:hAnsi="Consolas"/>
          <w:b w:val="0"/>
          <w:i w:val="0"/>
          <w:sz w:val="20"/>
        </w:rPr>
        <w:br/>
        <w:br/>
        <w:t xml:space="preserve">       tests/test_requests_time.py</w:t>
        <w:br/>
        <w:t xml:space="preserve">      </w:t>
        <w:br/>
      </w:r>
      <w:r>
        <w:rPr>
          <w:b w:val="0"/>
          <w:i w:val="0"/>
        </w:rPr>
        <w:t xml:space="preserve"> . Nhớ cài đặt gói </w:t>
      </w:r>
      <w:r>
        <w:rPr>
          <w:rFonts w:ascii="Consolas" w:hAnsi="Consolas"/>
          <w:b w:val="0"/>
          <w:i w:val="0"/>
          <w:sz w:val="20"/>
        </w:rPr>
        <w:br/>
        <w:br/>
        <w:t xml:space="preserve">       freezegun</w:t>
        <w:br/>
        <w:t xml:space="preserve">      </w:t>
        <w:br/>
      </w:r>
      <w:r>
        <w:rPr>
          <w:b w:val="0"/>
          <w:i w:val="0"/>
        </w:rPr>
        <w:t xml:space="preserve"> bằng </w:t>
      </w:r>
      <w:r>
        <w:rPr>
          <w:rFonts w:ascii="Consolas" w:hAnsi="Consolas"/>
          <w:b w:val="0"/>
          <w:i w:val="0"/>
          <w:sz w:val="20"/>
        </w:rPr>
        <w:br/>
        <w:br/>
        <w:t xml:space="preserve">       uv pip</w:t>
        <w:br/>
        <w:t xml:space="preserve">      </w:t>
        <w:br/>
      </w:r>
      <w:r>
        <w:rPr>
          <w:b w:val="0"/>
          <w:i w:val="0"/>
        </w:rPr>
        <w:t xml:space="preserve"> .</w:t>
      </w:r>
    </w:p>
    <w:p>
      <w:pPr>
        <w:spacing w:after="80"/>
      </w:pPr>
      <w:r>
        <w:rPr>
          <w:b w:val="0"/>
          <w:i w:val="0"/>
        </w:rPr>
        <w:t xml:space="preserve">Tài liệu đầy đủ của </w:t>
      </w:r>
      <w:r>
        <w:rPr>
          <w:rFonts w:ascii="Consolas" w:hAnsi="Consolas"/>
          <w:b w:val="0"/>
          <w:i w:val="0"/>
          <w:sz w:val="20"/>
        </w:rPr>
        <w:br/>
        <w:br/>
        <w:t xml:space="preserve">      freezegun</w:t>
        <w:br/>
        <w:t xml:space="preserve">     </w:t>
        <w:br/>
      </w:r>
      <w:r>
        <w:rPr>
          <w:b w:val="0"/>
          <w:i w:val="0"/>
        </w:rPr>
        <w:t xml:space="preserve"> có thể được truy cập ở đây: </w:t>
      </w:r>
      <w:r>
        <w:rPr>
          <w:rFonts w:ascii="Consolas" w:hAnsi="Consolas"/>
          <w:b w:val="0"/>
          <w:i w:val="0"/>
          <w:sz w:val="20"/>
        </w:rPr>
        <w:br/>
        <w:br/>
        <w:t xml:space="preserve">       https://github.com/spulec/freezegun</w:t>
        <w:br/>
        <w:t xml:space="preserve">      </w:t>
        <w:br/>
      </w:r>
      <w:r>
        <w:rPr>
          <w:b w:val="0"/>
          <w:i w:val="0"/>
        </w:rPr>
        <w:t xml:space="preserve"> .</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Kiểm thử mã bên ngoài </w:t>
      </w:r>
      <w:r>
        <w:rPr>
          <w:b w:val="0"/>
          <w:i w:val="0"/>
        </w:rPr>
        <w:t xml:space="preserve"> , ở phần trước trong chương này, để học cách kiểm thử mã trong các mô-đun khác</w:t>
      </w:r>
    </w:p>
    <w:p>
      <w:pPr>
        <w:spacing w:after="80"/>
        <w:ind w:left="360"/>
      </w:pPr>
      <w:r>
        <w:t xml:space="preserve">• </w:t>
      </w:r>
      <w:r>
        <w:rPr>
          <w:b w:val="0"/>
          <w:i w:val="0"/>
        </w:rPr>
        <w:t xml:space="preserve">Công thức </w:t>
      </w:r>
      <w:r>
        <w:rPr>
          <w:b w:val="0"/>
          <w:i/>
        </w:rPr>
        <w:t xml:space="preserve"> Kiểm thử bằng cách giả lập dependency </w:t>
      </w:r>
      <w:r>
        <w:rPr>
          <w:b w:val="0"/>
          <w:i w:val="0"/>
        </w:rPr>
        <w:t xml:space="preserve"> , từ phần trước, để học cách giả lập bất kỳ loại gói hoặc hàm nào</w:t>
      </w:r>
    </w:p>
    <w:p>
      <w:pPr>
        <w:pStyle w:val="Heading2"/>
      </w:pPr>
      <w:r>
        <w:rPr>
          <w:rFonts w:ascii="Calibri" w:hAnsi="Calibri"/>
          <w:b/>
          <w:i w:val="0"/>
          <w:sz w:val="32"/>
        </w:rPr>
        <w:t>Chuẩn bị các kịch bản kiểm thử</w:t>
      </w:r>
    </w:p>
    <w:p>
      <w:pPr>
        <w:spacing w:after="80"/>
      </w:pPr>
      <w:r>
        <w:rPr>
          <w:b w:val="0"/>
          <w:i w:val="0"/>
        </w:rPr>
        <w:t>Các bài kiểm thử thường được chuẩn bị theo lô. Những bài kiểm thử tương tự nhau yêu cầu việc thiết lập và dọn dẹp tương tự nhau, và chúng chỉ khác nhau ở những chi tiết nhỏ. Việc lặp đi lặp lại cùng một sự chuẩn bị sẽ tạo ra mã boilerplate và khó đọc hơn.</w:t>
      </w:r>
    </w:p>
    <w:p>
      <w:pPr>
        <w:spacing w:after="80"/>
      </w:pPr>
      <w:r>
        <w:rPr>
          <w:b/>
          <w:i w:val="0"/>
        </w:rPr>
        <w:t>Mẹo</w:t>
      </w:r>
    </w:p>
    <w:p>
      <w:pPr>
        <w:spacing w:after="80"/>
      </w:pPr>
      <w:r>
        <w:rPr>
          <w:b w:val="0"/>
          <w:i w:val="0"/>
        </w:rPr>
        <w:t>Thuật ngữ boilerplate bắt nguồn từ các tờ báo địa phương thế kỷ 19 in những bản tin đã được chuẩn bị sẵn, được đóng dấu lên các bản kim loại bởi các công ty phân phối. Điều này có nghĩa là cùng một bản tin, với cùng một định dạng, được lặp lại trên khắp các tờ báo khác nhau. Mã boilerplate là mã được tái sử dụng, ít hoặc không có sự biến đổi và trong hầu hết các trường hợp, chủ yếu chỉ làm tăng thêm sự lộn xộn. Khi tạo các bài kiểm thử, rất dễ rơi vào khuôn mẫu này, khiến mã trở nên cồng kềnh.</w:t>
      </w:r>
    </w:p>
    <w:p>
      <w:pPr>
        <w:spacing w:after="80"/>
      </w:pPr>
      <w:r>
        <w:rPr>
          <w:b w:val="0"/>
          <w:i w:val="0"/>
        </w:rPr>
        <w:t>Hiện tại, một cái bẫy phổ biến là lặp lại mã một cách nhanh chóng thông qua việc sử dụng các công cụ GenAI, những công cụ này sẽ tạo ra boilerplate và không biết mệt mỏi khi thêm nó hết lần này đến lần khác. Mặc dù điều này tốt từ góc độ tạo sinh, nhưng nó khiến các bài kiểm thử khó đọc và khó hiểu hơn. Những bài kiểm thử dễ hiểu sẽ giúp bạn xác minh rằng hành vi của mã là đúng như mong đợi.</w:t>
      </w:r>
    </w:p>
    <w:p>
      <w:pPr>
        <w:spacing w:after="80"/>
      </w:pPr>
      <w:r>
        <w:rPr>
          <w:b w:val="0"/>
          <w:i w:val="0"/>
        </w:rPr>
        <w:t xml:space="preserve">Trong công thức này, chúng ta sẽ xem cách chuẩn bị các kịch bản thiết lập để chạy kiểm thử bằng các fixture (fixture) của </w:t>
      </w:r>
      <w:r>
        <w:rPr>
          <w:rFonts w:ascii="Consolas" w:hAnsi="Consolas"/>
          <w:b w:val="0"/>
          <w:i w:val="0"/>
          <w:sz w:val="20"/>
        </w:rPr>
        <w:br/>
        <w:br/>
        <w:t xml:space="preserve">      pytest</w:t>
        <w:br/>
        <w:t xml:space="preserve">     </w:t>
        <w:br/>
      </w:r>
      <w:r>
        <w:rPr>
          <w:b w:val="0"/>
          <w:i w:val="0"/>
        </w:rPr>
        <w:t>.</w:t>
      </w:r>
    </w:p>
    <w:p>
      <w:pPr>
        <w:pStyle w:val="Heading3"/>
      </w:pPr>
      <w:r>
        <w:rPr>
          <w:rFonts w:ascii="Calibri" w:hAnsi="Calibri"/>
          <w:b/>
          <w:i w:val="0"/>
          <w:sz w:val="26"/>
        </w:rPr>
        <w:t>Chuẩn bị</w:t>
      </w:r>
    </w:p>
    <w:p>
      <w:pPr>
        <w:spacing w:after="80"/>
      </w:pPr>
      <w:r>
        <w:rPr>
          <w:b w:val="0"/>
          <w:i w:val="0"/>
        </w:rPr>
        <w:t xml:space="preserve">Chúng ta sẽ sử dụng các tệp kiểm thử </w:t>
      </w:r>
      <w:r>
        <w:rPr>
          <w:rFonts w:ascii="Consolas" w:hAnsi="Consolas"/>
          <w:b w:val="0"/>
          <w:i w:val="0"/>
          <w:sz w:val="20"/>
        </w:rPr>
        <w:br/>
        <w:br/>
        <w:t xml:space="preserve">      tests/test_fixtures.py</w:t>
        <w:br/>
        <w:t xml:space="preserve">     </w:t>
        <w:br/>
      </w:r>
      <w:r>
        <w:rPr>
          <w:b w:val="0"/>
          <w:i w:val="0"/>
        </w:rPr>
        <w:t xml:space="preserve"> và </w:t>
      </w:r>
      <w:r>
        <w:rPr>
          <w:rFonts w:ascii="Consolas" w:hAnsi="Consolas"/>
          <w:b w:val="0"/>
          <w:i w:val="0"/>
          <w:sz w:val="20"/>
        </w:rPr>
        <w:br/>
        <w:br/>
        <w:t xml:space="preserve">      external_code/code_fixtures.py</w:t>
        <w:br/>
        <w:t xml:space="preserve">     </w:t>
        <w:br/>
      </w:r>
      <w:r>
        <w:rPr>
          <w:b w:val="0"/>
          <w:i w:val="0"/>
        </w:rPr>
        <w:t xml:space="preserve">. Bạn có thể tải chúng từ kho GitHub tại </w:t>
      </w:r>
      <w:r>
        <w:rPr>
          <w:rFonts w:ascii="Consolas" w:hAnsi="Consolas"/>
          <w:b w:val="0"/>
          <w:i w:val="0"/>
          <w:sz w:val="20"/>
        </w:rPr>
        <w:br/>
        <w:br/>
        <w:t xml:space="preserve">       https://github.com/PacktPublishing/Python-Automation-Cookbook-Third-Edition/tree/main/ch15/</w:t>
        <w:br/>
        <w:t xml:space="preserve">      </w:t>
        <w:br/>
      </w:r>
      <w:r>
        <w:rPr>
          <w:b w:val="0"/>
          <w:i w:val="0"/>
        </w:rPr>
        <w:t xml:space="preserve"> trong các thư mục con </w:t>
      </w:r>
      <w:r>
        <w:rPr>
          <w:rFonts w:ascii="Consolas" w:hAnsi="Consolas"/>
          <w:b w:val="0"/>
          <w:i w:val="0"/>
          <w:sz w:val="20"/>
        </w:rPr>
        <w:br/>
        <w:br/>
        <w:t xml:space="preserve">      tests</w:t>
        <w:br/>
        <w:t xml:space="preserve">     </w:t>
        <w:br/>
      </w:r>
      <w:r>
        <w:rPr>
          <w:b w:val="0"/>
          <w:i w:val="0"/>
        </w:rPr>
        <w:t xml:space="preserve"> và </w:t>
      </w:r>
      <w:r>
        <w:rPr>
          <w:rFonts w:ascii="Consolas" w:hAnsi="Consolas"/>
          <w:b w:val="0"/>
          <w:i w:val="0"/>
          <w:sz w:val="20"/>
        </w:rPr>
        <w:br/>
        <w:br/>
        <w:t xml:space="preserve">      external_code</w:t>
        <w:br/>
        <w:t xml:space="preserve">     </w:t>
        <w:br/>
      </w:r>
      <w:r>
        <w:rPr>
          <w:b w:val="0"/>
          <w:i w:val="0"/>
        </w:rPr>
        <w:t>.</w:t>
      </w:r>
    </w:p>
    <w:p>
      <w:pPr>
        <w:spacing w:after="80"/>
      </w:pPr>
      <w:r>
        <w:rPr>
          <w:b w:val="0"/>
          <w:i w:val="0"/>
        </w:rPr>
        <w:t>Cây thư mục sẽ chứa những thứ sau:</w:t>
      </w:r>
    </w:p>
    <w:p>
      <w:pPr>
        <w:spacing w:after="0"/>
        <w:ind w:left="360"/>
        <w:shd w:val="clear" w:color="auto" w:fill="F2F2F2"/>
      </w:pPr>
      <w:r>
        <w:rPr>
          <w:rFonts w:ascii="Consolas" w:hAnsi="Consolas"/>
          <w:sz w:val="18"/>
        </w:rPr>
        <w:t>├── external_code</w:t>
      </w:r>
    </w:p>
    <w:p>
      <w:pPr>
        <w:spacing w:after="0"/>
        <w:ind w:left="360"/>
        <w:shd w:val="clear" w:color="auto" w:fill="F2F2F2"/>
      </w:pPr>
      <w:r>
        <w:rPr>
          <w:rFonts w:ascii="Consolas" w:hAnsi="Consolas"/>
          <w:sz w:val="18"/>
        </w:rPr>
        <w:t>│   ├── __init__.py</w:t>
      </w:r>
    </w:p>
    <w:p>
      <w:pPr>
        <w:spacing w:after="0"/>
        <w:ind w:left="360"/>
        <w:shd w:val="clear" w:color="auto" w:fill="F2F2F2"/>
      </w:pPr>
      <w:r>
        <w:rPr>
          <w:rFonts w:ascii="Consolas" w:hAnsi="Consolas"/>
          <w:sz w:val="18"/>
        </w:rPr>
        <w:t>│   └── code_fixtures.py</w:t>
      </w:r>
    </w:p>
    <w:p>
      <w:pPr>
        <w:spacing w:after="0"/>
        <w:ind w:left="360"/>
        <w:shd w:val="clear" w:color="auto" w:fill="F2F2F2"/>
      </w:pPr>
      <w:r>
        <w:rPr>
          <w:rFonts w:ascii="Consolas" w:hAnsi="Consolas"/>
          <w:sz w:val="18"/>
        </w:rPr>
        <w:t>├── conftest.py</w:t>
      </w:r>
    </w:p>
    <w:p>
      <w:pPr>
        <w:spacing w:after="0"/>
        <w:ind w:left="360"/>
        <w:shd w:val="clear" w:color="auto" w:fill="F2F2F2"/>
      </w:pPr>
      <w:r>
        <w:rPr>
          <w:rFonts w:ascii="Consolas" w:hAnsi="Consolas"/>
          <w:sz w:val="18"/>
        </w:rPr>
        <w:t>└── tests</w:t>
      </w:r>
    </w:p>
    <w:p>
      <w:pPr>
        <w:spacing w:after="0"/>
        <w:ind w:left="360"/>
        <w:shd w:val="clear" w:color="auto" w:fill="F2F2F2"/>
      </w:pPr>
      <w:r>
        <w:rPr>
          <w:rFonts w:ascii="Consolas" w:hAnsi="Consolas"/>
          <w:sz w:val="18"/>
        </w:rPr>
        <w:t xml:space="preserve">    └── test_fixtures.py</w:t>
      </w:r>
    </w:p>
    <w:p>
      <w:pPr>
        <w:spacing w:after="40"/>
      </w:pPr>
    </w:p>
    <w:p>
      <w:pPr>
        <w:pStyle w:val="Heading3"/>
      </w:pPr>
      <w:r>
        <w:rPr>
          <w:rFonts w:ascii="Calibri" w:hAnsi="Calibri"/>
          <w:b/>
          <w:i w:val="0"/>
          <w:sz w:val="26"/>
        </w:rPr>
        <w:t>Cách thực hiện...</w:t>
      </w:r>
    </w:p>
    <w:p>
      <w:pPr>
        <w:spacing w:after="80"/>
        <w:ind w:left="360"/>
      </w:pPr>
      <w:r>
        <w:t xml:space="preserve">1. </w:t>
      </w:r>
      <w:r>
        <w:rPr>
          <w:b w:val="0"/>
          <w:i w:val="0"/>
        </w:rPr>
        <w:t xml:space="preserve">Tệp </w:t>
      </w:r>
      <w:r>
        <w:rPr>
          <w:rFonts w:ascii="Consolas" w:hAnsi="Consolas"/>
          <w:b w:val="0"/>
          <w:i w:val="0"/>
          <w:sz w:val="20"/>
        </w:rPr>
        <w:br/>
        <w:br/>
        <w:t xml:space="preserve">       __init__.py</w:t>
        <w:br/>
        <w:t xml:space="preserve">      </w:t>
        <w:br/>
      </w:r>
      <w:r>
        <w:rPr>
          <w:b w:val="0"/>
          <w:i w:val="0"/>
        </w:rPr>
        <w:t xml:space="preserve"> và </w:t>
      </w:r>
      <w:r>
        <w:rPr>
          <w:rFonts w:ascii="Consolas" w:hAnsi="Consolas"/>
          <w:b w:val="0"/>
          <w:i w:val="0"/>
          <w:sz w:val="20"/>
        </w:rPr>
        <w:br/>
        <w:br/>
        <w:t xml:space="preserve">       conftest.py</w:t>
        <w:br/>
        <w:t xml:space="preserve">      </w:t>
        <w:br/>
      </w:r>
      <w:r>
        <w:rPr>
          <w:b w:val="0"/>
          <w:i w:val="0"/>
        </w:rPr>
        <w:t xml:space="preserve"> là trống, nhưng chúng định nghĩa cấu trúc của các mô-đun.</w:t>
      </w:r>
    </w:p>
    <w:p>
      <w:pPr>
        <w:spacing w:after="80"/>
        <w:ind w:left="360"/>
      </w:pPr>
      <w:r>
        <w:t xml:space="preserve">2. </w:t>
      </w:r>
      <w:r>
        <w:rPr>
          <w:b w:val="0"/>
          <w:i w:val="0"/>
        </w:rPr>
        <w:t xml:space="preserve">Kiểm tra tệp </w:t>
      </w:r>
      <w:r>
        <w:rPr>
          <w:rFonts w:ascii="Consolas" w:hAnsi="Consolas"/>
          <w:b w:val="0"/>
          <w:i w:val="0"/>
          <w:sz w:val="20"/>
        </w:rPr>
        <w:br/>
        <w:br/>
        <w:t xml:space="preserve">       external_code/code_fixtures.py</w:t>
        <w:br/>
        <w:t xml:space="preserve">      </w:t>
        <w:br/>
      </w:r>
      <w:r>
        <w:rPr>
          <w:b w:val="0"/>
          <w:i w:val="0"/>
        </w:rPr>
        <w:t>, tệp này chứa mã để lưu dữ liệu vào một tệp zip và truy xuất nó:</w:t>
      </w:r>
    </w:p>
    <w:p>
      <w:pPr>
        <w:spacing w:after="0"/>
        <w:ind w:left="360"/>
        <w:shd w:val="clear" w:color="auto" w:fill="F2F2F2"/>
      </w:pPr>
      <w:r>
        <w:rPr>
          <w:rFonts w:ascii="Consolas" w:hAnsi="Consolas"/>
          <w:sz w:val="18"/>
        </w:rPr>
        <w:t>from zipfile import ZipFile</w:t>
      </w:r>
    </w:p>
    <w:p>
      <w:pPr>
        <w:spacing w:after="0"/>
        <w:ind w:left="360"/>
        <w:shd w:val="clear" w:color="auto" w:fill="F2F2F2"/>
      </w:pPr>
      <w:r>
        <w:rPr>
          <w:rFonts w:ascii="Consolas" w:hAnsi="Consolas"/>
          <w:sz w:val="18"/>
        </w:rPr>
        <w:t>INTERNAL_FILE = 'internal.txt'</w:t>
      </w:r>
    </w:p>
    <w:p>
      <w:pPr>
        <w:spacing w:after="0"/>
        <w:ind w:left="360"/>
        <w:shd w:val="clear" w:color="auto" w:fill="F2F2F2"/>
      </w:pPr>
      <w:r>
        <w:rPr>
          <w:rFonts w:ascii="Consolas" w:hAnsi="Consolas"/>
          <w:sz w:val="18"/>
        </w:rPr>
        <w:t>def write_zipfile(filename, content):</w:t>
      </w:r>
    </w:p>
    <w:p>
      <w:pPr>
        <w:spacing w:after="0"/>
        <w:ind w:left="360"/>
        <w:shd w:val="clear" w:color="auto" w:fill="F2F2F2"/>
      </w:pPr>
      <w:r>
        <w:rPr>
          <w:rFonts w:ascii="Consolas" w:hAnsi="Consolas"/>
          <w:sz w:val="18"/>
        </w:rPr>
        <w:t xml:space="preserve">    with ZipFile(filename, 'w') as zipfile:</w:t>
      </w:r>
    </w:p>
    <w:p>
      <w:pPr>
        <w:spacing w:after="0"/>
        <w:ind w:left="360"/>
        <w:shd w:val="clear" w:color="auto" w:fill="F2F2F2"/>
      </w:pPr>
      <w:r>
        <w:rPr>
          <w:rFonts w:ascii="Consolas" w:hAnsi="Consolas"/>
          <w:sz w:val="18"/>
        </w:rPr>
        <w:t xml:space="preserve">        zipfile.writestr(INTERNAL_FILE, content)</w:t>
      </w:r>
    </w:p>
    <w:p>
      <w:pPr>
        <w:spacing w:after="0"/>
        <w:ind w:left="360"/>
        <w:shd w:val="clear" w:color="auto" w:fill="F2F2F2"/>
      </w:pPr>
      <w:r>
        <w:rPr>
          <w:rFonts w:ascii="Consolas" w:hAnsi="Consolas"/>
          <w:sz w:val="18"/>
        </w:rPr>
        <w:t>def read_zipfile(filename):</w:t>
      </w:r>
    </w:p>
    <w:p>
      <w:pPr>
        <w:spacing w:after="0"/>
        <w:ind w:left="360"/>
        <w:shd w:val="clear" w:color="auto" w:fill="F2F2F2"/>
      </w:pPr>
      <w:r>
        <w:rPr>
          <w:rFonts w:ascii="Consolas" w:hAnsi="Consolas"/>
          <w:sz w:val="18"/>
        </w:rPr>
        <w:t xml:space="preserve">    with ZipFile(filename, 'r') as zipfile:</w:t>
      </w:r>
    </w:p>
    <w:p>
      <w:pPr>
        <w:spacing w:after="0"/>
        <w:ind w:left="360"/>
        <w:shd w:val="clear" w:color="auto" w:fill="F2F2F2"/>
      </w:pPr>
      <w:r>
        <w:rPr>
          <w:rFonts w:ascii="Consolas" w:hAnsi="Consolas"/>
          <w:sz w:val="18"/>
        </w:rPr>
        <w:t xml:space="preserve">        with zipfile.open(INTERNAL_FILE) as intfile:</w:t>
      </w:r>
    </w:p>
    <w:p>
      <w:pPr>
        <w:spacing w:after="0"/>
        <w:ind w:left="360"/>
        <w:shd w:val="clear" w:color="auto" w:fill="F2F2F2"/>
      </w:pPr>
      <w:r>
        <w:rPr>
          <w:rFonts w:ascii="Consolas" w:hAnsi="Consolas"/>
          <w:sz w:val="18"/>
        </w:rPr>
        <w:t xml:space="preserve">            content = intfile.read()</w:t>
      </w:r>
    </w:p>
    <w:p>
      <w:pPr>
        <w:spacing w:after="0"/>
        <w:ind w:left="360"/>
        <w:shd w:val="clear" w:color="auto" w:fill="F2F2F2"/>
      </w:pPr>
      <w:r>
        <w:rPr>
          <w:rFonts w:ascii="Consolas" w:hAnsi="Consolas"/>
          <w:sz w:val="18"/>
        </w:rPr>
        <w:t xml:space="preserve">    return content.decode('utf8')</w:t>
      </w:r>
    </w:p>
    <w:p>
      <w:pPr>
        <w:spacing w:after="40"/>
      </w:pPr>
    </w:p>
    <w:p>
      <w:pPr>
        <w:spacing w:after="80"/>
        <w:ind w:left="360"/>
      </w:pPr>
      <w:r>
        <w:t xml:space="preserve">3. </w:t>
      </w:r>
      <w:r>
        <w:rPr>
          <w:b w:val="0"/>
          <w:i w:val="0"/>
        </w:rPr>
        <w:t xml:space="preserve">Kiểm tra các bài kiểm thử trong tệp </w:t>
      </w:r>
      <w:r>
        <w:rPr>
          <w:rFonts w:ascii="Consolas" w:hAnsi="Consolas"/>
          <w:b w:val="0"/>
          <w:i w:val="0"/>
          <w:sz w:val="20"/>
        </w:rPr>
        <w:br/>
        <w:br/>
        <w:t xml:space="preserve">       tests/test_fixtures.py</w:t>
        <w:br/>
        <w:t xml:space="preserve">      </w:t>
        <w:br/>
      </w:r>
      <w:r>
        <w:rPr>
          <w:b w:val="0"/>
          <w:i w:val="0"/>
        </w:rPr>
        <w:t>, để xác nhận rằng mã hoạt động đúng:</w:t>
      </w:r>
    </w:p>
    <w:p>
      <w:pPr>
        <w:spacing w:after="0"/>
        <w:ind w:left="360"/>
        <w:shd w:val="clear" w:color="auto" w:fill="F2F2F2"/>
      </w:pPr>
      <w:r>
        <w:rPr>
          <w:rFonts w:ascii="Consolas" w:hAnsi="Consolas"/>
          <w:sz w:val="18"/>
        </w:rPr>
        <w:t>import os</w:t>
      </w:r>
    </w:p>
    <w:p>
      <w:pPr>
        <w:spacing w:after="0"/>
        <w:ind w:left="360"/>
        <w:shd w:val="clear" w:color="auto" w:fill="F2F2F2"/>
      </w:pPr>
      <w:r>
        <w:rPr>
          <w:rFonts w:ascii="Consolas" w:hAnsi="Consolas"/>
          <w:sz w:val="18"/>
        </w:rPr>
        <w:t>import random</w:t>
      </w:r>
    </w:p>
    <w:p>
      <w:pPr>
        <w:spacing w:after="0"/>
        <w:ind w:left="360"/>
        <w:shd w:val="clear" w:color="auto" w:fill="F2F2F2"/>
      </w:pPr>
      <w:r>
        <w:rPr>
          <w:rFonts w:ascii="Consolas" w:hAnsi="Consolas"/>
          <w:sz w:val="18"/>
        </w:rPr>
        <w:t>import string</w:t>
      </w:r>
    </w:p>
    <w:p>
      <w:pPr>
        <w:spacing w:after="0"/>
        <w:ind w:left="360"/>
        <w:shd w:val="clear" w:color="auto" w:fill="F2F2F2"/>
      </w:pPr>
      <w:r>
        <w:rPr>
          <w:rFonts w:ascii="Consolas" w:hAnsi="Consolas"/>
          <w:sz w:val="18"/>
        </w:rPr>
        <w:t>from pytest import fixture</w:t>
      </w:r>
    </w:p>
    <w:p>
      <w:pPr>
        <w:spacing w:after="0"/>
        <w:ind w:left="360"/>
        <w:shd w:val="clear" w:color="auto" w:fill="F2F2F2"/>
      </w:pPr>
      <w:r>
        <w:rPr>
          <w:rFonts w:ascii="Consolas" w:hAnsi="Consolas"/>
          <w:sz w:val="18"/>
        </w:rPr>
        <w:t>from zipfile import ZipFile</w:t>
      </w:r>
    </w:p>
    <w:p>
      <w:pPr>
        <w:spacing w:after="0"/>
        <w:ind w:left="360"/>
        <w:shd w:val="clear" w:color="auto" w:fill="F2F2F2"/>
      </w:pPr>
      <w:r>
        <w:rPr>
          <w:rFonts w:ascii="Consolas" w:hAnsi="Consolas"/>
          <w:sz w:val="18"/>
        </w:rPr>
        <w:t>from external_code.code_fixtures import write_zipfile, read_zipfile</w:t>
      </w:r>
    </w:p>
    <w:p>
      <w:pPr>
        <w:spacing w:after="0"/>
        <w:ind w:left="360"/>
        <w:shd w:val="clear" w:color="auto" w:fill="F2F2F2"/>
      </w:pPr>
      <w:r>
        <w:rPr>
          <w:rFonts w:ascii="Consolas" w:hAnsi="Consolas"/>
          <w:sz w:val="18"/>
        </w:rPr>
        <w:t>@fixture</w:t>
      </w:r>
    </w:p>
    <w:p>
      <w:pPr>
        <w:spacing w:after="0"/>
        <w:ind w:left="360"/>
        <w:shd w:val="clear" w:color="auto" w:fill="F2F2F2"/>
      </w:pPr>
      <w:r>
        <w:rPr>
          <w:rFonts w:ascii="Consolas" w:hAnsi="Consolas"/>
          <w:sz w:val="18"/>
        </w:rPr>
        <w:t>def fzipfile():</w:t>
      </w:r>
    </w:p>
    <w:p>
      <w:pPr>
        <w:spacing w:after="0"/>
        <w:ind w:left="360"/>
        <w:shd w:val="clear" w:color="auto" w:fill="F2F2F2"/>
      </w:pPr>
      <w:r>
        <w:rPr>
          <w:rFonts w:ascii="Consolas" w:hAnsi="Consolas"/>
          <w:sz w:val="18"/>
        </w:rPr>
        <w:t xml:space="preserve">    content_length = 50</w:t>
      </w:r>
    </w:p>
    <w:p>
      <w:pPr>
        <w:spacing w:after="0"/>
        <w:ind w:left="360"/>
        <w:shd w:val="clear" w:color="auto" w:fill="F2F2F2"/>
      </w:pPr>
      <w:r>
        <w:rPr>
          <w:rFonts w:ascii="Consolas" w:hAnsi="Consolas"/>
          <w:sz w:val="18"/>
        </w:rPr>
        <w:t xml:space="preserve">    content = ''.join(random.choices(string.ascii_lowercase, k=content_length))</w:t>
      </w:r>
    </w:p>
    <w:p>
      <w:pPr>
        <w:spacing w:after="0"/>
        <w:ind w:left="360"/>
        <w:shd w:val="clear" w:color="auto" w:fill="F2F2F2"/>
      </w:pPr>
      <w:r>
        <w:rPr>
          <w:rFonts w:ascii="Consolas" w:hAnsi="Consolas"/>
          <w:sz w:val="18"/>
        </w:rPr>
        <w:t xml:space="preserve">    fnumber = ''.join(random.choices(string.digits, k=3))</w:t>
      </w:r>
    </w:p>
    <w:p>
      <w:pPr>
        <w:spacing w:after="0"/>
        <w:ind w:left="360"/>
        <w:shd w:val="clear" w:color="auto" w:fill="F2F2F2"/>
      </w:pPr>
      <w:r>
        <w:rPr>
          <w:rFonts w:ascii="Consolas" w:hAnsi="Consolas"/>
          <w:sz w:val="18"/>
        </w:rPr>
        <w:t xml:space="preserve">    filename = f'file{fnumber}.zip'</w:t>
      </w:r>
    </w:p>
    <w:p>
      <w:pPr>
        <w:spacing w:after="0"/>
        <w:ind w:left="360"/>
        <w:shd w:val="clear" w:color="auto" w:fill="F2F2F2"/>
      </w:pPr>
      <w:r>
        <w:rPr>
          <w:rFonts w:ascii="Consolas" w:hAnsi="Consolas"/>
          <w:sz w:val="18"/>
        </w:rPr>
        <w:t xml:space="preserve">    write_zipfile(filename, content)</w:t>
      </w:r>
    </w:p>
    <w:p>
      <w:pPr>
        <w:spacing w:after="0"/>
        <w:ind w:left="360"/>
        <w:shd w:val="clear" w:color="auto" w:fill="F2F2F2"/>
      </w:pPr>
      <w:r>
        <w:rPr>
          <w:rFonts w:ascii="Consolas" w:hAnsi="Consolas"/>
          <w:sz w:val="18"/>
        </w:rPr>
        <w:t xml:space="preserve">    yield filename, content</w:t>
      </w:r>
    </w:p>
    <w:p>
      <w:pPr>
        <w:spacing w:after="0"/>
        <w:ind w:left="360"/>
        <w:shd w:val="clear" w:color="auto" w:fill="F2F2F2"/>
      </w:pPr>
      <w:r>
        <w:rPr>
          <w:rFonts w:ascii="Consolas" w:hAnsi="Consolas"/>
          <w:sz w:val="18"/>
        </w:rPr>
        <w:t xml:space="preserve">    os.remove(filename)</w:t>
      </w:r>
    </w:p>
    <w:p>
      <w:pPr>
        <w:spacing w:after="0"/>
        <w:ind w:left="360"/>
        <w:shd w:val="clear" w:color="auto" w:fill="F2F2F2"/>
      </w:pPr>
      <w:r>
        <w:rPr>
          <w:rFonts w:ascii="Consolas" w:hAnsi="Consolas"/>
          <w:sz w:val="18"/>
        </w:rPr>
        <w:t>def test_writeread_zipfile():</w:t>
      </w:r>
    </w:p>
    <w:p>
      <w:pPr>
        <w:spacing w:after="0"/>
        <w:ind w:left="360"/>
        <w:shd w:val="clear" w:color="auto" w:fill="F2F2F2"/>
      </w:pPr>
      <w:r>
        <w:rPr>
          <w:rFonts w:ascii="Consolas" w:hAnsi="Consolas"/>
          <w:sz w:val="18"/>
        </w:rPr>
        <w:t xml:space="preserve">    TESTFILE = 'test.zip'</w:t>
      </w:r>
    </w:p>
    <w:p>
      <w:pPr>
        <w:spacing w:after="0"/>
        <w:ind w:left="360"/>
        <w:shd w:val="clear" w:color="auto" w:fill="F2F2F2"/>
      </w:pPr>
      <w:r>
        <w:rPr>
          <w:rFonts w:ascii="Consolas" w:hAnsi="Consolas"/>
          <w:sz w:val="18"/>
        </w:rPr>
        <w:t xml:space="preserve">    TESTCONTENT = 'This is a test'</w:t>
      </w:r>
    </w:p>
    <w:p>
      <w:pPr>
        <w:spacing w:after="0"/>
        <w:ind w:left="360"/>
        <w:shd w:val="clear" w:color="auto" w:fill="F2F2F2"/>
      </w:pPr>
      <w:r>
        <w:rPr>
          <w:rFonts w:ascii="Consolas" w:hAnsi="Consolas"/>
          <w:sz w:val="18"/>
        </w:rPr>
        <w:t xml:space="preserve">    write_zipfile(TESTFILE, TESTCONTENT)</w:t>
      </w:r>
    </w:p>
    <w:p>
      <w:pPr>
        <w:spacing w:after="0"/>
        <w:ind w:left="360"/>
        <w:shd w:val="clear" w:color="auto" w:fill="F2F2F2"/>
      </w:pPr>
      <w:r>
        <w:rPr>
          <w:rFonts w:ascii="Consolas" w:hAnsi="Consolas"/>
          <w:sz w:val="18"/>
        </w:rPr>
        <w:t xml:space="preserve">    content = read_zipfile(TESTFILE)</w:t>
      </w:r>
    </w:p>
    <w:p>
      <w:pPr>
        <w:spacing w:after="0"/>
        <w:ind w:left="360"/>
        <w:shd w:val="clear" w:color="auto" w:fill="F2F2F2"/>
      </w:pPr>
      <w:r>
        <w:rPr>
          <w:rFonts w:ascii="Consolas" w:hAnsi="Consolas"/>
          <w:sz w:val="18"/>
        </w:rPr>
        <w:t xml:space="preserve">    assert TESTCONTENT == content</w:t>
      </w:r>
    </w:p>
    <w:p>
      <w:pPr>
        <w:spacing w:after="0"/>
        <w:ind w:left="360"/>
        <w:shd w:val="clear" w:color="auto" w:fill="F2F2F2"/>
      </w:pPr>
      <w:r>
        <w:rPr>
          <w:rFonts w:ascii="Consolas" w:hAnsi="Consolas"/>
          <w:sz w:val="18"/>
        </w:rPr>
        <w:t>def test_readwrite_zipfile(fzipfile):</w:t>
      </w:r>
    </w:p>
    <w:p>
      <w:pPr>
        <w:spacing w:after="0"/>
        <w:ind w:left="360"/>
        <w:shd w:val="clear" w:color="auto" w:fill="F2F2F2"/>
      </w:pPr>
      <w:r>
        <w:rPr>
          <w:rFonts w:ascii="Consolas" w:hAnsi="Consolas"/>
          <w:sz w:val="18"/>
        </w:rPr>
        <w:t xml:space="preserve">    filename, expected_content = fzipfile</w:t>
      </w:r>
    </w:p>
    <w:p>
      <w:pPr>
        <w:spacing w:after="0"/>
        <w:ind w:left="360"/>
        <w:shd w:val="clear" w:color="auto" w:fill="F2F2F2"/>
      </w:pPr>
      <w:r>
        <w:rPr>
          <w:rFonts w:ascii="Consolas" w:hAnsi="Consolas"/>
          <w:sz w:val="18"/>
        </w:rPr>
        <w:t xml:space="preserve">    content = read_zipfile(filename)</w:t>
      </w:r>
    </w:p>
    <w:p>
      <w:pPr>
        <w:spacing w:after="0"/>
        <w:ind w:left="360"/>
        <w:shd w:val="clear" w:color="auto" w:fill="F2F2F2"/>
      </w:pPr>
      <w:r>
        <w:rPr>
          <w:rFonts w:ascii="Consolas" w:hAnsi="Consolas"/>
          <w:sz w:val="18"/>
        </w:rPr>
        <w:t xml:space="preserve">    assert content == expected_content</w:t>
      </w:r>
    </w:p>
    <w:p>
      <w:pPr>
        <w:spacing w:after="0"/>
        <w:ind w:left="360"/>
        <w:shd w:val="clear" w:color="auto" w:fill="F2F2F2"/>
      </w:pPr>
      <w:r>
        <w:rPr>
          <w:rFonts w:ascii="Consolas" w:hAnsi="Consolas"/>
          <w:sz w:val="18"/>
        </w:rPr>
        <w:t>def test_internal_zipfile(fzipfile):</w:t>
      </w:r>
    </w:p>
    <w:p>
      <w:pPr>
        <w:spacing w:after="0"/>
        <w:ind w:left="360"/>
        <w:shd w:val="clear" w:color="auto" w:fill="F2F2F2"/>
      </w:pPr>
      <w:r>
        <w:rPr>
          <w:rFonts w:ascii="Consolas" w:hAnsi="Consolas"/>
          <w:sz w:val="18"/>
        </w:rPr>
        <w:t xml:space="preserve">    filename, expected_content = fzipfile</w:t>
      </w:r>
    </w:p>
    <w:p>
      <w:pPr>
        <w:spacing w:after="0"/>
        <w:ind w:left="360"/>
        <w:shd w:val="clear" w:color="auto" w:fill="F2F2F2"/>
      </w:pPr>
      <w:r>
        <w:rPr>
          <w:rFonts w:ascii="Consolas" w:hAnsi="Consolas"/>
          <w:sz w:val="18"/>
        </w:rPr>
        <w:t xml:space="preserve">    EXPECTED_LIST = ['internal.txt']</w:t>
      </w:r>
    </w:p>
    <w:p>
      <w:pPr>
        <w:spacing w:after="0"/>
        <w:ind w:left="360"/>
        <w:shd w:val="clear" w:color="auto" w:fill="F2F2F2"/>
      </w:pPr>
      <w:r>
        <w:rPr>
          <w:rFonts w:ascii="Consolas" w:hAnsi="Consolas"/>
          <w:sz w:val="18"/>
        </w:rPr>
        <w:t xml:space="preserve">    # Verify only a single file exist in the zipfile</w:t>
      </w:r>
    </w:p>
    <w:p>
      <w:pPr>
        <w:spacing w:after="0"/>
        <w:ind w:left="360"/>
        <w:shd w:val="clear" w:color="auto" w:fill="F2F2F2"/>
      </w:pPr>
      <w:r>
        <w:rPr>
          <w:rFonts w:ascii="Consolas" w:hAnsi="Consolas"/>
          <w:sz w:val="18"/>
        </w:rPr>
        <w:t>with ZipFile(filename, 'r') as zipfile:</w:t>
      </w:r>
    </w:p>
    <w:p>
      <w:pPr>
        <w:spacing w:after="0"/>
        <w:ind w:left="360"/>
        <w:shd w:val="clear" w:color="auto" w:fill="F2F2F2"/>
      </w:pPr>
      <w:r>
        <w:rPr>
          <w:rFonts w:ascii="Consolas" w:hAnsi="Consolas"/>
          <w:sz w:val="18"/>
        </w:rPr>
        <w:t xml:space="preserve">        assert zipfile.namelist() == EXPECTED_LIST</w:t>
      </w:r>
    </w:p>
    <w:p>
      <w:pPr>
        <w:spacing w:after="40"/>
      </w:pPr>
    </w:p>
    <w:p>
      <w:pPr>
        <w:spacing w:after="80"/>
        <w:ind w:left="360"/>
      </w:pPr>
      <w:r>
        <w:t xml:space="preserve">4. </w:t>
      </w:r>
      <w:r>
        <w:rPr>
          <w:b w:val="0"/>
          <w:i w:val="0"/>
        </w:rPr>
        <w:t xml:space="preserve">Chạy </w:t>
      </w:r>
      <w:r>
        <w:rPr>
          <w:rFonts w:ascii="Consolas" w:hAnsi="Consolas"/>
          <w:b w:val="0"/>
          <w:i w:val="0"/>
          <w:sz w:val="20"/>
        </w:rPr>
        <w:br/>
        <w:br/>
        <w:t xml:space="preserve">       pytest</w:t>
        <w:br/>
        <w:t xml:space="preserve">      </w:t>
        <w:br/>
      </w:r>
      <w:r>
        <w:rPr>
          <w:b w:val="0"/>
          <w:i w:val="0"/>
        </w:rPr>
        <w:t xml:space="preserve"> để chạy tệp kiểm thử:</w:t>
      </w:r>
    </w:p>
    <w:p>
      <w:pPr>
        <w:spacing w:after="0"/>
        <w:ind w:left="360"/>
        <w:shd w:val="clear" w:color="auto" w:fill="F2F2F2"/>
      </w:pPr>
      <w:r>
        <w:rPr>
          <w:rFonts w:ascii="Consolas" w:hAnsi="Consolas"/>
          <w:sz w:val="18"/>
        </w:rPr>
        <w:t>$ pytest tests/test_fixtures.py</w:t>
      </w:r>
    </w:p>
    <w:p>
      <w:pPr>
        <w:spacing w:after="0"/>
        <w:ind w:left="360"/>
        <w:shd w:val="clear" w:color="auto" w:fill="F2F2F2"/>
      </w:pPr>
      <w:r>
        <w:rPr>
          <w:rFonts w:ascii="Consolas" w:hAnsi="Consolas"/>
          <w:sz w:val="18"/>
        </w:rPr>
        <w:t>======================== test session starts =====================</w:t>
      </w:r>
    </w:p>
    <w:p>
      <w:pPr>
        <w:spacing w:after="0"/>
        <w:ind w:left="360"/>
        <w:shd w:val="clear" w:color="auto" w:fill="F2F2F2"/>
      </w:pPr>
      <w:r>
        <w:rPr>
          <w:rFonts w:ascii="Consolas" w:hAnsi="Consolas"/>
          <w:sz w:val="18"/>
        </w:rPr>
        <w:t>platform darwin -- Python 3.14.4, pytest-9.0.3, pluggy-1.6.0</w:t>
      </w:r>
    </w:p>
    <w:p>
      <w:pPr>
        <w:spacing w:after="0"/>
        <w:ind w:left="360"/>
        <w:shd w:val="clear" w:color="auto" w:fill="F2F2F2"/>
      </w:pPr>
      <w:r>
        <w:rPr>
          <w:rFonts w:ascii="Consolas" w:hAnsi="Consolas"/>
          <w:sz w:val="18"/>
        </w:rPr>
        <w:t>rootdir: Python-Automation-Cookbook/ch15</w:t>
      </w:r>
    </w:p>
    <w:p>
      <w:pPr>
        <w:spacing w:after="0"/>
        <w:ind w:left="360"/>
        <w:shd w:val="clear" w:color="auto" w:fill="F2F2F2"/>
      </w:pPr>
      <w:r>
        <w:rPr>
          <w:rFonts w:ascii="Consolas" w:hAnsi="Consolas"/>
          <w:sz w:val="18"/>
        </w:rPr>
        <w:t>collected 3 items</w:t>
      </w:r>
    </w:p>
    <w:p>
      <w:pPr>
        <w:spacing w:after="0"/>
        <w:ind w:left="360"/>
        <w:shd w:val="clear" w:color="auto" w:fill="F2F2F2"/>
      </w:pPr>
      <w:r>
        <w:rPr>
          <w:rFonts w:ascii="Consolas" w:hAnsi="Consolas"/>
          <w:sz w:val="18"/>
        </w:rPr>
        <w:t>tests/test_fixtures.py ...                                    [100%]</w:t>
      </w:r>
    </w:p>
    <w:p>
      <w:pPr>
        <w:spacing w:after="0"/>
        <w:ind w:left="360"/>
        <w:shd w:val="clear" w:color="auto" w:fill="F2F2F2"/>
      </w:pPr>
      <w:r>
        <w:rPr>
          <w:rFonts w:ascii="Consolas" w:hAnsi="Consolas"/>
          <w:sz w:val="18"/>
        </w:rPr>
        <w:t>========================= 3 passed in 0.01s ======================</w:t>
      </w:r>
    </w:p>
    <w:p>
      <w:pPr>
        <w:spacing w:after="40"/>
      </w:pPr>
    </w:p>
    <w:p>
      <w:pPr>
        <w:spacing w:after="80"/>
        <w:ind w:left="360"/>
      </w:pPr>
      <w:r>
        <w:t xml:space="preserve">5. </w:t>
      </w:r>
      <w:r>
        <w:rPr>
          <w:b w:val="0"/>
          <w:i w:val="0"/>
        </w:rPr>
        <w:t xml:space="preserve">Kiểm tra rằng một tệp mới có tên </w:t>
      </w:r>
      <w:r>
        <w:rPr>
          <w:rFonts w:ascii="Consolas" w:hAnsi="Consolas"/>
          <w:b w:val="0"/>
          <w:i w:val="0"/>
          <w:sz w:val="20"/>
        </w:rPr>
        <w:br/>
        <w:br/>
        <w:t xml:space="preserve">       test.zip</w:t>
        <w:br/>
        <w:t xml:space="preserve">      </w:t>
        <w:br/>
      </w:r>
      <w:r>
        <w:rPr>
          <w:b w:val="0"/>
          <w:i w:val="0"/>
        </w:rPr>
        <w:t xml:space="preserve"> đã được tạo trong thư mục: Chúng ta sẽ xem tệp này được tạo như thế nào và làm sao để tránh giữ lại các tệp liên quan đến kiểm thử.</w:t>
      </w:r>
    </w:p>
    <w:p>
      <w:pPr>
        <w:spacing w:after="0"/>
        <w:ind w:left="360"/>
        <w:shd w:val="clear" w:color="auto" w:fill="F2F2F2"/>
      </w:pPr>
      <w:r>
        <w:rPr>
          <w:rFonts w:ascii="Consolas" w:hAnsi="Consolas"/>
          <w:sz w:val="18"/>
        </w:rPr>
        <w:t>$ ls test.zip</w:t>
      </w:r>
    </w:p>
    <w:p>
      <w:pPr>
        <w:spacing w:after="0"/>
        <w:ind w:left="360"/>
        <w:shd w:val="clear" w:color="auto" w:fill="F2F2F2"/>
      </w:pPr>
      <w:r>
        <w:rPr>
          <w:rFonts w:ascii="Consolas" w:hAnsi="Consolas"/>
          <w:sz w:val="18"/>
        </w:rPr>
        <w:t>test.zip</w:t>
      </w:r>
    </w:p>
    <w:p>
      <w:pPr>
        <w:spacing w:after="40"/>
      </w:pPr>
    </w:p>
    <w:p>
      <w:pPr>
        <w:pStyle w:val="Heading3"/>
      </w:pPr>
      <w:r>
        <w:rPr>
          <w:rFonts w:ascii="Calibri" w:hAnsi="Calibri"/>
          <w:b/>
          <w:i w:val="0"/>
          <w:sz w:val="26"/>
        </w:rPr>
        <w:t>Cách nó hoạt động...</w:t>
      </w:r>
    </w:p>
    <w:p>
      <w:pPr>
        <w:spacing w:after="80"/>
      </w:pPr>
      <w:r>
        <w:rPr>
          <w:b w:val="0"/>
          <w:i w:val="0"/>
        </w:rPr>
        <w:t xml:space="preserve">Nội dung mô-đun mã được định nghĩa trong </w:t>
      </w:r>
      <w:r>
        <w:rPr>
          <w:b w:val="0"/>
          <w:i/>
        </w:rPr>
        <w:t xml:space="preserve"> bước 1 </w:t>
      </w:r>
      <w:r>
        <w:rPr>
          <w:b w:val="0"/>
          <w:i w:val="0"/>
        </w:rPr>
        <w:t>.</w:t>
      </w:r>
    </w:p>
    <w:p>
      <w:pPr>
        <w:spacing w:after="80"/>
      </w:pPr>
      <w:r>
        <w:rPr>
          <w:b w:val="0"/>
          <w:i w:val="0"/>
        </w:rPr>
        <w:t xml:space="preserve">Như đã mô tả trong </w:t>
      </w:r>
      <w:r>
        <w:rPr>
          <w:b w:val="0"/>
          <w:i/>
        </w:rPr>
        <w:t xml:space="preserve"> bước 2 </w:t>
      </w:r>
      <w:r>
        <w:rPr>
          <w:b w:val="0"/>
          <w:i w:val="0"/>
        </w:rPr>
        <w:t xml:space="preserve">, tệp </w:t>
      </w:r>
      <w:r>
        <w:rPr>
          <w:rFonts w:ascii="Consolas" w:hAnsi="Consolas"/>
          <w:b w:val="0"/>
          <w:i w:val="0"/>
          <w:sz w:val="20"/>
        </w:rPr>
        <w:br/>
        <w:br/>
        <w:t xml:space="preserve">      code_fixtures.py</w:t>
        <w:br/>
        <w:t xml:space="preserve">     </w:t>
        <w:br/>
      </w:r>
      <w:r>
        <w:rPr>
          <w:b w:val="0"/>
          <w:i w:val="0"/>
        </w:rPr>
        <w:t xml:space="preserve"> chứa hai hàm để lưu trữ và lưu thông tin vào một tệp zip. Việc này sử dụng mô-đun </w:t>
      </w:r>
      <w:r>
        <w:rPr>
          <w:rFonts w:ascii="Consolas" w:hAnsi="Consolas"/>
          <w:b w:val="0"/>
          <w:i w:val="0"/>
          <w:sz w:val="20"/>
        </w:rPr>
        <w:br/>
        <w:br/>
        <w:t xml:space="preserve">      zipfile</w:t>
        <w:br/>
        <w:t xml:space="preserve">     </w:t>
        <w:br/>
      </w:r>
      <w:r>
        <w:rPr>
          <w:b w:val="0"/>
          <w:i w:val="0"/>
        </w:rPr>
        <w:t xml:space="preserve"> tiêu chuẩn của Python để xử lý các tệp zip:</w:t>
      </w:r>
    </w:p>
    <w:p>
      <w:pPr>
        <w:spacing w:after="80"/>
        <w:ind w:left="360"/>
      </w:pPr>
      <w:r>
        <w:t xml:space="preserve">• </w:t>
      </w:r>
      <w:r>
        <w:rPr>
          <w:rFonts w:ascii="Consolas" w:hAnsi="Consolas"/>
          <w:b w:val="0"/>
          <w:i w:val="0"/>
          <w:sz w:val="20"/>
        </w:rPr>
        <w:br/>
        <w:br/>
        <w:t xml:space="preserve">       write_zipfile</w:t>
        <w:br/>
        <w:t xml:space="preserve">      </w:t>
        <w:br/>
      </w:r>
      <w:r>
        <w:rPr>
          <w:b w:val="0"/>
          <w:i w:val="0"/>
        </w:rPr>
        <w:t xml:space="preserve"> tạo một tệp zip với một tệp nén bên trong, </w:t>
      </w:r>
      <w:r>
        <w:rPr>
          <w:rFonts w:ascii="Consolas" w:hAnsi="Consolas"/>
          <w:b w:val="0"/>
          <w:i w:val="0"/>
          <w:sz w:val="20"/>
        </w:rPr>
        <w:br/>
        <w:br/>
        <w:t xml:space="preserve">       internal.txt</w:t>
        <w:br/>
        <w:t xml:space="preserve">      </w:t>
        <w:br/>
      </w:r>
      <w:r>
        <w:rPr>
          <w:b w:val="0"/>
          <w:i w:val="0"/>
        </w:rPr>
        <w:t xml:space="preserve">, chứa dữ liệu được truyền vào làm đối số. Dữ liệu này được ghi bằng phương thức </w:t>
      </w:r>
      <w:r>
        <w:rPr>
          <w:rFonts w:ascii="Consolas" w:hAnsi="Consolas"/>
          <w:b w:val="0"/>
          <w:i w:val="0"/>
          <w:sz w:val="20"/>
        </w:rPr>
        <w:br/>
        <w:br/>
        <w:t xml:space="preserve">       .writestr():</w:t>
        <w:br/>
        <w:t xml:space="preserve">      </w:t>
        <w:br/>
      </w:r>
    </w:p>
    <w:p>
      <w:pPr>
        <w:spacing w:after="0"/>
        <w:ind w:left="360"/>
        <w:shd w:val="clear" w:color="auto" w:fill="F2F2F2"/>
      </w:pPr>
      <w:r>
        <w:rPr>
          <w:rFonts w:ascii="Consolas" w:hAnsi="Consolas"/>
          <w:sz w:val="18"/>
        </w:rPr>
        <w:t>def write_zipfile(filename, content):</w:t>
      </w:r>
    </w:p>
    <w:p>
      <w:pPr>
        <w:spacing w:after="0"/>
        <w:ind w:left="360"/>
        <w:shd w:val="clear" w:color="auto" w:fill="F2F2F2"/>
      </w:pPr>
      <w:r>
        <w:rPr>
          <w:rFonts w:ascii="Consolas" w:hAnsi="Consolas"/>
          <w:sz w:val="18"/>
        </w:rPr>
        <w:t xml:space="preserve">    with ZipFile(filename, 'w') as zipfile:</w:t>
      </w:r>
    </w:p>
    <w:p>
      <w:pPr>
        <w:spacing w:after="0"/>
        <w:ind w:left="360"/>
        <w:shd w:val="clear" w:color="auto" w:fill="F2F2F2"/>
      </w:pPr>
      <w:r>
        <w:rPr>
          <w:rFonts w:ascii="Consolas" w:hAnsi="Consolas"/>
          <w:sz w:val="18"/>
        </w:rPr>
        <w:t xml:space="preserve">        zipfile.writestr(INTERNAL_FILE, content)</w:t>
      </w:r>
    </w:p>
    <w:p>
      <w:pPr>
        <w:spacing w:after="40"/>
      </w:pPr>
    </w:p>
    <w:p>
      <w:pPr>
        <w:spacing w:after="80"/>
        <w:ind w:left="360"/>
      </w:pPr>
      <w:r>
        <w:t xml:space="preserve">• </w:t>
      </w:r>
      <w:r>
        <w:rPr>
          <w:rFonts w:ascii="Consolas" w:hAnsi="Consolas"/>
          <w:b w:val="0"/>
          <w:i w:val="0"/>
          <w:sz w:val="20"/>
        </w:rPr>
        <w:br/>
        <w:br/>
        <w:t xml:space="preserve">       read_zipfile</w:t>
        <w:br/>
        <w:t xml:space="preserve">      </w:t>
        <w:br/>
      </w:r>
      <w:r>
        <w:rPr>
          <w:b w:val="0"/>
          <w:i w:val="0"/>
        </w:rPr>
        <w:t xml:space="preserve"> đọc tệp và trích xuất nội dung từ tệp bên trong:</w:t>
      </w:r>
    </w:p>
    <w:p>
      <w:pPr>
        <w:spacing w:after="0"/>
        <w:ind w:left="360"/>
        <w:shd w:val="clear" w:color="auto" w:fill="F2F2F2"/>
      </w:pPr>
      <w:r>
        <w:rPr>
          <w:rFonts w:ascii="Consolas" w:hAnsi="Consolas"/>
          <w:sz w:val="18"/>
        </w:rPr>
        <w:t>def read_zipfile(filename):</w:t>
      </w:r>
    </w:p>
    <w:p>
      <w:pPr>
        <w:spacing w:after="0"/>
        <w:ind w:left="360"/>
        <w:shd w:val="clear" w:color="auto" w:fill="F2F2F2"/>
      </w:pPr>
      <w:r>
        <w:rPr>
          <w:rFonts w:ascii="Consolas" w:hAnsi="Consolas"/>
          <w:sz w:val="18"/>
        </w:rPr>
        <w:t xml:space="preserve">    with ZipFile(filename, 'r') as zipfile:</w:t>
      </w:r>
    </w:p>
    <w:p>
      <w:pPr>
        <w:spacing w:after="0"/>
        <w:ind w:left="360"/>
        <w:shd w:val="clear" w:color="auto" w:fill="F2F2F2"/>
      </w:pPr>
      <w:r>
        <w:rPr>
          <w:rFonts w:ascii="Consolas" w:hAnsi="Consolas"/>
          <w:sz w:val="18"/>
        </w:rPr>
        <w:t xml:space="preserve">        with zipfile.open(INTERNAL_FILE) as intfile:</w:t>
      </w:r>
    </w:p>
    <w:p>
      <w:pPr>
        <w:spacing w:after="0"/>
        <w:ind w:left="360"/>
        <w:shd w:val="clear" w:color="auto" w:fill="F2F2F2"/>
      </w:pPr>
      <w:r>
        <w:rPr>
          <w:rFonts w:ascii="Consolas" w:hAnsi="Consolas"/>
          <w:sz w:val="18"/>
        </w:rPr>
        <w:t xml:space="preserve">            content = intfile.read()</w:t>
      </w:r>
    </w:p>
    <w:p>
      <w:pPr>
        <w:spacing w:after="0"/>
        <w:ind w:left="360"/>
        <w:shd w:val="clear" w:color="auto" w:fill="F2F2F2"/>
      </w:pPr>
      <w:r>
        <w:rPr>
          <w:rFonts w:ascii="Consolas" w:hAnsi="Consolas"/>
          <w:sz w:val="18"/>
        </w:rPr>
        <w:t xml:space="preserve">    return content.decode('utf8')</w:t>
      </w:r>
    </w:p>
    <w:p>
      <w:pPr>
        <w:spacing w:after="40"/>
      </w:pPr>
    </w:p>
    <w:p>
      <w:pPr>
        <w:spacing w:after="80"/>
      </w:pPr>
      <w:r>
        <w:rPr>
          <w:rFonts w:ascii="Consolas" w:hAnsi="Consolas"/>
          <w:b w:val="0"/>
          <w:i w:val="0"/>
          <w:sz w:val="20"/>
        </w:rPr>
        <w:br/>
        <w:br/>
        <w:t xml:space="preserve">      read_zipfile</w:t>
        <w:br/>
        <w:t xml:space="preserve">     </w:t>
        <w:br/>
      </w:r>
      <w:r>
        <w:rPr>
          <w:b w:val="0"/>
          <w:i w:val="0"/>
        </w:rPr>
        <w:t xml:space="preserve"> tuân theo cùng một mẫu như hàm ghi. Nó tìm kiếm tệp bên trong đã được định nghĩa trong tệp zip và đọc nội dung của nó. Nội dung cần được giải mã vì nó được mã hóa bằng </w:t>
      </w:r>
      <w:r>
        <w:rPr>
          <w:rFonts w:ascii="Consolas" w:hAnsi="Consolas"/>
          <w:b w:val="0"/>
          <w:i w:val="0"/>
          <w:sz w:val="20"/>
        </w:rPr>
        <w:br/>
        <w:br/>
        <w:t xml:space="preserve">      UTF‑8</w:t>
        <w:br/>
        <w:t xml:space="preserve">     </w:t>
        <w:br/>
      </w:r>
      <w:r>
        <w:rPr>
          <w:b w:val="0"/>
          <w:i w:val="0"/>
        </w:rPr>
        <w:t>.</w:t>
      </w:r>
    </w:p>
    <w:p>
      <w:pPr>
        <w:spacing w:after="80"/>
      </w:pPr>
      <w:r>
        <w:rPr>
          <w:b w:val="0"/>
          <w:i w:val="0"/>
        </w:rPr>
        <w:t xml:space="preserve">Các tệp zip là một tập hợp các tệp được nén lại. Chúng ta cần định nghĩa ít nhất một tệp để lưu thông tin bên trong một tệp zip. Bạn có thể tìm hiểu thêm về mô-đun </w:t>
      </w:r>
      <w:r>
        <w:rPr>
          <w:rFonts w:ascii="Consolas" w:hAnsi="Consolas"/>
          <w:b w:val="0"/>
          <w:i w:val="0"/>
          <w:sz w:val="20"/>
        </w:rPr>
        <w:br/>
        <w:br/>
        <w:t xml:space="preserve">      zipfile</w:t>
        <w:br/>
        <w:t xml:space="preserve">     </w:t>
        <w:br/>
      </w:r>
      <w:r>
        <w:rPr>
          <w:b w:val="0"/>
          <w:i w:val="0"/>
        </w:rPr>
        <w:t xml:space="preserve"> tại đây: </w:t>
      </w:r>
      <w:r>
        <w:rPr>
          <w:rFonts w:ascii="Consolas" w:hAnsi="Consolas"/>
          <w:b w:val="0"/>
          <w:i w:val="0"/>
          <w:sz w:val="20"/>
        </w:rPr>
        <w:br/>
        <w:br/>
        <w:t xml:space="preserve">       https://docs.python.org/3/library/zipfile.html</w:t>
        <w:br/>
        <w:t xml:space="preserve">      </w:t>
        <w:br/>
      </w:r>
    </w:p>
    <w:p>
      <w:pPr>
        <w:spacing w:after="80"/>
      </w:pPr>
      <w:r>
        <w:rPr>
          <w:b w:val="0"/>
          <w:i w:val="0"/>
        </w:rPr>
        <w:t xml:space="preserve">Các bài kiểm tra được định nghĩa trong </w:t>
      </w:r>
      <w:r>
        <w:rPr>
          <w:b w:val="0"/>
          <w:i/>
        </w:rPr>
        <w:t xml:space="preserve"> bước 3 </w:t>
      </w:r>
      <w:r>
        <w:rPr>
          <w:b w:val="0"/>
          <w:i w:val="0"/>
        </w:rPr>
        <w:t xml:space="preserve"> . Bài kiểm tra </w:t>
      </w:r>
      <w:r>
        <w:rPr>
          <w:rFonts w:ascii="Consolas" w:hAnsi="Consolas"/>
          <w:b w:val="0"/>
          <w:i w:val="0"/>
          <w:sz w:val="20"/>
        </w:rPr>
        <w:br/>
        <w:br/>
        <w:t xml:space="preserve">      test_writeread_zipfile</w:t>
        <w:br/>
        <w:t xml:space="preserve">     </w:t>
        <w:br/>
      </w:r>
      <w:r>
        <w:rPr>
          <w:b w:val="0"/>
          <w:i w:val="0"/>
        </w:rPr>
        <w:t xml:space="preserve"> đầu tiên tạo một tệp rồi đọc nó, kiểm tra toàn bộ vòng đời và đảm bảo rằng một tệp có thể được ghi, sau đó đọc:</w:t>
      </w:r>
    </w:p>
    <w:p>
      <w:pPr>
        <w:spacing w:after="0"/>
        <w:ind w:left="360"/>
        <w:shd w:val="clear" w:color="auto" w:fill="F2F2F2"/>
      </w:pPr>
      <w:r>
        <w:rPr>
          <w:rFonts w:ascii="Consolas" w:hAnsi="Consolas"/>
          <w:sz w:val="18"/>
        </w:rPr>
        <w:t>def test_writeread_zipfile():</w:t>
      </w:r>
    </w:p>
    <w:p>
      <w:pPr>
        <w:spacing w:after="0"/>
        <w:ind w:left="360"/>
        <w:shd w:val="clear" w:color="auto" w:fill="F2F2F2"/>
      </w:pPr>
      <w:r>
        <w:rPr>
          <w:rFonts w:ascii="Consolas" w:hAnsi="Consolas"/>
          <w:sz w:val="18"/>
        </w:rPr>
        <w:t xml:space="preserve">    TESTFILE = 'test.zip'</w:t>
      </w:r>
    </w:p>
    <w:p>
      <w:pPr>
        <w:spacing w:after="0"/>
        <w:ind w:left="360"/>
        <w:shd w:val="clear" w:color="auto" w:fill="F2F2F2"/>
      </w:pPr>
      <w:r>
        <w:rPr>
          <w:rFonts w:ascii="Consolas" w:hAnsi="Consolas"/>
          <w:sz w:val="18"/>
        </w:rPr>
        <w:t xml:space="preserve">    TESTCONTENT = 'This is a test'</w:t>
      </w:r>
    </w:p>
    <w:p>
      <w:pPr>
        <w:spacing w:after="0"/>
        <w:ind w:left="360"/>
        <w:shd w:val="clear" w:color="auto" w:fill="F2F2F2"/>
      </w:pPr>
      <w:r>
        <w:rPr>
          <w:rFonts w:ascii="Consolas" w:hAnsi="Consolas"/>
          <w:sz w:val="18"/>
        </w:rPr>
        <w:t xml:space="preserve">    write_zipfile(TESTFILE, TESTCONTENT)</w:t>
      </w:r>
    </w:p>
    <w:p>
      <w:pPr>
        <w:spacing w:after="0"/>
        <w:ind w:left="360"/>
        <w:shd w:val="clear" w:color="auto" w:fill="F2F2F2"/>
      </w:pPr>
      <w:r>
        <w:rPr>
          <w:rFonts w:ascii="Consolas" w:hAnsi="Consolas"/>
          <w:sz w:val="18"/>
        </w:rPr>
        <w:t xml:space="preserve">    content = read_zipfile(TESTFILE)</w:t>
      </w:r>
    </w:p>
    <w:p>
      <w:pPr>
        <w:spacing w:after="0"/>
        <w:ind w:left="360"/>
        <w:shd w:val="clear" w:color="auto" w:fill="F2F2F2"/>
      </w:pPr>
      <w:r>
        <w:rPr>
          <w:rFonts w:ascii="Consolas" w:hAnsi="Consolas"/>
          <w:sz w:val="18"/>
        </w:rPr>
        <w:t xml:space="preserve">    assert TESTCONTENT == content</w:t>
      </w:r>
    </w:p>
    <w:p>
      <w:pPr>
        <w:spacing w:after="40"/>
      </w:pPr>
    </w:p>
    <w:p>
      <w:pPr>
        <w:spacing w:after="80"/>
      </w:pPr>
      <w:r>
        <w:rPr>
          <w:b w:val="0"/>
          <w:i w:val="0"/>
        </w:rPr>
        <w:t xml:space="preserve">Bài kiểm tra này chạy đúng nhưng không thực hiện dọn dẹp gì cả, khiến tệp </w:t>
      </w:r>
      <w:r>
        <w:rPr>
          <w:rFonts w:ascii="Consolas" w:hAnsi="Consolas"/>
          <w:b w:val="0"/>
          <w:i w:val="0"/>
          <w:sz w:val="20"/>
        </w:rPr>
        <w:br/>
        <w:br/>
        <w:t xml:space="preserve">      test.zip</w:t>
        <w:br/>
        <w:t xml:space="preserve">     </w:t>
        <w:br/>
      </w:r>
      <w:r>
        <w:rPr>
          <w:b w:val="0"/>
          <w:i w:val="0"/>
        </w:rPr>
        <w:t xml:space="preserve"> còn lại trong thư mục làm việc.</w:t>
      </w:r>
    </w:p>
    <w:p>
      <w:pPr>
        <w:spacing w:after="80"/>
      </w:pPr>
      <w:r>
        <w:rPr>
          <w:b w:val="0"/>
          <w:i w:val="0"/>
        </w:rPr>
        <w:t xml:space="preserve">Đối với hai bài kiểm tra còn lại, hãy dùng fixture đã khai báo </w:t>
      </w:r>
      <w:r>
        <w:rPr>
          <w:rFonts w:ascii="Consolas" w:hAnsi="Consolas"/>
          <w:b w:val="0"/>
          <w:i w:val="0"/>
          <w:sz w:val="20"/>
        </w:rPr>
        <w:br/>
        <w:br/>
        <w:t xml:space="preserve">      fzipfile</w:t>
        <w:br/>
        <w:t xml:space="preserve">     </w:t>
        <w:br/>
      </w:r>
      <w:r>
        <w:rPr>
          <w:b w:val="0"/>
          <w:i w:val="0"/>
        </w:rPr>
        <w:t xml:space="preserve"> . Chú ý decorator </w:t>
      </w:r>
      <w:r>
        <w:rPr>
          <w:rFonts w:ascii="Consolas" w:hAnsi="Consolas"/>
          <w:b w:val="0"/>
          <w:i w:val="0"/>
          <w:sz w:val="20"/>
        </w:rPr>
        <w:br/>
        <w:br/>
        <w:t xml:space="preserve">      @fixture</w:t>
        <w:br/>
        <w:t xml:space="preserve">     </w:t>
        <w:br/>
      </w:r>
      <w:r>
        <w:rPr>
          <w:b w:val="0"/>
          <w:i w:val="0"/>
        </w:rPr>
        <w:t xml:space="preserve"> . Hãy cùng xem nó:</w:t>
      </w:r>
    </w:p>
    <w:p>
      <w:pPr>
        <w:spacing w:after="0"/>
        <w:ind w:left="360"/>
        <w:shd w:val="clear" w:color="auto" w:fill="F2F2F2"/>
      </w:pPr>
      <w:r>
        <w:rPr>
          <w:rFonts w:ascii="Consolas" w:hAnsi="Consolas"/>
          <w:sz w:val="18"/>
        </w:rPr>
        <w:t>import os</w:t>
      </w:r>
    </w:p>
    <w:p>
      <w:pPr>
        <w:spacing w:after="0"/>
        <w:ind w:left="360"/>
        <w:shd w:val="clear" w:color="auto" w:fill="F2F2F2"/>
      </w:pPr>
      <w:r>
        <w:rPr>
          <w:rFonts w:ascii="Consolas" w:hAnsi="Consolas"/>
          <w:sz w:val="18"/>
        </w:rPr>
        <w:t>import random</w:t>
      </w:r>
    </w:p>
    <w:p>
      <w:pPr>
        <w:spacing w:after="0"/>
        <w:ind w:left="360"/>
        <w:shd w:val="clear" w:color="auto" w:fill="F2F2F2"/>
      </w:pPr>
      <w:r>
        <w:rPr>
          <w:rFonts w:ascii="Consolas" w:hAnsi="Consolas"/>
          <w:sz w:val="18"/>
        </w:rPr>
        <w:t>import string</w:t>
      </w:r>
    </w:p>
    <w:p>
      <w:pPr>
        <w:spacing w:after="0"/>
        <w:ind w:left="360"/>
        <w:shd w:val="clear" w:color="auto" w:fill="F2F2F2"/>
      </w:pPr>
      <w:r>
        <w:rPr>
          <w:rFonts w:ascii="Consolas" w:hAnsi="Consolas"/>
          <w:sz w:val="18"/>
        </w:rPr>
        <w:t>from pytest import fixture</w:t>
      </w:r>
    </w:p>
    <w:p>
      <w:pPr>
        <w:spacing w:after="0"/>
        <w:ind w:left="360"/>
        <w:shd w:val="clear" w:color="auto" w:fill="F2F2F2"/>
      </w:pPr>
      <w:r>
        <w:rPr>
          <w:rFonts w:ascii="Consolas" w:hAnsi="Consolas"/>
          <w:sz w:val="18"/>
        </w:rPr>
        <w:t>@fixture</w:t>
      </w:r>
    </w:p>
    <w:p>
      <w:pPr>
        <w:spacing w:after="0"/>
        <w:ind w:left="360"/>
        <w:shd w:val="clear" w:color="auto" w:fill="F2F2F2"/>
      </w:pPr>
      <w:r>
        <w:rPr>
          <w:rFonts w:ascii="Consolas" w:hAnsi="Consolas"/>
          <w:sz w:val="18"/>
        </w:rPr>
        <w:t>def fzipfile():</w:t>
      </w:r>
    </w:p>
    <w:p>
      <w:pPr>
        <w:spacing w:after="0"/>
        <w:ind w:left="360"/>
        <w:shd w:val="clear" w:color="auto" w:fill="F2F2F2"/>
      </w:pPr>
      <w:r>
        <w:rPr>
          <w:rFonts w:ascii="Consolas" w:hAnsi="Consolas"/>
          <w:sz w:val="18"/>
        </w:rPr>
        <w:t xml:space="preserve">    content_length = 50</w:t>
      </w:r>
    </w:p>
    <w:p>
      <w:pPr>
        <w:spacing w:after="0"/>
        <w:ind w:left="360"/>
        <w:shd w:val="clear" w:color="auto" w:fill="F2F2F2"/>
      </w:pPr>
      <w:r>
        <w:rPr>
          <w:rFonts w:ascii="Consolas" w:hAnsi="Consolas"/>
          <w:sz w:val="18"/>
        </w:rPr>
        <w:t xml:space="preserve">    content = ''.join(random.choices(string.ascii_lowercase, k=content_length))</w:t>
      </w:r>
    </w:p>
    <w:p>
      <w:pPr>
        <w:spacing w:after="0"/>
        <w:ind w:left="360"/>
        <w:shd w:val="clear" w:color="auto" w:fill="F2F2F2"/>
      </w:pPr>
      <w:r>
        <w:rPr>
          <w:rFonts w:ascii="Consolas" w:hAnsi="Consolas"/>
          <w:sz w:val="18"/>
        </w:rPr>
        <w:t xml:space="preserve">    fnumber = ''.join(random.choices(string.digits, k=3))</w:t>
      </w:r>
    </w:p>
    <w:p>
      <w:pPr>
        <w:spacing w:after="0"/>
        <w:ind w:left="360"/>
        <w:shd w:val="clear" w:color="auto" w:fill="F2F2F2"/>
      </w:pPr>
      <w:r>
        <w:rPr>
          <w:rFonts w:ascii="Consolas" w:hAnsi="Consolas"/>
          <w:sz w:val="18"/>
        </w:rPr>
        <w:t xml:space="preserve">    filename = f'file{fnumber}.zip'</w:t>
      </w:r>
    </w:p>
    <w:p>
      <w:pPr>
        <w:spacing w:after="0"/>
        <w:ind w:left="360"/>
        <w:shd w:val="clear" w:color="auto" w:fill="F2F2F2"/>
      </w:pPr>
      <w:r>
        <w:rPr>
          <w:rFonts w:ascii="Consolas" w:hAnsi="Consolas"/>
          <w:sz w:val="18"/>
        </w:rPr>
        <w:t xml:space="preserve">    write_zipfile(filename, content)</w:t>
      </w:r>
    </w:p>
    <w:p>
      <w:pPr>
        <w:spacing w:after="0"/>
        <w:ind w:left="360"/>
        <w:shd w:val="clear" w:color="auto" w:fill="F2F2F2"/>
      </w:pPr>
      <w:r>
        <w:rPr>
          <w:rFonts w:ascii="Consolas" w:hAnsi="Consolas"/>
          <w:sz w:val="18"/>
        </w:rPr>
        <w:t xml:space="preserve">    yield filename, content</w:t>
      </w:r>
    </w:p>
    <w:p>
      <w:pPr>
        <w:spacing w:after="0"/>
        <w:ind w:left="360"/>
        <w:shd w:val="clear" w:color="auto" w:fill="F2F2F2"/>
      </w:pPr>
      <w:r>
        <w:rPr>
          <w:rFonts w:ascii="Consolas" w:hAnsi="Consolas"/>
          <w:sz w:val="18"/>
        </w:rPr>
        <w:t xml:space="preserve">    os.remove(filename)</w:t>
      </w:r>
    </w:p>
    <w:p>
      <w:pPr>
        <w:spacing w:after="40"/>
      </w:pPr>
    </w:p>
    <w:p>
      <w:pPr>
        <w:spacing w:after="80"/>
      </w:pPr>
      <w:r>
        <w:rPr>
          <w:b w:val="0"/>
          <w:i w:val="0"/>
        </w:rPr>
        <w:t xml:space="preserve">Fixture này tạo ra một số nội dung ngẫu nhiên dưới dạng một chuỗi gồm 50 ký tự chữ thường. Nó cũng tạo ra một tên tệp ngẫu nhiên. Sau đó nó ghi tệp này và </w:t>
      </w:r>
      <w:r>
        <w:rPr>
          <w:rFonts w:ascii="Consolas" w:hAnsi="Consolas"/>
          <w:b w:val="0"/>
          <w:i w:val="0"/>
          <w:sz w:val="20"/>
        </w:rPr>
        <w:br/>
        <w:br/>
        <w:t xml:space="preserve">      yields</w:t>
        <w:br/>
        <w:t xml:space="preserve">     </w:t>
        <w:br/>
      </w:r>
      <w:r>
        <w:rPr>
          <w:b w:val="0"/>
          <w:i w:val="0"/>
        </w:rPr>
        <w:t xml:space="preserve"> cả tên tệp lẫn nội dung được tạo ra. Cuối cùng, nó xóa tệp bằng lệnh gọi </w:t>
      </w:r>
      <w:r>
        <w:rPr>
          <w:rFonts w:ascii="Consolas" w:hAnsi="Consolas"/>
          <w:b w:val="0"/>
          <w:i w:val="0"/>
          <w:sz w:val="20"/>
        </w:rPr>
        <w:br/>
        <w:br/>
        <w:t xml:space="preserve">      os.remove</w:t>
        <w:br/>
        <w:t xml:space="preserve">     </w:t>
        <w:br/>
      </w:r>
      <w:r>
        <w:rPr>
          <w:b w:val="0"/>
          <w:i w:val="0"/>
        </w:rPr>
        <w:t xml:space="preserve"> .</w:t>
      </w:r>
    </w:p>
    <w:p>
      <w:pPr>
        <w:spacing w:after="80"/>
      </w:pPr>
      <w:r>
        <w:rPr>
          <w:b w:val="0"/>
          <w:i w:val="0"/>
        </w:rPr>
        <w:t xml:space="preserve">Từ khóa </w:t>
      </w:r>
      <w:r>
        <w:rPr>
          <w:rFonts w:ascii="Consolas" w:hAnsi="Consolas"/>
          <w:b w:val="0"/>
          <w:i w:val="0"/>
          <w:sz w:val="20"/>
        </w:rPr>
        <w:br/>
        <w:br/>
        <w:t xml:space="preserve">      yield</w:t>
        <w:br/>
        <w:t xml:space="preserve">     </w:t>
        <w:br/>
      </w:r>
      <w:r>
        <w:rPr>
          <w:b w:val="0"/>
          <w:i w:val="0"/>
        </w:rPr>
        <w:t xml:space="preserve"> trong Python cho phép chúng ta tạm dừng việc thực thi mã, trả về một giá trị, rồi tiếp tục chạy mã. Trong một </w:t>
      </w:r>
      <w:r>
        <w:rPr>
          <w:rFonts w:ascii="Consolas" w:hAnsi="Consolas"/>
          <w:b w:val="0"/>
          <w:i w:val="0"/>
          <w:sz w:val="20"/>
        </w:rPr>
        <w:br/>
        <w:br/>
        <w:t xml:space="preserve">      fixture</w:t>
        <w:br/>
        <w:t xml:space="preserve">     </w:t>
        <w:br/>
      </w:r>
      <w:r>
        <w:rPr>
          <w:b w:val="0"/>
          <w:i w:val="0"/>
        </w:rPr>
        <w:t xml:space="preserve"> , mọi thứ đứng trước </w:t>
      </w:r>
      <w:r>
        <w:rPr>
          <w:rFonts w:ascii="Consolas" w:hAnsi="Consolas"/>
          <w:b w:val="0"/>
          <w:i w:val="0"/>
          <w:sz w:val="20"/>
        </w:rPr>
        <w:br/>
        <w:br/>
        <w:t xml:space="preserve">      yield</w:t>
        <w:br/>
        <w:t xml:space="preserve">     </w:t>
        <w:br/>
      </w:r>
      <w:r>
        <w:rPr>
          <w:b w:val="0"/>
          <w:i w:val="0"/>
        </w:rPr>
        <w:t xml:space="preserve"> sẽ được thực thi trước khi bài kiểm tra bắt đầu, và mọi thứ sau </w:t>
      </w:r>
      <w:r>
        <w:rPr>
          <w:rFonts w:ascii="Consolas" w:hAnsi="Consolas"/>
          <w:b w:val="0"/>
          <w:i w:val="0"/>
          <w:sz w:val="20"/>
        </w:rPr>
        <w:br/>
        <w:br/>
        <w:t xml:space="preserve">      yield</w:t>
        <w:br/>
        <w:t xml:space="preserve">     </w:t>
        <w:br/>
      </w:r>
      <w:r>
        <w:rPr>
          <w:b w:val="0"/>
          <w:i w:val="0"/>
        </w:rPr>
        <w:t xml:space="preserve"> sẽ được thực thi khi bài kiểm tra kết thúc.</w:t>
      </w:r>
    </w:p>
    <w:p>
      <w:pPr>
        <w:spacing w:after="80"/>
      </w:pPr>
      <w:r>
        <w:rPr>
          <w:b/>
          <w:i w:val="0"/>
        </w:rPr>
        <w:t>Lưu ý</w:t>
      </w:r>
    </w:p>
    <w:p>
      <w:pPr>
        <w:spacing w:after="80"/>
      </w:pPr>
      <w:r>
        <w:rPr>
          <w:rFonts w:ascii="Consolas" w:hAnsi="Consolas"/>
          <w:b w:val="0"/>
          <w:i w:val="0"/>
          <w:sz w:val="20"/>
        </w:rPr>
        <w:br/>
        <w:br/>
        <w:t xml:space="preserve">       yield</w:t>
        <w:br/>
        <w:t xml:space="preserve">      </w:t>
        <w:br/>
      </w:r>
      <w:r>
        <w:rPr>
          <w:b w:val="0"/>
          <w:i w:val="0"/>
        </w:rPr>
        <w:t xml:space="preserve"> thường được dùng trong các hàm generator đóng vai trò như iterator, nhưng mỗi lần một giá trị mới được yêu cầu, mã sẽ tiếp tục chạy cho đến khi gặp một </w:t>
      </w:r>
      <w:r>
        <w:rPr>
          <w:rFonts w:ascii="Consolas" w:hAnsi="Consolas"/>
          <w:b w:val="0"/>
          <w:i w:val="0"/>
          <w:sz w:val="20"/>
        </w:rPr>
        <w:br/>
        <w:br/>
        <w:t xml:space="preserve">       yield</w:t>
        <w:br/>
        <w:t xml:space="preserve">      </w:t>
        <w:br/>
      </w:r>
      <w:r>
        <w:rPr>
          <w:b w:val="0"/>
          <w:i w:val="0"/>
        </w:rPr>
        <w:t xml:space="preserve"> khác; ví dụ:</w:t>
      </w:r>
    </w:p>
    <w:p>
      <w:pPr>
        <w:spacing w:after="0"/>
        <w:ind w:left="360"/>
        <w:shd w:val="clear" w:color="auto" w:fill="F2F2F2"/>
      </w:pPr>
      <w:r>
        <w:rPr>
          <w:rFonts w:ascii="Consolas" w:hAnsi="Consolas"/>
          <w:sz w:val="18"/>
        </w:rPr>
        <w:t>&gt;&gt;&gt; def generator():</w:t>
      </w:r>
    </w:p>
    <w:p>
      <w:pPr>
        <w:spacing w:after="0"/>
        <w:ind w:left="360"/>
        <w:shd w:val="clear" w:color="auto" w:fill="F2F2F2"/>
      </w:pPr>
      <w:r>
        <w:rPr>
          <w:rFonts w:ascii="Consolas" w:hAnsi="Consolas"/>
          <w:sz w:val="18"/>
        </w:rPr>
        <w:t>...   yield 1</w:t>
      </w:r>
    </w:p>
    <w:p>
      <w:pPr>
        <w:spacing w:after="0"/>
        <w:ind w:left="360"/>
        <w:shd w:val="clear" w:color="auto" w:fill="F2F2F2"/>
      </w:pPr>
      <w:r>
        <w:rPr>
          <w:rFonts w:ascii="Consolas" w:hAnsi="Consolas"/>
          <w:sz w:val="18"/>
        </w:rPr>
        <w:t>...   yield 2</w:t>
      </w:r>
    </w:p>
    <w:p>
      <w:pPr>
        <w:spacing w:after="0"/>
        <w:ind w:left="360"/>
        <w:shd w:val="clear" w:color="auto" w:fill="F2F2F2"/>
      </w:pPr>
      <w:r>
        <w:rPr>
          <w:rFonts w:ascii="Consolas" w:hAnsi="Consolas"/>
          <w:sz w:val="18"/>
        </w:rPr>
        <w:t>...   for _ in range(3):</w:t>
      </w:r>
    </w:p>
    <w:p>
      <w:pPr>
        <w:spacing w:after="0"/>
        <w:ind w:left="360"/>
        <w:shd w:val="clear" w:color="auto" w:fill="F2F2F2"/>
      </w:pPr>
      <w:r>
        <w:rPr>
          <w:rFonts w:ascii="Consolas" w:hAnsi="Consolas"/>
          <w:sz w:val="18"/>
        </w:rPr>
        <w:t>...     yield 3</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&gt;&gt;&gt; list(generator())</w:t>
      </w:r>
    </w:p>
    <w:p>
      <w:pPr>
        <w:spacing w:after="0"/>
        <w:ind w:left="360"/>
        <w:shd w:val="clear" w:color="auto" w:fill="F2F2F2"/>
      </w:pPr>
      <w:r>
        <w:rPr>
          <w:rFonts w:ascii="Consolas" w:hAnsi="Consolas"/>
          <w:sz w:val="18"/>
        </w:rPr>
        <w:t>[1, 2, 3, 3, 3]</w:t>
      </w:r>
    </w:p>
    <w:p>
      <w:pPr>
        <w:spacing w:after="40"/>
      </w:pPr>
    </w:p>
    <w:p>
      <w:pPr>
        <w:spacing w:after="80"/>
      </w:pPr>
      <w:r>
        <w:rPr>
          <w:b w:val="0"/>
          <w:i w:val="0"/>
        </w:rPr>
        <w:t xml:space="preserve">Bạn có thể tìm hiểu thêm về generator tại </w:t>
      </w:r>
      <w:r>
        <w:rPr>
          <w:rFonts w:ascii="Consolas" w:hAnsi="Consolas"/>
          <w:b w:val="0"/>
          <w:i w:val="0"/>
          <w:sz w:val="20"/>
        </w:rPr>
        <w:br/>
        <w:br/>
        <w:t xml:space="preserve">       https://realpython.com/introduction-to-python-generators/</w:t>
        <w:br/>
        <w:t xml:space="preserve">      </w:t>
        <w:br/>
      </w:r>
      <w:r>
        <w:rPr>
          <w:b w:val="0"/>
          <w:i w:val="0"/>
        </w:rPr>
        <w:t xml:space="preserve"> .</w:t>
      </w:r>
    </w:p>
    <w:p>
      <w:pPr>
        <w:spacing w:after="80"/>
      </w:pPr>
      <w:r>
        <w:rPr>
          <w:b w:val="0"/>
          <w:i w:val="0"/>
        </w:rPr>
        <w:t xml:space="preserve">Fixture </w:t>
      </w:r>
      <w:r>
        <w:rPr>
          <w:rFonts w:ascii="Consolas" w:hAnsi="Consolas"/>
          <w:b w:val="0"/>
          <w:i w:val="0"/>
          <w:sz w:val="20"/>
        </w:rPr>
        <w:br/>
        <w:br/>
        <w:t xml:space="preserve">      fixture</w:t>
        <w:br/>
        <w:t xml:space="preserve">     </w:t>
        <w:br/>
      </w:r>
      <w:r>
        <w:rPr>
          <w:b w:val="0"/>
          <w:i w:val="0"/>
        </w:rPr>
        <w:t xml:space="preserve"> sau đó thực hiện một số thiết lập (tạo một tệp zip), trả về các giá trị (tên và nội dung được tạo ngẫu nhiên) để làm việc, và cuối cùng dọn dẹp (xóa tệp).</w:t>
      </w:r>
    </w:p>
    <w:p>
      <w:pPr>
        <w:spacing w:after="80"/>
      </w:pPr>
      <w:r>
        <w:rPr>
          <w:b w:val="0"/>
          <w:i w:val="0"/>
        </w:rPr>
        <w:t xml:space="preserve">Hai bài kiểm tra còn lại dùng fixture này để thiết lập bài kiểm tra. </w:t>
      </w:r>
      <w:r>
        <w:rPr>
          <w:rFonts w:ascii="Consolas" w:hAnsi="Consolas"/>
          <w:b w:val="0"/>
          <w:i w:val="0"/>
          <w:sz w:val="20"/>
        </w:rPr>
        <w:br/>
        <w:br/>
        <w:t xml:space="preserve">      test_readwrite_zipfile</w:t>
        <w:br/>
        <w:t xml:space="preserve">     </w:t>
        <w:br/>
      </w:r>
      <w:r>
        <w:rPr>
          <w:b w:val="0"/>
          <w:i w:val="0"/>
        </w:rPr>
        <w:t xml:space="preserve"> rất đơn giản; nó đọc tệp được tạo bởi fixture:</w:t>
      </w:r>
    </w:p>
    <w:p>
      <w:pPr>
        <w:spacing w:after="0"/>
        <w:ind w:left="360"/>
        <w:shd w:val="clear" w:color="auto" w:fill="F2F2F2"/>
      </w:pPr>
      <w:r>
        <w:rPr>
          <w:rFonts w:ascii="Consolas" w:hAnsi="Consolas"/>
          <w:sz w:val="18"/>
        </w:rPr>
        <w:t>def test_readwrite_zipfile(fzipfile):</w:t>
      </w:r>
    </w:p>
    <w:p>
      <w:pPr>
        <w:spacing w:after="0"/>
        <w:ind w:left="360"/>
        <w:shd w:val="clear" w:color="auto" w:fill="F2F2F2"/>
      </w:pPr>
      <w:r>
        <w:rPr>
          <w:rFonts w:ascii="Consolas" w:hAnsi="Consolas"/>
          <w:sz w:val="18"/>
        </w:rPr>
        <w:t xml:space="preserve">    filename, expected_content = fzipfile</w:t>
      </w:r>
    </w:p>
    <w:p>
      <w:pPr>
        <w:spacing w:after="0"/>
        <w:ind w:left="360"/>
        <w:shd w:val="clear" w:color="auto" w:fill="F2F2F2"/>
      </w:pPr>
      <w:r>
        <w:rPr>
          <w:rFonts w:ascii="Consolas" w:hAnsi="Consolas"/>
          <w:sz w:val="18"/>
        </w:rPr>
        <w:t xml:space="preserve">    content = read_zipfile(filename)</w:t>
      </w:r>
    </w:p>
    <w:p>
      <w:pPr>
        <w:spacing w:after="0"/>
        <w:ind w:left="360"/>
        <w:shd w:val="clear" w:color="auto" w:fill="F2F2F2"/>
      </w:pPr>
      <w:r>
        <w:rPr>
          <w:rFonts w:ascii="Consolas" w:hAnsi="Consolas"/>
          <w:sz w:val="18"/>
        </w:rPr>
        <w:t xml:space="preserve">    assert content == expected_content</w:t>
      </w:r>
    </w:p>
    <w:p>
      <w:pPr>
        <w:spacing w:after="40"/>
      </w:pPr>
    </w:p>
    <w:p>
      <w:pPr>
        <w:spacing w:after="80"/>
      </w:pPr>
      <w:r>
        <w:rPr>
          <w:b w:val="0"/>
          <w:i w:val="0"/>
        </w:rPr>
        <w:t xml:space="preserve">Lưu ý rằng giá trị được trả về bởi fixture </w:t>
      </w:r>
      <w:r>
        <w:rPr>
          <w:rFonts w:ascii="Consolas" w:hAnsi="Consolas"/>
          <w:b w:val="0"/>
          <w:i w:val="0"/>
          <w:sz w:val="20"/>
        </w:rPr>
        <w:br/>
        <w:br/>
        <w:t xml:space="preserve">      fzipfile</w:t>
        <w:br/>
        <w:t xml:space="preserve">     </w:t>
        <w:br/>
      </w:r>
      <w:r>
        <w:rPr>
          <w:b w:val="0"/>
          <w:i w:val="0"/>
        </w:rPr>
        <w:t xml:space="preserve"> là một tuple gồm hai phần tử: tên tệp và nội dung.</w:t>
      </w:r>
    </w:p>
    <w:p>
      <w:pPr>
        <w:spacing w:after="80"/>
      </w:pPr>
      <w:r>
        <w:rPr>
          <w:rFonts w:ascii="Consolas" w:hAnsi="Consolas"/>
          <w:b w:val="0"/>
          <w:i w:val="0"/>
          <w:sz w:val="20"/>
        </w:rPr>
        <w:br/>
        <w:br/>
        <w:t xml:space="preserve">      test_internal_zipfile</w:t>
        <w:br/>
        <w:t xml:space="preserve">     </w:t>
        <w:br/>
      </w:r>
      <w:r>
        <w:rPr>
          <w:b w:val="0"/>
          <w:i w:val="0"/>
        </w:rPr>
        <w:t xml:space="preserve"> dùng fixture để kiểm tra rằng chỉ có một tệp bên trong tệp zip và nó có tên đúng. Nó mở tệp zip và dùng </w:t>
      </w:r>
      <w:r>
        <w:rPr>
          <w:rFonts w:ascii="Consolas" w:hAnsi="Consolas"/>
          <w:b w:val="0"/>
          <w:i w:val="0"/>
          <w:sz w:val="20"/>
        </w:rPr>
        <w:br/>
        <w:br/>
        <w:t xml:space="preserve">      .namelist()</w:t>
        <w:br/>
        <w:t xml:space="preserve">     </w:t>
        <w:br/>
      </w:r>
      <w:r>
        <w:rPr>
          <w:b w:val="0"/>
          <w:i w:val="0"/>
        </w:rPr>
        <w:t xml:space="preserve"> để lấy danh sách các tệp bên trong nhằm xác minh chúng:</w:t>
      </w:r>
    </w:p>
    <w:p>
      <w:pPr>
        <w:spacing w:after="0"/>
        <w:ind w:left="360"/>
        <w:shd w:val="clear" w:color="auto" w:fill="F2F2F2"/>
      </w:pPr>
      <w:r>
        <w:rPr>
          <w:rFonts w:ascii="Consolas" w:hAnsi="Consolas"/>
          <w:sz w:val="18"/>
        </w:rPr>
        <w:t>def test_internal_zipfile(fzipfile):</w:t>
      </w:r>
    </w:p>
    <w:p>
      <w:pPr>
        <w:spacing w:after="0"/>
        <w:ind w:left="360"/>
        <w:shd w:val="clear" w:color="auto" w:fill="F2F2F2"/>
      </w:pPr>
      <w:r>
        <w:rPr>
          <w:rFonts w:ascii="Consolas" w:hAnsi="Consolas"/>
          <w:sz w:val="18"/>
        </w:rPr>
        <w:t xml:space="preserve">    filename, expected_content = fzipfile</w:t>
      </w:r>
    </w:p>
    <w:p>
      <w:pPr>
        <w:spacing w:after="0"/>
        <w:ind w:left="360"/>
        <w:shd w:val="clear" w:color="auto" w:fill="F2F2F2"/>
      </w:pPr>
      <w:r>
        <w:rPr>
          <w:rFonts w:ascii="Consolas" w:hAnsi="Consolas"/>
          <w:sz w:val="18"/>
        </w:rPr>
        <w:t xml:space="preserve">    EXPECTED_LIST = ['internal.txt']</w:t>
      </w:r>
    </w:p>
    <w:p>
      <w:pPr>
        <w:spacing w:after="0"/>
        <w:ind w:left="360"/>
        <w:shd w:val="clear" w:color="auto" w:fill="F2F2F2"/>
      </w:pPr>
      <w:r>
        <w:rPr>
          <w:rFonts w:ascii="Consolas" w:hAnsi="Consolas"/>
          <w:sz w:val="18"/>
        </w:rPr>
        <w:t xml:space="preserve">    # Verify only a single file exist in the zipfile</w:t>
      </w:r>
    </w:p>
    <w:p>
      <w:pPr>
        <w:spacing w:after="0"/>
        <w:ind w:left="360"/>
        <w:shd w:val="clear" w:color="auto" w:fill="F2F2F2"/>
      </w:pPr>
      <w:r>
        <w:rPr>
          <w:rFonts w:ascii="Consolas" w:hAnsi="Consolas"/>
          <w:sz w:val="18"/>
        </w:rPr>
        <w:t>with ZipFile(filename, 'r') as zipfile:</w:t>
      </w:r>
    </w:p>
    <w:p>
      <w:pPr>
        <w:spacing w:after="0"/>
        <w:ind w:left="360"/>
        <w:shd w:val="clear" w:color="auto" w:fill="F2F2F2"/>
      </w:pPr>
      <w:r>
        <w:rPr>
          <w:rFonts w:ascii="Consolas" w:hAnsi="Consolas"/>
          <w:sz w:val="18"/>
        </w:rPr>
        <w:t xml:space="preserve">        assert zipfile.namelist() == EXPECTED_LIST</w:t>
      </w:r>
    </w:p>
    <w:p>
      <w:pPr>
        <w:spacing w:after="40"/>
      </w:pPr>
    </w:p>
    <w:p>
      <w:pPr>
        <w:pStyle w:val="Heading3"/>
      </w:pPr>
      <w:r>
        <w:rPr>
          <w:rFonts w:ascii="Calibri" w:hAnsi="Calibri"/>
          <w:b/>
          <w:i w:val="0"/>
          <w:sz w:val="26"/>
        </w:rPr>
        <w:t>Còn nhiều thứ nữa...</w:t>
      </w:r>
    </w:p>
    <w:p>
      <w:pPr>
        <w:spacing w:after="80"/>
      </w:pPr>
      <w:r>
        <w:rPr>
          <w:b w:val="0"/>
          <w:i w:val="0"/>
        </w:rPr>
        <w:t xml:space="preserve">Fixture có thể được chia sẻ giữa nhiều tệp kiểm tra. Bạn không cần import chúng. Thay vào đó, hãy thêm chúng vào tệp </w:t>
      </w:r>
      <w:r>
        <w:rPr>
          <w:rFonts w:ascii="Consolas" w:hAnsi="Consolas"/>
          <w:b w:val="0"/>
          <w:i w:val="0"/>
          <w:sz w:val="20"/>
        </w:rPr>
        <w:br/>
        <w:br/>
        <w:t xml:space="preserve">      conftest.py</w:t>
        <w:br/>
        <w:t xml:space="preserve">     </w:t>
        <w:br/>
      </w:r>
      <w:r>
        <w:rPr>
          <w:b w:val="0"/>
          <w:i w:val="0"/>
        </w:rPr>
        <w:t xml:space="preserve"> . Bạn có thể tạo các tệp conftest.py cục bộ trong thư mục con dành cho những fixture chỉ thuộc thư mục đó.</w:t>
      </w:r>
    </w:p>
    <w:p>
      <w:pPr>
        <w:spacing w:after="80"/>
      </w:pPr>
      <w:r>
        <w:rPr>
          <w:b/>
          <w:i w:val="0"/>
        </w:rPr>
        <w:t>Lưu ý</w:t>
      </w:r>
    </w:p>
    <w:p>
      <w:pPr>
        <w:spacing w:after="80"/>
      </w:pPr>
      <w:r>
        <w:rPr>
          <w:b w:val="0"/>
          <w:i w:val="0"/>
        </w:rPr>
        <w:t xml:space="preserve">Để dùng một </w:t>
      </w:r>
      <w:r>
        <w:rPr>
          <w:rFonts w:ascii="Consolas" w:hAnsi="Consolas"/>
          <w:b w:val="0"/>
          <w:i w:val="0"/>
          <w:sz w:val="20"/>
        </w:rPr>
        <w:br/>
        <w:br/>
        <w:t xml:space="preserve">       fixture</w:t>
        <w:br/>
        <w:t xml:space="preserve">      </w:t>
        <w:br/>
      </w:r>
      <w:r>
        <w:rPr>
          <w:b w:val="0"/>
          <w:i w:val="0"/>
        </w:rPr>
        <w:t xml:space="preserve"> , tên của tham số trong bài test cần phải có tên của </w:t>
      </w:r>
      <w:r>
        <w:rPr>
          <w:rFonts w:ascii="Consolas" w:hAnsi="Consolas"/>
          <w:b w:val="0"/>
          <w:i w:val="0"/>
          <w:sz w:val="20"/>
        </w:rPr>
        <w:br/>
        <w:br/>
        <w:t xml:space="preserve">       fixture</w:t>
        <w:br/>
        <w:t xml:space="preserve">      </w:t>
        <w:br/>
      </w:r>
      <w:r>
        <w:rPr>
          <w:b w:val="0"/>
          <w:i w:val="0"/>
        </w:rPr>
        <w:t xml:space="preserve"> . Hãy cẩn thận đừng vô tình ghi đè những tên này.</w:t>
      </w:r>
    </w:p>
    <w:p>
      <w:pPr>
        <w:spacing w:after="80"/>
      </w:pPr>
      <w:r>
        <w:rPr>
          <w:rFonts w:ascii="Consolas" w:hAnsi="Consolas"/>
          <w:b w:val="0"/>
          <w:i w:val="0"/>
          <w:sz w:val="20"/>
        </w:rPr>
        <w:br/>
        <w:br/>
        <w:t xml:space="preserve">      pytest</w:t>
        <w:br/>
        <w:t xml:space="preserve">     </w:t>
        <w:br/>
      </w:r>
      <w:r>
        <w:rPr>
          <w:b w:val="0"/>
          <w:i w:val="0"/>
        </w:rPr>
        <w:t xml:space="preserve"> cung cấp một số fixture có sẵn cho các thao tác thường gặp. Ví dụ, fixture </w:t>
      </w:r>
      <w:r>
        <w:rPr>
          <w:rFonts w:ascii="Consolas" w:hAnsi="Consolas"/>
          <w:b w:val="0"/>
          <w:i w:val="0"/>
          <w:sz w:val="20"/>
        </w:rPr>
        <w:br/>
        <w:br/>
        <w:t xml:space="preserve">      caplog</w:t>
        <w:br/>
        <w:t xml:space="preserve">     </w:t>
        <w:br/>
      </w:r>
      <w:r>
        <w:rPr>
          <w:b w:val="0"/>
          <w:i w:val="0"/>
        </w:rPr>
        <w:t xml:space="preserve"> ghi lại các log được phát ra trong khi chạy test, và </w:t>
      </w:r>
      <w:r>
        <w:rPr>
          <w:rFonts w:ascii="Consolas" w:hAnsi="Consolas"/>
          <w:b w:val="0"/>
          <w:i w:val="0"/>
          <w:sz w:val="20"/>
        </w:rPr>
        <w:br/>
        <w:br/>
        <w:t xml:space="preserve">      tmp_path</w:t>
        <w:br/>
        <w:t xml:space="preserve">     </w:t>
        <w:br/>
      </w:r>
      <w:r>
        <w:rPr>
          <w:b w:val="0"/>
          <w:i w:val="0"/>
        </w:rPr>
        <w:t xml:space="preserve"> tạo một thư mục con tạm thời riêng biệt cho mỗi bài test. Hãy xem tài liệu về </w:t>
      </w:r>
      <w:r>
        <w:rPr>
          <w:rFonts w:ascii="Consolas" w:hAnsi="Consolas"/>
          <w:b w:val="0"/>
          <w:i w:val="0"/>
          <w:sz w:val="20"/>
        </w:rPr>
        <w:br/>
        <w:br/>
        <w:t xml:space="preserve">      fixture</w:t>
        <w:br/>
        <w:t xml:space="preserve">     </w:t>
        <w:br/>
      </w:r>
      <w:r>
        <w:rPr>
          <w:b w:val="0"/>
          <w:i w:val="0"/>
        </w:rPr>
        <w:t xml:space="preserve"> để biết thêm chi tiết.</w:t>
      </w:r>
    </w:p>
    <w:p>
      <w:pPr>
        <w:spacing w:after="80"/>
      </w:pPr>
      <w:r>
        <w:rPr>
          <w:b w:val="0"/>
          <w:i w:val="0"/>
        </w:rPr>
        <w:t xml:space="preserve">Có rất nhiều plugin </w:t>
      </w:r>
      <w:r>
        <w:rPr>
          <w:rFonts w:ascii="Consolas" w:hAnsi="Consolas"/>
          <w:b w:val="0"/>
          <w:i w:val="0"/>
          <w:sz w:val="20"/>
        </w:rPr>
        <w:br/>
        <w:br/>
        <w:t xml:space="preserve">      pytest</w:t>
        <w:br/>
        <w:t xml:space="preserve">     </w:t>
        <w:br/>
      </w:r>
      <w:r>
        <w:rPr>
          <w:b w:val="0"/>
          <w:i w:val="0"/>
        </w:rPr>
        <w:t xml:space="preserve"> bao gồm các fixture để xử lý nhiều tình huống hoặc công cụ phổ biến; ví dụ như kết nối tới cơ sở dữ liệu, web framework, API bên ngoài, v.v. Bạn nên tìm kiếm trên </w:t>
      </w:r>
      <w:r>
        <w:rPr>
          <w:rFonts w:ascii="Consolas" w:hAnsi="Consolas"/>
          <w:b w:val="0"/>
          <w:i w:val="0"/>
          <w:sz w:val="20"/>
        </w:rPr>
        <w:br/>
        <w:br/>
        <w:t xml:space="preserve">       pypi.org</w:t>
        <w:br/>
        <w:t xml:space="preserve">      </w:t>
        <w:br/>
      </w:r>
      <w:r>
        <w:rPr>
          <w:b w:val="0"/>
          <w:i w:val="0"/>
        </w:rPr>
        <w:t xml:space="preserve"> trước khi tự tạo một fixture.</w:t>
      </w:r>
    </w:p>
    <w:p>
      <w:pPr>
        <w:spacing w:after="80"/>
      </w:pPr>
      <w:r>
        <w:rPr>
          <w:rFonts w:ascii="Consolas" w:hAnsi="Consolas"/>
          <w:b w:val="0"/>
          <w:i w:val="0"/>
          <w:sz w:val="20"/>
        </w:rPr>
        <w:br/>
        <w:br/>
        <w:t xml:space="preserve">      pytest</w:t>
        <w:br/>
        <w:t xml:space="preserve">     </w:t>
        <w:br/>
      </w:r>
      <w:r>
        <w:rPr>
          <w:b w:val="0"/>
          <w:i w:val="0"/>
        </w:rPr>
        <w:t xml:space="preserve"> cũng bổ sung ngữ cảnh cho dữ liệu cụ thể trên các fixture khi có một bài test thất bại. Điều này giúp hiểu rõ hành vi và gỡ lỗi các vấn đề, dù là trên fixture hay trong đoạn code đang được test:</w:t>
      </w:r>
    </w:p>
    <w:p>
      <w:pPr>
        <w:spacing w:after="0"/>
        <w:ind w:left="360"/>
        <w:shd w:val="clear" w:color="auto" w:fill="F2F2F2"/>
      </w:pPr>
      <w:r>
        <w:rPr>
          <w:rFonts w:ascii="Consolas" w:hAnsi="Consolas"/>
          <w:sz w:val="18"/>
        </w:rPr>
        <w:t>$ pytest tests/test_fixtures.py</w:t>
      </w:r>
    </w:p>
    <w:p>
      <w:pPr>
        <w:spacing w:after="0"/>
        <w:ind w:left="360"/>
        <w:shd w:val="clear" w:color="auto" w:fill="F2F2F2"/>
      </w:pPr>
      <w:r>
        <w:rPr>
          <w:rFonts w:ascii="Consolas" w:hAnsi="Consolas"/>
          <w:sz w:val="18"/>
        </w:rPr>
        <w:t>======================== test session starts ========================</w:t>
      </w:r>
    </w:p>
    <w:p>
      <w:pPr>
        <w:spacing w:after="0"/>
        <w:ind w:left="360"/>
        <w:shd w:val="clear" w:color="auto" w:fill="F2F2F2"/>
      </w:pPr>
      <w:r>
        <w:rPr>
          <w:rFonts w:ascii="Consolas" w:hAnsi="Consolas"/>
          <w:sz w:val="18"/>
        </w:rPr>
        <w:t>platform darwin -- Python 3.14.4, pytest-9.0.3, pluggy-1.6.0</w:t>
      </w:r>
    </w:p>
    <w:p>
      <w:pPr>
        <w:spacing w:after="0"/>
        <w:ind w:left="360"/>
        <w:shd w:val="clear" w:color="auto" w:fill="F2F2F2"/>
      </w:pPr>
      <w:r>
        <w:rPr>
          <w:rFonts w:ascii="Consolas" w:hAnsi="Consolas"/>
          <w:sz w:val="18"/>
        </w:rPr>
        <w:t>rootdir: Python-Automation-Cookbook/ch15</w:t>
      </w:r>
    </w:p>
    <w:p>
      <w:pPr>
        <w:spacing w:after="0"/>
        <w:ind w:left="360"/>
        <w:shd w:val="clear" w:color="auto" w:fill="F2F2F2"/>
      </w:pPr>
      <w:r>
        <w:rPr>
          <w:rFonts w:ascii="Consolas" w:hAnsi="Consolas"/>
          <w:sz w:val="18"/>
        </w:rPr>
        <w:t>collected 3 items</w:t>
      </w:r>
    </w:p>
    <w:p>
      <w:pPr>
        <w:spacing w:after="0"/>
        <w:ind w:left="360"/>
        <w:shd w:val="clear" w:color="auto" w:fill="F2F2F2"/>
      </w:pPr>
      <w:r>
        <w:rPr>
          <w:rFonts w:ascii="Consolas" w:hAnsi="Consolas"/>
          <w:sz w:val="18"/>
        </w:rPr>
        <w:t>tests/test_fixtures.py ..F                                    [100%]</w:t>
      </w:r>
    </w:p>
    <w:p>
      <w:pPr>
        <w:spacing w:after="0"/>
        <w:ind w:left="360"/>
        <w:shd w:val="clear" w:color="auto" w:fill="F2F2F2"/>
      </w:pPr>
      <w:r>
        <w:rPr>
          <w:rFonts w:ascii="Consolas" w:hAnsi="Consolas"/>
          <w:sz w:val="18"/>
        </w:rPr>
        <w:t>============================= FAILURES ==============================</w:t>
      </w:r>
    </w:p>
    <w:p>
      <w:pPr>
        <w:spacing w:after="0"/>
        <w:ind w:left="360"/>
        <w:shd w:val="clear" w:color="auto" w:fill="F2F2F2"/>
      </w:pPr>
      <w:r>
        <w:rPr>
          <w:rFonts w:ascii="Consolas" w:hAnsi="Consolas"/>
          <w:sz w:val="18"/>
        </w:rPr>
        <w:t>_______________________ test_internal_zipfile _______________________</w:t>
      </w:r>
    </w:p>
    <w:p>
      <w:pPr>
        <w:spacing w:after="0"/>
        <w:ind w:left="360"/>
        <w:shd w:val="clear" w:color="auto" w:fill="F2F2F2"/>
      </w:pPr>
      <w:r>
        <w:rPr>
          <w:rFonts w:ascii="Consolas" w:hAnsi="Consolas"/>
          <w:sz w:val="18"/>
        </w:rPr>
        <w:t>fzipfile = ('file989.zip', 'ldrnfqwqodcwmkxkehfcaaxzaocxasbduixouchvrzqyfgaaxv')</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FAILURE</w:t>
      </w:r>
    </w:p>
    <w:p>
      <w:pPr>
        <w:spacing w:after="40"/>
      </w:pPr>
    </w:p>
    <w:p>
      <w:pPr>
        <w:spacing w:after="80"/>
      </w:pPr>
      <w:r>
        <w:rPr>
          <w:b w:val="0"/>
          <w:i w:val="0"/>
        </w:rPr>
        <w:t xml:space="preserve">Hãy nhớ thực hiện bước dọn dẹp (cleanup) trong các fixture của bạn. Như chúng ta đã thấy trong ví dụ về </w:t>
      </w:r>
      <w:r>
        <w:rPr>
          <w:rFonts w:ascii="Consolas" w:hAnsi="Consolas"/>
          <w:b w:val="0"/>
          <w:i w:val="0"/>
          <w:sz w:val="20"/>
        </w:rPr>
        <w:br/>
        <w:br/>
        <w:t xml:space="preserve">      test_writeread_zipfile</w:t>
        <w:br/>
        <w:t xml:space="preserve">     </w:t>
        <w:br/>
      </w:r>
      <w:r>
        <w:rPr>
          <w:b w:val="0"/>
          <w:i w:val="0"/>
        </w:rPr>
        <w:t xml:space="preserve"> , việc không dọn dẹp có thể dẫn đến dữ liệu rác bị lưu trên ổ cứng hoặc bất kỳ nơi nào khác mà fixture đã tạo ra dữ liệu rác. Đặt code trong fixture sau từ khóa </w:t>
      </w:r>
      <w:r>
        <w:rPr>
          <w:rFonts w:ascii="Consolas" w:hAnsi="Consolas"/>
          <w:b w:val="0"/>
          <w:i w:val="0"/>
          <w:sz w:val="20"/>
        </w:rPr>
        <w:br/>
        <w:br/>
        <w:t xml:space="preserve">      yield</w:t>
        <w:br/>
        <w:t xml:space="preserve">     </w:t>
        <w:br/>
      </w:r>
      <w:r>
        <w:rPr>
          <w:b w:val="0"/>
          <w:i w:val="0"/>
        </w:rPr>
        <w:t xml:space="preserve"> sẽ được gọi ngay cả khi có ngoại lệ hoặc một loại lỗi nào đó.</w:t>
      </w:r>
    </w:p>
    <w:p>
      <w:pPr>
        <w:spacing w:after="80"/>
      </w:pPr>
      <w:r>
        <w:rPr>
          <w:b w:val="0"/>
          <w:i w:val="0"/>
        </w:rPr>
        <w:t xml:space="preserve">Tài liệu đầy đủ về fixture của </w:t>
      </w:r>
      <w:r>
        <w:rPr>
          <w:rFonts w:ascii="Consolas" w:hAnsi="Consolas"/>
          <w:b w:val="0"/>
          <w:i w:val="0"/>
          <w:sz w:val="20"/>
        </w:rPr>
        <w:br/>
        <w:br/>
        <w:t xml:space="preserve">      pytest</w:t>
        <w:br/>
        <w:t xml:space="preserve">     </w:t>
        <w:br/>
      </w:r>
      <w:r>
        <w:rPr>
          <w:b w:val="0"/>
          <w:i w:val="0"/>
        </w:rPr>
        <w:t xml:space="preserve"> có tại đây: </w:t>
      </w:r>
      <w:r>
        <w:rPr>
          <w:rFonts w:ascii="Consolas" w:hAnsi="Consolas"/>
          <w:b w:val="0"/>
          <w:i w:val="0"/>
          <w:sz w:val="20"/>
        </w:rPr>
        <w:br/>
        <w:br/>
        <w:t xml:space="preserve">       https://docs.pytest.org/en/latest/fixture.html</w:t>
        <w:br/>
        <w:t xml:space="preserve">      </w:t>
        <w:br/>
      </w:r>
      <w:r>
        <w:rPr>
          <w:b w:val="0"/>
          <w:i w:val="0"/>
        </w:rPr>
        <w:t xml:space="preserve"> .</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Viết và thực thi các ca kiểm thử (test case) </w:t>
      </w:r>
      <w:r>
        <w:rPr>
          <w:b w:val="0"/>
          <w:i w:val="0"/>
        </w:rPr>
        <w:t xml:space="preserve"> ở phần trước trong chương này, để tìm hiểu những kiến thức cơ bản về cách định nghĩa test</w:t>
      </w:r>
    </w:p>
    <w:p>
      <w:pPr>
        <w:spacing w:after="80"/>
        <w:ind w:left="360"/>
      </w:pPr>
      <w:r>
        <w:t xml:space="preserve">• </w:t>
      </w:r>
      <w:r>
        <w:rPr>
          <w:b w:val="0"/>
          <w:i w:val="0"/>
        </w:rPr>
        <w:t xml:space="preserve">Công thức </w:t>
      </w:r>
      <w:r>
        <w:rPr>
          <w:b w:val="0"/>
          <w:i/>
        </w:rPr>
        <w:t xml:space="preserve"> Kiểm thử code bên ngoài </w:t>
      </w:r>
      <w:r>
        <w:rPr>
          <w:b w:val="0"/>
          <w:i w:val="0"/>
        </w:rPr>
        <w:t xml:space="preserve"> ở phần trước trong chương này, để tìm hiểu cách kiểm thử code trong các mô-đun khác</w:t>
      </w:r>
    </w:p>
    <w:p>
      <w:pPr>
        <w:pStyle w:val="Heading2"/>
      </w:pPr>
      <w:r>
        <w:rPr>
          <w:rFonts w:ascii="Calibri" w:hAnsi="Calibri"/>
          <w:b/>
          <w:i w:val="0"/>
          <w:sz w:val="32"/>
        </w:rPr>
        <w:t>Chạy test một cách chọn lọc</w:t>
      </w:r>
    </w:p>
    <w:p>
      <w:pPr>
        <w:spacing w:after="80"/>
      </w:pPr>
      <w:r>
        <w:rPr>
          <w:b w:val="0"/>
          <w:i w:val="0"/>
        </w:rPr>
        <w:t>Việc phát hiện và chạy tất cả các test đã được định nghĩa trong một dự án là tốt để xác minh rằng mọi thứ đang hoạt động. Nhưng phần lớn công việc phát triển được thực hiện trong khi xử lý test lại hưởng lợi từ việc chỉ thực thi một tập con của tất cả các test.</w:t>
      </w:r>
    </w:p>
    <w:p>
      <w:pPr>
        <w:spacing w:after="80"/>
      </w:pPr>
      <w:r>
        <w:rPr>
          <w:b w:val="0"/>
          <w:i w:val="0"/>
        </w:rPr>
        <w:t>Khi thêm code mới hoặc test mới, việc lặp lại nhanh chóng qua một phần cụ thể của test và code là rất quan trọng để thu hẹp sự tập trung của bạn.</w:t>
      </w:r>
    </w:p>
    <w:p>
      <w:pPr>
        <w:spacing w:after="80"/>
      </w:pPr>
      <w:r>
        <w:rPr>
          <w:b w:val="0"/>
          <w:i w:val="0"/>
        </w:rPr>
        <w:t xml:space="preserve">Trong công thức này, chúng ta sẽ xem cách chạy một tập con của các test có sẵn với </w:t>
      </w:r>
      <w:r>
        <w:rPr>
          <w:rFonts w:ascii="Consolas" w:hAnsi="Consolas"/>
          <w:b w:val="0"/>
          <w:i w:val="0"/>
          <w:sz w:val="20"/>
        </w:rPr>
        <w:br/>
        <w:br/>
        <w:t xml:space="preserve">      pytest</w:t>
        <w:br/>
        <w:t xml:space="preserve">     </w:t>
        <w:br/>
      </w:r>
      <w:r>
        <w:rPr>
          <w:b w:val="0"/>
          <w:i w:val="0"/>
        </w:rPr>
        <w:t xml:space="preserve"> và nên dùng những tham số nào trong các tình huống khác nhau.</w:t>
      </w:r>
    </w:p>
    <w:p>
      <w:pPr>
        <w:pStyle w:val="Heading3"/>
      </w:pPr>
      <w:r>
        <w:rPr>
          <w:rFonts w:ascii="Calibri" w:hAnsi="Calibri"/>
          <w:b/>
          <w:i w:val="0"/>
          <w:sz w:val="26"/>
        </w:rPr>
        <w:t>Chuẩn bị</w:t>
      </w:r>
    </w:p>
    <w:p>
      <w:pPr>
        <w:spacing w:after="80"/>
      </w:pPr>
      <w:r>
        <w:rPr>
          <w:b w:val="0"/>
          <w:i w:val="0"/>
        </w:rPr>
        <w:t xml:space="preserve">Chúng ta sẽ dùng mô-đun </w:t>
      </w:r>
      <w:r>
        <w:rPr>
          <w:rFonts w:ascii="Consolas" w:hAnsi="Consolas"/>
          <w:b w:val="0"/>
          <w:i w:val="0"/>
          <w:sz w:val="20"/>
        </w:rPr>
        <w:br/>
        <w:br/>
        <w:t xml:space="preserve">      pytest</w:t>
        <w:br/>
        <w:t xml:space="preserve">     </w:t>
        <w:br/>
      </w:r>
      <w:r>
        <w:rPr>
          <w:b w:val="0"/>
          <w:i w:val="0"/>
        </w:rPr>
        <w:t xml:space="preserve"> cùng một số mô-đun khác. Chúng ta nên cài đặt các mô-đun bằng cách thêm chúng vào file </w:t>
      </w:r>
      <w:r>
        <w:rPr>
          <w:rFonts w:ascii="Consolas" w:hAnsi="Consolas"/>
          <w:b w:val="0"/>
          <w:i w:val="0"/>
          <w:sz w:val="20"/>
        </w:rPr>
        <w:br/>
        <w:br/>
        <w:t xml:space="preserve">      requirements.txt</w:t>
        <w:br/>
        <w:t xml:space="preserve">     </w:t>
        <w:br/>
      </w:r>
      <w:r>
        <w:rPr>
          <w:b w:val="0"/>
          <w:i w:val="0"/>
        </w:rPr>
        <w:t xml:space="preserve"> như sau:</w:t>
      </w:r>
    </w:p>
    <w:p>
      <w:pPr>
        <w:spacing w:after="0"/>
        <w:ind w:left="360"/>
        <w:shd w:val="clear" w:color="auto" w:fill="F2F2F2"/>
      </w:pPr>
      <w:r>
        <w:rPr>
          <w:rFonts w:ascii="Consolas" w:hAnsi="Consolas"/>
          <w:sz w:val="18"/>
        </w:rPr>
        <w:t>$ echo "requests==2.33.1" &gt;&gt; requirements.txt</w:t>
      </w:r>
    </w:p>
    <w:p>
      <w:pPr>
        <w:spacing w:after="0"/>
        <w:ind w:left="360"/>
        <w:shd w:val="clear" w:color="auto" w:fill="F2F2F2"/>
      </w:pPr>
      <w:r>
        <w:rPr>
          <w:rFonts w:ascii="Consolas" w:hAnsi="Consolas"/>
          <w:sz w:val="18"/>
        </w:rPr>
        <w:t>$ echo "responses==0.26.0" &gt;&gt; requirements.txt</w:t>
      </w:r>
    </w:p>
    <w:p>
      <w:pPr>
        <w:spacing w:after="0"/>
        <w:ind w:left="360"/>
        <w:shd w:val="clear" w:color="auto" w:fill="F2F2F2"/>
      </w:pPr>
      <w:r>
        <w:rPr>
          <w:rFonts w:ascii="Consolas" w:hAnsi="Consolas"/>
          <w:sz w:val="18"/>
        </w:rPr>
        <w:t>$ echo "freezegun==1.5.5" &gt;&gt; requirements.txt</w:t>
      </w:r>
    </w:p>
    <w:p>
      <w:pPr>
        <w:spacing w:after="0"/>
        <w:ind w:left="360"/>
        <w:shd w:val="clear" w:color="auto" w:fill="F2F2F2"/>
      </w:pPr>
      <w:r>
        <w:rPr>
          <w:rFonts w:ascii="Consolas" w:hAnsi="Consolas"/>
          <w:sz w:val="18"/>
        </w:rPr>
        <w:t>$ uv pip install -r requirements.txt</w:t>
      </w:r>
    </w:p>
    <w:p>
      <w:pPr>
        <w:spacing w:after="40"/>
      </w:pPr>
    </w:p>
    <w:p>
      <w:pPr>
        <w:spacing w:after="80"/>
      </w:pPr>
      <w:r>
        <w:rPr>
          <w:b w:val="0"/>
          <w:i w:val="0"/>
        </w:rPr>
        <w:t xml:space="preserve">Chúng ta sẽ dùng các file test đã được giới thiệu trong các công thức trước của chương này. Bạn có thể tải chúng từ kho GitHub tại </w:t>
      </w:r>
      <w:r>
        <w:rPr>
          <w:rFonts w:ascii="Consolas" w:hAnsi="Consolas"/>
          <w:b w:val="0"/>
          <w:i w:val="0"/>
          <w:sz w:val="20"/>
        </w:rPr>
        <w:br/>
        <w:br/>
        <w:t xml:space="preserve">       https://github.com/PacktPublishing/Python-Automation-Cookbook-Third-Edition/tree/main/ch15/</w:t>
        <w:br/>
        <w:t xml:space="preserve">      </w:t>
        <w:br/>
      </w:r>
      <w:r>
        <w:rPr>
          <w:b w:val="0"/>
          <w:i w:val="0"/>
        </w:rPr>
        <w:t xml:space="preserve"> , trong các thư mục con </w:t>
      </w:r>
      <w:r>
        <w:rPr>
          <w:rFonts w:ascii="Consolas" w:hAnsi="Consolas"/>
          <w:b w:val="0"/>
          <w:i w:val="0"/>
          <w:sz w:val="20"/>
        </w:rPr>
        <w:br/>
        <w:br/>
        <w:t xml:space="preserve">      tests</w:t>
        <w:br/>
        <w:t xml:space="preserve">     </w:t>
        <w:br/>
      </w:r>
      <w:r>
        <w:rPr>
          <w:b w:val="0"/>
          <w:i w:val="0"/>
        </w:rPr>
        <w:t xml:space="preserve"> và </w:t>
      </w:r>
      <w:r>
        <w:rPr>
          <w:rFonts w:ascii="Consolas" w:hAnsi="Consolas"/>
          <w:b w:val="0"/>
          <w:i w:val="0"/>
          <w:sz w:val="20"/>
        </w:rPr>
        <w:br/>
        <w:br/>
        <w:t xml:space="preserve">      external_code</w:t>
        <w:br/>
        <w:t xml:space="preserve">     </w:t>
        <w:br/>
      </w:r>
      <w:r>
        <w:rPr>
          <w:b w:val="0"/>
          <w:i w:val="0"/>
        </w:rPr>
        <w:t xml:space="preserve"> :</w:t>
      </w:r>
    </w:p>
    <w:p>
      <w:pPr>
        <w:spacing w:after="0"/>
        <w:ind w:left="360"/>
        <w:shd w:val="clear" w:color="auto" w:fill="F2F2F2"/>
      </w:pPr>
      <w:r>
        <w:rPr>
          <w:rFonts w:ascii="Consolas" w:hAnsi="Consolas"/>
          <w:sz w:val="18"/>
        </w:rPr>
        <w:t>├── external_code</w:t>
      </w:r>
    </w:p>
    <w:p>
      <w:pPr>
        <w:spacing w:after="0"/>
        <w:ind w:left="360"/>
        <w:shd w:val="clear" w:color="auto" w:fill="F2F2F2"/>
      </w:pPr>
      <w:r>
        <w:rPr>
          <w:rFonts w:ascii="Consolas" w:hAnsi="Consolas"/>
          <w:sz w:val="18"/>
        </w:rPr>
        <w:t>│   ├── __init__.py</w:t>
      </w:r>
    </w:p>
    <w:p>
      <w:pPr>
        <w:spacing w:after="0"/>
        <w:ind w:left="360"/>
        <w:shd w:val="clear" w:color="auto" w:fill="F2F2F2"/>
      </w:pPr>
      <w:r>
        <w:rPr>
          <w:rFonts w:ascii="Consolas" w:hAnsi="Consolas"/>
          <w:sz w:val="18"/>
        </w:rPr>
        <w:t>│   ├── code_fixtures.py</w:t>
      </w:r>
    </w:p>
    <w:p>
      <w:pPr>
        <w:spacing w:after="0"/>
        <w:ind w:left="360"/>
        <w:shd w:val="clear" w:color="auto" w:fill="F2F2F2"/>
      </w:pPr>
      <w:r>
        <w:rPr>
          <w:rFonts w:ascii="Consolas" w:hAnsi="Consolas"/>
          <w:sz w:val="18"/>
        </w:rPr>
        <w:t>│   ├── code_requests.py</w:t>
      </w:r>
    </w:p>
    <w:p>
      <w:pPr>
        <w:spacing w:after="0"/>
        <w:ind w:left="360"/>
        <w:shd w:val="clear" w:color="auto" w:fill="F2F2F2"/>
      </w:pPr>
      <w:r>
        <w:rPr>
          <w:rFonts w:ascii="Consolas" w:hAnsi="Consolas"/>
          <w:sz w:val="18"/>
        </w:rPr>
        <w:t>│   ├── dependencies.py</w:t>
      </w:r>
    </w:p>
    <w:p>
      <w:pPr>
        <w:spacing w:after="0"/>
        <w:ind w:left="360"/>
        <w:shd w:val="clear" w:color="auto" w:fill="F2F2F2"/>
      </w:pPr>
      <w:r>
        <w:rPr>
          <w:rFonts w:ascii="Consolas" w:hAnsi="Consolas"/>
          <w:sz w:val="18"/>
        </w:rPr>
        <w:t>│   └── external.py</w:t>
      </w:r>
    </w:p>
    <w:p>
      <w:pPr>
        <w:spacing w:after="0"/>
        <w:ind w:left="360"/>
        <w:shd w:val="clear" w:color="auto" w:fill="F2F2F2"/>
      </w:pPr>
      <w:r>
        <w:rPr>
          <w:rFonts w:ascii="Consolas" w:hAnsi="Consolas"/>
          <w:sz w:val="18"/>
        </w:rPr>
        <w:t>├── conftest.py</w:t>
      </w:r>
    </w:p>
    <w:p>
      <w:pPr>
        <w:spacing w:after="0"/>
        <w:ind w:left="360"/>
        <w:shd w:val="clear" w:color="auto" w:fill="F2F2F2"/>
      </w:pPr>
      <w:r>
        <w:rPr>
          <w:rFonts w:ascii="Consolas" w:hAnsi="Consolas"/>
          <w:sz w:val="18"/>
        </w:rPr>
        <w:t>└── tests</w:t>
      </w:r>
    </w:p>
    <w:p>
      <w:pPr>
        <w:spacing w:after="0"/>
        <w:ind w:left="360"/>
        <w:shd w:val="clear" w:color="auto" w:fill="F2F2F2"/>
      </w:pPr>
      <w:r>
        <w:rPr>
          <w:rFonts w:ascii="Consolas" w:hAnsi="Consolas"/>
          <w:sz w:val="18"/>
        </w:rPr>
        <w:t xml:space="preserve">    ├── test_case.py</w:t>
      </w:r>
    </w:p>
    <w:p>
      <w:pPr>
        <w:spacing w:after="0"/>
        <w:ind w:left="360"/>
        <w:shd w:val="clear" w:color="auto" w:fill="F2F2F2"/>
      </w:pPr>
      <w:r>
        <w:rPr>
          <w:rFonts w:ascii="Consolas" w:hAnsi="Consolas"/>
          <w:sz w:val="18"/>
        </w:rPr>
        <w:t xml:space="preserve">    ├── test_dependencies.py</w:t>
      </w:r>
    </w:p>
    <w:p>
      <w:pPr>
        <w:spacing w:after="0"/>
        <w:ind w:left="360"/>
        <w:shd w:val="clear" w:color="auto" w:fill="F2F2F2"/>
      </w:pPr>
      <w:r>
        <w:rPr>
          <w:rFonts w:ascii="Consolas" w:hAnsi="Consolas"/>
          <w:sz w:val="18"/>
        </w:rPr>
        <w:t xml:space="preserve">    ├── test_external.py</w:t>
      </w:r>
    </w:p>
    <w:p>
      <w:pPr>
        <w:spacing w:after="0"/>
        <w:ind w:left="360"/>
        <w:shd w:val="clear" w:color="auto" w:fill="F2F2F2"/>
      </w:pPr>
      <w:r>
        <w:rPr>
          <w:rFonts w:ascii="Consolas" w:hAnsi="Consolas"/>
          <w:sz w:val="18"/>
        </w:rPr>
        <w:t xml:space="preserve">    ├── test_fixtures.py</w:t>
      </w:r>
    </w:p>
    <w:p>
      <w:pPr>
        <w:spacing w:after="0"/>
        <w:ind w:left="360"/>
        <w:shd w:val="clear" w:color="auto" w:fill="F2F2F2"/>
      </w:pPr>
      <w:r>
        <w:rPr>
          <w:rFonts w:ascii="Consolas" w:hAnsi="Consolas"/>
          <w:sz w:val="18"/>
        </w:rPr>
        <w:t xml:space="preserve">    ├── test_requests.py</w:t>
      </w:r>
    </w:p>
    <w:p>
      <w:pPr>
        <w:spacing w:after="0"/>
        <w:ind w:left="360"/>
        <w:shd w:val="clear" w:color="auto" w:fill="F2F2F2"/>
      </w:pPr>
      <w:r>
        <w:rPr>
          <w:rFonts w:ascii="Consolas" w:hAnsi="Consolas"/>
          <w:sz w:val="18"/>
        </w:rPr>
        <w:t xml:space="preserve">    └── test_requests_time.py</w:t>
      </w:r>
    </w:p>
    <w:p>
      <w:pPr>
        <w:spacing w:after="40"/>
      </w:pPr>
    </w:p>
    <w:p>
      <w:pPr>
        <w:pStyle w:val="Heading3"/>
      </w:pPr>
      <w:r>
        <w:rPr>
          <w:rFonts w:ascii="Calibri" w:hAnsi="Calibri"/>
          <w:b/>
          <w:i w:val="0"/>
          <w:sz w:val="26"/>
        </w:rPr>
        <w:t>Làm thế nào để thực hiện...</w:t>
      </w:r>
    </w:p>
    <w:p>
      <w:pPr>
        <w:spacing w:after="80"/>
        <w:ind w:left="360"/>
      </w:pPr>
      <w:r>
        <w:t xml:space="preserve">1. </w:t>
      </w:r>
      <w:r>
        <w:rPr>
          <w:b w:val="0"/>
          <w:i w:val="0"/>
        </w:rPr>
        <w:t xml:space="preserve">Chạy tất cả các bài kiểm tra với </w:t>
      </w:r>
      <w:r>
        <w:rPr>
          <w:rFonts w:ascii="Consolas" w:hAnsi="Consolas"/>
          <w:b w:val="0"/>
          <w:i w:val="0"/>
          <w:sz w:val="20"/>
        </w:rPr>
        <w:br/>
        <w:br/>
        <w:t xml:space="preserve">       pytest</w:t>
        <w:br/>
        <w:t xml:space="preserve">      </w:t>
        <w:br/>
      </w:r>
      <w:r>
        <w:rPr>
          <w:b w:val="0"/>
          <w:i w:val="0"/>
        </w:rPr>
        <w:t xml:space="preserve"> : Lưu ý rằng </w:t>
      </w:r>
      <w:r>
        <w:rPr>
          <w:rFonts w:ascii="Consolas" w:hAnsi="Consolas"/>
          <w:b w:val="0"/>
          <w:i w:val="0"/>
          <w:sz w:val="20"/>
        </w:rPr>
        <w:br/>
        <w:br/>
        <w:t xml:space="preserve">        test_fail</w:t>
        <w:br/>
        <w:t xml:space="preserve">       </w:t>
        <w:br/>
      </w:r>
      <w:r>
        <w:rPr>
          <w:b w:val="0"/>
          <w:i w:val="0"/>
        </w:rPr>
        <w:t xml:space="preserve"> đang thất bại.</w:t>
      </w:r>
    </w:p>
    <w:p>
      <w:pPr>
        <w:spacing w:after="0"/>
        <w:ind w:left="360"/>
        <w:shd w:val="clear" w:color="auto" w:fill="F2F2F2"/>
      </w:pPr>
      <w:r>
        <w:rPr>
          <w:rFonts w:ascii="Consolas" w:hAnsi="Consolas"/>
          <w:sz w:val="18"/>
        </w:rPr>
        <w:t>$ uv run pytest</w:t>
      </w:r>
    </w:p>
    <w:p>
      <w:pPr>
        <w:spacing w:after="0"/>
        <w:ind w:left="360"/>
        <w:shd w:val="clear" w:color="auto" w:fill="F2F2F2"/>
      </w:pPr>
      <w:r>
        <w:rPr>
          <w:rFonts w:ascii="Consolas" w:hAnsi="Consolas"/>
          <w:sz w:val="18"/>
        </w:rPr>
        <w:t>======================= test session starts ========================</w:t>
      </w:r>
    </w:p>
    <w:p>
      <w:pPr>
        <w:spacing w:after="0"/>
        <w:ind w:left="360"/>
        <w:shd w:val="clear" w:color="auto" w:fill="F2F2F2"/>
      </w:pPr>
      <w:r>
        <w:rPr>
          <w:rFonts w:ascii="Consolas" w:hAnsi="Consolas"/>
          <w:sz w:val="18"/>
        </w:rPr>
        <w:t>platform darwin -- Python 3.14.5, pytest-9.0.3, pluggy-1.6.0</w:t>
      </w:r>
    </w:p>
    <w:p>
      <w:pPr>
        <w:spacing w:after="0"/>
        <w:ind w:left="360"/>
        <w:shd w:val="clear" w:color="auto" w:fill="F2F2F2"/>
      </w:pPr>
      <w:r>
        <w:rPr>
          <w:rFonts w:ascii="Consolas" w:hAnsi="Consolas"/>
          <w:sz w:val="18"/>
        </w:rPr>
        <w:t>rootdir: Python-Automation-Cookbook/ch15</w:t>
      </w:r>
    </w:p>
    <w:p>
      <w:pPr>
        <w:spacing w:after="0"/>
        <w:ind w:left="360"/>
        <w:shd w:val="clear" w:color="auto" w:fill="F2F2F2"/>
      </w:pPr>
      <w:r>
        <w:rPr>
          <w:rFonts w:ascii="Consolas" w:hAnsi="Consolas"/>
          <w:sz w:val="18"/>
        </w:rPr>
        <w:t>collected 18 items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tests/test_case.py ...F                                      [ 22%]</w:t>
      </w:r>
    </w:p>
    <w:p>
      <w:pPr>
        <w:spacing w:after="0"/>
        <w:ind w:left="360"/>
        <w:shd w:val="clear" w:color="auto" w:fill="F2F2F2"/>
      </w:pPr>
      <w:r>
        <w:rPr>
          <w:rFonts w:ascii="Consolas" w:hAnsi="Consolas"/>
          <w:sz w:val="18"/>
        </w:rPr>
        <w:t>tests/test_dependencies.py .....                             [ 50%]</w:t>
      </w:r>
    </w:p>
    <w:p>
      <w:pPr>
        <w:spacing w:after="0"/>
        <w:ind w:left="360"/>
        <w:shd w:val="clear" w:color="auto" w:fill="F2F2F2"/>
      </w:pPr>
      <w:r>
        <w:rPr>
          <w:rFonts w:ascii="Consolas" w:hAnsi="Consolas"/>
          <w:sz w:val="18"/>
        </w:rPr>
        <w:t>tests/test_external.py ...                                   [ 66%]</w:t>
      </w:r>
    </w:p>
    <w:p>
      <w:pPr>
        <w:spacing w:after="0"/>
        <w:ind w:left="360"/>
        <w:shd w:val="clear" w:color="auto" w:fill="F2F2F2"/>
      </w:pPr>
      <w:r>
        <w:rPr>
          <w:rFonts w:ascii="Consolas" w:hAnsi="Consolas"/>
          <w:sz w:val="18"/>
        </w:rPr>
        <w:t>tests/test_fixtures.py ...                                   [ 83%]</w:t>
      </w:r>
    </w:p>
    <w:p>
      <w:pPr>
        <w:spacing w:after="0"/>
        <w:ind w:left="360"/>
        <w:shd w:val="clear" w:color="auto" w:fill="F2F2F2"/>
      </w:pPr>
      <w:r>
        <w:rPr>
          <w:rFonts w:ascii="Consolas" w:hAnsi="Consolas"/>
          <w:sz w:val="18"/>
        </w:rPr>
        <w:t>tests/test_requests.py ..                                    [ 94%]</w:t>
      </w:r>
    </w:p>
    <w:p>
      <w:pPr>
        <w:spacing w:after="0"/>
        <w:ind w:left="360"/>
        <w:shd w:val="clear" w:color="auto" w:fill="F2F2F2"/>
      </w:pPr>
      <w:r>
        <w:rPr>
          <w:rFonts w:ascii="Consolas" w:hAnsi="Consolas"/>
          <w:sz w:val="18"/>
        </w:rPr>
        <w:t>tests/test_requests_time.py .                                [100%]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FAILURES =============================</w:t>
      </w:r>
    </w:p>
    <w:p>
      <w:pPr>
        <w:spacing w:after="0"/>
        <w:ind w:left="360"/>
        <w:shd w:val="clear" w:color="auto" w:fill="F2F2F2"/>
      </w:pPr>
      <w:r>
        <w:rPr>
          <w:rFonts w:ascii="Consolas" w:hAnsi="Consolas"/>
          <w:sz w:val="18"/>
        </w:rPr>
        <w:t>____________________________ test_fail _____________________________</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def test_fail():</w:t>
      </w:r>
    </w:p>
    <w:p>
      <w:pPr>
        <w:spacing w:after="0"/>
        <w:ind w:left="360"/>
        <w:shd w:val="clear" w:color="auto" w:fill="F2F2F2"/>
      </w:pPr>
      <w:r>
        <w:rPr>
          <w:rFonts w:ascii="Consolas" w:hAnsi="Consolas"/>
          <w:sz w:val="18"/>
        </w:rPr>
        <w:t>&gt;       assert 4 in LIST</w:t>
      </w:r>
    </w:p>
    <w:p>
      <w:pPr>
        <w:spacing w:after="0"/>
        <w:ind w:left="360"/>
        <w:shd w:val="clear" w:color="auto" w:fill="F2F2F2"/>
      </w:pPr>
      <w:r>
        <w:rPr>
          <w:rFonts w:ascii="Consolas" w:hAnsi="Consolas"/>
          <w:sz w:val="18"/>
        </w:rPr>
        <w:t>E       assert 4 in [1, 2, 3]</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tests/test_case.py:18: AssertionError</w:t>
      </w:r>
    </w:p>
    <w:p>
      <w:pPr>
        <w:spacing w:after="0"/>
        <w:ind w:left="360"/>
        <w:shd w:val="clear" w:color="auto" w:fill="F2F2F2"/>
      </w:pPr>
      <w:r>
        <w:rPr>
          <w:rFonts w:ascii="Consolas" w:hAnsi="Consolas"/>
          <w:sz w:val="18"/>
        </w:rPr>
        <w:t>===================== short test summary info ======================</w:t>
      </w:r>
    </w:p>
    <w:p>
      <w:pPr>
        <w:spacing w:after="0"/>
        <w:ind w:left="360"/>
        <w:shd w:val="clear" w:color="auto" w:fill="F2F2F2"/>
      </w:pPr>
      <w:r>
        <w:rPr>
          <w:rFonts w:ascii="Consolas" w:hAnsi="Consolas"/>
          <w:sz w:val="18"/>
        </w:rPr>
        <w:t>FAILED tests/test_case.py::test_fail - assert 4 in [1, 2, 3]</w:t>
      </w:r>
    </w:p>
    <w:p>
      <w:pPr>
        <w:spacing w:after="0"/>
        <w:ind w:left="360"/>
        <w:shd w:val="clear" w:color="auto" w:fill="F2F2F2"/>
      </w:pPr>
      <w:r>
        <w:rPr>
          <w:rFonts w:ascii="Consolas" w:hAnsi="Consolas"/>
          <w:sz w:val="18"/>
        </w:rPr>
        <w:t>=================== 1 failed, 17 passed in 0.34s ===================</w:t>
      </w:r>
    </w:p>
    <w:p>
      <w:pPr>
        <w:spacing w:after="40"/>
      </w:pPr>
    </w:p>
    <w:p>
      <w:pPr>
        <w:spacing w:after="80"/>
        <w:ind w:left="360"/>
      </w:pPr>
      <w:r>
        <w:t xml:space="preserve">2. </w:t>
      </w:r>
      <w:r>
        <w:rPr>
          <w:b w:val="0"/>
          <w:i w:val="0"/>
        </w:rPr>
        <w:t xml:space="preserve">Chạy </w:t>
      </w:r>
      <w:r>
        <w:rPr>
          <w:rFonts w:ascii="Consolas" w:hAnsi="Consolas"/>
          <w:b w:val="0"/>
          <w:i w:val="0"/>
          <w:sz w:val="20"/>
        </w:rPr>
        <w:br/>
        <w:br/>
        <w:t xml:space="preserve">       pytest –‑collect‑only</w:t>
        <w:br/>
        <w:t xml:space="preserve">      </w:t>
        <w:br/>
      </w:r>
      <w:r>
        <w:rPr>
          <w:b w:val="0"/>
          <w:i w:val="0"/>
        </w:rPr>
        <w:t xml:space="preserve"> :</w:t>
      </w:r>
    </w:p>
    <w:p>
      <w:pPr>
        <w:spacing w:after="0"/>
        <w:ind w:left="360"/>
        <w:shd w:val="clear" w:color="auto" w:fill="F2F2F2"/>
      </w:pPr>
      <w:r>
        <w:rPr>
          <w:rFonts w:ascii="Consolas" w:hAnsi="Consolas"/>
          <w:sz w:val="18"/>
        </w:rPr>
        <w:t>$ uv run pytest --collect-only</w:t>
      </w:r>
    </w:p>
    <w:p>
      <w:pPr>
        <w:spacing w:after="0"/>
        <w:ind w:left="360"/>
        <w:shd w:val="clear" w:color="auto" w:fill="F2F2F2"/>
      </w:pPr>
      <w:r>
        <w:rPr>
          <w:rFonts w:ascii="Consolas" w:hAnsi="Consolas"/>
          <w:sz w:val="18"/>
        </w:rPr>
        <w:t>======================== test session starts =====================</w:t>
      </w:r>
    </w:p>
    <w:p>
      <w:pPr>
        <w:spacing w:after="0"/>
        <w:ind w:left="360"/>
        <w:shd w:val="clear" w:color="auto" w:fill="F2F2F2"/>
      </w:pPr>
      <w:r>
        <w:rPr>
          <w:rFonts w:ascii="Consolas" w:hAnsi="Consolas"/>
          <w:sz w:val="18"/>
        </w:rPr>
        <w:t>platform darwin -- Python 3.14.4, pytest-9.0.3, pluggy-1.6.0</w:t>
      </w:r>
    </w:p>
    <w:p>
      <w:pPr>
        <w:spacing w:after="0"/>
        <w:ind w:left="360"/>
        <w:shd w:val="clear" w:color="auto" w:fill="F2F2F2"/>
      </w:pPr>
      <w:r>
        <w:rPr>
          <w:rFonts w:ascii="Consolas" w:hAnsi="Consolas"/>
          <w:sz w:val="18"/>
        </w:rPr>
        <w:t>rootdir: Python-Automation-Cookbook/ch15</w:t>
      </w:r>
    </w:p>
    <w:p>
      <w:pPr>
        <w:spacing w:after="0"/>
        <w:ind w:left="360"/>
        <w:shd w:val="clear" w:color="auto" w:fill="F2F2F2"/>
      </w:pPr>
      <w:r>
        <w:rPr>
          <w:rFonts w:ascii="Consolas" w:hAnsi="Consolas"/>
          <w:sz w:val="18"/>
        </w:rPr>
        <w:t>collected 18 items</w:t>
      </w:r>
    </w:p>
    <w:p>
      <w:pPr>
        <w:spacing w:after="0"/>
        <w:ind w:left="360"/>
        <w:shd w:val="clear" w:color="auto" w:fill="F2F2F2"/>
      </w:pPr>
      <w:r>
        <w:rPr>
          <w:rFonts w:ascii="Consolas" w:hAnsi="Consolas"/>
          <w:sz w:val="18"/>
        </w:rPr>
        <w:t>&lt;Module tests/test_case.py&gt;</w:t>
      </w:r>
    </w:p>
    <w:p>
      <w:pPr>
        <w:spacing w:after="0"/>
        <w:ind w:left="360"/>
        <w:shd w:val="clear" w:color="auto" w:fill="F2F2F2"/>
      </w:pPr>
      <w:r>
        <w:rPr>
          <w:rFonts w:ascii="Consolas" w:hAnsi="Consolas"/>
          <w:sz w:val="18"/>
        </w:rPr>
        <w:t xml:space="preserve">  &lt;Function test_one&gt;</w:t>
      </w:r>
    </w:p>
    <w:p>
      <w:pPr>
        <w:spacing w:after="0"/>
        <w:ind w:left="360"/>
        <w:shd w:val="clear" w:color="auto" w:fill="F2F2F2"/>
      </w:pPr>
      <w:r>
        <w:rPr>
          <w:rFonts w:ascii="Consolas" w:hAnsi="Consolas"/>
          <w:sz w:val="18"/>
        </w:rPr>
        <w:t xml:space="preserve">  &lt;Function test_two&gt;</w:t>
      </w:r>
    </w:p>
    <w:p>
      <w:pPr>
        <w:spacing w:after="0"/>
        <w:ind w:left="360"/>
        <w:shd w:val="clear" w:color="auto" w:fill="F2F2F2"/>
      </w:pPr>
      <w:r>
        <w:rPr>
          <w:rFonts w:ascii="Consolas" w:hAnsi="Consolas"/>
          <w:sz w:val="18"/>
        </w:rPr>
        <w:t xml:space="preserve">  &lt;Function test_three&gt;</w:t>
      </w:r>
    </w:p>
    <w:p>
      <w:pPr>
        <w:spacing w:after="0"/>
        <w:ind w:left="360"/>
        <w:shd w:val="clear" w:color="auto" w:fill="F2F2F2"/>
      </w:pPr>
      <w:r>
        <w:rPr>
          <w:rFonts w:ascii="Consolas" w:hAnsi="Consolas"/>
          <w:sz w:val="18"/>
        </w:rPr>
        <w:t xml:space="preserve">  &lt;Function test_fail&gt;</w:t>
      </w:r>
    </w:p>
    <w:p>
      <w:pPr>
        <w:spacing w:after="0"/>
        <w:ind w:left="360"/>
        <w:shd w:val="clear" w:color="auto" w:fill="F2F2F2"/>
      </w:pPr>
      <w:r>
        <w:rPr>
          <w:rFonts w:ascii="Consolas" w:hAnsi="Consolas"/>
          <w:sz w:val="18"/>
        </w:rPr>
        <w:t>&lt;Module tests/test_dependencies.py&gt;</w:t>
      </w:r>
    </w:p>
    <w:p>
      <w:pPr>
        <w:spacing w:after="0"/>
        <w:ind w:left="360"/>
        <w:shd w:val="clear" w:color="auto" w:fill="F2F2F2"/>
      </w:pPr>
      <w:r>
        <w:rPr>
          <w:rFonts w:ascii="Consolas" w:hAnsi="Consolas"/>
          <w:sz w:val="18"/>
        </w:rPr>
        <w:t xml:space="preserve">  &lt;Function test_square&gt;</w:t>
      </w:r>
    </w:p>
    <w:p>
      <w:pPr>
        <w:spacing w:after="0"/>
        <w:ind w:left="360"/>
        <w:shd w:val="clear" w:color="auto" w:fill="F2F2F2"/>
      </w:pPr>
      <w:r>
        <w:rPr>
          <w:rFonts w:ascii="Consolas" w:hAnsi="Consolas"/>
          <w:sz w:val="18"/>
        </w:rPr>
        <w:t xml:space="preserve">  &lt;Function test_rectangle&gt;</w:t>
      </w:r>
    </w:p>
    <w:p>
      <w:pPr>
        <w:spacing w:after="0"/>
        <w:ind w:left="360"/>
        <w:shd w:val="clear" w:color="auto" w:fill="F2F2F2"/>
      </w:pPr>
      <w:r>
        <w:rPr>
          <w:rFonts w:ascii="Consolas" w:hAnsi="Consolas"/>
          <w:sz w:val="18"/>
        </w:rPr>
        <w:t xml:space="preserve">  &lt;Function test_circle_with_proper_pi&gt;</w:t>
      </w:r>
    </w:p>
    <w:p>
      <w:pPr>
        <w:spacing w:after="0"/>
        <w:ind w:left="360"/>
        <w:shd w:val="clear" w:color="auto" w:fill="F2F2F2"/>
      </w:pPr>
      <w:r>
        <w:rPr>
          <w:rFonts w:ascii="Consolas" w:hAnsi="Consolas"/>
          <w:sz w:val="18"/>
        </w:rPr>
        <w:t xml:space="preserve">  &lt;Function test_circle_with_mocked_pi&gt;</w:t>
      </w:r>
    </w:p>
    <w:p>
      <w:pPr>
        <w:spacing w:after="0"/>
        <w:ind w:left="360"/>
        <w:shd w:val="clear" w:color="auto" w:fill="F2F2F2"/>
      </w:pPr>
      <w:r>
        <w:rPr>
          <w:rFonts w:ascii="Consolas" w:hAnsi="Consolas"/>
          <w:sz w:val="18"/>
        </w:rPr>
        <w:t xml:space="preserve">  &lt;Function test_circle_with_mocked_rectangle&gt;</w:t>
      </w:r>
    </w:p>
    <w:p>
      <w:pPr>
        <w:spacing w:after="0"/>
        <w:ind w:left="360"/>
        <w:shd w:val="clear" w:color="auto" w:fill="F2F2F2"/>
      </w:pPr>
      <w:r>
        <w:rPr>
          <w:rFonts w:ascii="Consolas" w:hAnsi="Consolas"/>
          <w:sz w:val="18"/>
        </w:rPr>
        <w:t>&lt;Module tests/test_external.py&gt;</w:t>
      </w:r>
    </w:p>
    <w:p>
      <w:pPr>
        <w:spacing w:after="0"/>
        <w:ind w:left="360"/>
        <w:shd w:val="clear" w:color="auto" w:fill="F2F2F2"/>
      </w:pPr>
      <w:r>
        <w:rPr>
          <w:rFonts w:ascii="Consolas" w:hAnsi="Consolas"/>
          <w:sz w:val="18"/>
        </w:rPr>
        <w:t xml:space="preserve">  &lt;Function test_int_division&gt;</w:t>
      </w:r>
    </w:p>
    <w:p>
      <w:pPr>
        <w:spacing w:after="0"/>
        <w:ind w:left="360"/>
        <w:shd w:val="clear" w:color="auto" w:fill="F2F2F2"/>
      </w:pPr>
      <w:r>
        <w:rPr>
          <w:rFonts w:ascii="Consolas" w:hAnsi="Consolas"/>
          <w:sz w:val="18"/>
        </w:rPr>
        <w:t xml:space="preserve">  &lt;Function test_float_division&gt;</w:t>
      </w:r>
    </w:p>
    <w:p>
      <w:pPr>
        <w:spacing w:after="0"/>
        <w:ind w:left="360"/>
        <w:shd w:val="clear" w:color="auto" w:fill="F2F2F2"/>
      </w:pPr>
      <w:r>
        <w:rPr>
          <w:rFonts w:ascii="Consolas" w:hAnsi="Consolas"/>
          <w:sz w:val="18"/>
        </w:rPr>
        <w:t xml:space="preserve">  &lt;Function test_division_by_zero&gt;</w:t>
      </w:r>
    </w:p>
    <w:p>
      <w:pPr>
        <w:spacing w:after="0"/>
        <w:ind w:left="360"/>
        <w:shd w:val="clear" w:color="auto" w:fill="F2F2F2"/>
      </w:pPr>
      <w:r>
        <w:rPr>
          <w:rFonts w:ascii="Consolas" w:hAnsi="Consolas"/>
          <w:sz w:val="18"/>
        </w:rPr>
        <w:t>&lt;Module tests/test_fixtures.py&gt;</w:t>
      </w:r>
    </w:p>
    <w:p>
      <w:pPr>
        <w:spacing w:after="0"/>
        <w:ind w:left="360"/>
        <w:shd w:val="clear" w:color="auto" w:fill="F2F2F2"/>
      </w:pPr>
      <w:r>
        <w:rPr>
          <w:rFonts w:ascii="Consolas" w:hAnsi="Consolas"/>
          <w:sz w:val="18"/>
        </w:rPr>
        <w:t xml:space="preserve">  &lt;Function test_writeread_zipfile&gt;</w:t>
      </w:r>
    </w:p>
    <w:p>
      <w:pPr>
        <w:spacing w:after="0"/>
        <w:ind w:left="360"/>
        <w:shd w:val="clear" w:color="auto" w:fill="F2F2F2"/>
      </w:pPr>
      <w:r>
        <w:rPr>
          <w:rFonts w:ascii="Consolas" w:hAnsi="Consolas"/>
          <w:sz w:val="18"/>
        </w:rPr>
        <w:t xml:space="preserve">  &lt;Function test_readwrite_zipfile&gt;</w:t>
      </w:r>
    </w:p>
    <w:p>
      <w:pPr>
        <w:spacing w:after="0"/>
        <w:ind w:left="360"/>
        <w:shd w:val="clear" w:color="auto" w:fill="F2F2F2"/>
      </w:pPr>
      <w:r>
        <w:rPr>
          <w:rFonts w:ascii="Consolas" w:hAnsi="Consolas"/>
          <w:sz w:val="18"/>
        </w:rPr>
        <w:t xml:space="preserve">  &lt;Function test_internal_zipfile&gt;</w:t>
      </w:r>
    </w:p>
    <w:p>
      <w:pPr>
        <w:spacing w:after="0"/>
        <w:ind w:left="360"/>
        <w:shd w:val="clear" w:color="auto" w:fill="F2F2F2"/>
      </w:pPr>
      <w:r>
        <w:rPr>
          <w:rFonts w:ascii="Consolas" w:hAnsi="Consolas"/>
          <w:sz w:val="18"/>
        </w:rPr>
        <w:t>&lt;Module tests/test_requests.py&gt;</w:t>
      </w:r>
    </w:p>
    <w:p>
      <w:pPr>
        <w:spacing w:after="0"/>
        <w:ind w:left="360"/>
        <w:shd w:val="clear" w:color="auto" w:fill="F2F2F2"/>
      </w:pPr>
      <w:r>
        <w:rPr>
          <w:rFonts w:ascii="Consolas" w:hAnsi="Consolas"/>
          <w:sz w:val="18"/>
        </w:rPr>
        <w:t xml:space="preserve">  &lt;Function test_order_pizza&gt;</w:t>
      </w:r>
    </w:p>
    <w:p>
      <w:pPr>
        <w:spacing w:after="0"/>
        <w:ind w:left="360"/>
        <w:shd w:val="clear" w:color="auto" w:fill="F2F2F2"/>
      </w:pPr>
      <w:r>
        <w:rPr>
          <w:rFonts w:ascii="Consolas" w:hAnsi="Consolas"/>
          <w:sz w:val="18"/>
        </w:rPr>
        <w:t xml:space="preserve">  &lt;Function test_order_pizza_timeout&gt;</w:t>
      </w:r>
    </w:p>
    <w:p>
      <w:pPr>
        <w:spacing w:after="0"/>
        <w:ind w:left="360"/>
        <w:shd w:val="clear" w:color="auto" w:fill="F2F2F2"/>
      </w:pPr>
      <w:r>
        <w:rPr>
          <w:rFonts w:ascii="Consolas" w:hAnsi="Consolas"/>
          <w:sz w:val="18"/>
        </w:rPr>
        <w:t>&lt;Module tests/test_requests_time.py&gt;</w:t>
      </w:r>
    </w:p>
    <w:p>
      <w:pPr>
        <w:spacing w:after="0"/>
        <w:ind w:left="360"/>
        <w:shd w:val="clear" w:color="auto" w:fill="F2F2F2"/>
      </w:pPr>
      <w:r>
        <w:rPr>
          <w:rFonts w:ascii="Consolas" w:hAnsi="Consolas"/>
          <w:sz w:val="18"/>
        </w:rPr>
        <w:t xml:space="preserve">  &lt;Function test_order_time&gt;</w:t>
      </w:r>
    </w:p>
    <w:p>
      <w:pPr>
        <w:spacing w:after="0"/>
        <w:ind w:left="360"/>
        <w:shd w:val="clear" w:color="auto" w:fill="F2F2F2"/>
      </w:pPr>
      <w:r>
        <w:rPr>
          <w:rFonts w:ascii="Consolas" w:hAnsi="Consolas"/>
          <w:sz w:val="18"/>
        </w:rPr>
        <w:t>====================== no tests ran in 0.20s =====================</w:t>
      </w:r>
    </w:p>
    <w:p>
      <w:pPr>
        <w:spacing w:after="40"/>
      </w:pPr>
    </w:p>
    <w:p>
      <w:pPr>
        <w:spacing w:after="80"/>
        <w:ind w:left="360"/>
      </w:pPr>
      <w:r>
        <w:t xml:space="preserve">3. </w:t>
      </w:r>
      <w:r>
        <w:rPr>
          <w:b w:val="0"/>
          <w:i w:val="0"/>
        </w:rPr>
        <w:t xml:space="preserve">Chạy </w:t>
      </w:r>
      <w:r>
        <w:rPr>
          <w:rFonts w:ascii="Consolas" w:hAnsi="Consolas"/>
          <w:b w:val="0"/>
          <w:i w:val="0"/>
          <w:sz w:val="20"/>
        </w:rPr>
        <w:br/>
        <w:br/>
        <w:t xml:space="preserve">       pytest –v ‑k time</w:t>
        <w:br/>
        <w:t xml:space="preserve">      </w:t>
        <w:br/>
      </w:r>
      <w:r>
        <w:rPr>
          <w:b w:val="0"/>
          <w:i w:val="0"/>
        </w:rPr>
        <w:t xml:space="preserve"> :</w:t>
      </w:r>
    </w:p>
    <w:p>
      <w:pPr>
        <w:spacing w:after="0"/>
        <w:ind w:left="360"/>
        <w:shd w:val="clear" w:color="auto" w:fill="F2F2F2"/>
      </w:pPr>
      <w:r>
        <w:rPr>
          <w:rFonts w:ascii="Consolas" w:hAnsi="Consolas"/>
          <w:sz w:val="18"/>
        </w:rPr>
        <w:t>$ uv run pytest -v -k time</w:t>
      </w:r>
    </w:p>
    <w:p>
      <w:pPr>
        <w:spacing w:after="0"/>
        <w:ind w:left="360"/>
        <w:shd w:val="clear" w:color="auto" w:fill="F2F2F2"/>
      </w:pPr>
      <w:r>
        <w:rPr>
          <w:rFonts w:ascii="Consolas" w:hAnsi="Consolas"/>
          <w:sz w:val="18"/>
        </w:rPr>
        <w:t>======================= test session starts ======================</w:t>
      </w:r>
    </w:p>
    <w:p>
      <w:pPr>
        <w:spacing w:after="0"/>
        <w:ind w:left="360"/>
        <w:shd w:val="clear" w:color="auto" w:fill="F2F2F2"/>
      </w:pPr>
      <w:r>
        <w:rPr>
          <w:rFonts w:ascii="Consolas" w:hAnsi="Consolas"/>
          <w:sz w:val="18"/>
        </w:rPr>
        <w:t>platform darwin -- Python 3.14.4, pytest-9.0.3, pluggy-1.6.0</w:t>
      </w:r>
    </w:p>
    <w:p>
      <w:pPr>
        <w:spacing w:after="0"/>
        <w:ind w:left="360"/>
        <w:shd w:val="clear" w:color="auto" w:fill="F2F2F2"/>
      </w:pPr>
      <w:r>
        <w:rPr>
          <w:rFonts w:ascii="Consolas" w:hAnsi="Consolas"/>
          <w:sz w:val="18"/>
        </w:rPr>
        <w:t>rootdir: Python-Automation-Cookbook/ch15</w:t>
      </w:r>
    </w:p>
    <w:p>
      <w:pPr>
        <w:spacing w:after="0"/>
        <w:ind w:left="360"/>
        <w:shd w:val="clear" w:color="auto" w:fill="F2F2F2"/>
      </w:pPr>
      <w:r>
        <w:rPr>
          <w:rFonts w:ascii="Consolas" w:hAnsi="Consolas"/>
          <w:sz w:val="18"/>
        </w:rPr>
        <w:t>cachedir: .pytest_cache</w:t>
      </w:r>
    </w:p>
    <w:p>
      <w:pPr>
        <w:spacing w:after="0"/>
        <w:ind w:left="360"/>
        <w:shd w:val="clear" w:color="auto" w:fill="F2F2F2"/>
      </w:pPr>
      <w:r>
        <w:rPr>
          <w:rFonts w:ascii="Consolas" w:hAnsi="Consolas"/>
          <w:sz w:val="18"/>
        </w:rPr>
        <w:t>rootdir: Python-Automation-Cookbook/ch15</w:t>
      </w:r>
    </w:p>
    <w:p>
      <w:pPr>
        <w:spacing w:after="0"/>
        <w:ind w:left="360"/>
        <w:shd w:val="clear" w:color="auto" w:fill="F2F2F2"/>
      </w:pPr>
      <w:r>
        <w:rPr>
          <w:rFonts w:ascii="Consolas" w:hAnsi="Consolas"/>
          <w:sz w:val="18"/>
        </w:rPr>
        <w:t>collected 18 items / 16 deselected / 2 selected</w:t>
      </w:r>
    </w:p>
    <w:p>
      <w:pPr>
        <w:spacing w:after="0"/>
        <w:ind w:left="360"/>
        <w:shd w:val="clear" w:color="auto" w:fill="F2F2F2"/>
      </w:pPr>
      <w:r>
        <w:rPr>
          <w:rFonts w:ascii="Consolas" w:hAnsi="Consolas"/>
          <w:sz w:val="18"/>
        </w:rPr>
        <w:t>tests/test_requests.py::test_order_pizza_timeout PASSED             [ 50%]</w:t>
      </w:r>
    </w:p>
    <w:p>
      <w:pPr>
        <w:spacing w:after="0"/>
        <w:ind w:left="360"/>
        <w:shd w:val="clear" w:color="auto" w:fill="F2F2F2"/>
      </w:pPr>
      <w:r>
        <w:rPr>
          <w:rFonts w:ascii="Consolas" w:hAnsi="Consolas"/>
          <w:sz w:val="18"/>
        </w:rPr>
        <w:t>tests/test_requests_time.py::test_order_time PASSED                 [100%]</w:t>
      </w:r>
    </w:p>
    <w:p>
      <w:pPr>
        <w:spacing w:after="0"/>
        <w:ind w:left="360"/>
        <w:shd w:val="clear" w:color="auto" w:fill="F2F2F2"/>
      </w:pPr>
      <w:r>
        <w:rPr>
          <w:rFonts w:ascii="Consolas" w:hAnsi="Consolas"/>
          <w:sz w:val="18"/>
        </w:rPr>
        <w:t>================= 2 passed, 16 deselected in 0.24s ===============</w:t>
      </w:r>
    </w:p>
    <w:p>
      <w:pPr>
        <w:spacing w:after="40"/>
      </w:pPr>
    </w:p>
    <w:p>
      <w:pPr>
        <w:spacing w:after="80"/>
        <w:ind w:left="360"/>
      </w:pPr>
      <w:r>
        <w:t xml:space="preserve">4. </w:t>
      </w:r>
      <w:r>
        <w:rPr>
          <w:b w:val="0"/>
          <w:i w:val="0"/>
        </w:rPr>
        <w:t xml:space="preserve">Chạy </w:t>
      </w:r>
      <w:r>
        <w:rPr>
          <w:rFonts w:ascii="Consolas" w:hAnsi="Consolas"/>
          <w:b w:val="0"/>
          <w:i w:val="0"/>
          <w:sz w:val="20"/>
        </w:rPr>
        <w:br/>
        <w:br/>
        <w:t xml:space="preserve">       pytest –v ‑k time tests/test_requests.py</w:t>
        <w:br/>
        <w:t xml:space="preserve">      </w:t>
        <w:br/>
      </w:r>
      <w:r>
        <w:rPr>
          <w:b w:val="0"/>
          <w:i w:val="0"/>
        </w:rPr>
        <w:t xml:space="preserve"> :</w:t>
      </w:r>
    </w:p>
    <w:p>
      <w:pPr>
        <w:spacing w:after="0"/>
        <w:ind w:left="360"/>
        <w:shd w:val="clear" w:color="auto" w:fill="F2F2F2"/>
      </w:pPr>
      <w:r>
        <w:rPr>
          <w:rFonts w:ascii="Consolas" w:hAnsi="Consolas"/>
          <w:sz w:val="18"/>
        </w:rPr>
        <w:t>$ uv run pytest -v -k time tests/test_requests.py</w:t>
      </w:r>
    </w:p>
    <w:p>
      <w:pPr>
        <w:spacing w:after="0"/>
        <w:ind w:left="360"/>
        <w:shd w:val="clear" w:color="auto" w:fill="F2F2F2"/>
      </w:pPr>
      <w:r>
        <w:rPr>
          <w:rFonts w:ascii="Consolas" w:hAnsi="Consolas"/>
          <w:sz w:val="18"/>
        </w:rPr>
        <w:t>======================= test session starts ===================</w:t>
      </w:r>
    </w:p>
    <w:p>
      <w:pPr>
        <w:spacing w:after="0"/>
        <w:ind w:left="360"/>
        <w:shd w:val="clear" w:color="auto" w:fill="F2F2F2"/>
      </w:pPr>
      <w:r>
        <w:rPr>
          <w:rFonts w:ascii="Consolas" w:hAnsi="Consolas"/>
          <w:sz w:val="18"/>
        </w:rPr>
        <w:t>platform darwin -- Python 3.14.4, pytest-9.0.3, pluggy-1.6.0</w:t>
      </w:r>
    </w:p>
    <w:p>
      <w:pPr>
        <w:spacing w:after="0"/>
        <w:ind w:left="360"/>
        <w:shd w:val="clear" w:color="auto" w:fill="F2F2F2"/>
      </w:pPr>
      <w:r>
        <w:rPr>
          <w:rFonts w:ascii="Consolas" w:hAnsi="Consolas"/>
          <w:sz w:val="18"/>
        </w:rPr>
        <w:t>cachedir: .pytest_cache</w:t>
      </w:r>
    </w:p>
    <w:p>
      <w:pPr>
        <w:spacing w:after="0"/>
        <w:ind w:left="360"/>
        <w:shd w:val="clear" w:color="auto" w:fill="F2F2F2"/>
      </w:pPr>
      <w:r>
        <w:rPr>
          <w:rFonts w:ascii="Consolas" w:hAnsi="Consolas"/>
          <w:sz w:val="18"/>
        </w:rPr>
        <w:t>rootdir: Python-Automation-Cookbook/ch15</w:t>
      </w:r>
    </w:p>
    <w:p>
      <w:pPr>
        <w:spacing w:after="0"/>
        <w:ind w:left="360"/>
        <w:shd w:val="clear" w:color="auto" w:fill="F2F2F2"/>
      </w:pPr>
      <w:r>
        <w:rPr>
          <w:rFonts w:ascii="Consolas" w:hAnsi="Consolas"/>
          <w:sz w:val="18"/>
        </w:rPr>
        <w:t>collected 2 items / 1 deselected / 1 selected</w:t>
      </w:r>
    </w:p>
    <w:p>
      <w:pPr>
        <w:spacing w:after="0"/>
        <w:ind w:left="360"/>
        <w:shd w:val="clear" w:color="auto" w:fill="F2F2F2"/>
      </w:pPr>
      <w:r>
        <w:rPr>
          <w:rFonts w:ascii="Consolas" w:hAnsi="Consolas"/>
          <w:sz w:val="18"/>
        </w:rPr>
        <w:t>tests/test_requests.py::test_order_pizza_timeout PASSED            [100%]</w:t>
      </w:r>
    </w:p>
    <w:p>
      <w:pPr>
        <w:spacing w:after="0"/>
        <w:ind w:left="360"/>
        <w:shd w:val="clear" w:color="auto" w:fill="F2F2F2"/>
      </w:pPr>
      <w:r>
        <w:rPr>
          <w:rFonts w:ascii="Consolas" w:hAnsi="Consolas"/>
          <w:sz w:val="18"/>
        </w:rPr>
        <w:t>================= 1 passed, 1 deselected in 0.18s =============</w:t>
      </w:r>
    </w:p>
    <w:p>
      <w:pPr>
        <w:spacing w:after="40"/>
      </w:pPr>
    </w:p>
    <w:p>
      <w:pPr>
        <w:spacing w:after="80"/>
        <w:ind w:left="360"/>
      </w:pPr>
      <w:r>
        <w:t xml:space="preserve">5. </w:t>
      </w:r>
      <w:r>
        <w:rPr>
          <w:b w:val="0"/>
          <w:i w:val="0"/>
        </w:rPr>
        <w:t xml:space="preserve">Chạy </w:t>
      </w:r>
      <w:r>
        <w:rPr>
          <w:rFonts w:ascii="Consolas" w:hAnsi="Consolas"/>
          <w:b w:val="0"/>
          <w:i w:val="0"/>
          <w:sz w:val="20"/>
        </w:rPr>
        <w:br/>
        <w:br/>
        <w:t xml:space="preserve">       pytest ‑v tests/test_requests_time.py::test_order_time</w:t>
        <w:br/>
        <w:t xml:space="preserve">      </w:t>
        <w:br/>
      </w:r>
      <w:r>
        <w:rPr>
          <w:b w:val="0"/>
          <w:i w:val="0"/>
        </w:rPr>
        <w:t xml:space="preserve"> :</w:t>
      </w:r>
    </w:p>
    <w:p>
      <w:pPr>
        <w:spacing w:after="0"/>
        <w:ind w:left="360"/>
        <w:shd w:val="clear" w:color="auto" w:fill="F2F2F2"/>
      </w:pPr>
      <w:r>
        <w:rPr>
          <w:rFonts w:ascii="Consolas" w:hAnsi="Consolas"/>
          <w:sz w:val="18"/>
        </w:rPr>
        <w:t>$ uv run pytest -v tests/test_requests_time.py::test_order_time</w:t>
      </w:r>
    </w:p>
    <w:p>
      <w:pPr>
        <w:spacing w:after="0"/>
        <w:ind w:left="360"/>
        <w:shd w:val="clear" w:color="auto" w:fill="F2F2F2"/>
      </w:pPr>
      <w:r>
        <w:rPr>
          <w:rFonts w:ascii="Consolas" w:hAnsi="Consolas"/>
          <w:sz w:val="18"/>
        </w:rPr>
        <w:t>======================= test session starts ===================</w:t>
      </w:r>
    </w:p>
    <w:p>
      <w:pPr>
        <w:spacing w:after="0"/>
        <w:ind w:left="360"/>
        <w:shd w:val="clear" w:color="auto" w:fill="F2F2F2"/>
      </w:pPr>
      <w:r>
        <w:rPr>
          <w:rFonts w:ascii="Consolas" w:hAnsi="Consolas"/>
          <w:sz w:val="18"/>
        </w:rPr>
        <w:t>platform darwin -- Python 3.14.4, pytest-9.0.3, pluggy-1.6.0</w:t>
      </w:r>
    </w:p>
    <w:p>
      <w:pPr>
        <w:spacing w:after="0"/>
        <w:ind w:left="360"/>
        <w:shd w:val="clear" w:color="auto" w:fill="F2F2F2"/>
      </w:pPr>
      <w:r>
        <w:rPr>
          <w:rFonts w:ascii="Consolas" w:hAnsi="Consolas"/>
          <w:sz w:val="18"/>
        </w:rPr>
        <w:t>cachedir: .pytest_cache</w:t>
      </w:r>
    </w:p>
    <w:p>
      <w:pPr>
        <w:spacing w:after="0"/>
        <w:ind w:left="360"/>
        <w:shd w:val="clear" w:color="auto" w:fill="F2F2F2"/>
      </w:pPr>
      <w:r>
        <w:rPr>
          <w:rFonts w:ascii="Consolas" w:hAnsi="Consolas"/>
          <w:sz w:val="18"/>
        </w:rPr>
        <w:t>rootdir: Python-Automation-Cookbook/ch15</w:t>
      </w:r>
    </w:p>
    <w:p>
      <w:pPr>
        <w:spacing w:after="0"/>
        <w:ind w:left="360"/>
        <w:shd w:val="clear" w:color="auto" w:fill="F2F2F2"/>
      </w:pPr>
      <w:r>
        <w:rPr>
          <w:rFonts w:ascii="Consolas" w:hAnsi="Consolas"/>
          <w:sz w:val="18"/>
        </w:rPr>
        <w:t>collected 1 item</w:t>
      </w:r>
    </w:p>
    <w:p>
      <w:pPr>
        <w:spacing w:after="0"/>
        <w:ind w:left="360"/>
        <w:shd w:val="clear" w:color="auto" w:fill="F2F2F2"/>
      </w:pPr>
      <w:r>
        <w:rPr>
          <w:rFonts w:ascii="Consolas" w:hAnsi="Consolas"/>
          <w:sz w:val="18"/>
        </w:rPr>
        <w:t>tests/test_requests_time.py::test_order_time PASSED                [100%]</w:t>
      </w:r>
    </w:p>
    <w:p>
      <w:pPr>
        <w:spacing w:after="0"/>
        <w:ind w:left="360"/>
        <w:shd w:val="clear" w:color="auto" w:fill="F2F2F2"/>
      </w:pPr>
      <w:r>
        <w:rPr>
          <w:rFonts w:ascii="Consolas" w:hAnsi="Consolas"/>
          <w:sz w:val="18"/>
        </w:rPr>
        <w:t>========================= 1 passed in 0.38s ===================</w:t>
      </w:r>
    </w:p>
    <w:p>
      <w:pPr>
        <w:spacing w:after="40"/>
      </w:pPr>
    </w:p>
    <w:p>
      <w:pPr>
        <w:spacing w:after="80"/>
        <w:ind w:left="360"/>
      </w:pPr>
      <w:r>
        <w:t xml:space="preserve">6. </w:t>
      </w:r>
      <w:r>
        <w:rPr>
          <w:b w:val="0"/>
          <w:i w:val="0"/>
        </w:rPr>
        <w:t xml:space="preserve">Chạy </w:t>
      </w:r>
      <w:r>
        <w:rPr>
          <w:rFonts w:ascii="Consolas" w:hAnsi="Consolas"/>
          <w:b w:val="0"/>
          <w:i w:val="0"/>
          <w:sz w:val="20"/>
        </w:rPr>
        <w:br/>
        <w:br/>
        <w:t xml:space="preserve">       pytest ‑v ‑–lf</w:t>
        <w:br/>
        <w:t xml:space="preserve">      </w:t>
        <w:br/>
      </w:r>
      <w:r>
        <w:rPr>
          <w:b w:val="0"/>
          <w:i w:val="0"/>
        </w:rPr>
        <w:t xml:space="preserve"> :</w:t>
      </w:r>
    </w:p>
    <w:p>
      <w:pPr>
        <w:spacing w:after="0"/>
        <w:ind w:left="360"/>
        <w:shd w:val="clear" w:color="auto" w:fill="F2F2F2"/>
      </w:pPr>
      <w:r>
        <w:rPr>
          <w:rFonts w:ascii="Consolas" w:hAnsi="Consolas"/>
          <w:sz w:val="18"/>
        </w:rPr>
        <w:t>$ uv run pytest -v --lf</w:t>
      </w:r>
    </w:p>
    <w:p>
      <w:pPr>
        <w:spacing w:after="0"/>
        <w:ind w:left="360"/>
        <w:shd w:val="clear" w:color="auto" w:fill="F2F2F2"/>
      </w:pPr>
      <w:r>
        <w:rPr>
          <w:rFonts w:ascii="Consolas" w:hAnsi="Consolas"/>
          <w:sz w:val="18"/>
        </w:rPr>
        <w:t>======================= test session starts ===================</w:t>
      </w:r>
    </w:p>
    <w:p>
      <w:pPr>
        <w:spacing w:after="0"/>
        <w:ind w:left="360"/>
        <w:shd w:val="clear" w:color="auto" w:fill="F2F2F2"/>
      </w:pPr>
      <w:r>
        <w:rPr>
          <w:rFonts w:ascii="Consolas" w:hAnsi="Consolas"/>
          <w:sz w:val="18"/>
        </w:rPr>
        <w:t>platform darwin -- Python 3.14.4, pytest-9.0.3, pluggy-1.6.0</w:t>
      </w:r>
    </w:p>
    <w:p>
      <w:pPr>
        <w:spacing w:after="0"/>
        <w:ind w:left="360"/>
        <w:shd w:val="clear" w:color="auto" w:fill="F2F2F2"/>
      </w:pPr>
      <w:r>
        <w:rPr>
          <w:rFonts w:ascii="Consolas" w:hAnsi="Consolas"/>
          <w:sz w:val="18"/>
        </w:rPr>
        <w:t>cachedir: .pytest_cache</w:t>
      </w:r>
    </w:p>
    <w:p>
      <w:pPr>
        <w:spacing w:after="0"/>
        <w:ind w:left="360"/>
        <w:shd w:val="clear" w:color="auto" w:fill="F2F2F2"/>
      </w:pPr>
      <w:r>
        <w:rPr>
          <w:rFonts w:ascii="Consolas" w:hAnsi="Consolas"/>
          <w:sz w:val="18"/>
        </w:rPr>
        <w:t>rootdir: Python-Automation-Cookbook/ch15</w:t>
      </w:r>
    </w:p>
    <w:p>
      <w:pPr>
        <w:spacing w:after="0"/>
        <w:ind w:left="360"/>
        <w:shd w:val="clear" w:color="auto" w:fill="F2F2F2"/>
      </w:pPr>
      <w:r>
        <w:rPr>
          <w:rFonts w:ascii="Consolas" w:hAnsi="Consolas"/>
          <w:sz w:val="18"/>
        </w:rPr>
        <w:t>collected 1 item</w:t>
      </w:r>
    </w:p>
    <w:p>
      <w:pPr>
        <w:spacing w:after="0"/>
        <w:ind w:left="360"/>
        <w:shd w:val="clear" w:color="auto" w:fill="F2F2F2"/>
      </w:pPr>
      <w:r>
        <w:rPr>
          <w:rFonts w:ascii="Consolas" w:hAnsi="Consolas"/>
          <w:sz w:val="18"/>
        </w:rPr>
        <w:t>run-last-failure: rerun previous 1 failure (skipped 5 files)</w:t>
      </w:r>
    </w:p>
    <w:p>
      <w:pPr>
        <w:spacing w:after="0"/>
        <w:ind w:left="360"/>
        <w:shd w:val="clear" w:color="auto" w:fill="F2F2F2"/>
      </w:pPr>
      <w:r>
        <w:rPr>
          <w:rFonts w:ascii="Consolas" w:hAnsi="Consolas"/>
          <w:sz w:val="18"/>
        </w:rPr>
        <w:t>tests/test_case.py::test_fail FAILED                               [100%]</w:t>
      </w:r>
    </w:p>
    <w:p>
      <w:pPr>
        <w:spacing w:after="0"/>
        <w:ind w:left="360"/>
        <w:shd w:val="clear" w:color="auto" w:fill="F2F2F2"/>
      </w:pPr>
      <w:r>
        <w:rPr>
          <w:rFonts w:ascii="Consolas" w:hAnsi="Consolas"/>
          <w:sz w:val="18"/>
        </w:rPr>
        <w:t>============================= FAILURES ========================</w:t>
      </w:r>
    </w:p>
    <w:p>
      <w:pPr>
        <w:spacing w:after="0"/>
        <w:ind w:left="360"/>
        <w:shd w:val="clear" w:color="auto" w:fill="F2F2F2"/>
      </w:pPr>
      <w:r>
        <w:rPr>
          <w:rFonts w:ascii="Consolas" w:hAnsi="Consolas"/>
          <w:sz w:val="18"/>
        </w:rPr>
        <w:t>____________________________ test_fail ________________________</w:t>
      </w:r>
    </w:p>
    <w:p>
      <w:pPr>
        <w:spacing w:after="0"/>
        <w:ind w:left="360"/>
        <w:shd w:val="clear" w:color="auto" w:fill="F2F2F2"/>
      </w:pPr>
      <w:r>
        <w:rPr>
          <w:rFonts w:ascii="Consolas" w:hAnsi="Consolas"/>
          <w:sz w:val="18"/>
        </w:rPr>
        <w:t xml:space="preserve">    def test_fail():</w:t>
      </w:r>
    </w:p>
    <w:p>
      <w:pPr>
        <w:spacing w:after="0"/>
        <w:ind w:left="360"/>
        <w:shd w:val="clear" w:color="auto" w:fill="F2F2F2"/>
      </w:pPr>
      <w:r>
        <w:rPr>
          <w:rFonts w:ascii="Consolas" w:hAnsi="Consolas"/>
          <w:sz w:val="18"/>
        </w:rPr>
        <w:t>&gt;       assert 4 in LIST</w:t>
      </w:r>
    </w:p>
    <w:p>
      <w:pPr>
        <w:spacing w:after="0"/>
        <w:ind w:left="360"/>
        <w:shd w:val="clear" w:color="auto" w:fill="F2F2F2"/>
      </w:pPr>
      <w:r>
        <w:rPr>
          <w:rFonts w:ascii="Consolas" w:hAnsi="Consolas"/>
          <w:sz w:val="18"/>
        </w:rPr>
        <w:t>E       assert 4 in [1, 2, 3]</w:t>
      </w:r>
    </w:p>
    <w:p>
      <w:pPr>
        <w:spacing w:after="0"/>
        <w:ind w:left="360"/>
        <w:shd w:val="clear" w:color="auto" w:fill="F2F2F2"/>
      </w:pPr>
      <w:r>
        <w:rPr>
          <w:rFonts w:ascii="Consolas" w:hAnsi="Consolas"/>
          <w:sz w:val="18"/>
        </w:rPr>
        <w:t>tests/test_case.py:18: AssertionError</w:t>
      </w:r>
    </w:p>
    <w:p>
      <w:pPr>
        <w:spacing w:after="0"/>
        <w:ind w:left="360"/>
        <w:shd w:val="clear" w:color="auto" w:fill="F2F2F2"/>
      </w:pPr>
      <w:r>
        <w:rPr>
          <w:rFonts w:ascii="Consolas" w:hAnsi="Consolas"/>
          <w:sz w:val="18"/>
        </w:rPr>
        <w:t>===================== short test summary info =================</w:t>
      </w:r>
    </w:p>
    <w:p>
      <w:pPr>
        <w:spacing w:after="0"/>
        <w:ind w:left="360"/>
        <w:shd w:val="clear" w:color="auto" w:fill="F2F2F2"/>
      </w:pPr>
      <w:r>
        <w:rPr>
          <w:rFonts w:ascii="Consolas" w:hAnsi="Consolas"/>
          <w:sz w:val="18"/>
        </w:rPr>
        <w:t>FAILED tests/test_case.py::test_fail - assert 4 in [1, 2, 3]</w:t>
      </w:r>
    </w:p>
    <w:p>
      <w:pPr>
        <w:spacing w:after="0"/>
        <w:ind w:left="360"/>
        <w:shd w:val="clear" w:color="auto" w:fill="F2F2F2"/>
      </w:pPr>
      <w:r>
        <w:rPr>
          <w:rFonts w:ascii="Consolas" w:hAnsi="Consolas"/>
          <w:sz w:val="18"/>
        </w:rPr>
        <w:t>================= 1 failed in 0.06s ============</w:t>
      </w:r>
    </w:p>
    <w:p>
      <w:pPr>
        <w:spacing w:after="40"/>
      </w:pPr>
    </w:p>
    <w:p>
      <w:pPr>
        <w:pStyle w:val="Heading3"/>
      </w:pPr>
      <w:r>
        <w:rPr>
          <w:rFonts w:ascii="Calibri" w:hAnsi="Calibri"/>
          <w:b/>
          <w:i w:val="0"/>
          <w:sz w:val="26"/>
        </w:rPr>
        <w:t>Cách nó hoạt động...</w:t>
      </w:r>
    </w:p>
    <w:p>
      <w:pPr>
        <w:spacing w:after="80"/>
      </w:pPr>
      <w:r>
        <w:rPr>
          <w:b w:val="0"/>
          <w:i w:val="0"/>
        </w:rPr>
        <w:t xml:space="preserve">Trong </w:t>
      </w:r>
      <w:r>
        <w:rPr>
          <w:b w:val="0"/>
          <w:i/>
        </w:rPr>
        <w:t xml:space="preserve"> bước 1 </w:t>
      </w:r>
      <w:r>
        <w:rPr>
          <w:b w:val="0"/>
          <w:i w:val="0"/>
        </w:rPr>
        <w:t xml:space="preserve"> , lệnh gọi </w:t>
      </w:r>
      <w:r>
        <w:rPr>
          <w:rFonts w:ascii="Consolas" w:hAnsi="Consolas"/>
          <w:b w:val="0"/>
          <w:i w:val="0"/>
          <w:sz w:val="20"/>
        </w:rPr>
        <w:br/>
        <w:br/>
        <w:t xml:space="preserve">      pytest</w:t>
        <w:br/>
        <w:t xml:space="preserve">     </w:t>
        <w:br/>
      </w:r>
      <w:r>
        <w:rPr>
          <w:b w:val="0"/>
          <w:i w:val="0"/>
        </w:rPr>
        <w:t xml:space="preserve"> được thực hiện mà không có đối số nào. Lệnh này chạy tất cả các bài kiểm tra được định nghĩa trong thư mục con.</w:t>
      </w:r>
    </w:p>
    <w:p>
      <w:pPr>
        <w:spacing w:after="80"/>
      </w:pPr>
      <w:r>
        <w:rPr>
          <w:b w:val="0"/>
          <w:i w:val="0"/>
        </w:rPr>
        <w:t>Lưu ý rằng nó hiển thị số lượng bài kiểm tra mà nó thu thập được:</w:t>
      </w:r>
    </w:p>
    <w:p>
      <w:pPr>
        <w:spacing w:after="0"/>
        <w:ind w:left="360"/>
        <w:shd w:val="clear" w:color="auto" w:fill="F2F2F2"/>
      </w:pPr>
      <w:r>
        <w:rPr>
          <w:rFonts w:ascii="Consolas" w:hAnsi="Consolas"/>
          <w:sz w:val="18"/>
        </w:rPr>
        <w:t>collected 18 items</w:t>
      </w:r>
    </w:p>
    <w:p>
      <w:pPr>
        <w:spacing w:after="40"/>
      </w:pPr>
    </w:p>
    <w:p>
      <w:pPr>
        <w:spacing w:after="80"/>
      </w:pPr>
      <w:r>
        <w:rPr>
          <w:b w:val="0"/>
          <w:i/>
        </w:rPr>
        <w:t xml:space="preserve"> Bước 2 </w:t>
      </w:r>
      <w:r>
        <w:rPr>
          <w:b w:val="0"/>
          <w:i w:val="0"/>
        </w:rPr>
        <w:t xml:space="preserve"> cho thấy cách lấy danh sách các bài kiểm tra được thu thập, nhưng không chạy chúng. Điều này được thực hiện thông qua tham số </w:t>
      </w:r>
      <w:r>
        <w:rPr>
          <w:rFonts w:ascii="Consolas" w:hAnsi="Consolas"/>
          <w:b w:val="0"/>
          <w:i w:val="0"/>
          <w:sz w:val="20"/>
        </w:rPr>
        <w:br/>
        <w:br/>
        <w:t xml:space="preserve">      the –‑collect‑only</w:t>
        <w:br/>
        <w:t xml:space="preserve">     </w:t>
        <w:br/>
      </w:r>
      <w:r>
        <w:rPr>
          <w:b w:val="0"/>
          <w:i w:val="0"/>
        </w:rPr>
        <w:t xml:space="preserve"> . Nó trình bày tất cả chúng nhưng không chạy chúng.</w:t>
      </w:r>
    </w:p>
    <w:p>
      <w:pPr>
        <w:spacing w:after="80"/>
      </w:pPr>
      <w:r>
        <w:rPr>
          <w:b w:val="0"/>
          <w:i w:val="0"/>
        </w:rPr>
        <w:t xml:space="preserve">Để chỉ chạy một số bài kiểm tra nhất định, </w:t>
      </w:r>
      <w:r>
        <w:rPr>
          <w:b w:val="0"/>
          <w:i/>
        </w:rPr>
        <w:t xml:space="preserve"> bước 3 </w:t>
      </w:r>
      <w:r>
        <w:rPr>
          <w:b w:val="0"/>
          <w:i w:val="0"/>
        </w:rPr>
        <w:t xml:space="preserve"> cho thấy cách tạo một chuỗi khớp để giới hạn các bài kiểm tra sẽ chạy. Sử dụng </w:t>
      </w:r>
      <w:r>
        <w:rPr>
          <w:rFonts w:ascii="Consolas" w:hAnsi="Consolas"/>
          <w:b w:val="0"/>
          <w:i w:val="0"/>
          <w:sz w:val="20"/>
        </w:rPr>
        <w:br/>
        <w:br/>
        <w:t xml:space="preserve">      ‑k</w:t>
        <w:br/>
        <w:t xml:space="preserve">     </w:t>
        <w:br/>
      </w:r>
      <w:r>
        <w:rPr>
          <w:b w:val="0"/>
          <w:i w:val="0"/>
        </w:rPr>
        <w:t xml:space="preserve"> cho phép khớp theo chuỗi, vì vậy tất cả các bài kiểm tra khớp với chuỗi time sẽ được thực thi.</w:t>
      </w:r>
    </w:p>
    <w:p>
      <w:pPr>
        <w:spacing w:after="80"/>
      </w:pPr>
      <w:r>
        <w:rPr>
          <w:b/>
          <w:i w:val="0"/>
        </w:rPr>
        <w:t>Lưu ý</w:t>
      </w:r>
    </w:p>
    <w:p>
      <w:pPr>
        <w:spacing w:after="80"/>
      </w:pPr>
      <w:r>
        <w:rPr>
          <w:b w:val="0"/>
          <w:i w:val="0"/>
        </w:rPr>
        <w:t xml:space="preserve">Tùy chọn </w:t>
      </w:r>
      <w:r>
        <w:rPr>
          <w:rFonts w:ascii="Consolas" w:hAnsi="Consolas"/>
          <w:b w:val="0"/>
          <w:i w:val="0"/>
          <w:sz w:val="20"/>
        </w:rPr>
        <w:br/>
        <w:br/>
        <w:t xml:space="preserve">       ‑v</w:t>
        <w:br/>
        <w:t xml:space="preserve">      </w:t>
        <w:br/>
      </w:r>
      <w:r>
        <w:rPr>
          <w:b w:val="0"/>
          <w:i w:val="0"/>
        </w:rPr>
        <w:t xml:space="preserve"> làm cho đầu ra chi tiết hơn và hiển thị một dòng cho mỗi bài kiểm tra thay vì một dòng cho mỗi tệp kiểm tra.</w:t>
      </w:r>
    </w:p>
    <w:p>
      <w:pPr>
        <w:spacing w:after="80"/>
      </w:pPr>
      <w:r>
        <w:rPr>
          <w:b w:val="0"/>
          <w:i w:val="0"/>
        </w:rPr>
        <w:t xml:space="preserve">Lưu ý cách tổng số bài kiểm tra vẫn được hiển thị. </w:t>
      </w:r>
      <w:r>
        <w:rPr>
          <w:rFonts w:ascii="Consolas" w:hAnsi="Consolas"/>
          <w:b w:val="0"/>
          <w:i w:val="0"/>
          <w:sz w:val="20"/>
        </w:rPr>
        <w:br/>
        <w:br/>
        <w:t xml:space="preserve">      pytest</w:t>
        <w:br/>
        <w:t xml:space="preserve">     </w:t>
        <w:br/>
      </w:r>
      <w:r>
        <w:rPr>
          <w:b w:val="0"/>
          <w:i w:val="0"/>
        </w:rPr>
        <w:t xml:space="preserve"> thu thập tất cả chúng, nhưng sau đó chỉ chạy những bài khớp với tham số </w:t>
      </w:r>
      <w:r>
        <w:rPr>
          <w:rFonts w:ascii="Consolas" w:hAnsi="Consolas"/>
          <w:b w:val="0"/>
          <w:i w:val="0"/>
          <w:sz w:val="20"/>
        </w:rPr>
        <w:br/>
        <w:br/>
        <w:t xml:space="preserve">      ‑k</w:t>
        <w:br/>
        <w:t xml:space="preserve">     </w:t>
        <w:br/>
      </w:r>
      <w:r>
        <w:rPr>
          <w:b w:val="0"/>
          <w:i w:val="0"/>
        </w:rPr>
        <w:t xml:space="preserve"> :</w:t>
      </w:r>
    </w:p>
    <w:p>
      <w:pPr>
        <w:spacing w:after="0"/>
        <w:ind w:left="360"/>
        <w:shd w:val="clear" w:color="auto" w:fill="F2F2F2"/>
      </w:pPr>
      <w:r>
        <w:rPr>
          <w:rFonts w:ascii="Consolas" w:hAnsi="Consolas"/>
          <w:sz w:val="18"/>
        </w:rPr>
        <w:t>collected 18 items / 16 deselected / 2 selected</w:t>
      </w:r>
    </w:p>
    <w:p>
      <w:pPr>
        <w:spacing w:after="40"/>
      </w:pPr>
    </w:p>
    <w:p>
      <w:pPr>
        <w:spacing w:after="80"/>
      </w:pPr>
      <w:r>
        <w:rPr>
          <w:b w:val="0"/>
          <w:i w:val="0"/>
        </w:rPr>
        <w:t xml:space="preserve">Để giới hạn số lượng bài kiểm tra được thu thập, có thể chỉ định đường dẫn tệp, như được thực hiện trong </w:t>
      </w:r>
      <w:r>
        <w:rPr>
          <w:b w:val="0"/>
          <w:i/>
        </w:rPr>
        <w:t xml:space="preserve"> bước 4 </w:t>
      </w:r>
      <w:r>
        <w:rPr>
          <w:b w:val="0"/>
          <w:i w:val="0"/>
        </w:rPr>
        <w:t xml:space="preserve"> , nơi đường dẫn của một tệp cụ thể được thêm vào lệnh. Trong trường hợp này, số lượng bài kiểm tra được thu thập chỉ là những bài nằm trong đường dẫn tệp:</w:t>
      </w:r>
    </w:p>
    <w:p>
      <w:pPr>
        <w:spacing w:after="0"/>
        <w:ind w:left="360"/>
        <w:shd w:val="clear" w:color="auto" w:fill="F2F2F2"/>
      </w:pPr>
      <w:r>
        <w:rPr>
          <w:rFonts w:ascii="Consolas" w:hAnsi="Consolas"/>
          <w:sz w:val="18"/>
        </w:rPr>
        <w:t>$ uv run pytest -v -k time tests/test_requests.py</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collected 2 items / 1 deselected / 1 selected</w:t>
      </w:r>
    </w:p>
    <w:p>
      <w:pPr>
        <w:spacing w:after="40"/>
      </w:pPr>
    </w:p>
    <w:p>
      <w:pPr>
        <w:spacing w:after="80"/>
      </w:pPr>
      <w:r>
        <w:rPr>
          <w:b w:val="0"/>
          <w:i/>
        </w:rPr>
        <w:t xml:space="preserve"> Bước 5 </w:t>
      </w:r>
      <w:r>
        <w:rPr>
          <w:b w:val="0"/>
          <w:i w:val="0"/>
        </w:rPr>
        <w:t xml:space="preserve"> hướng dẫn cách chỉ định một bài kiểm thử duy nhất, sử dụng đường dẫn tệp đầy đủ và bộ mô tả. Bạn có thể dễ dàng sao chép từ kết quả đầu ra khi dùng đối số </w:t>
      </w:r>
      <w:r>
        <w:rPr>
          <w:rFonts w:ascii="Consolas" w:hAnsi="Consolas"/>
          <w:b w:val="0"/>
          <w:i w:val="0"/>
          <w:sz w:val="20"/>
        </w:rPr>
        <w:br/>
        <w:br/>
        <w:t xml:space="preserve">      ‑v</w:t>
        <w:br/>
        <w:t xml:space="preserve">     </w:t>
        <w:br/>
      </w:r>
      <w:r>
        <w:rPr>
          <w:b w:val="0"/>
          <w:i w:val="0"/>
        </w:rPr>
        <w:t>:</w:t>
      </w:r>
    </w:p>
    <w:p>
      <w:pPr>
        <w:spacing w:after="0"/>
        <w:ind w:left="360"/>
        <w:shd w:val="clear" w:color="auto" w:fill="F2F2F2"/>
      </w:pPr>
      <w:r>
        <w:rPr>
          <w:rFonts w:ascii="Consolas" w:hAnsi="Consolas"/>
          <w:sz w:val="18"/>
        </w:rPr>
        <w:t>$ uv run pytest -v tests/test_requests_time.py::test_order_time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collected 1 item</w:t>
      </w:r>
    </w:p>
    <w:p>
      <w:pPr>
        <w:spacing w:after="40"/>
      </w:pPr>
    </w:p>
    <w:p>
      <w:pPr>
        <w:spacing w:after="80"/>
      </w:pPr>
      <w:r>
        <w:rPr>
          <w:b w:val="0"/>
          <w:i w:val="0"/>
        </w:rPr>
        <w:t xml:space="preserve">Cuối cùng, ở bước 6, một đối số khác được sử dụng: </w:t>
      </w:r>
      <w:r>
        <w:rPr>
          <w:rFonts w:ascii="Consolas" w:hAnsi="Consolas"/>
          <w:b w:val="0"/>
          <w:i w:val="0"/>
          <w:sz w:val="20"/>
        </w:rPr>
        <w:br/>
        <w:br/>
        <w:t xml:space="preserve">      ‑‑lf.</w:t>
        <w:br/>
        <w:t xml:space="preserve">     </w:t>
        <w:br/>
      </w:r>
      <w:r>
        <w:rPr>
          <w:b w:val="0"/>
          <w:i w:val="0"/>
        </w:rPr>
        <w:t xml:space="preserve"> Đối số này chỉ chạy những bài kiểm thử thất bại gần nhất:</w:t>
      </w:r>
    </w:p>
    <w:p>
      <w:pPr>
        <w:spacing w:after="0"/>
        <w:ind w:left="360"/>
        <w:shd w:val="clear" w:color="auto" w:fill="F2F2F2"/>
      </w:pPr>
      <w:r>
        <w:rPr>
          <w:rFonts w:ascii="Consolas" w:hAnsi="Consolas"/>
          <w:sz w:val="18"/>
        </w:rPr>
        <w:t>$ uv run pytest -v --lf</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collected 1 item</w:t>
      </w:r>
    </w:p>
    <w:p>
      <w:pPr>
        <w:spacing w:after="0"/>
        <w:ind w:left="360"/>
        <w:shd w:val="clear" w:color="auto" w:fill="F2F2F2"/>
      </w:pPr>
      <w:r>
        <w:rPr>
          <w:rFonts w:ascii="Consolas" w:hAnsi="Consolas"/>
          <w:sz w:val="18"/>
        </w:rPr>
        <w:t>run-last-failure: rerun previous 1 failure (skipped 5 files)</w:t>
      </w:r>
    </w:p>
    <w:p>
      <w:pPr>
        <w:spacing w:after="40"/>
      </w:pPr>
    </w:p>
    <w:p>
      <w:pPr>
        <w:spacing w:after="80"/>
      </w:pPr>
      <w:r>
        <w:rPr>
          <w:b w:val="0"/>
          <w:i w:val="0"/>
        </w:rPr>
        <w:t xml:space="preserve">Nếu không có bài kiểm thử nào thất bại trong lần chạy trước, </w:t>
      </w:r>
      <w:r>
        <w:rPr>
          <w:rFonts w:ascii="Consolas" w:hAnsi="Consolas"/>
          <w:b w:val="0"/>
          <w:i w:val="0"/>
          <w:sz w:val="20"/>
        </w:rPr>
        <w:br/>
        <w:br/>
        <w:t xml:space="preserve">      ‑‑lf</w:t>
        <w:br/>
        <w:t xml:space="preserve">     </w:t>
        <w:br/>
      </w:r>
      <w:r>
        <w:rPr>
          <w:b w:val="0"/>
          <w:i w:val="0"/>
        </w:rPr>
        <w:t xml:space="preserve"> sẽ chạy tất cả các bài kiểm thử.</w:t>
      </w:r>
    </w:p>
    <w:p>
      <w:pPr>
        <w:pStyle w:val="Heading3"/>
      </w:pPr>
      <w:r>
        <w:rPr>
          <w:rFonts w:ascii="Calibri" w:hAnsi="Calibri"/>
          <w:b/>
          <w:i w:val="0"/>
          <w:sz w:val="26"/>
        </w:rPr>
        <w:t>Còn nhiều điều nữa...</w:t>
      </w:r>
    </w:p>
    <w:p>
      <w:pPr>
        <w:spacing w:after="80"/>
      </w:pPr>
      <w:r>
        <w:rPr>
          <w:b w:val="0"/>
          <w:i w:val="0"/>
        </w:rPr>
        <w:t xml:space="preserve">Hãy nhớ rằng tất cả các tham số này đều có thể kết hợp với nhau. Ví dụ, </w:t>
      </w:r>
      <w:r>
        <w:rPr>
          <w:rFonts w:ascii="Consolas" w:hAnsi="Consolas"/>
          <w:b w:val="0"/>
          <w:i w:val="0"/>
          <w:sz w:val="20"/>
        </w:rPr>
        <w:br/>
        <w:br/>
        <w:t xml:space="preserve">      ‑‑collect‑only</w:t>
        <w:br/>
        <w:t xml:space="preserve">     </w:t>
        <w:br/>
      </w:r>
      <w:r>
        <w:rPr>
          <w:b w:val="0"/>
          <w:i w:val="0"/>
        </w:rPr>
        <w:t xml:space="preserve"> có thể dùng cùng với </w:t>
      </w:r>
      <w:r>
        <w:rPr>
          <w:rFonts w:ascii="Consolas" w:hAnsi="Consolas"/>
          <w:b w:val="0"/>
          <w:i w:val="0"/>
          <w:sz w:val="20"/>
        </w:rPr>
        <w:br/>
        <w:br/>
        <w:t xml:space="preserve">      ‑k</w:t>
        <w:br/>
        <w:t xml:space="preserve">     </w:t>
        <w:br/>
      </w:r>
      <w:r>
        <w:rPr>
          <w:b w:val="0"/>
          <w:i w:val="0"/>
        </w:rPr>
        <w:t xml:space="preserve"> để kiểm tra xem các bài kiểm thử được chọn có đúng không.</w:t>
      </w:r>
    </w:p>
    <w:p>
      <w:pPr>
        <w:spacing w:after="80"/>
      </w:pPr>
      <w:r>
        <w:rPr>
          <w:b w:val="0"/>
          <w:i w:val="0"/>
        </w:rPr>
        <w:t>Tương tự, bạn có thể thêm nhiều đường dẫn tệp và bài kiểm thử. Ví dụ:</w:t>
      </w:r>
    </w:p>
    <w:p>
      <w:pPr>
        <w:spacing w:after="0"/>
        <w:ind w:left="360"/>
        <w:shd w:val="clear" w:color="auto" w:fill="F2F2F2"/>
      </w:pPr>
      <w:r>
        <w:rPr>
          <w:rFonts w:ascii="Consolas" w:hAnsi="Consolas"/>
          <w:sz w:val="18"/>
        </w:rPr>
        <w:t>$ uv run pytest -v tests/test_external.py::test_int_division tests/test_requests.py</w:t>
      </w:r>
    </w:p>
    <w:p>
      <w:pPr>
        <w:spacing w:after="0"/>
        <w:ind w:left="360"/>
        <w:shd w:val="clear" w:color="auto" w:fill="F2F2F2"/>
      </w:pPr>
      <w:r>
        <w:rPr>
          <w:rFonts w:ascii="Consolas" w:hAnsi="Consolas"/>
          <w:sz w:val="18"/>
        </w:rPr>
        <w:t>========================== test session starts ==========================</w:t>
      </w:r>
    </w:p>
    <w:p>
      <w:pPr>
        <w:spacing w:after="0"/>
        <w:ind w:left="360"/>
        <w:shd w:val="clear" w:color="auto" w:fill="F2F2F2"/>
      </w:pPr>
      <w:r>
        <w:rPr>
          <w:rFonts w:ascii="Consolas" w:hAnsi="Consolas"/>
          <w:sz w:val="18"/>
        </w:rPr>
        <w:t>platform darwin -- Python 3.14.4, pytest-9.0.3, pluggy-1.6.0</w:t>
      </w:r>
    </w:p>
    <w:p>
      <w:pPr>
        <w:spacing w:after="0"/>
        <w:ind w:left="360"/>
        <w:shd w:val="clear" w:color="auto" w:fill="F2F2F2"/>
      </w:pPr>
      <w:r>
        <w:rPr>
          <w:rFonts w:ascii="Consolas" w:hAnsi="Consolas"/>
          <w:sz w:val="18"/>
        </w:rPr>
        <w:t>cachedir: .pytest_cache</w:t>
      </w:r>
    </w:p>
    <w:p>
      <w:pPr>
        <w:spacing w:after="0"/>
        <w:ind w:left="360"/>
        <w:shd w:val="clear" w:color="auto" w:fill="F2F2F2"/>
      </w:pPr>
      <w:r>
        <w:rPr>
          <w:rFonts w:ascii="Consolas" w:hAnsi="Consolas"/>
          <w:sz w:val="18"/>
        </w:rPr>
        <w:t>rootdir: Python-Automation-Cookbook/ch15</w:t>
      </w:r>
    </w:p>
    <w:p>
      <w:pPr>
        <w:spacing w:after="0"/>
        <w:ind w:left="360"/>
        <w:shd w:val="clear" w:color="auto" w:fill="F2F2F2"/>
      </w:pPr>
      <w:r>
        <w:rPr>
          <w:rFonts w:ascii="Consolas" w:hAnsi="Consolas"/>
          <w:sz w:val="18"/>
        </w:rPr>
        <w:t>collected 3 items</w:t>
      </w:r>
    </w:p>
    <w:p>
      <w:pPr>
        <w:spacing w:after="0"/>
        <w:ind w:left="360"/>
        <w:shd w:val="clear" w:color="auto" w:fill="F2F2F2"/>
      </w:pPr>
      <w:r>
        <w:rPr>
          <w:rFonts w:ascii="Consolas" w:hAnsi="Consolas"/>
          <w:sz w:val="18"/>
        </w:rPr>
        <w:t>tests/test_external.py::test_int_division PASSED                   [ 33%]</w:t>
      </w:r>
    </w:p>
    <w:p>
      <w:pPr>
        <w:spacing w:after="0"/>
        <w:ind w:left="360"/>
        <w:shd w:val="clear" w:color="auto" w:fill="F2F2F2"/>
      </w:pPr>
      <w:r>
        <w:rPr>
          <w:rFonts w:ascii="Consolas" w:hAnsi="Consolas"/>
          <w:sz w:val="18"/>
        </w:rPr>
        <w:t>tests/test_requests.py::test_order_pizza PASSED                    [ 66%]</w:t>
      </w:r>
    </w:p>
    <w:p>
      <w:pPr>
        <w:spacing w:after="0"/>
        <w:ind w:left="360"/>
        <w:shd w:val="clear" w:color="auto" w:fill="F2F2F2"/>
      </w:pPr>
      <w:r>
        <w:rPr>
          <w:rFonts w:ascii="Consolas" w:hAnsi="Consolas"/>
          <w:sz w:val="18"/>
        </w:rPr>
        <w:t>tests/test_requests.py::test_order_pizza_timeout PASSED            [100%]</w:t>
      </w:r>
    </w:p>
    <w:p>
      <w:pPr>
        <w:spacing w:after="0"/>
        <w:ind w:left="360"/>
        <w:shd w:val="clear" w:color="auto" w:fill="F2F2F2"/>
      </w:pPr>
      <w:r>
        <w:rPr>
          <w:rFonts w:ascii="Consolas" w:hAnsi="Consolas"/>
          <w:sz w:val="18"/>
        </w:rPr>
        <w:t>=========================== 3 passed in 0.11s ===========================</w:t>
      </w:r>
    </w:p>
    <w:p>
      <w:pPr>
        <w:spacing w:after="40"/>
      </w:pPr>
    </w:p>
    <w:p>
      <w:pPr>
        <w:spacing w:after="80"/>
      </w:pPr>
      <w:r>
        <w:rPr>
          <w:b w:val="0"/>
          <w:i w:val="0"/>
        </w:rPr>
        <w:t xml:space="preserve">Việc thu thập bài kiểm thử, khi số lượng bài kiểm thử tăng lên, có thể tốn khá nhiều thời gian. Khi số lượng bài kiểm thử lên đến hàng trăm hoặc hàng nghìn, việc thu thập và lọc bằng </w:t>
      </w:r>
      <w:r>
        <w:rPr>
          <w:rFonts w:ascii="Consolas" w:hAnsi="Consolas"/>
          <w:b w:val="0"/>
          <w:i w:val="0"/>
          <w:sz w:val="20"/>
        </w:rPr>
        <w:br/>
        <w:br/>
        <w:t xml:space="preserve">      ‑k</w:t>
        <w:br/>
        <w:t xml:space="preserve">     </w:t>
        <w:br/>
      </w:r>
      <w:r>
        <w:rPr>
          <w:b w:val="0"/>
          <w:i w:val="0"/>
        </w:rPr>
        <w:t xml:space="preserve"> có thể tốn nhiều thời gian đến mức làm chậm việc thực thi các bài kiểm thử (khoảng nửa phút hoặc hơn). Điều này khiến việc biết cách giảm số lượng bài kiểm thử được thu thập bằng cách chỉ định các tệp cần thu thập bài kiểm thử trở nên quan trọng.</w:t>
      </w:r>
    </w:p>
    <w:p>
      <w:pPr>
        <w:spacing w:after="80"/>
      </w:pPr>
      <w:r>
        <w:rPr>
          <w:b w:val="0"/>
          <w:i w:val="0"/>
        </w:rPr>
        <w:t xml:space="preserve">Để dừng việc thực thi các bài kiểm thử khi phát hiện lỗi, hãy dùng tham số </w:t>
      </w:r>
      <w:r>
        <w:rPr>
          <w:rFonts w:ascii="Consolas" w:hAnsi="Consolas"/>
          <w:b w:val="0"/>
          <w:i w:val="0"/>
          <w:sz w:val="20"/>
        </w:rPr>
        <w:br/>
        <w:br/>
        <w:t xml:space="preserve">      ‑x</w:t>
        <w:br/>
        <w:t xml:space="preserve">     </w:t>
        <w:br/>
      </w:r>
      <w:r>
        <w:rPr>
          <w:b w:val="0"/>
          <w:i w:val="0"/>
        </w:rPr>
        <w:t>:</w:t>
      </w:r>
    </w:p>
    <w:p>
      <w:pPr>
        <w:spacing w:after="0"/>
        <w:ind w:left="360"/>
        <w:shd w:val="clear" w:color="auto" w:fill="F2F2F2"/>
      </w:pPr>
      <w:r>
        <w:rPr>
          <w:rFonts w:ascii="Consolas" w:hAnsi="Consolas"/>
          <w:sz w:val="18"/>
        </w:rPr>
        <w:t>$ uv run pytest -v -x</w:t>
      </w:r>
    </w:p>
    <w:p>
      <w:pPr>
        <w:spacing w:after="0"/>
        <w:ind w:left="360"/>
        <w:shd w:val="clear" w:color="auto" w:fill="F2F2F2"/>
      </w:pPr>
      <w:r>
        <w:rPr>
          <w:rFonts w:ascii="Consolas" w:hAnsi="Consolas"/>
          <w:sz w:val="18"/>
        </w:rPr>
        <w:t>========================== test session starts ==========================</w:t>
      </w:r>
    </w:p>
    <w:p>
      <w:pPr>
        <w:spacing w:after="0"/>
        <w:ind w:left="360"/>
        <w:shd w:val="clear" w:color="auto" w:fill="F2F2F2"/>
      </w:pPr>
      <w:r>
        <w:rPr>
          <w:rFonts w:ascii="Consolas" w:hAnsi="Consolas"/>
          <w:sz w:val="18"/>
        </w:rPr>
        <w:t>platform darwin -- Python 3.14.4, pytest-9.0.3, pluggy-1.6.0</w:t>
      </w:r>
    </w:p>
    <w:p>
      <w:pPr>
        <w:spacing w:after="0"/>
        <w:ind w:left="360"/>
        <w:shd w:val="clear" w:color="auto" w:fill="F2F2F2"/>
      </w:pPr>
      <w:r>
        <w:rPr>
          <w:rFonts w:ascii="Consolas" w:hAnsi="Consolas"/>
          <w:sz w:val="18"/>
        </w:rPr>
        <w:t>cachedir: .pytest_cache</w:t>
      </w:r>
    </w:p>
    <w:p>
      <w:pPr>
        <w:spacing w:after="0"/>
        <w:ind w:left="360"/>
        <w:shd w:val="clear" w:color="auto" w:fill="F2F2F2"/>
      </w:pPr>
      <w:r>
        <w:rPr>
          <w:rFonts w:ascii="Consolas" w:hAnsi="Consolas"/>
          <w:sz w:val="18"/>
        </w:rPr>
        <w:t>rootdir: Python-Automation-Cookbook/ch15</w:t>
      </w:r>
    </w:p>
    <w:p>
      <w:pPr>
        <w:spacing w:after="0"/>
        <w:ind w:left="360"/>
        <w:shd w:val="clear" w:color="auto" w:fill="F2F2F2"/>
      </w:pPr>
      <w:r>
        <w:rPr>
          <w:rFonts w:ascii="Consolas" w:hAnsi="Consolas"/>
          <w:sz w:val="18"/>
        </w:rPr>
        <w:t>collected 18 items</w:t>
      </w:r>
    </w:p>
    <w:p>
      <w:pPr>
        <w:spacing w:after="0"/>
        <w:ind w:left="360"/>
        <w:shd w:val="clear" w:color="auto" w:fill="F2F2F2"/>
      </w:pPr>
      <w:r>
        <w:rPr>
          <w:rFonts w:ascii="Consolas" w:hAnsi="Consolas"/>
          <w:sz w:val="18"/>
        </w:rPr>
        <w:t>tests/test_case.py::test_one PASSED                                [  5%]</w:t>
      </w:r>
    </w:p>
    <w:p>
      <w:pPr>
        <w:spacing w:after="0"/>
        <w:ind w:left="360"/>
        <w:shd w:val="clear" w:color="auto" w:fill="F2F2F2"/>
      </w:pPr>
      <w:r>
        <w:rPr>
          <w:rFonts w:ascii="Consolas" w:hAnsi="Consolas"/>
          <w:sz w:val="18"/>
        </w:rPr>
        <w:t>tests/test_case.py::test_two PASSED                                [ 11%]</w:t>
      </w:r>
    </w:p>
    <w:p>
      <w:pPr>
        <w:spacing w:after="0"/>
        <w:ind w:left="360"/>
        <w:shd w:val="clear" w:color="auto" w:fill="F2F2F2"/>
      </w:pPr>
      <w:r>
        <w:rPr>
          <w:rFonts w:ascii="Consolas" w:hAnsi="Consolas"/>
          <w:sz w:val="18"/>
        </w:rPr>
        <w:t>tests/test_case.py::test_three PASSED                              [ 16%]</w:t>
      </w:r>
    </w:p>
    <w:p>
      <w:pPr>
        <w:spacing w:after="0"/>
        <w:ind w:left="360"/>
        <w:shd w:val="clear" w:color="auto" w:fill="F2F2F2"/>
      </w:pPr>
      <w:r>
        <w:rPr>
          <w:rFonts w:ascii="Consolas" w:hAnsi="Consolas"/>
          <w:sz w:val="18"/>
        </w:rPr>
        <w:t>tests/test_case.py::test_fail FAILED                               [ 22%]</w:t>
      </w:r>
    </w:p>
    <w:p>
      <w:pPr>
        <w:spacing w:after="0"/>
        <w:ind w:left="360"/>
        <w:shd w:val="clear" w:color="auto" w:fill="F2F2F2"/>
      </w:pPr>
      <w:r>
        <w:rPr>
          <w:rFonts w:ascii="Consolas" w:hAnsi="Consolas"/>
          <w:sz w:val="18"/>
        </w:rPr>
        <w:t>================================ FAILURES ===============================</w:t>
      </w:r>
    </w:p>
    <w:p>
      <w:pPr>
        <w:spacing w:after="0"/>
        <w:ind w:left="360"/>
        <w:shd w:val="clear" w:color="auto" w:fill="F2F2F2"/>
      </w:pPr>
      <w:r>
        <w:rPr>
          <w:rFonts w:ascii="Consolas" w:hAnsi="Consolas"/>
          <w:sz w:val="18"/>
        </w:rPr>
        <w:t>_______________________________ test_fail _______________________________</w:t>
      </w:r>
    </w:p>
    <w:p>
      <w:pPr>
        <w:spacing w:after="0"/>
        <w:ind w:left="360"/>
        <w:shd w:val="clear" w:color="auto" w:fill="F2F2F2"/>
      </w:pPr>
      <w:r>
        <w:rPr>
          <w:rFonts w:ascii="Consolas" w:hAnsi="Consolas"/>
          <w:sz w:val="18"/>
        </w:rPr>
        <w:t xml:space="preserve">    def test_fail():</w:t>
      </w:r>
    </w:p>
    <w:p>
      <w:pPr>
        <w:spacing w:after="0"/>
        <w:ind w:left="360"/>
        <w:shd w:val="clear" w:color="auto" w:fill="F2F2F2"/>
      </w:pPr>
      <w:r>
        <w:rPr>
          <w:rFonts w:ascii="Consolas" w:hAnsi="Consolas"/>
          <w:sz w:val="18"/>
        </w:rPr>
        <w:t>&gt;       assert 4 in LIST</w:t>
      </w:r>
    </w:p>
    <w:p>
      <w:pPr>
        <w:spacing w:after="0"/>
        <w:ind w:left="360"/>
        <w:shd w:val="clear" w:color="auto" w:fill="F2F2F2"/>
      </w:pPr>
      <w:r>
        <w:rPr>
          <w:rFonts w:ascii="Consolas" w:hAnsi="Consolas"/>
          <w:sz w:val="18"/>
        </w:rPr>
        <w:t>E       assert 4 in [1, 2, 3]</w:t>
      </w:r>
    </w:p>
    <w:p>
      <w:pPr>
        <w:spacing w:after="0"/>
        <w:ind w:left="360"/>
        <w:shd w:val="clear" w:color="auto" w:fill="F2F2F2"/>
      </w:pPr>
      <w:r>
        <w:rPr>
          <w:rFonts w:ascii="Consolas" w:hAnsi="Consolas"/>
          <w:sz w:val="18"/>
        </w:rPr>
        <w:t>tests/test_case.py:18: AssertionError</w:t>
      </w:r>
    </w:p>
    <w:p>
      <w:pPr>
        <w:spacing w:after="0"/>
        <w:ind w:left="360"/>
        <w:shd w:val="clear" w:color="auto" w:fill="F2F2F2"/>
      </w:pPr>
      <w:r>
        <w:rPr>
          <w:rFonts w:ascii="Consolas" w:hAnsi="Consolas"/>
          <w:sz w:val="18"/>
        </w:rPr>
        <w:t>======================== short test summary info ========================</w:t>
      </w:r>
    </w:p>
    <w:p>
      <w:pPr>
        <w:spacing w:after="0"/>
        <w:ind w:left="360"/>
        <w:shd w:val="clear" w:color="auto" w:fill="F2F2F2"/>
      </w:pPr>
      <w:r>
        <w:rPr>
          <w:rFonts w:ascii="Consolas" w:hAnsi="Consolas"/>
          <w:sz w:val="18"/>
        </w:rPr>
        <w:t>FAILED tests/test_case.py::test_fail - assert 4 in [1, 2, 3]</w:t>
      </w:r>
    </w:p>
    <w:p>
      <w:pPr>
        <w:spacing w:after="0"/>
        <w:ind w:left="360"/>
        <w:shd w:val="clear" w:color="auto" w:fill="F2F2F2"/>
      </w:pPr>
      <w:r>
        <w:rPr>
          <w:rFonts w:ascii="Consolas" w:hAnsi="Consolas"/>
          <w:sz w:val="18"/>
        </w:rPr>
        <w:t>!!!!!!!!!!!!!!!!!!!!!!! stopping after 1 failures !!!!!!!!!!!!!!!!!!!!!!!!</w:t>
      </w:r>
    </w:p>
    <w:p>
      <w:pPr>
        <w:spacing w:after="0"/>
        <w:ind w:left="360"/>
        <w:shd w:val="clear" w:color="auto" w:fill="F2F2F2"/>
      </w:pPr>
      <w:r>
        <w:rPr>
          <w:rFonts w:ascii="Consolas" w:hAnsi="Consolas"/>
          <w:sz w:val="18"/>
        </w:rPr>
        <w:t>====================== 1 failed, 3 passed in 0.26s ======================</w:t>
      </w:r>
    </w:p>
    <w:p>
      <w:pPr>
        <w:spacing w:after="40"/>
      </w:pPr>
    </w:p>
    <w:p>
      <w:pPr>
        <w:spacing w:after="80"/>
      </w:pPr>
      <w:r>
        <w:rPr>
          <w:b w:val="0"/>
          <w:i w:val="0"/>
        </w:rPr>
        <w:t xml:space="preserve">Khi phát triển, người ta thường lặp đi lặp lại một bài kiểm thử hoặc một số ít bài kiểm thử để sửa chúng. Trong những tình huống này, </w:t>
      </w:r>
      <w:r>
        <w:rPr>
          <w:rFonts w:ascii="Consolas" w:hAnsi="Consolas"/>
          <w:b w:val="0"/>
          <w:i w:val="0"/>
          <w:sz w:val="20"/>
        </w:rPr>
        <w:br/>
        <w:br/>
        <w:t xml:space="preserve">      , ‑‑lf</w:t>
        <w:br/>
        <w:t xml:space="preserve">     </w:t>
        <w:br/>
      </w:r>
      <w:r>
        <w:rPr>
          <w:b w:val="0"/>
          <w:i w:val="0"/>
        </w:rPr>
        <w:t xml:space="preserve"> có thể giúp ích rất nhiều bằng cách chạy toàn bộ bộ kiểm thử một lần, rồi lặp lại chỉ với những bài kiểm thử thất bại. Khi mã được sửa, những bài kiểm thử đã vượt qua sẽ bị loại khỏi nhóm thực thi, cho đến khi cuối cùng bài kiểm thử cuối cùng vượt qua. Sau đó, </w:t>
      </w:r>
      <w:r>
        <w:rPr>
          <w:rFonts w:ascii="Consolas" w:hAnsi="Consolas"/>
          <w:b w:val="0"/>
          <w:i w:val="0"/>
          <w:sz w:val="20"/>
        </w:rPr>
        <w:br/>
        <w:br/>
        <w:t xml:space="preserve">      ‑‑lf</w:t>
        <w:br/>
        <w:t xml:space="preserve">     </w:t>
        <w:br/>
      </w:r>
      <w:r>
        <w:rPr>
          <w:b w:val="0"/>
          <w:i w:val="0"/>
        </w:rPr>
        <w:t xml:space="preserve"> sẽ chạy lại tất cả các bài kiểm thử.</w:t>
      </w:r>
    </w:p>
    <w:p>
      <w:pPr>
        <w:spacing w:after="80"/>
      </w:pPr>
      <w:r>
        <w:rPr>
          <w:b/>
          <w:i w:val="0"/>
        </w:rPr>
        <w:t>Mẹo</w:t>
      </w:r>
    </w:p>
    <w:p>
      <w:pPr>
        <w:spacing w:after="80"/>
      </w:pPr>
      <w:r>
        <w:rPr>
          <w:b w:val="0"/>
          <w:i w:val="0"/>
        </w:rPr>
        <w:t>Với số lượng bài kiểm thử ít trong một bộ kiểm thử, hầu hết những lời khuyên này sẽ không cần thiết, vì các bài kiểm thử sẽ chạy rất nhanh. Khi số lượng bài kiểm thử tăng lên, việc dùng các tham số này trở nên quan trọng hơn để không lãng phí thời gian chạy những bài kiểm thử không liên quan trực tiếp đến phần mã cụ thể đang được phát triển. Chỉ cần nhớ chạy toàn bộ bộ kiểm thử một lần vào cuối để đảm bảo rằng những thay đổi của bạn không gây ảnh hưởng phá vỡ một phần mã bất ngờ nào đó. Điều này xảy ra nhiều hơn mức mà các lập trình viên mong muốn!</w:t>
      </w:r>
    </w:p>
    <w:p>
      <w:pPr>
        <w:spacing w:after="80"/>
      </w:pPr>
      <w:r>
        <w:rPr>
          <w:b w:val="0"/>
          <w:i w:val="0"/>
        </w:rPr>
        <w:t>Các công cụ GenAI hoạt động bằng cách lặp qua việc chạy các bài kiểm thử và điều chỉnh mã cũng được hưởng lợi từ thời gian thực thi ngắn hơn.</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Viết và thực thi ca kiểm thử </w:t>
      </w:r>
      <w:r>
        <w:rPr>
          <w:b w:val="0"/>
          <w:i w:val="0"/>
        </w:rPr>
        <w:t>, ở phần trước trong chương này, để tìm hiểu những kiến thức cơ bản về cách định nghĩa các bài kiểm thử</w:t>
      </w:r>
    </w:p>
    <w:p>
      <w:pPr>
        <w:spacing w:after="80"/>
        <w:ind w:left="360"/>
      </w:pPr>
      <w:r>
        <w:t xml:space="preserve">• </w:t>
      </w:r>
      <w:r>
        <w:rPr>
          <w:b w:val="0"/>
          <w:i w:val="0"/>
        </w:rPr>
        <w:t xml:space="preserve">Công thức </w:t>
      </w:r>
      <w:r>
        <w:rPr>
          <w:b w:val="0"/>
          <w:i/>
        </w:rPr>
        <w:t xml:space="preserve"> Kiểm thử mã bên ngoài </w:t>
      </w:r>
      <w:r>
        <w:rPr>
          <w:b w:val="0"/>
          <w:i w:val="0"/>
        </w:rPr>
        <w:t>, ở phần trước trong chương này, để tìm hiểu cách kiểm thử mã trong các mô-đun khác</w:t>
      </w:r>
    </w:p>
    <w:p>
      <w:pPr>
        <w:pStyle w:val="Heading2"/>
      </w:pPr>
      <w:r>
        <w:rPr>
          <w:rFonts w:ascii="Calibri" w:hAnsi="Calibri"/>
          <w:b/>
          <w:i w:val="0"/>
          <w:sz w:val="32"/>
        </w:rPr>
        <w:t>Hiểu về độ bao phủ của các bài kiểm thử</w:t>
      </w:r>
    </w:p>
    <w:p>
      <w:pPr>
        <w:spacing w:after="80"/>
      </w:pPr>
      <w:r>
        <w:rPr>
          <w:b w:val="0"/>
          <w:i w:val="0"/>
        </w:rPr>
        <w:t xml:space="preserve">Bên cạnh những tính năng mà </w:t>
      </w:r>
      <w:r>
        <w:rPr>
          <w:rFonts w:ascii="Consolas" w:hAnsi="Consolas"/>
          <w:b w:val="0"/>
          <w:i w:val="0"/>
          <w:sz w:val="20"/>
        </w:rPr>
        <w:br/>
        <w:br/>
        <w:t xml:space="preserve">      pytest</w:t>
        <w:br/>
        <w:t xml:space="preserve">     </w:t>
        <w:br/>
      </w:r>
      <w:r>
        <w:rPr>
          <w:b w:val="0"/>
          <w:i w:val="0"/>
        </w:rPr>
        <w:t xml:space="preserve"> có, nó còn sở hữu một hệ sinh thái plugin vô cùng sôi động, cho phép mở rộng khả năng của mình. Một trong số đó cho phép kiểm tra độ bao phủ (coverage) của các bài test, giúp hiểu rõ liệu có phần nào trong code mà các test case chưa chạm tới hay không, từ đó lấp đầy những khoảng trống đó.</w:t>
      </w:r>
    </w:p>
    <w:p>
      <w:pPr>
        <w:pStyle w:val="Heading3"/>
      </w:pPr>
      <w:r>
        <w:rPr>
          <w:rFonts w:ascii="Calibri" w:hAnsi="Calibri"/>
          <w:b/>
          <w:i w:val="0"/>
          <w:sz w:val="26"/>
        </w:rPr>
        <w:t>Chuẩn bị</w:t>
      </w:r>
    </w:p>
    <w:p>
      <w:pPr>
        <w:spacing w:after="80"/>
      </w:pPr>
      <w:r>
        <w:rPr>
          <w:b w:val="0"/>
          <w:i w:val="0"/>
        </w:rPr>
        <w:t xml:space="preserve">Như thường lệ, chúng ta sẽ dùng mô-đun </w:t>
      </w:r>
      <w:r>
        <w:rPr>
          <w:rFonts w:ascii="Consolas" w:hAnsi="Consolas"/>
          <w:b w:val="0"/>
          <w:i w:val="0"/>
          <w:sz w:val="20"/>
        </w:rPr>
        <w:br/>
        <w:br/>
        <w:t xml:space="preserve">      pytest</w:t>
        <w:br/>
        <w:t xml:space="preserve">     </w:t>
        <w:br/>
      </w:r>
      <w:r>
        <w:rPr>
          <w:b w:val="0"/>
          <w:i w:val="0"/>
        </w:rPr>
        <w:t xml:space="preserve"> và thêm plugin </w:t>
      </w:r>
      <w:r>
        <w:rPr>
          <w:rFonts w:ascii="Consolas" w:hAnsi="Consolas"/>
          <w:b w:val="0"/>
          <w:i w:val="0"/>
          <w:sz w:val="20"/>
        </w:rPr>
        <w:br/>
        <w:br/>
        <w:t xml:space="preserve">      pytest‑cov</w:t>
        <w:br/>
        <w:t xml:space="preserve">     </w:t>
        <w:br/>
      </w:r>
      <w:r>
        <w:rPr>
          <w:b w:val="0"/>
          <w:i w:val="0"/>
        </w:rPr>
        <w:t xml:space="preserve"> . Chúng ta nên cài đặt các mô-đun này bằng cách thêm chúng vào file </w:t>
      </w:r>
      <w:r>
        <w:rPr>
          <w:rFonts w:ascii="Consolas" w:hAnsi="Consolas"/>
          <w:b w:val="0"/>
          <w:i w:val="0"/>
          <w:sz w:val="20"/>
        </w:rPr>
        <w:br/>
        <w:br/>
        <w:t xml:space="preserve">      requirements.txt</w:t>
        <w:br/>
        <w:t xml:space="preserve">     </w:t>
        <w:br/>
      </w:r>
      <w:r>
        <w:rPr>
          <w:b w:val="0"/>
          <w:i w:val="0"/>
        </w:rPr>
        <w:t xml:space="preserve"> như sau:</w:t>
      </w:r>
    </w:p>
    <w:p>
      <w:pPr>
        <w:spacing w:after="0"/>
        <w:ind w:left="360"/>
        <w:shd w:val="clear" w:color="auto" w:fill="F2F2F2"/>
      </w:pPr>
      <w:r>
        <w:rPr>
          <w:rFonts w:ascii="Consolas" w:hAnsi="Consolas"/>
          <w:sz w:val="18"/>
        </w:rPr>
        <w:t>$ echo "requests==2.33.1" &gt;&gt; requirements.txt</w:t>
      </w:r>
    </w:p>
    <w:p>
      <w:pPr>
        <w:spacing w:after="0"/>
        <w:ind w:left="360"/>
        <w:shd w:val="clear" w:color="auto" w:fill="F2F2F2"/>
      </w:pPr>
      <w:r>
        <w:rPr>
          <w:rFonts w:ascii="Consolas" w:hAnsi="Consolas"/>
          <w:sz w:val="18"/>
        </w:rPr>
        <w:t>$ echo "responses==0.26.0" &gt;&gt; requirements.txt</w:t>
      </w:r>
    </w:p>
    <w:p>
      <w:pPr>
        <w:spacing w:after="0"/>
        <w:ind w:left="360"/>
        <w:shd w:val="clear" w:color="auto" w:fill="F2F2F2"/>
      </w:pPr>
      <w:r>
        <w:rPr>
          <w:rFonts w:ascii="Consolas" w:hAnsi="Consolas"/>
          <w:sz w:val="18"/>
        </w:rPr>
        <w:t>$ echo "freezegun==1.5.5" &gt;&gt; requirements.txt</w:t>
      </w:r>
    </w:p>
    <w:p>
      <w:pPr>
        <w:spacing w:after="0"/>
        <w:ind w:left="360"/>
        <w:shd w:val="clear" w:color="auto" w:fill="F2F2F2"/>
      </w:pPr>
      <w:r>
        <w:rPr>
          <w:rFonts w:ascii="Consolas" w:hAnsi="Consolas"/>
          <w:sz w:val="18"/>
        </w:rPr>
        <w:t>$ echo "pytest-cov==7.1.0" &gt;&gt; requirements.txt</w:t>
      </w:r>
    </w:p>
    <w:p>
      <w:pPr>
        <w:spacing w:after="0"/>
        <w:ind w:left="360"/>
        <w:shd w:val="clear" w:color="auto" w:fill="F2F2F2"/>
      </w:pPr>
      <w:r>
        <w:rPr>
          <w:rFonts w:ascii="Consolas" w:hAnsi="Consolas"/>
          <w:sz w:val="18"/>
        </w:rPr>
        <w:t>$ uv pip install -r requirements.txt</w:t>
      </w:r>
    </w:p>
    <w:p>
      <w:pPr>
        <w:spacing w:after="40"/>
      </w:pPr>
    </w:p>
    <w:p>
      <w:pPr>
        <w:spacing w:after="80"/>
      </w:pPr>
      <w:r>
        <w:rPr>
          <w:b w:val="0"/>
          <w:i w:val="0"/>
        </w:rPr>
        <w:t xml:space="preserve">Chúng ta sẽ dùng các file test đã giới thiệu trong những công thức trước của chương này. Bạn có thể tải chúng từ kho GitHub, trong các thư mục con </w:t>
      </w:r>
      <w:r>
        <w:rPr>
          <w:rFonts w:ascii="Consolas" w:hAnsi="Consolas"/>
          <w:b w:val="0"/>
          <w:i w:val="0"/>
          <w:sz w:val="20"/>
        </w:rPr>
        <w:br/>
        <w:br/>
        <w:t xml:space="preserve">      tests</w:t>
        <w:br/>
        <w:t xml:space="preserve">     </w:t>
        <w:br/>
      </w:r>
      <w:r>
        <w:rPr>
          <w:b w:val="0"/>
          <w:i w:val="0"/>
        </w:rPr>
        <w:t xml:space="preserve"> và </w:t>
      </w:r>
      <w:r>
        <w:rPr>
          <w:rFonts w:ascii="Consolas" w:hAnsi="Consolas"/>
          <w:b w:val="0"/>
          <w:i w:val="0"/>
          <w:sz w:val="20"/>
        </w:rPr>
        <w:br/>
        <w:br/>
        <w:t xml:space="preserve">      external_code</w:t>
        <w:br/>
        <w:t xml:space="preserve">     </w:t>
        <w:br/>
      </w:r>
      <w:r>
        <w:rPr>
          <w:b w:val="0"/>
          <w:i w:val="0"/>
        </w:rPr>
        <w:t xml:space="preserve"> :</w:t>
      </w:r>
    </w:p>
    <w:p>
      <w:pPr>
        <w:spacing w:after="0"/>
        <w:ind w:left="360"/>
        <w:shd w:val="clear" w:color="auto" w:fill="F2F2F2"/>
      </w:pPr>
      <w:r>
        <w:rPr>
          <w:rFonts w:ascii="Consolas" w:hAnsi="Consolas"/>
          <w:sz w:val="18"/>
        </w:rPr>
        <w:t>├── external_code</w:t>
      </w:r>
    </w:p>
    <w:p>
      <w:pPr>
        <w:spacing w:after="0"/>
        <w:ind w:left="360"/>
        <w:shd w:val="clear" w:color="auto" w:fill="F2F2F2"/>
      </w:pPr>
      <w:r>
        <w:rPr>
          <w:rFonts w:ascii="Consolas" w:hAnsi="Consolas"/>
          <w:sz w:val="18"/>
        </w:rPr>
        <w:t>│   ├── __init__.py</w:t>
      </w:r>
    </w:p>
    <w:p>
      <w:pPr>
        <w:spacing w:after="0"/>
        <w:ind w:left="360"/>
        <w:shd w:val="clear" w:color="auto" w:fill="F2F2F2"/>
      </w:pPr>
      <w:r>
        <w:rPr>
          <w:rFonts w:ascii="Consolas" w:hAnsi="Consolas"/>
          <w:sz w:val="18"/>
        </w:rPr>
        <w:t>│   ├── code_fixtures.py</w:t>
      </w:r>
    </w:p>
    <w:p>
      <w:pPr>
        <w:spacing w:after="0"/>
        <w:ind w:left="360"/>
        <w:shd w:val="clear" w:color="auto" w:fill="F2F2F2"/>
      </w:pPr>
      <w:r>
        <w:rPr>
          <w:rFonts w:ascii="Consolas" w:hAnsi="Consolas"/>
          <w:sz w:val="18"/>
        </w:rPr>
        <w:t>│   ├── code_requests.py</w:t>
      </w:r>
    </w:p>
    <w:p>
      <w:pPr>
        <w:spacing w:after="0"/>
        <w:ind w:left="360"/>
        <w:shd w:val="clear" w:color="auto" w:fill="F2F2F2"/>
      </w:pPr>
      <w:r>
        <w:rPr>
          <w:rFonts w:ascii="Consolas" w:hAnsi="Consolas"/>
          <w:sz w:val="18"/>
        </w:rPr>
        <w:t>│   ├── dependencies.py</w:t>
      </w:r>
    </w:p>
    <w:p>
      <w:pPr>
        <w:spacing w:after="0"/>
        <w:ind w:left="360"/>
        <w:shd w:val="clear" w:color="auto" w:fill="F2F2F2"/>
      </w:pPr>
      <w:r>
        <w:rPr>
          <w:rFonts w:ascii="Consolas" w:hAnsi="Consolas"/>
          <w:sz w:val="18"/>
        </w:rPr>
        <w:t>│   └── external.py</w:t>
      </w:r>
    </w:p>
    <w:p>
      <w:pPr>
        <w:spacing w:after="0"/>
        <w:ind w:left="360"/>
        <w:shd w:val="clear" w:color="auto" w:fill="F2F2F2"/>
      </w:pPr>
      <w:r>
        <w:rPr>
          <w:rFonts w:ascii="Consolas" w:hAnsi="Consolas"/>
          <w:sz w:val="18"/>
        </w:rPr>
        <w:t>├── conftest.py</w:t>
      </w:r>
    </w:p>
    <w:p>
      <w:pPr>
        <w:spacing w:after="0"/>
        <w:ind w:left="360"/>
        <w:shd w:val="clear" w:color="auto" w:fill="F2F2F2"/>
      </w:pPr>
      <w:r>
        <w:rPr>
          <w:rFonts w:ascii="Consolas" w:hAnsi="Consolas"/>
          <w:sz w:val="18"/>
        </w:rPr>
        <w:t>└── tests</w:t>
      </w:r>
    </w:p>
    <w:p>
      <w:pPr>
        <w:spacing w:after="0"/>
        <w:ind w:left="360"/>
        <w:shd w:val="clear" w:color="auto" w:fill="F2F2F2"/>
      </w:pPr>
      <w:r>
        <w:rPr>
          <w:rFonts w:ascii="Consolas" w:hAnsi="Consolas"/>
          <w:sz w:val="18"/>
        </w:rPr>
        <w:t xml:space="preserve">    ├── test_case.py</w:t>
      </w:r>
    </w:p>
    <w:p>
      <w:pPr>
        <w:spacing w:after="0"/>
        <w:ind w:left="360"/>
        <w:shd w:val="clear" w:color="auto" w:fill="F2F2F2"/>
      </w:pPr>
      <w:r>
        <w:rPr>
          <w:rFonts w:ascii="Consolas" w:hAnsi="Consolas"/>
          <w:sz w:val="18"/>
        </w:rPr>
        <w:t xml:space="preserve">    ├── test_dependencies.py</w:t>
      </w:r>
    </w:p>
    <w:p>
      <w:pPr>
        <w:spacing w:after="0"/>
        <w:ind w:left="360"/>
        <w:shd w:val="clear" w:color="auto" w:fill="F2F2F2"/>
      </w:pPr>
      <w:r>
        <w:rPr>
          <w:rFonts w:ascii="Consolas" w:hAnsi="Consolas"/>
          <w:sz w:val="18"/>
        </w:rPr>
        <w:t xml:space="preserve">    ├── test_external.py</w:t>
      </w:r>
    </w:p>
    <w:p>
      <w:pPr>
        <w:spacing w:after="0"/>
        <w:ind w:left="360"/>
        <w:shd w:val="clear" w:color="auto" w:fill="F2F2F2"/>
      </w:pPr>
      <w:r>
        <w:rPr>
          <w:rFonts w:ascii="Consolas" w:hAnsi="Consolas"/>
          <w:sz w:val="18"/>
        </w:rPr>
        <w:t xml:space="preserve">    ├── test_fixtures.py</w:t>
      </w:r>
    </w:p>
    <w:p>
      <w:pPr>
        <w:spacing w:after="0"/>
        <w:ind w:left="360"/>
        <w:shd w:val="clear" w:color="auto" w:fill="F2F2F2"/>
      </w:pPr>
      <w:r>
        <w:rPr>
          <w:rFonts w:ascii="Consolas" w:hAnsi="Consolas"/>
          <w:sz w:val="18"/>
        </w:rPr>
        <w:t xml:space="preserve">    ├── test_requests.py</w:t>
      </w:r>
    </w:p>
    <w:p>
      <w:pPr>
        <w:spacing w:after="0"/>
        <w:ind w:left="360"/>
        <w:shd w:val="clear" w:color="auto" w:fill="F2F2F2"/>
      </w:pPr>
      <w:r>
        <w:rPr>
          <w:rFonts w:ascii="Consolas" w:hAnsi="Consolas"/>
          <w:sz w:val="18"/>
        </w:rPr>
        <w:t xml:space="preserve">    └── test_requests_time.py</w:t>
      </w:r>
    </w:p>
    <w:p>
      <w:pPr>
        <w:spacing w:after="40"/>
      </w:pPr>
    </w:p>
    <w:p>
      <w:pPr>
        <w:pStyle w:val="Heading3"/>
      </w:pPr>
      <w:r>
        <w:rPr>
          <w:rFonts w:ascii="Calibri" w:hAnsi="Calibri"/>
          <w:b/>
          <w:i w:val="0"/>
          <w:sz w:val="26"/>
        </w:rPr>
        <w:t>Cách thực hiện...</w:t>
      </w:r>
    </w:p>
    <w:p>
      <w:pPr>
        <w:spacing w:after="80"/>
        <w:ind w:left="360"/>
      </w:pPr>
      <w:r>
        <w:t xml:space="preserve">1. </w:t>
      </w:r>
      <w:r>
        <w:rPr>
          <w:b w:val="0"/>
          <w:i w:val="0"/>
        </w:rPr>
        <w:t xml:space="preserve">Chạy tất cả test với đối số </w:t>
      </w:r>
      <w:r>
        <w:rPr>
          <w:rFonts w:ascii="Consolas" w:hAnsi="Consolas"/>
          <w:b w:val="0"/>
          <w:i w:val="0"/>
          <w:sz w:val="20"/>
        </w:rPr>
        <w:br/>
        <w:br/>
        <w:t xml:space="preserve">       –cov</w:t>
        <w:br/>
        <w:t xml:space="preserve">      </w:t>
        <w:br/>
      </w:r>
      <w:r>
        <w:rPr>
          <w:b w:val="0"/>
          <w:i w:val="0"/>
        </w:rPr>
        <w:t xml:space="preserve"> . Thao tác này sẽ hiển thị độ bao phủ dưới dạng bảng ở cuối lần chạy test.</w:t>
      </w:r>
    </w:p>
    <w:p>
      <w:pPr>
        <w:spacing w:after="0"/>
        <w:ind w:left="360"/>
        <w:shd w:val="clear" w:color="auto" w:fill="F2F2F2"/>
      </w:pPr>
      <w:r>
        <w:rPr>
          <w:rFonts w:ascii="Consolas" w:hAnsi="Consolas"/>
          <w:sz w:val="18"/>
        </w:rPr>
        <w:t>$ uv run pytest --cov</w:t>
      </w:r>
    </w:p>
    <w:p>
      <w:pPr>
        <w:spacing w:after="0"/>
        <w:ind w:left="360"/>
        <w:shd w:val="clear" w:color="auto" w:fill="F2F2F2"/>
      </w:pPr>
      <w:r>
        <w:rPr>
          <w:rFonts w:ascii="Consolas" w:hAnsi="Consolas"/>
          <w:sz w:val="18"/>
        </w:rPr>
        <w:t>======================== test session starts ========================</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tests coverage ===========================</w:t>
      </w:r>
    </w:p>
    <w:p>
      <w:pPr>
        <w:spacing w:after="0"/>
        <w:ind w:left="360"/>
        <w:shd w:val="clear" w:color="auto" w:fill="F2F2F2"/>
      </w:pPr>
      <w:r>
        <w:rPr>
          <w:rFonts w:ascii="Consolas" w:hAnsi="Consolas"/>
          <w:sz w:val="18"/>
        </w:rPr>
        <w:t>_________ coverage: platform darwin, python 3.14.5-final-0 __________</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Name                             Stmts   Miss  Cover</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conftest.py                          0      0   100%</w:t>
      </w:r>
    </w:p>
    <w:p>
      <w:pPr>
        <w:spacing w:after="0"/>
        <w:ind w:left="360"/>
        <w:shd w:val="clear" w:color="auto" w:fill="F2F2F2"/>
      </w:pPr>
      <w:r>
        <w:rPr>
          <w:rFonts w:ascii="Consolas" w:hAnsi="Consolas"/>
          <w:sz w:val="18"/>
        </w:rPr>
        <w:t>external_code/__init__.py            0      0   100%</w:t>
      </w:r>
    </w:p>
    <w:p>
      <w:pPr>
        <w:spacing w:after="0"/>
        <w:ind w:left="360"/>
        <w:shd w:val="clear" w:color="auto" w:fill="F2F2F2"/>
      </w:pPr>
      <w:r>
        <w:rPr>
          <w:rFonts w:ascii="Consolas" w:hAnsi="Consolas"/>
          <w:sz w:val="18"/>
        </w:rPr>
        <w:t>external_code/code_fixtures.py      10      0   100%</w:t>
      </w:r>
    </w:p>
    <w:p>
      <w:pPr>
        <w:spacing w:after="0"/>
        <w:ind w:left="360"/>
        <w:shd w:val="clear" w:color="auto" w:fill="F2F2F2"/>
      </w:pPr>
      <w:r>
        <w:rPr>
          <w:rFonts w:ascii="Consolas" w:hAnsi="Consolas"/>
          <w:sz w:val="18"/>
        </w:rPr>
        <w:t>external_code/code_requests.py      11      0   100%</w:t>
      </w:r>
    </w:p>
    <w:p>
      <w:pPr>
        <w:spacing w:after="0"/>
        <w:ind w:left="360"/>
        <w:shd w:val="clear" w:color="auto" w:fill="F2F2F2"/>
      </w:pPr>
      <w:r>
        <w:rPr>
          <w:rFonts w:ascii="Consolas" w:hAnsi="Consolas"/>
          <w:sz w:val="18"/>
        </w:rPr>
        <w:t>external_code/dependencies.py       17      3    82%</w:t>
      </w:r>
    </w:p>
    <w:p>
      <w:pPr>
        <w:spacing w:after="0"/>
        <w:ind w:left="360"/>
        <w:shd w:val="clear" w:color="auto" w:fill="F2F2F2"/>
      </w:pPr>
      <w:r>
        <w:rPr>
          <w:rFonts w:ascii="Consolas" w:hAnsi="Consolas"/>
          <w:sz w:val="18"/>
        </w:rPr>
        <w:t>external_code/external.py            2      0   100%</w:t>
      </w:r>
    </w:p>
    <w:p>
      <w:pPr>
        <w:spacing w:after="0"/>
        <w:ind w:left="360"/>
        <w:shd w:val="clear" w:color="auto" w:fill="F2F2F2"/>
      </w:pPr>
      <w:r>
        <w:rPr>
          <w:rFonts w:ascii="Consolas" w:hAnsi="Consolas"/>
          <w:sz w:val="18"/>
        </w:rPr>
        <w:t>tests/test_case.py                   9      0   100%</w:t>
      </w:r>
    </w:p>
    <w:p>
      <w:pPr>
        <w:spacing w:after="0"/>
        <w:ind w:left="360"/>
        <w:shd w:val="clear" w:color="auto" w:fill="F2F2F2"/>
      </w:pPr>
      <w:r>
        <w:rPr>
          <w:rFonts w:ascii="Consolas" w:hAnsi="Consolas"/>
          <w:sz w:val="18"/>
        </w:rPr>
        <w:t>tests/test_dependencies.py          21      0   100%</w:t>
      </w:r>
    </w:p>
    <w:p>
      <w:pPr>
        <w:spacing w:after="0"/>
        <w:ind w:left="360"/>
        <w:shd w:val="clear" w:color="auto" w:fill="F2F2F2"/>
      </w:pPr>
      <w:r>
        <w:rPr>
          <w:rFonts w:ascii="Consolas" w:hAnsi="Consolas"/>
          <w:sz w:val="18"/>
        </w:rPr>
        <w:t>tests/test_external.py               9      0   100%</w:t>
      </w:r>
    </w:p>
    <w:p>
      <w:pPr>
        <w:spacing w:after="0"/>
        <w:ind w:left="360"/>
        <w:shd w:val="clear" w:color="auto" w:fill="F2F2F2"/>
      </w:pPr>
      <w:r>
        <w:rPr>
          <w:rFonts w:ascii="Consolas" w:hAnsi="Consolas"/>
          <w:sz w:val="18"/>
        </w:rPr>
        <w:t>tests/test_fixtures.py              30      0   100%</w:t>
      </w:r>
    </w:p>
    <w:p>
      <w:pPr>
        <w:spacing w:after="0"/>
        <w:ind w:left="360"/>
        <w:shd w:val="clear" w:color="auto" w:fill="F2F2F2"/>
      </w:pPr>
      <w:r>
        <w:rPr>
          <w:rFonts w:ascii="Consolas" w:hAnsi="Consolas"/>
          <w:sz w:val="18"/>
        </w:rPr>
        <w:t>tests/test_requests.py              19      0   100%</w:t>
      </w:r>
    </w:p>
    <w:p>
      <w:pPr>
        <w:spacing w:after="0"/>
        <w:ind w:left="360"/>
        <w:shd w:val="clear" w:color="auto" w:fill="F2F2F2"/>
      </w:pPr>
      <w:r>
        <w:rPr>
          <w:rFonts w:ascii="Consolas" w:hAnsi="Consolas"/>
          <w:sz w:val="18"/>
        </w:rPr>
        <w:t>tests/test_requests_time.py         13      0   100%</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TOTAL                              141      3    98%</w:t>
      </w:r>
    </w:p>
    <w:p>
      <w:pPr>
        <w:spacing w:after="0"/>
        <w:ind w:left="360"/>
        <w:shd w:val="clear" w:color="auto" w:fill="F2F2F2"/>
      </w:pPr>
      <w:r>
        <w:rPr>
          <w:rFonts w:ascii="Consolas" w:hAnsi="Consolas"/>
          <w:sz w:val="18"/>
        </w:rPr>
        <w:t>====================== short test summary info ======================</w:t>
      </w:r>
    </w:p>
    <w:p>
      <w:pPr>
        <w:spacing w:after="0"/>
        <w:ind w:left="360"/>
        <w:shd w:val="clear" w:color="auto" w:fill="F2F2F2"/>
      </w:pPr>
      <w:r>
        <w:rPr>
          <w:rFonts w:ascii="Consolas" w:hAnsi="Consolas"/>
          <w:sz w:val="18"/>
        </w:rPr>
        <w:t>FAILED tests/test_case.py::test_fail - assert 4 in [1, 2, 3]</w:t>
      </w:r>
    </w:p>
    <w:p>
      <w:pPr>
        <w:spacing w:after="0"/>
        <w:ind w:left="360"/>
        <w:shd w:val="clear" w:color="auto" w:fill="F2F2F2"/>
      </w:pPr>
      <w:r>
        <w:rPr>
          <w:rFonts w:ascii="Consolas" w:hAnsi="Consolas"/>
          <w:sz w:val="18"/>
        </w:rPr>
        <w:t>=================== 1 failed, 17 passed in 0.51s ====================</w:t>
      </w:r>
    </w:p>
    <w:p>
      <w:pPr>
        <w:spacing w:after="40"/>
      </w:pPr>
    </w:p>
    <w:p>
      <w:pPr>
        <w:spacing w:after="80"/>
        <w:ind w:left="360"/>
      </w:pPr>
      <w:r>
        <w:t xml:space="preserve">2. </w:t>
      </w:r>
      <w:r>
        <w:rPr>
          <w:b w:val="0"/>
          <w:i w:val="0"/>
        </w:rPr>
        <w:t>Tạo báo cáo HTML chi tiết hơn:</w:t>
      </w:r>
    </w:p>
    <w:p>
      <w:pPr>
        <w:spacing w:after="0"/>
        <w:ind w:left="360"/>
        <w:shd w:val="clear" w:color="auto" w:fill="F2F2F2"/>
      </w:pPr>
      <w:r>
        <w:rPr>
          <w:rFonts w:ascii="Consolas" w:hAnsi="Consolas"/>
          <w:sz w:val="18"/>
        </w:rPr>
        <w:t>$ uv run pytest --cov --cov-report=html</w:t>
      </w:r>
    </w:p>
    <w:p>
      <w:pPr>
        <w:spacing w:after="0"/>
        <w:ind w:left="360"/>
        <w:shd w:val="clear" w:color="auto" w:fill="F2F2F2"/>
      </w:pPr>
      <w:r>
        <w:rPr>
          <w:rFonts w:ascii="Consolas" w:hAnsi="Consolas"/>
          <w:sz w:val="18"/>
        </w:rPr>
        <w:t>======================== test session starts ========================</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tests coverage ===========================</w:t>
      </w:r>
    </w:p>
    <w:p>
      <w:pPr>
        <w:spacing w:after="0"/>
        <w:ind w:left="360"/>
        <w:shd w:val="clear" w:color="auto" w:fill="F2F2F2"/>
      </w:pPr>
      <w:r>
        <w:rPr>
          <w:rFonts w:ascii="Consolas" w:hAnsi="Consolas"/>
          <w:sz w:val="18"/>
        </w:rPr>
        <w:t>_________ coverage: platform darwin, python 3.14.5-final-0 __________</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Coverage HTML written to dir htmlcov</w:t>
      </w:r>
    </w:p>
    <w:p>
      <w:pPr>
        <w:spacing w:after="0"/>
        <w:ind w:left="360"/>
        <w:shd w:val="clear" w:color="auto" w:fill="F2F2F2"/>
      </w:pPr>
      <w:r>
        <w:rPr>
          <w:rFonts w:ascii="Consolas" w:hAnsi="Consolas"/>
          <w:sz w:val="18"/>
        </w:rPr>
        <w:t>====================== short test summary info ======================</w:t>
      </w:r>
    </w:p>
    <w:p>
      <w:pPr>
        <w:spacing w:after="0"/>
        <w:ind w:left="360"/>
        <w:shd w:val="clear" w:color="auto" w:fill="F2F2F2"/>
      </w:pPr>
      <w:r>
        <w:rPr>
          <w:rFonts w:ascii="Consolas" w:hAnsi="Consolas"/>
          <w:sz w:val="18"/>
        </w:rPr>
        <w:t>FAILED tests/test_case.py::test_fail - assert 4 in [1, 2, 3]</w:t>
      </w:r>
    </w:p>
    <w:p>
      <w:pPr>
        <w:spacing w:after="0"/>
        <w:ind w:left="360"/>
        <w:shd w:val="clear" w:color="auto" w:fill="F2F2F2"/>
      </w:pPr>
      <w:r>
        <w:rPr>
          <w:rFonts w:ascii="Consolas" w:hAnsi="Consolas"/>
          <w:sz w:val="18"/>
        </w:rPr>
        <w:t>=================== 1 failed, 17 passed in 0.50s ====================</w:t>
      </w:r>
    </w:p>
    <w:p>
      <w:pPr>
        <w:spacing w:after="40"/>
      </w:pPr>
    </w:p>
    <w:p>
      <w:pPr>
        <w:spacing w:after="80"/>
        <w:ind w:left="360"/>
      </w:pPr>
      <w:r>
        <w:t xml:space="preserve">3. </w:t>
      </w:r>
      <w:r>
        <w:rPr>
          <w:b w:val="0"/>
          <w:i w:val="0"/>
        </w:rPr>
        <w:t xml:space="preserve">Kiểm tra file HTML được tạo ra, nằm cục bộ trong thư mục </w:t>
      </w:r>
      <w:r>
        <w:rPr>
          <w:rFonts w:ascii="Consolas" w:hAnsi="Consolas"/>
          <w:b w:val="0"/>
          <w:i w:val="0"/>
          <w:sz w:val="20"/>
        </w:rPr>
        <w:br/>
        <w:br/>
        <w:t xml:space="preserve">       htmlcov/index.html</w:t>
        <w:br/>
        <w:t xml:space="preserve">      </w:t>
        <w:br/>
      </w:r>
      <w:r>
        <w:rPr>
          <w:b w:val="0"/>
          <w:i w:val="0"/>
        </w:rPr>
        <w:t xml:space="preserve"> và mở nó trong trình duyệt của bạn.</w:t>
      </w:r>
    </w:p>
    <w:p>
      <w:pPr>
        <w:jc w:val="center"/>
      </w:pPr>
      <w:r>
        <w:drawing>
          <wp:inline xmlns:a="http://schemas.openxmlformats.org/drawingml/2006/main" xmlns:pic="http://schemas.openxmlformats.org/drawingml/2006/picture">
            <wp:extent cx="5486400" cy="4884666"/>
            <wp:docPr id="120" name="Picture 120"/>
            <wp:cNvGraphicFramePr>
              <a:graphicFrameLocks noChangeAspect="1"/>
            </wp:cNvGraphicFramePr>
            <a:graphic>
              <a:graphicData uri="http://schemas.openxmlformats.org/drawingml/2006/picture">
                <pic:pic>
                  <pic:nvPicPr>
                    <pic:cNvPr id="0" name="B36973_15_1.png"/>
                    <pic:cNvPicPr/>
                  </pic:nvPicPr>
                  <pic:blipFill>
                    <a:blip r:embed="rId118"/>
                    <a:stretch>
                      <a:fillRect/>
                    </a:stretch>
                  </pic:blipFill>
                  <pic:spPr>
                    <a:xfrm>
                      <a:off x="0" y="0"/>
                      <a:ext cx="5486400" cy="4884666"/>
                    </a:xfrm>
                    <a:prstGeom prst="rect"/>
                  </pic:spPr>
                </pic:pic>
              </a:graphicData>
            </a:graphic>
          </wp:inline>
        </w:drawing>
      </w:r>
    </w:p>
    <w:p>
      <w:pPr>
        <w:spacing w:after="160"/>
        <w:jc w:val="center"/>
      </w:pPr>
      <w:r>
        <w:rPr>
          <w:rFonts w:ascii="Calibri" w:hAnsi="Calibri"/>
          <w:b w:val="0"/>
          <w:i/>
          <w:sz w:val="19"/>
        </w:rPr>
        <w:t>Hình 15.1: Báo cáo độ bao phủ đầy đủ</w:t>
      </w:r>
    </w:p>
    <w:p>
      <w:pPr>
        <w:spacing w:after="80"/>
        <w:ind w:left="360"/>
      </w:pPr>
      <w:r>
        <w:t xml:space="preserve">4. </w:t>
      </w:r>
      <w:r>
        <w:rPr>
          <w:b w:val="0"/>
          <w:i w:val="0"/>
        </w:rPr>
        <w:t xml:space="preserve">Vào báo cáo </w:t>
      </w:r>
      <w:r>
        <w:rPr>
          <w:rFonts w:ascii="Consolas" w:hAnsi="Consolas"/>
          <w:b w:val="0"/>
          <w:i w:val="0"/>
          <w:sz w:val="20"/>
        </w:rPr>
        <w:br/>
        <w:br/>
        <w:t xml:space="preserve">       external_code/dependencies.py</w:t>
        <w:br/>
        <w:t xml:space="preserve">      </w:t>
        <w:br/>
      </w:r>
      <w:r>
        <w:rPr>
          <w:b w:val="0"/>
          <w:i w:val="0"/>
        </w:rPr>
        <w:t xml:space="preserve"> để xem những dòng còn thiếu:</w:t>
      </w:r>
    </w:p>
    <w:p>
      <w:pPr>
        <w:jc w:val="center"/>
      </w:pPr>
      <w:r>
        <w:drawing>
          <wp:inline xmlns:a="http://schemas.openxmlformats.org/drawingml/2006/main" xmlns:pic="http://schemas.openxmlformats.org/drawingml/2006/picture">
            <wp:extent cx="5486400" cy="5907110"/>
            <wp:docPr id="121" name="Picture 121"/>
            <wp:cNvGraphicFramePr>
              <a:graphicFrameLocks noChangeAspect="1"/>
            </wp:cNvGraphicFramePr>
            <a:graphic>
              <a:graphicData uri="http://schemas.openxmlformats.org/drawingml/2006/picture">
                <pic:pic>
                  <pic:nvPicPr>
                    <pic:cNvPr id="0" name="B36973_15_2.png"/>
                    <pic:cNvPicPr/>
                  </pic:nvPicPr>
                  <pic:blipFill>
                    <a:blip r:embed="rId119"/>
                    <a:stretch>
                      <a:fillRect/>
                    </a:stretch>
                  </pic:blipFill>
                  <pic:spPr>
                    <a:xfrm>
                      <a:off x="0" y="0"/>
                      <a:ext cx="5486400" cy="5907110"/>
                    </a:xfrm>
                    <a:prstGeom prst="rect"/>
                  </pic:spPr>
                </pic:pic>
              </a:graphicData>
            </a:graphic>
          </wp:inline>
        </w:drawing>
      </w:r>
    </w:p>
    <w:p>
      <w:pPr>
        <w:spacing w:after="160"/>
        <w:jc w:val="center"/>
      </w:pPr>
      <w:r>
        <w:rPr>
          <w:rFonts w:ascii="Calibri" w:hAnsi="Calibri"/>
          <w:b w:val="0"/>
          <w:i/>
          <w:sz w:val="19"/>
        </w:rPr>
        <w:t>Hình 15.2: Báo cáo chi tiết cho file dependencies.py</w:t>
      </w:r>
    </w:p>
    <w:p>
      <w:pPr>
        <w:pStyle w:val="Heading3"/>
      </w:pPr>
      <w:r>
        <w:rPr>
          <w:rFonts w:ascii="Calibri" w:hAnsi="Calibri"/>
          <w:b/>
          <w:i w:val="0"/>
          <w:sz w:val="26"/>
        </w:rPr>
        <w:t>Cách nó hoạt động...</w:t>
      </w:r>
    </w:p>
    <w:p>
      <w:pPr>
        <w:spacing w:after="80"/>
      </w:pPr>
      <w:r>
        <w:rPr>
          <w:b w:val="0"/>
          <w:i w:val="0"/>
        </w:rPr>
        <w:t xml:space="preserve">Ở </w:t>
      </w:r>
      <w:r>
        <w:rPr>
          <w:b w:val="0"/>
          <w:i/>
        </w:rPr>
        <w:t xml:space="preserve"> bước 1 </w:t>
      </w:r>
      <w:r>
        <w:rPr>
          <w:b w:val="0"/>
          <w:i w:val="0"/>
        </w:rPr>
        <w:t xml:space="preserve"> , chúng ta gọi plugin coverage trong </w:t>
      </w:r>
      <w:r>
        <w:rPr>
          <w:rFonts w:ascii="Consolas" w:hAnsi="Consolas"/>
          <w:b w:val="0"/>
          <w:i w:val="0"/>
          <w:sz w:val="20"/>
        </w:rPr>
        <w:br/>
        <w:br/>
        <w:t xml:space="preserve">      pytest</w:t>
        <w:br/>
        <w:t xml:space="preserve">     </w:t>
        <w:br/>
      </w:r>
      <w:r>
        <w:rPr>
          <w:b w:val="0"/>
          <w:i w:val="0"/>
        </w:rPr>
        <w:t xml:space="preserve"> . Thao tác này chạy tất cả các test được định nghĩa trong thư mục con và tạo ra báo cáo ngắn gọn cuối cùng, trình bày cái nhìn tổng quan về tất cả các test và những dòng được thực thi trong lần chạy test của chúng ta.</w:t>
      </w:r>
    </w:p>
    <w:p>
      <w:pPr>
        <w:spacing w:after="80"/>
      </w:pPr>
      <w:r>
        <w:rPr>
          <w:b w:val="0"/>
          <w:i w:val="0"/>
        </w:rPr>
        <w:t>Hầu hết các file đều chạy hoàn chỉnh, vì chúng ta bao phủ 100% số dòng code.</w:t>
      </w:r>
    </w:p>
    <w:p>
      <w:pPr>
        <w:spacing w:after="80"/>
      </w:pPr>
      <w:r>
        <w:rPr>
          <w:b w:val="0"/>
          <w:i w:val="0"/>
        </w:rPr>
        <w:t xml:space="preserve">File duy nhất không đạt được điều đó là </w:t>
      </w:r>
      <w:r>
        <w:rPr>
          <w:rFonts w:ascii="Consolas" w:hAnsi="Consolas"/>
          <w:b w:val="0"/>
          <w:i w:val="0"/>
          <w:sz w:val="20"/>
        </w:rPr>
        <w:br/>
        <w:br/>
        <w:t xml:space="preserve">      external_code/dependencies.py</w:t>
        <w:br/>
        <w:t xml:space="preserve">     </w:t>
        <w:br/>
      </w:r>
      <w:r>
        <w:rPr>
          <w:b w:val="0"/>
          <w:i w:val="0"/>
        </w:rPr>
        <w:t xml:space="preserve"> . Để đi sâu vào chi tiết những dòng còn thiếu, chúng ta tạo một báo cáo HTML chi tiết ở </w:t>
      </w:r>
      <w:r>
        <w:rPr>
          <w:b w:val="0"/>
          <w:i/>
        </w:rPr>
        <w:t xml:space="preserve"> bước 2 </w:t>
      </w:r>
      <w:r>
        <w:rPr>
          <w:b w:val="0"/>
          <w:i w:val="0"/>
        </w:rPr>
        <w:t xml:space="preserve"> . Điều này cho phép chúng ta hình dung rõ hơn về quá trình thực thi trong các test của mình.</w:t>
      </w:r>
    </w:p>
    <w:p>
      <w:pPr>
        <w:spacing w:after="80"/>
      </w:pPr>
      <w:r>
        <w:rPr>
          <w:b w:val="0"/>
          <w:i w:val="0"/>
        </w:rPr>
        <w:t>Ở đó, chúng ta có thể thấy những khoảng trống trong các test, được đánh dấu bằng các khối màu đỏ trong báo cáo HTML. Chúng ta đang không kiểm tra rằng kích thước đầu vào có thể là số âm và phải tạo ra lỗi! Chúng ta cũng chưa test trường hợp một shape không được định nghĩa.</w:t>
      </w:r>
    </w:p>
    <w:p>
      <w:pPr>
        <w:spacing w:after="80"/>
      </w:pPr>
      <w:r>
        <w:rPr>
          <w:b w:val="0"/>
          <w:i w:val="0"/>
        </w:rPr>
        <w:t>Để làm được điều đó, chúng ta có thể tạo các bài kiểm thử mới để kiểm tra tất cả những tình huống có thể xảy ra này.</w:t>
      </w:r>
    </w:p>
    <w:p>
      <w:pPr>
        <w:spacing w:after="0"/>
        <w:ind w:left="360"/>
        <w:shd w:val="clear" w:color="auto" w:fill="F2F2F2"/>
      </w:pPr>
      <w:r>
        <w:rPr>
          <w:rFonts w:ascii="Consolas" w:hAnsi="Consolas"/>
          <w:sz w:val="18"/>
        </w:rPr>
        <w:t>def test_negative_dimensionA():</w:t>
      </w:r>
    </w:p>
    <w:p>
      <w:pPr>
        <w:spacing w:after="0"/>
        <w:ind w:left="360"/>
        <w:shd w:val="clear" w:color="auto" w:fill="F2F2F2"/>
      </w:pPr>
      <w:r>
        <w:rPr>
          <w:rFonts w:ascii="Consolas" w:hAnsi="Consolas"/>
          <w:sz w:val="18"/>
        </w:rPr>
        <w:t xml:space="preserve">    with pytest.raises(ValueError):</w:t>
      </w:r>
    </w:p>
    <w:p>
      <w:pPr>
        <w:spacing w:after="0"/>
        <w:ind w:left="360"/>
        <w:shd w:val="clear" w:color="auto" w:fill="F2F2F2"/>
      </w:pPr>
      <w:r>
        <w:rPr>
          <w:rFonts w:ascii="Consolas" w:hAnsi="Consolas"/>
          <w:sz w:val="18"/>
        </w:rPr>
        <w:t xml:space="preserve">        calculate_area('RECTANGLE', -1, 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test_negative_dimensionB():</w:t>
      </w:r>
    </w:p>
    <w:p>
      <w:pPr>
        <w:spacing w:after="0"/>
        <w:ind w:left="360"/>
        <w:shd w:val="clear" w:color="auto" w:fill="F2F2F2"/>
      </w:pPr>
      <w:r>
        <w:rPr>
          <w:rFonts w:ascii="Consolas" w:hAnsi="Consolas"/>
          <w:sz w:val="18"/>
        </w:rPr>
        <w:t xml:space="preserve">    with pytest.raises(ValueError):</w:t>
      </w:r>
    </w:p>
    <w:p>
      <w:pPr>
        <w:spacing w:after="0"/>
        <w:ind w:left="360"/>
        <w:shd w:val="clear" w:color="auto" w:fill="F2F2F2"/>
      </w:pPr>
      <w:r>
        <w:rPr>
          <w:rFonts w:ascii="Consolas" w:hAnsi="Consolas"/>
          <w:sz w:val="18"/>
        </w:rPr>
        <w:t xml:space="preserve">        calculate_area('RECTANGLE', 1, -1)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test_unkown_shape():</w:t>
      </w:r>
    </w:p>
    <w:p>
      <w:pPr>
        <w:spacing w:after="0"/>
        <w:ind w:left="360"/>
        <w:shd w:val="clear" w:color="auto" w:fill="F2F2F2"/>
      </w:pPr>
      <w:r>
        <w:rPr>
          <w:rFonts w:ascii="Consolas" w:hAnsi="Consolas"/>
          <w:sz w:val="18"/>
        </w:rPr>
        <w:t xml:space="preserve">    with pytest.raises(Exception):</w:t>
      </w:r>
    </w:p>
    <w:p>
      <w:pPr>
        <w:spacing w:after="0"/>
        <w:ind w:left="360"/>
        <w:shd w:val="clear" w:color="auto" w:fill="F2F2F2"/>
      </w:pPr>
      <w:r>
        <w:rPr>
          <w:rFonts w:ascii="Consolas" w:hAnsi="Consolas"/>
          <w:sz w:val="18"/>
        </w:rPr>
        <w:t xml:space="preserve">        calculate_area('TRIANGLE', 1, 1)</w:t>
      </w:r>
    </w:p>
    <w:p>
      <w:pPr>
        <w:spacing w:after="40"/>
      </w:pPr>
    </w:p>
    <w:p>
      <w:pPr>
        <w:spacing w:after="80"/>
      </w:pPr>
      <w:r>
        <w:rPr>
          <w:b w:val="0"/>
          <w:i w:val="0"/>
        </w:rPr>
        <w:t xml:space="preserve">Nếu chúng ta thêm chúng vào </w:t>
      </w:r>
      <w:r>
        <w:rPr>
          <w:rFonts w:ascii="Consolas" w:hAnsi="Consolas"/>
          <w:b w:val="0"/>
          <w:i w:val="0"/>
          <w:sz w:val="20"/>
        </w:rPr>
        <w:br/>
        <w:br/>
        <w:t xml:space="preserve">      test_dependencies.py</w:t>
        <w:br/>
        <w:t xml:space="preserve">     </w:t>
        <w:br/>
      </w:r>
      <w:r>
        <w:rPr>
          <w:b w:val="0"/>
          <w:i w:val="0"/>
        </w:rPr>
        <w:t xml:space="preserve"> và chạy lại, chúng ta sẽ thấy rằng độ bao phủ (coverage) giờ đây đã đạt 100%!</w:t>
      </w:r>
    </w:p>
    <w:p>
      <w:pPr>
        <w:spacing w:after="0"/>
        <w:ind w:left="360"/>
        <w:shd w:val="clear" w:color="auto" w:fill="F2F2F2"/>
      </w:pPr>
      <w:r>
        <w:rPr>
          <w:rFonts w:ascii="Consolas" w:hAnsi="Consolas"/>
          <w:sz w:val="18"/>
        </w:rPr>
        <w:t>$ uv run pytest tests/test_dependencies.py --cov</w:t>
      </w:r>
    </w:p>
    <w:p>
      <w:pPr>
        <w:spacing w:after="0"/>
        <w:ind w:left="360"/>
        <w:shd w:val="clear" w:color="auto" w:fill="F2F2F2"/>
      </w:pPr>
      <w:r>
        <w:rPr>
          <w:rFonts w:ascii="Consolas" w:hAnsi="Consolas"/>
          <w:sz w:val="18"/>
        </w:rPr>
        <w:t>======================== test session starts ========================</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tests coverage ===========================</w:t>
      </w:r>
    </w:p>
    <w:p>
      <w:pPr>
        <w:spacing w:after="0"/>
        <w:ind w:left="360"/>
        <w:shd w:val="clear" w:color="auto" w:fill="F2F2F2"/>
      </w:pPr>
      <w:r>
        <w:rPr>
          <w:rFonts w:ascii="Consolas" w:hAnsi="Consolas"/>
          <w:sz w:val="18"/>
        </w:rPr>
        <w:t>_________ coverage: platform darwin, python 3.14.5-final-0 __________</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Name                            Stmts   Miss  Cover</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conftest.py                         0      0   100%</w:t>
      </w:r>
    </w:p>
    <w:p>
      <w:pPr>
        <w:spacing w:after="0"/>
        <w:ind w:left="360"/>
        <w:shd w:val="clear" w:color="auto" w:fill="F2F2F2"/>
      </w:pPr>
      <w:r>
        <w:rPr>
          <w:rFonts w:ascii="Consolas" w:hAnsi="Consolas"/>
          <w:sz w:val="18"/>
        </w:rPr>
        <w:t>external_code/__init__.py           0      0   100%</w:t>
      </w:r>
    </w:p>
    <w:p>
      <w:pPr>
        <w:spacing w:after="0"/>
        <w:ind w:left="360"/>
        <w:shd w:val="clear" w:color="auto" w:fill="F2F2F2"/>
      </w:pPr>
      <w:r>
        <w:rPr>
          <w:rFonts w:ascii="Consolas" w:hAnsi="Consolas"/>
          <w:sz w:val="18"/>
        </w:rPr>
        <w:t>external_code/dependencies.py      17      0   100%</w:t>
      </w:r>
    </w:p>
    <w:p>
      <w:pPr>
        <w:spacing w:after="0"/>
        <w:ind w:left="360"/>
        <w:shd w:val="clear" w:color="auto" w:fill="F2F2F2"/>
      </w:pPr>
      <w:r>
        <w:rPr>
          <w:rFonts w:ascii="Consolas" w:hAnsi="Consolas"/>
          <w:sz w:val="18"/>
        </w:rPr>
        <w:t>tests/test_dependencies.py         31      0   100%</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TOTAL                              48      0   100%</w:t>
      </w:r>
    </w:p>
    <w:p>
      <w:pPr>
        <w:spacing w:after="0"/>
        <w:ind w:left="360"/>
        <w:shd w:val="clear" w:color="auto" w:fill="F2F2F2"/>
      </w:pPr>
      <w:r>
        <w:rPr>
          <w:rFonts w:ascii="Consolas" w:hAnsi="Consolas"/>
          <w:sz w:val="18"/>
        </w:rPr>
        <w:t>========================= 8 passed in 0.07s =========================</w:t>
      </w:r>
    </w:p>
    <w:p>
      <w:pPr>
        <w:spacing w:after="40"/>
      </w:pPr>
    </w:p>
    <w:p>
      <w:pPr>
        <w:spacing w:after="80"/>
      </w:pPr>
      <w:r>
        <w:rPr>
          <w:b w:val="0"/>
          <w:i w:val="0"/>
        </w:rPr>
        <w:t>Có độ bao phủ tốt mà không có lỗ hổng lớn là một cách tuyệt vời để đảm bảo rằng mã của bạn không bỏ sót bất kỳ kiểm tra rõ ràng nào, và mã được kích hoạt, từ đó hoạt động đúng đắn, nhưng nó không phải là giải pháp cho mọi thứ.</w:t>
      </w:r>
    </w:p>
    <w:p>
      <w:pPr>
        <w:spacing w:after="80"/>
      </w:pPr>
      <w:r>
        <w:rPr>
          <w:b w:val="0"/>
          <w:i w:val="0"/>
        </w:rPr>
        <w:t>Trong khi độ bao phủ cho thấy rằng một dòng mã cụ thể được thực thi, thì các tổ hợp khác nhau của các đường đi (path) mà mã có thể đi qua có thể không được kiểm tra (đây là cái được gọi là nhánh mã - code branch). Và tệ hơn nữa, có thể có những tình huống không được bao phủ trong các bài kiểm thử của bạn, chẳng hạn như một lỗi bất ngờ được ném ra bởi một thư viện mà bạn đang giả lập (mock) cho các bài kiểm thử của mình. Một đoạn mã có độ bao phủ 100% trong các bài kiểm thử không đảm bảo rằng nó không có lỗi.</w:t>
      </w:r>
    </w:p>
    <w:p>
      <w:pPr>
        <w:spacing w:after="80"/>
      </w:pPr>
      <w:r>
        <w:rPr>
          <w:b/>
          <w:i w:val="0"/>
        </w:rPr>
        <w:t>Mẹo</w:t>
      </w:r>
    </w:p>
    <w:p>
      <w:pPr>
        <w:spacing w:after="80"/>
      </w:pPr>
      <w:r>
        <w:rPr>
          <w:b w:val="0"/>
          <w:i w:val="0"/>
        </w:rPr>
        <w:t>Nói chung, trong các dự án, việc cố gắng đặt mức chuẩn ở 100% độ bao phủ cũng không tốt. Điều này tạo ra những động lực xấu để cấu trúc mã sao cho vượt qua các bài kiểm thử hơn là để hoàn thành chức năng. Nó cũng đòi hỏi đầu tư đáng kể, mà có thể không đáng. Trong khi độ bao phủ quá thấp là không tốt, đừng ám ảnh với việc có một tỷ lệ phần trăm hoàn hảo ở mọi nơi.</w:t>
      </w:r>
    </w:p>
    <w:p>
      <w:pPr>
        <w:pStyle w:val="Heading3"/>
      </w:pPr>
      <w:r>
        <w:rPr>
          <w:rFonts w:ascii="Calibri" w:hAnsi="Calibri"/>
          <w:b/>
          <w:i w:val="0"/>
          <w:sz w:val="26"/>
        </w:rPr>
        <w:t>Còn nhiều hơn thế...</w:t>
      </w:r>
    </w:p>
    <w:p>
      <w:pPr>
        <w:spacing w:after="80"/>
      </w:pPr>
      <w:r>
        <w:rPr>
          <w:b w:val="0"/>
          <w:i w:val="0"/>
        </w:rPr>
        <w:t xml:space="preserve">Thay vì thêm ba bài kiểm thử khác nhau, chúng ta có thể cấu trúc các bài kiểm thử để sử dụng tham số (parameter), tận dụng khả năng tham số hóa (parametrize) các bài kiểm thử của </w:t>
      </w:r>
      <w:r>
        <w:rPr>
          <w:rFonts w:ascii="Consolas" w:hAnsi="Consolas"/>
          <w:b w:val="0"/>
          <w:i w:val="0"/>
          <w:sz w:val="20"/>
        </w:rPr>
        <w:br/>
        <w:br/>
        <w:t xml:space="preserve">      pytest</w:t>
        <w:br/>
        <w:t xml:space="preserve">     </w:t>
        <w:br/>
      </w:r>
      <w:r>
        <w:rPr>
          <w:b w:val="0"/>
          <w:i w:val="0"/>
        </w:rPr>
        <w:t>. Về bản chất, ba bài kiểm thử này là cùng một bài, chỉ thay đổi hình dạng (shape), hai chiều (dimension), và lỗi mong đợi (expected error).</w:t>
      </w:r>
    </w:p>
    <w:p>
      <w:pPr>
        <w:spacing w:after="80"/>
      </w:pPr>
      <w:r>
        <w:rPr>
          <w:b w:val="0"/>
          <w:i w:val="0"/>
        </w:rPr>
        <w:t>Thay vì định nghĩa ba bài kiểm thử, bạn có thể định nghĩa một bài để được thực thi với các tham số khác nhau như thế này.</w:t>
      </w:r>
    </w:p>
    <w:p>
      <w:pPr>
        <w:spacing w:after="0"/>
        <w:ind w:left="360"/>
        <w:shd w:val="clear" w:color="auto" w:fill="F2F2F2"/>
      </w:pPr>
      <w:r>
        <w:rPr>
          <w:rFonts w:ascii="Consolas" w:hAnsi="Consolas"/>
          <w:sz w:val="18"/>
        </w:rPr>
        <w:t>import pytest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@pytest.mark.parametrize(</w:t>
      </w:r>
    </w:p>
    <w:p>
      <w:pPr>
        <w:spacing w:after="0"/>
        <w:ind w:left="360"/>
        <w:shd w:val="clear" w:color="auto" w:fill="F2F2F2"/>
      </w:pPr>
      <w:r>
        <w:rPr>
          <w:rFonts w:ascii="Consolas" w:hAnsi="Consolas"/>
          <w:sz w:val="18"/>
        </w:rPr>
        <w:t xml:space="preserve"> "shape,dimensionA,dimensionB,exc",</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('RECTANGLE', -1, 1, ValueError),</w:t>
      </w:r>
    </w:p>
    <w:p>
      <w:pPr>
        <w:spacing w:after="0"/>
        <w:ind w:left="360"/>
        <w:shd w:val="clear" w:color="auto" w:fill="F2F2F2"/>
      </w:pPr>
      <w:r>
        <w:rPr>
          <w:rFonts w:ascii="Consolas" w:hAnsi="Consolas"/>
          <w:sz w:val="18"/>
        </w:rPr>
        <w:t xml:space="preserve">        ('RECTANGLE', 1, -1, ValueError),</w:t>
      </w:r>
    </w:p>
    <w:p>
      <w:pPr>
        <w:spacing w:after="0"/>
        <w:ind w:left="360"/>
        <w:shd w:val="clear" w:color="auto" w:fill="F2F2F2"/>
      </w:pPr>
      <w:r>
        <w:rPr>
          <w:rFonts w:ascii="Consolas" w:hAnsi="Consolas"/>
          <w:sz w:val="18"/>
        </w:rPr>
        <w:t xml:space="preserve">        ('TRIANGLE', 1, 1, Exception),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def test_error_conditions(shape, dimensionA, dimensionB, exc):</w:t>
      </w:r>
    </w:p>
    <w:p>
      <w:pPr>
        <w:spacing w:after="0"/>
        <w:ind w:left="360"/>
        <w:shd w:val="clear" w:color="auto" w:fill="F2F2F2"/>
      </w:pPr>
      <w:r>
        <w:rPr>
          <w:rFonts w:ascii="Consolas" w:hAnsi="Consolas"/>
          <w:sz w:val="18"/>
        </w:rPr>
        <w:t xml:space="preserve">    with pytest.raises(exc):</w:t>
      </w:r>
    </w:p>
    <w:p>
      <w:pPr>
        <w:spacing w:after="0"/>
        <w:ind w:left="360"/>
        <w:shd w:val="clear" w:color="auto" w:fill="F2F2F2"/>
      </w:pPr>
      <w:r>
        <w:rPr>
          <w:rFonts w:ascii="Consolas" w:hAnsi="Consolas"/>
          <w:sz w:val="18"/>
        </w:rPr>
        <w:t xml:space="preserve">        calculate_area(shape, dimensionA, dimensionB)</w:t>
      </w:r>
    </w:p>
    <w:p>
      <w:pPr>
        <w:spacing w:after="40"/>
      </w:pPr>
    </w:p>
    <w:p>
      <w:pPr>
        <w:spacing w:after="80"/>
      </w:pPr>
      <w:r>
        <w:rPr>
          <w:b w:val="0"/>
          <w:i w:val="0"/>
        </w:rPr>
        <w:t>Lưu ý rằng tham số đầu tiên của việc tham số hóa cần phải giống với tham số mà bài kiểm thử sẽ chấp nhận. Sau đó, chúng ta có một danh sách với từng lần thực thi riêng lẻ cho tất cả các tham số.</w:t>
      </w:r>
    </w:p>
    <w:p>
      <w:pPr>
        <w:spacing w:after="80"/>
      </w:pPr>
      <w:r>
        <w:rPr>
          <w:b w:val="0"/>
          <w:i w:val="0"/>
        </w:rPr>
        <w:t>Khi chạy nó, nó sẽ xử lý chúng như những bài kiểm thử khác nhau, hiển thị các tham số khác nhau, như thế này.</w:t>
      </w:r>
    </w:p>
    <w:p>
      <w:pPr>
        <w:spacing w:after="0"/>
        <w:ind w:left="360"/>
        <w:shd w:val="clear" w:color="auto" w:fill="F2F2F2"/>
      </w:pPr>
      <w:r>
        <w:rPr>
          <w:rFonts w:ascii="Consolas" w:hAnsi="Consolas"/>
          <w:sz w:val="18"/>
        </w:rPr>
        <w:t>$ uv run pytest tests/test_dependencies.py -v</w:t>
      </w:r>
    </w:p>
    <w:p>
      <w:pPr>
        <w:spacing w:after="0"/>
        <w:ind w:left="360"/>
        <w:shd w:val="clear" w:color="auto" w:fill="F2F2F2"/>
      </w:pPr>
      <w:r>
        <w:rPr>
          <w:rFonts w:ascii="Consolas" w:hAnsi="Consolas"/>
          <w:sz w:val="18"/>
        </w:rPr>
        <w:t>======================== test session starts ========================</w:t>
      </w:r>
    </w:p>
    <w:p>
      <w:pPr>
        <w:spacing w:after="0"/>
        <w:ind w:left="360"/>
        <w:shd w:val="clear" w:color="auto" w:fill="F2F2F2"/>
      </w:pPr>
      <w:r>
        <w:rPr>
          <w:rFonts w:ascii="Consolas" w:hAnsi="Consolas"/>
          <w:sz w:val="18"/>
        </w:rPr>
        <w:t>platform darwin -- Python 3.14.5, pytest-9.0.3, pluggy-1.6.0 --</w:t>
      </w:r>
    </w:p>
    <w:p>
      <w:pPr>
        <w:spacing w:after="0"/>
        <w:ind w:left="360"/>
        <w:shd w:val="clear" w:color="auto" w:fill="F2F2F2"/>
      </w:pPr>
      <w:r>
        <w:rPr>
          <w:rFonts w:ascii="Consolas" w:hAnsi="Consolas"/>
          <w:sz w:val="18"/>
        </w:rPr>
        <w:t>cachedir: .pytest_cache</w:t>
      </w:r>
    </w:p>
    <w:p>
      <w:pPr>
        <w:spacing w:after="0"/>
        <w:ind w:left="360"/>
        <w:shd w:val="clear" w:color="auto" w:fill="F2F2F2"/>
      </w:pPr>
      <w:r>
        <w:rPr>
          <w:rFonts w:ascii="Consolas" w:hAnsi="Consolas"/>
          <w:sz w:val="18"/>
        </w:rPr>
        <w:t>rootdir: Python-Automation-Cookbook /ch15</w:t>
      </w:r>
    </w:p>
    <w:p>
      <w:pPr>
        <w:spacing w:after="0"/>
        <w:ind w:left="360"/>
        <w:shd w:val="clear" w:color="auto" w:fill="F2F2F2"/>
      </w:pPr>
      <w:r>
        <w:rPr>
          <w:rFonts w:ascii="Consolas" w:hAnsi="Consolas"/>
          <w:sz w:val="18"/>
        </w:rPr>
        <w:t>plugins: cov-7.1.0</w:t>
      </w:r>
    </w:p>
    <w:p>
      <w:pPr>
        <w:spacing w:after="0"/>
        <w:ind w:left="360"/>
        <w:shd w:val="clear" w:color="auto" w:fill="F2F2F2"/>
      </w:pPr>
      <w:r>
        <w:rPr>
          <w:rFonts w:ascii="Consolas" w:hAnsi="Consolas"/>
          <w:sz w:val="18"/>
        </w:rPr>
        <w:t>collected 8 items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tests/test_dependencies.py::test_square PASSED                [ 12%]</w:t>
      </w:r>
    </w:p>
    <w:p>
      <w:pPr>
        <w:spacing w:after="0"/>
        <w:ind w:left="360"/>
        <w:shd w:val="clear" w:color="auto" w:fill="F2F2F2"/>
      </w:pPr>
      <w:r>
        <w:rPr>
          <w:rFonts w:ascii="Consolas" w:hAnsi="Consolas"/>
          <w:sz w:val="18"/>
        </w:rPr>
        <w:t>tests/test_dependencies.py::test_rectangle PASSED             [ 25%]</w:t>
      </w:r>
    </w:p>
    <w:p>
      <w:pPr>
        <w:spacing w:after="0"/>
        <w:ind w:left="360"/>
        <w:shd w:val="clear" w:color="auto" w:fill="F2F2F2"/>
      </w:pPr>
      <w:r>
        <w:rPr>
          <w:rFonts w:ascii="Consolas" w:hAnsi="Consolas"/>
          <w:sz w:val="18"/>
        </w:rPr>
        <w:t>tests/test_dependencies.py::test_circle_with_proper_pi PASSED [ 37%]</w:t>
      </w:r>
    </w:p>
    <w:p>
      <w:pPr>
        <w:spacing w:after="0"/>
        <w:ind w:left="360"/>
        <w:shd w:val="clear" w:color="auto" w:fill="F2F2F2"/>
      </w:pPr>
      <w:r>
        <w:rPr>
          <w:rFonts w:ascii="Consolas" w:hAnsi="Consolas"/>
          <w:sz w:val="18"/>
        </w:rPr>
        <w:t>tests/test_dependencies.py::test_circle_with_mocked_pi PASSED [ 50%]</w:t>
      </w:r>
    </w:p>
    <w:p>
      <w:pPr>
        <w:spacing w:after="0"/>
        <w:ind w:left="360"/>
        <w:shd w:val="clear" w:color="auto" w:fill="F2F2F2"/>
      </w:pPr>
      <w:r>
        <w:rPr>
          <w:rFonts w:ascii="Consolas" w:hAnsi="Consolas"/>
          <w:sz w:val="18"/>
        </w:rPr>
        <w:t>tests/test_dependencies.py::test_circle_with_mocked_rectangle PASSED [ 62%]</w:t>
      </w:r>
    </w:p>
    <w:p>
      <w:pPr>
        <w:spacing w:after="0"/>
        <w:ind w:left="360"/>
        <w:shd w:val="clear" w:color="auto" w:fill="F2F2F2"/>
      </w:pPr>
      <w:r>
        <w:rPr>
          <w:rFonts w:ascii="Consolas" w:hAnsi="Consolas"/>
          <w:sz w:val="18"/>
        </w:rPr>
        <w:t>tests/test_dependencies.py::test_error_conditions[RECTANGLE--1-1-ValueError] PASSED [ 75%]</w:t>
      </w:r>
    </w:p>
    <w:p>
      <w:pPr>
        <w:spacing w:after="0"/>
        <w:ind w:left="360"/>
        <w:shd w:val="clear" w:color="auto" w:fill="F2F2F2"/>
      </w:pPr>
      <w:r>
        <w:rPr>
          <w:rFonts w:ascii="Consolas" w:hAnsi="Consolas"/>
          <w:sz w:val="18"/>
        </w:rPr>
        <w:t>tests/test_dependencies.py::test_error_conditions[RECTANGLE-1--1-ValueError] PASSED [ 87%]</w:t>
      </w:r>
    </w:p>
    <w:p>
      <w:pPr>
        <w:spacing w:after="0"/>
        <w:ind w:left="360"/>
        <w:shd w:val="clear" w:color="auto" w:fill="F2F2F2"/>
      </w:pPr>
      <w:r>
        <w:rPr>
          <w:rFonts w:ascii="Consolas" w:hAnsi="Consolas"/>
          <w:sz w:val="18"/>
        </w:rPr>
        <w:t>tests/test_dependencies.py::test_error_conditions[TRIANGLE-1-1-Exception] PASSED [100%]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8 passed in 0.04s =========================</w:t>
      </w:r>
    </w:p>
    <w:p>
      <w:pPr>
        <w:spacing w:after="40"/>
      </w:pPr>
    </w:p>
    <w:p>
      <w:pPr>
        <w:spacing w:after="80"/>
      </w:pPr>
      <w:r>
        <w:rPr>
          <w:b w:val="0"/>
          <w:i w:val="0"/>
        </w:rPr>
        <w:t>Tham số hóa các bài kiểm thử là một cách tuyệt vời để bao phủ nhiều trường hợp hơn trong khi vẫn giữ định nghĩa của các bài kiểm thử ngắn gọn và dễ hiểu.</w:t>
      </w:r>
    </w:p>
    <w:p>
      <w:pPr>
        <w:spacing w:after="80"/>
      </w:pPr>
      <w:r>
        <w:rPr>
          <w:b w:val="0"/>
          <w:i w:val="0"/>
        </w:rPr>
        <w:t xml:space="preserve">Đọc thêm về các khả năng của việc tham số hóa trong cấu hình </w:t>
      </w:r>
      <w:r>
        <w:rPr>
          <w:rFonts w:ascii="Consolas" w:hAnsi="Consolas"/>
          <w:b w:val="0"/>
          <w:i w:val="0"/>
          <w:sz w:val="20"/>
        </w:rPr>
        <w:br/>
        <w:br/>
        <w:t xml:space="preserve">      pytest</w:t>
        <w:br/>
        <w:t xml:space="preserve">     </w:t>
        <w:br/>
      </w:r>
      <w:r>
        <w:rPr>
          <w:b w:val="0"/>
          <w:i w:val="0"/>
        </w:rPr>
        <w:t xml:space="preserve"> tại </w:t>
      </w:r>
      <w:r>
        <w:rPr>
          <w:rFonts w:ascii="Consolas" w:hAnsi="Consolas"/>
          <w:b w:val="0"/>
          <w:i w:val="0"/>
          <w:sz w:val="20"/>
        </w:rPr>
        <w:br/>
        <w:br/>
        <w:t xml:space="preserve">       https://docs.pytest.org/en/7.1.x/example/parametrize.html</w:t>
        <w:br/>
        <w:t xml:space="preserve">      </w:t>
        <w:br/>
      </w:r>
      <w:r>
        <w:rPr>
          <w:b w:val="0"/>
          <w:i w:val="0"/>
        </w:rPr>
        <w:t xml:space="preserve"> .</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Viết và thực thi ca kiểm thử (test case)</w:t>
      </w:r>
      <w:r>
        <w:rPr>
          <w:b w:val="0"/>
          <w:i w:val="0"/>
        </w:rPr>
        <w:t>, ở phần trước trong chương này, để tìm hiểu những kiến thức cơ bản về cách định nghĩa các bài kiểm thử</w:t>
      </w:r>
    </w:p>
    <w:p>
      <w:pPr>
        <w:spacing w:after="80"/>
        <w:ind w:left="360"/>
      </w:pPr>
      <w:r>
        <w:t xml:space="preserve">• </w:t>
      </w:r>
      <w:r>
        <w:rPr>
          <w:b w:val="0"/>
          <w:i w:val="0"/>
        </w:rPr>
        <w:t xml:space="preserve">Công thức </w:t>
      </w:r>
      <w:r>
        <w:rPr>
          <w:b w:val="0"/>
          <w:i/>
        </w:rPr>
        <w:t>Kiểm thử mã bên ngoài (external code)</w:t>
      </w:r>
      <w:r>
        <w:rPr>
          <w:b w:val="0"/>
          <w:i w:val="0"/>
        </w:rPr>
        <w:t>, ở phần trước trong chương này, để tìm hiểu cách kiểm thử mã trong các mô-đun khác</w:t>
      </w:r>
    </w:p>
    <w:p>
      <w:pPr>
        <w:pStyle w:val="Heading2"/>
      </w:pPr>
      <w:r>
        <w:rPr>
          <w:rFonts w:ascii="Calibri" w:hAnsi="Calibri"/>
          <w:b/>
          <w:i w:val="0"/>
          <w:sz w:val="32"/>
        </w:rPr>
        <w:t>Tải bản PDF của cuốn sách này và nhiều hơn nữa</w:t>
      </w:r>
    </w:p>
    <w:p>
      <w:pPr>
        <w:spacing w:after="80"/>
      </w:pPr>
      <w:r>
        <w:rPr>
          <w:b w:val="0"/>
          <w:i w:val="0"/>
        </w:rPr>
        <w:t xml:space="preserve">Quét mã QR (hoặc truy cập </w:t>
      </w:r>
      <w:r>
        <w:rPr>
          <w:rFonts w:ascii="Consolas" w:hAnsi="Consolas"/>
          <w:b w:val="0"/>
          <w:i w:val="0"/>
          <w:sz w:val="20"/>
        </w:rPr>
        <w:br/>
        <w:br/>
        <w:t xml:space="preserve">       packtpub.com/unlock</w:t>
        <w:br/>
        <w:t xml:space="preserve">      </w:t>
        <w:br/>
      </w:r>
      <w:r>
        <w:rPr>
          <w:b w:val="0"/>
          <w:i w:val="0"/>
        </w:rPr>
        <w:t xml:space="preserve"> ). Tìm cuốn sách này theo tên, xác nhận phiên bản, rồi làm theo các bước trên trang.</w:t>
      </w:r>
    </w:p>
    <w:p>
      <w:pPr>
        <w:jc w:val="center"/>
      </w:pPr>
      <w:r>
        <w:drawing>
          <wp:inline xmlns:a="http://schemas.openxmlformats.org/drawingml/2006/main" xmlns:pic="http://schemas.openxmlformats.org/drawingml/2006/picture">
            <wp:extent cx="3143250" cy="3143250"/>
            <wp:docPr id="122" name="Picture 122"/>
            <wp:cNvGraphicFramePr>
              <a:graphicFrameLocks noChangeAspect="1"/>
            </wp:cNvGraphicFramePr>
            <a:graphic>
              <a:graphicData uri="http://schemas.openxmlformats.org/drawingml/2006/picture">
                <pic:pic>
                  <pic:nvPicPr>
                    <pic:cNvPr id="0" name="B36973_1_3.png"/>
                    <pic:cNvPicPr/>
                  </pic:nvPicPr>
                  <pic:blipFill>
                    <a:blip r:embed="rId17"/>
                    <a:stretch>
                      <a:fillRect/>
                    </a:stretch>
                  </pic:blipFill>
                  <pic:spPr>
                    <a:xfrm>
                      <a:off x="0" y="0"/>
                      <a:ext cx="3143250" cy="3143250"/>
                    </a:xfrm>
                    <a:prstGeom prst="rect"/>
                  </pic:spPr>
                </pic:pic>
              </a:graphicData>
            </a:graphic>
          </wp:inline>
        </w:drawing>
      </w:r>
    </w:p>
    <w:p>
      <w:pPr>
        <w:jc w:val="center"/>
      </w:pPr>
      <w:r>
        <w:drawing>
          <wp:inline xmlns:a="http://schemas.openxmlformats.org/drawingml/2006/main" xmlns:pic="http://schemas.openxmlformats.org/drawingml/2006/picture">
            <wp:extent cx="2095499" cy="485775"/>
            <wp:docPr id="123" name="Picture 123"/>
            <wp:cNvGraphicFramePr>
              <a:graphicFrameLocks noChangeAspect="1"/>
            </wp:cNvGraphicFramePr>
            <a:graphic>
              <a:graphicData uri="http://schemas.openxmlformats.org/drawingml/2006/picture">
                <pic:pic>
                  <pic:nvPicPr>
                    <pic:cNvPr id="0" name="B36973_1_4.png"/>
                    <pic:cNvPicPr/>
                  </pic:nvPicPr>
                  <pic:blipFill>
                    <a:blip r:embed="rId18"/>
                    <a:stretch>
                      <a:fillRect/>
                    </a:stretch>
                  </pic:blipFill>
                  <pic:spPr>
                    <a:xfrm>
                      <a:off x="0" y="0"/>
                      <a:ext cx="2095499" cy="485775"/>
                    </a:xfrm>
                    <a:prstGeom prst="rect"/>
                  </pic:spPr>
                </pic:pic>
              </a:graphicData>
            </a:graphic>
          </wp:inline>
        </w:drawing>
      </w:r>
    </w:p>
    <w:p>
      <w:pPr>
        <w:spacing w:after="80"/>
      </w:pPr>
      <w:r>
        <w:rPr>
          <w:b w:val="0"/>
          <w:i/>
        </w:rPr>
        <w:t xml:space="preserve"> Lưu ý: Giữ hóa đơn của bạn bên mình. Các giao dịch mua trực tiếp từ Packt không </w:t>
      </w:r>
      <w:r>
        <w:rPr>
          <w:b w:val="0"/>
          <w:i w:val="0"/>
        </w:rPr>
        <w:t xml:space="preserve"> </w:t>
      </w:r>
      <w:r>
        <w:rPr>
          <w:b w:val="0"/>
          <w:i/>
        </w:rPr>
        <w:t xml:space="preserve"> ' </w:t>
      </w:r>
      <w:r>
        <w:rPr>
          <w:b w:val="0"/>
          <w:i w:val="0"/>
        </w:rPr>
        <w:t xml:space="preserve"> </w:t>
      </w:r>
      <w:r>
        <w:rPr>
          <w:b w:val="0"/>
          <w:i/>
        </w:rPr>
        <w:t xml:space="preserve"> cần hóa đơn. </w:t>
      </w:r>
    </w:p>
    <w:p>
      <w:pPr>
        <w:pStyle w:val="Heading1"/>
      </w:pPr>
      <w:r>
        <w:rPr>
          <w:rFonts w:ascii="Calibri" w:hAnsi="Calibri"/>
          <w:b/>
          <w:i w:val="0"/>
          <w:sz w:val="40"/>
        </w:rPr>
        <w:t>16</w:t>
      </w:r>
    </w:p>
    <w:p>
      <w:pPr>
        <w:pStyle w:val="Heading1"/>
      </w:pPr>
      <w:r>
        <w:rPr>
          <w:rFonts w:ascii="Calibri" w:hAnsi="Calibri"/>
          <w:b/>
          <w:i w:val="0"/>
          <w:sz w:val="40"/>
        </w:rPr>
        <w:t>Các kỹ thuật gỡ lỗi</w:t>
      </w:r>
    </w:p>
    <w:p>
      <w:pPr>
        <w:spacing w:after="80"/>
      </w:pPr>
      <w:r>
        <w:rPr>
          <w:b w:val="0"/>
          <w:i w:val="0"/>
        </w:rPr>
        <w:t>Viết code không hề dễ. Thật ra, nó rất khó. Ngay cả lập trình viên giỏi nhất thế giới cũng không thể lường trước mọi khả năng và luồng chạy có thể xảy ra của code.</w:t>
      </w:r>
    </w:p>
    <w:p>
      <w:pPr>
        <w:spacing w:after="80"/>
      </w:pPr>
      <w:r>
        <w:rPr>
          <w:b w:val="0"/>
          <w:i w:val="0"/>
        </w:rPr>
        <w:t>Điều này có nghĩa là việc chạy code của chúng ta sẽ luôn tạo ra những bất ngờ và hành vi không như mong đợi. Một số sẽ rất rõ ràng, còn số khác lại rất tinh vi, nhưng khả năng nhận diện và loại bỏ những khiếm khuyết này trong code là yếu tố then chốt để xây dựng phần mềm vững chắc.</w:t>
      </w:r>
    </w:p>
    <w:p>
      <w:pPr>
        <w:spacing w:after="80"/>
      </w:pPr>
      <w:r>
        <w:rPr>
          <w:b w:val="0"/>
          <w:i w:val="0"/>
        </w:rPr>
        <w:t xml:space="preserve">Những khiếm khuyết trong phần mềm được gọi là </w:t>
      </w:r>
      <w:r>
        <w:rPr>
          <w:b/>
          <w:i w:val="0"/>
        </w:rPr>
        <w:t xml:space="preserve"> bug </w:t>
      </w:r>
      <w:r>
        <w:rPr>
          <w:b w:val="0"/>
          <w:i w:val="0"/>
        </w:rPr>
        <w:t xml:space="preserve"> , và do đó việc loại bỏ chúng được gọi là </w:t>
      </w:r>
      <w:r>
        <w:rPr>
          <w:b/>
          <w:i w:val="0"/>
        </w:rPr>
        <w:t xml:space="preserve"> gỡ lỗi </w:t>
      </w:r>
      <w:r>
        <w:rPr>
          <w:b w:val="0"/>
          <w:i w:val="0"/>
        </w:rPr>
        <w:t xml:space="preserve"> .</w:t>
      </w:r>
    </w:p>
    <w:p>
      <w:pPr>
        <w:spacing w:after="80"/>
      </w:pPr>
      <w:r>
        <w:rPr>
          <w:b w:val="0"/>
          <w:i w:val="0"/>
        </w:rPr>
        <w:t>Chỉ kiểm tra code bằng cách đọc nó và suy luận về hình ảnh thực thi của nó sẽ không bao giờ đủ để bao quát mọi kết quả có thể xảy ra với những đoạn code phức tạp. Điều đó đúng ngay cả với những mô hình AI tiên tiến nhất. Luôn có những bất ngờ, code phức tạp thì khó theo dõi trong mọi tổ hợp có thể, và còn có thể có những yếu tố bên ngoài, như lời gọi đến một dịch vụ bên ngoài, nằm ngoài tầm kiểm soát của bạn. Đó là lý do vì sao khả năng gỡ lỗi bằng cách quan sát luồng chạy thực tế của code lại quan trọng đến vậy.</w:t>
      </w:r>
    </w:p>
    <w:p>
      <w:pPr>
        <w:spacing w:after="80"/>
      </w:pPr>
      <w:r>
        <w:rPr>
          <w:b/>
          <w:i w:val="0"/>
        </w:rPr>
        <w:t>Lưu ý</w:t>
      </w:r>
    </w:p>
    <w:p>
      <w:pPr>
        <w:spacing w:after="80"/>
      </w:pPr>
      <w:r>
        <w:rPr>
          <w:b w:val="0"/>
          <w:i w:val="0"/>
        </w:rPr>
        <w:t xml:space="preserve">Mọi người, và ý tôi là </w:t>
      </w:r>
      <w:r>
        <w:rPr>
          <w:b w:val="0"/>
          <w:i/>
        </w:rPr>
        <w:t xml:space="preserve"> MỌI NGƯỜI </w:t>
      </w:r>
      <w:r>
        <w:rPr>
          <w:b w:val="0"/>
          <w:i w:val="0"/>
        </w:rPr>
        <w:t xml:space="preserve"> , đều đưa bug vào code, rồi sau đó lại bất ngờ vì chúng. Có người đã mô tả việc gỡ lỗi giống như </w:t>
      </w:r>
      <w:r>
        <w:rPr>
          <w:b w:val="0"/>
          <w:i/>
        </w:rPr>
        <w:t xml:space="preserve"> làm thám tử trong một bộ phim tội phạm mà bạn cũng chính là kẻ giết người </w:t>
      </w:r>
      <w:r>
        <w:rPr>
          <w:b w:val="0"/>
          <w:i w:val="0"/>
        </w:rPr>
        <w:t xml:space="preserve"> .</w:t>
      </w:r>
    </w:p>
    <w:p>
      <w:pPr>
        <w:spacing w:after="80"/>
      </w:pPr>
      <w:r>
        <w:rPr>
          <w:b w:val="0"/>
          <w:i w:val="0"/>
        </w:rPr>
        <w:t>Điều này thậm chí còn đúng với các công cụ GenAI! Các mô hình AI vừa đưa bug vào code của chúng, vừa không phát hiện ra bug khi kiểm tra lại. Đừng tin tưởng chúng một cách mù quáng.</w:t>
      </w:r>
    </w:p>
    <w:p>
      <w:pPr>
        <w:spacing w:after="80"/>
      </w:pPr>
      <w:r>
        <w:rPr>
          <w:b w:val="0"/>
          <w:i w:val="0"/>
        </w:rPr>
        <w:t>Mọi quá trình gỡ lỗi đều đại khái đi theo con đường này:</w:t>
      </w:r>
    </w:p>
    <w:p>
      <w:pPr>
        <w:spacing w:after="80"/>
        <w:ind w:left="360"/>
      </w:pPr>
      <w:r>
        <w:t xml:space="preserve">1. </w:t>
      </w:r>
      <w:r>
        <w:rPr>
          <w:b w:val="0"/>
          <w:i w:val="0"/>
        </w:rPr>
        <w:t>Bạn nhận ra có một vấn đề</w:t>
      </w:r>
    </w:p>
    <w:p>
      <w:pPr>
        <w:spacing w:after="80"/>
        <w:ind w:left="360"/>
      </w:pPr>
      <w:r>
        <w:t xml:space="preserve">2. </w:t>
      </w:r>
      <w:r>
        <w:rPr>
          <w:b w:val="0"/>
          <w:i w:val="0"/>
        </w:rPr>
        <w:t>Bạn hiểu hành vi đúng đắn nên là gì</w:t>
      </w:r>
    </w:p>
    <w:p>
      <w:pPr>
        <w:spacing w:after="80"/>
        <w:ind w:left="360"/>
      </w:pPr>
      <w:r>
        <w:t xml:space="preserve">3. </w:t>
      </w:r>
      <w:r>
        <w:rPr>
          <w:b w:val="0"/>
          <w:i w:val="0"/>
        </w:rPr>
        <w:t>Bạn khám phá ra vì sao đoạn code hiện tại tạo ra bug</w:t>
      </w:r>
    </w:p>
    <w:p>
      <w:pPr>
        <w:spacing w:after="80"/>
        <w:ind w:left="360"/>
      </w:pPr>
      <w:r>
        <w:t xml:space="preserve">4. </w:t>
      </w:r>
      <w:r>
        <w:rPr>
          <w:b w:val="0"/>
          <w:i w:val="0"/>
        </w:rPr>
        <w:t>Bạn thay đổi code để tạo ra kết quả đúng</w:t>
      </w:r>
    </w:p>
    <w:p>
      <w:pPr>
        <w:spacing w:after="80"/>
      </w:pPr>
      <w:r>
        <w:rPr>
          <w:b w:val="0"/>
          <w:i w:val="0"/>
        </w:rPr>
        <w:t xml:space="preserve">95% thời gian, mọi thứ trừ </w:t>
      </w:r>
      <w:r>
        <w:rPr>
          <w:b w:val="0"/>
          <w:i/>
        </w:rPr>
        <w:t xml:space="preserve"> bước 3 </w:t>
      </w:r>
      <w:r>
        <w:rPr>
          <w:b w:val="0"/>
          <w:i w:val="0"/>
        </w:rPr>
        <w:t xml:space="preserve"> đều khá đơn giản. </w:t>
      </w:r>
      <w:r>
        <w:rPr>
          <w:b w:val="0"/>
          <w:i/>
        </w:rPr>
        <w:t xml:space="preserve"> Bước 3 </w:t>
      </w:r>
      <w:r>
        <w:rPr>
          <w:b w:val="0"/>
          <w:i w:val="0"/>
        </w:rPr>
        <w:t xml:space="preserve"> là phần chính của toàn bộ quá trình gỡ lỗi.</w:t>
      </w:r>
    </w:p>
    <w:p>
      <w:pPr>
        <w:spacing w:after="80"/>
      </w:pPr>
      <w:r>
        <w:rPr>
          <w:b w:val="0"/>
          <w:i w:val="0"/>
        </w:rPr>
        <w:t xml:space="preserve">Việc nhận ra </w:t>
      </w:r>
      <w:r>
        <w:rPr>
          <w:b w:val="0"/>
          <w:i/>
        </w:rPr>
        <w:t xml:space="preserve"> lý do </w:t>
      </w:r>
      <w:r>
        <w:rPr>
          <w:b w:val="0"/>
          <w:i w:val="0"/>
        </w:rPr>
        <w:t xml:space="preserve"> của một bug, về bản chất, tuân theo một phương pháp luận khoa học:</w:t>
      </w:r>
    </w:p>
    <w:p>
      <w:pPr>
        <w:spacing w:after="80"/>
        <w:ind w:left="360"/>
      </w:pPr>
      <w:r>
        <w:t xml:space="preserve">1. </w:t>
      </w:r>
      <w:r>
        <w:rPr>
          <w:b w:val="0"/>
          <w:i w:val="0"/>
        </w:rPr>
        <w:t>Đo lường và quan sát những gì code đang làm</w:t>
      </w:r>
    </w:p>
    <w:p>
      <w:pPr>
        <w:spacing w:after="80"/>
        <w:ind w:left="360"/>
      </w:pPr>
      <w:r>
        <w:t xml:space="preserve">2. </w:t>
      </w:r>
      <w:r>
        <w:rPr>
          <w:b w:val="0"/>
          <w:i w:val="0"/>
        </w:rPr>
        <w:t>Đưa ra giả thuyết về lý do tại sao lại như vậy</w:t>
      </w:r>
    </w:p>
    <w:p>
      <w:pPr>
        <w:spacing w:after="80"/>
        <w:ind w:left="360"/>
      </w:pPr>
      <w:r>
        <w:t xml:space="preserve">3. </w:t>
      </w:r>
      <w:r>
        <w:rPr>
          <w:b w:val="0"/>
          <w:i w:val="0"/>
        </w:rPr>
        <w:t>Xác nhận hoặc bác bỏ giả thuyết, thông qua một thí nghiệm được thiết kế cụ thể (ví dụ, một test) hoặc việc kiểm tra quá trình thực thi của một test (có thể coi là một thí nghiệm tự nhiên)</w:t>
      </w:r>
    </w:p>
    <w:p>
      <w:pPr>
        <w:spacing w:after="80"/>
        <w:ind w:left="360"/>
      </w:pPr>
      <w:r>
        <w:t xml:space="preserve">4. </w:t>
      </w:r>
      <w:r>
        <w:rPr>
          <w:b w:val="0"/>
          <w:i w:val="0"/>
        </w:rPr>
        <w:t>Sử dụng thông tin thu được để sửa bug hoặc lặp lại quy trình</w:t>
      </w:r>
    </w:p>
    <w:p>
      <w:pPr>
        <w:spacing w:after="80"/>
      </w:pPr>
      <w:r>
        <w:rPr>
          <w:b w:val="0"/>
          <w:i w:val="0"/>
        </w:rPr>
        <w:t xml:space="preserve">Gỡ lỗi là một </w:t>
      </w:r>
      <w:r>
        <w:rPr>
          <w:b w:val="0"/>
          <w:i/>
        </w:rPr>
        <w:t xml:space="preserve"> kỹ năng </w:t>
      </w:r>
      <w:r>
        <w:rPr>
          <w:b w:val="0"/>
          <w:i w:val="0"/>
        </w:rPr>
        <w:t xml:space="preserve"> , và vì vậy, nó sẽ được cải thiện theo thời gian. Luyện tập đóng một vai trò quan trọng trong việc phát triển trực giác về những hướng đi nào có vẻ hứa hẹn để xác định lỗi. Ngay cả khi bạn dùng GenAI để hỗ trợ trong quá trình này, luôn có những chiến lược bạn có thể áp dụng để hỗ trợ quá trình:</w:t>
      </w:r>
    </w:p>
    <w:p>
      <w:pPr>
        <w:spacing w:after="80"/>
        <w:ind w:left="360"/>
      </w:pPr>
      <w:r>
        <w:t xml:space="preserve">• </w:t>
      </w:r>
      <w:r>
        <w:rPr>
          <w:b/>
          <w:i w:val="0"/>
        </w:rPr>
        <w:t xml:space="preserve"> Chia để trị </w:t>
      </w:r>
      <w:r>
        <w:rPr>
          <w:b w:val="0"/>
          <w:i w:val="0"/>
        </w:rPr>
        <w:t xml:space="preserve"> : Cô lập những phần nhỏ của code để có thể hiểu được code. Đơn giản hóa vấn đề càng nhiều càng tốt. Có một dạng của phương pháp này gọi là </w:t>
      </w:r>
      <w:r>
        <w:rPr>
          <w:b/>
          <w:i w:val="0"/>
        </w:rPr>
        <w:t xml:space="preserve"> thuật toán hàng rào sói </w:t>
      </w:r>
      <w:r>
        <w:rPr>
          <w:b w:val="0"/>
          <w:i w:val="0"/>
        </w:rPr>
        <w:t xml:space="preserve"> , được Edward J. Gauss mô tả vào năm 1982. </w:t>
      </w:r>
      <w:r>
        <w:rPr>
          <w:b w:val="0"/>
          <w:i/>
        </w:rPr>
        <w:t xml:space="preserve"> "Có một con sói ở Alaska; làm sao bạn tìm được nó? Đầu tiên, dựng một hàng rào chia đôi bang, đợi con sói hú, và xác định xem nó ở bên nào của hàng rào. Lặp lại quá trình này chỉ trên bên đó, cho đến khi bạn đến điểm có thể nhìn thấy con sói." </w:t>
      </w:r>
    </w:p>
    <w:p>
      <w:pPr>
        <w:spacing w:after="80"/>
        <w:ind w:left="360"/>
      </w:pPr>
      <w:r>
        <w:t xml:space="preserve">• </w:t>
      </w:r>
      <w:r>
        <w:rPr>
          <w:b/>
          <w:i w:val="0"/>
        </w:rPr>
        <w:t xml:space="preserve"> Đi ngược lại từ lỗi </w:t>
      </w:r>
      <w:r>
        <w:rPr>
          <w:b w:val="0"/>
          <w:i w:val="0"/>
        </w:rPr>
        <w:t xml:space="preserve"> : Nếu có một lỗi rõ ràng tại một điểm cụ thể, bug có khả năng nằm ở xung quanh đó. Đi ngược dần từ lỗi, theo dấu vết cho đến khi tìm ra nguồn gốc của lỗi.</w:t>
      </w:r>
    </w:p>
    <w:p>
      <w:pPr>
        <w:spacing w:after="80"/>
        <w:ind w:left="360"/>
      </w:pPr>
      <w:r>
        <w:t xml:space="preserve">• </w:t>
      </w:r>
      <w:r>
        <w:rPr>
          <w:b/>
          <w:i w:val="0"/>
        </w:rPr>
        <w:t xml:space="preserve"> Bạn có thể giả định bất cứ điều gì bạn muốn, miễn là bạn chứng minh được giả định đó là đúng </w:t>
      </w:r>
      <w:r>
        <w:rPr>
          <w:b w:val="0"/>
          <w:i w:val="0"/>
        </w:rPr>
        <w:t xml:space="preserve"> : Code rất phức tạp để giữ hết trong đầu cùng một lúc. Bạn cần xác nhận những giả định nhỏ mà khi kết hợp lại sẽ tạo nền tảng vững chắc để tiến tới việc phát hiện và sửa vấn đề. Hãy làm những thí nghiệm nhỏ cho phép bạn loại trừ những phần code hoạt động tốt và tập trung vào những phần chưa được kiểm chứng.</w:t>
      </w:r>
    </w:p>
    <w:p>
      <w:pPr>
        <w:spacing w:after="80"/>
      </w:pPr>
      <w:r>
        <w:rPr>
          <w:b/>
          <w:i w:val="0"/>
        </w:rPr>
        <w:t>Mẹo</w:t>
      </w:r>
    </w:p>
    <w:p>
      <w:pPr>
        <w:spacing w:after="80"/>
      </w:pPr>
      <w:r>
        <w:rPr>
          <w:b w:val="0"/>
          <w:i w:val="0"/>
        </w:rPr>
        <w:t>Hoặc, theo lời của Sherlock Holmes:</w:t>
      </w:r>
    </w:p>
    <w:p>
      <w:pPr>
        <w:spacing w:after="80"/>
      </w:pPr>
      <w:r>
        <w:rPr>
          <w:b w:val="0"/>
          <w:i w:val="0"/>
        </w:rPr>
        <w:t>Khi bạn đã loại bỏ điều bất khả thi, thì bất cứ thứ gì còn lại, dù khó xảy ra đến đâu, cũng phải là sự thật.</w:t>
      </w:r>
    </w:p>
    <w:p>
      <w:pPr>
        <w:spacing w:after="80"/>
      </w:pPr>
      <w:r>
        <w:rPr>
          <w:b w:val="0"/>
          <w:i w:val="0"/>
        </w:rPr>
        <w:t>Hãy nhớ chứng minh mọi giả định bạn đưa ra. Tránh những giả định chưa được chứng minh, vì chúng sẽ khiến bạn xao nhãng khỏi vị trí của bug. Rất dễ nghĩ rằng lỗi xảy ra ở một phần của code rồi lại nhìn vào phần khác.</w:t>
      </w:r>
    </w:p>
    <w:p>
      <w:pPr>
        <w:spacing w:after="80"/>
      </w:pPr>
      <w:r>
        <w:rPr>
          <w:b/>
          <w:i w:val="0"/>
        </w:rPr>
        <w:t>Lưu ý</w:t>
      </w:r>
    </w:p>
    <w:p>
      <w:pPr>
        <w:spacing w:after="80"/>
      </w:pPr>
      <w:r>
        <w:rPr>
          <w:b w:val="0"/>
          <w:i w:val="0"/>
        </w:rPr>
        <w:t>Tất cả những điều này nghe có vẻ hơi đáng sợ, nhưng hầu hết các lỗi đều khá rõ ràng. Có thể là một lỗi đánh máy, hoặc một đoạn mã chưa sẵn sàng cho một giá trị cụ thể nào đó. GenAI sẽ hỗ trợ rất nhiều cho nhiều vấn đề nếu bạn mô tả đúng cách.</w:t>
      </w:r>
    </w:p>
    <w:p>
      <w:pPr>
        <w:spacing w:after="80"/>
      </w:pPr>
      <w:r>
        <w:rPr>
          <w:b w:val="0"/>
          <w:i w:val="0"/>
        </w:rPr>
        <w:t>Hãy cố gắng giữ mọi thứ đơn giản. Mã đơn giản thì dễ phân tích và gỡ lỗi hơn.</w:t>
      </w:r>
    </w:p>
    <w:p>
      <w:pPr>
        <w:spacing w:after="80"/>
      </w:pPr>
      <w:r>
        <w:rPr>
          <w:b w:val="0"/>
          <w:i w:val="0"/>
        </w:rPr>
        <w:t xml:space="preserve">Xem </w:t>
      </w:r>
      <w:r>
        <w:rPr>
          <w:b w:val="0"/>
          <w:i/>
        </w:rPr>
        <w:t xml:space="preserve"> Chương 15, Các quy trình kiểm thử tự động </w:t>
      </w:r>
      <w:r>
        <w:rPr>
          <w:b w:val="0"/>
          <w:i w:val="0"/>
        </w:rPr>
        <w:t xml:space="preserve"> để học cách làm việc với các bài kiểm thử. Kiểm thử là công cụ tuyệt vời giúp bạn gỡ lỗi, tìm ra vấn đề và thêm các điểm xác thực. Gỡ lỗi mã trong một bài kiểm thử được định nghĩa sẵn cho phép bạn tạo ra một môi trường nhỏ, nơi bạn có thể tập trung vào các đầu vào và đầu ra mong đợi và tìm kiếm lỗi.</w:t>
      </w:r>
    </w:p>
    <w:p>
      <w:pPr>
        <w:spacing w:after="80"/>
      </w:pPr>
      <w:r>
        <w:rPr>
          <w:b w:val="0"/>
          <w:i w:val="0"/>
        </w:rPr>
        <w:t>Trong chương này, chúng ta sẽ xem xét một số công cụ và kỹ thuật để gỡ lỗi và áp dụng chúng cụ thể cho các script Python. Các script sẽ chứa một số lỗi mà chúng ta sẽ sửa như một phần của công thức.</w:t>
      </w:r>
    </w:p>
    <w:p>
      <w:pPr>
        <w:spacing w:after="80"/>
      </w:pPr>
      <w:r>
        <w:rPr>
          <w:b/>
          <w:i w:val="0"/>
        </w:rPr>
        <w:t>Mẹo</w:t>
      </w:r>
    </w:p>
    <w:p>
      <w:pPr>
        <w:spacing w:after="80"/>
      </w:pPr>
      <w:r>
        <w:rPr>
          <w:b w:val="0"/>
          <w:i w:val="0"/>
        </w:rPr>
        <w:t>Trong chương này, chúng ta sẽ cố gắng phát triển kỹ năng gỡ lỗi của bạn và đi qua các chi tiết mà một công cụ GenAI có thể dễ dàng phát hiện. Mục tiêu ở đây không phải là trình bày những lỗi phức tạp nhất, mà là giới thiệu các kỹ thuật sẵn có cho bạn và tư duy để sử dụng chúng.</w:t>
      </w:r>
    </w:p>
    <w:p>
      <w:pPr>
        <w:spacing w:after="80"/>
      </w:pPr>
      <w:r>
        <w:rPr>
          <w:b w:val="0"/>
          <w:i w:val="0"/>
        </w:rPr>
        <w:t>GenAI rất tuyệt vời trong việc hỗ trợ quá trình này, nhưng khả năng khám phá cách chương trình của bạn đang hoạt động là một công cụ quan trọng để thành công lâu dài. Một số khiếm khuyết trong phần mềm liên quan đến việc đâu là quy trình đúng, điều này có thể mở ra nhiều cách hiểu khác nhau và cần con người quyết định.</w:t>
      </w:r>
    </w:p>
    <w:p>
      <w:pPr>
        <w:spacing w:after="80"/>
      </w:pPr>
      <w:r>
        <w:rPr>
          <w:b w:val="0"/>
          <w:i w:val="0"/>
        </w:rPr>
        <w:t>Trong chương này, chúng ta sẽ đề cập đến các chủ đề chính sau:</w:t>
      </w:r>
    </w:p>
    <w:p>
      <w:pPr>
        <w:spacing w:after="80"/>
        <w:ind w:left="360"/>
      </w:pPr>
      <w:r>
        <w:t xml:space="preserve">• </w:t>
      </w:r>
      <w:r>
        <w:rPr>
          <w:b w:val="0"/>
          <w:i w:val="0"/>
        </w:rPr>
        <w:t>Tìm hiểu những kiến thức cơ bản về trình thông dịch Python</w:t>
      </w:r>
    </w:p>
    <w:p>
      <w:pPr>
        <w:spacing w:after="80"/>
        <w:ind w:left="360"/>
      </w:pPr>
      <w:r>
        <w:t xml:space="preserve">• </w:t>
      </w:r>
      <w:r>
        <w:rPr>
          <w:b w:val="0"/>
          <w:i w:val="0"/>
        </w:rPr>
        <w:t>Gỡ lỗi thông qua ghi log</w:t>
      </w:r>
    </w:p>
    <w:p>
      <w:pPr>
        <w:spacing w:after="80"/>
        <w:ind w:left="360"/>
      </w:pPr>
      <w:r>
        <w:t xml:space="preserve">• </w:t>
      </w:r>
      <w:r>
        <w:rPr>
          <w:b w:val="0"/>
          <w:i w:val="0"/>
        </w:rPr>
        <w:t>Gỡ lỗi với các điểm dừng (breakpoint)</w:t>
      </w:r>
    </w:p>
    <w:p>
      <w:pPr>
        <w:spacing w:after="80"/>
        <w:ind w:left="360"/>
      </w:pPr>
      <w:r>
        <w:t xml:space="preserve">• </w:t>
      </w:r>
      <w:r>
        <w:rPr>
          <w:b w:val="0"/>
          <w:i w:val="0"/>
        </w:rPr>
        <w:t>Cải thiện kỹ năng gỡ lỗi của bạn</w:t>
      </w:r>
    </w:p>
    <w:p>
      <w:pPr>
        <w:pStyle w:val="Heading2"/>
      </w:pPr>
      <w:r>
        <w:rPr>
          <w:rFonts w:ascii="Calibri" w:hAnsi="Calibri"/>
          <w:b/>
          <w:i w:val="0"/>
          <w:sz w:val="32"/>
        </w:rPr>
        <w:t>Yêu cầu kỹ thuật</w:t>
      </w:r>
    </w:p>
    <w:p>
      <w:pPr>
        <w:spacing w:after="80"/>
      </w:pPr>
      <w:r>
        <w:rPr>
          <w:b w:val="0"/>
          <w:i w:val="0"/>
        </w:rPr>
        <w:t xml:space="preserve">Bạn có thể xem mã được trình bày trong chương này tại URL GitHub </w:t>
      </w:r>
      <w:r>
        <w:rPr>
          <w:rFonts w:ascii="Consolas" w:hAnsi="Consolas"/>
          <w:b w:val="0"/>
          <w:i w:val="0"/>
          <w:sz w:val="20"/>
        </w:rPr>
        <w:br/>
        <w:br/>
        <w:t xml:space="preserve">       https://github.com/PacktPublishing/Python-Automation-Cookbook-Third-Edition/tree/main/ch16</w:t>
        <w:br/>
        <w:t xml:space="preserve">      </w:t>
        <w:br/>
      </w:r>
      <w:r>
        <w:rPr>
          <w:b w:val="0"/>
          <w:i w:val="0"/>
        </w:rPr>
        <w:t xml:space="preserve"> .</w:t>
      </w:r>
    </w:p>
    <w:p>
      <w:pPr>
        <w:pStyle w:val="Heading2"/>
      </w:pPr>
      <w:r>
        <w:rPr>
          <w:rFonts w:ascii="Calibri" w:hAnsi="Calibri"/>
          <w:b/>
          <w:i w:val="0"/>
          <w:sz w:val="32"/>
        </w:rPr>
        <w:t>Tìm hiểu những kiến thức cơ bản về trình thông dịch Python</w:t>
      </w:r>
    </w:p>
    <w:p>
      <w:pPr>
        <w:spacing w:after="80"/>
      </w:pPr>
      <w:r>
        <w:rPr>
          <w:b w:val="0"/>
          <w:i w:val="0"/>
        </w:rPr>
        <w:t>Trong công thức này, chúng ta sẽ tìm hiểu một số khả năng tích hợp sẵn của Python để kiểm tra mã, điều tra xem chuyện gì đang xảy ra và phát hiện khi mọi thứ không hoạt động đúng cách.</w:t>
      </w:r>
    </w:p>
    <w:p>
      <w:pPr>
        <w:spacing w:after="80"/>
      </w:pPr>
      <w:r>
        <w:rPr>
          <w:b/>
          <w:i w:val="0"/>
        </w:rPr>
        <w:t>Mẹo</w:t>
      </w:r>
    </w:p>
    <w:p>
      <w:pPr>
        <w:spacing w:after="80"/>
      </w:pPr>
      <w:r>
        <w:rPr>
          <w:b w:val="0"/>
          <w:i w:val="0"/>
        </w:rPr>
        <w:t>Chúng ta cũng có thể xác minh khi mọi thứ hoạt động đúng như mong đợi. Hãy nhớ rằng việc có thể loại trừ một phần mã nguồn là nguồn gốc của lỗi là vô cùng quan trọng.</w:t>
      </w:r>
    </w:p>
    <w:p>
      <w:pPr>
        <w:spacing w:after="80"/>
      </w:pPr>
      <w:r>
        <w:rPr>
          <w:b w:val="0"/>
          <w:i w:val="0"/>
        </w:rPr>
        <w:t xml:space="preserve">Trong khi gỡ lỗi, chúng ta thường cần phân tích các phần tử và đối tượng chưa biết đến từ một mô-đun hoặc dịch vụ bên ngoài. Mã Python có thể được khám phá rất dễ dàng tại bất kỳ thời điểm nào trong quá trình thực thi. Khả năng kiểm tra các kiểu và thuộc tính của mã trong khi nó đang được thực thi được gọi là </w:t>
      </w:r>
      <w:r>
        <w:rPr>
          <w:b w:val="0"/>
          <w:i/>
        </w:rPr>
        <w:t xml:space="preserve"> introspection (nội quan) </w:t>
      </w:r>
      <w:r>
        <w:rPr>
          <w:b w:val="0"/>
          <w:i w:val="0"/>
        </w:rPr>
        <w:t xml:space="preserve"> .</w:t>
      </w:r>
    </w:p>
    <w:p>
      <w:pPr>
        <w:spacing w:after="80"/>
      </w:pPr>
      <w:r>
        <w:rPr>
          <w:b w:val="0"/>
          <w:i w:val="0"/>
        </w:rPr>
        <w:t>Mọi thứ trong công thức này đều được bao gồm mặc định trong trình thông dịch của Python.</w:t>
      </w:r>
    </w:p>
    <w:p>
      <w:pPr>
        <w:pStyle w:val="Heading3"/>
      </w:pPr>
      <w:r>
        <w:rPr>
          <w:rFonts w:ascii="Calibri" w:hAnsi="Calibri"/>
          <w:b/>
          <w:i w:val="0"/>
          <w:sz w:val="26"/>
        </w:rPr>
        <w:t>Cách thực hiện...</w:t>
      </w:r>
    </w:p>
    <w:p>
      <w:pPr>
        <w:spacing w:after="80"/>
        <w:ind w:left="360"/>
      </w:pPr>
      <w:r>
        <w:t xml:space="preserve">1. </w:t>
      </w:r>
      <w:r>
        <w:rPr>
          <w:b w:val="0"/>
          <w:i w:val="0"/>
        </w:rPr>
        <w:t xml:space="preserve">Import </w:t>
      </w:r>
      <w:r>
        <w:rPr>
          <w:rFonts w:ascii="Consolas" w:hAnsi="Consolas"/>
          <w:b w:val="0"/>
          <w:i w:val="0"/>
          <w:sz w:val="20"/>
        </w:rPr>
        <w:br/>
        <w:br/>
        <w:t xml:space="preserve">       pprint</w:t>
        <w:br/>
        <w:t xml:space="preserve">      </w:t>
        <w:br/>
      </w:r>
      <w:r>
        <w:rPr>
          <w:b w:val="0"/>
          <w:i w:val="0"/>
        </w:rPr>
        <w:t xml:space="preserve"> :</w:t>
      </w:r>
    </w:p>
    <w:p>
      <w:pPr>
        <w:spacing w:after="0"/>
        <w:ind w:left="360"/>
        <w:shd w:val="clear" w:color="auto" w:fill="F2F2F2"/>
      </w:pPr>
      <w:r>
        <w:rPr>
          <w:rFonts w:ascii="Consolas" w:hAnsi="Consolas"/>
          <w:sz w:val="18"/>
        </w:rPr>
        <w:t>&gt;&gt;&gt; from pprint import pprint</w:t>
      </w:r>
    </w:p>
    <w:p>
      <w:pPr>
        <w:spacing w:after="40"/>
      </w:pPr>
    </w:p>
    <w:p>
      <w:pPr>
        <w:spacing w:after="80"/>
        <w:ind w:left="360"/>
      </w:pPr>
      <w:r>
        <w:t xml:space="preserve">2. </w:t>
      </w:r>
      <w:r>
        <w:rPr>
          <w:b w:val="0"/>
          <w:i w:val="0"/>
        </w:rPr>
        <w:t xml:space="preserve">Tạo một dictionary mới có tên là </w:t>
      </w:r>
      <w:r>
        <w:rPr>
          <w:rFonts w:ascii="Consolas" w:hAnsi="Consolas"/>
          <w:b w:val="0"/>
          <w:i w:val="0"/>
          <w:sz w:val="20"/>
        </w:rPr>
        <w:br/>
        <w:br/>
        <w:t xml:space="preserve">       dictionary</w:t>
        <w:br/>
        <w:t xml:space="preserve">      </w:t>
        <w:br/>
      </w:r>
      <w:r>
        <w:rPr>
          <w:b w:val="0"/>
          <w:i w:val="0"/>
        </w:rPr>
        <w:t xml:space="preserve"> :</w:t>
      </w:r>
    </w:p>
    <w:p>
      <w:pPr>
        <w:spacing w:after="0"/>
        <w:ind w:left="360"/>
        <w:shd w:val="clear" w:color="auto" w:fill="F2F2F2"/>
      </w:pPr>
      <w:r>
        <w:rPr>
          <w:rFonts w:ascii="Consolas" w:hAnsi="Consolas"/>
          <w:sz w:val="18"/>
        </w:rPr>
        <w:t>&gt;&gt;&gt; dictionary = {'example': 1}</w:t>
      </w:r>
    </w:p>
    <w:p>
      <w:pPr>
        <w:spacing w:after="40"/>
      </w:pPr>
    </w:p>
    <w:p>
      <w:pPr>
        <w:spacing w:after="80"/>
        <w:ind w:left="360"/>
      </w:pPr>
      <w:r>
        <w:t xml:space="preserve">3. </w:t>
      </w:r>
      <w:r>
        <w:rPr>
          <w:b w:val="0"/>
          <w:i w:val="0"/>
        </w:rPr>
        <w:t xml:space="preserve">Hiển thị </w:t>
      </w:r>
      <w:r>
        <w:rPr>
          <w:rFonts w:ascii="Consolas" w:hAnsi="Consolas"/>
          <w:b w:val="0"/>
          <w:i w:val="0"/>
          <w:sz w:val="20"/>
        </w:rPr>
        <w:br/>
        <w:br/>
        <w:t xml:space="preserve">       globals</w:t>
        <w:br/>
        <w:t xml:space="preserve">      </w:t>
        <w:br/>
      </w:r>
      <w:r>
        <w:rPr>
          <w:b w:val="0"/>
          <w:i w:val="0"/>
        </w:rPr>
        <w:t xml:space="preserve"> trong môi trường này:</w:t>
      </w:r>
    </w:p>
    <w:p>
      <w:pPr>
        <w:spacing w:after="0"/>
        <w:ind w:left="360"/>
        <w:shd w:val="clear" w:color="auto" w:fill="F2F2F2"/>
      </w:pPr>
      <w:r>
        <w:rPr>
          <w:rFonts w:ascii="Consolas" w:hAnsi="Consolas"/>
          <w:sz w:val="18"/>
        </w:rPr>
        <w:t>&gt;&gt;&gt; globals()</w:t>
      </w:r>
    </w:p>
    <w:p>
      <w:pPr>
        <w:spacing w:after="0"/>
        <w:ind w:left="360"/>
        <w:shd w:val="clear" w:color="auto" w:fill="F2F2F2"/>
      </w:pPr>
      <w:r>
        <w:rPr>
          <w:rFonts w:ascii="Consolas" w:hAnsi="Consolas"/>
          <w:sz w:val="18"/>
        </w:rPr>
        <w:t>{...'pprint': &lt;function pprint at 0x10c52c880&gt;,</w:t>
      </w:r>
    </w:p>
    <w:p>
      <w:pPr>
        <w:spacing w:after="0"/>
        <w:ind w:left="360"/>
        <w:shd w:val="clear" w:color="auto" w:fill="F2F2F2"/>
      </w:pPr>
      <w:r>
        <w:rPr>
          <w:rFonts w:ascii="Consolas" w:hAnsi="Consolas"/>
          <w:sz w:val="18"/>
        </w:rPr>
        <w:t>...'dictionary': {'example': 1}}</w:t>
      </w:r>
    </w:p>
    <w:p>
      <w:pPr>
        <w:spacing w:after="40"/>
      </w:pPr>
    </w:p>
    <w:p>
      <w:pPr>
        <w:spacing w:after="80"/>
        <w:ind w:left="360"/>
      </w:pPr>
      <w:r>
        <w:t xml:space="preserve">4. </w:t>
      </w:r>
      <w:r>
        <w:rPr>
          <w:b w:val="0"/>
          <w:i w:val="0"/>
        </w:rPr>
        <w:t xml:space="preserve">In dictionary </w:t>
      </w:r>
      <w:r>
        <w:rPr>
          <w:rFonts w:ascii="Consolas" w:hAnsi="Consolas"/>
          <w:b w:val="0"/>
          <w:i w:val="0"/>
          <w:sz w:val="20"/>
        </w:rPr>
        <w:br/>
        <w:br/>
        <w:t xml:space="preserve">       globals</w:t>
        <w:br/>
        <w:t xml:space="preserve">      </w:t>
        <w:br/>
      </w:r>
      <w:r>
        <w:rPr>
          <w:b w:val="0"/>
          <w:i w:val="0"/>
        </w:rPr>
        <w:t xml:space="preserve"> ở định dạng dễ đọc với </w:t>
      </w:r>
      <w:r>
        <w:rPr>
          <w:rFonts w:ascii="Consolas" w:hAnsi="Consolas"/>
          <w:b w:val="0"/>
          <w:i w:val="0"/>
          <w:sz w:val="20"/>
        </w:rPr>
        <w:br/>
        <w:br/>
        <w:t xml:space="preserve">       pprint</w:t>
        <w:br/>
        <w:t xml:space="preserve">      </w:t>
        <w:br/>
      </w:r>
      <w:r>
        <w:rPr>
          <w:b w:val="0"/>
          <w:i w:val="0"/>
        </w:rPr>
        <w:t xml:space="preserve"> :</w:t>
      </w:r>
    </w:p>
    <w:p>
      <w:pPr>
        <w:spacing w:after="0"/>
        <w:ind w:left="360"/>
        <w:shd w:val="clear" w:color="auto" w:fill="F2F2F2"/>
      </w:pPr>
      <w:r>
        <w:rPr>
          <w:rFonts w:ascii="Consolas" w:hAnsi="Consolas"/>
          <w:sz w:val="18"/>
        </w:rPr>
        <w:t>&gt;&gt;&gt; pprint(globals())</w:t>
      </w:r>
    </w:p>
    <w:p>
      <w:pPr>
        <w:spacing w:after="0"/>
        <w:ind w:left="360"/>
        <w:shd w:val="clear" w:color="auto" w:fill="F2F2F2"/>
      </w:pPr>
      <w:r>
        <w:rPr>
          <w:rFonts w:ascii="Consolas" w:hAnsi="Consolas"/>
          <w:sz w:val="18"/>
        </w:rPr>
        <w:t>{'__builtins__': &lt;module 'builtins' (built-in)&gt;,</w:t>
      </w:r>
    </w:p>
    <w:p>
      <w:pPr>
        <w:spacing w:after="0"/>
        <w:ind w:left="360"/>
        <w:shd w:val="clear" w:color="auto" w:fill="F2F2F2"/>
      </w:pPr>
      <w:r>
        <w:rPr>
          <w:rFonts w:ascii="Consolas" w:hAnsi="Consolas"/>
          <w:sz w:val="18"/>
        </w:rPr>
        <w:t xml:space="preserve"> '__doc__': None,</w:t>
      </w:r>
    </w:p>
    <w:p>
      <w:pPr>
        <w:spacing w:after="0"/>
        <w:ind w:left="360"/>
        <w:shd w:val="clear" w:color="auto" w:fill="F2F2F2"/>
      </w:pPr>
      <w:r>
        <w:rPr>
          <w:rFonts w:ascii="Consolas" w:hAnsi="Consolas"/>
          <w:sz w:val="18"/>
        </w:rPr>
        <w:t xml:space="preserve"> '__loader__': &lt;class '_frozen_importlib.BuiltinImporter'&gt;,</w:t>
      </w:r>
    </w:p>
    <w:p>
      <w:pPr>
        <w:spacing w:after="0"/>
        <w:ind w:left="360"/>
        <w:shd w:val="clear" w:color="auto" w:fill="F2F2F2"/>
      </w:pPr>
      <w:r>
        <w:rPr>
          <w:rFonts w:ascii="Consolas" w:hAnsi="Consolas"/>
          <w:sz w:val="18"/>
        </w:rPr>
        <w:t xml:space="preserve"> '__name__': '__main__',</w:t>
      </w:r>
    </w:p>
    <w:p>
      <w:pPr>
        <w:spacing w:after="0"/>
        <w:ind w:left="360"/>
        <w:shd w:val="clear" w:color="auto" w:fill="F2F2F2"/>
      </w:pPr>
      <w:r>
        <w:rPr>
          <w:rFonts w:ascii="Consolas" w:hAnsi="Consolas"/>
          <w:sz w:val="18"/>
        </w:rPr>
        <w:t xml:space="preserve"> '__package__': None,</w:t>
      </w:r>
    </w:p>
    <w:p>
      <w:pPr>
        <w:spacing w:after="0"/>
        <w:ind w:left="360"/>
        <w:shd w:val="clear" w:color="auto" w:fill="F2F2F2"/>
      </w:pPr>
      <w:r>
        <w:rPr>
          <w:rFonts w:ascii="Consolas" w:hAnsi="Consolas"/>
          <w:sz w:val="18"/>
        </w:rPr>
        <w:t xml:space="preserve"> '__spec__': None,</w:t>
      </w:r>
    </w:p>
    <w:p>
      <w:pPr>
        <w:spacing w:after="0"/>
        <w:ind w:left="360"/>
        <w:shd w:val="clear" w:color="auto" w:fill="F2F2F2"/>
      </w:pPr>
      <w:r>
        <w:rPr>
          <w:rFonts w:ascii="Consolas" w:hAnsi="Consolas"/>
          <w:sz w:val="18"/>
        </w:rPr>
        <w:t xml:space="preserve"> 'dictionary': {'example': 1},</w:t>
      </w:r>
    </w:p>
    <w:p>
      <w:pPr>
        <w:spacing w:after="0"/>
        <w:ind w:left="360"/>
        <w:shd w:val="clear" w:color="auto" w:fill="F2F2F2"/>
      </w:pPr>
      <w:r>
        <w:rPr>
          <w:rFonts w:ascii="Consolas" w:hAnsi="Consolas"/>
          <w:sz w:val="18"/>
        </w:rPr>
        <w:t xml:space="preserve"> 'pprint': &lt;function pprint at 0x10c52c880&gt;}</w:t>
      </w:r>
    </w:p>
    <w:p>
      <w:pPr>
        <w:spacing w:after="40"/>
      </w:pPr>
    </w:p>
    <w:p>
      <w:pPr>
        <w:spacing w:after="80"/>
        <w:ind w:left="360"/>
      </w:pPr>
      <w:r>
        <w:t xml:space="preserve">5. </w:t>
      </w:r>
      <w:r>
        <w:rPr>
          <w:b w:val="0"/>
          <w:i w:val="0"/>
        </w:rPr>
        <w:t xml:space="preserve">Hiển thị tất cả các thuộc tính của </w:t>
      </w:r>
      <w:r>
        <w:rPr>
          <w:rFonts w:ascii="Consolas" w:hAnsi="Consolas"/>
          <w:b w:val="0"/>
          <w:i w:val="0"/>
          <w:sz w:val="20"/>
        </w:rPr>
        <w:br/>
        <w:br/>
        <w:t xml:space="preserve">       dictionary</w:t>
        <w:br/>
        <w:t xml:space="preserve">      </w:t>
        <w:br/>
      </w:r>
      <w:r>
        <w:rPr>
          <w:b w:val="0"/>
          <w:i w:val="0"/>
        </w:rPr>
        <w:t xml:space="preserve"> :</w:t>
      </w:r>
    </w:p>
    <w:p>
      <w:pPr>
        <w:spacing w:after="0"/>
        <w:ind w:left="360"/>
        <w:shd w:val="clear" w:color="auto" w:fill="F2F2F2"/>
      </w:pPr>
      <w:r>
        <w:rPr>
          <w:rFonts w:ascii="Consolas" w:hAnsi="Consolas"/>
          <w:sz w:val="18"/>
        </w:rPr>
        <w:t>&gt;&gt;&gt; dir(dictionary)</w:t>
      </w:r>
    </w:p>
    <w:p>
      <w:pPr>
        <w:spacing w:after="0"/>
        <w:ind w:left="360"/>
        <w:shd w:val="clear" w:color="auto" w:fill="F2F2F2"/>
      </w:pPr>
      <w:r>
        <w:rPr>
          <w:rFonts w:ascii="Consolas" w:hAnsi="Consolas"/>
          <w:sz w:val="18"/>
        </w:rPr>
        <w:t>['__class__', '__class_getitem__', '__contains__', '__delattr__', '__delitem__', '__dir__', '__doc__', '__eq__', '__format__', '__ge__', '__getattribute__', '__getitem__', '__getstate__', '__gt__', '__hash__', '__init__', '__init_subclass__', '__ior__', '__iter__', '__le__', '__len__', '__lt__', '__ne__', '__new__', '__or__', '__reduce__', '__reduce_ex__', '__repr__', '__reversed__', '__ror__', '__setattr__', '__setitem__', '__sizeof__', '__str__', '__subclasshook__', 'clear', 'copy', 'fromkeys', 'get', 'items', 'keys', 'pop', 'popitem', 'setdefault', 'update', 'values']</w:t>
      </w:r>
    </w:p>
    <w:p>
      <w:pPr>
        <w:spacing w:after="40"/>
      </w:pPr>
    </w:p>
    <w:p>
      <w:pPr>
        <w:spacing w:after="80"/>
        <w:ind w:left="360"/>
      </w:pPr>
      <w:r>
        <w:t xml:space="preserve">6. </w:t>
      </w:r>
      <w:r>
        <w:rPr>
          <w:b w:val="0"/>
          <w:i w:val="0"/>
        </w:rPr>
        <w:t xml:space="preserve">Hiển thị phần trợ giúp cho đối tượng </w:t>
      </w:r>
      <w:r>
        <w:rPr>
          <w:rFonts w:ascii="Consolas" w:hAnsi="Consolas"/>
          <w:b w:val="0"/>
          <w:i w:val="0"/>
          <w:sz w:val="20"/>
        </w:rPr>
        <w:br/>
        <w:br/>
        <w:t xml:space="preserve">       dictionary</w:t>
        <w:br/>
        <w:t xml:space="preserve">      </w:t>
        <w:br/>
      </w:r>
      <w:r>
        <w:rPr>
          <w:b w:val="0"/>
          <w:i w:val="0"/>
        </w:rPr>
        <w:t xml:space="preserve"> :</w:t>
      </w:r>
    </w:p>
    <w:p>
      <w:pPr>
        <w:spacing w:after="0"/>
        <w:ind w:left="360"/>
        <w:shd w:val="clear" w:color="auto" w:fill="F2F2F2"/>
      </w:pPr>
      <w:r>
        <w:rPr>
          <w:rFonts w:ascii="Consolas" w:hAnsi="Consolas"/>
          <w:sz w:val="18"/>
        </w:rPr>
        <w:t>&gt;&gt;&gt; help(dictionary)</w:t>
      </w:r>
    </w:p>
    <w:p>
      <w:pPr>
        <w:spacing w:after="0"/>
        <w:ind w:left="360"/>
        <w:shd w:val="clear" w:color="auto" w:fill="F2F2F2"/>
      </w:pPr>
      <w:r>
        <w:rPr>
          <w:rFonts w:ascii="Consolas" w:hAnsi="Consolas"/>
          <w:sz w:val="18"/>
        </w:rPr>
        <w:t>Help on dict object: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class dict(object)</w:t>
      </w:r>
    </w:p>
    <w:p>
      <w:pPr>
        <w:spacing w:after="0"/>
        <w:ind w:left="360"/>
        <w:shd w:val="clear" w:color="auto" w:fill="F2F2F2"/>
      </w:pPr>
      <w:r>
        <w:rPr>
          <w:rFonts w:ascii="Consolas" w:hAnsi="Consolas"/>
          <w:sz w:val="18"/>
        </w:rPr>
        <w:t xml:space="preserve"> |  dict() -&gt; new empty dictionary</w:t>
      </w:r>
    </w:p>
    <w:p>
      <w:pPr>
        <w:spacing w:after="0"/>
        <w:ind w:left="360"/>
        <w:shd w:val="clear" w:color="auto" w:fill="F2F2F2"/>
      </w:pPr>
      <w:r>
        <w:rPr>
          <w:rFonts w:ascii="Consolas" w:hAnsi="Consolas"/>
          <w:sz w:val="18"/>
        </w:rPr>
        <w:t xml:space="preserve"> |  dict(mapping) -&gt; new dictionary initialized from a mapping object's</w:t>
      </w:r>
    </w:p>
    <w:p>
      <w:pPr>
        <w:spacing w:after="0"/>
        <w:ind w:left="360"/>
        <w:shd w:val="clear" w:color="auto" w:fill="F2F2F2"/>
      </w:pPr>
      <w:r>
        <w:rPr>
          <w:rFonts w:ascii="Consolas" w:hAnsi="Consolas"/>
          <w:sz w:val="18"/>
        </w:rPr>
        <w:t xml:space="preserve"> |      (key, value) pairs</w:t>
      </w:r>
    </w:p>
    <w:p>
      <w:pPr>
        <w:spacing w:after="0"/>
        <w:ind w:left="360"/>
        <w:shd w:val="clear" w:color="auto" w:fill="F2F2F2"/>
      </w:pPr>
      <w:r>
        <w:rPr>
          <w:rFonts w:ascii="Consolas" w:hAnsi="Consolas"/>
          <w:sz w:val="18"/>
        </w:rPr>
        <w:t>...</w:t>
      </w:r>
    </w:p>
    <w:p>
      <w:pPr>
        <w:spacing w:after="40"/>
      </w:pPr>
    </w:p>
    <w:p>
      <w:pPr>
        <w:pStyle w:val="Heading3"/>
      </w:pPr>
      <w:r>
        <w:rPr>
          <w:rFonts w:ascii="Calibri" w:hAnsi="Calibri"/>
          <w:b/>
          <w:i w:val="0"/>
          <w:sz w:val="26"/>
        </w:rPr>
        <w:t>Cách nó hoạt động...</w:t>
      </w:r>
    </w:p>
    <w:p>
      <w:pPr>
        <w:spacing w:after="80"/>
      </w:pPr>
      <w:r>
        <w:rPr>
          <w:b w:val="0"/>
          <w:i w:val="0"/>
        </w:rPr>
        <w:t xml:space="preserve">Sau khi import </w:t>
      </w:r>
      <w:r>
        <w:rPr>
          <w:rFonts w:ascii="Consolas" w:hAnsi="Consolas"/>
          <w:b w:val="0"/>
          <w:i w:val="0"/>
          <w:sz w:val="20"/>
        </w:rPr>
        <w:br/>
        <w:br/>
        <w:t xml:space="preserve">      pprint</w:t>
        <w:br/>
        <w:t xml:space="preserve">     </w:t>
        <w:br/>
      </w:r>
      <w:r>
        <w:rPr>
          <w:b w:val="0"/>
          <w:i w:val="0"/>
        </w:rPr>
        <w:t xml:space="preserve"> (pretty print - in đẹp) trong </w:t>
      </w:r>
      <w:r>
        <w:rPr>
          <w:b w:val="0"/>
          <w:i/>
        </w:rPr>
        <w:t xml:space="preserve"> bước 1 </w:t>
      </w:r>
      <w:r>
        <w:rPr>
          <w:b w:val="0"/>
          <w:i w:val="0"/>
        </w:rPr>
        <w:t xml:space="preserve"> , chúng ta tạo một dictionary mới để làm việc như được hiển thị trong </w:t>
      </w:r>
      <w:r>
        <w:rPr>
          <w:b w:val="0"/>
          <w:i/>
        </w:rPr>
        <w:t xml:space="preserve"> bước 2 </w:t>
      </w:r>
      <w:r>
        <w:rPr>
          <w:b w:val="0"/>
          <w:i w:val="0"/>
        </w:rPr>
        <w:t xml:space="preserve"> .</w:t>
      </w:r>
    </w:p>
    <w:p>
      <w:pPr>
        <w:spacing w:after="80"/>
      </w:pPr>
      <w:r>
        <w:rPr>
          <w:b w:val="0"/>
          <w:i/>
        </w:rPr>
        <w:t xml:space="preserve"> Bước 3 </w:t>
      </w:r>
      <w:r>
        <w:rPr>
          <w:b w:val="0"/>
          <w:i w:val="0"/>
        </w:rPr>
        <w:t xml:space="preserve"> cho thấy không gian tên </w:t>
      </w:r>
      <w:r>
        <w:rPr>
          <w:rFonts w:ascii="Consolas" w:hAnsi="Consolas"/>
          <w:b w:val="0"/>
          <w:i w:val="0"/>
          <w:sz w:val="20"/>
        </w:rPr>
        <w:br/>
        <w:br/>
        <w:t xml:space="preserve">      global</w:t>
        <w:br/>
        <w:t xml:space="preserve">     </w:t>
        <w:br/>
      </w:r>
      <w:r>
        <w:rPr>
          <w:b w:val="0"/>
          <w:i w:val="0"/>
        </w:rPr>
        <w:t xml:space="preserve"> chứa, trong số những thứ khác, </w:t>
      </w:r>
      <w:r>
        <w:rPr>
          <w:rFonts w:ascii="Consolas" w:hAnsi="Consolas"/>
          <w:b w:val="0"/>
          <w:i w:val="0"/>
          <w:sz w:val="20"/>
        </w:rPr>
        <w:br/>
        <w:br/>
        <w:t xml:space="preserve">      dictionary</w:t>
        <w:br/>
        <w:t xml:space="preserve">     </w:t>
        <w:br/>
      </w:r>
      <w:r>
        <w:rPr>
          <w:b w:val="0"/>
          <w:i w:val="0"/>
        </w:rPr>
        <w:t xml:space="preserve"> đã được định nghĩa và mô-đun. </w:t>
      </w:r>
      <w:r>
        <w:rPr>
          <w:rFonts w:ascii="Consolas" w:hAnsi="Consolas"/>
          <w:b w:val="0"/>
          <w:i w:val="0"/>
          <w:sz w:val="20"/>
        </w:rPr>
        <w:br/>
        <w:br/>
        <w:t xml:space="preserve">      globals()</w:t>
        <w:br/>
        <w:t xml:space="preserve">     </w:t>
        <w:br/>
      </w:r>
      <w:r>
        <w:rPr>
          <w:b w:val="0"/>
          <w:i w:val="0"/>
        </w:rPr>
        <w:t xml:space="preserve"> hiển thị tất cả các mô-đun đã import và các biến toàn cục khác.</w:t>
      </w:r>
    </w:p>
    <w:p>
      <w:pPr>
        <w:spacing w:after="80"/>
      </w:pPr>
      <w:r>
        <w:rPr>
          <w:b/>
          <w:i w:val="0"/>
        </w:rPr>
        <w:t>Lưu ý</w:t>
      </w:r>
    </w:p>
    <w:p>
      <w:pPr>
        <w:spacing w:after="80"/>
      </w:pPr>
      <w:r>
        <w:rPr>
          <w:b w:val="0"/>
          <w:i w:val="0"/>
        </w:rPr>
        <w:t xml:space="preserve">Có một hàm tương đương </w:t>
      </w:r>
      <w:r>
        <w:rPr>
          <w:rFonts w:ascii="Consolas" w:hAnsi="Consolas"/>
          <w:b w:val="0"/>
          <w:i w:val="0"/>
          <w:sz w:val="20"/>
        </w:rPr>
        <w:br/>
        <w:br/>
        <w:t xml:space="preserve">       locals()</w:t>
        <w:br/>
        <w:t xml:space="preserve">      </w:t>
        <w:br/>
      </w:r>
      <w:r>
        <w:rPr>
          <w:b w:val="0"/>
          <w:i w:val="0"/>
        </w:rPr>
        <w:t xml:space="preserve"> dành cho không gian tên cục bộ.</w:t>
      </w:r>
    </w:p>
    <w:p>
      <w:pPr>
        <w:spacing w:after="80"/>
      </w:pPr>
      <w:r>
        <w:rPr>
          <w:rFonts w:ascii="Consolas" w:hAnsi="Consolas"/>
          <w:b w:val="0"/>
          <w:i w:val="0"/>
          <w:sz w:val="20"/>
        </w:rPr>
        <w:br/>
        <w:br/>
        <w:t xml:space="preserve">      pprint</w:t>
        <w:br/>
        <w:t xml:space="preserve">     </w:t>
        <w:br/>
      </w:r>
      <w:r>
        <w:rPr>
          <w:b w:val="0"/>
          <w:i w:val="0"/>
        </w:rPr>
        <w:t xml:space="preserve"> giúp hiển thị </w:t>
      </w:r>
      <w:r>
        <w:rPr>
          <w:rFonts w:ascii="Consolas" w:hAnsi="Consolas"/>
          <w:b w:val="0"/>
          <w:i w:val="0"/>
          <w:sz w:val="20"/>
        </w:rPr>
        <w:br/>
        <w:br/>
        <w:t xml:space="preserve">      globals</w:t>
        <w:br/>
        <w:t xml:space="preserve">     </w:t>
        <w:br/>
      </w:r>
      <w:r>
        <w:rPr>
          <w:b w:val="0"/>
          <w:i w:val="0"/>
        </w:rPr>
        <w:t xml:space="preserve"> theo định dạng dễ đọc hơn trong </w:t>
      </w:r>
      <w:r>
        <w:rPr>
          <w:b w:val="0"/>
          <w:i/>
        </w:rPr>
        <w:t xml:space="preserve"> bước 4 </w:t>
      </w:r>
      <w:r>
        <w:rPr>
          <w:b w:val="0"/>
          <w:i w:val="0"/>
        </w:rPr>
        <w:t xml:space="preserve"> , thêm nhiều khoảng trắng và tách các phần tử theo từng dòng.</w:t>
      </w:r>
    </w:p>
    <w:p>
      <w:pPr>
        <w:spacing w:after="80"/>
      </w:pPr>
      <w:r>
        <w:rPr>
          <w:b w:val="0"/>
          <w:i/>
        </w:rPr>
        <w:t xml:space="preserve"> Bước 5 </w:t>
      </w:r>
      <w:r>
        <w:rPr>
          <w:b w:val="0"/>
          <w:i w:val="0"/>
        </w:rPr>
        <w:t xml:space="preserve"> cho thấy cách dùng </w:t>
      </w:r>
      <w:r>
        <w:rPr>
          <w:rFonts w:ascii="Consolas" w:hAnsi="Consolas"/>
          <w:b w:val="0"/>
          <w:i w:val="0"/>
          <w:sz w:val="20"/>
        </w:rPr>
        <w:br/>
        <w:br/>
        <w:t xml:space="preserve">      dir()</w:t>
        <w:br/>
        <w:t xml:space="preserve">     </w:t>
        <w:br/>
      </w:r>
      <w:r>
        <w:rPr>
          <w:b w:val="0"/>
          <w:i w:val="0"/>
        </w:rPr>
        <w:t xml:space="preserve"> để lấy tất cả tên thuộc tính của một đối tượng Python. Lưu ý rằng nó bao gồm tất cả các giá trị có hai dấu gạch dưới, chẳng hạn như </w:t>
      </w:r>
      <w:r>
        <w:rPr>
          <w:rFonts w:ascii="Consolas" w:hAnsi="Consolas"/>
          <w:b w:val="0"/>
          <w:i w:val="0"/>
          <w:sz w:val="20"/>
        </w:rPr>
        <w:br/>
        <w:br/>
        <w:t xml:space="preserve">      __len__</w:t>
        <w:br/>
        <w:t xml:space="preserve">     </w:t>
        <w:br/>
      </w:r>
      <w:r>
        <w:rPr>
          <w:b w:val="0"/>
          <w:i w:val="0"/>
        </w:rPr>
        <w:t xml:space="preserve"> .</w:t>
      </w:r>
    </w:p>
    <w:p>
      <w:pPr>
        <w:spacing w:after="80"/>
      </w:pPr>
      <w:r>
        <w:rPr>
          <w:b w:val="0"/>
          <w:i w:val="0"/>
        </w:rPr>
        <w:t xml:space="preserve">Việc dùng hàm tích hợp sẵn </w:t>
      </w:r>
      <w:r>
        <w:rPr>
          <w:rFonts w:ascii="Consolas" w:hAnsi="Consolas"/>
          <w:b w:val="0"/>
          <w:i w:val="0"/>
          <w:sz w:val="20"/>
        </w:rPr>
        <w:br/>
        <w:br/>
        <w:t xml:space="preserve">      help()</w:t>
        <w:br/>
        <w:t xml:space="preserve">     </w:t>
        <w:br/>
      </w:r>
      <w:r>
        <w:rPr>
          <w:b w:val="0"/>
          <w:i w:val="0"/>
        </w:rPr>
        <w:t xml:space="preserve"> sẽ hiển thị thông tin liên quan cho các đối tượng.</w:t>
      </w:r>
    </w:p>
    <w:p>
      <w:pPr>
        <w:pStyle w:val="Heading3"/>
      </w:pPr>
      <w:r>
        <w:rPr>
          <w:rFonts w:ascii="Calibri" w:hAnsi="Calibri"/>
          <w:b/>
          <w:i w:val="0"/>
          <w:sz w:val="26"/>
        </w:rPr>
        <w:t>Còn nhiều thứ khác nữa...</w:t>
      </w:r>
    </w:p>
    <w:p>
      <w:pPr>
        <w:spacing w:after="80"/>
      </w:pPr>
      <w:r>
        <w:rPr>
          <w:b w:val="0"/>
          <w:i w:val="0"/>
        </w:rPr>
        <w:t>Đặc biệt, dir() cực kỳ hữu ích để kiểm tra các đối tượng, mô-đun hoặc lớp chưa biết. Nếu bạn cần lọc bỏ các thuộc tính mặc định và làm rõ kết quả, bạn có thể lọc đầu ra bằng cách dùng list comprehension (hiểu danh sách):</w:t>
      </w:r>
    </w:p>
    <w:p>
      <w:pPr>
        <w:spacing w:after="0"/>
        <w:ind w:left="360"/>
        <w:shd w:val="clear" w:color="auto" w:fill="F2F2F2"/>
      </w:pPr>
      <w:r>
        <w:rPr>
          <w:rFonts w:ascii="Consolas" w:hAnsi="Consolas"/>
          <w:sz w:val="18"/>
        </w:rPr>
        <w:t>&gt;&gt;&gt; [att for att in dir(dictionary) if not att.startswith('__')]</w:t>
      </w:r>
    </w:p>
    <w:p>
      <w:pPr>
        <w:spacing w:after="0"/>
        <w:ind w:left="360"/>
        <w:shd w:val="clear" w:color="auto" w:fill="F2F2F2"/>
      </w:pPr>
      <w:r>
        <w:rPr>
          <w:rFonts w:ascii="Consolas" w:hAnsi="Consolas"/>
          <w:sz w:val="18"/>
        </w:rPr>
        <w:t>['clear', 'copy', 'fromkeys', 'get', 'items', 'keys', 'pop', 'popitem', 'setdefault', 'update', 'values']</w:t>
      </w:r>
    </w:p>
    <w:p>
      <w:pPr>
        <w:spacing w:after="40"/>
      </w:pPr>
    </w:p>
    <w:p>
      <w:pPr>
        <w:spacing w:after="80"/>
      </w:pPr>
      <w:r>
        <w:rPr>
          <w:b w:val="0"/>
          <w:i w:val="0"/>
        </w:rPr>
        <w:t xml:space="preserve">Tương tự, bạn có thể làm điều này nếu đang tìm một phương thức cụ thể (chẳng hạn như thứ gì đó bắt đầu bằng </w:t>
      </w:r>
      <w:r>
        <w:rPr>
          <w:rFonts w:ascii="Consolas" w:hAnsi="Consolas"/>
          <w:b w:val="0"/>
          <w:i w:val="0"/>
          <w:sz w:val="20"/>
        </w:rPr>
        <w:br/>
        <w:br/>
        <w:t xml:space="preserve">      set</w:t>
        <w:br/>
        <w:t xml:space="preserve">     </w:t>
        <w:br/>
      </w:r>
      <w:r>
        <w:rPr>
          <w:b w:val="0"/>
          <w:i w:val="0"/>
        </w:rPr>
        <w:t xml:space="preserve"> ).</w:t>
      </w:r>
    </w:p>
    <w:p>
      <w:pPr>
        <w:spacing w:after="80"/>
      </w:pPr>
      <w:r>
        <w:rPr>
          <w:rFonts w:ascii="Consolas" w:hAnsi="Consolas"/>
          <w:b w:val="0"/>
          <w:i w:val="0"/>
          <w:sz w:val="20"/>
        </w:rPr>
        <w:br/>
        <w:br/>
        <w:t xml:space="preserve">      help()</w:t>
        <w:br/>
        <w:t xml:space="preserve">     </w:t>
        <w:br/>
      </w:r>
      <w:r>
        <w:rPr>
          <w:b w:val="0"/>
          <w:i w:val="0"/>
        </w:rPr>
        <w:t xml:space="preserve"> sẽ hiển thị </w:t>
      </w:r>
      <w:r>
        <w:rPr>
          <w:rFonts w:ascii="Consolas" w:hAnsi="Consolas"/>
          <w:b w:val="0"/>
          <w:i w:val="0"/>
          <w:sz w:val="20"/>
        </w:rPr>
        <w:br/>
        <w:br/>
        <w:t xml:space="preserve">      docstring</w:t>
        <w:br/>
        <w:t xml:space="preserve">     </w:t>
        <w:br/>
      </w:r>
      <w:r>
        <w:rPr>
          <w:b w:val="0"/>
          <w:i w:val="0"/>
        </w:rPr>
        <w:t xml:space="preserve"> của một hàm hoặc lớp. </w:t>
      </w:r>
      <w:r>
        <w:rPr>
          <w:rFonts w:ascii="Consolas" w:hAnsi="Consolas"/>
          <w:b w:val="0"/>
          <w:i w:val="0"/>
          <w:sz w:val="20"/>
        </w:rPr>
        <w:br/>
        <w:br/>
        <w:t xml:space="preserve">      docstring</w:t>
        <w:br/>
        <w:t xml:space="preserve">     </w:t>
        <w:br/>
      </w:r>
      <w:r>
        <w:rPr>
          <w:b w:val="0"/>
          <w:i w:val="0"/>
        </w:rPr>
        <w:t xml:space="preserve"> là chuỗi được định nghĩa ngay sau phần định nghĩa để ghi tài liệu cho hàm hoặc lớp:</w:t>
      </w:r>
    </w:p>
    <w:p>
      <w:pPr>
        <w:spacing w:after="0"/>
        <w:ind w:left="360"/>
        <w:shd w:val="clear" w:color="auto" w:fill="F2F2F2"/>
      </w:pPr>
      <w:r>
        <w:rPr>
          <w:rFonts w:ascii="Consolas" w:hAnsi="Consolas"/>
          <w:sz w:val="18"/>
        </w:rPr>
        <w:t>&gt;&gt;&gt; def something():</w:t>
      </w:r>
    </w:p>
    <w:p>
      <w:pPr>
        <w:spacing w:after="0"/>
        <w:ind w:left="360"/>
        <w:shd w:val="clear" w:color="auto" w:fill="F2F2F2"/>
      </w:pPr>
      <w:r>
        <w:rPr>
          <w:rFonts w:ascii="Consolas" w:hAnsi="Consolas"/>
          <w:sz w:val="18"/>
        </w:rPr>
        <w:t>...     '''</w:t>
      </w:r>
    </w:p>
    <w:p>
      <w:pPr>
        <w:spacing w:after="0"/>
        <w:ind w:left="360"/>
        <w:shd w:val="clear" w:color="auto" w:fill="F2F2F2"/>
      </w:pPr>
      <w:r>
        <w:rPr>
          <w:rFonts w:ascii="Consolas" w:hAnsi="Consolas"/>
          <w:sz w:val="18"/>
        </w:rPr>
        <w:t>...     This is help for something</w:t>
      </w:r>
    </w:p>
    <w:p>
      <w:pPr>
        <w:spacing w:after="0"/>
        <w:ind w:left="360"/>
        <w:shd w:val="clear" w:color="auto" w:fill="F2F2F2"/>
      </w:pPr>
      <w:r>
        <w:rPr>
          <w:rFonts w:ascii="Consolas" w:hAnsi="Consolas"/>
          <w:sz w:val="18"/>
        </w:rPr>
        <w:t>...     '''</w:t>
      </w:r>
    </w:p>
    <w:p>
      <w:pPr>
        <w:spacing w:after="0"/>
        <w:ind w:left="360"/>
        <w:shd w:val="clear" w:color="auto" w:fill="F2F2F2"/>
      </w:pPr>
      <w:r>
        <w:rPr>
          <w:rFonts w:ascii="Consolas" w:hAnsi="Consolas"/>
          <w:sz w:val="18"/>
        </w:rPr>
        <w:t>...     pass</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&gt;&gt;&gt; help(something)</w:t>
      </w:r>
    </w:p>
    <w:p>
      <w:pPr>
        <w:spacing w:after="0"/>
        <w:ind w:left="360"/>
        <w:shd w:val="clear" w:color="auto" w:fill="F2F2F2"/>
      </w:pPr>
      <w:r>
        <w:rPr>
          <w:rFonts w:ascii="Consolas" w:hAnsi="Consolas"/>
          <w:sz w:val="18"/>
        </w:rPr>
        <w:t>Help on function something in module __main__:</w:t>
      </w:r>
    </w:p>
    <w:p>
      <w:pPr>
        <w:spacing w:after="0"/>
        <w:ind w:left="360"/>
        <w:shd w:val="clear" w:color="auto" w:fill="F2F2F2"/>
      </w:pPr>
      <w:r>
        <w:rPr>
          <w:rFonts w:ascii="Consolas" w:hAnsi="Consolas"/>
          <w:sz w:val="18"/>
        </w:rPr>
        <w:t>something()</w:t>
      </w:r>
    </w:p>
    <w:p>
      <w:pPr>
        <w:spacing w:after="0"/>
        <w:ind w:left="360"/>
        <w:shd w:val="clear" w:color="auto" w:fill="F2F2F2"/>
      </w:pPr>
      <w:r>
        <w:rPr>
          <w:rFonts w:ascii="Consolas" w:hAnsi="Consolas"/>
          <w:sz w:val="18"/>
        </w:rPr>
        <w:t xml:space="preserve">    This is help for something</w:t>
      </w:r>
    </w:p>
    <w:p>
      <w:pPr>
        <w:spacing w:after="40"/>
      </w:pPr>
    </w:p>
    <w:p>
      <w:pPr>
        <w:spacing w:after="80"/>
      </w:pPr>
      <w:r>
        <w:rPr>
          <w:b w:val="0"/>
          <w:i w:val="0"/>
        </w:rPr>
        <w:t xml:space="preserve">Hãy để ý cách chuỗi " </w:t>
      </w:r>
      <w:r>
        <w:rPr>
          <w:rFonts w:ascii="Consolas" w:hAnsi="Consolas"/>
          <w:b w:val="0"/>
          <w:i w:val="0"/>
          <w:sz w:val="20"/>
        </w:rPr>
        <w:br/>
        <w:br/>
        <w:t xml:space="preserve">      This is help for something</w:t>
        <w:br/>
        <w:t xml:space="preserve">     </w:t>
        <w:br/>
      </w:r>
      <w:r>
        <w:rPr>
          <w:b w:val="0"/>
          <w:i w:val="0"/>
        </w:rPr>
        <w:t xml:space="preserve"> " được hiển thị ngay sau phần định nghĩa của hàm.</w:t>
      </w:r>
    </w:p>
    <w:p>
      <w:pPr>
        <w:spacing w:after="80"/>
      </w:pPr>
      <w:r>
        <w:rPr>
          <w:b/>
          <w:i w:val="0"/>
        </w:rPr>
        <w:t>Mẹo</w:t>
      </w:r>
    </w:p>
    <w:p>
      <w:pPr>
        <w:spacing w:after="80"/>
      </w:pPr>
      <w:r>
        <w:rPr>
          <w:rFonts w:ascii="Consolas" w:hAnsi="Consolas"/>
          <w:b w:val="0"/>
          <w:i w:val="0"/>
          <w:sz w:val="20"/>
        </w:rPr>
        <w:br/>
        <w:br/>
        <w:t xml:space="preserve">       docstring</w:t>
        <w:br/>
        <w:t xml:space="preserve">      </w:t>
        <w:br/>
      </w:r>
      <w:r>
        <w:rPr>
          <w:b w:val="0"/>
          <w:i w:val="0"/>
        </w:rPr>
        <w:t xml:space="preserve"> thường được bao trong ba dấu ngoặc kép để cho phép viết chuỗi nhiều dòng. Python sẽ coi mọi thứ bên trong ba dấu ngoặc kép là một chuỗi lớn, kể cả khi có các ký tự xuống dòng. Bạn có thể dùng ký tự </w:t>
      </w:r>
      <w:r>
        <w:rPr>
          <w:rFonts w:ascii="Consolas" w:hAnsi="Consolas"/>
          <w:b w:val="0"/>
          <w:i w:val="0"/>
          <w:sz w:val="20"/>
        </w:rPr>
        <w:br/>
        <w:br/>
        <w:t xml:space="preserve">       '</w:t>
        <w:br/>
        <w:t xml:space="preserve">      </w:t>
        <w:br/>
      </w:r>
      <w:r>
        <w:rPr>
          <w:b w:val="0"/>
          <w:i w:val="0"/>
        </w:rPr>
        <w:t xml:space="preserve"> (nháy đơn) hoặc </w:t>
      </w:r>
      <w:r>
        <w:rPr>
          <w:rFonts w:ascii="Consolas" w:hAnsi="Consolas"/>
          <w:b w:val="0"/>
          <w:i w:val="0"/>
          <w:sz w:val="20"/>
        </w:rPr>
        <w:br/>
        <w:br/>
        <w:t xml:space="preserve">       "</w:t>
        <w:br/>
        <w:t xml:space="preserve">      </w:t>
        <w:br/>
      </w:r>
      <w:r>
        <w:rPr>
          <w:b w:val="0"/>
          <w:i w:val="0"/>
        </w:rPr>
        <w:t xml:space="preserve"> (nháy kép), miễn là bạn dùng ba ký tự đó. Bạn có thể tìm thêm thông tin về </w:t>
      </w:r>
      <w:r>
        <w:rPr>
          <w:rFonts w:ascii="Consolas" w:hAnsi="Consolas"/>
          <w:b w:val="0"/>
          <w:i w:val="0"/>
          <w:sz w:val="20"/>
        </w:rPr>
        <w:br/>
        <w:br/>
        <w:t xml:space="preserve">       docstrings</w:t>
        <w:br/>
        <w:t xml:space="preserve">      </w:t>
        <w:br/>
      </w:r>
      <w:r>
        <w:rPr>
          <w:b w:val="0"/>
          <w:i w:val="0"/>
        </w:rPr>
        <w:t xml:space="preserve"> tại </w:t>
      </w:r>
      <w:r>
        <w:rPr>
          <w:rFonts w:ascii="Consolas" w:hAnsi="Consolas"/>
          <w:b w:val="0"/>
          <w:i w:val="0"/>
          <w:sz w:val="20"/>
        </w:rPr>
        <w:br/>
        <w:br/>
        <w:t xml:space="preserve">        https://www.python.org/dev/peps/pep-0257/</w:t>
        <w:br/>
        <w:t xml:space="preserve">       </w:t>
        <w:br/>
      </w:r>
      <w:r>
        <w:rPr>
          <w:b w:val="0"/>
          <w:i w:val="0"/>
        </w:rPr>
        <w:t xml:space="preserve"> .</w:t>
      </w:r>
    </w:p>
    <w:p>
      <w:pPr>
        <w:spacing w:after="80"/>
      </w:pPr>
      <w:r>
        <w:rPr>
          <w:b w:val="0"/>
          <w:i w:val="0"/>
        </w:rPr>
        <w:t xml:space="preserve">Tài liệu cho các hàm tích hợp sẵn có thể tìm tại </w:t>
      </w:r>
      <w:r>
        <w:rPr>
          <w:rFonts w:ascii="Consolas" w:hAnsi="Consolas"/>
          <w:b w:val="0"/>
          <w:i w:val="0"/>
          <w:sz w:val="20"/>
        </w:rPr>
        <w:br/>
        <w:br/>
        <w:t xml:space="preserve">       https://docs.python.org/3/library/functions.html#built-in-functions</w:t>
        <w:br/>
        <w:t xml:space="preserve">      </w:t>
        <w:br/>
      </w:r>
      <w:r>
        <w:rPr>
          <w:b w:val="0"/>
          <w:i w:val="0"/>
        </w:rPr>
        <w:t xml:space="preserve"> , còn tài liệu đầy đủ cho </w:t>
      </w:r>
      <w:r>
        <w:rPr>
          <w:rFonts w:ascii="Consolas" w:hAnsi="Consolas"/>
          <w:b w:val="0"/>
          <w:i w:val="0"/>
          <w:sz w:val="20"/>
        </w:rPr>
        <w:br/>
        <w:br/>
        <w:t xml:space="preserve">      pprint</w:t>
        <w:br/>
        <w:t xml:space="preserve">     </w:t>
        <w:br/>
      </w:r>
      <w:r>
        <w:rPr>
          <w:b w:val="0"/>
          <w:i w:val="0"/>
        </w:rPr>
        <w:t xml:space="preserve"> có thể tìm tại </w:t>
      </w:r>
      <w:r>
        <w:rPr>
          <w:rFonts w:ascii="Consolas" w:hAnsi="Consolas"/>
          <w:b w:val="0"/>
          <w:i w:val="0"/>
          <w:sz w:val="20"/>
        </w:rPr>
        <w:br/>
        <w:br/>
        <w:t xml:space="preserve">       https://docs.python.org/3/library/pprint.html</w:t>
        <w:br/>
        <w:t xml:space="preserve">      </w:t>
        <w:br/>
      </w:r>
      <w:r>
        <w:rPr>
          <w:b w:val="0"/>
          <w:i w:val="0"/>
        </w:rPr>
        <w:t xml:space="preserve"> .</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Cải thiện kỹ năng gỡ lỗi của bạn </w:t>
      </w:r>
      <w:r>
        <w:rPr>
          <w:b w:val="0"/>
          <w:i w:val="0"/>
        </w:rPr>
        <w:t xml:space="preserve"> , ở phần sau của chương này, để có thêm nhiều công cụ gỡ lỗi</w:t>
      </w:r>
    </w:p>
    <w:p>
      <w:pPr>
        <w:spacing w:after="80"/>
        <w:ind w:left="360"/>
      </w:pPr>
      <w:r>
        <w:t xml:space="preserve">• </w:t>
      </w:r>
      <w:r>
        <w:rPr>
          <w:b w:val="0"/>
          <w:i w:val="0"/>
        </w:rPr>
        <w:t xml:space="preserve">Công thức </w:t>
      </w:r>
      <w:r>
        <w:rPr>
          <w:b w:val="0"/>
          <w:i/>
        </w:rPr>
        <w:t xml:space="preserve"> Gỡ lỗi thông qua ghi log </w:t>
      </w:r>
      <w:r>
        <w:rPr>
          <w:b w:val="0"/>
          <w:i w:val="0"/>
        </w:rPr>
        <w:t xml:space="preserve"> , tiếp theo trong chương này, dạy cách gỡ lỗi các phần tử bằng cách đặt các dấu vết</w:t>
      </w:r>
    </w:p>
    <w:p>
      <w:pPr>
        <w:pStyle w:val="Heading2"/>
      </w:pPr>
      <w:r>
        <w:rPr>
          <w:rFonts w:ascii="Calibri" w:hAnsi="Calibri"/>
          <w:b/>
          <w:i w:val="0"/>
          <w:sz w:val="32"/>
        </w:rPr>
        <w:t>Gỡ lỗi thông qua ghi log</w:t>
      </w:r>
    </w:p>
    <w:p>
      <w:pPr>
        <w:spacing w:after="80"/>
      </w:pPr>
      <w:r>
        <w:rPr>
          <w:b w:val="0"/>
          <w:i w:val="0"/>
        </w:rPr>
        <w:t>Suy cho cùng, gỡ lỗi là việc phát hiện điều gì đang diễn ra bên trong chương trình của chúng ta và tìm ra những hiệu ứng bất ngờ hoặc không đúng có thể đang xảy ra. Một cách tiếp cận đơn giản nhưng rất hiệu quả là xuất các biến và thông tin khác tại những vị trí chiến lược trong mã của bạn để giúp lập trình viên theo dõi luồng chạy của chương trình.</w:t>
      </w:r>
    </w:p>
    <w:p>
      <w:pPr>
        <w:spacing w:after="80"/>
      </w:pPr>
      <w:r>
        <w:rPr>
          <w:b w:val="0"/>
          <w:i w:val="0"/>
        </w:rPr>
        <w:t xml:space="preserve">Cách đơn giản nhất của phương pháp này được gọi là </w:t>
      </w:r>
      <w:r>
        <w:rPr>
          <w:b/>
          <w:i w:val="0"/>
        </w:rPr>
        <w:t>gỡ lỗi bằng print</w:t>
      </w:r>
      <w:r>
        <w:rPr>
          <w:b w:val="0"/>
          <w:i w:val="0"/>
        </w:rPr>
        <w:t xml:space="preserve">. Kỹ thuật này bao gồm việc chèn các câu lệnh </w:t>
      </w:r>
      <w:r>
        <w:rPr>
          <w:rFonts w:ascii="Consolas" w:hAnsi="Consolas"/>
          <w:b w:val="0"/>
          <w:i w:val="0"/>
          <w:sz w:val="20"/>
        </w:rPr>
        <w:br/>
        <w:br/>
        <w:t xml:space="preserve">      print</w:t>
        <w:br/>
        <w:t xml:space="preserve">     </w:t>
        <w:br/>
      </w:r>
      <w:r>
        <w:rPr>
          <w:b w:val="0"/>
          <w:i w:val="0"/>
        </w:rPr>
        <w:t xml:space="preserve"> vào những điểm nhất định để in giá trị của các biến hoặc các điểm trong quá trình gỡ lỗi.</w:t>
      </w:r>
    </w:p>
    <w:p>
      <w:pPr>
        <w:spacing w:after="80"/>
      </w:pPr>
      <w:r>
        <w:rPr>
          <w:b w:val="0"/>
          <w:i w:val="0"/>
        </w:rPr>
        <w:t xml:space="preserve">Nhưng nếu đẩy kỹ thuật này xa hơn một chút và kết hợp với các kỹ thuật ghi log (logging) được trình bày trong </w:t>
      </w:r>
      <w:r>
        <w:rPr>
          <w:b w:val="0"/>
          <w:i/>
        </w:rPr>
        <w:t>Chương 2</w:t>
      </w:r>
      <w:r>
        <w:rPr>
          <w:b w:val="0"/>
          <w:i w:val="0"/>
        </w:rPr>
        <w:t xml:space="preserve">, </w:t>
      </w:r>
      <w:r>
        <w:rPr>
          <w:b w:val="0"/>
          <w:i/>
        </w:rPr>
        <w:t>Tự động hóa tác vụ thật dễ dàng</w:t>
      </w:r>
      <w:r>
        <w:rPr>
          <w:b w:val="0"/>
          <w:i w:val="0"/>
        </w:rPr>
        <w:t>, chúng ta có thể tạo ra một dấu vết (trace) về quá trình thực thi của chương trình. Thông tin dấu vết này có thể cực kỳ hữu ích khi phát hiện các vấn đề trong một chương trình đang chạy. Log cũng thường được hiển thị khi chạy kiểm thử bằng một framework kiểm thử.</w:t>
      </w:r>
    </w:p>
    <w:p>
      <w:pPr>
        <w:spacing w:after="80"/>
      </w:pPr>
      <w:r>
        <w:rPr>
          <w:b/>
          <w:i w:val="0"/>
        </w:rPr>
        <w:t>Lưu ý</w:t>
      </w:r>
    </w:p>
    <w:p>
      <w:pPr>
        <w:spacing w:after="80"/>
      </w:pPr>
      <w:r>
        <w:rPr>
          <w:rFonts w:ascii="Consolas" w:hAnsi="Consolas"/>
          <w:b w:val="0"/>
          <w:i w:val="0"/>
          <w:sz w:val="20"/>
        </w:rPr>
        <w:br/>
        <w:br/>
        <w:t xml:space="preserve">       pytest</w:t>
        <w:br/>
        <w:t xml:space="preserve">      </w:t>
        <w:br/>
      </w:r>
      <w:r>
        <w:rPr>
          <w:b w:val="0"/>
          <w:i w:val="0"/>
        </w:rPr>
        <w:t xml:space="preserve">, được giới thiệu trong </w:t>
      </w:r>
      <w:r>
        <w:rPr>
          <w:b w:val="0"/>
          <w:i/>
        </w:rPr>
        <w:t>Chương 15, Các quy trình kiểm thử tự động</w:t>
      </w:r>
      <w:r>
        <w:rPr>
          <w:b w:val="0"/>
          <w:i w:val="0"/>
        </w:rPr>
        <w:t xml:space="preserve">, sẽ tự động hiển thị log của các bài kiểm thử thất bại. Các framework kiểm thử khác có thể cần được cấu hình. Ghi log được trình bày trong cuốn sách này ở </w:t>
      </w:r>
      <w:r>
        <w:rPr>
          <w:b w:val="0"/>
          <w:i/>
        </w:rPr>
        <w:t>Chương 2, Tự động hóa tác vụ thật dễ dàng</w:t>
      </w:r>
      <w:r>
        <w:rPr>
          <w:b w:val="0"/>
          <w:i w:val="0"/>
        </w:rPr>
        <w:t>.</w:t>
      </w:r>
    </w:p>
    <w:p>
      <w:pPr>
        <w:pStyle w:val="Heading3"/>
      </w:pPr>
      <w:r>
        <w:rPr>
          <w:rFonts w:ascii="Calibri" w:hAnsi="Calibri"/>
          <w:b/>
          <w:i w:val="0"/>
          <w:sz w:val="26"/>
        </w:rPr>
        <w:t>Chuẩn bị</w:t>
      </w:r>
    </w:p>
    <w:p>
      <w:pPr>
        <w:spacing w:after="80"/>
      </w:pPr>
      <w:r>
        <w:rPr>
          <w:b w:val="0"/>
          <w:i w:val="0"/>
        </w:rPr>
        <w:t xml:space="preserve">Tải tệp </w:t>
      </w:r>
      <w:r>
        <w:rPr>
          <w:rFonts w:ascii="Consolas" w:hAnsi="Consolas"/>
          <w:b w:val="0"/>
          <w:i w:val="0"/>
          <w:sz w:val="20"/>
        </w:rPr>
        <w:br/>
        <w:br/>
        <w:t xml:space="preserve">      debug_logging.py</w:t>
        <w:br/>
        <w:t xml:space="preserve">     </w:t>
        <w:br/>
      </w:r>
      <w:r>
        <w:rPr>
          <w:b w:val="0"/>
          <w:i w:val="0"/>
        </w:rPr>
        <w:t xml:space="preserve"> từ GitHub: </w:t>
      </w:r>
      <w:r>
        <w:rPr>
          <w:rFonts w:ascii="Consolas" w:hAnsi="Consolas"/>
          <w:b w:val="0"/>
          <w:i w:val="0"/>
          <w:sz w:val="20"/>
        </w:rPr>
        <w:br/>
        <w:br/>
        <w:t xml:space="preserve">       https://github.com/PacktPublishing/Python-Automation-Cookbook-Third-Edition/blob/main/ch16/debug_logging.py</w:t>
        <w:br/>
        <w:t xml:space="preserve">      </w:t>
        <w:br/>
      </w:r>
      <w:r>
        <w:rPr>
          <w:b w:val="0"/>
          <w:i w:val="0"/>
        </w:rPr>
        <w:t>.</w:t>
      </w:r>
    </w:p>
    <w:p>
      <w:pPr>
        <w:spacing w:after="80"/>
      </w:pPr>
      <w:r>
        <w:rPr>
          <w:b w:val="0"/>
          <w:i w:val="0"/>
        </w:rPr>
        <w:t>Tệp này chứa một bản triển khai thuật toán sắp xếp nổi bọt (bubble sort) (</w:t>
      </w:r>
      <w:r>
        <w:rPr>
          <w:rFonts w:ascii="Consolas" w:hAnsi="Consolas"/>
          <w:b w:val="0"/>
          <w:i w:val="0"/>
          <w:sz w:val="20"/>
        </w:rPr>
        <w:br/>
        <w:br/>
        <w:t xml:space="preserve">       https://www.studytonight.com/data-structures/bubble-sort</w:t>
        <w:br/>
        <w:t xml:space="preserve">      </w:t>
        <w:br/>
      </w:r>
      <w:r>
        <w:rPr>
          <w:b w:val="0"/>
          <w:i w:val="0"/>
        </w:rPr>
        <w:t>), một trong những cách đơn giản nhất để sắp xếp một danh sách các phần tử. Thuật toán lặp lại nhiều lần trên danh sách, và trong mỗi lần lặp, hai giá trị liền kề được kiểm tra và hoán đổi cho nhau để giá trị lớn hơn nằm sau giá trị nhỏ hơn. Điều này khiến các giá trị lớn hơn nổi lên như những bong bóng trong danh sách.</w:t>
      </w:r>
    </w:p>
    <w:p>
      <w:pPr>
        <w:spacing w:after="80"/>
      </w:pPr>
      <w:r>
        <w:rPr>
          <w:b/>
          <w:i w:val="0"/>
        </w:rPr>
        <w:t>Mẹo</w:t>
      </w:r>
    </w:p>
    <w:p>
      <w:pPr>
        <w:spacing w:after="80"/>
      </w:pPr>
      <w:r>
        <w:rPr>
          <w:b w:val="0"/>
          <w:i w:val="0"/>
        </w:rPr>
        <w:t xml:space="preserve">Sắp xếp nổi bọt là một cách triển khai sắp xếp đơn giản nhưng ngây thơ, và có những lựa chọn thay thế tốt hơn. Trừ khi bạn có một lý do cực kỳ chính đáng để không làm vậy, hãy dựa vào phương thức </w:t>
      </w:r>
      <w:r>
        <w:rPr>
          <w:rFonts w:ascii="Consolas" w:hAnsi="Consolas"/>
          <w:b w:val="0"/>
          <w:i w:val="0"/>
          <w:sz w:val="20"/>
        </w:rPr>
        <w:br/>
        <w:br/>
        <w:t xml:space="preserve">       .sort</w:t>
        <w:br/>
        <w:t xml:space="preserve">      </w:t>
        <w:br/>
      </w:r>
      <w:r>
        <w:rPr>
          <w:b w:val="0"/>
          <w:i w:val="0"/>
        </w:rPr>
        <w:t xml:space="preserve"> tiêu chuẩn của danh sách.</w:t>
      </w:r>
    </w:p>
    <w:p>
      <w:pPr>
        <w:spacing w:after="80"/>
      </w:pPr>
      <w:r>
        <w:rPr>
          <w:b w:val="0"/>
          <w:i w:val="0"/>
        </w:rPr>
        <w:t>Khi chạy, nó kiểm tra danh sách sau để xác minh rằng việc sắp xếp hoạt động chính xác:</w:t>
      </w:r>
    </w:p>
    <w:p>
      <w:pPr>
        <w:spacing w:after="0"/>
        <w:ind w:left="360"/>
        <w:shd w:val="clear" w:color="auto" w:fill="F2F2F2"/>
      </w:pPr>
      <w:r>
        <w:rPr>
          <w:rFonts w:ascii="Consolas" w:hAnsi="Consolas"/>
          <w:sz w:val="18"/>
        </w:rPr>
        <w:t>assert [1, 2, 3, 4, 7, 10] == bubble_sort([3, 7, 10, 2, 4, 1])</w:t>
      </w:r>
    </w:p>
    <w:p>
      <w:pPr>
        <w:spacing w:after="40"/>
      </w:pPr>
    </w:p>
    <w:p>
      <w:pPr>
        <w:spacing w:after="80"/>
      </w:pPr>
      <w:r>
        <w:rPr>
          <w:b w:val="0"/>
          <w:i w:val="0"/>
        </w:rPr>
        <w:t>Chúng ta có một lỗi (bug) trong bản triển khai này, nên chúng ta có thể sửa nó như một phần của công thức này!</w:t>
      </w:r>
    </w:p>
    <w:p>
      <w:pPr>
        <w:spacing w:after="80"/>
      </w:pPr>
      <w:r>
        <w:rPr>
          <w:b/>
          <w:i w:val="0"/>
        </w:rPr>
        <w:t>Mẹo</w:t>
      </w:r>
    </w:p>
    <w:p>
      <w:pPr>
        <w:spacing w:after="80"/>
      </w:pPr>
      <w:r>
        <w:rPr>
          <w:b w:val="0"/>
          <w:i w:val="0"/>
        </w:rPr>
        <w:t>Bạn có thể "gian lận" và nhờ một công cụ GenAI đọc mã và giải thích vấn đề là gì. Nhưng ở đây không có tiết lộ trước đâu! Cứ đọc tiếp nhé!</w:t>
      </w:r>
    </w:p>
    <w:p>
      <w:pPr>
        <w:pStyle w:val="Heading3"/>
      </w:pPr>
      <w:r>
        <w:rPr>
          <w:rFonts w:ascii="Calibri" w:hAnsi="Calibri"/>
          <w:b/>
          <w:i w:val="0"/>
          <w:sz w:val="26"/>
        </w:rPr>
        <w:t>Cách thực hiện...</w:t>
      </w:r>
    </w:p>
    <w:p>
      <w:pPr>
        <w:spacing w:after="80"/>
        <w:ind w:left="360"/>
      </w:pPr>
      <w:r>
        <w:t xml:space="preserve">1. </w:t>
      </w:r>
      <w:r>
        <w:rPr>
          <w:b w:val="0"/>
          <w:i w:val="0"/>
        </w:rPr>
        <w:t xml:space="preserve">Chạy script </w:t>
      </w:r>
      <w:r>
        <w:rPr>
          <w:rFonts w:ascii="Consolas" w:hAnsi="Consolas"/>
          <w:b w:val="0"/>
          <w:i w:val="0"/>
          <w:sz w:val="20"/>
        </w:rPr>
        <w:br/>
        <w:br/>
        <w:t xml:space="preserve">       debug_logging.py</w:t>
        <w:br/>
        <w:t xml:space="preserve">      </w:t>
        <w:br/>
      </w:r>
      <w:r>
        <w:rPr>
          <w:b w:val="0"/>
          <w:i w:val="0"/>
        </w:rPr>
        <w:t xml:space="preserve"> và kiểm tra xem nó có thất bại không:</w:t>
      </w:r>
    </w:p>
    <w:p>
      <w:pPr>
        <w:spacing w:after="0"/>
        <w:ind w:left="360"/>
        <w:shd w:val="clear" w:color="auto" w:fill="F2F2F2"/>
      </w:pPr>
      <w:r>
        <w:rPr>
          <w:rFonts w:ascii="Consolas" w:hAnsi="Consolas"/>
          <w:sz w:val="18"/>
        </w:rPr>
        <w:t>$ uv run debug_logging.py</w:t>
      </w:r>
    </w:p>
    <w:p>
      <w:pPr>
        <w:spacing w:after="0"/>
        <w:ind w:left="360"/>
        <w:shd w:val="clear" w:color="auto" w:fill="F2F2F2"/>
      </w:pPr>
      <w:r>
        <w:rPr>
          <w:rFonts w:ascii="Consolas" w:hAnsi="Consolas"/>
          <w:sz w:val="18"/>
        </w:rPr>
        <w:t>INFO:Sorting the list: [3, 7, 10, 2, 4, 1]</w:t>
      </w:r>
    </w:p>
    <w:p>
      <w:pPr>
        <w:spacing w:after="0"/>
        <w:ind w:left="360"/>
        <w:shd w:val="clear" w:color="auto" w:fill="F2F2F2"/>
      </w:pPr>
      <w:r>
        <w:rPr>
          <w:rFonts w:ascii="Consolas" w:hAnsi="Consolas"/>
          <w:sz w:val="18"/>
        </w:rPr>
        <w:t>INFO:Sorted list:      [2, 3, 4, 7, 10, 1]</w:t>
      </w:r>
    </w:p>
    <w:p>
      <w:pPr>
        <w:spacing w:after="0"/>
        <w:ind w:left="360"/>
        <w:shd w:val="clear" w:color="auto" w:fill="F2F2F2"/>
      </w:pPr>
      <w:r>
        <w:rPr>
          <w:rFonts w:ascii="Consolas" w:hAnsi="Consolas"/>
          <w:sz w:val="18"/>
        </w:rPr>
        <w:t>Traceback (most recent call last):</w:t>
      </w:r>
    </w:p>
    <w:p>
      <w:pPr>
        <w:spacing w:after="0"/>
        <w:ind w:left="360"/>
        <w:shd w:val="clear" w:color="auto" w:fill="F2F2F2"/>
      </w:pPr>
      <w:r>
        <w:rPr>
          <w:rFonts w:ascii="Consolas" w:hAnsi="Consolas"/>
          <w:sz w:val="18"/>
        </w:rPr>
        <w:t xml:space="preserve">  File "debug_logging.py", line 17, in &lt;module&gt;</w:t>
      </w:r>
    </w:p>
    <w:p>
      <w:pPr>
        <w:spacing w:after="0"/>
        <w:ind w:left="360"/>
        <w:shd w:val="clear" w:color="auto" w:fill="F2F2F2"/>
      </w:pPr>
      <w:r>
        <w:rPr>
          <w:rFonts w:ascii="Consolas" w:hAnsi="Consolas"/>
          <w:sz w:val="18"/>
        </w:rPr>
        <w:t xml:space="preserve">    assert [1, 2, 3, 4, 7, 10] == bubble_sort([3, 7, 10, 2, 4, 1])</w:t>
      </w:r>
    </w:p>
    <w:p>
      <w:pPr>
        <w:spacing w:after="0"/>
        <w:ind w:left="360"/>
        <w:shd w:val="clear" w:color="auto" w:fill="F2F2F2"/>
      </w:pPr>
      <w:r>
        <w:rPr>
          <w:rFonts w:ascii="Consolas" w:hAnsi="Consolas"/>
          <w:sz w:val="18"/>
        </w:rPr>
        <w:t>AssertionError</w:t>
      </w:r>
    </w:p>
    <w:p>
      <w:pPr>
        <w:spacing w:after="40"/>
      </w:pPr>
    </w:p>
    <w:p>
      <w:pPr>
        <w:spacing w:after="80"/>
        <w:ind w:left="360"/>
      </w:pPr>
      <w:r>
        <w:t xml:space="preserve">2. </w:t>
      </w:r>
      <w:r>
        <w:rPr>
          <w:b w:val="0"/>
          <w:i w:val="0"/>
        </w:rPr>
        <w:t xml:space="preserve">Bật ghi log gỡ lỗi (debug logging) bằng cách thay đổi dòng thứ hai của script </w:t>
      </w:r>
      <w:r>
        <w:rPr>
          <w:rFonts w:ascii="Consolas" w:hAnsi="Consolas"/>
          <w:b w:val="0"/>
          <w:i w:val="0"/>
          <w:sz w:val="20"/>
        </w:rPr>
        <w:br/>
        <w:br/>
        <w:t xml:space="preserve">       debug_logging.py</w:t>
        <w:br/>
        <w:t xml:space="preserve">      </w:t>
        <w:br/>
      </w:r>
      <w:r>
        <w:rPr>
          <w:b w:val="0"/>
          <w:i w:val="0"/>
        </w:rPr>
        <w:t>: Thay đổi dòng trước đó thành dòng sau: Lưu ý mức độ (level) khác nhau.</w:t>
      </w:r>
    </w:p>
    <w:p>
      <w:pPr>
        <w:spacing w:after="0"/>
        <w:ind w:left="360"/>
        <w:shd w:val="clear" w:color="auto" w:fill="F2F2F2"/>
      </w:pPr>
      <w:r>
        <w:rPr>
          <w:rFonts w:ascii="Consolas" w:hAnsi="Consolas"/>
          <w:sz w:val="18"/>
        </w:rPr>
        <w:t>logging.basicConfig(format='%(levelname)s:%(message)s', level=logging.INFO)</w:t>
      </w:r>
    </w:p>
    <w:p>
      <w:pPr>
        <w:spacing w:after="40"/>
      </w:pPr>
    </w:p>
    <w:p>
      <w:pPr>
        <w:spacing w:after="0"/>
        <w:ind w:left="360"/>
        <w:shd w:val="clear" w:color="auto" w:fill="F2F2F2"/>
      </w:pPr>
      <w:r>
        <w:rPr>
          <w:rFonts w:ascii="Consolas" w:hAnsi="Consolas"/>
          <w:sz w:val="18"/>
        </w:rPr>
        <w:t>logging.basicConfig(format='%(levelname)s:%(message)s', level=logging.DEBUG)</w:t>
      </w:r>
    </w:p>
    <w:p>
      <w:pPr>
        <w:spacing w:after="40"/>
      </w:pPr>
    </w:p>
    <w:p>
      <w:pPr>
        <w:spacing w:after="80"/>
        <w:ind w:left="360"/>
      </w:pPr>
      <w:r>
        <w:t xml:space="preserve">3. </w:t>
      </w:r>
      <w:r>
        <w:rPr>
          <w:b w:val="0"/>
          <w:i w:val="0"/>
        </w:rPr>
        <w:t>Chạy lại script, với nhiều thông tin hơn ở bên trong:</w:t>
      </w:r>
    </w:p>
    <w:p>
      <w:pPr>
        <w:spacing w:after="0"/>
        <w:ind w:left="360"/>
        <w:shd w:val="clear" w:color="auto" w:fill="F2F2F2"/>
      </w:pPr>
      <w:r>
        <w:rPr>
          <w:rFonts w:ascii="Consolas" w:hAnsi="Consolas"/>
          <w:sz w:val="18"/>
        </w:rPr>
        <w:t>$ uv run debug_logging.py</w:t>
      </w:r>
    </w:p>
    <w:p>
      <w:pPr>
        <w:spacing w:after="0"/>
        <w:ind w:left="360"/>
        <w:shd w:val="clear" w:color="auto" w:fill="F2F2F2"/>
      </w:pPr>
      <w:r>
        <w:rPr>
          <w:rFonts w:ascii="Consolas" w:hAnsi="Consolas"/>
          <w:sz w:val="18"/>
        </w:rPr>
        <w:t>INFO:Sorting the list: [3, 7, 10, 2, 4, 1]</w:t>
      </w:r>
    </w:p>
    <w:p>
      <w:pPr>
        <w:spacing w:after="0"/>
        <w:ind w:left="360"/>
        <w:shd w:val="clear" w:color="auto" w:fill="F2F2F2"/>
      </w:pPr>
      <w:r>
        <w:rPr>
          <w:rFonts w:ascii="Consolas" w:hAnsi="Consolas"/>
          <w:sz w:val="18"/>
        </w:rPr>
        <w:t>DEBUG:alist: [3, 7, 10, 2, 4, 1]</w:t>
      </w:r>
    </w:p>
    <w:p>
      <w:pPr>
        <w:spacing w:after="0"/>
        <w:ind w:left="360"/>
        <w:shd w:val="clear" w:color="auto" w:fill="F2F2F2"/>
      </w:pPr>
      <w:r>
        <w:rPr>
          <w:rFonts w:ascii="Consolas" w:hAnsi="Consolas"/>
          <w:sz w:val="18"/>
        </w:rPr>
        <w:t>DEBUG:alist: [3, 7, 10, 2, 4, 1]</w:t>
      </w:r>
    </w:p>
    <w:p>
      <w:pPr>
        <w:spacing w:after="0"/>
        <w:ind w:left="360"/>
        <w:shd w:val="clear" w:color="auto" w:fill="F2F2F2"/>
      </w:pPr>
      <w:r>
        <w:rPr>
          <w:rFonts w:ascii="Consolas" w:hAnsi="Consolas"/>
          <w:sz w:val="18"/>
        </w:rPr>
        <w:t>DEBUG:alist: [3, 7, 2, 10, 4, 1]</w:t>
      </w:r>
    </w:p>
    <w:p>
      <w:pPr>
        <w:spacing w:after="0"/>
        <w:ind w:left="360"/>
        <w:shd w:val="clear" w:color="auto" w:fill="F2F2F2"/>
      </w:pPr>
      <w:r>
        <w:rPr>
          <w:rFonts w:ascii="Consolas" w:hAnsi="Consolas"/>
          <w:sz w:val="18"/>
        </w:rPr>
        <w:t>DEBUG:alist: [3, 7, 2, 4, 10, 1]</w:t>
      </w:r>
    </w:p>
    <w:p>
      <w:pPr>
        <w:spacing w:after="0"/>
        <w:ind w:left="360"/>
        <w:shd w:val="clear" w:color="auto" w:fill="F2F2F2"/>
      </w:pPr>
      <w:r>
        <w:rPr>
          <w:rFonts w:ascii="Consolas" w:hAnsi="Consolas"/>
          <w:sz w:val="18"/>
        </w:rPr>
        <w:t>DEBUG:alist: [3, 7, 2, 4, 10, 1]</w:t>
      </w:r>
    </w:p>
    <w:p>
      <w:pPr>
        <w:spacing w:after="0"/>
        <w:ind w:left="360"/>
        <w:shd w:val="clear" w:color="auto" w:fill="F2F2F2"/>
      </w:pPr>
      <w:r>
        <w:rPr>
          <w:rFonts w:ascii="Consolas" w:hAnsi="Consolas"/>
          <w:sz w:val="18"/>
        </w:rPr>
        <w:t>DEBUG:alist: [3, 2, 7, 4, 10, 1]</w:t>
      </w:r>
    </w:p>
    <w:p>
      <w:pPr>
        <w:spacing w:after="0"/>
        <w:ind w:left="360"/>
        <w:shd w:val="clear" w:color="auto" w:fill="F2F2F2"/>
      </w:pPr>
      <w:r>
        <w:rPr>
          <w:rFonts w:ascii="Consolas" w:hAnsi="Consolas"/>
          <w:sz w:val="18"/>
        </w:rPr>
        <w:t>DEBUG:alist: [3, 2, 4, 7, 10, 1]</w:t>
      </w:r>
    </w:p>
    <w:p>
      <w:pPr>
        <w:spacing w:after="0"/>
        <w:ind w:left="360"/>
        <w:shd w:val="clear" w:color="auto" w:fill="F2F2F2"/>
      </w:pPr>
      <w:r>
        <w:rPr>
          <w:rFonts w:ascii="Consolas" w:hAnsi="Consolas"/>
          <w:sz w:val="18"/>
        </w:rPr>
        <w:t>DEBUG:alist: [2, 3, 4, 7, 10, 1]</w:t>
      </w:r>
    </w:p>
    <w:p>
      <w:pPr>
        <w:spacing w:after="0"/>
        <w:ind w:left="360"/>
        <w:shd w:val="clear" w:color="auto" w:fill="F2F2F2"/>
      </w:pPr>
      <w:r>
        <w:rPr>
          <w:rFonts w:ascii="Consolas" w:hAnsi="Consolas"/>
          <w:sz w:val="18"/>
        </w:rPr>
        <w:t>DEBUG:alist: [2, 3, 4, 7, 10, 1]</w:t>
      </w:r>
    </w:p>
    <w:p>
      <w:pPr>
        <w:spacing w:after="0"/>
        <w:ind w:left="360"/>
        <w:shd w:val="clear" w:color="auto" w:fill="F2F2F2"/>
      </w:pPr>
      <w:r>
        <w:rPr>
          <w:rFonts w:ascii="Consolas" w:hAnsi="Consolas"/>
          <w:sz w:val="18"/>
        </w:rPr>
        <w:t>DEBUG:alist: [2, 3, 4, 7, 10, 1]</w:t>
      </w:r>
    </w:p>
    <w:p>
      <w:pPr>
        <w:spacing w:after="0"/>
        <w:ind w:left="360"/>
        <w:shd w:val="clear" w:color="auto" w:fill="F2F2F2"/>
      </w:pPr>
      <w:r>
        <w:rPr>
          <w:rFonts w:ascii="Consolas" w:hAnsi="Consolas"/>
          <w:sz w:val="18"/>
        </w:rPr>
        <w:t>INFO:Sorted list : [2, 3, 4, 7, 10, 1]</w:t>
      </w:r>
    </w:p>
    <w:p>
      <w:pPr>
        <w:spacing w:after="0"/>
        <w:ind w:left="360"/>
        <w:shd w:val="clear" w:color="auto" w:fill="F2F2F2"/>
      </w:pPr>
      <w:r>
        <w:rPr>
          <w:rFonts w:ascii="Consolas" w:hAnsi="Consolas"/>
          <w:sz w:val="18"/>
        </w:rPr>
        <w:t>Traceback (most recent call last):</w:t>
      </w:r>
    </w:p>
    <w:p>
      <w:pPr>
        <w:spacing w:after="0"/>
        <w:ind w:left="360"/>
        <w:shd w:val="clear" w:color="auto" w:fill="F2F2F2"/>
      </w:pPr>
      <w:r>
        <w:rPr>
          <w:rFonts w:ascii="Consolas" w:hAnsi="Consolas"/>
          <w:sz w:val="18"/>
        </w:rPr>
        <w:t xml:space="preserve">  File "debug_logging.py", line 17, in &lt;module&gt;</w:t>
      </w:r>
    </w:p>
    <w:p>
      <w:pPr>
        <w:spacing w:after="0"/>
        <w:ind w:left="360"/>
        <w:shd w:val="clear" w:color="auto" w:fill="F2F2F2"/>
      </w:pPr>
      <w:r>
        <w:rPr>
          <w:rFonts w:ascii="Consolas" w:hAnsi="Consolas"/>
          <w:sz w:val="18"/>
        </w:rPr>
        <w:t xml:space="preserve">    assert [1, 2, 3, 4, 7, 10] == bubble_sort([3, 7, 10, 2, 4, 1])</w:t>
      </w:r>
    </w:p>
    <w:p>
      <w:pPr>
        <w:spacing w:after="0"/>
        <w:ind w:left="360"/>
        <w:shd w:val="clear" w:color="auto" w:fill="F2F2F2"/>
      </w:pPr>
      <w:r>
        <w:rPr>
          <w:rFonts w:ascii="Consolas" w:hAnsi="Consolas"/>
          <w:sz w:val="18"/>
        </w:rPr>
        <w:t>AssertionError</w:t>
      </w:r>
    </w:p>
    <w:p>
      <w:pPr>
        <w:spacing w:after="40"/>
      </w:pPr>
    </w:p>
    <w:p>
      <w:pPr>
        <w:spacing w:after="80"/>
        <w:ind w:left="360"/>
      </w:pPr>
      <w:r>
        <w:t xml:space="preserve">4. </w:t>
      </w:r>
      <w:r>
        <w:rPr>
          <w:b w:val="0"/>
          <w:i w:val="0"/>
        </w:rPr>
        <w:t xml:space="preserve">Sau khi phân tích kết quả đầu ra, chúng ta nhận ra rằng phần tử cuối cùng của danh sách chưa được sắp xếp. Chúng ta phân tích code và phát hiện một lỗi off-by-one ở dòng 7. Bạn có thấy không? Hãy sửa nó bằng cách thay đổi dòng sau: Thay đổi dòng trước đó thành dòng sau: Chú ý việc loại bỏ phép toán </w:t>
      </w:r>
      <w:r>
        <w:rPr>
          <w:rFonts w:ascii="Consolas" w:hAnsi="Consolas"/>
          <w:b w:val="0"/>
          <w:i w:val="0"/>
          <w:sz w:val="20"/>
        </w:rPr>
        <w:br/>
        <w:br/>
        <w:t xml:space="preserve">        ‑1</w:t>
        <w:br/>
        <w:t xml:space="preserve">       </w:t>
        <w:br/>
      </w:r>
      <w:r>
        <w:rPr>
          <w:b w:val="0"/>
          <w:i w:val="0"/>
        </w:rPr>
        <w:t>.</w:t>
      </w:r>
    </w:p>
    <w:p>
      <w:pPr>
        <w:spacing w:after="0"/>
        <w:ind w:left="360"/>
        <w:shd w:val="clear" w:color="auto" w:fill="F2F2F2"/>
      </w:pPr>
      <w:r>
        <w:rPr>
          <w:rFonts w:ascii="Consolas" w:hAnsi="Consolas"/>
          <w:sz w:val="18"/>
        </w:rPr>
        <w:t>for passnum in reversed(range(len(alist) - 1)):</w:t>
      </w:r>
    </w:p>
    <w:p>
      <w:pPr>
        <w:spacing w:after="40"/>
      </w:pPr>
    </w:p>
    <w:p>
      <w:pPr>
        <w:spacing w:after="0"/>
        <w:ind w:left="360"/>
        <w:shd w:val="clear" w:color="auto" w:fill="F2F2F2"/>
      </w:pPr>
      <w:r>
        <w:rPr>
          <w:rFonts w:ascii="Consolas" w:hAnsi="Consolas"/>
          <w:sz w:val="18"/>
        </w:rPr>
        <w:t>for passnum in reversed(range(len(alist))):</w:t>
      </w:r>
    </w:p>
    <w:p>
      <w:pPr>
        <w:spacing w:after="40"/>
      </w:pPr>
    </w:p>
    <w:p>
      <w:pPr>
        <w:spacing w:after="80"/>
      </w:pPr>
      <w:r>
        <w:rPr>
          <w:b w:val="0"/>
          <w:i w:val="0"/>
        </w:rPr>
        <w:t>Chạy lại và bạn sẽ thấy nó hoạt động như mong đợi. Các debug log không được hiển thị ở đây:</w:t>
      </w:r>
    </w:p>
    <w:p>
      <w:pPr>
        <w:spacing w:after="0"/>
        <w:ind w:left="360"/>
        <w:shd w:val="clear" w:color="auto" w:fill="F2F2F2"/>
      </w:pPr>
      <w:r>
        <w:rPr>
          <w:rFonts w:ascii="Consolas" w:hAnsi="Consolas"/>
          <w:sz w:val="18"/>
        </w:rPr>
        <w:t>$ uv run debug_logging.py</w:t>
      </w:r>
    </w:p>
    <w:p>
      <w:pPr>
        <w:spacing w:after="0"/>
        <w:ind w:left="360"/>
        <w:shd w:val="clear" w:color="auto" w:fill="F2F2F2"/>
      </w:pPr>
      <w:r>
        <w:rPr>
          <w:rFonts w:ascii="Consolas" w:hAnsi="Consolas"/>
          <w:sz w:val="18"/>
        </w:rPr>
        <w:t>INFO:Sorting the list: [3, 7, 10, 2, 4, 1]</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INFO:Sorted list     : [1, 2, 3, 4, 7, 10]</w:t>
      </w:r>
    </w:p>
    <w:p>
      <w:pPr>
        <w:spacing w:after="40"/>
      </w:pPr>
    </w:p>
    <w:p>
      <w:pPr>
        <w:pStyle w:val="Heading3"/>
      </w:pPr>
      <w:r>
        <w:rPr>
          <w:rFonts w:ascii="Calibri" w:hAnsi="Calibri"/>
          <w:b/>
          <w:i w:val="0"/>
          <w:sz w:val="26"/>
        </w:rPr>
        <w:t>Cách nó hoạt động...</w:t>
      </w:r>
    </w:p>
    <w:p>
      <w:pPr>
        <w:spacing w:after="80"/>
      </w:pPr>
      <w:r>
        <w:rPr>
          <w:b w:val="0"/>
          <w:i/>
        </w:rPr>
        <w:t xml:space="preserve"> Bước 1 </w:t>
      </w:r>
      <w:r>
        <w:rPr>
          <w:b w:val="0"/>
          <w:i w:val="0"/>
        </w:rPr>
        <w:t xml:space="preserve"> giới thiệu script và cho thấy rằng code bị lỗi, vì nó không sắp xếp danh sách đúng cách.</w:t>
      </w:r>
    </w:p>
    <w:p>
      <w:pPr>
        <w:spacing w:after="80"/>
      </w:pPr>
      <w:r>
        <w:rPr>
          <w:b w:val="0"/>
          <w:i w:val="0"/>
        </w:rPr>
        <w:t xml:space="preserve">Script đã có sẵn một số log để hiển thị kết quả bắt đầu và kết thúc, cũng như một số debug log hiển thị từng bước trung gian. Trong </w:t>
      </w:r>
      <w:r>
        <w:rPr>
          <w:b w:val="0"/>
          <w:i/>
        </w:rPr>
        <w:t xml:space="preserve"> bước 2 </w:t>
      </w:r>
      <w:r>
        <w:rPr>
          <w:b w:val="0"/>
          <w:i w:val="0"/>
        </w:rPr>
        <w:t xml:space="preserve">, chúng ta kích hoạt hiển thị các log </w:t>
      </w:r>
      <w:r>
        <w:rPr>
          <w:rFonts w:ascii="Consolas" w:hAnsi="Consolas"/>
          <w:b w:val="0"/>
          <w:i w:val="0"/>
          <w:sz w:val="20"/>
        </w:rPr>
        <w:br/>
        <w:br/>
        <w:t xml:space="preserve">      DEBUG</w:t>
        <w:br/>
        <w:t xml:space="preserve">     </w:t>
        <w:br/>
      </w:r>
      <w:r>
        <w:rPr>
          <w:b w:val="0"/>
          <w:i w:val="0"/>
        </w:rPr>
        <w:t xml:space="preserve">, vì trong </w:t>
      </w:r>
      <w:r>
        <w:rPr>
          <w:b w:val="0"/>
          <w:i/>
        </w:rPr>
        <w:t xml:space="preserve"> bước 1 </w:t>
      </w:r>
      <w:r>
        <w:rPr>
          <w:b w:val="0"/>
          <w:i w:val="0"/>
        </w:rPr>
        <w:t xml:space="preserve"> chỉ có các log </w:t>
      </w:r>
      <w:r>
        <w:rPr>
          <w:rFonts w:ascii="Consolas" w:hAnsi="Consolas"/>
          <w:b w:val="0"/>
          <w:i w:val="0"/>
          <w:sz w:val="20"/>
        </w:rPr>
        <w:br/>
        <w:br/>
        <w:t xml:space="preserve">      INFO</w:t>
        <w:br/>
        <w:t xml:space="preserve">     </w:t>
        <w:br/>
      </w:r>
      <w:r>
        <w:rPr>
          <w:b w:val="0"/>
          <w:i w:val="0"/>
        </w:rPr>
        <w:t xml:space="preserve"> được hiển thị.</w:t>
      </w:r>
    </w:p>
    <w:p>
      <w:pPr>
        <w:spacing w:after="80"/>
      </w:pPr>
      <w:r>
        <w:rPr>
          <w:b/>
          <w:i w:val="0"/>
        </w:rPr>
        <w:t>Lưu ý</w:t>
      </w:r>
    </w:p>
    <w:p>
      <w:pPr>
        <w:spacing w:after="80"/>
      </w:pPr>
      <w:r>
        <w:rPr>
          <w:b w:val="0"/>
          <w:i w:val="0"/>
        </w:rPr>
        <w:t xml:space="preserve">Lưu ý rằng các log mặc định được hiển thị ở đầu ra lỗi chuẩn (standard error output). Điều này mặc định được hiển thị trong terminal. Nếu bạn cần chuyển hướng log đến nơi khác, chẳng hạn như một file, bạn có thể cấu hình một handler khác. Xem cấu hình logging trong Python để biết thêm chi tiết: </w:t>
      </w:r>
      <w:r>
        <w:rPr>
          <w:rFonts w:ascii="Consolas" w:hAnsi="Consolas"/>
          <w:b w:val="0"/>
          <w:i w:val="0"/>
          <w:sz w:val="20"/>
        </w:rPr>
        <w:br/>
        <w:br/>
        <w:t xml:space="preserve">        https://docs.python.org/3/howto/logging.html</w:t>
        <w:br/>
        <w:t xml:space="preserve">       </w:t>
        <w:br/>
      </w:r>
      <w:r>
        <w:rPr>
          <w:b w:val="0"/>
          <w:i w:val="0"/>
        </w:rPr>
        <w:t>.</w:t>
      </w:r>
    </w:p>
    <w:p>
      <w:pPr>
        <w:spacing w:after="80"/>
      </w:pPr>
      <w:r>
        <w:rPr>
          <w:b w:val="0"/>
          <w:i/>
        </w:rPr>
        <w:t xml:space="preserve"> Bước 3 </w:t>
      </w:r>
      <w:r>
        <w:rPr>
          <w:b w:val="0"/>
          <w:i w:val="0"/>
        </w:rPr>
        <w:t xml:space="preserve"> chạy lại script, lần này hiển thị thêm thông tin, cho thấy rằng phần tử cuối cùng trong danh sách chưa được sắp xếp.</w:t>
      </w:r>
    </w:p>
    <w:p>
      <w:pPr>
        <w:spacing w:after="80"/>
      </w:pPr>
      <w:r>
        <w:rPr>
          <w:b w:val="0"/>
          <w:i w:val="0"/>
        </w:rPr>
        <w:t xml:space="preserve">Lỗi này là lỗi off-by-one, một loại lỗi rất phổ biến, vì lẽ ra nó phải lặp qua toàn bộ kích thước của danh sách. Điều này được sửa trong </w:t>
      </w:r>
      <w:r>
        <w:rPr>
          <w:b w:val="0"/>
          <w:i/>
        </w:rPr>
        <w:t xml:space="preserve"> bước 4 </w:t>
      </w:r>
      <w:r>
        <w:rPr>
          <w:b w:val="0"/>
          <w:i w:val="0"/>
        </w:rPr>
        <w:t>.</w:t>
      </w:r>
    </w:p>
    <w:p>
      <w:pPr>
        <w:spacing w:after="80"/>
      </w:pPr>
      <w:r>
        <w:rPr>
          <w:b/>
          <w:i w:val="0"/>
        </w:rPr>
        <w:t>Lưu ý</w:t>
      </w:r>
    </w:p>
    <w:p>
      <w:pPr>
        <w:spacing w:after="80"/>
      </w:pPr>
      <w:r>
        <w:rPr>
          <w:b w:val="0"/>
          <w:i w:val="0"/>
        </w:rPr>
        <w:t>Kiểm tra code để hiểu tại sao có lỗi. Toàn bộ danh sách lẽ ra phải được so sánh, nhưng chúng ta đã mắc sai lầm là giảm kích thước đi một.</w:t>
      </w:r>
    </w:p>
    <w:p>
      <w:pPr>
        <w:spacing w:after="80"/>
      </w:pPr>
      <w:r>
        <w:rPr>
          <w:b w:val="0"/>
          <w:i w:val="0"/>
        </w:rPr>
        <w:t>Nếu cần, bạn có thể nhờ một công cụ GenAI giải thích vấn đề và đặt câu hỏi. GenAI cũng là một công cụ học tập tốt.</w:t>
      </w:r>
    </w:p>
    <w:p>
      <w:pPr>
        <w:spacing w:after="80"/>
      </w:pPr>
      <w:r>
        <w:rPr>
          <w:b w:val="0"/>
          <w:i/>
        </w:rPr>
        <w:t xml:space="preserve"> Bước 5 </w:t>
      </w:r>
      <w:r>
        <w:rPr>
          <w:b w:val="0"/>
          <w:i w:val="0"/>
        </w:rPr>
        <w:t xml:space="preserve"> cho thấy script đã sửa chạy đúng.</w:t>
      </w:r>
    </w:p>
    <w:p>
      <w:pPr>
        <w:pStyle w:val="Heading3"/>
      </w:pPr>
      <w:r>
        <w:rPr>
          <w:rFonts w:ascii="Calibri" w:hAnsi="Calibri"/>
          <w:b/>
          <w:i w:val="0"/>
          <w:sz w:val="26"/>
        </w:rPr>
        <w:t>Còn nhiều thứ khác...</w:t>
      </w:r>
    </w:p>
    <w:p>
      <w:pPr>
        <w:spacing w:after="80"/>
      </w:pPr>
      <w:r>
        <w:rPr>
          <w:b w:val="0"/>
          <w:i w:val="0"/>
        </w:rPr>
        <w:t>Trong công thức này, chúng ta đã đặt các debug log một cách có chiến lược từ trước, nhưng điều đó có thể không đúng trong một bài tập gỡ lỗi thực tế. Bạn có thể cần thêm hoặc thay đổi vị trí như một phần của quá trình điều tra lỗi.</w:t>
      </w:r>
    </w:p>
    <w:p>
      <w:pPr>
        <w:spacing w:after="80"/>
      </w:pPr>
      <w:r>
        <w:rPr>
          <w:b w:val="0"/>
          <w:i w:val="0"/>
        </w:rPr>
        <w:t>Ưu điểm lớn nhất của kỹ thuật này là chúng ta có thể thấy được luồng chạy của chương trình, có thể kiểm tra đầu ra của khối mã này sang khối mã tiếp theo và hiểu được luồng hoạt động. Nhược điểm là chúng ta có thể gặp phải một "bức tường chữ" không cung cấp thông tin cụ thể về vấn đề của mình. Bạn cần tìm sự cân bằng giữa quá nhiều và quá ít thông tin.</w:t>
      </w:r>
    </w:p>
    <w:p>
      <w:pPr>
        <w:spacing w:after="80"/>
      </w:pPr>
      <w:r>
        <w:rPr>
          <w:b w:val="0"/>
          <w:i w:val="0"/>
        </w:rPr>
        <w:t>Hãy viết dài dòng nếu cần, nhưng để giảm sự lộn xộn, hãy cố tránh những log dài và khó hiểu. Giữ văn bản càng ngắn gọn và mô tả càng rõ càng tốt. Giữ mỗi log súc tích, vì bạn luôn có thể tạo thêm log nếu cần.</w:t>
      </w:r>
    </w:p>
    <w:p>
      <w:pPr>
        <w:spacing w:after="80"/>
      </w:pPr>
      <w:r>
        <w:rPr>
          <w:b w:val="0"/>
          <w:i w:val="0"/>
        </w:rPr>
        <w:t>Nhớ hạ mức độ ghi log (logging level) xuống sau khi đã sửa xong lỗi. Bạn có thể cần xóa một số log sau đó vì chúng sẽ không còn hữu ích về lâu dài.</w:t>
      </w:r>
    </w:p>
    <w:p>
      <w:pPr>
        <w:spacing w:after="80"/>
      </w:pPr>
      <w:r>
        <w:rPr>
          <w:b/>
          <w:i w:val="0"/>
        </w:rPr>
        <w:t>Mẹo</w:t>
      </w:r>
    </w:p>
    <w:p>
      <w:pPr>
        <w:spacing w:after="80"/>
      </w:pPr>
      <w:r>
        <w:rPr>
          <w:b w:val="0"/>
          <w:i w:val="0"/>
        </w:rPr>
        <w:t>Phiên bản nhanh gọn của kỹ thuật này là thêm các câu lệnh print thay vì log gỡ lỗi (debug log). Dù một số người phản đối cách này, đây vẫn là một kỹ thuật hữu ích để gỡ lỗi. Nhưng nhớ dọn dẹp chúng khi xong việc.</w:t>
      </w:r>
    </w:p>
    <w:p>
      <w:pPr>
        <w:spacing w:after="80"/>
      </w:pPr>
      <w:r>
        <w:rPr>
          <w:b w:val="0"/>
          <w:i w:val="0"/>
        </w:rPr>
        <w:t xml:space="preserve">Tất cả các công cụ nội quan (introspection) đều có sẵn trong khi tạo log, nên bạn có thể tạo các log hiển thị, ví dụ, toàn bộ kết quả của một lệnh gọi đối tượng </w:t>
      </w:r>
      <w:r>
        <w:rPr>
          <w:rFonts w:ascii="Consolas" w:hAnsi="Consolas"/>
          <w:b w:val="0"/>
          <w:i w:val="0"/>
          <w:sz w:val="20"/>
        </w:rPr>
        <w:br/>
        <w:br/>
        <w:t xml:space="preserve">      dir(object)</w:t>
        <w:br/>
        <w:t xml:space="preserve">     </w:t>
        <w:br/>
      </w:r>
      <w:r>
        <w:rPr>
          <w:b w:val="0"/>
          <w:i w:val="0"/>
        </w:rPr>
        <w:t>:</w:t>
      </w:r>
    </w:p>
    <w:p>
      <w:pPr>
        <w:spacing w:after="0"/>
        <w:ind w:left="360"/>
        <w:shd w:val="clear" w:color="auto" w:fill="F2F2F2"/>
      </w:pPr>
      <w:r>
        <w:rPr>
          <w:rFonts w:ascii="Consolas" w:hAnsi="Consolas"/>
          <w:sz w:val="18"/>
        </w:rPr>
        <w:t>logging.debug(f'object {dir(object)}')</w:t>
      </w:r>
    </w:p>
    <w:p>
      <w:pPr>
        <w:spacing w:after="40"/>
      </w:pPr>
    </w:p>
    <w:p>
      <w:pPr>
        <w:spacing w:after="80"/>
      </w:pPr>
      <w:r>
        <w:rPr>
          <w:b w:val="0"/>
          <w:i w:val="0"/>
        </w:rPr>
        <w:t>Bất cứ thứ gì có thể hiển thị dưới dạng chuỗi đều có thể được trình bày trong log.</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Tìm hiểu những kiến thức cơ bản về trình thông dịch Python </w:t>
      </w:r>
      <w:r>
        <w:rPr>
          <w:b w:val="0"/>
          <w:i w:val="0"/>
        </w:rPr>
        <w:t xml:space="preserve"> ở phần trước trong chương này, để học những kiến thức cơ bản về các công cụ nội quan của Python</w:t>
      </w:r>
    </w:p>
    <w:p>
      <w:pPr>
        <w:spacing w:after="80"/>
        <w:ind w:left="360"/>
      </w:pPr>
      <w:r>
        <w:t xml:space="preserve">• </w:t>
      </w:r>
      <w:r>
        <w:rPr>
          <w:b w:val="0"/>
          <w:i w:val="0"/>
        </w:rPr>
        <w:t xml:space="preserve">Công thức </w:t>
      </w:r>
      <w:r>
        <w:rPr>
          <w:b w:val="0"/>
          <w:i/>
        </w:rPr>
        <w:t xml:space="preserve"> Nâng cao kỹ năng gỡ lỗi của bạn </w:t>
      </w:r>
      <w:r>
        <w:rPr>
          <w:b w:val="0"/>
          <w:i w:val="0"/>
        </w:rPr>
        <w:t xml:space="preserve"> ở phần sau trong chương này, trình bày toàn bộ một ví dụ về gỡ lỗi bao quát nhiều vấn đề khác nhau</w:t>
      </w:r>
    </w:p>
    <w:p>
      <w:pPr>
        <w:pStyle w:val="Heading2"/>
      </w:pPr>
      <w:r>
        <w:rPr>
          <w:rFonts w:ascii="Calibri" w:hAnsi="Calibri"/>
          <w:b/>
          <w:i w:val="0"/>
          <w:sz w:val="32"/>
        </w:rPr>
        <w:t>Gỡ lỗi bằng điểm dừng (breakpoint)</w:t>
      </w:r>
    </w:p>
    <w:p>
      <w:pPr>
        <w:spacing w:after="80"/>
      </w:pPr>
      <w:r>
        <w:rPr>
          <w:b w:val="0"/>
          <w:i w:val="0"/>
        </w:rPr>
        <w:t xml:space="preserve">Python có một trình gỡ lỗi tích hợp gọi là </w:t>
      </w:r>
      <w:r>
        <w:rPr>
          <w:rFonts w:ascii="Consolas" w:hAnsi="Consolas"/>
          <w:b w:val="0"/>
          <w:i w:val="0"/>
          <w:sz w:val="20"/>
        </w:rPr>
        <w:br/>
        <w:br/>
        <w:t xml:space="preserve">      pdb</w:t>
        <w:br/>
        <w:t xml:space="preserve">     </w:t>
        <w:br/>
      </w:r>
      <w:r>
        <w:rPr>
          <w:b w:val="0"/>
          <w:i w:val="0"/>
        </w:rPr>
        <w:t>. Có thể dừng việc thực thi mã tại bất kỳ điểm nào bằng cách đặt một điểm dừng (breakpoint). Điểm dừng sẽ dừng việc thực thi và chuyển sang chế độ dòng lệnh. Từ dòng lệnh, trạng thái hiện tại có thể được phân tích bằng bất kỳ công cụ nội quan nào có sẵn. Vì Python là ngôn ngữ thông dịch, bất kỳ mã mới nào cũng có thể được thực thi từ giai đoạn này. Điều này rất linh hoạt và cho phép bạn tạo các điểm dừng linh hoạt cũng như thay đổi trạng thái hiện tại để phân tích hành vi của chương trình.</w:t>
      </w:r>
    </w:p>
    <w:p>
      <w:pPr>
        <w:spacing w:after="80"/>
      </w:pPr>
      <w:r>
        <w:rPr>
          <w:b w:val="0"/>
          <w:i w:val="0"/>
        </w:rPr>
        <w:t>Hãy xem cách thực hiện điều đó.</w:t>
      </w:r>
    </w:p>
    <w:p>
      <w:pPr>
        <w:pStyle w:val="Heading3"/>
      </w:pPr>
      <w:r>
        <w:rPr>
          <w:rFonts w:ascii="Calibri" w:hAnsi="Calibri"/>
          <w:b/>
          <w:i w:val="0"/>
          <w:sz w:val="26"/>
        </w:rPr>
        <w:t>Chuẩn bị</w:t>
      </w:r>
    </w:p>
    <w:p>
      <w:pPr>
        <w:spacing w:after="80"/>
      </w:pPr>
      <w:r>
        <w:rPr>
          <w:b w:val="0"/>
          <w:i w:val="0"/>
        </w:rPr>
        <w:t xml:space="preserve">Tải xuống script </w:t>
      </w:r>
      <w:r>
        <w:rPr>
          <w:rFonts w:ascii="Consolas" w:hAnsi="Consolas"/>
          <w:b w:val="0"/>
          <w:i w:val="0"/>
          <w:sz w:val="20"/>
        </w:rPr>
        <w:br/>
        <w:br/>
        <w:t xml:space="preserve">      debug_algorithm.py</w:t>
        <w:br/>
        <w:t xml:space="preserve">     </w:t>
        <w:br/>
      </w:r>
      <w:r>
        <w:rPr>
          <w:b w:val="0"/>
          <w:i w:val="0"/>
        </w:rPr>
        <w:t xml:space="preserve"> có sẵn trên GitHub: </w:t>
      </w:r>
      <w:r>
        <w:rPr>
          <w:rFonts w:ascii="Consolas" w:hAnsi="Consolas"/>
          <w:b w:val="0"/>
          <w:i w:val="0"/>
          <w:sz w:val="20"/>
        </w:rPr>
        <w:br/>
        <w:br/>
        <w:t xml:space="preserve">       https://github.com/PacktPublishing/Python-Automation-Cookbook-Third-Edition/blob/main/ch16/debug_algorithm.py</w:t>
        <w:br/>
        <w:t xml:space="preserve">      </w:t>
        <w:br/>
      </w:r>
      <w:r>
        <w:rPr>
          <w:b w:val="0"/>
          <w:i w:val="0"/>
        </w:rPr>
        <w:t>.</w:t>
      </w:r>
    </w:p>
    <w:p>
      <w:pPr>
        <w:spacing w:after="80"/>
      </w:pPr>
      <w:r>
        <w:rPr>
          <w:b w:val="0"/>
          <w:i w:val="0"/>
        </w:rPr>
        <w:t>Trong phần tiếp theo, chúng ta sẽ phân tích chi tiết việc thực thi đoạn mã. Đoạn mã kiểm tra xem các số có thỏa mãn một số tiêu chí nhất định hay không:</w:t>
      </w:r>
    </w:p>
    <w:p>
      <w:pPr>
        <w:spacing w:after="0"/>
        <w:ind w:left="360"/>
        <w:shd w:val="clear" w:color="auto" w:fill="F2F2F2"/>
      </w:pPr>
      <w:r>
        <w:rPr>
          <w:rFonts w:ascii="Consolas" w:hAnsi="Consolas"/>
          <w:sz w:val="18"/>
        </w:rPr>
        <w:t>def valid(candidate):</w:t>
      </w:r>
    </w:p>
    <w:p>
      <w:pPr>
        <w:spacing w:after="0"/>
        <w:ind w:left="360"/>
        <w:shd w:val="clear" w:color="auto" w:fill="F2F2F2"/>
      </w:pPr>
      <w:r>
        <w:rPr>
          <w:rFonts w:ascii="Consolas" w:hAnsi="Consolas"/>
          <w:sz w:val="18"/>
        </w:rPr>
        <w:t xml:space="preserve">    if candidate &lt;= 1:</w:t>
      </w:r>
    </w:p>
    <w:p>
      <w:pPr>
        <w:spacing w:after="0"/>
        <w:ind w:left="360"/>
        <w:shd w:val="clear" w:color="auto" w:fill="F2F2F2"/>
      </w:pPr>
      <w:r>
        <w:rPr>
          <w:rFonts w:ascii="Consolas" w:hAnsi="Consolas"/>
          <w:sz w:val="18"/>
        </w:rPr>
        <w:t xml:space="preserve">        return False</w:t>
      </w:r>
    </w:p>
    <w:p>
      <w:pPr>
        <w:spacing w:after="0"/>
        <w:ind w:left="360"/>
        <w:shd w:val="clear" w:color="auto" w:fill="F2F2F2"/>
      </w:pPr>
      <w:r>
        <w:rPr>
          <w:rFonts w:ascii="Consolas" w:hAnsi="Consolas"/>
          <w:sz w:val="18"/>
        </w:rPr>
        <w:t xml:space="preserve">    lower = candidate - 1</w:t>
      </w:r>
    </w:p>
    <w:p>
      <w:pPr>
        <w:spacing w:after="0"/>
        <w:ind w:left="360"/>
        <w:shd w:val="clear" w:color="auto" w:fill="F2F2F2"/>
      </w:pPr>
      <w:r>
        <w:rPr>
          <w:rFonts w:ascii="Consolas" w:hAnsi="Consolas"/>
          <w:sz w:val="18"/>
        </w:rPr>
        <w:t>while lower &gt; 1:</w:t>
      </w:r>
    </w:p>
    <w:p>
      <w:pPr>
        <w:spacing w:after="0"/>
        <w:ind w:left="360"/>
        <w:shd w:val="clear" w:color="auto" w:fill="F2F2F2"/>
      </w:pPr>
      <w:r>
        <w:rPr>
          <w:rFonts w:ascii="Consolas" w:hAnsi="Consolas"/>
          <w:sz w:val="18"/>
        </w:rPr>
        <w:t xml:space="preserve">        if candidate / lower == candidate // lower:</w:t>
      </w:r>
    </w:p>
    <w:p>
      <w:pPr>
        <w:spacing w:after="0"/>
        <w:ind w:left="360"/>
        <w:shd w:val="clear" w:color="auto" w:fill="F2F2F2"/>
      </w:pPr>
      <w:r>
        <w:rPr>
          <w:rFonts w:ascii="Consolas" w:hAnsi="Consolas"/>
          <w:sz w:val="18"/>
        </w:rPr>
        <w:t xml:space="preserve">            return False</w:t>
      </w:r>
    </w:p>
    <w:p>
      <w:pPr>
        <w:spacing w:after="0"/>
        <w:ind w:left="360"/>
        <w:shd w:val="clear" w:color="auto" w:fill="F2F2F2"/>
      </w:pPr>
      <w:r>
        <w:rPr>
          <w:rFonts w:ascii="Consolas" w:hAnsi="Consolas"/>
          <w:sz w:val="18"/>
        </w:rPr>
        <w:t xml:space="preserve">        lower -= 1</w:t>
      </w:r>
    </w:p>
    <w:p>
      <w:pPr>
        <w:spacing w:after="0"/>
        <w:ind w:left="360"/>
        <w:shd w:val="clear" w:color="auto" w:fill="F2F2F2"/>
      </w:pPr>
      <w:r>
        <w:rPr>
          <w:rFonts w:ascii="Consolas" w:hAnsi="Consolas"/>
          <w:sz w:val="18"/>
        </w:rPr>
        <w:t>return True</w:t>
      </w:r>
    </w:p>
    <w:p>
      <w:pPr>
        <w:spacing w:after="0"/>
        <w:ind w:left="360"/>
        <w:shd w:val="clear" w:color="auto" w:fill="F2F2F2"/>
      </w:pPr>
      <w:r>
        <w:rPr>
          <w:rFonts w:ascii="Consolas" w:hAnsi="Consolas"/>
          <w:sz w:val="18"/>
        </w:rPr>
        <w:t>assert not valid(1)</w:t>
      </w:r>
    </w:p>
    <w:p>
      <w:pPr>
        <w:spacing w:after="0"/>
        <w:ind w:left="360"/>
        <w:shd w:val="clear" w:color="auto" w:fill="F2F2F2"/>
      </w:pPr>
      <w:r>
        <w:rPr>
          <w:rFonts w:ascii="Consolas" w:hAnsi="Consolas"/>
          <w:sz w:val="18"/>
        </w:rPr>
        <w:t>assert valid(3)</w:t>
      </w:r>
    </w:p>
    <w:p>
      <w:pPr>
        <w:spacing w:after="0"/>
        <w:ind w:left="360"/>
        <w:shd w:val="clear" w:color="auto" w:fill="F2F2F2"/>
      </w:pPr>
      <w:r>
        <w:rPr>
          <w:rFonts w:ascii="Consolas" w:hAnsi="Consolas"/>
          <w:sz w:val="18"/>
        </w:rPr>
        <w:t>assert not valid(15)</w:t>
      </w:r>
    </w:p>
    <w:p>
      <w:pPr>
        <w:spacing w:after="0"/>
        <w:ind w:left="360"/>
        <w:shd w:val="clear" w:color="auto" w:fill="F2F2F2"/>
      </w:pPr>
      <w:r>
        <w:rPr>
          <w:rFonts w:ascii="Consolas" w:hAnsi="Consolas"/>
          <w:sz w:val="18"/>
        </w:rPr>
        <w:t>assert not valid(18)</w:t>
      </w:r>
    </w:p>
    <w:p>
      <w:pPr>
        <w:spacing w:after="0"/>
        <w:ind w:left="360"/>
        <w:shd w:val="clear" w:color="auto" w:fill="F2F2F2"/>
      </w:pPr>
      <w:r>
        <w:rPr>
          <w:rFonts w:ascii="Consolas" w:hAnsi="Consolas"/>
          <w:sz w:val="18"/>
        </w:rPr>
        <w:t>assert not valid(50)</w:t>
      </w:r>
    </w:p>
    <w:p>
      <w:pPr>
        <w:spacing w:after="0"/>
        <w:ind w:left="360"/>
        <w:shd w:val="clear" w:color="auto" w:fill="F2F2F2"/>
      </w:pPr>
      <w:r>
        <w:rPr>
          <w:rFonts w:ascii="Consolas" w:hAnsi="Consolas"/>
          <w:sz w:val="18"/>
        </w:rPr>
        <w:t>assert valid(53)</w:t>
      </w:r>
    </w:p>
    <w:p>
      <w:pPr>
        <w:spacing w:after="40"/>
      </w:pPr>
    </w:p>
    <w:p>
      <w:pPr>
        <w:spacing w:after="80"/>
      </w:pPr>
      <w:r>
        <w:rPr>
          <w:b w:val="0"/>
          <w:i w:val="0"/>
        </w:rPr>
        <w:t>Có thể bạn đã nhận ra (hoặc nhờ một công cụ GenAI) đoạn code đang làm gì, nhưng cứ kiên nhẫn với mình để chúng ta cùng phân tích nó một cách tương tác nhé.</w:t>
      </w:r>
    </w:p>
    <w:p>
      <w:pPr>
        <w:pStyle w:val="Heading3"/>
      </w:pPr>
      <w:r>
        <w:rPr>
          <w:rFonts w:ascii="Calibri" w:hAnsi="Calibri"/>
          <w:b/>
          <w:i w:val="0"/>
          <w:sz w:val="26"/>
        </w:rPr>
        <w:t>Cách thực hiện...</w:t>
      </w:r>
    </w:p>
    <w:p>
      <w:pPr>
        <w:spacing w:after="80"/>
        <w:ind w:left="360"/>
      </w:pPr>
      <w:r>
        <w:t xml:space="preserve">1. </w:t>
      </w:r>
      <w:r>
        <w:rPr>
          <w:b w:val="0"/>
          <w:i w:val="0"/>
        </w:rPr>
        <w:t>Chạy code để thấy rằng tất cả các câu lệnh khẳng định (assertion) đều hợp lệ:</w:t>
      </w:r>
    </w:p>
    <w:p>
      <w:pPr>
        <w:spacing w:after="0"/>
        <w:ind w:left="360"/>
        <w:shd w:val="clear" w:color="auto" w:fill="F2F2F2"/>
      </w:pPr>
      <w:r>
        <w:rPr>
          <w:rFonts w:ascii="Consolas" w:hAnsi="Consolas"/>
          <w:sz w:val="18"/>
        </w:rPr>
        <w:t>$ uv run debug_algorithm.py</w:t>
      </w:r>
    </w:p>
    <w:p>
      <w:pPr>
        <w:spacing w:after="40"/>
      </w:pPr>
    </w:p>
    <w:p>
      <w:pPr>
        <w:spacing w:after="80"/>
        <w:ind w:left="360"/>
      </w:pPr>
      <w:r>
        <w:t xml:space="preserve">2. </w:t>
      </w:r>
      <w:r>
        <w:rPr>
          <w:b w:val="0"/>
          <w:i w:val="0"/>
        </w:rPr>
        <w:t xml:space="preserve">Thêm </w:t>
      </w:r>
      <w:r>
        <w:rPr>
          <w:rFonts w:ascii="Consolas" w:hAnsi="Consolas"/>
          <w:b w:val="0"/>
          <w:i w:val="0"/>
          <w:sz w:val="20"/>
        </w:rPr>
        <w:br/>
        <w:br/>
        <w:t xml:space="preserve">       breakpoint()</w:t>
        <w:br/>
        <w:t xml:space="preserve">      </w:t>
        <w:br/>
      </w:r>
      <w:r>
        <w:rPr>
          <w:b w:val="0"/>
          <w:i w:val="0"/>
        </w:rPr>
        <w:t xml:space="preserve"> vào, sau câu lệnh while, ngay trước dòng 7, ta được như sau:</w:t>
      </w:r>
    </w:p>
    <w:p>
      <w:pPr>
        <w:spacing w:after="0"/>
        <w:ind w:left="360"/>
        <w:shd w:val="clear" w:color="auto" w:fill="F2F2F2"/>
      </w:pPr>
      <w:r>
        <w:rPr>
          <w:rFonts w:ascii="Consolas" w:hAnsi="Consolas"/>
          <w:sz w:val="18"/>
        </w:rPr>
        <w:t xml:space="preserve"> while lower &gt; 1:</w:t>
      </w:r>
    </w:p>
    <w:p>
      <w:pPr>
        <w:spacing w:after="0"/>
        <w:ind w:left="360"/>
        <w:shd w:val="clear" w:color="auto" w:fill="F2F2F2"/>
      </w:pPr>
      <w:r>
        <w:rPr>
          <w:rFonts w:ascii="Consolas" w:hAnsi="Consolas"/>
          <w:sz w:val="18"/>
        </w:rPr>
        <w:t xml:space="preserve">        breakpoint()</w:t>
      </w:r>
    </w:p>
    <w:p>
      <w:pPr>
        <w:spacing w:after="0"/>
        <w:ind w:left="360"/>
        <w:shd w:val="clear" w:color="auto" w:fill="F2F2F2"/>
      </w:pPr>
      <w:r>
        <w:rPr>
          <w:rFonts w:ascii="Consolas" w:hAnsi="Consolas"/>
          <w:sz w:val="18"/>
        </w:rPr>
        <w:t xml:space="preserve">        if candidate / lower == candidate // lower:</w:t>
      </w:r>
    </w:p>
    <w:p>
      <w:pPr>
        <w:spacing w:after="40"/>
      </w:pPr>
    </w:p>
    <w:p>
      <w:pPr>
        <w:spacing w:after="80"/>
        <w:ind w:left="360"/>
      </w:pPr>
      <w:r>
        <w:t xml:space="preserve">3. </w:t>
      </w:r>
      <w:r>
        <w:rPr>
          <w:b w:val="0"/>
          <w:i w:val="0"/>
        </w:rPr>
        <w:t xml:space="preserve">Chạy lại code, và thấy rằng nó dừng tại </w:t>
      </w:r>
      <w:r>
        <w:rPr>
          <w:rFonts w:ascii="Consolas" w:hAnsi="Consolas"/>
          <w:b w:val="0"/>
          <w:i w:val="0"/>
          <w:sz w:val="20"/>
        </w:rPr>
        <w:br/>
        <w:br/>
        <w:t xml:space="preserve">       breakpoint</w:t>
        <w:br/>
        <w:t xml:space="preserve">      </w:t>
        <w:br/>
      </w:r>
      <w:r>
        <w:rPr>
          <w:b w:val="0"/>
          <w:i w:val="0"/>
        </w:rPr>
        <w:t xml:space="preserve"> , bước vào chế độ </w:t>
      </w:r>
      <w:r>
        <w:rPr>
          <w:rFonts w:ascii="Consolas" w:hAnsi="Consolas"/>
          <w:b w:val="0"/>
          <w:i w:val="0"/>
          <w:sz w:val="20"/>
        </w:rPr>
        <w:br/>
        <w:br/>
        <w:t xml:space="preserve">       Pdb</w:t>
        <w:br/>
        <w:t xml:space="preserve">      </w:t>
        <w:br/>
      </w:r>
      <w:r>
        <w:rPr>
          <w:b w:val="0"/>
          <w:i w:val="0"/>
        </w:rPr>
        <w:t xml:space="preserve"> tương tác:</w:t>
      </w:r>
    </w:p>
    <w:p>
      <w:pPr>
        <w:spacing w:after="0"/>
        <w:ind w:left="360"/>
        <w:shd w:val="clear" w:color="auto" w:fill="F2F2F2"/>
      </w:pPr>
      <w:r>
        <w:rPr>
          <w:rFonts w:ascii="Consolas" w:hAnsi="Consolas"/>
          <w:sz w:val="18"/>
        </w:rPr>
        <w:t>$ uv run debug_algorithm.py</w:t>
      </w:r>
    </w:p>
    <w:p>
      <w:pPr>
        <w:spacing w:after="0"/>
        <w:ind w:left="360"/>
        <w:shd w:val="clear" w:color="auto" w:fill="F2F2F2"/>
      </w:pPr>
      <w:r>
        <w:rPr>
          <w:rFonts w:ascii="Consolas" w:hAnsi="Consolas"/>
          <w:sz w:val="18"/>
        </w:rPr>
        <w:t>&gt; .../debug_algorithm.py(7)valid()</w:t>
      </w:r>
    </w:p>
    <w:p>
      <w:pPr>
        <w:spacing w:after="0"/>
        <w:ind w:left="360"/>
        <w:shd w:val="clear" w:color="auto" w:fill="F2F2F2"/>
      </w:pPr>
      <w:r>
        <w:rPr>
          <w:rFonts w:ascii="Consolas" w:hAnsi="Consolas"/>
          <w:sz w:val="18"/>
        </w:rPr>
        <w:t>-&gt; breakpoint()</w:t>
      </w:r>
    </w:p>
    <w:p>
      <w:pPr>
        <w:spacing w:after="0"/>
        <w:ind w:left="360"/>
        <w:shd w:val="clear" w:color="auto" w:fill="F2F2F2"/>
      </w:pPr>
      <w:r>
        <w:rPr>
          <w:rFonts w:ascii="Consolas" w:hAnsi="Consolas"/>
          <w:sz w:val="18"/>
        </w:rPr>
        <w:t>(Pdb)</w:t>
      </w:r>
    </w:p>
    <w:p>
      <w:pPr>
        <w:spacing w:after="40"/>
      </w:pPr>
    </w:p>
    <w:p>
      <w:pPr>
        <w:spacing w:after="80"/>
        <w:ind w:left="360"/>
      </w:pPr>
      <w:r>
        <w:t xml:space="preserve">4. </w:t>
      </w:r>
      <w:r>
        <w:rPr>
          <w:b w:val="0"/>
          <w:i w:val="0"/>
        </w:rPr>
        <w:t xml:space="preserve">Tiếp tục đến câu lệnh tiếp theo với </w:t>
      </w:r>
      <w:r>
        <w:rPr>
          <w:rFonts w:ascii="Consolas" w:hAnsi="Consolas"/>
          <w:b w:val="0"/>
          <w:i w:val="0"/>
          <w:sz w:val="20"/>
        </w:rPr>
        <w:br/>
        <w:br/>
        <w:t xml:space="preserve">       n</w:t>
        <w:br/>
        <w:t xml:space="preserve">      </w:t>
        <w:br/>
      </w:r>
    </w:p>
    <w:p>
      <w:pPr>
        <w:spacing w:after="0"/>
        <w:ind w:left="360"/>
        <w:shd w:val="clear" w:color="auto" w:fill="F2F2F2"/>
      </w:pPr>
      <w:r>
        <w:rPr>
          <w:rFonts w:ascii="Consolas" w:hAnsi="Consolas"/>
          <w:sz w:val="18"/>
        </w:rPr>
        <w:t>(Pdb) n</w:t>
      </w:r>
    </w:p>
    <w:p>
      <w:pPr>
        <w:spacing w:after="0"/>
        <w:ind w:left="360"/>
        <w:shd w:val="clear" w:color="auto" w:fill="F2F2F2"/>
      </w:pPr>
      <w:r>
        <w:rPr>
          <w:rFonts w:ascii="Consolas" w:hAnsi="Consolas"/>
          <w:sz w:val="18"/>
        </w:rPr>
        <w:t>&gt; .../debug_algorithm.py(8)valid()</w:t>
      </w:r>
    </w:p>
    <w:p>
      <w:pPr>
        <w:spacing w:after="0"/>
        <w:ind w:left="360"/>
        <w:shd w:val="clear" w:color="auto" w:fill="F2F2F2"/>
      </w:pPr>
      <w:r>
        <w:rPr>
          <w:rFonts w:ascii="Consolas" w:hAnsi="Consolas"/>
          <w:sz w:val="18"/>
        </w:rPr>
        <w:t>-&gt; if candidate / lower == candidate // lower:</w:t>
      </w:r>
    </w:p>
    <w:p>
      <w:pPr>
        <w:spacing w:after="40"/>
      </w:pPr>
    </w:p>
    <w:p>
      <w:pPr>
        <w:spacing w:after="80"/>
        <w:ind w:left="360"/>
      </w:pPr>
      <w:r>
        <w:t xml:space="preserve">5. </w:t>
      </w:r>
      <w:r>
        <w:rPr>
          <w:b w:val="0"/>
          <w:i w:val="0"/>
        </w:rPr>
        <w:t>Kiểm tra giá trị của candidate và hai phép toán. Dòng này đang kiểm tra xem việc chia candidate cho lower có phải là số nguyên không (phép chia float và phép chia số nguyên là như nhau):</w:t>
      </w:r>
    </w:p>
    <w:p>
      <w:pPr>
        <w:spacing w:after="0"/>
        <w:ind w:left="360"/>
        <w:shd w:val="clear" w:color="auto" w:fill="F2F2F2"/>
      </w:pPr>
      <w:r>
        <w:rPr>
          <w:rFonts w:ascii="Consolas" w:hAnsi="Consolas"/>
          <w:sz w:val="18"/>
        </w:rPr>
        <w:t>(Pdb) candidate</w:t>
      </w:r>
    </w:p>
    <w:p>
      <w:pPr>
        <w:spacing w:after="0"/>
        <w:ind w:left="360"/>
        <w:shd w:val="clear" w:color="auto" w:fill="F2F2F2"/>
      </w:pPr>
      <w:r>
        <w:rPr>
          <w:rFonts w:ascii="Consolas" w:hAnsi="Consolas"/>
          <w:sz w:val="18"/>
        </w:rPr>
        <w:t>3</w:t>
      </w:r>
    </w:p>
    <w:p>
      <w:pPr>
        <w:spacing w:after="0"/>
        <w:ind w:left="360"/>
        <w:shd w:val="clear" w:color="auto" w:fill="F2F2F2"/>
      </w:pPr>
      <w:r>
        <w:rPr>
          <w:rFonts w:ascii="Consolas" w:hAnsi="Consolas"/>
          <w:sz w:val="18"/>
        </w:rPr>
        <w:t>(Pdb) candidate / lower</w:t>
      </w:r>
    </w:p>
    <w:p>
      <w:pPr>
        <w:spacing w:after="0"/>
        <w:ind w:left="360"/>
        <w:shd w:val="clear" w:color="auto" w:fill="F2F2F2"/>
      </w:pPr>
      <w:r>
        <w:rPr>
          <w:rFonts w:ascii="Consolas" w:hAnsi="Consolas"/>
          <w:sz w:val="18"/>
        </w:rPr>
        <w:t>1.5</w:t>
      </w:r>
    </w:p>
    <w:p>
      <w:pPr>
        <w:spacing w:after="0"/>
        <w:ind w:left="360"/>
        <w:shd w:val="clear" w:color="auto" w:fill="F2F2F2"/>
      </w:pPr>
      <w:r>
        <w:rPr>
          <w:rFonts w:ascii="Consolas" w:hAnsi="Consolas"/>
          <w:sz w:val="18"/>
        </w:rPr>
        <w:t>(Pdb) candidate // lower</w:t>
      </w:r>
    </w:p>
    <w:p>
      <w:pPr>
        <w:spacing w:after="0"/>
        <w:ind w:left="360"/>
        <w:shd w:val="clear" w:color="auto" w:fill="F2F2F2"/>
      </w:pPr>
      <w:r>
        <w:rPr>
          <w:rFonts w:ascii="Consolas" w:hAnsi="Consolas"/>
          <w:sz w:val="18"/>
        </w:rPr>
        <w:t>1</w:t>
      </w:r>
    </w:p>
    <w:p>
      <w:pPr>
        <w:spacing w:after="40"/>
      </w:pPr>
    </w:p>
    <w:p>
      <w:pPr>
        <w:spacing w:after="80"/>
        <w:ind w:left="360"/>
      </w:pPr>
      <w:r>
        <w:t xml:space="preserve">6. </w:t>
      </w:r>
      <w:r>
        <w:rPr>
          <w:b w:val="0"/>
          <w:i w:val="0"/>
        </w:rPr>
        <w:t xml:space="preserve">Kiểm tra rằng nó kết thúc vòng lặp </w:t>
      </w:r>
      <w:r>
        <w:rPr>
          <w:rFonts w:ascii="Consolas" w:hAnsi="Consolas"/>
          <w:b w:val="0"/>
          <w:i w:val="0"/>
          <w:sz w:val="20"/>
        </w:rPr>
        <w:br/>
        <w:br/>
        <w:t xml:space="preserve">       while</w:t>
        <w:br/>
        <w:t xml:space="preserve">      </w:t>
        <w:br/>
      </w:r>
      <w:r>
        <w:rPr>
          <w:b w:val="0"/>
          <w:i w:val="0"/>
        </w:rPr>
        <w:t xml:space="preserve"> và trả về </w:t>
      </w:r>
      <w:r>
        <w:rPr>
          <w:rFonts w:ascii="Consolas" w:hAnsi="Consolas"/>
          <w:b w:val="0"/>
          <w:i w:val="0"/>
          <w:sz w:val="20"/>
        </w:rPr>
        <w:br/>
        <w:br/>
        <w:t xml:space="preserve">       True</w:t>
        <w:br/>
        <w:t xml:space="preserve">      </w:t>
        <w:br/>
      </w:r>
      <w:r>
        <w:rPr>
          <w:b w:val="0"/>
          <w:i w:val="0"/>
        </w:rPr>
        <w:t xml:space="preserve"> :</w:t>
      </w:r>
    </w:p>
    <w:p>
      <w:pPr>
        <w:spacing w:after="0"/>
        <w:ind w:left="360"/>
        <w:shd w:val="clear" w:color="auto" w:fill="F2F2F2"/>
      </w:pPr>
      <w:r>
        <w:rPr>
          <w:rFonts w:ascii="Consolas" w:hAnsi="Consolas"/>
          <w:sz w:val="18"/>
        </w:rPr>
        <w:t>(Pdb) n</w:t>
      </w:r>
    </w:p>
    <w:p>
      <w:pPr>
        <w:spacing w:after="0"/>
        <w:ind w:left="360"/>
        <w:shd w:val="clear" w:color="auto" w:fill="F2F2F2"/>
      </w:pPr>
      <w:r>
        <w:rPr>
          <w:rFonts w:ascii="Consolas" w:hAnsi="Consolas"/>
          <w:sz w:val="18"/>
        </w:rPr>
        <w:t>&gt; ...debug_algorithm.py(10)valid()</w:t>
      </w:r>
    </w:p>
    <w:p>
      <w:pPr>
        <w:spacing w:after="0"/>
        <w:ind w:left="360"/>
        <w:shd w:val="clear" w:color="auto" w:fill="F2F2F2"/>
      </w:pPr>
      <w:r>
        <w:rPr>
          <w:rFonts w:ascii="Consolas" w:hAnsi="Consolas"/>
          <w:sz w:val="18"/>
        </w:rPr>
        <w:t>-&gt; lower -= 1</w:t>
      </w:r>
    </w:p>
    <w:p>
      <w:pPr>
        <w:spacing w:after="0"/>
        <w:ind w:left="360"/>
        <w:shd w:val="clear" w:color="auto" w:fill="F2F2F2"/>
      </w:pPr>
      <w:r>
        <w:rPr>
          <w:rFonts w:ascii="Consolas" w:hAnsi="Consolas"/>
          <w:sz w:val="18"/>
        </w:rPr>
        <w:t>(Pdb) n</w:t>
      </w:r>
    </w:p>
    <w:p>
      <w:pPr>
        <w:spacing w:after="0"/>
        <w:ind w:left="360"/>
        <w:shd w:val="clear" w:color="auto" w:fill="F2F2F2"/>
      </w:pPr>
      <w:r>
        <w:rPr>
          <w:rFonts w:ascii="Consolas" w:hAnsi="Consolas"/>
          <w:sz w:val="18"/>
        </w:rPr>
        <w:t>&gt; ...debug_algorithm.py(6)valid()</w:t>
      </w:r>
    </w:p>
    <w:p>
      <w:pPr>
        <w:spacing w:after="0"/>
        <w:ind w:left="360"/>
        <w:shd w:val="clear" w:color="auto" w:fill="F2F2F2"/>
      </w:pPr>
      <w:r>
        <w:rPr>
          <w:rFonts w:ascii="Consolas" w:hAnsi="Consolas"/>
          <w:sz w:val="18"/>
        </w:rPr>
        <w:t>-&gt; while lower &gt; 1:</w:t>
      </w:r>
    </w:p>
    <w:p>
      <w:pPr>
        <w:spacing w:after="0"/>
        <w:ind w:left="360"/>
        <w:shd w:val="clear" w:color="auto" w:fill="F2F2F2"/>
      </w:pPr>
      <w:r>
        <w:rPr>
          <w:rFonts w:ascii="Consolas" w:hAnsi="Consolas"/>
          <w:sz w:val="18"/>
        </w:rPr>
        <w:t>(Pdb) n</w:t>
      </w:r>
    </w:p>
    <w:p>
      <w:pPr>
        <w:spacing w:after="0"/>
        <w:ind w:left="360"/>
        <w:shd w:val="clear" w:color="auto" w:fill="F2F2F2"/>
      </w:pPr>
      <w:r>
        <w:rPr>
          <w:rFonts w:ascii="Consolas" w:hAnsi="Consolas"/>
          <w:sz w:val="18"/>
        </w:rPr>
        <w:t>&gt; ...debug_algorithm.py(12)valid()</w:t>
      </w:r>
    </w:p>
    <w:p>
      <w:pPr>
        <w:spacing w:after="0"/>
        <w:ind w:left="360"/>
        <w:shd w:val="clear" w:color="auto" w:fill="F2F2F2"/>
      </w:pPr>
      <w:r>
        <w:rPr>
          <w:rFonts w:ascii="Consolas" w:hAnsi="Consolas"/>
          <w:sz w:val="18"/>
        </w:rPr>
        <w:t>-&gt; return True</w:t>
      </w:r>
    </w:p>
    <w:p>
      <w:pPr>
        <w:spacing w:after="0"/>
        <w:ind w:left="360"/>
        <w:shd w:val="clear" w:color="auto" w:fill="F2F2F2"/>
      </w:pPr>
      <w:r>
        <w:rPr>
          <w:rFonts w:ascii="Consolas" w:hAnsi="Consolas"/>
          <w:sz w:val="18"/>
        </w:rPr>
        <w:t>(Pdb) n</w:t>
      </w:r>
    </w:p>
    <w:p>
      <w:pPr>
        <w:spacing w:after="0"/>
        <w:ind w:left="360"/>
        <w:shd w:val="clear" w:color="auto" w:fill="F2F2F2"/>
      </w:pPr>
      <w:r>
        <w:rPr>
          <w:rFonts w:ascii="Consolas" w:hAnsi="Consolas"/>
          <w:sz w:val="18"/>
        </w:rPr>
        <w:t>--Return—</w:t>
      </w:r>
    </w:p>
    <w:p>
      <w:pPr>
        <w:spacing w:after="0"/>
        <w:ind w:left="360"/>
        <w:shd w:val="clear" w:color="auto" w:fill="F2F2F2"/>
      </w:pPr>
      <w:r>
        <w:rPr>
          <w:rFonts w:ascii="Consolas" w:hAnsi="Consolas"/>
          <w:sz w:val="18"/>
        </w:rPr>
        <w:t>&gt; ...debug_algorithm.py(12)valid()-&gt;True</w:t>
      </w:r>
    </w:p>
    <w:p>
      <w:pPr>
        <w:spacing w:after="0"/>
        <w:ind w:left="360"/>
        <w:shd w:val="clear" w:color="auto" w:fill="F2F2F2"/>
      </w:pPr>
      <w:r>
        <w:rPr>
          <w:rFonts w:ascii="Consolas" w:hAnsi="Consolas"/>
          <w:sz w:val="18"/>
        </w:rPr>
        <w:t>-&gt; return True</w:t>
      </w:r>
    </w:p>
    <w:p>
      <w:pPr>
        <w:spacing w:after="40"/>
      </w:pPr>
    </w:p>
    <w:p>
      <w:pPr>
        <w:spacing w:after="80"/>
        <w:ind w:left="360"/>
      </w:pPr>
      <w:r>
        <w:t xml:space="preserve">7. </w:t>
      </w:r>
      <w:r>
        <w:rPr>
          <w:b w:val="0"/>
          <w:i w:val="0"/>
        </w:rPr>
        <w:t xml:space="preserve">Tiếp tục thực thi cho đến khi gặp một breakpoint khác bằng </w:t>
      </w:r>
      <w:r>
        <w:rPr>
          <w:rFonts w:ascii="Consolas" w:hAnsi="Consolas"/>
          <w:b w:val="0"/>
          <w:i w:val="0"/>
          <w:sz w:val="20"/>
        </w:rPr>
        <w:br/>
        <w:br/>
        <w:t xml:space="preserve">       c</w:t>
        <w:br/>
        <w:t xml:space="preserve">      </w:t>
        <w:br/>
      </w:r>
      <w:r>
        <w:rPr>
          <w:b w:val="0"/>
          <w:i w:val="0"/>
        </w:rPr>
        <w:t xml:space="preserve"> . Lưu ý rằng đây là lần gọi tiếp theo tới </w:t>
      </w:r>
      <w:r>
        <w:rPr>
          <w:rFonts w:ascii="Consolas" w:hAnsi="Consolas"/>
          <w:b w:val="0"/>
          <w:i w:val="0"/>
          <w:sz w:val="20"/>
        </w:rPr>
        <w:br/>
        <w:br/>
        <w:t xml:space="preserve">       valid()</w:t>
        <w:br/>
        <w:t xml:space="preserve">      </w:t>
        <w:br/>
      </w:r>
      <w:r>
        <w:rPr>
          <w:b w:val="0"/>
          <w:i w:val="0"/>
        </w:rPr>
        <w:t xml:space="preserve"> , với đầu vào là </w:t>
      </w:r>
      <w:r>
        <w:rPr>
          <w:rFonts w:ascii="Consolas" w:hAnsi="Consolas"/>
          <w:b w:val="0"/>
          <w:i w:val="0"/>
          <w:sz w:val="20"/>
        </w:rPr>
        <w:br/>
        <w:br/>
        <w:t xml:space="preserve">       15</w:t>
        <w:br/>
        <w:t xml:space="preserve">      </w:t>
        <w:br/>
      </w:r>
      <w:r>
        <w:rPr>
          <w:b w:val="0"/>
          <w:i w:val="0"/>
        </w:rPr>
        <w:t xml:space="preserve"> :</w:t>
      </w:r>
    </w:p>
    <w:p>
      <w:pPr>
        <w:spacing w:after="0"/>
        <w:ind w:left="360"/>
        <w:shd w:val="clear" w:color="auto" w:fill="F2F2F2"/>
      </w:pPr>
      <w:r>
        <w:rPr>
          <w:rFonts w:ascii="Consolas" w:hAnsi="Consolas"/>
          <w:sz w:val="18"/>
        </w:rPr>
        <w:t>(Pdb) c</w:t>
      </w:r>
    </w:p>
    <w:p>
      <w:pPr>
        <w:spacing w:after="0"/>
        <w:ind w:left="360"/>
        <w:shd w:val="clear" w:color="auto" w:fill="F2F2F2"/>
      </w:pPr>
      <w:r>
        <w:rPr>
          <w:rFonts w:ascii="Consolas" w:hAnsi="Consolas"/>
          <w:sz w:val="18"/>
        </w:rPr>
        <w:t>&gt; ...debug_algorithm.py(7)valid()</w:t>
      </w:r>
    </w:p>
    <w:p>
      <w:pPr>
        <w:spacing w:after="0"/>
        <w:ind w:left="360"/>
        <w:shd w:val="clear" w:color="auto" w:fill="F2F2F2"/>
      </w:pPr>
      <w:r>
        <w:rPr>
          <w:rFonts w:ascii="Consolas" w:hAnsi="Consolas"/>
          <w:sz w:val="18"/>
        </w:rPr>
        <w:t>-&gt; breakpoint()</w:t>
      </w:r>
    </w:p>
    <w:p>
      <w:pPr>
        <w:spacing w:after="0"/>
        <w:ind w:left="360"/>
        <w:shd w:val="clear" w:color="auto" w:fill="F2F2F2"/>
      </w:pPr>
      <w:r>
        <w:rPr>
          <w:rFonts w:ascii="Consolas" w:hAnsi="Consolas"/>
          <w:sz w:val="18"/>
        </w:rPr>
        <w:t>&gt; ...debug_algorithm.py(8)valid()</w:t>
      </w:r>
    </w:p>
    <w:p>
      <w:pPr>
        <w:spacing w:after="0"/>
        <w:ind w:left="360"/>
        <w:shd w:val="clear" w:color="auto" w:fill="F2F2F2"/>
      </w:pPr>
      <w:r>
        <w:rPr>
          <w:rFonts w:ascii="Consolas" w:hAnsi="Consolas"/>
          <w:sz w:val="18"/>
        </w:rPr>
        <w:t>-&gt; if candidate / lower == candidate // lower:</w:t>
      </w:r>
    </w:p>
    <w:p>
      <w:pPr>
        <w:spacing w:after="0"/>
        <w:ind w:left="360"/>
        <w:shd w:val="clear" w:color="auto" w:fill="F2F2F2"/>
      </w:pPr>
      <w:r>
        <w:rPr>
          <w:rFonts w:ascii="Consolas" w:hAnsi="Consolas"/>
          <w:sz w:val="18"/>
        </w:rPr>
        <w:t>(Pdb) candidate</w:t>
      </w:r>
    </w:p>
    <w:p>
      <w:pPr>
        <w:spacing w:after="0"/>
        <w:ind w:left="360"/>
        <w:shd w:val="clear" w:color="auto" w:fill="F2F2F2"/>
      </w:pPr>
      <w:r>
        <w:rPr>
          <w:rFonts w:ascii="Consolas" w:hAnsi="Consolas"/>
          <w:sz w:val="18"/>
        </w:rPr>
        <w:t>15</w:t>
      </w:r>
    </w:p>
    <w:p>
      <w:pPr>
        <w:spacing w:after="0"/>
        <w:ind w:left="360"/>
        <w:shd w:val="clear" w:color="auto" w:fill="F2F2F2"/>
      </w:pPr>
      <w:r>
        <w:rPr>
          <w:rFonts w:ascii="Consolas" w:hAnsi="Consolas"/>
          <w:sz w:val="18"/>
        </w:rPr>
        <w:t>(Pdb) lower</w:t>
      </w:r>
    </w:p>
    <w:p>
      <w:pPr>
        <w:spacing w:after="0"/>
        <w:ind w:left="360"/>
        <w:shd w:val="clear" w:color="auto" w:fill="F2F2F2"/>
      </w:pPr>
      <w:r>
        <w:rPr>
          <w:rFonts w:ascii="Consolas" w:hAnsi="Consolas"/>
          <w:sz w:val="18"/>
        </w:rPr>
        <w:t>14</w:t>
      </w:r>
    </w:p>
    <w:p>
      <w:pPr>
        <w:spacing w:after="40"/>
      </w:pPr>
    </w:p>
    <w:p>
      <w:pPr>
        <w:spacing w:after="80"/>
        <w:ind w:left="360"/>
      </w:pPr>
      <w:r>
        <w:t xml:space="preserve">8. </w:t>
      </w:r>
      <w:r>
        <w:rPr>
          <w:b w:val="0"/>
          <w:i w:val="0"/>
        </w:rPr>
        <w:t xml:space="preserve">Tiếp tục chạy và quan sát các con số cho đến khi hiểu được hàm </w:t>
      </w:r>
      <w:r>
        <w:rPr>
          <w:rFonts w:ascii="Consolas" w:hAnsi="Consolas"/>
          <w:b w:val="0"/>
          <w:i w:val="0"/>
          <w:sz w:val="20"/>
        </w:rPr>
        <w:br/>
        <w:br/>
        <w:t xml:space="preserve">       valid</w:t>
        <w:br/>
        <w:t xml:space="preserve">      </w:t>
        <w:br/>
      </w:r>
      <w:r>
        <w:rPr>
          <w:b w:val="0"/>
          <w:i w:val="0"/>
        </w:rPr>
        <w:t xml:space="preserve"> đang làm gì. Bạn có thể tìm ra đoạn code này làm gì không? (Nếu không được thì đừng lo, hãy xem phần tiếp theo.) Khi xong, thoát bằng </w:t>
      </w:r>
      <w:r>
        <w:rPr>
          <w:rFonts w:ascii="Consolas" w:hAnsi="Consolas"/>
          <w:b w:val="0"/>
          <w:i w:val="0"/>
          <w:sz w:val="20"/>
        </w:rPr>
        <w:br/>
        <w:br/>
        <w:t xml:space="preserve">       q</w:t>
        <w:br/>
        <w:t xml:space="preserve">      </w:t>
        <w:br/>
      </w:r>
      <w:r>
        <w:rPr>
          <w:b w:val="0"/>
          <w:i w:val="0"/>
        </w:rPr>
        <w:t xml:space="preserve"> và xác nhận. Thao tác này dừng chương trình:</w:t>
      </w:r>
    </w:p>
    <w:p>
      <w:pPr>
        <w:spacing w:after="0"/>
        <w:ind w:left="360"/>
        <w:shd w:val="clear" w:color="auto" w:fill="F2F2F2"/>
      </w:pPr>
      <w:r>
        <w:rPr>
          <w:rFonts w:ascii="Consolas" w:hAnsi="Consolas"/>
          <w:sz w:val="18"/>
        </w:rPr>
        <w:t>(Pdb) q</w:t>
      </w:r>
    </w:p>
    <w:p>
      <w:pPr>
        <w:spacing w:after="0"/>
        <w:ind w:left="360"/>
        <w:shd w:val="clear" w:color="auto" w:fill="F2F2F2"/>
      </w:pPr>
      <w:r>
        <w:rPr>
          <w:rFonts w:ascii="Consolas" w:hAnsi="Consolas"/>
          <w:sz w:val="18"/>
        </w:rPr>
        <w:t>Quitting pdb will kill the process. Quit anyway? [y/n] y</w:t>
      </w:r>
    </w:p>
    <w:p>
      <w:pPr>
        <w:spacing w:after="40"/>
      </w:pPr>
    </w:p>
    <w:p>
      <w:pPr>
        <w:pStyle w:val="Heading3"/>
      </w:pPr>
      <w:r>
        <w:rPr>
          <w:rFonts w:ascii="Calibri" w:hAnsi="Calibri"/>
          <w:b/>
          <w:i w:val="0"/>
          <w:sz w:val="26"/>
        </w:rPr>
        <w:t>Cách nó hoạt động...</w:t>
      </w:r>
    </w:p>
    <w:p>
      <w:pPr>
        <w:spacing w:after="80"/>
      </w:pPr>
      <w:r>
        <w:rPr>
          <w:b w:val="0"/>
          <w:i w:val="0"/>
        </w:rPr>
        <w:t xml:space="preserve">Đoạn code này, như bạn có thể đã biết, đang kiểm tra xem một số có phải là số nguyên tố hay không. Nó thử chia số đó cho tất cả các số nguyên nhỏ hơn nó. Nếu tại bất kỳ điểm nào số đó chia hết cho một trong các số đó, nó trả về </w:t>
      </w:r>
      <w:r>
        <w:rPr>
          <w:rFonts w:ascii="Consolas" w:hAnsi="Consolas"/>
          <w:b w:val="0"/>
          <w:i w:val="0"/>
          <w:sz w:val="20"/>
        </w:rPr>
        <w:br/>
        <w:br/>
        <w:t xml:space="preserve">      False</w:t>
        <w:br/>
        <w:t xml:space="preserve">     </w:t>
        <w:br/>
      </w:r>
      <w:r>
        <w:rPr>
          <w:b w:val="0"/>
          <w:i w:val="0"/>
        </w:rPr>
        <w:t xml:space="preserve"> , vì đó không phải là số nguyên tố.</w:t>
      </w:r>
    </w:p>
    <w:p>
      <w:pPr>
        <w:spacing w:after="80"/>
      </w:pPr>
      <w:r>
        <w:rPr>
          <w:b w:val="0"/>
          <w:i w:val="0"/>
        </w:rPr>
        <w:t>Đoạn code này có hai vấn đề.</w:t>
      </w:r>
    </w:p>
    <w:p>
      <w:pPr>
        <w:spacing w:after="80"/>
      </w:pPr>
      <w:r>
        <w:rPr>
          <w:b w:val="0"/>
          <w:i w:val="0"/>
        </w:rPr>
        <w:t>Đầu tiên, nó chứa một lỗi khác không xuất hiện trong quá trình khảo sát của chúng ta. Nó sẽ cho kết quả sai với các số lớn, vì phép chia float của các số lớn sẽ mất độ chính xác.</w:t>
      </w:r>
    </w:p>
    <w:p>
      <w:pPr>
        <w:spacing w:after="80"/>
      </w:pPr>
      <w:r>
        <w:rPr>
          <w:b w:val="0"/>
          <w:i w:val="0"/>
        </w:rPr>
        <w:t>Ví dụ, kiểm tra một số nguyên tố đủ lớn sẽ cho thấy vấn đề.</w:t>
      </w:r>
    </w:p>
    <w:p>
      <w:pPr>
        <w:spacing w:after="0"/>
        <w:ind w:left="360"/>
        <w:shd w:val="clear" w:color="auto" w:fill="F2F2F2"/>
      </w:pPr>
      <w:r>
        <w:rPr>
          <w:rFonts w:ascii="Consolas" w:hAnsi="Consolas"/>
          <w:sz w:val="18"/>
        </w:rPr>
        <w:t>&gt;&gt;&gt; candidate = 4776913109852041418248056622882488319</w:t>
      </w:r>
    </w:p>
    <w:p>
      <w:pPr>
        <w:spacing w:after="0"/>
        <w:ind w:left="360"/>
        <w:shd w:val="clear" w:color="auto" w:fill="F2F2F2"/>
      </w:pPr>
      <w:r>
        <w:rPr>
          <w:rFonts w:ascii="Consolas" w:hAnsi="Consolas"/>
          <w:sz w:val="18"/>
        </w:rPr>
        <w:t>&gt;&gt;&gt; lower = candidate – 1</w:t>
      </w:r>
    </w:p>
    <w:p>
      <w:pPr>
        <w:spacing w:after="0"/>
        <w:ind w:left="360"/>
        <w:shd w:val="clear" w:color="auto" w:fill="F2F2F2"/>
      </w:pPr>
      <w:r>
        <w:rPr>
          <w:rFonts w:ascii="Consolas" w:hAnsi="Consolas"/>
          <w:sz w:val="18"/>
        </w:rPr>
        <w:t>&gt;&gt;&gt; candidate / lower</w:t>
      </w:r>
    </w:p>
    <w:p>
      <w:pPr>
        <w:spacing w:after="0"/>
        <w:ind w:left="360"/>
        <w:shd w:val="clear" w:color="auto" w:fill="F2F2F2"/>
      </w:pPr>
      <w:r>
        <w:rPr>
          <w:rFonts w:ascii="Consolas" w:hAnsi="Consolas"/>
          <w:sz w:val="18"/>
        </w:rPr>
        <w:t>1.0</w:t>
      </w:r>
    </w:p>
    <w:p>
      <w:pPr>
        <w:spacing w:after="40"/>
      </w:pPr>
    </w:p>
    <w:p>
      <w:pPr>
        <w:spacing w:after="80"/>
      </w:pPr>
      <w:r>
        <w:rPr>
          <w:b w:val="0"/>
          <w:i w:val="0"/>
        </w:rPr>
        <w:t>Đáng lẽ 1.0 phải lớn hơn 1 (vì một số được chia cho một số nhỏ hơn nó một chút), nhưng nó lại đúng bằng 1, khiến code loại bỏ số đó.</w:t>
      </w:r>
    </w:p>
    <w:p>
      <w:pPr>
        <w:spacing w:after="80"/>
      </w:pPr>
      <w:r>
        <w:rPr>
          <w:b/>
          <w:i w:val="0"/>
        </w:rPr>
        <w:t>Lưu ý</w:t>
      </w:r>
    </w:p>
    <w:p>
      <w:pPr>
        <w:spacing w:after="80"/>
      </w:pPr>
      <w:r>
        <w:rPr>
          <w:b w:val="0"/>
          <w:i w:val="0"/>
        </w:rPr>
        <w:t xml:space="preserve">4776913109852041418248056622882488319 là một số nguyên tố đã biết; bạn có thể kiểm tra tại </w:t>
      </w:r>
      <w:r>
        <w:rPr>
          <w:rFonts w:ascii="Consolas" w:hAnsi="Consolas"/>
          <w:b w:val="0"/>
          <w:i w:val="0"/>
          <w:sz w:val="20"/>
        </w:rPr>
        <w:br/>
        <w:br/>
        <w:t xml:space="preserve">        https://oeis.org/A050918</w:t>
        <w:br/>
        <w:t xml:space="preserve">       </w:t>
        <w:br/>
      </w:r>
      <w:r>
        <w:rPr>
          <w:b w:val="0"/>
          <w:i w:val="0"/>
        </w:rPr>
        <w:t xml:space="preserve"> .</w:t>
      </w:r>
    </w:p>
    <w:p>
      <w:pPr>
        <w:spacing w:after="80"/>
      </w:pPr>
      <w:r>
        <w:rPr>
          <w:b w:val="0"/>
          <w:i w:val="0"/>
        </w:rPr>
        <w:t xml:space="preserve">Vấn đề đó có thể được khắc phục bằng cách sử dụng phép toán modulo ( </w:t>
      </w:r>
      <w:r>
        <w:rPr>
          <w:rFonts w:ascii="Consolas" w:hAnsi="Consolas"/>
          <w:b w:val="0"/>
          <w:i w:val="0"/>
          <w:sz w:val="20"/>
        </w:rPr>
        <w:br/>
        <w:br/>
        <w:t xml:space="preserve">      %</w:t>
        <w:br/>
        <w:t xml:space="preserve">     </w:t>
        <w:br/>
      </w:r>
      <w:r>
        <w:rPr>
          <w:b w:val="0"/>
          <w:i w:val="0"/>
        </w:rPr>
        <w:t xml:space="preserve"> ), mang lại độ chính xác về tính chia hết. Một </w:t>
      </w:r>
      <w:r>
        <w:rPr>
          <w:rFonts w:ascii="Consolas" w:hAnsi="Consolas"/>
          <w:b w:val="0"/>
          <w:i w:val="0"/>
          <w:sz w:val="20"/>
        </w:rPr>
        <w:br/>
        <w:br/>
        <w:t xml:space="preserve">      numberA % numberB</w:t>
        <w:br/>
        <w:t xml:space="preserve">     </w:t>
        <w:br/>
      </w:r>
      <w:r>
        <w:rPr>
          <w:b w:val="0"/>
          <w:i w:val="0"/>
        </w:rPr>
        <w:t xml:space="preserve"> bằng không nghĩa là </w:t>
      </w:r>
      <w:r>
        <w:rPr>
          <w:rFonts w:ascii="Consolas" w:hAnsi="Consolas"/>
          <w:b w:val="0"/>
          <w:i w:val="0"/>
          <w:sz w:val="20"/>
        </w:rPr>
        <w:br/>
        <w:br/>
        <w:t xml:space="preserve">      numberA</w:t>
        <w:br/>
        <w:t xml:space="preserve">     </w:t>
        <w:br/>
      </w:r>
      <w:r>
        <w:rPr>
          <w:b w:val="0"/>
          <w:i w:val="0"/>
        </w:rPr>
        <w:t xml:space="preserve"> chia hết cho </w:t>
      </w:r>
      <w:r>
        <w:rPr>
          <w:rFonts w:ascii="Consolas" w:hAnsi="Consolas"/>
          <w:b w:val="0"/>
          <w:i w:val="0"/>
          <w:sz w:val="20"/>
        </w:rPr>
        <w:br/>
        <w:br/>
        <w:t xml:space="preserve">      numberB</w:t>
        <w:br/>
        <w:t xml:space="preserve">     </w:t>
        <w:br/>
      </w:r>
      <w:r>
        <w:rPr>
          <w:b w:val="0"/>
          <w:i w:val="0"/>
        </w:rPr>
        <w:t xml:space="preserve"> .</w:t>
      </w:r>
    </w:p>
    <w:p>
      <w:pPr>
        <w:spacing w:after="0"/>
        <w:ind w:left="360"/>
        <w:shd w:val="clear" w:color="auto" w:fill="F2F2F2"/>
      </w:pPr>
      <w:r>
        <w:rPr>
          <w:rFonts w:ascii="Consolas" w:hAnsi="Consolas"/>
          <w:sz w:val="18"/>
        </w:rPr>
        <w:t>def valid(candidate):</w:t>
      </w:r>
    </w:p>
    <w:p>
      <w:pPr>
        <w:spacing w:after="0"/>
        <w:ind w:left="360"/>
        <w:shd w:val="clear" w:color="auto" w:fill="F2F2F2"/>
      </w:pPr>
      <w:r>
        <w:rPr>
          <w:rFonts w:ascii="Consolas" w:hAnsi="Consolas"/>
          <w:sz w:val="18"/>
        </w:rPr>
        <w:t xml:space="preserve">    if candidate &lt;= 1:</w:t>
      </w:r>
    </w:p>
    <w:p>
      <w:pPr>
        <w:spacing w:after="0"/>
        <w:ind w:left="360"/>
        <w:shd w:val="clear" w:color="auto" w:fill="F2F2F2"/>
      </w:pPr>
      <w:r>
        <w:rPr>
          <w:rFonts w:ascii="Consolas" w:hAnsi="Consolas"/>
          <w:sz w:val="18"/>
        </w:rPr>
        <w:t xml:space="preserve">        return False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lower = candidate - 1</w:t>
      </w:r>
    </w:p>
    <w:p>
      <w:pPr>
        <w:spacing w:after="0"/>
        <w:ind w:left="360"/>
        <w:shd w:val="clear" w:color="auto" w:fill="F2F2F2"/>
      </w:pPr>
      <w:r>
        <w:rPr>
          <w:rFonts w:ascii="Consolas" w:hAnsi="Consolas"/>
          <w:sz w:val="18"/>
        </w:rPr>
        <w:t>while lower &gt; 1:</w:t>
      </w:r>
    </w:p>
    <w:p>
      <w:pPr>
        <w:spacing w:after="0"/>
        <w:ind w:left="360"/>
        <w:shd w:val="clear" w:color="auto" w:fill="F2F2F2"/>
      </w:pPr>
      <w:r>
        <w:rPr>
          <w:rFonts w:ascii="Consolas" w:hAnsi="Consolas"/>
          <w:sz w:val="18"/>
        </w:rPr>
        <w:t xml:space="preserve">        if candidate % lower == 0:</w:t>
      </w:r>
    </w:p>
    <w:p>
      <w:pPr>
        <w:spacing w:after="0"/>
        <w:ind w:left="360"/>
        <w:shd w:val="clear" w:color="auto" w:fill="F2F2F2"/>
      </w:pPr>
      <w:r>
        <w:rPr>
          <w:rFonts w:ascii="Consolas" w:hAnsi="Consolas"/>
          <w:sz w:val="18"/>
        </w:rPr>
        <w:t xml:space="preserve">            return False</w:t>
      </w:r>
    </w:p>
    <w:p>
      <w:pPr>
        <w:spacing w:after="0"/>
        <w:ind w:left="360"/>
        <w:shd w:val="clear" w:color="auto" w:fill="F2F2F2"/>
      </w:pPr>
      <w:r>
        <w:rPr>
          <w:rFonts w:ascii="Consolas" w:hAnsi="Consolas"/>
          <w:sz w:val="18"/>
        </w:rPr>
        <w:t xml:space="preserve">        lower -= 1</w:t>
      </w:r>
    </w:p>
    <w:p>
      <w:pPr>
        <w:spacing w:after="0"/>
        <w:ind w:left="360"/>
        <w:shd w:val="clear" w:color="auto" w:fill="F2F2F2"/>
      </w:pPr>
      <w:r>
        <w:rPr>
          <w:rFonts w:ascii="Consolas" w:hAnsi="Consolas"/>
          <w:sz w:val="18"/>
        </w:rPr>
        <w:t>return True</w:t>
      </w:r>
    </w:p>
    <w:p>
      <w:pPr>
        <w:spacing w:after="40"/>
      </w:pPr>
    </w:p>
    <w:p>
      <w:pPr>
        <w:spacing w:after="80"/>
      </w:pPr>
      <w:r>
        <w:rPr>
          <w:b w:val="0"/>
          <w:i w:val="0"/>
        </w:rPr>
        <w:t>Nhưng thứ hai, đây cũng là một cách cực kỳ kém hiệu quả để kiểm tra một số nguyên tố, vì sẽ mất rất nhiều thời gian để xử lý các số lớn. Nó đủ nhanh cho mục đích giảng dạy của chúng ta, nhưng sẽ mất nhiều thời gian để chạy trên 4776913109852041418248056622882488319, nếu chúng ta cần đến.</w:t>
      </w:r>
    </w:p>
    <w:p>
      <w:pPr>
        <w:spacing w:after="80"/>
      </w:pPr>
      <w:r>
        <w:rPr>
          <w:b/>
          <w:i w:val="0"/>
        </w:rPr>
        <w:t>Mẹo</w:t>
      </w:r>
    </w:p>
    <w:p>
      <w:pPr>
        <w:spacing w:after="80"/>
      </w:pPr>
      <w:r>
        <w:rPr>
          <w:b w:val="0"/>
          <w:i w:val="0"/>
        </w:rPr>
        <w:t xml:space="preserve">Nếu bạn quan tâm đến việc tìm số nguyên tố, bạn có thể xem qua các gói toán học như SymPy ( </w:t>
      </w:r>
      <w:r>
        <w:rPr>
          <w:rFonts w:ascii="Consolas" w:hAnsi="Consolas"/>
          <w:b w:val="0"/>
          <w:i w:val="0"/>
          <w:sz w:val="20"/>
        </w:rPr>
        <w:br/>
        <w:br/>
        <w:t xml:space="preserve">        https://docs.sympy.org/latest/modules/ntheory.html?highlight=prime#sympy.ntheory.primetest.isprime</w:t>
        <w:br/>
        <w:t xml:space="preserve">       </w:t>
        <w:br/>
      </w:r>
      <w:r>
        <w:rPr>
          <w:b w:val="0"/>
          <w:i w:val="0"/>
        </w:rPr>
        <w:t xml:space="preserve"> ).</w:t>
      </w:r>
    </w:p>
    <w:p>
      <w:pPr>
        <w:spacing w:after="80"/>
      </w:pPr>
      <w:r>
        <w:rPr>
          <w:b w:val="0"/>
          <w:i w:val="0"/>
        </w:rPr>
        <w:t xml:space="preserve">Sau khi kiểm tra việc thực thi tổng quát trong </w:t>
      </w:r>
      <w:r>
        <w:rPr>
          <w:b w:val="0"/>
          <w:i/>
        </w:rPr>
        <w:t xml:space="preserve"> bước 1 </w:t>
      </w:r>
      <w:r>
        <w:rPr>
          <w:b w:val="0"/>
          <w:i w:val="0"/>
        </w:rPr>
        <w:t xml:space="preserve"> , trong </w:t>
      </w:r>
      <w:r>
        <w:rPr>
          <w:b w:val="0"/>
          <w:i/>
        </w:rPr>
        <w:t xml:space="preserve"> bước 2 </w:t>
      </w:r>
      <w:r>
        <w:rPr>
          <w:b w:val="0"/>
          <w:i w:val="0"/>
        </w:rPr>
        <w:t xml:space="preserve"> , chúng ta đã thêm một </w:t>
      </w:r>
      <w:r>
        <w:rPr>
          <w:rFonts w:ascii="Consolas" w:hAnsi="Consolas"/>
          <w:b w:val="0"/>
          <w:i w:val="0"/>
          <w:sz w:val="20"/>
        </w:rPr>
        <w:br/>
        <w:br/>
        <w:t xml:space="preserve">      breakpoint</w:t>
        <w:br/>
        <w:t xml:space="preserve">     </w:t>
        <w:br/>
      </w:r>
      <w:r>
        <w:rPr>
          <w:b w:val="0"/>
          <w:i w:val="0"/>
        </w:rPr>
        <w:t xml:space="preserve"> vào mã.</w:t>
      </w:r>
    </w:p>
    <w:p>
      <w:pPr>
        <w:spacing w:after="80"/>
      </w:pPr>
      <w:r>
        <w:rPr>
          <w:b w:val="0"/>
          <w:i w:val="0"/>
        </w:rPr>
        <w:t xml:space="preserve">Khi bạn thực thi mã trong </w:t>
      </w:r>
      <w:r>
        <w:rPr>
          <w:b w:val="0"/>
          <w:i/>
        </w:rPr>
        <w:t xml:space="preserve"> bước 3 </w:t>
      </w:r>
      <w:r>
        <w:rPr>
          <w:b w:val="0"/>
          <w:i w:val="0"/>
        </w:rPr>
        <w:t xml:space="preserve"> , nó sẽ dừng tại vị trí breakpoint và chuyển sang chế độ tương tác.</w:t>
      </w:r>
    </w:p>
    <w:p>
      <w:pPr>
        <w:spacing w:after="80"/>
      </w:pPr>
      <w:r>
        <w:rPr>
          <w:b w:val="0"/>
          <w:i w:val="0"/>
        </w:rPr>
        <w:t xml:space="preserve">Trong chế độ tương tác, chúng ta có thể kiểm tra giá trị của bất kỳ biến nào, cũng như thực hiện bất kỳ loại thao tác nào. Như đã minh họa trong </w:t>
      </w:r>
      <w:r>
        <w:rPr>
          <w:b w:val="0"/>
          <w:i/>
        </w:rPr>
        <w:t xml:space="preserve"> bước 4 </w:t>
      </w:r>
      <w:r>
        <w:rPr>
          <w:b w:val="0"/>
          <w:i w:val="0"/>
        </w:rPr>
        <w:t xml:space="preserve"> , đôi khi, một dòng mã có thể được phân tích tốt hơn bằng cách tái tạo các phần của nó.</w:t>
      </w:r>
    </w:p>
    <w:p>
      <w:pPr>
        <w:spacing w:after="80"/>
      </w:pPr>
      <w:r>
        <w:rPr>
          <w:b w:val="0"/>
          <w:i w:val="0"/>
        </w:rPr>
        <w:t xml:space="preserve">Mã có thể được kiểm tra, và các thao tác thông thường có thể được thực thi trong dòng lệnh. Dòng mã tiếp theo có thể được thực thi bằng cách gọi </w:t>
      </w:r>
      <w:r>
        <w:rPr>
          <w:rFonts w:ascii="Consolas" w:hAnsi="Consolas"/>
          <w:b w:val="0"/>
          <w:i w:val="0"/>
          <w:sz w:val="20"/>
        </w:rPr>
        <w:br/>
        <w:br/>
        <w:t xml:space="preserve">      n(next)</w:t>
        <w:br/>
        <w:t xml:space="preserve">     </w:t>
        <w:br/>
      </w:r>
      <w:r>
        <w:rPr>
          <w:b w:val="0"/>
          <w:i w:val="0"/>
        </w:rPr>
        <w:t xml:space="preserve"> , như đã triển khai trong </w:t>
      </w:r>
      <w:r>
        <w:rPr>
          <w:b w:val="0"/>
          <w:i/>
        </w:rPr>
        <w:t xml:space="preserve"> bước 5 </w:t>
      </w:r>
      <w:r>
        <w:rPr>
          <w:b w:val="0"/>
          <w:i w:val="0"/>
        </w:rPr>
        <w:t xml:space="preserve"> vài lần, để xem luồng chạy của mã.</w:t>
      </w:r>
    </w:p>
    <w:p>
      <w:pPr>
        <w:spacing w:after="80"/>
      </w:pPr>
      <w:r>
        <w:rPr>
          <w:b w:val="0"/>
          <w:i/>
        </w:rPr>
        <w:t xml:space="preserve"> Bước 6 </w:t>
      </w:r>
      <w:r>
        <w:rPr>
          <w:b w:val="0"/>
          <w:i w:val="0"/>
        </w:rPr>
        <w:t xml:space="preserve"> cho thấy cách tiếp tục thực thi với lệnh </w:t>
      </w:r>
      <w:r>
        <w:rPr>
          <w:rFonts w:ascii="Consolas" w:hAnsi="Consolas"/>
          <w:b w:val="0"/>
          <w:i w:val="0"/>
          <w:sz w:val="20"/>
        </w:rPr>
        <w:br/>
        <w:br/>
        <w:t xml:space="preserve">      c(continue)</w:t>
        <w:br/>
        <w:t xml:space="preserve">     </w:t>
        <w:br/>
      </w:r>
      <w:r>
        <w:rPr>
          <w:b w:val="0"/>
          <w:i w:val="0"/>
        </w:rPr>
        <w:t xml:space="preserve"> , để dừng ở breakpoint tiếp theo. Tất cả các thao tác này có thể được lặp lại để xem luồng chạy và giá trị, cũng như hiểu mã đang làm gì tại bất kỳ thời điểm nào.</w:t>
      </w:r>
    </w:p>
    <w:p>
      <w:pPr>
        <w:spacing w:after="80"/>
      </w:pPr>
      <w:r>
        <w:rPr>
          <w:b w:val="0"/>
          <w:i w:val="0"/>
        </w:rPr>
        <w:t xml:space="preserve">Việc thực thi có thể được dừng lại bằng </w:t>
      </w:r>
      <w:r>
        <w:rPr>
          <w:rFonts w:ascii="Consolas" w:hAnsi="Consolas"/>
          <w:b w:val="0"/>
          <w:i w:val="0"/>
          <w:sz w:val="20"/>
        </w:rPr>
        <w:br/>
        <w:br/>
        <w:t xml:space="preserve">      q(quit)</w:t>
        <w:br/>
        <w:t xml:space="preserve">     </w:t>
        <w:br/>
      </w:r>
      <w:r>
        <w:rPr>
          <w:b w:val="0"/>
          <w:i w:val="0"/>
        </w:rPr>
        <w:t xml:space="preserve"> , như đã minh họa trong </w:t>
      </w:r>
      <w:r>
        <w:rPr>
          <w:b w:val="0"/>
          <w:i/>
        </w:rPr>
        <w:t xml:space="preserve"> bước 7 </w:t>
      </w:r>
      <w:r>
        <w:rPr>
          <w:b w:val="0"/>
          <w:i w:val="0"/>
        </w:rPr>
        <w:t xml:space="preserve"> .</w:t>
      </w:r>
    </w:p>
    <w:p>
      <w:pPr>
        <w:pStyle w:val="Heading3"/>
      </w:pPr>
      <w:r>
        <w:rPr>
          <w:rFonts w:ascii="Calibri" w:hAnsi="Calibri"/>
          <w:b/>
          <w:i w:val="0"/>
          <w:sz w:val="26"/>
        </w:rPr>
        <w:t>Còn nhiều hơn thế...</w:t>
      </w:r>
    </w:p>
    <w:p>
      <w:pPr>
        <w:spacing w:after="80"/>
      </w:pPr>
      <w:r>
        <w:rPr>
          <w:b w:val="0"/>
          <w:i w:val="0"/>
        </w:rPr>
        <w:t xml:space="preserve">Để xem tất cả các thao tác có sẵn, bạn có thể gọi </w:t>
      </w:r>
      <w:r>
        <w:rPr>
          <w:rFonts w:ascii="Consolas" w:hAnsi="Consolas"/>
          <w:b w:val="0"/>
          <w:i w:val="0"/>
          <w:sz w:val="20"/>
        </w:rPr>
        <w:br/>
        <w:br/>
        <w:t xml:space="preserve">      h(help)</w:t>
        <w:br/>
        <w:t xml:space="preserve">     </w:t>
        <w:br/>
      </w:r>
      <w:r>
        <w:rPr>
          <w:b w:val="0"/>
          <w:i w:val="0"/>
        </w:rPr>
        <w:t xml:space="preserve"> tại bất kỳ thời điểm nào.</w:t>
      </w:r>
    </w:p>
    <w:p>
      <w:pPr>
        <w:spacing w:after="80"/>
      </w:pPr>
      <w:r>
        <w:rPr>
          <w:b w:val="0"/>
          <w:i w:val="0"/>
        </w:rPr>
        <w:t xml:space="preserve">Bạn có thể kiểm tra mã xung quanh tại bất kỳ thời điểm nào bằng lệnh </w:t>
      </w:r>
      <w:r>
        <w:rPr>
          <w:rFonts w:ascii="Consolas" w:hAnsi="Consolas"/>
          <w:b w:val="0"/>
          <w:i w:val="0"/>
          <w:sz w:val="20"/>
        </w:rPr>
        <w:br/>
        <w:br/>
        <w:t xml:space="preserve">      l(list)</w:t>
        <w:br/>
        <w:t xml:space="preserve">     </w:t>
        <w:br/>
      </w:r>
      <w:r>
        <w:rPr>
          <w:b w:val="0"/>
          <w:i w:val="0"/>
        </w:rPr>
        <w:t xml:space="preserve"> . Ví dụ, trong </w:t>
      </w:r>
      <w:r>
        <w:rPr>
          <w:b w:val="0"/>
          <w:i/>
        </w:rPr>
        <w:t xml:space="preserve"> bước 4 </w:t>
      </w:r>
      <w:r>
        <w:rPr>
          <w:b w:val="0"/>
          <w:i w:val="0"/>
        </w:rPr>
        <w:t xml:space="preserve"> :</w:t>
      </w:r>
    </w:p>
    <w:p>
      <w:pPr>
        <w:spacing w:after="0"/>
        <w:ind w:left="360"/>
        <w:shd w:val="clear" w:color="auto" w:fill="F2F2F2"/>
      </w:pPr>
      <w:r>
        <w:rPr>
          <w:rFonts w:ascii="Consolas" w:hAnsi="Consolas"/>
          <w:sz w:val="18"/>
        </w:rPr>
        <w:t>(Pdb) l</w:t>
      </w:r>
    </w:p>
    <w:p>
      <w:pPr>
        <w:spacing w:after="0"/>
        <w:ind w:left="360"/>
        <w:shd w:val="clear" w:color="auto" w:fill="F2F2F2"/>
      </w:pPr>
      <w:r>
        <w:rPr>
          <w:rFonts w:ascii="Consolas" w:hAnsi="Consolas"/>
          <w:sz w:val="18"/>
        </w:rPr>
        <w:t xml:space="preserve">  2          if candidate &lt;= 1:</w:t>
      </w:r>
    </w:p>
    <w:p>
      <w:pPr>
        <w:spacing w:after="0"/>
        <w:ind w:left="360"/>
        <w:shd w:val="clear" w:color="auto" w:fill="F2F2F2"/>
      </w:pPr>
      <w:r>
        <w:rPr>
          <w:rFonts w:ascii="Consolas" w:hAnsi="Consolas"/>
          <w:sz w:val="18"/>
        </w:rPr>
        <w:t xml:space="preserve">  3              return False</w:t>
      </w:r>
    </w:p>
    <w:p>
      <w:pPr>
        <w:spacing w:after="0"/>
        <w:ind w:left="360"/>
        <w:shd w:val="clear" w:color="auto" w:fill="F2F2F2"/>
      </w:pPr>
      <w:r>
        <w:rPr>
          <w:rFonts w:ascii="Consolas" w:hAnsi="Consolas"/>
          <w:sz w:val="18"/>
        </w:rPr>
        <w:t xml:space="preserve">  4</w:t>
      </w:r>
    </w:p>
    <w:p>
      <w:pPr>
        <w:spacing w:after="0"/>
        <w:ind w:left="360"/>
        <w:shd w:val="clear" w:color="auto" w:fill="F2F2F2"/>
      </w:pPr>
      <w:r>
        <w:rPr>
          <w:rFonts w:ascii="Consolas" w:hAnsi="Consolas"/>
          <w:sz w:val="18"/>
        </w:rPr>
        <w:t xml:space="preserve">  5          lower = candidate - 1</w:t>
      </w:r>
    </w:p>
    <w:p>
      <w:pPr>
        <w:spacing w:after="0"/>
        <w:ind w:left="360"/>
        <w:shd w:val="clear" w:color="auto" w:fill="F2F2F2"/>
      </w:pPr>
      <w:r>
        <w:rPr>
          <w:rFonts w:ascii="Consolas" w:hAnsi="Consolas"/>
          <w:sz w:val="18"/>
        </w:rPr>
        <w:t xml:space="preserve">  6          while lower &gt; 1:</w:t>
      </w:r>
    </w:p>
    <w:p>
      <w:pPr>
        <w:spacing w:after="0"/>
        <w:ind w:left="360"/>
        <w:shd w:val="clear" w:color="auto" w:fill="F2F2F2"/>
      </w:pPr>
      <w:r>
        <w:rPr>
          <w:rFonts w:ascii="Consolas" w:hAnsi="Consolas"/>
          <w:sz w:val="18"/>
        </w:rPr>
        <w:t xml:space="preserve">  7  -&gt;            breakpoint()</w:t>
      </w:r>
    </w:p>
    <w:p>
      <w:pPr>
        <w:spacing w:after="0"/>
        <w:ind w:left="360"/>
        <w:shd w:val="clear" w:color="auto" w:fill="F2F2F2"/>
      </w:pPr>
      <w:r>
        <w:rPr>
          <w:rFonts w:ascii="Consolas" w:hAnsi="Consolas"/>
          <w:sz w:val="18"/>
        </w:rPr>
        <w:t xml:space="preserve">  8              if candidate / lower == candidate // lower:</w:t>
      </w:r>
    </w:p>
    <w:p>
      <w:pPr>
        <w:spacing w:after="0"/>
        <w:ind w:left="360"/>
        <w:shd w:val="clear" w:color="auto" w:fill="F2F2F2"/>
      </w:pPr>
      <w:r>
        <w:rPr>
          <w:rFonts w:ascii="Consolas" w:hAnsi="Consolas"/>
          <w:sz w:val="18"/>
        </w:rPr>
        <w:t xml:space="preserve">  9                  return False</w:t>
      </w:r>
    </w:p>
    <w:p>
      <w:pPr>
        <w:spacing w:after="0"/>
        <w:ind w:left="360"/>
        <w:shd w:val="clear" w:color="auto" w:fill="F2F2F2"/>
      </w:pPr>
      <w:r>
        <w:rPr>
          <w:rFonts w:ascii="Consolas" w:hAnsi="Consolas"/>
          <w:sz w:val="18"/>
        </w:rPr>
        <w:t xml:space="preserve"> 10              lower -= 1</w:t>
      </w:r>
    </w:p>
    <w:p>
      <w:pPr>
        <w:spacing w:after="0"/>
        <w:ind w:left="360"/>
        <w:shd w:val="clear" w:color="auto" w:fill="F2F2F2"/>
      </w:pPr>
      <w:r>
        <w:rPr>
          <w:rFonts w:ascii="Consolas" w:hAnsi="Consolas"/>
          <w:sz w:val="18"/>
        </w:rPr>
        <w:t xml:space="preserve"> 11</w:t>
      </w:r>
    </w:p>
    <w:p>
      <w:pPr>
        <w:spacing w:after="0"/>
        <w:ind w:left="360"/>
        <w:shd w:val="clear" w:color="auto" w:fill="F2F2F2"/>
      </w:pPr>
      <w:r>
        <w:rPr>
          <w:rFonts w:ascii="Consolas" w:hAnsi="Consolas"/>
          <w:sz w:val="18"/>
        </w:rPr>
        <w:t xml:space="preserve"> 12          return True</w:t>
      </w:r>
    </w:p>
    <w:p>
      <w:pPr>
        <w:spacing w:after="40"/>
      </w:pPr>
    </w:p>
    <w:p>
      <w:pPr>
        <w:spacing w:after="80"/>
      </w:pPr>
      <w:r>
        <w:rPr>
          <w:b w:val="0"/>
          <w:i w:val="0"/>
        </w:rPr>
        <w:t xml:space="preserve">Hai lệnh debugger chính còn lại là </w:t>
      </w:r>
      <w:r>
        <w:rPr>
          <w:rFonts w:ascii="Consolas" w:hAnsi="Consolas"/>
          <w:b w:val="0"/>
          <w:i w:val="0"/>
          <w:sz w:val="20"/>
        </w:rPr>
        <w:br/>
        <w:br/>
        <w:t xml:space="preserve">      s(step)</w:t>
        <w:br/>
        <w:t xml:space="preserve">     </w:t>
        <w:br/>
      </w:r>
      <w:r>
        <w:rPr>
          <w:b w:val="0"/>
          <w:i w:val="0"/>
        </w:rPr>
        <w:t xml:space="preserve"> , sẽ thực thi bước tiếp theo, bao gồm cả việc đi vào một lệnh gọi mới (như trong </w:t>
      </w:r>
      <w:r>
        <w:rPr>
          <w:b w:val="0"/>
          <w:i/>
        </w:rPr>
        <w:t xml:space="preserve"> stepping into </w:t>
      </w:r>
      <w:r>
        <w:rPr>
          <w:b w:val="0"/>
          <w:i w:val="0"/>
        </w:rPr>
        <w:t xml:space="preserve"> ), và </w:t>
      </w:r>
      <w:r>
        <w:rPr>
          <w:rFonts w:ascii="Consolas" w:hAnsi="Consolas"/>
          <w:b w:val="0"/>
          <w:i w:val="0"/>
          <w:sz w:val="20"/>
        </w:rPr>
        <w:br/>
        <w:br/>
        <w:t xml:space="preserve">      r(return)</w:t>
        <w:br/>
        <w:t xml:space="preserve">     </w:t>
        <w:br/>
      </w:r>
      <w:r>
        <w:rPr>
          <w:b w:val="0"/>
          <w:i w:val="0"/>
        </w:rPr>
        <w:t xml:space="preserve"> , sẽ tiếp tục thực thi hàm hiện tại cho đến khi nó thực thi một câu lệnh </w:t>
      </w:r>
      <w:r>
        <w:rPr>
          <w:rFonts w:ascii="Consolas" w:hAnsi="Consolas"/>
          <w:b w:val="0"/>
          <w:i w:val="0"/>
          <w:sz w:val="20"/>
        </w:rPr>
        <w:br/>
        <w:br/>
        <w:t xml:space="preserve">      return</w:t>
        <w:br/>
        <w:t xml:space="preserve">     </w:t>
        <w:br/>
      </w:r>
      <w:r>
        <w:rPr>
          <w:b w:val="0"/>
          <w:i w:val="0"/>
        </w:rPr>
        <w:t xml:space="preserve"> và sau đó dừng lại. Lưu ý rằng ở cuối bất kỳ hàm Python nào, đều có một </w:t>
      </w:r>
      <w:r>
        <w:rPr>
          <w:rFonts w:ascii="Consolas" w:hAnsi="Consolas"/>
          <w:b w:val="0"/>
          <w:i w:val="0"/>
          <w:sz w:val="20"/>
        </w:rPr>
        <w:br/>
        <w:br/>
        <w:t xml:space="preserve">      return None</w:t>
        <w:br/>
        <w:t xml:space="preserve">     </w:t>
        <w:br/>
      </w:r>
      <w:r>
        <w:rPr>
          <w:b w:val="0"/>
          <w:i w:val="0"/>
        </w:rPr>
        <w:t xml:space="preserve"> ngầm định.</w:t>
      </w:r>
    </w:p>
    <w:p>
      <w:pPr>
        <w:spacing w:after="80"/>
      </w:pPr>
      <w:r>
        <w:rPr>
          <w:b/>
          <w:i w:val="0"/>
        </w:rPr>
        <w:t>Mẹo</w:t>
      </w:r>
    </w:p>
    <w:p>
      <w:pPr>
        <w:spacing w:after="80"/>
      </w:pPr>
      <w:r>
        <w:rPr>
          <w:b w:val="0"/>
          <w:i w:val="0"/>
        </w:rPr>
        <w:t xml:space="preserve">Bạn có thể thiết lập (và vô hiệu hóa) thêm các điểm dừng (breakpoint) bằng lệnh </w:t>
      </w:r>
      <w:r>
        <w:rPr>
          <w:rFonts w:ascii="Consolas" w:hAnsi="Consolas"/>
          <w:b w:val="0"/>
          <w:i w:val="0"/>
          <w:sz w:val="20"/>
        </w:rPr>
        <w:br/>
        <w:br/>
        <w:t xml:space="preserve">       pdb</w:t>
        <w:br/>
        <w:t xml:space="preserve">      </w:t>
        <w:br/>
      </w:r>
      <w:r>
        <w:rPr>
          <w:b w:val="0"/>
          <w:i w:val="0"/>
        </w:rPr>
        <w:t xml:space="preserve"> </w:t>
      </w:r>
      <w:r>
        <w:rPr>
          <w:rFonts w:ascii="Consolas" w:hAnsi="Consolas"/>
          <w:b w:val="0"/>
          <w:i w:val="0"/>
          <w:sz w:val="20"/>
        </w:rPr>
        <w:br/>
        <w:br/>
        <w:t xml:space="preserve">       b(break)</w:t>
        <w:br/>
        <w:t xml:space="preserve">      </w:t>
        <w:br/>
      </w:r>
      <w:r>
        <w:rPr>
          <w:b w:val="0"/>
          <w:i w:val="0"/>
        </w:rPr>
        <w:t xml:space="preserve"> . Bạn cần chỉ định tệp và dòng cho </w:t>
      </w:r>
      <w:r>
        <w:rPr>
          <w:rFonts w:ascii="Consolas" w:hAnsi="Consolas"/>
          <w:b w:val="0"/>
          <w:i w:val="0"/>
          <w:sz w:val="20"/>
        </w:rPr>
        <w:br/>
        <w:br/>
        <w:t xml:space="preserve">       breakpoint</w:t>
        <w:br/>
        <w:t xml:space="preserve">      </w:t>
        <w:br/>
      </w:r>
      <w:r>
        <w:rPr>
          <w:b w:val="0"/>
          <w:i w:val="0"/>
        </w:rPr>
        <w:t xml:space="preserve"> , nhưng thường thì việc chỉnh sửa mã và chạy lại sẽ đơn giản hơn và ít lỗi hơn.</w:t>
      </w:r>
    </w:p>
    <w:p>
      <w:pPr>
        <w:spacing w:after="80"/>
      </w:pPr>
      <w:r>
        <w:rPr>
          <w:b w:val="0"/>
          <w:i w:val="0"/>
        </w:rPr>
        <w:t>Bạn có thể ghi đè các biến cũng như đọc chúng. Hoặc tạo biến mới. Hoặc thực hiện thêm các lệnh gọi. Hoặc bất cứ điều gì khác mà bạn có thể tưởng tượng. Toàn bộ sức mạnh của trình thông dịch Python đều phục vụ bạn! Hãy dùng nó để kiểm tra cách một thứ gì đó hoạt động hoặc xác minh xem một điều gì đó có đang xảy ra hay không.</w:t>
      </w:r>
    </w:p>
    <w:p>
      <w:pPr>
        <w:spacing w:after="80"/>
      </w:pPr>
      <w:r>
        <w:rPr>
          <w:b/>
          <w:i w:val="0"/>
        </w:rPr>
        <w:t>Mẹo</w:t>
      </w:r>
    </w:p>
    <w:p>
      <w:pPr>
        <w:spacing w:after="80"/>
      </w:pPr>
      <w:r>
        <w:rPr>
          <w:b w:val="0"/>
          <w:i w:val="0"/>
        </w:rPr>
        <w:t xml:space="preserve">Tránh tạo các biến có tên trùng với tên dành riêng cho trình gỡ lỗi (debugger), chẳng hạn như đặt tên một danh sách là </w:t>
      </w:r>
      <w:r>
        <w:rPr>
          <w:rFonts w:ascii="Consolas" w:hAnsi="Consolas"/>
          <w:b w:val="0"/>
          <w:i w:val="0"/>
          <w:sz w:val="20"/>
        </w:rPr>
        <w:br/>
        <w:br/>
        <w:t xml:space="preserve">       l</w:t>
        <w:br/>
        <w:t xml:space="preserve">      </w:t>
        <w:br/>
      </w:r>
      <w:r>
        <w:rPr>
          <w:b w:val="0"/>
          <w:i w:val="0"/>
        </w:rPr>
        <w:t xml:space="preserve"> . Điều đó sẽ gây nhầm lẫn và can thiệp vào các lệnh </w:t>
      </w:r>
      <w:r>
        <w:rPr>
          <w:rFonts w:ascii="Consolas" w:hAnsi="Consolas"/>
          <w:b w:val="0"/>
          <w:i w:val="0"/>
          <w:sz w:val="20"/>
        </w:rPr>
        <w:br/>
        <w:br/>
        <w:t xml:space="preserve">       pdb</w:t>
        <w:br/>
        <w:t xml:space="preserve">      </w:t>
        <w:br/>
      </w:r>
      <w:r>
        <w:rPr>
          <w:b w:val="0"/>
          <w:i w:val="0"/>
        </w:rPr>
        <w:t xml:space="preserve"> , đôi khi theo những cách không rõ ràng.</w:t>
      </w:r>
    </w:p>
    <w:p>
      <w:pPr>
        <w:spacing w:after="80"/>
      </w:pPr>
      <w:r>
        <w:rPr>
          <w:b w:val="0"/>
          <w:i w:val="0"/>
        </w:rPr>
        <w:t xml:space="preserve">Bạn có thể đọc thêm về lệnh gọi breakpoint mới trong PEP chính thức tại </w:t>
      </w:r>
      <w:r>
        <w:rPr>
          <w:rFonts w:ascii="Consolas" w:hAnsi="Consolas"/>
          <w:b w:val="0"/>
          <w:i w:val="0"/>
          <w:sz w:val="20"/>
        </w:rPr>
        <w:br/>
        <w:br/>
        <w:t xml:space="preserve">       https://www.python.org/dev/peps/pep-0553/</w:t>
        <w:br/>
        <w:t xml:space="preserve">      </w:t>
        <w:br/>
      </w:r>
      <w:r>
        <w:rPr>
          <w:b w:val="0"/>
          <w:i w:val="0"/>
        </w:rPr>
        <w:t xml:space="preserve"> .</w:t>
      </w:r>
    </w:p>
    <w:p>
      <w:pPr>
        <w:spacing w:after="80"/>
      </w:pPr>
      <w:r>
        <w:rPr>
          <w:b w:val="0"/>
          <w:i w:val="0"/>
        </w:rPr>
        <w:t xml:space="preserve">Tài liệu đầy đủ về </w:t>
      </w:r>
      <w:r>
        <w:rPr>
          <w:rFonts w:ascii="Consolas" w:hAnsi="Consolas"/>
          <w:b w:val="0"/>
          <w:i w:val="0"/>
          <w:sz w:val="20"/>
        </w:rPr>
        <w:br/>
        <w:br/>
        <w:t xml:space="preserve">      pdb</w:t>
        <w:br/>
        <w:t xml:space="preserve">     </w:t>
        <w:br/>
      </w:r>
      <w:r>
        <w:rPr>
          <w:b w:val="0"/>
          <w:i w:val="0"/>
        </w:rPr>
        <w:t xml:space="preserve"> có thể được tìm thấy ở đây: </w:t>
      </w:r>
      <w:r>
        <w:rPr>
          <w:rFonts w:ascii="Consolas" w:hAnsi="Consolas"/>
          <w:b w:val="0"/>
          <w:i w:val="0"/>
          <w:sz w:val="20"/>
        </w:rPr>
        <w:br/>
        <w:br/>
        <w:t xml:space="preserve">       https://docs.python.org/3/library/pdb.html</w:t>
        <w:br/>
        <w:t xml:space="preserve">      </w:t>
        <w:br/>
      </w:r>
      <w:r>
        <w:rPr>
          <w:b w:val="0"/>
          <w:i w:val="0"/>
        </w:rPr>
        <w:t xml:space="preserve"> . Nó bao gồm tất cả các lệnh gỡ lỗi.</w:t>
      </w:r>
    </w:p>
    <w:p>
      <w:pPr>
        <w:spacing w:after="80"/>
      </w:pPr>
      <w:r>
        <w:rPr>
          <w:b/>
          <w:i w:val="0"/>
        </w:rPr>
        <w:t>Lưu ý</w:t>
      </w:r>
    </w:p>
    <w:p>
      <w:pPr>
        <w:spacing w:after="80"/>
      </w:pPr>
      <w:r>
        <w:rPr>
          <w:b w:val="0"/>
          <w:i w:val="0"/>
        </w:rPr>
        <w:t>Hãy nhớ xóa mọi điểm dừng sau khi gỡ lỗi xong, đặc biệt là khi commit lên hệ thống quản lý phiên bản như Git.</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Học những kiến thức cơ bản về trình thông dịch Python </w:t>
      </w:r>
      <w:r>
        <w:rPr>
          <w:b w:val="0"/>
          <w:i w:val="0"/>
        </w:rPr>
        <w:t xml:space="preserve"> , ở phần trước trong chương này, để tìm hiểu những kiến thức cơ bản về các công cụ nội quan (introspection) của Python</w:t>
      </w:r>
    </w:p>
    <w:p>
      <w:pPr>
        <w:spacing w:after="80"/>
        <w:ind w:left="360"/>
      </w:pPr>
      <w:r>
        <w:t xml:space="preserve">• </w:t>
      </w:r>
      <w:r>
        <w:rPr>
          <w:b w:val="0"/>
          <w:i w:val="0"/>
        </w:rPr>
        <w:t xml:space="preserve">Công thức </w:t>
      </w:r>
      <w:r>
        <w:rPr>
          <w:b w:val="0"/>
          <w:i/>
        </w:rPr>
        <w:t xml:space="preserve"> Nâng cao kỹ năng gỡ lỗi của bạn </w:t>
      </w:r>
      <w:r>
        <w:rPr>
          <w:b w:val="0"/>
          <w:i w:val="0"/>
        </w:rPr>
        <w:t xml:space="preserve"> , tiếp theo trong chương này, để xem một ví dụ về gỡ lỗi bao quát nhiều vấn đề khác nhau</w:t>
      </w:r>
    </w:p>
    <w:p>
      <w:pPr>
        <w:pStyle w:val="Heading2"/>
      </w:pPr>
      <w:r>
        <w:rPr>
          <w:rFonts w:ascii="Calibri" w:hAnsi="Calibri"/>
          <w:b/>
          <w:i w:val="0"/>
          <w:sz w:val="32"/>
        </w:rPr>
        <w:t>Nâng cao kỹ năng gỡ lỗi của bạn</w:t>
      </w:r>
    </w:p>
    <w:p>
      <w:pPr>
        <w:spacing w:after="80"/>
      </w:pPr>
      <w:r>
        <w:rPr>
          <w:b w:val="0"/>
          <w:i w:val="0"/>
        </w:rPr>
        <w:t>Trong công thức này, chúng ta sẽ phân tích và sửa một số lỗi bằng một đoạn script nhỏ mô phỏng một lệnh gọi đến dịch vụ bên ngoài. Chúng ta sẽ trình bày các kỹ thuật khác nhau để nâng cao kỹ năng gỡ lỗi của bạn.</w:t>
      </w:r>
    </w:p>
    <w:p>
      <w:pPr>
        <w:spacing w:after="80"/>
      </w:pPr>
      <w:r>
        <w:rPr>
          <w:b w:val="0"/>
          <w:i w:val="0"/>
        </w:rPr>
        <w:t xml:space="preserve">Đoạn script sẽ gửi một số tên cá nhân đến một máy chủ internet ( </w:t>
      </w:r>
      <w:r>
        <w:rPr>
          <w:rFonts w:ascii="Consolas" w:hAnsi="Consolas"/>
          <w:b w:val="0"/>
          <w:i w:val="0"/>
          <w:sz w:val="20"/>
        </w:rPr>
        <w:br/>
        <w:br/>
        <w:t xml:space="preserve">       httpbin.org</w:t>
        <w:br/>
        <w:t xml:space="preserve">      </w:t>
        <w:br/>
      </w:r>
      <w:r>
        <w:rPr>
          <w:b w:val="0"/>
          <w:i w:val="0"/>
        </w:rPr>
        <w:t xml:space="preserve"> , một trang web thử nghiệm) để lấy chúng về, mô phỏng việc truy xuất chúng từ một máy chủ bên ngoài. Sau đó, nó sẽ tách chúng thành tên và họ, rồi chuẩn bị để sắp xếp theo họ. Cuối cùng, nó sẽ sắp xếp chúng.</w:t>
      </w:r>
    </w:p>
    <w:p>
      <w:pPr>
        <w:spacing w:after="80"/>
      </w:pPr>
      <w:r>
        <w:rPr>
          <w:b/>
          <w:i w:val="0"/>
        </w:rPr>
        <w:t>Lưu ý</w:t>
      </w:r>
    </w:p>
    <w:p>
      <w:pPr>
        <w:spacing w:after="80"/>
      </w:pPr>
      <w:r>
        <w:rPr>
          <w:b w:val="0"/>
          <w:i w:val="0"/>
        </w:rPr>
        <w:t xml:space="preserve">Trước đây chúng ta đã dùng thử trang web này trong công thức Tương tác với biểu mẫu, </w:t>
      </w:r>
      <w:r>
        <w:rPr>
          <w:b w:val="0"/>
          <w:i/>
        </w:rPr>
        <w:t xml:space="preserve"> Chương 3 </w:t>
      </w:r>
      <w:r>
        <w:rPr>
          <w:b w:val="0"/>
          <w:i w:val="0"/>
        </w:rPr>
        <w:t xml:space="preserve"> , </w:t>
      </w:r>
      <w:r>
        <w:rPr>
          <w:b w:val="0"/>
          <w:i/>
        </w:rPr>
        <w:t xml:space="preserve"> Xây dựng ứng dụng thu thập dữ liệu web đầu tiên của bạn </w:t>
      </w:r>
      <w:r>
        <w:rPr>
          <w:b w:val="0"/>
          <w:i w:val="0"/>
        </w:rPr>
        <w:t xml:space="preserve"> . Lưu ý rằng URL </w:t>
      </w:r>
      <w:r>
        <w:rPr>
          <w:rFonts w:ascii="Consolas" w:hAnsi="Consolas"/>
          <w:b w:val="0"/>
          <w:i w:val="0"/>
          <w:sz w:val="20"/>
        </w:rPr>
        <w:br/>
        <w:br/>
        <w:t xml:space="preserve">        https://httpbin.org/forms/post</w:t>
        <w:br/>
        <w:t xml:space="preserve">       </w:t>
        <w:br/>
      </w:r>
      <w:r>
        <w:rPr>
          <w:b w:val="0"/>
          <w:i w:val="0"/>
        </w:rPr>
        <w:t xml:space="preserve"> hiển thị biểu mẫu nhưng bên trong lại gọi URL </w:t>
      </w:r>
      <w:r>
        <w:rPr>
          <w:rFonts w:ascii="Consolas" w:hAnsi="Consolas"/>
          <w:b w:val="0"/>
          <w:i w:val="0"/>
          <w:sz w:val="20"/>
        </w:rPr>
        <w:br/>
        <w:br/>
        <w:t xml:space="preserve">        https://httpbin.org/post</w:t>
        <w:br/>
        <w:t xml:space="preserve">       </w:t>
        <w:br/>
      </w:r>
      <w:r>
        <w:rPr>
          <w:b w:val="0"/>
          <w:i w:val="0"/>
        </w:rPr>
        <w:t xml:space="preserve"> để gửi thông tin. Trong công thức này chúng ta chỉ cần dùng URL thứ hai.</w:t>
      </w:r>
    </w:p>
    <w:p>
      <w:pPr>
        <w:spacing w:after="80"/>
      </w:pPr>
      <w:r>
        <w:rPr>
          <w:b w:val="0"/>
          <w:i w:val="0"/>
        </w:rPr>
        <w:t>Đoạn script chứa vài lỗi mà chúng ta sẽ phát hiện và sửa.</w:t>
      </w:r>
    </w:p>
    <w:p>
      <w:pPr>
        <w:pStyle w:val="Heading3"/>
      </w:pPr>
      <w:r>
        <w:rPr>
          <w:rFonts w:ascii="Calibri" w:hAnsi="Calibri"/>
          <w:b/>
          <w:i w:val="0"/>
          <w:sz w:val="26"/>
        </w:rPr>
        <w:t>Chuẩn bị</w:t>
      </w:r>
    </w:p>
    <w:p>
      <w:pPr>
        <w:spacing w:after="80"/>
      </w:pPr>
      <w:r>
        <w:rPr>
          <w:b w:val="0"/>
          <w:i w:val="0"/>
        </w:rPr>
        <w:t>Trong công thức này, chúng ta sẽ dùng các mô-đun requests và parse và đưa chúng vào môi trường ảo của mình:</w:t>
      </w:r>
    </w:p>
    <w:p>
      <w:pPr>
        <w:spacing w:after="0"/>
        <w:ind w:left="360"/>
        <w:shd w:val="clear" w:color="auto" w:fill="F2F2F2"/>
      </w:pPr>
      <w:r>
        <w:rPr>
          <w:rFonts w:ascii="Consolas" w:hAnsi="Consolas"/>
          <w:sz w:val="18"/>
        </w:rPr>
        <w:t>$ echo "requests==2.34.2" &gt;&gt; requirements.txt</w:t>
      </w:r>
    </w:p>
    <w:p>
      <w:pPr>
        <w:spacing w:after="0"/>
        <w:ind w:left="360"/>
        <w:shd w:val="clear" w:color="auto" w:fill="F2F2F2"/>
      </w:pPr>
      <w:r>
        <w:rPr>
          <w:rFonts w:ascii="Consolas" w:hAnsi="Consolas"/>
          <w:sz w:val="18"/>
        </w:rPr>
        <w:t>$ echo "parse==1.22.0" &gt;&gt; requirements.txt</w:t>
      </w:r>
    </w:p>
    <w:p>
      <w:pPr>
        <w:spacing w:after="0"/>
        <w:ind w:left="360"/>
        <w:shd w:val="clear" w:color="auto" w:fill="F2F2F2"/>
      </w:pPr>
      <w:r>
        <w:rPr>
          <w:rFonts w:ascii="Consolas" w:hAnsi="Consolas"/>
          <w:sz w:val="18"/>
        </w:rPr>
        <w:t>$ uv pip install -r requirements.txt</w:t>
      </w:r>
    </w:p>
    <w:p>
      <w:pPr>
        <w:spacing w:after="40"/>
      </w:pPr>
    </w:p>
    <w:p>
      <w:pPr>
        <w:spacing w:after="80"/>
      </w:pPr>
      <w:r>
        <w:rPr>
          <w:b w:val="0"/>
          <w:i w:val="0"/>
        </w:rPr>
        <w:t xml:space="preserve">Script </w:t>
      </w:r>
      <w:r>
        <w:rPr>
          <w:rFonts w:ascii="Consolas" w:hAnsi="Consolas"/>
          <w:b w:val="0"/>
          <w:i w:val="0"/>
          <w:sz w:val="20"/>
        </w:rPr>
        <w:br/>
        <w:br/>
        <w:t xml:space="preserve">      debug_skills.py</w:t>
        <w:br/>
        <w:t xml:space="preserve">     </w:t>
        <w:br/>
      </w:r>
      <w:r>
        <w:rPr>
          <w:b w:val="0"/>
          <w:i w:val="0"/>
        </w:rPr>
        <w:t xml:space="preserve"> có sẵn trên GitHub: </w:t>
      </w:r>
      <w:r>
        <w:rPr>
          <w:rFonts w:ascii="Consolas" w:hAnsi="Consolas"/>
          <w:b w:val="0"/>
          <w:i w:val="0"/>
          <w:sz w:val="20"/>
        </w:rPr>
        <w:br/>
        <w:br/>
        <w:t xml:space="preserve">       https://github.com/PacktPublishing/Python-Automation-Cookbook-Third-Edition/blob/main/ch16/debug_skills.py</w:t>
        <w:br/>
        <w:t xml:space="preserve">      </w:t>
        <w:br/>
      </w:r>
      <w:r>
        <w:rPr>
          <w:b w:val="0"/>
          <w:i w:val="0"/>
        </w:rPr>
        <w:t xml:space="preserve"> . Lưu ý rằng nó chứa các lỗi mà chúng ta sẽ sửa trong công thức này.</w:t>
      </w:r>
    </w:p>
    <w:p>
      <w:pPr>
        <w:pStyle w:val="Heading3"/>
      </w:pPr>
      <w:r>
        <w:rPr>
          <w:rFonts w:ascii="Calibri" w:hAnsi="Calibri"/>
          <w:b/>
          <w:i w:val="0"/>
          <w:sz w:val="26"/>
        </w:rPr>
        <w:t>Cách thực hiện...</w:t>
      </w:r>
    </w:p>
    <w:p>
      <w:pPr>
        <w:spacing w:after="80"/>
        <w:ind w:left="360"/>
      </w:pPr>
      <w:r>
        <w:t xml:space="preserve">1. </w:t>
      </w:r>
      <w:r>
        <w:rPr>
          <w:b w:val="0"/>
          <w:i w:val="0"/>
        </w:rPr>
        <w:t>Chạy script, nó sẽ sinh ra một lỗi:</w:t>
      </w:r>
    </w:p>
    <w:p>
      <w:pPr>
        <w:spacing w:after="0"/>
        <w:ind w:left="360"/>
        <w:shd w:val="clear" w:color="auto" w:fill="F2F2F2"/>
      </w:pPr>
      <w:r>
        <w:rPr>
          <w:rFonts w:ascii="Consolas" w:hAnsi="Consolas"/>
          <w:sz w:val="18"/>
        </w:rPr>
        <w:t>$ uv run debug_skills.py</w:t>
      </w:r>
    </w:p>
    <w:p>
      <w:pPr>
        <w:spacing w:after="0"/>
        <w:ind w:left="360"/>
        <w:shd w:val="clear" w:color="auto" w:fill="F2F2F2"/>
      </w:pPr>
      <w:r>
        <w:rPr>
          <w:rFonts w:ascii="Consolas" w:hAnsi="Consolas"/>
          <w:sz w:val="18"/>
        </w:rPr>
        <w:t>Traceback (most recent call last):</w:t>
      </w:r>
    </w:p>
    <w:p>
      <w:pPr>
        <w:spacing w:after="0"/>
        <w:ind w:left="360"/>
        <w:shd w:val="clear" w:color="auto" w:fill="F2F2F2"/>
      </w:pPr>
      <w:r>
        <w:rPr>
          <w:rFonts w:ascii="Consolas" w:hAnsi="Consolas"/>
          <w:sz w:val="18"/>
        </w:rPr>
        <w:t xml:space="preserve"> File "debug_skills.py", line 26, in &lt;module&gt;</w:t>
      </w:r>
    </w:p>
    <w:p>
      <w:pPr>
        <w:spacing w:after="0"/>
        <w:ind w:left="360"/>
        <w:shd w:val="clear" w:color="auto" w:fill="F2F2F2"/>
      </w:pPr>
      <w:r>
        <w:rPr>
          <w:rFonts w:ascii="Consolas" w:hAnsi="Consolas"/>
          <w:sz w:val="18"/>
        </w:rPr>
        <w:t xml:space="preserve"> raise Exception(f'Error accessing server: {result}')</w:t>
      </w:r>
    </w:p>
    <w:p>
      <w:pPr>
        <w:spacing w:after="0"/>
        <w:ind w:left="360"/>
        <w:shd w:val="clear" w:color="auto" w:fill="F2F2F2"/>
      </w:pPr>
      <w:r>
        <w:rPr>
          <w:rFonts w:ascii="Consolas" w:hAnsi="Consolas"/>
          <w:sz w:val="18"/>
        </w:rPr>
        <w:t>Exception: Error accessing server: &lt;Response [405]&gt;</w:t>
      </w:r>
    </w:p>
    <w:p>
      <w:pPr>
        <w:spacing w:after="40"/>
      </w:pPr>
    </w:p>
    <w:p>
      <w:pPr>
        <w:spacing w:after="80"/>
        <w:ind w:left="360"/>
      </w:pPr>
      <w:r>
        <w:t xml:space="preserve">2. </w:t>
      </w:r>
      <w:r>
        <w:rPr>
          <w:b w:val="0"/>
          <w:i w:val="0"/>
        </w:rPr>
        <w:t xml:space="preserve">Phân tích mã trạng thái. Chúng ta nhận được </w:t>
      </w:r>
      <w:r>
        <w:rPr>
          <w:b/>
          <w:i w:val="0"/>
        </w:rPr>
        <w:t xml:space="preserve"> 405 </w:t>
      </w:r>
      <w:r>
        <w:rPr>
          <w:b w:val="0"/>
          <w:i w:val="0"/>
        </w:rPr>
        <w:t xml:space="preserve"> , nghĩa là phương thức chúng ta gửi không được phép. Chúng ta xem lại code và nhận ra rằng với request ở dòng 24, chúng ta đã dùng GET trong khi đáng lẽ phải dùng POST (như mô tả trong URL). Thay code bằng đoạn sau: Chúng ta giữ lại code lỗi cũ dưới dạng chú thích với (old) để rõ những thay đổi mình đã làm.</w:t>
      </w:r>
    </w:p>
    <w:p>
      <w:pPr>
        <w:spacing w:after="0"/>
        <w:ind w:left="360"/>
        <w:shd w:val="clear" w:color="auto" w:fill="F2F2F2"/>
      </w:pPr>
      <w:r>
        <w:rPr>
          <w:rFonts w:ascii="Consolas" w:hAnsi="Consolas"/>
          <w:sz w:val="18"/>
        </w:rPr>
        <w:t># ERROR Step 2. Using .get when it should be .post</w:t>
      </w:r>
    </w:p>
    <w:p>
      <w:pPr>
        <w:spacing w:after="0"/>
        <w:ind w:left="360"/>
        <w:shd w:val="clear" w:color="auto" w:fill="F2F2F2"/>
      </w:pPr>
      <w:r>
        <w:rPr>
          <w:rFonts w:ascii="Consolas" w:hAnsi="Consolas"/>
          <w:sz w:val="18"/>
        </w:rPr>
        <w:t># (old) result = requests.get('http://httpbin.org/post', json=data)</w:t>
      </w:r>
    </w:p>
    <w:p>
      <w:pPr>
        <w:spacing w:after="0"/>
        <w:ind w:left="360"/>
        <w:shd w:val="clear" w:color="auto" w:fill="F2F2F2"/>
      </w:pPr>
      <w:r>
        <w:rPr>
          <w:rFonts w:ascii="Consolas" w:hAnsi="Consolas"/>
          <w:sz w:val="18"/>
        </w:rPr>
        <w:t>result = requests.post('http://httpbin.org/post', json=data)</w:t>
      </w:r>
    </w:p>
    <w:p>
      <w:pPr>
        <w:spacing w:after="40"/>
      </w:pPr>
    </w:p>
    <w:p>
      <w:pPr>
        <w:spacing w:after="80"/>
        <w:ind w:left="360"/>
      </w:pPr>
      <w:r>
        <w:t xml:space="preserve">3. </w:t>
      </w:r>
      <w:r>
        <w:rPr>
          <w:b w:val="0"/>
          <w:i w:val="0"/>
        </w:rPr>
        <w:t>Chạy lại code, nó sẽ sinh ra một lỗi khác:</w:t>
      </w:r>
    </w:p>
    <w:p>
      <w:pPr>
        <w:spacing w:after="0"/>
        <w:ind w:left="360"/>
        <w:shd w:val="clear" w:color="auto" w:fill="F2F2F2"/>
      </w:pPr>
      <w:r>
        <w:rPr>
          <w:rFonts w:ascii="Consolas" w:hAnsi="Consolas"/>
          <w:sz w:val="18"/>
        </w:rPr>
        <w:t>$ uv run debug_skills.py</w:t>
      </w:r>
    </w:p>
    <w:p>
      <w:pPr>
        <w:spacing w:after="0"/>
        <w:ind w:left="360"/>
        <w:shd w:val="clear" w:color="auto" w:fill="F2F2F2"/>
      </w:pPr>
      <w:r>
        <w:rPr>
          <w:rFonts w:ascii="Consolas" w:hAnsi="Consolas"/>
          <w:sz w:val="18"/>
        </w:rPr>
        <w:t>Traceback (most recent call last):</w:t>
      </w:r>
    </w:p>
    <w:p>
      <w:pPr>
        <w:spacing w:after="0"/>
        <w:ind w:left="360"/>
        <w:shd w:val="clear" w:color="auto" w:fill="F2F2F2"/>
      </w:pPr>
      <w:r>
        <w:rPr>
          <w:rFonts w:ascii="Consolas" w:hAnsi="Consolas"/>
          <w:sz w:val="18"/>
        </w:rPr>
        <w:t xml:space="preserve">  File "debug_skills.py", line 34, in &lt;module&gt;</w:t>
      </w:r>
    </w:p>
    <w:p>
      <w:pPr>
        <w:spacing w:after="0"/>
        <w:ind w:left="360"/>
        <w:shd w:val="clear" w:color="auto" w:fill="F2F2F2"/>
      </w:pPr>
      <w:r>
        <w:rPr>
          <w:rFonts w:ascii="Consolas" w:hAnsi="Consolas"/>
          <w:sz w:val="18"/>
        </w:rPr>
        <w:t xml:space="preserve">    first_name, last_name = full_name.split()</w:t>
      </w:r>
    </w:p>
    <w:p>
      <w:pPr>
        <w:spacing w:after="0"/>
        <w:ind w:left="360"/>
        <w:shd w:val="clear" w:color="auto" w:fill="F2F2F2"/>
      </w:pPr>
      <w:r>
        <w:rPr>
          <w:rFonts w:ascii="Consolas" w:hAnsi="Consolas"/>
          <w:sz w:val="18"/>
        </w:rPr>
        <w:t>ValueError: too many values to unpack (expected 2)</w:t>
      </w:r>
    </w:p>
    <w:p>
      <w:pPr>
        <w:spacing w:after="40"/>
      </w:pPr>
    </w:p>
    <w:p>
      <w:pPr>
        <w:spacing w:after="80"/>
        <w:ind w:left="360"/>
      </w:pPr>
      <w:r>
        <w:t xml:space="preserve">4. </w:t>
      </w:r>
      <w:r>
        <w:rPr>
          <w:b w:val="0"/>
          <w:i w:val="0"/>
        </w:rPr>
        <w:t xml:space="preserve">Đặt một breakpoint tại dòng 33, ngay trước lỗi. Chạy lại và vào chế độ gỡ lỗi: Chạy </w:t>
      </w:r>
      <w:r>
        <w:rPr>
          <w:rFonts w:ascii="Consolas" w:hAnsi="Consolas"/>
          <w:b w:val="0"/>
          <w:i w:val="0"/>
          <w:sz w:val="20"/>
        </w:rPr>
        <w:br/>
        <w:br/>
        <w:t xml:space="preserve">        n</w:t>
        <w:br/>
        <w:t xml:space="preserve">       </w:t>
        <w:br/>
      </w:r>
      <w:r>
        <w:rPr>
          <w:b w:val="0"/>
          <w:i w:val="0"/>
        </w:rPr>
        <w:t xml:space="preserve"> không sinh ra lỗi, nghĩa là nó không phải giá trị đầu tiên. Sau vài lần chạy với </w:t>
      </w:r>
      <w:r>
        <w:rPr>
          <w:rFonts w:ascii="Consolas" w:hAnsi="Consolas"/>
          <w:b w:val="0"/>
          <w:i w:val="0"/>
          <w:sz w:val="20"/>
        </w:rPr>
        <w:br/>
        <w:br/>
        <w:t xml:space="preserve">        c</w:t>
        <w:br/>
        <w:t xml:space="preserve">       </w:t>
        <w:br/>
      </w:r>
      <w:r>
        <w:rPr>
          <w:b w:val="0"/>
          <w:i w:val="0"/>
        </w:rPr>
        <w:t xml:space="preserve"> , chúng ta nhận ra đây không phải cách đúng, vì ta không biết input nào đang sinh ra lỗi.</w:t>
      </w:r>
    </w:p>
    <w:p>
      <w:pPr>
        <w:spacing w:after="0"/>
        <w:ind w:left="360"/>
        <w:shd w:val="clear" w:color="auto" w:fill="F2F2F2"/>
      </w:pPr>
      <w:r>
        <w:rPr>
          <w:rFonts w:ascii="Consolas" w:hAnsi="Consolas"/>
          <w:sz w:val="18"/>
        </w:rPr>
        <w:t>$ uv run debug_skills.py</w:t>
      </w:r>
    </w:p>
    <w:p>
      <w:pPr>
        <w:spacing w:after="0"/>
        <w:ind w:left="360"/>
        <w:shd w:val="clear" w:color="auto" w:fill="F2F2F2"/>
      </w:pPr>
      <w:r>
        <w:rPr>
          <w:rFonts w:ascii="Consolas" w:hAnsi="Consolas"/>
          <w:sz w:val="18"/>
        </w:rPr>
        <w:t>..debug_skills.py(34)&lt;module&gt;()</w:t>
      </w:r>
    </w:p>
    <w:p>
      <w:pPr>
        <w:spacing w:after="0"/>
        <w:ind w:left="360"/>
        <w:shd w:val="clear" w:color="auto" w:fill="F2F2F2"/>
      </w:pPr>
      <w:r>
        <w:rPr>
          <w:rFonts w:ascii="Consolas" w:hAnsi="Consolas"/>
          <w:sz w:val="18"/>
        </w:rPr>
        <w:t>-&gt; breakpoint()</w:t>
      </w:r>
    </w:p>
    <w:p>
      <w:pPr>
        <w:spacing w:after="0"/>
        <w:ind w:left="360"/>
        <w:shd w:val="clear" w:color="auto" w:fill="F2F2F2"/>
      </w:pPr>
      <w:r>
        <w:rPr>
          <w:rFonts w:ascii="Consolas" w:hAnsi="Consolas"/>
          <w:sz w:val="18"/>
        </w:rPr>
        <w:t>(Pdb) n</w:t>
      </w:r>
    </w:p>
    <w:p>
      <w:pPr>
        <w:spacing w:after="0"/>
        <w:ind w:left="360"/>
        <w:shd w:val="clear" w:color="auto" w:fill="F2F2F2"/>
      </w:pPr>
      <w:r>
        <w:rPr>
          <w:rFonts w:ascii="Consolas" w:hAnsi="Consolas"/>
          <w:sz w:val="18"/>
        </w:rPr>
        <w:t>..debug_skills.py(35)&lt;module&gt;()</w:t>
      </w:r>
    </w:p>
    <w:p>
      <w:pPr>
        <w:spacing w:after="0"/>
        <w:ind w:left="360"/>
        <w:shd w:val="clear" w:color="auto" w:fill="F2F2F2"/>
      </w:pPr>
      <w:r>
        <w:rPr>
          <w:rFonts w:ascii="Consolas" w:hAnsi="Consolas"/>
          <w:sz w:val="18"/>
        </w:rPr>
        <w:t>-&gt; first_name, last_name = full_name.split()</w:t>
      </w:r>
    </w:p>
    <w:p>
      <w:pPr>
        <w:spacing w:after="0"/>
        <w:ind w:left="360"/>
        <w:shd w:val="clear" w:color="auto" w:fill="F2F2F2"/>
      </w:pPr>
      <w:r>
        <w:rPr>
          <w:rFonts w:ascii="Consolas" w:hAnsi="Consolas"/>
          <w:sz w:val="18"/>
        </w:rPr>
        <w:t>(Pdb) n</w:t>
      </w:r>
    </w:p>
    <w:p>
      <w:pPr>
        <w:spacing w:after="0"/>
        <w:ind w:left="360"/>
        <w:shd w:val="clear" w:color="auto" w:fill="F2F2F2"/>
      </w:pPr>
      <w:r>
        <w:rPr>
          <w:rFonts w:ascii="Consolas" w:hAnsi="Consolas"/>
          <w:sz w:val="18"/>
        </w:rPr>
        <w:t>&gt; ...debug_skills.py(36)&lt;module&gt;()</w:t>
      </w:r>
    </w:p>
    <w:p>
      <w:pPr>
        <w:spacing w:after="0"/>
        <w:ind w:left="360"/>
        <w:shd w:val="clear" w:color="auto" w:fill="F2F2F2"/>
      </w:pPr>
      <w:r>
        <w:rPr>
          <w:rFonts w:ascii="Consolas" w:hAnsi="Consolas"/>
          <w:sz w:val="18"/>
        </w:rPr>
        <w:t>-&gt; ready_name = f'{last_name}, {first_name}'</w:t>
      </w:r>
    </w:p>
    <w:p>
      <w:pPr>
        <w:spacing w:after="0"/>
        <w:ind w:left="360"/>
        <w:shd w:val="clear" w:color="auto" w:fill="F2F2F2"/>
      </w:pPr>
      <w:r>
        <w:rPr>
          <w:rFonts w:ascii="Consolas" w:hAnsi="Consolas"/>
          <w:sz w:val="18"/>
        </w:rPr>
        <w:t>(Pdb) c</w:t>
      </w:r>
    </w:p>
    <w:p>
      <w:pPr>
        <w:spacing w:after="0"/>
        <w:ind w:left="360"/>
        <w:shd w:val="clear" w:color="auto" w:fill="F2F2F2"/>
      </w:pPr>
      <w:r>
        <w:rPr>
          <w:rFonts w:ascii="Consolas" w:hAnsi="Consolas"/>
          <w:sz w:val="18"/>
        </w:rPr>
        <w:t>&gt; ...debug_skills.py(34)&lt;module&gt;()</w:t>
      </w:r>
    </w:p>
    <w:p>
      <w:pPr>
        <w:spacing w:after="0"/>
        <w:ind w:left="360"/>
        <w:shd w:val="clear" w:color="auto" w:fill="F2F2F2"/>
      </w:pPr>
      <w:r>
        <w:rPr>
          <w:rFonts w:ascii="Consolas" w:hAnsi="Consolas"/>
          <w:sz w:val="18"/>
        </w:rPr>
        <w:t>-&gt; breakpoint()</w:t>
      </w:r>
    </w:p>
    <w:p>
      <w:pPr>
        <w:spacing w:after="40"/>
      </w:pPr>
    </w:p>
    <w:p>
      <w:pPr>
        <w:spacing w:after="80"/>
        <w:ind w:left="360"/>
      </w:pPr>
      <w:r>
        <w:t xml:space="preserve">5. </w:t>
      </w:r>
      <w:r>
        <w:rPr>
          <w:b w:val="0"/>
          <w:i w:val="0"/>
        </w:rPr>
        <w:t xml:space="preserve">Thay vào đó, bọc dòng đó bằng khối </w:t>
      </w:r>
      <w:r>
        <w:rPr>
          <w:rFonts w:ascii="Consolas" w:hAnsi="Consolas"/>
          <w:b w:val="0"/>
          <w:i w:val="0"/>
          <w:sz w:val="20"/>
        </w:rPr>
        <w:br/>
        <w:br/>
        <w:t xml:space="preserve">       try...except</w:t>
        <w:br/>
        <w:t xml:space="preserve">      </w:t>
        <w:br/>
      </w:r>
      <w:r>
        <w:rPr>
          <w:b w:val="0"/>
          <w:i w:val="0"/>
        </w:rPr>
        <w:t xml:space="preserve"> và đặt một </w:t>
      </w:r>
      <w:r>
        <w:rPr>
          <w:rFonts w:ascii="Consolas" w:hAnsi="Consolas"/>
          <w:b w:val="0"/>
          <w:i w:val="0"/>
          <w:sz w:val="20"/>
        </w:rPr>
        <w:br/>
        <w:br/>
        <w:t xml:space="preserve">       breakpoint</w:t>
        <w:br/>
        <w:t xml:space="preserve">      </w:t>
        <w:br/>
      </w:r>
      <w:r>
        <w:rPr>
          <w:b w:val="0"/>
          <w:i w:val="0"/>
        </w:rPr>
        <w:t xml:space="preserve"> tại điểm đó:</w:t>
      </w:r>
    </w:p>
    <w:p>
      <w:pPr>
        <w:spacing w:after="0"/>
        <w:ind w:left="360"/>
        <w:shd w:val="clear" w:color="auto" w:fill="F2F2F2"/>
      </w:pPr>
      <w:r>
        <w:rPr>
          <w:rFonts w:ascii="Consolas" w:hAnsi="Consolas"/>
          <w:sz w:val="18"/>
        </w:rPr>
        <w:t xml:space="preserve"> try:</w:t>
      </w:r>
    </w:p>
    <w:p>
      <w:pPr>
        <w:spacing w:after="0"/>
        <w:ind w:left="360"/>
        <w:shd w:val="clear" w:color="auto" w:fill="F2F2F2"/>
      </w:pPr>
      <w:r>
        <w:rPr>
          <w:rFonts w:ascii="Consolas" w:hAnsi="Consolas"/>
          <w:sz w:val="18"/>
        </w:rPr>
        <w:t xml:space="preserve">        first_name, last_name = full_name.split()</w:t>
      </w:r>
    </w:p>
    <w:p>
      <w:pPr>
        <w:spacing w:after="0"/>
        <w:ind w:left="360"/>
        <w:shd w:val="clear" w:color="auto" w:fill="F2F2F2"/>
      </w:pPr>
      <w:r>
        <w:rPr>
          <w:rFonts w:ascii="Consolas" w:hAnsi="Consolas"/>
          <w:sz w:val="18"/>
        </w:rPr>
        <w:t xml:space="preserve">    except:</w:t>
      </w:r>
    </w:p>
    <w:p>
      <w:pPr>
        <w:spacing w:after="0"/>
        <w:ind w:left="360"/>
        <w:shd w:val="clear" w:color="auto" w:fill="F2F2F2"/>
      </w:pPr>
      <w:r>
        <w:rPr>
          <w:rFonts w:ascii="Consolas" w:hAnsi="Consolas"/>
          <w:sz w:val="18"/>
        </w:rPr>
        <w:t xml:space="preserve">        breakpoint()</w:t>
      </w:r>
    </w:p>
    <w:p>
      <w:pPr>
        <w:spacing w:after="40"/>
      </w:pPr>
    </w:p>
    <w:p>
      <w:pPr>
        <w:spacing w:after="80"/>
        <w:ind w:left="360"/>
      </w:pPr>
      <w:r>
        <w:t xml:space="preserve">6. </w:t>
      </w:r>
      <w:r>
        <w:rPr>
          <w:b w:val="0"/>
          <w:i w:val="0"/>
        </w:rPr>
        <w:t>Chúng ta chạy lại code. Lần này, code dừng ngay lúc dữ liệu sinh ra lỗi:</w:t>
      </w:r>
    </w:p>
    <w:p>
      <w:pPr>
        <w:spacing w:after="0"/>
        <w:ind w:left="360"/>
        <w:shd w:val="clear" w:color="auto" w:fill="F2F2F2"/>
      </w:pPr>
      <w:r>
        <w:rPr>
          <w:rFonts w:ascii="Consolas" w:hAnsi="Consolas"/>
          <w:sz w:val="18"/>
        </w:rPr>
        <w:t>$ uv run debug_skills.py</w:t>
      </w:r>
    </w:p>
    <w:p>
      <w:pPr>
        <w:spacing w:after="0"/>
        <w:ind w:left="360"/>
        <w:shd w:val="clear" w:color="auto" w:fill="F2F2F2"/>
      </w:pPr>
      <w:r>
        <w:rPr>
          <w:rFonts w:ascii="Consolas" w:hAnsi="Consolas"/>
          <w:sz w:val="18"/>
        </w:rPr>
        <w:t>&gt; ...debug_skills.py(37)&lt;module&gt;()</w:t>
      </w:r>
    </w:p>
    <w:p>
      <w:pPr>
        <w:spacing w:after="0"/>
        <w:ind w:left="360"/>
        <w:shd w:val="clear" w:color="auto" w:fill="F2F2F2"/>
      </w:pPr>
      <w:r>
        <w:rPr>
          <w:rFonts w:ascii="Consolas" w:hAnsi="Consolas"/>
          <w:sz w:val="18"/>
        </w:rPr>
        <w:t>-&gt; breakpoint()</w:t>
      </w:r>
    </w:p>
    <w:p>
      <w:pPr>
        <w:spacing w:after="0"/>
        <w:ind w:left="360"/>
        <w:shd w:val="clear" w:color="auto" w:fill="F2F2F2"/>
      </w:pPr>
      <w:r>
        <w:rPr>
          <w:rFonts w:ascii="Consolas" w:hAnsi="Consolas"/>
          <w:sz w:val="18"/>
        </w:rPr>
        <w:t>(Pdb) n</w:t>
      </w:r>
    </w:p>
    <w:p>
      <w:pPr>
        <w:spacing w:after="0"/>
        <w:ind w:left="360"/>
        <w:shd w:val="clear" w:color="auto" w:fill="F2F2F2"/>
      </w:pPr>
      <w:r>
        <w:rPr>
          <w:rFonts w:ascii="Consolas" w:hAnsi="Consolas"/>
          <w:sz w:val="18"/>
        </w:rPr>
        <w:t>&gt; ...debug_skills.py(38)&lt;module&gt;()</w:t>
      </w:r>
    </w:p>
    <w:p>
      <w:pPr>
        <w:spacing w:after="0"/>
        <w:ind w:left="360"/>
        <w:shd w:val="clear" w:color="auto" w:fill="F2F2F2"/>
      </w:pPr>
      <w:r>
        <w:rPr>
          <w:rFonts w:ascii="Consolas" w:hAnsi="Consolas"/>
          <w:sz w:val="18"/>
        </w:rPr>
        <w:t>-&gt; ready_name = f'{last_name}, {first_name}'</w:t>
      </w:r>
    </w:p>
    <w:p>
      <w:pPr>
        <w:spacing w:after="0"/>
        <w:ind w:left="360"/>
        <w:shd w:val="clear" w:color="auto" w:fill="F2F2F2"/>
      </w:pPr>
      <w:r>
        <w:rPr>
          <w:rFonts w:ascii="Consolas" w:hAnsi="Consolas"/>
          <w:sz w:val="18"/>
        </w:rPr>
        <w:t>(Pdb) full_name</w:t>
      </w:r>
    </w:p>
    <w:p>
      <w:pPr>
        <w:spacing w:after="0"/>
        <w:ind w:left="360"/>
        <w:shd w:val="clear" w:color="auto" w:fill="F2F2F2"/>
      </w:pPr>
      <w:r>
        <w:rPr>
          <w:rFonts w:ascii="Consolas" w:hAnsi="Consolas"/>
          <w:sz w:val="18"/>
        </w:rPr>
        <w:t>'John Paul Smith'</w:t>
      </w:r>
    </w:p>
    <w:p>
      <w:pPr>
        <w:spacing w:after="40"/>
      </w:pPr>
    </w:p>
    <w:p>
      <w:pPr>
        <w:spacing w:after="80"/>
        <w:ind w:left="360"/>
      </w:pPr>
      <w:r>
        <w:t xml:space="preserve">7. </w:t>
      </w:r>
      <w:r>
        <w:rPr>
          <w:b w:val="0"/>
          <w:i w:val="0"/>
        </w:rPr>
        <w:t>Nguyên nhân giờ đã rõ; dòng 35 chỉ cho phép tách hai từ, nhưng lại báo lỗi nếu có thêm tên đệm. Sau vài lần thử, chúng ta chốt dòng này để sửa:</w:t>
      </w:r>
    </w:p>
    <w:p>
      <w:pPr>
        <w:spacing w:after="0"/>
        <w:ind w:left="360"/>
        <w:shd w:val="clear" w:color="auto" w:fill="F2F2F2"/>
      </w:pPr>
      <w:r>
        <w:rPr>
          <w:rFonts w:ascii="Consolas" w:hAnsi="Consolas"/>
          <w:sz w:val="18"/>
        </w:rPr>
        <w:t xml:space="preserve"> # ERROR Step 6 split only two words. Some names have middle names</w:t>
      </w:r>
    </w:p>
    <w:p>
      <w:pPr>
        <w:spacing w:after="0"/>
        <w:ind w:left="360"/>
        <w:shd w:val="clear" w:color="auto" w:fill="F2F2F2"/>
      </w:pPr>
      <w:r>
        <w:rPr>
          <w:rFonts w:ascii="Consolas" w:hAnsi="Consolas"/>
          <w:sz w:val="18"/>
        </w:rPr>
        <w:t># (old) first_name, last_name = full_name.split()</w:t>
      </w:r>
    </w:p>
    <w:p>
      <w:pPr>
        <w:spacing w:after="0"/>
        <w:ind w:left="360"/>
        <w:shd w:val="clear" w:color="auto" w:fill="F2F2F2"/>
      </w:pPr>
      <w:r>
        <w:rPr>
          <w:rFonts w:ascii="Consolas" w:hAnsi="Consolas"/>
          <w:sz w:val="18"/>
        </w:rPr>
        <w:t xml:space="preserve">    first_name, last_name = full_name.rsplit(maxsplit=1)</w:t>
      </w:r>
    </w:p>
    <w:p>
      <w:pPr>
        <w:spacing w:after="40"/>
      </w:pPr>
    </w:p>
    <w:p>
      <w:pPr>
        <w:spacing w:after="80"/>
        <w:ind w:left="360"/>
      </w:pPr>
      <w:r>
        <w:t xml:space="preserve">8. </w:t>
      </w:r>
      <w:r>
        <w:rPr>
          <w:b w:val="0"/>
          <w:i w:val="0"/>
        </w:rPr>
        <w:t xml:space="preserve">Chúng ta chạy lại script. Nhớ gỡ breakpoint và khối </w:t>
      </w:r>
      <w:r>
        <w:rPr>
          <w:rFonts w:ascii="Consolas" w:hAnsi="Consolas"/>
          <w:b w:val="0"/>
          <w:i w:val="0"/>
          <w:sz w:val="20"/>
        </w:rPr>
        <w:br/>
        <w:br/>
        <w:t xml:space="preserve">       try..except</w:t>
        <w:br/>
        <w:t xml:space="preserve">      </w:t>
        <w:br/>
      </w:r>
      <w:r>
        <w:rPr>
          <w:b w:val="0"/>
          <w:i w:val="0"/>
        </w:rPr>
        <w:t xml:space="preserve"> . Lần này, nó sinh ra một danh sách tên! Và chúng được sắp xếp theo thứ tự bảng chữ cái theo họ. Tuy nhiên, vài cái tên trông không đúng: Ai lại tên là </w:t>
      </w:r>
      <w:r>
        <w:rPr>
          <w:rFonts w:ascii="Consolas" w:hAnsi="Consolas"/>
          <w:b w:val="0"/>
          <w:i w:val="0"/>
          <w:sz w:val="20"/>
        </w:rPr>
        <w:br/>
        <w:br/>
        <w:t xml:space="preserve">        O'Carroll, S\\u00e9amus</w:t>
        <w:br/>
        <w:t xml:space="preserve">       </w:t>
        <w:br/>
      </w:r>
      <w:r>
        <w:rPr>
          <w:b w:val="0"/>
          <w:i w:val="0"/>
        </w:rPr>
        <w:t xml:space="preserve"> ?</w:t>
      </w:r>
    </w:p>
    <w:p>
      <w:pPr>
        <w:spacing w:after="0"/>
        <w:ind w:left="360"/>
        <w:shd w:val="clear" w:color="auto" w:fill="F2F2F2"/>
      </w:pPr>
      <w:r>
        <w:rPr>
          <w:rFonts w:ascii="Consolas" w:hAnsi="Consolas"/>
          <w:sz w:val="18"/>
        </w:rPr>
        <w:t>$ uv run debug_skills.py</w:t>
      </w:r>
    </w:p>
    <w:p>
      <w:pPr>
        <w:spacing w:after="0"/>
        <w:ind w:left="360"/>
        <w:shd w:val="clear" w:color="auto" w:fill="F2F2F2"/>
      </w:pPr>
      <w:r>
        <w:rPr>
          <w:rFonts w:ascii="Consolas" w:hAnsi="Consolas"/>
          <w:sz w:val="18"/>
        </w:rPr>
        <w:t>['Berg, Keagan', 'Cordova, Mai', 'Craig, Michael', 'Garc\\u00eda, Roc\\u00edo', 'Mccabe, Fathima', "O'Carroll, S\\u00e9amus", 'Pate, Poppy-Mae', 'Rennie, Vivienne', 'Smith, John Paul', 'Smyth, John', 'Sullivan, Roman']</w:t>
      </w:r>
    </w:p>
    <w:p>
      <w:pPr>
        <w:spacing w:after="40"/>
      </w:pPr>
    </w:p>
    <w:p>
      <w:pPr>
        <w:spacing w:after="80"/>
        <w:ind w:left="360"/>
      </w:pPr>
      <w:r>
        <w:t xml:space="preserve">9. </w:t>
      </w:r>
      <w:r>
        <w:rPr>
          <w:b w:val="0"/>
          <w:i w:val="0"/>
        </w:rPr>
        <w:t>Để phân tích riêng trường hợp này mà bỏ qua phần còn lại, chúng ta phải tạo một điều kiện if để chỉ dừng ở tên đó tại dòng 33. Lưu ý dùng in để khỏi phải chính xác hoàn toàn:</w:t>
      </w:r>
    </w:p>
    <w:p>
      <w:pPr>
        <w:spacing w:after="0"/>
        <w:ind w:left="360"/>
        <w:shd w:val="clear" w:color="auto" w:fill="F2F2F2"/>
      </w:pPr>
      <w:r>
        <w:rPr>
          <w:rFonts w:ascii="Consolas" w:hAnsi="Consolas"/>
          <w:sz w:val="18"/>
        </w:rPr>
        <w:t xml:space="preserve">    full_name = parse.search('"custname": "{name}"', raw_result)['name']</w:t>
      </w:r>
    </w:p>
    <w:p>
      <w:pPr>
        <w:spacing w:after="0"/>
        <w:ind w:left="360"/>
        <w:shd w:val="clear" w:color="auto" w:fill="F2F2F2"/>
      </w:pPr>
      <w:r>
        <w:rPr>
          <w:rFonts w:ascii="Consolas" w:hAnsi="Consolas"/>
          <w:sz w:val="18"/>
        </w:rPr>
        <w:t xml:space="preserve">    if "O'Carroll" in full_name:</w:t>
      </w:r>
    </w:p>
    <w:p>
      <w:pPr>
        <w:spacing w:after="0"/>
        <w:ind w:left="360"/>
        <w:shd w:val="clear" w:color="auto" w:fill="F2F2F2"/>
      </w:pPr>
      <w:r>
        <w:rPr>
          <w:rFonts w:ascii="Consolas" w:hAnsi="Consolas"/>
          <w:sz w:val="18"/>
        </w:rPr>
        <w:t xml:space="preserve">        breakpoint()</w:t>
      </w:r>
    </w:p>
    <w:p>
      <w:pPr>
        <w:spacing w:after="40"/>
      </w:pPr>
    </w:p>
    <w:p>
      <w:pPr>
        <w:spacing w:after="80"/>
        <w:ind w:left="360"/>
      </w:pPr>
      <w:r>
        <w:t xml:space="preserve">10. </w:t>
      </w:r>
      <w:r>
        <w:rPr>
          <w:b w:val="0"/>
          <w:i w:val="0"/>
        </w:rPr>
        <w:t>Chạy script thêm một lần nữa. Breakpoint dừng đúng lúc:</w:t>
      </w:r>
    </w:p>
    <w:p>
      <w:pPr>
        <w:spacing w:after="0"/>
        <w:ind w:left="360"/>
        <w:shd w:val="clear" w:color="auto" w:fill="F2F2F2"/>
      </w:pPr>
      <w:r>
        <w:rPr>
          <w:rFonts w:ascii="Consolas" w:hAnsi="Consolas"/>
          <w:sz w:val="18"/>
        </w:rPr>
        <w:t>$ uv run debug_skills.py</w:t>
      </w:r>
    </w:p>
    <w:p>
      <w:pPr>
        <w:spacing w:after="0"/>
        <w:ind w:left="360"/>
        <w:shd w:val="clear" w:color="auto" w:fill="F2F2F2"/>
      </w:pPr>
      <w:r>
        <w:rPr>
          <w:rFonts w:ascii="Consolas" w:hAnsi="Consolas"/>
          <w:sz w:val="18"/>
        </w:rPr>
        <w:t>&gt; debug_skills.py(37)&lt;module&gt;()</w:t>
      </w:r>
    </w:p>
    <w:p>
      <w:pPr>
        <w:spacing w:after="0"/>
        <w:ind w:left="360"/>
        <w:shd w:val="clear" w:color="auto" w:fill="F2F2F2"/>
      </w:pPr>
      <w:r>
        <w:rPr>
          <w:rFonts w:ascii="Consolas" w:hAnsi="Consolas"/>
          <w:sz w:val="18"/>
        </w:rPr>
        <w:t>-&gt; breakpoint()</w:t>
      </w:r>
    </w:p>
    <w:p>
      <w:pPr>
        <w:spacing w:after="0"/>
        <w:ind w:left="360"/>
        <w:shd w:val="clear" w:color="auto" w:fill="F2F2F2"/>
      </w:pPr>
      <w:r>
        <w:rPr>
          <w:rFonts w:ascii="Consolas" w:hAnsi="Consolas"/>
          <w:sz w:val="18"/>
        </w:rPr>
        <w:t>(Pdb) n</w:t>
      </w:r>
    </w:p>
    <w:p>
      <w:pPr>
        <w:spacing w:after="0"/>
        <w:ind w:left="360"/>
        <w:shd w:val="clear" w:color="auto" w:fill="F2F2F2"/>
      </w:pPr>
      <w:r>
        <w:rPr>
          <w:rFonts w:ascii="Consolas" w:hAnsi="Consolas"/>
          <w:sz w:val="18"/>
        </w:rPr>
        <w:t>&gt; debug_skills.py(38)&lt;module&gt;()</w:t>
      </w:r>
    </w:p>
    <w:p>
      <w:pPr>
        <w:spacing w:after="0"/>
        <w:ind w:left="360"/>
        <w:shd w:val="clear" w:color="auto" w:fill="F2F2F2"/>
      </w:pPr>
      <w:r>
        <w:rPr>
          <w:rFonts w:ascii="Consolas" w:hAnsi="Consolas"/>
          <w:sz w:val="18"/>
        </w:rPr>
        <w:t>-&gt; first_name, last_name = full_name.rsplit(maxsplit=1)</w:t>
      </w:r>
    </w:p>
    <w:p>
      <w:pPr>
        <w:spacing w:after="0"/>
        <w:ind w:left="360"/>
        <w:shd w:val="clear" w:color="auto" w:fill="F2F2F2"/>
      </w:pPr>
      <w:r>
        <w:rPr>
          <w:rFonts w:ascii="Consolas" w:hAnsi="Consolas"/>
          <w:sz w:val="18"/>
        </w:rPr>
        <w:t>(Pdb) full_name</w:t>
      </w:r>
    </w:p>
    <w:p>
      <w:pPr>
        <w:spacing w:after="0"/>
        <w:ind w:left="360"/>
        <w:shd w:val="clear" w:color="auto" w:fill="F2F2F2"/>
      </w:pPr>
      <w:r>
        <w:rPr>
          <w:rFonts w:ascii="Consolas" w:hAnsi="Consolas"/>
          <w:sz w:val="18"/>
        </w:rPr>
        <w:t>"S\\u00e9amus O'Carroll"</w:t>
      </w:r>
    </w:p>
    <w:p>
      <w:pPr>
        <w:spacing w:after="40"/>
      </w:pPr>
    </w:p>
    <w:p>
      <w:pPr>
        <w:spacing w:after="80"/>
        <w:ind w:left="360"/>
      </w:pPr>
      <w:r>
        <w:t xml:space="preserve">11. </w:t>
      </w:r>
      <w:r>
        <w:rPr>
          <w:b w:val="0"/>
          <w:i w:val="0"/>
        </w:rPr>
        <w:t>Di chuyển lên trên trong code và kiểm tra các biến khác nhau:</w:t>
      </w:r>
    </w:p>
    <w:p>
      <w:pPr>
        <w:spacing w:after="0"/>
        <w:ind w:left="360"/>
        <w:shd w:val="clear" w:color="auto" w:fill="F2F2F2"/>
      </w:pPr>
      <w:r>
        <w:rPr>
          <w:rFonts w:ascii="Consolas" w:hAnsi="Consolas"/>
          <w:sz w:val="18"/>
        </w:rPr>
        <w:t>(Pdb) full_name</w:t>
      </w:r>
    </w:p>
    <w:p>
      <w:pPr>
        <w:spacing w:after="0"/>
        <w:ind w:left="360"/>
        <w:shd w:val="clear" w:color="auto" w:fill="F2F2F2"/>
      </w:pPr>
      <w:r>
        <w:rPr>
          <w:rFonts w:ascii="Consolas" w:hAnsi="Consolas"/>
          <w:sz w:val="18"/>
        </w:rPr>
        <w:t>"S\\u00e9amus O'Carroll"</w:t>
      </w:r>
    </w:p>
    <w:p>
      <w:pPr>
        <w:spacing w:after="0"/>
        <w:ind w:left="360"/>
        <w:shd w:val="clear" w:color="auto" w:fill="F2F2F2"/>
      </w:pPr>
      <w:r>
        <w:rPr>
          <w:rFonts w:ascii="Consolas" w:hAnsi="Consolas"/>
          <w:sz w:val="18"/>
        </w:rPr>
        <w:t>(Pdb) raw_result</w:t>
      </w:r>
    </w:p>
    <w:p>
      <w:pPr>
        <w:spacing w:after="0"/>
        <w:ind w:left="360"/>
        <w:shd w:val="clear" w:color="auto" w:fill="F2F2F2"/>
      </w:pPr>
      <w:r>
        <w:rPr>
          <w:rFonts w:ascii="Consolas" w:hAnsi="Consolas"/>
          <w:sz w:val="18"/>
        </w:rPr>
        <w:t>'{"custname": "S\\u00e9amus O\'Carroll"}'</w:t>
      </w:r>
    </w:p>
    <w:p>
      <w:pPr>
        <w:spacing w:after="0"/>
        <w:ind w:left="360"/>
        <w:shd w:val="clear" w:color="auto" w:fill="F2F2F2"/>
      </w:pPr>
      <w:r>
        <w:rPr>
          <w:rFonts w:ascii="Consolas" w:hAnsi="Consolas"/>
          <w:sz w:val="18"/>
        </w:rPr>
        <w:t>(Pdb) result.json()</w:t>
      </w:r>
    </w:p>
    <w:p>
      <w:pPr>
        <w:spacing w:after="0"/>
        <w:ind w:left="360"/>
        <w:shd w:val="clear" w:color="auto" w:fill="F2F2F2"/>
      </w:pPr>
      <w:r>
        <w:rPr>
          <w:rFonts w:ascii="Consolas" w:hAnsi="Consolas"/>
          <w:sz w:val="18"/>
        </w:rPr>
        <w:t>{'args': {}, 'data': '{"custname": "S\\u00e9amus O\'Carroll"}', 'files': {}, 'form': {}, 'headers': {'Accept': '*/*', 'Accept-Encoding': 'gzip, deflate', 'Connection': 'close', 'Content-Length': '37', 'Content-Type': 'application/json', 'Host': 'httpbin.org', 'User-Agent': 'python-requests/2.34.2'}, 'json': {'custname': "Séamus O'Carroll"}, 'origin': 'X.X.X.X', 'url': 'http://httpbin.org/post'}</w:t>
      </w:r>
    </w:p>
    <w:p>
      <w:pPr>
        <w:spacing w:after="40"/>
      </w:pPr>
    </w:p>
    <w:p>
      <w:pPr>
        <w:spacing w:after="80"/>
        <w:ind w:left="360"/>
      </w:pPr>
      <w:r>
        <w:t xml:space="preserve">12. </w:t>
      </w:r>
      <w:r>
        <w:rPr>
          <w:b w:val="0"/>
          <w:i w:val="0"/>
        </w:rPr>
        <w:t xml:space="preserve">Trong từ điển </w:t>
      </w:r>
      <w:r>
        <w:rPr>
          <w:rFonts w:ascii="Consolas" w:hAnsi="Consolas"/>
          <w:b w:val="0"/>
          <w:i w:val="0"/>
          <w:sz w:val="20"/>
        </w:rPr>
        <w:br/>
        <w:br/>
        <w:t xml:space="preserve">       result.json()</w:t>
        <w:br/>
        <w:t xml:space="preserve">      </w:t>
        <w:br/>
      </w:r>
      <w:r>
        <w:rPr>
          <w:b w:val="0"/>
          <w:i w:val="0"/>
        </w:rPr>
        <w:t xml:space="preserve"> , thực ra có một trường khác dường như hiển thị tên đúng cách, được gọi là </w:t>
      </w:r>
      <w:r>
        <w:rPr>
          <w:rFonts w:ascii="Consolas" w:hAnsi="Consolas"/>
          <w:b w:val="0"/>
          <w:i w:val="0"/>
          <w:sz w:val="20"/>
        </w:rPr>
        <w:br/>
        <w:br/>
        <w:t xml:space="preserve">       'json'</w:t>
        <w:br/>
        <w:t xml:space="preserve">      </w:t>
        <w:br/>
      </w:r>
      <w:r>
        <w:rPr>
          <w:b w:val="0"/>
          <w:i w:val="0"/>
        </w:rPr>
        <w:t xml:space="preserve"> . Hãy xem xét nó một cách chi tiết; chúng ta có thể thấy rằng nó là một từ điển:</w:t>
      </w:r>
    </w:p>
    <w:p>
      <w:pPr>
        <w:spacing w:after="0"/>
        <w:ind w:left="360"/>
        <w:shd w:val="clear" w:color="auto" w:fill="F2F2F2"/>
      </w:pPr>
      <w:r>
        <w:rPr>
          <w:rFonts w:ascii="Consolas" w:hAnsi="Consolas"/>
          <w:sz w:val="18"/>
        </w:rPr>
        <w:t>(Pdb) result.json()['json']</w:t>
      </w:r>
    </w:p>
    <w:p>
      <w:pPr>
        <w:spacing w:after="0"/>
        <w:ind w:left="360"/>
        <w:shd w:val="clear" w:color="auto" w:fill="F2F2F2"/>
      </w:pPr>
      <w:r>
        <w:rPr>
          <w:rFonts w:ascii="Consolas" w:hAnsi="Consolas"/>
          <w:sz w:val="18"/>
        </w:rPr>
        <w:t>{'custname': "Séamus O'Carroll"}</w:t>
      </w:r>
    </w:p>
    <w:p>
      <w:pPr>
        <w:spacing w:after="0"/>
        <w:ind w:left="360"/>
        <w:shd w:val="clear" w:color="auto" w:fill="F2F2F2"/>
      </w:pPr>
      <w:r>
        <w:rPr>
          <w:rFonts w:ascii="Consolas" w:hAnsi="Consolas"/>
          <w:sz w:val="18"/>
        </w:rPr>
        <w:t>(Pdb) type(result.json()['json'])</w:t>
      </w:r>
    </w:p>
    <w:p>
      <w:pPr>
        <w:spacing w:after="0"/>
        <w:ind w:left="360"/>
        <w:shd w:val="clear" w:color="auto" w:fill="F2F2F2"/>
      </w:pPr>
      <w:r>
        <w:rPr>
          <w:rFonts w:ascii="Consolas" w:hAnsi="Consolas"/>
          <w:sz w:val="18"/>
        </w:rPr>
        <w:t>&lt;class 'dict'&gt;</w:t>
      </w:r>
    </w:p>
    <w:p>
      <w:pPr>
        <w:spacing w:after="40"/>
      </w:pPr>
    </w:p>
    <w:p>
      <w:pPr>
        <w:spacing w:after="80"/>
        <w:ind w:left="360"/>
      </w:pPr>
      <w:r>
        <w:t xml:space="preserve">13. </w:t>
      </w:r>
      <w:r>
        <w:rPr>
          <w:b w:val="0"/>
          <w:i w:val="0"/>
        </w:rPr>
        <w:t xml:space="preserve">Bây giờ, chúng ta cần thay đổi code. Thay vì phân tích giá trị thô trong ' </w:t>
      </w:r>
      <w:r>
        <w:rPr>
          <w:rFonts w:ascii="Consolas" w:hAnsi="Consolas"/>
          <w:b w:val="0"/>
          <w:i w:val="0"/>
          <w:sz w:val="20"/>
        </w:rPr>
        <w:br/>
        <w:br/>
        <w:t xml:space="preserve">       data</w:t>
        <w:br/>
        <w:t xml:space="preserve">      </w:t>
        <w:br/>
      </w:r>
      <w:r>
        <w:rPr>
          <w:b w:val="0"/>
          <w:i w:val="0"/>
        </w:rPr>
        <w:t xml:space="preserve"> ', hãy sử dụng trực tiếp trường ' </w:t>
      </w:r>
      <w:r>
        <w:rPr>
          <w:rFonts w:ascii="Consolas" w:hAnsi="Consolas"/>
          <w:b w:val="0"/>
          <w:i w:val="0"/>
          <w:sz w:val="20"/>
        </w:rPr>
        <w:br/>
        <w:br/>
        <w:t xml:space="preserve">       json</w:t>
        <w:br/>
        <w:t xml:space="preserve">      </w:t>
        <w:br/>
      </w:r>
      <w:r>
        <w:rPr>
          <w:b w:val="0"/>
          <w:i w:val="0"/>
        </w:rPr>
        <w:t xml:space="preserve"> ' từ result. Điều này giúp code đơn giản hơn, thật tuyệt!</w:t>
      </w:r>
    </w:p>
    <w:p>
      <w:pPr>
        <w:spacing w:after="0"/>
        <w:ind w:left="360"/>
        <w:shd w:val="clear" w:color="auto" w:fill="F2F2F2"/>
      </w:pPr>
      <w:r>
        <w:rPr>
          <w:rFonts w:ascii="Consolas" w:hAnsi="Consolas"/>
          <w:sz w:val="18"/>
        </w:rPr>
        <w:t xml:space="preserve"> # ERROR Step 11. Obtain the value from a raw value. Use</w:t>
      </w:r>
    </w:p>
    <w:p>
      <w:pPr>
        <w:spacing w:after="0"/>
        <w:ind w:left="360"/>
        <w:shd w:val="clear" w:color="auto" w:fill="F2F2F2"/>
      </w:pPr>
      <w:r>
        <w:rPr>
          <w:rFonts w:ascii="Consolas" w:hAnsi="Consolas"/>
          <w:sz w:val="18"/>
        </w:rPr>
        <w:t># the decoded JSON instead</w:t>
      </w:r>
    </w:p>
    <w:p>
      <w:pPr>
        <w:spacing w:after="0"/>
        <w:ind w:left="360"/>
        <w:shd w:val="clear" w:color="auto" w:fill="F2F2F2"/>
      </w:pPr>
      <w:r>
        <w:rPr>
          <w:rFonts w:ascii="Consolas" w:hAnsi="Consolas"/>
          <w:sz w:val="18"/>
        </w:rPr>
        <w:t># raw_result = result.json()['data']</w:t>
      </w:r>
    </w:p>
    <w:p>
      <w:pPr>
        <w:spacing w:after="0"/>
        <w:ind w:left="360"/>
        <w:shd w:val="clear" w:color="auto" w:fill="F2F2F2"/>
      </w:pPr>
      <w:r>
        <w:rPr>
          <w:rFonts w:ascii="Consolas" w:hAnsi="Consolas"/>
          <w:sz w:val="18"/>
        </w:rPr>
        <w:t># Extract the name from the result</w:t>
      </w:r>
    </w:p>
    <w:p>
      <w:pPr>
        <w:spacing w:after="0"/>
        <w:ind w:left="360"/>
        <w:shd w:val="clear" w:color="auto" w:fill="F2F2F2"/>
      </w:pPr>
      <w:r>
        <w:rPr>
          <w:rFonts w:ascii="Consolas" w:hAnsi="Consolas"/>
          <w:sz w:val="18"/>
        </w:rPr>
        <w:t># full_name = parse.search('"custname": "{name}"', raw_result)['name']</w:t>
      </w:r>
    </w:p>
    <w:p>
      <w:pPr>
        <w:spacing w:after="0"/>
        <w:ind w:left="360"/>
        <w:shd w:val="clear" w:color="auto" w:fill="F2F2F2"/>
      </w:pPr>
      <w:r>
        <w:rPr>
          <w:rFonts w:ascii="Consolas" w:hAnsi="Consolas"/>
          <w:sz w:val="18"/>
        </w:rPr>
        <w:t xml:space="preserve">    raw_result = result.json()['json']</w:t>
      </w:r>
    </w:p>
    <w:p>
      <w:pPr>
        <w:spacing w:after="0"/>
        <w:ind w:left="360"/>
        <w:shd w:val="clear" w:color="auto" w:fill="F2F2F2"/>
      </w:pPr>
      <w:r>
        <w:rPr>
          <w:rFonts w:ascii="Consolas" w:hAnsi="Consolas"/>
          <w:sz w:val="18"/>
        </w:rPr>
        <w:t xml:space="preserve">    full_name = raw_result['custname']</w:t>
      </w:r>
    </w:p>
    <w:p>
      <w:pPr>
        <w:spacing w:after="40"/>
      </w:pPr>
    </w:p>
    <w:p>
      <w:pPr>
        <w:spacing w:after="80"/>
        <w:ind w:left="360"/>
      </w:pPr>
      <w:r>
        <w:t xml:space="preserve">14. </w:t>
      </w:r>
      <w:r>
        <w:rPr>
          <w:b w:val="0"/>
          <w:i w:val="0"/>
        </w:rPr>
        <w:t xml:space="preserve">Chạy lại code. Nhớ xóa </w:t>
      </w:r>
      <w:r>
        <w:rPr>
          <w:rFonts w:ascii="Consolas" w:hAnsi="Consolas"/>
          <w:b w:val="0"/>
          <w:i w:val="0"/>
          <w:sz w:val="20"/>
        </w:rPr>
        <w:br/>
        <w:br/>
        <w:t xml:space="preserve">       breakpoint</w:t>
        <w:br/>
        <w:t xml:space="preserve">      </w:t>
        <w:br/>
      </w:r>
      <w:r>
        <w:rPr>
          <w:b w:val="0"/>
          <w:i w:val="0"/>
        </w:rPr>
        <w:t xml:space="preserve"> :</w:t>
      </w:r>
    </w:p>
    <w:p>
      <w:pPr>
        <w:spacing w:after="0"/>
        <w:ind w:left="360"/>
        <w:shd w:val="clear" w:color="auto" w:fill="F2F2F2"/>
      </w:pPr>
      <w:r>
        <w:rPr>
          <w:rFonts w:ascii="Consolas" w:hAnsi="Consolas"/>
          <w:sz w:val="18"/>
        </w:rPr>
        <w:t>$ uv run  debug_skills.py</w:t>
      </w:r>
    </w:p>
    <w:p>
      <w:pPr>
        <w:spacing w:after="0"/>
        <w:ind w:left="360"/>
        <w:shd w:val="clear" w:color="auto" w:fill="F2F2F2"/>
      </w:pPr>
      <w:r>
        <w:rPr>
          <w:rFonts w:ascii="Consolas" w:hAnsi="Consolas"/>
          <w:sz w:val="18"/>
        </w:rPr>
        <w:t>['Berg, Keagan', 'Cordova, Mai', 'Craig, Michael', 'García, Rocío', 'Mccabe, Fathima', "O'Carroll, Séamus", 'Pate, Poppy-Mae', 'Rennie, Vivienne', 'Smith, John Paul', 'Smyth, John', 'Sullivan, Roman']</w:t>
      </w:r>
    </w:p>
    <w:p>
      <w:pPr>
        <w:spacing w:after="40"/>
      </w:pPr>
    </w:p>
    <w:p>
      <w:pPr>
        <w:spacing w:after="80"/>
      </w:pPr>
      <w:r>
        <w:rPr>
          <w:b w:val="0"/>
          <w:i w:val="0"/>
        </w:rPr>
        <w:t>Lần này, mọi thứ đều đúng! Bạn đã gỡ lỗi chương trình thành công!</w:t>
      </w:r>
    </w:p>
    <w:p>
      <w:pPr>
        <w:pStyle w:val="Heading3"/>
      </w:pPr>
      <w:r>
        <w:rPr>
          <w:rFonts w:ascii="Calibri" w:hAnsi="Calibri"/>
          <w:b/>
          <w:i w:val="0"/>
          <w:sz w:val="26"/>
        </w:rPr>
        <w:t>Cách nó hoạt động...</w:t>
      </w:r>
    </w:p>
    <w:p>
      <w:pPr>
        <w:spacing w:after="80"/>
      </w:pPr>
      <w:r>
        <w:rPr>
          <w:b w:val="0"/>
          <w:i w:val="0"/>
        </w:rPr>
        <w:t>Cấu trúc của công thức này được chia thành ba vấn đề khác nhau. Hãy phân tích nó theo từng khối nhỏ:</w:t>
      </w:r>
    </w:p>
    <w:p>
      <w:pPr>
        <w:spacing w:after="80"/>
        <w:ind w:left="360"/>
      </w:pPr>
      <w:r>
        <w:t xml:space="preserve">1. </w:t>
      </w:r>
      <w:r>
        <w:rPr>
          <w:b w:val="0"/>
          <w:i w:val="0"/>
        </w:rPr>
        <w:t xml:space="preserve">Lỗi thứ nhất—Gọi sai dịch vụ bên ngoài Sau khi hiển thị lỗi đầu tiên trong </w:t>
      </w:r>
      <w:r>
        <w:rPr>
          <w:b w:val="0"/>
          <w:i/>
        </w:rPr>
        <w:t xml:space="preserve"> bước 1 </w:t>
      </w:r>
      <w:r>
        <w:rPr>
          <w:b w:val="0"/>
          <w:i w:val="0"/>
        </w:rPr>
        <w:t xml:space="preserve"> , chúng ta đọc kỹ lỗi kết quả, lưu ý rằng server đang trả về mã trạng thái 405. Điều này tương ứng với lỗi method not allowed (phương thức không được phép), cho thấy phương thức gọi của chúng ta không đúng. Kiểm tra dòng sau: Điều này cho chúng ta chỉ dấu rằng chúng ta đang gửi một yêu cầu GET đến một URL chỉ chấp nhận yêu cầu POST, vì vậy chúng ta thực hiện thay đổi trong </w:t>
      </w:r>
      <w:r>
        <w:rPr>
          <w:b w:val="0"/>
          <w:i/>
        </w:rPr>
        <w:t xml:space="preserve"> bước 2 </w:t>
      </w:r>
      <w:r>
        <w:rPr>
          <w:b w:val="0"/>
          <w:i w:val="0"/>
        </w:rPr>
        <w:t xml:space="preserve"> . Lưu ý rằng không cần bước gỡ lỗi cụ thể nào để phát hiện lỗi này, chỉ cần đọc kỹ thông báo lỗi và code. Hãy nhớ chú ý đến các thông báo lỗi và log. Thường thì điều này là đủ để khám phá ra vấn đề hoặc ít nhất là một mảnh ghép rất quan trọng. Như mọi khi, GenAI có thể giúp bạn hiểu ý nghĩa của một lỗi cụ thể. Chúng ta chạy code trong </w:t>
      </w:r>
      <w:r>
        <w:rPr>
          <w:b w:val="0"/>
          <w:i/>
        </w:rPr>
        <w:t xml:space="preserve"> bước 3 </w:t>
      </w:r>
      <w:r>
        <w:rPr>
          <w:b w:val="0"/>
          <w:i w:val="0"/>
        </w:rPr>
        <w:t xml:space="preserve"> để tìm vấn đề tiếp theo.</w:t>
      </w:r>
    </w:p>
    <w:p>
      <w:pPr>
        <w:spacing w:after="0"/>
        <w:ind w:left="360"/>
        <w:shd w:val="clear" w:color="auto" w:fill="F2F2F2"/>
      </w:pPr>
      <w:r>
        <w:rPr>
          <w:rFonts w:ascii="Consolas" w:hAnsi="Consolas"/>
          <w:sz w:val="18"/>
        </w:rPr>
        <w:t>result = requests.get('http://httpbin.org/post', json=data)</w:t>
      </w:r>
    </w:p>
    <w:p>
      <w:pPr>
        <w:spacing w:after="40"/>
      </w:pPr>
    </w:p>
    <w:p>
      <w:pPr>
        <w:spacing w:after="80"/>
        <w:ind w:left="360"/>
      </w:pPr>
      <w:r>
        <w:t xml:space="preserve">2. </w:t>
      </w:r>
      <w:r>
        <w:rPr>
          <w:b w:val="0"/>
          <w:i w:val="0"/>
        </w:rPr>
        <w:t xml:space="preserve">Lỗi thứ hai—Xử lý sai tên đệm Trong </w:t>
      </w:r>
      <w:r>
        <w:rPr>
          <w:b w:val="0"/>
          <w:i/>
        </w:rPr>
        <w:t xml:space="preserve"> bước 3 </w:t>
      </w:r>
      <w:r>
        <w:rPr>
          <w:b w:val="0"/>
          <w:i w:val="0"/>
        </w:rPr>
        <w:t xml:space="preserve"> , chúng ta gặp lỗi too many values to unpack (quá nhiều giá trị để giải nén). Chúng ta có thể tạo một breakpoint để phân tích dữ liệu trong </w:t>
      </w:r>
      <w:r>
        <w:rPr>
          <w:b w:val="0"/>
          <w:i/>
        </w:rPr>
        <w:t xml:space="preserve"> bước 4 </w:t>
      </w:r>
      <w:r>
        <w:rPr>
          <w:b w:val="0"/>
          <w:i w:val="0"/>
        </w:rPr>
        <w:t xml:space="preserve"> tại thời điểm này nhưng phát hiện ra rằng không phải tất cả dữ liệu đều tạo ra lỗi này. Phân tích được thực hiện trong </w:t>
      </w:r>
      <w:r>
        <w:rPr>
          <w:b w:val="0"/>
          <w:i/>
        </w:rPr>
        <w:t xml:space="preserve"> bước 4 </w:t>
      </w:r>
      <w:r>
        <w:rPr>
          <w:b w:val="0"/>
          <w:i w:val="0"/>
        </w:rPr>
        <w:t xml:space="preserve"> cho thấy rằng việc dừng thực thi khi lỗi không được tạo ra có thể rất khó hiểu, do đó phải tiếp tục cho đến khi nó xảy ra. Chúng ta biết rằng lỗi được tạo ra tại thời điểm này, nhưng chỉ với dữ liệu cụ thể. Vì chúng ta biết rằng lỗi đang được tạo ra tại một thời điểm nào đó, chúng ta bắt nó trong một khối </w:t>
      </w:r>
      <w:r>
        <w:rPr>
          <w:rFonts w:ascii="Consolas" w:hAnsi="Consolas"/>
          <w:b w:val="0"/>
          <w:i w:val="0"/>
          <w:sz w:val="20"/>
        </w:rPr>
        <w:br/>
        <w:br/>
        <w:t xml:space="preserve">        try..except</w:t>
        <w:br/>
        <w:t xml:space="preserve">       </w:t>
        <w:br/>
      </w:r>
      <w:r>
        <w:rPr>
          <w:b w:val="0"/>
          <w:i w:val="0"/>
        </w:rPr>
        <w:t xml:space="preserve"> trong </w:t>
      </w:r>
      <w:r>
        <w:rPr>
          <w:b w:val="0"/>
          <w:i/>
        </w:rPr>
        <w:t xml:space="preserve"> bước 5 </w:t>
      </w:r>
      <w:r>
        <w:rPr>
          <w:b w:val="0"/>
          <w:i w:val="0"/>
        </w:rPr>
        <w:t xml:space="preserve"> . Khi ngoại lệ được tạo ra, chúng ta kích hoạt breakpoint. Điều này khiến cho việc thực thi script trong </w:t>
      </w:r>
      <w:r>
        <w:rPr>
          <w:b w:val="0"/>
          <w:i/>
        </w:rPr>
        <w:t xml:space="preserve"> bước 6 </w:t>
      </w:r>
      <w:r>
        <w:rPr>
          <w:b w:val="0"/>
          <w:i w:val="0"/>
        </w:rPr>
        <w:t xml:space="preserve"> dừng lại khi </w:t>
      </w:r>
      <w:r>
        <w:rPr>
          <w:rFonts w:ascii="Consolas" w:hAnsi="Consolas"/>
          <w:b w:val="0"/>
          <w:i w:val="0"/>
          <w:sz w:val="20"/>
        </w:rPr>
        <w:br/>
        <w:br/>
        <w:t xml:space="preserve">        full_name</w:t>
        <w:br/>
        <w:t xml:space="preserve">       </w:t>
        <w:br/>
      </w:r>
      <w:r>
        <w:rPr>
          <w:b w:val="0"/>
          <w:i w:val="0"/>
        </w:rPr>
        <w:t xml:space="preserve"> là </w:t>
      </w:r>
      <w:r>
        <w:rPr>
          <w:rFonts w:ascii="Consolas" w:hAnsi="Consolas"/>
          <w:b w:val="0"/>
          <w:i w:val="0"/>
          <w:sz w:val="20"/>
        </w:rPr>
        <w:br/>
        <w:br/>
        <w:t xml:space="preserve">        'John Paul Smith'</w:t>
        <w:br/>
        <w:t xml:space="preserve">       </w:t>
        <w:br/>
      </w:r>
      <w:r>
        <w:rPr>
          <w:b w:val="0"/>
          <w:i w:val="0"/>
        </w:rPr>
        <w:t xml:space="preserve"> . Điều này tạo ra lỗi vì split mong đợi hai phần tử, không phải ba. Điều này được sửa trong </w:t>
      </w:r>
      <w:r>
        <w:rPr>
          <w:b w:val="0"/>
          <w:i/>
        </w:rPr>
        <w:t xml:space="preserve"> bước 7 </w:t>
      </w:r>
      <w:r>
        <w:rPr>
          <w:b w:val="0"/>
          <w:i w:val="0"/>
        </w:rPr>
        <w:t xml:space="preserve"> , cho phép mọi thứ ngoại trừ từ cuối cùng là một phần của tên đầu tiên, nhóm bất kỳ tên đệm nào vào phần tử đầu tiên. Điều này phù hợp với mục đích của chúng ta cho chương trình này: sắp xếp theo họ. Tên thực sự khá phức tạp để xử lý. Hãy xem bài viết này nếu bạn muốn thích thú với vô số giả định sai lầm mà người ta có thể mắc phải về tên: </w:t>
      </w:r>
      <w:r>
        <w:rPr>
          <w:rFonts w:ascii="Consolas" w:hAnsi="Consolas"/>
          <w:b w:val="0"/>
          <w:i w:val="0"/>
          <w:sz w:val="20"/>
        </w:rPr>
        <w:br/>
        <w:br/>
        <w:t xml:space="preserve">          https://www.kalzumeus.com/2010/06/17/falsehoods-programmers-believe-about-names/</w:t>
        <w:br/>
        <w:t xml:space="preserve">         </w:t>
        <w:br/>
      </w:r>
      <w:r>
        <w:rPr>
          <w:b w:val="0"/>
          <w:i w:val="0"/>
        </w:rPr>
        <w:t xml:space="preserve"> . Dòng sau thực hiện điều đó với </w:t>
      </w:r>
      <w:r>
        <w:rPr>
          <w:rFonts w:ascii="Consolas" w:hAnsi="Consolas"/>
          <w:b w:val="0"/>
          <w:i w:val="0"/>
          <w:sz w:val="20"/>
        </w:rPr>
        <w:br/>
        <w:br/>
        <w:t xml:space="preserve">        rsplit</w:t>
        <w:br/>
        <w:t xml:space="preserve">       </w:t>
        <w:br/>
      </w:r>
      <w:r>
        <w:rPr>
          <w:b w:val="0"/>
          <w:i w:val="0"/>
        </w:rPr>
        <w:t xml:space="preserve"> : Nó chia văn bản theo từ, bắt đầu từ bên phải và thực hiện tối đa một lần chia, đảm bảo rằng chỉ có hai phần tử, nhiều nhất, sẽ được trả về. Điều này có thể tạo ra lỗi nếu một tên không có họ được định nghĩa, ví dụ. Chúng ta có thể cần sửa đổi code nếu dữ liệu đầu vào thay đổi. Khi code được thay đổi, </w:t>
      </w:r>
      <w:r>
        <w:rPr>
          <w:b w:val="0"/>
          <w:i/>
        </w:rPr>
        <w:t xml:space="preserve"> bước 8 </w:t>
      </w:r>
      <w:r>
        <w:rPr>
          <w:b w:val="0"/>
          <w:i w:val="0"/>
        </w:rPr>
        <w:t xml:space="preserve"> chạy lại code để khám phá lỗi tiếp theo.</w:t>
      </w:r>
    </w:p>
    <w:p>
      <w:pPr>
        <w:spacing w:after="0"/>
        <w:ind w:left="360"/>
        <w:shd w:val="clear" w:color="auto" w:fill="F2F2F2"/>
      </w:pPr>
      <w:r>
        <w:rPr>
          <w:rFonts w:ascii="Consolas" w:hAnsi="Consolas"/>
          <w:sz w:val="18"/>
        </w:rPr>
        <w:t>first_name, last_name = full_name.rsplit(maxsplit=1)</w:t>
      </w:r>
    </w:p>
    <w:p>
      <w:pPr>
        <w:spacing w:after="40"/>
      </w:pPr>
    </w:p>
    <w:p>
      <w:pPr>
        <w:spacing w:after="80"/>
        <w:ind w:left="360"/>
      </w:pPr>
      <w:r>
        <w:t xml:space="preserve">3. </w:t>
      </w:r>
      <w:r>
        <w:rPr>
          <w:b w:val="0"/>
          <w:i w:val="0"/>
        </w:rPr>
        <w:t xml:space="preserve">Lỗi thứ ba—Sử dụng giá trị trả về không đúng từ dịch vụ bên ngoài Chạy code trong </w:t>
      </w:r>
      <w:r>
        <w:rPr>
          <w:b w:val="0"/>
          <w:i/>
        </w:rPr>
        <w:t xml:space="preserve"> bước 8 </w:t>
      </w:r>
      <w:r>
        <w:rPr>
          <w:b w:val="0"/>
          <w:i w:val="0"/>
        </w:rPr>
        <w:t xml:space="preserve"> hiển thị danh sách và không tạo ra lỗi nào. Tuy nhiên, bằng cách kiểm tra kết quả, chúng ta có thể thấy rằng một số tên được xử lý không đúng. Chúng ta chọn một ví dụ trong </w:t>
      </w:r>
      <w:r>
        <w:rPr>
          <w:b w:val="0"/>
          <w:i/>
        </w:rPr>
        <w:t xml:space="preserve"> bước 9 </w:t>
      </w:r>
      <w:r>
        <w:rPr>
          <w:b w:val="0"/>
          <w:i w:val="0"/>
        </w:rPr>
        <w:t xml:space="preserve"> và tạo một breakpoint có điều kiện. Chúng ta chỉ kích hoạt breakpoint nếu dữ liệu thỏa mãn điều kiện if. Điều kiện if, trong trường hợp này, dừng lại bất cứ khi nào chuỗi </w:t>
      </w:r>
      <w:r>
        <w:rPr>
          <w:rFonts w:ascii="Consolas" w:hAnsi="Consolas"/>
          <w:b w:val="0"/>
          <w:i w:val="0"/>
          <w:sz w:val="20"/>
        </w:rPr>
        <w:br/>
        <w:br/>
        <w:t xml:space="preserve">         "O'Carroll"</w:t>
        <w:br/>
        <w:t xml:space="preserve">        </w:t>
        <w:br/>
      </w:r>
      <w:r>
        <w:rPr>
          <w:b w:val="0"/>
          <w:i w:val="0"/>
        </w:rPr>
        <w:t xml:space="preserve"> xuất hiện, không cần phải làm cho nó chặt chẽ hơn với một câu lệnh equal. Hãy thực dụng với code này, vì dù sao bạn cũng sẽ cần xóa nó sau khi bug được sửa. Code được chạy lại trong </w:t>
      </w:r>
      <w:r>
        <w:rPr>
          <w:b w:val="0"/>
          <w:i/>
        </w:rPr>
        <w:t xml:space="preserve"> bước 10 </w:t>
      </w:r>
      <w:r>
        <w:rPr>
          <w:b w:val="0"/>
          <w:i w:val="0"/>
        </w:rPr>
        <w:t xml:space="preserve"> . Sau khi chúng ta đã xác nhận dữ liệu đúng như mong đợi, chúng ta làm việc ngược lại để tìm gốc rễ của vấn đề. </w:t>
      </w:r>
      <w:r>
        <w:rPr>
          <w:b w:val="0"/>
          <w:i/>
        </w:rPr>
        <w:t xml:space="preserve"> Bước 11 </w:t>
      </w:r>
      <w:r>
        <w:rPr>
          <w:b w:val="0"/>
          <w:i w:val="0"/>
        </w:rPr>
        <w:t xml:space="preserve"> phân tích các giá trị trước đó và code cho đến thời điểm đó, cố gắng tìm ra điều gì đã dẫn đến giá trị không đúng. Sau đó chúng ta phát hiện ra rằng chúng ta đã sử dụng sai trường của phản hồi server. Giá trị trong trường </w:t>
      </w:r>
      <w:r>
        <w:rPr>
          <w:rFonts w:ascii="Consolas" w:hAnsi="Consolas"/>
          <w:b w:val="0"/>
          <w:i w:val="0"/>
          <w:sz w:val="20"/>
        </w:rPr>
        <w:br/>
        <w:br/>
        <w:t xml:space="preserve">        json</w:t>
        <w:br/>
        <w:t xml:space="preserve">       </w:t>
        <w:br/>
      </w:r>
      <w:r>
        <w:rPr>
          <w:b w:val="0"/>
          <w:i w:val="0"/>
        </w:rPr>
        <w:t xml:space="preserve"> tốt hơn cho nhiệm vụ này và nó đã được phân tích sẵn cho chúng ta. </w:t>
      </w:r>
      <w:r>
        <w:rPr>
          <w:b w:val="0"/>
          <w:i/>
        </w:rPr>
        <w:t xml:space="preserve"> Bước 12 </w:t>
      </w:r>
      <w:r>
        <w:rPr>
          <w:b w:val="0"/>
          <w:i w:val="0"/>
        </w:rPr>
        <w:t xml:space="preserve"> kiểm tra giá trị và xem cách nó nên được sử dụng. Trong </w:t>
      </w:r>
      <w:r>
        <w:rPr>
          <w:b w:val="0"/>
          <w:i/>
        </w:rPr>
        <w:t xml:space="preserve"> bước 13 </w:t>
      </w:r>
      <w:r>
        <w:rPr>
          <w:b w:val="0"/>
          <w:i w:val="0"/>
        </w:rPr>
        <w:t xml:space="preserve"> , chúng ta thay đổi code để giải mã nội dung JSON đúng cách bằng phương thức </w:t>
      </w:r>
      <w:r>
        <w:rPr>
          <w:rFonts w:ascii="Consolas" w:hAnsi="Consolas"/>
          <w:b w:val="0"/>
          <w:i w:val="0"/>
          <w:sz w:val="20"/>
        </w:rPr>
        <w:br/>
        <w:br/>
        <w:t xml:space="preserve">        .json()</w:t>
        <w:br/>
        <w:t xml:space="preserve">       </w:t>
        <w:br/>
      </w:r>
      <w:r>
        <w:rPr>
          <w:b w:val="0"/>
          <w:i w:val="0"/>
        </w:rPr>
        <w:t xml:space="preserve"> hiện có. Lưu ý rằng module parse không còn cần thiết nữa và code sạch hơn khi sử dụng phương thức </w:t>
      </w:r>
      <w:r>
        <w:rPr>
          <w:rFonts w:ascii="Consolas" w:hAnsi="Consolas"/>
          <w:b w:val="0"/>
          <w:i w:val="0"/>
          <w:sz w:val="20"/>
        </w:rPr>
        <w:br/>
        <w:br/>
        <w:t xml:space="preserve">        json</w:t>
        <w:br/>
        <w:t xml:space="preserve">       </w:t>
        <w:br/>
      </w:r>
      <w:r>
        <w:rPr>
          <w:b w:val="0"/>
          <w:i w:val="0"/>
        </w:rPr>
        <w:t xml:space="preserve"> . Kết quả này, sử dụng các công cụ đã có sẵn, phổ biến hơn vẻ ngoài của nó, đặc biệt khi xử lý các giao diện bên ngoài. Chúng ta có thể sử dụng nó theo cách hoạt động được, nhưng có thể nó không phải là tốt nhất. Hãy dành một chút thời gian để đọc tài liệu để theo dõi các cải tiến và học cách sử dụng các công cụ tốt hơn. Sau khi điều này được sửa, code được chạy lại trong </w:t>
      </w:r>
      <w:r>
        <w:rPr>
          <w:b w:val="0"/>
          <w:i/>
        </w:rPr>
        <w:t xml:space="preserve"> bước 14 </w:t>
      </w:r>
      <w:r>
        <w:rPr>
          <w:b w:val="0"/>
          <w:i w:val="0"/>
        </w:rPr>
        <w:t xml:space="preserve"> . Cuối cùng, code đang làm những gì được mong đợi, sắp xếp tên theo thứ tự bảng chữ cái theo họ. Lưu ý rằng tên khác chứa các ký tự lạ cũng được sửa.</w:t>
      </w:r>
    </w:p>
    <w:p>
      <w:pPr>
        <w:pStyle w:val="Heading3"/>
      </w:pPr>
      <w:r>
        <w:rPr>
          <w:rFonts w:ascii="Calibri" w:hAnsi="Calibri"/>
          <w:b/>
          <w:i w:val="0"/>
          <w:sz w:val="26"/>
        </w:rPr>
        <w:t>Còn nữa...</w:t>
      </w:r>
    </w:p>
    <w:p>
      <w:pPr>
        <w:spacing w:after="80"/>
      </w:pPr>
      <w:r>
        <w:rPr>
          <w:b w:val="0"/>
          <w:i w:val="0"/>
        </w:rPr>
        <w:t xml:space="preserve">Script đã sửa có sẵn từ GitHub: </w:t>
      </w:r>
      <w:r>
        <w:rPr>
          <w:rFonts w:ascii="Consolas" w:hAnsi="Consolas"/>
          <w:b w:val="0"/>
          <w:i w:val="0"/>
          <w:sz w:val="20"/>
        </w:rPr>
        <w:br/>
        <w:br/>
        <w:t xml:space="preserve">       https://github.com/PacktPublishing/Python-Automation-Cookbook-Third-Edition/blob/main/ch16/debug_skills_fixed.py</w:t>
        <w:br/>
        <w:t xml:space="preserve">      </w:t>
        <w:br/>
      </w:r>
      <w:r>
        <w:rPr>
          <w:b w:val="0"/>
          <w:i w:val="0"/>
        </w:rPr>
        <w:t xml:space="preserve"> . Bạn có thể tải xuống và xem sự khác biệt.</w:t>
      </w:r>
    </w:p>
    <w:p>
      <w:pPr>
        <w:spacing w:after="80"/>
      </w:pPr>
      <w:r>
        <w:rPr>
          <w:b w:val="0"/>
          <w:i w:val="0"/>
        </w:rPr>
        <w:t xml:space="preserve">Có những cách khác để tạo breakpoint có điều kiện. Thực ra có sự hỗ trợ từ debugger để tạo breakpoint dừng lại, nhưng chỉ khi một số điều kiện được đáp ứng. Khi có thể, tôi thấy dễ dàng hơn khi làm việc trực tiếp với code, vì nó tồn tại giữa các lần chạy và dễ nhớ và vận hành hơn. Bạn có thể kiểm tra cách tạo nó trong tài liệu Python </w:t>
      </w:r>
      <w:r>
        <w:rPr>
          <w:rFonts w:ascii="Consolas" w:hAnsi="Consolas"/>
          <w:b w:val="0"/>
          <w:i w:val="0"/>
          <w:sz w:val="20"/>
        </w:rPr>
        <w:br/>
        <w:br/>
        <w:t xml:space="preserve">      pdb</w:t>
        <w:br/>
        <w:t xml:space="preserve">     </w:t>
        <w:br/>
      </w:r>
      <w:r>
        <w:rPr>
          <w:b w:val="0"/>
          <w:i w:val="0"/>
        </w:rPr>
        <w:t xml:space="preserve"> : </w:t>
      </w:r>
      <w:r>
        <w:rPr>
          <w:rFonts w:ascii="Consolas" w:hAnsi="Consolas"/>
          <w:b w:val="0"/>
          <w:i w:val="0"/>
          <w:sz w:val="20"/>
        </w:rPr>
        <w:br/>
        <w:br/>
        <w:t xml:space="preserve">       https://docs.python.org/3/library/pdb.html#pdbcommand-break</w:t>
        <w:br/>
        <w:t xml:space="preserve">      </w:t>
        <w:br/>
      </w:r>
      <w:r>
        <w:rPr>
          <w:b w:val="0"/>
          <w:i w:val="0"/>
        </w:rPr>
        <w:t xml:space="preserve"> .</w:t>
      </w:r>
    </w:p>
    <w:p>
      <w:pPr>
        <w:spacing w:after="80"/>
      </w:pPr>
      <w:r>
        <w:rPr>
          <w:b w:val="0"/>
          <w:i w:val="0"/>
        </w:rPr>
        <w:t>Loại breakpoint bắt được ngoại lệ, như được hiển thị trong lỗi đầu tiên, là một minh chứng cho thấy việc tạo các điều kiện ngắt trong code linh hoạt và dễ thực hiện như thế nào. Chỉ cần cẩn thận xóa chúng sau đó!</w:t>
      </w:r>
    </w:p>
    <w:p>
      <w:pPr>
        <w:spacing w:after="80"/>
      </w:pPr>
      <w:r>
        <w:rPr>
          <w:b w:val="0"/>
          <w:i w:val="0"/>
        </w:rPr>
        <w:t xml:space="preserve">Ngoài </w:t>
      </w:r>
      <w:r>
        <w:rPr>
          <w:rFonts w:ascii="Consolas" w:hAnsi="Consolas"/>
          <w:b w:val="0"/>
          <w:i w:val="0"/>
          <w:sz w:val="20"/>
        </w:rPr>
        <w:br/>
        <w:br/>
        <w:t xml:space="preserve">      pdb</w:t>
        <w:br/>
        <w:t xml:space="preserve">     </w:t>
        <w:br/>
      </w:r>
      <w:r>
        <w:rPr>
          <w:b w:val="0"/>
          <w:i w:val="0"/>
        </w:rPr>
        <w:t xml:space="preserve"> , có những debugger khác có sẵn với bộ tính năng tăng cường; ví dụ:</w:t>
      </w:r>
    </w:p>
    <w:p>
      <w:pPr>
        <w:spacing w:after="80"/>
        <w:ind w:left="360"/>
      </w:pPr>
      <w:r>
        <w:t xml:space="preserve">• </w:t>
      </w:r>
      <w:r>
        <w:rPr>
          <w:rFonts w:ascii="Consolas" w:hAnsi="Consolas"/>
          <w:b w:val="0"/>
          <w:i w:val="0"/>
          <w:sz w:val="20"/>
        </w:rPr>
        <w:br/>
        <w:br/>
        <w:t xml:space="preserve">       ipdb</w:t>
        <w:br/>
        <w:t xml:space="preserve">      </w:t>
        <w:br/>
      </w:r>
      <w:r>
        <w:rPr>
          <w:b w:val="0"/>
          <w:i w:val="0"/>
        </w:rPr>
        <w:t xml:space="preserve"> ( </w:t>
      </w:r>
      <w:r>
        <w:rPr>
          <w:rFonts w:ascii="Consolas" w:hAnsi="Consolas"/>
          <w:b w:val="0"/>
          <w:i w:val="0"/>
          <w:sz w:val="20"/>
        </w:rPr>
        <w:br/>
        <w:br/>
        <w:t xml:space="preserve">        https://github.com/gotcha/ipdb</w:t>
        <w:br/>
        <w:t xml:space="preserve">       </w:t>
        <w:br/>
      </w:r>
      <w:r>
        <w:rPr>
          <w:b w:val="0"/>
          <w:i w:val="0"/>
        </w:rPr>
        <w:t xml:space="preserve"> ): Thêm tính năng hoàn thành bằng tab và làm nổi bật cú pháp</w:t>
      </w:r>
    </w:p>
    <w:p>
      <w:pPr>
        <w:spacing w:after="80"/>
        <w:ind w:left="360"/>
      </w:pPr>
      <w:r>
        <w:t xml:space="preserve">• </w:t>
      </w:r>
      <w:r>
        <w:rPr>
          <w:rFonts w:ascii="Consolas" w:hAnsi="Consolas"/>
          <w:b w:val="0"/>
          <w:i w:val="0"/>
          <w:sz w:val="20"/>
        </w:rPr>
        <w:br/>
        <w:br/>
        <w:t xml:space="preserve">       pudb</w:t>
        <w:br/>
        <w:t xml:space="preserve">      </w:t>
        <w:br/>
      </w:r>
      <w:r>
        <w:rPr>
          <w:b w:val="0"/>
          <w:i w:val="0"/>
        </w:rPr>
        <w:t xml:space="preserve"> ( </w:t>
      </w:r>
      <w:r>
        <w:rPr>
          <w:rFonts w:ascii="Consolas" w:hAnsi="Consolas"/>
          <w:b w:val="0"/>
          <w:i w:val="0"/>
          <w:sz w:val="20"/>
        </w:rPr>
        <w:br/>
        <w:br/>
        <w:t xml:space="preserve">        https://documen.tician.de/pudb/</w:t>
        <w:br/>
        <w:t xml:space="preserve">       </w:t>
        <w:br/>
      </w:r>
      <w:r>
        <w:rPr>
          <w:b w:val="0"/>
          <w:i w:val="0"/>
        </w:rPr>
        <w:t xml:space="preserve"> ): Hiển thị giao diện kiểu cũ, bán đồ họa, dựa trên văn bản, theo phong cách của các công cụ đầu thập niên 90, tự động hiển thị các biến trong phạm vi cục bộ</w:t>
      </w:r>
    </w:p>
    <w:p>
      <w:pPr>
        <w:spacing w:after="80"/>
        <w:ind w:left="360"/>
      </w:pPr>
      <w:r>
        <w:t xml:space="preserve">• </w:t>
      </w:r>
      <w:r>
        <w:rPr>
          <w:b w:val="0"/>
          <w:i w:val="0"/>
        </w:rPr>
        <w:t xml:space="preserve">Web-pdb ( </w:t>
      </w:r>
      <w:r>
        <w:rPr>
          <w:rFonts w:ascii="Consolas" w:hAnsi="Consolas"/>
          <w:b w:val="0"/>
          <w:i w:val="0"/>
          <w:sz w:val="20"/>
        </w:rPr>
        <w:br/>
        <w:br/>
        <w:t xml:space="preserve">        https://github.com/romanvm/python-web-pdb</w:t>
        <w:br/>
        <w:t xml:space="preserve">       </w:t>
        <w:br/>
      </w:r>
      <w:r>
        <w:rPr>
          <w:b w:val="0"/>
          <w:i w:val="0"/>
        </w:rPr>
        <w:t xml:space="preserve"> ): Mở một máy chủ web để truy cập giao diện đồ họa với trình gỡ lỗi</w:t>
      </w:r>
    </w:p>
    <w:p>
      <w:pPr>
        <w:spacing w:after="80"/>
      </w:pPr>
      <w:r>
        <w:rPr>
          <w:b w:val="0"/>
          <w:i w:val="0"/>
        </w:rPr>
        <w:t>Đọc tài liệu của các trình gỡ lỗi để biết cách cài đặt và chạy chúng.</w:t>
      </w:r>
    </w:p>
    <w:p>
      <w:pPr>
        <w:spacing w:after="80"/>
      </w:pPr>
      <w:r>
        <w:rPr>
          <w:b/>
          <w:i w:val="0"/>
        </w:rPr>
        <w:t>Mẹo</w:t>
      </w:r>
    </w:p>
    <w:p>
      <w:pPr>
        <w:spacing w:after="80"/>
      </w:pPr>
      <w:r>
        <w:rPr>
          <w:b w:val="0"/>
          <w:i w:val="0"/>
        </w:rPr>
        <w:t>Còn nhiều trình gỡ lỗi khác nữa. Tìm kiếm trên Internet sẽ cho bạn thêm nhiều lựa chọn, bao gồm cả các IDE Python. Dù sao thì hãy lưu ý đến việc thêm các phụ thuộc (dependency). Luôn tốt khi có thể sử dụng trình gỡ lỗi mặc định.</w:t>
      </w:r>
    </w:p>
    <w:p>
      <w:pPr>
        <w:spacing w:after="80"/>
      </w:pPr>
      <w:r>
        <w:rPr>
          <w:b w:val="0"/>
          <w:i w:val="0"/>
        </w:rPr>
        <w:t xml:space="preserve">Các lệnh breakpoint mới cho phép chúng ta dễ dàng chuyển đổi giữa các trình gỡ lỗi bằng cách sử dụng biến môi trường </w:t>
      </w:r>
      <w:r>
        <w:rPr>
          <w:rFonts w:ascii="Consolas" w:hAnsi="Consolas"/>
          <w:b w:val="0"/>
          <w:i w:val="0"/>
          <w:sz w:val="20"/>
        </w:rPr>
        <w:br/>
        <w:br/>
        <w:t xml:space="preserve">      PYTHONBREAKPOINT</w:t>
        <w:br/>
        <w:t xml:space="preserve">     </w:t>
        <w:br/>
      </w:r>
      <w:r>
        <w:rPr>
          <w:b w:val="0"/>
          <w:i w:val="0"/>
        </w:rPr>
        <w:t xml:space="preserve"> ; ví dụ:</w:t>
      </w:r>
    </w:p>
    <w:p>
      <w:pPr>
        <w:spacing w:after="0"/>
        <w:ind w:left="360"/>
        <w:shd w:val="clear" w:color="auto" w:fill="F2F2F2"/>
      </w:pPr>
      <w:r>
        <w:rPr>
          <w:rFonts w:ascii="Consolas" w:hAnsi="Consolas"/>
          <w:sz w:val="18"/>
        </w:rPr>
        <w:t>$ PYTHONBREAKPOINT=ipdb.set_trace python my_script.py</w:t>
      </w:r>
    </w:p>
    <w:p>
      <w:pPr>
        <w:spacing w:after="40"/>
      </w:pPr>
    </w:p>
    <w:p>
      <w:pPr>
        <w:spacing w:after="80"/>
      </w:pPr>
      <w:r>
        <w:rPr>
          <w:b w:val="0"/>
          <w:i w:val="0"/>
        </w:rPr>
        <w:t xml:space="preserve">Lệnh này khởi động </w:t>
      </w:r>
      <w:r>
        <w:rPr>
          <w:rFonts w:ascii="Consolas" w:hAnsi="Consolas"/>
          <w:b w:val="0"/>
          <w:i w:val="0"/>
          <w:sz w:val="20"/>
        </w:rPr>
        <w:br/>
        <w:br/>
        <w:t xml:space="preserve">      ipdb</w:t>
        <w:br/>
        <w:t xml:space="preserve">     </w:t>
        <w:br/>
      </w:r>
      <w:r>
        <w:rPr>
          <w:b w:val="0"/>
          <w:i w:val="0"/>
        </w:rPr>
        <w:t xml:space="preserve"> tại bất kỳ breakpoint nào trong mã. Bạn có thể tìm hiểu thêm về điều này trong tài liệu của </w:t>
      </w:r>
      <w:r>
        <w:rPr>
          <w:rFonts w:ascii="Consolas" w:hAnsi="Consolas"/>
          <w:b w:val="0"/>
          <w:i w:val="0"/>
          <w:sz w:val="20"/>
        </w:rPr>
        <w:br/>
        <w:br/>
        <w:t xml:space="preserve">      breakpoint()</w:t>
        <w:br/>
        <w:t xml:space="preserve">     </w:t>
        <w:br/>
      </w:r>
      <w:r>
        <w:rPr>
          <w:b w:val="0"/>
          <w:i w:val="0"/>
        </w:rPr>
        <w:t xml:space="preserve"> , có thể tìm thấy tại đây: </w:t>
      </w:r>
      <w:r>
        <w:rPr>
          <w:rFonts w:ascii="Consolas" w:hAnsi="Consolas"/>
          <w:b w:val="0"/>
          <w:i w:val="0"/>
          <w:sz w:val="20"/>
        </w:rPr>
        <w:br/>
        <w:br/>
        <w:t xml:space="preserve">       https://www.python.org/dev/peps/pep-0553/#environment-variable</w:t>
        <w:br/>
        <w:t xml:space="preserve">      </w:t>
        <w:br/>
      </w:r>
      <w:r>
        <w:rPr>
          <w:b w:val="0"/>
          <w:i w:val="0"/>
        </w:rPr>
        <w:t xml:space="preserve"> .</w:t>
      </w:r>
    </w:p>
    <w:p>
      <w:pPr>
        <w:spacing w:after="80"/>
      </w:pPr>
      <w:r>
        <w:rPr>
          <w:b/>
          <w:i w:val="0"/>
        </w:rPr>
        <w:t>Mẹo</w:t>
      </w:r>
    </w:p>
    <w:p>
      <w:pPr>
        <w:spacing w:after="80"/>
      </w:pPr>
      <w:r>
        <w:rPr>
          <w:b w:val="0"/>
          <w:i w:val="0"/>
        </w:rPr>
        <w:t xml:space="preserve">Một tác dụng quan trọng của việc này là vô hiệu hóa tất cả các breakpoint bằng cách đặt </w:t>
      </w:r>
      <w:r>
        <w:rPr>
          <w:rFonts w:ascii="Consolas" w:hAnsi="Consolas"/>
          <w:b w:val="0"/>
          <w:i w:val="0"/>
          <w:sz w:val="20"/>
        </w:rPr>
        <w:br/>
        <w:br/>
        <w:t xml:space="preserve">       PYTHONBREAKPOINT=0</w:t>
        <w:br/>
        <w:t xml:space="preserve">      </w:t>
        <w:br/>
      </w:r>
      <w:r>
        <w:rPr>
          <w:b w:val="0"/>
          <w:i w:val="0"/>
        </w:rPr>
        <w:t xml:space="preserve"> , đây là một công cụ tuyệt vời để đảm bảo rằng mã trong môi trường production không bao giờ bị gián đoạn bởi một </w:t>
      </w:r>
      <w:r>
        <w:rPr>
          <w:rFonts w:ascii="Consolas" w:hAnsi="Consolas"/>
          <w:b w:val="0"/>
          <w:i w:val="0"/>
          <w:sz w:val="20"/>
        </w:rPr>
        <w:br/>
        <w:br/>
        <w:t xml:space="preserve">       breakpoint()</w:t>
        <w:br/>
        <w:t xml:space="preserve">      </w:t>
        <w:br/>
      </w:r>
      <w:r>
        <w:rPr>
          <w:b w:val="0"/>
          <w:i w:val="0"/>
        </w:rPr>
        <w:t xml:space="preserve"> bị để lại do nhầm lẫn.</w:t>
      </w:r>
    </w:p>
    <w:p>
      <w:pPr>
        <w:spacing w:after="80"/>
      </w:pPr>
      <w:r>
        <w:rPr>
          <w:b w:val="0"/>
          <w:i w:val="0"/>
        </w:rPr>
        <w:t xml:space="preserve">Tài liệu về </w:t>
      </w:r>
      <w:r>
        <w:rPr>
          <w:rFonts w:ascii="Consolas" w:hAnsi="Consolas"/>
          <w:b w:val="0"/>
          <w:i w:val="0"/>
          <w:sz w:val="20"/>
        </w:rPr>
        <w:br/>
        <w:br/>
        <w:t xml:space="preserve">      pdb</w:t>
        <w:br/>
        <w:t xml:space="preserve">     </w:t>
        <w:br/>
      </w:r>
      <w:r>
        <w:rPr>
          <w:b w:val="0"/>
          <w:i w:val="0"/>
        </w:rPr>
        <w:t xml:space="preserve"> của Python có thể tìm thấy tại đây: </w:t>
      </w:r>
      <w:r>
        <w:rPr>
          <w:rFonts w:ascii="Consolas" w:hAnsi="Consolas"/>
          <w:b w:val="0"/>
          <w:i w:val="0"/>
          <w:sz w:val="20"/>
        </w:rPr>
        <w:br/>
        <w:br/>
        <w:t xml:space="preserve">       https://docs.python.org/3/library/pdb.html</w:t>
        <w:br/>
        <w:t xml:space="preserve">      </w:t>
        <w:br/>
      </w:r>
      <w:r>
        <w:rPr>
          <w:b w:val="0"/>
          <w:i w:val="0"/>
        </w:rPr>
        <w:t xml:space="preserve"> . Toàn bộ tài liệu liên quan đến mô-đun </w:t>
      </w:r>
      <w:r>
        <w:rPr>
          <w:rFonts w:ascii="Consolas" w:hAnsi="Consolas"/>
          <w:b w:val="0"/>
          <w:i w:val="0"/>
          <w:sz w:val="20"/>
        </w:rPr>
        <w:br/>
        <w:br/>
        <w:t xml:space="preserve">      parse</w:t>
        <w:br/>
        <w:t xml:space="preserve">     </w:t>
        <w:br/>
      </w:r>
      <w:r>
        <w:rPr>
          <w:b w:val="0"/>
          <w:i w:val="0"/>
        </w:rPr>
        <w:t xml:space="preserve"> có thể tìm thấy tại </w:t>
      </w:r>
      <w:r>
        <w:rPr>
          <w:rFonts w:ascii="Consolas" w:hAnsi="Consolas"/>
          <w:b w:val="0"/>
          <w:i w:val="0"/>
          <w:sz w:val="20"/>
        </w:rPr>
        <w:br/>
        <w:br/>
        <w:t xml:space="preserve">       https://github.com/r1chardj0n3s/parse</w:t>
        <w:br/>
        <w:t xml:space="preserve">      </w:t>
        <w:br/>
      </w:r>
      <w:r>
        <w:rPr>
          <w:b w:val="0"/>
          <w:i w:val="0"/>
        </w:rPr>
        <w:t xml:space="preserve"> , trong khi toàn bộ tài liệu về </w:t>
      </w:r>
      <w:r>
        <w:rPr>
          <w:rFonts w:ascii="Consolas" w:hAnsi="Consolas"/>
          <w:b w:val="0"/>
          <w:i w:val="0"/>
          <w:sz w:val="20"/>
        </w:rPr>
        <w:br/>
        <w:br/>
        <w:t xml:space="preserve">      requests</w:t>
        <w:br/>
        <w:t xml:space="preserve">     </w:t>
        <w:br/>
      </w:r>
      <w:r>
        <w:rPr>
          <w:b w:val="0"/>
          <w:i w:val="0"/>
        </w:rPr>
        <w:t xml:space="preserve"> có thể tìm thấy tại </w:t>
      </w:r>
      <w:r>
        <w:rPr>
          <w:rFonts w:ascii="Consolas" w:hAnsi="Consolas"/>
          <w:b w:val="0"/>
          <w:i w:val="0"/>
          <w:sz w:val="20"/>
        </w:rPr>
        <w:br/>
        <w:br/>
        <w:t xml:space="preserve">       https://requests.readthedocs.io/en/master/</w:t>
        <w:br/>
        <w:t xml:space="preserve">      </w:t>
        <w:br/>
      </w:r>
      <w:r>
        <w:rPr>
          <w:b w:val="0"/>
          <w:i w:val="0"/>
        </w:rPr>
        <w:t xml:space="preserve"> .</w:t>
      </w:r>
    </w:p>
    <w:p>
      <w:pPr>
        <w:pStyle w:val="Heading3"/>
      </w:pPr>
      <w:r>
        <w:rPr>
          <w:rFonts w:ascii="Calibri" w:hAnsi="Calibri"/>
          <w:b/>
          <w:i w:val="0"/>
          <w:sz w:val="26"/>
        </w:rPr>
        <w:t>Xem thêm</w:t>
      </w:r>
    </w:p>
    <w:p>
      <w:pPr>
        <w:spacing w:after="80"/>
        <w:ind w:left="360"/>
      </w:pPr>
      <w:r>
        <w:t xml:space="preserve">• </w:t>
      </w:r>
      <w:r>
        <w:rPr>
          <w:b w:val="0"/>
          <w:i w:val="0"/>
        </w:rPr>
        <w:t xml:space="preserve">Công thức </w:t>
      </w:r>
      <w:r>
        <w:rPr>
          <w:b w:val="0"/>
          <w:i/>
        </w:rPr>
        <w:t xml:space="preserve"> Learning Python interpreter </w:t>
      </w:r>
      <w:r>
        <w:rPr>
          <w:b w:val="0"/>
          <w:i w:val="0"/>
        </w:rPr>
        <w:t xml:space="preserve"> </w:t>
      </w:r>
      <w:r>
        <w:rPr>
          <w:b w:val="0"/>
          <w:i/>
        </w:rPr>
        <w:t xml:space="preserve"> </w:t>
      </w:r>
      <w:r>
        <w:rPr>
          <w:b w:val="0"/>
          <w:i w:val="0"/>
        </w:rPr>
        <w:t xml:space="preserve"> </w:t>
      </w:r>
      <w:r>
        <w:rPr>
          <w:b w:val="0"/>
          <w:i/>
        </w:rPr>
        <w:t xml:space="preserve"> basics </w:t>
      </w:r>
      <w:r>
        <w:rPr>
          <w:b w:val="0"/>
          <w:i w:val="0"/>
        </w:rPr>
        <w:t xml:space="preserve"> ở phần trước trong chương này, để tìm hiểu những kiến thức cơ bản về việc xem xét nội tâm mã (code introspection) trong Python</w:t>
      </w:r>
    </w:p>
    <w:p>
      <w:pPr>
        <w:spacing w:after="80"/>
        <w:ind w:left="360"/>
      </w:pPr>
      <w:r>
        <w:t xml:space="preserve">• </w:t>
      </w:r>
      <w:r>
        <w:rPr>
          <w:b w:val="0"/>
          <w:i/>
        </w:rPr>
        <w:t xml:space="preserve"> Công thức Debugging with breakpoints </w:t>
      </w:r>
      <w:r>
        <w:rPr>
          <w:b w:val="0"/>
          <w:i w:val="0"/>
        </w:rPr>
        <w:t xml:space="preserve"> ở phần trước, để tìm hiểu những kiến thức cơ bản về việc thiết lập breakpoint</w:t>
      </w:r>
    </w:p>
    <w:p>
      <w:pPr>
        <w:pStyle w:val="Heading2"/>
      </w:pPr>
      <w:r>
        <w:rPr>
          <w:rFonts w:ascii="Calibri" w:hAnsi="Calibri"/>
          <w:b/>
          <w:i w:val="0"/>
          <w:sz w:val="32"/>
        </w:rPr>
        <w:t>Những suy nghĩ cuối cùng</w:t>
      </w:r>
    </w:p>
    <w:p>
      <w:pPr>
        <w:spacing w:after="80"/>
      </w:pPr>
      <w:r>
        <w:rPr>
          <w:b w:val="0"/>
          <w:i w:val="0"/>
        </w:rPr>
        <w:t>Khi chúng ta đi đến cuối cuốn sách này, tôi muốn chia sẻ một vài lời nhận xét cuối cùng.</w:t>
      </w:r>
    </w:p>
    <w:p>
      <w:pPr>
        <w:spacing w:after="80"/>
      </w:pPr>
      <w:r>
        <w:rPr>
          <w:b w:val="0"/>
          <w:i w:val="0"/>
        </w:rPr>
        <w:t>Đầu tiên và quan trọng nhất, tôi hy vọng bạn đã tận hưởng hành trình này và rằng nó đã khơi dậy những ý tưởng mới thú vị cho các tự động hóa có thể hỗ trợ công việc hoặc sở thích của bạn. Một trong những mục tiêu của cuốn sách này là trình bày nhiều tình huống và lựa chọn khác nhau để kích thích trí tưởng tượng của bạn, khuyến khích bạn điều chỉnh các công thức khác nhau cho phù hợp với những thách thức cụ thể của riêng mình. Không thể bao quát mọi khả năng trong một cuốn sách duy nhất, nhưng tôi đã cố gắng giới thiệu những mô-đun và thư viện Python tiêu biểu, làm nổi bật sự đa dạng của hệ sinh thái. Còn rất nhiều thứ khác để khám phá, và số lượng không ngừng tăng lên. Tôi khuyến khích bạn làm điều đó.</w:t>
      </w:r>
    </w:p>
    <w:p>
      <w:pPr>
        <w:spacing w:after="80"/>
      </w:pPr>
      <w:r>
        <w:rPr>
          <w:b w:val="0"/>
          <w:i w:val="0"/>
        </w:rPr>
        <w:t>Chúng ta đang ở những ngày đầu của một sự thay đổi lớn trong lập trình với sự trỗi dậy của GenAI. Nó hạ thấp rào cản để tạo ra mã chất lượng cao với tốc độ mà trước đây không thể có, và đó là một công cụ bạn có thể tận dụng để đạt được những kết quả xuất sắc.</w:t>
      </w:r>
    </w:p>
    <w:p>
      <w:pPr>
        <w:spacing w:after="80"/>
      </w:pPr>
      <w:r>
        <w:rPr>
          <w:b w:val="0"/>
          <w:i w:val="0"/>
        </w:rPr>
        <w:t>Theo truyền thống, các nhiệm vụ có thể được chia thành hai loại:</w:t>
      </w:r>
    </w:p>
    <w:p>
      <w:pPr>
        <w:spacing w:after="80"/>
        <w:ind w:left="360"/>
      </w:pPr>
      <w:r>
        <w:t xml:space="preserve">• </w:t>
      </w:r>
      <w:r>
        <w:rPr>
          <w:b/>
          <w:i w:val="0"/>
        </w:rPr>
        <w:t xml:space="preserve"> Những nhiệm vụ sẵn sàng để tự động hóa </w:t>
      </w:r>
      <w:r>
        <w:rPr>
          <w:b w:val="0"/>
          <w:i w:val="0"/>
        </w:rPr>
        <w:t>, nơi mà việc đầu tư nguồn lực đáng kể để viết mã và tự động hóa chúng là xứng đáng. Những nhiệm vụ này hầu hết đã được tự động hóa và hỗ trợ bởi các đội chuyên nghiệp.</w:t>
      </w:r>
    </w:p>
    <w:p>
      <w:pPr>
        <w:spacing w:after="80"/>
        <w:ind w:left="360"/>
      </w:pPr>
      <w:r>
        <w:t xml:space="preserve">• </w:t>
      </w:r>
      <w:r>
        <w:rPr>
          <w:b/>
          <w:i w:val="0"/>
        </w:rPr>
        <w:t xml:space="preserve"> Những nhiệm vụ ít có khả năng tự động hóa hơn </w:t>
      </w:r>
      <w:r>
        <w:rPr>
          <w:b w:val="0"/>
          <w:i w:val="0"/>
        </w:rPr>
        <w:t>, nơi chi phí tự động hóa vượt quá giá trị. Những nhiệm vụ này có thể đòi hỏi sự phán đoán của con người hoặc tệ hơn, xảy ra quá ít thường xuyên để biện minh cho nỗ lực, vẫn tồn tại như những phiền toái nhỏ.</w:t>
      </w:r>
    </w:p>
    <w:p>
      <w:pPr>
        <w:spacing w:after="80"/>
      </w:pPr>
      <w:r>
        <w:rPr>
          <w:b w:val="0"/>
          <w:i w:val="0"/>
        </w:rPr>
        <w:t>GenAI hiện đang làm cho nhiều nhiệm vụ phức tạp trước đây trở nên dễ tự động hóa hơn nhiều, nâng cao tiêu chuẩn về những gì có thể đạt được. Mặc dù không phải mọi thứ đều khả thi để tự động hóa, nhiều phiền toái trong số đó giờ đây có thể được giải quyết.</w:t>
      </w:r>
    </w:p>
    <w:p>
      <w:pPr>
        <w:spacing w:after="80"/>
      </w:pPr>
      <w:r>
        <w:rPr>
          <w:b w:val="0"/>
          <w:i w:val="0"/>
        </w:rPr>
        <w:t>Một số người tin rằng tương lai nằm ở các mô hình GenAI tự chủ hoàn toàn, có khả năng tác nhân hoàn thành nhiệm vụ của chính chúng từ những hướng dẫn mơ hồ, nhưng tôi thấy điều đó không thực tế. Như chúng ta đã thảo luận, việc trao cho một mô hình AI quá nhiều tự do là rủi ro, tốn kém và tạo ra những kết quả cực kỳ không nhất quán. Thay vào đó, chìa khóa là hướng dẫn mô hình AI với ngữ cảnh rõ ràng, sử dụng mã xác định để cho phép tác nhân hiểu và hoàn thành nhiệm vụ một cách đáng tin cậy.</w:t>
      </w:r>
    </w:p>
    <w:p>
      <w:pPr>
        <w:spacing w:after="80"/>
      </w:pPr>
      <w:r>
        <w:rPr>
          <w:b/>
          <w:i w:val="0"/>
        </w:rPr>
        <w:t>Lưu ý</w:t>
      </w:r>
    </w:p>
    <w:p>
      <w:pPr>
        <w:spacing w:after="80"/>
      </w:pPr>
      <w:r>
        <w:rPr>
          <w:b w:val="0"/>
          <w:i w:val="0"/>
        </w:rPr>
        <w:t>Tất nhiên, mã đó có thể được viết với sự hỗ trợ của GenAI.</w:t>
      </w:r>
    </w:p>
    <w:p>
      <w:pPr>
        <w:spacing w:after="80"/>
      </w:pPr>
      <w:r>
        <w:rPr>
          <w:b w:val="0"/>
          <w:i w:val="0"/>
        </w:rPr>
        <w:t>Tự động hóa một nhiệm vụ vẫn là công việc khó khăn. Ngay cả với các thư viện cấp cao và sự hỗ trợ của GenAI, có vô số bước, trường hợp ngoại lệ, thách thức trong thế giới thực và những điều tinh tế. Để triển khai thành công một nhiệm vụ, bạn cần kiến thức sâu sắc về tất cả các khía cạnh của nó. Và hãy nhớ rằng GenAI cũng có thể giúp ích rất nhiều cho việc học! Bạn có thể thảo luận và trao đổi ý tưởng với một chatbot để có được những hiểu biết về một đoạn mã, lỗi hoặc bất kỳ chủ đề nào khác. Hãy tiếp tục học hỏi!</w:t>
      </w:r>
    </w:p>
    <w:p>
      <w:pPr>
        <w:spacing w:after="80"/>
      </w:pPr>
      <w:r>
        <w:rPr>
          <w:b/>
          <w:i w:val="0"/>
        </w:rPr>
        <w:t>Mẹo</w:t>
      </w:r>
    </w:p>
    <w:p>
      <w:pPr>
        <w:spacing w:after="80"/>
      </w:pPr>
      <w:r>
        <w:rPr>
          <w:b/>
          <w:i w:val="0"/>
        </w:rPr>
        <w:t xml:space="preserve"> GenAI là một hệ số nhân </w:t>
      </w:r>
      <w:r>
        <w:rPr>
          <w:b w:val="0"/>
          <w:i w:val="0"/>
        </w:rPr>
        <w:t>. Nó cho phép bạn tận dụng kiến thức hiện có của mình, nhưng nó cũng khuếch đại bất kỳ lỗ hổng nào trong hiểu biết của bạn. Như đã thảo luận trước đó trong cuốn sách, nếu ngữ cảnh không tập trung, mô hình AI có thể trôi dạt theo mọi hướng, tạo ra những kết quả không nhất quán và thiếu tập trung. Học hỏi là rất quan trọng để dẫn dắt các mô hình AI đến thành công.</w:t>
      </w:r>
    </w:p>
    <w:p>
      <w:pPr>
        <w:spacing w:after="80"/>
      </w:pPr>
      <w:r>
        <w:rPr>
          <w:b w:val="0"/>
          <w:i w:val="0"/>
        </w:rPr>
        <w:t>Đừng ngại bắt đầu với việc tự động hóa một phần với các bước thủ công và dần dần tiến tới một giải pháp hoàn chỉnh hơn. Hãy thực tế và luôn cân nhắc ROI (lợi tức đầu tư); một số nhiệm vụ đơn giản là không đủ thường xuyên hoặc đủ nặng nhọc để biện minh cho công sức tự động hóa hoàn toàn.</w:t>
      </w:r>
    </w:p>
    <w:p>
      <w:pPr>
        <w:spacing w:after="80"/>
      </w:pPr>
      <w:r>
        <w:rPr>
          <w:b w:val="0"/>
          <w:i w:val="0"/>
        </w:rPr>
        <w:t>Tôi hy vọng bạn thích cuốn sách này và thấy nó vừa mang tính thông tin vừa hữu ích. Bây giờ, hãy tiếp tục và tự động hóa một nhiệm vụ nào đó đang làm bạn khó chịu!</w:t>
      </w:r>
    </w:p>
    <w:p>
      <w:pPr>
        <w:pStyle w:val="Heading1"/>
      </w:pPr>
      <w:r>
        <w:rPr>
          <w:rFonts w:ascii="Calibri" w:hAnsi="Calibri"/>
          <w:b/>
          <w:i w:val="0"/>
          <w:sz w:val="40"/>
        </w:rPr>
        <w:t>17</w:t>
      </w:r>
    </w:p>
    <w:p>
      <w:pPr>
        <w:pStyle w:val="Heading1"/>
      </w:pPr>
      <w:r>
        <w:rPr>
          <w:rFonts w:ascii="Calibri" w:hAnsi="Calibri"/>
          <w:b/>
          <w:i w:val="0"/>
          <w:sz w:val="40"/>
        </w:rPr>
        <w:t>Mở khóa những lợi ích độc quyền của bạn</w:t>
      </w:r>
    </w:p>
    <w:p>
      <w:pPr>
        <w:spacing w:after="80"/>
      </w:pPr>
      <w:r>
        <w:rPr>
          <w:b w:val="0"/>
          <w:i w:val="0"/>
        </w:rPr>
        <w:t>Bản sao cuốn sách này của bạn bao gồm những lợi ích độc quyền sau:</w:t>
      </w:r>
    </w:p>
    <w:p>
      <w:pPr>
        <w:jc w:val="center"/>
      </w:pPr>
      <w:r>
        <w:drawing>
          <wp:inline xmlns:a="http://schemas.openxmlformats.org/drawingml/2006/main" xmlns:pic="http://schemas.openxmlformats.org/drawingml/2006/picture">
            <wp:extent cx="5486400" cy="4786884"/>
            <wp:docPr id="124" name="Picture 124"/>
            <wp:cNvGraphicFramePr>
              <a:graphicFrameLocks noChangeAspect="1"/>
            </wp:cNvGraphicFramePr>
            <a:graphic>
              <a:graphicData uri="http://schemas.openxmlformats.org/drawingml/2006/picture">
                <pic:pic>
                  <pic:nvPicPr>
                    <pic:cNvPr id="0" name="B36973_Preface_2.png"/>
                    <pic:cNvPicPr/>
                  </pic:nvPicPr>
                  <pic:blipFill>
                    <a:blip r:embed="rId12"/>
                    <a:stretch>
                      <a:fillRect/>
                    </a:stretch>
                  </pic:blipFill>
                  <pic:spPr>
                    <a:xfrm>
                      <a:off x="0" y="0"/>
                      <a:ext cx="5486400" cy="4786884"/>
                    </a:xfrm>
                    <a:prstGeom prst="rect"/>
                  </pic:spPr>
                </pic:pic>
              </a:graphicData>
            </a:graphic>
          </wp:inline>
        </w:drawing>
      </w:r>
    </w:p>
    <w:p>
      <w:pPr>
        <w:spacing w:after="80"/>
      </w:pPr>
      <w:r>
        <w:rPr>
          <w:b w:val="0"/>
          <w:i w:val="0"/>
        </w:rPr>
        <w:t>Làm theo hướng dẫn bên dưới để mở khóa chúng. Quá trình chỉ mất vài phút và chỉ cần thực hiện một lần.</w:t>
      </w:r>
    </w:p>
    <w:p>
      <w:pPr>
        <w:pStyle w:val="Heading2"/>
      </w:pPr>
      <w:r>
        <w:rPr>
          <w:rFonts w:ascii="Calibri" w:hAnsi="Calibri"/>
          <w:b/>
          <w:i w:val="0"/>
          <w:sz w:val="32"/>
        </w:rPr>
        <w:t>Mở khóa Ưu đãi Miễn phí của Sách này trong 3 Bước Dễ dàng</w:t>
      </w:r>
    </w:p>
    <w:p>
      <w:pPr>
        <w:pStyle w:val="Heading3"/>
      </w:pPr>
      <w:r>
        <w:rPr>
          <w:rFonts w:ascii="Calibri" w:hAnsi="Calibri"/>
          <w:b/>
          <w:i w:val="0"/>
          <w:sz w:val="26"/>
        </w:rPr>
        <w:t>Bước 1</w:t>
      </w:r>
    </w:p>
    <w:p>
      <w:pPr>
        <w:spacing w:after="80"/>
      </w:pPr>
      <w:r>
        <w:rPr>
          <w:b w:val="0"/>
          <w:i w:val="0"/>
        </w:rPr>
        <w:t xml:space="preserve">Hãy chuẩn bị sẵn hóa đơn mua hàng của bạn cho </w:t>
      </w:r>
      <w:r>
        <w:rPr>
          <w:b w:val="0"/>
          <w:i/>
        </w:rPr>
        <w:t xml:space="preserve"> Bước 3 </w:t>
      </w:r>
      <w:r>
        <w:rPr>
          <w:b w:val="0"/>
          <w:i w:val="0"/>
        </w:rPr>
        <w:t xml:space="preserve"> . Nếu bạn có bản in, hãy quét nó bằng điện thoại và lưu dưới dạng PDF, JPG hoặc PNG.</w:t>
      </w:r>
    </w:p>
    <w:p>
      <w:pPr>
        <w:spacing w:after="80"/>
      </w:pPr>
      <w:r>
        <w:rPr>
          <w:b w:val="0"/>
          <w:i w:val="0"/>
        </w:rPr>
        <w:t xml:space="preserve">Để được trợ giúp thêm về cách tìm hóa đơn của bạn, hãy truy cập </w:t>
      </w:r>
      <w:r>
        <w:rPr>
          <w:rFonts w:ascii="Consolas" w:hAnsi="Consolas"/>
          <w:b w:val="0"/>
          <w:i w:val="0"/>
          <w:sz w:val="20"/>
        </w:rPr>
        <w:br/>
        <w:br/>
        <w:t xml:space="preserve">       https://www.packtpub.com/en-us/unlock?step=1.</w:t>
        <w:br/>
        <w:t xml:space="preserve">      </w:t>
        <w:br/>
      </w:r>
    </w:p>
    <w:p>
      <w:pPr>
        <w:spacing w:after="80"/>
      </w:pPr>
      <w:r>
        <w:rPr>
          <w:b/>
          <w:i w:val="0"/>
        </w:rPr>
        <w:t>Lưu ý</w:t>
      </w:r>
    </w:p>
    <w:p>
      <w:pPr>
        <w:spacing w:after="80"/>
      </w:pPr>
      <w:r>
        <w:rPr>
          <w:b/>
          <w:i w:val="0"/>
        </w:rPr>
        <w:t xml:space="preserve"> Lưu ý </w:t>
      </w:r>
      <w:r>
        <w:rPr>
          <w:b w:val="0"/>
          <w:i w:val="0"/>
        </w:rPr>
        <w:t xml:space="preserve"> : Nếu bạn mua cuốn sách này trực tiếp từ Packt, không cần hóa đơn. Sau </w:t>
      </w:r>
      <w:r>
        <w:rPr>
          <w:b w:val="0"/>
          <w:i/>
        </w:rPr>
        <w:t xml:space="preserve"> Bước 2 </w:t>
      </w:r>
      <w:r>
        <w:rPr>
          <w:b w:val="0"/>
          <w:i w:val="0"/>
        </w:rPr>
        <w:t xml:space="preserve"> , bạn có thể truy cập ngay nội dung độc quyền của mình.</w:t>
      </w:r>
    </w:p>
    <w:p>
      <w:pPr>
        <w:pStyle w:val="Heading3"/>
      </w:pPr>
      <w:r>
        <w:rPr>
          <w:rFonts w:ascii="Calibri" w:hAnsi="Calibri"/>
          <w:b/>
          <w:i w:val="0"/>
          <w:sz w:val="26"/>
        </w:rPr>
        <w:t>Bước 2</w:t>
      </w:r>
    </w:p>
    <w:p>
      <w:pPr>
        <w:spacing w:after="80"/>
      </w:pPr>
      <w:r>
        <w:rPr>
          <w:b w:val="0"/>
          <w:i w:val="0"/>
        </w:rPr>
        <w:t xml:space="preserve">Quét mã QR hoặc truy cập </w:t>
      </w:r>
      <w:r>
        <w:rPr>
          <w:rFonts w:ascii="Consolas" w:hAnsi="Consolas"/>
          <w:b w:val="0"/>
          <w:i w:val="0"/>
          <w:sz w:val="20"/>
        </w:rPr>
        <w:br/>
        <w:br/>
        <w:t xml:space="preserve">       packtpub.com/unlock</w:t>
        <w:br/>
        <w:t xml:space="preserve">      </w:t>
        <w:br/>
      </w:r>
      <w:r>
        <w:rPr>
          <w:b w:val="0"/>
          <w:i w:val="0"/>
        </w:rPr>
        <w:t xml:space="preserve"> .</w:t>
      </w:r>
    </w:p>
    <w:p>
      <w:pPr>
        <w:jc w:val="center"/>
      </w:pPr>
      <w:r>
        <w:drawing>
          <wp:inline xmlns:a="http://schemas.openxmlformats.org/drawingml/2006/main" xmlns:pic="http://schemas.openxmlformats.org/drawingml/2006/picture">
            <wp:extent cx="3143250" cy="3143250"/>
            <wp:docPr id="125" name="Picture 125"/>
            <wp:cNvGraphicFramePr>
              <a:graphicFrameLocks noChangeAspect="1"/>
            </wp:cNvGraphicFramePr>
            <a:graphic>
              <a:graphicData uri="http://schemas.openxmlformats.org/drawingml/2006/picture">
                <pic:pic>
                  <pic:nvPicPr>
                    <pic:cNvPr id="0" name="B36973_1_3.png"/>
                    <pic:cNvPicPr/>
                  </pic:nvPicPr>
                  <pic:blipFill>
                    <a:blip r:embed="rId17"/>
                    <a:stretch>
                      <a:fillRect/>
                    </a:stretch>
                  </pic:blipFill>
                  <pic:spPr>
                    <a:xfrm>
                      <a:off x="0" y="0"/>
                      <a:ext cx="3143250" cy="3143250"/>
                    </a:xfrm>
                    <a:prstGeom prst="rect"/>
                  </pic:spPr>
                </pic:pic>
              </a:graphicData>
            </a:graphic>
          </wp:inline>
        </w:drawing>
      </w:r>
    </w:p>
    <w:p>
      <w:pPr>
        <w:spacing w:after="80"/>
      </w:pPr>
      <w:r>
        <w:rPr>
          <w:b w:val="0"/>
          <w:i w:val="0"/>
        </w:rPr>
        <w:t xml:space="preserve">Trên trang mở ra (tương tự như </w:t>
      </w:r>
      <w:r>
        <w:rPr>
          <w:b w:val="0"/>
          <w:i/>
        </w:rPr>
        <w:t xml:space="preserve"> Hình </w:t>
      </w:r>
      <w:r>
        <w:rPr>
          <w:b w:val="0"/>
          <w:i w:val="0"/>
        </w:rPr>
        <w:t xml:space="preserve"> </w:t>
      </w:r>
      <w:r>
        <w:rPr>
          <w:b w:val="0"/>
          <w:i/>
        </w:rPr>
        <w:t xml:space="preserve"> 1 </w:t>
      </w:r>
      <w:r>
        <w:rPr>
          <w:b w:val="0"/>
          <w:i w:val="0"/>
        </w:rPr>
        <w:t xml:space="preserve"> </w:t>
      </w:r>
      <w:r>
        <w:rPr>
          <w:b w:val="0"/>
          <w:i/>
        </w:rPr>
        <w:t xml:space="preserve"> 7 </w:t>
      </w:r>
      <w:r>
        <w:rPr>
          <w:b w:val="0"/>
          <w:i w:val="0"/>
        </w:rPr>
        <w:t xml:space="preserve"> </w:t>
      </w:r>
      <w:r>
        <w:rPr>
          <w:b w:val="0"/>
          <w:i/>
        </w:rPr>
        <w:t xml:space="preserve"> .1 </w:t>
      </w:r>
      <w:r>
        <w:rPr>
          <w:b w:val="0"/>
          <w:i w:val="0"/>
        </w:rPr>
        <w:t xml:space="preserve"> trên máy tính để bàn), hãy tìm cuốn sách này theo tên và chọn đúng phiên bản.</w:t>
      </w:r>
    </w:p>
    <w:p>
      <w:pPr>
        <w:jc w:val="center"/>
      </w:pPr>
      <w:r>
        <w:drawing>
          <wp:inline xmlns:a="http://schemas.openxmlformats.org/drawingml/2006/main" xmlns:pic="http://schemas.openxmlformats.org/drawingml/2006/picture">
            <wp:extent cx="5486400" cy="2264164"/>
            <wp:docPr id="126" name="Picture 126"/>
            <wp:cNvGraphicFramePr>
              <a:graphicFrameLocks noChangeAspect="1"/>
            </wp:cNvGraphicFramePr>
            <a:graphic>
              <a:graphicData uri="http://schemas.openxmlformats.org/drawingml/2006/picture">
                <pic:pic>
                  <pic:nvPicPr>
                    <pic:cNvPr id="0" name="B36973_17_3.png"/>
                    <pic:cNvPicPr/>
                  </pic:nvPicPr>
                  <pic:blipFill>
                    <a:blip r:embed="rId120"/>
                    <a:stretch>
                      <a:fillRect/>
                    </a:stretch>
                  </pic:blipFill>
                  <pic:spPr>
                    <a:xfrm>
                      <a:off x="0" y="0"/>
                      <a:ext cx="5486400" cy="2264164"/>
                    </a:xfrm>
                    <a:prstGeom prst="rect"/>
                  </pic:spPr>
                </pic:pic>
              </a:graphicData>
            </a:graphic>
          </wp:inline>
        </w:drawing>
      </w:r>
    </w:p>
    <w:p>
      <w:pPr>
        <w:spacing w:after="160"/>
        <w:jc w:val="center"/>
      </w:pPr>
      <w:r>
        <w:rPr>
          <w:rFonts w:ascii="Calibri" w:hAnsi="Calibri"/>
          <w:b w:val="0"/>
          <w:i/>
          <w:sz w:val="19"/>
        </w:rPr>
        <w:t>Hình 17.1: Trang đích mở khóa của Packt trên máy tính để bàn</w:t>
      </w:r>
    </w:p>
    <w:p>
      <w:pPr>
        <w:pStyle w:val="Heading3"/>
      </w:pPr>
      <w:r>
        <w:rPr>
          <w:rFonts w:ascii="Calibri" w:hAnsi="Calibri"/>
          <w:b/>
          <w:i w:val="0"/>
          <w:sz w:val="26"/>
        </w:rPr>
        <w:t>Bước 3</w:t>
      </w:r>
    </w:p>
    <w:p>
      <w:pPr>
        <w:spacing w:after="80"/>
      </w:pPr>
      <w:r>
        <w:rPr>
          <w:b w:val="0"/>
          <w:i w:val="0"/>
        </w:rPr>
        <w:t>Sau khi chọn sách của bạn, hãy đăng nhập vào tài khoản Packt của bạn hoặc tạo một tài khoản miễn phí. Sau đó tải lên hóa đơn của bạn (PDF, PNG hoặc JPG, tối đa 10 MB). Làm theo hướng dẫn trên màn hình để hoàn tất quá trình.</w:t>
      </w:r>
    </w:p>
    <w:p>
      <w:pPr>
        <w:pStyle w:val="Heading3"/>
      </w:pPr>
      <w:r>
        <w:rPr>
          <w:rFonts w:ascii="Calibri" w:hAnsi="Calibri"/>
          <w:b/>
          <w:i w:val="0"/>
          <w:sz w:val="26"/>
        </w:rPr>
        <w:t>Cần Trợ giúp</w:t>
      </w:r>
    </w:p>
    <w:p>
      <w:pPr>
        <w:spacing w:after="80"/>
      </w:pPr>
      <w:r>
        <w:rPr>
          <w:b w:val="0"/>
          <w:i w:val="0"/>
        </w:rPr>
        <w:t xml:space="preserve">Nếu bạn gặp khó khăn và cần trợ giúp, hãy truy cập </w:t>
      </w:r>
      <w:r>
        <w:rPr>
          <w:rFonts w:ascii="Consolas" w:hAnsi="Consolas"/>
          <w:b w:val="0"/>
          <w:i w:val="0"/>
          <w:sz w:val="20"/>
        </w:rPr>
        <w:br/>
        <w:br/>
        <w:t xml:space="preserve">       https://www.packtpub.com/unlock-benefits/help</w:t>
        <w:br/>
        <w:t xml:space="preserve">      </w:t>
        <w:br/>
      </w:r>
      <w:r>
        <w:rPr>
          <w:b w:val="0"/>
          <w:i w:val="0"/>
        </w:rPr>
        <w:t xml:space="preserve"> để xem FAQ chi tiết về cách tìm hóa đơn của bạn và nhiều thông tin khác. Mã QR này sẽ đưa bạn đến trang trợ giúp.</w:t>
      </w:r>
    </w:p>
    <w:p>
      <w:pPr>
        <w:jc w:val="center"/>
      </w:pPr>
      <w:r>
        <w:drawing>
          <wp:inline xmlns:a="http://schemas.openxmlformats.org/drawingml/2006/main" xmlns:pic="http://schemas.openxmlformats.org/drawingml/2006/picture">
            <wp:extent cx="3524250" cy="3524250"/>
            <wp:docPr id="127" name="Picture 127"/>
            <wp:cNvGraphicFramePr>
              <a:graphicFrameLocks noChangeAspect="1"/>
            </wp:cNvGraphicFramePr>
            <a:graphic>
              <a:graphicData uri="http://schemas.openxmlformats.org/drawingml/2006/picture">
                <pic:pic>
                  <pic:nvPicPr>
                    <pic:cNvPr id="0" name="B36973_17_4.png"/>
                    <pic:cNvPicPr/>
                  </pic:nvPicPr>
                  <pic:blipFill>
                    <a:blip r:embed="rId121"/>
                    <a:stretch>
                      <a:fillRect/>
                    </a:stretch>
                  </pic:blipFill>
                  <pic:spPr>
                    <a:xfrm>
                      <a:off x="0" y="0"/>
                      <a:ext cx="3524250" cy="3524250"/>
                    </a:xfrm>
                    <a:prstGeom prst="rect"/>
                  </pic:spPr>
                </pic:pic>
              </a:graphicData>
            </a:graphic>
          </wp:inline>
        </w:drawing>
      </w:r>
    </w:p>
    <w:p>
      <w:pPr>
        <w:spacing w:after="80"/>
      </w:pPr>
      <w:r>
        <w:rPr>
          <w:b/>
          <w:i w:val="0"/>
        </w:rPr>
        <w:t>Lưu ý</w:t>
      </w:r>
    </w:p>
    <w:p>
      <w:pPr>
        <w:spacing w:after="80"/>
      </w:pPr>
      <w:r>
        <w:rPr>
          <w:b/>
          <w:i w:val="0"/>
        </w:rPr>
        <w:t xml:space="preserve"> Lưu ý </w:t>
      </w:r>
      <w:r>
        <w:rPr>
          <w:b w:val="0"/>
          <w:i w:val="0"/>
        </w:rPr>
        <w:t xml:space="preserve">: Nếu bạn vẫn gặp vấn đề, hãy liên hệ với </w:t>
      </w:r>
      <w:r>
        <w:rPr>
          <w:rFonts w:ascii="Consolas" w:hAnsi="Consolas"/>
          <w:b w:val="0"/>
          <w:i w:val="0"/>
          <w:sz w:val="20"/>
        </w:rPr>
        <w:br/>
        <w:br/>
        <w:t xml:space="preserve">        customercare@packt.com</w:t>
        <w:br/>
        <w:t xml:space="preserve">       </w:t>
        <w:br/>
      </w:r>
      <w:r>
        <w:rPr>
          <w:b w:val="0"/>
          <w:i w:val="0"/>
        </w:rPr>
        <w:t xml:space="preserve"> .</w:t>
      </w:r>
    </w:p>
    <w:p>
      <w:pPr>
        <w:jc w:val="center"/>
      </w:pPr>
      <w:r>
        <w:drawing>
          <wp:inline xmlns:a="http://schemas.openxmlformats.org/drawingml/2006/main" xmlns:pic="http://schemas.openxmlformats.org/drawingml/2006/picture">
            <wp:extent cx="5486400" cy="1377504"/>
            <wp:docPr id="128" name="Picture 128"/>
            <wp:cNvGraphicFramePr>
              <a:graphicFrameLocks noChangeAspect="1"/>
            </wp:cNvGraphicFramePr>
            <a:graphic>
              <a:graphicData uri="http://schemas.openxmlformats.org/drawingml/2006/picture">
                <pic:pic>
                  <pic:nvPicPr>
                    <pic:cNvPr id="0" name="PacktLogo_17_5.png"/>
                    <pic:cNvPicPr/>
                  </pic:nvPicPr>
                  <pic:blipFill>
                    <a:blip r:embed="rId122"/>
                    <a:stretch>
                      <a:fillRect/>
                    </a:stretch>
                  </pic:blipFill>
                  <pic:spPr>
                    <a:xfrm>
                      <a:off x="0" y="0"/>
                      <a:ext cx="5486400" cy="1377504"/>
                    </a:xfrm>
                    <a:prstGeom prst="rect"/>
                  </pic:spPr>
                </pic:pic>
              </a:graphicData>
            </a:graphic>
          </wp:inline>
        </w:drawing>
      </w:r>
    </w:p>
    <w:p>
      <w:pPr>
        <w:spacing w:after="80"/>
      </w:pPr>
      <w:r>
        <w:rPr>
          <w:rFonts w:ascii="Consolas" w:hAnsi="Consolas"/>
          <w:b w:val="0"/>
          <w:i w:val="0"/>
          <w:sz w:val="20"/>
        </w:rPr>
        <w:br/>
        <w:br/>
        <w:t xml:space="preserve">       packtpub.com</w:t>
        <w:br/>
        <w:t xml:space="preserve">      </w:t>
        <w:br/>
      </w:r>
    </w:p>
    <w:p>
      <w:pPr>
        <w:spacing w:after="80"/>
      </w:pPr>
      <w:r>
        <w:rPr>
          <w:b w:val="0"/>
          <w:i w:val="0"/>
        </w:rPr>
        <w:t>Đăng ký thư viện số trực tuyến của chúng tôi để truy cập đầy đủ hơn 7,000 cuốn sách và video, cùng các công cụ hàng đầu trong ngành giúp bạn lập kế hoạch phát triển bản thân và thăng tiến sự nghiệp. Để biết thêm thông tin, vui lòng truy cập trang web của chúng tôi.</w:t>
      </w:r>
    </w:p>
    <w:p>
      <w:pPr>
        <w:pStyle w:val="Heading2"/>
      </w:pPr>
      <w:r>
        <w:rPr>
          <w:rFonts w:ascii="Calibri" w:hAnsi="Calibri"/>
          <w:b/>
          <w:i w:val="0"/>
          <w:sz w:val="32"/>
        </w:rPr>
        <w:t>Vì sao nên đăng ký?</w:t>
      </w:r>
    </w:p>
    <w:p>
      <w:pPr>
        <w:spacing w:after="80"/>
        <w:ind w:left="360"/>
      </w:pPr>
      <w:r>
        <w:t xml:space="preserve">• </w:t>
      </w:r>
      <w:r>
        <w:rPr>
          <w:b w:val="0"/>
          <w:i w:val="0"/>
        </w:rPr>
        <w:t>Dành ít thời gian học hơn và nhiều thời gian viết code hơn với các eBook và Video thực tế từ hơn 4,000 chuyên gia trong ngành</w:t>
      </w:r>
    </w:p>
    <w:p>
      <w:pPr>
        <w:spacing w:after="80"/>
        <w:ind w:left="360"/>
      </w:pPr>
      <w:r>
        <w:t xml:space="preserve">• </w:t>
      </w:r>
      <w:r>
        <w:rPr>
          <w:b w:val="0"/>
          <w:i w:val="0"/>
        </w:rPr>
        <w:t>Nâng cao việc học của bạn với các Skill Plan được thiết kế riêng cho bạn</w:t>
      </w:r>
    </w:p>
    <w:p>
      <w:pPr>
        <w:spacing w:after="80"/>
        <w:ind w:left="360"/>
      </w:pPr>
      <w:r>
        <w:t xml:space="preserve">• </w:t>
      </w:r>
      <w:r>
        <w:rPr>
          <w:b w:val="0"/>
          <w:i w:val="0"/>
        </w:rPr>
        <w:t>Nhận một eBook hoặc video miễn phí mỗi tháng</w:t>
      </w:r>
    </w:p>
    <w:p>
      <w:pPr>
        <w:spacing w:after="80"/>
        <w:ind w:left="360"/>
      </w:pPr>
      <w:r>
        <w:t xml:space="preserve">• </w:t>
      </w:r>
      <w:r>
        <w:rPr>
          <w:b w:val="0"/>
          <w:i w:val="0"/>
        </w:rPr>
        <w:t>Có thể tìm kiếm toàn văn để dễ dàng truy cập thông tin quan trọng</w:t>
      </w:r>
    </w:p>
    <w:p>
      <w:pPr>
        <w:spacing w:after="80"/>
        <w:ind w:left="360"/>
      </w:pPr>
      <w:r>
        <w:t xml:space="preserve">• </w:t>
      </w:r>
      <w:r>
        <w:rPr>
          <w:b w:val="0"/>
          <w:i w:val="0"/>
        </w:rPr>
        <w:t>Sao chép và dán, in, và đánh dấu nội dung</w:t>
      </w:r>
    </w:p>
    <w:p>
      <w:pPr>
        <w:spacing w:after="80"/>
      </w:pPr>
      <w:r>
        <w:rPr>
          <w:b w:val="0"/>
          <w:i w:val="0"/>
        </w:rPr>
        <w:t xml:space="preserve">Tại </w:t>
      </w:r>
      <w:r>
        <w:rPr>
          <w:rFonts w:ascii="Consolas" w:hAnsi="Consolas"/>
          <w:b w:val="0"/>
          <w:i w:val="0"/>
          <w:sz w:val="20"/>
        </w:rPr>
        <w:br/>
        <w:br/>
        <w:t xml:space="preserve">       www.packtpub.com</w:t>
        <w:br/>
        <w:t xml:space="preserve">      </w:t>
        <w:br/>
      </w:r>
      <w:r>
        <w:rPr>
          <w:b w:val="0"/>
          <w:i w:val="0"/>
        </w:rPr>
        <w:t>, bạn cũng có thể đọc một bộ sưu tập các bài viết kỹ thuật miễn phí, đăng ký nhiều loại bản tin miễn phí, và nhận các ưu đãi giảm giá độc quyền cùng các khuyến mãi cho sách và eBook của Packt.</w:t>
      </w:r>
    </w:p>
    <w:p>
      <w:pPr>
        <w:pStyle w:val="Heading1"/>
      </w:pPr>
      <w:r>
        <w:rPr>
          <w:rFonts w:ascii="Calibri" w:hAnsi="Calibri"/>
          <w:b/>
          <w:i w:val="0"/>
          <w:sz w:val="40"/>
        </w:rPr>
        <w:t>Những cuốn sách khác bạn có thể thích</w:t>
      </w:r>
    </w:p>
    <w:p>
      <w:pPr>
        <w:spacing w:after="80"/>
      </w:pPr>
      <w:r>
        <w:rPr>
          <w:b w:val="0"/>
          <w:i w:val="0"/>
        </w:rPr>
        <w:t>Nếu bạn thấy cuốn sách này thú vị, bạn có thể quan tâm đến những cuốn sách khác của Packt:</w:t>
      </w:r>
    </w:p>
    <w:p>
      <w:pPr>
        <w:jc w:val="center"/>
      </w:pPr>
      <w:r>
        <w:drawing>
          <wp:inline xmlns:a="http://schemas.openxmlformats.org/drawingml/2006/main" xmlns:pic="http://schemas.openxmlformats.org/drawingml/2006/picture">
            <wp:extent cx="5486400" cy="6766560"/>
            <wp:docPr id="129" name="Picture 129"/>
            <wp:cNvGraphicFramePr>
              <a:graphicFrameLocks noChangeAspect="1"/>
            </wp:cNvGraphicFramePr>
            <a:graphic>
              <a:graphicData uri="http://schemas.openxmlformats.org/drawingml/2006/picture">
                <pic:pic>
                  <pic:nvPicPr>
                    <pic:cNvPr id="0" name="BookCover_Other_Books_You_May_Enjoy_1.png"/>
                    <pic:cNvPicPr/>
                  </pic:nvPicPr>
                  <pic:blipFill>
                    <a:blip r:embed="rId123"/>
                    <a:stretch>
                      <a:fillRect/>
                    </a:stretch>
                  </pic:blipFill>
                  <pic:spPr>
                    <a:xfrm>
                      <a:off x="0" y="0"/>
                      <a:ext cx="5486400" cy="6766560"/>
                    </a:xfrm>
                    <a:prstGeom prst="rect"/>
                  </pic:spPr>
                </pic:pic>
              </a:graphicData>
            </a:graphic>
          </wp:inline>
        </w:drawing>
      </w:r>
    </w:p>
    <w:p>
      <w:pPr>
        <w:spacing w:after="80"/>
      </w:pPr>
      <w:r>
        <w:rPr>
          <w:b/>
          <w:i w:val="0"/>
        </w:rPr>
        <w:t xml:space="preserve"> Python Illustrated </w:t>
      </w:r>
    </w:p>
    <w:p>
      <w:pPr>
        <w:spacing w:after="80"/>
      </w:pPr>
      <w:r>
        <w:rPr>
          <w:b w:val="0"/>
          <w:i w:val="0"/>
        </w:rPr>
        <w:t>Maaike van Putten, Imke van Putten</w:t>
      </w:r>
    </w:p>
    <w:p>
      <w:pPr>
        <w:spacing w:after="80"/>
      </w:pPr>
      <w:r>
        <w:rPr>
          <w:b w:val="0"/>
          <w:i w:val="0"/>
        </w:rPr>
        <w:t>ISBN: 9781836646334</w:t>
      </w:r>
    </w:p>
    <w:p>
      <w:pPr>
        <w:spacing w:after="80"/>
        <w:ind w:left="360"/>
      </w:pPr>
      <w:r>
        <w:t xml:space="preserve">• </w:t>
      </w:r>
      <w:r>
        <w:rPr>
          <w:b w:val="0"/>
          <w:i w:val="0"/>
        </w:rPr>
        <w:t>Cài đặt Python và viết chương trình đầu tiên của bạn</w:t>
      </w:r>
    </w:p>
    <w:p>
      <w:pPr>
        <w:spacing w:after="80"/>
        <w:ind w:left="360"/>
      </w:pPr>
      <w:r>
        <w:t xml:space="preserve">• </w:t>
      </w:r>
      <w:r>
        <w:rPr>
          <w:b w:val="0"/>
          <w:i w:val="0"/>
        </w:rPr>
        <w:t>Hiểu về biến, kiểu dữ liệu và câu lệnh điều kiện</w:t>
      </w:r>
    </w:p>
    <w:p>
      <w:pPr>
        <w:spacing w:after="80"/>
        <w:ind w:left="360"/>
      </w:pPr>
      <w:r>
        <w:t xml:space="preserve">• </w:t>
      </w:r>
      <w:r>
        <w:rPr>
          <w:b w:val="0"/>
          <w:i w:val="0"/>
        </w:rPr>
        <w:t>Sử dụng vòng lặp, danh sách, từ điển và tuple để xử lý dữ liệu hiệu quả</w:t>
      </w:r>
    </w:p>
    <w:p>
      <w:pPr>
        <w:spacing w:after="80"/>
        <w:ind w:left="360"/>
      </w:pPr>
      <w:r>
        <w:t xml:space="preserve">• </w:t>
      </w:r>
      <w:r>
        <w:rPr>
          <w:b w:val="0"/>
          <w:i w:val="0"/>
        </w:rPr>
        <w:t>Viết và sử dụng hàm để tạo mã có thể tái sử dụng</w:t>
      </w:r>
    </w:p>
    <w:p>
      <w:pPr>
        <w:spacing w:after="80"/>
        <w:ind w:left="360"/>
      </w:pPr>
      <w:r>
        <w:t xml:space="preserve">• </w:t>
      </w:r>
      <w:r>
        <w:rPr>
          <w:b w:val="0"/>
          <w:i w:val="0"/>
        </w:rPr>
        <w:t>Quản lý tệp và hiểu về lập trình hướng đối tượng cùng kế thừa</w:t>
      </w:r>
    </w:p>
    <w:p>
      <w:pPr>
        <w:spacing w:after="80"/>
        <w:ind w:left="360"/>
      </w:pPr>
      <w:r>
        <w:t xml:space="preserve">• </w:t>
      </w:r>
      <w:r>
        <w:rPr>
          <w:b w:val="0"/>
          <w:i w:val="0"/>
        </w:rPr>
        <w:t>Gỡ lỗi mã Python của bạn để đảm bảo nó hoạt động hoàn hảo</w:t>
      </w:r>
    </w:p>
    <w:p>
      <w:pPr>
        <w:spacing w:after="80"/>
        <w:ind w:left="360"/>
      </w:pPr>
      <w:r>
        <w:t xml:space="preserve">• </w:t>
      </w:r>
      <w:r>
        <w:rPr>
          <w:b w:val="0"/>
          <w:i w:val="0"/>
        </w:rPr>
        <w:t>Khám phá cách bạn có thể tiếp tục học hỏi và xây dựng vượt ra ngoài cuốn sách này</w:t>
      </w:r>
    </w:p>
    <w:p>
      <w:pPr>
        <w:jc w:val="center"/>
      </w:pPr>
      <w:r>
        <w:drawing>
          <wp:inline xmlns:a="http://schemas.openxmlformats.org/drawingml/2006/main" xmlns:pic="http://schemas.openxmlformats.org/drawingml/2006/picture">
            <wp:extent cx="5486400" cy="6766560"/>
            <wp:docPr id="130" name="Picture 130"/>
            <wp:cNvGraphicFramePr>
              <a:graphicFrameLocks noChangeAspect="1"/>
            </wp:cNvGraphicFramePr>
            <a:graphic>
              <a:graphicData uri="http://schemas.openxmlformats.org/drawingml/2006/picture">
                <pic:pic>
                  <pic:nvPicPr>
                    <pic:cNvPr id="0" name="BookCover_Other_Books_You_May_Enjoy_2.png"/>
                    <pic:cNvPicPr/>
                  </pic:nvPicPr>
                  <pic:blipFill>
                    <a:blip r:embed="rId124"/>
                    <a:stretch>
                      <a:fillRect/>
                    </a:stretch>
                  </pic:blipFill>
                  <pic:spPr>
                    <a:xfrm>
                      <a:off x="0" y="0"/>
                      <a:ext cx="5486400" cy="6766560"/>
                    </a:xfrm>
                    <a:prstGeom prst="rect"/>
                  </pic:spPr>
                </pic:pic>
              </a:graphicData>
            </a:graphic>
          </wp:inline>
        </w:drawing>
      </w:r>
    </w:p>
    <w:p>
      <w:pPr>
        <w:spacing w:after="80"/>
      </w:pPr>
      <w:r>
        <w:rPr>
          <w:b/>
          <w:i w:val="0"/>
        </w:rPr>
        <w:t xml:space="preserve"> Kỹ thuật phần mềm thực hành với Python </w:t>
      </w:r>
    </w:p>
    <w:p>
      <w:pPr>
        <w:spacing w:after="80"/>
      </w:pPr>
      <w:r>
        <w:rPr>
          <w:b w:val="0"/>
          <w:i w:val="0"/>
        </w:rPr>
        <w:t>Brian Allbee</w:t>
      </w:r>
    </w:p>
    <w:p>
      <w:pPr>
        <w:spacing w:after="80"/>
      </w:pPr>
      <w:r>
        <w:rPr>
          <w:b w:val="0"/>
          <w:i w:val="0"/>
        </w:rPr>
        <w:t>ISBN: 9781835888018</w:t>
      </w:r>
    </w:p>
    <w:p>
      <w:pPr>
        <w:spacing w:after="80"/>
        <w:ind w:left="360"/>
      </w:pPr>
      <w:r>
        <w:t xml:space="preserve">• </w:t>
      </w:r>
      <w:r>
        <w:rPr>
          <w:b w:val="0"/>
          <w:i w:val="0"/>
        </w:rPr>
        <w:t>Phân biệt kỹ thuật phần mềm với lập trình thông thường</w:t>
      </w:r>
    </w:p>
    <w:p>
      <w:pPr>
        <w:spacing w:after="80"/>
        <w:ind w:left="360"/>
      </w:pPr>
      <w:r>
        <w:t xml:space="preserve">• </w:t>
      </w:r>
      <w:r>
        <w:rPr>
          <w:b w:val="0"/>
          <w:i w:val="0"/>
        </w:rPr>
        <w:t>Phân tách và áp dụng từng giai đoạn của SDLC vào các hệ thống Python</w:t>
      </w:r>
    </w:p>
    <w:p>
      <w:pPr>
        <w:spacing w:after="80"/>
        <w:ind w:left="360"/>
      </w:pPr>
      <w:r>
        <w:t xml:space="preserve">• </w:t>
      </w:r>
      <w:r>
        <w:rPr>
          <w:b w:val="0"/>
          <w:i w:val="0"/>
        </w:rPr>
        <w:t>Tạo mô hình hệ thống để lập kế hoạch kiến trúc trước khi viết mã</w:t>
      </w:r>
    </w:p>
    <w:p>
      <w:pPr>
        <w:spacing w:after="80"/>
        <w:ind w:left="360"/>
      </w:pPr>
      <w:r>
        <w:t xml:space="preserve">• </w:t>
      </w:r>
      <w:r>
        <w:rPr>
          <w:b w:val="0"/>
          <w:i w:val="0"/>
        </w:rPr>
        <w:t>Áp dụng Agile, Scrum và các phương pháp phát triển hiện đại khác</w:t>
      </w:r>
    </w:p>
    <w:p>
      <w:pPr>
        <w:spacing w:after="80"/>
        <w:ind w:left="360"/>
      </w:pPr>
      <w:r>
        <w:t xml:space="preserve">• </w:t>
      </w:r>
      <w:r>
        <w:rPr>
          <w:b w:val="0"/>
          <w:i w:val="0"/>
        </w:rPr>
        <w:t>Sử dụng dataclasses, pydantic và schemas để mô hình hóa dữ liệu chắc chắn</w:t>
      </w:r>
    </w:p>
    <w:p>
      <w:pPr>
        <w:spacing w:after="80"/>
        <w:ind w:left="360"/>
      </w:pPr>
      <w:r>
        <w:t xml:space="preserve">• </w:t>
      </w:r>
      <w:r>
        <w:rPr>
          <w:b w:val="0"/>
          <w:i w:val="0"/>
        </w:rPr>
        <w:t>Thiết lập quy trình CI/CD với GitHub Actions và các công cụ build trên cloud</w:t>
      </w:r>
    </w:p>
    <w:p>
      <w:pPr>
        <w:spacing w:after="80"/>
        <w:ind w:left="360"/>
      </w:pPr>
      <w:r>
        <w:t xml:space="preserve">• </w:t>
      </w:r>
      <w:r>
        <w:rPr>
          <w:b w:val="0"/>
          <w:i w:val="0"/>
        </w:rPr>
        <w:t>Viết và cấu trúc các bài kiểm thử đơn vị, tích hợp và đầu-cuối</w:t>
      </w:r>
    </w:p>
    <w:p>
      <w:pPr>
        <w:spacing w:after="80"/>
        <w:ind w:left="360"/>
      </w:pPr>
      <w:r>
        <w:t xml:space="preserve">• </w:t>
      </w:r>
      <w:r>
        <w:rPr>
          <w:b w:val="0"/>
          <w:i w:val="0"/>
        </w:rPr>
        <w:t>Đánh giá và tích hợp các công cụ như Poetry, pytest và Docker</w:t>
      </w:r>
    </w:p>
    <w:p>
      <w:pPr>
        <w:pStyle w:val="Heading2"/>
      </w:pPr>
      <w:r>
        <w:rPr>
          <w:rFonts w:ascii="Calibri" w:hAnsi="Calibri"/>
          <w:b/>
          <w:i w:val="0"/>
          <w:sz w:val="32"/>
        </w:rPr>
        <w:t>Packt đang tìm kiếm những tác giả như bạn</w:t>
      </w:r>
    </w:p>
    <w:p>
      <w:pPr>
        <w:spacing w:after="80"/>
      </w:pPr>
      <w:r>
        <w:rPr>
          <w:b w:val="0"/>
          <w:i w:val="0"/>
        </w:rPr>
        <w:t xml:space="preserve">Nếu bạn muốn trở thành tác giả cho Packt, hãy truy cập </w:t>
      </w:r>
      <w:r>
        <w:rPr>
          <w:rFonts w:ascii="Consolas" w:hAnsi="Consolas"/>
          <w:b w:val="0"/>
          <w:i w:val="0"/>
          <w:sz w:val="20"/>
        </w:rPr>
        <w:br/>
        <w:br/>
        <w:t xml:space="preserve">       authors.packt.com</w:t>
        <w:br/>
        <w:t xml:space="preserve">      </w:t>
        <w:br/>
      </w:r>
      <w:r>
        <w:rPr>
          <w:b w:val="0"/>
          <w:i w:val="0"/>
        </w:rPr>
        <w:t xml:space="preserve"> và đăng ký ngay hôm nay. Chúng tôi đã làm việc với hàng nghìn lập trình viên và chuyên gia công nghệ, giống như bạn, để giúp họ chia sẻ hiểu biết của mình với cộng đồng công nghệ toàn cầu. Bạn có thể gửi đơn đăng ký tổng quát, ứng tuyển cho một chủ đề nóng cụ thể mà chúng tôi đang tuyển tác giả, hoặc gửi ý tưởng của riêng bạn.</w:t>
      </w:r>
    </w:p>
    <w:p>
      <w:pPr>
        <w:pStyle w:val="Heading2"/>
      </w:pPr>
      <w:r>
        <w:rPr>
          <w:rFonts w:ascii="Calibri" w:hAnsi="Calibri"/>
          <w:b/>
          <w:i w:val="0"/>
          <w:sz w:val="32"/>
        </w:rPr>
        <w:t>Chia sẻ suy nghĩ của bạn</w:t>
      </w:r>
    </w:p>
    <w:p>
      <w:pPr>
        <w:spacing w:after="80"/>
      </w:pPr>
      <w:r>
        <w:rPr>
          <w:b w:val="0"/>
          <w:i w:val="0"/>
        </w:rPr>
        <w:t xml:space="preserve">Giờ bạn đã đọc xong </w:t>
      </w:r>
      <w:r>
        <w:rPr>
          <w:b w:val="0"/>
          <w:i/>
        </w:rPr>
        <w:t xml:space="preserve"> Python Automation Cookbook </w:t>
      </w:r>
      <w:r>
        <w:rPr>
          <w:b w:val="0"/>
          <w:i w:val="0"/>
        </w:rPr>
        <w:t xml:space="preserve"> </w:t>
      </w:r>
      <w:r>
        <w:rPr>
          <w:b w:val="0"/>
          <w:i/>
        </w:rPr>
        <w:t xml:space="preserve"> , Third Edition </w:t>
      </w:r>
      <w:r>
        <w:rPr>
          <w:b w:val="0"/>
          <w:i w:val="0"/>
        </w:rPr>
        <w:t xml:space="preserve"> , chúng tôi rất muốn nghe suy nghĩ của bạn! Quét mã QR bên dưới để đi thẳng đến trang đánh giá trên Amazon cho cuốn sách này và chia sẻ phản hồi của bạn hoặc để lại đánh giá trên trang mà bạn đã mua sách.</w:t>
      </w:r>
    </w:p>
    <w:p>
      <w:pPr>
        <w:jc w:val="center"/>
      </w:pPr>
      <w:r>
        <w:drawing>
          <wp:inline xmlns:a="http://schemas.openxmlformats.org/drawingml/2006/main" xmlns:pic="http://schemas.openxmlformats.org/drawingml/2006/picture">
            <wp:extent cx="1905000" cy="1905000"/>
            <wp:docPr id="131" name="Picture 131"/>
            <wp:cNvGraphicFramePr>
              <a:graphicFrameLocks noChangeAspect="1"/>
            </wp:cNvGraphicFramePr>
            <a:graphic>
              <a:graphicData uri="http://schemas.openxmlformats.org/drawingml/2006/picture">
                <pic:pic>
                  <pic:nvPicPr>
                    <pic:cNvPr id="0" name="B36973_Preface_1.png"/>
                    <pic:cNvPicPr/>
                  </pic:nvPicPr>
                  <pic:blipFill>
                    <a:blip r:embed="rId11"/>
                    <a:stretch>
                      <a:fillRect/>
                    </a:stretch>
                  </pic:blipFill>
                  <pic:spPr>
                    <a:xfrm>
                      <a:off x="0" y="0"/>
                      <a:ext cx="1905000" cy="1905000"/>
                    </a:xfrm>
                    <a:prstGeom prst="rect"/>
                  </pic:spPr>
                </pic:pic>
              </a:graphicData>
            </a:graphic>
          </wp:inline>
        </w:drawing>
      </w:r>
    </w:p>
    <w:p>
      <w:pPr>
        <w:spacing w:after="80"/>
      </w:pPr>
      <w:r>
        <w:rPr>
          <w:rFonts w:ascii="Consolas" w:hAnsi="Consolas"/>
          <w:b w:val="0"/>
          <w:i w:val="0"/>
          <w:sz w:val="20"/>
        </w:rPr>
        <w:br/>
        <w:br/>
        <w:t xml:space="preserve">       https://packt.link/r/1806702894</w:t>
        <w:br/>
        <w:t xml:space="preserve">      </w:t>
        <w:br/>
      </w:r>
    </w:p>
    <w:p>
      <w:pPr>
        <w:spacing w:after="80"/>
      </w:pPr>
      <w:r>
        <w:rPr>
          <w:b w:val="0"/>
          <w:i w:val="0"/>
        </w:rPr>
        <w:t>Đánh giá của bạn rất quan trọng với chúng tôi và cộng đồng công nghệ, và sẽ giúp chúng tôi đảm bảo rằng mình đang cung cấp nội dung chất lượng tuyệt vời.</w:t>
      </w:r>
    </w:p>
    <w:p>
      <w:pPr>
        <w:pStyle w:val="Heading1"/>
      </w:pPr>
      <w:r>
        <w:rPr>
          <w:rFonts w:ascii="Calibri" w:hAnsi="Calibri"/>
          <w:b/>
          <w:i w:val="0"/>
          <w:sz w:val="40"/>
        </w:rPr>
        <w:t>Mục lục</w:t>
      </w:r>
    </w:p>
    <w:p>
      <w:pPr>
        <w:spacing w:after="80"/>
      </w:pPr>
      <w:r>
        <w:rPr>
          <w:b w:val="0"/>
          <w:i w:val="0"/>
        </w:rPr>
        <w:t>A</w:t>
      </w:r>
    </w:p>
    <w:p>
      <w:pPr>
        <w:spacing w:after="80"/>
      </w:pPr>
      <w:r>
        <w:rPr>
          <w:b w:val="0"/>
          <w:i w:val="0"/>
        </w:rPr>
        <w:t>Các mô hình AI</w:t>
      </w:r>
    </w:p>
    <w:p>
      <w:pPr>
        <w:spacing w:after="80"/>
      </w:pPr>
      <w:r>
        <w:rPr>
          <w:b w:val="0"/>
          <w:i w:val="0"/>
        </w:rPr>
        <w:t>nâng cao, với tìm kiếm web 491 – 496</w:t>
      </w:r>
    </w:p>
    <w:p>
      <w:pPr>
        <w:spacing w:after="80"/>
      </w:pPr>
      <w:r>
        <w:rPr>
          <w:b w:val="0"/>
          <w:i w:val="0"/>
        </w:rPr>
        <w:t>Awesome Python 12</w:t>
      </w:r>
    </w:p>
    <w:p>
      <w:pPr>
        <w:spacing w:after="80"/>
      </w:pPr>
      <w:r>
        <w:rPr>
          <w:b w:val="0"/>
          <w:i w:val="0"/>
        </w:rPr>
        <w:t>chuỗi trừu tượng 31</w:t>
      </w:r>
    </w:p>
    <w:p>
      <w:pPr>
        <w:spacing w:after="80"/>
      </w:pPr>
      <w:r>
        <w:rPr>
          <w:b w:val="0"/>
          <w:i w:val="0"/>
        </w:rPr>
        <w:t>chú thích</w:t>
      </w:r>
    </w:p>
    <w:p>
      <w:pPr>
        <w:spacing w:after="80"/>
      </w:pPr>
      <w:r>
        <w:rPr>
          <w:b w:val="0"/>
          <w:i w:val="0"/>
        </w:rPr>
        <w:t>thêm 347 – 352</w:t>
      </w:r>
    </w:p>
    <w:p>
      <w:pPr>
        <w:spacing w:after="80"/>
      </w:pPr>
      <w:r>
        <w:rPr>
          <w:b w:val="0"/>
          <w:i w:val="0"/>
        </w:rPr>
        <w:t>argparse 43</w:t>
      </w:r>
    </w:p>
    <w:p>
      <w:pPr>
        <w:spacing w:after="80"/>
      </w:pPr>
      <w:r>
        <w:rPr>
          <w:b w:val="0"/>
          <w:i w:val="0"/>
        </w:rPr>
        <w:t>liên kết tham chiếu 49</w:t>
      </w:r>
    </w:p>
    <w:p>
      <w:pPr>
        <w:spacing w:after="80"/>
      </w:pPr>
      <w:r>
        <w:rPr>
          <w:b w:val="0"/>
          <w:i w:val="0"/>
        </w:rPr>
        <w:t>lập trình bất đồng bộ 131</w:t>
      </w:r>
    </w:p>
    <w:p>
      <w:pPr>
        <w:spacing w:after="80"/>
      </w:pPr>
      <w:r>
        <w:rPr>
          <w:b w:val="0"/>
          <w:i w:val="0"/>
        </w:rPr>
        <w:t>các tác vụ GenAI tự động, cho tài khoản Gmail</w:t>
      </w:r>
    </w:p>
    <w:p>
      <w:pPr>
        <w:spacing w:after="80"/>
      </w:pPr>
      <w:r>
        <w:rPr>
          <w:b w:val="0"/>
          <w:i w:val="0"/>
        </w:rPr>
        <w:t>soạn thư trả lời nháp, tạo 555 – 558</w:t>
      </w:r>
    </w:p>
    <w:p>
      <w:pPr>
        <w:spacing w:after="80"/>
      </w:pPr>
      <w:r>
        <w:rPr>
          <w:b w:val="0"/>
          <w:i w:val="0"/>
        </w:rPr>
        <w:t>email và phản hồi nháp, tóm tắt 546 – 549</w:t>
      </w:r>
    </w:p>
    <w:p>
      <w:pPr>
        <w:spacing w:after="80"/>
      </w:pPr>
      <w:r>
        <w:rPr>
          <w:b w:val="0"/>
          <w:i w:val="0"/>
        </w:rPr>
        <w:t>tương tác, với dịch vụ email 549 – 552</w:t>
      </w:r>
    </w:p>
    <w:p>
      <w:pPr>
        <w:spacing w:after="80"/>
      </w:pPr>
      <w:r>
        <w:rPr>
          <w:b w:val="0"/>
          <w:i w:val="0"/>
        </w:rPr>
        <w:t>ngày cuối cùng, lấy email đã nhận 554</w:t>
      </w:r>
    </w:p>
    <w:p>
      <w:pPr>
        <w:spacing w:after="80"/>
      </w:pPr>
      <w:r>
        <w:rPr>
          <w:b w:val="0"/>
          <w:i w:val="0"/>
        </w:rPr>
        <w:t>script email_agent.py 559 – 567</w:t>
      </w:r>
    </w:p>
    <w:p>
      <w:pPr>
        <w:spacing w:after="80"/>
      </w:pPr>
      <w:r>
        <w:rPr>
          <w:b w:val="0"/>
          <w:i w:val="0"/>
        </w:rPr>
        <w:t>email đã gửi, truy xuất 552 – 554</w:t>
      </w:r>
    </w:p>
    <w:p>
      <w:pPr>
        <w:spacing w:after="80"/>
      </w:pPr>
      <w:r>
        <w:rPr>
          <w:b w:val="0"/>
          <w:i w:val="0"/>
        </w:rPr>
        <w:t>email tóm tắt, gửi 558 , 559</w:t>
      </w:r>
    </w:p>
    <w:p>
      <w:pPr>
        <w:spacing w:after="80"/>
      </w:pPr>
      <w:r>
        <w:rPr>
          <w:b w:val="0"/>
          <w:i w:val="0"/>
        </w:rPr>
        <w:t>tác vụ tự động</w:t>
      </w:r>
    </w:p>
    <w:p>
      <w:pPr>
        <w:spacing w:after="80"/>
      </w:pPr>
      <w:r>
        <w:rPr>
          <w:b w:val="0"/>
          <w:i w:val="0"/>
        </w:rPr>
        <w:t>cron job, thiết lập 59 – 65</w:t>
      </w:r>
    </w:p>
    <w:p>
      <w:pPr>
        <w:spacing w:after="80"/>
      </w:pPr>
      <w:r>
        <w:rPr>
          <w:b w:val="0"/>
          <w:i w:val="0"/>
        </w:rPr>
        <w:t>thông báo email, gửi 71 – 75</w:t>
      </w:r>
    </w:p>
    <w:p>
      <w:pPr>
        <w:spacing w:after="80"/>
      </w:pPr>
      <w:r>
        <w:rPr>
          <w:b w:val="0"/>
          <w:i w:val="0"/>
        </w:rPr>
        <w:t>lỗi và vấn đề, ghi nhận 65 – 70</w:t>
      </w:r>
    </w:p>
    <w:p>
      <w:pPr>
        <w:spacing w:after="80"/>
      </w:pPr>
      <w:r>
        <w:rPr>
          <w:b w:val="0"/>
          <w:i w:val="0"/>
        </w:rPr>
        <w:t>chuẩn bị 52 – 58</w:t>
      </w:r>
    </w:p>
    <w:p>
      <w:pPr>
        <w:spacing w:after="80"/>
      </w:pPr>
      <w:r>
        <w:rPr>
          <w:b w:val="0"/>
          <w:i w:val="0"/>
        </w:rPr>
        <w:t>B</w:t>
      </w:r>
    </w:p>
    <w:p>
      <w:pPr>
        <w:spacing w:after="80"/>
      </w:pPr>
      <w:r>
        <w:rPr>
          <w:b w:val="0"/>
          <w:i w:val="0"/>
        </w:rPr>
        <w:t>Mô-đun Beautiful Soup 82</w:t>
      </w:r>
    </w:p>
    <w:p>
      <w:pPr>
        <w:spacing w:after="80"/>
      </w:pPr>
      <w:r>
        <w:rPr>
          <w:b w:val="0"/>
          <w:i w:val="0"/>
        </w:rPr>
        <w:t>BotFather 410</w:t>
      </w:r>
    </w:p>
    <w:p>
      <w:pPr>
        <w:spacing w:after="80"/>
      </w:pPr>
      <w:r>
        <w:rPr>
          <w:b w:val="0"/>
          <w:i w:val="0"/>
        </w:rPr>
        <w:t>cookie trình duyệt</w:t>
      </w:r>
    </w:p>
    <w:p>
      <w:pPr>
        <w:spacing w:after="80"/>
      </w:pPr>
      <w:r>
        <w:rPr>
          <w:b w:val="0"/>
          <w:i w:val="0"/>
        </w:rPr>
        <w:t>trang web, truy cập bằng 121 – 126</w:t>
      </w:r>
    </w:p>
    <w:p>
      <w:pPr>
        <w:spacing w:after="80"/>
      </w:pPr>
      <w:r>
        <w:rPr>
          <w:b w:val="0"/>
          <w:i w:val="0"/>
        </w:rPr>
        <w:t>lỗi 615</w:t>
      </w:r>
    </w:p>
    <w:p>
      <w:pPr>
        <w:spacing w:after="80"/>
      </w:pPr>
      <w:r>
        <w:rPr>
          <w:b w:val="0"/>
          <w:i w:val="0"/>
        </w:rPr>
        <w:t>C</w:t>
      </w:r>
    </w:p>
    <w:p>
      <w:pPr>
        <w:spacing w:after="80"/>
      </w:pPr>
      <w:r>
        <w:rPr>
          <w:b w:val="0"/>
          <w:i w:val="0"/>
        </w:rPr>
        <w:t>bảng tính CSV</w:t>
      </w:r>
    </w:p>
    <w:p>
      <w:pPr>
        <w:spacing w:after="80"/>
      </w:pPr>
      <w:r>
        <w:rPr>
          <w:b w:val="0"/>
          <w:i w:val="0"/>
        </w:rPr>
        <w:t>dữ liệu, nhập từ tệp văn bản 272</w:t>
      </w:r>
    </w:p>
    <w:p>
      <w:pPr>
        <w:spacing w:after="80"/>
      </w:pPr>
      <w:r>
        <w:rPr>
          <w:b w:val="0"/>
          <w:i w:val="0"/>
        </w:rPr>
        <w:t>chuẩn bị 268 – 272</w:t>
      </w:r>
    </w:p>
    <w:p>
      <w:pPr>
        <w:spacing w:after="80"/>
      </w:pPr>
      <w:r>
        <w:rPr>
          <w:b w:val="0"/>
          <w:i w:val="0"/>
        </w:rPr>
        <w:t>ChatGPT</w:t>
      </w:r>
    </w:p>
    <w:p>
      <w:pPr>
        <w:spacing w:after="80"/>
      </w:pPr>
      <w:r>
        <w:rPr>
          <w:b w:val="0"/>
          <w:i w:val="0"/>
        </w:rPr>
        <w:t>URL 2</w:t>
      </w:r>
    </w:p>
    <w:p>
      <w:pPr>
        <w:spacing w:after="80"/>
      </w:pPr>
      <w:r>
        <w:rPr>
          <w:b w:val="0"/>
          <w:i w:val="0"/>
        </w:rPr>
        <w:t>Claude</w:t>
      </w:r>
    </w:p>
    <w:p>
      <w:pPr>
        <w:spacing w:after="80"/>
      </w:pPr>
      <w:r>
        <w:rPr>
          <w:b w:val="0"/>
          <w:i w:val="0"/>
        </w:rPr>
        <w:t>URL 2</w:t>
      </w:r>
    </w:p>
    <w:p>
      <w:pPr>
        <w:spacing w:after="80"/>
      </w:pPr>
      <w:r>
        <w:rPr>
          <w:b w:val="0"/>
          <w:i w:val="0"/>
        </w:rPr>
        <w:t>tệp Comma Separated Values (CSV)</w:t>
      </w:r>
    </w:p>
    <w:p>
      <w:pPr>
        <w:spacing w:after="80"/>
      </w:pPr>
      <w:r>
        <w:rPr>
          <w:b w:val="0"/>
          <w:i w:val="0"/>
        </w:rPr>
        <w:t>đọc 147 – 151</w:t>
      </w:r>
    </w:p>
    <w:p>
      <w:pPr>
        <w:spacing w:after="80"/>
      </w:pPr>
      <w:r>
        <w:rPr>
          <w:b w:val="0"/>
          <w:i w:val="0"/>
        </w:rPr>
        <w:t>cập nhật 235 – 238</w:t>
      </w:r>
    </w:p>
    <w:p>
      <w:pPr>
        <w:spacing w:after="80"/>
      </w:pPr>
      <w:r>
        <w:rPr>
          <w:b w:val="0"/>
          <w:i w:val="0"/>
        </w:rPr>
        <w:t>writing 232 – 235</w:t>
      </w:r>
    </w:p>
    <w:p>
      <w:pPr>
        <w:spacing w:after="80"/>
      </w:pPr>
      <w:r>
        <w:rPr>
          <w:b w:val="0"/>
          <w:i w:val="0"/>
        </w:rPr>
        <w:t>Copilot</w:t>
      </w:r>
    </w:p>
    <w:p>
      <w:pPr>
        <w:spacing w:after="80"/>
      </w:pPr>
      <w:r>
        <w:rPr>
          <w:b w:val="0"/>
          <w:i w:val="0"/>
        </w:rPr>
        <w:t>URL 2</w:t>
      </w:r>
    </w:p>
    <w:p>
      <w:pPr>
        <w:spacing w:after="80"/>
      </w:pPr>
      <w:r>
        <w:rPr>
          <w:b w:val="0"/>
          <w:i w:val="0"/>
        </w:rPr>
        <w:t>Tấn công Cross-Site Request Forgery (CSRF) 108</w:t>
      </w:r>
    </w:p>
    <w:p>
      <w:pPr>
        <w:spacing w:after="80"/>
      </w:pPr>
      <w:r>
        <w:rPr>
          <w:b w:val="0"/>
          <w:i w:val="0"/>
        </w:rPr>
        <w:t>định dạng ô</w:t>
      </w:r>
    </w:p>
    <w:p>
      <w:pPr>
        <w:spacing w:after="80"/>
      </w:pPr>
      <w:r>
        <w:rPr>
          <w:b w:val="0"/>
          <w:i w:val="0"/>
        </w:rPr>
        <w:t>làm việc với, trong bảng tính Excel 253 – 258</w:t>
      </w:r>
    </w:p>
    <w:p>
      <w:pPr>
        <w:spacing w:after="80"/>
      </w:pPr>
      <w:r>
        <w:rPr>
          <w:b w:val="0"/>
          <w:i w:val="0"/>
        </w:rPr>
        <w:t>biểu đồ</w:t>
      </w:r>
    </w:p>
    <w:p>
      <w:pPr>
        <w:spacing w:after="80"/>
      </w:pPr>
      <w:r>
        <w:rPr>
          <w:b w:val="0"/>
          <w:i w:val="0"/>
        </w:rPr>
        <w:t>tạo, trong bảng tính Excel 249 – 253</w:t>
      </w:r>
    </w:p>
    <w:p>
      <w:pPr>
        <w:spacing w:after="80"/>
      </w:pPr>
      <w:r>
        <w:rPr>
          <w:b w:val="0"/>
          <w:i w:val="0"/>
        </w:rPr>
        <w:t>vẽ, với plotly 360 – 365</w:t>
      </w:r>
    </w:p>
    <w:p>
      <w:pPr>
        <w:spacing w:after="80"/>
      </w:pPr>
      <w:r>
        <w:rPr>
          <w:b w:val="0"/>
          <w:i w:val="0"/>
        </w:rPr>
        <w:t>lưu 357 – 360</w:t>
      </w:r>
    </w:p>
    <w:p>
      <w:pPr>
        <w:spacing w:after="80"/>
      </w:pPr>
      <w:r>
        <w:rPr>
          <w:b w:val="0"/>
          <w:i w:val="0"/>
        </w:rPr>
        <w:t>chatbot</w:t>
      </w:r>
    </w:p>
    <w:p>
      <w:pPr>
        <w:spacing w:after="80"/>
      </w:pPr>
      <w:r>
        <w:rPr>
          <w:b w:val="0"/>
          <w:i w:val="0"/>
        </w:rPr>
        <w:t>tạo 461 – 467</w:t>
      </w:r>
    </w:p>
    <w:p>
      <w:pPr>
        <w:spacing w:after="80"/>
      </w:pPr>
      <w:r>
        <w:rPr>
          <w:b w:val="0"/>
          <w:i w:val="0"/>
        </w:rPr>
        <w:t>nhấp chuột</w:t>
      </w:r>
    </w:p>
    <w:p>
      <w:pPr>
        <w:spacing w:after="80"/>
      </w:pPr>
      <w:r>
        <w:rPr>
          <w:b w:val="0"/>
          <w:i w:val="0"/>
        </w:rPr>
        <w:t>liên kết tham chiếu 43</w:t>
      </w:r>
    </w:p>
    <w:p>
      <w:pPr>
        <w:spacing w:after="80"/>
      </w:pPr>
      <w:r>
        <w:rPr>
          <w:b w:val="0"/>
          <w:i w:val="0"/>
        </w:rPr>
        <w:t>đối số dòng lệnh</w:t>
      </w:r>
    </w:p>
    <w:p>
      <w:pPr>
        <w:spacing w:after="80"/>
      </w:pPr>
      <w:r>
        <w:rPr>
          <w:b w:val="0"/>
          <w:i w:val="0"/>
        </w:rPr>
        <w:t>thêm 43 – 47</w:t>
      </w:r>
    </w:p>
    <w:p>
      <w:pPr>
        <w:spacing w:after="80"/>
      </w:pPr>
      <w:r>
        <w:rPr>
          <w:b w:val="0"/>
          <w:i w:val="0"/>
        </w:rPr>
        <w:t>các kênh liên lạc</w:t>
      </w:r>
    </w:p>
    <w:p>
      <w:pPr>
        <w:spacing w:after="80"/>
      </w:pPr>
      <w:r>
        <w:rPr>
          <w:b w:val="0"/>
          <w:i w:val="0"/>
        </w:rPr>
        <w:t>email, đọc 380 – 384</w:t>
      </w:r>
    </w:p>
    <w:p>
      <w:pPr>
        <w:spacing w:after="80"/>
      </w:pPr>
      <w:r>
        <w:rPr>
          <w:b w:val="0"/>
          <w:i w:val="0"/>
        </w:rPr>
        <w:t>email cá nhân, gửi 375 – 380</w:t>
      </w:r>
    </w:p>
    <w:p>
      <w:pPr>
        <w:spacing w:after="80"/>
      </w:pPr>
      <w:r>
        <w:rPr>
          <w:b w:val="0"/>
          <w:i w:val="0"/>
        </w:rPr>
        <w:t>thông báo, gửi qua email 390 – 395</w:t>
      </w:r>
    </w:p>
    <w:p>
      <w:pPr>
        <w:spacing w:after="80"/>
      </w:pPr>
      <w:r>
        <w:rPr>
          <w:b w:val="0"/>
          <w:i w:val="0"/>
        </w:rPr>
        <w:t>tin nhắn SMS, tạo 395 – 399</w:t>
      </w:r>
    </w:p>
    <w:p>
      <w:pPr>
        <w:spacing w:after="80"/>
      </w:pPr>
      <w:r>
        <w:rPr>
          <w:b w:val="0"/>
          <w:i w:val="0"/>
        </w:rPr>
        <w:t>tin nhắn SMS, nhận 400 – 409</w:t>
      </w:r>
    </w:p>
    <w:p>
      <w:pPr>
        <w:spacing w:after="80"/>
      </w:pPr>
      <w:r>
        <w:rPr>
          <w:b w:val="0"/>
          <w:i w:val="0"/>
        </w:rPr>
        <w:t>người đăng ký, thêm vào bản tin email 384 – 389</w:t>
      </w:r>
    </w:p>
    <w:p>
      <w:pPr>
        <w:spacing w:after="80"/>
      </w:pPr>
      <w:r>
        <w:rPr>
          <w:b w:val="0"/>
          <w:i w:val="0"/>
        </w:rPr>
        <w:t>Telegram bot, tạo 410 – 417</w:t>
      </w:r>
    </w:p>
    <w:p>
      <w:pPr>
        <w:spacing w:after="80"/>
      </w:pPr>
      <w:r>
        <w:rPr>
          <w:b w:val="0"/>
          <w:i w:val="0"/>
        </w:rPr>
        <w:t>làm việc, với các mẫu email 368 – 375</w:t>
      </w:r>
    </w:p>
    <w:p>
      <w:pPr>
        <w:spacing w:after="80"/>
      </w:pPr>
      <w:r>
        <w:rPr>
          <w:b w:val="0"/>
          <w:i w:val="0"/>
        </w:rPr>
        <w:t>hằng số 58</w:t>
      </w:r>
    </w:p>
    <w:p>
      <w:pPr>
        <w:spacing w:after="80"/>
      </w:pPr>
      <w:r>
        <w:rPr>
          <w:b w:val="0"/>
          <w:i w:val="0"/>
        </w:rPr>
        <w:t>cron job</w:t>
      </w:r>
    </w:p>
    <w:p>
      <w:pPr>
        <w:spacing w:after="80"/>
      </w:pPr>
      <w:r>
        <w:rPr>
          <w:b w:val="0"/>
          <w:i w:val="0"/>
        </w:rPr>
        <w:t>thiết lập 59 – 65</w:t>
      </w:r>
    </w:p>
    <w:p>
      <w:pPr>
        <w:spacing w:after="80"/>
      </w:pPr>
      <w:r>
        <w:rPr>
          <w:b w:val="0"/>
          <w:i w:val="0"/>
        </w:rPr>
        <w:t>tài liệu mô-đun csv</w:t>
      </w:r>
    </w:p>
    <w:p>
      <w:pPr>
        <w:spacing w:after="80"/>
      </w:pPr>
      <w:r>
        <w:rPr>
          <w:b w:val="0"/>
          <w:i w:val="0"/>
        </w:rPr>
        <w:t>liên kết tham khảo 235</w:t>
      </w:r>
    </w:p>
    <w:p>
      <w:pPr>
        <w:spacing w:after="80"/>
      </w:pPr>
      <w:r>
        <w:rPr>
          <w:b w:val="0"/>
          <w:i w:val="0"/>
        </w:rPr>
        <w:t>dựa trên tiền tệ, theo vị trí</w:t>
      </w:r>
    </w:p>
    <w:p>
      <w:pPr>
        <w:spacing w:after="80"/>
      </w:pPr>
      <w:r>
        <w:rPr>
          <w:b w:val="0"/>
          <w:i w:val="0"/>
        </w:rPr>
        <w:t>thêm vào 273 – 277</w:t>
      </w:r>
    </w:p>
    <w:p>
      <w:pPr>
        <w:spacing w:after="80"/>
      </w:pPr>
      <w:r>
        <w:rPr>
          <w:b w:val="0"/>
          <w:i w:val="0"/>
        </w:rPr>
        <w:t>khách hàng, trên kênh ưu tiên</w:t>
      </w:r>
    </w:p>
    <w:p>
      <w:pPr>
        <w:spacing w:after="80"/>
      </w:pPr>
      <w:r>
        <w:rPr>
          <w:b w:val="0"/>
          <w:i w:val="0"/>
        </w:rPr>
        <w:t>thông báo, gửi đến 434 – 440</w:t>
      </w:r>
    </w:p>
    <w:p>
      <w:pPr>
        <w:spacing w:after="80"/>
      </w:pPr>
      <w:r>
        <w:rPr>
          <w:b w:val="0"/>
          <w:i w:val="0"/>
        </w:rPr>
        <w:t>D</w:t>
      </w:r>
    </w:p>
    <w:p>
      <w:pPr>
        <w:spacing w:after="80"/>
      </w:pPr>
      <w:r>
        <w:rPr>
          <w:b w:val="0"/>
          <w:i w:val="0"/>
        </w:rPr>
        <w:t>dữ liệu</w:t>
      </w:r>
    </w:p>
    <w:p>
      <w:pPr>
        <w:spacing w:after="80"/>
      </w:pPr>
      <w:r>
        <w:rPr>
          <w:b w:val="0"/>
          <w:i w:val="0"/>
        </w:rPr>
        <w:t>trích xuất, từ chuỗi có cấu trúc 22 – 24</w:t>
      </w:r>
    </w:p>
    <w:p>
      <w:pPr>
        <w:spacing w:after="80"/>
      </w:pPr>
      <w:r>
        <w:rPr>
          <w:b w:val="0"/>
          <w:i w:val="0"/>
        </w:rPr>
        <w:t>xử lý, song song 300 – 306</w:t>
      </w:r>
    </w:p>
    <w:p>
      <w:pPr>
        <w:spacing w:after="80"/>
      </w:pPr>
      <w:r>
        <w:rPr>
          <w:b w:val="0"/>
          <w:i w:val="0"/>
        </w:rPr>
        <w:t>xử lý, với Pandas 307 – 316</w:t>
      </w:r>
    </w:p>
    <w:p>
      <w:pPr>
        <w:spacing w:after="80"/>
      </w:pPr>
      <w:r>
        <w:rPr>
          <w:b w:val="0"/>
          <w:i w:val="0"/>
        </w:rPr>
        <w:t>định dạng ngày</w:t>
      </w:r>
    </w:p>
    <w:p>
      <w:pPr>
        <w:spacing w:after="80"/>
      </w:pPr>
      <w:r>
        <w:rPr>
          <w:b w:val="0"/>
          <w:i w:val="0"/>
        </w:rPr>
        <w:t>chuẩn hóa 278 – 284</w:t>
      </w:r>
    </w:p>
    <w:p>
      <w:pPr>
        <w:spacing w:after="80"/>
      </w:pPr>
      <w:r>
        <w:rPr>
          <w:b w:val="0"/>
          <w:i w:val="0"/>
        </w:rPr>
        <w:t>gỡ lỗi 615</w:t>
      </w:r>
    </w:p>
    <w:p>
      <w:pPr>
        <w:spacing w:after="80"/>
      </w:pPr>
      <w:r>
        <w:rPr>
          <w:b w:val="0"/>
          <w:i w:val="0"/>
        </w:rPr>
        <w:t>kỹ năng, cải thiện 632 – 640</w:t>
      </w:r>
    </w:p>
    <w:p>
      <w:pPr>
        <w:spacing w:after="80"/>
      </w:pPr>
      <w:r>
        <w:rPr>
          <w:b w:val="0"/>
          <w:i w:val="0"/>
        </w:rPr>
        <w:t>thông qua, ghi log 621 – 625</w:t>
      </w:r>
    </w:p>
    <w:p>
      <w:pPr>
        <w:spacing w:after="80"/>
      </w:pPr>
      <w:r>
        <w:rPr>
          <w:b w:val="0"/>
          <w:i w:val="0"/>
        </w:rPr>
        <w:t>với điểm dừng (breakpoint) 626 – 631</w:t>
      </w:r>
    </w:p>
    <w:p>
      <w:pPr>
        <w:spacing w:after="80"/>
      </w:pPr>
      <w:r>
        <w:rPr>
          <w:b w:val="0"/>
          <w:i w:val="0"/>
        </w:rPr>
        <w:t>độ thập phân (DD) 162</w:t>
      </w:r>
    </w:p>
    <w:p>
      <w:pPr>
        <w:spacing w:after="80"/>
      </w:pPr>
      <w:r>
        <w:rPr>
          <w:b w:val="0"/>
          <w:i w:val="0"/>
        </w:rPr>
        <w:t>cách tiếp cận khai báo (declarative) 314</w:t>
      </w:r>
    </w:p>
    <w:p>
      <w:pPr>
        <w:spacing w:after="80"/>
      </w:pPr>
      <w:r>
        <w:rPr>
          <w:b w:val="0"/>
          <w:i w:val="0"/>
        </w:rPr>
        <w:t>độ, thập phân, phút (DDM) 162</w:t>
      </w:r>
    </w:p>
    <w:p>
      <w:pPr>
        <w:spacing w:after="80"/>
      </w:pPr>
      <w:r>
        <w:rPr>
          <w:b w:val="0"/>
          <w:i w:val="0"/>
        </w:rPr>
        <w:t>độ, phút, giây (DMS) 162</w:t>
      </w:r>
    </w:p>
    <w:p>
      <w:pPr>
        <w:spacing w:after="80"/>
      </w:pPr>
      <w:r>
        <w:rPr>
          <w:b w:val="0"/>
          <w:i w:val="0"/>
        </w:rPr>
        <w:t>giả lập phụ thuộc (dependency mocking)</w:t>
      </w:r>
    </w:p>
    <w:p>
      <w:pPr>
        <w:spacing w:after="80"/>
      </w:pPr>
      <w:r>
        <w:rPr>
          <w:b w:val="0"/>
          <w:i w:val="0"/>
        </w:rPr>
        <w:t>được dùng để kiểm thử 578 – 584</w:t>
      </w:r>
    </w:p>
    <w:p>
      <w:pPr>
        <w:spacing w:after="80"/>
      </w:pPr>
      <w:r>
        <w:rPr>
          <w:b w:val="0"/>
          <w:i w:val="0"/>
        </w:rPr>
        <w:t>thư mục</w:t>
      </w:r>
    </w:p>
    <w:p>
      <w:pPr>
        <w:spacing w:after="80"/>
      </w:pPr>
      <w:r>
        <w:rPr>
          <w:b w:val="0"/>
          <w:i w:val="0"/>
        </w:rPr>
        <w:t>thu thập dữ liệu và tìm kiếm 134 – 138</w:t>
      </w:r>
    </w:p>
    <w:p>
      <w:pPr>
        <w:spacing w:after="80"/>
      </w:pPr>
      <w:r>
        <w:rPr>
          <w:b w:val="0"/>
          <w:i w:val="0"/>
        </w:rPr>
        <w:t>tài liệu</w:t>
      </w:r>
    </w:p>
    <w:p>
      <w:pPr>
        <w:spacing w:after="80"/>
      </w:pPr>
      <w:r>
        <w:rPr>
          <w:b w:val="0"/>
          <w:i w:val="0"/>
        </w:rPr>
        <w:t>quét, để tìm từ khóa 173 – 176</w:t>
      </w:r>
    </w:p>
    <w:p>
      <w:pPr>
        <w:spacing w:after="80"/>
      </w:pPr>
      <w:r>
        <w:rPr>
          <w:b w:val="0"/>
          <w:i w:val="0"/>
        </w:rPr>
        <w:t>bản nháp phản hồi</w:t>
      </w:r>
    </w:p>
    <w:p>
      <w:pPr>
        <w:spacing w:after="80"/>
      </w:pPr>
      <w:r>
        <w:rPr>
          <w:b w:val="0"/>
          <w:i w:val="0"/>
        </w:rPr>
        <w:t>tóm tắt, theo cách tác tử (agentically) 546 – 549</w:t>
      </w:r>
    </w:p>
    <w:p>
      <w:pPr>
        <w:spacing w:after="80"/>
      </w:pPr>
      <w:r>
        <w:rPr>
          <w:b w:val="0"/>
          <w:i w:val="0"/>
        </w:rPr>
        <w:t>E</w:t>
      </w:r>
    </w:p>
    <w:p>
      <w:pPr>
        <w:spacing w:after="80"/>
      </w:pPr>
      <w:r>
        <w:rPr>
          <w:b w:val="0"/>
          <w:i w:val="0"/>
        </w:rPr>
        <w:t>bảng tính Excel</w:t>
      </w:r>
    </w:p>
    <w:p>
      <w:pPr>
        <w:spacing w:after="80"/>
      </w:pPr>
      <w:r>
        <w:rPr>
          <w:b w:val="0"/>
          <w:i w:val="0"/>
        </w:rPr>
        <w:t>biểu đồ, tạo trong 249 – 253</w:t>
      </w:r>
    </w:p>
    <w:p>
      <w:pPr>
        <w:spacing w:after="80"/>
      </w:pPr>
      <w:r>
        <w:rPr>
          <w:b w:val="0"/>
          <w:i w:val="0"/>
        </w:rPr>
        <w:t>trang tính mới, tạo trong 245 – 248</w:t>
      </w:r>
    </w:p>
    <w:p>
      <w:pPr>
        <w:spacing w:after="80"/>
      </w:pPr>
      <w:r>
        <w:rPr>
          <w:b w:val="0"/>
          <w:i w:val="0"/>
        </w:rPr>
        <w:t>Python, sử dụng trong 259 – 265</w:t>
      </w:r>
    </w:p>
    <w:p>
      <w:pPr>
        <w:spacing w:after="80"/>
      </w:pPr>
      <w:r>
        <w:rPr>
          <w:b w:val="0"/>
          <w:i w:val="0"/>
        </w:rPr>
        <w:t>đọc 238 – 241</w:t>
      </w:r>
    </w:p>
    <w:p>
      <w:pPr>
        <w:spacing w:after="80"/>
      </w:pPr>
      <w:r>
        <w:rPr>
          <w:b w:val="0"/>
          <w:i w:val="0"/>
        </w:rPr>
        <w:t>cập nhật 242 – 245</w:t>
      </w:r>
    </w:p>
    <w:p>
      <w:pPr>
        <w:spacing w:after="80"/>
      </w:pPr>
      <w:r>
        <w:rPr>
          <w:b w:val="0"/>
          <w:i w:val="0"/>
        </w:rPr>
        <w:t>đang hoạt động, với các định dạng ô trong 253 – 258</w:t>
      </w:r>
    </w:p>
    <w:p>
      <w:pPr>
        <w:spacing w:after="80"/>
      </w:pPr>
      <w:r>
        <w:rPr>
          <w:b w:val="0"/>
          <w:i w:val="0"/>
        </w:rPr>
        <w:t>Tệp hình ảnh có thể trao đổi (EXIF) 158</w:t>
      </w:r>
    </w:p>
    <w:p>
      <w:pPr>
        <w:spacing w:after="80"/>
      </w:pPr>
      <w:r>
        <w:rPr>
          <w:b w:val="0"/>
          <w:i w:val="0"/>
        </w:rPr>
        <w:t>email</w:t>
      </w:r>
    </w:p>
    <w:p>
      <w:pPr>
        <w:spacing w:after="80"/>
      </w:pPr>
      <w:r>
        <w:rPr>
          <w:b w:val="0"/>
          <w:i w:val="0"/>
        </w:rPr>
        <w:t>thông báo, gửi 71 – 75</w:t>
      </w:r>
    </w:p>
    <w:p>
      <w:pPr>
        <w:spacing w:after="80"/>
      </w:pPr>
      <w:r>
        <w:rPr>
          <w:b w:val="0"/>
          <w:i w:val="0"/>
        </w:rPr>
        <w:t>thông báo, gửi qua 390 – 395</w:t>
      </w:r>
    </w:p>
    <w:p>
      <w:pPr>
        <w:spacing w:after="80"/>
      </w:pPr>
      <w:r>
        <w:rPr>
          <w:b w:val="0"/>
          <w:i w:val="0"/>
        </w:rPr>
        <w:t>đọc 380 – 384</w:t>
      </w:r>
    </w:p>
    <w:p>
      <w:pPr>
        <w:spacing w:after="80"/>
      </w:pPr>
      <w:r>
        <w:rPr>
          <w:b w:val="0"/>
          <w:i w:val="0"/>
        </w:rPr>
        <w:t>tóm tắt 546 – 549</w:t>
      </w:r>
    </w:p>
    <w:p>
      <w:pPr>
        <w:spacing w:after="80"/>
      </w:pPr>
      <w:r>
        <w:rPr>
          <w:b w:val="0"/>
          <w:i w:val="0"/>
        </w:rPr>
        <w:t>bản tin email</w:t>
      </w:r>
    </w:p>
    <w:p>
      <w:pPr>
        <w:spacing w:after="80"/>
      </w:pPr>
      <w:r>
        <w:rPr>
          <w:b w:val="0"/>
          <w:i w:val="0"/>
        </w:rPr>
        <w:t>người đăng ký, thêm vào 384 – 389</w:t>
      </w:r>
    </w:p>
    <w:p>
      <w:pPr>
        <w:spacing w:after="80"/>
      </w:pPr>
      <w:r>
        <w:rPr>
          <w:b w:val="0"/>
          <w:i w:val="0"/>
        </w:rPr>
        <w:t>mẫu email</w:t>
      </w:r>
    </w:p>
    <w:p>
      <w:pPr>
        <w:spacing w:after="80"/>
      </w:pPr>
      <w:r>
        <w:rPr>
          <w:b w:val="0"/>
          <w:i w:val="0"/>
        </w:rPr>
        <w:t>làm việc với 368 – 373</w:t>
      </w:r>
    </w:p>
    <w:p>
      <w:pPr>
        <w:spacing w:after="80"/>
      </w:pPr>
      <w:r>
        <w:rPr>
          <w:b w:val="0"/>
          <w:i w:val="0"/>
        </w:rPr>
        <w:t>email-validator 35</w:t>
      </w:r>
    </w:p>
    <w:p>
      <w:pPr>
        <w:spacing w:after="80"/>
      </w:pPr>
      <w:r>
        <w:rPr>
          <w:b w:val="0"/>
          <w:i w:val="0"/>
        </w:rPr>
        <w:t>bảng mã hóa</w:t>
      </w:r>
    </w:p>
    <w:p>
      <w:pPr>
        <w:spacing w:after="80"/>
      </w:pPr>
      <w:r>
        <w:rPr>
          <w:b w:val="0"/>
          <w:i w:val="0"/>
        </w:rPr>
        <w:t>xử lý 142 – 147</w:t>
      </w:r>
    </w:p>
    <w:p>
      <w:pPr>
        <w:spacing w:after="80"/>
      </w:pPr>
      <w:r>
        <w:rPr>
          <w:b w:val="0"/>
          <w:i w:val="0"/>
        </w:rPr>
        <w:t>trình thực thi 127</w:t>
      </w:r>
    </w:p>
    <w:p>
      <w:pPr>
        <w:spacing w:after="80"/>
      </w:pPr>
      <w:r>
        <w:rPr>
          <w:b w:val="0"/>
          <w:i w:val="0"/>
        </w:rPr>
        <w:t>mã bên ngoài</w:t>
      </w:r>
    </w:p>
    <w:p>
      <w:pPr>
        <w:spacing w:after="80"/>
      </w:pPr>
      <w:r>
        <w:rPr>
          <w:b w:val="0"/>
          <w:i w:val="0"/>
        </w:rPr>
        <w:t>kiểm thử 575 – 577</w:t>
      </w:r>
    </w:p>
    <w:p>
      <w:pPr>
        <w:spacing w:after="80"/>
      </w:pPr>
      <w:r>
        <w:rPr>
          <w:b w:val="0"/>
          <w:i w:val="0"/>
        </w:rPr>
        <w:t>F</w:t>
      </w:r>
    </w:p>
    <w:p>
      <w:pPr>
        <w:spacing w:after="80"/>
      </w:pPr>
      <w:r>
        <w:rPr>
          <w:b w:val="0"/>
          <w:i w:val="0"/>
        </w:rPr>
        <w:t>nguồn cấp dữ liệu</w:t>
      </w:r>
    </w:p>
    <w:p>
      <w:pPr>
        <w:spacing w:after="80"/>
      </w:pPr>
      <w:r>
        <w:rPr>
          <w:b w:val="0"/>
          <w:i w:val="0"/>
        </w:rPr>
        <w:t>đăng ký theo dõi 93 – 97</w:t>
      </w:r>
    </w:p>
    <w:p>
      <w:pPr>
        <w:spacing w:after="80"/>
      </w:pPr>
      <w:r>
        <w:rPr>
          <w:b w:val="0"/>
          <w:i w:val="0"/>
        </w:rPr>
        <w:t>siêu dữ liệu tệp</w:t>
      </w:r>
    </w:p>
    <w:p>
      <w:pPr>
        <w:spacing w:after="80"/>
      </w:pPr>
      <w:r>
        <w:rPr>
          <w:b w:val="0"/>
          <w:i w:val="0"/>
        </w:rPr>
        <w:t>đọc 154 – 157</w:t>
      </w:r>
    </w:p>
    <w:p>
      <w:pPr>
        <w:spacing w:after="80"/>
      </w:pPr>
      <w:r>
        <w:rPr>
          <w:b w:val="0"/>
          <w:i w:val="0"/>
        </w:rPr>
        <w:t>thuộc tính phông chữ 199</w:t>
      </w:r>
    </w:p>
    <w:p>
      <w:pPr>
        <w:spacing w:after="80"/>
      </w:pPr>
      <w:r>
        <w:rPr>
          <w:b w:val="0"/>
          <w:i w:val="0"/>
        </w:rPr>
        <w:t>biểu mẫu</w:t>
      </w:r>
    </w:p>
    <w:p>
      <w:pPr>
        <w:spacing w:after="80"/>
      </w:pPr>
      <w:r>
        <w:rPr>
          <w:b w:val="0"/>
          <w:i w:val="0"/>
        </w:rPr>
        <w:t>tương tác với 102 – 108</w:t>
      </w:r>
    </w:p>
    <w:p>
      <w:pPr>
        <w:spacing w:after="80"/>
      </w:pPr>
      <w:r>
        <w:rPr>
          <w:b w:val="0"/>
          <w:i w:val="0"/>
        </w:rPr>
        <w:t>G</w:t>
      </w:r>
    </w:p>
    <w:p>
      <w:pPr>
        <w:spacing w:after="80"/>
      </w:pPr>
      <w:r>
        <w:rPr>
          <w:b w:val="0"/>
          <w:i w:val="0"/>
        </w:rPr>
        <w:t>Gemini</w:t>
      </w:r>
    </w:p>
    <w:p>
      <w:pPr>
        <w:spacing w:after="80"/>
      </w:pPr>
      <w:r>
        <w:rPr>
          <w:b w:val="0"/>
          <w:i w:val="0"/>
        </w:rPr>
        <w:t>URL 2</w:t>
      </w:r>
    </w:p>
    <w:p>
      <w:pPr>
        <w:spacing w:after="80"/>
      </w:pPr>
      <w:r>
        <w:rPr>
          <w:b w:val="0"/>
          <w:i w:val="0"/>
        </w:rPr>
        <w:t>ứng dụng GenAI</w:t>
      </w:r>
    </w:p>
    <w:p>
      <w:pPr>
        <w:spacing w:after="80"/>
      </w:pPr>
      <w:r>
        <w:rPr>
          <w:b w:val="0"/>
          <w:i w:val="0"/>
        </w:rPr>
        <w:t>mô hình AI 459 , 460</w:t>
      </w:r>
    </w:p>
    <w:p>
      <w:pPr>
        <w:spacing w:after="80"/>
      </w:pPr>
      <w:r>
        <w:rPr>
          <w:b w:val="0"/>
          <w:i w:val="0"/>
        </w:rPr>
        <w:t>các thành phần 458 , 459</w:t>
      </w:r>
    </w:p>
    <w:p>
      <w:pPr>
        <w:spacing w:after="80"/>
      </w:pPr>
      <w:r>
        <w:rPr>
          <w:b w:val="0"/>
          <w:i w:val="0"/>
        </w:rPr>
        <w:t>Google Calendar, các cuộc họp</w:t>
      </w:r>
    </w:p>
    <w:p>
      <w:pPr>
        <w:spacing w:after="80"/>
      </w:pPr>
      <w:r>
        <w:rPr>
          <w:b w:val="0"/>
          <w:i w:val="0"/>
        </w:rPr>
        <w:t>chuẩn bị, bằng cách kết hợp dữ liệu từ các công cụ khác nhau 520 – 533</w:t>
      </w:r>
    </w:p>
    <w:p>
      <w:pPr>
        <w:spacing w:after="80"/>
      </w:pPr>
      <w:r>
        <w:rPr>
          <w:b w:val="0"/>
          <w:i w:val="0"/>
        </w:rPr>
        <w:t>trình tạo</w:t>
      </w:r>
    </w:p>
    <w:p>
      <w:pPr>
        <w:spacing w:after="80"/>
      </w:pPr>
      <w:r>
        <w:rPr>
          <w:b w:val="0"/>
          <w:i w:val="0"/>
        </w:rPr>
        <w:t>liên kết tham khảo 598</w:t>
      </w:r>
    </w:p>
    <w:p>
      <w:pPr>
        <w:spacing w:after="80"/>
      </w:pPr>
      <w:r>
        <w:rPr>
          <w:b w:val="0"/>
          <w:i w:val="0"/>
        </w:rPr>
        <w:t>tài liệu geopandas</w:t>
      </w:r>
    </w:p>
    <w:p>
      <w:pPr>
        <w:spacing w:after="80"/>
      </w:pPr>
      <w:r>
        <w:rPr>
          <w:b w:val="0"/>
          <w:i w:val="0"/>
        </w:rPr>
        <w:t>liên kết tham khảo 346</w:t>
      </w:r>
    </w:p>
    <w:p>
      <w:pPr>
        <w:spacing w:after="80"/>
      </w:pPr>
      <w:r>
        <w:rPr>
          <w:b w:val="0"/>
          <w:i w:val="0"/>
        </w:rPr>
        <w:t>glob 303</w:t>
      </w:r>
    </w:p>
    <w:p>
      <w:pPr>
        <w:spacing w:after="80"/>
      </w:pPr>
      <w:r>
        <w:rPr>
          <w:b w:val="0"/>
          <w:i w:val="0"/>
        </w:rPr>
        <w:t>mô hình gpt-5.4 465</w:t>
      </w:r>
    </w:p>
    <w:p>
      <w:pPr>
        <w:spacing w:after="80"/>
      </w:pPr>
      <w:r>
        <w:rPr>
          <w:b w:val="0"/>
          <w:i w:val="0"/>
        </w:rPr>
        <w:t>đồ thị</w:t>
      </w:r>
    </w:p>
    <w:p>
      <w:pPr>
        <w:spacing w:after="80"/>
      </w:pPr>
      <w:r>
        <w:rPr>
          <w:b w:val="0"/>
          <w:i w:val="0"/>
        </w:rPr>
        <w:t>kết hợp 353 – 357</w:t>
      </w:r>
    </w:p>
    <w:p>
      <w:pPr>
        <w:spacing w:after="80"/>
      </w:pPr>
      <w:r>
        <w:rPr>
          <w:b w:val="0"/>
          <w:i w:val="0"/>
        </w:rPr>
        <w:t>H</w:t>
      </w:r>
    </w:p>
    <w:p>
      <w:pPr>
        <w:spacing w:after="80"/>
      </w:pPr>
      <w:r>
        <w:rPr>
          <w:b w:val="0"/>
          <w:i w:val="0"/>
        </w:rPr>
        <w:t>HTML</w:t>
      </w:r>
    </w:p>
    <w:p>
      <w:pPr>
        <w:spacing w:after="80"/>
      </w:pPr>
      <w:r>
        <w:rPr>
          <w:b w:val="0"/>
          <w:i w:val="0"/>
        </w:rPr>
        <w:t>phân tích cú pháp 82 – 86</w:t>
      </w:r>
    </w:p>
    <w:p>
      <w:pPr>
        <w:spacing w:after="80"/>
      </w:pPr>
      <w:r>
        <w:rPr>
          <w:b w:val="0"/>
          <w:i w:val="0"/>
        </w:rPr>
        <w:t>giả lập lệnh gọi HTTP</w:t>
      </w:r>
    </w:p>
    <w:p>
      <w:pPr>
        <w:spacing w:after="80"/>
      </w:pPr>
      <w:r>
        <w:rPr>
          <w:b w:val="0"/>
          <w:i w:val="0"/>
        </w:rPr>
        <w:t>được sử dụng, để kiểm thử 585 – 593</w:t>
      </w:r>
    </w:p>
    <w:p>
      <w:pPr>
        <w:spacing w:after="80"/>
      </w:pPr>
      <w:r>
        <w:rPr>
          <w:b w:val="0"/>
          <w:i w:val="0"/>
        </w:rPr>
        <w:t>HyperText Transfer Protocol (HTTP) 77</w:t>
      </w:r>
    </w:p>
    <w:p>
      <w:pPr>
        <w:spacing w:after="80"/>
      </w:pPr>
      <w:r>
        <w:rPr>
          <w:b w:val="0"/>
          <w:i w:val="0"/>
        </w:rPr>
        <w:t>băm 431</w:t>
      </w:r>
    </w:p>
    <w:p>
      <w:pPr>
        <w:spacing w:after="80"/>
      </w:pPr>
      <w:r>
        <w:rPr>
          <w:b w:val="0"/>
          <w:i w:val="0"/>
        </w:rPr>
        <w:t>I</w:t>
      </w:r>
    </w:p>
    <w:p>
      <w:pPr>
        <w:spacing w:after="80"/>
      </w:pPr>
      <w:r>
        <w:rPr>
          <w:b w:val="0"/>
          <w:i w:val="0"/>
        </w:rPr>
        <w:t>hình ảnh</w:t>
      </w:r>
    </w:p>
    <w:p>
      <w:pPr>
        <w:spacing w:after="80"/>
      </w:pPr>
      <w:r>
        <w:rPr>
          <w:b w:val="0"/>
          <w:i w:val="0"/>
        </w:rPr>
        <w:t>mô tả 479 – 487</w:t>
      </w:r>
    </w:p>
    <w:p>
      <w:pPr>
        <w:spacing w:after="80"/>
      </w:pPr>
      <w:r>
        <w:rPr>
          <w:b w:val="0"/>
          <w:i w:val="0"/>
        </w:rPr>
        <w:t>tạo 474 – 479</w:t>
      </w:r>
    </w:p>
    <w:p>
      <w:pPr>
        <w:spacing w:after="80"/>
      </w:pPr>
      <w:r>
        <w:rPr>
          <w:b w:val="0"/>
          <w:i w:val="0"/>
        </w:rPr>
        <w:t>đọc 157 – 164</w:t>
      </w:r>
    </w:p>
    <w:p>
      <w:pPr>
        <w:spacing w:after="80"/>
      </w:pPr>
      <w:r>
        <w:rPr>
          <w:b w:val="0"/>
          <w:i w:val="0"/>
        </w:rPr>
        <w:t>email cá nhân</w:t>
      </w:r>
    </w:p>
    <w:p>
      <w:pPr>
        <w:spacing w:after="80"/>
      </w:pPr>
      <w:r>
        <w:rPr>
          <w:b w:val="0"/>
          <w:i w:val="0"/>
        </w:rPr>
        <w:t>gửi 375 – 380</w:t>
      </w:r>
    </w:p>
    <w:p>
      <w:pPr>
        <w:spacing w:after="80"/>
      </w:pPr>
      <w:r>
        <w:rPr>
          <w:b w:val="0"/>
          <w:i w:val="0"/>
        </w:rPr>
        <w:t>J</w:t>
      </w:r>
    </w:p>
    <w:p>
      <w:pPr>
        <w:spacing w:after="80"/>
      </w:pPr>
      <w:r>
        <w:rPr>
          <w:b w:val="0"/>
          <w:i w:val="0"/>
        </w:rPr>
        <w:t>JSON</w:t>
      </w:r>
    </w:p>
    <w:p>
      <w:pPr>
        <w:spacing w:after="80"/>
      </w:pPr>
      <w:r>
        <w:rPr>
          <w:b w:val="0"/>
          <w:i w:val="0"/>
        </w:rPr>
        <w:t>dữ liệu, chuyển đổi 285 – 293</w:t>
      </w:r>
    </w:p>
    <w:p>
      <w:pPr>
        <w:spacing w:after="80"/>
      </w:pPr>
      <w:r>
        <w:rPr>
          <w:b w:val="0"/>
          <w:i w:val="0"/>
        </w:rPr>
        <w:t>dữ liệu, xác thực 285 – 293</w:t>
      </w:r>
    </w:p>
    <w:p>
      <w:pPr>
        <w:spacing w:after="80"/>
      </w:pPr>
      <w:r>
        <w:rPr>
          <w:b w:val="0"/>
          <w:i w:val="0"/>
        </w:rPr>
        <w:t>L</w:t>
      </w:r>
    </w:p>
    <w:p>
      <w:pPr>
        <w:spacing w:after="80"/>
      </w:pPr>
      <w:r>
        <w:rPr>
          <w:b w:val="0"/>
          <w:i w:val="0"/>
        </w:rPr>
        <w:t>chú giải</w:t>
      </w:r>
    </w:p>
    <w:p>
      <w:pPr>
        <w:spacing w:after="80"/>
      </w:pPr>
      <w:r>
        <w:rPr>
          <w:b w:val="0"/>
          <w:i w:val="0"/>
        </w:rPr>
        <w:t>thêm 347 – 352</w:t>
      </w:r>
    </w:p>
    <w:p>
      <w:pPr>
        <w:spacing w:after="80"/>
      </w:pPr>
      <w:r>
        <w:rPr>
          <w:b w:val="0"/>
          <w:i w:val="0"/>
        </w:rPr>
        <w:t>mô hình cục bộ</w:t>
      </w:r>
    </w:p>
    <w:p>
      <w:pPr>
        <w:spacing w:after="80"/>
      </w:pPr>
      <w:r>
        <w:rPr>
          <w:b w:val="0"/>
          <w:i w:val="0"/>
        </w:rPr>
        <w:t>sử dụng 467 – 474</w:t>
      </w:r>
    </w:p>
    <w:p>
      <w:pPr>
        <w:spacing w:after="80"/>
      </w:pPr>
      <w:r>
        <w:rPr>
          <w:b w:val="0"/>
          <w:i w:val="0"/>
        </w:rPr>
        <w:t>các tệp log</w:t>
      </w:r>
    </w:p>
    <w:p>
      <w:pPr>
        <w:spacing w:after="80"/>
      </w:pPr>
      <w:r>
        <w:rPr>
          <w:b w:val="0"/>
          <w:i w:val="0"/>
        </w:rPr>
        <w:t>đọc 151 – 153</w:t>
      </w:r>
    </w:p>
    <w:p>
      <w:pPr>
        <w:spacing w:after="80"/>
      </w:pPr>
      <w:r>
        <w:rPr>
          <w:b w:val="0"/>
          <w:i w:val="0"/>
        </w:rPr>
        <w:t>ghi log</w:t>
      </w:r>
    </w:p>
    <w:p>
      <w:pPr>
        <w:spacing w:after="80"/>
      </w:pPr>
      <w:r>
        <w:rPr>
          <w:b w:val="0"/>
          <w:i w:val="0"/>
        </w:rPr>
        <w:t>gỡ lỗi, qua 621 – 625</w:t>
      </w:r>
    </w:p>
    <w:p>
      <w:pPr>
        <w:spacing w:after="80"/>
      </w:pPr>
      <w:r>
        <w:rPr>
          <w:b w:val="0"/>
          <w:i w:val="0"/>
        </w:rPr>
        <w:t>M</w:t>
      </w:r>
    </w:p>
    <w:p>
      <w:pPr>
        <w:spacing w:after="80"/>
      </w:pPr>
      <w:r>
        <w:rPr>
          <w:b w:val="0"/>
          <w:i w:val="0"/>
        </w:rPr>
        <w:t>máy chủ MCP</w:t>
      </w:r>
    </w:p>
    <w:p>
      <w:pPr>
        <w:spacing w:after="80"/>
      </w:pPr>
      <w:r>
        <w:rPr>
          <w:b w:val="0"/>
          <w:i w:val="0"/>
        </w:rPr>
        <w:t>tạo 506 – 517</w:t>
      </w:r>
    </w:p>
    <w:p>
      <w:pPr>
        <w:spacing w:after="80"/>
      </w:pPr>
      <w:r>
        <w:rPr>
          <w:b w:val="0"/>
          <w:i w:val="0"/>
        </w:rPr>
        <w:t>sử dụng 496 – 505</w:t>
      </w:r>
    </w:p>
    <w:p>
      <w:pPr>
        <w:spacing w:after="80"/>
      </w:pPr>
      <w:r>
        <w:rPr>
          <w:b w:val="0"/>
          <w:i w:val="0"/>
        </w:rPr>
        <w:t>MailChimp</w:t>
      </w:r>
    </w:p>
    <w:p>
      <w:pPr>
        <w:spacing w:after="80"/>
      </w:pPr>
      <w:r>
        <w:rPr>
          <w:b w:val="0"/>
          <w:i w:val="0"/>
        </w:rPr>
        <w:t>URL 384</w:t>
      </w:r>
    </w:p>
    <w:p>
      <w:pPr>
        <w:spacing w:after="80"/>
      </w:pPr>
      <w:r>
        <w:rPr>
          <w:b w:val="0"/>
          <w:i w:val="0"/>
        </w:rPr>
        <w:t>Markdown</w:t>
      </w:r>
    </w:p>
    <w:p>
      <w:pPr>
        <w:spacing w:after="80"/>
      </w:pPr>
      <w:r>
        <w:rPr>
          <w:b w:val="0"/>
          <w:i w:val="0"/>
        </w:rPr>
        <w:t>văn bản, định dạng trong 188 – 192</w:t>
      </w:r>
    </w:p>
    <w:p>
      <w:pPr>
        <w:spacing w:after="80"/>
      </w:pPr>
      <w:r>
        <w:rPr>
          <w:b w:val="0"/>
          <w:i w:val="0"/>
        </w:rPr>
        <w:t>sử dụng 372 – 375</w:t>
      </w:r>
    </w:p>
    <w:p>
      <w:pPr>
        <w:spacing w:after="80"/>
      </w:pPr>
      <w:r>
        <w:rPr>
          <w:b w:val="0"/>
          <w:i w:val="0"/>
        </w:rPr>
        <w:t>Microsoft (MS) Office 192</w:t>
      </w:r>
    </w:p>
    <w:p>
      <w:pPr>
        <w:spacing w:after="80"/>
      </w:pPr>
      <w:r>
        <w:rPr>
          <w:b w:val="0"/>
          <w:i w:val="0"/>
        </w:rPr>
        <w:t>Định luật Moore 330</w:t>
      </w:r>
    </w:p>
    <w:p>
      <w:pPr>
        <w:spacing w:after="80"/>
      </w:pPr>
      <w:r>
        <w:rPr>
          <w:b w:val="0"/>
          <w:i w:val="0"/>
        </w:rPr>
        <w:t>thông tin bản đồ</w:t>
      </w:r>
    </w:p>
    <w:p>
      <w:pPr>
        <w:spacing w:after="80"/>
      </w:pPr>
      <w:r>
        <w:rPr>
          <w:b w:val="0"/>
          <w:i w:val="0"/>
        </w:rPr>
        <w:t>trực quan hóa 338 – 346</w:t>
      </w:r>
    </w:p>
    <w:p>
      <w:pPr>
        <w:spacing w:after="80"/>
      </w:pPr>
      <w:r>
        <w:rPr>
          <w:b w:val="0"/>
          <w:i w:val="0"/>
        </w:rPr>
        <w:t>chiến dịch marketing</w:t>
      </w:r>
    </w:p>
    <w:p>
      <w:pPr>
        <w:spacing w:after="80"/>
      </w:pPr>
      <w:r>
        <w:rPr>
          <w:b w:val="0"/>
          <w:i w:val="0"/>
        </w:rPr>
        <w:t>thông báo, gửi cho khách hàng trên kênh ưa thích 434 – 440</w:t>
      </w:r>
    </w:p>
    <w:p>
      <w:pPr>
        <w:spacing w:after="80"/>
      </w:pPr>
      <w:r>
        <w:rPr>
          <w:b w:val="0"/>
          <w:i w:val="0"/>
        </w:rPr>
        <w:t>cơ hội, phát hiện khi khởi chạy 420 – 422 , 427 , 428</w:t>
      </w:r>
    </w:p>
    <w:p>
      <w:pPr>
        <w:spacing w:after="80"/>
      </w:pPr>
      <w:r>
        <w:rPr>
          <w:b w:val="0"/>
          <w:i w:val="0"/>
        </w:rPr>
        <w:t>mã giảm giá được cá nhân hóa, tạo 428 – 434</w:t>
      </w:r>
    </w:p>
    <w:p>
      <w:pPr>
        <w:spacing w:after="80"/>
      </w:pPr>
      <w:r>
        <w:rPr>
          <w:b w:val="0"/>
          <w:i w:val="0"/>
        </w:rPr>
        <w:t>thông tin bán hàng, chuẩn bị 441 – 446</w:t>
      </w:r>
    </w:p>
    <w:p>
      <w:pPr>
        <w:spacing w:after="80"/>
      </w:pPr>
      <w:r>
        <w:rPr>
          <w:b w:val="0"/>
          <w:i w:val="0"/>
        </w:rPr>
        <w:t>báo cáo bán hàng, tạo 447 – 453</w:t>
      </w:r>
    </w:p>
    <w:p>
      <w:pPr>
        <w:spacing w:after="80"/>
      </w:pPr>
      <w:r>
        <w:rPr>
          <w:b w:val="0"/>
          <w:i w:val="0"/>
        </w:rPr>
        <w:t>tài liệu matplotlib</w:t>
      </w:r>
    </w:p>
    <w:p>
      <w:pPr>
        <w:spacing w:after="80"/>
      </w:pPr>
      <w:r>
        <w:rPr>
          <w:b w:val="0"/>
          <w:i w:val="0"/>
        </w:rPr>
        <w:t>liên kết tham khảo 322</w:t>
      </w:r>
    </w:p>
    <w:p>
      <w:pPr>
        <w:spacing w:after="80"/>
      </w:pPr>
      <w:r>
        <w:rPr>
          <w:b w:val="0"/>
          <w:i w:val="0"/>
        </w:rPr>
        <w:t>xác thực đa yếu tố (MFA) 121</w:t>
      </w:r>
    </w:p>
    <w:p>
      <w:pPr>
        <w:spacing w:after="80"/>
      </w:pPr>
      <w:r>
        <w:rPr>
          <w:b w:val="0"/>
          <w:i w:val="0"/>
        </w:rPr>
        <w:t>nhiều dòng</w:t>
      </w:r>
    </w:p>
    <w:p>
      <w:pPr>
        <w:spacing w:after="80"/>
      </w:pPr>
      <w:r>
        <w:rPr>
          <w:b w:val="0"/>
          <w:i w:val="0"/>
        </w:rPr>
        <w:t>hiển thị 328 – 332</w:t>
      </w:r>
    </w:p>
    <w:p>
      <w:pPr>
        <w:spacing w:after="80"/>
      </w:pPr>
      <w:r>
        <w:rPr>
          <w:b w:val="0"/>
          <w:i w:val="0"/>
        </w:rPr>
        <w:t>N</w:t>
      </w:r>
    </w:p>
    <w:p>
      <w:pPr>
        <w:spacing w:after="80"/>
      </w:pPr>
      <w:r>
        <w:rPr>
          <w:b w:val="0"/>
          <w:i w:val="0"/>
        </w:rPr>
        <w:t>các kiểu dữ liệu gốc của Python</w:t>
      </w:r>
    </w:p>
    <w:p>
      <w:pPr>
        <w:spacing w:after="80"/>
      </w:pPr>
      <w:r>
        <w:rPr>
          <w:b w:val="0"/>
          <w:i w:val="0"/>
        </w:rPr>
        <w:t>sử dụng, để lưu trữ dữ liệu trong mỗi ô 244 , 245</w:t>
      </w:r>
    </w:p>
    <w:p>
      <w:pPr>
        <w:spacing w:after="80"/>
      </w:pPr>
      <w:r>
        <w:rPr>
          <w:b w:val="0"/>
          <w:i w:val="0"/>
        </w:rPr>
        <w:t>thông báo</w:t>
      </w:r>
    </w:p>
    <w:p>
      <w:pPr>
        <w:spacing w:after="80"/>
      </w:pPr>
      <w:r>
        <w:rPr>
          <w:b w:val="0"/>
          <w:i w:val="0"/>
        </w:rPr>
        <w:t>gửi, cho khách hàng trên kênh ưu tiên 434 – 440</w:t>
      </w:r>
    </w:p>
    <w:p>
      <w:pPr>
        <w:spacing w:after="80"/>
      </w:pPr>
      <w:r>
        <w:rPr>
          <w:b w:val="0"/>
          <w:i w:val="0"/>
        </w:rPr>
        <w:t>O</w:t>
      </w:r>
    </w:p>
    <w:p>
      <w:pPr>
        <w:spacing w:after="80"/>
      </w:pPr>
      <w:r>
        <w:rPr>
          <w:b w:val="0"/>
          <w:i w:val="0"/>
        </w:rPr>
        <w:t>Nhận dạng ký tự quang học (OCR) 162</w:t>
      </w:r>
    </w:p>
    <w:p>
      <w:pPr>
        <w:spacing w:after="80"/>
      </w:pPr>
      <w:r>
        <w:rPr>
          <w:b w:val="0"/>
          <w:i w:val="0"/>
        </w:rPr>
        <w:t>tài liệu openpyxl</w:t>
      </w:r>
    </w:p>
    <w:p>
      <w:pPr>
        <w:spacing w:after="80"/>
      </w:pPr>
      <w:r>
        <w:rPr>
          <w:b w:val="0"/>
          <w:i w:val="0"/>
        </w:rPr>
        <w:t>liên kết tham khảo 241</w:t>
      </w:r>
    </w:p>
    <w:p>
      <w:pPr>
        <w:spacing w:after="80"/>
      </w:pPr>
      <w:r>
        <w:rPr>
          <w:b w:val="0"/>
          <w:i w:val="0"/>
        </w:rPr>
        <w:t>cơ hội</w:t>
      </w:r>
    </w:p>
    <w:p>
      <w:pPr>
        <w:spacing w:after="80"/>
      </w:pPr>
      <w:r>
        <w:rPr>
          <w:b w:val="0"/>
          <w:i w:val="0"/>
        </w:rPr>
        <w:t>phát hiện 420 – 422 , 427 , 428</w:t>
      </w:r>
    </w:p>
    <w:p>
      <w:pPr>
        <w:spacing w:after="80"/>
      </w:pPr>
      <w:r>
        <w:rPr>
          <w:b w:val="0"/>
          <w:i w:val="0"/>
        </w:rPr>
        <w:t>P</w:t>
      </w:r>
    </w:p>
    <w:p>
      <w:pPr>
        <w:spacing w:after="80"/>
      </w:pPr>
      <w:r>
        <w:rPr>
          <w:b w:val="0"/>
          <w:i w:val="0"/>
        </w:rPr>
        <w:t>Pandas</w:t>
      </w:r>
    </w:p>
    <w:p>
      <w:pPr>
        <w:spacing w:after="80"/>
      </w:pPr>
      <w:r>
        <w:rPr>
          <w:b w:val="0"/>
          <w:i w:val="0"/>
        </w:rPr>
        <w:t>dữ liệu, xử lý với 307 – 316</w:t>
      </w:r>
    </w:p>
    <w:p>
      <w:pPr>
        <w:spacing w:after="80"/>
      </w:pPr>
      <w:r>
        <w:rPr>
          <w:b w:val="0"/>
          <w:i w:val="0"/>
        </w:rPr>
        <w:t>Playwright</w:t>
      </w:r>
    </w:p>
    <w:p>
      <w:pPr>
        <w:spacing w:after="80"/>
      </w:pPr>
      <w:r>
        <w:rPr>
          <w:b w:val="0"/>
          <w:i w:val="0"/>
        </w:rPr>
        <w:t>sử dụng, cho tương tác nâng cao 109 – 118</w:t>
      </w:r>
    </w:p>
    <w:p>
      <w:pPr>
        <w:spacing w:after="80"/>
      </w:pPr>
      <w:r>
        <w:rPr>
          <w:b w:val="0"/>
          <w:i w:val="0"/>
        </w:rPr>
        <w:t>tệp Định dạng Tài liệu Di động (PDF)</w:t>
      </w:r>
    </w:p>
    <w:p>
      <w:pPr>
        <w:spacing w:after="80"/>
      </w:pPr>
      <w:r>
        <w:rPr>
          <w:b w:val="0"/>
          <w:i w:val="0"/>
        </w:rPr>
        <w:t>đọc 164 – 168</w:t>
      </w:r>
    </w:p>
    <w:p>
      <w:pPr>
        <w:spacing w:after="80"/>
      </w:pPr>
      <w:r>
        <w:rPr>
          <w:b w:val="0"/>
          <w:i w:val="0"/>
        </w:rPr>
        <w:t>báo cáo, tổng hợp 222 – 224</w:t>
      </w:r>
    </w:p>
    <w:p>
      <w:pPr>
        <w:spacing w:after="80"/>
      </w:pPr>
      <w:r>
        <w:rPr>
          <w:b w:val="0"/>
          <w:i w:val="0"/>
        </w:rPr>
        <w:t>cấu trúc 215 – 221</w:t>
      </w:r>
    </w:p>
    <w:p>
      <w:pPr>
        <w:spacing w:after="80"/>
      </w:pPr>
      <w:r>
        <w:rPr>
          <w:b w:val="0"/>
          <w:i w:val="0"/>
        </w:rPr>
        <w:t>watermarking và mã hóa 224 – 229</w:t>
      </w:r>
    </w:p>
    <w:p>
      <w:pPr>
        <w:spacing w:after="80"/>
      </w:pPr>
      <w:r>
        <w:rPr>
          <w:b w:val="0"/>
          <w:i w:val="0"/>
        </w:rPr>
        <w:t>viết 211 – 215</w:t>
      </w:r>
    </w:p>
    <w:p>
      <w:pPr>
        <w:spacing w:after="80"/>
      </w:pPr>
      <w:r>
        <w:rPr>
          <w:b w:val="0"/>
          <w:i w:val="0"/>
        </w:rPr>
        <w:t>Python</w:t>
      </w:r>
    </w:p>
    <w:p>
      <w:pPr>
        <w:spacing w:after="80"/>
      </w:pPr>
      <w:r>
        <w:rPr>
          <w:b w:val="0"/>
          <w:i w:val="0"/>
        </w:rPr>
        <w:t>chú thích 288</w:t>
      </w:r>
    </w:p>
    <w:p>
      <w:pPr>
        <w:spacing w:after="80"/>
      </w:pPr>
      <w:r>
        <w:rPr>
          <w:b w:val="0"/>
          <w:i w:val="0"/>
        </w:rPr>
        <w:t>khả năng tích hợp sẵn 618 – 621</w:t>
      </w:r>
    </w:p>
    <w:p>
      <w:pPr>
        <w:spacing w:after="80"/>
      </w:pPr>
      <w:r>
        <w:rPr>
          <w:b w:val="0"/>
          <w:i w:val="0"/>
        </w:rPr>
        <w:t>sử dụng, trong bảng tính Excel 259 – 265</w:t>
      </w:r>
    </w:p>
    <w:p>
      <w:pPr>
        <w:spacing w:after="80"/>
      </w:pPr>
      <w:r>
        <w:rPr>
          <w:b w:val="0"/>
          <w:i w:val="0"/>
        </w:rPr>
        <w:t>Python Package Index</w:t>
      </w:r>
    </w:p>
    <w:p>
      <w:pPr>
        <w:spacing w:after="80"/>
      </w:pPr>
      <w:r>
        <w:rPr>
          <w:b w:val="0"/>
          <w:i w:val="0"/>
        </w:rPr>
        <w:t>URL 10</w:t>
      </w:r>
    </w:p>
    <w:p>
      <w:pPr>
        <w:spacing w:after="80"/>
      </w:pPr>
      <w:r>
        <w:rPr>
          <w:b w:val="0"/>
          <w:i w:val="0"/>
        </w:rPr>
        <w:t>tài liệu Python pdb</w:t>
      </w:r>
    </w:p>
    <w:p>
      <w:pPr>
        <w:spacing w:after="80"/>
      </w:pPr>
      <w:r>
        <w:rPr>
          <w:b w:val="0"/>
          <w:i w:val="0"/>
        </w:rPr>
        <w:t>liên kết tham khảo 640</w:t>
      </w:r>
    </w:p>
    <w:p>
      <w:pPr>
        <w:spacing w:after="80"/>
      </w:pPr>
      <w:r>
        <w:rPr>
          <w:b w:val="0"/>
          <w:i w:val="0"/>
        </w:rPr>
        <w:t>phân tích cú pháp 26</w:t>
      </w:r>
    </w:p>
    <w:p>
      <w:pPr>
        <w:spacing w:after="80"/>
      </w:pPr>
      <w:r>
        <w:rPr>
          <w:b w:val="0"/>
          <w:i w:val="0"/>
        </w:rPr>
        <w:t>sử dụng 27 – 29</w:t>
      </w:r>
    </w:p>
    <w:p>
      <w:pPr>
        <w:spacing w:after="80"/>
      </w:pPr>
      <w:r>
        <w:rPr>
          <w:b w:val="0"/>
          <w:i w:val="0"/>
        </w:rPr>
        <w:t>mô-đun parse</w:t>
      </w:r>
    </w:p>
    <w:p>
      <w:pPr>
        <w:spacing w:after="80"/>
      </w:pPr>
      <w:r>
        <w:rPr>
          <w:b w:val="0"/>
          <w:i w:val="0"/>
        </w:rPr>
        <w:t>liên kết tham khảo 640</w:t>
      </w:r>
    </w:p>
    <w:p>
      <w:pPr>
        <w:spacing w:after="80"/>
      </w:pPr>
      <w:r>
        <w:rPr>
          <w:b w:val="0"/>
          <w:i w:val="0"/>
        </w:rPr>
        <w:t>các trang được bảo vệ bằng mật khẩu</w:t>
      </w:r>
    </w:p>
    <w:p>
      <w:pPr>
        <w:spacing w:after="80"/>
      </w:pPr>
      <w:r>
        <w:rPr>
          <w:b w:val="0"/>
          <w:i w:val="0"/>
        </w:rPr>
        <w:t>truy cập, với xác thực cơ bản 118 – 121</w:t>
      </w:r>
    </w:p>
    <w:p>
      <w:pPr>
        <w:spacing w:after="80"/>
      </w:pPr>
      <w:r>
        <w:rPr>
          <w:b w:val="0"/>
          <w:i w:val="0"/>
        </w:rPr>
        <w:t>so khớp mẫu 31</w:t>
      </w:r>
    </w:p>
    <w:p>
      <w:pPr>
        <w:spacing w:after="80"/>
      </w:pPr>
      <w:r>
        <w:rPr>
          <w:b w:val="0"/>
          <w:i w:val="0"/>
        </w:rPr>
        <w:t>pdb 626</w:t>
      </w:r>
    </w:p>
    <w:p>
      <w:pPr>
        <w:spacing w:after="80"/>
      </w:pPr>
      <w:r>
        <w:rPr>
          <w:b w:val="0"/>
          <w:i w:val="0"/>
        </w:rPr>
        <w:t>mô-đun con lắc</w:t>
      </w:r>
    </w:p>
    <w:p>
      <w:pPr>
        <w:spacing w:after="80"/>
      </w:pPr>
      <w:r>
        <w:rPr>
          <w:b w:val="0"/>
          <w:i w:val="0"/>
        </w:rPr>
        <w:t>liên kết tham khảo 10</w:t>
      </w:r>
    </w:p>
    <w:p>
      <w:pPr>
        <w:spacing w:after="80"/>
      </w:pPr>
      <w:r>
        <w:rPr>
          <w:b w:val="0"/>
          <w:i w:val="0"/>
        </w:rPr>
        <w:t>mã phiếu giảm giá được cá nhân hóa</w:t>
      </w:r>
    </w:p>
    <w:p>
      <w:pPr>
        <w:spacing w:after="80"/>
      </w:pPr>
      <w:r>
        <w:rPr>
          <w:b w:val="0"/>
          <w:i w:val="0"/>
        </w:rPr>
        <w:t>tạo 428 – 434</w:t>
      </w:r>
    </w:p>
    <w:p>
      <w:pPr>
        <w:spacing w:after="80"/>
      </w:pPr>
      <w:r>
        <w:rPr>
          <w:b w:val="0"/>
          <w:i w:val="0"/>
        </w:rPr>
        <w:t>lệnh pip 6</w:t>
      </w:r>
    </w:p>
    <w:p>
      <w:pPr>
        <w:spacing w:after="80"/>
      </w:pPr>
      <w:r>
        <w:rPr>
          <w:b w:val="0"/>
          <w:i w:val="0"/>
        </w:rPr>
        <w:t>văn bản thuần</w:t>
      </w:r>
    </w:p>
    <w:p>
      <w:pPr>
        <w:spacing w:after="80"/>
      </w:pPr>
      <w:r>
        <w:rPr>
          <w:b w:val="0"/>
          <w:i w:val="0"/>
        </w:rPr>
        <w:t>báo cáo, tạo 180 – 183</w:t>
      </w:r>
    </w:p>
    <w:p>
      <w:pPr>
        <w:spacing w:after="80"/>
      </w:pPr>
      <w:r>
        <w:rPr>
          <w:b w:val="0"/>
          <w:i w:val="0"/>
        </w:rPr>
        <w:t>gỡ lỗi bằng print 621</w:t>
      </w:r>
    </w:p>
    <w:p>
      <w:pPr>
        <w:spacing w:after="80"/>
      </w:pPr>
      <w:r>
        <w:rPr>
          <w:b w:val="0"/>
          <w:i w:val="0"/>
        </w:rPr>
        <w:t>lời nhắc 3</w:t>
      </w:r>
    </w:p>
    <w:p>
      <w:pPr>
        <w:spacing w:after="80"/>
      </w:pPr>
      <w:r>
        <w:rPr>
          <w:b w:val="0"/>
          <w:i w:val="0"/>
        </w:rPr>
        <w:t>Q</w:t>
      </w:r>
    </w:p>
    <w:p>
      <w:pPr>
        <w:spacing w:after="80"/>
      </w:pPr>
      <w:r>
        <w:rPr>
          <w:b w:val="0"/>
          <w:i w:val="0"/>
        </w:rPr>
        <w:t>lượng từ 34</w:t>
      </w:r>
    </w:p>
    <w:p>
      <w:pPr>
        <w:spacing w:after="80"/>
      </w:pPr>
      <w:r>
        <w:rPr>
          <w:b w:val="0"/>
          <w:i w:val="0"/>
        </w:rPr>
        <w:t>R</w:t>
      </w:r>
    </w:p>
    <w:p>
      <w:pPr>
        <w:spacing w:after="80"/>
      </w:pPr>
      <w:r>
        <w:rPr>
          <w:b w:val="0"/>
          <w:i w:val="0"/>
        </w:rPr>
        <w:t>Really Simple Syndication (RSS) 93</w:t>
      </w:r>
    </w:p>
    <w:p>
      <w:pPr>
        <w:spacing w:after="80"/>
      </w:pPr>
      <w:r>
        <w:rPr>
          <w:b w:val="0"/>
          <w:i w:val="0"/>
        </w:rPr>
        <w:t>biểu thức chính quy 31 – 37</w:t>
      </w:r>
    </w:p>
    <w:p>
      <w:pPr>
        <w:spacing w:after="80"/>
      </w:pPr>
      <w:r>
        <w:rPr>
          <w:b w:val="0"/>
          <w:i w:val="0"/>
        </w:rPr>
        <w:t>xử lý 37 – 40</w:t>
      </w:r>
    </w:p>
    <w:p>
      <w:pPr>
        <w:spacing w:after="80"/>
      </w:pPr>
      <w:r>
        <w:rPr>
          <w:b w:val="0"/>
          <w:i w:val="0"/>
        </w:rPr>
        <w:t>sử dụng 32</w:t>
      </w:r>
    </w:p>
    <w:p>
      <w:pPr>
        <w:spacing w:after="80"/>
      </w:pPr>
      <w:r>
        <w:rPr>
          <w:b w:val="0"/>
          <w:i w:val="0"/>
        </w:rPr>
        <w:t>khả năng tái lặp 10</w:t>
      </w:r>
    </w:p>
    <w:p>
      <w:pPr>
        <w:spacing w:after="80"/>
      </w:pPr>
      <w:r>
        <w:rPr>
          <w:b w:val="0"/>
          <w:i w:val="0"/>
        </w:rPr>
        <w:t>báo cáo</w:t>
      </w:r>
    </w:p>
    <w:p>
      <w:pPr>
        <w:spacing w:after="80"/>
      </w:pPr>
      <w:r>
        <w:rPr>
          <w:b w:val="0"/>
          <w:i w:val="0"/>
        </w:rPr>
        <w:t>tạo, ở dạng văn bản thuần 180 – 183</w:t>
      </w:r>
    </w:p>
    <w:p>
      <w:pPr>
        <w:spacing w:after="80"/>
      </w:pPr>
      <w:r>
        <w:rPr>
          <w:b w:val="0"/>
          <w:i w:val="0"/>
        </w:rPr>
        <w:t>mẫu (template), sử dụng để 183 – 188</w:t>
      </w:r>
    </w:p>
    <w:p>
      <w:pPr>
        <w:spacing w:after="80"/>
      </w:pPr>
      <w:r>
        <w:rPr>
          <w:b w:val="0"/>
          <w:i w:val="0"/>
        </w:rPr>
        <w:t>mô-đun requests</w:t>
      </w:r>
    </w:p>
    <w:p>
      <w:pPr>
        <w:spacing w:after="80"/>
      </w:pPr>
      <w:r>
        <w:rPr>
          <w:b w:val="0"/>
          <w:i w:val="0"/>
        </w:rPr>
        <w:t>liên kết tham chiếu 10</w:t>
      </w:r>
    </w:p>
    <w:p>
      <w:pPr>
        <w:spacing w:after="80"/>
      </w:pPr>
      <w:r>
        <w:rPr>
          <w:b w:val="0"/>
          <w:i w:val="0"/>
        </w:rPr>
        <w:t>mảng response.output 495</w:t>
      </w:r>
    </w:p>
    <w:p>
      <w:pPr>
        <w:spacing w:after="80"/>
      </w:pPr>
      <w:r>
        <w:rPr>
          <w:b w:val="0"/>
          <w:i w:val="0"/>
        </w:rPr>
        <w:t>kết quả</w:t>
      </w:r>
    </w:p>
    <w:p>
      <w:pPr>
        <w:spacing w:after="80"/>
      </w:pPr>
      <w:r>
        <w:rPr>
          <w:b w:val="0"/>
          <w:i w:val="0"/>
        </w:rPr>
        <w:t>tổng hợp 293 – 299</w:t>
      </w:r>
    </w:p>
    <w:p>
      <w:pPr>
        <w:spacing w:after="80"/>
      </w:pPr>
      <w:r>
        <w:rPr>
          <w:b w:val="0"/>
          <w:i w:val="0"/>
        </w:rPr>
        <w:t>S</w:t>
      </w:r>
    </w:p>
    <w:p>
      <w:pPr>
        <w:spacing w:after="80"/>
      </w:pPr>
      <w:r>
        <w:rPr>
          <w:b w:val="0"/>
          <w:i w:val="0"/>
        </w:rPr>
        <w:t>tin nhắn SMS</w:t>
      </w:r>
    </w:p>
    <w:p>
      <w:pPr>
        <w:spacing w:after="80"/>
      </w:pPr>
      <w:r>
        <w:rPr>
          <w:b w:val="0"/>
          <w:i w:val="0"/>
        </w:rPr>
        <w:t>tạo ra 395 – 399</w:t>
      </w:r>
    </w:p>
    <w:p>
      <w:pPr>
        <w:spacing w:after="80"/>
      </w:pPr>
      <w:r>
        <w:rPr>
          <w:b w:val="0"/>
          <w:i w:val="0"/>
        </w:rPr>
        <w:t>nhận 400 – 409</w:t>
      </w:r>
    </w:p>
    <w:p>
      <w:pPr>
        <w:spacing w:after="80"/>
      </w:pPr>
      <w:r>
        <w:rPr>
          <w:b w:val="0"/>
          <w:i w:val="0"/>
        </w:rPr>
        <w:t>Giao thức Truyền thư Đơn giản (SMTP) 375</w:t>
      </w:r>
    </w:p>
    <w:p>
      <w:pPr>
        <w:spacing w:after="80"/>
      </w:pPr>
      <w:r>
        <w:rPr>
          <w:b w:val="0"/>
          <w:i w:val="0"/>
        </w:rPr>
        <w:t>Kỹ thuật độ tin cậy trang web (SRE) 51</w:t>
      </w:r>
    </w:p>
    <w:p>
      <w:pPr>
        <w:spacing w:after="80"/>
      </w:pPr>
      <w:r>
        <w:rPr>
          <w:b w:val="0"/>
          <w:i w:val="0"/>
        </w:rPr>
        <w:t>thông tin bán hàng</w:t>
      </w:r>
    </w:p>
    <w:p>
      <w:pPr>
        <w:spacing w:after="80"/>
      </w:pPr>
      <w:r>
        <w:rPr>
          <w:b w:val="0"/>
          <w:i w:val="0"/>
        </w:rPr>
        <w:t>chuẩn bị 441 – 446</w:t>
      </w:r>
    </w:p>
    <w:p>
      <w:pPr>
        <w:spacing w:after="80"/>
      </w:pPr>
      <w:r>
        <w:rPr>
          <w:b w:val="0"/>
          <w:i w:val="0"/>
        </w:rPr>
        <w:t>báo cáo bán hàng</w:t>
      </w:r>
    </w:p>
    <w:p>
      <w:pPr>
        <w:spacing w:after="80"/>
      </w:pPr>
      <w:r>
        <w:rPr>
          <w:b w:val="0"/>
          <w:i w:val="0"/>
        </w:rPr>
        <w:t>tạo 447 – 453</w:t>
      </w:r>
    </w:p>
    <w:p>
      <w:pPr>
        <w:spacing w:after="80"/>
      </w:pPr>
      <w:r>
        <w:rPr>
          <w:b w:val="0"/>
          <w:i w:val="0"/>
        </w:rPr>
        <w:t>biểu đồ phân tán</w:t>
      </w:r>
    </w:p>
    <w:p>
      <w:pPr>
        <w:spacing w:after="80"/>
      </w:pPr>
      <w:r>
        <w:rPr>
          <w:b w:val="0"/>
          <w:i w:val="0"/>
        </w:rPr>
        <w:t>vẽ 333 – 335</w:t>
      </w:r>
    </w:p>
    <w:p>
      <w:pPr>
        <w:spacing w:after="80"/>
      </w:pPr>
      <w:r>
        <w:rPr>
          <w:b w:val="0"/>
          <w:i w:val="0"/>
        </w:rPr>
        <w:t>các phần tử, thêm vào 336 – 338</w:t>
      </w:r>
    </w:p>
    <w:p>
      <w:pPr>
        <w:spacing w:after="80"/>
      </w:pPr>
      <w:r>
        <w:rPr>
          <w:b w:val="0"/>
          <w:i w:val="0"/>
        </w:rPr>
        <w:t>biểu đồ bán hàng đơn giản</w:t>
      </w:r>
    </w:p>
    <w:p>
      <w:pPr>
        <w:spacing w:after="80"/>
      </w:pPr>
      <w:r>
        <w:rPr>
          <w:b w:val="0"/>
          <w:i w:val="0"/>
        </w:rPr>
        <w:t>vẽ 318 – 322</w:t>
      </w:r>
    </w:p>
    <w:p>
      <w:pPr>
        <w:spacing w:after="80"/>
      </w:pPr>
      <w:r>
        <w:rPr>
          <w:b w:val="0"/>
          <w:i w:val="0"/>
        </w:rPr>
        <w:t>dấu vết ngăn xếp 70</w:t>
      </w:r>
    </w:p>
    <w:p>
      <w:pPr>
        <w:spacing w:after="80"/>
      </w:pPr>
      <w:r>
        <w:rPr>
          <w:b w:val="0"/>
          <w:i w:val="0"/>
        </w:rPr>
        <w:t>thanh xếp chồng</w:t>
      </w:r>
    </w:p>
    <w:p>
      <w:pPr>
        <w:spacing w:after="80"/>
      </w:pPr>
      <w:r>
        <w:rPr>
          <w:b w:val="0"/>
          <w:i w:val="0"/>
        </w:rPr>
        <w:t>vẽ 323 – 327</w:t>
      </w:r>
    </w:p>
    <w:p>
      <w:pPr>
        <w:spacing w:after="80"/>
      </w:pPr>
      <w:r>
        <w:rPr>
          <w:b w:val="0"/>
          <w:i w:val="0"/>
        </w:rPr>
        <w:t>đầu ra tiêu chuẩn (stdout) 64</w:t>
      </w:r>
    </w:p>
    <w:p>
      <w:pPr>
        <w:spacing w:after="80"/>
      </w:pPr>
      <w:r>
        <w:rPr>
          <w:b w:val="0"/>
          <w:i w:val="0"/>
        </w:rPr>
        <w:t>chuỗi</w:t>
      </w:r>
    </w:p>
    <w:p>
      <w:pPr>
        <w:spacing w:after="80"/>
      </w:pPr>
      <w:r>
        <w:rPr>
          <w:b w:val="0"/>
          <w:i w:val="0"/>
        </w:rPr>
        <w:t>tạo, với các giá trị được định dạng 13 – 15</w:t>
      </w:r>
    </w:p>
    <w:p>
      <w:pPr>
        <w:spacing w:after="80"/>
      </w:pPr>
      <w:r>
        <w:rPr>
          <w:b w:val="0"/>
          <w:i w:val="0"/>
        </w:rPr>
        <w:t>thao tác 17 – 20</w:t>
      </w:r>
    </w:p>
    <w:p>
      <w:pPr>
        <w:spacing w:after="80"/>
      </w:pPr>
      <w:r>
        <w:rPr>
          <w:b w:val="0"/>
          <w:i w:val="0"/>
        </w:rPr>
        <w:t>thao tác 20 , 21</w:t>
      </w:r>
    </w:p>
    <w:p>
      <w:pPr>
        <w:spacing w:after="80"/>
      </w:pPr>
      <w:r>
        <w:rPr>
          <w:b w:val="0"/>
          <w:i w:val="0"/>
        </w:rPr>
        <w:t>chuỗi có cấu trúc</w:t>
      </w:r>
    </w:p>
    <w:p>
      <w:pPr>
        <w:spacing w:after="80"/>
      </w:pPr>
      <w:r>
        <w:rPr>
          <w:b w:val="0"/>
          <w:i w:val="0"/>
        </w:rPr>
        <w:t>dữ liệu, trích xuất từ 22 – 24</w:t>
      </w:r>
    </w:p>
    <w:p>
      <w:pPr>
        <w:spacing w:after="80"/>
      </w:pPr>
      <w:r>
        <w:rPr>
          <w:b w:val="0"/>
          <w:i w:val="0"/>
        </w:rPr>
        <w:t>tác nhân phụ</w:t>
      </w:r>
    </w:p>
    <w:p>
      <w:pPr>
        <w:spacing w:after="80"/>
      </w:pPr>
      <w:r>
        <w:rPr>
          <w:b w:val="0"/>
          <w:i w:val="0"/>
        </w:rPr>
        <w:t>được dùng để soạn thảo tài liệu 534 – 543</w:t>
      </w:r>
    </w:p>
    <w:p>
      <w:pPr>
        <w:spacing w:after="80"/>
      </w:pPr>
      <w:r>
        <w:rPr>
          <w:b w:val="0"/>
          <w:i w:val="0"/>
        </w:rPr>
        <w:t>câu lệnh hệ thống 465</w:t>
      </w:r>
    </w:p>
    <w:p>
      <w:pPr>
        <w:spacing w:after="80"/>
      </w:pPr>
      <w:r>
        <w:rPr>
          <w:b w:val="0"/>
          <w:i w:val="0"/>
        </w:rPr>
        <w:t>T</w:t>
      </w:r>
    </w:p>
    <w:p>
      <w:pPr>
        <w:spacing w:after="80"/>
      </w:pPr>
      <w:r>
        <w:rPr>
          <w:b w:val="0"/>
          <w:i w:val="0"/>
        </w:rPr>
        <w:t>bot Telegram</w:t>
      </w:r>
    </w:p>
    <w:p>
      <w:pPr>
        <w:spacing w:after="80"/>
      </w:pPr>
      <w:r>
        <w:rPr>
          <w:b w:val="0"/>
          <w:i w:val="0"/>
        </w:rPr>
        <w:t>tạo 410 – 417</w:t>
      </w:r>
    </w:p>
    <w:p>
      <w:pPr>
        <w:spacing w:after="80"/>
      </w:pPr>
      <w:r>
        <w:rPr>
          <w:b w:val="0"/>
          <w:i w:val="0"/>
        </w:rPr>
        <w:t>Bài kiểm tra Turing 410</w:t>
      </w:r>
    </w:p>
    <w:p>
      <w:pPr>
        <w:spacing w:after="80"/>
      </w:pPr>
      <w:r>
        <w:rPr>
          <w:b w:val="0"/>
          <w:i w:val="0"/>
        </w:rPr>
        <w:t>mẫu</w:t>
      </w:r>
    </w:p>
    <w:p>
      <w:pPr>
        <w:spacing w:after="80"/>
      </w:pPr>
      <w:r>
        <w:rPr>
          <w:b w:val="0"/>
          <w:i w:val="0"/>
        </w:rPr>
        <w:t>sử dụng cho báo cáo 183 – 188</w:t>
      </w:r>
    </w:p>
    <w:p>
      <w:pPr>
        <w:spacing w:after="80"/>
      </w:pPr>
      <w:r>
        <w:rPr>
          <w:b w:val="0"/>
          <w:i w:val="0"/>
        </w:rPr>
        <w:t>test_case.py</w:t>
      </w:r>
    </w:p>
    <w:p>
      <w:pPr>
        <w:spacing w:after="80"/>
      </w:pPr>
      <w:r>
        <w:rPr>
          <w:b w:val="0"/>
          <w:i w:val="0"/>
        </w:rPr>
        <w:t>thực thi 571 – 575</w:t>
      </w:r>
    </w:p>
    <w:p>
      <w:pPr>
        <w:spacing w:after="80"/>
      </w:pPr>
      <w:r>
        <w:rPr>
          <w:b w:val="0"/>
          <w:i w:val="0"/>
        </w:rPr>
        <w:t>viết 572 – 575</w:t>
      </w:r>
    </w:p>
    <w:p>
      <w:pPr>
        <w:spacing w:after="80"/>
      </w:pPr>
      <w:r>
        <w:rPr>
          <w:b w:val="0"/>
          <w:i w:val="0"/>
        </w:rPr>
        <w:t>các tình huống kiểm thử</w:t>
      </w:r>
    </w:p>
    <w:p>
      <w:pPr>
        <w:spacing w:after="80"/>
      </w:pPr>
      <w:r>
        <w:rPr>
          <w:b w:val="0"/>
          <w:i w:val="0"/>
        </w:rPr>
        <w:t>chuẩn bị 593 – 600</w:t>
      </w:r>
    </w:p>
    <w:p>
      <w:pPr>
        <w:spacing w:after="80"/>
      </w:pPr>
      <w:r>
        <w:rPr>
          <w:b w:val="0"/>
          <w:i w:val="0"/>
        </w:rPr>
        <w:t>các bài kiểm thử</w:t>
      </w:r>
    </w:p>
    <w:p>
      <w:pPr>
        <w:spacing w:after="80"/>
      </w:pPr>
      <w:r>
        <w:rPr>
          <w:b w:val="0"/>
          <w:i w:val="0"/>
        </w:rPr>
        <w:t>độ bao phủ 607 – 613</w:t>
      </w:r>
    </w:p>
    <w:p>
      <w:pPr>
        <w:spacing w:after="80"/>
      </w:pPr>
      <w:r>
        <w:rPr>
          <w:b w:val="0"/>
          <w:i w:val="0"/>
        </w:rPr>
        <w:t>chạy 600 – 606</w:t>
      </w:r>
    </w:p>
    <w:p>
      <w:pPr>
        <w:spacing w:after="80"/>
      </w:pPr>
      <w:r>
        <w:rPr>
          <w:b w:val="0"/>
          <w:i w:val="0"/>
        </w:rPr>
        <w:t>văn bản</w:t>
      </w:r>
    </w:p>
    <w:p>
      <w:pPr>
        <w:spacing w:after="80"/>
      </w:pPr>
      <w:r>
        <w:rPr>
          <w:b w:val="0"/>
          <w:i w:val="0"/>
        </w:rPr>
        <w:t>định dạng, trong Markdown 188 – 192</w:t>
      </w:r>
    </w:p>
    <w:p>
      <w:pPr>
        <w:spacing w:after="80"/>
      </w:pPr>
      <w:r>
        <w:rPr>
          <w:b w:val="0"/>
          <w:i w:val="0"/>
        </w:rPr>
        <w:t>các tệp văn bản</w:t>
      </w:r>
    </w:p>
    <w:p>
      <w:pPr>
        <w:spacing w:after="80"/>
      </w:pPr>
      <w:r>
        <w:rPr>
          <w:b w:val="0"/>
          <w:i w:val="0"/>
        </w:rPr>
        <w:t>đọc 139 – 141</w:t>
      </w:r>
    </w:p>
    <w:p>
      <w:pPr>
        <w:spacing w:after="80"/>
      </w:pPr>
      <w:r>
        <w:rPr>
          <w:b w:val="0"/>
          <w:i w:val="0"/>
        </w:rPr>
        <w:t>mô-đun textwrap</w:t>
      </w:r>
    </w:p>
    <w:p>
      <w:pPr>
        <w:spacing w:after="80"/>
      </w:pPr>
      <w:r>
        <w:rPr>
          <w:b w:val="0"/>
          <w:i w:val="0"/>
        </w:rPr>
        <w:t>liên kết tham khảo 21</w:t>
      </w:r>
    </w:p>
    <w:p>
      <w:pPr>
        <w:spacing w:after="80"/>
      </w:pPr>
      <w:r>
        <w:rPr>
          <w:b w:val="0"/>
          <w:i w:val="0"/>
        </w:rPr>
        <w:t>các gói bên thứ ba</w:t>
      </w:r>
    </w:p>
    <w:p>
      <w:pPr>
        <w:spacing w:after="80"/>
      </w:pPr>
      <w:r>
        <w:rPr>
          <w:b w:val="0"/>
          <w:i w:val="0"/>
        </w:rPr>
        <w:t>cài đặt 9 – 12</w:t>
      </w:r>
    </w:p>
    <w:p>
      <w:pPr>
        <w:spacing w:after="80"/>
      </w:pPr>
      <w:r>
        <w:rPr>
          <w:b w:val="0"/>
          <w:i w:val="0"/>
        </w:rPr>
        <w:t>typer</w:t>
      </w:r>
    </w:p>
    <w:p>
      <w:pPr>
        <w:spacing w:after="80"/>
      </w:pPr>
      <w:r>
        <w:rPr>
          <w:b w:val="0"/>
          <w:i w:val="0"/>
        </w:rPr>
        <w:t>liên kết tham khảo 43</w:t>
      </w:r>
    </w:p>
    <w:p>
      <w:pPr>
        <w:spacing w:after="80"/>
      </w:pPr>
      <w:r>
        <w:rPr>
          <w:b w:val="0"/>
          <w:i w:val="0"/>
        </w:rPr>
        <w:t>U</w:t>
      </w:r>
    </w:p>
    <w:p>
      <w:pPr>
        <w:spacing w:after="80"/>
      </w:pPr>
      <w:r>
        <w:rPr>
          <w:b w:val="0"/>
          <w:i w:val="0"/>
        </w:rPr>
        <w:t>UTF-8</w:t>
      </w:r>
    </w:p>
    <w:p>
      <w:pPr>
        <w:spacing w:after="80"/>
      </w:pPr>
      <w:r>
        <w:rPr>
          <w:b w:val="0"/>
          <w:i w:val="0"/>
        </w:rPr>
        <w:t>liên kết tham khảo 21</w:t>
      </w:r>
    </w:p>
    <w:p>
      <w:pPr>
        <w:spacing w:after="80"/>
      </w:pPr>
      <w:r>
        <w:rPr>
          <w:b w:val="0"/>
          <w:i w:val="0"/>
        </w:rPr>
        <w:t>urllib3 12</w:t>
      </w:r>
    </w:p>
    <w:p>
      <w:pPr>
        <w:spacing w:after="80"/>
      </w:pPr>
      <w:r>
        <w:rPr>
          <w:b w:val="0"/>
          <w:i w:val="0"/>
        </w:rPr>
        <w:t>uv 6, 9</w:t>
      </w:r>
    </w:p>
    <w:p>
      <w:pPr>
        <w:spacing w:after="80"/>
      </w:pPr>
      <w:r>
        <w:rPr>
          <w:b w:val="0"/>
          <w:i w:val="0"/>
        </w:rPr>
        <w:t>nhiều phiên bản Python 6 – 9</w:t>
      </w:r>
    </w:p>
    <w:p>
      <w:pPr>
        <w:spacing w:after="80"/>
      </w:pPr>
      <w:r>
        <w:rPr>
          <w:b w:val="0"/>
          <w:i w:val="0"/>
        </w:rPr>
        <w:t>liên kết tham khảo 9</w:t>
      </w:r>
    </w:p>
    <w:p>
      <w:pPr>
        <w:spacing w:after="80"/>
      </w:pPr>
      <w:r>
        <w:rPr>
          <w:b w:val="0"/>
          <w:i w:val="0"/>
        </w:rPr>
        <w:t>môi trường ảo 6 – 9</w:t>
      </w:r>
    </w:p>
    <w:p>
      <w:pPr>
        <w:spacing w:after="80"/>
      </w:pPr>
      <w:r>
        <w:rPr>
          <w:b w:val="0"/>
          <w:i w:val="0"/>
        </w:rPr>
        <w:t>V</w:t>
      </w:r>
    </w:p>
    <w:p>
      <w:pPr>
        <w:spacing w:after="80"/>
      </w:pPr>
      <w:r>
        <w:rPr>
          <w:b w:val="0"/>
          <w:i w:val="0"/>
        </w:rPr>
        <w:t>mô-đun venv 6</w:t>
      </w:r>
    </w:p>
    <w:p>
      <w:pPr>
        <w:spacing w:after="80"/>
      </w:pPr>
      <w:r>
        <w:rPr>
          <w:b w:val="0"/>
          <w:i w:val="0"/>
        </w:rPr>
        <w:t>vibe coding 2 – 4</w:t>
      </w:r>
    </w:p>
    <w:p>
      <w:pPr>
        <w:spacing w:after="80"/>
      </w:pPr>
      <w:r>
        <w:rPr>
          <w:b w:val="0"/>
          <w:i w:val="0"/>
        </w:rPr>
        <w:t>W</w:t>
      </w:r>
    </w:p>
    <w:p>
      <w:pPr>
        <w:spacing w:after="80"/>
      </w:pPr>
      <w:r>
        <w:rPr>
          <w:b w:val="0"/>
          <w:i w:val="0"/>
        </w:rPr>
        <w:t>thuật toán Wolf fence 616</w:t>
      </w:r>
    </w:p>
    <w:p>
      <w:pPr>
        <w:spacing w:after="80"/>
      </w:pPr>
      <w:r>
        <w:rPr>
          <w:b w:val="0"/>
          <w:i w:val="0"/>
        </w:rPr>
        <w:t>tài liệu Word</w:t>
      </w:r>
    </w:p>
    <w:p>
      <w:pPr>
        <w:spacing w:after="80"/>
      </w:pPr>
      <w:r>
        <w:rPr>
          <w:b w:val="0"/>
          <w:i w:val="0"/>
        </w:rPr>
        <w:t>hình ảnh, thêm vào 207 – 210</w:t>
      </w:r>
    </w:p>
    <w:p>
      <w:pPr>
        <w:spacing w:after="80"/>
      </w:pPr>
      <w:r>
        <w:rPr>
          <w:b w:val="0"/>
          <w:i w:val="0"/>
        </w:rPr>
        <w:t>đọc 169 – 173</w:t>
      </w:r>
    </w:p>
    <w:p>
      <w:pPr>
        <w:spacing w:after="80"/>
      </w:pPr>
      <w:r>
        <w:rPr>
          <w:b w:val="0"/>
          <w:i w:val="0"/>
        </w:rPr>
        <w:t>cấu trúc, tạo 200 – 206</w:t>
      </w:r>
    </w:p>
    <w:p>
      <w:pPr>
        <w:spacing w:after="80"/>
      </w:pPr>
      <w:r>
        <w:rPr>
          <w:b w:val="0"/>
          <w:i w:val="0"/>
        </w:rPr>
        <w:t>tạo kiểu 196 – 199</w:t>
      </w:r>
    </w:p>
    <w:p>
      <w:pPr>
        <w:spacing w:after="80"/>
      </w:pPr>
      <w:r>
        <w:rPr>
          <w:b w:val="0"/>
          <w:i w:val="0"/>
        </w:rPr>
        <w:t>viết 192 – 195</w:t>
      </w:r>
    </w:p>
    <w:p>
      <w:pPr>
        <w:spacing w:after="80"/>
      </w:pPr>
      <w:r>
        <w:rPr>
          <w:b w:val="0"/>
          <w:i w:val="0"/>
        </w:rPr>
        <w:t>World Wide Web (WWW) 77</w:t>
      </w:r>
    </w:p>
    <w:p>
      <w:pPr>
        <w:spacing w:after="80"/>
      </w:pPr>
      <w:r>
        <w:rPr>
          <w:b w:val="0"/>
          <w:i w:val="0"/>
        </w:rPr>
        <w:t>web</w:t>
      </w:r>
    </w:p>
    <w:p>
      <w:pPr>
        <w:spacing w:after="80"/>
      </w:pPr>
      <w:r>
        <w:rPr>
          <w:b w:val="0"/>
          <w:i w:val="0"/>
        </w:rPr>
        <w:t>thu thập dữ liệu web (crawling) 86 – 93</w:t>
      </w:r>
    </w:p>
    <w:p>
      <w:pPr>
        <w:spacing w:after="80"/>
      </w:pPr>
      <w:r>
        <w:rPr>
          <w:b w:val="0"/>
          <w:i w:val="0"/>
        </w:rPr>
        <w:t>trang, tải xuống 78 – 81</w:t>
      </w:r>
    </w:p>
    <w:p>
      <w:pPr>
        <w:spacing w:after="80"/>
      </w:pPr>
      <w:r>
        <w:rPr>
          <w:b w:val="0"/>
          <w:i w:val="0"/>
        </w:rPr>
        <w:t>web API</w:t>
      </w:r>
    </w:p>
    <w:p>
      <w:pPr>
        <w:spacing w:after="80"/>
      </w:pPr>
      <w:r>
        <w:rPr>
          <w:b w:val="0"/>
          <w:i w:val="0"/>
        </w:rPr>
        <w:t>truy cập 97 – 101</w:t>
      </w:r>
    </w:p>
    <w:p>
      <w:pPr>
        <w:spacing w:after="80"/>
      </w:pPr>
      <w:r>
        <w:rPr>
          <w:b w:val="0"/>
          <w:i w:val="0"/>
        </w:rPr>
        <w:t>thu thập dữ liệu web (web scraping)</w:t>
      </w:r>
    </w:p>
    <w:p>
      <w:pPr>
        <w:spacing w:after="80"/>
      </w:pPr>
      <w:r>
        <w:rPr>
          <w:b w:val="0"/>
          <w:i w:val="0"/>
        </w:rPr>
        <w:t>tăng tốc 126 – 132</w:t>
      </w:r>
    </w:p>
    <w:p>
      <w:pPr>
        <w:spacing w:after="80"/>
      </w:pPr>
      <w:r>
        <w:rPr>
          <w:b w:val="0"/>
          <w:i w:val="0"/>
        </w:rPr>
        <w:t>tìm kiếm trên web</w:t>
      </w:r>
    </w:p>
    <w:p>
      <w:pPr>
        <w:spacing w:after="80"/>
      </w:pPr>
      <w:r>
        <w:rPr>
          <w:b w:val="0"/>
          <w:i w:val="0"/>
        </w:rPr>
        <w:t>được dùng để nâng cao các mô hình AI 491 – 496</w:t>
      </w:r>
    </w:p>
    <w:p>
      <w:pPr>
        <w:spacing w:after="80"/>
      </w:pPr>
      <w:r>
        <w:rPr>
          <w:b w:val="0"/>
          <w:i w:val="0"/>
        </w:rPr>
        <w:t>trang web</w:t>
      </w:r>
    </w:p>
    <w:p>
      <w:pPr>
        <w:spacing w:after="80"/>
      </w:pPr>
      <w:r>
        <w:rPr>
          <w:b w:val="0"/>
          <w:i w:val="0"/>
        </w:rPr>
        <w:t>truy cập, bằng cookie trình duyệt 121 – 126</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e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 Id="rId44" Type="http://schemas.openxmlformats.org/officeDocument/2006/relationships/image" Target="media/image36.png"/><Relationship Id="rId45" Type="http://schemas.openxmlformats.org/officeDocument/2006/relationships/image" Target="media/image37.png"/><Relationship Id="rId46" Type="http://schemas.openxmlformats.org/officeDocument/2006/relationships/image" Target="media/image38.png"/><Relationship Id="rId47" Type="http://schemas.openxmlformats.org/officeDocument/2006/relationships/image" Target="media/image39.png"/><Relationship Id="rId48" Type="http://schemas.openxmlformats.org/officeDocument/2006/relationships/image" Target="media/image40.png"/><Relationship Id="rId49" Type="http://schemas.openxmlformats.org/officeDocument/2006/relationships/image" Target="media/image41.png"/><Relationship Id="rId50" Type="http://schemas.openxmlformats.org/officeDocument/2006/relationships/image" Target="media/image42.png"/><Relationship Id="rId51" Type="http://schemas.openxmlformats.org/officeDocument/2006/relationships/image" Target="media/image43.png"/><Relationship Id="rId52" Type="http://schemas.openxmlformats.org/officeDocument/2006/relationships/image" Target="media/image44.png"/><Relationship Id="rId53" Type="http://schemas.openxmlformats.org/officeDocument/2006/relationships/image" Target="media/image45.png"/><Relationship Id="rId54" Type="http://schemas.openxmlformats.org/officeDocument/2006/relationships/image" Target="media/image46.png"/><Relationship Id="rId55" Type="http://schemas.openxmlformats.org/officeDocument/2006/relationships/image" Target="media/image47.png"/><Relationship Id="rId56" Type="http://schemas.openxmlformats.org/officeDocument/2006/relationships/image" Target="media/image48.png"/><Relationship Id="rId57" Type="http://schemas.openxmlformats.org/officeDocument/2006/relationships/image" Target="media/image49.png"/><Relationship Id="rId58" Type="http://schemas.openxmlformats.org/officeDocument/2006/relationships/image" Target="media/image50.png"/><Relationship Id="rId59" Type="http://schemas.openxmlformats.org/officeDocument/2006/relationships/image" Target="media/image51.png"/><Relationship Id="rId60" Type="http://schemas.openxmlformats.org/officeDocument/2006/relationships/image" Target="media/image52.png"/><Relationship Id="rId61" Type="http://schemas.openxmlformats.org/officeDocument/2006/relationships/image" Target="media/image53.png"/><Relationship Id="rId62" Type="http://schemas.openxmlformats.org/officeDocument/2006/relationships/image" Target="media/image54.png"/><Relationship Id="rId63" Type="http://schemas.openxmlformats.org/officeDocument/2006/relationships/image" Target="media/image55.png"/><Relationship Id="rId64" Type="http://schemas.openxmlformats.org/officeDocument/2006/relationships/image" Target="media/image56.png"/><Relationship Id="rId65" Type="http://schemas.openxmlformats.org/officeDocument/2006/relationships/image" Target="media/image57.png"/><Relationship Id="rId66" Type="http://schemas.openxmlformats.org/officeDocument/2006/relationships/image" Target="media/image58.png"/><Relationship Id="rId67" Type="http://schemas.openxmlformats.org/officeDocument/2006/relationships/image" Target="media/image59.png"/><Relationship Id="rId68" Type="http://schemas.openxmlformats.org/officeDocument/2006/relationships/image" Target="media/image60.png"/><Relationship Id="rId69" Type="http://schemas.openxmlformats.org/officeDocument/2006/relationships/image" Target="media/image61.png"/><Relationship Id="rId70" Type="http://schemas.openxmlformats.org/officeDocument/2006/relationships/image" Target="media/image62.png"/><Relationship Id="rId71" Type="http://schemas.openxmlformats.org/officeDocument/2006/relationships/image" Target="media/image63.png"/><Relationship Id="rId72" Type="http://schemas.openxmlformats.org/officeDocument/2006/relationships/image" Target="media/image64.png"/><Relationship Id="rId73" Type="http://schemas.openxmlformats.org/officeDocument/2006/relationships/image" Target="media/image65.png"/><Relationship Id="rId74" Type="http://schemas.openxmlformats.org/officeDocument/2006/relationships/image" Target="media/image66.png"/><Relationship Id="rId75" Type="http://schemas.openxmlformats.org/officeDocument/2006/relationships/image" Target="media/image67.png"/><Relationship Id="rId76" Type="http://schemas.openxmlformats.org/officeDocument/2006/relationships/image" Target="media/image68.png"/><Relationship Id="rId77" Type="http://schemas.openxmlformats.org/officeDocument/2006/relationships/image" Target="media/image69.png"/><Relationship Id="rId78" Type="http://schemas.openxmlformats.org/officeDocument/2006/relationships/image" Target="media/image70.png"/><Relationship Id="rId79" Type="http://schemas.openxmlformats.org/officeDocument/2006/relationships/image" Target="media/image71.png"/><Relationship Id="rId80" Type="http://schemas.openxmlformats.org/officeDocument/2006/relationships/image" Target="media/image72.png"/><Relationship Id="rId81" Type="http://schemas.openxmlformats.org/officeDocument/2006/relationships/image" Target="media/image73.png"/><Relationship Id="rId82" Type="http://schemas.openxmlformats.org/officeDocument/2006/relationships/image" Target="media/image74.png"/><Relationship Id="rId83" Type="http://schemas.openxmlformats.org/officeDocument/2006/relationships/image" Target="media/image75.png"/><Relationship Id="rId84" Type="http://schemas.openxmlformats.org/officeDocument/2006/relationships/image" Target="media/image76.png"/><Relationship Id="rId85" Type="http://schemas.openxmlformats.org/officeDocument/2006/relationships/image" Target="media/image77.png"/><Relationship Id="rId86" Type="http://schemas.openxmlformats.org/officeDocument/2006/relationships/image" Target="media/image78.png"/><Relationship Id="rId87" Type="http://schemas.openxmlformats.org/officeDocument/2006/relationships/image" Target="media/image79.png"/><Relationship Id="rId88" Type="http://schemas.openxmlformats.org/officeDocument/2006/relationships/image" Target="media/image80.png"/><Relationship Id="rId89" Type="http://schemas.openxmlformats.org/officeDocument/2006/relationships/image" Target="media/image81.png"/><Relationship Id="rId90" Type="http://schemas.openxmlformats.org/officeDocument/2006/relationships/image" Target="media/image82.png"/><Relationship Id="rId91" Type="http://schemas.openxmlformats.org/officeDocument/2006/relationships/image" Target="media/image83.png"/><Relationship Id="rId92" Type="http://schemas.openxmlformats.org/officeDocument/2006/relationships/image" Target="media/image84.png"/><Relationship Id="rId93" Type="http://schemas.openxmlformats.org/officeDocument/2006/relationships/image" Target="media/image85.png"/><Relationship Id="rId94" Type="http://schemas.openxmlformats.org/officeDocument/2006/relationships/image" Target="media/image86.png"/><Relationship Id="rId95" Type="http://schemas.openxmlformats.org/officeDocument/2006/relationships/image" Target="media/image87.png"/><Relationship Id="rId96" Type="http://schemas.openxmlformats.org/officeDocument/2006/relationships/image" Target="media/image88.png"/><Relationship Id="rId97" Type="http://schemas.openxmlformats.org/officeDocument/2006/relationships/image" Target="media/image89.png"/><Relationship Id="rId98" Type="http://schemas.openxmlformats.org/officeDocument/2006/relationships/image" Target="media/image90.png"/><Relationship Id="rId99" Type="http://schemas.openxmlformats.org/officeDocument/2006/relationships/image" Target="media/image91.png"/><Relationship Id="rId100" Type="http://schemas.openxmlformats.org/officeDocument/2006/relationships/image" Target="media/image92.png"/><Relationship Id="rId101" Type="http://schemas.openxmlformats.org/officeDocument/2006/relationships/image" Target="media/image93.png"/><Relationship Id="rId102" Type="http://schemas.openxmlformats.org/officeDocument/2006/relationships/image" Target="media/image94.png"/><Relationship Id="rId103" Type="http://schemas.openxmlformats.org/officeDocument/2006/relationships/image" Target="media/image95.png"/><Relationship Id="rId104" Type="http://schemas.openxmlformats.org/officeDocument/2006/relationships/image" Target="media/image96.png"/><Relationship Id="rId105" Type="http://schemas.openxmlformats.org/officeDocument/2006/relationships/image" Target="media/image97.png"/><Relationship Id="rId106" Type="http://schemas.openxmlformats.org/officeDocument/2006/relationships/image" Target="media/image98.png"/><Relationship Id="rId107" Type="http://schemas.openxmlformats.org/officeDocument/2006/relationships/image" Target="media/image99.png"/><Relationship Id="rId108" Type="http://schemas.openxmlformats.org/officeDocument/2006/relationships/image" Target="media/image100.png"/><Relationship Id="rId109" Type="http://schemas.openxmlformats.org/officeDocument/2006/relationships/image" Target="media/image101.png"/><Relationship Id="rId110" Type="http://schemas.openxmlformats.org/officeDocument/2006/relationships/image" Target="media/image102.png"/><Relationship Id="rId111" Type="http://schemas.openxmlformats.org/officeDocument/2006/relationships/image" Target="media/image103.png"/><Relationship Id="rId112" Type="http://schemas.openxmlformats.org/officeDocument/2006/relationships/image" Target="media/image104.png"/><Relationship Id="rId113" Type="http://schemas.openxmlformats.org/officeDocument/2006/relationships/image" Target="media/image105.png"/><Relationship Id="rId114" Type="http://schemas.openxmlformats.org/officeDocument/2006/relationships/image" Target="media/image106.png"/><Relationship Id="rId115" Type="http://schemas.openxmlformats.org/officeDocument/2006/relationships/image" Target="media/image107.png"/><Relationship Id="rId116" Type="http://schemas.openxmlformats.org/officeDocument/2006/relationships/image" Target="media/image108.png"/><Relationship Id="rId117" Type="http://schemas.openxmlformats.org/officeDocument/2006/relationships/image" Target="media/image109.png"/><Relationship Id="rId118" Type="http://schemas.openxmlformats.org/officeDocument/2006/relationships/image" Target="media/image110.png"/><Relationship Id="rId119" Type="http://schemas.openxmlformats.org/officeDocument/2006/relationships/image" Target="media/image111.png"/><Relationship Id="rId120" Type="http://schemas.openxmlformats.org/officeDocument/2006/relationships/image" Target="media/image112.png"/><Relationship Id="rId121" Type="http://schemas.openxmlformats.org/officeDocument/2006/relationships/image" Target="media/image113.png"/><Relationship Id="rId122" Type="http://schemas.openxmlformats.org/officeDocument/2006/relationships/image" Target="media/image114.png"/><Relationship Id="rId123" Type="http://schemas.openxmlformats.org/officeDocument/2006/relationships/image" Target="media/image115.png"/><Relationship Id="rId124" Type="http://schemas.openxmlformats.org/officeDocument/2006/relationships/image" Target="media/image1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