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52473" cy="8229599"/>
            <wp:docPr id="1" name="Picture 1"/>
            <wp:cNvGraphicFramePr>
              <a:graphicFrameLocks noChangeAspect="1"/>
            </wp:cNvGraphicFramePr>
            <a:graphic>
              <a:graphicData uri="http://schemas.openxmlformats.org/drawingml/2006/picture">
                <pic:pic>
                  <pic:nvPicPr>
                    <pic:cNvPr id="0" name="cover.png"/>
                    <pic:cNvPicPr/>
                  </pic:nvPicPr>
                  <pic:blipFill>
                    <a:blip r:embed="rId9"/>
                    <a:stretch>
                      <a:fillRect/>
                    </a:stretch>
                  </pic:blipFill>
                  <pic:spPr>
                    <a:xfrm>
                      <a:off x="0" y="0"/>
                      <a:ext cx="5452473" cy="8229599"/>
                    </a:xfrm>
                    <a:prstGeom prst="rect"/>
                  </pic:spPr>
                </pic:pic>
              </a:graphicData>
            </a:graphic>
          </wp:inline>
        </w:drawing>
      </w:r>
    </w:p>
    <w:p>
      <w:pPr>
        <w:pStyle w:val="Heading1"/>
      </w:pPr>
      <w:r>
        <w:rPr>
          <w:rFonts w:ascii="Calibri" w:hAnsi="Calibri"/>
          <w:b/>
          <w:i w:val="0"/>
          <w:sz w:val="40"/>
        </w:rPr>
        <w:t>TRÊN XÁC CHẾT CỦA TÔI</w:t>
      </w:r>
    </w:p>
    <w:p>
      <w:pPr>
        <w:pStyle w:val="Heading2"/>
      </w:pPr>
      <w:r>
        <w:rPr>
          <w:rFonts w:ascii="Calibri" w:hAnsi="Calibri"/>
          <w:b/>
          <w:i w:val="0"/>
          <w:sz w:val="32"/>
        </w:rPr>
        <w:t>Jeffrey Archer</w:t>
      </w:r>
    </w:p>
    <w:p>
      <w:pPr>
        <w:jc w:val="center"/>
      </w:pPr>
      <w:r>
        <w:drawing>
          <wp:inline xmlns:a="http://schemas.openxmlformats.org/drawingml/2006/main" xmlns:pic="http://schemas.openxmlformats.org/drawingml/2006/picture">
            <wp:extent cx="3105150" cy="1114425"/>
            <wp:docPr id="2" name="Picture 2"/>
            <wp:cNvGraphicFramePr>
              <a:graphicFrameLocks noChangeAspect="1"/>
            </wp:cNvGraphicFramePr>
            <a:graphic>
              <a:graphicData uri="http://schemas.openxmlformats.org/drawingml/2006/picture">
                <pic:pic>
                  <pic:nvPicPr>
                    <pic:cNvPr id="0" name="logo.jpg"/>
                    <pic:cNvPicPr/>
                  </pic:nvPicPr>
                  <pic:blipFill>
                    <a:blip r:embed="rId10"/>
                    <a:stretch>
                      <a:fillRect/>
                    </a:stretch>
                  </pic:blipFill>
                  <pic:spPr>
                    <a:xfrm>
                      <a:off x="0" y="0"/>
                      <a:ext cx="3105150" cy="1114425"/>
                    </a:xfrm>
                    <a:prstGeom prst="rect"/>
                  </pic:spPr>
                </pic:pic>
              </a:graphicData>
            </a:graphic>
          </wp:inline>
        </w:drawing>
      </w:r>
    </w:p>
    <w:p>
      <w:pPr>
        <w:pStyle w:val="Heading2"/>
      </w:pPr>
      <w:r>
        <w:rPr>
          <w:rFonts w:ascii="Calibri" w:hAnsi="Calibri"/>
          <w:b/>
          <w:i w:val="0"/>
          <w:sz w:val="32"/>
        </w:rPr>
        <w:t>Bản quyền</w:t>
      </w:r>
    </w:p>
    <w:p>
      <w:pPr>
        <w:spacing w:after="80"/>
        <w:jc w:val="center"/>
      </w:pPr>
      <w:r>
        <w:rPr>
          <w:b w:val="0"/>
          <w:i w:val="0"/>
        </w:rPr>
        <w:t>HarperCollins</w:t>
      </w:r>
      <w:r>
        <w:rPr>
          <w:b w:val="0"/>
          <w:i/>
        </w:rPr>
        <w:t>Publishers</w:t>
      </w:r>
      <w:r>
        <w:rPr>
          <w:b w:val="0"/>
          <w:i w:val="0"/>
        </w:rPr>
        <w:t xml:space="preserve"> Ltd</w:t>
      </w:r>
    </w:p>
    <w:p>
      <w:pPr>
        <w:spacing w:after="80"/>
        <w:jc w:val="center"/>
      </w:pPr>
      <w:r>
        <w:rPr>
          <w:b w:val="0"/>
          <w:i w:val="0"/>
        </w:rPr>
        <w:t>1 London Bridge Street</w:t>
      </w:r>
    </w:p>
    <w:p>
      <w:pPr>
        <w:spacing w:after="80"/>
        <w:jc w:val="center"/>
      </w:pPr>
      <w:r>
        <w:rPr>
          <w:b w:val="0"/>
          <w:i w:val="0"/>
        </w:rPr>
        <w:t>London SE1 9GF</w:t>
      </w:r>
    </w:p>
    <w:p>
      <w:pPr>
        <w:spacing w:after="80"/>
        <w:jc w:val="center"/>
      </w:pPr>
      <w:r>
        <w:rPr>
          <w:b w:val="0"/>
          <w:i w:val="0"/>
        </w:rPr>
        <w:t>www.harpercollins.co.uk</w:t>
      </w:r>
    </w:p>
    <w:p>
      <w:pPr>
        <w:spacing w:after="80"/>
        <w:jc w:val="center"/>
      </w:pPr>
      <w:r>
        <w:rPr>
          <w:b w:val="0"/>
          <w:i w:val="0"/>
        </w:rPr>
        <w:t>HarperCollins</w:t>
      </w:r>
      <w:r>
        <w:rPr>
          <w:b w:val="0"/>
          <w:i/>
        </w:rPr>
        <w:t>Publishers</w:t>
      </w:r>
    </w:p>
    <w:p>
      <w:pPr>
        <w:spacing w:after="80"/>
        <w:jc w:val="center"/>
      </w:pPr>
      <w:r>
        <w:rPr>
          <w:b w:val="0"/>
          <w:i w:val="0"/>
        </w:rPr>
        <w:t>Tầng 1, Tòa nhà Watermarque, Đường Ringsend</w:t>
      </w:r>
    </w:p>
    <w:p>
      <w:pPr>
        <w:spacing w:after="80"/>
        <w:jc w:val="center"/>
      </w:pPr>
      <w:r>
        <w:rPr>
          <w:b w:val="0"/>
          <w:i w:val="0"/>
        </w:rPr>
        <w:t>Dublin 4, Ireland</w:t>
      </w:r>
    </w:p>
    <w:p>
      <w:pPr>
        <w:spacing w:after="80"/>
        <w:jc w:val="center"/>
      </w:pPr>
      <w:r>
        <w:rPr>
          <w:b w:val="0"/>
          <w:i w:val="0"/>
        </w:rPr>
        <w:t>Xuất bản lần đầu bởi HarperCollins</w:t>
      </w:r>
      <w:r>
        <w:rPr>
          <w:b w:val="0"/>
          <w:i/>
        </w:rPr>
        <w:t>Publishers</w:t>
      </w:r>
      <w:r>
        <w:rPr>
          <w:b w:val="0"/>
          <w:i w:val="0"/>
        </w:rPr>
        <w:t xml:space="preserve"> năm 2021</w:t>
      </w:r>
    </w:p>
    <w:p>
      <w:pPr>
        <w:spacing w:after="80"/>
        <w:jc w:val="center"/>
      </w:pPr>
      <w:r>
        <w:rPr>
          <w:b w:val="0"/>
          <w:i w:val="0"/>
        </w:rPr>
        <w:t>Bản quyền © Jeffrey Archer 2021</w:t>
      </w:r>
    </w:p>
    <w:p>
      <w:pPr>
        <w:spacing w:after="80"/>
        <w:jc w:val="center"/>
      </w:pPr>
      <w:r>
        <w:rPr>
          <w:b w:val="0"/>
          <w:i w:val="0"/>
        </w:rPr>
        <w:t>Hình minh họa nội bộ © Nicolette Caven 2021</w:t>
      </w:r>
    </w:p>
    <w:p>
      <w:pPr>
        <w:spacing w:after="80"/>
        <w:jc w:val="center"/>
      </w:pPr>
      <w:r>
        <w:rPr>
          <w:b w:val="0"/>
          <w:i w:val="0"/>
        </w:rPr>
        <w:t>Thiết kế bìa bởi Claire Ward và Holly Macdonald © HarperCollins</w:t>
      </w:r>
      <w:r>
        <w:rPr>
          <w:b w:val="0"/>
          <w:i/>
        </w:rPr>
        <w:t>Publishers</w:t>
      </w:r>
      <w:r>
        <w:rPr>
          <w:b w:val="0"/>
          <w:i w:val="0"/>
        </w:rPr>
        <w:t xml:space="preserve"> Ltd 2021</w:t>
      </w:r>
    </w:p>
    <w:p>
      <w:pPr>
        <w:spacing w:after="80"/>
        <w:jc w:val="center"/>
      </w:pPr>
      <w:r>
        <w:rPr>
          <w:b w:val="0"/>
          <w:i w:val="0"/>
        </w:rPr>
        <w:t>Ảnh bìa © Tim Robinson/Arcangel Images (người đàn ông), © Roy Bishop/Arcangel Images (cảnh đường phố), © James Wragg/Trevillion Images (bậc thang) và Shutterstock.com (khung)</w:t>
      </w:r>
    </w:p>
    <w:p>
      <w:pPr>
        <w:spacing w:after="80"/>
        <w:jc w:val="center"/>
      </w:pPr>
      <w:r>
        <w:rPr>
          <w:b w:val="0"/>
          <w:i w:val="0"/>
        </w:rPr>
        <w:t>Jeffrey Archer khẳng định quyền đạo đức được công nhận là tác giả của tác phẩm này.</w:t>
      </w:r>
    </w:p>
    <w:p>
      <w:pPr>
        <w:spacing w:after="80"/>
        <w:jc w:val="center"/>
      </w:pPr>
      <w:r>
        <w:rPr>
          <w:b w:val="0"/>
          <w:i w:val="0"/>
        </w:rPr>
        <w:t>Bản sao mục lục của cuốn sách này có tại Thư viện Anh.</w:t>
      </w:r>
    </w:p>
    <w:p>
      <w:pPr>
        <w:spacing w:after="80"/>
        <w:jc w:val="center"/>
      </w:pPr>
      <w:r>
        <w:rPr>
          <w:b w:val="0"/>
          <w:i w:val="0"/>
        </w:rPr>
        <w:t>Cuốn tiểu thuyết này hoàn toàn là một tác phẩm hư cấu. Tên người, nhân vật và các sự kiện được khắc họa trong đó đều là sản phẩm của trí tưởng tượng của tác giả. Mọi sự trùng hợp với người thật, dù còn sống hay đã mất, với các sự kiện hay địa danh đều hoàn toàn là ngẫu nhiên.</w:t>
      </w:r>
    </w:p>
    <w:p>
      <w:pPr>
        <w:spacing w:after="80"/>
        <w:jc w:val="center"/>
      </w:pPr>
      <w:r>
        <w:rPr>
          <w:b w:val="0"/>
          <w:i w:val="0"/>
        </w:rPr>
        <w:t>Mọi quyền được bảo lưu theo Công ước Quốc tế và Liên châu Mỹ về Bản quyền. Khi thanh toán các khoản phí theo yêu cầu, bạn được cấp quyền không độc quyền, không thể chuyển nhượng để truy cập và đọc nội dung của e-book này trên màn hình. Không phần nào của nội dung này được phép sao chép, truyền tải, tải xuống, giải mã, dịch ngược, hoặc lưu trữ hay đưa vào bất kỳ hệ thống lưu trữ và truy xuất thông tin nào, dưới bất kỳ hình thức hay phương tiện nào, dù là điện tử hay cơ học, hiện đã biết hay sau này mới phát minh, mà không có sự cho phép rõ ràng bằng văn bản của HarperCollins.</w:t>
      </w:r>
    </w:p>
    <w:p>
      <w:pPr>
        <w:spacing w:after="80"/>
        <w:jc w:val="center"/>
      </w:pPr>
      <w:r>
        <w:rPr>
          <w:b w:val="0"/>
          <w:i w:val="0"/>
        </w:rPr>
        <w:t>ISBN nguồn: 9780008474270</w:t>
      </w:r>
    </w:p>
    <w:p>
      <w:pPr>
        <w:spacing w:after="80"/>
        <w:jc w:val="center"/>
      </w:pPr>
      <w:r>
        <w:rPr>
          <w:b w:val="0"/>
          <w:i w:val="0"/>
        </w:rPr>
        <w:t>Ấn bản Ebook © Tháng 10 năm 2021 ISBN: 9780008474294</w:t>
      </w:r>
    </w:p>
    <w:p>
      <w:pPr>
        <w:spacing w:after="80"/>
        <w:jc w:val="center"/>
      </w:pPr>
      <w:r>
        <w:rPr>
          <w:b w:val="0"/>
          <w:i w:val="0"/>
        </w:rPr>
        <w:t>Phiên bản: 2021-08-04</w:t>
      </w:r>
    </w:p>
    <w:p>
      <w:pPr>
        <w:pStyle w:val="Heading2"/>
      </w:pPr>
      <w:r>
        <w:rPr>
          <w:rFonts w:ascii="Calibri" w:hAnsi="Calibri"/>
          <w:b/>
          <w:i w:val="0"/>
          <w:sz w:val="32"/>
        </w:rPr>
        <w:t>Lời đề tặng</w:t>
      </w:r>
    </w:p>
    <w:p>
      <w:pPr>
        <w:spacing w:after="80"/>
        <w:jc w:val="center"/>
      </w:pPr>
      <w:r>
        <w:rPr>
          <w:b w:val="0"/>
          <w:i/>
        </w:rPr>
        <w:t>Tặng Jack</w:t>
      </w:r>
    </w:p>
    <w:p>
      <w:pPr>
        <w:spacing w:after="80"/>
      </w:pPr>
      <w:r>
        <w:rPr>
          <w:b/>
          <w:i w:val="0"/>
        </w:rPr>
        <w:t>Mục lục</w:t>
      </w:r>
    </w:p>
    <w:p>
      <w:pPr>
        <w:spacing w:after="80"/>
      </w:pPr>
      <w:r>
        <w:rPr>
          <w:b w:val="0"/>
          <w:i w:val="0"/>
        </w:rPr>
        <w:t>Bìa</w:t>
      </w:r>
    </w:p>
    <w:p>
      <w:pPr>
        <w:spacing w:after="80"/>
      </w:pPr>
      <w:r>
        <w:rPr>
          <w:b w:val="0"/>
          <w:i w:val="0"/>
        </w:rPr>
        <w:t>Trang tiêu đề</w:t>
      </w:r>
    </w:p>
    <w:p>
      <w:pPr>
        <w:spacing w:after="80"/>
      </w:pPr>
      <w:r>
        <w:rPr>
          <w:b w:val="0"/>
          <w:i w:val="0"/>
        </w:rPr>
        <w:t>Bản quyền</w:t>
      </w:r>
    </w:p>
    <w:p>
      <w:pPr>
        <w:spacing w:after="80"/>
      </w:pPr>
      <w:r>
        <w:rPr>
          <w:b w:val="0"/>
          <w:i w:val="0"/>
        </w:rPr>
        <w:t>Lời đề tặng</w:t>
      </w:r>
    </w:p>
    <w:p>
      <w:pPr>
        <w:spacing w:after="80"/>
      </w:pPr>
      <w:r>
        <w:rPr>
          <w:b w:val="0"/>
          <w:i w:val="0"/>
        </w:rPr>
        <w:t>Chương 1</w:t>
      </w:r>
    </w:p>
    <w:p>
      <w:pPr>
        <w:spacing w:after="80"/>
      </w:pPr>
      <w:r>
        <w:rPr>
          <w:b w:val="0"/>
          <w:i w:val="0"/>
        </w:rPr>
        <w:t>Chương 2</w:t>
      </w:r>
    </w:p>
    <w:p>
      <w:pPr>
        <w:spacing w:after="80"/>
      </w:pPr>
      <w:r>
        <w:rPr>
          <w:b w:val="0"/>
          <w:i w:val="0"/>
        </w:rPr>
        <w:t>Chương 3</w:t>
      </w:r>
    </w:p>
    <w:p>
      <w:pPr>
        <w:spacing w:after="80"/>
      </w:pPr>
      <w:r>
        <w:rPr>
          <w:b w:val="0"/>
          <w:i w:val="0"/>
        </w:rPr>
        <w:t>Chương 4</w:t>
      </w:r>
    </w:p>
    <w:p>
      <w:pPr>
        <w:spacing w:after="80"/>
      </w:pPr>
      <w:r>
        <w:rPr>
          <w:b w:val="0"/>
          <w:i w:val="0"/>
        </w:rPr>
        <w:t>Chương 5</w:t>
      </w:r>
    </w:p>
    <w:p>
      <w:pPr>
        <w:spacing w:after="80"/>
      </w:pPr>
      <w:r>
        <w:rPr>
          <w:b w:val="0"/>
          <w:i w:val="0"/>
        </w:rPr>
        <w:t>Chương 6</w:t>
      </w:r>
    </w:p>
    <w:p>
      <w:pPr>
        <w:spacing w:after="80"/>
      </w:pPr>
      <w:r>
        <w:rPr>
          <w:b w:val="0"/>
          <w:i w:val="0"/>
        </w:rPr>
        <w:t>Chương 7</w:t>
      </w:r>
    </w:p>
    <w:p>
      <w:pPr>
        <w:spacing w:after="80"/>
      </w:pPr>
      <w:r>
        <w:rPr>
          <w:b w:val="0"/>
          <w:i w:val="0"/>
        </w:rPr>
        <w:t>Chương 8</w:t>
      </w:r>
    </w:p>
    <w:p>
      <w:pPr>
        <w:spacing w:after="80"/>
      </w:pPr>
      <w:r>
        <w:rPr>
          <w:b w:val="0"/>
          <w:i w:val="0"/>
        </w:rPr>
        <w:t>Chương 9</w:t>
      </w:r>
    </w:p>
    <w:p>
      <w:pPr>
        <w:spacing w:after="80"/>
      </w:pPr>
      <w:r>
        <w:rPr>
          <w:b w:val="0"/>
          <w:i w:val="0"/>
        </w:rPr>
        <w:t>Chương 10</w:t>
      </w:r>
    </w:p>
    <w:p>
      <w:pPr>
        <w:spacing w:after="80"/>
      </w:pPr>
      <w:r>
        <w:rPr>
          <w:b w:val="0"/>
          <w:i w:val="0"/>
        </w:rPr>
        <w:t>Chương 11</w:t>
      </w:r>
    </w:p>
    <w:p>
      <w:pPr>
        <w:spacing w:after="80"/>
      </w:pPr>
      <w:r>
        <w:rPr>
          <w:b w:val="0"/>
          <w:i w:val="0"/>
        </w:rPr>
        <w:t>Chương 12</w:t>
      </w:r>
    </w:p>
    <w:p>
      <w:pPr>
        <w:spacing w:after="80"/>
      </w:pPr>
      <w:r>
        <w:rPr>
          <w:b w:val="0"/>
          <w:i w:val="0"/>
        </w:rPr>
        <w:t>Chương 13</w:t>
      </w:r>
    </w:p>
    <w:p>
      <w:pPr>
        <w:spacing w:after="80"/>
      </w:pPr>
      <w:r>
        <w:rPr>
          <w:b w:val="0"/>
          <w:i w:val="0"/>
        </w:rPr>
        <w:t>Chương 14</w:t>
      </w:r>
    </w:p>
    <w:p>
      <w:pPr>
        <w:spacing w:after="80"/>
      </w:pPr>
      <w:r>
        <w:rPr>
          <w:b w:val="0"/>
          <w:i w:val="0"/>
        </w:rPr>
        <w:t>Chương 15</w:t>
      </w:r>
    </w:p>
    <w:p>
      <w:pPr>
        <w:spacing w:after="80"/>
      </w:pPr>
      <w:r>
        <w:rPr>
          <w:b w:val="0"/>
          <w:i w:val="0"/>
        </w:rPr>
        <w:t>Chương 16</w:t>
      </w:r>
    </w:p>
    <w:p>
      <w:pPr>
        <w:spacing w:after="80"/>
      </w:pPr>
      <w:r>
        <w:rPr>
          <w:b w:val="0"/>
          <w:i w:val="0"/>
        </w:rPr>
        <w:t>Chương 17</w:t>
      </w:r>
    </w:p>
    <w:p>
      <w:pPr>
        <w:spacing w:after="80"/>
      </w:pPr>
      <w:r>
        <w:rPr>
          <w:b w:val="0"/>
          <w:i w:val="0"/>
        </w:rPr>
        <w:t>Chương 18</w:t>
      </w:r>
    </w:p>
    <w:p>
      <w:pPr>
        <w:spacing w:after="80"/>
      </w:pPr>
      <w:r>
        <w:rPr>
          <w:b w:val="0"/>
          <w:i w:val="0"/>
        </w:rPr>
        <w:t>Chương 19</w:t>
      </w:r>
    </w:p>
    <w:p>
      <w:pPr>
        <w:spacing w:after="80"/>
      </w:pPr>
      <w:r>
        <w:rPr>
          <w:b w:val="0"/>
          <w:i w:val="0"/>
        </w:rPr>
        <w:t>Chương 20</w:t>
      </w:r>
    </w:p>
    <w:p>
      <w:pPr>
        <w:spacing w:after="80"/>
      </w:pPr>
      <w:r>
        <w:rPr>
          <w:b w:val="0"/>
          <w:i w:val="0"/>
        </w:rPr>
        <w:t>Chương 21</w:t>
      </w:r>
    </w:p>
    <w:p>
      <w:pPr>
        <w:spacing w:after="80"/>
      </w:pPr>
      <w:r>
        <w:rPr>
          <w:b w:val="0"/>
          <w:i w:val="0"/>
        </w:rPr>
        <w:t>Chương 22</w:t>
      </w:r>
    </w:p>
    <w:p>
      <w:pPr>
        <w:spacing w:after="80"/>
      </w:pPr>
      <w:r>
        <w:rPr>
          <w:b w:val="0"/>
          <w:i w:val="0"/>
        </w:rPr>
        <w:t>Chương 23</w:t>
      </w:r>
    </w:p>
    <w:p>
      <w:pPr>
        <w:spacing w:after="80"/>
      </w:pPr>
      <w:r>
        <w:rPr>
          <w:b w:val="0"/>
          <w:i w:val="0"/>
        </w:rPr>
        <w:t>Chương 24</w:t>
      </w:r>
    </w:p>
    <w:p>
      <w:pPr>
        <w:spacing w:after="80"/>
      </w:pPr>
      <w:r>
        <w:rPr>
          <w:b w:val="0"/>
          <w:i w:val="0"/>
        </w:rPr>
        <w:t>Chương 25</w:t>
      </w:r>
    </w:p>
    <w:p>
      <w:pPr>
        <w:spacing w:after="80"/>
      </w:pPr>
      <w:r>
        <w:rPr>
          <w:b w:val="0"/>
          <w:i w:val="0"/>
        </w:rPr>
        <w:t>Chương 26</w:t>
      </w:r>
    </w:p>
    <w:p>
      <w:pPr>
        <w:spacing w:after="80"/>
      </w:pPr>
      <w:r>
        <w:rPr>
          <w:b w:val="0"/>
          <w:i w:val="0"/>
        </w:rPr>
        <w:t>Chương 27</w:t>
      </w:r>
    </w:p>
    <w:p>
      <w:pPr>
        <w:spacing w:after="80"/>
      </w:pPr>
      <w:r>
        <w:rPr>
          <w:b w:val="0"/>
          <w:i w:val="0"/>
        </w:rPr>
        <w:t>Chương 28</w:t>
      </w:r>
    </w:p>
    <w:p>
      <w:pPr>
        <w:spacing w:after="80"/>
      </w:pPr>
      <w:r>
        <w:rPr>
          <w:b w:val="0"/>
          <w:i w:val="0"/>
        </w:rPr>
        <w:t>Chương 29</w:t>
      </w:r>
    </w:p>
    <w:p>
      <w:pPr>
        <w:spacing w:after="80"/>
      </w:pPr>
      <w:r>
        <w:rPr>
          <w:b w:val="0"/>
          <w:i w:val="0"/>
        </w:rPr>
        <w:t>Chương 30</w:t>
      </w:r>
    </w:p>
    <w:p>
      <w:pPr>
        <w:spacing w:after="80"/>
      </w:pPr>
      <w:r>
        <w:rPr>
          <w:b w:val="0"/>
          <w:i w:val="0"/>
        </w:rPr>
        <w:t>Lời cảm ơn</w:t>
      </w:r>
    </w:p>
    <w:p>
      <w:pPr>
        <w:spacing w:after="80"/>
      </w:pPr>
      <w:r>
        <w:rPr>
          <w:b w:val="0"/>
          <w:i w:val="0"/>
        </w:rPr>
        <w:t>Về tác giả</w:t>
      </w:r>
    </w:p>
    <w:p>
      <w:pPr>
        <w:spacing w:after="80"/>
      </w:pPr>
      <w:r>
        <w:rPr>
          <w:b w:val="0"/>
          <w:i w:val="0"/>
        </w:rPr>
        <w:t>Các tác phẩm khác của Jeffrey Archer</w:t>
      </w:r>
    </w:p>
    <w:p>
      <w:pPr>
        <w:spacing w:after="80"/>
      </w:pPr>
      <w:r>
        <w:rPr>
          <w:b w:val="0"/>
          <w:i w:val="0"/>
        </w:rPr>
        <w:t>Về nhà xuất bản</w:t>
      </w:r>
    </w:p>
    <w:p>
      <w:pPr>
        <w:pStyle w:val="Heading2"/>
      </w:pPr>
      <w:r>
        <w:rPr>
          <w:rFonts w:ascii="Calibri" w:hAnsi="Calibri"/>
          <w:b/>
          <w:i w:val="0"/>
          <w:sz w:val="32"/>
        </w:rPr>
        <w:t>CHƯƠNG 1</w:t>
      </w:r>
    </w:p>
    <w:p>
      <w:pPr>
        <w:spacing w:after="80"/>
      </w:pPr>
      <w:r>
        <w:rPr>
          <w:b w:val="0"/>
          <w:i w:val="0"/>
        </w:rPr>
        <w:t>‘ÔNG LÀ THÁM TỬ À, THƯA NGÀI?’</w:t>
      </w:r>
    </w:p>
    <w:p>
      <w:pPr>
        <w:spacing w:after="80"/>
      </w:pPr>
      <w:r>
        <w:rPr>
          <w:b w:val="0"/>
          <w:i w:val="0"/>
        </w:rPr>
        <w:t>William ngước nhìn chàng trai trẻ vừa đặt câu hỏi. ‘Không, tôi là phó giám đốc Ngân hàng Midland ở Shoreham, Kent.’</w:t>
      </w:r>
    </w:p>
    <w:p>
      <w:pPr>
        <w:spacing w:after="80"/>
      </w:pPr>
      <w:r>
        <w:rPr>
          <w:b w:val="0"/>
          <w:i w:val="0"/>
        </w:rPr>
        <w:t>‘Vậy thì,’ chàng trai trẻ tiếp tục, vẻ mặt không có vẻ gì là tin, ‘ông có thể cho tôi biết tỷ giá giữa đô-la và bảng Anh khi thị trường ngoại hối mở cửa sáng nay là bao nhiêu.’</w:t>
      </w:r>
    </w:p>
    <w:p>
      <w:pPr>
        <w:spacing w:after="80"/>
      </w:pPr>
      <w:r>
        <w:rPr>
          <w:b w:val="0"/>
          <w:i w:val="0"/>
        </w:rPr>
        <w:t>William cố nhớ lại mình đã nhận được bao nhiêu khi đổi một trăm bảng Anh sang đô-la ngay trước khi lên tàu tối hôm trước, nhưng ông chần chừ quá lâu.</w:t>
      </w:r>
    </w:p>
    <w:p>
      <w:pPr>
        <w:spacing w:after="80"/>
      </w:pPr>
      <w:r>
        <w:rPr>
          <w:b w:val="0"/>
          <w:i w:val="0"/>
        </w:rPr>
        <w:t>‘Một đô-la năm mươi tư xu đổi một bảng Anh,’ chàng trai trẻ nói, trước khi ông kịp trả lời. ‘Vậy nên, thứ lỗi cho tôi vì đã hỏi, thưa ngài, sao ngài không chịu thừa nhận mình là thám tử?’</w:t>
      </w:r>
    </w:p>
    <w:p>
      <w:pPr>
        <w:spacing w:after="80"/>
      </w:pPr>
      <w:r>
        <w:rPr>
          <w:b w:val="0"/>
          <w:i w:val="0"/>
        </w:rPr>
        <w:t>William đặt cuốn sách đang đọc lên bàn trước mặt và nhìn kỹ hơn chàng thanh niên người Mỹ nghiêm túc này, người có vẻ như rất sợ bị coi là trẻ con, dù cậu ta chưa bắt đầu cạo râu. Từ ‘preppy’ (kiểu học sinh trường quý tộc) lập tức hiện lên trong đầu ông.</w:t>
      </w:r>
    </w:p>
    <w:p>
      <w:pPr>
        <w:spacing w:after="80"/>
      </w:pPr>
      <w:r>
        <w:rPr>
          <w:b w:val="0"/>
          <w:i w:val="0"/>
        </w:rPr>
        <w:t>‘Cậu giữ được bí mật không?’ ông thì thầm.</w:t>
      </w:r>
    </w:p>
    <w:p>
      <w:pPr>
        <w:spacing w:after="80"/>
      </w:pPr>
      <w:r>
        <w:rPr>
          <w:b w:val="0"/>
          <w:i w:val="0"/>
        </w:rPr>
        <w:t>‘Vâng, tất nhiên rồi,’ chàng trai trẻ nói, giọng có vẻ bị xúc phạm.</w:t>
      </w:r>
    </w:p>
    <w:p>
      <w:pPr>
        <w:spacing w:after="80"/>
      </w:pPr>
      <w:r>
        <w:rPr>
          <w:b w:val="0"/>
          <w:i w:val="0"/>
        </w:rPr>
        <w:t>‘Vậy thì ngồi xuống đi,’ William nói, chỉ vào chiếc ghế thoải mái đối diện. Ông đợi chàng trai trẻ ổn định chỗ ngồi. ‘Tôi đang đi nghỉ và tôi đã hứa với vợ rằng trong mười ngày tới, tôi sẽ không nói với ai mình là thám tử, vì lúc nào cũng kéo theo một tràng câu hỏi biến nó thành một kỳ nghỉ mà vẫn phải làm việc như thường.’</w:t>
      </w:r>
    </w:p>
    <w:p>
      <w:pPr>
        <w:spacing w:after="80"/>
      </w:pPr>
      <w:r>
        <w:rPr>
          <w:b w:val="0"/>
          <w:i w:val="0"/>
        </w:rPr>
        <w:t>‘Nhưng sao lại chọn nhân viên ngân hàng làm vỏ bọc?’ chàng trai trẻ hỏi. ‘Vì tôi có cảm giác ngài sẽ không phân biệt được bảng tính với bảng cân đối kế toán đâu.’</w:t>
      </w:r>
    </w:p>
    <w:p>
      <w:pPr>
        <w:spacing w:after="80"/>
      </w:pPr>
      <w:r>
        <w:rPr>
          <w:b w:val="0"/>
          <w:i w:val="0"/>
        </w:rPr>
        <w:t>‘Vợ tôi và tôi đã suy nghĩ khá kỹ về câu hỏi đó trước khi chọn nhân viên ngân hàng. Tôi lớn lên ở Shoreham, một thị trấn nhỏ ở Anh, vào những năm sáu mươi, và giám đốc ngân hàng địa phương là bạn của bố tôi. Nên tôi nghĩ mình sẽ xoay xở được vài tuần.’</w:t>
      </w:r>
    </w:p>
    <w:p>
      <w:pPr>
        <w:spacing w:after="80"/>
      </w:pPr>
      <w:r>
        <w:rPr>
          <w:b w:val="0"/>
          <w:i w:val="0"/>
        </w:rPr>
        <w:t>‘Danh sách rút gọn còn có gì nữa?’</w:t>
      </w:r>
    </w:p>
    <w:p>
      <w:pPr>
        <w:spacing w:after="80"/>
      </w:pPr>
      <w:r>
        <w:rPr>
          <w:b w:val="0"/>
          <w:i w:val="0"/>
        </w:rPr>
        <w:t>‘Nhân viên môi giới bất động sản, nhân viên bán ô tô và người điều hành tang lễ, cả ba nghề này chúng tôi khá chắc là sẽ không kéo theo những câu hỏi không dứt.’</w:t>
      </w:r>
    </w:p>
    <w:p>
      <w:pPr>
        <w:spacing w:after="80"/>
      </w:pPr>
      <w:r>
        <w:rPr>
          <w:b w:val="0"/>
          <w:i w:val="0"/>
        </w:rPr>
        <w:t>Chàng trai trẻ bật cười.</w:t>
      </w:r>
    </w:p>
    <w:p>
      <w:pPr>
        <w:spacing w:after="80"/>
      </w:pPr>
      <w:r>
        <w:rPr>
          <w:b w:val="0"/>
          <w:i w:val="0"/>
        </w:rPr>
        <w:t>‘Cậu sẽ chọn nghề gì?’ William hỏi, cố giành lại thế chủ động.</w:t>
      </w:r>
    </w:p>
    <w:p>
      <w:pPr>
        <w:spacing w:after="80"/>
      </w:pPr>
      <w:r>
        <w:rPr>
          <w:b w:val="0"/>
          <w:i w:val="0"/>
        </w:rPr>
        <w:t>‘Sát thủ thuê. Như vậy thì chẳng ai buồn hỏi tôi thêm câu nào nữa.’</w:t>
      </w:r>
    </w:p>
    <w:p>
      <w:pPr>
        <w:spacing w:after="80"/>
      </w:pPr>
      <w:r>
        <w:rPr>
          <w:b w:val="0"/>
          <w:i w:val="0"/>
        </w:rPr>
        <w:t>‘Tôi sẽ biết ngay đó là một vỏ bọc,’ William nói kèm theo một cái vẫy tay khinh khỉnh, ‘vì chẳng tay sát thủ nào lại hỏi tôi có phải thám tử không. Hắn sẽ biết trước rồi. Vậy, cậu thực sự làm gì khi không phải là sát thủ?’</w:t>
      </w:r>
    </w:p>
    <w:p>
      <w:pPr>
        <w:spacing w:after="80"/>
      </w:pPr>
      <w:r>
        <w:rPr>
          <w:b w:val="0"/>
          <w:i w:val="0"/>
        </w:rPr>
        <w:t>‘Cháu đang học năm cuối tại Choate, một trường dự bị ở Connecticut.’</w:t>
      </w:r>
    </w:p>
    <w:p>
      <w:pPr>
        <w:spacing w:after="80"/>
      </w:pPr>
      <w:r>
        <w:rPr>
          <w:b w:val="0"/>
          <w:i w:val="0"/>
        </w:rPr>
        <w:t>‘Cậu có biết mình muốn làm gì khi rời trường không? Giả sử là cậu vẫn không còn hy vọng trở thành sát thủ.’</w:t>
      </w:r>
    </w:p>
    <w:p>
      <w:pPr>
        <w:spacing w:after="80"/>
      </w:pPr>
      <w:r>
        <w:rPr>
          <w:b w:val="0"/>
          <w:i w:val="0"/>
        </w:rPr>
        <w:t>‘Cháu sẽ vào Harvard học lịch sử, trước khi chuyển sang trường luật.’</w:t>
      </w:r>
    </w:p>
    <w:p>
      <w:pPr>
        <w:spacing w:after="80"/>
      </w:pPr>
      <w:r>
        <w:rPr>
          <w:b w:val="0"/>
          <w:i w:val="0"/>
        </w:rPr>
        <w:t>‘Sau đó, chắc chắn rồi, cậu sẽ gia nhập một hãng luật nổi tiếng, và chẳng mấy chốc được phong làm thành viên cấp dưới.’</w:t>
      </w:r>
    </w:p>
    <w:p>
      <w:pPr>
        <w:spacing w:after="80"/>
      </w:pPr>
      <w:r>
        <w:rPr>
          <w:b w:val="0"/>
          <w:i w:val="0"/>
        </w:rPr>
        <w:t xml:space="preserve">‘Không, thưa ngài, cháu muốn trở thành người thực thi pháp luật. Sau khi làm biên tập viên của </w:t>
      </w:r>
      <w:r>
        <w:rPr>
          <w:b w:val="0"/>
          <w:i/>
        </w:rPr>
        <w:t>Law Review</w:t>
      </w:r>
      <w:r>
        <w:rPr>
          <w:b w:val="0"/>
          <w:i w:val="0"/>
        </w:rPr>
        <w:t xml:space="preserve"> một năm, cháu sẽ gia nhập FBI.’</w:t>
      </w:r>
    </w:p>
    <w:p>
      <w:pPr>
        <w:spacing w:after="80"/>
      </w:pPr>
      <w:r>
        <w:rPr>
          <w:b w:val="0"/>
          <w:i w:val="0"/>
        </w:rPr>
        <w:t>‘Cậu có vẻ đã vạch ra sự nghiệp của mình rõ ràng lắm, với một người còn trẻ như vậy.’</w:t>
      </w:r>
    </w:p>
    <w:p>
      <w:pPr>
        <w:spacing w:after="80"/>
      </w:pPr>
      <w:r>
        <w:rPr>
          <w:b w:val="0"/>
          <w:i w:val="0"/>
        </w:rPr>
        <w:t>Chàng trai trẻ cau mày, rõ ràng là bị xúc phạm, nên William vội vàng thêm vào, ‘Tôi cũng y như vậy khi bằng tuổi cậu. Tôi biết mình muốn trở thành thám tử và kết thúc ở Scotland Yard khi mới tám tuổi.’</w:t>
      </w:r>
    </w:p>
    <w:p>
      <w:pPr>
        <w:spacing w:after="80"/>
      </w:pPr>
      <w:r>
        <w:rPr>
          <w:b w:val="0"/>
          <w:i w:val="0"/>
        </w:rPr>
        <w:t>‘Điều gì khiến ngài mất nhiều thời gian thế?’</w:t>
      </w:r>
    </w:p>
    <w:p>
      <w:pPr>
        <w:spacing w:after="80"/>
      </w:pPr>
      <w:r>
        <w:rPr>
          <w:b w:val="0"/>
          <w:i w:val="0"/>
        </w:rPr>
        <w:t>William mỉm cười với chàng trai trẻ sáng dạ, người chắc chắn hiểu nghĩa của từ "precocious" (sớm phát triển) mà không nhận ra nó có thể áp dụng cho chính mình. Nhưng rồi William chấp nhận rằng hồi còn là cậu học trò, anh chắc chắn cũng mắc đúng vấn đề đó. Anh nghiêng người tới, chìa tay ra và nói, ‘Thanh tra trưởng William Warwick.’</w:t>
      </w:r>
    </w:p>
    <w:p>
      <w:pPr>
        <w:spacing w:after="80"/>
      </w:pPr>
      <w:r>
        <w:rPr>
          <w:b w:val="0"/>
          <w:i w:val="0"/>
        </w:rPr>
        <w:t>‘James Buchanan,’ chàng trai trẻ đáp, bắt tay William thật chặt. ‘Cháu dám hỏi ngài đã đạt được cấp bậc cao như vậy bằng cách nào không, vì nếu ngài học trường vào những năm sáu mươi thì ngài không thể quá …’</w:t>
      </w:r>
    </w:p>
    <w:p>
      <w:pPr>
        <w:spacing w:after="80"/>
      </w:pPr>
      <w:r>
        <w:rPr>
          <w:b w:val="0"/>
          <w:i w:val="0"/>
        </w:rPr>
        <w:t>‘Điều gì khiến cậu chắc chắn họ sẽ nhận cậu vào Harvard?’ William hỏi, cố gắng đỡ đòn phản công của cậu. ‘Cậu không thể quá …’</w:t>
      </w:r>
    </w:p>
    <w:p>
      <w:pPr>
        <w:spacing w:after="80"/>
      </w:pPr>
      <w:r>
        <w:rPr>
          <w:b w:val="0"/>
          <w:i w:val="0"/>
        </w:rPr>
        <w:t>‘Mười bảy,’ James nói. ‘Cháu đứng đầu lớp với điểm trung bình 4.8, và cháu tự tin mình sẽ làm tốt bài thi SAT.’ Cậu ngừng lại rồi thêm, ‘Cháu có nên cho rằng ngài đã vào được Scotland Yard không, thưa Thanh tra trưởng?’</w:t>
      </w:r>
    </w:p>
    <w:p>
      <w:pPr>
        <w:spacing w:after="80"/>
      </w:pPr>
      <w:r>
        <w:rPr>
          <w:b w:val="0"/>
          <w:i w:val="0"/>
        </w:rPr>
        <w:t>‘Đúng vậy,’ William đáp trả. Anh đã quen bị các luật sư biện hộ hàng đầu thẩm vấn, chứ không phải mấy cậu thiếu niên, dù anh đang thấy thú vị với cuộc gặp này. ‘Nhưng nếu cậu thông minh đến thế, sao cậu chưa từng nghĩ đến việc trở thành luật sư, hay bước vào chính trị?’</w:t>
      </w:r>
    </w:p>
    <w:p>
      <w:pPr>
        <w:spacing w:after="80"/>
      </w:pPr>
      <w:r>
        <w:rPr>
          <w:b w:val="0"/>
          <w:i w:val="0"/>
        </w:rPr>
        <w:t>‘Ở Mỹ có quá nhiều luật sư,’ James nói kèm một cái nhún vai, ‘và hầu hết bọn họ cuối cùng chỉ đi chạy theo xe cứu thương.’</w:t>
      </w:r>
    </w:p>
    <w:p>
      <w:pPr>
        <w:spacing w:after="80"/>
      </w:pPr>
      <w:r>
        <w:rPr>
          <w:b w:val="0"/>
          <w:i w:val="0"/>
        </w:rPr>
        <w:t>‘Còn chính trị thì sao?’</w:t>
      </w:r>
    </w:p>
    <w:p>
      <w:pPr>
        <w:spacing w:after="80"/>
      </w:pPr>
      <w:r>
        <w:rPr>
          <w:b w:val="0"/>
          <w:i w:val="0"/>
        </w:rPr>
        <w:t>‘Tôi sẽ chẳng giỏi giang gì trong việc kiên nhẫn chịu đựng những kẻ ngốc, và tôi cũng không muốn dành phần đời còn lại của mình theo ý thích của cử tri hay để các nhóm khảo sát (focus groups) quyết định quan điểm của tôi.’</w:t>
      </w:r>
    </w:p>
    <w:p>
      <w:pPr>
        <w:spacing w:after="80"/>
      </w:pPr>
      <w:r>
        <w:rPr>
          <w:b w:val="0"/>
          <w:i w:val="0"/>
        </w:rPr>
        <w:t>‘Trong khi đó, nếu ông trở thành Giám đốc FBI…’</w:t>
      </w:r>
    </w:p>
    <w:p>
      <w:pPr>
        <w:spacing w:after="80"/>
      </w:pPr>
      <w:r>
        <w:rPr>
          <w:b w:val="0"/>
          <w:i w:val="0"/>
        </w:rPr>
        <w:t>‘Tôi sẽ là ông chủ của chính mình, chỉ chịu trách nhiệm trước Tổng thống, và tôi sẽ không phải lúc nào cũng cho ông ấy biết tôi đang làm gì.’</w:t>
      </w:r>
    </w:p>
    <w:p>
      <w:pPr>
        <w:spacing w:after="80"/>
      </w:pPr>
      <w:r>
        <w:rPr>
          <w:b w:val="0"/>
          <w:i w:val="0"/>
        </w:rPr>
        <w:t>William bật cười trước chàng trai trẻ, người rõ ràng chẳng hề mắc chứng tự ti.</w:t>
      </w:r>
    </w:p>
    <w:p>
      <w:pPr>
        <w:spacing w:after="80"/>
      </w:pPr>
      <w:r>
        <w:rPr>
          <w:b w:val="0"/>
          <w:i w:val="0"/>
        </w:rPr>
        <w:t>‘Còn ông, thưa ông,’ James nói, giọng có vẻ thoải mái hơn, ‘ông có định trở thành Ủy viên Cảnh sát Metropolitan không?’ William lại ngập ngừng. ‘Rõ ràng là ông cho rằng đó là một khả năng,’ James tiếp tục trước khi ông kịp trả lời. ‘Tôi có thể hỏi ông một câu nữa không?’</w:t>
      </w:r>
    </w:p>
    <w:p>
      <w:pPr>
        <w:spacing w:after="80"/>
      </w:pPr>
      <w:r>
        <w:rPr>
          <w:b w:val="0"/>
          <w:i w:val="0"/>
        </w:rPr>
        <w:t>‘Tôi không thể tưởng tượng được điều gì có thể ngăn cản ông.’</w:t>
      </w:r>
    </w:p>
    <w:p>
      <w:pPr>
        <w:spacing w:after="80"/>
      </w:pPr>
      <w:r>
        <w:rPr>
          <w:b w:val="0"/>
          <w:i w:val="0"/>
        </w:rPr>
        <w:t>‘Theo ông, những phẩm chất quan trọng nhất cần có để trở thành một thám tử hạng nhất là gì?’</w:t>
      </w:r>
    </w:p>
    <w:p>
      <w:pPr>
        <w:spacing w:after="80"/>
      </w:pPr>
      <w:r>
        <w:rPr>
          <w:b w:val="0"/>
          <w:i w:val="0"/>
        </w:rPr>
        <w:t>William suy nghĩ về câu hỏi một lúc trước khi trả lời. ‘Một sự tò mò bẩm sinh,’ cuối cùng ông nói. ‘Để ông lập tức nhận ra điều gì đó không ổn lắm.’</w:t>
      </w:r>
    </w:p>
    <w:p>
      <w:pPr>
        <w:spacing w:after="80"/>
      </w:pPr>
      <w:r>
        <w:rPr>
          <w:b w:val="0"/>
          <w:i w:val="0"/>
        </w:rPr>
        <w:t xml:space="preserve">James lấy một cây bút từ túi trong và bắt đầu ghi lại lời của William lên mặt sau tờ </w:t>
      </w:r>
      <w:r>
        <w:rPr>
          <w:b w:val="0"/>
          <w:i/>
        </w:rPr>
        <w:t>Alden Daily News</w:t>
      </w:r>
      <w:r>
        <w:rPr>
          <w:b w:val="0"/>
          <w:i w:val="0"/>
        </w:rPr>
        <w:t>.</w:t>
      </w:r>
    </w:p>
    <w:p>
      <w:pPr>
        <w:spacing w:after="80"/>
      </w:pPr>
      <w:r>
        <w:rPr>
          <w:b w:val="0"/>
          <w:i w:val="0"/>
        </w:rPr>
        <w:t>‘Ông cũng phải biết đặt những câu hỏi thích hợp với nghi phạm, nhân chứng và đồng nghiệp. Tránh đưa ra những giả định. Và trên hết, ông phải kiên nhẫn. Đó là lý do vì sao phụ nữ thường làm cảnh sát giỏi hơn đàn ông. Cuối cùng, ông phải biết dùng mọi giác quan – thị giác, thính giác, xúc giác, khứu giác và vị giác.’</w:t>
      </w:r>
    </w:p>
    <w:p>
      <w:pPr>
        <w:spacing w:after="80"/>
      </w:pPr>
      <w:r>
        <w:rPr>
          <w:b w:val="0"/>
          <w:i w:val="0"/>
        </w:rPr>
        <w:t>‘Tôi không chắc mình hiểu hết,’ James nói.</w:t>
      </w:r>
    </w:p>
    <w:p>
      <w:pPr>
        <w:spacing w:after="80"/>
      </w:pPr>
      <w:r>
        <w:rPr>
          <w:b w:val="0"/>
          <w:i w:val="0"/>
        </w:rPr>
        <w:t>‘Chắc đây là lần đầu,’ William đáp, lập tức hối hận về lời mình vừa nói, mặc dù chàng trai trẻ bật cười lần đầu tiên. ‘Nhắm mắt lại,’ William nói. Ông đợi một lát rồi nói, ‘Mô tả tôi đi.’</w:t>
      </w:r>
    </w:p>
    <w:p>
      <w:pPr>
        <w:spacing w:after="80"/>
      </w:pPr>
      <w:r>
        <w:rPr>
          <w:b w:val="0"/>
          <w:i w:val="0"/>
        </w:rPr>
        <w:t>Chàng trai trẻ mất một lúc mới trả lời. ‘Ông ba mươi, cùng lắm là ba mươi lăm tuổi, cao hơn sáu foot một chút, tóc sáng màu, mắt xanh, khoảng một trăm bảy mươi pound, cân đối, nhưng không còn cân đối như trước đây, và ông đã từng bị một chấn thương vai nghiêm trọng vào lúc nào đó trong quá khứ.’</w:t>
      </w:r>
    </w:p>
    <w:p>
      <w:pPr>
        <w:spacing w:after="80"/>
      </w:pPr>
      <w:r>
        <w:rPr>
          <w:b w:val="0"/>
          <w:i w:val="0"/>
        </w:rPr>
        <w:t>‘Sao ông lại nghĩ tôi không còn cân đối như trước?’ William nói, giọng phòng thủ.</w:t>
      </w:r>
    </w:p>
    <w:p>
      <w:pPr>
        <w:spacing w:after="80"/>
      </w:pPr>
      <w:r>
        <w:rPr>
          <w:b w:val="0"/>
          <w:i w:val="0"/>
        </w:rPr>
        <w:t>‘Ông thừa khoảng sáu hoặc bảy pound, và vì đây là ngày đầu tiên của chuyến đi, ông không thể đổ lỗi cho những bữa ăn triền miên mà họ phục vụ trên tàu được.’</w:t>
      </w:r>
    </w:p>
    <w:p>
      <w:pPr>
        <w:spacing w:after="80"/>
      </w:pPr>
      <w:r>
        <w:rPr>
          <w:b w:val="0"/>
          <w:i w:val="0"/>
        </w:rPr>
        <w:t>William cau mày. ‘Còn vết thương thì sao?’</w:t>
      </w:r>
    </w:p>
    <w:p>
      <w:pPr>
        <w:spacing w:after="80"/>
      </w:pPr>
      <w:r>
        <w:rPr>
          <w:b w:val="0"/>
          <w:i w:val="0"/>
        </w:rPr>
        <w:t>‘Hai chiếc cúc trên cùng của áo sơ mi anh đã bung ra, và khi anh cúi người về phía trước để bắt tay, tôi nhận thấy một vết sẹo mờ ngay dưới vai trái của anh.’</w:t>
      </w:r>
    </w:p>
    <w:p>
      <w:pPr>
        <w:spacing w:after="80"/>
      </w:pPr>
      <w:r>
        <w:rPr>
          <w:b w:val="0"/>
          <w:i w:val="0"/>
        </w:rPr>
        <w:t>William nghĩ, như anh vẫn thường nghĩ, về người thầy của mình, Constable Fred Yates, người đã cứu mạng anh chỉ để hy sinh mạng sống của chính mình. Công việc cảnh sát không phải lúc nào cũng lãng mạn như một số tác giả muốn bạn tin. Anh nhanh chóng chuyển sang chuyện khác. ‘Tôi đang đọc cuốn sách nào?’</w:t>
      </w:r>
    </w:p>
    <w:p>
      <w:pPr>
        <w:spacing w:after="80"/>
      </w:pPr>
      <w:r>
        <w:rPr>
          <w:b w:val="0"/>
          <w:i w:val="0"/>
        </w:rPr>
        <w:t>‘</w:t>
      </w:r>
      <w:r>
        <w:rPr>
          <w:b w:val="0"/>
          <w:i/>
        </w:rPr>
        <w:t>Watership Down</w:t>
      </w:r>
      <w:r>
        <w:rPr>
          <w:b w:val="0"/>
          <w:i w:val="0"/>
        </w:rPr>
        <w:t xml:space="preserve"> của Richard Adams. Và trước khi anh hỏi, anh đang ở trang một trăm bốn mươi ba.’</w:t>
      </w:r>
    </w:p>
    <w:p>
      <w:pPr>
        <w:spacing w:after="80"/>
      </w:pPr>
      <w:r>
        <w:rPr>
          <w:b w:val="0"/>
          <w:i w:val="0"/>
        </w:rPr>
        <w:t>‘Còn quần áo của tôi, chúng nói gì với anh?’</w:t>
      </w:r>
    </w:p>
    <w:p>
      <w:pPr>
        <w:spacing w:after="80"/>
      </w:pPr>
      <w:r>
        <w:rPr>
          <w:b w:val="0"/>
          <w:i w:val="0"/>
        </w:rPr>
        <w:t>‘Tôi thừa nhận,’ James nói, ‘tôi thấy điều đó hơi bí ẩn. Tôi sẽ phải hỏi vài câu tế nhị mới ra được câu trả lời, và chỉ khi anh nói thật.’</w:t>
      </w:r>
    </w:p>
    <w:p>
      <w:pPr>
        <w:spacing w:after="80"/>
      </w:pPr>
      <w:r>
        <w:rPr>
          <w:b w:val="0"/>
          <w:i w:val="0"/>
        </w:rPr>
        <w:t>‘Cứ cho là tôi là một tên tội phạm, sẽ không trả lời câu hỏi nào của anh cho đến khi tôi gọi điện cho luật sư của mình.’</w:t>
      </w:r>
    </w:p>
    <w:p>
      <w:pPr>
        <w:spacing w:after="80"/>
      </w:pPr>
      <w:r>
        <w:rPr>
          <w:b w:val="0"/>
          <w:i w:val="0"/>
        </w:rPr>
        <w:t>James ngập ngừng một lát trước khi nói, ‘Chỉ riêng điều đó thôi cũng đã là một manh mối rồi.’</w:t>
      </w:r>
    </w:p>
    <w:p>
      <w:pPr>
        <w:spacing w:after="80"/>
      </w:pPr>
      <w:r>
        <w:rPr>
          <w:b w:val="0"/>
          <w:i w:val="0"/>
        </w:rPr>
        <w:t>‘Tại sao?’</w:t>
      </w:r>
    </w:p>
    <w:p>
      <w:pPr>
        <w:spacing w:after="80"/>
      </w:pPr>
      <w:r>
        <w:rPr>
          <w:b w:val="0"/>
          <w:i w:val="0"/>
        </w:rPr>
        <w:t>‘Nó cho thấy anh từng gặp rắc rối với pháp luật trước đây, và nếu anh biết số điện thoại của luật sư mình, thì chắc chắn là anh đã từng.’</w:t>
      </w:r>
    </w:p>
    <w:p>
      <w:pPr>
        <w:spacing w:after="80"/>
      </w:pPr>
      <w:r>
        <w:rPr>
          <w:b w:val="0"/>
          <w:i w:val="0"/>
        </w:rPr>
        <w:t>‘Được. Cứ cho là tôi không có luật sư, nhưng tôi đã xem đủ chương trình TV để biết mình không cần phải trả lời bất kỳ câu hỏi nào của anh. Anh đã suy ra được gì mà không cần hỏi tôi câu nào?’</w:t>
      </w:r>
    </w:p>
    <w:p>
      <w:pPr>
        <w:spacing w:after="80"/>
      </w:pPr>
      <w:r>
        <w:rPr>
          <w:b w:val="0"/>
          <w:i w:val="0"/>
        </w:rPr>
        <w:t>‘Quần áo của anh không đắt tiền, có lẽ mua sẵn ngoài cửa hàng, vậy mà anh lại đi hạng nhất.’</w:t>
      </w:r>
    </w:p>
    <w:p>
      <w:pPr>
        <w:spacing w:after="80"/>
      </w:pPr>
      <w:r>
        <w:rPr>
          <w:b w:val="0"/>
          <w:i w:val="0"/>
        </w:rPr>
        <w:t>‘Anh suy ra được gì từ đó?’</w:t>
      </w:r>
    </w:p>
    <w:p>
      <w:pPr>
        <w:spacing w:after="80"/>
      </w:pPr>
      <w:r>
        <w:rPr>
          <w:b w:val="0"/>
          <w:i w:val="0"/>
        </w:rPr>
        <w:t>‘Anh đeo nhẫn cưới, nên có thể anh có một người vợ giàu. Hoặc có lẽ anh đang đi làm nhiệm vụ đặc biệt.’</w:t>
      </w:r>
    </w:p>
    <w:p>
      <w:pPr>
        <w:spacing w:after="80"/>
      </w:pPr>
      <w:r>
        <w:rPr>
          <w:b w:val="0"/>
          <w:i w:val="0"/>
        </w:rPr>
        <w:t>‘Không phải cả hai,’ William nói. ‘Đó là chỗ quan sát kết thúc, và suy luận bắt đầu. Nhưng không tồi.’</w:t>
      </w:r>
    </w:p>
    <w:p>
      <w:pPr>
        <w:spacing w:after="80"/>
      </w:pPr>
      <w:r>
        <w:rPr>
          <w:b w:val="0"/>
          <w:i w:val="0"/>
        </w:rPr>
        <w:t>Chàng trai trẻ mở mắt và mỉm cười. ‘Đến lượt tôi, tôi nghĩ vậy, thưa ngài. Xin hãy nhắm mắt lại.’</w:t>
      </w:r>
    </w:p>
    <w:p>
      <w:pPr>
        <w:spacing w:after="80"/>
      </w:pPr>
      <w:r>
        <w:rPr>
          <w:b w:val="0"/>
          <w:i w:val="0"/>
        </w:rPr>
        <w:t>William trông có vẻ ngạc nhiên, nhưng vẫn tiếp tục trò chơi.</w:t>
      </w:r>
    </w:p>
    <w:p>
      <w:pPr>
        <w:spacing w:after="80"/>
      </w:pPr>
      <w:r>
        <w:rPr>
          <w:b w:val="0"/>
          <w:i w:val="0"/>
        </w:rPr>
        <w:t>‘Hãy miêu tả tôi đi.’</w:t>
      </w:r>
    </w:p>
    <w:p>
      <w:pPr>
        <w:spacing w:after="80"/>
      </w:pPr>
      <w:r>
        <w:rPr>
          <w:b w:val="0"/>
          <w:i w:val="0"/>
        </w:rPr>
        <w:t>‘Sáng sủa, tự tin, nhưng lại bất an.’</w:t>
      </w:r>
    </w:p>
    <w:p>
      <w:pPr>
        <w:spacing w:after="80"/>
      </w:pPr>
      <w:r>
        <w:rPr>
          <w:b w:val="0"/>
          <w:i w:val="0"/>
        </w:rPr>
        <w:t>‘Bất an?’</w:t>
      </w:r>
    </w:p>
    <w:p>
      <w:pPr>
        <w:spacing w:after="80"/>
      </w:pPr>
      <w:r>
        <w:rPr>
          <w:b w:val="0"/>
          <w:i w:val="0"/>
        </w:rPr>
        <w:t>‘Cậu có thể đứng đầu lớp, nhưng cậu vẫn khao khát được gây ấn tượng.’</w:t>
      </w:r>
    </w:p>
    <w:p>
      <w:pPr>
        <w:spacing w:after="80"/>
      </w:pPr>
      <w:r>
        <w:rPr>
          <w:b w:val="0"/>
          <w:i w:val="0"/>
        </w:rPr>
        <w:t>‘Tôi đang mặc gì?’ James hỏi.</w:t>
      </w:r>
    </w:p>
    <w:p>
      <w:pPr>
        <w:spacing w:after="80"/>
      </w:pPr>
      <w:r>
        <w:rPr>
          <w:b w:val="0"/>
          <w:i w:val="0"/>
        </w:rPr>
        <w:t>‘Một chiếc áo sơ mi cotton trắng cài cúc, có lẽ của Brooks Brothers. Quần short xanh đậm, tất cotton trắng và giày thể thao Puma, dù cậu hiếm khi, nếu có bao giờ, đến phòng tập.’</w:t>
      </w:r>
    </w:p>
    <w:p>
      <w:pPr>
        <w:spacing w:after="80"/>
      </w:pPr>
      <w:r>
        <w:rPr>
          <w:b w:val="0"/>
          <w:i w:val="0"/>
        </w:rPr>
        <w:t>‘Sao cậu chắc chắn được điều đó?’</w:t>
      </w:r>
    </w:p>
    <w:p>
      <w:pPr>
        <w:spacing w:after="80"/>
      </w:pPr>
      <w:r>
        <w:rPr>
          <w:b w:val="0"/>
          <w:i w:val="0"/>
        </w:rPr>
        <w:t>‘Tôi để ý khi cậu bước về phía tôi, bàn chân cậu bè ra. Nếu cậu là vận động viên, chúng sẽ thẳng hàng. Nếu cậu nghi ngờ tôi, cứ kiểm tra dấu chân của một vận động viên Olympic trên đường chạy than.’</w:t>
      </w:r>
    </w:p>
    <w:p>
      <w:pPr>
        <w:spacing w:after="80"/>
      </w:pPr>
      <w:r>
        <w:rPr>
          <w:b w:val="0"/>
          <w:i w:val="0"/>
        </w:rPr>
        <w:t>‘Có dấu vết đặc biệt nào không?’</w:t>
      </w:r>
    </w:p>
    <w:p>
      <w:pPr>
        <w:spacing w:after="80"/>
      </w:pPr>
      <w:r>
        <w:rPr>
          <w:b w:val="0"/>
          <w:i w:val="0"/>
        </w:rPr>
        <w:t>‘Cậu có một vết bớt nhỏ ngay dưới tai trái mà cậu đã cố che bằng cách để tóc dài ra, dù tóc sẽ phải cắt ngắn khi cậu gia nhập FBI.’</w:t>
      </w:r>
    </w:p>
    <w:p>
      <w:pPr>
        <w:spacing w:after="80"/>
      </w:pPr>
      <w:r>
        <w:rPr>
          <w:b w:val="0"/>
          <w:i w:val="0"/>
        </w:rPr>
        <w:t>‘Miêu tả bức ảnh phía sau tôi đi.’</w:t>
      </w:r>
    </w:p>
    <w:p>
      <w:pPr>
        <w:spacing w:after="80"/>
      </w:pPr>
      <w:r>
        <w:rPr>
          <w:b w:val="0"/>
          <w:i w:val="0"/>
        </w:rPr>
        <w:t xml:space="preserve">‘Một bức ảnh đen trắng chụp con tàu này, chiếc </w:t>
      </w:r>
      <w:r>
        <w:rPr>
          <w:b w:val="0"/>
          <w:i/>
        </w:rPr>
        <w:t>Alden</w:t>
      </w:r>
      <w:r>
        <w:rPr>
          <w:b w:val="0"/>
          <w:i w:val="0"/>
        </w:rPr>
        <w:t>, đang rời cảng New York ngày hai mươi ba tháng Năm, 1977. Nó được một đội tàu hộ tống, điều đó cho thấy đây là chuyến đi đầu tiên của nó.’</w:t>
      </w:r>
    </w:p>
    <w:p>
      <w:pPr>
        <w:spacing w:after="80"/>
      </w:pPr>
      <w:r>
        <w:rPr>
          <w:b w:val="0"/>
          <w:i w:val="0"/>
        </w:rPr>
        <w:t xml:space="preserve">‘Sao nó lại được đặt tên là </w:t>
      </w:r>
      <w:r>
        <w:rPr>
          <w:b w:val="0"/>
          <w:i/>
        </w:rPr>
        <w:t>Alden</w:t>
      </w:r>
      <w:r>
        <w:rPr>
          <w:b w:val="0"/>
          <w:i w:val="0"/>
        </w:rPr>
        <w:t>?’</w:t>
      </w:r>
    </w:p>
    <w:p>
      <w:pPr>
        <w:spacing w:after="80"/>
      </w:pPr>
      <w:r>
        <w:rPr>
          <w:b w:val="0"/>
          <w:i w:val="0"/>
        </w:rPr>
        <w:t xml:space="preserve">‘Đó không phải là bài kiểm tra khả năng quan sát,’ William nói, ‘mà là kiến thức. Nếu tôi cần biết câu trả lời cho câu hỏi đó, tôi luôn có thể tìm ra sau. Ấn tượng đầu tiên thường đánh lừa, nên đừng giả định gì cả. Nhưng nếu buộc phải đoán, và cậu không nên đoán khi là thám tử, vì con tàu này thuộc Pilgrim Line, tôi sẽ nói Alden là tên của một trong những người hành hương đầu tiên đã rời Plymouth đến Mỹ trên con tàu </w:t>
      </w:r>
      <w:r>
        <w:rPr>
          <w:b w:val="0"/>
          <w:i/>
        </w:rPr>
        <w:t>Mayflower</w:t>
      </w:r>
      <w:r>
        <w:rPr>
          <w:b w:val="0"/>
          <w:i w:val="0"/>
        </w:rPr>
        <w:t xml:space="preserve"> năm 1620.’</w:t>
      </w:r>
    </w:p>
    <w:p>
      <w:pPr>
        <w:spacing w:after="80"/>
      </w:pPr>
      <w:r>
        <w:rPr>
          <w:b w:val="0"/>
          <w:i w:val="0"/>
        </w:rPr>
        <w:t>‘Tôi cao bao nhiêu?’</w:t>
      </w:r>
    </w:p>
    <w:p>
      <w:pPr>
        <w:spacing w:after="80"/>
      </w:pPr>
      <w:r>
        <w:rPr>
          <w:b w:val="0"/>
          <w:i w:val="0"/>
        </w:rPr>
        <w:t>‘Cậu thấp hơn tôi một inch, nhưng rồi cậu sẽ cao hơn tôi một inch. Cậu nặng khoảng một trăm bốn mươi pound, và cậu mới chỉ bắt đầu cạo râu.’</w:t>
      </w:r>
    </w:p>
    <w:p>
      <w:pPr>
        <w:spacing w:after="80"/>
      </w:pPr>
      <w:r>
        <w:rPr>
          <w:b w:val="0"/>
          <w:i w:val="0"/>
        </w:rPr>
        <w:t>‘Bao nhiêu người đã đi ngang qua chúng ta trong lúc mắt cậu nhắm lại?’</w:t>
      </w:r>
    </w:p>
    <w:p>
      <w:pPr>
        <w:spacing w:after="80"/>
      </w:pPr>
      <w:r>
        <w:rPr>
          <w:b w:val="0"/>
          <w:i w:val="0"/>
        </w:rPr>
        <w:t>‘Một bà mẹ với hai đứa con, một cậu bé tên Bobby, cả hai đều là người Mỹ, và một lát sau là một sĩ quan của con tàu.’</w:t>
      </w:r>
    </w:p>
    <w:p>
      <w:pPr>
        <w:spacing w:after="80"/>
      </w:pPr>
      <w:r>
        <w:rPr>
          <w:b w:val="0"/>
          <w:i w:val="0"/>
        </w:rPr>
        <w:t>‘Sao cậu biết ông ta là sĩ quan?’</w:t>
      </w:r>
    </w:p>
    <w:p>
      <w:pPr>
        <w:spacing w:after="80"/>
      </w:pPr>
      <w:r>
        <w:rPr>
          <w:b w:val="0"/>
          <w:i w:val="0"/>
        </w:rPr>
        <w:t>‘Một người thủy thủ đi ngược chiều gọi ông ta là “sir”. Còn có một quý ông lớn tuổi nữa.’</w:t>
      </w:r>
    </w:p>
    <w:p>
      <w:pPr>
        <w:spacing w:after="80"/>
      </w:pPr>
      <w:r>
        <w:rPr>
          <w:b w:val="0"/>
          <w:i w:val="0"/>
        </w:rPr>
        <w:t>‘Sao cậu biết ông ấy già?’</w:t>
      </w:r>
    </w:p>
    <w:p>
      <w:pPr>
        <w:spacing w:after="80"/>
      </w:pPr>
      <w:r>
        <w:rPr>
          <w:b w:val="0"/>
          <w:i w:val="0"/>
        </w:rPr>
        <w:t>‘Ông ấy chống gậy, và phải một lúc sau tiếng gõ mới tắt hẳn.’</w:t>
      </w:r>
    </w:p>
    <w:p>
      <w:pPr>
        <w:spacing w:after="80"/>
      </w:pPr>
      <w:r>
        <w:rPr>
          <w:b w:val="0"/>
          <w:i w:val="0"/>
        </w:rPr>
        <w:t>‘Tôi mù một nửa rồi,’ James nói, khi William mở mắt.</w:t>
      </w:r>
    </w:p>
    <w:p>
      <w:pPr>
        <w:spacing w:after="80"/>
      </w:pPr>
      <w:r>
        <w:rPr>
          <w:b w:val="0"/>
          <w:i w:val="0"/>
        </w:rPr>
        <w:t>‘Đâu có,’ William đáp. ‘Giờ đến lượt tôi hỏi cung nghi phạm vài câu.’ James ngồi thẳng dậy, vẻ mặt tập trung. ‘Một thám tử giỏi phải luôn dựa vào sự thật và không bao giờ coi điều gì là đương nhiên, nên trước tiên tôi phải tìm hiểu xem Fraser Buchanan, chủ tịch của Pilgrim Line, có phải là ông của cậu không?’</w:t>
      </w:r>
    </w:p>
    <w:p>
      <w:pPr>
        <w:spacing w:after="80"/>
      </w:pPr>
      <w:r>
        <w:rPr>
          <w:b w:val="0"/>
          <w:i w:val="0"/>
        </w:rPr>
        <w:t>‘Đúng vậy. Và bố tôi, Angus, là phó chủ tịch.’</w:t>
      </w:r>
    </w:p>
    <w:p>
      <w:pPr>
        <w:spacing w:after="80"/>
      </w:pPr>
      <w:r>
        <w:rPr>
          <w:b w:val="0"/>
          <w:i w:val="0"/>
        </w:rPr>
        <w:t>‘Fraser, Angus và James. Nghe ra khá là gốc Scotland đấy.’ James gật đầu.</w:t>
      </w:r>
    </w:p>
    <w:p>
      <w:pPr>
        <w:spacing w:after="80"/>
      </w:pPr>
      <w:r>
        <w:rPr>
          <w:b w:val="0"/>
          <w:i w:val="0"/>
        </w:rPr>
        <w:t>‘Chắc chắn cả hai đều mặc định rằng đến lúc thích hợp cậu sẽ trở thành chủ tịch.’</w:t>
      </w:r>
    </w:p>
    <w:p>
      <w:pPr>
        <w:spacing w:after="80"/>
      </w:pPr>
      <w:r>
        <w:rPr>
          <w:b w:val="0"/>
          <w:i w:val="0"/>
        </w:rPr>
        <w:t>‘Tôi đã nói rõ rằng điều đó sẽ không xảy ra,’ James nói không chút do dự.</w:t>
      </w:r>
    </w:p>
    <w:p>
      <w:pPr>
        <w:spacing w:after="80"/>
      </w:pPr>
      <w:r>
        <w:rPr>
          <w:b w:val="0"/>
          <w:i w:val="0"/>
        </w:rPr>
        <w:t>‘Từ mọi thứ tôi từng đọc hay nghe về ông của cậu, ông ấy quen với việc được làm theo ý mình.’</w:t>
      </w:r>
    </w:p>
    <w:p>
      <w:pPr>
        <w:spacing w:after="80"/>
      </w:pPr>
      <w:r>
        <w:rPr>
          <w:b w:val="0"/>
          <w:i w:val="0"/>
        </w:rPr>
        <w:t>‘Đúng thế,’ James đáp. ‘Nhưng đôi khi ông ấy quên mất chúng tôi cùng một giống nòi,’ cậu nói thêm với một nụ cười nhếch mép.</w:t>
      </w:r>
    </w:p>
    <w:p>
      <w:pPr>
        <w:spacing w:after="80"/>
      </w:pPr>
      <w:r>
        <w:rPr>
          <w:b w:val="0"/>
          <w:i w:val="0"/>
        </w:rPr>
        <w:t>‘Tôi cũng từng gặp vấn đề y hệt với bố tôi,’ William thú nhận. ‘Ông ấy là luật sư hình sự, một QC, và ông luôn mặc định tôi sẽ nối nghiệp ông trong văn phòng luật rồi sau đó gia nhập đoàn luật sư cùng ông, dù tôi đã nói với ông từ nhỏ rằng tôi muốn tống giam tội phạm, chứ không phải nhận những khoản phí cắt cổ để giữ chúng ngoài tù.’</w:t>
      </w:r>
    </w:p>
    <w:p>
      <w:pPr>
        <w:spacing w:after="80"/>
      </w:pPr>
      <w:r>
        <w:rPr>
          <w:b w:val="0"/>
          <w:i w:val="0"/>
        </w:rPr>
        <w:t>‘George Bernard Shaw nói đúng,’ James tuyên bố. ‘Chúng ta bị chia cách bởi một ngôn ngữ chung. Với cậu, “bar” nghĩa là tòa án và luật sư. Với một người Mỹ, nó nghĩa là ghế cao và đồ uống.’</w:t>
      </w:r>
    </w:p>
    <w:p>
      <w:pPr>
        <w:spacing w:after="80"/>
      </w:pPr>
      <w:r>
        <w:rPr>
          <w:b w:val="0"/>
          <w:i w:val="0"/>
        </w:rPr>
        <w:t>‘Một tên tội phạm sắc sảo sẽ luôn cố đánh trống lảng,’ William nói. ‘Nhưng một thám tử giỏi sẽ không để mình mất mạch chuyện. Cậu chưa trả lời câu hỏi của tôi về việc ông cậu cảm thấy thế nào khi cậu không muốn làm chủ tịch công ty.’</w:t>
      </w:r>
    </w:p>
    <w:p>
      <w:pPr>
        <w:spacing w:after="80"/>
      </w:pPr>
      <w:r>
        <w:rPr>
          <w:b w:val="0"/>
          <w:i w:val="0"/>
        </w:rPr>
        <w:t>‘Ông cháu, cháu đoán, còn tệ hơn bố của chú,’ James nói. ‘Ông đã dọa sẽ gạch tên cháu khỏi di chúc nếu cháu không vào làm công ty sau khi rời Harvard. Nhưng ông sẽ không bao giờ được phép làm thế chừng nào bà cháu còn sống.’</w:t>
      </w:r>
    </w:p>
    <w:p>
      <w:pPr>
        <w:spacing w:after="80"/>
      </w:pPr>
      <w:r>
        <w:rPr>
          <w:b w:val="0"/>
          <w:i w:val="0"/>
        </w:rPr>
        <w:t>William cười khúc khích.</w:t>
      </w:r>
    </w:p>
    <w:p>
      <w:pPr>
        <w:spacing w:after="80"/>
      </w:pPr>
      <w:r>
        <w:rPr>
          <w:b w:val="0"/>
          <w:i w:val="0"/>
        </w:rPr>
        <w:t>‘Liệu có quá đường đột không, thưa ngài, nếu cháu xin phép được dành một tiếng hoặc hơn mỗi ngày với ngài trong suốt chuyến đi?’ James hỏi, không còn vẻ tự tin như trước.</w:t>
      </w:r>
    </w:p>
    <w:p>
      <w:pPr>
        <w:spacing w:after="80"/>
      </w:pPr>
      <w:r>
        <w:rPr>
          <w:b w:val="0"/>
          <w:i w:val="0"/>
        </w:rPr>
        <w:t>‘Tôi sẽ thích điều đó. Khoảng thời gian này buổi sáng sẽ hợp với tôi, vì đó là lúc vợ tôi đi lớp yoga. Nhưng có một điều kiện: nếu cậu có gặp bà ấy, cậu sẽ không được kể cho bà ấy nghe chúng ta đã nói về chuyện gì.’</w:t>
      </w:r>
    </w:p>
    <w:p>
      <w:pPr>
        <w:spacing w:after="80"/>
      </w:pPr>
      <w:r>
        <w:rPr>
          <w:b w:val="0"/>
          <w:i w:val="0"/>
        </w:rPr>
        <w:t>‘Thế hai người đã nói về chuyện gì?’ Beth hỏi, khi cô xuất hiện bên cạnh họ.</w:t>
      </w:r>
    </w:p>
    <w:p>
      <w:pPr>
        <w:spacing w:after="80"/>
      </w:pPr>
      <w:r>
        <w:rPr>
          <w:b w:val="0"/>
          <w:i w:val="0"/>
        </w:rPr>
        <w:t>James bật dậy. ‘Giá vàng, thưa bà Warwick,’ cậu nói, vẻ mặt nghiêm túc.</w:t>
      </w:r>
    </w:p>
    <w:p>
      <w:pPr>
        <w:spacing w:after="80"/>
      </w:pPr>
      <w:r>
        <w:rPr>
          <w:b w:val="0"/>
          <w:i w:val="0"/>
        </w:rPr>
        <w:t>‘Vậy chắc cậu sẽ nhanh chóng phát hiện ra đó là chủ đề mà chồng tôi biết rất ít,’ Beth nói, nở một nụ cười ấm áp với chàng trai trẻ.</w:t>
      </w:r>
    </w:p>
    <w:p>
      <w:pPr>
        <w:spacing w:after="80"/>
      </w:pPr>
      <w:r>
        <w:rPr>
          <w:b w:val="0"/>
          <w:i w:val="0"/>
        </w:rPr>
        <w:t>‘Tôi định nói với cậu, James,’ William nói, ‘rằng vợ tôi thông minh hơn tôi nhiều, đó là lý do bà ấy là người phụ trách hình ảnh tại Bảo tàng Fitzmolean còn tôi chỉ là một Thanh tra Trưởng Sở Cảnh sát.’</w:t>
      </w:r>
    </w:p>
    <w:p>
      <w:pPr>
        <w:spacing w:after="80"/>
      </w:pPr>
      <w:r>
        <w:rPr>
          <w:b w:val="0"/>
          <w:i w:val="0"/>
        </w:rPr>
        <w:t>‘Người trẻ nhất trong lịch sử Met,’ Beth nói.</w:t>
      </w:r>
    </w:p>
    <w:p>
      <w:pPr>
        <w:spacing w:after="80"/>
      </w:pPr>
      <w:r>
        <w:rPr>
          <w:b w:val="0"/>
          <w:i w:val="0"/>
        </w:rPr>
        <w:t>‘Mặc dù nếu cậu có bao giờ nhắc đến Met với vợ tôi, bà ấy sẽ tưởng cậu đang nói về một trong những bảo tàng tuyệt vời nhất thế giới, chứ không phải lực lượng cảnh sát London.’</w:t>
      </w:r>
    </w:p>
    <w:p>
      <w:pPr>
        <w:spacing w:after="80"/>
      </w:pPr>
      <w:r>
        <w:rPr>
          <w:b w:val="0"/>
          <w:i w:val="0"/>
        </w:rPr>
        <w:t>‘Cháu rất mừng vì chú đã lấy lại được bức Vermeer,’ James nói, quay sang bà Warwick.</w:t>
      </w:r>
    </w:p>
    <w:p>
      <w:pPr>
        <w:spacing w:after="80"/>
      </w:pPr>
      <w:r>
        <w:rPr>
          <w:b w:val="0"/>
          <w:i w:val="0"/>
        </w:rPr>
        <w:t>Đến lượt Beth tỏ ra ngạc nhiên. ‘Đúng vậy,’ cuối cùng cô nói được, ‘và may mắn là nó không thể bị đánh cắp lần nữa vì tên trộm đã chết.’</w:t>
      </w:r>
    </w:p>
    <w:p>
      <w:pPr>
        <w:spacing w:after="80"/>
      </w:pPr>
      <w:r>
        <w:rPr>
          <w:b w:val="0"/>
          <w:i w:val="0"/>
        </w:rPr>
        <w:t>‘Miles Faulkner,’ James nói, ‘người đã chết ở Thụy Sĩ, sau một cơn đau tim.’</w:t>
      </w:r>
    </w:p>
    <w:p>
      <w:pPr>
        <w:spacing w:after="80"/>
      </w:pPr>
      <w:r>
        <w:rPr>
          <w:b w:val="0"/>
          <w:i w:val="0"/>
        </w:rPr>
        <w:t>William và Beth nhìn nhau nhưng không nói gì.</w:t>
      </w:r>
    </w:p>
    <w:p>
      <w:pPr>
        <w:spacing w:after="80"/>
      </w:pPr>
      <w:r>
        <w:rPr>
          <w:b w:val="0"/>
          <w:i w:val="0"/>
        </w:rPr>
        <w:t>‘Chú thậm chí còn dự đám tang, thưa Thanh tra Trưởng, chắc là để tự thuyết phục rằng ông ta đã chết.’</w:t>
      </w:r>
    </w:p>
    <w:p>
      <w:pPr>
        <w:spacing w:after="80"/>
      </w:pPr>
      <w:r>
        <w:rPr>
          <w:b w:val="0"/>
          <w:i w:val="0"/>
        </w:rPr>
        <w:t>‘Sao anh có thể biết được điều đó chứ?’ William nói, một lần nữa lại bị dồn vào thế bị động.</w:t>
      </w:r>
    </w:p>
    <w:p>
      <w:pPr>
        <w:spacing w:after="80"/>
      </w:pPr>
      <w:r>
        <w:rPr>
          <w:b w:val="0"/>
          <w:i w:val="0"/>
        </w:rPr>
        <w:t xml:space="preserve">‘Tuần nào tôi cũng đọc </w:t>
      </w:r>
      <w:r>
        <w:rPr>
          <w:b w:val="0"/>
          <w:i/>
        </w:rPr>
        <w:t>The Spectator</w:t>
      </w:r>
      <w:r>
        <w:rPr>
          <w:b w:val="0"/>
          <w:i w:val="0"/>
        </w:rPr>
        <w:t xml:space="preserve"> và </w:t>
      </w:r>
      <w:r>
        <w:rPr>
          <w:b w:val="0"/>
          <w:i/>
        </w:rPr>
        <w:t>New Statesman</w:t>
      </w:r>
      <w:r>
        <w:rPr>
          <w:b w:val="0"/>
          <w:i w:val="0"/>
        </w:rPr>
        <w:t>, nhờ đó mà cập nhật được những gì đang diễn ra ở Anh, rồi sau đó cố gắng hình thành quan điểm riêng của mình.’</w:t>
      </w:r>
    </w:p>
    <w:p>
      <w:pPr>
        <w:spacing w:after="80"/>
      </w:pPr>
      <w:r>
        <w:rPr>
          <w:b w:val="0"/>
          <w:i w:val="0"/>
        </w:rPr>
        <w:t>‘Tất nhiên là anh làm vậy rồi,’ William nói.</w:t>
      </w:r>
    </w:p>
    <w:p>
      <w:pPr>
        <w:spacing w:after="80"/>
      </w:pPr>
      <w:r>
        <w:rPr>
          <w:b w:val="0"/>
          <w:i w:val="0"/>
        </w:rPr>
        <w:t>‘Tôi mong được gặp lại ngài vào ngày mai,’ James nói, ‘khi đó tôi sẽ rất muốn biết liệu ngài có nghĩ rằng Miles Faulkner vẫn còn sống hay không.’</w:t>
      </w:r>
    </w:p>
    <w:p>
      <w:pPr>
        <w:pStyle w:val="Heading2"/>
      </w:pPr>
      <w:r>
        <w:rPr>
          <w:rFonts w:ascii="Calibri" w:hAnsi="Calibri"/>
          <w:b/>
          <w:i w:val="0"/>
          <w:sz w:val="32"/>
        </w:rPr>
        <w:t>CHƯƠNG 2</w:t>
      </w:r>
    </w:p>
    <w:p>
      <w:pPr>
        <w:spacing w:after="80"/>
      </w:pPr>
      <w:r>
        <w:rPr>
          <w:b w:val="0"/>
          <w:i w:val="0"/>
        </w:rPr>
        <w:t>MILES FAULKNER THONG THẢ bước qua phòng ăn của khách sạn Savoy ngay sau tám giờ sáng hôm sau, và thấy luật sư của mình đã ngồi sẵn ở chỗ quen thuộc. Không ai để ý đến anh ta lần thứ hai khi anh ta len lỏi qua những dãy bàn.</w:t>
      </w:r>
    </w:p>
    <w:p>
      <w:pPr>
        <w:spacing w:after="80"/>
      </w:pPr>
      <w:r>
        <w:rPr>
          <w:b w:val="0"/>
          <w:i w:val="0"/>
        </w:rPr>
        <w:t>‘Chào buổi sáng,’ Booth Watson nói, ngước lên nhìn khách hàng duy nhất của mình, một người mà ông vừa không ưa vừa không tin tưởng. Tuy nhiên, Faulkner chính là người duy nhất giúp ông có thể tận hưởng một lối sống mà ít đồng nghiệp nào ở đoàn luật sư dám mơ tới.</w:t>
      </w:r>
    </w:p>
    <w:p>
      <w:pPr>
        <w:spacing w:after="80"/>
      </w:pPr>
      <w:r>
        <w:rPr>
          <w:b w:val="0"/>
          <w:i w:val="0"/>
        </w:rPr>
        <w:t>‘Chào buổi sáng, BW,’ Miles đáp, rồi ngồi xuống chiếc ghế đối diện ông ta.</w:t>
      </w:r>
    </w:p>
    <w:p>
      <w:pPr>
        <w:spacing w:after="80"/>
      </w:pPr>
      <w:r>
        <w:rPr>
          <w:b w:val="0"/>
          <w:i w:val="0"/>
        </w:rPr>
        <w:t>Một người bồi bàn nhanh chóng xuất hiện, sổ tay mở sẵn, bút cầm sẵn. ‘Quý ngài dùng gì sáng nay ạ?’ anh ta hỏi.</w:t>
      </w:r>
    </w:p>
    <w:p>
      <w:pPr>
        <w:spacing w:after="80"/>
      </w:pPr>
      <w:r>
        <w:rPr>
          <w:b w:val="0"/>
          <w:i w:val="0"/>
        </w:rPr>
        <w:t>‘Bữa sáng kiểu Anh đầy đủ,’ Miles nói, không buồn nhìn thực đơn.</w:t>
      </w:r>
    </w:p>
    <w:p>
      <w:pPr>
        <w:spacing w:after="80"/>
      </w:pPr>
      <w:r>
        <w:rPr>
          <w:b w:val="0"/>
          <w:i w:val="0"/>
        </w:rPr>
        <w:t>‘Còn ngài có dùng món quen thuộc như mọi khi không ạ?’</w:t>
      </w:r>
    </w:p>
    <w:p>
      <w:pPr>
        <w:spacing w:after="80"/>
      </w:pPr>
      <w:r>
        <w:rPr>
          <w:b w:val="0"/>
          <w:i w:val="0"/>
        </w:rPr>
        <w:t>‘Đúng vậy,’ Booth Watson xác nhận, trong khi nhìn khách hàng của mình kỹ hơn. Ông phải thừa nhận rằng vị bác sĩ phẫu thuật thẩm mỹ người Thụy Sĩ đã làm một công việc hạng nhất. Sẽ không ai nhận ra anh ta chính là kẻ đã trốn khỏi nhà tù, tham dự đám tang của chính mình, và mới đây lại sống dậy từ cõi chết. Người đàn ông ngồi đối diện ông chẳng còn chút nào giống vị doanh nhân thành đạt từng sở hữu một trong những bộ sưu tập nghệ thuật tư nhân vĩ đại nhất, mà giờ trông đúng là một thuyền trưởng hải quân về hưu và là cựu binh trong chiến dịch Falklands, người mang tên Thuyền trưởng Ralph Neville. Nhưng nếu William Warwick mà phát hiện ra kẻ thù truyền kiếp của mình vẫn còn sống, anh ta sẽ không ngơi nghỉ cho đến khi kẻ đó trở lại sau song sắt. Với Warwick, đó sẽ là chuyện cá nhân, kẻ đã thoát khỏi vòng vây của anh ta, kẻ đã biến Sở Cảnh sát Metropolitan thành trò cười, kẻ đã—</w:t>
      </w:r>
    </w:p>
    <w:p>
      <w:pPr>
        <w:spacing w:after="80"/>
      </w:pPr>
      <w:r>
        <w:rPr>
          <w:b w:val="0"/>
          <w:i w:val="0"/>
        </w:rPr>
        <w:t>‘Sao ông lại cần gặp tôi gấp đến vậy?’ Miles hỏi sau khi người bồi bàn đã rời đi.</w:t>
      </w:r>
    </w:p>
    <w:p>
      <w:pPr>
        <w:spacing w:after="80"/>
      </w:pPr>
      <w:r>
        <w:rPr>
          <w:b w:val="0"/>
          <w:i w:val="0"/>
        </w:rPr>
        <w:t xml:space="preserve">‘Hôm qua một nhà báo thuộc nhóm điều tra của </w:t>
      </w:r>
      <w:r>
        <w:rPr>
          <w:b w:val="0"/>
          <w:i/>
        </w:rPr>
        <w:t>The Sunday Times</w:t>
      </w:r>
      <w:r>
        <w:rPr>
          <w:b w:val="0"/>
          <w:i w:val="0"/>
        </w:rPr>
        <w:t xml:space="preserve"> gọi cho tôi và hỏi liệu tôi có biết gì về một bức tranh của Raphael vừa được Christie’s bán ra và hóa ra là đồ giả hay không.’</w:t>
      </w:r>
    </w:p>
    <w:p>
      <w:pPr>
        <w:spacing w:after="80"/>
      </w:pPr>
      <w:r>
        <w:rPr>
          <w:b w:val="0"/>
          <w:i w:val="0"/>
        </w:rPr>
        <w:t>‘Ông đã nói gì với cô ta?’ Miles hỏi, lo lắng.</w:t>
      </w:r>
    </w:p>
    <w:p>
      <w:pPr>
        <w:spacing w:after="80"/>
      </w:pPr>
      <w:r>
        <w:rPr>
          <w:b w:val="0"/>
          <w:i w:val="0"/>
        </w:rPr>
        <w:t>‘Tôi đã trấn an cô ta rằng bản gốc là một phần trong bộ sưu tập tư nhân của cố Miles Faulkner, và vẫn đang được treo trong biệt thự của vợ góa anh ta ở Monte Carlo.’</w:t>
      </w:r>
    </w:p>
    <w:p>
      <w:pPr>
        <w:spacing w:after="80"/>
      </w:pPr>
      <w:r>
        <w:rPr>
          <w:b w:val="0"/>
          <w:i w:val="0"/>
        </w:rPr>
        <w:t>'Không còn lâu nữa đâu,' Miles tâm sự. 'Một khi Christina phát hiện ra cô ta không hề góa chồng, tôi chẳng còn cách nào khác ngoài việc chuyển toàn bộ bộ sưu tập đến một nơi an toàn hơn trước khi cô ta kịp chạm tay vào.'</w:t>
      </w:r>
    </w:p>
    <w:p>
      <w:pPr>
        <w:spacing w:after="80"/>
      </w:pPr>
      <w:r>
        <w:rPr>
          <w:b w:val="0"/>
          <w:i w:val="0"/>
        </w:rPr>
        <w:t>'Và nơi đó có thể là đâu?' Booth Watson hỏi, tự hỏi liệu mình có nhận được câu trả lời thật lòng không.</w:t>
      </w:r>
    </w:p>
    <w:p>
      <w:pPr>
        <w:spacing w:after="80"/>
      </w:pPr>
      <w:r>
        <w:rPr>
          <w:b w:val="0"/>
          <w:i w:val="0"/>
        </w:rPr>
        <w:t>'Tôi đã tìm được một chỗ không có dân địa phương nào rình rập tôi, và chỉ có mấy con hải âu bay ngang mới ị lên tôi được,' Miles chỉ nói vậy.</w:t>
      </w:r>
    </w:p>
    <w:p>
      <w:pPr>
        <w:spacing w:after="80"/>
      </w:pPr>
      <w:r>
        <w:rPr>
          <w:b w:val="0"/>
          <w:i w:val="0"/>
        </w:rPr>
        <w:t>'Tôi rất mừng khi nghe điều đó, vì tôi nghĩ có lẽ sẽ khôn ngoan hơn nếu anh rời khỏi nước Anh vài tuần trước khi xuất hiện trở lại với thân phận Đại úy Neville, và không có thời điểm nào tốt hơn là lúc Tổng thanh tra Warwick cùng vợ đang tận hưởng kỳ nghỉ ở New York.'</w:t>
      </w:r>
    </w:p>
    <w:p>
      <w:pPr>
        <w:spacing w:after="80"/>
      </w:pPr>
      <w:r>
        <w:rPr>
          <w:b w:val="0"/>
          <w:i w:val="0"/>
        </w:rPr>
        <w:t>'Một kỳ nghỉ do chính Christina sắp xếp cho họ để chắc chắn cả hai đều tránh xa khỏi nguy hiểm khi vợ tôi và tôi kết hôn lần thứ hai.'</w:t>
      </w:r>
    </w:p>
    <w:p>
      <w:pPr>
        <w:spacing w:after="80"/>
      </w:pPr>
      <w:r>
        <w:rPr>
          <w:b w:val="0"/>
          <w:i w:val="0"/>
        </w:rPr>
        <w:t>'Nhưng tôi tưởng Beth Warwick sẽ là phù dâu của Christina chứ?'</w:t>
      </w:r>
    </w:p>
    <w:p>
      <w:pPr>
        <w:spacing w:after="80"/>
      </w:pPr>
      <w:r>
        <w:rPr>
          <w:b w:val="0"/>
          <w:i w:val="0"/>
        </w:rPr>
        <w:t xml:space="preserve">'Đúng là vậy, nhưng đó là trước khi Christina phát hiện ra lý do tại sao tôi không thể để bị nhìn thấy trên con tàu SS </w:t>
      </w:r>
      <w:r>
        <w:rPr>
          <w:b w:val="0"/>
          <w:i/>
        </w:rPr>
        <w:t>Alden</w:t>
      </w:r>
      <w:r>
        <w:rPr>
          <w:b w:val="0"/>
          <w:i w:val="0"/>
        </w:rPr>
        <w:t>.'</w:t>
      </w:r>
    </w:p>
    <w:p>
      <w:pPr>
        <w:spacing w:after="80"/>
      </w:pPr>
      <w:r>
        <w:rPr>
          <w:b w:val="0"/>
          <w:i w:val="0"/>
        </w:rPr>
        <w:t>'Anh phải thừa nhận là vợ cũ của anh cũng có ích đấy chứ,' Booth Watson nói, 'và một trong những cái ích đó là tận dụng mối quan hệ thân thiết mà cô ta đã tạo dựng được với bà Warwick.'</w:t>
      </w:r>
    </w:p>
    <w:p>
      <w:pPr>
        <w:spacing w:after="80"/>
      </w:pPr>
      <w:r>
        <w:rPr>
          <w:b w:val="0"/>
          <w:i w:val="0"/>
        </w:rPr>
        <w:t>'Thẳng thắn mà nói, BW ạ, tôi sẽ khá hơn nhiều nếu Christina chưa bao giờ phát hiện ra tôi còn sống. Vậy nên làm ơn giải thích cho tôi tại sao tôi lại phải cưới cái bà ấy lần thứ hai chứ?'</w:t>
      </w:r>
    </w:p>
    <w:p>
      <w:pPr>
        <w:spacing w:after="80"/>
      </w:pPr>
      <w:r>
        <w:rPr>
          <w:b w:val="0"/>
          <w:i w:val="0"/>
        </w:rPr>
        <w:t>'Bởi vì, xét cho cùng, nó giải quyết mọi vấn đề của anh,' Booth Watson nói. 'Đừng quên cô ta là người duy nhất có thể để mắt tới Thanh tra Thám tử Warwick mà ông ta không bao giờ nghi ngờ.'</w:t>
      </w:r>
    </w:p>
    <w:p>
      <w:pPr>
        <w:spacing w:after="80"/>
      </w:pPr>
      <w:r>
        <w:rPr>
          <w:b w:val="0"/>
          <w:i w:val="0"/>
        </w:rPr>
        <w:t>'Nhưng nếu cô ta đổi phe thì sao?' Faulkner nói.</w:t>
      </w:r>
    </w:p>
    <w:p>
      <w:pPr>
        <w:spacing w:after="80"/>
      </w:pPr>
      <w:r>
        <w:rPr>
          <w:b w:val="0"/>
          <w:i w:val="0"/>
        </w:rPr>
        <w:t>'Điều đó khó xảy ra khi anh vẫn còn nắm giữ túi tiền.'</w:t>
      </w:r>
    </w:p>
    <w:p>
      <w:pPr>
        <w:spacing w:after="80"/>
      </w:pPr>
      <w:r>
        <w:rPr>
          <w:b w:val="0"/>
          <w:i w:val="0"/>
        </w:rPr>
        <w:t>Faulkner trông không có vẻ gì là bị thuyết phục. 'Sẽ không như vậy nếu họ phát hiện ra Đại úy Ralph Neville là ai, và rồi tôi lại phải quay về tù.'</w:t>
      </w:r>
    </w:p>
    <w:p>
      <w:pPr>
        <w:spacing w:after="80"/>
      </w:pPr>
      <w:r>
        <w:rPr>
          <w:b w:val="0"/>
          <w:i w:val="0"/>
        </w:rPr>
        <w:t>'Cô ta vẫn sẽ phải vượt qua tôi trước đã, khi đó Christina sẽ nhanh chóng phát hiện ra tôi đứng về phe nào.'</w:t>
      </w:r>
    </w:p>
    <w:p>
      <w:pPr>
        <w:spacing w:after="80"/>
      </w:pPr>
      <w:r>
        <w:rPr>
          <w:b w:val="0"/>
          <w:i w:val="0"/>
        </w:rPr>
        <w:t>'Nhưng anh cũng chẳng có lựa chọn nào khác,' Miles nói, 'bởi vì anh sẽ phải giải thích với Hội đồng Luật sư (Bar Council) tại sao suốt mấy năm qua anh lại đại diện cho một tên tội phạm đang trốn chạy, trong khi anh biết rõ hắn ta là khách hàng cũ của mình.'</w:t>
      </w:r>
    </w:p>
    <w:p>
      <w:pPr>
        <w:spacing w:after="80"/>
      </w:pPr>
      <w:r>
        <w:rPr>
          <w:b w:val="0"/>
          <w:i w:val="0"/>
        </w:rPr>
        <w:t>'Càng thêm lý do,' Booth Watson gợi ý, 'để chắc chắn Christina ký một thỏa thuận ràng buộc mà nếu cô ta phá vỡ thì cô ta sẽ phải chịu tổn thất chẳng kém gì bất kỳ ai trong chúng ta.'</w:t>
      </w:r>
    </w:p>
    <w:p>
      <w:pPr>
        <w:spacing w:after="80"/>
      </w:pPr>
      <w:r>
        <w:rPr>
          <w:b w:val="0"/>
          <w:i w:val="0"/>
        </w:rPr>
        <w:t>‘Và nhớ chắc chắn rằng cô ấy ký nó trước khi cô ấy kết hôn với Thuyền trưởng Neville, và dứt khoát là trước khi nhà Warwicks trở về Blighty.’</w:t>
      </w:r>
    </w:p>
    <w:p>
      <w:pPr>
        <w:spacing w:after="80"/>
      </w:pPr>
      <w:r>
        <w:rPr>
          <w:b w:val="0"/>
          <w:i w:val="0"/>
        </w:rPr>
        <w:t>‘Blighty?’ BW hỏi.</w:t>
      </w:r>
    </w:p>
    <w:p>
      <w:pPr>
        <w:spacing w:after="80"/>
      </w:pPr>
      <w:r>
        <w:rPr>
          <w:b w:val="0"/>
          <w:i w:val="0"/>
        </w:rPr>
        <w:t>‘Đó là cách nói của Thuyền trưởng Neville đấy, anh bạn già ạ,’ Miles nói, giọng có vẻ khá tự mãn. ‘Thế khi nào anh gặp Christina?’</w:t>
      </w:r>
    </w:p>
    <w:p>
      <w:pPr>
        <w:spacing w:after="80"/>
      </w:pPr>
      <w:r>
        <w:rPr>
          <w:b w:val="0"/>
          <w:i w:val="0"/>
        </w:rPr>
        <w:t>‘Sáng mai tôi có cuộc họp với cô ấy tại văn phòng luật, khi đó tôi định sẽ dẫn cô ấy đi qua từng điều khoản của thỏa thuận, nhấn mạnh hậu quả nếu cô ấy không ký.’</w:t>
      </w:r>
    </w:p>
    <w:p>
      <w:pPr>
        <w:spacing w:after="80"/>
      </w:pPr>
      <w:r>
        <w:rPr>
          <w:b w:val="0"/>
          <w:i w:val="0"/>
        </w:rPr>
        <w:t>‘Tốt, bởi vì nếu cô ta từng nghĩ rằng mình có thể chạm tay vào bộ sưu tập nghệ thuật của tôi chỉ bằng cách nói với cô bạn Beth rằng Miles Faulkner vẫn còn sống khỏe mạnh …’</w:t>
      </w:r>
    </w:p>
    <w:p>
      <w:pPr>
        <w:spacing w:after="80"/>
      </w:pPr>
      <w:r>
        <w:rPr>
          <w:b w:val="0"/>
          <w:i w:val="0"/>
        </w:rPr>
        <w:t>‘Thì anh sẽ kết thúc bằng bữa sáng ở Pentonville chứ không phải ở Savoy.’</w:t>
      </w:r>
    </w:p>
    <w:p>
      <w:pPr>
        <w:spacing w:after="80"/>
      </w:pPr>
      <w:r>
        <w:rPr>
          <w:b w:val="0"/>
          <w:i w:val="0"/>
        </w:rPr>
        <w:t>‘Nếu điều đó xảy ra,’ Miles nói, ‘tôi sẽ không ngần ngại giết cô ta.’</w:t>
      </w:r>
    </w:p>
    <w:p>
      <w:pPr>
        <w:spacing w:after="80"/>
      </w:pPr>
      <w:r>
        <w:rPr>
          <w:b w:val="0"/>
          <w:i w:val="0"/>
        </w:rPr>
        <w:t>‘Tôi đã nói rõ điều đó một cách đau đớn rồi,’ Booth Watson nói khi người phục vụ quay lại với bữa sáng của họ. ‘Dù tôi thú nhận, tôi chưa diễn đạt nó rõ ràng đến mức ấy trong bản thỏa thuận cuối cùng.’</w:t>
      </w:r>
    </w:p>
    <w:p>
      <w:pPr>
        <w:spacing w:after="80"/>
        <w:jc w:val="center"/>
      </w:pPr>
      <w:r>
        <w:rPr>
          <w:b w:val="0"/>
          <w:i w:val="0"/>
        </w:rPr>
        <w:t>• • •</w:t>
      </w:r>
    </w:p>
    <w:p>
      <w:pPr>
        <w:spacing w:after="80"/>
      </w:pPr>
      <w:r>
        <w:rPr>
          <w:b w:val="0"/>
          <w:i w:val="0"/>
        </w:rPr>
        <w:t>‘Bữa sáng kiểu Anh đầy đủ không, thưa bà?’</w:t>
      </w:r>
    </w:p>
    <w:p>
      <w:pPr>
        <w:spacing w:after="80"/>
      </w:pPr>
      <w:r>
        <w:rPr>
          <w:b w:val="0"/>
          <w:i w:val="0"/>
        </w:rPr>
        <w:t>‘Dĩ nhiên là không, Franco,’ Beth nói, nhìn lên bảng tên trên áo khoác của anh ta. ‘Cả hai chúng tôi sẽ dùng ngũ cốc cornflakes với dưa và một lát bánh mì nướng nâu.’</w:t>
      </w:r>
    </w:p>
    <w:p>
      <w:pPr>
        <w:spacing w:after="80"/>
      </w:pPr>
      <w:r>
        <w:rPr>
          <w:b w:val="0"/>
          <w:i w:val="0"/>
        </w:rPr>
        <w:t>‘Chúng tôi có thể phục vụ ba loại dưa, thưa bà: dưa cantaloupe, dưa honeydew hoặc dưa hấu.’</w:t>
      </w:r>
    </w:p>
    <w:p>
      <w:pPr>
        <w:spacing w:after="80"/>
      </w:pPr>
      <w:r>
        <w:rPr>
          <w:b w:val="0"/>
          <w:i w:val="0"/>
        </w:rPr>
        <w:t>‘Dưa hấu, cảm ơn,’ William nói.</w:t>
      </w:r>
    </w:p>
    <w:p>
      <w:pPr>
        <w:spacing w:after="80"/>
      </w:pPr>
      <w:r>
        <w:rPr>
          <w:b w:val="0"/>
          <w:i w:val="0"/>
        </w:rPr>
        <w:t>‘Lựa chọn khôn ngoan đấy,’ Beth nói. ‘Tôi đọc ở đâu đó rằng người bình thường tăng một pound mỗi ngày trong một chuyến đi biển.’</w:t>
      </w:r>
    </w:p>
    <w:p>
      <w:pPr>
        <w:spacing w:after="80"/>
      </w:pPr>
      <w:r>
        <w:rPr>
          <w:b w:val="0"/>
          <w:i w:val="0"/>
        </w:rPr>
        <w:t>‘Vậy thì hãy biết ơn,’ William nói, ‘rằng chúng ta đang đi New York chứ không phải Sydney.’</w:t>
      </w:r>
    </w:p>
    <w:p>
      <w:pPr>
        <w:spacing w:after="80"/>
      </w:pPr>
      <w:r>
        <w:rPr>
          <w:b w:val="0"/>
          <w:i w:val="0"/>
        </w:rPr>
        <w:t>‘Tôi sẽ rất vui khi đến Sydney trên cung điện nổi này,’ Beth thừa nhận khi liếc nhìn quanh phòng. ‘Anh có để ý những chi tiết nhỏ họ làm thật tinh tế không? Khăn trải giường, khăn trải bàn và khăn ăn mới mỗi ngày. Và khi anh trở về cabin, giường đã được dọn sẵn với quần áo hôm qua được treo lên và cất gọn gàng. Tôi cũng thích cách đồ giặt của chúng ta được trả lại mỗi tối trong những chiếc giỏ mây nhỏ xinh ấy. Hẳn họ phải có hàng chục người làm việc vất vả để mọi thứ vận hành trơn tru đến vậy.’</w:t>
      </w:r>
    </w:p>
    <w:p>
      <w:pPr>
        <w:spacing w:after="80"/>
      </w:pPr>
      <w:r>
        <w:rPr>
          <w:b w:val="0"/>
          <w:i w:val="0"/>
        </w:rPr>
        <w:t>‘Có tám trăm ba mươi người Philippines ẩn mình bên dưới đấy, thưa bà,’ người phục vụ cười khúc khích, ‘họ phục vụ một nghìn hai trăm thực khách của chúng ta. Tuy nhiên, ngày nay chúng ta đã có phòng máy, nên những nô lệ trong bếp không còn phải chèo thuyền nữa.’</w:t>
      </w:r>
    </w:p>
    <w:p>
      <w:pPr>
        <w:spacing w:after="80"/>
      </w:pPr>
      <w:r>
        <w:rPr>
          <w:b w:val="0"/>
          <w:i w:val="0"/>
        </w:rPr>
        <w:t>‘Và người ngồi ở đầu bàn giữa phòng kia có phải là chủ nô không?’ Beth hỏi.</w:t>
      </w:r>
    </w:p>
    <w:p>
      <w:pPr>
        <w:spacing w:after="80"/>
      </w:pPr>
      <w:r>
        <w:rPr>
          <w:b w:val="0"/>
          <w:i w:val="0"/>
        </w:rPr>
        <w:t>‘Đúng vậy, đó là Thuyền trưởng Buchanan,’ Franco nói, ‘người mà khi không quất roi nô lệ thì là chủ tịch của Hãng tàu Pilgrim.’</w:t>
      </w:r>
    </w:p>
    <w:p>
      <w:pPr>
        <w:spacing w:after="80"/>
      </w:pPr>
      <w:r>
        <w:rPr>
          <w:b w:val="0"/>
          <w:i w:val="0"/>
        </w:rPr>
        <w:t>‘Thuyền trưởng Buchanan?’ William hỏi lại.</w:t>
      </w:r>
    </w:p>
    <w:p>
      <w:pPr>
        <w:spacing w:after="80"/>
      </w:pPr>
      <w:r>
        <w:rPr>
          <w:b w:val="0"/>
          <w:i w:val="0"/>
        </w:rPr>
        <w:t>‘Vâng, vị chủ tịch từng là sĩ quan hải quân trong Thế chiến thứ Hai. Có lẽ ông cũng sẽ thấy thú vị khi biết ông ấy là bạn của cố Miles Faulkner và vợ ông ấy là Christina, người mà nhân đây đã gọi điện báo cho chúng tôi rằng ông bà sẽ thay chỗ họ và nhờ chúng tôi chăm sóc đặc biệt cho ông bà.’</w:t>
      </w:r>
    </w:p>
    <w:p>
      <w:pPr>
        <w:spacing w:after="80"/>
      </w:pPr>
      <w:r>
        <w:rPr>
          <w:b w:val="0"/>
          <w:i w:val="0"/>
        </w:rPr>
        <w:t>‘Vậy sao?’ William nói.</w:t>
      </w:r>
    </w:p>
    <w:p>
      <w:pPr>
        <w:spacing w:after="80"/>
      </w:pPr>
      <w:r>
        <w:rPr>
          <w:b w:val="0"/>
          <w:i w:val="0"/>
        </w:rPr>
        <w:t>‘Người ngồi ở đầu bàn bên kia có phải là vợ của chủ tịch không?’ Beth hỏi.</w:t>
      </w:r>
    </w:p>
    <w:p>
      <w:pPr>
        <w:spacing w:after="80"/>
      </w:pPr>
      <w:r>
        <w:rPr>
          <w:b w:val="0"/>
          <w:i w:val="0"/>
        </w:rPr>
        <w:t>‘Đúng vậy, thưa bà,’ Franco đáp. ‘Ông bà Buchanan hầu như luôn là những người đầu tiên đến dùng bữa sáng,’ anh nhận xét, rồi rời đi để hoàn thành đơn gọi món của họ.</w:t>
      </w:r>
    </w:p>
    <w:p>
      <w:pPr>
        <w:spacing w:after="80"/>
      </w:pPr>
      <w:r>
        <w:rPr>
          <w:b w:val="0"/>
          <w:i w:val="0"/>
        </w:rPr>
        <w:t>‘Trông ông ấy cũng đáng gờm chẳng kém Miles Faulkner,’ Beth nói, nhìn kỹ hơn vị chủ tịch, ‘dù rõ ràng ông ấy đã dùng tài năng của mình để đạt được những điều đáng giá hơn nhiều so với việc cướp bóc đồng loại.’</w:t>
      </w:r>
    </w:p>
    <w:p>
      <w:pPr>
        <w:spacing w:after="80"/>
      </w:pPr>
      <w:r>
        <w:rPr>
          <w:b w:val="0"/>
          <w:i w:val="0"/>
        </w:rPr>
        <w:t xml:space="preserve">‘Fraser Buchanan sinh năm 1921 tại Glasgow,’ William nói. ‘Ông rời trường năm mười bốn tuổi và gia nhập hải quân thương gia với tư cách thủy thủ. Khi chiến tranh nổ ra, ông chuyển sang Hải quân Hoàng gia với tư cách binh nhì, nhưng cuối cùng trở thành trung úy trên tàu HMS </w:t>
      </w:r>
      <w:r>
        <w:rPr>
          <w:b w:val="0"/>
          <w:i/>
        </w:rPr>
        <w:t>Nelson</w:t>
      </w:r>
      <w:r>
        <w:rPr>
          <w:b w:val="0"/>
          <w:i w:val="0"/>
        </w:rPr>
        <w:t>. Dù được thăng cấp thuyền trưởng năm 1945, ông từ chức vài ngày sau khi hiệp định đình chiến được ký kết. Ông trở về Scotland và mua một công ty phà chở khách và xe hơi nhỏ hoạt động từ đất liền đến đảo Iona. Hiện ông sở hữu một đội tàu gồm hai mươi sáu chiếc, và Hãng tàu Pilgrim chỉ đứng sau Cunard về quy mô và danh tiếng.’</w:t>
      </w:r>
    </w:p>
    <w:p>
      <w:pPr>
        <w:spacing w:after="80"/>
      </w:pPr>
      <w:r>
        <w:rPr>
          <w:b w:val="0"/>
          <w:i w:val="0"/>
        </w:rPr>
        <w:t>‘Thông tin chắc hẳn thu thập được từ cậu James trẻ tuổi trong lúc tôi đang học yoga?’ Beth gợi ý.</w:t>
      </w:r>
    </w:p>
    <w:p>
      <w:pPr>
        <w:spacing w:after="80"/>
      </w:pPr>
      <w:r>
        <w:rPr>
          <w:b w:val="0"/>
          <w:i w:val="0"/>
        </w:rPr>
        <w:t xml:space="preserve">‘Không, em có thể đọc lịch sử của công ty trong cuốn </w:t>
      </w:r>
      <w:r>
        <w:rPr>
          <w:b w:val="0"/>
          <w:i/>
        </w:rPr>
        <w:t>Nhật ký Hành trình</w:t>
      </w:r>
      <w:r>
        <w:rPr>
          <w:b w:val="0"/>
          <w:i w:val="0"/>
        </w:rPr>
        <w:t>, thứ anh tìm thấy trên bàn đầu giường,’ William nói, khi Franco đặt hai bát ngũ cốc và một lát dưa hấu trước mặt họ.</w:t>
      </w:r>
    </w:p>
    <w:p>
      <w:pPr>
        <w:spacing w:after="80"/>
      </w:pPr>
      <w:r>
        <w:rPr>
          <w:b w:val="0"/>
          <w:i w:val="0"/>
        </w:rPr>
        <w:t>‘Người vừa ngồi xuống cạnh bà Buchanan là ai vậy?’ William thì thầm.</w:t>
      </w:r>
    </w:p>
    <w:p>
      <w:pPr>
        <w:spacing w:after="80"/>
      </w:pPr>
      <w:r>
        <w:rPr>
          <w:b w:val="0"/>
          <w:i w:val="0"/>
        </w:rPr>
        <w:t>‘Xin lỗi vì chồng tôi nhé, Franco,’ Beth nói, ‘anh ấy là thám tử và với anh ấy, cuộc sống là một cuộc điều tra không hồi kết.’</w:t>
      </w:r>
    </w:p>
    <w:p>
      <w:pPr>
        <w:spacing w:after="80"/>
      </w:pPr>
      <w:r>
        <w:rPr>
          <w:b w:val="0"/>
          <w:i w:val="0"/>
        </w:rPr>
        <w:t>‘Đó là Hamish Buchanan,’ Franco nói, ‘con trai cả của chủ tịch. Cho đến gần đây, anh ấy là phó chủ tịch của công ty.’</w:t>
      </w:r>
    </w:p>
    <w:p>
      <w:pPr>
        <w:spacing w:after="80"/>
      </w:pPr>
      <w:r>
        <w:rPr>
          <w:b w:val="0"/>
          <w:i w:val="0"/>
        </w:rPr>
        <w:t>‘Cho đến gần đây?’ William gặng hỏi. ‘Nhưng anh ta không thể quá bốn mươi tuổi được.’</w:t>
      </w:r>
    </w:p>
    <w:p>
      <w:pPr>
        <w:spacing w:after="80"/>
      </w:pPr>
      <w:r>
        <w:rPr>
          <w:b w:val="0"/>
          <w:i w:val="0"/>
        </w:rPr>
        <w:t>‘Cư xử cho đàng hoàng đi,’ Beth nói.</w:t>
      </w:r>
    </w:p>
    <w:p>
      <w:pPr>
        <w:spacing w:after="80"/>
      </w:pPr>
      <w:r>
        <w:rPr>
          <w:b w:val="0"/>
          <w:i w:val="0"/>
        </w:rPr>
        <w:t>‘Nếu tin báo chí thì,’ Franco thổ lộ, ‘ông ấy đã bị thay thế tại cuộc họp đại hội đồng thường niên năm ngoái bởi anh trai ông ấy, Angus, người vừa bước vào cùng vợ Alice và con trai của họ…’</w:t>
      </w:r>
    </w:p>
    <w:p>
      <w:pPr>
        <w:spacing w:after="80"/>
      </w:pPr>
      <w:r>
        <w:rPr>
          <w:b w:val="0"/>
          <w:i w:val="0"/>
        </w:rPr>
        <w:t>‘James,’ William nói.</w:t>
      </w:r>
    </w:p>
    <w:p>
      <w:pPr>
        <w:spacing w:after="80"/>
      </w:pPr>
      <w:r>
        <w:rPr>
          <w:b w:val="0"/>
          <w:i w:val="0"/>
        </w:rPr>
        <w:t>‘À!’ Franco nói. ‘Anh đã gặp cậu thần đồng rồi cơ đấy.’</w:t>
      </w:r>
    </w:p>
    <w:p>
      <w:pPr>
        <w:spacing w:after="80"/>
      </w:pPr>
      <w:r>
        <w:rPr>
          <w:b w:val="0"/>
          <w:i w:val="0"/>
        </w:rPr>
        <w:t>‘Còn người phụ nữ vừa ngồi xuống bên trái ông Buchanan? Tôi để ý thấy bà ấy thậm chí không buồn chào buổi sáng chủ tịch.’</w:t>
      </w:r>
    </w:p>
    <w:p>
      <w:pPr>
        <w:spacing w:after="80"/>
      </w:pPr>
      <w:r>
        <w:rPr>
          <w:b w:val="0"/>
          <w:i w:val="0"/>
        </w:rPr>
        <w:t>‘Đó là vợ ông Hamish, Sara.’</w:t>
      </w:r>
    </w:p>
    <w:p>
      <w:pPr>
        <w:spacing w:after="80"/>
      </w:pPr>
      <w:r>
        <w:rPr>
          <w:b w:val="0"/>
          <w:i w:val="0"/>
        </w:rPr>
        <w:t>‘Tại sao bà ấy lại đồng ý đi chuyến này nếu chồng bà ấy vừa bị sa thải?’ Beth hỏi.</w:t>
      </w:r>
    </w:p>
    <w:p>
      <w:pPr>
        <w:spacing w:after="80"/>
      </w:pPr>
      <w:r>
        <w:rPr>
          <w:b w:val="0"/>
          <w:i w:val="0"/>
        </w:rPr>
        <w:t>‘Bị anh trai Angus thay thế, đó là thông tin chính thức,’ Franco nói, trong khi rót cho cô một tách cà phê đen bốc khói. ‘Và vì ông Hamish vẫn còn là giám đốc của công ty, ông ấy sẽ được mong đợi tham dự cuộc họp hội đồng quản trị vốn luôn được tổ chức vào ngày cuối cùng của chuyến đi.’</w:t>
      </w:r>
    </w:p>
    <w:p>
      <w:pPr>
        <w:spacing w:after="80"/>
      </w:pPr>
      <w:r>
        <w:rPr>
          <w:b w:val="0"/>
          <w:i w:val="0"/>
        </w:rPr>
        <w:t>‘Anh có vẻ hiểu biết đáng kinh ngạc đấy, Franco,’ William nói.</w:t>
      </w:r>
    </w:p>
    <w:p>
      <w:pPr>
        <w:spacing w:after="80"/>
      </w:pPr>
      <w:r>
        <w:rPr>
          <w:b w:val="0"/>
          <w:i w:val="0"/>
        </w:rPr>
        <w:t>Franco không bình luận gì trước khi chuyển sang bàn tiếp theo.</w:t>
      </w:r>
    </w:p>
    <w:p>
      <w:pPr>
        <w:spacing w:after="80"/>
      </w:pPr>
      <w:r>
        <w:rPr>
          <w:b w:val="0"/>
          <w:i w:val="0"/>
        </w:rPr>
        <w:t>‘Chuyến đi này hóa ra vui thật đấy,’ Beth nói, nén một cái ngáp trong khi vẫn nhìn sang bàn của chủ tịch. ‘Tôi tự hỏi người phụ nữ vừa đến chỗ họ là ai.’</w:t>
      </w:r>
    </w:p>
    <w:p>
      <w:pPr>
        <w:spacing w:after="80"/>
      </w:pPr>
      <w:r>
        <w:rPr>
          <w:b w:val="0"/>
          <w:i w:val="0"/>
        </w:rPr>
        <w:t>‘Cô còn tệ hơn tôi,’ William nói, khi anh nhìn James và Hamish đứng dậy để một người phụ nữ lớn tuổi ngồi vào chỗ của mình tại bàn. ‘Bà ấy trông tầm tuổi chủ tịch và, vì cả hai đều có mái tóc đỏ, tôi sẽ không ngạc nhiên nếu bà ấy là em gái ông ấy.’ William tiếp tục nghiên cứu sơ đồ chỗ ngồi, để ý rằng mọi vị trí đều đã được chủ tịch phân bổ cẩn thận để đảm bảo ông ấy luôn nắm quyền kiểm soát.</w:t>
      </w:r>
    </w:p>
    <w:p>
      <w:pPr>
        <w:spacing w:after="80"/>
      </w:pPr>
      <w:r>
        <w:rPr>
          <w:b w:val="0"/>
          <w:i w:val="0"/>
        </w:rPr>
        <w:t>‘Cô có thể hỏi James xem bà ấy là ai trong khi tôi đi học yoga. Nhưng hãy quên gia đình Buchanan đi một lát, trong khi tôi kể cho anh nghe những gì tôi đã lên kế hoạch cho chúng ta trong tuần ở New York.’</w:t>
      </w:r>
    </w:p>
    <w:p>
      <w:pPr>
        <w:spacing w:after="80"/>
      </w:pPr>
      <w:r>
        <w:rPr>
          <w:b w:val="0"/>
          <w:i w:val="0"/>
        </w:rPr>
        <w:t>‘Bảo tàng Met, tôi đoán, sẽ đứng đầu danh sách của cô,’ William nói, ‘và tôi không nghi ngờ gì rằng nó sẽ cần hơn một lần ghé thăm.’</w:t>
      </w:r>
    </w:p>
    <w:p>
      <w:pPr>
        <w:spacing w:after="80"/>
      </w:pPr>
      <w:r>
        <w:rPr>
          <w:b w:val="0"/>
          <w:i w:val="0"/>
        </w:rPr>
        <w:t>‘Ba lần,’ Beth nói. ‘Mọi thứ trước năm 1850 vào thứ Bảy, Nghệ thuật Bản địa vào thứ Hai, và vào thứ Tư tôi muốn xem bộ sưu tập Trường phái Ấn tượng, mà Tim Knox đảm bảo với tôi là chỉ đứng sau Musée d’Orsay.’</w:t>
      </w:r>
    </w:p>
    <w:p>
      <w:pPr>
        <w:spacing w:after="80"/>
      </w:pPr>
      <w:r>
        <w:rPr>
          <w:b w:val="0"/>
          <w:i w:val="0"/>
        </w:rPr>
        <w:t>‘Phù… chúng ta có được dừng nghỉ vào thứ Ba và thứ Năm không?’ William hỏi sau khi nhấp một ngụm cà phê.</w:t>
      </w:r>
    </w:p>
    <w:p>
      <w:pPr>
        <w:spacing w:after="80"/>
      </w:pPr>
      <w:r>
        <w:rPr>
          <w:b w:val="0"/>
          <w:i w:val="0"/>
        </w:rPr>
        <w:t>‘Chắc chắn là không. Thứ Ba chúng ta sẽ ghé thăm bảo tàng Frick, nơi…’</w:t>
      </w:r>
    </w:p>
    <w:p>
      <w:pPr>
        <w:spacing w:after="80"/>
      </w:pPr>
      <w:r>
        <w:rPr>
          <w:b w:val="0"/>
          <w:i w:val="0"/>
        </w:rPr>
        <w:t xml:space="preserve">‘… chúng ta sẽ được ngắm một bức Holbein tuyệt đẹp về Thomas Cromwell, và tác phẩm </w:t>
      </w:r>
      <w:r>
        <w:rPr>
          <w:b w:val="0"/>
          <w:i/>
        </w:rPr>
        <w:t>Thánh Phanxicô trong cơn ngây ngất</w:t>
      </w:r>
      <w:r>
        <w:rPr>
          <w:b w:val="0"/>
          <w:i w:val="0"/>
        </w:rPr>
        <w:t xml:space="preserve"> của Bellini.’</w:t>
      </w:r>
      <w:r>
        <w:rPr>
          <w:b w:val="0"/>
          <w:i/>
        </w:rPr>
        <w:t xml:space="preserve"> </w:t>
      </w:r>
    </w:p>
    <w:p>
      <w:pPr>
        <w:spacing w:after="80"/>
      </w:pPr>
      <w:r>
        <w:rPr>
          <w:b w:val="0"/>
          <w:i w:val="0"/>
        </w:rPr>
        <w:t>‘Đôi khi em quên mất rằng anh là một gã người hang động mới học hành nửa vời.’</w:t>
      </w:r>
    </w:p>
    <w:p>
      <w:pPr>
        <w:spacing w:after="80"/>
      </w:pPr>
      <w:r>
        <w:rPr>
          <w:b w:val="0"/>
          <w:i w:val="0"/>
        </w:rPr>
        <w:t>‘Nhờ vợ anh dạy từ hồi tốt nghiệp đại học đấy,’ William đáp. ‘Còn thứ Năm thì sao?’</w:t>
      </w:r>
    </w:p>
    <w:p>
      <w:pPr>
        <w:spacing w:after="80"/>
      </w:pPr>
      <w:r>
        <w:rPr>
          <w:b w:val="0"/>
          <w:i w:val="0"/>
        </w:rPr>
        <w:t>‘Tiếp theo là bảo tàng MoMA. Cơ hội để chiêm ngưỡng những kiệt tác đỉnh cao của thời kỳ Lập thể: Picasso và Braque, để xem anh có phân biệt nổi hai người họ không.’</w:t>
      </w:r>
    </w:p>
    <w:p>
      <w:pPr>
        <w:spacing w:after="80"/>
      </w:pPr>
      <w:r>
        <w:rPr>
          <w:b w:val="0"/>
          <w:i w:val="0"/>
        </w:rPr>
        <w:t>‘Chẳng lẽ tên họ không được ghi ở dưới mỗi bức tranh sao?’ William trêu.</w:t>
      </w:r>
    </w:p>
    <w:p>
      <w:pPr>
        <w:spacing w:after="80"/>
      </w:pPr>
      <w:r>
        <w:rPr>
          <w:b w:val="0"/>
          <w:i w:val="0"/>
        </w:rPr>
        <w:t>‘Đó là dành cho khách du lịch, mà mấy người đó đâu có tham gia với chúng ta vào buổi tối.’</w:t>
      </w:r>
    </w:p>
    <w:p>
      <w:pPr>
        <w:spacing w:after="80"/>
      </w:pPr>
      <w:r>
        <w:rPr>
          <w:b w:val="0"/>
          <w:i w:val="0"/>
        </w:rPr>
        <w:t>‘Vậy thì ai tham gia?’</w:t>
      </w:r>
    </w:p>
    <w:p>
      <w:pPr>
        <w:spacing w:after="80"/>
      </w:pPr>
      <w:r>
        <w:rPr>
          <w:b w:val="0"/>
          <w:i w:val="0"/>
        </w:rPr>
        <w:t>‘Chúng ta có vé đến Lincoln Center. Dàn nhạc Giao hưởng New York, chơi nhạc Brahms.’</w:t>
      </w:r>
    </w:p>
    <w:p>
      <w:pPr>
        <w:spacing w:after="80"/>
      </w:pPr>
      <w:r>
        <w:rPr>
          <w:b w:val="0"/>
          <w:i w:val="0"/>
        </w:rPr>
        <w:t>‘Chắc chắn phải là bản concerto cho piano số hai cung Si trưởng rồi,’ William nói, ‘một trong những bản em thích nhất.’</w:t>
      </w:r>
    </w:p>
    <w:p>
      <w:pPr>
        <w:spacing w:after="80"/>
      </w:pPr>
      <w:r>
        <w:rPr>
          <w:b w:val="0"/>
          <w:i w:val="0"/>
        </w:rPr>
        <w:t>‘Và em cũng không quên một bản anh thích đâu,’ Beth đáp trả, ‘vì tối thứ Sáu, đêm trước khi chúng ta bay về nhà, chúng ta có vé xem Ella Fitzgerald biểu diễn tại Carnegie Hall.’</w:t>
      </w:r>
    </w:p>
    <w:p>
      <w:pPr>
        <w:spacing w:after="80"/>
      </w:pPr>
      <w:r>
        <w:rPr>
          <w:b w:val="0"/>
          <w:i w:val="0"/>
        </w:rPr>
        <w:t>‘Em xoay xở kiểu gì vậy? Chắc phải cháy vé mấy tháng rồi chứ!’</w:t>
      </w:r>
    </w:p>
    <w:p>
      <w:pPr>
        <w:spacing w:after="80"/>
      </w:pPr>
      <w:r>
        <w:rPr>
          <w:b w:val="0"/>
          <w:i w:val="0"/>
        </w:rPr>
        <w:t>‘Christina lo liệu đấy. Có vẻ cô ấy quen ai đó trong ban tổ chức.’ Beth ngừng một lát rồi nói thêm, ‘Em bắt đầu thấy áy náy về cô ấy rồi.’</w:t>
      </w:r>
    </w:p>
    <w:p>
      <w:pPr>
        <w:spacing w:after="80"/>
      </w:pPr>
      <w:r>
        <w:rPr>
          <w:b w:val="0"/>
          <w:i w:val="0"/>
        </w:rPr>
        <w:t>‘Sao vậy? Lý do cô ấy không đi New York được là vì cô ấy sắp kết hôn với Ralph, và cô ấy mừng rỡ hết mức khi tìm được người thay thế vào phút chót mà.’</w:t>
      </w:r>
    </w:p>
    <w:p>
      <w:pPr>
        <w:spacing w:after="80"/>
      </w:pPr>
      <w:r>
        <w:rPr>
          <w:b w:val="0"/>
          <w:i w:val="0"/>
        </w:rPr>
        <w:t>‘Chính cái đám cưới đó mới khiến em thấy áy náy. Đừng quên ban đầu cô ấy mời em làm phù dâu. Nhưng vì chúng ta nhận lời đề nghị hào phóng của cô ấy, em sẽ lỡ mất đám cưới.’</w:t>
      </w:r>
    </w:p>
    <w:p>
      <w:pPr>
        <w:spacing w:after="80"/>
      </w:pPr>
      <w:r>
        <w:rPr>
          <w:b w:val="0"/>
          <w:i w:val="0"/>
        </w:rPr>
        <w:t>‘Anh không thấy chuyện đó hơi trùng hợp quá sao?’</w:t>
      </w:r>
    </w:p>
    <w:p>
      <w:pPr>
        <w:spacing w:after="80"/>
      </w:pPr>
      <w:r>
        <w:rPr>
          <w:b w:val="0"/>
          <w:i w:val="0"/>
        </w:rPr>
        <w:t>‘Không hẳn. Ngày mười lăm tháng Tám là thứ Bảy duy nhất trước cuối tháng Chín mà họ có thể tổ chức đám cưới ở nhà thờ giáo xứ của cô ấy tại Limpton-in-the-Marsh, nên cô ấy đành phải nhận vé. Chúng ta không nên chê quà người ta tặng.’</w:t>
      </w:r>
    </w:p>
    <w:p>
      <w:pPr>
        <w:spacing w:after="80"/>
      </w:pPr>
      <w:r>
        <w:rPr>
          <w:b w:val="0"/>
          <w:i w:val="0"/>
        </w:rPr>
        <w:t>William quyết định đây không phải lúc để nói với Beth rằng anh chỉ cần một cuộc điện thoại là phát hiện ra nhà thờ giáo xứ của Christina đã trống lịch từ hai tuần trước đó, sau đó cô ấy và Đại úy Ralph Neville có thể dễ dàng hưởng tuần trăng mật trên tàu. Tuy nhiên, nếu anh từ chối cùng Beth lên đường để có thể để mắt kỹ hơn tới Christina và người chồng mới của cô ấy, thì vợ anh có lẽ đã ra khơi vào lúc hoàng hôn mà không có anh.</w:t>
      </w:r>
    </w:p>
    <w:p>
      <w:pPr>
        <w:spacing w:after="80"/>
      </w:pPr>
      <w:r>
        <w:rPr>
          <w:b w:val="0"/>
          <w:i w:val="0"/>
        </w:rPr>
        <w:t>‘Anh có để ý thấy Sara Buchanan chưa nói với chủ tịch một lời nào kể từ khi ngồi xuống không?’ Beth nói, vẫn dán mắt vào bàn của thuyền trưởng.</w:t>
      </w:r>
    </w:p>
    <w:p>
      <w:pPr>
        <w:spacing w:after="80"/>
      </w:pPr>
      <w:r>
        <w:rPr>
          <w:b w:val="0"/>
          <w:i w:val="0"/>
        </w:rPr>
        <w:t>‘Có lẽ vì ông ấy đã sa thải chồng cô ta khỏi chức phó chủ tịch,’ William gợi ý, trong khi phết bơ miếng bánh mì nướng thứ hai.</w:t>
      </w:r>
    </w:p>
    <w:p>
      <w:pPr>
        <w:spacing w:after="80"/>
      </w:pPr>
      <w:r>
        <w:rPr>
          <w:b w:val="0"/>
          <w:i w:val="0"/>
        </w:rPr>
        <w:t>‘Còn gì nữa mà em phát hiện ra trong lúc giả vờ nghe anh nói thế?’</w:t>
      </w:r>
    </w:p>
    <w:p>
      <w:pPr>
        <w:spacing w:after="80"/>
      </w:pPr>
      <w:r>
        <w:rPr>
          <w:b w:val="0"/>
          <w:i w:val="0"/>
        </w:rPr>
        <w:t>‘Hamish Buchanan đang mải mê trò chuyện với mẹ anh ta, trong khi James giả vờ không quan tâm, dù cậu ấy đang thu vào từng lời.’</w:t>
      </w:r>
    </w:p>
    <w:p>
      <w:pPr>
        <w:spacing w:after="80"/>
      </w:pPr>
      <w:r>
        <w:rPr>
          <w:b w:val="0"/>
          <w:i w:val="0"/>
        </w:rPr>
        <w:t>‘Mà chắc chắn cậu ấy sẽ báo lại cho anh, giờ anh đã tuyển cậu ấy làm điệp viên chìm cho chuyến đi rồi.’</w:t>
      </w:r>
    </w:p>
    <w:p>
      <w:pPr>
        <w:spacing w:after="80"/>
      </w:pPr>
      <w:r>
        <w:rPr>
          <w:b w:val="0"/>
          <w:i w:val="0"/>
        </w:rPr>
        <w:t>‘James tự nhận việc đó. Và vì cậu ấy là cháu trai của chủ tịch, cậu ấy ở vị trí thuận lợi để cung cấp vô số thông tin nội bộ.’</w:t>
      </w:r>
    </w:p>
    <w:p>
      <w:pPr>
        <w:spacing w:after="80"/>
      </w:pPr>
      <w:r>
        <w:rPr>
          <w:b w:val="0"/>
          <w:i w:val="0"/>
        </w:rPr>
        <w:t>‘Với đàn ông thì đó là thông tin,’ Beth bình luận. ‘Với phụ nữ thì đó là chuyện ngồi lê đôi mách.’</w:t>
      </w:r>
    </w:p>
    <w:p>
      <w:pPr>
        <w:spacing w:after="80"/>
      </w:pPr>
      <w:r>
        <w:rPr>
          <w:b w:val="0"/>
          <w:i w:val="0"/>
        </w:rPr>
        <w:t>‘James đã cảnh báo anh rằng cậu ấy sẽ không ngạc nhiên nếu một cuộc cãi vã to tiếng nổ ra vào lúc nào đó trong chuyến đi,’ William nói thêm, phớt lờ lời bình luận của Beth.</w:t>
      </w:r>
    </w:p>
    <w:p>
      <w:pPr>
        <w:spacing w:after="80"/>
      </w:pPr>
      <w:r>
        <w:rPr>
          <w:b w:val="0"/>
          <w:i w:val="0"/>
        </w:rPr>
        <w:t>‘Em muốn được làm lọ muối trên cái bàn đó,’ Beth thú nhận.</w:t>
      </w:r>
    </w:p>
    <w:p>
      <w:pPr>
        <w:spacing w:after="80"/>
      </w:pPr>
      <w:r>
        <w:rPr>
          <w:b w:val="0"/>
          <w:i w:val="0"/>
        </w:rPr>
        <w:t>‘Cư xử cho đàng hoàng, không thì anh sẽ để mắt kỹ hơn tới anh chàng trẻ đứng lớp yoga của em đấy.’</w:t>
      </w:r>
    </w:p>
    <w:p>
      <w:pPr>
        <w:spacing w:after="80"/>
      </w:pPr>
      <w:r>
        <w:rPr>
          <w:b w:val="0"/>
          <w:i w:val="0"/>
        </w:rPr>
        <w:t>‘Anh ấy tên là Stefan. Tất cả các bà trung niên khác trong lớp đều mê anh ấy,’ cô thở dài, ‘nên em chẳng có mấy cơ hội.’</w:t>
      </w:r>
    </w:p>
    <w:p>
      <w:pPr>
        <w:spacing w:after="80"/>
      </w:pPr>
      <w:r>
        <w:rPr>
          <w:b w:val="0"/>
          <w:i w:val="0"/>
        </w:rPr>
        <w:t>‘Em không phải trung niên,’ William nói, nắm lấy tay cô.</w:t>
      </w:r>
    </w:p>
    <w:p>
      <w:pPr>
        <w:spacing w:after="80"/>
      </w:pPr>
      <w:r>
        <w:rPr>
          <w:b w:val="0"/>
          <w:i w:val="0"/>
        </w:rPr>
        <w:t>‘Cảm ơn anh, đồ người hang động, nhưng em đã tổ chức sinh nhật lần thứ ba mươi hai lần rồi, phòng khi anh chưa để ý, và lũ trẻ sắp vào nhà trẻ rồi.’</w:t>
      </w:r>
    </w:p>
    <w:p>
      <w:pPr>
        <w:spacing w:after="80"/>
      </w:pPr>
      <w:r>
        <w:rPr>
          <w:b w:val="0"/>
          <w:i w:val="0"/>
        </w:rPr>
        <w:t>‘Anh tự hỏi không biết bố mẹ chúng ta đang xoay xở với chúng thế nào.’</w:t>
      </w:r>
    </w:p>
    <w:p>
      <w:pPr>
        <w:spacing w:after="80"/>
      </w:pPr>
      <w:r>
        <w:rPr>
          <w:b w:val="0"/>
          <w:i w:val="0"/>
        </w:rPr>
        <w:t>'Cha của các cháu sẽ bắt Artemisia làm án bồi thường…'</w:t>
      </w:r>
    </w:p>
    <w:p>
      <w:pPr>
        <w:spacing w:after="80"/>
      </w:pPr>
      <w:r>
        <w:rPr>
          <w:b w:val="0"/>
          <w:i w:val="0"/>
        </w:rPr>
        <w:t>'… trong khi mẹ các cháu sẽ dạy Peter vẽ tranh.'</w:t>
      </w:r>
    </w:p>
    <w:p>
      <w:pPr>
        <w:spacing w:after="80"/>
      </w:pPr>
      <w:r>
        <w:rPr>
          <w:b w:val="0"/>
          <w:i w:val="0"/>
        </w:rPr>
        <w:t>'Thật là những đứa trẻ may mắn,' cả hai đồng thanh nói.</w:t>
      </w:r>
    </w:p>
    <w:p>
      <w:pPr>
        <w:spacing w:after="80"/>
      </w:pPr>
      <w:r>
        <w:rPr>
          <w:b w:val="0"/>
          <w:i w:val="0"/>
        </w:rPr>
        <w:t>'Thôi, quay lại chuyện hiện tại nào,' Beth nói, cầm lên một cuốn chương trình du thuyền hằng ngày. 'Sáng nay có một buổi nói chuyện ở giảng đường mà tôi muốn đến nghe.'</w:t>
      </w:r>
    </w:p>
    <w:p>
      <w:pPr>
        <w:spacing w:after="80"/>
      </w:pPr>
      <w:r>
        <w:rPr>
          <w:b w:val="0"/>
          <w:i w:val="0"/>
        </w:rPr>
        <w:t>William nhướng một bên mày.</w:t>
      </w:r>
    </w:p>
    <w:p>
      <w:pPr>
        <w:spacing w:after="80"/>
      </w:pPr>
      <w:r>
        <w:rPr>
          <w:b w:val="0"/>
          <w:i w:val="0"/>
        </w:rPr>
        <w:t>'Quý bà Catherine Whittaker nói về các vở opera của Puccini.'</w:t>
      </w:r>
    </w:p>
    <w:p>
      <w:pPr>
        <w:spacing w:after="80"/>
      </w:pPr>
      <w:r>
        <w:rPr>
          <w:b w:val="0"/>
          <w:i w:val="0"/>
        </w:rPr>
        <w:t>'Có lẽ tôi sẽ bỏ qua buổi đó. Mà này, nếu bà ấy là vợ của Ngài Thẩm phán Whittaker,' William nói, đưa mắt nhìn quanh phòng, 'thì được trò chuyện với ông ấy hẳn sẽ rất thú vị.'</w:t>
      </w:r>
    </w:p>
    <w:p>
      <w:pPr>
        <w:spacing w:after="80"/>
      </w:pPr>
      <w:r>
        <w:rPr>
          <w:b w:val="0"/>
          <w:i w:val="0"/>
        </w:rPr>
        <w:t>'Và mỗi tối đều có một buổi biểu diễn khác nhau ở nhà hát,' Beth tiếp lời. 'Tối nay là Lazaro, một ảo thuật gia, nghe nói sẽ khiến người ta kinh ngạc và sửng sốt khi làm các đồ vật và thậm chí cả hành khách biến mất ngay trước mắt chúng ta. Chúng ta có thể đi suất bảy giờ hoặc suất chín giờ.'</w:t>
      </w:r>
    </w:p>
    <w:p>
      <w:pPr>
        <w:spacing w:after="80"/>
      </w:pPr>
      <w:r>
        <w:rPr>
          <w:b w:val="0"/>
          <w:i w:val="0"/>
        </w:rPr>
        <w:t>'Ông bà muốn dùng bữa tối vào suất nào?' Franco hỏi khi anh quay lại bàn của họ và bắt đầu rót tách cà phê thứ hai cho họ.</w:t>
      </w:r>
    </w:p>
    <w:p>
      <w:pPr>
        <w:spacing w:after="80"/>
      </w:pPr>
      <w:r>
        <w:rPr>
          <w:b w:val="0"/>
          <w:i w:val="0"/>
        </w:rPr>
        <w:t>'Chủ tịch và gia đình ông ấy xuống vào buổi tối lúc mấy giờ?' William hỏi.</w:t>
      </w:r>
    </w:p>
    <w:p>
      <w:pPr>
        <w:spacing w:after="80"/>
      </w:pPr>
      <w:r>
        <w:rPr>
          <w:b w:val="0"/>
          <w:i w:val="0"/>
        </w:rPr>
        <w:t>'Khoảng tám giờ ba mươi, thưa ngài, khi họ dùng cocktail trước bữa tối.'</w:t>
      </w:r>
    </w:p>
    <w:p>
      <w:pPr>
        <w:spacing w:after="80"/>
      </w:pPr>
      <w:r>
        <w:rPr>
          <w:b w:val="0"/>
          <w:i w:val="0"/>
        </w:rPr>
        <w:t>'Vậy chúng tôi sẽ chọn suất thứ hai.'</w:t>
      </w:r>
    </w:p>
    <w:p>
      <w:pPr>
        <w:spacing w:after="80"/>
      </w:pPr>
      <w:r>
        <w:rPr>
          <w:b w:val="0"/>
          <w:i w:val="0"/>
        </w:rPr>
        <w:t>'Anh đang toan tính gì thế?' Beth hỏi, nhìn kỹ chồng mình.</w:t>
      </w:r>
    </w:p>
    <w:p>
      <w:pPr>
        <w:spacing w:after="80"/>
      </w:pPr>
      <w:r>
        <w:rPr>
          <w:b w:val="0"/>
          <w:i w:val="0"/>
        </w:rPr>
        <w:t>'Anh có cảm giác rằng nếu chúng ta dự suất thứ hai, chúng ta sẽ có nhiều phen kinh ngạc và sửng sốt hơn, và có lẽ còn thấy nhiều người biến mất ngay trước mắt mình hơn cả những gì Lazaro làm được ở nhà hát.'</w:t>
      </w:r>
    </w:p>
    <w:p>
      <w:pPr>
        <w:pStyle w:val="Heading2"/>
      </w:pPr>
      <w:r>
        <w:rPr>
          <w:rFonts w:ascii="Calibri" w:hAnsi="Calibri"/>
          <w:b/>
          <w:i w:val="0"/>
          <w:sz w:val="32"/>
        </w:rPr>
        <w:t>CHƯƠNG 3</w:t>
      </w:r>
    </w:p>
    <w:p>
      <w:pPr>
        <w:spacing w:after="80"/>
      </w:pPr>
      <w:r>
        <w:rPr>
          <w:b w:val="0"/>
          <w:i w:val="0"/>
        </w:rPr>
        <w:t>BOOTH WATSON ĐỨNG DẬY TỪ SAU BÀN khi vị khách miễn cưỡng của ông bước vào phòng. Bà Christina Faulkner ngồi xuống đối diện ông, không buồn bắt tay luật sư của chồng mình.</w:t>
      </w:r>
    </w:p>
    <w:p>
      <w:pPr>
        <w:spacing w:after="80"/>
      </w:pPr>
      <w:r>
        <w:rPr>
          <w:b w:val="0"/>
          <w:i w:val="0"/>
        </w:rPr>
        <w:t>Booth Watson nhìn sang người phụ nữ ăn mặc thanh lịch, người đã kết hôn với thân chủ của ông mười một năm, trước khi cả hai quyết định mỗi người một ngả.</w:t>
      </w:r>
    </w:p>
    <w:p>
      <w:pPr>
        <w:spacing w:after="80"/>
      </w:pPr>
      <w:r>
        <w:rPr>
          <w:b w:val="0"/>
          <w:i w:val="0"/>
        </w:rPr>
        <w:t>Cả hai đều đã có vô số cuộc tình, từ rất lâu trước khi bà ta đệ đơn ly hôn. Tuy nhiên, sau khi Miles bị kết tội trộm bức tranh của Caravaggio và bị tống vào tù, Christina cảm thấy mình có thế hơn cho đến khi ông ta chết, lúc đó bà tưởng mình đã mất tất cả. Đó là trước khi bà xuất hiện tại đám tang và phát hiện ra rằng người chồng quá cố của mình vẫn còn sống nhăn, và sẽ phải thỏa thuận với bà nếu muốn được phép tiếp tục sống như vậy. Christina không cần ai nói cũng biết đây là một bước ngoặt lớn.</w:t>
      </w:r>
    </w:p>
    <w:p>
      <w:pPr>
        <w:spacing w:after="80"/>
      </w:pPr>
      <w:r>
        <w:rPr>
          <w:b w:val="0"/>
          <w:i w:val="0"/>
        </w:rPr>
        <w:t>Nhưng bà góa vui vẻ này cũng đã nhận ra rằng Miles Faulkner – hay Đại úy Ralph Neville như hiện giờ – sống còn tốt hơn chết, bởi vì như vậy bà có thể chạm tay vào ít nhất một nửa bộ sưu tập nghệ thuật huyền thoại của Miles, thứ mà bà đã ký nhượng lại trong thỏa thuận ly hôn ban đầu của họ.</w:t>
      </w:r>
    </w:p>
    <w:p>
      <w:pPr>
        <w:spacing w:after="80"/>
      </w:pPr>
      <w:r>
        <w:rPr>
          <w:b w:val="0"/>
          <w:i w:val="0"/>
        </w:rPr>
        <w:t>Booth Watson ý thức rất rõ về vùng cát lún mà ông đang rón rén bước qua, nhưng vẫn còn một con át chủ bài trong tay áo. Đó là lòng ham tiền của Christina.</w:t>
      </w:r>
    </w:p>
    <w:p>
      <w:pPr>
        <w:spacing w:after="80"/>
      </w:pPr>
      <w:r>
        <w:rPr>
          <w:b w:val="0"/>
          <w:i w:val="0"/>
        </w:rPr>
        <w:t>"Tôi nghĩ chúng ta nên bàn một chút về những gì sẽ xảy ra sau khi lễ cưới được cử hành, bà Faulkner ạ," Booth Watson nói.</w:t>
      </w:r>
    </w:p>
    <w:p>
      <w:pPr>
        <w:spacing w:after="80"/>
      </w:pPr>
      <w:r>
        <w:rPr>
          <w:b w:val="0"/>
          <w:i w:val="0"/>
        </w:rPr>
        <w:t>"Tôi có được phép hỏi ông và Miles đã quyết định gì thay cho tôi không?" Christina hỏi.</w:t>
      </w:r>
    </w:p>
    <w:p>
      <w:pPr>
        <w:spacing w:after="80"/>
      </w:pPr>
      <w:r>
        <w:rPr>
          <w:b w:val="0"/>
          <w:i w:val="0"/>
        </w:rPr>
        <w:t>"Không nên có nhiều khác biệt so với tình hình hiện tại," Booth Watson đáp trả, phớt lờ lời châm chọc. "Bà sẽ giữ ngôi nhà ở nông thôn, cùng với căn hộ ở Belgravia. Tuy nhiên, từ nay về sau Monte Carlo sẽ nằm ngoài vùng được phép."</w:t>
      </w:r>
    </w:p>
    <w:p>
      <w:pPr>
        <w:spacing w:after="80"/>
      </w:pPr>
      <w:r>
        <w:rPr>
          <w:b w:val="0"/>
          <w:i w:val="0"/>
        </w:rPr>
        <w:t>"Tìm được người khác rồi à?"</w:t>
      </w:r>
    </w:p>
    <w:p>
      <w:pPr>
        <w:spacing w:after="80"/>
      </w:pPr>
      <w:r>
        <w:rPr>
          <w:b w:val="0"/>
          <w:i w:val="0"/>
        </w:rPr>
        <w:t>Ở một nơi nào đó khác, Booth Watson có thể đã nói với bà, nhưng đó không nằm trong nhiệm vụ của ông. "Bà sẽ tiếp tục nhận hai ngàn bảng mỗi tuần cho chi phí sinh hoạt, đồng thời vẫn giữ được quản gia, người hầu và tài xế riêng."</w:t>
      </w:r>
    </w:p>
    <w:p>
      <w:pPr>
        <w:spacing w:after="80"/>
      </w:pPr>
      <w:r>
        <w:rPr>
          <w:b w:val="0"/>
          <w:i w:val="0"/>
        </w:rPr>
        <w:t>"Và hai người đã quyết định sẽ tiêu tuần trăng mật của tôi ở đâu chưa?" Christina hỏi, không buồn che giấu vẻ mỉa mai.</w:t>
      </w:r>
    </w:p>
    <w:p>
      <w:pPr>
        <w:spacing w:after="80"/>
      </w:pPr>
      <w:r>
        <w:rPr>
          <w:b w:val="0"/>
          <w:i w:val="0"/>
        </w:rPr>
        <w:t>"Miles sẽ không dành nhiều thời gian ở Anh trong vài tháng tới, nên thực chất đây sẽ là một cuộc hôn nhân vì lợi ích. Vì mục đích đó, tôi đã soạn một thỏa thuận ràng buộc, sẵn sàng để bà ký. Chỉ cần nhớ rằng, bà nhận được nhiều hơn những gì bà có thể mong đợi để đổi lấy sự im lặng của mình. Bà không cần bận tâm đọc đâu vì sẽ không có bất kỳ sửa đổi nào."</w:t>
      </w:r>
    </w:p>
    <w:p>
      <w:pPr>
        <w:spacing w:after="80"/>
      </w:pPr>
      <w:r>
        <w:rPr>
          <w:b w:val="0"/>
          <w:i w:val="0"/>
        </w:rPr>
        <w:t>"Vậy là chúng tôi sẽ không sống chung?" Christina nói, giả vờ tỏ ra sốc.</w:t>
      </w:r>
    </w:p>
    <w:p>
      <w:pPr>
        <w:spacing w:after="80"/>
      </w:pPr>
      <w:r>
        <w:rPr>
          <w:b w:val="0"/>
          <w:i w:val="0"/>
        </w:rPr>
        <w:t>"Đó chưa bao giờ là kế hoạch, như bà biết rõ. Miles không phản đối việc bà tiếp tục lối sống hiện tại, nhưng ông ấy sẽ đề nghị bà kín đáo hơn một chút trong tương lai, và sẵn sàng đồng hành cùng ông ấy với tư cách bà Ralph Neville trong những dịp mà ta có thể gọi là nghi lễ trang trọng."</w:t>
      </w:r>
    </w:p>
    <w:p>
      <w:pPr>
        <w:spacing w:after="80"/>
      </w:pPr>
      <w:r>
        <w:rPr>
          <w:b w:val="0"/>
          <w:i w:val="0"/>
        </w:rPr>
        <w:t>"Và nếu tôi không sẵn lòng ký?" Christina nói, ngồi ngả người ra sau, bất chấp việc Booth Watson đã mở nắp bút, lật đến trang cuối và đặt ngón trỏ lên dòng chấm chấm để ký.</w:t>
      </w:r>
    </w:p>
    <w:p>
      <w:pPr>
        <w:spacing w:after="80"/>
      </w:pPr>
      <w:r>
        <w:rPr>
          <w:b w:val="0"/>
          <w:i w:val="0"/>
        </w:rPr>
        <w:t>"Bà sẽ trắng tay, và cuối cùng phải sống trong nhà ở dành cho người vô gia cư."</w:t>
      </w:r>
    </w:p>
    <w:p>
      <w:pPr>
        <w:spacing w:after="80"/>
      </w:pPr>
      <w:r>
        <w:rPr>
          <w:b w:val="0"/>
          <w:i w:val="0"/>
        </w:rPr>
        <w:t>"Trong khi Miles sẽ quay lại tù rất lâu, trừ khi…"</w:t>
      </w:r>
    </w:p>
    <w:p>
      <w:pPr>
        <w:spacing w:after="80"/>
      </w:pPr>
      <w:r>
        <w:rPr>
          <w:b w:val="0"/>
          <w:i w:val="0"/>
        </w:rPr>
        <w:t>‘Trừ khi?’ Booth Watson nhắc lại.</w:t>
      </w:r>
    </w:p>
    <w:p>
      <w:pPr>
        <w:spacing w:after="80"/>
      </w:pPr>
      <w:r>
        <w:rPr>
          <w:b w:val="0"/>
          <w:i w:val="0"/>
        </w:rPr>
        <w:t>‘Trừ khi ông ta đưa tôi thêm một triệu mà tôi được hứa trong thỏa thuận ly hôn ban đầu. Tôi không cần phải nhắc ông, ông Booth Watson, rằng Miles đã chết. Giống như ông, tôi đã dự đám tang của ông ta ở Geneva, nơi tôi cảm động trước bài điếu văn xúc động của ông. Nếu cảnh sát phát hiện ra đó không phải là tro cốt của ông ta mà vị linh mục dễ dãi kia đã trao cho tôi, thì có thể ông ta sẽ phải hy sinh nhiều hơn một triệu rất nhiều. Tuy nhiên, nếu Miles cảm thấy không thể giữ lời, ông có thể gửi trả lại bánh cưới và hủy đặt tiệc.’</w:t>
      </w:r>
    </w:p>
    <w:p>
      <w:pPr>
        <w:spacing w:after="80"/>
      </w:pPr>
      <w:r>
        <w:rPr>
          <w:b w:val="0"/>
          <w:i w:val="0"/>
        </w:rPr>
        <w:t>Một khoảng lặng dài tiếp theo, trong đó cả hai bên đều chờ đối phương chớp mắt trước.</w:t>
      </w:r>
    </w:p>
    <w:p>
      <w:pPr>
        <w:spacing w:after="80"/>
      </w:pPr>
      <w:r>
        <w:rPr>
          <w:b w:val="0"/>
          <w:i w:val="0"/>
        </w:rPr>
        <w:t>‘Và nhớ nhắc ông ta rằng tôi vẫn còn giữ tro cốt của ông ta, đó chẳng qua chỉ là hợp đồng bảo hiểm của tôi phòng khi ông ta không thực hiện đúng cam kết.’</w:t>
      </w:r>
    </w:p>
    <w:p>
      <w:pPr>
        <w:spacing w:after="80"/>
      </w:pPr>
      <w:r>
        <w:rPr>
          <w:b w:val="0"/>
          <w:i w:val="0"/>
        </w:rPr>
        <w:t>‘Hợp đồng bảo hiểm nhân thọ thường chỉ chi trả khi bạn chết.’</w:t>
      </w:r>
    </w:p>
    <w:p>
      <w:pPr>
        <w:spacing w:after="80"/>
      </w:pPr>
      <w:r>
        <w:rPr>
          <w:b w:val="0"/>
          <w:i w:val="0"/>
        </w:rPr>
        <w:t>‘Tôi đã để lại chiếc bình tro trong di chúc cho Thanh tra Thám tử William Warwick, tôi nghĩ điều đó có thể giúp anh ta đưa ra quyết định.’</w:t>
      </w:r>
    </w:p>
    <w:p>
      <w:pPr>
        <w:spacing w:after="80"/>
        <w:jc w:val="center"/>
      </w:pPr>
      <w:r>
        <w:rPr>
          <w:b w:val="0"/>
          <w:i w:val="0"/>
        </w:rPr>
        <w:t>• • •</w:t>
      </w:r>
    </w:p>
    <w:p>
      <w:pPr>
        <w:spacing w:after="80"/>
      </w:pPr>
      <w:r>
        <w:rPr>
          <w:b w:val="0"/>
          <w:i w:val="0"/>
        </w:rPr>
        <w:t>‘Cẩn thận đấy,’ William nói, khi ngồi xuống góc một hốc tường đối diện viên thám tử trẻ. ‘Nếu tôi là một kẻ giết người theo hợp đồng, tôi sẽ biết chính xác nơi tìm cậu vào giờ này trong ngày, điều đó khiến việc thủ tiêu cậu dễ dàng hơn nhiều. Nếu cậu định trở thành thám tử, cậu không thể là một kẻ sống theo thói quen. Từ nay về sau, James, tôi mong cậu sẽ là người tìm ra tôi. Và tôi sẽ không bao giờ ở cùng một chỗ hai lần.’</w:t>
      </w:r>
    </w:p>
    <w:p>
      <w:pPr>
        <w:spacing w:after="80"/>
      </w:pPr>
      <w:r>
        <w:rPr>
          <w:b w:val="0"/>
          <w:i w:val="0"/>
        </w:rPr>
        <w:t>‘Nhưng một kẻ giết người theo hợp đồng khó có thể ở trên một con tàu du lịch sang trọng.’</w:t>
      </w:r>
    </w:p>
    <w:p>
      <w:pPr>
        <w:spacing w:after="80"/>
      </w:pPr>
      <w:r>
        <w:rPr>
          <w:b w:val="0"/>
          <w:i w:val="0"/>
        </w:rPr>
        <w:t>‘Trừ khi nạn nhân của hắn đang trên đường đến New York, khiến chúng ta có hơn hai nghìn nghi phạm.’</w:t>
      </w:r>
    </w:p>
    <w:p>
      <w:pPr>
        <w:spacing w:after="80"/>
      </w:pPr>
      <w:r>
        <w:rPr>
          <w:b w:val="0"/>
          <w:i w:val="0"/>
        </w:rPr>
        <w:t>‘Tôi thấy ông ăn sáng với vợ ông sáng nay,’ James nói, muốn chuyển sang chuyện khác.</w:t>
      </w:r>
    </w:p>
    <w:p>
      <w:pPr>
        <w:spacing w:after="80"/>
      </w:pPr>
      <w:r>
        <w:rPr>
          <w:b w:val="0"/>
          <w:i w:val="0"/>
        </w:rPr>
        <w:t>‘Đừng bao giờ giả định bất cứ điều gì,’ William nói. ‘Luôn mở mọi cuộc điều tra với một trang giấy trắng.’</w:t>
      </w:r>
    </w:p>
    <w:p>
      <w:pPr>
        <w:spacing w:after="80"/>
      </w:pPr>
      <w:r>
        <w:rPr>
          <w:b w:val="0"/>
          <w:i w:val="0"/>
        </w:rPr>
        <w:t>‘Nhưng ông giới thiệu bà ấy là vợ ông.’</w:t>
      </w:r>
    </w:p>
    <w:p>
      <w:pPr>
        <w:spacing w:after="80"/>
      </w:pPr>
      <w:r>
        <w:rPr>
          <w:b w:val="0"/>
          <w:i w:val="0"/>
        </w:rPr>
        <w:t>‘Chẳng chứng minh được gì cả.’</w:t>
      </w:r>
    </w:p>
    <w:p>
      <w:pPr>
        <w:spacing w:after="80"/>
      </w:pPr>
      <w:r>
        <w:rPr>
          <w:b w:val="0"/>
          <w:i w:val="0"/>
        </w:rPr>
        <w:t>‘Bà ấy đeo nhẫn cưới.’</w:t>
      </w:r>
    </w:p>
    <w:p>
      <w:pPr>
        <w:spacing w:after="80"/>
      </w:pPr>
      <w:r>
        <w:rPr>
          <w:b w:val="0"/>
          <w:i w:val="0"/>
        </w:rPr>
        <w:t>‘Phụ nữ đã kết hôn vẫn được biết là có ngoại tình.’</w:t>
      </w:r>
    </w:p>
    <w:p>
      <w:pPr>
        <w:spacing w:after="80"/>
      </w:pPr>
      <w:r>
        <w:rPr>
          <w:b w:val="0"/>
          <w:i w:val="0"/>
        </w:rPr>
        <w:t>‘Tôi không nghĩ một cô nhân tình lại đặt bữa sáng cho anh đâu,’ James nói, cố gắng phản bác.</w:t>
      </w:r>
    </w:p>
    <w:p>
      <w:pPr>
        <w:spacing w:after="80"/>
      </w:pPr>
      <w:r>
        <w:rPr>
          <w:b w:val="0"/>
          <w:i w:val="0"/>
        </w:rPr>
        <w:t>‘Một giả định hợp lý, nhưng chưa đủ để vượt qua mức nghi ngờ hợp lý. Thuật ngữ pháp lý tương đương ở Mỹ là gì?’</w:t>
      </w:r>
    </w:p>
    <w:p>
      <w:pPr>
        <w:spacing w:after="80"/>
      </w:pPr>
      <w:r>
        <w:rPr>
          <w:b w:val="0"/>
          <w:i w:val="0"/>
        </w:rPr>
        <w:t>‘Theo sự cân nhắc của phán quyết,’ James đáp. ‘Tôi cũng để ý thấy vợ anh có vẻ quan tâm đến bàn của chúng tôi hơn bàn của anh,’ anh tiếp tục, không để anh ta đổi chủ đề.</w:t>
      </w:r>
    </w:p>
    <w:p>
      <w:pPr>
        <w:spacing w:after="80"/>
      </w:pPr>
      <w:r>
        <w:rPr>
          <w:b w:val="0"/>
          <w:i w:val="0"/>
        </w:rPr>
        <w:t>‘Đó gọi là hôn nhân,’ William nói kèm tiếng cười khúc khích. ‘Nhưng tôi thú nhận, cô ấy đã biến gia đình anh thành một cuốn tiểu thuyết gothic, với những chi tiết hấp dẫn do anh bồi bàn của chúng ta cung cấp.’</w:t>
      </w:r>
    </w:p>
    <w:p>
      <w:pPr>
        <w:spacing w:after="80"/>
      </w:pPr>
      <w:r>
        <w:rPr>
          <w:b w:val="0"/>
          <w:i w:val="0"/>
        </w:rPr>
        <w:t xml:space="preserve">‘Franco,’ James nói. ‘Anh ta đã phục vụ trên những con tàu của ông tôi hơn ba mươi năm. Không ai hiểu công ty, hay gia đình, rõ hơn anh ta. Ông tôi đã đề nghị cho anh ta cơ hội làm maître d’ trên </w:t>
      </w:r>
      <w:r>
        <w:rPr>
          <w:b w:val="0"/>
          <w:i/>
        </w:rPr>
        <w:t>The Pilgrim</w:t>
      </w:r>
      <w:r>
        <w:rPr>
          <w:b w:val="0"/>
          <w:i w:val="0"/>
        </w:rPr>
        <w:t>, con tàu hàng đầu của chúng tôi, nhưng anh ta đã từ chối ông cụ.’</w:t>
      </w:r>
    </w:p>
    <w:p>
      <w:pPr>
        <w:spacing w:after="80"/>
      </w:pPr>
      <w:r>
        <w:rPr>
          <w:b w:val="0"/>
          <w:i w:val="0"/>
        </w:rPr>
        <w:t>‘Tại sao anh ta lại làm vậy?’ William hỏi.</w:t>
      </w:r>
    </w:p>
    <w:p>
      <w:pPr>
        <w:spacing w:after="80"/>
      </w:pPr>
      <w:r>
        <w:rPr>
          <w:b w:val="0"/>
          <w:i w:val="0"/>
        </w:rPr>
        <w:t>‘Anh ta nói với tôi rằng anh ta không muốn mất liên lạc với hành khách, nhưng tôi nghiêng về khả năng anh ta không muốn từ bỏ số tiền tip kiếm được mỗi chuyến.’ James ngừng lại. ‘Tôi nghi ngờ Franco không phải tên thật của anh ta, và chắc chắn anh ta không phải người Ý từ khi sinh ra.’</w:t>
      </w:r>
    </w:p>
    <w:p>
      <w:pPr>
        <w:spacing w:after="80"/>
      </w:pPr>
      <w:r>
        <w:rPr>
          <w:b w:val="0"/>
          <w:i w:val="0"/>
        </w:rPr>
        <w:t>‘Bằng chứng?’ William truy vấn.</w:t>
      </w:r>
    </w:p>
    <w:p>
      <w:pPr>
        <w:spacing w:after="80"/>
      </w:pPr>
      <w:r>
        <w:rPr>
          <w:b w:val="0"/>
          <w:i w:val="0"/>
        </w:rPr>
        <w:t>‘Giọng nói thỉnh thoảng bị lộ, và có lần tôi hỏi ý kiến anh ta về Caruso, rõ ràng là anh ta chưa từng nghe nói đến giọng tenor vĩ đại đó.’</w:t>
      </w:r>
    </w:p>
    <w:p>
      <w:pPr>
        <w:spacing w:after="80"/>
      </w:pPr>
      <w:r>
        <w:rPr>
          <w:b w:val="0"/>
          <w:i w:val="0"/>
        </w:rPr>
        <w:t>‘Lý do để nghi ngờ, nhưng không phải bằng chứng. Dù tôi thực sự nghĩ anh ta đang giấu điều gì đó.’</w:t>
      </w:r>
    </w:p>
    <w:p>
      <w:pPr>
        <w:spacing w:after="80"/>
      </w:pPr>
      <w:r>
        <w:rPr>
          <w:b w:val="0"/>
          <w:i w:val="0"/>
        </w:rPr>
        <w:t>‘Điều gì khiến anh nói vậy?’</w:t>
      </w:r>
    </w:p>
    <w:p>
      <w:pPr>
        <w:spacing w:after="80"/>
      </w:pPr>
      <w:r>
        <w:rPr>
          <w:b w:val="0"/>
          <w:i w:val="0"/>
        </w:rPr>
        <w:t>‘Tôi đã từng thấy ánh mắt đó trước đây khi ai đó phát hiện ra tôi là cảnh sát.’</w:t>
      </w:r>
    </w:p>
    <w:p>
      <w:pPr>
        <w:spacing w:after="80"/>
      </w:pPr>
      <w:r>
        <w:rPr>
          <w:b w:val="0"/>
          <w:i w:val="0"/>
        </w:rPr>
        <w:t>‘Anh ta từng ngồi tù một thời gian ngắn trước khi gia nhập công ty,’ James nói. ‘Nhưng ngay cả ông tôi cũng không biết điều đó.’</w:t>
      </w:r>
    </w:p>
    <w:p>
      <w:pPr>
        <w:spacing w:after="80"/>
      </w:pPr>
      <w:r>
        <w:rPr>
          <w:b w:val="0"/>
          <w:i w:val="0"/>
        </w:rPr>
        <w:t>‘Làm sao anh phát hiện ra?’</w:t>
      </w:r>
    </w:p>
    <w:p>
      <w:pPr>
        <w:spacing w:after="80"/>
      </w:pPr>
      <w:r>
        <w:rPr>
          <w:b w:val="0"/>
          <w:i w:val="0"/>
        </w:rPr>
        <w:t>‘Có lần tôi đi một chuyến từ Southampton, khi anh ta xin đổi bàn.’</w:t>
      </w:r>
    </w:p>
    <w:p>
      <w:pPr>
        <w:spacing w:after="80"/>
      </w:pPr>
      <w:r>
        <w:rPr>
          <w:b w:val="0"/>
          <w:i w:val="0"/>
        </w:rPr>
        <w:t>‘Anh có tìm ra lý do không?’</w:t>
      </w:r>
    </w:p>
    <w:p>
      <w:pPr>
        <w:spacing w:after="80"/>
      </w:pPr>
      <w:r>
        <w:rPr>
          <w:b w:val="0"/>
          <w:i w:val="0"/>
        </w:rPr>
        <w:t>‘Một trong những hành khách đến từ một nơi gọi là Hackney, và tôi thấy thoáng vẻ nhận ra trên mặt ông ta khi bắt gặp Franco. Tôi đã sắp xếp để ông ta và vợ ngồi ở bàn thuyền trưởng vào một buổi tối, đổi lấy thông tin. Ngay cả Franco cũng không biết là tôi biết. Phải nói rằng, nếu không nhờ ơn trên thì ông nội tôi cũng chẳng khác gì. Vài lần suýt vướng vào chuyện được ghi chép kỹ càng và một lần ra tòa, khi bồi thẩm đoàn kết luận “Không đủ chứng cứ”.’</w:t>
      </w:r>
    </w:p>
    <w:p>
      <w:pPr>
        <w:spacing w:after="80"/>
      </w:pPr>
      <w:r>
        <w:rPr>
          <w:b w:val="0"/>
          <w:i w:val="0"/>
        </w:rPr>
        <w:t>‘Một phán quyết kiểu Scotland chẳng tinh tế chút nào. Nó thường có nghĩa là cả quan tòa lẫn bồi thẩm đoàn đều không mấy nghi ngờ bị cáo có tội, nhưng không đủ bằng chứng để kết án. Tuy nhiên, nếu cậu muốn vươn tới những đỉnh cao mà ông cậu đã đạt được, tôi ngờ rằng cậu sẽ phải thỉnh thoảng chấp nhận rủi ro trên đường đi, nhất là khi khởi đầu với hai bàn tay trắng.’</w:t>
      </w:r>
    </w:p>
    <w:p>
      <w:pPr>
        <w:spacing w:after="80"/>
      </w:pPr>
      <w:r>
        <w:rPr>
          <w:b w:val="0"/>
          <w:i w:val="0"/>
        </w:rPr>
        <w:t>‘Ông nội khởi đầu còn tệ hơn cả hai bàn tay trắng. Khi cha ông qua đời, ông để lại cho vợ và hai đứa con món nợ khoảng một trăm bảng. Cậu thử tưởng tượng số đó tương đương bao nhiêu theo giá trị ngày nay. Bà mất nhiều năm mới trả hết, và đó có lẽ là lý do bà qua đời khi còn quá trẻ.’</w:t>
      </w:r>
    </w:p>
    <w:p>
      <w:pPr>
        <w:spacing w:after="80"/>
      </w:pPr>
      <w:r>
        <w:rPr>
          <w:b w:val="0"/>
          <w:i w:val="0"/>
        </w:rPr>
        <w:t>‘Điều đó cũng có thể giải thích vì sao ông ấy khắt khe với chính con cái mình đến vậy.’</w:t>
      </w:r>
    </w:p>
    <w:p>
      <w:pPr>
        <w:spacing w:after="80"/>
      </w:pPr>
      <w:r>
        <w:rPr>
          <w:b w:val="0"/>
          <w:i w:val="0"/>
        </w:rPr>
        <w:t>‘Bằng chứng?’ James hỏi, bắt chước giọng gia sư của mình.</w:t>
      </w:r>
    </w:p>
    <w:p>
      <w:pPr>
        <w:spacing w:after="80"/>
      </w:pPr>
      <w:r>
        <w:rPr>
          <w:b w:val="0"/>
          <w:i w:val="0"/>
        </w:rPr>
        <w:t>‘Franco nói với tôi rằng chú Hamish của cậu mới bị sa thải khỏi chức phó chủ tịch công ty tại đại hội cổ đông thường niên gần đây. Công bằng mà nói, tôi nghĩ từ ông ấy dùng là “bị thay thế”.’</w:t>
      </w:r>
    </w:p>
    <w:p>
      <w:pPr>
        <w:spacing w:after="80"/>
      </w:pPr>
      <w:r>
        <w:rPr>
          <w:b w:val="0"/>
          <w:i w:val="0"/>
        </w:rPr>
        <w:t>‘Chuyện đó ai cũng biết,’ James nói. ‘Báo chí hai bên bờ Đại Tây Dương đưa tin rầm rộ. Tôi nghe cha tôi nói với mẹ rằng chỉ có luật phỉ báng mới ngăn được báo chí công bố toàn bộ câu chuyện.’</w:t>
      </w:r>
    </w:p>
    <w:p>
      <w:pPr>
        <w:spacing w:after="80"/>
      </w:pPr>
      <w:r>
        <w:rPr>
          <w:b w:val="0"/>
          <w:i w:val="0"/>
        </w:rPr>
        <w:t>Franco xuất hiện, bưng một khay có cà phê và sô-cô-la nóng.</w:t>
      </w:r>
    </w:p>
    <w:p>
      <w:pPr>
        <w:spacing w:after="80"/>
      </w:pPr>
      <w:r>
        <w:rPr>
          <w:b w:val="0"/>
          <w:i w:val="0"/>
        </w:rPr>
        <w:t>‘Tôi kể cho Thanh tra trưởng nghe toàn bộ câu chuyện về lý do cha tôi trở thành phó chủ tịch nhé, Franco?’ James nói, khi ly sô-cô-la nóng được đặt xuống bàn trước mặt cậu.</w:t>
      </w:r>
    </w:p>
    <w:p>
      <w:pPr>
        <w:spacing w:after="80"/>
      </w:pPr>
      <w:r>
        <w:rPr>
          <w:b w:val="0"/>
          <w:i w:val="0"/>
        </w:rPr>
        <w:t>‘Miễn là cậu để tôi ra ngoài chuyện này,’ Franco nói, rồi biến mất còn nhanh hơn cả lúc anh ta xuất hiện.</w:t>
      </w:r>
    </w:p>
    <w:p>
      <w:pPr>
        <w:spacing w:after="80"/>
      </w:pPr>
      <w:r>
        <w:rPr>
          <w:b w:val="0"/>
          <w:i w:val="0"/>
        </w:rPr>
        <w:t>‘Tôi ngờ rằng cậu, hay cha cậu, biết được toàn bộ câu chuyện,’ William nói. ‘Tôi nghi ngờ vị chủ tịch có những bí mật định mang theo xuống mồ.’</w:t>
      </w:r>
    </w:p>
    <w:p>
      <w:pPr>
        <w:spacing w:after="80"/>
      </w:pPr>
      <w:r>
        <w:rPr>
          <w:b w:val="0"/>
          <w:i w:val="0"/>
        </w:rPr>
        <w:t>‘Bà cố Flora sẽ biết toàn bộ câu chuyện,’ James tự tin nói.</w:t>
      </w:r>
    </w:p>
    <w:p>
      <w:pPr>
        <w:spacing w:after="80"/>
      </w:pPr>
      <w:r>
        <w:rPr>
          <w:b w:val="0"/>
          <w:i w:val="0"/>
        </w:rPr>
        <w:t>‘Bà cố Flora?’ William hỏi, để cái tên ấy lơ lửng giữa không trung, với hy vọng nó sẽ khiến chàng trai trẻ buột miệng còn nhiều hơn nữa.</w:t>
      </w:r>
    </w:p>
    <w:p>
      <w:pPr>
        <w:spacing w:after="80"/>
      </w:pPr>
      <w:r>
        <w:rPr>
          <w:b w:val="0"/>
          <w:i w:val="0"/>
        </w:rPr>
        <w:t>‘Sau khi ông nội rời nhà để gia nhập hải quân thương gia, em gái ông là Flora trở thành người đầu tiên trong gia đình chúng tôi vào đại học. Sau khi tốt nghiệp Glasgow với bằng danh dự ngành toán, bà học kế toán, và đứng đầu khóa của mình. À, đồng hạng nhất. Có vẻ họ chưa sẵn sàng thừa nhận rằng một người phụ nữ có thể thông minh hơn bất kỳ người đàn ông nào cùng khóa. Tất cả chuyện đó xảy ra vào khoảng thời gian ông nội được giải ngũ khỏi Hải quân Hoàng gia, sau khi phục vụ Vua và Tổ quốc một cách xuất sắc, như ông không bao giờ ngừng nhắc nhở chúng tôi. Rồi bằng cách nào đó ông gom đủ tiền để mua một công ty phà – theo cách ông nói – cũ kỹ tồi tàn, chuyên chở xe cộ và hành khách từ đất liền ra đảo Iona.’</w:t>
      </w:r>
    </w:p>
    <w:p>
      <w:pPr>
        <w:spacing w:after="80"/>
      </w:pPr>
      <w:r>
        <w:rPr>
          <w:b w:val="0"/>
          <w:i w:val="0"/>
        </w:rPr>
        <w:t>‘Chính tôi cũng từng đi trên một trong những con phà đó,’ William nói.</w:t>
      </w:r>
    </w:p>
    <w:p>
      <w:pPr>
        <w:spacing w:after="80"/>
      </w:pPr>
      <w:r>
        <w:rPr>
          <w:b w:val="0"/>
          <w:i w:val="0"/>
        </w:rPr>
        <w:t>‘Bà cố Flora bảo ông là đồ gàn dở, nhưng vì sau chiến tranh chẳng có mấy công ty trao cho phụ nữ công việc tử tế, bà miễn cưỡng gia nhập công ty và phụ trách sổ sách. Câu cửa miệng yêu thích của bà vẫn là: “Ông ấy kiếm những đồng bảng, còn tôi chăm lo từng đồng xu.” Tuy nhiên, bất chấp sự thận trọng bẩm sinh và lẽ thường sắc sảo của bà, công ty đã suýt phá sản không chỉ một lần.’</w:t>
      </w:r>
    </w:p>
    <w:p>
      <w:pPr>
        <w:spacing w:after="80"/>
      </w:pPr>
      <w:r>
        <w:rPr>
          <w:b w:val="0"/>
          <w:i w:val="0"/>
        </w:rPr>
        <w:t>‘Có triệu phú tự thân nào mà chưa từng phải đối mặt với vấn đề đó vào một thời điểm nào đó trong sự nghiệp của mình chứ?’</w:t>
      </w:r>
    </w:p>
    <w:p>
      <w:pPr>
        <w:spacing w:after="80"/>
      </w:pPr>
      <w:r>
        <w:rPr>
          <w:b w:val="0"/>
          <w:i w:val="0"/>
        </w:rPr>
        <w:t>‘Có một lần, ông nội chỉ còn cách việc tuyên bố phá sản đúng hai mươi bốn giờ, và ông đã làm vậy nếu như Ngân hàng Thương mại và Công nghiệp Dundee không đến cứu ông. Ngay cả tôi cũng chưa hiểu nổi ông đã xoay xở thoát khỏi chuyện đó bằng cách nào. Điều duy nhất tôi biết chắc là khi con tàu du lịch đầu tiên của ông đang được đóng trên sông Clyde, vào cuối một tuần nọ, ông không đủ tiền trả lương cho công nhân bến tàu, và họ đe dọa sẽ đình công. Ông từng nói với tôi rằng ông đã không ngủ suốt một tuần, mà đây lại là người đàn ông ngủ ngon lành mỗi đêm trong suốt trận Đại Tây Dương.’</w:t>
      </w:r>
    </w:p>
    <w:p>
      <w:pPr>
        <w:spacing w:after="80"/>
      </w:pPr>
      <w:r>
        <w:rPr>
          <w:b w:val="0"/>
          <w:i w:val="0"/>
        </w:rPr>
        <w:t xml:space="preserve">‘Tôi đã đọc tất cả về vai trò ông ấy đóng trong cuộc chạm trán đó trong cuốn </w:t>
      </w:r>
      <w:r>
        <w:rPr>
          <w:b w:val="0"/>
          <w:i/>
        </w:rPr>
        <w:t>Nhật ký Hành trình</w:t>
      </w:r>
      <w:r>
        <w:rPr>
          <w:b w:val="0"/>
          <w:i w:val="0"/>
        </w:rPr>
        <w:t>.’</w:t>
      </w:r>
    </w:p>
    <w:p>
      <w:pPr>
        <w:spacing w:after="80"/>
      </w:pPr>
      <w:r>
        <w:rPr>
          <w:b w:val="0"/>
          <w:i w:val="0"/>
        </w:rPr>
        <w:t>‘Không đáng tin đâu,’ James nói, tung một quả bóng lên không trung.</w:t>
      </w:r>
    </w:p>
    <w:p>
      <w:pPr>
        <w:spacing w:after="80"/>
      </w:pPr>
      <w:r>
        <w:rPr>
          <w:b w:val="0"/>
          <w:i w:val="0"/>
        </w:rPr>
        <w:t>‘Sao lại không?’ William hỏi, thực sự tò mò.</w:t>
      </w:r>
    </w:p>
    <w:p>
      <w:pPr>
        <w:spacing w:after="80"/>
      </w:pPr>
      <w:r>
        <w:rPr>
          <w:b w:val="0"/>
          <w:i w:val="0"/>
        </w:rPr>
        <w:t>‘Ông nội tự viết nó. Hoặc chính xác hơn, nếu tôi bị gọi ra tòa làm chứng, thì ông đã đọc cho Kaye Patterson, thư ký riêng của ông, chép lại từng chữ một.’</w:t>
      </w:r>
    </w:p>
    <w:p>
      <w:pPr>
        <w:spacing w:after="80"/>
      </w:pPr>
      <w:r>
        <w:rPr>
          <w:b w:val="0"/>
          <w:i w:val="0"/>
        </w:rPr>
        <w:t>‘Mà tôi nghi là chính là bà quý cô ngồi cạnh anh trong bữa sáng.’</w:t>
      </w:r>
    </w:p>
    <w:p>
      <w:pPr>
        <w:spacing w:after="80"/>
      </w:pPr>
      <w:r>
        <w:rPr>
          <w:b w:val="0"/>
          <w:i w:val="0"/>
        </w:rPr>
        <w:t>‘Không tồi đâu, Thanh tra trưởng ạ. Nhưng nếu tôi nói với ông rằng ông nội tôi có hai thư ký, một người viết đúng chính tả và một người không, thì Kaye là người nào?’</w:t>
      </w:r>
    </w:p>
    <w:p>
      <w:pPr>
        <w:spacing w:after="80"/>
      </w:pPr>
      <w:r>
        <w:rPr>
          <w:b w:val="0"/>
          <w:i w:val="0"/>
        </w:rPr>
        <w:t>‘Người viết đúng.’</w:t>
      </w:r>
    </w:p>
    <w:p>
      <w:pPr>
        <w:spacing w:after="80"/>
      </w:pPr>
      <w:r>
        <w:rPr>
          <w:b w:val="0"/>
          <w:i w:val="0"/>
        </w:rPr>
        <w:t>‘Sao ông chắc chắn thế?’</w:t>
      </w:r>
    </w:p>
    <w:p>
      <w:pPr>
        <w:spacing w:after="80"/>
      </w:pPr>
      <w:r>
        <w:rPr>
          <w:b w:val="0"/>
          <w:i w:val="0"/>
        </w:rPr>
        <w:t>‘Bà của anh có vẻ đang trò chuyện rôm rả với cô ấy, và rõ ràng là bà rất thích thú,’ William nói, khi Franco xuất hiện trở lại bên cạnh họ.</w:t>
      </w:r>
    </w:p>
    <w:p>
      <w:pPr>
        <w:spacing w:after="80"/>
      </w:pPr>
      <w:r>
        <w:rPr>
          <w:b w:val="0"/>
          <w:i w:val="0"/>
        </w:rPr>
        <w:t>‘Quý ông có cần gì thêm không?’ anh ta hỏi.</w:t>
      </w:r>
    </w:p>
    <w:p>
      <w:pPr>
        <w:spacing w:after="80"/>
      </w:pPr>
      <w:r>
        <w:rPr>
          <w:b w:val="0"/>
          <w:i w:val="0"/>
        </w:rPr>
        <w:t>‘Không, cảm ơn Franco,’ James nói.</w:t>
      </w:r>
    </w:p>
    <w:p>
      <w:pPr>
        <w:spacing w:after="80"/>
      </w:pPr>
      <w:r>
        <w:rPr>
          <w:b w:val="0"/>
          <w:i w:val="0"/>
        </w:rPr>
        <w:t>‘Sao Franco lại muốn hành khách nghĩ anh ta đến từ Ý nhỉ?’ William hỏi sau khi người phục vụ đã rời đi.</w:t>
      </w:r>
    </w:p>
    <w:p>
      <w:pPr>
        <w:spacing w:after="80"/>
      </w:pPr>
      <w:r>
        <w:rPr>
          <w:b w:val="0"/>
          <w:i w:val="0"/>
        </w:rPr>
        <w:t>‘Anh ta từng nói với tôi rằng anh sẽ được tip hậu hĩnh hơn nếu hành khách nghĩ anh là người Ý.’</w:t>
      </w:r>
    </w:p>
    <w:p>
      <w:pPr>
        <w:spacing w:after="80"/>
      </w:pPr>
      <w:r>
        <w:rPr>
          <w:b w:val="0"/>
          <w:i w:val="0"/>
        </w:rPr>
        <w:t>‘Tôi không biết là phải tip cho nhân viên đấy,’ William nói, cảm thấy hơi ngượng.</w:t>
      </w:r>
    </w:p>
    <w:p>
      <w:pPr>
        <w:spacing w:after="80"/>
      </w:pPr>
      <w:r>
        <w:rPr>
          <w:b w:val="0"/>
          <w:i w:val="0"/>
        </w:rPr>
        <w:t>‘Phải đợi đến khi chúng ta cập cảng New York đã,’ James trấn an cậu. ‘Những phong bì nâu nhỏ sẽ được để trong cabin của cậu cho cô hầu phòng và người phục vụ bàn. Mỗi người một trăm đô-la là mức giá thông thường, trừ khi cậu thấy họ làm việc đặc biệt tốt.’</w:t>
      </w:r>
    </w:p>
    <w:p>
      <w:pPr>
        <w:spacing w:after="80"/>
      </w:pPr>
      <w:r>
        <w:rPr>
          <w:b w:val="0"/>
          <w:i w:val="0"/>
        </w:rPr>
        <w:t>‘Cậu rất mực yêu quý ông nội mình, phải không?’ William nói, không để cậu thoát khỏi câu hỏi.</w:t>
      </w:r>
    </w:p>
    <w:p>
      <w:pPr>
        <w:spacing w:after="80"/>
      </w:pPr>
      <w:r>
        <w:rPr>
          <w:b w:val="0"/>
          <w:i w:val="0"/>
        </w:rPr>
        <w:t>‘Không chút ngượng ngùng. Chính ông là lý do tôi tin chắc mình sẽ được nhận vào Harvard.’</w:t>
      </w:r>
    </w:p>
    <w:p>
      <w:pPr>
        <w:spacing w:after="80"/>
      </w:pPr>
      <w:r>
        <w:rPr>
          <w:b w:val="0"/>
          <w:i w:val="0"/>
        </w:rPr>
        <w:t>‘Nhờ tiền bạc và các mối quan hệ của ông ấy?’</w:t>
      </w:r>
    </w:p>
    <w:p>
      <w:pPr>
        <w:spacing w:after="80"/>
      </w:pPr>
      <w:r>
        <w:rPr>
          <w:b w:val="0"/>
          <w:i w:val="0"/>
        </w:rPr>
        <w:t>‘Không, tôi không cần những thứ đó. Một thứ còn quan trọng hơn nhiều. Tôi thừa hưởng nghị lực và tinh thần cạnh tranh của ông, dù tôi thiếu đi thiên tài kinh doanh của ông.’</w:t>
      </w:r>
    </w:p>
    <w:p>
      <w:pPr>
        <w:spacing w:after="80"/>
      </w:pPr>
      <w:r>
        <w:rPr>
          <w:b w:val="0"/>
          <w:i w:val="0"/>
        </w:rPr>
        <w:t>‘Tôi ngờ rằng ông vẫn nuôi hy vọng một ngày nào đó cậu sẽ trở thành chủ tịch công ty, và đến lúc đó công ty sẽ cần một người đáng tin cậy để thay thế thiên tài kinh doanh của ông ấy.’</w:t>
      </w:r>
    </w:p>
    <w:p>
      <w:pPr>
        <w:spacing w:after="80"/>
      </w:pPr>
      <w:r>
        <w:rPr>
          <w:b w:val="0"/>
          <w:i w:val="0"/>
        </w:rPr>
        <w:t>‘Điều đó sẽ không bao giờ xảy ra. Bố tôi có thể sẽ kế nhiệm ông, nhưng không phải tôi.’</w:t>
      </w:r>
    </w:p>
    <w:p>
      <w:pPr>
        <w:spacing w:after="80"/>
      </w:pPr>
      <w:r>
        <w:rPr>
          <w:b w:val="0"/>
          <w:i w:val="0"/>
        </w:rPr>
        <w:t>‘Chú Hamish của cậu nghĩ sao về chuyện đó?’</w:t>
      </w:r>
    </w:p>
    <w:p>
      <w:pPr>
        <w:spacing w:after="80"/>
      </w:pPr>
      <w:r>
        <w:rPr>
          <w:b w:val="0"/>
          <w:i w:val="0"/>
        </w:rPr>
        <w:t>‘Chú vẫn nghĩ mình có cơ hội trở thành chủ tịch, nếu không thì chú đã chẳng lảng vảng quanh đây, tự làm nhục mình và vợ mình bằng cách tham gia chuyến đi này cùng chúng ta.’</w:t>
      </w:r>
    </w:p>
    <w:p>
      <w:pPr>
        <w:spacing w:after="80"/>
      </w:pPr>
      <w:r>
        <w:rPr>
          <w:b w:val="0"/>
          <w:i w:val="0"/>
        </w:rPr>
        <w:t>‘Tệ đến thế sao?’</w:t>
      </w:r>
    </w:p>
    <w:p>
      <w:pPr>
        <w:spacing w:after="80"/>
      </w:pPr>
      <w:r>
        <w:rPr>
          <w:b w:val="0"/>
          <w:i w:val="0"/>
        </w:rPr>
        <w:t>‘Còn tệ hơn. Tôi nghĩ chú sẵn sàng làm bất cứ điều gì để ngăn bố tôi trở thành chủ tịch. Và nếu chú không làm, thì cô Sara chắc chắn sẽ làm.’</w:t>
      </w:r>
    </w:p>
    <w:p>
      <w:pPr>
        <w:spacing w:after="80"/>
      </w:pPr>
      <w:r>
        <w:rPr>
          <w:b w:val="0"/>
          <w:i w:val="0"/>
        </w:rPr>
        <w:t>‘Nhưng bằng cách thay chú ấy bằng bố cậu ở vị trí phó chủ tịch, ông nội cậu đã không thể thể hiện lập trường của mình rõ ràng hơn được nữa.’</w:t>
      </w:r>
    </w:p>
    <w:p>
      <w:pPr>
        <w:spacing w:after="80"/>
      </w:pPr>
      <w:r>
        <w:rPr>
          <w:b w:val="0"/>
          <w:i w:val="0"/>
        </w:rPr>
        <w:t>‘Đúng vậy, nhưng đừng quên, chú Hamish vẫn còn trong hội đồng quản trị chính, và không ai có thể chắc chắn bà cố Flora sẽ nghiêng về phía nào khi đến lúc bổ nhiệm chủ tịch tiếp theo; bà có thể sẽ có lá phiếu quyết định. Không phải là từ "nghỉ hưu" mà tôi từng nghe thốt ra từ miệng ông nội.’</w:t>
      </w:r>
    </w:p>
    <w:p>
      <w:pPr>
        <w:spacing w:after="80"/>
      </w:pPr>
      <w:r>
        <w:rPr>
          <w:b w:val="0"/>
          <w:i w:val="0"/>
        </w:rPr>
        <w:t>‘Sao cậu biết nhiều về những gì đang diễn ra thế, khi cậu chỉ là một …’</w:t>
      </w:r>
    </w:p>
    <w:p>
      <w:pPr>
        <w:spacing w:after="80"/>
      </w:pPr>
      <w:r>
        <w:rPr>
          <w:b w:val="0"/>
          <w:i w:val="0"/>
        </w:rPr>
        <w:t>‘Thằng nhóc học sinh? Đó là một thứ khác tôi đã biến thành lợi thế của mình. Khi tôi lớn lên, bố mẹ tôi không nhận ra rằng tôi đang nghe từng lời họ nói ở bàn ăn sáng. Nhưng gần đây tất cả họ đều trở nên dè dặt hơn nhiều, đặc biệt là chú Hamish, nên sắp tới tôi sẽ phải xảo quyệt hơn nhiều. Đó là lúc cậu xuất hiện.’</w:t>
      </w:r>
    </w:p>
    <w:p>
      <w:pPr>
        <w:spacing w:after="80"/>
      </w:pPr>
      <w:r>
        <w:rPr>
          <w:b w:val="0"/>
          <w:i w:val="0"/>
        </w:rPr>
        <w:t>William một lần nữa bị bất ngờ, nhưng cậu không cần phải hỏi James đang nghĩ gì trong đầu.</w:t>
      </w:r>
    </w:p>
    <w:p>
      <w:pPr>
        <w:spacing w:after="80"/>
      </w:pPr>
      <w:r>
        <w:rPr>
          <w:b w:val="0"/>
          <w:i w:val="0"/>
        </w:rPr>
        <w:t>‘Tôi sẽ kể cho ông nghe mọi thứ tôi biết về gia đình mình, nếu ông chỉ cho tôi cách lợi dụng nó. Với kiến thức và kinh nghiệm của ông, có lẽ tôi sẽ đi trước chú Hamish một bước.’</w:t>
      </w:r>
    </w:p>
    <w:p>
      <w:pPr>
        <w:spacing w:after="80"/>
      </w:pPr>
      <w:r>
        <w:rPr>
          <w:b w:val="0"/>
          <w:i w:val="0"/>
        </w:rPr>
        <w:t>‘Nhưng việc gì phải thế, nếu cậu chẳng có hứng thú gì với việc gia nhập công ty?’</w:t>
      </w:r>
    </w:p>
    <w:p>
      <w:pPr>
        <w:spacing w:after="80"/>
      </w:pPr>
      <w:r>
        <w:rPr>
          <w:b w:val="0"/>
          <w:i w:val="0"/>
        </w:rPr>
        <w:t>‘Tôi vẫn muốn bố tôi trở thành chủ tịch kế tiếp, để rồi đến lúc nào đó tôi sẽ sở hữu Pilgrim Line.’</w:t>
      </w:r>
    </w:p>
    <w:p>
      <w:pPr>
        <w:spacing w:after="80"/>
      </w:pPr>
      <w:r>
        <w:rPr>
          <w:b w:val="0"/>
          <w:i w:val="0"/>
        </w:rPr>
        <w:t>‘Cậu có thể thêm cả tài xảo quyệt vào những món quà thừa hưởng từ ông nội đấy,’ William nói, nở một nụ cười ấm áp với James.</w:t>
      </w:r>
    </w:p>
    <w:p>
      <w:pPr>
        <w:spacing w:after="80"/>
      </w:pPr>
      <w:r>
        <w:rPr>
          <w:b w:val="0"/>
          <w:i w:val="0"/>
        </w:rPr>
        <w:t>‘Có lẽ vậy. Nhưng tôi vẫn cần phải xảo quyệt hơn cả chú Hamish, và mưu mô hơn cả dì Sara, nếu tôi muốn có chút cơ hội thừa kế công ty. Đừng quên họ cũng có con, chỉ kém tôi vài tuổi thôi.’</w:t>
      </w:r>
    </w:p>
    <w:p>
      <w:pPr>
        <w:spacing w:after="80"/>
      </w:pPr>
      <w:r>
        <w:rPr>
          <w:b w:val="0"/>
          <w:i w:val="0"/>
        </w:rPr>
        <w:t>‘Vậy thì cậu sẽ phải ngừng suy nghĩ như một thám tử, và bắt đầu suy nghĩ như một tên tội phạm.’</w:t>
      </w:r>
    </w:p>
    <w:p>
      <w:pPr>
        <w:pStyle w:val="Heading2"/>
      </w:pPr>
      <w:r>
        <w:rPr>
          <w:rFonts w:ascii="Calibri" w:hAnsi="Calibri"/>
          <w:b/>
          <w:i w:val="0"/>
          <w:sz w:val="32"/>
        </w:rPr>
        <w:t>CHƯƠNG 4</w:t>
      </w:r>
    </w:p>
    <w:p>
      <w:pPr>
        <w:spacing w:after="80"/>
      </w:pPr>
      <w:r>
        <w:rPr>
          <w:b w:val="0"/>
          <w:i w:val="0"/>
        </w:rPr>
        <w:t>‘CÔ TA ĐÒI CÁI GÌ CƠ?’ MILES NÓI, khi người phục vụ rót cho cả hai ly cà phê đen bốc khói nghi ngút.</w:t>
      </w:r>
    </w:p>
    <w:p>
      <w:pPr>
        <w:spacing w:after="80"/>
      </w:pPr>
      <w:r>
        <w:rPr>
          <w:b w:val="0"/>
          <w:i w:val="0"/>
        </w:rPr>
        <w:t>‘Một triệu bảng mà cô ta được hứa trong thỏa thuận ly hôn ban đầu,’ Booth Watson nói.</w:t>
      </w:r>
    </w:p>
    <w:p>
      <w:pPr>
        <w:spacing w:after="80"/>
      </w:pPr>
      <w:r>
        <w:rPr>
          <w:b w:val="0"/>
          <w:i w:val="0"/>
        </w:rPr>
        <w:t>‘Nhưng tiếc thay, tôi đã chết trước khi bản án ly hôn tạm thời (decree nisi) được ký.’</w:t>
      </w:r>
    </w:p>
    <w:p>
      <w:pPr>
        <w:spacing w:after="80"/>
      </w:pPr>
      <w:r>
        <w:rPr>
          <w:b w:val="0"/>
          <w:i w:val="0"/>
        </w:rPr>
        <w:t>‘Và cô ta có tro cốt của ông để chứng minh điều đó.’</w:t>
      </w:r>
    </w:p>
    <w:p>
      <w:pPr>
        <w:spacing w:after="80"/>
      </w:pPr>
      <w:r>
        <w:rPr>
          <w:b w:val="0"/>
          <w:i w:val="0"/>
        </w:rPr>
        <w:t>‘Thì sao?’</w:t>
      </w:r>
    </w:p>
    <w:p>
      <w:pPr>
        <w:spacing w:after="80"/>
      </w:pPr>
      <w:r>
        <w:rPr>
          <w:b w:val="0"/>
          <w:i w:val="0"/>
        </w:rPr>
        <w:t>‘Rõ ràng ông chưa nghe nói về Crick và Watson,’ Booth Watson nói, ‘vì họ đã khiến cô ta có thể chứng minh ông vẫn còn sống nhăn.’</w:t>
      </w:r>
    </w:p>
    <w:p>
      <w:pPr>
        <w:spacing w:after="80"/>
      </w:pPr>
      <w:r>
        <w:rPr>
          <w:b w:val="0"/>
          <w:i w:val="0"/>
        </w:rPr>
        <w:t>‘Trừ khi cô ta chết thì không thể,’ Faulkner nói.</w:t>
      </w:r>
    </w:p>
    <w:p>
      <w:pPr>
        <w:spacing w:after="80"/>
      </w:pPr>
      <w:r>
        <w:rPr>
          <w:b w:val="0"/>
          <w:i w:val="0"/>
        </w:rPr>
        <w:t>‘Nếu Christina chẳng may chết sớm,’ Booth Watson nói, chọn từng lời cẩn thận, ‘người đầu tiên họ thẩm vấn sẽ là người chồng mới của cô ta, Đại úy Ralph Neville thuộc Hải quân Hoàng gia (RN). Họ sẽ không mất quá lâu để tìm ra danh tính thật của anh ta. Nên tôi khuyên ông hãy trao một triệu bảng đó nếu muốn tiếp tục là người tự do.’</w:t>
      </w:r>
    </w:p>
    <w:p>
      <w:pPr>
        <w:spacing w:after="80"/>
      </w:pPr>
      <w:r>
        <w:rPr>
          <w:b w:val="0"/>
          <w:i w:val="0"/>
        </w:rPr>
        <w:t>‘Trừ khi tôi chết đi thì may ra,’ Miles dứt khoát nói.</w:t>
      </w:r>
    </w:p>
    <w:p>
      <w:pPr>
        <w:spacing w:after="80"/>
      </w:pPr>
      <w:r>
        <w:rPr>
          <w:b w:val="0"/>
          <w:i w:val="0"/>
        </w:rPr>
        <w:t>‘Đó chính xác là điều tôi nghĩ Christina đang nhắm tới, nếu cô ta có nói cho bạn mình là Beth Warwick biết cô ta thực sự sắp kết hôn với ai.’</w:t>
      </w:r>
    </w:p>
    <w:p>
      <w:pPr>
        <w:spacing w:after="80"/>
      </w:pPr>
      <w:r>
        <w:rPr>
          <w:b w:val="0"/>
          <w:i w:val="0"/>
        </w:rPr>
        <w:t>‘Nếu cô ta làm vậy, cô ta sẽ trắng tay chỉ sau một đêm.’</w:t>
      </w:r>
    </w:p>
    <w:p>
      <w:pPr>
        <w:spacing w:after="80"/>
      </w:pPr>
      <w:r>
        <w:rPr>
          <w:b w:val="0"/>
          <w:i w:val="0"/>
        </w:rPr>
        <w:t>‘Tôi không chắc đó là canh bạc mà anh có thể đánh cược. Không biết cô ta sẽ giở trò gì trong khi anh quay lại tù và an toàn ngoài vòng nguy hiểm. Tôi buộc phải hỏi, liệu một bức tranh có đáng để đánh đổi bằng một bản án chung thân không?’</w:t>
      </w:r>
    </w:p>
    <w:p>
      <w:pPr>
        <w:spacing w:after="80"/>
      </w:pPr>
      <w:r>
        <w:rPr>
          <w:b w:val="0"/>
          <w:i w:val="0"/>
        </w:rPr>
        <w:t>Miles không đáp trong lúc người phục vụ phục vụ cả hai, và chỉ nói ‘có lẽ là không’ sau khi người đó rời đi.</w:t>
      </w:r>
    </w:p>
    <w:p>
      <w:pPr>
        <w:spacing w:after="80"/>
      </w:pPr>
      <w:r>
        <w:rPr>
          <w:b w:val="0"/>
          <w:i w:val="0"/>
        </w:rPr>
        <w:t>‘Càng thêm lý do để anh ra nước ngoài trong vài tuần tới trong khi tôi đảm bảo Christina giữ đúng phần thỏa thuận của cô ta, và rằng Thuyền trưởng Ralph Neville có thể an toàn trở về bờ biển này bất cứ khi nào anh ta thấy thuận tiện.’</w:t>
      </w:r>
    </w:p>
    <w:p>
      <w:pPr>
        <w:spacing w:after="80"/>
      </w:pPr>
      <w:r>
        <w:rPr>
          <w:b w:val="0"/>
          <w:i w:val="0"/>
        </w:rPr>
        <w:t>‘Tôi luôn dự định chuyển vào ngôi nhà mới ngay sau đám cưới,’ Miles nói. ‘Một nơi, tôi có thể đảm bảo với anh, BW, mà cả Warwick lẫn Christina sẽ không bao giờ tìm thấy tôi hay những bức tranh của tôi.’</w:t>
      </w:r>
    </w:p>
    <w:p>
      <w:pPr>
        <w:spacing w:after="80"/>
      </w:pPr>
      <w:r>
        <w:rPr>
          <w:b w:val="0"/>
          <w:i w:val="0"/>
        </w:rPr>
        <w:t>‘Tôi mừng khi nghe vậy. Nhưng theo ý tôi, chúng ta cần giữ Christina về phía mình trong khi cô ta vẫn có thể cung cấp thông tin nội bộ về nhà Warwick. Đừng quên cô ta thân thiết với Beth Warwick đến mức nào, người vô tình truyền đạt thông tin về những gì chồng mình đang làm.’</w:t>
      </w:r>
    </w:p>
    <w:p>
      <w:pPr>
        <w:spacing w:after="80"/>
      </w:pPr>
      <w:r>
        <w:rPr>
          <w:b w:val="0"/>
          <w:i w:val="0"/>
        </w:rPr>
        <w:t>‘Hoặc không hẳn vô tình,’ Miles gợi ý.</w:t>
      </w:r>
    </w:p>
    <w:p>
      <w:pPr>
        <w:spacing w:after="80"/>
      </w:pPr>
      <w:r>
        <w:rPr>
          <w:b w:val="0"/>
          <w:i w:val="0"/>
        </w:rPr>
        <w:t>‘Với ý nghĩ đó, tôi dự định đưa Giám đốc Lamont trở lại biên chế để theo dõi cô ta.’</w:t>
      </w:r>
    </w:p>
    <w:p>
      <w:pPr>
        <w:spacing w:after="80"/>
      </w:pPr>
      <w:r>
        <w:rPr>
          <w:b w:val="0"/>
          <w:i w:val="0"/>
        </w:rPr>
        <w:t>‘Cựu Giám đốc,’ Miles nhắc anh ta. ‘Đừng quên ông ta không còn ở bên trong nữa và, quan trọng hơn, người đàn ông đó sẽ làm bất cứ điều gì vì tiền khi ông ta có một “bà vợ danh giá” khiến số dư ngân hàng của ông ta đỏ lòm, chưa kể tài năng cá độ ngựa của ông ta với những con ngựa không thể nào tìm được đường vào vòng vây của kẻ thắng cuộc.’</w:t>
      </w:r>
    </w:p>
    <w:p>
      <w:pPr>
        <w:spacing w:after="80"/>
      </w:pPr>
      <w:r>
        <w:rPr>
          <w:b w:val="0"/>
          <w:i w:val="0"/>
        </w:rPr>
        <w:t>‘Điều đó có thể đúng. Nhưng đừng quên rằng cựu Giám đốc từng là cấp phó của Tư lệnh Hawksby.’</w:t>
      </w:r>
    </w:p>
    <w:p>
      <w:pPr>
        <w:spacing w:after="80"/>
      </w:pPr>
      <w:r>
        <w:rPr>
          <w:b w:val="0"/>
          <w:i w:val="0"/>
        </w:rPr>
        <w:t>‘Cho đến khi ông ta phải từ chức.’</w:t>
      </w:r>
    </w:p>
    <w:p>
      <w:pPr>
        <w:spacing w:after="80"/>
      </w:pPr>
      <w:r>
        <w:rPr>
          <w:b w:val="0"/>
          <w:i w:val="0"/>
        </w:rPr>
        <w:t>‘Nhưng ông ta vẫn biết rất nhiều người ở bên trong, và đặc biệt là một người.’</w:t>
      </w:r>
    </w:p>
    <w:p>
      <w:pPr>
        <w:spacing w:after="80"/>
      </w:pPr>
      <w:r>
        <w:rPr>
          <w:b w:val="0"/>
          <w:i w:val="0"/>
        </w:rPr>
        <w:t>‘Tôi có biết người đó không?’</w:t>
      </w:r>
    </w:p>
    <w:p>
      <w:pPr>
        <w:spacing w:after="80"/>
      </w:pPr>
      <w:r>
        <w:rPr>
          <w:b w:val="0"/>
          <w:i w:val="0"/>
        </w:rPr>
        <w:t>‘Cô ta. Cô ta là một phần trong đội ngũ thân cận của William Warwick, và, quan trọng hơn, cô ta không ngại nhận những phong bì nâu thỉnh thoảng.’</w:t>
      </w:r>
    </w:p>
    <w:p>
      <w:pPr>
        <w:spacing w:after="80"/>
      </w:pPr>
      <w:r>
        <w:rPr>
          <w:b w:val="0"/>
          <w:i w:val="0"/>
        </w:rPr>
        <w:t>‘Vậy thì cứ tiếp tục cung cấp cho họ. Bằng cách đó chúng ta có thể đi trước cả Christina lẫn nhà Warwick.’</w:t>
      </w:r>
    </w:p>
    <w:p>
      <w:pPr>
        <w:spacing w:after="80"/>
      </w:pPr>
      <w:r>
        <w:rPr>
          <w:b w:val="0"/>
          <w:i w:val="0"/>
        </w:rPr>
        <w:t>‘Vậy là ông sẵn lòng móc ra một triệu bà ấy đòi à?’</w:t>
      </w:r>
    </w:p>
    <w:p>
      <w:pPr>
        <w:spacing w:after="80"/>
      </w:pPr>
      <w:r>
        <w:rPr>
          <w:b w:val="0"/>
          <w:i w:val="0"/>
        </w:rPr>
        <w:t>Miles mỉm cười khi nhấc dao nĩa lên. ‘Với một điều kiện,’ ông nói. ‘Phải nói rõ rằng nếu Christina có bao giờ phá vỡ thỏa thuận, tôi sẽ cắt tiền trợ cấp hằng tháng của cô ấy cho đến khi trả hết một triệu đó.’</w:t>
      </w:r>
    </w:p>
    <w:p>
      <w:pPr>
        <w:spacing w:after="80"/>
        <w:jc w:val="center"/>
      </w:pPr>
      <w:r>
        <w:rPr>
          <w:b w:val="0"/>
          <w:i w:val="0"/>
        </w:rPr>
        <w:t>• • •</w:t>
      </w:r>
    </w:p>
    <w:p>
      <w:pPr>
        <w:spacing w:after="80"/>
      </w:pPr>
      <w:r>
        <w:rPr>
          <w:b w:val="0"/>
          <w:i w:val="0"/>
        </w:rPr>
        <w:t>‘Vậy buổi thuyết trình thế nào?’ William hỏi, kéo ghế cho Beth trước khi cô ngồi vào chỗ ở bàn của họ.</w:t>
      </w:r>
    </w:p>
    <w:p>
      <w:pPr>
        <w:spacing w:after="80"/>
      </w:pPr>
      <w:r>
        <w:rPr>
          <w:b w:val="0"/>
          <w:i w:val="0"/>
        </w:rPr>
        <w:t xml:space="preserve">‘Bọn em nghe các aria khác nhau từ vở </w:t>
      </w:r>
      <w:r>
        <w:rPr>
          <w:b w:val="0"/>
          <w:i/>
        </w:rPr>
        <w:t>La bohème</w:t>
      </w:r>
      <w:r>
        <w:rPr>
          <w:b w:val="0"/>
          <w:i w:val="0"/>
        </w:rPr>
        <w:t>, sau đó Catherine giải thích về chủ nghĩa hiện thực kịch tính trong các vở opera của Puccini. Em không thể chờ đến ngày mai được.’</w:t>
      </w:r>
    </w:p>
    <w:p>
      <w:pPr>
        <w:spacing w:after="80"/>
      </w:pPr>
      <w:r>
        <w:rPr>
          <w:b w:val="0"/>
          <w:i w:val="0"/>
        </w:rPr>
        <w:t>‘</w:t>
      </w:r>
      <w:r>
        <w:rPr>
          <w:b w:val="0"/>
          <w:i/>
        </w:rPr>
        <w:t>Tosca</w:t>
      </w:r>
      <w:r>
        <w:rPr>
          <w:b w:val="0"/>
          <w:i w:val="0"/>
        </w:rPr>
        <w:t xml:space="preserve"> hay </w:t>
      </w:r>
      <w:r>
        <w:rPr>
          <w:b w:val="0"/>
          <w:i/>
        </w:rPr>
        <w:t>Madame Butterfly</w:t>
      </w:r>
      <w:r>
        <w:rPr>
          <w:b w:val="0"/>
          <w:i w:val="0"/>
        </w:rPr>
        <w:t>?’ William hỏi khi Franco đưa thực đơn cho ông.</w:t>
      </w:r>
    </w:p>
    <w:p>
      <w:pPr>
        <w:spacing w:after="80"/>
      </w:pPr>
      <w:r>
        <w:rPr>
          <w:b w:val="0"/>
          <w:i w:val="0"/>
        </w:rPr>
        <w:t>‘</w:t>
      </w:r>
      <w:r>
        <w:rPr>
          <w:b w:val="0"/>
          <w:i/>
        </w:rPr>
        <w:t>Madame Butterfly</w:t>
      </w:r>
      <w:r>
        <w:rPr>
          <w:b w:val="0"/>
          <w:i w:val="0"/>
        </w:rPr>
        <w:t xml:space="preserve"> – anh có muốn tham gia cùng bọn em không?’</w:t>
      </w:r>
    </w:p>
    <w:p>
      <w:pPr>
        <w:spacing w:after="80"/>
      </w:pPr>
      <w:r>
        <w:rPr>
          <w:b w:val="0"/>
          <w:i w:val="0"/>
        </w:rPr>
        <w:t>‘E rằng tôi sẽ bận với một con nhộng đang hy vọng hóa bướm. Em có tìm ra cô ấy có phải là vợ của Ngài Thẩm phán Whittaker không?’</w:t>
      </w:r>
    </w:p>
    <w:p>
      <w:pPr>
        <w:spacing w:after="80"/>
      </w:pPr>
      <w:r>
        <w:rPr>
          <w:b w:val="0"/>
          <w:i w:val="0"/>
        </w:rPr>
        <w:t>‘Đúng thế, và Charlotte đã mời chúng ta cùng ăn tối vào tối mai,’ Beth nói. William bị phân tâm khi Fraser Buchanan bước vào phòng ăn, khoác tay vợ. Ông mặc một chiếc áo vest dạ hội hai hàng khuy bảnh bao che giấu cân nặng của mình, còn bà mặc một chiếc váy dài màu kem thanh lịch khiến vài người phụ nữ trong phòng phải nhìn lại lần nữa, trong đó có Beth.</w:t>
      </w:r>
    </w:p>
    <w:p>
      <w:pPr>
        <w:spacing w:after="80"/>
      </w:pPr>
      <w:r>
        <w:rPr>
          <w:b w:val="0"/>
          <w:i w:val="0"/>
        </w:rPr>
        <w:t>Vị chủ tịch ngồi vào chỗ ở đầu bàn. Tất cả đàn ông đứng dậy và chờ vợ ông ngồi vào chỗ ở đầu bên kia bàn – cách xa cả một sân cricket.</w:t>
      </w:r>
    </w:p>
    <w:p>
      <w:pPr>
        <w:spacing w:after="80"/>
      </w:pPr>
      <w:r>
        <w:rPr>
          <w:b w:val="0"/>
          <w:i w:val="0"/>
        </w:rPr>
        <w:t>‘Người đàn ông ngồi cạnh em gái chủ tịch, Flora, là ai vậy?’ Beth hỏi, sau khi Franco đã ghi món họ gọi.</w:t>
      </w:r>
    </w:p>
    <w:p>
      <w:pPr>
        <w:spacing w:after="80"/>
      </w:pPr>
      <w:r>
        <w:rPr>
          <w:b w:val="0"/>
          <w:i w:val="0"/>
        </w:rPr>
        <w:t>‘Andrew Lockhart,’ William nói. ‘Ông ấy là bác sĩ của công ty và là thành viên ban điều hành chính. Ông ấy cũng là bác sĩ riêng của chủ tịch. Buchanan bị đau tim vài năm trước và từ đó Lockhart luôn đi cùng ông ấy trong mọi chuyến đi.’</w:t>
      </w:r>
    </w:p>
    <w:p>
      <w:pPr>
        <w:spacing w:after="80"/>
      </w:pPr>
      <w:r>
        <w:rPr>
          <w:b w:val="0"/>
          <w:i w:val="0"/>
        </w:rPr>
        <w:t>‘Em không ngạc nhiên,’ Beth nói. ‘Chắc ông ấy thừa cân hai ba stone rồi.’</w:t>
      </w:r>
    </w:p>
    <w:p>
      <w:pPr>
        <w:spacing w:after="80"/>
      </w:pPr>
      <w:r>
        <w:rPr>
          <w:b w:val="0"/>
          <w:i w:val="0"/>
        </w:rPr>
        <w:t>‘Tôi cũng sẽ thừa cân hai ba stone,’ William nói, ‘nếu tôi dành nửa cuộc đời trên một con tàu du lịch.’</w:t>
      </w:r>
    </w:p>
    <w:p>
      <w:pPr>
        <w:spacing w:after="80"/>
      </w:pPr>
      <w:r>
        <w:rPr>
          <w:b w:val="0"/>
          <w:i w:val="0"/>
        </w:rPr>
        <w:t>‘Quý bà có muốn gọi món không ạ?’ Franco hỏi.</w:t>
      </w:r>
    </w:p>
    <w:p>
      <w:pPr>
        <w:spacing w:after="80"/>
      </w:pPr>
      <w:r>
        <w:rPr>
          <w:b w:val="0"/>
          <w:i w:val="0"/>
        </w:rPr>
        <w:t>‘Hai món consommé rồi đến salad Caesar,’ Beth nói mà không nhìn thực đơn.</w:t>
      </w:r>
    </w:p>
    <w:p>
      <w:pPr>
        <w:spacing w:after="80"/>
      </w:pPr>
      <w:r>
        <w:rPr>
          <w:b w:val="0"/>
          <w:i w:val="0"/>
        </w:rPr>
        <w:t>William mỉm cười khi gấp thực đơn lại và đưa trả cho Franco.</w:t>
      </w:r>
    </w:p>
    <w:p>
      <w:pPr>
        <w:spacing w:after="80"/>
      </w:pPr>
      <w:r>
        <w:rPr>
          <w:b w:val="0"/>
          <w:i w:val="0"/>
        </w:rPr>
        <w:t>‘Anh đã kết hôn chưa, Franco?’ anh hỏi một cách ngây thơ.</w:t>
      </w:r>
    </w:p>
    <w:p>
      <w:pPr>
        <w:spacing w:after="80"/>
      </w:pPr>
      <w:r>
        <w:rPr>
          <w:b w:val="0"/>
          <w:i w:val="0"/>
        </w:rPr>
        <w:t>‘Mỗi năm chỉ có mười bốn tuần thôi, thưa ngài.’</w:t>
      </w:r>
    </w:p>
    <w:p>
      <w:pPr>
        <w:spacing w:after="80"/>
      </w:pPr>
      <w:r>
        <w:rPr>
          <w:b w:val="0"/>
          <w:i w:val="0"/>
        </w:rPr>
        <w:t>‘Cũng gần giống tôi,’ Beth nói, nắm lấy tay William.</w:t>
      </w:r>
    </w:p>
    <w:p>
      <w:pPr>
        <w:spacing w:after="80"/>
        <w:jc w:val="center"/>
      </w:pPr>
      <w:r>
        <w:rPr>
          <w:b w:val="0"/>
          <w:i w:val="0"/>
        </w:rPr>
        <w:t>• • •</w:t>
      </w:r>
    </w:p>
    <w:p>
      <w:pPr>
        <w:spacing w:after="80"/>
      </w:pPr>
      <w:r>
        <w:rPr>
          <w:b w:val="0"/>
          <w:i w:val="0"/>
        </w:rPr>
        <w:t>Người Anh có nhiều phẩm chất và còn nhiều khuyết điểm hơn thế, George Bernard Shaw từng nói với English Speaking Union, và một trong những phẩm chất đó là phớt lờ một cuộc cãi vã đang diễn ra ngay trước mặt mình. Người Ý không thể cưỡng lại việc đứng nhìn từ xa, người Đức muốn chọn phe, trong khi người Ireland thì nhất định phải góp vui.</w:t>
      </w:r>
    </w:p>
    <w:p>
      <w:pPr>
        <w:spacing w:after="80"/>
      </w:pPr>
      <w:r>
        <w:rPr>
          <w:b w:val="0"/>
          <w:i w:val="0"/>
        </w:rPr>
        <w:t>Beth giả vờ không biết đến những giọng nói cao vút phát ra từ bàn của chủ tịch, trong khi vẫn tiếp tục ăn món consommé của mình.</w:t>
      </w:r>
    </w:p>
    <w:p>
      <w:pPr>
        <w:spacing w:after="80"/>
      </w:pPr>
      <w:r>
        <w:rPr>
          <w:b w:val="0"/>
          <w:i w:val="0"/>
        </w:rPr>
        <w:t>‘Tôi tưởng ảo thuật gia tối nay …’ William bắt đầu nói.</w:t>
      </w:r>
    </w:p>
    <w:p>
      <w:pPr>
        <w:spacing w:after="80"/>
      </w:pPr>
      <w:r>
        <w:rPr>
          <w:b w:val="0"/>
          <w:i w:val="0"/>
        </w:rPr>
        <w:t>‘Suỵt,’ Beth nói. ‘Vì anh có góc nhìn tốt hơn em nhiều về những gì đang diễn ra, anh có thể kể lại cho em từng chi tiết một.’</w:t>
      </w:r>
    </w:p>
    <w:p>
      <w:pPr>
        <w:spacing w:after="80"/>
      </w:pPr>
      <w:r>
        <w:rPr>
          <w:b w:val="0"/>
          <w:i w:val="0"/>
        </w:rPr>
        <w:t>William nén một nụ cười, và bắt đầu chú ý kỹ hơn đến bàn của nhà Buchanan.</w:t>
      </w:r>
    </w:p>
    <w:p>
      <w:pPr>
        <w:spacing w:after="80"/>
      </w:pPr>
      <w:r>
        <w:rPr>
          <w:b w:val="0"/>
          <w:i w:val="0"/>
        </w:rPr>
        <w:t>‘Có vẻ như với tôi là chủ tịch đang có một cuộc thảo luận nảy lửa với cựu phó chủ tịch của ông ấy, trong khi những người còn lại ở bàn cố tình phớt lờ cả hai người họ.’</w:t>
      </w:r>
    </w:p>
    <w:p>
      <w:pPr>
        <w:spacing w:after="80"/>
      </w:pPr>
      <w:r>
        <w:rPr>
          <w:b w:val="0"/>
          <w:i w:val="0"/>
        </w:rPr>
        <w:t>‘Họ không muốn dính vào,’ Beth gợi ý.</w:t>
      </w:r>
    </w:p>
    <w:p>
      <w:pPr>
        <w:spacing w:after="80"/>
      </w:pPr>
      <w:r>
        <w:rPr>
          <w:b w:val="0"/>
          <w:i w:val="0"/>
        </w:rPr>
        <w:t>‘Một nhận xét sắc sảo.’</w:t>
      </w:r>
    </w:p>
    <w:p>
      <w:pPr>
        <w:spacing w:after="80"/>
      </w:pPr>
      <w:r>
        <w:rPr>
          <w:b w:val="0"/>
          <w:i w:val="0"/>
        </w:rPr>
        <w:t>‘Vậy cuộc cãi vã về chuyện gì?’</w:t>
      </w:r>
    </w:p>
    <w:p>
      <w:pPr>
        <w:spacing w:after="80"/>
      </w:pPr>
      <w:r>
        <w:rPr>
          <w:b w:val="0"/>
          <w:i w:val="0"/>
        </w:rPr>
        <w:t>‘Không chắc. Tôi chỉ nghe được vài từ rời rạc. Nhưng đừng tuyệt vọng, James sẽ kể lại cho tôi từng chi tiết vào sáng mai.’</w:t>
      </w:r>
    </w:p>
    <w:p>
      <w:pPr>
        <w:spacing w:after="80"/>
      </w:pPr>
      <w:r>
        <w:rPr>
          <w:b w:val="0"/>
          <w:i w:val="0"/>
        </w:rPr>
        <w:t>‘Em không thể đợi đến lúc đó,’ Beth nói, giọng có vẻ bực bội. ‘Đến lúc anh gặp lại James thì có khi họ đã giết nhau hết rồi. Em muốn biết ngay bây giờ.’</w:t>
      </w:r>
    </w:p>
    <w:p>
      <w:pPr>
        <w:spacing w:after="80"/>
      </w:pPr>
      <w:r>
        <w:rPr>
          <w:b w:val="0"/>
          <w:i w:val="0"/>
        </w:rPr>
        <w:t>‘Có vẻ như chuyện này liên quan đến thói quen uống rượu của Hamish Buchanan,’ William nói, nhưng ông dừng lại giữa câu khi Franco quay lại với món chính của họ. Anh đặt hai phần salad Caesar trước mặt hai vị khách như thể chẳng có gì bất thường đang diễn ra chỉ cách đó vài bàn.</w:t>
      </w:r>
    </w:p>
    <w:p>
      <w:pPr>
        <w:spacing w:after="80"/>
      </w:pPr>
      <w:r>
        <w:rPr>
          <w:b w:val="0"/>
          <w:i w:val="0"/>
        </w:rPr>
        <w:t>‘Tôi đoán là ông đã chứng kiến cảnh này nhiều lần rồi,’ Beth nói, ngước nhìn anh.</w:t>
      </w:r>
    </w:p>
    <w:p>
      <w:pPr>
        <w:spacing w:after="80"/>
      </w:pPr>
      <w:r>
        <w:rPr>
          <w:b w:val="0"/>
          <w:i w:val="0"/>
        </w:rPr>
        <w:t>‘Không đến mức tệ thế này đâu, thưa bà,’ Franco thừa nhận, trong khi rót cho cả hai một ly vang trắng.</w:t>
      </w:r>
    </w:p>
    <w:p>
      <w:pPr>
        <w:spacing w:after="80"/>
      </w:pPr>
      <w:r>
        <w:rPr>
          <w:b w:val="0"/>
          <w:i w:val="0"/>
        </w:rPr>
        <w:t>‘Có lẽ cả gia đình cùng bay về New York là một quyết định không khôn ngoan,’ Beth gợi ý, ‘sau những gì đã xảy ra tại cuộc họp đại hội cổ đông năm ngoái.’</w:t>
      </w:r>
    </w:p>
    <w:p>
      <w:pPr>
        <w:spacing w:after="80"/>
      </w:pPr>
      <w:r>
        <w:rPr>
          <w:b w:val="0"/>
          <w:i w:val="0"/>
        </w:rPr>
        <w:t>‘James bảo tôi rằng ông nội anh ấy khăng khăng đòi như vậy,’ William nói, ‘bất chấp mối bất hòa giữa ông và con trai Hamish. Tôi ngờ rằng với ông cụ thì đó chẳng qua chỉ là chuyện ồn ào bên lề.’</w:t>
      </w:r>
    </w:p>
    <w:p>
      <w:pPr>
        <w:spacing w:after="80"/>
      </w:pPr>
      <w:r>
        <w:rPr>
          <w:b w:val="0"/>
          <w:i w:val="0"/>
        </w:rPr>
        <w:t>‘Tôi chỉ mừng là tối nay mình không phải phục vụ bàn đó,’ Franco nói, rồi đặt chai vang trở lại xô đá và rời đi.</w:t>
      </w:r>
    </w:p>
    <w:p>
      <w:pPr>
        <w:spacing w:after="80"/>
      </w:pPr>
      <w:r>
        <w:rPr>
          <w:b w:val="0"/>
          <w:i w:val="0"/>
        </w:rPr>
        <w:t>‘Ước gì tôi được phục vụ,’ Beth nói, khi cô nhìn Hamish Buchanan lấy một chiếc bình lưng bạc từ túi áo trong và rót thứ bên trong vào cà phê của ông ta.</w:t>
      </w:r>
    </w:p>
    <w:p>
      <w:pPr>
        <w:spacing w:after="80"/>
        <w:jc w:val="center"/>
      </w:pPr>
      <w:r>
        <w:rPr>
          <w:b w:val="0"/>
          <w:i w:val="0"/>
        </w:rPr>
        <w:t>• • •</w:t>
      </w:r>
    </w:p>
    <w:p>
      <w:pPr>
        <w:spacing w:after="80"/>
      </w:pPr>
      <w:r>
        <w:rPr>
          <w:b w:val="0"/>
          <w:i w:val="0"/>
        </w:rPr>
        <w:t>‘Tôi tưởng ông nói với tôi là ông đã bỏ rượu rồi chứ!’ vị chủ tịch quát vọng từ đầu bàn.</w:t>
      </w:r>
    </w:p>
    <w:p>
      <w:pPr>
        <w:spacing w:after="80"/>
      </w:pPr>
      <w:r>
        <w:rPr>
          <w:b w:val="0"/>
          <w:i w:val="0"/>
        </w:rPr>
        <w:t>‘Đúng là tôi đã bỏ,’ Hamish đáp, trong khi vặn lại nắp bình. ‘Đây chẳng qua chỉ là một loại thuốc an thần nhẹ do bác sĩ Lockhart kê để giúp tôi ngủ, vì như cha biết rõ đấy, con không phải là người đi biển giỏi.’</w:t>
      </w:r>
    </w:p>
    <w:p>
      <w:pPr>
        <w:spacing w:after="80"/>
      </w:pPr>
      <w:r>
        <w:rPr>
          <w:b w:val="0"/>
          <w:i w:val="0"/>
        </w:rPr>
        <w:t>‘Tối nay biển phẳng như tờ giấy,’ vị chủ tịch đáp trả. ‘Chưa kể việc tôi đã chi cả một gia tài cho hệ thống cân bằng để đảm bảo mọi hành khách đều có một chuyến đi êm ả. Một khi ông đã yên vị trên giường thì ông còn chẳng biết là mình đang ở trên biển nữa.’ Hamish lại nhấp thêm một ngụm từ bình lưng. ‘Tôi muốn nếm thử cái thứ gọi là thuốc an thần đó.’ Fraser chìa tay ra, như thể đó là một mệnh lệnh chứ không phải lời đề nghị.</w:t>
      </w:r>
    </w:p>
    <w:p>
      <w:pPr>
        <w:spacing w:after="80"/>
      </w:pPr>
      <w:r>
        <w:rPr>
          <w:b w:val="0"/>
          <w:i w:val="0"/>
        </w:rPr>
        <w:t>‘Tùy cha thôi,’ Hamish nói, đưa chiếc bình bạc cho dì Flora của mình, người này lại chuyền nó lên đầu bàn cho vị chủ tịch. Nhiều hành khách, trong đó có Beth và William, dõi theo khi Fraser vặn nắp, đưa bình lên môi và tu một hơi dài. Tất cả đều chờ đợi một tiếng nổ.</w:t>
      </w:r>
    </w:p>
    <w:p>
      <w:pPr>
        <w:spacing w:after="80"/>
      </w:pPr>
      <w:r>
        <w:rPr>
          <w:b w:val="0"/>
          <w:i w:val="0"/>
        </w:rPr>
        <w:t>Vị chủ tịch ngừng lại một lát. ‘Thứ kinh tởm,’ ông tuyên bố, rồi vặn lại nắp bình.</w:t>
      </w:r>
    </w:p>
    <w:p>
      <w:pPr>
        <w:spacing w:after="80"/>
      </w:pPr>
      <w:r>
        <w:rPr>
          <w:b w:val="0"/>
          <w:i w:val="0"/>
        </w:rPr>
        <w:t>‘Xin một lời xin lỗi có quá đáng không?’ vợ của Hamish hỏi, khi Fraser chuyền chiếc bình xuống lại dọc bàn. Mọi người đều quay sang xem vị chủ tịch sẽ phản ứng thế nào trước lời đề nghị của Sara.</w:t>
      </w:r>
    </w:p>
    <w:p>
      <w:pPr>
        <w:spacing w:after="80"/>
      </w:pPr>
      <w:r>
        <w:rPr>
          <w:b w:val="0"/>
          <w:i w:val="0"/>
        </w:rPr>
        <w:t>‘Tôi không nghĩ vậy đâu, cháu yêu,’ Fraser đáp lạnh lùng, ‘vì chẳng ai tin dù chỉ một giây rằng Hamish đã bỏ rượu. Nếu cháu nghi ngờ tôi, tôi khuyên cháu hãy kiểm tra bên trong tủ rượu của mình khi trở về cabin sau bữa tối.’</w:t>
      </w:r>
    </w:p>
    <w:p>
      <w:pPr>
        <w:spacing w:after="80"/>
      </w:pPr>
      <w:r>
        <w:rPr>
          <w:b w:val="0"/>
          <w:i w:val="0"/>
        </w:rPr>
        <w:t>Hamish không đáp lại, nhưng vặn nắp chiếc bình lưng ra và tu thêm một hơi dài, rồi vặn lại nắp và đặt nó vào túi áo trong.</w:t>
      </w:r>
    </w:p>
    <w:p>
      <w:pPr>
        <w:spacing w:after="80"/>
        <w:jc w:val="center"/>
      </w:pPr>
      <w:r>
        <w:rPr>
          <w:b w:val="0"/>
          <w:i w:val="0"/>
        </w:rPr>
        <w:t>• • •</w:t>
      </w:r>
    </w:p>
    <w:p>
      <w:pPr>
        <w:spacing w:after="80"/>
      </w:pPr>
      <w:r>
        <w:rPr>
          <w:b w:val="0"/>
          <w:i w:val="0"/>
        </w:rPr>
        <w:t>Chỉ huy Hawksby ngồi tại bàn làm việc, nghĩ về cuộc họp tiếp theo và những hậu quả tiềm tàng nếu ông làm sai. Ông biết người ta sau lưng gọi mình là "The Hawk" (Chim Ưng), điều mà ông coi là một lời khen – nhưng chẳng còn bao lâu nữa là ông nghỉ hưu, và ông không muốn danh tiếng của mình bị tổn hại vào giai đoạn muộn màng như thế này trong sự nghiệp. Thanh tra Ross Hogan chính là mảnh ghép còn thiếu để hoàn thành bức tranh.</w:t>
      </w:r>
    </w:p>
    <w:p>
      <w:pPr>
        <w:spacing w:after="80"/>
      </w:pPr>
      <w:r>
        <w:rPr>
          <w:b w:val="0"/>
          <w:i w:val="0"/>
        </w:rPr>
        <w:t>William Warwick là người lãnh đạo tự nhiên của đội, nhưng Trung sĩ Thám tử (DS) Adaja, dù ấn tượng đến đâu, vẫn chưa sẵn sàng đảm nhận vai trò chỉ huy phó. DS Roycroft thì sẽ không muốn công việc đó, trong khi DC Pankhurst rồi sẽ có ngày vượt qua cả hai người họ, nhưng chưa phải lúc này.</w:t>
      </w:r>
    </w:p>
    <w:p>
      <w:pPr>
        <w:spacing w:after="80"/>
      </w:pPr>
      <w:r>
        <w:rPr>
          <w:b w:val="0"/>
          <w:i w:val="0"/>
        </w:rPr>
        <w:t>The Hawk không cần phải kiểm tra hồ sơ của Ross Hogan. Anh ta đã phục vụ bốn năm trong SAS, trước khi gia nhập Met. Anh ta chỉ tuần tra vài năm trước khi thi lấy chứng chỉ thám tử và gia nhập đội điều tra án mạng. Bốn năm sau, anh nằm trong số ít người được chọn đi nằm vùng, và ở đó anh tìm thấy thiên chức của mình. Nếu một nhóm phiến quân có lập thành băng đảng, anh ta hẳn sẽ là thủ lĩnh của họ. Anh ta có một Huân chương Dũng cảm của Nữ hoàng, ba lần bị cảnh cáo chính thức, và một lần bị đình chỉ vì ngủ với một nghi phạm để hoàn thiện lý lịch của mình. Tuy nhiên, The Hawk biết mình không thể để anh ta nằm vùng lâu hơn nữa. Nếu Ross còn muốn quay về thế giới thực và vẫn có khả năng tuân lệnh, thì phải làm trước khi quá muộn để anh ta thay đổi cách sống. Liệu đã quá muộn chưa? Liệu anh ta có từ chức không?</w:t>
      </w:r>
    </w:p>
    <w:p>
      <w:pPr>
        <w:spacing w:after="80"/>
      </w:pPr>
      <w:r>
        <w:rPr>
          <w:b w:val="0"/>
          <w:i w:val="0"/>
        </w:rPr>
        <w:t>Ross đã đóng một vai trò then chốt trong việc thu thập đủ bằng chứng để kết tội Miles Faulkner và đưa hắn vào tù, thậm chí còn tự mình vào tù để thu thập bằng chứng cần thiết. Ngay cả những kẻ ưa mạo hiểm cũng coi anh là kẻ ưa mạo hiểm.</w:t>
      </w:r>
    </w:p>
    <w:p>
      <w:pPr>
        <w:spacing w:after="80"/>
      </w:pPr>
      <w:r>
        <w:rPr>
          <w:b w:val="0"/>
          <w:i w:val="0"/>
        </w:rPr>
        <w:t>Khi Faulkner trốn thoát, Ross đã đào ngũ và càng quyết tâm còng tay hắn trở lại, bởi anh chưa một giây phút nào tin rằng Faulkner đã chết.</w:t>
      </w:r>
    </w:p>
    <w:p>
      <w:pPr>
        <w:spacing w:after="80"/>
      </w:pPr>
      <w:r>
        <w:rPr>
          <w:b w:val="0"/>
          <w:i w:val="0"/>
        </w:rPr>
        <w:t>Có tiếng gõ cửa.</w:t>
      </w:r>
    </w:p>
    <w:p>
      <w:pPr>
        <w:spacing w:after="80"/>
      </w:pPr>
      <w:r>
        <w:rPr>
          <w:b w:val="0"/>
          <w:i w:val="0"/>
        </w:rPr>
        <w:t>"Vào đi," The Hawk nói.</w:t>
      </w:r>
    </w:p>
    <w:p>
      <w:pPr>
        <w:spacing w:after="80"/>
      </w:pPr>
      <w:r>
        <w:rPr>
          <w:b w:val="0"/>
          <w:i w:val="0"/>
        </w:rPr>
        <w:t>Bất kỳ ai nhìn thấy người đàn ông bước vào văn phòng Chỉ huy Hawksby sáng hôm đó sẽ không bao giờ tin anh ta là một cảnh sát. Mặc chiếc áo phông nhếch nhác, quần jeans rách và áo khoác da, Ross Hogan trông giống một tên du côn hơn là một người gìn giữ pháp luật.</w:t>
      </w:r>
    </w:p>
    <w:p>
      <w:pPr>
        <w:spacing w:after="80"/>
      </w:pPr>
      <w:r>
        <w:rPr>
          <w:b w:val="0"/>
          <w:i w:val="0"/>
        </w:rPr>
        <w:t>"Chào buổi sáng, thưa sếp," anh nói khi ngồi xuống.</w:t>
      </w:r>
    </w:p>
    <w:p>
      <w:pPr>
        <w:spacing w:after="80"/>
      </w:pPr>
      <w:r>
        <w:rPr>
          <w:b w:val="0"/>
          <w:i w:val="0"/>
        </w:rPr>
        <w:t>The Hawk nhìn chằm chằm vũ khí bí mật của mình, tự hỏi không biết sẽ báo tin thế nào, nhưng Ross đã đến cứu ông.</w:t>
      </w:r>
    </w:p>
    <w:p>
      <w:pPr>
        <w:spacing w:after="80"/>
      </w:pPr>
      <w:r>
        <w:rPr>
          <w:b w:val="0"/>
          <w:i w:val="0"/>
        </w:rPr>
        <w:t>"Vì sếp đã gọi tôi về Yard cho cuộc họp sáng nay, thưa sếp, tôi có nên hiểu rằng những ngày làm cảnh sát nằm vùng của tôi đã được đếm ngược rồi không?"</w:t>
      </w:r>
    </w:p>
    <w:p>
      <w:pPr>
        <w:spacing w:after="80"/>
      </w:pPr>
      <w:r>
        <w:rPr>
          <w:b w:val="0"/>
          <w:i w:val="0"/>
        </w:rPr>
        <w:t>"Chấm dứt rồi," The Hawk nói. "Cậu đã ở ngoài chiến trường quá lâu rồi, Ross. Dù cậu sẽ gần như không thể thay thế, tôi đã quyết định đã đến lúc cậu quay lại với loài người."</w:t>
      </w:r>
    </w:p>
    <w:p>
      <w:pPr>
        <w:spacing w:after="80"/>
      </w:pPr>
      <w:r>
        <w:rPr>
          <w:b w:val="0"/>
          <w:i w:val="0"/>
        </w:rPr>
        <w:t>"Sếp nghĩ đến những người nào ạ?"</w:t>
      </w:r>
    </w:p>
    <w:p>
      <w:pPr>
        <w:spacing w:after="80"/>
      </w:pPr>
      <w:r>
        <w:rPr>
          <w:b w:val="0"/>
          <w:i w:val="0"/>
        </w:rPr>
        <w:t>"Gần đây tôi đã lập một đơn vị nhỏ chuyên điều tra án tồn đọng để xử lý các vụ án mạng chưa được giải quyết, một số đã phủ bụi bao nhiêu năm."</w:t>
      </w:r>
    </w:p>
    <w:p>
      <w:pPr>
        <w:spacing w:after="80"/>
      </w:pPr>
      <w:r>
        <w:rPr>
          <w:b w:val="0"/>
          <w:i w:val="0"/>
        </w:rPr>
        <w:t>"Ai sẽ là Sĩ quan Điều tra Chính (SIO) phụ trách đơn vị đó ạ?"</w:t>
      </w:r>
    </w:p>
    <w:p>
      <w:pPr>
        <w:spacing w:after="80"/>
      </w:pPr>
      <w:r>
        <w:rPr>
          <w:b w:val="0"/>
          <w:i w:val="0"/>
        </w:rPr>
        <w:t>‘Thanh tra trưởng Warwick.’</w:t>
      </w:r>
    </w:p>
    <w:p>
      <w:pPr>
        <w:spacing w:after="80"/>
      </w:pPr>
      <w:r>
        <w:rPr>
          <w:b w:val="0"/>
          <w:i w:val="0"/>
        </w:rPr>
        <w:t>Ross gật đầu. ‘Tôi đã quan sát anh ta rất kỹ trong vài năm qua, và tôi không hề ngạc nhiên khi anh ta được thăng chức. Vậy chính xác thì tôi sẽ đảm nhận vai trò gì?’</w:t>
      </w:r>
    </w:p>
    <w:p>
      <w:pPr>
        <w:spacing w:after="80"/>
      </w:pPr>
      <w:r>
        <w:rPr>
          <w:b w:val="0"/>
          <w:i w:val="0"/>
        </w:rPr>
        <w:t>‘Phần còn lại của đội gồm có DS Paul Adaja, DS Jackie Roycroft và DC Rebecca Pankhurst, đều là những sĩ quan giỏi. Nhưng tôi muốn anh, Thanh tra Thám tử Hogan, làm cấp phó của William.’</w:t>
      </w:r>
    </w:p>
    <w:p>
      <w:pPr>
        <w:spacing w:after="80"/>
      </w:pPr>
      <w:r>
        <w:rPr>
          <w:b w:val="0"/>
          <w:i w:val="0"/>
        </w:rPr>
        <w:t>Ross mỉm cười. ‘Có lựa chọn nào khác không, thưa sếp?’</w:t>
      </w:r>
    </w:p>
    <w:p>
      <w:pPr>
        <w:spacing w:after="80"/>
      </w:pPr>
      <w:r>
        <w:rPr>
          <w:b w:val="0"/>
          <w:i w:val="0"/>
        </w:rPr>
        <w:t>‘Có chứ, anh có thể quay về khu vực cũ của mình ở Chiswick, làm nhân viên kiểm soát giao thông.’</w:t>
      </w:r>
    </w:p>
    <w:p>
      <w:pPr>
        <w:spacing w:after="80"/>
      </w:pPr>
      <w:r>
        <w:rPr>
          <w:b w:val="0"/>
          <w:i w:val="0"/>
        </w:rPr>
        <w:t>‘Hoặc tôi có thể từ chức.’</w:t>
      </w:r>
    </w:p>
    <w:p>
      <w:pPr>
        <w:spacing w:after="80"/>
      </w:pPr>
      <w:r>
        <w:rPr>
          <w:b w:val="0"/>
          <w:i w:val="0"/>
        </w:rPr>
        <w:t>‘Anh chẳng ai thuê nổi đâu,’ The Hawk nói, không nhịn được cười. ‘Trừ khi anh định kết thúc đời mình thành một thám tử tư nhếch nhác, nghe lén mấy ông chồng ngoại tình, mà chuyện đó đâu có hợp phong cách của anh.’</w:t>
      </w:r>
    </w:p>
    <w:p>
      <w:pPr>
        <w:spacing w:after="80"/>
      </w:pPr>
      <w:r>
        <w:rPr>
          <w:b w:val="0"/>
          <w:i w:val="0"/>
        </w:rPr>
        <w:t>‘Khi nào tôi bắt đầu?’</w:t>
      </w:r>
    </w:p>
    <w:p>
      <w:pPr>
        <w:spacing w:after="80"/>
      </w:pPr>
      <w:r>
        <w:rPr>
          <w:b w:val="0"/>
          <w:i w:val="0"/>
        </w:rPr>
        <w:t>‘Thanh tra trưởng Warwick sẽ trở lại sau mười ngày nữa. Hiện giờ anh ta đang có một kỳ nghỉ xứng đáng trên biển, nên tôi đề nghị anh cũng nghỉ ngơi cho đến khi anh ta về. Chỉ cần chắc chắn là anh đã cạo râu và tắm rửa sạch sẽ trước khi gặp cậu bé hát thánh ca.’</w:t>
      </w:r>
    </w:p>
    <w:p>
      <w:pPr>
        <w:spacing w:after="80"/>
      </w:pPr>
      <w:r>
        <w:rPr>
          <w:b w:val="0"/>
          <w:i w:val="0"/>
        </w:rPr>
        <w:t>‘Sẽ không ai nhận ra tôi đâu,’ Ross nói.</w:t>
      </w:r>
    </w:p>
    <w:p>
      <w:pPr>
        <w:spacing w:after="80"/>
      </w:pPr>
      <w:r>
        <w:rPr>
          <w:b w:val="0"/>
          <w:i w:val="0"/>
        </w:rPr>
        <w:t>‘Đó chính là một phần trong kế hoạch của tôi,’ viên chỉ huy nói.</w:t>
      </w:r>
    </w:p>
    <w:p>
      <w:pPr>
        <w:spacing w:after="80"/>
        <w:jc w:val="center"/>
      </w:pPr>
      <w:r>
        <w:rPr>
          <w:b w:val="0"/>
          <w:i w:val="0"/>
        </w:rPr>
        <w:t>• • •</w:t>
      </w:r>
    </w:p>
    <w:p>
      <w:pPr>
        <w:spacing w:after="80"/>
      </w:pPr>
      <w:r>
        <w:rPr>
          <w:b w:val="0"/>
          <w:i w:val="0"/>
        </w:rPr>
        <w:t>Franco đang rưới sốt sô-cô-la nóng lên một phần kem vani lớn thì một tiếng hét chói tai của người phụ nữ vang khắp phòng ăn. Beth quay người lại và thấy Fraser Buchanan đang cúi người về phía trước, run rẩy và thở hổn hển khi ông bám chặt vào mép bàn.</w:t>
      </w:r>
    </w:p>
    <w:p>
      <w:pPr>
        <w:spacing w:after="80"/>
      </w:pPr>
      <w:r>
        <w:rPr>
          <w:b w:val="0"/>
          <w:i w:val="0"/>
        </w:rPr>
        <w:t>Bác sĩ Lockhart bật dậy và nhanh chóng đến bên cạnh ông. Ông cởi chiếc nơ của vị chủ tịch và nới lỏng cổ áo sơ mi dự tiệc của ông. Franco vội vã chạy đến chỗ họ.</w:t>
      </w:r>
    </w:p>
    <w:p>
      <w:pPr>
        <w:spacing w:after="80"/>
      </w:pPr>
      <w:r>
        <w:rPr>
          <w:b w:val="0"/>
          <w:i w:val="0"/>
        </w:rPr>
        <w:t>‘Tôi có thể giúp gì không?’ anh hỏi.</w:t>
      </w:r>
    </w:p>
    <w:p>
      <w:pPr>
        <w:spacing w:after="80"/>
      </w:pPr>
      <w:r>
        <w:rPr>
          <w:b w:val="0"/>
          <w:i w:val="0"/>
        </w:rPr>
        <w:t>‘Tôi cần một cáng ngay lập tức,’ vị bác sĩ bình tĩnh nói, ‘và lấy giúp tôi túi y tế từ phòng y tế.’</w:t>
      </w:r>
    </w:p>
    <w:p>
      <w:pPr>
        <w:spacing w:after="80"/>
      </w:pPr>
      <w:r>
        <w:rPr>
          <w:b w:val="0"/>
          <w:i w:val="0"/>
        </w:rPr>
        <w:t>Franco chạy vụt ra khỏi phòng, trong khi tất cả những thực khách còn lại bỏ dở bữa ăn và trở thành những khán giả không mời của vở kịch đang diễn ra ngay trước mắt họ.</w:t>
      </w:r>
    </w:p>
    <w:p>
      <w:pPr>
        <w:spacing w:after="80"/>
      </w:pPr>
      <w:r>
        <w:rPr>
          <w:b w:val="0"/>
          <w:i w:val="0"/>
        </w:rPr>
        <w:t>Bà Buchanan đã rời chỗ ngồi ở đầu bên kia bàn và nắm lấy tay chồng. Bà run rẩy, nhưng ngoài điều đó ra thì có vẻ lạ thường là bình tĩnh, để mặc vị bác sĩ thi hành bổn phận của mình trong khi mọi người khác sững sờ nhìn. À, không phải mọi người. Mắt William không rời khỏi Hamish Buchanan, người không hề tỏ ra cảm xúc gì, trong khi anh trai ông ta là Angus đến bên mẹ và nhẹ nhàng vòng tay qua vai bà.</w:t>
      </w:r>
    </w:p>
    <w:p>
      <w:pPr>
        <w:spacing w:after="80"/>
      </w:pPr>
      <w:r>
        <w:rPr>
          <w:b w:val="0"/>
          <w:i w:val="0"/>
        </w:rPr>
        <w:t>Đột nhiên, Fraser Buchanan tái mét, và đầu ông gục xuống bàn. Vị bác sĩ cố gắng hết sức để hồi sinh ông, nhưng William biết chỉ còn là vấn đề thời gian trước khi ông ta xác nhận rằng vị chủ tịch đã chết.</w:t>
      </w:r>
    </w:p>
    <w:p>
      <w:pPr>
        <w:spacing w:after="80"/>
      </w:pPr>
      <w:r>
        <w:rPr>
          <w:b w:val="0"/>
          <w:i w:val="0"/>
        </w:rPr>
        <w:t>Bà Buchanan nức nở khi quỳ xuống bên cạnh chồng và ôm ông vào lòng. James òa khóc, lại trở thành một đứa trẻ. Từ xa, William quan sát gương mặt những người ngồi ở bàn của vị chủ tịch. Mắt ông chậm rãi lướt qua những người còn lại trong gia đình khi ông tìm kiếm manh mối, hoàn toàn quên mất mình đang đi nghỉ. Không phải tất cả bọn họ đều tỏ ra đau buồn, và hai người trong số họ thậm chí có vẻ không hề ngạc nhiên trước những gì đã xảy ra. Cửa phòng ăn đột nhiên bật mở và Franco lao trở vào, ôm chặt chiếc cặp của bác sĩ. Theo sau anh ta là hai thủy thủ trẻ khiêng một chiếc cáng vải bạt.</w:t>
      </w:r>
    </w:p>
    <w:p>
      <w:pPr>
        <w:spacing w:after="80"/>
      </w:pPr>
      <w:r>
        <w:rPr>
          <w:b w:val="0"/>
          <w:i w:val="0"/>
        </w:rPr>
        <w:t>William thấy mình theo bản năng đứng dậy khỏi chỗ ngồi và bước sang bàn của vị chủ tịch để xem liệu ông có thể giúp được gì không.</w:t>
      </w:r>
    </w:p>
    <w:p>
      <w:pPr>
        <w:spacing w:after="80"/>
      </w:pPr>
      <w:r>
        <w:rPr>
          <w:b w:val="0"/>
          <w:i w:val="0"/>
        </w:rPr>
        <w:t>"Chúng tôi không cần sự trợ giúp của ông đâu, Thanh tra trưởng ạ," Hamish Buchanan nói khi hai thủy thủ nhẹ nhàng nâng cha ông lên cáng. "Ông không có thẩm quyền gì trên con tàu này cả."</w:t>
      </w:r>
    </w:p>
    <w:p>
      <w:pPr>
        <w:spacing w:after="80"/>
      </w:pPr>
      <w:r>
        <w:rPr>
          <w:b w:val="0"/>
          <w:i w:val="0"/>
        </w:rPr>
        <w:t xml:space="preserve">Một lời nhận xét không ai gợi ý và không cần thiết, đó là ý nghĩ đầu tiên của William, khiến ông tự hỏi liệu sự kiện bi thảm này có thể không hẳn đơn giản như vẻ ngoài của nó. Ông nhớ lại lời khuyên của The Hawk khi điều tra một cái chết bất ngờ: </w:t>
      </w:r>
      <w:r>
        <w:rPr>
          <w:b w:val="0"/>
          <w:i/>
        </w:rPr>
        <w:t>Hãy lắng nghe, lắng nghe, lắng nghe. Nếu bạn cho người ta đủ dây thừng, đôi khi họ sẽ tự treo cổ mình.</w:t>
      </w:r>
      <w:r>
        <w:rPr>
          <w:b w:val="0"/>
          <w:i w:val="0"/>
        </w:rPr>
        <w:t xml:space="preserve"> Tuy nhiên, William biết Hamish Buchanan nói đúng, và ông chuẩn bị quay về bàn của mình và miễn cưỡng lo việc của mình thì Angus Buchanan can thiệp, nói: "Trừ khi tôi trao cho ông thẩm quyền đó."</w:t>
      </w:r>
    </w:p>
    <w:p>
      <w:pPr>
        <w:spacing w:after="80"/>
      </w:pPr>
      <w:r>
        <w:rPr>
          <w:b w:val="0"/>
          <w:i w:val="0"/>
        </w:rPr>
        <w:t>"Tôi nghĩ anh sẽ thấy, Angus ạ, rằng giờ tôi là người đứng đầu gia đình," Hamish phản bác, trừng mắt nhìn anh trai.</w:t>
      </w:r>
    </w:p>
    <w:p>
      <w:pPr>
        <w:spacing w:after="80"/>
      </w:pPr>
      <w:r>
        <w:rPr>
          <w:b w:val="0"/>
          <w:i w:val="0"/>
        </w:rPr>
        <w:t>"Tôi không cần phải nhắc anh đâu, Hamish, rằng giờ tôi là phó chủ tịch của hãng tàu Pilgrim Line, và thảm kịch này xảy ra trên một trong những con tàu của công ty."</w:t>
      </w:r>
    </w:p>
    <w:p>
      <w:pPr>
        <w:spacing w:after="80"/>
      </w:pPr>
      <w:r>
        <w:rPr>
          <w:b w:val="0"/>
          <w:i w:val="0"/>
        </w:rPr>
        <w:t>Cả hai người đàn ông tiếp tục trừng mắt thù địch nhìn nhau, cho đến khi Hamish nói: "Có lẽ chúng ta nên hỏi ý kiến bác sĩ Lockhart."</w:t>
      </w:r>
    </w:p>
    <w:p>
      <w:pPr>
        <w:spacing w:after="80"/>
      </w:pPr>
      <w:r>
        <w:rPr>
          <w:b w:val="0"/>
          <w:i w:val="0"/>
        </w:rPr>
        <w:t>"Cha của các vị đã bị một cơn đau tim nặng. Như chúng ta đều biết, đây không phải lần đầu của ông ấy."</w:t>
      </w:r>
    </w:p>
    <w:p>
      <w:pPr>
        <w:spacing w:after="80"/>
      </w:pPr>
      <w:r>
        <w:rPr>
          <w:b w:val="0"/>
          <w:i w:val="0"/>
        </w:rPr>
        <w:t>William không khỏi cảm thấy những lời của vị bác sĩ nghe có vẻ hơi quá được tập dượt sẵn. Còn kỳ lạ hơn nữa, ông ta không hề tỏ ra đau buồn trước cái chết của người bạn cũ, cứ như thể ông ta chỉ là một người quan sát chuyên nghiệp, không hơn.</w:t>
      </w:r>
    </w:p>
    <w:p>
      <w:pPr>
        <w:spacing w:after="80"/>
      </w:pPr>
      <w:r>
        <w:rPr>
          <w:b w:val="0"/>
          <w:i w:val="0"/>
        </w:rPr>
        <w:t>"Như tôi đã nói, chúng tôi không cần đến sự phục vụ của ông, Thanh tra trưởng ạ," Hamish nhắc lại, quay sang cô mình để tìm sự ủng hộ. Nhưng bà không trả lời ngay.</w:t>
      </w:r>
    </w:p>
    <w:p>
      <w:pPr>
        <w:spacing w:after="80"/>
      </w:pPr>
      <w:r>
        <w:rPr>
          <w:b w:val="0"/>
          <w:i w:val="0"/>
        </w:rPr>
        <w:t>"Tôi nghĩ có lẽ sẽ khôn ngoan hơn nếu để Thanh tra trưởng tiến hành một cuộc điều tra thông thường," Flora nói, cố gắng lấy lại bình tĩnh trong vai trò mới của mình là bậc trưởng thượng của gia đình. "Chúng ta đâu muốn ai đó nói rằng gia đình đã tham gia vào việc che đậy."</w:t>
      </w:r>
    </w:p>
    <w:p>
      <w:pPr>
        <w:spacing w:after="80"/>
      </w:pPr>
      <w:r>
        <w:rPr>
          <w:b w:val="0"/>
          <w:i w:val="0"/>
        </w:rPr>
        <w:t>Không ai phản đối bà.</w:t>
      </w:r>
    </w:p>
    <w:p>
      <w:pPr>
        <w:spacing w:after="80"/>
      </w:pPr>
      <w:r>
        <w:rPr>
          <w:b w:val="0"/>
          <w:i w:val="0"/>
        </w:rPr>
        <w:t>Ngay cả Hamish cũng im lặng khi thi thể của vị chủ tịch quá cố được hai thủy thủ khiêng ra khỏi phòng ăn, cùng với vị bác sĩ và bà Buchanan.</w:t>
      </w:r>
    </w:p>
    <w:p>
      <w:pPr>
        <w:spacing w:after="80"/>
      </w:pPr>
      <w:r>
        <w:rPr>
          <w:b w:val="0"/>
          <w:i w:val="0"/>
        </w:rPr>
        <w:t>‘Ông muốn chúng tôi làm gì, Thanh tra trưởng?’ Flora hỏi, người dường như đã nắm quyền chỉ huy.</w:t>
      </w:r>
    </w:p>
    <w:p>
      <w:pPr>
        <w:spacing w:after="80"/>
      </w:pPr>
      <w:r>
        <w:rPr>
          <w:b w:val="0"/>
          <w:i w:val="0"/>
        </w:rPr>
        <w:t>‘Trừ James ra, tôi muốn tất cả các vị quay về cabin của mình và ở đó cho đến khi tôi có dịp nói chuyện với từng người. Ông Buchanan, trước khi đi, có lẽ ông vui lòng để chiếc bình lưng của mình lại trên bàn.’</w:t>
      </w:r>
    </w:p>
    <w:p>
      <w:pPr>
        <w:spacing w:after="80"/>
      </w:pPr>
      <w:r>
        <w:rPr>
          <w:b w:val="0"/>
          <w:i w:val="0"/>
        </w:rPr>
        <w:t>Hamish ngập ngừng một lát trước khi lấy chiếc bình bạc từ túi trong ra và đặt lên bàn. Một nụ cười thoáng qua trên mặt ông khi thấy vị thuyền trưởng bước vào phòng ăn, theo sau là Franco cách đó một thước.</w:t>
      </w:r>
    </w:p>
    <w:p>
      <w:pPr>
        <w:spacing w:after="80"/>
      </w:pPr>
      <w:r>
        <w:rPr>
          <w:b w:val="0"/>
          <w:i w:val="0"/>
        </w:rPr>
        <w:t>‘À,’ ông nói. ‘Người có quyền lực tối cao trên con tàu của mình. Có lẽ ông có thể nói với Thanh tra trưởng Warwick rằng chúng tôi không còn cần đến sự phục vụ của ông ta nữa.’</w:t>
      </w:r>
    </w:p>
    <w:p>
      <w:pPr>
        <w:spacing w:after="80"/>
      </w:pPr>
      <w:r>
        <w:rPr>
          <w:b w:val="0"/>
          <w:i w:val="0"/>
        </w:rPr>
        <w:t>‘Ông Buchanan nhắc ông đúng đấy, Thanh tra trưởng ạ, rằng tôi là chủ con tàu này,’ vị thuyền trưởng nói một cách nghiêm trang, ‘và rằng quyết định của tôi là cuối cùng.’</w:t>
      </w:r>
    </w:p>
    <w:p>
      <w:pPr>
        <w:spacing w:after="80"/>
      </w:pPr>
      <w:r>
        <w:rPr>
          <w:b w:val="0"/>
          <w:i w:val="0"/>
        </w:rPr>
        <w:t>‘Tôi chấp nhận thẩm quyền của ông không chút thắc mắc,’ William nói.</w:t>
      </w:r>
    </w:p>
    <w:p>
      <w:pPr>
        <w:spacing w:after="80"/>
      </w:pPr>
      <w:r>
        <w:rPr>
          <w:b w:val="0"/>
          <w:i w:val="0"/>
        </w:rPr>
        <w:t>Hamish nhặt chiếc bình bạc lên và cất lại vào túi.</w:t>
      </w:r>
    </w:p>
    <w:p>
      <w:pPr>
        <w:spacing w:after="80"/>
      </w:pPr>
      <w:r>
        <w:rPr>
          <w:b w:val="0"/>
          <w:i w:val="0"/>
        </w:rPr>
        <w:t>‘Với suy nghĩ đó, Thanh tra trưởng ạ,’ vị thuyền trưởng nói, ‘tôi sẽ rất biết ơn nếu ông thấy có thể tiến hành một cuộc điều tra sơ bộ. Dù tôi không nghi ngờ gì rằng ông sẽ phát hiện ra chủ tịch chết vì một cơn đau tim, nhưng sự xác nhận của ông sẽ giải quyết được vấn đề. Ông muốn bắt đầu cuộc điều tra của mình thế nào?’</w:t>
      </w:r>
    </w:p>
    <w:p>
      <w:pPr>
        <w:spacing w:after="80"/>
      </w:pPr>
      <w:r>
        <w:rPr>
          <w:b w:val="0"/>
          <w:i w:val="0"/>
        </w:rPr>
        <w:t>‘Bằng cách yêu cầu ông Hamish Buchanan đặt chiếc bình lưng bạc của mình trở lại trên bàn.’</w:t>
      </w:r>
    </w:p>
    <w:p>
      <w:pPr>
        <w:pStyle w:val="Heading2"/>
      </w:pPr>
      <w:r>
        <w:rPr>
          <w:rFonts w:ascii="Calibri" w:hAnsi="Calibri"/>
          <w:b/>
          <w:i w:val="0"/>
          <w:sz w:val="32"/>
        </w:rPr>
        <w:t>CHƯƠNG 5</w:t>
      </w:r>
    </w:p>
    <w:p>
      <w:pPr>
        <w:spacing w:after="80"/>
      </w:pPr>
      <w:r>
        <w:rPr>
          <w:b w:val="0"/>
          <w:i w:val="0"/>
        </w:rPr>
        <w:t xml:space="preserve">CỰU TỔNG THANH TRA LAMONT đang ở nhà đọc tờ </w:t>
      </w:r>
      <w:r>
        <w:rPr>
          <w:b w:val="0"/>
          <w:i/>
        </w:rPr>
        <w:t>Racing Post</w:t>
      </w:r>
      <w:r>
        <w:rPr>
          <w:b w:val="0"/>
          <w:i w:val="0"/>
        </w:rPr>
        <w:t xml:space="preserve"> thì thư ký của ông Booth Watson QC gọi đến báo rằng người đứng đầu đoàn luật sư cần ông có mặt lúc mười giờ sáng hôm sau. Đây là lần đầu tiên Booth Watson liên lạc kể từ phiên tòa về tham nhũng trong lực lượng cảnh sát tại Old Bailey, khi Jerry Summers, một Trung sĩ Thám tử đã liều lĩnh một lần quá nhiều, cuối cùng phải ngồi tù mười năm vì Lamont đã không loại bỏ một bằng chứng quan trọng lẽ ra có thể giúp Summers thoát tội. Lamont khá chắc rằng sau vụ rối ren đặc biệt đó, Booth Watson sẽ không cần đến sự phục vụ của ông nữa. Dù vô cùng ghét vị luật sư QC dẻo miệng ấy, câu nói ‘Ăn mày không có quyền chọn lựa’ khiến ông chắc chắn sẽ đến đúng giờ cho cuộc hẹn.</w:t>
      </w:r>
    </w:p>
    <w:p>
      <w:pPr>
        <w:spacing w:after="80"/>
      </w:pPr>
      <w:r>
        <w:rPr>
          <w:b w:val="0"/>
          <w:i w:val="0"/>
        </w:rPr>
        <w:t>Trong vài tuần qua, ông cũng đã làm vài việc cho bà Christina Faulkner, và tự hỏi liệu Booth Watson có coi đó là xung đột lợi ích không. Sau khi kiểm tra số dư ngân hàng, ông quyết định không nhắc đến việc làm hai nơi của mình với bên nào cả. Lamont đảm bảo mình ngồi trong phòng chờ của số 1 Fetter Court lúc mười giờ kém mười sáng hôm sau. Ông bị bắt chờ.</w:t>
      </w:r>
    </w:p>
    <w:p>
      <w:pPr>
        <w:spacing w:after="80"/>
      </w:pPr>
      <w:r>
        <w:rPr>
          <w:b w:val="0"/>
          <w:i w:val="0"/>
        </w:rPr>
        <w:t>Khi người đứng đầu đoàn luật sư cuối cùng cũng gọi ông vào, ông ta không nhắc gì đến Summers hay bằng chứng quan trọng mà Lamont lẽ ra phải đánh tráo, mà đi thẳng vào vấn đề.</w:t>
      </w:r>
    </w:p>
    <w:p>
      <w:pPr>
        <w:spacing w:after="80"/>
      </w:pPr>
      <w:r>
        <w:rPr>
          <w:b w:val="0"/>
          <w:i w:val="0"/>
        </w:rPr>
        <w:t>‘Tôi cần biết ông bạn cũ Warwick của ông đang làm gì vào lúc này.’</w:t>
      </w:r>
    </w:p>
    <w:p>
      <w:pPr>
        <w:spacing w:after="80"/>
      </w:pPr>
      <w:r>
        <w:rPr>
          <w:b w:val="0"/>
          <w:i w:val="0"/>
        </w:rPr>
        <w:t>‘Warwick đâu phải bạn của tôi,’ Lamont nói, gần như phun ra từng chữ.</w:t>
      </w:r>
    </w:p>
    <w:p>
      <w:pPr>
        <w:spacing w:after="80"/>
      </w:pPr>
      <w:r>
        <w:rPr>
          <w:b w:val="0"/>
          <w:i w:val="0"/>
        </w:rPr>
        <w:t xml:space="preserve">‘Tôi mừng khi nghe thế,’ Booth Watson nói. ‘Vậy thì nhiệm vụ của ông càng thú vị hơn. Tôi có thể nói với ông rằng vị Thanh tra và vợ ông ta hiện đang đi du thuyền hạng nhất đến New York trên con tàu </w:t>
      </w:r>
      <w:r>
        <w:rPr>
          <w:b w:val="0"/>
          <w:i/>
        </w:rPr>
        <w:t>Alden</w:t>
      </w:r>
      <w:r>
        <w:rPr>
          <w:b w:val="0"/>
          <w:i w:val="0"/>
        </w:rPr>
        <w:t>.’</w:t>
      </w:r>
    </w:p>
    <w:p>
      <w:pPr>
        <w:spacing w:after="80"/>
      </w:pPr>
      <w:r>
        <w:rPr>
          <w:b w:val="0"/>
          <w:i w:val="0"/>
        </w:rPr>
        <w:t>‘Một kỳ nghỉ chắc hẳn phải do bố anh ta chi trả, vì với mức lương của một Chánh Thanh tra thì anh ta đời nào đủ tiền đi hạng nhất.’</w:t>
      </w:r>
    </w:p>
    <w:p>
      <w:pPr>
        <w:spacing w:after="80"/>
      </w:pPr>
      <w:r>
        <w:rPr>
          <w:b w:val="0"/>
          <w:i w:val="0"/>
        </w:rPr>
        <w:t>Booth Watson biết chính xác ai đã trả tiền cho chuyến đi, nhưng chỉ bằng lòng với việc nhắc lại mấy chữ, ‘</w:t>
      </w:r>
      <w:r>
        <w:rPr>
          <w:b w:val="0"/>
          <w:i/>
        </w:rPr>
        <w:t>Chánh</w:t>
      </w:r>
      <w:r>
        <w:rPr>
          <w:b w:val="0"/>
          <w:i w:val="0"/>
        </w:rPr>
        <w:t xml:space="preserve"> Thanh tra?’</w:t>
      </w:r>
    </w:p>
    <w:p>
      <w:pPr>
        <w:spacing w:after="80"/>
      </w:pPr>
      <w:r>
        <w:rPr>
          <w:b w:val="0"/>
          <w:i w:val="0"/>
        </w:rPr>
        <w:t>‘Warwick được thăng chức sau thành công của vụ án Summers,’ Lamont nói, và ngay lập tức hối hận vì chữ ‘thành công’, bởi nó khiến kẻ trả lương cho ông ta nhíu mày khó chịu.</w:t>
      </w:r>
    </w:p>
    <w:p>
      <w:pPr>
        <w:spacing w:after="80"/>
      </w:pPr>
      <w:r>
        <w:rPr>
          <w:b w:val="0"/>
          <w:i w:val="0"/>
        </w:rPr>
        <w:t>‘Ông có thể cho tôi biết gì về đội mới mà anh ta đang đứng đầu không?’</w:t>
      </w:r>
    </w:p>
    <w:p>
      <w:pPr>
        <w:spacing w:after="80"/>
      </w:pPr>
      <w:r>
        <w:rPr>
          <w:b w:val="0"/>
          <w:i w:val="0"/>
        </w:rPr>
        <w:t>‘Đơn vị,’ Lamont nói.</w:t>
      </w:r>
    </w:p>
    <w:p>
      <w:pPr>
        <w:spacing w:after="80"/>
      </w:pPr>
      <w:r>
        <w:rPr>
          <w:b w:val="0"/>
          <w:i w:val="0"/>
        </w:rPr>
        <w:t>Cái nhíu mày quay lại; Booth Watson không thích bị sửa lời, kể cả bởi một thẩm phán.</w:t>
      </w:r>
    </w:p>
    <w:p>
      <w:pPr>
        <w:spacing w:after="80"/>
      </w:pPr>
      <w:r>
        <w:rPr>
          <w:b w:val="0"/>
          <w:i w:val="0"/>
        </w:rPr>
        <w:t>Lamont vẫn tiếp tục. ‘Warwick có bốn sĩ quan dưới quyền. DS Paul Adaja, người không thuộc phe chúng ta, DS Jackie Roycroft, cô này đã nằm trong danh sách được tôi trả tiền, và DC Rebecca Pankhurst, còn non choẹt. Họ sẽ có thêm DI Ross Hogan, nhưng phải đợi Warwick đi nghỉ về đã.’</w:t>
      </w:r>
    </w:p>
    <w:p>
      <w:pPr>
        <w:spacing w:after="80"/>
      </w:pPr>
      <w:r>
        <w:rPr>
          <w:b w:val="0"/>
          <w:i w:val="0"/>
        </w:rPr>
        <w:t>‘Tôi không biết Hogan,’ Booth Watson nói. ‘Ông có thể cho tôi biết gì về anh ta?’</w:t>
      </w:r>
    </w:p>
    <w:p>
      <w:pPr>
        <w:spacing w:after="80"/>
      </w:pPr>
      <w:r>
        <w:rPr>
          <w:b w:val="0"/>
          <w:i w:val="0"/>
        </w:rPr>
        <w:t>‘Cứng cỏi, kiên cường, nhưng hơi lập dị, không ngại thỉnh thoảng liều một phen. Ba năm qua anh ta làm nằm vùng, nhưng chắc Hawksby đã quyết định gọi anh ta ra khỏi cái lạnh.’</w:t>
      </w:r>
    </w:p>
    <w:p>
      <w:pPr>
        <w:spacing w:after="80"/>
      </w:pPr>
      <w:r>
        <w:rPr>
          <w:b w:val="0"/>
          <w:i w:val="0"/>
        </w:rPr>
        <w:t>‘Tại sao?’ Booth Watson truy vấn.</w:t>
      </w:r>
    </w:p>
    <w:p>
      <w:pPr>
        <w:spacing w:after="80"/>
      </w:pPr>
      <w:r>
        <w:rPr>
          <w:b w:val="0"/>
          <w:i w:val="0"/>
        </w:rPr>
        <w:t>‘Theo tôi đoán thì cần tăng cường cho đội bằng chút kinh nghiệm thực chiến. Nên chúng ta sẽ phải để mắt tới anh ta, vì anh ta có thể lập dị, nhưng lòng trung thành với Hawksby thì không phải bàn.’</w:t>
      </w:r>
    </w:p>
    <w:p>
      <w:pPr>
        <w:spacing w:after="80"/>
      </w:pPr>
      <w:r>
        <w:rPr>
          <w:b w:val="0"/>
          <w:i w:val="0"/>
        </w:rPr>
        <w:t>Booth Watson chậm rãi một lúc trước khi hỏi câu tiếp theo. ‘Ông có nghĩ có thể dụ Hogan vào một hành động thiếu đứng đắn không?’</w:t>
      </w:r>
    </w:p>
    <w:p>
      <w:pPr>
        <w:spacing w:after="80"/>
      </w:pPr>
      <w:r>
        <w:rPr>
          <w:b w:val="0"/>
          <w:i w:val="0"/>
        </w:rPr>
        <w:t>‘Không đời nào. Nếu người đó nhặt được một cái ví trên tàu điện ngầm London đầy những tờ năm mươi bảng, anh ta sẽ nộp cho đồn cảnh sát gần nhất và không hề mong được thưởng.’</w:t>
      </w:r>
    </w:p>
    <w:p>
      <w:pPr>
        <w:spacing w:after="80"/>
      </w:pPr>
      <w:r>
        <w:rPr>
          <w:b w:val="0"/>
          <w:i w:val="0"/>
        </w:rPr>
        <w:t>‘Tiền có thể là gốc rễ của mọi điều ác, thưa Tổng Thanh tra, nhưng nó không phải tội lỗi duy nhất mà Moses thấy khắc trên tấm bia ông mang xuống từ núi Sinai.’</w:t>
      </w:r>
    </w:p>
    <w:p>
      <w:pPr>
        <w:spacing w:after="80"/>
      </w:pPr>
      <w:r>
        <w:rPr>
          <w:b w:val="0"/>
          <w:i w:val="0"/>
        </w:rPr>
        <w:t>Lamont suy nghĩ một lúc lâu trước khi đáp. ‘Trước đây Hogan từng có những mối quan hệ chập chờn với vài nữ sĩ quan, thậm chí một lần với cả một nghi phạm, vì thế anh ta từng bị đình chỉ tạm thời. Cuộc chinh phục mới nhất là DS Roycroft, nhưng tôi khá chắc là sắp kết thúc rồi.’</w:t>
      </w:r>
    </w:p>
    <w:p>
      <w:pPr>
        <w:spacing w:after="80"/>
      </w:pPr>
      <w:r>
        <w:rPr>
          <w:b w:val="0"/>
          <w:i w:val="0"/>
        </w:rPr>
        <w:t>‘Vậy nếu chúng ta tìm được đúng một nàng Eve,’ Booth Watson nói, ‘có lẽ anh ta sẽ bị dụ mà cắn quả táo.’</w:t>
      </w:r>
    </w:p>
    <w:p>
      <w:pPr>
        <w:spacing w:after="80"/>
      </w:pPr>
      <w:r>
        <w:rPr>
          <w:b w:val="0"/>
          <w:i w:val="0"/>
        </w:rPr>
        <w:t>‘Tôi không phải là ma cô,’ Lamont nói cay đắng.</w:t>
      </w:r>
    </w:p>
    <w:p>
      <w:pPr>
        <w:spacing w:after="80"/>
      </w:pPr>
      <w:r>
        <w:rPr>
          <w:b w:val="0"/>
          <w:i w:val="0"/>
        </w:rPr>
        <w:t>‘Dĩ nhiên là ông không phải, thưa Tổng thanh tra. Nhưng may mắn thay, tôi có một khách hàng hoạt động trong chính những vùng nước đó, nên ông có thể để Hogan cho tôi lo, trong khi ông tập trung vào DS Roycroft.’</w:t>
      </w:r>
    </w:p>
    <w:p>
      <w:pPr>
        <w:spacing w:after="80"/>
      </w:pPr>
      <w:r>
        <w:rPr>
          <w:b w:val="0"/>
          <w:i w:val="0"/>
        </w:rPr>
        <w:t>‘Ông có muốn tôi tìm hiểu điều gì cụ thể không, khi lần tới tôi gặp cô ấy?’</w:t>
      </w:r>
    </w:p>
    <w:p>
      <w:pPr>
        <w:spacing w:after="80"/>
      </w:pPr>
      <w:r>
        <w:rPr>
          <w:b w:val="0"/>
          <w:i w:val="0"/>
        </w:rPr>
        <w:t>‘Tên của tất cả những người đang bị điều tra bởi đơn vị mới của Warwick.’</w:t>
      </w:r>
    </w:p>
    <w:p>
      <w:pPr>
        <w:spacing w:after="80"/>
      </w:pPr>
      <w:r>
        <w:rPr>
          <w:b w:val="0"/>
          <w:i w:val="0"/>
        </w:rPr>
        <w:t>‘Chuyện đó chắc không khó, nhưng sẽ không rẻ đâu.’</w:t>
      </w:r>
    </w:p>
    <w:p>
      <w:pPr>
        <w:spacing w:after="80"/>
      </w:pPr>
      <w:r>
        <w:rPr>
          <w:b w:val="0"/>
          <w:i w:val="0"/>
        </w:rPr>
        <w:t>Booth Watson mở ngăn kéo bàn, lấy ra một phong bì nâu dày và đẩy nó qua mặt bàn, tự tin rằng nếu cựu Tổng thanh tra tìm thấy một chiếc ví nhồi đầy tờ năm mươi bảng, ông ta sẽ không mang nộp cho đồn cảnh sát gần nhất.</w:t>
      </w:r>
    </w:p>
    <w:p>
      <w:pPr>
        <w:spacing w:after="80"/>
        <w:jc w:val="center"/>
      </w:pPr>
      <w:r>
        <w:rPr>
          <w:b w:val="0"/>
          <w:i w:val="0"/>
        </w:rPr>
        <w:t>• • •</w:t>
      </w:r>
    </w:p>
    <w:p>
      <w:pPr>
        <w:spacing w:after="80"/>
      </w:pPr>
      <w:r>
        <w:rPr>
          <w:b w:val="0"/>
          <w:i w:val="0"/>
        </w:rPr>
        <w:t>‘Tôi chỉ có thể hình dung ông đang phải trải qua những gì,’ William nói, khi ngồi xuống cạnh James và vòng tay qua vai chàng trai trẻ. ‘Nhưng tôi không tin ông của cậu chết vì đau tim.’</w:t>
      </w:r>
    </w:p>
    <w:p>
      <w:pPr>
        <w:spacing w:after="80"/>
      </w:pPr>
      <w:r>
        <w:rPr>
          <w:b w:val="0"/>
          <w:i w:val="0"/>
        </w:rPr>
        <w:t>‘Tôi cũng không,’ James nói, nước mắt chảy dài trên mặt. ‘Kể cả nếu ông ấy có chết vì thế, tôi vẫn muốn biết trong cái bình đó có gì.’</w:t>
      </w:r>
    </w:p>
    <w:p>
      <w:pPr>
        <w:spacing w:after="80"/>
      </w:pPr>
      <w:r>
        <w:rPr>
          <w:b w:val="0"/>
          <w:i w:val="0"/>
        </w:rPr>
        <w:t>‘Vậy thì tôi cần cậu phải thật sắc bén trong bốn mươi tám giờ tới, vì một khi chúng ta cập cảng ở New York, NYPD sẽ chẳng quan tâm tôi nói gì, trừ khi tôi có thể đưa ra lý do hợp lý để nghi ngờ.’</w:t>
      </w:r>
    </w:p>
    <w:p>
      <w:pPr>
        <w:spacing w:after="80"/>
      </w:pPr>
      <w:r>
        <w:rPr>
          <w:b w:val="0"/>
          <w:i w:val="0"/>
        </w:rPr>
        <w:t>‘Chỉ cần nói cho tôi biết ông muốn tôi làm gì.’</w:t>
      </w:r>
    </w:p>
    <w:p>
      <w:pPr>
        <w:spacing w:after="80"/>
      </w:pPr>
      <w:r>
        <w:rPr>
          <w:b w:val="0"/>
          <w:i w:val="0"/>
        </w:rPr>
        <w:t>‘Tôi cần một sơ đồ chỗ ngồi chi tiết cho thấy mọi người ngồi ở đâu trong bữa tối. Và quan trọng hơn, tôi muốn cậu viết ra những gì cậu nhớ về cuộc trò chuyện giữa ông của cậu và chú Hamish của cậu liên quan đến thứ ông ấy đang uống.’</w:t>
      </w:r>
    </w:p>
    <w:p>
      <w:pPr>
        <w:spacing w:after="80"/>
      </w:pPr>
      <w:r>
        <w:rPr>
          <w:b w:val="0"/>
          <w:i w:val="0"/>
        </w:rPr>
        <w:t>‘Điều đó thì khó mà quên được,’ James nói. Cậu gom lại nửa tá thẻ thực đơn, lật một tấm lại và bắt đầu vẽ một hình chữ nhật lên mặt sau. Cậu đã điền xong cái tên cuối cùng khi Franco xuất hiện trở lại, mang theo ba đôi găng tay trắng. Anh đưa mỗi người William và James một đôi, giữ đôi thứ ba cho mình.</w:t>
      </w:r>
    </w:p>
    <w:p>
      <w:pPr>
        <w:spacing w:after="80"/>
      </w:pPr>
      <w:r>
        <w:rPr>
          <w:b w:val="0"/>
          <w:i w:val="0"/>
        </w:rPr>
        <w:t>‘Tiếp theo làm gì, thưa ông?’ Franco hỏi.</w:t>
      </w:r>
    </w:p>
    <w:p>
      <w:pPr>
        <w:spacing w:after="80"/>
      </w:pPr>
      <w:r>
        <w:rPr>
          <w:b w:val="0"/>
          <w:i w:val="0"/>
        </w:rPr>
        <w:t>‘Tôi muốn rào chắn toàn bộ khu vực này và khóa cửa lại. Không ai được phép vào phòng ăn trừ khi tôi cho phép.’</w:t>
      </w:r>
    </w:p>
    <w:p>
      <w:pPr>
        <w:spacing w:after="80"/>
      </w:pPr>
      <w:r>
        <w:rPr>
          <w:b w:val="0"/>
          <w:i w:val="0"/>
        </w:rPr>
        <w:t>‘Rõ, thưa ông.’</w:t>
      </w:r>
    </w:p>
    <w:p>
      <w:pPr>
        <w:spacing w:after="80"/>
      </w:pPr>
      <w:r>
        <w:rPr>
          <w:b w:val="0"/>
          <w:i w:val="0"/>
        </w:rPr>
        <w:t>‘Tôi phải đi thẩm vấn bác sĩ Lockhart và Hamish Buchanan đây. Tôi cần phỏng vấn họ trước khi họ đi ngủ, dù tôi nghi Hamish đã chuẩn bị sẵn câu chuyện của mình rồi. Khoảng một tiếng nữa tôi sẽ quay lại. Trong lúc đó, Franco, nhớ đảm bảo không để hành khách nào vào phòng nhé.’ Ông vỗ vai James và nói, ‘Hãy làm ông cháu tự hào.’</w:t>
      </w:r>
    </w:p>
    <w:p>
      <w:pPr>
        <w:spacing w:after="80"/>
      </w:pPr>
      <w:r>
        <w:rPr>
          <w:b w:val="0"/>
          <w:i w:val="0"/>
        </w:rPr>
        <w:t>William không cần phải hỏi phòng riêng của chủ tịch ở đâu. James đã cho ông biết cabin của cậu nằm trên boong bảy cùng với những người còn lại trong gia đình, và không có hành khách nào khác trên boong đó.</w:t>
      </w:r>
    </w:p>
    <w:p>
      <w:pPr>
        <w:spacing w:after="80"/>
      </w:pPr>
      <w:r>
        <w:rPr>
          <w:b w:val="0"/>
          <w:i w:val="0"/>
        </w:rPr>
        <w:t>Khi William bước ra khỏi thang máy, ông được chào đón bởi sự im lặng kỳ lạ của tang tóc. Một thành viên thủy thủ đoàn đang đứng gác bên ngoài một cánh cửa ở cuối hành lang mà William đoán chắc hẳn là phòng riêng của chủ tịch.</w:t>
      </w:r>
    </w:p>
    <w:p>
      <w:pPr>
        <w:spacing w:after="80"/>
      </w:pPr>
      <w:r>
        <w:rPr>
          <w:b w:val="0"/>
          <w:i w:val="0"/>
        </w:rPr>
        <w:t>Người đàn ông cao lớn, vạm vỡ mở cửa cabin trước khi William kịp gõ. Bước vào trong, ông thấy bà Buchanan đang ngồi bên thi thể người chồng quá cố, vẫn nắm tay ông ấy. Bà không ngước lên.</w:t>
      </w:r>
    </w:p>
    <w:p>
      <w:pPr>
        <w:spacing w:after="80"/>
      </w:pPr>
      <w:r>
        <w:rPr>
          <w:b w:val="0"/>
          <w:i w:val="0"/>
        </w:rPr>
        <w:t>Bác sĩ Lockhart đang đứng ở phía bên kia giường. Không nói với nhau lời nào, ông ra hiệu cho William đi về phía một căn phòng liền kề và nhẹ nhàng đóng cửa lại sau lưng hai người.</w:t>
      </w:r>
    </w:p>
    <w:p>
      <w:pPr>
        <w:spacing w:after="80"/>
      </w:pPr>
      <w:r>
        <w:rPr>
          <w:b w:val="0"/>
          <w:i w:val="0"/>
        </w:rPr>
        <w:t>‘Tôi xin lỗi vì đã xen vào nỗi đau của ông, bác sĩ Lockhart,’ William nói, ‘nhưng tôi cần hỏi ông liệu ông có chút nghi ngờ nào về nguyên nhân cái chết của chủ tịch không.’</w:t>
      </w:r>
    </w:p>
    <w:p>
      <w:pPr>
        <w:spacing w:after="80"/>
      </w:pPr>
      <w:r>
        <w:rPr>
          <w:b w:val="0"/>
          <w:i w:val="0"/>
        </w:rPr>
        <w:t>‘Hoàn toàn không,’ Lockhart khẳng định chắc nịch. ‘Thực tế, tôi đã ký giấy chứng tử rồi, tôi sẽ nộp cho nhân viên điều tra ngay khi chúng ta cập cảng New York. Tôi chỉ ngạc nhiên là chuyện đó không xảy ra sớm hơn. Thẳng thắn mà nói, Fraser Buchanan là một quả bom hẹn giờ chờ phát nổ.’</w:t>
      </w:r>
    </w:p>
    <w:p>
      <w:pPr>
        <w:spacing w:after="80"/>
      </w:pPr>
      <w:r>
        <w:rPr>
          <w:b w:val="0"/>
          <w:i w:val="0"/>
        </w:rPr>
        <w:t>‘Có thể ông nói đúng,’ William nói. ‘Tuy nhiên, còn một hai vấn đề tôi vẫn phải làm rõ. Hamish Buchanan khai rằng chiếc bình ông ta đưa cho cha mình chỉ chứa một loại thuốc an thần nhẹ mà ông đã kê đơn cho ông ta.’</w:t>
      </w:r>
    </w:p>
    <w:p>
      <w:pPr>
        <w:spacing w:after="80"/>
      </w:pPr>
      <w:r>
        <w:rPr>
          <w:b w:val="0"/>
          <w:i w:val="0"/>
        </w:rPr>
        <w:t>‘Đúng vậy. Một hai người trong gia đình, kể cả Hamish, thỉnh thoảng bị say sóng, nên tôi luôn có sẵn thứ gì đó giúp họ ngủ. Dù sao đi nữa, mọi người đều thấy Hamish và Fraser uống từ cùng một chiếc bình, nên không có lý do gì để nghi ngờ cái chết của ông ấy là do bất cứ điều gì khác ngoài nguyên nhân tự nhiên.’</w:t>
      </w:r>
    </w:p>
    <w:p>
      <w:pPr>
        <w:spacing w:after="80"/>
      </w:pPr>
      <w:r>
        <w:rPr>
          <w:b w:val="0"/>
          <w:i w:val="0"/>
        </w:rPr>
        <w:t>Lại một lần nữa, ai đó đã thốt ra một câu không cần thiết. William tự hỏi vị bác sĩ còn giấu giếm điều gì nữa.</w:t>
      </w:r>
    </w:p>
    <w:p>
      <w:pPr>
        <w:spacing w:after="80"/>
      </w:pPr>
      <w:r>
        <w:rPr>
          <w:b w:val="0"/>
          <w:i w:val="0"/>
        </w:rPr>
        <w:t>‘Ông còn loại thuốc đó không, bác sĩ?’ William hỏi. ‘Vì tôi không nghĩ đêm nay mình sẽ ngủ được nhiều.’</w:t>
      </w:r>
    </w:p>
    <w:p>
      <w:pPr>
        <w:spacing w:after="80"/>
      </w:pPr>
      <w:r>
        <w:rPr>
          <w:b w:val="0"/>
          <w:i w:val="0"/>
        </w:rPr>
        <w:t>‘Tất nhiên,’ Lockhart đáp, ông mở chiếc cặp da, lấy ra một lọ thuốc đã vơi một nửa và đưa cho William. Trong lúc đó, William thoáng thấy một thứ khác ở đáy cặp, thứ đã trả lời cho một câu hỏi mà ông không cần phải hỏi nữa.</w:t>
      </w:r>
    </w:p>
    <w:p>
      <w:pPr>
        <w:spacing w:after="80"/>
      </w:pPr>
      <w:r>
        <w:rPr>
          <w:b w:val="0"/>
          <w:i w:val="0"/>
        </w:rPr>
        <w:t>‘Tôi xin phép rời đi, bác sĩ,’ ông nói. ‘Tôi chắc bà Buchanan sẽ biết ơn vì có ông ở bên. Nhưng trước khi đi, ông có thể cho tôi biết cabin nào là của Hamish Buchanan không?’</w:t>
      </w:r>
    </w:p>
    <w:p>
      <w:pPr>
        <w:spacing w:after="80"/>
      </w:pPr>
      <w:r>
        <w:rPr>
          <w:b w:val="0"/>
          <w:i w:val="0"/>
        </w:rPr>
        <w:t>‘Số ba. Đó là cánh cửa đầu tiên bên trái khi ông bước ra.’</w:t>
      </w:r>
    </w:p>
    <w:p>
      <w:pPr>
        <w:spacing w:after="80"/>
      </w:pPr>
      <w:r>
        <w:rPr>
          <w:b w:val="0"/>
          <w:i w:val="0"/>
        </w:rPr>
        <w:t>‘Cảm ơn bác sĩ.’ William mở cửa cabin, bước trở lại hành lang và chậm rãi đi sang số ba. Ông hít một hơi thật sâu và gõ cửa.</w:t>
      </w:r>
    </w:p>
    <w:p>
      <w:pPr>
        <w:spacing w:after="80"/>
      </w:pPr>
      <w:r>
        <w:rPr>
          <w:b w:val="0"/>
          <w:i w:val="0"/>
        </w:rPr>
        <w:t>‘Vào đi,’ một giọng nói vang lên nghe có vẻ hoàn toàn tỉnh táo.</w:t>
      </w:r>
    </w:p>
    <w:p>
      <w:pPr>
        <w:spacing w:after="80"/>
      </w:pPr>
      <w:r>
        <w:rPr>
          <w:b w:val="0"/>
          <w:i w:val="0"/>
        </w:rPr>
        <w:t>William bước vào cabin và thấy Hamish Buchanan đang ngồi trong một chiếc ghế bành to lớn, thoải mái, một tay cầm cốc brandy, tay kia cầm điếu xì gà hút dở. Không thấy bóng dáng vợ ông ta đâu.</w:t>
      </w:r>
    </w:p>
    <w:p>
      <w:pPr>
        <w:spacing w:after="80"/>
      </w:pPr>
      <w:r>
        <w:rPr>
          <w:b w:val="0"/>
          <w:i w:val="0"/>
        </w:rPr>
        <w:t>"Xin lỗi vì đã làm phiền ông vào giờ muộn thế này," William nói, "nhưng tôi cần hỏi ông vài câu trước khi ông đi ngủ."</w:t>
      </w:r>
    </w:p>
    <w:p>
      <w:pPr>
        <w:spacing w:after="80"/>
      </w:pPr>
      <w:r>
        <w:rPr>
          <w:b w:val="0"/>
          <w:i w:val="0"/>
        </w:rPr>
        <w:t>"Không cần phí thời gian của ông đâu, Thanh tra trưởng ạ," Hamish đáp, chẳng buồn mời ông ngồi. "Tôi đã nói chuyện với luật sư của tôi ở New York rồi, và ông ấy khuyên tôi không trả lời bất kỳ câu hỏi nào của ông cho đến khi ông ấy có mặt. Ông ấy chắc chắn rằng tôi không cần phải nhắc ông rằng con tàu này đăng ký dưới cờ Mỹ. Một đất nước mà ông không có thẩm quyền."</w:t>
      </w:r>
    </w:p>
    <w:p>
      <w:pPr>
        <w:spacing w:after="80"/>
      </w:pPr>
      <w:r>
        <w:rPr>
          <w:b w:val="0"/>
          <w:i w:val="0"/>
        </w:rPr>
        <w:t>"Tuy vậy, tôi vẫn có thẩm quyền của thuyền trưởng để tiến hành điều tra cái chết của cha ông," William đáp lại. "Tôi không thể tưởng tượng nổi những câu hỏi của tôi lại khiến ai đó phải lo lắng, trừ khi người đó có điều gì phải giấu."</w:t>
      </w:r>
    </w:p>
    <w:p>
      <w:pPr>
        <w:spacing w:after="80"/>
      </w:pPr>
      <w:r>
        <w:rPr>
          <w:b w:val="0"/>
          <w:i w:val="0"/>
        </w:rPr>
        <w:t>"Ông sẽ không dễ khiến tôi nổi giận như thế đâu, Thanh tra trưởng ạ, nên làm ơn để tôi được yên ổn mà thương tiếc." Hamish gạt một mẩu tàn thuốc vào chiếc gạt tàn bên cạnh rồi nói thêm, "Luật sư của tôi cũng khuyên rằng một khi chúng ta vào lãnh hải Mỹ, ông sẽ không còn thẩm quyền gì trên con tàu này nữa, bất kể thuyền trưởng nói gì. Vì thế, tôi có thể gợi ý ông đi ngủ và cố ngủ một giấc thật ngon không?"</w:t>
      </w:r>
    </w:p>
    <w:p>
      <w:pPr>
        <w:spacing w:after="80"/>
      </w:pPr>
      <w:r>
        <w:rPr>
          <w:b w:val="0"/>
          <w:i w:val="0"/>
        </w:rPr>
        <w:t>"Tôi sẽ đi," William nói, rút ra lọ thuốc mà bác sĩ Lockhart đã đưa cho ông, thứ ít nhất cũng khiến gương mặt Hamish thoáng hiện vẻ lo lắng. "Trong lúc đó, tôi đề nghị ông ở yên trong cabin của mình trong khi tôi tiếp tục điều tra."</w:t>
      </w:r>
    </w:p>
    <w:p>
      <w:pPr>
        <w:spacing w:after="80"/>
      </w:pPr>
      <w:r>
        <w:rPr>
          <w:b w:val="0"/>
          <w:i w:val="0"/>
        </w:rPr>
        <w:t>"Còn nếu tôi không làm thế, Thanh tra trưởng, thì ông sẽ làm gì? Xích tôi lại rồi bắt tôi bước lên ván à? Tôi không nghĩ thế đâu. Sao ông không đi đi cho rồi." Ông ta giơ ly lên như một cử chỉ chúc mừng giả tạo.</w:t>
      </w:r>
    </w:p>
    <w:p>
      <w:pPr>
        <w:spacing w:after="80"/>
      </w:pPr>
      <w:r>
        <w:rPr>
          <w:b w:val="0"/>
          <w:i w:val="0"/>
        </w:rPr>
        <w:t>William rời đi, tin chắc rằng, giống như vị bác sĩ, Hamish Buchanan có điều gì đó phải giấu. Nhưng cả hai người họ, theo cách riêng của mình, đều khiến ông nhận ra mình chỉ còn rất ít thời gian để tìm ra điều đó là gì. "Trong bốn mươi tám giờ đầu tiên của cuộc điều tra án mạng, bạn chỉ được ngủ nếu bạn ngủ quên" là một trong những câu châm ngôn yêu thích của The Hawk. Và chỉ được ngủ sau khi đã bắt được nghi phạm.</w:t>
      </w:r>
    </w:p>
    <w:p>
      <w:pPr>
        <w:spacing w:after="80"/>
      </w:pPr>
      <w:r>
        <w:rPr>
          <w:b w:val="0"/>
          <w:i w:val="0"/>
        </w:rPr>
        <w:t>William nhanh chóng quay lại boong số ba, nơi ông vui mừng thấy Franco đang đứng canh như một lính gác La Mã trước lối vào phòng ăn.</w:t>
      </w:r>
    </w:p>
    <w:p>
      <w:pPr>
        <w:spacing w:after="80"/>
      </w:pPr>
      <w:r>
        <w:rPr>
          <w:b w:val="0"/>
          <w:i w:val="0"/>
        </w:rPr>
        <w:t>"Đã có manh mối gì về kẻ phạm tội chưa?" Franco thì thầm khi mở cửa.</w:t>
      </w:r>
    </w:p>
    <w:p>
      <w:pPr>
        <w:spacing w:after="80"/>
      </w:pPr>
      <w:r>
        <w:rPr>
          <w:b w:val="0"/>
          <w:i w:val="0"/>
        </w:rPr>
        <w:t>"Có thể chỉ là một cơn đau tim thôi," William nói, giọng không mấy tin tưởng.</w:t>
      </w:r>
    </w:p>
    <w:p>
      <w:pPr>
        <w:spacing w:after="80"/>
      </w:pPr>
      <w:r>
        <w:rPr>
          <w:b w:val="0"/>
          <w:i w:val="0"/>
        </w:rPr>
        <w:t>"Fraser Buchanan có thể trạng như một con bò ấy. Theo tôi biết thì trước đây ông ấy chưa từng bị đau tim, bất kể bác sĩ nói gì. Nên bất cứ thứ gì trong cái lọ đó đã giết ông ấy."</w:t>
      </w:r>
    </w:p>
    <w:p>
      <w:pPr>
        <w:spacing w:after="80"/>
      </w:pPr>
      <w:r>
        <w:rPr>
          <w:b w:val="0"/>
          <w:i w:val="0"/>
        </w:rPr>
        <w:t>William nghi ngờ Franco có thể đúng, nhưng trực giác không phải là bằng chứng. Khi bước vào phòng ăn, ông thấy James đang cúi đầu viết lia lịa. William ngồi xuống cạnh anh ta và xem xét sơ đồ chỗ ngồi mà anh ta đã vẽ. Sau đó ông lần lượt lật vài tờ thực đơn khác và bắt đầu đọc những cuộc trò chuyện từ đầu buổi tối mà James đã ghi chép tỉ mỉ. Có những từ bị gạch bỏ, thay thế, nhưng giọng điệu của cuộc trò chuyện thì rõ ràng để ông có thể nhận ra.</w:t>
      </w:r>
    </w:p>
    <w:p>
      <w:pPr>
        <w:spacing w:after="80"/>
      </w:pPr>
      <w:r>
        <w:rPr>
          <w:b w:val="0"/>
          <w:i w:val="0"/>
        </w:rPr>
        <w:t>Ông đã đọc đến mặt sau tờ thực đơn thứ ba thì dừng lại và đọc lại một đoạn, không phải hai lần, mà ba lần.</w:t>
      </w:r>
    </w:p>
    <w:p>
      <w:pPr>
        <w:spacing w:after="80"/>
      </w:pPr>
      <w:r>
        <w:rPr>
          <w:b w:val="0"/>
          <w:i w:val="0"/>
        </w:rPr>
        <w:t>"Anh có chắc về điều này không?" ông hỏi, chỉ vào nửa tá dòng mà James đã gạch chân.</w:t>
      </w:r>
    </w:p>
    <w:p>
      <w:pPr>
        <w:spacing w:after="80"/>
      </w:pPr>
      <w:r>
        <w:rPr>
          <w:b w:val="0"/>
          <w:i w:val="0"/>
        </w:rPr>
        <w:t>"Chắc chắn," James đáp, không ngước lên. "Tất nhiên tôi không có bằng chứng, nên tôi không thể chứng minh. Nhưng tôi chắc rằng ông sẽ tìm thấy cái lọ kia ở đâu."</w:t>
      </w:r>
    </w:p>
    <w:p>
      <w:pPr>
        <w:spacing w:after="80"/>
      </w:pPr>
      <w:r>
        <w:rPr>
          <w:b w:val="0"/>
          <w:i w:val="0"/>
        </w:rPr>
        <w:t>‘Tôi đã thấy nó rồi,’ William nói.</w:t>
      </w:r>
    </w:p>
    <w:p>
      <w:pPr>
        <w:spacing w:after="80"/>
        <w:jc w:val="center"/>
      </w:pPr>
      <w:r>
        <w:rPr>
          <w:b w:val="0"/>
          <w:i w:val="0"/>
        </w:rPr>
        <w:t>• • •</w:t>
      </w:r>
    </w:p>
    <w:p>
      <w:pPr>
        <w:spacing w:after="80"/>
      </w:pPr>
      <w:r>
        <w:rPr>
          <w:b w:val="0"/>
          <w:i w:val="0"/>
        </w:rPr>
        <w:t>Họ nằm ngửa ra, kiệt sức. Một lúc sau cô mới lên tiếng.</w:t>
      </w:r>
    </w:p>
    <w:p>
      <w:pPr>
        <w:spacing w:after="80"/>
      </w:pPr>
      <w:r>
        <w:rPr>
          <w:b w:val="0"/>
          <w:i w:val="0"/>
        </w:rPr>
        <w:t>‘Em nghĩ chuyện này không thể kéo dài thêm được nữa,’ Jackie nói khi kéo tấm ga trải giường lên tận cằm.</w:t>
      </w:r>
    </w:p>
    <w:p>
      <w:pPr>
        <w:spacing w:after="80"/>
      </w:pPr>
      <w:r>
        <w:rPr>
          <w:b w:val="0"/>
          <w:i w:val="0"/>
        </w:rPr>
        <w:t>‘Chúng ta sẽ chẳng có nhiều lựa chọn đâu,’ Ross nói, vừa châm một điếu thuốc. ‘Nếu chúng ta không kết thúc bây giờ, anh có cảm giác The Hawk sẽ làm điều đó.’</w:t>
      </w:r>
    </w:p>
    <w:p>
      <w:pPr>
        <w:spacing w:after="80"/>
      </w:pPr>
      <w:r>
        <w:rPr>
          <w:b w:val="0"/>
          <w:i w:val="0"/>
        </w:rPr>
        <w:t>‘Em sẽ nhớ anh,’ cô nói khẽ.</w:t>
      </w:r>
    </w:p>
    <w:p>
      <w:pPr>
        <w:spacing w:after="80"/>
      </w:pPr>
      <w:r>
        <w:rPr>
          <w:b w:val="0"/>
          <w:i w:val="0"/>
        </w:rPr>
        <w:t>‘Chúng ta vẫn sẽ gặp nhau mỗi ngày mà.’</w:t>
      </w:r>
    </w:p>
    <w:p>
      <w:pPr>
        <w:spacing w:after="80"/>
      </w:pPr>
      <w:r>
        <w:rPr>
          <w:b w:val="0"/>
          <w:i w:val="0"/>
        </w:rPr>
        <w:t>‘Sẽ không còn như trước đâu,’ cô nói, rúc vào vai anh. ‘Anh có nghĩ The Hawk biết chuyện của chúng ta không?’</w:t>
      </w:r>
    </w:p>
    <w:p>
      <w:pPr>
        <w:spacing w:after="80"/>
      </w:pPr>
      <w:r>
        <w:rPr>
          <w:b w:val="0"/>
          <w:i w:val="0"/>
        </w:rPr>
        <w:t>Ross hít một hơi thật sâu trước khi trả lời. ‘Tất nhiên là ông ấy biết. Chẳng có gì qua mắt được người đàn ông đó. Mà tiện thể, em hợp tác với cậu ca sĩ thánh ca đó thế nào?’</w:t>
      </w:r>
    </w:p>
    <w:p>
      <w:pPr>
        <w:spacing w:after="80"/>
      </w:pPr>
      <w:r>
        <w:rPr>
          <w:b w:val="0"/>
          <w:i w:val="0"/>
        </w:rPr>
        <w:t>‘Cậu ấy là người duy nhất em từng gặp có thể đủ khả năng tiếp quản vị trí của The Hawk,’ cô nói với vẻ kính trọng không giấu giếm.</w:t>
      </w:r>
    </w:p>
    <w:p>
      <w:pPr>
        <w:spacing w:after="80"/>
      </w:pPr>
      <w:r>
        <w:rPr>
          <w:b w:val="0"/>
          <w:i w:val="0"/>
        </w:rPr>
        <w:t>‘Giỏi đến thế cơ à?’</w:t>
      </w:r>
    </w:p>
    <w:p>
      <w:pPr>
        <w:spacing w:after="80"/>
      </w:pPr>
      <w:r>
        <w:rPr>
          <w:b w:val="0"/>
          <w:i w:val="0"/>
        </w:rPr>
        <w:t>‘Có khi còn giỏi hơn. The Hawk đã đối xử với cậu ấy như người ngang hàng rồi.’</w:t>
      </w:r>
    </w:p>
    <w:p>
      <w:pPr>
        <w:spacing w:after="80"/>
      </w:pPr>
      <w:r>
        <w:rPr>
          <w:b w:val="0"/>
          <w:i w:val="0"/>
        </w:rPr>
        <w:t>‘Còn những người còn lại trong đội thì sao?’</w:t>
      </w:r>
    </w:p>
    <w:p>
      <w:pPr>
        <w:spacing w:after="80"/>
      </w:pPr>
      <w:r>
        <w:rPr>
          <w:b w:val="0"/>
          <w:i w:val="0"/>
        </w:rPr>
        <w:t>‘Một nhóm đồng nghiệp tuyệt vời để làm việc cùng. Anh sẽ phải ở phong độ tốt nhất chỉ để theo kịp họ đấy,’ cô trêu.</w:t>
      </w:r>
    </w:p>
    <w:p>
      <w:pPr>
        <w:spacing w:after="80"/>
      </w:pPr>
      <w:r>
        <w:rPr>
          <w:b w:val="0"/>
          <w:i w:val="0"/>
        </w:rPr>
        <w:t>‘Còn gì nữa anh nên biết trước khi xuất hiện vào tuần tới không?’</w:t>
      </w:r>
    </w:p>
    <w:p>
      <w:pPr>
        <w:spacing w:after="80"/>
      </w:pPr>
      <w:r>
        <w:rPr>
          <w:b w:val="0"/>
          <w:i w:val="0"/>
        </w:rPr>
        <w:t>‘Em đã tóm tắt cho anh về năm vụ án chúng ta đang làm rồi, và The Hawk đã để dành vụ tệ nhất cho anh. Nhưng anh cũng nên biết là em vẫn giữ liên lạc với Bruce Lamont, và em đang được thưởng hậu hĩnh vì công sức của mình.’</w:t>
      </w:r>
    </w:p>
    <w:p>
      <w:pPr>
        <w:spacing w:after="80"/>
      </w:pPr>
      <w:r>
        <w:rPr>
          <w:b w:val="0"/>
          <w:i w:val="0"/>
        </w:rPr>
        <w:t>‘Bằng tiền của ai?’ Ross hỏi. ‘Lamont vẫn sống vượt xa khả năng của mình, nên phải có ai đó đang chống lưng cho anh ta.’</w:t>
      </w:r>
    </w:p>
    <w:p>
      <w:pPr>
        <w:spacing w:after="80"/>
      </w:pPr>
      <w:r>
        <w:rPr>
          <w:b w:val="0"/>
          <w:i w:val="0"/>
        </w:rPr>
        <w:t>‘William nghĩ chắc là Booth Watson.’</w:t>
      </w:r>
    </w:p>
    <w:p>
      <w:pPr>
        <w:spacing w:after="80"/>
      </w:pPr>
      <w:r>
        <w:rPr>
          <w:b w:val="0"/>
          <w:i w:val="0"/>
        </w:rPr>
        <w:t>‘Gã tội phạm chuyên may đồ đó còn dùng Lamont vào việc gì nữa, khi Summers đã yên vị trong tù ở Pentonville?’</w:t>
      </w:r>
    </w:p>
    <w:p>
      <w:pPr>
        <w:spacing w:after="80"/>
      </w:pPr>
      <w:r>
        <w:rPr>
          <w:b w:val="0"/>
          <w:i w:val="0"/>
        </w:rPr>
        <w:t>‘Miles Faulkner.’</w:t>
      </w:r>
    </w:p>
    <w:p>
      <w:pPr>
        <w:spacing w:after="80"/>
      </w:pPr>
      <w:r>
        <w:rPr>
          <w:b w:val="0"/>
          <w:i w:val="0"/>
        </w:rPr>
        <w:t>‘Tôi tưởng anh có mặt ở đám tang của ông ta.’</w:t>
      </w:r>
    </w:p>
    <w:p>
      <w:pPr>
        <w:spacing w:after="80"/>
      </w:pPr>
      <w:r>
        <w:rPr>
          <w:b w:val="0"/>
          <w:i w:val="0"/>
        </w:rPr>
        <w:t>‘Nhưng có lẽ không phải lúc chôn cất, hoặc ít nhất đó là ý của Warwick,’ Jackie nói.</w:t>
      </w:r>
    </w:p>
    <w:p>
      <w:pPr>
        <w:spacing w:after="80"/>
      </w:pPr>
      <w:r>
        <w:rPr>
          <w:b w:val="0"/>
          <w:i w:val="0"/>
        </w:rPr>
        <w:t>‘Đừng hòng,’ Ross nói. ‘Nếu Faulkner còn sống, Lamont sẽ là người cuối cùng mà Booth Watson tâm sự. Tôi ngờ rằng ông ta cũng coi trọng gã đó chẳng kém gì phần còn lại của chúng ta.’</w:t>
      </w:r>
    </w:p>
    <w:p>
      <w:pPr>
        <w:spacing w:after="80"/>
      </w:pPr>
      <w:r>
        <w:rPr>
          <w:b w:val="0"/>
          <w:i w:val="0"/>
        </w:rPr>
        <w:t>‘Hiện giờ chúng ta không có manh mối nào khác,’ Jackie thừa nhận, ‘ngoại trừ Christina Faulkner, bạn của vợ William.’</w:t>
      </w:r>
    </w:p>
    <w:p>
      <w:pPr>
        <w:spacing w:after="80"/>
      </w:pPr>
      <w:r>
        <w:rPr>
          <w:b w:val="0"/>
          <w:i w:val="0"/>
        </w:rPr>
        <w:t>‘Người phụ nữ đó sẽ chỉ làm những gì có lợi nhất cho bản thân.’ Ross thổi ra một vòng khói lớn, rồi nói thêm, ‘Ước gì tôi vẫn còn nằm vùng, vì không gì khiến tôi vui sướng hơn là tóm được Faulkner và nhốt cả ba người họ vào tù.’</w:t>
      </w:r>
    </w:p>
    <w:p>
      <w:pPr>
        <w:spacing w:after="80"/>
      </w:pPr>
      <w:r>
        <w:rPr>
          <w:b w:val="0"/>
          <w:i w:val="0"/>
        </w:rPr>
        <w:t>‘Cả ba người họ?’</w:t>
      </w:r>
    </w:p>
    <w:p>
      <w:pPr>
        <w:spacing w:after="80"/>
      </w:pPr>
      <w:r>
        <w:rPr>
          <w:b w:val="0"/>
          <w:i w:val="0"/>
        </w:rPr>
        <w:t>‘Faulkner, Booth Watson và Lamont.’</w:t>
      </w:r>
    </w:p>
    <w:p>
      <w:pPr>
        <w:spacing w:after="80"/>
      </w:pPr>
      <w:r>
        <w:rPr>
          <w:b w:val="0"/>
          <w:i w:val="0"/>
        </w:rPr>
        <w:t>‘Không tính Christina à?’ Jackie trêu anh.</w:t>
      </w:r>
    </w:p>
    <w:p>
      <w:pPr>
        <w:spacing w:after="80"/>
      </w:pPr>
      <w:r>
        <w:rPr>
          <w:b w:val="0"/>
          <w:i w:val="0"/>
        </w:rPr>
        <w:t>‘Cô ta không phải gu của tôi,’ Ross nói, khi leo trở lại lên người cô.</w:t>
      </w:r>
    </w:p>
    <w:p>
      <w:pPr>
        <w:pStyle w:val="Heading2"/>
      </w:pPr>
      <w:r>
        <w:rPr>
          <w:rFonts w:ascii="Calibri" w:hAnsi="Calibri"/>
          <w:b/>
          <w:i w:val="0"/>
          <w:sz w:val="32"/>
        </w:rPr>
        <w:t>CHƯƠNG 6</w:t>
      </w:r>
    </w:p>
    <w:p>
      <w:pPr>
        <w:spacing w:after="80"/>
      </w:pPr>
      <w:r>
        <w:rPr>
          <w:b w:val="0"/>
          <w:i w:val="0"/>
        </w:rPr>
        <w:t>‘Tôi nghĩ mình đã giải quyết được vấn đề dấu vân tay,’ James nói khi ngồi xuống ăn sáng vào sáng hôm sau.</w:t>
      </w:r>
    </w:p>
    <w:p>
      <w:pPr>
        <w:spacing w:after="80"/>
      </w:pPr>
      <w:r>
        <w:rPr>
          <w:b w:val="0"/>
          <w:i w:val="0"/>
        </w:rPr>
        <w:t>‘Bằng cách nào,’ William hỏi, ‘khi chúng ta không có phòng thí nghiệm pháp y nào trong tay?’</w:t>
      </w:r>
    </w:p>
    <w:p>
      <w:pPr>
        <w:spacing w:after="80"/>
      </w:pPr>
      <w:r>
        <w:rPr>
          <w:b w:val="0"/>
          <w:i w:val="0"/>
        </w:rPr>
        <w:t>‘Không cần đâu, vì trên boong tàu số bốn có một cửa hàng bán đồ chơi mà,’ cậu ta tuyên bố, vẻ mặt trông khá là tự mãn.</w:t>
      </w:r>
    </w:p>
    <w:p>
      <w:pPr>
        <w:spacing w:after="80"/>
      </w:pPr>
      <w:r>
        <w:rPr>
          <w:b w:val="0"/>
          <w:i w:val="0"/>
        </w:rPr>
        <w:t>‘Đừng có khoe khoang nữa,’ William nói, cười toe toét.</w:t>
      </w:r>
    </w:p>
    <w:p>
      <w:pPr>
        <w:spacing w:after="80"/>
      </w:pPr>
      <w:r>
        <w:rPr>
          <w:b w:val="0"/>
          <w:i w:val="0"/>
        </w:rPr>
        <w:t>‘Chẳng mất nhiều công tra cứu để phát hiện ra rằng một trong những món bán chạy nhất ở cửa hàng là bộ dụng cụ Sherlock Holmes dành cho các thám tử tập sự. Tôi đã mua ba bộ cuối cùng,’ James nói, rồi rút một bộ từ dưới gầm bàn ra với một động tác thật hoa mỹ. ‘Trong đó có một miếng lấy dấu vân tay, giấy đặc biệt, bột phủ, một cây cọ nhỏ và một cái kính lúp. Cậu còn muốn gì hơn nữa?’</w:t>
      </w:r>
    </w:p>
    <w:p>
      <w:pPr>
        <w:spacing w:after="80"/>
      </w:pPr>
      <w:r>
        <w:rPr>
          <w:b w:val="0"/>
          <w:i w:val="0"/>
        </w:rPr>
        <w:t>‘Giỏi lắm, Hạ sĩ Thám tử Buchanan. Biết suy nghĩ vượt ra ngoài khuôn khổ.’</w:t>
      </w:r>
    </w:p>
    <w:p>
      <w:pPr>
        <w:spacing w:after="80"/>
      </w:pPr>
      <w:r>
        <w:rPr>
          <w:b w:val="0"/>
          <w:i w:val="0"/>
        </w:rPr>
        <w:t>‘Thật ra là bên trong khuôn khổ,’ James nói, mở nắp hộp ra để lộ mấy ngăn nhỏ bên trong.</w:t>
      </w:r>
    </w:p>
    <w:p>
      <w:pPr>
        <w:spacing w:after="80"/>
      </w:pPr>
      <w:r>
        <w:rPr>
          <w:b w:val="0"/>
          <w:i w:val="0"/>
        </w:rPr>
        <w:t>‘Thật đáng thương,’ William nói, ‘nhưng cũng đáng khen đấy.’</w:t>
      </w:r>
    </w:p>
    <w:p>
      <w:pPr>
        <w:spacing w:after="80"/>
      </w:pPr>
      <w:r>
        <w:rPr>
          <w:b w:val="0"/>
          <w:i w:val="0"/>
        </w:rPr>
        <w:t>‘Anh muốn kiểm tra dấu vân tay của ai hả, Thanh tra trưởng?’ cậu hỏi trong khi nhấp một ngụm nước cam.</w:t>
      </w:r>
    </w:p>
    <w:p>
      <w:pPr>
        <w:spacing w:after="80"/>
      </w:pPr>
      <w:r>
        <w:rPr>
          <w:b w:val="0"/>
          <w:i w:val="0"/>
        </w:rPr>
        <w:t>‘Cậu có thể bắt đầu với chú Hamish của cậu,’ William nói, mắt nhìn vào sơ đồ chỗ ngồi của James. ‘Bắt đầu với cái bình lưng bằng bạc của ông ấy, rồi đến cái tách cà phê, để cậu có được các dấu vân tay khớp nhau. Sau đó chuyển sang bà cô Flora của cậu, người ngồi bên trái ông ấy, tiếp theo là Tiến sĩ Lockhart, rồi đến mẹ cậu, và cuối cùng là ông nội cậu.’</w:t>
      </w:r>
    </w:p>
    <w:p>
      <w:pPr>
        <w:spacing w:after="80"/>
      </w:pPr>
      <w:r>
        <w:rPr>
          <w:b w:val="0"/>
          <w:i w:val="0"/>
        </w:rPr>
        <w:t>‘Còn những người ngồi ở phía bên kia bàn thì sao?’</w:t>
      </w:r>
    </w:p>
    <w:p>
      <w:pPr>
        <w:spacing w:after="80"/>
      </w:pPr>
      <w:r>
        <w:rPr>
          <w:b w:val="0"/>
          <w:i w:val="0"/>
        </w:rPr>
        <w:t>‘Chúng ta không cần dấu vân tay của họ.’</w:t>
      </w:r>
    </w:p>
    <w:p>
      <w:pPr>
        <w:spacing w:after="80"/>
      </w:pPr>
      <w:r>
        <w:rPr>
          <w:b w:val="0"/>
          <w:i w:val="0"/>
        </w:rPr>
        <w:t>‘Sao lại không?’</w:t>
      </w:r>
    </w:p>
    <w:p>
      <w:pPr>
        <w:spacing w:after="80"/>
      </w:pPr>
      <w:r>
        <w:rPr>
          <w:b w:val="0"/>
          <w:i w:val="0"/>
        </w:rPr>
        <w:t>‘Cứ nghĩ đi, thám tử, rồi báo cho tôi biết khi cậu vỡ lẽ ra nhé.’</w:t>
      </w:r>
    </w:p>
    <w:p>
      <w:pPr>
        <w:spacing w:after="80"/>
      </w:pPr>
      <w:r>
        <w:rPr>
          <w:b w:val="0"/>
          <w:i w:val="0"/>
        </w:rPr>
        <w:t>‘Anh có biết câu thành ngữ đó bắt nguồn từ đâu không?’</w:t>
      </w:r>
    </w:p>
    <w:p>
      <w:pPr>
        <w:spacing w:after="80"/>
      </w:pPr>
      <w:r>
        <w:rPr>
          <w:b w:val="0"/>
          <w:i w:val="0"/>
        </w:rPr>
        <w:t>‘Có, tôi biết chứ,’ William nói.</w:t>
      </w:r>
    </w:p>
    <w:p>
      <w:pPr>
        <w:spacing w:after="80"/>
      </w:pPr>
      <w:r>
        <w:rPr>
          <w:b w:val="0"/>
          <w:i w:val="0"/>
        </w:rPr>
        <w:t>‘Vậy tôi nên bắt đầu tìm dấu vân tay từ đâu?’</w:t>
      </w:r>
    </w:p>
    <w:p>
      <w:pPr>
        <w:spacing w:after="80"/>
      </w:pPr>
      <w:r>
        <w:rPr>
          <w:b w:val="0"/>
          <w:i w:val="0"/>
        </w:rPr>
        <w:t>‘Những cái ly nước, những cái ly rượu vang, rồi đến những cái tách cà phê, nhớ rằng các bồi bàn đều đeo găng tay, nên điều đó loại họ ra.’</w:t>
      </w:r>
    </w:p>
    <w:p>
      <w:pPr>
        <w:spacing w:after="80"/>
      </w:pPr>
      <w:r>
        <w:rPr>
          <w:b w:val="0"/>
          <w:i w:val="0"/>
        </w:rPr>
        <w:t>‘Và sau khi tôi làm xong việc đó thì sao?’</w:t>
      </w:r>
    </w:p>
    <w:p>
      <w:pPr>
        <w:spacing w:after="80"/>
      </w:pPr>
      <w:r>
        <w:rPr>
          <w:b w:val="0"/>
          <w:i w:val="0"/>
        </w:rPr>
        <w:t>‘Tôi sẽ kiểm tra lại các dấu vân tay mà anh tìm thấy trên bình đựng rượu của Hamish. Khi tôi đã xác định được tất cả, chúng ta sẽ biết lý thuyết của anh có đứng vững không.’</w:t>
      </w:r>
    </w:p>
    <w:p>
      <w:pPr>
        <w:spacing w:after="80"/>
      </w:pPr>
      <w:r>
        <w:rPr>
          <w:b w:val="0"/>
          <w:i w:val="0"/>
        </w:rPr>
        <w:t>‘Còn nếu không đứng vững thì sao?’</w:t>
      </w:r>
    </w:p>
    <w:p>
      <w:pPr>
        <w:spacing w:after="80"/>
      </w:pPr>
      <w:r>
        <w:rPr>
          <w:b w:val="0"/>
          <w:i w:val="0"/>
        </w:rPr>
        <w:t>‘Thì ông của anh chết vì đau tim, và tôi sẽ báo với thuyền trưởng rằng tôi không có lý do gì để nghi ngờ có hành vi phạm tội.’</w:t>
      </w:r>
    </w:p>
    <w:p>
      <w:pPr>
        <w:spacing w:after="80"/>
      </w:pPr>
      <w:r>
        <w:rPr>
          <w:b w:val="0"/>
          <w:i w:val="0"/>
        </w:rPr>
        <w:t>‘Còn nếu dấu vân tay của ông không có trên bình của Hamish thì sao?’</w:t>
      </w:r>
    </w:p>
    <w:p>
      <w:pPr>
        <w:spacing w:after="80"/>
      </w:pPr>
      <w:r>
        <w:rPr>
          <w:b w:val="0"/>
          <w:i w:val="0"/>
        </w:rPr>
        <w:t>‘Thì tôi sẽ cần anh và Franco thực hiện một phi vụ theo dõi cho tôi.’</w:t>
      </w:r>
    </w:p>
    <w:p>
      <w:pPr>
        <w:spacing w:after="80"/>
      </w:pPr>
      <w:r>
        <w:rPr>
          <w:b w:val="0"/>
          <w:i w:val="0"/>
        </w:rPr>
        <w:t>‘Ngài định làm gì ạ?’ Franco hỏi, trong khi rót cho William tách cà phê thứ hai.</w:t>
      </w:r>
    </w:p>
    <w:p>
      <w:pPr>
        <w:spacing w:after="80"/>
      </w:pPr>
      <w:r>
        <w:rPr>
          <w:b w:val="0"/>
          <w:i w:val="0"/>
        </w:rPr>
        <w:t>‘Khi bác sĩ Lockhart xuống ăn sáng sáng nay, tôi sẽ đi thẳng lên boong bảy. Nếu ông ta có vẻ như sắp quay về cabin, James, anh hãy lên nhanh nhất có thể và báo cho tôi. Trong lúc đó, Franco, anh cố gắng cầm chân ông ta, dù chỉ trong vài giây thôi.’</w:t>
      </w:r>
    </w:p>
    <w:p>
      <w:pPr>
        <w:spacing w:after="80"/>
      </w:pPr>
      <w:r>
        <w:rPr>
          <w:b w:val="0"/>
          <w:i w:val="0"/>
        </w:rPr>
        <w:t>‘Tôi sẽ kể cho ông ta nghe về cái đầu gối tệ hại của tôi đang lại làm khó tôi.’</w:t>
      </w:r>
    </w:p>
    <w:p>
      <w:pPr>
        <w:spacing w:after="80"/>
      </w:pPr>
      <w:r>
        <w:rPr>
          <w:b w:val="0"/>
          <w:i w:val="0"/>
        </w:rPr>
        <w:t>‘Làm sao tôi có được chìa khóa vạn năng cho các cabin trên boong bảy?’ William hỏi.</w:t>
      </w:r>
    </w:p>
    <w:p>
      <w:pPr>
        <w:spacing w:after="80"/>
      </w:pPr>
      <w:r>
        <w:rPr>
          <w:b w:val="0"/>
          <w:i w:val="0"/>
        </w:rPr>
        <w:t>‘Không vấn đề gì, ngài ạ.’ Franco lấy từ túi trong ra một chùm chìa khóa lớn, rút ra một chiếc có đóng số ‘7’, và đưa cho William, người nói: ‘Tôi hy vọng chuyện này sẽ không khiến anh gặp rắc rối.’</w:t>
      </w:r>
    </w:p>
    <w:p>
      <w:pPr>
        <w:spacing w:after="80"/>
      </w:pPr>
      <w:r>
        <w:rPr>
          <w:b w:val="0"/>
          <w:i w:val="0"/>
        </w:rPr>
        <w:t>‘Không đời nào,’ Franco nói. ‘Tôi đã nhận chỉ thị rõ ràng từ thuyền trưởng là phải hỗ trợ ngài hết mức có thể, nên tôi chỉ đang tuân lệnh thôi.’</w:t>
      </w:r>
    </w:p>
    <w:p>
      <w:pPr>
        <w:spacing w:after="80"/>
      </w:pPr>
      <w:r>
        <w:rPr>
          <w:b w:val="0"/>
          <w:i w:val="0"/>
        </w:rPr>
        <w:t>Vài phút sau, những vị khách đầu tiên bước vào phòng ăn để dùng bữa sáng. Họ nhìn chằm chằm vào bàn của chủ tịch, giờ đã được rào lại, trong khi Franco dẫn họ đến chỗ ngồi quen thuộc.</w:t>
      </w:r>
    </w:p>
    <w:p>
      <w:pPr>
        <w:spacing w:after="80"/>
      </w:pPr>
      <w:r>
        <w:rPr>
          <w:b w:val="0"/>
          <w:i w:val="0"/>
        </w:rPr>
        <w:t>‘Hiểu rồi,’ James nói. ‘Tôi vừa nghĩ ra tại sao anh không cần dấu vân tay của bất kỳ ai ngồi ở phía bên kia bàn.’</w:t>
      </w:r>
    </w:p>
    <w:p>
      <w:pPr>
        <w:spacing w:after="80"/>
      </w:pPr>
      <w:r>
        <w:rPr>
          <w:b w:val="0"/>
          <w:i w:val="0"/>
        </w:rPr>
        <w:t>Franco tỏ ra bối rối một cách rất hợp lý.</w:t>
      </w:r>
    </w:p>
    <w:p>
      <w:pPr>
        <w:spacing w:after="80"/>
      </w:pPr>
      <w:r>
        <w:rPr>
          <w:b w:val="0"/>
          <w:i w:val="0"/>
        </w:rPr>
        <w:t>‘Đến lúc tôi phải đi rồi,’ William nói, khi Hamish Buchanan và bác sĩ Lockhart thong thả bước vào phòng ăn. William không ngạc nhiên khi thấy họ đi cùng nhau. ‘Bắt đầu lấy dấu vân tay của họ ngay đi,’ anh thì thầm. ‘Dù thời gian không hẳn đứng về phía chúng ta, đừng vội và hãy chắc chắn làm thật kỹ,’ anh nói thêm, trước khi lẻn ra khỏi phòng ăn.</w:t>
      </w:r>
    </w:p>
    <w:p>
      <w:pPr>
        <w:spacing w:after="80"/>
      </w:pPr>
      <w:r>
        <w:rPr>
          <w:b w:val="0"/>
          <w:i w:val="0"/>
        </w:rPr>
        <w:t>James đợi cho đến khi chú cậu và bác sĩ Lockhart đã ngồi xuống dùng bữa sáng rồi mới ngồi vào phía bên kia bàn và quay lưng lại với họ. Cậu nhấc chiếc bình lắc bằng bạc lên và rắc một lớp bột mỏng lên bề mặt nó.</w:t>
      </w:r>
    </w:p>
    <w:p>
      <w:pPr>
        <w:spacing w:after="80"/>
        <w:jc w:val="center"/>
      </w:pPr>
      <w:r>
        <w:rPr>
          <w:b w:val="0"/>
          <w:i w:val="0"/>
        </w:rPr>
        <w:t>• • •</w:t>
      </w:r>
    </w:p>
    <w:p>
      <w:pPr>
        <w:spacing w:after="80"/>
      </w:pPr>
      <w:r>
        <w:rPr>
          <w:b w:val="0"/>
          <w:i w:val="0"/>
        </w:rPr>
        <w:t>‘Đại úy Neville, thật là một bất ngờ thú vị khi gặp anh ở Paris,’ một người phụ nữ trung niên ăn mặc thanh lịch mà Miles đã quen biết nhiều năm tuyên bố; bà thậm chí còn gửi hoa đến đám tang của anh. ‘Thật không may, không cô gái nào của tôi rảnh cho đến khoảng chín giờ tối nay.’</w:t>
      </w:r>
    </w:p>
    <w:p>
      <w:pPr>
        <w:spacing w:after="80"/>
      </w:pPr>
      <w:r>
        <w:rPr>
          <w:b w:val="0"/>
          <w:i w:val="0"/>
        </w:rPr>
        <w:t>‘Tôi đến sớm,’ Miles nói, ‘vì tôi cần nói chuyện riêng trước khi khách hàng đầu tiên của bà đến.’</w:t>
      </w:r>
    </w:p>
    <w:p>
      <w:pPr>
        <w:spacing w:after="80"/>
      </w:pPr>
      <w:r>
        <w:rPr>
          <w:b w:val="0"/>
          <w:i w:val="0"/>
        </w:rPr>
        <w:t>‘Vậy thì hãy vào văn phòng của tôi, nơi chúng ta sẽ không bị làm phiền.’</w:t>
      </w:r>
    </w:p>
    <w:p>
      <w:pPr>
        <w:spacing w:after="80"/>
      </w:pPr>
      <w:r>
        <w:rPr>
          <w:b w:val="0"/>
          <w:i w:val="0"/>
        </w:rPr>
        <w:t>Miles bước vào một phòng trang điểm kiểu Victoria mà anh đã biết từ rất lâu trước khi ngoại hình của anh bị thay đổi đến mức không thể nhận ra. Nhưng đôi khi anh tự hỏi liệu Blanche có nghi ngờ gì về vị đại úy không mặc cả về giá cả này không, dù bà chưa bao giờ nhìn thấy phần cơ thể duy nhất của anh không thay đổi.</w:t>
      </w:r>
    </w:p>
    <w:p>
      <w:pPr>
        <w:spacing w:after="80"/>
      </w:pPr>
      <w:r>
        <w:rPr>
          <w:b w:val="0"/>
          <w:i w:val="0"/>
        </w:rPr>
        <w:t>‘Tôi cần một thứ hơi khác thường,’ anh nói khi ngồi xuống chiếc ghế sofa cạnh bà chủ. Đó là một yêu cầu mà Blanche đã quen, nhưng khi anh nói rõ chính xác điều anh đang nghĩ, ngay cả bà cũng bị bất ngờ.</w:t>
      </w:r>
    </w:p>
    <w:p>
      <w:pPr>
        <w:spacing w:after="80"/>
      </w:pPr>
      <w:r>
        <w:rPr>
          <w:b w:val="0"/>
          <w:i w:val="0"/>
        </w:rPr>
        <w:t>Anh lấy ra vài bức ảnh lớn từ chiếc cặp do Lamont cung cấp và đưa cho Blanche, người chăm chú xem xét chúng. ‘Bộ đồng phục cảnh sát rất thuyết phục,’ bà nói. ‘Nếu cô gái này có bao giờ ở Paris, tôi có thể tìm việc cho cô ấy.’</w:t>
      </w:r>
    </w:p>
    <w:p>
      <w:pPr>
        <w:spacing w:after="80"/>
      </w:pPr>
      <w:r>
        <w:rPr>
          <w:b w:val="0"/>
          <w:i w:val="0"/>
        </w:rPr>
        <w:t>‘Cô ấy là bạn gái hiện tại của mục tiêu,’ Miles nói, không giải thích thêm. ‘Tôi hy vọng bà có thể cung cấp người thay thế cô ấy.’</w:t>
      </w:r>
    </w:p>
    <w:p>
      <w:pPr>
        <w:spacing w:after="80"/>
      </w:pPr>
      <w:r>
        <w:rPr>
          <w:b w:val="0"/>
          <w:i w:val="0"/>
        </w:rPr>
        <w:t>‘Để tôi xem tôi có thể nghĩ ra được gì, đại úy.’ Blanche đứng dậy khỏi ghế sofa và bước đến một tủ hồ sơ lớn. Bà kéo ngăn thứ hai, được dán nhãn ‘Tóc vàng, châu Âu, thông thạo tiếng Anh’, và lấy ra hai tập hồ sơ.</w:t>
      </w:r>
    </w:p>
    <w:p>
      <w:pPr>
        <w:spacing w:after="80"/>
      </w:pPr>
      <w:r>
        <w:rPr>
          <w:b w:val="0"/>
          <w:i w:val="0"/>
        </w:rPr>
        <w:t>Blanche ngồi xuống bàn làm việc và lật từng trang chậm rãi, thỉnh thoảng liếc nhìn bức ảnh mà Đại úy Neville đã cung cấp. Sau một hồi cân nhắc, bà chọn ba ứng viên và đặt ảnh của họ lên bàn trước mặt anh.</w:t>
      </w:r>
    </w:p>
    <w:p>
      <w:pPr>
        <w:spacing w:after="80"/>
      </w:pPr>
      <w:r>
        <w:rPr>
          <w:b w:val="0"/>
          <w:i w:val="0"/>
        </w:rPr>
        <w:t>Miles nghiên cứu ba người phụ nữ trẻ mà Blanche đã chọn.</w:t>
      </w:r>
    </w:p>
    <w:p>
      <w:pPr>
        <w:spacing w:after="80"/>
      </w:pPr>
      <w:r>
        <w:rPr>
          <w:b w:val="0"/>
          <w:i w:val="0"/>
        </w:rPr>
        <w:t>‘Cô ấy sẽ còn phải làm gì nữa,’ bà hỏi, ‘ngoài việc quyến rũ anh ta?’</w:t>
      </w:r>
    </w:p>
    <w:p>
      <w:pPr>
        <w:spacing w:after="80"/>
      </w:pPr>
      <w:r>
        <w:rPr>
          <w:b w:val="0"/>
          <w:i w:val="0"/>
        </w:rPr>
        <w:t>‘Mục tiêu có sức lực của mười người đàn ông, nhưng tôi không quan tâm đến khả năng tình dục của anh ta.’</w:t>
      </w:r>
    </w:p>
    <w:p>
      <w:pPr>
        <w:spacing w:after="80"/>
      </w:pPr>
      <w:r>
        <w:rPr>
          <w:b w:val="0"/>
          <w:i w:val="0"/>
        </w:rPr>
        <w:t>‘Bất kỳ ai trong số họ cũng có thể xử lý được điều đó. Dù sao thì họ cũng là dân chuyên nghiệp. Nhưng cần những kỹ năng gì khác?’</w:t>
      </w:r>
    </w:p>
    <w:p>
      <w:pPr>
        <w:spacing w:after="80"/>
      </w:pPr>
      <w:r>
        <w:rPr>
          <w:b w:val="0"/>
          <w:i w:val="0"/>
        </w:rPr>
        <w:t>‘Cô ấy cần thông minh cũng như không thể cưỡng lại. Một sự kết hợp giữa Mata Hari và Becky Sharp. Chính những lời tâm tình trên gối mới là điều quan trọng.’</w:t>
      </w:r>
    </w:p>
    <w:p>
      <w:pPr>
        <w:spacing w:after="80"/>
      </w:pPr>
      <w:r>
        <w:rPr>
          <w:b w:val="0"/>
          <w:i w:val="0"/>
        </w:rPr>
        <w:t>‘Vậy thì tôi sẽ chọn Josephine thay vì Avril hay Michelle,’ cô nói, chỉ vào một trong những bức ảnh. ‘Sao anh không quay lại vào khoảng nửa đêm, thuyền trưởng, để anh có thể tự mình phán đoán xem ai trong số họ hợp với yêu cầu?’</w:t>
      </w:r>
    </w:p>
    <w:p>
      <w:pPr>
        <w:spacing w:after="80"/>
      </w:pPr>
      <w:r>
        <w:rPr>
          <w:b w:val="0"/>
          <w:i w:val="0"/>
        </w:rPr>
        <w:t>‘Tôi e là yêu cầu khá lớn đấy,’ Miles nói, ‘vì có thể tôi sẽ cần đến dịch vụ của cô ấy trong một thời gian.’</w:t>
      </w:r>
    </w:p>
    <w:p>
      <w:pPr>
        <w:spacing w:after="80"/>
        <w:jc w:val="center"/>
      </w:pPr>
      <w:r>
        <w:rPr>
          <w:b w:val="0"/>
          <w:i w:val="0"/>
        </w:rPr>
        <w:t>• • •</w:t>
      </w:r>
    </w:p>
    <w:p>
      <w:pPr>
        <w:spacing w:after="80"/>
      </w:pPr>
      <w:r>
        <w:rPr>
          <w:b w:val="0"/>
          <w:i w:val="0"/>
        </w:rPr>
        <w:t>‘Anh thấy thế nào?’ Beth hỏi.</w:t>
      </w:r>
    </w:p>
    <w:p>
      <w:pPr>
        <w:spacing w:after="80"/>
      </w:pPr>
      <w:r>
        <w:rPr>
          <w:b w:val="0"/>
          <w:i w:val="0"/>
        </w:rPr>
        <w:t>‘Thật là tráng lệ. Nó sẽ còn đẹp hơn nếu được đeo quanh cổ em,’ William nói, khi anh chiêm ngưỡng chiếc vòng cổ tinh xảo được trưng bày trong cửa sổ của cửa hàng trang sức trên tàu. ‘Dám hỏi giá bao nhiêu không?’</w:t>
      </w:r>
    </w:p>
    <w:p>
      <w:pPr>
        <w:spacing w:after="80"/>
      </w:pPr>
      <w:r>
        <w:rPr>
          <w:b w:val="0"/>
          <w:i w:val="0"/>
        </w:rPr>
        <w:t>‘Vượt xa túi tiền của anh rồi, đồ người tiền sử. Lẽ ra em nên lấy một anh chủ ngân hàng.’</w:t>
      </w:r>
    </w:p>
    <w:p>
      <w:pPr>
        <w:spacing w:after="80"/>
      </w:pPr>
      <w:r>
        <w:rPr>
          <w:b w:val="0"/>
          <w:i w:val="0"/>
        </w:rPr>
        <w:t>William nhìn lại chiếc vòng cổ lần nữa và cảm thấy có lỗi. Đáng lẽ đây là dịp nghỉ ngơi khỏi công việc, nhưng anh hầu như chẳng gặp Beth từ lúc họ bước lên tàu. Lớp yoga, rồi bài giảng buổi sáng, và một bộ phim vào buổi chiều cùng người bạn thân mới của cô, Catherine Whittaker, gần như đã giúp anh thoát khỏi cảnh đó, nhưng không hoàn toàn.</w:t>
      </w:r>
    </w:p>
    <w:p>
      <w:pPr>
        <w:spacing w:after="80"/>
      </w:pPr>
      <w:r>
        <w:rPr>
          <w:b w:val="0"/>
          <w:i w:val="0"/>
        </w:rPr>
        <w:t>Beth chỉnh lại chiếc nơ cổ của anh. ‘Tối nay anh cần trông thật chỉnh tề,’ cô nói, phủi một sợi tóc trên vai chiếc áo vest dạ hội của anh. ‘Catherine thật vui tính, và em nóng lòng muốn gặp chồng cô ấy.’</w:t>
      </w:r>
    </w:p>
    <w:p>
      <w:pPr>
        <w:spacing w:after="80"/>
      </w:pPr>
      <w:r>
        <w:rPr>
          <w:b w:val="0"/>
          <w:i w:val="0"/>
        </w:rPr>
        <w:t>‘Lần cuối tôi gặp ông Thẩm phán Whittaker,’ William trầm ngâm, ‘là khi tôi đang ở trong ghế nhân chứng và ông ấy bảo tôi rằng ông không quan tâm đến ý kiến của tôi, và bảo tôi cứ bám vào bằng chứng.’</w:t>
      </w:r>
    </w:p>
    <w:p>
      <w:pPr>
        <w:spacing w:after="80"/>
      </w:pPr>
      <w:r>
        <w:rPr>
          <w:b w:val="0"/>
          <w:i w:val="0"/>
        </w:rPr>
        <w:t>Beth bật cười khi anh nắm tay cô và họ tiến về phòng ăn ở boong dưới. William mỉm cười một mình khi họ đi ngang qua một cửa sổ đầy đồ chơi và nhận ra một kệ trống.</w:t>
      </w:r>
    </w:p>
    <w:p>
      <w:pPr>
        <w:spacing w:after="80"/>
      </w:pPr>
      <w:r>
        <w:rPr>
          <w:b w:val="0"/>
          <w:i w:val="0"/>
        </w:rPr>
        <w:t>Họ bước vào phòng ăn, nơi Franco đã sẵn sàng hộ tống họ đến bàn của mình. Bàn của chủ tịch không còn bị rào chắn nữa, nhưng vẫn bỏ trống. Gia đình Buchanan giờ đang ngồi ở những bàn riêng biệt ở phía bên kia phòng, hai anh em ngồi cách xa nhau một cách dễ thấy. Franco đưa William và Beth đến bàn của nhà Whittaker, nơi vị thẩm phán đứng dậy chào đón họ.</w:t>
      </w:r>
    </w:p>
    <w:p>
      <w:pPr>
        <w:spacing w:after="80"/>
      </w:pPr>
      <w:r>
        <w:rPr>
          <w:b w:val="0"/>
          <w:i w:val="0"/>
        </w:rPr>
        <w:t>‘William, thật tốt khi anh đến với chúng tôi sau mấy ngày chắc hẳn vô cùng mệt mỏi. Tôi không nghĩ anh đã ngủ được nhiều.’</w:t>
      </w:r>
    </w:p>
    <w:p>
      <w:pPr>
        <w:spacing w:after="80"/>
      </w:pPr>
      <w:r>
        <w:rPr>
          <w:b w:val="0"/>
          <w:i w:val="0"/>
        </w:rPr>
        <w:t>‘Không được nhiều lắm, thưa ngài,’ William nói, khi họ bắt tay nhau.</w:t>
      </w:r>
    </w:p>
    <w:p>
      <w:pPr>
        <w:spacing w:after="80"/>
      </w:pPr>
      <w:r>
        <w:rPr>
          <w:b w:val="0"/>
          <w:i w:val="0"/>
        </w:rPr>
        <w:t>‘Cứ gọi tôi là George. Tôi không nghĩ anh đã gặp vợ tôi, Catherine.’</w:t>
      </w:r>
    </w:p>
    <w:p>
      <w:pPr>
        <w:spacing w:after="80"/>
      </w:pPr>
      <w:r>
        <w:rPr>
          <w:b w:val="0"/>
          <w:i w:val="0"/>
        </w:rPr>
        <w:t>‘Beth đã kể cho tôi về bài nói chuyện hấp dẫn của ngài về Puccini.’</w:t>
      </w:r>
    </w:p>
    <w:p>
      <w:pPr>
        <w:spacing w:after="80"/>
      </w:pPr>
      <w:r>
        <w:rPr>
          <w:b w:val="0"/>
          <w:i w:val="0"/>
        </w:rPr>
        <w:t>‘Và tôi nóng lòng được đến thăm Fitzmolean lần nữa,’ Catherine nói, ‘giờ khi tôi đã có hướng dẫn viên riêng của mình.’</w:t>
      </w:r>
    </w:p>
    <w:p>
      <w:pPr>
        <w:spacing w:after="80"/>
      </w:pPr>
      <w:r>
        <w:rPr>
          <w:b w:val="0"/>
          <w:i w:val="0"/>
        </w:rPr>
        <w:t>‘Đó là cách chúng tôi gặp nhau,’ William nói, khi Franco xuất hiện và đưa cho mỗi người một cuốn thực đơn.</w:t>
      </w:r>
    </w:p>
    <w:p>
      <w:pPr>
        <w:spacing w:after="80"/>
      </w:pPr>
      <w:r>
        <w:rPr>
          <w:b w:val="0"/>
          <w:i w:val="0"/>
        </w:rPr>
        <w:t>‘Món đặc biệt tối nay là bít tết thăn ngoài,’ anh ta tuyên bố, ‘trong khi có món cá hồi hun khói thượng hạng cho những ai muốn ăn nhẹ nhàng hơn.’</w:t>
      </w:r>
    </w:p>
    <w:p>
      <w:pPr>
        <w:spacing w:after="80"/>
      </w:pPr>
      <w:r>
        <w:rPr>
          <w:b w:val="0"/>
          <w:i w:val="0"/>
        </w:rPr>
        <w:t>William gọi món bít tết, tin chắc rằng Beth sẽ không phản đối anh, mặc dù cô có nhíu mày. Sau khi cả ba đã gọi món xong, Beth kể cho họ nghe về bài giảng buổi sáng mà cô và Catherine đã tham dự, mang tên ‘The Big Apple: why not take a bite!’ do Giáo sư Samuels của Đại học Columbia trình bày.</w:t>
      </w:r>
    </w:p>
    <w:p>
      <w:pPr>
        <w:spacing w:after="80"/>
      </w:pPr>
      <w:r>
        <w:rPr>
          <w:b w:val="0"/>
          <w:i w:val="0"/>
        </w:rPr>
        <w:t>‘Giáo sư đã khiến tôi phải suy nghĩ lại về cách chúng ta nên dành thời gian ở New York,’ Beth nhận xét. ‘Giờ tôi muốn lái xe qua Cầu Brooklyn, đi dạo quanh Công viên Trung tâm và—’</w:t>
      </w:r>
    </w:p>
    <w:p>
      <w:pPr>
        <w:spacing w:after="80"/>
      </w:pPr>
      <w:r>
        <w:rPr>
          <w:b w:val="0"/>
          <w:i w:val="0"/>
        </w:rPr>
        <w:t>‘Không phải vào ban đêm,’ William nói.</w:t>
      </w:r>
    </w:p>
    <w:p>
      <w:pPr>
        <w:spacing w:after="80"/>
      </w:pPr>
      <w:r>
        <w:rPr>
          <w:b w:val="0"/>
          <w:i w:val="0"/>
        </w:rPr>
        <w:t>‘—và thăm vườn thú Bronx,’ Beth tiếp tục.</w:t>
      </w:r>
    </w:p>
    <w:p>
      <w:pPr>
        <w:spacing w:after="80"/>
      </w:pPr>
      <w:r>
        <w:rPr>
          <w:b w:val="0"/>
          <w:i w:val="0"/>
        </w:rPr>
        <w:t xml:space="preserve">‘Chưa kể đến việc xem một vở diễn trên sân khấu Broadway,’ Catherine nói. ‘Ông ấy bảo chúng ta nên mua vé xem </w:t>
      </w:r>
      <w:r>
        <w:rPr>
          <w:b w:val="0"/>
          <w:i/>
        </w:rPr>
        <w:t>La Cage aux Folles</w:t>
      </w:r>
      <w:r>
        <w:rPr>
          <w:b w:val="0"/>
          <w:i w:val="0"/>
        </w:rPr>
        <w:t>, nếu có thể,’ cô thêm vào, khi Franco xuất hiện trở lại với món khai vị đầu tiên của họ.</w:t>
      </w:r>
    </w:p>
    <w:p>
      <w:pPr>
        <w:spacing w:after="80"/>
      </w:pPr>
      <w:r>
        <w:rPr>
          <w:b w:val="0"/>
          <w:i w:val="0"/>
        </w:rPr>
        <w:t>Beth và Catherine tiếp tục trò chuyện hào hứng về bài giảng, trong khi vị thẩm phán ăn món măng tây của mình, chỉ bình luận về việc nước sốt hollandaise tinh tế đến nhường nào. Mãi đến khi đĩa của họ được dọn đi, thay bằng món thứ hai, ông mới quay sang William và nói, ‘Tôi có thể hỏi cuộc điều tra của cậu đang tiến triển thế nào không?’</w:t>
      </w:r>
    </w:p>
    <w:p>
      <w:pPr>
        <w:spacing w:after="80"/>
      </w:pPr>
      <w:r>
        <w:rPr>
          <w:b w:val="0"/>
          <w:i w:val="0"/>
        </w:rPr>
        <w:t>‘Nó phức tạp lắm. Tuy nhiên, tôi có thể nói với ông rằng tôi đã nộp báo cáo của mình cho vị thuyền trưởng rồi,’ William nói, khi anh cắt miếng bít tết và nhìn dòng máu chảy ra. Anh ngước lên và thấy cả ba người họ đều đã đặt dao nĩa xuống và đang nhìn chằm chằm vào anh đầy mong đợi.</w:t>
      </w:r>
    </w:p>
    <w:p>
      <w:pPr>
        <w:spacing w:after="80"/>
      </w:pPr>
      <w:r>
        <w:rPr>
          <w:b w:val="0"/>
          <w:i w:val="0"/>
        </w:rPr>
        <w:t>‘Chủ tịch có chết vì đau tim không?’ vị thẩm phán hỏi, đi thẳng vào vấn đề.</w:t>
      </w:r>
    </w:p>
    <w:p>
      <w:pPr>
        <w:spacing w:after="80"/>
      </w:pPr>
      <w:r>
        <w:rPr>
          <w:b w:val="0"/>
          <w:i w:val="0"/>
        </w:rPr>
        <w:t>‘Rất có thể là vậy,’ William nói. ‘Nhưng tôi quan tâm hơn đến nguyên nhân gây ra cơn đau tim đó.’</w:t>
      </w:r>
    </w:p>
    <w:p>
      <w:pPr>
        <w:spacing w:after="80"/>
      </w:pPr>
      <w:r>
        <w:rPr>
          <w:b w:val="0"/>
          <w:i w:val="0"/>
        </w:rPr>
        <w:t>Một lần nữa, cả ba người họ lại sốt ruột chờ đợi trong khi William cho một chút mù tạt vào bên cạnh đĩa của mình.</w:t>
      </w:r>
    </w:p>
    <w:p>
      <w:pPr>
        <w:spacing w:after="80"/>
      </w:pPr>
      <w:r>
        <w:rPr>
          <w:b w:val="0"/>
          <w:i w:val="0"/>
        </w:rPr>
        <w:t>‘Anh định nói cho chúng tôi câu trả lời chứ,’ cuối cùng Beth yêu cầu, ‘hay chúng tôi phải đợi đến khi đồ ăn nguội ngắt?’</w:t>
      </w:r>
    </w:p>
    <w:p>
      <w:pPr>
        <w:spacing w:after="80"/>
      </w:pPr>
      <w:r>
        <w:rPr>
          <w:b w:val="0"/>
          <w:i w:val="0"/>
        </w:rPr>
        <w:t>William đặt dao xuống, lau miệng bằng khăn ăn, và nói, ‘Tôi có thể nói cho các bạn biết vụ giết người đã được thực hiện như thế nào, miễn là các bạn không hé một lời nào với bất kỳ ai.’</w:t>
      </w:r>
    </w:p>
    <w:p>
      <w:pPr>
        <w:spacing w:after="80"/>
      </w:pPr>
      <w:r>
        <w:rPr>
          <w:b w:val="0"/>
          <w:i w:val="0"/>
        </w:rPr>
        <w:t>‘Và điều đó bao gồm cả em đấy, em yêu,’ George nói, mỉm cười với vợ mình.</w:t>
      </w:r>
    </w:p>
    <w:p>
      <w:pPr>
        <w:spacing w:after="80"/>
      </w:pPr>
      <w:r>
        <w:rPr>
          <w:b w:val="0"/>
          <w:i w:val="0"/>
        </w:rPr>
        <w:t>William đợi cho đến khi Franco rót đầy lại ly rượu của họ rồi mới lấy ra sơ đồ chỗ ngồi của James và đặt nó ở giữa bàn.</w:t>
      </w:r>
    </w:p>
    <w:p>
      <w:pPr>
        <w:jc w:val="center"/>
      </w:pPr>
      <w:r>
        <w:drawing>
          <wp:inline xmlns:a="http://schemas.openxmlformats.org/drawingml/2006/main" xmlns:pic="http://schemas.openxmlformats.org/drawingml/2006/picture">
            <wp:extent cx="5486400" cy="6266860"/>
            <wp:docPr id="3" name="Picture 3"/>
            <wp:cNvGraphicFramePr>
              <a:graphicFrameLocks noChangeAspect="1"/>
            </wp:cNvGraphicFramePr>
            <a:graphic>
              <a:graphicData uri="http://schemas.openxmlformats.org/drawingml/2006/picture">
                <pic:pic>
                  <pic:nvPicPr>
                    <pic:cNvPr id="0" name="img_0001.jpg"/>
                    <pic:cNvPicPr/>
                  </pic:nvPicPr>
                  <pic:blipFill>
                    <a:blip r:embed="rId11"/>
                    <a:stretch>
                      <a:fillRect/>
                    </a:stretch>
                  </pic:blipFill>
                  <pic:spPr>
                    <a:xfrm>
                      <a:off x="0" y="0"/>
                      <a:ext cx="5486400" cy="6266860"/>
                    </a:xfrm>
                    <a:prstGeom prst="rect"/>
                  </pic:spPr>
                </pic:pic>
              </a:graphicData>
            </a:graphic>
          </wp:inline>
        </w:drawing>
      </w:r>
    </w:p>
    <w:p>
      <w:pPr>
        <w:spacing w:after="80"/>
      </w:pPr>
      <w:r>
        <w:rPr>
          <w:b w:val="0"/>
          <w:i w:val="0"/>
        </w:rPr>
        <w:t>Ông để họ vài phút để nghiên cứu nó, trước khi tiếp tục. "Đầu tiên, hãy để ý rằng Hamish Buchanan đang ngồi ở phía bên trái của bàn, giữa mẹ anh ta và Flora Buchanan ở bên trái anh ta."</w:t>
      </w:r>
    </w:p>
    <w:p>
      <w:pPr>
        <w:spacing w:after="80"/>
      </w:pPr>
      <w:r>
        <w:rPr>
          <w:b w:val="0"/>
          <w:i w:val="0"/>
        </w:rPr>
        <w:t>"Cô ấy là ai?" Catherine hỏi.</w:t>
      </w:r>
    </w:p>
    <w:p>
      <w:pPr>
        <w:spacing w:after="80"/>
      </w:pPr>
      <w:r>
        <w:rPr>
          <w:b w:val="0"/>
          <w:i w:val="0"/>
        </w:rPr>
        <w:t>"Em gái của Fraser Buchanan. Bà trùm đáng gờm của công ty, người mà cả gia đình đều kính nể."</w:t>
      </w:r>
    </w:p>
    <w:p>
      <w:pPr>
        <w:spacing w:after="80"/>
      </w:pPr>
      <w:r>
        <w:rPr>
          <w:b w:val="0"/>
          <w:i w:val="0"/>
        </w:rPr>
        <w:t>"Và bên cạnh bà ấy?" vị thẩm phán hỏi, nhìn chăm chú xuống sơ đồ.</w:t>
      </w:r>
    </w:p>
    <w:p>
      <w:pPr>
        <w:spacing w:after="80"/>
      </w:pPr>
      <w:r>
        <w:rPr>
          <w:b w:val="0"/>
          <w:i w:val="0"/>
        </w:rPr>
        <w:t>"Bác sĩ Lockhart, người mà mục đích sống duy nhất là giữ cho chủ tịch sống sót. Nhưng không phải lần này."</w:t>
      </w:r>
    </w:p>
    <w:p>
      <w:pPr>
        <w:spacing w:after="80"/>
      </w:pPr>
      <w:r>
        <w:rPr>
          <w:b w:val="0"/>
          <w:i w:val="0"/>
        </w:rPr>
        <w:t>Tiết lộ này khiến cả ba im lặng một lúc, cho William cơ hội thưởng thức một miếng bít tết.</w:t>
      </w:r>
    </w:p>
    <w:p>
      <w:pPr>
        <w:spacing w:after="80"/>
      </w:pPr>
      <w:r>
        <w:rPr>
          <w:b w:val="0"/>
          <w:i w:val="0"/>
        </w:rPr>
        <w:t>"Và bên trái anh ta?" Beth hỏi.</w:t>
      </w:r>
    </w:p>
    <w:p>
      <w:pPr>
        <w:spacing w:after="80"/>
      </w:pPr>
      <w:r>
        <w:rPr>
          <w:b w:val="0"/>
          <w:i w:val="0"/>
        </w:rPr>
        <w:t>"Alice Buchanan, mẹ của James và vợ của Angus Buchanan" – ông di ngón tay sang phía bên kia bàn – "người vừa mới thay thế anh trai ông ấy là Hamish làm phó chủ tịch công ty."</w:t>
      </w:r>
    </w:p>
    <w:p>
      <w:pPr>
        <w:spacing w:after="80"/>
      </w:pPr>
      <w:r>
        <w:rPr>
          <w:b w:val="0"/>
          <w:i w:val="0"/>
        </w:rPr>
        <w:t>"Tôi có cảm giác phía bên kia bàn sẽ không quan trọng đâu," vị thẩm phán nói.</w:t>
      </w:r>
    </w:p>
    <w:p>
      <w:pPr>
        <w:spacing w:after="80"/>
      </w:pPr>
      <w:r>
        <w:rPr>
          <w:b w:val="0"/>
          <w:i w:val="0"/>
        </w:rPr>
        <w:t>"Một nhận xét sắc sảo," William nói, "nhưng các vị vẫn sẽ phải tập trung nếu muốn tìm ra Hamish Buchanan đang mưu tính điều gì. Mọi người đều thấy anh ta uống một ngụm từ bình rượu bên hông trong bữa tối, khiến cha anh ta cố ý hỏi anh ta đang uống gì, vì ông nghi đó là whisky hoặc brandy, dù Hamish vừa mới cam đoan với ông rằng anh ta đã cai rượu."</w:t>
      </w:r>
    </w:p>
    <w:p>
      <w:pPr>
        <w:spacing w:after="80"/>
      </w:pPr>
      <w:r>
        <w:rPr>
          <w:b w:val="0"/>
          <w:i w:val="0"/>
        </w:rPr>
        <w:t>Không ai ngắt lời khi William đặt dao nĩa xuống.</w:t>
      </w:r>
    </w:p>
    <w:p>
      <w:pPr>
        <w:spacing w:after="80"/>
      </w:pPr>
      <w:r>
        <w:rPr>
          <w:b w:val="0"/>
          <w:i w:val="0"/>
        </w:rPr>
        <w:t>"Hamish khẳng định trong bình chỉ có một loại thuốc an thần nhẹ mà bác sĩ Lockhart đưa cho anh ta để giúp anh ta ngủ. Nhưng vị chủ tịch yêu cầu phải chuyển nó cho ông để ông tự kiểm tra. Sai lầm đầu tiên của họ." William dừng lại để Franco rót đầy ly rượu của họ.</w:t>
      </w:r>
    </w:p>
    <w:p>
      <w:pPr>
        <w:spacing w:after="80"/>
      </w:pPr>
      <w:r>
        <w:rPr>
          <w:b w:val="0"/>
          <w:i w:val="0"/>
        </w:rPr>
        <w:t>"Tôi đang nói đến đâu rồi?" ông nói khi Franco đã đặt chai rượu trở lại xô đá.</w:t>
      </w:r>
    </w:p>
    <w:p>
      <w:pPr>
        <w:spacing w:after="80"/>
      </w:pPr>
      <w:r>
        <w:rPr>
          <w:b w:val="0"/>
          <w:i w:val="0"/>
        </w:rPr>
        <w:t>"Hamish đang chuyển bình rượu bên hông của anh ta cho cha mình, người ngồi ở đầu bàn," Beth nhắc ông.</w:t>
      </w:r>
    </w:p>
    <w:p>
      <w:pPr>
        <w:spacing w:after="80"/>
      </w:pPr>
      <w:r>
        <w:rPr>
          <w:b w:val="0"/>
          <w:i w:val="0"/>
        </w:rPr>
        <w:t>"À đúng rồi," William nói. "Vậy là, Hamish đưa bình cho bà cô Flora, người chuyển nó cho bác sĩ, bác sĩ lại đưa nó cho Alice, và cuối cùng Alice trao nó cho vị chủ tịch." Ông nhấp một ngụm rượu trong khi họ tiếp tục nghiên cứu sơ đồ bàn. "Vị chủ tịch nuốt một ngụm dài từ bình," ông tiếp tục, "và dù ông thấy nó có vị khó chịu, rõ ràng đó không phải là rượu, và do đó ông cho rằng đó hẳn là loại thuốc mà bác sĩ Lockhart đã kê. Sau đó ông chuyển bình rượu bên hông trở lại cho con trai mình ở đầu bên kia bàn."</w:t>
      </w:r>
    </w:p>
    <w:p>
      <w:pPr>
        <w:spacing w:after="80"/>
      </w:pPr>
      <w:r>
        <w:rPr>
          <w:b w:val="0"/>
          <w:i w:val="0"/>
        </w:rPr>
        <w:t>"Qua phía nào của bàn?" vị thẩm phán hỏi.</w:t>
      </w:r>
    </w:p>
    <w:p>
      <w:pPr>
        <w:spacing w:after="80"/>
      </w:pPr>
      <w:r>
        <w:rPr>
          <w:b w:val="0"/>
          <w:i w:val="0"/>
        </w:rPr>
        <w:t>‘Đó chính là điểm mấu chốt,’ William nói. ‘Cùng một phía.’</w:t>
      </w:r>
    </w:p>
    <w:p>
      <w:pPr>
        <w:spacing w:after="80"/>
      </w:pPr>
      <w:r>
        <w:rPr>
          <w:b w:val="0"/>
          <w:i w:val="0"/>
        </w:rPr>
        <w:t>‘Đúng như tôi nghĩ,’ vị thẩm phán nói. ‘Nhưng tôi vẫn mới đi được nửa đường.’</w:t>
      </w:r>
    </w:p>
    <w:p>
      <w:pPr>
        <w:spacing w:after="80"/>
      </w:pPr>
      <w:r>
        <w:rPr>
          <w:b w:val="0"/>
          <w:i w:val="0"/>
        </w:rPr>
        <w:t>‘Khi chiếc bình được trả lại cho Hamish, anh ta làm ra vẻ rất kịch tính là tu thêm một ngụm nữa từ đó. Sai lầm thứ hai của anh ta.’</w:t>
      </w:r>
    </w:p>
    <w:p>
      <w:pPr>
        <w:spacing w:after="80"/>
      </w:pPr>
      <w:r>
        <w:rPr>
          <w:b w:val="0"/>
          <w:i w:val="0"/>
        </w:rPr>
        <w:t>‘Tôi lạc đường rồi,’ Beth nói.</w:t>
      </w:r>
    </w:p>
    <w:p>
      <w:pPr>
        <w:spacing w:after="80"/>
      </w:pPr>
      <w:r>
        <w:rPr>
          <w:b w:val="0"/>
          <w:i w:val="0"/>
        </w:rPr>
        <w:t>‘Kiên nhẫn nào,’ William nói. ‘Hãy tập trung vào sơ đồ chỗ ngồi và mọi thứ sẽ được hé lộ. James Buchanan, Trung sĩ Thám tử mới được thăng chức của tôi, đã dành cả buổi sáng nay để xác định tất cả dấu vân tay mà anh ấy có thể tìm thấy trên những chiếc cốc thủy tinh, ly rượu và tách cà phê của tất cả những người đã ngồi ở phía bên trái của bàn, trong khi tôi thực hiện bài kiểm tra tương tự với chiếc bình lưng của Hamish.’</w:t>
      </w:r>
    </w:p>
    <w:p>
      <w:pPr>
        <w:spacing w:after="80"/>
      </w:pPr>
      <w:r>
        <w:rPr>
          <w:b w:val="0"/>
          <w:i w:val="0"/>
        </w:rPr>
        <w:t>‘Anh vẫn đi trước tôi cả một dặm,’ Catherine nói. ‘Nếu chiếc bình của Hamish được chuyền cho cha anh ta ở đầu bàn, thì dấu vân tay của tất cả mọi người ở phía bên đó của bàn đều phải có trên đó.’</w:t>
      </w:r>
    </w:p>
    <w:p>
      <w:pPr>
        <w:spacing w:after="80"/>
      </w:pPr>
      <w:r>
        <w:rPr>
          <w:b w:val="0"/>
          <w:i w:val="0"/>
        </w:rPr>
        <w:t>‘Nhưng chúng không có,’ vị thẩm phán gợi ý, ‘bởi vì ai đó đã tráo chiếc bình bằng một chiếc tương tự trước khi nó đến tay vị chủ tọa ở đầu bàn, và người đó sẽ là người duy nhất có dấu vân tay trên cả hai chiếc bình.’</w:t>
      </w:r>
    </w:p>
    <w:p>
      <w:pPr>
        <w:spacing w:after="80"/>
      </w:pPr>
      <w:r>
        <w:rPr>
          <w:b w:val="0"/>
          <w:i w:val="0"/>
        </w:rPr>
        <w:t>‘Tóm lại không tồi đâu, thưa Ngài,’ William nói với một nụ cười toe toét. ‘Vậy nên để quyết định ai là kẻ có tội, bồi thẩm đoàn trước tiên phải xem xét bằng chứng. Flora đã lấy chiếc bình của Hamish và chuyền nó cho vị bác sĩ như chuyền gậy trong một cuộc chạy tiếp sức, và khi vị chủ tọa gửi nó ngược trở lại dọc theo bàn, bài kiểm tra tương tự được thực hiện theo chiều ngược lại. Đơn giản và được lên kế hoạch kỹ lưỡng, ngoại trừ việc những kẻ đồng phạm đã phạm hai sai lầm. Đầu tiên—’ William dừng giữa câu khi Franco xuất hiện trở lại để dọn đĩa cho họ.</w:t>
      </w:r>
    </w:p>
    <w:p>
      <w:pPr>
        <w:spacing w:after="80"/>
      </w:pPr>
      <w:r>
        <w:rPr>
          <w:b w:val="0"/>
          <w:i w:val="0"/>
        </w:rPr>
        <w:t>‘Quý vị có muốn xem thực đơn món tráng miệng không?’ anh ta hỏi.</w:t>
      </w:r>
    </w:p>
    <w:p>
      <w:pPr>
        <w:spacing w:after="80"/>
      </w:pPr>
      <w:r>
        <w:rPr>
          <w:b w:val="0"/>
          <w:i w:val="0"/>
        </w:rPr>
        <w:t>‘Không, cảm ơn,’ Catherine nói, thậm chí không buồn ngước lên.</w:t>
      </w:r>
    </w:p>
    <w:p>
      <w:pPr>
        <w:spacing w:after="80"/>
      </w:pPr>
      <w:r>
        <w:rPr>
          <w:b w:val="0"/>
          <w:i w:val="0"/>
        </w:rPr>
        <w:t>‘Một ly rượu tiêu hóa, có lẽ?’ Franco mạnh dạn đề nghị.</w:t>
      </w:r>
    </w:p>
    <w:p>
      <w:pPr>
        <w:spacing w:after="80"/>
      </w:pPr>
      <w:r>
        <w:rPr>
          <w:b w:val="0"/>
          <w:i w:val="0"/>
        </w:rPr>
        <w:t>‘Không, cảm ơn,’ vị thẩm phán lặp lại, có phần kiên quyết hơn một chút, mắt ông vẫn dán chặt vào cách bày biện chỗ ngồi trên bản vẽ của James. Franco rời đi, chẳng đạt được mục đích gì.</w:t>
      </w:r>
    </w:p>
    <w:p>
      <w:pPr>
        <w:spacing w:after="80"/>
      </w:pPr>
      <w:r>
        <w:rPr>
          <w:b w:val="0"/>
          <w:i w:val="0"/>
        </w:rPr>
        <w:t>William chờ xem liệu có ai đã tìm ra hai sai lầm đó là gì chưa.</w:t>
      </w:r>
    </w:p>
    <w:p>
      <w:pPr>
        <w:spacing w:after="80"/>
      </w:pPr>
      <w:r>
        <w:rPr>
          <w:b w:val="0"/>
          <w:i w:val="0"/>
        </w:rPr>
        <w:t>‘Anh tìm thấy dấu vân tay của ai trên chiếc bình lưng của Hamish?’ vị thẩm phán hỏi. ‘Và quan trọng hơn, dấu vân tay của ai bị thiếu? Bởi vì điều đó sẽ cho chúng ta biết ai đã tráo những chiếc bình.’</w:t>
      </w:r>
    </w:p>
    <w:p>
      <w:pPr>
        <w:spacing w:after="80"/>
      </w:pPr>
      <w:r>
        <w:rPr>
          <w:b w:val="0"/>
          <w:i w:val="0"/>
        </w:rPr>
        <w:t>William ghi nhận vị thẩm phán bằng một cái cúi đầu nhẹ, như thể họ đang ở trong phiên tòa. ‘Những dấu vân tay duy nhất tôi có thể xác định trên chiếc bình của Hamish là của Flora, người ngồi cạnh anh ta, vị bác sĩ Lockhart không được giỏi cho lắm, và tất nhiên là của chính Hamish.’</w:t>
      </w:r>
    </w:p>
    <w:p>
      <w:pPr>
        <w:spacing w:after="80"/>
      </w:pPr>
      <w:r>
        <w:rPr>
          <w:b w:val="0"/>
          <w:i w:val="0"/>
        </w:rPr>
        <w:t>‘Hiểu rồi,’ Beth nói.</w:t>
      </w:r>
    </w:p>
    <w:p>
      <w:pPr>
        <w:spacing w:after="80"/>
      </w:pPr>
      <w:r>
        <w:rPr>
          <w:b w:val="0"/>
          <w:i w:val="0"/>
        </w:rPr>
        <w:t>‘Vậy thì anh sẽ có thể giải thích được họ đã làm những gì,’ William nói.</w:t>
      </w:r>
    </w:p>
    <w:p>
      <w:pPr>
        <w:spacing w:after="80"/>
      </w:pPr>
      <w:r>
        <w:rPr>
          <w:b w:val="0"/>
          <w:i w:val="0"/>
        </w:rPr>
        <w:t>‘Chính bác sĩ Lockhart là người đã thực hiện việc tráo đổi cả hai lần,’ Beth nói. ‘Nếu không thì dấu vân tay của chủ tịch cũng đã có trên bình rượu của Hamish khi nó được đưa lại cho ông ấy.’</w:t>
      </w:r>
    </w:p>
    <w:p>
      <w:pPr>
        <w:spacing w:after="80"/>
      </w:pPr>
      <w:r>
        <w:rPr>
          <w:b w:val="0"/>
          <w:i w:val="0"/>
        </w:rPr>
        <w:t>‘Cùng với dấu vân tay của mẹ James, người ngồi giữa bác sĩ và chủ tịch, và đã đưa bình rượu cho ông ấy.’</w:t>
      </w:r>
    </w:p>
    <w:p>
      <w:pPr>
        <w:spacing w:after="80"/>
      </w:pPr>
      <w:r>
        <w:rPr>
          <w:b w:val="0"/>
          <w:i w:val="0"/>
        </w:rPr>
        <w:t>‘Anh đã tìm thấy chiếc bình thứ hai chưa?’ quan tòa hỏi. ‘Chiếc mà Fraser Buchanan hẳn đã uống từ đó?’</w:t>
      </w:r>
    </w:p>
    <w:p>
      <w:pPr>
        <w:spacing w:after="80"/>
      </w:pPr>
      <w:r>
        <w:rPr>
          <w:b w:val="0"/>
          <w:i w:val="0"/>
        </w:rPr>
        <w:t>‘Rồi ạ,’ William nói. ‘Lần đầu tôi thấy chiếc bình kia trong túi của bác sĩ Lockhart khi tôi thẩm vấn ông ta tối qua, rồi lại thấy lần nữa sáng nay khi tôi khám cabin của ông ta lúc ông ta đang ăn sáng. Nhưng dấu vân tay duy nhất tôi tìm thấy trên chiếc bình đó lại là của ông ta.’</w:t>
      </w:r>
    </w:p>
    <w:p>
      <w:pPr>
        <w:spacing w:after="80"/>
      </w:pPr>
      <w:r>
        <w:rPr>
          <w:b w:val="0"/>
          <w:i w:val="0"/>
        </w:rPr>
        <w:t>‘Ông ta đã có quá đủ thời gian để lau sạch nó,’ quan tòa nói, ‘chỉ để lại dấu vân tay của mình cho anh tìm thấy. Nhưng còn thứ bên trong thì sao?’</w:t>
      </w:r>
    </w:p>
    <w:p>
      <w:pPr>
        <w:spacing w:after="80"/>
      </w:pPr>
      <w:r>
        <w:rPr>
          <w:b w:val="0"/>
          <w:i w:val="0"/>
        </w:rPr>
        <w:t>‘Bác sĩ trên tàu xác nhận đó chỉ là một loại thuốc an thần nhẹ, đúng như Hamish đã khai,’ William đáp.</w:t>
      </w:r>
    </w:p>
    <w:p>
      <w:pPr>
        <w:spacing w:after="80"/>
      </w:pPr>
      <w:r>
        <w:rPr>
          <w:b w:val="0"/>
          <w:i w:val="0"/>
        </w:rPr>
        <w:t>‘Họ đã đoán trước được nước đi của anh,’ quan tòa nói, ‘và đã khiến anh gần như không thể chứng minh được rằng Hamish Buchanan và bác sĩ Lockhart đã cấu kết với nhau như một nhóm.’</w:t>
      </w:r>
    </w:p>
    <w:p>
      <w:pPr>
        <w:spacing w:after="80"/>
      </w:pPr>
      <w:r>
        <w:rPr>
          <w:b w:val="0"/>
          <w:i w:val="0"/>
        </w:rPr>
        <w:t>‘Đúng là sẽ như vậy, nếu không nhờ James Buchanan lanh trí và tinh mắt, người mà một số người trong bọn họ vẫn còn nghĩ là một đứa trẻ, chứ không phải một chàng trai trẻ đang dự định trở thành Giám đốc FBI, chứ không phải chủ tịch của Pilgrim Line.’</w:t>
      </w:r>
    </w:p>
    <w:p>
      <w:pPr>
        <w:spacing w:after="80"/>
      </w:pPr>
      <w:r>
        <w:rPr>
          <w:b w:val="0"/>
          <w:i w:val="0"/>
        </w:rPr>
        <w:t>‘Và cậu ấy đã quan sát được gì?’ Catherine hỏi.</w:t>
      </w:r>
    </w:p>
    <w:p>
      <w:pPr>
        <w:spacing w:after="80"/>
      </w:pPr>
      <w:r>
        <w:rPr>
          <w:b w:val="0"/>
          <w:i w:val="0"/>
        </w:rPr>
        <w:t>‘Trước khi trả lời câu đó, mọi người cần xem lại sơ đồ chỗ ngồi đêm hôm ấy. Mọi người sẽ thấy cậu James trẻ tuổi được xếp ngồi đối diện với chú mình là Hamish, từ đó cậu có tầm nhìn hoàn hảo về mọi thứ đang diễn ra, kể cả lúc Hamish uống từ bình rượu bên hông của mình. Nhưng phải đến sau đó</w:t>
      </w:r>
      <w:r>
        <w:rPr>
          <w:b w:val="0"/>
          <w:i/>
        </w:rPr>
        <w:t xml:space="preserve"> </w:t>
      </w:r>
      <w:r>
        <w:rPr>
          <w:b w:val="0"/>
          <w:i w:val="0"/>
        </w:rPr>
        <w:t>thì “mọi chuyện mới sáng tỏ”, theo đúng lời cậu ấy, khi cậu nhận ra chú mình không uống từ cùng một chiếc bình rượu bên hông như ông nội.’</w:t>
      </w:r>
    </w:p>
    <w:p>
      <w:pPr>
        <w:spacing w:after="80"/>
      </w:pPr>
      <w:r>
        <w:rPr>
          <w:b w:val="0"/>
          <w:i w:val="0"/>
        </w:rPr>
        <w:t>‘Điều gì khiến cậu ấy nghĩ vậy?’ Beth hỏi.</w:t>
      </w:r>
    </w:p>
    <w:p>
      <w:pPr>
        <w:spacing w:after="80"/>
      </w:pPr>
      <w:r>
        <w:rPr>
          <w:b w:val="0"/>
          <w:i w:val="0"/>
        </w:rPr>
        <w:t>‘Hamish đã đặt bình rượu của mình lên bàn trong bữa tối để mọi người cùng thấy,’ William nói. ‘Một sai lầm ngốc nghếch, vì James nhận ra chữ viết tắt “HB” được khắc ở một bên, trong khi chiếc mà chủ tịch uống lại không có chữ khắc như vậy, đúng như tôi đã xác nhận được khi sau đó tìm thấy nó trong cabin của bác sĩ.’</w:t>
      </w:r>
    </w:p>
    <w:p>
      <w:pPr>
        <w:spacing w:after="80"/>
      </w:pPr>
      <w:r>
        <w:rPr>
          <w:b w:val="0"/>
          <w:i w:val="0"/>
        </w:rPr>
        <w:t>‘Một chàng trai trẻ sáng dạ,’ quan tòa nói. ‘Tuy nhiên, thế vẫn có thể chưa đủ để kết tội họ.’ Ông dừng lại và trầm ngâm một lát. ‘Nếu tôi là người bào chữa cho Hamish Buchanan, tôi sẽ gợi ý với bồi thẩm đoàn rằng họ không thể chỉ dựa vào việc thiếu dấu vân tay, và lời khai không có chứng cứ xác thực của một người chưa thành niên, để tống hai người đàn ông vào tù chung thân.’</w:t>
      </w:r>
    </w:p>
    <w:p>
      <w:pPr>
        <w:spacing w:after="80"/>
      </w:pPr>
      <w:r>
        <w:rPr>
          <w:b w:val="0"/>
          <w:i w:val="0"/>
        </w:rPr>
        <w:t>‘Tôi đồng ý,’ William nói. ‘Nhưng đừng quên chúng ta vẫn còn thi thể của cố Fraser Buchanan. Tôi đã gọi trước cho NYPD để báo cho họ biết tôi có lý do nghi ngờ một vụ giết người đã được thực hiện, và họ đã đồng ý gặp tôi trên bến cảng khi chúng ta cập bến vào sáng mai. Tôi tin chắc một cuộc khám nghiệm tử thi sẽ cho thấy chủ tịch đã bị đầu độc, và cuối cùng sẽ kết tội được cả hai người họ.’</w:t>
      </w:r>
    </w:p>
    <w:p>
      <w:pPr>
        <w:spacing w:after="80"/>
      </w:pPr>
      <w:r>
        <w:rPr>
          <w:b w:val="0"/>
          <w:i w:val="0"/>
        </w:rPr>
        <w:t>‘Tuyệt vời,’ quan tòa nói. ‘Anh đúng là con trai của Ngài Julian Warwick.’</w:t>
      </w:r>
    </w:p>
    <w:p>
      <w:pPr>
        <w:spacing w:after="80"/>
      </w:pPr>
      <w:r>
        <w:rPr>
          <w:b w:val="0"/>
          <w:i w:val="0"/>
        </w:rPr>
        <w:t>‘Chưa kể đến bà Lady Warwick đáng gờm nữa,’ Beth gợi ý.</w:t>
      </w:r>
    </w:p>
    <w:p>
      <w:pPr>
        <w:spacing w:after="80"/>
      </w:pPr>
      <w:r>
        <w:rPr>
          <w:b w:val="0"/>
          <w:i w:val="0"/>
        </w:rPr>
        <w:t>‘Họ đã thoát được nếu tôi không có cậu James Buchanan trẻ tuổi hỗ trợ,’ William thừa nhận, khi Franco phục vụ cà phê cho họ và rót cho vị thẩm phán loại brandy quen thuộc của ông, trước khi trao cho William một phong bì niêm phong.</w:t>
      </w:r>
    </w:p>
    <w:p>
      <w:pPr>
        <w:spacing w:after="80"/>
      </w:pPr>
      <w:r>
        <w:rPr>
          <w:b w:val="0"/>
          <w:i w:val="0"/>
        </w:rPr>
        <w:t>‘Một bản lời thú tội có chữ ký chăng?’ Catherine gợi ý, khi William xé phong bì.</w:t>
      </w:r>
    </w:p>
    <w:p>
      <w:pPr>
        <w:spacing w:after="80"/>
      </w:pPr>
      <w:r>
        <w:rPr>
          <w:b w:val="0"/>
          <w:i w:val="0"/>
        </w:rPr>
        <w:t>‘Tôi không nghĩ vậy,’ ông nói, sau khi lấy ra một phiếu chi một ngàn bảng. Ông đọc to lá thư kèm theo.</w:t>
      </w:r>
    </w:p>
    <w:p>
      <w:pPr>
        <w:jc w:val="center"/>
      </w:pPr>
      <w:r>
        <w:drawing>
          <wp:inline xmlns:a="http://schemas.openxmlformats.org/drawingml/2006/main" xmlns:pic="http://schemas.openxmlformats.org/drawingml/2006/picture">
            <wp:extent cx="5486400" cy="7649609"/>
            <wp:docPr id="4" name="Picture 4"/>
            <wp:cNvGraphicFramePr>
              <a:graphicFrameLocks noChangeAspect="1"/>
            </wp:cNvGraphicFramePr>
            <a:graphic>
              <a:graphicData uri="http://schemas.openxmlformats.org/drawingml/2006/picture">
                <pic:pic>
                  <pic:nvPicPr>
                    <pic:cNvPr id="0" name="img_0002.jpg"/>
                    <pic:cNvPicPr/>
                  </pic:nvPicPr>
                  <pic:blipFill>
                    <a:blip r:embed="rId12"/>
                    <a:stretch>
                      <a:fillRect/>
                    </a:stretch>
                  </pic:blipFill>
                  <pic:spPr>
                    <a:xfrm>
                      <a:off x="0" y="0"/>
                      <a:ext cx="5486400" cy="7649609"/>
                    </a:xfrm>
                    <a:prstGeom prst="rect"/>
                  </pic:spPr>
                </pic:pic>
              </a:graphicData>
            </a:graphic>
          </wp:inline>
        </w:drawing>
      </w:r>
    </w:p>
    <w:p>
      <w:pPr>
        <w:spacing w:after="80"/>
      </w:pPr>
      <w:r>
        <w:rPr>
          <w:b w:val="0"/>
          <w:i w:val="0"/>
        </w:rPr>
        <w:t>‘Kỳ nghỉ của tôi mới bị phá hỏng, không phải của anh,’ Beth nói. ‘Thật ra, tôi chưa từng thấy anh vui vẻ đến thế,’ cô nói thêm, khi giật lấy tấm phiếu và thả vào túi xách.</w:t>
      </w:r>
    </w:p>
    <w:p>
      <w:pPr>
        <w:spacing w:after="80"/>
      </w:pPr>
      <w:r>
        <w:rPr>
          <w:b w:val="0"/>
          <w:i w:val="0"/>
        </w:rPr>
        <w:t>‘Không biết mấy giờ thì tiệm trang sức mở cửa vào buổi sáng nhỉ?’ Catherine hỏi một cách ngây thơ.</w:t>
      </w:r>
    </w:p>
    <w:p>
      <w:pPr>
        <w:pStyle w:val="Heading2"/>
      </w:pPr>
      <w:r>
        <w:rPr>
          <w:rFonts w:ascii="Calibri" w:hAnsi="Calibri"/>
          <w:b/>
          <w:i w:val="0"/>
          <w:sz w:val="32"/>
        </w:rPr>
        <w:t>CHƯƠNG 7</w:t>
      </w:r>
    </w:p>
    <w:p>
      <w:pPr>
        <w:spacing w:after="80"/>
      </w:pPr>
      <w:r>
        <w:rPr>
          <w:b w:val="0"/>
          <w:i w:val="0"/>
        </w:rPr>
        <w:t>Tiếng đập cửa ầm ầm vẫn tiếp diễn. Thoạt đầu William tự hỏi liệu đó có phải chỉ là một phần giấc mơ của mình, nhưng khi tỉnh dậy anh thấy nó vẫn chưa dừng. Ai đó đang phá hỏng giấc ngủ ngon đầu tiên sau nhiều ngày của anh.</w:t>
      </w:r>
    </w:p>
    <w:p>
      <w:pPr>
        <w:spacing w:after="80"/>
      </w:pPr>
      <w:r>
        <w:rPr>
          <w:b w:val="0"/>
          <w:i w:val="0"/>
        </w:rPr>
        <w:t>Anh miễn cưỡng ra khỏi giường, khoác áo choàng và mở cửa thì thấy James đang đứng ở hành lang.</w:t>
      </w:r>
    </w:p>
    <w:p>
      <w:pPr>
        <w:spacing w:after="80"/>
      </w:pPr>
      <w:r>
        <w:rPr>
          <w:b w:val="0"/>
          <w:i w:val="0"/>
        </w:rPr>
        <w:t>‘Đến nhanh lên,’ anh ta nói, ‘chỉ có anh mới ngăn được chuyện này.’</w:t>
      </w:r>
    </w:p>
    <w:p>
      <w:pPr>
        <w:spacing w:after="80"/>
      </w:pPr>
      <w:r>
        <w:rPr>
          <w:b w:val="0"/>
          <w:i w:val="0"/>
        </w:rPr>
        <w:t>‘Ngăn chuyện gì?’ William hỏi, nhưng James đã vội bước đi. Anh nhẹ nhàng đóng cửa cabin, nhưng nghe thấy Beth rên khẽ khi trở mình. Vẫn còn ngái ngủ, anh đi theo James dọc hành lang và xuống một cầu thang đến boong một, nơi anh ta mở cửa chờ người thầy của mình.</w:t>
      </w:r>
    </w:p>
    <w:p>
      <w:pPr>
        <w:spacing w:after="80"/>
      </w:pPr>
      <w:r>
        <w:rPr>
          <w:b w:val="0"/>
          <w:i w:val="0"/>
        </w:rPr>
        <w:t>William bước ra boong dưới, nơi anh thấy vị đô đốc trong bộ lễ phục chỉnh tề đang trang nghiêm đọc trước một nhóm nhỏ người tụ tập.</w:t>
      </w:r>
    </w:p>
    <w:p>
      <w:pPr>
        <w:spacing w:after="80"/>
      </w:pPr>
      <w:r>
        <w:rPr>
          <w:b w:val="0"/>
          <w:i w:val="0"/>
        </w:rPr>
        <w:t>‘</w:t>
      </w:r>
      <w:r>
        <w:rPr>
          <w:b w:val="0"/>
          <w:i/>
        </w:rPr>
        <w:t>Chúng con phó thác linh hồn người anh em đã khuất của chúng con cho Đức Chúa Trời Toàn Năng, và chúng con giao thân xác người về với biển sâu …</w:t>
      </w:r>
      <w:r>
        <w:rPr>
          <w:b w:val="0"/>
          <w:i w:val="0"/>
        </w:rPr>
        <w:t>’</w:t>
      </w:r>
    </w:p>
    <w:p>
      <w:pPr>
        <w:spacing w:after="80"/>
      </w:pPr>
      <w:r>
        <w:rPr>
          <w:b w:val="0"/>
          <w:i w:val="0"/>
        </w:rPr>
        <w:t>William kinh hoàng khi thấy gia đình Buchanan, đầu cúi xuống, đang quây quanh một cỗ quan tài đặt trên một bục nhỏ được nâng lên.</w:t>
      </w:r>
    </w:p>
    <w:p>
      <w:pPr>
        <w:spacing w:after="80"/>
      </w:pPr>
      <w:r>
        <w:rPr>
          <w:b w:val="0"/>
          <w:i w:val="0"/>
        </w:rPr>
        <w:t xml:space="preserve">‘… </w:t>
      </w:r>
      <w:r>
        <w:rPr>
          <w:b w:val="0"/>
          <w:i/>
        </w:rPr>
        <w:t>với niềm hy vọng chắc chắn về sự phục sinh đến sự sống đời đời qua Chúa Giê-xu Christ của chúng ta …</w:t>
      </w:r>
      <w:r>
        <w:rPr>
          <w:b w:val="0"/>
          <w:i w:val="0"/>
        </w:rPr>
        <w:t>’</w:t>
      </w:r>
      <w:r>
        <w:rPr>
          <w:b w:val="0"/>
          <w:i/>
        </w:rPr>
        <w:t xml:space="preserve"> </w:t>
      </w:r>
    </w:p>
    <w:p>
      <w:pPr>
        <w:spacing w:after="80"/>
      </w:pPr>
      <w:r>
        <w:rPr>
          <w:b w:val="0"/>
          <w:i w:val="0"/>
        </w:rPr>
        <w:t>‘Anh không làm gì được sao?’ James thì thầm trong tuyệt vọng.</w:t>
      </w:r>
    </w:p>
    <w:p>
      <w:pPr>
        <w:spacing w:after="80"/>
      </w:pPr>
      <w:r>
        <w:rPr>
          <w:b w:val="0"/>
          <w:i w:val="0"/>
        </w:rPr>
        <w:t>‘Không có gì cả,’ William đáp, lắc đầu, ý thức quá rõ rằng quyền hạn của vị thuyền trưởng chi phối tất cả mọi người trên con tàu của ông ta.</w:t>
      </w:r>
    </w:p>
    <w:p>
      <w:pPr>
        <w:spacing w:after="80"/>
      </w:pPr>
      <w:r>
        <w:rPr>
          <w:b w:val="0"/>
          <w:i w:val="0"/>
        </w:rPr>
        <w:t xml:space="preserve">‘… </w:t>
      </w:r>
      <w:r>
        <w:rPr>
          <w:b w:val="0"/>
          <w:i/>
        </w:rPr>
        <w:t>khi Người ngự đến trong vinh quang uy nghi để phán xét thế gian, biển sẽ trả lại những người chết của mình …</w:t>
      </w:r>
      <w:r>
        <w:rPr>
          <w:b w:val="0"/>
          <w:i w:val="0"/>
        </w:rPr>
        <w:t>’</w:t>
      </w:r>
    </w:p>
    <w:p>
      <w:pPr>
        <w:spacing w:after="80"/>
      </w:pPr>
      <w:r>
        <w:rPr>
          <w:b w:val="0"/>
          <w:i w:val="0"/>
        </w:rPr>
        <w:t>William vẫn đứng ở rìa đám đông, một kẻ quan sát ván cờ đang được diễn ra ngay trước mắt mình.</w:t>
      </w:r>
    </w:p>
    <w:p>
      <w:pPr>
        <w:spacing w:after="80"/>
      </w:pPr>
      <w:r>
        <w:rPr>
          <w:b w:val="0"/>
          <w:i w:val="0"/>
        </w:rPr>
        <w:t xml:space="preserve">‘… </w:t>
      </w:r>
      <w:r>
        <w:rPr>
          <w:b w:val="0"/>
          <w:i/>
        </w:rPr>
        <w:t>và thân xác hư nát của những ai an nghỉ trong Người sẽ được biến đổi và trở nên giống như thân thể vinh quang của Người …</w:t>
      </w:r>
      <w:r>
        <w:rPr>
          <w:b w:val="0"/>
          <w:i w:val="0"/>
        </w:rPr>
        <w:t>’</w:t>
      </w:r>
    </w:p>
    <w:p>
      <w:pPr>
        <w:spacing w:after="80"/>
      </w:pPr>
      <w:r>
        <w:rPr>
          <w:b w:val="0"/>
          <w:i w:val="0"/>
        </w:rPr>
        <w:t>Anh nhìn kỹ hơn nhóm người đưa tang và thấy bà Buchanan đang khóc lặng lẽ, trong khi cậu con trai Angus cố an ủi mẹ. Flora Buchanan đứng lùi lại một bước, điềm tĩnh và trang nghiêm, tấm áo quyền lực giờ đã đặt lên vai cô. Hamish Buchanan, môi mím chặt, đứng cạnh bác sĩ Lockhart, người mà nét mặt chẳng để lộ điều gì.</w:t>
      </w:r>
    </w:p>
    <w:p>
      <w:pPr>
        <w:spacing w:after="80"/>
      </w:pPr>
      <w:r>
        <w:rPr>
          <w:b w:val="0"/>
          <w:i w:val="0"/>
        </w:rPr>
        <w:t xml:space="preserve">‘… </w:t>
      </w:r>
      <w:r>
        <w:rPr>
          <w:b w:val="0"/>
          <w:i/>
        </w:rPr>
        <w:t>theo quyền năng vĩ đại mà nhờ đó Người có thể bắt muôn vật phục dưới chính mình</w:t>
      </w:r>
      <w:r>
        <w:rPr>
          <w:b w:val="0"/>
          <w:i w:val="0"/>
        </w:rPr>
        <w:t>.’</w:t>
      </w:r>
    </w:p>
    <w:p>
      <w:pPr>
        <w:spacing w:after="80"/>
      </w:pPr>
      <w:r>
        <w:rPr>
          <w:b w:val="0"/>
          <w:i w:val="0"/>
        </w:rPr>
        <w:t>Vị thuyền trưởng gấp sách kinh nguyện lại, đứng nghiêm trang và chào. Hai sĩ quan trẻ bước tới và nâng một đầu của bệ đặt linh cữu. Đoàn người đưa tang dõi theo khi nó từ từ trượt xuống theo con đường đã định sẵn vào lòng biển, rồi chìm xuống một nấm mồ mặn chát dưới những con sóng.</w:t>
      </w:r>
    </w:p>
    <w:p>
      <w:pPr>
        <w:spacing w:after="80"/>
      </w:pPr>
      <w:r>
        <w:rPr>
          <w:b w:val="0"/>
          <w:i w:val="0"/>
        </w:rPr>
        <w:t>Thanh tra trưởng William Warwick có thể đã thuyết phục được một nhân viên điều tra khai quật một thi thể đã được chôn vài bộ dưới mặt đất trong một nghĩa trang, nhưng không thể làm vậy với một thi thể nằm dưới đáy đại dương. Gia đình Buchanan không chỉ chôn cất người chết của họ, mà còn chôn đi mảnh bằng chứng duy nhất có thể kết tội những kẻ đã sát hại ông.</w:t>
      </w:r>
    </w:p>
    <w:p>
      <w:pPr>
        <w:spacing w:after="80"/>
      </w:pPr>
      <w:r>
        <w:rPr>
          <w:b w:val="0"/>
          <w:i w:val="0"/>
        </w:rPr>
        <w:t>Một phút mặc niệm tiếp theo, sau đó vị thuyền trưởng chào lần nữa trước khi ra lệnh. Giây lát sau, những cánh quạt bắt đầu quay chậm, cho phép con tàu tiếp tục hành trình đến New York.</w:t>
      </w:r>
    </w:p>
    <w:p>
      <w:pPr>
        <w:spacing w:after="80"/>
      </w:pPr>
      <w:r>
        <w:rPr>
          <w:b w:val="0"/>
          <w:i w:val="0"/>
        </w:rPr>
        <w:t>William đứng sang một bên khi gia đình rời đi: bà Buchanan khoác tay Angus, im lặng và kiên định; Hamish và vị bác sĩ đi sau một bước, trò chuyện, như thể đang chế giễu nỗi tang thương. Theo sau là những người còn lại trong gia đình, với Flora Buchanan và vị thuyền trưởng đi cuối cùng. Khi vị chủ tịch mới nhìn thấy William, cô tách ra và tiến lại gần anh.</w:t>
      </w:r>
    </w:p>
    <w:p>
      <w:pPr>
        <w:spacing w:after="80"/>
      </w:pPr>
      <w:r>
        <w:rPr>
          <w:b w:val="0"/>
          <w:i w:val="0"/>
        </w:rPr>
        <w:t>‘Tôi cảm thấy mình nợ anh một lời giải thích,’ cô bình thản nói. William không nghĩ ra được câu trả lời thích hợp và cảm thấy hơi ngượng vì mình đang mặc áo choàng ngủ và đi dép lê trong khi những người khác đều ăn mặc có phần trang trọng. ‘Tại cuộc họp hội đồng quản trị hôm qua,’ cô tiếp tục, ‘các giám đốc đã quyết định thực hiện di nguyện cuối cùng của Fraser – như đã ghi trong di chúc của ông – là được chôn cất trên biển.’</w:t>
      </w:r>
    </w:p>
    <w:p>
      <w:pPr>
        <w:spacing w:after="80"/>
      </w:pPr>
      <w:r>
        <w:rPr>
          <w:b w:val="0"/>
          <w:i w:val="0"/>
        </w:rPr>
        <w:t>‘Dù hẳn cô phải nghi ngờ rằng chính một trong những giám đốc đó là người chịu trách nhiệm cho cái chết đột ngột của ông ấy,’ William nói đầy ẩn ý.</w:t>
      </w:r>
    </w:p>
    <w:p>
      <w:pPr>
        <w:spacing w:after="80"/>
      </w:pPr>
      <w:r>
        <w:rPr>
          <w:b w:val="0"/>
          <w:i w:val="0"/>
        </w:rPr>
        <w:t>‘Chúng tôi đã cân nhắc khả năng đó,’ Flora đáp. ‘Nhưng vì bác sĩ riêng của Fraser đã ký giấy chứng tử xác nhận ông qua đời vì một cơn đau tim, nên gia đình, và đặc biệt là bà Buchanan, quyết định rằng chúng tôi nên thực hiện những mong muốn cuối cùng của ông thay vì đối mặt với một cuộc điều tra kéo dài của cảnh sát. Một cuộc điều tra sẽ cho báo chí đủ đạn dược để gây tổn hại không thể khắc phục cho danh tiếng công ty – điều cuối cùng mà Fraser muốn.’</w:t>
      </w:r>
    </w:p>
    <w:p>
      <w:pPr>
        <w:spacing w:after="80"/>
      </w:pPr>
      <w:r>
        <w:rPr>
          <w:b w:val="0"/>
          <w:i w:val="0"/>
        </w:rPr>
        <w:t>‘Tôi cho rằng điều cuối cùng ông ấy muốn là thấy con trai mình bị trừng phạt vì tội ác mà hắn đã gây ra.’</w:t>
      </w:r>
    </w:p>
    <w:p>
      <w:pPr>
        <w:spacing w:after="80"/>
      </w:pPr>
      <w:r>
        <w:rPr>
          <w:b w:val="0"/>
          <w:i w:val="0"/>
        </w:rPr>
        <w:t>‘Tôi hiểu anh hẳn cảm thấy thế nào, Thanh tra trưởng ạ,’ Flora nói. ‘Vậy nên có lẽ anh sẽ quan tâm khi biết rằng trong số những quyết định khác mà hội đồng đưa ra có việc sa thải Hamish khỏi vị trí giám đốc và cắt đứt với hắn.’</w:t>
      </w:r>
    </w:p>
    <w:p>
      <w:pPr>
        <w:spacing w:after="80"/>
      </w:pPr>
      <w:r>
        <w:rPr>
          <w:b w:val="0"/>
          <w:i w:val="0"/>
        </w:rPr>
        <w:t>‘Để bằng cách nào đó sống sót nhờ một khối tài sản thừa kế khổng lồ,’ William cay đắng nói.</w:t>
      </w:r>
    </w:p>
    <w:p>
      <w:pPr>
        <w:spacing w:after="80"/>
      </w:pPr>
      <w:r>
        <w:rPr>
          <w:b w:val="0"/>
          <w:i w:val="0"/>
        </w:rPr>
        <w:t>‘Thật đáng tiếc là không,’ vị chủ tịch nói. ‘Thứ duy nhất mà cha cậu ấy để lại cho cậu ấy, như cậu ấy sẽ phát hiện khi bản di chúc được đọc vào cuối ngày hôm nay, là một chiếc la bàn — một ẩn dụ mà tôi chắc các vị sẽ thấy thú vị.’</w:t>
      </w:r>
    </w:p>
    <w:p>
      <w:pPr>
        <w:spacing w:after="80"/>
      </w:pPr>
      <w:r>
        <w:rPr>
          <w:b w:val="0"/>
          <w:i w:val="0"/>
        </w:rPr>
        <w:t>‘Còn vị bác sĩ tốt bụng kia thì sao?’</w:t>
      </w:r>
    </w:p>
    <w:p>
      <w:pPr>
        <w:spacing w:after="80"/>
      </w:pPr>
      <w:r>
        <w:rPr>
          <w:b w:val="0"/>
          <w:i w:val="0"/>
        </w:rPr>
        <w:t>‘Ông ta đã từ chức trước khi bị sa thải. Cá nhân tôi cũng sẽ đảm bảo rằng ông ta sẽ không được bất kỳ ai hỏi thăm chúng ta về lý lịch làm việc thuê ông ta nữa.’</w:t>
      </w:r>
    </w:p>
    <w:p>
      <w:pPr>
        <w:spacing w:after="80"/>
      </w:pPr>
      <w:r>
        <w:rPr>
          <w:b w:val="0"/>
          <w:i w:val="0"/>
        </w:rPr>
        <w:t>Khi Flora quay người bước đi, William khẽ hỏi, ‘Cô phát hiện ra sự thật từ khi nào vậy?’</w:t>
      </w:r>
    </w:p>
    <w:p>
      <w:pPr>
        <w:spacing w:after="80"/>
      </w:pPr>
      <w:r>
        <w:rPr>
          <w:b w:val="0"/>
          <w:i w:val="0"/>
        </w:rPr>
        <w:t>‘Cậu James trẻ tuổi rất ngưỡng mộ ngài, thưa Tổng thanh tra, như tôi chắc ngài cũng biết. Tuy nhiên, sau một chút dỗ dành, cậu ấy không thể cưỡng lại việc cho tôi biết ngài đã chứng minh được anh trai tôi không chết vì đau tim như thế nào.’</w:t>
      </w:r>
    </w:p>
    <w:p>
      <w:pPr>
        <w:spacing w:after="80"/>
      </w:pPr>
      <w:r>
        <w:rPr>
          <w:b w:val="0"/>
          <w:i w:val="0"/>
        </w:rPr>
        <w:t>William lẽ ra phải nhận ra rằng, suy cho cùng, máu vẫn luôn đặc hơn nước. Trong trường hợp này, là nước biển.</w:t>
      </w:r>
    </w:p>
    <w:p>
      <w:pPr>
        <w:spacing w:after="80"/>
      </w:pPr>
      <w:r>
        <w:rPr>
          <w:b w:val="0"/>
          <w:i w:val="0"/>
        </w:rPr>
        <w:t>‘Đừng trách cậu bé,’ Flora nói. ‘Tất cả chúng ta đều đã học được rất nhiều điều về chính mình trong chuyến đi này.’</w:t>
      </w:r>
    </w:p>
    <w:p>
      <w:pPr>
        <w:spacing w:after="80"/>
      </w:pPr>
      <w:r>
        <w:rPr>
          <w:b w:val="0"/>
          <w:i w:val="0"/>
        </w:rPr>
        <w:t>‘Cô đã học được điều gì?’</w:t>
      </w:r>
    </w:p>
    <w:p>
      <w:pPr>
        <w:spacing w:after="80"/>
      </w:pPr>
      <w:r>
        <w:rPr>
          <w:b w:val="0"/>
          <w:i w:val="0"/>
        </w:rPr>
        <w:t>‘Rằng nếu có thời gian, James sẽ trở thành một vị chủ tịch xuất sắc của hãng tàu Pilgrim Line. Đó chính xác là điều mà ông nội cậu ấy, cầu cho ông được yên nghỉ, hằng mong muốn.’</w:t>
      </w:r>
    </w:p>
    <w:p>
      <w:pPr>
        <w:spacing w:after="80"/>
        <w:jc w:val="center"/>
      </w:pPr>
      <w:r>
        <w:rPr>
          <w:b w:val="0"/>
          <w:i w:val="0"/>
        </w:rPr>
        <w:t>• • •</w:t>
      </w:r>
    </w:p>
    <w:p>
      <w:pPr>
        <w:spacing w:after="80"/>
      </w:pPr>
      <w:r>
        <w:rPr>
          <w:b w:val="0"/>
          <w:i w:val="0"/>
        </w:rPr>
        <w:t>William trở về cabin của mình và lẻn trở lại giường, nhẹ nhõm khi thấy Beth đang ngủ say. Vài giờ sau, anh bị đánh thức bởi một tiếng gõ nhẹ lên cửa.</w:t>
      </w:r>
    </w:p>
    <w:p>
      <w:pPr>
        <w:spacing w:after="80"/>
      </w:pPr>
      <w:r>
        <w:rPr>
          <w:b w:val="0"/>
          <w:i w:val="0"/>
        </w:rPr>
        <w:t>Beth, người đã mặc đồ xong, mở cửa và được chào đón bởi một sĩ quan trẻ. Anh ta chào và nói, ‘Chào buổi sáng, thưa bà. Đô đốc muốn hỏi liệu bà và Tổng thanh tra Warwick có muốn cùng ông ấy lên đài chỉ huy vào khoảng mười giờ không, khi chúng ta sẽ tiến vào cảng New York.’</w:t>
      </w:r>
    </w:p>
    <w:p>
      <w:pPr>
        <w:spacing w:after="80"/>
      </w:pPr>
      <w:r>
        <w:rPr>
          <w:b w:val="0"/>
          <w:i w:val="0"/>
        </w:rPr>
        <w:t>‘Chắc chắn rồi,’ Beth nói, không giấu nổi sự phấn khích. ‘Ông ấy thật tử tế.’</w:t>
      </w:r>
    </w:p>
    <w:p>
      <w:pPr>
        <w:spacing w:after="80"/>
      </w:pPr>
      <w:r>
        <w:rPr>
          <w:b w:val="0"/>
          <w:i w:val="0"/>
        </w:rPr>
        <w:t>William ngồi dậy trên giường, định phản đối thì nhìn thấy vẻ mặt của Beth.</w:t>
      </w:r>
    </w:p>
    <w:p>
      <w:pPr>
        <w:spacing w:after="80"/>
        <w:jc w:val="center"/>
      </w:pPr>
      <w:r>
        <w:rPr>
          <w:b w:val="0"/>
          <w:i w:val="0"/>
        </w:rPr>
        <w:t>• • •</w:t>
      </w:r>
    </w:p>
    <w:p>
      <w:pPr>
        <w:spacing w:after="80"/>
      </w:pPr>
      <w:r>
        <w:rPr>
          <w:b w:val="0"/>
          <w:i w:val="0"/>
        </w:rPr>
        <w:t>‘Cô đúng là một con yêu tinh không biết xấu hổ,’ William nói khi bước ra khỏi phòng tắm và thấy vợ mình đang ngắm mình trong gương.</w:t>
      </w:r>
    </w:p>
    <w:p>
      <w:pPr>
        <w:spacing w:after="80"/>
      </w:pPr>
      <w:r>
        <w:rPr>
          <w:b w:val="0"/>
          <w:i w:val="0"/>
        </w:rPr>
        <w:t>‘Con biết,’ Beth nói, ‘nhưng con không thể cưỡng lại được.’</w:t>
      </w:r>
    </w:p>
    <w:p>
      <w:pPr>
        <w:spacing w:after="80"/>
      </w:pPr>
      <w:r>
        <w:rPr>
          <w:b w:val="0"/>
          <w:i w:val="0"/>
        </w:rPr>
        <w:t>‘Bao nhiêu?’ William hỏi, dù cố kìm nén nhưng anh vẫn không khỏi trầm trồ trước chiếc vòng cổ mà lần cuối anh thấy được trưng bày trong tủ kính của cửa hàng quà tặng.</w:t>
      </w:r>
    </w:p>
    <w:p>
      <w:pPr>
        <w:spacing w:after="80"/>
      </w:pPr>
      <w:r>
        <w:rPr>
          <w:b w:val="0"/>
          <w:i w:val="0"/>
        </w:rPr>
        <w:t>‘Chín trăm chín mươi lăm bảng,’ Beth nói, chẳng chút vẻ gì là xấu hổ.</w:t>
      </w:r>
    </w:p>
    <w:p>
      <w:pPr>
        <w:spacing w:after="80"/>
      </w:pPr>
      <w:r>
        <w:rPr>
          <w:b w:val="0"/>
          <w:i w:val="0"/>
        </w:rPr>
        <w:t>‘Thế còn năm bảng thừa thì anh được gì? Một chiếc Rolex Submariner chăng, hay một chiếc nhẫn vĩnh cửu vàng mười tám cara?’</w:t>
      </w:r>
    </w:p>
    <w:p>
      <w:pPr>
        <w:spacing w:after="80"/>
      </w:pPr>
      <w:r>
        <w:rPr>
          <w:b w:val="0"/>
          <w:i w:val="0"/>
        </w:rPr>
        <w:t>‘E là không có đâu. Họ chỉ xoay được một đôi nẹp cổ áo bằng nhựa, loại cao cấp nhất, cô nhân viên bán hàng cam đoan với con như thế. Con coi chiếc vòng cổ là một chút đền bù nho nhỏ cho một người phụ nữ bị chồng bỏ rơi suốt cả ngày rồi biến mất vào giữa đêm,’ Beth nói trong khi vòng tay qua cổ anh.</w:t>
      </w:r>
    </w:p>
    <w:p>
      <w:pPr>
        <w:spacing w:after="80"/>
      </w:pPr>
      <w:r>
        <w:rPr>
          <w:b w:val="0"/>
          <w:i w:val="0"/>
        </w:rPr>
        <w:t>‘Thế cũng không làm em bớt cái tật không biết xấu hổ đâu.’</w:t>
      </w:r>
    </w:p>
    <w:p>
      <w:pPr>
        <w:spacing w:after="80"/>
      </w:pPr>
      <w:r>
        <w:rPr>
          <w:b w:val="0"/>
          <w:i w:val="0"/>
        </w:rPr>
        <w:t>‘Thế anh đã đi đâu vào giữa đêm?’</w:t>
      </w:r>
    </w:p>
    <w:p>
      <w:pPr>
        <w:spacing w:after="80"/>
      </w:pPr>
      <w:r>
        <w:rPr>
          <w:b w:val="0"/>
          <w:i w:val="0"/>
        </w:rPr>
        <w:t>‘Đến chứng kiến lễ thủy táng của Fraser Buchanan.’</w:t>
      </w:r>
    </w:p>
    <w:p>
      <w:pPr>
        <w:spacing w:after="80"/>
      </w:pPr>
      <w:r>
        <w:rPr>
          <w:b w:val="0"/>
          <w:i w:val="0"/>
        </w:rPr>
        <w:t>‘Nhưng em tưởng—’</w:t>
      </w:r>
    </w:p>
    <w:p>
      <w:pPr>
        <w:spacing w:after="80"/>
      </w:pPr>
      <w:r>
        <w:rPr>
          <w:b w:val="0"/>
          <w:i w:val="0"/>
        </w:rPr>
        <w:t>‘Anh cũng tưởng thế.’</w:t>
      </w:r>
    </w:p>
    <w:p>
      <w:pPr>
        <w:spacing w:after="80"/>
      </w:pPr>
      <w:r>
        <w:rPr>
          <w:b w:val="0"/>
          <w:i w:val="0"/>
        </w:rPr>
        <w:t>‘Họ khéo thật,’ Beth nói, khi William nhét một chiếc nẹp cổ áo vào cổ sơ mi. ‘Như vậy sẽ không có khám nghiệm tử thi, không có xét xử và không có dư luận bất lợi.’</w:t>
      </w:r>
    </w:p>
    <w:p>
      <w:pPr>
        <w:spacing w:after="80"/>
      </w:pPr>
      <w:r>
        <w:rPr>
          <w:b w:val="0"/>
          <w:i w:val="0"/>
        </w:rPr>
        <w:t>‘Và cũng không có công lý,’ William nói.</w:t>
      </w:r>
    </w:p>
    <w:p>
      <w:pPr>
        <w:spacing w:after="80"/>
      </w:pPr>
      <w:r>
        <w:rPr>
          <w:b w:val="0"/>
          <w:i w:val="0"/>
        </w:rPr>
        <w:t>Có tiếng gõ cửa, Beth ra mở và thấy viên sĩ quan trẻ đã quay lại. ‘Thưa bà, thuyền trưởng bảo tôi hộ tống bà và chồng bà lên đài chỉ huy.’</w:t>
      </w:r>
    </w:p>
    <w:p>
      <w:pPr>
        <w:spacing w:after="80"/>
      </w:pPr>
      <w:r>
        <w:rPr>
          <w:b w:val="0"/>
          <w:i w:val="0"/>
        </w:rPr>
        <w:t>‘Cảm ơn anh,’ Beth nói, khoác tay viên sĩ quan, để William tự lấy áo khoác và đóng cửa rồi mới đuổi kịp họ.</w:t>
      </w:r>
    </w:p>
    <w:p>
      <w:pPr>
        <w:spacing w:after="80"/>
      </w:pPr>
      <w:r>
        <w:rPr>
          <w:b w:val="0"/>
          <w:i w:val="0"/>
        </w:rPr>
        <w:t>‘Nếu cho phép tôi nói, thưa bà Warwick, chiếc vòng cổ bà đang đeo thật tinh xảo.’</w:t>
      </w:r>
    </w:p>
    <w:p>
      <w:pPr>
        <w:spacing w:after="80"/>
      </w:pPr>
      <w:r>
        <w:rPr>
          <w:b w:val="0"/>
          <w:i w:val="0"/>
        </w:rPr>
        <w:t>‘Quà của chồng tôi đấy,’ Beth nói, điều đó ít ra cũng khiến William mỉm cười.</w:t>
      </w:r>
    </w:p>
    <w:p>
      <w:pPr>
        <w:spacing w:after="80"/>
      </w:pPr>
      <w:r>
        <w:rPr>
          <w:b w:val="0"/>
          <w:i w:val="0"/>
        </w:rPr>
        <w:t>William có thể chỉ miễn cưỡng nhận lời mời của vị đô đốc để cùng ông ấy lên tàu, nhưng ngay khoảnh khắc bước lên đài chỉ huy, cậu đã đổi ý. Cậu bị mê hoặc bởi kích thước khổng lồ của những bảng điều khiển trải dài từ bên này sang bên kia boong tàu, cho phép vị đô đốc có tầm nhìn toàn cảnh mọi thứ đang diễn ra xung quanh, bao gồm cả một dãy tín hiệu nhấp nháy mà các sĩ quan trẻ đầy cảnh giác đang chăm chú theo dõi. William lắng nghe những mệnh lệnh yên tĩnh và hiệu quả được viên sĩ quan trực ca đưa xuống phòng máy bên dưới.</w:t>
      </w:r>
    </w:p>
    <w:p>
      <w:pPr>
        <w:spacing w:after="80"/>
      </w:pPr>
      <w:r>
        <w:rPr>
          <w:b w:val="0"/>
          <w:i w:val="0"/>
        </w:rPr>
        <w:t>Cậu cũng để ý thấy mọi người trên boong đều đeo băng tang đen trên tay áo.</w:t>
      </w:r>
    </w:p>
    <w:p>
      <w:pPr>
        <w:spacing w:after="80"/>
      </w:pPr>
      <w:r>
        <w:rPr>
          <w:b w:val="0"/>
          <w:i w:val="0"/>
        </w:rPr>
        <w:t>"Mọi thứ giờ đều điện tử cả," viên thiếu úy nói, cắt ngang dòng suy nghĩ của cậu. "Dù vậy chúng tôi vẫn còn hai sĩ quan đang phục vụ, kể cả vị đô đốc, những người đã bắt đầu sự nghiệp hàng hải của mình với một công ty tàu hơi nước."</w:t>
      </w:r>
    </w:p>
    <w:p>
      <w:pPr>
        <w:spacing w:after="80"/>
      </w:pPr>
      <w:r>
        <w:rPr>
          <w:b w:val="0"/>
          <w:i w:val="0"/>
        </w:rPr>
        <w:t>"Ai là người chỉ huy?" cậu thì thầm hỏi viên thiếu úy.</w:t>
      </w:r>
    </w:p>
    <w:p>
      <w:pPr>
        <w:spacing w:after="80"/>
      </w:pPr>
      <w:r>
        <w:rPr>
          <w:b w:val="0"/>
          <w:i w:val="0"/>
        </w:rPr>
        <w:t>"Thuyền trưởng Maitland, viên sĩ quan trực ca."</w:t>
      </w:r>
    </w:p>
    <w:p>
      <w:pPr>
        <w:spacing w:after="80"/>
      </w:pPr>
      <w:r>
        <w:rPr>
          <w:b w:val="0"/>
          <w:i w:val="0"/>
        </w:rPr>
        <w:t>"Không phải vị đô đốc sao?" William hỏi, vì cậu đã để ý thấy ông ấy đang đứng lùi lại vài bước, thụ động, mắt không ngừng quan sát, hai tay khoanh sau lưng.</w:t>
      </w:r>
    </w:p>
    <w:p>
      <w:pPr>
        <w:spacing w:after="80"/>
      </w:pPr>
      <w:r>
        <w:rPr>
          <w:b w:val="0"/>
          <w:i w:val="0"/>
        </w:rPr>
        <w:t>"Chắc chắn là không. Ông ấy chỉ tiếp quản khi có tình huống khẩn cấp."</w:t>
      </w:r>
    </w:p>
    <w:p>
      <w:pPr>
        <w:spacing w:after="80"/>
      </w:pPr>
      <w:r>
        <w:rPr>
          <w:b w:val="0"/>
          <w:i w:val="0"/>
        </w:rPr>
        <w:t>"Như thế nào?" Beth hỏi.</w:t>
      </w:r>
    </w:p>
    <w:p>
      <w:pPr>
        <w:spacing w:after="80"/>
      </w:pPr>
      <w:r>
        <w:rPr>
          <w:b w:val="0"/>
          <w:i w:val="0"/>
        </w:rPr>
        <w:t xml:space="preserve">"Một cơn bão cấp gió mạnh, hoặc nếu viên sĩ quan trực ca say rượu, hoặc nếu có một thành viên hoàng gia hiện diện. Tôi chưa từng thấy ông ấy tiếp quản chỉ huy trong suốt bốn năm tôi ở trên tàu </w:t>
      </w:r>
      <w:r>
        <w:rPr>
          <w:b w:val="0"/>
          <w:i/>
        </w:rPr>
        <w:t>Alden</w:t>
      </w:r>
      <w:r>
        <w:rPr>
          <w:b w:val="0"/>
          <w:i w:val="0"/>
        </w:rPr>
        <w:t>."</w:t>
      </w:r>
    </w:p>
    <w:p>
      <w:pPr>
        <w:spacing w:after="80"/>
      </w:pPr>
      <w:r>
        <w:rPr>
          <w:b w:val="0"/>
          <w:i w:val="0"/>
        </w:rPr>
        <w:t>"Khi nào thì anh sẽ trở thành sĩ quan trực ca?" cô hỏi.</w:t>
      </w:r>
    </w:p>
    <w:p>
      <w:pPr>
        <w:spacing w:after="80"/>
      </w:pPr>
      <w:r>
        <w:rPr>
          <w:b w:val="0"/>
          <w:i w:val="0"/>
        </w:rPr>
        <w:t xml:space="preserve">"Còn lâu nữa, thưa bà. Thỉnh thoảng tôi được thay thế viên sĩ quan nhì vào giữa đêm, nhưng chỉ khi chúng tôi ở rất xa bờ, biển lặng và không có dấu hiệu của tàu nào khác. Tàu </w:t>
      </w:r>
      <w:r>
        <w:rPr>
          <w:b w:val="0"/>
          <w:i/>
        </w:rPr>
        <w:t>Titanic</w:t>
      </w:r>
      <w:r>
        <w:rPr>
          <w:b w:val="0"/>
          <w:i w:val="0"/>
        </w:rPr>
        <w:t xml:space="preserve"> vẫn luôn nhắc nhở mỗi thủy thủ rằng biển cả phải được đối xử với sự tôn trọng, nên khi tôi được giao quyền chỉ huy thì ngay cả viên hoa tiêu cũng luôn để mắt canh chừng tôi. Nhắc mới nhớ, thưa Tổng thanh tra: viên hoa tiêu cấp cao, người đang cầm lái sáng nay, rất muốn gặp ông, vì có vẻ như hai người có chung một người bạn."</w:t>
      </w:r>
    </w:p>
    <w:p>
      <w:pPr>
        <w:spacing w:after="80"/>
      </w:pPr>
      <w:r>
        <w:rPr>
          <w:b w:val="0"/>
          <w:i w:val="0"/>
        </w:rPr>
        <w:t>"Tôi tự hỏi đó có thể là ai," Beth nói, khi viên thiếu úy đưa họ băng qua chỗ bánh lái và giới thiệu họ với Thủy thủ giỏi Ned Turnbull.</w:t>
      </w:r>
    </w:p>
    <w:p>
      <w:pPr>
        <w:spacing w:after="80"/>
      </w:pPr>
      <w:r>
        <w:rPr>
          <w:b w:val="0"/>
          <w:i w:val="0"/>
        </w:rPr>
        <w:t>Viên hoa tiêu cấp cao rời một tay khỏi bánh lái, bắt tay William và nói: "Chào mừng ông đến đài chỉ huy."</w:t>
      </w:r>
    </w:p>
    <w:p>
      <w:pPr>
        <w:spacing w:after="80"/>
      </w:pPr>
      <w:r>
        <w:rPr>
          <w:b w:val="0"/>
          <w:i w:val="0"/>
        </w:rPr>
        <w:t>"Tôi hiểu rằng chúng ta có một người bạn chung," William nói.</w:t>
      </w:r>
    </w:p>
    <w:p>
      <w:pPr>
        <w:spacing w:after="80"/>
      </w:pPr>
      <w:r>
        <w:rPr>
          <w:b w:val="0"/>
          <w:i w:val="0"/>
        </w:rPr>
        <w:t xml:space="preserve">"Đúng vậy. Tôi nghĩ ông biết Ee by gum," viên hoa tiêu nói, điều này chỉ khiến William nở nụ cười bối rối, khiến viên hoa tiêu nói thêm: "Thuyền trưởng Ralph Neville, người mà tôi rất mong được gặp lại. Chúng tôi từng phục vụ cùng nhau trên tàu </w:t>
      </w:r>
      <w:r>
        <w:rPr>
          <w:b w:val="0"/>
          <w:i/>
        </w:rPr>
        <w:t>Illustrious</w:t>
      </w:r>
      <w:r>
        <w:rPr>
          <w:b w:val="0"/>
          <w:i w:val="0"/>
        </w:rPr>
        <w:t>, trong cuộc khủng hoảng Falklands. Phải nói rằng, hồi đó anh ấy chỉ là một thủy thủ giỏi thôi."</w:t>
      </w:r>
    </w:p>
    <w:p>
      <w:pPr>
        <w:spacing w:after="80"/>
      </w:pPr>
      <w:r>
        <w:rPr>
          <w:b w:val="0"/>
          <w:i w:val="0"/>
        </w:rPr>
        <w:t>"Ee by gum?" Beth lặp lại, vẫn chẳng hiểu gì hơn.</w:t>
      </w:r>
    </w:p>
    <w:p>
      <w:pPr>
        <w:spacing w:after="80"/>
      </w:pPr>
      <w:r>
        <w:rPr>
          <w:b w:val="0"/>
          <w:i w:val="0"/>
        </w:rPr>
        <w:t>‘Đó là biệt danh của anh ấy dưới boong tàu, vì giọng Yorkshire đặc sệt của anh ấy, và vì niềm tin rằng Sir Leonard Hutton chắc chắn là người Anh vĩ đại nhất còn sống. Chúng tôi mất liên lạc sau khi anh ấy cưới một cô gái người Úc và sang sống ở Perth. Nhớ chuyển lời chúc tốt đẹp nhất của tôi nếu cậu có dịp gặp lại anh ấy.’</w:t>
      </w:r>
    </w:p>
    <w:p>
      <w:pPr>
        <w:spacing w:after="80"/>
      </w:pPr>
      <w:r>
        <w:rPr>
          <w:b w:val="0"/>
          <w:i w:val="0"/>
        </w:rPr>
        <w:t>‘Chắc chắn rồi,’ William nói.</w:t>
      </w:r>
    </w:p>
    <w:p>
      <w:pPr>
        <w:spacing w:after="80"/>
      </w:pPr>
      <w:r>
        <w:rPr>
          <w:b w:val="0"/>
          <w:i w:val="0"/>
        </w:rPr>
        <w:t>‘Cậu không được bỏ lỡ Tượng Nữ thần Tự do đâu,’ viên sĩ quan hải quân nói, khi dẫn Beth và William sang mạn phải con tàu.</w:t>
      </w:r>
    </w:p>
    <w:p>
      <w:pPr>
        <w:spacing w:after="80"/>
      </w:pPr>
      <w:r>
        <w:rPr>
          <w:b w:val="0"/>
          <w:i w:val="0"/>
        </w:rPr>
        <w:t>Cả hai đều nhìn về hướng bức tượng biểu tượng ấy, nhưng họ không nhìn vào nó.</w:t>
      </w:r>
    </w:p>
    <w:p>
      <w:pPr>
        <w:spacing w:after="80"/>
      </w:pPr>
      <w:r>
        <w:rPr>
          <w:b w:val="0"/>
          <w:i w:val="0"/>
        </w:rPr>
        <w:t>‘Em đã làm mình ra ngu ngốc quá,’ Beth thì thầm. ‘Lẽ ra ngay từ đầu em phải nghe lời anh.’</w:t>
      </w:r>
    </w:p>
    <w:p>
      <w:pPr>
        <w:spacing w:after="80"/>
      </w:pPr>
      <w:r>
        <w:rPr>
          <w:b w:val="0"/>
          <w:i w:val="0"/>
        </w:rPr>
        <w:t>‘Em vốn là một người luôn tin tưởng người khác,’ William nói. ‘Đó là một trong nhiều lý do anh yêu em. Và công bằng mà nói, chắc Christina đã nói dối không chớp mắt suốt cả năm qua.’</w:t>
      </w:r>
    </w:p>
    <w:p>
      <w:pPr>
        <w:spacing w:after="80"/>
      </w:pPr>
      <w:r>
        <w:rPr>
          <w:b w:val="0"/>
          <w:i w:val="0"/>
        </w:rPr>
        <w:t>‘Em đang thiếu một điều gì đó, phải không?’ Beth nói. ‘Ralph Neville nắm được điểm yếu gì của Christina khiến cô ta ngoan ngoãn nghe theo một cách thuận tiện đến thế?’</w:t>
      </w:r>
    </w:p>
    <w:p>
      <w:pPr>
        <w:spacing w:after="80"/>
      </w:pPr>
      <w:r>
        <w:rPr>
          <w:b w:val="0"/>
          <w:i w:val="0"/>
        </w:rPr>
        <w:t>‘Sai câu hỏi rồi.’</w:t>
      </w:r>
    </w:p>
    <w:p>
      <w:pPr>
        <w:spacing w:after="80"/>
      </w:pPr>
      <w:r>
        <w:rPr>
          <w:b w:val="0"/>
          <w:i w:val="0"/>
        </w:rPr>
        <w:t>‘Vậy câu hỏi đúng là gì?’</w:t>
      </w:r>
    </w:p>
    <w:p>
      <w:pPr>
        <w:spacing w:after="80"/>
      </w:pPr>
      <w:r>
        <w:rPr>
          <w:b w:val="0"/>
          <w:i w:val="0"/>
        </w:rPr>
        <w:t>‘Tại sao Christina lại sẵn lòng nhường vé của cô ta cho chuyến đi này đến vậy?’</w:t>
      </w:r>
    </w:p>
    <w:p>
      <w:pPr>
        <w:spacing w:after="80"/>
      </w:pPr>
      <w:r>
        <w:rPr>
          <w:b w:val="0"/>
          <w:i w:val="0"/>
        </w:rPr>
        <w:t>‘Và câu trả lời?’</w:t>
      </w:r>
    </w:p>
    <w:p>
      <w:pPr>
        <w:spacing w:after="80"/>
      </w:pPr>
      <w:r>
        <w:rPr>
          <w:b w:val="0"/>
          <w:i w:val="0"/>
        </w:rPr>
        <w:t>‘Ralph không thể để bị ai đó từng phục vụ cùng Thuyền trưởng Neville thật nhìn thấy trên tàu.’</w:t>
      </w:r>
    </w:p>
    <w:p>
      <w:pPr>
        <w:spacing w:after="80"/>
      </w:pPr>
      <w:r>
        <w:rPr>
          <w:b w:val="0"/>
          <w:i w:val="0"/>
        </w:rPr>
        <w:t>‘Nhưng Christina nói với em là họ sắp kết hôn.’</w:t>
      </w:r>
    </w:p>
    <w:p>
      <w:pPr>
        <w:spacing w:after="80"/>
      </w:pPr>
      <w:r>
        <w:rPr>
          <w:b w:val="0"/>
          <w:i w:val="0"/>
        </w:rPr>
        <w:t>‘Đúng là cô ta sắp kết hôn, nhưng với ai mới được chứ?’</w:t>
      </w:r>
    </w:p>
    <w:p>
      <w:pPr>
        <w:spacing w:after="80"/>
      </w:pPr>
      <w:r>
        <w:rPr>
          <w:b w:val="0"/>
          <w:i w:val="0"/>
        </w:rPr>
        <w:t>Beth nhìn William một lúc lâu trước khi nói: ‘Anh biết chuyện này bao lâu rồi?’</w:t>
      </w:r>
    </w:p>
    <w:p>
      <w:pPr>
        <w:spacing w:after="80"/>
      </w:pPr>
      <w:r>
        <w:rPr>
          <w:b w:val="0"/>
          <w:i w:val="0"/>
        </w:rPr>
        <w:t>William xem đồng hồ. ‘Ee by gum. Anh chỉ mới chắc chắn được khoảng mười phút thôi.’</w:t>
      </w:r>
    </w:p>
    <w:p>
      <w:pPr>
        <w:spacing w:after="80"/>
        <w:jc w:val="center"/>
      </w:pPr>
      <w:r>
        <w:rPr>
          <w:b w:val="0"/>
          <w:i w:val="0"/>
        </w:rPr>
        <w:t>• • •</w:t>
      </w:r>
    </w:p>
    <w:p>
      <w:pPr>
        <w:spacing w:after="80"/>
      </w:pPr>
      <w:r>
        <w:rPr>
          <w:b w:val="0"/>
          <w:i w:val="0"/>
        </w:rPr>
        <w:t>Beth muốn bay thẳng về Anh để đối chất với Christina trước khi đám cưới diễn ra, nhưng William đã khuyên can cô. Anh biết làm vậy chỉ tạo thêm cơ hội cho Faulkner trốn thoát, và nếu hắn trốn được, đó sẽ là điều duy nhất người ta nhớ về sự nghiệp ngắn ngủi và tầm thường của hắn. May thay, Catherine đã vào cuộc và nhất quyết bắt Beth ở lại với họ trong thời gian cô ở New York.</w:t>
      </w:r>
    </w:p>
    <w:p>
      <w:pPr>
        <w:spacing w:after="80"/>
      </w:pPr>
      <w:r>
        <w:rPr>
          <w:b w:val="0"/>
          <w:i w:val="0"/>
        </w:rPr>
        <w:t>"Bảo tàng Met, Frick và MoMA mà lại có hướng dẫn viên riêng cho mình ư?" Catherine nói. "Một cô gái còn đòi hỏi gì hơn thế nữa?"</w:t>
      </w:r>
    </w:p>
    <w:p>
      <w:pPr>
        <w:spacing w:after="80"/>
      </w:pPr>
      <w:r>
        <w:rPr>
          <w:b w:val="0"/>
          <w:i w:val="0"/>
        </w:rPr>
        <w:t>Thẩm phán Whittaker gật đầu đầy vẻ khôn ngoan, nhưng không bình luận gì khi vợ ông nói bà rất sẵn lòng cùng Beth đến Carnegie Hall và ngồi vào chỗ của William trong buổi hòa nhạc của Ella Fitzgerald. Vị thẩm phán không phàn nàn, nhưng cũng phải thôi, vì ông chưa từng nghe nói đến Ella Fitzgerald. Ông chỉ mong mau chóng trở về Anh để một lần nữa chủ tọa phiên xét xử Miles Faulkner, và đã quyết định sẵn mức án của hắn.</w:t>
      </w:r>
    </w:p>
    <w:p>
      <w:pPr>
        <w:spacing w:after="80"/>
      </w:pPr>
      <w:r>
        <w:rPr>
          <w:b w:val="0"/>
          <w:i w:val="0"/>
        </w:rPr>
        <w:t>"Còn Christina thì sao?" Beth hỏi ông.</w:t>
      </w:r>
    </w:p>
    <w:p>
      <w:pPr>
        <w:spacing w:after="80"/>
      </w:pPr>
      <w:r>
        <w:rPr>
          <w:b w:val="0"/>
          <w:i w:val="0"/>
        </w:rPr>
        <w:t>"Tội tiếp tay cho phạm nhân," vị thẩm phán tuyên bố, "dù ông Booth Watson sẽ không khó gỡ được tội đó cho cô ta, miễn là cô ta không đến thăm Đại úy Ralph Neville trong tù."</w:t>
      </w:r>
    </w:p>
    <w:p>
      <w:pPr>
        <w:spacing w:after="80"/>
      </w:pPr>
      <w:r>
        <w:rPr>
          <w:b w:val="0"/>
          <w:i w:val="0"/>
        </w:rPr>
        <w:t>William chỉ mong mau chóng trở về Anh.</w:t>
      </w:r>
    </w:p>
    <w:p>
      <w:pPr>
        <w:spacing w:after="80"/>
        <w:jc w:val="center"/>
      </w:pPr>
      <w:r>
        <w:rPr>
          <w:b w:val="0"/>
          <w:i w:val="0"/>
        </w:rPr>
        <w:t>• • •</w:t>
      </w:r>
    </w:p>
    <w:p>
      <w:pPr>
        <w:spacing w:after="80"/>
      </w:pPr>
      <w:r>
        <w:rPr>
          <w:b w:val="0"/>
          <w:i w:val="0"/>
        </w:rPr>
        <w:t>"Năm ngoái ở London có bao nhiêu vụ giết người?" Chỉ huy Hawksby hỏi khi ngồi vào đầu bàn cho cuộc họp đầu tiên của Đơn vị Điều tra Án mạng Chưa phá được (Unsolved Murders Unit) vừa mới thành lập.</w:t>
      </w:r>
    </w:p>
    <w:p>
      <w:pPr>
        <w:spacing w:after="80"/>
      </w:pPr>
      <w:r>
        <w:rPr>
          <w:b w:val="0"/>
          <w:i w:val="0"/>
        </w:rPr>
        <w:t>"Một trăm tám mươi mốt vụ, thưa sếp," Trung sĩ Thám tử Adaja đáp.</w:t>
      </w:r>
    </w:p>
    <w:p>
      <w:pPr>
        <w:spacing w:after="80"/>
      </w:pPr>
      <w:r>
        <w:rPr>
          <w:b w:val="0"/>
          <w:i w:val="0"/>
        </w:rPr>
        <w:t>"Bao nhiêu trong số đó là án mạng trong gia đình?" The Hawk hỏi, chuyển sự chú ý sang phía bên kia bàn. Dù căn phòng rộng hơn hẳn cái tổ chuột mà cả đội đang làm việc, chiếc bàn ở giữa cũng chỉ vừa đủ chỗ cho sáu người. Một bức ảnh Nữ hoàng treo trên tường sau bàn làm việc của The Hawk, và một chiếc cúp bạc trên kệ sách nhắc nhở họ rằng ông từng là nhà vô địch quyền anh hạng trung của Met.</w:t>
      </w:r>
    </w:p>
    <w:p>
      <w:pPr>
        <w:spacing w:after="80"/>
      </w:pPr>
      <w:r>
        <w:rPr>
          <w:b w:val="0"/>
          <w:i w:val="0"/>
        </w:rPr>
        <w:t>"Ba mươi bốn vụ," Jackie nói.</w:t>
      </w:r>
    </w:p>
    <w:p>
      <w:pPr>
        <w:spacing w:after="80"/>
      </w:pPr>
      <w:r>
        <w:rPr>
          <w:b w:val="0"/>
          <w:i w:val="0"/>
        </w:rPr>
        <w:t>"Và bao nhiêu trong số đó cuối cùng bị kết án?"</w:t>
      </w:r>
    </w:p>
    <w:p>
      <w:pPr>
        <w:spacing w:after="80"/>
      </w:pPr>
      <w:r>
        <w:rPr>
          <w:b w:val="0"/>
          <w:i w:val="0"/>
        </w:rPr>
        <w:t>"Hai mươi chín vụ. Phần lớn bọn họ đều chờ chúng ta đến bắt, số còn lại thì bị bắt trong vòng hai mươi bốn giờ."</w:t>
      </w:r>
    </w:p>
    <w:p>
      <w:pPr>
        <w:spacing w:after="80"/>
      </w:pPr>
      <w:r>
        <w:rPr>
          <w:b w:val="0"/>
          <w:i w:val="0"/>
        </w:rPr>
        <w:t>"Bí quyết là ở đó. Hầu hết các vụ án mạng trong gia đình đều được phá trong hai mươi bốn giờ đầu, cùng lắm là bốn mươi tám giờ," The Hawk nói. "Sau đó, bọn họ bắt đầu nghĩ mình đã thoát tội, và càng ngày càng tự tin hơn."</w:t>
      </w:r>
    </w:p>
    <w:p>
      <w:pPr>
        <w:spacing w:after="80"/>
      </w:pPr>
      <w:r>
        <w:rPr>
          <w:b w:val="0"/>
          <w:i w:val="0"/>
        </w:rPr>
        <w:t>"Điều đó đúng hẳn trong trường hợp của ông Clive Pugh," Jackie nói, mở tập hồ sơ của mình. "Hắn giết vợ mình vài tháng sau khi mua gói bảo hiểm nhân thọ trị giá một triệu bảng cho bà ấy, và được thưởng hậu hĩnh vì công sức bỏ ra."</w:t>
      </w:r>
    </w:p>
    <w:p>
      <w:pPr>
        <w:spacing w:after="80"/>
      </w:pPr>
      <w:r>
        <w:rPr>
          <w:b w:val="0"/>
          <w:i w:val="0"/>
        </w:rPr>
        <w:t>‘Sao ông ta không bị kết án?’ The Hawk chất vấn.</w:t>
      </w:r>
    </w:p>
    <w:p>
      <w:pPr>
        <w:spacing w:after="80"/>
      </w:pPr>
      <w:r>
        <w:rPr>
          <w:b w:val="0"/>
          <w:i w:val="0"/>
        </w:rPr>
        <w:t>‘Chúng tôi không đủ bằng chứng để buộc tội, nên ông ta thoát tội giết người một cách trắng trợn.’</w:t>
      </w:r>
    </w:p>
    <w:p>
      <w:pPr>
        <w:spacing w:after="80"/>
      </w:pPr>
      <w:r>
        <w:rPr>
          <w:b w:val="0"/>
          <w:i w:val="0"/>
        </w:rPr>
        <w:t>‘Vậy thì tìm bằng chứng cần thiết đi, DS Roycroft,’ The Hawk nói. ‘Bởi vì nếu có một điều khiến kẻ sát nhân tiềm năng phải suy nghĩ lại, thì đó chính là ý nghĩ rằng hắn sẽ không thoát tội. Như vậy vẫn còn lại một trăm bốn mươi bảy vụ giết người không thể coi là án trong gia đình. DC Pankhurst, bao nhiêu vụ trong số đó dẫn đến bắt giữ?’</w:t>
      </w:r>
    </w:p>
    <w:p>
      <w:pPr>
        <w:spacing w:after="80"/>
      </w:pPr>
      <w:r>
        <w:rPr>
          <w:b w:val="0"/>
          <w:i w:val="0"/>
        </w:rPr>
        <w:t>Rebecca không cần mở tập hồ sơ trước mặt để trả lời câu hỏi của chỉ huy. ‘Một trăm bốn mươi ba, thưa sếp.’</w:t>
      </w:r>
    </w:p>
    <w:p>
      <w:pPr>
        <w:spacing w:after="80"/>
      </w:pPr>
      <w:r>
        <w:rPr>
          <w:b w:val="0"/>
          <w:i w:val="0"/>
        </w:rPr>
        <w:t>‘Bao nhiêu vụ trong số đó kết thúc bằng án tù?’</w:t>
      </w:r>
    </w:p>
    <w:p>
      <w:pPr>
        <w:spacing w:after="80"/>
      </w:pPr>
      <w:r>
        <w:rPr>
          <w:b w:val="0"/>
          <w:i w:val="0"/>
        </w:rPr>
        <w:t>‘Một trăm ba mươi chín, và trong bốn vụ còn lại, chúng ta biết ai là hung thủ, nhưng không đủ bằng chứng vững chắc để thuyết phục Crown Prosecution Service đưa họ ra xét xử.’</w:t>
      </w:r>
    </w:p>
    <w:p>
      <w:pPr>
        <w:spacing w:after="80"/>
      </w:pPr>
      <w:r>
        <w:rPr>
          <w:b w:val="0"/>
          <w:i w:val="0"/>
        </w:rPr>
        <w:t>‘Chi tiết?’ The Hawk yêu cầu.</w:t>
      </w:r>
    </w:p>
    <w:p>
      <w:pPr>
        <w:spacing w:after="80"/>
      </w:pPr>
      <w:r>
        <w:rPr>
          <w:b w:val="0"/>
          <w:i w:val="0"/>
        </w:rPr>
        <w:t>‘Một trong số đó, Max Sleeman, là một kẻ đặc biệt tồi tệ,’ DS Adaja nói, mở hồ sơ vụ án. ‘Hắn là chủ nợ cho vay nặng lãi, và nếu bạn không trả đúng hạn, bạn sẽ bị gãy tay hoặc gãy chân. Và nếu bạn vẫn không trả được, hắn thuê một xe tang, nhưng không trả tiền đám tang.’</w:t>
      </w:r>
    </w:p>
    <w:p>
      <w:pPr>
        <w:spacing w:after="80"/>
      </w:pPr>
      <w:r>
        <w:rPr>
          <w:b w:val="0"/>
          <w:i w:val="0"/>
        </w:rPr>
        <w:t>‘Tôi muốn bắt giữ Sleeman,’ The Hawk nói, ‘và tốt nhất là trước khi kẻ khốn khổ tiếp theo bị thủ tiêu.’</w:t>
      </w:r>
    </w:p>
    <w:p>
      <w:pPr>
        <w:spacing w:after="80"/>
      </w:pPr>
      <w:r>
        <w:rPr>
          <w:b w:val="0"/>
          <w:i w:val="0"/>
        </w:rPr>
        <w:t>‘Đang làm rồi,’ Paul nói.</w:t>
      </w:r>
    </w:p>
    <w:p>
      <w:pPr>
        <w:spacing w:after="80"/>
      </w:pPr>
      <w:r>
        <w:rPr>
          <w:b w:val="0"/>
          <w:i w:val="0"/>
        </w:rPr>
        <w:t>‘Còn ba vụ nữa,’ The Hawk nói. ‘DC Pankhurst, cô có thể cho tôi biết gì về một Darren Carter nào đó?’</w:t>
      </w:r>
    </w:p>
    <w:p>
      <w:pPr>
        <w:spacing w:after="80"/>
      </w:pPr>
      <w:r>
        <w:rPr>
          <w:b w:val="0"/>
          <w:i w:val="0"/>
        </w:rPr>
        <w:t>‘Hắn là bảo vệ ở Eve Club tại Soho,’ Rebecca nói. ‘Nhận tội ngộ sát và chỉ bị hai năm tù. Dù tôi không nghi ngờ gì rằng đó là một vụ giết người có chủ mưu mà hắn thực hiện thay cho chủ câu lạc bộ.’</w:t>
      </w:r>
    </w:p>
    <w:p>
      <w:pPr>
        <w:spacing w:after="80"/>
      </w:pPr>
      <w:r>
        <w:rPr>
          <w:b w:val="0"/>
          <w:i w:val="0"/>
        </w:rPr>
        <w:t>‘Vậy thì tôi muốn hắn quay lại tù. Nguyên tắc không xét xử hai lần không áp dụng nếu có thể đưa ra bằng chứng mới,’ The Hawk nhắc cô. ‘Và, DC Pankhurst, tôi cũng muốn đóng cửa câu lạc bộ và đảm bảo rằng chủ sở hữu không bao giờ xin được giấy phép nữa. Việc đó đủ để cô bận rộn trong thời gian tới. Còn lại hai vụ cuối cùng đã bị bỏ xó quá lâu rồi.’</w:t>
      </w:r>
    </w:p>
    <w:p>
      <w:pPr>
        <w:spacing w:after="80"/>
      </w:pPr>
      <w:r>
        <w:rPr>
          <w:b w:val="0"/>
          <w:i w:val="0"/>
        </w:rPr>
        <w:t>Mọi người ngồi quanh bàn đều biết chính xác chỉ huy đang nói đến vụ nào: Ron Abbott và Terry Roach. Hai tay anh chị cứng từ các băng đảng đối thủ ở East End, đang trong cuộc tranh chấp dai dẳng về việc ai kiểm soát cờ bạc, bảo kê, mại dâm và phân phối ma túy trên địa bàn của chúng.</w:t>
      </w:r>
    </w:p>
    <w:p>
      <w:pPr>
        <w:spacing w:after="80"/>
      </w:pPr>
      <w:r>
        <w:rPr>
          <w:b w:val="0"/>
          <w:i w:val="0"/>
        </w:rPr>
        <w:t>‘Tôi biết các bạn sẽ mừng khi nghe rằng tôi đã để dành hai nhân vật đặc biệt khó ưa đó cho DI Hogan xử lý khi anh ấy gia nhập đơn vị vào tuần tới với tư cách cấp phó của DCI Warwick.’</w:t>
      </w:r>
    </w:p>
    <w:p>
      <w:pPr>
        <w:spacing w:after="80"/>
      </w:pPr>
      <w:r>
        <w:rPr>
          <w:b w:val="0"/>
          <w:i w:val="0"/>
        </w:rPr>
        <w:t>Paul trông có vẻ thất vọng.</w:t>
      </w:r>
    </w:p>
    <w:p>
      <w:pPr>
        <w:spacing w:after="80"/>
      </w:pPr>
      <w:r>
        <w:rPr>
          <w:b w:val="0"/>
          <w:i w:val="0"/>
        </w:rPr>
        <w:t>‘Tuy nhiên,’ The Hawk tiếp tục, ‘đừng có tưởng dù chỉ một giây rằng anh đã thoát đâu nhé, vì tôi muốn có báo cáo chi tiết, bao gồm cả phương án hành động, nằm trên bàn tôi trước khi chúng ta gặp lại nhau vào tuần sau.’ Biros vẫn không ngừng ghi chép. ‘Và nếu anh muốn nghe tin xấu thì tôi vừa nhận được cuộc gọi từ DCI Warwick, máy bay của anh ta đã hạ cánh xuống Heathrow khoảng một giờ trước.’</w:t>
      </w:r>
    </w:p>
    <w:p>
      <w:pPr>
        <w:spacing w:after="80"/>
      </w:pPr>
      <w:r>
        <w:rPr>
          <w:b w:val="0"/>
          <w:i w:val="0"/>
        </w:rPr>
        <w:t>‘Tôi tưởng anh ta còn một tuần nữa mới về chứ,’ DS Adaja nói.</w:t>
      </w:r>
    </w:p>
    <w:p>
      <w:pPr>
        <w:spacing w:after="80"/>
      </w:pPr>
      <w:r>
        <w:rPr>
          <w:b w:val="0"/>
          <w:i w:val="0"/>
        </w:rPr>
        <w:t>‘Đúng là vậy. Nhưng anh ta định sẽ là sĩ quan trực tiếp bắt giữ Miles Faulkner.’</w:t>
      </w:r>
    </w:p>
    <w:p>
      <w:pPr>
        <w:spacing w:after="80"/>
      </w:pPr>
      <w:r>
        <w:rPr>
          <w:b w:val="0"/>
          <w:i w:val="0"/>
        </w:rPr>
        <w:t>‘Việc đó có lẽ hơi khó đấy,’ Jackie nói, ‘vì cả hai chúng tôi đều đã dự đám tang của Faulkner ở Geneva và tận mắt chứng kiến việc hỏa táng ông ta.’</w:t>
      </w:r>
    </w:p>
    <w:p>
      <w:pPr>
        <w:spacing w:after="80"/>
      </w:pPr>
      <w:r>
        <w:rPr>
          <w:b w:val="0"/>
          <w:i w:val="0"/>
        </w:rPr>
        <w:t>‘Từ then chốt là "dự",’ The Hawk nói. ‘Nhưng tro cốt trong bình khi vị linh mục trao lại cho bà Faulkner là của ai thì vẫn còn là một bí ẩn.’</w:t>
      </w:r>
    </w:p>
    <w:p>
      <w:pPr>
        <w:spacing w:after="80"/>
      </w:pPr>
      <w:r>
        <w:rPr>
          <w:b w:val="0"/>
          <w:i w:val="0"/>
        </w:rPr>
        <w:t>‘Sao ông lại nghĩ đó không phải là tro cốt của Faulkner?’ Jackie phản bác đầy phòng thủ.</w:t>
      </w:r>
    </w:p>
    <w:p>
      <w:pPr>
        <w:spacing w:after="80"/>
      </w:pPr>
      <w:r>
        <w:rPr>
          <w:b w:val="0"/>
          <w:i w:val="0"/>
        </w:rPr>
        <w:t>‘Một bức tranh của Raphael mà chúng ta biết Faulkner từng coi là ngôi sao trong bộ sưu tập của ông ta gần đây đã được đưa ra đấu giá tại Christie's, và được bán với giá 2,2 triệu bảng Anh.’</w:t>
      </w:r>
    </w:p>
    <w:p>
      <w:pPr>
        <w:spacing w:after="80"/>
      </w:pPr>
      <w:r>
        <w:rPr>
          <w:b w:val="0"/>
          <w:i w:val="0"/>
        </w:rPr>
        <w:t>‘Điều đó đâu chứng minh được ông ta còn sống,’ Paul nói, cố tình đóng vai người phản biện.</w:t>
      </w:r>
    </w:p>
    <w:p>
      <w:pPr>
        <w:spacing w:after="80"/>
      </w:pPr>
      <w:r>
        <w:rPr>
          <w:b w:val="0"/>
          <w:i w:val="0"/>
        </w:rPr>
        <w:t>‘Tôi sẽ đồng ý với anh, DS Adaja, nếu DCI Warwick không tận mắt thấy bức tranh đó treo trong nhà Faulkner ở Monte Carlo cách đây không lâu. Điều đó cho thấy bức tranh được bán tại buổi đấu giá là bản sao, và vì người bán có đầy đủ giấy tờ xác thực để chứng minh nguồn gốc, nên ngay cả các chuyên gia cũng bị lừa.’</w:t>
      </w:r>
    </w:p>
    <w:p>
      <w:pPr>
        <w:spacing w:after="80"/>
      </w:pPr>
      <w:r>
        <w:rPr>
          <w:b w:val="0"/>
          <w:i w:val="0"/>
        </w:rPr>
        <w:t>‘Ai lại bỏ ra 2,2 triệu bảng Anh cho một bức tranh giả chứ?’ Jackie hỏi.</w:t>
      </w:r>
    </w:p>
    <w:p>
      <w:pPr>
        <w:spacing w:after="80"/>
      </w:pPr>
      <w:r>
        <w:rPr>
          <w:b w:val="0"/>
          <w:i w:val="0"/>
        </w:rPr>
        <w:t>‘Một người không muốn chúng ta biết rằng ông ta vẫn còn sống.’</w:t>
      </w:r>
    </w:p>
    <w:p>
      <w:pPr>
        <w:spacing w:after="80"/>
      </w:pPr>
      <w:r>
        <w:rPr>
          <w:b w:val="0"/>
          <w:i w:val="0"/>
        </w:rPr>
        <w:t>‘Điều đó khó mà vượt qua ngưỡng hoài nghi hợp lý—’</w:t>
      </w:r>
    </w:p>
    <w:p>
      <w:pPr>
        <w:spacing w:after="80"/>
      </w:pPr>
      <w:r>
        <w:rPr>
          <w:b w:val="0"/>
          <w:i w:val="0"/>
        </w:rPr>
        <w:t>‘Cho đến khi anh xét đến,’ The Hawk ngắt lời, ‘việc chính ông bạn cũ của chúng ta, ông Booth Watson QC, là người đã mua bức tranh đó,’ ông ngừng lại một chút, ‘thay mặt cho một khách hàng.’</w:t>
      </w:r>
    </w:p>
    <w:p>
      <w:pPr>
        <w:spacing w:after="80"/>
      </w:pPr>
      <w:r>
        <w:rPr>
          <w:b w:val="0"/>
          <w:i w:val="0"/>
        </w:rPr>
        <w:t>‘Mà người đó có thể chính là bà Faulkner,’ Paul phản bác.</w:t>
      </w:r>
    </w:p>
    <w:p>
      <w:pPr>
        <w:spacing w:after="80"/>
      </w:pPr>
      <w:r>
        <w:rPr>
          <w:b w:val="0"/>
          <w:i w:val="0"/>
        </w:rPr>
        <w:t>‘Khó lắm,’ The Hawk nói. ‘Christina Faulkner chưa bao giờ tỏ ra hứng thú với việc mua tranh, chỉ bán tranh thôi.’</w:t>
      </w:r>
    </w:p>
    <w:p>
      <w:pPr>
        <w:spacing w:after="80"/>
      </w:pPr>
      <w:r>
        <w:rPr>
          <w:b w:val="0"/>
          <w:i w:val="0"/>
        </w:rPr>
        <w:t>‘Tôi sẽ cần thêm chút bằng chứng nữa nếu tôi ngồi trong bồi thẩm đoàn,’ Paul nói, đúng lúc cánh cửa bật mở và William sải bước vào.</w:t>
      </w:r>
    </w:p>
    <w:p>
      <w:pPr>
        <w:spacing w:after="80"/>
      </w:pPr>
      <w:r>
        <w:rPr>
          <w:b w:val="0"/>
          <w:i w:val="0"/>
        </w:rPr>
        <w:t>‘Nói đến kẻ gian là hắn xuất hiện,’ The Hawk lên tiếng. ‘Tôi vừa định giải thích cho DS Adaja và DS Roycroft hiểu vì sao giờ anh đã tin chắc Miles Faulkner vẫn còn sống.’</w:t>
      </w:r>
    </w:p>
    <w:p>
      <w:pPr>
        <w:spacing w:after="80"/>
      </w:pPr>
      <w:r>
        <w:rPr>
          <w:b w:val="0"/>
          <w:i w:val="0"/>
        </w:rPr>
        <w:t>‘Trời ơi, đúng thế thật,’ William nói, ngồi xuống chiếc ghế trống duy nhất còn lại ở bàn. ‘Vậy nếu các anh chị có kế hoạch gì cho sáng thứ Bảy tới, hủy hết đi, vì các anh chị sẽ phải dự đám cưới của Đại úy Ralph Neville, Hải quân Hoàng gia đã nghỉ hưu, và bà Christina Faulkner, góa phụ của giáo xứ nói trên, dù cả hai đều đã kết hôn rồi.’ Ông ngừng lại một chút. ‘Với nhau.’</w:t>
      </w:r>
    </w:p>
    <w:p>
      <w:pPr>
        <w:pStyle w:val="Heading2"/>
      </w:pPr>
      <w:r>
        <w:rPr>
          <w:rFonts w:ascii="Calibri" w:hAnsi="Calibri"/>
          <w:b/>
          <w:i w:val="0"/>
          <w:sz w:val="32"/>
        </w:rPr>
        <w:t>CHƯƠNG 8</w:t>
      </w:r>
    </w:p>
    <w:p>
      <w:pPr>
        <w:spacing w:after="80"/>
      </w:pPr>
      <w:r>
        <w:rPr>
          <w:b w:val="0"/>
          <w:i w:val="0"/>
        </w:rPr>
        <w:t>MƯỜI SÁU SĨ QUAN, DƯỚI SỰ CHỈ HUY của DI Hogan, bao vây nhà thờ giáo xứ Norman ở Limpton-in-the-Marsh vào sáng thứ Bảy hôm đó. Không ai trong số họ mặc đồng phục. Vài sĩ quan thuộc đơn vị CROP được trang bị vũ khí.</w:t>
      </w:r>
    </w:p>
    <w:p>
      <w:pPr>
        <w:spacing w:after="80"/>
      </w:pPr>
      <w:r>
        <w:rPr>
          <w:b w:val="0"/>
          <w:i w:val="0"/>
        </w:rPr>
        <w:t>Lễ rao hôn phối đã được thông báo trên tạp chí giáo xứ và được vị mục sư địa phương đọc từ bục giảng trong ba ngày Chủ nhật vừa qua. Ông tuyên bố buổi lễ sẽ diễn ra lúc hai giờ chiều thứ Bảy ngày mười lăm tháng Tám. Vài vị khách không mời đã xuất hiện mà không báo trước cho lễ đính hôn trong khoảng từ bảy đến tám giờ sáng hôm đó, nhưng không ai trong số họ bước vào nhà thờ.</w:t>
      </w:r>
    </w:p>
    <w:p>
      <w:pPr>
        <w:spacing w:after="80"/>
      </w:pPr>
      <w:r>
        <w:rPr>
          <w:b w:val="0"/>
          <w:i w:val="0"/>
        </w:rPr>
        <w:t>Vị khách chính thức đầu tiên xuất hiện là ông Booth Watson QC, một người bạn của chú rể – thực ra là người bạn duy nhất của chú rể. Ông bước vào cửa phía tây của nhà thờ ngay sau một giờ, nhưng ông ta tính tiền theo giờ.</w:t>
      </w:r>
    </w:p>
    <w:p>
      <w:pPr>
        <w:spacing w:after="80"/>
      </w:pPr>
      <w:r>
        <w:rPr>
          <w:b w:val="0"/>
          <w:i w:val="0"/>
        </w:rPr>
        <w:t>Christina là người tiếp theo đến, ngay trước hai giờ. Cô dâu đến trước chú rể là điều bất thường, nhưng đây vốn là một đám cưới bất thường. Cô mặc bộ vest màu xanh ngọc bích thanh lịch, khăn lụa và chiếc áo khoác dài đồng bộ, trông giống đồ ‘đi tuần trăng mật’ hơn là váy cưới. Không phải vì cô định đi đâu đó cùng chồng mình.</w:t>
      </w:r>
    </w:p>
    <w:p>
      <w:pPr>
        <w:spacing w:after="80"/>
      </w:pPr>
      <w:r>
        <w:rPr>
          <w:b w:val="0"/>
          <w:i w:val="0"/>
        </w:rPr>
        <w:t>Miles đến trễ vài phút, dù tài xế của anh ta giữ kim đồng hồ gần tám mươi hơn là bảy mươi dặm/giờ khi họ chạy trên đường cao tốc. Anh ta rẽ ở lối ra số 13 và hướng về Limpton.</w:t>
      </w:r>
    </w:p>
    <w:p>
      <w:pPr>
        <w:spacing w:after="80"/>
      </w:pPr>
      <w:r>
        <w:rPr>
          <w:b w:val="0"/>
          <w:i w:val="0"/>
        </w:rPr>
        <w:t>‘Đừng ngoái lại, sếp, nhưng tôi nghĩ chúng ta đang bị bám đuôi.’</w:t>
      </w:r>
    </w:p>
    <w:p>
      <w:pPr>
        <w:spacing w:after="80"/>
      </w:pPr>
      <w:r>
        <w:rPr>
          <w:b w:val="0"/>
          <w:i w:val="0"/>
        </w:rPr>
        <w:t>‘Sao anh lại nói thế, Eddie?’</w:t>
      </w:r>
    </w:p>
    <w:p>
      <w:pPr>
        <w:spacing w:after="80"/>
      </w:pPr>
      <w:r>
        <w:rPr>
          <w:b w:val="0"/>
          <w:i w:val="0"/>
        </w:rPr>
        <w:t>‘Một chiếc taxi tôi thấy trên đường cao tốc cũng rẽ ở lối ra giống chúng ta, và tôi không nghĩ hắn là một trong những vị khách của sếp.’</w:t>
      </w:r>
    </w:p>
    <w:p>
      <w:pPr>
        <w:spacing w:after="80"/>
      </w:pPr>
      <w:r>
        <w:rPr>
          <w:b w:val="0"/>
          <w:i w:val="0"/>
        </w:rPr>
        <w:t>‘Có đường nào khác để đến nhà thờ không?’</w:t>
      </w:r>
    </w:p>
    <w:p>
      <w:pPr>
        <w:spacing w:after="80"/>
      </w:pPr>
      <w:r>
        <w:rPr>
          <w:b w:val="0"/>
          <w:i w:val="0"/>
        </w:rPr>
        <w:t>‘Có, nhưng sẽ mất lâu hơn nhiều, nhất là nếu chúng ta bị kẹt ở đường ngang tàu hỏa.’</w:t>
      </w:r>
    </w:p>
    <w:p>
      <w:pPr>
        <w:spacing w:after="80"/>
      </w:pPr>
      <w:r>
        <w:rPr>
          <w:b w:val="0"/>
          <w:i w:val="0"/>
        </w:rPr>
        <w:t>‘Đi đường đó đi. Như vậy chúng ta sẽ biết hắn có bám theo không.’</w:t>
      </w:r>
    </w:p>
    <w:p>
      <w:pPr>
        <w:spacing w:after="80"/>
      </w:pPr>
      <w:r>
        <w:rPr>
          <w:b w:val="0"/>
          <w:i w:val="0"/>
        </w:rPr>
        <w:t>Ở ngã tư tiếp theo, Eddie rẽ phải, và vài giây sau chiếc taxi lại xuất hiện trong gương chiếu hậu của anh ta.</w:t>
      </w:r>
    </w:p>
    <w:p>
      <w:pPr>
        <w:spacing w:after="80"/>
      </w:pPr>
      <w:r>
        <w:rPr>
          <w:b w:val="0"/>
          <w:i w:val="0"/>
        </w:rPr>
        <w:t>‘Hắn vẫn theo chúng ta. Sếp muốn tôi làm gì?’</w:t>
      </w:r>
    </w:p>
    <w:p>
      <w:pPr>
        <w:spacing w:after="80"/>
      </w:pPr>
      <w:r>
        <w:rPr>
          <w:b w:val="0"/>
          <w:i w:val="0"/>
        </w:rPr>
        <w:t>‘Cứ đi thêm một lúc nữa đi, tôi nghĩ vậy,’ Miles nói. Chiếc xe tải phía trước họ chậm lại khi các thanh chắn được hạ xuống ở đường ngang tàu hỏa.</w:t>
      </w:r>
    </w:p>
    <w:p>
      <w:pPr>
        <w:spacing w:after="80"/>
      </w:pPr>
      <w:r>
        <w:rPr>
          <w:b w:val="0"/>
          <w:i w:val="0"/>
        </w:rPr>
        <w:t>‘Bọn mình tính giờ sai rồi, sếp,’ Eddie nói.</w:t>
      </w:r>
    </w:p>
    <w:p>
      <w:pPr>
        <w:spacing w:after="80"/>
      </w:pPr>
      <w:r>
        <w:rPr>
          <w:b w:val="0"/>
          <w:i w:val="0"/>
        </w:rPr>
        <w:t>‘Tôi nghĩ có khi bọn mình lại tính giờ đúng đấy. Điều tôi muốn cậu làm là…’</w:t>
      </w:r>
    </w:p>
    <w:p>
      <w:pPr>
        <w:spacing w:after="80"/>
        <w:jc w:val="center"/>
      </w:pPr>
      <w:r>
        <w:rPr>
          <w:b w:val="0"/>
          <w:i w:val="0"/>
        </w:rPr>
        <w:t>• • •</w:t>
      </w:r>
    </w:p>
    <w:p>
      <w:pPr>
        <w:spacing w:after="80"/>
      </w:pPr>
      <w:r>
        <w:rPr>
          <w:b w:val="0"/>
          <w:i w:val="0"/>
        </w:rPr>
        <w:t>‘Ông nghĩ họ đã phát hiện ra bọn mình chưa?’ William nói khi chiếc taxi nhập vào hàng ngắn những xe đang chờ tàu rời ga và thanh chắn được nâng lên.</w:t>
      </w:r>
    </w:p>
    <w:p>
      <w:pPr>
        <w:spacing w:after="80"/>
      </w:pPr>
      <w:r>
        <w:rPr>
          <w:b w:val="0"/>
          <w:i w:val="0"/>
        </w:rPr>
        <w:t>‘Có thể lắm, thưa ông,’ Danny nói. ‘Taxi thì lúc nào cũng hơi nổi bật trên đường cao tốc, mà phải chạy tám mươi cũng chẳng giúp gì.’</w:t>
      </w:r>
    </w:p>
    <w:p>
      <w:pPr>
        <w:spacing w:after="80"/>
      </w:pPr>
      <w:r>
        <w:rPr>
          <w:b w:val="0"/>
          <w:i w:val="0"/>
        </w:rPr>
        <w:t>‘Có lẽ với vụ này bọn mình nên dùng một chiếc xe cảnh sát không có phù hiệu, chứ không phải taxi.’</w:t>
      </w:r>
    </w:p>
    <w:p>
      <w:pPr>
        <w:spacing w:after="80"/>
      </w:pPr>
      <w:r>
        <w:rPr>
          <w:b w:val="0"/>
          <w:i w:val="0"/>
        </w:rPr>
        <w:t>‘Sao bọn mình không bắt hắn luôn khi hắn không thể chạy thoát?’</w:t>
      </w:r>
    </w:p>
    <w:p>
      <w:pPr>
        <w:spacing w:after="80"/>
      </w:pPr>
      <w:r>
        <w:rPr>
          <w:b w:val="0"/>
          <w:i w:val="0"/>
        </w:rPr>
        <w:t>‘Không, cứ theo đúng kế hoạch, khi hắn vẫn đang chạy thẳng vào bẫy.’</w:t>
      </w:r>
    </w:p>
    <w:p>
      <w:pPr>
        <w:spacing w:after="80"/>
      </w:pPr>
      <w:r>
        <w:rPr>
          <w:b w:val="0"/>
          <w:i w:val="0"/>
        </w:rPr>
        <w:t>‘Hắn ta đang di chuyển!’ Danny hét lên khi cửa ghế hành khách của chiếc Mercedes bật mở. ‘Hắn đang chạy về phía nhà ga.’</w:t>
      </w:r>
    </w:p>
    <w:p>
      <w:pPr>
        <w:spacing w:after="80"/>
      </w:pPr>
      <w:r>
        <w:rPr>
          <w:b w:val="0"/>
          <w:i w:val="0"/>
        </w:rPr>
        <w:t>‘Bỏ xe lại, rồi đi theo tôi,’ William nói, ông đẩy tung cửa sau, nhảy ra và chạy về phía nhà ga. Đến khi Danny đưa được chiếc taxi lên bãi cỏ bên lề thì ông sếp của anh đã lao vụt qua cầu đi bộ. William phóng xuống các bậc thang ở phía bên kia đường ray và nhảy qua cánh cửa duy nhất của đoàn tàu còn đang mở đúng lúc nó bắt đầu chuyển bánh.</w:t>
      </w:r>
    </w:p>
    <w:p>
      <w:pPr>
        <w:spacing w:after="80"/>
      </w:pPr>
      <w:r>
        <w:rPr>
          <w:b w:val="0"/>
          <w:i w:val="0"/>
        </w:rPr>
        <w:t>Ông kéo mạnh cửa sổ xuống và hét với Danny, người vừa mới tới sân ga, ‘Tôi muốn có một tá cảnh sát chờ tôi ở ga tiếp theo. Và gọi cho DI Hogan báo để anh ta biết chú rể sẽ không đến được.’</w:t>
      </w:r>
    </w:p>
    <w:p>
      <w:pPr>
        <w:spacing w:after="80"/>
        <w:jc w:val="center"/>
      </w:pPr>
      <w:r>
        <w:rPr>
          <w:b w:val="0"/>
          <w:i w:val="0"/>
        </w:rPr>
        <w:t>• • •</w:t>
      </w:r>
    </w:p>
    <w:p>
      <w:pPr>
        <w:spacing w:after="80"/>
      </w:pPr>
      <w:r>
        <w:rPr>
          <w:b w:val="0"/>
          <w:i w:val="0"/>
        </w:rPr>
        <w:t>‘Anh ấy sẽ đến muộn trong chính đám cưới của mình mất,’ Christina nói, lại liếc nhìn đồng hồ.</w:t>
      </w:r>
    </w:p>
    <w:p>
      <w:pPr>
        <w:spacing w:after="80"/>
      </w:pPr>
      <w:r>
        <w:rPr>
          <w:b w:val="0"/>
          <w:i w:val="0"/>
        </w:rPr>
        <w:t>‘Và tôi còn một buổi lễ khác lúc ba giờ,’ vị mục sư nhẹ nhàng nhắc cô.</w:t>
      </w:r>
    </w:p>
    <w:p>
      <w:pPr>
        <w:spacing w:after="80"/>
      </w:pPr>
      <w:r>
        <w:rPr>
          <w:b w:val="0"/>
          <w:i w:val="0"/>
        </w:rPr>
        <w:t>‘Chắc chắn có chuyện gì đó không ổn rồi,’ Booth Watson nói.</w:t>
      </w:r>
    </w:p>
    <w:p>
      <w:pPr>
        <w:spacing w:after="80"/>
      </w:pPr>
      <w:r>
        <w:rPr>
          <w:b w:val="0"/>
          <w:i w:val="0"/>
        </w:rPr>
        <w:t>Cả ba người họ vẫn tiếp tục nhìn chằm chằm về phía cửa nhà thờ, nhưng vẫn không thấy bóng dáng chú rể đâu.</w:t>
      </w:r>
    </w:p>
    <w:p>
      <w:pPr>
        <w:spacing w:after="80"/>
        <w:jc w:val="center"/>
      </w:pPr>
      <w:r>
        <w:rPr>
          <w:b w:val="0"/>
          <w:i w:val="0"/>
        </w:rPr>
        <w:t>• • •</w:t>
      </w:r>
    </w:p>
    <w:p>
      <w:pPr>
        <w:spacing w:after="80"/>
      </w:pPr>
      <w:r>
        <w:rPr>
          <w:b w:val="0"/>
          <w:i w:val="0"/>
        </w:rPr>
        <w:t>William chậm rãi đi dọc từng toa tàu, kiểm tra lại các khoang hạng nhất, tìm kiếm Đại úy Ralph Neville, dù anh định bắt Miles Faulkner. Khi đến cuối đoàn tàu, anh cho rằng Faulkner hẳn đã tự khóa mình trong một trong các buồng vệ sinh. Tuy nhiên, vì nhà vệ sinh không có cửa sổ, hắn chẳng thể nào trốn thoát.</w:t>
      </w:r>
    </w:p>
    <w:p>
      <w:pPr>
        <w:spacing w:after="80"/>
        <w:jc w:val="center"/>
      </w:pPr>
      <w:r>
        <w:rPr>
          <w:b w:val="0"/>
          <w:i w:val="0"/>
        </w:rPr>
        <w:t>• • •</w:t>
      </w:r>
    </w:p>
    <w:p>
      <w:pPr>
        <w:spacing w:after="80"/>
      </w:pPr>
      <w:r>
        <w:rPr>
          <w:b w:val="0"/>
          <w:i w:val="0"/>
        </w:rPr>
        <w:t>‘Tôi rất xin lỗi, bà Faulkner,’ vị mục sư nói. ‘Nhưng một số khách cho đám cưới tiếp theo của tôi đã đợi bên ngoài rồi. Tôi không thể trì hoãn họ lâu hơn được nữa.’</w:t>
      </w:r>
    </w:p>
    <w:p>
      <w:pPr>
        <w:spacing w:after="80"/>
      </w:pPr>
      <w:r>
        <w:rPr>
          <w:b w:val="0"/>
          <w:i w:val="0"/>
        </w:rPr>
        <w:t>‘Chú rể đặc biệt này sẽ không đến nhà thờ đúng giờ đâu, thưa mục sư,’ Booth Watson nói, ‘nên tôi nghĩ chúng ta nên kết thúc ở đây thôi. Nhất là khi một số người đang sốt ruột chờ bên ngoài kia không phải là khách của đám cưới này hay bất kỳ đám cưới nào khác.’</w:t>
      </w:r>
    </w:p>
    <w:p>
      <w:pPr>
        <w:spacing w:after="80"/>
      </w:pPr>
      <w:r>
        <w:rPr>
          <w:b w:val="0"/>
          <w:i w:val="0"/>
        </w:rPr>
        <w:t>‘Sao ông có thể biết được điều đó?’ Christina hỏi.</w:t>
      </w:r>
    </w:p>
    <w:p>
      <w:pPr>
        <w:spacing w:after="80"/>
      </w:pPr>
      <w:r>
        <w:rPr>
          <w:b w:val="0"/>
          <w:i w:val="0"/>
        </w:rPr>
        <w:t>‘Tất cả bọn họ đều cao trên sáu foot, mặc những bộ vest đặc trưng giống hệt nhau, và không một ai cài hoa cẩm chướng.’</w:t>
      </w:r>
    </w:p>
    <w:p>
      <w:pPr>
        <w:spacing w:after="80"/>
        <w:jc w:val="center"/>
      </w:pPr>
      <w:r>
        <w:rPr>
          <w:b w:val="0"/>
          <w:i w:val="0"/>
        </w:rPr>
        <w:t>• • •</w:t>
      </w:r>
    </w:p>
    <w:p>
      <w:pPr>
        <w:spacing w:after="80"/>
      </w:pPr>
      <w:r>
        <w:rPr>
          <w:b w:val="0"/>
          <w:i w:val="0"/>
        </w:rPr>
        <w:t>‘Tôi đã bố trí một tá sĩ quan tại chỗ, thưa Thanh tra trưởng,’ một giọng nói mà William không nhận ra cất lên.</w:t>
      </w:r>
    </w:p>
    <w:p>
      <w:pPr>
        <w:spacing w:after="80"/>
      </w:pPr>
      <w:r>
        <w:rPr>
          <w:b w:val="0"/>
          <w:i w:val="0"/>
        </w:rPr>
        <w:t>‘Ga nào?’</w:t>
      </w:r>
    </w:p>
    <w:p>
      <w:pPr>
        <w:spacing w:after="80"/>
      </w:pPr>
      <w:r>
        <w:rPr>
          <w:b w:val="0"/>
          <w:i w:val="0"/>
        </w:rPr>
        <w:t>‘Tunbridge Wells, nơi ông sẽ đến trong khoảng mười lăm phút nữa.’</w:t>
      </w:r>
    </w:p>
    <w:p>
      <w:pPr>
        <w:spacing w:after="80"/>
      </w:pPr>
      <w:r>
        <w:rPr>
          <w:b w:val="0"/>
          <w:i w:val="0"/>
        </w:rPr>
        <w:t>‘Có bao nhiêu sân ga?’</w:t>
      </w:r>
    </w:p>
    <w:p>
      <w:pPr>
        <w:spacing w:after="80"/>
      </w:pPr>
      <w:r>
        <w:rPr>
          <w:b w:val="0"/>
          <w:i w:val="0"/>
        </w:rPr>
        <w:t>‘Chỉ có hai.’</w:t>
      </w:r>
    </w:p>
    <w:p>
      <w:pPr>
        <w:spacing w:after="80"/>
      </w:pPr>
      <w:r>
        <w:rPr>
          <w:b w:val="0"/>
          <w:i w:val="0"/>
        </w:rPr>
        <w:t>‘Nhớ phủ kín cả hai, vì nếu có đường trốn thoát thì Faulkner sẽ tìm ra. Tôi sẽ là người đầu tiên xuống tàu, và bảo nhân viên soát vé rằng tàu không được rời đi cho đến khi tôi bảo.’</w:t>
      </w:r>
    </w:p>
    <w:p>
      <w:pPr>
        <w:spacing w:after="80"/>
      </w:pPr>
      <w:r>
        <w:rPr>
          <w:b w:val="0"/>
          <w:i w:val="0"/>
        </w:rPr>
        <w:t>‘Rõ, thưa ông.’ Đầu dây bên kia tắt ngấm.</w:t>
      </w:r>
    </w:p>
    <w:p>
      <w:pPr>
        <w:spacing w:after="80"/>
      </w:pPr>
      <w:r>
        <w:rPr>
          <w:b w:val="0"/>
          <w:i w:val="0"/>
        </w:rPr>
        <w:t>William bắt đầu hành trình chậm rãi quay lại dọc hành lang, kiểm tra lại từng toa một cách kỹ lưỡng hơn cả lần đầu. Ông nghĩ có một người đàn ông đang chăm chú nhìn ra cửa sổ ngắm cảnh đồng quê trôi qua trông quen quen, nhưng ông đã bắt giữ biết bao nhiêu người trong suốt những năm qua nên không thể nhớ ngay ra đó là ai.</w:t>
      </w:r>
    </w:p>
    <w:p>
      <w:pPr>
        <w:spacing w:after="80"/>
      </w:pPr>
      <w:r>
        <w:rPr>
          <w:b w:val="0"/>
          <w:i w:val="0"/>
        </w:rPr>
        <w:t>Năm trong số mười một nhà vệ sinh đang có người dùng. Tuy nhiên, khi tàu vào ga tiếp theo, ông nghi chỉ còn một cái vẫn còn người. Tàu sẽ không khởi hành cho đến khi cửa mở ra.</w:t>
      </w:r>
    </w:p>
    <w:p>
      <w:pPr>
        <w:spacing w:after="80"/>
        <w:jc w:val="center"/>
      </w:pPr>
      <w:r>
        <w:rPr>
          <w:b w:val="0"/>
          <w:i w:val="0"/>
        </w:rPr>
        <w:t>• • •</w:t>
      </w:r>
    </w:p>
    <w:p>
      <w:pPr>
        <w:spacing w:after="80"/>
      </w:pPr>
      <w:r>
        <w:rPr>
          <w:b w:val="0"/>
          <w:i w:val="0"/>
        </w:rPr>
        <w:t>‘Chúng tôi sẽ không làm mất thêm thời gian của cha nữa, thưa cha,’ Booth Watson nói, liếc nhìn đồng hồ, ‘vì tôi có thể đảm bảo với cha rằng chú rể sẽ không đến đâu.’</w:t>
      </w:r>
    </w:p>
    <w:p>
      <w:pPr>
        <w:spacing w:after="80"/>
      </w:pPr>
      <w:r>
        <w:rPr>
          <w:b w:val="0"/>
          <w:i w:val="0"/>
        </w:rPr>
        <w:t>‘Vậy tôi phải làm gì đây?’ Christina gắt gỏng.</w:t>
      </w:r>
    </w:p>
    <w:p>
      <w:pPr>
        <w:spacing w:after="80"/>
      </w:pPr>
      <w:r>
        <w:rPr>
          <w:b w:val="0"/>
          <w:i w:val="0"/>
        </w:rPr>
        <w:t>‘Tôi sẽ liên lạc với cô,’ Booth Watson nói, ‘chỉ cần nhớ rằng cô đã ký một hợp đồng ràng buộc rồi, và không có điều khoản thoát hiểm nào đâu.’</w:t>
      </w:r>
    </w:p>
    <w:p>
      <w:pPr>
        <w:spacing w:after="80"/>
      </w:pPr>
      <w:r>
        <w:rPr>
          <w:b w:val="0"/>
          <w:i w:val="0"/>
        </w:rPr>
        <w:t>‘Tôi rất lấy làm tiếc, bà Faulkner,’ vị mục sư nói. ‘Chắc bà thất vọng lắm.’</w:t>
      </w:r>
    </w:p>
    <w:p>
      <w:pPr>
        <w:spacing w:after="80"/>
      </w:pPr>
      <w:r>
        <w:rPr>
          <w:b w:val="0"/>
          <w:i w:val="0"/>
        </w:rPr>
        <w:t>‘Thật ra là nhẹ nhõm,’ Christina thú nhận.</w:t>
      </w:r>
    </w:p>
    <w:p>
      <w:pPr>
        <w:spacing w:after="80"/>
      </w:pPr>
      <w:r>
        <w:rPr>
          <w:b w:val="0"/>
          <w:i w:val="0"/>
        </w:rPr>
        <w:t>‘Chắc chắn sẽ có một lời giải thích đơn giản thôi,’ vị mục sư nói, vẫn cố an ủi cô.</w:t>
      </w:r>
    </w:p>
    <w:p>
      <w:pPr>
        <w:spacing w:after="80"/>
      </w:pPr>
      <w:r>
        <w:rPr>
          <w:b w:val="0"/>
          <w:i w:val="0"/>
        </w:rPr>
        <w:t>‘Điều duy nhất nó không thể là chính là đơn giản,’ Christina nói, khi cô bước ngược lại dọc lối đi, không có ai đi cùng.</w:t>
      </w:r>
    </w:p>
    <w:p>
      <w:pPr>
        <w:spacing w:after="80"/>
      </w:pPr>
      <w:r>
        <w:rPr>
          <w:b w:val="0"/>
          <w:i w:val="0"/>
        </w:rPr>
        <w:t>Khi Booth Watson rời khỏi nhà thờ, ông nhận ra một trong những người đàn ông trẻ trông căng thẳng mà ông đã để ý trước đó đang đeo cà vạt của Sở Cảnh sát Metropolitan.</w:t>
      </w:r>
    </w:p>
    <w:p>
      <w:pPr>
        <w:spacing w:after="80"/>
      </w:pPr>
      <w:r>
        <w:rPr>
          <w:b w:val="0"/>
          <w:i w:val="0"/>
        </w:rPr>
        <w:t>Christina bước ra khỏi nhà thờ vài phút sau đó. Mấy người phụ nữ đang chờ đến lượt mình cho buổi lễ tiếp theo trầm trồ khen bộ trang phục ra về của cô, dẫu rằng cô có vẻ không biết mình đang đi đâu.</w:t>
      </w:r>
    </w:p>
    <w:p>
      <w:pPr>
        <w:spacing w:after="80"/>
        <w:jc w:val="center"/>
      </w:pPr>
      <w:r>
        <w:rPr>
          <w:b w:val="0"/>
          <w:i w:val="0"/>
        </w:rPr>
        <w:t>• • •</w:t>
      </w:r>
    </w:p>
    <w:p>
      <w:pPr>
        <w:spacing w:after="80"/>
      </w:pPr>
      <w:r>
        <w:rPr>
          <w:b w:val="0"/>
          <w:i w:val="0"/>
        </w:rPr>
        <w:t>Chuyến tàu 14.43 vào ga Tunbridge Wells đúng giờ, và William là người đầu tiên xuống tàu. Ông nhập vào nhóm nhỏ đang chờ mình. Một Thanh tra tên Thomas bước tới và tự giới thiệu. ‘Tôi đã bố trí người canh mọi lối ra rồi,’ ông trấn an.</w:t>
      </w:r>
    </w:p>
    <w:p>
      <w:pPr>
        <w:spacing w:after="80"/>
      </w:pPr>
      <w:r>
        <w:rPr>
          <w:b w:val="0"/>
          <w:i w:val="0"/>
        </w:rPr>
        <w:t>‘Cử ba bốn người của anh lên tàu, và đảm bảo họ kiểm tra các nhà vệ sinh. Nếu một trong số đó có người, thì đó chính là chỗ hắn sẽ trốn. Anh cũng cần thêm vài sĩ quan ở sân ga phía xa, phòng trường hợp thôi.’</w:t>
      </w:r>
    </w:p>
    <w:p>
      <w:pPr>
        <w:spacing w:after="80"/>
      </w:pPr>
      <w:r>
        <w:rPr>
          <w:b w:val="0"/>
          <w:i w:val="0"/>
        </w:rPr>
        <w:t>‘Họ đã ở đó rồi, thưa ngài.’</w:t>
      </w:r>
    </w:p>
    <w:p>
      <w:pPr>
        <w:spacing w:after="80"/>
      </w:pPr>
      <w:r>
        <w:rPr>
          <w:b w:val="0"/>
          <w:i w:val="0"/>
        </w:rPr>
        <w:t>‘Tốt. Ngay khi tôi phát hiện Faulkner, hãy tiến vào và giữ anh ta lại, nhưng để tôi bắt và cảnh cáo anh ta.’</w:t>
      </w:r>
    </w:p>
    <w:p>
      <w:pPr>
        <w:spacing w:after="80"/>
      </w:pPr>
      <w:r>
        <w:rPr>
          <w:b w:val="0"/>
          <w:i w:val="0"/>
        </w:rPr>
        <w:t>‘Rõ, thưa ngài,’ viên Thanh tra đáp, ông ta hét lên vài mệnh lệnh trong khi William chiếm vị trí bên lối ra, cẩn thận kiểm tra từng hành khách khi họ rời ga.</w:t>
      </w:r>
    </w:p>
    <w:p>
      <w:pPr>
        <w:spacing w:after="80"/>
      </w:pPr>
      <w:r>
        <w:rPr>
          <w:b w:val="0"/>
          <w:i w:val="0"/>
        </w:rPr>
        <w:t>Mười phút sau, William và viên Thanh tra là những người duy nhất còn đứng trên sân ga. William miễn cưỡng để người gác ga thổi còi.</w:t>
      </w:r>
    </w:p>
    <w:p>
      <w:pPr>
        <w:spacing w:after="80"/>
      </w:pPr>
      <w:r>
        <w:rPr>
          <w:b w:val="0"/>
          <w:i w:val="0"/>
        </w:rPr>
        <w:t>Khi đoàn tàu khởi hành, William bật radio. ‘Phát lệnh truy tìm toàn bộ một chiếc Mercedes màu xanh đậm, biển số MF1. Tài xế sẽ đội mũ tài xế.’</w:t>
      </w:r>
    </w:p>
    <w:p>
      <w:pPr>
        <w:spacing w:after="80"/>
      </w:pPr>
      <w:r>
        <w:rPr>
          <w:b w:val="0"/>
          <w:i w:val="0"/>
        </w:rPr>
        <w:t>Đó là lúc William nhớ ra mình đã thấy anh ta ở đâu.</w:t>
      </w:r>
    </w:p>
    <w:p>
      <w:pPr>
        <w:spacing w:after="80"/>
        <w:jc w:val="center"/>
      </w:pPr>
      <w:r>
        <w:rPr>
          <w:b w:val="0"/>
          <w:i w:val="0"/>
        </w:rPr>
        <w:t>• • •</w:t>
      </w:r>
    </w:p>
    <w:p>
      <w:pPr>
        <w:spacing w:after="80"/>
      </w:pPr>
      <w:r>
        <w:rPr>
          <w:b w:val="0"/>
          <w:i w:val="0"/>
        </w:rPr>
        <w:t>Miles mỉm cười khi nhìn đoàn tàu rời khỏi ga.</w:t>
      </w:r>
    </w:p>
    <w:p>
      <w:pPr>
        <w:spacing w:after="80"/>
      </w:pPr>
      <w:r>
        <w:rPr>
          <w:b w:val="0"/>
          <w:i w:val="0"/>
        </w:rPr>
        <w:t>Khi rào chắn cuối cùng cũng được nâng lên – bốn phút dài nhất trong đời anh – anh kiểm tra gương chiếu hậu và nhẹ nhõm thấy chiếc taxi vẫn đỗ trên dải cỏ và không thấy bóng dáng tài xế. Anh lái xe chậm rãi băng qua đường ray, biết rằng sẽ không lâu nữa đoàn tàu đến ga tiếp theo, và đến lúc đó anh cần phải vứt bỏ chiếc xe và mũ tài xế. Anh đi theo những con đường quê vắng vẻ cho đến khi phát hiện một bà cụ đứng ở trạm xe buýt trông như thể bà biết chuyến xe tiếp theo sẽ đến lúc nào.</w:t>
      </w:r>
    </w:p>
    <w:p>
      <w:pPr>
        <w:spacing w:after="80"/>
      </w:pPr>
      <w:r>
        <w:rPr>
          <w:b w:val="0"/>
          <w:i w:val="0"/>
        </w:rPr>
        <w:t>Anh đỗ xe ở một bãi đỗ ven đường và ném chiếc mũ tài xế qua hàng rào cây, rồi vội vã băng qua trạm xe buýt, chiếc cặp tài liệu là hành lý duy nhất của anh.</w:t>
      </w:r>
    </w:p>
    <w:p>
      <w:pPr>
        <w:spacing w:after="80"/>
      </w:pPr>
      <w:r>
        <w:rPr>
          <w:b w:val="0"/>
          <w:i w:val="0"/>
        </w:rPr>
        <w:t>‘Hết xăng rồi phải không?’ bà cụ hỏi khi một chiếc xe buýt xuất hiện. Anh không buồn trả lời.</w:t>
      </w:r>
    </w:p>
    <w:p>
      <w:pPr>
        <w:spacing w:after="80"/>
      </w:pPr>
      <w:r>
        <w:rPr>
          <w:b w:val="0"/>
          <w:i w:val="0"/>
        </w:rPr>
        <w:t>Khi đã leo lên xe, anh nhận ra mình không biết chiếc xe buýt đi đâu. Anh chỉ hy vọng nó không quay về Limpton.</w:t>
      </w:r>
    </w:p>
    <w:p>
      <w:pPr>
        <w:spacing w:after="80"/>
      </w:pPr>
      <w:r>
        <w:rPr>
          <w:b w:val="0"/>
          <w:i w:val="0"/>
        </w:rPr>
        <w:t>‘Đi đâu thế, cưng?’ người soát vé hỏi.</w:t>
      </w:r>
    </w:p>
    <w:p>
      <w:pPr>
        <w:spacing w:after="80"/>
      </w:pPr>
      <w:r>
        <w:rPr>
          <w:b w:val="0"/>
          <w:i w:val="0"/>
        </w:rPr>
        <w:t>‘Xe đi đâu ạ?’</w:t>
      </w:r>
    </w:p>
    <w:p>
      <w:pPr>
        <w:spacing w:after="80"/>
      </w:pPr>
      <w:r>
        <w:rPr>
          <w:b w:val="0"/>
          <w:i w:val="0"/>
        </w:rPr>
        <w:t>‘Sevenoaks,’ cô ấy nói, vẻ mặt bối rối.</w:t>
      </w:r>
    </w:p>
    <w:p>
      <w:pPr>
        <w:spacing w:after="80"/>
      </w:pPr>
      <w:r>
        <w:rPr>
          <w:b w:val="0"/>
          <w:i w:val="0"/>
        </w:rPr>
        <w:t>‘Vậy thì Sevenoaks,’ anh đáp.</w:t>
      </w:r>
    </w:p>
    <w:p>
      <w:pPr>
        <w:spacing w:after="80"/>
      </w:pPr>
      <w:r>
        <w:rPr>
          <w:b w:val="0"/>
          <w:i w:val="0"/>
        </w:rPr>
        <w:t>‘Sáu mươi xu nhé,’ cô ấy nói khi in ra vé.</w:t>
      </w:r>
    </w:p>
    <w:p>
      <w:pPr>
        <w:spacing w:after="80"/>
      </w:pPr>
      <w:r>
        <w:rPr>
          <w:b w:val="0"/>
          <w:i w:val="0"/>
        </w:rPr>
        <w:t>Anh đưa cho cô một tờ năm bảng.</w:t>
      </w:r>
    </w:p>
    <w:p>
      <w:pPr>
        <w:spacing w:after="80"/>
      </w:pPr>
      <w:r>
        <w:rPr>
          <w:b w:val="0"/>
          <w:i w:val="0"/>
        </w:rPr>
        <w:t>"Cháu có tờ nào nhỏ hơn không, cưng?"</w:t>
      </w:r>
    </w:p>
    <w:p>
      <w:pPr>
        <w:spacing w:after="80"/>
      </w:pPr>
      <w:r>
        <w:rPr>
          <w:b w:val="0"/>
          <w:i w:val="0"/>
        </w:rPr>
        <w:t>"Không ạ. Bác cứ giữ tiền thừa."</w:t>
      </w:r>
    </w:p>
    <w:p>
      <w:pPr>
        <w:spacing w:after="80"/>
      </w:pPr>
      <w:r>
        <w:rPr>
          <w:b w:val="0"/>
          <w:i w:val="0"/>
        </w:rPr>
        <w:t>"Cảm ơn cháu!" người soát vé nói, cứ như thể cô vừa trúng số vậy.</w:t>
      </w:r>
    </w:p>
    <w:p>
      <w:pPr>
        <w:spacing w:after="80"/>
      </w:pPr>
      <w:r>
        <w:rPr>
          <w:b w:val="0"/>
          <w:i w:val="0"/>
        </w:rPr>
        <w:t>Miles thận trọng nhìn ra cửa sổ, phòng khi phải di chuyển nhanh. Một chiếc xe cảnh sát phóng vụt qua ở bên kia đường.</w:t>
      </w:r>
    </w:p>
    <w:p>
      <w:pPr>
        <w:spacing w:after="80"/>
        <w:jc w:val="center"/>
      </w:pPr>
      <w:r>
        <w:rPr>
          <w:b w:val="0"/>
          <w:i w:val="0"/>
        </w:rPr>
        <w:t>• • •</w:t>
      </w:r>
    </w:p>
    <w:p>
      <w:pPr>
        <w:spacing w:after="80"/>
      </w:pPr>
      <w:r>
        <w:rPr>
          <w:b w:val="0"/>
          <w:i w:val="0"/>
        </w:rPr>
        <w:t>Khi Eddie xuống tàu ở Tunbridge Wells, anh phát hiện Thanh tra trưởng Warwick đang mải mê trò chuyện với một sĩ quan mặc đồng phục, trong khi ánh mắt ông ta soi xét từng hành khách một. Anh đi thẳng ngang qua họ và băng qua cầu sang sân ga bên kia, nơi có nhiều cảnh sát hơn hẳn hành khách. Chuyến tàu tiếp theo đến Charing Cross sẽ khởi hành sau mười hai phút nữa. Khi tàu rời ga, anh thoáng muốn vẫy tay và mỉm cười với Thanh tra trưởng Warwick, nhưng chỉ là thoáng muốn thôi.</w:t>
      </w:r>
    </w:p>
    <w:p>
      <w:pPr>
        <w:spacing w:after="80"/>
        <w:jc w:val="center"/>
      </w:pPr>
      <w:r>
        <w:rPr>
          <w:b w:val="0"/>
          <w:i w:val="0"/>
        </w:rPr>
        <w:t>• • •</w:t>
      </w:r>
    </w:p>
    <w:p>
      <w:pPr>
        <w:spacing w:after="80"/>
      </w:pPr>
      <w:r>
        <w:rPr>
          <w:b w:val="0"/>
          <w:i w:val="0"/>
        </w:rPr>
        <w:t>Miles xuống xe buýt ở Sevenoaks. Bến cuối nằm đối diện ga tàu, và ngay trước đó có một bãi đỗ taxi. Thời gian không chờ đợi anh, nên anh đành phải liều một phen. Anh băng qua đường và leo vào ghế sau chiếc taxi đầu tiên.</w:t>
      </w:r>
    </w:p>
    <w:p>
      <w:pPr>
        <w:spacing w:after="80"/>
      </w:pPr>
      <w:r>
        <w:rPr>
          <w:b w:val="0"/>
          <w:i w:val="0"/>
        </w:rPr>
        <w:t>"Đi đâu hả anh bạn?"</w:t>
      </w:r>
    </w:p>
    <w:p>
      <w:pPr>
        <w:spacing w:after="80"/>
      </w:pPr>
      <w:r>
        <w:rPr>
          <w:b w:val="0"/>
          <w:i w:val="0"/>
        </w:rPr>
        <w:t>"Sân bay Luton."</w:t>
      </w:r>
    </w:p>
    <w:p>
      <w:pPr>
        <w:spacing w:after="80"/>
      </w:pPr>
      <w:r>
        <w:rPr>
          <w:b w:val="0"/>
          <w:i w:val="0"/>
        </w:rPr>
        <w:t>Anh tài xế taxi trông vừa ngạc nhiên vừa mừng rỡ.</w:t>
      </w:r>
    </w:p>
    <w:p>
      <w:pPr>
        <w:spacing w:after="80"/>
      </w:pPr>
      <w:r>
        <w:rPr>
          <w:b w:val="0"/>
          <w:i w:val="0"/>
        </w:rPr>
        <w:t>"Tôi đang gấp," Miles nói, "nhưng đừng chạy quá tốc độ cho phép nhé."</w:t>
      </w:r>
    </w:p>
    <w:p>
      <w:pPr>
        <w:spacing w:after="80"/>
        <w:jc w:val="center"/>
      </w:pPr>
      <w:r>
        <w:rPr>
          <w:b w:val="0"/>
          <w:i w:val="0"/>
        </w:rPr>
        <w:t>• • •</w:t>
      </w:r>
    </w:p>
    <w:p>
      <w:pPr>
        <w:spacing w:after="80"/>
      </w:pPr>
      <w:r>
        <w:rPr>
          <w:b w:val="0"/>
          <w:i w:val="0"/>
        </w:rPr>
        <w:t>"Cứ bắt đầu bằng việc kiểm tra các sân bay, ga tàu và bến xe buýt trong vòng ba mươi dặm," William nói. "Chúng ta không thể để hắn trốn thoát lần thứ hai được."</w:t>
      </w:r>
    </w:p>
    <w:p>
      <w:pPr>
        <w:spacing w:after="80"/>
      </w:pPr>
      <w:r>
        <w:rPr>
          <w:b w:val="0"/>
          <w:i w:val="0"/>
        </w:rPr>
        <w:t>"Vấn đề là chúng ta không có nhiều cảnh sát đến thế," Ross nói. "Hôm nay là chiều thứ Bảy, mà hầu hết bọn họ đều đã được điều đi giữ trật tự các trận bóng đá rồi."</w:t>
      </w:r>
    </w:p>
    <w:p>
      <w:pPr>
        <w:spacing w:after="80"/>
      </w:pPr>
      <w:r>
        <w:rPr>
          <w:b w:val="0"/>
          <w:i w:val="0"/>
        </w:rPr>
        <w:t>‘Anh có thể chắc chắn rằng ông ta sẽ tính đến chuyện đó,’ William nói, ‘và đưa nó vào kế hoạch trốn thoát của mình.’</w:t>
      </w:r>
    </w:p>
    <w:p>
      <w:pPr>
        <w:spacing w:after="80"/>
        <w:jc w:val="center"/>
      </w:pPr>
      <w:r>
        <w:rPr>
          <w:b w:val="0"/>
          <w:i w:val="0"/>
        </w:rPr>
        <w:t>• • •</w:t>
      </w:r>
    </w:p>
    <w:p>
      <w:pPr>
        <w:spacing w:after="80"/>
      </w:pPr>
      <w:r>
        <w:rPr>
          <w:b w:val="0"/>
          <w:i w:val="0"/>
        </w:rPr>
        <w:t>Chiếc taxi dừng lại bên ngoài sân bay Luton đúng lúc đám đông đang ùa ra từ các sân vận động bóng đá trên khắp cả nước.</w:t>
      </w:r>
    </w:p>
    <w:p>
      <w:pPr>
        <w:spacing w:after="80"/>
      </w:pPr>
      <w:r>
        <w:rPr>
          <w:b w:val="0"/>
          <w:i w:val="0"/>
        </w:rPr>
        <w:t>Miles đưa cho tài xế hai tờ hai mươi bảng và không chờ lấy tiền thừa. Việc đầu tiên anh làm khi bước vào sảnh là kiểm tra bảng khởi hành. Anh chỉ quan tâm đến những chuyến bay khởi hành trong vòng một giờ tới. Chỉ có đúng ba chuyến: một chuyến đến Newcastle lúc 5.40, một chuyến đến Moscow lúc 8.30 và chuyến cuối cùng đến Brussels lúc 6.10. Anh mở cặp, kiểm tra ba cuốn hộ chiếu và chọn cuốn của Canada: Jeff Steiner, Giám đốc Công ty. Anh bước đến quầy làm thủ tục, đặt một vé và trả bằng tiền mặt. Ông Steiner không có thẻ tín dụng, chỉ có tiền mặt và hộ chiếu.</w:t>
      </w:r>
    </w:p>
    <w:p>
      <w:pPr>
        <w:spacing w:after="80"/>
      </w:pPr>
      <w:r>
        <w:rPr>
          <w:b w:val="0"/>
          <w:i w:val="0"/>
        </w:rPr>
        <w:t>Anh lên máy bay ba mươi phút sau đó. Sau khi ngồi vào chỗ, anh cân nhắc những tình huống xấu nhất có thể xảy ra trong lúc chờ nữ tiếp viên kéo cửa thoát hiểm đóng lại. Cuối cùng, động cơ bắt đầu quay và máy bay lăn bánh về phía đường băng. Lại một quãng chờ đợi dài đằng đẵng nữa trước khi nó cuối cùng cất cánh. Khi máy bay vút cao lên trời, anh nhìn qua ô cửa sổ nhỏ xíu xuống một vùng đất xanh tươi và êm đềm, và tự hỏi bao giờ mình mới lại được thấy nước Anh.</w:t>
      </w:r>
    </w:p>
    <w:p>
      <w:pPr>
        <w:spacing w:after="80"/>
      </w:pPr>
      <w:r>
        <w:rPr>
          <w:b w:val="0"/>
          <w:i w:val="0"/>
        </w:rPr>
        <w:t>Anh ngả người ra sau và bắt đầu xem lại phần tiếp theo trong kế hoạch của mình.</w:t>
      </w:r>
    </w:p>
    <w:p>
      <w:pPr>
        <w:spacing w:after="80"/>
      </w:pPr>
      <w:r>
        <w:rPr>
          <w:b w:val="0"/>
          <w:i w:val="0"/>
        </w:rPr>
        <w:t>Khi máy bay đã hạ cánh xuống Brussels, anh vứt bỏ hộ chiếu Canada để dùng một cuốn hộ chiếu Pháp, mang tên Thierry Amodio, kiến trúc sư. Trong hai giờ quá cảnh, anh ghé tiệm cắt tóc ở sân bay, người thợ tỏ ra ngạc nhiên trước yêu cầu của anh.</w:t>
      </w:r>
    </w:p>
    <w:p>
      <w:pPr>
        <w:spacing w:after="80"/>
      </w:pPr>
      <w:r>
        <w:rPr>
          <w:b w:val="0"/>
          <w:i w:val="0"/>
        </w:rPr>
        <w:t>Ba mươi phút sau, một người đàn ông đầu trọc gọi một cuộc điện thoại trước khi gia nhập hàng người xếp hàng ngắn chờ lên chuyến bay đến Barcelona. Lần này anh trình một cuốn hộ chiếu Hà Lan cho viên chức xuất nhập cảnh. Ricardo Rossi, nhà thiết kế trang phục. Sau khi Rossi thắt xong dây an toàn, anh bỏ qua bữa ăn nhựa, nhắm mắt và ngủ thiếp đi.</w:t>
      </w:r>
    </w:p>
    <w:p>
      <w:pPr>
        <w:spacing w:after="80"/>
      </w:pPr>
      <w:r>
        <w:rPr>
          <w:b w:val="0"/>
          <w:i w:val="0"/>
        </w:rPr>
        <w:t>Máy bay hạ cánh xuống thủ phủ xứ Catalonia ngay sau nửa đêm. Khởi đầu của một ngày mới. Miles vui mừng khi thấy người tài xế Tây Ban Nha của mình đang chờ bên cổng ra.</w:t>
      </w:r>
    </w:p>
    <w:p>
      <w:pPr>
        <w:spacing w:after="80"/>
      </w:pPr>
      <w:r>
        <w:rPr>
          <w:b w:val="0"/>
          <w:i w:val="0"/>
        </w:rPr>
        <w:t>‘Chào buổi tối, señor,’ anh ta nói. ‘Tôi hy vọng ngài đã có một chuyến bay dễ chịu.’</w:t>
      </w:r>
    </w:p>
    <w:p>
      <w:pPr>
        <w:spacing w:after="80"/>
      </w:pPr>
      <w:r>
        <w:rPr>
          <w:b w:val="0"/>
          <w:i w:val="0"/>
        </w:rPr>
        <w:t>‘Mấy chuyến liền,’ Miles đáp, khi anh leo vào ghế sau của một chiếc Volvo đen trông chẳng có gì nổi bật.</w:t>
      </w:r>
    </w:p>
    <w:p>
      <w:pPr>
        <w:spacing w:after="80"/>
      </w:pPr>
      <w:r>
        <w:rPr>
          <w:b w:val="0"/>
          <w:i w:val="0"/>
        </w:rPr>
        <w:t>Bốn mươi phút nữa trôi qua trong lúc anh được chở sâu vào vùng nông thôn Tây Ban Nha, cho đến khi họ đến một khu nhà mới mua gần đây mà ngay cả Booth Watson cũng không biết. Một quản gia ăn mặc chỉnh tề đã mở cửa trước khi anh bước lên bậc thềm trên cùng. ‘Chào buổi tối, ông Faulkner,’ anh ta nói.</w:t>
      </w:r>
    </w:p>
    <w:p>
      <w:pPr>
        <w:spacing w:after="80"/>
      </w:pPr>
      <w:r>
        <w:rPr>
          <w:b w:val="0"/>
          <w:i w:val="0"/>
        </w:rPr>
        <w:t>‘Chào buổi tối, Collins,’ anh đáp. ‘Có những thứ chẳng bao giờ thay đổi.’</w:t>
      </w:r>
    </w:p>
    <w:p>
      <w:pPr>
        <w:pStyle w:val="Heading2"/>
      </w:pPr>
      <w:r>
        <w:rPr>
          <w:rFonts w:ascii="Calibri" w:hAnsi="Calibri"/>
          <w:b/>
          <w:i w:val="0"/>
          <w:sz w:val="32"/>
        </w:rPr>
        <w:t>CHƯƠNG 9</w:t>
      </w:r>
    </w:p>
    <w:p>
      <w:pPr>
        <w:spacing w:after="80"/>
      </w:pPr>
      <w:r>
        <w:rPr>
          <w:b w:val="0"/>
          <w:i w:val="0"/>
        </w:rPr>
        <w:t>‘ANH ĐÃ LÀM GÌ CƠ?’ VIÊN CHỈ HUY NÓI.</w:t>
      </w:r>
    </w:p>
    <w:p>
      <w:pPr>
        <w:spacing w:after="80"/>
      </w:pPr>
      <w:r>
        <w:rPr>
          <w:b w:val="0"/>
          <w:i w:val="0"/>
        </w:rPr>
        <w:t>‘Tôi để mất ông ta, thưa ngài.’</w:t>
      </w:r>
    </w:p>
    <w:p>
      <w:pPr>
        <w:spacing w:after="80"/>
      </w:pPr>
      <w:r>
        <w:rPr>
          <w:b w:val="0"/>
          <w:i w:val="0"/>
        </w:rPr>
        <w:t>‘Vậy thì tốt hơn hết anh nên tìm ra ông ta, nếu không tôi có thể sẽ phải mất anh đấy.’</w:t>
      </w:r>
    </w:p>
    <w:p>
      <w:pPr>
        <w:spacing w:after="80"/>
      </w:pPr>
      <w:r>
        <w:rPr>
          <w:b w:val="0"/>
          <w:i w:val="0"/>
        </w:rPr>
        <w:t>William định hỏi The Hawk rằng ông ấy đang nghĩ gì, thì câu hỏi bỗng trở thành thừa thãi.</w:t>
      </w:r>
    </w:p>
    <w:p>
      <w:pPr>
        <w:spacing w:after="80"/>
      </w:pPr>
      <w:r>
        <w:rPr>
          <w:b w:val="0"/>
          <w:i w:val="0"/>
        </w:rPr>
        <w:t>‘Nhắc tôi nhớ, Chánh Thanh tra Warwick’ – không phải dấu hiệu tốt; nếu gọi ‘William’ thì hẳn là anh vẫn còn cơ hội – ‘anh còn một tuần nghỉ phép nữa không?’</w:t>
      </w:r>
    </w:p>
    <w:p>
      <w:pPr>
        <w:spacing w:after="80"/>
      </w:pPr>
      <w:r>
        <w:rPr>
          <w:b w:val="0"/>
          <w:i w:val="0"/>
        </w:rPr>
        <w:t>‘Vâng, thưa ngài.’</w:t>
      </w:r>
    </w:p>
    <w:p>
      <w:pPr>
        <w:spacing w:after="80"/>
      </w:pPr>
      <w:r>
        <w:rPr>
          <w:b w:val="0"/>
          <w:i w:val="0"/>
        </w:rPr>
        <w:t>‘Vậy thì anh có bảy ngày để tìm Faulkner. Nếu anh thất bại, Chánh Thanh tra ạ, thế là tôi có thừa thời gian để bổ nhiệm người thay thế làm SIO mới của đội, và quyết định công việc tiếp theo của anh là gì, cùng cấp bậc phù hợp đi kèm.’</w:t>
      </w:r>
    </w:p>
    <w:p>
      <w:pPr>
        <w:spacing w:after="80"/>
      </w:pPr>
      <w:r>
        <w:rPr>
          <w:b w:val="0"/>
          <w:i w:val="0"/>
        </w:rPr>
        <w:t>Điện thoại tắt ngấm.</w:t>
      </w:r>
    </w:p>
    <w:p>
      <w:pPr>
        <w:spacing w:after="80"/>
      </w:pPr>
      <w:r>
        <w:rPr>
          <w:b w:val="0"/>
          <w:i w:val="0"/>
        </w:rPr>
        <w:t>‘Nghe có vẻ không thân thiện lắm,’ Danny nói.</w:t>
      </w:r>
    </w:p>
    <w:p>
      <w:pPr>
        <w:spacing w:after="80"/>
      </w:pPr>
      <w:r>
        <w:rPr>
          <w:b w:val="0"/>
          <w:i w:val="0"/>
        </w:rPr>
        <w:t>‘Có thể còn tệ hơn,’ William đáp. ‘Ông ấy có thể đã gọi tôi là Hạ sĩ Warwick.’</w:t>
      </w:r>
    </w:p>
    <w:p>
      <w:pPr>
        <w:spacing w:after="80"/>
      </w:pPr>
      <w:r>
        <w:rPr>
          <w:b w:val="0"/>
          <w:i w:val="0"/>
        </w:rPr>
        <w:t>‘Thế thì tôi đâu phải gọi anh là “ngài”,’ Danny đùa.</w:t>
      </w:r>
    </w:p>
    <w:p>
      <w:pPr>
        <w:spacing w:after="80"/>
      </w:pPr>
      <w:r>
        <w:rPr>
          <w:b w:val="0"/>
          <w:i w:val="0"/>
        </w:rPr>
        <w:t>‘Nhưng cho đến lúc đó,’ William nói, ‘cậu có thể đưa tôi về nhà.’</w:t>
      </w:r>
    </w:p>
    <w:p>
      <w:pPr>
        <w:spacing w:after="80"/>
      </w:pPr>
      <w:r>
        <w:rPr>
          <w:b w:val="0"/>
          <w:i w:val="0"/>
        </w:rPr>
        <w:t>‘Vâng, thưa ngài.’</w:t>
      </w:r>
    </w:p>
    <w:p>
      <w:pPr>
        <w:spacing w:after="80"/>
        <w:jc w:val="center"/>
      </w:pPr>
      <w:r>
        <w:rPr>
          <w:b w:val="0"/>
          <w:i w:val="0"/>
        </w:rPr>
        <w:t>• • •</w:t>
      </w:r>
    </w:p>
    <w:p>
      <w:pPr>
        <w:spacing w:after="80"/>
      </w:pPr>
      <w:r>
        <w:rPr>
          <w:b w:val="0"/>
          <w:i w:val="0"/>
        </w:rPr>
        <w:t>William nhấc điện thoại cạnh giường, tưởng rằng The Hawk gọi để tung ra đòn thứ hai.</w:t>
      </w:r>
    </w:p>
    <w:p>
      <w:pPr>
        <w:spacing w:after="80"/>
      </w:pPr>
      <w:r>
        <w:rPr>
          <w:b w:val="0"/>
          <w:i w:val="0"/>
        </w:rPr>
        <w:t>‘Chào người hang động. Nhớ em không?’</w:t>
      </w:r>
    </w:p>
    <w:p>
      <w:pPr>
        <w:spacing w:after="80"/>
      </w:pPr>
      <w:r>
        <w:rPr>
          <w:b w:val="0"/>
          <w:i w:val="0"/>
        </w:rPr>
        <w:t>‘Nhớ hơn em tưởng đấy,’ William thú nhận. Anh muốn kể cho Beth nghe lý do, nhưng tự bằng lòng với câu, ‘New York thế nào?’ Có tiếng cười ồn ào vang lên ở phía sau.</w:t>
      </w:r>
    </w:p>
    <w:p>
      <w:pPr>
        <w:spacing w:after="80"/>
      </w:pPr>
      <w:r>
        <w:rPr>
          <w:b w:val="0"/>
          <w:i w:val="0"/>
        </w:rPr>
        <w:t>‘Tuyệt vời! Chiều nay bọn em đến bảo tàng Frick, và anh nói đúng về bức Bellini, đẹp xuất sắc. Nhưng em nóng lòng muốn biết đám cưới diễn ra thế nào. Anh bắt Faulkner trước hay sau khi ông ta nói “Con đồng ý”?’</w:t>
      </w:r>
    </w:p>
    <w:p>
      <w:pPr>
        <w:spacing w:after="80"/>
      </w:pPr>
      <w:r>
        <w:rPr>
          <w:b w:val="0"/>
          <w:i w:val="0"/>
        </w:rPr>
        <w:t>‘Sau đó,’ William nói, hy vọng mình sẽ làm xong việc ấy trước khi Beth trở về.</w:t>
      </w:r>
    </w:p>
    <w:p>
      <w:pPr>
        <w:spacing w:after="80"/>
      </w:pPr>
      <w:r>
        <w:rPr>
          <w:b w:val="0"/>
          <w:i w:val="0"/>
        </w:rPr>
        <w:t>‘Christina phản ứng thế nào?’ cô hỏi, giọng nghe y như The Hawk.</w:t>
      </w:r>
    </w:p>
    <w:p>
      <w:pPr>
        <w:spacing w:after="80"/>
      </w:pPr>
      <w:r>
        <w:rPr>
          <w:b w:val="0"/>
          <w:i w:val="0"/>
        </w:rPr>
        <w:t>‘Không phải qua điện thoại, em yêu. Anh sẽ kể em nghe mọi chuyện ngay khi em về. Tối nay em làm gì đấy?’ anh hỏi, ráo riết muốn đổi chủ đề.</w:t>
      </w:r>
    </w:p>
    <w:p>
      <w:pPr>
        <w:spacing w:after="80"/>
      </w:pPr>
      <w:r>
        <w:rPr>
          <w:b w:val="0"/>
          <w:i w:val="0"/>
        </w:rPr>
        <w:t xml:space="preserve">‘Bọn em sẽ đi xem </w:t>
      </w:r>
      <w:r>
        <w:rPr>
          <w:b w:val="0"/>
          <w:i/>
        </w:rPr>
        <w:t>La Cage aux Folles</w:t>
      </w:r>
      <w:r>
        <w:rPr>
          <w:b w:val="0"/>
          <w:i w:val="0"/>
        </w:rPr>
        <w:t>. Phải mua vé chợ đen đấy. Nhưng mà, một người đàn bà bị bỏ rơi thì đâu có khả năng ngồi chờ được. Em nhớ anh.’</w:t>
      </w:r>
    </w:p>
    <w:p>
      <w:pPr>
        <w:spacing w:after="80"/>
      </w:pPr>
      <w:r>
        <w:rPr>
          <w:b w:val="0"/>
          <w:i w:val="0"/>
        </w:rPr>
        <w:t>‘Anh cũng nhớ em.’</w:t>
      </w:r>
    </w:p>
    <w:p>
      <w:pPr>
        <w:spacing w:after="80"/>
      </w:pPr>
      <w:r>
        <w:rPr>
          <w:b w:val="0"/>
          <w:i w:val="0"/>
        </w:rPr>
        <w:t>‘Và chúc mừng nhé.’</w:t>
      </w:r>
    </w:p>
    <w:p>
      <w:pPr>
        <w:spacing w:after="80"/>
      </w:pPr>
      <w:r>
        <w:rPr>
          <w:b w:val="0"/>
          <w:i w:val="0"/>
        </w:rPr>
        <w:t>‘Chúc mừng chuyện gì?’</w:t>
      </w:r>
    </w:p>
    <w:p>
      <w:pPr>
        <w:spacing w:after="80"/>
      </w:pPr>
      <w:r>
        <w:rPr>
          <w:b w:val="0"/>
          <w:i w:val="0"/>
        </w:rPr>
        <w:t>‘Chúc mừng chiến thắng của anh. Không thể chờ được để nghe kể hết đâu. Giờ em phải đi rồi, màn sắp kéo lên. Ngủ ngon nhé, nhớ anh.’</w:t>
      </w:r>
    </w:p>
    <w:p>
      <w:pPr>
        <w:spacing w:after="80"/>
      </w:pPr>
      <w:r>
        <w:rPr>
          <w:b w:val="0"/>
          <w:i w:val="0"/>
        </w:rPr>
        <w:t>William không ngủ ngon; thực ra anh chẳng ngủ chút nào. Anh rất muốn bàn bạc vấn đề này với Beth và xin lời khuyên của cô, nhưng làm thế sẽ phá hỏng kỳ nghỉ của cô. Thực tế, anh nghi ngờ rằng cô sẽ lên đường tới JFK trước cả khi màn kéo lên. Đến lúc những tia sáng đầu tiên của buổi sáng lọt qua khe rèm, William đã tắm nước lạnh, mặc đồ, ăn một bát ngũ cốc và gọi hai cuộc điện thoại: một cho Danny và một cho DI Ross Hogan.</w:t>
      </w:r>
    </w:p>
    <w:p>
      <w:pPr>
        <w:spacing w:after="80"/>
      </w:pPr>
      <w:r>
        <w:rPr>
          <w:b w:val="0"/>
          <w:i w:val="0"/>
        </w:rPr>
        <w:t>Anh đang giới thiệu công việc cho cấp phó mới được khoảng nửa chừng thì chợt nhớ ra giờ giấc. Anh vừa định xin lỗi thì nghe thấy một giọng nói mơ hồ ở phía sau, mà anh nghĩ mình nhận ra. Rõ ràng anh đã đánh thức cả hai người họ.</w:t>
      </w:r>
    </w:p>
    <w:p>
      <w:pPr>
        <w:spacing w:after="80"/>
      </w:pPr>
      <w:r>
        <w:rPr>
          <w:b w:val="0"/>
          <w:i w:val="0"/>
        </w:rPr>
        <w:t>‘Tôi sẽ tới nhanh nhất có thể, thưa sếp,’ Hogan nói, trước khi gác máy.</w:t>
      </w:r>
    </w:p>
    <w:p>
      <w:pPr>
        <w:spacing w:after="80"/>
      </w:pPr>
      <w:r>
        <w:rPr>
          <w:b w:val="0"/>
          <w:i w:val="0"/>
        </w:rPr>
        <w:t>‘Nhớ gửi lời chúc tốt đẹp của tôi tới sếp nhé,’ Jackie nói khi Ross nhảy ra khỏi giường. ‘Và đừng quên cảm ơn anh ta vì đã phá hỏng ngày cuối tuần cuối cùng của chúng ta.’</w:t>
      </w:r>
    </w:p>
    <w:p>
      <w:pPr>
        <w:spacing w:after="80"/>
        <w:jc w:val="center"/>
      </w:pPr>
      <w:r>
        <w:rPr>
          <w:b w:val="0"/>
          <w:i w:val="0"/>
        </w:rPr>
        <w:t>• • •</w:t>
      </w:r>
    </w:p>
    <w:p>
      <w:pPr>
        <w:spacing w:after="80"/>
      </w:pPr>
      <w:r>
        <w:rPr>
          <w:b w:val="0"/>
          <w:i w:val="0"/>
        </w:rPr>
        <w:t>Danny đỗ xe trước nhà DCI Warwick bốn mươi phút sau đó. William leo vào ghế sau để ngồi cùng Ross, người trông tỉnh táo hơn anh nhiều.</w:t>
      </w:r>
    </w:p>
    <w:p>
      <w:pPr>
        <w:spacing w:after="80"/>
      </w:pPr>
      <w:r>
        <w:rPr>
          <w:b w:val="0"/>
          <w:i w:val="0"/>
        </w:rPr>
        <w:t>DI Hogan rõ ràng là một người chưa sẵn sàng cho công việc mặc thường phục. Anh ta mặc một chiếc quần jeans xanh nhạt, một chiếc áo phông nhàu nát trông như vừa nhặt từ dưới sàn lên, và đôi giày thể thao tuy là loại xịn nhất nhưng chẳng đúng quy định chút nào. Nhưng đó chính là cách The Hawk sẽ mô tả bộ não của anh ta.</w:t>
      </w:r>
    </w:p>
    <w:p>
      <w:pPr>
        <w:spacing w:after="80"/>
      </w:pPr>
      <w:r>
        <w:rPr>
          <w:b w:val="0"/>
          <w:i w:val="0"/>
        </w:rPr>
        <w:t>‘Thật là một mớ bòng bong, thưa sếp,’ là những lời đầu tiên Ross nói khi William kéo cửa sau đóng lại.</w:t>
      </w:r>
    </w:p>
    <w:p>
      <w:pPr>
        <w:spacing w:after="80"/>
      </w:pPr>
      <w:r>
        <w:rPr>
          <w:b w:val="0"/>
          <w:i w:val="0"/>
        </w:rPr>
        <w:t>‘Không thể tệ hơn được nữa. Thực ra, anh nên tập gọi tôi là William đi, vì tôi có cảm giác đến cuối tuần này tôi có thể sẽ phải gọi anh là ngài đấy,’ anh nói, trước khi tiết lộ chi tiết cuộc điện thoại của mình với The Hawk.</w:t>
      </w:r>
    </w:p>
    <w:p>
      <w:pPr>
        <w:spacing w:after="80"/>
      </w:pPr>
      <w:r>
        <w:rPr>
          <w:b w:val="0"/>
          <w:i w:val="0"/>
        </w:rPr>
        <w:t>‘Tệ đến thế cơ à?’</w:t>
      </w:r>
    </w:p>
    <w:p>
      <w:pPr>
        <w:spacing w:after="80"/>
      </w:pPr>
      <w:r>
        <w:rPr>
          <w:b w:val="0"/>
          <w:i w:val="0"/>
        </w:rPr>
        <w:t>‘Còn tệ hơn. Ông ấy chỉ ra rằng,’ William tiếp tục, ‘chúng ta có quá đủ bằng chứng để bắt Christina Faulkner vì tội tiếp tay cho phạm nhân, vi phạm Đạo luật Hình sự năm 1967.’</w:t>
      </w:r>
    </w:p>
    <w:p>
      <w:pPr>
        <w:spacing w:after="80"/>
      </w:pPr>
      <w:r>
        <w:rPr>
          <w:b w:val="0"/>
          <w:i w:val="0"/>
        </w:rPr>
        <w:t>‘Điều đó sẽ giữ cô ta tránh xa nguy hiểm ít nhất năm năm.’</w:t>
      </w:r>
    </w:p>
    <w:p>
      <w:pPr>
        <w:spacing w:after="80"/>
      </w:pPr>
      <w:r>
        <w:rPr>
          <w:b w:val="0"/>
          <w:i w:val="0"/>
        </w:rPr>
        <w:t>‘Tuy nhiên, ông ấy cảm thấy chúng ta nên tập trung vào phần thưởng lớn hơn, trong khi vẫn theo dõi cô ta. Ông ấy tin rằng cô ta sẽ vui vẻ tố giác chồng mình để đổi lấy bản án nhẹ hơn, nên theo lời ông ấy, chúng ta nên giữ thuốc súng khô.’</w:t>
      </w:r>
    </w:p>
    <w:p>
      <w:pPr>
        <w:spacing w:after="80"/>
      </w:pPr>
      <w:r>
        <w:rPr>
          <w:b w:val="0"/>
          <w:i w:val="0"/>
        </w:rPr>
        <w:t>‘Tôi tự hỏi không biết Booth Watson cuối cùng sẽ đại diện cho bên nào khi ra tòa.’</w:t>
      </w:r>
    </w:p>
    <w:p>
      <w:pPr>
        <w:spacing w:after="80"/>
      </w:pPr>
      <w:r>
        <w:rPr>
          <w:b w:val="0"/>
          <w:i w:val="0"/>
        </w:rPr>
        <w:t>‘Cả hai bên, nếu ông ta nghĩ mình có thể thoát được,’ William nói.</w:t>
      </w:r>
    </w:p>
    <w:p>
      <w:pPr>
        <w:spacing w:after="80"/>
      </w:pPr>
      <w:r>
        <w:rPr>
          <w:b w:val="0"/>
          <w:i w:val="0"/>
        </w:rPr>
        <w:t>‘Vậy bước tiếp theo của chúng ta là gì?’</w:t>
      </w:r>
    </w:p>
    <w:p>
      <w:pPr>
        <w:spacing w:after="80"/>
      </w:pPr>
      <w:r>
        <w:rPr>
          <w:b w:val="0"/>
          <w:i w:val="0"/>
        </w:rPr>
        <w:t>‘Một chút lùng sục kiểu truyền thống, cứ như thể chúng ta đang quay lại tuần tra để học nghề vậy. Đầu tiên, chúng ta phải dựng lại mọi thứ đã diễn ra ngày hôm qua với hy vọng tìm ra Faulkner đã đi đâu. Danny,’ William nói, người nghiêng về phía trước, ‘hướng tới chỗ đường ngang tàu hỏa nơi Faulkner đã đưa cả hai chúng ta đi một vòng.’</w:t>
      </w:r>
    </w:p>
    <w:p>
      <w:pPr>
        <w:spacing w:after="80"/>
      </w:pPr>
      <w:r>
        <w:rPr>
          <w:b w:val="0"/>
          <w:i w:val="0"/>
        </w:rPr>
        <w:t>Trên đường đến Limpton, William kể cho Ross nghe về kế hoạch được sắp đặt kỹ lưỡng nhất mà anh đã nghĩ ra trong đêm.</w:t>
      </w:r>
    </w:p>
    <w:p>
      <w:pPr>
        <w:spacing w:after="80"/>
      </w:pPr>
      <w:r>
        <w:rPr>
          <w:b w:val="0"/>
          <w:i w:val="0"/>
        </w:rPr>
        <w:t>‘Chuyện chuột và người,’ Ross nói.</w:t>
      </w:r>
    </w:p>
    <w:p>
      <w:pPr>
        <w:spacing w:after="80"/>
      </w:pPr>
      <w:r>
        <w:rPr>
          <w:b w:val="0"/>
          <w:i w:val="0"/>
        </w:rPr>
        <w:t>‘Tôi biết mình là ai trong số đó,’ William nói. ‘Tất cả chuyện này sẽ không cần thiết nếu tôi dùng xe tuần tra chứ không phải taxi khi chúng ta theo dõi Faulkner. Vậy nên The Hawk nói đúng, không thể đổ lỗi cho ai khác. Nếu tôi không tìm ra Faulkner trước cuối tuần, tôi sẽ quay lại tuần tra, và không khó để đoán ai sẽ được bổ nhiệm thay chỗ tôi.’</w:t>
      </w:r>
    </w:p>
    <w:p>
      <w:pPr>
        <w:spacing w:after="80"/>
      </w:pPr>
      <w:r>
        <w:rPr>
          <w:b w:val="0"/>
          <w:i w:val="0"/>
        </w:rPr>
        <w:t>‘Đừng nhìn tôi,’ Ross nói. ‘Tôi là kẻ đơn độc, không phải chất liệu làm sĩ quan. Nhưng tôi nghe nói có một chỗ đang tuyển trong bộ phận điều khiển giao thông cho một trung sĩ vừa bị giáng chức. Không cần kinh nghiệm.’</w:t>
      </w:r>
    </w:p>
    <w:p>
      <w:pPr>
        <w:spacing w:after="80"/>
      </w:pPr>
      <w:r>
        <w:rPr>
          <w:b w:val="0"/>
          <w:i w:val="0"/>
        </w:rPr>
        <w:t>‘Đừng đùa về chuyện đó,’ William nói, khi Danny lái xe vào đường cao tốc.</w:t>
      </w:r>
    </w:p>
    <w:p>
      <w:pPr>
        <w:spacing w:after="80"/>
      </w:pPr>
      <w:r>
        <w:rPr>
          <w:b w:val="0"/>
          <w:i w:val="0"/>
        </w:rPr>
        <w:t>Khi họ đến chỗ đường ngang, Ross đã hỏi vài câu hỏi sắc sảo, và thêm một hai ý tưởng của riêng mình. William nhanh chóng khám phá ra lý do tại sao The Hawk lại đánh giá cao anh ta đến vậy.</w:t>
      </w:r>
    </w:p>
    <w:p>
      <w:pPr>
        <w:spacing w:after="80"/>
      </w:pPr>
      <w:r>
        <w:rPr>
          <w:b w:val="0"/>
          <w:i w:val="0"/>
        </w:rPr>
        <w:t>‘Một khi Faulkner đã thấy anh và Danny chạy về phía ga, ông ta sẽ có hai lựa chọn,’ Ross nói. ‘Quay lại hoặc tiếp tục đi qua đường ngang.’</w:t>
      </w:r>
    </w:p>
    <w:p>
      <w:pPr>
        <w:spacing w:after="80"/>
      </w:pPr>
      <w:r>
        <w:rPr>
          <w:b w:val="0"/>
          <w:i w:val="0"/>
        </w:rPr>
        <w:t>‘Anh ta vẫn đi tiếp,’ Danny nói.</w:t>
      </w:r>
    </w:p>
    <w:p>
      <w:pPr>
        <w:spacing w:after="80"/>
      </w:pPr>
      <w:r>
        <w:rPr>
          <w:b w:val="0"/>
          <w:i w:val="0"/>
        </w:rPr>
        <w:t>‘Sao anh chắc chắn thế?’ Ross hỏi.</w:t>
      </w:r>
    </w:p>
    <w:p>
      <w:pPr>
        <w:spacing w:after="80"/>
      </w:pPr>
      <w:r>
        <w:rPr>
          <w:b w:val="0"/>
          <w:i w:val="0"/>
        </w:rPr>
        <w:t>‘Tôi không kịp lên tàu, nên đành quay lại xe. Trong lúc băng qua cầu trên đường về, tôi thấy rào chắn nâng lên và một chiếc Mercedes màu xanh đậm chạy qua.’</w:t>
      </w:r>
    </w:p>
    <w:p>
      <w:pPr>
        <w:spacing w:after="80"/>
      </w:pPr>
      <w:r>
        <w:rPr>
          <w:b w:val="0"/>
          <w:i w:val="0"/>
        </w:rPr>
        <w:t>‘Sao anh không bám theo?’ Ross hỏi.</w:t>
      </w:r>
    </w:p>
    <w:p>
      <w:pPr>
        <w:spacing w:after="80"/>
      </w:pPr>
      <w:r>
        <w:rPr>
          <w:b w:val="0"/>
          <w:i w:val="0"/>
        </w:rPr>
        <w:t>‘Tài xế đội mũ lưỡi trai của người lái xe riêng, nên tôi tưởng Faulkner đang ở trên tàu. Trách nhiệm đầu tiên của tôi là đảm bảo có một nhóm đón tiếp chờ sẵn ông ta ở ga kế tiếp.’</w:t>
      </w:r>
    </w:p>
    <w:p>
      <w:pPr>
        <w:spacing w:after="80"/>
      </w:pPr>
      <w:r>
        <w:rPr>
          <w:b w:val="0"/>
          <w:i w:val="0"/>
        </w:rPr>
        <w:t>‘Và đúng là có, nhưng Faulkner không có trên đó,’ William nói. ‘Mãi một lúc sau tôi mới nhận ra rằng tài xế riêng của ông ta đã thế chỗ. Từ giờ trở đi, hãy bắt đầu nghĩ như Faulkner. Nếu tôi đang lái xe qua đường ngang tàu, tôi sẽ đi về đâu?’</w:t>
      </w:r>
    </w:p>
    <w:p>
      <w:pPr>
        <w:spacing w:after="80"/>
      </w:pPr>
      <w:r>
        <w:rPr>
          <w:b w:val="0"/>
          <w:i w:val="0"/>
        </w:rPr>
        <w:t>‘Ông ta sẽ không tiếp tục đi vào Limpton đâu,’ Ross nói, ‘vì lúc đó ông ta hẳn đã nhận ra sẽ có mấy người dẫn khách đang chờ chú rể.’</w:t>
      </w:r>
    </w:p>
    <w:p>
      <w:pPr>
        <w:spacing w:after="80"/>
      </w:pPr>
      <w:r>
        <w:rPr>
          <w:b w:val="0"/>
          <w:i w:val="0"/>
        </w:rPr>
        <w:t>‘Chỉ còn một ngã rẽ khác trên con đường trước Limpton thôi,’ Danny chen vào.</w:t>
      </w:r>
    </w:p>
    <w:p>
      <w:pPr>
        <w:spacing w:after="80"/>
      </w:pPr>
      <w:r>
        <w:rPr>
          <w:b w:val="0"/>
          <w:i w:val="0"/>
        </w:rPr>
        <w:t>‘Vậy thì ông ta hẳn đã rẽ vào đó,’ William nói, khi họ tiến đến một ngã tư.</w:t>
      </w:r>
    </w:p>
    <w:p>
      <w:pPr>
        <w:spacing w:after="80"/>
      </w:pPr>
      <w:r>
        <w:rPr>
          <w:b w:val="0"/>
          <w:i w:val="0"/>
        </w:rPr>
        <w:t>Danny phớt lờ biển chỉ đường đến Limpton, rẽ phải và đạp ga.</w:t>
      </w:r>
    </w:p>
    <w:p>
      <w:pPr>
        <w:spacing w:after="80"/>
      </w:pPr>
      <w:r>
        <w:rPr>
          <w:b w:val="0"/>
          <w:i w:val="0"/>
        </w:rPr>
        <w:t>‘Chậm thôi,’ William nói. ‘Giữ tốc độ đều đều. Faulkner sẽ không liều vượt quá tốc độ cho phép rồi bị chặn lại đâu.’</w:t>
      </w:r>
    </w:p>
    <w:p>
      <w:pPr>
        <w:spacing w:after="80"/>
      </w:pPr>
      <w:r>
        <w:rPr>
          <w:b w:val="0"/>
          <w:i w:val="0"/>
        </w:rPr>
        <w:t>‘Anh nghĩ ông ta sẽ đi thêm bao lâu trước khi bỏ xe?’ Ross hỏi.</w:t>
      </w:r>
    </w:p>
    <w:p>
      <w:pPr>
        <w:spacing w:after="80"/>
      </w:pPr>
      <w:r>
        <w:rPr>
          <w:b w:val="0"/>
          <w:i w:val="0"/>
        </w:rPr>
        <w:t>‘Không lâu lắm đâu,’ William nói. ‘Ông ta hẳn biết rằng một khi chúng ta nhận ra ông ta không có trên chuyến tàu đó, mọi xe tuần tra trong quận sẽ để mắt tìm một chiếc Mercedes màu xanh đậm.’</w:t>
      </w:r>
    </w:p>
    <w:p>
      <w:pPr>
        <w:spacing w:after="80"/>
      </w:pPr>
      <w:r>
        <w:rPr>
          <w:b w:val="0"/>
          <w:i w:val="0"/>
        </w:rPr>
        <w:t>‘Giả sử nó chưa bị tìm thấy, hoặc bị trộm mất,’ Danny nói. ‘Chúng ta sẽ có cơ hội tìm ra nó tốt hơn nếu được dùng trực thăng của Met thay vì chiếc Austin Allegro cũ kỹ này.’</w:t>
      </w:r>
    </w:p>
    <w:p>
      <w:pPr>
        <w:spacing w:after="80"/>
      </w:pPr>
      <w:r>
        <w:rPr>
          <w:b w:val="0"/>
          <w:i w:val="0"/>
        </w:rPr>
        <w:t>‘Tôi không nghĩ viên chỉ huy sẽ phê duyệt việc đó đâu,’ William nói, khi Danny lái xe chầm chậm qua một ngôi làng nhỏ rồi dừng lại ở một ngã tư khác.</w:t>
      </w:r>
    </w:p>
    <w:p>
      <w:pPr>
        <w:spacing w:after="80"/>
      </w:pPr>
      <w:r>
        <w:rPr>
          <w:b w:val="0"/>
          <w:i w:val="0"/>
        </w:rPr>
        <w:t>‘Cứu tôi với,’ Danny nói. ‘Nào, rẽ phải, rẽ trái hay đi thẳng?’</w:t>
      </w:r>
    </w:p>
    <w:p>
      <w:pPr>
        <w:spacing w:after="80"/>
      </w:pPr>
      <w:r>
        <w:rPr>
          <w:b w:val="0"/>
          <w:i w:val="0"/>
        </w:rPr>
        <w:t>‘Đi thẳng,’ William nói. ‘Ông ta sẽ không rẽ trái về Limpton đâu. Nếu mười lăm phút tới mà không gặp được gì, chúng ta sẽ quay lại.’</w:t>
      </w:r>
    </w:p>
    <w:p>
      <w:pPr>
        <w:spacing w:after="80"/>
      </w:pPr>
      <w:r>
        <w:rPr>
          <w:b w:val="0"/>
          <w:i w:val="0"/>
        </w:rPr>
        <w:t>William càng lúc càng bi quan sau mỗi dặm xe chạy, nhưng khi họ đến gần ngôi làng tiếp theo, Danny hét lên: ‘Bingo!’ và kít xe lại bên cạnh một chiếc Mercedes màu xanh đậm.</w:t>
      </w:r>
    </w:p>
    <w:p>
      <w:pPr>
        <w:spacing w:after="80"/>
      </w:pPr>
      <w:r>
        <w:rPr>
          <w:b w:val="0"/>
          <w:i w:val="0"/>
        </w:rPr>
        <w:t>Ross vừa định bước ra khỏi xe thì William lặng lẽ nói: ‘Sai biển số rồi.’</w:t>
      </w:r>
    </w:p>
    <w:p>
      <w:pPr>
        <w:spacing w:after="80"/>
      </w:pPr>
      <w:r>
        <w:rPr>
          <w:b w:val="0"/>
          <w:i w:val="0"/>
        </w:rPr>
        <w:t>Không ai nói gì khi Danny quay xe lại và đạp ga. Anh chỉ giảm tốc độ khi đã quay về ngã tư. Lần này, anh rẽ trái và đi theo biển chỉ dẫn đến Sevenoaks, cẩn thận giữ tốc độ dưới ba mươi.</w:t>
      </w:r>
    </w:p>
    <w:p>
      <w:pPr>
        <w:spacing w:after="80"/>
      </w:pPr>
      <w:r>
        <w:rPr>
          <w:b w:val="0"/>
          <w:i w:val="0"/>
        </w:rPr>
        <w:t>William không khỏi ước gì mình đã ở lại New York và đang tham quan bảo tàng Frick, thay vì lang thang khắp vùng nông thôn để tìm một chiếc xe bị bỏ rơi.</w:t>
      </w:r>
    </w:p>
    <w:p>
      <w:pPr>
        <w:spacing w:after="80"/>
      </w:pPr>
      <w:r>
        <w:rPr>
          <w:b w:val="0"/>
          <w:i w:val="0"/>
        </w:rPr>
        <w:t>‘Rốt cuộc bọn chúng đang làm cái quái gì thế?’ Danny nói khi thấy vài thanh niên đang tháo bu-lông bánh xe của một chiếc ô tô. Anh đạp phanh, nhưng hai gã trai đã chạy trốn theo hai hướng khác nhau từ lâu trước khi anh kịp xuống xe, một tên còn kẹp một chiếc bánh xe dưới nách.</w:t>
      </w:r>
    </w:p>
    <w:p>
      <w:pPr>
        <w:spacing w:after="80"/>
      </w:pPr>
      <w:r>
        <w:rPr>
          <w:b w:val="0"/>
          <w:i w:val="0"/>
        </w:rPr>
        <w:t>‘Anh có muốn tôi đuổi theo hắn không, sếp?’</w:t>
      </w:r>
    </w:p>
    <w:p>
      <w:pPr>
        <w:spacing w:after="80"/>
      </w:pPr>
      <w:r>
        <w:rPr>
          <w:b w:val="0"/>
          <w:i w:val="0"/>
        </w:rPr>
        <w:t>‘Không,’ William nói, mắt dán vào biển số xe. ‘Bọn chúng đã để lại một chiến lợi phẩm lớn hơn nhiều. Gọi cho Thanh tra Thomas, bảo ông ấy cử một xe kéo đến, và giữ kín chiếc xe này cho đến khi tôi liên lạc lại với ông ấy.’</w:t>
      </w:r>
    </w:p>
    <w:p>
      <w:pPr>
        <w:spacing w:after="80"/>
      </w:pPr>
      <w:r>
        <w:rPr>
          <w:b w:val="0"/>
          <w:i w:val="0"/>
        </w:rPr>
        <w:t>Trong khi Danny đang liên lạc qua bộ đàm, Ross, người đã đi vòng quanh chiếc xe vài lần, giờ đang nhìn qua một hàng rào cây gần đó. ‘Ở đằng này, thưa ngài,’ anh hét lên.</w:t>
      </w:r>
    </w:p>
    <w:p>
      <w:pPr>
        <w:spacing w:after="80"/>
      </w:pPr>
      <w:r>
        <w:rPr>
          <w:b w:val="0"/>
          <w:i w:val="0"/>
        </w:rPr>
        <w:t>William nhanh chóng đến chỗ anh. Họ chui qua hàng rào cây vào một cánh đồng lầy lội, nơi William dùng một cành cây nhỏ cẩn thận nhấc lên một chiếc mũ tài xế.</w:t>
      </w:r>
    </w:p>
    <w:p>
      <w:pPr>
        <w:spacing w:after="80"/>
      </w:pPr>
      <w:r>
        <w:rPr>
          <w:b w:val="0"/>
          <w:i w:val="0"/>
        </w:rPr>
        <w:t>‘Chúng ta chỉ cần một dấu vân tay là đủ xác nhận Đại úy Ralph Neville thực chất chính là Miles Faulkner,’ William nói. ‘Nhưng điều tôi muốn biết là tại sao ông ta lại bỏ chiếc xe ở đây.’</w:t>
      </w:r>
    </w:p>
    <w:p>
      <w:pPr>
        <w:spacing w:after="80"/>
      </w:pPr>
      <w:r>
        <w:rPr>
          <w:b w:val="0"/>
          <w:i w:val="0"/>
        </w:rPr>
        <w:t>‘Có thể đó là lý do đấy,’ Ross nói, chỉ về phía một trạm dừng xe buýt.</w:t>
      </w:r>
    </w:p>
    <w:p>
      <w:pPr>
        <w:spacing w:after="80"/>
      </w:pPr>
      <w:r>
        <w:rPr>
          <w:b w:val="0"/>
          <w:i w:val="0"/>
        </w:rPr>
        <w:t>‘Tinh mắt lắm,’ William nói. Họ băng qua đường và xem bảng giờ xe bên trong nhà chờ. ‘Có một chuyến xe buýt đến Sevenoaks lúc hai giờ hai mươi vào thứ Bảy,’ William nói.</w:t>
      </w:r>
    </w:p>
    <w:p>
      <w:pPr>
        <w:spacing w:after="80"/>
      </w:pPr>
      <w:r>
        <w:rPr>
          <w:b w:val="0"/>
          <w:i w:val="0"/>
        </w:rPr>
        <w:t>‘Như vậy là khớp với thời gian,’ Ross nói, khi Danny đến chỗ họ.</w:t>
      </w:r>
    </w:p>
    <w:p>
      <w:pPr>
        <w:spacing w:after="80"/>
      </w:pPr>
      <w:r>
        <w:rPr>
          <w:b w:val="0"/>
          <w:i w:val="0"/>
        </w:rPr>
        <w:t>‘Thanh tra Thomas đang trên đường tới, và một xe kéo sẽ đến ngay sau đó. Tiếp theo làm gì đây, sếp?’</w:t>
      </w:r>
    </w:p>
    <w:p>
      <w:pPr>
        <w:spacing w:after="80"/>
      </w:pPr>
      <w:r>
        <w:rPr>
          <w:b w:val="0"/>
          <w:i w:val="0"/>
        </w:rPr>
        <w:t>‘Niêm phong cái này vào túi đựng vật chứng,’ William nói, đưa chiếc mũ tài xế, trước khi kiểm tra lại bảng giờ xe lần nữa. ‘Tôi sẽ bắt chuyến xe buýt tiếp theo đến Sevenoaks và gặp hai anh ở đó, tại trạm cuối. Ross, khi đến đó, cố gắng nhìn mọi thứ qua con mắt của Faulkner. Điều đó có thể giúp chúng ta suy ra ông ta đã làm gì tiếp theo. Tôi cũng sẽ làm như vậy khi ngồi trên xe buýt.’</w:t>
      </w:r>
    </w:p>
    <w:p>
      <w:pPr>
        <w:spacing w:after="80"/>
      </w:pPr>
      <w:r>
        <w:rPr>
          <w:b w:val="0"/>
          <w:i w:val="0"/>
        </w:rPr>
        <w:t>William nhìn hai người họ leo trở lại xe và phóng đi. Anh ngồi xuống trong nhà chờ và đợi chuyến xe buýt tiếp theo xuất hiện.</w:t>
      </w:r>
    </w:p>
    <w:p>
      <w:pPr>
        <w:pStyle w:val="Heading2"/>
      </w:pPr>
      <w:r>
        <w:rPr>
          <w:rFonts w:ascii="Calibri" w:hAnsi="Calibri"/>
          <w:b/>
          <w:i w:val="0"/>
          <w:sz w:val="32"/>
        </w:rPr>
        <w:t>CHƯƠNG 10</w:t>
      </w:r>
    </w:p>
    <w:p>
      <w:pPr>
        <w:spacing w:after="80"/>
      </w:pPr>
      <w:r>
        <w:rPr>
          <w:b w:val="0"/>
          <w:i w:val="0"/>
        </w:rPr>
        <w:t>CHIẾC XE BUÝT ĐỊA PHƯƠNG lăn bánh chậm rãi qua ngọn đồi và rung lắc dừng lại ở trạm. Một hành khách đơn độc bước lên xe và ngồi xuống gần phía trước.</w:t>
      </w:r>
    </w:p>
    <w:p>
      <w:pPr>
        <w:spacing w:after="80"/>
      </w:pPr>
      <w:r>
        <w:rPr>
          <w:b w:val="0"/>
          <w:i w:val="0"/>
        </w:rPr>
        <w:t>‘Đi đâu ạ?’ người soát vé hỏi.</w:t>
      </w:r>
    </w:p>
    <w:p>
      <w:pPr>
        <w:spacing w:after="80"/>
      </w:pPr>
      <w:r>
        <w:rPr>
          <w:b w:val="0"/>
          <w:i w:val="0"/>
        </w:rPr>
        <w:t>‘Sevenoaks,’ William đáp.</w:t>
      </w:r>
    </w:p>
    <w:p>
      <w:pPr>
        <w:spacing w:after="80"/>
      </w:pPr>
      <w:r>
        <w:rPr>
          <w:b w:val="0"/>
          <w:i w:val="0"/>
        </w:rPr>
        <w:t>‘Sáu mươi xu.’</w:t>
      </w:r>
    </w:p>
    <w:p>
      <w:pPr>
        <w:spacing w:after="80"/>
      </w:pPr>
      <w:r>
        <w:rPr>
          <w:b w:val="0"/>
          <w:i w:val="0"/>
        </w:rPr>
        <w:t>William rút thẻ cảnh sát ra và hỏi, ‘Hôm qua ông có chạy tuyến này vào khoảng mười hai giờ, một giờ chiều không?’</w:t>
      </w:r>
    </w:p>
    <w:p>
      <w:pPr>
        <w:spacing w:after="80"/>
      </w:pPr>
      <w:r>
        <w:rPr>
          <w:b w:val="0"/>
          <w:i w:val="0"/>
        </w:rPr>
        <w:t>‘Không, thưa ông, đó là ca của Rose. Hôm nay cô ấy nghỉ, Chủ nhật không làm việc.’</w:t>
      </w:r>
    </w:p>
    <w:p>
      <w:pPr>
        <w:spacing w:after="80"/>
      </w:pPr>
      <w:r>
        <w:rPr>
          <w:b w:val="0"/>
          <w:i w:val="0"/>
        </w:rPr>
        <w:t>‘Rose?’</w:t>
      </w:r>
    </w:p>
    <w:p>
      <w:pPr>
        <w:spacing w:after="80"/>
      </w:pPr>
      <w:r>
        <w:rPr>
          <w:b w:val="0"/>
          <w:i w:val="0"/>
        </w:rPr>
        <w:t>‘Rose Prescott. Chạy tuyến này bao nhiêu năm rồi,’ ông ta nói kèm một tiếng cười khúc khích.</w:t>
      </w:r>
    </w:p>
    <w:p>
      <w:pPr>
        <w:spacing w:after="80"/>
      </w:pPr>
      <w:r>
        <w:rPr>
          <w:b w:val="0"/>
          <w:i w:val="0"/>
        </w:rPr>
        <w:t>‘Cảm ơn ông,’ William nói, rồi ngồi ngả lưng và nhìn ra cửa sổ ngắm vùng nông thôn trôi qua, tự hỏi liệu có khả năng Faulkner vẫn còn ở Anh không. Dòng suy nghĩ của anh bị cắt ngang bởi tiếng còi hú, khi một chiếc xe cảnh sát lao vụt qua họ ở phía bên kia đường. Anh ghi nhớ trong đầu sẽ gọi cho Thanh tra Thomas để cảm ơn ông ấy.</w:t>
      </w:r>
    </w:p>
    <w:p>
      <w:pPr>
        <w:spacing w:after="80"/>
      </w:pPr>
      <w:r>
        <w:rPr>
          <w:b w:val="0"/>
          <w:i w:val="0"/>
        </w:rPr>
        <w:t>Dù xe buýt dừng ở vài trạm trên chặng đường chậm chạp và ngắt quãng đến Sevenoaks, William không thấy điều gì khiến anh nghĩ Faulkner sẽ xuống xe trước trạm cuối.</w:t>
      </w:r>
    </w:p>
    <w:p>
      <w:pPr>
        <w:spacing w:after="80"/>
      </w:pPr>
      <w:r>
        <w:rPr>
          <w:b w:val="0"/>
          <w:i w:val="0"/>
        </w:rPr>
        <w:t>Anh liếc đồng hồ khi một chiếc xe bán tải cảnh sát ì ạch chạy qua. Anh không chắc sẽ có dấu vân tay của Faulkner trên chiếc Mercedes, nhưng còn chiếc mũ của tài xế thì sao? Ross đang đợi anh khi xe buýt đến trạm cuối, và rõ ràng anh ấy đã không lãng phí thời gian.</w:t>
      </w:r>
    </w:p>
    <w:p>
      <w:pPr>
        <w:spacing w:after="80"/>
      </w:pPr>
      <w:r>
        <w:rPr>
          <w:b w:val="0"/>
          <w:i w:val="0"/>
        </w:rPr>
        <w:t>‘Điều đầu tiên Faulkner nhìn thấy khi xuống xe buýt,’ Ross nói, ‘là ga tàu hỏa và bãi taxi ngay đối diện, bên kia đường. Danny đang kiểm tra ga rồi. Đến giờ tôi vẫn chưa may mắn gì với mấy bác tài taxi. Không ai nhận ra bức ảnh của Ralph Neville, nhưng họ bảo tôi khá nhiều tài xế quen thích chạy ca chiều hơn.’</w:t>
      </w:r>
    </w:p>
    <w:p>
      <w:pPr>
        <w:spacing w:after="80"/>
      </w:pPr>
      <w:r>
        <w:rPr>
          <w:b w:val="0"/>
          <w:i w:val="0"/>
        </w:rPr>
        <w:t>‘Vậy anh sẽ phải tiếp tục hỏi, trong khi tôi đến thăm bà Rose Prescott.’</w:t>
      </w:r>
    </w:p>
    <w:p>
      <w:pPr>
        <w:spacing w:after="80"/>
      </w:pPr>
      <w:r>
        <w:rPr>
          <w:b w:val="0"/>
          <w:i w:val="0"/>
        </w:rPr>
        <w:t>‘Bà ấy là ai?’</w:t>
      </w:r>
    </w:p>
    <w:p>
      <w:pPr>
        <w:spacing w:after="80"/>
      </w:pPr>
      <w:r>
        <w:rPr>
          <w:b w:val="0"/>
          <w:i w:val="0"/>
        </w:rPr>
        <w:t>‘Rồi sẽ được tiết lộ sau,’ William nói, khi anh rời Ross để quay lại bến taxi, còn anh thì đi bộ sang bến cuối.</w:t>
      </w:r>
    </w:p>
    <w:p>
      <w:pPr>
        <w:spacing w:after="80"/>
      </w:pPr>
      <w:r>
        <w:rPr>
          <w:b w:val="0"/>
          <w:i w:val="0"/>
        </w:rPr>
        <w:t>‘Rose ạ,’ người giám sát nói, sau khi đã kiểm tra thẻ chứng nhận của Thanh tra trưởng. ‘Tôi hy vọng cô ấy không làm gì sai.’</w:t>
      </w:r>
    </w:p>
    <w:p>
      <w:pPr>
        <w:spacing w:after="80"/>
      </w:pPr>
      <w:r>
        <w:rPr>
          <w:b w:val="0"/>
          <w:i w:val="0"/>
        </w:rPr>
        <w:t>‘Không, không có gì đâu. Tôi chỉ hy vọng cô ấy sẽ nhớ ra một hành khách đã đi trên chuyến xe buýt của cô ấy chiều hôm qua.’</w:t>
      </w:r>
    </w:p>
    <w:p>
      <w:pPr>
        <w:spacing w:after="80"/>
      </w:pPr>
      <w:r>
        <w:rPr>
          <w:b w:val="0"/>
          <w:i w:val="0"/>
        </w:rPr>
        <w:t>‘Trên tuyến đó, gần như tất cả đều là khách quen mà cô ấy biết mặt từng người.’ Ông bắt đầu lật từng trang của một tập hồ sơ dày. ‘Cô ấy sống ở số hai mươi ba đường Castle Drive.’ Liếc nhìn đồng hồ, ông nói thêm, ‘Giờ này chắc cô ấy đã về từ nhà thờ rồi.’</w:t>
      </w:r>
    </w:p>
    <w:p>
      <w:pPr>
        <w:spacing w:after="80"/>
      </w:pPr>
      <w:r>
        <w:rPr>
          <w:b w:val="0"/>
          <w:i w:val="0"/>
        </w:rPr>
        <w:t>Khi William bước ra khỏi bến cuối, anh thấy Ross đang cho một tài xế taxi khác xem tấm ảnh phóng to của Neville, nhưng bác tài lắc đầu khi William đến chỗ họ.</w:t>
      </w:r>
    </w:p>
    <w:p>
      <w:pPr>
        <w:spacing w:after="80"/>
      </w:pPr>
      <w:r>
        <w:rPr>
          <w:b w:val="0"/>
          <w:i w:val="0"/>
        </w:rPr>
        <w:t>‘Cơ hội mong manh thôi,’ William thừa nhận, ‘nhưng đừng để tỷ lệ đó làm anh nản.’</w:t>
      </w:r>
    </w:p>
    <w:p>
      <w:pPr>
        <w:spacing w:after="80"/>
      </w:pPr>
      <w:r>
        <w:rPr>
          <w:b w:val="0"/>
          <w:i w:val="0"/>
        </w:rPr>
        <w:t>Ross lẩm bẩm điều gì đó không rõ, khi William leo vào ghế sau xe taxi và đọc cho tài xế một địa chỉ trên đường Castle Drive. Khi xe lăn bánh, anh hỏi, ‘Bác không nhận ra người đàn ông trong bức ảnh mà đồng nghiệp tôi cho bác xem à?’</w:t>
      </w:r>
    </w:p>
    <w:p>
      <w:pPr>
        <w:spacing w:after="80"/>
      </w:pPr>
      <w:r>
        <w:rPr>
          <w:b w:val="0"/>
          <w:i w:val="0"/>
        </w:rPr>
        <w:t>‘Không, ông anh ạ. Chiều hôm qua tôi đang xem Arsenal bị Chelsea xử đẹp.’</w:t>
      </w:r>
    </w:p>
    <w:p>
      <w:pPr>
        <w:spacing w:after="80"/>
      </w:pPr>
      <w:r>
        <w:rPr>
          <w:b w:val="0"/>
          <w:i w:val="0"/>
        </w:rPr>
        <w:t>Đúng là bất ngờ chưa, William muốn nói vậy, nhưng quyết định không để lộ bản chất thật của mình, phòng khi bác tài quyết định không nói chuyện với anh nữa. Anh ngồi ngả lưng và bắt đầu nghĩ về những câu hỏi cần hỏi bà Prescott, người mà anh cảm thấy như đã quen từ trước.</w:t>
      </w:r>
    </w:p>
    <w:p>
      <w:pPr>
        <w:spacing w:after="80"/>
      </w:pPr>
      <w:r>
        <w:rPr>
          <w:b w:val="0"/>
          <w:i w:val="0"/>
        </w:rPr>
        <w:t>Khi xe taxi dừng trước số 23, William nói, ‘Bác đợi ở đây được không? Tôi sẽ không lâu đâu.’</w:t>
      </w:r>
    </w:p>
    <w:p>
      <w:pPr>
        <w:spacing w:after="80"/>
      </w:pPr>
      <w:r>
        <w:rPr>
          <w:b w:val="0"/>
          <w:i w:val="0"/>
        </w:rPr>
        <w:t>‘Đồng hồ tính tiền vẫn chạy đấy nhé,’ bác tài nói với vẻ cười toe toét.</w:t>
      </w:r>
    </w:p>
    <w:p>
      <w:pPr>
        <w:spacing w:after="80"/>
      </w:pPr>
      <w:r>
        <w:rPr>
          <w:b w:val="0"/>
          <w:i w:val="0"/>
        </w:rPr>
        <w:t>William mở cánh cổng nhỏ, đi dọc theo lối đi ngắn và gõ cửa chính. Một lát sau, một người phụ nữ trẻ ra mở cửa.</w:t>
      </w:r>
    </w:p>
    <w:p>
      <w:pPr>
        <w:spacing w:after="80"/>
      </w:pPr>
      <w:r>
        <w:rPr>
          <w:b w:val="0"/>
          <w:i w:val="0"/>
        </w:rPr>
        <w:t>‘Bà Prescott có nhà không?’ anh hỏi, sau khi đã cho cô xem thẻ chứng nhận của mình.</w:t>
      </w:r>
    </w:p>
    <w:p>
      <w:pPr>
        <w:spacing w:after="80"/>
      </w:pPr>
      <w:r>
        <w:rPr>
          <w:b w:val="0"/>
          <w:i w:val="0"/>
        </w:rPr>
        <w:t>‘Bà ấy vừa về từ nhà thờ. Để tôi đi gọi bà ấy.’</w:t>
      </w:r>
    </w:p>
    <w:p>
      <w:pPr>
        <w:spacing w:after="80"/>
      </w:pPr>
      <w:r>
        <w:rPr>
          <w:b w:val="0"/>
          <w:i w:val="0"/>
        </w:rPr>
        <w:t>Một người phụ nữ lớn tuổi xuất hiện vài giây sau đó, ăn mặc chỉnh tề như ngày Chủ nhật. ‘Mời Thanh tra trưởng vào,’ bà nói. ‘Tôi đang định pha một tách trà. Anh có muốn một tách không?’</w:t>
      </w:r>
    </w:p>
    <w:p>
      <w:pPr>
        <w:spacing w:after="80"/>
      </w:pPr>
      <w:r>
        <w:rPr>
          <w:b w:val="0"/>
          <w:i w:val="0"/>
        </w:rPr>
        <w:t>‘Cảm ơn bà,’ William nói, rồi đóng cửa chính và theo bà vào bếp. Sau khi bà bật ấm đun nước, bà nói, ‘Mời anh ngồi xuống, chàng trai trẻ, và cho tôi biết tôi có thể giúp gì cho anh.’</w:t>
      </w:r>
    </w:p>
    <w:p>
      <w:pPr>
        <w:spacing w:after="80"/>
      </w:pPr>
      <w:r>
        <w:rPr>
          <w:b w:val="0"/>
          <w:i w:val="0"/>
        </w:rPr>
        <w:t>William lấy bức ảnh của Ralph Neville ra và đặt lên bàn bếp. "Khi cô chạy tuyến Sevenoaks chiều hôm qua, cô có thấy người đàn ông này không?"</w:t>
      </w:r>
    </w:p>
    <w:p>
      <w:pPr>
        <w:spacing w:after="80"/>
      </w:pPr>
      <w:r>
        <w:rPr>
          <w:b w:val="0"/>
          <w:i w:val="0"/>
        </w:rPr>
        <w:t>"Chắc chắn là có chứ," Rose nói, vừa rót cho William một tách trà. "Dùng đường không?"</w:t>
      </w:r>
    </w:p>
    <w:p>
      <w:pPr>
        <w:spacing w:after="80"/>
      </w:pPr>
      <w:r>
        <w:rPr>
          <w:b w:val="0"/>
          <w:i w:val="0"/>
        </w:rPr>
        <w:t>"Không, cảm ơn cô. Sao cô chắc chắn là mình nhận ra ông ta đến vậy?"</w:t>
      </w:r>
    </w:p>
    <w:p>
      <w:pPr>
        <w:spacing w:after="80"/>
      </w:pPr>
      <w:r>
        <w:rPr>
          <w:b w:val="0"/>
          <w:i w:val="0"/>
        </w:rPr>
        <w:t>"Tôi nghĩ một quý ông như thế đâu có hay đi xe buýt, ít nhất là không ăn mặc như thể sắp đi dự đám cưới." William không ngắt lời. "Điều tôi nhớ nhất là, khi tôi đưa vé cho ông ta, ông ta không có tiền lẻ, chỉ có một tờ năm bảng. Hơn nữa, bà Haskins, một khách quen của tôi, sau đó nói với tôi rằng chắc ông ta hết xăng, vì ông ta đã để chiếc xe hào nhoáng của mình bên lề đường." Cô ngừng lại, nhấp một ngụm trà rồi nói, "Ông ta có đòi lại tiền không?"</w:t>
      </w:r>
    </w:p>
    <w:p>
      <w:pPr>
        <w:spacing w:after="80"/>
      </w:pPr>
      <w:r>
        <w:rPr>
          <w:b w:val="0"/>
          <w:i w:val="0"/>
        </w:rPr>
        <w:t>"Tiền của ông ta?" William lặp lại.</w:t>
      </w:r>
    </w:p>
    <w:p>
      <w:pPr>
        <w:spacing w:after="80"/>
      </w:pPr>
      <w:r>
        <w:rPr>
          <w:b w:val="0"/>
          <w:i w:val="0"/>
        </w:rPr>
        <w:t>"Tiền thừa từ tờ năm bảng, dù ông ta có nói tôi có thể giữ. Dù sao thì, ông ta có mà mơ mới lấy lại được," Rose cười khúc khích, "vì sáng nay tôi đã bỏ vào đĩa quyên góp rồi, và tôi không thấy cha xứ có ý trả lại đâu."</w:t>
      </w:r>
    </w:p>
    <w:p>
      <w:pPr>
        <w:spacing w:after="80"/>
      </w:pPr>
      <w:r>
        <w:rPr>
          <w:b w:val="0"/>
          <w:i w:val="0"/>
        </w:rPr>
        <w:t>William bật cười. "Tôi không nghĩ cô có thấy ông ta đi đâu sau khi xuống xe buýt?"</w:t>
      </w:r>
    </w:p>
    <w:p>
      <w:pPr>
        <w:spacing w:after="80"/>
      </w:pPr>
      <w:r>
        <w:rPr>
          <w:b w:val="0"/>
          <w:i w:val="0"/>
        </w:rPr>
        <w:t>"Ông ta băng qua đường đến bến taxi."</w:t>
      </w:r>
    </w:p>
    <w:p>
      <w:pPr>
        <w:spacing w:after="80"/>
      </w:pPr>
      <w:r>
        <w:rPr>
          <w:b w:val="0"/>
          <w:i w:val="0"/>
        </w:rPr>
        <w:t>"Cô chắc chứ?"</w:t>
      </w:r>
    </w:p>
    <w:p>
      <w:pPr>
        <w:spacing w:after="80"/>
      </w:pPr>
      <w:r>
        <w:rPr>
          <w:b w:val="0"/>
          <w:i w:val="0"/>
        </w:rPr>
        <w:t>"Ồ chắc. Tôi nghĩ có thể ông ta đi đổi tiền lẻ, rồi sẽ quay lại lấy tờ năm bảng, nhưng ông ta chỉ leo vào ghế sau một chiếc taxi rồi đi luôn."</w:t>
      </w:r>
    </w:p>
    <w:p>
      <w:pPr>
        <w:spacing w:after="80"/>
      </w:pPr>
      <w:r>
        <w:rPr>
          <w:b w:val="0"/>
          <w:i w:val="0"/>
        </w:rPr>
        <w:t>"Tôi không nghĩ cô nhận ra được bác tài taxi?" William nói, đầy hy vọng.</w:t>
      </w:r>
    </w:p>
    <w:p>
      <w:pPr>
        <w:spacing w:after="80"/>
      </w:pPr>
      <w:r>
        <w:rPr>
          <w:b w:val="0"/>
          <w:i w:val="0"/>
        </w:rPr>
        <w:t>"Không, xin lỗi anh," Rose nói, khi người phụ nữ trẻ xuất hiện trở lại.</w:t>
      </w:r>
    </w:p>
    <w:p>
      <w:pPr>
        <w:spacing w:after="80"/>
      </w:pPr>
      <w:r>
        <w:rPr>
          <w:b w:val="0"/>
          <w:i w:val="0"/>
        </w:rPr>
        <w:t>"Có hy vọng nào anh tống cổ mẹ tôi vào tù không, Thanh tra trưởng?"</w:t>
      </w:r>
    </w:p>
    <w:p>
      <w:pPr>
        <w:spacing w:after="80"/>
      </w:pPr>
      <w:r>
        <w:rPr>
          <w:b w:val="0"/>
          <w:i w:val="0"/>
        </w:rPr>
        <w:t>"Chưa hẳn, nhưng nếu bà ấy định bỏ chạy thì tôi đã sẵn còng tay rồi," William nói, khi uống nốt tách trà.</w:t>
      </w:r>
    </w:p>
    <w:p>
      <w:pPr>
        <w:spacing w:after="80"/>
      </w:pPr>
      <w:r>
        <w:rPr>
          <w:b w:val="0"/>
          <w:i w:val="0"/>
        </w:rPr>
        <w:t>"Tiếc thật," con gái cô nói. "Bạn trai tôi đang mong được ngủ lại qua đêm."</w:t>
      </w:r>
    </w:p>
    <w:p>
      <w:pPr>
        <w:spacing w:after="80"/>
      </w:pPr>
      <w:r>
        <w:rPr>
          <w:b w:val="0"/>
          <w:i w:val="0"/>
        </w:rPr>
        <w:t>"Quên đi," Rose nói dứt khoát. "Chuyện đó sẽ không xảy ra cho đến khi tôi thấy chiếc nhẫn đính hôn trên tay con, mà có khi đến lúc đó cũng chưa chắc."</w:t>
      </w:r>
    </w:p>
    <w:p>
      <w:pPr>
        <w:spacing w:after="80"/>
      </w:pPr>
      <w:r>
        <w:rPr>
          <w:b w:val="0"/>
          <w:i w:val="0"/>
        </w:rPr>
        <w:t>‘Cảm ơn cô, Rose,’ William nói, đứng dậy. ‘Cháu phải đi đây.’</w:t>
      </w:r>
    </w:p>
    <w:p>
      <w:pPr>
        <w:spacing w:after="80"/>
      </w:pPr>
      <w:r>
        <w:rPr>
          <w:b w:val="0"/>
          <w:i w:val="0"/>
        </w:rPr>
        <w:t>‘Tất nhiên rồi.’</w:t>
      </w:r>
    </w:p>
    <w:p>
      <w:pPr>
        <w:spacing w:after="80"/>
      </w:pPr>
      <w:r>
        <w:rPr>
          <w:b w:val="0"/>
          <w:i w:val="0"/>
        </w:rPr>
        <w:t>William khựng lại khi cô mở cửa trước cho anh. ‘Cô đã làm cho ngày hôm nay của cháu thật tuyệt,’ anh nói.</w:t>
      </w:r>
    </w:p>
    <w:p>
      <w:pPr>
        <w:spacing w:after="80"/>
      </w:pPr>
      <w:r>
        <w:rPr>
          <w:b w:val="0"/>
          <w:i w:val="0"/>
        </w:rPr>
        <w:t>‘Của cô cũng vậy,’ Rose nói, ‘vì cô đâu có muốn phải nói với cha xứ rằng ông ấy sẽ phải trả lại tờ năm bảng đó. Mà này, cô có cảm giác người đàn ông trong bức ảnh sẽ chẳng tiếc nó đâu.’</w:t>
      </w:r>
    </w:p>
    <w:p>
      <w:pPr>
        <w:spacing w:after="80"/>
      </w:pPr>
      <w:r>
        <w:rPr>
          <w:b w:val="0"/>
          <w:i w:val="0"/>
        </w:rPr>
        <w:t>William cúi xuống hôn lên cả hai má người phụ nữ sắc sảo ấy, và được đáp lại bằng một nụ cười ấm áp. Anh bước xuống lối đi, leo vào ghế sau chiếc taxi đang chờ, và để ý thấy đồng hồ tính tiền vẫn đang chạy.</w:t>
      </w:r>
    </w:p>
    <w:p>
      <w:pPr>
        <w:spacing w:after="80"/>
      </w:pPr>
      <w:r>
        <w:rPr>
          <w:b w:val="0"/>
          <w:i w:val="0"/>
        </w:rPr>
        <w:t>‘Về lại ga nhé, làm ơn.’</w:t>
      </w:r>
    </w:p>
    <w:p>
      <w:pPr>
        <w:spacing w:after="80"/>
      </w:pPr>
      <w:r>
        <w:rPr>
          <w:b w:val="0"/>
          <w:i w:val="0"/>
        </w:rPr>
        <w:t>‘Với tôi thì bà ấy trông chẳng giống tội phạm khét tiếng gì cả,’ anh tài xế nói.</w:t>
      </w:r>
    </w:p>
    <w:p>
      <w:pPr>
        <w:spacing w:after="80"/>
      </w:pPr>
      <w:r>
        <w:rPr>
          <w:b w:val="0"/>
          <w:i w:val="0"/>
        </w:rPr>
        <w:t>‘Anh nói đúng. Nhưng người chồng quá cố của bà ấy là fan của Gunners.’</w:t>
      </w:r>
    </w:p>
    <w:p>
      <w:pPr>
        <w:spacing w:after="80"/>
      </w:pPr>
      <w:r>
        <w:rPr>
          <w:b w:val="0"/>
          <w:i w:val="0"/>
        </w:rPr>
        <w:t>‘Thế cũng là tội à?’</w:t>
      </w:r>
    </w:p>
    <w:p>
      <w:pPr>
        <w:spacing w:after="80"/>
      </w:pPr>
      <w:r>
        <w:rPr>
          <w:b w:val="0"/>
          <w:i w:val="0"/>
        </w:rPr>
        <w:t>‘Đúng thế nếu anh cổ vũ Chelsea,’ William nói, và điều đó tạo ra sự im lặng mà anh cần để nghĩ xem bước tiếp theo nên làm gì.</w:t>
      </w:r>
    </w:p>
    <w:p>
      <w:pPr>
        <w:spacing w:after="80"/>
      </w:pPr>
      <w:r>
        <w:rPr>
          <w:b w:val="0"/>
          <w:i w:val="0"/>
        </w:rPr>
        <w:t>Ross và Danny đang đợi anh ở bến taxi, một người cười, một người nhíu mày. Anh hỏi người nhíu mày trước.</w:t>
      </w:r>
    </w:p>
    <w:p>
      <w:pPr>
        <w:spacing w:after="80"/>
      </w:pPr>
      <w:r>
        <w:rPr>
          <w:b w:val="0"/>
          <w:i w:val="0"/>
        </w:rPr>
        <w:t>‘Chẳng được tích sự gì,’ Danny nói. ‘Anh soát vé bảo tôi, hết sức lịch sự, rằng có hơn một nghìn hành khách đi tàu vào London mỗi ngày trong tuần, và vào thứ Bảy, nếu có trận bóng, thì còn đông hơn nữa. Theo anh ta thì gã trong ảnh trông chẳng khác gì bao quý ông thành thị khác, vậy thì làm sao mà nhớ nổi?’</w:t>
      </w:r>
    </w:p>
    <w:p>
      <w:pPr>
        <w:spacing w:after="80"/>
      </w:pPr>
      <w:r>
        <w:rPr>
          <w:b w:val="0"/>
          <w:i w:val="0"/>
        </w:rPr>
        <w:t>‘Còn anh, Ross?’</w:t>
      </w:r>
    </w:p>
    <w:p>
      <w:pPr>
        <w:spacing w:after="80"/>
      </w:pPr>
      <w:r>
        <w:rPr>
          <w:b w:val="0"/>
          <w:i w:val="0"/>
        </w:rPr>
        <w:t>‘Tôi cũng chẳng được gì, ngoại trừ việc một bác tài có một trải nghiệm kỳ lạ mà anh có thể muốn nghe. Bác ấy đang đưa một khách đến khách sạn gần đây, nhưng vài phút nữa sẽ quay lại.’</w:t>
      </w:r>
    </w:p>
    <w:p>
      <w:pPr>
        <w:spacing w:after="80"/>
      </w:pPr>
      <w:r>
        <w:rPr>
          <w:b w:val="0"/>
          <w:i w:val="0"/>
        </w:rPr>
        <w:t>‘Đến giờ nghỉ uống cà phê rồi,’ Danny nói, đầy hy vọng.</w:t>
      </w:r>
    </w:p>
    <w:p>
      <w:pPr>
        <w:spacing w:after="80"/>
      </w:pPr>
      <w:r>
        <w:rPr>
          <w:b w:val="0"/>
          <w:i w:val="0"/>
        </w:rPr>
        <w:t>William gật đầu về phía quán cà phê của ga. Khi cả bọn đã tìm được một bàn, anh nói: ‘Tôi sẽ tóm tắt xem tôi nghĩ chúng ta đang ở đâu, rồi các anh cho tôi biết nếu tôi bỏ sót điều gì.’</w:t>
      </w:r>
    </w:p>
    <w:p>
      <w:pPr>
        <w:spacing w:after="80"/>
      </w:pPr>
      <w:r>
        <w:rPr>
          <w:b w:val="0"/>
          <w:i w:val="0"/>
        </w:rPr>
        <w:t>‘Chúng tôi đã tìm thấy chiếc xe mà chúng tôi tin là Faulkner đã lái, hiện đang trên đường được đưa về bãi giữ xe địa phương. Có lẽ phải đợi vài ngày mới biết có tìm được dấu vân tay nào không. Không hiểu sao tôi cứ nghi là không có, nhưng tôi chưa từ bỏ hy vọng về chiếc mũ lưỡi trai của người tài xế, tôi sẽ đưa nó cho bộ phận pháp y ngay khi chúng ta về tới Yard.’</w:t>
      </w:r>
    </w:p>
    <w:p>
      <w:pPr>
        <w:spacing w:after="80"/>
      </w:pPr>
      <w:r>
        <w:rPr>
          <w:b w:val="0"/>
          <w:i w:val="0"/>
        </w:rPr>
        <w:t>‘Rose có tìm được gì đáng giá không?’ Ross hỏi.</w:t>
      </w:r>
    </w:p>
    <w:p>
      <w:pPr>
        <w:spacing w:after="80"/>
      </w:pPr>
      <w:r>
        <w:rPr>
          <w:b w:val="0"/>
          <w:i w:val="0"/>
        </w:rPr>
        <w:t>‘Một viên ngọc quý mười tám cara. Cô ấy không chỉ nhận ra Faulkner từ bức ảnh, mà còn thấy anh ta lên một chiếc taxi. Giờ chúng ta chỉ cần tìm ra đó là chiếc nào.’</w:t>
      </w:r>
    </w:p>
    <w:p>
      <w:pPr>
        <w:spacing w:after="80"/>
      </w:pPr>
      <w:r>
        <w:rPr>
          <w:b w:val="0"/>
          <w:i w:val="0"/>
        </w:rPr>
        <w:t>‘Chính là anh ta,’ Ross nói, nhìn ra ngoài cửa sổ. ‘Anh ta vừa đỗ xe bên ngoài đồn.’</w:t>
      </w:r>
    </w:p>
    <w:p>
      <w:pPr>
        <w:spacing w:after="80"/>
      </w:pPr>
      <w:r>
        <w:rPr>
          <w:b w:val="0"/>
          <w:i w:val="0"/>
        </w:rPr>
        <w:t>‘Tôi sẽ ra nói chuyện với anh ta trong khi các bạn uống nốt cà phê,’ William nói. Ông uống cạn tách trà thứ hai trong buổi sáng hôm đó, rồi băng qua đường để đến chỗ chiếc taxi cuối cùng trong hàng.</w:t>
      </w:r>
    </w:p>
    <w:p>
      <w:pPr>
        <w:spacing w:after="80"/>
      </w:pPr>
      <w:r>
        <w:rPr>
          <w:b w:val="0"/>
          <w:i w:val="0"/>
        </w:rPr>
        <w:t>‘Xin lỗi ông,’ người tài xế taxi nói. ‘Ông phải lên chiếc ở đầu hàng kia.’</w:t>
      </w:r>
    </w:p>
    <w:p>
      <w:pPr>
        <w:spacing w:after="80"/>
      </w:pPr>
      <w:r>
        <w:rPr>
          <w:b w:val="0"/>
          <w:i w:val="0"/>
        </w:rPr>
        <w:t>‘Tôi không tìm taxi, mà tìm một trong những hành khách hôm qua. Đồng nghiệp của tôi bảo anh không nhận ra người đàn ông này,’ William nói, đưa cho anh ta xem bức ảnh của Neville, ‘nhưng anh có một vị khách hành xử kỳ lạ phải không?’</w:t>
      </w:r>
    </w:p>
    <w:p>
      <w:pPr>
        <w:spacing w:after="80"/>
      </w:pPr>
      <w:r>
        <w:rPr>
          <w:b w:val="0"/>
          <w:i w:val="0"/>
        </w:rPr>
        <w:t>‘Đúng là một người kỳ quặc,’ người tài xế nói, ‘nhưng tôi chưa bao giờ nhìn thấy mặt anh ta, nên tôi không chắc đó có phải là anh ta không.’</w:t>
      </w:r>
    </w:p>
    <w:p>
      <w:pPr>
        <w:spacing w:after="80"/>
      </w:pPr>
      <w:r>
        <w:rPr>
          <w:b w:val="0"/>
          <w:i w:val="0"/>
        </w:rPr>
        <w:t>‘Anh ta kỳ quặc ở chỗ nào?’</w:t>
      </w:r>
    </w:p>
    <w:p>
      <w:pPr>
        <w:spacing w:after="80"/>
      </w:pPr>
      <w:r>
        <w:rPr>
          <w:b w:val="0"/>
          <w:i w:val="0"/>
        </w:rPr>
        <w:t>‘Anh ta lên ghế sau trước khi tôi kịp nhìn mặt. Điều đó thì không có gì lạ, nhưng rồi anh ta thu mình vào góc trái của ghế để tôi không thể thấy anh ta qua gương chiếu hậu. Đôi khi điều đó có nghĩa là họ định chuồn mà không trả tiền. Nhưng khi tôi hỏi anh ta muốn đi đâu, anh ta có giọng điệu quý tộc đến mức tôi thấy yên tâm.’</w:t>
      </w:r>
    </w:p>
    <w:p>
      <w:pPr>
        <w:spacing w:after="80"/>
      </w:pPr>
      <w:r>
        <w:rPr>
          <w:b w:val="0"/>
          <w:i w:val="0"/>
        </w:rPr>
        <w:t>‘Anh ta muốn đi đâu?’</w:t>
      </w:r>
    </w:p>
    <w:p>
      <w:pPr>
        <w:spacing w:after="80"/>
      </w:pPr>
      <w:r>
        <w:rPr>
          <w:b w:val="0"/>
          <w:i w:val="0"/>
        </w:rPr>
        <w:t>‘Sân bay Luton, nhưng anh ta không nói thêm một lời nào suốt cả chuyến đi. Khi đến nơi, anh ta đẩy ít tiền mặt qua cửa kính và biến mất trước khi tôi kịp trả lại tiền thừa.’</w:t>
      </w:r>
    </w:p>
    <w:p>
      <w:pPr>
        <w:spacing w:after="80"/>
      </w:pPr>
      <w:r>
        <w:rPr>
          <w:b w:val="0"/>
          <w:i w:val="0"/>
        </w:rPr>
        <w:t>‘Điều đó có gì lạ? Có thể anh ta chỉ đang vội thôi.’</w:t>
      </w:r>
    </w:p>
    <w:p>
      <w:pPr>
        <w:spacing w:after="80"/>
      </w:pPr>
      <w:r>
        <w:rPr>
          <w:b w:val="0"/>
          <w:i w:val="0"/>
        </w:rPr>
        <w:t>‘Hầu hết khách của tôi đi taxi ra sân bay đều muốn lấy hóa đơn, để họ có thể đòi lại tiền công tác phí. Nhưng người này thì không.’</w:t>
      </w:r>
    </w:p>
    <w:p>
      <w:pPr>
        <w:spacing w:after="80"/>
      </w:pPr>
      <w:r>
        <w:rPr>
          <w:b w:val="0"/>
          <w:i w:val="0"/>
        </w:rPr>
        <w:t>‘Vậy là anh chưa bao giờ nhìn thấy mặt anh ta?’</w:t>
      </w:r>
    </w:p>
    <w:p>
      <w:pPr>
        <w:spacing w:after="80"/>
      </w:pPr>
      <w:r>
        <w:rPr>
          <w:b w:val="0"/>
          <w:i w:val="0"/>
        </w:rPr>
        <w:t>‘Không, nhưng anh ta ăn mặc lịch sự và mang theo một chiếc cặp da, điều mà tôi thấy lạ vào một buổi chiều thứ Bảy. Tôi đã chẳng để ý gì nếu tôi không thấy anh ta bước xuống từ xe buýt.’</w:t>
      </w:r>
    </w:p>
    <w:p>
      <w:pPr>
        <w:spacing w:after="80"/>
      </w:pPr>
      <w:r>
        <w:rPr>
          <w:b w:val="0"/>
          <w:i w:val="0"/>
        </w:rPr>
        <w:t>William đọc một lời cầu nguyện nhỏ. ‘Lúc đó là mấy giờ?’</w:t>
      </w:r>
    </w:p>
    <w:p>
      <w:pPr>
        <w:spacing w:after="80"/>
      </w:pPr>
      <w:r>
        <w:rPr>
          <w:b w:val="0"/>
          <w:i w:val="0"/>
        </w:rPr>
        <w:t>‘Mới qua ba giờ.’</w:t>
      </w:r>
    </w:p>
    <w:p>
      <w:pPr>
        <w:spacing w:after="80"/>
      </w:pPr>
      <w:r>
        <w:rPr>
          <w:b w:val="0"/>
          <w:i w:val="0"/>
        </w:rPr>
        <w:t>‘Ông chắc chắn về giờ giấc chứ?’</w:t>
      </w:r>
    </w:p>
    <w:p>
      <w:pPr>
        <w:spacing w:after="80"/>
      </w:pPr>
      <w:r>
        <w:rPr>
          <w:b w:val="0"/>
          <w:i w:val="0"/>
        </w:rPr>
        <w:t>‘Tôi đang nghe Match of the Day mà, phải không? Spurs đấu với Everton, và đội Toffees ghi bàn ngay phút đầu tiên. Lũ khốn.’</w:t>
      </w:r>
    </w:p>
    <w:p>
      <w:pPr>
        <w:spacing w:after="80"/>
      </w:pPr>
      <w:r>
        <w:rPr>
          <w:b w:val="0"/>
          <w:i w:val="0"/>
        </w:rPr>
        <w:t>‘Cảm ơn ông,’ William nói, đặt bức ảnh trở lại túi áo. ‘Rất hữu ích.’ Anh quay lại quán cà phê vừa kịp lúc để thanh toán hóa đơn.</w:t>
      </w:r>
    </w:p>
    <w:p>
      <w:pPr>
        <w:spacing w:after="80"/>
      </w:pPr>
      <w:r>
        <w:rPr>
          <w:b w:val="0"/>
          <w:i w:val="0"/>
        </w:rPr>
        <w:t>‘Được rồi, Danny, nhanh chân lên, chúng ta đi sân bay Luton.’</w:t>
      </w:r>
    </w:p>
    <w:p>
      <w:pPr>
        <w:spacing w:after="80"/>
      </w:pPr>
      <w:r>
        <w:rPr>
          <w:b w:val="0"/>
          <w:i w:val="0"/>
        </w:rPr>
        <w:t>Khi họ lái xe ra khỏi Sevenoaks và hướng ra đường cao tốc, William tóm tắt cho Ross nghe về cuộc trò chuyện với bác tài taxi.</w:t>
      </w:r>
    </w:p>
    <w:p>
      <w:pPr>
        <w:spacing w:after="80"/>
      </w:pPr>
      <w:r>
        <w:rPr>
          <w:b w:val="0"/>
          <w:i w:val="0"/>
        </w:rPr>
        <w:t>‘Hơi khó tin đấy,’ Ross nói, ‘nhưng đủ nhiều sự trùng hợp để không thể chỉ là trùng hợp.’</w:t>
      </w:r>
    </w:p>
    <w:p>
      <w:pPr>
        <w:spacing w:after="80"/>
      </w:pPr>
      <w:r>
        <w:rPr>
          <w:b w:val="0"/>
          <w:i w:val="0"/>
        </w:rPr>
        <w:t>‘Chúng ta sẽ cần tính xem mất bao lâu để đến sân bay,’ William nói. ‘Rồi từ đó có thể suy ra anh ta nhiều khả năng đã bắt chuyến bay nào.’</w:t>
      </w:r>
    </w:p>
    <w:p>
      <w:pPr>
        <w:spacing w:after="80"/>
      </w:pPr>
      <w:r>
        <w:rPr>
          <w:b w:val="0"/>
          <w:i w:val="0"/>
        </w:rPr>
        <w:t>‘Sao anh ta lại chọn Luton, khi Gatwick, Heathrow và Stansted đều gần hơn nhiều?’ Danny nói.</w:t>
      </w:r>
    </w:p>
    <w:p>
      <w:pPr>
        <w:spacing w:after="80"/>
      </w:pPr>
      <w:r>
        <w:rPr>
          <w:b w:val="0"/>
          <w:i w:val="0"/>
        </w:rPr>
        <w:t>‘Anh ta hẳn đã cho rằng chúng ta đã phủ kín những nơi đó rồi.’</w:t>
      </w:r>
    </w:p>
    <w:p>
      <w:pPr>
        <w:spacing w:after="80"/>
      </w:pPr>
      <w:r>
        <w:rPr>
          <w:b w:val="0"/>
          <w:i w:val="0"/>
        </w:rPr>
        <w:t>William và Ross đã bàn đi bàn lại nhiều tình huống khả dĩ khác nhau vài lần trước khi Danny dừng xe bên ngoài sân bay.</w:t>
      </w:r>
    </w:p>
    <w:p>
      <w:pPr>
        <w:spacing w:after="80"/>
      </w:pPr>
      <w:r>
        <w:rPr>
          <w:b w:val="0"/>
          <w:i w:val="0"/>
        </w:rPr>
        <w:t>‘Một giờ hai mươi lăm phút, sếp ạ,’ anh ta thông báo.</w:t>
      </w:r>
    </w:p>
    <w:p>
      <w:pPr>
        <w:spacing w:after="80"/>
      </w:pPr>
      <w:r>
        <w:rPr>
          <w:b w:val="0"/>
          <w:i w:val="0"/>
        </w:rPr>
        <w:t>‘Đợi ở đây nhé,’ William nói. ‘Có lẽ chúng tôi sẽ quay thẳng về London, nhưng ai mà biết được?’</w:t>
      </w:r>
    </w:p>
    <w:p>
      <w:pPr>
        <w:spacing w:after="80"/>
      </w:pPr>
      <w:r>
        <w:rPr>
          <w:b w:val="0"/>
          <w:i w:val="0"/>
        </w:rPr>
        <w:t>Anh và Ross sải bước vào nhà ga và hướng đến quầy thông tin.</w:t>
      </w:r>
    </w:p>
    <w:p>
      <w:pPr>
        <w:spacing w:after="80"/>
      </w:pPr>
      <w:r>
        <w:rPr>
          <w:b w:val="0"/>
          <w:i w:val="0"/>
        </w:rPr>
        <w:t>‘Tôi có thể giúp gì cho các quý ông?’ người phụ nữ đứng sau quầy hỏi.</w:t>
      </w:r>
    </w:p>
    <w:p>
      <w:pPr>
        <w:spacing w:after="80"/>
      </w:pPr>
      <w:r>
        <w:rPr>
          <w:b w:val="0"/>
          <w:i w:val="0"/>
        </w:rPr>
        <w:t>‘Tôi muốn biết chuyến bay nào đã cất cánh sau năm giờ chiều hôm qua?’</w:t>
      </w:r>
    </w:p>
    <w:p>
      <w:pPr>
        <w:spacing w:after="80"/>
      </w:pPr>
      <w:r>
        <w:rPr>
          <w:b w:val="0"/>
          <w:i w:val="0"/>
        </w:rPr>
        <w:t>Cô ấy bắt đầu gõ lạch cạch trên máy tính.</w:t>
      </w:r>
    </w:p>
    <w:p>
      <w:pPr>
        <w:spacing w:after="80"/>
      </w:pPr>
      <w:r>
        <w:rPr>
          <w:b w:val="0"/>
          <w:i w:val="0"/>
        </w:rPr>
        <w:t>‘Chuyến 5.05 đi Dublin. Cất cánh đúng giờ.’</w:t>
      </w:r>
    </w:p>
    <w:p>
      <w:pPr>
        <w:spacing w:after="80"/>
      </w:pPr>
      <w:r>
        <w:rPr>
          <w:b w:val="0"/>
          <w:i w:val="0"/>
        </w:rPr>
        <w:t>‘Anh ta sẽ không kịp đâu,’ Ross nói.</w:t>
      </w:r>
    </w:p>
    <w:p>
      <w:pPr>
        <w:spacing w:after="80"/>
      </w:pPr>
      <w:r>
        <w:rPr>
          <w:b w:val="0"/>
          <w:i w:val="0"/>
        </w:rPr>
        <w:t>‘Chuyến 5.40 đi Newcastle khởi hành trễ hai mươi phút.’</w:t>
      </w:r>
    </w:p>
    <w:p>
      <w:pPr>
        <w:spacing w:after="80"/>
      </w:pPr>
      <w:r>
        <w:rPr>
          <w:b w:val="0"/>
          <w:i w:val="0"/>
        </w:rPr>
        <w:t>‘Vậy thì hẳn là anh ta bị kẹt ở Anh qua đêm rồi.’</w:t>
      </w:r>
    </w:p>
    <w:p>
      <w:pPr>
        <w:spacing w:after="80"/>
      </w:pPr>
      <w:r>
        <w:rPr>
          <w:b w:val="0"/>
          <w:i w:val="0"/>
        </w:rPr>
        <w:t>‘Moscow lúc 5.50,’ người phụ nữ nói, vẫn dán mắt vào bảng điều khiển.</w:t>
      </w:r>
    </w:p>
    <w:p>
      <w:pPr>
        <w:spacing w:after="80"/>
      </w:pPr>
      <w:r>
        <w:rPr>
          <w:b w:val="0"/>
          <w:i w:val="0"/>
        </w:rPr>
        <w:t>‘Tôi không nghĩ vậy,’ William nói.</w:t>
      </w:r>
    </w:p>
    <w:p>
      <w:pPr>
        <w:spacing w:after="80"/>
      </w:pPr>
      <w:r>
        <w:rPr>
          <w:b w:val="0"/>
          <w:i w:val="0"/>
        </w:rPr>
        <w:t>‘Chuyến 6.10 đi Brussels.’</w:t>
      </w:r>
    </w:p>
    <w:p>
      <w:pPr>
        <w:spacing w:after="80"/>
      </w:pPr>
      <w:r>
        <w:rPr>
          <w:b w:val="0"/>
          <w:i w:val="0"/>
        </w:rPr>
        <w:t>‘Có khả năng.’</w:t>
      </w:r>
    </w:p>
    <w:p>
      <w:pPr>
        <w:spacing w:after="80"/>
      </w:pPr>
      <w:r>
        <w:rPr>
          <w:b w:val="0"/>
          <w:i w:val="0"/>
        </w:rPr>
        <w:t>‘Còn có chuyến 6.20 đi Edinburgh.’</w:t>
      </w:r>
    </w:p>
    <w:p>
      <w:pPr>
        <w:spacing w:after="80"/>
      </w:pPr>
      <w:r>
        <w:rPr>
          <w:b w:val="0"/>
          <w:i w:val="0"/>
        </w:rPr>
        <w:t>‘Không,’ William nói.</w:t>
      </w:r>
    </w:p>
    <w:p>
      <w:pPr>
        <w:spacing w:after="80"/>
      </w:pPr>
      <w:r>
        <w:rPr>
          <w:b w:val="0"/>
          <w:i w:val="0"/>
        </w:rPr>
        <w:t>‘Hoặc chuyến 7.10 đi Copenhagen.’</w:t>
      </w:r>
    </w:p>
    <w:p>
      <w:pPr>
        <w:spacing w:after="80"/>
      </w:pPr>
      <w:r>
        <w:rPr>
          <w:b w:val="0"/>
          <w:i w:val="0"/>
        </w:rPr>
        <w:t>‘Anh ta sẽ không muốn la cà lâu đến thế đâu,’ William nói. ‘Chắc chắn là Brussels.’</w:t>
      </w:r>
    </w:p>
    <w:p>
      <w:pPr>
        <w:spacing w:after="80"/>
      </w:pPr>
      <w:r>
        <w:rPr>
          <w:b w:val="0"/>
          <w:i w:val="0"/>
        </w:rPr>
        <w:t>‘Tôi ngờ đó không phải điểm đến cuối cùng của anh ta,’ Ross nói. ‘Chỉ là chuyến bay đầu tiên đưa anh ta ra khỏi đất nước thôi.’</w:t>
      </w:r>
    </w:p>
    <w:p>
      <w:pPr>
        <w:spacing w:after="80"/>
      </w:pPr>
      <w:r>
        <w:rPr>
          <w:b w:val="0"/>
          <w:i w:val="0"/>
        </w:rPr>
        <w:t>‘Đồng ý,’ William nói, rồi cảm ơn người phụ nữ trước khi cùng Ross đi sang quầy đặt vé của Sabena. Lần này, William rút thẻ căn cước cảnh sát ra trước khi đặt câu hỏi đầu tiên.</w:t>
      </w:r>
    </w:p>
    <w:p>
      <w:pPr>
        <w:spacing w:after="80"/>
      </w:pPr>
      <w:r>
        <w:rPr>
          <w:b w:val="0"/>
          <w:i w:val="0"/>
        </w:rPr>
        <w:t>‘Tôi muốn xem danh sách hành khách chuyến bay 6.10 chiều qua đi Brussels.’</w:t>
      </w:r>
    </w:p>
    <w:p>
      <w:pPr>
        <w:spacing w:after="80"/>
      </w:pPr>
      <w:r>
        <w:rPr>
          <w:b w:val="0"/>
          <w:i w:val="0"/>
        </w:rPr>
        <w:t>‘Ngài đang tìm một cái tên cụ thể nào ạ?’ người phụ nữ hỏi, vừa gõ phím vừa kiểm tra màn hình trước mặt.</w:t>
      </w:r>
    </w:p>
    <w:p>
      <w:pPr>
        <w:spacing w:after="80"/>
      </w:pPr>
      <w:r>
        <w:rPr>
          <w:b w:val="0"/>
          <w:i w:val="0"/>
        </w:rPr>
        <w:t>‘Đại úy Ralph Neville.’</w:t>
      </w:r>
    </w:p>
    <w:p>
      <w:pPr>
        <w:spacing w:after="80"/>
      </w:pPr>
      <w:r>
        <w:rPr>
          <w:b w:val="0"/>
          <w:i w:val="0"/>
        </w:rPr>
        <w:t>Cô kiểm tra lại danh sách hành khách rồi nói, ‘Không có ai đăng ký dưới tên đó hiện lên trên màn hình của tôi cho chuyến bay này cả.’</w:t>
      </w:r>
    </w:p>
    <w:p>
      <w:pPr>
        <w:spacing w:after="80"/>
      </w:pPr>
      <w:r>
        <w:rPr>
          <w:b w:val="0"/>
          <w:i w:val="0"/>
        </w:rPr>
        <w:t>‘Miles Faulkner?’ Ross gợi ý, trông chẳng có vẻ gì là tự tin.</w:t>
      </w:r>
    </w:p>
    <w:p>
      <w:pPr>
        <w:spacing w:after="80"/>
      </w:pPr>
      <w:r>
        <w:rPr>
          <w:b w:val="0"/>
          <w:i w:val="0"/>
        </w:rPr>
        <w:t>‘Không,’ cô đáp, mắt vẫn dán vào màn hình. Ross đưa ra một tấm ảnh. Cô xem kỹ rồi lắc đầu. ‘Tôi không nhớ là đã gặp anh ta.’</w:t>
      </w:r>
    </w:p>
    <w:p>
      <w:pPr>
        <w:spacing w:after="80"/>
      </w:pPr>
      <w:r>
        <w:rPr>
          <w:b w:val="0"/>
          <w:i w:val="0"/>
        </w:rPr>
        <w:t>William thử một nước đi xa. ‘Có ai đặt vé vào phút chót và trả tiền mặt không?’</w:t>
      </w:r>
    </w:p>
    <w:p>
      <w:pPr>
        <w:spacing w:after="80"/>
      </w:pPr>
      <w:r>
        <w:rPr>
          <w:b w:val="0"/>
          <w:i w:val="0"/>
        </w:rPr>
        <w:t>‘Có một quý ông đặt vé khá muộn, và ông ấy không vui khi chúng tôi không tìm được cho ông ấy chỗ hạng nhất.’</w:t>
      </w:r>
    </w:p>
    <w:p>
      <w:pPr>
        <w:spacing w:after="80"/>
      </w:pPr>
      <w:r>
        <w:rPr>
          <w:b w:val="0"/>
          <w:i w:val="0"/>
        </w:rPr>
        <w:t>‘Cô có nhớ tên ông ấy không?’</w:t>
      </w:r>
    </w:p>
    <w:p>
      <w:pPr>
        <w:spacing w:after="80"/>
      </w:pPr>
      <w:r>
        <w:rPr>
          <w:b w:val="0"/>
          <w:i w:val="0"/>
        </w:rPr>
        <w:t>‘Tôi e là không.’</w:t>
      </w:r>
    </w:p>
    <w:p>
      <w:pPr>
        <w:spacing w:after="80"/>
      </w:pPr>
      <w:r>
        <w:rPr>
          <w:b w:val="0"/>
          <w:i w:val="0"/>
        </w:rPr>
        <w:t>‘Chúng ta có liều không?’ Ross hỏi.</w:t>
      </w:r>
    </w:p>
    <w:p>
      <w:pPr>
        <w:spacing w:after="80"/>
      </w:pPr>
      <w:r>
        <w:rPr>
          <w:b w:val="0"/>
          <w:i w:val="0"/>
        </w:rPr>
        <w:t>‘Tối nay có chuyến bay nào đi Brussels không?’ William hỏi, thay cho câu trả lời.</w:t>
      </w:r>
    </w:p>
    <w:p>
      <w:pPr>
        <w:spacing w:after="80"/>
      </w:pPr>
      <w:r>
        <w:rPr>
          <w:b w:val="0"/>
          <w:i w:val="0"/>
        </w:rPr>
        <w:t>‘Chuyến 6.10. Ngày nào cũng giờ đó. Tôi còn hai vé hạng nhất.’</w:t>
      </w:r>
    </w:p>
    <w:p>
      <w:pPr>
        <w:spacing w:after="80"/>
      </w:pPr>
      <w:r>
        <w:rPr>
          <w:b w:val="0"/>
          <w:i w:val="0"/>
        </w:rPr>
        <w:t>‘Tôi không nghĩ vậy đâu,’ William nói, nở với cô một nụ cười ấm áp. ‘Hai vé hạng phổ thông là được rồi,’ anh thêm vào, đưa thẻ tín dụng qua.</w:t>
      </w:r>
    </w:p>
    <w:p>
      <w:pPr>
        <w:spacing w:after="80"/>
      </w:pPr>
      <w:r>
        <w:rPr>
          <w:b w:val="0"/>
          <w:i w:val="0"/>
        </w:rPr>
        <w:t>‘Một chiều hay khứ hồi?’</w:t>
      </w:r>
    </w:p>
    <w:p>
      <w:pPr>
        <w:spacing w:after="80"/>
      </w:pPr>
      <w:r>
        <w:rPr>
          <w:b w:val="0"/>
          <w:i w:val="0"/>
        </w:rPr>
        <w:t>‘Một chiều. Chúng tôi không chắc tiếp theo sẽ đi đâu.’</w:t>
      </w:r>
    </w:p>
    <w:p>
      <w:pPr>
        <w:spacing w:after="80"/>
      </w:pPr>
      <w:r>
        <w:rPr>
          <w:b w:val="0"/>
          <w:i w:val="0"/>
        </w:rPr>
        <w:t>Đây là một vị khách mà cô sẽ khó lòng quên đi.</w:t>
      </w:r>
    </w:p>
    <w:p>
      <w:pPr>
        <w:spacing w:after="80"/>
      </w:pPr>
      <w:r>
        <w:rPr>
          <w:b w:val="0"/>
          <w:i w:val="0"/>
        </w:rPr>
        <w:t>“Cậu chờ lấy vé đi, Ross, trong lúc tôi giải thích cho Danny lý do vì sao chúng ta sẽ không quay lại Yard.”</w:t>
      </w:r>
    </w:p>
    <w:p>
      <w:pPr>
        <w:spacing w:after="80"/>
      </w:pPr>
      <w:r>
        <w:rPr>
          <w:b w:val="0"/>
          <w:i w:val="0"/>
        </w:rPr>
        <w:t>Danny mừng rỡ khi nghe tin mình có thể về London và nghỉ nốt phần còn lại của ngày. Đúng là kiểu đùa của ông Chánh Thanh tra.</w:t>
      </w:r>
    </w:p>
    <w:p>
      <w:pPr>
        <w:spacing w:after="80"/>
      </w:pPr>
      <w:r>
        <w:rPr>
          <w:b w:val="0"/>
          <w:i w:val="0"/>
        </w:rPr>
        <w:t>“Nhưng chưa đâu, cho đến khi cậu nộp chiếc mũ tài xế cho bộ phận pháp y. Tôi đã bảo họ thông báo cho tôi nếu tìm thấy dấu vân tay nào trên đó khớp với Miles Faulkner.”</w:t>
      </w:r>
    </w:p>
    <w:p>
      <w:pPr>
        <w:spacing w:after="80"/>
      </w:pPr>
      <w:r>
        <w:rPr>
          <w:b w:val="0"/>
          <w:i w:val="0"/>
        </w:rPr>
        <w:t>Danny chạm các ngón tay phải lên trán và hỏi: “Ngày mai ông có cần tôi không, sếp?”</w:t>
      </w:r>
    </w:p>
    <w:p>
      <w:pPr>
        <w:spacing w:after="80"/>
      </w:pPr>
      <w:r>
        <w:rPr>
          <w:b w:val="0"/>
          <w:i w:val="0"/>
        </w:rPr>
        <w:t>“Nếu cần thì chắc là để chở tôi đến trung tâm việc làm,” William nói, “nhưng tôi sẽ báo cậu.”</w:t>
      </w:r>
    </w:p>
    <w:p>
      <w:pPr>
        <w:spacing w:after="80"/>
      </w:pPr>
      <w:r>
        <w:rPr>
          <w:b w:val="0"/>
          <w:i w:val="0"/>
        </w:rPr>
        <w:t>Ông thong thả quay lại sân bay và thấy Ross đang mải mê trò chuyện với một người đàn ông khác, mặt đang nhíu lại.</w:t>
      </w:r>
    </w:p>
    <w:p>
      <w:pPr>
        <w:spacing w:after="80"/>
      </w:pPr>
      <w:r>
        <w:rPr>
          <w:b w:val="0"/>
          <w:i w:val="0"/>
        </w:rPr>
        <w:t>“Chúng ta có vấn đề rồi,” Ross nói khi William đến chỗ họ. “Hộ chiếu, hay đúng hơn là thiếu hộ chiếu. Đây là Thomas King, trưởng bộ phận an ninh. Anh ấy sẵn lòng sắp xếp một thị thực du lịch tạm thời, nhưng cần có thẩm quyền của một chỉ huy trở lên mới phê duyệt được. Tôi thì nhất định không gọi cho The Hawk ở nhà vào tối Chủ nhật đâu.”</w:t>
      </w:r>
    </w:p>
    <w:p>
      <w:pPr>
        <w:spacing w:after="80"/>
      </w:pPr>
      <w:r>
        <w:rPr>
          <w:b w:val="0"/>
          <w:i w:val="0"/>
        </w:rPr>
        <w:t>William nhấc điện thoại trên quầy và bấm một số mà ngay cả Ross cũng không biết.</w:t>
      </w:r>
    </w:p>
    <w:p>
      <w:pPr>
        <w:spacing w:after="80"/>
      </w:pPr>
      <w:r>
        <w:rPr>
          <w:b w:val="0"/>
          <w:i w:val="0"/>
        </w:rPr>
        <w:t>The Hawk chăm chú lắng nghe chuyện Chánh Thanh tra Warwick và DI Hogan đã trải qua ngày Chủ nhật của họ như thế nào. “Đưa ông ấy nghe máy,” là tất cả những gì ông nói.</w:t>
      </w:r>
    </w:p>
    <w:p>
      <w:pPr>
        <w:spacing w:after="80"/>
      </w:pPr>
      <w:r>
        <w:rPr>
          <w:b w:val="0"/>
          <w:i w:val="0"/>
        </w:rPr>
        <w:t>William đưa điện thoại cho viên sĩ quan an ninh, người này nói “Vâng, thưa ngài” vài lần, rồi đưa lại điện thoại cho William.</w:t>
      </w:r>
    </w:p>
    <w:p>
      <w:pPr>
        <w:spacing w:after="80"/>
      </w:pPr>
      <w:r>
        <w:rPr>
          <w:b w:val="0"/>
          <w:i w:val="0"/>
        </w:rPr>
        <w:t>“Nếu cậu quay về mà không có Faulkner, thì đừng bận tâm nộp đơn đòi hoàn chi phí nữa,” đó là lời cuối cùng của The Hawk.</w:t>
      </w:r>
    </w:p>
    <w:p>
      <w:pPr>
        <w:spacing w:after="80"/>
      </w:pPr>
      <w:r>
        <w:rPr>
          <w:b w:val="0"/>
          <w:i w:val="0"/>
        </w:rPr>
        <w:t>“Cảm ơn ngài,” William nói trước khi đặt máy xuống.</w:t>
      </w:r>
    </w:p>
    <w:p>
      <w:pPr>
        <w:spacing w:after="80"/>
      </w:pPr>
      <w:r>
        <w:rPr>
          <w:b w:val="0"/>
          <w:i w:val="0"/>
        </w:rPr>
        <w:t>“Chúng ta vẫn đi Brussels chứ?” Ross hỏi.</w:t>
      </w:r>
    </w:p>
    <w:p>
      <w:pPr>
        <w:spacing w:after="80"/>
      </w:pPr>
      <w:r>
        <w:rPr>
          <w:b w:val="0"/>
          <w:i w:val="0"/>
        </w:rPr>
        <w:t>“Có,” William nói, “nhưng có lẽ chỉ một trong hai chúng ta quay về thôi.”</w:t>
      </w:r>
    </w:p>
    <w:p>
      <w:pPr>
        <w:spacing w:after="80"/>
      </w:pPr>
      <w:r>
        <w:rPr>
          <w:b w:val="0"/>
          <w:i w:val="0"/>
        </w:rPr>
        <w:t>Không lâu sau khi William thắt xong dây an toàn và chiếc Boeing 727 cất cánh, ông chìm vào giấc ngủ lần đầu tiên kể từ khi trở về từ New York.</w:t>
      </w:r>
    </w:p>
    <w:p>
      <w:pPr>
        <w:spacing w:after="80"/>
      </w:pPr>
      <w:r>
        <w:rPr>
          <w:b w:val="0"/>
          <w:i w:val="0"/>
        </w:rPr>
        <w:t>Ross dành thời gian viết một bản cập nhật trong khi cân nhắc các phương án khác, mà anh chấp nhận rằng chúng chỉ làm nảy sinh thêm nhiều câu hỏi để William phải suy nghĩ khi tỉnh dậy. Điều đó mãi đến khi bánh xe chạm xuống đường băng tại Sân bay Quốc gia Brussels bốn mươi phút sau đó mới xảy ra.</w:t>
      </w:r>
    </w:p>
    <w:p>
      <w:pPr>
        <w:spacing w:after="80"/>
      </w:pPr>
      <w:r>
        <w:rPr>
          <w:b w:val="0"/>
          <w:i w:val="0"/>
        </w:rPr>
        <w:t>(a) Faulkner có bay thẳng đến một sân bay khác không?</w:t>
      </w:r>
    </w:p>
    <w:p>
      <w:pPr>
        <w:spacing w:after="80"/>
      </w:pPr>
      <w:r>
        <w:rPr>
          <w:b w:val="0"/>
          <w:i w:val="0"/>
        </w:rPr>
        <w:t>(b) Ông ta có ở lại sân bay qua đêm không? Kiểm tra mọi khách sạn trong bán kính hai dặm.</w:t>
      </w:r>
    </w:p>
    <w:p>
      <w:pPr>
        <w:spacing w:after="80"/>
      </w:pPr>
      <w:r>
        <w:rPr>
          <w:b w:val="0"/>
          <w:i w:val="0"/>
        </w:rPr>
        <w:t>(c) Có chuyến bay trực tiếp đến Nice (Monte Carlo) từ Brussels không?</w:t>
      </w:r>
    </w:p>
    <w:p>
      <w:pPr>
        <w:spacing w:after="80"/>
      </w:pPr>
      <w:r>
        <w:rPr>
          <w:b w:val="0"/>
          <w:i w:val="0"/>
        </w:rPr>
        <w:t>(d) Chúng ta đã đi vào ngõ cụt chưa?</w:t>
      </w:r>
    </w:p>
    <w:p>
      <w:pPr>
        <w:spacing w:after="80"/>
      </w:pPr>
      <w:r>
        <w:rPr>
          <w:b w:val="0"/>
          <w:i w:val="0"/>
        </w:rPr>
        <w:t>Một nhân viên an ninh mặc đồng phục đón họ ở chân cầu thang khi họ bước xuống máy bay. Rõ ràng là vị chỉ huy đã không ngồi yên.</w:t>
      </w:r>
    </w:p>
    <w:p>
      <w:pPr>
        <w:spacing w:after="80"/>
      </w:pPr>
      <w:r>
        <w:rPr>
          <w:b w:val="0"/>
          <w:i w:val="0"/>
        </w:rPr>
        <w:t>"Tôi có thể giúp gì?" anh ta hỏi, sau khi bắt tay họ.</w:t>
      </w:r>
    </w:p>
    <w:p>
      <w:pPr>
        <w:spacing w:after="80"/>
      </w:pPr>
      <w:r>
        <w:rPr>
          <w:b w:val="0"/>
          <w:i w:val="0"/>
        </w:rPr>
        <w:t>"Có bao nhiêu chuyến bay cất cánh từ Brussels," William hỏi trong khi liếc nhìn đồng hồ, "sau bảy giờ ba mươi tối qua?"</w:t>
      </w:r>
    </w:p>
    <w:p>
      <w:pPr>
        <w:spacing w:after="80"/>
      </w:pPr>
      <w:r>
        <w:rPr>
          <w:b w:val="0"/>
          <w:i w:val="0"/>
        </w:rPr>
        <w:t>"Nửa tá, không hơn," nhân viên an ninh nói. "Tôi cần kiểm tra nhật ký," anh ta thêm vào khi họ đi theo một hướng khác với tất cả hành khách còn lại.</w:t>
      </w:r>
    </w:p>
    <w:p>
      <w:pPr>
        <w:spacing w:after="80"/>
      </w:pPr>
      <w:r>
        <w:rPr>
          <w:b w:val="0"/>
          <w:i w:val="0"/>
        </w:rPr>
        <w:t>Khi họ đã vào văn phòng của ông, ông King chỉ mất vài giây trước khi tuyên bố: "Paris, St Petersburg, Manchester, Helsinki, Luton và Barcelona."</w:t>
      </w:r>
    </w:p>
    <w:p>
      <w:pPr>
        <w:spacing w:after="80"/>
      </w:pPr>
      <w:r>
        <w:rPr>
          <w:b w:val="0"/>
          <w:i w:val="0"/>
        </w:rPr>
        <w:t>William nghiên cứu danh sách một lúc lâu trước khi kết luận: "Tôi đặt cược là Paris, vì ông ta có thể đã bắt chuyến bay nội địa từ đó đến Nice."</w:t>
      </w:r>
    </w:p>
    <w:p>
      <w:pPr>
        <w:spacing w:after="80"/>
      </w:pPr>
      <w:r>
        <w:rPr>
          <w:b w:val="0"/>
          <w:i w:val="0"/>
        </w:rPr>
        <w:t>"Barcelona cũng có thể là một khả năng xa vời," Ross gợi ý.</w:t>
      </w:r>
    </w:p>
    <w:p>
      <w:pPr>
        <w:spacing w:after="80"/>
      </w:pPr>
      <w:r>
        <w:rPr>
          <w:b w:val="0"/>
          <w:i w:val="0"/>
        </w:rPr>
        <w:t>"Đồng ý. Cậu kiểm tra với Air France, còn tôi sẽ nói chuyện với Iberia."</w:t>
      </w:r>
    </w:p>
    <w:p>
      <w:pPr>
        <w:spacing w:after="80"/>
      </w:pPr>
      <w:r>
        <w:rPr>
          <w:b w:val="0"/>
          <w:i w:val="0"/>
        </w:rPr>
        <w:t>"Cả hai người có làm việc tối qua không?" là câu hỏi đầu tiên của William khi anh đến quầy làm thủ tục. Anh lại một lần nữa đưa ra một bức ảnh lớn của Ralph Neville và hỏi liệu một trong hai người có nhìn thấy ông ta không, nhưng tất cả những gì anh nhận được chỉ là cái lắc đầu.</w:t>
      </w:r>
    </w:p>
    <w:p>
      <w:pPr>
        <w:spacing w:after="80"/>
      </w:pPr>
      <w:r>
        <w:rPr>
          <w:b w:val="0"/>
          <w:i w:val="0"/>
        </w:rPr>
        <w:t>"Barcelona là chuyến bay cuối cùng của Iberian Airways rời Brussels vào tối thứ Bảy," 'Blanca' nói, "và như thường lệ nó chật kín người đi nghỉ."</w:t>
      </w:r>
    </w:p>
    <w:p>
      <w:pPr>
        <w:spacing w:after="80"/>
      </w:pPr>
      <w:r>
        <w:rPr>
          <w:b w:val="0"/>
          <w:i w:val="0"/>
        </w:rPr>
        <w:t>"Người đàn ông này sẽ không trông giống như đang đi nghỉ," William nói.</w:t>
      </w:r>
    </w:p>
    <w:p>
      <w:pPr>
        <w:spacing w:after="80"/>
      </w:pPr>
      <w:r>
        <w:rPr>
          <w:b w:val="0"/>
          <w:i w:val="0"/>
        </w:rPr>
        <w:t>Cả hai đều nhìn kỹ hơn, nhưng nhận được phản hồi y hệt.</w:t>
      </w:r>
    </w:p>
    <w:p>
      <w:pPr>
        <w:spacing w:after="80"/>
      </w:pPr>
      <w:r>
        <w:rPr>
          <w:b w:val="0"/>
          <w:i w:val="0"/>
        </w:rPr>
        <w:t>"Tôi có thể xem danh sách hành khách không?" anh hỏi.</w:t>
      </w:r>
    </w:p>
    <w:p>
      <w:pPr>
        <w:spacing w:after="80"/>
      </w:pPr>
      <w:r>
        <w:rPr>
          <w:b w:val="0"/>
          <w:i w:val="0"/>
        </w:rPr>
        <w:t>Người bảo vệ gật đầu, và một trong những nhân viên đặt vé xoay màn hình điều khiển lại. William kiểm tra lại cả hai hạng, nhưng không có cái tên nào trên danh sách mà anh nhận ra.</w:t>
      </w:r>
    </w:p>
    <w:p>
      <w:pPr>
        <w:spacing w:after="80"/>
      </w:pPr>
      <w:r>
        <w:rPr>
          <w:b w:val="0"/>
          <w:i w:val="0"/>
        </w:rPr>
        <w:t>"Cảm ơn," Blanca nói, khi Ross bước sang chỗ anh để báo cáo kết quả cũng không khả quan cho những hành khách bay đến De Gaulle.</w:t>
      </w:r>
    </w:p>
    <w:p>
      <w:pPr>
        <w:spacing w:after="80"/>
      </w:pPr>
      <w:r>
        <w:rPr>
          <w:b w:val="0"/>
          <w:i w:val="0"/>
        </w:rPr>
        <w:t>"Kể cả nếu hắn có trên một trong những chuyến bay đó," William nói, "thì vẫn còn khoảng ba trăm nghi phạm. Chúng ta sẽ phải chấp nhận rằng hắn lại biến mất rồi."</w:t>
      </w:r>
    </w:p>
    <w:p>
      <w:pPr>
        <w:spacing w:after="80"/>
      </w:pPr>
      <w:r>
        <w:rPr>
          <w:b w:val="0"/>
          <w:i w:val="0"/>
        </w:rPr>
        <w:t>"Hắn bắt đầu khiến Houdini trông như một kẻ nghiệp dư."</w:t>
      </w:r>
    </w:p>
    <w:p>
      <w:pPr>
        <w:spacing w:after="80"/>
      </w:pPr>
      <w:r>
        <w:rPr>
          <w:b w:val="0"/>
          <w:i w:val="0"/>
        </w:rPr>
        <w:t>"Hắn bắt đầu khiến tôi trông như một tân binh," William nói với vẻ đầy cảm xúc.</w:t>
      </w:r>
    </w:p>
    <w:p>
      <w:pPr>
        <w:spacing w:after="80"/>
      </w:pPr>
      <w:r>
        <w:rPr>
          <w:b w:val="0"/>
          <w:i w:val="0"/>
        </w:rPr>
        <w:t>"Các cô gái xinh đẹp có luôn chạy theo anh không?" Ross hỏi.</w:t>
      </w:r>
    </w:p>
    <w:p>
      <w:pPr>
        <w:spacing w:after="80"/>
      </w:pPr>
      <w:r>
        <w:rPr>
          <w:b w:val="0"/>
          <w:i w:val="0"/>
        </w:rPr>
        <w:t>William quay lại và thấy một trong những nhân viên đặt vé trẻ người Iberia đang chạy về phía họ.</w:t>
      </w:r>
    </w:p>
    <w:p>
      <w:pPr>
        <w:spacing w:after="80"/>
      </w:pPr>
      <w:r>
        <w:rPr>
          <w:b w:val="0"/>
          <w:i w:val="0"/>
        </w:rPr>
        <w:t>"Tôi có thể xem kỹ hơn bức ảnh đó không?" Blanca hỏi.</w:t>
      </w:r>
    </w:p>
    <w:p>
      <w:pPr>
        <w:spacing w:after="80"/>
      </w:pPr>
      <w:r>
        <w:rPr>
          <w:b w:val="0"/>
          <w:i w:val="0"/>
        </w:rPr>
        <w:t>William lấy bức ảnh ra từ một túi áo trong và đưa cho cô.</w:t>
      </w:r>
    </w:p>
    <w:p>
      <w:pPr>
        <w:spacing w:after="80"/>
      </w:pPr>
      <w:r>
        <w:rPr>
          <w:b w:val="0"/>
          <w:i w:val="0"/>
        </w:rPr>
        <w:t>Cô chăm chú nhìn khuôn mặt người đàn ông một lúc lâu trước khi đặt tay che lên trán Faulkner và tiếp tục nhìn còn kỹ hơn nữa. "Đúng, tôi tin chắc đó là ông ta. Một trong những hành khách hạng nhất trên chuyến bay đến Barcelona bị hói. Khi tôi thắc mắc về bức ảnh trong hộ chiếu của ông ta, ông ta nói mình vừa mới cạo trọc đầu, thậm chí còn đưa ra cả hóa đơn," cô nói, chỉ về phía một tiệm cắt tóc ở bên kia sảnh.</w:t>
      </w:r>
    </w:p>
    <w:p>
      <w:pPr>
        <w:spacing w:after="80"/>
      </w:pPr>
      <w:r>
        <w:rPr>
          <w:b w:val="0"/>
          <w:i w:val="0"/>
        </w:rPr>
        <w:t>"Sai lầm đầu tiên của hắn," Ross nói.</w:t>
      </w:r>
    </w:p>
    <w:p>
      <w:pPr>
        <w:spacing w:after="80"/>
      </w:pPr>
      <w:r>
        <w:rPr>
          <w:b w:val="0"/>
          <w:i w:val="0"/>
        </w:rPr>
        <w:t>"Anh có biết tên không?" William hỏi.</w:t>
      </w:r>
    </w:p>
    <w:p>
      <w:pPr>
        <w:spacing w:after="80"/>
      </w:pPr>
      <w:r>
        <w:rPr>
          <w:b w:val="0"/>
          <w:i w:val="0"/>
        </w:rPr>
        <w:t>"Ricardo Rossi. Tôi nhớ vì theo hộ chiếu của ông ta thì ông ta là nhà thiết kế trang phục."</w:t>
      </w:r>
    </w:p>
    <w:p>
      <w:pPr>
        <w:spacing w:after="80"/>
      </w:pPr>
      <w:r>
        <w:rPr>
          <w:b w:val="0"/>
          <w:i w:val="0"/>
        </w:rPr>
        <w:t>"Tôi muốn hôn cô," Ross nói, "nhưng tôi không được phép."</w:t>
      </w:r>
    </w:p>
    <w:p>
      <w:pPr>
        <w:spacing w:after="80"/>
      </w:pPr>
      <w:r>
        <w:rPr>
          <w:b w:val="0"/>
          <w:i w:val="0"/>
        </w:rPr>
        <w:t>‘Thật đáng thất vọng,’ cô nói, rồi hôn lên cả hai má anh trước khi quay về bàn làm việc.</w:t>
      </w:r>
    </w:p>
    <w:p>
      <w:pPr>
        <w:spacing w:after="80"/>
      </w:pPr>
      <w:r>
        <w:rPr>
          <w:b w:val="0"/>
          <w:i w:val="0"/>
        </w:rPr>
        <w:t>‘Ước gì mình sống ở Brussels,’ Ross nói. William không nghe thấy vì anh đã vội bước đi, sau khi phát hiện tấm biển trên cửa tiệm cắt tóc đang được đổi từ ‘</w:t>
      </w:r>
      <w:r>
        <w:rPr>
          <w:b w:val="0"/>
          <w:i/>
        </w:rPr>
        <w:t>Ouvert’</w:t>
      </w:r>
      <w:r>
        <w:rPr>
          <w:b w:val="0"/>
          <w:i w:val="0"/>
        </w:rPr>
        <w:t xml:space="preserve"> sang ‘</w:t>
      </w:r>
      <w:r>
        <w:rPr>
          <w:b w:val="0"/>
          <w:i/>
        </w:rPr>
        <w:t>Fermé</w:t>
      </w:r>
      <w:r>
        <w:rPr>
          <w:b w:val="0"/>
          <w:i w:val="0"/>
        </w:rPr>
        <w:t>’. Người bảo vệ chạy theo anh và nhanh chóng xuất trình thẻ của mình. Cánh cửa miễn cưỡng mở ra vài phân.</w:t>
      </w:r>
    </w:p>
    <w:p>
      <w:pPr>
        <w:spacing w:after="80"/>
      </w:pPr>
      <w:r>
        <w:rPr>
          <w:b w:val="0"/>
          <w:i w:val="0"/>
        </w:rPr>
        <w:t>‘Tối qua ông có cạo đầu người đàn ông này không?’ William hỏi, giơ lên một bức ảnh của Neville.</w:t>
      </w:r>
    </w:p>
    <w:p>
      <w:pPr>
        <w:spacing w:after="80"/>
      </w:pPr>
      <w:r>
        <w:rPr>
          <w:b w:val="0"/>
          <w:i w:val="0"/>
        </w:rPr>
        <w:t>‘Hôm qua tôi không có ở đây,’ giọng cáu kỉnh đáp lại. ‘Chắc là Carlo làm, hôm nay là ngày nghỉ của cậu ta. Nếu khách có khiếu nại thì sáng mai quay lại.’ Cánh cửa đóng sầm lại và tấm rèm được kéo xuống.</w:t>
      </w:r>
    </w:p>
    <w:p>
      <w:pPr>
        <w:spacing w:after="80"/>
      </w:pPr>
      <w:r>
        <w:rPr>
          <w:b w:val="0"/>
          <w:i w:val="0"/>
        </w:rPr>
        <w:t>‘Mình đi Barcelona chứ?’ Ross hỏi khi họ quay lại chỗ anh ta đang đợi ở quầy làm thủ tục.</w:t>
      </w:r>
    </w:p>
    <w:p>
      <w:pPr>
        <w:spacing w:after="80"/>
      </w:pPr>
      <w:r>
        <w:rPr>
          <w:b w:val="0"/>
          <w:i w:val="0"/>
        </w:rPr>
        <w:t>‘Chẳng ích gì,’ William nói. ‘Đến giờ chắc Faulkner đã bay đến điểm đến tiếp theo và lại một lần nữa biến mất như bốc hơi. Thôi thì về nhà chịu trận vậy.’</w:t>
      </w:r>
    </w:p>
    <w:p>
      <w:pPr>
        <w:spacing w:after="80"/>
      </w:pPr>
      <w:r>
        <w:rPr>
          <w:b w:val="0"/>
          <w:i w:val="0"/>
        </w:rPr>
        <w:t>‘Anh muốn nghe tin tốt hay tin xấu?’ Ross hỏi.</w:t>
      </w:r>
    </w:p>
    <w:p>
      <w:pPr>
        <w:spacing w:after="80"/>
      </w:pPr>
      <w:r>
        <w:rPr>
          <w:b w:val="0"/>
          <w:i w:val="0"/>
        </w:rPr>
        <w:t>‘Tôi không đợi được đâu.’</w:t>
      </w:r>
    </w:p>
    <w:p>
      <w:pPr>
        <w:spacing w:after="80"/>
      </w:pPr>
      <w:r>
        <w:rPr>
          <w:b w:val="0"/>
          <w:i w:val="0"/>
        </w:rPr>
        <w:t>‘Anh sẽ phải đợi thôi, vì chuyến bay cuối cùng về Luton vừa mới cất cánh.’</w:t>
      </w:r>
    </w:p>
    <w:p>
      <w:pPr>
        <w:spacing w:after="80"/>
      </w:pPr>
      <w:r>
        <w:rPr>
          <w:b w:val="0"/>
          <w:i w:val="0"/>
        </w:rPr>
        <w:t>William nhìn quanh những hàng ghế nhựa cứng nối tiếp nhau, rồi hỏi, ‘Tin tốt là gì?’</w:t>
      </w:r>
    </w:p>
    <w:p>
      <w:pPr>
        <w:spacing w:after="80"/>
      </w:pPr>
      <w:r>
        <w:rPr>
          <w:b w:val="0"/>
          <w:i w:val="0"/>
        </w:rPr>
        <w:t>‘Tôi sắp ăn tối với Blanca.’</w:t>
      </w:r>
    </w:p>
    <w:p>
      <w:pPr>
        <w:spacing w:after="80"/>
        <w:jc w:val="center"/>
      </w:pPr>
      <w:r>
        <w:rPr>
          <w:b w:val="0"/>
          <w:i w:val="0"/>
        </w:rPr>
        <w:t>• • •</w:t>
      </w:r>
    </w:p>
    <w:p>
      <w:pPr>
        <w:spacing w:after="80"/>
      </w:pPr>
      <w:r>
        <w:rPr>
          <w:b w:val="0"/>
          <w:i w:val="0"/>
        </w:rPr>
        <w:t>Danny đón hai viên thám tử đầu tóc rối bù, ngáp ngắn ngáp dài từ chuyến bay đầu tiên khởi hành từ Brussels vào sáng hôm sau. Cả hai đều không ngủ được chút nào.</w:t>
      </w:r>
    </w:p>
    <w:p>
      <w:pPr>
        <w:spacing w:after="80"/>
      </w:pPr>
      <w:r>
        <w:rPr>
          <w:b w:val="0"/>
          <w:i w:val="0"/>
        </w:rPr>
        <w:t>‘Thanh tra Thomas vừa gọi,’ anh nói khi họ leo vào ghế sau. ‘Họ không tìm thấy dấu vân tay nào của Miles Faulkner trong chiếc Mercedes, nhưng tìm thấy vài dấu của vợ ông ta.’</w:t>
      </w:r>
    </w:p>
    <w:p>
      <w:pPr>
        <w:spacing w:after="80"/>
      </w:pPr>
      <w:r>
        <w:rPr>
          <w:b w:val="0"/>
          <w:i w:val="0"/>
        </w:rPr>
        <w:t>‘Thế thì giải thích được vì sao không có ai đến đón cô ấy ở nhà thờ.’</w:t>
      </w:r>
    </w:p>
    <w:p>
      <w:pPr>
        <w:spacing w:after="80"/>
      </w:pPr>
      <w:r>
        <w:rPr>
          <w:b w:val="0"/>
          <w:i w:val="0"/>
        </w:rPr>
        <w:t>‘Nhưng có tin tốt hơn về chiếc mũ lưỡi trai của tài xế,’ Danny nói. ‘Một dấu ngón cái và một dấu ngón trỏ khớp hoàn hảo với bàn tay phải của Faulkner.’</w:t>
      </w:r>
    </w:p>
    <w:p>
      <w:pPr>
        <w:spacing w:after="80"/>
      </w:pPr>
      <w:r>
        <w:rPr>
          <w:b w:val="0"/>
          <w:i w:val="0"/>
        </w:rPr>
        <w:t>‘Vậy là,’ Ross nói, ‘có vẻ như hiện giờ Miles Faulkner, tức Đại úy Ralph Neville, đang ẩn náu ở đâu đó tại Tây Ban Nha dưới cái tên Ricardo Rossi, nhà thiết kế trang phục.’</w:t>
      </w:r>
    </w:p>
    <w:p>
      <w:pPr>
        <w:spacing w:after="80"/>
      </w:pPr>
      <w:r>
        <w:rPr>
          <w:b w:val="0"/>
          <w:i w:val="0"/>
        </w:rPr>
        <w:t>‘Dù có lẽ hắn ta lại đổi tên và đổi nghề một lần nữa,’ William nói. ‘Ngay khi về tới Sở, tôi sẽ gửi bức ảnh mới nhất mà chúng ta có về hắn cho cảnh sát Tây Ban Nha.’</w:t>
      </w:r>
    </w:p>
    <w:p>
      <w:pPr>
        <w:spacing w:after="80"/>
      </w:pPr>
      <w:r>
        <w:rPr>
          <w:b w:val="0"/>
          <w:i w:val="0"/>
        </w:rPr>
        <w:t>‘Anh có muốn tôi đưa Christina Faulkner về thẩm vấn không?’ Ross hỏi.</w:t>
      </w:r>
    </w:p>
    <w:p>
      <w:pPr>
        <w:spacing w:after="80"/>
      </w:pPr>
      <w:r>
        <w:rPr>
          <w:b w:val="0"/>
          <w:i w:val="0"/>
        </w:rPr>
        <w:t>‘Không. Không phải khi tôi còn có điệp viên nằm vùng của riêng mình.’</w:t>
      </w:r>
    </w:p>
    <w:p>
      <w:pPr>
        <w:pStyle w:val="Heading2"/>
      </w:pPr>
      <w:r>
        <w:rPr>
          <w:rFonts w:ascii="Calibri" w:hAnsi="Calibri"/>
          <w:b/>
          <w:i w:val="0"/>
          <w:sz w:val="32"/>
        </w:rPr>
        <w:t>CHƯƠNG 11</w:t>
      </w:r>
    </w:p>
    <w:p>
      <w:pPr>
        <w:spacing w:after="80"/>
      </w:pPr>
      <w:r>
        <w:rPr>
          <w:b w:val="0"/>
          <w:i w:val="0"/>
        </w:rPr>
        <w:t>‘Anh lẽ ra nên ở lại New York với em,’ Beth nói khi hai người thong thả bước vào phòng ngủ. ‘Ella tuyệt vời lắm, và bọn em đã quay lại bảo tàng Met ba lần…’</w:t>
      </w:r>
    </w:p>
    <w:p>
      <w:pPr>
        <w:spacing w:after="80"/>
      </w:pPr>
      <w:r>
        <w:rPr>
          <w:b w:val="0"/>
          <w:i w:val="0"/>
        </w:rPr>
        <w:t>‘Dù chỉ có một tuần, bọn trẻ nhớ em kinh khủng, cứ hỏi mãi em đâu,’ William nói, vừa cởi áo khoác treo vào tủ. ‘Mà còn tệ hơn khi anh phải lang thang khắp vùng nông thôn để tìm xe của Christina.’</w:t>
      </w:r>
    </w:p>
    <w:p>
      <w:pPr>
        <w:spacing w:after="80"/>
      </w:pPr>
      <w:r>
        <w:rPr>
          <w:b w:val="0"/>
          <w:i w:val="0"/>
        </w:rPr>
        <w:t>‘Trong khi anh lại khéo làm mất dấu chồng cô ta thêm một lần nữa.’</w:t>
      </w:r>
    </w:p>
    <w:p>
      <w:pPr>
        <w:spacing w:after="80"/>
      </w:pPr>
      <w:r>
        <w:rPr>
          <w:b w:val="0"/>
          <w:i w:val="0"/>
        </w:rPr>
        <w:t>‘Nhưng anh đã tìm lại được hắn mà,’ William phản đối.</w:t>
      </w:r>
    </w:p>
    <w:p>
      <w:pPr>
        <w:spacing w:after="80"/>
      </w:pPr>
      <w:r>
        <w:rPr>
          <w:b w:val="0"/>
          <w:i w:val="0"/>
        </w:rPr>
        <w:t>‘Vậy thì nói cho chính xác đi. Anh tìm ra hắn đang ở châu lục nào, nhưng còn chẳng chắc được hắn còn ở đó không,’ Beth nói khi cởi cúc áo sơ mi.</w:t>
      </w:r>
    </w:p>
    <w:p>
      <w:pPr>
        <w:spacing w:after="80"/>
      </w:pPr>
      <w:r>
        <w:rPr>
          <w:b w:val="0"/>
          <w:i w:val="0"/>
        </w:rPr>
        <w:t>‘Anh biết tên hắn,’ William nói trong lúc tháo cà vạt.</w:t>
      </w:r>
    </w:p>
    <w:p>
      <w:pPr>
        <w:spacing w:after="80"/>
      </w:pPr>
      <w:r>
        <w:rPr>
          <w:b w:val="0"/>
          <w:i w:val="0"/>
        </w:rPr>
        <w:t>‘Ricardo Rossi bay tới Brussels nhưng có thể không phải là người đã xuất hiện ở Barcelona.’</w:t>
      </w:r>
    </w:p>
    <w:p>
      <w:pPr>
        <w:spacing w:after="80"/>
      </w:pPr>
      <w:r>
        <w:rPr>
          <w:b w:val="0"/>
          <w:i w:val="0"/>
        </w:rPr>
        <w:t>‘Em đứng về phe nào đấy?’ William hỏi.</w:t>
      </w:r>
    </w:p>
    <w:p>
      <w:pPr>
        <w:spacing w:after="80"/>
      </w:pPr>
      <w:r>
        <w:rPr>
          <w:b w:val="0"/>
          <w:i w:val="0"/>
        </w:rPr>
        <w:t>‘Phe anh, đồ người rừng,’ Beth nói khi tuột chiếc áo sơ mi ra. ‘Nhưng chỉ vì em sẽ cần anh giúp nếu em muốn thoát tội giết Christina.’</w:t>
      </w:r>
    </w:p>
    <w:p>
      <w:pPr>
        <w:spacing w:after="80"/>
      </w:pPr>
      <w:r>
        <w:rPr>
          <w:b w:val="0"/>
          <w:i w:val="0"/>
        </w:rPr>
        <w:t>‘Đó là điều cuối cùng anh muốn em làm. Cô ta vẫn là cơ hội tốt nhất của anh để truy ra người chồng quá cố của cô ta.’</w:t>
      </w:r>
    </w:p>
    <w:p>
      <w:pPr>
        <w:spacing w:after="80"/>
      </w:pPr>
      <w:r>
        <w:rPr>
          <w:b w:val="0"/>
          <w:i w:val="0"/>
        </w:rPr>
        <w:t>‘Em có thể giúp gì nào?’ Beth háo hức nói, khi William ném chiếc áo sơ mi lên ghế.</w:t>
      </w:r>
    </w:p>
    <w:p>
      <w:pPr>
        <w:spacing w:after="80"/>
      </w:pPr>
      <w:r>
        <w:rPr>
          <w:b w:val="0"/>
          <w:i w:val="0"/>
        </w:rPr>
        <w:t>‘Lần tới gặp cô ta, cứ giả vờ như không biết gì. Tôi cần em tìm hiểu xem cô ta đứng về phe nào,’ William nói, trong khi Beth từ từ kéo khóa váy. ‘Có thể em sẽ bất ngờ đấy.’</w:t>
      </w:r>
    </w:p>
    <w:p>
      <w:pPr>
        <w:spacing w:after="80"/>
      </w:pPr>
      <w:r>
        <w:rPr>
          <w:b w:val="0"/>
          <w:i w:val="0"/>
        </w:rPr>
        <w:t>‘Nhưng chắc giờ cô ta đã đoán ra là anh biết Ralph và Miles chỉ là một người.’</w:t>
      </w:r>
    </w:p>
    <w:p>
      <w:pPr>
        <w:spacing w:after="80"/>
      </w:pPr>
      <w:r>
        <w:rPr>
          <w:b w:val="0"/>
          <w:i w:val="0"/>
        </w:rPr>
        <w:t>‘Anh đồng ý, nhưng cô ta là cô dâu bị bỏ rơi,’ William hỏi khi cởi giày ra, ‘hay là đồng phạm của hắn?’</w:t>
      </w:r>
    </w:p>
    <w:p>
      <w:pPr>
        <w:spacing w:after="80"/>
      </w:pPr>
      <w:r>
        <w:rPr>
          <w:b w:val="0"/>
          <w:i w:val="0"/>
        </w:rPr>
        <w:t>‘Tại sao em phải theo kế hoạch của anh, khi điều duy nhất em muốn là bóp cổ con mụ khốn đó?’ Beth hỏi, trong khi tháo thắt lưng cho anh.</w:t>
      </w:r>
    </w:p>
    <w:p>
      <w:pPr>
        <w:spacing w:after="80"/>
      </w:pPr>
      <w:r>
        <w:rPr>
          <w:b w:val="0"/>
          <w:i w:val="0"/>
        </w:rPr>
        <w:t>‘Bởi vì nếu anh đưa Faulkner trở lại sau song sắt, một nửa bộ sưu tập nghệ thuật của hắn vẫn sẽ thuộc về cô ta một cách hợp pháp, nên một kiệt tác khác có thể sẽ lại xuất hiện trên tường của bảo tàng Fitzmolean,’ anh nói khi loay hoay với móc áo ngực của cô. ‘Vẫn còn dư sức để cô ta ngụp lặn trong sâm panh đến hết đời.’</w:t>
      </w:r>
    </w:p>
    <w:p>
      <w:pPr>
        <w:spacing w:after="80"/>
      </w:pPr>
      <w:r>
        <w:rPr>
          <w:b w:val="0"/>
          <w:i w:val="0"/>
        </w:rPr>
        <w:t>‘Cùng với vô số trai trẻ để mở nắp chai,’ Beth nói, khi xé toạc quần anh. ‘Trong lúc em đi vắng, đồ người rừng,’ cô hỏi khi anh cúi xuống hôn cô, ‘anh nhớ nhất điều gì, bánh shepherd’s pie của em hay là chuyện ấy?’</w:t>
      </w:r>
    </w:p>
    <w:p>
      <w:pPr>
        <w:spacing w:after="80"/>
      </w:pPr>
      <w:r>
        <w:rPr>
          <w:b w:val="0"/>
          <w:i w:val="0"/>
        </w:rPr>
        <w:t>‘Anh cần chút thời gian để nghĩ về điều đó,’ anh nói khi môi họ rời nhau. Beth ngã ngửa ra giường thì cửa mở và một giọng nói vang lên: ‘Bố ơi, bố đã hứa đọc truyện cho chúng con khi bố về nhà mà.’</w:t>
      </w:r>
    </w:p>
    <w:p>
      <w:pPr>
        <w:spacing w:after="80"/>
      </w:pPr>
      <w:r>
        <w:rPr>
          <w:b w:val="0"/>
          <w:i w:val="0"/>
        </w:rPr>
        <w:t>Beth phá lên cười khi Artemisia leo lên giường và đưa cuốn sách cho William. William vội vàng khoác áo choàng, trong khi Beth nhảy khỏi giường, kéo quần lót lên và vội vã mặc lại áo sơ mi.</w:t>
      </w:r>
    </w:p>
    <w:p>
      <w:pPr>
        <w:spacing w:after="80"/>
      </w:pPr>
      <w:r>
        <w:rPr>
          <w:b w:val="0"/>
          <w:i w:val="0"/>
        </w:rPr>
        <w:t>‘Chỉ một chương thôi,’ William nói, khi Peter lẻn vào qua cánh cửa mở và nhập bọn với chị gái trên giường. Hai đứa sinh đôi rúc sát vào bố, người mở sách ra và bắt đầu đọc.</w:t>
      </w:r>
    </w:p>
    <w:p>
      <w:pPr>
        <w:spacing w:after="80"/>
      </w:pPr>
      <w:r>
        <w:rPr>
          <w:b w:val="0"/>
          <w:i w:val="0"/>
        </w:rPr>
        <w:t>‘Cảnh sát Plod là một viên cảnh sát tốt bụng và tử tế. Ông thích giúp các ông bà cụ khi họ qua đường, và nếu bắt gặp một cậu bé đi xe đạp mà không đội mũ bảo hiểm, ông sẽ nhắc nhở, nhưng không mách bố mẹ, điều đó khiến ông rất được lòng mọi người.’</w:t>
      </w:r>
    </w:p>
    <w:p>
      <w:pPr>
        <w:spacing w:after="80"/>
      </w:pPr>
      <w:r>
        <w:rPr>
          <w:b w:val="0"/>
          <w:i w:val="0"/>
        </w:rPr>
        <w:t>Peter bắt đầu vỗ tay.</w:t>
      </w:r>
    </w:p>
    <w:p>
      <w:pPr>
        <w:spacing w:after="80"/>
      </w:pPr>
      <w:r>
        <w:rPr>
          <w:b w:val="0"/>
          <w:i w:val="0"/>
        </w:rPr>
        <w:t>‘Nhưng đáng buồn thay, ở sở chỉ huy, chẳng ai,’ William tiếp tục, ‘nghĩ nhiều đến việc thăng chức cho cảnh sát Plod và phong anh ta làm trung sĩ.’</w:t>
      </w:r>
    </w:p>
    <w:p>
      <w:pPr>
        <w:spacing w:after="80"/>
      </w:pPr>
      <w:r>
        <w:rPr>
          <w:b w:val="0"/>
          <w:i w:val="0"/>
        </w:rPr>
        <w:t>‘Sao lại không?’ Artemisia hỏi dồn.</w:t>
      </w:r>
    </w:p>
    <w:p>
      <w:pPr>
        <w:spacing w:after="80"/>
      </w:pPr>
      <w:r>
        <w:rPr>
          <w:b w:val="0"/>
          <w:i w:val="0"/>
        </w:rPr>
        <w:t>‘Chắc là chúng ta sắp biết thôi,’ William nói khi lật trang, dù tâm trí anh đang để ở nơi khác.</w:t>
      </w:r>
    </w:p>
    <w:p>
      <w:pPr>
        <w:spacing w:after="80"/>
      </w:pPr>
      <w:r>
        <w:rPr>
          <w:b w:val="0"/>
          <w:i w:val="0"/>
        </w:rPr>
        <w:t>‘Plod, như anh ta đã nói với vợ mình là Beryl không ít lần, thấy vui khi được làm một người lính chân trong cuộc đời. Beryl không đồng ý với anh. “Anh thông minh chẳng kém gì Thanh tra Watchit, người luôn nhận công lao về ý tưởng của anh rồi được thăng chức,” cô nói. “Đó là việc của tôi,” Plod giải thích. “Trách nhiệm của tôi là hỗ trợ công chúng mọi lúc đồng thời chuyển mọi thông tin hữu ích lên cấp trên. Thật ra, Beryl à, ngay hôm nay…” anh nói, đúng lúc điện thoại bắt đầu reo. Beryl nhấc máy và nghe một lúc trước khi nói: “Nhưng hôm nay là ngày nghỉ của Fred mà.”</w:t>
      </w:r>
    </w:p>
    <w:p>
      <w:pPr>
        <w:spacing w:after="80"/>
      </w:pPr>
      <w:r>
        <w:rPr>
          <w:b w:val="0"/>
          <w:i w:val="0"/>
        </w:rPr>
        <w:t>‘“Không còn nữa đâu,” Thanh tra Watchit nói. “Bảo Plod đến ngay trang viên, nhanh lên. Có một vụ trộm và một chuỗi ngọc trai quý giá đã biến mất. Phu nhân Doubtful muốn lục soát khuôn viên trong khi tôi thẩm vấn nhân viên.”’</w:t>
      </w:r>
    </w:p>
    <w:p>
      <w:pPr>
        <w:spacing w:after="80"/>
      </w:pPr>
      <w:r>
        <w:rPr>
          <w:b w:val="0"/>
          <w:i w:val="0"/>
        </w:rPr>
        <w:t>William ngước lên khỏi cuốn sách và thấy Peter đã ngủ thiếp đi, nhưng Artemisia vẫn đang chăm chú lắng nghe từng lời anh nói.</w:t>
      </w:r>
    </w:p>
    <w:p>
      <w:pPr>
        <w:spacing w:after="80"/>
      </w:pPr>
      <w:r>
        <w:rPr>
          <w:b w:val="0"/>
          <w:i w:val="0"/>
        </w:rPr>
        <w:t>‘Đến giờ đi ngủ rồi, hai đứa,’ Beth nói.</w:t>
      </w:r>
    </w:p>
    <w:p>
      <w:pPr>
        <w:spacing w:after="80"/>
      </w:pPr>
      <w:r>
        <w:rPr>
          <w:b w:val="0"/>
          <w:i w:val="0"/>
        </w:rPr>
        <w:t>‘Không, không, không!’ Artemisia phản đối.</w:t>
      </w:r>
    </w:p>
    <w:p>
      <w:pPr>
        <w:spacing w:after="80"/>
      </w:pPr>
      <w:r>
        <w:rPr>
          <w:b w:val="0"/>
          <w:i w:val="0"/>
        </w:rPr>
        <w:t>‘Có, có, có,’ William nói, rồi nhấc cả hai lên, mỗi bên một đứa, và bế chúng ra khỏi phòng. Khi đến cửa, anh quay lại và mỉm cười với Beth.</w:t>
      </w:r>
    </w:p>
    <w:p>
      <w:pPr>
        <w:spacing w:after="80"/>
      </w:pPr>
      <w:r>
        <w:rPr>
          <w:b w:val="0"/>
          <w:i w:val="0"/>
        </w:rPr>
        <w:t>‘Tôi không thể chờ được đến lúc PC Plod quay về,’ Beth nói, khi cô lại cởi chiếc áo sơ mi ra.</w:t>
      </w:r>
    </w:p>
    <w:p>
      <w:pPr>
        <w:spacing w:after="80"/>
        <w:jc w:val="center"/>
      </w:pPr>
      <w:r>
        <w:rPr>
          <w:b w:val="0"/>
          <w:i w:val="0"/>
        </w:rPr>
        <w:t>• • •</w:t>
      </w:r>
    </w:p>
    <w:p>
      <w:pPr>
        <w:spacing w:after="80"/>
      </w:pPr>
      <w:r>
        <w:rPr>
          <w:b w:val="0"/>
          <w:i w:val="0"/>
        </w:rPr>
        <w:t>‘Tôi muốn bắt đầu cuộc họp này,’ viên chỉ huy nói, ‘bằng việc chính thức chào mừng DI Ross Hogan gia nhập hàng ngũ của chúng ta.’</w:t>
      </w:r>
    </w:p>
    <w:p>
      <w:pPr>
        <w:spacing w:after="80"/>
      </w:pPr>
      <w:r>
        <w:rPr>
          <w:b w:val="0"/>
          <w:i w:val="0"/>
        </w:rPr>
        <w:t>Những người còn lại trong đội vỗ tay rầm rầm xuống mặt bàn.</w:t>
      </w:r>
    </w:p>
    <w:p>
      <w:pPr>
        <w:spacing w:after="80"/>
      </w:pPr>
      <w:r>
        <w:rPr>
          <w:b w:val="0"/>
          <w:i w:val="0"/>
        </w:rPr>
        <w:t>‘Ross đến với chúng ta không chỉ với danh tiếng đáng gờm trong vai trò điệp viên nằm vùng, mà trước đó anh ấy còn phục vụ bốn năm với tư cách là Trung sĩ Thám tử trong đội điều tra án mạng. Kinh nghiệm vô giá mà giờ đây chúng ta có thể tận dụng.’</w:t>
      </w:r>
    </w:p>
    <w:p>
      <w:pPr>
        <w:spacing w:after="80"/>
      </w:pPr>
      <w:r>
        <w:rPr>
          <w:b w:val="0"/>
          <w:i w:val="0"/>
        </w:rPr>
        <w:t>‘Và cho tôi nói một lời,’ Ross ngắt lời, ‘trước khi tôi nhận giải Oscar cho vai phụ xuất sắc nhất, rằng tôi vô cùng vui mừng và vinh dự được gia nhập đội những người đã đưa Miles Faulkner vào tù.’</w:t>
      </w:r>
    </w:p>
    <w:p>
      <w:pPr>
        <w:spacing w:after="80"/>
      </w:pPr>
      <w:r>
        <w:rPr>
          <w:b w:val="0"/>
          <w:i w:val="0"/>
        </w:rPr>
        <w:t>‘Chỉ để rồi hắn lại trốn thoát ngay dưới mũi chúng ta,’ William nói với vẻ chua chát.</w:t>
      </w:r>
    </w:p>
    <w:p>
      <w:pPr>
        <w:spacing w:after="80"/>
      </w:pPr>
      <w:r>
        <w:rPr>
          <w:b w:val="0"/>
          <w:i w:val="0"/>
        </w:rPr>
        <w:t>‘Không phải lỗi của anh,’ Ross nói. ‘Hai viên cai ngục tham nhũng đã dính vào cái mớ hỗn độn đó. Anh sẽ vui khi biết rằng cả hai đều đã bị chuyển đến Dartmoor, không có cơ hội được thả sớm.’</w:t>
      </w:r>
    </w:p>
    <w:p>
      <w:pPr>
        <w:spacing w:after="80"/>
      </w:pPr>
      <w:r>
        <w:rPr>
          <w:b w:val="0"/>
          <w:i w:val="0"/>
        </w:rPr>
        <w:t xml:space="preserve">‘Nhưng lần thứ hai Faulkner trốn thoát </w:t>
      </w:r>
      <w:r>
        <w:rPr>
          <w:b w:val="0"/>
          <w:i/>
        </w:rPr>
        <w:t>là</w:t>
      </w:r>
      <w:r>
        <w:rPr>
          <w:b w:val="0"/>
          <w:i w:val="0"/>
        </w:rPr>
        <w:t xml:space="preserve"> lỗi của tôi,’ William nói, ‘và tôi sẽ không yên cho đến khi hắn quay lại Pentonville với một bản án kéo dài, không có điều khoản phá vỡ hợp đồng nào.’</w:t>
      </w:r>
    </w:p>
    <w:p>
      <w:pPr>
        <w:spacing w:after="80"/>
      </w:pPr>
      <w:r>
        <w:rPr>
          <w:b w:val="0"/>
          <w:i w:val="0"/>
        </w:rPr>
        <w:t>‘Sẽ không lâu nữa trước khi Ricardo Rossi xuất hiện trên màn hình radar của chúng ta,’ Paul nói.</w:t>
      </w:r>
    </w:p>
    <w:p>
      <w:pPr>
        <w:spacing w:after="80"/>
      </w:pPr>
      <w:r>
        <w:rPr>
          <w:b w:val="0"/>
          <w:i w:val="0"/>
        </w:rPr>
        <w:t>‘Về điểm đó,’ The Hawk nói, ‘tôi đã thông báo cho cảnh sát Tây Ban Nha và Interpol, đồng thời cung cấp cho họ chi tiết về tiền án của Faulkner cùng một bức ảnh nhận dạng về việc Neville sẽ trông như thế nào với cái đầu cạo trọc. Nhưng chúng ta sẽ phải tạm gác Faulkner sang một bên vì đã đến lúc tập trung vào những nhiệm vụ mới. DCI Warwick, có lẽ anh có thể cập nhật cho chúng tôi.’</w:t>
      </w:r>
    </w:p>
    <w:p>
      <w:pPr>
        <w:spacing w:after="80"/>
      </w:pPr>
      <w:r>
        <w:rPr>
          <w:b w:val="0"/>
          <w:i w:val="0"/>
        </w:rPr>
        <w:t>‘Như các bạn đều biết rõ,’ William nói, ‘giai đoạn đầu của bất kỳ cuộc điều tra án mạng nào cũng là quan trọng nhất. Giờ vàng, khoảng sáu mươi phút ngay sau khi vụ giết người xảy ra, là cơ hội tốt nhất để thu thập bằng chứng cần thiết nhằm đảm bảo một bản án kết tội. Camera giám sát, pháp y, nhân chứng, và khả năng kẻ giết người vẫn còn ở đâu đó trong khu vực là những vũ khí tốt nhất của thám tử. Nhưng trong từng vụ án này,’ anh tiếp tục, ‘chúng ta đã không có được giờ vàng, hay thậm chí là giờ bạc hay giờ đồng. Sự thật là, những kẻ phạm tội này không chỉ thoát sạch, mà giờ đây sẽ còn tin chắc rằng hồ sơ của chúng đã phủ bụi, trong một tủ hồ sơ vụ án chưa được giải quyết, mà chúng không biết rằng chúng ta sắp mở ra.’</w:t>
      </w:r>
    </w:p>
    <w:p>
      <w:pPr>
        <w:spacing w:after="80"/>
      </w:pPr>
      <w:r>
        <w:rPr>
          <w:b w:val="0"/>
          <w:i w:val="0"/>
        </w:rPr>
        <w:t>‘Và tôi nghĩ cô nên biết,’ The Hawk xen vào, ‘uỷ viên cảm thấy việc đưa những kẻ phạm tội này ra trước công lý sẽ gửi một thông điệp quan trọng đến thế giới ngầm. Không chỉ vì nếu dù chỉ một trong số chúng bị kết án và tống giam, những kẻ khác sẽ được nhắc nhở rằng nguy cơ án chung thân vẫn đang lơ lửng trên đầu chúng.’</w:t>
      </w:r>
    </w:p>
    <w:p>
      <w:pPr>
        <w:spacing w:after="80"/>
      </w:pPr>
      <w:r>
        <w:rPr>
          <w:b w:val="0"/>
          <w:i w:val="0"/>
        </w:rPr>
        <w:t>‘Có một lý do thứ hai, cũng quan trọng không kém, để truy đuổi chúng,’ William nói. ‘Nếu chúng đã thoát tội giết người một lần, rất có thể chúng sẽ cân nhắc làm lại lần thứ hai.’</w:t>
      </w:r>
    </w:p>
    <w:p>
      <w:pPr>
        <w:spacing w:after="80"/>
      </w:pPr>
      <w:r>
        <w:rPr>
          <w:b w:val="0"/>
          <w:i w:val="0"/>
        </w:rPr>
        <w:t>The Hawk gật đầu, rồi nói thêm, ‘Với suy nghĩ đó, mỗi người trong số các bạn được giao một vụ án nguội để theo đuổi, và mặc dù chúng ta vẫn sẽ làm việc như một đội, hỗ trợ lẫn nhau bất cứ khi nào có thể, các bạn sẽ là sĩ quan phụ trách chính trong vụ của mình, luôn báo cáo lại cho DCI Warwick.’</w:t>
      </w:r>
    </w:p>
    <w:p>
      <w:pPr>
        <w:spacing w:after="80"/>
      </w:pPr>
      <w:r>
        <w:rPr>
          <w:b w:val="0"/>
          <w:i w:val="0"/>
        </w:rPr>
        <w:t>‘Vậy hãy bắt đầu bằng việc trao đổi thông tin,’ William nói. ‘Vì anh được giao nhiệm vụ khó khăn nhất, DI Hogan, chúng ta sẽ bắt đầu với anh.’</w:t>
      </w:r>
    </w:p>
    <w:p>
      <w:pPr>
        <w:spacing w:after="80"/>
      </w:pPr>
      <w:r>
        <w:rPr>
          <w:b w:val="0"/>
          <w:i w:val="0"/>
        </w:rPr>
        <w:t>‘Tôi có hai vụ cần điều tra,’ Ross nói, ‘có liên quan với nhau. Một vài vụ giết người trả thù giữa các băng đảng, trong đó một bên giết một thành viên của băng đối thủ, và không lâu sau, bên kia trả đũa tương tự.’</w:t>
      </w:r>
    </w:p>
    <w:p>
      <w:pPr>
        <w:spacing w:after="80"/>
      </w:pPr>
      <w:r>
        <w:rPr>
          <w:b w:val="0"/>
          <w:i w:val="0"/>
        </w:rPr>
        <w:t>‘Tôi đã đọc về băng Roach và kẻ thù không đội trời chung của chúng, băng Abbott, trên báo,’ Rebecca nói, ‘nhưng ngoài điều đó ra tôi không biết nhiều về chúng.’</w:t>
      </w:r>
    </w:p>
    <w:p>
      <w:pPr>
        <w:spacing w:after="80"/>
      </w:pPr>
      <w:r>
        <w:rPr>
          <w:b w:val="0"/>
          <w:i w:val="0"/>
        </w:rPr>
        <w:t>‘Chẳng có gì nhiều để biết thêm,’ Ross nói. ‘Hai băng đảng tàn nhẫn, được tổ chức chặt chẽ ở East End, giống như Krays và Richardsons, đã thù địch nhau suốt nhiều năm. Giữa chúng, chúng kiểm soát thị trường ma túy, mại dâm và cờ bạc địa phương, và điều hành một đường dây bảo kê thu tiền hàng tuần hiệu quả hơn cả hội đồng địa phương thu thuế. Và ngay cả khi chúng ta có xoay xở kết án và tống giam một trong số chúng, chúng giống như lũ gián: giẫm chết một con thì hai con khác bò ra từ dưới sàn nhà để thế chỗ.’</w:t>
      </w:r>
    </w:p>
    <w:p>
      <w:pPr>
        <w:spacing w:after="80"/>
      </w:pPr>
      <w:r>
        <w:rPr>
          <w:b w:val="0"/>
          <w:i w:val="0"/>
        </w:rPr>
        <w:t>‘Thứ lỗi cho tôi vì đã hoài nghi,’ Paul nói, ‘nhưng công chúng có quan tâm không nếu lũ cặn bã này cứ giết hại lẫn nhau? Hầu hết mọi người sẽ hoàn toàn vui vẻ nếu chúng làm giúp chúng ta công việc và xóa sổ lẫn nhau.’</w:t>
      </w:r>
    </w:p>
    <w:p>
      <w:pPr>
        <w:spacing w:after="80"/>
      </w:pPr>
      <w:r>
        <w:rPr>
          <w:b w:val="0"/>
          <w:i w:val="0"/>
        </w:rPr>
        <w:t>‘Điều đó rất có thể đúng, DS Adaja,’ William nói. ‘Nhưng nếu để chúng tiếp tục các hoạt động phạm tội, sẽ không lâu trước khi East End trở thành vùng cấm địa đối với cảnh sát, cũng như đối với những công dân tuân thủ pháp luật.’</w:t>
      </w:r>
    </w:p>
    <w:p>
      <w:pPr>
        <w:spacing w:after="80"/>
      </w:pPr>
      <w:r>
        <w:rPr>
          <w:b w:val="0"/>
          <w:i w:val="0"/>
        </w:rPr>
        <w:t>‘Tôi xin lỗi,’ Paul nói. ‘Lẽ ra tôi nên suy nghĩ kỹ hơn.’</w:t>
      </w:r>
    </w:p>
    <w:p>
      <w:pPr>
        <w:spacing w:after="80"/>
      </w:pPr>
      <w:r>
        <w:rPr>
          <w:b w:val="0"/>
          <w:i w:val="0"/>
        </w:rPr>
        <w:t>‘Không cần xin lỗi, DS Adaja,’ Ross nói. ‘Mặc dù lúc đó tôi đang hoạt động bí mật, tôi vẫn được biết về đóng góp đáng nhớ của anh trong chiến dịch Trojan Horse.’</w:t>
      </w:r>
    </w:p>
    <w:p>
      <w:pPr>
        <w:spacing w:after="80"/>
      </w:pPr>
      <w:r>
        <w:rPr>
          <w:b w:val="0"/>
          <w:i w:val="0"/>
        </w:rPr>
        <w:t>Cả đội còn lại phá lên cười, trong khi William nhớ lại rằng Ross đã cho anh một cú đấm tím mắt trong dịp đó, để không ai ngoài vị chỉ huy biết anh vẫn đang hoạt động bí mật.</w:t>
      </w:r>
    </w:p>
    <w:p>
      <w:pPr>
        <w:spacing w:after="80"/>
      </w:pPr>
      <w:r>
        <w:rPr>
          <w:b w:val="0"/>
          <w:i w:val="0"/>
        </w:rPr>
        <w:t>‘Cô có thể tóm tắt cho chúng tôi về vụ của cô không, DS Roycroft,’ William nói, khi tiếng cười đã lắng xuống.</w:t>
      </w:r>
    </w:p>
    <w:p>
      <w:pPr>
        <w:spacing w:after="80"/>
      </w:pPr>
      <w:r>
        <w:rPr>
          <w:b w:val="0"/>
          <w:i w:val="0"/>
        </w:rPr>
        <w:t>‘Clive Pugh không thể khác xa hơn so với băng Roach và băng Abbott,’ Jackie nói. ‘Dù hắn cũng tàn nhẫn không kém, hắn xảo quyệt hơn nhiều. Theo những gì thế giới bên ngoài biết, hắn là một công dân tuân thủ pháp luật, đáp ứng đủ mọi tiêu chuẩn. Kết hôn và có hai con, cả hai đều tốt nghiệp đại học, phó giám đốc chi nhánh Barclays Bank địa phương, và câu lạc bộ Rotary địa phương đã bình chọn hắn là doanh nhân của năm.’</w:t>
      </w:r>
    </w:p>
    <w:p>
      <w:pPr>
        <w:spacing w:after="80"/>
      </w:pPr>
      <w:r>
        <w:rPr>
          <w:b w:val="0"/>
          <w:i w:val="0"/>
        </w:rPr>
        <w:t>‘Vậy hắn đã giết ai?’ Rebecca hỏi.</w:t>
      </w:r>
    </w:p>
    <w:p>
      <w:pPr>
        <w:spacing w:after="80"/>
      </w:pPr>
      <w:r>
        <w:rPr>
          <w:b w:val="0"/>
          <w:i w:val="0"/>
        </w:rPr>
        <w:t>‘Người vợ chung sống hai mươi bảy năm của hắn, và chỉ vài tháng sau khi hắn mua một hợp đồng bảo hiểm nhân thọ trị giá một triệu bảng cho bà ấy, với chính hắn là người thụ hưởng duy nhất.’</w:t>
      </w:r>
    </w:p>
    <w:p>
      <w:pPr>
        <w:spacing w:after="80"/>
      </w:pPr>
      <w:r>
        <w:rPr>
          <w:b w:val="0"/>
          <w:i w:val="0"/>
        </w:rPr>
        <w:t>‘Làm sao ông ta thoát được vậy?’ Paul hỏi.</w:t>
      </w:r>
    </w:p>
    <w:p>
      <w:pPr>
        <w:spacing w:after="80"/>
      </w:pPr>
      <w:r>
        <w:rPr>
          <w:b w:val="0"/>
          <w:i w:val="0"/>
        </w:rPr>
        <w:t>‘Câu chuyện của ông ta là sau khi về nhà từ một buổi họp Câu lạc bộ Rotary, ông ta phát hiện vợ mình treo cổ trên một thanh xà trong phòng tắm. Ông ta lập tức gọi cảnh sát, và họ tìm thấy một lá thư đánh máy xin lỗi vì những gì cô ấy đã làm. Mọi chuyện trông như một vụ tự sát rõ ràng không cần bàn cãi, cho đến khi bác sĩ pháp y chỉ ra tại phiên điều tra rằng cô ấy đã bị giết bằng một cú đánh vào đầu từ lúc nào đó trước khi bị treo lên. Bồi thẩm đoàn không thể quyết định được liệu ông ta có tội hay không, và cuối cùng rơi vào tình trạng bế tắc (hung jury), điều này có phần mỉa mai.’</w:t>
      </w:r>
    </w:p>
    <w:p>
      <w:pPr>
        <w:spacing w:after="80"/>
      </w:pPr>
      <w:r>
        <w:rPr>
          <w:b w:val="0"/>
          <w:i w:val="0"/>
        </w:rPr>
        <w:t>‘Vị thẩm phán rõ ràng tin chắc Pugh có tội,’ William nói, ‘vì ông ấy lập tức ra lệnh xét xử lại. Nhưng vụ án cuối cùng bị tòa bác bỏ vì một lỗi kỹ thuật (technicality) rất lâu trước khi bồi thẩm đoàn có cơ hội đưa ra phán quyết, nên Pugh lại thoát lần thứ hai. Viên sĩ quan điều tra sau đó vào chiều hôm ấy đã tuyên bố từ bậc thềm phòng xử án rằng vụ án đã khép lại và cảnh sát sẽ không tìm kiếm nghi phạm nào khác nữa.</w:t>
      </w:r>
    </w:p>
    <w:p>
      <w:pPr>
        <w:spacing w:after="80"/>
      </w:pPr>
      <w:r>
        <w:rPr>
          <w:b w:val="0"/>
          <w:i w:val="0"/>
        </w:rPr>
        <w:t>‘Điều tốt duy nhất rút ra từ chuyện này,’ Jackie nói, ‘là công ty bảo hiểm đã từ chối chi trả.’</w:t>
      </w:r>
    </w:p>
    <w:p>
      <w:pPr>
        <w:spacing w:after="80"/>
      </w:pPr>
      <w:r>
        <w:rPr>
          <w:b w:val="0"/>
          <w:i w:val="0"/>
        </w:rPr>
        <w:t>‘Vậy là cuối cùng ông ta trắng tay,’ Paul nói.</w:t>
      </w:r>
    </w:p>
    <w:p>
      <w:pPr>
        <w:spacing w:after="80"/>
      </w:pPr>
      <w:r>
        <w:rPr>
          <w:b w:val="0"/>
          <w:i w:val="0"/>
        </w:rPr>
        <w:t>‘Không hẳn. Pugh đã kiện công ty bảo hiểm, và cuối cùng họ dàn xếp ngoài tòa với số tiền một phần tư triệu.’</w:t>
      </w:r>
    </w:p>
    <w:p>
      <w:pPr>
        <w:spacing w:after="80"/>
      </w:pPr>
      <w:r>
        <w:rPr>
          <w:b w:val="0"/>
          <w:i w:val="0"/>
        </w:rPr>
        <w:t>‘Tôi từng biết những người bị giết vì ít hơn thế nhiều,’ Ross nói.</w:t>
      </w:r>
    </w:p>
    <w:p>
      <w:pPr>
        <w:spacing w:after="80"/>
      </w:pPr>
      <w:r>
        <w:rPr>
          <w:b w:val="0"/>
          <w:i w:val="0"/>
        </w:rPr>
        <w:t>‘Khi tôi kiểm tra lại các bằng chứng,’ William tiếp tục, ‘tôi nhận thấy vài điểm bất thường có thể đáng để theo đuổi. Anh rể của Pugh đã đưa ra một lời khai vài ngày sau khi vụ giết người xảy ra, và nó đáng đọc đấy.’</w:t>
      </w:r>
    </w:p>
    <w:p>
      <w:pPr>
        <w:spacing w:after="80"/>
      </w:pPr>
      <w:r>
        <w:rPr>
          <w:b w:val="0"/>
          <w:i w:val="0"/>
        </w:rPr>
        <w:t>‘Nhưng ông ta đã rút lại vào phút chót,’ Jackie nhắc anh ta, ‘và từ chối làm chứng tại phiên tòa.’</w:t>
      </w:r>
    </w:p>
    <w:p>
      <w:pPr>
        <w:spacing w:after="80"/>
      </w:pPr>
      <w:r>
        <w:rPr>
          <w:b w:val="0"/>
          <w:i w:val="0"/>
        </w:rPr>
        <w:t>‘Tôi vẫn sẽ theo đuổi chuyện đó,’ William nói. ‘Ai biết được một năm sau ông ta sẽ cảm thấy thế nào?’</w:t>
      </w:r>
    </w:p>
    <w:p>
      <w:pPr>
        <w:spacing w:after="80"/>
      </w:pPr>
      <w:r>
        <w:rPr>
          <w:b w:val="0"/>
          <w:i w:val="0"/>
        </w:rPr>
        <w:t>‘Còn điều kia thì sao?’ Jackie thúc giục.</w:t>
      </w:r>
    </w:p>
    <w:p>
      <w:pPr>
        <w:spacing w:after="80"/>
      </w:pPr>
      <w:r>
        <w:rPr>
          <w:b w:val="0"/>
          <w:i w:val="0"/>
        </w:rPr>
        <w:t>‘Lá thư tuyệt mệnh được tìm thấy trên sàn, bên dưới thi thể người vợ, chứ không phải trên bàn viết của cô ấy. Và nó không có chữ ký, mặc dù chúng tôi tìm thấy một cây bút trên bàn của cô ấy.’</w:t>
      </w:r>
    </w:p>
    <w:p>
      <w:pPr>
        <w:spacing w:after="80"/>
      </w:pPr>
      <w:r>
        <w:rPr>
          <w:b w:val="0"/>
          <w:i w:val="0"/>
        </w:rPr>
        <w:t>‘Nhưng nguyên tắc không bị xét xử hai lần (double jeopardy) nghĩa là nếu Pugh được tuyên vô tội,’ Jackie nói, ‘thì không thể xét xử ông ta lần nữa.’</w:t>
      </w:r>
    </w:p>
    <w:p>
      <w:pPr>
        <w:spacing w:after="80"/>
      </w:pPr>
      <w:r>
        <w:rPr>
          <w:b w:val="0"/>
          <w:i w:val="0"/>
        </w:rPr>
        <w:t>‘Ông ta không được tuyên vô tội,’ William nhắc cô ấy. ‘Phiên tòa đầu tiên kết thúc với bồi thẩm đoàn bế tắc, còn phiên thứ hai bị tòa bác bỏ vì một lỗi kỹ thuật.’</w:t>
      </w:r>
    </w:p>
    <w:p>
      <w:pPr>
        <w:spacing w:after="80"/>
      </w:pPr>
      <w:r>
        <w:rPr>
          <w:b w:val="0"/>
          <w:i w:val="0"/>
        </w:rPr>
        <w:t>‘Một điểm pháp lý tinh tế mà Booth Watson sẽ có dịp tranh luận thỏa thích trước mặt thẩm phán,’ Ross gợi ý.</w:t>
      </w:r>
    </w:p>
    <w:p>
      <w:pPr>
        <w:spacing w:after="80"/>
      </w:pPr>
      <w:r>
        <w:rPr>
          <w:b w:val="0"/>
          <w:i w:val="0"/>
        </w:rPr>
        <w:t>‘Tôi chắc Sir Julian Warwick sẽ đủ sức đối mặt với thử thách đó,’ The Hawk nói.</w:t>
      </w:r>
    </w:p>
    <w:p>
      <w:pPr>
        <w:spacing w:after="80"/>
      </w:pPr>
      <w:r>
        <w:rPr>
          <w:b w:val="0"/>
          <w:i w:val="0"/>
        </w:rPr>
        <w:t>‘Giờ chúng ta chuyển sang vụ của anh nhé, Paul,’ William nói, ‘vụ này liên quan đến một trong những kẻ tồi tệ nhất mà tôi từng gặp.’</w:t>
      </w:r>
    </w:p>
    <w:p>
      <w:pPr>
        <w:spacing w:after="80"/>
      </w:pPr>
      <w:r>
        <w:rPr>
          <w:b w:val="0"/>
          <w:i w:val="0"/>
        </w:rPr>
        <w:t>‘Tôi hoàn toàn đồng ý,’ Paul đáp, vừa mở một tập hồ sơ dày trước mặt. ‘Max Sleeman là một tay cho vay nặng lãi vô đạo đức, cho vay tiền với lãi suất cắt cổ, có khi lên tới mười phần trăm.’</w:t>
      </w:r>
    </w:p>
    <w:p>
      <w:pPr>
        <w:spacing w:after="80"/>
      </w:pPr>
      <w:r>
        <w:rPr>
          <w:b w:val="0"/>
          <w:i w:val="0"/>
        </w:rPr>
        <w:t>‘Một năm à?’ viên chỉ huy hỏi. ‘Nghe cũng không đến nỗi vô lý.’</w:t>
      </w:r>
    </w:p>
    <w:p>
      <w:pPr>
        <w:spacing w:after="80"/>
      </w:pPr>
      <w:r>
        <w:rPr>
          <w:b w:val="0"/>
          <w:i w:val="0"/>
        </w:rPr>
        <w:t>‘Một tháng,’ Paul đáp lại. ‘Hắn còn áp đặt những hình phạt không thành văn nếu người vay không trả nổi: gãy chân cho lần phạm đầu tiên, gãy tay cho lần thứ hai, và đến lần thứ ba thì bạn đơn giản là biến mất. Một lời cảnh cáo cho những khách hàng khác về hậu quả của việc không trả nợ đúng hạn. Chúng tôi khá chắc rằng ba nạn nhân mất tích đã bị sát hại,’ anh nói thêm. ‘Nhưng chừng nào chưa tìm được dù chỉ một cái xác, chúng tôi không thể bắt Sleeman, chứ đừng nói đến việc buộc tội hắn.’</w:t>
      </w:r>
    </w:p>
    <w:p>
      <w:pPr>
        <w:spacing w:after="80"/>
      </w:pPr>
      <w:r>
        <w:rPr>
          <w:b w:val="0"/>
          <w:i w:val="0"/>
        </w:rPr>
        <w:t>‘Sao hắn thoát được vậy?’ Rebecca hỏi.</w:t>
      </w:r>
    </w:p>
    <w:p>
      <w:pPr>
        <w:spacing w:after="80"/>
      </w:pPr>
      <w:r>
        <w:rPr>
          <w:b w:val="0"/>
          <w:i w:val="0"/>
        </w:rPr>
        <w:t>‘Vào thời điểm người ta mất tích, Sleeman luôn có bằng chứng ngoại phạm không thể bác bỏ. Lần đầu, hắn đang dự đêm diễn cuối của lễ hội Proms, thậm chí còn được thấy trên truyền hình trong một khoảnh khắc ngắn vẫy cờ Union Jack. Lần thứ hai, hắn đang ở sân trung tâm Wimbledon xem trận bán kết nữ. Trong giờ nghỉ giữa các trận, hắn làm đổ kem lên một người phụ nữ ngồi ở bàn bên cạnh. Hắn trả tiền để giặt sạch váy cho cô ấy, và xuất trình hóa đơn làm bằng chứng.’</w:t>
      </w:r>
    </w:p>
    <w:p>
      <w:pPr>
        <w:spacing w:after="80"/>
      </w:pPr>
      <w:r>
        <w:rPr>
          <w:b w:val="0"/>
          <w:i w:val="0"/>
        </w:rPr>
        <w:t>‘Còn lần thứ ba?’</w:t>
      </w:r>
    </w:p>
    <w:p>
      <w:pPr>
        <w:spacing w:after="80"/>
      </w:pPr>
      <w:r>
        <w:rPr>
          <w:b w:val="0"/>
          <w:i w:val="0"/>
        </w:rPr>
        <w:t>‘Sleeman bị camera bắn tốc độ bắt được ở Manchester khi chạy bốn mươi ba dặm một giờ trong khu vực đông dân cư. Hắn xuất trình một bức ảnh chụp chính mình sau tay lái, kèm theo biên lai từ Hội đồng Thành phố Manchester.’</w:t>
      </w:r>
    </w:p>
    <w:p>
      <w:pPr>
        <w:spacing w:after="80"/>
      </w:pPr>
      <w:r>
        <w:rPr>
          <w:b w:val="0"/>
          <w:i w:val="0"/>
        </w:rPr>
        <w:t>‘Vậy thì chắc phải có người khác thực hiện các vụ giết người thay hắn,’ Ross nói.</w:t>
      </w:r>
    </w:p>
    <w:p>
      <w:pPr>
        <w:spacing w:after="80"/>
      </w:pPr>
      <w:r>
        <w:rPr>
          <w:b w:val="0"/>
          <w:i w:val="0"/>
        </w:rPr>
        <w:t>‘Chúng tôi nghĩ hắn thuê một sát thủ chuyên nghiệp, nhưng tôi chưa tìm ra tên.’</w:t>
      </w:r>
    </w:p>
    <w:p>
      <w:pPr>
        <w:spacing w:after="80"/>
      </w:pPr>
      <w:r>
        <w:rPr>
          <w:b w:val="0"/>
          <w:i w:val="0"/>
        </w:rPr>
        <w:t>‘Dù sao thì ở đâu đó vẫn phải có ba cái xác.’</w:t>
      </w:r>
    </w:p>
    <w:p>
      <w:pPr>
        <w:spacing w:after="80"/>
      </w:pPr>
      <w:r>
        <w:rPr>
          <w:b w:val="0"/>
          <w:i w:val="0"/>
        </w:rPr>
        <w:t>‘Tôi biết,’ Paul nói. ‘Nhưng ở đâu?’</w:t>
      </w:r>
    </w:p>
    <w:p>
      <w:pPr>
        <w:spacing w:after="80"/>
      </w:pPr>
      <w:r>
        <w:rPr>
          <w:b w:val="0"/>
          <w:i w:val="0"/>
        </w:rPr>
        <w:t>‘Tìm được một trong số đó,’ William nói, ‘thì anh có thể chắc chắn hai cái còn lại sẽ lộ ra.’</w:t>
      </w:r>
    </w:p>
    <w:p>
      <w:pPr>
        <w:spacing w:after="80"/>
      </w:pPr>
      <w:r>
        <w:rPr>
          <w:b w:val="0"/>
          <w:i w:val="0"/>
        </w:rPr>
        <w:t>‘Có manh mối nào không?’ viên chỉ huy hỏi.</w:t>
      </w:r>
    </w:p>
    <w:p>
      <w:pPr>
        <w:spacing w:after="80"/>
      </w:pPr>
      <w:r>
        <w:rPr>
          <w:b w:val="0"/>
          <w:i w:val="0"/>
        </w:rPr>
        <w:t>‘Vợ của một trong những nạn nhân mất tích đã ghi âm được cuộc điện thoại giữa chồng cô ấy và Sleeman, trong đó hắn không chỉ ám chỉ mà còn nói rõ chuyện gì sẽ xảy ra với anh ta nếu trễ thêm một lần thanh toán nữa. Tuần này tôi sẽ gặp cô ấy.’</w:t>
      </w:r>
    </w:p>
    <w:p>
      <w:pPr>
        <w:spacing w:after="80"/>
      </w:pPr>
      <w:r>
        <w:rPr>
          <w:b w:val="0"/>
          <w:i w:val="0"/>
        </w:rPr>
        <w:t>‘Một người phụ nữ dũng cảm,’ William nói. ‘Nhưng liệu cô ấy có sẵn lòng ra tòa làm chứng không?’ ông nói thêm, rồi chuyển sự chú ý sang DC Pankhurst. ‘Cô có gì cho chúng tôi không, Rebecca?’</w:t>
      </w:r>
    </w:p>
    <w:p>
      <w:pPr>
        <w:spacing w:after="80"/>
      </w:pPr>
      <w:r>
        <w:rPr>
          <w:b w:val="0"/>
          <w:i w:val="0"/>
        </w:rPr>
        <w:t>‘Darren Carter, một nhân viên bảo vệ ở Eve Club, một tụ điểm nhếch nhác ở Soho. Hắn ta đã giết một khách hàng chỉ bằng một cú đấm. Hắn khai rằng chính nạn nhân là người ra đòn trước. Khi ra tòa, hắn đưa ra vài nhân chứng để củng cố lời khai của mình. Sau đó người ta phát hiện ra rằng người đàn ông đã chết đang ngoại tình với vợ của chủ câu lạc bộ. Tuy nhiên, bằng chứng đó thậm chí còn không được đưa ra trong phiên tòa. Luật sư bào chữa đã tranh luận kín rằng đó là bằng chứng gây bất lợi và chỉ mang tính tình huống, và thẩm phán đồng ý. Carter nhận tội ngộ sát, thụ án một năm trong bản án hai năm, và giờ đã quay lại làm việc ở câu lạc bộ.’</w:t>
      </w:r>
    </w:p>
    <w:p>
      <w:pPr>
        <w:spacing w:after="80"/>
      </w:pPr>
      <w:r>
        <w:rPr>
          <w:b w:val="0"/>
          <w:i w:val="0"/>
        </w:rPr>
        <w:t>‘Tôi muốn câu lạc bộ đó bị đóng cửa,’ The Hawk nói, ‘và Carter bị nhốt cả đời, để chúng ta gửi đi một thông điệp rõ ràng tới mọi chủ câu lạc bộ nhếch nhác khác ở Soho.’</w:t>
      </w:r>
    </w:p>
    <w:p>
      <w:pPr>
        <w:spacing w:after="80"/>
      </w:pPr>
      <w:r>
        <w:rPr>
          <w:b w:val="0"/>
          <w:i w:val="0"/>
        </w:rPr>
        <w:t>‘Tôi có một manh mối,’ Rebecca nói, ‘nhưng tôi không thể giả vờ rằng tôi lạc quan về việc bằng chứng từ nguồn của tôi là đáng kể, đáng tin cậy hay thuyết phục.’</w:t>
      </w:r>
    </w:p>
    <w:p>
      <w:pPr>
        <w:spacing w:after="80"/>
      </w:pPr>
      <w:r>
        <w:rPr>
          <w:b w:val="0"/>
          <w:i w:val="0"/>
        </w:rPr>
        <w:t>‘Đúng là một lũ tội phạm,’ William nói. ‘Và trừ một ngoại lệ, tất cả bọn họ đều được bào chữa bởi kẻ thù cũ của chúng ta, ông Booth Watson, QC.’</w:t>
      </w:r>
    </w:p>
    <w:p>
      <w:pPr>
        <w:spacing w:after="80"/>
      </w:pPr>
      <w:r>
        <w:rPr>
          <w:b w:val="0"/>
          <w:i w:val="0"/>
        </w:rPr>
        <w:t>‘Để tôi đoán,’ Paul nói. ‘Vì lý do nghề nghiệp, ông ta cảm thấy không thể đại diện cho cả nhà Roach lẫn nhà Abbott.’</w:t>
      </w:r>
    </w:p>
    <w:p>
      <w:pPr>
        <w:spacing w:after="80"/>
      </w:pPr>
      <w:r>
        <w:rPr>
          <w:b w:val="0"/>
          <w:i w:val="0"/>
        </w:rPr>
        <w:t>‘Nhà Abbott trả lương thường xuyên cho ông ta,’ William nói.</w:t>
      </w:r>
    </w:p>
    <w:p>
      <w:pPr>
        <w:spacing w:after="80"/>
      </w:pPr>
      <w:r>
        <w:rPr>
          <w:b w:val="0"/>
          <w:i w:val="0"/>
        </w:rPr>
        <w:t>‘Có lẽ ai đó nên giết Booth Watson và giải quyết mọi vấn đề của chúng ta,’ Ross gợi ý.</w:t>
      </w:r>
    </w:p>
    <w:p>
      <w:pPr>
        <w:spacing w:after="80"/>
      </w:pPr>
      <w:r>
        <w:rPr>
          <w:b w:val="0"/>
          <w:i w:val="0"/>
        </w:rPr>
        <w:t>Tiếng đập lòng bàn tay xuống bàn kéo dài một lúc.</w:t>
      </w:r>
    </w:p>
    <w:p>
      <w:pPr>
        <w:spacing w:after="80"/>
        <w:jc w:val="center"/>
      </w:pPr>
      <w:r>
        <w:rPr>
          <w:b w:val="0"/>
          <w:i w:val="0"/>
        </w:rPr>
        <w:t>• • •</w:t>
      </w:r>
    </w:p>
    <w:p>
      <w:pPr>
        <w:spacing w:after="80"/>
      </w:pPr>
      <w:r>
        <w:rPr>
          <w:b w:val="0"/>
          <w:i w:val="0"/>
        </w:rPr>
        <w:t>‘Tôi có thể lấy gì cho anh, Ross?’ William hỏi.</w:t>
      </w:r>
    </w:p>
    <w:p>
      <w:pPr>
        <w:spacing w:after="80"/>
      </w:pPr>
      <w:r>
        <w:rPr>
          <w:b w:val="0"/>
          <w:i w:val="0"/>
        </w:rPr>
        <w:t>‘Nửa pint bia đắng, thưa sếp. Thêm nữa là tôi sẽ ngủ gật và không theo kịp lũ trẻ tài giỏi của sếp mất.’</w:t>
      </w:r>
    </w:p>
    <w:p>
      <w:pPr>
        <w:spacing w:after="80"/>
      </w:pPr>
      <w:r>
        <w:rPr>
          <w:b w:val="0"/>
          <w:i w:val="0"/>
        </w:rPr>
        <w:t>‘Tôi rất may mắn,’ William nói, nhìn sang phần còn lại của đội, những người đang chia sẻ một câu chuyện đùa. ‘Họ là thế hệ cảnh sát chuyên nghiệp mới, những người không tin vào việc làm tắt hay làm qua loa. Họ thích dựa vào bằng chứng vững chắc trước khi bắt giữ, thay vì vội vàng kết luận rồi sau đó không đứng vững trước tòa.’</w:t>
      </w:r>
    </w:p>
    <w:p>
      <w:pPr>
        <w:spacing w:after="80"/>
      </w:pPr>
      <w:r>
        <w:rPr>
          <w:b w:val="0"/>
          <w:i w:val="0"/>
        </w:rPr>
        <w:t>‘Tôi mong được làm việc với họ,’ Ross nói, ‘dù tôi đã trực tiếp trải nghiệm họ như thế nào khi tôi làm nội gián. Kể cả anh.’</w:t>
      </w:r>
    </w:p>
    <w:p>
      <w:pPr>
        <w:spacing w:after="80"/>
      </w:pPr>
      <w:r>
        <w:rPr>
          <w:b w:val="0"/>
          <w:i w:val="0"/>
        </w:rPr>
        <w:t>‘Rùng rợn,’ William nói. Anh nhấp một ngụm bia trước khi nói, ‘Anh đã đề cập trong phiên họp sáng nay rằng anh có thể giúp tôi với công việc làm thêm không lương là cố gắng truy tìm Faulkner và đưa hắn trở lại nhà tù.’</w:t>
      </w:r>
    </w:p>
    <w:p>
      <w:pPr>
        <w:spacing w:after="80"/>
      </w:pPr>
      <w:r>
        <w:rPr>
          <w:b w:val="0"/>
          <w:i w:val="0"/>
        </w:rPr>
        <w:t>‘Đúng, tôi đã nảy ra một hai ý tưởng. Giờ tôi chắc chắn rằng cựu Tổng thanh tra Lamont đang làm cố vấn cho cả Booth Watson và Christina Faulkner.’</w:t>
      </w:r>
    </w:p>
    <w:p>
      <w:pPr>
        <w:spacing w:after="80"/>
      </w:pPr>
      <w:r>
        <w:rPr>
          <w:b w:val="0"/>
          <w:i w:val="0"/>
        </w:rPr>
        <w:t>‘Một kẻ hầu hai chủ,’ William nói. ‘Nhưng lần này, nó không phải là một vở hài kịch.’</w:t>
      </w:r>
    </w:p>
    <w:p>
      <w:pPr>
        <w:spacing w:after="80"/>
      </w:pPr>
      <w:r>
        <w:rPr>
          <w:b w:val="0"/>
          <w:i w:val="0"/>
        </w:rPr>
        <w:t>‘Jackie bảo tôi rằng cô ấy thỉnh thoảng vẫn gặp Lamont ngoài đời, và báo lại cho anh mọi thông tin cô ấy thu thập được.’</w:t>
      </w:r>
    </w:p>
    <w:p>
      <w:pPr>
        <w:spacing w:after="80"/>
      </w:pPr>
      <w:r>
        <w:rPr>
          <w:b w:val="0"/>
          <w:i w:val="0"/>
        </w:rPr>
        <w:t>‘Cùng với những phong bì nâu nhồi đầy tiền mà cô ấy chẳng bao giờ mở.’</w:t>
      </w:r>
    </w:p>
    <w:p>
      <w:pPr>
        <w:spacing w:after="80"/>
      </w:pPr>
      <w:r>
        <w:rPr>
          <w:b w:val="0"/>
          <w:i w:val="0"/>
        </w:rPr>
        <w:t>‘Nhớ rằng tiền giờ là mối quan tâm duy nhất trong đời Lamont, tôi nghĩ có lẽ mình đã nghĩ ra cách tóm gọn cả hắn lẫn Booth Watson cùng một lúc.’</w:t>
      </w:r>
    </w:p>
    <w:p>
      <w:pPr>
        <w:spacing w:after="80"/>
      </w:pPr>
      <w:r>
        <w:rPr>
          <w:b w:val="0"/>
          <w:i w:val="0"/>
        </w:rPr>
        <w:t>William chăm chú lắng nghe những ý tưởng của Ross, thỉnh thoảng chêm vào một câu hỏi. Cuối cùng anh nói: ‘Tôi hoàn toàn ủng hộ ý tưởng này, nhưng chúng ta sẽ cần được The Hawk phê duyệt.’</w:t>
      </w:r>
    </w:p>
    <w:p>
      <w:pPr>
        <w:spacing w:after="80"/>
      </w:pPr>
      <w:r>
        <w:rPr>
          <w:b w:val="0"/>
          <w:i w:val="0"/>
        </w:rPr>
        <w:t>‘Việc đó để anh lo,’ Ross nói, khi liếc qua vai William và bị phân tâm bởi một người phụ nữ trẻ đang đứng ở quầy bar. Cô ăn mặc thanh lịch, chiếc váy xếp ly trắng dài vừa dưới đầu gối, và chiếc áo sơ mi cài kín cổ. Không đeo trang sức, chỉ trang điểm nhẹ. Thật giản dị, mà lại thật quyến rũ. Anh không thể tin nổi cô lại đi một mình. Ánh mắt họ chạm nhau trong giây lát và cô ngượng ngùng quay đi.</w:t>
      </w:r>
    </w:p>
    <w:p>
      <w:pPr>
        <w:spacing w:after="80"/>
      </w:pPr>
      <w:r>
        <w:rPr>
          <w:b w:val="0"/>
          <w:i w:val="0"/>
        </w:rPr>
        <w:t>‘The Hawk đâu có giao cho chúng ta nhiệm vụ dễ dàng nhất,’ William đang nói.</w:t>
      </w:r>
    </w:p>
    <w:p>
      <w:pPr>
        <w:spacing w:after="80"/>
      </w:pPr>
      <w:r>
        <w:rPr>
          <w:b w:val="0"/>
          <w:i w:val="0"/>
        </w:rPr>
        <w:t>‘Anh nên coi đó là một lời khen,’ Ross nói, cố tập trung vào lời của William, dù tâm trí anh đang để tận đâu đâu.</w:t>
      </w:r>
    </w:p>
    <w:p>
      <w:pPr>
        <w:spacing w:after="80"/>
      </w:pPr>
      <w:r>
        <w:rPr>
          <w:b w:val="0"/>
          <w:i w:val="0"/>
        </w:rPr>
        <w:t>‘Nhưng nếu chúng ta không làm được, sẽ chẳng mấy chốc chúng ta lại quay về điều tra mấy vụ bạo hành gia đình, tự tử và lời thú tội giả.’</w:t>
      </w:r>
    </w:p>
    <w:p>
      <w:pPr>
        <w:spacing w:after="80"/>
      </w:pPr>
      <w:r>
        <w:rPr>
          <w:b w:val="0"/>
          <w:i w:val="0"/>
        </w:rPr>
        <w:t>Ross mỉm cười trước khi nhấp thêm một ngụm bia.</w:t>
      </w:r>
    </w:p>
    <w:p>
      <w:pPr>
        <w:spacing w:after="80"/>
      </w:pPr>
      <w:r>
        <w:rPr>
          <w:b w:val="0"/>
          <w:i w:val="0"/>
        </w:rPr>
        <w:t>Người phụ nữ đáp lại nụ cười của anh.</w:t>
      </w:r>
    </w:p>
    <w:p>
      <w:pPr>
        <w:spacing w:after="80"/>
      </w:pPr>
      <w:r>
        <w:rPr>
          <w:b w:val="0"/>
          <w:i w:val="0"/>
        </w:rPr>
        <w:t>‘Đi thôi, sang nhập bọn với mọi người,’ William nói, nhấc ly lên.</w:t>
      </w:r>
    </w:p>
    <w:p>
      <w:pPr>
        <w:spacing w:after="80"/>
      </w:pPr>
      <w:r>
        <w:rPr>
          <w:b w:val="0"/>
          <w:i w:val="0"/>
        </w:rPr>
        <w:t>Ross miễn cưỡng đi theo sếp sang phía bên kia căn phòng. Đến lúc anh ngồi xuống thì người phụ nữ đã không còn nhìn về phía anh nữa.</w:t>
      </w:r>
    </w:p>
    <w:p>
      <w:pPr>
        <w:spacing w:after="80"/>
      </w:pPr>
      <w:r>
        <w:rPr>
          <w:b w:val="0"/>
          <w:i w:val="0"/>
        </w:rPr>
        <w:t>Anh chẳng mấy để tâm đến những câu đùa của cả đội, chỉ thỉnh thoảng buông một câu nhạt nhẽo. Jackie liếc về phía quầy bar, và không cần ai nói cũng hiểu vì sao Ross lại ít nói đến thế. Cô chợt nghĩ người phụ nữ kia chính là một phiên bản trẻ hơn của mình. Đàn ông!</w:t>
      </w:r>
    </w:p>
    <w:p>
      <w:pPr>
        <w:spacing w:after="80"/>
      </w:pPr>
      <w:r>
        <w:rPr>
          <w:b w:val="0"/>
          <w:i w:val="0"/>
        </w:rPr>
        <w:t>‘Chúng ta nên quay về Yard thôi,’ William nói, nhìn đồng hồ.</w:t>
      </w:r>
    </w:p>
    <w:p>
      <w:pPr>
        <w:spacing w:after="80"/>
      </w:pPr>
      <w:r>
        <w:rPr>
          <w:b w:val="0"/>
          <w:i w:val="0"/>
        </w:rPr>
        <w:t>‘Phải ghé nhà vệ sinh nam một chút,’ Ross nói. ‘Tôi sẽ đuổi kịp anh.’</w:t>
      </w:r>
    </w:p>
    <w:p>
      <w:pPr>
        <w:spacing w:after="80"/>
      </w:pPr>
      <w:r>
        <w:rPr>
          <w:b w:val="0"/>
          <w:i w:val="0"/>
        </w:rPr>
        <w:t>Vừa xuống đến tầng hầm, anh mở cửa buồng vệ sinh và giật một mẩu giấy vệ sinh. Anh nguệch ngoạc viết số điện thoại của mình, gấp mẩu giấy lại mấy lần rồi giấu vào lòng bàn tay.</w:t>
      </w:r>
    </w:p>
    <w:p>
      <w:pPr>
        <w:spacing w:after="80"/>
      </w:pPr>
      <w:r>
        <w:rPr>
          <w:b w:val="0"/>
          <w:i w:val="0"/>
        </w:rPr>
        <w:t>Anh nhanh chóng bước trở lại lên lầu, nhẹ cả người khi thấy người phụ nữ vẫn chưa rời đi.</w:t>
      </w:r>
    </w:p>
    <w:p>
      <w:pPr>
        <w:spacing w:after="80"/>
      </w:pPr>
      <w:r>
        <w:rPr>
          <w:b w:val="0"/>
          <w:i w:val="0"/>
        </w:rPr>
        <w:t>"Chào," anh nói, lướt qua bà ta và đặt mẩu giấy nhỏ lên quầy bar. Ra đến phố, anh sớm đuổi kịp những người khác. Chỉ có Jackie để ý rằng anh đi không đủ lâu để có thể đi vệ sinh.</w:t>
      </w:r>
    </w:p>
    <w:p>
      <w:pPr>
        <w:pStyle w:val="Heading2"/>
      </w:pPr>
      <w:r>
        <w:rPr>
          <w:rFonts w:ascii="Calibri" w:hAnsi="Calibri"/>
          <w:b/>
          <w:i w:val="0"/>
          <w:sz w:val="32"/>
        </w:rPr>
        <w:t>CHƯƠNG 12</w:t>
      </w:r>
    </w:p>
    <w:p>
      <w:pPr>
        <w:spacing w:after="80"/>
      </w:pPr>
      <w:r>
        <w:rPr>
          <w:b w:val="0"/>
          <w:i w:val="0"/>
        </w:rPr>
        <w:t>BOOTH WATSON NHANH CHÓNG QUA ĐƯỢC HẢI QUAN. Anh chỉ mang theo một chiếc cặp táp, vì dự định sẽ quay về London bằng chuyến bay buổi tối. Ra khỏi sân bay, anh xếp vào hàng người ngắn chờ taxi và khi đến lượt, đưa cho tài xế một địa chỉ.</w:t>
      </w:r>
    </w:p>
    <w:p>
      <w:pPr>
        <w:spacing w:after="80"/>
      </w:pPr>
      <w:r>
        <w:rPr>
          <w:b w:val="0"/>
          <w:i w:val="0"/>
        </w:rPr>
        <w:t>Khi họ gần đến đường cao tốc, tài xế rẽ trái thay vì hòa vào dòng xe cộ đông đúc đổ về Barcelona. Hai mươi phút sau, anh ta lái vào một con đường một làn, và chỉ vài dặm sau con đường ấy biến thành lối mòn đầy ổ gà.</w:t>
      </w:r>
    </w:p>
    <w:p>
      <w:pPr>
        <w:spacing w:after="80"/>
      </w:pPr>
      <w:r>
        <w:rPr>
          <w:b w:val="0"/>
          <w:i w:val="0"/>
        </w:rPr>
        <w:t>Booth Watson liếc qua vai kiểm tra xem họ có bị theo dõi không, vì chỉ dẫn anh nhận được không thể rõ ràng hơn: "Nếu anh nghĩ có ai đó có thể đang theo dõi mình, hãy quay lại, trở về sân bay và bắt chuyến bay tiếp theo đến Heathrow."</w:t>
      </w:r>
    </w:p>
    <w:p>
      <w:pPr>
        <w:spacing w:after="80"/>
      </w:pPr>
      <w:r>
        <w:rPr>
          <w:b w:val="0"/>
          <w:i w:val="0"/>
        </w:rPr>
        <w:t>Anh từng cho rằng sau khi khách hàng của mình biến mất lần thứ hai, Met (Sở Cảnh sát Đô thành London) có thể đã cử người theo dõi anh, nhưng nhanh chóng kết luận rằng ngay cả ngân sách của họ cũng không đủ để làm việc đó. Tuy vậy, vì Booth Watson là người không bao giờ để sự việc diễn ra theo may rủi, anh đã chính thức khiếu nại lên Bộ Nội vụ, vu khống rằng anh có lý do tin điện thoại của mình đang bị nghe lén và anh đang bị theo dõi. Anh nhận được một hồi đáp lịch sự khẳng định cả hai điều đều không đúng, dù anh nghi ngờ rằng nó chỉ được viết ra sau khi Chỉ huy Hawksby xác nhận rằng "lũ chó đã được gọi về".</w:t>
      </w:r>
    </w:p>
    <w:p>
      <w:pPr>
        <w:spacing w:after="80"/>
      </w:pPr>
      <w:r>
        <w:rPr>
          <w:b w:val="0"/>
          <w:i w:val="0"/>
        </w:rPr>
        <w:t>Chiếc xe tiếp tục đi xuống một lối mòn hẹp dần trước khi dừng lại ở bìa một khu rừng rậm rạp. Booth Watson bước xuống và, theo chỉ dẫn, chờ người tài xế đang bối rối quay đầu xe trở về sân bay. Khi chiếc xe đã khuất bóng, một chiếc xe golf điện xuất hiện từ trong rừng và dừng lại bên cạnh anh.</w:t>
      </w:r>
    </w:p>
    <w:p>
      <w:pPr>
        <w:spacing w:after="80"/>
      </w:pPr>
      <w:r>
        <w:rPr>
          <w:b w:val="0"/>
          <w:i w:val="0"/>
        </w:rPr>
        <w:t>Một người đàn ông im lặng chở quý ông từ London đi dọc một lối mòn không biển chỉ dẫn xuyên qua khu rừng, trước khi băng qua một cây cầu hẹp bắc ngang một con sông chảy xiết. Mãi đến khi sang bờ bên kia, Booth Watson mới nhìn thấy ngôi nhà – dù gọi là dinh thự, thậm chí lâu đài, mới chính xác hơn. Nó khiến Limpton Hall trông như một căn nhà liền kề ở ngoại ô.</w:t>
      </w:r>
    </w:p>
    <w:p>
      <w:pPr>
        <w:spacing w:after="80"/>
      </w:pPr>
      <w:r>
        <w:rPr>
          <w:b w:val="0"/>
          <w:i w:val="0"/>
        </w:rPr>
        <w:t>Collins đang đứng bên một cánh cửa mở chờ đón anh. Ôi người đầy tớ tốt và trung thành, anh nghĩ, khi người quản gia hơi cúi đầu, nói "Chào buổi sáng, thưa ngài," như thể anh là khách quen, dù đây là lần đầu tiên ông ta gặp Miles sau vài tuần.</w:t>
      </w:r>
    </w:p>
    <w:p>
      <w:pPr>
        <w:spacing w:after="80"/>
      </w:pPr>
      <w:r>
        <w:rPr>
          <w:b w:val="0"/>
          <w:i w:val="0"/>
        </w:rPr>
        <w:t>"Ông Faulkner đang chờ ngài trong phòng khách, thưa ngài."</w:t>
      </w:r>
    </w:p>
    <w:p>
      <w:pPr>
        <w:spacing w:after="80"/>
      </w:pPr>
      <w:r>
        <w:rPr>
          <w:b w:val="0"/>
          <w:i w:val="0"/>
        </w:rPr>
        <w:t>"Không, ông ấy không chờ đâu," Miles nói, sải bước qua sảnh về phía vị khách của mình. Anh chìa tay ra và nói: "Chào mừng đến với ngôi nhà quê của tôi."</w:t>
      </w:r>
    </w:p>
    <w:p>
      <w:pPr>
        <w:spacing w:after="80"/>
      </w:pPr>
      <w:r>
        <w:rPr>
          <w:b w:val="0"/>
          <w:i w:val="0"/>
        </w:rPr>
        <w:t>"Trông giống cung điện hơn," Booth Watson nói.</w:t>
      </w:r>
    </w:p>
    <w:p>
      <w:pPr>
        <w:spacing w:after="80"/>
      </w:pPr>
      <w:r>
        <w:rPr>
          <w:b w:val="0"/>
          <w:i w:val="0"/>
        </w:rPr>
        <w:t>Miles dẫn đường xuống một hành lang dài, đi ngang qua vài bức tranh quen thuộc mà Booth Watson đã ngưỡng mộ suốt bao năm. Cuối cùng, họ bước vào một phòng khách có cửa sổ lồi lớn nhìn ra một trăm mẫu rừng núi ở một bên, và làn nước xanh êm ả của Địa Trung Hải ở bên kia. "Thiên đường trên mặt đất," anh nói.</w:t>
      </w:r>
    </w:p>
    <w:p>
      <w:pPr>
        <w:spacing w:after="80"/>
      </w:pPr>
      <w:r>
        <w:rPr>
          <w:b w:val="0"/>
          <w:i w:val="0"/>
        </w:rPr>
        <w:t>Miles ngồi sụp xuống một chiếc ghế bành êm ái khi một cô hầu gái xuất hiện mang theo một khay lớn đựng cà phê và bánh quy. Cứ như thể họ vẫn đang ở Anh và chẳng có gì thay đổi.</w:t>
      </w:r>
    </w:p>
    <w:p>
      <w:pPr>
        <w:spacing w:after="80"/>
      </w:pPr>
      <w:r>
        <w:rPr>
          <w:b w:val="0"/>
          <w:i w:val="0"/>
        </w:rPr>
        <w:t>Miles chờ cô ta rời đi, rồi nói: "Ta vào việc thôi trước khi tôi dẫn anh đi tham quan nhà. Christina đang làm gì vậy?"</w:t>
      </w:r>
    </w:p>
    <w:p>
      <w:pPr>
        <w:spacing w:after="80"/>
      </w:pPr>
      <w:r>
        <w:rPr>
          <w:b w:val="0"/>
          <w:i w:val="0"/>
        </w:rPr>
        <w:t>‘Cô ấy vẫn đang đóng vai của mình, nhưng hoàn toàn không biết hiện giờ anh đang ở đâu, dù cô ấy chưa bao giờ ngừng hỏi.’</w:t>
      </w:r>
    </w:p>
    <w:p>
      <w:pPr>
        <w:spacing w:after="80"/>
      </w:pPr>
      <w:r>
        <w:rPr>
          <w:b w:val="0"/>
          <w:i w:val="0"/>
        </w:rPr>
        <w:t>‘Và anh nói gì với cô ấy?’</w:t>
      </w:r>
    </w:p>
    <w:p>
      <w:pPr>
        <w:spacing w:after="80"/>
      </w:pPr>
      <w:r>
        <w:rPr>
          <w:b w:val="0"/>
          <w:i w:val="0"/>
        </w:rPr>
        <w:t>‘Tôi để lộ rằng lần cuối người ta thấy anh là ở Buenos Aires và anh không có kế hoạch quay về Anh trong tương lai gần.’</w:t>
      </w:r>
    </w:p>
    <w:p>
      <w:pPr>
        <w:spacing w:after="80"/>
      </w:pPr>
      <w:r>
        <w:rPr>
          <w:b w:val="0"/>
          <w:i w:val="0"/>
        </w:rPr>
        <w:t>‘Anh nghĩ cô ấy có tin không?’</w:t>
      </w:r>
    </w:p>
    <w:p>
      <w:pPr>
        <w:spacing w:after="80"/>
      </w:pPr>
      <w:r>
        <w:rPr>
          <w:b w:val="0"/>
          <w:i w:val="0"/>
        </w:rPr>
        <w:t>‘Tôi không chắc, nhưng Lamont đảm bảo với tôi rằng đó là những gì cô ấy nói với bất kỳ ai hỏi thăm. Và chắc chắn cô ấy sẽ tiếp tục như vậy nếu không muốn khoản trợ cấp hàng tháng của mình bị cắt.’</w:t>
      </w:r>
    </w:p>
    <w:p>
      <w:pPr>
        <w:spacing w:after="80"/>
      </w:pPr>
      <w:r>
        <w:rPr>
          <w:b w:val="0"/>
          <w:i w:val="0"/>
        </w:rPr>
        <w:t>‘Nhưng chắc chắn Warwick và Hawksby giờ phải hiểu ra rằng tôi đâu có bị thiêu trên giàn hỏa ở Geneva.’</w:t>
      </w:r>
    </w:p>
    <w:p>
      <w:pPr>
        <w:spacing w:after="80"/>
      </w:pPr>
      <w:r>
        <w:rPr>
          <w:b w:val="0"/>
          <w:i w:val="0"/>
        </w:rPr>
        <w:t>‘Đúng là họ hiểu ra rồi,’ Booth Watson nói. ‘Nhưng Lamont cho tôi biết là anh đã rơi khỏi tầm ngắm của họ.’</w:t>
      </w:r>
    </w:p>
    <w:p>
      <w:pPr>
        <w:spacing w:after="80"/>
      </w:pPr>
      <w:r>
        <w:rPr>
          <w:b w:val="0"/>
          <w:i w:val="0"/>
        </w:rPr>
        <w:t>‘Sao anh chắc chắn được điều đó, khi ông ta không còn nằm trong danh sách nhận tin của họ nữa?’</w:t>
      </w:r>
    </w:p>
    <w:p>
      <w:pPr>
        <w:spacing w:after="80"/>
      </w:pPr>
      <w:r>
        <w:rPr>
          <w:b w:val="0"/>
          <w:i w:val="0"/>
        </w:rPr>
        <w:t>‘Đừng quên ông ta vẫn còn một người trong danh sách đó, và người này luôn cập nhật đầy đủ cho cựu Tổng thanh tra mọi việc Warwick đang làm. Nó không hề rẻ, nhưng ít nhất nó đảm bảo cho anh khoản thưởng không khiếu nại trên hợp đồng bảo hiểm nhân thọ của mình. Lamont bảo tôi hồ sơ của anh, MF/CR/76748/88, đang phủ bụi trong văn phòng đăng ký tổng hợp của Met ở Hayes, Middlesex, nơi những vụ án đã chết được đem đi chôn, và hiếm khi được khai quật lại.’</w:t>
      </w:r>
    </w:p>
    <w:p>
      <w:pPr>
        <w:spacing w:after="80"/>
      </w:pPr>
      <w:r>
        <w:rPr>
          <w:b w:val="0"/>
          <w:i w:val="0"/>
        </w:rPr>
        <w:t>‘Nghe thế thì tốt,’ Miles nói, ‘vì tôi không định dành phần đời còn lại bị nhốt ở đây, dù tôi sẽ không ra khỏi chỗ ẩn náu cho đến khi anh báo cho tôi biết là an toàn.’</w:t>
      </w:r>
    </w:p>
    <w:p>
      <w:pPr>
        <w:spacing w:after="80"/>
      </w:pPr>
      <w:r>
        <w:rPr>
          <w:b w:val="0"/>
          <w:i w:val="0"/>
        </w:rPr>
        <w:t>‘Chức năng hữu ích nhất của Lamont là liên tục xác nhận rằng anh đã là dĩ vãng. Tuy nhiên, có lẽ khôn ngoan là nên ẩn mình thêm một thời gian nữa.’</w:t>
      </w:r>
    </w:p>
    <w:p>
      <w:pPr>
        <w:spacing w:after="80"/>
      </w:pPr>
      <w:r>
        <w:rPr>
          <w:b w:val="0"/>
          <w:i w:val="0"/>
        </w:rPr>
        <w:t>‘Nhưng đừng lâu quá,’ Miles nói. ‘Ngay cả thiên đường trên mặt đất rồi cũng thành nhà tù sau một thời gian. Và một chiếc máy bay phản lực riêng, một du thuyền, một tài khoản ngân hàng Thụy Sĩ và một đống tiền mặt cất trong két ở Mayfair thì có ích gì nếu tôi bị mắc kẹt ở đây?’</w:t>
      </w:r>
    </w:p>
    <w:p>
      <w:pPr>
        <w:spacing w:after="80"/>
      </w:pPr>
      <w:r>
        <w:rPr>
          <w:b w:val="0"/>
          <w:i w:val="0"/>
        </w:rPr>
        <w:t>‘Đừng quên rằng Mayfair lo cho Christina, Lamont và cộng sự của ông ta, cùng mọi khoản chi phí phát sinh khác.’</w:t>
      </w:r>
    </w:p>
    <w:p>
      <w:pPr>
        <w:spacing w:after="80"/>
      </w:pPr>
      <w:r>
        <w:rPr>
          <w:b w:val="0"/>
          <w:i w:val="0"/>
        </w:rPr>
        <w:t>‘Kể cả anh.’</w:t>
      </w:r>
    </w:p>
    <w:p>
      <w:pPr>
        <w:spacing w:after="80"/>
      </w:pPr>
      <w:r>
        <w:rPr>
          <w:b w:val="0"/>
          <w:i w:val="0"/>
        </w:rPr>
        <w:t>Booth Watson nhún vai.</w:t>
      </w:r>
    </w:p>
    <w:p>
      <w:pPr>
        <w:spacing w:after="80"/>
      </w:pPr>
      <w:r>
        <w:rPr>
          <w:b w:val="0"/>
          <w:i w:val="0"/>
        </w:rPr>
        <w:t>‘Có lẽ đã đến lúc cắt giảm những khoản chi đó bằng cách loại Christina khỏi bảng lương,’ Miles gợi ý.</w:t>
      </w:r>
    </w:p>
    <w:p>
      <w:pPr>
        <w:spacing w:after="80"/>
      </w:pPr>
      <w:r>
        <w:rPr>
          <w:b w:val="0"/>
          <w:i w:val="0"/>
        </w:rPr>
        <w:t>‘Tôi sẽ không khuyên cậu làm vậy đâu,’ Booth Watson nói dứt khoát. ‘Cô ta sẽ chạy ngay đến chỗ bạn mình là bà Warwick và bảo rằng cậu vẫn còn sống nhăn, thế là ông chồng bà ta có cơ hội phủi bụi cái hồ sơ của cậu.’</w:t>
      </w:r>
    </w:p>
    <w:p>
      <w:pPr>
        <w:spacing w:after="80"/>
      </w:pPr>
      <w:r>
        <w:rPr>
          <w:b w:val="0"/>
          <w:i w:val="0"/>
        </w:rPr>
        <w:t>‘Và chúng ta đâu có muốn thế,’ Miles nói. ‘Mà họ cũng chẳng bao giờ tìm ra tôi đâu, kể cả có phát hiện ra tôi đã bay đến Barcelona đêm hôm đó.’</w:t>
      </w:r>
    </w:p>
    <w:p>
      <w:pPr>
        <w:spacing w:after="80"/>
      </w:pPr>
      <w:r>
        <w:rPr>
          <w:b w:val="0"/>
          <w:i w:val="0"/>
        </w:rPr>
        <w:t>‘Có thể là cậu đang ẩn mình kỹ càng và biệt lập thật,’ Booth Watson nói, người nghiêng về phía trước, cuối cùng không cưỡng nổi một chiếc bánh quy sô-cô-la. ‘Nhưng nếu họ phát hiện ra Ricardo Rossi không phải nhà thiết kế váy áo mà là một tội phạm đang trốn chạy, thì cái dinh thự này sẽ biến thành một boong-ke, bị một đội quân bao vây, khiến cậu không thể nào trốn thoát.’</w:t>
      </w:r>
    </w:p>
    <w:p>
      <w:pPr>
        <w:spacing w:after="80"/>
      </w:pPr>
      <w:r>
        <w:rPr>
          <w:b w:val="0"/>
          <w:i w:val="0"/>
        </w:rPr>
        <w:t>‘Họ vẫn sẽ không bắt được tôi đâu,’ Miles khoe khoang. ‘Để tôi cho anh thấy tại sao.’ Anh đứng dậy và sải bước ra khỏi phòng khách, mặc định rằng Booth Watson sẽ theo sát ngay sau. Khi đến cuối hành lang, anh mở khóa một cánh cửa và bước vào chỗ rõ ràng là phòng làm việc của mình. Anh ngồi xuống sau một chiếc bàn làm việc đôi cỡ lớn trong khi Booth Watson ngước nhìn chằm chằm bức chân dung to bằng người thật treo trên tường phía sau anh.</w:t>
      </w:r>
    </w:p>
    <w:p>
      <w:pPr>
        <w:spacing w:after="80"/>
      </w:pPr>
      <w:r>
        <w:rPr>
          <w:b w:val="0"/>
          <w:i w:val="0"/>
        </w:rPr>
        <w:t>‘Tướng Franco,’ Miles nói. ‘Ông ấy xây chỗ ẩn náu này năm 1937, vào đỉnh điểm cuộc nội chiến. Ngay cả những người thân tín nhất của ông cũng không biết nó tồn tại. Tôi đã phải sửa sang vài chỗ,’ anh nói thêm. ‘Điều đó sẽ chứng minh luận điểm của tôi. Khi anh được xe golf đón, mất bao lâu để anh đến được căn nhà?’</w:t>
      </w:r>
    </w:p>
    <w:p>
      <w:pPr>
        <w:spacing w:after="80"/>
      </w:pPr>
      <w:r>
        <w:rPr>
          <w:b w:val="0"/>
          <w:i w:val="0"/>
        </w:rPr>
        <w:t>Booth Watson suy nghĩ một lát, rồi nói, ‘Sáu hay bảy phút. Nhưng một chiếc mô-tô cảnh sát sẽ nhanh hơn nhiều.’</w:t>
      </w:r>
    </w:p>
    <w:p>
      <w:pPr>
        <w:spacing w:after="80"/>
      </w:pPr>
      <w:r>
        <w:rPr>
          <w:b w:val="0"/>
          <w:i w:val="0"/>
        </w:rPr>
        <w:t>‘Đồng ý. Và chúng ta mất bao lâu để đi bộ từ phòng khách đến phòng làm việc này?’</w:t>
      </w:r>
    </w:p>
    <w:p>
      <w:pPr>
        <w:spacing w:after="80"/>
      </w:pPr>
      <w:r>
        <w:rPr>
          <w:b w:val="0"/>
          <w:i w:val="0"/>
        </w:rPr>
        <w:t>‘Một phút, cùng lắm là một phút rưỡi.’</w:t>
      </w:r>
    </w:p>
    <w:p>
      <w:pPr>
        <w:spacing w:after="80"/>
      </w:pPr>
      <w:r>
        <w:rPr>
          <w:b w:val="0"/>
          <w:i w:val="0"/>
        </w:rPr>
        <w:t>‘Tôi có thể đảm bảo với anh, BW, rằng bất kỳ ai đặt chân lên đất của tôi mà không được mời – và đừng quên căn nhà này được bao quanh bởi một khu rừng rậm – sẽ lập tức kích hoạt chuông báo động. Kể cả họ có xuất hiện vào nửa đêm và tôi đang ngủ say trong phòng ngủ ở tầng một, tôi vẫn mất chưa đến ba phút để biến mất như bốc hơi.’</w:t>
      </w:r>
    </w:p>
    <w:p>
      <w:pPr>
        <w:spacing w:after="80"/>
      </w:pPr>
      <w:r>
        <w:rPr>
          <w:b w:val="0"/>
          <w:i w:val="0"/>
        </w:rPr>
        <w:t>‘Kể cả cậu có trực thăng chờ sẵn trên mái nhà, tôi không nghĩ họ sẽ ngần ngại bắn hạ nó đâu.’</w:t>
      </w:r>
    </w:p>
    <w:p>
      <w:pPr>
        <w:spacing w:after="80"/>
      </w:pPr>
      <w:r>
        <w:rPr>
          <w:b w:val="0"/>
          <w:i w:val="0"/>
        </w:rPr>
        <w:t>‘Tôi đâu có định chạy lên mái nhà,’ Miles nói. ‘Chiếc trực thăng ở đó chỉ để đánh lạc hướng họ thôi.’</w:t>
      </w:r>
    </w:p>
    <w:p>
      <w:pPr>
        <w:spacing w:after="80"/>
      </w:pPr>
      <w:r>
        <w:rPr>
          <w:b w:val="0"/>
          <w:i w:val="0"/>
        </w:rPr>
        <w:t>Mười hai giờ điểm, và một hồi chuông chói tai át cả cuộc trò chuyện của họ.</w:t>
      </w:r>
    </w:p>
    <w:p>
      <w:pPr>
        <w:spacing w:after="80"/>
      </w:pPr>
      <w:r>
        <w:rPr>
          <w:b w:val="0"/>
          <w:i w:val="0"/>
        </w:rPr>
        <w:t>‘Đến giờ tập dượt rồi!’ Miles hét lên, đứng dậy khỏi bàn làm việc và bước đến một cánh cửa sắt khổng lồ gắn vào tường. Nó không có tay nắm, không có ổ khóa và, theo như Booth Watson thấy, không có cách nào mở được. Miles gõ vào mặt đồng hồ đeo tay và đợi nó sáng lên trước khi nhập một mã tám chữ số. Booth Watson nhìn như bị thôi miên khi cánh cửa mở ra, để lộ một khoảng không rộng lớn trống rỗng.</w:t>
      </w:r>
    </w:p>
    <w:p>
      <w:pPr>
        <w:spacing w:after="80"/>
      </w:pPr>
      <w:r>
        <w:rPr>
          <w:b w:val="0"/>
          <w:i w:val="0"/>
        </w:rPr>
        <w:t>Miles bước vào trong và ra hiệu cho Booth Watson đi theo, trong khi tiếng chuông báo động chói tai vẫn tiếp tục. Booth Watson miễn cưỡng tuân theo, và Miles kéo cửa đóng lại, để họ chìm trong bóng tối hoàn toàn. Anh lại gõ vào đồng hồ và nhập một mã tám chữ số khác. Một lát sau, cánh cửa thứ hai ở phía xa của căn hầm an toàn mở ra, để lộ một cầu thang sáng rực.</w:t>
      </w:r>
    </w:p>
    <w:p>
      <w:pPr>
        <w:spacing w:after="80"/>
      </w:pPr>
      <w:r>
        <w:rPr>
          <w:b w:val="0"/>
          <w:i w:val="0"/>
        </w:rPr>
        <w:t>Miles đứng sang một bên để Booth Watson bước ra. Sau đó Miles cùng anh đứng ở đầu cầu thang và đóng sầm cánh cửa kim loại nặng nề lại sau lưng.</w:t>
      </w:r>
    </w:p>
    <w:p>
      <w:pPr>
        <w:spacing w:after="80"/>
      </w:pPr>
      <w:r>
        <w:rPr>
          <w:b w:val="0"/>
          <w:i w:val="0"/>
        </w:rPr>
        <w:t>‘Như anh thấy đấy, BW,’ anh nói, ‘kể cả khi Thanh tra trưởng Warwick và đám lính của ông ta có đến được phòng làm việc của tôi, họ cũng sẽ mất ít nhất bảy phút, và họ vẫn cần đồng hồ của tôi cùng mã tám chữ số thì mới mở được cánh cửa đầu tiên, chứ đừng nói đến cánh cửa thứ hai.’</w:t>
      </w:r>
    </w:p>
    <w:p>
      <w:pPr>
        <w:spacing w:after="80"/>
      </w:pPr>
      <w:r>
        <w:rPr>
          <w:b w:val="0"/>
          <w:i w:val="0"/>
        </w:rPr>
        <w:t>Miles dẫn vị khách của mình xuống cầu thang vào tầng hầm.</w:t>
      </w:r>
    </w:p>
    <w:p>
      <w:pPr>
        <w:spacing w:after="80"/>
      </w:pPr>
      <w:r>
        <w:rPr>
          <w:b w:val="0"/>
          <w:i w:val="0"/>
        </w:rPr>
        <w:t>Khi họ đến phòng làm việc, Booth Watson không thể không nhận ra căn phòng giống hệt căn phòng ở tầng trệt phía trên, chỉ khác là Franco đã được thay bằng một bức chân dung toàn thân của Miles. Nửa còn lại trong bộ sưu tập nghệ thuật của Miles cũng được trưng bày trên tường – phần của Christina.</w:t>
      </w:r>
    </w:p>
    <w:p>
      <w:pPr>
        <w:spacing w:after="80"/>
      </w:pPr>
      <w:r>
        <w:rPr>
          <w:b w:val="0"/>
          <w:i w:val="0"/>
        </w:rPr>
        <w:t>"Mình có đủ lương thực dưới này để sống cả tháng," Miles nói. "Mình còn có cả bể bơi riêng nữa."</w:t>
      </w:r>
    </w:p>
    <w:p>
      <w:pPr>
        <w:spacing w:after="80"/>
      </w:pPr>
      <w:r>
        <w:rPr>
          <w:b w:val="0"/>
          <w:i w:val="0"/>
        </w:rPr>
        <w:t>Một ánh đèn xanh bắt đầu nhấp nháy trên bàn làm việc của anh, ngay cả trước khi Booth Watson kịp trả lời. "Buổi tổng duyệt hằng ngày kết thúc rồi. Giờ chúng ta có thể quay lại với nền văn minh và ăn trưa thôi."</w:t>
      </w:r>
    </w:p>
    <w:p>
      <w:pPr>
        <w:spacing w:after="80"/>
      </w:pPr>
      <w:r>
        <w:rPr>
          <w:b w:val="0"/>
          <w:i w:val="0"/>
        </w:rPr>
        <w:t>"Nhưng nhân viên của anh…" Booth Watson bắt đầu nói.</w:t>
      </w:r>
    </w:p>
    <w:p>
      <w:pPr>
        <w:spacing w:after="80"/>
      </w:pPr>
      <w:r>
        <w:rPr>
          <w:b w:val="0"/>
          <w:i w:val="0"/>
        </w:rPr>
        <w:t>"Chỉ có Collins là được phép vào phòng làm việc của mình," Miles nói khi họ bước ngược lên cầu thang, "và ngay cả anh ấy cũng không biết mã an ninh." Anh nhập mã của két sắt, mở cánh cửa sắt nặng nề đầu tiên trong hai cánh. Khi cửa mở ra, anh bước trở vào trong và đợi Booth Watson theo vào, rồi mới kéo cửa đóng lại. Một lần nữa họ lại chìm vào bóng tối. Miles gõ vào đồng hồ của mình, nhập tám con số mới, và cánh cửa dẫn trở lại phòng làm việc của anh mở ra. Miles mỉm cười khi thấy người quản gia đang đợi họ, với hai ly champagne trên một chiếc khay bạc.</w:t>
      </w:r>
    </w:p>
    <w:p>
      <w:pPr>
        <w:spacing w:after="80"/>
      </w:pPr>
      <w:r>
        <w:rPr>
          <w:b w:val="0"/>
          <w:i w:val="0"/>
        </w:rPr>
        <w:t>"Bữa trưa đã sẵn sàng, thưa ngài."</w:t>
      </w:r>
    </w:p>
    <w:p>
      <w:pPr>
        <w:spacing w:after="80"/>
        <w:jc w:val="center"/>
      </w:pPr>
      <w:r>
        <w:rPr>
          <w:b w:val="0"/>
          <w:i w:val="0"/>
        </w:rPr>
        <w:t>• • •</w:t>
      </w:r>
    </w:p>
    <w:p>
      <w:pPr>
        <w:spacing w:after="80"/>
      </w:pPr>
      <w:r>
        <w:rPr>
          <w:b w:val="0"/>
          <w:i w:val="0"/>
        </w:rPr>
        <w:t>Lamont thậm chí không cố bám theo DI Ross Hogan, vì anh biết mình sẽ bị phát hiện trong vài giây bởi viên cảnh sát chìm sắc sảo nhất trong nghề. Anh bằng lòng với việc tìm một chỗ khuất mà mình sẽ không bị nhìn thấy, trong khi kiên nhẫn chờ con mồi xuất hiện.</w:t>
      </w:r>
    </w:p>
    <w:p>
      <w:pPr>
        <w:spacing w:after="80"/>
      </w:pPr>
      <w:r>
        <w:rPr>
          <w:b w:val="0"/>
          <w:i w:val="0"/>
        </w:rPr>
        <w:t>Như thường lệ, Ross rời căn hộ của Josephine Colbert vào khoảng bảy giờ ba mươi. Anh ta mặc một chiếc áo sơ mi vừa được là phẳng phiu và thắt cà vạt lụa, nên Lamont biết anh ta không về nhà mà đi thẳng đến Yard.</w:t>
      </w:r>
    </w:p>
    <w:p>
      <w:pPr>
        <w:spacing w:after="80"/>
      </w:pPr>
      <w:r>
        <w:rPr>
          <w:b w:val="0"/>
          <w:i w:val="0"/>
        </w:rPr>
        <w:t>Josephine Colbert xuất hiện vài phút sau mười giờ. Cô mặc một bộ đồ thể thao hàng hiệu và bắt đầu chạy bộ buổi sáng. Cô quay về khoảng ba mươi phút sau đó, và không xuất hiện nữa cho đến giờ ăn trưa.</w:t>
      </w:r>
    </w:p>
    <w:p>
      <w:pPr>
        <w:spacing w:after="80"/>
      </w:pPr>
      <w:r>
        <w:rPr>
          <w:b w:val="0"/>
          <w:i w:val="0"/>
        </w:rPr>
        <w:t>Buổi chiều của cô gồm có mua sắm, đến tiệm hoa, cửa hàng thực phẩm, tiệm làm tóc, và thỉnh thoảng cùng một cô bạn gái đến một rạp chiếu phim Pháp ở Chelsea. Lamont chưa một lần thấy cô đi với người đàn ông nào khác, ngoài những lần cô dự cuộc họp hằng tuần với ông Booth Watson tại số 5 Fetter Chambers.</w:t>
      </w:r>
    </w:p>
    <w:p>
      <w:pPr>
        <w:spacing w:after="80"/>
      </w:pPr>
      <w:r>
        <w:rPr>
          <w:b w:val="0"/>
          <w:i w:val="0"/>
        </w:rPr>
        <w:t>Nhiệm vụ cuối cùng của anh là la cà trong lối vào của cửa hàng Army and Navy Stores trên phố Victoria cho đến khi Hogan rời Yard vào cuối ngày. Nếu anh ta rẽ phải, tức là anh ta đi tàu điện ngầm về nhà; rẽ trái, tức là anh ta sẽ nhảy lên xe buýt đi Chelsea. Những chuyến đi đến Chelsea ngày càng thường xuyên hơn.</w:t>
      </w:r>
    </w:p>
    <w:p>
      <w:pPr>
        <w:spacing w:after="80"/>
      </w:pPr>
      <w:r>
        <w:rPr>
          <w:b w:val="0"/>
          <w:i w:val="0"/>
        </w:rPr>
        <w:t>Tối nay, anh ta rẽ phải, nên Lamont đoán chắc anh ta đang về nhà. Tuy nhiên, trước sự ngạc nhiên của anh, Hogan đi thẳng qua lối vào ga tàu điện ngầm và tiếp tục bước đi. Ý thức được rằng mình không thể liều bám theo anh ta, Lamont quyết định về nhà, nhưng đổi ý khi thấy Hogan bước vào một cửa hàng. Anh nhìn kỹ hơn tấm biển phía trên cửa – H. Samuel and Company, Jewellers (Tiệm Kim hoàn). Anh lùi vào bóng tối của một ô cửa cho đến khi Ross xuất hiện trở lại hai mươi phút sau đó, tay cầm một chiếc túi nhỏ, và đi về phía ga St. James's, nơi anh ta biến mất dưới lòng đất.</w:t>
      </w:r>
    </w:p>
    <w:p>
      <w:pPr>
        <w:spacing w:after="80"/>
      </w:pPr>
      <w:r>
        <w:rPr>
          <w:b w:val="0"/>
          <w:i w:val="0"/>
        </w:rPr>
        <w:t>Lamont bước nhanh sang tiệm kim hoàn. Anh sải bước vào trong và thấy một người đàn ông trẻ đang lấy vài chiếc dây chuyền ra khỏi cửa sổ để chuẩn bị đóng cửa nghỉ đêm. Lamont giơ ra thẻ cảnh sát cũ của mình, với ngón tay cái che đi ngày hết hạn.</w:t>
      </w:r>
    </w:p>
    <w:p>
      <w:pPr>
        <w:spacing w:after="80"/>
      </w:pPr>
      <w:r>
        <w:rPr>
          <w:b w:val="0"/>
          <w:i w:val="0"/>
        </w:rPr>
        <w:t>"Tôi có thể giúp gì cho ông, thưa Tổng thanh tra?" viên trợ lý lo lắng hỏi.</w:t>
      </w:r>
    </w:p>
    <w:p>
      <w:pPr>
        <w:spacing w:after="80"/>
      </w:pPr>
      <w:r>
        <w:rPr>
          <w:b w:val="0"/>
          <w:i w:val="0"/>
        </w:rPr>
        <w:t>‘Cách đây một lúc có một người đàn ông ghé vào đây, khoảng bốn mươi tuổi, cao một mét tám lăm, mặc bộ vest xám đậm và thắt cà vạt đỏ.’</w:t>
      </w:r>
    </w:p>
    <w:p>
      <w:pPr>
        <w:spacing w:after="80"/>
      </w:pPr>
      <w:r>
        <w:rPr>
          <w:b w:val="0"/>
          <w:i w:val="0"/>
        </w:rPr>
        <w:t>‘Vâng, thưa ông. Anh ấy rời đi vài phút trước rồi ạ.’</w:t>
      </w:r>
    </w:p>
    <w:p>
      <w:pPr>
        <w:spacing w:after="80"/>
      </w:pPr>
      <w:r>
        <w:rPr>
          <w:b w:val="0"/>
          <w:i w:val="0"/>
        </w:rPr>
        <w:t>‘Anh ta có mua gì không?’</w:t>
      </w:r>
    </w:p>
    <w:p>
      <w:pPr>
        <w:spacing w:after="80"/>
      </w:pPr>
      <w:r>
        <w:rPr>
          <w:b w:val="0"/>
          <w:i w:val="0"/>
        </w:rPr>
        <w:t>‘Có ạ, thưa ông. Một chiếc nhẫn đính hôn.’</w:t>
      </w:r>
    </w:p>
    <w:p>
      <w:pPr>
        <w:spacing w:after="80"/>
        <w:jc w:val="center"/>
      </w:pPr>
      <w:r>
        <w:rPr>
          <w:b w:val="0"/>
          <w:i w:val="0"/>
        </w:rPr>
        <w:t>• • •</w:t>
      </w:r>
    </w:p>
    <w:p>
      <w:pPr>
        <w:spacing w:after="80"/>
      </w:pPr>
      <w:r>
        <w:rPr>
          <w:b w:val="0"/>
          <w:i w:val="0"/>
        </w:rPr>
        <w:t>Đó là tháng hạnh phúc nhất trong cuộc đời anh. Ross không thể tin nổi mình đã may mắn đến nhường nào sau cuộc gặp gỡ tình cờ ấy. Ý nghĩ yêu đương từ trước đến nay luôn là điều anh căm ghét. Anh là kẻ săn mồi, và luôn là người quyết định vứt bỏ chiến lợi phẩm mới nhất sang một bên rồi bước tiếp. Anh coi việc bị người ta nói mình là kẻ chơi bời như một lời khen.</w:t>
      </w:r>
    </w:p>
    <w:p>
      <w:pPr>
        <w:spacing w:after="80"/>
      </w:pPr>
      <w:r>
        <w:rPr>
          <w:b w:val="0"/>
          <w:i w:val="0"/>
        </w:rPr>
        <w:t>Cho đến khi anh gặp Josephine, và cô không cần phải giải thích cho anh hiểu "mê mẩn đến quay cuồng" (head over heels) nghĩa là gì. Không chỉ vì cô xinh đẹp, và thông minh hơn anh nhiều; cô là người phụ nữ đầu tiên mà anh từng sợ mất. Anh không hiểu nổi vì sao cô lại từng nhìn anh đến lần thứ hai, chứ đừng nói đến lần thứ ba. Lần đầu tiên trong đời, anh không còn là người luôn đến cơ quan sớm nhất vào buổi sáng và về muộn nhất vào buổi tối. Ai cũng nhận ra. Kẻ cô độc không còn cô độc nữa. Hai người không ngủ với nhau trong vài tuần liền, một điều "lần đầu" nữa. Sau đó, anh sẵn sàng đi cướp ngân hàng vì cô.</w:t>
      </w:r>
    </w:p>
    <w:p>
      <w:pPr>
        <w:spacing w:after="80"/>
      </w:pPr>
      <w:r>
        <w:rPr>
          <w:b w:val="0"/>
          <w:i w:val="0"/>
        </w:rPr>
        <w:t>Jo đã kể cho anh nghe về cuộc hôn nhân bất hạnh của cô, chỉ kéo dài vài năm. Khoản tiền ly hôn giúp cô sống thoải mái mà không cần phải đi làm, và cũng như anh, cô nghĩ mình sẽ không bao giờ có thể yêu ai nữa.</w:t>
      </w:r>
    </w:p>
    <w:p>
      <w:pPr>
        <w:spacing w:after="80"/>
      </w:pPr>
      <w:r>
        <w:rPr>
          <w:b w:val="0"/>
          <w:i w:val="0"/>
        </w:rPr>
        <w:t>Tối nay, anh định đưa cô đi ăn tối và cầu hôn. Anh đã tiêu nhiều hơn khả năng chi trả của mình cho chiếc nhẫn. Có lần Jo bảo anh rằng cô sẽ không bao giờ kết hôn nữa, nhưng đó là trước khi cô gọi cho Madame Blanche để nói rằng đây là vụ làm ăn cuối cùng của cô.</w:t>
      </w:r>
    </w:p>
    <w:p>
      <w:pPr>
        <w:spacing w:after="80"/>
      </w:pPr>
      <w:r>
        <w:rPr>
          <w:b w:val="0"/>
          <w:i w:val="0"/>
        </w:rPr>
        <w:t>Tối hôm đó khi về nhà, thậm chí còn sớm hơn thường lệ, anh thấy cô ngồi trong phòng khách và khóc. Anh cố an ủi cô, nhưng dường như chẳng câu nào anh nói có tác dụng. Cô ngước lên, và anh không khỏi nghĩ cô trông quyến rũ biết bao ngay cả khi nước mắt giàn giụa trên mặt. Cô cố mỉm cười. ‘Em yêu anh,’ cô nói. Lần đầu tiên cô thừa nhận điều đó.</w:t>
      </w:r>
    </w:p>
    <w:p>
      <w:pPr>
        <w:spacing w:after="80"/>
      </w:pPr>
      <w:r>
        <w:rPr>
          <w:b w:val="0"/>
          <w:i w:val="0"/>
        </w:rPr>
        <w:t>‘Và anh cũng yêu em,’ anh đáp. Lại một lần đầu nữa. Không thể diễn đạt cảm xúc thật của mình bằng lời, anh quyết định không chờ thêm nữa để chứng minh mình yêu cô đến nhường nào. Anh quỳ xuống một gối, lục lọi trong túi rồi lôi ra một chiếc hộp da nhỏ. Anh mở hộp và nói: ‘Anh muốn dành phần đời còn lại bên em. Em lấy anh nhé?’</w:t>
      </w:r>
    </w:p>
    <w:p>
      <w:pPr>
        <w:spacing w:after="80"/>
      </w:pPr>
      <w:r>
        <w:rPr>
          <w:b w:val="0"/>
          <w:i w:val="0"/>
        </w:rPr>
        <w:t>Anh chờ cô trả lời, nhưng chẳng có câu nào thốt ra. Cuối cùng cô ngước lên, nhưng vẫn không nói gì. Anh nghiêng người tới, nhẹ nhàng nắm lấy bàn tay trái của cô và định đeo chiếc nhẫn vào ngón áp út, nhưng cô rụt tay lại.</w:t>
      </w:r>
    </w:p>
    <w:p>
      <w:pPr>
        <w:spacing w:after="80"/>
      </w:pPr>
      <w:r>
        <w:rPr>
          <w:b w:val="0"/>
          <w:i w:val="0"/>
        </w:rPr>
        <w:t>‘Em không muốn lấy anh sao?’ Ross hỏi, giọng tuyệt vọng.</w:t>
      </w:r>
    </w:p>
    <w:p>
      <w:pPr>
        <w:spacing w:after="80"/>
      </w:pPr>
      <w:r>
        <w:rPr>
          <w:b w:val="0"/>
          <w:i w:val="0"/>
        </w:rPr>
        <w:t>‘Có, em muốn,’ cô nói khẽ. ‘Nhưng sau khi em kể cho anh sự thật, anh sẽ không muốn lấy em nữa đâu.’</w:t>
      </w:r>
    </w:p>
    <w:p>
      <w:pPr>
        <w:pStyle w:val="Heading2"/>
      </w:pPr>
      <w:r>
        <w:rPr>
          <w:rFonts w:ascii="Calibri" w:hAnsi="Calibri"/>
          <w:b/>
          <w:i w:val="0"/>
          <w:sz w:val="32"/>
        </w:rPr>
        <w:t>CHƯƠNG 13</w:t>
      </w:r>
    </w:p>
    <w:p>
      <w:pPr>
        <w:spacing w:after="80"/>
      </w:pPr>
      <w:r>
        <w:rPr>
          <w:b w:val="0"/>
          <w:i w:val="0"/>
        </w:rPr>
        <w:t>BETH NHẤC ĐIỆN THOẠI trên bàn làm việc.</w:t>
      </w:r>
    </w:p>
    <w:p>
      <w:pPr>
        <w:spacing w:after="80"/>
      </w:pPr>
      <w:r>
        <w:rPr>
          <w:b w:val="0"/>
          <w:i w:val="0"/>
        </w:rPr>
        <w:t>‘Có một bà Christina Faulkner đang ở quầy lễ tân. Bà ấy hỏi liệu cô có thể gặp bà ấy được không.’</w:t>
      </w:r>
    </w:p>
    <w:p>
      <w:pPr>
        <w:spacing w:after="80"/>
      </w:pPr>
      <w:r>
        <w:rPr>
          <w:b w:val="0"/>
          <w:i w:val="0"/>
        </w:rPr>
        <w:t>Cô đã chuẩn bị kỹ càng cho khoảnh khắc này, dù William đã cảnh báo rằng nó sẽ đến vào lúc cô ít ngờ tới nhất.</w:t>
      </w:r>
    </w:p>
    <w:p>
      <w:pPr>
        <w:spacing w:after="80"/>
      </w:pPr>
      <w:r>
        <w:rPr>
          <w:b w:val="0"/>
          <w:i w:val="0"/>
        </w:rPr>
        <w:t xml:space="preserve">Cô hít một hơi thật sâu. ‘Bảo bà ấy lên đi,’ cô nói. Trong lúc Beth chờ đợi, cô nhẩm lại câu thần chú của William mỗi khi anh đối phó với một nghi phạm: </w:t>
      </w:r>
      <w:r>
        <w:rPr>
          <w:b w:val="0"/>
          <w:i/>
        </w:rPr>
        <w:t>Lắng nghe, lắng nghe, lắng nghe, với hy vọng họ sẽ nói ra điều gì đó mà sau này họ sẽ hối hận</w:t>
      </w:r>
      <w:r>
        <w:rPr>
          <w:b w:val="0"/>
          <w:i w:val="0"/>
        </w:rPr>
        <w:t>.</w:t>
      </w:r>
    </w:p>
    <w:p>
      <w:pPr>
        <w:spacing w:after="80"/>
      </w:pPr>
      <w:r>
        <w:rPr>
          <w:b w:val="0"/>
          <w:i w:val="0"/>
        </w:rPr>
        <w:t>Có một tiếng gõ nhẹ lên cửa. Thường thì Christina xông thẳng vào văn phòng mà không báo trước, mặc định rằng Beth sẽ gác lại mọi thứ vì bà ta. Nhưng hôm nay thì không.</w:t>
      </w:r>
    </w:p>
    <w:p>
      <w:pPr>
        <w:spacing w:after="80"/>
      </w:pPr>
      <w:r>
        <w:rPr>
          <w:b w:val="0"/>
          <w:i w:val="0"/>
        </w:rPr>
        <w:t>‘Mời vào,’ Beth nói, trong khi vẫn ngồi yên sau bàn làm việc.</w:t>
      </w:r>
    </w:p>
    <w:p>
      <w:pPr>
        <w:spacing w:after="80"/>
      </w:pPr>
      <w:r>
        <w:rPr>
          <w:b w:val="0"/>
          <w:i w:val="0"/>
        </w:rPr>
        <w:t>Cánh cửa mở ra chậm rãi. Người phụ nữ bước vào văn phòng cô không phải là Christina mà cô từng biết ngày trước: tự tin, đầy bản lĩnh, nắm quyền kiểm soát. Bà ta đứng ngập ngừng ở ngưỡng cửa, chờ Beth ra hiệu trước.</w:t>
      </w:r>
    </w:p>
    <w:p>
      <w:pPr>
        <w:spacing w:after="80"/>
      </w:pPr>
      <w:r>
        <w:rPr>
          <w:b w:val="0"/>
          <w:i w:val="0"/>
        </w:rPr>
        <w:t>Beth không mời bà ta ngồi vào chiếc ghế êm ái bên lò sưởi mà Christina thường chiếm lấy, mà ra hiệu về phía chiếc ghế ở bên kia bàn làm việc, cứ như thể bà ta là một nhân viên cấp dưới. Christina ngoan ngoãn vâng lời, và sụp xuống chiếc ghế gỗ, nhưng không nói gì.</w:t>
      </w:r>
    </w:p>
    <w:p>
      <w:pPr>
        <w:spacing w:after="80"/>
      </w:pPr>
      <w:r>
        <w:rPr>
          <w:b w:val="0"/>
          <w:i/>
        </w:rPr>
        <w:t>Lắng nghe, lắng nghe, lắng nghe.</w:t>
      </w:r>
    </w:p>
    <w:p>
      <w:pPr>
        <w:spacing w:after="80"/>
      </w:pPr>
      <w:r>
        <w:rPr>
          <w:b w:val="0"/>
          <w:i w:val="0"/>
        </w:rPr>
        <w:t>‘Tôi không biết bắt đầu từ đâu,’ bà ta nói với giọng run run.</w:t>
      </w:r>
    </w:p>
    <w:p>
      <w:pPr>
        <w:spacing w:after="80"/>
      </w:pPr>
      <w:r>
        <w:rPr>
          <w:b w:val="0"/>
          <w:i w:val="0"/>
        </w:rPr>
        <w:t>‘Bằng cách nói sự thật, thay đổi một lần xem sao?’ Beth gợi ý.</w:t>
      </w:r>
    </w:p>
    <w:p>
      <w:pPr>
        <w:spacing w:after="80"/>
      </w:pPr>
      <w:r>
        <w:rPr>
          <w:b w:val="0"/>
          <w:i w:val="0"/>
        </w:rPr>
        <w:t>Một khoảng lặng dài tiếp theo trước khi mọi thứ tuôn trào. ‘Tôi xin lỗi vì đã cư xử quá tệ, và sẽ hoàn toàn hiểu nếu cô cảm thấy mình không bao giờ có thể tha thứ cho tôi.’</w:t>
      </w:r>
    </w:p>
    <w:p>
      <w:pPr>
        <w:spacing w:after="80"/>
      </w:pPr>
      <w:r>
        <w:rPr>
          <w:b w:val="0"/>
          <w:i/>
        </w:rPr>
        <w:t>Lắng nghe, lắng nghe, lắng nghe.</w:t>
      </w:r>
    </w:p>
    <w:p>
      <w:pPr>
        <w:spacing w:after="80"/>
      </w:pPr>
      <w:r>
        <w:rPr>
          <w:b w:val="0"/>
          <w:i w:val="0"/>
        </w:rPr>
        <w:t>‘Tôi không giống cô, thẳng thắn, đơn giản và trung thực một cách nghiêm túc. Đó là một trong nhiều lý do khiến tôi ngưỡng mộ cô đến vậy, và tự hào khi nghĩ mình là bạn của cô.’</w:t>
      </w:r>
    </w:p>
    <w:p>
      <w:pPr>
        <w:spacing w:after="80"/>
      </w:pPr>
      <w:r>
        <w:rPr>
          <w:b w:val="0"/>
          <w:i/>
        </w:rPr>
        <w:t>Đừng để bị dụ bởi những lời tâng bốc</w:t>
      </w:r>
      <w:r>
        <w:rPr>
          <w:b w:val="0"/>
          <w:i w:val="0"/>
        </w:rPr>
        <w:t>, William đã cảnh báo</w:t>
      </w:r>
      <w:r>
        <w:rPr>
          <w:b w:val="0"/>
          <w:i/>
        </w:rPr>
        <w:t>. Lắng nghe, lắng nghe, lắng nghe.</w:t>
      </w:r>
    </w:p>
    <w:p>
      <w:pPr>
        <w:spacing w:after="80"/>
      </w:pPr>
      <w:r>
        <w:rPr>
          <w:b w:val="0"/>
          <w:i w:val="0"/>
        </w:rPr>
        <w:t>‘Tôi đã quen với một lối sống không phải lúc nào cũng cho phép điều đó, nhưng cuộc hôn nhân giả tạo của tôi cuối cùng đã khiến tôi tỉnh ngộ, bất kể hậu quả ra sao.’</w:t>
      </w:r>
    </w:p>
    <w:p>
      <w:pPr>
        <w:spacing w:after="80"/>
      </w:pPr>
      <w:r>
        <w:rPr>
          <w:b w:val="0"/>
          <w:i/>
        </w:rPr>
        <w:t>Cố nhớ rằng bà ta thậm chí không biết khi nào mình đang nói dối</w:t>
      </w:r>
      <w:r>
        <w:rPr>
          <w:b w:val="0"/>
          <w:i w:val="0"/>
        </w:rPr>
        <w:t xml:space="preserve">, William đã bảo cô. </w:t>
      </w:r>
      <w:r>
        <w:rPr>
          <w:b w:val="0"/>
          <w:i/>
        </w:rPr>
        <w:t>Tiếp theo, bà ta sẽ cố đánh vào bản tính tốt đẹp của cô.</w:t>
      </w:r>
    </w:p>
    <w:p>
      <w:pPr>
        <w:spacing w:after="80"/>
      </w:pPr>
      <w:r>
        <w:rPr>
          <w:b w:val="0"/>
          <w:i w:val="0"/>
        </w:rPr>
        <w:t>‘Tuy nhiên, trong vài tuần qua, tôi đã nhận ra mình trân trọng tình bạn của cậu đến nhường nào, và hy vọng cậu vẫn có thể tha thứ cho tôi, dù chẳng có lý do gì để cậu phải làm thế.’</w:t>
      </w:r>
    </w:p>
    <w:p>
      <w:pPr>
        <w:spacing w:after="80"/>
      </w:pPr>
      <w:r>
        <w:rPr>
          <w:b w:val="0"/>
          <w:i/>
        </w:rPr>
        <w:t>Nghe đi, nghe đi, nghe đi.</w:t>
      </w:r>
    </w:p>
    <w:p>
      <w:pPr>
        <w:spacing w:after="80"/>
      </w:pPr>
      <w:r>
        <w:rPr>
          <w:b w:val="0"/>
          <w:i w:val="0"/>
        </w:rPr>
        <w:t>‘Nếu tôi có thể nói cho cậu biết Miles đang ở đâu, tôi sẽ nói, nhưng anh ta chẳng hề cố liên lạc với tôi kể từ ngày đám cưới, ngoài qua cái loa phát ngôn của anh ta, tên Booth Watson đáng ghét, kẻ chỉ bảo tôi hãy im miệng nếu muốn tiếp tục nhận khoản tiền hàng tháng. Hắn ra lệnh cho tôi đến gặp cậu hôm nay và thử tìm hiểu xem William có biết Miles đang ở đâu không.’ Christina lần đầu tiên ngước lên nhìn Beth.</w:t>
      </w:r>
    </w:p>
    <w:p>
      <w:pPr>
        <w:spacing w:after="80"/>
      </w:pPr>
      <w:r>
        <w:rPr>
          <w:b w:val="0"/>
          <w:i/>
        </w:rPr>
        <w:t>Nghe đi, nghe đi, nghe đi.</w:t>
      </w:r>
    </w:p>
    <w:p>
      <w:pPr>
        <w:spacing w:after="80"/>
      </w:pPr>
      <w:r>
        <w:rPr>
          <w:b w:val="0"/>
          <w:i w:val="0"/>
        </w:rPr>
        <w:t>‘Lần đầu tiên trong đời, tôi đã quyết định làm điều mà William sẽ gọi là việc tử tế.’</w:t>
      </w:r>
    </w:p>
    <w:p>
      <w:pPr>
        <w:spacing w:after="80"/>
      </w:pPr>
      <w:r>
        <w:rPr>
          <w:b w:val="0"/>
          <w:i/>
        </w:rPr>
        <w:t>Nếu cô ta oà khóc</w:t>
      </w:r>
      <w:r>
        <w:rPr>
          <w:b w:val="0"/>
          <w:i w:val="0"/>
        </w:rPr>
        <w:t xml:space="preserve">, William đã nói thêm, </w:t>
      </w:r>
      <w:r>
        <w:rPr>
          <w:b w:val="0"/>
          <w:i/>
        </w:rPr>
        <w:t>đừng có mắc bẫy</w:t>
      </w:r>
      <w:r>
        <w:rPr>
          <w:b w:val="0"/>
          <w:i w:val="0"/>
        </w:rPr>
        <w:t>.</w:t>
      </w:r>
    </w:p>
    <w:p>
      <w:pPr>
        <w:spacing w:after="80"/>
      </w:pPr>
      <w:r>
        <w:rPr>
          <w:b w:val="0"/>
          <w:i w:val="0"/>
        </w:rPr>
        <w:t>Cô ta oà khóc.</w:t>
      </w:r>
    </w:p>
    <w:p>
      <w:pPr>
        <w:spacing w:after="80"/>
      </w:pPr>
      <w:r>
        <w:rPr>
          <w:b w:val="0"/>
          <w:i w:val="0"/>
        </w:rPr>
        <w:t>Beth mềm lòng. ‘Phòng trưng bày sẽ không bao giờ quên vai trò vô giá của cậu trong việc giành được bức Rembrandt, một bức Rubens và một bức Vermeer, chúng tôi sẽ mãi mãi mang ơn cậu.’</w:t>
      </w:r>
    </w:p>
    <w:p>
      <w:pPr>
        <w:spacing w:after="80"/>
      </w:pPr>
      <w:r>
        <w:rPr>
          <w:b w:val="0"/>
          <w:i w:val="0"/>
        </w:rPr>
        <w:t>‘Cậu sẽ không bao giờ mang ơn tôi đâu,’ Christina nói. ‘Nhưng tôi phải cảnh báo cậu rằng nếu Miles bị bắt và tống trở lại nhà tù, Booth Watson đã được chỉ thị đòi lại bức Vermeer, và tôi sẽ chẳng làm gì được đâu.’</w:t>
      </w:r>
    </w:p>
    <w:p>
      <w:pPr>
        <w:spacing w:after="80"/>
      </w:pPr>
      <w:r>
        <w:rPr>
          <w:b w:val="0"/>
          <w:i w:val="0"/>
        </w:rPr>
        <w:t>Lần đầu tiên Beth nghĩ có thể Christina đang nói thật, nhưng cô vẫn tiếp tục nghe, nghe, nghe.</w:t>
      </w:r>
    </w:p>
    <w:p>
      <w:pPr>
        <w:spacing w:after="80"/>
      </w:pPr>
      <w:r>
        <w:rPr>
          <w:b w:val="0"/>
          <w:i w:val="0"/>
        </w:rPr>
        <w:t>‘Tin tôi đi, tôi quyết tâm chứng minh cho cậu và William thấy tôi đứng về phía ai. Nếu có bất cứ điều gì tôi có thể làm để chứng minh…’</w:t>
      </w:r>
    </w:p>
    <w:p>
      <w:pPr>
        <w:spacing w:after="80"/>
      </w:pPr>
      <w:r>
        <w:rPr>
          <w:b w:val="0"/>
          <w:i/>
        </w:rPr>
        <w:t>Ngay khoảnh khắc cô ta giả vờ đứng về phía cậu và hỏi cô ta có thể làm gì để chứng minh, đó là lúc cậu ra đòn. Hãy bắt đầu bằng một việc nhỏ</w:t>
      </w:r>
      <w:r>
        <w:rPr>
          <w:b w:val="0"/>
          <w:i w:val="0"/>
        </w:rPr>
        <w:t xml:space="preserve">, William đã gợi ý, </w:t>
      </w:r>
      <w:r>
        <w:rPr>
          <w:b w:val="0"/>
          <w:i/>
        </w:rPr>
        <w:t>và nếu cô ta đáp ứng yêu cầu của cậu, cậu có thể dụ cô ta bằng thứ mà cô ta không thể cưỡng lại. Ngay trước khi cô ta rời đi, hãy hỏi cô ta một câu cuối cùng để lộ ra liệu cô ta đang nói thật, hay chỉ là một kẻ đưa tin đang thực hiện mệnh lệnh của kẻ trả tiền cho mình.</w:t>
      </w:r>
    </w:p>
    <w:p>
      <w:pPr>
        <w:spacing w:after="80"/>
      </w:pPr>
      <w:r>
        <w:rPr>
          <w:b w:val="0"/>
          <w:i w:val="0"/>
        </w:rPr>
        <w:t xml:space="preserve">‘Thật là một lời đề nghị tử tế,’ Beth nói. ‘Bảo tàng đang mong tổ chức một triển lãm Frans Hals vào mùa thu tới. Tôi biết cậu có </w:t>
      </w:r>
      <w:r>
        <w:rPr>
          <w:b w:val="0"/>
          <w:i/>
        </w:rPr>
        <w:t>Người thổi sáo</w:t>
      </w:r>
      <w:r>
        <w:rPr>
          <w:b w:val="0"/>
          <w:i w:val="0"/>
        </w:rPr>
        <w:t xml:space="preserve"> trong bộ sưu tập của mình, và chúng tôi rất muốn mượn nó trong sáu tuần.’</w:t>
      </w:r>
    </w:p>
    <w:p>
      <w:pPr>
        <w:spacing w:after="80"/>
      </w:pPr>
      <w:r>
        <w:rPr>
          <w:b w:val="0"/>
          <w:i/>
        </w:rPr>
        <w:t>Nếu cô ta từ chối yêu cầu của cậu</w:t>
      </w:r>
      <w:r>
        <w:rPr>
          <w:b w:val="0"/>
          <w:i w:val="0"/>
        </w:rPr>
        <w:t xml:space="preserve">, William đã nói, </w:t>
      </w:r>
      <w:r>
        <w:rPr>
          <w:b w:val="0"/>
          <w:i/>
        </w:rPr>
        <w:t>thì cô ta đang thừa nhận rằng Miles vẫn kiểm soát toàn bộ bộ sưu tập, và đó không phải là điều cô ta muốn cậu biết, vì nó khiến cô ta không còn vị thế để mặc cả.</w:t>
      </w:r>
    </w:p>
    <w:p>
      <w:pPr>
        <w:spacing w:after="80"/>
      </w:pPr>
      <w:r>
        <w:rPr>
          <w:b w:val="0"/>
          <w:i w:val="0"/>
        </w:rPr>
        <w:t>Christina ngập ngừng. ‘Tôi chắc là sẽ ổn thôi.’</w:t>
      </w:r>
    </w:p>
    <w:p>
      <w:pPr>
        <w:spacing w:after="80"/>
      </w:pPr>
      <w:r>
        <w:rPr>
          <w:b w:val="0"/>
          <w:i w:val="0"/>
        </w:rPr>
        <w:t xml:space="preserve">‘Cảm ơn cậu,’ Beth nói, trước khi thả một con mồi câu lớn hơn nhiều xuống nước. ‘Thế thì sẽ bù đắp cho việc phòng trưng bày không đủ khả năng chi trả cho bức </w:t>
      </w:r>
      <w:r>
        <w:rPr>
          <w:b w:val="0"/>
          <w:i/>
        </w:rPr>
        <w:t>Những người đánh cá</w:t>
      </w:r>
      <w:r>
        <w:rPr>
          <w:b w:val="0"/>
          <w:i w:val="0"/>
        </w:rPr>
        <w:t xml:space="preserve"> của Caravaggio, thứ mà chúng tôi mới được chào bán gần đây, nhưng không đáp ứng nổi giá yêu cầu.’ Chuẩn không sai một chữ.</w:t>
      </w:r>
    </w:p>
    <w:p>
      <w:pPr>
        <w:spacing w:after="80"/>
      </w:pPr>
      <w:r>
        <w:rPr>
          <w:b w:val="0"/>
          <w:i w:val="0"/>
        </w:rPr>
        <w:t>‘Đó có phải là thông tin công khai không?’ Christina hỏi, sẵn sàng đớp mồi.</w:t>
      </w:r>
    </w:p>
    <w:p>
      <w:pPr>
        <w:spacing w:after="80"/>
      </w:pPr>
      <w:r>
        <w:rPr>
          <w:b w:val="0"/>
          <w:i w:val="0"/>
        </w:rPr>
        <w:t>‘Không, không phải,’ Beth đáp. ‘Ngài McLaren đã riêng tìm đến chúng ta. Có vẻ như sau cái chết đột ngột của cha anh ta, anh ta đang gặp vấn đề về thừa kế và bên thuế dự kiến anh ta phải xoay đủ hai mươi triệu trước cuối năm. Tôi đã phải nói với anh ta rằng số tiền đó nằm ngoài tầm với của chúng ta.’ Cô ngừng lại một chút, thích thú với chính mình. ‘Tất nhiên, chuyện này là bảo mật.’</w:t>
      </w:r>
    </w:p>
    <w:p>
      <w:pPr>
        <w:spacing w:after="80"/>
      </w:pPr>
      <w:r>
        <w:rPr>
          <w:b w:val="0"/>
          <w:i w:val="0"/>
        </w:rPr>
        <w:t>‘Tất nhiên,’ Christina nói. ‘Nhưng ít nhất tôi có thể giúp cô về vụ Frans Hals. Điều đó hẳn sẽ chứng minh tôi đứng về phía nào,’ cô nói thêm, khi đứng dậy khỏi ghế.</w:t>
      </w:r>
    </w:p>
    <w:p>
      <w:pPr>
        <w:spacing w:after="80"/>
      </w:pPr>
      <w:r>
        <w:rPr>
          <w:b w:val="0"/>
          <w:i w:val="0"/>
        </w:rPr>
        <w:t>‘Cô không cần phải chứng minh gì cả,’ Beth nói, trao cho cô một nụ cười ấm áp. ‘Nhưng tôi có thể hỏi cô thêm một điều trước khi cô đi không?’</w:t>
      </w:r>
    </w:p>
    <w:p>
      <w:pPr>
        <w:spacing w:after="80"/>
      </w:pPr>
      <w:r>
        <w:rPr>
          <w:b w:val="0"/>
          <w:i w:val="0"/>
        </w:rPr>
        <w:t>‘Bất cứ điều gì,’ Christina đáp.</w:t>
      </w:r>
    </w:p>
    <w:p>
      <w:pPr>
        <w:spacing w:after="80"/>
      </w:pPr>
      <w:r>
        <w:rPr>
          <w:b w:val="0"/>
          <w:i w:val="0"/>
        </w:rPr>
        <w:t>‘Hiện giờ Miles đang ở đâu?’</w:t>
      </w:r>
    </w:p>
    <w:p>
      <w:pPr>
        <w:spacing w:after="80"/>
      </w:pPr>
      <w:r>
        <w:rPr>
          <w:b w:val="0"/>
          <w:i w:val="0"/>
        </w:rPr>
        <w:t>Christina không trả lời ngay, nhưng cuối cùng thì thầm, ‘Buenos Aires,’ như thể miễn cưỡng tiết lộ một bí mật được giữ kín.</w:t>
      </w:r>
    </w:p>
    <w:p>
      <w:pPr>
        <w:spacing w:after="80"/>
      </w:pPr>
      <w:r>
        <w:rPr>
          <w:b w:val="0"/>
          <w:i w:val="0"/>
        </w:rPr>
        <w:t>‘Cảm ơn cô,’ Beth nói, không chắc Christina đang nói dối, hay thực sự không biết anh ta ở đâu. William sẽ phải đưa ra quyết định đó.</w:t>
      </w:r>
    </w:p>
    <w:p>
      <w:pPr>
        <w:spacing w:after="80"/>
      </w:pPr>
      <w:r>
        <w:rPr>
          <w:b w:val="0"/>
          <w:i w:val="0"/>
        </w:rPr>
        <w:t>Christina quay người rời khỏi phòng, trông có vẻ tự tin hơn một chút so với lúc cô bước vào.</w:t>
      </w:r>
    </w:p>
    <w:p>
      <w:pPr>
        <w:spacing w:after="80"/>
      </w:pPr>
      <w:r>
        <w:rPr>
          <w:b w:val="0"/>
          <w:i w:val="0"/>
        </w:rPr>
        <w:t>Ngay khi cô đóng cửa lại, Beth nhấc điện thoại trên bàn, nhưng ngập ngừng một chút trước khi làm điều mà cô biết William thường không tán thành. Cô bấm số riêng của anh ở Yard.</w:t>
      </w:r>
    </w:p>
    <w:p>
      <w:pPr>
        <w:spacing w:after="80"/>
        <w:jc w:val="center"/>
      </w:pPr>
      <w:r>
        <w:rPr>
          <w:b w:val="0"/>
          <w:i w:val="0"/>
        </w:rPr>
        <w:t>• • •</w:t>
      </w:r>
    </w:p>
    <w:p>
      <w:pPr>
        <w:spacing w:after="80"/>
      </w:pPr>
      <w:r>
        <w:rPr>
          <w:b w:val="0"/>
          <w:i w:val="0"/>
        </w:rPr>
        <w:t>‘Cô được trả một ngàn bảng một tuần để ngủ với tôi à?’ Ross nói, không tin nổi.</w:t>
      </w:r>
    </w:p>
    <w:p>
      <w:pPr>
        <w:spacing w:after="80"/>
      </w:pPr>
      <w:r>
        <w:rPr>
          <w:b w:val="0"/>
          <w:i w:val="0"/>
        </w:rPr>
        <w:t>‘Cộng thêm tiền thuê căn hộ này và một khoản trợ cấp quần áo.’</w:t>
      </w:r>
    </w:p>
    <w:p>
      <w:pPr>
        <w:spacing w:after="80"/>
      </w:pPr>
      <w:r>
        <w:rPr>
          <w:b w:val="0"/>
          <w:i w:val="0"/>
        </w:rPr>
        <w:t>‘Bởi ai?’</w:t>
      </w:r>
    </w:p>
    <w:p>
      <w:pPr>
        <w:spacing w:after="80"/>
      </w:pPr>
      <w:r>
        <w:rPr>
          <w:b w:val="0"/>
          <w:i w:val="0"/>
        </w:rPr>
        <w:t xml:space="preserve">‘Bởi </w:t>
      </w:r>
      <w:r>
        <w:rPr>
          <w:b w:val="0"/>
          <w:i/>
        </w:rPr>
        <w:t>ai</w:t>
      </w:r>
      <w:r>
        <w:rPr>
          <w:b w:val="0"/>
          <w:i w:val="0"/>
        </w:rPr>
        <w:t xml:space="preserve"> cơ.’</w:t>
      </w:r>
    </w:p>
    <w:p>
      <w:pPr>
        <w:spacing w:after="80"/>
      </w:pPr>
      <w:r>
        <w:rPr>
          <w:b w:val="0"/>
          <w:i w:val="0"/>
        </w:rPr>
        <w:t>‘Bởi ai cơ?’</w:t>
      </w:r>
    </w:p>
    <w:p>
      <w:pPr>
        <w:spacing w:after="80"/>
      </w:pPr>
      <w:r>
        <w:rPr>
          <w:b w:val="0"/>
          <w:i w:val="0"/>
        </w:rPr>
        <w:t>‘Công ty hộ tống ở Paris đã thuê tôi quyến rũ anh.’</w:t>
      </w:r>
    </w:p>
    <w:p>
      <w:pPr>
        <w:spacing w:after="80"/>
      </w:pPr>
      <w:r>
        <w:rPr>
          <w:b w:val="0"/>
          <w:i w:val="0"/>
        </w:rPr>
        <w:t>‘Và họ mong nhận lại được gì?’</w:t>
      </w:r>
    </w:p>
    <w:p>
      <w:pPr>
        <w:spacing w:after="80"/>
      </w:pPr>
      <w:r>
        <w:rPr>
          <w:b w:val="0"/>
          <w:i w:val="0"/>
        </w:rPr>
        <w:t>‘Tôi phải báo cáo lại mọi thứ anh nói với tôi, dù nó có vẻ tầm thường hay vô nghĩa đến đâu trong mắt tôi.’</w:t>
      </w:r>
    </w:p>
    <w:p>
      <w:pPr>
        <w:spacing w:after="80"/>
      </w:pPr>
      <w:r>
        <w:rPr>
          <w:b w:val="0"/>
          <w:i w:val="0"/>
        </w:rPr>
        <w:t>‘Và em đã làm thế chưa?’</w:t>
      </w:r>
    </w:p>
    <w:p>
      <w:pPr>
        <w:spacing w:after="80"/>
      </w:pPr>
      <w:r>
        <w:rPr>
          <w:b w:val="0"/>
          <w:i w:val="0"/>
        </w:rPr>
        <w:t>‘Rồi, nhưng đáng tiếc là anh chẳng bao giờ nói về công việc của mình, nên tôi không chắc họ còn giữ tôi được bao lâu nữa.’</w:t>
      </w:r>
    </w:p>
    <w:p>
      <w:pPr>
        <w:spacing w:after="80"/>
      </w:pPr>
      <w:r>
        <w:rPr>
          <w:b w:val="0"/>
          <w:i w:val="0"/>
        </w:rPr>
        <w:t>Ross im lặng một lúc, rồi cuối cùng nói: ‘Vậy thì chúng ta phải xử lý chuyện đó thôi. Giờ em có thể báo với họ rằng cuối cùng em đã có bước đột phá.’</w:t>
      </w:r>
    </w:p>
    <w:p>
      <w:pPr>
        <w:spacing w:after="80"/>
      </w:pPr>
      <w:r>
        <w:rPr>
          <w:b w:val="0"/>
          <w:i w:val="0"/>
        </w:rPr>
        <w:t>‘Nhưng anh sẽ không bao giờ phản bội người mà anh gọi là The Hawk.’</w:t>
      </w:r>
    </w:p>
    <w:p>
      <w:pPr>
        <w:spacing w:after="80"/>
      </w:pPr>
      <w:r>
        <w:rPr>
          <w:b w:val="0"/>
          <w:i w:val="0"/>
        </w:rPr>
        <w:t>‘Em nói đúng, nhưng điều đó không ngăn tôi cung cấp cho em cả đống thông tin vô nghĩa,’ anh nói, rõ ràng lúc này đang thấy thích thú. ‘Tất nhiên tôi sẽ phải báo cáo với chỉ huy, và chắc chắn ông ấy sẽ hỏi tôi ai là người trả tiền cho công ty hộ tống.’</w:t>
      </w:r>
    </w:p>
    <w:p>
      <w:pPr>
        <w:spacing w:after="80"/>
      </w:pPr>
      <w:r>
        <w:rPr>
          <w:b w:val="0"/>
          <w:i w:val="0"/>
        </w:rPr>
        <w:t>‘Tôi không biết,’ Jo nói, không chút mưu mô.</w:t>
      </w:r>
    </w:p>
    <w:p>
      <w:pPr>
        <w:spacing w:after="80"/>
      </w:pPr>
      <w:r>
        <w:rPr>
          <w:b w:val="0"/>
          <w:i w:val="0"/>
        </w:rPr>
        <w:t>‘Tôi khá chắc mình biết đó là ai,’ Ross nói. ‘Em đã từng gặp một Miles Faulkner hay Đại úy Ralph Neville chưa?’</w:t>
      </w:r>
    </w:p>
    <w:p>
      <w:pPr>
        <w:spacing w:after="80"/>
      </w:pPr>
      <w:r>
        <w:rPr>
          <w:b w:val="0"/>
          <w:i w:val="0"/>
        </w:rPr>
        <w:t>‘Chưa. Tất cả những gì tôi có thể nói là tôi được giới thiệu với một người đàn ông, ông ta đã cung cấp thông tin về anh cho tôi và bảo tôi phải báo cáo mỗi tuần một lần cho một ông Booth Watson.’</w:t>
      </w:r>
    </w:p>
    <w:p>
      <w:pPr>
        <w:spacing w:after="80"/>
      </w:pPr>
      <w:r>
        <w:rPr>
          <w:b w:val="0"/>
          <w:i w:val="0"/>
        </w:rPr>
        <w:t>‘Vậy là rõ rồi,’ Ross nói, ôm cô vào lòng. ‘Nhưng còn một điều nữa tôi cần biết trước khi em kiếm được một ngàn bảng tiếp theo.’</w:t>
      </w:r>
    </w:p>
    <w:p>
      <w:pPr>
        <w:spacing w:after="80"/>
      </w:pPr>
      <w:r>
        <w:rPr>
          <w:b w:val="0"/>
          <w:i w:val="0"/>
        </w:rPr>
        <w:t>‘Điều gì?’</w:t>
      </w:r>
    </w:p>
    <w:p>
      <w:pPr>
        <w:spacing w:after="80"/>
      </w:pPr>
      <w:r>
        <w:rPr>
          <w:b w:val="0"/>
          <w:i w:val="0"/>
        </w:rPr>
        <w:t>‘Em có lấy anh không?’</w:t>
      </w:r>
    </w:p>
    <w:p>
      <w:pPr>
        <w:spacing w:after="80"/>
        <w:jc w:val="center"/>
      </w:pPr>
      <w:r>
        <w:rPr>
          <w:b w:val="0"/>
          <w:i w:val="0"/>
        </w:rPr>
        <w:t>• • •</w:t>
      </w:r>
    </w:p>
    <w:p>
      <w:pPr>
        <w:spacing w:after="80"/>
      </w:pPr>
      <w:r>
        <w:rPr>
          <w:b w:val="0"/>
          <w:i w:val="0"/>
        </w:rPr>
        <w:t>‘Vậy The Hawk nói gì về cuộc trao đổi nhỏ của tôi với Christina?’</w:t>
      </w:r>
    </w:p>
    <w:p>
      <w:pPr>
        <w:spacing w:after="80"/>
      </w:pPr>
      <w:r>
        <w:rPr>
          <w:b w:val="0"/>
          <w:i w:val="0"/>
        </w:rPr>
        <w:t>‘Ông ấy hẳn đã vô cùng biết ơn vì đóng góp của cô với tư cách “cảnh sát đặc biệt”. Giờ chúng ta chỉ có thể hy vọng rằng cô ấy sẽ tiết lộ cái câu nói lỡ miệng “tối mật” của cô cho Booth Watson. Nếu cô ấy làm vậy, tôi có cảm giác Faulkner sẽ không cưỡng nổi việc thực hiện một chuyến đi đến Scotland để tận mắt ngắm bức Caravaggio.’</w:t>
      </w:r>
    </w:p>
    <w:p>
      <w:pPr>
        <w:spacing w:after="80"/>
      </w:pPr>
      <w:r>
        <w:rPr>
          <w:b w:val="0"/>
          <w:i w:val="0"/>
        </w:rPr>
        <w:t>‘Điều đó cũng sẽ chứng minh Christina thực sự đứng về phía nào,’ Beth nói.</w:t>
      </w:r>
    </w:p>
    <w:p>
      <w:pPr>
        <w:spacing w:after="80"/>
      </w:pPr>
      <w:r>
        <w:rPr>
          <w:b w:val="0"/>
          <w:i w:val="0"/>
        </w:rPr>
        <w:t>‘Tôi không chắc ngay cả cô ấy cũng biết mình thực sự đứng về phía nào.’</w:t>
      </w:r>
    </w:p>
    <w:p>
      <w:pPr>
        <w:spacing w:after="80"/>
      </w:pPr>
      <w:r>
        <w:rPr>
          <w:b w:val="0"/>
          <w:i w:val="0"/>
        </w:rPr>
        <w:t>‘Nhưng nếu cô ấy cho phòng tranh mượn bức Frans Hals …’</w:t>
      </w:r>
    </w:p>
    <w:p>
      <w:pPr>
        <w:spacing w:after="80"/>
      </w:pPr>
      <w:r>
        <w:rPr>
          <w:b w:val="0"/>
          <w:i w:val="0"/>
        </w:rPr>
        <w:t>‘Nếu Faulkner đồng ý với điều đó, cô nên cố thuyết phục Christina rằng giờ cô đã tin tưởng cô ấy, và tin vào từng lời cô ấy nói.’</w:t>
      </w:r>
    </w:p>
    <w:p>
      <w:pPr>
        <w:spacing w:after="80"/>
      </w:pPr>
      <w:r>
        <w:rPr>
          <w:b w:val="0"/>
          <w:i w:val="0"/>
        </w:rPr>
        <w:t>‘Ngay cả cô ấy cũng không tin vào từng lời mình nói,’ Beth đáp.</w:t>
      </w:r>
    </w:p>
    <w:p>
      <w:pPr>
        <w:spacing w:after="80"/>
      </w:pPr>
      <w:r>
        <w:rPr>
          <w:b w:val="0"/>
          <w:i w:val="0"/>
        </w:rPr>
        <w:t>‘Cô học nhanh đấy,’ William nói, ‘và tôi khá chắc cô ấy sẽ kể cho Booth Watson nghe về bức Caravaggio. Điều đó sẽ thuyết phục họ rằng cô ấy vẫn đứng về phía họ.’</w:t>
      </w:r>
    </w:p>
    <w:p>
      <w:pPr>
        <w:spacing w:after="80"/>
      </w:pPr>
      <w:r>
        <w:rPr>
          <w:b w:val="0"/>
          <w:i w:val="0"/>
        </w:rPr>
        <w:t>‘Tôi không đủ mưu mẹo để theo kịp cái logic đó.’</w:t>
      </w:r>
    </w:p>
    <w:p>
      <w:pPr>
        <w:spacing w:after="80"/>
      </w:pPr>
      <w:r>
        <w:rPr>
          <w:b w:val="0"/>
          <w:i w:val="0"/>
        </w:rPr>
        <w:t>‘Nếu Faulkner thực sự đến Scotland và cố mua bức Caravaggio, tôi sẽ chờ sẵn ông ta, và ông ta sẽ lại vào tù với một bản án rất dài. Điều đó sẽ cho Christina dư thời gian để nắm lấy nửa còn lại trong bộ sưu tập nghệ thuật của ông ta. Mà công bằng mà nói, theo thỏa thuận ly hôn thì đó là tài sản hợp pháp của cô ấy.’</w:t>
      </w:r>
    </w:p>
    <w:p>
      <w:pPr>
        <w:spacing w:after="80"/>
      </w:pPr>
      <w:r>
        <w:rPr>
          <w:b w:val="0"/>
          <w:i w:val="0"/>
        </w:rPr>
        <w:t>‘Tôi không chắc ai trong hai người mới là kẻ xảo quyệt hơn,’ Beth nói.</w:t>
      </w:r>
    </w:p>
    <w:p>
      <w:pPr>
        <w:spacing w:after="80"/>
      </w:pPr>
      <w:r>
        <w:rPr>
          <w:b w:val="0"/>
          <w:i w:val="0"/>
        </w:rPr>
        <w:t>‘Tôi chỉ nghĩ như một tên tội phạm thôi,’ William nói, khi cả hai thong thả bước vào bếp.</w:t>
      </w:r>
    </w:p>
    <w:p>
      <w:pPr>
        <w:spacing w:after="80"/>
      </w:pPr>
      <w:r>
        <w:rPr>
          <w:b w:val="0"/>
          <w:i w:val="0"/>
        </w:rPr>
        <w:t>‘Vậy tối nay ai nấu ăn đây?’</w:t>
      </w:r>
    </w:p>
    <w:p>
      <w:pPr>
        <w:spacing w:after="80"/>
      </w:pPr>
      <w:r>
        <w:rPr>
          <w:b w:val="0"/>
          <w:i w:val="0"/>
        </w:rPr>
        <w:t>‘Đến lượt tôi.’</w:t>
      </w:r>
    </w:p>
    <w:p>
      <w:pPr>
        <w:spacing w:after="80"/>
      </w:pPr>
      <w:r>
        <w:rPr>
          <w:b w:val="0"/>
          <w:i w:val="0"/>
        </w:rPr>
        <w:t>‘“Đến lượt tôi” nghe cứ như thể chia đều công việc lắm, mà cô chỉ có đúng hai món trong bộ sưu tập của mình – spaghetti Bolognese hoặc spaghetti pomodoro.’</w:t>
      </w:r>
    </w:p>
    <w:p>
      <w:pPr>
        <w:spacing w:after="80"/>
      </w:pPr>
      <w:r>
        <w:rPr>
          <w:b w:val="0"/>
          <w:i w:val="0"/>
        </w:rPr>
        <w:t>‘Al dente hay nấu quá chín đây, thưa bà?’ William nói, kéo lùi một chiếc ghế trong bếp.</w:t>
      </w:r>
    </w:p>
    <w:p>
      <w:pPr>
        <w:spacing w:after="80"/>
      </w:pPr>
      <w:r>
        <w:rPr>
          <w:b w:val="0"/>
          <w:i w:val="0"/>
        </w:rPr>
        <w:t>‘Cô có biết phân biệt đâu,’ Beth lẩm bẩm khi ngồi xuống.</w:t>
      </w:r>
    </w:p>
    <w:p>
      <w:pPr>
        <w:spacing w:after="80"/>
        <w:jc w:val="center"/>
      </w:pPr>
      <w:r>
        <w:rPr>
          <w:b w:val="0"/>
          <w:i w:val="0"/>
        </w:rPr>
        <w:t>• • •</w:t>
      </w:r>
    </w:p>
    <w:p>
      <w:pPr>
        <w:spacing w:after="80"/>
      </w:pPr>
      <w:r>
        <w:rPr>
          <w:b w:val="0"/>
          <w:i w:val="0"/>
        </w:rPr>
        <w:t>“Anh bảo cần gặp tôi gấp mà,” Booth Watson nói khi Lamont bước vào phòng. “Tôi đoán thế nghĩa là anh có gì đó đáng để báo cáo.”</w:t>
      </w:r>
    </w:p>
    <w:p>
      <w:pPr>
        <w:spacing w:after="80"/>
      </w:pPr>
      <w:r>
        <w:rPr>
          <w:b w:val="0"/>
          <w:i w:val="0"/>
        </w:rPr>
        <w:t>Booth Watson chưa bao giờ để “cố vấn đặc biệt” của mình phải nghi ngờ về cảm giác của ông ta dành cho anh ta, nhưng mà cảm giác đó cũng là song phương.</w:t>
      </w:r>
    </w:p>
    <w:p>
      <w:pPr>
        <w:spacing w:after="80"/>
      </w:pPr>
      <w:r>
        <w:rPr>
          <w:b w:val="0"/>
          <w:i w:val="0"/>
        </w:rPr>
        <w:t>“DS Roycroft đã tìm ra vài thông tin thú vị về việc Warwick và đội mới của anh ta đang làm gì.” Booth Watson gật đầu. “Hiện họ đang xử lý năm vụ án mạng đều đã đưa ra tòa nhưng, vì lý do này hay lý do khác, không dẫn đến kết tội. Anh xuất hiện với tư cách luật sư bào chữa trong bốn vụ trong số đó. Tôi đã viết báo cáo đầy đủ về từng vụ và mức độ tiến triển trong điều tra của họ.” Anh ta mở túi Sainsbury’s và lôi ra năm tập hồ sơ, mà Booth Watson phớt lờ. “Gần đây tôi cũng tình cờ biết thêm một thông tin mà tôi nghĩ anh sẽ muốn biết.”</w:t>
      </w:r>
    </w:p>
    <w:p>
      <w:pPr>
        <w:spacing w:after="80"/>
      </w:pPr>
      <w:r>
        <w:rPr>
          <w:b w:val="0"/>
          <w:i w:val="0"/>
        </w:rPr>
        <w:t>Booth Watson ngồi ngả người ra sau. Ông ta chỉ có thể tự hỏi Lamont có thể nói gì với mình mà mình chưa biết.</w:t>
      </w:r>
    </w:p>
    <w:p>
      <w:pPr>
        <w:spacing w:after="80"/>
      </w:pPr>
      <w:r>
        <w:rPr>
          <w:b w:val="0"/>
          <w:i w:val="0"/>
        </w:rPr>
        <w:t>“DI Ross Hogan có một cô bạn gái mới, rõ ràng là không thiếu tiền. Cô ta sống trong một căn hộ mews ở Chelsea, và mua sắm trên phố Sloane.”</w:t>
      </w:r>
    </w:p>
    <w:p>
      <w:pPr>
        <w:spacing w:after="80"/>
      </w:pPr>
      <w:r>
        <w:rPr>
          <w:b w:val="0"/>
          <w:i w:val="0"/>
        </w:rPr>
        <w:t>Booth Watson bắt đầu chú ý hơn, trong khi tỏ ra không quan tâm. “Cô ta tên gì?” ông ta hỏi, một cách tình cờ.</w:t>
      </w:r>
    </w:p>
    <w:p>
      <w:pPr>
        <w:spacing w:after="80"/>
      </w:pPr>
      <w:r>
        <w:rPr>
          <w:b w:val="0"/>
          <w:i w:val="0"/>
        </w:rPr>
        <w:t>“Josephine Colbert. Cô ta là người Pháp, khoảng giữa ba mươi tuổi, mới ly hôn, nhưng giờ đang sống ở London.”</w:t>
      </w:r>
    </w:p>
    <w:p>
      <w:pPr>
        <w:spacing w:after="80"/>
      </w:pPr>
      <w:r>
        <w:rPr>
          <w:b w:val="0"/>
          <w:i w:val="0"/>
        </w:rPr>
        <w:t>“Có biết tiền của cô ta từ đâu không?”</w:t>
      </w:r>
    </w:p>
    <w:p>
      <w:pPr>
        <w:spacing w:after="80"/>
      </w:pPr>
      <w:r>
        <w:rPr>
          <w:b w:val="0"/>
          <w:i w:val="0"/>
        </w:rPr>
        <w:t>“Chắc chắn không phải từ Hogan. Cô ta hẳn đã nhận được một khoản ly hôn hậu hĩnh để sống theo kiểu đó.”</w:t>
      </w:r>
    </w:p>
    <w:p>
      <w:pPr>
        <w:spacing w:after="80"/>
      </w:pPr>
      <w:r>
        <w:rPr>
          <w:b w:val="0"/>
          <w:i w:val="0"/>
        </w:rPr>
        <w:t>“Thú vị đấy,” Booth Watson nói, khi Lamont đưa cho ông ta một tập hồ sơ khác. Lần này ông ta mở ra và nghiên cứu nội dung trong vài phút. Ông ta nhẹ nhõm khi thấy Lamont chưa phát hiện ra nghề nghiệp của cô Colbert, hay lý do thật sự khiến cô ta bắt đầu mối quan hệ với Ross Hogan.</w:t>
      </w:r>
    </w:p>
    <w:p>
      <w:pPr>
        <w:spacing w:after="80"/>
      </w:pPr>
      <w:r>
        <w:rPr>
          <w:b w:val="0"/>
          <w:i w:val="0"/>
        </w:rPr>
        <w:t>“Hữu ích đấy,” ông ta thừa nhận, trước khi mở ngăn kéo trên cùng của bàn và lôi ra một phong bì dày. “Cái này cũng bao gồm khoản thanh toán hàng tuần một trăm bảng của DS Roycroft,” Booth Watson nói đầy ẩn ý khi đẩy gói qua bàn.</w:t>
      </w:r>
    </w:p>
    <w:p>
      <w:pPr>
        <w:spacing w:after="80"/>
      </w:pPr>
      <w:r>
        <w:rPr>
          <w:b w:val="0"/>
          <w:i w:val="0"/>
        </w:rPr>
        <w:t>“Tất nhiên rồi,” Lamont nói, người mà chỉ luôn đưa cho Jackie năm mươi bảng mỗi khi họ gặp nhau, mà không phải tuần nào cũng gặp.</w:t>
      </w:r>
    </w:p>
    <w:p>
      <w:pPr>
        <w:spacing w:after="80"/>
      </w:pPr>
      <w:r>
        <w:rPr>
          <w:b w:val="0"/>
          <w:i w:val="0"/>
        </w:rPr>
        <w:t>“Còn gì nữa không?” Booth Watson hỏi để ra hiệu cuộc gặp đã kết thúc.</w:t>
      </w:r>
    </w:p>
    <w:p>
      <w:pPr>
        <w:spacing w:after="80"/>
      </w:pPr>
      <w:r>
        <w:rPr>
          <w:b w:val="0"/>
          <w:i w:val="0"/>
        </w:rPr>
        <w:t>“Không, thưa ngài.” Lamont nói, đã quyết định không kể cho Booth Watson về chiếc nhẫn đính hôn. Cái đó sẽ đáng giá thêm một phong bì nâu nữa trong vài tuần tới. Anh ta đứng dậy khỏi chỗ ngồi, nhưng không bắt tay trước khi rời phòng và khẽ đóng cửa lại sau lưng.</w:t>
      </w:r>
    </w:p>
    <w:p>
      <w:pPr>
        <w:spacing w:after="80"/>
      </w:pPr>
      <w:r>
        <w:rPr>
          <w:b w:val="0"/>
          <w:i w:val="0"/>
        </w:rPr>
        <w:t>Booth Watson thong thả nghiên cứu năm tập hồ sơ mà đội của Warwick đã biên soạn riêng cho ông ta. Ông ta sẽ phải liên lạc với từng khách hàng cũ để cảnh báo họ rằng các vụ án của họ đã được mở lại, việc này sẽ cần vài buổi tư vấn, sau đó ông ta sẽ khuyên họ không làm gì cả.</w:t>
      </w:r>
    </w:p>
    <w:p>
      <w:pPr>
        <w:spacing w:after="80"/>
      </w:pPr>
      <w:r>
        <w:rPr>
          <w:b w:val="0"/>
          <w:i w:val="0"/>
        </w:rPr>
        <w:t>Sau đó ông quay lại hồ sơ Josephine Colbert và đọc lần thứ hai. Đầu tuần ông đã có một cuộc gặp rất hiệu quả với cô Colbert, cuộc gặp ấy có lẽ vừa tạo ra bước đột phá mà ông hằng chờ đợi. Thanh tra Ross Hogan, đúng như Lamont đã gợi ý trong báo cáo của mình, rõ ràng là say đắm cô ta và, Booth Watson nghĩ, mong sao anh ta cứ say đắm mãi như thế. Cô ta cũng đã xác nhận năm vụ án mạng mà Warwick đang điều tra và đặc biệt là hai vụ được giao cho Hogan. Quan trọng hơn, cô ta xác nhận rằng Hogan chưa một lần nhắc đến tên Miles Faulkner với cô, điều mà ông coi là một món hời thêm. Không có tin tức gì là tin tốt, ông sẽ trấn an Miles như vậy vào lần tới thăm nơi ẩn náu bí mật của Franco.</w:t>
      </w:r>
    </w:p>
    <w:p>
      <w:pPr>
        <w:spacing w:after="80"/>
      </w:pPr>
      <w:r>
        <w:rPr>
          <w:b w:val="0"/>
          <w:i w:val="0"/>
        </w:rPr>
        <w:t>Tuy nhiên, chiến thắng của tuần này là cuộc gặp hàng tháng với Christina Faulkner, khi cô ta kể cho ông nghe rằng bảo tàng Fitzmolean đã được một Ngài McLaren liên hệ, người vừa mới thừa kế không chỉ tước vị mà còn cả khoản thuế thừa kế đi kèm. Kết quả là ông ta không còn lựa chọn nào khác ngoài việc bán bức Caravaggio quý giá của mình, mà ông ta hy vọng sẽ thu về ít nhất hai mươi triệu. Booth Watson sẽ cần nói chuyện với một trong những 'cố vấn đặc biệt' khác của mình, người làm việc ở cơ quan thuế.</w:t>
      </w:r>
    </w:p>
    <w:p>
      <w:pPr>
        <w:spacing w:after="80"/>
      </w:pPr>
      <w:r>
        <w:rPr>
          <w:b w:val="0"/>
          <w:i w:val="0"/>
        </w:rPr>
        <w:t>Đây có thể là một cơ hội vàng để hưởng phần trăm từ cả hai phía, miễn là ông thuyết phục được Miles cho phép ông đóng vai trò trung gian. Ông sẽ đảm bảo khách hàng của mình hiểu rõ việc đến Scotland để xem bức tranh sẽ ngớ ngẩn đến mức nào, dù cám dỗ có lớn đến đâu.</w:t>
      </w:r>
    </w:p>
    <w:p>
      <w:pPr>
        <w:spacing w:after="80"/>
      </w:pPr>
      <w:r>
        <w:rPr>
          <w:b w:val="0"/>
          <w:i w:val="0"/>
        </w:rPr>
        <w:t>Booth Watson đang mong chờ chuyến đi tiếp theo tới Barcelona; có quá nhiều thứ để báo cáo, những thứ sẽ một lần nữa khiến ông trông thật không thể thiếu.</w:t>
      </w:r>
    </w:p>
    <w:p>
      <w:pPr>
        <w:spacing w:after="80"/>
      </w:pPr>
      <w:r>
        <w:rPr>
          <w:b w:val="0"/>
          <w:i w:val="0"/>
        </w:rPr>
        <w:t>Ông khóa hồ sơ đã cập nhật vào tủ Miles Faulkner của mình, chiếc tủ mà ngay cả thư ký của ông cũng không có chìa khóa.</w:t>
      </w:r>
    </w:p>
    <w:p>
      <w:pPr>
        <w:pStyle w:val="Heading2"/>
      </w:pPr>
      <w:r>
        <w:rPr>
          <w:rFonts w:ascii="Calibri" w:hAnsi="Calibri"/>
          <w:b/>
          <w:i w:val="0"/>
          <w:sz w:val="32"/>
        </w:rPr>
        <w:t>CHƯƠNG 14</w:t>
      </w:r>
    </w:p>
    <w:p>
      <w:pPr>
        <w:spacing w:after="80"/>
      </w:pPr>
      <w:r>
        <w:rPr>
          <w:b w:val="0"/>
          <w:i w:val="0"/>
        </w:rPr>
        <w:t>'ĐƯỢC RỒI, AI SẼ MỞ MÀN ĐÂY?' viên chỉ huy hỏi. Một cánh tay giơ lên, và The Hawk gật đầu.</w:t>
      </w:r>
    </w:p>
    <w:p>
      <w:pPr>
        <w:spacing w:after="80"/>
      </w:pPr>
      <w:r>
        <w:rPr>
          <w:b w:val="0"/>
          <w:i w:val="0"/>
        </w:rPr>
        <w:t>'Tối thứ Sáu tôi có một cuộc gặp nữa với Lamont,' Jackie nói.</w:t>
      </w:r>
    </w:p>
    <w:p>
      <w:pPr>
        <w:spacing w:after="80"/>
      </w:pPr>
      <w:r>
        <w:rPr>
          <w:b w:val="0"/>
          <w:i w:val="0"/>
        </w:rPr>
        <w:t>'Ở đâu?' William hỏi.</w:t>
      </w:r>
    </w:p>
    <w:p>
      <w:pPr>
        <w:spacing w:after="80"/>
      </w:pPr>
      <w:r>
        <w:rPr>
          <w:b w:val="0"/>
          <w:i w:val="0"/>
        </w:rPr>
        <w:t>'Một quán rượu nhỏ sau ga King's Cross mà cả cảnh sát lẫn bất kỳ tên tội phạm nào biết tự trọng đều không buồn lui tới.'</w:t>
      </w:r>
    </w:p>
    <w:p>
      <w:pPr>
        <w:spacing w:after="80"/>
      </w:pPr>
      <w:r>
        <w:rPr>
          <w:b w:val="0"/>
          <w:i w:val="0"/>
        </w:rPr>
        <w:t>'Cô có nghĩ hắn nghi ngờ cô đứng về phía nào không?'</w:t>
      </w:r>
    </w:p>
    <w:p>
      <w:pPr>
        <w:spacing w:after="80"/>
      </w:pPr>
      <w:r>
        <w:rPr>
          <w:b w:val="0"/>
          <w:i w:val="0"/>
        </w:rPr>
        <w:t>'Tôi không nghĩ thế. Cuối cùng tôi say mèm và hắn phải lái xe đưa tôi về nhà.'</w:t>
      </w:r>
    </w:p>
    <w:p>
      <w:pPr>
        <w:spacing w:after="80"/>
      </w:pPr>
      <w:r>
        <w:rPr>
          <w:b w:val="0"/>
          <w:i w:val="0"/>
        </w:rPr>
        <w:t>Cả nhóm còn lại bật cười.</w:t>
      </w:r>
    </w:p>
    <w:p>
      <w:pPr>
        <w:spacing w:after="80"/>
      </w:pPr>
      <w:r>
        <w:rPr>
          <w:b w:val="0"/>
          <w:i w:val="0"/>
        </w:rPr>
        <w:t>'Ấy thế mà,' cô nói tiếp, 'tôi đã lén đổ phần lớn hai ly gin đôi của mình vào chậu hoa sau lưng. Tôi chỉ ngạc nhiên là cái cây tội nghiệp ấy sống sót qua buổi tối đó.'</w:t>
      </w:r>
    </w:p>
    <w:p>
      <w:pPr>
        <w:spacing w:after="80"/>
      </w:pPr>
      <w:r>
        <w:rPr>
          <w:b w:val="0"/>
          <w:i w:val="0"/>
        </w:rPr>
        <w:t>'Và đến lúc đó,' William nói, 'tôi cho rằng cô đã khéo léo để lộ chuyện chúng ta đang làm.'</w:t>
      </w:r>
    </w:p>
    <w:p>
      <w:pPr>
        <w:spacing w:after="80"/>
      </w:pPr>
      <w:r>
        <w:rPr>
          <w:b w:val="0"/>
          <w:i w:val="0"/>
        </w:rPr>
        <w:t>'Không hơn những gì anh muốn hắn biết. Tôi kể cho hắn nghe về năm vụ án cũ chúng ta đang điều tra, nhưng chừa đủ khoảng trống để hắn tự lấp vào trước khi làm báo cáo tiếp theo cho Booth Watson.'</w:t>
      </w:r>
    </w:p>
    <w:p>
      <w:pPr>
        <w:spacing w:after="80"/>
      </w:pPr>
      <w:r>
        <w:rPr>
          <w:b w:val="0"/>
          <w:i w:val="0"/>
        </w:rPr>
        <w:t>‘Rồi đến lượt ông ta sẽ chuyển thông tin cho những vị khách hàng quý tộc cũ của mình, khiến họ phải suy nghĩ trong lúc vẫn phải móc hầu bao đậm cho dịch vụ của ông ta,’ William nói.</w:t>
      </w:r>
    </w:p>
    <w:p>
      <w:pPr>
        <w:spacing w:after="80"/>
      </w:pPr>
      <w:r>
        <w:rPr>
          <w:b w:val="0"/>
          <w:i w:val="0"/>
        </w:rPr>
        <w:t>‘Đừng đánh giá thấp Lamont,’ The Hawk xen vào. ‘Nếu ông ta chỉ một thoáng nghĩ rằng anh đang gài bẫy ông ta, ông ta không chỉ báo lại cho Booth Watson mà còn biến nó thành lợi thế cho mình. Ai tiếp theo đây?’</w:t>
      </w:r>
    </w:p>
    <w:p>
      <w:pPr>
        <w:spacing w:after="80"/>
      </w:pPr>
      <w:r>
        <w:rPr>
          <w:b w:val="0"/>
          <w:i w:val="0"/>
        </w:rPr>
        <w:t>‘Tôi đã bắt đầu điều tra sâu về cả hai gia đình Roach và Abbott,’ Ross nói, ‘và hóa ra chúng đúng là một lũ tội phạm đáng gờm. Mỗi thành viên trong gia đình đều có vai trò riêng trong tổ chức. Terry Roach và Ron Abbott chịu trách nhiệm thủ tiêu bất kỳ ai cản đường chúng. Nếu Abbott bị kết tội giết người, hắn có thể xin thẩm phán xem xét thêm ít nhất năm vụ án khác. Hắn đơn giản là một sát thủ chuyên nghiệp, và vì gia đình hắn quá đáng sợ ở khu East End, nên chẳng nhân chứng nào dám đứng ra làm chứng khi họ nghĩ rằng mình có thể là kẻ tiếp theo trong danh sách.’</w:t>
      </w:r>
    </w:p>
    <w:p>
      <w:pPr>
        <w:spacing w:after="80"/>
      </w:pPr>
      <w:r>
        <w:rPr>
          <w:b w:val="0"/>
          <w:i w:val="0"/>
        </w:rPr>
        <w:t>‘Tệ đến thế sao?’ William nói.</w:t>
      </w:r>
    </w:p>
    <w:p>
      <w:pPr>
        <w:spacing w:after="80"/>
      </w:pPr>
      <w:r>
        <w:rPr>
          <w:b w:val="0"/>
          <w:i w:val="0"/>
        </w:rPr>
        <w:t>‘Roach còn tệ hơn nữa,’ Ross tiếp tục. ‘Abbott giết nạn nhân bằng một phát đạn duy nhất từ khẩu súng trường tầm xa. Nhưng vũ khí ưa thích của Roach là một con dao bếp có răng cưa. Hắn được biết đến với biệt danh “đồ tể”, và cho rằng cái chết bằng ngàn nhát cắt vẫn là quá nhẹ nhàng với nạn nhân. Đó là dấu ấn đặc trưng của hắn, phòng khi có ai khác định chống lại gia đình Roach. Hắn đã ra vào tù nhiều lần, nhưng nhờ Booth Watson, bản án dài nhất hắn từng thụ án chỉ là hai năm vì tội gây thương tích nghiêm trọng (GBH). Vậy nên, chừng nào chúng ta chưa có ngân sách đủ để cắt cử cả chục sĩ quan được huấn luyện bài bản theo dõi hắn suốt ngày đêm, hắn sẽ vẫn tiếp tục thoát tội. Tôi có một hai ý tưởng đang ấp ủ, nhưng còn quá sớm để chia sẻ với anh.’</w:t>
      </w:r>
    </w:p>
    <w:p>
      <w:pPr>
        <w:spacing w:after="80"/>
      </w:pPr>
      <w:r>
        <w:rPr>
          <w:b w:val="0"/>
          <w:i w:val="0"/>
        </w:rPr>
        <w:t>‘Hiểu rồi,’ William nói. ‘Nhưng nếu anh tóm được dù chỉ một tên trong số chúng, Ross, thì đó sẽ là một chiến công hiển hách của anh.’</w:t>
      </w:r>
    </w:p>
    <w:p>
      <w:pPr>
        <w:spacing w:after="80"/>
      </w:pPr>
      <w:r>
        <w:rPr>
          <w:b w:val="0"/>
          <w:i w:val="0"/>
        </w:rPr>
        <w:t>‘Anh có biết câu nói đó bắt nguồn từ đâu không?’ Paul ngắt lời.</w:t>
      </w:r>
    </w:p>
    <w:p>
      <w:pPr>
        <w:spacing w:after="80"/>
      </w:pPr>
      <w:r>
        <w:rPr>
          <w:b w:val="0"/>
          <w:i w:val="0"/>
        </w:rPr>
        <w:t>‘Có, tôi biết,’ William nói. ‘Nhưng đây không phải lúc bàn về một phong tục cổ của người Anh, rằng khi một chiến binh giết được kẻ thù trên chiến trận, anh ta được phép cài một chiếc lông vũ lên mũ, về sau phong tục này được thay thế bằng việc trao huân chương. Chẳng có phần thưởng nào cho những cái mắt cá chân bị bong gân đâu, Trung sĩ Adaja, nên tôi có thể đề nghị anh tiếp tục báo cáo của mình được không?’</w:t>
      </w:r>
    </w:p>
    <w:p>
      <w:pPr>
        <w:spacing w:after="80"/>
      </w:pPr>
      <w:r>
        <w:rPr>
          <w:b w:val="0"/>
          <w:i w:val="0"/>
        </w:rPr>
        <w:t>‘Tên cho vay nặng lãi của tôi, Max Sleeman,’ Paul nói, giọng có vẻ đã biết điều hơn, ‘vẫn đang cho những người cùng đường vay những khoản tiền lớn và dùng đến biện pháp bạo lực nếu họ trả chậm. Như anh biết đấy, ba khách hàng của hắn đã biến mất khỏi cõi đời này sau khi không trả nổi nợ, mà sau đó hắn đã đòi lại từ tài sản thừa kế của họ. Một lời nhắc nhở đau đớn khác cho những khách hàng còn lại về điều gì sẽ xảy ra nếu họ không tôn trọng những hợp đồng miệng của hắn. Nhưng tôi nghĩ mình có thể đã nghĩ ra cách không chỉ đưa Sleeman vào tù mà còn khiến hắn phá sản cùng lúc. Người ta gọi đó là giải pháp Capone.’</w:t>
      </w:r>
    </w:p>
    <w:p>
      <w:pPr>
        <w:spacing w:after="80"/>
      </w:pPr>
      <w:r>
        <w:rPr>
          <w:b w:val="0"/>
          <w:i w:val="0"/>
        </w:rPr>
        <w:t>‘Trốn thuế?’ William nói.</w:t>
      </w:r>
    </w:p>
    <w:p>
      <w:pPr>
        <w:spacing w:after="80"/>
      </w:pPr>
      <w:r>
        <w:rPr>
          <w:b w:val="0"/>
          <w:i w:val="0"/>
        </w:rPr>
        <w:t>‘Tôi nghĩ mình có thể chứng minh hắn đã trốn tránh nộp thuế suốt nhiều năm. Một vụ án gần đây tại tòa án tối cao dẫn đến bản án sáu năm tù, nhưng quan trọng hơn nữa, theo Đạo luật chống trốn thuế năm 1986, thẩm phán có thể tuyên phạt mức tiền phạt lên tới năm lần số tiền mà cơ quan thuế lẽ ra phải thu được. Vậy nên Sleeman không chỉ vào tù mà còn trắng tay, vì tòa có thể tước sạch toàn bộ tài sản của hắn. Một hình phạt tương xứng với tội ác, anh thấy đúng không?’ Paul nói, vẻ mặt khá hài lòng với bản thân.</w:t>
      </w:r>
    </w:p>
    <w:p>
      <w:pPr>
        <w:spacing w:after="80"/>
      </w:pPr>
      <w:r>
        <w:rPr>
          <w:b w:val="0"/>
          <w:i w:val="0"/>
        </w:rPr>
        <w:t>‘Có thể,’ viên chỉ huy nói, ‘nhưng tôi vẫn thích hắn bị kết án chung thân vì ba vụ giết người mà hắn gây ra hơn. Nếu điều đó tỏ ra không thực tế, có lẽ chúng ta phải tính đến phương án thuế. Nhưng để tôi cảnh báo anh, Paul, phương án đó có những vấn đề riêng của nó. Các phiên tòa về thuế có thể kéo dài hàng tháng trời, và bồi thẩm đoàn không bao giờ hiểu hết các chi tiết, trong khi một luật sư tầm cỡ có thể xoay chuyển cả một nhân chứng chuyên môn. Nên hãy coi chừng, anh sẽ có nhiều việc phải làm đấy, nhất là vì chính anh sẽ phải đứng trong bục nhân chứng để đưa ra bằng chứng suốt nhiều ngày liền.’</w:t>
      </w:r>
    </w:p>
    <w:p>
      <w:pPr>
        <w:spacing w:after="80"/>
      </w:pPr>
      <w:r>
        <w:rPr>
          <w:b w:val="0"/>
          <w:i w:val="0"/>
        </w:rPr>
        <w:t>Paul không còn vẻ mặt hài lòng với bản thân như trước nữa.</w:t>
      </w:r>
    </w:p>
    <w:p>
      <w:pPr>
        <w:spacing w:after="80"/>
      </w:pPr>
      <w:r>
        <w:rPr>
          <w:b w:val="0"/>
          <w:i w:val="0"/>
        </w:rPr>
        <w:t>‘Jackie, cô đã làm gì trong lúc không đi nhậu với cựu Tổng thanh tra của chúng ta thế?’</w:t>
      </w:r>
    </w:p>
    <w:p>
      <w:pPr>
        <w:spacing w:after="80"/>
      </w:pPr>
      <w:r>
        <w:rPr>
          <w:b w:val="0"/>
          <w:i w:val="0"/>
        </w:rPr>
        <w:t>‘Tôi vẫn đang tiếp tục điều tra Clive Pugh, kẻ lừa đảo bảo hiểm đã giết vợ mình. Tôi nghi ngờ hắn đang âm mưu trở thành góa phụ lần thứ hai.’</w:t>
      </w:r>
    </w:p>
    <w:p>
      <w:pPr>
        <w:spacing w:after="80"/>
      </w:pPr>
      <w:r>
        <w:rPr>
          <w:b w:val="0"/>
          <w:i w:val="0"/>
        </w:rPr>
        <w:t>‘Nhưng chắc chắn chẳng công ty bảo hiểm nào dám đến gần hắn nữa,’ Paul nói, ‘sau khi hắn đã lừa một công ty một phần tư triệu bảng.’</w:t>
      </w:r>
    </w:p>
    <w:p>
      <w:pPr>
        <w:spacing w:after="80"/>
      </w:pPr>
      <w:r>
        <w:rPr>
          <w:b w:val="0"/>
          <w:i w:val="0"/>
        </w:rPr>
        <w:t>‘Lần này anh ta sẽ không bận tâm đến mấy công ty bảo hiểm đâu,’ Jackie nói. ‘Mục tiêu của anh ta là một phần thưởng lớn hơn nhiều so với một phần tư triệu.’</w:t>
      </w:r>
    </w:p>
    <w:p>
      <w:pPr>
        <w:spacing w:after="80"/>
      </w:pPr>
      <w:r>
        <w:rPr>
          <w:b w:val="0"/>
          <w:i w:val="0"/>
        </w:rPr>
        <w:t>‘Vậy chiêu lừa mới của anh ta là gì?’ William hỏi.</w:t>
      </w:r>
    </w:p>
    <w:p>
      <w:pPr>
        <w:spacing w:after="80"/>
      </w:pPr>
      <w:r>
        <w:rPr>
          <w:b w:val="0"/>
          <w:i w:val="0"/>
        </w:rPr>
        <w:t>‘Anh ta đang cặp kè với một người phụ nữ lớn tuổi, mà điểm hấp dẫn chính của bà ấy có vẻ là việc bà ấy được thừa kế một gia tài từ người cha quá cố.’</w:t>
      </w:r>
    </w:p>
    <w:p>
      <w:pPr>
        <w:spacing w:after="80"/>
      </w:pPr>
      <w:r>
        <w:rPr>
          <w:b w:val="0"/>
          <w:i w:val="0"/>
        </w:rPr>
        <w:t>‘Nhưng chắc chắn bà ấy phải nhận ra anh ta chỉ là một kẻ đào mỏ khác chứ?’ William nói.</w:t>
      </w:r>
    </w:p>
    <w:p>
      <w:pPr>
        <w:spacing w:after="80"/>
      </w:pPr>
      <w:r>
        <w:rPr>
          <w:b w:val="0"/>
          <w:i w:val="0"/>
        </w:rPr>
        <w:t>‘Pugh quá khôn ngoan để bị lộ như thế,’ Jackie nói. ‘Anh ta đang dùng số tiền kiếm được một cách bất chính vào những việc có ích. Họ ăn ở những nhà hàng sang trọng nhất, và khi đi nghỉ cùng nhau họ ở khách sạn năm sao, và anh ta luôn là người trả tiền. Tôi sẽ không ngạc nhiên nếu anh ta sớm cầu hôn bà ấy, vì chẳng bao lâu nữa tiền của anh ta sẽ cạn.’</w:t>
      </w:r>
    </w:p>
    <w:p>
      <w:pPr>
        <w:spacing w:after="80"/>
      </w:pPr>
      <w:r>
        <w:rPr>
          <w:b w:val="0"/>
          <w:i w:val="0"/>
        </w:rPr>
        <w:t>‘Điều gì khiến cô nghĩ anh ta sẽ giết bà ấy?’ The Hawk hỏi. ‘Tại sao anh ta lại không hài lòng với việc chỉ sống dựa vào bà ấy đến hết đời?’</w:t>
      </w:r>
    </w:p>
    <w:p>
      <w:pPr>
        <w:spacing w:after="80"/>
      </w:pPr>
      <w:r>
        <w:rPr>
          <w:b w:val="0"/>
          <w:i w:val="0"/>
        </w:rPr>
        <w:t>‘Bà ấy có thể hơn anh ta mười tuổi, thưa sếp, nhưng cha bà ấy sống đến một trăm lẻ một tuổi. Và, có lẽ quan trọng hơn, tình nhân của Pugh, người mà tôi tin chắc là đồng phạm trong vụ giết người đầu tiên, vẫn còn lảng vảng quanh đây. Nên đừng ngạc nhiên nếu một ngày nào đó sếp mở tờ báo buổi sáng ra và thấy “Nữ thừa kế giàu có gặp cái chết bi thảm”.'</w:t>
      </w:r>
    </w:p>
    <w:p>
      <w:pPr>
        <w:spacing w:after="80"/>
      </w:pPr>
      <w:r>
        <w:rPr>
          <w:b w:val="0"/>
          <w:i w:val="0"/>
        </w:rPr>
        <w:t>‘Chắc chắn anh ta không thể hy vọng thoát tội lần thứ hai chứ,’ Ross nói.</w:t>
      </w:r>
    </w:p>
    <w:p>
      <w:pPr>
        <w:spacing w:after="80"/>
      </w:pPr>
      <w:r>
        <w:rPr>
          <w:b w:val="0"/>
          <w:i w:val="0"/>
        </w:rPr>
        <w:t>‘Anh ta quá thông minh nên chắc chắn đã nghĩ ra cách lách qua chuyện đó.’ Một lần nữa, Jackie lại khiến mọi người chú ý. ‘Tôi đã phát hiện ra anh ta đã đặt trước kỳ nghỉ tiếp theo của họ, đến Nam Phi.’</w:t>
      </w:r>
    </w:p>
    <w:p>
      <w:pPr>
        <w:spacing w:after="80"/>
      </w:pPr>
      <w:r>
        <w:rPr>
          <w:b w:val="0"/>
          <w:i w:val="0"/>
        </w:rPr>
        <w:t>‘Nơi mà chỉ một trong mười vụ giết người bị kết án,’ William nói.</w:t>
      </w:r>
    </w:p>
    <w:p>
      <w:pPr>
        <w:spacing w:after="80"/>
      </w:pPr>
      <w:r>
        <w:rPr>
          <w:b w:val="0"/>
          <w:i w:val="0"/>
        </w:rPr>
        <w:t>‘Nhưng chúng ta luôn có thể xin lệnh dẫn độ theo mục chín của Đạo luật Tội phạm chống lại Con người năm 1861,’ Paul nói, khiến tất cả im lặng, trừ The Hawk.</w:t>
      </w:r>
    </w:p>
    <w:p>
      <w:pPr>
        <w:spacing w:after="80"/>
      </w:pPr>
      <w:r>
        <w:rPr>
          <w:b w:val="0"/>
          <w:i w:val="0"/>
        </w:rPr>
        <w:t>‘Đó không phải là đạo luật mà người Nam Phi quen thuộc cho lắm,’ ông nói. ‘Nhất là khi ngay cả các thẩm phán cũng có thể bị mua chuộc.’</w:t>
      </w:r>
    </w:p>
    <w:p>
      <w:pPr>
        <w:spacing w:after="80"/>
      </w:pPr>
      <w:r>
        <w:rPr>
          <w:b w:val="0"/>
          <w:i w:val="0"/>
        </w:rPr>
        <w:t>‘Có lẽ anh ta sẽ nghĩ lại, một khi Booth Watson báo cho anh ta biết chúng ta đã mở lại hồ sơ vụ giết vợ anh ta,’ Paul gợi ý.</w:t>
      </w:r>
    </w:p>
    <w:p>
      <w:pPr>
        <w:spacing w:after="80"/>
      </w:pPr>
      <w:r>
        <w:rPr>
          <w:b w:val="0"/>
          <w:i w:val="0"/>
        </w:rPr>
        <w:t>‘Tôi e là không,’ The Hawk nói. ‘Pugh là một con bạc. Anh ta sẽ cân nhắc số tiền mình có thể thu được so với khả năng bị bắt, và sẽ tự tin đặt cược vào việc cảnh sát Nam Phi không làm gì được mình.’</w:t>
      </w:r>
    </w:p>
    <w:p>
      <w:pPr>
        <w:spacing w:after="80"/>
      </w:pPr>
      <w:r>
        <w:rPr>
          <w:b w:val="0"/>
          <w:i w:val="0"/>
        </w:rPr>
        <w:t>‘Thật đáng tiếc là chúng ta không đủ tiền cử cô đến Cape vào dịp Giáng sinh, Jackie,’ William nói, ‘để cô có thể báo cáo cho chúng tôi biết anh ta đang làm gì trong cuộc họp tới.’</w:t>
      </w:r>
    </w:p>
    <w:p>
      <w:pPr>
        <w:spacing w:after="80"/>
      </w:pPr>
      <w:r>
        <w:rPr>
          <w:b w:val="0"/>
          <w:i w:val="0"/>
        </w:rPr>
        <w:t>‘DC Pankhurst đâu rồi?’ viên chỉ huy hỏi, đẩy hồ sơ của Jackie sang một bên. ‘Tôi đang mong được biết cô ấy xoay xở thế nào với gã bảo vệ hộp đêm của mình.’</w:t>
      </w:r>
    </w:p>
    <w:p>
      <w:pPr>
        <w:spacing w:after="80"/>
      </w:pPr>
      <w:r>
        <w:rPr>
          <w:b w:val="0"/>
          <w:i w:val="0"/>
        </w:rPr>
        <w:t>‘Cô ấy đang nghỉ phép, thưa sếp,’ William nói.</w:t>
      </w:r>
    </w:p>
    <w:p>
      <w:pPr>
        <w:spacing w:after="80"/>
      </w:pPr>
      <w:r>
        <w:rPr>
          <w:b w:val="0"/>
          <w:i w:val="0"/>
        </w:rPr>
        <w:t>‘Đi với anh chàng vệ sĩ hả?’ viên chỉ huy hỏi.</w:t>
      </w:r>
    </w:p>
    <w:p>
      <w:pPr>
        <w:spacing w:after="80"/>
      </w:pPr>
      <w:r>
        <w:rPr>
          <w:b w:val="0"/>
          <w:i w:val="0"/>
        </w:rPr>
        <w:t>‘Không, thưa sếp. Mà là với một Đại úy Archibald Harcourt-Byrne nào đó.’</w:t>
      </w:r>
    </w:p>
    <w:p>
      <w:pPr>
        <w:spacing w:after="80"/>
      </w:pPr>
      <w:r>
        <w:rPr>
          <w:b w:val="0"/>
          <w:i w:val="0"/>
        </w:rPr>
        <w:t>‘Anh ta là ai?’</w:t>
      </w:r>
    </w:p>
    <w:p>
      <w:pPr>
        <w:spacing w:after="80"/>
      </w:pPr>
      <w:r>
        <w:rPr>
          <w:b w:val="0"/>
          <w:i w:val="0"/>
        </w:rPr>
        <w:t>‘Anh ta là sĩ quan trong Đội Cận vệ Grenadier,’ Jackie xen vào. ‘Cô ấy không nói nhiều về anh ta lắm, nên tôi đoán chuyện này khá nghiêm túc đấy.’</w:t>
      </w:r>
    </w:p>
    <w:p>
      <w:pPr>
        <w:spacing w:after="80"/>
      </w:pPr>
      <w:r>
        <w:rPr>
          <w:b w:val="0"/>
          <w:i w:val="0"/>
        </w:rPr>
        <w:t>‘Tôi hy vọng chúng ta sẽ không mất cô ấy,’ The Hawk nói, giọng đổi khác. ‘Cô ấy là một sĩ quan cực kỳ giỏi, với tương lai đầy hứa hẹn phía trước.’</w:t>
      </w:r>
    </w:p>
    <w:p>
      <w:pPr>
        <w:spacing w:after="80"/>
      </w:pPr>
      <w:r>
        <w:rPr>
          <w:b w:val="0"/>
          <w:i w:val="0"/>
        </w:rPr>
        <w:t>‘Tôi đồng ý,’ William nói, ‘nhưng DC Pankhurst độc lập y hệt bà tổ tiên theo phong trào đấu tranh vì quyền phụ nữ của cô ấy, và tôi chắc chắn cô ấy thừa sức xử lý một Sĩ quan Cận vệ trong khi vẫn tiếp tục bắt bớ bọn tội phạm bên cạnh. Vậy nên cứ để cô ấy tận hưởng một kỳ nghỉ xứng đáng trong khi tất cả chúng ta quay lại làm việc.’</w:t>
      </w:r>
    </w:p>
    <w:p>
      <w:pPr>
        <w:spacing w:after="80"/>
        <w:jc w:val="center"/>
      </w:pPr>
      <w:r>
        <w:rPr>
          <w:b w:val="0"/>
          <w:i w:val="0"/>
        </w:rPr>
        <w:t>• • •</w:t>
      </w:r>
    </w:p>
    <w:p>
      <w:pPr>
        <w:spacing w:after="80"/>
      </w:pPr>
      <w:r>
        <w:rPr>
          <w:b w:val="0"/>
          <w:i w:val="0"/>
        </w:rPr>
        <w:t>‘Nhanh lên nào, cưng ơi, không thì lỡ chuyến bay mất,’ Archie nói.</w:t>
      </w:r>
    </w:p>
    <w:p>
      <w:pPr>
        <w:spacing w:after="80"/>
      </w:pPr>
      <w:r>
        <w:rPr>
          <w:b w:val="0"/>
          <w:i w:val="0"/>
        </w:rPr>
        <w:t>‘Thư giãn đi. Mình có thừa thời gian mà,’ Rebecca bình thản nói.</w:t>
      </w:r>
    </w:p>
    <w:p>
      <w:pPr>
        <w:spacing w:after="80"/>
      </w:pPr>
      <w:r>
        <w:rPr>
          <w:b w:val="0"/>
          <w:i w:val="0"/>
        </w:rPr>
        <w:t>‘Em nói đúng,’ Archie nói, nắm tay cô. ‘Cổng của mình số mấy nhỉ?’</w:t>
      </w:r>
    </w:p>
    <w:p>
      <w:pPr>
        <w:spacing w:after="80"/>
      </w:pPr>
      <w:r>
        <w:rPr>
          <w:b w:val="0"/>
          <w:i w:val="0"/>
        </w:rPr>
        <w:t>‘Sáu mươi ba.’</w:t>
      </w:r>
    </w:p>
    <w:p>
      <w:pPr>
        <w:spacing w:after="80"/>
      </w:pPr>
      <w:r>
        <w:rPr>
          <w:b w:val="0"/>
          <w:i w:val="0"/>
        </w:rPr>
        <w:t>‘Sao máy bay của mình lúc nào cũng đỗ ở tận cùng bên kia sân bay thế?’ Archie càu nhàu.</w:t>
      </w:r>
    </w:p>
    <w:p>
      <w:pPr>
        <w:spacing w:after="80"/>
      </w:pPr>
      <w:r>
        <w:rPr>
          <w:b w:val="0"/>
          <w:i w:val="0"/>
        </w:rPr>
        <w:t>‘Còn mỗi lần mình về nhà,’ Rebecca xen vào, ‘là y như rằng mình bị kẹt sau bốn trăm hành khách vừa bước xuống từ một chiếc máy bay phản lực cỡ lớn. Nhưng mình không bận tâm. Mình đã mong chờ kỳ nghỉ này lắm rồi. Đây sẽ là lần nghỉ ngơi thực sự đầu tiên của mình sau không biết bao lâu nữa.’</w:t>
      </w:r>
    </w:p>
    <w:p>
      <w:pPr>
        <w:spacing w:after="80"/>
      </w:pPr>
      <w:r>
        <w:rPr>
          <w:b w:val="0"/>
          <w:i w:val="0"/>
        </w:rPr>
        <w:t xml:space="preserve">Khi họ đi ngang qua phòng chờ khởi hành của Cổng 49, cô chợt thấy anh ta ngồi ở góc xa, đang đọc </w:t>
      </w:r>
      <w:r>
        <w:rPr>
          <w:b w:val="0"/>
          <w:i/>
        </w:rPr>
        <w:t>The Times</w:t>
      </w:r>
      <w:r>
        <w:rPr>
          <w:b w:val="0"/>
          <w:i w:val="0"/>
        </w:rPr>
        <w:t>. Rebecca nhìn lại lần nữa để chắc chắn mình không nhầm.</w:t>
      </w:r>
    </w:p>
    <w:p>
      <w:pPr>
        <w:spacing w:after="80"/>
      </w:pPr>
      <w:r>
        <w:rPr>
          <w:b w:val="0"/>
          <w:i w:val="0"/>
        </w:rPr>
        <w:t>‘Em phải vào nhà vệ sinh đã,’ cô nói, buông tay Archie. ‘Anh đi trước đi. Vài phút nữa em sẽ đuổi kịp.’</w:t>
      </w:r>
    </w:p>
    <w:p>
      <w:pPr>
        <w:spacing w:after="80"/>
      </w:pPr>
      <w:r>
        <w:rPr>
          <w:b w:val="0"/>
          <w:i w:val="0"/>
        </w:rPr>
        <w:t>Ngay khi Archie khuất bóng, cô liền tiến thẳng tới chiếc điện thoại gần nhất. Liệu anh còn ở cuộc họp chỉ huy, hay đã về bàn làm việc?</w:t>
      </w:r>
    </w:p>
    <w:p>
      <w:pPr>
        <w:spacing w:after="80"/>
      </w:pPr>
      <w:r>
        <w:rPr>
          <w:b w:val="0"/>
          <w:i w:val="0"/>
        </w:rPr>
        <w:t>‘DCI Warwick đây,’ giọng anh vang lên, đúng lúc cô gần như đã từ bỏ hy vọng.</w:t>
      </w:r>
    </w:p>
    <w:p>
      <w:pPr>
        <w:spacing w:after="80"/>
      </w:pPr>
      <w:r>
        <w:rPr>
          <w:b w:val="0"/>
          <w:i w:val="0"/>
        </w:rPr>
        <w:t>‘Chào buổi sáng, sếp. Là Rebecca đây.’</w:t>
      </w:r>
    </w:p>
    <w:p>
      <w:pPr>
        <w:spacing w:after="80"/>
      </w:pPr>
      <w:r>
        <w:rPr>
          <w:b w:val="0"/>
          <w:i w:val="0"/>
        </w:rPr>
        <w:t>‘Tôi tưởng cô đang trong kỳ nghỉ chứ.’</w:t>
      </w:r>
    </w:p>
    <w:p>
      <w:pPr>
        <w:spacing w:after="80"/>
      </w:pPr>
      <w:r>
        <w:rPr>
          <w:b w:val="0"/>
          <w:i w:val="0"/>
        </w:rPr>
        <w:t>‘Đúng vậy, nhưng tôi nghĩ sếp sẽ muốn biết là tôi vừa phát hiện Booth Watson đang chờ lên máy bay.’</w:t>
      </w:r>
    </w:p>
    <w:p>
      <w:pPr>
        <w:spacing w:after="80"/>
      </w:pPr>
      <w:r>
        <w:rPr>
          <w:b w:val="0"/>
          <w:i w:val="0"/>
        </w:rPr>
        <w:t>‘Anh ta cũng được phép đi nghỉ chứ.’</w:t>
      </w:r>
    </w:p>
    <w:p>
      <w:pPr>
        <w:spacing w:after="80"/>
      </w:pPr>
      <w:r>
        <w:rPr>
          <w:b w:val="0"/>
          <w:i w:val="0"/>
        </w:rPr>
        <w:t>‘Mặc bộ vest ba mảnh và xách cặp tài liệu ư?’</w:t>
      </w:r>
    </w:p>
    <w:p>
      <w:pPr>
        <w:spacing w:after="80"/>
      </w:pPr>
      <w:r>
        <w:rPr>
          <w:b w:val="0"/>
          <w:i w:val="0"/>
        </w:rPr>
        <w:t>‘Anh ta đi đâu?’</w:t>
      </w:r>
    </w:p>
    <w:p>
      <w:pPr>
        <w:spacing w:after="80"/>
      </w:pPr>
      <w:r>
        <w:rPr>
          <w:b w:val="0"/>
          <w:i w:val="0"/>
        </w:rPr>
        <w:t>‘Barcelona.’</w:t>
      </w:r>
    </w:p>
    <w:p>
      <w:pPr>
        <w:spacing w:after="80"/>
      </w:pPr>
      <w:r>
        <w:rPr>
          <w:b w:val="0"/>
          <w:i w:val="0"/>
        </w:rPr>
        <w:t>‘Vậy thì cô cũng đi. Gọi cho tôi ngay khi cô hạ cánh. Lúc đó tôi sẽ đã nghĩ ra bước tiếp theo của cô nên làm gì.’</w:t>
      </w:r>
    </w:p>
    <w:p>
      <w:pPr>
        <w:spacing w:after="80"/>
      </w:pPr>
      <w:r>
        <w:rPr>
          <w:b w:val="0"/>
          <w:i w:val="0"/>
        </w:rPr>
        <w:t>‘Cho tôi nhắc sếp nhớ, tôi đang trong kỳ nghỉ đấy ạ?’</w:t>
      </w:r>
    </w:p>
    <w:p>
      <w:pPr>
        <w:spacing w:after="80"/>
      </w:pPr>
      <w:r>
        <w:rPr>
          <w:b w:val="0"/>
          <w:i w:val="0"/>
        </w:rPr>
        <w:t>‘Đã từng trong kỳ nghỉ, DC Pankhurst. Cô sắp khám phá ra Miles Faulkner đang trốn ở đâu.’</w:t>
      </w:r>
    </w:p>
    <w:p>
      <w:pPr>
        <w:spacing w:after="80"/>
      </w:pPr>
      <w:r>
        <w:rPr>
          <w:b w:val="0"/>
          <w:i w:val="0"/>
        </w:rPr>
        <w:t>‘Nhưng tôi …’</w:t>
      </w:r>
    </w:p>
    <w:p>
      <w:pPr>
        <w:spacing w:after="80"/>
      </w:pPr>
      <w:r>
        <w:rPr>
          <w:b w:val="0"/>
          <w:i w:val="0"/>
        </w:rPr>
        <w:t>‘Không nhưng nhị gì hết, constable. Chúng ta có thể sẽ không có cơ hội nào như thế này nữa.’</w:t>
      </w:r>
    </w:p>
    <w:p>
      <w:pPr>
        <w:spacing w:after="80"/>
      </w:pPr>
      <w:r>
        <w:rPr>
          <w:b w:val="0"/>
          <w:i w:val="0"/>
        </w:rPr>
        <w:t>William đặt điện thoại xuống và gọi cho văn phòng chỉ huy, trong khi Rebecca tuôn ra một tràng chửi rủa mà mẹ cô sẽ không bao giờ tán thành. Cô nhanh chóng quay lại Cổng 49, thấy rằng hành khách hạng nhất đã bắt đầu lên máy bay. Cô xem đồng hồ; không đủ thời gian để quay lại quầy BA đổi vé. Cô lẻn vào WHSmiths và chờ cho đến khi Booth Watson xuất trình thẻ lên máy bay và biến mất xuống hành lang dẫn tới chiếc máy bay đang chờ. Cô hy vọng Archie sẽ quay lại tìm mình để cô có thể giải thích chuyện gì đã xảy ra. Anh không quay lại. Cô chờ đến khi những hành khách cuối cùng được làm thủ tục lên máy bay rồi mới tiến tới quầy làm thủ tục, nơi cô rút thẻ cảnh sát ra và đưa cho tiếp viên hàng không xem.</w:t>
      </w:r>
    </w:p>
    <w:p>
      <w:pPr>
        <w:spacing w:after="80"/>
      </w:pPr>
      <w:r>
        <w:rPr>
          <w:b w:val="0"/>
          <w:i w:val="0"/>
        </w:rPr>
        <w:t>‘Chúng tôi đã chờ cô, Detective Constable,’ anh ta nói, sau khi kiểm tra hộ chiếu của cô. ‘Chúng tôi vừa nhận được cuộc gọi từ Scotland Yard cảnh báo rằng cô sẽ muốn đi chuyến bay này. Tôi đã xếp cô ngồi hàng ghế cuối khoang phổ thông. Có một cửa sau, nên cô có thể là người lên cuối cùng và xuống máy bay đầu tiên.’</w:t>
      </w:r>
    </w:p>
    <w:p>
      <w:pPr>
        <w:spacing w:after="80"/>
      </w:pPr>
      <w:r>
        <w:rPr>
          <w:b w:val="0"/>
          <w:i w:val="0"/>
        </w:rPr>
        <w:t>Ông đưa cho cô một tấm vé và nói: "Chúc cô chuyến bay tốt đẹp, cô Pankhurst."</w:t>
      </w:r>
    </w:p>
    <w:p>
      <w:pPr>
        <w:spacing w:after="80"/>
      </w:pPr>
      <w:r>
        <w:rPr>
          <w:b w:val="0"/>
          <w:i w:val="0"/>
        </w:rPr>
        <w:t>"Tôi có kịp thời gian để đi nói với bạn trai tôi lý do tại sao tôi không đi cùng anh ấy không?"</w:t>
      </w:r>
    </w:p>
    <w:p>
      <w:pPr>
        <w:spacing w:after="80"/>
      </w:pPr>
      <w:r>
        <w:rPr>
          <w:b w:val="0"/>
          <w:i w:val="0"/>
        </w:rPr>
        <w:t>"Tôi e là không. Cổng sắp đóng rồi."</w:t>
      </w:r>
    </w:p>
    <w:p>
      <w:pPr>
        <w:spacing w:after="80"/>
      </w:pPr>
      <w:r>
        <w:rPr>
          <w:b w:val="0"/>
          <w:i w:val="0"/>
        </w:rPr>
        <w:t>Rebecca miễn cưỡng bước dọc hành lang dài vắng vẻ, và là hành khách cuối cùng lên máy bay. Cô không hề thư giãn trong suốt chuyến bay. Tâm trí cô liên tục chuyển qua lại giữa Archie, tự hỏi liệu anh có bao giờ nói chuyện với cô nữa không; DCI Warwick, người mà cô sẵn lòng bóp cổ; và Booth Watson, nguồn cơn của mọi rắc rối của cô, người mà cô đoán đang ngồi phía trước ở khoang hạng thương gia.</w:t>
      </w:r>
    </w:p>
    <w:p>
      <w:pPr>
        <w:spacing w:after="80"/>
      </w:pPr>
      <w:r>
        <w:rPr>
          <w:b w:val="0"/>
          <w:i w:val="0"/>
        </w:rPr>
        <w:t>Cô bắt đầu cân nhắc các lựa chọn của mình khi máy bay đã hạ cánh xuống Barcelona. Booth Watson có được đón không? Ông ta sẽ đi taxi, xe buýt hay tàu vào thành phố? Ông ta đã đặt phòng khách sạn cho mình chưa? Nếu có, đó có phải là nơi ông ta sẽ gặp Faulkner? Hay ông ta sẽ được đưa thẳng đến chỗ ẩn náu mới? Và nếu điều đó xảy ra, cô được kỳ vọng làm gì?</w:t>
      </w:r>
    </w:p>
    <w:p>
      <w:pPr>
        <w:spacing w:after="80"/>
      </w:pPr>
      <w:r>
        <w:rPr>
          <w:b w:val="0"/>
          <w:i w:val="0"/>
        </w:rPr>
        <w:t>Cô đã nghĩ qua hàng chục tình huống trước khi máy bay chạm đất, và đã trở lại tâm thế thám tử ngay khi máy bay đỗ tại cổng.</w:t>
      </w:r>
    </w:p>
    <w:p>
      <w:pPr>
        <w:spacing w:after="80"/>
      </w:pPr>
      <w:r>
        <w:rPr>
          <w:b w:val="0"/>
          <w:i w:val="0"/>
        </w:rPr>
        <w:t>Khi cửa sau được một nữ tiếp viên mở ra, Rebecca là người đầu tiên lao ra, không phí một giây. Cô bước nhanh xuống cầu thang và vào nhà ga, nơi cô hòa vào đám đông hành khách đang hướng về phía hải quan. Một người di chuyển còn nhanh hơn cả cô đã đuổi kịp cô.</w:t>
      </w:r>
    </w:p>
    <w:p>
      <w:pPr>
        <w:spacing w:after="80"/>
      </w:pPr>
      <w:r>
        <w:rPr>
          <w:b w:val="0"/>
          <w:i w:val="0"/>
        </w:rPr>
        <w:t>"Đi chậm lại và khoác tay tôi, cô Cảnh sát," một giọng nói rõ ràng quen với việc ra lệnh cất lên. Cô liếc nhìn người đàn ông bên cạnh và làm theo chỉ dẫn của ông.</w:t>
      </w:r>
    </w:p>
    <w:p>
      <w:pPr>
        <w:spacing w:after="80"/>
      </w:pPr>
      <w:r>
        <w:rPr>
          <w:b w:val="0"/>
          <w:i w:val="0"/>
        </w:rPr>
        <w:t>"Đừng nhìn lại. Cứ tiếp tục bước đi, và để phần còn lại cho tôi."</w:t>
      </w:r>
    </w:p>
    <w:p>
      <w:pPr>
        <w:spacing w:after="80"/>
      </w:pPr>
      <w:r>
        <w:rPr>
          <w:b w:val="0"/>
          <w:i w:val="0"/>
        </w:rPr>
        <w:t>"Vâng, thưa ngài," cô thấy mình nói.</w:t>
      </w:r>
    </w:p>
    <w:p>
      <w:pPr>
        <w:spacing w:after="80"/>
      </w:pPr>
      <w:r>
        <w:rPr>
          <w:b w:val="0"/>
          <w:i w:val="0"/>
        </w:rPr>
        <w:t>"Tôi là Trung úy Sanchez thuộc Lực lượng Cảnh sát Quốc gia Tây Ban Nha," ông nói mà thậm chí không liếc nhìn về phía cô. "Chỉ huy của tôi nhận được cuộc gọi từ một Chỉ huy Hawksby, người không để chúng tôi nghi ngờ gì về tầm quan trọng của chuyến thăm của cô." Ông không nói thêm gì cho đến khi họ đến cửa hải quan, nơi viên sĩ quan trực không yêu cầu xem hộ chiếu của cô, chỉ chào. Chào ông, không phải cô. Vị trung úy chọn một chỗ có tầm nhìn rõ ràng ra cả tám quầy hải quan và nói: "Chỉ cần chỉ ra ông ta ngay khi cô thấy."</w:t>
      </w:r>
    </w:p>
    <w:p>
      <w:pPr>
        <w:spacing w:after="80"/>
      </w:pPr>
      <w:r>
        <w:rPr>
          <w:b w:val="0"/>
          <w:i w:val="0"/>
        </w:rPr>
        <w:t>Rebecca dán mắt vào dòng hành khách đang xếp vào những hàng dài để trình hộ chiếu cho viên chức hải quan. Một lúc sau cô mới nói: "Đó là ông ta, đang chờ trong hàng ở quầy thứ sáu. Ông ta là người duy nhất trông không giống như đang đi nghỉ."</w:t>
      </w:r>
    </w:p>
    <w:p>
      <w:pPr>
        <w:spacing w:after="80"/>
      </w:pPr>
      <w:r>
        <w:rPr>
          <w:b w:val="0"/>
          <w:i w:val="0"/>
        </w:rPr>
        <w:t>"Bộ vest ba mảnh, khoảng năm mươi tuổi, hơi hói, cầm một chiếc cặp da."</w:t>
      </w:r>
    </w:p>
    <w:p>
      <w:pPr>
        <w:spacing w:after="80"/>
      </w:pPr>
      <w:r>
        <w:rPr>
          <w:b w:val="0"/>
          <w:i w:val="0"/>
        </w:rPr>
        <w:t>"Cô nhận đúng người rồi."</w:t>
      </w:r>
    </w:p>
    <w:p>
      <w:pPr>
        <w:spacing w:after="80"/>
      </w:pPr>
      <w:r>
        <w:rPr>
          <w:b w:val="0"/>
          <w:i w:val="0"/>
        </w:rPr>
        <w:t>Vị trung úy gật đầu với một người mà Rebecca không thấy. Khi Booth Watson đã qua cửa hải quan, họ theo ông ta qua khu kiểm soát hành lý – ông ta không có gì để lấy – và tiến vào sảnh đến. Ông ta vội vã ra khỏi sân bay và xếp vào hàng chờ taxi.</w:t>
      </w:r>
    </w:p>
    <w:p>
      <w:pPr>
        <w:spacing w:after="80"/>
      </w:pPr>
      <w:r>
        <w:rPr>
          <w:b w:val="0"/>
          <w:i w:val="0"/>
        </w:rPr>
        <w:t>Rebecca để ý thấy một người đàn ông trẻ lẻn vào hàng ngay sau ông ta. Khi Booth Watson cuối cùng đến đầu hàng và leo lên ghế sau một chiếc taxi, người đàn ông trẻ ghi lại biển số xe, nhưng không nhảy vào chiếc taxi tiếp theo.</w:t>
      </w:r>
    </w:p>
    <w:p>
      <w:pPr>
        <w:spacing w:after="80"/>
      </w:pPr>
      <w:r>
        <w:rPr>
          <w:b w:val="0"/>
          <w:i w:val="0"/>
        </w:rPr>
        <w:t>‘Anh ta sẽ không đi theo ông ấy sao?’ cô hỏi, cố gắng không tỏ ra tuyệt vọng.</w:t>
      </w:r>
    </w:p>
    <w:p>
      <w:pPr>
        <w:spacing w:after="80"/>
      </w:pPr>
      <w:r>
        <w:rPr>
          <w:b w:val="0"/>
          <w:i w:val="0"/>
        </w:rPr>
        <w:t>‘Không thể liều được,’ viên trung úy nói. ‘Sếp của cô đã nói rõ rằng nếu kẻ mà cô đang truy lùng nghĩ rằng mình bị theo dõi, hắn sẽ quay thẳng về sân bay, và chuyến đi của cô sẽ thành công cốc. Nhưng đừng lo, chúng tôi đã có thông tin của tài xế taxi, lát nữa chúng tôi sẽ phỏng vấn anh ta và báo lại cho Scotland Yard để họ biết anh ta đã thả người của cô xuống ở đâu.’</w:t>
      </w:r>
    </w:p>
    <w:p>
      <w:pPr>
        <w:spacing w:after="80"/>
      </w:pPr>
      <w:r>
        <w:rPr>
          <w:b w:val="0"/>
          <w:i w:val="0"/>
        </w:rPr>
        <w:t>‘Nếu hắn đổi taxi thì sao?’</w:t>
      </w:r>
    </w:p>
    <w:p>
      <w:pPr>
        <w:spacing w:after="80"/>
      </w:pPr>
      <w:r>
        <w:rPr>
          <w:b w:val="0"/>
          <w:i w:val="0"/>
        </w:rPr>
        <w:t>‘Hắn sẽ thấy chiếc xe tiếp theo có sẵn là xe của chúng tôi,’ ông nói, nhìn sang bên kia đường và gật đầu.</w:t>
      </w:r>
    </w:p>
    <w:p>
      <w:pPr>
        <w:spacing w:after="80"/>
      </w:pPr>
      <w:r>
        <w:rPr>
          <w:b w:val="0"/>
          <w:i w:val="0"/>
        </w:rPr>
        <w:t>‘Vậy là tôi chẳng khác gì một người đưa thư,’ Rebecca nói.</w:t>
      </w:r>
    </w:p>
    <w:p>
      <w:pPr>
        <w:spacing w:after="80"/>
      </w:pPr>
      <w:r>
        <w:rPr>
          <w:b w:val="0"/>
          <w:i w:val="0"/>
        </w:rPr>
        <w:t>‘Một người đưa thư rất quyến rũ, nếu tôi được phép nói vậy, thưa cô.’</w:t>
      </w:r>
    </w:p>
    <w:p>
      <w:pPr>
        <w:spacing w:after="80"/>
      </w:pPr>
      <w:r>
        <w:rPr>
          <w:b w:val="0"/>
          <w:i w:val="0"/>
        </w:rPr>
        <w:t>‘Ông sẽ không thoát được với câu đó ở nước Anh thời PC đâu,’ Rebecca nói, mỉm cười.</w:t>
      </w:r>
    </w:p>
    <w:p>
      <w:pPr>
        <w:spacing w:after="80"/>
      </w:pPr>
      <w:r>
        <w:rPr>
          <w:b w:val="0"/>
          <w:i w:val="0"/>
        </w:rPr>
        <w:t>‘À, nhưng giờ cô đang ở Barcelona, không phải nước Anh.’</w:t>
      </w:r>
    </w:p>
    <w:p>
      <w:pPr>
        <w:spacing w:after="80"/>
      </w:pPr>
      <w:r>
        <w:rPr>
          <w:b w:val="0"/>
          <w:i w:val="0"/>
        </w:rPr>
        <w:t>‘Giờ tôi phải làm gì đây?’</w:t>
      </w:r>
    </w:p>
    <w:p>
      <w:pPr>
        <w:spacing w:after="80"/>
      </w:pPr>
      <w:r>
        <w:rPr>
          <w:b w:val="0"/>
          <w:i w:val="0"/>
        </w:rPr>
        <w:t>‘Cô đã được đặt vé chuyến bay tiếp theo đến Florence, nơi bạn trai cô sẽ đợi cô ở khu đến.’</w:t>
      </w:r>
    </w:p>
    <w:p>
      <w:pPr>
        <w:spacing w:after="80"/>
      </w:pPr>
      <w:r>
        <w:rPr>
          <w:b w:val="0"/>
          <w:i w:val="0"/>
        </w:rPr>
        <w:t>‘Ông xoay xở được việc đó thế nào?’</w:t>
      </w:r>
    </w:p>
    <w:p>
      <w:pPr>
        <w:spacing w:after="80"/>
      </w:pPr>
      <w:r>
        <w:rPr>
          <w:b w:val="0"/>
          <w:i w:val="0"/>
        </w:rPr>
        <w:t>‘Tôi nghĩ sếp của cô thấy có lỗi vì đã làm gián đoạn kỳ nghỉ của cô,’ viên trung úy nói, khi đưa cho cô một tấm vé hạng nhất đến Florence. ‘Mong cô có khoảng thời gian vui vẻ ở Ý, cô Pankhurst. Bà tôi là một người rất hâm mộ tổ tiên của cô, dù phải mất thêm vài năm nữa đồng bào tôi mới cuối cùng trao quyền bầu cử cho phụ nữ.’ Ông chào, và đã rời đi trước khi cô kịp nói, ‘Năm 1931.’</w:t>
      </w:r>
    </w:p>
    <w:p>
      <w:pPr>
        <w:pStyle w:val="Heading2"/>
      </w:pPr>
      <w:r>
        <w:rPr>
          <w:rFonts w:ascii="Calibri" w:hAnsi="Calibri"/>
          <w:b/>
          <w:i w:val="0"/>
          <w:sz w:val="32"/>
        </w:rPr>
        <w:t>CHƯƠNG 15</w:t>
      </w:r>
    </w:p>
    <w:p>
      <w:pPr>
        <w:spacing w:after="80"/>
      </w:pPr>
      <w:r>
        <w:rPr>
          <w:b w:val="0"/>
          <w:i w:val="0"/>
        </w:rPr>
        <w:t>‘ANH CÓ BỊ THEO DÕI KHÔNG?’</w:t>
      </w:r>
    </w:p>
    <w:p>
      <w:pPr>
        <w:spacing w:after="80"/>
      </w:pPr>
      <w:r>
        <w:rPr>
          <w:b w:val="0"/>
          <w:i w:val="0"/>
        </w:rPr>
        <w:t>‘Không,’ Booth Watson nói. ‘Sau khi chúng tôi rẽ khỏi đường cao tốc, tôi không thấy chiếc xe nào khác.’</w:t>
      </w:r>
    </w:p>
    <w:p>
      <w:pPr>
        <w:spacing w:after="80"/>
      </w:pPr>
      <w:r>
        <w:rPr>
          <w:b w:val="0"/>
          <w:i w:val="0"/>
        </w:rPr>
        <w:t>‘Ngày nào anh thấy đấy, tôi sẽ lại phải lên đường.’</w:t>
      </w:r>
    </w:p>
    <w:p>
      <w:pPr>
        <w:spacing w:after="80"/>
      </w:pPr>
      <w:r>
        <w:rPr>
          <w:b w:val="0"/>
          <w:i w:val="0"/>
        </w:rPr>
        <w:t>‘Lần này đi đâu đây?’</w:t>
      </w:r>
    </w:p>
    <w:p>
      <w:pPr>
        <w:spacing w:after="80"/>
      </w:pPr>
      <w:r>
        <w:rPr>
          <w:b w:val="0"/>
          <w:i w:val="0"/>
        </w:rPr>
        <w:t>‘Tôi đã có sẵn một chỗ có thể dọn vào ở ngay ngày mai. Nhưng Tướng Franco đã ở đây hai mươi bảy năm mà không ai phát hiện ra nơi này. Đến lúc đó thì viên chỉ huy sẽ chết, còn DCI Warwick thì đã nghỉ hưu rồi.’</w:t>
      </w:r>
    </w:p>
    <w:p>
      <w:pPr>
        <w:spacing w:after="80"/>
      </w:pPr>
      <w:r>
        <w:rPr>
          <w:b w:val="0"/>
          <w:i w:val="0"/>
        </w:rPr>
        <w:t>‘Amen to that,’ said Booth Watson, as he opened his briefcase and took out several files. ‘Where shall I start?’</w:t>
      </w:r>
    </w:p>
    <w:p>
      <w:pPr>
        <w:spacing w:after="80"/>
      </w:pPr>
      <w:r>
        <w:rPr>
          <w:b w:val="0"/>
          <w:i w:val="0"/>
        </w:rPr>
        <w:t>‘Bằng cách chứng minh Lamont xứng đáng với mức phí tư vấn cắt cổ của anh ta.’</w:t>
      </w:r>
    </w:p>
    <w:p>
      <w:pPr>
        <w:spacing w:after="80"/>
      </w:pPr>
      <w:r>
        <w:rPr>
          <w:b w:val="0"/>
          <w:i w:val="0"/>
        </w:rPr>
        <w:t>‘Chừng nào hắn còn có người bên trong, hắn vẫn đáng để giữ lại trong biên chế,’ Booth Watson nói, ‘miễn là chúng ta nhớ rằng hắn sẽ gài ma túy vào bà nội mình nếu hắn nghĩ có lợi cho hắn.’</w:t>
      </w:r>
    </w:p>
    <w:p>
      <w:pPr>
        <w:spacing w:after="80"/>
      </w:pPr>
      <w:r>
        <w:rPr>
          <w:b w:val="0"/>
          <w:i w:val="0"/>
        </w:rPr>
        <w:t>‘Có phải anh ta và Roycroft đang cặp kè với nhau không?’</w:t>
      </w:r>
    </w:p>
    <w:p>
      <w:pPr>
        <w:spacing w:after="80"/>
      </w:pPr>
      <w:r>
        <w:rPr>
          <w:b w:val="0"/>
          <w:i w:val="0"/>
        </w:rPr>
        <w:t>‘Tôi khá chắc mối quan hệ của họ chẳng dựa trên gì ngoài sự quan tâm chung đến tiền bạc.’</w:t>
      </w:r>
    </w:p>
    <w:p>
      <w:pPr>
        <w:spacing w:after="80"/>
      </w:pPr>
      <w:r>
        <w:rPr>
          <w:b w:val="0"/>
          <w:i w:val="0"/>
        </w:rPr>
        <w:t>‘Vậy là họ không ngủ với nhau à?’</w:t>
      </w:r>
    </w:p>
    <w:p>
      <w:pPr>
        <w:spacing w:after="80"/>
      </w:pPr>
      <w:r>
        <w:rPr>
          <w:b w:val="0"/>
          <w:i w:val="0"/>
        </w:rPr>
        <w:t>‘Ngủ chung giường thì không, mà chỉ là đối tác ngủ thôi. Lần cuối họ gặp nhau, Roycroft rời quán rượu trong cơn say, và Lamont đưa cô ấy về nhà trước khi về nhà mình.’</w:t>
      </w:r>
    </w:p>
    <w:p>
      <w:pPr>
        <w:spacing w:after="80"/>
      </w:pPr>
      <w:r>
        <w:rPr>
          <w:b w:val="0"/>
          <w:i w:val="0"/>
        </w:rPr>
        <w:t>‘Cô ấy có để lại điều gì đáng để truyền đạt không?’</w:t>
      </w:r>
    </w:p>
    <w:p>
      <w:pPr>
        <w:spacing w:after="80"/>
      </w:pPr>
      <w:r>
        <w:rPr>
          <w:b w:val="0"/>
          <w:i w:val="0"/>
        </w:rPr>
        <w:t>‘Cô ấy cập nhật cho anh ta tình hình mới nhất về những vụ án chưa có lời giải mà đội của Warwick đang điều tra.’</w:t>
      </w:r>
    </w:p>
    <w:p>
      <w:pPr>
        <w:spacing w:after="80"/>
      </w:pPr>
      <w:r>
        <w:rPr>
          <w:b w:val="0"/>
          <w:i w:val="0"/>
        </w:rPr>
        <w:t>‘Tôi có nằm trong số đó không?’ Miles hỏi dồn.</w:t>
      </w:r>
    </w:p>
    <w:p>
      <w:pPr>
        <w:spacing w:after="80"/>
      </w:pPr>
      <w:r>
        <w:rPr>
          <w:b w:val="0"/>
          <w:i w:val="0"/>
        </w:rPr>
        <w:t>‘Không. Có vẻ như người ta đã quên bẵng cậu. Tên cậu còn chẳng được nhắc đến nữa.’</w:t>
      </w:r>
    </w:p>
    <w:p>
      <w:pPr>
        <w:spacing w:after="80"/>
      </w:pPr>
      <w:r>
        <w:rPr>
          <w:b w:val="0"/>
          <w:i w:val="0"/>
        </w:rPr>
        <w:t>‘Mong sao điều đó cứ mãi như vậy,’ Miles nói. ‘Lamont cũng đang để mắt tới Josephine Colbert chứ?’</w:t>
      </w:r>
    </w:p>
    <w:p>
      <w:pPr>
        <w:spacing w:after="80"/>
      </w:pPr>
      <w:r>
        <w:rPr>
          <w:b w:val="0"/>
          <w:i w:val="0"/>
        </w:rPr>
        <w:t>‘Đúng vậy,’ anh nói sau khi lôi thêm một tập hồ sơ nữa ra khỏi cặp. ‘Có vẻ như cô ấy và DI Hogan đang cặp kè với nhau. Họ gặp nhau ba, có khi bốn lần một tuần. Việc đó bắt đầu mang lại kết quả. Hoặc, quan trọng hơn, là chẳng có kết quả nào.’</w:t>
      </w:r>
    </w:p>
    <w:p>
      <w:pPr>
        <w:spacing w:after="80"/>
      </w:pPr>
      <w:r>
        <w:rPr>
          <w:b w:val="0"/>
          <w:i w:val="0"/>
        </w:rPr>
        <w:t>‘Ý bạn là gì?’</w:t>
      </w:r>
    </w:p>
    <w:p>
      <w:pPr>
        <w:spacing w:after="80"/>
      </w:pPr>
      <w:r>
        <w:rPr>
          <w:b w:val="0"/>
          <w:i w:val="0"/>
        </w:rPr>
        <w:t>'Cô ấy xác nhận rằng Hogan đang điều tra hai trong số năm vụ án tồn đọng, Abbott và Roach. Cô ấy được dặn phải báo cáo bất kỳ cái tên nào khác mà anh ta nhắc đến và, cho đến nay, ông vẫn an toàn.'</w:t>
      </w:r>
    </w:p>
    <w:p>
      <w:pPr>
        <w:spacing w:after="80"/>
      </w:pPr>
      <w:r>
        <w:rPr>
          <w:b w:val="0"/>
          <w:i w:val="0"/>
        </w:rPr>
        <w:t>'Cô ấy đã hỏi Hogan xem anh ta có từng nghe đến Đại úy Ralph Neville chưa?'</w:t>
      </w:r>
    </w:p>
    <w:p>
      <w:pPr>
        <w:spacing w:after="80"/>
      </w:pPr>
      <w:r>
        <w:rPr>
          <w:b w:val="0"/>
          <w:i w:val="0"/>
        </w:rPr>
        <w:t>'Dĩ nhiên là chưa,' Booth Watson nói. 'Làm vậy sẽ lộ vỏ bọc của cô ấy ngay lập tức, cũng như lộ ông. Chừng nào Hogan không nhắc đến tên ông, hay tên Đại úy Neville, chúng ta có thể yên tâm rằng hồ sơ của ông vẫn đang phủ bụi ở Hayes, đúng nơi nó thuộc về.'</w:t>
      </w:r>
    </w:p>
    <w:p>
      <w:pPr>
        <w:spacing w:after="80"/>
      </w:pPr>
      <w:r>
        <w:rPr>
          <w:b w:val="0"/>
          <w:i w:val="0"/>
        </w:rPr>
        <w:t>'Tôi có thể đảm bảo với ông rằng Hogan chỉ đang phí thời gian nếu anh ta định chỉ mặt Terry Roach,' Miles nói. 'Không ai ở East End lại nghĩ đến chuyện ra làm chứng chống lại gã đàn ông đó.'</w:t>
      </w:r>
    </w:p>
    <w:p>
      <w:pPr>
        <w:spacing w:after="80"/>
      </w:pPr>
      <w:r>
        <w:rPr>
          <w:b w:val="0"/>
          <w:i w:val="0"/>
        </w:rPr>
        <w:t>'Ông đã từng gặp Roach?' Booth Watson hỏi, giọng có vẻ ngạc nhiên.</w:t>
      </w:r>
    </w:p>
    <w:p>
      <w:pPr>
        <w:spacing w:after="80"/>
      </w:pPr>
      <w:r>
        <w:rPr>
          <w:b w:val="0"/>
          <w:i w:val="0"/>
        </w:rPr>
        <w:t>'Tôi từng ở tù cùng anh ta. Không phải người nên đối đầu, như hai hay ba bạn tù của tôi đã phát hiện ra khi họ đi tắm và nhận ra rằng máu đặc hơn nước.'</w:t>
      </w:r>
    </w:p>
    <w:p>
      <w:pPr>
        <w:spacing w:after="80"/>
      </w:pPr>
      <w:r>
        <w:rPr>
          <w:b w:val="0"/>
          <w:i w:val="0"/>
        </w:rPr>
        <w:t>Booth Watson bất giác rùng mình.</w:t>
      </w:r>
    </w:p>
    <w:p>
      <w:pPr>
        <w:spacing w:after="80"/>
      </w:pPr>
      <w:r>
        <w:rPr>
          <w:b w:val="0"/>
          <w:i w:val="0"/>
        </w:rPr>
        <w:t>'Vậy ông cho rằng cô Colbert đáng giá một ngàn bảng một tuần?' Miles nói khi châm một điếu xì gà.</w:t>
      </w:r>
    </w:p>
    <w:p>
      <w:pPr>
        <w:spacing w:after="80"/>
      </w:pPr>
      <w:r>
        <w:rPr>
          <w:b w:val="0"/>
          <w:i w:val="0"/>
        </w:rPr>
        <w:t>'Hãy coi cô ấy như một hợp đồng bảo hiểm, dù phí bảo hiểm không hề rẻ.'</w:t>
      </w:r>
    </w:p>
    <w:p>
      <w:pPr>
        <w:spacing w:after="80"/>
      </w:pPr>
      <w:r>
        <w:rPr>
          <w:b w:val="0"/>
          <w:i w:val="0"/>
        </w:rPr>
        <w:t>'Phụ nữ thì chưa bao giờ rẻ cả,' Miles nói. 'Nhắc đến hợp đồng bảo hiểm, dạo này Christina đang làm gì thế?'</w:t>
      </w:r>
    </w:p>
    <w:p>
      <w:pPr>
        <w:spacing w:after="80"/>
      </w:pPr>
      <w:r>
        <w:rPr>
          <w:b w:val="0"/>
          <w:i w:val="0"/>
        </w:rPr>
        <w:t>'Cô ấy vẫn giữ đúng phần thỏa thuận của mình,' Booth Watson nói. 'Sau cuộc gặp với Beth Warwick, cô ấy mang về hai thông tin vô cùng thú vị.'</w:t>
      </w:r>
    </w:p>
    <w:p>
      <w:pPr>
        <w:spacing w:after="80"/>
      </w:pPr>
      <w:r>
        <w:rPr>
          <w:b w:val="0"/>
          <w:i w:val="0"/>
        </w:rPr>
        <w:t>Miles tỏ vẻ quan tâm.</w:t>
      </w:r>
    </w:p>
    <w:p>
      <w:pPr>
        <w:spacing w:after="80"/>
      </w:pPr>
      <w:r>
        <w:rPr>
          <w:b w:val="0"/>
          <w:i w:val="0"/>
        </w:rPr>
        <w:t xml:space="preserve">'Bảo tàng Fitzmolean gần đây được một Lord McLaren đề nghị bán tác phẩm </w:t>
      </w:r>
      <w:r>
        <w:rPr>
          <w:b w:val="0"/>
          <w:i/>
        </w:rPr>
        <w:t>Fishers of Men</w:t>
      </w:r>
      <w:r>
        <w:rPr>
          <w:b w:val="0"/>
          <w:i w:val="0"/>
        </w:rPr>
        <w:t xml:space="preserve"> của Caravaggio, nhưng họ không đáp ứng được mức giá ông ta đưa ra.'</w:t>
      </w:r>
    </w:p>
    <w:p>
      <w:pPr>
        <w:spacing w:after="80"/>
      </w:pPr>
      <w:r>
        <w:rPr>
          <w:b w:val="0"/>
          <w:i w:val="0"/>
        </w:rPr>
        <w:t>'Giá đó là bao nhiêu?'</w:t>
      </w:r>
    </w:p>
    <w:p>
      <w:pPr>
        <w:spacing w:after="80"/>
      </w:pPr>
      <w:r>
        <w:rPr>
          <w:b w:val="0"/>
          <w:i w:val="0"/>
        </w:rPr>
        <w:t>'Hai mươi triệu bảng.'</w:t>
      </w:r>
    </w:p>
    <w:p>
      <w:pPr>
        <w:spacing w:after="80"/>
      </w:pPr>
      <w:r>
        <w:rPr>
          <w:b w:val="0"/>
          <w:i w:val="0"/>
        </w:rPr>
        <w:t>'Tại sao ông ta lại đưa một trong những tác phẩm nổi tiếng nhất của Caravaggio ra thị trường khi nó đã thuộc về gia đình ông ta qua bao nhiêu thế hệ?'</w:t>
      </w:r>
    </w:p>
    <w:p>
      <w:pPr>
        <w:spacing w:after="80"/>
      </w:pPr>
      <w:r>
        <w:rPr>
          <w:b w:val="0"/>
          <w:i w:val="0"/>
        </w:rPr>
        <w:t>‘Phải bán, đó chính là câu trả lời cho câu hỏi ấy. Có vẻ như vị Huân tước McLaren đời thứ bảy đang phải gánh chịu khoản thuế thừa kế cắt cổ.’</w:t>
      </w:r>
    </w:p>
    <w:p>
      <w:pPr>
        <w:spacing w:after="80"/>
      </w:pPr>
      <w:r>
        <w:rPr>
          <w:b w:val="0"/>
          <w:i w:val="0"/>
        </w:rPr>
        <w:t>‘Cắt cổ đến mức nào?’</w:t>
      </w:r>
    </w:p>
    <w:p>
      <w:pPr>
        <w:spacing w:after="80"/>
      </w:pPr>
      <w:r>
        <w:rPr>
          <w:b w:val="0"/>
          <w:i w:val="0"/>
        </w:rPr>
        <w:t>‘Hai mươi hai triệu bảy trăm nghìn bảng Anh.’</w:t>
      </w:r>
    </w:p>
    <w:p>
      <w:pPr>
        <w:spacing w:after="80"/>
      </w:pPr>
      <w:r>
        <w:rPr>
          <w:b w:val="0"/>
          <w:i w:val="0"/>
        </w:rPr>
        <w:t>‘Vậy giờ ta đã biết ông ta sẵn sàng bán bức tranh với giá bao nhiêu,’ Miles nói.</w:t>
      </w:r>
    </w:p>
    <w:p>
      <w:pPr>
        <w:spacing w:after="80"/>
      </w:pPr>
      <w:r>
        <w:rPr>
          <w:b w:val="0"/>
          <w:i w:val="0"/>
        </w:rPr>
        <w:t>‘Anh có hứng thú mua nó à?’</w:t>
      </w:r>
    </w:p>
    <w:p>
      <w:pPr>
        <w:spacing w:after="80"/>
      </w:pPr>
      <w:r>
        <w:rPr>
          <w:b w:val="0"/>
          <w:i w:val="0"/>
        </w:rPr>
        <w:t>‘Tất nhiên là có, nhưng tôi sẽ cần ai đó đại diện cho mình, bởi vì khác với Chúa Kitô, tôi không thể sống lại từ cõi chết.’</w:t>
      </w:r>
    </w:p>
    <w:p>
      <w:pPr>
        <w:spacing w:after="80"/>
      </w:pPr>
      <w:r>
        <w:rPr>
          <w:b w:val="0"/>
          <w:i w:val="0"/>
        </w:rPr>
        <w:t>Booth Watson mỉm cười, ‘Tôi rất vui lòng được hành động thay mặt anh.’</w:t>
      </w:r>
    </w:p>
    <w:p>
      <w:pPr>
        <w:spacing w:after="80"/>
      </w:pPr>
      <w:r>
        <w:rPr>
          <w:b w:val="0"/>
          <w:i w:val="0"/>
        </w:rPr>
        <w:t>‘Tôi chắc chắn là anh sẽ vui lòng, BW ạ,’ Miles nói. ‘Anh bảo Christina đã tìm ra được hai thông tin.’</w:t>
      </w:r>
    </w:p>
    <w:p>
      <w:pPr>
        <w:spacing w:after="80"/>
      </w:pPr>
      <w:r>
        <w:rPr>
          <w:b w:val="0"/>
          <w:i w:val="0"/>
        </w:rPr>
        <w:t xml:space="preserve">‘Bảo tàng Fitzmolean đang chuẩn bị mở một cuộc triển lãm Frans Hals vào mùa thu tới, và bà Warwick đã đề nghị Christina cho bảo tàng mượn </w:t>
      </w:r>
      <w:r>
        <w:rPr>
          <w:b w:val="0"/>
          <w:i/>
        </w:rPr>
        <w:t>Người thổi sáo</w:t>
      </w:r>
      <w:r>
        <w:rPr>
          <w:b w:val="0"/>
          <w:i w:val="0"/>
        </w:rPr>
        <w:t xml:space="preserve"> trong sáu tuần.’</w:t>
      </w:r>
    </w:p>
    <w:p>
      <w:pPr>
        <w:spacing w:after="80"/>
      </w:pPr>
      <w:r>
        <w:rPr>
          <w:b w:val="0"/>
          <w:i w:val="0"/>
        </w:rPr>
        <w:t>‘Bức tranh đâu phải của cô ấy mà cho mượn,’ Miles nói đầy thách thức.</w:t>
      </w:r>
    </w:p>
    <w:p>
      <w:pPr>
        <w:spacing w:after="80"/>
      </w:pPr>
      <w:r>
        <w:rPr>
          <w:b w:val="0"/>
          <w:i w:val="0"/>
        </w:rPr>
        <w:t>‘Đó chính là lý do tôi khuyên anh nên làm như vậy.’</w:t>
      </w:r>
    </w:p>
    <w:p>
      <w:pPr>
        <w:spacing w:after="80"/>
      </w:pPr>
      <w:r>
        <w:rPr>
          <w:b w:val="0"/>
          <w:i w:val="0"/>
        </w:rPr>
        <w:t>‘Lý do của anh là gì?’</w:t>
      </w:r>
    </w:p>
    <w:p>
      <w:pPr>
        <w:spacing w:after="80"/>
      </w:pPr>
      <w:r>
        <w:rPr>
          <w:b w:val="0"/>
          <w:i w:val="0"/>
        </w:rPr>
        <w:t>‘Khi đó bà Warwick sẽ tin chắc rằng bộ sưu tập đang nằm trong tay Christina và, quan trọng hơn, chồng bà ấy cũng sẽ tin như vậy.’</w:t>
      </w:r>
    </w:p>
    <w:p>
      <w:pPr>
        <w:spacing w:after="80"/>
        <w:jc w:val="center"/>
      </w:pPr>
      <w:r>
        <w:rPr>
          <w:b w:val="0"/>
          <w:i w:val="0"/>
        </w:rPr>
        <w:t>• • •</w:t>
      </w:r>
    </w:p>
    <w:p>
      <w:pPr>
        <w:spacing w:after="80"/>
      </w:pPr>
      <w:r>
        <w:rPr>
          <w:b w:val="0"/>
          <w:i w:val="0"/>
        </w:rPr>
        <w:t>‘</w:t>
      </w:r>
      <w:r>
        <w:rPr>
          <w:b w:val="0"/>
          <w:i/>
        </w:rPr>
        <w:t>Những người đánh cá người</w:t>
      </w:r>
      <w:r>
        <w:rPr>
          <w:b w:val="0"/>
          <w:i w:val="0"/>
        </w:rPr>
        <w:t xml:space="preserve"> của Caravaggio,’ hướng dẫn viên nói, ‘chắc chắn là niềm tự hào của bộ sưu tập McLaren. Dù nhân vật trung tâm trong bức tranh là Chúa Kitô, nhưng ánh mắt người xem lại lập tức hướng về những người đánh cá trên thuyền. Nhà sử học nghệ thuật lỗi lạc, Ngài Kenneth Clark, đã viết rằng vẻ mặt kinh ngạc khi các Tông đồ lần đầu nhìn thấy Chúa Kitô bước đi trên mặt nước chỉ có thể được mô tả là thiên tài.’</w:t>
      </w:r>
    </w:p>
    <w:p>
      <w:pPr>
        <w:spacing w:after="80"/>
      </w:pPr>
      <w:r>
        <w:rPr>
          <w:b w:val="0"/>
          <w:i w:val="0"/>
        </w:rPr>
        <w:t>‘Nó đáng giá bao nhiêu?’ một chàng trai trẻ mặc chiếc áo phông in hình Warhol hỏi.</w:t>
      </w:r>
    </w:p>
    <w:p>
      <w:pPr>
        <w:spacing w:after="80"/>
      </w:pPr>
      <w:r>
        <w:rPr>
          <w:b w:val="0"/>
          <w:i w:val="0"/>
        </w:rPr>
        <w:t>‘Đơn giản là nó vô giá,’ người hướng dẫn nói, cố giấu đi vẻ khinh miệt, điều đó khiến một quý ông lớn tuổi ngồi trên xe lăn, đôi chân phủ tấm chăn len kẻ sọc tartan, mỉm cười.</w:t>
      </w:r>
    </w:p>
    <w:p>
      <w:pPr>
        <w:spacing w:after="80"/>
      </w:pPr>
      <w:r>
        <w:rPr>
          <w:b w:val="0"/>
          <w:i w:val="0"/>
        </w:rPr>
        <w:t>‘Tuy nhiên,’ người hướng dẫn tiếp tục, ‘có thể các vị sẽ thấy thú vị khi biết rằng vị Lãnh chúa McLaren đầu tiên đã mua kiệt tác này từ một thương gia ở Milan vào năm 1786 với giá năm mươi guinea, và khi trở về Scotland, ông đã treo nó ở đây, trong phòng ăn, nơi nó vẫn còn cho đến tận ngày nay.’</w:t>
      </w:r>
    </w:p>
    <w:p>
      <w:pPr>
        <w:spacing w:after="80"/>
      </w:pPr>
      <w:r>
        <w:rPr>
          <w:b w:val="0"/>
          <w:i w:val="0"/>
        </w:rPr>
        <w:t>Sẽ không còn lâu nữa, người đàn ông trên xe lăn nghĩ thầm.</w:t>
      </w:r>
    </w:p>
    <w:p>
      <w:pPr>
        <w:spacing w:after="80"/>
      </w:pPr>
      <w:r>
        <w:rPr>
          <w:b w:val="0"/>
          <w:i w:val="0"/>
        </w:rPr>
        <w:t>‘Buổi tham quan đến đây là kết thúc,’ người hướng dẫn nói, ‘tôi hy vọng tất cả các vị đều đã thấy thích thú.’ Tràng pháo tay nồng nhiệt vang lên sau đó cho thấy quả thật họ đã thích thú.</w:t>
      </w:r>
    </w:p>
    <w:p>
      <w:pPr>
        <w:spacing w:after="80"/>
      </w:pPr>
      <w:r>
        <w:rPr>
          <w:b w:val="0"/>
          <w:i w:val="0"/>
        </w:rPr>
        <w:t>Người hướng dẫn hơi cúi đầu rồi nói, ‘Nếu các vị muốn ghé thăm cửa hàng của chúng tôi, thưởng thức chút đồ ăn nhẹ tại quán cà phê, hoặc đi dạo quanh khuôn viên, xin cứ tự nhiên. Tôi chúc tất cả các vị có một chuyến về nhà an toàn.’</w:t>
      </w:r>
    </w:p>
    <w:p>
      <w:pPr>
        <w:spacing w:after="80"/>
      </w:pPr>
      <w:r>
        <w:rPr>
          <w:b w:val="0"/>
          <w:i w:val="0"/>
        </w:rPr>
        <w:t>Ông lão trên xe lăn cảm ơn người hướng dẫn và hào phóng đưa ông ta một khoản tiền boa, trước khi cô y tá đẩy ông chầm chậm ra khỏi phòng ăn. ‘Tôi muốn ghé thăm cửa hàng,’ ông nói.</w:t>
      </w:r>
    </w:p>
    <w:p>
      <w:pPr>
        <w:spacing w:after="80"/>
      </w:pPr>
      <w:r>
        <w:rPr>
          <w:b w:val="0"/>
          <w:i w:val="0"/>
        </w:rPr>
        <w:t xml:space="preserve">‘Dĩ nhiên rồi, thưa ông,’ cô đáp, và đi theo các biển chỉ dẫn. Ông lão mua một tấm bưu thiếp in hình </w:t>
      </w:r>
      <w:r>
        <w:rPr>
          <w:b w:val="0"/>
          <w:i/>
        </w:rPr>
        <w:t>Những Người Đánh Cá</w:t>
      </w:r>
      <w:r>
        <w:rPr>
          <w:b w:val="0"/>
          <w:i w:val="0"/>
        </w:rPr>
        <w:t xml:space="preserve"> và một cuốn danh mục minh họa về bộ sưu tập của gia tộc McLaren, trước khi cô y tá đưa ông trở lại chiếc xe limousine đang chờ. Ông nhận ra một viên cảnh sát trẻ mặc thường phục, người chẳng buồn nhìn họ lần thứ hai, khi một người tài xế và cô y tá giúp ông lão ra khỏi xe lăn và vào ghế sau của xe.</w:t>
      </w:r>
    </w:p>
    <w:p>
      <w:pPr>
        <w:spacing w:after="80"/>
      </w:pPr>
      <w:r>
        <w:rPr>
          <w:b w:val="0"/>
          <w:i w:val="0"/>
        </w:rPr>
        <w:t>Khi chiếc limousine chầm chậm rời khỏi khuôn viên, ông lão mở trang đầu của cuốn danh mục, nơi hiển thị cây phả hệ gia tộc McLaren từ năm 1736 đến ngày nay. Có vẻ như vị Lãnh chúa McLaren đầu tiên đã gây dựng cơ nghiệp trong những năm đầu của Cách mạng Công nghiệp, và niềm yêu thích hội họa của ông, khởi đầu như một người nghiệp dư, đã trở thành niềm đam mê vào tuổi trung niên và, sau ‘Chuyến du lịch châu Âu’, thành một nỗi ám ảnh: khi ông qua đời năm 1822, bộ sưu tập của ông được coi là một trong những bộ sưu tập tư nhân tinh túy nhất. Khi chiếc limousine dừng trước lối vào sân bay Aberdeen, ông lão đã đọc đến cuối cuộc đời của vị Lãnh chúa McLaren đầu tiên.</w:t>
      </w:r>
    </w:p>
    <w:p>
      <w:pPr>
        <w:spacing w:after="80"/>
      </w:pPr>
      <w:r>
        <w:rPr>
          <w:b w:val="0"/>
          <w:i w:val="0"/>
        </w:rPr>
        <w:t>Một nữ tiếp viên sân bay xinh đẹp tiếp nhận từ cô y tá và đẩy vị quý ông lớn tuổi lên đầu hàng chờ làm thủ tục hải quan. Sau khi hộ chiếu được kiểm tra, ông được đưa thẳng lên chiếc máy bay đang chờ.</w:t>
      </w:r>
    </w:p>
    <w:p>
      <w:pPr>
        <w:spacing w:after="80"/>
      </w:pPr>
      <w:r>
        <w:rPr>
          <w:b w:val="0"/>
          <w:i w:val="0"/>
        </w:rPr>
        <w:t>Trong chuyến bay về nhà, ông biết được vị Lãnh chúa McLaren thứ hai và thứ ba đã bổ sung Turner, Constable và Gainsborough vào bộ sưu tập như thế nào, làm tăng thêm danh tiếng đang lên của nó. Ông lão là một trong những người cuối cùng rời khỏi máy bay sau khi hạ cánh, và đến lúc đó ông đã khám phá ra cách vị Lãnh chúa McLaren thứ tư phát hiện ra các họa sĩ Trường phái Ấn tượng, và sở hữu một bức của Monet, một bức của Manet và hai bức của Matisse trước khi qua đời.</w:t>
      </w:r>
    </w:p>
    <w:p>
      <w:pPr>
        <w:spacing w:after="80"/>
      </w:pPr>
      <w:r>
        <w:rPr>
          <w:b w:val="0"/>
          <w:i w:val="0"/>
        </w:rPr>
        <w:t>Trong khi được đẩy về phía hải quan, ông chăm chú vào mong muốn của vị Lãnh chúa McLaren thứ năm là mua các tác phẩm của những người đồng hương để treo bên cạnh các bậc thầy người Ý, Pháp và Anh, vì thế McTaggart, Raeburn, Peploe và Farquharson được thêm vào bộ sưu tập. Đáng buồn thay, vị Lãnh chúa McLaren thứ sáu không hề quan tâm đến nghệ thuật, chỉ quan tâm đến xe hơi nhanh và phụ nữ còn nhanh hơn, khiến một số bức tranh phải bị bán đi để trang trải những khoản xa hoa của ông. Khi ông qua đời vì một cơn đau tim ở tuổi sáu mươi ba, ông để lại cho đứa con trai duy nhất tước hiệu và không còn lựa chọn nào khác ngoài việc chia tay bức Caravaggio nếu muốn giữ cho sở thuế tránh xa.</w:t>
      </w:r>
    </w:p>
    <w:p>
      <w:pPr>
        <w:spacing w:after="80"/>
      </w:pPr>
      <w:r>
        <w:rPr>
          <w:b w:val="0"/>
          <w:i w:val="0"/>
        </w:rPr>
        <w:t>Ông lão chầm chậm đi qua hải quan. Khi đến sảnh đón khách, ông cũng đã đọc đến cuối cuốn sách.</w:t>
      </w:r>
    </w:p>
    <w:p>
      <w:pPr>
        <w:spacing w:after="80"/>
      </w:pPr>
      <w:r>
        <w:rPr>
          <w:b w:val="0"/>
          <w:i w:val="0"/>
        </w:rPr>
        <w:t>Người tài xế đẩy ông ra khỏi sân bay đến chiếc xe đang chờ, đỗ ở khu vực dành cho người khuyết tật. Ông mở cửa sau cho chủ nhân, người bước ra khỏi xe lăn, đi bộ đến chiếc xe và leo vào ghế sau. Lazarus hẳn sẽ tự hào về ông.</w:t>
      </w:r>
    </w:p>
    <w:p>
      <w:pPr>
        <w:pStyle w:val="Heading2"/>
      </w:pPr>
      <w:r>
        <w:rPr>
          <w:rFonts w:ascii="Calibri" w:hAnsi="Calibri"/>
          <w:b/>
          <w:i w:val="0"/>
          <w:sz w:val="32"/>
        </w:rPr>
        <w:t>CHƯƠNG 16</w:t>
      </w:r>
    </w:p>
    <w:p>
      <w:pPr>
        <w:spacing w:after="80"/>
      </w:pPr>
      <w:r>
        <w:rPr>
          <w:b w:val="0"/>
          <w:i w:val="0"/>
        </w:rPr>
        <w:t>‘CẶP SONG SINH ĐÂU RỒI?’ Ngài Julian hỏi, trước cả khi Beth và William kịp treo áo khoác lên.</w:t>
      </w:r>
    </w:p>
    <w:p>
      <w:pPr>
        <w:spacing w:after="80"/>
      </w:pPr>
      <w:r>
        <w:rPr>
          <w:b w:val="0"/>
          <w:i w:val="0"/>
        </w:rPr>
        <w:t>‘Hôm nay chúng ở với bố mẹ cháu,’ Beth nói, khi họ bước vào phòng khách.</w:t>
      </w:r>
    </w:p>
    <w:p>
      <w:pPr>
        <w:spacing w:after="80"/>
      </w:pPr>
      <w:r>
        <w:rPr>
          <w:b w:val="0"/>
          <w:i w:val="0"/>
        </w:rPr>
        <w:t>'Arthur và Joanna thật may mắn,' Marjorie nói.</w:t>
      </w:r>
    </w:p>
    <w:p>
      <w:pPr>
        <w:spacing w:after="80"/>
      </w:pPr>
      <w:r>
        <w:rPr>
          <w:b w:val="0"/>
          <w:i w:val="0"/>
        </w:rPr>
        <w:t xml:space="preserve">'Chuyện </w:t>
      </w:r>
      <w:r>
        <w:rPr>
          <w:b w:val="0"/>
          <w:i/>
        </w:rPr>
        <w:t>entre nous</w:t>
      </w:r>
      <w:r>
        <w:rPr>
          <w:b w:val="0"/>
          <w:i w:val="0"/>
        </w:rPr>
        <w:t xml:space="preserve"> thôi nhé,' Sir Julian nói, 'nhưng lần cuối Artemisia đến thăm chúng ta, con bé đã thổ lộ với tôi rằng tôi là ông ngoại cưng nhất của nó.'</w:t>
      </w:r>
    </w:p>
    <w:p>
      <w:pPr>
        <w:spacing w:after="80"/>
      </w:pPr>
      <w:r>
        <w:rPr>
          <w:b w:val="0"/>
          <w:i w:val="0"/>
        </w:rPr>
        <w:t>Beth mỉm cười. 'Con bé tinh quái ấy đã lặp lại y hệt những lời đó với bố tôi khi tôi đưa chúng đến Ewell sáng nay.'</w:t>
      </w:r>
    </w:p>
    <w:p>
      <w:pPr>
        <w:spacing w:after="80"/>
      </w:pPr>
      <w:r>
        <w:rPr>
          <w:b w:val="0"/>
          <w:i w:val="0"/>
        </w:rPr>
        <w:t>'Vậy thì tôi sẽ phải viết lại di chúc để lại cho Peter,' Sir Julian nói, kèm theo một tiếng thở dài phóng đại.</w:t>
      </w:r>
    </w:p>
    <w:p>
      <w:pPr>
        <w:spacing w:after="80"/>
      </w:pPr>
      <w:r>
        <w:rPr>
          <w:b w:val="0"/>
          <w:i w:val="0"/>
        </w:rPr>
        <w:t>'Thế thì bố tôi sẽ viết lại di chúc để lại cho Artemisia,' Beth đáp.</w:t>
      </w:r>
    </w:p>
    <w:p>
      <w:pPr>
        <w:spacing w:after="80"/>
      </w:pPr>
      <w:r>
        <w:rPr>
          <w:b w:val="0"/>
          <w:i w:val="0"/>
        </w:rPr>
        <w:t>'Vì William chẳng bao giờ nói về công việc của mình,' Marjorie nói, đưa cho Beth một tách cà phê, 'còn Julian thì nói về chuyện khác chẳng được bao nhiêu, nên tôi muốn nghe dự án mới nhất của cháu là gì.'</w:t>
      </w:r>
    </w:p>
    <w:p>
      <w:pPr>
        <w:spacing w:after="80"/>
      </w:pPr>
      <w:r>
        <w:rPr>
          <w:b w:val="0"/>
          <w:i w:val="0"/>
        </w:rPr>
        <w:t>'Bảo tàng đang chuẩn bị một triển lãm Frans Hals cho mùa thu tới.'</w:t>
      </w:r>
    </w:p>
    <w:p>
      <w:pPr>
        <w:spacing w:after="80"/>
      </w:pPr>
      <w:r>
        <w:rPr>
          <w:b w:val="0"/>
          <w:i w:val="0"/>
        </w:rPr>
        <w:t>'Cháu vẫn thường tự hỏi điều gì diễn ra phía sau hậu trường trước khi một phòng tranh có thể mở một triển lãm lớn như thế.'</w:t>
      </w:r>
    </w:p>
    <w:p>
      <w:pPr>
        <w:spacing w:after="80"/>
      </w:pPr>
      <w:r>
        <w:rPr>
          <w:b w:val="0"/>
          <w:i w:val="0"/>
        </w:rPr>
        <w:t>'Đó là một quá trình dài dằng dặc và quanh co,' Beth nói, 'đòi hỏi sự kiên nhẫn, quyết tâm, hối lộ và tham nhũng.'</w:t>
      </w:r>
    </w:p>
    <w:p>
      <w:pPr>
        <w:spacing w:after="80"/>
      </w:pPr>
      <w:r>
        <w:rPr>
          <w:b w:val="0"/>
          <w:i w:val="0"/>
        </w:rPr>
        <w:t>Sir Julian bỗng tỏ ra hứng thú.</w:t>
      </w:r>
    </w:p>
    <w:p>
      <w:pPr>
        <w:spacing w:after="80"/>
      </w:pPr>
      <w:r>
        <w:rPr>
          <w:b w:val="0"/>
          <w:i w:val="0"/>
        </w:rPr>
        <w:t>'Bao nhiêu bức tranh sẽ được trưng bày?'</w:t>
      </w:r>
    </w:p>
    <w:p>
      <w:pPr>
        <w:spacing w:after="80"/>
      </w:pPr>
      <w:r>
        <w:rPr>
          <w:b w:val="0"/>
          <w:i w:val="0"/>
        </w:rPr>
        <w:t xml:space="preserve">'Nếu cháu may mắn thì sáu mươi hay bảy mươi bức, trong đó có, chúng cháu hy vọng, </w:t>
      </w:r>
      <w:r>
        <w:rPr>
          <w:b w:val="0"/>
          <w:i/>
        </w:rPr>
        <w:t>The Laughing Cavalier</w:t>
      </w:r>
      <w:r>
        <w:rPr>
          <w:b w:val="0"/>
          <w:i w:val="0"/>
        </w:rPr>
        <w:t>.'</w:t>
      </w:r>
    </w:p>
    <w:p>
      <w:pPr>
        <w:spacing w:after="80"/>
      </w:pPr>
      <w:r>
        <w:rPr>
          <w:b w:val="0"/>
          <w:i w:val="0"/>
        </w:rPr>
        <w:t>'Hiện giờ nó đang ở đâu?' Sir Julian hỏi.</w:t>
      </w:r>
    </w:p>
    <w:p>
      <w:pPr>
        <w:spacing w:after="80"/>
      </w:pPr>
      <w:r>
        <w:rPr>
          <w:b w:val="0"/>
          <w:i w:val="0"/>
        </w:rPr>
        <w:t>'Nó là một phần của Bộ sưu tập Wallace,' William nói, 'nên ít nhất thì nó cũng không phải đi xa lắm.'</w:t>
      </w:r>
    </w:p>
    <w:p>
      <w:pPr>
        <w:spacing w:after="80"/>
      </w:pPr>
      <w:r>
        <w:rPr>
          <w:b w:val="0"/>
          <w:i w:val="0"/>
        </w:rPr>
        <w:t>'Đôi khi người ta quên mất,' Sir Julian nói, 'rằng con trai tôi từng học Lịch sử Nghệ thuật tại một trường đại học đang lên, và nếu nó không gia nhập lực lượng cảnh sát thì có lẽ giờ này nó đã trở thành một trong những trợ lý của Beth rồi.'</w:t>
      </w:r>
    </w:p>
    <w:p>
      <w:pPr>
        <w:spacing w:after="80"/>
      </w:pPr>
      <w:r>
        <w:rPr>
          <w:b w:val="0"/>
          <w:i w:val="0"/>
        </w:rPr>
        <w:t>'Thành công đến thế cơ à?' William chế giễu.</w:t>
      </w:r>
    </w:p>
    <w:p>
      <w:pPr>
        <w:spacing w:after="80"/>
      </w:pPr>
      <w:r>
        <w:rPr>
          <w:b w:val="0"/>
          <w:i w:val="0"/>
        </w:rPr>
        <w:t>‘Kệ bọn trẻ đi, Beth,’ Marjorie nói. ‘Cậu đang kể cho bọn mình nghe về công tác chuẩn bị cho một cuộc triển lãm quan trọng mà.’</w:t>
      </w:r>
    </w:p>
    <w:p>
      <w:pPr>
        <w:spacing w:after="80"/>
      </w:pPr>
      <w:r>
        <w:rPr>
          <w:b w:val="0"/>
          <w:i w:val="0"/>
        </w:rPr>
        <w:t>‘Hối lộ và tham nhũng,’ Sir Julian nhắc cô.</w:t>
      </w:r>
    </w:p>
    <w:p>
      <w:pPr>
        <w:spacing w:after="80"/>
      </w:pPr>
      <w:r>
        <w:rPr>
          <w:b w:val="0"/>
          <w:i w:val="0"/>
        </w:rPr>
        <w:t xml:space="preserve">‘Hầu hết các tác phẩm của Hals đều nằm trong các phòng trưng bày công cộng trên khắp thế giới. Những tác phẩm đẹp nhất có thể tìm thấy ở Rijks ở Amsterdam, mặc dù Met và Hermitage cũng có những bức chân dung tự họa tuyệt đẹp, và còn một tác phẩm tuyệt vời khác, </w:t>
      </w:r>
      <w:r>
        <w:rPr>
          <w:b w:val="0"/>
          <w:i/>
        </w:rPr>
        <w:t>The Merry Lute Player</w:t>
      </w:r>
      <w:r>
        <w:rPr>
          <w:b w:val="0"/>
          <w:i w:val="0"/>
        </w:rPr>
        <w:t xml:space="preserve">, ở Mansion House tại City of London. Nhưng nếu bạn muốn mượn một tác phẩm lớn từ một phòng trưng bày khác, họ sẽ mong đợi một sự </w:t>
      </w:r>
      <w:r>
        <w:rPr>
          <w:b w:val="0"/>
          <w:i/>
        </w:rPr>
        <w:t>đền đáp tương xứng</w:t>
      </w:r>
      <w:r>
        <w:rPr>
          <w:b w:val="0"/>
          <w:i w:val="0"/>
        </w:rPr>
        <w:t xml:space="preserve"> (quid pro quo) vào một lúc nào đó trong tương lai.’</w:t>
      </w:r>
    </w:p>
    <w:p>
      <w:pPr>
        <w:spacing w:after="80"/>
      </w:pPr>
      <w:r>
        <w:rPr>
          <w:b w:val="0"/>
          <w:i w:val="0"/>
        </w:rPr>
        <w:t>‘Ví dụ chẳng hạn?’ Sir Julian nói, vừa nhấp một ngụm cà phê.</w:t>
      </w:r>
    </w:p>
    <w:p>
      <w:pPr>
        <w:spacing w:after="80"/>
      </w:pPr>
      <w:r>
        <w:rPr>
          <w:b w:val="0"/>
          <w:i w:val="0"/>
        </w:rPr>
        <w:t xml:space="preserve">‘Bộ sưu tập Phillips ở Washington DC đang lên kế hoạch tổ chức một cuộc triển lãm Rubens trong hai năm nữa, và họ đã hỏi chúng ta liệu có thể cho họ mượn </w:t>
      </w:r>
      <w:r>
        <w:rPr>
          <w:b w:val="0"/>
          <w:i/>
        </w:rPr>
        <w:t>Descent from the Cross</w:t>
      </w:r>
      <w:r>
        <w:rPr>
          <w:b w:val="0"/>
          <w:i w:val="0"/>
        </w:rPr>
        <w:t xml:space="preserve"> trong ba tháng không. Họ có ba tác phẩm của Hals, và tôi đang nhắm đến hai trong số đó.’</w:t>
      </w:r>
    </w:p>
    <w:p>
      <w:pPr>
        <w:spacing w:after="80"/>
      </w:pPr>
      <w:r>
        <w:rPr>
          <w:b w:val="0"/>
          <w:i w:val="0"/>
        </w:rPr>
        <w:t>‘Hai bức Hals đổi lấy một bức Rubens có vẻ là một cuộc trao đổi công bằng,’ Sir Julian nói.</w:t>
      </w:r>
    </w:p>
    <w:p>
      <w:pPr>
        <w:spacing w:after="80"/>
      </w:pPr>
      <w:r>
        <w:rPr>
          <w:b w:val="0"/>
          <w:i w:val="0"/>
        </w:rPr>
        <w:t>‘Có bao nhiêu bức tranh của Hals nằm trong tay tư nhân?’ Marjorie hỏi.</w:t>
      </w:r>
    </w:p>
    <w:p>
      <w:pPr>
        <w:spacing w:after="80"/>
      </w:pPr>
      <w:r>
        <w:rPr>
          <w:b w:val="0"/>
          <w:i w:val="0"/>
        </w:rPr>
        <w:t>‘Chỉ có mười một bức mà chúng tôi đã truy ra được. Khi một tác phẩm quan trọng của một họa sĩ lớn như Hals được đưa ra bán, khá thường xuyên nó được một phòng trưng bày quốc gia mua lại, điều này đảm bảo rằng nó sẽ không bao giờ xuất hiện trên thị trường nữa.’</w:t>
      </w:r>
    </w:p>
    <w:p>
      <w:pPr>
        <w:spacing w:after="80"/>
      </w:pPr>
      <w:r>
        <w:rPr>
          <w:b w:val="0"/>
          <w:i w:val="0"/>
        </w:rPr>
        <w:t>‘Điều đó chỉ càng làm tăng giá trị của những tác phẩm vẫn còn nằm trong tay tư nhân,’ William xen vào. ‘Càng tăng hơn nữa nếu chúng được cho mượn để phục vụ một cuộc triển lãm lớn.’</w:t>
      </w:r>
    </w:p>
    <w:p>
      <w:pPr>
        <w:spacing w:after="80"/>
      </w:pPr>
      <w:r>
        <w:rPr>
          <w:b w:val="0"/>
          <w:i w:val="0"/>
        </w:rPr>
        <w:t>‘Tôi đã liên hệ với cả mười một chủ sở hữu tư nhân,’ Beth tiếp tục, ‘và hỏi liệu họ có sẵn lòng ủng hộ cuộc triển lãm không. Ba người đã đồng ý, nhưng với những điều kiện khắt khe nhất, bốn người từ chối tôi, và bốn người còn lại thậm chí không buồn trả lời.’</w:t>
      </w:r>
    </w:p>
    <w:p>
      <w:pPr>
        <w:spacing w:after="80"/>
      </w:pPr>
      <w:r>
        <w:rPr>
          <w:b w:val="0"/>
          <w:i w:val="0"/>
        </w:rPr>
        <w:t>‘Tại sao họ lại không sẵn lòng cho mượn tranh của mình?’ Marjorie hỏi, ‘khi mà, như William nói, việc đó chỉ làm tăng thêm giá trị cho các tác phẩm.’</w:t>
      </w:r>
    </w:p>
    <w:p>
      <w:pPr>
        <w:spacing w:after="80"/>
      </w:pPr>
      <w:r>
        <w:rPr>
          <w:b w:val="0"/>
          <w:i w:val="0"/>
        </w:rPr>
        <w:t>‘Những Mellon và Rothschild của thế giới này đều biết rõ điều đó và luôn ủng hộ các cuộc triển lãm lớn. Những lời từ chối thường đến từ những chủ sở hữu lo ngại rằng tác phẩm nghệ thuật của họ có thể bị hư hại trong quá trình vận chuyển. Đó là lý do tại sao tôi gặp nhiều khó khăn đến vậy trong việc thuyết phục ông Morita nhượng lại bức chân dung tự họa tuyệt đẹp của Hals đang được treo trong bộ sưu tập Sony ở Tokyo.’</w:t>
      </w:r>
    </w:p>
    <w:p>
      <w:pPr>
        <w:spacing w:after="80"/>
      </w:pPr>
      <w:r>
        <w:rPr>
          <w:b w:val="0"/>
          <w:i w:val="0"/>
        </w:rPr>
        <w:t>‘Còn những người không buồn trả lời thì sao?’ Marjorie hỏi.</w:t>
      </w:r>
    </w:p>
    <w:p>
      <w:pPr>
        <w:spacing w:after="80"/>
      </w:pPr>
      <w:r>
        <w:rPr>
          <w:b w:val="0"/>
          <w:i w:val="0"/>
        </w:rPr>
        <w:t>‘Thường là bọn tội phạm, những kẻ không muốn thu hút sự chú ý của cơ quan thuế về việc họ sở hữu những tác phẩm nghệ thuật có giá trị,’ William nói. ‘Miles Faulkner quá cố là một ví dụ điển hình.’</w:t>
      </w:r>
    </w:p>
    <w:p>
      <w:pPr>
        <w:spacing w:after="80"/>
      </w:pPr>
      <w:r>
        <w:rPr>
          <w:b w:val="0"/>
          <w:i w:val="0"/>
        </w:rPr>
        <w:t>‘Hoặc có lẽ chưa quá cố đâu,’ Sir Julian nói.</w:t>
      </w:r>
    </w:p>
    <w:p>
      <w:pPr>
        <w:spacing w:after="80"/>
      </w:pPr>
      <w:r>
        <w:rPr>
          <w:b w:val="0"/>
          <w:i w:val="0"/>
        </w:rPr>
        <w:t>‘Sao ông lại nói vậy?’ William thận trọng hỏi.</w:t>
      </w:r>
    </w:p>
    <w:p>
      <w:pPr>
        <w:spacing w:after="80"/>
      </w:pPr>
      <w:r>
        <w:rPr>
          <w:b w:val="0"/>
          <w:i w:val="0"/>
        </w:rPr>
        <w:t>‘Booth Watson không còn xuất hiện tại tòa án thường xuyên như trước nữa, nhưng ông ấy vẫn dùng bữa tại khách sạn Savoy mỗi ngày. Hoặc là ông ấy đã nghỉ hưu sớm, điều này có vẻ khó xảy ra, hoặc là ông ấy đang nhận một khoản thù lao đủ lớn từ một khách hàng tư nhân để chắc chắn rằng mình không phải tìm kiếm công việc đều đặn như những người còn lại trong chúng ta. Bạn phải nhớ rằng ít ai thuê luật sư trừ khi họ buộc phải làm vậy.’</w:t>
      </w:r>
    </w:p>
    <w:p>
      <w:pPr>
        <w:spacing w:after="80"/>
      </w:pPr>
      <w:r>
        <w:rPr>
          <w:b w:val="0"/>
          <w:i w:val="0"/>
        </w:rPr>
        <w:t>‘Đặc biệt là những luật sư liên tục ngắt lời vợ mình khi bà ấy vẫn còn vài câu hỏi nữa muốn hỏi về Frans Hals,’ Marjorie nói.</w:t>
      </w:r>
    </w:p>
    <w:p>
      <w:pPr>
        <w:spacing w:after="80"/>
      </w:pPr>
      <w:r>
        <w:rPr>
          <w:b w:val="0"/>
          <w:i w:val="0"/>
        </w:rPr>
        <w:t>‘Xin lỗi,’ Ngài Julian nói. ‘Tôi đang trở thành một kẻ nhàm chán về pháp lý.’</w:t>
      </w:r>
    </w:p>
    <w:p>
      <w:pPr>
        <w:spacing w:after="80"/>
      </w:pPr>
      <w:r>
        <w:rPr>
          <w:b w:val="0"/>
          <w:i w:val="0"/>
        </w:rPr>
        <w:t>Không ai cố gắng phản đối ông ấy.</w:t>
      </w:r>
    </w:p>
    <w:p>
      <w:pPr>
        <w:spacing w:after="80"/>
      </w:pPr>
      <w:r>
        <w:rPr>
          <w:b w:val="0"/>
          <w:i w:val="0"/>
        </w:rPr>
        <w:t>‘Ông có nhắc rằng các tác phẩm đôi khi phải được vận chuyển từ bên này sang bên kia thế giới,’ Marjorie nói. ‘Điều đó hẳn phải rất tốn kém.’</w:t>
      </w:r>
    </w:p>
    <w:p>
      <w:pPr>
        <w:spacing w:after="80"/>
      </w:pPr>
      <w:r>
        <w:rPr>
          <w:b w:val="0"/>
          <w:i w:val="0"/>
        </w:rPr>
        <w:t>‘Đôi khi là quá đắt đỏ,’ Beth nói. ‘Có rất ít công ty ở Anh được coi là đủ đáng tin cậy để xử lý những tác phẩm quan trọng như vậy. Tôi biết một người quản lý bảo tàng khăng khăng rằng bức tranh không bao giờ được rời khỏi tầm mắt của ông ấy, nên giống như ông ấy, nó phải bay hạng nhất và không được đặt trong khoang hành lý. Điều đó không hề rẻ – và đó là chưa tính đến chuyện bạn phải lo lắng về phí bảo hiểm. Lý do bạn không bao giờ có thể mượn một bức tranh của Leonardo hay Michelangelo từ Vatican là vì Lloyd’s of London không sẵn lòng bảo hiểm cho chúng, và Giáo hoàng đã ra sắc lệnh không có ngoại lệ.’</w:t>
      </w:r>
    </w:p>
    <w:p>
      <w:pPr>
        <w:spacing w:after="80"/>
      </w:pPr>
      <w:r>
        <w:rPr>
          <w:b w:val="0"/>
          <w:i w:val="0"/>
        </w:rPr>
        <w:t>‘Chính phủ không thể giúp đỡ trong những trường hợp đó sao?’ Marjorie hỏi.</w:t>
      </w:r>
    </w:p>
    <w:p>
      <w:pPr>
        <w:spacing w:after="80"/>
      </w:pPr>
      <w:r>
        <w:rPr>
          <w:b w:val="0"/>
          <w:i w:val="0"/>
        </w:rPr>
        <w:t>‘Đôi khi họ có thể còn là trở ngại nhiều hơn,’ Beth nói. ‘Nếu Bộ Ngoại giao có những dè dặt về quốc gia mà bạn muốn cho mượn một bức tranh, họ có thể từ chối cấp giấy phép xuất khẩu cho bạn.’</w:t>
      </w:r>
    </w:p>
    <w:p>
      <w:pPr>
        <w:spacing w:after="80"/>
      </w:pPr>
      <w:r>
        <w:rPr>
          <w:b w:val="0"/>
          <w:i w:val="0"/>
        </w:rPr>
        <w:t xml:space="preserve">‘Cũng dễ hiểu thôi,’ Ngài Julian nói. ‘Tôi có thể tưởng tượng ngay tiếng phản đối dữ dội nếu Bảo tàng Khảo cổ Quốc gia ở Athens xin mượn </w:t>
      </w:r>
      <w:r>
        <w:rPr>
          <w:b w:val="0"/>
          <w:i/>
        </w:rPr>
        <w:t>các bức tượng Elgin</w:t>
      </w:r>
      <w:r>
        <w:rPr>
          <w:b w:val="0"/>
          <w:i w:val="0"/>
        </w:rPr>
        <w:t xml:space="preserve"> – chỉ trong sáu tuần.’</w:t>
      </w:r>
    </w:p>
    <w:p>
      <w:pPr>
        <w:spacing w:after="80"/>
      </w:pPr>
      <w:r>
        <w:rPr>
          <w:b w:val="0"/>
          <w:i w:val="0"/>
        </w:rPr>
        <w:t>‘Và còn có vấn đề Do Thái nữa,’ William nói.</w:t>
      </w:r>
    </w:p>
    <w:p>
      <w:pPr>
        <w:spacing w:after="80"/>
      </w:pPr>
      <w:r>
        <w:rPr>
          <w:b w:val="0"/>
          <w:i w:val="0"/>
        </w:rPr>
        <w:t>Điều này khiến ngay cả Ngài Julian cũng im lặng.</w:t>
      </w:r>
    </w:p>
    <w:p>
      <w:pPr>
        <w:spacing w:after="80"/>
      </w:pPr>
      <w:r>
        <w:rPr>
          <w:b w:val="0"/>
          <w:i w:val="0"/>
        </w:rPr>
        <w:t>‘Có một số tác phẩm lớn đang được treo trong các phòng trưng bày công cộng mà đã bị người Đức đánh cắp từ những chủ sở hữu Do Thái của chúng trong Thế chiến thứ hai. Một số trong đó sau này được người Nga “giải phóng”, và hiện có thể được nhìn thấy tại Bảo tàng Hermitage ở St Petersburg, cũng như một số bảo tàng nổi tiếng khác nằm an toàn sau Bức màn Sắt.’</w:t>
      </w:r>
    </w:p>
    <w:p>
      <w:pPr>
        <w:spacing w:after="80"/>
      </w:pPr>
      <w:r>
        <w:rPr>
          <w:b w:val="0"/>
          <w:i w:val="0"/>
        </w:rPr>
        <w:t>‘Không có gì những người chủ sở hữu hợp pháp có thể làm về điều đó sao?’ Marjorie hỏi.</w:t>
      </w:r>
    </w:p>
    <w:p>
      <w:pPr>
        <w:spacing w:after="80"/>
      </w:pPr>
      <w:r>
        <w:rPr>
          <w:b w:val="0"/>
          <w:i w:val="0"/>
        </w:rPr>
        <w:t>‘Không nhiều lắm,’ Beth nói, ‘khi mà chính quyền ở những quốc gia đó thậm chí từ chối công nhận các yêu cầu của họ. Và chắc chắn họ sẽ không cho mượn một tác phẩm bị cướp phá cho một cuộc triển lãm ở một quốc gia nơi họ có thể bị kiện dân sự.’</w:t>
      </w:r>
    </w:p>
    <w:p>
      <w:pPr>
        <w:spacing w:after="80"/>
      </w:pPr>
      <w:r>
        <w:rPr>
          <w:b w:val="0"/>
          <w:i w:val="0"/>
        </w:rPr>
        <w:t>‘Người Nga không thể là thủ phạm duy nhất,’ Ngài Julian nói. ‘Hermann Göring đã tập hợp một trong những bộ sưu tập tư nhân các bậc thầy cổ điển tuyệt vời nhất trên thế giới, và tôi không thể tin rằng tất cả chúng đều đã được trả lại cho những chủ sở hữu hợp pháp.’</w:t>
      </w:r>
    </w:p>
    <w:p>
      <w:pPr>
        <w:spacing w:after="80"/>
      </w:pPr>
      <w:r>
        <w:rPr>
          <w:b w:val="0"/>
          <w:i w:val="0"/>
        </w:rPr>
        <w:t>‘Một số thì có, nhưng không nhiều lắm. Hầu hết đều đi về phía đông, chứ không phải phía tây, sau chiến tranh. Đừng quên rằng Hồng quân đã đến Berlin trước quân Đồng minh. Vậy nên nếu bạn muốn xem những bức tranh mà họ nhặt được trên đường đi, bạn sẽ cần một thị thực.’</w:t>
      </w:r>
    </w:p>
    <w:p>
      <w:pPr>
        <w:spacing w:after="80"/>
      </w:pPr>
      <w:r>
        <w:rPr>
          <w:b w:val="0"/>
          <w:i w:val="0"/>
        </w:rPr>
        <w:t>‘Còn nước Anh thì sao?’ Marjorie hỏi. ‘Có bức tranh nào có nguồn gốc đáng ngờ đang được treo trong các phòng trưng bày hàng đầu của chúng ta không?’</w:t>
      </w:r>
    </w:p>
    <w:p>
      <w:pPr>
        <w:spacing w:after="80"/>
      </w:pPr>
      <w:r>
        <w:rPr>
          <w:b w:val="0"/>
          <w:i w:val="0"/>
        </w:rPr>
        <w:t>‘Ồ có chứ,’ William đáp. ‘Ba trong số những tác phẩm tuyệt nhất của Fitzmolean là do một tên tội phạm nổi tiếng quyên tặng.’</w:t>
      </w:r>
    </w:p>
    <w:p>
      <w:pPr>
        <w:spacing w:after="80"/>
      </w:pPr>
      <w:r>
        <w:rPr>
          <w:b w:val="0"/>
          <w:i w:val="0"/>
        </w:rPr>
        <w:t>‘Cho mượn vĩnh viễn bởi người vợ góa hào phóng của hắn,’ Beth khẳng định.</w:t>
      </w:r>
    </w:p>
    <w:p>
      <w:pPr>
        <w:spacing w:after="80"/>
      </w:pPr>
      <w:r>
        <w:rPr>
          <w:b w:val="0"/>
          <w:i w:val="0"/>
        </w:rPr>
        <w:t xml:space="preserve">‘Người gần như tệ ngang ông chồng </w:t>
      </w:r>
      <w:r>
        <w:rPr>
          <w:b w:val="0"/>
          <w:i/>
        </w:rPr>
        <w:t>quá cố</w:t>
      </w:r>
      <w:r>
        <w:rPr>
          <w:b w:val="0"/>
          <w:i w:val="0"/>
        </w:rPr>
        <w:t xml:space="preserve"> của bà ta,’ William nói, ‘và nếu hắn vẫn còn sống, cứ yên tâm là Booth Watson sẽ tìm ra cách biến "vĩnh viễn" thành "tạm thời".’</w:t>
      </w:r>
    </w:p>
    <w:p>
      <w:pPr>
        <w:spacing w:after="80"/>
      </w:pPr>
      <w:r>
        <w:rPr>
          <w:b w:val="0"/>
          <w:i w:val="0"/>
        </w:rPr>
        <w:t>‘Bằng chứng?’ Sir Julian đòi hỏi, kéo chỉnh ve áo khoác.</w:t>
      </w:r>
    </w:p>
    <w:p>
      <w:pPr>
        <w:spacing w:after="80"/>
      </w:pPr>
      <w:r>
        <w:rPr>
          <w:b w:val="0"/>
          <w:i w:val="0"/>
        </w:rPr>
        <w:t>‘Christina Faulkner được đại diện bởi chính ông Booth Watson QC.’</w:t>
      </w:r>
    </w:p>
    <w:p>
      <w:pPr>
        <w:spacing w:after="80"/>
      </w:pPr>
      <w:r>
        <w:rPr>
          <w:b w:val="0"/>
          <w:i w:val="0"/>
        </w:rPr>
        <w:t>‘Không hẳn là bằng chứng, nhưng…’</w:t>
      </w:r>
    </w:p>
    <w:p>
      <w:pPr>
        <w:spacing w:after="80"/>
      </w:pPr>
      <w:r>
        <w:rPr>
          <w:b w:val="0"/>
          <w:i w:val="0"/>
        </w:rPr>
        <w:t>‘Các con, các con,’ Marjorie nói. ‘Thôi đi.’</w:t>
      </w:r>
    </w:p>
    <w:p>
      <w:pPr>
        <w:spacing w:after="80"/>
      </w:pPr>
      <w:r>
        <w:rPr>
          <w:b w:val="0"/>
          <w:i w:val="0"/>
        </w:rPr>
        <w:t>‘Rồi còn vấn đề lớn nhất của tôi,’ Beth tiếp tục, ‘có thể sẽ không thể vượt qua được.’</w:t>
      </w:r>
    </w:p>
    <w:p>
      <w:pPr>
        <w:spacing w:after="80"/>
      </w:pPr>
      <w:r>
        <w:rPr>
          <w:b w:val="0"/>
          <w:i w:val="0"/>
        </w:rPr>
        <w:t>‘Vấn đề mấu chốt, chắc chắn rồi,’ Sir Julian nói.</w:t>
      </w:r>
    </w:p>
    <w:p>
      <w:pPr>
        <w:spacing w:after="80"/>
      </w:pPr>
      <w:r>
        <w:rPr>
          <w:b w:val="0"/>
          <w:i w:val="0"/>
        </w:rPr>
        <w:t>‘Chính xác. Bạn cần trưng bày ít nhất sáu mươi hay bảy mươi tác phẩm lớn để có thể khá yên tâm về những đánh giá tốt từ giới phê bình, đến lượt họ sẽ lôi kéo công chúng đến thăm với số lượng đủ đông, mà trong trường hợp của chúng ta là khoảng mười nghìn lượt khách mỗi tuần. Nếu không thì phòng trưng bày thực sự có thể bị lỗ, như sếp tôi liên tục nhắc nhở tôi.’</w:t>
      </w:r>
    </w:p>
    <w:p>
      <w:pPr>
        <w:spacing w:after="80"/>
      </w:pPr>
      <w:r>
        <w:rPr>
          <w:b w:val="0"/>
          <w:i w:val="0"/>
        </w:rPr>
        <w:t>‘Nhắc đến Tim Knox,’ Sir Julian nói. ‘Có tin đồn đang lan truyền rằng ông ấy sẽ được đề nghị vị trí Giám định viên Tranh của Nữ hoàng.’</w:t>
      </w:r>
    </w:p>
    <w:p>
      <w:pPr>
        <w:spacing w:after="80"/>
      </w:pPr>
      <w:r>
        <w:rPr>
          <w:b w:val="0"/>
          <w:i w:val="0"/>
        </w:rPr>
        <w:t>‘Hy vọng đó chỉ là tin đồn,’ Beth nói, ‘vì thay thế ông ấy sẽ rất khó.’</w:t>
      </w:r>
    </w:p>
    <w:p>
      <w:pPr>
        <w:spacing w:after="80"/>
      </w:pPr>
      <w:r>
        <w:rPr>
          <w:b w:val="0"/>
          <w:i w:val="0"/>
        </w:rPr>
        <w:t>‘Bộ sưu tập Hoàng gia có bức Hals nào không?’ Marjorie hỏi, vẫn giữ đúng chủ đề.</w:t>
      </w:r>
    </w:p>
    <w:p>
      <w:pPr>
        <w:spacing w:after="80"/>
      </w:pPr>
      <w:r>
        <w:rPr>
          <w:b w:val="0"/>
          <w:i w:val="0"/>
        </w:rPr>
        <w:t>‘Ba bức,’ Beth đáp. ‘Và Hoàng thượng luôn rất hào phóng khi nhận được yêu cầu từ các phòng trưng bày công cộng.’</w:t>
      </w:r>
    </w:p>
    <w:p>
      <w:pPr>
        <w:spacing w:after="80"/>
      </w:pPr>
      <w:r>
        <w:rPr>
          <w:b w:val="0"/>
          <w:i w:val="0"/>
        </w:rPr>
        <w:t>‘Tôi nóng lòng muốn xem triển lãm quá,’ Marjorie nói.</w:t>
      </w:r>
    </w:p>
    <w:p>
      <w:pPr>
        <w:spacing w:after="80"/>
      </w:pPr>
      <w:r>
        <w:rPr>
          <w:b w:val="0"/>
          <w:i w:val="0"/>
        </w:rPr>
        <w:t>‘Cả hai sẽ được mời đến đêm khai mạc,’ Beth hứa. ‘Và giờ thì, bất chấp những lo ngại của Marjorie, tôi muốn nghe về vụ án mới nhất của Julian.’</w:t>
      </w:r>
    </w:p>
    <w:p>
      <w:pPr>
        <w:spacing w:after="80"/>
      </w:pPr>
      <w:r>
        <w:rPr>
          <w:b w:val="0"/>
          <w:i w:val="0"/>
        </w:rPr>
        <w:t>‘Cậu có dành ra được một tiếng không?’ Ngài Julian hỏi.</w:t>
      </w:r>
    </w:p>
    <w:p>
      <w:pPr>
        <w:spacing w:after="80"/>
      </w:pPr>
      <w:r>
        <w:rPr>
          <w:b w:val="0"/>
          <w:i w:val="0"/>
        </w:rPr>
        <w:t>‘Nói đi,’ vợ ông giục.</w:t>
      </w:r>
    </w:p>
    <w:p>
      <w:pPr>
        <w:spacing w:after="80"/>
      </w:pPr>
      <w:r>
        <w:rPr>
          <w:b w:val="0"/>
          <w:i w:val="0"/>
        </w:rPr>
        <w:t>Ngài Julian ngả người ra sau, và ngừng lại một lát trước khi thốt ra một từ duy nhất, ‘Gian lận.’ Ông chờ đủ lâu theo ý mình rồi mới nói thêm, ‘Tôi sẽ đại diện cho Hoàng gia để truy tố một kẻ đặc biệt xảo quyệt và tinh ranh, kẻ đã đứng ra làm bình phong cho một tổ chức từ thiện cứu giúp những con lừa bị chủ ngược đãi.’</w:t>
      </w:r>
    </w:p>
    <w:p>
      <w:pPr>
        <w:spacing w:after="80"/>
      </w:pPr>
      <w:r>
        <w:rPr>
          <w:b w:val="0"/>
          <w:i w:val="0"/>
        </w:rPr>
        <w:t>‘Có người sập bẫy trò lừa đó sao?’ Beth hỏi.</w:t>
      </w:r>
    </w:p>
    <w:p>
      <w:pPr>
        <w:spacing w:after="80"/>
      </w:pPr>
      <w:r>
        <w:rPr>
          <w:b w:val="0"/>
          <w:i w:val="0"/>
        </w:rPr>
        <w:t xml:space="preserve">‘Hàng trăm người, có vẻ thế. Hắn chỉ cần đăng một mẩu quảng cáo cỡ một phần tư trang trên tờ </w:t>
      </w:r>
      <w:r>
        <w:rPr>
          <w:b w:val="0"/>
          <w:i/>
        </w:rPr>
        <w:t>Daily Telegraph</w:t>
      </w:r>
      <w:r>
        <w:rPr>
          <w:b w:val="0"/>
          <w:i w:val="0"/>
        </w:rPr>
        <w:t xml:space="preserve"> kèm ảnh một con lừa gầy trơ xương, thế là tiền quyên góp ùn ùn kéo về. Hóa ra chúng ta là một dân tộc của những kẻ gian xảo lẫn những người yêu động vật.’</w:t>
      </w:r>
    </w:p>
    <w:p>
      <w:pPr>
        <w:spacing w:after="80"/>
      </w:pPr>
      <w:r>
        <w:rPr>
          <w:b w:val="0"/>
          <w:i w:val="0"/>
        </w:rPr>
        <w:t>‘Nhưng nếu hắn cứu được lũ lừa thì sao?’ Beth nói.</w:t>
      </w:r>
    </w:p>
    <w:p>
      <w:pPr>
        <w:spacing w:after="80"/>
      </w:pPr>
      <w:r>
        <w:rPr>
          <w:b w:val="0"/>
          <w:i w:val="0"/>
        </w:rPr>
        <w:t>‘Chẳng có con lừa nào cả,’ Ngài Julian đáp, ‘chỉ có những kẻ mộng mơ đáng thương quá sẵn lòng rút hầu bao, mà tiền thì cuối cùng chui vào túi sau của hắn. Đó là lý do hắn đủ khả năng thuê dịch vụ của ông Booth Watson, người sẽ có một trong những lần hiếm hoi xuất hiện tại Old Bailey. Đừng ngạc nhiên nếu vài con lừa, loại hai chân ấy, xuất hiện trong ghế nhân chứng để làm chứng.’</w:t>
      </w:r>
    </w:p>
    <w:p>
      <w:pPr>
        <w:spacing w:after="80"/>
      </w:pPr>
      <w:r>
        <w:rPr>
          <w:b w:val="0"/>
          <w:i w:val="0"/>
        </w:rPr>
        <w:t>Phải một lúc sau tiếng cười mới lắng xuống.</w:t>
      </w:r>
    </w:p>
    <w:p>
      <w:pPr>
        <w:spacing w:after="80"/>
      </w:pPr>
      <w:r>
        <w:rPr>
          <w:b w:val="0"/>
          <w:i w:val="0"/>
        </w:rPr>
        <w:t>‘Khi nào phiên tòa bắt đầu?’ William hỏi.</w:t>
      </w:r>
    </w:p>
    <w:p>
      <w:pPr>
        <w:spacing w:after="80"/>
      </w:pPr>
      <w:r>
        <w:rPr>
          <w:b w:val="0"/>
          <w:i w:val="0"/>
        </w:rPr>
        <w:t>‘Lẽ ra là mười giờ sáng mai,’ Ngài Julian nói, ‘nếu Booth Watson không xin hoãn, mà tôi miễn cưỡng đồng ý. Có vẻ đối thủ không xứng tầm của tôi có một cuộc hẹn gấp gáp ở Scotland, dù ông ta không nói là với ai.’</w:t>
      </w:r>
    </w:p>
    <w:p>
      <w:pPr>
        <w:spacing w:after="80"/>
      </w:pPr>
      <w:r>
        <w:rPr>
          <w:b w:val="0"/>
          <w:i w:val="0"/>
        </w:rPr>
        <w:t>‘Có khi nào ông ta nói ở đâu không?’ William hỏi.</w:t>
      </w:r>
    </w:p>
    <w:p>
      <w:pPr>
        <w:spacing w:after="80"/>
      </w:pPr>
      <w:r>
        <w:rPr>
          <w:b w:val="0"/>
          <w:i w:val="0"/>
        </w:rPr>
        <w:t>‘Không, như mọi khi BW tiết lộ càng ít càng tốt.’</w:t>
      </w:r>
    </w:p>
    <w:p>
      <w:pPr>
        <w:spacing w:after="80"/>
      </w:pPr>
      <w:r>
        <w:rPr>
          <w:b w:val="0"/>
          <w:i w:val="0"/>
        </w:rPr>
        <w:t>Beth và William nhìn nhau, nhưng không nói gì.</w:t>
      </w:r>
    </w:p>
    <w:p>
      <w:pPr>
        <w:spacing w:after="80"/>
      </w:pPr>
      <w:r>
        <w:rPr>
          <w:b w:val="0"/>
          <w:i w:val="0"/>
        </w:rPr>
        <w:t>‘Bố ơi, con gọi điện thoại được không?’</w:t>
      </w:r>
    </w:p>
    <w:p>
      <w:pPr>
        <w:spacing w:after="80"/>
      </w:pPr>
      <w:r>
        <w:rPr>
          <w:b w:val="0"/>
          <w:i w:val="0"/>
        </w:rPr>
        <w:t>‘Được chứ, tất nhiên rồi, con trai. Dùng điện thoại trong phòng làm việc của bố ấy.’</w:t>
      </w:r>
    </w:p>
    <w:p>
      <w:pPr>
        <w:spacing w:after="80"/>
      </w:pPr>
      <w:r>
        <w:rPr>
          <w:b w:val="0"/>
          <w:i w:val="0"/>
        </w:rPr>
        <w:t>‘Cảm ơn,’ William nói, đứng dậy và nhanh chóng rời khỏi phòng.</w:t>
      </w:r>
    </w:p>
    <w:p>
      <w:pPr>
        <w:spacing w:after="80"/>
      </w:pPr>
      <w:r>
        <w:rPr>
          <w:b w:val="0"/>
          <w:i w:val="0"/>
        </w:rPr>
        <w:t>‘Có phải con nói gì không?’ Sir Julian hỏi.</w:t>
      </w:r>
    </w:p>
    <w:p>
      <w:pPr>
        <w:spacing w:after="80"/>
      </w:pPr>
      <w:r>
        <w:rPr>
          <w:b w:val="0"/>
          <w:i w:val="0"/>
        </w:rPr>
        <w:t>‘Không. Là điều Booth Watson không nói,’ Beth đáp.</w:t>
      </w:r>
    </w:p>
    <w:p>
      <w:pPr>
        <w:spacing w:after="80"/>
      </w:pPr>
      <w:r>
        <w:rPr>
          <w:b w:val="0"/>
          <w:i w:val="0"/>
        </w:rPr>
        <w:t>‘Thú vị thật đấy.’</w:t>
      </w:r>
    </w:p>
    <w:p>
      <w:pPr>
        <w:spacing w:after="80"/>
      </w:pPr>
      <w:r>
        <w:rPr>
          <w:b w:val="0"/>
          <w:i w:val="0"/>
        </w:rPr>
        <w:t>‘Con thậm chí có thể nói cho cha biết ông ta đang gọi điện cho ai.’</w:t>
      </w:r>
    </w:p>
    <w:p>
      <w:pPr>
        <w:spacing w:after="80"/>
      </w:pPr>
      <w:r>
        <w:rPr>
          <w:b w:val="0"/>
          <w:i w:val="0"/>
        </w:rPr>
        <w:t>‘Chắc chắn là vị chỉ huy rồi,’ Sir Julian nói. ‘Và cha có thể đoán được ông ta sẽ nói gì khi quay lại.’</w:t>
      </w:r>
    </w:p>
    <w:p>
      <w:pPr>
        <w:spacing w:after="80"/>
      </w:pPr>
      <w:r>
        <w:rPr>
          <w:b w:val="0"/>
          <w:i w:val="0"/>
        </w:rPr>
        <w:t>‘“Con xin lỗi Mẹ, nhưng chúng con phải đi ngay,”’ Beth gợi ý. ‘“Có chuyện bất ngờ xảy ra.”’</w:t>
      </w:r>
    </w:p>
    <w:p>
      <w:pPr>
        <w:spacing w:after="80"/>
      </w:pPr>
      <w:r>
        <w:rPr>
          <w:b w:val="0"/>
          <w:i w:val="0"/>
        </w:rPr>
        <w:t>Cửa mở ra và William lao trở lại vào phòng.</w:t>
      </w:r>
    </w:p>
    <w:p>
      <w:pPr>
        <w:spacing w:after="80"/>
      </w:pPr>
      <w:r>
        <w:rPr>
          <w:b w:val="0"/>
          <w:i w:val="0"/>
        </w:rPr>
        <w:t>‘Con rất xin lỗi, Mẹ, nhưng chúng con phải đi…’</w:t>
      </w:r>
    </w:p>
    <w:p>
      <w:pPr>
        <w:spacing w:after="80"/>
      </w:pPr>
      <w:r>
        <w:rPr>
          <w:b w:val="0"/>
          <w:i w:val="0"/>
        </w:rPr>
        <w:t>‘Có chuyện gì đó xảy ra mà con phải xử lý ngay lập tức phải không?’ Sir Julian gợi ý.</w:t>
      </w:r>
    </w:p>
    <w:p>
      <w:pPr>
        <w:spacing w:after="80"/>
      </w:pPr>
      <w:r>
        <w:rPr>
          <w:b w:val="0"/>
          <w:i w:val="0"/>
        </w:rPr>
        <w:t>‘Sao cha biết được điều đó?’ William hỏi.</w:t>
      </w:r>
    </w:p>
    <w:p>
      <w:pPr>
        <w:spacing w:after="80"/>
      </w:pPr>
      <w:r>
        <w:rPr>
          <w:b w:val="0"/>
          <w:i w:val="0"/>
        </w:rPr>
        <w:t>‘Cha không biết. Nhưng cha khó mà không nhận ra rằng ngay khi cha vừa thốt ra hai chữ Booth Watson và Scotland, thì con bỗng nhiên cần phải gọi một cuộc điện thoại khẩn cấp.’</w:t>
      </w:r>
    </w:p>
    <w:p>
      <w:pPr>
        <w:spacing w:after="80"/>
      </w:pPr>
      <w:r>
        <w:rPr>
          <w:b w:val="0"/>
          <w:i w:val="0"/>
        </w:rPr>
        <w:t>William không cắn câu. Cậu hôn lên cả hai má mẹ và nói: ‘Con chỉ tiếc là chúng con không thể ở lại ăn trưa.’</w:t>
      </w:r>
    </w:p>
    <w:p>
      <w:pPr>
        <w:spacing w:after="80"/>
      </w:pPr>
      <w:r>
        <w:rPr>
          <w:b w:val="0"/>
          <w:i w:val="0"/>
        </w:rPr>
        <w:t>‘Booth Watson không phải là người nên để phải chờ đợi,’ Sir Julian nói. ‘Khi có lợi cho thân chủ của ông ta, ông ta có thể hành động rất nhanh.’</w:t>
      </w:r>
    </w:p>
    <w:p>
      <w:pPr>
        <w:spacing w:after="80"/>
      </w:pPr>
      <w:r>
        <w:rPr>
          <w:b w:val="0"/>
          <w:i w:val="0"/>
        </w:rPr>
        <w:t>‘Con mong được gặp cha mẹ trong vài tuần nữa,’ William nói, phớt lờ lời khiển trách của cha.</w:t>
      </w:r>
    </w:p>
    <w:p>
      <w:pPr>
        <w:spacing w:after="80"/>
      </w:pPr>
      <w:r>
        <w:rPr>
          <w:b w:val="0"/>
          <w:i w:val="0"/>
        </w:rPr>
        <w:t>‘Chỉ khi lần tới con đưa hai đứa sinh đôi theo,’ Marjorie nói.</w:t>
      </w:r>
    </w:p>
    <w:p>
      <w:pPr>
        <w:spacing w:after="80"/>
      </w:pPr>
      <w:r>
        <w:rPr>
          <w:b w:val="0"/>
          <w:i w:val="0"/>
        </w:rPr>
        <w:t>‘Anh có thể để Artemisia ở nhà,’ Sir Julian nói với vẻ tiếc nuối. ‘Rõ ràng cô ấy đang nhắm đến một người đàn ông khác.’</w:t>
      </w:r>
    </w:p>
    <w:p>
      <w:pPr>
        <w:spacing w:after="80"/>
      </w:pPr>
      <w:r>
        <w:rPr>
          <w:b w:val="0"/>
          <w:i w:val="0"/>
        </w:rPr>
        <w:t>‘Tôi nghi là cô ấy nhắm đến cả hai người,’ Beth nói, khi Marjorie và Sir Julian tiễn họ ra cửa trước.</w:t>
      </w:r>
    </w:p>
    <w:p>
      <w:pPr>
        <w:spacing w:after="80"/>
      </w:pPr>
      <w:r>
        <w:rPr>
          <w:b w:val="0"/>
          <w:i w:val="0"/>
        </w:rPr>
        <w:t>Sau khi chào tạm biệt, William không nói gì thêm cho đến khi họ lên đường trở về London. ‘Anh có nghĩ Faulkner sẽ liều đi xem bức Caravaggio không?’ anh hỏi.</w:t>
      </w:r>
    </w:p>
    <w:p>
      <w:pPr>
        <w:spacing w:after="80"/>
      </w:pPr>
      <w:r>
        <w:rPr>
          <w:b w:val="0"/>
          <w:i w:val="0"/>
        </w:rPr>
        <w:t>‘Các nhà sưu tập là những người đầy đam mê,’ Beth nói. ‘Họ thường không để người đại diện tự quyết định thay mình, nhất là khi việc đó có thể khiến họ mất hai mươi triệu bảng.’</w:t>
      </w:r>
    </w:p>
    <w:p>
      <w:pPr>
        <w:spacing w:after="80"/>
      </w:pPr>
      <w:r>
        <w:rPr>
          <w:b w:val="0"/>
          <w:i w:val="0"/>
        </w:rPr>
        <w:t>‘Vậy thì hãy hy vọng Booth Watson sẽ có một nhà thiết kế trang phục tên là Ricardo Rossi đi cùng.’</w:t>
      </w:r>
    </w:p>
    <w:p>
      <w:pPr>
        <w:spacing w:after="80"/>
      </w:pPr>
      <w:r>
        <w:rPr>
          <w:b w:val="0"/>
          <w:i w:val="0"/>
        </w:rPr>
        <w:t>‘Nhưng nếu Booth Watson chỉ làm việc đại diện cho một khách hàng, và Faulkner không xuất hiện,’ Beth nói, ‘thì lại là một chuyến đi vô ích nữa.’</w:t>
      </w:r>
    </w:p>
    <w:p>
      <w:pPr>
        <w:spacing w:after="80"/>
      </w:pPr>
      <w:r>
        <w:rPr>
          <w:b w:val="0"/>
          <w:i w:val="0"/>
        </w:rPr>
        <w:t>‘Không hẳn,’ William đáp, ‘vì khi Booth Watson giao bức tranh, anh ta có thể sẽ dẫn thẳng chúng ta đến cửa trước của một nhà sưu tập bị ám ảnh, kẻ đang đứng trên bậc thềm chờ đón Christ với vòng tay rộng mở và cuối cùng lại gặp tôi.’</w:t>
      </w:r>
    </w:p>
    <w:p>
      <w:pPr>
        <w:spacing w:after="80"/>
        <w:jc w:val="center"/>
      </w:pPr>
      <w:r>
        <w:rPr>
          <w:b w:val="0"/>
          <w:i w:val="0"/>
        </w:rPr>
        <w:t>• • •</w:t>
      </w:r>
    </w:p>
    <w:p>
      <w:pPr>
        <w:spacing w:after="80"/>
      </w:pPr>
      <w:r>
        <w:rPr>
          <w:b w:val="0"/>
          <w:i w:val="0"/>
        </w:rPr>
        <w:t>Khi Josephine thức dậy vào sáng hôm sau, cô thấy Ross đang ngồi ở bàn trang điểm viết một lá thư.</w:t>
      </w:r>
    </w:p>
    <w:p>
      <w:pPr>
        <w:spacing w:after="80"/>
      </w:pPr>
      <w:r>
        <w:rPr>
          <w:b w:val="0"/>
          <w:i w:val="0"/>
        </w:rPr>
        <w:t>‘Thư chia tay à?’ cô trêu khi vươn vai.</w:t>
      </w:r>
    </w:p>
    <w:p>
      <w:pPr>
        <w:spacing w:after="80"/>
      </w:pPr>
      <w:r>
        <w:rPr>
          <w:b w:val="0"/>
          <w:i w:val="0"/>
        </w:rPr>
        <w:t>Ross đặt bút xuống. ‘Không. Anh đã quyết định từ chức khỏi Met,’ anh nói, giọng nghiêm túc lạ thường.</w:t>
      </w:r>
    </w:p>
    <w:p>
      <w:pPr>
        <w:spacing w:after="80"/>
      </w:pPr>
      <w:r>
        <w:rPr>
          <w:b w:val="0"/>
          <w:i w:val="0"/>
        </w:rPr>
        <w:t>‘Nhưng anh vừa mới được thăng chức mà.’</w:t>
      </w:r>
    </w:p>
    <w:p>
      <w:pPr>
        <w:spacing w:after="80"/>
      </w:pPr>
      <w:r>
        <w:rPr>
          <w:b w:val="0"/>
          <w:i w:val="0"/>
        </w:rPr>
        <w:t>‘Mọi thứ không còn như cũ từ khi anh không còn làm UCO nữa,’ Ross nói. ‘Anh không thể cứ ngồi sau bàn giấy xoay xoay mấy cái kẹp giấy trong khi hai tên côn đồ East End tiếp tục xoay chúng ta như chong chóng.’</w:t>
      </w:r>
    </w:p>
    <w:p>
      <w:pPr>
        <w:spacing w:after="80"/>
      </w:pPr>
      <w:r>
        <w:rPr>
          <w:b w:val="0"/>
          <w:i w:val="0"/>
        </w:rPr>
        <w:t>‘Nhưng nếu The Hawk không cho anh quay lại làm nội gián, thì có lựa chọn nào khác?’</w:t>
      </w:r>
    </w:p>
    <w:p>
      <w:pPr>
        <w:spacing w:after="80"/>
      </w:pPr>
      <w:r>
        <w:rPr>
          <w:b w:val="0"/>
          <w:i w:val="0"/>
        </w:rPr>
        <w:t>‘Anh từng ở SAS trước khi vào Met, và chỉ huy của anh là Thiếu tá Cormac Kinsella, một người Ireland điên rồ từng ăn gián trên bánh mì nướng vào bữa sáng.’</w:t>
      </w:r>
    </w:p>
    <w:p>
      <w:pPr>
        <w:spacing w:after="80"/>
      </w:pPr>
      <w:r>
        <w:rPr>
          <w:b w:val="0"/>
          <w:i w:val="0"/>
        </w:rPr>
        <w:t>‘Chiên hay luộc?’ Jo hỏi, cố làm nhẹ bớt câu chuyện.</w:t>
      </w:r>
    </w:p>
    <w:p>
      <w:pPr>
        <w:spacing w:after="80"/>
      </w:pPr>
      <w:r>
        <w:rPr>
          <w:b w:val="0"/>
          <w:i w:val="0"/>
        </w:rPr>
        <w:t>‘Họ vẫn còn sống, ông ấy nói điều đó khiến nó trở thành một thử thách lớn hơn. Cấp phó của ông, Đại úy Gareth Evans, nghĩ rằng con rồng là một sinh vật quá mềm yếu để đại diện cho người xứ Wales. Cả hai đều nghỉ hưu khỏi SAS trước tuổi bốn mươi và thành lập một công ty du lịch, “Nightmare Holidays”, chuyên về những chuyến đi không phải đến Monte Carlo hay St Tropez.’</w:t>
      </w:r>
    </w:p>
    <w:p>
      <w:pPr>
        <w:spacing w:after="80"/>
      </w:pPr>
      <w:r>
        <w:rPr>
          <w:b w:val="0"/>
          <w:i w:val="0"/>
        </w:rPr>
        <w:t>‘Còn chỗ nào khác nữa?’ Jo hỏi, kèm theo một tiếng thở dài.</w:t>
      </w:r>
    </w:p>
    <w:p>
      <w:pPr>
        <w:spacing w:after="80"/>
      </w:pPr>
      <w:r>
        <w:rPr>
          <w:b w:val="0"/>
          <w:i w:val="0"/>
        </w:rPr>
        <w:t>Khẩu hiệu của “Nightmare Holidays” là “Sống sót hai tuần với chúng tôi, và sẽ không có gì có vẻ bất khả thi nữa”. Họ cung cấp cho khách hàng ba loại trải nghiệm khác nhau: “Khó chịu”, “Khó ưa” và, phổ biến nhất từ trước đến nay, “Không thể chịu nổi”.’</w:t>
      </w:r>
    </w:p>
    <w:p>
      <w:pPr>
        <w:spacing w:after="80"/>
      </w:pPr>
      <w:r>
        <w:rPr>
          <w:b w:val="0"/>
          <w:i w:val="0"/>
        </w:rPr>
        <w:t>‘Tôi không thể chờ được nữa,’ Jo nói, ‘kể cho tôi nghe thêm đi.’</w:t>
      </w:r>
    </w:p>
    <w:p>
      <w:pPr>
        <w:spacing w:after="80"/>
      </w:pPr>
      <w:r>
        <w:rPr>
          <w:b w:val="0"/>
          <w:i w:val="0"/>
        </w:rPr>
        <w:t>‘“Khó chịu” là khi họ thả một nhóm tám người xuống phía trên Vòng Bắc Cực và mong họ tự xoay xở trong hai tuần. Họ được cung cấp một cái lều và đủ thức ăn để sống trong một tuần. Và mỗi khách hàng được phép mang theo một ngàn bảng tiền mặt.’</w:t>
      </w:r>
    </w:p>
    <w:p>
      <w:pPr>
        <w:spacing w:after="80"/>
      </w:pPr>
      <w:r>
        <w:rPr>
          <w:b w:val="0"/>
          <w:i w:val="0"/>
        </w:rPr>
        <w:t>‘Tiền thì có ích gì nếu bạn bị mắc kẹt ở Bắc Cực?’</w:t>
      </w:r>
    </w:p>
    <w:p>
      <w:pPr>
        <w:spacing w:after="80"/>
      </w:pPr>
      <w:r>
        <w:rPr>
          <w:b w:val="0"/>
          <w:i w:val="0"/>
        </w:rPr>
        <w:t>‘Nếu bạn đưa nó cho cựu sĩ quan SAS phụ trách nhóm, bạn sẽ được phép về nhà sớm.’</w:t>
      </w:r>
    </w:p>
    <w:p>
      <w:pPr>
        <w:spacing w:after="80"/>
      </w:pPr>
      <w:r>
        <w:rPr>
          <w:b w:val="0"/>
          <w:i w:val="0"/>
        </w:rPr>
        <w:t>‘Càng lúc càng hấp dẫn,’ Jo nói. ‘Tôi nghĩ tôi sẽ chọn “Khó ưa”.’</w:t>
      </w:r>
    </w:p>
    <w:p>
      <w:pPr>
        <w:spacing w:after="80"/>
      </w:pPr>
      <w:r>
        <w:rPr>
          <w:b w:val="0"/>
          <w:i w:val="0"/>
        </w:rPr>
        <w:t>‘Với trải nghiệm đặc biệt đó, mười hai khách hàng hạnh phúc bị thả xuống rừng nhiệt đới Brazil, cách Amazon khoảng hai ngàn dặm về phía thượng nguồn, với nửa tá xuồng và—’</w:t>
      </w:r>
    </w:p>
    <w:p>
      <w:pPr>
        <w:spacing w:after="80"/>
      </w:pPr>
      <w:r>
        <w:rPr>
          <w:b w:val="0"/>
          <w:i w:val="0"/>
        </w:rPr>
        <w:t>‘Đủ thức ăn để sống trong một tuần,’ Jo nói.</w:t>
      </w:r>
    </w:p>
    <w:p>
      <w:pPr>
        <w:spacing w:after="80"/>
      </w:pPr>
      <w:r>
        <w:rPr>
          <w:b w:val="0"/>
          <w:i w:val="0"/>
        </w:rPr>
        <w:t>‘Bạn đang hiểu ra rồi đấy. Sau đó bạn phải chèo xuôi dòng sông cho đến khi đến ngôi làng tiếp theo cách đó khoảng ba trăm dặm, chỉ có cá sấu, trăn anaconda, cá piranha và những người bản địa không thân thiện làm bạn đồng hành, nên bạn sẽ không ngủ được nhiều vào ban đêm.’</w:t>
      </w:r>
    </w:p>
    <w:p>
      <w:pPr>
        <w:spacing w:after="80"/>
      </w:pPr>
      <w:r>
        <w:rPr>
          <w:b w:val="0"/>
          <w:i w:val="0"/>
        </w:rPr>
        <w:t>‘Tôi tin lời anh nói.’</w:t>
      </w:r>
    </w:p>
    <w:p>
      <w:pPr>
        <w:spacing w:after="80"/>
      </w:pPr>
      <w:r>
        <w:rPr>
          <w:b w:val="0"/>
          <w:i w:val="0"/>
        </w:rPr>
        <w:t>‘Bạn vẫn có thể trao một ngàn bảng của mình cho cựu sĩ quan SAS phụ trách chuyến đi, và một chiếc xuồng máy sẽ xuất hiện từ hư không và thả bạn xuống thị trấn gần nhất. Nhưng bạn sẽ không được đoàn tụ với hộ chiếu hay được phát vé máy bay, nên bạn sẽ phải tự tìm đường về nhà.’</w:t>
      </w:r>
    </w:p>
    <w:p>
      <w:pPr>
        <w:spacing w:after="80"/>
      </w:pPr>
      <w:r>
        <w:rPr>
          <w:b w:val="0"/>
          <w:i w:val="0"/>
        </w:rPr>
        <w:t>‘Điều đó thì có ích gì chứ?’</w:t>
      </w:r>
    </w:p>
    <w:p>
      <w:pPr>
        <w:spacing w:after="80"/>
      </w:pPr>
      <w:r>
        <w:rPr>
          <w:b w:val="0"/>
          <w:i w:val="0"/>
        </w:rPr>
        <w:t>‘Để đảm bảo bạn suy nghĩ kỹ trước khi rời đi.’</w:t>
      </w:r>
    </w:p>
    <w:p>
      <w:pPr>
        <w:spacing w:after="80"/>
      </w:pPr>
      <w:r>
        <w:rPr>
          <w:b w:val="0"/>
          <w:i w:val="0"/>
        </w:rPr>
        <w:t>‘Tôi không chắc mình muốn biết về lựa chọn thứ ba.’</w:t>
      </w:r>
    </w:p>
    <w:p>
      <w:pPr>
        <w:spacing w:after="80"/>
      </w:pPr>
      <w:r>
        <w:rPr>
          <w:b w:val="0"/>
          <w:i w:val="0"/>
        </w:rPr>
        <w:t>'“Không thể chịu nổi”. Bạn không thể được coi là ứng viên cho thử thách đặc biệt đó cho đến khi bạn đã hoàn thành cả “Khó chịu” và “Khó ưa”.'</w:t>
      </w:r>
    </w:p>
    <w:p>
      <w:pPr>
        <w:spacing w:after="80"/>
      </w:pPr>
      <w:r>
        <w:rPr>
          <w:b w:val="0"/>
          <w:i w:val="0"/>
        </w:rPr>
        <w:t>'Tôi nóng lòng muốn xem cuốn sách quảng cáo.'</w:t>
      </w:r>
    </w:p>
    <w:p>
      <w:pPr>
        <w:spacing w:after="80"/>
      </w:pPr>
      <w:r>
        <w:rPr>
          <w:b w:val="0"/>
          <w:i w:val="0"/>
        </w:rPr>
        <w:t>'Bạn được thả xuống cảng Quellen ở Chile, nơi bạn sẽ gia nhập thủy thủ đoàn của một con tàu đánh cá cổ xưa đi vòng quanh Cape Horn trong tuần đầu tiên, trước khi tiếp tục lên bờ biển phía đông đến Brazil.'</w:t>
      </w:r>
    </w:p>
    <w:p>
      <w:pPr>
        <w:spacing w:after="80"/>
      </w:pPr>
      <w:r>
        <w:rPr>
          <w:b w:val="0"/>
          <w:i w:val="0"/>
        </w:rPr>
        <w:t>'Nghe không tệ lắm.'</w:t>
      </w:r>
    </w:p>
    <w:p>
      <w:pPr>
        <w:spacing w:after="80"/>
      </w:pPr>
      <w:r>
        <w:rPr>
          <w:b w:val="0"/>
          <w:i w:val="0"/>
        </w:rPr>
        <w:t>'Cho đến khi bạn phát hiện ra mình không thể xuống tàu cho đến khi đến Rio, cách đó khoảng hai nghìn năm trăm dặm, và những con sóng thường xuyên cao tới ba mươi feet trong suốt chuyến đi. Tuy nhiên, tin tốt là bạn có thể ăn bất cứ thứ gì bạn câu được.'</w:t>
      </w:r>
    </w:p>
    <w:p>
      <w:pPr>
        <w:spacing w:after="80"/>
      </w:pPr>
      <w:r>
        <w:rPr>
          <w:b w:val="0"/>
          <w:i w:val="0"/>
        </w:rPr>
        <w:t>'Và tôi nhận được gì với một nghìn bảng của mình?'</w:t>
      </w:r>
    </w:p>
    <w:p>
      <w:pPr>
        <w:spacing w:after="80"/>
      </w:pPr>
      <w:r>
        <w:rPr>
          <w:b w:val="0"/>
          <w:i w:val="0"/>
        </w:rPr>
        <w:t>'Bạn sẽ được thả xuống Falklands, và phải hy vọng rằng Thống đốc có chút thông cảm với việc bạn không có hộ chiếu hay tiền bạc. Thật không may, ông ấy cũng là một cựu sĩ quan SBS, nên có lẽ bạn sẽ kết thúc kỳ nghỉ của mình bị nhốt trong một phòng giam cùng với nửa tá tên cướp người Argentina những kẻ chưa quên cuộc xâm lược Falklands.'</w:t>
      </w:r>
    </w:p>
    <w:p>
      <w:pPr>
        <w:spacing w:after="80"/>
      </w:pPr>
      <w:r>
        <w:rPr>
          <w:b w:val="0"/>
          <w:i w:val="0"/>
        </w:rPr>
        <w:t>'Tôi chỉ ngạc nhiên là sau khi trao tiền cho họ, họ không bắt bạn bước đi trên ván tàu.'</w:t>
      </w:r>
    </w:p>
    <w:p>
      <w:pPr>
        <w:spacing w:after="80"/>
      </w:pPr>
      <w:r>
        <w:rPr>
          <w:b w:val="0"/>
          <w:i w:val="0"/>
        </w:rPr>
        <w:t>'Vị thiếu tá điên rồ đã cân nhắc điều đó như một lựa chọn, nhưng cuối cùng ngay cả ông ấy cũng nghĩ rằng như vậy là hơi quá đáng.'</w:t>
      </w:r>
    </w:p>
    <w:p>
      <w:pPr>
        <w:spacing w:after="80"/>
      </w:pPr>
      <w:r>
        <w:rPr>
          <w:b w:val="0"/>
          <w:i w:val="0"/>
        </w:rPr>
        <w:t>'Và người ta trả tiền để đi những kỳ nghỉ này sao?' Jo nói, trong sự hoài nghi.</w:t>
      </w:r>
    </w:p>
    <w:p>
      <w:pPr>
        <w:spacing w:after="80"/>
      </w:pPr>
      <w:r>
        <w:rPr>
          <w:b w:val="0"/>
          <w:i w:val="0"/>
        </w:rPr>
        <w:t>'Có một danh sách chờ dài những khách hàng sẵn lòng thay thế vị trí của bất kỳ kẻ nhát gan nào bỏ cuộc vào phút chót.'</w:t>
      </w:r>
    </w:p>
    <w:p>
      <w:pPr>
        <w:spacing w:after="80"/>
      </w:pPr>
      <w:r>
        <w:rPr>
          <w:b w:val="0"/>
          <w:i w:val="0"/>
        </w:rPr>
        <w:t>'Và tôi dám hỏi họ dự định cho bạn vai trò gì không?'</w:t>
      </w:r>
    </w:p>
    <w:p>
      <w:pPr>
        <w:spacing w:after="80"/>
      </w:pPr>
      <w:r>
        <w:rPr>
          <w:b w:val="0"/>
          <w:i w:val="0"/>
        </w:rPr>
        <w:t>'Tôi sẽ phụ trách việc tuyển chọn các cựu quân nhân sẽ đồng hành cùng khách hàng trong mỗi cuộc phiêu lưu. Tôi sẽ chỉ xem xét đơn từ SAS, Royal Marines và SBS.'</w:t>
      </w:r>
    </w:p>
    <w:p>
      <w:pPr>
        <w:spacing w:after="80"/>
      </w:pPr>
      <w:r>
        <w:rPr>
          <w:b w:val="0"/>
          <w:i w:val="0"/>
        </w:rPr>
        <w:t>'Giờ tôi hiểu tại sao họ chọn bạn,' Jo nói. 'Bạn có nhận công việc đó không?'</w:t>
      </w:r>
    </w:p>
    <w:p>
      <w:pPr>
        <w:spacing w:after="80"/>
      </w:pPr>
      <w:r>
        <w:rPr>
          <w:b w:val="0"/>
          <w:i w:val="0"/>
        </w:rPr>
        <w:t>'Tôi bắt đầu sau sáu tuần nữa. Vị thiếu tá đã đề nghị mức lương gần gấp đôi những gì tôi đang nhận ở Met.'</w:t>
      </w:r>
    </w:p>
    <w:p>
      <w:pPr>
        <w:spacing w:after="80"/>
      </w:pPr>
      <w:r>
        <w:rPr>
          <w:b w:val="0"/>
          <w:i w:val="0"/>
        </w:rPr>
        <w:t>'Chúng ta sẽ cần từng xu một,' Jo nói.</w:t>
      </w:r>
    </w:p>
    <w:p>
      <w:pPr>
        <w:spacing w:after="80"/>
      </w:pPr>
      <w:r>
        <w:rPr>
          <w:b w:val="0"/>
          <w:i w:val="0"/>
        </w:rPr>
        <w:t>‘Đúng vậy, vì họ sẽ chẳng trả cho cậu một ngàn bảng một tuần để nghe quan điểm riêng của một thiếu tá điên rồ thay vì một chỉ huy điên rồ đâu. Rồi sẽ đến lượt tớ kiếm được một ngàn bảng một tuần, để hai đứa mình có thể bắt đầu một cuộc sống mới cùng nhau.’</w:t>
      </w:r>
    </w:p>
    <w:p>
      <w:pPr>
        <w:spacing w:after="80"/>
      </w:pPr>
      <w:r>
        <w:rPr>
          <w:b w:val="0"/>
          <w:i w:val="0"/>
        </w:rPr>
        <w:t>‘Ba đứa mình,’ Jo nói, tay đặt lên bụng.</w:t>
      </w:r>
    </w:p>
    <w:p>
      <w:pPr>
        <w:spacing w:after="80"/>
      </w:pPr>
      <w:r>
        <w:rPr>
          <w:b w:val="0"/>
          <w:i w:val="0"/>
        </w:rPr>
        <w:t>Sau một thoáng nhận ra, Ross nhảy dựng lên, rơi trở lại mặt đất, và nói: ‘Mình phải cưới nhau càng sớm càng tốt.’</w:t>
      </w:r>
    </w:p>
    <w:p>
      <w:pPr>
        <w:spacing w:after="80"/>
      </w:pPr>
      <w:r>
        <w:rPr>
          <w:b w:val="0"/>
          <w:i w:val="0"/>
        </w:rPr>
        <w:t>‘Tại sao?’</w:t>
      </w:r>
    </w:p>
    <w:p>
      <w:pPr>
        <w:spacing w:after="80"/>
      </w:pPr>
      <w:r>
        <w:rPr>
          <w:b w:val="0"/>
          <w:i w:val="0"/>
        </w:rPr>
        <w:t>‘Mẹ tớ là một người Công giáo La Mã Ireland cổ hủ, người ta dùng những từ như hôn nhân, con ngoài giá thú và đồ khốn như thể chúng vẫn còn hợp thời vậy.’</w:t>
      </w:r>
    </w:p>
    <w:p>
      <w:pPr>
        <w:spacing w:after="80"/>
      </w:pPr>
      <w:r>
        <w:rPr>
          <w:b w:val="0"/>
          <w:i w:val="0"/>
        </w:rPr>
        <w:t>‘Bà ấy sẽ nói gì nếu biết tớ từng là gái điếm?’</w:t>
      </w:r>
    </w:p>
    <w:p>
      <w:pPr>
        <w:spacing w:after="80"/>
      </w:pPr>
      <w:r>
        <w:rPr>
          <w:b w:val="0"/>
          <w:i w:val="0"/>
        </w:rPr>
        <w:t>‘Sẽ là vấn đề lớn hơn nhiều nếu cậu là người Tin Lành.’</w:t>
      </w:r>
    </w:p>
    <w:p>
      <w:pPr>
        <w:pStyle w:val="Heading2"/>
      </w:pPr>
      <w:r>
        <w:rPr>
          <w:rFonts w:ascii="Calibri" w:hAnsi="Calibri"/>
          <w:b/>
          <w:i w:val="0"/>
          <w:sz w:val="32"/>
        </w:rPr>
        <w:t>CHƯƠNG 17</w:t>
      </w:r>
    </w:p>
    <w:p>
      <w:pPr>
        <w:spacing w:after="80"/>
      </w:pPr>
      <w:r>
        <w:rPr>
          <w:b w:val="0"/>
          <w:i w:val="0"/>
        </w:rPr>
        <w:t>‘Đến đây là chúng ta kết thúc chuyến tham quan,’ người hướng dẫn nói. ‘Tôi hy vọng quý vị đã thấy thú vị.’ Một tràng pháo tay nồng nhiệt vang lên. ‘Nếu quý vị muốn mua chút kỷ niệm cho chuyến viếng thăm, cửa hàng ở tầng trệt đang mở cửa, quán cà phê cũng vậy, phòng khi quý vị cần chút đồ giải khát. Cứ thoải mái dạo quanh khuôn viên, nhưng xin nhớ rằng cổng sẽ đóng lúc một giờ chiều hôm nay. Cảm ơn quý vị.’</w:t>
      </w:r>
    </w:p>
    <w:p>
      <w:pPr>
        <w:spacing w:after="80"/>
      </w:pPr>
      <w:r>
        <w:rPr>
          <w:b w:val="0"/>
          <w:i w:val="0"/>
        </w:rPr>
        <w:t>William và Ross theo đám đông ra khỏi phòng, lờ đi cửa hàng và quán cà phê khi họ hướng về phía cửa trước.</w:t>
      </w:r>
    </w:p>
    <w:p>
      <w:pPr>
        <w:spacing w:after="80"/>
      </w:pPr>
      <w:r>
        <w:rPr>
          <w:b w:val="0"/>
          <w:i w:val="0"/>
        </w:rPr>
        <w:t>‘Cứ đi tiếp,’ William nói, khi họ bước qua một khoảng bãi cỏ rộng chưa cắt hướng về một cụm cây lớn nhìn ra lâu đài. ‘Có quan sát gì?’ anh hỏi, khi họ đã an toàn ngoài tầm tai của bất kỳ du khách nào khác.</w:t>
      </w:r>
    </w:p>
    <w:p>
      <w:pPr>
        <w:spacing w:after="80"/>
      </w:pPr>
      <w:r>
        <w:rPr>
          <w:b w:val="0"/>
          <w:i w:val="0"/>
        </w:rPr>
        <w:t>‘Bức Caravaggio vẫn treo trên lò sưởi trong phòng ăn cho mọi người thấy.’</w:t>
      </w:r>
    </w:p>
    <w:p>
      <w:pPr>
        <w:spacing w:after="80"/>
      </w:pPr>
      <w:r>
        <w:rPr>
          <w:b w:val="0"/>
          <w:i w:val="0"/>
        </w:rPr>
        <w:t>‘Cậu còn để ý thấy gì khác ở căn phòng đó?’</w:t>
      </w:r>
    </w:p>
    <w:p>
      <w:pPr>
        <w:spacing w:after="80"/>
      </w:pPr>
      <w:r>
        <w:rPr>
          <w:b w:val="0"/>
          <w:i w:val="0"/>
        </w:rPr>
        <w:t>‘Một bàn đã được bày cho bốn người. Vậy rõ ràng họ đang chờ Booth Watson đến ăn trưa,’ Ross gợi ý. ‘Có hay không có thân chủ của ông ta.’</w:t>
      </w:r>
    </w:p>
    <w:p>
      <w:pPr>
        <w:spacing w:after="80"/>
      </w:pPr>
      <w:r>
        <w:rPr>
          <w:b w:val="0"/>
          <w:i w:val="0"/>
        </w:rPr>
        <w:t>‘An ninh?’ William nói, tiếp tục bước đi.</w:t>
      </w:r>
    </w:p>
    <w:p>
      <w:pPr>
        <w:spacing w:after="80"/>
      </w:pPr>
      <w:r>
        <w:rPr>
          <w:b w:val="0"/>
          <w:i w:val="0"/>
        </w:rPr>
        <w:t>‘Gần như không có. Những bức tranh nhỏ hơn đều được bắt vít vào tường, và chỉ có một dải dây chắn để ngăn ai đó đến quá gần các bức tranh.’</w:t>
      </w:r>
    </w:p>
    <w:p>
      <w:pPr>
        <w:spacing w:after="80"/>
      </w:pPr>
      <w:r>
        <w:rPr>
          <w:b w:val="0"/>
          <w:i w:val="0"/>
        </w:rPr>
        <w:t>‘Hệ thống báo động?’</w:t>
      </w:r>
    </w:p>
    <w:p>
      <w:pPr>
        <w:spacing w:after="80"/>
      </w:pPr>
      <w:r>
        <w:rPr>
          <w:b w:val="0"/>
          <w:i w:val="0"/>
        </w:rPr>
        <w:t>‘Có Penfold, nhưng cũ lắm rồi.’</w:t>
      </w:r>
    </w:p>
    <w:p>
      <w:pPr>
        <w:spacing w:after="80"/>
      </w:pPr>
      <w:r>
        <w:rPr>
          <w:b w:val="0"/>
          <w:i w:val="0"/>
        </w:rPr>
        <w:t>‘Và cậu không thấy gì?’</w:t>
      </w:r>
    </w:p>
    <w:p>
      <w:pPr>
        <w:spacing w:after="80"/>
      </w:pPr>
      <w:r>
        <w:rPr>
          <w:b w:val="0"/>
          <w:i w:val="0"/>
        </w:rPr>
        <w:t>‘Không thấy nhân viên bảo vệ nào, mà nếu đây là phòng trưng bày công cộng chứ không phải nhà riêng thì phòng nào cũng phải có.’</w:t>
      </w:r>
    </w:p>
    <w:p>
      <w:pPr>
        <w:spacing w:after="80"/>
      </w:pPr>
      <w:r>
        <w:rPr>
          <w:b w:val="0"/>
          <w:i w:val="0"/>
        </w:rPr>
        <w:t>‘Kết luận?’</w:t>
      </w:r>
    </w:p>
    <w:p>
      <w:pPr>
        <w:spacing w:after="80"/>
      </w:pPr>
      <w:r>
        <w:rPr>
          <w:b w:val="0"/>
          <w:i w:val="0"/>
        </w:rPr>
        <w:t>‘Ngài Bá tước chỉ đủ khả năng thuê số nhân viên tối thiểu, chắc chắn Faulkner sẽ để ý thấy điều đó,’ Ross nói. ‘Đó là giả sử hắn có xuất hiện.’</w:t>
      </w:r>
    </w:p>
    <w:p>
      <w:pPr>
        <w:spacing w:after="80"/>
      </w:pPr>
      <w:r>
        <w:rPr>
          <w:b w:val="0"/>
          <w:i w:val="0"/>
        </w:rPr>
        <w:t>‘Đó là giả sử hắn chưa xuất hiện rồi,’ William nói. ‘Đừng quên cảnh sát địa phương chỉ dư ra được một viên cảnh sát để canh chừng, 24/7.’</w:t>
      </w:r>
    </w:p>
    <w:p>
      <w:pPr>
        <w:spacing w:after="80"/>
      </w:pPr>
      <w:r>
        <w:rPr>
          <w:b w:val="0"/>
          <w:i w:val="0"/>
        </w:rPr>
        <w:t>Ross không bình luận gì.</w:t>
      </w:r>
    </w:p>
    <w:p>
      <w:pPr>
        <w:spacing w:after="80"/>
      </w:pPr>
      <w:r>
        <w:rPr>
          <w:b w:val="0"/>
          <w:i w:val="0"/>
        </w:rPr>
        <w:t>‘Tuy nhiên,’ William tiếp tục, ‘quay lại phòng ăn. Cậu còn để ý thấy gì nữa?’</w:t>
      </w:r>
    </w:p>
    <w:p>
      <w:pPr>
        <w:spacing w:after="80"/>
      </w:pPr>
      <w:r>
        <w:rPr>
          <w:b w:val="0"/>
          <w:i w:val="0"/>
        </w:rPr>
        <w:t>‘Có một ban công dành cho nhạc công chạy vòng quanh tầng trên của căn phòng.’</w:t>
      </w:r>
    </w:p>
    <w:p>
      <w:pPr>
        <w:spacing w:after="80"/>
      </w:pPr>
      <w:r>
        <w:rPr>
          <w:b w:val="0"/>
          <w:i w:val="0"/>
        </w:rPr>
        <w:t>‘Lối lên?’</w:t>
      </w:r>
    </w:p>
    <w:p>
      <w:pPr>
        <w:spacing w:after="80"/>
      </w:pPr>
      <w:r>
        <w:rPr>
          <w:b w:val="0"/>
          <w:i w:val="0"/>
        </w:rPr>
        <w:t>‘Một cầu thang xoắn ốc hẹp dẫn lên đó. Biện pháp an ninh duy nhất là một sợi dây thừng và tấm biển “Cấm vào” ở bậc thang dưới cùng.’</w:t>
      </w:r>
    </w:p>
    <w:p>
      <w:pPr>
        <w:spacing w:after="80"/>
      </w:pPr>
      <w:r>
        <w:rPr>
          <w:b w:val="0"/>
          <w:i w:val="0"/>
        </w:rPr>
        <w:t>‘Còn quan sát nào khác không?’</w:t>
      </w:r>
    </w:p>
    <w:p>
      <w:pPr>
        <w:spacing w:after="80"/>
      </w:pPr>
      <w:r>
        <w:rPr>
          <w:b w:val="0"/>
          <w:i w:val="0"/>
        </w:rPr>
        <w:t>‘Có một cửa sổ lớn đối diện trực tiếp với bức Caravaggio, nhìn ra sân trong. Chắc từ trên đó có thể thấy cổng trước.’</w:t>
      </w:r>
    </w:p>
    <w:p>
      <w:pPr>
        <w:spacing w:after="80"/>
      </w:pPr>
      <w:r>
        <w:rPr>
          <w:b w:val="0"/>
          <w:i w:val="0"/>
        </w:rPr>
        <w:t>‘Còn gì nữa?’</w:t>
      </w:r>
    </w:p>
    <w:p>
      <w:pPr>
        <w:spacing w:after="80"/>
      </w:pPr>
      <w:r>
        <w:rPr>
          <w:b w:val="0"/>
          <w:i w:val="0"/>
        </w:rPr>
        <w:t>Ross suy nghĩ một lát, nhưng không đáp.</w:t>
      </w:r>
    </w:p>
    <w:p>
      <w:pPr>
        <w:spacing w:after="80"/>
      </w:pPr>
      <w:r>
        <w:rPr>
          <w:b w:val="0"/>
          <w:i w:val="0"/>
        </w:rPr>
        <w:t>‘Có một cây đàn organ Hamburg nhỏ ở phía bên trái của ban công dành cho nhạc công,’ William nói. ‘Kẻ nào trốn trên ban công đó sẽ không bị phát hiện từ phòng ăn bên dưới.’</w:t>
      </w:r>
    </w:p>
    <w:p>
      <w:pPr>
        <w:spacing w:after="80"/>
      </w:pPr>
      <w:r>
        <w:rPr>
          <w:b w:val="0"/>
          <w:i w:val="0"/>
        </w:rPr>
        <w:t>‘Có đủ chỗ cho cả hai chúng ta không?’</w:t>
      </w:r>
    </w:p>
    <w:p>
      <w:pPr>
        <w:spacing w:after="80"/>
      </w:pPr>
      <w:r>
        <w:rPr>
          <w:b w:val="0"/>
          <w:i w:val="0"/>
        </w:rPr>
        <w:t>‘Không. Chỉ đủ cho một cậu bé hát thôi,’ William nói, cười toe toét. ‘Dù sao đi nữa, nếu cả hai chúng ta cùng biến mất, có thể hướng dẫn viên sẽ để ý và đi tìm chúng ta.’</w:t>
      </w:r>
    </w:p>
    <w:p>
      <w:pPr>
        <w:spacing w:after="80"/>
      </w:pPr>
      <w:r>
        <w:rPr>
          <w:b w:val="0"/>
          <w:i w:val="0"/>
        </w:rPr>
        <w:t>‘Anh ấy đâu có đếm chúng ta trước khi bắt đầu chuyến tham quan.’</w:t>
      </w:r>
    </w:p>
    <w:p>
      <w:pPr>
        <w:spacing w:after="80"/>
      </w:pPr>
      <w:r>
        <w:rPr>
          <w:b w:val="0"/>
          <w:i w:val="0"/>
        </w:rPr>
        <w:t>‘Mắt nhìn tốt đấy,’ William nói, chạm tay lên trán làm động tác chào giả vờ. ‘Tuy nhiên, khi chuyến tham quan kết thúc, tôi muốn cậu quay lại đây và báo cáo cho đội của chúng ta, họ sẽ chờ trong xe cảnh sát, sẵn sàng xuất phát ngay khi có hiệu lệnh nếu Faulkner xuất hiện. Còn gì khác hướng dẫn viên nói mà đặc biệt tiết lộ không?’</w:t>
      </w:r>
    </w:p>
    <w:p>
      <w:pPr>
        <w:spacing w:after="80"/>
      </w:pPr>
      <w:r>
        <w:rPr>
          <w:b w:val="0"/>
          <w:i w:val="0"/>
        </w:rPr>
        <w:t>‘Cổng khuôn viên sẽ đóng lúc một giờ.’</w:t>
      </w:r>
    </w:p>
    <w:p>
      <w:pPr>
        <w:spacing w:after="80"/>
      </w:pPr>
      <w:r>
        <w:rPr>
          <w:b w:val="0"/>
          <w:i w:val="0"/>
        </w:rPr>
        <w:t>‘Điều đó cho thấy hôm nay chỉ còn một chuyến tham quan nữa thôi. Vậy nên đi thôi, vì chúng ta không thể bỏ lỡ nó được.’</w:t>
      </w:r>
    </w:p>
    <w:p>
      <w:pPr>
        <w:spacing w:after="80"/>
      </w:pPr>
      <w:r>
        <w:rPr>
          <w:b w:val="0"/>
          <w:i w:val="0"/>
        </w:rPr>
        <w:t>Họ nhanh chóng đi xuống con dốc về phía lâu đài. Khi đã vào trong, William mua thêm hai vé từ một bà cụ ngồi ở quầy lễ tân. Sau đó họ nhập vào nhóm khoảng mười mấy người đang tập trung trong sảnh chờ chuyến tham quan bắt đầu.</w:t>
      </w:r>
    </w:p>
    <w:p>
      <w:pPr>
        <w:spacing w:after="80"/>
      </w:pPr>
      <w:r>
        <w:rPr>
          <w:b w:val="0"/>
          <w:i w:val="0"/>
        </w:rPr>
        <w:t>Không nói một lời, Ross đi lên phía trước nhóm, trong khi William ở lại gần phía sau. Sau khi hướng dẫn viên nói vài lời giới thiệu, chuyến tham quan bắt đầu. William không thể cưỡng lại việc dừng lại chiêm ngưỡng vài báu vật trong bộ sưu tập khi họ đi từ phòng này sang phòng khác. Anh mong được kể cho Beth nghe về một bức Farquharson, một bức Raeburn và một bức Peploe khi về nhà tối hôm đó. Anh không quay lại vai cảnh sát cho đến khi họ trở lại phòng ăn.</w:t>
      </w:r>
    </w:p>
    <w:p>
      <w:pPr>
        <w:spacing w:after="80"/>
      </w:pPr>
      <w:r>
        <w:rPr>
          <w:b w:val="0"/>
          <w:i w:val="0"/>
        </w:rPr>
        <w:t xml:space="preserve">Ross vẫn ở phía trước nhóm trong khi hướng dẫn viên kể cho họ nghe cách vị Lord McLaren đầu tiên đã mua </w:t>
      </w:r>
      <w:r>
        <w:rPr>
          <w:b w:val="0"/>
          <w:i/>
        </w:rPr>
        <w:t>Fishers of Men</w:t>
      </w:r>
      <w:r>
        <w:rPr>
          <w:b w:val="0"/>
          <w:i w:val="0"/>
        </w:rPr>
        <w:t xml:space="preserve"> hơn hai trăm năm trước.</w:t>
      </w:r>
    </w:p>
    <w:p>
      <w:pPr>
        <w:spacing w:after="80"/>
      </w:pPr>
      <w:r>
        <w:rPr>
          <w:b w:val="0"/>
          <w:i w:val="0"/>
        </w:rPr>
        <w:t>William giả vờ đang ngắm một bức chân dung của một trong những họa sĩ cùng thời ít nổi tiếng hơn của Caravaggio khi anh thong thả đi về phía cầu thang xoắn ốc dẫn lên ban công dành cho nhạc công. Hướng dẫn viên kết thúc phần thuyết trình về tác phẩm trung tâm của bộ sưu tập, và bắt đầu đi về phía phòng tiếp theo. Vài người say mê không thể cưỡng lại việc ngắm nhìn kiệt tác lần cuối trước khi họ nhập lại với phần còn lại của nhóm.</w:t>
      </w:r>
    </w:p>
    <w:p>
      <w:pPr>
        <w:spacing w:after="80"/>
      </w:pPr>
      <w:r>
        <w:rPr>
          <w:b w:val="0"/>
          <w:i w:val="0"/>
        </w:rPr>
        <w:t>Khi William chắc chắn rằng mình đã ở một mình, anh nhanh nhẹn bước qua sợi dây chắn và đi lên cầu thang xoắn ốc tới ban công. Một hai tiếng kẽo kẹt khiến anh quay lại nhìn và chắc chắn rằng không ai phát hiện ra mình. Khi lên tới ban công, anh nhanh chóng di chuyển quanh khúc quanh, rồi thu mình nép vào phía xa của cây đàn organ.</w:t>
      </w:r>
    </w:p>
    <w:p>
      <w:pPr>
        <w:spacing w:after="80"/>
      </w:pPr>
      <w:r>
        <w:rPr>
          <w:b w:val="0"/>
          <w:i w:val="0"/>
        </w:rPr>
        <w:t>Dù anh có tầm nhìn rõ ra cửa sổ lớn hình vòm, anh không thể thấy chiếc bàn ăn bên dưới, hay bức Caravaggio. Anh ngồi yên làm điều mà anh đã làm rất nhiều lần trong quá khứ: ngồi, chờ đợi, kiên nhẫn và dù làm gì thì cũng đừng để mất tập trung.</w:t>
      </w:r>
    </w:p>
    <w:p>
      <w:pPr>
        <w:spacing w:after="80"/>
      </w:pPr>
      <w:r>
        <w:rPr>
          <w:b w:val="0"/>
          <w:i w:val="0"/>
        </w:rPr>
        <w:t>Khi hướng dẫn viên đi đến cuối chuyến tham quan, Ross là một trong những người đầu tiên tách khỏi nhóm và nhanh chóng rời khỏi lâu đài. Anh để ý rằng, dù hướng dẫn viên có nhắc đến cửa hàng và quán cà phê, lần này ông ấy không gợi ý rằng họ có thể thoải mái đi dạo quanh khuôn viên. Tuy nhiên, ông ấy có nhắc lại rằng cổng sẽ đóng lúc một giờ.</w:t>
      </w:r>
    </w:p>
    <w:p>
      <w:pPr>
        <w:spacing w:after="80"/>
      </w:pPr>
      <w:r>
        <w:rPr>
          <w:b w:val="0"/>
          <w:i w:val="0"/>
        </w:rPr>
        <w:t>Ross đi về phía lùm cây, từ đó anh có tầm nhìn rõ ra cả cửa trước của lâu đài lẫn cổng dẫn ra đường. Anh rút bộ đàm từ túi trong ra và bấm nút xanh.</w:t>
      </w:r>
    </w:p>
    <w:p>
      <w:pPr>
        <w:spacing w:after="80"/>
      </w:pPr>
      <w:r>
        <w:rPr>
          <w:b w:val="0"/>
          <w:i w:val="0"/>
        </w:rPr>
        <w:t>‘DCI Warwick vẫn còn trong nhà. Tôi ở ngoài, đóng quân trong khuôn viên cách cửa trước khoảng bảy mươi thước. Nếu Faulkner xuất hiện, tôi sẽ báo ngay cho anh.’</w:t>
      </w:r>
    </w:p>
    <w:p>
      <w:pPr>
        <w:spacing w:after="80"/>
      </w:pPr>
      <w:r>
        <w:rPr>
          <w:b w:val="0"/>
          <w:i w:val="0"/>
        </w:rPr>
        <w:t>‘Hiểu rồi,’ một giọng nói vang lên rè rè qua đường dây. ‘Nếu chúng tôi thấy có xe nào tiến về phía lâu đài, anh sẽ là người đầu tiên được báo.’</w:t>
      </w:r>
    </w:p>
    <w:p>
      <w:pPr>
        <w:spacing w:after="80"/>
      </w:pPr>
      <w:r>
        <w:rPr>
          <w:b w:val="0"/>
          <w:i w:val="0"/>
        </w:rPr>
        <w:t>‘Nhận đủ cả rồi,’ Ross nói, rồi cất chiếc bộ đàm trở lại vào túi.</w:t>
      </w:r>
    </w:p>
    <w:p>
      <w:pPr>
        <w:spacing w:after="80"/>
        <w:jc w:val="center"/>
      </w:pPr>
      <w:r>
        <w:rPr>
          <w:b w:val="0"/>
          <w:i w:val="0"/>
        </w:rPr>
        <w:t>• • •</w:t>
      </w:r>
    </w:p>
    <w:p>
      <w:pPr>
        <w:spacing w:after="80"/>
      </w:pPr>
      <w:r>
        <w:rPr>
          <w:b w:val="0"/>
          <w:i w:val="0"/>
        </w:rPr>
        <w:t>William nhìn qua ô cửa sổ lớn và theo dõi những thành viên còn lại của đoàn tham quan khi họ lững thững đi về phía bãi đỗ xe của khách. Khi nghe thấy tiếng bước chân trong phòng ăn bên dưới, anh càng nép sâu hơn vào khoảng trống giữa cây đàn organ và bức tường, co đầu gối lên sát cằm.</w:t>
      </w:r>
    </w:p>
    <w:p>
      <w:pPr>
        <w:spacing w:after="80"/>
      </w:pPr>
      <w:r>
        <w:rPr>
          <w:b w:val="0"/>
          <w:i w:val="0"/>
        </w:rPr>
        <w:t>Hai cô hầu bàn vừa trò chuyện vừa chỉnh lại những chi tiết cuối cùng cho bàn tiệc. Họ ngừng nói khi có người khác bước vào phòng và một giọng nói vang dội: ‘Tôi không cần phải nhắc hai cô lần nữa về việc Ngài coi trọng cuộc gặp này đến mức nào đâu. Tất cả chúng ta phải hết sức cảnh giác. Hiểu chưa?’</w:t>
      </w:r>
    </w:p>
    <w:p>
      <w:pPr>
        <w:spacing w:after="80"/>
      </w:pPr>
      <w:r>
        <w:rPr>
          <w:b w:val="0"/>
          <w:i w:val="0"/>
        </w:rPr>
        <w:t>‘Vâng, thưa ngài,’ hai giọng nói đồng thanh cất lên.</w:t>
      </w:r>
    </w:p>
    <w:p>
      <w:pPr>
        <w:spacing w:after="80"/>
        <w:jc w:val="center"/>
      </w:pPr>
      <w:r>
        <w:rPr>
          <w:b w:val="0"/>
          <w:i w:val="0"/>
        </w:rPr>
        <w:t>• • •</w:t>
      </w:r>
    </w:p>
    <w:p>
      <w:pPr>
        <w:spacing w:after="80"/>
      </w:pPr>
      <w:r>
        <w:rPr>
          <w:b w:val="0"/>
          <w:i w:val="0"/>
        </w:rPr>
        <w:t>Ross dõi theo khi cánh cổng đóng lại ngay lúc vị khách du lịch cuối cùng rời đi. À, chưa hẳn là cuối cùng. Anh liếc lên ô cửa sổ lớn trên tầng một và tự hỏi không biết William xoay xở đến đâu rồi. Nếu trong vài phút tới không có chiếc xe nào xuất hiện, thì họ sẽ phải quanh quẩn bao lâu nữa trước khi anh chấp nhận rằng đây lại là một chuyến đi công cốc? Dù anh không biết William định ra khỏi lâu đài bằng cách nào, nhưng có một điều chắc chắn: ông sếp hẳn đã tính ra được rồi.</w:t>
      </w:r>
    </w:p>
    <w:p>
      <w:pPr>
        <w:spacing w:after="80"/>
      </w:pPr>
      <w:r>
        <w:rPr>
          <w:b w:val="0"/>
          <w:i w:val="0"/>
        </w:rPr>
        <w:t>Chiếc bộ đàm của Ross rè lên, và anh nghe thấy một giọng Glasgow đặc sệt ở đầu dây bên kia. ‘Một chiếc xe có tài xế riêng đang tiến về phía lâu đài, hai hành khách ngồi ở ghế sau. Khoảng ba phút nữa họ sẽ tới chỗ anh.’</w:t>
      </w:r>
    </w:p>
    <w:p>
      <w:pPr>
        <w:spacing w:after="80"/>
      </w:pPr>
      <w:r>
        <w:rPr>
          <w:b w:val="0"/>
          <w:i w:val="0"/>
        </w:rPr>
        <w:t>‘Đã nhận tin.’</w:t>
      </w:r>
    </w:p>
    <w:p>
      <w:pPr>
        <w:spacing w:after="80"/>
      </w:pPr>
      <w:r>
        <w:rPr>
          <w:b w:val="0"/>
          <w:i w:val="0"/>
        </w:rPr>
        <w:t>William nhìn ra cửa sổ và thấy cánh cổng trước từ từ mở ra. Một lát sau, một chiếc BMW tiến vào khuôn viên và hướng về phía lâu đài. Anh mất dấu chiếc xe từ lâu trước khi nó tới được cửa chính, nhưng Ross vẫn có tầm nhìn rõ ràng khi chiếc BMW dừng lại trên con đường lát đá. Người tài xế nhảy xuống và mở cửa sau. Hai bóng người xuất hiện: một người phụ nữ ăn mặc thanh lịch đi thẳng về phía cửa, theo sau là một người đàn ông mặc chiếc áo khoác đen dài và cầm một chiếc cặp tài liệu.</w:t>
      </w:r>
    </w:p>
    <w:p>
      <w:pPr>
        <w:spacing w:after="80"/>
      </w:pPr>
      <w:r>
        <w:rPr>
          <w:b w:val="0"/>
          <w:i w:val="0"/>
        </w:rPr>
        <w:t>Họ được Ngài đón tiếp trên bậc thềm, người mặc chiếc áo khoác màu xanh lá lovat, chiếc kilt mang họa tiết tartan của gia tộc McLaren, đôi tất len dày màu nâu và đôi giày mà mẹ anh hẳn sẽ gọi là giày hợp lý. Đứng bên cạnh ông là một người phụ nữ lớn tuổi mà Ross nghĩ là mình nhận ra. Cửa chính đóng lại và tất cả họ biến mất vào trong.</w:t>
      </w:r>
    </w:p>
    <w:p>
      <w:pPr>
        <w:spacing w:after="80"/>
      </w:pPr>
      <w:r>
        <w:rPr>
          <w:b w:val="0"/>
          <w:i w:val="0"/>
        </w:rPr>
        <w:t>William đã cứng đờ người và cần phải duỗi ra, nhưng anh không dám nhúc nhích vì sợ gây ra dù chỉ một tiếng động nhỏ nhất. Một lát sau, tiếng chiêng vang vọng từ xa, và ngay sau đó anh nghe thấy một nhóm nhỏ người bước vào phòng ăn, trò chuyện vui vẻ.</w:t>
      </w:r>
    </w:p>
    <w:p>
      <w:pPr>
        <w:spacing w:after="80"/>
      </w:pPr>
      <w:r>
        <w:rPr>
          <w:b w:val="0"/>
          <w:i w:val="0"/>
        </w:rPr>
        <w:t xml:space="preserve">‘Đây là nơi bức </w:t>
      </w:r>
      <w:r>
        <w:rPr>
          <w:b w:val="0"/>
          <w:i/>
        </w:rPr>
        <w:t>Fishers of Men</w:t>
      </w:r>
      <w:r>
        <w:rPr>
          <w:b w:val="0"/>
          <w:i w:val="0"/>
        </w:rPr>
        <w:t xml:space="preserve"> đã được treo suốt hai trăm năm qua,’ một giọng nói quý tộc vang lên, mà chỉ có thể là của Lord McLaren.</w:t>
      </w:r>
    </w:p>
    <w:p>
      <w:pPr>
        <w:spacing w:after="80"/>
      </w:pPr>
      <w:r>
        <w:rPr>
          <w:b w:val="0"/>
          <w:i w:val="0"/>
        </w:rPr>
        <w:t>Những tiếng ‘Tuyệt vời’, ‘Xuất sắc’, ‘Một kiệt tác’ nối tiếp nhau.</w:t>
      </w:r>
    </w:p>
    <w:p>
      <w:pPr>
        <w:spacing w:after="80"/>
      </w:pPr>
      <w:r>
        <w:rPr>
          <w:b w:val="0"/>
          <w:i w:val="0"/>
        </w:rPr>
        <w:t>‘Sao chúng ta không vào chỗ ngồi dùng bữa trưa nhỉ,’ William nghe thấy Lord McLaren đề nghị. ‘Tôi nghĩ ngài sẽ thích ngồi đối diện bức tranh, để ngắm nó rõ hơn,’ ông nói, hướng về một trong những vị khách của mình, người không đáp lời.</w:t>
      </w:r>
    </w:p>
    <w:p>
      <w:pPr>
        <w:spacing w:after="80"/>
      </w:pPr>
      <w:r>
        <w:rPr>
          <w:b w:val="0"/>
          <w:i w:val="0"/>
        </w:rPr>
        <w:t>William nghe thấy tiếng những chiếc ghế được kéo ra trong khi các cô phục vụ bận rộn ra vào căn phòng. Giọng của hai thực khách khá rõ ràng, nhưng một người, hẳn là đang quay lưng lại với anh, thì gần như không thể nghe ra. Rồi một người phụ nữ lên tiếng, và William nhận ra giọng bà ta ngay lập tức. Đó chắc chắn không phải là Lady McLaren.</w:t>
      </w:r>
    </w:p>
    <w:p>
      <w:pPr>
        <w:spacing w:after="80"/>
        <w:jc w:val="center"/>
      </w:pPr>
      <w:r>
        <w:rPr>
          <w:b w:val="0"/>
          <w:i w:val="0"/>
        </w:rPr>
        <w:t>• • •</w:t>
      </w:r>
    </w:p>
    <w:p>
      <w:pPr>
        <w:spacing w:after="80"/>
      </w:pPr>
      <w:r>
        <w:rPr>
          <w:b w:val="0"/>
          <w:i w:val="0"/>
        </w:rPr>
        <w:t>Ross vẫn ẩn mình trong lùm cây, cố tưởng tượng xem họ đang dùng bữa trưa gồm những gì ở phía bên kia những bức tường bất khả xâm phạm của lâu đài. Cá hồi hun khói và gà gô từ điền trang, anh đoán vậy, xét theo thời điểm trong năm. Anh liếm môi và tự nhủ phải chờ đợi lâu trước khi một gã hát rong khó có thể xuất hiện ở cửa sổ. Nếu William ra dấu giơ ngón cái, anh phải gọi bộ đàm cho các sĩ quan đang chờ, những người sẽ lập tức tiến về lâu đài, không bật đèn nháy, không hú còi. Khi họ đến cửa trước thì William hẳn đã bắt giữ Faulkner. Dấu giơ ngón cái xuống nghĩa là Faulkner không có mặt trong số khách, và anh sẽ cố gắng rút lui một cách kín đáo.</w:t>
      </w:r>
    </w:p>
    <w:p>
      <w:pPr>
        <w:spacing w:after="80"/>
        <w:jc w:val="center"/>
      </w:pPr>
      <w:r>
        <w:rPr>
          <w:b w:val="0"/>
          <w:i w:val="0"/>
        </w:rPr>
        <w:t>• • •</w:t>
      </w:r>
    </w:p>
    <w:p>
      <w:pPr>
        <w:spacing w:after="80"/>
      </w:pPr>
      <w:r>
        <w:rPr>
          <w:b w:val="0"/>
          <w:i w:val="0"/>
        </w:rPr>
        <w:t>William chăm chú lắng nghe cuộc trò chuyện quanh bàn ăn. Anh không thể nghe rõ từng từ, và một thành viên trong nhóm vẫn chưa lên tiếng.</w:t>
      </w:r>
    </w:p>
    <w:p>
      <w:pPr>
        <w:spacing w:after="80"/>
      </w:pPr>
      <w:r>
        <w:rPr>
          <w:b w:val="0"/>
          <w:i w:val="0"/>
        </w:rPr>
        <w:t>‘Chúng ta vào thẳng vấn đề nhé?’ Lord McLaren nói sau khi món chính đã được dọn đi.</w:t>
      </w:r>
    </w:p>
    <w:p>
      <w:pPr>
        <w:spacing w:after="80"/>
      </w:pPr>
      <w:r>
        <w:rPr>
          <w:b w:val="0"/>
          <w:i w:val="0"/>
        </w:rPr>
        <w:t>‘Ngài nghĩ đến con số nào?’ một giọng nói cất lên, không buồn khách sáo.</w:t>
      </w:r>
    </w:p>
    <w:p>
      <w:pPr>
        <w:spacing w:after="80"/>
      </w:pPr>
      <w:r>
        <w:rPr>
          <w:b w:val="0"/>
          <w:i w:val="0"/>
        </w:rPr>
        <w:t>‘Tôi cho rằng ba mươi triệu bảng là một mức giá hợp lý.’</w:t>
      </w:r>
    </w:p>
    <w:p>
      <w:pPr>
        <w:spacing w:after="80"/>
      </w:pPr>
      <w:r>
        <w:rPr>
          <w:b w:val="0"/>
          <w:i w:val="0"/>
        </w:rPr>
        <w:t>‘Theo tôi, hai mươi triệu sẽ sát với thực tế hơn.’</w:t>
      </w:r>
    </w:p>
    <w:p>
      <w:pPr>
        <w:spacing w:after="80"/>
      </w:pPr>
      <w:r>
        <w:rPr>
          <w:b w:val="0"/>
          <w:i w:val="0"/>
        </w:rPr>
        <w:t>‘Nó đáng giá hơn thế nhiều,’ McLaren nói.</w:t>
      </w:r>
    </w:p>
    <w:p>
      <w:pPr>
        <w:spacing w:after="80"/>
      </w:pPr>
      <w:r>
        <w:rPr>
          <w:b w:val="0"/>
          <w:i w:val="0"/>
        </w:rPr>
        <w:t>‘Tôi đồng ý với ngài, nếu đây không phải là một vụ bán tháo.’</w:t>
      </w:r>
    </w:p>
    <w:p>
      <w:pPr>
        <w:spacing w:after="80"/>
      </w:pPr>
      <w:r>
        <w:rPr>
          <w:b w:val="0"/>
          <w:i w:val="0"/>
        </w:rPr>
        <w:t>William hẳn sẽ rất muốn thấy vẻ mặt của ngài Nam tước lúc đó.</w:t>
      </w:r>
    </w:p>
    <w:p>
      <w:pPr>
        <w:spacing w:after="80"/>
      </w:pPr>
      <w:r>
        <w:rPr>
          <w:b w:val="0"/>
          <w:i w:val="0"/>
        </w:rPr>
        <w:t>‘Trong khi ngài đang gặp vấn đề về thừa kế, thì đây là thị trường của người mua.’ Giọng nói ngừng lại. ‘Tuy nhiên, tôi sẵn lòng đề nghị ngài hai mươi hai triệu, kèm theo một ưu đãi thêm,’ vẫn giọng nói đó tiếp tục.</w:t>
      </w:r>
    </w:p>
    <w:p>
      <w:pPr>
        <w:spacing w:after="80"/>
      </w:pPr>
      <w:r>
        <w:rPr>
          <w:b w:val="0"/>
          <w:i w:val="0"/>
        </w:rPr>
        <w:t>‘Và đó có thể là gì?’ McLaren hỏi, giọng có vẻ bối rối.</w:t>
      </w:r>
    </w:p>
    <w:p>
      <w:pPr>
        <w:spacing w:after="80"/>
      </w:pPr>
      <w:r>
        <w:rPr>
          <w:b w:val="0"/>
          <w:i w:val="0"/>
        </w:rPr>
        <w:t>‘Đề nghị của tôi sẽ còn hiệu lực trong một tuần. Sang tuần thứ hai nó sẽ giảm xuống hai mươi mốt triệu, và hai mươi triệu vào tuần thứ ba.’</w:t>
      </w:r>
    </w:p>
    <w:p>
      <w:pPr>
        <w:spacing w:after="80"/>
      </w:pPr>
      <w:r>
        <w:rPr>
          <w:b w:val="0"/>
          <w:i w:val="0"/>
        </w:rPr>
        <w:t>William nhận ra rằng Faulkner biết chính xác con số mà Lord McLaren cần để thanh toán thuế thừa kế, và hẳn cũng biết ngày mà toàn bộ số tiền đến hạn, sau đó ông ta sẽ phải bắt đầu trả lãi cho người thu thuế của Nữ hoàng.</w:t>
      </w:r>
    </w:p>
    <w:p>
      <w:pPr>
        <w:spacing w:after="80"/>
      </w:pPr>
      <w:r>
        <w:rPr>
          <w:b w:val="0"/>
          <w:i w:val="0"/>
        </w:rPr>
        <w:t>‘Tôi sẽ phải suy nghĩ về chuyện đó,’ McLaren nói, cố tỏ ra thoải mái mà vẫn nắm thế chủ động.</w:t>
      </w:r>
    </w:p>
    <w:p>
      <w:pPr>
        <w:spacing w:after="80"/>
      </w:pPr>
      <w:r>
        <w:rPr>
          <w:b w:val="0"/>
          <w:i w:val="0"/>
        </w:rPr>
        <w:t>‘Đồng hồ đang điểm,’ cùng giọng nói đó cất lên. Lời của Faulkner, nhưng được truyền đạt bởi sứ giả của ông ta.</w:t>
      </w:r>
    </w:p>
    <w:p>
      <w:pPr>
        <w:spacing w:after="80"/>
      </w:pPr>
      <w:r>
        <w:rPr>
          <w:b w:val="0"/>
          <w:i w:val="0"/>
        </w:rPr>
        <w:t>‘Chúng ta hãy chuyển sang phòng khách để uống cà phê,’ McLaren nói, phớt lờ lời đe dọa ngầm. William nghe thấy tiếng ghế bị đẩy ra khỏi bàn, và cả nhóm dự tiệc trưa lục tục rời khỏi phòng.</w:t>
      </w:r>
    </w:p>
    <w:p>
      <w:pPr>
        <w:spacing w:after="80"/>
      </w:pPr>
      <w:r>
        <w:rPr>
          <w:b w:val="0"/>
          <w:i w:val="0"/>
        </w:rPr>
        <w:t>Giờ thì anh đã biết những bước chân nặng nề, chậm chạp ấy thuộc về đại diện của Miles Faulkner trên cõi đời này.</w:t>
      </w:r>
    </w:p>
    <w:p>
      <w:pPr>
        <w:spacing w:after="80"/>
      </w:pPr>
      <w:r>
        <w:rPr>
          <w:b w:val="0"/>
          <w:i w:val="0"/>
        </w:rPr>
        <w:t>William không nhúc nhích cho đến khi bàn ăn được dọn sạch, các cô hầu bàn đã rời đi và cánh cửa đóng lại. Khi không còn nghe thấy giọng nói nào nữa, anh bò tới bên cửa sổ và giơ ngón tay cái xuống ra hiệu, đúng lúc cánh cửa lại mở ra. Anh nằm sấp xuống và bất động.</w:t>
      </w:r>
    </w:p>
    <w:p>
      <w:pPr>
        <w:spacing w:after="80"/>
        <w:jc w:val="center"/>
      </w:pPr>
      <w:r>
        <w:rPr>
          <w:b w:val="0"/>
          <w:i w:val="0"/>
        </w:rPr>
        <w:t>• • •</w:t>
      </w:r>
    </w:p>
    <w:p>
      <w:pPr>
        <w:spacing w:after="80"/>
      </w:pPr>
      <w:r>
        <w:rPr>
          <w:b w:val="0"/>
          <w:i w:val="0"/>
        </w:rPr>
        <w:t>Ross chửi thề mấy câu trước khi gọi bộ đàm cho các xe tuần tra và gửi đi thông điệp đơn giản: ‘Rút lui. Hủy nhiệm vụ.’</w:t>
      </w:r>
    </w:p>
    <w:p>
      <w:pPr>
        <w:spacing w:after="80"/>
      </w:pPr>
      <w:r>
        <w:rPr>
          <w:b w:val="0"/>
          <w:i w:val="0"/>
        </w:rPr>
        <w:t>‘Xin lỗi vì chuyện đó nhé, cậu bé,’ một giọng nói vang lên, trước khi bộ đàm im bặt.</w:t>
      </w:r>
    </w:p>
    <w:p>
      <w:pPr>
        <w:spacing w:after="80"/>
      </w:pPr>
      <w:r>
        <w:rPr>
          <w:b w:val="0"/>
          <w:i w:val="0"/>
        </w:rPr>
        <w:t>Phải thêm một tiếng nữa thì cả William và Ross mới cùng thấy cánh cổng mở ra lần nữa và chiếc BMW biến mất khỏi tầm mắt.</w:t>
      </w:r>
    </w:p>
    <w:p>
      <w:pPr>
        <w:spacing w:after="80"/>
        <w:jc w:val="center"/>
      </w:pPr>
      <w:r>
        <w:rPr>
          <w:b w:val="0"/>
          <w:i w:val="0"/>
        </w:rPr>
        <w:t>• • •</w:t>
      </w:r>
    </w:p>
    <w:p>
      <w:pPr>
        <w:spacing w:after="80"/>
      </w:pPr>
      <w:r>
        <w:rPr>
          <w:b w:val="0"/>
          <w:i w:val="0"/>
        </w:rPr>
        <w:t>William không nhúc nhích cho đến khi anh chắc chắn không còn ai ở trong căn phòng bên dưới. Anh hé nhìn qua lan can gác lửng – không thấy ai – rồi rón rén bước xuống cầu thang xoắn ốc và đi ngang qua phòng ăn, không cưỡng nổi việc ngoái lại nhìn bức tranh Caravaggio lần cuối. Anh mở cửa vừa đủ để nhìn qua khe hở, rồi bước ra hành lang vắng vẻ, sẵn sàng lẻn vào quán cà phê hoặc cửa hàng quà tặng nếu có ai xuất hiện. Anh thận trọng bước về phía cửa chính, mỗi bước đi lại thêm phần tự tin. Anh vừa định nắm tay nắm cửa thì một giọng nói phía sau cất lên: ‘Tôi có thể giúp gì cho cậu không, chàng trai trẻ?’</w:t>
      </w:r>
    </w:p>
    <w:p>
      <w:pPr>
        <w:spacing w:after="80"/>
      </w:pPr>
      <w:r>
        <w:rPr>
          <w:b w:val="0"/>
          <w:i w:val="0"/>
        </w:rPr>
        <w:t>William lo lắng quay phắt lại và thấy bà cụ già đứng sau quầy lễ tân đang kiểm đếm số tiền thu được buổi sáng.</w:t>
      </w:r>
    </w:p>
    <w:p>
      <w:pPr>
        <w:spacing w:after="80"/>
      </w:pPr>
      <w:r>
        <w:rPr>
          <w:b w:val="0"/>
          <w:i w:val="0"/>
        </w:rPr>
        <w:t>‘Chào bà. Vâng, cháu muốn mua một vé cho chuyến tham quan buổi chiều,’ anh nói, không hề bối rối, đồng thời rút ví ra và lấy một tờ bảng Anh.</w:t>
      </w:r>
    </w:p>
    <w:p>
      <w:pPr>
        <w:spacing w:after="80"/>
      </w:pPr>
      <w:r>
        <w:rPr>
          <w:b w:val="0"/>
          <w:i w:val="0"/>
        </w:rPr>
        <w:t>‘Tôi xin lỗi, nhưng hôm nay chúng tôi đóng cửa.’</w:t>
      </w:r>
    </w:p>
    <w:p>
      <w:pPr>
        <w:spacing w:after="80"/>
      </w:pPr>
      <w:r>
        <w:rPr>
          <w:b w:val="0"/>
          <w:i w:val="0"/>
        </w:rPr>
        <w:t>‘Ồ, thật đáng tiếc. Cháu đã rất mong được xem bức Caravaggio.’</w:t>
      </w:r>
    </w:p>
    <w:p>
      <w:pPr>
        <w:spacing w:after="80"/>
      </w:pPr>
      <w:r>
        <w:rPr>
          <w:b w:val="0"/>
          <w:i w:val="0"/>
        </w:rPr>
        <w:t>‘Chẳng phải tôi đã thấy cậu sáng nay sao?’ bà nói, nhìn anh kỹ hơn.</w:t>
      </w:r>
    </w:p>
    <w:p>
      <w:pPr>
        <w:spacing w:after="80"/>
      </w:pPr>
      <w:r>
        <w:rPr>
          <w:b w:val="0"/>
          <w:i w:val="0"/>
        </w:rPr>
        <w:t>‘Ừ. Mai tôi sẽ về London, và tôi mong được ngắm bức tranh thêm một lần nữa.’</w:t>
      </w:r>
    </w:p>
    <w:p>
      <w:pPr>
        <w:spacing w:after="80"/>
      </w:pPr>
      <w:r>
        <w:rPr>
          <w:b w:val="0"/>
          <w:i w:val="0"/>
        </w:rPr>
        <w:t>‘Cậu phải quay lại ngay từ sáng sớm mai đấy, chàng trai trẻ ạ, vì đó rất có thể sẽ là cơ hội cuối cùng để cậu được nhìn thấy nó.’</w:t>
      </w:r>
    </w:p>
    <w:p>
      <w:pPr>
        <w:spacing w:after="80"/>
      </w:pPr>
      <w:r>
        <w:rPr>
          <w:b w:val="0"/>
          <w:i w:val="0"/>
        </w:rPr>
        <w:t>William liều lĩnh hỏi: ‘Tôi không hiểu. Người hướng dẫn nói với chúng tôi rằng nó đã ở trong gia đình này hơn hai trăm năm và là niềm tự hào trong bộ sưu tập của Lord McLaren.’</w:t>
      </w:r>
    </w:p>
    <w:p>
      <w:pPr>
        <w:spacing w:after="80"/>
      </w:pPr>
      <w:r>
        <w:rPr>
          <w:b w:val="0"/>
          <w:i w:val="0"/>
        </w:rPr>
        <w:t>‘Đúng là như vậy, nhưng e rằng con trai tôi không còn cách nào khác ngoài việc bán nó đi,’ Bà Quả phụ Bá tước (Dowager Countess) nói, khi bà bước ra từ sau quầy, đi ngang qua sảnh và mở cửa trước. ‘Thuế thừa kế (death duties) đấy, cậu biết đấy,’ bà nói thêm với một tiếng thở dài, rồi đóng cửa lại sau lưng anh.</w:t>
      </w:r>
    </w:p>
    <w:p>
      <w:pPr>
        <w:spacing w:after="80"/>
      </w:pPr>
      <w:r>
        <w:rPr>
          <w:b w:val="0"/>
          <w:i w:val="0"/>
        </w:rPr>
        <w:t>Giờ thì William đã biết người thứ tư trong bữa trưa là ai.</w:t>
      </w:r>
    </w:p>
    <w:p>
      <w:pPr>
        <w:spacing w:after="80"/>
        <w:jc w:val="center"/>
      </w:pPr>
      <w:r>
        <w:rPr>
          <w:b w:val="0"/>
          <w:i w:val="0"/>
        </w:rPr>
        <w:t>• • •</w:t>
      </w:r>
    </w:p>
    <w:p>
      <w:pPr>
        <w:spacing w:after="80"/>
      </w:pPr>
      <w:r>
        <w:rPr>
          <w:b w:val="0"/>
          <w:i w:val="0"/>
        </w:rPr>
        <w:t>‘Christina cũng có mặt trong bữa trưa à?’ Beth hỏi, khi William leo lên giường vào đêm muộn hôm đó.</w:t>
      </w:r>
    </w:p>
    <w:p>
      <w:pPr>
        <w:spacing w:after="80"/>
      </w:pPr>
      <w:r>
        <w:rPr>
          <w:b w:val="0"/>
          <w:i w:val="0"/>
        </w:rPr>
        <w:t>‘Có, và cô ta đóng giả làm người mua quan tâm đến bức tranh,’ William nói, ‘mặc dù Booth Watson là người nói phần lớn.’</w:t>
      </w:r>
    </w:p>
    <w:p>
      <w:pPr>
        <w:spacing w:after="80"/>
      </w:pPr>
      <w:r>
        <w:rPr>
          <w:b w:val="0"/>
          <w:i w:val="0"/>
        </w:rPr>
        <w:t>‘Vậy là một lần nữa tôi lại sập bẫy những lời dối trá của cô ta. Tôi hứa với anh, tôi sẽ không bao giờ để cô ta thoát tội như thế nữa.’</w:t>
      </w:r>
    </w:p>
    <w:p>
      <w:pPr>
        <w:spacing w:after="80"/>
      </w:pPr>
      <w:r>
        <w:rPr>
          <w:b w:val="0"/>
          <w:i w:val="0"/>
        </w:rPr>
        <w:t>‘Thế thì em sẽ phải giết cô ta, và chỉ cầu mong anh là điều tra viên phụ trách vụ án thôi.’</w:t>
      </w:r>
    </w:p>
    <w:p>
      <w:pPr>
        <w:spacing w:after="80"/>
      </w:pPr>
      <w:r>
        <w:rPr>
          <w:b w:val="0"/>
          <w:i w:val="0"/>
        </w:rPr>
        <w:t>‘Em sẽ không cần anh đâu,’ Beth nói, ‘vì em biết cách giết cả hai người họ mà không để rơi một giọt máu nào.’</w:t>
      </w:r>
    </w:p>
    <w:p>
      <w:pPr>
        <w:spacing w:after="80"/>
      </w:pPr>
      <w:r>
        <w:rPr>
          <w:b w:val="0"/>
          <w:i w:val="0"/>
        </w:rPr>
        <w:t>‘Em định làm gì?’ William hỏi.</w:t>
      </w:r>
    </w:p>
    <w:p>
      <w:pPr>
        <w:spacing w:after="80"/>
      </w:pPr>
      <w:r>
        <w:rPr>
          <w:b w:val="0"/>
          <w:i w:val="0"/>
        </w:rPr>
        <w:t xml:space="preserve">‘Nếu Tim Knox khuyên HMG (Chính phủ Bệ hạ) từ chối đơn xin giấy phép xuất khẩu của Lord McLaren với lý do </w:t>
      </w:r>
      <w:r>
        <w:rPr>
          <w:b w:val="0"/>
          <w:i/>
        </w:rPr>
        <w:t>Fishers of Men</w:t>
      </w:r>
      <w:r>
        <w:rPr>
          <w:b w:val="0"/>
          <w:i w:val="0"/>
        </w:rPr>
        <w:t xml:space="preserve"> là một bức tranh có tầm quan trọng quốc gia, thì có thể mất nhiều năm Faulkner mới có được nó. Và hắn sẽ chỉ có một người để đổ lỗi. Christina.’</w:t>
      </w:r>
    </w:p>
    <w:p>
      <w:pPr>
        <w:spacing w:after="80"/>
      </w:pPr>
      <w:r>
        <w:rPr>
          <w:b w:val="0"/>
          <w:i w:val="0"/>
        </w:rPr>
        <w:t>‘Đó là điều cuối cùng anh muốn,’ William nói dứt khoát. ‘Chỉ huy vừa mới phê duyệt Chiến dịch Masterpiece, nên anh sẽ cần em tìm ra ai được giao nhiệm vụ vận chuyển bức tranh đến cho người chủ mới của nó.’</w:t>
      </w:r>
    </w:p>
    <w:p>
      <w:pPr>
        <w:spacing w:after="80"/>
      </w:pPr>
      <w:r>
        <w:rPr>
          <w:b w:val="0"/>
          <w:i w:val="0"/>
        </w:rPr>
        <w:t>‘Chuyện đó chỉ cần vài cú điện thoại của em là xong,’ Beth nói. ‘Nhưng em được gì để đổi lại đây?’</w:t>
      </w:r>
    </w:p>
    <w:p>
      <w:pPr>
        <w:spacing w:after="80"/>
      </w:pPr>
      <w:r>
        <w:rPr>
          <w:b w:val="0"/>
          <w:i w:val="0"/>
        </w:rPr>
        <w:t>‘Anh sẽ mang Faulkner về trong còng tay, cùng với bức tranh.’</w:t>
      </w:r>
    </w:p>
    <w:p>
      <w:pPr>
        <w:spacing w:after="80"/>
      </w:pPr>
      <w:r>
        <w:rPr>
          <w:b w:val="0"/>
          <w:i w:val="0"/>
        </w:rPr>
        <w:t>‘Nếu anh làm được điều đó,’ Beth nói, ‘tôi sẽ nhờ Tim Knox đề nghị Thủ tướng miễn thuế thừa kế cho ngài, đổi lại việc tặng bức Caravaggio cho quốc gia.’</w:t>
      </w:r>
    </w:p>
    <w:p>
      <w:pPr>
        <w:spacing w:after="80"/>
      </w:pPr>
      <w:r>
        <w:rPr>
          <w:b w:val="0"/>
          <w:i w:val="0"/>
        </w:rPr>
        <w:t>‘Ý cô là “quốc gia” nào?’ William hỏi một cách ngây thơ.</w:t>
      </w:r>
    </w:p>
    <w:p>
      <w:pPr>
        <w:spacing w:after="80"/>
      </w:pPr>
      <w:r>
        <w:rPr>
          <w:b w:val="0"/>
          <w:i w:val="0"/>
        </w:rPr>
        <w:t>‘Tất nhiên là Fitzmolean rồi.’</w:t>
      </w:r>
    </w:p>
    <w:p>
      <w:pPr>
        <w:spacing w:after="80"/>
      </w:pPr>
      <w:r>
        <w:rPr>
          <w:b w:val="0"/>
          <w:i w:val="0"/>
        </w:rPr>
        <w:t>‘Tôi không biết ai mới là người mưu mô và vô lương tâm hơn. Cô hay Christina.’</w:t>
      </w:r>
    </w:p>
    <w:p>
      <w:pPr>
        <w:spacing w:after="80"/>
      </w:pPr>
      <w:r>
        <w:rPr>
          <w:b w:val="0"/>
          <w:i w:val="0"/>
        </w:rPr>
        <w:t>Beth tắt đèn.</w:t>
      </w:r>
    </w:p>
    <w:p>
      <w:pPr>
        <w:pStyle w:val="Heading2"/>
      </w:pPr>
      <w:r>
        <w:rPr>
          <w:rFonts w:ascii="Calibri" w:hAnsi="Calibri"/>
          <w:b/>
          <w:i w:val="0"/>
          <w:sz w:val="32"/>
        </w:rPr>
        <w:t>CHƯƠNG 18</w:t>
      </w:r>
    </w:p>
    <w:p>
      <w:pPr>
        <w:spacing w:after="80"/>
      </w:pPr>
      <w:r>
        <w:rPr>
          <w:b w:val="0"/>
          <w:i w:val="0"/>
        </w:rPr>
        <w:t>‘Cô ấy xinh không?’ Beth nói, khi cô dâu và chú rể bước vào phòng và cô lần đầu nhìn thấy Josephine.</w:t>
      </w:r>
    </w:p>
    <w:p>
      <w:pPr>
        <w:spacing w:after="80"/>
      </w:pPr>
      <w:r>
        <w:rPr>
          <w:b w:val="0"/>
          <w:i w:val="0"/>
        </w:rPr>
        <w:t>‘Và rõ ràng Ross mê cô ấy như điếu đổ,’ William nói.</w:t>
      </w:r>
    </w:p>
    <w:p>
      <w:pPr>
        <w:spacing w:after="80"/>
      </w:pPr>
      <w:r>
        <w:rPr>
          <w:b w:val="0"/>
          <w:i w:val="0"/>
        </w:rPr>
        <w:t>‘Anh thì không chắc?’</w:t>
      </w:r>
    </w:p>
    <w:p>
      <w:pPr>
        <w:spacing w:after="80"/>
      </w:pPr>
      <w:r>
        <w:rPr>
          <w:b w:val="0"/>
          <w:i w:val="0"/>
        </w:rPr>
        <w:t xml:space="preserve">‘Từ lâu tôi đã chấp nhận sự thật rằng mình bị kẹt với cô rồi. </w:t>
      </w:r>
      <w:r>
        <w:rPr>
          <w:b w:val="0"/>
          <w:i/>
        </w:rPr>
        <w:t>Một trinh nữ tội nghiệp, thưa ngài</w:t>
      </w:r>
      <w:r>
        <w:rPr>
          <w:b w:val="0"/>
          <w:i w:val="0"/>
        </w:rPr>
        <w:t xml:space="preserve">, </w:t>
      </w:r>
      <w:r>
        <w:rPr>
          <w:b w:val="0"/>
          <w:i/>
        </w:rPr>
        <w:t>một thứ xấu xí, thưa ngài</w:t>
      </w:r>
      <w:r>
        <w:rPr>
          <w:b w:val="0"/>
          <w:i w:val="0"/>
        </w:rPr>
        <w:t xml:space="preserve"> …’</w:t>
      </w:r>
    </w:p>
    <w:p>
      <w:pPr>
        <w:spacing w:after="80"/>
      </w:pPr>
      <w:r>
        <w:rPr>
          <w:b w:val="0"/>
          <w:i w:val="0"/>
        </w:rPr>
        <w:t>‘</w:t>
      </w:r>
      <w:r>
        <w:rPr>
          <w:b w:val="0"/>
          <w:i/>
        </w:rPr>
        <w:t>Nhưng là của riêng tôi</w:t>
      </w:r>
      <w:r>
        <w:rPr>
          <w:b w:val="0"/>
          <w:i w:val="0"/>
        </w:rPr>
        <w:t>,’ Beth nói, ‘</w:t>
      </w:r>
      <w:r>
        <w:rPr>
          <w:b w:val="0"/>
          <w:i/>
        </w:rPr>
        <w:t>All’s Well</w:t>
      </w:r>
      <w:r>
        <w:rPr>
          <w:b w:val="0"/>
          <w:i w:val="0"/>
        </w:rPr>
        <w:t>.’</w:t>
      </w:r>
    </w:p>
    <w:p>
      <w:pPr>
        <w:spacing w:after="80"/>
      </w:pPr>
      <w:r>
        <w:rPr>
          <w:b w:val="0"/>
          <w:i w:val="0"/>
        </w:rPr>
        <w:t xml:space="preserve">‘Không, </w:t>
      </w:r>
      <w:r>
        <w:rPr>
          <w:b w:val="0"/>
          <w:i/>
        </w:rPr>
        <w:t>As You Like It.</w:t>
      </w:r>
      <w:r>
        <w:rPr>
          <w:b w:val="0"/>
          <w:i w:val="0"/>
        </w:rPr>
        <w:t>’</w:t>
      </w:r>
    </w:p>
    <w:p>
      <w:pPr>
        <w:spacing w:after="80"/>
      </w:pPr>
      <w:r>
        <w:rPr>
          <w:b w:val="0"/>
          <w:i w:val="0"/>
        </w:rPr>
        <w:t>‘Vấn đề của anh là anh chỉ được giáo dục nửa vời.’</w:t>
      </w:r>
    </w:p>
    <w:p>
      <w:pPr>
        <w:spacing w:after="80"/>
      </w:pPr>
      <w:r>
        <w:rPr>
          <w:b w:val="0"/>
          <w:i w:val="0"/>
        </w:rPr>
        <w:t>‘Còn vấn đề của cô—’</w:t>
      </w:r>
    </w:p>
    <w:p>
      <w:pPr>
        <w:spacing w:after="80"/>
      </w:pPr>
      <w:r>
        <w:rPr>
          <w:b w:val="0"/>
          <w:i w:val="0"/>
        </w:rPr>
        <w:t>‘Suỵt,’ Beth nói khi Ross và Jo vào vị trí trước mặt viên hộ tịch.</w:t>
      </w:r>
    </w:p>
    <w:p>
      <w:pPr>
        <w:spacing w:after="80"/>
      </w:pPr>
      <w:r>
        <w:rPr>
          <w:b w:val="0"/>
          <w:i w:val="0"/>
        </w:rPr>
        <w:t>‘Chào mừng đến với Tòa thị chính cũ Marylebone,’ viên hộ tịch nói, hướng về phía đám đông đang tụ họp.</w:t>
      </w:r>
    </w:p>
    <w:p>
      <w:pPr>
        <w:spacing w:after="80"/>
      </w:pPr>
      <w:r>
        <w:rPr>
          <w:b w:val="0"/>
          <w:i w:val="0"/>
        </w:rPr>
        <w:t>‘Tôi không nghĩ mình sẽ quen được với việc một người phụ nữ cử hành lễ kết hôn đâu,’ Beth thì thầm.</w:t>
      </w:r>
    </w:p>
    <w:p>
      <w:pPr>
        <w:spacing w:after="80"/>
      </w:pPr>
      <w:r>
        <w:rPr>
          <w:b w:val="0"/>
          <w:i w:val="0"/>
        </w:rPr>
        <w:t>‘Em đúng là cổ điển một cách tuyệt vời,’ William nói, nắm lấy tay cô.</w:t>
      </w:r>
    </w:p>
    <w:p>
      <w:pPr>
        <w:spacing w:after="80"/>
      </w:pPr>
      <w:r>
        <w:rPr>
          <w:b w:val="0"/>
          <w:i w:val="0"/>
        </w:rPr>
        <w:t>‘Đó chính là lý do em đến được với anh đấy, đồ người hang.’</w:t>
      </w:r>
    </w:p>
    <w:p>
      <w:pPr>
        <w:spacing w:after="80"/>
      </w:pPr>
      <w:r>
        <w:rPr>
          <w:b w:val="0"/>
          <w:i w:val="0"/>
        </w:rPr>
        <w:t>‘Tôi rất vinh dự được cử hành lễ kết hôn giữa Ross và Jo,’ viên quan hộ tịch tiếp tục. ‘Tôi nên bắt đầu bằng việc nói rõ rằng cam kết mà họ dành cho nhau hôm nay là cho suốt phần đời còn lại, và ràng buộc về mặt đạo đức cũng như pháp lý y hệt như bất kỳ lời thề nào trong nhà thờ. Vậy, chúng ta hãy bắt đầu buổi lễ.’</w:t>
      </w:r>
    </w:p>
    <w:p>
      <w:pPr>
        <w:spacing w:after="80"/>
      </w:pPr>
      <w:r>
        <w:rPr>
          <w:b w:val="0"/>
          <w:i w:val="0"/>
        </w:rPr>
        <w:t>William chưa bao giờ thấy Ross thư thái và hạnh phúc đến thế. Bộ vest mới thời thượng, áo sơ mi trắng và cả đôi khuy măng-sét, điểm thêm một bông cẩm chướng đỏ cài ở khuy áo, hẳn sẽ khiến những kẻ trong thế giới ngầm mà anh đã giao du bao nhiêu năm phải ngạc nhiên. Không ai trong số họ được mời đến đám cưới.</w:t>
      </w:r>
    </w:p>
    <w:p>
      <w:pPr>
        <w:spacing w:after="80"/>
      </w:pPr>
      <w:r>
        <w:rPr>
          <w:b w:val="0"/>
          <w:i w:val="0"/>
        </w:rPr>
        <w:t>Khi viên quan hộ tịch trịnh trọng hỏi: ‘Nếu có ai ở đây biết lý do hợp pháp nào ngăn trở cuộc hôn nhân này, xin hãy tuyên bố ngay bây giờ,’ Beth siết chặt tay William. Anh biết cô đang nhớ lại việc Miles Faulkner đã thô bạo tìm cách phá hỏng ngày cưới của họ như thế nào, và Christina đã đến cứu họ ra sao.</w:t>
      </w:r>
    </w:p>
    <w:p>
      <w:pPr>
        <w:spacing w:after="80"/>
      </w:pPr>
      <w:r>
        <w:rPr>
          <w:b w:val="0"/>
          <w:i w:val="0"/>
        </w:rPr>
        <w:t>Lần này không một ai lên tiếng.</w:t>
      </w:r>
    </w:p>
    <w:p>
      <w:pPr>
        <w:spacing w:after="80"/>
      </w:pPr>
      <w:r>
        <w:rPr>
          <w:b w:val="0"/>
          <w:i w:val="0"/>
        </w:rPr>
        <w:t>William không nhịn được nụ cười khi họ tuyên thệ. Anh vẫn chưa quen với việc một trong những gã đàn ông cứng rắn nhất mà anh từng gặp lại yêu đến mức vô vọng như vậy.</w:t>
      </w:r>
    </w:p>
    <w:p>
      <w:pPr>
        <w:spacing w:after="80"/>
      </w:pPr>
      <w:r>
        <w:rPr>
          <w:b w:val="0"/>
          <w:i w:val="0"/>
        </w:rPr>
        <w:t>Một tràng pháo tay ấm áp vang lên khi viên quan hộ tịch tuyên bố: ‘Tôi rất vui mừng tuyên bố rằng hai bạn giờ đây đã là vợ chồng hợp pháp. Bạn có thể hôn cô dâu.’</w:t>
      </w:r>
    </w:p>
    <w:p>
      <w:pPr>
        <w:spacing w:after="80"/>
      </w:pPr>
      <w:r>
        <w:rPr>
          <w:b w:val="0"/>
          <w:i w:val="0"/>
        </w:rPr>
        <w:t>Ông bà Hogan hôn nhau lần đầu tiên.</w:t>
      </w:r>
    </w:p>
    <w:p>
      <w:pPr>
        <w:spacing w:after="80"/>
      </w:pPr>
      <w:r>
        <w:rPr>
          <w:b w:val="0"/>
          <w:i w:val="0"/>
        </w:rPr>
        <w:t>‘Em đói rồi,’ William thì thầm.</w:t>
      </w:r>
    </w:p>
    <w:p>
      <w:pPr>
        <w:spacing w:after="80"/>
      </w:pPr>
      <w:r>
        <w:rPr>
          <w:b w:val="0"/>
          <w:i w:val="0"/>
        </w:rPr>
        <w:t>‘Kiên nhẫn đi. Sau buổi lễ chúng ta được mời ăn trưa ở khách sạn Marylebone.’</w:t>
      </w:r>
    </w:p>
    <w:p>
      <w:pPr>
        <w:spacing w:after="80"/>
      </w:pPr>
      <w:r>
        <w:rPr>
          <w:b w:val="0"/>
          <w:i w:val="0"/>
        </w:rPr>
        <w:t>‘Em không chờ được nữa. Mấy tuần rồi em chưa được ăn một bữa tử tế.’</w:t>
      </w:r>
    </w:p>
    <w:p>
      <w:pPr>
        <w:spacing w:after="80"/>
      </w:pPr>
      <w:r>
        <w:rPr>
          <w:b w:val="0"/>
          <w:i w:val="0"/>
        </w:rPr>
        <w:t>Beth đá mạnh vào mắt cá chân anh và anh kêu lên một tiếng thảm thiết đầy cường điệu.</w:t>
      </w:r>
    </w:p>
    <w:p>
      <w:pPr>
        <w:spacing w:after="80"/>
      </w:pPr>
      <w:r>
        <w:rPr>
          <w:b w:val="0"/>
          <w:i w:val="0"/>
        </w:rPr>
        <w:t>Đoàn người dự lễ đi theo cô dâu chú rể ra khỏi phòng, xuống bậc thềm Old Town Hall và ra vỉa hè. William nắm tay Beth khi họ băng qua đường Marylebone Road và hướng về phía khách sạn.</w:t>
      </w:r>
    </w:p>
    <w:p>
      <w:pPr>
        <w:spacing w:after="80"/>
      </w:pPr>
      <w:r>
        <w:rPr>
          <w:b w:val="0"/>
          <w:i w:val="0"/>
        </w:rPr>
        <w:t>Một người đàn ông ngồi ở trạm xe buýt bên kia đường đang ghi lại tên của tất cả những người ông ta nhận ra. Chỉ có ba vị khách là ông ta không biết. Ông ta nhìn kỹ hơn cô dâu chú rể, và tự hỏi liệu Hogan có biết mình vừa cưới một cô gái gọi không. Dù sao đi nữa, ông ta sẽ báo ngay cho ông chủ rằng con ả được trả lương hậu hĩnh kia không còn đáng tin nữa. Rồi ông ta phát hiện ra DS Roycroft. Có phải cô ta cũng không còn đáng tin? Liệu thông tin cô ta chuyển cho ông ta đã bị Warwick kiểm tra trước chưa? Ông ta sẽ phải giả định điều tồi tệ nhất, đồng thời cố biến nó thành lợi thế. Ông ta sẽ đổ lỗi mọi thông tin sai lệch cho con điếm kia, rồi nhận công về việc vạch trần cô ta. Như vậy sẽ đảm bảo ông ta không mất đi nguồn thu nhập duy nhất của mình.</w:t>
      </w:r>
    </w:p>
    <w:p>
      <w:pPr>
        <w:spacing w:after="80"/>
      </w:pPr>
      <w:r>
        <w:rPr>
          <w:b w:val="0"/>
          <w:i w:val="0"/>
        </w:rPr>
        <w:t>Lamont không nhúc nhích khi đoàn khách dự đám cưới dần dần tản về phía một khách sạn gần đó. Khi tất cả đã khuất bóng, anh bước vào buồng điện thoại công cộng gần nhất, bấm một số và chờ.</w:t>
      </w:r>
    </w:p>
    <w:p>
      <w:pPr>
        <w:spacing w:after="80"/>
      </w:pPr>
      <w:r>
        <w:rPr>
          <w:b w:val="0"/>
          <w:i w:val="0"/>
        </w:rPr>
        <w:t>‘Văn phòng luật Fetter Lane đây,’ một giọng nói vang lên ở đầu dây bên kia. ‘Tôi có thể giúp gì cho ngài?’</w:t>
      </w:r>
    </w:p>
    <w:p>
      <w:pPr>
        <w:spacing w:after="80"/>
      </w:pPr>
      <w:r>
        <w:rPr>
          <w:b w:val="0"/>
          <w:i w:val="0"/>
        </w:rPr>
        <w:t>‘Tôi cần nói chuyện với ông Booth Watson – gấp.’</w:t>
      </w:r>
    </w:p>
    <w:p>
      <w:pPr>
        <w:spacing w:after="80"/>
        <w:jc w:val="center"/>
      </w:pPr>
      <w:r>
        <w:rPr>
          <w:b w:val="0"/>
          <w:i w:val="0"/>
        </w:rPr>
        <w:t>• • •</w:t>
      </w:r>
    </w:p>
    <w:p>
      <w:pPr>
        <w:spacing w:after="80"/>
      </w:pPr>
      <w:r>
        <w:rPr>
          <w:b w:val="0"/>
          <w:i w:val="0"/>
        </w:rPr>
        <w:t>‘Thật là một bàn tiệc thịnh soạn,’ William nói, gia nhập hàng người xếp hàng ở bàn tiệc buffet.</w:t>
      </w:r>
    </w:p>
    <w:p>
      <w:pPr>
        <w:spacing w:after="80"/>
      </w:pPr>
      <w:r>
        <w:rPr>
          <w:b w:val="0"/>
          <w:i w:val="0"/>
        </w:rPr>
        <w:t>‘Nhớ là anh đang cố giảm vài cân đấy nhé,’ Beth nói.</w:t>
      </w:r>
    </w:p>
    <w:p>
      <w:pPr>
        <w:spacing w:after="80"/>
      </w:pPr>
      <w:r>
        <w:rPr>
          <w:b w:val="0"/>
          <w:i w:val="0"/>
        </w:rPr>
        <w:t>William phớt lờ những lời phản đối của cô và chất đầy đĩa của mình với gà coronation, cà chua và salad, rồi tiến về phía đầu bên kia của bàn, nơi anh lấp đầy mọi khoảng trống bằng thịt nguội, phô mai và khoai tây mới.</w:t>
      </w:r>
    </w:p>
    <w:p>
      <w:pPr>
        <w:spacing w:after="80"/>
      </w:pPr>
      <w:r>
        <w:rPr>
          <w:b w:val="0"/>
          <w:i w:val="0"/>
        </w:rPr>
        <w:t>‘Có thể lôi một gã đàn ông ra khỏi hang động của anh ta,’ Beth thở dài, ‘nhưng dù bạn có cố gắng cải thiện anh ta đến đâu, anh ta vẫn mãi là người hang động.’ Cô lấy một lát cá hồi hun khói mỏng, nửa quả trứng luộc và một chút salad, rồi thong thả bước sang chỗ Paul, người đang trò chuyện với cô dâu. Đĩa của anh trông còn giống một ngọn núi lớn hơn nữa.</w:t>
      </w:r>
    </w:p>
    <w:p>
      <w:pPr>
        <w:spacing w:after="80"/>
      </w:pPr>
      <w:r>
        <w:rPr>
          <w:b w:val="0"/>
          <w:i w:val="0"/>
        </w:rPr>
        <w:t>‘Đây là Beth Warwick, vợ của William,’ Paul nói giữa những miếng ăn.</w:t>
      </w:r>
    </w:p>
    <w:p>
      <w:pPr>
        <w:spacing w:after="80"/>
      </w:pPr>
      <w:r>
        <w:rPr>
          <w:b w:val="0"/>
          <w:i w:val="0"/>
        </w:rPr>
        <w:t>‘Ross ca ngợi chồng cô lắm,’ Jo nói. ‘Nhưng chắc cô cũng đã biết anh ấy luôn hạnh phúc nhất khi làm việc bí mật. Nếu không thì anh ấy đã chẳng bao giờ nghĩ đến việc rời khỏi lực lượng cảnh sát.’</w:t>
      </w:r>
    </w:p>
    <w:p>
      <w:pPr>
        <w:spacing w:after="80"/>
      </w:pPr>
      <w:r>
        <w:rPr>
          <w:b w:val="0"/>
          <w:i w:val="0"/>
        </w:rPr>
        <w:t>‘William thì hoàn toàn ngược lại,’ Beth nói. ‘Anh ấy có một thời gian ngắn làm việc bí mật, nhưng không thể chờ đợi để được trở về Yard và đoàn tụ với đội của mình.’</w:t>
      </w:r>
    </w:p>
    <w:p>
      <w:pPr>
        <w:spacing w:after="80"/>
      </w:pPr>
      <w:r>
        <w:rPr>
          <w:b w:val="0"/>
          <w:i w:val="0"/>
        </w:rPr>
        <w:t>‘Đó là lý do họ hợp tác với nhau tốt đến vậy,’ Paul nói.</w:t>
      </w:r>
    </w:p>
    <w:p>
      <w:pPr>
        <w:spacing w:after="80"/>
      </w:pPr>
      <w:r>
        <w:rPr>
          <w:b w:val="0"/>
          <w:i w:val="0"/>
        </w:rPr>
        <w:t>‘Tôi có được phép hỏi hai người đi hưởng tuần trăng mật ở đâu không?’ Beth hỏi.</w:t>
      </w:r>
    </w:p>
    <w:p>
      <w:pPr>
        <w:spacing w:after="80"/>
      </w:pPr>
      <w:r>
        <w:rPr>
          <w:b w:val="0"/>
          <w:i w:val="0"/>
        </w:rPr>
        <w:t>‘Ross đưa cho tôi bốn lựa chọn,’ Jo đáp. ‘Bất kỳ một trong ba Kỳ Nghỉ Ác Mộng, hoặc đi tham quan các vườn nho thung lũng Loire, thưởng thức những loại rượu vang ngon nhất của họ và thưởng thức ẩm thực địa phương tuyệt vời, rồi kết thúc ở Paris với một kỳ nghỉ cuối tuần dài tại khách sạn Ritz Carlton.’</w:t>
      </w:r>
    </w:p>
    <w:p>
      <w:pPr>
        <w:spacing w:after="80"/>
      </w:pPr>
      <w:r>
        <w:rPr>
          <w:b w:val="0"/>
          <w:i w:val="0"/>
        </w:rPr>
        <w:t>‘Chắc hẳn cô đã phải suy nghĩ rất lâu và kỹ càng về điều đó,’ Beth nói.</w:t>
      </w:r>
    </w:p>
    <w:p>
      <w:pPr>
        <w:spacing w:after="80"/>
      </w:pPr>
      <w:r>
        <w:rPr>
          <w:b w:val="0"/>
          <w:i w:val="0"/>
        </w:rPr>
        <w:t>‘Khoảng một phần tỷ giây,’ Jo thừa nhận. ‘Tuy nhiên, khi chúng tôi trở về, Ross dự định sẽ trải nghiệm tất cả những gì Kỳ Nghỉ Ác Mộng có để mang lại trong khi tôi ở nhà và đảm bảo mọi thứ sẵn sàng cho Josephine … hoặc Joseph.’</w:t>
      </w:r>
    </w:p>
    <w:p>
      <w:pPr>
        <w:spacing w:after="80"/>
      </w:pPr>
      <w:r>
        <w:rPr>
          <w:b w:val="0"/>
          <w:i w:val="0"/>
        </w:rPr>
        <w:t>‘Anh ấy mời tôi cùng tham gia một kỳ nghỉ “Khó chịu”,’ Paul nói, ‘nhưng tiếc là chẳng có ngày nào khớp với lịch làm việc dày đặc của tôi cả.’</w:t>
      </w:r>
    </w:p>
    <w:p>
      <w:pPr>
        <w:spacing w:after="80"/>
      </w:pPr>
      <w:r>
        <w:rPr>
          <w:b w:val="0"/>
          <w:i w:val="0"/>
        </w:rPr>
        <w:t>Mọi người đều bật cười, trong khi Beth đưa mắt nhìn khắp phòng và thấy một người phụ nữ lớn tuổi đang mải mê trò chuyện với viên chỉ huy.</w:t>
      </w:r>
    </w:p>
    <w:p>
      <w:pPr>
        <w:spacing w:after="80"/>
      </w:pPr>
      <w:r>
        <w:rPr>
          <w:b w:val="0"/>
          <w:i w:val="0"/>
        </w:rPr>
        <w:t>‘Tôi phải thú nhận, tôi chưa bao giờ nghĩ con trai mình sẽ kết hôn,’ bà đang nói. ‘Thế nên chuyện này đến hoàn toàn bất ngờ.’</w:t>
      </w:r>
    </w:p>
    <w:p>
      <w:pPr>
        <w:spacing w:after="80"/>
      </w:pPr>
      <w:r>
        <w:rPr>
          <w:b w:val="0"/>
          <w:i w:val="0"/>
        </w:rPr>
        <w:t>‘Một bất ngờ dễ chịu, tôi hy vọng thế, bà Hogan,’ The Hawk nói. ‘Bà có thể rất tự hào về con trai mình, và tôi lấy làm tiếc vì chúng tôi sắp mất cậu ấy.’</w:t>
      </w:r>
    </w:p>
    <w:p>
      <w:pPr>
        <w:spacing w:after="80"/>
      </w:pPr>
      <w:r>
        <w:rPr>
          <w:b w:val="0"/>
          <w:i w:val="0"/>
        </w:rPr>
        <w:t>‘Đúng là lời khen ngợi, thưa chỉ huy. Nhưng với tư cách một người Công giáo La Mã ngoan đạo, hẳn ngài không thể không nhận ra rằng họ vừa kết hôn vừa đúng lúc,’ bà Hogan nói, liếc về phía con dâu.</w:t>
      </w:r>
    </w:p>
    <w:p>
      <w:pPr>
        <w:spacing w:after="80"/>
      </w:pPr>
      <w:r>
        <w:rPr>
          <w:b w:val="0"/>
          <w:i w:val="0"/>
        </w:rPr>
        <w:t>‘Tôi e rằng tôi là một người Công giáo đã bỏ đạo,’ viên chỉ huy đáp.</w:t>
      </w:r>
    </w:p>
    <w:p>
      <w:pPr>
        <w:spacing w:after="80"/>
      </w:pPr>
      <w:r>
        <w:rPr>
          <w:b w:val="0"/>
          <w:i w:val="0"/>
        </w:rPr>
        <w:t>‘Bỏ đạo đủ để không bận tâm về nghề nghiệp trước đây của cô ấy ư?’</w:t>
      </w:r>
    </w:p>
    <w:p>
      <w:pPr>
        <w:spacing w:after="80"/>
      </w:pPr>
      <w:r>
        <w:rPr>
          <w:b w:val="0"/>
          <w:i w:val="0"/>
        </w:rPr>
        <w:t>Viên chỉ huy không nghĩ ra được câu trả lời thích hợp nào.</w:t>
      </w:r>
    </w:p>
    <w:p>
      <w:pPr>
        <w:spacing w:after="80"/>
      </w:pPr>
      <w:r>
        <w:rPr>
          <w:b w:val="0"/>
          <w:i w:val="0"/>
        </w:rPr>
        <w:t>‘Ai đang nói chuyện với William thế?’ Jackie hỏi khi cô xếp hàng cùng Paul để lấy thêm phần thứ hai.</w:t>
      </w:r>
    </w:p>
    <w:p>
      <w:pPr>
        <w:spacing w:after="80"/>
      </w:pPr>
      <w:r>
        <w:rPr>
          <w:b w:val="0"/>
          <w:i w:val="0"/>
        </w:rPr>
        <w:t>‘Thiếu tá Cormac Kinsella. Sếp mới của Ross. Ông ấy hoàn toàn gàn dở, nên Ross chắc sẽ thấy thoải mái như ở nhà,’ Paul nói thêm, vừa chộp lấy chiếc đùi gà cuối cùng.</w:t>
      </w:r>
    </w:p>
    <w:p>
      <w:pPr>
        <w:spacing w:after="80"/>
      </w:pPr>
      <w:r>
        <w:rPr>
          <w:b w:val="0"/>
          <w:i w:val="0"/>
        </w:rPr>
        <w:t>‘Khi nào Ross về làm với anh?’ William hỏi.</w:t>
      </w:r>
    </w:p>
    <w:p>
      <w:pPr>
        <w:spacing w:after="80"/>
      </w:pPr>
      <w:r>
        <w:rPr>
          <w:b w:val="0"/>
          <w:i w:val="0"/>
        </w:rPr>
        <w:t>‘Đầu tháng,’ Thiếu tá Kinsella nói. ‘Vậy là anh chỉ còn có cậu ấy thêm vài tuần nữa sau khi cậu ấy đi tuần trăng mật về.’</w:t>
      </w:r>
    </w:p>
    <w:p>
      <w:pPr>
        <w:spacing w:after="80"/>
      </w:pPr>
      <w:r>
        <w:rPr>
          <w:b w:val="0"/>
          <w:i w:val="0"/>
        </w:rPr>
        <w:t>‘Thời điểm không thể hợp hơn,’ William nói. ‘Chúng tôi có một nhiệm vụ cuối cùng mà không có cậu ấy thì không thể tiến hành.’</w:t>
      </w:r>
    </w:p>
    <w:p>
      <w:pPr>
        <w:spacing w:after="80"/>
      </w:pPr>
      <w:r>
        <w:rPr>
          <w:b w:val="0"/>
          <w:i w:val="0"/>
        </w:rPr>
        <w:t>‘Tôi dám hỏi không?’ Kinsella nói. ‘Ross nhất quyết không chịu kể cho tôi bất cứ điều gì về những việc cậu ấy làm ở Yard.’</w:t>
      </w:r>
    </w:p>
    <w:p>
      <w:pPr>
        <w:spacing w:after="80"/>
      </w:pPr>
      <w:r>
        <w:rPr>
          <w:b w:val="0"/>
          <w:i w:val="0"/>
        </w:rPr>
        <w:t>‘Tôi cũng vậy,’ William nói. ‘Nếu tôi kể, tôi sẽ mất việc.’</w:t>
      </w:r>
    </w:p>
    <w:p>
      <w:pPr>
        <w:spacing w:after="80"/>
      </w:pPr>
      <w:r>
        <w:rPr>
          <w:b w:val="0"/>
          <w:i w:val="0"/>
        </w:rPr>
        <w:t>‘Nếu điều đó xảy ra,’ Kinsella nói, rút từ túi trong ra một tấm danh thiếp và đưa cho William, ‘xin hãy liên lạc với tôi.’</w:t>
      </w:r>
    </w:p>
    <w:p>
      <w:pPr>
        <w:spacing w:after="80"/>
      </w:pPr>
      <w:r>
        <w:rPr>
          <w:b w:val="0"/>
          <w:i w:val="0"/>
        </w:rPr>
        <w:t>‘Sao anh ta lại muốn làm thế chứ?’ Beth hỏi, khi cô xuất hiện bên cạnh William.</w:t>
      </w:r>
    </w:p>
    <w:p>
      <w:pPr>
        <w:spacing w:after="80"/>
      </w:pPr>
      <w:r>
        <w:rPr>
          <w:b w:val="0"/>
          <w:i w:val="0"/>
        </w:rPr>
        <w:t>‘Chúng tôi rất may mắn khi có Ross tham gia với tư cách là điều tra viên hiện trường cấp cao, bà Warwick ạ,’ Kinsella nói, ‘nhưng sẽ không lâu nữa đâu tôi sẽ phải tìm một giám đốc điều hành mới để thay thế vị trí của mình. Thành thật mà nói, tôi nghĩ chồng bà là người lý tưởng để đưa công ty bước sang giai đoạn tiếp theo.’</w:t>
      </w:r>
    </w:p>
    <w:p>
      <w:pPr>
        <w:spacing w:after="80"/>
      </w:pPr>
      <w:r>
        <w:rPr>
          <w:b w:val="0"/>
          <w:i w:val="0"/>
        </w:rPr>
        <w:t>‘Ngoài “Không thể chịu nổi” ra thì còn có thể có gì nữa chứ?’</w:t>
      </w:r>
    </w:p>
    <w:p>
      <w:pPr>
        <w:spacing w:after="80"/>
      </w:pPr>
      <w:r>
        <w:rPr>
          <w:b w:val="0"/>
          <w:i w:val="0"/>
        </w:rPr>
        <w:t>‘Mức lương tám mươi nghìn bảng một năm, cổ phần trong công ty và một phần trăm lợi nhuận.’</w:t>
      </w:r>
    </w:p>
    <w:p>
      <w:pPr>
        <w:spacing w:after="80"/>
      </w:pPr>
      <w:r>
        <w:rPr>
          <w:b w:val="0"/>
          <w:i w:val="0"/>
        </w:rPr>
        <w:t>‘Và điều gì khiến ông nghĩ tôi là người phù hợp cho công việc này?’ William hỏi. ‘Dù sao đi nữa, ông mới biết tôi được mười phút thôi.’</w:t>
      </w:r>
    </w:p>
    <w:p>
      <w:pPr>
        <w:spacing w:after="80"/>
      </w:pPr>
      <w:r>
        <w:rPr>
          <w:b w:val="0"/>
          <w:i w:val="0"/>
        </w:rPr>
        <w:t>‘Tôi biết cậu là DCI trẻ nhất trong lịch sử của Met, và theo ý kiến của Ross thì cậu là sĩ quan giỏi nhất mà anh ấy từng phục vụ dưới quyền. Thành thật mà nói, tôi đã đưa ra quyết định ngay cả trước khi gặp cậu.’</w:t>
      </w:r>
    </w:p>
    <w:p>
      <w:pPr>
        <w:spacing w:after="80"/>
      </w:pPr>
      <w:r>
        <w:rPr>
          <w:b w:val="0"/>
          <w:i w:val="0"/>
        </w:rPr>
        <w:t>‘Tốt nhất là đừng nói với chỉ huy,’ Beth nói.</w:t>
      </w:r>
    </w:p>
    <w:p>
      <w:pPr>
        <w:spacing w:after="80"/>
      </w:pPr>
      <w:r>
        <w:rPr>
          <w:b w:val="0"/>
          <w:i w:val="0"/>
        </w:rPr>
        <w:t>‘Tốt nhất là đừng nói với tôi điều gì?’ The Hawk hỏi dồn, khi ông bước tới chỗ họ.</w:t>
      </w:r>
    </w:p>
    <w:p>
      <w:pPr>
        <w:spacing w:after="80"/>
      </w:pPr>
      <w:r>
        <w:rPr>
          <w:b w:val="0"/>
          <w:i w:val="0"/>
        </w:rPr>
        <w:t>‘Thiếu tá Kinsella vừa mời William một công việc,’ Beth trả lời đầy thích thú.</w:t>
      </w:r>
    </w:p>
    <w:p>
      <w:pPr>
        <w:spacing w:after="80"/>
      </w:pPr>
      <w:r>
        <w:rPr>
          <w:b w:val="0"/>
          <w:i w:val="0"/>
        </w:rPr>
        <w:t>‘Trừ khi tôi chết đi,’ Hawksby nói.</w:t>
      </w:r>
    </w:p>
    <w:p>
      <w:pPr>
        <w:spacing w:after="80"/>
      </w:pPr>
      <w:r>
        <w:rPr>
          <w:b w:val="0"/>
          <w:i w:val="0"/>
        </w:rPr>
        <w:t>‘Bằng mọi giá,’ Kinsella nói, cười toe toét.</w:t>
      </w:r>
    </w:p>
    <w:p>
      <w:pPr>
        <w:spacing w:after="80"/>
      </w:pPr>
      <w:r>
        <w:rPr>
          <w:b w:val="0"/>
          <w:i w:val="0"/>
        </w:rPr>
        <w:t>‘Và tôi sẽ làm mọi thứ để ngăn ông lại,’ The Hawk nói. ‘Tôi có những kế hoạch cao cả hơn dành cho DCI Warwick, và chúng không bao gồm việc điều hành một trại nghỉ dưỡng. Hơn nữa, tôi sẽ vui vẻ giết bất kỳ ai cản đường tôi.’</w:t>
      </w:r>
    </w:p>
    <w:p>
      <w:pPr>
        <w:spacing w:after="80"/>
      </w:pPr>
      <w:r>
        <w:rPr>
          <w:b w:val="0"/>
          <w:i w:val="0"/>
        </w:rPr>
        <w:t>‘Chẳng phải các Phúc Âm dạy chúng ta rằng chỉ nghĩ đến việc giết người cũng tệ như chính hành động đó sao,’ Beth nói, cố gắng làm dịu không khí.</w:t>
      </w:r>
    </w:p>
    <w:p>
      <w:pPr>
        <w:spacing w:after="80"/>
      </w:pPr>
      <w:r>
        <w:rPr>
          <w:b w:val="0"/>
          <w:i w:val="0"/>
        </w:rPr>
        <w:t>‘Nếu đúng là như vậy,’ viên chỉ huy nói, ‘tôi sẽ phải xin Chúa của chúng ta xem xét thêm khoảng năm mươi vụ án khác. Và thành thật mà nói, ông thậm chí còn không đứng đầu danh sách hiện tại của tôi đâu,’ ông nói, trừng mắt nhìn viên thiếu tá.</w:t>
      </w:r>
    </w:p>
    <w:p>
      <w:pPr>
        <w:spacing w:after="80"/>
      </w:pPr>
      <w:r>
        <w:rPr>
          <w:b w:val="0"/>
          <w:i w:val="0"/>
        </w:rPr>
        <w:t>William mỉm cười, nhưng anh biết chính xác ai đang đứng đầu danh sách hiện tại của viên chỉ huy.</w:t>
      </w:r>
    </w:p>
    <w:p>
      <w:pPr>
        <w:spacing w:after="80"/>
      </w:pPr>
      <w:r>
        <w:rPr>
          <w:b w:val="0"/>
          <w:i w:val="0"/>
        </w:rPr>
        <w:t>‘Và dù sao đi nữa,’ The Hawk tiếp tục, ‘tôi cũng sẽ nghỉ hưu trong tương lai không xa, và sẽ có người phải thay thế vị trí của tôi.’</w:t>
      </w:r>
    </w:p>
    <w:p>
      <w:pPr>
        <w:spacing w:after="80"/>
      </w:pPr>
      <w:r>
        <w:rPr>
          <w:b w:val="0"/>
          <w:i w:val="0"/>
        </w:rPr>
        <w:t>Điều này khiến ngay cả Beth cũng phải im lặng, trong khi William bị phân tâm bởi một giọng nói thì thầm bên tai: "Tôi có thể nói chuyện với anh một chút trước khi chúng ta ra sân bay không?"</w:t>
      </w:r>
    </w:p>
    <w:p>
      <w:pPr>
        <w:spacing w:after="80"/>
      </w:pPr>
      <w:r>
        <w:rPr>
          <w:b w:val="0"/>
          <w:i w:val="0"/>
        </w:rPr>
        <w:t>"Tất nhiên rồi," William đáp, để mặc vị chỉ huy tiếp tục đấu khẩu với Thiếu tá Kinsella.</w:t>
      </w:r>
    </w:p>
    <w:p>
      <w:pPr>
        <w:spacing w:after="80"/>
      </w:pPr>
      <w:r>
        <w:rPr>
          <w:b w:val="0"/>
          <w:i w:val="0"/>
        </w:rPr>
        <w:t>"Liệu tôi có về kịp cho vụ lớn không?" Ross hỏi, khi đã chắc chắn không ai có thể nghe lén họ.</w:t>
      </w:r>
    </w:p>
    <w:p>
      <w:pPr>
        <w:spacing w:after="80"/>
      </w:pPr>
      <w:r>
        <w:rPr>
          <w:b w:val="0"/>
          <w:i w:val="0"/>
        </w:rPr>
        <w:t>"Tôi đã hoãn mọi thứ lại một tuần để đảm bảo cậu có mặt. Tôi không muốn bắt đầu chiến dịch đặc biệt này mà thiếu cậu."</w:t>
      </w:r>
    </w:p>
    <w:p>
      <w:pPr>
        <w:spacing w:after="80"/>
      </w:pPr>
      <w:r>
        <w:rPr>
          <w:b w:val="0"/>
          <w:i w:val="0"/>
        </w:rPr>
        <w:t>"Những người vận chuyển chuyên nghiệp cảm thấy thế nào khi Yard tham gia cùng họ trong chuyến đi?"</w:t>
      </w:r>
    </w:p>
    <w:p>
      <w:pPr>
        <w:spacing w:after="80"/>
      </w:pPr>
      <w:r>
        <w:rPr>
          <w:b w:val="0"/>
          <w:i w:val="0"/>
        </w:rPr>
        <w:t>"Không vui lắm, nhưng họ giữ im lặng sau khi The Hawk nhắc họ rằng hầu hết các hợp đồng của họ đều phải được chính phủ phê duyệt. Họ vẫn còn hơi cứng đầu trong vài ngày, cho đến khi Bộ trưởng Nội vụ gọi cho chủ tịch của họ. Tôi nghe nói cuộc nói chuyện không dài lắm."</w:t>
      </w:r>
    </w:p>
    <w:p>
      <w:pPr>
        <w:spacing w:after="80"/>
      </w:pPr>
      <w:r>
        <w:rPr>
          <w:b w:val="0"/>
          <w:i w:val="0"/>
        </w:rPr>
        <w:t>"Tôi không thể chờ được nữa," Ross nói.</w:t>
      </w:r>
    </w:p>
    <w:p>
      <w:pPr>
        <w:spacing w:after="80"/>
      </w:pPr>
      <w:r>
        <w:rPr>
          <w:b w:val="0"/>
          <w:i w:val="0"/>
        </w:rPr>
        <w:t>"Đừng để Jo nghe thấy cậu nói thế," William nói, "vì tôi biết cô ấy có kế hoạch khác cho cậu trong mười ngày tới. Nên cứ thư giãn và tận hưởng tuần trăng mật đi. Tôi sẽ cần cậu ở trạng thái sắc bén nhất khi cậu trở về nếu chúng ta muốn thực hiện thành công chiến dịch lớn nhất mà tôi từng tham gia."</w:t>
      </w:r>
    </w:p>
    <w:p>
      <w:pPr>
        <w:spacing w:after="80"/>
      </w:pPr>
      <w:r>
        <w:rPr>
          <w:b w:val="0"/>
          <w:i w:val="0"/>
        </w:rPr>
        <w:t>"Lớn hơn cả Trojan Horse à?" Ross hỏi.</w:t>
      </w:r>
    </w:p>
    <w:p>
      <w:pPr>
        <w:spacing w:after="80"/>
      </w:pPr>
      <w:r>
        <w:rPr>
          <w:b w:val="0"/>
          <w:i w:val="0"/>
        </w:rPr>
        <w:t>"Đó là chiến dịch của vị chỉ huy. Masterpiece là của tôi."</w:t>
      </w:r>
    </w:p>
    <w:p>
      <w:pPr>
        <w:spacing w:after="80"/>
        <w:jc w:val="center"/>
      </w:pPr>
      <w:r>
        <w:rPr>
          <w:b w:val="0"/>
          <w:i w:val="0"/>
        </w:rPr>
        <w:t>• • •</w:t>
      </w:r>
    </w:p>
    <w:p>
      <w:pPr>
        <w:spacing w:after="80"/>
      </w:pPr>
      <w:r>
        <w:rPr>
          <w:b w:val="0"/>
          <w:i w:val="0"/>
        </w:rPr>
        <w:t>Ross dành cả tuần sau đó lang thang khắp thung lũng Loire, nhấm nháp những ly rượu vang thượng hạng, trong khi không được phép uống cạn ly, rồi ngấu nghiến vài món của ẩm thực nouvelle cuisine trước khi đi ngủ với cái bụng đói. Anh dành ba ngày cuối của tuần trăng mật để thưởng ngoạn cảnh đẹp Paris, không hề hay biết rằng sẽ không lâu nữa anh sẽ quay lại đây. Anh vẫn duy trì được một buổi chạy bộ năm dặm mỗi sáng trước khi cùng Jo ăn sáng với bánh croissant và cà phê. Bữa sáng, anh ngẫm nghĩ, rõ ràng là bữa ăn mà người Pháp chưa thể chấp nhận. Trong thời gian anh vắng mặt, Thanh tra trưởng Warwick và vị chỉ huy dành thời gian tinh chỉnh từng chi tiết nhỏ nhất của một chiến dịch đòi hỏi sự canh thời gian chính xác đến từng giây.</w:t>
      </w:r>
    </w:p>
    <w:p>
      <w:pPr>
        <w:spacing w:after="80"/>
      </w:pPr>
      <w:r>
        <w:rPr>
          <w:b w:val="0"/>
          <w:i w:val="0"/>
        </w:rPr>
        <w:t>Đến khi Ross với làn da rám nắng trở lại làm việc vào sáng thứ Hai tuần sau, mọi thứ đã sẵn sàng, chỉ còn chờ sự phê chuẩn của ủy viên cảnh sát.</w:t>
      </w:r>
    </w:p>
    <w:p>
      <w:pPr>
        <w:spacing w:after="80"/>
      </w:pPr>
      <w:r>
        <w:rPr>
          <w:b w:val="0"/>
          <w:i w:val="0"/>
        </w:rPr>
        <w:t>"Nếu chúng ta thực hiện được vụ này," Ross nói, sau khi anh và William đã xem lại kế hoạch lần cuối, "tôi sẽ rời lực lượng với tư cách một người hạnh phúc. Và không chỉ vì anh sẽ không còn là sếp của tôi nữa," anh nói thêm, cười.</w:t>
      </w:r>
    </w:p>
    <w:p>
      <w:pPr>
        <w:spacing w:after="80"/>
      </w:pPr>
      <w:r>
        <w:rPr>
          <w:b w:val="0"/>
          <w:i w:val="0"/>
        </w:rPr>
        <w:t>"Nếu chúng ta thất bại," William nói, không cười, "tôi cũng sẽ rời lực lượng, nhưng tôi vẫn sẽ là sếp của cậu."</w:t>
      </w:r>
    </w:p>
    <w:p>
      <w:pPr>
        <w:pStyle w:val="Heading2"/>
      </w:pPr>
      <w:r>
        <w:rPr>
          <w:rFonts w:ascii="Calibri" w:hAnsi="Calibri"/>
          <w:b/>
          <w:i w:val="0"/>
          <w:sz w:val="32"/>
        </w:rPr>
        <w:t>CHƯƠNG 19</w:t>
      </w:r>
    </w:p>
    <w:p>
      <w:pPr>
        <w:spacing w:after="80"/>
      </w:pPr>
      <w:r>
        <w:rPr>
          <w:b w:val="0"/>
          <w:i w:val="0"/>
        </w:rPr>
        <w:t>William chưa bao giờ nghĩ đến việc đóng gói một tác phẩm nghệ thuật quý giá sẽ mất bao lâu, và có bao nhiêu người tham gia, dù Beth đã cố cảnh báo anh.</w:t>
      </w:r>
    </w:p>
    <w:p>
      <w:pPr>
        <w:spacing w:after="80"/>
      </w:pPr>
      <w:r>
        <w:rPr>
          <w:b w:val="0"/>
          <w:i w:val="0"/>
        </w:rPr>
        <w:t>Nhân vật then chốt trong nhóm là Ian Posgate, một nhà môi giới cấp cao của Lloyd's of London, người đã bảo hiểm cho bức Caravaggio phòng trường hợp bị hư hại trên đường vận chuyển, và với toàn bộ số tiền 21 triệu bảng nếu nó không đến được đích. Posgate rất vui vì cảnh sát sẽ đồng hành cùng họ trong chuyến đi dưới danh nghĩa trợ lý của ông.</w:t>
      </w:r>
    </w:p>
    <w:p>
      <w:pPr>
        <w:spacing w:after="80"/>
      </w:pPr>
      <w:r>
        <w:rPr>
          <w:b w:val="0"/>
          <w:i w:val="0"/>
        </w:rPr>
        <w:t>William và Ross đứng sang một bên và quan sát các chuyên gia làm việc. Ông Benmore, chuyên gia xử lý tác phẩm nghệ thuật cấp cao, có thể tự hào vì đã từng đưa một bức Goya, một bức Rembrandt và một bức Velázquez vào danh mục tác phẩm của mình. Tuy nhiên, gần đây ông đã để một trong các trợ lý đóng gói một bức Warhol cho bảo tàng Tate. Ông Benmore không làm đồ hiện đại.</w:t>
      </w:r>
    </w:p>
    <w:p>
      <w:pPr>
        <w:spacing w:after="80"/>
      </w:pPr>
      <w:r>
        <w:rPr>
          <w:b w:val="0"/>
          <w:i w:val="0"/>
        </w:rPr>
        <w:t>Quá trình dài bắt đầu với bốn kỹ thuật viên, hai người trong số họ đứng nửa chừng trên thang, trong khi hai người còn lại đứng vững trên mặt đất. Giữa họ, họ đưa kiệt tác rời khỏi bức tường bằng một đường hạ xuống chậm rãi, có kiểm soát, từng mắt xích của dây xích một. William nhận thấy Lãnh chúa McLaren dường như già đi rõ rệt khi ông nhìn lên khoảng không hình chữ nhật tối tăm đánh dấu nơi niềm tự hào của bộ sưu tập gia đình ông đã treo suốt hai trăm năm qua.</w:t>
      </w:r>
    </w:p>
    <w:p>
      <w:pPr>
        <w:spacing w:after="80"/>
      </w:pPr>
      <w:r>
        <w:rPr>
          <w:b w:val="0"/>
          <w:i w:val="0"/>
        </w:rPr>
        <w:t>Khi đáy khung xuống ngang thắt lưng, bốn kỹ thuật viên nhấc nó khỏi dây xích và hạ nhẹ nhàng xuống một bộ gạch xốp, rồi nghỉ ngơi vài giây trước khi đặt nó vào một khung vận chuyển được chuẩn bị đặc biệt. Tác phẩm thủ công độc đáo này được một người thợ mộc chế tạo, người chưa từng nhìn thấy bức tranh, nhưng được cung cấp số đo chính xác của khung mạ vàng lộng lẫy của nó.</w:t>
      </w:r>
    </w:p>
    <w:p>
      <w:pPr>
        <w:spacing w:after="80"/>
      </w:pPr>
      <w:r>
        <w:rPr>
          <w:b w:val="0"/>
          <w:i w:val="0"/>
        </w:rPr>
        <w:t>Sau khi bức tranh đã được lắp chắc chắn vào vị trí, một lớp polyetylen bảo vệ được căng phẳng trên bề mặt trước khi đội kỹ thuật viên, dưới sự giám sát của ông Benmore, đưa khung vận chuyển vào một thùng gỗ gia cố bên ngoài, cũng do chính người thợ mộc đó đóng; một công việc tinh tế đòi hỏi kỹ năng và sức lực như nhau. Trách nhiệm cuối cùng của ông Benmore, sau khi kiểm tra rằng không thể có bất kỳ chuyển động nào bên trong trong suốt hành trình dài đến Barcelona, là vặn chặt nắp gỗ của thùng bằng một tua vít điện. Ross đếm đủ cả hai mươi bốn con ốc.</w:t>
      </w:r>
    </w:p>
    <w:p>
      <w:pPr>
        <w:spacing w:after="80"/>
      </w:pPr>
      <w:r>
        <w:rPr>
          <w:b w:val="0"/>
          <w:i w:val="0"/>
        </w:rPr>
        <w:t>Sau một cuộc kiểm tra kỹ lưỡng, ông Benmore tuyên bố hài lòng, và cho đội của mình nghỉ uống trà.</w:t>
      </w:r>
    </w:p>
    <w:p>
      <w:pPr>
        <w:spacing w:after="80"/>
      </w:pPr>
      <w:r>
        <w:rPr>
          <w:b w:val="0"/>
          <w:i w:val="0"/>
        </w:rPr>
        <w:t>Hai mươi phút sau, họ quay lại làm việc. Hai người nhấc thùng lên cách mặt đất một foot, trong khi hai người kia đặt một tấm ván trượt rộng bên dưới. Sau khi thùng được hạ nhẹ nhàng xuống tấm ván trượt, nó được lăn chậm rãi ra khỏi phòng ăn và dọc hành lang về phía cửa trước. Tấm nhựa Correx đã được trải dọc theo lộ trình để bảo vệ sàn đá cẩm thạch.</w:t>
      </w:r>
    </w:p>
    <w:p>
      <w:pPr>
        <w:spacing w:after="80"/>
      </w:pPr>
      <w:r>
        <w:rPr>
          <w:b w:val="0"/>
          <w:i w:val="0"/>
        </w:rPr>
        <w:t>Khi họ đến sảnh vào, William liếc nhìn về phía vị lãnh chúa, tay ông choàng qua một người phụ nữ lớn tuổi mà anh nhận ra. Bà đang cố nén nước mắt cho người đã khuất thân yêu.</w:t>
      </w:r>
    </w:p>
    <w:p>
      <w:pPr>
        <w:spacing w:after="80"/>
      </w:pPr>
      <w:r>
        <w:rPr>
          <w:b w:val="0"/>
          <w:i w:val="0"/>
        </w:rPr>
        <w:t xml:space="preserve">Anh nhận thấy bức tranh luôn được giữ thẳng đứng từ lúc được đóng vào thùng, cho đến khi được buộc chặt vào vị trí trong một chiếc xe tải có hệ thống treo khí nén và kiểm soát khí hậu, để đảm bảo rằng những </w:t>
      </w:r>
      <w:r>
        <w:rPr>
          <w:b w:val="0"/>
          <w:i/>
        </w:rPr>
        <w:t>Người Đánh Cá</w:t>
      </w:r>
      <w:r>
        <w:rPr>
          <w:b w:val="0"/>
          <w:i w:val="0"/>
        </w:rPr>
        <w:t xml:space="preserve"> không thể rơi khỏi thuyền của họ.</w:t>
      </w:r>
    </w:p>
    <w:p>
      <w:pPr>
        <w:spacing w:after="80"/>
      </w:pPr>
      <w:r>
        <w:rPr>
          <w:b w:val="0"/>
          <w:i w:val="0"/>
        </w:rPr>
        <w:t>Họ không bao giờ vượt quá ba mươi dặm một giờ trên chặng đường mười hai dặm đến sân bay Aberdeen.</w:t>
      </w:r>
    </w:p>
    <w:p>
      <w:pPr>
        <w:spacing w:after="80"/>
      </w:pPr>
      <w:r>
        <w:rPr>
          <w:b w:val="0"/>
          <w:i w:val="0"/>
        </w:rPr>
        <w:t>William và Ross theo sau trong một chiếc xe cảnh sát không có phù hiệu. Một chiếc máy bay phản lực tư nhân đang chờ họ tại một sân bay nơi máy bay phản lực tư nhân phổ biến hơn máy bay thương mại.</w:t>
      </w:r>
    </w:p>
    <w:p>
      <w:pPr>
        <w:spacing w:after="80"/>
      </w:pPr>
      <w:r>
        <w:rPr>
          <w:b w:val="0"/>
          <w:i w:val="0"/>
        </w:rPr>
        <w:t>Ông Benmore là người đầu tiên bước ra khỏi xe tải, và một lần nữa ông giám sát các kỹ thuật viên khi họ cẩn thận chuyển bức tranh vào khoang máy bay, nơi nó được buộc chặt – vẫn thẳng đứng. Ông và nhà môi giới bảo hiểm không rời mắt khỏi chiếc thùng gỗ cho đến khi cửa khoang được đóng sập vào vị trí. Bốn hành khách leo lên chiếc máy bay phản lực hướng đến Barcelona.</w:t>
      </w:r>
    </w:p>
    <w:p>
      <w:pPr>
        <w:spacing w:after="80"/>
      </w:pPr>
      <w:r>
        <w:rPr>
          <w:b w:val="0"/>
          <w:i w:val="0"/>
        </w:rPr>
        <w:t>Khi máy bay hạ cánh xuống đất Tây Ban Nha vài giờ sau đó, họ thấy Trung úy Sanchez đang chờ đón họ trên đường băng.</w:t>
      </w:r>
    </w:p>
    <w:p>
      <w:pPr>
        <w:spacing w:after="80"/>
      </w:pPr>
      <w:r>
        <w:rPr>
          <w:b w:val="0"/>
          <w:i w:val="0"/>
        </w:rPr>
        <w:t>Ông cũng chuẩn bị chu đáo không kém. Dưới sự chỉ đạo lo lắng của ông Benmore, bốn cảnh sát mặc đồ liền thân dỡ thùng hàng khỏi khoang và buộc nó thẳng đứng vào một chiếc xe van có đệm và kiểm soát nhiệt độ.</w:t>
      </w:r>
    </w:p>
    <w:p>
      <w:pPr>
        <w:spacing w:after="80"/>
      </w:pPr>
      <w:r>
        <w:rPr>
          <w:b w:val="0"/>
          <w:i w:val="0"/>
        </w:rPr>
        <w:t>Ross ngồi cạnh Sanchez ở phía trước, trong khi ông Benmore, ông Posgate và William leo vào phía sau. William gõ vào vách ngăn, và Sanchez khởi hành với tốc độ như đưa tang cho chặng cuối của hành trình.</w:t>
      </w:r>
    </w:p>
    <w:p>
      <w:pPr>
        <w:spacing w:after="80"/>
        <w:jc w:val="center"/>
      </w:pPr>
      <w:r>
        <w:rPr>
          <w:b w:val="0"/>
          <w:i w:val="0"/>
        </w:rPr>
        <w:t>• • •</w:t>
      </w:r>
    </w:p>
    <w:p>
      <w:pPr>
        <w:spacing w:after="80"/>
      </w:pPr>
      <w:r>
        <w:rPr>
          <w:b w:val="0"/>
          <w:i w:val="0"/>
        </w:rPr>
        <w:t>Booth Watson đã bay chuyến sớm hơn vào sáng hôm đó để giữ cuộc hẹn hàng tháng với khách hàng quý giá nhất của mình.</w:t>
      </w:r>
    </w:p>
    <w:p>
      <w:pPr>
        <w:spacing w:after="80"/>
      </w:pPr>
      <w:r>
        <w:rPr>
          <w:b w:val="0"/>
          <w:i w:val="0"/>
        </w:rPr>
        <w:t xml:space="preserve">Ông thấy Miles đang trong tâm trạng phấn khích lạ thường, khi anh ta sốt ruột chờ đợi món đồ mới nhất của mình đến. Hai người đàn ông ngồi trong phòng khách, đối diện với một khoảng trống lớn trên bức tường phía trên lò sưởi, nơi </w:t>
      </w:r>
      <w:r>
        <w:rPr>
          <w:b w:val="0"/>
          <w:i/>
        </w:rPr>
        <w:t>Fishers of Men</w:t>
      </w:r>
      <w:r>
        <w:rPr>
          <w:b w:val="0"/>
          <w:i w:val="0"/>
        </w:rPr>
        <w:t xml:space="preserve"> sẽ được treo.</w:t>
      </w:r>
    </w:p>
    <w:p>
      <w:pPr>
        <w:spacing w:after="80"/>
      </w:pPr>
      <w:r>
        <w:rPr>
          <w:b w:val="0"/>
          <w:i w:val="0"/>
        </w:rPr>
        <w:t>‘Trong lúc chờ đợi,’ Faulkner nói, ‘hãy cập nhật cho tôi biết chuyện gì đang diễn ra ở London.’</w:t>
      </w:r>
    </w:p>
    <w:p>
      <w:pPr>
        <w:spacing w:after="80"/>
      </w:pPr>
      <w:r>
        <w:rPr>
          <w:b w:val="0"/>
          <w:i w:val="0"/>
        </w:rPr>
        <w:t>‘Có tin tốt, và cũng có tin không tốt lắm,’ Booth Watson nói, mở cặp tài liệu và lôi ra những tập hồ sơ không thể thiếu. ‘Tôi e rằng những báo cáo mà con nhỏ của ông chuyển cho tôi không còn đáng tin nữa. Nhưng mà ông có bao giờ hỏi ý tôi về cô ta đâu.’</w:t>
      </w:r>
    </w:p>
    <w:p>
      <w:pPr>
        <w:spacing w:after="80"/>
      </w:pPr>
      <w:r>
        <w:rPr>
          <w:b w:val="0"/>
          <w:i w:val="0"/>
        </w:rPr>
        <w:t>‘Nói tiếp đi,’ Miles nói, gần như không giấu nổi sự bực bội.</w:t>
      </w:r>
    </w:p>
    <w:p>
      <w:pPr>
        <w:spacing w:after="80"/>
      </w:pPr>
      <w:r>
        <w:rPr>
          <w:b w:val="0"/>
          <w:i w:val="0"/>
        </w:rPr>
        <w:t>‘Vài tuần trước tại Tòa thị chính cũ Marylebone, Josephine Colbert đã kết hôn với Thanh tra Thám tử Ross Hogan, người mà ông đã trả tiền để cô ta quyến rũ hòng giữ chúng ta được thông báo về những gì đội của Warwick đang làm. Giờ thì rõ ràng cô ta đã là thành viên trung thành của đội đó.’</w:t>
      </w:r>
    </w:p>
    <w:p>
      <w:pPr>
        <w:spacing w:after="80"/>
      </w:pPr>
      <w:r>
        <w:rPr>
          <w:b w:val="0"/>
          <w:i w:val="0"/>
        </w:rPr>
        <w:t>‘Cắt lương cô ta ngay lập tức,’ Faulkner nói, sự bực bội chuyển thành giận dữ.</w:t>
      </w:r>
    </w:p>
    <w:p>
      <w:pPr>
        <w:spacing w:after="80"/>
      </w:pPr>
      <w:r>
        <w:rPr>
          <w:b w:val="0"/>
          <w:i w:val="0"/>
        </w:rPr>
        <w:t>‘Tôi đã làm rồi,’ Booth Watson nói. ‘Ông có muốn tôi làm gì thêm về cô ta không?’</w:t>
      </w:r>
    </w:p>
    <w:p>
      <w:pPr>
        <w:spacing w:after="80"/>
      </w:pPr>
      <w:r>
        <w:rPr>
          <w:b w:val="0"/>
          <w:i w:val="0"/>
        </w:rPr>
        <w:t>‘Không có gì ông cần bận tâm. Dù sao thì tôi cũng tò mò hơn muốn biết ông có được thông tin này bằng cách nào, vì tôi khó tin là ông được mời đến đám cưới.’</w:t>
      </w:r>
    </w:p>
    <w:p>
      <w:pPr>
        <w:spacing w:after="80"/>
      </w:pPr>
      <w:r>
        <w:rPr>
          <w:b w:val="0"/>
          <w:i w:val="0"/>
        </w:rPr>
        <w:t>‘Lamont đã theo dõi Hogan một thời gian rồi. Tôi phải cảnh báo ông rằng anh ta nghi ngờ DS Roycroft cũng nằm trong túi Warwick, chứ không phải của chúng ta.’</w:t>
      </w:r>
    </w:p>
    <w:p>
      <w:pPr>
        <w:spacing w:after="80"/>
      </w:pPr>
      <w:r>
        <w:rPr>
          <w:b w:val="0"/>
          <w:i w:val="0"/>
        </w:rPr>
        <w:t>‘Bảo Lamont tiếp tục gặp Roycroft, để họ không nhận ra là chúng ta đã biết về cô ta. Báo cáo tiếp theo của cô ta hẳn sẽ đáng đọc lắm, giờ khi chúng ta đã biết lòng trung thành thật sự của cô ta nằm ở đâu. Nhớ giữ cho Lamont vui vẻ.’</w:t>
      </w:r>
    </w:p>
    <w:p>
      <w:pPr>
        <w:spacing w:after="80"/>
      </w:pPr>
      <w:r>
        <w:rPr>
          <w:b w:val="0"/>
          <w:i w:val="0"/>
        </w:rPr>
        <w:t>‘Chỉ có một thứ khiến Lamont vui vẻ,’ Booth Watson nói, ‘và bên kia không thể cung cấp được thứ đó.’</w:t>
      </w:r>
    </w:p>
    <w:p>
      <w:pPr>
        <w:spacing w:after="80"/>
      </w:pPr>
      <w:r>
        <w:rPr>
          <w:b w:val="0"/>
          <w:i w:val="0"/>
        </w:rPr>
        <w:t>‘Điều đó cũng áp dụng cho Christina. Chúng ta chắc chắn không thể mạo hiểm để cô ta nhảy thuyền.’</w:t>
      </w:r>
    </w:p>
    <w:p>
      <w:pPr>
        <w:spacing w:after="80"/>
      </w:pPr>
      <w:r>
        <w:rPr>
          <w:b w:val="0"/>
          <w:i w:val="0"/>
        </w:rPr>
        <w:t>‘Không có nhiều rủi ro về chuyện đó đâu. Cô ta biết nếu bỏ ông để theo bà Warwick thì sẽ không còn nhà ở nông thôn, không còn căn hộ trên phố, không còn tài xế riêng đưa đón, không còn tài khoản mua sắm quần áo, hay những buổi tiệc trưa của các quý bà, và chắc chắn không còn mấy anh trai trẻ. Cô ta sẽ phải chui vào ngủ ở phòng khách nhà Warwick và hài lòng với những đồ thừa trên bàn ăn của họ. Tôi không nghĩ vậy đâu.’</w:t>
      </w:r>
    </w:p>
    <w:p>
      <w:pPr>
        <w:spacing w:after="80"/>
      </w:pPr>
      <w:r>
        <w:rPr>
          <w:b w:val="0"/>
          <w:i w:val="0"/>
        </w:rPr>
        <w:t>‘Vậy thì tại sao vẫn giữ cô ta trong biên chế?’ Faulkner hỏi dồn.</w:t>
      </w:r>
    </w:p>
    <w:p>
      <w:pPr>
        <w:spacing w:after="80"/>
      </w:pPr>
      <w:r>
        <w:rPr>
          <w:b w:val="0"/>
          <w:i w:val="0"/>
        </w:rPr>
        <w:t>‘Trong khi Christina vẫn giữ liên lạc với vợ của Warwick, cô ấy vẫn là lựa chọn tốt nhất của chúng ta khi cần khám phá xem chồng cô ta đang làm gì, vì cô ấy dường như cũng dễ bị mua chuộc bằng một kiểu khác…’</w:t>
      </w:r>
    </w:p>
    <w:p>
      <w:pPr>
        <w:spacing w:after="80"/>
      </w:pPr>
      <w:r>
        <w:rPr>
          <w:b w:val="0"/>
          <w:i w:val="0"/>
        </w:rPr>
        <w:t>‘Ý anh là gì?’ Faulkner cộc lốc hỏi.</w:t>
      </w:r>
    </w:p>
    <w:p>
      <w:pPr>
        <w:spacing w:after="80"/>
      </w:pPr>
      <w:r>
        <w:rPr>
          <w:b w:val="0"/>
          <w:i w:val="0"/>
        </w:rPr>
        <w:t>‘Christina báo cáo rằng cuộc gặp gần nhất với vợ của Warwick diễn ra tốt đẹp. Cô ta rất vui vì Christina đồng ý cho mượn bức Frans Hals của cô ấy cho Fitzmolean trong triển lãm mùa thu tới.’</w:t>
      </w:r>
    </w:p>
    <w:p>
      <w:pPr>
        <w:spacing w:after="80"/>
      </w:pPr>
      <w:r>
        <w:rPr>
          <w:b w:val="0"/>
          <w:i w:val="0"/>
        </w:rPr>
        <w:t>‘Bức Frans Hals của tôi,’ Miles nói.</w:t>
      </w:r>
    </w:p>
    <w:p>
      <w:pPr>
        <w:spacing w:after="80"/>
      </w:pPr>
      <w:r>
        <w:rPr>
          <w:b w:val="0"/>
          <w:i w:val="0"/>
        </w:rPr>
        <w:t>‘Anh chỉ mất nó vài tuần thôi. Đó là một sự hy sinh nhỏ khi anh cân nhắc với những hậu quả có thể xảy ra.’</w:t>
      </w:r>
    </w:p>
    <w:p>
      <w:pPr>
        <w:spacing w:after="80"/>
      </w:pPr>
      <w:r>
        <w:rPr>
          <w:b w:val="0"/>
          <w:i w:val="0"/>
        </w:rPr>
        <w:t>‘Nhớ lấy lại bức tranh vào ngày sau khi triển lãm đóng cửa. Còn gì nữa không?’</w:t>
      </w:r>
    </w:p>
    <w:p>
      <w:pPr>
        <w:spacing w:after="80"/>
      </w:pPr>
      <w:r>
        <w:rPr>
          <w:b w:val="0"/>
          <w:i w:val="0"/>
        </w:rPr>
        <w:t>‘Có,’ Booth Watson nói. ‘Việc mua bức Caravaggio gần như đã xóa sạch tài sản của anh ở London.’</w:t>
      </w:r>
    </w:p>
    <w:p>
      <w:pPr>
        <w:spacing w:after="80"/>
      </w:pPr>
      <w:r>
        <w:rPr>
          <w:b w:val="0"/>
          <w:i w:val="0"/>
        </w:rPr>
        <w:t>‘Chúng sẽ được bổ sung lại khi thương vụ tiếp quản Marcel và Neffe hoàn tất. Và đừng quên số tiền mặt tôi vẫn còn trong các két an toàn của Rashidi.’</w:t>
      </w:r>
    </w:p>
    <w:p>
      <w:pPr>
        <w:spacing w:after="80"/>
      </w:pPr>
      <w:r>
        <w:rPr>
          <w:b w:val="0"/>
          <w:i w:val="0"/>
        </w:rPr>
        <w:t>Booth Watson ngại nói với khách hàng của mình rằng nguồn tiền đó cũng đang cạn dần, nhưng vì một lý do khác.</w:t>
      </w:r>
    </w:p>
    <w:p>
      <w:pPr>
        <w:spacing w:after="80"/>
      </w:pPr>
      <w:r>
        <w:rPr>
          <w:b w:val="0"/>
          <w:i w:val="0"/>
        </w:rPr>
        <w:t>Faulkner xem đồng hồ. ‘Nếu máy bay riêng của tôi đã hạ cánh đúng giờ, bức tranh sẽ đến chỗ chúng ta trong khoảng một giờ nữa, vậy sao chúng ta không đi ăn trưa nhỉ?’</w:t>
      </w:r>
    </w:p>
    <w:p>
      <w:pPr>
        <w:spacing w:after="80"/>
        <w:jc w:val="center"/>
      </w:pPr>
      <w:r>
        <w:rPr>
          <w:b w:val="0"/>
          <w:i w:val="0"/>
        </w:rPr>
        <w:t>• • •</w:t>
      </w:r>
    </w:p>
    <w:p>
      <w:pPr>
        <w:spacing w:after="80"/>
      </w:pPr>
      <w:r>
        <w:rPr>
          <w:b w:val="0"/>
          <w:i w:val="0"/>
        </w:rPr>
        <w:t>Trung úy Sanchez bật động cơ, nhẹ nhàng vào số một, và thực hiện theo chỉ dẫn lặp đi lặp lại của ông Benmore là luôn đi ở làn trong cùng và không vượt quá ba mươi ki-lô-mét một giờ, kể cả trên đường cao tốc.</w:t>
      </w:r>
    </w:p>
    <w:p>
      <w:pPr>
        <w:spacing w:after="80"/>
      </w:pPr>
      <w:r>
        <w:rPr>
          <w:b w:val="0"/>
          <w:i w:val="0"/>
        </w:rPr>
        <w:t>Ross ngồi im lặng bên cạnh anh ta, cảnh giác với mọi thứ xung quanh, khi anh cố gắng đoán trước những điều bất ngờ. Anh đã phát hiện ra bốn chiếc xe máy cảnh sát không có phù hiệu trên đường cao tốc. Hai chiếc phía trước và hai chiếc phía sau, đang cố tỏ ra như đang làm nhiệm vụ giao thông. Khi họ rời đường cao tốc rẽ vào một con đường nông thôn, anh bật một máy quay video để có thể ghi lại từng bước tiến trình của họ.</w:t>
      </w:r>
    </w:p>
    <w:p>
      <w:pPr>
        <w:spacing w:after="80"/>
      </w:pPr>
      <w:r>
        <w:rPr>
          <w:b w:val="0"/>
          <w:i w:val="0"/>
        </w:rPr>
        <w:t>Vị trung úy nhìn với vẻ ghen tị. ‘Đồ tiêu chuẩn của Scotland Yard à?’ anh ta hỏi.</w:t>
      </w:r>
    </w:p>
    <w:p>
      <w:pPr>
        <w:spacing w:after="80"/>
      </w:pPr>
      <w:r>
        <w:rPr>
          <w:b w:val="0"/>
          <w:i w:val="0"/>
        </w:rPr>
        <w:t>‘Không hẳn. Đó là quà của vợ tôi.’</w:t>
      </w:r>
    </w:p>
    <w:p>
      <w:pPr>
        <w:spacing w:after="80"/>
      </w:pPr>
      <w:r>
        <w:rPr>
          <w:b w:val="0"/>
          <w:i w:val="0"/>
        </w:rPr>
        <w:t>‘Món quà duy nhất vợ tôi từng tặng tôi là thêm một đứa con gái,’ Sanchez nói.</w:t>
      </w:r>
    </w:p>
    <w:p>
      <w:pPr>
        <w:spacing w:after="80"/>
      </w:pPr>
      <w:r>
        <w:rPr>
          <w:b w:val="0"/>
          <w:i w:val="0"/>
        </w:rPr>
        <w:t>‘Đến giờ được bao nhiêu rồi?’</w:t>
      </w:r>
    </w:p>
    <w:p>
      <w:pPr>
        <w:spacing w:after="80"/>
      </w:pPr>
      <w:r>
        <w:rPr>
          <w:b w:val="0"/>
          <w:i w:val="0"/>
        </w:rPr>
        <w:t>‘Ba cái. Nhưng tôi chưa bỏ cuộc đâu,’ anh nói khi họ đến bìa rừng và không còn cách nào khác ngoài việc phải dừng lại.</w:t>
      </w:r>
    </w:p>
    <w:p>
      <w:pPr>
        <w:spacing w:after="80"/>
      </w:pPr>
      <w:r>
        <w:rPr>
          <w:b w:val="0"/>
          <w:i w:val="0"/>
        </w:rPr>
        <w:t>Ross tắt video và nhét nó vào ngăn đựng găng tay, trong khi Sanchez gõ mạnh vào vách ngăn để báo cho đồng nghiệp ở phía sau biết họ đã đến nơi.</w:t>
      </w:r>
    </w:p>
    <w:p>
      <w:pPr>
        <w:spacing w:after="80"/>
      </w:pPr>
      <w:r>
        <w:rPr>
          <w:b w:val="0"/>
          <w:i w:val="0"/>
        </w:rPr>
        <w:t>William liếc sang ông Benmore, người trông có vẻ lo lắng và đang đổ mồ hôi rất nhiều.</w:t>
      </w:r>
    </w:p>
    <w:p>
      <w:pPr>
        <w:spacing w:after="80"/>
      </w:pPr>
      <w:r>
        <w:rPr>
          <w:b w:val="0"/>
          <w:i w:val="0"/>
        </w:rPr>
        <w:t>Trung úy Sanchez bấm còi chiếc xe tải và vài con chim bay tán loạn khỏi ngọn những cây thông cao. Anh định bấm còi lần thứ hai thì một chiếc xe golf xuất hiện từ trong rừng và dừng lại trước xe tải.</w:t>
      </w:r>
    </w:p>
    <w:p>
      <w:pPr>
        <w:spacing w:after="80"/>
      </w:pPr>
      <w:r>
        <w:rPr>
          <w:b w:val="0"/>
          <w:i w:val="0"/>
        </w:rPr>
        <w:t>Hai người đàn ông cơ bắp bước ra khỏi xe golf và đi vòng quanh xe tải một cách chậm rãi. Một người mở cửa ghế lái và trao đổi vài câu với Sanchez, người đã chuẩn bị sẵn một kịch bản kỹ lưỡng cho từng câu hỏi của mình. Người bảo vệ giơ tay chào kiểu giả vờ với anh, rồi đi về phía đồng nghiệp ở sau xe tải. Họ kiểm tra chiếc thùng gỗ lớn, đếm số hành khách, xem bảng kẹp giấy rồi đóng sầm cửa lại, trước khi quay về chiếc xe golf. Một người vẫy tay ra hiệu cho Sanchez đi theo họ.</w:t>
      </w:r>
    </w:p>
    <w:p>
      <w:pPr>
        <w:spacing w:after="80"/>
      </w:pPr>
      <w:r>
        <w:rPr>
          <w:b w:val="0"/>
          <w:i w:val="0"/>
        </w:rPr>
        <w:t>Ross lấy máy quay video ra khỏi ngăn đựng găng tay, bấm một nút ở bên hông và bắt đầu ghi lại lộ trình chậm rãi, quanh co của họ dọc theo một con đường mòn không có biển chỉ dẫn cho đến khi họ đến một cây cầu gỗ. Anh tiếp tục quay khi họ băng qua một con sông chảy xiết trước khi cuối cùng bước ra khoảng trống và nhìn thấy một dinh thự nguy nga chiếm trọn cả khung cảnh.</w:t>
      </w:r>
    </w:p>
    <w:p>
      <w:pPr>
        <w:spacing w:after="80"/>
      </w:pPr>
      <w:r>
        <w:rPr>
          <w:b w:val="0"/>
          <w:i w:val="0"/>
        </w:rPr>
        <w:t>Sanchez đi theo chiếc xe golf băng qua một bãi cỏ được cắt tỉa gọn gàng và tiến vào một con đường rải sỏi rộng dẫn lên ngôi nhà. Ross nhẩm lại Kế hoạch A trong đầu thêm một lần nữa. Nếu Faulkner xuất hiện khi cửa trước mở ra, Ross sẽ đi ra phía sau xe tải để giảm khả năng bị người bạn tù cũ của mình phát hiện, trong khi anh tỏ ra như đang giám sát việc dỡ hàng.</w:t>
      </w:r>
    </w:p>
    <w:p>
      <w:pPr>
        <w:spacing w:after="80"/>
      </w:pPr>
      <w:r>
        <w:rPr>
          <w:b w:val="0"/>
          <w:i w:val="0"/>
        </w:rPr>
        <w:t>Ngay khi Faulkner bắt đầu đi theo chiếc thùng vào trong, bốn cảnh sát có vũ trang sẽ tóm lấy ông ta và còng tay ông ta. Sanchez sau đó sẽ bắt giữ Faulkner và đọc cho ông ta quyền của mình.</w:t>
      </w:r>
    </w:p>
    <w:p>
      <w:pPr>
        <w:spacing w:after="80"/>
      </w:pPr>
      <w:r>
        <w:rPr>
          <w:b w:val="0"/>
          <w:i w:val="0"/>
        </w:rPr>
        <w:t>Nếu có dù chỉ một dấu hiệu chống cự từ hai người vệ sĩ, những cảnh sát đi mô tô đang sốt ruột tuần tra trên đường cao tốc sẽ lập tức hành động và có mặt với họ trong vài giây sau đó.</w:t>
      </w:r>
    </w:p>
    <w:p>
      <w:pPr>
        <w:spacing w:after="80"/>
      </w:pPr>
      <w:r>
        <w:rPr>
          <w:b w:val="0"/>
          <w:i w:val="0"/>
        </w:rPr>
        <w:t>Cửa trước mở ra, và một người quản gia xuất hiện. Nhưng không có dấu hiệu nào của Faulkner. Chưa bao giờ dễ dàng đến thế. Ross chuyển sang Kế hoạch B.</w:t>
      </w:r>
    </w:p>
    <w:p>
      <w:pPr>
        <w:spacing w:after="80"/>
      </w:pPr>
      <w:r>
        <w:rPr>
          <w:b w:val="0"/>
          <w:i w:val="0"/>
        </w:rPr>
        <w:t>Sanchez và Ross bước ra khỏi xe tải, chậm rãi đi về phía sau và quan sát ông Benmore giám sát việc dỡ chiếc thùng. Ông ta đã phàn nàn với William về bốn kẻ nghiệp dư đã thay thế các kỹ thuật viên chuyên nghiệp của mình, nhưng vô ích. Sau nhiều tiếng rên rỉ và lầm bầm, chiếc thùng cuối cùng cũng được nhấc ra khỏi xe tải, và bốn cảnh sát đi theo Sanchez và người quản gia vào trong nhà, cùng với Ross và ông Benmore, trong khi William vẫn khuất bóng. Vẫn không có dấu hiệu nào của Faulkner.</w:t>
      </w:r>
    </w:p>
    <w:p>
      <w:pPr>
        <w:spacing w:after="80"/>
      </w:pPr>
      <w:r>
        <w:rPr>
          <w:b w:val="0"/>
          <w:i w:val="0"/>
        </w:rPr>
        <w:t>Khi cửa trước đã đóng lại, William kéo chiếc mũ lưỡi trai xuống thấp che mắt, lẻn ra khỏi phía sau xe tải và ngồi vào vị trí sau tay lái, ý thức rằng anh không thể mạo hiểm để Faulkner nhìn thấy vì ông ta sẽ nhận ra anh ngay lập tức. Anh muốn được là người bắt giữ, nhưng anh cho rằng khi cửa trước mở ra lần nữa, một Sanchez đắc thắng sẽ xuất hiện cùng tù nhân. Ông Benmore chắc chắn sẽ còn đau khổ hơn khi phát hiện ra rằng bức tranh sẽ được đưa thẳng về Scotland; một thỏa thuận đã được chỉ huy, Bộ Nội vụ và cảnh sát Tây Ban Nha dàn xếp.</w:t>
      </w:r>
    </w:p>
    <w:p>
      <w:pPr>
        <w:spacing w:after="80"/>
      </w:pPr>
      <w:r>
        <w:rPr>
          <w:b w:val="0"/>
          <w:i w:val="0"/>
        </w:rPr>
        <w:t xml:space="preserve">Bốn cảnh sát khiêng "tấm vé vào cửa" của họ di chuyển chậm chạp qua sảnh, trong khi Sanchez trò chuyện với người quản gia. Cuối cùng họ đến phòng khách, nơi một khoảng trống lớn trên bức tường phía trên lò sưởi đánh dấu vị trí mà </w:t>
      </w:r>
      <w:r>
        <w:rPr>
          <w:b w:val="0"/>
          <w:i/>
        </w:rPr>
        <w:t>Fishers of Men</w:t>
      </w:r>
      <w:r>
        <w:rPr>
          <w:b w:val="0"/>
          <w:i w:val="0"/>
        </w:rPr>
        <w:t xml:space="preserve"> sẽ không bao giờ được treo.</w:t>
      </w:r>
    </w:p>
    <w:p>
      <w:pPr>
        <w:spacing w:after="80"/>
      </w:pPr>
      <w:r>
        <w:rPr>
          <w:b w:val="0"/>
          <w:i w:val="0"/>
        </w:rPr>
        <w:t>Chiếc thùng được hạ xuống tấm thảm một cách cẩn thận, và các cảnh sát lùi lại để ông Benmore bắt tay vào công việc khác của mình, công việc đòi hỏi tay nghề tương đương. Tháo hàng.</w:t>
      </w:r>
    </w:p>
    <w:p>
      <w:pPr>
        <w:spacing w:after="80"/>
      </w:pPr>
      <w:r>
        <w:rPr>
          <w:b w:val="0"/>
          <w:i w:val="0"/>
        </w:rPr>
        <w:t>Khi ông ta bắt đầu tháo từng con ốc một, Ross lẻn ra sau cánh cửa đang mở để nếu Faulkner bước vào thì ông ta sẽ bị phục kích.</w:t>
      </w:r>
    </w:p>
    <w:p>
      <w:pPr>
        <w:spacing w:after="80"/>
      </w:pPr>
      <w:r>
        <w:rPr>
          <w:b w:val="0"/>
          <w:i w:val="0"/>
        </w:rPr>
        <w:t>Sau khi cả hai mươi tư con ốc vít đã được tháo ra và nắp thùng được nhấc lên, ông Benmore gỡ bỏ khung vận chuyển, rồi đến lớp ni-lông căng ngang bên trên, bảo vệ bề mặt của bức tranh. Sau khi công việc hoàn tất theo ý ông, ông ra lệnh cho những kỹ thuật viên chưa qua đào tạo của mình nhẹ nhàng nhấc bức tranh ra khỏi chiếc "quan tài" của nó bằng bốn góc của khung mạ vàng. Hẳn ông đã lặp lại từ '</w:t>
      </w:r>
      <w:r>
        <w:rPr>
          <w:b w:val="0"/>
          <w:i/>
        </w:rPr>
        <w:t>lentamente</w:t>
      </w:r>
      <w:r>
        <w:rPr>
          <w:b w:val="0"/>
          <w:i w:val="0"/>
        </w:rPr>
        <w:t>' cả chục lần. Ông Benmore vốn không quen lặp lại lời mình.</w:t>
      </w:r>
    </w:p>
    <w:p>
      <w:pPr>
        <w:spacing w:after="80"/>
      </w:pPr>
      <w:r>
        <w:rPr>
          <w:b w:val="0"/>
          <w:i w:val="0"/>
        </w:rPr>
        <w:t>Bốn người đàn ông cúi xuống, mỗi người nắm một góc khung, và nhẹ nhàng đưa kiệt tác ra khỏi chiếc hộp vận chuyển. Bất chấp bản thân, Ross không cưỡng nổi việc bước tới để nhìn kỹ hơn, đúng lúc người quản gia bước vào phòng, theo sau sát gót là ông chủ của ông ta.</w:t>
      </w:r>
    </w:p>
    <w:p>
      <w:pPr>
        <w:spacing w:after="80"/>
      </w:pPr>
      <w:r>
        <w:rPr>
          <w:b w:val="0"/>
          <w:i w:val="0"/>
        </w:rPr>
        <w:t>Ross cố lùi lại ra sau cánh cửa, nhưng Faulkner phát hiện ra anh ngay lập tức, và một vẻ mặt kinh ngạc không giấu giếm hiện lên trên gương mặt ông ta. Ông ta quay người và bắt đầu chạy ngược qua sảnh, Ross bám sát phía sau, với Sanchez chỉ cách một thước.</w:t>
      </w:r>
    </w:p>
    <w:p>
      <w:pPr>
        <w:spacing w:after="80"/>
      </w:pPr>
      <w:r>
        <w:rPr>
          <w:b w:val="0"/>
          <w:i w:val="0"/>
        </w:rPr>
        <w:t>Người quản gia nhanh chóng bước vào khung cửa, nhưng một cú tắc bóng bằng cánh tay thẳng mà lẽ ra đủ khiến Ross bị đuổi khỏi sân bóng bầu dục đã hạ gục ông ta, dù không phải trước khi ông ta giành cho ông chủ mình vài giây quý giá.</w:t>
      </w:r>
    </w:p>
    <w:p>
      <w:pPr>
        <w:spacing w:after="80"/>
      </w:pPr>
      <w:r>
        <w:rPr>
          <w:b w:val="0"/>
          <w:i w:val="0"/>
        </w:rPr>
        <w:t>Ross đuổi theo Faulkner băng qua sảnh và xuống một hành lang dài, thu hẹp khoảng cách với mỗi bước chạy. Khi đến một cánh cửa ở cuối hành lang, Faulkner khiến Ross bất ngờ khi dừng lại xem giờ, trước khi mở cửa. Ông ta nhảy vào trong và đóng sầm cửa lại sau lưng. Ross chộp lấy tay nắm chậm mất một giây. Sau một lần lao người quyết liệt, anh biết rằng cả một đám bóng bầu dục cũng không thể nào phá nổi cánh cửa đó.</w:t>
      </w:r>
    </w:p>
    <w:p>
      <w:pPr>
        <w:spacing w:after="80"/>
      </w:pPr>
      <w:r>
        <w:rPr>
          <w:b w:val="0"/>
          <w:i w:val="0"/>
        </w:rPr>
        <w:t>Faulkner nghe thấy tiếng vai đập vào cửa và tự cho mình một nụ cười nhếch mép khi băng qua phòng, dừng lại trước cánh cửa sắt nặng nề. Ông ta nhập một mã tám chữ số trên đồng hồ đeo tay, và cánh cửa đồ sộ tuân theo mệnh lệnh của ông ta mà mở ra. Ông ta bước vào trong, kéo cửa đóng lại và chờ bốn thanh then nặng nề trượt vào vị trí.</w:t>
      </w:r>
    </w:p>
    <w:p>
      <w:pPr>
        <w:spacing w:after="80"/>
      </w:pPr>
      <w:r>
        <w:rPr>
          <w:b w:val="0"/>
          <w:i w:val="0"/>
        </w:rPr>
        <w:t>Một lần nữa, ông ta gõ vào đồng hồ và chờ mặt đồng hồ sáng lên trước khi nhập mã thứ hai, mã này lập tức mở cánh cửa phía xa. Ông ta bước ra và đóng sầm cánh cửa kim loại nặng nề lại sau lưng. Ông ta thở phào nhẹ nhõm, trước khi bước xuống cầu thang đến thế giới khác của mình. Màn biến mất đã được tập dượt kỹ lưỡng diễn ra đúng kế hoạch, nhưng ông ta biết rằng giờ đây mình sẽ phải nghĩ nghiêm túc hơn về việc phải đi tiếp.</w:t>
      </w:r>
    </w:p>
    <w:p>
      <w:pPr>
        <w:spacing w:after="80"/>
      </w:pPr>
      <w:r>
        <w:rPr>
          <w:b w:val="0"/>
          <w:i w:val="0"/>
        </w:rPr>
        <w:t>Việc đầu tiên ông ta làm khi đến phòng làm việc là gọi một cuộc điện thoại.</w:t>
      </w:r>
    </w:p>
    <w:p>
      <w:pPr>
        <w:pStyle w:val="Heading2"/>
      </w:pPr>
      <w:r>
        <w:rPr>
          <w:rFonts w:ascii="Calibri" w:hAnsi="Calibri"/>
          <w:b/>
          <w:i w:val="0"/>
          <w:sz w:val="32"/>
        </w:rPr>
        <w:t>CHƯƠNG 20</w:t>
      </w:r>
    </w:p>
    <w:p>
      <w:pPr>
        <w:spacing w:after="80"/>
      </w:pPr>
      <w:r>
        <w:rPr>
          <w:b w:val="0"/>
          <w:i w:val="0"/>
        </w:rPr>
        <w:t>NGƯỜI QUẢN GIA KHÔNG NGẦN NGẠI trao chìa khóa cho Ross đang giận dữ. Suy cho cùng, đến lúc này ông chủ hẳn đã có thừa thời gian để tẩu thoát.</w:t>
      </w:r>
    </w:p>
    <w:p>
      <w:pPr>
        <w:spacing w:after="80"/>
      </w:pPr>
      <w:r>
        <w:rPr>
          <w:b w:val="0"/>
          <w:i w:val="0"/>
        </w:rPr>
        <w:t>Ross chạy ngược xuống hành lang để tìm Sanchez, William và vài sĩ quan của anh đang cố gắng phá cửa mà không thành công. Tất cả những gì họ nhận được sau bao nỗ lực chỉ là những bờ vai bầm tím.</w:t>
      </w:r>
    </w:p>
    <w:p>
      <w:pPr>
        <w:spacing w:after="80"/>
      </w:pPr>
      <w:r>
        <w:rPr>
          <w:b w:val="0"/>
          <w:i w:val="0"/>
        </w:rPr>
        <w:t>Anh nhanh chóng mở khóa cửa, nhưng không ai trong số họ ngạc nhiên khi Faulkner đã biến mất không dấu vết.</w:t>
      </w:r>
    </w:p>
    <w:p>
      <w:pPr>
        <w:spacing w:after="80"/>
      </w:pPr>
      <w:r>
        <w:rPr>
          <w:b w:val="0"/>
          <w:i w:val="0"/>
        </w:rPr>
        <w:t>‘Nhìn kỹ cánh cửa kim loại này đi,’ William nói. ‘Cho tôi biết anh thấy gì, hay quan trọng hơn là anh không thấy gì.’</w:t>
      </w:r>
    </w:p>
    <w:p>
      <w:pPr>
        <w:spacing w:after="80"/>
      </w:pPr>
      <w:r>
        <w:rPr>
          <w:b w:val="0"/>
          <w:i w:val="0"/>
        </w:rPr>
        <w:t>‘Không có tay nắm và không có ổ khóa,’ Ross nói ngay lập tức.</w:t>
      </w:r>
    </w:p>
    <w:p>
      <w:pPr>
        <w:spacing w:after="80"/>
      </w:pPr>
      <w:r>
        <w:rPr>
          <w:b w:val="0"/>
          <w:i w:val="0"/>
        </w:rPr>
        <w:t>‘Và không có núm xoay số,’ Sanchez thêm vào. ‘Vậy làm sao mở được nó?’</w:t>
      </w:r>
    </w:p>
    <w:p>
      <w:pPr>
        <w:spacing w:after="80"/>
      </w:pPr>
      <w:r>
        <w:rPr>
          <w:b w:val="0"/>
          <w:i w:val="0"/>
        </w:rPr>
        <w:t>‘Tôi nghi chỉ có một người biết điều đó,’ William nói, khi người quản gia xuất hiện trở lại, bưng một khay đồ uống lớn, điều này chỉ khiến Ross càng muốn đấm ông ta mạnh hơn.</w:t>
      </w:r>
    </w:p>
    <w:p>
      <w:pPr>
        <w:spacing w:after="80"/>
      </w:pPr>
      <w:r>
        <w:rPr>
          <w:b w:val="0"/>
          <w:i w:val="0"/>
        </w:rPr>
        <w:t>‘Làm sao chúng ta mở được cánh cửa đó?’ William hỏi dồn.</w:t>
      </w:r>
    </w:p>
    <w:p>
      <w:pPr>
        <w:spacing w:after="80"/>
      </w:pPr>
      <w:r>
        <w:rPr>
          <w:b w:val="0"/>
          <w:i w:val="0"/>
        </w:rPr>
        <w:t>‘Tôi không biết, thưa ngài,’ viên quản gia nói, đặt khay lên bàn. Vẻ mặt trống rỗng của ông ta khiến William nghĩ rằng có lẽ ông ta đang nói thật.</w:t>
      </w:r>
    </w:p>
    <w:p>
      <w:pPr>
        <w:spacing w:after="80"/>
      </w:pPr>
      <w:r>
        <w:rPr>
          <w:b w:val="0"/>
          <w:i w:val="0"/>
        </w:rPr>
        <w:t>William định hỏi thêm một câu nữa thì chiếc điện thoại trên bàn bắt đầu đổ chuông. Anh ra hiệu cho viên quản gia nhấc máy.</w:t>
      </w:r>
    </w:p>
    <w:p>
      <w:pPr>
        <w:spacing w:after="80"/>
      </w:pPr>
      <w:r>
        <w:rPr>
          <w:b w:val="0"/>
          <w:i w:val="0"/>
        </w:rPr>
        <w:t>Viên quản gia nhấc ống nghe.</w:t>
      </w:r>
    </w:p>
    <w:p>
      <w:pPr>
        <w:spacing w:after="80"/>
      </w:pPr>
      <w:r>
        <w:rPr>
          <w:b w:val="0"/>
          <w:i w:val="0"/>
        </w:rPr>
        <w:t>‘Chào buổi chiều, đây là dinh thự Sartona. Tôi có thể giúp gì cho quý vị?’</w:t>
      </w:r>
    </w:p>
    <w:p>
      <w:pPr>
        <w:spacing w:after="80"/>
      </w:pPr>
      <w:r>
        <w:rPr>
          <w:b w:val="0"/>
          <w:i w:val="0"/>
        </w:rPr>
        <w:t>William lấy một cuốn sổ tay và cây bút Biro ra khỏi túi, ghi lại cái tên Sartona và gạch chân nó, trong khi lắng nghe cuộc trò chuyện một chiều.</w:t>
      </w:r>
    </w:p>
    <w:p>
      <w:pPr>
        <w:spacing w:after="80"/>
      </w:pPr>
      <w:r>
        <w:rPr>
          <w:b w:val="0"/>
          <w:i w:val="0"/>
        </w:rPr>
        <w:t>‘</w:t>
      </w:r>
      <w:r>
        <w:rPr>
          <w:b w:val="0"/>
          <w:i/>
        </w:rPr>
        <w:t>Họ vẫn còn ở đó chứ?</w:t>
      </w:r>
      <w:r>
        <w:rPr>
          <w:b w:val="0"/>
          <w:i w:val="0"/>
        </w:rPr>
        <w:t>’</w:t>
      </w:r>
    </w:p>
    <w:p>
      <w:pPr>
        <w:spacing w:after="80"/>
      </w:pPr>
      <w:r>
        <w:rPr>
          <w:b w:val="0"/>
          <w:i w:val="0"/>
        </w:rPr>
        <w:t>‘Vâng, thưa ngài. Tôi e rằng hiện giờ ông Sartona đang ở nước ngoài. Tôi có thể ghi lại lời nhắn không ạ?’</w:t>
      </w:r>
    </w:p>
    <w:p>
      <w:pPr>
        <w:spacing w:after="80"/>
      </w:pPr>
      <w:r>
        <w:rPr>
          <w:b w:val="0"/>
          <w:i w:val="0"/>
        </w:rPr>
        <w:t>‘</w:t>
      </w:r>
      <w:r>
        <w:rPr>
          <w:b w:val="0"/>
          <w:i/>
        </w:rPr>
        <w:t>Booth Watson vẫn ở đó với ông chứ?</w:t>
      </w:r>
      <w:r>
        <w:rPr>
          <w:b w:val="0"/>
          <w:i w:val="0"/>
        </w:rPr>
        <w:t>’</w:t>
      </w:r>
    </w:p>
    <w:p>
      <w:pPr>
        <w:spacing w:after="80"/>
      </w:pPr>
      <w:r>
        <w:rPr>
          <w:b w:val="0"/>
          <w:i w:val="0"/>
        </w:rPr>
        <w:t>‘Vâng, thưa ngài. Ông ấy rất mong được gặp ngài khi ngài trở về.’</w:t>
      </w:r>
    </w:p>
    <w:p>
      <w:pPr>
        <w:spacing w:after="80"/>
      </w:pPr>
      <w:r>
        <w:rPr>
          <w:b w:val="0"/>
          <w:i w:val="0"/>
        </w:rPr>
        <w:t>‘</w:t>
      </w:r>
      <w:r>
        <w:rPr>
          <w:b w:val="0"/>
          <w:i/>
        </w:rPr>
        <w:t>Gọi cho tôi ngay khi ông chắc chắn rằng từng tên cảnh sát trong số đó đã rời đi và đang trên đường về Barcelona.</w:t>
      </w:r>
      <w:r>
        <w:rPr>
          <w:b w:val="0"/>
          <w:i w:val="0"/>
        </w:rPr>
        <w:t>’</w:t>
      </w:r>
    </w:p>
    <w:p>
      <w:pPr>
        <w:spacing w:after="80"/>
      </w:pPr>
      <w:r>
        <w:rPr>
          <w:b w:val="0"/>
          <w:i w:val="0"/>
        </w:rPr>
        <w:t>‘Tất nhiên rồi, thưa ngài. Tôi sẽ báo cho ông ấy biết ngài đã gọi.’ Viên quản gia đặt ống nghe xuống, quay sang William và nói, ‘Tôi có thể giúp gì thêm không, thưa các quý ông?’</w:t>
      </w:r>
    </w:p>
    <w:p>
      <w:pPr>
        <w:spacing w:after="80"/>
      </w:pPr>
      <w:r>
        <w:rPr>
          <w:b w:val="0"/>
          <w:i w:val="0"/>
        </w:rPr>
        <w:t>Ross nắm chặt tay và bước tới một bước.</w:t>
      </w:r>
    </w:p>
    <w:p>
      <w:pPr>
        <w:spacing w:after="80"/>
      </w:pPr>
      <w:r>
        <w:rPr>
          <w:b w:val="0"/>
          <w:i w:val="0"/>
        </w:rPr>
        <w:t>‘Không, cảm ơn,’ William nói, nhanh chóng bước vào giữa hai người. ‘Thực ra, tôi nghĩ sẽ khôn ngoan hơn nếu ông rời đi.’</w:t>
      </w:r>
    </w:p>
    <w:p>
      <w:pPr>
        <w:spacing w:after="80"/>
      </w:pPr>
      <w:r>
        <w:rPr>
          <w:b w:val="0"/>
          <w:i w:val="0"/>
        </w:rPr>
        <w:t>‘Tùy ngài,’ viên quản gia nói, cúi nhẹ đầu và rời đi không thêm một lời nào.</w:t>
      </w:r>
    </w:p>
    <w:p>
      <w:pPr>
        <w:spacing w:after="80"/>
      </w:pPr>
      <w:r>
        <w:rPr>
          <w:b w:val="0"/>
          <w:i w:val="0"/>
        </w:rPr>
        <w:t>William đợi cánh cửa đóng lại rồi mới nói, ‘Nếu chúng ta muốn có chút cơ hội tìm ra điều gì đằng sau cánh cửa đó,’ anh nói, chỉ vào cánh cửa sắt không thể xuyên thủng, ‘thì chúng ta sẽ cần một số thiết bị khá nặng đấy.’</w:t>
      </w:r>
    </w:p>
    <w:p>
      <w:pPr>
        <w:spacing w:after="80"/>
      </w:pPr>
      <w:r>
        <w:rPr>
          <w:b w:val="0"/>
          <w:i w:val="0"/>
        </w:rPr>
        <w:t>"Khó hơn nói nhiều," Sanchez nói. "Nơi này từng là chỗ ẩn náu bí mật của Franco. Ở nước các anh người ta gọi đây là di tích được xếp hạng bảo tồn (listed property), nên chúng ta không thể động vào bất cứ thứ gì nếu không có lệnh của tòa."</w:t>
      </w:r>
    </w:p>
    <w:p>
      <w:pPr>
        <w:spacing w:after="80"/>
      </w:pPr>
      <w:r>
        <w:rPr>
          <w:b w:val="0"/>
          <w:i w:val="0"/>
        </w:rPr>
        <w:t>"Vậy thì chúng ta sẽ phải tiếp tục mà không cần hỏi ý kiến nhà chức trách, phải không?" Ross nói.</w:t>
      </w:r>
    </w:p>
    <w:p>
      <w:pPr>
        <w:spacing w:after="80"/>
      </w:pPr>
      <w:r>
        <w:rPr>
          <w:b w:val="0"/>
          <w:i w:val="0"/>
        </w:rPr>
        <w:t>"Tôi không nghĩ vậy," William nói, lắc đầu. "Cố nhớ xem, Ross, chúng ta không ở trong những con hẻm sau của Battersea đâu. Ở đây chúng ta chẳng có thẩm quyền gì cả."</w:t>
      </w:r>
    </w:p>
    <w:p>
      <w:pPr>
        <w:spacing w:after="80"/>
      </w:pPr>
      <w:r>
        <w:rPr>
          <w:b w:val="0"/>
          <w:i w:val="0"/>
        </w:rPr>
        <w:t>"Ai quan tâm chứ, cậu bé hát thánh ca?" Ross nói, không giấu nổi sự bực bội.</w:t>
      </w:r>
    </w:p>
    <w:p>
      <w:pPr>
        <w:spacing w:after="80"/>
      </w:pPr>
      <w:r>
        <w:rPr>
          <w:b w:val="0"/>
          <w:i w:val="0"/>
        </w:rPr>
        <w:t>"Tôi quan tâm đấy," Sanchez nói. "Bởi vì chúng ta thậm chí còn không ở trong những con hẻm sau của Barcelona."</w:t>
      </w:r>
    </w:p>
    <w:p>
      <w:pPr>
        <w:spacing w:after="80"/>
      </w:pPr>
      <w:r>
        <w:rPr>
          <w:b w:val="0"/>
          <w:i w:val="0"/>
        </w:rPr>
        <w:t>"Và dù sao đi nữa," William nói, "anh có thể chắc chắn rằng đến giờ này Faulkner đã gọi điện cho luật sư người Tây Ban Nha của ông ta, và ông ta sẽ ban hành lệnh cấm (restraint order) đối với chúng ta trước khi anh kịp nói xong hai chữ 'đèn hàn axetylen'."</w:t>
      </w:r>
    </w:p>
    <w:p>
      <w:pPr>
        <w:spacing w:after="80"/>
      </w:pPr>
      <w:r>
        <w:rPr>
          <w:b w:val="0"/>
          <w:i w:val="0"/>
        </w:rPr>
        <w:t>"Chúng ta lúc nào cũng có thể chờ mà. Suy cho cùng, rồi ông ta cũng phải ra ngoài thôi," Ross gợi ý.</w:t>
      </w:r>
    </w:p>
    <w:p>
      <w:pPr>
        <w:spacing w:after="80"/>
      </w:pPr>
      <w:r>
        <w:rPr>
          <w:b w:val="0"/>
          <w:i w:val="0"/>
        </w:rPr>
        <w:t>"Tôi cá là có cả một thế giới khác ở bên kia cánh cửa đó," William nói. "Trời biết chúng ta sẽ phải ngồi xoay ngón tay cái bao lâu trước khi ông ta xuất hiện trở lại."</w:t>
      </w:r>
    </w:p>
    <w:p>
      <w:pPr>
        <w:spacing w:after="80"/>
      </w:pPr>
      <w:r>
        <w:rPr>
          <w:b w:val="0"/>
          <w:i w:val="0"/>
        </w:rPr>
        <w:t>"Và luật sư của Faulkner sẽ tống khứ chúng ta từ lâu trước đó rồi," Sanchez thêm vào.</w:t>
      </w:r>
    </w:p>
    <w:p>
      <w:pPr>
        <w:spacing w:after="80"/>
      </w:pPr>
      <w:r>
        <w:rPr>
          <w:b w:val="0"/>
          <w:i w:val="0"/>
        </w:rPr>
        <w:t>William gật đầu, nhưng Ross vẫn chưa có vẻ gì là bị thuyết phục.</w:t>
      </w:r>
    </w:p>
    <w:p>
      <w:pPr>
        <w:spacing w:after="80"/>
      </w:pPr>
      <w:r>
        <w:rPr>
          <w:b w:val="0"/>
          <w:i w:val="0"/>
        </w:rPr>
        <w:t>"Và tôi khá chắc là tôi còn biết cả vị luật sư mà ông ta sẽ nói chuyện cùng," Sanchez tiếp tục. "Vậy nên chẳng có gì chúng ta làm được cho đến khi có lệnh tòa bác bỏ mọi phản đối."</w:t>
      </w:r>
    </w:p>
    <w:p>
      <w:pPr>
        <w:spacing w:after="80"/>
      </w:pPr>
      <w:r>
        <w:rPr>
          <w:b w:val="0"/>
          <w:i w:val="0"/>
        </w:rPr>
        <w:t>"Việc đó sẽ mất bao lâu?" Ross hỏi.</w:t>
      </w:r>
    </w:p>
    <w:p>
      <w:pPr>
        <w:spacing w:after="80"/>
      </w:pPr>
      <w:r>
        <w:rPr>
          <w:b w:val="0"/>
          <w:i w:val="0"/>
        </w:rPr>
        <w:t>"Vài ngày, vài tuần, có thể là vài tháng," Sanchez nói, đúng lúc chiếc điện thoại trên bàn lại bắt đầu đổ chuông. Sau hai hồi chuông thì nó ngừng, và William đoán là đã có người nhấc máy ở một máy nhánh nào đó trong tòa nhà.</w:t>
      </w:r>
    </w:p>
    <w:p>
      <w:pPr>
        <w:spacing w:after="80"/>
      </w:pPr>
      <w:r>
        <w:rPr>
          <w:b w:val="0"/>
          <w:i w:val="0"/>
        </w:rPr>
        <w:t>Sanchez chộp lấy ống nghe, và nghe thấy một cuộc trò chuyện đang diễn ra giữa người quản gia và một người phụ nữ mà anh ta đã nhiều lần đối đầu trong quá khứ.</w:t>
      </w:r>
    </w:p>
    <w:p>
      <w:pPr>
        <w:spacing w:after="80"/>
      </w:pPr>
      <w:r>
        <w:rPr>
          <w:b w:val="0"/>
          <w:i w:val="0"/>
        </w:rPr>
        <w:t>"Ai là sĩ quan phụ trách?" một giọng nói dứt khoát vang lên.</w:t>
      </w:r>
    </w:p>
    <w:p>
      <w:pPr>
        <w:spacing w:after="80"/>
      </w:pPr>
      <w:r>
        <w:rPr>
          <w:b w:val="0"/>
          <w:i w:val="0"/>
        </w:rPr>
        <w:t>"Trung úy Sanchez," viên thám tử nói, cắt ngang lời họ.</w:t>
      </w:r>
    </w:p>
    <w:p>
      <w:pPr>
        <w:spacing w:after="80"/>
      </w:pPr>
      <w:r>
        <w:rPr>
          <w:b w:val="0"/>
          <w:i w:val="0"/>
        </w:rPr>
        <w:t>‘Chào buổi chiều, trung úy,’ cô nói, cứ như thể đang nói chuyện với một đồng nghiệp cấp dưới.</w:t>
      </w:r>
    </w:p>
    <w:p>
      <w:pPr>
        <w:spacing w:after="80"/>
      </w:pPr>
      <w:r>
        <w:rPr>
          <w:b w:val="0"/>
          <w:i w:val="0"/>
        </w:rPr>
        <w:t>‘Chào buổi chiều, señora.’</w:t>
      </w:r>
    </w:p>
    <w:p>
      <w:pPr>
        <w:spacing w:after="80"/>
      </w:pPr>
      <w:r>
        <w:rPr>
          <w:b w:val="0"/>
          <w:i w:val="0"/>
        </w:rPr>
        <w:t>‘Để tôi nói rõ ngay từ đầu, trung úy,’ cô nói, cố tỏ ra lý lẽ, ‘nếu tôi phát hiện bất cứ thứ gì trong nhà của thân chủ tôi bị động chạm, tôi sẽ không ngần ngại kiện cảnh sát và bắt anh chịu trách nhiệm cá nhân. Hiểu chưa?’</w:t>
      </w:r>
    </w:p>
    <w:p>
      <w:pPr>
        <w:spacing w:after="80"/>
      </w:pPr>
      <w:r>
        <w:rPr>
          <w:b w:val="0"/>
          <w:i w:val="0"/>
        </w:rPr>
        <w:t>‘Vâng, señora.’</w:t>
      </w:r>
    </w:p>
    <w:p>
      <w:pPr>
        <w:spacing w:after="80"/>
      </w:pPr>
      <w:r>
        <w:rPr>
          <w:b w:val="0"/>
          <w:i w:val="0"/>
        </w:rPr>
        <w:t>‘Để sau này khỏi hiểu lầm, Trung úy Sanchez, tôi hỏi anh một lần nữa. Hiểu chưa?’</w:t>
      </w:r>
    </w:p>
    <w:p>
      <w:pPr>
        <w:spacing w:after="80"/>
      </w:pPr>
      <w:r>
        <w:rPr>
          <w:b w:val="0"/>
          <w:i w:val="0"/>
        </w:rPr>
        <w:t>‘</w:t>
      </w:r>
      <w:r>
        <w:rPr>
          <w:b w:val="0"/>
          <w:i/>
        </w:rPr>
        <w:t>Absolutamente, señora</w:t>
      </w:r>
      <w:r>
        <w:rPr>
          <w:b w:val="0"/>
          <w:i w:val="0"/>
        </w:rPr>
        <w:t>,’ Sanchez đáp, rồi dập mạnh điện thoại xuống.</w:t>
      </w:r>
    </w:p>
    <w:p>
      <w:pPr>
        <w:spacing w:after="80"/>
      </w:pPr>
      <w:r>
        <w:rPr>
          <w:b w:val="0"/>
          <w:i w:val="0"/>
        </w:rPr>
        <w:t>‘Vậy là Faulkner lại thoát khỏi chúng ta,’ Ross nói.</w:t>
      </w:r>
    </w:p>
    <w:p>
      <w:pPr>
        <w:spacing w:after="80"/>
      </w:pPr>
      <w:r>
        <w:rPr>
          <w:b w:val="0"/>
          <w:i w:val="0"/>
        </w:rPr>
        <w:t>‘Chưa chắc,’ Sanchez nói. ‘Tôi sẽ cho vài xe tuần tra chốt trên con đường từ đây ra cao tốc, nên nếu hắn định chạy trốn thì chúng ta sẽ đợi sẵn.’</w:t>
      </w:r>
    </w:p>
    <w:p>
      <w:pPr>
        <w:spacing w:after="80"/>
      </w:pPr>
      <w:r>
        <w:rPr>
          <w:b w:val="0"/>
          <w:i w:val="0"/>
        </w:rPr>
        <w:t>‘Còn phía bên kia ngôi nhà thì sao?’ William hỏi.</w:t>
      </w:r>
    </w:p>
    <w:p>
      <w:pPr>
        <w:spacing w:after="80"/>
      </w:pPr>
      <w:r>
        <w:rPr>
          <w:b w:val="0"/>
          <w:i w:val="0"/>
        </w:rPr>
        <w:t>‘Hắn sẽ đối mặt với một vách đá dựng đứng. Franco chọn vị trí này để không bao giờ bị đánh úp. Cũng chẳng ích gì khi Faulkner biết quá rõ rằng tôi không đủ nguồn lực để duy trì một chiến dịch hai mươi bốn trên bảy quá lâu. Thời nay cái gì cũng là ngân sách,’ ông thêm vào với một tiếng thở dài.</w:t>
      </w:r>
    </w:p>
    <w:p>
      <w:pPr>
        <w:spacing w:after="80"/>
      </w:pPr>
      <w:r>
        <w:rPr>
          <w:b w:val="0"/>
          <w:i w:val="0"/>
        </w:rPr>
        <w:t>‘Vậy thì chúng ta sẽ phải quay lại vào lúc hắn ít ngờ tới nhất,’ William nói.</w:t>
      </w:r>
    </w:p>
    <w:p>
      <w:pPr>
        <w:spacing w:after="80"/>
      </w:pPr>
      <w:r>
        <w:rPr>
          <w:b w:val="0"/>
          <w:i w:val="0"/>
        </w:rPr>
        <w:t>‘Khi nào anh làm vậy, nhớ cho tôi biết với,’ Sanchez nói. ‘Vì Faulkner là người tôi rất muốn gặp.’</w:t>
      </w:r>
    </w:p>
    <w:p>
      <w:pPr>
        <w:spacing w:after="80"/>
      </w:pPr>
      <w:r>
        <w:rPr>
          <w:b w:val="0"/>
          <w:i w:val="0"/>
        </w:rPr>
        <w:t>Ross mỉm cười, nhưng không bình luận gì. Đó là kiểu làm ngơ của người Tây Ban Nha.</w:t>
      </w:r>
    </w:p>
    <w:p>
      <w:pPr>
        <w:spacing w:after="80"/>
      </w:pPr>
      <w:r>
        <w:rPr>
          <w:b w:val="0"/>
          <w:i w:val="0"/>
        </w:rPr>
        <w:t>‘Nhưng trước lúc đó,’ Sanchez nói, ‘hôm nay chúng ta cũng chẳng làm được gì hơn, nên tôi đưa các anh về sân bay luôn nhé?’</w:t>
      </w:r>
    </w:p>
    <w:p>
      <w:pPr>
        <w:spacing w:after="80"/>
      </w:pPr>
      <w:r>
        <w:rPr>
          <w:b w:val="0"/>
          <w:i w:val="0"/>
        </w:rPr>
        <w:t>William quay lại thì thấy Ross đã quỳ xuống, đang cẩn thận xem xét góc dưới bên trái của cánh cửa sắt. ‘Có gì đáng chú ý không?’ anh hỏi.</w:t>
      </w:r>
    </w:p>
    <w:p>
      <w:pPr>
        <w:spacing w:after="80"/>
      </w:pPr>
      <w:r>
        <w:rPr>
          <w:b w:val="0"/>
          <w:i w:val="0"/>
        </w:rPr>
        <w:t>‘Không có gì, thưa ngài,’ Ross đáp, từ từ đứng dậy.</w:t>
      </w:r>
    </w:p>
    <w:p>
      <w:pPr>
        <w:spacing w:after="80"/>
      </w:pPr>
      <w:r>
        <w:rPr>
          <w:b w:val="0"/>
          <w:i w:val="0"/>
        </w:rPr>
        <w:t>‘Ngài’ nói với William rằng Ross đã phát hiện ra điều gì đó mà ông ta không muốn chia sẻ với Sanchez.</w:t>
      </w:r>
    </w:p>
    <w:p>
      <w:pPr>
        <w:spacing w:after="80"/>
      </w:pPr>
      <w:r>
        <w:rPr>
          <w:b w:val="0"/>
          <w:i w:val="0"/>
        </w:rPr>
        <w:t xml:space="preserve">Ross và William theo viên trung úy ra khỏi phòng. Đi được nửa hành lang, William dừng lại để nhìn kỹ hơn bức </w:t>
      </w:r>
      <w:r>
        <w:rPr>
          <w:b w:val="0"/>
          <w:i/>
        </w:rPr>
        <w:t>Người thổi sáo</w:t>
      </w:r>
      <w:r>
        <w:rPr>
          <w:b w:val="0"/>
          <w:i w:val="0"/>
        </w:rPr>
        <w:t xml:space="preserve"> treo trên tường và cau mày.</w:t>
      </w:r>
    </w:p>
    <w:p>
      <w:pPr>
        <w:spacing w:after="80"/>
      </w:pPr>
      <w:r>
        <w:rPr>
          <w:b w:val="0"/>
          <w:i w:val="0"/>
        </w:rPr>
        <w:t>‘Bức đó có gì đặc biệt hả sếp?’ Ross hỏi.</w:t>
      </w:r>
    </w:p>
    <w:p>
      <w:pPr>
        <w:spacing w:after="80"/>
      </w:pPr>
      <w:r>
        <w:rPr>
          <w:b w:val="0"/>
          <w:i w:val="0"/>
        </w:rPr>
        <w:t>‘E rằng đúng thế. Vợ tôi sẽ chẳng vui vẻ gì khi tôi bảo cô ấy rằng có thể gạch nó khỏi danh sách của mình.’</w:t>
      </w:r>
    </w:p>
    <w:p>
      <w:pPr>
        <w:spacing w:after="80"/>
        <w:jc w:val="center"/>
      </w:pPr>
      <w:r>
        <w:rPr>
          <w:b w:val="0"/>
          <w:i w:val="0"/>
        </w:rPr>
        <w:t>• • •</w:t>
      </w:r>
    </w:p>
    <w:p>
      <w:pPr>
        <w:spacing w:after="80"/>
      </w:pPr>
      <w:r>
        <w:rPr>
          <w:b w:val="0"/>
          <w:i w:val="0"/>
        </w:rPr>
        <w:t>Faulkner đặt điện thoại xuống trong phòng làm việc dưới tầng hầm, hài lòng vì luật sư người Tây Ban Nha của ông ta hẳn đã xử lý xong vấn đề trước mắt, và sẽ không lâu nữa trước khi cảnh sát bị tống cổ đi. Nhưng bao lâu nữa thì họ quay lại với số lượng còn đông hơn?</w:t>
      </w:r>
    </w:p>
    <w:p>
      <w:pPr>
        <w:spacing w:after="80"/>
      </w:pPr>
      <w:r>
        <w:rPr>
          <w:b w:val="0"/>
          <w:i w:val="0"/>
        </w:rPr>
        <w:t>Ông ta bật mở bìa cuốn danh bạ điện thoại riêng và lật từng trang cho đến khi tới mục chữ R, chỉ mong số điện thoại chưa bị lỗi thời. Miles ngồi ngả lưng vào ghế và nhẩm lại chính xác những gì mình sẽ nói, trước khi nhấc điện thoại lên và bấm số.</w:t>
      </w:r>
    </w:p>
    <w:p>
      <w:pPr>
        <w:spacing w:after="80"/>
      </w:pPr>
      <w:r>
        <w:rPr>
          <w:b w:val="0"/>
          <w:i w:val="0"/>
        </w:rPr>
        <w:t>Chuông đổ một lúc lâu trước khi cuối cùng có người nhấc máy và một giọng nói cất lên: ‘Ai đấy?’</w:t>
      </w:r>
    </w:p>
    <w:p>
      <w:pPr>
        <w:spacing w:after="80"/>
      </w:pPr>
      <w:r>
        <w:rPr>
          <w:b w:val="0"/>
          <w:i w:val="0"/>
        </w:rPr>
        <w:t>‘Miles Faulkner. Có lẽ ông không nhớ tôi, nhưng …’</w:t>
      </w:r>
    </w:p>
    <w:p>
      <w:pPr>
        <w:spacing w:after="80"/>
      </w:pPr>
      <w:r>
        <w:rPr>
          <w:b w:val="0"/>
          <w:i w:val="0"/>
        </w:rPr>
        <w:t>‘Ông Faulkner. Sao tôi quên được chứ? Tôi có vinh hạnh gì đây?’</w:t>
      </w:r>
    </w:p>
    <w:p>
      <w:pPr>
        <w:spacing w:after="80"/>
      </w:pPr>
      <w:r>
        <w:rPr>
          <w:b w:val="0"/>
          <w:i w:val="0"/>
        </w:rPr>
        <w:t>‘Tôi đang nói chuyện với ai đấy?’</w:t>
      </w:r>
    </w:p>
    <w:p>
      <w:pPr>
        <w:spacing w:after="80"/>
      </w:pPr>
      <w:r>
        <w:rPr>
          <w:b w:val="0"/>
          <w:i w:val="0"/>
        </w:rPr>
        <w:t>‘Đây là người đứng đầu gia tộc.’</w:t>
      </w:r>
    </w:p>
    <w:p>
      <w:pPr>
        <w:spacing w:after="80"/>
      </w:pPr>
      <w:r>
        <w:rPr>
          <w:b w:val="0"/>
          <w:i w:val="0"/>
        </w:rPr>
        <w:t>‘Tôi muốn chuyển một lời nhắn tới con trai ông, Terry.’</w:t>
      </w:r>
    </w:p>
    <w:p>
      <w:pPr>
        <w:spacing w:after="80"/>
      </w:pPr>
      <w:r>
        <w:rPr>
          <w:b w:val="0"/>
          <w:i w:val="0"/>
        </w:rPr>
        <w:t>‘Tôi đang nghe đây, ông Faulkner.’</w:t>
      </w:r>
    </w:p>
    <w:p>
      <w:pPr>
        <w:spacing w:after="80"/>
      </w:pPr>
      <w:r>
        <w:rPr>
          <w:b w:val="0"/>
          <w:i w:val="0"/>
        </w:rPr>
        <w:t>‘Tôi cần cậu ta làm một việc cho tôi.’</w:t>
      </w:r>
    </w:p>
    <w:p>
      <w:pPr>
        <w:spacing w:after="80"/>
      </w:pPr>
      <w:r>
        <w:rPr>
          <w:b w:val="0"/>
          <w:i w:val="0"/>
        </w:rPr>
        <w:t>‘Hiểu rồi. Nhưng trước tiên chúng ta phải thống nhất giá cả đã.’</w:t>
      </w:r>
    </w:p>
    <w:p>
      <w:pPr>
        <w:spacing w:after="80"/>
      </w:pPr>
      <w:r>
        <w:rPr>
          <w:b w:val="0"/>
          <w:i w:val="0"/>
        </w:rPr>
        <w:t>‘Giá cả thị trường giờ là bao nhiêu?’</w:t>
      </w:r>
    </w:p>
    <w:p>
      <w:pPr>
        <w:spacing w:after="80"/>
      </w:pPr>
      <w:r>
        <w:rPr>
          <w:b w:val="0"/>
          <w:i w:val="0"/>
        </w:rPr>
        <w:t>‘Còn tùy vào mức độ nổi tiếng của họ.’</w:t>
      </w:r>
    </w:p>
    <w:p>
      <w:pPr>
        <w:spacing w:after="80"/>
      </w:pPr>
      <w:r>
        <w:rPr>
          <w:b w:val="0"/>
          <w:i w:val="0"/>
        </w:rPr>
        <w:t>‘Vợ của một sĩ quan cảnh sát.’</w:t>
      </w:r>
    </w:p>
    <w:p>
      <w:pPr>
        <w:spacing w:after="80"/>
      </w:pPr>
      <w:r>
        <w:rPr>
          <w:b w:val="0"/>
          <w:i w:val="0"/>
        </w:rPr>
        <w:t>‘Vụ này không rẻ đâu, ông Faulkner ạ.’</w:t>
      </w:r>
    </w:p>
    <w:p>
      <w:pPr>
        <w:spacing w:after="80"/>
      </w:pPr>
      <w:r>
        <w:rPr>
          <w:b w:val="0"/>
          <w:i w:val="0"/>
        </w:rPr>
        <w:t>‘Bao nhiêu?’</w:t>
      </w:r>
    </w:p>
    <w:p>
      <w:pPr>
        <w:spacing w:after="80"/>
      </w:pPr>
      <w:r>
        <w:rPr>
          <w:b w:val="0"/>
          <w:i w:val="0"/>
        </w:rPr>
        <w:t>‘Mười ngàn nhé?’</w:t>
      </w:r>
    </w:p>
    <w:p>
      <w:pPr>
        <w:spacing w:after="80"/>
      </w:pPr>
      <w:r>
        <w:rPr>
          <w:b w:val="0"/>
          <w:i w:val="0"/>
        </w:rPr>
        <w:t>‘Được,’ Faulkner nói, chấp nhận rằng đây không phải lúc để mặc cả.</w:t>
      </w:r>
    </w:p>
    <w:p>
      <w:pPr>
        <w:spacing w:after="80"/>
      </w:pPr>
      <w:r>
        <w:rPr>
          <w:b w:val="0"/>
          <w:i w:val="0"/>
        </w:rPr>
        <w:t>‘Tôi sẽ được trả tiền thế nào?’</w:t>
      </w:r>
    </w:p>
    <w:p>
      <w:pPr>
        <w:spacing w:after="80"/>
      </w:pPr>
      <w:r>
        <w:rPr>
          <w:b w:val="0"/>
          <w:i w:val="0"/>
        </w:rPr>
        <w:t>‘Cựu Tổng giám đốc Bruce Lamont sẽ giao tiền mặt cho ông vào sáng mai.’</w:t>
      </w:r>
    </w:p>
    <w:p>
      <w:pPr>
        <w:spacing w:after="80"/>
      </w:pPr>
      <w:r>
        <w:rPr>
          <w:b w:val="0"/>
          <w:i w:val="0"/>
        </w:rPr>
        <w:t>‘Ông ta chắc chắn biết tìm chúng ta ở đâu rồi,’ giọng nói đáp. ‘Giờ tôi chỉ cần một cái tên nữa thôi.’</w:t>
      </w:r>
    </w:p>
    <w:p>
      <w:pPr>
        <w:spacing w:after="80"/>
        <w:jc w:val="center"/>
      </w:pPr>
      <w:r>
        <w:rPr>
          <w:b w:val="0"/>
          <w:i w:val="0"/>
        </w:rPr>
        <w:t>• • •</w:t>
      </w:r>
    </w:p>
    <w:p>
      <w:pPr>
        <w:spacing w:after="80"/>
      </w:pPr>
      <w:r>
        <w:rPr>
          <w:b w:val="0"/>
          <w:i w:val="0"/>
        </w:rPr>
        <w:t>‘Cân nhắc lại thì tôi vẫn thích máy bay riêng của Faulkner hơn,’ Ross nói khi họ ngồi vào hàng ghế cuối của khoang phổ thông.</w:t>
      </w:r>
    </w:p>
    <w:p>
      <w:pPr>
        <w:spacing w:after="80"/>
      </w:pPr>
      <w:r>
        <w:rPr>
          <w:b w:val="0"/>
          <w:i w:val="0"/>
        </w:rPr>
        <w:t>‘Đây là chuyến bay duy nhất còn chỗ,’ William nói, ‘và thật lòng mà nói, được hai ghế vào phút chót là may lắm rồi.’</w:t>
      </w:r>
    </w:p>
    <w:p>
      <w:pPr>
        <w:spacing w:after="80"/>
      </w:pPr>
      <w:r>
        <w:rPr>
          <w:b w:val="0"/>
          <w:i w:val="0"/>
        </w:rPr>
        <w:t>‘Vậy ông Benmore và ông Posgate đâu rồi, dám hỏi không?’</w:t>
      </w:r>
    </w:p>
    <w:p>
      <w:pPr>
        <w:spacing w:after="80"/>
      </w:pPr>
      <w:r>
        <w:rPr>
          <w:b w:val="0"/>
          <w:i w:val="0"/>
        </w:rPr>
        <w:t>‘Ngồi trên đầu khoang hạng nhất, cùng với Chúa và bốn ngư dân.’</w:t>
      </w:r>
    </w:p>
    <w:p>
      <w:pPr>
        <w:spacing w:after="80"/>
      </w:pPr>
      <w:r>
        <w:rPr>
          <w:b w:val="0"/>
          <w:i w:val="0"/>
        </w:rPr>
        <w:t>‘Chà, nếu cuối cùng chúng ta phải hạ cánh xuống eo biển Channel,’ Ross nói, ‘thì ít nhất một trong hai ta sẽ đi được trên mặt nước.’</w:t>
      </w:r>
    </w:p>
    <w:p>
      <w:pPr>
        <w:spacing w:after="80"/>
      </w:pPr>
      <w:r>
        <w:rPr>
          <w:b w:val="0"/>
          <w:i w:val="0"/>
        </w:rPr>
        <w:t>William đợi máy bay cất cánh và lên độ cao ổn định rồi mới mở sổ tay. "Anh đã phát hiện ra điều gì mà tôi bỏ lỡ vậy?" anh hỏi.</w:t>
      </w:r>
    </w:p>
    <w:p>
      <w:pPr>
        <w:spacing w:after="80"/>
      </w:pPr>
      <w:r>
        <w:rPr>
          <w:b w:val="0"/>
          <w:i w:val="0"/>
        </w:rPr>
        <w:t>"Chúng ta sẽ cần một chuyến bay xuyên Đại Tây Dương mới nói hết được đấy," Ross nói, "nên anh nên bắt đầu trước đi."</w:t>
      </w:r>
    </w:p>
    <w:p>
      <w:pPr>
        <w:spacing w:after="80"/>
      </w:pPr>
      <w:r>
        <w:rPr>
          <w:b w:val="0"/>
          <w:i w:val="0"/>
        </w:rPr>
        <w:t>"Hãy bắt đầu với cuộc điện thoại của quản gia trong phòng làm việc," William nói, phớt lờ lời châm chọc đầy vẻ háo hức được giải ngũ kia. "Tôi khá chắc là ông ta đang nói chuyện với Faulkner."</w:t>
      </w:r>
    </w:p>
    <w:p>
      <w:pPr>
        <w:spacing w:after="80"/>
      </w:pPr>
      <w:r>
        <w:rPr>
          <w:b w:val="0"/>
          <w:i w:val="0"/>
        </w:rPr>
        <w:t>"Điều gì khiến anh nghĩ vậy?"</w:t>
      </w:r>
    </w:p>
    <w:p>
      <w:pPr>
        <w:spacing w:after="80"/>
      </w:pPr>
      <w:r>
        <w:rPr>
          <w:b w:val="0"/>
          <w:i w:val="0"/>
        </w:rPr>
        <w:t>"Khi nhấc máy, ông ta biết chính xác ai đang ở đầu dây bên kia."</w:t>
      </w:r>
    </w:p>
    <w:p>
      <w:pPr>
        <w:spacing w:after="80"/>
      </w:pPr>
      <w:r>
        <w:rPr>
          <w:b w:val="0"/>
          <w:i w:val="0"/>
        </w:rPr>
        <w:t>"Sao anh có thể chắc chắn đến thế?"</w:t>
      </w:r>
    </w:p>
    <w:p>
      <w:pPr>
        <w:spacing w:after="80"/>
      </w:pPr>
      <w:r>
        <w:rPr>
          <w:b w:val="0"/>
          <w:i w:val="0"/>
        </w:rPr>
        <w:t>"Ông ta nói 'Vâng, thưa ngài' hai lần, và kết thúc bằng 'tất nhiên rồi, thưa ngài'," William nói, vừa kiểm tra lại ghi chú của mình. "Toàn bộ cuộc nói chuyện với tôi nghe như một kịch bản được tập dượt kỹ càng, chuẩn bị sẵn cho đúng tình huống đó."</w:t>
      </w:r>
    </w:p>
    <w:p>
      <w:pPr>
        <w:spacing w:after="80"/>
      </w:pPr>
      <w:r>
        <w:rPr>
          <w:b w:val="0"/>
          <w:i w:val="0"/>
        </w:rPr>
        <w:t>"Chỉ là suy đoán," Ross nói. "Anh sẽ cần thứ gì đó chắc chắn hơn thế mới thuyết phục được bồi thẩm đoàn."</w:t>
      </w:r>
    </w:p>
    <w:p>
      <w:pPr>
        <w:spacing w:after="80"/>
      </w:pPr>
      <w:r>
        <w:rPr>
          <w:b w:val="0"/>
          <w:i w:val="0"/>
        </w:rPr>
        <w:t>"Được thôi. Khi luật sư của Faulkner gọi đến vài phút sau đó, đó là kiểu chuông kép quen thuộc của một cuộc gọi từ bên ngoài, nhưng lần đầu tiên, chỉ có một tiếng chuông duy nhất, nên đó hẳn phải là cuộc gọi nội bộ."</w:t>
      </w:r>
    </w:p>
    <w:p>
      <w:pPr>
        <w:spacing w:after="80"/>
      </w:pPr>
      <w:r>
        <w:rPr>
          <w:b w:val="0"/>
          <w:i w:val="0"/>
        </w:rPr>
        <w:t>"Không tồi, nhưng quản gia đã cố ý để lộ điều gì mà tôi thấy anh đã ghi chú lại?"</w:t>
      </w:r>
    </w:p>
    <w:p>
      <w:pPr>
        <w:spacing w:after="80"/>
      </w:pPr>
      <w:r>
        <w:rPr>
          <w:b w:val="0"/>
          <w:i w:val="0"/>
        </w:rPr>
        <w:t>"Sartona. Rõ ràng ông ta muốn tôi nghĩ đó là bí danh mới của Faulkner, nhưng tôi ngờ rằng đó sẽ không phải là cái tên trên hộ chiếu của ông ta khi ông ta quyết định thời cơ đã đến để bỏ trốn."</w:t>
      </w:r>
    </w:p>
    <w:p>
      <w:pPr>
        <w:spacing w:after="80"/>
      </w:pPr>
      <w:r>
        <w:rPr>
          <w:b w:val="0"/>
          <w:i w:val="0"/>
        </w:rPr>
        <w:t>"Giỏi lắm, cậu bé hát thánh ca, nhưng tôi sắp át con át chủ bài của anh đây."</w:t>
      </w:r>
    </w:p>
    <w:p>
      <w:pPr>
        <w:spacing w:after="80"/>
      </w:pPr>
      <w:r>
        <w:rPr>
          <w:b w:val="0"/>
          <w:i w:val="0"/>
        </w:rPr>
        <w:t>William không nhịn được cười khi nghĩ rằng Ross là một trong số ít người trong ngành vẫn còn dám gọi anh là cậu bé hát thánh ca – ngay trước mặt anh. Anh gấp sổ tay lại, ngả người ra sau và lắng nghe.</w:t>
      </w:r>
    </w:p>
    <w:p>
      <w:pPr>
        <w:spacing w:after="80"/>
      </w:pPr>
      <w:r>
        <w:rPr>
          <w:b w:val="0"/>
          <w:i w:val="0"/>
        </w:rPr>
        <w:t>"Trong lúc anh đang chợp mắt trong xe tải và tôi đang đuổi theo Faulkner dọc hành lang, ông ta chậm lại để xem đồng hồ. Tôi tự hỏi, tên tội phạm nào lại đi xem giờ khi đang bị cảnh sát đuổi theo chứ? Khi ông ta chạm vào đồng hồ, mặt đồng hồ sáng lên."</w:t>
      </w:r>
    </w:p>
    <w:p>
      <w:pPr>
        <w:spacing w:after="80"/>
      </w:pPr>
      <w:r>
        <w:rPr>
          <w:b w:val="0"/>
          <w:i w:val="0"/>
        </w:rPr>
        <w:t>"Vậy câu trả lời cho câu hỏi tu từ của anh là gì, Thanh tra?"</w:t>
      </w:r>
    </w:p>
    <w:p>
      <w:pPr>
        <w:spacing w:after="80"/>
      </w:pPr>
      <w:r>
        <w:rPr>
          <w:b w:val="0"/>
          <w:i w:val="0"/>
        </w:rPr>
        <w:t>"Ông ta đã biết cửa phòng làm việc của mình không khóa, vì đó là một phần trong kế hoạch trốn thoát của ông ta phòng khi cảnh sát có xuất hiện."</w:t>
      </w:r>
    </w:p>
    <w:p>
      <w:pPr>
        <w:spacing w:after="80"/>
      </w:pPr>
      <w:r>
        <w:rPr>
          <w:b w:val="0"/>
          <w:i w:val="0"/>
        </w:rPr>
        <w:t>‘Thế còn chiếc đồng hồ đeo tay phát sáng thì khớp thế nào với lý thuyết “Rossonian” của anh?’</w:t>
      </w:r>
    </w:p>
    <w:p>
      <w:pPr>
        <w:spacing w:after="80"/>
      </w:pPr>
      <w:r>
        <w:rPr>
          <w:b w:val="0"/>
          <w:i w:val="0"/>
        </w:rPr>
        <w:t>‘Đầu tiên, tự hỏi mình xem tại sao cửa két sắt lại không có tay nắm hay ổ khóa.’</w:t>
      </w:r>
    </w:p>
    <w:p>
      <w:pPr>
        <w:spacing w:after="80"/>
      </w:pPr>
      <w:r>
        <w:rPr>
          <w:b w:val="0"/>
          <w:i w:val="0"/>
        </w:rPr>
        <w:t>‘Kết luận của anh là gì?’</w:t>
      </w:r>
    </w:p>
    <w:p>
      <w:pPr>
        <w:spacing w:after="80"/>
      </w:pPr>
      <w:r>
        <w:rPr>
          <w:b w:val="0"/>
          <w:i w:val="0"/>
        </w:rPr>
        <w:t>‘Đó không phải là đồng hồ, mà là chìa khóa để mở cánh cửa kim loại nặng đó. Tất cả những gì hắn cần làm khi mặt đồng hồ sáng lên là nhập một mã số, rồi cửa sẽ mở.’</w:t>
      </w:r>
    </w:p>
    <w:p>
      <w:pPr>
        <w:spacing w:after="80"/>
      </w:pPr>
      <w:r>
        <w:rPr>
          <w:b w:val="0"/>
          <w:i w:val="0"/>
        </w:rPr>
        <w:t>‘Điều đó sẽ giải thích được cách hắn biến mất vào thinh không mà vẫn có thể gọi cho quản gia vài phút sau đó.’</w:t>
      </w:r>
    </w:p>
    <w:p>
      <w:pPr>
        <w:spacing w:after="80"/>
      </w:pPr>
      <w:r>
        <w:rPr>
          <w:b w:val="0"/>
          <w:i w:val="0"/>
        </w:rPr>
        <w:t>‘Và nếu anh quan tâm,’ Ross tiếp tục, ‘tôi có thể cho anh biết tên công ty đã làm ra cánh cửa đó.’</w:t>
      </w:r>
    </w:p>
    <w:p>
      <w:pPr>
        <w:spacing w:after="80"/>
      </w:pPr>
      <w:r>
        <w:rPr>
          <w:b w:val="0"/>
          <w:i w:val="0"/>
        </w:rPr>
        <w:t>‘NP,’ William nói, vẫn còn trong cuộc chơi. ‘Những chữ cái được khắc ở góc dưới bên trái.’</w:t>
      </w:r>
    </w:p>
    <w:p>
      <w:pPr>
        <w:spacing w:after="80"/>
      </w:pPr>
      <w:r>
        <w:rPr>
          <w:b w:val="0"/>
          <w:i w:val="0"/>
        </w:rPr>
        <w:t>‘Không tệ đâu, cậu bé hát thánh ca, nhưng anh có biết NP là viết tắt của gì không?’</w:t>
      </w:r>
    </w:p>
    <w:p>
      <w:pPr>
        <w:spacing w:after="80"/>
      </w:pPr>
      <w:r>
        <w:rPr>
          <w:b w:val="0"/>
          <w:i w:val="0"/>
        </w:rPr>
        <w:t>‘Không, nhưng tôi có cảm giác anh sắp nói cho tôi biết.’</w:t>
      </w:r>
    </w:p>
    <w:p>
      <w:pPr>
        <w:spacing w:after="80"/>
      </w:pPr>
      <w:r>
        <w:rPr>
          <w:b w:val="0"/>
          <w:i w:val="0"/>
        </w:rPr>
        <w:t>‘Nosey Parker. Đại tá Parker chính là người duy nhất có thể cho chúng ta biết cách mở cánh cửa đó.’</w:t>
      </w:r>
    </w:p>
    <w:p>
      <w:pPr>
        <w:spacing w:after="80"/>
      </w:pPr>
      <w:r>
        <w:rPr>
          <w:b w:val="0"/>
          <w:i w:val="0"/>
        </w:rPr>
        <w:t>‘Nhưng anh chỉ còn một tuần nữa là rời lực lượng.’</w:t>
      </w:r>
    </w:p>
    <w:p>
      <w:pPr>
        <w:spacing w:after="80"/>
      </w:pPr>
      <w:r>
        <w:rPr>
          <w:b w:val="0"/>
          <w:i w:val="0"/>
        </w:rPr>
        <w:t>‘Vậy thì có lẽ tôi sẽ phải hoãn việc nghỉ hưu lâu hơn một chút nếu muốn chứng minh lý thuyết của mình là đúng.’</w:t>
      </w:r>
    </w:p>
    <w:p>
      <w:pPr>
        <w:spacing w:after="80"/>
      </w:pPr>
      <w:r>
        <w:rPr>
          <w:b w:val="0"/>
          <w:i w:val="0"/>
        </w:rPr>
        <w:t>‘Ai lại cần một cựu cảnh sát sắp đi làm cho một công ty du lịch do hai kẻ hoàn toàn điên rồ điều hành chứ?’</w:t>
      </w:r>
    </w:p>
    <w:p>
      <w:pPr>
        <w:spacing w:after="80"/>
      </w:pPr>
      <w:r>
        <w:rPr>
          <w:b w:val="0"/>
          <w:i w:val="0"/>
        </w:rPr>
        <w:t>‘Chính anh cần đấy,’ Ross nói, lôi từ túi trong áo khoác ra một chiếc hộp thiếc nhỏ. Anh bật mở nắp, để lộ khuôn nhựa của một chiếc chìa khóa.</w:t>
      </w:r>
    </w:p>
    <w:p>
      <w:pPr>
        <w:spacing w:after="80"/>
      </w:pPr>
      <w:r>
        <w:rPr>
          <w:b w:val="0"/>
          <w:i w:val="0"/>
        </w:rPr>
        <w:t>‘Cửa phòng làm việc của Faulkner?’</w:t>
      </w:r>
    </w:p>
    <w:p>
      <w:pPr>
        <w:spacing w:after="80"/>
      </w:pPr>
      <w:r>
        <w:rPr>
          <w:b w:val="0"/>
          <w:i w:val="0"/>
        </w:rPr>
        <w:t>‘Nếu tôi lấy chìa khóa,’ Ross nói, ‘hắn sẽ đổi ổ khóa trước khi chúng ta tới được sân bay.’</w:t>
      </w:r>
    </w:p>
    <w:p>
      <w:pPr>
        <w:spacing w:after="80"/>
      </w:pPr>
      <w:r>
        <w:rPr>
          <w:b w:val="0"/>
          <w:i w:val="0"/>
        </w:rPr>
        <w:t>‘Còn gì nữa không?’</w:t>
      </w:r>
    </w:p>
    <w:p>
      <w:pPr>
        <w:spacing w:after="80"/>
      </w:pPr>
      <w:r>
        <w:rPr>
          <w:b w:val="0"/>
          <w:i w:val="0"/>
        </w:rPr>
        <w:t>‘Có,’ Ross nói, rút ra chiếc máy quay phim cỡ nhỏ của mình. ‘Tôi đã ghi lại con đường an toàn duy nhất xuyên qua khu rừng để đến cửa trước. Nên không có tôi thì anh không sống nổi đâu.’</w:t>
      </w:r>
    </w:p>
    <w:p>
      <w:pPr>
        <w:spacing w:after="80"/>
      </w:pPr>
      <w:r>
        <w:rPr>
          <w:b w:val="0"/>
          <w:i w:val="0"/>
        </w:rPr>
        <w:t>William đành nhận thua và bắt tay cộng sự của mình khi một nữ tiếp viên cúi xuống trao cho mỗi người một khay nhựa đựng cơm khô và thịt bò hâm nóng, kèm một gói sốt nâu.</w:t>
      </w:r>
    </w:p>
    <w:p>
      <w:pPr>
        <w:spacing w:after="80"/>
      </w:pPr>
      <w:r>
        <w:rPr>
          <w:b w:val="0"/>
          <w:i w:val="0"/>
        </w:rPr>
        <w:t>‘Còn gì nữa không?’ William hỏi.</w:t>
      </w:r>
    </w:p>
    <w:p>
      <w:pPr>
        <w:spacing w:after="80"/>
      </w:pPr>
      <w:r>
        <w:rPr>
          <w:b w:val="0"/>
          <w:i w:val="0"/>
        </w:rPr>
        <w:t>‘Có,’ Ross đáp. ‘Tôi muốn được ngồi trên khoang hạng nhất phía trước, cạnh Chúa Kitô.’</w:t>
      </w:r>
    </w:p>
    <w:p>
      <w:pPr>
        <w:spacing w:after="80"/>
      </w:pPr>
      <w:r>
        <w:rPr>
          <w:b w:val="0"/>
          <w:i w:val="0"/>
        </w:rPr>
        <w:t>‘Tôi nghĩ một cậu bé hát thánh ca còn khả dĩ hơn …’</w:t>
      </w:r>
    </w:p>
    <w:p>
      <w:pPr>
        <w:spacing w:after="80"/>
      </w:pPr>
      <w:r>
        <w:rPr>
          <w:b w:val="0"/>
          <w:i w:val="0"/>
        </w:rPr>
        <w:t>‘Cứu được một kẻ tội lỗi thì vẫn hơn,’ Ross phản đòn.</w:t>
      </w:r>
    </w:p>
    <w:p>
      <w:pPr>
        <w:spacing w:after="80"/>
        <w:jc w:val="center"/>
      </w:pPr>
      <w:r>
        <w:rPr>
          <w:b w:val="0"/>
          <w:i w:val="0"/>
        </w:rPr>
        <w:t>• • •</w:t>
      </w:r>
    </w:p>
    <w:p>
      <w:pPr>
        <w:spacing w:after="80"/>
      </w:pPr>
      <w:r>
        <w:rPr>
          <w:b w:val="0"/>
          <w:i w:val="0"/>
        </w:rPr>
        <w:t>Faulkner nhấc điện thoại trên bàn lên và lắng nghe.</w:t>
      </w:r>
    </w:p>
    <w:p>
      <w:pPr>
        <w:spacing w:after="80"/>
      </w:pPr>
      <w:r>
        <w:rPr>
          <w:b w:val="0"/>
          <w:i w:val="0"/>
        </w:rPr>
        <w:t>‘Mọi chuyện đều ổn, thưa ngài,’ người quản gia nói. ‘Người của chúng ta ở sân bay vừa gọi đến báo rằng anh ta thấy cả hai người họ lên máy bay đi London.’</w:t>
      </w:r>
    </w:p>
    <w:p>
      <w:pPr>
        <w:spacing w:after="80"/>
      </w:pPr>
      <w:r>
        <w:rPr>
          <w:b w:val="0"/>
          <w:i w:val="0"/>
        </w:rPr>
        <w:t>‘Cả hai người họ?’ Faulkner lặp lại.</w:t>
      </w:r>
    </w:p>
    <w:p>
      <w:pPr>
        <w:spacing w:after="80"/>
      </w:pPr>
      <w:r>
        <w:rPr>
          <w:b w:val="0"/>
          <w:i w:val="0"/>
        </w:rPr>
        <w:t>‘Thanh tra trưởng William Warwick và cấp phó của ông ta, một thanh tra tên Ross Hogan.’</w:t>
      </w:r>
    </w:p>
    <w:p>
      <w:pPr>
        <w:spacing w:after="80"/>
      </w:pPr>
      <w:r>
        <w:rPr>
          <w:b w:val="0"/>
          <w:i w:val="0"/>
        </w:rPr>
        <w:t>‘Vợ của Thanh tra trưởng sắp nhận được một bất ngờ khó chịu, và không chỉ vì cô ta sẽ không có được bức Frans Hals của tôi cho buổi triển lãm mùa thu của cô ta đâu,’ Faulkner nói, rồi dập mạnh điện thoại xuống. Ông rời khỏi phòng, leo lên cầu thang và, sau khi gõ nhẹ vào đồng hồ đeo tay, nhập một mã gồm tám chữ số. Khi cánh cửa bên trong mở ra, ông bước vào trong két sắt, lại xem đồng hồ và nhập mã thứ hai để có thể quay về phòng làm việc của mình ở tầng trệt.</w:t>
      </w:r>
    </w:p>
    <w:p>
      <w:pPr>
        <w:spacing w:after="80"/>
      </w:pPr>
      <w:r>
        <w:rPr>
          <w:b w:val="0"/>
          <w:i w:val="0"/>
        </w:rPr>
        <w:t>Khi cánh cửa mở ra, ông được chào đón bằng cảnh Collins đang đợi mình với một ly sâm panh vừa rót đặt trên khay bạc. Ông vừa bước vừa chộp lấy ly và nói, ‘Ông Booth Watson vẫn còn ở đây với chúng ta chứ?’</w:t>
      </w:r>
    </w:p>
    <w:p>
      <w:pPr>
        <w:spacing w:after="80"/>
      </w:pPr>
      <w:r>
        <w:rPr>
          <w:b w:val="0"/>
          <w:i w:val="0"/>
        </w:rPr>
        <w:t>‘Vâng, thưa ngài. Ông ấy đang đợi ngài trong phòng khách.’</w:t>
      </w:r>
    </w:p>
    <w:p>
      <w:pPr>
        <w:spacing w:after="80"/>
      </w:pPr>
      <w:r>
        <w:rPr>
          <w:b w:val="0"/>
          <w:i w:val="0"/>
        </w:rPr>
        <w:t>Faulkner đưa mắt nhìn quanh căn phòng đã bị lục tung. ‘Tôi thấy Thanh tra trưởng đã để lại danh thiếp của mình,’ ông nói, rồi tiến về phía phòng khách, chỉ dừng lại để chỉnh thẳng một bức tranh trên hành lang.</w:t>
      </w:r>
    </w:p>
    <w:p>
      <w:pPr>
        <w:spacing w:after="80"/>
      </w:pPr>
      <w:r>
        <w:rPr>
          <w:b w:val="0"/>
          <w:i w:val="0"/>
        </w:rPr>
        <w:t>Booth Watson đứng dậy khi thân chủ của mình bước vào phòng. Faulkner sụp xuống chiếc ghế gần nhất và ngước nhìn lên một chiếc móc treo tranh đôi thừa thãi trên tường.</w:t>
      </w:r>
    </w:p>
    <w:p>
      <w:pPr>
        <w:spacing w:after="80"/>
      </w:pPr>
      <w:r>
        <w:rPr>
          <w:b w:val="0"/>
          <w:i w:val="0"/>
        </w:rPr>
        <w:t>‘Vậy ra bức Caravaggio chẳng qua chỉ là mồi nhử để tìm ra chỗ tôi đang ẩn náu.’</w:t>
      </w:r>
    </w:p>
    <w:p>
      <w:pPr>
        <w:spacing w:after="80"/>
      </w:pPr>
      <w:r>
        <w:rPr>
          <w:b w:val="0"/>
          <w:i w:val="0"/>
        </w:rPr>
        <w:t>‘Có vẻ là vậy,’ Booth Watson nói. ‘Và ông sẽ không vui khi biết rằng họ đã mang bức tranh về theo.’</w:t>
      </w:r>
    </w:p>
    <w:p>
      <w:pPr>
        <w:spacing w:after="80"/>
      </w:pPr>
      <w:r>
        <w:rPr>
          <w:b w:val="0"/>
          <w:i w:val="0"/>
        </w:rPr>
        <w:t>‘Nhớ đảm bảo là tấm séc bị từ chối thanh toán đấy.’</w:t>
      </w:r>
    </w:p>
    <w:p>
      <w:pPr>
        <w:spacing w:after="80"/>
      </w:pPr>
      <w:r>
        <w:rPr>
          <w:b w:val="0"/>
          <w:i w:val="0"/>
        </w:rPr>
        <w:t>‘Tôi đã nói chuyện với ngân hàng rồi. Sáng nay Ngài đã xuất trình tấm séc, và họ sắp sửa đổi tiền thì tôi gọi tới.’</w:t>
      </w:r>
    </w:p>
    <w:p>
      <w:pPr>
        <w:spacing w:after="80"/>
      </w:pPr>
      <w:r>
        <w:rPr>
          <w:b w:val="0"/>
          <w:i w:val="0"/>
        </w:rPr>
        <w:t>‘Tôi vẫn sẽ lấy được bức tranh đó,’ Miles nói, trong khi ngước nhìn khoảng trống trên tường.</w:t>
      </w:r>
    </w:p>
    <w:p>
      <w:pPr>
        <w:spacing w:after="80"/>
      </w:pPr>
      <w:r>
        <w:rPr>
          <w:b w:val="0"/>
          <w:i w:val="0"/>
        </w:rPr>
        <w:t>Booth Watson không bình luận gì.</w:t>
      </w:r>
    </w:p>
    <w:p>
      <w:pPr>
        <w:spacing w:after="80"/>
      </w:pPr>
      <w:r>
        <w:rPr>
          <w:b w:val="0"/>
          <w:i w:val="0"/>
        </w:rPr>
        <w:t>‘Làm sao ông tránh được việc bị cảnh sát nhìn thấy?’</w:t>
      </w:r>
    </w:p>
    <w:p>
      <w:pPr>
        <w:spacing w:after="80"/>
      </w:pPr>
      <w:r>
        <w:rPr>
          <w:b w:val="0"/>
          <w:i w:val="0"/>
        </w:rPr>
        <w:t>‘Collins đưa tôi lên một trong những phòng của người hầu ở tầng trên cùng và tôi trốn dưới gầm giường của cô ấy.’</w:t>
      </w:r>
    </w:p>
    <w:p>
      <w:pPr>
        <w:spacing w:after="80"/>
      </w:pPr>
      <w:r>
        <w:rPr>
          <w:b w:val="0"/>
          <w:i w:val="0"/>
        </w:rPr>
        <w:t>‘Cảnh sát không kiểm tra phòng cô ta à?’</w:t>
      </w:r>
    </w:p>
    <w:p>
      <w:pPr>
        <w:spacing w:after="80"/>
      </w:pPr>
      <w:r>
        <w:rPr>
          <w:b w:val="0"/>
          <w:i w:val="0"/>
        </w:rPr>
        <w:t>‘Một người có vào, nhưng bắt gặp một người làm vườn đang quan hệ với cô hầu. Anh ta xin lỗi rồi nhanh chóng rời đi. Nhưng giờ ông sẽ phải đối mặt với sự thật rằng nơi này sẽ bị giám sát liên tục.’</w:t>
      </w:r>
    </w:p>
    <w:p>
      <w:pPr>
        <w:spacing w:after="80"/>
      </w:pPr>
      <w:r>
        <w:rPr>
          <w:b w:val="0"/>
          <w:i w:val="0"/>
        </w:rPr>
        <w:t>‘Chúng ta luôn biết điều đó kiểu gì cũng sẽ xảy ra mà. Ít nhất thì tôi đã chuẩn bị kỹ càng,’ Faulkner nói. ‘Nhưng giờ tôi cần lên kế hoạch trốn thoát vì sẽ không lâu nữa trước khi họ quay lại.’</w:t>
      </w:r>
    </w:p>
    <w:p>
      <w:pPr>
        <w:spacing w:after="80"/>
      </w:pPr>
      <w:r>
        <w:rPr>
          <w:b w:val="0"/>
          <w:i w:val="0"/>
        </w:rPr>
        <w:t>‘Khi nào và bằng cách nào?’ Booth Watson hỏi. ‘Chúng ta phải giả định rằng họ sẽ có tuần tra trên con đường ra khỏi đây, hai mươi bốn trên bảy.’</w:t>
      </w:r>
    </w:p>
    <w:p>
      <w:pPr>
        <w:spacing w:after="80"/>
      </w:pPr>
      <w:r>
        <w:rPr>
          <w:b w:val="0"/>
          <w:i w:val="0"/>
        </w:rPr>
        <w:t>‘Nhưng tôi sẽ không đi bằng đường bộ.’</w:t>
      </w:r>
    </w:p>
    <w:p>
      <w:pPr>
        <w:spacing w:after="80"/>
      </w:pPr>
      <w:r>
        <w:rPr>
          <w:b w:val="0"/>
          <w:i w:val="0"/>
        </w:rPr>
        <w:t>‘Nhưng như ông từng nói với tôi, phía bên kia ngôi nhà chẳng có gì ngoài một vách đá dựng đứng.’</w:t>
      </w:r>
    </w:p>
    <w:p>
      <w:pPr>
        <w:spacing w:after="80"/>
      </w:pPr>
      <w:r>
        <w:rPr>
          <w:b w:val="0"/>
          <w:i w:val="0"/>
        </w:rPr>
        <w:t>‘Điều đó sẽ đúng nếu Franco không xây một đường hầm từ phòng làm việc ở tầng dưới của ông ta chạy thẳng ra bãi biển. Tuy nhiên, tôi vẫn chưa thể nhúc nhích cho đến khi mọi thứ khác vào guồng, nên ông sẽ phải làm việc tăng ca khi về lại London. Đầu tiên, tôi cần ông liên lạc với thuyền trưởng du thuyền của tôi, và bảo ông ta sẵn sàng ra khơi bất cứ lúc nào.’</w:t>
      </w:r>
    </w:p>
    <w:p>
      <w:pPr>
        <w:spacing w:after="80"/>
      </w:pPr>
      <w:r>
        <w:rPr>
          <w:b w:val="0"/>
          <w:i w:val="0"/>
        </w:rPr>
        <w:t>‘Còn bộ sưu tập thì sao?’</w:t>
      </w:r>
    </w:p>
    <w:p>
      <w:pPr>
        <w:spacing w:after="80"/>
      </w:pPr>
      <w:r>
        <w:rPr>
          <w:b w:val="0"/>
          <w:i w:val="0"/>
        </w:rPr>
        <w:t>‘Đi cùng tôi. Ở nơi tôi sắp đến, có lẽ đó là tài sản duy nhất tôi có.’</w:t>
      </w:r>
    </w:p>
    <w:p>
      <w:pPr>
        <w:spacing w:after="80"/>
      </w:pPr>
      <w:r>
        <w:rPr>
          <w:b w:val="0"/>
          <w:i w:val="0"/>
        </w:rPr>
        <w:t>‘Tôi có thể gợi ý không,’ Booth Watson nói, ‘rằng từ giờ anh nên ngủ trong phòng làm việc, khóa cửa lại, để nếu Warwick có xuất hiện giữa đêm thì anh cũng có đủ thời gian để tẩu thoát.’</w:t>
      </w:r>
    </w:p>
    <w:p>
      <w:pPr>
        <w:spacing w:after="80"/>
      </w:pPr>
      <w:r>
        <w:rPr>
          <w:b w:val="0"/>
          <w:i w:val="0"/>
        </w:rPr>
        <w:t>‘Ý hay đấy, BW. Tôi sẽ bảo Collins dựng ngay một cái giường dã chiến.’</w:t>
      </w:r>
    </w:p>
    <w:p>
      <w:pPr>
        <w:spacing w:after="80"/>
      </w:pPr>
      <w:r>
        <w:rPr>
          <w:b w:val="0"/>
          <w:i w:val="0"/>
        </w:rPr>
        <w:t>‘Còn gì nữa cần tôi làm không, khi tôi về lại London?’</w:t>
      </w:r>
    </w:p>
    <w:p>
      <w:pPr>
        <w:spacing w:after="80"/>
      </w:pPr>
      <w:r>
        <w:rPr>
          <w:b w:val="0"/>
          <w:i w:val="0"/>
        </w:rPr>
        <w:t>‘Chỉ thêm một việc nữa. Đưa cho Lamont mười ngàn bảng tiền mặt và bảo anh ta giao cho Terry Roach vào sáng mai.’</w:t>
      </w:r>
    </w:p>
    <w:p>
      <w:pPr>
        <w:spacing w:after="80"/>
      </w:pPr>
      <w:r>
        <w:rPr>
          <w:b w:val="0"/>
          <w:i w:val="0"/>
        </w:rPr>
        <w:t>Booth Watson, như bất kỳ QC (luật sư cố vấn cấp cao) dày dạn nào, không bao giờ hỏi một câu mà ông không muốn biết câu trả lời.</w:t>
      </w:r>
    </w:p>
    <w:p>
      <w:pPr>
        <w:pStyle w:val="Heading2"/>
      </w:pPr>
      <w:r>
        <w:rPr>
          <w:rFonts w:ascii="Calibri" w:hAnsi="Calibri"/>
          <w:b/>
          <w:i w:val="0"/>
          <w:sz w:val="32"/>
        </w:rPr>
        <w:t>CHƯƠNG 21</w:t>
      </w:r>
    </w:p>
    <w:p>
      <w:pPr>
        <w:spacing w:after="80"/>
      </w:pPr>
      <w:r>
        <w:rPr>
          <w:b w:val="0"/>
          <w:i w:val="0"/>
        </w:rPr>
        <w:t>‘VẬY LẦN NÀY ANH ĐÃ ĐẾN THÀNH PHỐ châu Âu nào thế, người hang động?’ Beth hỏi, khi rót cho William tách cà phê đen thứ hai.</w:t>
      </w:r>
    </w:p>
    <w:p>
      <w:pPr>
        <w:spacing w:after="80"/>
      </w:pPr>
      <w:r>
        <w:rPr>
          <w:b w:val="0"/>
          <w:i w:val="0"/>
        </w:rPr>
        <w:t>‘Sao em lại nghĩ là anh đã rời London chứ?’</w:t>
      </w:r>
    </w:p>
    <w:p>
      <w:pPr>
        <w:spacing w:after="80"/>
      </w:pPr>
      <w:r>
        <w:rPr>
          <w:b w:val="0"/>
          <w:i w:val="0"/>
        </w:rPr>
        <w:t>‘Hôm qua em cần mượn vài bảng, chỉ để phát hiện ra ví anh đầy ắp tiền peseta.’</w:t>
      </w:r>
    </w:p>
    <w:p>
      <w:pPr>
        <w:spacing w:after="80"/>
      </w:pPr>
      <w:r>
        <w:rPr>
          <w:b w:val="0"/>
          <w:i w:val="0"/>
        </w:rPr>
        <w:t>‘Định nghĩa lại ý nghĩa của từ “mượn” xem nào.’</w:t>
      </w:r>
    </w:p>
    <w:p>
      <w:pPr>
        <w:spacing w:after="80"/>
      </w:pPr>
      <w:r>
        <w:rPr>
          <w:b w:val="0"/>
          <w:i w:val="0"/>
        </w:rPr>
        <w:t>‘Toàn bộ số tiền sẽ được trả lại vào một lúc nào đó trong tương lai.’</w:t>
      </w:r>
    </w:p>
    <w:p>
      <w:pPr>
        <w:spacing w:after="80"/>
      </w:pPr>
      <w:r>
        <w:rPr>
          <w:b w:val="0"/>
          <w:i w:val="0"/>
        </w:rPr>
        <w:t>‘Tương lai là bao lâu?’ William hỏi, trong khi phết mứt cam lên bánh mì nướng.</w:t>
      </w:r>
    </w:p>
    <w:p>
      <w:pPr>
        <w:spacing w:after="80"/>
      </w:pPr>
      <w:r>
        <w:rPr>
          <w:b w:val="0"/>
          <w:i w:val="0"/>
        </w:rPr>
        <w:t>‘Trong suốt cuộc đời em,’ cô nói, hôn lên trán anh. ‘Đừng đánh trống lảng nữa và kể cho em nghe anh đã đi đâu sau khi thăm Scotland.’</w:t>
      </w:r>
    </w:p>
    <w:p>
      <w:pPr>
        <w:spacing w:after="80"/>
      </w:pPr>
      <w:r>
        <w:rPr>
          <w:b w:val="0"/>
          <w:i w:val="0"/>
        </w:rPr>
        <w:t>‘Sao em lại nghĩ là anh đã ở Scotland?’</w:t>
      </w:r>
    </w:p>
    <w:p>
      <w:pPr>
        <w:spacing w:after="80"/>
      </w:pPr>
      <w:r>
        <w:rPr>
          <w:b w:val="0"/>
          <w:i w:val="0"/>
        </w:rPr>
        <w:t>‘Cùng với tờ một nghìn peseta, tôi còn tìm thấy một tấm vé một chiều đi Aberdeen, và tôi không nghĩ peseta đã trở thành đơn vị tiền tệ quốc gia của Scotland đâu.’</w:t>
      </w:r>
    </w:p>
    <w:p>
      <w:pPr>
        <w:spacing w:after="80"/>
      </w:pPr>
      <w:r>
        <w:rPr>
          <w:b w:val="0"/>
          <w:i w:val="0"/>
        </w:rPr>
        <w:t>‘Lẽ ra cậu phải kiếm được hơn vài bảng cho một nghìn peseta chứ.’</w:t>
      </w:r>
    </w:p>
    <w:p>
      <w:pPr>
        <w:spacing w:after="80"/>
      </w:pPr>
      <w:r>
        <w:rPr>
          <w:b w:val="0"/>
          <w:i w:val="0"/>
        </w:rPr>
        <w:t>‘Đừng đánh trống lảng nữa,’ Beth nhắc lại. ‘Tôi đã suy ra rồi, chắc chắn anh phải đến Scotland để gặp Lord McLaren, hay chính xác hơn là bức tranh Caravaggio của ông ấy. Lý do duy nhất khiến anh làm vậy là hy vọng Miles Faulkner sẽ có mặt ở đó, và tôi nghi rằng tất cả những gì anh nhận được cho công sức của mình chỉ là người đại diện của hắn trên cõi đời này.’</w:t>
      </w:r>
    </w:p>
    <w:p>
      <w:pPr>
        <w:spacing w:after="80"/>
      </w:pPr>
      <w:r>
        <w:rPr>
          <w:b w:val="0"/>
          <w:i w:val="0"/>
        </w:rPr>
        <w:t>William phết bơ lên một miếng bánh mì nướng nữa.</w:t>
      </w:r>
    </w:p>
    <w:p>
      <w:pPr>
        <w:spacing w:after="80"/>
      </w:pPr>
      <w:r>
        <w:rPr>
          <w:b w:val="0"/>
          <w:i w:val="0"/>
        </w:rPr>
        <w:t>‘Không sao nếu anh không muốn kể cho tôi,’ Beth nói, ‘vì tôi sắp ăn trưa với Christina, và tôi chắc cô ấy sẽ tiết lộ tất cả.’</w:t>
      </w:r>
    </w:p>
    <w:p>
      <w:pPr>
        <w:spacing w:after="80"/>
      </w:pPr>
      <w:r>
        <w:rPr>
          <w:b w:val="0"/>
          <w:i w:val="0"/>
        </w:rPr>
        <w:t>William thấy tội lỗi khi nghĩ rằng Beth sắp phát hiện ra bức Frans Hals mà Christina đã hứa cho bảo tàng Fitzmolean mượn sẽ không được treo trong triển lãm mùa thu của họ, và lỗi là ở anh. ‘Phải đi đây,’ anh nói, sau khi uống cạn ly cà phê, ‘không thì tôi sẽ trễ cuộc họp với chỉ huy.’</w:t>
      </w:r>
    </w:p>
    <w:p>
      <w:pPr>
        <w:spacing w:after="80"/>
      </w:pPr>
      <w:r>
        <w:rPr>
          <w:b w:val="0"/>
          <w:i w:val="0"/>
        </w:rPr>
        <w:t>‘Anh còn tờ peseta nào không?’ Beth hỏi, sau một nụ hôn nữa.</w:t>
      </w:r>
    </w:p>
    <w:p>
      <w:pPr>
        <w:spacing w:after="80"/>
      </w:pPr>
      <w:r>
        <w:rPr>
          <w:b w:val="0"/>
          <w:i w:val="0"/>
        </w:rPr>
        <w:t>‘Bố tôi đã cảnh báo tôi về những người phụ nữ như cô đấy,’ anh nói, khi đưa cho cô tờ năm bảng.</w:t>
      </w:r>
    </w:p>
    <w:p>
      <w:pPr>
        <w:spacing w:after="80"/>
      </w:pPr>
      <w:r>
        <w:rPr>
          <w:b w:val="0"/>
          <w:i w:val="0"/>
        </w:rPr>
        <w:t>‘Tôi mê bố anh lắm,’ Beth nói.</w:t>
      </w:r>
    </w:p>
    <w:p>
      <w:pPr>
        <w:spacing w:after="80"/>
        <w:jc w:val="center"/>
      </w:pPr>
      <w:r>
        <w:rPr>
          <w:b w:val="0"/>
          <w:i w:val="0"/>
        </w:rPr>
        <w:t>• • •</w:t>
      </w:r>
    </w:p>
    <w:p>
      <w:pPr>
        <w:spacing w:after="80"/>
      </w:pPr>
      <w:r>
        <w:rPr>
          <w:b w:val="0"/>
          <w:i w:val="0"/>
        </w:rPr>
        <w:t>Vị chỉ huy ngồi vào vị trí đầu bàn, hài lòng thấy rằng mọi thành viên trong đội đều có mặt. Ông nhìn sang bên phải và nói, ‘Vậy là giờ hắn biết rằng chúng ta đã biết.’</w:t>
      </w:r>
    </w:p>
    <w:p>
      <w:pPr>
        <w:spacing w:after="80"/>
      </w:pPr>
      <w:r>
        <w:rPr>
          <w:b w:val="0"/>
          <w:i w:val="0"/>
        </w:rPr>
        <w:t>‘Vâng, thưa sếp,’ William nói. ‘Nghĩa là chúng ta không có nhiều thời gian để nghĩ ra kế hoạch nếu muốn tóm được hắn trước khi hắn biến mất lần nữa.’</w:t>
      </w:r>
    </w:p>
    <w:p>
      <w:pPr>
        <w:spacing w:after="80"/>
      </w:pPr>
      <w:r>
        <w:rPr>
          <w:b w:val="0"/>
          <w:i w:val="0"/>
        </w:rPr>
        <w:t>‘Chúng ta?’ The Hawk nói.</w:t>
      </w:r>
    </w:p>
    <w:p>
      <w:pPr>
        <w:spacing w:after="80"/>
      </w:pPr>
      <w:r>
        <w:rPr>
          <w:b w:val="0"/>
          <w:i w:val="0"/>
        </w:rPr>
        <w:t>‘Ross đã đồng ý hoãn chuyến đi của anh ấy một tháng, để đảm bảo Faulkner không thoát lần thứ ba.’</w:t>
      </w:r>
    </w:p>
    <w:p>
      <w:pPr>
        <w:spacing w:after="80"/>
      </w:pPr>
      <w:r>
        <w:rPr>
          <w:b w:val="0"/>
          <w:i w:val="0"/>
        </w:rPr>
        <w:t>‘Có gì mà cậu không chịu làm để được đi nằm vùng lần nữa vậy, DI Hogan?’ The Hawk hỏi, chuyển sự chú ý sang phía bên kia bàn.</w:t>
      </w:r>
    </w:p>
    <w:p>
      <w:pPr>
        <w:spacing w:after="80"/>
      </w:pPr>
      <w:r>
        <w:rPr>
          <w:b w:val="0"/>
          <w:i w:val="0"/>
        </w:rPr>
        <w:t>‘Có vẻ là không,’ William nói, trước khi Ross kịp trả lời. ‘Cảnh sát Tây Ban Nha đã hợp tác hết mức có thể. Tuy nhiên, Trung úy Sanchez nghĩ sẽ có ích nếu sếp nói chuyện với người đồng cấp của mình ở Barcelona.’</w:t>
      </w:r>
    </w:p>
    <w:p>
      <w:pPr>
        <w:spacing w:after="80"/>
      </w:pPr>
      <w:r>
        <w:rPr>
          <w:b w:val="0"/>
          <w:i w:val="0"/>
        </w:rPr>
        <w:t>‘Tôi sẽ gọi cho anh ấy vào sáng nay,’ The Hawk nói. ‘Chỉ cần đảm bảo báo cáo đầy đủ cho tôi về những gì hai người đang làm, và ý tôi là đầy đủ.’</w:t>
      </w:r>
    </w:p>
    <w:p>
      <w:pPr>
        <w:spacing w:after="80"/>
      </w:pPr>
      <w:r>
        <w:rPr>
          <w:b w:val="0"/>
          <w:i w:val="0"/>
        </w:rPr>
        <w:t>‘Vâng, thưa sếp,’ William đáp, biết rõ điều đó sẽ không thể thực hiện được trừ khi Ross báo cáo đầy đủ cho anh về những gì anh ta đang làm.</w:t>
      </w:r>
    </w:p>
    <w:p>
      <w:pPr>
        <w:spacing w:after="80"/>
      </w:pPr>
      <w:r>
        <w:rPr>
          <w:b w:val="0"/>
          <w:i w:val="0"/>
        </w:rPr>
        <w:t>‘Những người còn lại đã làm gì trong khi DCI Warwick và DI Hogan đang rong ruổi khắp châu Âu bằng tiền thuế của dân? Bắt đầu với anh đi, DC Pankhurst.’</w:t>
      </w:r>
    </w:p>
    <w:p>
      <w:pPr>
        <w:spacing w:after="80"/>
      </w:pPr>
      <w:r>
        <w:rPr>
          <w:b w:val="0"/>
          <w:i w:val="0"/>
        </w:rPr>
        <w:t>‘Darren Carter,’ Rebecca bắt đầu, ‘vẫn đang làm nhân viên gác cửa tại câu lạc bộ Eve, và ngoài việc thỉnh thoảng hút một điếu cần sa trong con hẻm phía sau trong giờ nghỉ, tôi không có nhiều thứ để buộc tội anh ta. Mặc dù những lời bàn tán sau vài cốc bia cho thấy anh ta vẫn nghĩ mình đã thoát tội.’</w:t>
      </w:r>
    </w:p>
    <w:p>
      <w:pPr>
        <w:spacing w:after="80"/>
      </w:pPr>
      <w:r>
        <w:rPr>
          <w:b w:val="0"/>
          <w:i w:val="0"/>
        </w:rPr>
        <w:t>‘Còn chủ câu lạc bộ, kẻ cũng có tội không kém thì sao?’ The Hawk hỏi.</w:t>
      </w:r>
    </w:p>
    <w:p>
      <w:pPr>
        <w:spacing w:after="80"/>
      </w:pPr>
      <w:r>
        <w:rPr>
          <w:b w:val="0"/>
          <w:i w:val="0"/>
        </w:rPr>
        <w:t>‘Anh ta vừa nộp đơn xin gia hạn giấy phép bán rượu đến hai giờ sáng.’</w:t>
      </w:r>
    </w:p>
    <w:p>
      <w:pPr>
        <w:spacing w:after="80"/>
      </w:pPr>
      <w:r>
        <w:rPr>
          <w:b w:val="0"/>
          <w:i w:val="0"/>
        </w:rPr>
        <w:t>‘Nói chuyện với thẩm phán địa phương và đảm bảo đơn đó bị bác bỏ. Nếu anh ta hỏi lý do, bảo anh ta gọi cho tôi.’</w:t>
      </w:r>
    </w:p>
    <w:p>
      <w:pPr>
        <w:spacing w:after="80"/>
      </w:pPr>
      <w:r>
        <w:rPr>
          <w:b w:val="0"/>
          <w:i w:val="0"/>
        </w:rPr>
        <w:t>‘Sẽ làm ngay,’ Rebecca nói, ghi chú lại.</w:t>
      </w:r>
    </w:p>
    <w:p>
      <w:pPr>
        <w:spacing w:after="80"/>
      </w:pPr>
      <w:r>
        <w:rPr>
          <w:b w:val="0"/>
          <w:i w:val="0"/>
        </w:rPr>
        <w:t>‘Để tôi nói rõ nhé, Detective Constable,’ The Hawk tiếp tục, ánh mắt vẫn dán chặt vào Rebecca. ‘Tôi sẽ không hài lòng cho đến khi câu lạc bộ đó bị đóng cửa và cả hai kẻ đó bị tống giam.’</w:t>
      </w:r>
    </w:p>
    <w:p>
      <w:pPr>
        <w:spacing w:after="80"/>
      </w:pPr>
      <w:r>
        <w:rPr>
          <w:b w:val="0"/>
          <w:i w:val="0"/>
        </w:rPr>
        <w:t>‘Vâng, thưa sếp,’ Rebecca lặp lại, nhưng lần này cô không ghi chú.</w:t>
      </w:r>
    </w:p>
    <w:p>
      <w:pPr>
        <w:spacing w:after="80"/>
      </w:pPr>
      <w:r>
        <w:rPr>
          <w:b w:val="0"/>
          <w:i w:val="0"/>
        </w:rPr>
        <w:t>‘Tin tức của anh có khá hơn không, DS Adaja?’</w:t>
      </w:r>
    </w:p>
    <w:p>
      <w:pPr>
        <w:spacing w:after="80"/>
      </w:pPr>
      <w:r>
        <w:rPr>
          <w:b w:val="0"/>
          <w:i w:val="0"/>
        </w:rPr>
        <w:t>‘Có và không, thưa sếp,’ Paul nói. ‘Sleeman vẫn cho vay với lãi suất cắt cổ, đồng thời đe dọa áp đặt một điều khoản vỡ nợ không thành văn đối với bất kỳ ai không trả đúng hạn. Nhưng tôi không làm được gì nhiều về chuyện đó.’</w:t>
      </w:r>
    </w:p>
    <w:p>
      <w:pPr>
        <w:spacing w:after="80"/>
      </w:pPr>
      <w:r>
        <w:rPr>
          <w:b w:val="0"/>
          <w:i w:val="0"/>
        </w:rPr>
        <w:t>‘Tại sao không?’ William chất vấn.</w:t>
      </w:r>
    </w:p>
    <w:p>
      <w:pPr>
        <w:spacing w:after="80"/>
      </w:pPr>
      <w:r>
        <w:rPr>
          <w:b w:val="0"/>
          <w:i w:val="0"/>
        </w:rPr>
        <w:t>‘Mọi nạn nhân tôi phỏng vấn đến giờ đều hoặc im thin thít hoàn toàn, hoặc phủ nhận chưa từng nghe đến Sleeman. Kể cả người vừa mới mất một ngón tay.’</w:t>
      </w:r>
    </w:p>
    <w:p>
      <w:pPr>
        <w:spacing w:after="80"/>
      </w:pPr>
      <w:r>
        <w:rPr>
          <w:b w:val="0"/>
          <w:i w:val="0"/>
        </w:rPr>
        <w:t>‘Rõ ràng họ sợ Sleeman hơn sợ chúng ta,’ Ross nói.</w:t>
      </w:r>
    </w:p>
    <w:p>
      <w:pPr>
        <w:spacing w:after="80"/>
      </w:pPr>
      <w:r>
        <w:rPr>
          <w:b w:val="0"/>
          <w:i w:val="0"/>
        </w:rPr>
        <w:t>‘Và ai trách họ được chứ,’ William nói.</w:t>
      </w:r>
    </w:p>
    <w:p>
      <w:pPr>
        <w:spacing w:after="80"/>
      </w:pPr>
      <w:r>
        <w:rPr>
          <w:b w:val="0"/>
          <w:i w:val="0"/>
        </w:rPr>
        <w:t>‘Cậu có tiến triển gì hơn trong việc truy tìm ba người mất tích đó không?’</w:t>
      </w:r>
    </w:p>
    <w:p>
      <w:pPr>
        <w:spacing w:after="80"/>
      </w:pPr>
      <w:r>
        <w:rPr>
          <w:b w:val="0"/>
          <w:i w:val="0"/>
        </w:rPr>
        <w:t>‘Không, thưa sếp. Vẫn không có dấu vết gì của bất kỳ ai trong số họ. Nhưng điều đó không ngăn được bọn tay sai của Sleeman đến gõ cửa nhà vợ họ khi đến kỳ thanh toán tiếp theo, và moi lấy đồng tiền ít ỏi của người góa phụ.’</w:t>
      </w:r>
    </w:p>
    <w:p>
      <w:pPr>
        <w:spacing w:after="80"/>
      </w:pPr>
      <w:r>
        <w:rPr>
          <w:b w:val="0"/>
          <w:i w:val="0"/>
        </w:rPr>
        <w:t>‘Có lẽ một trong những góa phụ đó sẽ hợp tác hơn trong tương lai,’ The Hawk gợi ý.</w:t>
      </w:r>
    </w:p>
    <w:p>
      <w:pPr>
        <w:spacing w:after="80"/>
      </w:pPr>
      <w:r>
        <w:rPr>
          <w:b w:val="0"/>
          <w:i w:val="0"/>
        </w:rPr>
        <w:t>‘Tôi sẽ không lạc quan quá về điều đó đâu, thưa sếp. Mỗi khi tôi nhắc đến cái tên Sleeman, họ đều khẳng định chưa từng nghe nói đến hắn.’</w:t>
      </w:r>
    </w:p>
    <w:p>
      <w:pPr>
        <w:spacing w:after="80"/>
      </w:pPr>
      <w:r>
        <w:rPr>
          <w:b w:val="0"/>
          <w:i w:val="0"/>
        </w:rPr>
        <w:t>‘Vậy hy vọng tốt nhất của chúng ta là bắt được hắn trước khi nạn nhân tiếp theo biến mất.’</w:t>
      </w:r>
    </w:p>
    <w:p>
      <w:pPr>
        <w:spacing w:after="80"/>
      </w:pPr>
      <w:r>
        <w:rPr>
          <w:b w:val="0"/>
          <w:i w:val="0"/>
        </w:rPr>
        <w:t>‘Nói thì dễ hơn làm, thưa sếp. Nạn nhân tiếp theo có thể là bất kỳ ai trong số hàng chục người,’ Paul nói, nhìn xuống một danh sách dài tên, ‘và tôi chỉ có ba Trung sĩ Cảnh sát Hình sự hỗ trợ, mà một trong số đó mới gia nhập lực lượng gần đây.’</w:t>
      </w:r>
    </w:p>
    <w:p>
      <w:pPr>
        <w:spacing w:after="80"/>
      </w:pPr>
      <w:r>
        <w:rPr>
          <w:b w:val="0"/>
          <w:i w:val="0"/>
        </w:rPr>
        <w:t>‘Đừng lấy cái cớ “tôi thiếu nhân lực” với tôi,’ viên chỉ huy nói. ‘Tôi muốn thấy Sleeman và bọn tay sai của hắn ngồi chung một phòng giam vào dịp Giáng sinh.’</w:t>
      </w:r>
    </w:p>
    <w:p>
      <w:pPr>
        <w:spacing w:after="80"/>
      </w:pPr>
      <w:r>
        <w:rPr>
          <w:b w:val="0"/>
          <w:i w:val="0"/>
        </w:rPr>
        <w:t>Paul cúi gằm mặt.</w:t>
      </w:r>
    </w:p>
    <w:p>
      <w:pPr>
        <w:spacing w:after="80"/>
      </w:pPr>
      <w:r>
        <w:rPr>
          <w:b w:val="0"/>
          <w:i w:val="0"/>
        </w:rPr>
        <w:t>‘Đến lượt cậu, Jackie. Kẻ định giết người đẹp của cậu thế nào rồi? Người phụ nữ mà hắn định lừa cuối cùng đã nhìn ra sự thật chưa?’</w:t>
      </w:r>
    </w:p>
    <w:p>
      <w:pPr>
        <w:spacing w:after="80"/>
      </w:pPr>
      <w:r>
        <w:rPr>
          <w:b w:val="0"/>
          <w:i w:val="0"/>
        </w:rPr>
        <w:t>‘Tiếc là chưa, thưa sếp. Tuần trước cô ấy đã trở thành bà Pugh tại một buổi lễ ít người dự ở phòng đăng ký kết hôn Chelsea Town Hall. Sáng hôm sau, họ bay đến Cape Town hưởng tuần trăng mật. Đừng ngạc nhiên nếu vài tuần nữa một gã đàn ông góa vợ đau buồn, thậm chí giàu có hơn, trở về Anh mà không mặc đồ đen.’</w:t>
      </w:r>
    </w:p>
    <w:p>
      <w:pPr>
        <w:spacing w:after="80"/>
      </w:pPr>
      <w:r>
        <w:rPr>
          <w:b w:val="0"/>
          <w:i w:val="0"/>
        </w:rPr>
        <w:t>‘Tôi cho rằng cậu đã thông báo cho người đồng cấp của mình ở Cape Town và yêu cầu họ theo dõi sát sao Pugh.’</w:t>
      </w:r>
    </w:p>
    <w:p>
      <w:pPr>
        <w:spacing w:after="80"/>
      </w:pPr>
      <w:r>
        <w:rPr>
          <w:b w:val="0"/>
          <w:i w:val="0"/>
        </w:rPr>
        <w:t>‘Mất cả tuần chỉ để tìm ra ai là người đồng cấp của tôi,’ Jackie nói. ‘Và khi cuối cùng tìm được, anh ta bảo đã có bốn mươi chín vụ án mạng chưa phá trong ngăn xếp hồ sơ, nên anh ta chẳng có nhiều thời gian để lo về một vụ có thể sẽ xảy ra vào lúc nào đó trong tương lai. Anh ta nói sẽ gọi cho tôi ngay khi có tin gì. Từ đó đến giờ tôi chưa nghe ngóng được gì.’</w:t>
      </w:r>
    </w:p>
    <w:p>
      <w:pPr>
        <w:spacing w:after="80"/>
      </w:pPr>
      <w:r>
        <w:rPr>
          <w:b w:val="0"/>
          <w:i w:val="0"/>
        </w:rPr>
        <w:t>‘Không hứa hẹn gì mấy,’ William nói.</w:t>
      </w:r>
    </w:p>
    <w:p>
      <w:pPr>
        <w:spacing w:after="80"/>
      </w:pPr>
      <w:r>
        <w:rPr>
          <w:b w:val="0"/>
          <w:i w:val="0"/>
        </w:rPr>
        <w:t>‘Có lẽ cậu nên bay xuống Cape Town và nói chuyện nhỏ nhẹ với bà Pugh,’ Ross gợi ý, ‘và cảnh báo cô ấy rằng tuần trăng mật có thể sẽ rất ngắn, và cô ấy đừng mong sống hạnh phúc mãi mãi về sau.’</w:t>
      </w:r>
    </w:p>
    <w:p>
      <w:pPr>
        <w:spacing w:after="80"/>
      </w:pPr>
      <w:r>
        <w:rPr>
          <w:b w:val="0"/>
          <w:i w:val="0"/>
        </w:rPr>
        <w:t>‘Nếu Jackie làm vậy,’ William nói, ‘Pugh chắc chắn sẽ kiện Sở Cảnh sát Met, và hắn sẽ kiếm được một món hời mà chúng ta không thể buộc tội hắn.’</w:t>
      </w:r>
    </w:p>
    <w:p>
      <w:pPr>
        <w:spacing w:after="80"/>
      </w:pPr>
      <w:r>
        <w:rPr>
          <w:b w:val="0"/>
          <w:i w:val="0"/>
        </w:rPr>
        <w:t>‘Rất khôi hài, thưa Tổng Thanh tra,’ The Hawk nói. ‘Dù sao đi nữa, chúng ta không có nguồn lực để cho Jackie ung dung bay sang Cape Town.’</w:t>
      </w:r>
    </w:p>
    <w:p>
      <w:pPr>
        <w:spacing w:after="80"/>
      </w:pPr>
      <w:r>
        <w:rPr>
          <w:b w:val="0"/>
          <w:i w:val="0"/>
        </w:rPr>
        <w:t>‘Vậy tôi nên làm gì đây?’ Jackie hỏi.</w:t>
      </w:r>
    </w:p>
    <w:p>
      <w:pPr>
        <w:spacing w:after="80"/>
      </w:pPr>
      <w:r>
        <w:rPr>
          <w:b w:val="0"/>
          <w:i w:val="0"/>
        </w:rPr>
        <w:t>‘Cứ chờ đã. Nếu cả hai người họ quay về Anh, cô có thể mở lại hồ sơ.’</w:t>
      </w:r>
    </w:p>
    <w:p>
      <w:pPr>
        <w:spacing w:after="80"/>
      </w:pPr>
      <w:r>
        <w:rPr>
          <w:b w:val="0"/>
          <w:i w:val="0"/>
        </w:rPr>
        <w:t>‘Và nếu họ không làm thế thì sao?’</w:t>
      </w:r>
    </w:p>
    <w:p>
      <w:pPr>
        <w:spacing w:after="80"/>
      </w:pPr>
      <w:r>
        <w:rPr>
          <w:b w:val="0"/>
          <w:i w:val="0"/>
        </w:rPr>
        <w:t>“Chúng tôi sẽ tìm cho cậu một hồ sơ khác,” William nói.</w:t>
      </w:r>
    </w:p>
    <w:p>
      <w:pPr>
        <w:spacing w:after="80"/>
      </w:pPr>
      <w:r>
        <w:rPr>
          <w:b w:val="0"/>
          <w:i w:val="0"/>
        </w:rPr>
        <w:t>‘Cuối cùng thì hãy hướng sự chú ý của chúng ta đến Ron Abbott và Terry Roach,’ viên chỉ huy nói. ‘Có tin tức gì về phía đó không, Ross?’</w:t>
      </w:r>
    </w:p>
    <w:p>
      <w:pPr>
        <w:spacing w:after="80"/>
      </w:pPr>
      <w:r>
        <w:rPr>
          <w:b w:val="0"/>
          <w:i w:val="0"/>
        </w:rPr>
        <w:t>‘Không có gì nhiều mà ngài chưa biết đâu, thưa ngài. Hai gia tộc vẫn đang chĩa mũi dùi vào nhau. Tôi e rằng chẳng mấy chốc nữa nó sẽ bùng nổ thành một cuộc chiến tranh công khai.’</w:t>
      </w:r>
    </w:p>
    <w:p>
      <w:pPr>
        <w:spacing w:after="80"/>
      </w:pPr>
      <w:r>
        <w:rPr>
          <w:b w:val="0"/>
          <w:i w:val="0"/>
        </w:rPr>
        <w:t>‘Chúng ta không thể để chuyện đó xảy ra,’ The Hawk nói. ‘Nhất là vì nó sẽ cho báo chí thêm một cơ hội nữa để viết về những khu vực cấm và việc thiếu cảnh sát tuần tra. William, vì ba vụ còn lại có vẻ đang bế tắc, và DI Hogan sẽ sớm rời khỏi chúng ta, tôi muốn cậu tiếp nhận trách nhiệm về Abbott và Roach.’</w:t>
      </w:r>
    </w:p>
    <w:p>
      <w:pPr>
        <w:spacing w:after="80"/>
      </w:pPr>
      <w:r>
        <w:rPr>
          <w:b w:val="0"/>
          <w:i w:val="0"/>
        </w:rPr>
        <w:t>‘Có phải bằng cách hy sinh Chiến dịch Masterpiece không?’ William hỏi. ‘Bởi vì Ross và tôi tin chắc rằng mình đã nghĩ ra một kế hoạch để đưa Faulkner trở về Anh để ông ta có thể thụ án mười năm của mình.’</w:t>
      </w:r>
    </w:p>
    <w:p>
      <w:pPr>
        <w:spacing w:after="80"/>
      </w:pPr>
      <w:r>
        <w:rPr>
          <w:b w:val="0"/>
          <w:i w:val="0"/>
        </w:rPr>
        <w:t>"Chưa kể đến những gì tòa án sẽ cộng thêm sau vụ trốn thoát của anh ta nữa," Ross chen vào.</w:t>
      </w:r>
    </w:p>
    <w:p>
      <w:pPr>
        <w:spacing w:after="80"/>
      </w:pPr>
      <w:r>
        <w:rPr>
          <w:b w:val="0"/>
          <w:i w:val="0"/>
        </w:rPr>
        <w:t>‘Chúng tôi không phải thợ săn tiền thưởng,’ The Hawk nói. ‘Tôi sẽ cần được thuyết phục rằng các anh có cơ hội thành công cao hơn năm mươi lăm phần trăm thì mới cân nhắc phê duyệt một chiến dịch như vậy.’</w:t>
      </w:r>
    </w:p>
    <w:p>
      <w:pPr>
        <w:spacing w:after="80"/>
      </w:pPr>
      <w:r>
        <w:rPr>
          <w:b w:val="0"/>
          <w:i w:val="0"/>
        </w:rPr>
        <w:t>“Chiều nay tôi có cuộc hẹn với công ty đã làm cánh cửa kim loại trong phòng làm việc của Faulkner,” Ross nói. “Biết đâu chuyện đó sẽ thay đổi cục diện.”</w:t>
      </w:r>
    </w:p>
    <w:p>
      <w:pPr>
        <w:spacing w:after="80"/>
      </w:pPr>
      <w:r>
        <w:rPr>
          <w:b w:val="0"/>
          <w:i w:val="0"/>
        </w:rPr>
        <w:t>‘Nếu họ chỉ cho cậu cách mở cánh cửa đó,’ The Hawk nói, ‘tôi sẽ bao cậu một cốc bia.’</w:t>
      </w:r>
    </w:p>
    <w:p>
      <w:pPr>
        <w:spacing w:after="80"/>
      </w:pPr>
      <w:r>
        <w:rPr>
          <w:b w:val="0"/>
          <w:i w:val="0"/>
        </w:rPr>
        <w:t>‘Nhưng anh chỉ đưa em có một nửa sau chiến thắng Con Ngựa Thành Troy của chúng ta thôi mà,’ Paul nhắc anh ta.</w:t>
      </w:r>
    </w:p>
    <w:p>
      <w:pPr>
        <w:spacing w:after="80"/>
      </w:pPr>
      <w:r>
        <w:rPr>
          <w:b w:val="0"/>
          <w:i w:val="0"/>
        </w:rPr>
        <w:t>“Cậu được thế là may lắm rồi,” William nói, “nhất là khi cậu dành gần hết buổi tối trong phòng cấp cứu vì bị bong gân mắt cá chân.”</w:t>
      </w:r>
    </w:p>
    <w:p>
      <w:pPr>
        <w:spacing w:after="80"/>
      </w:pPr>
      <w:r>
        <w:rPr>
          <w:b w:val="0"/>
          <w:i w:val="0"/>
        </w:rPr>
        <w:t>Những người còn lại trong đội bắt đầu đập tay xuống bàn, còn Paul thì trông có vẻ biết lỗi đúng mức. Cậu được cứu nguy khi thư ký của chỉ huy lao vào phòng.</w:t>
      </w:r>
    </w:p>
    <w:p>
      <w:pPr>
        <w:spacing w:after="80"/>
      </w:pPr>
      <w:r>
        <w:rPr>
          <w:b w:val="0"/>
          <w:i w:val="0"/>
        </w:rPr>
        <w:t>‘Một người phụ nữ vừa bị sát hại ở South Kensington,’ cô nói. ‘Họ đang yêu cầu sự hỗ trợ của Yard.’</w:t>
      </w:r>
    </w:p>
    <w:p>
      <w:pPr>
        <w:spacing w:after="80"/>
      </w:pPr>
      <w:r>
        <w:rPr>
          <w:b w:val="0"/>
          <w:i w:val="0"/>
        </w:rPr>
        <w:t>‘Bảo họ cử một trong các đội điều tra án mạng ở địa phương xử lý vụ này đi, Angela,’ viên chỉ huy nói. ‘Họ không nhận ra là chúng ta đã đủ rắc rối của mình rồi sao?’</w:t>
      </w:r>
    </w:p>
    <w:p>
      <w:pPr>
        <w:spacing w:after="80"/>
      </w:pPr>
      <w:r>
        <w:rPr>
          <w:b w:val="0"/>
          <w:i w:val="0"/>
        </w:rPr>
        <w:t>‘Bình thường thì họ sẽ làm vậy, viên sĩ quan phụ trách đã trấn an tôi như thế,’ Angela nói, ‘nhưng người phụ nữ được phát hiện với một con dao bếp có răng cưa cắm phập vào cổ họng.’</w:t>
      </w:r>
    </w:p>
    <w:p>
      <w:pPr>
        <w:spacing w:after="80"/>
      </w:pPr>
      <w:r>
        <w:rPr>
          <w:b w:val="0"/>
          <w:i w:val="0"/>
        </w:rPr>
        <w:t>‘Roach,’ William và Hogan đồng thanh nói, cả hai cùng bật khỏi ghế.</w:t>
      </w:r>
    </w:p>
    <w:p>
      <w:pPr>
        <w:spacing w:after="80"/>
      </w:pPr>
      <w:r>
        <w:rPr>
          <w:b w:val="0"/>
          <w:i w:val="0"/>
        </w:rPr>
        <w:t>‘Bảo họ là chúng ta đang trên đường tới,’ William nói. ‘Jackie, đảm bảo có một xe tuần tra chờ sẵn ngoài cửa trước cho chúng ta, và bảo sĩ quan trực gọi cho tôi qua bộ đàm, để anh ta có thể báo cáo tình hình trước khi tôi tới nơi.’</w:t>
      </w:r>
    </w:p>
    <w:p>
      <w:pPr>
        <w:spacing w:after="80"/>
      </w:pPr>
      <w:r>
        <w:rPr>
          <w:b w:val="0"/>
          <w:i w:val="0"/>
        </w:rPr>
        <w:t>William và Ross bắt đầu chạy về phía cửa, nhưng William bỗng dừng lại, quay đầu và nói, ‘Paul, phát lệnh truy nã toàn quốc đối với Terry Roach, kèm cảnh báo rằng hắn sẽ có vũ khí và nguy hiểm. Hắn không thể ở xa hiện trường được, nhưng trong trường hợp cụ thể này, sẽ không phải bốn mươi tám giờ đầu tiên là quyết định, mà là bốn mươi tám phút đầu tiên. Nếu chúng ta không bắt được hắn trước khi hắn quay về East End, hắn sẽ có một bằng chứng ngoại phạm sắt đá cùng cả tá nhân chứng thề sống thề chết rằng cả ngày hôm nay hắn chưa hề đặt chân ra khỏi Whitechapel.’</w:t>
      </w:r>
    </w:p>
    <w:p>
      <w:pPr>
        <w:spacing w:after="80"/>
      </w:pPr>
      <w:r>
        <w:rPr>
          <w:b w:val="0"/>
          <w:i w:val="0"/>
        </w:rPr>
        <w:t>Paul chộp lấy chiếc điện thoại gần nhất khi William lao ra khỏi phòng và vào hành lang. Ross đã biến mất khỏi tầm mắt. Anh nhảy hai bậc một xuống cầu thang tới tầng trệt, không muốn phó mặc cho sự thất thường của thang máy. Khi anh tới được sảnh, Danny đã cho xe dừng ngay trước cửa chính.</w:t>
      </w:r>
    </w:p>
    <w:p>
      <w:pPr>
        <w:spacing w:after="80"/>
      </w:pPr>
      <w:r>
        <w:rPr>
          <w:b w:val="0"/>
          <w:i w:val="0"/>
        </w:rPr>
        <w:t>William đẩy cửa xoay bước ra, trong khi Ross nhảy vào ghế sau xe, để ngỏ cửa. William còn chưa kịp đóng cửa thì Danny đã tăng tốc phóng đi.</w:t>
      </w:r>
    </w:p>
    <w:p>
      <w:pPr>
        <w:spacing w:after="80"/>
      </w:pPr>
      <w:r>
        <w:rPr>
          <w:b w:val="0"/>
          <w:i w:val="0"/>
        </w:rPr>
        <w:t>Họ lao ra khỏi Yard, còi hú vang trời. Danny phóng thẳng qua đèn đỏ ở góc phố Victoria Street, khiến vài chiếc xe phải đạp phanh gấp, kéo theo tiếng còi giận dữ rú lên.</w:t>
      </w:r>
    </w:p>
    <w:p>
      <w:pPr>
        <w:spacing w:after="80"/>
      </w:pPr>
      <w:r>
        <w:rPr>
          <w:b w:val="0"/>
          <w:i w:val="0"/>
        </w:rPr>
        <w:t>‘Chúng ta có vị trí chính xác chưa?’ William hỏi, bám chặt vào ghế phía trước.</w:t>
      </w:r>
    </w:p>
    <w:p>
      <w:pPr>
        <w:spacing w:after="80"/>
      </w:pPr>
      <w:r>
        <w:rPr>
          <w:b w:val="0"/>
          <w:i w:val="0"/>
        </w:rPr>
        <w:t>‘Prince Albert Crescent,’ Danny nói, khi anh phóng vụt qua Palace Theatre theo hướng Hyde Park Corner. Vài chiếc xe nhẹ nhàng tấp sang phải và trái, nhường đường cho chiếc xe trong gương chiếu hậu của họ tiếp tục hành trình không bị gián đoạn.</w:t>
      </w:r>
    </w:p>
    <w:p>
      <w:pPr>
        <w:spacing w:after="80"/>
      </w:pPr>
      <w:r>
        <w:rPr>
          <w:b w:val="0"/>
          <w:i w:val="0"/>
        </w:rPr>
        <w:t>Ý nghĩ đầu tiên của William là bảo tàng Fitzmolean nằm trên Prince Albert Crescent. Anh cố gạt ý nghĩ đó ra khỏi đầu. Bộ đàm rè lên, và William chộp lấy. ‘Thanh tra trưởng Warwick đây,’ anh nói.</w:t>
      </w:r>
    </w:p>
    <w:p>
      <w:pPr>
        <w:spacing w:after="80"/>
      </w:pPr>
      <w:r>
        <w:rPr>
          <w:b w:val="0"/>
          <w:i w:val="0"/>
        </w:rPr>
        <w:t>‘Thanh tra Preston, thưa sếp. Tôi là sĩ quan trực tại West End Central. Trung sĩ Roycroft vừa gọi đến nói rằng sếp muốn được báo cáo tình hình ngay lập tức.’</w:t>
      </w:r>
    </w:p>
    <w:p>
      <w:pPr>
        <w:spacing w:after="80"/>
      </w:pPr>
      <w:r>
        <w:rPr>
          <w:b w:val="0"/>
          <w:i w:val="0"/>
        </w:rPr>
        <w:t>‘Đúng vậy,’ William nói, không phí một lời.</w:t>
      </w:r>
    </w:p>
    <w:p>
      <w:pPr>
        <w:spacing w:after="80"/>
      </w:pPr>
      <w:r>
        <w:rPr>
          <w:b w:val="0"/>
          <w:i w:val="0"/>
        </w:rPr>
        <w:t>‘Một người phụ nữ trẻ vừa bị rạch cổ ở Prince Albert Crescent,’ Preston nói. ‘Theo tôi thấy thì có vẻ đây là vụ có chủ mưu từ trước, và kẻ giết người biết nạn nhân của mình.’</w:t>
      </w:r>
    </w:p>
    <w:p>
      <w:pPr>
        <w:spacing w:after="80"/>
      </w:pPr>
      <w:r>
        <w:rPr>
          <w:b w:val="0"/>
          <w:i w:val="0"/>
        </w:rPr>
        <w:t>‘Có biết danh tính cô ấy không?’</w:t>
      </w:r>
    </w:p>
    <w:p>
      <w:pPr>
        <w:spacing w:after="80"/>
      </w:pPr>
      <w:r>
        <w:rPr>
          <w:b w:val="0"/>
          <w:i w:val="0"/>
        </w:rPr>
        <w:t>‘Không, thưa sếp. Một người đi đường thấy một chiếc xe dừng lại bên cạnh cô ấy và một gã đàn ông to con đeo mặt nạ tất nhảy ra, chém nhiều nhát vào mặt cô ấy trước khi cuối cùng rạch cổ cô. Sau đó hắn quay lại xe và phóng đi với tốc độ cao. Tất cả chỉ diễn ra trong vài giây.’</w:t>
      </w:r>
    </w:p>
    <w:p>
      <w:pPr>
        <w:spacing w:after="80"/>
      </w:pPr>
      <w:r>
        <w:rPr>
          <w:b w:val="0"/>
          <w:i w:val="0"/>
        </w:rPr>
        <w:t>‘Có ai lấy được biển số xe không?’</w:t>
      </w:r>
    </w:p>
    <w:p>
      <w:pPr>
        <w:spacing w:after="80"/>
      </w:pPr>
      <w:r>
        <w:rPr>
          <w:b w:val="0"/>
          <w:i w:val="0"/>
        </w:rPr>
        <w:t>‘DS Adaja cũng hỏi tôi câu đó, nhưng tất cả những gì chúng ta biết là nhân chứng khá chắc chắn đó là một chiếc BMW màu đen.’</w:t>
      </w:r>
    </w:p>
    <w:p>
      <w:pPr>
        <w:spacing w:after="80"/>
      </w:pPr>
      <w:r>
        <w:rPr>
          <w:b w:val="0"/>
          <w:i w:val="0"/>
        </w:rPr>
        <w:t>‘Anh có thể mô tả cho tôi về người phụ nữ đó không?’</w:t>
      </w:r>
    </w:p>
    <w:p>
      <w:pPr>
        <w:spacing w:after="80"/>
      </w:pPr>
      <w:r>
        <w:rPr>
          <w:b w:val="0"/>
          <w:i w:val="0"/>
        </w:rPr>
        <w:t>‘Không dễ đâu, sếp. Cô ấy bị biến dạng nặng lắm.’</w:t>
      </w:r>
    </w:p>
    <w:p>
      <w:pPr>
        <w:spacing w:after="80"/>
      </w:pPr>
      <w:r>
        <w:rPr>
          <w:b w:val="0"/>
          <w:i w:val="0"/>
        </w:rPr>
        <w:t>‘Màu da, độ tuổi?’</w:t>
      </w:r>
    </w:p>
    <w:p>
      <w:pPr>
        <w:spacing w:after="80"/>
      </w:pPr>
      <w:r>
        <w:rPr>
          <w:b w:val="0"/>
          <w:i w:val="0"/>
        </w:rPr>
        <w:t>‘Da trắng, tôi đoán khoảng đầu ba mươi.’</w:t>
      </w:r>
    </w:p>
    <w:p>
      <w:pPr>
        <w:spacing w:after="80"/>
      </w:pPr>
      <w:r>
        <w:rPr>
          <w:b w:val="0"/>
          <w:i w:val="0"/>
        </w:rPr>
        <w:t>William có thể nghe thấy tim mình đập thình thịch.</w:t>
      </w:r>
    </w:p>
    <w:p>
      <w:pPr>
        <w:spacing w:after="80"/>
      </w:pPr>
      <w:r>
        <w:rPr>
          <w:b w:val="0"/>
          <w:i w:val="0"/>
        </w:rPr>
        <w:t>‘Vũ khí?’ William hỏi, trong khi Danny tiếp tục luồn lách qua dòng xe cộ.</w:t>
      </w:r>
    </w:p>
    <w:p>
      <w:pPr>
        <w:spacing w:after="80"/>
      </w:pPr>
      <w:r>
        <w:rPr>
          <w:b w:val="0"/>
          <w:i w:val="0"/>
        </w:rPr>
        <w:t>‘Một con dao nhỏ, mỏng, có cạnh răng cưa. Hắn để nó cắm sâu trong cổ cô ấy. Cứ như thể hắn muốn chúng ta biết ai đã làm việc đó.’</w:t>
      </w:r>
    </w:p>
    <w:p>
      <w:pPr>
        <w:spacing w:after="80"/>
      </w:pPr>
      <w:r>
        <w:rPr>
          <w:b w:val="0"/>
          <w:i w:val="0"/>
        </w:rPr>
        <w:t>‘Đúng là hắn muốn thế,’ William nói, khi nghe thấy tiếng còi xe cứu thương khác từ xa. ‘Đừng để nhân viên y tế lại gần thi thể trước khi tôi đến đó.’</w:t>
      </w:r>
    </w:p>
    <w:p>
      <w:pPr>
        <w:spacing w:after="80"/>
      </w:pPr>
      <w:r>
        <w:rPr>
          <w:b w:val="0"/>
          <w:i w:val="0"/>
        </w:rPr>
        <w:t>‘Rõ, sếp,’ anh ta nói.</w:t>
      </w:r>
    </w:p>
    <w:p>
      <w:pPr>
        <w:spacing w:after="80"/>
      </w:pPr>
      <w:r>
        <w:rPr>
          <w:b w:val="0"/>
          <w:i w:val="0"/>
        </w:rPr>
        <w:t>Khi Danny phóng vụt qua Harrods, người đi bộ quay lại nhìn, và khi họ đến gần hơn, William thầm cầu nguyện, cố thuyết phục bản thân rằng mình đang phản ứng thái quá. Cuối cùng, Danny nhẹ nhàng đạp phanh và rẽ trái vào Prince Albert Crescent, đồng hồ tốc độ vẫn chạm mức năm mươi. Họ không thể không thấy lực lượng cảnh sát đông đảo cách đó vài trăm thước. Một đám đông người xem đang há hốc miệng nhìn từ vỉa hè bên kia đường.</w:t>
      </w:r>
    </w:p>
    <w:p>
      <w:pPr>
        <w:spacing w:after="80"/>
      </w:pPr>
      <w:r>
        <w:rPr>
          <w:b w:val="0"/>
          <w:i w:val="0"/>
        </w:rPr>
        <w:t>Danny phanh gấp, dừng lại chỉ cách dải băng xanh trắng quây quanh hiện trường vụ án vài bước chân.</w:t>
      </w:r>
    </w:p>
    <w:p>
      <w:pPr>
        <w:spacing w:after="80"/>
      </w:pPr>
      <w:r>
        <w:rPr>
          <w:b w:val="0"/>
          <w:i w:val="0"/>
        </w:rPr>
        <w:t>William là người đầu tiên ra khỏi xe. Anh cúi người chui qua dải băng và chạy về phía thi thể không còn sự sống đang nằm sõng soài trong vũng máu trên vỉa hè. Khi đến gần, anh khuỵu xuống và hét lên, ‘Không!’</w:t>
      </w:r>
    </w:p>
    <w:p>
      <w:pPr>
        <w:spacing w:after="80"/>
      </w:pPr>
      <w:r>
        <w:rPr>
          <w:b w:val="0"/>
          <w:i w:val="0"/>
        </w:rPr>
        <w:t>Ross xuất hiện bên cạnh anh ngay sau đó. Khi nhìn thấy đó là ai, anh ta nôn thốc nôn tháo.</w:t>
      </w:r>
    </w:p>
    <w:p>
      <w:pPr>
        <w:spacing w:after="80"/>
      </w:pPr>
      <w:r>
        <w:rPr>
          <w:b w:val="0"/>
          <w:i w:val="0"/>
        </w:rPr>
        <w:t>Thanh tra Preston ngạc nhiên rằng hai sĩ quan dày dạn kinh nghiệm như vậy lại phản ứng cứ như thể đây là vụ án mạng đầu tiên của họ.</w:t>
      </w:r>
    </w:p>
    <w:p>
      <w:pPr>
        <w:spacing w:after="80"/>
      </w:pPr>
      <w:r>
        <w:rPr>
          <w:b w:val="0"/>
          <w:i w:val="0"/>
        </w:rPr>
        <w:t>‘Anh có biết cô ấy là ai không?’ anh ta dò hỏi.</w:t>
      </w:r>
    </w:p>
    <w:p>
      <w:pPr>
        <w:spacing w:after="80"/>
      </w:pPr>
      <w:r>
        <w:rPr>
          <w:b w:val="0"/>
          <w:i w:val="0"/>
        </w:rPr>
        <w:t>‘Có,’ anh đáp, nhẹ nhàng ôm vợ trong vòng tay. ‘Và tôi sẽ giết hắn.’</w:t>
      </w:r>
    </w:p>
    <w:p>
      <w:pPr>
        <w:pStyle w:val="Heading2"/>
      </w:pPr>
      <w:r>
        <w:rPr>
          <w:rFonts w:ascii="Calibri" w:hAnsi="Calibri"/>
          <w:b/>
          <w:i w:val="0"/>
          <w:sz w:val="32"/>
        </w:rPr>
        <w:t>CHƯƠNG 22</w:t>
      </w:r>
    </w:p>
    <w:p>
      <w:pPr>
        <w:spacing w:after="80"/>
      </w:pPr>
      <w:r>
        <w:rPr>
          <w:b w:val="0"/>
          <w:i w:val="0"/>
        </w:rPr>
        <w:t>WILLIAM LUÔN MUỐN đưa Beth đến Paris vào một kỳ nghỉ cuối tuần dài. Họ đã nói với nhau bao lần về việc thăm bảo tàng Louvre, bảo tàng Musée d'Orsay, và tất nhiên là cả bảo tàng Musée Rodin. Họ sẽ ngắm nghía cửa hiệu trên phố Rue de Rivoli, có lẽ mua một bức tranh sơn dầu từ một họa sĩ vỉa hè ở Montmartre, nhớ lại câu chuyện về người phụ nữ Mỹ đã mua một bức tranh của Picasso với vài đồng franc chỉ vì cô thích nó.</w:t>
      </w:r>
    </w:p>
    <w:p>
      <w:pPr>
        <w:spacing w:after="80"/>
      </w:pPr>
      <w:r>
        <w:rPr>
          <w:b w:val="0"/>
          <w:i w:val="0"/>
        </w:rPr>
        <w:t>Họ sẽ đi thuyền xuôi dòng Seine, uống hơi quá chén một chút, và thưởng thức món coq au vin trong khi nếm thử một đĩa phô mai mà họ sẽ không bao giờ được trải nghiệm ở bất kỳ nơi nào khác trên thế giới, trước khi cuối cùng trở về căn nhà trọ nhỏ của họ ở Bờ Trái. Họ sẽ cố không leo lên tháp Eiffel, nhưng rốt cuộc lại cùng hàng chục du khách khác chen chúc trong một thang máy đông đúc để chiêm ngưỡng khung cảnh toàn cảnh ngoạn mục của thành phố lãng mạn nhất trần gian. Nhưng không phải cuối tuần này.</w:t>
      </w:r>
    </w:p>
    <w:p>
      <w:pPr>
        <w:spacing w:after="80"/>
      </w:pPr>
      <w:r>
        <w:rPr>
          <w:b w:val="0"/>
          <w:i w:val="0"/>
        </w:rPr>
        <w:t>Sau khi bước xuống tàu tại ga Gare du Nord, William đi tìm một chiếc taxi. Anh đưa cho tài xế một địa chỉ ở ngoại ô Paris, và hai mươi phút sau chiếc taxi dừng lại trước nhà thờ St Mary the Virgin. Sau khi trả cho tài xế năm mươi franc, William hòa vào dòng người đưa tang thưa thớt đang đi lên con đường dẫn tới cánh cửa mở ở đầu phía đông của nhà thờ.</w:t>
      </w:r>
    </w:p>
    <w:p>
      <w:pPr>
        <w:spacing w:after="80"/>
      </w:pPr>
      <w:r>
        <w:rPr>
          <w:b w:val="0"/>
          <w:i w:val="0"/>
        </w:rPr>
        <w:t>Ba hàng ghế đầu có hơn chục người phụ nữ ăn mặc thanh lịch nhất mà William từng thấy. Anh chậm rãi bước xuống lối đi và ngồi vào ghế phía sau người bạn của mình, người đang cúi đầu cầu nguyện.</w:t>
      </w:r>
    </w:p>
    <w:p>
      <w:pPr>
        <w:spacing w:after="80"/>
      </w:pPr>
      <w:r>
        <w:rPr>
          <w:b w:val="0"/>
          <w:i w:val="0"/>
        </w:rPr>
        <w:t>Khi chuông điểm giờ trên tháp đồng hồ phía trên họ, vị linh mục bước vào, dừng lại trên bậc thềm trước bàn thờ. Ông cử hành lễ tang với vẻ trang nghiêm lặng lẽ, và dù William không hiểu từng lời, vốn tiếng Pháp thời học trò vẫn giúp anh theo dõi được buổi lễ, kể cả bài điếu văn cảm động của một quý ông lớn tuổi, người mà William đoán hẳn là một người họ hàng hoặc một người bạn lâu năm của gia đình.</w:t>
      </w:r>
    </w:p>
    <w:p>
      <w:pPr>
        <w:spacing w:after="80"/>
      </w:pPr>
      <w:r>
        <w:rPr>
          <w:b w:val="0"/>
          <w:i w:val="0"/>
        </w:rPr>
        <w:t>Sau khi buổi lễ kết thúc, tất cả họ tụ tập ở sân nhà thờ. Khi cỗ quan tài được hạ xuống lòng đất, William thấy mừng vì không ai trong số những người đứng quanh mộ đã nhìn thấy cô nằm trên vỉa hè ngay sau khi cô qua đời, và sẽ chỉ nhớ về cô như một người phụ nữ xinh đẹp. Điều an ủi duy nhất là đứa con gái sinh non của cô bằng cách nào đó đã sống sót. Cô bé sẽ không thể sống nổi, nếu Roach biết rằng vợ của Ross Hogan đang mang thai.</w:t>
      </w:r>
    </w:p>
    <w:p>
      <w:pPr>
        <w:spacing w:after="80"/>
      </w:pPr>
      <w:r>
        <w:rPr>
          <w:b w:val="0"/>
          <w:i w:val="0"/>
        </w:rPr>
        <w:t>Vị linh mục làm dấu thánh giá và ban phước cho những người đưa tang, sau đó các cô gái xếp hàng và nhẹ nhàng hôn lên cả hai má Ross, để lại trong anh không chút nghi ngờ về tình cảm mà họ dành cho anh đối với người phụ nữ duy nhất mà anh từng yêu.</w:t>
      </w:r>
    </w:p>
    <w:p>
      <w:pPr>
        <w:spacing w:after="80"/>
      </w:pPr>
      <w:r>
        <w:rPr>
          <w:b w:val="0"/>
          <w:i w:val="0"/>
        </w:rPr>
        <w:t>William là một trong những người cuối cùng đến bày tỏ lòng kính trọng và thấy khó bộc lộ cảm xúc thật của mình. Viên cảnh sát cứng rắn, hoài nghi ấy đã sụp đổ khi William vòng tay ôm anh và chỉ nói: ‘Tôi rất tiếc.’</w:t>
      </w:r>
    </w:p>
    <w:p>
      <w:pPr>
        <w:spacing w:after="80"/>
      </w:pPr>
      <w:r>
        <w:rPr>
          <w:b w:val="0"/>
          <w:i w:val="0"/>
        </w:rPr>
        <w:t>‘Vài ngày tới anh sẽ không gặp tôi đâu,’ Ross nói. ‘Tôi có vài món nợ cần thanh toán. Tôi sẽ trở lại khi đã giải quyết xong.’</w:t>
      </w:r>
    </w:p>
    <w:p>
      <w:pPr>
        <w:spacing w:after="80"/>
      </w:pPr>
      <w:r>
        <w:rPr>
          <w:b w:val="0"/>
          <w:i w:val="0"/>
        </w:rPr>
        <w:t>William nghĩ về những lời đó trong chuyến taxi trở về ga, trên tàu ra sân bay và trong suốt chuyến bay đến Heathrow. Anh lo rằng Ross sẽ lại quay về hoạt động bí mật và sẽ không chia sẻ chi tiết với anh, hay với viên chỉ huy.</w:t>
      </w:r>
    </w:p>
    <w:p>
      <w:pPr>
        <w:spacing w:after="80"/>
        <w:jc w:val="center"/>
      </w:pPr>
      <w:r>
        <w:rPr>
          <w:b w:val="0"/>
          <w:i w:val="0"/>
        </w:rPr>
        <w:t>• • •</w:t>
      </w:r>
    </w:p>
    <w:p>
      <w:pPr>
        <w:spacing w:after="80"/>
      </w:pPr>
      <w:r>
        <w:rPr>
          <w:b w:val="0"/>
          <w:i w:val="0"/>
        </w:rPr>
        <w:t>Ross đã định bắt chuyến bay sớm nhất trở về London, vì anh không có một phút nào để lãng phí trước khi thực hiện phần đầu tiên trong kế hoạch của mình. Anh hẳn đã làm vậy, nếu không bị quý ông lớn tuổi đã đọc điếu văn chặn lại, người mà anh không hiểu một lời nào.</w:t>
      </w:r>
    </w:p>
    <w:p>
      <w:pPr>
        <w:spacing w:after="80"/>
      </w:pPr>
      <w:r>
        <w:rPr>
          <w:b w:val="0"/>
          <w:i w:val="0"/>
        </w:rPr>
        <w:t>‘Xin lỗi, ông Hogan. Tôi là Pierre Monderan,’ ông lão nói, chỉ phảng phất một chút giọng nước ngoài. ‘Tôi là cố vấn tài chính của người vợ quá cố của ông.’ Ông đưa cho Ross một tấm danh thiếp có dập nổi. ‘Có lẽ chúng ta nên ngồi xuống, vì điều tôi sắp nói với ông có thể mất vài phút.’</w:t>
      </w:r>
    </w:p>
    <w:p>
      <w:pPr>
        <w:spacing w:after="80"/>
      </w:pPr>
      <w:r>
        <w:rPr>
          <w:b w:val="0"/>
          <w:i w:val="0"/>
        </w:rPr>
        <w:t>‘Ước gì tôi có thể nghe được những lời tốt đẹp của ông về Jo,’ Ross nói khi ngồi xuống băng ghế cạnh Monsieur Monderan. ‘Rõ ràng là bạn bè cô ấy rất trân trọng những lời đó.’</w:t>
      </w:r>
    </w:p>
    <w:p>
      <w:pPr>
        <w:spacing w:after="80"/>
      </w:pPr>
      <w:r>
        <w:rPr>
          <w:b w:val="0"/>
          <w:i w:val="0"/>
        </w:rPr>
        <w:t>‘Ông thật tử tế khi nói vậy,’ Monderan đáp, lấy từ túi áo khoác ngoài một phong bì và đưa cho Ross. ‘Tôi đã dịch bài điếu văn của mình. Tôi vô cùng ngưỡng mộ vợ ông, và nghĩ có lẽ ông muốn đọc nó khi thuận tiện. Cái chết quá sớm của vợ ông để lại cho tôi một nghĩa vụ cuối cùng phải hoàn thành. Trong một thời gian, tôi đã quản lý tài chính cá nhân của Josephine, như tôi vẫn làm cho tất cả các cô gái khác trong hội.’</w:t>
      </w:r>
    </w:p>
    <w:p>
      <w:pPr>
        <w:spacing w:after="80"/>
      </w:pPr>
      <w:r>
        <w:rPr>
          <w:b w:val="0"/>
          <w:i w:val="0"/>
        </w:rPr>
        <w:t>‘Hội?’</w:t>
      </w:r>
    </w:p>
    <w:p>
      <w:pPr>
        <w:spacing w:after="80"/>
      </w:pPr>
      <w:r>
        <w:rPr>
          <w:b w:val="0"/>
          <w:i w:val="0"/>
        </w:rPr>
        <w:t>‘Cổ phần chung của công ty họ được đăng ký dưới tên The Vestal Virgins. Tổng cộng mười hai người, mỗi người đầu tư mười nghìn franc mỗi tháng vào một doanh nghiệp chung, mà tôi quản lý thay mặt họ. Khá thành công, tôi nghĩ ông sẽ thấy vậy. Mục đích là khi đến lúc họ nghỉ hưu, họ sẽ có đủ dự trữ tài chính để không phải lo lắng về tương lai. Đáng buồn thay, trong trường hợp của Josephine, cô ấy sẽ không được hưởng cái mà tôi tin ông gọi là tổ ấm nhỏ của mình. Với tư cách là người thân gần nhất của cô ấy, giờ nó thuộc về ông.’</w:t>
      </w:r>
    </w:p>
    <w:p>
      <w:pPr>
        <w:spacing w:after="80"/>
      </w:pPr>
      <w:r>
        <w:rPr>
          <w:b w:val="0"/>
          <w:i w:val="0"/>
        </w:rPr>
        <w:t>Ông lấy từ túi áo trong một phong bì trắng mỏng thứ hai và đưa cho Ross.</w:t>
      </w:r>
    </w:p>
    <w:p>
      <w:pPr>
        <w:spacing w:after="80"/>
      </w:pPr>
      <w:r>
        <w:rPr>
          <w:b w:val="0"/>
          <w:i w:val="0"/>
        </w:rPr>
        <w:t>‘Nhưng còn gia đình cô ấy, hay bạn bè thân thiết thì sao? Họ không nên được ưu tiên hơn tôi sao?’</w:t>
      </w:r>
    </w:p>
    <w:p>
      <w:pPr>
        <w:spacing w:after="80"/>
      </w:pPr>
      <w:r>
        <w:rPr>
          <w:b w:val="0"/>
          <w:i w:val="0"/>
        </w:rPr>
        <w:t>‘Cô ấy chưa bao giờ nhắc đến gia đình nào, và để tôi đảm bảo với ông, bạn bè cô ấy đều được chăm sóc chu đáo.’</w:t>
      </w:r>
    </w:p>
    <w:p>
      <w:pPr>
        <w:spacing w:after="80"/>
      </w:pPr>
      <w:r>
        <w:rPr>
          <w:b w:val="0"/>
          <w:i w:val="0"/>
        </w:rPr>
        <w:t>‘Vậy thì có lẽ là một tổ chức từ thiện yêu thích,’ Ross nói, không muốn mở phong bì.</w:t>
      </w:r>
    </w:p>
    <w:p>
      <w:pPr>
        <w:spacing w:after="80"/>
      </w:pPr>
      <w:r>
        <w:rPr>
          <w:b w:val="0"/>
          <w:i w:val="0"/>
        </w:rPr>
        <w:t>‘Đó không phải việc tôi quyết định, thưa ông,’ Monsieur Monderan nói. ‘Tuy nhiên, nếu ông là khách hàng của tôi, tôi sẽ lịch sự nhắc ông rằng ông có một cô con gái có thể được hưởng lợi từ sự cẩn trọng của mẹ cô bé.’ Không nói thêm lời nào, Monsieur Monderan đứng dậy khỏi chỗ ngồi, cúi chào Ross nhẹ nhàng và rời đi, sau khi đã hoàn thành nghĩa vụ ủy thác của mình.</w:t>
      </w:r>
    </w:p>
    <w:p>
      <w:pPr>
        <w:spacing w:after="80"/>
      </w:pPr>
      <w:r>
        <w:rPr>
          <w:b w:val="0"/>
          <w:i w:val="0"/>
        </w:rPr>
        <w:t>Ross nhìn xuống phong bì chưa mở và cảm thấy tội lỗi vì đã không nghĩ đến tương lai của con gái mình. Một lúc lâu sau anh mới xé phong bì và lấy ra một tấm séc ghi tên Mr Ross Hogan QGM. Anh mỉm cười khi nghĩ đến việc Jo đã nhiều lần thúc giục anh kể cho cô ấy nghe anh đã làm gì để được trao Huân chương Dũng cảm của Nữ hoàng (Queen’s Gallantry Medal). Anh luôn khéo léo chuyển chủ đề.</w:t>
      </w:r>
    </w:p>
    <w:p>
      <w:pPr>
        <w:spacing w:after="80"/>
      </w:pPr>
      <w:r>
        <w:rPr>
          <w:b w:val="0"/>
          <w:i w:val="0"/>
        </w:rPr>
        <w:t>Anh nhìn chằm chằm vào tấm séc và phải nhìn những con số không đến lần thứ ba mới nhận ra rằng, lần đầu tiên trong đời, anh là một người giàu có. Dù thật lòng, anh cảm thấy mình như một kẻ nghèo, và sẽ xé tấm séc mà không cần nghĩ ngợi nếu điều đó có thể mang Jo trở lại.</w:t>
      </w:r>
    </w:p>
    <w:p>
      <w:pPr>
        <w:spacing w:after="80"/>
        <w:jc w:val="center"/>
      </w:pPr>
      <w:r>
        <w:rPr>
          <w:b w:val="0"/>
          <w:i w:val="0"/>
        </w:rPr>
        <w:t>• • •</w:t>
      </w:r>
    </w:p>
    <w:p>
      <w:pPr>
        <w:spacing w:after="80"/>
      </w:pPr>
      <w:r>
        <w:rPr>
          <w:b w:val="0"/>
          <w:i w:val="0"/>
        </w:rPr>
        <w:t>Beth không cần phải hỏi William anh đã dành cả ngày ở thành phố nước ngoài nào khi anh về nhà tối hôm đó, vì cô đã biết rồi. Cô đã muốn đi cùng anh đến Paris, và sẽ làm vậy nếu Artemisia không bị thủy đậu, nghĩa là Peter gần như chắc chắn sẽ lây theo cô bé, như cậu bé vẫn luôn vậy. Nhưng Josephine đã ở trong tâm trí cô suốt cả ngày.</w:t>
      </w:r>
    </w:p>
    <w:p>
      <w:pPr>
        <w:spacing w:after="80"/>
      </w:pPr>
      <w:r>
        <w:rPr>
          <w:b w:val="0"/>
          <w:i w:val="0"/>
        </w:rPr>
        <w:t>Cô vừa định đọc truyện trước giờ đi ngủ cho hai đứa trẻ thì nghe thấy tiếng cửa trước đóng lại. Cô chạy xuống cầu thang và thấy William đang treo áo khoác. Họ ôm chặt lấy nhau một lúc lâu trước khi William cất lời, ‘Artemisia thế nào rồi?’</w:t>
      </w:r>
    </w:p>
    <w:p>
      <w:pPr>
        <w:spacing w:after="80"/>
      </w:pPr>
      <w:r>
        <w:rPr>
          <w:b w:val="0"/>
          <w:i w:val="0"/>
        </w:rPr>
        <w:t>‘Đang hồi phục. Nhưng giờ Peter cũng bị lây rồi, đúng như dự đoán. Bọn trẻ đang mong anh đọc truyện trước giờ đi ngủ cho chúng.’</w:t>
      </w:r>
    </w:p>
    <w:p>
      <w:pPr>
        <w:spacing w:after="80"/>
      </w:pPr>
      <w:r>
        <w:rPr>
          <w:b w:val="0"/>
          <w:i w:val="0"/>
        </w:rPr>
        <w:t>‘Tất nhiên là anh sẽ đọc, rồi trong bữa tối anh sẽ kể cho em nghe mọi chuyện đã xảy ra ở Paris.’ Mặc dù anh vẫn chưa quyết định sẽ kể cho cô bao nhiêu.</w:t>
      </w:r>
    </w:p>
    <w:p>
      <w:pPr>
        <w:spacing w:after="80"/>
      </w:pPr>
      <w:r>
        <w:rPr>
          <w:b w:val="0"/>
          <w:i w:val="0"/>
        </w:rPr>
        <w:t>William mệt mỏi bước lên lầu, nhưng tinh thần cậu bỗng phấn chấn ngay khi bước vào phòng bọn trẻ và cặp song sinh nhảy khỏi giường, mỗi đứa ôm chặt lấy một bên chân. Những suy nghĩ của cậu lại quay về Ross và niềm vui mà cậu biết con gái mình sẽ mang đến cho anh ấy. Những suy nghĩ đó bị cắt ngang một cách thô lỗ khi Artemisia nhắc cậu: "Chúng ta đã đến Chương Ba rồi, và chúng con muốn biết điều gì sẽ xảy ra với PC Plod."</w:t>
      </w:r>
    </w:p>
    <w:p>
      <w:pPr>
        <w:spacing w:after="80"/>
      </w:pPr>
      <w:r>
        <w:rPr>
          <w:b w:val="0"/>
          <w:i w:val="0"/>
        </w:rPr>
        <w:t>Cậu mỉm cười với cô bé, hài lòng khi thấy những nốt mụn của con bé gần như đã biến mất; nhưng nụ cười ấy chuyển thành cái cau mày khi cậu thấy những nốt mụn của Peter vừa mới xuất hiện.</w:t>
      </w:r>
    </w:p>
    <w:p>
      <w:pPr>
        <w:spacing w:after="80"/>
      </w:pPr>
      <w:r>
        <w:rPr>
          <w:b w:val="0"/>
          <w:i w:val="0"/>
        </w:rPr>
        <w:t>"Đừng quên nhé," William nói, "rằng PC Plod luôn dặn bọn trẻ nhà ông ấy đừng có nặn mụn."</w:t>
      </w:r>
    </w:p>
    <w:p>
      <w:pPr>
        <w:spacing w:after="80"/>
      </w:pPr>
      <w:r>
        <w:rPr>
          <w:b w:val="0"/>
          <w:i w:val="0"/>
        </w:rPr>
        <w:t>Peter gật đầu khi William mở cuốn sách ra. "Chúng ta đọc đến đâu rồi nhỉ?"</w:t>
      </w:r>
    </w:p>
    <w:p>
      <w:pPr>
        <w:spacing w:after="80"/>
      </w:pPr>
      <w:r>
        <w:rPr>
          <w:b w:val="0"/>
          <w:i w:val="0"/>
        </w:rPr>
        <w:t>"PC Plod vừa được lệnh đến trang viên," Artemisia nói. "Ngay lập tức!"</w:t>
      </w:r>
    </w:p>
    <w:p>
      <w:pPr>
        <w:spacing w:after="80"/>
      </w:pPr>
      <w:r>
        <w:rPr>
          <w:b w:val="0"/>
          <w:i w:val="0"/>
        </w:rPr>
        <w:t>"Con có nhớ thứ gì đã bị mất khỏi ngôi nhà không?"</w:t>
      </w:r>
    </w:p>
    <w:p>
      <w:pPr>
        <w:spacing w:after="80"/>
      </w:pPr>
      <w:r>
        <w:rPr>
          <w:b w:val="0"/>
          <w:i w:val="0"/>
        </w:rPr>
        <w:t>"Một chuỗi ngọc trai của Lady Doubtful."</w:t>
      </w:r>
    </w:p>
    <w:p>
      <w:pPr>
        <w:spacing w:after="80"/>
      </w:pPr>
      <w:r>
        <w:rPr>
          <w:b w:val="0"/>
          <w:i w:val="0"/>
        </w:rPr>
        <w:t>"Và tên vợ của PC Plod là gì?"</w:t>
      </w:r>
    </w:p>
    <w:p>
      <w:pPr>
        <w:spacing w:after="80"/>
      </w:pPr>
      <w:r>
        <w:rPr>
          <w:b w:val="0"/>
          <w:i w:val="0"/>
        </w:rPr>
        <w:t>"Beryl!" Artemisia nói. "Bà ấy nghĩ ông ấy nên làm Thanh tra."</w:t>
      </w:r>
    </w:p>
    <w:p>
      <w:pPr>
        <w:spacing w:after="80"/>
      </w:pPr>
      <w:r>
        <w:rPr>
          <w:b w:val="0"/>
          <w:i w:val="0"/>
        </w:rPr>
        <w:t>William gật đầu và bắt đầu đọc.</w:t>
      </w:r>
    </w:p>
    <w:p>
      <w:pPr>
        <w:spacing w:after="80"/>
      </w:pPr>
      <w:r>
        <w:rPr>
          <w:b w:val="0"/>
          <w:i w:val="0"/>
        </w:rPr>
        <w:t>"Khi PC Plod đến trang viên, ông dựng chiếc xe đạp vào nhà kho và nhập bọn với các cảnh sát khác, những người đang lục soát khuôn viên để tìm manh mối. Ông nghi ngờ họ sẽ chẳng tìm được gì, vì ông chắc chắn đây là một vụ án do người trong nhà gây ra."</w:t>
      </w:r>
    </w:p>
    <w:p>
      <w:pPr>
        <w:spacing w:after="80"/>
      </w:pPr>
      <w:r>
        <w:rPr>
          <w:b w:val="0"/>
          <w:i w:val="0"/>
        </w:rPr>
        <w:t>"Vụ án do người trong nhà gây ra là gì ạ?" Peter hỏi.</w:t>
      </w:r>
    </w:p>
    <w:p>
      <w:pPr>
        <w:spacing w:after="80"/>
      </w:pPr>
      <w:r>
        <w:rPr>
          <w:b w:val="0"/>
          <w:i w:val="0"/>
        </w:rPr>
        <w:t>"PC Plod nghĩ rằng ai đó sống hoặc làm việc trong ngôi nhà hẳn đã lấy trộm chuỗi ngọc trai."</w:t>
      </w:r>
    </w:p>
    <w:p>
      <w:pPr>
        <w:spacing w:after="80"/>
      </w:pPr>
      <w:r>
        <w:rPr>
          <w:b w:val="0"/>
          <w:i w:val="0"/>
        </w:rPr>
        <w:t>"Ai ạ?" Artemisia hỏi dồn.</w:t>
      </w:r>
    </w:p>
    <w:p>
      <w:pPr>
        <w:spacing w:after="80"/>
      </w:pPr>
      <w:r>
        <w:rPr>
          <w:b w:val="0"/>
          <w:i w:val="0"/>
        </w:rPr>
        <w:t>"Bố không biết nữa," William nói, cố nén một cái ngáp khi lật trang.</w:t>
      </w:r>
    </w:p>
    <w:p>
      <w:pPr>
        <w:spacing w:after="80"/>
      </w:pPr>
      <w:r>
        <w:rPr>
          <w:b w:val="0"/>
          <w:i w:val="0"/>
        </w:rPr>
        <w:t>"Nhưng bố là thám tử mà, bố ơi, vậy bố phải biết chứ," Artemisia nói, với cái logic không thể bàn cãi của một đứa trẻ.</w:t>
      </w:r>
    </w:p>
    <w:p>
      <w:pPr>
        <w:spacing w:after="80"/>
      </w:pPr>
      <w:r>
        <w:rPr>
          <w:b w:val="0"/>
          <w:i w:val="0"/>
        </w:rPr>
        <w:t>‘PC Plod nhận ra cửa trước của ngôi biệt thự đang mở,’ William tiếp tục, phớt lờ cô bé, ‘và thấy một cô hầu bếp đã phục vụ nhà Doubtful bao nhiêu năm bị Thanh tra Watchit dẫn ra khỏi nhà, trông ông ta có vẻ khá tự mãn. Plod cau mày. Ông biết Elsie thậm chí sẽ không lấy trộm một chiếc bánh quy sô-cô-la trên xe đẩy trà, chứ đừng nói đến một chuỗi ngọc trai. Ông sẽ phải quay về đồn và chỉnh lại Watchit, trước khi ông ta buộc tội cô gái tội nghiệp về một tội cô không hề phạm. Ông để mấy chàng cảnh sát tiếp tục công việc của họ, rồi đi bộ về chỗ chiếc xe đạp. Ông vừa định đội mũ bảo hiểm thì phát hiện một chiếc xe tải của người bán cá đang chạy lên con đường dẫn vào để giao mẻ cá tươi trong ngày. Plod ngạc nhiên khi thấy ông Nettles, người bán cá, đỗ xe ngay trước cửa chính chứ không phải ở phía sau nhà, cạnh lối vào bếp. Nettles bước xuống xe và thong thả đi lên bậc thềm tới cửa trước, nơi Phu nhân Doubtful mở cửa ra ngay cả trước khi ông ta kịp bấm chuông. Phu nhân đưa cho người bán cá một chiếc hộp các-tông lớn, rồi nhanh chóng biến mất vào trong.</w:t>
      </w:r>
    </w:p>
    <w:p>
      <w:pPr>
        <w:spacing w:after="80"/>
      </w:pPr>
      <w:r>
        <w:rPr>
          <w:b w:val="0"/>
          <w:i w:val="0"/>
        </w:rPr>
        <w:t>‘Tại sao Nettles không đi lối dành cho người giao hàng và giao cá cho đầu bếp như mọi thứ Sáu vẫn làm, PC Plod tự hỏi. Chẳng hợp lý chút nào, nên ông quyết định điều tra. Plod lê bước sang chiếc xe tải, nơi ông Nettles đã để chiếc hộp các-tông trên ghế hành khách và giờ đang ngồi sau vô-lăng, chuẩn bị rời đi.</w:t>
      </w:r>
    </w:p>
    <w:p>
      <w:pPr>
        <w:spacing w:after="80"/>
      </w:pPr>
      <w:r>
        <w:rPr>
          <w:b w:val="0"/>
          <w:i w:val="0"/>
        </w:rPr>
        <w:t>‘Plod gõ vào cửa kính và nói: “Cậu đang làm gì thế, chàng trai?” Nettles đỏ mặt như đèn giao thông. Ông ta vội bật máy, giật cần số vào số ba và phóng vụt về phía cổng trước. Plod lao lên bậc thềm tới ngôi nhà và đập mạnh vào cửa chính. Khi người quản gia mở cửa vài giây sau đó, ông bảo anh ta nhanh chóng đóng cổng điện lại. Người quản gia bấm công tắc vừa kịp lúc để ngăn Nettles tẩu thoát hoàn toàn.</w:t>
      </w:r>
    </w:p>
    <w:p>
      <w:pPr>
        <w:spacing w:after="80"/>
      </w:pPr>
      <w:r>
        <w:rPr>
          <w:b w:val="0"/>
          <w:i w:val="0"/>
        </w:rPr>
        <w:t>‘Tôi nghĩ thế là đủ cho tối nay rồi,’ William nói.</w:t>
      </w:r>
    </w:p>
    <w:p>
      <w:pPr>
        <w:spacing w:after="80"/>
      </w:pPr>
      <w:r>
        <w:rPr>
          <w:b w:val="0"/>
          <w:i w:val="0"/>
        </w:rPr>
        <w:t>‘Không, Bố ơi!’ Artemisia và Peter cùng hét lên. ‘Đọc thêm đi!’</w:t>
      </w:r>
    </w:p>
    <w:p>
      <w:pPr>
        <w:spacing w:after="80"/>
      </w:pPr>
      <w:r>
        <w:rPr>
          <w:b w:val="0"/>
          <w:i w:val="0"/>
        </w:rPr>
        <w:t>‘Được rồi, chỉ vài trang nữa thôi,’ William nói, kèm một tiếng thở dài phóng đại. ‘Ba cảnh sát còn lại nhanh chóng vây quanh chiếc xe tải trong khi PC Plod mở cửa ghế hành khách và lấy chiếc hộp các-tông ra. Ông mở hộp và thấy nó đầy vỏ hàu, và khi ông cạy một chiếc ra, ông thấy bên trong có một viên ngọc trai. Plod biết rằng ngọc trai thường được tìm thấy dưới đáy đại dương chứ không phải trong hộp các-tông.’</w:t>
      </w:r>
    </w:p>
    <w:p>
      <w:pPr>
        <w:spacing w:after="80"/>
      </w:pPr>
      <w:r>
        <w:rPr>
          <w:b w:val="0"/>
          <w:i w:val="0"/>
        </w:rPr>
        <w:t>Điện thoại ở hành lang bắt đầu reo. William đặt cuốn sách xuống và nói: ‘Con nghe giúp bố được không, Beth, ông Plod sắp bắt được hung thủ thật rồi?’ Ông nhìn lại bọn trẻ và tiếp tục: ‘Ông lập tức bắt giữ ông Nettles và bảo hai viên cảnh sát áp giải ông ta về đồn cảnh sát địa phương, cùng với tang vật. “Tôi phải nói gì khi Thanh tra Watchit hỏi tôi rằng ông đang làm gì?” một viên cảnh sát hỏi. “Bảo với ông ta rằng tôi sẽ đến thăm ngôi biệt thự và bắt kẻ phạm tội thật sự,” Plod nói. “Và ông ta có thể sẽ ngạc nhiên khi biết đó là ai…”’ William vừa định tiếp tục thì Beth thò đầu qua cửa.</w:t>
      </w:r>
    </w:p>
    <w:p>
      <w:pPr>
        <w:spacing w:after="80"/>
      </w:pPr>
      <w:r>
        <w:rPr>
          <w:b w:val="0"/>
          <w:i w:val="0"/>
        </w:rPr>
        <w:t>‘James đang gọi điện,’ cô nói.</w:t>
      </w:r>
    </w:p>
    <w:p>
      <w:pPr>
        <w:spacing w:after="80"/>
      </w:pPr>
      <w:r>
        <w:rPr>
          <w:b w:val="0"/>
          <w:i w:val="0"/>
        </w:rPr>
        <w:t>‘James?’</w:t>
      </w:r>
    </w:p>
    <w:p>
      <w:pPr>
        <w:spacing w:after="80"/>
      </w:pPr>
      <w:r>
        <w:rPr>
          <w:b w:val="0"/>
          <w:i w:val="0"/>
        </w:rPr>
        <w:t>‘James Buchanan, anh ấy gọi từ New York.’</w:t>
      </w:r>
    </w:p>
    <w:p>
      <w:pPr>
        <w:spacing w:after="80"/>
      </w:pPr>
      <w:r>
        <w:rPr>
          <w:b w:val="0"/>
          <w:i w:val="0"/>
        </w:rPr>
        <w:t>‘Mẹ sẽ đọc tiếp,’ William nói, ‘trong khi bố nghe điện thoại.’</w:t>
      </w:r>
    </w:p>
    <w:p>
      <w:pPr>
        <w:spacing w:after="80"/>
      </w:pPr>
      <w:r>
        <w:rPr>
          <w:b w:val="0"/>
          <w:i w:val="0"/>
        </w:rPr>
        <w:t>‘Nhưng thế thì bố sẽ không biết ông Plod bắt ai đâu,’ Artemisia nói.</w:t>
      </w:r>
    </w:p>
    <w:p>
      <w:pPr>
        <w:spacing w:after="80"/>
      </w:pPr>
      <w:r>
        <w:rPr>
          <w:b w:val="0"/>
          <w:i w:val="0"/>
        </w:rPr>
        <w:t>‘Bố chắc là mẹ sẽ kể cho bố sau,’ William đáp, khi ông tụt xuống khỏi giường, rời khỏi phòng và đổi một cuốn sách lấy một chiếc điện thoại. ‘Thật là một bất ngờ thú vị,’ ông nói, trước khi James kịp cất lời.</w:t>
      </w:r>
    </w:p>
    <w:p>
      <w:pPr>
        <w:spacing w:after="80"/>
      </w:pPr>
      <w:r>
        <w:rPr>
          <w:b w:val="0"/>
          <w:i w:val="0"/>
        </w:rPr>
        <w:t>‘Có lẽ anh sẽ không thấy thế đâu, khi em nói lý do em gọi,’ James nói, ‘vì em cần xin lời khuyên của anh về một tình huống khó xử.’</w:t>
      </w:r>
    </w:p>
    <w:p>
      <w:pPr>
        <w:spacing w:after="80"/>
      </w:pPr>
      <w:r>
        <w:rPr>
          <w:b w:val="0"/>
          <w:i w:val="0"/>
        </w:rPr>
        <w:t>‘Anh luôn sẵn lòng,’ William bình tĩnh nói.</w:t>
      </w:r>
    </w:p>
    <w:p>
      <w:pPr>
        <w:spacing w:after="80"/>
      </w:pPr>
      <w:r>
        <w:rPr>
          <w:b w:val="0"/>
          <w:i w:val="0"/>
        </w:rPr>
        <w:t>‘Gần đây em phát hiện ra rằng người bạn thân nhất của em ở Choate đã nhờ người khác làm bài thi đầu vào Harvard thay mình.’</w:t>
      </w:r>
    </w:p>
    <w:p>
      <w:pPr>
        <w:spacing w:after="80"/>
      </w:pPr>
      <w:r>
        <w:rPr>
          <w:b w:val="0"/>
          <w:i w:val="0"/>
        </w:rPr>
        <w:t>‘Bằng chứng?’ William hỏi.</w:t>
      </w:r>
    </w:p>
    <w:p>
      <w:pPr>
        <w:spacing w:after="80"/>
      </w:pPr>
      <w:r>
        <w:rPr>
          <w:b w:val="0"/>
          <w:i w:val="0"/>
        </w:rPr>
        <w:t>‘Anh ấy hỏi tôi trước, và tôi từ chối. Tuy nhiên, khi danh sách các ứng viên trúng tuyển được công bố, tôi ngạc nhiên thấy bạn tôi nằm trong nửa tá người đứng đầu danh sách.’</w:t>
      </w:r>
    </w:p>
    <w:p>
      <w:pPr>
        <w:spacing w:after="80"/>
      </w:pPr>
      <w:r>
        <w:rPr>
          <w:b w:val="0"/>
          <w:i w:val="0"/>
        </w:rPr>
        <w:t>‘Vậy thì hẳn phải có người khác trượt, một người mà cả lớp của cậu đều nghĩ chắc chắn sẽ được nhận.’</w:t>
      </w:r>
    </w:p>
    <w:p>
      <w:pPr>
        <w:spacing w:after="80"/>
      </w:pPr>
      <w:r>
        <w:rPr>
          <w:b w:val="0"/>
          <w:i w:val="0"/>
        </w:rPr>
        <w:t>‘Anh nói đúng, và tôi thậm chí còn biết tên cậu ấy. Cậu ấy là một học sinh nhận học bổng từ gia đình đơn thân, lúc nào cũng thiếu tiền.’</w:t>
      </w:r>
    </w:p>
    <w:p>
      <w:pPr>
        <w:spacing w:after="80"/>
      </w:pPr>
      <w:r>
        <w:rPr>
          <w:b w:val="0"/>
          <w:i w:val="0"/>
        </w:rPr>
        <w:t>‘Và cậu muốn biết,’ William nói, ‘liệu cậu có nên báo những nghi ngờ của mình lên cấp trên không.’</w:t>
      </w:r>
    </w:p>
    <w:p>
      <w:pPr>
        <w:spacing w:after="80"/>
      </w:pPr>
      <w:r>
        <w:rPr>
          <w:b w:val="0"/>
          <w:i w:val="0"/>
        </w:rPr>
        <w:t>‘Vâng. Tôi tò mò muốn biết anh sẽ làm gì, nếu anh gặp phải tình huống khó xử tương tự.’</w:t>
      </w:r>
    </w:p>
    <w:p>
      <w:pPr>
        <w:spacing w:after="80"/>
      </w:pPr>
      <w:r>
        <w:rPr>
          <w:b w:val="0"/>
          <w:i w:val="0"/>
        </w:rPr>
        <w:t>William im lặng lâu đến mức cuối cùng James phải lên tiếng, ‘Anh còn đó không, thưa ngài?’</w:t>
      </w:r>
    </w:p>
    <w:p>
      <w:pPr>
        <w:spacing w:after="80"/>
      </w:pPr>
      <w:r>
        <w:rPr>
          <w:b w:val="0"/>
          <w:i w:val="0"/>
        </w:rPr>
        <w:t>‘Có, tôi đây,’ William nói. ‘Tôi thú nhận rằng tôi từng gặp gần như đúng vấn đề đó khi còn đi học. Có lần tôi bắt gặp một người bạn, không phải bạn thân nhất, ăn trộm ở quầy bán đồ ăn vặt của trường quá nhiều lần.’</w:t>
      </w:r>
    </w:p>
    <w:p>
      <w:pPr>
        <w:spacing w:after="80"/>
      </w:pPr>
      <w:r>
        <w:rPr>
          <w:b w:val="0"/>
          <w:i w:val="0"/>
        </w:rPr>
        <w:t>‘Anh có báo cáo cậu ấy với thầy hiệu trưởng không?’</w:t>
      </w:r>
    </w:p>
    <w:p>
      <w:pPr>
        <w:spacing w:after="80"/>
      </w:pPr>
      <w:r>
        <w:rPr>
          <w:b w:val="0"/>
          <w:i w:val="0"/>
        </w:rPr>
        <w:t>‘Cuối cùng thì có,’ William nói, ‘nhưng không có ngày nào trôi qua mà tôi không tự hỏi liệu mình có nên làm ngơ không.’</w:t>
      </w:r>
    </w:p>
    <w:p>
      <w:pPr>
        <w:spacing w:after="80"/>
      </w:pPr>
      <w:r>
        <w:rPr>
          <w:b w:val="0"/>
          <w:i w:val="0"/>
        </w:rPr>
        <w:t>‘Nhưng tại sao,’ James hỏi, ‘khi rõ ràng anh đã làm điều đúng đắn?’</w:t>
      </w:r>
    </w:p>
    <w:p>
      <w:pPr>
        <w:spacing w:after="80"/>
      </w:pPr>
      <w:r>
        <w:rPr>
          <w:b w:val="0"/>
          <w:i w:val="0"/>
        </w:rPr>
        <w:t>‘Cậu ấy bị chuyển sang trường khác vào học kỳ sau, và bị đuổi học một năm sau đó vì dùng ma túy.’</w:t>
      </w:r>
    </w:p>
    <w:p>
      <w:pPr>
        <w:spacing w:after="80"/>
      </w:pPr>
      <w:r>
        <w:rPr>
          <w:b w:val="0"/>
          <w:i w:val="0"/>
        </w:rPr>
        <w:t>‘Có hậu quả gì cho anh không?’</w:t>
      </w:r>
    </w:p>
    <w:p>
      <w:pPr>
        <w:spacing w:after="80"/>
      </w:pPr>
      <w:r>
        <w:rPr>
          <w:b w:val="0"/>
          <w:i w:val="0"/>
        </w:rPr>
        <w:t>‘Nó chẳng làm tôi được lòng các bạn cùng lớp chút nào, họ gán cho tôi là kẻ mách lẻo và phản bội, và không phải lúc nào cũng nói sau lưng tôi.’</w:t>
      </w:r>
    </w:p>
    <w:p>
      <w:pPr>
        <w:spacing w:after="80"/>
      </w:pPr>
      <w:r>
        <w:rPr>
          <w:b w:val="0"/>
          <w:i w:val="0"/>
        </w:rPr>
        <w:t>‘Gậy và đá,’ James nói.</w:t>
      </w:r>
    </w:p>
    <w:p>
      <w:pPr>
        <w:spacing w:after="80"/>
      </w:pPr>
      <w:r>
        <w:rPr>
          <w:b w:val="0"/>
          <w:i w:val="0"/>
        </w:rPr>
        <w:t>‘Chuyện lại xảy ra gần đây hơn,’ William trầm ngâm nói, ‘khi tôi phải điều tra một sĩ quan đồng nghiệp, người từng học cùng tôi ở trường cảnh sát. Chúng tôi có lý do để tin rằng anh ta đang nhận tiền đút lót từ một trùm ma túy địa phương trong địa bàn của anh ta. Trong trường hợp của anh ta thì có liên quan đến đá.’</w:t>
      </w:r>
    </w:p>
    <w:p>
      <w:pPr>
        <w:spacing w:after="80"/>
      </w:pPr>
      <w:r>
        <w:rPr>
          <w:b w:val="0"/>
          <w:i w:val="0"/>
        </w:rPr>
        <w:t>‘Bạn có thu thập đủ bằng chứng để bắt đối tượng không?’</w:t>
      </w:r>
    </w:p>
    <w:p>
      <w:pPr>
        <w:spacing w:after="80"/>
      </w:pPr>
      <w:r>
        <w:rPr>
          <w:b w:val="0"/>
          <w:i w:val="0"/>
        </w:rPr>
        <w:t>‘Quá đủ rồi. Giờ thì hắn đang thụ án tù dài, điều này một lần nữa lại chẳng khiến tôi được lòng đồng nghiệp, nhưng nếu bạn vẫn còn đang nghĩ đến việc làm công việc này, bạn không thể đặt một luật cho bạn bè mình và một luật khác cho những người bạn không quen biết, hoặc tệ hơn, là những người bạn không ưa.’</w:t>
      </w:r>
    </w:p>
    <w:p>
      <w:pPr>
        <w:spacing w:after="80"/>
      </w:pPr>
      <w:r>
        <w:rPr>
          <w:b w:val="0"/>
          <w:i w:val="0"/>
        </w:rPr>
        <w:t>“Sáng mai, việc đầu tiên là mình sẽ đặt lịch gặp thầy hiệu trưởng,” James nói, “và nói với thầy những lo lắng của mình.”</w:t>
      </w:r>
    </w:p>
    <w:p>
      <w:pPr>
        <w:spacing w:after="80"/>
      </w:pPr>
      <w:r>
        <w:rPr>
          <w:b w:val="0"/>
          <w:i w:val="0"/>
        </w:rPr>
        <w:t>'Lo lắng không phải là bằng chứng,' William nhắc anh ta, 'nhưng nó chắc chắn sẽ thử thách la bàn đạo đức của anh ấy, đặc biệt là trong trường hợp này.'</w:t>
      </w:r>
    </w:p>
    <w:p>
      <w:pPr>
        <w:spacing w:after="80"/>
      </w:pPr>
      <w:r>
        <w:rPr>
          <w:b w:val="0"/>
          <w:i w:val="0"/>
        </w:rPr>
        <w:t>‘Tại sao lại đặc biệt trong trường hợp này?’ James hỏi.</w:t>
      </w:r>
    </w:p>
    <w:p>
      <w:pPr>
        <w:spacing w:after="80"/>
      </w:pPr>
      <w:r>
        <w:rPr>
          <w:b w:val="0"/>
          <w:i w:val="0"/>
        </w:rPr>
        <w:t>Tương lai của hai cậu bé đang bị đặt lên bàn cân, và cả cuộc đời của chúng sẽ bị ảnh hưởng bởi quyết định của thầy hiệu trưởng của các bạn. Dù sao thì, hãy cho tôi biết kết quả ra sao nhé.</w:t>
      </w:r>
    </w:p>
    <w:p>
      <w:pPr>
        <w:spacing w:after="80"/>
      </w:pPr>
      <w:r>
        <w:rPr>
          <w:b w:val="0"/>
          <w:i w:val="0"/>
        </w:rPr>
        <w:t>‘Con sẽ làm ạ, nhưng giờ con để thầy quay lại với ông Plod đã, vì Beth bảo con là ông ấy sắp bắt được hung thủ thật rồi.’</w:t>
      </w:r>
    </w:p>
    <w:p>
      <w:pPr>
        <w:spacing w:after="80"/>
      </w:pPr>
      <w:r>
        <w:rPr>
          <w:b w:val="0"/>
          <w:i w:val="0"/>
        </w:rPr>
        <w:t>‘Đúng vậy, và câu chuyện đó cũng có một cái kết bất ngờ. Nhưng còn một câu hỏi nữa trước khi anh đi, James: tôi có nên cho rằng anh cũng đã được nhận vào Harvard không?’</w:t>
      </w:r>
    </w:p>
    <w:p>
      <w:pPr>
        <w:spacing w:after="80"/>
      </w:pPr>
      <w:r>
        <w:rPr>
          <w:b w:val="0"/>
          <w:i w:val="0"/>
        </w:rPr>
        <w:t>‘Vâng, thưa thầy. Em đã giành được học bổng mở John Quincy Adams.’</w:t>
      </w:r>
    </w:p>
    <w:p>
      <w:pPr>
        <w:spacing w:after="80"/>
      </w:pPr>
      <w:r>
        <w:rPr>
          <w:b w:val="0"/>
          <w:i w:val="0"/>
        </w:rPr>
        <w:t>‘Giờ thì có một người đàn ông sẽ không làm ngơ đâu.’</w:t>
      </w:r>
    </w:p>
    <w:p>
      <w:pPr>
        <w:spacing w:after="80"/>
        <w:jc w:val="center"/>
      </w:pPr>
      <w:r>
        <w:rPr>
          <w:b w:val="0"/>
          <w:i w:val="0"/>
        </w:rPr>
        <w:t>• • •</w:t>
      </w:r>
    </w:p>
    <w:p>
      <w:pPr>
        <w:spacing w:after="80"/>
      </w:pPr>
      <w:r>
        <w:rPr>
          <w:b w:val="0"/>
          <w:i w:val="0"/>
        </w:rPr>
        <w:t>‘Có điều gì tôi nên biết sau chuyến đi Paris của anh không?’ The Hawk hỏi.</w:t>
      </w:r>
    </w:p>
    <w:p>
      <w:pPr>
        <w:spacing w:after="80"/>
      </w:pPr>
      <w:r>
        <w:rPr>
          <w:b w:val="0"/>
          <w:i w:val="0"/>
        </w:rPr>
        <w:t>‘Ross bằng cách nào đó đã vượt qua được đám tang, nhưng tôi hơi lo lắng về điều cậu ấy nói với tôi sau lễ.’</w:t>
      </w:r>
    </w:p>
    <w:p>
      <w:pPr>
        <w:spacing w:after="80"/>
      </w:pPr>
      <w:r>
        <w:rPr>
          <w:b w:val="0"/>
          <w:i w:val="0"/>
        </w:rPr>
        <w:t>‘Khai sáng cho tôi đi.’</w:t>
      </w:r>
    </w:p>
    <w:p>
      <w:pPr>
        <w:spacing w:after="80"/>
      </w:pPr>
      <w:r>
        <w:rPr>
          <w:b w:val="0"/>
          <w:i w:val="0"/>
        </w:rPr>
        <w:t>‘Tôi đã ghi lại chính xác lời ông ấy nói khi đang ngồi taxi quay về Gare du Nord.’ Ông mở cuốn sổ tay ra. ‘“Vài ngày tới anh sẽ không gặp tôi đâu. Tôi có vài món nợ cần thanh toán. Tôi sẽ quay lại khi đã giải quyết xong.”’</w:t>
      </w:r>
    </w:p>
    <w:p>
      <w:pPr>
        <w:spacing w:after="80"/>
      </w:pPr>
      <w:r>
        <w:rPr>
          <w:b w:val="0"/>
          <w:i w:val="0"/>
        </w:rPr>
        <w:t>‘Mối thù chưa trả chỉ có thể là Faulkner,’ The Hawk nói. ‘Có ý tưởng gì về những gì hắn ta đang âm mưu cho vài ngày tới không?’</w:t>
      </w:r>
    </w:p>
    <w:p>
      <w:pPr>
        <w:spacing w:after="80"/>
      </w:pPr>
      <w:r>
        <w:rPr>
          <w:b w:val="0"/>
          <w:i w:val="0"/>
        </w:rPr>
        <w:t>‘Tôi nghĩ anh ta định giết Roach.’</w:t>
      </w:r>
    </w:p>
    <w:p>
      <w:pPr>
        <w:spacing w:after="80"/>
      </w:pPr>
      <w:r>
        <w:rPr>
          <w:b w:val="0"/>
          <w:i w:val="0"/>
        </w:rPr>
        <w:t>‘Và ai trách anh ta được chứ?’ viên chỉ huy lẩm bẩm trong hơi thở.</w:t>
      </w:r>
    </w:p>
    <w:p>
      <w:pPr>
        <w:spacing w:after="80"/>
      </w:pPr>
      <w:r>
        <w:rPr>
          <w:b w:val="0"/>
          <w:i w:val="0"/>
        </w:rPr>
        <w:t>‘Nhưng chuyện đó sẽ không dễ đâu, kể cả với người có chuyên môn đặc biệt như Ross,’ William nói, phớt lờ bình luận của The Hawk.</w:t>
      </w:r>
    </w:p>
    <w:p>
      <w:pPr>
        <w:spacing w:after="80"/>
      </w:pPr>
      <w:r>
        <w:rPr>
          <w:b w:val="0"/>
          <w:i w:val="0"/>
        </w:rPr>
        <w:t>‘Đừng quên anh ta đã ở trong SAS bốn năm, bốn năm với đội điều tra án mạng, và ba năm qua hoạt động bí mật. Không có nhiều người đủ trình độ để giết ai đó hơn anh ta đâu.’</w:t>
      </w:r>
    </w:p>
    <w:p>
      <w:pPr>
        <w:spacing w:after="80"/>
      </w:pPr>
      <w:r>
        <w:rPr>
          <w:b w:val="0"/>
          <w:i w:val="0"/>
        </w:rPr>
        <w:t>‘Tôi nghĩ tôi nên gọi anh ta về,’ William nói, ‘và nói rõ hậu quả.’</w:t>
      </w:r>
    </w:p>
    <w:p>
      <w:pPr>
        <w:spacing w:after="80"/>
      </w:pPr>
      <w:r>
        <w:rPr>
          <w:b w:val="0"/>
          <w:i w:val="0"/>
        </w:rPr>
        <w:t>‘Đồng ý,’ The Hawk nói. ‘Nhưng nếu anh định ngăn anh ta làm điều mà sau này anh ta sẽ hối hận, anh sẽ phải tìm được anh ta trước đã. Và nếu anh ta thực sự giết được Roach, chúng ta sẽ có một vấn đề còn lớn hơn nữa trong tay.’</w:t>
      </w:r>
    </w:p>
    <w:p>
      <w:pPr>
        <w:spacing w:after="80"/>
      </w:pPr>
      <w:r>
        <w:rPr>
          <w:b w:val="0"/>
          <w:i w:val="0"/>
        </w:rPr>
        <w:t>‘Cụ thể là?’</w:t>
      </w:r>
    </w:p>
    <w:p>
      <w:pPr>
        <w:spacing w:after="80"/>
      </w:pPr>
      <w:r>
        <w:rPr>
          <w:b w:val="0"/>
          <w:i w:val="0"/>
        </w:rPr>
        <w:t>‘Vài ngày nữa anh ta sẽ quay lại làm việc và bảo anh là anh ta đang để tang hoặc chăm sóc con gái, nhưng giờ anh ta muốn tiếp tục công việc đưa Faulkner trở lại sau song sắt. Nhưng thứ thực sự chiếm hết tâm trí anh ta chỉ là làm sao giết được hắn.’</w:t>
      </w:r>
    </w:p>
    <w:p>
      <w:pPr>
        <w:pStyle w:val="Heading2"/>
      </w:pPr>
      <w:r>
        <w:rPr>
          <w:rFonts w:ascii="Calibri" w:hAnsi="Calibri"/>
          <w:b/>
          <w:i w:val="0"/>
          <w:sz w:val="32"/>
        </w:rPr>
        <w:t>CHƯƠNG 23</w:t>
      </w:r>
    </w:p>
    <w:p>
      <w:pPr>
        <w:spacing w:after="80"/>
      </w:pPr>
      <w:r>
        <w:rPr>
          <w:b w:val="0"/>
          <w:i w:val="0"/>
        </w:rPr>
        <w:t>GÃ LANG THANG CHẬM RÃI BƯỚC xuống con đường, đẩy một chiếc xe nôi cũ kỹ, một mẩu thuốc lá lủng lẳng nơi khóe miệng. Hắn mặc chiếc áo khoác quân đội cũ dài gần chạm đất, cùng bốn tấm huân chương chiến đấu – những thứ duy nhất trong bộ cải trang của hắn là thật – gợi rằng hắn là cựu binh của một cuộc chiến nào đó đã bị lãng quên từ lâu. Mái tóc đen của hắn bết lại và chìa ra từ dưới chiếc mũ len trông như thể kiếp trước nó từng là một cái ấm ủ trà. Mặt hắn chưa cạo râu và người ta có thể ngửi thấy mùi hắn từ cách xa vài bước chân. Hắn để ý thấy những phản ứng khác nhau từ những người đi ngang qua trên phố: thương cảm, thường là phụ nữ; ghê tởm, mấy thanh niên xăm trổ; và có người còn đưa hắn một đồng xu một bảng để vơi bớt cảm giác tội lỗi.</w:t>
      </w:r>
    </w:p>
    <w:p>
      <w:pPr>
        <w:spacing w:after="80"/>
      </w:pPr>
      <w:r>
        <w:rPr>
          <w:b w:val="0"/>
          <w:i w:val="0"/>
        </w:rPr>
        <w:t>Hắn tiến đến một quán rượu đang phát ầm ĩ bài ‘I Can’t Get No Satisfaction’. Đừng lo, hắn thầm hứa với những người bên trong, chỉ còn là vấn đề thời gian thôi.</w:t>
      </w:r>
    </w:p>
    <w:p>
      <w:pPr>
        <w:spacing w:after="80"/>
      </w:pPr>
      <w:r>
        <w:rPr>
          <w:b w:val="0"/>
          <w:i w:val="0"/>
        </w:rPr>
        <w:t>Khi đi ngang qua quán rượu, hắn để mắt tới hai gã bảo vệ được cắt cử ở cửa để đảm bảo không có vị khách không mời nào xâm nhập vào bữa tiệc sinh nhật của cậu ấm. Hắn từng bắt một trong hai gã vài năm trước, nhưng gã đàn ông chẳng buồn nhìn lão già này lần thứ hai khi hắn lê bước qua. Nếu gã có liếc vào trong xe nôi, gã sẽ chỉ thấy một gói ngũ cốc cornflakes rách, một hộp thiếc móp méo từng đựng ‘bánh quy shortbread ngon nhất Edinburgh’, một hộp khăn giấy Kleenex rỗng và một bao Marlboro với một mẩu thuốc lá thò ra. Vài chiếc chăn sờn cũ mà Oxfam cũng chẳng thèm nhận được nhét vào một góc.</w:t>
      </w:r>
    </w:p>
    <w:p>
      <w:pPr>
        <w:spacing w:after="80"/>
      </w:pPr>
      <w:r>
        <w:rPr>
          <w:b w:val="0"/>
          <w:i w:val="0"/>
        </w:rPr>
        <w:t>Khi đến một cột đèn giao thông, hắn bấm nút và đợi người đàn ông xanh nhỏ xuất hiện rồi mới băng qua đường. Hắn giữ nhịp độ chậm rãi cho đến khi đến một ngã tư: đường ranh giới không chính thức đánh dấu sự phân chia giữa hai đế chế do nhà Roach và nhà Abbott kiểm soát. Hai thanh niên trông hung hãn đang tuần tra trên vỉa hè phía bên kia, mục đích duy nhất của họ là đảm bảo không một người nhà Roach nào lạc sang lãnh thổ nhà Abbott. Gã lang thang dừng lại và xin một trong hai người lửa để châm thuốc.</w:t>
      </w:r>
    </w:p>
    <w:p>
      <w:pPr>
        <w:spacing w:after="80"/>
      </w:pPr>
      <w:r>
        <w:rPr>
          <w:b w:val="0"/>
          <w:i w:val="0"/>
        </w:rPr>
        <w:t>‘Cút đi, đồ già ngu ngốc,’ là câu trả lời ngay lập tức. Thế là hắn cút. Hắn tiếp tục bước đi cho đến khi đến một con hẻm không đèn mà ngay cả những đôi tình nhân trẻ say đắm nhất cũng tránh, và cảnh sát cũng không dám liều mình đi vào đó sau khi trời tối.</w:t>
      </w:r>
    </w:p>
    <w:p>
      <w:pPr>
        <w:spacing w:after="80"/>
      </w:pPr>
      <w:r>
        <w:rPr>
          <w:b w:val="0"/>
          <w:i w:val="0"/>
        </w:rPr>
        <w:t>Hắn đẩy xe nôi vào nửa con hẻm, rồi sau khi kiểm tra rằng không ai để ý đến mình, hắn tháo chiếc mũ ấm ủ trà ra và bỏ vào túi áo khoác quân đội, rồi gấp chiếc áo lại và đặt dưới đống chăn trong xe nôi. Tóc vẫn bết, mặt vẫn chưa cạo, mùi vẫn kinh tởm, nhưng gã đàn ông mặc bộ đồ thể thao đen và giày thể thao đen giờ đây đứng thẳng hết chiều cao của mình và liếc nhìn lên xuống con hẻm thêm một lần nữa. Đến một con mèo hoang cũng không có để quan sát hắn.</w:t>
      </w:r>
    </w:p>
    <w:p>
      <w:pPr>
        <w:spacing w:after="80"/>
      </w:pPr>
      <w:r>
        <w:rPr>
          <w:b w:val="0"/>
          <w:i w:val="0"/>
        </w:rPr>
        <w:t>Hắn thò tay vào hộp ngũ cốc và lôi ra báng của một khẩu súng trường. Tiếp theo, hắn bật nắp hộp ‘ngon nhất Edinburgh’ và lấy ra một chiếc kính viễn vọng nhìn đêm cỡ nhỏ. Cuối cùng hắn tháo tay cầm của xe nôi, gõ nhẹ lên trên, và một nòng súng mảnh, cân đối hoàn hảo trượt ra. Hắn chỉ mất vài khoảnh khắc để lắp ráp một khẩu súng bắn tỉa Remington M40. Đây không phải lựa chọn đầu tiên của hắn, nhưng đó là mẫu mà Ron Abbott ưa thích. Cuối cùng hắn chộp lấy bao Marlboro và nhét vào túi áo thể thao. Di chuyển nhanh nhẹn về phía tòa nhà ở cuối con hẻm, hắn bắt đầu leo lên ống thoát nước trên bức tường phía sau với sự nhẹ nhàng của một tên trộm mèo, gợi lại ký ức về cuộc vây hãm Đại sứ quán Iran khi hắn còn là một hạ sĩ trẻ phục vụ trong SAS, sau đó được nhắc đến trong báo cáo chiến công.</w:t>
      </w:r>
    </w:p>
    <w:p>
      <w:pPr>
        <w:spacing w:after="80"/>
      </w:pPr>
      <w:r>
        <w:rPr>
          <w:b w:val="0"/>
          <w:i w:val="0"/>
        </w:rPr>
        <w:t>Khi lên đến tầng thượng, anh lại nhìn xuống một lần nữa để kiểm tra xem có ai phát hiện ra mình không. Không ai cả. Anh đã chọn vị trí quan sát của mình một cách cẩn thận: chỉ có một nhà kho cũ kỹ đóng cửa lúc sáu giờ mỗi tối là có thể nhìn thấy anh.</w:t>
      </w:r>
    </w:p>
    <w:p>
      <w:pPr>
        <w:spacing w:after="80"/>
      </w:pPr>
      <w:r>
        <w:rPr>
          <w:b w:val="0"/>
          <w:i w:val="0"/>
        </w:rPr>
        <w:t>Anh leo lên mái nhà, rồi bò chậm rãi qua cho đến khi đến phía bên kia, nơi anh nghiên cứu khoảng cách giữa hai tòa nhà. Mười feet chín inch ngăn cách anh với vị trí quan sát đã chọn. Đó sẽ không phải là vấn đề. Anh đã luyện tập cú nhảy này vài lần với khẩu súng trường đeo trên một vai, và mức trung bình của anh chỉ hơn mười bốn feet một chút.</w:t>
      </w:r>
    </w:p>
    <w:p>
      <w:pPr>
        <w:spacing w:after="80"/>
      </w:pPr>
      <w:r>
        <w:rPr>
          <w:b w:val="0"/>
          <w:i w:val="0"/>
        </w:rPr>
        <w:t>Anh quay lại theo lối cũ, rồi ngồi xổm xuống một lát trước khi bật dậy khỏi vạch xuất phát và lao về phía mép tòa nhà, đạt tốc độ tối đa ở bước chạy cuối cùng. Chỉ còn vài inch, anh nhảy vọt lên không trung như một vận động viên nhảy xa Olympic biết chính xác vạch giậm nhảy sẽ ở đâu, và đáp xuống mái tòa nhà bên cạnh với vài feet dư thừa. Anh quỳ xuống một đầu gối và lấy lại hơi thở, không nhúc nhích nữa cho đến khi nhịp tim trở lại ổn định ở mức năm mươi tư.</w:t>
      </w:r>
    </w:p>
    <w:p>
      <w:pPr>
        <w:spacing w:after="80"/>
      </w:pPr>
      <w:r>
        <w:rPr>
          <w:b w:val="0"/>
          <w:i w:val="0"/>
        </w:rPr>
        <w:t>Sau đó anh bò qua mép tòa nhà, nhưng không nhìn xuống. Anh chưa bao giờ nói với Đại tá Parker, chỉ huy cũ của mình, rằng anh sợ độ cao. Vài phút nữa trôi qua, anh đứng dậy quan sát mọi thứ xung quanh và cảm thấy rất hài lòng. Nhưng dĩ nhiên anh đã chọn vị trí này một cách cẩn thận. Anh đang ở ngay phía trên căn hộ của Ron Abbott, và Abbott, anh nhanh chóng phát hiện ra, là một kẻ sống theo thói quen. Điều mà SAS coi là một tội chết người, vì nó khiến bạn trở thành mục tiêu dễ dàng cho kẻ thù. Abbott dành mỗi tối thứ Năm với các thành viên trong gia đình tại trường đua chó ở Romford, nơi họ thường xuyên bị tách khỏi một phần những khoản tiền kiếm được bất chính. Sau đó luôn là bữa tối tại một câu lạc bộ đêm địa phương, nơi không nổi tiếng về ẩm thực. Anh ta thường về căn hộ của mình khoảng một giờ sáng với một cô gái khoác tay, đôi khi là cả hai.</w:t>
      </w:r>
    </w:p>
    <w:p>
      <w:pPr>
        <w:spacing w:after="80"/>
      </w:pPr>
      <w:r>
        <w:rPr>
          <w:b w:val="0"/>
          <w:i w:val="0"/>
        </w:rPr>
        <w:t>Lý do khác khiến Ross chọn địa điểm đặc biệt đó là vì nó cho anh tầm nhìn rõ ràng về quán rượu nơi bữa tiệc sinh nhật đang diễn ra sôi nổi. Hai trăm bốn mươi yard – hoàn toàn nằm trong tầm bắn của khẩu súng trường chính xác công suất cao – theo đường chim bay.</w:t>
      </w:r>
    </w:p>
    <w:p>
      <w:pPr>
        <w:spacing w:after="80"/>
      </w:pPr>
      <w:r>
        <w:rPr>
          <w:b w:val="0"/>
          <w:i w:val="0"/>
        </w:rPr>
        <w:t>Anh nhẹ nhàng đặt báng súng vào vai, và căn tâm ngắm trên ống kính thiên văn vào trán của một trong những gã bảo vệ. Anh giữ khẩu súng ở vị trí đó trong hai phút trước khi hạ tay xuống và nghỉ ngơi.</w:t>
      </w:r>
    </w:p>
    <w:p>
      <w:pPr>
        <w:spacing w:after="80"/>
      </w:pPr>
      <w:r>
        <w:rPr>
          <w:b w:val="0"/>
          <w:i w:val="0"/>
        </w:rPr>
        <w:t>Ross nghi ngờ rằng sẽ phải chờ lâu trước khi mục tiêu thực sự xuất hiện. Dù sao thì đó cũng là sinh nhật lần thứ ba mươi tư của hắn. Anh lấy gói Marlboro ra khỏi túi, rút ra sáu viên đạn được đánh bóng kỹ càng và dựng chúng thành một hàng thẳng tắp như những người lính trong lễ duyệt binh. Rồi anh ngồi xuống chờ đợi, nhưng không một giây phút nào mất tập trung.</w:t>
      </w:r>
    </w:p>
    <w:p>
      <w:pPr>
        <w:spacing w:after="80"/>
      </w:pPr>
      <w:r>
        <w:rPr>
          <w:b w:val="0"/>
          <w:i w:val="0"/>
        </w:rPr>
        <w:t>Người ăn mừng đầu tiên bước ra khỏi quán rượu ngay sau nửa đêm. Không phải người anh nhận ra. Người thứ hai, lảo đảo bước ra vỉa hè vài phút sau đó, là Stan, chú của Terry Roach, người đã ra vào tù suốt hai mươi năm qua, và hiện được đồn rằng đã được gia đình cho nghỉ hưu.</w:t>
      </w:r>
    </w:p>
    <w:p>
      <w:pPr>
        <w:spacing w:after="80"/>
      </w:pPr>
      <w:r>
        <w:rPr>
          <w:b w:val="0"/>
          <w:i w:val="0"/>
        </w:rPr>
        <w:t>Ross lại nâng súng trường lên và căn tâm ngắm vào vầng trán đầy nếp nhăn của chú Stan. Anh bóp cò. Một tiếng tách nhỏ vang lên, để mặc Stan tiếp tục bước đi, hoàn toàn không biết mình vừa trở thành bia tập bắn.</w:t>
      </w:r>
    </w:p>
    <w:p>
      <w:pPr>
        <w:spacing w:after="80"/>
      </w:pPr>
      <w:r>
        <w:rPr>
          <w:b w:val="0"/>
          <w:i w:val="0"/>
        </w:rPr>
        <w:t>Mặc dù anh không mong mục tiêu thực sự xuất hiện ít nhất trong một giờ nữa, anh vẫn nạp sáu viên đạn vào băng đạn. Chỉ để đề phòng.</w:t>
      </w:r>
    </w:p>
    <w:p>
      <w:pPr>
        <w:spacing w:after="80"/>
      </w:pPr>
      <w:r>
        <w:rPr>
          <w:b w:val="0"/>
          <w:i w:val="0"/>
        </w:rPr>
        <w:t>Trong giờ tiếp theo, một dòng khách say xỉn lần lượt bước ra khỏi quán rượu và bắt đầu loạng choạng đi về phía nhà mình. Các tài xế taxi tránh con phố đó, ngay cả vào giữa ban ngày.</w:t>
      </w:r>
    </w:p>
    <w:p>
      <w:pPr>
        <w:spacing w:after="80"/>
      </w:pPr>
      <w:r>
        <w:rPr>
          <w:b w:val="0"/>
          <w:i w:val="0"/>
        </w:rPr>
        <w:t>Rồi, không báo trước, chàng trai sinh nhật xuất hiện. Hắn lảo đảo bước ra khỏi quán rượu, cùng với hai người bạn cũng chẳng còn tỉnh táo để giúp gì được hắn.</w:t>
      </w:r>
    </w:p>
    <w:p>
      <w:pPr>
        <w:spacing w:after="80"/>
      </w:pPr>
      <w:r>
        <w:rPr>
          <w:b w:val="0"/>
          <w:i w:val="0"/>
        </w:rPr>
        <w:t>Ross bình tĩnh lấy điện thoại ra và bấm 999. Khi tổng đài viên hỏi: "Cảnh sát, cứu hỏa hay cấp cứu?" anh nói dứt khoát: "Cảnh sát," đúng lúc Terry Roach loạng choạng về phía trước và bám vào bệ cửa sổ để giữ thăng bằng.</w:t>
      </w:r>
    </w:p>
    <w:p>
      <w:pPr>
        <w:spacing w:after="80"/>
      </w:pPr>
      <w:r>
        <w:rPr>
          <w:b w:val="0"/>
          <w:i w:val="0"/>
        </w:rPr>
        <w:t>"Cảnh sát. Tôi có thể giúp gì cho anh?"</w:t>
      </w:r>
    </w:p>
    <w:p>
      <w:pPr>
        <w:spacing w:after="80"/>
      </w:pPr>
      <w:r>
        <w:rPr>
          <w:b w:val="0"/>
          <w:i w:val="0"/>
        </w:rPr>
        <w:t>"Có một cuộc đấu súng đang diễn ra trên phố Plumber's Road, Whitechapel," anh nói, cố tỏ ra như đang thở gấp.</w:t>
      </w:r>
    </w:p>
    <w:p>
      <w:pPr>
        <w:spacing w:after="80"/>
      </w:pPr>
      <w:r>
        <w:rPr>
          <w:b w:val="0"/>
          <w:i w:val="0"/>
        </w:rPr>
        <w:t>"Tôi có thể lấy số của—" Nhưng anh đã tắt điện thoại rồi. Anh sẽ vứt nó đi sau.</w:t>
      </w:r>
    </w:p>
    <w:p>
      <w:pPr>
        <w:spacing w:after="80"/>
      </w:pPr>
      <w:r>
        <w:rPr>
          <w:b w:val="0"/>
          <w:i w:val="0"/>
        </w:rPr>
        <w:t xml:space="preserve">Anh đặt báng súng trở lại vào vai, rồi tay trái giữ chắc nòng súng. Anh căn tâm ngắm của ống kính thiên văn vào giữa trán kẻ thù, đúng như anh từng làm ở Oman, và giờ là ở Whitechapel. Anh hạ tầm ngắm xuống đầu gối phải của chàng trai sinh nhật, trong tai văng vẳng lời của ông trung sĩ già: </w:t>
      </w:r>
      <w:r>
        <w:rPr>
          <w:b w:val="0"/>
          <w:i/>
        </w:rPr>
        <w:t>Tập trung, thở đều và bóp cò mượt mà trong một động tác, đừng giật</w:t>
      </w:r>
      <w:r>
        <w:rPr>
          <w:b w:val="0"/>
          <w:i w:val="0"/>
        </w:rPr>
        <w:t>. Anh thực hiện mệnh lệnh và viên đạn rít lên trong không trung lao về phía mục tiêu. Vài giây sau, Roach khuỵu xuống đất trong đau đớn, ôm chặt lấy chân phải.</w:t>
      </w:r>
    </w:p>
    <w:p>
      <w:pPr>
        <w:spacing w:after="80"/>
      </w:pPr>
      <w:r>
        <w:rPr>
          <w:b w:val="0"/>
          <w:i w:val="0"/>
        </w:rPr>
        <w:t>Đúng như Ross dự đoán, hai tên đồng bọn của kẻ trúng đạn cố lôi hắn trở lại quán rượu. Anh hạ tâm ngắm xuống một inch và giữ vững người trước khi bóp cò lần thứ hai. Lần này, viên đạn nhắm vào háng của Roach, và cú giật tay đau đớn đột ngột của Roach từ đầu gối xuống hòn dái phần nào cho thấy Ross đã bắn trúng hồng tâm. Một tên đồng bọn tiếp tục lôi Roach về phía quán rượu, gào thét cầu cứu hết cỡ, trong khi tên kia chạy ngược hướng.</w:t>
      </w:r>
    </w:p>
    <w:p>
      <w:pPr>
        <w:spacing w:after="80"/>
      </w:pPr>
      <w:r>
        <w:rPr>
          <w:b w:val="0"/>
          <w:i w:val="0"/>
        </w:rPr>
        <w:t>Cửa quán rượu đột nhiên bật mở và một đám đông gia đình Roach cùng các thành viên băng đảng khác ùa ra. Một ngón tay chỉ về phía anh, và mọi người có mặt đều bắt đầu lao qua đường về phía anh. Ross ngắm súng lần cuối, không nhắm vào trán Roach để kết liễu nỗi đau của hắn, mà thấp hơn vài inch. Viên đạn thứ ba trúng hắn ngay trên yết hầu, xuyên thẳng qua cổ và găm vào bức tường quán rượu.</w:t>
      </w:r>
    </w:p>
    <w:p>
      <w:pPr>
        <w:spacing w:after="80"/>
      </w:pPr>
      <w:r>
        <w:rPr>
          <w:b w:val="0"/>
          <w:i w:val="0"/>
        </w:rPr>
        <w:t>Ross nhìn qua mép tòa nhà và thấy ánh đèn hiện lên trong cửa sổ các căn hộ bên dưới. Anh chỉ quan tâm đến một căn hộ đặc biệt và vài phút sau anh đã được đền đáp.</w:t>
      </w:r>
    </w:p>
    <w:p>
      <w:pPr>
        <w:spacing w:after="80"/>
      </w:pPr>
      <w:r>
        <w:rPr>
          <w:b w:val="0"/>
          <w:i w:val="0"/>
        </w:rPr>
        <w:t>Anh đặt khẩu súng bên cạnh ba vỏ đạn đã dùng, xoay người, hít một hơi thật sâu rồi chạy hết tốc lực qua mái nhà và một lần nữa lao mình vào không trung. Lần này anh bay còn cao hơn trước, nhưng lúc đó anh không còn mang theo súng trường nữa. Anh tiếp đất an toàn, lăn người và nhanh chóng đứng dậy. Khi tiến về góc xa của tòa nhà, anh nghe thấy tiếng còi hú từ xa. Anh bắt đầu chặng leo xuống dài, luôn chậm hơn và khó nhọc hơn leo lên, như bất kỳ nhà leo núi nào cũng sẽ nói với bạn.</w:t>
      </w:r>
    </w:p>
    <w:p>
      <w:pPr>
        <w:spacing w:after="80"/>
      </w:pPr>
      <w:r>
        <w:rPr>
          <w:b w:val="0"/>
          <w:i w:val="0"/>
        </w:rPr>
        <w:t>Khi chân chạm đất, anh chạy bộ trở lại con hẻm, lấy mũ và áo khoác dạ từ xe đẩy và đội chiếc mũ ấm trà lên. Anh vừa đến cuối hẻm thì nghe thấy tiếng nói chuyện gần đó. Anh tiếp tục tiến về phía chiến trường, một rủi ro, nhưng anh không thể để những kẻ đang nói chuyện, dù thuộc phe nào, nghĩ rằng anh đang chạy trốn khỏi hiện trường. Một trong số họ chậm lại khi đi ngang qua anh, hất chiếc xe đẩy ngã nghiêng và liếc sơ qua đồ bên trong trước khi chạy tiếp. Nhưng lúc đó, anh không còn gì để giấu nữa.</w:t>
      </w:r>
    </w:p>
    <w:p>
      <w:pPr>
        <w:spacing w:after="80"/>
      </w:pPr>
      <w:r>
        <w:rPr>
          <w:b w:val="0"/>
          <w:i w:val="0"/>
        </w:rPr>
        <w:t>Sau khi ném mọi thứ trở lại xe đẩy, Ross tiếp tục đi bộ về phía quán rượu. Không còn vùng phân giới nào nữa. Đó là một cuộc chiến toàn diện.</w:t>
      </w:r>
    </w:p>
    <w:p>
      <w:pPr>
        <w:spacing w:after="80"/>
      </w:pPr>
      <w:r>
        <w:rPr>
          <w:b w:val="0"/>
          <w:i w:val="0"/>
        </w:rPr>
        <w:t>Chiếc xe cảnh sát đầu tiên rít lên dừng lại trước quán Plumber's Arms, và trong khoảnh khắc cả con phố tràn ngập cảnh sát vũ trang mặc đồ bảo hộ và mang khiên chống bạo động. Họ bắt đầu vây bắt các thành viên của cả hai băng đảng rồi ném họ vào chiếc xe Black Maria gần nhất.</w:t>
      </w:r>
    </w:p>
    <w:p>
      <w:pPr>
        <w:spacing w:after="80"/>
      </w:pPr>
      <w:r>
        <w:rPr>
          <w:b w:val="0"/>
          <w:i w:val="0"/>
        </w:rPr>
        <w:t>Anh không nhịn được cười khi thấy cậu bé hát thánh đứng ngoài quán rượu, chỉ huy các hoạt động. Anh đi thẳng ngang qua cậu ta, và sẽ không ngoái nhìn lại nếu không nghe thấy tiếng thịch của một cơ thể tiếp đất giữa đường phía sau. Sai lầm duy nhất của anh.</w:t>
      </w:r>
    </w:p>
    <w:p>
      <w:pPr>
        <w:pStyle w:val="Heading2"/>
      </w:pPr>
      <w:r>
        <w:rPr>
          <w:rFonts w:ascii="Calibri" w:hAnsi="Calibri"/>
          <w:b/>
          <w:i w:val="0"/>
          <w:sz w:val="32"/>
        </w:rPr>
        <w:t>CHƯƠNG 24</w:t>
      </w:r>
    </w:p>
    <w:p>
      <w:pPr>
        <w:spacing w:after="80"/>
      </w:pPr>
      <w:r>
        <w:rPr>
          <w:b w:val="0"/>
          <w:i w:val="0"/>
        </w:rPr>
        <w:t>DÙ ĐÃ ĐI NGỦ SAU HAI GIỜ sáng hôm đó, Ross vẫn dậy lúc năm giờ, vì anh có cuộc hẹn với Jimmy tay móc túi. Không phải tay móc túi biết rằng một thanh tra cảnh sát từ Scotland Yard sẽ cùng ăn sáng với hắn.</w:t>
      </w:r>
    </w:p>
    <w:p>
      <w:pPr>
        <w:spacing w:after="80"/>
      </w:pPr>
      <w:r>
        <w:rPr>
          <w:b w:val="0"/>
          <w:i w:val="0"/>
        </w:rPr>
        <w:t>Ross tắm vòi sen lạnh thật lâu, gội đầu và với sự trợ giúp của dao cạo, gỡ bỏ bốn ngày râu không do nhà thiết kế nào tạo ra. Anh xem đồng hồ, tin chắc mình có thể đến quán Putney Bridge Café từ lâu trước khi Jimmy xuất hiện. Sau khi hoàn tất công việc với tên tù già, anh sẽ quay lại qua cầu để giữ một cuộc hẹn còn quan trọng hơn ở Chelsea.</w:t>
      </w:r>
    </w:p>
    <w:p>
      <w:pPr>
        <w:spacing w:after="80"/>
      </w:pPr>
      <w:r>
        <w:rPr>
          <w:b w:val="0"/>
          <w:i w:val="0"/>
        </w:rPr>
        <w:t>Điều duy nhất Ross biết về tay móc túi, ngoài việc hắn vô địch trong nghề, là hắn không thích đi làm với bụng đói. Jimmy đã thụ án vài lần trong tù, nhưng đã xoay xở quyến rũ được hơn một bồi thẩm đoàn tin rằng hắn là nạn nhân của một tuổi thơ thiếu thốn, người mà nếu được trao cơ hội sẽ sửa đổi và sống một cuộc đời mới. Hắn sẽ phải ngồi tù lâu hơn nhiều nếu chính những bồi thẩm đoàn đó biết được tiền án của hắn, nhưng người Anh luôn tin vào sự công bằng, và trao cho một gã cơ hội được hưởng lợi từ sự nghi ngờ.</w:t>
      </w:r>
    </w:p>
    <w:p>
      <w:pPr>
        <w:spacing w:after="80"/>
      </w:pPr>
      <w:r>
        <w:rPr>
          <w:b w:val="0"/>
          <w:i w:val="0"/>
        </w:rPr>
        <w:t xml:space="preserve">Ross đến quán ngay trước bảy giờ, gọi một ly cà phê đen và ngồi trên chiếc ghế đẩu ở cuối quầy. Tay móc túi đến ngay sau bảy giờ ba mươi, ngồi vào chỗ quen thuộc bên cửa sổ và bắt đầu đọc tờ </w:t>
      </w:r>
      <w:r>
        <w:rPr>
          <w:b w:val="0"/>
          <w:i/>
        </w:rPr>
        <w:t>Sun</w:t>
      </w:r>
      <w:r>
        <w:rPr>
          <w:b w:val="0"/>
          <w:i w:val="0"/>
        </w:rPr>
        <w:t>.</w:t>
      </w:r>
    </w:p>
    <w:p>
      <w:pPr>
        <w:spacing w:after="80"/>
      </w:pPr>
      <w:r>
        <w:rPr>
          <w:b w:val="0"/>
          <w:i w:val="0"/>
        </w:rPr>
        <w:t>Ross không để lộ sự hiện diện của mình cho đến khi cô phục vụ xuất hiện mang theo đĩa ăn hằng ngày của Jimmy gồm hai quả trứng chiên, thịt xông khói, đậu, nấm, cà chua và bánh khoai tây băm. Rõ ràng Jimmy sẽ đồng ý với nhận xét của Somerset Maugham rằng "Để ăn ngon ở Anh, bạn nên ăn sáng ba lần một ngày." Không phải Jimmy từng nghe nói đến Somerset Maugham.</w:t>
      </w:r>
    </w:p>
    <w:p>
      <w:pPr>
        <w:spacing w:after="80"/>
      </w:pPr>
      <w:r>
        <w:rPr>
          <w:b w:val="0"/>
          <w:i w:val="0"/>
        </w:rPr>
        <w:t>"Tôi có vinh dự gì đây, thưa Thanh tra?" Jimmy hỏi một cách lo lắng khi Ross ngồi xuống đối diện. "Ông sẽ không tìm thấy gì buộc tội được tôi vào giờ này sáng đâu."</w:t>
      </w:r>
    </w:p>
    <w:p>
      <w:pPr>
        <w:spacing w:after="80"/>
      </w:pPr>
      <w:r>
        <w:rPr>
          <w:b w:val="0"/>
          <w:i w:val="0"/>
        </w:rPr>
        <w:t>‘Tôi cần anh giúp, Jimmy.’</w:t>
      </w:r>
    </w:p>
    <w:p>
      <w:pPr>
        <w:spacing w:after="80"/>
      </w:pPr>
      <w:r>
        <w:rPr>
          <w:b w:val="0"/>
          <w:i w:val="0"/>
        </w:rPr>
        <w:t>‘Tôi không phải kẻ chỉ điểm. Chưa từng, và sẽ không bao giờ. Không phải kiểu của tôi.’</w:t>
      </w:r>
    </w:p>
    <w:p>
      <w:pPr>
        <w:spacing w:after="80"/>
      </w:pPr>
      <w:r>
        <w:rPr>
          <w:b w:val="0"/>
          <w:i w:val="0"/>
        </w:rPr>
        <w:t>‘Tôi không còn trong ngành nữa,’ Ross nói. ‘Tôi đã nghỉ việc.’</w:t>
      </w:r>
    </w:p>
    <w:p>
      <w:pPr>
        <w:spacing w:after="80"/>
      </w:pPr>
      <w:r>
        <w:rPr>
          <w:b w:val="0"/>
          <w:i w:val="0"/>
        </w:rPr>
        <w:t>Jimmy vẫn tỏ vẻ nghi ngờ, cho đến khi Ross lấy một cuộn tiền giấy ra khỏi túi và đặt lên giữa bàn.</w:t>
      </w:r>
    </w:p>
    <w:p>
      <w:pPr>
        <w:spacing w:after="80"/>
      </w:pPr>
      <w:r>
        <w:rPr>
          <w:b w:val="0"/>
          <w:i w:val="0"/>
        </w:rPr>
        <w:t>‘Tôi phải làm gì để kiếm được ngần ấy tiền?’ tên móc túi nói, mắt hau háu nhìn xấp tiền.</w:t>
      </w:r>
    </w:p>
    <w:p>
      <w:pPr>
        <w:spacing w:after="80"/>
      </w:pPr>
      <w:r>
        <w:rPr>
          <w:b w:val="0"/>
          <w:i w:val="0"/>
        </w:rPr>
        <w:t>‘Lần này tôi cần anh đặt thứ gì đó trả lại chỗ cũ,’ Ross nói, rồi giải thích chính xác điều ông đang nghĩ trong đầu.</w:t>
      </w:r>
    </w:p>
    <w:p>
      <w:pPr>
        <w:spacing w:after="80"/>
      </w:pPr>
      <w:r>
        <w:rPr>
          <w:b w:val="0"/>
          <w:i w:val="0"/>
        </w:rPr>
        <w:t>Khi Jimmy ăn xong bữa sáng, hai trăm bảng cũng đã biến mất.</w:t>
      </w:r>
    </w:p>
    <w:p>
      <w:pPr>
        <w:spacing w:after="80"/>
      </w:pPr>
      <w:r>
        <w:rPr>
          <w:b w:val="0"/>
          <w:i w:val="0"/>
        </w:rPr>
        <w:t>‘Anh sẽ nhận thêm hai trăm nữa, nhưng không phải trước khi anh hoàn thành công việc.’</w:t>
      </w:r>
    </w:p>
    <w:p>
      <w:pPr>
        <w:spacing w:after="80"/>
      </w:pPr>
      <w:r>
        <w:rPr>
          <w:b w:val="0"/>
          <w:i w:val="0"/>
        </w:rPr>
        <w:t>‘Vậy tôi chỉ cần biết khi nào và ở đâu.’</w:t>
      </w:r>
    </w:p>
    <w:p>
      <w:pPr>
        <w:spacing w:after="80"/>
      </w:pPr>
      <w:r>
        <w:rPr>
          <w:b w:val="0"/>
          <w:i w:val="0"/>
        </w:rPr>
        <w:t>‘Tôi sẽ liên lạc,’ Ross nói, ‘giờ tôi đã biết tìm anh ở đâu.’ Ông đứng dậy, định xem giờ để chắc mình không trễ cuộc hẹn tiếp theo, chỉ để nhận ra mình không còn đồng hồ nữa. Ông chìa tay ra và chờ đợi.</w:t>
      </w:r>
    </w:p>
    <w:p>
      <w:pPr>
        <w:spacing w:after="80"/>
      </w:pPr>
      <w:r>
        <w:rPr>
          <w:b w:val="0"/>
          <w:i w:val="0"/>
        </w:rPr>
        <w:t>Jimmy tên móc túi nhún vai, trả lại chiếc Rolex cho ông và nói: ‘Tôi không muốn ông nghĩ là tôi đã mất nghề, Thanh tra ạ.’</w:t>
      </w:r>
    </w:p>
    <w:p>
      <w:pPr>
        <w:spacing w:after="80"/>
        <w:jc w:val="center"/>
      </w:pPr>
      <w:r>
        <w:rPr>
          <w:b w:val="0"/>
          <w:i w:val="0"/>
        </w:rPr>
        <w:t>• • •</w:t>
      </w:r>
    </w:p>
    <w:p>
      <w:pPr>
        <w:spacing w:after="80"/>
      </w:pPr>
      <w:r>
        <w:rPr>
          <w:b w:val="0"/>
          <w:i w:val="0"/>
        </w:rPr>
        <w:t>‘Chúc mừng, Chánh Thanh tra,’ viên chỉ huy nói, khi William bước vào văn phòng ông ta vào sáng muộn hôm đó.</w:t>
      </w:r>
    </w:p>
    <w:p>
      <w:pPr>
        <w:spacing w:after="80"/>
      </w:pPr>
      <w:r>
        <w:rPr>
          <w:b w:val="0"/>
          <w:i w:val="0"/>
        </w:rPr>
        <w:t>‘Vì việc gì ạ, thưa sếp?’</w:t>
      </w:r>
    </w:p>
    <w:p>
      <w:pPr>
        <w:spacing w:after="80"/>
      </w:pPr>
      <w:r>
        <w:rPr>
          <w:b w:val="0"/>
          <w:i w:val="0"/>
        </w:rPr>
        <w:t>‘Cuối cùng cũng dọn dẹp xong vụ Roach/Abbott.’</w:t>
      </w:r>
    </w:p>
    <w:p>
      <w:pPr>
        <w:spacing w:after="80"/>
      </w:pPr>
      <w:r>
        <w:rPr>
          <w:b w:val="0"/>
          <w:i w:val="0"/>
        </w:rPr>
        <w:t>‘Nhưng tôi đã làm được sao?’ William trầm ngâm nói.</w:t>
      </w:r>
    </w:p>
    <w:p>
      <w:pPr>
        <w:spacing w:after="80"/>
      </w:pPr>
      <w:r>
        <w:rPr>
          <w:b w:val="0"/>
          <w:i w:val="0"/>
        </w:rPr>
        <w:t>‘Ý anh là gì? Đội của anh đã tóm gọn mười bốn thành viên băng đảng, và hai kẻ phạm tội tệ nhất lại tiện tay kết thúc ở nghĩa địa.’</w:t>
      </w:r>
    </w:p>
    <w:p>
      <w:pPr>
        <w:spacing w:after="80"/>
      </w:pPr>
      <w:r>
        <w:rPr>
          <w:b w:val="0"/>
          <w:i w:val="0"/>
        </w:rPr>
        <w:t>‘Tiện tay quá mức, có lẽ nào?’</w:t>
      </w:r>
    </w:p>
    <w:p>
      <w:pPr>
        <w:spacing w:after="80"/>
      </w:pPr>
      <w:r>
        <w:rPr>
          <w:b w:val="0"/>
          <w:i w:val="0"/>
        </w:rPr>
        <w:t>‘Mọi bằng chứng đều cho chúng ta biết Ron Abbott đã giết Terry Roach. Chúng ta thậm chí còn có khẩu súng trường, các vỏ đạn đã bắn và thi thể. Không phải lúc nào cũng may mắn đến thế đâu.’</w:t>
      </w:r>
    </w:p>
    <w:p>
      <w:pPr>
        <w:spacing w:after="80"/>
      </w:pPr>
      <w:r>
        <w:rPr>
          <w:b w:val="0"/>
          <w:i w:val="0"/>
        </w:rPr>
        <w:t>‘Trừ khi tỷ lệ cược đã được sắp đặt có lợi cho anh trước khi anh xuất hiện,’ William nói.</w:t>
      </w:r>
    </w:p>
    <w:p>
      <w:pPr>
        <w:spacing w:after="80"/>
      </w:pPr>
      <w:r>
        <w:rPr>
          <w:b w:val="0"/>
          <w:i w:val="0"/>
        </w:rPr>
        <w:t>‘Bởi ai?’ The Hawk hỏi.</w:t>
      </w:r>
    </w:p>
    <w:p>
      <w:pPr>
        <w:spacing w:after="80"/>
      </w:pPr>
      <w:r>
        <w:rPr>
          <w:b w:val="0"/>
          <w:i w:val="0"/>
        </w:rPr>
        <w:t>‘Bởi bất kỳ ai đã để lại hung khí và ba vỏ đạn trên mái tòa nhà mà Abbott tình cờ sống ở đó.’</w:t>
      </w:r>
    </w:p>
    <w:p>
      <w:pPr>
        <w:spacing w:after="80"/>
      </w:pPr>
      <w:r>
        <w:rPr>
          <w:b w:val="0"/>
          <w:i w:val="0"/>
        </w:rPr>
        <w:t>‘Nhưng hai thành viên băng Roach đã bắt được Abbott trên mái nhà, và người của chúng ta đến vừa kịp lúc để thấy chúng ném anh ta khỏi nóc tòa nhà.’</w:t>
      </w:r>
    </w:p>
    <w:p>
      <w:pPr>
        <w:spacing w:after="80"/>
      </w:pPr>
      <w:r>
        <w:rPr>
          <w:b w:val="0"/>
          <w:i w:val="0"/>
        </w:rPr>
        <w:t>‘Vừa kịp lúc,’ William nhắc lại. ‘Anh không thấy hơi trùng hợp khi một người dân tình cờ gọi 999 lúc một giờ mười ba phút sáng nay, và người của chúng ta bằng cách nào đó lại đến kịp để nghe phát súng thứ ba được bắn ra sao? Roach vẫn còn sống khi tôi đến. Nên tôi nghi ngờ cuộc gọi đó được thực hiện trước khi phát súng đầu tiên được bắn.’</w:t>
      </w:r>
    </w:p>
    <w:p>
      <w:pPr>
        <w:spacing w:after="80"/>
      </w:pPr>
      <w:r>
        <w:rPr>
          <w:b w:val="0"/>
          <w:i w:val="0"/>
        </w:rPr>
        <w:t>‘Anh đang ám chỉ điều gì?’ viên chỉ huy nói, giọng ông ta đổi khác.</w:t>
      </w:r>
    </w:p>
    <w:p>
      <w:pPr>
        <w:spacing w:after="80"/>
      </w:pPr>
      <w:r>
        <w:rPr>
          <w:b w:val="0"/>
          <w:i w:val="0"/>
        </w:rPr>
        <w:t>‘Với tư cách là sĩ quan phụ trách cuộc điều tra, tôi đang cố gắng tìm ra sự thật.’</w:t>
      </w:r>
    </w:p>
    <w:p>
      <w:pPr>
        <w:spacing w:after="80"/>
      </w:pPr>
      <w:r>
        <w:rPr>
          <w:b w:val="0"/>
          <w:i w:val="0"/>
        </w:rPr>
        <w:t>‘Và anh đã đi đến kết luận nào chưa?’</w:t>
      </w:r>
    </w:p>
    <w:p>
      <w:pPr>
        <w:spacing w:after="80"/>
      </w:pPr>
      <w:r>
        <w:rPr>
          <w:b w:val="0"/>
          <w:i w:val="0"/>
        </w:rPr>
        <w:t>‘Trực giác mách bảo tôi rằng chính một người đang nghỉ phép vì lý do nhân đạo đã bắn cả ba phát súng, nhưng lại chẳng có tâm trạng nhân đạo chút nào. Tuy nhiên, tôi thừa nhận chính hai thành viên băng Roach mà chúng ta tìm thấy trên mái nhà đã ném Abbott khỏi tòa nhà. Nhưng sau đó tôi nghi ngờ đó đều là một phần trong kế hoạch của Ross.’</w:t>
      </w:r>
    </w:p>
    <w:p>
      <w:pPr>
        <w:spacing w:after="80"/>
      </w:pPr>
      <w:r>
        <w:rPr>
          <w:b w:val="0"/>
          <w:i w:val="0"/>
        </w:rPr>
        <w:t>‘Nếu Abbott không giết Roach, sao họ lại tìm thấy anh ta trên mái nhà?’</w:t>
      </w:r>
    </w:p>
    <w:p>
      <w:pPr>
        <w:spacing w:after="80"/>
      </w:pPr>
      <w:r>
        <w:rPr>
          <w:b w:val="0"/>
          <w:i w:val="0"/>
        </w:rPr>
        <w:t>‘Tôi nghĩ anh ta nghe thấy tiếng súng từ căn hộ của mình, và lên đó xem chuyện gì đang xảy ra. Anh không thấy lạ khi sau đó chúng ta tìm thấy một khẩu súng trường giống hệt hung khí trong căn hộ của anh ta sao? Tôi tự hỏi tại sao anh ta lại có hai khẩu.’</w:t>
      </w:r>
    </w:p>
    <w:p>
      <w:pPr>
        <w:spacing w:after="80"/>
      </w:pPr>
      <w:r>
        <w:rPr>
          <w:b w:val="0"/>
          <w:i w:val="0"/>
        </w:rPr>
        <w:t>‘Anh có gì để dựa vào ngoài trực giác của mình không?’</w:t>
      </w:r>
    </w:p>
    <w:p>
      <w:pPr>
        <w:spacing w:after="80"/>
      </w:pPr>
      <w:r>
        <w:rPr>
          <w:b w:val="0"/>
          <w:i w:val="0"/>
        </w:rPr>
        <w:t>‘Một bao thuốc Marlboro rỗng cũng được tìm thấy trên mái nhà.’</w:t>
      </w:r>
    </w:p>
    <w:p>
      <w:pPr>
        <w:spacing w:after="80"/>
      </w:pPr>
      <w:r>
        <w:rPr>
          <w:b w:val="0"/>
          <w:i w:val="0"/>
        </w:rPr>
        <w:t>‘Rất nhiều người hút Marlboro, kể cả tôi. Ngài phải làm tốt hơn thế chứ, Thanh tra trưởng.’</w:t>
      </w:r>
    </w:p>
    <w:p>
      <w:pPr>
        <w:spacing w:after="80"/>
      </w:pPr>
      <w:r>
        <w:rPr>
          <w:b w:val="0"/>
          <w:i w:val="0"/>
        </w:rPr>
        <w:t>‘Trong lúc đội tôi đang vây bắt những thành viên còn lại của băng nhóm, Ross đi thẳng ngang qua tôi, cải trang thành một kẻ lang thang và đẩy một chiếc xe nôi cũ.’</w:t>
      </w:r>
    </w:p>
    <w:p>
      <w:pPr>
        <w:spacing w:after="80"/>
      </w:pPr>
      <w:r>
        <w:rPr>
          <w:b w:val="0"/>
          <w:i w:val="0"/>
        </w:rPr>
        <w:t>‘Sao ông không hỏi hắn ta rốt cuộc đang làm cái quái gì ở đó?’</w:t>
      </w:r>
    </w:p>
    <w:p>
      <w:pPr>
        <w:spacing w:after="80"/>
      </w:pPr>
      <w:r>
        <w:rPr>
          <w:b w:val="0"/>
          <w:i w:val="0"/>
        </w:rPr>
        <w:t>‘Lúc đó tôi đang cố thẩm vấn Roach trước khi đội y tế đưa anh ta lên xe cứu thương.’</w:t>
      </w:r>
    </w:p>
    <w:p>
      <w:pPr>
        <w:spacing w:after="80"/>
      </w:pPr>
      <w:r>
        <w:rPr>
          <w:b w:val="0"/>
          <w:i w:val="0"/>
        </w:rPr>
        <w:t>‘Anh ta vẫn còn sống à?’ The Hawk nói, đầy vẻ hoài nghi.</w:t>
      </w:r>
    </w:p>
    <w:p>
      <w:pPr>
        <w:spacing w:after="80"/>
      </w:pPr>
      <w:r>
        <w:rPr>
          <w:b w:val="0"/>
          <w:i w:val="0"/>
        </w:rPr>
        <w:t>‘Anh ta sống thêm được hai mươi phút nữa, mà tôi nghi đó đều nằm trong toan tính của Ross.’</w:t>
      </w:r>
    </w:p>
    <w:p>
      <w:pPr>
        <w:spacing w:after="80"/>
      </w:pPr>
      <w:r>
        <w:rPr>
          <w:b w:val="0"/>
          <w:i w:val="0"/>
        </w:rPr>
        <w:t>‘Nhưng ông không thể chứng minh kẻ lang thang ông thấy chính là Ross.’</w:t>
      </w:r>
    </w:p>
    <w:p>
      <w:pPr>
        <w:spacing w:after="80"/>
      </w:pPr>
      <w:r>
        <w:rPr>
          <w:b w:val="0"/>
          <w:i w:val="0"/>
        </w:rPr>
        <w:t>‘Hắn ta đeo bốn tấm huân chương chiến đấu.’</w:t>
      </w:r>
    </w:p>
    <w:p>
      <w:pPr>
        <w:spacing w:after="80"/>
      </w:pPr>
      <w:r>
        <w:rPr>
          <w:b w:val="0"/>
          <w:i w:val="0"/>
        </w:rPr>
        <w:t>‘Vậy thì ông chỉ cần thẩm vấn khoảng mười nghìn nghi phạm tiềm năng thôi.’</w:t>
      </w:r>
    </w:p>
    <w:p>
      <w:pPr>
        <w:spacing w:after="80"/>
      </w:pPr>
      <w:r>
        <w:rPr>
          <w:b w:val="0"/>
          <w:i w:val="0"/>
        </w:rPr>
        <w:t>‘Tôi có thể loại trừ 9.999 người trong số đó vì họ chưa từng được trao Huân chương Dũng cảm của Nữ hoàng.’</w:t>
      </w:r>
    </w:p>
    <w:p>
      <w:pPr>
        <w:spacing w:after="80"/>
      </w:pPr>
      <w:r>
        <w:rPr>
          <w:b w:val="0"/>
          <w:i w:val="0"/>
        </w:rPr>
        <w:t>‘Ross sẽ không mắc sai lầm như thế đâu.’</w:t>
      </w:r>
    </w:p>
    <w:p>
      <w:pPr>
        <w:spacing w:after="80"/>
      </w:pPr>
      <w:r>
        <w:rPr>
          <w:b w:val="0"/>
          <w:i w:val="0"/>
        </w:rPr>
        <w:t>‘Tôi không nghĩ đó là sai lầm. Tôi nghĩ hắn ta muốn tôi nhìn thấy điều đó.’</w:t>
      </w:r>
    </w:p>
    <w:p>
      <w:pPr>
        <w:spacing w:after="80"/>
      </w:pPr>
      <w:r>
        <w:rPr>
          <w:b w:val="0"/>
          <w:i w:val="0"/>
        </w:rPr>
        <w:t>‘Vậy sao ông không bắt hắn?’</w:t>
      </w:r>
    </w:p>
    <w:p>
      <w:pPr>
        <w:spacing w:after="80"/>
      </w:pPr>
      <w:r>
        <w:rPr>
          <w:b w:val="0"/>
          <w:i w:val="0"/>
        </w:rPr>
        <w:t>‘Vì đúng lúc đó thi thể của Abbott rơi xuống vỉa hè chỉ cách vài bước chân, tôi thú nhận là điều đó đã khiến tôi mất tập trung.’</w:t>
      </w:r>
    </w:p>
    <w:p>
      <w:pPr>
        <w:spacing w:after="80"/>
      </w:pPr>
      <w:r>
        <w:rPr>
          <w:b w:val="0"/>
          <w:i w:val="0"/>
        </w:rPr>
        <w:t>‘Ông sẽ gọi hắn ta đến để thẩm vấn chứ?’ The Hawk hỏi.</w:t>
      </w:r>
    </w:p>
    <w:p>
      <w:pPr>
        <w:spacing w:after="80"/>
      </w:pPr>
      <w:r>
        <w:rPr>
          <w:b w:val="0"/>
          <w:i w:val="0"/>
        </w:rPr>
        <w:t>‘Để làm gì? Hắn ta sẽ có sẵn đủ câu trả lời trơn tru, và sẽ biết rõ là chúng ta chẳng có gì đủ để đứng vững trước tòa.’</w:t>
      </w:r>
    </w:p>
    <w:p>
      <w:pPr>
        <w:spacing w:after="80"/>
      </w:pPr>
      <w:r>
        <w:rPr>
          <w:b w:val="0"/>
          <w:i w:val="0"/>
        </w:rPr>
        <w:t>‘Cậu vẫn muốn anh ta là thành viên trong đội của cậu khi cậu đi tìm Faulkner chứ?’</w:t>
      </w:r>
    </w:p>
    <w:p>
      <w:pPr>
        <w:spacing w:after="80"/>
      </w:pPr>
      <w:r>
        <w:rPr>
          <w:b w:val="0"/>
          <w:i w:val="0"/>
        </w:rPr>
        <w:t>‘Không có anh ta thì chúng ta còn chẳng tới được cửa trước,’ William nói, ‘chứ đừng nói tới chuyện vượt qua phòng làm việc của Faulkner.’</w:t>
      </w:r>
    </w:p>
    <w:p>
      <w:pPr>
        <w:spacing w:after="80"/>
      </w:pPr>
      <w:r>
        <w:rPr>
          <w:b w:val="0"/>
          <w:i w:val="0"/>
        </w:rPr>
        <w:t>‘Nếu cậu đúng và anh ta đã giết Roach, thì cậu nên chắc chắn rằng anh ta không mang súng khi bước vào nhà, bởi vì anh ta sẽ chẳng thèm quan tâm ai nhìn thấy mình giết Faulkner đâu.’</w:t>
      </w:r>
    </w:p>
    <w:p>
      <w:pPr>
        <w:spacing w:after="80"/>
        <w:jc w:val="center"/>
      </w:pPr>
      <w:r>
        <w:rPr>
          <w:b w:val="0"/>
          <w:i w:val="0"/>
        </w:rPr>
        <w:t>• • •</w:t>
      </w:r>
    </w:p>
    <w:p>
      <w:pPr>
        <w:spacing w:after="80"/>
      </w:pPr>
      <w:r>
        <w:rPr>
          <w:b w:val="0"/>
          <w:i w:val="0"/>
        </w:rPr>
        <w:t>Cửa được mở bởi một gã đàn ông cao lớn hơn anh ta hẳn một cái đầu, hai tay khoanh trước ngực, nắm đấm siết chặt, trên các đốt ngón tay của cả hai bàn tay xăm dòng chữ ‘HATE’ (GHÉT).</w:t>
      </w:r>
    </w:p>
    <w:p>
      <w:pPr>
        <w:spacing w:after="80"/>
      </w:pPr>
      <w:r>
        <w:rPr>
          <w:b w:val="0"/>
          <w:i w:val="0"/>
        </w:rPr>
        <w:t>‘Tôi có thể giúp gì cho anh?’ một giọng nói cất lên.</w:t>
      </w:r>
    </w:p>
    <w:p>
      <w:pPr>
        <w:spacing w:after="80"/>
      </w:pPr>
      <w:r>
        <w:rPr>
          <w:b w:val="0"/>
          <w:i w:val="0"/>
        </w:rPr>
        <w:t>Anh ta nhìn qua người gác cửa và thấy một ông già khô quắt ngồi sau chiếc bàn gỗ sồi trên một chiếc ghế da lớn trông như nuốt chửng lấy ông ta.</w:t>
      </w:r>
    </w:p>
    <w:p>
      <w:pPr>
        <w:spacing w:after="80"/>
      </w:pPr>
      <w:r>
        <w:rPr>
          <w:b w:val="0"/>
          <w:i w:val="0"/>
        </w:rPr>
        <w:t>‘Tôi cần vay một ngàn bảng, ông Sleeman,’ anh ta nói đầy lo lắng, trong khi dán mắt vào cái dáng người nhỏ bé trông còn đáng ghét hơn cả gã vệ sĩ ngờ nghệch của ông ta.</w:t>
      </w:r>
    </w:p>
    <w:p>
      <w:pPr>
        <w:spacing w:after="80"/>
      </w:pPr>
      <w:r>
        <w:rPr>
          <w:b w:val="0"/>
          <w:i w:val="0"/>
        </w:rPr>
        <w:t>‘Để làm gì?’ Sleeman hỏi, đôi môi mỏng gần như không nhúc nhích.</w:t>
      </w:r>
    </w:p>
    <w:p>
      <w:pPr>
        <w:spacing w:after="80"/>
      </w:pPr>
      <w:r>
        <w:rPr>
          <w:b w:val="0"/>
          <w:i w:val="0"/>
        </w:rPr>
        <w:t>‘Tôi cần mua một chiếc xe.’</w:t>
      </w:r>
    </w:p>
    <w:p>
      <w:pPr>
        <w:spacing w:after="80"/>
      </w:pPr>
      <w:r>
        <w:rPr>
          <w:b w:val="0"/>
          <w:i w:val="0"/>
        </w:rPr>
        <w:t>‘Để làm gì?’ ông ta lặp lại.</w:t>
      </w:r>
    </w:p>
    <w:p>
      <w:pPr>
        <w:spacing w:after="80"/>
      </w:pPr>
      <w:r>
        <w:rPr>
          <w:b w:val="0"/>
          <w:i w:val="0"/>
        </w:rPr>
        <w:t>‘Tôi được nhận vào làm nhân viên kinh doanh cho một công ty dược phẩm và tôi đã bảo họ là tôi có xe riêng.’</w:t>
      </w:r>
    </w:p>
    <w:p>
      <w:pPr>
        <w:spacing w:after="80"/>
      </w:pPr>
      <w:r>
        <w:rPr>
          <w:b w:val="0"/>
          <w:i w:val="0"/>
        </w:rPr>
        <w:t>‘Anh có tài sản thế chấp nào không?’</w:t>
      </w:r>
    </w:p>
    <w:p>
      <w:pPr>
        <w:spacing w:after="80"/>
      </w:pPr>
      <w:r>
        <w:rPr>
          <w:b w:val="0"/>
          <w:i w:val="0"/>
        </w:rPr>
        <w:t>‘Chiếc xe, và tôi sẽ kiếm được hai trăm bảng một tuần, cộng thêm hoa hồng.’</w:t>
      </w:r>
    </w:p>
    <w:p>
      <w:pPr>
        <w:spacing w:after="80"/>
      </w:pPr>
      <w:r>
        <w:rPr>
          <w:b w:val="0"/>
          <w:i w:val="0"/>
        </w:rPr>
        <w:t>‘Anh sống ở đâu?’</w:t>
      </w:r>
    </w:p>
    <w:p>
      <w:pPr>
        <w:spacing w:after="80"/>
      </w:pPr>
      <w:r>
        <w:rPr>
          <w:b w:val="0"/>
          <w:i w:val="0"/>
        </w:rPr>
        <w:t>‘Tôi có một căn nhà nhỏ kiểu chuồng ngựa ở Chelsea.’</w:t>
      </w:r>
    </w:p>
    <w:p>
      <w:pPr>
        <w:spacing w:after="80"/>
      </w:pPr>
      <w:r>
        <w:rPr>
          <w:b w:val="0"/>
          <w:i w:val="0"/>
        </w:rPr>
        <w:t>‘Căn nhà đó là của ông à?’</w:t>
      </w:r>
    </w:p>
    <w:p>
      <w:pPr>
        <w:spacing w:after="80"/>
      </w:pPr>
      <w:r>
        <w:rPr>
          <w:b w:val="0"/>
          <w:i w:val="0"/>
        </w:rPr>
        <w:t>‘Không, tôi chỉ có hợp đồng thuê ngắn hạn thôi.’</w:t>
      </w:r>
    </w:p>
    <w:p>
      <w:pPr>
        <w:spacing w:after="80"/>
      </w:pPr>
      <w:r>
        <w:rPr>
          <w:b w:val="0"/>
          <w:i w:val="0"/>
        </w:rPr>
        <w:t>‘Ngắn cỡ nào?’</w:t>
      </w:r>
    </w:p>
    <w:p>
      <w:pPr>
        <w:spacing w:after="80"/>
      </w:pPr>
      <w:r>
        <w:rPr>
          <w:b w:val="0"/>
          <w:i w:val="0"/>
        </w:rPr>
        <w:t>‘Vẫn còn mười sáu năm nữa mới hết hạn.’</w:t>
      </w:r>
    </w:p>
    <w:p>
      <w:pPr>
        <w:spacing w:after="80"/>
      </w:pPr>
      <w:r>
        <w:rPr>
          <w:b w:val="0"/>
          <w:i w:val="0"/>
        </w:rPr>
        <w:t>‘Tôi sẽ cần sổ đăng kiểm của xe và hợp đồng thuê nhà, người của tôi sẽ đến lấy vào tối nay,’ Sleeman nói, gật đầu về phía gã khổng lồ đứng ở cửa. ‘Cả hai sẽ được trả lại cho ông, nhưng không phải trước khi tôi lấy lại từng xu tiền của mình. Cộng thêm lãi suất thông thường, tất nhiên rồi.’</w:t>
      </w:r>
    </w:p>
    <w:p>
      <w:pPr>
        <w:spacing w:after="80"/>
      </w:pPr>
      <w:r>
        <w:rPr>
          <w:b w:val="0"/>
          <w:i w:val="0"/>
        </w:rPr>
        <w:t>‘Điều kiện của ông là gì?’</w:t>
      </w:r>
    </w:p>
    <w:p>
      <w:pPr>
        <w:spacing w:after="80"/>
      </w:pPr>
      <w:r>
        <w:rPr>
          <w:b w:val="0"/>
          <w:i w:val="0"/>
        </w:rPr>
        <w:t>‘Ông sẽ có một ngàn bảng của mình,’ Sleeman nói, ‘và đổi lại, ông sẽ trả cho tôi sáu trăm bảng mỗi tháng trong ba tháng tới.’</w:t>
      </w:r>
    </w:p>
    <w:p>
      <w:pPr>
        <w:spacing w:after="80"/>
      </w:pPr>
      <w:r>
        <w:rPr>
          <w:b w:val="0"/>
          <w:i w:val="0"/>
        </w:rPr>
        <w:t>‘Nhưng thế là gần một trăm phần trăm lãi suất rồi,’ anh ta phản đối.</w:t>
      </w:r>
    </w:p>
    <w:p>
      <w:pPr>
        <w:spacing w:after="80"/>
      </w:pPr>
      <w:r>
        <w:rPr>
          <w:b w:val="0"/>
          <w:i w:val="0"/>
        </w:rPr>
        <w:t>‘Nếu ông muốn chiếc xe, thì đó là điều kiện của tôi. Nhận hay không tùy ông.’</w:t>
      </w:r>
    </w:p>
    <w:p>
      <w:pPr>
        <w:spacing w:after="80"/>
      </w:pPr>
      <w:r>
        <w:rPr>
          <w:b w:val="0"/>
          <w:i w:val="0"/>
        </w:rPr>
        <w:t>Anh ta do dự đủ lâu để Sleeman mở khóa ngăn kéo bàn, lấy ra một xấp tiền giấy năm mươi bảng và đẩy qua bàn mà không buồn đếm.</w:t>
      </w:r>
    </w:p>
    <w:p>
      <w:pPr>
        <w:spacing w:after="80"/>
      </w:pPr>
      <w:r>
        <w:rPr>
          <w:b w:val="0"/>
          <w:i w:val="0"/>
        </w:rPr>
        <w:t>Người đàn ông nhìn chằm chằm vào số tiền. Tay run rẩy, anh ta do dự một lúc trước khi cuối cùng cầm lấy tiền và quay đi.</w:t>
      </w:r>
    </w:p>
    <w:p>
      <w:pPr>
        <w:spacing w:after="80"/>
      </w:pPr>
      <w:r>
        <w:rPr>
          <w:b w:val="0"/>
          <w:i w:val="0"/>
        </w:rPr>
        <w:t>‘Trước khi ông đi,’ Sleeman nói, ‘để tôi cảnh báo ông rằng người thu nợ của tôi sẽ đến vào ngày đầu tiên của tháng, trong ba tháng tới. Nếu ông không trả đúng hạn, tôi không gửi thư nhắc nhở đâu, nhưng anh ta sẽ để lại cho ông một thứ gì đó để nhớ đời.’</w:t>
      </w:r>
    </w:p>
    <w:p>
      <w:pPr>
        <w:spacing w:after="80"/>
      </w:pPr>
      <w:r>
        <w:rPr>
          <w:b w:val="0"/>
          <w:i w:val="0"/>
        </w:rPr>
        <w:t>Người đàn ông rùng mình và đánh rơi một tờ năm mươi bảng xuống sàn, tờ tiền rơi ngay dưới chân gã gác cửa, gã cúi xuống nhặt lên và đưa lại. ‘Tôi mong gặp lại ông vào ngày mùng một,’ gã lẩm bẩm, vừa mở cửa. ‘Nhớ có mặt đấy.’</w:t>
      </w:r>
    </w:p>
    <w:p>
      <w:pPr>
        <w:spacing w:after="80"/>
      </w:pPr>
      <w:r>
        <w:rPr>
          <w:b w:val="0"/>
          <w:i w:val="0"/>
        </w:rPr>
        <w:t>‘Tôi sẽ có mặt,’ Ross hứa.</w:t>
      </w:r>
    </w:p>
    <w:p>
      <w:pPr>
        <w:pStyle w:val="Heading2"/>
      </w:pPr>
      <w:r>
        <w:rPr>
          <w:rFonts w:ascii="Calibri" w:hAnsi="Calibri"/>
          <w:b/>
          <w:i w:val="0"/>
          <w:sz w:val="32"/>
        </w:rPr>
        <w:t>CHƯƠNG 25</w:t>
      </w:r>
    </w:p>
    <w:p>
      <w:pPr>
        <w:spacing w:after="80"/>
      </w:pPr>
      <w:r>
        <w:rPr>
          <w:b w:val="0"/>
          <w:i w:val="0"/>
        </w:rPr>
        <w:t>‘TÔI CÓ LẼ ĐÃ CÓ MỘT BƯỚC ĐỘT PHÁ trong vụ án Sleeman,’ DS Adaja nói, khi anh ngồi xuống chiếc ghế cạnh bàn của William.</w:t>
      </w:r>
    </w:p>
    <w:p>
      <w:pPr>
        <w:spacing w:after="80"/>
      </w:pPr>
      <w:r>
        <w:rPr>
          <w:b w:val="0"/>
          <w:i w:val="0"/>
        </w:rPr>
        <w:t>‘Kể tôi nghe đầu đuôi đi,’ William nói, đặt cây bút Biro xuống và ngả người ra sau.</w:t>
      </w:r>
    </w:p>
    <w:p>
      <w:pPr>
        <w:spacing w:after="80"/>
      </w:pPr>
      <w:r>
        <w:rPr>
          <w:b w:val="0"/>
          <w:i w:val="0"/>
        </w:rPr>
        <w:t>Paul đưa cho ông một túi đựng vật chứng trong suốt, bên trong có một tờ tiền giấy năm mươi bảng Anh. ‘Một người giấu tên để lại cái này cho tôi ở quầy lễ tân.’</w:t>
      </w:r>
    </w:p>
    <w:p>
      <w:pPr>
        <w:spacing w:after="80"/>
      </w:pPr>
      <w:r>
        <w:rPr>
          <w:b w:val="0"/>
          <w:i w:val="0"/>
        </w:rPr>
        <w:t>‘Chắc hẳn anh đã cho kiểm tra dấu vân tay rồi – họ có tìm thấy gì không?’</w:t>
      </w:r>
    </w:p>
    <w:p>
      <w:pPr>
        <w:spacing w:after="80"/>
      </w:pPr>
      <w:r>
        <w:rPr>
          <w:b w:val="0"/>
          <w:i w:val="0"/>
        </w:rPr>
        <w:t>‘Của tôi,’ Paul thừa nhận.</w:t>
      </w:r>
    </w:p>
    <w:p>
      <w:pPr>
        <w:spacing w:after="80"/>
      </w:pPr>
      <w:r>
        <w:rPr>
          <w:b w:val="0"/>
          <w:i w:val="0"/>
        </w:rPr>
        <w:t>‘Đồ ngốc. Còn ai khác không?’</w:t>
      </w:r>
    </w:p>
    <w:p>
      <w:pPr>
        <w:spacing w:after="80"/>
      </w:pPr>
      <w:r>
        <w:rPr>
          <w:b w:val="0"/>
          <w:i w:val="0"/>
        </w:rPr>
        <w:t>‘Của Max Sleeman.’</w:t>
      </w:r>
    </w:p>
    <w:p>
      <w:pPr>
        <w:spacing w:after="80"/>
      </w:pPr>
      <w:r>
        <w:rPr>
          <w:b w:val="0"/>
          <w:i w:val="0"/>
        </w:rPr>
        <w:t>‘Khá hơn rồi. Và, nhìn cái vẻ mặt đắc thắng của anh kìa, hẳn họ còn tìm ra một người khác còn bất ngờ hơn nữa.’</w:t>
      </w:r>
    </w:p>
    <w:p>
      <w:pPr>
        <w:spacing w:after="80"/>
      </w:pPr>
      <w:r>
        <w:rPr>
          <w:b w:val="0"/>
          <w:i w:val="0"/>
        </w:rPr>
        <w:t>‘Leonid Verenich.’</w:t>
      </w:r>
    </w:p>
    <w:p>
      <w:pPr>
        <w:spacing w:after="80"/>
      </w:pPr>
      <w:r>
        <w:rPr>
          <w:b w:val="0"/>
          <w:i w:val="0"/>
        </w:rPr>
        <w:t>‘Kẻ tâm thần bị đuổi khỏi mafia Nga vì quá bạo lực ấy à?’</w:t>
      </w:r>
    </w:p>
    <w:p>
      <w:pPr>
        <w:spacing w:after="80"/>
      </w:pPr>
      <w:r>
        <w:rPr>
          <w:b w:val="0"/>
          <w:i w:val="0"/>
        </w:rPr>
        <w:t>‘Chính hắn.’</w:t>
      </w:r>
    </w:p>
    <w:p>
      <w:pPr>
        <w:spacing w:after="80"/>
      </w:pPr>
      <w:r>
        <w:rPr>
          <w:b w:val="0"/>
          <w:i w:val="0"/>
        </w:rPr>
        <w:t>‘Tôi tưởng hắn đang thụ án chung thân trong nhà tù Dresden chứ.’</w:t>
      </w:r>
    </w:p>
    <w:p>
      <w:pPr>
        <w:spacing w:after="80"/>
      </w:pPr>
      <w:r>
        <w:rPr>
          <w:b w:val="0"/>
          <w:i w:val="0"/>
        </w:rPr>
        <w:t>‘Đúng là vậy, cho đến khi hắn gặp một Đại tá Putin nào đó, và trở nên hữu dụng hơn khi ở bên ngoài,’ Paul nói. ‘Điều tôi không tài nào hiểu nổi là làm sao hắn qua được trạm kiểm soát nhập cư.’</w:t>
      </w:r>
    </w:p>
    <w:p>
      <w:pPr>
        <w:spacing w:after="80"/>
      </w:pPr>
      <w:r>
        <w:rPr>
          <w:b w:val="0"/>
          <w:i w:val="0"/>
        </w:rPr>
        <w:t>‘Chuyện đó đâu có khó với một kẻ có các mối quan hệ như Sleeman, ở cả hai thế giới ngầm,’ William nói. ‘Vậy giờ anh chỉ còn việc tìm ra hắn thôi.’</w:t>
      </w:r>
    </w:p>
    <w:p>
      <w:pPr>
        <w:spacing w:after="80"/>
      </w:pPr>
      <w:r>
        <w:rPr>
          <w:b w:val="0"/>
          <w:i w:val="0"/>
        </w:rPr>
        <w:t>‘Đâu có dễ. Ở Moscow người ta gọi hắn là “tử thần thì thầm”.'</w:t>
      </w:r>
    </w:p>
    <w:p>
      <w:pPr>
        <w:spacing w:after="80"/>
      </w:pPr>
      <w:r>
        <w:rPr>
          <w:b w:val="0"/>
          <w:i w:val="0"/>
        </w:rPr>
        <w:t>‘Kẻ nào để lại mẩn giấy đó ở quầy lễ tân hẳn phải biết cách tìm ra hắn.’</w:t>
      </w:r>
    </w:p>
    <w:p>
      <w:pPr>
        <w:spacing w:after="80"/>
      </w:pPr>
      <w:r>
        <w:rPr>
          <w:b w:val="0"/>
          <w:i w:val="0"/>
        </w:rPr>
        <w:t>‘Nhưng tôi không biết đó là ai cả.’</w:t>
      </w:r>
    </w:p>
    <w:p>
      <w:pPr>
        <w:spacing w:after="80"/>
      </w:pPr>
      <w:r>
        <w:rPr>
          <w:b w:val="0"/>
          <w:i w:val="0"/>
        </w:rPr>
        <w:t>‘Con đồng ý,’ William nói.</w:t>
      </w:r>
    </w:p>
    <w:p>
      <w:pPr>
        <w:spacing w:after="80"/>
        <w:jc w:val="center"/>
      </w:pPr>
      <w:r>
        <w:rPr>
          <w:b w:val="0"/>
          <w:i w:val="0"/>
        </w:rPr>
        <w:t>• • •</w:t>
      </w:r>
    </w:p>
    <w:p>
      <w:pPr>
        <w:spacing w:after="80"/>
      </w:pPr>
      <w:r>
        <w:rPr>
          <w:b w:val="0"/>
          <w:i w:val="0"/>
        </w:rPr>
        <w:t>Ross chưa từng đi hạng thương gia (business class) bao giờ, nhưng vì mấy đêm qua anh gần như chẳng ngủ được chút nào và sẽ cần phải thật tỉnh táo sắc bén khi đến Cape Town, nên anh miễn cưỡng trả tiền để được nâng hạng, ngước nhìn lên trời và chạm vào chiếc nhẫn cưới, một lần nữa cảm ơn Jo, người mà anh hiếm khi nào không nghĩ tới.</w:t>
      </w:r>
    </w:p>
    <w:p>
      <w:pPr>
        <w:spacing w:after="80"/>
      </w:pPr>
      <w:r>
        <w:rPr>
          <w:b w:val="0"/>
          <w:i w:val="0"/>
        </w:rPr>
        <w:t>Anh biết mình chỉ có thể dành ra vài ngày để cảnh báo bà Pugh về cái chết sắp tới của bà, trong khi Miles Faulkner vẫn là ưu tiên hàng đầu của anh. Nếu gã cậu bé hát thánh ca (choirboy) có triệu tập anh, anh sẽ phải gác lại mọi thứ và chạy đến ngay. Đó là giả sử gã cậu bé hát thánh ca đó có thể tìm ra anh.</w:t>
      </w:r>
    </w:p>
    <w:p>
      <w:pPr>
        <w:spacing w:after="80"/>
      </w:pPr>
      <w:r>
        <w:rPr>
          <w:b w:val="0"/>
          <w:i w:val="0"/>
        </w:rPr>
        <w:t>Anh ngả lưng vào chiếc ghế êm ái và mong chờ một giấc ngủ dài không bị gián đoạn, biết ơn vì chỗ ngồi bên cạnh mình còn trống.</w:t>
      </w:r>
    </w:p>
    <w:p>
      <w:pPr>
        <w:spacing w:after="80"/>
      </w:pPr>
      <w:r>
        <w:rPr>
          <w:b w:val="0"/>
          <w:i w:val="0"/>
        </w:rPr>
        <w:t>Tiếp viên vừa định đóng cửa máy bay thì một người đàn ông thừa cân, thở hồng hộc, lao lên máy bay và lặc lè bước dọc lối đi kiểm tra từng số ghế. Ross nhìn ra ngoài cửa sổ khoang hành khách và dõi theo cầu nối hành khách (airbridge) đang được thu lại, hy vọng kẻ đến muộn sẽ đi ngang qua, nhưng rồi anh nghe thấy tiếng da ghế kêu chít khi người đàn ông đó sụp xuống chiếc ghế bên cạnh anh, vẫn còn thở nặng nhọc.</w:t>
      </w:r>
    </w:p>
    <w:p>
      <w:pPr>
        <w:spacing w:after="80"/>
      </w:pPr>
      <w:r>
        <w:rPr>
          <w:b w:val="0"/>
          <w:i w:val="0"/>
        </w:rPr>
        <w:t>‘Vừa kịp,’ ông ta nói trong lúc thở hổn hển.</w:t>
      </w:r>
    </w:p>
    <w:p>
      <w:pPr>
        <w:spacing w:after="80"/>
      </w:pPr>
      <w:r>
        <w:rPr>
          <w:b w:val="0"/>
          <w:i w:val="0"/>
        </w:rPr>
        <w:t>Ross liếc nhìn người bạn đồng hành mới của mình, người mà nếu giảm được vài stone (đơn vị đo cân nặng của Anh) thì vẫn còn thừa cân. Chắc chắn không phải ứng viên cho Nightmare Holidays.</w:t>
      </w:r>
    </w:p>
    <w:p>
      <w:pPr>
        <w:spacing w:after="80"/>
      </w:pPr>
      <w:r>
        <w:rPr>
          <w:b w:val="0"/>
          <w:i w:val="0"/>
        </w:rPr>
        <w:t>Anh quyết định rằng ngay khi máy bay đạt độ cao hành trình, anh sẽ ngả ghế ra sau, đắp chăn lên người, đeo miếng che mắt và không tháo ra cho đến khi tiếp viên thông báo: ‘Thưa quý ông quý bà, xin hãy thắt dây an toàn, chúng ta sắp bắt đầu hạ cánh.’</w:t>
      </w:r>
    </w:p>
    <w:p>
      <w:pPr>
        <w:spacing w:after="80"/>
      </w:pPr>
      <w:r>
        <w:rPr>
          <w:b w:val="0"/>
          <w:i w:val="0"/>
        </w:rPr>
        <w:t>‘Chào,’ người bạn đồng hành mười một tiếng của anh nói, chìa tay ra. ‘Larry T. Holbrooke Đệ Tam. Điều gì đưa ông đến Cape Town vậy?’</w:t>
      </w:r>
    </w:p>
    <w:p>
      <w:pPr>
        <w:spacing w:after="80"/>
      </w:pPr>
      <w:r>
        <w:rPr>
          <w:b w:val="0"/>
          <w:i w:val="0"/>
        </w:rPr>
        <w:t>Điều Ross cần nhất lúc này là tránh xa một gã người Mỹ lắm chuyện, trông như thể đã có một đêm ngon giấc. Anh tự hỏi phản ứng sẽ thế nào nếu anh trả lời thật lòng: ‘Tôi đang hy vọng ngăn một kẻ rất khó ưa giết vợ hắn, thừa hưởng tài sản của cô ta và sống hạnh phúc mãi mãi về sau.’</w:t>
      </w:r>
    </w:p>
    <w:p>
      <w:pPr>
        <w:spacing w:after="80"/>
      </w:pPr>
      <w:r>
        <w:rPr>
          <w:b w:val="0"/>
          <w:i w:val="0"/>
        </w:rPr>
        <w:t>‘Ross Hogan. Tôi đang đi nghỉ, và sẽ đi xem trận Test match (trận đấu cricket quốc tế),’ anh đáp trong khi họ bắt tay. Điều này khiến cuộc trò chuyện ngưng lại một lát, nhưng chỉ một lát thôi.</w:t>
      </w:r>
    </w:p>
    <w:p>
      <w:pPr>
        <w:spacing w:after="80"/>
      </w:pPr>
      <w:r>
        <w:rPr>
          <w:b w:val="0"/>
          <w:i w:val="0"/>
        </w:rPr>
        <w:t>‘Ông thật may mắn. Tôi thì đi công tác. Không nhớ nổi lần cuối mình được nghỉ phép là khi nào. Nói tôi nghe đi, Ross, ông làm nghề gì?’</w:t>
      </w:r>
    </w:p>
    <w:p>
      <w:pPr>
        <w:spacing w:after="80"/>
      </w:pPr>
      <w:r>
        <w:rPr>
          <w:b w:val="0"/>
          <w:i w:val="0"/>
        </w:rPr>
        <w:t>Ross không trả lời ngay. Khi mới gia nhập SAS, anh đã phải ký Đạo luật Bí mật Chính thức (Official Secrets Act), nên anh không thể nói cho ai biết mình làm gì. Từ khi gia nhập lực lượng cảnh sát, anh cũng bị ràng buộc bởi cùng đạo luật đó.</w:t>
      </w:r>
    </w:p>
    <w:p>
      <w:pPr>
        <w:spacing w:after="80"/>
      </w:pPr>
      <w:r>
        <w:rPr>
          <w:b w:val="0"/>
          <w:i w:val="0"/>
        </w:rPr>
        <w:t>‘Tôi làm cho một công ty du lịch. Còn ông?’ anh nói, và ngay lập tức hối hận vì những lời đó.</w:t>
      </w:r>
    </w:p>
    <w:p>
      <w:pPr>
        <w:spacing w:after="80"/>
      </w:pPr>
      <w:r>
        <w:rPr>
          <w:b w:val="0"/>
          <w:i w:val="0"/>
        </w:rPr>
        <w:t>‘Tôi là môi giới tài chính. Tôi thu hồi các khoản nợ ngắn hạn. Nên nếu ai đó nợ ông một khoản tiền lớn mà ông cần đòi, thì tôi chính là người ông cần.’</w:t>
      </w:r>
    </w:p>
    <w:p>
      <w:pPr>
        <w:spacing w:after="80"/>
      </w:pPr>
      <w:r>
        <w:rPr>
          <w:b w:val="0"/>
          <w:i w:val="0"/>
        </w:rPr>
        <w:t>Đột nhiên, Ross tỉnh hẳn. "Cái đó hoạt động thế nào vậy?" anh hỏi, vừa cài dây an toàn.</w:t>
      </w:r>
    </w:p>
    <w:p>
      <w:pPr>
        <w:spacing w:after="80"/>
      </w:pPr>
      <w:r>
        <w:rPr>
          <w:b w:val="0"/>
          <w:i w:val="0"/>
        </w:rPr>
        <w:t>"Giả sử công ty du lịch anh làm việc gặp vấn đề dòng tiền. Anh có những khách hàng đáng tin cậy, nhưng họ thường mất sáu mươi, đôi khi chín mươi ngày mới thanh toán hóa đơn, trong khi anh vẫn phải trang trải chi phí như tiền thuê nhà và lương nhân viên. Tôi mua lại những khoản nợ đó, để anh có thể tiếp tục kinh doanh mà không phải lo lắng về bất kỳ khó khăn tài chính tạm thời nào."</w:t>
      </w:r>
    </w:p>
    <w:p>
      <w:pPr>
        <w:spacing w:after="80"/>
      </w:pPr>
      <w:r>
        <w:rPr>
          <w:b w:val="0"/>
          <w:i w:val="0"/>
        </w:rPr>
        <w:t>"Vậy lợi nhuận nằm ở đâu?" Ross hỏi.</w:t>
      </w:r>
    </w:p>
    <w:p>
      <w:pPr>
        <w:spacing w:after="80"/>
      </w:pPr>
      <w:r>
        <w:rPr>
          <w:b w:val="0"/>
          <w:i w:val="0"/>
        </w:rPr>
        <w:t>"Tôi chờ sáu mươi hoặc chín mươi ngày trôi qua trước khi thu đủ số tiền nợ, rồi lấy hoa hồng từ hai đến ba phần trăm, tùy thuộc vào việc công ty anh đã là khách hàng bao lâu."</w:t>
      </w:r>
    </w:p>
    <w:p>
      <w:pPr>
        <w:spacing w:after="80"/>
      </w:pPr>
      <w:r>
        <w:rPr>
          <w:b w:val="0"/>
          <w:i w:val="0"/>
        </w:rPr>
        <w:t>"Nhưng nếu khách hàng không trả tiền sau chín mươi ngày," Ross nói, "thì anh chẳng phải mất trắng toàn bộ số tiền sao?"</w:t>
      </w:r>
    </w:p>
    <w:p>
      <w:pPr>
        <w:spacing w:after="80"/>
      </w:pPr>
      <w:r>
        <w:rPr>
          <w:b w:val="0"/>
          <w:i w:val="0"/>
        </w:rPr>
        <w:t>"Anh nói đúng, nhưng tôi chỉ làm ăn với những công ty có xếp hạng tín dụng Standard and Poor's cao. Tôi không kinh doanh rủi ro, nghĩa là tôi không kiếm được bộn tiền, nhưng tôi vẫn sống ổn. Ông tôi, người sáng lập công ty, thường nói nếu anh đối xử tử tế với người ta, họ sẽ quay lại làm ăn với anh hết lần này đến lần khác."</w:t>
      </w:r>
    </w:p>
    <w:p>
      <w:pPr>
        <w:spacing w:after="80"/>
      </w:pPr>
      <w:r>
        <w:rPr>
          <w:b w:val="0"/>
          <w:i w:val="0"/>
        </w:rPr>
        <w:t>"Ông Holbrooke…"</w:t>
      </w:r>
    </w:p>
    <w:p>
      <w:pPr>
        <w:spacing w:after="80"/>
      </w:pPr>
      <w:r>
        <w:rPr>
          <w:b w:val="0"/>
          <w:i w:val="0"/>
        </w:rPr>
        <w:t>"Cứ gọi tôi là Larry."</w:t>
      </w:r>
    </w:p>
    <w:p>
      <w:pPr>
        <w:spacing w:after="80"/>
      </w:pPr>
      <w:r>
        <w:rPr>
          <w:b w:val="0"/>
          <w:i w:val="0"/>
        </w:rPr>
        <w:t>"Larry. Tôi có một vấn đề mà có lẽ anh có thể giúp tôi. Nhưng trước tiên tôi phải thú nhận rằng tôi không làm cho công ty du lịch nào cả, và đây cũng không phải mùa của một trận Test match. Tôi là Thanh tra Sở Cảnh sát Metropolitan." Anh rút thẻ ngành ra, Larry chăm chú xem xét.</w:t>
      </w:r>
    </w:p>
    <w:p>
      <w:pPr>
        <w:spacing w:after="80"/>
      </w:pPr>
      <w:r>
        <w:rPr>
          <w:b w:val="0"/>
          <w:i w:val="0"/>
        </w:rPr>
        <w:t>"Scotland Yard, không kém! Tôi rất sẵn lòng hỗ trợ anh, thanh tra ạ, nhưng tôi có thể giúp gì mà lực lượng cảnh sát đáng gờm của anh không làm được?"</w:t>
      </w:r>
    </w:p>
    <w:p>
      <w:pPr>
        <w:spacing w:after="80"/>
      </w:pPr>
      <w:r>
        <w:rPr>
          <w:b w:val="0"/>
          <w:i w:val="0"/>
        </w:rPr>
        <w:t>"Trước hết, có lẽ anh có thể tư vấn cho tôi cách đối phó với một kẻ cho vay nặng lãi mà ông của anh sẽ không bao giờ làm ăn cùng."</w:t>
      </w:r>
    </w:p>
    <w:p>
      <w:pPr>
        <w:spacing w:after="80"/>
      </w:pPr>
      <w:r>
        <w:rPr>
          <w:b w:val="0"/>
          <w:i w:val="0"/>
        </w:rPr>
        <w:t>"Quý ông có dùng bữa tối không ạ?" một nữ tiếp viên hỏi, khi đưa cho cả hai tấm thực đơn.</w:t>
      </w:r>
    </w:p>
    <w:p>
      <w:pPr>
        <w:spacing w:after="80"/>
      </w:pPr>
      <w:r>
        <w:rPr>
          <w:b w:val="0"/>
          <w:i w:val="0"/>
        </w:rPr>
        <w:t>"Chắc chắn rồi, cô ạ," Larry nói.</w:t>
      </w:r>
    </w:p>
    <w:p>
      <w:pPr>
        <w:spacing w:after="80"/>
      </w:pPr>
      <w:r>
        <w:rPr>
          <w:b w:val="0"/>
          <w:i w:val="0"/>
        </w:rPr>
        <w:t>"Tôi cũng vậy," Ross nói.</w:t>
      </w:r>
    </w:p>
    <w:p>
      <w:pPr>
        <w:spacing w:after="80"/>
      </w:pPr>
      <w:r>
        <w:rPr>
          <w:b w:val="0"/>
          <w:i w:val="0"/>
        </w:rPr>
        <w:t>"Được rồi," Larry nói, sau khi cô ấy ghi xong món họ gọi. "Kể cho tôi nghe vấn đề của anh từ từ thôi, và đừng bỏ sót chi tiết nào, dù chúng có vẻ tầm thường với anh đến đâu."</w:t>
      </w:r>
    </w:p>
    <w:p>
      <w:pPr>
        <w:spacing w:after="80"/>
      </w:pPr>
      <w:r>
        <w:rPr>
          <w:b w:val="0"/>
          <w:i w:val="0"/>
        </w:rPr>
        <w:t>Ross thong thả kể cho Larry mọi thứ mà cảnh sát biết về Max Sleeman, những kẻ đồng phạm của hắn và những cách chúng dùng để đảm bảo khách hàng của hắn trả nợ đúng hạn.</w:t>
      </w:r>
    </w:p>
    <w:p>
      <w:pPr>
        <w:spacing w:after="80"/>
      </w:pPr>
      <w:r>
        <w:rPr>
          <w:b w:val="0"/>
          <w:i w:val="0"/>
        </w:rPr>
        <w:t>Cô tiếp viên đã dọn khay của họ và đang phục vụ cà phê trước khi Larry T. Holbrooke Đệ Tam đưa ra ý kiến.</w:t>
      </w:r>
    </w:p>
    <w:p>
      <w:pPr>
        <w:spacing w:after="80"/>
      </w:pPr>
      <w:r>
        <w:rPr>
          <w:b w:val="0"/>
          <w:i w:val="0"/>
        </w:rPr>
        <w:t>‘Thú vị thật,’ Larry nói, khi thả ba viên đường vào cà phê. ‘Chỉ với hai từ mà anh đã vạch ra được gót chân Achilles của Sleeman, giờ anh có thể lợi dụng điểm đó.’</w:t>
      </w:r>
    </w:p>
    <w:p>
      <w:pPr>
        <w:spacing w:after="80"/>
      </w:pPr>
      <w:r>
        <w:rPr>
          <w:b w:val="0"/>
          <w:i w:val="0"/>
        </w:rPr>
        <w:t>‘Miễn là tôi xác định được hai từ đó.’</w:t>
      </w:r>
    </w:p>
    <w:p>
      <w:pPr>
        <w:spacing w:after="80"/>
      </w:pPr>
      <w:r>
        <w:rPr>
          <w:b w:val="0"/>
          <w:i w:val="0"/>
        </w:rPr>
        <w:t>Larry bắt đầu khuấy. ‘Anh có cây cung, thám tử ạ, tôi chỉ có thể cung cấp những mũi tên thôi.’</w:t>
      </w:r>
    </w:p>
    <w:p>
      <w:pPr>
        <w:spacing w:after="80"/>
      </w:pPr>
      <w:r>
        <w:rPr>
          <w:b w:val="0"/>
          <w:i w:val="0"/>
        </w:rPr>
        <w:t>‘Thám tử dựa vào manh mối mà,’ Ross nhắc anh ta.</w:t>
      </w:r>
    </w:p>
    <w:p>
      <w:pPr>
        <w:spacing w:after="80"/>
      </w:pPr>
      <w:r>
        <w:rPr>
          <w:b w:val="0"/>
          <w:i w:val="0"/>
        </w:rPr>
        <w:t>Larry nhấp một ngụm cà phê, rồi rút một mũi tên từ bao. ‘Sleeman nói với anh khi nào hắn sẽ thu khoản thanh toán đầu tiên sáu trăm bảng?’</w:t>
      </w:r>
    </w:p>
    <w:p>
      <w:pPr>
        <w:spacing w:after="80"/>
      </w:pPr>
      <w:r>
        <w:rPr>
          <w:b w:val="0"/>
          <w:i w:val="0"/>
        </w:rPr>
        <w:t>‘Vào ngày đầu tiên của tháng, không sai một lần nào.’</w:t>
      </w:r>
    </w:p>
    <w:p>
      <w:pPr>
        <w:spacing w:after="80"/>
      </w:pPr>
      <w:r>
        <w:rPr>
          <w:b w:val="0"/>
          <w:i w:val="0"/>
        </w:rPr>
        <w:t>‘“Không sai một lần nào” chính là hai từ anh phải lợi dụng. Vì giờ anh đã biết thời gian và địa điểm khi tên thu tiền của hắn sẽ xuất hiện.’</w:t>
      </w:r>
    </w:p>
    <w:p>
      <w:pPr>
        <w:spacing w:after="80"/>
      </w:pPr>
      <w:r>
        <w:rPr>
          <w:b w:val="0"/>
          <w:i w:val="0"/>
        </w:rPr>
        <w:t>‘Tôi không thể chắc chắn về thời gian,’ Ross nói.</w:t>
      </w:r>
    </w:p>
    <w:p>
      <w:pPr>
        <w:spacing w:after="80"/>
      </w:pPr>
      <w:r>
        <w:rPr>
          <w:b w:val="0"/>
          <w:i w:val="0"/>
        </w:rPr>
        <w:t>‘Anh sẽ là cuộc gọi đầu tiên hắn thực hiện sáng hôm đó,’ Larry nói, khi một tiếp viên rót thêm cà phê cho họ.</w:t>
      </w:r>
    </w:p>
    <w:p>
      <w:pPr>
        <w:spacing w:after="80"/>
      </w:pPr>
      <w:r>
        <w:rPr>
          <w:b w:val="0"/>
          <w:i w:val="0"/>
        </w:rPr>
        <w:t>‘Sao anh chắc chắn vậy?’</w:t>
      </w:r>
    </w:p>
    <w:p>
      <w:pPr>
        <w:spacing w:after="80"/>
      </w:pPr>
      <w:r>
        <w:rPr>
          <w:b w:val="0"/>
          <w:i w:val="0"/>
        </w:rPr>
        <w:t>‘Khoản thanh toán đầu tiên luôn là khoản dễ thu nhất. Chính về sau, khi người vay lún sâu hơn vào nợ nần và không thể trả nổi, dù có muốn, thì rắc rối thật sự mới bắt đầu. Tôi luôn cho khách hàng của mình vài ngày ân hạn, nhưng đó là vì tôi không chỉ quan tâm đến một giao dịch đơn lẻ. Điều đó không thể với những kẻ như Sleeman trên đời này, những kẻ làm ăn bằng đe dọa và hạn chót. Nên anh phải chắc chắn rằng khi tên thu tiền của hắn xuất hiện vào ngày đầu tiên của tháng, anh đã sẵn sàng sáu trăm bảng để trao tay. Lúc đó anh sẽ nắm thế chủ động.’</w:t>
      </w:r>
    </w:p>
    <w:p>
      <w:pPr>
        <w:spacing w:after="80"/>
      </w:pPr>
      <w:r>
        <w:rPr>
          <w:b w:val="0"/>
          <w:i w:val="0"/>
        </w:rPr>
        <w:t>‘Tôi biết anh sắp nói cho tôi biết tại sao,’ Ross nói.</w:t>
      </w:r>
    </w:p>
    <w:p>
      <w:pPr>
        <w:spacing w:after="80"/>
      </w:pPr>
      <w:r>
        <w:rPr>
          <w:b w:val="0"/>
          <w:i w:val="0"/>
        </w:rPr>
        <w:t>‘Đừng quên, hắn sẽ dành cả ngày còn lại để thu tiền từ những khách hàng kém sẵn lòng hơn. Anh có thể chắc chắn hắn sẽ để đứa khó nhằn nhất đến cuối cùng, và tôi có cảm giác anh sẽ muốn có mặt khi chuyện đó xảy ra.’</w:t>
      </w:r>
    </w:p>
    <w:p>
      <w:pPr>
        <w:spacing w:after="80"/>
      </w:pPr>
      <w:r>
        <w:rPr>
          <w:b w:val="0"/>
          <w:i w:val="0"/>
        </w:rPr>
        <w:t>‘Tôi đúng là ngốc thật,’ Ross nói.</w:t>
      </w:r>
    </w:p>
    <w:p>
      <w:pPr>
        <w:spacing w:after="80"/>
      </w:pPr>
      <w:r>
        <w:rPr>
          <w:b w:val="0"/>
          <w:i w:val="0"/>
        </w:rPr>
        <w:t>‘Không hề. Tôi đã làm nghề thu nợ hơn ba mươi năm, và trong suốt thời gian đó tôi đã gặp những kẻ lừa đảo tàn nhẫn chẳng kém gã Sleeman của anh. Anh sẽ vui khi biết rằng bọn chúng thường kết thúc bằng cái chết cô độc, chẳng ai đến dự đám tang.’</w:t>
      </w:r>
    </w:p>
    <w:p>
      <w:pPr>
        <w:spacing w:after="80"/>
      </w:pPr>
      <w:r>
        <w:rPr>
          <w:b w:val="0"/>
          <w:i w:val="0"/>
        </w:rPr>
        <w:t>‘Nếu tôi không may mắn đến thế thì sao?’</w:t>
      </w:r>
    </w:p>
    <w:p>
      <w:pPr>
        <w:spacing w:after="80"/>
      </w:pPr>
      <w:r>
        <w:rPr>
          <w:b w:val="0"/>
          <w:i w:val="0"/>
        </w:rPr>
        <w:t>‘Vậy thì cậu sẽ phải chơi thật đỉnh vào ngày đầu tiên của tháng sau.’</w:t>
      </w:r>
    </w:p>
    <w:p>
      <w:pPr>
        <w:spacing w:after="80"/>
      </w:pPr>
      <w:r>
        <w:rPr>
          <w:b w:val="0"/>
          <w:i w:val="0"/>
        </w:rPr>
        <w:t>Ross đã nghĩ ngay đến việc mình sẽ đỗ xe ở đâu. Làm sao anh có thể…</w:t>
      </w:r>
    </w:p>
    <w:p>
      <w:pPr>
        <w:spacing w:after="80"/>
      </w:pPr>
      <w:r>
        <w:rPr>
          <w:b w:val="0"/>
          <w:i w:val="0"/>
        </w:rPr>
        <w:t>‘Một câu hỏi cuối trước khi tôi chợp mắt vài tiếng,’ Larry nói, khi tiếp viên dọn chiếc cốc cà phê của ông và cất bàn khay đi. ‘Cậu mất vợ cách đây bao lâu rồi?’</w:t>
      </w:r>
    </w:p>
    <w:p>
      <w:pPr>
        <w:spacing w:after="80"/>
      </w:pPr>
      <w:r>
        <w:rPr>
          <w:b w:val="0"/>
          <w:i w:val="0"/>
        </w:rPr>
        <w:t>Ross sững sờ đến mức phải một lúc sau mới đủ bình tĩnh để nói: ‘Vài tuần trước. Nhưng sao ông biết?’</w:t>
      </w:r>
    </w:p>
    <w:p>
      <w:pPr>
        <w:spacing w:after="80"/>
      </w:pPr>
      <w:r>
        <w:rPr>
          <w:b w:val="0"/>
          <w:i w:val="0"/>
        </w:rPr>
        <w:t>‘Tôi mất Martha sáu năm trước,’ Larry nói, ‘và đến giờ tôi vẫn không ngừng chạm vào chiếc nhẫn cưới của mình. Đừng nghe những người bảo rằng rồi thời gian sẽ làm mọi thứ dễ chịu hơn. Không đâu. Nếu dễ hơn thì tôi đã chẳng nặng thêm năm mươi pound và sống trên máy bay thế này.’ Nói xong, ông ngả ghế ra sau, kéo chăn lên tận cằm và nhắm mắt lại.</w:t>
      </w:r>
    </w:p>
    <w:p>
      <w:pPr>
        <w:spacing w:after="80"/>
      </w:pPr>
      <w:r>
        <w:rPr>
          <w:b w:val="0"/>
          <w:i w:val="0"/>
        </w:rPr>
        <w:t>‘Cảm ơn ông,’ Ross nói, lòng thấy vui vì người đàn ông sắc sảo và tử tế này đã ngồi xuống cạnh anh mà không đi tiếp.</w:t>
      </w:r>
    </w:p>
    <w:p>
      <w:pPr>
        <w:spacing w:after="80"/>
        <w:jc w:val="center"/>
      </w:pPr>
      <w:r>
        <w:rPr>
          <w:b w:val="0"/>
          <w:i w:val="0"/>
        </w:rPr>
        <w:t>• • •</w:t>
      </w:r>
    </w:p>
    <w:p>
      <w:pPr>
        <w:spacing w:after="80"/>
      </w:pPr>
      <w:r>
        <w:rPr>
          <w:b w:val="0"/>
          <w:i w:val="0"/>
        </w:rPr>
        <w:t>‘Trưởng bộ phận an ninh sân bay Heathrow đang ở đường dây một, sếp ạ,’ Paul nói.</w:t>
      </w:r>
    </w:p>
    <w:p>
      <w:pPr>
        <w:spacing w:after="80"/>
      </w:pPr>
      <w:r>
        <w:rPr>
          <w:b w:val="0"/>
          <w:i w:val="0"/>
        </w:rPr>
        <w:t>William nhấc máy nhánh của mình và nghe thấy một giọng quen thuộc. ‘Chào buổi sáng, thưa ngài. Geoff Duffield đây. Ngài đã dặn tôi báo cho ngài biết nếu DI Ross Hogan đặt vé một chuyến bay ra nước ngoài.’</w:t>
      </w:r>
    </w:p>
    <w:p>
      <w:pPr>
        <w:spacing w:after="80"/>
      </w:pPr>
      <w:r>
        <w:rPr>
          <w:b w:val="0"/>
          <w:i w:val="0"/>
        </w:rPr>
        <w:t>‘Tôi đang nghe đây,’ William nói.</w:t>
      </w:r>
    </w:p>
    <w:p>
      <w:pPr>
        <w:spacing w:after="80"/>
      </w:pPr>
      <w:r>
        <w:rPr>
          <w:b w:val="0"/>
          <w:i w:val="0"/>
        </w:rPr>
        <w:t>‘Anh ta đã lên chuyến bay BA027 đi Cape Town lúc chín giờ ba mươi tối qua. Máy bay hạ cánh lúc chín giờ sáng nay, giờ địa phương.’</w:t>
      </w:r>
    </w:p>
    <w:p>
      <w:pPr>
        <w:spacing w:after="80"/>
      </w:pPr>
      <w:r>
        <w:rPr>
          <w:b w:val="0"/>
          <w:i w:val="0"/>
        </w:rPr>
        <w:t>‘Cảm ơn,’ William nói. ‘Anh ta có đặt vé chuyến về không?’</w:t>
      </w:r>
    </w:p>
    <w:p>
      <w:pPr>
        <w:spacing w:after="80"/>
      </w:pPr>
      <w:r>
        <w:rPr>
          <w:b w:val="0"/>
          <w:i w:val="0"/>
        </w:rPr>
        <w:t>‘Không, thưa ngài. Vé của anh ta là loại mở. Nhưng tôi sẽ báo ngay khi anh ta đặt thêm chuyến nào khác.’</w:t>
      </w:r>
    </w:p>
    <w:p>
      <w:pPr>
        <w:spacing w:after="80"/>
      </w:pPr>
      <w:r>
        <w:rPr>
          <w:b w:val="0"/>
          <w:i w:val="0"/>
        </w:rPr>
        <w:t>‘Anh ta sẽ về trước cuối tuần,’ William nói, không giải thích gì thêm.</w:t>
      </w:r>
    </w:p>
    <w:p>
      <w:pPr>
        <w:pStyle w:val="Heading2"/>
      </w:pPr>
      <w:r>
        <w:rPr>
          <w:rFonts w:ascii="Calibri" w:hAnsi="Calibri"/>
          <w:b/>
          <w:i w:val="0"/>
          <w:sz w:val="32"/>
        </w:rPr>
        <w:t>CHƯƠNG 26</w:t>
      </w:r>
    </w:p>
    <w:p>
      <w:pPr>
        <w:spacing w:after="80"/>
      </w:pPr>
      <w:r>
        <w:rPr>
          <w:b w:val="0"/>
          <w:i w:val="0"/>
        </w:rPr>
        <w:t>‘ÔNG CÓ THỂ VUI LÒNG ký vào sổ khách được không ạ?’ cô lễ tân nói, xoay một cuốn sổ lớn bọc da về phía ông đúng lúc chiếc điện thoại trên bàn bắt đầu đổ chuông. Cô nhấc máy và nói: ‘Chào buổi sáng, khách sạn Mount Nelson. Tôi có thể giúp gì cho quý khách ạ?’</w:t>
      </w:r>
    </w:p>
    <w:p>
      <w:pPr>
        <w:spacing w:after="80"/>
      </w:pPr>
      <w:r>
        <w:rPr>
          <w:b w:val="0"/>
          <w:i w:val="0"/>
        </w:rPr>
        <w:t>Ross bắt đầu lật ngược các trang của cuốn sổ khách để tìm ông bà Clive Pugh, những người mà anh biết đã dự định nhận phòng vào đầu tuần đó.</w:t>
      </w:r>
    </w:p>
    <w:p>
      <w:pPr>
        <w:spacing w:after="80"/>
      </w:pPr>
      <w:r>
        <w:rPr>
          <w:b w:val="0"/>
          <w:i w:val="0"/>
        </w:rPr>
        <w:t>‘Tôi có thể giúp gì không ạ?’ cô lễ tân hỏi khi đặt điện thoại xuống và bắt gặp anh đang chăm chú nhìn vào một trang cụ thể của cuốn sổ.</w:t>
      </w:r>
    </w:p>
    <w:p>
      <w:pPr>
        <w:spacing w:after="80"/>
      </w:pPr>
      <w:r>
        <w:rPr>
          <w:b w:val="0"/>
          <w:i w:val="0"/>
        </w:rPr>
        <w:t>‘Vâng,’ Ross nói, không bỏ lỡ nhịp nào. ‘Tôi chỉ đang kiểm tra xem một người bạn của tôi, Larry T. Holbrooke Đệ Tam, đã đặt phòng chưa.’</w:t>
      </w:r>
    </w:p>
    <w:p>
      <w:pPr>
        <w:spacing w:after="80"/>
      </w:pPr>
      <w:r>
        <w:rPr>
          <w:b w:val="0"/>
          <w:i w:val="0"/>
        </w:rPr>
        <w:t>‘Chúng tôi không có ai ở dưới tên đó lưu trú cả,’ cô lễ tân nói. Ross tỏ vẻ thất vọng đúng mực, trong khi cô đưa cho anh một chiếc chìa khóa kim loại lớn. ‘Ông ở phòng ba mươi ba trên tầng ba. Một nhân viên khuân vác sẽ mang hành lý của ông lên. Tôi hy vọng ông có một kỳ lưu trú dễ chịu với chúng tôi.’</w:t>
      </w:r>
    </w:p>
    <w:p>
      <w:pPr>
        <w:spacing w:after="80"/>
      </w:pPr>
      <w:r>
        <w:rPr>
          <w:b w:val="0"/>
          <w:i w:val="0"/>
        </w:rPr>
        <w:t>Dễ chịu không phải là điều Ross đang nghĩ tới. ‘Cảm ơn cô,’ anh nói, rồi đi theo người khuân vác băng qua sảnh đến thang máy. Trên đường đi, họ lướt qua một bức ảnh Winston Churchill đang ngồi trên hiên khách sạn hút xì gà và cầm một ly brandy lớn.</w:t>
      </w:r>
    </w:p>
    <w:p>
      <w:pPr>
        <w:spacing w:after="80"/>
      </w:pPr>
      <w:r>
        <w:rPr>
          <w:b w:val="0"/>
          <w:i w:val="0"/>
        </w:rPr>
        <w:t>Khi thang máy lên đến tầng ba, Ross theo người khuân vác đi dọc một hành lang rộng trải thảm dày, tường treo đầy những bức ảnh màu nâu đỏ về Thái hậu, Jan Smuts và Cecil Rhodes, gợi cho khách của khách sạn nhớ về một thời đã qua mà nơi này dường như không muốn buông bỏ. Người khuân vác mở khóa cửa phòng 33 và đặt vali của Ross lên giá ở cuối giường. Ross cảm ơn và đưa anh ta một ít tiền boa.</w:t>
      </w:r>
    </w:p>
    <w:p>
      <w:pPr>
        <w:spacing w:after="80"/>
      </w:pPr>
      <w:r>
        <w:rPr>
          <w:b w:val="0"/>
          <w:i w:val="0"/>
        </w:rPr>
        <w:t>Ross bước tới cửa sổ lồi và sững sờ trước khung cảnh toàn cảnh Núi Bàn (Table Mountain) đẹp đến nghẹt thở, với những đám mây đậu phía trên như một chiếc chăn lông tơ. Anh quay lại nhìn chiếc giường đôi cỡ lớn và một lần nữa nghĩ về Jo, rồi cởi áo khoác và nằm xuống chỉ để xem nó êm ái đến mức nào. Anh nhắm mắt và ngay lập tức chìm vào giấc ngủ sâu.</w:t>
      </w:r>
    </w:p>
    <w:p>
      <w:pPr>
        <w:spacing w:after="80"/>
        <w:jc w:val="center"/>
      </w:pPr>
      <w:r>
        <w:rPr>
          <w:b w:val="0"/>
          <w:i w:val="0"/>
        </w:rPr>
        <w:t>• • •</w:t>
      </w:r>
    </w:p>
    <w:p>
      <w:pPr>
        <w:spacing w:after="80"/>
      </w:pPr>
      <w:r>
        <w:rPr>
          <w:b w:val="0"/>
          <w:i w:val="0"/>
        </w:rPr>
        <w:t>‘Có điện thoại cho anh, sếp,’ Paul nói, đưa ống nghe. ‘Một Trung úy Sanchez gọi từ Barcelona.’</w:t>
      </w:r>
    </w:p>
    <w:p>
      <w:pPr>
        <w:spacing w:after="80"/>
      </w:pPr>
      <w:r>
        <w:rPr>
          <w:b w:val="0"/>
          <w:i w:val="0"/>
        </w:rPr>
        <w:t>‘Chào Juan,’ William nói khi chộp lấy điện thoại. ‘Có tiến triển gì không?’</w:t>
      </w:r>
    </w:p>
    <w:p>
      <w:pPr>
        <w:spacing w:after="80"/>
      </w:pPr>
      <w:r>
        <w:rPr>
          <w:b w:val="0"/>
          <w:i w:val="0"/>
        </w:rPr>
        <w:t>‘Có. Vợ tôi lại có bầu, và lần này chúng tôi hy vọng là con trai.’</w:t>
      </w:r>
    </w:p>
    <w:p>
      <w:pPr>
        <w:spacing w:after="80"/>
      </w:pPr>
      <w:r>
        <w:rPr>
          <w:b w:val="0"/>
          <w:i w:val="0"/>
        </w:rPr>
        <w:t>‘Chúc mừng nhé,’ William nói, cười, ‘nhưng đó không phải điều tôi đang nghĩ tới.’</w:t>
      </w:r>
    </w:p>
    <w:p>
      <w:pPr>
        <w:spacing w:after="80"/>
      </w:pPr>
      <w:r>
        <w:rPr>
          <w:b w:val="0"/>
          <w:i w:val="0"/>
        </w:rPr>
        <w:t>‘Về mặt đó thì tôi cũng có tin tốt đây,’ Sanchez nói. ‘Sau cuộc gọi của Chỉ huy Hawksby cho sếp tôi, ông ấy đã bật đèn xanh cho giai đoạn tiếp theo của Chiến dịch Masterpiece, nhưng kèm theo vài điều kiện.’</w:t>
      </w:r>
    </w:p>
    <w:p>
      <w:pPr>
        <w:spacing w:after="80"/>
      </w:pPr>
      <w:r>
        <w:rPr>
          <w:b w:val="0"/>
          <w:i w:val="0"/>
        </w:rPr>
        <w:t>‘Chúng ta có ngày chưa?’ William hỏi.</w:t>
      </w:r>
    </w:p>
    <w:p>
      <w:pPr>
        <w:spacing w:after="80"/>
      </w:pPr>
      <w:r>
        <w:rPr>
          <w:b w:val="0"/>
          <w:i w:val="0"/>
        </w:rPr>
        <w:t>‘Có, Chủ nhật tới. Tôi nghĩ anh không thể chờ lâu hơn được nữa. Chúng ta sẽ cần gặp nhau trước đó để bàn lại chi tiết. Tôi có thể bay đến London vào chiều thứ Tư, nếu thuận tiện cho anh.’</w:t>
      </w:r>
    </w:p>
    <w:p>
      <w:pPr>
        <w:spacing w:after="80"/>
      </w:pPr>
      <w:r>
        <w:rPr>
          <w:b w:val="0"/>
          <w:i w:val="0"/>
        </w:rPr>
        <w:t>‘Vậy thì tốt rồi,’ William nói, lật một trang nhật ký. ‘Cậu định ở đâu?’</w:t>
      </w:r>
    </w:p>
    <w:p>
      <w:pPr>
        <w:spacing w:after="80"/>
      </w:pPr>
      <w:r>
        <w:rPr>
          <w:b w:val="0"/>
          <w:i w:val="0"/>
        </w:rPr>
        <w:t>‘Tôi hy vọng ông có thể giới thiệu cho tôi một khách sạn rẻ gần Scotland Yard.’</w:t>
      </w:r>
    </w:p>
    <w:p>
      <w:pPr>
        <w:spacing w:after="80"/>
      </w:pPr>
      <w:r>
        <w:rPr>
          <w:b w:val="0"/>
          <w:i w:val="0"/>
        </w:rPr>
        <w:t>‘London không nổi tiếng với khách sạn rẻ đâu,’ William nói. ‘Sao cậu không ở chỗ tôi? Nhân dịp đó cậu cũng gặp được Beth và hai đứa nhỏ.’</w:t>
      </w:r>
    </w:p>
    <w:p>
      <w:pPr>
        <w:spacing w:after="80"/>
      </w:pPr>
      <w:r>
        <w:rPr>
          <w:b w:val="0"/>
          <w:i w:val="0"/>
        </w:rPr>
        <w:t>‘Cảm ơn ông,’ Juan nói, ‘nhưng như thế có hơi…’</w:t>
      </w:r>
    </w:p>
    <w:p>
      <w:pPr>
        <w:spacing w:after="80"/>
      </w:pPr>
      <w:r>
        <w:rPr>
          <w:b w:val="0"/>
          <w:i w:val="0"/>
        </w:rPr>
        <w:t>‘Vậy là quyết định thế nhé. Khi đến thì gọi từ quầy lễ tân lên cho tôi.’ William đặt điện thoại xuống, nhìn sang Jackie và nói, ‘Tìm Thanh tra Hogan. Tôi cần anh ta quay lại đây để họp giao ban đầy đủ với Trung úy Sanchez trước chín giờ sáng thứ Năm, nếu không thì tất cả chúng ta chỉ mất thời gian vô ích.’</w:t>
      </w:r>
    </w:p>
    <w:p>
      <w:pPr>
        <w:spacing w:after="80"/>
      </w:pPr>
      <w:r>
        <w:rPr>
          <w:b w:val="0"/>
          <w:i w:val="0"/>
        </w:rPr>
        <w:t>‘Anh ta sẽ ở đâu hả sếp?’ Jackie hỏi. ‘Vì tôi biết anh ta không có ở nhà.’</w:t>
      </w:r>
    </w:p>
    <w:p>
      <w:pPr>
        <w:spacing w:after="80"/>
      </w:pPr>
      <w:r>
        <w:rPr>
          <w:b w:val="0"/>
          <w:i w:val="0"/>
        </w:rPr>
        <w:t>‘Ở cùng khách sạn với ông bà Pugh tại Cape Town.’</w:t>
      </w:r>
    </w:p>
    <w:p>
      <w:pPr>
        <w:spacing w:after="80"/>
      </w:pPr>
      <w:r>
        <w:rPr>
          <w:b w:val="0"/>
          <w:i w:val="0"/>
        </w:rPr>
        <w:t>‘Sếp có biết tên khách sạn không?’</w:t>
      </w:r>
    </w:p>
    <w:p>
      <w:pPr>
        <w:spacing w:after="80"/>
      </w:pPr>
      <w:r>
        <w:rPr>
          <w:b w:val="0"/>
          <w:i w:val="0"/>
        </w:rPr>
        <w:t>‘Không, DS Roycroft, tôi không biết. Tôi nghĩ nên để cô có việc gì đó mà làm chứ.’</w:t>
      </w:r>
    </w:p>
    <w:p>
      <w:pPr>
        <w:spacing w:after="80"/>
        <w:jc w:val="center"/>
      </w:pPr>
      <w:r>
        <w:rPr>
          <w:b w:val="0"/>
          <w:i w:val="0"/>
        </w:rPr>
        <w:t>• • •</w:t>
      </w:r>
    </w:p>
    <w:p>
      <w:pPr>
        <w:spacing w:after="80"/>
      </w:pPr>
      <w:r>
        <w:rPr>
          <w:b w:val="0"/>
          <w:i w:val="0"/>
        </w:rPr>
        <w:t>Ross tỉnh dậy từ một giấc mơ sống động và nhận ra mình vẫn còn mặc nguyên quần áo, và trong chốc lát anh tự hỏi mình đang ở đâu. Anh liếc nhìn đồng hồ, 6.18 tối, và chuyển sang số một. Anh ngồi dậy khỏi giường, cởi hết quần áo và ném lên ghế trước khi vào phòng tắm và tắm một trận thật lâu.</w:t>
      </w:r>
    </w:p>
    <w:p>
      <w:pPr>
        <w:spacing w:after="80"/>
      </w:pPr>
      <w:r>
        <w:rPr>
          <w:b w:val="0"/>
          <w:i w:val="0"/>
        </w:rPr>
        <w:t>Những tia nước lạnh buốt nhanh chóng kéo anh tỉnh táo trở lại, và giúp anh chuyển sang số hai khi anh nhẩm lại trong đầu một kế hoạch sơ bộ. Đến lúc bước ra khỏi buồng tắm và lau khô người, anh đã vào số ba, nhưng vẫn chưa tiến gần hơn được chút nào trong việc tìm cách sắp xếp để tình cờ gặp bà Amy Pugh mà chồng bà không nhận ra anh đang định làm gì.</w:t>
      </w:r>
    </w:p>
    <w:p>
      <w:pPr>
        <w:spacing w:after="80"/>
      </w:pPr>
      <w:r>
        <w:rPr>
          <w:b w:val="0"/>
          <w:i w:val="0"/>
        </w:rPr>
        <w:t>Nếu anh xoay xở được dù chỉ vài phút với bà, câu chuyện của anh đã được chuẩn bị kỹ càng. Anh là một nhân viên môi giới bảo hiểm, và cảm thấy mình nên cảnh báo bà rằng chồng bà đã mua một hợp đồng bảo hiểm nhân thọ cho bà trị giá một triệu bảng. Sau đó anh sẽ hỏi bà có biết hoàn cảnh cái chết của người vợ đầu của ông ta không. Anh đã chuẩn bị sẵn câu hỏi tiếp theo nếu bà trả lời có, và một bài nói ngắn được chuẩn bị kỹ nếu bà nói không.</w:t>
      </w:r>
    </w:p>
    <w:p>
      <w:pPr>
        <w:spacing w:after="80"/>
      </w:pPr>
      <w:r>
        <w:rPr>
          <w:b w:val="0"/>
          <w:i w:val="0"/>
        </w:rPr>
        <w:t>Anh mặc một chiếc áo sơ mi trắng sạch, thắt cà vạt hình gậy đánh gôn và khoác bộ vest khiến anh trông giống người quen thuộc với khách sạn năm sao hơn là một con hẻm vắng tanh. Anh cầm chìa khóa phòng và chuyển sang số cao nhất khi rời đi đến phòng ăn.</w:t>
      </w:r>
    </w:p>
    <w:p>
      <w:pPr>
        <w:spacing w:after="80"/>
      </w:pPr>
      <w:r>
        <w:rPr>
          <w:b w:val="0"/>
          <w:i w:val="0"/>
        </w:rPr>
        <w:t>Khách sạn này hẳn có nét duyên dáng mộc mạc, cái mà Jo sẽ gọi là cổ kính dễ thương, nhưng khi anh bước vào Phòng Nelson, chỉ cần nhìn người trưởng ca một cái là Ross biết mình đang đối diện với một tay chuyên nghiệp.</w:t>
      </w:r>
    </w:p>
    <w:p>
      <w:pPr>
        <w:spacing w:after="80"/>
      </w:pPr>
      <w:r>
        <w:rPr>
          <w:b w:val="0"/>
          <w:i w:val="0"/>
        </w:rPr>
        <w:t>‘Cho tôi hỏi số phòng của ngài được không ạ?’ người đàn ông cao gầy mặc áo đuôi tôm dài và quần sọc kẻ hỏi.</w:t>
      </w:r>
    </w:p>
    <w:p>
      <w:pPr>
        <w:spacing w:after="80"/>
      </w:pPr>
      <w:r>
        <w:rPr>
          <w:b w:val="0"/>
          <w:i w:val="0"/>
        </w:rPr>
        <w:t>‘Ba mươi ba,’ Ross nói. Anh đưa mắt nhìn quanh phòng, ánh mắt dừng lại ở một cặp đôi ngồi trong một hốc nhỏ ở phía xa bên kia nhà hàng. Anh để ý thấy, dù chiếc ghế băng dài bên trái của họ đã có người ngồi, chiếc bên phải vẫn trống.</w:t>
      </w:r>
    </w:p>
    <w:p>
      <w:pPr>
        <w:spacing w:after="80"/>
      </w:pPr>
      <w:r>
        <w:rPr>
          <w:b w:val="0"/>
          <w:i w:val="0"/>
        </w:rPr>
        <w:t>Người quản lý nhà hàng cắt ngang dòng suy nghĩ của anh. ‘Tối nay ngài dùng bữa một mình hay sẽ có ai đến cùng ạ?’</w:t>
      </w:r>
    </w:p>
    <w:p>
      <w:pPr>
        <w:spacing w:after="80"/>
      </w:pPr>
      <w:r>
        <w:rPr>
          <w:b w:val="0"/>
          <w:i w:val="0"/>
        </w:rPr>
        <w:t>‘Tôi sẽ ở một mình trong hai ngày tới. Không biết tôi có thể ngồi chỗ hốc cạnh cửa sổ đó không nhỉ.’</w:t>
      </w:r>
    </w:p>
    <w:p>
      <w:pPr>
        <w:spacing w:after="80"/>
      </w:pPr>
      <w:r>
        <w:rPr>
          <w:b w:val="0"/>
          <w:i w:val="0"/>
        </w:rPr>
        <w:t>Người quản lý kiểm tra danh sách bàn của mình. ‘Xin lỗi ngài, nhưng chỗ đó đã được đặt trước cho tối nay rồi ạ.’</w:t>
      </w:r>
    </w:p>
    <w:p>
      <w:pPr>
        <w:spacing w:after="80"/>
      </w:pPr>
      <w:r>
        <w:rPr>
          <w:b w:val="0"/>
          <w:i w:val="0"/>
        </w:rPr>
        <w:t>Ross lấy ví ra, rút một tờ năm mươi rand và đặt lên trên danh sách đặt bàn.</w:t>
      </w:r>
    </w:p>
    <w:p>
      <w:pPr>
        <w:spacing w:after="80"/>
      </w:pPr>
      <w:r>
        <w:rPr>
          <w:b w:val="0"/>
          <w:i w:val="0"/>
        </w:rPr>
        <w:t>‘Xin mời ngài đi theo tôi,’ người quản lý nói, nở một nụ cười ấm áp với Ross. Chẳng có gì thân mật hay dân dã ở người quản lý này, Ross nghĩ, khi nhìn ông ta nhét tờ tiền vào túi nhanh như Jimmy the dip.</w:t>
      </w:r>
    </w:p>
    <w:p>
      <w:pPr>
        <w:spacing w:after="80"/>
      </w:pPr>
      <w:r>
        <w:rPr>
          <w:b w:val="0"/>
          <w:i w:val="0"/>
        </w:rPr>
        <w:t xml:space="preserve">Ross nhặt một tờ </w:t>
      </w:r>
      <w:r>
        <w:rPr>
          <w:b w:val="0"/>
          <w:i/>
        </w:rPr>
        <w:t>New York Times</w:t>
      </w:r>
      <w:r>
        <w:rPr>
          <w:b w:val="0"/>
          <w:i w:val="0"/>
        </w:rPr>
        <w:t xml:space="preserve"> trên chiếc bàn phụ khi đi theo người trưởng bồi bàn băng qua phòng đến chỗ ngồi trong hốc của mình. Anh ngồi xuống, quay lưng về phía vợ chồng Pugh, mở tờ báo ra và bắt đầu đọc. Chỉ cần họ liếc về phía anh, họ sẽ tưởng anh là người Mỹ. Anh hơi ngả người ra sau, và dù chỉ bắt được lẻ tẻ vài từ từ bà Pugh, anh gần như nghe được mọi điều ông chồng bà đang nói.</w:t>
      </w:r>
    </w:p>
    <w:p>
      <w:pPr>
        <w:spacing w:after="80"/>
      </w:pPr>
      <w:r>
        <w:rPr>
          <w:b w:val="0"/>
          <w:i w:val="0"/>
        </w:rPr>
        <w:t>Một người bồi bàn rượu xuất hiện. ‘Ngài có muốn dùng gì để uống trong lúc chọn món không ạ?’</w:t>
      </w:r>
    </w:p>
    <w:p>
      <w:pPr>
        <w:spacing w:after="80"/>
      </w:pPr>
      <w:r>
        <w:rPr>
          <w:b w:val="0"/>
          <w:i w:val="0"/>
        </w:rPr>
        <w:t>Ross nghiên cứu danh sách rượu dài. Anh nhớ có lần Jo nói với anh rằng các vườn nho Nam Phi giờ đây đang sản xuất những loại rượu chỉ đứng sau rượu Pháp, dù người Pháp sẽ chẳng bao giờ thừa nhận điều đó. Danh sách còn xác nhận thêm một điều tinh tế khác của Jo, rằng rượu địa phương sẽ rẻ hơn nhiều so với rượu nhập khẩu từ Pháp. Anh chọn nửa chai Malbec từ Western Cape, và sau khi người bồi bàn rượu rời đi, anh lấy một hộp đựng thuốc lá từ túi áo trong và đặt lên bàn.</w:t>
      </w:r>
    </w:p>
    <w:p>
      <w:pPr>
        <w:spacing w:after="80"/>
      </w:pPr>
      <w:r>
        <w:rPr>
          <w:b w:val="0"/>
          <w:i w:val="0"/>
        </w:rPr>
        <w:t xml:space="preserve">Ross liếc nhìn dòng tít trên tờ báo của mình: </w:t>
      </w:r>
      <w:r>
        <w:rPr>
          <w:b w:val="0"/>
          <w:i/>
        </w:rPr>
        <w:t>Đàm phán hòa bình sẽ bắt đầu tại Geneva giữa Iraq và Iran</w:t>
      </w:r>
      <w:r>
        <w:rPr>
          <w:b w:val="0"/>
          <w:i w:val="0"/>
        </w:rPr>
        <w:t>. Anh hẳn đã đọc bài báo nếu không phải đang cố tập trung vào cuộc trò chuyện diễn ra phía sau lưng.</w:t>
      </w:r>
    </w:p>
    <w:p>
      <w:pPr>
        <w:spacing w:after="80"/>
      </w:pPr>
      <w:r>
        <w:rPr>
          <w:b w:val="0"/>
          <w:i w:val="0"/>
        </w:rPr>
        <w:t>‘Ngài đã quyết định dùng gì chưa ạ?’ người bồi bàn phụ trách bàn anh hỏi, sổ tay mở sẵn, bút cầm sẵn.</w:t>
      </w:r>
    </w:p>
    <w:p>
      <w:pPr>
        <w:spacing w:after="80"/>
      </w:pPr>
      <w:r>
        <w:rPr>
          <w:b w:val="0"/>
          <w:i w:val="0"/>
        </w:rPr>
        <w:t>‘Súp rau, rồi đến bít tết rump, chín vừa.’</w:t>
      </w:r>
    </w:p>
    <w:p>
      <w:pPr>
        <w:spacing w:after="80"/>
      </w:pPr>
      <w:r>
        <w:rPr>
          <w:b w:val="0"/>
          <w:i w:val="0"/>
        </w:rPr>
        <w:t>Anh chờ người bồi bàn rời đi rồi mới mở hộp đựng thuốc lá và chỉnh chiếc gương bên trong đến một góc cho phép anh có tầm nhìn hoàn hảo về Pugh, dù anh chỉ thấy được phía sau đầu vợ ông ta. NP đã vui vẻ cung cấp chiếc hộp đựng thuốc lá bằng bạc, vốn được một khách hàng đặt làm riêng với số tiền mà hẳn sẽ khiến Cartier phải nể phục.</w:t>
      </w:r>
    </w:p>
    <w:p>
      <w:pPr>
        <w:spacing w:after="80"/>
      </w:pPr>
      <w:r>
        <w:rPr>
          <w:b w:val="0"/>
          <w:i w:val="0"/>
        </w:rPr>
        <w:t>Rõ ràng là Pugh đang cố tỏ ra ân cần chu đáo với người vợ mới của mình, đồng thời tạo ấn tượng rằng ông đang chăm chú lắng nghe một câu chuyện mà hẳn ông đã nghe vài lần trước đó, giữ nụ cười cố định trên mặt suốt cả lúc ấy.</w:t>
      </w:r>
    </w:p>
    <w:p>
      <w:pPr>
        <w:spacing w:after="80"/>
      </w:pPr>
      <w:r>
        <w:rPr>
          <w:b w:val="0"/>
          <w:i w:val="0"/>
        </w:rPr>
        <w:t>Người bồi bàn rượu quay lại, và Ross gập hộp đựng thuốc lá lại, nhưng vẫn tiếp tục lắng nghe những gì đang được nói ở bàn bên cạnh trong khi người phục vụ rượu mở nút nửa chai Malbec và rót cho anh một chút để nếm thử.</w:t>
      </w:r>
    </w:p>
    <w:p>
      <w:pPr>
        <w:spacing w:after="80"/>
      </w:pPr>
      <w:r>
        <w:rPr>
          <w:b w:val="0"/>
          <w:i w:val="0"/>
        </w:rPr>
        <w:t>‘Tuyệt vời,’ Ross nói, và người bồi bàn rượu rót đầy ly cho anh.</w:t>
      </w:r>
    </w:p>
    <w:p>
      <w:pPr>
        <w:spacing w:after="80"/>
      </w:pPr>
      <w:r>
        <w:rPr>
          <w:b w:val="0"/>
          <w:i w:val="0"/>
        </w:rPr>
        <w:t>Ross lật đến trang thể thao và phát hiện Yankees đã đánh bại Oakland Athletics. Anh nhìn vào gương và thấy nhà Pugh đã ăn xong. Mẩu thông tin quan trọng duy nhất anh thu thập được là Clive Pugh sẽ đến ngân hàng của ông ta vào buổi sáng, sau khi đã đề nghị với vợ rằng họ nên mở một tài khoản chung. Qua ngôn ngữ cơ thể của bà ấy, rõ ràng là bà không hề hào hứng với ý tưởng này. Ross nhớ lại rằng trong cuộc họp nhóm gần nhất mà anh tham dự, Jackie đã nói với họ rằng Pugh hẳn đang cạn kiệt tiền bạc nếu căn cứ vào mấy hóa đơn chưa thanh toán.</w:t>
      </w:r>
    </w:p>
    <w:p>
      <w:pPr>
        <w:spacing w:after="80"/>
      </w:pPr>
      <w:r>
        <w:rPr>
          <w:b w:val="0"/>
          <w:i w:val="0"/>
        </w:rPr>
        <w:t>Pugh bảo vợ rằng ông ta sẽ về vào khoảng mười hai giờ, nhắc bà nhớ rằng họ sẽ đi cáp treo lên đỉnh Table Mountain để ăn trưa tại một quán cà phê, nổi tiếng vì cảnh đẹp hơn là vì món ăn.</w:t>
      </w:r>
    </w:p>
    <w:p>
      <w:pPr>
        <w:spacing w:after="80"/>
      </w:pPr>
      <w:r>
        <w:rPr>
          <w:b w:val="0"/>
          <w:i w:val="0"/>
        </w:rPr>
        <w:t>Ross sẽ phải quyết định xem nên tận dụng lúc Pugh vắng mặt khi ông ta đến ngân hàng và cố gắng sắp xếp một cuộc gặp với vợ ông ta, hay đi theo ông ta đến ngân hàng với hy vọng tìm hiểu xem tình hình tài chính của ông ta tệ đến mức nào.</w:t>
      </w:r>
    </w:p>
    <w:p>
      <w:pPr>
        <w:spacing w:after="80"/>
      </w:pPr>
      <w:r>
        <w:rPr>
          <w:b w:val="0"/>
          <w:i w:val="0"/>
        </w:rPr>
        <w:t>Khi nhà Pugh đứng dậy khỏi bàn, Ross cất hộp thuốc lá vào túi, nhưng vẫn tiếp tục đọc tờ báo khi họ rời nhà hàng. Anh đợi vài phút rồi mới rời đi. Khi đi ngang qua người quản lý nhà hàng (maître d’), anh lén đưa ông ta thêm một tờ năm mươi rand, không phải để trả công cho dịch vụ đã làm, mà cho những dịch vụ anh có thể cần đến vào một lúc nào đó trong tương lai.</w:t>
      </w:r>
    </w:p>
    <w:p>
      <w:pPr>
        <w:spacing w:after="80"/>
        <w:jc w:val="center"/>
      </w:pPr>
      <w:r>
        <w:rPr>
          <w:b w:val="0"/>
          <w:i w:val="0"/>
        </w:rPr>
        <w:t>• • •</w:t>
      </w:r>
    </w:p>
    <w:p>
      <w:pPr>
        <w:spacing w:after="80"/>
      </w:pPr>
      <w:r>
        <w:rPr>
          <w:b w:val="0"/>
          <w:i w:val="0"/>
        </w:rPr>
        <w:t>‘Anh ta đang ở Cape Town,’ William nói.</w:t>
      </w:r>
    </w:p>
    <w:p>
      <w:pPr>
        <w:spacing w:after="80"/>
      </w:pPr>
      <w:r>
        <w:rPr>
          <w:b w:val="0"/>
          <w:i w:val="0"/>
        </w:rPr>
        <w:t>‘Anh ta làm gì ở đó?’ viên chỉ huy hỏi.</w:t>
      </w:r>
    </w:p>
    <w:p>
      <w:pPr>
        <w:spacing w:after="80"/>
      </w:pPr>
      <w:r>
        <w:rPr>
          <w:b w:val="0"/>
          <w:i w:val="0"/>
        </w:rPr>
        <w:t>‘Theo tôi đoán thì đang theo dõi sát sao ông bà Pugh. Có lẽ anh ta định cảnh báo cô dâu mới cưới về những kế hoạch dài hạn của chồng cô ấy dành cho cô ấy trước khi quá muộn. Nhưng tôi tin chắc anh ta sẽ về kịp cuộc họp sáng thứ Năm với Sanchez.’</w:t>
      </w:r>
    </w:p>
    <w:p>
      <w:pPr>
        <w:spacing w:after="80"/>
      </w:pPr>
      <w:r>
        <w:rPr>
          <w:b w:val="0"/>
          <w:i w:val="0"/>
        </w:rPr>
        <w:t>‘Tại sao?’ viên chỉ huy hỏi.</w:t>
      </w:r>
    </w:p>
    <w:p>
      <w:pPr>
        <w:spacing w:after="80"/>
      </w:pPr>
      <w:r>
        <w:rPr>
          <w:b w:val="0"/>
          <w:i w:val="0"/>
        </w:rPr>
        <w:t>‘Anh ta có một cuộc hẹn vào ngày mùng một tháng Chín mà anh ta không thể bỏ lỡ.’</w:t>
      </w:r>
    </w:p>
    <w:p>
      <w:pPr>
        <w:spacing w:after="80"/>
      </w:pPr>
      <w:r>
        <w:rPr>
          <w:b w:val="0"/>
          <w:i w:val="0"/>
        </w:rPr>
        <w:t>‘Với ai?’</w:t>
      </w:r>
    </w:p>
    <w:p>
      <w:pPr>
        <w:spacing w:after="80"/>
      </w:pPr>
      <w:r>
        <w:rPr>
          <w:b w:val="0"/>
          <w:i w:val="0"/>
        </w:rPr>
        <w:t>‘Leonid Verenich, người đòi nợ của Max Sleeman, người mà Paul đảm bảo với tôi rằng luôn bắt đầu các chuyến đi của mình với khách hàng mới vào ngày đầu tiên của tháng.’</w:t>
      </w:r>
    </w:p>
    <w:p>
      <w:pPr>
        <w:spacing w:after="80"/>
      </w:pPr>
      <w:r>
        <w:rPr>
          <w:b w:val="0"/>
          <w:i w:val="0"/>
        </w:rPr>
        <w:t>‘Vậy là Ross sẽ chờ ông ta. Nhưng anh nghĩ anh ta định làm gì, bởi vì "thần chết thì thầm" (whispering death) không phải là kẻ mà anh muốn đi tìm nếu có thể tránh được.’</w:t>
      </w:r>
    </w:p>
    <w:p>
      <w:pPr>
        <w:spacing w:after="80"/>
      </w:pPr>
      <w:r>
        <w:rPr>
          <w:b w:val="0"/>
          <w:i w:val="0"/>
        </w:rPr>
        <w:t>‘Tôi không biết, thưa ngài, nhưng tôi định chấm dứt kế hoạch của Ross trước khi tôi buộc phải bắt giữ anh ta.’</w:t>
      </w:r>
    </w:p>
    <w:p>
      <w:pPr>
        <w:spacing w:after="80"/>
      </w:pPr>
      <w:r>
        <w:rPr>
          <w:b w:val="0"/>
          <w:i w:val="0"/>
        </w:rPr>
        <w:t>‘Anh ta sẽ thấy anh đến.’</w:t>
      </w:r>
    </w:p>
    <w:p>
      <w:pPr>
        <w:spacing w:after="80"/>
      </w:pPr>
      <w:r>
        <w:rPr>
          <w:b w:val="0"/>
          <w:i w:val="0"/>
        </w:rPr>
        <w:t>‘Tôi hy vọng anh ta sẽ bận tâm đến Verenich đến mức tôi có thể bắt anh ta bất ngờ.’</w:t>
      </w:r>
    </w:p>
    <w:p>
      <w:pPr>
        <w:spacing w:after="80"/>
      </w:pPr>
      <w:r>
        <w:rPr>
          <w:b w:val="0"/>
          <w:i w:val="0"/>
        </w:rPr>
        <w:t>‘Đừng trông mong vào điều đó,’ The Hawk nói. ‘Từ khi vợ anh ta qua đời, anh ta cứ như người bị ma ám. Đầu tiên là Abbott và Roach, giờ đến Pugh, tiếp theo là Sleeman, và có lẽ anh ta cũng đang nhắm đến Darren Carter. Chuyện này rồi sẽ đi đến đâu?’</w:t>
      </w:r>
    </w:p>
    <w:p>
      <w:pPr>
        <w:spacing w:after="80"/>
      </w:pPr>
      <w:r>
        <w:rPr>
          <w:b w:val="0"/>
          <w:i w:val="0"/>
        </w:rPr>
        <w:t>‘Theo tôi thì sẽ kết thúc với Miles Faulkner, thưa ngài.’</w:t>
      </w:r>
    </w:p>
    <w:p>
      <w:pPr>
        <w:pStyle w:val="Heading2"/>
      </w:pPr>
      <w:r>
        <w:rPr>
          <w:rFonts w:ascii="Calibri" w:hAnsi="Calibri"/>
          <w:b/>
          <w:i w:val="0"/>
          <w:sz w:val="32"/>
        </w:rPr>
        <w:t>CHƯƠNG 27</w:t>
      </w:r>
    </w:p>
    <w:p>
      <w:pPr>
        <w:spacing w:after="80"/>
      </w:pPr>
      <w:r>
        <w:rPr>
          <w:b w:val="0"/>
          <w:i w:val="0"/>
        </w:rPr>
        <w:t>SÁNG HÔM SAU, ROSS THỨC DẬY LÚC NĂM GIỜ theo giờ London và nhận ra ở Cape Town đã là bảy giờ. Không còn bao lâu nữa là anh sẽ phải đưa ra quyết định.</w:t>
      </w:r>
    </w:p>
    <w:p>
      <w:pPr>
        <w:spacing w:after="80"/>
      </w:pPr>
      <w:r>
        <w:rPr>
          <w:b w:val="0"/>
          <w:i w:val="0"/>
        </w:rPr>
        <w:t>Anh là một trong những người đầu tiên xuống ăn sáng, nhưng anh chọn ngồi ở phía bên kia phòng ăn để giảm khả năng ông bà Pugh nhớ ra anh.</w:t>
      </w:r>
    </w:p>
    <w:p>
      <w:pPr>
        <w:spacing w:after="80"/>
      </w:pPr>
      <w:r>
        <w:rPr>
          <w:b w:val="0"/>
          <w:i w:val="0"/>
        </w:rPr>
        <w:t>Giống như Jimmy tay móc túi, Ross bắt đầu ngày mới bằng một bữa sáng thịnh soạn, mở màn là một bát cháo yến mạch, tiếp theo là một đôi cá trích hun khói nướng nhẹ, đủ chuẩn để được chấp nhận ở một quán trọ vùng Highlands.</w:t>
      </w:r>
    </w:p>
    <w:p>
      <w:pPr>
        <w:spacing w:after="80"/>
      </w:pPr>
      <w:r>
        <w:rPr>
          <w:b w:val="0"/>
          <w:i w:val="0"/>
        </w:rPr>
        <w:t xml:space="preserve">Trong lúc chờ ông bà Pugh xuất hiện, anh đọc tờ </w:t>
      </w:r>
      <w:r>
        <w:rPr>
          <w:b w:val="0"/>
          <w:i/>
        </w:rPr>
        <w:t>Times</w:t>
      </w:r>
      <w:r>
        <w:rPr>
          <w:b w:val="0"/>
          <w:i w:val="0"/>
        </w:rPr>
        <w:t xml:space="preserve"> của London số ra ngày hôm trước.</w:t>
      </w:r>
    </w:p>
    <w:p>
      <w:pPr>
        <w:spacing w:after="80"/>
      </w:pPr>
      <w:r>
        <w:rPr>
          <w:b w:val="0"/>
          <w:i w:val="0"/>
        </w:rPr>
        <w:t>Anh thong thả đọc một bài báo dài ở trang ba, bên dưới là bức ảnh cậu bé hát trong dàn đồng ca. ‘Vị cảnh sát đã khiến hai băng nhóm đáng sợ nhất khu East End London, nhà Abbott và nhà Roach, phải quỳ gối,’ phóng viên phụ trách mảng tội phạm thông báo cho độc giả. Ross nhẹ cả người khi thấy bài báo không hề nhắc đến một gã lang thang bí ẩn từng được nhìn thấy đẩy xe nôi giữa chiến trường, và phóng viên kết luận rằng ‘đây là một cuộc thanh toán nội bộ giữa hai băng nhóm đối địch ở East End và không có ai khác tham gia’. Ross ngờ rằng William đã không đi đến kết luận tương tự khi trình báo cáo của mình cho The Hawk.</w:t>
      </w:r>
    </w:p>
    <w:p>
      <w:pPr>
        <w:spacing w:after="80"/>
      </w:pPr>
      <w:r>
        <w:rPr>
          <w:b w:val="0"/>
          <w:i w:val="0"/>
        </w:rPr>
        <w:t xml:space="preserve">Anh bắt đầu tự hỏi liệu cặp vợ chồng hưởng tuần trăng mật có đang ăn sáng trong phòng không, thì Clive Pugh thong thả bước vào và đi thẳng đến chiếc bàn quen thuộc của họ. Ông ta cũng gọi cá trích hun khói trước khi chuyển sự chú ý sang tờ </w:t>
      </w:r>
      <w:r>
        <w:rPr>
          <w:b w:val="0"/>
          <w:i/>
        </w:rPr>
        <w:t>Financial Times</w:t>
      </w:r>
      <w:r>
        <w:rPr>
          <w:b w:val="0"/>
          <w:i w:val="0"/>
        </w:rPr>
        <w:t>, nhưng vẫn chưa thấy bóng dáng vợ ông ta khi ông ta đã đọc đến phần giá cổ phiếu mới nhất. Nếu bà ta không xuất hiện, thì việc chọn theo dõi ai trong hai người họ sẽ chỉ còn là chuyện lý thuyết.</w:t>
      </w:r>
    </w:p>
    <w:p>
      <w:pPr>
        <w:spacing w:after="80"/>
      </w:pPr>
      <w:r>
        <w:rPr>
          <w:b w:val="0"/>
          <w:i w:val="0"/>
        </w:rPr>
        <w:t>Cuối cùng Pugh đứng dậy khỏi chỗ ngồi, rời phòng ăn và, sau một hồi trò chuyện ngắn với cô lễ tân ở quầy tiếp đón, bước ra khỏi khách sạn. Ross bám theo không xa. Anh chưa bao giờ hạnh phúc hơn khi làm việc bí mật, và việc để mắt đến mục tiêu đặc biệt này chẳng khó khăn gì. Pugh mặc một chiếc áo blazer màu xanh đậm, áo sơ mi kem cổ mở và quần flannel xám được là phẳng phiu, nhưng chính chiếc mũ panama trắng khiến ông ta khó bị bỏ sót. Jo từng nói với anh rằng người ta có thể đánh giá chất lượng một chiếc mũ panama qua độ nhỏ của đường đan, và nhờ vậy cô ấy biết liệu khách hàng có đủ tiền trả cho mình không. Anh chẳng có cái mũ nào cả, anh đã nói với cô ấy như vậy. Giờ đây, trong bộ áo phông xám không nhãn hiệu, quần jeans và một đôi giày thể thao, Ross hòa mình vào đám đông trên những con phố đông đúc của trung tâm thành phố nhộn nhịp.</w:t>
      </w:r>
    </w:p>
    <w:p>
      <w:pPr>
        <w:spacing w:after="80"/>
      </w:pPr>
      <w:r>
        <w:rPr>
          <w:b w:val="0"/>
          <w:i w:val="0"/>
        </w:rPr>
        <w:t>Anh cẩn thận không đến quá gần Pugh. Có thể anh đang theo dõi một kẻ nghiệp dư, nhưng anh không thể mạo hiểm bị phát hiện, nhất là khi anh vẫn đang dự tính ngồi sau lưng ông ta trong bữa tối tối nay.</w:t>
      </w:r>
    </w:p>
    <w:p>
      <w:pPr>
        <w:spacing w:after="80"/>
      </w:pPr>
      <w:r>
        <w:rPr>
          <w:b w:val="0"/>
          <w:i w:val="0"/>
        </w:rPr>
        <w:t>Điểm dừng đầu tiên của Pugh là một hiệu thuốc, nhưng ông ta bước ra chỉ vài giây sau đó. Ông ta đi thêm một dãy nhà nữa trước khi dừng chân lần thứ hai, tại một cửa hàng bách hóa cao cấp. Ross theo ông ta vào trong, và lảng vảng ở phía sau, giả vờ thích thú với một chiếc khăn lụa trong khi Pugh được một nhân viên ở quầy thuốc lá giới thiệu một hộp xì gà Montecristo.</w:t>
      </w:r>
    </w:p>
    <w:p>
      <w:pPr>
        <w:spacing w:after="80"/>
      </w:pPr>
      <w:r>
        <w:rPr>
          <w:b w:val="0"/>
          <w:i w:val="0"/>
        </w:rPr>
        <w:t>‘Tôi lấy hai hộp,’ Pugh nói, đưa thẻ tín dụng của mình. Vài phút sau, viên nhân viên bối rối trả lại thẻ cho ông ta và thì thầm vài câu mà Ross không nghe rõ.</w:t>
      </w:r>
    </w:p>
    <w:p>
      <w:pPr>
        <w:spacing w:after="80"/>
      </w:pPr>
      <w:r>
        <w:rPr>
          <w:b w:val="0"/>
          <w:i w:val="0"/>
        </w:rPr>
        <w:t>‘Chắc chắn có nhầm lẫn gì đó,’ Pugh giận dữ nói. ‘Sao anh không gọi cho ngân hàng đi.’</w:t>
      </w:r>
    </w:p>
    <w:p>
      <w:pPr>
        <w:spacing w:after="80"/>
      </w:pPr>
      <w:r>
        <w:rPr>
          <w:b w:val="0"/>
          <w:i w:val="0"/>
        </w:rPr>
        <w:t>Viên nhân viên làm theo, nhưng khi đặt điện thoại xuống, anh ta trông còn bối rối hơn, và đặt lại những điếu xì gà lên kệ.</w:t>
      </w:r>
    </w:p>
    <w:p>
      <w:pPr>
        <w:spacing w:after="80"/>
      </w:pPr>
      <w:r>
        <w:rPr>
          <w:b w:val="0"/>
          <w:i w:val="0"/>
        </w:rPr>
        <w:t>Pugh, mặt đỏ bừng, quay người và sải bước về phía lối ra gần nhất. Ross bám theo.</w:t>
      </w:r>
    </w:p>
    <w:p>
      <w:pPr>
        <w:spacing w:after="80"/>
      </w:pPr>
      <w:r>
        <w:rPr>
          <w:b w:val="0"/>
          <w:i w:val="0"/>
        </w:rPr>
        <w:t>‘Xin lỗi, thưa ông,’ một người phụ nữ trẻ vừa nói vừa đuổi theo ông, ‘ông có định mua chiếc khăn quàng đó không ạ?’</w:t>
      </w:r>
    </w:p>
    <w:p>
      <w:pPr>
        <w:spacing w:after="80"/>
      </w:pPr>
      <w:r>
        <w:rPr>
          <w:b w:val="0"/>
          <w:i w:val="0"/>
        </w:rPr>
        <w:t>Ross cũng bối rối không kém, đành trao trả lại chiếc khăn. May mắn thay, Pugh đã rời khỏi cửa hàng từ trước đó.</w:t>
      </w:r>
    </w:p>
    <w:p>
      <w:pPr>
        <w:spacing w:after="80"/>
      </w:pPr>
      <w:r>
        <w:rPr>
          <w:b w:val="0"/>
          <w:i w:val="0"/>
        </w:rPr>
        <w:t>Ra đến vỉa hè, Ross nhanh chóng phát hiện chiếc mũ panama trắng đang nhấp nhô ở phía bên kia đường. Anh gần như đuổi kịp Pugh khi bước vào Cape Bank, nơi Pugh đi thẳng đến quầy giao dịch gần nhất.</w:t>
      </w:r>
    </w:p>
    <w:p>
      <w:pPr>
        <w:spacing w:after="80"/>
      </w:pPr>
      <w:r>
        <w:rPr>
          <w:b w:val="0"/>
          <w:i w:val="0"/>
        </w:rPr>
        <w:t>‘Tôi muốn gặp người quản lý,’ ông ta lớn tiếng yêu cầu. ‘Ngay lập tức.’</w:t>
      </w:r>
    </w:p>
    <w:p>
      <w:pPr>
        <w:spacing w:after="80"/>
      </w:pPr>
      <w:r>
        <w:rPr>
          <w:b w:val="0"/>
          <w:i w:val="0"/>
        </w:rPr>
        <w:t>Ross lảng vảng phía sau một chiếc bàn ở đầu bên kia sảnh ngân hàng, nhặt một cây bút Biro lên và bắt đầu điền vào mẫu đơn mở tài khoản tiết kiệm trong lúc cả hai cùng chờ người quản lý đến.</w:t>
      </w:r>
    </w:p>
    <w:p>
      <w:pPr>
        <w:spacing w:after="80"/>
      </w:pPr>
      <w:r>
        <w:rPr>
          <w:b w:val="0"/>
          <w:i w:val="0"/>
        </w:rPr>
        <w:t>Một người đàn ông cao ráo, ăn mặc lịch sự xuất hiện vài phút sau đó. Không khó để ông ấy nhận ra ai là vị khách đang giận dữ đã đòi gặp mình.</w:t>
      </w:r>
    </w:p>
    <w:p>
      <w:pPr>
        <w:spacing w:after="80"/>
      </w:pPr>
      <w:r>
        <w:rPr>
          <w:b w:val="0"/>
          <w:i w:val="0"/>
        </w:rPr>
        <w:t>‘Tôi có thể giúp gì cho ông, thưa ông?’ ông ấy lịch sự hỏi.</w:t>
      </w:r>
    </w:p>
    <w:p>
      <w:pPr>
        <w:spacing w:after="80"/>
      </w:pPr>
      <w:r>
        <w:rPr>
          <w:b w:val="0"/>
          <w:i w:val="0"/>
        </w:rPr>
        <w:t>‘Ông là người quản lý à?’ Pugh nói, không giấu nổi vẻ ngạc nhiên.</w:t>
      </w:r>
    </w:p>
    <w:p>
      <w:pPr>
        <w:spacing w:after="80"/>
      </w:pPr>
      <w:r>
        <w:rPr>
          <w:b w:val="0"/>
          <w:i w:val="0"/>
        </w:rPr>
        <w:t>‘Đúng vậy, thưa ông. Tôi là ông Joubert,’ ông ấy nói, chìa tay ra. Pugh phớt lờ.</w:t>
      </w:r>
    </w:p>
    <w:p>
      <w:pPr>
        <w:spacing w:after="80"/>
      </w:pPr>
      <w:r>
        <w:rPr>
          <w:b w:val="0"/>
          <w:i w:val="0"/>
        </w:rPr>
        <w:t>‘Tên tôi là Clive Pugh và ngân hàng của các ông vừa khiến tôi vô cùng bẽ mặt.’</w:t>
      </w:r>
    </w:p>
    <w:p>
      <w:pPr>
        <w:spacing w:after="80"/>
      </w:pPr>
      <w:r>
        <w:rPr>
          <w:b w:val="0"/>
          <w:i w:val="0"/>
        </w:rPr>
        <w:t>‘Tôi rất tiếc khi nghe điều đó, thưa ông,’ người quản lý nói. ‘Có lẽ ông muốn thảo luận vấn đề này riêng trong phòng làm việc của tôi?’</w:t>
      </w:r>
    </w:p>
    <w:p>
      <w:pPr>
        <w:spacing w:after="80"/>
      </w:pPr>
      <w:r>
        <w:rPr>
          <w:b w:val="0"/>
          <w:i w:val="0"/>
        </w:rPr>
        <w:t>‘Tôi không cần ông lên giọng dạy đời tôi đâu, Joubert. Tôi chỉ muốn biết tại sao thẻ tín dụng của tôi bị từ chối.’</w:t>
      </w:r>
    </w:p>
    <w:p>
      <w:pPr>
        <w:spacing w:after="80"/>
      </w:pPr>
      <w:r>
        <w:rPr>
          <w:b w:val="0"/>
          <w:i w:val="0"/>
        </w:rPr>
        <w:t>‘Ông có chắc là không muốn vào phòng làm việc của tôi để bàn về vấn đề này không?’</w:t>
      </w:r>
    </w:p>
    <w:p>
      <w:pPr>
        <w:spacing w:after="80"/>
      </w:pPr>
      <w:r>
        <w:rPr>
          <w:b w:val="0"/>
          <w:i w:val="0"/>
        </w:rPr>
        <w:t>‘Không có vấn đề gì cả,’ Pugh nói, gần như hét lên. ‘Một lời giải thích và một lời xin lỗi là điều tối thiểu tôi mong đợi nếu ông muốn giữ được việc làm của mình.’</w:t>
      </w:r>
    </w:p>
    <w:p>
      <w:pPr>
        <w:spacing w:after="80"/>
      </w:pPr>
      <w:r>
        <w:rPr>
          <w:b w:val="0"/>
          <w:i w:val="0"/>
        </w:rPr>
        <w:t>Ross nhận ra rằng mình không còn là người duy nhất trong sảnh ngân hàng đang để ý đến cuộc đối thoại giữa hai người đàn ông.</w:t>
      </w:r>
    </w:p>
    <w:p>
      <w:pPr>
        <w:spacing w:after="80"/>
      </w:pPr>
      <w:r>
        <w:rPr>
          <w:b w:val="0"/>
          <w:i w:val="0"/>
        </w:rPr>
        <w:t>‘Tôi e rằng,’ người quản lý nói, gần như thì thầm, dù ai cũng nghe rõ từng lời của ông, ‘tài khoản của ông đã vượt hạn mức khá xa, nên tôi không còn lựa chọn nào khác.’</w:t>
      </w:r>
    </w:p>
    <w:p>
      <w:pPr>
        <w:spacing w:after="80"/>
      </w:pPr>
      <w:r>
        <w:rPr>
          <w:b w:val="0"/>
          <w:i w:val="0"/>
        </w:rPr>
        <w:t>‘Vậy thì tôi cũng chẳng còn lựa chọn nào khác,’ Pugh nói, ‘ngoài việc chuyển tài khoản của tôi sang ngân hàng khác. Tôi mong anh chuẩn bị sẵn sàng mọi giấy tờ cần thiết khi tôi quay lại vào ngày mai.’</w:t>
      </w:r>
    </w:p>
    <w:p>
      <w:pPr>
        <w:spacing w:after="80"/>
      </w:pPr>
      <w:r>
        <w:rPr>
          <w:b w:val="0"/>
          <w:i w:val="0"/>
        </w:rPr>
        <w:t>‘Vâng, thưa ngài, như ngài muốn. Tôi có thể hỏi khi nào thì tiện cho ngài không ạ?’</w:t>
      </w:r>
    </w:p>
    <w:p>
      <w:pPr>
        <w:spacing w:after="80"/>
      </w:pPr>
      <w:r>
        <w:rPr>
          <w:b w:val="0"/>
          <w:i w:val="0"/>
        </w:rPr>
        <w:t>‘Khi nào hợp với tôi thì sẽ tiện,’ Pugh nói. ‘Rõ ràng là mấy cậu trai các anh vẫn chưa sẵn sàng làm công việc của một người đàn ông.’</w:t>
      </w:r>
    </w:p>
    <w:p>
      <w:pPr>
        <w:spacing w:after="80"/>
      </w:pPr>
      <w:r>
        <w:rPr>
          <w:b w:val="0"/>
          <w:i w:val="0"/>
        </w:rPr>
        <w:t>Ross sắp sửa phá vỡ thêm một nguyên tắc vàng nữa và đấm thẳng vào mặt người mà anh được giao nhiệm vụ theo dõi, và có lẽ anh đã làm thế nếu Pugh không xoay gót bước thẳng ra khỏi ngân hàng.</w:t>
      </w:r>
    </w:p>
    <w:p>
      <w:pPr>
        <w:spacing w:after="80"/>
      </w:pPr>
      <w:r>
        <w:rPr>
          <w:b w:val="0"/>
          <w:i w:val="0"/>
        </w:rPr>
        <w:t>Ross bám theo ông ta ra phố, nhưng mất dấu khi thấy rõ ông ta đang quay về khách sạn. Anh nóng lòng muốn nghe phiên bản sự việc của ông ta trong bữa tối hôm đó.</w:t>
      </w:r>
    </w:p>
    <w:p>
      <w:pPr>
        <w:spacing w:after="80"/>
        <w:jc w:val="center"/>
      </w:pPr>
      <w:r>
        <w:rPr>
          <w:b w:val="0"/>
          <w:i w:val="0"/>
        </w:rPr>
        <w:t>• • •</w:t>
      </w:r>
    </w:p>
    <w:p>
      <w:pPr>
        <w:spacing w:after="80"/>
      </w:pPr>
      <w:r>
        <w:rPr>
          <w:b w:val="0"/>
          <w:i w:val="0"/>
        </w:rPr>
        <w:t>‘Nếu Ross không về kịp cho cuộc họp ngày mai của chúng ta,’ Juan nói, khi cả ba người ngồi quanh bàn bếp sau bữa tối, thưởng thức chai vang thứ hai, ‘thì tôi sẽ phải hủy toàn bộ chiến dịch. Không có anh ta thì chúng ta thậm chí không tới được cửa nhà Faulkner.’</w:t>
      </w:r>
    </w:p>
    <w:p>
      <w:pPr>
        <w:spacing w:after="80"/>
      </w:pPr>
      <w:r>
        <w:rPr>
          <w:b w:val="0"/>
          <w:i w:val="0"/>
        </w:rPr>
        <w:t>‘Anh ấy sẽ về kịp thôi,’ William nói, giọng tự tin hơn cảm giác thật của mình.</w:t>
      </w:r>
    </w:p>
    <w:p>
      <w:pPr>
        <w:spacing w:after="80"/>
      </w:pPr>
      <w:r>
        <w:rPr>
          <w:b w:val="0"/>
          <w:i w:val="0"/>
        </w:rPr>
        <w:t>‘Hy vọng là thế,’ Juan nói, ‘vì sếp tôi sẽ không cho phép tôi loanh quanh chờ đợi với hy vọng anh ta xuất hiện đâu. Tôi có thể nghe thấy ông ấy nhắc tôi rằng chúng ta có đủ tội phạm của riêng mình để lo rồi.’</w:t>
      </w:r>
    </w:p>
    <w:p>
      <w:pPr>
        <w:spacing w:after="80"/>
      </w:pPr>
      <w:r>
        <w:rPr>
          <w:b w:val="0"/>
          <w:i w:val="0"/>
        </w:rPr>
        <w:t>‘Nghe cứ y như The Hawk ấy nhỉ,’ Beth nói.</w:t>
      </w:r>
    </w:p>
    <w:p>
      <w:pPr>
        <w:spacing w:after="80"/>
      </w:pPr>
      <w:r>
        <w:rPr>
          <w:b w:val="0"/>
          <w:i w:val="0"/>
        </w:rPr>
        <w:t>‘Cùng một giuộc cả,’ Juan nói, ‘nếu đó là cách diễn đạt tiếng Anh đúng.’</w:t>
      </w:r>
    </w:p>
    <w:p>
      <w:pPr>
        <w:spacing w:after="80"/>
      </w:pPr>
      <w:r>
        <w:rPr>
          <w:b w:val="0"/>
          <w:i w:val="0"/>
        </w:rPr>
        <w:t>‘Sao tiếng Anh của anh giỏi thế, Juan?’ Beth hỏi.</w:t>
      </w:r>
    </w:p>
    <w:p>
      <w:pPr>
        <w:spacing w:after="80"/>
      </w:pPr>
      <w:r>
        <w:rPr>
          <w:b w:val="0"/>
          <w:i w:val="0"/>
        </w:rPr>
        <w:t>‘Mẹ tôi lấy một người xứ Wales, và ông ấy thua trong vụ tung đồng xu. Tuy vậy, ông ấy vẫn nghĩ vị thánh duy nhất là David, loài hoa duy nhất là hoa thủy tiên, và môn thể thao duy nhất là bóng bầu dục.’</w:t>
      </w:r>
    </w:p>
    <w:p>
      <w:pPr>
        <w:spacing w:after="80"/>
      </w:pPr>
      <w:r>
        <w:rPr>
          <w:b w:val="0"/>
          <w:i w:val="0"/>
        </w:rPr>
        <w:t>Beth mỉm cười, rồi hỏi một cách ngây thơ, ‘Nếu Ross thật sự về kịp cho cuộc họp sáng mai của anh, thì có nghĩa là William sẽ quay lại Barcelona à?’</w:t>
      </w:r>
    </w:p>
    <w:p>
      <w:pPr>
        <w:spacing w:after="80"/>
      </w:pPr>
      <w:r>
        <w:rPr>
          <w:b w:val="0"/>
          <w:i w:val="0"/>
        </w:rPr>
        <w:t>‘Sao em lại nghĩ là tôi từng đến Barcelona?’ William nói, cười toe toét.</w:t>
      </w:r>
    </w:p>
    <w:p>
      <w:pPr>
        <w:spacing w:after="80"/>
      </w:pPr>
      <w:r>
        <w:rPr>
          <w:b w:val="0"/>
          <w:i w:val="0"/>
        </w:rPr>
        <w:t>‘Một tấm vé máy bay là manh mối đầu tiên, mấy đồng pesetas còn nhiều hơn nữa là manh mối thứ hai, và việc Juan đến ở với chúng ta cuối cùng đã chốt lại vấn đề.’</w:t>
      </w:r>
    </w:p>
    <w:p>
      <w:pPr>
        <w:spacing w:after="80"/>
      </w:pPr>
      <w:r>
        <w:rPr>
          <w:b w:val="0"/>
          <w:i w:val="0"/>
        </w:rPr>
        <w:t>‘Mặc kệ cô ấy đi,’ William nói bằng giọng thì thầm sân khấu.</w:t>
      </w:r>
    </w:p>
    <w:p>
      <w:pPr>
        <w:spacing w:after="80"/>
      </w:pPr>
      <w:r>
        <w:rPr>
          <w:b w:val="0"/>
          <w:i w:val="0"/>
        </w:rPr>
        <w:t xml:space="preserve">‘Nếu anh thấy không thể trả lời câu hỏi của tôi,’ Beth vừa nói vừa rót thêm ly rượu cho vị khách, ‘thì có lẽ tôi có thể hỏi anh, Juan, rằng anh đã thực sự nhìn thấy </w:t>
      </w:r>
      <w:r>
        <w:rPr>
          <w:b w:val="0"/>
          <w:i/>
        </w:rPr>
        <w:t>Fishers of Men</w:t>
      </w:r>
      <w:r>
        <w:rPr>
          <w:b w:val="0"/>
          <w:i w:val="0"/>
        </w:rPr>
        <w:t xml:space="preserve"> chưa.’</w:t>
      </w:r>
    </w:p>
    <w:p>
      <w:pPr>
        <w:spacing w:after="80"/>
      </w:pPr>
      <w:r>
        <w:rPr>
          <w:b w:val="0"/>
          <w:i w:val="0"/>
        </w:rPr>
        <w:t>‘Một câu hỏi được cài sẵn,’ William ngắt lời. ‘Cố lôi anh vào cuộc mà không thừa nhận rằng cô ta thực ra biết rất ít. Cứ mặc kệ cô ấy, rồi cuối cùng cô ấy sẽ bỏ cuộc thôi.’</w:t>
      </w:r>
    </w:p>
    <w:p>
      <w:pPr>
        <w:spacing w:after="80"/>
      </w:pPr>
      <w:r>
        <w:rPr>
          <w:b w:val="0"/>
          <w:i w:val="0"/>
        </w:rPr>
        <w:t>‘Vâng, tôi đã thấy nó,’ Juan thừa nhận. ‘Nhưng, đáng tiếc, tôi bị phân tâm, và không có nhiều thời gian để thưởng thức nó.’</w:t>
      </w:r>
    </w:p>
    <w:p>
      <w:pPr>
        <w:spacing w:after="80"/>
      </w:pPr>
      <w:r>
        <w:rPr>
          <w:b w:val="0"/>
          <w:i w:val="0"/>
        </w:rPr>
        <w:t>‘Bị phân tâm bởi người sẽ sở hữu nó, có lẽ vậy?’ Beth hỏi, vẫn tiếp tục dò hỏi.</w:t>
      </w:r>
    </w:p>
    <w:p>
      <w:pPr>
        <w:spacing w:after="80"/>
      </w:pPr>
      <w:r>
        <w:rPr>
          <w:b w:val="0"/>
          <w:i w:val="0"/>
        </w:rPr>
        <w:t>Cả hai người đàn ông im lặng một lúc, cho đến khi William nói, ‘Cứ nói thế này đi, Faulkner còn có ít cơ hội thưởng thức nó hơn cả Juan. Và, đáng tiếc, tôi e rằng sẽ chẳng ai trong chúng ta còn được nhìn thấy nó lần nữa.’</w:t>
      </w:r>
    </w:p>
    <w:p>
      <w:pPr>
        <w:spacing w:after="80"/>
      </w:pPr>
      <w:r>
        <w:rPr>
          <w:b w:val="0"/>
          <w:i w:val="0"/>
        </w:rPr>
        <w:t xml:space="preserve">‘Tất nhiên, trừ khi hai quý ông mưu mẹo các anh xoay xở bắt được Faulkner và tống hắn trở lại sau song sắt nơi hắn thuộc về. Khi đó, với sự giúp đỡ của người bạn thân Christina của tôi, bảo tàng Fitzmolean có thể vẫn sẽ có được kiệt tác trong tay, và các anh sẽ có thể quay lại chiêm ngưỡng nó mà không sợ bị làm phiền.’ Cả Juan lẫn William đều không đáp, nhưng Beth không bỏ cuộc. ‘Điều đó ít nhất cũng sẽ bù đắp cho việc hai anh khiến bảo tàng không thể mượn được </w:t>
      </w:r>
      <w:r>
        <w:rPr>
          <w:b w:val="0"/>
          <w:i/>
        </w:rPr>
        <w:t>The Flute Player</w:t>
      </w:r>
      <w:r>
        <w:rPr>
          <w:b w:val="0"/>
          <w:i w:val="0"/>
        </w:rPr>
        <w:t xml:space="preserve"> của Frans Hals, mà tôi ngờ rằng cũng nằm trong cùng ngôi nhà đó.’</w:t>
      </w:r>
    </w:p>
    <w:p>
      <w:pPr>
        <w:spacing w:after="80"/>
      </w:pPr>
      <w:r>
        <w:rPr>
          <w:b w:val="0"/>
          <w:i w:val="0"/>
        </w:rPr>
        <w:t>‘Người phụ nữ thông minh, vợ anh đấy,’ là lời nhận xét duy nhất của Juan.</w:t>
      </w:r>
    </w:p>
    <w:p>
      <w:pPr>
        <w:spacing w:after="80"/>
      </w:pPr>
      <w:r>
        <w:rPr>
          <w:b w:val="0"/>
          <w:i w:val="0"/>
        </w:rPr>
        <w:t>‘Anh chưa biết được một nửa đâu,’ William nói. ‘Cứ đợi đến bữa sáng mai, khi anh gặp Artemisia.’</w:t>
      </w:r>
    </w:p>
    <w:p>
      <w:pPr>
        <w:spacing w:after="80"/>
        <w:jc w:val="center"/>
      </w:pPr>
      <w:r>
        <w:rPr>
          <w:b w:val="0"/>
          <w:i w:val="0"/>
        </w:rPr>
        <w:t>• • •</w:t>
      </w:r>
    </w:p>
    <w:p>
      <w:pPr>
        <w:spacing w:after="80"/>
      </w:pPr>
      <w:r>
        <w:rPr>
          <w:b w:val="0"/>
          <w:i w:val="0"/>
        </w:rPr>
        <w:t>Đúng lúc William đang đi lên lầu để đi ngủ, điện thoại reo. Anh nhấc máy và nghe thấy giọng Boston không thể nhầm lẫn của James Buchanan ở đầu dây bên kia.</w:t>
      </w:r>
    </w:p>
    <w:p>
      <w:pPr>
        <w:spacing w:after="80"/>
      </w:pPr>
      <w:r>
        <w:rPr>
          <w:b w:val="0"/>
          <w:i w:val="0"/>
        </w:rPr>
        <w:t>‘Tôi đã nghe lời khuyên của ngài,’ anh nói, không phí một lời, ‘và báo cáo những phát hiện của mình cho hiệu trưởng, ông ấy hứa với tôi sẽ xem xét vấn đề.’</w:t>
      </w:r>
    </w:p>
    <w:p>
      <w:pPr>
        <w:spacing w:after="80"/>
      </w:pPr>
      <w:r>
        <w:rPr>
          <w:b w:val="0"/>
          <w:i w:val="0"/>
        </w:rPr>
        <w:t>‘Và ông ấy có làm không?’ William hỏi.</w:t>
      </w:r>
    </w:p>
    <w:p>
      <w:pPr>
        <w:spacing w:after="80"/>
      </w:pPr>
      <w:r>
        <w:rPr>
          <w:b w:val="0"/>
          <w:i w:val="0"/>
        </w:rPr>
        <w:t>‘Ông ấy không thể nào làm được,’ James nói, ‘bởi vì bạn tôi có một phòng làm việc cùng hành lang với tôi, tại Harvard.’</w:t>
      </w:r>
    </w:p>
    <w:p>
      <w:pPr>
        <w:spacing w:after="80"/>
      </w:pPr>
      <w:r>
        <w:rPr>
          <w:b w:val="0"/>
          <w:i w:val="0"/>
        </w:rPr>
        <w:t>‘Chắc hẳn anh đã nghĩ ra một lời giải thích thuyết phục cho việc tại sao ông ấy phớt lờ những phát hiện của anh.’</w:t>
      </w:r>
    </w:p>
    <w:p>
      <w:pPr>
        <w:spacing w:after="80"/>
      </w:pPr>
      <w:r>
        <w:rPr>
          <w:b w:val="0"/>
          <w:i w:val="0"/>
        </w:rPr>
        <w:t>‘Vâng, nhưng đó chỉ là bằng chứng gián tiếp, và sẽ không đứng vững trước tòa.’</w:t>
      </w:r>
    </w:p>
    <w:p>
      <w:pPr>
        <w:spacing w:after="80"/>
      </w:pPr>
      <w:r>
        <w:rPr>
          <w:b w:val="0"/>
          <w:i w:val="0"/>
        </w:rPr>
        <w:t>‘Để tôi xem xét chuyện đó,’ William nói.</w:t>
      </w:r>
    </w:p>
    <w:p>
      <w:pPr>
        <w:spacing w:after="80"/>
      </w:pPr>
      <w:r>
        <w:rPr>
          <w:b w:val="0"/>
          <w:i w:val="0"/>
        </w:rPr>
        <w:t>‘Một người trong lớp tôi, đáng lẽ phải vào được Harvard, lại thất bại thảm hại.’</w:t>
      </w:r>
    </w:p>
    <w:p>
      <w:pPr>
        <w:spacing w:after="80"/>
      </w:pPr>
      <w:r>
        <w:rPr>
          <w:b w:val="0"/>
          <w:i w:val="0"/>
        </w:rPr>
        <w:t>‘Đó không phải bằng chứng, trừ khi anh ta chịu thừa nhận việc mình dính líu với hiệu trưởng, với ít nhất hai nhân chứng có mặt.’</w:t>
      </w:r>
    </w:p>
    <w:p>
      <w:pPr>
        <w:spacing w:after="80"/>
      </w:pPr>
      <w:r>
        <w:rPr>
          <w:b w:val="0"/>
          <w:i w:val="0"/>
        </w:rPr>
        <w:t>‘Cha của bạn tôi là chủ tịch ủy ban gây quỹ của Choate, và họ đã có một năm kỷ lục.’</w:t>
      </w:r>
    </w:p>
    <w:p>
      <w:pPr>
        <w:spacing w:after="80"/>
      </w:pPr>
      <w:r>
        <w:rPr>
          <w:b w:val="0"/>
          <w:i w:val="0"/>
        </w:rPr>
        <w:t>‘Vẫn chưa phải bằng chứng, nhưng làm tăng thêm động cơ.’</w:t>
      </w:r>
    </w:p>
    <w:p>
      <w:pPr>
        <w:spacing w:after="80"/>
      </w:pPr>
      <w:r>
        <w:rPr>
          <w:b w:val="0"/>
          <w:i w:val="0"/>
        </w:rPr>
        <w:t>‘Anh ta cũng ở Choate và Harvard cùng lúc với hiệu trưởng.’</w:t>
      </w:r>
    </w:p>
    <w:p>
      <w:pPr>
        <w:spacing w:after="80"/>
      </w:pPr>
      <w:r>
        <w:rPr>
          <w:b w:val="0"/>
          <w:i w:val="0"/>
        </w:rPr>
        <w:t>‘Tôi ngờ là còn vài người khác nữa cũng vậy,’ William nói, giọng xem thường.</w:t>
      </w:r>
    </w:p>
    <w:p>
      <w:pPr>
        <w:spacing w:after="80"/>
      </w:pPr>
      <w:r>
        <w:rPr>
          <w:b w:val="0"/>
          <w:i w:val="0"/>
        </w:rPr>
        <w:t>‘Cậu nói nghe cứ như hiệu trưởng của tôi ấy,’ James nói, ‘người mà khi tôi cuối cùng hỏi ông ấy đã đưa ra quyết định gì, chỉ đơn giản nói, “Hoàn toàn không có bằng chứng vững chắc nào để chống đỡ những lời buộc tội của cậu, Buchanan.”’</w:t>
      </w:r>
    </w:p>
    <w:p>
      <w:pPr>
        <w:spacing w:after="80"/>
      </w:pPr>
      <w:r>
        <w:rPr>
          <w:b w:val="0"/>
          <w:i w:val="0"/>
        </w:rPr>
        <w:t>‘Và ông ấy đúng,’ William nói với vẻ chua chát, ‘dù tôi sẽ rất tò mò muốn biết bạn cậu cuối cùng sẽ đi đến đâu.’</w:t>
      </w:r>
    </w:p>
    <w:p>
      <w:pPr>
        <w:spacing w:after="80"/>
      </w:pPr>
      <w:r>
        <w:rPr>
          <w:b w:val="0"/>
          <w:i w:val="0"/>
        </w:rPr>
        <w:t>‘Chắc là vào tù cùng với bạn của cậu,’ James nói.</w:t>
      </w:r>
    </w:p>
    <w:p>
      <w:pPr>
        <w:spacing w:after="80"/>
      </w:pPr>
      <w:r>
        <w:rPr>
          <w:b w:val="0"/>
          <w:i w:val="0"/>
        </w:rPr>
        <w:t>‘Trong khi cậu đã học được tầm quan trọng của việc thu thập bằng chứng không thể chối cãi trước khi cậu dù chỉ nghĩ đến việc trình bày vụ việc của mình. Một bài học sẽ rất có ích cho cậu nếu cậu vẫn muốn làm Giám đốc FBI thay vì chủ tịch của Pilgrim Line.’</w:t>
      </w:r>
    </w:p>
    <w:p>
      <w:pPr>
        <w:spacing w:after="80"/>
      </w:pPr>
      <w:r>
        <w:rPr>
          <w:b w:val="0"/>
          <w:i w:val="0"/>
        </w:rPr>
        <w:t>‘Cha tôi giờ là chủ tịch công ty,’ James nói, rồi ngừng lại trước khi thêm, ‘nhưng ông ấy không phải ông nội tôi.’</w:t>
      </w:r>
    </w:p>
    <w:p>
      <w:pPr>
        <w:spacing w:after="80"/>
      </w:pPr>
      <w:r>
        <w:rPr>
          <w:b w:val="0"/>
          <w:i w:val="0"/>
        </w:rPr>
        <w:t>Sau khi William gác máy, ông đã nghĩ về câu nói đó một lúc lâu.</w:t>
      </w:r>
    </w:p>
    <w:p>
      <w:pPr>
        <w:spacing w:after="80"/>
        <w:jc w:val="center"/>
      </w:pPr>
      <w:r>
        <w:rPr>
          <w:b w:val="0"/>
          <w:i w:val="0"/>
        </w:rPr>
        <w:t>• • •</w:t>
      </w:r>
    </w:p>
    <w:p>
      <w:pPr>
        <w:spacing w:after="80"/>
      </w:pPr>
      <w:r>
        <w:rPr>
          <w:b w:val="0"/>
          <w:i w:val="0"/>
        </w:rPr>
        <w:t xml:space="preserve">Ross đã ngồi sẵn ở chỗ của mình, đầu cắm vào tờ </w:t>
      </w:r>
      <w:r>
        <w:rPr>
          <w:b w:val="0"/>
          <w:i/>
        </w:rPr>
        <w:t>New York Times</w:t>
      </w:r>
      <w:r>
        <w:rPr>
          <w:b w:val="0"/>
          <w:i w:val="0"/>
        </w:rPr>
        <w:t>, khi ông bà Pugh bước vào phòng ăn và được một người quản lý nhà hàng chu đáo đưa đến bàn quen thuộc của họ. Pugh vẫn đang lắp bắp giận dữ với vợ về những gì đã xảy ra ở ngân hàng sáng hôm đó trong khi bà có vẻ nghe một cách thông cảm. Ross không khỏi nhận ra rằng ông ta không hề nhắc đến việc thẻ tín dụng của mình bị từ chối khi ông ta cố mua hai hộp xì gà Montecristo.</w:t>
      </w:r>
    </w:p>
    <w:p>
      <w:pPr>
        <w:spacing w:after="80"/>
      </w:pPr>
      <w:r>
        <w:rPr>
          <w:b w:val="0"/>
          <w:i w:val="0"/>
        </w:rPr>
        <w:t>Pugh lại một lần nữa cố thuyết phục bà rằng họ nên mở một tài khoản ngân hàng chung, nhưng Ross chỉ cần bắt được vài từ lọt sang từ bàn bên cạnh là đủ để nhận ra bà vẫn chưa bị thuyết phục. Khi ông ta nói với bà rằng ông ta sẽ quay lại ngân hàng vào buổi sáng để đóng tài khoản của mình để ngân hàng đó có thể lo liệu cả hai công việc của họ trong tương lai, bà gật đầu, nhưng không bình luận gì.</w:t>
      </w:r>
    </w:p>
    <w:p>
      <w:pPr>
        <w:spacing w:after="80"/>
      </w:pPr>
      <w:r>
        <w:rPr>
          <w:b w:val="0"/>
          <w:i w:val="0"/>
        </w:rPr>
        <w:t>Ross đã quyết định rằng sáng hôm sau anh sẽ không đi theo Pugh đến ngân hàng, mà sẽ ở lại khách sạn với hy vọng giữ được vợ mình vài phút để, theo lời vị chỉ huy, khai sáng cho cô ấy.</w:t>
      </w:r>
    </w:p>
    <w:p>
      <w:pPr>
        <w:spacing w:after="80"/>
      </w:pPr>
      <w:r>
        <w:rPr>
          <w:b w:val="0"/>
          <w:i w:val="0"/>
        </w:rPr>
        <w:t xml:space="preserve">Cuộc trò chuyện ở bàn bên cạnh chuyển sang việc dự định đi xem kịch vào tối hôm sau. Pugh xác nhận rằng khách sạn đã xoay xở lấy được cho họ ghế hàng đầu ở khu ghế ngồi trên ban công (dress circle) cho buổi diễn </w:t>
      </w:r>
      <w:r>
        <w:rPr>
          <w:b w:val="0"/>
          <w:i/>
        </w:rPr>
        <w:t>Les Misérables</w:t>
      </w:r>
      <w:r>
        <w:rPr>
          <w:b w:val="0"/>
          <w:i w:val="0"/>
        </w:rPr>
        <w:t>. Bà Pugh có vẻ rất vui mừng trước tin này, và dù Ross chỉ bắt được lẻ tẻ vài từ bay về phía mình, những tiếng cười và tiếng ly chạm nhau cho thấy bầu không khí giữa đôi vợ chồng mới cưới đã thay đổi. Sau khi họ gọi món với người phục vụ, Pugh nghiêng người qua bàn và nói điều gì đó bằng giọng thì thầm sân khấu khiến Ross giật mình.</w:t>
      </w:r>
    </w:p>
    <w:p>
      <w:pPr>
        <w:spacing w:after="80"/>
      </w:pPr>
      <w:r>
        <w:rPr>
          <w:b w:val="0"/>
          <w:i w:val="0"/>
        </w:rPr>
        <w:t>"Bộ tóc giả của em hơi lệch rồi đấy, cưng ạ."</w:t>
      </w:r>
    </w:p>
    <w:p>
      <w:pPr>
        <w:spacing w:after="80"/>
      </w:pPr>
      <w:r>
        <w:rPr>
          <w:b w:val="0"/>
          <w:i w:val="0"/>
        </w:rPr>
        <w:t>Bà Pugh từ từ đứng dậy khỏi chỗ ngồi và nói: "Em chỉ đi một lát thôi, anh yêu," rồi rời đi không nói thêm lời nào.</w:t>
      </w:r>
    </w:p>
    <w:p>
      <w:pPr>
        <w:spacing w:after="80"/>
      </w:pPr>
      <w:r>
        <w:rPr>
          <w:b w:val="0"/>
          <w:i w:val="0"/>
        </w:rPr>
        <w:t>Ross chỉnh lại chiếc gương trong hộp đựng thuốc lá của mình, và quan sát khi Pugh lấy một ống đựng xì gà từ túi áo trong, điều khiến Ross thấy lạ, vì vợ chồng nhà Pugh vẫn chưa được phục vụ món chính.</w:t>
      </w:r>
    </w:p>
    <w:p>
      <w:pPr>
        <w:spacing w:after="80"/>
      </w:pPr>
      <w:r>
        <w:rPr>
          <w:b w:val="0"/>
          <w:i w:val="0"/>
        </w:rPr>
        <w:t>Pugh vặn mở nắp ống, lấy ra một điếu xì gà và đặt nó lên bàn trước mặt. Ông ta cẩn thận nhìn quanh căn phòng đông đúc, rồi lật ngược cái ống và đổ một ít bột trắng vào ly rượu của mình. Ông ta khuấy rượu bằng cán nĩa, rồi đặt điếu xì gà trở lại ống và cất vào túi. Pugh lại liếc quanh phòng một lần nữa, trước khi đổi ly rượu của mình với ly của vợ. Toàn bộ màn đánh tráo chỉ mất chưa đầy một phút.</w:t>
      </w:r>
    </w:p>
    <w:p>
      <w:pPr>
        <w:spacing w:after="80"/>
      </w:pPr>
      <w:r>
        <w:rPr>
          <w:b w:val="0"/>
          <w:i w:val="0"/>
        </w:rPr>
        <w:t>Ross bắt gặp ánh mắt của người quản lý nhà hàng (maître d'), lúc đó đang dẫn vài vị khách đến bàn của họ. Anh nguệch ngoạc viết vài chữ lên mặt sau thực đơn và đặt ngón tay lên môi khi người quản lý tiến lại gần. Ông ta đọc mẩu tin nhắn rồi thản nhiên đi sang bàn bên cạnh, nơi ông Pugh đang chăm chú nhìn về phía cửa ra vào nhà hàng.</w:t>
      </w:r>
    </w:p>
    <w:p>
      <w:pPr>
        <w:spacing w:after="80"/>
      </w:pPr>
      <w:r>
        <w:rPr>
          <w:b w:val="0"/>
          <w:i w:val="0"/>
        </w:rPr>
        <w:t>"Xin lỗi vì đã làm phiền ngài," người quản lý nói, "nhưng ngài có một cuộc gọi đường dài từ nước ngoài. Nếu ngài có thể ra quầy lễ tân, người gọi vẫn đang chờ máy."</w:t>
      </w:r>
    </w:p>
    <w:p>
      <w:pPr>
        <w:spacing w:after="80"/>
      </w:pPr>
      <w:r>
        <w:rPr>
          <w:b w:val="0"/>
          <w:i w:val="0"/>
        </w:rPr>
        <w:t>"Họ có nói tên không?" Pugh hỏi dồn.</w:t>
      </w:r>
    </w:p>
    <w:p>
      <w:pPr>
        <w:spacing w:after="80"/>
      </w:pPr>
      <w:r>
        <w:rPr>
          <w:b w:val="0"/>
          <w:i w:val="0"/>
        </w:rPr>
        <w:t>"Dạ không, thưa ngài. Đó là một quý bà. Bà ấy nói là việc gấp."</w:t>
      </w:r>
    </w:p>
    <w:p>
      <w:pPr>
        <w:spacing w:after="80"/>
      </w:pPr>
      <w:r>
        <w:rPr>
          <w:b w:val="0"/>
          <w:i w:val="0"/>
        </w:rPr>
        <w:t xml:space="preserve">Pugh vội vàng đứng dậy và lủi nhanh ra khỏi nhà hàng. Ngay khi ông ta rời khỏi phòng, Ross thả tờ </w:t>
      </w:r>
      <w:r>
        <w:rPr>
          <w:b w:val="0"/>
          <w:i/>
        </w:rPr>
        <w:t>New York Times</w:t>
      </w:r>
      <w:r>
        <w:rPr>
          <w:b w:val="0"/>
          <w:i w:val="0"/>
        </w:rPr>
        <w:t xml:space="preserve"> của mình xuống sàn. Anh cúi xuống nhặt tờ báo và, khi đứng lên, anh đổi lại ly rượu của vợ chồng nhà Pugh bằng một màn ảo thuật khéo léo đến mức Jimmy the dip cũng phải nể phục.</w:t>
      </w:r>
    </w:p>
    <w:p>
      <w:pPr>
        <w:spacing w:after="80"/>
      </w:pPr>
      <w:r>
        <w:rPr>
          <w:b w:val="0"/>
          <w:i w:val="0"/>
        </w:rPr>
        <w:t>Ross đang đi về phía quầy bar thì một Pugh giận dữ lao ngang qua anh. Anh vừa mới ngồi xuống thì vợ anh xuất hiện trở lại.</w:t>
      </w:r>
    </w:p>
    <w:p>
      <w:pPr>
        <w:spacing w:after="80"/>
      </w:pPr>
      <w:r>
        <w:rPr>
          <w:b w:val="0"/>
          <w:i w:val="0"/>
        </w:rPr>
        <w:t>Ross leo lên một chiếc ghế đẩu ở cuối quầy bar, gọi một ly cà phê và tiếp tục đọc báo. Anh ngước lên và thấy Pugh đang giơ ly lên chúc mừng, và vợ ông ta vui vẻ đáp lại. Ông ta uống cạn ly của mình, còn cô ấy nhấp một ngụm từ ly của mình, đúng lúc món chính được đặt trước mặt họ.</w:t>
      </w:r>
    </w:p>
    <w:p>
      <w:pPr>
        <w:spacing w:after="80"/>
      </w:pPr>
      <w:r>
        <w:rPr>
          <w:b w:val="0"/>
          <w:i w:val="0"/>
        </w:rPr>
        <w:t>Pugh vừa mới cầm dao nĩa lên thì mặt ông ta tái mét. Ông ta bắt đầu run rẩy và gục người về phía trước, úp mặt xuống bàn, sùi bọt mép.</w:t>
      </w:r>
    </w:p>
    <w:p>
      <w:pPr>
        <w:spacing w:after="80"/>
      </w:pPr>
      <w:r>
        <w:rPr>
          <w:b w:val="0"/>
          <w:i w:val="0"/>
        </w:rPr>
        <w:t>"Gọi bác sĩ mau!" bà Pugh hét lên trong cơn hoảng loạn. Một người đàn ông ngồi cách đó vài bàn nhảy dựng lên và vội vã chạy tới, nhưng chỉ sau một lần khám xét qua loa, mọi người chứng kiến đều thấy rõ ông ta chẳng thể làm gì để cứu giúp.</w:t>
      </w:r>
    </w:p>
    <w:p>
      <w:pPr>
        <w:spacing w:after="80"/>
      </w:pPr>
      <w:r>
        <w:rPr>
          <w:b w:val="0"/>
          <w:i w:val="0"/>
        </w:rPr>
        <w:t>Ross dõi theo những diễn biến đang mở ra trước mắt. Vài phút sau, hai người phục vụ xuất hiện khiêng một chiếc cáng, cùng với người quản lý nhà hàng. Một số vị khách quay mặt đi, trong khi những người khác nhìn chằm chằm với vẻ tò mò rùng rợn khi thi thể bất động được hạ xuống cáng và khiêng ra khỏi phòng, theo sau là người góa phụ đau đớn tột cùng.</w:t>
      </w:r>
    </w:p>
    <w:p>
      <w:pPr>
        <w:spacing w:after="80"/>
      </w:pPr>
      <w:r>
        <w:rPr>
          <w:b w:val="0"/>
          <w:i w:val="0"/>
        </w:rPr>
        <w:t>Ross tận dụng sự hỗn loạn và lặng lẽ rời khỏi nhà hàng. Khi đi ngang qua người quản lý nhà hàng (maître d'), anh lén đưa ông ta một tờ một trăm rand, và ông ta đáp lại bằng một cái cúi đầu nhẹ. Từ tiền sảnh, Ross kín đáo quan sát khi chiếc cáng được đưa ra chiếc xe cứu thương đang chờ sẵn, nơi hai nhân viên y tế thừa thãi tiếp nhận. Bà Pugh bật khóc khi một trong số họ kiểm tra mạch của người chồng quá cố, khép mắt ông lại và nhẹ nhàng phủ một tấm vải trắng lên đầu ông.</w:t>
      </w:r>
    </w:p>
    <w:p>
      <w:pPr>
        <w:spacing w:after="80"/>
      </w:pPr>
      <w:r>
        <w:rPr>
          <w:b w:val="0"/>
          <w:i w:val="0"/>
        </w:rPr>
        <w:t>Ross đã từng gặp nhiều góa phụ đau buồn trong suốt những năm qua, và anh không hề nghi ngờ rằng những giọt nước mắt của bà Pugh là thật, điều đó khiến anh bất ngờ. Có thể nào bà thực sự đã yêu gã đàn ông đáng ghét đó? Có lẽ bà sẽ cảm thấy khác đi nếu biết rằng người đáng lẽ phải được đưa đến nhà xác là bà, chứ không phải ông ta. Khi xe cứu thương chạy đi, anh thong thả bước đến quầy lễ tân để lấy chìa khóa.</w:t>
      </w:r>
    </w:p>
    <w:p>
      <w:pPr>
        <w:spacing w:after="80"/>
      </w:pPr>
      <w:r>
        <w:rPr>
          <w:b w:val="0"/>
          <w:i w:val="0"/>
        </w:rPr>
        <w:t>"Cậu có một tin nhắn," cô lễ tân nói.</w:t>
      </w:r>
    </w:p>
    <w:p>
      <w:pPr>
        <w:spacing w:after="80"/>
      </w:pPr>
      <w:r>
        <w:rPr>
          <w:b w:val="0"/>
          <w:i w:val="0"/>
        </w:rPr>
        <w:t>Anh mở mảnh giấy nhỏ ra, và sau khi đọc xong, anh lẩm bẩm: "Cậu giỏi lắm, cậu bé hát thánh ca. Rất giỏi."</w:t>
      </w:r>
    </w:p>
    <w:p>
      <w:pPr>
        <w:spacing w:after="80"/>
      </w:pPr>
      <w:r>
        <w:rPr>
          <w:b w:val="0"/>
          <w:i w:val="0"/>
        </w:rPr>
        <w:t>"Xin lỗi, ngài nói gì ạ?" cô lễ tân hỏi.</w:t>
      </w:r>
    </w:p>
    <w:p>
      <w:pPr>
        <w:spacing w:after="80"/>
      </w:pPr>
      <w:r>
        <w:rPr>
          <w:b w:val="0"/>
          <w:i w:val="0"/>
        </w:rPr>
        <w:t>"Cô có thể cho tôi biết giờ của chuyến bay tiếp theo đến London không?"</w:t>
      </w:r>
    </w:p>
    <w:p>
      <w:pPr>
        <w:spacing w:after="80"/>
      </w:pPr>
      <w:r>
        <w:rPr>
          <w:b w:val="0"/>
          <w:i w:val="0"/>
        </w:rPr>
        <w:t>"Chuyến bay đầu tiên buổi sáng là lúc chín giờ," cô nói, rồi liếc nhìn đồng hồ. "Nhưng nếu ngài nhanh chân, thưa ngài, có lẽ ngài vẫn kịp chuyến bay đêm (red-eye) khởi hành trong vài giờ nữa."</w:t>
      </w:r>
    </w:p>
    <w:p>
      <w:pPr>
        <w:spacing w:after="80"/>
      </w:pPr>
      <w:r>
        <w:rPr>
          <w:b w:val="0"/>
          <w:i w:val="0"/>
        </w:rPr>
        <w:t>"Làm ơn chuẩn bị hóa đơn cho tôi, và đặt cho tôi một ghế hạng thương gia trên chuyến bay đó. Tôi cũng sẽ cần một chiếc taxi đưa tôi ra sân bay."</w:t>
      </w:r>
    </w:p>
    <w:p>
      <w:pPr>
        <w:spacing w:after="80"/>
      </w:pPr>
      <w:r>
        <w:rPr>
          <w:b w:val="0"/>
          <w:i w:val="0"/>
        </w:rPr>
        <w:t>Ross phóng vội lên cầu thang đến tầng ba, nhanh chóng mở cửa phòng và bắt đầu ném tất cả đồ đạc vào vali, rồi chạy ngược xuống quầy lễ tân và thanh toán hóa đơn. Một người khuân vác đặt túi của anh vào cốp chiếc taxi đang chờ, động cơ đã nổ máy. Lời hứa về một khoản tiền boa một trăm rand nếu anh kịp đến sân bay đúng giờ khiến người tài xế phớt lờ mọi giới hạn tốc độ. Ross là người cuối cùng lên máy bay đêm đó.</w:t>
      </w:r>
    </w:p>
    <w:p>
      <w:pPr>
        <w:spacing w:after="80"/>
      </w:pPr>
      <w:r>
        <w:rPr>
          <w:b w:val="0"/>
          <w:i w:val="0"/>
        </w:rPr>
        <w:t>"Ngài có muốn dùng bữa tối nay không ạ?" tiếp viên hỏi, sau khi máy bay đã cất cánh.</w:t>
      </w:r>
    </w:p>
    <w:p>
      <w:pPr>
        <w:spacing w:after="80"/>
      </w:pPr>
      <w:r>
        <w:rPr>
          <w:b w:val="0"/>
          <w:i w:val="0"/>
        </w:rPr>
        <w:t>"Không, cảm ơn," Ross nói. "Chỉ cần một cặp miếng che mắt thôi."</w:t>
      </w:r>
    </w:p>
    <w:p>
      <w:pPr>
        <w:spacing w:after="80"/>
      </w:pPr>
      <w:r>
        <w:rPr>
          <w:b w:val="0"/>
          <w:i w:val="0"/>
        </w:rPr>
        <w:t>"Dạ vâng, thưa ngài."</w:t>
      </w:r>
    </w:p>
    <w:p>
      <w:pPr>
        <w:spacing w:after="80"/>
      </w:pPr>
      <w:r>
        <w:rPr>
          <w:b w:val="0"/>
          <w:i w:val="0"/>
        </w:rPr>
        <w:t>Vì không có Larry T. Holbrooke Đệ Tam ngồi cạnh, Ross mong chờ một giấc ngủ ngon. Anh sẽ về kịp để ăn sáng với Jimmy tay móc túi ở quán Putney Bridge Café, trước khi báo cáo với Chánh thanh tra Warwick tại Yard. Anh chỉ có thể tự hỏi cậu bé hát thánh ca đã biết được bao nhiêu rồi.</w:t>
      </w:r>
    </w:p>
    <w:p>
      <w:pPr>
        <w:pStyle w:val="Heading2"/>
      </w:pPr>
      <w:r>
        <w:rPr>
          <w:rFonts w:ascii="Calibri" w:hAnsi="Calibri"/>
          <w:b/>
          <w:i w:val="0"/>
          <w:sz w:val="32"/>
        </w:rPr>
        <w:t>CHƯƠNG 28</w:t>
      </w:r>
    </w:p>
    <w:p>
      <w:pPr>
        <w:spacing w:after="80"/>
      </w:pPr>
      <w:r>
        <w:rPr>
          <w:b w:val="0"/>
          <w:i w:val="0"/>
        </w:rPr>
        <w:t>"CẬU CÓ PHẢI PC PLOD KHÔNG?" Peter hỏi, khi Juan xuống ăn sáng vào sáng hôm sau.</w:t>
      </w:r>
    </w:p>
    <w:p>
      <w:pPr>
        <w:spacing w:after="80"/>
      </w:pPr>
      <w:r>
        <w:rPr>
          <w:b w:val="0"/>
          <w:i w:val="0"/>
        </w:rPr>
        <w:t>"Không," Juan nói, ngồi xuống đối diện hai đứa trẻ sinh đôi. "Con gái út của chú bảo chú không thông minh bằng PC Plod, vì chú không giải quyết ngay được mọi vụ án của mình. Nó nghĩ chú giống Thanh tra Watchit hơn."</w:t>
      </w:r>
    </w:p>
    <w:p>
      <w:pPr>
        <w:spacing w:after="80"/>
      </w:pPr>
      <w:r>
        <w:rPr>
          <w:b w:val="0"/>
          <w:i w:val="0"/>
        </w:rPr>
        <w:t>Artemisia khúc khích cười khi Beth đặt một đĩa thịt xông khói và trứng trước mặt vị khách của họ.</w:t>
      </w:r>
    </w:p>
    <w:p>
      <w:pPr>
        <w:spacing w:after="80"/>
      </w:pPr>
      <w:r>
        <w:rPr>
          <w:b w:val="0"/>
          <w:i w:val="0"/>
        </w:rPr>
        <w:t>"Bố cháu sẽ ghen tị lắm khi cháu kể cho bố nghe bữa sáng nay cháu ăn gì," Juan nói, nhấc dao nĩa lên.</w:t>
      </w:r>
    </w:p>
    <w:p>
      <w:pPr>
        <w:spacing w:after="80"/>
      </w:pPr>
      <w:r>
        <w:rPr>
          <w:b w:val="0"/>
          <w:i w:val="0"/>
        </w:rPr>
        <w:t>"Bố cháu không ăn sáng à?" Artemisia hỏi.</w:t>
      </w:r>
    </w:p>
    <w:p>
      <w:pPr>
        <w:spacing w:after="80"/>
      </w:pPr>
      <w:r>
        <w:rPr>
          <w:b w:val="0"/>
          <w:i w:val="0"/>
        </w:rPr>
        <w:t>"Đừng nói chuyện khi miệng còn đầy thức ăn," William nói.</w:t>
      </w:r>
    </w:p>
    <w:p>
      <w:pPr>
        <w:spacing w:after="80"/>
      </w:pPr>
      <w:r>
        <w:rPr>
          <w:b w:val="0"/>
          <w:i w:val="0"/>
        </w:rPr>
        <w:t>"Ai đã lấy trộm chiếc vòng cổ ngọc trai?" Peter hỏi.</w:t>
      </w:r>
    </w:p>
    <w:p>
      <w:pPr>
        <w:spacing w:after="80"/>
      </w:pPr>
      <w:r>
        <w:rPr>
          <w:b w:val="0"/>
          <w:i w:val="0"/>
        </w:rPr>
        <w:t>"Cháu không biết," Juan thừa nhận.</w:t>
      </w:r>
    </w:p>
    <w:p>
      <w:pPr>
        <w:spacing w:after="80"/>
      </w:pPr>
      <w:r>
        <w:rPr>
          <w:b w:val="0"/>
          <w:i w:val="0"/>
        </w:rPr>
        <w:t>"Tối nay khi bố về và đọc cho chúng ta chương cuối thì sẽ biết thôi," Artemisia nói.</w:t>
      </w:r>
    </w:p>
    <w:p>
      <w:pPr>
        <w:spacing w:after="80"/>
      </w:pPr>
      <w:r>
        <w:rPr>
          <w:b w:val="0"/>
          <w:i w:val="0"/>
        </w:rPr>
        <w:t>"Nếu bố về tối nay," William nói khi điện thoại ở hành lang bắt đầu reo.</w:t>
      </w:r>
    </w:p>
    <w:p>
      <w:pPr>
        <w:spacing w:after="80"/>
      </w:pPr>
      <w:r>
        <w:rPr>
          <w:b w:val="0"/>
          <w:i w:val="0"/>
        </w:rPr>
        <w:t>"Giờ này sáng sớm thì ai gọi được nhỉ?" Beth nói.</w:t>
      </w:r>
    </w:p>
    <w:p>
      <w:pPr>
        <w:spacing w:after="80"/>
      </w:pPr>
      <w:r>
        <w:rPr>
          <w:b w:val="0"/>
          <w:i w:val="0"/>
        </w:rPr>
        <w:t>"Chắc là The Hawk," William nói khi đứng dậy và đi ra cửa.</w:t>
      </w:r>
    </w:p>
    <w:p>
      <w:pPr>
        <w:spacing w:after="80"/>
      </w:pPr>
      <w:r>
        <w:rPr>
          <w:b w:val="0"/>
          <w:i w:val="0"/>
        </w:rPr>
        <w:t>"Là cảnh sát Plod đấy," Juan thì thầm.</w:t>
      </w:r>
    </w:p>
    <w:p>
      <w:pPr>
        <w:spacing w:after="80"/>
      </w:pPr>
      <w:r>
        <w:rPr>
          <w:b w:val="0"/>
          <w:i w:val="0"/>
        </w:rPr>
        <w:t>"Hy vọng thế," Artemisia nói, "vậy là chú ấy có thể giúp cháu giải—"</w:t>
      </w:r>
    </w:p>
    <w:p>
      <w:pPr>
        <w:spacing w:after="80"/>
      </w:pPr>
      <w:r>
        <w:rPr>
          <w:b w:val="0"/>
          <w:i w:val="0"/>
        </w:rPr>
        <w:t>William đóng cửa lại sau lưng và nhấc điện thoại trên bàn hành lang lên. "William Warwick đây."</w:t>
      </w:r>
    </w:p>
    <w:p>
      <w:pPr>
        <w:spacing w:after="80"/>
      </w:pPr>
      <w:r>
        <w:rPr>
          <w:b w:val="0"/>
          <w:i w:val="0"/>
        </w:rPr>
        <w:t>"Chào buổi sáng. Geoff Duffield từ bộ phận an ninh sân bay Heathrow. Thanh tra Hogan vừa bay từ Cape Town đến sáng nay, và vừa đi qua cửa kiểm soát hộ chiếu."</w:t>
      </w:r>
    </w:p>
    <w:p>
      <w:pPr>
        <w:spacing w:after="80"/>
      </w:pPr>
      <w:r>
        <w:rPr>
          <w:b w:val="0"/>
          <w:i w:val="0"/>
        </w:rPr>
        <w:t>"Cảm ơn anh, Geoff. Ít nhất thì thế là xong được một trong những vấn đề của tôi. Cảm ơn anh," anh lặp lại trước khi gác máy và quay lại bếp.</w:t>
      </w:r>
    </w:p>
    <w:p>
      <w:pPr>
        <w:spacing w:after="80"/>
      </w:pPr>
      <w:r>
        <w:rPr>
          <w:b w:val="0"/>
          <w:i w:val="0"/>
        </w:rPr>
        <w:t>"Cháu đã gặp cảnh sát Plod chưa?" Peter đang hỏi Juan.</w:t>
      </w:r>
    </w:p>
    <w:p>
      <w:pPr>
        <w:spacing w:after="80"/>
      </w:pPr>
      <w:r>
        <w:rPr>
          <w:b w:val="0"/>
          <w:i w:val="0"/>
        </w:rPr>
        <w:t>‘Không, nhưng con rất muốn, vì bố con và mẹ đang cần sự giúp đỡ của cậu ấy lúc này.’</w:t>
      </w:r>
    </w:p>
    <w:p>
      <w:pPr>
        <w:spacing w:after="80"/>
      </w:pPr>
      <w:r>
        <w:rPr>
          <w:b w:val="0"/>
          <w:i w:val="0"/>
        </w:rPr>
        <w:t>‘Vừa nãy là cậu ấy gọi điện đấy,’ William nói, tham gia vào trò chơi. ‘Cậu ấy đang trên đường đến Sở Cảnh sát, nên chúng ta nên đi thôi.’</w:t>
      </w:r>
    </w:p>
    <w:p>
      <w:pPr>
        <w:spacing w:after="80"/>
      </w:pPr>
      <w:r>
        <w:rPr>
          <w:b w:val="0"/>
          <w:i w:val="0"/>
        </w:rPr>
        <w:t>‘Bố hư quá. Ông ngoại bảo là bố phải ăn hết bữa sáng trước khi đi làm cơ mà.’</w:t>
      </w:r>
    </w:p>
    <w:p>
      <w:pPr>
        <w:spacing w:after="80"/>
      </w:pPr>
      <w:r>
        <w:rPr>
          <w:b w:val="0"/>
          <w:i w:val="0"/>
        </w:rPr>
        <w:t>‘Bố đồng ý với ông ngoại của con,’ Juan nói, tiếp tục thưởng thức món trứng và thịt xông khói của mình, trong khi William đành chịu thua và ngồi xuống lại.</w:t>
      </w:r>
    </w:p>
    <w:p>
      <w:pPr>
        <w:spacing w:after="80"/>
      </w:pPr>
      <w:r>
        <w:rPr>
          <w:b w:val="0"/>
          <w:i w:val="0"/>
        </w:rPr>
        <w:t>‘Con xin lỗi,’ Beth nói. ‘Artemisia có thói quen nhắc lại điều cuối cùng mà con bé nghe được.’</w:t>
      </w:r>
    </w:p>
    <w:p>
      <w:pPr>
        <w:spacing w:after="80"/>
      </w:pPr>
      <w:r>
        <w:rPr>
          <w:b w:val="0"/>
          <w:i w:val="0"/>
        </w:rPr>
        <w:t>‘Không cần phải xin lỗi đâu,’ Juan nói. ‘Đừng quên là tôi có tận ba cô con gái đấy.’</w:t>
      </w:r>
    </w:p>
    <w:p>
      <w:pPr>
        <w:spacing w:after="80"/>
      </w:pPr>
      <w:r>
        <w:rPr>
          <w:b w:val="0"/>
          <w:i w:val="0"/>
        </w:rPr>
        <w:t>‘Và William bảo tôi là sắp có thêm một đứa nữa.’</w:t>
      </w:r>
    </w:p>
    <w:p>
      <w:pPr>
        <w:spacing w:after="80"/>
      </w:pPr>
      <w:r>
        <w:rPr>
          <w:b w:val="0"/>
          <w:i w:val="0"/>
        </w:rPr>
        <w:t>‘Không biết tôi đã làm gì mà phải chịu như vậy nhỉ?’ Juan nói.</w:t>
      </w:r>
    </w:p>
    <w:p>
      <w:pPr>
        <w:spacing w:after="80"/>
        <w:jc w:val="center"/>
      </w:pPr>
      <w:r>
        <w:rPr>
          <w:b w:val="0"/>
          <w:i w:val="0"/>
        </w:rPr>
        <w:t>• • •</w:t>
      </w:r>
    </w:p>
    <w:p>
      <w:pPr>
        <w:spacing w:after="80"/>
      </w:pPr>
      <w:r>
        <w:rPr>
          <w:b w:val="0"/>
          <w:i w:val="0"/>
        </w:rPr>
        <w:t>‘Chào buổi sáng, Thanh tra,’ Jimmy móc túi nói. ‘Ngài có muốn cùng ăn sáng với tôi không?’</w:t>
      </w:r>
    </w:p>
    <w:p>
      <w:pPr>
        <w:spacing w:after="80"/>
      </w:pPr>
      <w:r>
        <w:rPr>
          <w:b w:val="0"/>
          <w:i w:val="0"/>
        </w:rPr>
        <w:t>‘Không có thời gian,’ Ross nói, thèm thuồng nhìn cái đĩa trống của Jimmy trước khi nó bị dọn đi. ‘Nhưng nếu anh vẫn còn hy vọng về hai trăm bảng tiếp theo, thì nhớ có mặt trước Nhà hát Queen’s trên phố Wardour lúc mười giờ ba mươi tối nay nhé.’</w:t>
      </w:r>
    </w:p>
    <w:p>
      <w:pPr>
        <w:spacing w:after="80"/>
      </w:pPr>
      <w:r>
        <w:rPr>
          <w:b w:val="0"/>
          <w:i w:val="0"/>
        </w:rPr>
        <w:t>‘Tôi phải xem lại lịch của mình đã,’ Jimmy nói, trong khi thả viên đường thứ ba vào tách trà.</w:t>
      </w:r>
    </w:p>
    <w:p>
      <w:pPr>
        <w:spacing w:after="80"/>
      </w:pPr>
      <w:r>
        <w:rPr>
          <w:b w:val="0"/>
          <w:i w:val="0"/>
        </w:rPr>
        <w:t>‘Nếu anh không có mặt,’ Ross nói, ‘thì tôi sẽ cùng ăn sáng với anh mỗi sáng cho đến khi anh trả xong hai trăm bảng đầu tiên.’</w:t>
      </w:r>
    </w:p>
    <w:p>
      <w:pPr>
        <w:spacing w:after="80"/>
      </w:pPr>
      <w:r>
        <w:rPr>
          <w:b w:val="0"/>
          <w:i w:val="0"/>
        </w:rPr>
        <w:t>‘Ngài đã thuyết phục được tôi rồi, nhưng mà cái duyên người Ireland của ngài thì đâu có giấu được, thưa Thanh tra,’ Jimmy nói, xúc một muỗng mứt cam to tướng lên miếng bánh mì nướng. Đến lúc anh ta cầm dao lên và bắt đầu phết mứt thì viên Thanh tra đã đi mất rồi.</w:t>
      </w:r>
    </w:p>
    <w:p>
      <w:pPr>
        <w:spacing w:after="80"/>
        <w:jc w:val="center"/>
      </w:pPr>
      <w:r>
        <w:rPr>
          <w:b w:val="0"/>
          <w:i w:val="0"/>
        </w:rPr>
        <w:t>• • •</w:t>
      </w:r>
    </w:p>
    <w:p>
      <w:pPr>
        <w:spacing w:after="80"/>
      </w:pPr>
      <w:r>
        <w:rPr>
          <w:b w:val="0"/>
          <w:i w:val="0"/>
        </w:rPr>
        <w:t>Trung úy Sanchez trải một tấm bản đồ lớn về Catalonia lên bàn trước mặt, và cả đội quây lại để xem kỹ hơn.</w:t>
      </w:r>
    </w:p>
    <w:p>
      <w:pPr>
        <w:spacing w:after="80"/>
      </w:pPr>
      <w:r>
        <w:rPr>
          <w:b w:val="0"/>
          <w:i w:val="0"/>
        </w:rPr>
        <w:t>‘Khi Tổng thanh tra Warwick và Thanh tra Ross đã hạ cánh xuống Barcelona,’ anh bắt đầu, ‘họ sẽ được đưa đến một ngôi nhà an toàn ở ngoại ô thành phố, nơi tôi sẽ tiến hành buổi giao ban cuối cùng, trước khi tất cả chúng ta thay sang trang phục phù hợp cho một chiến dịch ban đêm.’</w:t>
      </w:r>
    </w:p>
    <w:p>
      <w:pPr>
        <w:spacing w:after="80"/>
      </w:pPr>
      <w:r>
        <w:rPr>
          <w:b w:val="0"/>
          <w:i w:val="0"/>
        </w:rPr>
        <w:t>‘Giờ linh là khi nào?’ vị chỉ huy hỏi.</w:t>
      </w:r>
    </w:p>
    <w:p>
      <w:pPr>
        <w:spacing w:after="80"/>
      </w:pPr>
      <w:r>
        <w:rPr>
          <w:b w:val="0"/>
          <w:i w:val="0"/>
        </w:rPr>
        <w:t>‘Nửa đêm, thưa ngài,’ Sanchez đáp. ‘Chúng ta sẽ rời thành phố bằng một chiếc xe không có dấu hiệu nhận diện, và được thả xuống cách ranh giới khu đất của Faulkner vài ki-lô-mét.’</w:t>
      </w:r>
    </w:p>
    <w:p>
      <w:pPr>
        <w:spacing w:after="80"/>
      </w:pPr>
      <w:r>
        <w:rPr>
          <w:b w:val="0"/>
          <w:i w:val="0"/>
        </w:rPr>
        <w:t>William gật đầu khi Sanchez chỉ vào một chữ ‘X’ mà anh đã đánh dấu trên bản đồ. ‘Anh có chắc là ông ta vẫn còn ở đó không?’ ông hỏi.</w:t>
      </w:r>
    </w:p>
    <w:p>
      <w:pPr>
        <w:spacing w:after="80"/>
      </w:pPr>
      <w:r>
        <w:rPr>
          <w:b w:val="0"/>
          <w:i w:val="0"/>
        </w:rPr>
        <w:t>‘Chúng tôi đã đặt camera trên con đường dẫn lên khu đất và các đội tuần tra trên bãi biển dưới chân vách đá, và cho đến nay chưa có dấu hiệu nào của sự sống, nên chúng tôi khá tin chắc ông ta vẫn đang ẩn náu trong nhà.’</w:t>
      </w:r>
    </w:p>
    <w:p>
      <w:pPr>
        <w:spacing w:after="80"/>
      </w:pPr>
      <w:r>
        <w:rPr>
          <w:b w:val="0"/>
          <w:i w:val="0"/>
        </w:rPr>
        <w:t>‘Đừng quên, chúng ta biết Booth Watson đã đặt vé máy bay đến Barcelona vào thứ Hai,’ Rebecca xen vào. ‘Tại sao ông ta lại bận tâm thực hiện chuyến đi nếu Faulkner không ở đó?’</w:t>
      </w:r>
    </w:p>
    <w:p>
      <w:pPr>
        <w:spacing w:after="80"/>
      </w:pPr>
      <w:r>
        <w:rPr>
          <w:b w:val="0"/>
          <w:i w:val="0"/>
        </w:rPr>
        <w:t>‘Đúng là có lý,’ William nói. ‘Nhưng tôi nghi ngờ lý do chuyến thăm của Booth Watson là để hoàn tất những chi tiết cuối cùng cho sự ra đi không báo trước của thân chủ mình, nên đây có thể là cơ hội cuối cùng của chúng ta trước khi ông ta biến mất lần nữa.’</w:t>
      </w:r>
    </w:p>
    <w:p>
      <w:pPr>
        <w:spacing w:after="80"/>
      </w:pPr>
      <w:r>
        <w:rPr>
          <w:b w:val="0"/>
          <w:i w:val="0"/>
        </w:rPr>
        <w:t>‘Chúng ta sẽ cần Thanh tra Thám tử Hogan đưa chúng ta từ đây,’ ngón tay Sanchez dừng lại ở rìa khu rừng, ‘đến đây,’ anh nói và di chuyển nó sang cửa chính của ngôi nhà.</w:t>
      </w:r>
    </w:p>
    <w:p>
      <w:pPr>
        <w:spacing w:after="80"/>
      </w:pPr>
      <w:r>
        <w:rPr>
          <w:b w:val="0"/>
          <w:i w:val="0"/>
        </w:rPr>
        <w:t>William lắc đầu. ‘Không. Ross tin chắc rằng hy vọng tốt nhất của chúng ta để vào nhà mà không bị phát hiện là qua một trong những cửa sổ ở khu dành cho người hầu trên tầng bốn. Lần trước khi chúng ta ở đó, anh ấy nhận thấy ba trong số chúng được để mở suốt cả ngày. Đây, đây và đây. Cái này,’ ông nói thêm, ngón trỏ di chuyển trên các bản vẽ, ‘nằm cạnh lối thoát hiểm.’</w:t>
      </w:r>
    </w:p>
    <w:p>
      <w:pPr>
        <w:spacing w:after="80"/>
      </w:pPr>
      <w:r>
        <w:rPr>
          <w:b w:val="0"/>
          <w:i w:val="0"/>
        </w:rPr>
        <w:t>Sanchez gật đầu, nhưng đề nghị, ‘Chúng ta vẫn cần biết Thanh tra Thám tử Ross đã lên kế hoạch gì khi chúng ta đến rìa khu rừng. Tôi nghi ngờ chúng ta sẽ thấy nó đầy rẫy báo động, bẫy và những bất ngờ khác dành cho những vị khách không mời.’</w:t>
      </w:r>
    </w:p>
    <w:p>
      <w:pPr>
        <w:spacing w:after="80"/>
      </w:pPr>
      <w:r>
        <w:rPr>
          <w:b w:val="0"/>
          <w:i w:val="0"/>
        </w:rPr>
        <w:t>‘Anh ấy sẽ đến với chúng ta trong vài phút nữa,’ William nói, liếc nhìn đồng hồ.</w:t>
      </w:r>
    </w:p>
    <w:p>
      <w:pPr>
        <w:spacing w:after="80"/>
      </w:pPr>
      <w:r>
        <w:rPr>
          <w:b w:val="0"/>
          <w:i w:val="0"/>
        </w:rPr>
        <w:t>‘Điều gì khiến ông chắc chắn như vậy?’ The Hawk hỏi.</w:t>
      </w:r>
    </w:p>
    <w:p>
      <w:pPr>
        <w:spacing w:after="80"/>
      </w:pPr>
      <w:r>
        <w:rPr>
          <w:b w:val="0"/>
          <w:i w:val="0"/>
        </w:rPr>
        <w:t>‘Máy bay của anh ấy đã hạ cánh xuống Heathrow vài giờ trước. Thực ra tôi ngạc nhiên—’ William tiếp tục khi cánh cửa bật mở và Ross sải bước vào.</w:t>
      </w:r>
    </w:p>
    <w:p>
      <w:pPr>
        <w:spacing w:after="80"/>
      </w:pPr>
      <w:r>
        <w:rPr>
          <w:b w:val="0"/>
          <w:i w:val="0"/>
        </w:rPr>
        <w:t>‘Xin lỗi vì tôi đến muộn. Có chuyện gì đó đã giữ tôi lại.’</w:t>
      </w:r>
    </w:p>
    <w:p>
      <w:pPr>
        <w:spacing w:after="80"/>
      </w:pPr>
      <w:r>
        <w:rPr>
          <w:b w:val="0"/>
          <w:i w:val="0"/>
        </w:rPr>
        <w:t>Hoặc ai đó, William nghĩ, nhưng tự bằng lòng với câu, ‘Trung úy Sanchez vừa mới dẫn chúng ta qua những gì chúng ta sẽ phải đối mặt khi đến Barcelona.’</w:t>
      </w:r>
    </w:p>
    <w:p>
      <w:pPr>
        <w:spacing w:after="80"/>
      </w:pPr>
      <w:r>
        <w:rPr>
          <w:b w:val="0"/>
          <w:i w:val="0"/>
        </w:rPr>
        <w:t>‘Tôi chỉ có thể đưa chúng ta đến cuối con đường dẫn tới khu đất trước khi các anh phải tiếp quản,’ Sanchez thừa nhận.</w:t>
      </w:r>
    </w:p>
    <w:p>
      <w:pPr>
        <w:spacing w:after="80"/>
      </w:pPr>
      <w:r>
        <w:rPr>
          <w:b w:val="0"/>
          <w:i w:val="0"/>
        </w:rPr>
        <w:t>Ross ngồi vào chỗ của mình ở bàn và bắt đầu giải thích chi tiết cách anh dự định đưa ba người họ từ rìa khu rừng đến cầu thang thoát hiểm ở phía xa bên kia ngôi nhà mà không kích hoạt bất kỳ báo động nào. Không ai ngắt lời anh. William cuối cùng đã kết thúc cuộc họp khi họ bắt đầu hỏi lại những câu hỏi tương tự lần thứ ba.</w:t>
      </w:r>
    </w:p>
    <w:p>
      <w:pPr>
        <w:spacing w:after="80"/>
      </w:pPr>
      <w:r>
        <w:rPr>
          <w:b w:val="0"/>
          <w:i w:val="0"/>
        </w:rPr>
        <w:t>"Vẫn còn lại vấn đề về cánh cửa không thể xuyên qua đó," The Hawk nói khi họ đứng dậy khỏi chỗ ngồi.</w:t>
      </w:r>
    </w:p>
    <w:p>
      <w:pPr>
        <w:spacing w:after="80"/>
      </w:pPr>
      <w:r>
        <w:rPr>
          <w:b w:val="0"/>
          <w:i w:val="0"/>
        </w:rPr>
        <w:t>"Chiều nay tôi có một cuộc hẹn với người duy nhất ngoài Faulkner biết cách mở cánh cửa đó," Ross nói. "Tôi sẽ báo lại sau."</w:t>
      </w:r>
    </w:p>
    <w:p>
      <w:pPr>
        <w:spacing w:after="80"/>
      </w:pPr>
      <w:r>
        <w:rPr>
          <w:b w:val="0"/>
          <w:i w:val="0"/>
        </w:rPr>
        <w:t>"Vậy thì tất cả chúng ta hãy gặp lại nhau lúc tám giờ sáng mai," William nói, "và xem lại kế hoạch lần cuối."</w:t>
      </w:r>
    </w:p>
    <w:p>
      <w:pPr>
        <w:spacing w:after="80"/>
      </w:pPr>
      <w:r>
        <w:rPr>
          <w:b w:val="0"/>
          <w:i w:val="0"/>
        </w:rPr>
        <w:t>"Tám giờ sáng mai tôi có một cuộc họp mà tôi không thể bỏ lỡ," Ross nói mà không giải thích. "Nhưng tôi sẽ gọi cho anh tối nay với thông tin cập nhật."</w:t>
      </w:r>
    </w:p>
    <w:p>
      <w:pPr>
        <w:spacing w:after="80"/>
      </w:pPr>
      <w:r>
        <w:rPr>
          <w:b w:val="0"/>
          <w:i w:val="0"/>
        </w:rPr>
        <w:t>"Được thôi," William nói, khiến mọi người ngạc nhiên. Nhưng thật ra, anh biết chính xác Thanh tra Thám tử Hogan sẽ ở đâu vào tám giờ sáng hôm sau, bởi vì anh cũng định đến đó.</w:t>
      </w:r>
    </w:p>
    <w:p>
      <w:pPr>
        <w:spacing w:after="80"/>
        <w:jc w:val="center"/>
      </w:pPr>
      <w:r>
        <w:rPr>
          <w:b w:val="0"/>
          <w:i w:val="0"/>
        </w:rPr>
        <w:t>• • •</w:t>
      </w:r>
    </w:p>
    <w:p>
      <w:pPr>
        <w:spacing w:after="80"/>
      </w:pPr>
      <w:r>
        <w:rPr>
          <w:b w:val="0"/>
          <w:i w:val="0"/>
        </w:rPr>
        <w:t>"Anh biết điều gì mà tôi không biết?" Beth hỏi khi Christina ngồi xuống phía bên kia bàn làm việc của cô.</w:t>
      </w:r>
    </w:p>
    <w:p>
      <w:pPr>
        <w:spacing w:after="80"/>
      </w:pPr>
      <w:r>
        <w:rPr>
          <w:b w:val="0"/>
          <w:i w:val="0"/>
        </w:rPr>
        <w:t>"Không nhiều lắm," Christina thừa nhận, "ngoại trừ việc tôi tin chắc rằng bức Caravaggio đã kết thúc ở đâu thì đó cũng là nơi cô sẽ tìm thấy Miles."</w:t>
      </w:r>
    </w:p>
    <w:p>
      <w:pPr>
        <w:spacing w:after="80"/>
      </w:pPr>
      <w:r>
        <w:rPr>
          <w:b w:val="0"/>
          <w:i w:val="0"/>
        </w:rPr>
        <w:t>"Cùng với bức Frans Hals nữa chứ?" Beth nói.</w:t>
      </w:r>
    </w:p>
    <w:p>
      <w:pPr>
        <w:spacing w:after="80"/>
      </w:pPr>
      <w:r>
        <w:rPr>
          <w:b w:val="0"/>
          <w:i w:val="0"/>
        </w:rPr>
        <w:t>"Tôi e là vậy," Christina nói, "và nếu tôi có chút manh mối nào về nơi đó, tôi sẽ nói cho cô biết, tin tôi đi."</w:t>
      </w:r>
    </w:p>
    <w:p>
      <w:pPr>
        <w:spacing w:after="80"/>
      </w:pPr>
      <w:r>
        <w:rPr>
          <w:b w:val="0"/>
          <w:i w:val="0"/>
        </w:rPr>
        <w:t>Beth không tin cô ấy, nên cô làm theo lời khuyên của William và tiếp tục lắng nghe, lắng nghe, lắng nghe.</w:t>
      </w:r>
    </w:p>
    <w:p>
      <w:pPr>
        <w:spacing w:after="80"/>
      </w:pPr>
      <w:r>
        <w:rPr>
          <w:b w:val="0"/>
          <w:i w:val="0"/>
        </w:rPr>
        <w:t>"Điều duy nhất tôi biết chắc là Booth Watson dự định bay đến Barcelona vào sáng thứ Hai. Không thể là trùng hợp khi du thuyền của Miles sẽ khởi hành từ Monte Carlo vào tối thứ Bảy. Tôi sẽ không ngạc nhiên nếu cả hai đều kết thúc ở cùng một nơi."</w:t>
      </w:r>
    </w:p>
    <w:p>
      <w:pPr>
        <w:spacing w:after="80"/>
      </w:pPr>
      <w:r>
        <w:rPr>
          <w:b w:val="0"/>
          <w:i w:val="0"/>
        </w:rPr>
        <w:t>"Điều đó chỉ có thể có nghĩa là Miles hẳn lại sắp di chuyển," Beth nói.</w:t>
      </w:r>
    </w:p>
    <w:p>
      <w:pPr>
        <w:spacing w:after="80"/>
      </w:pPr>
      <w:r>
        <w:rPr>
          <w:b w:val="0"/>
          <w:i w:val="0"/>
        </w:rPr>
        <w:t>"Đồng ý," Christina nói. "Và nếu du thuyền của anh ta có liên quan, thì bộ sưu tập cũng sẽ được di chuyển."</w:t>
      </w:r>
    </w:p>
    <w:p>
      <w:pPr>
        <w:spacing w:after="80"/>
      </w:pPr>
      <w:r>
        <w:rPr>
          <w:b w:val="0"/>
          <w:i w:val="0"/>
        </w:rPr>
        <w:t>"Chị lấy thông tin từ đâu vậy?" Beth hỏi.</w:t>
      </w:r>
    </w:p>
    <w:p>
      <w:pPr>
        <w:spacing w:after="80"/>
      </w:pPr>
      <w:r>
        <w:rPr>
          <w:b w:val="0"/>
          <w:i w:val="0"/>
        </w:rPr>
        <w:t>‘Cựu Tổng giám đốc Lamont, người chỉ quá vui mừng khi có nhiều hơn một kẻ trả lương.’</w:t>
      </w:r>
    </w:p>
    <w:p>
      <w:pPr>
        <w:spacing w:after="80"/>
      </w:pPr>
      <w:r>
        <w:rPr>
          <w:b w:val="0"/>
          <w:i w:val="0"/>
        </w:rPr>
        <w:t>‘Hy vọng Miles sẽ không bao giờ phát hiện ra,’ Beth nói, ‘bởi vì anh ấy không tin vào những chiếc dù vàng, trừ khi anh ấy kiểm soát được dây mở dù.’</w:t>
      </w:r>
    </w:p>
    <w:p>
      <w:pPr>
        <w:spacing w:after="80"/>
      </w:pPr>
      <w:r>
        <w:rPr>
          <w:b w:val="0"/>
          <w:i w:val="0"/>
        </w:rPr>
        <w:t>‘Vậy là giờ cô đã biết nhiều như tôi rồi,’ Christina nói khi đứng dậy ra về.</w:t>
      </w:r>
    </w:p>
    <w:p>
      <w:pPr>
        <w:spacing w:after="80"/>
      </w:pPr>
      <w:r>
        <w:rPr>
          <w:b w:val="0"/>
          <w:i w:val="0"/>
        </w:rPr>
        <w:t>Beth nghi ngờ điều đó, nhưng vẫn định gọi cho William ngay khi rời đi. Cô đã có thể nghe thấy phản ứng của chồng mình khi cô chuyển lại thông tin mà Christina vừa tiết lộ.</w:t>
      </w:r>
    </w:p>
    <w:p>
      <w:pPr>
        <w:spacing w:after="80"/>
      </w:pPr>
      <w:r>
        <w:rPr>
          <w:b w:val="0"/>
          <w:i w:val="0"/>
        </w:rPr>
        <w:t>‘Tôi vẫn không chắc người phụ nữ đó đứng về phía ai.’</w:t>
      </w:r>
    </w:p>
    <w:p>
      <w:pPr>
        <w:spacing w:after="80"/>
        <w:jc w:val="center"/>
      </w:pPr>
      <w:r>
        <w:rPr>
          <w:b w:val="0"/>
          <w:i w:val="0"/>
        </w:rPr>
        <w:t>• • •</w:t>
      </w:r>
    </w:p>
    <w:p>
      <w:pPr>
        <w:spacing w:after="80"/>
      </w:pPr>
      <w:r>
        <w:rPr>
          <w:b w:val="0"/>
          <w:i w:val="0"/>
        </w:rPr>
        <w:t>Nosey Parker là cái tên được hiển thị phía trên cửa số 114A phố Charing Cross. Một cơ sở hiếm khi phục vụ nhiều hơn một hai khách hàng mỗi ngày, và chỉ khi có hẹn trước với chủ cửa hàng. Ross bước vào cửa hàng sớm năm phút và lo lắng tiến đến quầy.</w:t>
      </w:r>
    </w:p>
    <w:p>
      <w:pPr>
        <w:spacing w:after="80"/>
      </w:pPr>
      <w:r>
        <w:rPr>
          <w:b w:val="0"/>
          <w:i w:val="0"/>
        </w:rPr>
        <w:t>‘Thoải mái đi, hạ sĩ,’ một giọng nói mà anh không bao giờ có thể quên. Đã gần mười năm anh không được gọi theo cách đó, nhưng anh vẫn không thể thư giãn khi có mặt ông sếp cũ.</w:t>
      </w:r>
    </w:p>
    <w:p>
      <w:pPr>
        <w:spacing w:after="80"/>
      </w:pPr>
      <w:r>
        <w:rPr>
          <w:b w:val="0"/>
          <w:i w:val="0"/>
        </w:rPr>
        <w:t>‘Tôi rất buồn khi nghe tin vợ anh qua đời,’ Đại tá Parker nói với giọng dịu dàng hơn nhiều so với bất cứ điều gì Ross từng nghe trong bốn năm phục vụ cùng SAS. ‘Nhưng bây giờ, hạ sĩ, chúng ta phải nghĩ đến tương lai,’ ông nói, giọng uy quyền lại trở về.</w:t>
      </w:r>
    </w:p>
    <w:p>
      <w:pPr>
        <w:spacing w:after="80"/>
      </w:pPr>
      <w:r>
        <w:rPr>
          <w:b w:val="0"/>
          <w:i w:val="0"/>
        </w:rPr>
        <w:t>‘Các nhà khoa học của ông có thể lắp đặt bản sửa đổi mà tôi yêu cầu cho máy quay video của tôi không?’</w:t>
      </w:r>
    </w:p>
    <w:p>
      <w:pPr>
        <w:spacing w:after="80"/>
      </w:pPr>
      <w:r>
        <w:rPr>
          <w:b w:val="0"/>
          <w:i w:val="0"/>
        </w:rPr>
        <w:t>‘Một nhiệm vụ tương đối đơn giản,’ đại tá trả lời, lấy ra một chiếc hộp không nhãn từ dưới quầy. ‘Cái này sẽ cho phép anh phát hiện bất kỳ báo động hay bẫy mìn nào trong khi vẫn quay video toàn bộ chiến dịch theo thời gian thực.’</w:t>
      </w:r>
    </w:p>
    <w:p>
      <w:pPr>
        <w:spacing w:after="80"/>
      </w:pPr>
      <w:r>
        <w:rPr>
          <w:b w:val="0"/>
          <w:i w:val="0"/>
        </w:rPr>
        <w:t>Ross định hỏi về cánh cửa bị khóa mà không có ổ khóa, thì đại tá nói, ‘Chiếc xe đẩy Silver Cross thập niên 1950 của tôi dùng thế nào?’</w:t>
      </w:r>
    </w:p>
    <w:p>
      <w:pPr>
        <w:spacing w:after="80"/>
      </w:pPr>
      <w:r>
        <w:rPr>
          <w:b w:val="0"/>
          <w:i w:val="0"/>
        </w:rPr>
        <w:t>‘Không thể tốt hơn được, thưa ngài. Tôi đi thẳng qua khu vực mục tiêu mà không ai nhìn tôi lần thứ hai. Tôi thực hiện chiến dịch như kế hoạch, và trốn thoát mà không bị băng đảng hay cảnh sát phát hiện.’</w:t>
      </w:r>
    </w:p>
    <w:p>
      <w:pPr>
        <w:spacing w:after="80"/>
      </w:pPr>
      <w:r>
        <w:rPr>
          <w:b w:val="0"/>
          <w:i w:val="0"/>
        </w:rPr>
        <w:t xml:space="preserve">‘Tôi rất thích đọc bài báo của </w:t>
      </w:r>
      <w:r>
        <w:rPr>
          <w:b w:val="0"/>
          <w:i/>
        </w:rPr>
        <w:t>The Times</w:t>
      </w:r>
      <w:r>
        <w:rPr>
          <w:b w:val="0"/>
          <w:i w:val="0"/>
        </w:rPr>
        <w:t xml:space="preserve"> về vụ việc,’ đại tá nói, lần đầu tiên mỉm cười. ‘Còn chiếc hộp đựng thuốc lá?’</w:t>
      </w:r>
    </w:p>
    <w:p>
      <w:pPr>
        <w:spacing w:after="80"/>
      </w:pPr>
      <w:r>
        <w:rPr>
          <w:b w:val="0"/>
          <w:i w:val="0"/>
        </w:rPr>
        <w:t>‘Hoạt động hoàn hảo. Mặc dù tôi sẽ không bao giờ tin một người phụ nữ khi cô ta đang phấn mũi.’</w:t>
      </w:r>
    </w:p>
    <w:p>
      <w:pPr>
        <w:spacing w:after="80"/>
      </w:pPr>
      <w:r>
        <w:rPr>
          <w:b w:val="0"/>
          <w:i w:val="0"/>
        </w:rPr>
        <w:t>‘Đừng bao giờ tin phụ nữ, chấm hết,’ đại tá nói.</w:t>
      </w:r>
    </w:p>
    <w:p>
      <w:pPr>
        <w:spacing w:after="80"/>
      </w:pPr>
      <w:r>
        <w:rPr>
          <w:b w:val="0"/>
          <w:i w:val="0"/>
        </w:rPr>
        <w:t>Một nhận định mà Ross hẳn sẽ đồng tình, cho đến khi anh gặp Jo.</w:t>
      </w:r>
    </w:p>
    <w:p>
      <w:pPr>
        <w:spacing w:after="80"/>
      </w:pPr>
      <w:r>
        <w:rPr>
          <w:b w:val="0"/>
          <w:i w:val="0"/>
        </w:rPr>
        <w:t>"Giờ cậu đã xử lý xong mấy vấn đề riêng đó rồi, tôi có nên cho rằng cậu đang cần giúp đỡ cho nhiệm vụ tiếp theo không?"</w:t>
      </w:r>
    </w:p>
    <w:p>
      <w:pPr>
        <w:spacing w:after="80"/>
      </w:pPr>
      <w:r>
        <w:rPr>
          <w:b w:val="0"/>
          <w:i w:val="0"/>
        </w:rPr>
        <w:t>"Vâng, thưa ngài," Ross đáp. "Khi tôi đi làm nhiệm vụ ở nước ngoài dạo gần đây, tôi tình cờ thấy một cánh cửa sắt lớn không có tay nắm, không khóa và không có núm xoay số. Hai chữ 'NP' được khắc ở góc dưới bên trái."</w:t>
      </w:r>
    </w:p>
    <w:p>
      <w:pPr>
        <w:spacing w:after="80"/>
      </w:pPr>
      <w:r>
        <w:rPr>
          <w:b w:val="0"/>
          <w:i w:val="0"/>
        </w:rPr>
        <w:t>"Két Sesame," viên đại tá nói. "Được hoàn thiện bởi một cựu thành viên Stasi, kẻ đã trốn khỏi Đông Đức và gia nhập công ty."</w:t>
      </w:r>
    </w:p>
    <w:p>
      <w:pPr>
        <w:spacing w:after="80"/>
      </w:pPr>
      <w:r>
        <w:rPr>
          <w:b w:val="0"/>
          <w:i w:val="0"/>
        </w:rPr>
        <w:t>"Nhưng làm sao mở được két khi không có mã số?"</w:t>
      </w:r>
    </w:p>
    <w:p>
      <w:pPr>
        <w:spacing w:after="80"/>
      </w:pPr>
      <w:r>
        <w:rPr>
          <w:b w:val="0"/>
          <w:i w:val="0"/>
        </w:rPr>
        <w:t>"Có mã số chứ, hạ sĩ, nhưng chỉ khi chủ nhân ở trong cùng căn phòng."</w:t>
      </w:r>
    </w:p>
    <w:p>
      <w:pPr>
        <w:spacing w:after="80"/>
      </w:pPr>
      <w:r>
        <w:rPr>
          <w:b w:val="0"/>
          <w:i w:val="0"/>
        </w:rPr>
        <w:t>"Vậy thì chắc chắn là chiếc đồng hồ," Ross nói, giờ đã hiểu vì sao Faulkner lại gõ vào mặt đồng hồ ngay trước khi anh bước vào phòng làm việc của ông ta.</w:t>
      </w:r>
    </w:p>
    <w:p>
      <w:pPr>
        <w:spacing w:after="80"/>
      </w:pPr>
      <w:r>
        <w:rPr>
          <w:b w:val="0"/>
          <w:i w:val="0"/>
        </w:rPr>
        <w:t>"Cậu có thể đúng," viên đại tá nói, mà không trả lời câu hỏi của anh. "Dù vậy, tôi hối hận vì đã từng dính dáng tới cái ông quý tộc đặc biệt đó. Ông ta tự nhận từng là thuyền trưởng hải quân phục vụ trong chiến dịch Falklands, nhưng thú thật tôi nghi ngờ điều đó, vì hóa ra ông ta đúng là kiểu người tồi tệ không chịu trả các hóa đơn ăn uống của mình."</w:t>
      </w:r>
    </w:p>
    <w:p>
      <w:pPr>
        <w:spacing w:after="80"/>
      </w:pPr>
      <w:r>
        <w:rPr>
          <w:b w:val="0"/>
          <w:i w:val="0"/>
        </w:rPr>
        <w:t>Một kẻ vô lại, Ross đã định nói thêm, nhưng nghĩ lại thấy không nên.</w:t>
      </w:r>
    </w:p>
    <w:p>
      <w:pPr>
        <w:spacing w:after="80"/>
      </w:pPr>
      <w:r>
        <w:rPr>
          <w:b w:val="0"/>
          <w:i w:val="0"/>
        </w:rPr>
        <w:t>"Thực ra, ông ta vẫn chưa thanh toán hóa đơn cuối cùng cho chiếc Két Sesame mà chúng tôi lắp cho ông ta vài năm trước. Tuy nhiên, chẳng mấy chốc ông ta sẽ phải thay pin trong đồng hồ, và khi đó ông ta buộc phải trả tiền, vì loại pin đó cũng độc nhất."</w:t>
      </w:r>
    </w:p>
    <w:p>
      <w:pPr>
        <w:spacing w:after="80"/>
      </w:pPr>
      <w:r>
        <w:rPr>
          <w:b w:val="0"/>
          <w:i w:val="0"/>
        </w:rPr>
        <w:t>"Hóa đơn ăn uống còn nợ của ông ta là bao nhiêu?" Ross hỏi, thầm nghĩ mình sẽ bị đưa ra tòa án binh chỉ vì dám nêu ra chuyện này.</w:t>
      </w:r>
    </w:p>
    <w:p>
      <w:pPr>
        <w:spacing w:after="80"/>
      </w:pPr>
      <w:r>
        <w:rPr>
          <w:b w:val="0"/>
          <w:i w:val="0"/>
        </w:rPr>
        <w:t>"E là hơi quá tầm với của cậu đấy, anh bạn."</w:t>
      </w:r>
    </w:p>
    <w:p>
      <w:pPr>
        <w:spacing w:after="80"/>
      </w:pPr>
      <w:r>
        <w:rPr>
          <w:b w:val="0"/>
          <w:i w:val="0"/>
        </w:rPr>
        <w:t>"Cứ thử nói xem."</w:t>
      </w:r>
    </w:p>
    <w:p>
      <w:pPr>
        <w:spacing w:after="80"/>
      </w:pPr>
      <w:r>
        <w:rPr>
          <w:b w:val="0"/>
          <w:i w:val="0"/>
        </w:rPr>
        <w:t>"Năm ngàn bảng là đủ để thanh toán khoản nợ."</w:t>
      </w:r>
    </w:p>
    <w:p>
      <w:pPr>
        <w:spacing w:after="80"/>
      </w:pPr>
      <w:r>
        <w:rPr>
          <w:b w:val="0"/>
          <w:i w:val="0"/>
        </w:rPr>
        <w:t>Ross rút sổ séc ra, cầm cây bút Biro trên quầy lên và bắt đầu viết.</w:t>
      </w:r>
    </w:p>
    <w:p>
      <w:pPr>
        <w:spacing w:after="80"/>
      </w:pPr>
      <w:r>
        <w:rPr>
          <w:b w:val="0"/>
          <w:i w:val="0"/>
        </w:rPr>
        <w:t>"Trúng xổ số rồi à?" viên đại tá dò hỏi.</w:t>
      </w:r>
    </w:p>
    <w:p>
      <w:pPr>
        <w:spacing w:after="80"/>
      </w:pPr>
      <w:r>
        <w:rPr>
          <w:b w:val="0"/>
          <w:i w:val="0"/>
        </w:rPr>
        <w:t>‘Không, thưa ngài. Mất vợ,’ Ross nói, khi trao tờ séc.</w:t>
      </w:r>
    </w:p>
    <w:p>
      <w:pPr>
        <w:spacing w:after="80"/>
      </w:pPr>
      <w:r>
        <w:rPr>
          <w:b w:val="0"/>
          <w:i w:val="0"/>
        </w:rPr>
        <w:t>‘Tôi xin lỗi,’ Parker nói, thật lòng hối lỗi. Ông quay người lại, nhập một mã để mở chiếc két nhỏ trong tường, lấy ra một chiếc đồng hồ mặt trơn và gõ nhẹ vào nó. Mặt đồng hồ lập tức sáng lên và nhấp nháy thời gian bằng những con số đậm trong vài giây, trước khi ánh sáng tắt đi. Ông đưa chiếc đồng hồ cho người đồng đội cũ của mình.</w:t>
      </w:r>
    </w:p>
    <w:p>
      <w:pPr>
        <w:spacing w:after="80"/>
      </w:pPr>
      <w:r>
        <w:rPr>
          <w:b w:val="0"/>
          <w:i w:val="0"/>
        </w:rPr>
        <w:t>‘Cái này chẳng ích gì cho tôi,’ Ross nói, ‘nếu tôi không biết mã.’</w:t>
      </w:r>
    </w:p>
    <w:p>
      <w:pPr>
        <w:spacing w:after="80"/>
      </w:pPr>
      <w:r>
        <w:rPr>
          <w:b w:val="0"/>
          <w:i w:val="0"/>
        </w:rPr>
        <w:t>‘Mấy giờ rồi, hạ sĩ?’</w:t>
      </w:r>
    </w:p>
    <w:p>
      <w:pPr>
        <w:spacing w:after="80"/>
      </w:pPr>
      <w:r>
        <w:rPr>
          <w:b w:val="0"/>
          <w:i w:val="0"/>
        </w:rPr>
        <w:t>‘Ba giờ hai mươi,’ Ross nói, liếc nhìn chiếc đồng hồ treo tường phía sau quầy.</w:t>
      </w:r>
    </w:p>
    <w:p>
      <w:pPr>
        <w:spacing w:after="80"/>
      </w:pPr>
      <w:r>
        <w:rPr>
          <w:b w:val="0"/>
          <w:i w:val="0"/>
        </w:rPr>
        <w:t>‘Hãy nghĩ như một người lính!’ viên đại tá quát.</w:t>
      </w:r>
    </w:p>
    <w:p>
      <w:pPr>
        <w:spacing w:after="80"/>
      </w:pPr>
      <w:r>
        <w:rPr>
          <w:b w:val="0"/>
          <w:i w:val="0"/>
        </w:rPr>
        <w:t>‘Mười lăm hai mươi,’ Ross đáp.</w:t>
      </w:r>
    </w:p>
    <w:p>
      <w:pPr>
        <w:spacing w:after="80"/>
      </w:pPr>
      <w:r>
        <w:rPr>
          <w:b w:val="0"/>
          <w:i w:val="0"/>
        </w:rPr>
        <w:t>‘Tháng và năm.’</w:t>
      </w:r>
    </w:p>
    <w:p>
      <w:pPr>
        <w:spacing w:after="80"/>
      </w:pPr>
      <w:r>
        <w:rPr>
          <w:b w:val="0"/>
          <w:i w:val="0"/>
        </w:rPr>
        <w:t>‘Chín tám tám.’</w:t>
      </w:r>
    </w:p>
    <w:p>
      <w:pPr>
        <w:spacing w:after="80"/>
      </w:pPr>
      <w:r>
        <w:rPr>
          <w:b w:val="0"/>
          <w:i w:val="0"/>
        </w:rPr>
        <w:t>‘Đúng. 15 20 09 88.’</w:t>
      </w:r>
    </w:p>
    <w:p>
      <w:pPr>
        <w:spacing w:after="80"/>
      </w:pPr>
      <w:r>
        <w:rPr>
          <w:b w:val="0"/>
          <w:i w:val="0"/>
        </w:rPr>
        <w:t>‘Giờ, ngày và năm,’ Ross nói. ‘Không thể đơn giản hơn.’</w:t>
      </w:r>
    </w:p>
    <w:p>
      <w:pPr>
        <w:spacing w:after="80"/>
      </w:pPr>
      <w:r>
        <w:rPr>
          <w:b w:val="0"/>
          <w:i w:val="0"/>
        </w:rPr>
        <w:t>‘Và cái hay của nó là thời gian thay đổi mỗi phút, nghĩa là mã cũng vậy. Nhưng hạ sĩ, đừng quên rằng dù kẻ thù của anh có thể không phải là sĩ quan cũng chẳng phải quý ông, anh vẫn sẽ cần phải dậy thật sớm để bắt được hắn đang ngủ.’</w:t>
      </w:r>
    </w:p>
    <w:p>
      <w:pPr>
        <w:spacing w:after="80"/>
      </w:pPr>
      <w:r>
        <w:rPr>
          <w:b w:val="0"/>
          <w:i w:val="0"/>
        </w:rPr>
        <w:t>‘Đó chính xác là điều tôi định làm,’ Ross nói, khi đeo chiếc đồng hồ lên tay.</w:t>
      </w:r>
    </w:p>
    <w:p>
      <w:pPr>
        <w:spacing w:after="80"/>
        <w:jc w:val="center"/>
      </w:pPr>
      <w:r>
        <w:rPr>
          <w:b w:val="0"/>
          <w:i w:val="0"/>
        </w:rPr>
        <w:t>• • •</w:t>
      </w:r>
    </w:p>
    <w:p>
      <w:pPr>
        <w:spacing w:after="80"/>
      </w:pPr>
      <w:r>
        <w:rPr>
          <w:b w:val="0"/>
          <w:i w:val="0"/>
        </w:rPr>
        <w:t>Thanh tra Pankhurst đang ngồi ở một chiếc bàn cạnh cửa sổ của một quán rượu vang nhìn ra phố Wardour. Cô đã chọn vị trí này rất cẩn thận. Quán nhỏ này, nằm trên tầng một phía trên một nhà hàng, chật kín những người trẻ đang tận hưởng một buổi tối đi chơi, dù cô vẫn đang trong giờ làm nhiệm vụ. Từ điểm quan sát của mình, cô có tầm nhìn không bị cản trở về Darren Carter khi anh ta đang làm công việc của mình. Sau mười bốn ngày theo dõi, cô không chỉ biết rõ thói quen sinh hoạt của anh ta, mà còn cả mô tả công việc (không chính thức) của anh ta. Carter trước hết và trên hết là người gác cổng của Câu lạc bộ Eve. Chính anh ta, và chỉ mình anh ta, quyết định ai được phép vào câu lạc bộ, và những định kiến của anh ta đã trở nên quá rõ ràng với Rebecca trong hai tuần qua.</w:t>
      </w:r>
    </w:p>
    <w:p>
      <w:pPr>
        <w:spacing w:after="80"/>
      </w:pPr>
      <w:r>
        <w:rPr>
          <w:b w:val="0"/>
          <w:i w:val="0"/>
        </w:rPr>
        <w:t>Anh ta chào đón những người nước ngoài trung niên lạc bước trông có vẻ có tiền và có thể bị dụ dỗ để tiêu tiền. Nếu họ đã uống hơi quá chén, đó là một điểm cộng. Những ‘kẻ không mong muốn’ – thanh niên xăm trổ mặc quần jeans, đặc biệt nếu họ đi theo nhóm – bị từ chối một cách lịch sự, và đôi khi không được lịch sự cho lắm. ‘Xin lỗi ngài, đây là câu lạc bộ thành viên tư nhân’ thường là đủ để họ bỏ đi, và nếu họ không đi, gợi ý về những gì có thể xảy ra tiếp theo sẽ thuyết phục được những kẻ cứng đầu hơn. Một hai người không bỏ cuộc dễ dàng như vậy, điều đó được đáp lại bằng một ánh mắt đe dọa, và nếu họ vẫn đủ ngu ngốc để thử vận may, một cú đẩy mạnh sẽ theo sau, mặc dù Rebecca chưa từng chứng kiến điều gì có thể bị coi là GBH (gây thương tích nghiêm trọng), và do đó đáng bị bắt giữ.</w:t>
      </w:r>
    </w:p>
    <w:p>
      <w:pPr>
        <w:spacing w:after="80"/>
      </w:pPr>
      <w:r>
        <w:rPr>
          <w:b w:val="0"/>
          <w:i w:val="0"/>
        </w:rPr>
        <w:t>Rebecca chấp nhận rằng cô sẽ phải giống như một người câu cá kiên nhẫn, sẵn sàng chờ đợi hàng giờ với hy vọng câu được một con cá. Ít nhất thì cô đang ngồi trong một quán bar ấm áp thưởng thức đồ uống, chứ không phải ngồi chồm hổm trên bờ sông dưới cơn mưa tầm tã. Nhưng cô đau đớn nhận ra rằng các báo cáo viết tay của mình ngày càng ngắn hơn theo từng ngày. Thực tế, dạo gần đây, chỉ có ngày tháng là thay đổi. Cô tự hỏi còn bao lâu nữa trước khi ông sếp chuyển cô sang một nhiệm vụ khác.</w:t>
      </w:r>
    </w:p>
    <w:p>
      <w:pPr>
        <w:spacing w:after="80"/>
      </w:pPr>
      <w:r>
        <w:rPr>
          <w:b w:val="0"/>
          <w:i w:val="0"/>
        </w:rPr>
        <w:t>Ít nhất thì cô cũng có nhiều thời gian để nghĩ về Archie. Cô yêu công việc của mình và được là một phần của một đội tinh nhuệ được huấn luyện bài bản, nhưng cô biết mình sẽ sớm phải đưa ra quyết định về tương lai của mình. Archie đã bắt đầu nói về cuộc sống của họ như một sự hợp tác chung. Hiện tại anh đang có một thời gian công tác ở Bắc Ireland, và cô biết rõ rằng, với tư cách là một sĩ quan quân đội trẻ, anh có thể sẽ thường xuyên được cử ra nước ngoài. "Chuyện đó là đương nhiên thôi, em yêu," anh từng nói với cô, thể hiện rõ theo cách ngọt ngào của riêng anh rằng anh cho rằng cô sẽ muốn từ chức khỏi Met, vì rõ ràng cô không thể ở hai nơi cùng một lúc.</w:t>
      </w:r>
    </w:p>
    <w:p>
      <w:pPr>
        <w:spacing w:after="80"/>
      </w:pPr>
      <w:r>
        <w:rPr>
          <w:b w:val="0"/>
          <w:i w:val="0"/>
        </w:rPr>
        <w:t>Nếu cô kết hôn với anh, điều đó có nghĩa là từ bỏ công việc cô yêu thích để trở thành vợ của một sĩ quan quân đội, sinh đúng chuẩn 2.2 đứa con, trong khi niềm vui lớn nhất của cô sẽ là giúp vợ của viên chỉ huy (CO) tổ chức tiệc cocktail cho các "nhân vật tai to mặt lớn" đến thăm (theo cách nói của Archie). Khi cô đang mơ màng về viễn cảnh tương lai đó, cô bị phân tâm bởi một nhóm khán giả sôi nổi đang ùa ra từ Nhà hát Queen's để bắt đầu lê bước về nhà. Đó là lời nhắc nhở quen thuộc rằng cô cũng nên nghĩ đến việc kết thúc ngày làm việc.</w:t>
      </w:r>
    </w:p>
    <w:p>
      <w:pPr>
        <w:spacing w:after="80"/>
      </w:pPr>
      <w:r>
        <w:rPr>
          <w:b w:val="0"/>
          <w:i w:val="0"/>
        </w:rPr>
        <w:t>"Một ly rượu nữa không, cô?"</w:t>
      </w:r>
    </w:p>
    <w:p>
      <w:pPr>
        <w:spacing w:after="80"/>
        <w:jc w:val="center"/>
      </w:pPr>
      <w:r>
        <w:rPr>
          <w:b w:val="0"/>
          <w:i w:val="0"/>
        </w:rPr>
        <w:t>• • •</w:t>
      </w:r>
    </w:p>
    <w:p>
      <w:pPr>
        <w:spacing w:after="80"/>
      </w:pPr>
      <w:r>
        <w:rPr>
          <w:b w:val="0"/>
          <w:i w:val="0"/>
        </w:rPr>
        <w:t>"Chào buổi tối, Thanh tra," Jimmy tay móc túi nói, hắn xuất hiện từ đâu đó. "Nếu cô có đồ nghề, tôi sẵn sàng kiếm hai trăm bảng còn lại."</w:t>
      </w:r>
    </w:p>
    <w:p>
      <w:pPr>
        <w:spacing w:after="80"/>
      </w:pPr>
      <w:r>
        <w:rPr>
          <w:b w:val="0"/>
          <w:i w:val="0"/>
        </w:rPr>
        <w:t>Ross quay lưng lại với đám đông đang đi qua và không nói một lời, lén đưa cho Jimmy ba gói nhỏ và một xấp tiền đã qua sử dụng. Jimmy tan biến trở lại vào đám đông.</w:t>
      </w:r>
    </w:p>
    <w:p>
      <w:pPr>
        <w:spacing w:after="80"/>
      </w:pPr>
      <w:r>
        <w:rPr>
          <w:b w:val="0"/>
          <w:i w:val="0"/>
        </w:rPr>
        <w:t>Vài phút sau, Ross phát hiện hắn ở phía bên kia đường, hòa mình vào khán giả đang bước ra từ nhà hát, trước khi hắn dừng lại trước lối vào câu lạc bộ và hỏi người gác cửa đường đến Quảng trường Leicester.</w:t>
      </w:r>
    </w:p>
    <w:p>
      <w:pPr>
        <w:spacing w:after="80"/>
      </w:pPr>
      <w:r>
        <w:rPr>
          <w:b w:val="0"/>
          <w:i w:val="0"/>
        </w:rPr>
        <w:t>"Mày nghĩ tao là gì hả, anh bạn, một thằng hướng dẫn viên du lịch chết tiệt à?"</w:t>
      </w:r>
    </w:p>
    <w:p>
      <w:pPr>
        <w:spacing w:after="80"/>
      </w:pPr>
      <w:r>
        <w:rPr>
          <w:b w:val="0"/>
          <w:i w:val="0"/>
        </w:rPr>
        <w:t>"Xin lỗi vì đã làm phiền anh," Jimmy nói, cúi xuống nhặt một chiếc đồng hồ từ vỉa hè. "Cái này có phải của anh không?"</w:t>
      </w:r>
    </w:p>
    <w:p>
      <w:pPr>
        <w:spacing w:after="80"/>
      </w:pPr>
      <w:r>
        <w:rPr>
          <w:b w:val="0"/>
          <w:i w:val="0"/>
        </w:rPr>
        <w:t>"Ừ," người gác cửa nói, giật lấy chiếc đồng hồ và đeo lại vào cổ tay mà không một lời cảm ơn.</w:t>
      </w:r>
    </w:p>
    <w:p>
      <w:pPr>
        <w:spacing w:after="80"/>
      </w:pPr>
      <w:r>
        <w:rPr>
          <w:b w:val="0"/>
          <w:i w:val="0"/>
        </w:rPr>
        <w:t>Jimmy tay móc túi đi tiếp, trong khi Ross bước vào một buồng điện thoại gần đó và bấm số.</w:t>
      </w:r>
    </w:p>
    <w:p>
      <w:pPr>
        <w:spacing w:after="80"/>
      </w:pPr>
      <w:r>
        <w:rPr>
          <w:b w:val="0"/>
          <w:i w:val="0"/>
        </w:rPr>
        <w:t>Vài phút sau, một giọng nói vang lên: "Thanh tra Watts."</w:t>
      </w:r>
    </w:p>
    <w:p>
      <w:pPr>
        <w:spacing w:after="80"/>
      </w:pPr>
      <w:r>
        <w:rPr>
          <w:b w:val="0"/>
          <w:i w:val="0"/>
        </w:rPr>
        <w:t>"Tôi vừa ra khỏi Câu lạc bộ Eve, và người gác cửa đã cố bán cho tôi ma túy. Tôi nghĩ ông sẽ muốn biết." Anh ta cúp máy trước khi cuộc gọi có thể bị truy vết. Bốn phút được những tay lái cừ khôi của Met coi là phản hồi nhanh cho một cuộc gọi khẩn cấp, nên khi một chiếc xe tuần tra lao vào phố Wardour ba phút bốn mươi hai giây sau đó, Ross cho phép mình mỉm cười.</w:t>
      </w:r>
    </w:p>
    <w:p>
      <w:pPr>
        <w:spacing w:after="80"/>
        <w:jc w:val="center"/>
      </w:pPr>
      <w:r>
        <w:rPr>
          <w:b w:val="0"/>
          <w:i w:val="0"/>
        </w:rPr>
        <w:t>• • •</w:t>
      </w:r>
    </w:p>
    <w:p>
      <w:pPr>
        <w:spacing w:after="80"/>
      </w:pPr>
      <w:r>
        <w:rPr>
          <w:b w:val="0"/>
          <w:i w:val="0"/>
        </w:rPr>
        <w:t>Lúc đầu Rebecca không để ý lắm đến chiếc xe cảnh sát khi nó lao vào con phố bên dưới cô. Không có gì đáng ngạc nhiên, cô nghĩ, vì đêm nào ở Soho cũng có những vụ ồn ào thường xuyên. Nhưng cô bắt đầu chú ý hơn khi nó rít lên và dừng lại trước Câu lạc bộ Eve. Bốn sĩ quan mặc đồng phục nhảy ra và vây quanh Carter, người có vẻ mặt sốc dường như là thật.</w:t>
      </w:r>
    </w:p>
    <w:p>
      <w:pPr>
        <w:spacing w:after="80"/>
      </w:pPr>
      <w:r>
        <w:rPr>
          <w:b w:val="0"/>
          <w:i w:val="0"/>
        </w:rPr>
        <w:t>Một đám đông nhỏ bắt đầu tụ tập ở bên kia đường khi hai trong số các sĩ quan ghì anh ta vào tường, trong khi người thứ ba lục soát chiếc áo khoác ngoài của anh ta và lấy ra vài gói nhỏ cùng một xấp tiền đã qua sử dụng. Viên sĩ quan thứ tư, một Thanh tra mà Rebecca không nhận ra, bắt giữ Carter và cảnh cáo anh ta, trước khi anh ta bị còng tay và dẫn đi. Cô vẫn còn nghe thấy tiếng kêu phản đối của anh ta khi anh ta bị nhét vào ghế sau của chiếc xe cảnh sát.</w:t>
      </w:r>
    </w:p>
    <w:p>
      <w:pPr>
        <w:spacing w:after="80"/>
      </w:pPr>
      <w:r>
        <w:rPr>
          <w:b w:val="0"/>
          <w:i w:val="0"/>
        </w:rPr>
        <w:t>Cô bắt đầu ghi lại mọi thứ mình đã chứng kiến, chỉ dừng lại khi ông chủ lao ra khỏi câu lạc bộ và giơ nắm đấm về phía chiếc xe tuần tra đang khuất dần khỏi tầm mắt. Đám đông đã tản đi khi Jimmy tay móc túi xuất hiện trở lại bên cạnh Ross, không giấu nổi vẻ đắc ý.</w:t>
      </w:r>
    </w:p>
    <w:p>
      <w:pPr>
        <w:spacing w:after="80"/>
      </w:pPr>
      <w:r>
        <w:rPr>
          <w:b w:val="0"/>
          <w:i w:val="0"/>
        </w:rPr>
        <w:t>‘Cậu làm tốt lắm, Jimmy,’ Ross nói, lén đưa cho anh ta hai trăm còn lại.</w:t>
      </w:r>
    </w:p>
    <w:p>
      <w:pPr>
        <w:spacing w:after="80"/>
      </w:pPr>
      <w:r>
        <w:rPr>
          <w:b w:val="0"/>
          <w:i w:val="0"/>
        </w:rPr>
        <w:t>‘Rất sẵn lòng,’ Jimmy nói. ‘Đúng là loại cặn bã như thế thì nên bị nhốt lại.’</w:t>
      </w:r>
    </w:p>
    <w:p>
      <w:pPr>
        <w:spacing w:after="80"/>
      </w:pPr>
      <w:r>
        <w:rPr>
          <w:b w:val="0"/>
          <w:i w:val="0"/>
        </w:rPr>
        <w:t>Ross định buông một câu về chuyện nồi chê ấm đen thì Jimmy nói thêm, ‘Chiếc đồng hồ mới hào nhoáng đấy, Thanh tra. Nhưng ông xem giờ kiểu gì?’ Trước khi anh ta kịp trả lời, Jimmy đã biến mất vào màn đêm. Ross kiểm tra cổ tay mình, nhẹ nhõm khi thấy chiếc đồng hồ vẫn còn đó.</w:t>
      </w:r>
    </w:p>
    <w:p>
      <w:pPr>
        <w:spacing w:after="80"/>
        <w:jc w:val="center"/>
      </w:pPr>
      <w:r>
        <w:rPr>
          <w:b w:val="0"/>
          <w:i w:val="0"/>
        </w:rPr>
        <w:t>• • •</w:t>
      </w:r>
    </w:p>
    <w:p>
      <w:pPr>
        <w:spacing w:after="80"/>
      </w:pPr>
      <w:r>
        <w:rPr>
          <w:b w:val="0"/>
          <w:i w:val="0"/>
        </w:rPr>
        <w:t>Sau khi Rebecca hoàn thành bản báo cáo của mình, cô uống cạn ly, thanh toán hóa đơn và rời đi. Cô hẳn đã gọi cho ông sếp ở nhà nếu không phải đã quá muộn. Việc đó sẽ phải đợi đến sáng mai. Rồi cô chợt nhớ ra mình sẽ ở đâu vào sáu giờ sáng mai. Cô tự sửa lại. Sáng nay.</w:t>
      </w:r>
    </w:p>
    <w:p>
      <w:pPr>
        <w:pStyle w:val="Heading2"/>
      </w:pPr>
      <w:r>
        <w:rPr>
          <w:rFonts w:ascii="Calibri" w:hAnsi="Calibri"/>
          <w:b/>
          <w:i w:val="0"/>
          <w:sz w:val="32"/>
        </w:rPr>
        <w:t>CHƯƠNG 29</w:t>
      </w:r>
    </w:p>
    <w:p>
      <w:pPr>
        <w:spacing w:after="80"/>
      </w:pPr>
      <w:r>
        <w:rPr>
          <w:b w:val="0"/>
          <w:i w:val="0"/>
        </w:rPr>
        <w:t>SÁU TIẾNG PÍP ĐƯỢC THEO SAU BẰNG bản tin tiêu đề, nhưng cả hai người đều không nghe.</w:t>
      </w:r>
    </w:p>
    <w:p>
      <w:pPr>
        <w:spacing w:after="80"/>
      </w:pPr>
      <w:r>
        <w:rPr>
          <w:b w:val="0"/>
          <w:i w:val="0"/>
        </w:rPr>
        <w:t>‘Tôi không thích do thám đồng nghiệp,’ Jackie nói. ‘Nhất là người tôi quý và nể phục.’</w:t>
      </w:r>
    </w:p>
    <w:p>
      <w:pPr>
        <w:spacing w:after="80"/>
      </w:pPr>
      <w:r>
        <w:rPr>
          <w:b w:val="0"/>
          <w:i w:val="0"/>
        </w:rPr>
        <w:t>‘Hoàn toàn đồng ý,’ William nói. ‘Nhưng khi bạn là kẻ thù tồi tệ nhất của chính mình, bạn cần bạn bè.’</w:t>
      </w:r>
    </w:p>
    <w:p>
      <w:pPr>
        <w:spacing w:after="80"/>
      </w:pPr>
      <w:r>
        <w:rPr>
          <w:b w:val="0"/>
          <w:i w:val="0"/>
        </w:rPr>
        <w:t>‘Ông vẫn tin rằng anh ta có liên quan đến các vụ giết người Roach và Abbott chứ?’</w:t>
      </w:r>
    </w:p>
    <w:p>
      <w:pPr>
        <w:spacing w:after="80"/>
      </w:pPr>
      <w:r>
        <w:rPr>
          <w:b w:val="0"/>
          <w:i w:val="0"/>
        </w:rPr>
        <w:t>‘Cô phải thừa nhận,’ William nói, ‘rằng cái chết của vợ anh ta đã cho anh ta một động cơ khá mạnh mẽ. Cứ biết ơn vì hồ sơ Abbott/Roach đã được khép lại. Nhưng vụ Sleeman thì chưa, nên điều quan trọng là chúng ta cố gắng đi trước Ross một bước. Và cả Verenich nữa, về chuyện đó.’</w:t>
      </w:r>
    </w:p>
    <w:p>
      <w:pPr>
        <w:spacing w:after="80"/>
      </w:pPr>
      <w:r>
        <w:rPr>
          <w:b w:val="0"/>
          <w:i w:val="0"/>
        </w:rPr>
        <w:t>‘Thông tin tình báo mới nhất của tôi về Clive Pugh có thể cũng khiến ông quan tâm,’ Jackie nói, khi cả hai tiếp tục nhìn chằm chằm ra ngoài cửa sổ xe về phía một cánh cửa đỏ ở cuối dãy chuồng ngựa.</w:t>
      </w:r>
    </w:p>
    <w:p>
      <w:pPr>
        <w:spacing w:after="80"/>
      </w:pPr>
      <w:r>
        <w:rPr>
          <w:b w:val="0"/>
          <w:i w:val="0"/>
        </w:rPr>
        <w:t>‘Khai sáng cho tôi đi,’ William nói, giọng như một viên chỉ huy.</w:t>
      </w:r>
    </w:p>
    <w:p>
      <w:pPr>
        <w:spacing w:after="80"/>
      </w:pPr>
      <w:r>
        <w:rPr>
          <w:b w:val="0"/>
          <w:i w:val="0"/>
        </w:rPr>
        <w:t>‘Hôm qua tôi nhận được cuộc gọi từ người bạn mới trong sở cảnh sát Cape Town. Anh ta bảo tôi đã hiểu hoàn toàn sai, và tôi không cần phải lo lắng về bà Pugh nữa.’</w:t>
      </w:r>
    </w:p>
    <w:p>
      <w:pPr>
        <w:spacing w:after="80"/>
      </w:pPr>
      <w:r>
        <w:rPr>
          <w:b w:val="0"/>
          <w:i w:val="0"/>
        </w:rPr>
        <w:t>‘Sao lại thế?’</w:t>
      </w:r>
    </w:p>
    <w:p>
      <w:pPr>
        <w:spacing w:after="80"/>
      </w:pPr>
      <w:r>
        <w:rPr>
          <w:b w:val="0"/>
          <w:i w:val="0"/>
        </w:rPr>
        <w:t>‘Vì chồng bà ấy gục xuống trong bữa tối vài đêm trước và chết trước khi xe cứu thương đến khách sạn của họ. Ít nhất thì chúng ta biết Ross không thể dính dáng đến vụ đó.’</w:t>
      </w:r>
    </w:p>
    <w:p>
      <w:pPr>
        <w:spacing w:after="80"/>
      </w:pPr>
      <w:r>
        <w:rPr>
          <w:b w:val="0"/>
          <w:i w:val="0"/>
        </w:rPr>
        <w:t>‘Vậy là Pugh rốt cuộc đã không lấy được tiền của bà ấy.’</w:t>
      </w:r>
    </w:p>
    <w:p>
      <w:pPr>
        <w:spacing w:after="80"/>
      </w:pPr>
      <w:r>
        <w:rPr>
          <w:b w:val="0"/>
          <w:i w:val="0"/>
        </w:rPr>
        <w:t>‘Đây mới là chỗ trớ trêu,’ Jackie nói. ‘Có vẻ bà Pugh đã không nói với người chồng mới nhất của mình rằng bà ta từng kết hôn hai lần trước đó, và giữa hai người đàn ông ấy, họ đã rút sạch tiền của bà. Bà ta cho rằng vì Pugh luôn thanh toán hóa đơn nên ông ta hẳn phải là người giàu có. Bà ta suy sụp khi phát hiện ra ông ta cũng chẳng có xu nào. Hóa ra bà ta thậm chí không đủ tiền trả hóa đơn khách sạn.’</w:t>
      </w:r>
    </w:p>
    <w:p>
      <w:pPr>
        <w:spacing w:after="80"/>
      </w:pPr>
      <w:r>
        <w:rPr>
          <w:b w:val="0"/>
          <w:i w:val="0"/>
        </w:rPr>
        <w:t>‘Mount Nelson đâu có rẻ,’ William nói.</w:t>
      </w:r>
    </w:p>
    <w:p>
      <w:pPr>
        <w:spacing w:after="80"/>
      </w:pPr>
      <w:r>
        <w:rPr>
          <w:b w:val="0"/>
          <w:i w:val="0"/>
        </w:rPr>
        <w:t>‘Sao anh biết họ ở đâu?’</w:t>
      </w:r>
    </w:p>
    <w:p>
      <w:pPr>
        <w:spacing w:after="80"/>
      </w:pPr>
      <w:r>
        <w:rPr>
          <w:b w:val="0"/>
          <w:i w:val="0"/>
        </w:rPr>
        <w:t>‘Cảnh sát địa phương có nghĩ bà Pugh có thể có liên quan đến cái chết của chồng bà ấy không?’ William hỏi, né tránh câu hỏi.</w:t>
      </w:r>
    </w:p>
    <w:p>
      <w:pPr>
        <w:spacing w:after="80"/>
      </w:pPr>
      <w:r>
        <w:rPr>
          <w:b w:val="0"/>
          <w:i w:val="0"/>
        </w:rPr>
        <w:t>‘Không, thưa ngài,’ Jackie nói. ‘Thực ra, họ đã ra một tuyên bố xác nhận không có tình tiết đáng ngờ nào, và cho phép người góa phụ đau buồn đi cùng thi thể về Anh. Hạng phổ thông. Nên ngài sẽ phải tìm cho tôi một vụ án bất khả thi khác để phá.’</w:t>
      </w:r>
    </w:p>
    <w:p>
      <w:pPr>
        <w:spacing w:after="80"/>
      </w:pPr>
      <w:r>
        <w:rPr>
          <w:b w:val="0"/>
          <w:i w:val="0"/>
        </w:rPr>
        <w:t>‘Tập trung vào vụ này đi,’ William nói, khi một ngọn đèn bật sáng trong nhà Jo, và những ngọn khác tiếp tục bật tắt trong giờ tiếp theo, nhưng rồi William đã học được qua nhiều năm rằng theo dõi là một trò mèo vờn chuột và kiên nhẫn chính là miếng phô mai trong bẫy.</w:t>
      </w:r>
    </w:p>
    <w:p>
      <w:pPr>
        <w:spacing w:after="80"/>
      </w:pPr>
      <w:r>
        <w:rPr>
          <w:b w:val="0"/>
          <w:i w:val="0"/>
        </w:rPr>
        <w:t>Cả hai cùng nghe bản tin lúc bảy giờ trên radio, và không có gì thay đổi khi bản tin tám giờ tiếp theo sau đó một tiếng. Trong khoảng thời gian đó, sữa, báo và thư được giao đến, nhưng cửa trước vẫn đóng im ỉm.</w:t>
      </w:r>
    </w:p>
    <w:p>
      <w:pPr>
        <w:spacing w:after="80"/>
      </w:pPr>
      <w:r>
        <w:rPr>
          <w:b w:val="0"/>
          <w:i w:val="0"/>
        </w:rPr>
        <w:t>William bắt đầu nghĩ rằng ‘ngày đầu tiên của tháng’ có thể không phải là manh mối quan trọng như một người cung cấp tin của Paul đã gợi ý, cho đến khi một chiếc Toyota màu đen đỗ xịch bên ngoài ngôi nhà và đậu trên vạch kẻ vàng đôi.</w:t>
      </w:r>
    </w:p>
    <w:p>
      <w:pPr>
        <w:spacing w:after="80"/>
      </w:pPr>
      <w:r>
        <w:rPr>
          <w:b w:val="0"/>
          <w:i w:val="0"/>
        </w:rPr>
        <w:t>Khi cửa ghế phụ mở ra, cả hai đều không cần ảnh chân dung tổng hợp để biết ai đang tiến về phía cửa trước.</w:t>
      </w:r>
    </w:p>
    <w:p>
      <w:pPr>
        <w:spacing w:after="80"/>
      </w:pPr>
      <w:r>
        <w:rPr>
          <w:b w:val="0"/>
          <w:i w:val="0"/>
        </w:rPr>
        <w:t>‘Chúa ơi, hắn to như cái xe tăng,’ Jackie nói.</w:t>
      </w:r>
    </w:p>
    <w:p>
      <w:pPr>
        <w:spacing w:after="80"/>
      </w:pPr>
      <w:r>
        <w:rPr>
          <w:b w:val="0"/>
          <w:i w:val="0"/>
        </w:rPr>
        <w:t>‘Cao một mét chín ba, nặng một trăm ký, và hắn gần như sống trong phòng gym,’ William nói, khi gã khổng lồ gõ cửa.</w:t>
      </w:r>
    </w:p>
    <w:p>
      <w:pPr>
        <w:spacing w:after="80"/>
      </w:pPr>
      <w:r>
        <w:rPr>
          <w:b w:val="0"/>
          <w:i w:val="0"/>
        </w:rPr>
        <w:t>Verenich đợi một lúc, thỉnh thoảng liếc nhìn lên xuống con ngõ, trước khi gõ cửa lần nữa. Lần này mạnh hơn một chút. Vài giây sau, Ross xuất hiện, mặc bộ đồ thể thao.</w:t>
      </w:r>
    </w:p>
    <w:p>
      <w:pPr>
        <w:spacing w:after="80"/>
      </w:pPr>
      <w:r>
        <w:rPr>
          <w:b w:val="0"/>
          <w:i w:val="0"/>
        </w:rPr>
        <w:t>‘Có vẻ như hôm nay hắn không định đi làm,’ Jackie nói, khi Ross đưa một xấp tiền dày cho Verenich, kẻ thong thả đếm từng tờ.</w:t>
      </w:r>
    </w:p>
    <w:p>
      <w:pPr>
        <w:spacing w:after="80"/>
      </w:pPr>
      <w:r>
        <w:rPr>
          <w:b w:val="0"/>
          <w:i w:val="0"/>
        </w:rPr>
        <w:t>‘Tôi vẫn định chặn đứng bất cứ điều gì hắn đang toan tính,’ William nói, khi Verenich nở với Ross một nụ cười gượng gạo, nhét tiền vào túi và quay lại xe.</w:t>
      </w:r>
    </w:p>
    <w:p>
      <w:pPr>
        <w:spacing w:after="80"/>
      </w:pPr>
      <w:r>
        <w:rPr>
          <w:b w:val="0"/>
          <w:i w:val="0"/>
        </w:rPr>
        <w:t>William bật một chiếc radio kết nối anh với những người còn lại trong đội.</w:t>
      </w:r>
    </w:p>
    <w:p>
      <w:pPr>
        <w:spacing w:after="80"/>
      </w:pPr>
      <w:r>
        <w:rPr>
          <w:b w:val="0"/>
          <w:i w:val="0"/>
        </w:rPr>
        <w:t>‘Xe của Verenich đang hướng tới đèn giao thông ở ngã tư với phố Merton. Tôi sẽ cho các bạn biết hắn rẽ hướng nào. Nhớ giữ khoảng cách.’</w:t>
      </w:r>
    </w:p>
    <w:p>
      <w:pPr>
        <w:spacing w:after="80"/>
      </w:pPr>
      <w:r>
        <w:rPr>
          <w:b w:val="0"/>
          <w:i w:val="0"/>
        </w:rPr>
        <w:t>‘Rõ,’ ba giọng nói cảnh giác đáp, những người cũng đã sốt ruột chờ được ra tay từ sáu giờ sáng hôm đó. William vừa định bám theo chiếc Toyota thì Ross chạy ào ra khỏi nhà, nhảy vào xe và lập tức phóng đi.</w:t>
      </w:r>
    </w:p>
    <w:p>
      <w:pPr>
        <w:spacing w:after="80"/>
      </w:pPr>
      <w:r>
        <w:rPr>
          <w:b w:val="0"/>
          <w:i w:val="0"/>
        </w:rPr>
        <w:t>‘Mục tiêu đang rẽ trái,’ William nói, ‘vậy là hắn thuộc về cậu, Danny, và DI Hogan cũng không xa phía sau. Báo cáo cho tôi, nhưng bỏ Verenich khi hắn tới khách hàng tiếp theo. Paul sẽ tiếp quản.’</w:t>
      </w:r>
    </w:p>
    <w:p>
      <w:pPr>
        <w:spacing w:after="80"/>
      </w:pPr>
      <w:r>
        <w:rPr>
          <w:b w:val="0"/>
          <w:i w:val="0"/>
        </w:rPr>
        <w:t>‘Rõ,’ hai giọng nói đáp, khi chiếc Toyota chạy ngang qua một chiếc taxi chẳng bao giờ đón được khách trả tiền.</w:t>
      </w:r>
    </w:p>
    <w:p>
      <w:pPr>
        <w:spacing w:after="80"/>
      </w:pPr>
      <w:r>
        <w:rPr>
          <w:b w:val="0"/>
          <w:i w:val="0"/>
        </w:rPr>
        <w:t>William mỉm cười khi thấy Ross rẽ trái ở đèn giao thông và tiếp tục bám theo Verenich. ‘Cảnh sát Markham.’</w:t>
      </w:r>
    </w:p>
    <w:p>
      <w:pPr>
        <w:spacing w:after="80"/>
      </w:pPr>
      <w:r>
        <w:rPr>
          <w:b w:val="0"/>
          <w:i w:val="0"/>
        </w:rPr>
        <w:t>‘Thưa sếp.’</w:t>
      </w:r>
    </w:p>
    <w:p>
      <w:pPr>
        <w:spacing w:after="80"/>
      </w:pPr>
      <w:r>
        <w:rPr>
          <w:b w:val="0"/>
          <w:i w:val="0"/>
        </w:rPr>
        <w:t>‘Hắn đang lái một chiếc Volkswagen màu xanh đậm …’</w:t>
      </w:r>
    </w:p>
    <w:p>
      <w:pPr>
        <w:spacing w:after="80"/>
      </w:pPr>
      <w:r>
        <w:rPr>
          <w:b w:val="0"/>
          <w:i w:val="0"/>
        </w:rPr>
        <w:t>‘Đã nhận diện được hắn, thưa sếp.’</w:t>
      </w:r>
    </w:p>
    <w:p>
      <w:pPr>
        <w:spacing w:after="80"/>
        <w:jc w:val="center"/>
      </w:pPr>
      <w:r>
        <w:rPr>
          <w:b w:val="0"/>
          <w:i w:val="0"/>
        </w:rPr>
        <w:t>• • •</w:t>
      </w:r>
    </w:p>
    <w:p>
      <w:pPr>
        <w:spacing w:after="80"/>
      </w:pPr>
      <w:r>
        <w:rPr>
          <w:b w:val="0"/>
          <w:i w:val="0"/>
        </w:rPr>
        <w:t>Ross có thể thấy chiếc Toyota phía trước, và bám vào sau một chiếc taxi. Đèn giao thông ở ngã tư tiếp theo đang xanh, nhưng anh không chắc mình sẽ kịp qua. Anh đạp ga.</w:t>
      </w:r>
    </w:p>
    <w:p>
      <w:pPr>
        <w:spacing w:after="80"/>
      </w:pPr>
      <w:r>
        <w:rPr>
          <w:b w:val="0"/>
          <w:i w:val="0"/>
        </w:rPr>
        <w:t>Tài xế của Verenich rẽ phải và chiếc taxi bám theo, nhưng đèn bắt đầu chuyển khi Ross tới gần. Anh phóng thẳng qua, chỉ để gặp một viên cảnh sát bước ra giữa đường, giơ lòng bàn tay phải lên và với một động tác vẫy tay phóng đại ra hiệu Ross nên tấp vào lề. Khi dừng lại, Ross thốt ra vài câu chửi thề Anglo-Saxon sau những ô cửa kính đóng kín của xe.</w:t>
      </w:r>
    </w:p>
    <w:p>
      <w:pPr>
        <w:spacing w:after="80"/>
      </w:pPr>
      <w:r>
        <w:rPr>
          <w:b w:val="0"/>
          <w:i w:val="0"/>
        </w:rPr>
        <w:t>Viên sĩ quan trẻ chậm rãi bước về phía anh, khi Ross hạ cửa kính xuống, động cơ vẫn nổ.</w:t>
      </w:r>
    </w:p>
    <w:p>
      <w:pPr>
        <w:spacing w:after="80"/>
      </w:pPr>
      <w:r>
        <w:rPr>
          <w:b w:val="0"/>
          <w:i w:val="0"/>
        </w:rPr>
        <w:t>‘Tôi có thể giúp gì cho anh, cảnh sát?’ anh hỏi, khi Verenich biến mất quanh góc phố tiếp theo.</w:t>
      </w:r>
    </w:p>
    <w:p>
      <w:pPr>
        <w:spacing w:after="80"/>
      </w:pPr>
      <w:r>
        <w:rPr>
          <w:b w:val="0"/>
          <w:i w:val="0"/>
        </w:rPr>
        <w:t>‘Anh có biết không, thưa ông, rằng anh vừa vượt đèn đỏ?’</w:t>
      </w:r>
    </w:p>
    <w:p>
      <w:pPr>
        <w:spacing w:after="80"/>
      </w:pPr>
      <w:r>
        <w:rPr>
          <w:b w:val="0"/>
          <w:i w:val="0"/>
        </w:rPr>
        <w:t>‘Tôi có làm gì đâu chứ,’ Ross nói, phá vỡ một nguyên tắc vàng.</w:t>
      </w:r>
    </w:p>
    <w:p>
      <w:pPr>
        <w:spacing w:after="80"/>
      </w:pPr>
      <w:r>
        <w:rPr>
          <w:b w:val="0"/>
          <w:i w:val="0"/>
        </w:rPr>
        <w:t>‘Tôi và đồng nghiệp,’ viên cảnh sát nói, nhìn sang trái, ‘đã chứng kiến ông vi phạm Mục 36(1) của Luật Giao thông Đường bộ 1988. Ông cho tôi xem bằng lái xe được không?’</w:t>
      </w:r>
    </w:p>
    <w:p>
      <w:pPr>
        <w:spacing w:after="80"/>
      </w:pPr>
      <w:r>
        <w:rPr>
          <w:b w:val="0"/>
          <w:i w:val="0"/>
        </w:rPr>
        <w:t>Ross đưa ra thẻ ngành của mình.</w:t>
      </w:r>
    </w:p>
    <w:p>
      <w:pPr>
        <w:spacing w:after="80"/>
      </w:pPr>
      <w:r>
        <w:rPr>
          <w:b w:val="0"/>
          <w:i w:val="0"/>
        </w:rPr>
        <w:t>‘Đây không phải bằng lái xe của ông, thưa ông,’ viên cảnh sát nói, trả lại thẻ.</w:t>
      </w:r>
    </w:p>
    <w:p>
      <w:pPr>
        <w:spacing w:after="80"/>
      </w:pPr>
      <w:r>
        <w:rPr>
          <w:b w:val="0"/>
          <w:i w:val="0"/>
        </w:rPr>
        <w:t>‘Tôi không mang bằng lái theo người.’</w:t>
      </w:r>
    </w:p>
    <w:p>
      <w:pPr>
        <w:spacing w:after="80"/>
      </w:pPr>
      <w:r>
        <w:rPr>
          <w:b w:val="0"/>
          <w:i w:val="0"/>
        </w:rPr>
        <w:t>‘Vậy tôi cần ghi lại thông tin cá nhân của ông, thưa ông,’ viên cảnh sát nói khi rút ra một cuốn sổ tay và cây bút bi từ túi áo ngực.</w:t>
      </w:r>
    </w:p>
    <w:p>
      <w:pPr>
        <w:spacing w:after="80"/>
      </w:pPr>
      <w:r>
        <w:rPr>
          <w:b w:val="0"/>
          <w:i w:val="0"/>
        </w:rPr>
        <w:t>‘Mà tôi ngờ là anh đã biết rồi, cảnh sát ạ,’ Ross nói.</w:t>
      </w:r>
    </w:p>
    <w:p>
      <w:pPr>
        <w:spacing w:after="80"/>
      </w:pPr>
      <w:r>
        <w:rPr>
          <w:b w:val="0"/>
          <w:i w:val="0"/>
        </w:rPr>
        <w:t>‘Việc này sẽ không lâu đâu,’ viên sĩ quan đáp, phớt lờ lời nhận xét.</w:t>
      </w:r>
    </w:p>
    <w:p>
      <w:pPr>
        <w:spacing w:after="80"/>
      </w:pPr>
      <w:r>
        <w:rPr>
          <w:b w:val="0"/>
          <w:i w:val="0"/>
        </w:rPr>
        <w:t>‘Bao lâu?’ Ross hỏi.</w:t>
      </w:r>
    </w:p>
    <w:p>
      <w:pPr>
        <w:spacing w:after="80"/>
      </w:pPr>
      <w:r>
        <w:rPr>
          <w:b w:val="0"/>
          <w:i w:val="0"/>
        </w:rPr>
        <w:t>‘Ông nói gì ạ, thưa ông?’</w:t>
      </w:r>
    </w:p>
    <w:p>
      <w:pPr>
        <w:spacing w:after="80"/>
      </w:pPr>
      <w:r>
        <w:rPr>
          <w:b w:val="0"/>
          <w:i w:val="0"/>
        </w:rPr>
        <w:t>‘Họ bảo anh phải làm chậm trễ tôi bao lâu?’</w:t>
      </w:r>
    </w:p>
    <w:p>
      <w:pPr>
        <w:spacing w:after="80"/>
      </w:pPr>
      <w:r>
        <w:rPr>
          <w:b w:val="0"/>
          <w:i w:val="0"/>
        </w:rPr>
        <w:t>‘Tôi không hiểu ông đang nói gì, thưa ông.’</w:t>
      </w:r>
    </w:p>
    <w:p>
      <w:pPr>
        <w:spacing w:after="80"/>
      </w:pPr>
      <w:r>
        <w:rPr>
          <w:b w:val="0"/>
          <w:i w:val="0"/>
        </w:rPr>
        <w:t>‘Bao lâu?’ Ross nhắc lại.</w:t>
      </w:r>
    </w:p>
    <w:p>
      <w:pPr>
        <w:spacing w:after="80"/>
      </w:pPr>
      <w:r>
        <w:rPr>
          <w:b w:val="0"/>
          <w:i w:val="0"/>
        </w:rPr>
        <w:t>‘Mười phút, thưa ông,’ viên cảnh sát thú nhận.</w:t>
      </w:r>
    </w:p>
    <w:p>
      <w:pPr>
        <w:spacing w:after="80"/>
      </w:pPr>
      <w:r>
        <w:rPr>
          <w:b w:val="0"/>
          <w:i w:val="0"/>
        </w:rPr>
        <w:t>Ross đành phải miễn cưỡng khâm phục Warwick. Hắn ta có thể có gương mặt của một cậu bé hát thánh ca, nhưng hắn không hề nương tay. Ông bắt đầu tin rằng hắn đúng là, như Jackie đã gợi ý, người kế nhiệm tự nhiên của The Hawk. Tuy nhiên, ông vẫn còn một bất ngờ dành cho viên Thanh tra Trưởng trước khi ngày hôm nay kết thúc.</w:t>
      </w:r>
    </w:p>
    <w:p>
      <w:pPr>
        <w:spacing w:after="80"/>
      </w:pPr>
      <w:r>
        <w:rPr>
          <w:b w:val="0"/>
          <w:i w:val="0"/>
        </w:rPr>
        <w:t>‘Giờ tôi đi được chưa, khi anh đã hoàn thành mục đích của mình?’ Ross hỏi, vẻ ngây thơ.</w:t>
      </w:r>
    </w:p>
    <w:p>
      <w:pPr>
        <w:spacing w:after="80"/>
      </w:pPr>
      <w:r>
        <w:rPr>
          <w:b w:val="0"/>
          <w:i w:val="0"/>
        </w:rPr>
        <w:t>Viên cảnh sát kiểm tra đồng hồ. "Vâng, tất nhiên rồi, thưa ngài. Nhưng có lẽ lần sau ngài nên lái xe cẩn thận hơn."</w:t>
      </w:r>
    </w:p>
    <w:p>
      <w:pPr>
        <w:spacing w:after="80"/>
        <w:jc w:val="center"/>
      </w:pPr>
      <w:r>
        <w:rPr>
          <w:b w:val="0"/>
          <w:i w:val="0"/>
        </w:rPr>
        <w:t>• • •</w:t>
      </w:r>
    </w:p>
    <w:p>
      <w:pPr>
        <w:spacing w:after="80"/>
      </w:pPr>
      <w:r>
        <w:rPr>
          <w:b w:val="0"/>
          <w:i w:val="0"/>
        </w:rPr>
        <w:t>Paul gọi vào báo cáo rằng Verenich chỉ cần nắm chặt tay một cái là đủ để khiến khách hàng thứ hai của Sleeman phải móc tiền ra.</w:t>
      </w:r>
    </w:p>
    <w:p>
      <w:pPr>
        <w:spacing w:after="80"/>
      </w:pPr>
      <w:r>
        <w:rPr>
          <w:b w:val="0"/>
          <w:i w:val="0"/>
        </w:rPr>
        <w:t>"Hãy tận dụng điều đó," William nói. "Phỏng vấn người đàn ông đó và xem anh có lấy được lời khai nào đứng vững trước tòa không."</w:t>
      </w:r>
    </w:p>
    <w:p>
      <w:pPr>
        <w:spacing w:after="80"/>
      </w:pPr>
      <w:r>
        <w:rPr>
          <w:b w:val="0"/>
          <w:i w:val="0"/>
        </w:rPr>
        <w:t>"Tôi đang trên đường đến," Paul nói.</w:t>
      </w:r>
    </w:p>
    <w:p>
      <w:pPr>
        <w:spacing w:after="80"/>
      </w:pPr>
      <w:r>
        <w:rPr>
          <w:b w:val="0"/>
          <w:i w:val="0"/>
        </w:rPr>
        <w:t>"Chiếc Toyota vừa chạy ngang qua tôi," Rebecca nói. "Tôi sẽ gọi lại khi hắn đến điểm thu tiền tiếp theo."</w:t>
      </w:r>
    </w:p>
    <w:p>
      <w:pPr>
        <w:spacing w:after="80"/>
      </w:pPr>
      <w:r>
        <w:rPr>
          <w:b w:val="0"/>
          <w:i w:val="0"/>
        </w:rPr>
        <w:t>"Vị trí của anh thế nào, Danny?"</w:t>
      </w:r>
    </w:p>
    <w:p>
      <w:pPr>
        <w:spacing w:after="80"/>
      </w:pPr>
      <w:r>
        <w:rPr>
          <w:b w:val="0"/>
          <w:i w:val="0"/>
        </w:rPr>
        <w:t>"Tôi sẽ tiếp quản từ DC Pankhurst khi anh ấy quay ra."</w:t>
      </w:r>
    </w:p>
    <w:p>
      <w:pPr>
        <w:spacing w:after="80"/>
      </w:pPr>
      <w:r>
        <w:rPr>
          <w:b w:val="0"/>
          <w:i w:val="0"/>
        </w:rPr>
        <w:t>"Điều tôi không hiểu nổi," Jackie nói, khi William tắt máy bộ đàm, "là tại sao lúc nào họ cũng có nhà khi Verenich xuất hiện."</w:t>
      </w:r>
    </w:p>
    <w:p>
      <w:pPr>
        <w:spacing w:after="80"/>
      </w:pPr>
      <w:r>
        <w:rPr>
          <w:b w:val="0"/>
          <w:i w:val="0"/>
        </w:rPr>
        <w:t>"Nếu họ không có nhà, thì vợ họ sẽ ra mở cửa," William nói, "và thế là họ bị mắng từ cả hai phía."</w:t>
      </w:r>
    </w:p>
    <w:p>
      <w:pPr>
        <w:spacing w:after="80"/>
      </w:pPr>
      <w:r>
        <w:rPr>
          <w:b w:val="0"/>
          <w:i w:val="0"/>
        </w:rPr>
        <w:t>Một đèn đỏ bắt đầu nhấp nháy. William gạt một công tắc.</w:t>
      </w:r>
    </w:p>
    <w:p>
      <w:pPr>
        <w:spacing w:after="80"/>
      </w:pPr>
      <w:r>
        <w:rPr>
          <w:b w:val="0"/>
          <w:i w:val="0"/>
        </w:rPr>
        <w:t>"Chào buổi sáng, thưa ngài. Đây là Thanh tra Watts của đội chống ma túy. Ngài có chút thời gian không?"</w:t>
      </w:r>
    </w:p>
    <w:p>
      <w:pPr>
        <w:spacing w:after="80"/>
      </w:pPr>
      <w:r>
        <w:rPr>
          <w:b w:val="0"/>
          <w:i w:val="0"/>
        </w:rPr>
        <w:t>"Lúc này tôi hơi bận, Thanh tra, nên trừ khi chuyện quan trọng…"</w:t>
      </w:r>
    </w:p>
    <w:p>
      <w:pPr>
        <w:spacing w:after="80"/>
      </w:pPr>
      <w:r>
        <w:rPr>
          <w:b w:val="0"/>
          <w:i w:val="0"/>
        </w:rPr>
        <w:t>"Chuyện liên quan đến một người tên Darren Carter, thưa ngài, nhưng tôi có thể gọi lại sau."</w:t>
      </w:r>
    </w:p>
    <w:p>
      <w:pPr>
        <w:spacing w:after="80"/>
      </w:pPr>
      <w:r>
        <w:rPr>
          <w:b w:val="0"/>
          <w:i w:val="0"/>
        </w:rPr>
        <w:t>"Thanh tra đã khiến tôi chú ý rồi đấy."</w:t>
      </w:r>
    </w:p>
    <w:p>
      <w:pPr>
        <w:spacing w:after="80"/>
      </w:pPr>
      <w:r>
        <w:rPr>
          <w:b w:val="0"/>
          <w:i w:val="0"/>
        </w:rPr>
        <w:t>"Tôi đã bắt Carter tối qua khi anh ta đang làm nhiệm vụ bên ngoài Eve Club, và buộc tội anh ta tàng trữ và có ý định cung cấp ba ounce heroin, bốn gói cocaine loại xịn và vài túi cần sa."</w:t>
      </w:r>
    </w:p>
    <w:p>
      <w:pPr>
        <w:spacing w:after="80"/>
      </w:pPr>
      <w:r>
        <w:rPr>
          <w:b w:val="0"/>
          <w:i w:val="0"/>
        </w:rPr>
        <w:t>‘Hắn không thể ngu ngốc đến thế được,’ William nói.</w:t>
      </w:r>
    </w:p>
    <w:p>
      <w:pPr>
        <w:spacing w:after="80"/>
      </w:pPr>
      <w:r>
        <w:rPr>
          <w:b w:val="0"/>
          <w:i w:val="0"/>
        </w:rPr>
        <w:t>‘Hắn một mực thề sống thề chết rằng chúng ta gài đồ vào người hắn, nhưng chúng ta nhận được tin báo từ một người dân, và chúng ta có ghi âm toàn bộ.’</w:t>
      </w:r>
    </w:p>
    <w:p>
      <w:pPr>
        <w:spacing w:after="80"/>
      </w:pPr>
      <w:r>
        <w:rPr>
          <w:b w:val="0"/>
          <w:i w:val="0"/>
        </w:rPr>
        <w:t>‘Cuộc gọi đến trực tiếp cho ngài, thưa Thanh tra, hay qua tổng đài 999?’</w:t>
      </w:r>
    </w:p>
    <w:p>
      <w:pPr>
        <w:spacing w:after="80"/>
      </w:pPr>
      <w:r>
        <w:rPr>
          <w:b w:val="0"/>
          <w:i w:val="0"/>
        </w:rPr>
        <w:t>‘Trực tiếp, thưa ngài.’ Watts ngừng lại. ‘Sao ngài lại hỏi vậy?’</w:t>
      </w:r>
    </w:p>
    <w:p>
      <w:pPr>
        <w:spacing w:after="80"/>
      </w:pPr>
      <w:r>
        <w:rPr>
          <w:b w:val="0"/>
          <w:i w:val="0"/>
        </w:rPr>
        <w:t>‘Tôi sẽ nói cho anh biết khi tôi nghe xong cuộn băng. Vậy Carter giờ đang ở đâu?’</w:t>
      </w:r>
    </w:p>
    <w:p>
      <w:pPr>
        <w:spacing w:after="80"/>
      </w:pPr>
      <w:r>
        <w:rPr>
          <w:b w:val="0"/>
          <w:i w:val="0"/>
        </w:rPr>
        <w:t>‘Bị nhốt trong đồn cảnh sát địa phương, và sẽ ở đó cho đến khi hắn ra trước quan tòa sau ngày hôm nay để xin tại ngoại.’</w:t>
      </w:r>
    </w:p>
    <w:p>
      <w:pPr>
        <w:spacing w:after="80"/>
      </w:pPr>
      <w:r>
        <w:rPr>
          <w:b w:val="0"/>
          <w:i w:val="0"/>
        </w:rPr>
        <w:t>‘Ông quan tòa sẽ bảo hắn xéo đi,’ William nói.</w:t>
      </w:r>
    </w:p>
    <w:p>
      <w:pPr>
        <w:spacing w:after="80"/>
      </w:pPr>
      <w:r>
        <w:rPr>
          <w:b w:val="0"/>
          <w:i w:val="0"/>
        </w:rPr>
        <w:t>‘Tôi cũng đồng ý với ngài, thưa ngài, nếu hắn không được luật sư Booth Watson QC bào chữa. Tôi thú thật điều đó khiến tôi hơi bất ngờ.’</w:t>
      </w:r>
    </w:p>
    <w:p>
      <w:pPr>
        <w:spacing w:after="80"/>
      </w:pPr>
      <w:r>
        <w:rPr>
          <w:b w:val="0"/>
          <w:i w:val="0"/>
        </w:rPr>
        <w:t>‘Điều đó không làm tôi bất ngờ,’ William nói. ‘Carter chẳng qua chỉ là vai phụ. Phí của Booth Watson sẽ do một ông Staples, chủ câu lạc bộ Eve Club, chi trả, kẻ sẽ mất giấy phép nếu tên gác cửa của hắn bị kết tội bán ma túy loại A. Hãy chắc chắn tận dụng mọi cơ hội để nhắc đến tiền án của bị cáo, kể cả bản án tội ngộ sát, vì tôi hy vọng sẽ tóm được hai con một lúc. Cứ báo cáo cho tôi.’</w:t>
      </w:r>
    </w:p>
    <w:p>
      <w:pPr>
        <w:spacing w:after="80"/>
      </w:pPr>
      <w:r>
        <w:rPr>
          <w:b w:val="0"/>
          <w:i w:val="0"/>
        </w:rPr>
        <w:t>‘Rõ, thưa ngài.’</w:t>
      </w:r>
    </w:p>
    <w:p>
      <w:pPr>
        <w:spacing w:after="80"/>
      </w:pPr>
      <w:r>
        <w:rPr>
          <w:b w:val="0"/>
          <w:i w:val="0"/>
        </w:rPr>
        <w:t>‘Anh có nghĩ có thể chính Ross đã gài ma túy vào người hắn không?’ Jackie nói, sau khi anh tắt radio.</w:t>
      </w:r>
    </w:p>
    <w:p>
      <w:pPr>
        <w:spacing w:after="80"/>
      </w:pPr>
      <w:r>
        <w:rPr>
          <w:b w:val="0"/>
          <w:i w:val="0"/>
        </w:rPr>
        <w:t>‘Hắn không dại gì mà liều thế đâu,’ William nói. ‘Nhưng hắn quen cả tá tay móc túi có thể thực hiện phi vụ đó trong nháy mắt, đúng nghĩa đen luôn.’</w:t>
      </w:r>
    </w:p>
    <w:p>
      <w:pPr>
        <w:spacing w:after="80"/>
      </w:pPr>
      <w:r>
        <w:rPr>
          <w:b w:val="0"/>
          <w:i w:val="0"/>
        </w:rPr>
        <w:t>‘Tôi chỉ không thể tin nổi …’ Jackie bắt đầu.</w:t>
      </w:r>
    </w:p>
    <w:p>
      <w:pPr>
        <w:spacing w:after="80"/>
      </w:pPr>
      <w:r>
        <w:rPr>
          <w:b w:val="0"/>
          <w:i w:val="0"/>
        </w:rPr>
        <w:t>‘Cô không muốn tin thì có,’ William nói, khi radio lại rè rè vang lên.</w:t>
      </w:r>
    </w:p>
    <w:p>
      <w:pPr>
        <w:spacing w:after="80"/>
      </w:pPr>
      <w:r>
        <w:rPr>
          <w:b w:val="0"/>
          <w:i w:val="0"/>
        </w:rPr>
        <w:t>‘Hạ sĩ điều tra Pankhurst đây, thưa ngài. Verenich vừa thực hiện vụ thu gom thứ ba. Hắn phải phá cửa xông vào nhà, và vài phút sau hắn bước ra, một tay ôm chiếc tivi lớn, tay kia xách một túi ni lông cồng kềnh. Không thấy dấu vết của chủ nhà trước đó.’</w:t>
      </w:r>
    </w:p>
    <w:p>
      <w:pPr>
        <w:spacing w:after="80"/>
      </w:pPr>
      <w:r>
        <w:rPr>
          <w:b w:val="0"/>
          <w:i w:val="0"/>
        </w:rPr>
        <w:t>‘Đến thăm hắn đi, Rebecca, và cố dụ dỗ hắn đưa ra lời khai. Tôi cần vụ án này phải kín kẽ không kẽ hở. Danny, giờ hắn đang ở đâu?’</w:t>
      </w:r>
    </w:p>
    <w:p>
      <w:pPr>
        <w:spacing w:after="80"/>
      </w:pPr>
      <w:r>
        <w:rPr>
          <w:b w:val="0"/>
          <w:i w:val="0"/>
        </w:rPr>
        <w:t>‘Trên đường quay về văn phòng của Sleeman, với một mớ tiền lớn và cốp xe đầy ắp chiến lợi phẩm. Tôi có nên quay về Yard không, thưa sếp?’</w:t>
      </w:r>
    </w:p>
    <w:p>
      <w:pPr>
        <w:spacing w:after="80"/>
      </w:pPr>
      <w:r>
        <w:rPr>
          <w:b w:val="0"/>
          <w:i w:val="0"/>
        </w:rPr>
        <w:t>‘Không, cứ ở nguyên đó,’ William nói, ‘vì anh có thể chắc chắn rằng Verenich vẫn chưa thực hiện cuộc gọi cuối cùng trong ngày.’</w:t>
      </w:r>
    </w:p>
    <w:p>
      <w:pPr>
        <w:spacing w:after="80"/>
      </w:pPr>
      <w:r>
        <w:rPr>
          <w:b w:val="0"/>
          <w:i w:val="0"/>
        </w:rPr>
        <w:t>‘Giờ sao đây, thưa sếp?’ Jackie hỏi.</w:t>
      </w:r>
    </w:p>
    <w:p>
      <w:pPr>
        <w:spacing w:after="80"/>
      </w:pPr>
      <w:r>
        <w:rPr>
          <w:b w:val="0"/>
          <w:i w:val="0"/>
        </w:rPr>
        <w:t>‘Chúng ta phải kiên nhẫn, vì những khách hàng dễ bị tổn thương hơn, những người không thể trả tiền, sẽ đến vào cuối ngày, khi trời tối và ít có khả năng có nhân chứng hơn. Chúng ta vẫn phải thu thập đủ bằng chứng để khiến công việc của Booth Watson càng khó khăn càng tốt. Và hơn nữa…’ ông nói khi đèn đỏ trên bộ đàm bắt đầu nhấp nháy một lần nữa.</w:t>
      </w:r>
    </w:p>
    <w:p>
      <w:pPr>
        <w:spacing w:after="80"/>
      </w:pPr>
      <w:r>
        <w:rPr>
          <w:b w:val="0"/>
          <w:i w:val="0"/>
        </w:rPr>
        <w:t>Một giọng Ireland nhẹ nhàng khiến ông không cần phải hỏi ai ở đầu dây bên kia.</w:t>
      </w:r>
    </w:p>
    <w:p>
      <w:pPr>
        <w:spacing w:after="80"/>
      </w:pPr>
      <w:r>
        <w:rPr>
          <w:b w:val="0"/>
          <w:i w:val="0"/>
        </w:rPr>
        <w:t>‘Giờ tôi đã biết cách mở cánh cửa trong phòng làm việc của Faulkner,’ Thanh tra Thám tử Hogan nói. ‘Tôi đã định nói với ông sớm hơn, thưa sếp, nếu không bị một viên cảnh sát trẻ quá nhiệt tình giữ chân. Dù sao thì, chắc chắn chúng ta sẽ gặp nhau ở nghĩa trang sau khi Verenich thực hiện cuộc gọi cuối cùng trong ngày.’</w:t>
      </w:r>
    </w:p>
    <w:p>
      <w:pPr>
        <w:spacing w:after="80"/>
      </w:pPr>
      <w:r>
        <w:rPr>
          <w:b w:val="0"/>
          <w:i w:val="0"/>
        </w:rPr>
        <w:t>‘Nghĩa trang nào?’ William hỏi dồn.</w:t>
      </w:r>
    </w:p>
    <w:p>
      <w:pPr>
        <w:spacing w:after="80"/>
      </w:pPr>
      <w:r>
        <w:rPr>
          <w:b w:val="0"/>
          <w:i w:val="0"/>
        </w:rPr>
        <w:t>‘Cái nơi mà ông sẽ thấy tổ tiên đấu tranh của DC Pankhurst không còn làm phiền cảnh sát nữa,’ Ross nói, trước khi cắt liên lạc.</w:t>
      </w:r>
    </w:p>
    <w:p>
      <w:pPr>
        <w:spacing w:after="80"/>
      </w:pPr>
      <w:r>
        <w:rPr>
          <w:b w:val="0"/>
          <w:i w:val="0"/>
        </w:rPr>
        <w:t>‘Cái quái gì vậy?’ Jackie hỏi.</w:t>
      </w:r>
    </w:p>
    <w:p>
      <w:pPr>
        <w:spacing w:after="80"/>
      </w:pPr>
      <w:r>
        <w:rPr>
          <w:b w:val="0"/>
          <w:i w:val="0"/>
        </w:rPr>
        <w:t>‘Anh ta biết điều gì đó mà chúng ta không biết,’ William nói, khi bật một công tắc. ‘Rebecca?’</w:t>
      </w:r>
    </w:p>
    <w:p>
      <w:pPr>
        <w:spacing w:after="80"/>
      </w:pPr>
      <w:r>
        <w:rPr>
          <w:b w:val="0"/>
          <w:i w:val="0"/>
        </w:rPr>
        <w:t>‘Vâng, thưa sếp.’</w:t>
      </w:r>
    </w:p>
    <w:p>
      <w:pPr>
        <w:spacing w:after="80"/>
      </w:pPr>
      <w:r>
        <w:rPr>
          <w:b w:val="0"/>
          <w:i w:val="0"/>
        </w:rPr>
        <w:t>‘Cô đang ở đâu?’</w:t>
      </w:r>
    </w:p>
    <w:p>
      <w:pPr>
        <w:spacing w:after="80"/>
      </w:pPr>
      <w:r>
        <w:rPr>
          <w:b w:val="0"/>
          <w:i w:val="0"/>
        </w:rPr>
        <w:t>‘Tôi đang ở cùng quý ông mà sếp bảo tôi phỏng vấn tại nhà ông ấy ở Kensington.’</w:t>
      </w:r>
    </w:p>
    <w:p>
      <w:pPr>
        <w:spacing w:after="80"/>
      </w:pPr>
      <w:r>
        <w:rPr>
          <w:b w:val="0"/>
          <w:i w:val="0"/>
        </w:rPr>
        <w:t>‘Emmeline Pankhurst được chôn ở đâu?’</w:t>
      </w:r>
    </w:p>
    <w:p>
      <w:pPr>
        <w:spacing w:after="80"/>
      </w:pPr>
      <w:r>
        <w:rPr>
          <w:b w:val="0"/>
          <w:i w:val="0"/>
        </w:rPr>
        <w:t>‘Nghĩa trang Brompton. Sao sếp lại hỏi vậy?’</w:t>
      </w:r>
    </w:p>
    <w:p>
      <w:pPr>
        <w:spacing w:after="80"/>
      </w:pPr>
      <w:r>
        <w:rPr>
          <w:b w:val="0"/>
          <w:i w:val="0"/>
        </w:rPr>
        <w:t>‘Kết thúc buổi phỏng vấn và đến thẳng đó. Báo lại nếu cô gặp bất cứ điều gì đáng ngờ.’</w:t>
      </w:r>
    </w:p>
    <w:p>
      <w:pPr>
        <w:spacing w:after="80"/>
      </w:pPr>
      <w:r>
        <w:rPr>
          <w:b w:val="0"/>
          <w:i w:val="0"/>
        </w:rPr>
        <w:t>‘Tôi đang tìm gì vậy?’</w:t>
      </w:r>
    </w:p>
    <w:p>
      <w:pPr>
        <w:spacing w:after="80"/>
      </w:pPr>
      <w:r>
        <w:rPr>
          <w:b w:val="0"/>
          <w:i w:val="0"/>
        </w:rPr>
        <w:t>‘Tôi không biết,’ William thừa nhận.</w:t>
      </w:r>
    </w:p>
    <w:p>
      <w:pPr>
        <w:spacing w:after="80"/>
      </w:pPr>
      <w:r>
        <w:rPr>
          <w:b w:val="0"/>
          <w:i w:val="0"/>
        </w:rPr>
        <w:t>‘Giờ thì tôi hoàn toàn mất phương hướng rồi,’ Jackie nói, khi William tắt đài.</w:t>
      </w:r>
    </w:p>
    <w:p>
      <w:pPr>
        <w:spacing w:after="80"/>
      </w:pPr>
      <w:r>
        <w:rPr>
          <w:b w:val="0"/>
          <w:i w:val="0"/>
        </w:rPr>
        <w:t>‘Giữ khoảng cách trước Sleeman và Verenich một thước thì không khó,’ ông nhận xét, ‘nhưng bám theo Ross thì khó hơn gấp bội.’</w:t>
      </w:r>
    </w:p>
    <w:p>
      <w:pPr>
        <w:spacing w:after="80"/>
      </w:pPr>
      <w:r>
        <w:rPr>
          <w:b w:val="0"/>
          <w:i w:val="0"/>
        </w:rPr>
        <w:t>‘Nhất là khi anh ta đang đối phó với ngài, thưa ngài,’ Jackie nói.</w:t>
      </w:r>
    </w:p>
    <w:p>
      <w:pPr>
        <w:spacing w:after="80"/>
      </w:pPr>
      <w:r>
        <w:rPr>
          <w:b w:val="0"/>
          <w:i w:val="0"/>
        </w:rPr>
        <w:t>William định đáp lời thì Danny quay lại đường dây.</w:t>
      </w:r>
    </w:p>
    <w:p>
      <w:pPr>
        <w:spacing w:after="80"/>
      </w:pPr>
      <w:r>
        <w:rPr>
          <w:b w:val="0"/>
          <w:i w:val="0"/>
        </w:rPr>
        <w:t>‘Anh ta vừa thực hiện cuộc gọi thứ tư, thưa ngài. Sau khi anh ta rời đi, Paul đã vào để phỏng vấn khách hàng.’</w:t>
      </w:r>
    </w:p>
    <w:p>
      <w:pPr>
        <w:spacing w:after="80"/>
      </w:pPr>
      <w:r>
        <w:rPr>
          <w:b w:val="0"/>
          <w:i w:val="0"/>
        </w:rPr>
        <w:t>‘Tốt. Giữ máy. Rất có thể sẽ có thay đổi kế hoạch.’</w:t>
      </w:r>
    </w:p>
    <w:p>
      <w:pPr>
        <w:spacing w:after="80"/>
        <w:jc w:val="center"/>
      </w:pPr>
      <w:r>
        <w:rPr>
          <w:b w:val="0"/>
          <w:i w:val="0"/>
        </w:rPr>
        <w:t>• • •</w:t>
      </w:r>
    </w:p>
    <w:p>
      <w:pPr>
        <w:spacing w:after="80"/>
      </w:pPr>
      <w:r>
        <w:rPr>
          <w:b w:val="0"/>
          <w:i w:val="0"/>
        </w:rPr>
        <w:t>Sleeman lẻn ra khỏi văn phòng ngay sau khi Verenich rời đi để thực hiện cuộc gọi cuối cùng. Lúc thi thể được chôn, anh ta sẽ đang đi qua Swindon.</w:t>
      </w:r>
    </w:p>
    <w:p>
      <w:pPr>
        <w:spacing w:after="80"/>
      </w:pPr>
      <w:r>
        <w:rPr>
          <w:b w:val="0"/>
          <w:i w:val="0"/>
        </w:rPr>
        <w:t>Anh ta đi bộ vài dãy nhà trước khi vẫy một chiếc taxi và leo vào ghế sau. ‘Euston,’ là tất cả những gì anh ta nói.</w:t>
      </w:r>
    </w:p>
    <w:p>
      <w:pPr>
        <w:spacing w:after="80"/>
      </w:pPr>
      <w:r>
        <w:rPr>
          <w:b w:val="0"/>
          <w:i w:val="0"/>
        </w:rPr>
        <w:t>Sau khi được thả xuống trước ga, anh ta xếp hàng trong sảnh bán vé và mua một vé giường nằm hạng nhất đến Edinburgh. Trước khi trả tiền, anh ta lớn tiếng hỏi người phụ nữ sau quầy rằng bà ta lấy đâu ra can đảm để thu sáu mươi ba bảng.</w:t>
      </w:r>
    </w:p>
    <w:p>
      <w:pPr>
        <w:spacing w:after="80"/>
      </w:pPr>
      <w:r>
        <w:rPr>
          <w:b w:val="0"/>
          <w:i w:val="0"/>
        </w:rPr>
        <w:t>Người đàn ông đứng sau anh ta chứng kiến cuộc cãi vã khó chịu đó, nhưng không nói gì. Sleeman sau đó đi sang Sân ga 7, và đang định lên tàu thì hai viên cảnh sát chặn đường và bắt giữ anh ta.</w:t>
      </w:r>
    </w:p>
    <w:p>
      <w:pPr>
        <w:spacing w:after="80"/>
      </w:pPr>
      <w:r>
        <w:rPr>
          <w:b w:val="0"/>
          <w:i w:val="0"/>
        </w:rPr>
        <w:t>‘Với tội danh gì?’ anh ta đòi biết.</w:t>
      </w:r>
    </w:p>
    <w:p>
      <w:pPr>
        <w:spacing w:after="80"/>
      </w:pPr>
      <w:r>
        <w:rPr>
          <w:b w:val="0"/>
          <w:i w:val="0"/>
        </w:rPr>
        <w:t>‘Đe dọa nhân viên đường sắt là đủ để bắt đầu rồi, mặc dù tôi có cảm giác sẽ còn nhiều tội nữa tiếp theo,’ viên chỉ huy nói, người không nhớ nổi lần cuối mình bắt giữ ai là khi nào.</w:t>
      </w:r>
    </w:p>
    <w:p>
      <w:pPr>
        <w:spacing w:after="80"/>
      </w:pPr>
      <w:r>
        <w:rPr>
          <w:b w:val="0"/>
          <w:i w:val="0"/>
        </w:rPr>
        <w:t>Ông ta báo cáo lại cho DCI Warwick.</w:t>
      </w:r>
    </w:p>
    <w:p>
      <w:pPr>
        <w:spacing w:after="80"/>
        <w:jc w:val="center"/>
      </w:pPr>
      <w:r>
        <w:rPr>
          <w:b w:val="0"/>
          <w:i w:val="0"/>
        </w:rPr>
        <w:t>• • •</w:t>
      </w:r>
    </w:p>
    <w:p>
      <w:pPr>
        <w:spacing w:after="80"/>
      </w:pPr>
      <w:r>
        <w:rPr>
          <w:b w:val="0"/>
          <w:i w:val="0"/>
        </w:rPr>
        <w:t>Hai đường dây cùng lúc.</w:t>
      </w:r>
    </w:p>
    <w:p>
      <w:pPr>
        <w:spacing w:after="80"/>
      </w:pPr>
      <w:r>
        <w:rPr>
          <w:b w:val="0"/>
          <w:i w:val="0"/>
        </w:rPr>
        <w:t>‘Thưa sếp, là DC Pankhurst đây. Có một ngôi mộ mới đào ở phía sau nghĩa trang, mà ông trưởng đội đào mộ bảo tôi là ông ấy không cho phép.’</w:t>
      </w:r>
    </w:p>
    <w:p>
      <w:pPr>
        <w:spacing w:after="80"/>
      </w:pPr>
      <w:r>
        <w:rPr>
          <w:b w:val="0"/>
          <w:i w:val="0"/>
        </w:rPr>
        <w:t>‘Cứ ẩn mình đi,’ William nói. ‘Chúng tôi sẽ tới chỗ cậu ngay. Danny, cậu đang ở đâu?’</w:t>
      </w:r>
    </w:p>
    <w:p>
      <w:pPr>
        <w:spacing w:after="80"/>
      </w:pPr>
      <w:r>
        <w:rPr>
          <w:b w:val="0"/>
          <w:i w:val="0"/>
        </w:rPr>
        <w:t>‘Verenich vừa xuất hiện trước một ngôi nhà ở Chiswick và đang gõ cửa.’</w:t>
      </w:r>
    </w:p>
    <w:p>
      <w:pPr>
        <w:spacing w:after="80"/>
      </w:pPr>
      <w:r>
        <w:rPr>
          <w:b w:val="0"/>
          <w:i w:val="0"/>
        </w:rPr>
        <w:t>‘Báo cáo liên tục cho tôi,’ William nói. ‘Những người còn lại tới nghĩa trang Brompton ở Kensington. Khi tới nơi, nhớ ẩn mình cho kỹ, vì Verenich sẽ không xa đâu.’ Ông tắt bộ đàm và nói, ‘Đi thôi.’</w:t>
      </w:r>
    </w:p>
    <w:p>
      <w:pPr>
        <w:spacing w:after="80"/>
      </w:pPr>
      <w:r>
        <w:rPr>
          <w:b w:val="0"/>
          <w:i w:val="0"/>
        </w:rPr>
        <w:t>Jackie nhẹ nhàng đẩy cần số vào số một và tăng tốc phóng đi.</w:t>
      </w:r>
    </w:p>
    <w:p>
      <w:pPr>
        <w:spacing w:after="80"/>
      </w:pPr>
      <w:r>
        <w:rPr>
          <w:b w:val="0"/>
          <w:i w:val="0"/>
        </w:rPr>
        <w:t>‘Tôi đoán là cô biết mình đang đi đâu chứ,’ William nói.</w:t>
      </w:r>
    </w:p>
    <w:p>
      <w:pPr>
        <w:spacing w:after="80"/>
      </w:pPr>
      <w:r>
        <w:rPr>
          <w:b w:val="0"/>
          <w:i w:val="0"/>
        </w:rPr>
        <w:t>‘Không ạ, thưa sếp. Nhưng tôi hy vọng là sếp biết.’</w:t>
      </w:r>
    </w:p>
    <w:p>
      <w:pPr>
        <w:spacing w:after="80"/>
        <w:jc w:val="center"/>
      </w:pPr>
      <w:r>
        <w:rPr>
          <w:b w:val="0"/>
          <w:i w:val="0"/>
        </w:rPr>
        <w:t>• • •</w:t>
      </w:r>
    </w:p>
    <w:p>
      <w:pPr>
        <w:spacing w:after="80"/>
      </w:pPr>
      <w:r>
        <w:rPr>
          <w:b w:val="0"/>
          <w:i w:val="0"/>
        </w:rPr>
        <w:t>Giấu mười thám tử mặc thường phục trong một nghĩa trang hóa ra chẳng khó gì, nhất là khi lại được ông trưởng đội đào mộ giúp sức. Ở đó có quá đủ tượng đài, hầm mộ riêng và những đống bia tưởng niệm lớn để giấu cả một đội quân.</w:t>
      </w:r>
    </w:p>
    <w:p>
      <w:pPr>
        <w:spacing w:after="80"/>
      </w:pPr>
      <w:r>
        <w:rPr>
          <w:b w:val="0"/>
          <w:i w:val="0"/>
        </w:rPr>
        <w:t>Khi mọi người đã vào vị trí, thử thách khó hơn là phải giữ im lặng. Một cái hắt hơi vào giờ đó trong đêm sẽ vang như núi lửa phun trào. Sự im lặng chỉ bị phá vỡ khi Danny gọi vào.</w:t>
      </w:r>
    </w:p>
    <w:p>
      <w:pPr>
        <w:spacing w:after="80"/>
      </w:pPr>
      <w:r>
        <w:rPr>
          <w:b w:val="0"/>
          <w:i w:val="0"/>
        </w:rPr>
        <w:t>‘Verenich vừa bước ra khỏi ngôi nhà ở Chiswick và ngay lúc này hắn đang nhét một khách hàng đang phản đối vào ghế sau xe Toyota. Khoảng hai mươi phút nữa họ sẽ tới chỗ các anh. Sếp chỉ cần ra lệnh, tôi sẽ tông thẳng vào tên khốn đó rồi anh em xông vào bắt hắn.’</w:t>
      </w:r>
    </w:p>
    <w:p>
      <w:pPr>
        <w:spacing w:after="80"/>
      </w:pPr>
      <w:r>
        <w:rPr>
          <w:b w:val="0"/>
          <w:i w:val="0"/>
        </w:rPr>
        <w:t>‘Không,’ William nói. ‘Cứ đứng yên đó. Nếu hắn phát hiện ra cậu, cả chiến dịch sẽ đổ bể,’ ông nói thêm khi Jackie lái xe vào nghĩa trang, tắt đèn pha và nép xe sau một lùm cây.</w:t>
      </w:r>
    </w:p>
    <w:p>
      <w:pPr>
        <w:spacing w:after="80"/>
      </w:pPr>
      <w:r>
        <w:rPr>
          <w:b w:val="0"/>
          <w:i w:val="0"/>
        </w:rPr>
        <w:t>‘Nhưng nếu sếp đoán sai về chỗ chúng đưa hắn tới thì sao…’</w:t>
      </w:r>
    </w:p>
    <w:p>
      <w:pPr>
        <w:spacing w:after="80"/>
      </w:pPr>
      <w:r>
        <w:rPr>
          <w:b w:val="0"/>
          <w:i w:val="0"/>
        </w:rPr>
        <w:t>‘Đó là rủi ro tôi buộc phải chấp nhận,’ William nói, khiến Danny nhớ lại lý do vì sao anh chưa bao giờ muốn được thăng chức.</w:t>
      </w:r>
    </w:p>
    <w:p>
      <w:pPr>
        <w:spacing w:after="80"/>
      </w:pPr>
      <w:r>
        <w:rPr>
          <w:b w:val="0"/>
          <w:i w:val="0"/>
        </w:rPr>
        <w:t>‘Giữ im lặng vô tuyến,’ là mệnh lệnh tiếp theo của William.</w:t>
      </w:r>
    </w:p>
    <w:p>
      <w:pPr>
        <w:spacing w:after="80"/>
      </w:pPr>
      <w:r>
        <w:rPr>
          <w:b w:val="0"/>
          <w:i w:val="0"/>
        </w:rPr>
        <w:t>Thời gian trôi qua, William cứ liên tục liếc nhìn đồng hồ. Anh vẫn chưa chắc Ross đứng về phía những thiên thần đang vây quanh mình, hay đang ở một nơi nào khác bên kia London, chuẩn bị cho một đám tang của riêng mình. Dù thế nào đi nữa, anh sẽ không hài lòng với việc bắt giữ trong khi phải giải thích cho Verenich về quyền giữ im lặng của hắn.</w:t>
      </w:r>
    </w:p>
    <w:p>
      <w:pPr>
        <w:spacing w:after="80"/>
      </w:pPr>
      <w:r>
        <w:rPr>
          <w:b w:val="0"/>
          <w:i w:val="0"/>
        </w:rPr>
        <w:t>William thở phào nhẹ nhõm khi thấy một chiếc Toyota màu đen tiến vào đầu phía bắc nghĩa trang. Không có đèn để dẫn đường cho tài xế trong đêm không trăng, nhưng hắn biết mình đang đi đâu. Mười sĩ quan trẻ đầy testosterone đang chờ lệnh của anh, nhưng William không nhúc nhích cho đến khi thấy chiếc xe dừng lại.</w:t>
      </w:r>
    </w:p>
    <w:p>
      <w:pPr>
        <w:spacing w:after="80"/>
      </w:pPr>
      <w:r>
        <w:rPr>
          <w:b w:val="0"/>
          <w:i w:val="0"/>
        </w:rPr>
        <w:t>Tài xế mở cửa sau, trong khi Verenich lôi nạn nhân đang rên rỉ của mình ra và bắt đầu kéo hắn về phía một ngôi mộ đang mở.</w:t>
      </w:r>
    </w:p>
    <w:p>
      <w:pPr>
        <w:spacing w:after="80"/>
      </w:pPr>
      <w:r>
        <w:rPr>
          <w:b w:val="0"/>
          <w:i w:val="0"/>
        </w:rPr>
        <w:t>‘Ôi Chúa ơi,’ Jackie nói, ‘chúng định chôn sống anh ta.’</w:t>
      </w:r>
    </w:p>
    <w:p>
      <w:pPr>
        <w:spacing w:after="80"/>
      </w:pPr>
      <w:r>
        <w:rPr>
          <w:b w:val="0"/>
          <w:i w:val="0"/>
        </w:rPr>
        <w:t>William lao ra khỏi xe và bắt đầu chạy về phía ngôi mộ, trong khi mười sĩ quan xuất hiện từ mọi hướng.</w:t>
      </w:r>
    </w:p>
    <w:p>
      <w:pPr>
        <w:spacing w:after="80"/>
      </w:pPr>
      <w:r>
        <w:rPr>
          <w:b w:val="0"/>
          <w:i w:val="0"/>
        </w:rPr>
        <w:t>DS Adaja nhanh chóng vượt qua DCI Warwick và lao vào tắc-ngã tài xế, kẻ đã đánh rơi xẻng và cố gắng bỏ chạy. Paul giữ hắn xuống đủ lâu để hai sĩ quan khác ghì hắn xuống đất, trong khi DS Roycroft còng tay hắn.</w:t>
      </w:r>
    </w:p>
    <w:p>
      <w:pPr>
        <w:spacing w:after="80"/>
      </w:pPr>
      <w:r>
        <w:rPr>
          <w:b w:val="0"/>
          <w:i w:val="0"/>
        </w:rPr>
        <w:t>William tiếp tục tiến về phía Verenich, kẻ đã ném nạn nhân đang la hét của mình sang một bên và đứng đó thách thức.</w:t>
      </w:r>
    </w:p>
    <w:p>
      <w:pPr>
        <w:spacing w:after="80"/>
      </w:pPr>
      <w:r>
        <w:rPr>
          <w:b w:val="0"/>
          <w:i w:val="0"/>
        </w:rPr>
        <w:t>Đúng lúc William chuẩn bị lao vào Verenich thì một chiếc xẻng xuất hiện từ trong ngôi mộ, và với cú vung gậy điêu luyện của một tay golf, nó đập mạnh vào mắt cá chân của Verenich, khiến hắn quỵ xuống. Khi hắn cố gắng đứng dậy, cú đánh thứ hai trúng ngay vào bên mặt, và hắn ngã nhào về phía trước, lao đầu xuống mộ. Ross giơ cao xẻng lên để tung cú đánh cuối cùng, nhưng William nắm lấy cán xẻng bằng cả hai tay và bị kéo vào trong mộ, đáp xuống ngay trên người Verenich.</w:t>
      </w:r>
    </w:p>
    <w:p>
      <w:pPr>
        <w:spacing w:after="80"/>
      </w:pPr>
      <w:r>
        <w:rPr>
          <w:b w:val="0"/>
          <w:i w:val="0"/>
        </w:rPr>
        <w:t>Ross chỉ có thể đứng nhìn khi vài sĩ quan không khách sáo lôi Verenich trở ra, đặt hắn nằm sấp trên mặt đất và còng tay hắn. William sau đó leo ra, vẫn nắm chặt chiếc xẻng. Anh nhìn xuống cơ thể đang nằm sấp, nhẹ nhõm khi thấy mắt Verenich chớp mở và nhìn trân trân lên anh.</w:t>
      </w:r>
    </w:p>
    <w:p>
      <w:pPr>
        <w:spacing w:after="80"/>
      </w:pPr>
      <w:r>
        <w:rPr>
          <w:b w:val="0"/>
          <w:i w:val="0"/>
        </w:rPr>
        <w:t>DS Adaja thông báo cho hai tù nhân rằng họ bị bắt giữ vì tình nghi âm mưu giết người, và cảnh báo họ trước khi họ bị dẫn đi. Khi Rebecca cố gắng trấn an nạn nhân bị sang chấn, Ross thu hút sự chú ý của William về ba ngôi mộ không có bia.</w:t>
      </w:r>
    </w:p>
    <w:p>
      <w:pPr>
        <w:spacing w:after="80"/>
      </w:pPr>
      <w:r>
        <w:rPr>
          <w:b w:val="0"/>
          <w:i w:val="0"/>
        </w:rPr>
        <w:t>‘Mọi thứ đúng lúc thôi,’ William nói, ý thức rằng anh sẽ cần lệnh của tòa án để khai quật các thi thể, điều mà anh tin chắc sẽ cung cấp cho họ tất cả bằng chứng cần thiết để buộc tội Verenich về tội giết người và Sleeman về tội đồng phạm.</w:t>
      </w:r>
    </w:p>
    <w:p>
      <w:pPr>
        <w:spacing w:after="80"/>
      </w:pPr>
      <w:r>
        <w:rPr>
          <w:b w:val="0"/>
          <w:i w:val="0"/>
        </w:rPr>
        <w:t>Ross gật đầu cộc lốc, khi hai tù nhân bị dẫn đi.</w:t>
      </w:r>
    </w:p>
    <w:p>
      <w:pPr>
        <w:spacing w:after="80"/>
      </w:pPr>
      <w:r>
        <w:rPr>
          <w:b w:val="0"/>
          <w:i w:val="0"/>
        </w:rPr>
        <w:t>‘Lẽ ra anh nên để tôi giết hắn,’ anh ta nói.</w:t>
      </w:r>
    </w:p>
    <w:p>
      <w:pPr>
        <w:spacing w:after="80"/>
      </w:pPr>
      <w:r>
        <w:rPr>
          <w:b w:val="0"/>
          <w:i w:val="0"/>
        </w:rPr>
        <w:t>William phớt lờ lời nhận xét đó và chỉ hỏi, ‘Tôi có thể cho rằng, Thanh tra, rằng khát khao trả thù của anh cuối cùng đã được thỏa mãn chứ?’</w:t>
      </w:r>
    </w:p>
    <w:p>
      <w:pPr>
        <w:spacing w:after="80"/>
      </w:pPr>
      <w:r>
        <w:rPr>
          <w:b w:val="0"/>
          <w:i w:val="0"/>
        </w:rPr>
        <w:t>‘Không, ngài không thể,’ Ross nói. ‘Không phải khi Faulkner vẫn còn sống.’</w:t>
      </w:r>
    </w:p>
    <w:p>
      <w:pPr>
        <w:spacing w:after="80"/>
      </w:pPr>
      <w:r>
        <w:rPr>
          <w:b w:val="0"/>
          <w:i w:val="0"/>
        </w:rPr>
        <w:t>The Hawk, người đang đứng một mình trong góc tối của nghĩa trang, đã quan sát diễn biến sự việc với vẻ thích thú. Khi bức màn cuối cùng buông xuống, ông nhận ra mình có hai lựa chọn: hoặc đình chỉ công tác DI Hogan để chờ điều tra đầy đủ, hoặc đề nghị lên ủy viên cảnh sát trao tặng anh Huân chương Dũng cảm của Nữ hoàng lần thứ hai. Ông không cần phải tung đồng xu nữa.</w:t>
      </w:r>
    </w:p>
    <w:p>
      <w:pPr>
        <w:pStyle w:val="Heading2"/>
      </w:pPr>
      <w:r>
        <w:rPr>
          <w:rFonts w:ascii="Calibri" w:hAnsi="Calibri"/>
          <w:b/>
          <w:i w:val="0"/>
          <w:sz w:val="32"/>
        </w:rPr>
        <w:t>CHƯƠNG 30</w:t>
      </w:r>
    </w:p>
    <w:p>
      <w:pPr>
        <w:spacing w:after="80"/>
      </w:pPr>
      <w:r>
        <w:rPr>
          <w:b w:val="0"/>
          <w:i w:val="0"/>
        </w:rPr>
        <w:t>William bước lên chiếc máy bay chật kín người và thấy Ross đã ngồi sẵn bên cửa sổ. Anh ngồi xuống cạnh Ross, nhưng với một người quan sát qua loa thì khó mà thấy rõ họ là đồng nghiệp. Suốt chuyến bay đến Barcelona, họ không một lần nhắc đến Caravaggio, cũng không nhắc đến Beth, Jo, cặp song sinh, hay Jo Junior – cái tên Ross dùng để gọi con gái mình – cũng không nhắc đến triển lãm Frans Hals sắp tới tại Fitzmolean, thậm chí không nhắc đến hàng phòng ngự mong manh của West Ham hay hàng công rực sáng của Chelsea, tùy theo quan điểm của mỗi người.</w:t>
      </w:r>
    </w:p>
    <w:p>
      <w:pPr>
        <w:spacing w:after="80"/>
      </w:pPr>
      <w:r>
        <w:rPr>
          <w:b w:val="0"/>
          <w:i w:val="0"/>
        </w:rPr>
        <w:t>Họ chìm vào một sự im lặng dễ chịu. William muốn hỏi Ross làm sao anh ta có thể lẻn vào ngôi mộ đó mà không bị ai phát hiện, nhưng anh đoán rằng sẽ chẳng có câu trả lời nào.</w:t>
      </w:r>
    </w:p>
    <w:p>
      <w:pPr>
        <w:spacing w:after="80"/>
      </w:pPr>
      <w:r>
        <w:rPr>
          <w:b w:val="0"/>
          <w:i w:val="0"/>
        </w:rPr>
        <w:t>Tuy nhiên, anh nhận ra Ross không còn đeo chiếc Rolex mà Jo đã tặng anh ta làm quà cưới. Chiếc đồng hồ mặt đen, không nhãn hiệu thay thế nó, theo ý William, không phải là một sự thay thế xứng đáng, nhưng với Ross thì luôn có lý do cho mọi thứ.</w:t>
      </w:r>
    </w:p>
    <w:p>
      <w:pPr>
        <w:spacing w:after="80"/>
      </w:pPr>
      <w:r>
        <w:rPr>
          <w:b w:val="0"/>
          <w:i w:val="0"/>
        </w:rPr>
        <w:t>Khi máy bay chạm xuống đất Tây Ban Nha và lăn bánh về phía bãi đỗ, William nhìn ra cửa sổ và thấy Trung úy Sanchez đang đứng cạnh một chiếc xe đen không có nhãn hiệu bên lề đường băng, cửa sau đã mở sẵn.</w:t>
      </w:r>
    </w:p>
    <w:p>
      <w:pPr>
        <w:spacing w:after="80"/>
      </w:pPr>
      <w:r>
        <w:rPr>
          <w:b w:val="0"/>
          <w:i w:val="0"/>
        </w:rPr>
        <w:t>Hai thám tử là những hành khách đầu tiên rời máy bay, mỗi người chỉ mang theo một chiếc túi qua đêm, dù họ không có ý định ở lại qua đêm.</w:t>
      </w:r>
    </w:p>
    <w:p>
      <w:pPr>
        <w:spacing w:after="80"/>
      </w:pPr>
      <w:r>
        <w:rPr>
          <w:b w:val="0"/>
          <w:i w:val="0"/>
        </w:rPr>
        <w:t>Juan chào đón họ, và chiếc xe của họ đã chạy qua cổng an ninh và lên đường cao tốc trước khi hầu hết hành khách khác kịp đến nhà ga sân bay.</w:t>
      </w:r>
    </w:p>
    <w:p>
      <w:pPr>
        <w:spacing w:after="80"/>
      </w:pPr>
      <w:r>
        <w:rPr>
          <w:b w:val="0"/>
          <w:i w:val="0"/>
        </w:rPr>
        <w:t>William không mất thời gian kể cho Juan nghe những điều chỉnh mới nhất của kế hoạch và trả lời mọi câu hỏi của viên trung úy, thỉnh thoảng Ross cũng đưa ra vài nhận xét.</w:t>
      </w:r>
    </w:p>
    <w:p>
      <w:pPr>
        <w:spacing w:after="80"/>
      </w:pPr>
      <w:r>
        <w:rPr>
          <w:b w:val="0"/>
          <w:i w:val="0"/>
        </w:rPr>
        <w:t>Ngôi nhà an toàn hóa ra là một căn nhà nhỏ hai tầng khiêm tốn nằm trong một con phố yên tĩnh ở phía tây thành phố. Juan dẫn William và Ross vào trung tâm điều hành, một căn phòng lớn có chiếc bàn tròn bao quanh bởi nửa tá ghế, cùng với tấm bảng nút bần không thể thiếu phủ đầy bản đồ, sơ đồ và ảnh chụp chiếm gần như toàn bộ một bức tường.</w:t>
      </w:r>
    </w:p>
    <w:p>
      <w:pPr>
        <w:spacing w:after="80"/>
      </w:pPr>
      <w:r>
        <w:rPr>
          <w:b w:val="0"/>
          <w:i w:val="0"/>
        </w:rPr>
        <w:t xml:space="preserve">Juan bắt đầu buổi họp giao ban cuối cùng bằng cách hướng sự chú ý của họ vào vài bức ảnh chụp từ trên không khu dinh thự của Faulkner. Ross nhân dịp này ôn lại cho quen con đường quanh co không dấu hiệu xuyên qua khu rừng và băng qua cây cầu dẫn đến cửa trước ngôi nhà mà chiếc xe golf đã đi khi họ giao bức </w:t>
      </w:r>
      <w:r>
        <w:rPr>
          <w:b w:val="0"/>
          <w:i/>
        </w:rPr>
        <w:t xml:space="preserve">Fishers of Men </w:t>
      </w:r>
      <w:r>
        <w:rPr>
          <w:b w:val="0"/>
          <w:i w:val="0"/>
        </w:rPr>
        <w:t>trong lần đầu đến.</w:t>
      </w:r>
    </w:p>
    <w:p>
      <w:pPr>
        <w:spacing w:after="80"/>
      </w:pPr>
      <w:r>
        <w:rPr>
          <w:b w:val="0"/>
          <w:i w:val="0"/>
        </w:rPr>
        <w:t>Sau khi chắc chắn rằng mình đã thuộc từng tấc con đường, Ross bước sang chỗ William và Juan, những người đang nghiên cứu một mô hình bằng bìa cứng lớn của ngôi nhà được đặt ở giữa bàn. Juan chỉ vào bậc thềm bếp ở phía tây ngôi nhà, rồi đến lối thoát hiểm dẫn lên tầng bốn, nơi ba phòng ngủ có cửa sổ từng được để mở trước đây được đánh dấu bằng những dấu chữ thập đỏ lớn.</w:t>
      </w:r>
    </w:p>
    <w:p>
      <w:pPr>
        <w:spacing w:after="80"/>
      </w:pPr>
      <w:r>
        <w:rPr>
          <w:b w:val="0"/>
          <w:i w:val="0"/>
        </w:rPr>
        <w:t>‘Đêm nay chúng ta chỉ cần một trong số đó mở là có thể đi từ đây đến đây,’ Juan nói, ngón tay anh di chuyển dọc theo hành lang và xuống cầu thang rộng đến chiếu nghỉ trước phòng ngủ chính.</w:t>
      </w:r>
    </w:p>
    <w:p>
      <w:pPr>
        <w:spacing w:after="80"/>
      </w:pPr>
      <w:r>
        <w:rPr>
          <w:b w:val="0"/>
          <w:i w:val="0"/>
        </w:rPr>
        <w:t>‘Hy vọng cửa phòng ngủ khóa lại,’ William nói, ‘vì như thế chúng ta sẽ biết ông ta đang ở trong đó.’</w:t>
      </w:r>
    </w:p>
    <w:p>
      <w:pPr>
        <w:spacing w:after="80"/>
      </w:pPr>
      <w:r>
        <w:rPr>
          <w:b w:val="0"/>
          <w:i w:val="0"/>
        </w:rPr>
        <w:t>‘Kể cả nếu bằng cách nào đó ông ta đã xuống được phòng làm việc ở tầng dưới,’ Ross nói, ngón tay anh lần theo con đường xuống cầu thang và dọc hành lang ở tầng trệt, ‘tôi vẫn có thể đến phòng làm việc của ông ta trước khi ông ta kịp mở cánh cửa kim loại.’</w:t>
      </w:r>
    </w:p>
    <w:p>
      <w:pPr>
        <w:spacing w:after="80"/>
      </w:pPr>
      <w:r>
        <w:rPr>
          <w:b w:val="0"/>
          <w:i w:val="0"/>
        </w:rPr>
        <w:t>‘Dù ông ta có ở trên giường hay không,’ Juan nói, ‘thì đến lúc đó đội hỗ trợ của tôi cũng đã bao vây ngôi nhà rồi.’</w:t>
      </w:r>
    </w:p>
    <w:p>
      <w:pPr>
        <w:spacing w:after="80"/>
      </w:pPr>
      <w:r>
        <w:rPr>
          <w:b w:val="0"/>
          <w:i w:val="0"/>
        </w:rPr>
        <w:t>‘Chúng ta cũng phải tính đến khả năng ông ta đã ở trong phòng làm việc rồi,’ William nói, ‘và đến lúc Ross tới nơi thì ông ta đã mở cánh cửa kim loại và biến mất vào hư không thêm một lần nữa.’</w:t>
      </w:r>
    </w:p>
    <w:p>
      <w:pPr>
        <w:spacing w:after="80"/>
      </w:pPr>
      <w:r>
        <w:rPr>
          <w:b w:val="0"/>
          <w:i w:val="0"/>
        </w:rPr>
        <w:t>Ross không nói gì. Nếu Faulkner trốn thoát khi đồng đội của anh ta vẫn còn ở tầng một, anh ta định sẽ mở cánh cửa kim loại và theo ông ta sang bên kia, trước khi họ kịp đuổi theo. Một chi tiết anh ta đã quên không nói với William.</w:t>
      </w:r>
    </w:p>
    <w:p>
      <w:pPr>
        <w:spacing w:after="80"/>
      </w:pPr>
      <w:r>
        <w:rPr>
          <w:b w:val="0"/>
          <w:i w:val="0"/>
        </w:rPr>
        <w:t>‘Nếu ông ta không ở trong phòng ngủ hay phòng làm việc,’ Juan nói, ‘mà đã rời khỏi nhà rồi thì sao?’</w:t>
      </w:r>
    </w:p>
    <w:p>
      <w:pPr>
        <w:spacing w:after="80"/>
      </w:pPr>
      <w:r>
        <w:rPr>
          <w:b w:val="0"/>
          <w:i w:val="0"/>
        </w:rPr>
        <w:t>‘Khó lắm,’ Ross nói. ‘Booth Watson sẽ bay đến Barcelona vào sáng mai, và lần cuối người ta thấy du thuyền của Faulkner là cách đây khoảng ba trăm dặm, nghĩa là giờ đến dự kiến của ông ta vào khoảng bảy giờ tối mai, đó cũng là lúc tôi nghĩ ông ta định nhổ neo ra khơi.’</w:t>
      </w:r>
    </w:p>
    <w:p>
      <w:pPr>
        <w:spacing w:after="80"/>
      </w:pPr>
      <w:r>
        <w:rPr>
          <w:b w:val="0"/>
          <w:i w:val="0"/>
        </w:rPr>
        <w:t>‘Chúng ta cần khóa chặt Faulkner an toàn từ lâu trước khi Booth Watson tới,’ William nói, ‘vì gã đó sẽ tìm ra cả tá cách để giải thoát cho ông ta.’</w:t>
      </w:r>
    </w:p>
    <w:p>
      <w:pPr>
        <w:spacing w:after="80"/>
      </w:pPr>
      <w:r>
        <w:rPr>
          <w:b w:val="0"/>
          <w:i w:val="0"/>
        </w:rPr>
        <w:t>‘Hãy xem lại thời gian một lần nữa,’ Juan nói. ‘Chúng ta sẽ rời khỏi đây lúc nửa đêm, nên đến khi chúng ta tới ngôi nhà thì Faulkner và phần lớn nhân viên của ông ta chắc đã ngủ say.’</w:t>
      </w:r>
    </w:p>
    <w:p>
      <w:pPr>
        <w:spacing w:after="80"/>
      </w:pPr>
      <w:r>
        <w:rPr>
          <w:b w:val="0"/>
          <w:i w:val="0"/>
        </w:rPr>
        <w:t>‘Nhưng không phải bọn lính gác,’ William nhắc họ.</w:t>
      </w:r>
    </w:p>
    <w:p>
      <w:pPr>
        <w:spacing w:after="80"/>
      </w:pPr>
      <w:r>
        <w:rPr>
          <w:b w:val="0"/>
          <w:i w:val="0"/>
        </w:rPr>
        <w:t>‘Tổng cộng có sáu tên,’ Juan nói. ‘Chúng làm việc suốt ngày đêm theo ca tám tiếng. Một cặp sẽ tuần tra từ mười giờ tối nay đến sáu giờ sáng mai. Chúng ta biết chúng mất mười bốn phút để đi hết một vòng quanh nhà, và chúng nghỉ giải lao mười lăm phút vào khoảng hai giờ sáng.’</w:t>
      </w:r>
    </w:p>
    <w:p>
      <w:pPr>
        <w:spacing w:after="80"/>
      </w:pPr>
      <w:r>
        <w:rPr>
          <w:b w:val="0"/>
          <w:i w:val="0"/>
        </w:rPr>
        <w:t>‘Làm sao anh có được thông tin tình báo quý giá thế?’ Ross hỏi.</w:t>
      </w:r>
    </w:p>
    <w:p>
      <w:pPr>
        <w:spacing w:after="80"/>
      </w:pPr>
      <w:r>
        <w:rPr>
          <w:b w:val="0"/>
          <w:i w:val="0"/>
        </w:rPr>
        <w:t>‘Một người của tôi vẫn chưa quyết được là muốn làm người làm vườn hay làm cảnh sát, nên ba tuần qua anh ta làm cả hai.’</w:t>
      </w:r>
    </w:p>
    <w:p>
      <w:pPr>
        <w:spacing w:after="80"/>
      </w:pPr>
      <w:r>
        <w:rPr>
          <w:b w:val="0"/>
          <w:i w:val="0"/>
        </w:rPr>
        <w:t>Một thoáng vẻ tôn trọng hiếm hoi lướt qua mặt Ross.</w:t>
      </w:r>
    </w:p>
    <w:p>
      <w:pPr>
        <w:spacing w:after="80"/>
      </w:pPr>
      <w:r>
        <w:rPr>
          <w:b w:val="0"/>
          <w:i w:val="0"/>
        </w:rPr>
        <w:t>‘Được rồi,’ William nói, ‘hãy xem lại kế hoạch lần cuối. Juan, đừng ngần ngại hỏi lại dù chỉ là chi tiết nhỏ nhất mà anh chưa chắc, vì có một điều chắc chắn, chúng ta sẽ không được trao cơ hội thứ ba.’ Ông cảm thấy hẳn đây chính là cảm giác của một nhà leo núi đang cố chinh phục Everest. Ông đã lên kế hoạch cho chuyến thám hiểm và sẽ dẫn họ đến trại căn cứ, tại đó Ross, với tư cách trưởng nhóm leo núi, sẽ tiếp quản, với nhiệm vụ đưa họ lên đỉnh, trong trường hợp này là một cửa sổ mở trên tầng bốn của ngôi nhà. Khi họ đã vào trong tòa nhà, William sẽ nắm lại quyền chỉ huy.</w:t>
      </w:r>
    </w:p>
    <w:p>
      <w:pPr>
        <w:spacing w:after="80"/>
      </w:pPr>
      <w:r>
        <w:rPr>
          <w:b w:val="0"/>
          <w:i w:val="0"/>
        </w:rPr>
        <w:t>Sau khi mọi người được phổ biến lại một lần nữa về trách nhiệm riêng của từng người, họ nghỉ một lát để ăn bữa ăn mà họ hầu như chẳng động đến, vì sự háo hức dâng cao cùng một dòng adrenaline trào lên đã chiếm lấy họ.</w:t>
      </w:r>
    </w:p>
    <w:p>
      <w:pPr>
        <w:spacing w:after="80"/>
      </w:pPr>
      <w:r>
        <w:rPr>
          <w:b w:val="0"/>
          <w:i w:val="0"/>
        </w:rPr>
        <w:t>Cuối cùng, họ thay sang những bộ đồ phù hợp với tội phạm hơn là với những người bảo vệ pháp luật. Áo phông đen không tay, bộ đồ thể thao đen, tất đen, giày thể thao đen, cả dây giày cũng đen.</w:t>
      </w:r>
    </w:p>
    <w:p>
      <w:pPr>
        <w:spacing w:after="80"/>
      </w:pPr>
      <w:r>
        <w:rPr>
          <w:b w:val="0"/>
          <w:i w:val="0"/>
        </w:rPr>
        <w:t>‘Không có chuyện đó khi tôi còn ở đây,’ Juan nói, khi Ross cởi áo khoác ra để lộ khẩu súng trong bao. ‘Sếp tôi đã nói rõ là sẽ không có súng trong chiến dịch này.’</w:t>
      </w:r>
    </w:p>
    <w:p>
      <w:pPr>
        <w:spacing w:after="80"/>
      </w:pPr>
      <w:r>
        <w:rPr>
          <w:b w:val="0"/>
          <w:i w:val="0"/>
        </w:rPr>
        <w:t>‘Tôi hy vọng sếp anh đã nói điều đó với bọn lính gác của Faulkner,’ Ross nói.</w:t>
      </w:r>
    </w:p>
    <w:p>
      <w:pPr>
        <w:spacing w:after="80"/>
      </w:pPr>
      <w:r>
        <w:rPr>
          <w:b w:val="0"/>
          <w:i w:val="0"/>
        </w:rPr>
        <w:t>‘Họ sẽ chẳng gây rắc rối gì khi nhận ra chúng ta là cảnh sát đâu,’ Juan nói.</w:t>
      </w:r>
    </w:p>
    <w:p>
      <w:pPr>
        <w:spacing w:after="80"/>
      </w:pPr>
      <w:r>
        <w:rPr>
          <w:b w:val="0"/>
          <w:i w:val="0"/>
        </w:rPr>
        <w:t>‘Đúng vậy,’ Ross đáp. ‘Thế nên một khi anh chỉ ra điều đó, họ sẽ chỉ giơ tay lên trời và nói, “Cảnh sát đây, thưa ngài.”’</w:t>
      </w:r>
    </w:p>
    <w:p>
      <w:pPr>
        <w:spacing w:after="80"/>
      </w:pPr>
      <w:r>
        <w:rPr>
          <w:b w:val="0"/>
          <w:i w:val="0"/>
        </w:rPr>
        <w:t>‘Thanh tra Hogan,’ William nói gay gắt, ‘đừng quên chúng ta là khách ở đất nước này, và thành công của chiến dịch này hoàn toàn phụ thuộc vào sự hợp tác của cảnh sát địa phương.’</w:t>
      </w:r>
    </w:p>
    <w:p>
      <w:pPr>
        <w:spacing w:after="80"/>
      </w:pPr>
      <w:r>
        <w:rPr>
          <w:b w:val="0"/>
          <w:i w:val="0"/>
        </w:rPr>
        <w:t xml:space="preserve">‘Vâng, thưa ngài,’ Ross nói, khi miễn cưỡng trao khẩu súng của mình cho Sanchez. Nhưng anh phải cố hết sức để không thốt thêm, </w:t>
      </w:r>
      <w:r>
        <w:rPr>
          <w:b w:val="0"/>
          <w:i/>
        </w:rPr>
        <w:t>Vậy thì tôi sẽ phải siết cổ ông ta, phải không?</w:t>
      </w:r>
    </w:p>
    <w:p>
      <w:pPr>
        <w:spacing w:after="80"/>
      </w:pPr>
      <w:r>
        <w:rPr>
          <w:b w:val="0"/>
          <w:i w:val="0"/>
        </w:rPr>
        <w:t>Họ dành nửa giờ tiếp theo đi đi lại lại quanh phòng như những con thú bị nhốt đang khao khát được thả ra, đặc biệt là Ross, người mà khi màn kịch bắt đầu thì không có ý định gì giữ đúng kịch bản.</w:t>
      </w:r>
    </w:p>
    <w:p>
      <w:pPr>
        <w:spacing w:after="80"/>
      </w:pPr>
      <w:r>
        <w:rPr>
          <w:b w:val="0"/>
          <w:i w:val="0"/>
        </w:rPr>
        <w:t>‘Đi thôi,’ Juan nói, khi chiếc đồng hồ nhà thờ đầu tiên trong số vài chiếc bắt đầu điểm mười hai tiếng, nhắc William nhớ rằng họ đang ở một đất nước Công giáo.</w:t>
      </w:r>
    </w:p>
    <w:p>
      <w:pPr>
        <w:spacing w:after="80"/>
      </w:pPr>
      <w:r>
        <w:rPr>
          <w:b w:val="0"/>
          <w:i w:val="0"/>
        </w:rPr>
        <w:t>Chiếc xe đen không có biển hiệu vẫn đang đợi họ trên con phố bên ngoài. Họ ngồi trong im lặng đầy chờ đợi khi tiến về phía mục tiêu, không còn cần bàn bạc kế hoạch nữa.</w:t>
      </w:r>
    </w:p>
    <w:p>
      <w:pPr>
        <w:spacing w:after="80"/>
      </w:pPr>
      <w:r>
        <w:rPr>
          <w:b w:val="0"/>
          <w:i w:val="0"/>
        </w:rPr>
        <w:t>Tài xế rời đường cao tốc ở lối ra số 9, và sau vài dặm anh ta tấp vào lề đường. Ba người đàn ông mặc đồ đen bước ra khỏi xe và lặng lẽ nhìn tài xế quay đầu rời đi.</w:t>
      </w:r>
    </w:p>
    <w:p>
      <w:pPr>
        <w:spacing w:after="80"/>
      </w:pPr>
      <w:r>
        <w:rPr>
          <w:b w:val="0"/>
          <w:i w:val="0"/>
        </w:rPr>
        <w:t>William đã tính toán rằng, đi bộ trong bóng tối, sẽ mất khoảng bốn mươi phút để đi hết năm ki-lô-mét trước khi họ đến bìa rừng. Anh dẫn đầu, còn Ross đi chốt đoàn. Không ai nói gì khi họ chậm rãi tiến xuống con đường hẹp, cảnh giác với nguy hiểm dù là nhỏ nhất. Chỉ có một con thỏ rừng giật mình dừng lại nhìn kỹ những người lạ đi ngang qua, trong khi một con cú thì không ngừng đưa ra ý kiến của mình.</w:t>
      </w:r>
    </w:p>
    <w:p>
      <w:pPr>
        <w:spacing w:after="80"/>
      </w:pPr>
      <w:r>
        <w:rPr>
          <w:b w:val="0"/>
          <w:i w:val="0"/>
        </w:rPr>
        <w:t>Khi bức tường rừng rậm rạp hiện ra trước mặt, William giơ tay, ra hiệu cho Ross tiếp quản. Anh nhanh chóng tiến lên phía trước, lấy chiếc máy quay video đã được NP cải tiến từ ba lô. Anh bật nó lên và bước thận trọng vào bụi rậm dày đặc. Cả ba tiến từng bước một, như những người lính hành quân chậm rãi, ý thức rằng một bước chân sai có thể kích hoạt báo động, thắp sáng khuôn viên và cho Faulkner đủ thời gian để trốn thoát.</w:t>
      </w:r>
    </w:p>
    <w:p>
      <w:pPr>
        <w:spacing w:after="80"/>
      </w:pPr>
      <w:r>
        <w:rPr>
          <w:b w:val="0"/>
          <w:i w:val="0"/>
        </w:rPr>
        <w:t>Lộ trình dài và quanh co mà chiếc máy quay video đòi hỏi khiến họ mất gần một giờ mới hoàn thành. Khi đến bờ sông, họ thận trọng băng qua cầu, và không lâu sau đó tòa nhà đá xám đáng sợ hiện ra, in bóng sắc nét dưới ánh trăng.</w:t>
      </w:r>
    </w:p>
    <w:p>
      <w:pPr>
        <w:spacing w:after="80"/>
      </w:pPr>
      <w:r>
        <w:rPr>
          <w:b w:val="0"/>
          <w:i w:val="0"/>
        </w:rPr>
        <w:t>Khi họ sắp bước ra khỏi rừng, Ross ra hiệu dứt khoát cho đồng đội bằng một cái vẫy tay để họ cúi xuống. Hai lính gác đang tuần tra phía bắc tòa nhà, những luồng đèn pin rộng của họ quét thành những vòng tròn chiếu sáng khuôn viên vắng vẻ.</w:t>
      </w:r>
    </w:p>
    <w:p>
      <w:pPr>
        <w:spacing w:after="80"/>
      </w:pPr>
      <w:r>
        <w:rPr>
          <w:b w:val="0"/>
          <w:i w:val="0"/>
        </w:rPr>
        <w:t>Ross quan sát từng bước chân của lính gác trước khi họ rẽ trái ở đầu phía tây ngôi nhà và tiếp tục đi. Nhờ nghiên cứu của Juan, anh biết còn bao lâu nữa thì lính gác quay lại. Anh lặng lẽ chỉ vào một cụm bụi nhỏ cách ngôi nhà năm mươi thước, nơi đã được đánh dấu trên tấm bản đồ do người làm vườn nhiệt tình cung cấp. Họ lại lên đường, lần này bò qua bụi rậm, đến được cụm cây chỉ vài khoảnh khắc trước khi lính gác xuất hiện trở lại. Họ đi ngang qua sát đến mức dù trong bóng tối Ross vẫn thấy được họ có vũ trang. Một người ngậm điếu thuốc lủng lẳng ở khóe miệng. Đại tá Parker hẳn sẽ ghi tên anh ta vào sổ kỷ luật và phạt giam trong doanh trại.</w:t>
      </w:r>
    </w:p>
    <w:p>
      <w:pPr>
        <w:spacing w:after="80"/>
      </w:pPr>
      <w:r>
        <w:rPr>
          <w:b w:val="0"/>
          <w:i w:val="0"/>
        </w:rPr>
        <w:t>Ross quan sát cẩn thận khi lính gác đi theo một lối mòn được quy định để không kích hoạt báo động đánh thức kẻ trả lương cho họ. Anh biết đại khái họ còn bao nhiêu thời gian để đến nhà bếp, nơi họ có thể trốn dưới một dãy bậc thang đá dốc, cho phép lính gác đi qua lần thứ hai trước khi họ tìm cách vào nhà. Họ bắt đầu len lỏi qua bãi cỏ về phía một lối mòn đã mòn nhẵn, ý thức rằng họ chỉ còn vài giây trước khi lính gác xuất hiện trở lại. Họ sẽ không cần đèn pin để phát hiện ra bộ ba không mời mà đến đang đứng sững như những con thỏ trong ánh đèn pha.</w:t>
      </w:r>
    </w:p>
    <w:p>
      <w:pPr>
        <w:spacing w:after="80"/>
      </w:pPr>
      <w:r>
        <w:rPr>
          <w:b w:val="0"/>
          <w:i w:val="0"/>
        </w:rPr>
        <w:t>Khi lính gác đã khuất bóng an toàn, Ross, theo sát phía sau là William và Juan, lao về phía tòa nhà. Họ biết chính xác điểm dừng tiếp theo sẽ ở đâu, vì cầu thang nhà bếp đã in sâu vào tâm trí họ từ mô hình ở ngôi nhà an toàn. Nhưng đây thì chẳng an toàn chút nào. Khi đến cầu thang, Ross bước xuống các bậc, theo sát phía sau là William và Juan, rồi ngồi xổm đối diện một lối vào có ghi ‘</w:t>
      </w:r>
      <w:r>
        <w:rPr>
          <w:b w:val="0"/>
          <w:i/>
        </w:rPr>
        <w:t>Entrada de servicio</w:t>
      </w:r>
      <w:r>
        <w:rPr>
          <w:b w:val="0"/>
          <w:i w:val="0"/>
        </w:rPr>
        <w:t>’.</w:t>
      </w:r>
    </w:p>
    <w:p>
      <w:pPr>
        <w:spacing w:after="80"/>
      </w:pPr>
      <w:r>
        <w:rPr>
          <w:b w:val="0"/>
          <w:i w:val="0"/>
        </w:rPr>
        <w:t>William nín thở, chỉ nghe thấy tiếng tim mình đập, không phải bảy mươi hai nhịp mỗi phút, khi lính gác đi ngang qua cách họ vài bước chân phía trên, rồi một lần nữa biến mất quanh góc xa của tòa nhà.</w:t>
      </w:r>
    </w:p>
    <w:p>
      <w:pPr>
        <w:spacing w:after="80"/>
      </w:pPr>
      <w:r>
        <w:rPr>
          <w:b w:val="0"/>
          <w:i w:val="0"/>
        </w:rPr>
        <w:t>Bước tiếp theo là cầu thang thoát hiểm. Ross liếc nhìn lên tầng bốn và nhẹ nhõm khi thấy một trong ba cửa sổ được đánh dấu chữ thập đỏ đang mở. Khi tiến lại gần cầu thang thoát hiểm, anh không còn cần phải ngoái lại kiểm tra xem hai con chó săn máu của mình có còn đuổi theo không.</w:t>
      </w:r>
    </w:p>
    <w:p>
      <w:pPr>
        <w:spacing w:after="80"/>
      </w:pPr>
      <w:r>
        <w:rPr>
          <w:b w:val="0"/>
          <w:i w:val="0"/>
        </w:rPr>
        <w:t>Anh nắm chặt hai bên thang sắt và bắt đầu leo lên với kỹ năng của một tên trộm mèo lão luyện. William và Juan, không thạo nghề bằng, bám theo sau vài bậc.</w:t>
      </w:r>
    </w:p>
    <w:p>
      <w:pPr>
        <w:spacing w:after="80"/>
      </w:pPr>
      <w:r>
        <w:rPr>
          <w:b w:val="0"/>
          <w:i w:val="0"/>
        </w:rPr>
        <w:t>Khi lên đến tầng bốn, Ross bước nhẹ nhàng sang bệ cửa sổ gần nhất, và chỉ với một động tác, anh đu mình qua cửa sổ đang mở và đáp xuống sàn gỗ không một tiếng động. Mắt anh nhanh chóng dừng lại ở chiếc giường phía bên kia căn phòng, nơi một người phụ nữ trẻ đang ngủ ngon lành. Cô sắp gặp một cơn ác mộng rồi, Ross nghĩ thầm, khi anh thận trọng tiến về phía cô.</w:t>
      </w:r>
    </w:p>
    <w:p>
      <w:pPr>
        <w:spacing w:after="80"/>
      </w:pPr>
      <w:r>
        <w:rPr>
          <w:b w:val="0"/>
          <w:i w:val="0"/>
        </w:rPr>
        <w:t>William vừa chui qua cửa sổ đang mở thì Ross đặt tay lên miệng người phụ nữ trẻ. Ngay cả trong ánh trăng mờ nhạt, anh cũng không thể bỏ lỡ vẻ kinh hoàng trong mắt cô khi cô bắt đầu run rẩy không kiểm soát.</w:t>
      </w:r>
    </w:p>
    <w:p>
      <w:pPr>
        <w:spacing w:after="80"/>
      </w:pPr>
      <w:r>
        <w:rPr>
          <w:b w:val="0"/>
          <w:i w:val="0"/>
        </w:rPr>
        <w:t>Juan, người đã đáp xuống phòng với một tiếng bịch, nhanh chóng chạy đến bên giường và nói với người phụ nữ trẻ bằng chính tiếng mẹ đẻ của cô, điều đó dường như trấn an cô, vì cô đã ngừng run. Cô gật đầu khi Ross ra hiệu rằng anh sẽ bỏ tay ra, một lần nữa được Juan giúp đỡ khi anh ta trấn an cô rằng cô sẽ không bị hại gì nếu cô giữ im lặng. Nhưng Ross không muốn mạo hiểm chút nào. Anh trói cổ tay và chân cô trong khi William nhét giẻ vào miệng cô thật chặt bằng một trong những chiếc tất của chính cô.</w:t>
      </w:r>
    </w:p>
    <w:p>
      <w:pPr>
        <w:spacing w:after="80"/>
      </w:pPr>
      <w:r>
        <w:rPr>
          <w:b w:val="0"/>
          <w:i w:val="0"/>
        </w:rPr>
        <w:t>Juan quay lại cửa sổ và nhìn xuống từ sau tấm rèm khi hai gã bảo vệ lại thong thả đi ngang qua, đèn pin của họ quét khắp mọi hướng trừ ngôi nhà. Khi không còn thấy họ nữa, anh đến chỗ William và Ross ở cửa. William thận trọng mở cửa hé ra vài phân và chờ một lát trước khi thò đầu ra hành lang không có đèn. Không thấy ai. Đóng cửa lại không tiếng động phía sau, cả ba rẽ phải và tiến về phía đầu cầu thang.</w:t>
      </w:r>
    </w:p>
    <w:p>
      <w:pPr>
        <w:spacing w:after="80"/>
      </w:pPr>
      <w:r>
        <w:rPr>
          <w:b w:val="0"/>
          <w:i w:val="0"/>
        </w:rPr>
        <w:t>William dẫn họ chậm rãi xuống cầu thang trải thảm dày, dù mỗi người trong bọn họ đều biết rõ bố cục ngôi nhà như thể đó là nhà của chính mình. Họ dừng lại khi đến chiếu nghỉ dẫn tới phòng ngủ chính. William và Juan đứng yên trong khi Ross tiếp tục xuống những bậc thang đá cẩm thạch uốn lượn xuống tầng trệt.</w:t>
      </w:r>
    </w:p>
    <w:p>
      <w:pPr>
        <w:spacing w:after="80"/>
      </w:pPr>
      <w:r>
        <w:rPr>
          <w:b w:val="0"/>
          <w:i w:val="0"/>
        </w:rPr>
        <w:t>Khi anh và Juan rón rén đi dọc hành lang, William thậm chí không liếc nhìn những bức tranh tuyệt đẹp trang trí trên tường. Anh chỉ dừng lại một lát trước khi đặt tay lên nắm cửa. Anh xoay nó chậm rãi, không tiếng động, và phát hiện nó không khóa. Anh đẩy cửa mở, nhưng ngay khoảnh khắc anh bước vào phòng, một tiếng chuông báo động chói tai vang lên, và những ngọn đèn hồ quang khổng lồ lập tức chiếu sáng khuôn viên bên ngoài, tràn ngập ánh sáng khắp ngôi nhà. William bật đèn phòng ngủ và nhìn chằm chằm vào một chiếc giường lớn trống rỗng chưa ai ngủ. Faulkner rõ ràng đã đoán trước được Kế hoạch A. Juan nhanh chóng liên lạc qua bộ đàm với đội của anh đang chờ.</w:t>
      </w:r>
    </w:p>
    <w:p>
      <w:pPr>
        <w:spacing w:after="80"/>
      </w:pPr>
      <w:r>
        <w:rPr>
          <w:b w:val="0"/>
          <w:i w:val="0"/>
        </w:rPr>
        <w:t>Ở tầng dưới trong phòng làm việc, Faulkner bật dậy khỏi chiếc giường tạm của mình ngay khi chuông báo động vang lên. Ông không lo lắng khi nghe thấy tiếng bước chân dồn dập vang vọng dọc hành lang đá cẩm thạch dẫn tới phòng làm việc. Ông có thừa thời gian. Ông bước đến cánh cửa kim loại và gõ vào mặt chiếc đồng hồ chưa bao giờ rời khỏi cổ tay ông. Khi mặt số sáng lên, ông nhập 03 43, bốn con số đầu tiên của mã thời gian. Ông vừa nhập xong 09 88, tháng và năm, thì nghe thấy tiếng chìa khóa xoay trong ổ cửa phía sau. Nhưng sao có thể như vậy được? Ông nhanh chóng bước vào trong két sắt đúng lúc Ross xông vào phòng làm việc và lao về phía ông.</w:t>
      </w:r>
    </w:p>
    <w:p>
      <w:pPr>
        <w:spacing w:after="80"/>
      </w:pPr>
      <w:r>
        <w:rPr>
          <w:b w:val="0"/>
          <w:i w:val="0"/>
        </w:rPr>
        <w:t>Ông chỉ còn cách một bước chân thì Faulkner đóng sầm cánh cửa khổng lồ lại, thở phào nhẹ nhõm khi nghe thấy những thanh chốt thép nặng nề trượt vào vị trí.</w:t>
      </w:r>
    </w:p>
    <w:p>
      <w:pPr>
        <w:spacing w:after="80"/>
      </w:pPr>
      <w:r>
        <w:rPr>
          <w:b w:val="0"/>
          <w:i w:val="0"/>
        </w:rPr>
        <w:t>Ross định gõ vào đồng hồ của mình và nhập mã mở cửa két sắt thì nghe thấy tiếng bước chân chạy dọc hành lang. Anh quyết định chờ cậu bé hát thánh ca và viên trung úy xuất hiện trước khi thực hiện nghi lễ khai mạc.</w:t>
      </w:r>
    </w:p>
    <w:p>
      <w:pPr>
        <w:spacing w:after="80"/>
        <w:jc w:val="center"/>
      </w:pPr>
      <w:r>
        <w:rPr>
          <w:b w:val="0"/>
          <w:i w:val="0"/>
        </w:rPr>
        <w:t>• • •</w:t>
      </w:r>
    </w:p>
    <w:p>
      <w:pPr>
        <w:spacing w:after="80"/>
      </w:pPr>
      <w:r>
        <w:rPr>
          <w:b w:val="0"/>
          <w:i w:val="0"/>
        </w:rPr>
        <w:t>Faulkner cũng đang mỉm cười, nhưng rồi ông cho rằng thời gian đứng về phía mình. Booth Watson sẽ đến vào sáng muộn hôm đó, và nếu lũ xâm nhập chưa rời đi trước lúc đó, chỉ một cuộc điện thoại từ luật sư Tây Ban Nha của ông là chúng sẽ nhanh chóng bị tống khứ. Và điều mà những kẻ truy đuổi ông không biết là Tướng Franco đã xây một đường hầm từ phòng làm việc dưới lòng đất của ông xuyên qua vách đá dẫn tới một vịnh nhỏ nơi du thuyền của ông sẽ chờ sẵn. Lần này thuyền trưởng sẽ đưa ông đến một nơi không có hiệp ước dẫn độ với Anh.</w:t>
      </w:r>
    </w:p>
    <w:p>
      <w:pPr>
        <w:spacing w:after="80"/>
      </w:pPr>
      <w:r>
        <w:rPr>
          <w:b w:val="0"/>
          <w:i w:val="0"/>
        </w:rPr>
        <w:t>Ông chạm vào mặt đồng hồ để kiểm tra giờ: 03.45. Mã sẽ mở cửa ngoài và cho phép ông xuống nơi an toàn của thế giới khác. Lần này năm đến trước, 88, tiếp theo là tháng, 09, và cuối cùng là giờ, vừa nhảy sang 0346. Ông sẽ phải chờ một lát trước khi có thể nhập mã mới. Ông chờ cho đèn tắt rồi mới chạm lại vào mặt đồng hồ để có thể bắt đầu lại toàn bộ quá trình. Ông gõ vào mặt đồng hồ và nhập 88, nhưng đèn lập tức nhấp nháy, mờ dần rồi tắt hẳn. Ông chạm lại vào mặt đồng hồ, nhưng chỉ kịp nhập 03 thì đèn lại tắt. Ông gõ vào đồng hồ mạnh hơn trước, nhưng nó không chịu sáng lên. Ông chọc vào nó liên tục, nhưng vẫn không có phản hồi. Ông bèn tháo nó khỏi cổ tay và lắc mạnh, nhưng không ích gì. Pin đã cạn.</w:t>
      </w:r>
    </w:p>
    <w:p>
      <w:pPr>
        <w:spacing w:after="80"/>
        <w:jc w:val="center"/>
      </w:pPr>
      <w:r>
        <w:rPr>
          <w:b w:val="0"/>
          <w:i w:val="0"/>
        </w:rPr>
        <w:t>• • •</w:t>
      </w:r>
    </w:p>
    <w:p>
      <w:pPr>
        <w:spacing w:after="80"/>
      </w:pPr>
      <w:r>
        <w:rPr>
          <w:b w:val="0"/>
          <w:i w:val="0"/>
        </w:rPr>
        <w:t>William chạy vào phòng làm việc của Faulkner, thở hổn hển, và thấy Ross đang nhìn chằm chằm vào cánh cửa kim loại đóng kín. "Tôi đến không kịp," anh nói.</w:t>
      </w:r>
    </w:p>
    <w:p>
      <w:pPr>
        <w:spacing w:after="80"/>
      </w:pPr>
      <w:r>
        <w:rPr>
          <w:b w:val="0"/>
          <w:i w:val="0"/>
        </w:rPr>
        <w:t>William nguyền rủa khi Juan lao vào nhập bọn với họ.</w:t>
      </w:r>
    </w:p>
    <w:p>
      <w:pPr>
        <w:spacing w:after="80"/>
      </w:pPr>
      <w:r>
        <w:rPr>
          <w:b w:val="0"/>
          <w:i w:val="0"/>
        </w:rPr>
        <w:t>‘Người của tôi đã bao vây tòa nhà và đang tóm gọn lũ lính gác,’ Juan thở hồng hộc nói. ‘Nên hắn đừng hòng thoát ra.’</w:t>
      </w:r>
    </w:p>
    <w:p>
      <w:pPr>
        <w:spacing w:after="80"/>
      </w:pPr>
      <w:r>
        <w:rPr>
          <w:b w:val="0"/>
          <w:i w:val="0"/>
        </w:rPr>
        <w:t>‘Nhưng chúng ta không vào được,’ William nói, mắt dán vào cánh cửa kim loại.</w:t>
      </w:r>
    </w:p>
    <w:p>
      <w:pPr>
        <w:spacing w:after="80"/>
      </w:pPr>
      <w:r>
        <w:rPr>
          <w:b w:val="0"/>
          <w:i w:val="0"/>
        </w:rPr>
        <w:t>Ross không nói gì, chỉ kéo tay áo trái của bộ đồ thể thao lên và chạm vào mặt đồng hồ, thứ lập tức sáng lên.</w:t>
      </w:r>
    </w:p>
    <w:p>
      <w:pPr>
        <w:spacing w:after="80"/>
      </w:pPr>
      <w:r>
        <w:rPr>
          <w:b w:val="0"/>
          <w:i w:val="0"/>
        </w:rPr>
        <w:t>Anh kiểm tra giờ, 03.48, và chuẩn bị nhập mã thì Collins bình thản bước vào phòng, mặc áo đuôi tôm, quần sọc, cổ áo trắng cứng và cà vạt lụa xám.</w:t>
      </w:r>
    </w:p>
    <w:p>
      <w:pPr>
        <w:spacing w:after="80"/>
      </w:pPr>
      <w:r>
        <w:rPr>
          <w:b w:val="0"/>
          <w:i w:val="0"/>
        </w:rPr>
        <w:t>‘Chào buổi sáng, các quý ông,’ ông ta nói. ‘E rằng ông Sartona vẫn chưa trở về từ chuyến công tác. Nếu tôi có thể giúp gì cho các vị, xin cứ nói.’</w:t>
      </w:r>
    </w:p>
    <w:p>
      <w:pPr>
        <w:spacing w:after="80"/>
      </w:pPr>
      <w:r>
        <w:rPr>
          <w:b w:val="0"/>
          <w:i w:val="0"/>
        </w:rPr>
        <w:t>Ross xoay người, nắm đấm siết chặt, tiến về phía người quản gia, nhưng Juan nhanh chóng bước vào giữa họ, vừa đủ sức giữ hai người đàn ông tách ra, trong khi Ross tuôn một tràng lời chửi rủa vào Collins, kẻ chỉ đứng đó, mặt lạnh như tiền.</w:t>
      </w:r>
    </w:p>
    <w:p>
      <w:pPr>
        <w:spacing w:after="80"/>
      </w:pPr>
      <w:r>
        <w:rPr>
          <w:b w:val="0"/>
          <w:i w:val="0"/>
        </w:rPr>
        <w:t>‘Im lặng!’ William đột nhiên hét lên. Anh bước tới cánh cửa kim loại, quỳ xuống và áp tai vào bề mặt của nó.</w:t>
      </w:r>
    </w:p>
    <w:p>
      <w:pPr>
        <w:spacing w:after="80"/>
      </w:pPr>
      <w:r>
        <w:rPr>
          <w:b w:val="0"/>
          <w:i w:val="0"/>
        </w:rPr>
        <w:t>Cốc.</w:t>
      </w:r>
    </w:p>
    <w:p>
      <w:pPr>
        <w:spacing w:after="80"/>
      </w:pPr>
      <w:r>
        <w:rPr>
          <w:b w:val="0"/>
          <w:i w:val="0"/>
        </w:rPr>
        <w:t>Họ căng tai nghe âm thanh yếu ớt ấy, được lặp lại vài giây sau đó.</w:t>
      </w:r>
    </w:p>
    <w:p>
      <w:pPr>
        <w:spacing w:after="80"/>
      </w:pPr>
      <w:r>
        <w:rPr>
          <w:b w:val="0"/>
          <w:i w:val="0"/>
        </w:rPr>
        <w:t>Cốc, cốc . .</w:t>
      </w:r>
    </w:p>
    <w:p>
      <w:pPr>
        <w:spacing w:after="80"/>
      </w:pPr>
      <w:r>
        <w:rPr>
          <w:b w:val="0"/>
          <w:i w:val="0"/>
        </w:rPr>
        <w:t>‘Lạy Chúa,’ Collins nói, lớp vỏ bề ngoài cuối cùng cũng rạn vỡ. ‘Ông Faulkner đã tự nhốt mình bên trong.’</w:t>
      </w:r>
    </w:p>
    <w:p>
      <w:pPr>
        <w:spacing w:after="80"/>
      </w:pPr>
      <w:r>
        <w:rPr>
          <w:b w:val="0"/>
          <w:i w:val="0"/>
        </w:rPr>
        <w:t>‘Vậy thì vì Chúa, hãy nói cho chúng tôi biết cách đưa ông ấy ra,’ Juan nói, ‘trước khi quá muộn.’</w:t>
      </w:r>
    </w:p>
    <w:p>
      <w:pPr>
        <w:spacing w:after="80"/>
      </w:pPr>
      <w:r>
        <w:rPr>
          <w:b w:val="0"/>
          <w:i w:val="0"/>
        </w:rPr>
        <w:t>‘Tôi không biết,’ người quản gia thú nhận. ‘Ông ấy là người duy nhất có chiếc đồng hồ.’</w:t>
      </w:r>
    </w:p>
    <w:p>
      <w:pPr>
        <w:spacing w:after="80"/>
      </w:pPr>
      <w:r>
        <w:rPr>
          <w:b w:val="0"/>
          <w:i w:val="0"/>
        </w:rPr>
        <w:t>Ross mỉm cười.</w:t>
      </w:r>
    </w:p>
    <w:p>
      <w:pPr>
        <w:spacing w:after="80"/>
      </w:pPr>
      <w:r>
        <w:rPr>
          <w:b w:val="0"/>
          <w:i w:val="0"/>
        </w:rPr>
        <w:t>Cốc, cốc, cốc …</w:t>
      </w:r>
    </w:p>
    <w:p>
      <w:pPr>
        <w:spacing w:after="80"/>
      </w:pPr>
      <w:r>
        <w:rPr>
          <w:b w:val="0"/>
          <w:i w:val="0"/>
        </w:rPr>
        <w:t>‘Chắc phải có một cái dự phòng chứ,’ Juan khăng khăng.</w:t>
      </w:r>
    </w:p>
    <w:p>
      <w:pPr>
        <w:spacing w:after="80"/>
      </w:pPr>
      <w:r>
        <w:rPr>
          <w:b w:val="0"/>
          <w:i w:val="0"/>
        </w:rPr>
        <w:t>‘Không, không có đâu,’ quản gia đáp. ‘Người duy nhất khác biết ai đã làm ra nó là luật sư của ông Faulkner, ông Booth Watson, mà ông ấy phải đến mười hai giờ mới tới.’</w:t>
      </w:r>
    </w:p>
    <w:p>
      <w:pPr>
        <w:spacing w:after="80"/>
      </w:pPr>
      <w:r>
        <w:rPr>
          <w:b w:val="0"/>
          <w:i w:val="0"/>
        </w:rPr>
        <w:t>Cốc, cốc, cốc…</w:t>
      </w:r>
    </w:p>
    <w:p>
      <w:pPr>
        <w:spacing w:after="80"/>
      </w:pPr>
      <w:r>
        <w:rPr>
          <w:b w:val="0"/>
          <w:i w:val="0"/>
        </w:rPr>
        <w:t>Tất cả đều nhìn chằm chằm vào chiếc két sắt.</w:t>
      </w:r>
    </w:p>
    <w:p>
      <w:pPr>
        <w:spacing w:after="80"/>
      </w:pPr>
      <w:r>
        <w:rPr>
          <w:b w:val="0"/>
          <w:i w:val="0"/>
        </w:rPr>
        <w:t>‘Anh ta hy vọng sống được bao lâu trong đó?’ William nói, gần như tự nói với chính mình.</w:t>
      </w:r>
    </w:p>
    <w:p>
      <w:pPr>
        <w:spacing w:after="80"/>
      </w:pPr>
      <w:r>
        <w:rPr>
          <w:b w:val="0"/>
          <w:i w:val="0"/>
        </w:rPr>
        <w:t>Cốc… cốc…</w:t>
      </w:r>
    </w:p>
    <w:p>
      <w:pPr>
        <w:spacing w:after="80"/>
      </w:pPr>
      <w:r>
        <w:rPr>
          <w:b w:val="0"/>
          <w:i w:val="0"/>
        </w:rPr>
        <w:t>‘Cùng lắm là bốn, có khi năm tiếng,’ Ross nói, hạ tay xuống và để tay áo bộ đồ thể thao rủ xuống che cổ tay.</w:t>
      </w:r>
    </w:p>
    <w:p>
      <w:pPr>
        <w:spacing w:after="80"/>
      </w:pPr>
      <w:r>
        <w:rPr>
          <w:b w:val="0"/>
          <w:i w:val="0"/>
        </w:rPr>
        <w:t>Cốc…</w:t>
      </w:r>
    </w:p>
    <w:p>
      <w:pPr>
        <w:spacing w:after="80"/>
      </w:pPr>
      <w:r>
        <w:rPr>
          <w:b w:val="0"/>
          <w:i w:val="0"/>
        </w:rPr>
        <w:t>Cốc . .</w:t>
      </w:r>
    </w:p>
    <w:p>
      <w:pPr>
        <w:spacing w:after="80"/>
      </w:pPr>
      <w:r>
        <w:rPr>
          <w:b w:val="0"/>
          <w:i w:val="0"/>
        </w:rPr>
        <w:t>Cốc.</w:t>
      </w:r>
    </w:p>
    <w:p>
      <w:pPr>
        <w:spacing w:after="80"/>
      </w:pPr>
      <w:r>
        <w:rPr>
          <w:b w:val="0"/>
          <w:i w:val="0"/>
        </w:rPr>
        <w:t>‘Chúng ta sẽ phải gọi chuyên gia đến,’ William nói, quay sang Juan, ‘nếu muốn có chút cơ hội đưa anh ta ra trước khi anh ta ngạt thở.’</w:t>
      </w:r>
    </w:p>
    <w:p>
      <w:pPr>
        <w:spacing w:after="80"/>
      </w:pPr>
      <w:r>
        <w:rPr>
          <w:b w:val="0"/>
          <w:i w:val="0"/>
        </w:rPr>
        <w:t>‘Không đơn giản thế đâu,’ Juan nói. ‘Bà Martinez đã xin được lệnh tòa cấm bất kỳ ai ngoài Faulkner hoặc luật sư của ông ta động vào nó.’</w:t>
      </w:r>
    </w:p>
    <w:p>
      <w:pPr>
        <w:spacing w:after="80"/>
      </w:pPr>
      <w:r>
        <w:rPr>
          <w:b w:val="0"/>
          <w:i w:val="0"/>
        </w:rPr>
        <w:t>‘Vậy thì gọi ngay cho bà ấy,’ William thúc giục. ‘Giải thích rõ chính xác chuyện gì đã xảy ra và hậu quả nếu chúng ta không mở được cửa.’</w:t>
      </w:r>
    </w:p>
    <w:p>
      <w:pPr>
        <w:spacing w:after="80"/>
      </w:pPr>
      <w:r>
        <w:rPr>
          <w:b w:val="0"/>
          <w:i w:val="0"/>
        </w:rPr>
        <w:t>‘Nhưng phải gần chín giờ bà ấy mới có mặt ở văn phòng, mà lúc đó thì đã quá muộn,’ Juan nói.</w:t>
      </w:r>
    </w:p>
    <w:p>
      <w:pPr>
        <w:spacing w:after="80"/>
      </w:pPr>
      <w:r>
        <w:rPr>
          <w:b w:val="0"/>
          <w:i w:val="0"/>
        </w:rPr>
        <w:t>‘Collins sẽ biết số của bà ấy,’ William nói, nhìn quanh, nhưng chẳng thấy quản gia đâu cả.</w:t>
      </w:r>
    </w:p>
    <w:p>
      <w:pPr>
        <w:spacing w:after="80"/>
      </w:pPr>
      <w:r>
        <w:rPr>
          <w:b w:val="0"/>
          <w:i w:val="0"/>
        </w:rPr>
        <w:t>‘Ông ta biến đi đâu rồi chứ?’ Ross nói khi một đèn đỏ bắt đầu nhấp nháy trên chiếc điện thoại trên bàn Faulkner.</w:t>
      </w:r>
    </w:p>
    <w:p>
      <w:pPr>
        <w:spacing w:after="80"/>
      </w:pPr>
      <w:r>
        <w:rPr>
          <w:b w:val="0"/>
          <w:i w:val="0"/>
        </w:rPr>
        <w:t>‘Lại đi trước chúng ta một bước nữa rồi,’ Juan nói. ‘May mà Faulkner không tin ai cả,’ anh ta thêm vào khi đặt một ngón tay lên môi và nhấn nút loa.</w:t>
      </w:r>
    </w:p>
    <w:p>
      <w:pPr>
        <w:spacing w:after="80"/>
      </w:pPr>
      <w:r>
        <w:rPr>
          <w:b w:val="0"/>
          <w:i w:val="0"/>
        </w:rPr>
        <w:t>‘Anh gọi tôi dậy vào giờ này sáng sớm là có ý gì hả, Collins?’ một giọng nói vang lên mà William nhận ra ngay lập tức.</w:t>
      </w:r>
    </w:p>
    <w:p>
      <w:pPr>
        <w:spacing w:after="80"/>
      </w:pPr>
      <w:r>
        <w:rPr>
          <w:b w:val="0"/>
          <w:i w:val="0"/>
        </w:rPr>
        <w:t>‘Tôi xin lỗi vì đã đánh thức ngài, thưa ngài,’ Collins nói, ‘nhưng ông Faulkner đã tự khóa mình trong két sắt, và tôi không có cách nào đưa ông ấy ra ngoài.’</w:t>
      </w:r>
    </w:p>
    <w:p>
      <w:pPr>
        <w:spacing w:after="80"/>
      </w:pPr>
      <w:r>
        <w:rPr>
          <w:b w:val="0"/>
          <w:i w:val="0"/>
        </w:rPr>
        <w:t>‘Gọi cho Isobel Martinez ngay lập tức,’ Booth Watson nói, đột nhiên tỉnh táo hoàn toàn. ‘Cô ấy có thể gỡ bỏ lệnh của tòa án. Sau đó gọi đội cứu hỏa. Họ sẽ có thiết bị phù hợp để khoan một lỗ trên cửa để ít nhất ông ấy có thể thở, điều đó sẽ cho chúng ta thêm chút thời gian. Nhưng rốt cuộc ông ấy làm gì trong đó chứ?’</w:t>
      </w:r>
    </w:p>
    <w:p>
      <w:pPr>
        <w:spacing w:after="80"/>
      </w:pPr>
      <w:r>
        <w:rPr>
          <w:b w:val="0"/>
          <w:i w:val="0"/>
        </w:rPr>
        <w:t>‘Thanh tra Warwick, Trung úy Sanchez và một cảnh sát thứ ba xuất hiện vào giữa đêm.’</w:t>
      </w:r>
    </w:p>
    <w:p>
      <w:pPr>
        <w:spacing w:after="80"/>
      </w:pPr>
      <w:r>
        <w:rPr>
          <w:b w:val="0"/>
          <w:i w:val="0"/>
        </w:rPr>
        <w:t>‘Chắc chắn là DI Hogan,’ Booth Watson nói. ‘Señora Martinez sẽ phải lo cả họ nữa. Bảo với cô ấy tôi sẽ lên chuyến bay đầu tiên đến Barcelona.’</w:t>
      </w:r>
    </w:p>
    <w:p>
      <w:pPr>
        <w:spacing w:after="80"/>
      </w:pPr>
      <w:r>
        <w:rPr>
          <w:b w:val="0"/>
          <w:i w:val="0"/>
        </w:rPr>
        <w:t>‘Tôi sẽ phải quay lại phòng làm việc và tra số của cô ấy trong sổ liên lạc của ông chủ,’ Collins nói. ‘Tôi nói gì với Warwick nếu anh ta—’</w:t>
      </w:r>
    </w:p>
    <w:p>
      <w:pPr>
        <w:spacing w:after="80"/>
      </w:pPr>
      <w:r>
        <w:rPr>
          <w:b w:val="0"/>
          <w:i w:val="0"/>
        </w:rPr>
        <w:t>‘Bảo với anh ta là anh đang gọi cho luật sư của mình. Họ không thể ngăn anh làm điều đó,’ Booth Watson nói khi dập mạnh điện thoại và lồm cồm ra khỏi giường.</w:t>
      </w:r>
    </w:p>
    <w:p>
      <w:pPr>
        <w:spacing w:after="80"/>
      </w:pPr>
      <w:r>
        <w:rPr>
          <w:b w:val="0"/>
          <w:i w:val="0"/>
        </w:rPr>
        <w:t>‘Tôi có thể đưa ông ấy ra khỏi đó,’ Ross nói, nhìn vào cánh cửa, ‘nhưng tôi cần Collins tránh xa,’ anh ta thêm vào mà không giải thích, khi người quản gia quay lại phòng và đi thẳng đến bàn làm việc của Faulkner.</w:t>
      </w:r>
    </w:p>
    <w:p>
      <w:pPr>
        <w:spacing w:after="80"/>
      </w:pPr>
      <w:r>
        <w:rPr>
          <w:b w:val="0"/>
          <w:i w:val="0"/>
        </w:rPr>
        <w:t>Sanchez ngay lập tức bước vào đường đi của anh ta. ‘Anh bị bắt, ông Collins.’</w:t>
      </w:r>
    </w:p>
    <w:p>
      <w:pPr>
        <w:spacing w:after="80"/>
      </w:pPr>
      <w:r>
        <w:rPr>
          <w:b w:val="0"/>
          <w:i w:val="0"/>
        </w:rPr>
        <w:t>‘Với tội danh gì?’</w:t>
      </w:r>
    </w:p>
    <w:p>
      <w:pPr>
        <w:spacing w:after="80"/>
      </w:pPr>
      <w:r>
        <w:rPr>
          <w:b w:val="0"/>
          <w:i w:val="0"/>
        </w:rPr>
        <w:t>‘Cản trở cảnh sát thực thi nhiệm vụ,’ Sanchez nói, khi hai sĩ quan mặc đồng phục bước tới và túm lấy cánh tay Collins. ‘Đưa anh ta đến đồn và nhốt lại. Đảm bảo anh ta không nói chuyện với ai trước khi tôi đến đó.’</w:t>
      </w:r>
    </w:p>
    <w:p>
      <w:pPr>
        <w:spacing w:after="80"/>
      </w:pPr>
      <w:r>
        <w:rPr>
          <w:b w:val="0"/>
          <w:i w:val="0"/>
        </w:rPr>
        <w:t>‘Tôi có quyền gọi cho luật sư của mình,’ Collins phản đối. ‘Đó là luật.’</w:t>
      </w:r>
    </w:p>
    <w:p>
      <w:pPr>
        <w:spacing w:after="80"/>
      </w:pPr>
      <w:r>
        <w:rPr>
          <w:b w:val="0"/>
          <w:i w:val="0"/>
        </w:rPr>
        <w:t>‘Anh đã gọi rồi mà,’ Juan nói khi hai sĩ quan lôi Collins ra khỏi phòng.</w:t>
      </w:r>
    </w:p>
    <w:p>
      <w:pPr>
        <w:spacing w:after="80"/>
      </w:pPr>
      <w:r>
        <w:rPr>
          <w:b w:val="0"/>
          <w:i w:val="0"/>
        </w:rPr>
        <w:t>William đợi cửa phòng làm việc đóng lại rồi mới nói, ‘Vậy nói cho tôi biết đi Ross, anh định mở cánh cửa đó bằng cách nào?’</w:t>
      </w:r>
    </w:p>
    <w:p>
      <w:pPr>
        <w:spacing w:after="80"/>
      </w:pPr>
      <w:r>
        <w:rPr>
          <w:b w:val="0"/>
          <w:i w:val="0"/>
        </w:rPr>
        <w:t>‘Mọi thứ đúng lúc thôi,’ Ross nói khi lật nhanh cuốn danh bạ điện thoại trên bàn Faulkner. Anh ta tìm thấy cái tên mình cần và bấm một số.</w:t>
      </w:r>
    </w:p>
    <w:p>
      <w:pPr>
        <w:spacing w:after="80"/>
      </w:pPr>
      <w:r>
        <w:rPr>
          <w:b w:val="0"/>
          <w:i w:val="0"/>
        </w:rPr>
        <w:t>‘Ai đấy?’ một giọng ngái ngủ hỏi.</w:t>
      </w:r>
    </w:p>
    <w:p>
      <w:pPr>
        <w:spacing w:after="80"/>
      </w:pPr>
      <w:r>
        <w:rPr>
          <w:b w:val="0"/>
          <w:i w:val="0"/>
        </w:rPr>
        <w:t>‘Tôi là thư ký riêng của ông Faulkner. Ông ấy bảo tôi báo với anh rằng kế hoạch đã thay đổi. Ông ấy bị ốm, không nghiêm trọng, nhưng ông muốn về London càng nhanh càng tốt để gặp bác sĩ riêng của mình. Bao lâu nữa thì anh có thể chuẩn bị máy bay của ông ấy để cất cánh?’</w:t>
      </w:r>
    </w:p>
    <w:p>
      <w:pPr>
        <w:spacing w:after="80"/>
      </w:pPr>
      <w:r>
        <w:rPr>
          <w:b w:val="0"/>
          <w:i w:val="0"/>
        </w:rPr>
        <w:t>‘Khoảng hai tiếng, cùng lắm là ba tiếng,’ một giọng nói không còn ngái ngủ nữa đáp. ‘Tôi sẽ báo cho tổ bay ngay lập tức, nhưng giờ khởi hành sẽ phụ thuộc vào việc khi nào chúng tôi xin được lịch hạ cánh ở London.’</w:t>
      </w:r>
    </w:p>
    <w:p>
      <w:pPr>
        <w:spacing w:after="80"/>
      </w:pPr>
      <w:r>
        <w:rPr>
          <w:b w:val="0"/>
          <w:i w:val="0"/>
        </w:rPr>
        <w:t>‘Bảo họ là trường hợp khẩn cấp,’ Ross nói. ‘Chúng tôi sẽ gặp anh ở sân bay.’</w:t>
      </w:r>
    </w:p>
    <w:p>
      <w:pPr>
        <w:spacing w:after="80"/>
      </w:pPr>
      <w:r>
        <w:rPr>
          <w:b w:val="0"/>
          <w:i w:val="0"/>
        </w:rPr>
        <w:t>‘Rõ,’ viên phi công nói, ông ta đã ra khỏi giường trước khi Ross đặt điện thoại xuống.</w:t>
      </w:r>
    </w:p>
    <w:p>
      <w:pPr>
        <w:spacing w:after="80"/>
      </w:pPr>
      <w:r>
        <w:rPr>
          <w:b w:val="0"/>
          <w:i w:val="0"/>
        </w:rPr>
        <w:t>‘Là cái đồng hồ, đúng không?’ William nói, nhớ lại mặt số đen không rõ nguồn gốc đã thay thế chiếc Rolex của Jo.</w:t>
      </w:r>
    </w:p>
    <w:p>
      <w:pPr>
        <w:spacing w:after="80"/>
      </w:pPr>
      <w:r>
        <w:rPr>
          <w:b w:val="0"/>
          <w:i w:val="0"/>
        </w:rPr>
        <w:t>Ross mỉm cười. ‘Giờ Collins đã bị gạt sang một bên, tôi sẽ đưa Faulkner ra ngoài, rồi chúng ta có thể đưa ông ta ra sân bay và đưa ông ta bay về London trên chính máy bay của ông ta.’</w:t>
      </w:r>
    </w:p>
    <w:p>
      <w:pPr>
        <w:spacing w:after="80"/>
      </w:pPr>
      <w:r>
        <w:rPr>
          <w:b w:val="0"/>
          <w:i w:val="0"/>
        </w:rPr>
        <w:t>‘Đó là bắt cóc,’ William nói, ‘mà, phòng khi anh quên, là phạm pháp, ở cả hai nước.’</w:t>
      </w:r>
    </w:p>
    <w:p>
      <w:pPr>
        <w:spacing w:after="80"/>
      </w:pPr>
      <w:r>
        <w:rPr>
          <w:b w:val="0"/>
          <w:i w:val="0"/>
        </w:rPr>
        <w:t>‘Rõ ràng là anh đã quên, thưa Tổng thanh tra,’ Ross nói, ‘rằng Faulkner đã đòi gặp bác sĩ của ông ta. Tôi nhớ rõ ông ta có nhắc đến cụm từ Harley Street.’</w:t>
      </w:r>
    </w:p>
    <w:p>
      <w:pPr>
        <w:spacing w:after="80"/>
      </w:pPr>
      <w:r>
        <w:rPr>
          <w:b w:val="0"/>
          <w:i w:val="0"/>
        </w:rPr>
        <w:t>‘Chính quyền Tây Ban Nha chắc chắn sẽ không xin lệnh dẫn độ để đưa ông ta trở lại đâu,’ Juan nói, giọng dửng dưng.</w:t>
      </w:r>
    </w:p>
    <w:p>
      <w:pPr>
        <w:spacing w:after="80"/>
      </w:pPr>
      <w:r>
        <w:rPr>
          <w:b w:val="0"/>
          <w:i w:val="0"/>
        </w:rPr>
        <w:t>‘Chúng ta có thể nhốt ông ta an toàn trở lại Pentonville trước khi Booth Watson đáp xuống Barcelona,’ Ross nói thêm.</w:t>
      </w:r>
    </w:p>
    <w:p>
      <w:pPr>
        <w:spacing w:after="80"/>
      </w:pPr>
      <w:r>
        <w:rPr>
          <w:b w:val="0"/>
          <w:i w:val="0"/>
        </w:rPr>
        <w:t>‘Tôi vẫn không chắc—’</w:t>
      </w:r>
    </w:p>
    <w:p>
      <w:pPr>
        <w:spacing w:after="80"/>
      </w:pPr>
      <w:r>
        <w:rPr>
          <w:b w:val="0"/>
          <w:i w:val="0"/>
        </w:rPr>
        <w:t>‘Dĩ nhiên là anh không chắc rồi, cậu bé hát thánh ca, nhưng như anh vừa nhắc tôi, chúng ta không ở Battersea, mà ở Barcelona, nên đây không phải là quyết định của anh.’</w:t>
      </w:r>
    </w:p>
    <w:p>
      <w:pPr>
        <w:spacing w:after="80"/>
      </w:pPr>
      <w:r>
        <w:rPr>
          <w:b w:val="0"/>
          <w:i w:val="0"/>
        </w:rPr>
        <w:t>Cả hai cùng quay sang nhìn viên trung úy. Juan gật đầu, nhưng không nói gì.</w:t>
      </w:r>
    </w:p>
    <w:p>
      <w:pPr>
        <w:spacing w:after="80"/>
      </w:pPr>
      <w:r>
        <w:rPr>
          <w:b w:val="0"/>
          <w:i w:val="0"/>
        </w:rPr>
        <w:t>Ross giơ cánh tay trái lên, kéo tay áo xuống và gõ 04 11 09 88 trên mặt đồng hồ.</w:t>
      </w:r>
    </w:p>
    <w:p>
      <w:pPr>
        <w:spacing w:after="80"/>
        <w:jc w:val="center"/>
      </w:pPr>
      <w:r>
        <w:rPr>
          <w:b w:val="0"/>
          <w:i w:val="0"/>
        </w:rPr>
        <w:t>• • •</w:t>
      </w:r>
    </w:p>
    <w:p>
      <w:pPr>
        <w:spacing w:after="80"/>
      </w:pPr>
      <w:r>
        <w:rPr>
          <w:b w:val="0"/>
          <w:i w:val="0"/>
        </w:rPr>
        <w:t>Ngay cả trước khi bật vòi sen, đầu óc Booth Watson đã hoạt động hết công suất. Ông không chờ những tia nước nóng lên mà bắt đầu ngay việc vạch ra kế hoạch. Liệu ông có nên đến văn phòng trước, gọi cho Isobel Martinez rồi mới ra sân bay? Không hẳn là ông chắc mình có số nhà riêng của cô ấy trong phòng làm việc. Ông quyết định sẽ phải tin tưởng giao cho Collins lần ra cô ấy và thực hiện chỉ thị của mình, trong khi ông đi thẳng đến Heathrow và bắt chuyến bay sớm nhất có thể tới Barcelona.</w:t>
      </w:r>
    </w:p>
    <w:p>
      <w:pPr>
        <w:spacing w:after="80"/>
      </w:pPr>
      <w:r>
        <w:rPr>
          <w:b w:val="0"/>
          <w:i w:val="0"/>
        </w:rPr>
        <w:t>Lau khô người xong, ông mặc một chiếc áo sơ mi sạch cùng bộ vest và cà vạt của hôm qua, trong khi dòng suy nghĩ quay về Warwick và việc gã đàn ông khốn khổ ấy chẳng bao giờ bỏ cuộc. Mặc đồ xong, Booth Watson xuống phòng làm việc, nhấc chiếc cặp tài liệu và khoác áo măng tô. Ông mở cửa trước và được chào đón bằng một buổi sáng lạnh lẽo, se sắt. Ông khóa cửa hai lần rồi đứng trên vỉa hè chờ một lúc lâu trước khi nhận ra chữ "Taxi" phát sáng từ đằng xa.</w:t>
      </w:r>
    </w:p>
    <w:p>
      <w:pPr>
        <w:spacing w:after="80"/>
        <w:jc w:val="center"/>
      </w:pPr>
      <w:r>
        <w:rPr>
          <w:b w:val="0"/>
          <w:i w:val="0"/>
        </w:rPr>
        <w:t>• • •</w:t>
      </w:r>
    </w:p>
    <w:p>
      <w:pPr>
        <w:spacing w:after="80"/>
      </w:pPr>
      <w:r>
        <w:rPr>
          <w:b w:val="0"/>
          <w:i w:val="0"/>
        </w:rPr>
        <w:t>Một chiếc xe cảnh sát không có phù hiệu dừng lại bên ngoài một lối vào riêng của sân bay. Khi một người bảo vệ xuất hiện, Trung úy Sanchez đưa ra thẻ lệnh của mình. Người bảo vệ chào, hầu như chẳng buồn nhìn kỹ ba người đàn ông ngồi ở ghế sau, rồi chỉ hướng đúng cho tài xế.</w:t>
      </w:r>
    </w:p>
    <w:p>
      <w:pPr>
        <w:spacing w:after="80"/>
      </w:pPr>
      <w:r>
        <w:rPr>
          <w:b w:val="0"/>
          <w:i w:val="0"/>
        </w:rPr>
        <w:t>Chiếc xe hướng về phía một hàng dài máy bay tư nhân, một trong số đó đang được tiếp nhiên liệu và đã hạ thang xuống chờ chủ nhân.</w:t>
      </w:r>
    </w:p>
    <w:p>
      <w:pPr>
        <w:spacing w:after="80"/>
      </w:pPr>
      <w:r>
        <w:rPr>
          <w:b w:val="0"/>
          <w:i w:val="0"/>
        </w:rPr>
        <w:t>William và Ross đỡ Faulkner ra khỏi ghế sau xe. Ông vẫn còn loạng choạng, chưa hồi phục hoàn toàn sau ba tiếng bị nhốt trong két sắt. Họ dìu ông về phía thang máy bay. Viên phi công đang đợi ở cửa máy bay, và không giấu nổi vẻ sửng sốt khi thấy ông chủ của mình được ba người đàn ông mặc đồ đen, những kẻ anh ta chưa từng thấy, đi kèm.</w:t>
      </w:r>
    </w:p>
    <w:p>
      <w:pPr>
        <w:spacing w:after="80"/>
      </w:pPr>
      <w:r>
        <w:rPr>
          <w:b w:val="0"/>
          <w:i w:val="0"/>
        </w:rPr>
        <w:t>Juan kéo anh ta ra một bên và giải thích rằng ông Faulkner khăng khăng đòi được đưa về Anh ngay lập tức, vì ông muốn gặp bác sĩ riêng của mình.</w:t>
      </w:r>
    </w:p>
    <w:p>
      <w:pPr>
        <w:spacing w:after="80"/>
      </w:pPr>
      <w:r>
        <w:rPr>
          <w:b w:val="0"/>
          <w:i w:val="0"/>
        </w:rPr>
        <w:t>"Nhưng nhìn tình trạng của ông ấy kìa," viên phi công nói. "Chẳng phải các anh nên đưa ông ấy đến bệnh viện địa phương sao?" anh ta chất vấn, khi Faulkner gần như được khiêng lên thang và vào trong máy bay.</w:t>
      </w:r>
    </w:p>
    <w:p>
      <w:pPr>
        <w:spacing w:after="80"/>
      </w:pPr>
      <w:r>
        <w:rPr>
          <w:b w:val="0"/>
          <w:i w:val="0"/>
        </w:rPr>
        <w:t>"Tôi hoàn toàn đồng ý," Juan nói. "Nếu anh muốn nói với ông ấy thì cứ tự nhiên."</w:t>
      </w:r>
    </w:p>
    <w:p>
      <w:pPr>
        <w:spacing w:after="80"/>
      </w:pPr>
      <w:r>
        <w:rPr>
          <w:b w:val="0"/>
          <w:i w:val="0"/>
        </w:rPr>
        <w:t>"Nếu ông ấy không tới được London," viên phi công nói, "thì anh phải chịu trách nhiệm đấy."</w:t>
      </w:r>
    </w:p>
    <w:p>
      <w:pPr>
        <w:spacing w:after="80"/>
      </w:pPr>
      <w:r>
        <w:rPr>
          <w:b w:val="0"/>
          <w:i w:val="0"/>
        </w:rPr>
        <w:t>"Tôi có cảm giác anh có thể đúng về điều đó," Juan nói, khi viên phi công nhanh chóng quay lại buồng lái. William bắt tay Juan thật chặt trước khi rời máy bay.</w:t>
      </w:r>
    </w:p>
    <w:p>
      <w:pPr>
        <w:spacing w:after="80"/>
      </w:pPr>
      <w:r>
        <w:rPr>
          <w:b w:val="0"/>
          <w:i w:val="0"/>
        </w:rPr>
        <w:t>Ross đặt Faulkner xuống một chiếc ghế da êm ái và thắt dây an toàn cho ông, trong khi William đặt một gói nhỏ lên ngăn để đồ phía trên trước khi cả hai ngồi vào hai bên tù nhân. Các tiếp viên đóng sầm cửa máy bay lại và vài giây sau, chiếc phi cơ bắt đầu lăn bánh về phía đường băng phía nam.</w:t>
      </w:r>
    </w:p>
    <w:p>
      <w:pPr>
        <w:spacing w:after="80"/>
        <w:jc w:val="center"/>
      </w:pPr>
      <w:r>
        <w:rPr>
          <w:b w:val="0"/>
          <w:i w:val="0"/>
        </w:rPr>
        <w:t>• • •</w:t>
      </w:r>
    </w:p>
    <w:p>
      <w:pPr>
        <w:spacing w:after="80"/>
      </w:pPr>
      <w:r>
        <w:rPr>
          <w:b w:val="0"/>
          <w:i w:val="0"/>
        </w:rPr>
        <w:t>"Chết tiệt," Booth Watson nói, khi chiếc taxi dừng lại bên cạnh ông. "Chết tiệt," ông lặp lại trước khi bảo tài xế rằng mình quên hộ chiếu, nhưng sẽ quay lại trong vài phút.</w:t>
      </w:r>
    </w:p>
    <w:p>
      <w:pPr>
        <w:spacing w:after="80"/>
      </w:pPr>
      <w:r>
        <w:rPr>
          <w:b w:val="0"/>
          <w:i w:val="0"/>
        </w:rPr>
        <w:t>Tài xế mỉm cười. Một chuyến đi đến Heathrow với một hành khách tỉnh táo không phải là mối làm ăn thường ngày của anh ta vào giờ đó trong buổi sáng.</w:t>
      </w:r>
    </w:p>
    <w:p>
      <w:pPr>
        <w:spacing w:after="80"/>
      </w:pPr>
      <w:r>
        <w:rPr>
          <w:b w:val="0"/>
          <w:i w:val="0"/>
        </w:rPr>
        <w:t>Khi Booth Watson mở khóa cửa trước, ông cố nhớ xem mình có để hộ chiếu ở văn phòng không. Ông gần như chạy vào phòng làm việc. Từ tiếp theo ông thốt ra cũng có bốn chữ cái, và không phải là "damn".</w:t>
      </w:r>
    </w:p>
    <w:p>
      <w:pPr>
        <w:spacing w:after="80"/>
        <w:jc w:val="center"/>
      </w:pPr>
      <w:r>
        <w:rPr>
          <w:b w:val="0"/>
          <w:i w:val="0"/>
        </w:rPr>
        <w:t>• • •</w:t>
      </w:r>
    </w:p>
    <w:p>
      <w:pPr>
        <w:spacing w:after="80"/>
      </w:pPr>
      <w:r>
        <w:rPr>
          <w:b w:val="0"/>
          <w:i w:val="0"/>
        </w:rPr>
        <w:t>Khi máy bay đã đạt độ cao hành trình, William nhấc điện thoại trên tay vịn ghế của Faulkner và gọi cho Danny ở nhà.</w:t>
      </w:r>
    </w:p>
    <w:p>
      <w:pPr>
        <w:spacing w:after="80"/>
      </w:pPr>
      <w:r>
        <w:rPr>
          <w:b w:val="0"/>
          <w:i w:val="0"/>
        </w:rPr>
        <w:t>‘Đến Heathrow ngay, nhanh lên,’ anh nói, trước khi Danny kịp lên tiếng.</w:t>
      </w:r>
    </w:p>
    <w:p>
      <w:pPr>
        <w:spacing w:after="80"/>
      </w:pPr>
      <w:r>
        <w:rPr>
          <w:b w:val="0"/>
          <w:i w:val="0"/>
        </w:rPr>
        <w:t>‘Nhà ga nào ạ, thưa sếp?’</w:t>
      </w:r>
    </w:p>
    <w:p>
      <w:pPr>
        <w:spacing w:after="80"/>
      </w:pPr>
      <w:r>
        <w:rPr>
          <w:b w:val="0"/>
          <w:i w:val="0"/>
        </w:rPr>
        <w:t>‘Nhà ga số một, bãi máy bay tư nhân. Chúng tôi sẽ có mặt lúc,’ anh liếc đồng hồ, ‘khoảng năm giờ.’</w:t>
      </w:r>
    </w:p>
    <w:p>
      <w:pPr>
        <w:spacing w:after="80"/>
      </w:pPr>
      <w:r>
        <w:rPr>
          <w:b w:val="0"/>
          <w:i w:val="0"/>
        </w:rPr>
        <w:t>‘Taxi hay xe tuần tra?’</w:t>
      </w:r>
    </w:p>
    <w:p>
      <w:pPr>
        <w:spacing w:after="80"/>
      </w:pPr>
      <w:r>
        <w:rPr>
          <w:b w:val="0"/>
          <w:i w:val="0"/>
        </w:rPr>
        <w:t>‘Xe tuần tra,’ William đáp. ‘Tôi không đưa Faulkner về nhà tù bằng taxi đâu.’ Sau khi gác máy, anh liếc nhìn tù nhân, người trông như sắp tỉnh dậy sau một giấc ngủ sâu.</w:t>
      </w:r>
    </w:p>
    <w:p>
      <w:pPr>
        <w:spacing w:after="80"/>
      </w:pPr>
      <w:r>
        <w:rPr>
          <w:b w:val="0"/>
          <w:i w:val="0"/>
        </w:rPr>
        <w:t>‘Ai trong chúng ta sẽ gọi cho chỉ huy đây?’ Ross hỏi, giọng ngây thơ.</w:t>
      </w:r>
    </w:p>
    <w:p>
      <w:pPr>
        <w:spacing w:after="80"/>
      </w:pPr>
      <w:r>
        <w:rPr>
          <w:b w:val="0"/>
          <w:i w:val="0"/>
        </w:rPr>
        <w:t>‘Tôi sẽ gọi,’ William nói. ‘Nhưng chỉ khi Faulkner đã được khóa an toàn.’</w:t>
      </w:r>
    </w:p>
    <w:p>
      <w:pPr>
        <w:spacing w:after="80"/>
        <w:jc w:val="center"/>
      </w:pPr>
      <w:r>
        <w:rPr>
          <w:b w:val="0"/>
          <w:i w:val="0"/>
        </w:rPr>
        <w:t>• • •</w:t>
      </w:r>
    </w:p>
    <w:p>
      <w:pPr>
        <w:spacing w:after="80"/>
      </w:pPr>
      <w:r>
        <w:rPr>
          <w:b w:val="0"/>
          <w:i w:val="0"/>
        </w:rPr>
        <w:t>Khi chiếc taxi của Booth Watson thả ông xuống Heathrow năm mươi phút sau đó, việc đầu tiên ông làm khi bước vào sân bay là kiểm tra bảng khởi hành. Chuyến bay đầu tiên đến Barcelona dự kiến khởi hành trong bốn mươi phút nữa, và không có chuyến nào khác theo lịch cho đến khi một chuyến của British Airways cất cánh trong khoảng hai giờ nữa.</w:t>
      </w:r>
    </w:p>
    <w:p>
      <w:pPr>
        <w:spacing w:after="80"/>
      </w:pPr>
      <w:r>
        <w:rPr>
          <w:b w:val="0"/>
          <w:i w:val="0"/>
        </w:rPr>
        <w:t>Ông tiến đến quầy Iberia và được nhân viên đặt vé cho biết chỗ duy nhất còn trống là ở gần cuối máy bay. Ông miễn cưỡng đưa thẻ tín dụng, ý thức rằng mình không thể chần chừ chờ một chỗ hạng nhất trên BA.</w:t>
      </w:r>
    </w:p>
    <w:p>
      <w:pPr>
        <w:spacing w:after="80"/>
      </w:pPr>
      <w:r>
        <w:rPr>
          <w:b w:val="0"/>
          <w:i w:val="0"/>
        </w:rPr>
        <w:t>Khi đã ổn định chỗ ngồi, ông cố tập trung vào những vấn đề mà ông sẽ phải giải quyết khi hạ cánh xuống Barcelona, nhưng một đứa trẻ gào khóc cùng mẹ nó ở một bên, và một người đàn ông ở bên kia cứ liên tục trò chuyện với ai đó bên kia lối đi về việc Arsenal có nên sa thải huấn luyện viên của họ hay không, khiến điều đó trở nên bất khả thi.</w:t>
      </w:r>
    </w:p>
    <w:p>
      <w:pPr>
        <w:spacing w:after="80"/>
        <w:jc w:val="center"/>
      </w:pPr>
      <w:r>
        <w:rPr>
          <w:b w:val="0"/>
          <w:i w:val="0"/>
        </w:rPr>
        <w:t>• • •</w:t>
      </w:r>
    </w:p>
    <w:p>
      <w:pPr>
        <w:spacing w:after="80"/>
      </w:pPr>
      <w:r>
        <w:rPr>
          <w:b w:val="0"/>
          <w:i w:val="0"/>
        </w:rPr>
        <w:t>‘Tôi đang ở đâu?’ một giọng nói vừa tỉnh dậy hỏi khi chiếc phản lực Gulfstream chạm xuống Heathrow và bắt đầu lăn bánh về phía cuối đường băng.</w:t>
      </w:r>
    </w:p>
    <w:p>
      <w:pPr>
        <w:spacing w:after="80"/>
      </w:pPr>
      <w:r>
        <w:rPr>
          <w:b w:val="0"/>
          <w:i w:val="0"/>
        </w:rPr>
        <w:t>‘Về nơi anh thuộc về,’ Ross nói, không giải thích thêm.</w:t>
      </w:r>
    </w:p>
    <w:p>
      <w:pPr>
        <w:spacing w:after="80"/>
      </w:pPr>
      <w:r>
        <w:rPr>
          <w:b w:val="0"/>
          <w:i w:val="0"/>
        </w:rPr>
        <w:t>William nhìn ra cửa sổ cabin khi máy bay lăn bánh dừng lại, nhẹ nhõm khi thấy Danny đứng bên cạnh một chiếc xe tuần tra đang đợi họ.</w:t>
      </w:r>
    </w:p>
    <w:p>
      <w:pPr>
        <w:spacing w:after="80"/>
      </w:pPr>
      <w:r>
        <w:rPr>
          <w:b w:val="0"/>
          <w:i w:val="0"/>
        </w:rPr>
        <w:t>'Chặn chúng lại, chặn chúng lại!' Faulkner hét lên hết sức khi bị lôi khỏi ghế và bị đẩy thẳng tới cửa ra mà không chút nể nang. Cô tiếp viên chạy lên phía trước máy bay và đập cửa buồng lái trong khi Faulkner bị đẩy xuống cầu thang, loạng choạng bước lên đường băng, nơi Danny đón lấy anh ta trong vòng tay như một người tình xa cách bấy lâu. William và Ross nhanh chóng theo sau và tống tù nhân vào ghế sau xe trong khi Danny leo trở lại sau tay lái.</w:t>
      </w:r>
    </w:p>
    <w:p>
      <w:pPr>
        <w:spacing w:after="80"/>
      </w:pPr>
      <w:r>
        <w:rPr>
          <w:b w:val="0"/>
          <w:i w:val="0"/>
        </w:rPr>
        <w:t>'Chào buổi sáng, thưa ngài,' Danny nói, liếc nhìn gương chiếu hậu. 'Tôi có nên đợi xem hai quý ông kia muốn gì trước khi chúng ta rời đi không?'</w:t>
      </w:r>
    </w:p>
    <w:p>
      <w:pPr>
        <w:spacing w:after="80"/>
      </w:pPr>
      <w:r>
        <w:rPr>
          <w:b w:val="0"/>
          <w:i w:val="0"/>
        </w:rPr>
        <w:t>William và Ross nhìn ra cửa sổ phía sau và thấy viên phi công cùng một viên chức sân bay đang chạy về phía họ.</w:t>
      </w:r>
    </w:p>
    <w:p>
      <w:pPr>
        <w:spacing w:after="80"/>
      </w:pPr>
      <w:r>
        <w:rPr>
          <w:b w:val="0"/>
          <w:i w:val="0"/>
        </w:rPr>
        <w:t>'Không,' William dứt khoát nói. 'Đi thôi.'</w:t>
      </w:r>
    </w:p>
    <w:p>
      <w:pPr>
        <w:spacing w:after="80"/>
      </w:pPr>
      <w:r>
        <w:rPr>
          <w:b w:val="0"/>
          <w:i w:val="0"/>
        </w:rPr>
        <w:t>Danny không cần phải khích lệ gì thêm để phóng đi, còi hú vang, đèn nhấp nháy.</w:t>
      </w:r>
    </w:p>
    <w:p>
      <w:pPr>
        <w:spacing w:after="80"/>
        <w:jc w:val="center"/>
      </w:pPr>
      <w:r>
        <w:rPr>
          <w:b w:val="0"/>
          <w:i w:val="0"/>
        </w:rPr>
        <w:t>• • •</w:t>
      </w:r>
    </w:p>
    <w:p>
      <w:pPr>
        <w:spacing w:after="80"/>
      </w:pPr>
      <w:r>
        <w:rPr>
          <w:b w:val="0"/>
          <w:i w:val="0"/>
        </w:rPr>
        <w:t>Khi chuyến bay của Booth Watson cuối cùng hạ cánh xuống Barcelona hai giờ sau đó, anh ta được nhắc nhở rằng việc xuống máy bay có thể mất bao lâu khi bạn không đi hạng nhất. Cũng hàng người chờ đợi ấy đang đợi anh ta ở quầy kiểm soát hộ chiếu, và phải một lúc lâu anh ta mới qua được hải quan và bước ra dưới ánh nắng buổi sáng, chỉ để được chào đón bằng một hàng dài khác đang xếp hàng chờ taxi.</w:t>
      </w:r>
    </w:p>
    <w:p>
      <w:pPr>
        <w:spacing w:after="80"/>
      </w:pPr>
      <w:r>
        <w:rPr>
          <w:b w:val="0"/>
          <w:i w:val="0"/>
        </w:rPr>
        <w:t>Khi Booth Watson cuối cùng cũng tới được đầu hàng, anh ta leo vào ghế sau một chiếc taxi và xem đồng hồ. Ý nghĩ đầu tiên của anh ta là: liệu Miles còn sống không? Ý nghĩ thứ hai: anh ta sẽ làm gì nếu không còn.</w:t>
      </w:r>
    </w:p>
    <w:p>
      <w:pPr>
        <w:spacing w:after="80"/>
        <w:jc w:val="center"/>
      </w:pPr>
      <w:r>
        <w:rPr>
          <w:b w:val="0"/>
          <w:i w:val="0"/>
        </w:rPr>
        <w:t>• • •</w:t>
      </w:r>
    </w:p>
    <w:p>
      <w:pPr>
        <w:spacing w:after="80"/>
      </w:pPr>
      <w:r>
        <w:rPr>
          <w:b w:val="0"/>
          <w:i w:val="0"/>
        </w:rPr>
        <w:t>'Chuyến bay của Booth Watson từ Heathrow vừa hạ cánh,' Sanchez nói khi đặt điện thoại xuống. 'Vậy anh có thể thả Collins và đưa anh ta về nhà. Đảm bảo cả hai đến cùng lúc.'</w:t>
      </w:r>
    </w:p>
    <w:p>
      <w:pPr>
        <w:spacing w:after="80"/>
      </w:pPr>
      <w:r>
        <w:rPr>
          <w:b w:val="0"/>
          <w:i w:val="0"/>
        </w:rPr>
        <w:t xml:space="preserve">Viên </w:t>
      </w:r>
      <w:r>
        <w:rPr>
          <w:b w:val="0"/>
          <w:i/>
        </w:rPr>
        <w:t>agente</w:t>
      </w:r>
      <w:r>
        <w:rPr>
          <w:b w:val="0"/>
          <w:i w:val="0"/>
        </w:rPr>
        <w:t xml:space="preserve"> trực mở cửa phòng giam và đứng sang một bên để tù nhân giận dữ bước ra. Anh ta đã để nguyên bữa sáng. Khi Collins lên tới đầu cầu thang, anh thấy Trung úy Sanchez đang đợi mình. Ông nhìn thẳng vào mắt anh và nói: 'Nếu anh ta chết, thì là lỗi của anh.'</w:t>
      </w:r>
    </w:p>
    <w:p>
      <w:pPr>
        <w:spacing w:after="80"/>
      </w:pPr>
      <w:r>
        <w:rPr>
          <w:b w:val="0"/>
          <w:i w:val="0"/>
        </w:rPr>
        <w:t>Collins là người thứ hai nói với ông điều đó sáng nay, và Juan nghi ngờ rằng, khi ông báo cáo với đội trưởng sau này, ông có thể sẽ nghe ý kiến tương tự lần thứ ba.</w:t>
      </w:r>
    </w:p>
    <w:p>
      <w:pPr>
        <w:spacing w:after="80"/>
        <w:jc w:val="center"/>
      </w:pPr>
      <w:r>
        <w:rPr>
          <w:b w:val="0"/>
          <w:i w:val="0"/>
        </w:rPr>
        <w:t>• • •</w:t>
      </w:r>
    </w:p>
    <w:p>
      <w:pPr>
        <w:spacing w:after="80"/>
      </w:pPr>
      <w:r>
        <w:rPr>
          <w:b w:val="0"/>
          <w:i w:val="0"/>
        </w:rPr>
        <w:t>Faulkner không ngừng phản đối khi chiếc xe tuần tra phóng ra khỏi sân bay và lên đường chính. Phải dùng hết sức của cả William và Ross mới giữ được anh ta. Ross cuối cùng quyết định dùng chiến thuật câu giờ, và thúc mạnh cùi chỏ vào háng Faulkner với tất cả sức lực có thể. Faulkner gập người lại, và những lời phản đối của anh ta biến thành tiếng rên rỉ thút thít.</w:t>
      </w:r>
    </w:p>
    <w:p>
      <w:pPr>
        <w:spacing w:after="80"/>
      </w:pPr>
      <w:r>
        <w:rPr>
          <w:b w:val="0"/>
          <w:i w:val="0"/>
        </w:rPr>
        <w:t>'Có cần thiết phải làm vậy không?' William hỏi.</w:t>
      </w:r>
    </w:p>
    <w:p>
      <w:pPr>
        <w:spacing w:after="80"/>
      </w:pPr>
      <w:r>
        <w:rPr>
          <w:b w:val="0"/>
          <w:i w:val="0"/>
        </w:rPr>
        <w:t>‘Có lẽ không đâu, thưa ngài,’ Ross đáp, ‘nhưng tôi có lý do để tin rằng ngài sắp bị tấn công.’</w:t>
      </w:r>
    </w:p>
    <w:p>
      <w:pPr>
        <w:spacing w:after="80"/>
      </w:pPr>
      <w:r>
        <w:rPr>
          <w:b w:val="0"/>
          <w:i w:val="0"/>
        </w:rPr>
        <w:t>William nhìn ra cửa sổ để chắc chắn Ross không thấy mình đang cười.</w:t>
      </w:r>
    </w:p>
    <w:p>
      <w:pPr>
        <w:spacing w:after="80"/>
      </w:pPr>
      <w:r>
        <w:rPr>
          <w:b w:val="0"/>
          <w:i w:val="0"/>
        </w:rPr>
        <w:t>Faulkner đã hồi phục hoàn toàn khi Danny đến phố Pentonville, còi hú vẫn vang. Những cánh cổng gỗ to lớn bắt đầu từ từ mở ra khi họ tiến đến nhà tù.</w:t>
      </w:r>
    </w:p>
    <w:p>
      <w:pPr>
        <w:spacing w:after="80"/>
      </w:pPr>
      <w:r>
        <w:rPr>
          <w:b w:val="0"/>
          <w:i w:val="0"/>
        </w:rPr>
        <w:t>‘Ngài đã phạm một sai lầm khủng khiếp,’ Faulkner phản đối. ‘Tôi là Đại úy Ralph Neville, Hải quân Hoàng gia.’</w:t>
      </w:r>
    </w:p>
    <w:p>
      <w:pPr>
        <w:spacing w:after="80"/>
      </w:pPr>
      <w:r>
        <w:rPr>
          <w:b w:val="0"/>
          <w:i w:val="0"/>
        </w:rPr>
        <w:t>‘Còn tôi là Mẹ Teresa, Công giáo La Mã,’ Ross nói.</w:t>
      </w:r>
    </w:p>
    <w:p>
      <w:pPr>
        <w:spacing w:after="80"/>
      </w:pPr>
      <w:r>
        <w:rPr>
          <w:b w:val="0"/>
          <w:i w:val="0"/>
        </w:rPr>
        <w:t>Lần này William không thể ngăn mình bật cười.</w:t>
      </w:r>
    </w:p>
    <w:p>
      <w:pPr>
        <w:spacing w:after="80"/>
      </w:pPr>
      <w:r>
        <w:rPr>
          <w:b w:val="0"/>
          <w:i w:val="0"/>
        </w:rPr>
        <w:t>Danny lái xe qua cổng nhà tù và thấy một đoàn người đang chờ sẵn. Khi anh dừng lại, viên giám thị bước tới.</w:t>
      </w:r>
    </w:p>
    <w:p>
      <w:pPr>
        <w:spacing w:after="80"/>
      </w:pPr>
      <w:r>
        <w:rPr>
          <w:b w:val="0"/>
          <w:i w:val="0"/>
        </w:rPr>
        <w:t>‘Chào mừng trở lại, 0249,’ ông ta nói khi tên tù nhân bị lôi ra khỏi xe cảnh sát. ‘E rằng phòng giam cũ của ngươi hiện đang có người ở, nhưng chúng ta đã tìm cho ngươi một phòng rộng hơn, nơi ngươi sẽ ở chung với vài kẻ án chung thân. Một tên giết mẹ mình, còn tên kia là kẻ nghiện heroin, đêm nào cũng không ngủ được, tội nghiệp. Dù sao thì, ngươi sẽ được an toàn khỏi nguy hiểm trên giường tầng trên cùng.’ Ông ta nở một nụ cười ấm áp với Faulkner, rồi nói thêm, ‘Cứ biết ơn đi vì ngươi không bị biệt giam. Nhưng cứ báo cho ta biết nếu đó là điều ngươi muốn.’</w:t>
      </w:r>
    </w:p>
    <w:p>
      <w:pPr>
        <w:spacing w:after="80"/>
      </w:pPr>
      <w:r>
        <w:rPr>
          <w:b w:val="0"/>
          <w:i w:val="0"/>
        </w:rPr>
        <w:t>‘Tôi yêu cầu được nói chuyện với luật sư của tôi,’ Faulkner nói.</w:t>
      </w:r>
    </w:p>
    <w:p>
      <w:pPr>
        <w:spacing w:after="80"/>
      </w:pPr>
      <w:r>
        <w:rPr>
          <w:b w:val="0"/>
          <w:i w:val="0"/>
        </w:rPr>
        <w:t>‘E rằng hiện giờ ông ấy đang ở nước ngoài,’ William nói, khi hai lính canh túm lấy tay tên tù nhân và dẫn hắn vào khu giam giữ an ninh cao. ‘Nhưng tôi sẽ báo cho ông ấy ngay khi ông ấy về.’</w:t>
      </w:r>
    </w:p>
    <w:p>
      <w:pPr>
        <w:spacing w:after="80"/>
        <w:jc w:val="center"/>
      </w:pPr>
      <w:r>
        <w:rPr>
          <w:b w:val="0"/>
          <w:i w:val="0"/>
        </w:rPr>
        <w:t>• • •</w:t>
      </w:r>
    </w:p>
    <w:p>
      <w:pPr>
        <w:spacing w:after="80"/>
      </w:pPr>
      <w:r>
        <w:rPr>
          <w:b w:val="0"/>
          <w:i w:val="0"/>
        </w:rPr>
        <w:t>Collins bước ra khỏi xe cảnh sát đúng lúc một chiếc taxi chạy qua cổng trước.</w:t>
      </w:r>
    </w:p>
    <w:p>
      <w:pPr>
        <w:spacing w:after="80"/>
      </w:pPr>
      <w:r>
        <w:rPr>
          <w:b w:val="0"/>
          <w:i w:val="0"/>
        </w:rPr>
        <w:t>‘Anh đã lấy nó ra khỏi két sắt kịp chưa?’ là những lời đầu tiên của Booth Watson khi ông ta bước xuống xe.</w:t>
      </w:r>
    </w:p>
    <w:p>
      <w:pPr>
        <w:spacing w:after="80"/>
      </w:pPr>
      <w:r>
        <w:rPr>
          <w:b w:val="0"/>
          <w:i w:val="0"/>
        </w:rPr>
        <w:t>‘Tôi đang định gọi cho Señora Martinez thì thấy taxi của ông chạy lên đường.’</w:t>
      </w:r>
    </w:p>
    <w:p>
      <w:pPr>
        <w:spacing w:after="80"/>
      </w:pPr>
      <w:r>
        <w:rPr>
          <w:b w:val="0"/>
          <w:i w:val="0"/>
        </w:rPr>
        <w:t>‘Nhưng tôi đã bảo anh làm việc đó từ hàng giờ trước rồi,’ Booth Watson bực bội nói khi chờ Collins mở cửa trước.</w:t>
      </w:r>
    </w:p>
    <w:p>
      <w:pPr>
        <w:spacing w:after="80"/>
      </w:pPr>
      <w:r>
        <w:rPr>
          <w:b w:val="0"/>
          <w:i w:val="0"/>
        </w:rPr>
        <w:t>‘Tôi đã làm từ hàng giờ trước rồi,’ Collins đáp gắt, ‘nếu Sanchez không bắt tôi với những cáo buộc vô căn cứ. Tôi vừa mới về đây sau một vụ rõ ràng là dàn dựng.’</w:t>
      </w:r>
    </w:p>
    <w:p>
      <w:pPr>
        <w:spacing w:after="80"/>
      </w:pPr>
      <w:r>
        <w:rPr>
          <w:b w:val="0"/>
          <w:i w:val="0"/>
        </w:rPr>
        <w:t>‘Vậy thì chúng ta không còn một giây nào để mất,’ Booth Watson đáp gắt, khi Collins chạy vào nhà, lao dọc hành lang và dừng lại trước cửa phòng làm việc. Người quản gia đợi Booth Watson thở hổn hển chạy tới trước khi cả hai cùng bước vào phòng. Cả hai đều không khỏi nhận ra cánh cửa kim loại đặc vẫn đóng chặt. Collins nhanh chóng bước tới bàn làm việc của ông chủ và bắt đầu lật giở cuốn sổ điện thoại riêng của ông.</w:t>
      </w:r>
    </w:p>
    <w:p>
      <w:pPr>
        <w:spacing w:after="80"/>
      </w:pPr>
      <w:r>
        <w:rPr>
          <w:b w:val="0"/>
          <w:i w:val="0"/>
        </w:rPr>
        <w:t>‘Ông ấy ở trong đó bao lâu rồi?’ Booth Watson hỏi, chỉ tay vào cánh cửa két sắt.</w:t>
      </w:r>
    </w:p>
    <w:p>
      <w:pPr>
        <w:spacing w:after="80"/>
      </w:pPr>
      <w:r>
        <w:rPr>
          <w:b w:val="0"/>
          <w:i w:val="0"/>
        </w:rPr>
        <w:t>‘Hơn bốn tiếng rồi,’ Collins đáp. ‘Có lẽ chúng ta vẫn có thể cứu được ông ấy, nhưng phải hành động thật nhanh.’</w:t>
      </w:r>
    </w:p>
    <w:p>
      <w:pPr>
        <w:spacing w:after="80"/>
      </w:pPr>
      <w:r>
        <w:rPr>
          <w:b w:val="0"/>
          <w:i w:val="0"/>
        </w:rPr>
        <w:t>Collins bắt đầu bấm số của luật sư người Tây Ban Nha của Faulkner, thì Booth Watson hỏi, ‘Trước khi cảnh sát xuất hiện, ông Faulkner đã dặn dò gì?’</w:t>
      </w:r>
    </w:p>
    <w:p>
      <w:pPr>
        <w:spacing w:after="80"/>
      </w:pPr>
      <w:r>
        <w:rPr>
          <w:b w:val="0"/>
          <w:i w:val="0"/>
        </w:rPr>
        <w:t>‘Ông ấy bảo tôi phải đóng gói tất cả các bức tranh của ông ấy và đưa xuống khoang chứa của du thuyền ngay khi nó cập bến tối nay.’</w:t>
      </w:r>
    </w:p>
    <w:p>
      <w:pPr>
        <w:spacing w:after="80"/>
      </w:pPr>
      <w:r>
        <w:rPr>
          <w:b w:val="0"/>
          <w:i w:val="0"/>
        </w:rPr>
        <w:t>‘Vậy thì anh nên thực hiện những mệnh lệnh đó đi, và để tôi nói chuyện với Señora Martinez.’</w:t>
      </w:r>
    </w:p>
    <w:p>
      <w:pPr>
        <w:spacing w:after="80"/>
      </w:pPr>
      <w:r>
        <w:rPr>
          <w:b w:val="0"/>
          <w:i w:val="0"/>
        </w:rPr>
        <w:t>Người quản gia miễn cưỡng đưa điện thoại cho Booth Watson. ‘Nếu có ai hỏi anh, Collins, anh sẽ nói với họ rằng ông Faulkner đã qua đời ở Thụy Sĩ năm ngoái, nơi ông được hỏa táng, điều mà tôi có thể xác nhận, vì tôi đã dự đám tang cùng với Thanh tra Warwick.’</w:t>
      </w:r>
    </w:p>
    <w:p>
      <w:pPr>
        <w:spacing w:after="80"/>
      </w:pPr>
      <w:r>
        <w:rPr>
          <w:b w:val="0"/>
          <w:i w:val="0"/>
        </w:rPr>
        <w:t>‘Văn phòng của Señora Martinez,’ một giọng nói vang lên khi Collins đóng cửa lại phía sau.</w:t>
      </w:r>
    </w:p>
    <w:p>
      <w:pPr>
        <w:spacing w:after="80"/>
      </w:pPr>
      <w:r>
        <w:rPr>
          <w:b w:val="0"/>
          <w:i w:val="0"/>
        </w:rPr>
        <w:t>Booth Watson lặng lẽ đặt ống nghe xuống.</w:t>
      </w:r>
    </w:p>
    <w:p>
      <w:pPr>
        <w:spacing w:after="80"/>
        <w:jc w:val="center"/>
      </w:pPr>
      <w:r>
        <w:rPr>
          <w:b w:val="0"/>
          <w:i w:val="0"/>
        </w:rPr>
        <w:t>• • •</w:t>
      </w:r>
    </w:p>
    <w:p>
      <w:pPr>
        <w:spacing w:after="80"/>
      </w:pPr>
      <w:r>
        <w:rPr>
          <w:b w:val="0"/>
          <w:i w:val="0"/>
        </w:rPr>
        <w:t>‘Tôi đã bảo anh phải báo cáo cho tôi mọi việc hai người đang làm, Thanh tra trưởng,’ viên chỉ huy nói với giọng cao nhất. ‘Và ý tôi là mọi việc.’</w:t>
      </w:r>
    </w:p>
    <w:p>
      <w:pPr>
        <w:spacing w:after="80"/>
      </w:pPr>
      <w:r>
        <w:rPr>
          <w:b w:val="0"/>
          <w:i w:val="0"/>
        </w:rPr>
        <w:t>‘Tôi không nghĩ ngài muốn tôi đánh thức ngài vào giữa đêm, thưa ngài,’ William đáp một cách thiếu thuyết phục.</w:t>
      </w:r>
    </w:p>
    <w:p>
      <w:pPr>
        <w:spacing w:after="80"/>
      </w:pPr>
      <w:r>
        <w:rPr>
          <w:b w:val="0"/>
          <w:i w:val="0"/>
        </w:rPr>
        <w:t>‘Vậy là anh đã sai, Thanh tra trưởng. Cả hai người báo cáo ngay tại văn phòng tôi – ngay lập tức!’ The Hawk nhắc lại, trước khi dập mạnh điện thoại xuống.</w:t>
      </w:r>
    </w:p>
    <w:p>
      <w:pPr>
        <w:spacing w:after="80"/>
      </w:pPr>
      <w:r>
        <w:rPr>
          <w:b w:val="0"/>
          <w:i w:val="0"/>
        </w:rPr>
        <w:t>Vợ ông trở mình, chớp mắt và nhìn sang chồng khi ông bước ra khỏi giường. ‘Anh cười cái gì thế?’ bà hỏi, nhưng ông đã đóng cửa phòng tắm lại rồi.</w:t>
      </w:r>
    </w:p>
    <w:p>
      <w:pPr>
        <w:spacing w:after="80"/>
      </w:pPr>
      <w:r>
        <w:rPr>
          <w:b w:val="0"/>
          <w:i w:val="0"/>
        </w:rPr>
        <w:t>The Hawk nắm chặt tay và đấm vào không khí vài lần, nụ cười không rời khỏi khuôn mặt.</w:t>
      </w:r>
    </w:p>
    <w:p>
      <w:pPr>
        <w:pStyle w:val="Heading2"/>
      </w:pPr>
      <w:r>
        <w:rPr>
          <w:rFonts w:ascii="Calibri" w:hAnsi="Calibri"/>
          <w:b/>
          <w:i w:val="0"/>
          <w:sz w:val="32"/>
        </w:rPr>
        <w:t>LỜI CẢM ƠN</w:t>
      </w:r>
    </w:p>
    <w:p>
      <w:pPr>
        <w:spacing w:after="80"/>
        <w:jc w:val="center"/>
      </w:pPr>
      <w:r>
        <w:rPr>
          <w:b w:val="0"/>
          <w:i w:val="0"/>
        </w:rPr>
        <w:t>Xin cảm ơn vì những lời khuyên và nghiên cứu vô giá của:</w:t>
      </w:r>
    </w:p>
    <w:p>
      <w:pPr>
        <w:spacing w:after="80"/>
        <w:jc w:val="center"/>
      </w:pPr>
      <w:r>
        <w:rPr>
          <w:b w:val="0"/>
          <w:i w:val="0"/>
        </w:rPr>
        <w:t>Simon Bainbridge, Michael Benmore, Jonathan Caplan QC,</w:t>
      </w:r>
    </w:p>
    <w:p>
      <w:pPr>
        <w:spacing w:after="80"/>
        <w:jc w:val="center"/>
      </w:pPr>
      <w:r>
        <w:rPr>
          <w:b w:val="0"/>
          <w:i w:val="0"/>
        </w:rPr>
        <w:t>Kate Elton, Alison Prince và Johnny Van Haeften.</w:t>
      </w:r>
    </w:p>
    <w:p>
      <w:pPr>
        <w:spacing w:after="80"/>
        <w:jc w:val="center"/>
      </w:pPr>
      <w:r>
        <w:rPr>
          <w:b w:val="0"/>
          <w:i w:val="0"/>
        </w:rPr>
        <w:t>Xin gửi lời cảm ơn đặc biệt tới:</w:t>
      </w:r>
    </w:p>
    <w:p>
      <w:pPr>
        <w:spacing w:after="80"/>
        <w:jc w:val="center"/>
      </w:pPr>
      <w:r>
        <w:rPr>
          <w:b w:val="0"/>
          <w:i w:val="0"/>
        </w:rPr>
        <w:t>Trung sĩ Thám tử Michelle Roycroft (đã nghỉ hưu)</w:t>
      </w:r>
    </w:p>
    <w:p>
      <w:pPr>
        <w:spacing w:after="80"/>
        <w:jc w:val="center"/>
      </w:pPr>
      <w:r>
        <w:rPr>
          <w:b w:val="0"/>
          <w:i w:val="0"/>
        </w:rPr>
        <w:t>Tổng Thanh tra John Sutherland (đã nghỉ hưu)</w:t>
      </w:r>
    </w:p>
    <w:p>
      <w:pPr>
        <w:spacing w:after="80"/>
        <w:jc w:val="center"/>
      </w:pPr>
      <w:r>
        <w:rPr>
          <w:b w:val="0"/>
          <w:i w:val="0"/>
        </w:rPr>
        <w:t>và Thanh tra Trưởng Thám tử Jackie Malton (đã nghỉ hưu)</w:t>
      </w:r>
    </w:p>
    <w:p>
      <w:pPr>
        <w:pStyle w:val="Heading2"/>
      </w:pPr>
      <w:r>
        <w:rPr>
          <w:rFonts w:ascii="Calibri" w:hAnsi="Calibri"/>
          <w:b/>
          <w:i w:val="0"/>
          <w:sz w:val="32"/>
        </w:rPr>
        <w:t>Về tác giả</w:t>
      </w:r>
    </w:p>
    <w:p>
      <w:pPr>
        <w:spacing w:after="80"/>
      </w:pPr>
      <w:r>
        <w:rPr>
          <w:b w:val="0"/>
          <w:i w:val="0"/>
        </w:rPr>
        <w:t>Jeffrey Archer là một trong những tác giả bán chạy nhất thế giới, với hơn 275 triệu bản được bán ra tại 97 quốc gia.</w:t>
      </w:r>
    </w:p>
    <w:p>
      <w:pPr>
        <w:spacing w:after="80"/>
      </w:pPr>
      <w:r>
        <w:rPr>
          <w:b w:val="0"/>
          <w:i w:val="0"/>
        </w:rPr>
        <w:t>Nổi tiếng với tính kỷ luật của một nhà văn, người làm tới mười bốn bản nháp cho mỗi cuốn sách, Jeffrey còn mang vào tác phẩm của mình một lượng lớn kiến thức nội bộ. Dù đó là sự nghiệp chính trị của chính ông, niềm đam mê mãnh liệt với nghệ thuật, hay vô vàn chi tiết bối cảnh hấp dẫn – được truyền cảm hứng từ mạng lưới bạn bè phi thường mà ông đã gây dựng suốt một đời ở trung tâm giới thượng lưu nước Anh – những cuốn tiểu thuyết của ông mang đến một cái nhìn đầy lôi cuốn vào nhiều thế giới khép kín.</w:t>
      </w:r>
    </w:p>
    <w:p>
      <w:pPr>
        <w:spacing w:after="80"/>
      </w:pPr>
      <w:r>
        <w:rPr>
          <w:b w:val="0"/>
          <w:i w:val="0"/>
        </w:rPr>
        <w:t>Là thành viên của Viện Quý tộc, tác giả kết hôn với Dame Mary Archer, và họ có hai con trai, hai cháu gái và ba cháu trai. Ông chia thời gian giữa London, Grantchester ở Cambridge, và Mallorca, nơi ông viết bản nháp đầu tiên của mỗi cuốn tiểu thuyết mới.</w:t>
      </w:r>
    </w:p>
    <w:p>
      <w:pPr>
        <w:pStyle w:val="Heading2"/>
      </w:pPr>
      <w:r>
        <w:rPr>
          <w:rFonts w:ascii="Calibri" w:hAnsi="Calibri"/>
          <w:b/>
          <w:i w:val="0"/>
          <w:sz w:val="32"/>
        </w:rPr>
        <w:t>Các tác phẩm khác của Jeffrey Archer</w:t>
      </w:r>
    </w:p>
    <w:p>
      <w:pPr>
        <w:spacing w:after="80"/>
        <w:jc w:val="center"/>
      </w:pPr>
      <w:r>
        <w:rPr>
          <w:b w:val="0"/>
          <w:i w:val="0"/>
        </w:rPr>
        <w:t>CÁC TIỂU THUYẾT WILLIAM WARWICK</w:t>
      </w:r>
    </w:p>
    <w:p>
      <w:pPr>
        <w:spacing w:after="80"/>
        <w:jc w:val="center"/>
      </w:pPr>
      <w:r>
        <w:rPr>
          <w:b w:val="0"/>
          <w:i/>
        </w:rPr>
        <w:t>Nothing Ventured</w:t>
      </w:r>
    </w:p>
    <w:p>
      <w:pPr>
        <w:spacing w:after="80"/>
        <w:jc w:val="center"/>
      </w:pPr>
      <w:r>
        <w:rPr>
          <w:b w:val="0"/>
          <w:i/>
        </w:rPr>
        <w:t>Hidden in Plain Sight</w:t>
      </w:r>
    </w:p>
    <w:p>
      <w:pPr>
        <w:spacing w:after="80"/>
        <w:jc w:val="center"/>
      </w:pPr>
      <w:r>
        <w:rPr>
          <w:b w:val="0"/>
          <w:i/>
        </w:rPr>
        <w:t>Turn a Blind Eye</w:t>
      </w:r>
    </w:p>
    <w:p>
      <w:pPr>
        <w:spacing w:after="80"/>
        <w:jc w:val="center"/>
      </w:pPr>
      <w:r>
        <w:rPr>
          <w:b w:val="0"/>
          <w:i w:val="0"/>
        </w:rPr>
        <w:t>BIÊN NIÊN SỬ CLIFTON</w:t>
      </w:r>
    </w:p>
    <w:p>
      <w:pPr>
        <w:spacing w:after="80"/>
        <w:jc w:val="center"/>
      </w:pPr>
      <w:r>
        <w:rPr>
          <w:b w:val="0"/>
          <w:i/>
        </w:rPr>
        <w:t>Chỉ Thời Gian Sẽ Trả Lời</w:t>
      </w:r>
    </w:p>
    <w:p>
      <w:pPr>
        <w:spacing w:after="80"/>
        <w:jc w:val="center"/>
      </w:pPr>
      <w:r>
        <w:rPr>
          <w:b w:val="0"/>
          <w:i/>
        </w:rPr>
        <w:t>Tội Lỗi Của Người Cha</w:t>
      </w:r>
    </w:p>
    <w:p>
      <w:pPr>
        <w:spacing w:after="80"/>
        <w:jc w:val="center"/>
      </w:pPr>
      <w:r>
        <w:rPr>
          <w:b w:val="0"/>
          <w:i/>
        </w:rPr>
        <w:t>Bí Mật Được Giữ Kín Nhất</w:t>
      </w:r>
    </w:p>
    <w:p>
      <w:pPr>
        <w:spacing w:after="80"/>
        <w:jc w:val="center"/>
      </w:pPr>
      <w:r>
        <w:rPr>
          <w:b w:val="0"/>
          <w:i/>
        </w:rPr>
        <w:t>Hãy Cẩn Thận Với Điều Bạn Ước</w:t>
      </w:r>
    </w:p>
    <w:p>
      <w:pPr>
        <w:spacing w:after="80"/>
        <w:jc w:val="center"/>
      </w:pPr>
      <w:r>
        <w:rPr>
          <w:b w:val="0"/>
          <w:i/>
        </w:rPr>
        <w:t>Mạnh Hơn Cả Thanh Gươm</w:t>
      </w:r>
    </w:p>
    <w:p>
      <w:pPr>
        <w:spacing w:after="80"/>
        <w:jc w:val="center"/>
      </w:pPr>
      <w:r>
        <w:rPr>
          <w:b w:val="0"/>
          <w:i/>
        </w:rPr>
        <w:t>Đã Đến Giờ</w:t>
      </w:r>
    </w:p>
    <w:p>
      <w:pPr>
        <w:spacing w:after="80"/>
        <w:jc w:val="center"/>
      </w:pPr>
      <w:r>
        <w:rPr>
          <w:b w:val="0"/>
          <w:i/>
        </w:rPr>
        <w:t xml:space="preserve">Đây Là Một Người Đàn Ông </w:t>
      </w:r>
    </w:p>
    <w:p>
      <w:pPr>
        <w:spacing w:after="80"/>
        <w:jc w:val="center"/>
      </w:pPr>
      <w:r>
        <w:rPr>
          <w:b w:val="0"/>
          <w:i w:val="0"/>
        </w:rPr>
        <w:t>TIỂU THUYẾT</w:t>
      </w:r>
    </w:p>
    <w:p>
      <w:pPr>
        <w:spacing w:after="80"/>
        <w:jc w:val="center"/>
      </w:pPr>
      <w:r>
        <w:rPr>
          <w:b w:val="0"/>
          <w:i/>
        </w:rPr>
        <w:t>Không Một Xu Nhiều Hơn, Không Một Xu Ít Hơn</w:t>
      </w:r>
    </w:p>
    <w:p>
      <w:pPr>
        <w:spacing w:after="80"/>
        <w:jc w:val="center"/>
      </w:pPr>
      <w:r>
        <w:rPr>
          <w:b w:val="0"/>
          <w:i/>
        </w:rPr>
        <w:t>Ta Có Nên Nói Với Tổng Thống?</w:t>
      </w:r>
    </w:p>
    <w:p>
      <w:pPr>
        <w:spacing w:after="80"/>
        <w:jc w:val="center"/>
      </w:pPr>
      <w:r>
        <w:rPr>
          <w:b w:val="0"/>
          <w:i/>
        </w:rPr>
        <w:t>Kane và Abel</w:t>
      </w:r>
    </w:p>
    <w:p>
      <w:pPr>
        <w:spacing w:after="80"/>
        <w:jc w:val="center"/>
      </w:pPr>
      <w:r>
        <w:rPr>
          <w:b w:val="0"/>
          <w:i/>
        </w:rPr>
        <w:t>Đứa Con Hoang Đàng</w:t>
      </w:r>
    </w:p>
    <w:p>
      <w:pPr>
        <w:spacing w:after="80"/>
        <w:jc w:val="center"/>
      </w:pPr>
      <w:r>
        <w:rPr>
          <w:b w:val="0"/>
          <w:i/>
        </w:rPr>
        <w:t xml:space="preserve">Đệ Nhất Trong Số Những Người Ngang Hàng </w:t>
      </w:r>
    </w:p>
    <w:p>
      <w:pPr>
        <w:spacing w:after="80"/>
        <w:jc w:val="center"/>
      </w:pPr>
      <w:r>
        <w:rPr>
          <w:b w:val="0"/>
          <w:i/>
        </w:rPr>
        <w:t>Một Vấn Đề Danh Dự</w:t>
      </w:r>
    </w:p>
    <w:p>
      <w:pPr>
        <w:spacing w:after="80"/>
        <w:jc w:val="center"/>
      </w:pPr>
      <w:r>
        <w:rPr>
          <w:b w:val="0"/>
          <w:i/>
        </w:rPr>
        <w:t>Khi Con Quạ Bay Xa</w:t>
      </w:r>
    </w:p>
    <w:p>
      <w:pPr>
        <w:spacing w:after="80"/>
        <w:jc w:val="center"/>
      </w:pPr>
      <w:r>
        <w:rPr>
          <w:b w:val="0"/>
          <w:i/>
        </w:rPr>
        <w:t>Danh dự giữa bọn trộm cắp</w:t>
      </w:r>
    </w:p>
    <w:p>
      <w:pPr>
        <w:spacing w:after="80"/>
        <w:jc w:val="center"/>
      </w:pPr>
      <w:r>
        <w:rPr>
          <w:b w:val="0"/>
          <w:i/>
        </w:rPr>
        <w:t>Quyền lực thứ tư</w:t>
      </w:r>
    </w:p>
    <w:p>
      <w:pPr>
        <w:spacing w:after="80"/>
        <w:jc w:val="center"/>
      </w:pPr>
      <w:r>
        <w:rPr>
          <w:b w:val="0"/>
          <w:i/>
        </w:rPr>
        <w:t>Điều răn thứ mười một</w:t>
      </w:r>
    </w:p>
    <w:p>
      <w:pPr>
        <w:spacing w:after="80"/>
        <w:jc w:val="center"/>
      </w:pPr>
      <w:r>
        <w:rPr>
          <w:b w:val="0"/>
          <w:i/>
        </w:rPr>
        <w:t>Những đứa con của vận may</w:t>
      </w:r>
    </w:p>
    <w:p>
      <w:pPr>
        <w:spacing w:after="80"/>
        <w:jc w:val="center"/>
      </w:pPr>
      <w:r>
        <w:rPr>
          <w:b w:val="0"/>
          <w:i/>
        </w:rPr>
        <w:t>Ấn tượng giả dối</w:t>
      </w:r>
    </w:p>
    <w:p>
      <w:pPr>
        <w:spacing w:after="80"/>
        <w:jc w:val="center"/>
      </w:pPr>
      <w:r>
        <w:rPr>
          <w:b w:val="0"/>
          <w:i/>
        </w:rPr>
        <w:t>Phúc âm theo Giu-đa</w:t>
      </w:r>
      <w:r>
        <w:rPr>
          <w:b w:val="0"/>
          <w:i w:val="0"/>
        </w:rPr>
        <w:t xml:space="preserve"> (với sự trợ giúp của Giáo sư Francis J. Moloney)</w:t>
      </w:r>
    </w:p>
    <w:p>
      <w:pPr>
        <w:spacing w:after="80"/>
        <w:jc w:val="center"/>
      </w:pPr>
      <w:r>
        <w:rPr>
          <w:b w:val="0"/>
          <w:i/>
        </w:rPr>
        <w:t>Tù nhân của dòng dõi</w:t>
      </w:r>
    </w:p>
    <w:p>
      <w:pPr>
        <w:spacing w:after="80"/>
        <w:jc w:val="center"/>
      </w:pPr>
      <w:r>
        <w:rPr>
          <w:b w:val="0"/>
          <w:i/>
        </w:rPr>
        <w:t>Những con đường vinh quang</w:t>
      </w:r>
    </w:p>
    <w:p>
      <w:pPr>
        <w:spacing w:after="80"/>
        <w:jc w:val="center"/>
      </w:pPr>
      <w:r>
        <w:rPr>
          <w:b w:val="0"/>
          <w:i/>
        </w:rPr>
        <w:t>Ngửa mặt bạn thắng</w:t>
      </w:r>
    </w:p>
    <w:p>
      <w:pPr>
        <w:spacing w:after="80"/>
        <w:jc w:val="center"/>
      </w:pPr>
      <w:r>
        <w:rPr>
          <w:b w:val="0"/>
          <w:i w:val="0"/>
        </w:rPr>
        <w:t>TRUYỆN NGẮN</w:t>
      </w:r>
    </w:p>
    <w:p>
      <w:pPr>
        <w:spacing w:after="80"/>
        <w:jc w:val="center"/>
      </w:pPr>
      <w:r>
        <w:rPr>
          <w:b w:val="0"/>
          <w:i/>
        </w:rPr>
        <w:t>Một ống tên đầy ắp</w:t>
      </w:r>
    </w:p>
    <w:p>
      <w:pPr>
        <w:spacing w:after="80"/>
        <w:jc w:val="center"/>
      </w:pPr>
      <w:r>
        <w:rPr>
          <w:b w:val="0"/>
          <w:i/>
        </w:rPr>
        <w:t>Một nút thắt trong câu chuyện</w:t>
      </w:r>
    </w:p>
    <w:p>
      <w:pPr>
        <w:spacing w:after="80"/>
        <w:jc w:val="center"/>
      </w:pPr>
      <w:r>
        <w:rPr>
          <w:b w:val="0"/>
          <w:i/>
        </w:rPr>
        <w:t>Mười hai manh mối đánh lạc hướng</w:t>
      </w:r>
    </w:p>
    <w:p>
      <w:pPr>
        <w:spacing w:after="80"/>
        <w:jc w:val="center"/>
      </w:pPr>
      <w:r>
        <w:rPr>
          <w:b w:val="0"/>
          <w:i/>
        </w:rPr>
        <w:t>Tuyển tập truyện ngắn</w:t>
      </w:r>
    </w:p>
    <w:p>
      <w:pPr>
        <w:spacing w:after="80"/>
        <w:jc w:val="center"/>
      </w:pPr>
      <w:r>
        <w:rPr>
          <w:b w:val="0"/>
          <w:i/>
        </w:rPr>
        <w:t>Để câu chuyện ngắn lại</w:t>
      </w:r>
    </w:p>
    <w:p>
      <w:pPr>
        <w:spacing w:after="80"/>
        <w:jc w:val="center"/>
      </w:pPr>
      <w:r>
        <w:rPr>
          <w:b w:val="0"/>
          <w:i/>
        </w:rPr>
        <w:t>Chín mạng mèo</w:t>
      </w:r>
    </w:p>
    <w:p>
      <w:pPr>
        <w:spacing w:after="80"/>
        <w:jc w:val="center"/>
      </w:pPr>
      <w:r>
        <w:rPr>
          <w:b w:val="0"/>
          <w:i/>
        </w:rPr>
        <w:t>Và Thế Là Một Câu Chuyện Ra Đời</w:t>
      </w:r>
    </w:p>
    <w:p>
      <w:pPr>
        <w:spacing w:after="80"/>
        <w:jc w:val="center"/>
      </w:pPr>
      <w:r>
        <w:rPr>
          <w:b w:val="0"/>
          <w:i/>
        </w:rPr>
        <w:t>Kể Chuyện</w:t>
      </w:r>
    </w:p>
    <w:p>
      <w:pPr>
        <w:spacing w:after="80"/>
        <w:jc w:val="center"/>
      </w:pPr>
      <w:r>
        <w:rPr>
          <w:b w:val="0"/>
          <w:i/>
        </w:rPr>
        <w:t>Ngắn, Dài và Cao</w:t>
      </w:r>
    </w:p>
    <w:p>
      <w:pPr>
        <w:spacing w:after="80"/>
        <w:jc w:val="center"/>
      </w:pPr>
      <w:r>
        <w:rPr>
          <w:b w:val="0"/>
          <w:i w:val="0"/>
        </w:rPr>
        <w:t>KỊCH BẢN SÂN KHẤU</w:t>
      </w:r>
    </w:p>
    <w:p>
      <w:pPr>
        <w:spacing w:after="80"/>
        <w:jc w:val="center"/>
      </w:pPr>
      <w:r>
        <w:rPr>
          <w:b w:val="0"/>
          <w:i/>
        </w:rPr>
        <w:t>Vượt Qua Nghi Ngờ Hợp Lý</w:t>
      </w:r>
    </w:p>
    <w:p>
      <w:pPr>
        <w:spacing w:after="80"/>
        <w:jc w:val="center"/>
      </w:pPr>
      <w:r>
        <w:rPr>
          <w:b w:val="0"/>
          <w:i/>
        </w:rPr>
        <w:t>Độc Quyền</w:t>
      </w:r>
    </w:p>
    <w:p>
      <w:pPr>
        <w:spacing w:after="80"/>
        <w:jc w:val="center"/>
      </w:pPr>
      <w:r>
        <w:rPr>
          <w:b w:val="0"/>
          <w:i/>
        </w:rPr>
        <w:t>Bị Cáo Buộc</w:t>
      </w:r>
    </w:p>
    <w:p>
      <w:pPr>
        <w:spacing w:after="80"/>
        <w:jc w:val="center"/>
      </w:pPr>
      <w:r>
        <w:rPr>
          <w:b w:val="0"/>
          <w:i/>
        </w:rPr>
        <w:t>Lời Thú Tội</w:t>
      </w:r>
    </w:p>
    <w:p>
      <w:pPr>
        <w:spacing w:after="80"/>
        <w:jc w:val="center"/>
      </w:pPr>
      <w:r>
        <w:rPr>
          <w:b w:val="0"/>
          <w:i/>
        </w:rPr>
        <w:t>Ai Đã Giết Thị Trưởng?</w:t>
      </w:r>
    </w:p>
    <w:p>
      <w:pPr>
        <w:spacing w:after="80"/>
        <w:jc w:val="center"/>
      </w:pPr>
      <w:r>
        <w:rPr>
          <w:b w:val="0"/>
          <w:i w:val="0"/>
        </w:rPr>
        <w:t>NHẬT KÝ TRONG TÙ</w:t>
      </w:r>
    </w:p>
    <w:p>
      <w:pPr>
        <w:spacing w:after="80"/>
        <w:jc w:val="center"/>
      </w:pPr>
      <w:r>
        <w:rPr>
          <w:b w:val="0"/>
          <w:i/>
        </w:rPr>
        <w:t>Tập Một – Belmarsh: Địa Ngục</w:t>
      </w:r>
    </w:p>
    <w:p>
      <w:pPr>
        <w:spacing w:after="80"/>
        <w:jc w:val="center"/>
      </w:pPr>
      <w:r>
        <w:rPr>
          <w:b w:val="0"/>
          <w:i/>
        </w:rPr>
        <w:t>Tập Hai – Wayland: Luyện Ngục</w:t>
      </w:r>
    </w:p>
    <w:p>
      <w:pPr>
        <w:spacing w:after="80"/>
        <w:jc w:val="center"/>
      </w:pPr>
      <w:r>
        <w:rPr>
          <w:b w:val="0"/>
          <w:i/>
        </w:rPr>
        <w:t xml:space="preserve">Tập Ba – North Sea Camp: Thiên Đường </w:t>
      </w:r>
    </w:p>
    <w:p>
      <w:pPr>
        <w:spacing w:after="80"/>
        <w:jc w:val="center"/>
      </w:pPr>
      <w:r>
        <w:rPr>
          <w:b w:val="0"/>
          <w:i w:val="0"/>
        </w:rPr>
        <w:t>KỊCH BẢN ĐIỆN ẢNH</w:t>
      </w:r>
    </w:p>
    <w:p>
      <w:pPr>
        <w:spacing w:after="80"/>
        <w:jc w:val="center"/>
      </w:pPr>
      <w:r>
        <w:rPr>
          <w:b w:val="0"/>
          <w:i/>
        </w:rPr>
        <w:t>Mallory: Bước Ra Khỏi Bản Đồ</w:t>
      </w:r>
    </w:p>
    <w:p>
      <w:pPr>
        <w:spacing w:after="80"/>
        <w:jc w:val="center"/>
      </w:pPr>
      <w:r>
        <w:rPr>
          <w:b w:val="0"/>
          <w:i/>
        </w:rPr>
        <w:t>Ấn Tượng Sai Lầm</w:t>
      </w:r>
    </w:p>
    <w:p>
      <w:pPr>
        <w:jc w:val="center"/>
      </w:pPr>
      <w:r>
        <w:drawing>
          <wp:inline xmlns:a="http://schemas.openxmlformats.org/drawingml/2006/main" xmlns:pic="http://schemas.openxmlformats.org/drawingml/2006/picture">
            <wp:extent cx="2381250" cy="238125"/>
            <wp:docPr id="5" name="Picture 5"/>
            <wp:cNvGraphicFramePr>
              <a:graphicFrameLocks noChangeAspect="1"/>
            </wp:cNvGraphicFramePr>
            <a:graphic>
              <a:graphicData uri="http://schemas.openxmlformats.org/drawingml/2006/picture">
                <pic:pic>
                  <pic:nvPicPr>
                    <pic:cNvPr id="0" name="logo1.png"/>
                    <pic:cNvPicPr/>
                  </pic:nvPicPr>
                  <pic:blipFill>
                    <a:blip r:embed="rId13"/>
                    <a:stretch>
                      <a:fillRect/>
                    </a:stretch>
                  </pic:blipFill>
                  <pic:spPr>
                    <a:xfrm>
                      <a:off x="0" y="0"/>
                      <a:ext cx="2381250" cy="238125"/>
                    </a:xfrm>
                    <a:prstGeom prst="rect"/>
                  </pic:spPr>
                </pic:pic>
              </a:graphicData>
            </a:graphic>
          </wp:inline>
        </w:drawing>
      </w:r>
    </w:p>
    <w:p>
      <w:pPr>
        <w:pStyle w:val="Heading2"/>
      </w:pPr>
      <w:r>
        <w:rPr>
          <w:rFonts w:ascii="Calibri" w:hAnsi="Calibri"/>
          <w:b/>
          <w:i w:val="0"/>
          <w:sz w:val="32"/>
        </w:rPr>
        <w:t>Về nhà xuất bản</w:t>
      </w:r>
    </w:p>
    <w:p>
      <w:pPr>
        <w:spacing w:after="80"/>
        <w:jc w:val="center"/>
      </w:pPr>
      <w:r>
        <w:rPr>
          <w:b/>
          <w:i w:val="0"/>
        </w:rPr>
        <w:t>Úc</w:t>
      </w:r>
    </w:p>
    <w:p>
      <w:pPr>
        <w:spacing w:after="80"/>
        <w:jc w:val="center"/>
      </w:pPr>
      <w:r>
        <w:rPr>
          <w:b w:val="0"/>
          <w:i w:val="0"/>
        </w:rPr>
        <w:t>HarperCollins Publishers Australia Pty. Ltd.</w:t>
      </w:r>
    </w:p>
    <w:p>
      <w:pPr>
        <w:spacing w:after="80"/>
        <w:jc w:val="center"/>
      </w:pPr>
      <w:r>
        <w:rPr>
          <w:b w:val="0"/>
          <w:i w:val="0"/>
        </w:rPr>
        <w:t>Tầng 13, 201 Elizabeth Street</w:t>
      </w:r>
    </w:p>
    <w:p>
      <w:pPr>
        <w:spacing w:after="80"/>
        <w:jc w:val="center"/>
      </w:pPr>
      <w:r>
        <w:rPr>
          <w:b w:val="0"/>
          <w:i w:val="0"/>
        </w:rPr>
        <w:t>Sydney, NSW 2000, Úc</w:t>
      </w:r>
    </w:p>
    <w:p>
      <w:pPr>
        <w:spacing w:after="80"/>
        <w:jc w:val="center"/>
      </w:pPr>
      <w:r>
        <w:rPr>
          <w:b w:val="0"/>
          <w:i w:val="0"/>
        </w:rPr>
        <w:t>www.harpercollins.com.au</w:t>
      </w:r>
    </w:p>
    <w:p>
      <w:pPr>
        <w:spacing w:after="80"/>
        <w:jc w:val="center"/>
      </w:pPr>
      <w:r>
        <w:rPr>
          <w:b/>
          <w:i w:val="0"/>
        </w:rPr>
        <w:t>Canada</w:t>
      </w:r>
    </w:p>
    <w:p>
      <w:pPr>
        <w:spacing w:after="80"/>
        <w:jc w:val="center"/>
      </w:pPr>
      <w:r>
        <w:rPr>
          <w:b w:val="0"/>
          <w:i w:val="0"/>
        </w:rPr>
        <w:t>HarperCollins Canada</w:t>
      </w:r>
    </w:p>
    <w:p>
      <w:pPr>
        <w:spacing w:after="80"/>
        <w:jc w:val="center"/>
      </w:pPr>
      <w:r>
        <w:rPr>
          <w:b w:val="0"/>
          <w:i w:val="0"/>
        </w:rPr>
        <w:t>Bay Adelaide Centre, East Tower</w:t>
      </w:r>
    </w:p>
    <w:p>
      <w:pPr>
        <w:spacing w:after="80"/>
        <w:jc w:val="center"/>
      </w:pPr>
      <w:r>
        <w:rPr>
          <w:b w:val="0"/>
          <w:i w:val="0"/>
        </w:rPr>
        <w:t>22 Adelaide Street West, Tầng 41</w:t>
      </w:r>
    </w:p>
    <w:p>
      <w:pPr>
        <w:spacing w:after="80"/>
        <w:jc w:val="center"/>
      </w:pPr>
      <w:r>
        <w:rPr>
          <w:b w:val="0"/>
          <w:i w:val="0"/>
        </w:rPr>
        <w:t>Toronto, Ontario M5H 4E3, Canada</w:t>
      </w:r>
    </w:p>
    <w:p>
      <w:pPr>
        <w:spacing w:after="80"/>
        <w:jc w:val="center"/>
      </w:pPr>
      <w:r>
        <w:rPr>
          <w:b w:val="0"/>
          <w:i w:val="0"/>
        </w:rPr>
        <w:t>www.harpercollins.ca</w:t>
      </w:r>
    </w:p>
    <w:p>
      <w:pPr>
        <w:spacing w:after="80"/>
        <w:jc w:val="center"/>
      </w:pPr>
      <w:r>
        <w:rPr>
          <w:b/>
          <w:i w:val="0"/>
        </w:rPr>
        <w:t>Ấn Độ</w:t>
      </w:r>
    </w:p>
    <w:p>
      <w:pPr>
        <w:spacing w:after="80"/>
        <w:jc w:val="center"/>
      </w:pPr>
      <w:r>
        <w:rPr>
          <w:b w:val="0"/>
          <w:i w:val="0"/>
        </w:rPr>
        <w:t>HarperCollins India</w:t>
      </w:r>
    </w:p>
    <w:p>
      <w:pPr>
        <w:spacing w:after="80"/>
        <w:jc w:val="center"/>
      </w:pPr>
      <w:r>
        <w:rPr>
          <w:b w:val="0"/>
          <w:i w:val="0"/>
        </w:rPr>
        <w:t>A 75, Sector 57</w:t>
      </w:r>
    </w:p>
    <w:p>
      <w:pPr>
        <w:spacing w:after="80"/>
        <w:jc w:val="center"/>
      </w:pPr>
      <w:r>
        <w:rPr>
          <w:b w:val="0"/>
          <w:i w:val="0"/>
        </w:rPr>
        <w:t>Noida, Uttar Pradesh 201 301, Ấn Độ</w:t>
      </w:r>
    </w:p>
    <w:p>
      <w:pPr>
        <w:spacing w:after="80"/>
        <w:jc w:val="center"/>
      </w:pPr>
      <w:r>
        <w:rPr>
          <w:b w:val="0"/>
          <w:i w:val="0"/>
        </w:rPr>
        <w:t>www.harpercollins.co.in</w:t>
      </w:r>
    </w:p>
    <w:p>
      <w:pPr>
        <w:spacing w:after="80"/>
        <w:jc w:val="center"/>
      </w:pPr>
      <w:r>
        <w:rPr>
          <w:b/>
          <w:i w:val="0"/>
        </w:rPr>
        <w:t>New Zealand</w:t>
      </w:r>
    </w:p>
    <w:p>
      <w:pPr>
        <w:spacing w:after="80"/>
        <w:jc w:val="center"/>
      </w:pPr>
      <w:r>
        <w:rPr>
          <w:b w:val="0"/>
          <w:i w:val="0"/>
        </w:rPr>
        <w:t>HarperCollins Publishers New Zealand</w:t>
      </w:r>
    </w:p>
    <w:p>
      <w:pPr>
        <w:spacing w:after="80"/>
        <w:jc w:val="center"/>
      </w:pPr>
      <w:r>
        <w:rPr>
          <w:b w:val="0"/>
          <w:i w:val="0"/>
        </w:rPr>
        <w:t>Unit D1, 63 Apollo Drive</w:t>
      </w:r>
    </w:p>
    <w:p>
      <w:pPr>
        <w:spacing w:after="80"/>
        <w:jc w:val="center"/>
      </w:pPr>
      <w:r>
        <w:rPr>
          <w:b w:val="0"/>
          <w:i w:val="0"/>
        </w:rPr>
        <w:t>Rosedale 0632</w:t>
      </w:r>
    </w:p>
    <w:p>
      <w:pPr>
        <w:spacing w:after="80"/>
        <w:jc w:val="center"/>
      </w:pPr>
      <w:r>
        <w:rPr>
          <w:b w:val="0"/>
          <w:i w:val="0"/>
        </w:rPr>
        <w:t>Auckland, New Zealand</w:t>
      </w:r>
    </w:p>
    <w:p>
      <w:pPr>
        <w:spacing w:after="80"/>
        <w:jc w:val="center"/>
      </w:pPr>
      <w:r>
        <w:rPr>
          <w:b w:val="0"/>
          <w:i w:val="0"/>
        </w:rPr>
        <w:t>www.harpercollins.co.nz</w:t>
      </w:r>
    </w:p>
    <w:p>
      <w:pPr>
        <w:spacing w:after="80"/>
        <w:jc w:val="center"/>
      </w:pPr>
      <w:r>
        <w:rPr>
          <w:b/>
          <w:i w:val="0"/>
        </w:rPr>
        <w:t>Vương quốc Anh</w:t>
      </w:r>
    </w:p>
    <w:p>
      <w:pPr>
        <w:spacing w:after="80"/>
        <w:jc w:val="center"/>
      </w:pPr>
      <w:r>
        <w:rPr>
          <w:b w:val="0"/>
          <w:i w:val="0"/>
        </w:rPr>
        <w:t>HarperCollins Publishers Ltd.</w:t>
      </w:r>
    </w:p>
    <w:p>
      <w:pPr>
        <w:spacing w:after="80"/>
        <w:jc w:val="center"/>
      </w:pPr>
      <w:r>
        <w:rPr>
          <w:b w:val="0"/>
          <w:i w:val="0"/>
        </w:rPr>
        <w:t>1 London Bridge Street</w:t>
      </w:r>
    </w:p>
    <w:p>
      <w:pPr>
        <w:spacing w:after="80"/>
        <w:jc w:val="center"/>
      </w:pPr>
      <w:r>
        <w:rPr>
          <w:b w:val="0"/>
          <w:i w:val="0"/>
        </w:rPr>
        <w:t>London SE1 9GF, UK</w:t>
      </w:r>
    </w:p>
    <w:p>
      <w:pPr>
        <w:spacing w:after="80"/>
        <w:jc w:val="center"/>
      </w:pPr>
      <w:r>
        <w:rPr>
          <w:b w:val="0"/>
          <w:i w:val="0"/>
        </w:rPr>
        <w:t>www.harpercollins.co.uk</w:t>
      </w:r>
    </w:p>
    <w:p>
      <w:pPr>
        <w:spacing w:after="80"/>
        <w:jc w:val="center"/>
      </w:pPr>
      <w:r>
        <w:rPr>
          <w:b/>
          <w:i w:val="0"/>
        </w:rPr>
        <w:t>Hoa Kỳ</w:t>
      </w:r>
    </w:p>
    <w:p>
      <w:pPr>
        <w:spacing w:after="80"/>
        <w:jc w:val="center"/>
      </w:pPr>
      <w:r>
        <w:rPr>
          <w:b w:val="0"/>
          <w:i w:val="0"/>
        </w:rPr>
        <w:t>HarperCollins Publishers Inc.</w:t>
      </w:r>
    </w:p>
    <w:p>
      <w:pPr>
        <w:spacing w:after="80"/>
        <w:jc w:val="center"/>
      </w:pPr>
      <w:r>
        <w:rPr>
          <w:b w:val="0"/>
          <w:i w:val="0"/>
        </w:rPr>
        <w:t>195 Broadway</w:t>
      </w:r>
    </w:p>
    <w:p>
      <w:pPr>
        <w:spacing w:after="80"/>
        <w:jc w:val="center"/>
      </w:pPr>
      <w:r>
        <w:rPr>
          <w:b w:val="0"/>
          <w:i w:val="0"/>
        </w:rPr>
        <w:t>New York, NY 10007</w:t>
      </w:r>
    </w:p>
    <w:p>
      <w:pPr>
        <w:spacing w:after="80"/>
        <w:jc w:val="center"/>
      </w:pPr>
      <w:r>
        <w:rPr>
          <w:b w:val="0"/>
          <w:i w:val="0"/>
        </w:rPr>
        <w:t>www.harpercollins.com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