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8964" cy="8229600"/>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18964" cy="8229600"/>
                    </a:xfrm>
                    <a:prstGeom prst="rect"/>
                  </pic:spPr>
                </pic:pic>
              </a:graphicData>
            </a:graphic>
          </wp:inline>
        </w:drawing>
      </w:r>
    </w:p>
    <w:p>
      <w:pPr>
        <w:pStyle w:val="Heading1"/>
      </w:pPr>
      <w:r>
        <w:rPr>
          <w:rFonts w:ascii="Calibri" w:hAnsi="Calibri"/>
          <w:b/>
          <w:i w:val="0"/>
          <w:sz w:val="40"/>
        </w:rPr>
        <w:t>TIẾP THEO TRONG HÀNG</w:t>
      </w:r>
    </w:p>
    <w:p>
      <w:pPr>
        <w:pStyle w:val="Heading2"/>
      </w:pPr>
      <w:r>
        <w:rPr>
          <w:rFonts w:ascii="Calibri" w:hAnsi="Calibri"/>
          <w:b/>
          <w:i w:val="0"/>
          <w:sz w:val="32"/>
        </w:rPr>
        <w:t>Jeffrey Archer</w:t>
      </w:r>
    </w:p>
    <w:p>
      <w:pPr>
        <w:jc w:val="center"/>
      </w:pPr>
      <w:r>
        <w:drawing>
          <wp:inline xmlns:a="http://schemas.openxmlformats.org/drawingml/2006/main" xmlns:pic="http://schemas.openxmlformats.org/drawingml/2006/picture">
            <wp:extent cx="1562100" cy="561976"/>
            <wp:docPr id="2" name="Picture 2"/>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1562100" cy="561976"/>
                    </a:xfrm>
                    <a:prstGeom prst="rect"/>
                  </pic:spPr>
                </pic:pic>
              </a:graphicData>
            </a:graphic>
          </wp:inline>
        </w:drawing>
      </w:r>
    </w:p>
    <w:p>
      <w:pPr>
        <w:pStyle w:val="Heading2"/>
      </w:pPr>
      <w:r>
        <w:rPr>
          <w:rFonts w:ascii="Calibri" w:hAnsi="Calibri"/>
          <w:b/>
          <w:i w:val="0"/>
          <w:sz w:val="32"/>
        </w:rPr>
        <w:t>Bản quyền</w:t>
      </w:r>
    </w:p>
    <w:p>
      <w:pPr>
        <w:spacing w:after="80"/>
        <w:jc w:val="center"/>
      </w:pPr>
      <w:r>
        <w:rPr>
          <w:b w:val="0"/>
          <w:i w:val="0"/>
        </w:rPr>
        <w:t>HarperCollins</w:t>
      </w:r>
      <w:r>
        <w:rPr>
          <w:b w:val="0"/>
          <w:i/>
        </w:rPr>
        <w:t>Publishers</w:t>
      </w:r>
      <w:r>
        <w:rPr>
          <w:b w:val="0"/>
          <w:i w:val="0"/>
        </w:rPr>
        <w:t xml:space="preserve"> Ltd</w:t>
      </w:r>
    </w:p>
    <w:p>
      <w:pPr>
        <w:spacing w:after="80"/>
        <w:jc w:val="center"/>
      </w:pPr>
      <w:r>
        <w:rPr>
          <w:b w:val="0"/>
          <w:i w:val="0"/>
        </w:rPr>
        <w:t>1 London Bridge Street</w:t>
      </w:r>
    </w:p>
    <w:p>
      <w:pPr>
        <w:spacing w:after="80"/>
        <w:jc w:val="center"/>
      </w:pPr>
      <w:r>
        <w:rPr>
          <w:b w:val="0"/>
          <w:i w:val="0"/>
        </w:rPr>
        <w:t>London SE1 9GF</w:t>
      </w:r>
    </w:p>
    <w:p>
      <w:pPr>
        <w:spacing w:after="80"/>
        <w:jc w:val="center"/>
      </w:pPr>
      <w:r>
        <w:rPr>
          <w:b w:val="0"/>
          <w:i w:val="0"/>
        </w:rPr>
        <w:t>www.harpercollins.co.uk</w:t>
      </w:r>
    </w:p>
    <w:p>
      <w:pPr>
        <w:spacing w:after="80"/>
        <w:jc w:val="center"/>
      </w:pPr>
      <w:r>
        <w:rPr>
          <w:b w:val="0"/>
          <w:i w:val="0"/>
        </w:rPr>
        <w:t>HarperCollins</w:t>
      </w:r>
      <w:r>
        <w:rPr>
          <w:b w:val="0"/>
          <w:i/>
        </w:rPr>
        <w:t>Publishers</w:t>
      </w:r>
    </w:p>
    <w:p>
      <w:pPr>
        <w:spacing w:after="80"/>
        <w:jc w:val="center"/>
      </w:pPr>
      <w:r>
        <w:rPr>
          <w:b w:val="0"/>
          <w:i w:val="0"/>
        </w:rPr>
        <w:t>Tầng 1, Tòa nhà Watermarque, Ringsend Road</w:t>
      </w:r>
    </w:p>
    <w:p>
      <w:pPr>
        <w:spacing w:after="80"/>
        <w:jc w:val="center"/>
      </w:pPr>
      <w:r>
        <w:rPr>
          <w:b w:val="0"/>
          <w:i w:val="0"/>
        </w:rPr>
        <w:t>Dublin 4, Ireland</w:t>
      </w:r>
    </w:p>
    <w:p>
      <w:pPr>
        <w:spacing w:after="80"/>
        <w:jc w:val="center"/>
      </w:pPr>
      <w:r>
        <w:rPr>
          <w:b w:val="0"/>
          <w:i w:val="0"/>
        </w:rPr>
        <w:t>Xuất bản lần đầu bởi HarperCollins</w:t>
      </w:r>
      <w:r>
        <w:rPr>
          <w:b w:val="0"/>
          <w:i/>
        </w:rPr>
        <w:t>Publishers</w:t>
      </w:r>
      <w:r>
        <w:rPr>
          <w:b w:val="0"/>
          <w:i w:val="0"/>
        </w:rPr>
        <w:t xml:space="preserve"> 2022</w:t>
      </w:r>
    </w:p>
    <w:p>
      <w:pPr>
        <w:spacing w:after="80"/>
        <w:jc w:val="center"/>
      </w:pPr>
      <w:r>
        <w:rPr>
          <w:b w:val="0"/>
          <w:i w:val="0"/>
        </w:rPr>
        <w:t>Bản quyền © Jeffrey Archer 2022</w:t>
      </w:r>
    </w:p>
    <w:p>
      <w:pPr>
        <w:spacing w:after="80"/>
        <w:jc w:val="center"/>
      </w:pPr>
      <w:r>
        <w:rPr>
          <w:b w:val="0"/>
          <w:i w:val="0"/>
        </w:rPr>
        <w:t>Thiết kế bìa bởi Claire Ward © HarperCollins</w:t>
      </w:r>
      <w:r>
        <w:rPr>
          <w:b w:val="0"/>
          <w:i/>
        </w:rPr>
        <w:t>Publishers</w:t>
      </w:r>
      <w:r>
        <w:rPr>
          <w:b w:val="0"/>
          <w:i w:val="0"/>
        </w:rPr>
        <w:t xml:space="preserve"> Ltd 2022</w:t>
      </w:r>
    </w:p>
    <w:p>
      <w:pPr>
        <w:spacing w:after="80"/>
        <w:jc w:val="center"/>
      </w:pPr>
      <w:r>
        <w:rPr>
          <w:b w:val="0"/>
          <w:i w:val="0"/>
        </w:rPr>
        <w:t>Ảnh bìa: Chronicle/Alamy Stock Photo (Cung điện Buckingham) © James Wragg/Trevillion Images (người đàn ông đang chạy) và Shutterstock.com (đội bảo vệ).</w:t>
      </w:r>
    </w:p>
    <w:p>
      <w:pPr>
        <w:spacing w:after="80"/>
        <w:jc w:val="center"/>
      </w:pPr>
      <w:r>
        <w:rPr>
          <w:b w:val="0"/>
          <w:i w:val="0"/>
        </w:rPr>
        <w:t>Jeffrey Archer khẳng định quyền nhân thân được công nhận là tác giả của tác phẩm này.</w:t>
      </w:r>
    </w:p>
    <w:p>
      <w:pPr>
        <w:spacing w:after="80"/>
        <w:jc w:val="center"/>
      </w:pPr>
      <w:r>
        <w:rPr>
          <w:b w:val="0"/>
          <w:i w:val="0"/>
        </w:rPr>
        <w:t>Bản sao mục lục của cuốn sách này có sẵn tại Thư viện Anh.</w:t>
      </w:r>
    </w:p>
    <w:p>
      <w:pPr>
        <w:spacing w:after="80"/>
        <w:jc w:val="center"/>
      </w:pPr>
      <w:r>
        <w:rPr>
          <w:b w:val="0"/>
          <w:i w:val="0"/>
        </w:rPr>
        <w:t>Cuốn tiểu thuyết này hoàn toàn là một tác phẩm hư cấu. Những đề cập đến người thật, sự kiện, cơ sở, tổ chức hay địa danh có thật chỉ nhằm mục đích tạo cảm giác chân thực, được sử dụng theo cách hư cấu và là sản phẩm của trí tưởng tượng của chính tác giả. Mọi sự trùng hợp với bất kỳ người thật nào, dù còn sống hay đã mất, đều hoàn toàn là ngẫu nhiên.</w:t>
      </w:r>
    </w:p>
    <w:p>
      <w:pPr>
        <w:spacing w:after="80"/>
        <w:jc w:val="center"/>
      </w:pPr>
      <w:r>
        <w:rPr>
          <w:b w:val="0"/>
          <w:i w:val="0"/>
        </w:rPr>
        <w:t>Bảo lưu mọi quyền theo Công ước Quốc tế và Liên châu Mỹ về Bản quyền. Khi thanh toán các khoản phí theo yêu cầu, bạn được cấp quyền không độc quyền, không chuyển nhượng để truy cập và đọc văn bản của cuốn sách điện tử này trên màn hình. Không phần nào của văn bản này được phép sao chép, truyền tải, tải xuống, dịch ngược, kỹ nghịch, hoặc lưu trữ hay đưa vào bất kỳ hệ thống lưu trữ và truy xuất thông tin nào, dưới bất kỳ hình thức hay phương tiện nào, dù là điện tử hay cơ học, hiện đã biết hay sau này được phát minh, mà không có sự cho phép rõ ràng bằng văn bản của HarperCollins.</w:t>
      </w:r>
    </w:p>
    <w:p>
      <w:pPr>
        <w:spacing w:after="80"/>
        <w:jc w:val="center"/>
      </w:pPr>
      <w:r>
        <w:rPr>
          <w:b w:val="0"/>
          <w:i w:val="0"/>
        </w:rPr>
        <w:t>ISBN nguồn: 9780008474324</w:t>
      </w:r>
    </w:p>
    <w:p>
      <w:pPr>
        <w:spacing w:after="80"/>
        <w:jc w:val="center"/>
      </w:pPr>
      <w:r>
        <w:rPr>
          <w:b w:val="0"/>
          <w:i w:val="0"/>
        </w:rPr>
        <w:t>Ấn bản Ebook © Tháng 9 năm 2022 ISBN: 9780008474348</w:t>
      </w:r>
    </w:p>
    <w:p>
      <w:pPr>
        <w:spacing w:after="80"/>
        <w:jc w:val="center"/>
      </w:pPr>
      <w:r>
        <w:rPr>
          <w:b w:val="0"/>
          <w:i w:val="0"/>
        </w:rPr>
        <w:t>Phiên bản: 2022-05-30</w:t>
      </w:r>
    </w:p>
    <w:p>
      <w:pPr>
        <w:pStyle w:val="Heading2"/>
      </w:pPr>
      <w:r>
        <w:rPr>
          <w:rFonts w:ascii="Calibri" w:hAnsi="Calibri"/>
          <w:b/>
          <w:i w:val="0"/>
          <w:sz w:val="32"/>
        </w:rPr>
        <w:t>Lời đề tặng</w:t>
      </w:r>
    </w:p>
    <w:p>
      <w:pPr>
        <w:spacing w:after="80"/>
        <w:jc w:val="center"/>
      </w:pPr>
      <w:r>
        <w:rPr>
          <w:b w:val="0"/>
          <w:i/>
        </w:rPr>
        <w:t>Tặng Janet</w:t>
      </w:r>
    </w:p>
    <w:p>
      <w:pPr>
        <w:pStyle w:val="Heading2"/>
      </w:pPr>
      <w:r>
        <w:rPr>
          <w:rFonts w:ascii="Calibri" w:hAnsi="Calibri"/>
          <w:b/>
          <w:i w:val="0"/>
          <w:sz w:val="32"/>
        </w:rPr>
        <w:t>Đề từ</w:t>
      </w:r>
    </w:p>
    <w:p>
      <w:pPr>
        <w:spacing w:after="80"/>
        <w:jc w:val="center"/>
      </w:pPr>
      <w:r>
        <w:rPr>
          <w:b w:val="0"/>
          <w:i/>
        </w:rPr>
        <w:t>Đây có phải là một câu chuyện có thật không?</w:t>
      </w:r>
    </w:p>
    <w:p>
      <w:pPr>
        <w:spacing w:after="80"/>
      </w:pPr>
      <w:r>
        <w:rPr>
          <w:b w:val="0"/>
          <w:i w:val="0"/>
        </w:rPr>
        <w:t>Mục lục</w:t>
      </w:r>
    </w:p>
    <w:p>
      <w:pPr>
        <w:spacing w:after="80"/>
      </w:pPr>
      <w:r>
        <w:rPr>
          <w:b w:val="0"/>
          <w:i w:val="0"/>
        </w:rPr>
        <w:t>Bìa</w:t>
      </w:r>
    </w:p>
    <w:p>
      <w:pPr>
        <w:spacing w:after="80"/>
      </w:pPr>
      <w:r>
        <w:rPr>
          <w:b w:val="0"/>
          <w:i w:val="0"/>
        </w:rPr>
        <w:t>Trang tiêu đề</w:t>
      </w:r>
    </w:p>
    <w:p>
      <w:pPr>
        <w:spacing w:after="80"/>
      </w:pPr>
      <w:r>
        <w:rPr>
          <w:b w:val="0"/>
          <w:i w:val="0"/>
        </w:rPr>
        <w:t>Bản quyền</w:t>
      </w:r>
    </w:p>
    <w:p>
      <w:pPr>
        <w:spacing w:after="80"/>
      </w:pPr>
      <w:r>
        <w:rPr>
          <w:b w:val="0"/>
          <w:i w:val="0"/>
        </w:rPr>
        <w:t>Lời đề tặng</w:t>
      </w:r>
    </w:p>
    <w:p>
      <w:pPr>
        <w:spacing w:after="80"/>
      </w:pPr>
      <w:r>
        <w:rPr>
          <w:b w:val="0"/>
          <w:i w:val="0"/>
        </w:rPr>
        <w:t>Đề từ</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Gửi bạn đọc thân mến …</w:t>
      </w:r>
    </w:p>
    <w:p>
      <w:pPr>
        <w:spacing w:after="80"/>
      </w:pPr>
      <w:r>
        <w:rPr>
          <w:b w:val="0"/>
          <w:i w:val="0"/>
        </w:rPr>
        <w:t>Lời cảm ơn</w:t>
      </w:r>
    </w:p>
    <w:p>
      <w:pPr>
        <w:spacing w:after="80"/>
      </w:pPr>
      <w:r>
        <w:rPr>
          <w:b w:val="0"/>
          <w:i w:val="0"/>
        </w:rPr>
        <w:t>Đọc tiếp …</w:t>
      </w:r>
    </w:p>
    <w:p>
      <w:pPr>
        <w:spacing w:after="80"/>
      </w:pPr>
      <w:r>
        <w:rPr>
          <w:b w:val="0"/>
          <w:i w:val="0"/>
        </w:rPr>
        <w:t>Về tác giả</w:t>
      </w:r>
    </w:p>
    <w:p>
      <w:pPr>
        <w:spacing w:after="80"/>
      </w:pPr>
      <w:r>
        <w:rPr>
          <w:b w:val="0"/>
          <w:i w:val="0"/>
        </w:rPr>
        <w:t>Các tác phẩm khác của Jeffrey Archer</w:t>
      </w:r>
    </w:p>
    <w:p>
      <w:pPr>
        <w:spacing w:after="80"/>
      </w:pPr>
      <w:r>
        <w:rPr>
          <w:b w:val="0"/>
          <w:i w:val="0"/>
        </w:rPr>
        <w:t>Về nhà xuất bản</w:t>
      </w:r>
    </w:p>
    <w:p>
      <w:pPr>
        <w:pStyle w:val="Heading2"/>
      </w:pPr>
      <w:r>
        <w:rPr>
          <w:rFonts w:ascii="Calibri" w:hAnsi="Calibri"/>
          <w:b/>
          <w:i w:val="0"/>
          <w:sz w:val="32"/>
        </w:rPr>
        <w:t>CHƯƠNG 1</w:t>
      </w:r>
    </w:p>
    <w:p>
      <w:pPr>
        <w:spacing w:after="80"/>
      </w:pPr>
      <w:r>
        <w:rPr>
          <w:b w:val="0"/>
          <w:i w:val="0"/>
        </w:rPr>
        <w:t>Một chiến binh mô tô của Đội Hộ tống Đặc biệt lao vào Scotland Yard, theo sát ngay sau là một chiếc Jaguar màu xanh lá và một chiếc Land Rover không dán nhãn, trong khi hai chiếc mô tô cảnh sát bọc hậu, hoàn tất đoàn xe hoàng gia. Tất cả cùng dừng lại khi Big Ben điểm mười một giờ ba mươi.</w:t>
      </w:r>
    </w:p>
    <w:p>
      <w:pPr>
        <w:spacing w:after="80"/>
      </w:pPr>
      <w:r>
        <w:rPr>
          <w:b w:val="0"/>
          <w:i w:val="0"/>
        </w:rPr>
        <w:t>Một sĩ quan bảo vệ cận vệ phóng ra khỏi ghế trước của chiếc Jaguar và mở cửa sau. Cảnh sát trưởng Sở Cảnh sát Đô thị, Ngài Peter Imbert, bước tới và cúi chào. "Chào mừng đến với Scotland Yard, Điện hạ," ông nói, và được đáp lại bằng nụ cười ấm áp, e thẹn mà công chúng đã quá quen thuộc.</w:t>
      </w:r>
    </w:p>
    <w:p>
      <w:pPr>
        <w:spacing w:after="80"/>
      </w:pPr>
      <w:r>
        <w:rPr>
          <w:b w:val="0"/>
          <w:i w:val="0"/>
        </w:rPr>
        <w:t>"Cảm ơn Ngài Peter," cô đáp khi họ bắt tay. "Thật tử tế khi ngài đồng ý với yêu cầu khác thường của tôi."</w:t>
      </w:r>
    </w:p>
    <w:p>
      <w:pPr>
        <w:spacing w:after="80"/>
      </w:pPr>
      <w:r>
        <w:rPr>
          <w:b w:val="0"/>
          <w:i w:val="0"/>
        </w:rPr>
        <w:t>"Đó là vinh hạnh của tôi, thưa bà," Ngài Peter nói, trước khi quay sang đoàn sĩ quan cấp cao đang đứng chờ để chào đón. "Cho phép tôi giới thiệu Phó Cảnh sát trưởng …"</w:t>
      </w:r>
    </w:p>
    <w:p>
      <w:pPr>
        <w:spacing w:after="80"/>
      </w:pPr>
      <w:r>
        <w:rPr>
          <w:b w:val="0"/>
          <w:i w:val="0"/>
        </w:rPr>
        <w:t>Công chúa bắt tay lần lượt từng sĩ quan cho đến khi cô đến cuối hàng, nơi cô được giới thiệu với trưởng các đội điều tra án mạng của Sở Cảnh sát Đô thị.</w:t>
      </w:r>
    </w:p>
    <w:p>
      <w:pPr>
        <w:spacing w:after="80"/>
      </w:pPr>
      <w:r>
        <w:rPr>
          <w:b w:val="0"/>
          <w:i w:val="0"/>
        </w:rPr>
        <w:t>‘Thanh tra trưởng Hawksby được biết đến với biệt danh “Kẻ sát nhân số Một”,’ vị Cảnh sát trưởng nói với bà. ‘Và Thanh tra trưởng William Warwick sẽ là người hướng dẫn cho bà sáng nay,’ ông nói thêm khi một cô bé bước lên, khẽ nhún gối chào và dâng tặng Công chúa một bó hồng nhỏ màu hồng. Cô bé nhận được nụ cười rạng rỡ nhất trong tất cả.</w:t>
      </w:r>
    </w:p>
    <w:p>
      <w:pPr>
        <w:spacing w:after="80"/>
      </w:pPr>
      <w:r>
        <w:rPr>
          <w:b w:val="0"/>
          <w:i w:val="0"/>
        </w:rPr>
        <w:t>Công chúa cúi xuống và nói, ‘Cảm ơn cháu, và cháu tên là gì?’</w:t>
      </w:r>
    </w:p>
    <w:p>
      <w:pPr>
        <w:spacing w:after="80"/>
      </w:pPr>
      <w:r>
        <w:rPr>
          <w:b w:val="0"/>
          <w:i w:val="0"/>
        </w:rPr>
        <w:t>‘Artemisia ạ,’ cái đầu cúi gằm thì thầm xuống mặt đất.</w:t>
      </w:r>
    </w:p>
    <w:p>
      <w:pPr>
        <w:spacing w:after="80"/>
      </w:pPr>
      <w:r>
        <w:rPr>
          <w:b w:val="0"/>
          <w:i w:val="0"/>
        </w:rPr>
        <w:t>‘Tên đẹp quá,’ Công chúa nói.</w:t>
      </w:r>
    </w:p>
    <w:p>
      <w:pPr>
        <w:spacing w:after="80"/>
      </w:pPr>
      <w:r>
        <w:rPr>
          <w:b w:val="0"/>
          <w:i w:val="0"/>
        </w:rPr>
        <w:t>Bà chuẩn bị bước tiếp thì Artemisia ngước lên và hỏi, ‘Sao bà không đội vương miện ạ?’</w:t>
      </w:r>
    </w:p>
    <w:p>
      <w:pPr>
        <w:spacing w:after="80"/>
      </w:pPr>
      <w:r>
        <w:rPr>
          <w:b w:val="0"/>
          <w:i w:val="0"/>
        </w:rPr>
        <w:t>William đỏ bừng mặt, trong khi cấp phó của anh, Thanh tra Ross Hogan, nén cười, khiến Artemisia òa khóc. Công chúa lại cúi xuống, ôm cô bé vào lòng và nói, ‘Vì ta không phải là Nữ hoàng, Artemisia à, ta chỉ là Công chúa thôi.’</w:t>
      </w:r>
    </w:p>
    <w:p>
      <w:pPr>
        <w:spacing w:after="80"/>
      </w:pPr>
      <w:r>
        <w:rPr>
          <w:b w:val="0"/>
          <w:i w:val="0"/>
        </w:rPr>
        <w:t>‘Nhưng rồi một ngày bà sẽ là Nữ hoàng mà.’</w:t>
      </w:r>
    </w:p>
    <w:p>
      <w:pPr>
        <w:spacing w:after="80"/>
      </w:pPr>
      <w:r>
        <w:rPr>
          <w:b w:val="0"/>
          <w:i w:val="0"/>
        </w:rPr>
        <w:t>‘Thế thì ta sẽ đội vương miện.’</w:t>
      </w:r>
    </w:p>
    <w:p>
      <w:pPr>
        <w:spacing w:after="80"/>
      </w:pPr>
      <w:r>
        <w:rPr>
          <w:b w:val="0"/>
          <w:i w:val="0"/>
        </w:rPr>
        <w:t>Điều đó dường như làm Artemisia hài lòng, cô bé mỉm cười khi cha mình dẫn vị khách hoàng gia của Sở Cảnh sát Met vào trong tòa nhà.</w:t>
      </w:r>
    </w:p>
    <w:p>
      <w:pPr>
        <w:spacing w:after="80"/>
      </w:pPr>
      <w:r>
        <w:rPr>
          <w:b w:val="0"/>
          <w:i w:val="0"/>
        </w:rPr>
        <w:t>Cánh cửa được một học viên trẻ giữ mở, Công chúa dừng lại nói chuyện với cô một lát, trước khi William hướng dẫn bà về phía thang máy đang chờ. Trước chuyến thăm của Công chúa đã có một cuộc thảo luận dài về việc liệu bà nên đi bộ lên cầu thang tới tầng một hay đi thang máy. Thang máy thắng với tỷ lệ năm phiếu thuận, bốn phiếu chống. Một quyết định cũng căng thẳng không kém là ai sẽ đi cùng bà trong thang máy. Vị Cảnh sát trưởng, Thanh tra trưởng Hawksby và William lọt vào danh sách rút gọn, trong khi nữ phụ tá của Công chúa sẽ đi thang máy thứ hai, cùng với Thanh tra Ross Hogan và Trung sĩ Thám tử Roycroft.</w:t>
      </w:r>
    </w:p>
    <w:p>
      <w:pPr>
        <w:spacing w:after="80"/>
      </w:pPr>
      <w:r>
        <w:rPr>
          <w:b w:val="0"/>
          <w:i w:val="0"/>
        </w:rPr>
        <w:t>William đã chuẩn bị kỹ bài nói của mình, nhưng lập tức bị chệch hướng bởi câu hỏi đầu tiên của Công chúa.</w:t>
      </w:r>
    </w:p>
    <w:p>
      <w:pPr>
        <w:spacing w:after="80"/>
      </w:pPr>
      <w:r>
        <w:rPr>
          <w:b w:val="0"/>
          <w:i w:val="0"/>
        </w:rPr>
        <w:t>‘Có phải Artemisia là con gái của anh không?’</w:t>
      </w:r>
    </w:p>
    <w:p>
      <w:pPr>
        <w:spacing w:after="80"/>
      </w:pPr>
      <w:r>
        <w:rPr>
          <w:b w:val="0"/>
          <w:i w:val="0"/>
        </w:rPr>
        <w:t>‘Vâng, thưa bà,’ William nói, nhớ ra rằng Chim Ưng đã bảo anh rằng “ma’am” phải vần với “spam”, chứ không phải “harm”. ‘Nhưng bà có bằng chứng gì ạ?’ anh hỏi, trong chốc lát quên mất rằng mình không phải đang nói chuyện với một trong những sĩ quan cấp dưới của mình.</w:t>
      </w:r>
    </w:p>
    <w:p>
      <w:pPr>
        <w:spacing w:after="80"/>
      </w:pPr>
      <w:r>
        <w:rPr>
          <w:b w:val="0"/>
          <w:i w:val="0"/>
        </w:rPr>
        <w:t>‘Nếu con bé không phải con gái anh, anh đã không đỏ mặt,’ là câu trả lời khi họ bước vào thang máy.</w:t>
      </w:r>
    </w:p>
    <w:p>
      <w:pPr>
        <w:spacing w:after="80"/>
      </w:pPr>
      <w:r>
        <w:rPr>
          <w:b w:val="0"/>
          <w:i w:val="0"/>
        </w:rPr>
        <w:t>‘Tôi đã bảo con bé là không được nói chuyện với bà,’ William nói, ‘và nhất định không được hỏi bà bất cứ điều gì.’</w:t>
      </w:r>
    </w:p>
    <w:p>
      <w:pPr>
        <w:spacing w:after="80"/>
      </w:pPr>
      <w:r>
        <w:rPr>
          <w:b w:val="0"/>
          <w:i w:val="0"/>
        </w:rPr>
        <w:t>‘Việc con bé không nghe lời anh có lẽ có nghĩa là nó sẽ là người thú vị nhất mà ta gặp hôm nay,’ Diana thì thầm khi cửa thang máy đóng lại. ‘Sao anh lại đặt tên cho con bé là Artemisia?’</w:t>
      </w:r>
    </w:p>
    <w:p>
      <w:pPr>
        <w:spacing w:after="80"/>
      </w:pPr>
      <w:r>
        <w:rPr>
          <w:b w:val="0"/>
          <w:i w:val="0"/>
        </w:rPr>
        <w:t>‘Cô bé được đặt tên theo Artemisia Gentileschi, nữ họa sĩ vĩ đại thời Baroque của Ý.’</w:t>
      </w:r>
    </w:p>
    <w:p>
      <w:pPr>
        <w:spacing w:after="80"/>
      </w:pPr>
      <w:r>
        <w:rPr>
          <w:b w:val="0"/>
          <w:i w:val="0"/>
        </w:rPr>
        <w:t>‘Vậy hẳn ngài phải rất yêu nghệ thuật?’</w:t>
      </w:r>
    </w:p>
    <w:p>
      <w:pPr>
        <w:spacing w:after="80"/>
      </w:pPr>
      <w:r>
        <w:rPr>
          <w:b w:val="0"/>
          <w:i w:val="0"/>
        </w:rPr>
        <w:t>‘Một niềm đam mê, thưa bà. Nhưng chính vợ tôi, Beth, người phụ trách bộ sưu tập tranh ở Fitzmolean, là người đã chọn cái tên đó.’</w:t>
      </w:r>
    </w:p>
    <w:p>
      <w:pPr>
        <w:spacing w:after="80"/>
      </w:pPr>
      <w:r>
        <w:rPr>
          <w:b w:val="0"/>
          <w:i w:val="0"/>
        </w:rPr>
        <w:t>‘Vậy thì tôi sẽ có dịp khác gặp con gái ngài,’ Công nương nói, ‘bởi vì nếu tôi nhớ không nhầm, năm sau tôi sẽ khai mạc triển lãm Frans Hals của Fitzmolean. Tốt nhất là tôi nên đội ít nhất một chiếc vương miện nhỏ nếu không muốn bị mắng lần nữa,’ bà nói thêm khi cửa thang máy mở ra ở tầng một.</w:t>
      </w:r>
    </w:p>
    <w:p>
      <w:pPr>
        <w:spacing w:after="80"/>
      </w:pPr>
      <w:r>
        <w:rPr>
          <w:b w:val="0"/>
          <w:i w:val="0"/>
        </w:rPr>
        <w:t>‘Bảo tàng Tội phạm, thưa bà,’ William bắt đầu, quay lại với kịch bản của mình, ‘thường được biết đến với tên gọi Bảo tàng Đen, là ý tưởng của Thanh tra Neame, người vào năm 1869 cảm thấy nó sẽ giúp đồng nghiệp của ông phá án và thậm chí ngăn ngừa tội phạm nếu họ có thể nghiên cứu những vụ án nổi tiếng. Ông được hỗ trợ bởi Viên cảnh sát Randall, người đã tập hợp tài liệu từ nhiều tên tội phạm khét tiếng và hiện trường vụ án khác nhau, tạo nên những hiện vật đầu tiên trong phòng trưng bày tội phạm này. Bảo tàng mở cửa năm năm sau đó, vào tháng 4 năm 1874, nhưng vẫn đóng cửa với công chúng.’</w:t>
      </w:r>
    </w:p>
    <w:p>
      <w:pPr>
        <w:spacing w:after="80"/>
      </w:pPr>
      <w:r>
        <w:rPr>
          <w:b w:val="0"/>
          <w:i w:val="0"/>
        </w:rPr>
        <w:t>William quay lại nhìn và thấy Ross Hogan đang trò chuyện với thị nữ của Công nương. Anh dẫn vị khách của mình xuống một hành lang dài về phía phòng 101, nơi một cánh cửa khác đang được giữ mở cho vị khách hoàng gia. William chợt tự hỏi liệu Công nương có bao giờ tự mở cửa cho mình không, nhưng nhanh chóng gạt ý nghĩ đó đi và quay lại với kịch bản.</w:t>
      </w:r>
    </w:p>
    <w:p>
      <w:pPr>
        <w:spacing w:after="80"/>
      </w:pPr>
      <w:r>
        <w:rPr>
          <w:b w:val="0"/>
          <w:i w:val="0"/>
        </w:rPr>
        <w:t>‘Tôi hy vọng bà sẽ không thấy bảo tàng quá rùng rợn, thưa bà. Đã từng có vị khách thỉnh thoảng bị ngất,’ anh nói. Họ bước vào một căn phòng mà ánh sáng mờ ảo chỉ càng làm tăng thêm bầu không khí rùng rợn.</w:t>
      </w:r>
    </w:p>
    <w:p>
      <w:pPr>
        <w:spacing w:after="80"/>
      </w:pPr>
      <w:r>
        <w:rPr>
          <w:b w:val="0"/>
          <w:i w:val="0"/>
        </w:rPr>
        <w:t>‘Không thể tệ hơn bốn ngày ở Ascot,’ Công nương đáp, ‘nơi tôi thường xuyên muốn ngất đi.’</w:t>
      </w:r>
    </w:p>
    <w:p>
      <w:pPr>
        <w:spacing w:after="80"/>
      </w:pPr>
      <w:r>
        <w:rPr>
          <w:b w:val="0"/>
          <w:i w:val="0"/>
        </w:rPr>
        <w:t>William muốn bật cười, nhưng kìm được. ‘Hiện vật đầu tiên,’ anh nói khi họ tiến đến một tủ kính lớn, ‘bao gồm những kỷ vật ban đầu do Neame và Randall sưu tầm.’</w:t>
      </w:r>
    </w:p>
    <w:p>
      <w:pPr>
        <w:spacing w:after="80"/>
      </w:pPr>
      <w:r>
        <w:rPr>
          <w:b w:val="0"/>
          <w:i w:val="0"/>
        </w:rPr>
        <w:t>Công nương chăm chú nhìn bộ sưu tập vũ khí mà tội phạm thế kỷ mười bảy dùng để sát hại nạn nhân, bao gồm một cây gậy chống mà chỉ cần xoay núm là biến thành thanh kiếm, cùng nhiều loại dao bấm, dùi cui gỗ nặng và vòng đấm sắt. William nhanh chóng chuyển sang tủ tiếp theo, dành riêng cho Jack the Ripper, bao gồm một lá thư viết tay mà hắn gửi đến Cơ quan Thông tấn Trung ương London năm 1888 vào đỉnh điểm chuỗi vụ giết người hàng loạt của hắn, chế giễu cảnh sát bằng cách dự đoán họ sẽ không bao giờ bắt được hắn. Nhưng sau đó, như William nhắc vị khách của mình, đó là trước khi Met bắt đầu dùng dấu vân tay để nhận dạng tội phạm, và hơn một thế kỷ trước khi phát hiện ra DNA.</w:t>
      </w:r>
    </w:p>
    <w:p>
      <w:pPr>
        <w:spacing w:after="80"/>
      </w:pPr>
      <w:r>
        <w:rPr>
          <w:b w:val="0"/>
          <w:i w:val="0"/>
        </w:rPr>
        <w:t>‘Tôi vẫn chưa ngất đâu,’ Công nương nói khi họ chuyển sang tủ tiếp theo, trong đó có một cặp ống nhòm cổ. ‘Chúng có gì đặc biệt?’ bà hỏi.</w:t>
      </w:r>
    </w:p>
    <w:p>
      <w:pPr>
        <w:spacing w:after="80"/>
      </w:pPr>
      <w:r>
        <w:rPr>
          <w:b w:val="0"/>
          <w:i w:val="0"/>
        </w:rPr>
        <w:t>‘Chúng không được thiết kế cho Ascot đâu, thưa bà,’ William nói. ‘Chúng là món quà từ một kẻ đặc biệt khó ưa tặng cho vị hôn thê của hắn vài ngày sau khi cô ấy bỏ rơi hắn. Khi cô ấy đưa chúng lên mắt và chỉnh tiêu cự, hai chiếc đinh bắn ra và làm cô ấy mù. Tại phiên tòa, luật sư công tố hỏi bị cáo tại sao lại làm điều ác độc như vậy, và hắn chỉ đáp: “Tôi không muốn cô ấy nhìn bất kỳ người đàn ông nào khác nữa.”’</w:t>
      </w:r>
    </w:p>
    <w:p>
      <w:pPr>
        <w:spacing w:after="80"/>
      </w:pPr>
      <w:r>
        <w:rPr>
          <w:b w:val="0"/>
          <w:i w:val="0"/>
        </w:rPr>
        <w:t>Diana che mắt lại và William nhanh chóng chuyển sang hiện vật khác.</w:t>
      </w:r>
    </w:p>
    <w:p>
      <w:pPr>
        <w:spacing w:after="80"/>
      </w:pPr>
      <w:r>
        <w:rPr>
          <w:b w:val="0"/>
          <w:i w:val="0"/>
        </w:rPr>
        <w:t>‘Hiện vật tiếp theo đây, thưa bà, đặc biệt hấp dẫn,’ William nói, chỉ vào một chiếc hộp kim loại nhỏ, giản dị. ‘Nó cung cấp manh mối quan trọng trong vụ án đầu tiên mà Met phá được nhờ dùng dấu vân tay làm bằng chứng. Năm 1905, hai anh em Alfred và Albert Stratton bị bắt vì tội giết chủ cửa hàng Thomas Farrow và vợ ông, Ann. Chúng sẽ thoát tội nếu Alfred không để lại một dấu vân tay cái trên chiếc hộp đựng tiền trống rỗng. Cả hai đều bị kết tội và bị treo cổ.’</w:t>
      </w:r>
    </w:p>
    <w:p>
      <w:pPr>
        <w:spacing w:after="80"/>
      </w:pPr>
      <w:r>
        <w:rPr>
          <w:b w:val="0"/>
          <w:i w:val="0"/>
        </w:rPr>
        <w:t>Họ chuyển sang tủ tiếp theo, nơi Công nương liếc nhanh qua một bức ảnh rồi quay sang William và nói: ‘Kể cho tôi nghe về hắn.’</w:t>
      </w:r>
    </w:p>
    <w:p>
      <w:pPr>
        <w:spacing w:after="80"/>
      </w:pPr>
      <w:r>
        <w:rPr>
          <w:b w:val="0"/>
          <w:i w:val="0"/>
        </w:rPr>
        <w:t>‘Vào ngày mười tám tháng Hai năm 1949, John Haigh giết Olive Durand-Deacon, một góa phụ giàu có, khi bà đang đến thăm xưởng cơ khí của hắn ở Crawley. Sau khi Haigh lấy hết mọi thứ có giá trị mà bà mang theo, hắn hòa tan thi thể bà trong một thùng axit sulfuric, tin rằng nếu cảnh sát không thể tìm thấy thi thể, hắn không thể bị buộc tội giết người. Tuy nhiên, hắn không tính đến chuyên môn của một bác sĩ Keith Simpson nọ, một nhà nghiên cứu bệnh học đã phát hiện ba viên sỏi mật và vài chiếc răng giả của nạn nhân trong đống đá vụn phía sau xưởng. Haigh bị bắt, bị kết tội và bị treo cổ.’</w:t>
      </w:r>
    </w:p>
    <w:p>
      <w:pPr>
        <w:spacing w:after="80"/>
      </w:pPr>
      <w:r>
        <w:rPr>
          <w:b w:val="0"/>
          <w:i w:val="0"/>
        </w:rPr>
        <w:t>‘Ngài thật thích đưa một cô gái đến nơi lãng mạn trong buổi hẹn đầu tiên nhỉ, Thanh tra trưởng?’ Công chúa nói, khiến William lần đầu tiên thả lỏng và bật cười.</w:t>
      </w:r>
    </w:p>
    <w:p>
      <w:pPr>
        <w:spacing w:after="80"/>
      </w:pPr>
      <w:r>
        <w:rPr>
          <w:b w:val="0"/>
          <w:i w:val="0"/>
        </w:rPr>
        <w:t xml:space="preserve">‘Một cái “đầu tiên” khác,’ ông tiếp tục khi họ dừng lại trước tủ trưng bày kế tiếp, ‘là vụ bắt giữ Tiến sĩ Hawley Harvey Crippen, một thầy thuốc vi lượng đồng căn (homeopath) người Mỹ đã sát hại vợ mình là Cora ở London rồi bỏ trốn sang Brussels cùng người tình Ethel Le Neve. Từ Brussels họ đi tiếp đến Antwerp, nơi Crippen mua hai vé trên tàu SS </w:t>
      </w:r>
      <w:r>
        <w:rPr>
          <w:b w:val="0"/>
          <w:i/>
        </w:rPr>
        <w:t>Montrose</w:t>
      </w:r>
      <w:r>
        <w:rPr>
          <w:b w:val="0"/>
          <w:i w:val="0"/>
        </w:rPr>
        <w:t xml:space="preserve">, một con tàu hơi nước hướng về Canada. Ethel cải trang thành một cậu bé, để họ có thể giả làm cha con. Thuyền trưởng con tàu đã được xem một tấm áp phích truy nã trước khi tàu khởi hành, và trở nên nghi ngờ khi thấy Crippen và Le Neve nắm tay và hôn nhau. Ông ta đánh điện báo cho Scotland Yard, và Thanh tra trưởng Walter Dew, người phụ trách vụ án, lập tức lên đường đến Liverpool và lên tàu SS </w:t>
      </w:r>
      <w:r>
        <w:rPr>
          <w:b w:val="0"/>
          <w:i/>
        </w:rPr>
        <w:t>Laurentic</w:t>
      </w:r>
      <w:r>
        <w:rPr>
          <w:b w:val="0"/>
          <w:i w:val="0"/>
        </w:rPr>
        <w:t xml:space="preserve">, một con tàu nhanh hơn nhiều, đến Montreal trước tàu </w:t>
      </w:r>
      <w:r>
        <w:rPr>
          <w:b w:val="0"/>
          <w:i/>
        </w:rPr>
        <w:t>Montrose</w:t>
      </w:r>
      <w:r>
        <w:rPr>
          <w:b w:val="0"/>
          <w:i w:val="0"/>
        </w:rPr>
        <w:t xml:space="preserve"> một thời gian. Dew, cải trang thành hoa tiêu, lên tàu khi nó đang chạy vào sông St Lawrence, bắt giữ Crippen và Ethel, rồi đưa họ trở về Anh để hầu tòa. Bồi thẩm đoàn chỉ mất ba mươi phút để kết luận Crippen phạm tội giết người.’</w:t>
      </w:r>
    </w:p>
    <w:p>
      <w:pPr>
        <w:spacing w:after="80"/>
      </w:pPr>
      <w:r>
        <w:rPr>
          <w:b w:val="0"/>
          <w:i w:val="0"/>
        </w:rPr>
        <w:t>‘Vậy là ông ta cũng lên giá treo cổ,’ Công chúa vui vẻ nói. ‘Nhưng còn Ethel thì sao?’</w:t>
      </w:r>
    </w:p>
    <w:p>
      <w:pPr>
        <w:spacing w:after="80"/>
      </w:pPr>
      <w:r>
        <w:rPr>
          <w:b w:val="0"/>
          <w:i w:val="0"/>
        </w:rPr>
        <w:t>‘Cô ta được tuyên trắng án về tội đồng phạm sau khi phạm tội. Tuy nhiên, bồi thẩm đoàn mất thời gian lâu hơn đáng kể để đi đến quyết định.’</w:t>
      </w:r>
    </w:p>
    <w:p>
      <w:pPr>
        <w:spacing w:after="80"/>
      </w:pPr>
      <w:r>
        <w:rPr>
          <w:b w:val="0"/>
          <w:i w:val="0"/>
        </w:rPr>
        <w:t>‘Thật thú vị khi thường là phụ nữ lại là những người thoát tội,’ Công chúa nói khi họ bước sang phòng kế tiếp, nơi trông chẳng hấp dẫn hơn phòng trước chút nào.</w:t>
      </w:r>
    </w:p>
    <w:p>
      <w:pPr>
        <w:spacing w:after="80"/>
      </w:pPr>
      <w:r>
        <w:rPr>
          <w:b w:val="0"/>
          <w:i w:val="0"/>
        </w:rPr>
        <w:t>‘Giờ đây ngài sẽ được gặp vài tên gangster khét tiếng ở East End,’ William tuyên bố. ‘Tôi sẽ bắt đầu với kẻ nổi tiếng nhất trong số đó, anh em nhà Kray, Reggie và Ronnie.’</w:t>
      </w:r>
    </w:p>
    <w:p>
      <w:pPr>
        <w:spacing w:after="80"/>
      </w:pPr>
      <w:r>
        <w:rPr>
          <w:b w:val="0"/>
          <w:i w:val="0"/>
        </w:rPr>
        <w:t>‘Ngay cả tôi cũng đã nghe nói về họ,’ Công chúa nói, đứng trước những tấm ảnh thẻ đen trắng của cặp song sinh khét tiếng.</w:t>
      </w:r>
    </w:p>
    <w:p>
      <w:pPr>
        <w:spacing w:after="80"/>
      </w:pPr>
      <w:r>
        <w:rPr>
          <w:b w:val="0"/>
          <w:i w:val="0"/>
        </w:rPr>
        <w:t>‘Dù đã gây ra vô số tội ác tàn bạo trong nhiều năm, kể cả giết người, hơn một lần, họ tỏ ra gần như không thể bị buộc tội, chứ chưa nói đến kết án, vì không ai dám đứng ra làm chứng chống lại họ, quá sợ hậu quả.’</w:t>
      </w:r>
    </w:p>
    <w:p>
      <w:pPr>
        <w:spacing w:after="80"/>
      </w:pPr>
      <w:r>
        <w:rPr>
          <w:b w:val="0"/>
          <w:i w:val="0"/>
        </w:rPr>
        <w:t>‘Vậy cuối cùng họ bị bắt bằng cách nào?’</w:t>
      </w:r>
    </w:p>
    <w:p>
      <w:pPr>
        <w:spacing w:after="80"/>
      </w:pPr>
      <w:r>
        <w:rPr>
          <w:b w:val="0"/>
          <w:i w:val="0"/>
        </w:rPr>
        <w:t>‘Cảnh sát cuối cùng đã bắt được họ sau khi Reggie sát hại một đồng phạm tên là Jack the Hat McVitie vào năm 1967. Cả hai anh em nhà Kray đều bị kết án tù chung thân.’</w:t>
      </w:r>
    </w:p>
    <w:p>
      <w:pPr>
        <w:spacing w:after="80"/>
      </w:pPr>
      <w:r>
        <w:rPr>
          <w:b w:val="0"/>
          <w:i w:val="0"/>
        </w:rPr>
        <w:t>‘Còn người đã đưa ra lời khai?’ Công chúa hỏi.</w:t>
      </w:r>
    </w:p>
    <w:p>
      <w:pPr>
        <w:spacing w:after="80"/>
      </w:pPr>
      <w:r>
        <w:rPr>
          <w:b w:val="0"/>
          <w:i w:val="0"/>
        </w:rPr>
        <w:t>‘Không kịp đón sinh nhật tiếp theo, thưa ngài.’</w:t>
      </w:r>
    </w:p>
    <w:p>
      <w:pPr>
        <w:spacing w:after="80"/>
      </w:pPr>
      <w:r>
        <w:rPr>
          <w:b w:val="0"/>
          <w:i w:val="0"/>
        </w:rPr>
        <w:t>‘Tôi vẫn đang đứng đây, Thanh tra trưởng,’ Công chúa trêu khi họ bước sang phòng kế tiếp, nơi bà được chào đón bằng một màn trưng bày những sợi dây thừng đay với đủ độ dài và độ dày khác nhau.</w:t>
      </w:r>
    </w:p>
    <w:p>
      <w:pPr>
        <w:spacing w:after="80"/>
      </w:pPr>
      <w:r>
        <w:rPr>
          <w:b w:val="0"/>
          <w:i w:val="0"/>
        </w:rPr>
        <w:t>‘Cho đến thế kỷ mười chín, đám đông lớn thường tụ tập tại Tyburn để chứng kiến những vụ treo cổ công khai,’ viên Ủy viên nói, người đi sát ngay phía sau. ‘Hình thức giải trí man rợ này chấm dứt vào năm 1868, sau đó các vụ hành quyết được tiến hành sau những bức tường nhà tù mà không có người dân nào chứng kiến.’</w:t>
      </w:r>
    </w:p>
    <w:p>
      <w:pPr>
        <w:spacing w:after="80"/>
      </w:pPr>
      <w:r>
        <w:rPr>
          <w:b w:val="0"/>
          <w:i w:val="0"/>
        </w:rPr>
        <w:t>‘Khi còn là một sĩ quan trẻ, Ngài Peter, ngài đã từng chứng kiến một vụ treo cổ chưa?’ Công chúa hỏi.</w:t>
      </w:r>
    </w:p>
    <w:p>
      <w:pPr>
        <w:spacing w:after="80"/>
      </w:pPr>
      <w:r>
        <w:rPr>
          <w:b w:val="0"/>
          <w:i w:val="0"/>
        </w:rPr>
        <w:t>‘Chỉ một lần thôi, thưa ngài, và ơn Chúa, không bao giờ nữa.’</w:t>
      </w:r>
    </w:p>
    <w:p>
      <w:pPr>
        <w:spacing w:after="80"/>
      </w:pPr>
      <w:r>
        <w:rPr>
          <w:b w:val="0"/>
          <w:i w:val="0"/>
        </w:rPr>
        <w:t>‘Nhắc tôi nhớ xem,’ Công chúa nói, quay lại phía William, ‘người phụ nữ cuối cùng bị treo cổ là ai?’</w:t>
      </w:r>
    </w:p>
    <w:p>
      <w:pPr>
        <w:spacing w:after="80"/>
      </w:pPr>
      <w:r>
        <w:rPr>
          <w:b w:val="0"/>
          <w:i w:val="0"/>
        </w:rPr>
        <w:t>‘Bà đi trước tôi một bước rồi, thưa bà,’ William nói, chuyển sang tủ trưng bày tiếp theo. ‘Ruth Ellis, một nữ tiếp viên hộp đêm, bị treo cổ vào ngày mười ba tháng Bảy, 1955, sau khi cô ta bắn người tình của mình bằng khẩu súng lục Smith and Wesson .38, chính là khẩu súng bà thấy ở đây.’</w:t>
      </w:r>
    </w:p>
    <w:p>
      <w:pPr>
        <w:spacing w:after="80"/>
      </w:pPr>
      <w:r>
        <w:rPr>
          <w:b w:val="0"/>
          <w:i w:val="0"/>
        </w:rPr>
        <w:t>‘Còn người đàn ông cuối cùng?’ Công chúa hỏi, mắt vẫn dán vào khẩu súng.</w:t>
      </w:r>
    </w:p>
    <w:p>
      <w:pPr>
        <w:spacing w:after="80"/>
      </w:pPr>
      <w:r>
        <w:rPr>
          <w:b w:val="0"/>
          <w:i w:val="0"/>
        </w:rPr>
        <w:t>William vắt óc suy nghĩ, vì đó không nằm trong kịch bản anh đã chuẩn bị. Anh quay sang phía Cảnh sát trưởng, nhưng ông không đáp lời.</w:t>
      </w:r>
    </w:p>
    <w:p>
      <w:pPr>
        <w:spacing w:after="80"/>
      </w:pPr>
      <w:r>
        <w:rPr>
          <w:b w:val="0"/>
          <w:i w:val="0"/>
        </w:rPr>
        <w:t>Họ được cứu nguy bởi người quản lý bảo tàng, người bước lên và nói: ‘Gwynne Evans và Peter Allen, thưa bà, bị treo cổ vì tội giết John Alan West vào ngày mười ba tháng Tám, 1964. Năm sau, một dự luật của nghị sĩ tư nhân nhằm bãi bỏ án treo cổ đã trở thành luật. Tuy nhiên, có thể bà sẽ thấy thú vị khi biết, thưa bà, bà vẫn có thể bị treo cổ vì tội phản quốc, hoặc tội cướp biển có kèm bạo lực.’</w:t>
      </w:r>
    </w:p>
    <w:p>
      <w:pPr>
        <w:spacing w:after="80"/>
      </w:pPr>
      <w:r>
        <w:rPr>
          <w:b w:val="0"/>
          <w:i w:val="0"/>
        </w:rPr>
        <w:t>‘Tôi nghĩ tội phản quốc có vẻ khả dĩ hơn trong trường hợp của tôi,’ Công chúa nói, khiến tất cả bọn họ bật cười.</w:t>
      </w:r>
    </w:p>
    <w:p>
      <w:pPr>
        <w:spacing w:after="80"/>
      </w:pPr>
      <w:r>
        <w:rPr>
          <w:b w:val="0"/>
          <w:i w:val="0"/>
        </w:rPr>
        <w:t>William dẫn vị khách của mình đến căn phòng cuối cùng trong chuyến tham quan, nơi bà được giới thiệu với một dãy chai lọ chứa đủ loại chất độc. William giải thích rằng đó là phương thức giết người ưa thích của phụ nữ, đặc biệt là giết chồng mình. William hối hận ngay khi vừa thốt ra những lời đó.</w:t>
      </w:r>
    </w:p>
    <w:p>
      <w:pPr>
        <w:spacing w:after="80"/>
      </w:pPr>
      <w:r>
        <w:rPr>
          <w:b w:val="0"/>
          <w:i w:val="0"/>
        </w:rPr>
        <w:t>‘Và đó, thưa bà, đưa chúng ta đến cuối chuyến tham quan. Tôi hy vọng bà thấy nó—’ Anh ngập ngừng, trước khi thay từ ‘thú vị’ bằng ‘hấp dẫn’.</w:t>
      </w:r>
    </w:p>
    <w:p>
      <w:pPr>
        <w:spacing w:after="80"/>
      </w:pPr>
      <w:r>
        <w:rPr>
          <w:b w:val="0"/>
          <w:i w:val="0"/>
        </w:rPr>
        <w:t>‘Hấp dẫn, thưa Tổng thanh tra, sẽ là cách mô tả chính xác hơn cho một giờ vừa qua,’ Công chúa đáp khi William tiễn bà ra khỏi bảo tàng.</w:t>
      </w:r>
    </w:p>
    <w:p>
      <w:pPr>
        <w:spacing w:after="80"/>
      </w:pPr>
      <w:r>
        <w:rPr>
          <w:b w:val="0"/>
          <w:i w:val="0"/>
        </w:rPr>
        <w:t>Họ đi ngược lại dọc hành lang dài về phía thang máy, đi ngang qua một nhà vệ sinh được dành riêng cho vị khách hoàng gia. Hai nữ cảnh sát trẻ đang túc trực, nhưng họ không cần đến. Họ thấy thất vọng. Bà cảm nhận được điều đó, và dừng lại trò chuyện với họ, rồi mới đi tiếp.</w:t>
      </w:r>
    </w:p>
    <w:p>
      <w:pPr>
        <w:spacing w:after="80"/>
      </w:pPr>
      <w:r>
        <w:rPr>
          <w:b w:val="0"/>
          <w:i w:val="0"/>
        </w:rPr>
        <w:t>‘Tôi mong được gặp lại ngài, thưa Tổng thanh tra, và được gặp vợ ngài khi tôi khai mạc triển lãm Frans Hals,’ Công chúa nói khi bước vào thang máy. ‘Đó ít nhất hẳn sẽ là một dịp vui vẻ hơn.’</w:t>
      </w:r>
    </w:p>
    <w:p>
      <w:pPr>
        <w:spacing w:after="80"/>
      </w:pPr>
      <w:r>
        <w:rPr>
          <w:b w:val="0"/>
          <w:i w:val="0"/>
        </w:rPr>
        <w:t>William gắng nở một nụ cười.</w:t>
      </w:r>
    </w:p>
    <w:p>
      <w:pPr>
        <w:spacing w:after="80"/>
      </w:pPr>
      <w:r>
        <w:rPr>
          <w:b w:val="0"/>
          <w:i w:val="0"/>
        </w:rPr>
        <w:t>Khi cửa thang máy mở ra ở tầng trệt, Cảnh sát trưởng lại tiếp quản, tiễn vị khách hoàng gia ra chiếc xe đang chờ, nơi viên sĩ quan bảo vệ cận vệ của bà đang giữ mở cửa sau. Công chúa dừng lại vẫy tay chào đám đông đã tụ tập ở phía bên kia đường.</w:t>
      </w:r>
    </w:p>
    <w:p>
      <w:pPr>
        <w:spacing w:after="80"/>
      </w:pPr>
      <w:r>
        <w:rPr>
          <w:b w:val="0"/>
          <w:i w:val="0"/>
        </w:rPr>
        <w:t>‘Tôi để ý thấy anh không mất nhiều thời gian trước khi tán tỉnh cô thị nữ của bà ấy,’ William nói, khi Thanh tra Hogan đến bên anh.</w:t>
      </w:r>
    </w:p>
    <w:p>
      <w:pPr>
        <w:spacing w:after="80"/>
      </w:pPr>
      <w:r>
        <w:rPr>
          <w:b w:val="0"/>
          <w:i w:val="0"/>
        </w:rPr>
        <w:t>‘Tôi nghĩ,’ Ross đáp không chút ngập ngừng, ‘tôi có cơ hội đấy chứ.’</w:t>
      </w:r>
    </w:p>
    <w:p>
      <w:pPr>
        <w:spacing w:after="80"/>
      </w:pPr>
      <w:r>
        <w:rPr>
          <w:b w:val="0"/>
          <w:i w:val="0"/>
        </w:rPr>
        <w:t>‘Tôi e là anh đang với quá tầm của mình đấy,’ William đáp lại.</w:t>
      </w:r>
    </w:p>
    <w:p>
      <w:pPr>
        <w:spacing w:after="80"/>
      </w:pPr>
      <w:r>
        <w:rPr>
          <w:b w:val="0"/>
          <w:i w:val="0"/>
        </w:rPr>
        <w:t>‘Chuyện đó có bao giờ làm cậu lo lắng đâu,’ Ross nói với vẻ mặt tươi cười.</w:t>
      </w:r>
    </w:p>
    <w:p>
      <w:pPr>
        <w:spacing w:after="80"/>
      </w:pPr>
      <w:r>
        <w:rPr>
          <w:b w:val="0"/>
          <w:i w:val="0"/>
        </w:rPr>
        <w:t>‘Chạm nọc rồi nhé,’ William nói, hơi cúi đầu chào bạn mình.</w:t>
      </w:r>
    </w:p>
    <w:p>
      <w:pPr>
        <w:spacing w:after="80"/>
      </w:pPr>
      <w:r>
        <w:rPr>
          <w:b w:val="0"/>
          <w:i w:val="0"/>
        </w:rPr>
        <w:t>‘Phu nhân Victoria bảo tôi rằng sĩ quan bảo vệ cận vệ của Công chúa sẽ nghỉ hưu vào cuối năm nay, và họ vẫn chưa tìm được người thay thế. Nên tôi hy vọng cậu có thể nói giúp tôi một tiếng tốt.’</w:t>
      </w:r>
    </w:p>
    <w:p>
      <w:pPr>
        <w:spacing w:after="80"/>
      </w:pPr>
      <w:r>
        <w:rPr>
          <w:b w:val="0"/>
          <w:i w:val="0"/>
        </w:rPr>
        <w:t>‘Cậu định nói tiếng nào?’ William hỏi. ‘Không đáng tin? Phóng đãng? Lăng nhăng?’</w:t>
      </w:r>
    </w:p>
    <w:p>
      <w:pPr>
        <w:spacing w:after="80"/>
      </w:pPr>
      <w:r>
        <w:rPr>
          <w:b w:val="0"/>
          <w:i w:val="0"/>
        </w:rPr>
        <w:t>‘Tôi nghĩ đó gần như chính xác là những gì bà ấy đang tìm kiếm,’ Ross nói, khi nữ thị tùng bước vào ghế sau của chiếc xe phía trước Công chúa.</w:t>
      </w:r>
    </w:p>
    <w:p>
      <w:pPr>
        <w:spacing w:after="80"/>
      </w:pPr>
      <w:r>
        <w:rPr>
          <w:b w:val="0"/>
          <w:i w:val="0"/>
        </w:rPr>
        <w:t>‘Tôi sẽ nghĩ về chuyện đó,’ William nói.</w:t>
      </w:r>
    </w:p>
    <w:p>
      <w:pPr>
        <w:spacing w:after="80"/>
      </w:pPr>
      <w:r>
        <w:rPr>
          <w:b w:val="0"/>
          <w:i w:val="0"/>
        </w:rPr>
        <w:t>‘Đó là tất cả những gì cậu có thể nói sau bao nhiêu năm tôi làm cho cậu sao?’</w:t>
      </w:r>
    </w:p>
    <w:p>
      <w:pPr>
        <w:spacing w:after="80"/>
      </w:pPr>
      <w:r>
        <w:rPr>
          <w:b w:val="0"/>
          <w:i w:val="0"/>
        </w:rPr>
        <w:t xml:space="preserve">William cố nhịn cười khi nhớ lại cuộc phiêu lưu gần đây nhất của họ đã kết thúc thế nào. Anh và Ross vừa mới trở về từ Tây Ban Nha, nơi họ đã truy lùng Miles Faulkner. Cuối cùng họ đã bắt kịp kẻ thù truyền kiếp của mình ở Barcelona và lôi hắn trở lại nhà tù Belmarsh – chính nhà tù mà Faulkner đã trốn thoát năm trước. Dù William và Ross cảm thấy đắc thắng, họ vẫn ý thức được những hậu quả không thể tránh khỏi mà chắc chắn họ sẽ phải đối mặt, </w:t>
      </w:r>
      <w:r>
        <w:rPr>
          <w:b w:val="0"/>
          <w:i/>
        </w:rPr>
        <w:t>sau khi đã phá vỡ mọi quy tắc trong sách</w:t>
      </w:r>
      <w:r>
        <w:rPr>
          <w:b w:val="0"/>
          <w:i w:val="0"/>
        </w:rPr>
        <w:t xml:space="preserve">, theo lời vị chỉ huy. William nhắc ông chủ rằng trong sách của Miles Faulkner </w:t>
      </w:r>
      <w:r>
        <w:rPr>
          <w:b w:val="0"/>
          <w:i/>
        </w:rPr>
        <w:t>không hề có</w:t>
      </w:r>
      <w:r>
        <w:rPr>
          <w:b w:val="0"/>
          <w:i w:val="0"/>
        </w:rPr>
        <w:t xml:space="preserve"> quy tắc nào, và nếu họ không phá vỡ vài quy tắc lẻ tẻ, thì chắc chắn hắn ta lại một lần nữa thoát khỏi nanh vuốt của họ.</w:t>
      </w:r>
    </w:p>
    <w:p>
      <w:pPr>
        <w:spacing w:after="80"/>
      </w:pPr>
      <w:r>
        <w:rPr>
          <w:b w:val="0"/>
          <w:i w:val="0"/>
        </w:rPr>
        <w:t>Hai cái sai không tạo nên một cái đúng, vị chỉ huy đã nhắc nhở họ.</w:t>
      </w:r>
    </w:p>
    <w:p>
      <w:pPr>
        <w:spacing w:after="80"/>
      </w:pPr>
      <w:r>
        <w:rPr>
          <w:b w:val="0"/>
          <w:i w:val="0"/>
        </w:rPr>
        <w:t>Nhưng họ có thể hy vọng giam giữ Faulkner được bao lâu, William tự hỏi, khi luật sư tham nhũng của hắn ta sẵn sàng bẻ cong chính những quy tắc đó đến mức giới hạn nếu điều đó đảm bảo ‘vị khách hàng danh giá’ của hắn sẽ được tha bổng mọi tội danh và được ra tù mà không một vết nhơ trong nhân cách? Họ cũng chấp nhận rằng ông Booth Watson QC sẽ không hài lòng cho đến khi William và Ross bị đưa ra phiên điều trần kỷ luật, trước khi bị sa thải một cách nhục nhã khỏi lực lượng vì hành vi không thể chấp nhận khi đang phục vụ với tư cách sĩ quan cảnh sát. William đã cảnh báo vợ mình rằng vài tháng tới sẽ không hề suôn sẻ.</w:t>
      </w:r>
    </w:p>
    <w:p>
      <w:pPr>
        <w:spacing w:after="80"/>
      </w:pPr>
      <w:r>
        <w:rPr>
          <w:b w:val="0"/>
          <w:i w:val="0"/>
        </w:rPr>
        <w:t>‘Có gì mới đâu?’ Beth đã nhắc anh, trước khi nói thêm rằng cô sẽ không hài lòng cho đến khi Booth Watson bị tống vào tù cùng ‘vị khách hàng danh giá’ của hắn, nơi cả hai đều thuộc về.</w:t>
      </w:r>
    </w:p>
    <w:p>
      <w:pPr>
        <w:spacing w:after="80"/>
      </w:pPr>
      <w:r>
        <w:rPr>
          <w:b w:val="0"/>
          <w:i w:val="0"/>
        </w:rPr>
        <w:t>William bừng tỉnh trở về hiện tại khi Công chúa bước vào ghế sau của chiếc xe, và những người cảnh sát đi mô-tô rồ ga dẫn đoàn xe hoàng gia rời khỏi Scotland Yard và tiến về phố Victoria.</w:t>
      </w:r>
    </w:p>
    <w:p>
      <w:pPr>
        <w:spacing w:after="80"/>
      </w:pPr>
      <w:r>
        <w:rPr>
          <w:b w:val="0"/>
          <w:i w:val="0"/>
        </w:rPr>
        <w:t>Công chúa vẫy tay chào đám đông từ trong xe, và tất cả mọi người đều đáp lại trừ Ross, người vẫn đang mỉm cười với nữ thị tùng của cô ấy.</w:t>
      </w:r>
    </w:p>
    <w:p>
      <w:pPr>
        <w:spacing w:after="80"/>
      </w:pPr>
      <w:r>
        <w:rPr>
          <w:b w:val="0"/>
          <w:i w:val="0"/>
        </w:rPr>
        <w:t>‘Vấn đề của cậu, Ross, là dũng khí của cậu lớn hơn bộ não đấy,’ William nói khi đoàn xe từ từ rời khỏi New Scotland Yard.</w:t>
      </w:r>
    </w:p>
    <w:p>
      <w:pPr>
        <w:spacing w:after="80"/>
      </w:pPr>
      <w:r>
        <w:rPr>
          <w:b w:val="0"/>
          <w:i w:val="0"/>
        </w:rPr>
        <w:t>‘Như thế mới có một cuộc đời thú vị hơn nhiều chứ,’ Ross đáp lại.</w:t>
      </w:r>
    </w:p>
    <w:p>
      <w:pPr>
        <w:spacing w:after="80"/>
      </w:pPr>
      <w:r>
        <w:rPr>
          <w:b w:val="0"/>
          <w:i w:val="0"/>
        </w:rPr>
        <w:t>Khi đoàn xe của Công chúa đã khuất khỏi tầm mắt, vị Chánh Thanh tra và Hawk bước sang tham gia cùng họ.</w:t>
      </w:r>
    </w:p>
    <w:p>
      <w:pPr>
        <w:spacing w:after="80"/>
      </w:pPr>
      <w:r>
        <w:rPr>
          <w:b w:val="0"/>
          <w:i w:val="0"/>
        </w:rPr>
        <w:t>‘Ý tưởng hay đấy,’ Ngài Peter nói, ‘khi để hai sĩ quan trẻ dẫn khách của chúng ta đi tham quan bảo tàng, thay vì mấy ông già lẩm cẩm như chúng ta. Nhất là khi một trong hai người họ rõ ràng đã chuẩn bị bài rất kỹ.’</w:t>
      </w:r>
    </w:p>
    <w:p>
      <w:pPr>
        <w:spacing w:after="80"/>
      </w:pPr>
      <w:r>
        <w:rPr>
          <w:b w:val="0"/>
          <w:i w:val="0"/>
        </w:rPr>
        <w:t>‘Cảm ơn ngài,’ Ross đáp, khiến viên chỉ huy nở một nụ cười nhếch mép.</w:t>
      </w:r>
    </w:p>
    <w:p>
      <w:pPr>
        <w:spacing w:after="80"/>
      </w:pPr>
      <w:r>
        <w:rPr>
          <w:b w:val="0"/>
          <w:i w:val="0"/>
        </w:rPr>
        <w:t>‘Thực ra, tôi nghĩ Warwick xứng đáng được nghỉ nốt ngày hôm nay,’ Ngài Peter gợi ý, trước khi rời đi để về văn phòng.</w:t>
      </w:r>
    </w:p>
    <w:p>
      <w:pPr>
        <w:spacing w:after="80"/>
      </w:pPr>
      <w:r>
        <w:rPr>
          <w:b w:val="0"/>
          <w:i w:val="0"/>
        </w:rPr>
        <w:t>‘Đừng hòng,’ Chim Ưng lẩm bẩm, khi vị Ủy viên đã đi khuất. ‘Thực ra, tôi muốn gặp cả hai cậu trong văn phòng của tôi cùng với phần còn lại của đội, càng sớm càng tốt – mà sớm nhất nghĩa là ngay bây giờ.’</w:t>
      </w:r>
    </w:p>
    <w:p>
      <w:pPr>
        <w:pStyle w:val="Heading2"/>
      </w:pPr>
      <w:r>
        <w:rPr>
          <w:rFonts w:ascii="Calibri" w:hAnsi="Calibri"/>
          <w:b/>
          <w:i w:val="0"/>
          <w:sz w:val="32"/>
        </w:rPr>
        <w:t>CHƯƠNG 2</w:t>
      </w:r>
    </w:p>
    <w:p>
      <w:pPr>
        <w:spacing w:after="80"/>
      </w:pPr>
      <w:r>
        <w:rPr>
          <w:b w:val="0"/>
          <w:i w:val="0"/>
        </w:rPr>
        <w:t>VIÊN CHỈ HUY NGỒI vào vị trí đầu bàn, cùng với đội nòng cốt của mình – một đơn vị mà ông đã mất năm năm để gây dựng, và giờ đây được công nhận là một trong những đội giỏi nhất ở Yard. Nhưng cú đánh quyết định của họ chắc chắn là việc bắt được Miles Faulkner ở Tây Ban Nha sau khi hắn trốn khỏi trại giam và cuối cùng đưa hắn về Anh để hầu tòa.</w:t>
      </w:r>
    </w:p>
    <w:p>
      <w:pPr>
        <w:spacing w:after="80"/>
      </w:pPr>
      <w:r>
        <w:rPr>
          <w:b w:val="0"/>
          <w:i w:val="0"/>
        </w:rPr>
        <w:t>Tuy nhiên, Chim Ưng chỉ có thể tự hỏi bao nhiêu người trong đội của ông sẽ được triệu tập để làm chứng trong vụ án cụ thể đó. William và Ross sẽ phải đối mặt với sự thẩm vấn của luật sư bào chữa không nương tay của Faulkner. Booth Watson sẽ không ngần ngại cho bồi thẩm đoàn biết rằng hai trong số những sĩ quan dày dạn kinh nghiệm nhất của Met đã bắt giữ thân chủ của ông ta một cách bất hợp pháp trong một chuyến đi đến Barcelona. Tuy vậy, Chim Ưng vẫn còn một con át chủ bài trong tay – ông biết vài điều về Booth Watson mà một luật sư hàng đầu (QC) sẽ không muốn Hội đồng Luật sư (Bar Council) phát hiện ra – nhưng kết quả vẫn sẽ rất sát nút.</w:t>
      </w:r>
    </w:p>
    <w:p>
      <w:pPr>
        <w:spacing w:after="80"/>
      </w:pPr>
      <w:r>
        <w:rPr>
          <w:b w:val="0"/>
          <w:i w:val="0"/>
        </w:rPr>
        <w:t>Chim Ưng nghĩ về những sĩ quan ngồi quanh bàn đó như gia đình hơn là đồng nghiệp, nhưng dù sao ông cũng không có con ruột. Tuy nhiên, giống như mọi gia đình, họ có những vấn đề và khác biệt của riêng mình, và ông tự hỏi họ sẽ phản ứng thế nào với điều ông sắp nói với họ.</w:t>
      </w:r>
    </w:p>
    <w:p>
      <w:pPr>
        <w:spacing w:after="80"/>
      </w:pPr>
      <w:r>
        <w:rPr>
          <w:b w:val="0"/>
          <w:i w:val="0"/>
        </w:rPr>
        <w:t>Thanh tra Thám tử Cấp cao (DCI) Warwick có thể là DCI trẻ nhất ở Met, nhưng không ai còn gọi anh là ‘Cậu Bé Hát Thánh’ nữa, có lẽ ngoại trừ Thanh tra Thám tử (DI) Ross Hogan, người đang ngồi đối diện anh. Ross chắc chắn là con cừu đen của gia đình, một kẻ ngông nghênh chỉ quan tâm đến việc tống giam tội phạm hơn là điền vô số biểu mẫu, và người đã sống sót qua những lần va chạm thường xuyên với các sĩ quan cấp trên chỉ vì Chim Ưng coi anh là điệp viên nằm vùng giỏi nhất mà ông từng làm việc cùng.</w:t>
      </w:r>
    </w:p>
    <w:p>
      <w:pPr>
        <w:spacing w:after="80"/>
      </w:pPr>
      <w:r>
        <w:rPr>
          <w:b w:val="0"/>
          <w:i w:val="0"/>
        </w:rPr>
        <w:t>Bên phải Hogan là Trung sĩ Thám tử (DS) Roycroft, một trong nhiều người tình cũ của Ross, có lẽ là sĩ quan dũng cảm nhất ngồi quanh bàn đó. Khi còn là một cảnh sát viên (PC) trẻ vừa tốt nghiệp Hendon, Jackie đã khống chế một tay buôn vũ khí người Algeria cao mét tám và quật hắn xuống đất rồi còng tay trước khi sĩ quan tiếp theo có mặt tại hiện trường. Nhưng cô có lẽ nổi tiếng hơn trong số đồng nghiệp nhờ việc đánh ngất một Thanh tra đã đặt tay lên chân cô khi đang làm nhiệm vụ. Không ai đứng ra bênh vực cô khi cô báo cáo vụ việc, vì vị Thanh tra đó là nhân chứng duy nhất. Và sau đó triển vọng sự nghiệp của cô đột ngột dừng lại, cho đến khi viên chỉ huy nhận ra tiềm năng của cô và mời cô gia nhập đội của ông.</w:t>
      </w:r>
    </w:p>
    <w:p>
      <w:pPr>
        <w:spacing w:after="80"/>
      </w:pPr>
      <w:r>
        <w:rPr>
          <w:b w:val="0"/>
          <w:i w:val="0"/>
        </w:rPr>
        <w:t>Đối diện cô là Trung sĩ Thám tử (DS) Adaja. Thông minh, tháo vát và đầy tham vọng, anh đã đối mặt với mọi thành kiến chủng tộc trong và ngoài lực lượng một cách đầy phẩm giá và thanh lịch. Chim Ưng không nghi ngờ gì rằng Paul sẽ là người da đen đầu tiên trở thành chỉ huy. Và điều khiến ông thấy thú vị là Paul cũng không nghi ngờ điều đó.</w:t>
      </w:r>
    </w:p>
    <w:p>
      <w:pPr>
        <w:spacing w:after="80"/>
      </w:pPr>
      <w:r>
        <w:rPr>
          <w:b w:val="0"/>
          <w:i w:val="0"/>
        </w:rPr>
        <w:t>Cuối cùng là Cảnh sát viên Thám tử (DC) Pankhurst, thành viên trẻ nhất của đội, người chưa bao giờ nhắc đến việc mình được nuôi dạy ở trường tư, hay tấm bằng danh dự hạng nhất, và chắc chắn không nhắc rằng một trong những tổ tiên nổi tiếng nhất của cô từng vào tù – hơn một lần. Rebecca có lẽ là sĩ quan thông minh nhất ngồi quanh bàn đó, và viên chỉ huy đã quyết định rằng sẽ không lâu nữa trước khi cô được thăng chức, dù ông chưa nói với cô.</w:t>
      </w:r>
    </w:p>
    <w:p>
      <w:pPr>
        <w:spacing w:after="80"/>
      </w:pPr>
      <w:r>
        <w:rPr>
          <w:b w:val="0"/>
          <w:i w:val="0"/>
        </w:rPr>
        <w:t>Vấn đề khi chỉ huy một nhóm người thông minh và tràn đầy năng lượng như vậy là bạn phải dậy sớm – rất sớm – vào buổi sáng nếu muốn đi trước họ một bước. Nhưng trong lần này, viên chỉ huy cảm thấy tự tin rằng ông đã dậy và khởi động trước khi đồng hồ báo thức của họ reo.</w:t>
      </w:r>
    </w:p>
    <w:p>
      <w:pPr>
        <w:spacing w:after="80"/>
      </w:pPr>
      <w:r>
        <w:rPr>
          <w:b w:val="0"/>
          <w:i w:val="0"/>
        </w:rPr>
        <w:t>‘Để tôi bắt đầu,’ ông nói, ‘bằng việc chúc mừng tất cả các bạn về vai trò của mình trong việc phá các vụ án giết người tồn đọng mà Trợ lý Ủy viên giao cho chúng ta giải quyết. Tuy nhiên, chuyện đó giờ đã là quá khứ, và chúng ta phải hướng tới tương lai.’ Ông ngước lên và thấy mình đã có được sự chú ý của mọi người.</w:t>
      </w:r>
    </w:p>
    <w:p>
      <w:pPr>
        <w:spacing w:after="80"/>
      </w:pPr>
      <w:r>
        <w:rPr>
          <w:b w:val="0"/>
          <w:i w:val="0"/>
        </w:rPr>
        <w:t>‘Vị Ủy viên, với sự khôn ngoan của mình, đã quyết định rút đơn vị khỏi các vụ án giết người, và giao cho chúng ta một thử thách còn lớn hơn.’ Ông để họ chờ đợi, nhưng chỉ trong chốc lát. ‘Bộ Chỉ huy Bảo vệ Hoàng gia (Royalty Protection Command),’ ông để những lời đó lơ lửng trong không khí, ‘theo ý vị Ủy viên, đã trở thành một thế lực tự trị. Sĩ quan chỉ huy của họ, một Giám đốc (Superintendent) tên là Brian Milner, đang ảo tưởng rằng đơn vị của mình là bất khả xâm phạm, chỉ chịu trách nhiệm trước Hoàng gia mà thôi, và do đó không còn là một phần của Sở Cảnh sát Đô thị (Metropolitan Police Service) nữa. Chúng ta sắp phá tan ảo tưởng đó của họ. Đã một thời gian, Milner không buồn phỏng vấn ứng viên bên ngoài mỗi khi một sĩ quan của ông ta chuyển đi hoặc nghỉ hưu. Bằng cách đó, ông ta không bao giờ mất quyền kiểm soát đơn vị, mà bản thân điều này đã là một vấn đề, bởi sau các vụ tấn công khủng bố gần đây trên khắp thế giới, MI6 đã liên lạc để cảnh báo chúng ta rằng mục tiêu tiếp theo rất có thể là một thành viên của Hoàng gia, những người mà họ cảm thấy quá thường xuyên là mục tiêu dễ bị tấn công. Và điều đó bao gồm cả Nữ hoàng.’</w:t>
      </w:r>
    </w:p>
    <w:p>
      <w:pPr>
        <w:spacing w:after="80"/>
      </w:pPr>
      <w:r>
        <w:rPr>
          <w:b w:val="0"/>
          <w:i w:val="0"/>
        </w:rPr>
        <w:t>Điều này khiến mọi người im lặng trong vài giây, trước khi Paul hỏi, ‘Và MI6 nghĩ một cuộc tấn công như vậy sẽ đến từ đâu?’</w:t>
      </w:r>
    </w:p>
    <w:p>
      <w:pPr>
        <w:spacing w:after="80"/>
      </w:pPr>
      <w:r>
        <w:rPr>
          <w:b w:val="0"/>
          <w:i w:val="0"/>
        </w:rPr>
        <w:t>‘Có lẽ là Trung Đông,’ Hawk nói. ‘Đội Chống Khủng bố đang theo dõi sát sao bất kỳ ai nhập cảnh vào nước này từ Iran, Iraq hay Libya, kể tên ba ứng viên rõ ràng nhất. Trợ lý Ủy viên Harry Holbrooke không để tôi nghi ngờ gì về những gì chúng ta đang đối mặt. Ông ấy đã nêu tên ba tổ chức khủng bố nằm trong danh sách theo dõi của mình và đang là mối đe dọa tức thời.’</w:t>
      </w:r>
    </w:p>
    <w:p>
      <w:pPr>
        <w:spacing w:after="80"/>
      </w:pPr>
      <w:r>
        <w:rPr>
          <w:b w:val="0"/>
          <w:i w:val="0"/>
        </w:rPr>
        <w:t>Mọi người quanh bàn tiếp tục ghi chép.</w:t>
      </w:r>
    </w:p>
    <w:p>
      <w:pPr>
        <w:spacing w:after="80"/>
      </w:pPr>
      <w:r>
        <w:rPr>
          <w:b w:val="0"/>
          <w:i w:val="0"/>
        </w:rPr>
        <w:t>‘Holbrooke không nghĩ chúng sẽ rời bỏ sự an toàn của đất nước chúng, nhưng không nghi ngờ gì việc cả ba đều đã cài nhiều điệp viên ngủ đông (sleeper cells) khắp Vương quốc Anh, sẵn sàng hành động bất cứ lúc nào. Ông ấy đã lập các đội giám sát để theo dõi sát sao hàng chục ứng viên rõ ràng nhất, nhưng thừa nhận không có đủ người để canh chừng tất cả vì nguồn lực của ông đã căng đến giới hạn. Với suy nghĩ đó, ông ấy đề nghị chúng ta chia sẻ bất kỳ thông tin tình báo nào chúng ta có được, dù chúng ta có thể thấy nó không đáng kể đến đâu vào lúc đó.’</w:t>
      </w:r>
    </w:p>
    <w:p>
      <w:pPr>
        <w:spacing w:after="80"/>
      </w:pPr>
      <w:r>
        <w:rPr>
          <w:b w:val="0"/>
          <w:i w:val="0"/>
        </w:rPr>
        <w:t>‘Cảnh sát và tội phạm kiểu cũ chắc chắn là chuyện quá khứ rồi,’ Ross nói với chút cảm xúc.</w:t>
      </w:r>
    </w:p>
    <w:p>
      <w:pPr>
        <w:spacing w:after="80"/>
      </w:pPr>
      <w:r>
        <w:rPr>
          <w:b w:val="0"/>
          <w:i w:val="0"/>
        </w:rPr>
        <w:t>‘Quá khứ xa xăm và mờ mịt,’ Hawk nói. ‘Và còn tệ hơn khi Holbrooke, cùng nhiều người khác, đã mất niềm tin vào Giám đốc Milner với tư cách người đứng đầu Đội Bảo vệ Hoàng gia, và muốn ông ta được thay thế càng sớm càng tốt.’</w:t>
      </w:r>
    </w:p>
    <w:p>
      <w:pPr>
        <w:spacing w:after="80"/>
      </w:pPr>
      <w:r>
        <w:rPr>
          <w:b w:val="0"/>
          <w:i w:val="0"/>
        </w:rPr>
        <w:t>‘Vì lý do cụ thể nào ạ?’ Ross hỏi.</w:t>
      </w:r>
    </w:p>
    <w:p>
      <w:pPr>
        <w:spacing w:after="80"/>
      </w:pPr>
      <w:r>
        <w:rPr>
          <w:b w:val="0"/>
          <w:i w:val="0"/>
        </w:rPr>
        <w:t>‘Có – khi ông ấy gọi cho anh ta ở Buckingham Gate và để lại lời nhắn yêu cầu liên lạc lại gấp, Milner không buồn hồi âm cho đến tận một tuần sau. Và sau khi Holbrooke đã báo cáo đầy đủ cho anh ta về mối đe dọa khủng bố mới nhất, tất cả những gì Milner nói về chủ đề này là, và tôi xin trích nguyên văn, “Đừng lo lắng, anh bạn già, chúng tôi đã kiểm soát mọi thứ rồi.”’</w:t>
      </w:r>
    </w:p>
    <w:p>
      <w:pPr>
        <w:spacing w:after="80"/>
      </w:pPr>
      <w:r>
        <w:rPr>
          <w:b w:val="0"/>
          <w:i w:val="0"/>
        </w:rPr>
        <w:t>‘Điều đó khiến tôi phải hỏi, thưa sếp,’ Jackie nói, ngước lên từ cuốn sổ, ‘việc Ủy viên không nghĩ Milner đủ khả năng đảm nhận công việc có phải là lý do duy nhất khiến tất cả chúng ta được phân công về Đội Bảo vệ Hoàng gia không?’</w:t>
      </w:r>
    </w:p>
    <w:p>
      <w:pPr>
        <w:spacing w:after="80"/>
      </w:pPr>
      <w:r>
        <w:rPr>
          <w:b w:val="0"/>
          <w:i w:val="0"/>
        </w:rPr>
        <w:t>Chỉ huy Hawksby im lặng một lúc lâu, rồi nói, ‘Không, không phải vậy. Thực ra, ngay cả Holbrooke cũng không biết toàn bộ câu chuyện, vì tôi vẫn coi đây là vấn đề nội bộ.’ Ông đóng tập hồ sơ trước mặt và nói thêm, ‘Ngừng ghi đi,’ và tất cả đều tuân theo không thắc mắc. ‘Ủy viên cũng có lý do để tin rằng Milner và một số người trong vòng thân tín của anh ta đã bị mua chuộc (bent), không chỉ vì anh ta có vẻ đang sống cuộc sống của một thành viên hoàng gia hạng nhỏ với mức lương của một Giám đốc. Và nếu đúng là như vậy, chúng ta sẽ cần bằng chứng không thể chối cãi về những gì anh ta đã làm trong suốt thập kỷ qua trước khi có thể nghĩ đến việc bắt giữ anh ta. Không chỉ vì, nói thẳng ra, anh ta có bạn bè ở những vị trí cao, một số người trong đó anh ta đã làm việc cùng nhiều năm. Với suy nghĩ đó, Milner sẽ có bốn tân binh gia nhập cùng anh ta trong thời gian tới, nhưng sẽ không có Ross Hogan, người sẽ báo cáo trực tiếp cho tôi.’</w:t>
      </w:r>
    </w:p>
    <w:p>
      <w:pPr>
        <w:spacing w:after="80"/>
      </w:pPr>
      <w:r>
        <w:rPr>
          <w:b w:val="0"/>
          <w:i w:val="0"/>
        </w:rPr>
        <w:t>‘Tôi lại phải hoạt động bí mật (undercover) à?’ Ross hỏi.</w:t>
      </w:r>
    </w:p>
    <w:p>
      <w:pPr>
        <w:spacing w:after="80"/>
      </w:pPr>
      <w:r>
        <w:rPr>
          <w:b w:val="0"/>
          <w:i w:val="0"/>
        </w:rPr>
        <w:t>‘Không,’ Hawk nói. ‘Thực ra cậu không thể nào lộ diện rõ ràng hơn được nữa,’ ông nói thêm mà không giải thích.</w:t>
      </w:r>
    </w:p>
    <w:p>
      <w:pPr>
        <w:spacing w:after="80"/>
      </w:pPr>
      <w:r>
        <w:rPr>
          <w:b w:val="0"/>
          <w:i w:val="0"/>
        </w:rPr>
        <w:t>Không ai khác hỏi câu hỏi hiển nhiên, hay ngắt lời khi sếp đang nói say sưa.</w:t>
      </w:r>
    </w:p>
    <w:p>
      <w:pPr>
        <w:spacing w:after="80"/>
      </w:pPr>
      <w:r>
        <w:rPr>
          <w:b w:val="0"/>
          <w:i w:val="0"/>
        </w:rPr>
        <w:t>‘Thanh tra trưởng Warwick sẽ gia nhập Đội Bảo vệ Hoàng gia với tư cách cấp phó của Giám đốc Milner, nhưng chỉ sau khi tất cả các bạn đã nắm rõ hoàn toàn những vấn đề mình sẽ đối mặt, việc này có thể mất ít nhất vài tháng. Và hãy nhớ, chúng ta không muốn Milner phát hiện ra chúng ta đang làm gì. Vậy nên hãy chắc chắn không bày tỏ bất kỳ ý kiến nào với đồng nghiệp bên ngoài căn phòng này. Chúng ta không thể cho gã đó bất kỳ cơ hội nhỏ nhất nào để xóa dấu vết trước khi chúng ta xuất hiện. Thanh tra trưởng Warwick sẽ được trao quyền hạn đáng kể để truy ra bất kỳ sĩ quan nào khác tự cho mình đứng trên luật pháp, đồng thời cố gắng tìm hiểu xem liệu họ có thực sự coi trọng mối đe dọa khủng bố hay không.’</w:t>
      </w:r>
    </w:p>
    <w:p>
      <w:pPr>
        <w:spacing w:after="80"/>
      </w:pPr>
      <w:r>
        <w:rPr>
          <w:b w:val="0"/>
          <w:i w:val="0"/>
        </w:rPr>
        <w:t>Vị chỉ huy quay sang William. ‘Vấn đề đầu tiên cậu có thể gặp phải sẽ chính là Milner. Nếu quả táo to nhất trong thùng đã thối, thì còn hy vọng gì cho những mầm cây? Đừng quên Milner đã chỉ huy đơn vị này hơn một thập kỷ, và coi người duy nhất anh ta phải chịu trách nhiệm là Nữ hoàng. Cậu sẽ phải bước thật khéo léo nếu muốn nán lại đủ lâu để tìm ra cách anh ta thoát tội,’ Hawk nói thêm, trao lại quyền điều hành cho người duy nhất quanh bàn đã được báo cáo đầy đủ.</w:t>
      </w:r>
    </w:p>
    <w:p>
      <w:pPr>
        <w:spacing w:after="80"/>
      </w:pPr>
      <w:r>
        <w:rPr>
          <w:b w:val="0"/>
          <w:i w:val="0"/>
        </w:rPr>
        <w:t>‘Trong vài tuần tới,’ William nói, ‘tôi muốn tất cả các bạn thực hiện nghiên cứu sâu về cách Hoàng gia thực hiện các nhiệm vụ công của họ, đồng thời giả vờ như chưa từng nghe nói về họ. Hãy bắt đầu từ con số không và đối xử với họ như thể tất cả đều là tội phạm cần bị điều tra.’</w:t>
      </w:r>
    </w:p>
    <w:p>
      <w:pPr>
        <w:spacing w:after="80"/>
      </w:pPr>
      <w:r>
        <w:rPr>
          <w:b w:val="0"/>
          <w:i w:val="0"/>
        </w:rPr>
        <w:t>‘Chắc sẽ vui lắm đây,’ Jackie nói.</w:t>
      </w:r>
    </w:p>
    <w:p>
      <w:pPr>
        <w:spacing w:after="80"/>
      </w:pPr>
      <w:r>
        <w:rPr>
          <w:b w:val="0"/>
          <w:i w:val="0"/>
        </w:rPr>
        <w:t>‘Các bạn có thể bắt đầu bằng việc đặt một tour tham quan Lâu đài Windsor vào một ngày mở cửa khi không có thành viên nào của Hoàng gia đang cư trú ở đó. Mục đích duy nhất của các bạn là nắm rõ địa hình trong khi đồng thời kiểm tra an ninh. Tôi muốn tất cả các bạn đi trước một bước, chứ không phải chậm một bước, vào thời điểm các bạn trình diện cho ngày đầu tiên làm việc với tư cách là sĩ quan Bảo vệ Hoàng gia.’</w:t>
      </w:r>
    </w:p>
    <w:p>
      <w:pPr>
        <w:spacing w:after="80"/>
      </w:pPr>
      <w:r>
        <w:rPr>
          <w:b w:val="0"/>
          <w:i w:val="0"/>
        </w:rPr>
        <w:t>‘Có ai cá cược là tôi có thể vào được lâu đài mà không bị phát hiện không?’ Ross nói.</w:t>
      </w:r>
    </w:p>
    <w:p>
      <w:pPr>
        <w:spacing w:after="80"/>
      </w:pPr>
      <w:r>
        <w:rPr>
          <w:b w:val="0"/>
          <w:i w:val="0"/>
        </w:rPr>
        <w:t>‘Đừng có mơ,’ Hawk nói. ‘Cậu đang gặp đủ rắc rối rồi đấy. Nhưng nếu cậu tình cờ gặp bất kỳ sĩ quan bảo vệ nào vừa mới nghỉ hưu, cậu được phép đi câu cá thăm dò. Chỉ cần chắc chắn rằng cậu không trở thành mồi câu, vì nếu thế, cậu có thể chắc chắn rằng cuộc gọi tiếp theo của họ sẽ là cho Milner, và cậu sẽ bị rút khỏi vụ án.’</w:t>
      </w:r>
    </w:p>
    <w:p>
      <w:pPr>
        <w:spacing w:after="80"/>
      </w:pPr>
      <w:r>
        <w:rPr>
          <w:b w:val="0"/>
          <w:i w:val="0"/>
        </w:rPr>
        <w:t>‘Tuy nhiên,’ William nói, ‘khi cuối cùng chúng ta trình diện làm nhiệm vụ, các bạn có thể sẽ bị phớt lờ, bị xúc phạm, thậm chí bị chế giễu, bởi những sĩ quan không nhận ra rằng có thể vài tháng nữa họ sẽ không còn ở đó. Nhưng hãy cố nhớ rằng không phải tất cả bọn họ đều tham nhũng; một số có thể cũng có cảm nghĩ về Milner giống như vị Ủy viên trưởng, trong khi tôi e rằng những người khác sẽ không thể cứu vãn được. Các cuộc họp đội sẽ tiếp tục diễn ra ở đây tại Yard mỗi sáng từ tám đến mười giờ, khi chúng ta có thể chia sẻ những phát hiện mới nhất, và hy vọng tìm ra chính xác chúng ta đang đối mặt với điều gì, thậm chí trước cả khi chúng ta xuất hiện. Có câu hỏi nào không?’</w:t>
      </w:r>
    </w:p>
    <w:p>
      <w:pPr>
        <w:spacing w:after="80"/>
      </w:pPr>
      <w:r>
        <w:rPr>
          <w:b w:val="0"/>
          <w:i w:val="0"/>
        </w:rPr>
        <w:t>‘Anh chưa nói tôi sẽ đóng vai gì,’ DI Hogan nói, cố tỏ ra bị xúc phạm.</w:t>
      </w:r>
    </w:p>
    <w:p>
      <w:pPr>
        <w:spacing w:after="80"/>
      </w:pPr>
      <w:r>
        <w:rPr>
          <w:b w:val="0"/>
          <w:i w:val="0"/>
        </w:rPr>
        <w:t>‘Điều đó sẽ phụ thuộc vào việc cô ấy có trao cho anh công việc đó hay không.’</w:t>
      </w:r>
    </w:p>
    <w:p>
      <w:pPr>
        <w:spacing w:after="80"/>
      </w:pPr>
      <w:r>
        <w:rPr>
          <w:b w:val="0"/>
          <w:i w:val="0"/>
        </w:rPr>
        <w:t>‘Cô ấy?’ Ross nói.</w:t>
      </w:r>
    </w:p>
    <w:p>
      <w:pPr>
        <w:spacing w:after="80"/>
      </w:pPr>
      <w:r>
        <w:rPr>
          <w:b w:val="0"/>
          <w:i w:val="0"/>
        </w:rPr>
        <w:t>‘Công chúa xứ Wales, Điện hạ,’ William nói, quay sang đối mặt với người bạn cũ, ‘đã yêu cầu chúng ta cùng dùng trà với cô ấy tại Cung điện Kensington vào ba giờ chiều mai.’</w:t>
      </w:r>
    </w:p>
    <w:p>
      <w:pPr>
        <w:spacing w:after="80"/>
      </w:pPr>
      <w:r>
        <w:rPr>
          <w:b w:val="0"/>
          <w:i w:val="0"/>
        </w:rPr>
        <w:t>Ross im lặng một lúc, không chắc đây có phải là trò đùa của William không.</w:t>
      </w:r>
    </w:p>
    <w:p>
      <w:pPr>
        <w:spacing w:after="80"/>
      </w:pPr>
      <w:r>
        <w:rPr>
          <w:b w:val="0"/>
          <w:i w:val="0"/>
        </w:rPr>
        <w:t>‘Đáng tiếc, tôi không đến được,’ anh ta lên tiếng một cách thản nhiên. ‘Chiều mai tôi có một cuộc hẹn cấp bách hơn. Tôi cần đi cắt tóc.’</w:t>
      </w:r>
    </w:p>
    <w:p>
      <w:pPr>
        <w:spacing w:after="80"/>
      </w:pPr>
      <w:r>
        <w:rPr>
          <w:b w:val="0"/>
          <w:i w:val="0"/>
        </w:rPr>
        <w:t>Cả đội chờ đợi phản ứng của Hawk.</w:t>
      </w:r>
    </w:p>
    <w:p>
      <w:pPr>
        <w:spacing w:after="80"/>
      </w:pPr>
      <w:r>
        <w:rPr>
          <w:b w:val="0"/>
          <w:i w:val="0"/>
        </w:rPr>
        <w:t>‘Cuộc hẹn cấp bách duy nhất mà anh sẽ có vào chiều mai, Thanh tra ạ, nếu anh không đến Cung điện Kensington đúng giờ, sẽ là ở Tháp London, nơi anh sẽ thấy tôi đã giao DCI Warwick phụ trách việc tra tấn. DS Roycroft sẽ vận hành giàn kéo, và DS Adaja phụ trách ốc vít kẹp ngón tay, trong khi DC Pankhurst sẽ có nhiệm vụ khó khăn là tìm một khúc gỗ đủ lớn để đặt đầu anh lên. Và anh không cần hỏi ai sẽ là đao phủ đâu. Còn câu hỏi phù phiếm nào nữa không, DI Hogan?’</w:t>
      </w:r>
    </w:p>
    <w:p>
      <w:pPr>
        <w:spacing w:after="80"/>
      </w:pPr>
      <w:r>
        <w:rPr>
          <w:b w:val="0"/>
          <w:i w:val="0"/>
        </w:rPr>
        <w:t>Lần này tiếng cười được thay thế bằng tiếng đập bàn còn to hơn. Sau khi lắng xuống, William là người đầu tiên lên tiếng.</w:t>
      </w:r>
    </w:p>
    <w:p>
      <w:pPr>
        <w:spacing w:after="80"/>
      </w:pPr>
      <w:r>
        <w:rPr>
          <w:b w:val="0"/>
          <w:i w:val="0"/>
        </w:rPr>
        <w:t>‘Tất cả các bạn có thể nghỉ nốt ngày hôm nay trước khi chúng ta bắt đầu làm việc với nhiệm vụ mới. Tuy nhiên, tôi mong các bạn có mặt tại văn phòng của tôi lúc tám giờ sáng mai để nghe phổ biến đầy đủ về vai trò riêng của từng người. Chỉ cần chắc chắn rằng các bạn đã đọc kỹ những tài liệu này trước đó.’ Anh đưa cho mỗi người một tập hồ sơ dày.</w:t>
      </w:r>
    </w:p>
    <w:p>
      <w:pPr>
        <w:spacing w:after="80"/>
      </w:pPr>
      <w:r>
        <w:rPr>
          <w:b w:val="0"/>
          <w:i w:val="0"/>
        </w:rPr>
        <w:t>Paul liếc nhanh qua tập hồ sơ của mình, rồi nói: ‘Tôi có thể chỉ ra không, sếp, vì lợi ích của sự chính xác về bằng chứng – điều mà sếp luôn rất coi trọng – rằng nếu tất cả chúng tôi có mặt lúc tám giờ sáng mai, sau khi đã đọc kỹ hồ sơ, thì thực ra chúng tôi sẽ chẳng được nghỉ chút thời gian nào cả?’</w:t>
      </w:r>
    </w:p>
    <w:p>
      <w:pPr>
        <w:spacing w:after="80"/>
      </w:pPr>
      <w:r>
        <w:rPr>
          <w:b w:val="0"/>
          <w:i w:val="0"/>
        </w:rPr>
        <w:t>‘Cậu nói hoàn toàn đúng,’ William nói không bỏ lỡ nhịp nào. ‘Nhưng nếu cậu không có mặt đúng giờ và không đọc hết các tài liệu, DS Adaja ạ, chúng ta sẽ có hai Cảnh sát Điều tra trong hàng ngũ, và tôi có thể sẽ quyết định rằng một người là thừa—’</w:t>
      </w:r>
    </w:p>
    <w:p>
      <w:pPr>
        <w:spacing w:after="80"/>
      </w:pPr>
      <w:r>
        <w:rPr>
          <w:b w:val="0"/>
          <w:i w:val="0"/>
        </w:rPr>
        <w:t>‘Tôi sẽ đến đúng giờ, thưa ngài,’ Paul nói, nhặt tập hồ sơ của mình lên trước khi William kịp nói hết câu.</w:t>
      </w:r>
    </w:p>
    <w:p>
      <w:pPr>
        <w:spacing w:after="80"/>
      </w:pPr>
      <w:r>
        <w:rPr>
          <w:b w:val="0"/>
          <w:i w:val="0"/>
        </w:rPr>
        <w:t>‘Tôi rất mừng khi nghe điều đó,’ Hawk nói, ‘nhưng bây giờ, cậu, Jackie và Rebecca có thể rời khỏi đây, trong khi tôi nói chuyện riêng với DCI Warwick và DI Hogan.’</w:t>
      </w:r>
    </w:p>
    <w:p>
      <w:pPr>
        <w:spacing w:after="80"/>
      </w:pPr>
      <w:r>
        <w:rPr>
          <w:b w:val="0"/>
          <w:i w:val="0"/>
        </w:rPr>
        <w:t>Hawk không nói thêm gì cho đến khi cánh cửa đóng lại. ‘Giờ thì, như cả hai người đều biết rõ, chúng ta có một vấn đề còn nghiêm trọng hơn để bàn. Miles Faulkner đã trở lại nhà tù, tiếp tục thụ án vì tội lừa đảo và gian dối mà hắn đang chấp hành trước khi trốn thoát, nhưng sẽ có những câu hỏi rất gay gắt về việc hai người đã đưa hắn từ Tây Ban Nha về Belmarsh như thế nào. Tôi cho rằng,’ ông nói, nghiêng người về phía trước và đặt cả hai khuỷu tay lên bàn, ‘cả hai người đều có một lời giải thích đáng tin cậy cho những hoạt động ngoại khóa mà hai người đã thực hiện ở Tây Ban Nha, điều mà ông Booth Watson chắc chắn sẽ mô tả với bồi thẩm đoàn là bắt cóc và trộm cắp, chưa kể đến việc vi phạm nghiêm trọng quyền con người của thân chủ ông ta?’</w:t>
      </w:r>
    </w:p>
    <w:p>
      <w:pPr>
        <w:spacing w:after="80"/>
      </w:pPr>
      <w:r>
        <w:rPr>
          <w:b w:val="0"/>
          <w:i w:val="0"/>
        </w:rPr>
        <w:t>‘Trộm cắp, thưa ngài, về mặt pháp lý, là khi bạn lấy một thứ mà bạn không có ý định trả lại cho chủ sở hữu hợp pháp của nó,’ William nói. ‘Tôi thừa nhận đã lấy một bức chân dung của Frans Hals từ nhà Faulkner ở Tây Ban Nha, nhưng tôi đã ngay lập tức trao nó cho chủ sở hữu hợp pháp ở Anh. Một sự thật đã được xác nhận bằng văn bản bởi vợ cũ của Faulkner, Christina,’ anh tiếp tục khi đưa một lá thư cho vị chỉ huy.</w:t>
      </w:r>
    </w:p>
    <w:p>
      <w:pPr>
        <w:spacing w:after="80"/>
      </w:pPr>
      <w:r>
        <w:rPr>
          <w:b w:val="0"/>
          <w:i w:val="0"/>
        </w:rPr>
        <w:t>‘Vậy bức tranh hiện đang ở đâu?’ Hawk hỏi, sau khi đọc xong lá thư.</w:t>
      </w:r>
    </w:p>
    <w:p>
      <w:pPr>
        <w:spacing w:after="80"/>
      </w:pPr>
      <w:r>
        <w:rPr>
          <w:b w:val="0"/>
          <w:i w:val="0"/>
        </w:rPr>
        <w:t>‘Ở Bảo tàng Fitzmolean, nơi nó sẽ được trưng bày như một phần của triển lãm Frans Hals vào năm tới.’</w:t>
      </w:r>
    </w:p>
    <w:p>
      <w:pPr>
        <w:spacing w:after="80"/>
      </w:pPr>
      <w:r>
        <w:rPr>
          <w:b w:val="0"/>
          <w:i w:val="0"/>
        </w:rPr>
        <w:t>‘Việc vợ anh là người phụ trách triển lãm đó cũng chẳng giúp ích gì,’ Hawk nói, nhìn thẳng vào William.</w:t>
      </w:r>
    </w:p>
    <w:p>
      <w:pPr>
        <w:spacing w:after="80"/>
      </w:pPr>
      <w:r>
        <w:rPr>
          <w:b w:val="0"/>
          <w:i w:val="0"/>
        </w:rPr>
        <w:t>‘Cô ấy và Christina đã là bạn của nhau nhiều năm rồi,’ William nhắc ông. ‘Nhưng dù sao thì Beth luôn nhìn thấy điều tốt đẹp nhất ở mọi người.’</w:t>
      </w:r>
    </w:p>
    <w:p>
      <w:pPr>
        <w:spacing w:after="80"/>
      </w:pPr>
      <w:r>
        <w:rPr>
          <w:b w:val="0"/>
          <w:i w:val="0"/>
        </w:rPr>
        <w:t>‘Một người bạn thời vận,’ Hawk nói. ‘Bà Faulkner sẽ đổi phe nhanh hơn một đồng xu đang quay nếu điều đó phục vụ mục đích của bà ta.’ Không viên sĩ quan nào bình luận. ‘Điều đó không thay đổi sự thật rằng chúng ta vẫn còn mắc kẹt với cáo buộc bắt cóc. Có quá đáng không khi hy vọng hai người cũng có một lời giải thích đáng tin cậy cho điều đó?’</w:t>
      </w:r>
    </w:p>
    <w:p>
      <w:pPr>
        <w:spacing w:after="80"/>
      </w:pPr>
      <w:r>
        <w:rPr>
          <w:b w:val="0"/>
          <w:i w:val="0"/>
        </w:rPr>
        <w:t>‘Tôi đã cứu mạng Faulkner,’ Ross nói với chút cảm xúc. ‘Gã đàn ông chết tiệt đó còn muốn gì nữa?’</w:t>
      </w:r>
    </w:p>
    <w:p>
      <w:pPr>
        <w:spacing w:after="80"/>
      </w:pPr>
      <w:r>
        <w:rPr>
          <w:b w:val="0"/>
          <w:i w:val="0"/>
        </w:rPr>
        <w:t>‘Một tấm thẻ ra tù miễn phí, tôi đoán vậy,’ Hawk đáp lại ngay lập tức. ‘Dù chuyện gì xảy ra, bồi thẩm đoàn sẽ muốn biết bằng cách nào và tại sao hai người lại cứu mạng Faulkner.’</w:t>
      </w:r>
    </w:p>
    <w:p>
      <w:pPr>
        <w:spacing w:after="80"/>
      </w:pPr>
      <w:r>
        <w:rPr>
          <w:b w:val="0"/>
          <w:i w:val="0"/>
        </w:rPr>
        <w:t>‘Faulkner bằng cách nào đó đã tự nhốt mình vào trong két sắt của chính hắn, và tôi là người duy nhất khác biết cách mở nó,’ Ross nói. ‘Thực ra tôi đến vừa kịp lúc, nếu không thì Faulkner đáng buồn thay đã chết rồi,’ anh thêm vào, giọng chẳng buồn chút nào.</w:t>
      </w:r>
    </w:p>
    <w:p>
      <w:pPr>
        <w:spacing w:after="80"/>
      </w:pPr>
      <w:r>
        <w:rPr>
          <w:b w:val="0"/>
          <w:i w:val="0"/>
        </w:rPr>
        <w:t>‘Và như tôi sẽ nhắc bồi thẩm đoàn, Faulkner đã bất tỉnh khi chúng tôi mở két sắt,’ William nói, kiểm tra lại báo cáo của mình. ‘Trung úy Sanchez của cảnh sát Tây Ban Nha đã phải hô hấp nhân tạo bằng miệng để hồi tỉnh cho hắn.’</w:t>
      </w:r>
    </w:p>
    <w:p>
      <w:pPr>
        <w:spacing w:after="80"/>
      </w:pPr>
      <w:r>
        <w:rPr>
          <w:b w:val="0"/>
          <w:i w:val="0"/>
        </w:rPr>
        <w:t>Vị chỉ huy nói, ‘Câu hỏi tiếp theo của Booth Watson sẽ là, “Tại sao anh không gọi xe cứu thương ngay lập tức?”’</w:t>
      </w:r>
    </w:p>
    <w:p>
      <w:pPr>
        <w:spacing w:after="80"/>
      </w:pPr>
      <w:r>
        <w:rPr>
          <w:b w:val="0"/>
          <w:i w:val="0"/>
        </w:rPr>
        <w:t>Ross cân nhắc câu hỏi một lúc trước khi nói, ‘Tôi đang định làm vậy thì Faulkner tỉnh lại, và nói được vài từ. Hắn khá lộn xộn, nhưng hắn van xin tôi—’</w:t>
      </w:r>
    </w:p>
    <w:p>
      <w:pPr>
        <w:spacing w:after="80"/>
      </w:pPr>
      <w:r>
        <w:rPr>
          <w:b w:val="0"/>
          <w:i w:val="0"/>
        </w:rPr>
        <w:t>‘Khăng khăng đòi, sẽ nghe thuyết phục hơn,’ Hawk gợi ý.</w:t>
      </w:r>
    </w:p>
    <w:p>
      <w:pPr>
        <w:spacing w:after="80"/>
      </w:pPr>
      <w:r>
        <w:rPr>
          <w:b w:val="0"/>
          <w:i w:val="0"/>
        </w:rPr>
        <w:t>‘Ông ấy khăng khăng đòi gặp bác sĩ riêng của mình. Tôi cứ tưởng họ sẽ là người Tây Ban Nha, nhưng Faulkner bảo tôi tên ông ấy là Bác sĩ Simon Redwood, và phòng khám của ông ở số 122 phố Harley.’</w:t>
      </w:r>
    </w:p>
    <w:p>
      <w:pPr>
        <w:spacing w:after="80"/>
      </w:pPr>
      <w:r>
        <w:rPr>
          <w:b w:val="0"/>
          <w:i w:val="0"/>
        </w:rPr>
        <w:t>Chim Ưng quay sang William. ‘Rồi chuyện gì xảy ra?’</w:t>
      </w:r>
    </w:p>
    <w:p>
      <w:pPr>
        <w:spacing w:after="80"/>
      </w:pPr>
      <w:r>
        <w:rPr>
          <w:b w:val="0"/>
          <w:i w:val="0"/>
        </w:rPr>
        <w:t>‘Chúng tôi chở Faulkner ra sân bay, nơi chiếc máy bay riêng của ông ấy đang chuẩn bị cất cánh.’</w:t>
      </w:r>
    </w:p>
    <w:p>
      <w:pPr>
        <w:spacing w:after="80"/>
      </w:pPr>
      <w:r>
        <w:rPr>
          <w:b w:val="0"/>
          <w:i w:val="0"/>
        </w:rPr>
        <w:t>‘Tiện thật đấy,’ Hawksby gợi ý. ‘Nhưng chắc chắn viên phi công đã hỏi cậu tại sao không đưa Faulkner đến bệnh viện gần nhất chứ? Và trước khi cậu trả lời, ta nên giả định Booth Watson sẽ đưa ông ta vào ghế nhân chứng.’</w:t>
      </w:r>
    </w:p>
    <w:p>
      <w:pPr>
        <w:spacing w:after="80"/>
      </w:pPr>
      <w:r>
        <w:rPr>
          <w:b w:val="0"/>
          <w:i w:val="0"/>
        </w:rPr>
        <w:t>‘Anh ta có hỏi câu đó,’ Ross nói, giọng có vẻ khá tự mãn. ‘Và tôi bảo anh ta rằng tôi chỉ đang thực hiện mệnh lệnh của ông Faulkner. Tôi nói anh ta cứ thoải mái bày tỏ ý kiến với sếp mình nếu muốn. Nhưng anh ta không làm thế.’</w:t>
      </w:r>
    </w:p>
    <w:p>
      <w:pPr>
        <w:spacing w:after="80"/>
      </w:pPr>
      <w:r>
        <w:rPr>
          <w:b w:val="0"/>
          <w:i w:val="0"/>
        </w:rPr>
        <w:t>‘Thật may mắn, phải không, Thanh tra?’ Chim Ưng nói, không buồn giấu vẻ mỉa mai. ‘Tuy nhiên, cậu vẫn sẽ phải giải thích với bồi thẩm đoàn tại sao, khi hạ cánh xuống Heathrow, cậu không đưa Faulkner thẳng đến phố Harley, mà lại cho xe chở ông ta đến Belmarsh, nhà tù có mức an ninh cao nhất London.’</w:t>
      </w:r>
    </w:p>
    <w:p>
      <w:pPr>
        <w:spacing w:after="80"/>
      </w:pPr>
      <w:r>
        <w:rPr>
          <w:b w:val="0"/>
          <w:i w:val="0"/>
        </w:rPr>
        <w:t>‘Lúc đó là năm giờ sáng,’ William nói. ‘Tôi có gọi cho phòng khám ở phố Harley từ trên xe, nhưng chỉ nghe máy trả lời tự động nói phòng khám mở cửa lúc chín giờ.’</w:t>
      </w:r>
    </w:p>
    <w:p>
      <w:pPr>
        <w:spacing w:after="80"/>
      </w:pPr>
      <w:r>
        <w:rPr>
          <w:b w:val="0"/>
          <w:i w:val="0"/>
        </w:rPr>
        <w:t>‘Thời điểm cuộc gọi đó có được ghi lại không?’ Chim Ưng truy vấn.</w:t>
      </w:r>
    </w:p>
    <w:p>
      <w:pPr>
        <w:spacing w:after="80"/>
      </w:pPr>
      <w:r>
        <w:rPr>
          <w:b w:val="0"/>
          <w:i w:val="0"/>
        </w:rPr>
        <w:t>‘Có, thưa ngài. Lúc 5.07. Tôi gọi lại ngay sau chín giờ và bảo Bác sĩ Redwood rằng ông có thể đến thăm bệnh nhân của mình tại bệnh viện trong tù vào lúc thuận tiện, và tiến hành khám toàn diện. Ông ấy đã làm vậy vào cuối buổi sáng hôm đó.’</w:t>
      </w:r>
    </w:p>
    <w:p>
      <w:pPr>
        <w:spacing w:after="80"/>
      </w:pPr>
      <w:r>
        <w:rPr>
          <w:b w:val="0"/>
          <w:i w:val="0"/>
        </w:rPr>
        <w:t>‘Ơn Chúa là một trong hai người biết phản ứng nhanh,’ Chim Ưng nói. ‘Tuy nhiên, tôi khuyên cả hai nên chắc chắn rằng mình hát cùng một bản nhạc từ rất lâu trước khi vụ án ra tòa, vì tôi có thể đảm bảo với các cậu rằng một khi Booth Watson trở về từ Tây Ban Nha, và có cơ hội tham khảo ý kiến thân chủ, ông ta sẽ nhanh chóng nhận ra mình có quá đủ đạn dược để bắn thủng toàn bộ bằng chứng của các cậu. Cả hai sẽ phải cầu nguyện rằng bồi thẩm đoàn chấp nhận phiên bản sự việc của Ross thay vì của Faulkner. Bởi vì nếu họ phát hiện ra rằng các cậu đã bắt giữ Miles Faulkner một cách bất hợp pháp, rồi lôi ông ta về Anh, thì cả hai có thể sẽ phải ở chung một phòng giam đấy.’</w:t>
      </w:r>
    </w:p>
    <w:p>
      <w:pPr>
        <w:spacing w:after="80"/>
      </w:pPr>
      <w:r>
        <w:rPr>
          <w:b w:val="0"/>
          <w:i w:val="0"/>
        </w:rPr>
        <w:t>Điện thoại trên bàn ông bắt đầu reo. Chim Ưng chộp lấy và gần như quát, ‘Tôi tưởng đã nói là không nhận cuộc gọi nào rồi, Angela.’ Ông lắng nghe một lát rồi nói, ‘Nối máy cho tôi.’</w:t>
      </w:r>
    </w:p>
    <w:p>
      <w:pPr>
        <w:pStyle w:val="Heading2"/>
      </w:pPr>
      <w:r>
        <w:rPr>
          <w:rFonts w:ascii="Calibri" w:hAnsi="Calibri"/>
          <w:b/>
          <w:i w:val="0"/>
          <w:sz w:val="32"/>
        </w:rPr>
        <w:t>CHƯƠNG 3</w:t>
      </w:r>
    </w:p>
    <w:p>
      <w:pPr>
        <w:spacing w:after="80"/>
      </w:pPr>
      <w:r>
        <w:rPr>
          <w:b w:val="0"/>
          <w:i w:val="0"/>
        </w:rPr>
        <w:t>THUYỀN TRƯỞNG CHIẾC DU THUYỀN CỦA FAULKNER cảm thấy có gì đó không ổn khi kiểm tra lại hải trình. Cảm giác đó đã đeo đẳng ông ngay từ đầu chuyến đi, khi ông nhìn không tin nổi cảnh nhân viên từ biệt thự chất tất cả các bức tranh lên du thuyền của mình, rồi đặt chúng vào khoang chứa hàng. Vì không thấy bóng dáng ông chủ đâu, ông không động một ngón tay để giúp họ.</w:t>
      </w:r>
    </w:p>
    <w:p>
      <w:pPr>
        <w:spacing w:after="80"/>
      </w:pPr>
      <w:r>
        <w:rPr>
          <w:b w:val="0"/>
          <w:i w:val="0"/>
        </w:rPr>
        <w:t>‘Ông Faulkner có tham gia cùng chúng ta không?’ ông đã hỏi, khi Booth Watson bước lên đài chỉ huy.</w:t>
      </w:r>
    </w:p>
    <w:p>
      <w:pPr>
        <w:spacing w:after="80"/>
      </w:pPr>
      <w:r>
        <w:rPr>
          <w:b w:val="0"/>
          <w:i w:val="0"/>
        </w:rPr>
        <w:t>‘Không,’ Booth Watson nói. ‘Ông ấy bất ngờ bị giữ lại. Nhưng chỉ thị của ông ấy không thể rõ ràng hơn.’</w:t>
      </w:r>
    </w:p>
    <w:p>
      <w:pPr>
        <w:spacing w:after="80"/>
      </w:pPr>
      <w:r>
        <w:rPr>
          <w:b w:val="0"/>
          <w:i w:val="0"/>
        </w:rPr>
        <w:t>Thuyền trưởng Redmayne không tin ông ta, vì ông chưa từng biết ông Faulkner rời xa bộ sưu tập nghệ thuật của mình. Ông đã được cảnh báo nhiều lần rằng nếu ông chủ muốn rời đi gấp, ông sẽ không mạo hiểm đi bằng ô tô, hay lên máy bay riêng, chừng nào còn chút khả năng bị bắt. Đó là lý do tại sao du thuyền luôn phải sẵn sàng ra khơi bất cứ lúc nào. Vậy ông ấy đang ở đâu? Đó là câu hỏi mà thuyền trưởng không buồn hỏi Booth Watson, vì ông nghĩ khó có được câu trả lời trung thực. ‘Vậy bến tiếp theo của chúng ta là đâu?’ là câu hỏi duy nhất của ông.</w:t>
      </w:r>
    </w:p>
    <w:p>
      <w:pPr>
        <w:spacing w:after="80"/>
      </w:pPr>
      <w:r>
        <w:rPr>
          <w:b w:val="0"/>
          <w:i w:val="0"/>
        </w:rPr>
        <w:t>Booth Watson đã cân nhắc vài phương án khác nhau, nhưng chấp nhận rằng mình sẽ phải chấp nhận rủi ro kỳ quặc này. Cuối cùng ông ta nói: "Bất cứ đâu trên bờ biển phía nam nước Anh, nơi mà các quan chức hải quan không ngại nhận một khoản tiền thưởng để không kiểm tra hàng hóa quá kỹ càng."</w:t>
      </w:r>
    </w:p>
    <w:p>
      <w:pPr>
        <w:spacing w:after="80"/>
      </w:pPr>
      <w:r>
        <w:rPr>
          <w:b w:val="0"/>
          <w:i w:val="0"/>
        </w:rPr>
        <w:t>Thuyền trưởng Redmayne tỏ ra do dự, vì đó không phải là điểm đến mà ông Faulkner đã dặn dò rõ ràng sẽ là bến cảng tiếp theo của họ, trong trường hợp họ phải khởi hành đột xuất. Ông muốn phản đối, nhưng chấp nhận rằng mình không có thẩm quyền để không tuân lệnh người đại diện của ông chủ trên cõi đời này.</w:t>
      </w:r>
    </w:p>
    <w:p>
      <w:pPr>
        <w:spacing w:after="80"/>
      </w:pPr>
      <w:r>
        <w:rPr>
          <w:b w:val="0"/>
          <w:i w:val="0"/>
        </w:rPr>
        <w:t>Cuối cùng thuyền trưởng Redmayne nói: "Tôi biết một bến cảng lý tưởng, thậm chí có thể cho ông một cái tên. Nhưng phải cảnh báo trước, ông sẽ cần một nghìn bảng tiền mặt nếu muốn con dấu đỏ được đóng lên tất cả các giấy tờ cho đúng."</w:t>
      </w:r>
    </w:p>
    <w:p>
      <w:pPr>
        <w:spacing w:after="80"/>
      </w:pPr>
      <w:r>
        <w:rPr>
          <w:b w:val="0"/>
          <w:i w:val="0"/>
        </w:rPr>
        <w:t>Booth Watson liếc nhìn chiếc cặp Gladstone hiếm khi rời khỏi người ông ta. Nếu bạn làm việc cho Miles Faulkner đủ lâu, bạn luôn mang theo đủ tiền mặt để trang trải những tình huống như thế này. Khi họ rời khỏi vịnh nhỏ bí mật, ông ta không một lần ngoái nhìn lại cảnh tàn sát mà mình đã để lại phía sau.</w:t>
      </w:r>
    </w:p>
    <w:p>
      <w:pPr>
        <w:spacing w:after="80"/>
      </w:pPr>
      <w:r>
        <w:rPr>
          <w:b w:val="0"/>
          <w:i w:val="0"/>
        </w:rPr>
        <w:t>Khi Booth Watson đến biệt thự của Faulkner vào ngày hôm trước, quản gia Collins đã lo lắng nói với ông ta rằng Miles bị khóa trong két sắt của mình, và đã ở đó ít nhất ba tiếng đồng hồ. Booth Watson kết luận rằng chắc chắn Miles đã chết; không thể nào sống sót lâu như vậy khi bị khóa trong két sắt, đơn giản là sẽ không có đủ không khí.</w:t>
      </w:r>
    </w:p>
    <w:p>
      <w:pPr>
        <w:spacing w:after="80"/>
      </w:pPr>
      <w:r>
        <w:rPr>
          <w:b w:val="0"/>
          <w:i w:val="0"/>
        </w:rPr>
        <w:t>Đó là lúc ý tưởng lần đầu tiên lóe lên trong đầu ông ta. Tuy nhiên, ông ta đã đợi thêm một tiếng nữa, và chỉ khi đó mới ra lệnh đóng gói bộ sưu tập nghệ thuật huyền thoại của thân chủ mình, và cất vào khoang chứa của du thuyền.</w:t>
      </w:r>
    </w:p>
    <w:p>
      <w:pPr>
        <w:spacing w:after="80"/>
      </w:pPr>
      <w:r>
        <w:rPr>
          <w:b w:val="0"/>
          <w:i w:val="0"/>
        </w:rPr>
        <w:t>Ông ta tin chắc rằng, nếu họ có thể ra khơi trước khi cảnh sát Tây Ban Nha xuất hiện tại biệt thự, họ sẽ mở két sắt chỉ để phát hiện ra rằng người mà họ có lệnh bắt giữ đã chết. Hẳn là một cái chết dài và đau đớn, Booth Watson nghĩ, nhưng ông ta không rơi một giọt nước mắt nào khi đi đi lại lại trong phòng làm việc của Faulkner, mắt hiếm khi rời khỏi két sắt.</w:t>
      </w:r>
    </w:p>
    <w:p>
      <w:pPr>
        <w:spacing w:after="80"/>
      </w:pPr>
      <w:r>
        <w:rPr>
          <w:b w:val="0"/>
          <w:i w:val="0"/>
        </w:rPr>
        <w:t>Sau khi thêm một tiếng nữa trôi qua, ông ta càng tin chắc hơn rằng Miles không thể nào sống sót. Trong giờ tiếp theo, ông ta bắt đầu hình thành một kế hoạch và, đến khi đồng hồ điểm sáu giờ, ông ta đã sẵn sàng hành động. Ông ta sẽ trở về Anh, cất giữ các bức tranh ở một nơi an toàn, và, vì ông ta vẫn còn giấy ủy quyền của thân chủ – cố thân chủ – mình, ông ta sẽ chuyển một cách có hệ thống toàn bộ tài sản từ nhiều ngân hàng của ông ta sang một tài khoản nước ngoài ở Hồng Kông mà ông ta đã lập từ nhiều năm trước. Một điều khác mà Miles đã dạy ông ta qua tấm gương của mình.</w:t>
      </w:r>
    </w:p>
    <w:p>
      <w:pPr>
        <w:spacing w:after="80"/>
      </w:pPr>
      <w:r>
        <w:rPr>
          <w:b w:val="0"/>
          <w:i w:val="0"/>
        </w:rPr>
        <w:t>Tiếp theo, ông ta sẽ rao bán cả ba bất động sản đáng kể của Miles và, vì ông ta không vội, có thể kỳ vọng chúng sẽ thu được một mức giá thị trường hợp lý. Sau đó ông ta sẽ liên lạc với nhà sưu tập người Trung Quốc, người gần đây đã tiếp cận ông ta về việc mua bộ sưu tập, nhưng bị Miles kiên quyết từ chối. Nhưng ông ta sẽ giải thích với ông Lee rằng, do sự ra đi đáng buồn của thân chủ, người thi hành di chúc của ông ta (chính ông ta) sẽ sẵn lòng xem xét lại việc bán các tác phẩm của ông ta nếu giá cả hợp lý. Vấn đề duy nhất có thể hóa ra là Christina, vợ cũ của Miles, người một khi phát hiện ra những gì ông ta đã làm, chắc chắn sẽ đòi phần của mình. Có lẽ cô ta sẽ thích sở hữu một chiếc du thuyền sang trọng mà ông ta sẽ không còn dùng đến nữa?</w:t>
      </w:r>
    </w:p>
    <w:p>
      <w:pPr>
        <w:spacing w:after="80"/>
      </w:pPr>
      <w:r>
        <w:rPr>
          <w:b w:val="0"/>
          <w:i w:val="0"/>
        </w:rPr>
        <w:t>Sau đó ông ta sẽ để vài tuần trôi qua trước khi để lộ tin đồn quanh Inns of Court rằng ông ta đang nghĩ đến việc nghỉ hưu và, một khi cuộc điều tra đã kết thúc, ông ta sẽ lặng lẽ rời khỏi đất nước mà không để lại địa chỉ chuyển tiếp.</w:t>
      </w:r>
    </w:p>
    <w:p>
      <w:pPr>
        <w:spacing w:after="80"/>
        <w:jc w:val="center"/>
      </w:pPr>
      <w:r>
        <w:rPr>
          <w:b w:val="0"/>
          <w:i w:val="0"/>
        </w:rPr>
        <w:t>• • •</w:t>
      </w:r>
    </w:p>
    <w:p>
      <w:pPr>
        <w:spacing w:after="80"/>
      </w:pPr>
      <w:r>
        <w:rPr>
          <w:b w:val="0"/>
          <w:i w:val="0"/>
        </w:rPr>
        <w:t>Miles Faulkner thong thả bước vào căng tin nhà tù, không hay biết luật sư của mình đang làm gì trên biển cả. Ông ta vui mừng khi thấy Tulip, bạn tù cũ của mình, đang ngồi ở chiếc bàn quen thuộc của họ.</w:t>
      </w:r>
    </w:p>
    <w:p>
      <w:pPr>
        <w:spacing w:after="80"/>
      </w:pPr>
      <w:r>
        <w:rPr>
          <w:b w:val="0"/>
          <w:i w:val="0"/>
        </w:rPr>
        <w:t>"Chào buổi sáng, ông chủ," Tulip nói khi Miles ngồi xuống chiếc ghế đối diện.</w:t>
      </w:r>
    </w:p>
    <w:p>
      <w:pPr>
        <w:spacing w:after="80"/>
      </w:pPr>
      <w:r>
        <w:rPr>
          <w:b w:val="0"/>
          <w:i w:val="0"/>
        </w:rPr>
        <w:t xml:space="preserve">Một cai ngục rót cà phê buổi sáng cho Miles, như thể ông ta chưa từng đi vắng, và ông ta nhấp một ngụm trước khi bắt đầu đọc một bài báo trên tờ </w:t>
      </w:r>
      <w:r>
        <w:rPr>
          <w:b w:val="0"/>
          <w:i/>
        </w:rPr>
        <w:t>Daily Telegraph</w:t>
      </w:r>
      <w:r>
        <w:rPr>
          <w:b w:val="0"/>
          <w:i w:val="0"/>
        </w:rPr>
        <w:t>. Bản báo cáo đã đủ tệ, nhưng bức ảnh kèm theo chụp kẻ thù của ông ta, DCI Warwick, đang chia sẻ một câu chuyện đùa với Công nương xứ Wales, chỉ càng nhắc ông ta nhớ ai là người chịu trách nhiệm đưa ông ta trở lại sau song sắt.</w:t>
      </w:r>
    </w:p>
    <w:p>
      <w:pPr>
        <w:spacing w:after="80"/>
      </w:pPr>
      <w:r>
        <w:rPr>
          <w:b w:val="0"/>
          <w:i w:val="0"/>
        </w:rPr>
        <w:t>Tulip, tai mắt của Miles trong tù, đã cố gắng dọn hết báo khỏi căng tin nhà tù trước khi Miles xuống ăn sáng, vì gần như tờ nào cũng đăng cùng một bức ảnh đó trên trang nhất.</w:t>
      </w:r>
    </w:p>
    <w:p>
      <w:pPr>
        <w:spacing w:after="80"/>
      </w:pPr>
      <w:r>
        <w:rPr>
          <w:b w:val="0"/>
          <w:i w:val="0"/>
        </w:rPr>
        <w:t xml:space="preserve">Tệ hơn nữa, phóng viên hoàng gia của tờ </w:t>
      </w:r>
      <w:r>
        <w:rPr>
          <w:b w:val="0"/>
          <w:i/>
        </w:rPr>
        <w:t>Telegraph</w:t>
      </w:r>
      <w:r>
        <w:rPr>
          <w:b w:val="0"/>
          <w:i w:val="0"/>
        </w:rPr>
        <w:t xml:space="preserve"> còn mô tả Warwick là "sĩ quan trẻ xuất sắc, người gần đây đã chịu trách nhiệm đưa tên tội phạm đào tẩu Miles Faulkner trở lại nhà tù". Tờ </w:t>
      </w:r>
      <w:r>
        <w:rPr>
          <w:b w:val="0"/>
          <w:i/>
        </w:rPr>
        <w:t>Sun</w:t>
      </w:r>
      <w:r>
        <w:rPr>
          <w:b w:val="0"/>
          <w:i w:val="0"/>
        </w:rPr>
        <w:t xml:space="preserve"> – tờ báo phổ biến nhất trong mọi nhà tù – còn thêm vào "nơi hắn thuộc về". Miles ném tờ báo sang một bên, ý thức rõ rằng mình sắp mang đến cho báo chí một câu chuyện còn lớn hơn nữa. Nhưng mọi thứ đều có thời điểm của nó.</w:t>
      </w:r>
    </w:p>
    <w:p>
      <w:pPr>
        <w:spacing w:after="80"/>
      </w:pPr>
      <w:r>
        <w:rPr>
          <w:b w:val="0"/>
          <w:i w:val="0"/>
        </w:rPr>
        <w:t>‘Tôi lúc nào cũng có thể thu xếp cho hắn bị thủ tiêu, ông chủ ạ,’ Tulip nói, chỉ vào tấm ảnh.</w:t>
      </w:r>
    </w:p>
    <w:p>
      <w:pPr>
        <w:spacing w:after="80"/>
      </w:pPr>
      <w:r>
        <w:rPr>
          <w:b w:val="0"/>
          <w:i w:val="0"/>
        </w:rPr>
        <w:t>‘Không,’ Faulkner dứt khoát đáp. ‘Ta muốn màn trả thù của mình phải bền lâu hơn thế.’</w:t>
      </w:r>
    </w:p>
    <w:p>
      <w:pPr>
        <w:spacing w:after="80"/>
      </w:pPr>
      <w:r>
        <w:rPr>
          <w:b w:val="0"/>
          <w:i w:val="0"/>
        </w:rPr>
        <w:t>‘Còn gì bền lâu hơn cái chết nữa?’</w:t>
      </w:r>
    </w:p>
    <w:p>
      <w:pPr>
        <w:spacing w:after="80"/>
      </w:pPr>
      <w:r>
        <w:rPr>
          <w:b w:val="0"/>
          <w:i w:val="0"/>
        </w:rPr>
        <w:t>‘Bị đuổi khỏi ngành cảnh sát,’ Faulkner nói. ‘Bị buộc tội bắt cóc và trộm cắp, rồi phải sống nốt quãng đời còn lại trong ô nhục,’ ông nói thêm khi một cai ngục đặt trước mặt ông một đĩa thịt xông khói và trứng. Ông ngừng lại. ‘Nếu may mắn, biết đâu hắn còn kết thúc ngay tại đây.’</w:t>
      </w:r>
    </w:p>
    <w:p>
      <w:pPr>
        <w:spacing w:after="80"/>
      </w:pPr>
      <w:r>
        <w:rPr>
          <w:b w:val="0"/>
          <w:i w:val="0"/>
        </w:rPr>
        <w:t>‘Hay lắm, ông chủ. Nhưng ông định làm thế nào để xoay được chuyện đó?’</w:t>
      </w:r>
    </w:p>
    <w:p>
      <w:pPr>
        <w:spacing w:after="80"/>
      </w:pPr>
      <w:r>
        <w:rPr>
          <w:b w:val="0"/>
          <w:i w:val="0"/>
        </w:rPr>
        <w:t>‘Khi phiên tòa của tôi diễn ra ở Bailey, tôi có cảm giác bồi thẩm đoàn sẽ vô cùng thích thú khi biết Warwick và Hogan đã phải đi xa đến mức nào để đưa tôi ra khỏi Tây Ban Nha mà không có lệnh dẫn độ. Tôi có thể đảm bảo với anh, Booth Watson sẽ nhắc đi nhắc lại cụm từ “thợ săn tiền thưởng” trong cả lời khai mở đầu lẫn kết thúc của ông ta.’</w:t>
      </w:r>
    </w:p>
    <w:p>
      <w:pPr>
        <w:spacing w:after="80"/>
      </w:pPr>
      <w:r>
        <w:rPr>
          <w:b w:val="0"/>
          <w:i w:val="0"/>
        </w:rPr>
        <w:t>‘Ông đã nói chuyện với luật sư của mình từ khi bị tóm chưa?’ Tulip hỏi.</w:t>
      </w:r>
    </w:p>
    <w:p>
      <w:pPr>
        <w:spacing w:after="80"/>
      </w:pPr>
      <w:r>
        <w:rPr>
          <w:b w:val="0"/>
          <w:i w:val="0"/>
        </w:rPr>
        <w:t>‘Chưa. Tuần vừa rồi tôi đã gọi đến văn phòng ông ta mấy lần, nhưng thư ký chỉ nói ông ấy đang ở nước ngoài và sẽ báo cho ông ấy biết tôi đã gọi ngay khi ông ấy về. Điều đó cho thấy ông ta vẫn còn ở Tây Ban Nha, đang dọn dẹp nốt những việc còn dang dở. Tuy nhiên, hiện giờ tôi còn phải giải quyết một vấn đề cấp bách hơn nhiều.’</w:t>
      </w:r>
    </w:p>
    <w:p>
      <w:pPr>
        <w:spacing w:after="80"/>
      </w:pPr>
      <w:r>
        <w:rPr>
          <w:b w:val="0"/>
          <w:i w:val="0"/>
        </w:rPr>
        <w:t>‘Còn gì cấp bách hơn việc chuẩn bị cho phiên tòa của ông nữa?’</w:t>
      </w:r>
    </w:p>
    <w:p>
      <w:pPr>
        <w:spacing w:after="80"/>
      </w:pPr>
      <w:r>
        <w:rPr>
          <w:b w:val="0"/>
          <w:i w:val="0"/>
        </w:rPr>
        <w:t>‘Vợ cũ của tôi,’ Faulkner nói, gần như phun ra từng chữ khi một cai ngục rót thêm cà phê cho ông. ‘Chỉ có Chúa mới biết Christina sẽ giở trò gì khi tôi đã bị gạt sang một bên thế này.’</w:t>
      </w:r>
    </w:p>
    <w:p>
      <w:pPr>
        <w:spacing w:after="80"/>
      </w:pPr>
      <w:r>
        <w:rPr>
          <w:b w:val="0"/>
          <w:i w:val="0"/>
        </w:rPr>
        <w:t>‘Nguồn tin của tôi nói cô ta đang tiêu tiền của ông như thể không có ngày mai,’ Tulip nói. ‘Cô ta thường xuyên ăn tối ở Ritz, mua sắm trên phố Bond trong khi nuông chiều cả một dàn trai trẻ cứ lừa gạt cô ta hết lần này đến lần khác.’ Anh ta liếc trộm Faulkner. ‘Biết đâu cô ta có thể gặp một tai nạn đáng tiếc trên đường đến phố Bond nhỉ?’ anh ta gợi ý. ‘Giao thông giờ mua sắm đông lắm, ông chủ ạ.’</w:t>
      </w:r>
    </w:p>
    <w:p>
      <w:pPr>
        <w:spacing w:after="80"/>
      </w:pPr>
      <w:r>
        <w:rPr>
          <w:b w:val="0"/>
          <w:i w:val="0"/>
        </w:rPr>
        <w:t>‘Không,’ Faulkner dứt khoát nói. ‘Ít nhất là cho đến khi phiên tòa kết thúc, nếu tôi muốn thuyết phục bồi thẩm đoàn rằng tôi đã hoàn lương và bị bắt giữ trái phép. Vậy nên, trong vài tháng tới tôi phải giống như vợ của Caesar – “không một vết nhơ”.’</w:t>
      </w:r>
    </w:p>
    <w:p>
      <w:pPr>
        <w:spacing w:after="80"/>
      </w:pPr>
      <w:r>
        <w:rPr>
          <w:b w:val="0"/>
          <w:i w:val="0"/>
        </w:rPr>
        <w:t>Tulip trông có vẻ bối rối.</w:t>
      </w:r>
    </w:p>
    <w:p>
      <w:pPr>
        <w:spacing w:after="80"/>
      </w:pPr>
      <w:r>
        <w:rPr>
          <w:b w:val="0"/>
          <w:i w:val="0"/>
        </w:rPr>
        <w:t>‘Tuy nhiên, tôi định đảm bảo Christina sẽ trắng tay từ lâu trước khi vụ án được đưa ra tòa, còn Warwick thì sẽ may mắn lắm mới xin được một chân bảo vệ ở bảo tàng Fitzmolean,’ ông nói thêm khi gạt đĩa trứng và thịt xông khói sang một bên.</w:t>
      </w:r>
    </w:p>
    <w:p>
      <w:pPr>
        <w:spacing w:after="80"/>
      </w:pPr>
      <w:r>
        <w:rPr>
          <w:b w:val="0"/>
          <w:i w:val="0"/>
        </w:rPr>
        <w:t>‘Còn thanh tra Hogan thì sao?’</w:t>
      </w:r>
    </w:p>
    <w:p>
      <w:pPr>
        <w:spacing w:after="80"/>
      </w:pPr>
      <w:r>
        <w:rPr>
          <w:b w:val="0"/>
          <w:i w:val="0"/>
        </w:rPr>
        <w:t xml:space="preserve">‘Anh có thể thanh lý hắn bất cứ khi nào anh muốn. Nhưng nhớ làm cho đáng nhớ vào,’ Miles nói, một lần nữa nhìn vào trang nhất tờ </w:t>
      </w:r>
      <w:r>
        <w:rPr>
          <w:b w:val="0"/>
          <w:i/>
        </w:rPr>
        <w:t>Telegraph</w:t>
      </w:r>
      <w:r>
        <w:rPr>
          <w:b w:val="0"/>
          <w:i w:val="0"/>
        </w:rPr>
        <w:t>. ‘Vì tôi định sẽ có được nhiều hơn là một cái kệ trong Bảo tàng Tội phạm.’</w:t>
      </w:r>
    </w:p>
    <w:p>
      <w:pPr>
        <w:spacing w:after="80"/>
        <w:jc w:val="center"/>
      </w:pPr>
      <w:r>
        <w:rPr>
          <w:b w:val="0"/>
          <w:i w:val="0"/>
        </w:rPr>
        <w:t>• • •</w:t>
      </w:r>
    </w:p>
    <w:p>
      <w:pPr>
        <w:spacing w:after="80"/>
      </w:pPr>
      <w:r>
        <w:rPr>
          <w:b w:val="0"/>
          <w:i w:val="0"/>
        </w:rPr>
        <w:t>"Đó là Trung úy Sanchez của cảnh sát Barcelona," Chim Ưng nói khi đặt điện thoại xuống. "Anh ta nói Booth Watson đã lên du thuyền của Faulkner ngay sau khi người của anh ta xuất hiện."</w:t>
      </w:r>
    </w:p>
    <w:p>
      <w:pPr>
        <w:spacing w:after="80"/>
      </w:pPr>
      <w:r>
        <w:rPr>
          <w:b w:val="0"/>
          <w:i w:val="0"/>
        </w:rPr>
        <w:t>"Thú vị đấy," William nói. "Du thuyền đang hướng về đâu?"</w:t>
      </w:r>
    </w:p>
    <w:p>
      <w:pPr>
        <w:spacing w:after="80"/>
      </w:pPr>
      <w:r>
        <w:rPr>
          <w:b w:val="0"/>
          <w:i w:val="0"/>
        </w:rPr>
        <w:t>"Lần cuối người ta thấy nó đang vòng qua Vịnh Biscay – Interpol theo dõi nó rất sát sao."</w:t>
      </w:r>
    </w:p>
    <w:p>
      <w:pPr>
        <w:spacing w:after="80"/>
      </w:pPr>
      <w:r>
        <w:rPr>
          <w:b w:val="0"/>
          <w:i w:val="0"/>
        </w:rPr>
        <w:t>"Vậy thì Booth Watson hẳn đang trên đường trở về Anh, với ảo tưởng rằng thân chủ của mình vẫn còn bị nhốt trong két sắt khi hắn rời đi, và tuyệt đối không thể nào sống sót."</w:t>
      </w:r>
    </w:p>
    <w:p>
      <w:pPr>
        <w:spacing w:after="80"/>
      </w:pPr>
      <w:r>
        <w:rPr>
          <w:b w:val="0"/>
          <w:i w:val="0"/>
        </w:rPr>
        <w:t>"Có thể cậu nói đúng, William, vì Sanchez cũng nói rằng thứ duy nhất còn treo trên tường chỉ là những chiếc móc, nên hắn hẳn đã gỡ hết các bức tranh xuống."</w:t>
      </w:r>
    </w:p>
    <w:p>
      <w:pPr>
        <w:spacing w:after="80"/>
      </w:pPr>
      <w:r>
        <w:rPr>
          <w:b w:val="0"/>
          <w:i w:val="0"/>
        </w:rPr>
        <w:t>"Vậy thì, thưa ngài, tôi có thể đề nghị chúng ta báo cho lực lượng tuần duyên để họ để mắt tới hắn, để chúng ta có thể chờ sẵn trên bến cảng từ rất lâu trước khi hắn vào vùng lãnh hải."</w:t>
      </w:r>
    </w:p>
    <w:p>
      <w:pPr>
        <w:spacing w:after="80"/>
      </w:pPr>
      <w:r>
        <w:rPr>
          <w:b w:val="0"/>
          <w:i w:val="0"/>
        </w:rPr>
        <w:t>"Ý hay đấy," Chim Ưng nói khi nhấc điện thoại lên.</w:t>
      </w:r>
    </w:p>
    <w:p>
      <w:pPr>
        <w:spacing w:after="80"/>
        <w:jc w:val="center"/>
      </w:pPr>
      <w:r>
        <w:rPr>
          <w:b w:val="0"/>
          <w:i w:val="0"/>
        </w:rPr>
        <w:t>• • •</w:t>
      </w:r>
    </w:p>
    <w:p>
      <w:pPr>
        <w:spacing w:after="80"/>
      </w:pPr>
      <w:r>
        <w:rPr>
          <w:b w:val="0"/>
          <w:i w:val="0"/>
        </w:rPr>
        <w:t>"Bà Christina Faulkner đang ở đường dây một, thưa Ngài Julian," thư ký của ông nói.</w:t>
      </w:r>
    </w:p>
    <w:p>
      <w:pPr>
        <w:spacing w:after="80"/>
      </w:pPr>
      <w:r>
        <w:rPr>
          <w:b w:val="0"/>
          <w:i w:val="0"/>
        </w:rPr>
        <w:t>"Kết nối cho tôi," luật sư của bà nói, có chút miễn cưỡng. Dù ông không mấy ưa bà Faulkner, ông luôn thích những cuộc gặp gỡ giữa họ. Bao năm qua bà đã khiến cuộc sống của con trai ông gặp nhiều khó khăn, và ông biết William lo lắng về tình bạn giữa Christina và vợ anh, Beth, nhưng bà ta giống như một cuốn tiểu thuyết hay, bạn không bao giờ chắc được nó sẽ kết thúc thế nào – những nút thắt luôn đến vào lúc bạn ít ngờ tới nhất.</w:t>
      </w:r>
    </w:p>
    <w:p>
      <w:pPr>
        <w:spacing w:after="80"/>
      </w:pPr>
      <w:r>
        <w:rPr>
          <w:b w:val="0"/>
          <w:i w:val="0"/>
        </w:rPr>
        <w:t>"Chào buổi sáng, bà Faulkner," ông nói, "tôi có thể giúp gì cho bà?"</w:t>
      </w:r>
    </w:p>
    <w:p>
      <w:pPr>
        <w:spacing w:after="80"/>
      </w:pPr>
      <w:r>
        <w:rPr>
          <w:b w:val="0"/>
          <w:i w:val="0"/>
        </w:rPr>
        <w:t>"Chồng cũ của tôi đã trở lại tù, thưa Ngài Julian, và tôi chắc rằng ông đã biết điều đó."</w:t>
      </w:r>
    </w:p>
    <w:p>
      <w:pPr>
        <w:spacing w:after="80"/>
      </w:pPr>
      <w:r>
        <w:rPr>
          <w:b w:val="0"/>
          <w:i w:val="0"/>
        </w:rPr>
        <w:t>"Tôi có nghe nói đại khái như vậy."</w:t>
      </w:r>
    </w:p>
    <w:p>
      <w:pPr>
        <w:spacing w:after="80"/>
      </w:pPr>
      <w:r>
        <w:rPr>
          <w:b w:val="0"/>
          <w:i w:val="0"/>
        </w:rPr>
        <w:t>"Điều ông có thể chưa biết là du thuyền của hắn đang hướng về Anh với ông Booth Watson trên tàu, cùng với một trăm chín mươi mốt bức tranh sơn dầu có nguồn gốc không mấy rõ ràng."</w:t>
      </w:r>
    </w:p>
    <w:p>
      <w:pPr>
        <w:spacing w:after="80"/>
      </w:pPr>
      <w:r>
        <w:rPr>
          <w:b w:val="0"/>
          <w:i w:val="0"/>
        </w:rPr>
        <w:t>"Làm sao bà có thể biết được điều đó?"</w:t>
      </w:r>
    </w:p>
    <w:p>
      <w:pPr>
        <w:spacing w:after="80"/>
      </w:pPr>
      <w:r>
        <w:rPr>
          <w:b w:val="0"/>
          <w:i w:val="0"/>
        </w:rPr>
        <w:t>‘Vì quản gia của Miles gọi cho tôi tối qua để báo rằng du thuyền đã rời Barcelona hơn một tuần trước và hỏi tôi có biết cách liên lạc với Miles không.’</w:t>
      </w:r>
    </w:p>
    <w:p>
      <w:pPr>
        <w:spacing w:after="80"/>
      </w:pPr>
      <w:r>
        <w:rPr>
          <w:b w:val="0"/>
          <w:i w:val="0"/>
        </w:rPr>
        <w:t>‘Ông ấy còn nói gì với bà nữa?’ Sir Julian hỏi khi cầm bút lên và bắt đầu ghi chép.</w:t>
      </w:r>
    </w:p>
    <w:p>
      <w:pPr>
        <w:spacing w:after="80"/>
      </w:pPr>
      <w:r>
        <w:rPr>
          <w:b w:val="0"/>
          <w:i w:val="0"/>
        </w:rPr>
        <w:t>‘BW không chỉ dỡ hết tranh của Miles xuống, mà còn ra lệnh cho quản gia rao bán ngôi nhà của ông ấy ở Tây Ban Nha.’</w:t>
      </w:r>
    </w:p>
    <w:p>
      <w:pPr>
        <w:spacing w:after="80"/>
      </w:pPr>
      <w:r>
        <w:rPr>
          <w:b w:val="0"/>
          <w:i w:val="0"/>
        </w:rPr>
        <w:t>‘Và ông ấy có làm thế không?’</w:t>
      </w:r>
    </w:p>
    <w:p>
      <w:pPr>
        <w:spacing w:after="80"/>
      </w:pPr>
      <w:r>
        <w:rPr>
          <w:b w:val="0"/>
          <w:i w:val="0"/>
        </w:rPr>
        <w:t>‘Không đời nào. Thực ra, khi biết Miles vẫn còn sống và đã trở lại nhà tù ở Anh, ông ấy đã ráo riết tìm cách liên lạc với Miles, đó là lý do cuối cùng ông ấy gọi cho tôi.’ Bà ngừng lại. ‘Rồi bà đoán xem ai đã gọi cho tôi vào giữa đêm?’</w:t>
      </w:r>
    </w:p>
    <w:p>
      <w:pPr>
        <w:spacing w:after="80"/>
      </w:pPr>
      <w:r>
        <w:rPr>
          <w:b w:val="0"/>
          <w:i w:val="0"/>
        </w:rPr>
        <w:t>Sir Julian không đáp, biết rõ bà Faulkner nóng lòng muốn kể cho ông nghe.</w:t>
      </w:r>
    </w:p>
    <w:p>
      <w:pPr>
        <w:spacing w:after="80"/>
      </w:pPr>
      <w:r>
        <w:rPr>
          <w:b w:val="0"/>
          <w:i w:val="0"/>
        </w:rPr>
        <w:t>‘Chính là thuyền trưởng của du thuyền.’ Christina không nói lý do, biết rằng ông sẽ không thể cưỡng lại việc hỏi…</w:t>
      </w:r>
    </w:p>
    <w:p>
      <w:pPr>
        <w:spacing w:after="80"/>
      </w:pPr>
      <w:r>
        <w:rPr>
          <w:b w:val="0"/>
          <w:i w:val="0"/>
        </w:rPr>
        <w:t>‘Và ông ta có gì để nói về mình?’ Sir Julian hỏi, cuối cùng cũng chịu thua.</w:t>
      </w:r>
    </w:p>
    <w:p>
      <w:pPr>
        <w:spacing w:after="80"/>
      </w:pPr>
      <w:r>
        <w:rPr>
          <w:b w:val="0"/>
          <w:i w:val="0"/>
        </w:rPr>
        <w:t>‘Họ đang trên đường trở về Anh, chính xác là Christchurch, và dự kiến sẽ cập cảng trong thời gian rất ngắn nữa.’</w:t>
      </w:r>
    </w:p>
    <w:p>
      <w:pPr>
        <w:spacing w:after="80"/>
      </w:pPr>
      <w:r>
        <w:rPr>
          <w:b w:val="0"/>
          <w:i w:val="0"/>
        </w:rPr>
        <w:t>‘Một lần nữa tôi lại tò mò muốn biết tại sao ông ta lại gọi cho bà, trong tất cả mọi người?’</w:t>
      </w:r>
    </w:p>
    <w:p>
      <w:pPr>
        <w:spacing w:after="80"/>
      </w:pPr>
      <w:r>
        <w:rPr>
          <w:b w:val="0"/>
          <w:i w:val="0"/>
        </w:rPr>
        <w:t>‘Tôi là kẻ ít xấu hơn trong hai kẻ xấu,’ Christina tuyên bố. ‘Thực ra, thuyền trưởng Redmayne không tin tưởng Booth Watson đến mức tôi nghĩ rằng, nếu có nửa cơ hội, ông ta sẽ ném hắn xuống biển.’</w:t>
      </w:r>
    </w:p>
    <w:p>
      <w:pPr>
        <w:spacing w:after="80"/>
      </w:pPr>
      <w:r>
        <w:rPr>
          <w:b w:val="0"/>
          <w:i w:val="0"/>
        </w:rPr>
        <w:t>Thế thì giải quyết được mọi vấn đề của chúng ta, Sir Julian nghĩ thầm, nhưng vẫn giữ kín ý nghĩ đó.</w:t>
      </w:r>
    </w:p>
    <w:p>
      <w:pPr>
        <w:spacing w:after="80"/>
      </w:pPr>
      <w:r>
        <w:rPr>
          <w:b w:val="0"/>
          <w:i w:val="0"/>
        </w:rPr>
        <w:t>‘Vậy nếu ông có thể liên lạc với trưởng cảng vụ ở Christchurch và tìm ra khi nào du thuyền dự kiến cập cảng,’ Christina gợi ý, ‘thì chúng ta có thể đứng trên bến cảng chờ sẵn để chào đón vị QC lỗi lạc kia, khiến ông ta chẳng còn lựa chọn nào khác ngoài việc trả lại nửa số tranh của tôi, đúng như thỏa thuận trong bản ly hôn của tôi – bản mà chính ông soạn thảo.’</w:t>
      </w:r>
    </w:p>
    <w:p>
      <w:pPr>
        <w:spacing w:after="80"/>
      </w:pPr>
      <w:r>
        <w:rPr>
          <w:b w:val="0"/>
          <w:i w:val="0"/>
        </w:rPr>
        <w:t>Sir Julian luôn thấy thú vị khi Miles và Christina là hai người cùng một loại, và ông thậm chí không chắc ai trong hai người họ mưu mẹo hơn. Tuy nhiên, ông phải thừa nhận rằng việc hạ gục cả Booth Watson lẫn Miles Faulkner cùng một lúc quả là hấp dẫn, phải nói là rất hấp dẫn.</w:t>
      </w:r>
    </w:p>
    <w:p>
      <w:pPr>
        <w:spacing w:after="80"/>
      </w:pPr>
      <w:r>
        <w:rPr>
          <w:b w:val="0"/>
          <w:i w:val="0"/>
        </w:rPr>
        <w:t>‘Tôi nghĩ điều đó có thể làm được, bà Faulkner,’ Sir Julian nói, vẫn giữ khoảng cách với bà.</w:t>
      </w:r>
    </w:p>
    <w:p>
      <w:pPr>
        <w:spacing w:after="80"/>
      </w:pPr>
      <w:r>
        <w:rPr>
          <w:b w:val="0"/>
          <w:i w:val="0"/>
        </w:rPr>
        <w:t>‘Nếu ông có thể cho tôi biết khi nào du thuyền vào lãnh hải, thuyền trưởng đã đảm bảo với tôi rằng như vậy sẽ cho chúng ta ít nhất vài giờ để chắc chắn kịp đến đó chào đón ông ta một cách thật hoành tráng.’</w:t>
      </w:r>
    </w:p>
    <w:p>
      <w:pPr>
        <w:spacing w:after="80"/>
      </w:pPr>
      <w:r>
        <w:rPr>
          <w:b w:val="0"/>
          <w:i w:val="0"/>
        </w:rPr>
        <w:t>Luôn khiến Ngài Julian thấy buồn cười khi bà Faulkner cho rằng ông sẽ sẵn sàng có mặt ngay lập tức (theo ý bà), nhưng ông phải thừa nhận bà thú vị hơn nhiều so với vụ trốn thuế mà ông đang truy tố tại tòa án cấp cao, vụ mà con gái ông, Grace, hoàn toàn có khả năng xử lý. Dù sẽ không bao giờ thừa nhận, ông nóng lòng muốn biết Booth Watson định giải thích thế nào với Faulkner – người có lẽ đã cố liên lạc với ông suốt mười ngày qua – về việc tại sao ông ta lại mang tranh về Anh và rao bán ngôi nhà ở Tây Ban Nha mà không hỏi ý kiến ông.</w:t>
      </w:r>
    </w:p>
    <w:p>
      <w:pPr>
        <w:spacing w:after="80"/>
      </w:pPr>
      <w:r>
        <w:rPr>
          <w:b w:val="0"/>
          <w:i w:val="0"/>
        </w:rPr>
        <w:t>Tuy nhiên, Ngài Julian ý thức rõ rằng ông sẽ phải chuẩn bị cho một bất ngờ khác, bởi đối thủ cũ của ông, Booth Watson, xảo quyệt chẳng kém gì Christina, và sẽ sẵn lòng chơi trò mượn dao giết người nếu điều đó có lợi cho mục đích của ông ta.</w:t>
      </w:r>
    </w:p>
    <w:p>
      <w:pPr>
        <w:spacing w:after="80"/>
      </w:pPr>
      <w:r>
        <w:rPr>
          <w:b w:val="0"/>
          <w:i w:val="0"/>
        </w:rPr>
        <w:t>"Tôi sẽ liên lạc lại," ông nói, trước khi đặt điện thoại xuống.</w:t>
      </w:r>
    </w:p>
    <w:p>
      <w:pPr>
        <w:pStyle w:val="Heading2"/>
      </w:pPr>
      <w:r>
        <w:rPr>
          <w:rFonts w:ascii="Calibri" w:hAnsi="Calibri"/>
          <w:b/>
          <w:i w:val="0"/>
          <w:sz w:val="32"/>
        </w:rPr>
        <w:t>CHƯƠNG 4</w:t>
      </w:r>
    </w:p>
    <w:p>
      <w:pPr>
        <w:spacing w:after="80"/>
      </w:pPr>
      <w:r>
        <w:rPr>
          <w:b w:val="0"/>
          <w:i w:val="0"/>
        </w:rPr>
        <w:t>WILLIAM NHẤC ĐIỆN THOẠI nhưng không bật đèn khi chiếc đồng hồ kỹ thuật số trên bàn cạnh giường chuyển từ 5:17 sang 5:18. Anh biết đầu dây bên kia chỉ có thể là một người.</w:t>
      </w:r>
    </w:p>
    <w:p>
      <w:pPr>
        <w:spacing w:after="80"/>
      </w:pPr>
      <w:r>
        <w:rPr>
          <w:b w:val="0"/>
          <w:i w:val="0"/>
        </w:rPr>
        <w:t>"Trưởng cảng vụ vừa gọi," một giọng nói hoàn toàn tỉnh táo vang lên. "Người ta đã nhìn thấy du thuyền, và ông ấy dự đoán thời gian đến khoảng chín giờ."</w:t>
      </w:r>
    </w:p>
    <w:p>
      <w:pPr>
        <w:spacing w:after="80"/>
      </w:pPr>
      <w:r>
        <w:rPr>
          <w:b w:val="0"/>
          <w:i w:val="0"/>
        </w:rPr>
        <w:t>William bật khỏi giường, đâm sầm vào ghế, ngã xuống sàn và đánh thức Beth. Khởi đầu ngày mới chẳng tốt đẹp gì.</w:t>
      </w:r>
    </w:p>
    <w:p>
      <w:pPr>
        <w:spacing w:after="80"/>
        <w:jc w:val="center"/>
      </w:pPr>
      <w:r>
        <w:rPr>
          <w:b w:val="0"/>
          <w:i w:val="0"/>
        </w:rPr>
        <w:t>• • •</w:t>
      </w:r>
    </w:p>
    <w:p>
      <w:pPr>
        <w:spacing w:after="80"/>
      </w:pPr>
      <w:r>
        <w:rPr>
          <w:b w:val="0"/>
          <w:i w:val="0"/>
        </w:rPr>
        <w:t>Cuộc gọi thứ hai mà trưởng cảng vụ thực hiện sáng hôm đó là cho Ngài Julian Warwick, người bật đèn cạnh giường trước khi nhấc máy. Ông đã thức sẵn. Ông cảm ơn trưởng cảng vụ, đặt điện thoại xuống, khoác vội áo choàng và lui vào phòng làm việc. Ông tra một số điện thoại, và việc bấm số mang lại cho ông niềm vui đáng kể. Chuông reo một lúc lâu trước khi cuối cùng có người nhấc máy.</w:t>
      </w:r>
    </w:p>
    <w:p>
      <w:pPr>
        <w:spacing w:after="80"/>
      </w:pPr>
      <w:r>
        <w:rPr>
          <w:b w:val="0"/>
          <w:i w:val="0"/>
        </w:rPr>
        <w:t>"Ai đấy?" một giọng nói gắt gỏng.</w:t>
      </w:r>
    </w:p>
    <w:p>
      <w:pPr>
        <w:spacing w:after="80"/>
      </w:pPr>
      <w:r>
        <w:rPr>
          <w:b w:val="0"/>
          <w:i w:val="0"/>
        </w:rPr>
        <w:t>"Ngài Julian Warwick," ông nói, không hề tỏ ý xin lỗi vì đã đánh thức khách hàng của mình vào giờ mà với bà có lẽ là nửa đêm. Ông chuyển lời nhắn của trưởng cảng vụ, và trước sự ngạc nhiên của ông, bà nói: "Tài xế của tôi sẽ đến chỗ ông trong hai mươi phút nữa."</w:t>
      </w:r>
    </w:p>
    <w:p>
      <w:pPr>
        <w:spacing w:after="80"/>
      </w:pPr>
      <w:r>
        <w:rPr>
          <w:b w:val="0"/>
          <w:i w:val="0"/>
        </w:rPr>
        <w:t>Sau khi đặt điện thoại xuống, ông vội vã chạy lên gác vào phòng tắm, cởi phăng áo choàng và đồ ngủ, nhảy vào buồng tắm, và chửi thề thành tiếng khi những tia nước lạnh buốt xối xuống cái đầu hói của ông.</w:t>
      </w:r>
    </w:p>
    <w:p>
      <w:pPr>
        <w:spacing w:after="80"/>
        <w:jc w:val="center"/>
      </w:pPr>
      <w:r>
        <w:rPr>
          <w:b w:val="0"/>
          <w:i w:val="0"/>
        </w:rPr>
        <w:t>• • •</w:t>
      </w:r>
    </w:p>
    <w:p>
      <w:pPr>
        <w:spacing w:after="80"/>
      </w:pPr>
      <w:r>
        <w:rPr>
          <w:b w:val="0"/>
          <w:i w:val="0"/>
        </w:rPr>
        <w:t>William đến Scotland Yard ngay sau sáu giờ và không ngạc nhiên khi thấy Chỉ huy Hawksby ngồi ở ghế sau một chiếc xe tuần tra, sốt ruột gõ ngón tay lên ghế trước. William nhảy vào ngồi cạnh ông. Danny, tài xế của anh, khởi hành ngay cả trước khi anh kịp đóng cửa.</w:t>
      </w:r>
    </w:p>
    <w:p>
      <w:pPr>
        <w:spacing w:after="80"/>
        <w:jc w:val="center"/>
      </w:pPr>
      <w:r>
        <w:rPr>
          <w:b w:val="0"/>
          <w:i w:val="0"/>
        </w:rPr>
        <w:t>• • •</w:t>
      </w:r>
    </w:p>
    <w:p>
      <w:pPr>
        <w:spacing w:after="80"/>
      </w:pPr>
      <w:r>
        <w:rPr>
          <w:b w:val="0"/>
          <w:i w:val="0"/>
        </w:rPr>
        <w:t>Không phải hai mươi phút mà gần bốn mươi phút sau, tài xế riêng của bà Faulkner mới tiến vào khu vực riêng tư của Lincoln's Inn Field, và dừng lại trước căn hộ của Ngài Julian. Ngài Julian, người đã đi đi lại lại suốt hai mươi phút qua, nhanh chóng lên ngồi cùng khách hàng ở ghế sau.</w:t>
      </w:r>
    </w:p>
    <w:p>
      <w:pPr>
        <w:spacing w:after="80"/>
      </w:pPr>
      <w:r>
        <w:rPr>
          <w:b w:val="0"/>
          <w:i w:val="0"/>
        </w:rPr>
        <w:t>‘Chào buổi sáng, bà Faulkner,’ ông nói. Tuy nhiên, nhìn vào bộ trang phục của bà, ông không hoàn toàn chắc rằng bà đã lên giường ngủ tối qua.</w:t>
      </w:r>
    </w:p>
    <w:p>
      <w:pPr>
        <w:spacing w:after="80"/>
      </w:pPr>
      <w:r>
        <w:rPr>
          <w:b w:val="0"/>
          <w:i w:val="0"/>
        </w:rPr>
        <w:t>‘Chào buổi sáng, Ngài Julian,’ bà Faulkner đáp lại khi người tài xế đóng cửa sau và quay về chỗ ngồi trước khi khởi hành đến Christchurch.</w:t>
      </w:r>
    </w:p>
    <w:p>
      <w:pPr>
        <w:spacing w:after="80"/>
        <w:jc w:val="center"/>
      </w:pPr>
      <w:r>
        <w:rPr>
          <w:b w:val="0"/>
          <w:i w:val="0"/>
        </w:rPr>
        <w:t>• • •</w:t>
      </w:r>
    </w:p>
    <w:p>
      <w:pPr>
        <w:spacing w:after="80"/>
      </w:pPr>
      <w:r>
        <w:rPr>
          <w:b w:val="0"/>
          <w:i w:val="0"/>
        </w:rPr>
        <w:t>Vị chỉ huy và William là những người đầu tiên đến cảng, và ngay lập tức báo cáo với trưởng cảng vụ.</w:t>
      </w:r>
    </w:p>
    <w:p>
      <w:pPr>
        <w:spacing w:after="80"/>
      </w:pPr>
      <w:r>
        <w:rPr>
          <w:b w:val="0"/>
          <w:i w:val="0"/>
        </w:rPr>
        <w:t>‘Du thuyền sẽ cập bến số mười bốn, trong khoảng bốn mươi phút nữa,’ ông nói khi hai người bắt tay. ‘Nếu các anh cần bất kỳ hỗ trợ gì, dù là tinh thần hay thể chất, đừng ngần ngại hỏi.’</w:t>
      </w:r>
    </w:p>
    <w:p>
      <w:pPr>
        <w:spacing w:after="80"/>
      </w:pPr>
      <w:r>
        <w:rPr>
          <w:b w:val="0"/>
          <w:i w:val="0"/>
        </w:rPr>
        <w:t>‘Vũ khí duy nhất của ông Booth Watson sẽ là bộ não của ông ta,’ vị chỉ huy đáp, ‘mà thứ đó thì không cần nạp đạn.’ The Hawk cảm ơn trưởng cảng vụ trước khi quay về xe, và Danny lái xe chầm chậm dọc theo bến cảng, dừng lại ở bến số mười bốn.</w:t>
      </w:r>
    </w:p>
    <w:p>
      <w:pPr>
        <w:spacing w:after="80"/>
      </w:pPr>
      <w:r>
        <w:rPr>
          <w:b w:val="0"/>
          <w:i w:val="0"/>
        </w:rPr>
        <w:t>The Hawk bước ra khỏi xe, nhìn ra biển khơi, và nâng ống nhòm lên. Vài giây sau, ông tuyên bố, ‘Bắt được ngươi rồi,’ trước khi đưa ống nhòm cho William.</w:t>
      </w:r>
    </w:p>
    <w:p>
      <w:pPr>
        <w:spacing w:after="80"/>
      </w:pPr>
      <w:r>
        <w:rPr>
          <w:b w:val="0"/>
          <w:i w:val="0"/>
        </w:rPr>
        <w:t>William điều chỉnh tiêu cự và bắt đầu quét đường chân trời.</w:t>
      </w:r>
    </w:p>
    <w:p>
      <w:pPr>
        <w:spacing w:after="80"/>
      </w:pPr>
      <w:r>
        <w:rPr>
          <w:b w:val="0"/>
          <w:i w:val="0"/>
        </w:rPr>
        <w:t>‘Sẽ không lâu nữa đâu,’ The Hawk nói khi một chiếc Mercedes màu xanh đậm tiến đến bên cạnh họ. ‘Sao ta lại không ngạc nhiên nhỉ?’ ông thêm vào khi một người tài xế mở cửa sau để bà Faulkner và người đại diện pháp lý của bà tham gia cùng họ.</w:t>
      </w:r>
    </w:p>
    <w:p>
      <w:pPr>
        <w:spacing w:after="80"/>
      </w:pPr>
      <w:r>
        <w:rPr>
          <w:b w:val="0"/>
          <w:i w:val="0"/>
        </w:rPr>
        <w:t>‘Chào buổi sáng, Ngài Julian,’ The Hawk nói như thể họ đã được mong đợi từ trước.</w:t>
      </w:r>
    </w:p>
    <w:p>
      <w:pPr>
        <w:spacing w:after="80"/>
      </w:pPr>
      <w:r>
        <w:rPr>
          <w:b w:val="0"/>
          <w:i w:val="0"/>
        </w:rPr>
        <w:t>‘Rất vui được gặp ông, chỉ huy,’ Ngài Julian đáp. William đưa ống nhòm cho cha mình. Sau khi ông đã nhắm vào chiếc du thuyền đang tiến lại gần và nhận ra bóng người tròn trịa đang nhìn lại phía họ, ông tuyên bố, ‘Ta đã mong chờ khoảnh khắc này từ lâu lắm rồi.’</w:t>
      </w:r>
    </w:p>
    <w:p>
      <w:pPr>
        <w:spacing w:after="80"/>
        <w:jc w:val="center"/>
      </w:pPr>
      <w:r>
        <w:rPr>
          <w:b w:val="0"/>
          <w:i w:val="0"/>
        </w:rPr>
        <w:t>• • •</w:t>
      </w:r>
    </w:p>
    <w:p>
      <w:pPr>
        <w:spacing w:after="80"/>
      </w:pPr>
      <w:r>
        <w:rPr>
          <w:b w:val="0"/>
          <w:i w:val="0"/>
        </w:rPr>
        <w:t>Thuyền trưởng Redmayne đang chăm chú nhìn vào bến cảng, nơi ông thấy Chỉ huy Hawksby, Thanh tra trưởng Warwick, Christina Faulkner và Ngài Julian Warwick đều đang rõ ràng chờ đợi để chào đón họ với vòng tay rộng mở.</w:t>
      </w:r>
    </w:p>
    <w:p>
      <w:pPr>
        <w:spacing w:after="80"/>
      </w:pPr>
      <w:r>
        <w:rPr>
          <w:b w:val="0"/>
          <w:i w:val="0"/>
        </w:rPr>
        <w:t>‘Có vẻ như chúng ta được mong đợi rồi,’ thuyền trưởng nói, đưa ống nhòm của mình qua.</w:t>
      </w:r>
    </w:p>
    <w:p>
      <w:pPr>
        <w:spacing w:after="80"/>
      </w:pPr>
      <w:r>
        <w:rPr>
          <w:b w:val="0"/>
          <w:i w:val="0"/>
        </w:rPr>
        <w:t>Booth Watson chỉ vừa đủ sức đứng dậy. Ông ta đã không ngủ được quá vài giờ một lần trong mười ngày qua, liên tục lao đến lan can gần nhất, hối hận về bữa ăn gần nhất của mình.</w:t>
      </w:r>
    </w:p>
    <w:p>
      <w:pPr>
        <w:spacing w:after="80"/>
      </w:pPr>
      <w:r>
        <w:rPr>
          <w:b w:val="0"/>
          <w:i w:val="0"/>
        </w:rPr>
        <w:t>‘Chúng ta có thể quay lại không?’ là những lời đầu tiên của Booth Watson khi ông ta phát hiện ra vị chỉ huy.</w:t>
      </w:r>
    </w:p>
    <w:p>
      <w:pPr>
        <w:spacing w:after="80"/>
      </w:pPr>
      <w:r>
        <w:rPr>
          <w:b w:val="0"/>
          <w:i w:val="0"/>
        </w:rPr>
        <w:t>‘Chúng ta có thể,’ Thuyền trưởng Redmayne nói, ‘nhưng tôi không khuyên làm vậy.’</w:t>
      </w:r>
    </w:p>
    <w:p>
      <w:pPr>
        <w:spacing w:after="80"/>
      </w:pPr>
      <w:r>
        <w:rPr>
          <w:b w:val="0"/>
          <w:i w:val="0"/>
        </w:rPr>
        <w:t>‘Sao lại không?’</w:t>
      </w:r>
    </w:p>
    <w:p>
      <w:pPr>
        <w:spacing w:after="80"/>
      </w:pPr>
      <w:r>
        <w:rPr>
          <w:b w:val="0"/>
          <w:i w:val="0"/>
        </w:rPr>
        <w:t>‘Nếu ông nhìn ra sau, ông sẽ thấy có người khác đã tính đến khả năng đó rồi.’ Booth Watson đứng vững lại và quay người, thấy họ đang bị một tàu tuần tra biên phòng bám theo vào cảng. ‘Và trước khi ông hỏi, đúng vậy, chúng ta đang ở sâu trong lãnh hải Vương quốc Anh.’</w:t>
      </w:r>
    </w:p>
    <w:p>
      <w:pPr>
        <w:spacing w:after="80"/>
      </w:pPr>
      <w:r>
        <w:rPr>
          <w:b w:val="0"/>
          <w:i w:val="0"/>
        </w:rPr>
        <w:t>‘Chậm lại đi,’ Booth Watson nói. ‘Tôi cần thời gian để suy nghĩ.’</w:t>
      </w:r>
    </w:p>
    <w:p>
      <w:pPr>
        <w:spacing w:after="80"/>
        <w:jc w:val="center"/>
      </w:pPr>
      <w:r>
        <w:rPr>
          <w:b w:val="0"/>
          <w:i w:val="0"/>
        </w:rPr>
        <w:t>• • •</w:t>
      </w:r>
    </w:p>
    <w:p>
      <w:pPr>
        <w:spacing w:after="80"/>
      </w:pPr>
      <w:r>
        <w:rPr>
          <w:b w:val="0"/>
          <w:i w:val="0"/>
        </w:rPr>
        <w:t>‘Sao ông lại nghĩ Booth Watson không nhận ra thân chủ của mình vẫn còn sống và đã trở lại nhà tù?’ William hỏi.</w:t>
      </w:r>
    </w:p>
    <w:p>
      <w:pPr>
        <w:spacing w:after="80"/>
      </w:pPr>
      <w:r>
        <w:rPr>
          <w:b w:val="0"/>
          <w:i w:val="0"/>
        </w:rPr>
        <w:t>‘Có khi nào,’ Ngài Julian đáp, ‘tôi đã tìm ra được điều mà cậu con trai thông minh của tôi chưa nghĩ tới không?’</w:t>
      </w:r>
    </w:p>
    <w:p>
      <w:pPr>
        <w:spacing w:after="80"/>
      </w:pPr>
      <w:r>
        <w:rPr>
          <w:b w:val="0"/>
          <w:i w:val="0"/>
        </w:rPr>
        <w:t>‘Và đó có thể là gì?’ Chim Ưng hỏi, mắt vẫn dán chặt vào chiếc du thuyền.</w:t>
      </w:r>
    </w:p>
    <w:p>
      <w:pPr>
        <w:spacing w:after="80"/>
      </w:pPr>
      <w:r>
        <w:rPr>
          <w:b w:val="0"/>
          <w:i w:val="0"/>
        </w:rPr>
        <w:t>‘Tôi không hiểu,’ William nói, thực sự bối rối. ‘Nếu Booth Watson không biết Faulkner đã trở lại Belmarsh, thì ông ta nghĩ anh ta đang ở đâu?’</w:t>
      </w:r>
    </w:p>
    <w:p>
      <w:pPr>
        <w:spacing w:after="80"/>
      </w:pPr>
      <w:r>
        <w:rPr>
          <w:b w:val="0"/>
          <w:i w:val="0"/>
        </w:rPr>
        <w:t>‘Bị nhốt trong một chiếc két sắt mà ngoài Miles ra không ai có chìa khóa,’ Christina gợi ý, lần đầu tiên lên tiếng. ‘Và đó là lý do họ nghĩ anh ta đã chết. Ngạt thở mà chết.’</w:t>
      </w:r>
    </w:p>
    <w:p>
      <w:pPr>
        <w:spacing w:after="80"/>
      </w:pPr>
      <w:r>
        <w:rPr>
          <w:b w:val="0"/>
          <w:i w:val="0"/>
        </w:rPr>
        <w:t>Chim Ưng hạ ống nhòm xuống và nhìn William. Điều đó sẽ giải thích tại sao Booth Watson không hề liên lạc với Scotland Yard để yêu cầu thả thân chủ của mình.</w:t>
      </w:r>
    </w:p>
    <w:p>
      <w:pPr>
        <w:spacing w:after="80"/>
      </w:pPr>
      <w:r>
        <w:rPr>
          <w:b w:val="0"/>
          <w:i w:val="0"/>
        </w:rPr>
        <w:t>‘Nếu ông ta biết Miles bằng cách nào đó đã thoát khỏi chiếc két sắt,’ Christina tiếp tục, ‘thì Booth Watson đã lên chuyến bay tiếp theo đến London chứ không phải thong thả đi thuyền về trên du thuyền của Miles.’</w:t>
      </w:r>
    </w:p>
    <w:p>
      <w:pPr>
        <w:spacing w:after="80"/>
      </w:pPr>
      <w:r>
        <w:rPr>
          <w:b w:val="0"/>
          <w:i w:val="0"/>
        </w:rPr>
        <w:t>‘</w:t>
      </w:r>
      <w:r>
        <w:rPr>
          <w:b w:val="0"/>
          <w:i/>
        </w:rPr>
        <w:t>Chapeau</w:t>
      </w:r>
      <w:r>
        <w:rPr>
          <w:b w:val="0"/>
          <w:i w:val="0"/>
        </w:rPr>
        <w:t>,’ Ngài Julian nói, cúi đầu kính cẩn trước thân chủ của mình.</w:t>
      </w:r>
    </w:p>
    <w:p>
      <w:pPr>
        <w:spacing w:after="80"/>
      </w:pPr>
      <w:r>
        <w:rPr>
          <w:b w:val="0"/>
          <w:i w:val="0"/>
        </w:rPr>
        <w:t>William trông không có vẻ bị thuyết phục.</w:t>
      </w:r>
    </w:p>
    <w:p>
      <w:pPr>
        <w:spacing w:after="80"/>
      </w:pPr>
      <w:r>
        <w:rPr>
          <w:b w:val="0"/>
          <w:i w:val="0"/>
        </w:rPr>
        <w:t>‘Chúng ta sẽ sớm biết thôi,’ Christina nói, ‘vì nếu tôi đúng thì trên tàu sẽ có thứ mà Miles sẽ không bao giờ nghĩ đến việc mang về Anh.’</w:t>
      </w:r>
    </w:p>
    <w:p>
      <w:pPr>
        <w:spacing w:after="80"/>
      </w:pPr>
      <w:r>
        <w:rPr>
          <w:b w:val="0"/>
          <w:i w:val="0"/>
        </w:rPr>
        <w:t>‘Và đó có thể là gì?’ viên chỉ huy hỏi.</w:t>
      </w:r>
    </w:p>
    <w:p>
      <w:pPr>
        <w:spacing w:after="80"/>
      </w:pPr>
      <w:r>
        <w:rPr>
          <w:b w:val="0"/>
          <w:i w:val="0"/>
        </w:rPr>
        <w:t>‘Một trăm chín mươi mốt bức tranh sơn dầu mà tôi đã không được nhìn thấy từ rất lâu rồi,’ Christina nói, ‘nhưng tôi sẽ rất vui được gặp lại chúng, vì một nửa trong số đó thuộc về tôi.’</w:t>
      </w:r>
    </w:p>
    <w:p>
      <w:pPr>
        <w:spacing w:after="80"/>
        <w:jc w:val="center"/>
      </w:pPr>
      <w:r>
        <w:rPr>
          <w:b w:val="0"/>
          <w:i w:val="0"/>
        </w:rPr>
        <w:t>• • •</w:t>
      </w:r>
    </w:p>
    <w:p>
      <w:pPr>
        <w:spacing w:after="80"/>
      </w:pPr>
      <w:r>
        <w:rPr>
          <w:b w:val="0"/>
          <w:i w:val="0"/>
        </w:rPr>
        <w:t>‘Tôi đang bỏ lỡ điều gì vậy?’ Booth Watson hỏi một con hải âu đang bay ngang qua, nhưng nó chỉ kêu lên một tiếng không thể hiểu nổi để đáp lại. Tại sao bốn người đó lại đang đợi tôi ở bến tàu, ông ta tự hỏi. Và làm sao họ biết được chiếc du thuyền đang hướng về đâu? ‘Họ có biết Miles đã chết không?’ cuối cùng ông ta hỏi, nhưng con hải âu cũng chẳng đáp lại gì hơn.</w:t>
      </w:r>
    </w:p>
    <w:p>
      <w:pPr>
        <w:spacing w:after="80"/>
      </w:pPr>
      <w:r>
        <w:rPr>
          <w:b w:val="0"/>
          <w:i w:val="0"/>
        </w:rPr>
        <w:t>‘Nếu họ không biết,’ Thuyền trưởng Redmayne nói, ‘thì họ sẽ cho rằng anh ta đang ở trên tàu, và tôi nghĩ chính anh ta là người họ đang đợi.’</w:t>
      </w:r>
    </w:p>
    <w:p>
      <w:pPr>
        <w:spacing w:after="80"/>
      </w:pPr>
      <w:r>
        <w:rPr>
          <w:b w:val="0"/>
          <w:i w:val="0"/>
        </w:rPr>
        <w:t>‘Nếu đúng như vậy,’ Booth Watson nói, ‘thì Ngài Julian và Bà Faulkner đã không có mặt ở đó. Hẳn bà ta nghĩ rằng những bức tranh đang ở trên tàu.’ Ông ta tiếp tục cân nhắc mọi khả năng có thể, nhưng phải thừa nhận rằng cuối cùng mình vẫn chẳng sáng tỏ hơn chút nào. Cuối cùng ông ta lặp lại, ‘Tôi đang bỏ lỡ điều gì vậy?’, ý thức được rằng sẽ không lâu nữa trước khi ông ta biết được câu trả lời.</w:t>
      </w:r>
    </w:p>
    <w:p>
      <w:pPr>
        <w:spacing w:after="80"/>
        <w:jc w:val="center"/>
      </w:pPr>
      <w:r>
        <w:rPr>
          <w:b w:val="0"/>
          <w:i w:val="0"/>
        </w:rPr>
        <w:t>• • •</w:t>
      </w:r>
    </w:p>
    <w:p>
      <w:pPr>
        <w:spacing w:after="80"/>
      </w:pPr>
      <w:r>
        <w:rPr>
          <w:b w:val="0"/>
          <w:i w:val="0"/>
        </w:rPr>
        <w:t>Không ai trong số họ rời khỏi vị trí của mình trên bến cảng cho đến khi chiếc du thuyền cuối cùng được buộc lại và cầu thang lên tàu được hạ xuống đúng chỗ.</w:t>
      </w:r>
    </w:p>
    <w:p>
      <w:pPr>
        <w:spacing w:after="80"/>
      </w:pPr>
      <w:r>
        <w:rPr>
          <w:b w:val="0"/>
          <w:i w:val="0"/>
        </w:rPr>
        <w:t>Ngài Julian quan sát đối thủ lâu năm của mình sải bước xuống cầu thang với vẻ tự tin khiến ông nhận ra rằng đối phương đã có thừa thời gian để chuẩn bị cho vụ án bào chữa.</w:t>
      </w:r>
    </w:p>
    <w:p>
      <w:pPr>
        <w:spacing w:after="80"/>
      </w:pPr>
      <w:r>
        <w:rPr>
          <w:b w:val="0"/>
          <w:i w:val="0"/>
        </w:rPr>
        <w:t>William chào ông ta bằng những lời: ‘Tên tôi là—’</w:t>
      </w:r>
    </w:p>
    <w:p>
      <w:pPr>
        <w:spacing w:after="80"/>
      </w:pPr>
      <w:r>
        <w:rPr>
          <w:b w:val="0"/>
          <w:i w:val="0"/>
        </w:rPr>
        <w:t>‘Tôi biết rõ ông là ai, Thanh tra trưởng ạ,’ Booth Watson nói. ‘Điều duy nhất tôi không chắc chắn là tại sao ông lại ở đây.’</w:t>
      </w:r>
    </w:p>
    <w:p>
      <w:pPr>
        <w:spacing w:after="80"/>
      </w:pPr>
      <w:r>
        <w:rPr>
          <w:b w:val="0"/>
          <w:i w:val="0"/>
        </w:rPr>
        <w:t>‘Tôi muốn hỏi ông về Miles Faulkner, vì chúng tôi có lý do để tin rằng—’</w:t>
      </w:r>
    </w:p>
    <w:p>
      <w:pPr>
        <w:spacing w:after="80"/>
      </w:pPr>
      <w:r>
        <w:rPr>
          <w:b w:val="0"/>
          <w:i w:val="0"/>
        </w:rPr>
        <w:t>‘Rõ ràng là ông cần được nhắc nhở, Thanh tra trưởng ạ, rằng thân chủ đáng kính của tôi đã chết.’</w:t>
      </w:r>
    </w:p>
    <w:p>
      <w:pPr>
        <w:spacing w:after="80"/>
      </w:pPr>
      <w:r>
        <w:rPr>
          <w:b w:val="0"/>
          <w:i w:val="0"/>
        </w:rPr>
        <w:t xml:space="preserve">‘Đáng buồn là không phải vậy,’ viên chỉ huy đáp lại, ‘và tôi nghi ngờ rằng </w:t>
      </w:r>
      <w:r>
        <w:rPr>
          <w:b w:val="0"/>
          <w:i/>
        </w:rPr>
        <w:t>ông</w:t>
      </w:r>
      <w:r>
        <w:rPr>
          <w:b w:val="0"/>
          <w:i w:val="0"/>
        </w:rPr>
        <w:t xml:space="preserve"> không nhận ra tên tù nhân vượt ngục đã trở lại Belmarsh, nơi hắn thuộc về.’</w:t>
      </w:r>
    </w:p>
    <w:p>
      <w:pPr>
        <w:spacing w:after="80"/>
      </w:pPr>
      <w:r>
        <w:rPr>
          <w:b w:val="0"/>
          <w:i w:val="0"/>
        </w:rPr>
        <w:t>Ngài Julian chăm chú nhìn đối thủ cũ của mình, và phải khâm phục vẻ mặt bí ẩn như tượng nhân sư hiện lên trên gương mặt Booth Watson khi ông ta cân nhắc các lựa chọn của mình. Đầu tiên ông ta nhìn viên chỉ huy, tiếp đến là William, rồi đến Ngài Julian. Mãi cho đến khi ánh mắt ông ta dừng lại ở Bà Faulkner, ông ta mới tìm ra lý do duy nhất khiến bà ta có thể có mặt ở đây.</w:t>
      </w:r>
    </w:p>
    <w:p>
      <w:pPr>
        <w:spacing w:after="80"/>
      </w:pPr>
      <w:r>
        <w:rPr>
          <w:b w:val="0"/>
          <w:i w:val="0"/>
        </w:rPr>
        <w:t>Ngài Julian gần như có thể thấy tâm trí ông ta đang vận động, nhưng ngay cả ông cũng bị bất ngờ khi Booth Watson quay sang Christina và nói, ‘Tôi đã thực hiện chỉ thị của bà đến từng chữ, thưa Bà Faulkner, và đã mang bộ sưu tập nghệ thuật của chồng bà về từ Tây Ban Nha. Trên đường đến London, có lẽ chúng ta nên bàn xem bà muốn những bức tranh được giao đến đâu?’</w:t>
      </w:r>
    </w:p>
    <w:p>
      <w:pPr>
        <w:spacing w:after="80"/>
      </w:pPr>
      <w:r>
        <w:rPr>
          <w:b w:val="0"/>
          <w:i w:val="0"/>
        </w:rPr>
        <w:t>Một nước đi tuyệt vời, Ngài Julian thừa nhận, dù chỉ là trong thâm tâm.</w:t>
      </w:r>
    </w:p>
    <w:p>
      <w:pPr>
        <w:spacing w:after="80"/>
      </w:pPr>
      <w:r>
        <w:rPr>
          <w:b w:val="0"/>
          <w:i w:val="0"/>
        </w:rPr>
        <w:t>Tất cả đều quay sang nhìn bà Faulkner, không chắc bà sẽ phản ứng theo hướng nào.</w:t>
      </w:r>
    </w:p>
    <w:p>
      <w:pPr>
        <w:spacing w:after="80"/>
      </w:pPr>
      <w:r>
        <w:rPr>
          <w:b w:val="0"/>
          <w:i w:val="0"/>
        </w:rPr>
        <w:t>Christina cũng thong thả cân nhắc các phương án, trước khi cuối cùng quay sang cố vấn pháp lý của mình và nói một cách ngọt ngào: "Tôi sẽ không cần đến dịch vụ của ông nữa đâu, Ngài Julian." Và không nói thêm lời nào, Christina bước đến chiếc xe đang chờ, nơi Booth Watson ngồi vào cùng cô ở hàng ghế sau.</w:t>
      </w:r>
    </w:p>
    <w:p>
      <w:pPr>
        <w:spacing w:after="80"/>
      </w:pPr>
      <w:r>
        <w:rPr>
          <w:b w:val="0"/>
          <w:i w:val="0"/>
        </w:rPr>
        <w:t>Khi chiếc Mercedes từ từ lăn bánh, Ngài Julian quay sang viên chỉ huy và nói: "Ông có thể cho tôi quá giang về London không?"</w:t>
      </w:r>
    </w:p>
    <w:p>
      <w:pPr>
        <w:pStyle w:val="Heading2"/>
      </w:pPr>
      <w:r>
        <w:rPr>
          <w:rFonts w:ascii="Calibri" w:hAnsi="Calibri"/>
          <w:b/>
          <w:i w:val="0"/>
          <w:sz w:val="32"/>
        </w:rPr>
        <w:t>CHƯƠNG 5</w:t>
      </w:r>
    </w:p>
    <w:p>
      <w:pPr>
        <w:spacing w:after="80"/>
      </w:pPr>
      <w:r>
        <w:rPr>
          <w:b w:val="0"/>
          <w:i w:val="0"/>
        </w:rPr>
        <w:t>Những bức tường của phòng tư vấn pháp lý tại nhà tù Belmarsh được làm bằng kính. Chiếc bàn ở giữa được cố định xuống sàn, cũng bằng kính. Những chiếc ghế nhựa trắng được bắt vít xuống sàn để đảm bảo rằng phạm nhân và cố vấn pháp lý của anh ta luôn giữ khoảng cách một sải tay. Các cai ngục có thể không nghe được những gì đang nói bên trong, nhưng họ có thể quan sát mọi cử động diễn ra trong suốt giờ được chỉ định, kể cả bất kỳ nỗ lực nào nhằm chuyển ma túy, hàng lậu hay thậm chí vũ khí cho một phạm nhân.</w:t>
      </w:r>
    </w:p>
    <w:p>
      <w:pPr>
        <w:spacing w:after="80"/>
      </w:pPr>
      <w:r>
        <w:rPr>
          <w:b w:val="0"/>
          <w:i w:val="0"/>
        </w:rPr>
        <w:t>Sáng hôm đó, Booth Watson xuất hiện ở cổng nhà tù sớm một cách bất thường, và không chỉ vì ông đã không ngủ suốt ba mươi sáu giờ qua. Sau khi bị khám xét và chiếc cặp Gladstone nhồi đầy giấy tờ pháp lý của ông bị lục soát, ông ký vào tờ giấy cam kết phóng thích không thể tránh khỏi trước khi được một sĩ quan cấp cao hộ tống đến khu vực thăm gặp. Cả hai đều không nói một lời. Họ khinh bỉ nhau.</w:t>
      </w:r>
    </w:p>
    <w:p>
      <w:pPr>
        <w:spacing w:after="80"/>
      </w:pPr>
      <w:r>
        <w:rPr>
          <w:b w:val="0"/>
          <w:i w:val="0"/>
        </w:rPr>
        <w:t>Khi họ tiến đến lồng kính, Booth Watson có thể thấy thân chủ của mình, mặc chiếc áo tù sọc xanh trắng theo quy định và chiếc quần jeans đã sờn, đã ngồi sẵn ở chiếc bàn kính chờ ông. Ông không thể đọc được gì từ vẻ mặt lạnh lùng như tượng nhân sư của anh ta.</w:t>
      </w:r>
    </w:p>
    <w:p>
      <w:pPr>
        <w:spacing w:after="80"/>
      </w:pPr>
      <w:r>
        <w:rPr>
          <w:b w:val="0"/>
          <w:i w:val="0"/>
        </w:rPr>
        <w:t>Miles đứng dậy khi Booth Watson bước vào phòng và, dù họ không được phép bắt tay, anh chào ông bằng một nụ cười thoáng qua.</w:t>
      </w:r>
    </w:p>
    <w:p>
      <w:pPr>
        <w:spacing w:after="80"/>
      </w:pPr>
      <w:r>
        <w:rPr>
          <w:b w:val="0"/>
          <w:i w:val="0"/>
        </w:rPr>
        <w:t>Booth Watson cảm thấy mình thư giãn lần đầu tiên sau nhiều ngày. "Vì chúng ta chỉ có một giờ, Miles ạ," ông nói, tháo chiếc đồng hồ Rolex và đặt lên bàn giữa hai người, "nên không có phút nào để lãng phí." Faulkner gật đầu khi ngồi xuống. "Tôi sẽ bắt đầu bằng việc cập nhật cho anh mọi thứ đã diễn ra kể từ lần cuối tôi gặp anh." Vị QC cúi xuống và lấy vài tập hồ sơ từ trong cặp ra.</w:t>
      </w:r>
    </w:p>
    <w:p>
      <w:pPr>
        <w:spacing w:after="80"/>
      </w:pPr>
      <w:r>
        <w:rPr>
          <w:b w:val="0"/>
          <w:i w:val="0"/>
        </w:rPr>
        <w:t>"Tôi đã bay đến Barcelona cho buổi tư vấn hàng tháng của chúng ta, chỉ để phát hiện ra rằng anh đã bị bắt và đưa về London trái ý muốn, trên chính chiếc máy bay phản lực của anh."</w:t>
      </w:r>
    </w:p>
    <w:p>
      <w:pPr>
        <w:spacing w:after="80"/>
      </w:pPr>
      <w:r>
        <w:rPr>
          <w:b w:val="0"/>
          <w:i w:val="0"/>
        </w:rPr>
        <w:t>"Tôi đoán là Collins đã nói với ông?"</w:t>
      </w:r>
    </w:p>
    <w:p>
      <w:pPr>
        <w:spacing w:after="80"/>
      </w:pPr>
      <w:r>
        <w:rPr>
          <w:b w:val="0"/>
          <w:i w:val="0"/>
        </w:rPr>
        <w:t>"Không," Booth Watson đáp, ông đã lường trước câu hỏi này. "Là luật sư người Tây Ban Nha của anh, Señora Martinez. Cô ấy đã tường thuật đầy đủ cho tôi về những gì Warwick và Hogan đã làm trước khi tôi đến."</w:t>
      </w:r>
    </w:p>
    <w:p>
      <w:pPr>
        <w:spacing w:after="80"/>
      </w:pPr>
      <w:r>
        <w:rPr>
          <w:b w:val="0"/>
          <w:i w:val="0"/>
        </w:rPr>
        <w:t>Booth Watson rút một tài liệu duy nhất từ một trong những tập hồ sơ trước mặt rồi tiếp tục. "Señora Martinez đã đệ đơn khiếu nại chính thức lên chính quyền Tây Ban Nha, vì việc tước đi tự do của một công dân mà không có xét xử là vi phạm Công ước Châu Âu về Nhân quyền năm 1953."</w:t>
      </w:r>
    </w:p>
    <w:p>
      <w:pPr>
        <w:spacing w:after="80"/>
      </w:pPr>
      <w:r>
        <w:rPr>
          <w:b w:val="0"/>
          <w:i w:val="0"/>
        </w:rPr>
        <w:t>"Điều đó chẳng giúp ích gì cho tôi cả," Miles nói.</w:t>
      </w:r>
    </w:p>
    <w:p>
      <w:pPr>
        <w:spacing w:after="80"/>
      </w:pPr>
      <w:r>
        <w:rPr>
          <w:b w:val="0"/>
          <w:i w:val="0"/>
        </w:rPr>
        <w:t>"Bình thường thì tôi sẽ đồng ý với anh," Booth Watson đáp, "nhưng điều này cho phép chúng ta yêu cầu Trung úy Sanchez của cảnh sát quốc gia Tây Ban Nha có mặt tại bất kỳ phiên tòa sắp tới nào và giải thích trước tòa lý do tại sao anh ta không nắm quyền vụ án, mà lại để DCI Warwick tiếp quản chỉ huy."</w:t>
      </w:r>
    </w:p>
    <w:p>
      <w:pPr>
        <w:spacing w:after="80"/>
      </w:pPr>
      <w:r>
        <w:rPr>
          <w:b w:val="0"/>
          <w:i w:val="0"/>
        </w:rPr>
        <w:t>"Việc đó đáng lẽ không mất quá vài giờ để ông tìm ra, vậy tại sao ông không quay về London ngay ngày hôm sau?"</w:t>
      </w:r>
    </w:p>
    <w:p>
      <w:pPr>
        <w:spacing w:after="80"/>
      </w:pPr>
      <w:r>
        <w:rPr>
          <w:b w:val="0"/>
          <w:i w:val="0"/>
        </w:rPr>
        <w:t>Một câu hỏi khác mà Booth Watson đã chuẩn bị kỹ càng.</w:t>
      </w:r>
    </w:p>
    <w:p>
      <w:pPr>
        <w:spacing w:after="80"/>
      </w:pPr>
      <w:r>
        <w:rPr>
          <w:b w:val="0"/>
          <w:i w:val="0"/>
        </w:rPr>
        <w:t>"Tôi đã quyết định ở lại Barcelona và thu thập càng nhiều thông tin càng tốt để hỗ trợ vụ án của ông, trước khi quay về Anh."</w:t>
      </w:r>
    </w:p>
    <w:p>
      <w:pPr>
        <w:spacing w:after="80"/>
      </w:pPr>
      <w:r>
        <w:rPr>
          <w:b w:val="0"/>
          <w:i w:val="0"/>
        </w:rPr>
        <w:t>Faulkner trông không có vẻ gì là bị thuyết phục.</w:t>
      </w:r>
    </w:p>
    <w:p>
      <w:pPr>
        <w:spacing w:after="80"/>
      </w:pPr>
      <w:r>
        <w:rPr>
          <w:b w:val="0"/>
          <w:i w:val="0"/>
        </w:rPr>
        <w:t>"Những thông tin không chỉ làm tăng khả năng được trả tự do sớm, mà còn khiến cảnh sát không còn lựa chọn nào khác ngoài việc bắt giữ cả Warwick lẫn Hogan, và buộc tội họ về hành vi bắt cóc và trộm cắp."</w:t>
      </w:r>
    </w:p>
    <w:p>
      <w:pPr>
        <w:spacing w:after="80"/>
      </w:pPr>
      <w:r>
        <w:rPr>
          <w:b w:val="0"/>
          <w:i w:val="0"/>
        </w:rPr>
        <w:t>Faulkner mỉm cười lần đầu tiên.</w:t>
      </w:r>
    </w:p>
    <w:p>
      <w:pPr>
        <w:spacing w:after="80"/>
      </w:pPr>
      <w:r>
        <w:rPr>
          <w:b w:val="0"/>
          <w:i w:val="0"/>
        </w:rPr>
        <w:t>"Sau khi thu thập đủ thông tin cần thiết, tôi bay về London và ngay lập tức nộp đơn lên CPS xin một buổi tư vấn khẩn cấp với thân chủ của mình, nhưng họ bác bỏ thẳng thừng."</w:t>
      </w:r>
    </w:p>
    <w:p>
      <w:pPr>
        <w:spacing w:after="80"/>
      </w:pPr>
      <w:r>
        <w:rPr>
          <w:b w:val="0"/>
          <w:i w:val="0"/>
        </w:rPr>
        <w:t>"Tại sao?" Faulkner hỏi dồn.</w:t>
      </w:r>
    </w:p>
    <w:p>
      <w:pPr>
        <w:spacing w:after="80"/>
      </w:pPr>
      <w:r>
        <w:rPr>
          <w:b w:val="0"/>
          <w:i w:val="0"/>
        </w:rPr>
        <w:t>"Tôi không thể chứng minh, nhưng tôi nghi ngờ rằng một khi họ nhận ra hai trong số những sĩ quan cấp cao nhất của Met đang bị đe dọa bắt giữ, họ đã làm mọi cách trong khả năng để ngăn tôi gặp ông. Nhưng tôi vẫn kiên trì, cho đến khi cuối cùng họ chấp thuận cho tôi một buổi tư vấn kéo dài một giờ vào sáng nay, nên chúng ta không thể lãng phí thêm một phút nào nữa."</w:t>
      </w:r>
    </w:p>
    <w:p>
      <w:pPr>
        <w:spacing w:after="80"/>
      </w:pPr>
      <w:r>
        <w:rPr>
          <w:b w:val="0"/>
          <w:i w:val="0"/>
        </w:rPr>
        <w:t>Booth Watson ngước nhìn Miles, nhưng không có cách nào biết được liệu anh ta có tin mình hay không. "Tuy nhiên, trước khi có thể tiếp tục, tôi phải hỏi liệu ông có còn muốn tôi tiếp tục làm người đại diện pháp lý của ông không?"</w:t>
      </w:r>
    </w:p>
    <w:p>
      <w:pPr>
        <w:spacing w:after="80"/>
      </w:pPr>
      <w:r>
        <w:rPr>
          <w:b w:val="0"/>
          <w:i w:val="0"/>
        </w:rPr>
        <w:t>"Sao ông lại hỏi vậy?" Faulkner nói, giọng càng thêm nghi ngờ.</w:t>
      </w:r>
    </w:p>
    <w:p>
      <w:pPr>
        <w:spacing w:after="80"/>
      </w:pPr>
      <w:r>
        <w:rPr>
          <w:b w:val="0"/>
          <w:i w:val="0"/>
        </w:rPr>
        <w:t>"Bởi vì kể từ khi ông trốn khỏi Belmarsh hai năm trước, tôi chưa từng gặp ông – hoặc ít nhất đó là những gì tôi đã nói với CPS khi họ chất vấn tôi về mối quan hệ của chúng ta hồi đầu tuần."</w:t>
      </w:r>
    </w:p>
    <w:p>
      <w:pPr>
        <w:spacing w:after="80"/>
      </w:pPr>
      <w:r>
        <w:rPr>
          <w:b w:val="0"/>
          <w:i w:val="0"/>
        </w:rPr>
        <w:t>Một lúc sau Faulkner mới nhận ra ý nghĩa của điều Booth Watson vừa nói với mình. "Chắc hẳn ông đã phải hủy giấy tờ nhiều lắm," ông ta nói.</w:t>
      </w:r>
    </w:p>
    <w:p>
      <w:pPr>
        <w:spacing w:after="80"/>
      </w:pPr>
      <w:r>
        <w:rPr>
          <w:b w:val="0"/>
          <w:i w:val="0"/>
        </w:rPr>
        <w:t>"Đốt hiệu quả hơn giờ đây khi cảnh sát có một cỗ máy có thể ghép các mảnh lại với nhau. Tuy nhiên, nếu tôi tiếp tục làm luật sư bào chữa cho ông, ông sẽ phải xác nhận rằng đúng là như vậy," Booth Watson nói, rút thêm một tờ giấy từ một trong các tập hồ sơ. "Tôi đã chuẩn bị bản tuyên bố cần thiết."</w:t>
      </w:r>
    </w:p>
    <w:p>
      <w:pPr>
        <w:spacing w:after="80"/>
      </w:pPr>
      <w:r>
        <w:rPr>
          <w:b w:val="0"/>
          <w:i w:val="0"/>
        </w:rPr>
        <w:t>Faulkner đọc tài liệu một cách cẩn thận. "Và nếu tôi không làm vậy thì sao?" ông ta hỏi, một chút đe dọa len vào giọng nói.</w:t>
      </w:r>
    </w:p>
    <w:p>
      <w:pPr>
        <w:spacing w:after="80"/>
      </w:pPr>
      <w:r>
        <w:rPr>
          <w:b w:val="0"/>
          <w:i w:val="0"/>
        </w:rPr>
        <w:t>"Thì cả hai chúng ta sẽ cùng đi tìm người đại diện pháp lý."</w:t>
      </w:r>
    </w:p>
    <w:p>
      <w:pPr>
        <w:spacing w:after="80"/>
      </w:pPr>
      <w:r>
        <w:rPr>
          <w:b w:val="0"/>
          <w:i w:val="0"/>
        </w:rPr>
        <w:t>Faulkner vẫy tay, nhận cây bút vàng được đưa ra và ký vào chỗ dòng chấm.</w:t>
      </w:r>
    </w:p>
    <w:p>
      <w:pPr>
        <w:spacing w:after="80"/>
      </w:pPr>
      <w:r>
        <w:rPr>
          <w:b w:val="0"/>
          <w:i w:val="0"/>
        </w:rPr>
        <w:t>‘Còn Christina thì sao?’ ông ta hỏi, nhét cây bút vào túi. ‘Cô ta có thể làm sụp đổ câu chuyện của cả hai chúng ta.’</w:t>
      </w:r>
    </w:p>
    <w:p>
      <w:pPr>
        <w:spacing w:after="80"/>
      </w:pPr>
      <w:r>
        <w:rPr>
          <w:b w:val="0"/>
          <w:i w:val="0"/>
        </w:rPr>
        <w:t>‘Tôi đã nói rõ với cô ta về hậu quả của việc làm một điều ngu ngốc như vậy, và chúng tôi đã đi đến cái mà tôi gọi là một sự thấu hiểu.’</w:t>
      </w:r>
    </w:p>
    <w:p>
      <w:pPr>
        <w:spacing w:after="80"/>
      </w:pPr>
      <w:r>
        <w:rPr>
          <w:b w:val="0"/>
          <w:i w:val="0"/>
        </w:rPr>
        <w:t>‘Sự thấu hiểu này sẽ khiến tôi tốn bao nhiêu?’</w:t>
      </w:r>
    </w:p>
    <w:p>
      <w:pPr>
        <w:spacing w:after="80"/>
      </w:pPr>
      <w:r>
        <w:rPr>
          <w:b w:val="0"/>
          <w:i w:val="0"/>
        </w:rPr>
        <w:t>‘Mười triệu.’</w:t>
      </w:r>
    </w:p>
    <w:p>
      <w:pPr>
        <w:spacing w:after="80"/>
      </w:pPr>
      <w:r>
        <w:rPr>
          <w:b w:val="0"/>
          <w:i w:val="0"/>
        </w:rPr>
        <w:t>‘Nghe có vẻ quá đáng,’ Faulkner gầm gừ.</w:t>
      </w:r>
    </w:p>
    <w:p>
      <w:pPr>
        <w:spacing w:after="80"/>
      </w:pPr>
      <w:r>
        <w:rPr>
          <w:b w:val="0"/>
          <w:i w:val="0"/>
        </w:rPr>
        <w:t>‘Không hề, nếu ông đọc các điều khoản phụ kèm theo hợp đồng, thứ sẽ đảm bảo bản án hiện tại của ông không bị nhân đôi.’</w:t>
      </w:r>
    </w:p>
    <w:p>
      <w:pPr>
        <w:spacing w:after="80"/>
      </w:pPr>
      <w:r>
        <w:rPr>
          <w:b w:val="0"/>
          <w:i w:val="0"/>
        </w:rPr>
        <w:t>‘Làm sao ông có thể ngăn chặn được điều đó?’</w:t>
      </w:r>
    </w:p>
    <w:p>
      <w:pPr>
        <w:spacing w:after="80"/>
      </w:pPr>
      <w:r>
        <w:rPr>
          <w:b w:val="0"/>
          <w:i w:val="0"/>
        </w:rPr>
        <w:t>‘Cả cảnh sát lẫn CPS (Cơ quan Công tố Hoàng gia) đều sẽ không muốn Warwick hay Hogan phải ra trước ghế nhân chứng và thừa nhận những cực đoan họ đã làm để đưa ông về lại Anh. Đó là một rủi ro quá lớn đối với họ.’</w:t>
      </w:r>
    </w:p>
    <w:p>
      <w:pPr>
        <w:spacing w:after="80"/>
      </w:pPr>
      <w:r>
        <w:rPr>
          <w:b w:val="0"/>
          <w:i w:val="0"/>
        </w:rPr>
        <w:t>‘Tôi đang nghe hết đây,’ Miles nói.</w:t>
      </w:r>
    </w:p>
    <w:p>
      <w:pPr>
        <w:spacing w:after="80"/>
      </w:pPr>
      <w:r>
        <w:rPr>
          <w:b w:val="0"/>
          <w:i w:val="0"/>
        </w:rPr>
        <w:t>‘Thứ nhất, Warwick sẽ phải giải thích, dưới lời thề, tại sao anh ta bắt cóc ông từ nhà ông ở Tây Ban Nha mà không có sự cho phép của chính phủ Tây Ban Nha, rồi đưa ông bay về London trái với mong muốn rõ ràng của ông.’</w:t>
      </w:r>
    </w:p>
    <w:p>
      <w:pPr>
        <w:spacing w:after="80"/>
      </w:pPr>
      <w:r>
        <w:rPr>
          <w:b w:val="0"/>
          <w:i w:val="0"/>
        </w:rPr>
        <w:t>‘Làm sao tôi chứng minh được là tôi không tự nguyện quay về London? Dù sao đi nữa, Warwick sẽ chỉ ra rằng đó là máy bay của chính tôi.’</w:t>
      </w:r>
    </w:p>
    <w:p>
      <w:pPr>
        <w:spacing w:after="80"/>
      </w:pPr>
      <w:r>
        <w:rPr>
          <w:b w:val="0"/>
          <w:i w:val="0"/>
        </w:rPr>
        <w:t>‘Phi công của ông sẽ xác nhận rằng khi ông đến London, Warwick và Hogan đã đích thân lôi ông ra khỏi máy bay và ném ông vào ghế sau của một chiếc xe cảnh sát đang chờ sẵn, bất chấp những nỗ lực của anh ta để ngăn cản. Điều đó sẽ càng khiến cảnh sát bẽ mặt hơn khi tôi chỉ ra rằng không có nỗ lực nào để giữ ông ở Tây Ban Nha trong khi họ đi qua các kênh chính thức để có được lệnh dẫn độ, mà trớ trêu thay, luật sư Tây Ban Nha của ông, Señora Martinez, tin rằng nhà chức trách lẽ ra đã sẵn sàng chấp thuận.’</w:t>
      </w:r>
    </w:p>
    <w:p>
      <w:pPr>
        <w:spacing w:after="80"/>
      </w:pPr>
      <w:r>
        <w:rPr>
          <w:b w:val="0"/>
          <w:i w:val="0"/>
        </w:rPr>
        <w:t>Một cái gật đầu và một nụ cười đón nhận lời tuyên bố này.</w:t>
      </w:r>
    </w:p>
    <w:p>
      <w:pPr>
        <w:spacing w:after="80"/>
      </w:pPr>
      <w:r>
        <w:rPr>
          <w:b w:val="0"/>
          <w:i w:val="0"/>
        </w:rPr>
        <w:t>‘Thứ hai, và cũng đáng nguyền rủa không kém, tôi sẽ yêu cầu Warwick giải thích làm thế nào một bức chân dung tự họa quý giá của một bậc thầy người Hà Lan lại biến mất khỏi nhà ông ở Tây Ban Nha, chỉ để vài ngày sau xuất hiện trên tường của Bảo tàng Fitzmolean ở London. Tôi nghi ngờ nó cũng đã được chở trên chính chiếc máy bay đó.’</w:t>
      </w:r>
    </w:p>
    <w:p>
      <w:pPr>
        <w:spacing w:after="80"/>
      </w:pPr>
      <w:r>
        <w:rPr>
          <w:b w:val="0"/>
          <w:i w:val="0"/>
        </w:rPr>
        <w:t>‘Christina sẽ khẳng định rằng bức Hals thuộc về cô ta, và cô ta đã cho bảo tàng mượn để triển lãm.’</w:t>
      </w:r>
    </w:p>
    <w:p>
      <w:pPr>
        <w:spacing w:after="80"/>
      </w:pPr>
      <w:r>
        <w:rPr>
          <w:b w:val="0"/>
          <w:i w:val="0"/>
        </w:rPr>
        <w:t>‘Không, cô ta sẽ không đâu,’ Booth Watson nói. ‘Bởi vì đó là một trong những điều khoản phụ trong hợp đồng năm triệu bảng của cô ta.’ Ông ta đưa ra một tài liệu pháp lý khác, lần này có chữ ký ở trang cuối mà Miles nhận ra ngay lập tức. Nụ cười của anh càng rộng hơn sau khi đọc điều khoản đặc biệt đó.</w:t>
      </w:r>
    </w:p>
    <w:p>
      <w:pPr>
        <w:spacing w:after="80"/>
      </w:pPr>
      <w:r>
        <w:rPr>
          <w:b w:val="0"/>
          <w:i w:val="0"/>
        </w:rPr>
        <w:t>‘Còn phần còn lại trong bộ sưu tập của tôi thì sao? Nó vẫn an toàn ở nhà tôi bên Tây Ban Nha chứ?’</w:t>
      </w:r>
    </w:p>
    <w:p>
      <w:pPr>
        <w:spacing w:after="80"/>
      </w:pPr>
      <w:r>
        <w:rPr>
          <w:b w:val="0"/>
          <w:i w:val="0"/>
        </w:rPr>
        <w:t>‘Đang được Collins trông nom,’ Booth Watson xác nhận.</w:t>
      </w:r>
    </w:p>
    <w:p>
      <w:pPr>
        <w:spacing w:after="80"/>
      </w:pPr>
      <w:r>
        <w:rPr>
          <w:b w:val="0"/>
          <w:i w:val="0"/>
        </w:rPr>
        <w:t>‘Collins là người tốt,’ Faulkner tuyên bố. ‘Nhớ thưởng cho anh ta một khoản. Anh ta xứng đáng mà.’</w:t>
      </w:r>
    </w:p>
    <w:p>
      <w:pPr>
        <w:spacing w:after="80"/>
      </w:pPr>
      <w:r>
        <w:rPr>
          <w:b w:val="0"/>
          <w:i w:val="0"/>
        </w:rPr>
        <w:t>‘Hoàn toàn đồng ý,’ Booth Watson nói, ghi chú bằng một cây bút vàng y hệt.</w:t>
      </w:r>
    </w:p>
    <w:p>
      <w:pPr>
        <w:spacing w:after="80"/>
      </w:pPr>
      <w:r>
        <w:rPr>
          <w:b w:val="0"/>
          <w:i w:val="0"/>
        </w:rPr>
        <w:t>‘Vậy tiếp theo sẽ thế nào?’</w:t>
      </w:r>
    </w:p>
    <w:p>
      <w:pPr>
        <w:spacing w:after="80"/>
      </w:pPr>
      <w:r>
        <w:rPr>
          <w:b w:val="0"/>
          <w:i w:val="0"/>
        </w:rPr>
        <w:t>‘Tôi sẽ đề nghị một cuộc gặp kín (sub judice) với Ngài Julian Warwick, người vẫn đang đại diện cho phía Công tố trong vụ của anh. Tôi sẽ nói rõ với ông ấy rằng sẽ thật đáng tiếc nếu báo chí nắm được câu chuyện thật, điều đó sẽ khiến cả cảnh sát ở đây lẫn ở Tây Ban Nha bẽ mặt, và trong hoàn cảnh này có lẽ sẽ khôn ngoan nếu ông ấy khuyên CPS (Cơ quan Công tố Hoàng gia) rút các cáo buộc mới để đổi lấy việc anh giữ im lặng.’</w:t>
      </w:r>
    </w:p>
    <w:p>
      <w:pPr>
        <w:spacing w:after="80"/>
      </w:pPr>
      <w:r>
        <w:rPr>
          <w:b w:val="0"/>
          <w:i w:val="0"/>
        </w:rPr>
        <w:t>‘Anh nghĩ CPS sẽ phản ứng thế nào với đề nghị đó?’</w:t>
      </w:r>
    </w:p>
    <w:p>
      <w:pPr>
        <w:spacing w:after="80"/>
      </w:pPr>
      <w:r>
        <w:rPr>
          <w:b w:val="0"/>
          <w:i w:val="0"/>
        </w:rPr>
        <w:t>‘Tôi nghĩ họ chẳng có nhiều lựa chọn, trừ khi họ muốn câu chuyện lên trang nhất mọi tờ báo với dòng tít: “Thanh tra trưởng dính líu đến bắt cóc và trộm cắp”.'</w:t>
      </w:r>
    </w:p>
    <w:p>
      <w:pPr>
        <w:spacing w:after="80"/>
      </w:pPr>
      <w:r>
        <w:rPr>
          <w:b w:val="0"/>
          <w:i w:val="0"/>
        </w:rPr>
        <w:t>‘Và khả năng thắng?’ Miles hỏi, đi thẳng vào vấn đề.</w:t>
      </w:r>
    </w:p>
    <w:p>
      <w:pPr>
        <w:spacing w:after="80"/>
      </w:pPr>
      <w:r>
        <w:rPr>
          <w:b w:val="0"/>
          <w:i w:val="0"/>
        </w:rPr>
        <w:t>‘Theo tôi thì hơn năm mươi ăn năm mươi. Ngài Julian có thể muốn thấy bản án của anh bị tăng gấp đôi, nhưng không phải bằng cái giá là đứa con trai duy nhất của ông ấy bị nhốt trong phòng giam cạnh anh, thay vì được thăng chức, mà tôi nghe nói—’</w:t>
      </w:r>
    </w:p>
    <w:p>
      <w:pPr>
        <w:spacing w:after="80"/>
      </w:pPr>
      <w:r>
        <w:rPr>
          <w:b w:val="0"/>
          <w:i w:val="0"/>
        </w:rPr>
        <w:t>Có tiếng gõ cửa dứt khoát, và một cai ngục thò đầu vào phòng. ‘Năm phút nữa, thưa ngài.’ Booth Watson không chắc ‘thưa ngài’ là gọi ai trong hai người.</w:t>
      </w:r>
    </w:p>
    <w:p>
      <w:pPr>
        <w:spacing w:after="80"/>
      </w:pPr>
      <w:r>
        <w:rPr>
          <w:b w:val="0"/>
          <w:i w:val="0"/>
        </w:rPr>
        <w:t>‘Còn gì tôi cần nghĩ tới trước khi gặp lại anh không?’ Miles hỏi.</w:t>
      </w:r>
    </w:p>
    <w:p>
      <w:pPr>
        <w:spacing w:after="80"/>
      </w:pPr>
      <w:r>
        <w:rPr>
          <w:b w:val="0"/>
          <w:i w:val="0"/>
        </w:rPr>
        <w:t>‘Có – tôi đã nhận được một lời đề nghị cho 51 phần trăm cổ phần của anh trong công ty trà Malaysia mà anh mua từ một khách hàng khác của tôi.’</w:t>
      </w:r>
    </w:p>
    <w:p>
      <w:pPr>
        <w:spacing w:after="80"/>
      </w:pPr>
      <w:r>
        <w:rPr>
          <w:b w:val="0"/>
          <w:i w:val="0"/>
        </w:rPr>
        <w:t>‘Một tay buôn ma túy đã không còn với chúng ta nữa. Bao nhiêu?’</w:t>
      </w:r>
    </w:p>
    <w:p>
      <w:pPr>
        <w:spacing w:after="80"/>
      </w:pPr>
      <w:r>
        <w:rPr>
          <w:b w:val="0"/>
          <w:i w:val="0"/>
        </w:rPr>
        <w:t>‘Mười sáu triệu.’</w:t>
      </w:r>
    </w:p>
    <w:p>
      <w:pPr>
        <w:spacing w:after="80"/>
      </w:pPr>
      <w:r>
        <w:rPr>
          <w:b w:val="0"/>
          <w:i w:val="0"/>
        </w:rPr>
        <w:t>‘Đó chắc chắn chỉ là giá khởi điểm. Một công ty xuất nhập khẩu với doanh thu như của Marcel và Neffe phải đáng giá gần gấp đôi con số đó.’</w:t>
      </w:r>
    </w:p>
    <w:p>
      <w:pPr>
        <w:spacing w:after="80"/>
      </w:pPr>
      <w:r>
        <w:rPr>
          <w:b w:val="0"/>
          <w:i w:val="0"/>
        </w:rPr>
        <w:t>‘Cổ phiếu đã giảm kể từ khi ông đổi địa chỉ.’</w:t>
      </w:r>
    </w:p>
    <w:p>
      <w:pPr>
        <w:spacing w:after="80"/>
      </w:pPr>
      <w:r>
        <w:rPr>
          <w:b w:val="0"/>
          <w:i w:val="0"/>
        </w:rPr>
        <w:t>‘Hãy đòi hai mươi tư triệu, rồi chốt ở hai mươi hai,’ Miles nói khi có tiếng gõ cửa lần thứ hai.</w:t>
      </w:r>
    </w:p>
    <w:p>
      <w:pPr>
        <w:spacing w:after="80"/>
      </w:pPr>
      <w:r>
        <w:rPr>
          <w:b w:val="0"/>
          <w:i w:val="0"/>
        </w:rPr>
        <w:t>Booth Watson thu dọn giấy tờ và cất lại vào chiếc cặp Gladstone, cảm thấy mình đã đạt được mọi thứ có thể mong đợi. Khi đứng dậy, ông nói: ‘Ông có quyền gặp riêng luật sư đại diện của mình mỗi tuần một lần. Tôi có thể đề nghị chúng ta gặp nhau vào mỗi sáng thứ Sáu lúc mười giờ không?’</w:t>
      </w:r>
    </w:p>
    <w:p>
      <w:pPr>
        <w:spacing w:after="80"/>
      </w:pPr>
      <w:r>
        <w:rPr>
          <w:b w:val="0"/>
          <w:i w:val="0"/>
        </w:rPr>
        <w:t>‘Hợp với tôi đấy,’ Miles nói. ‘Trong tương lai gần tôi chẳng đi đâu cả.’</w:t>
      </w:r>
    </w:p>
    <w:p>
      <w:pPr>
        <w:spacing w:after="80"/>
      </w:pPr>
      <w:r>
        <w:rPr>
          <w:b w:val="0"/>
          <w:i w:val="0"/>
        </w:rPr>
        <w:t>‘Tôi rất mong bỏ được chữ “gần” và thay bằng chữ “rất gần”,’ Booth Watson nói, ‘để chúng ta lại có thể cùng nhau thưởng thức bữa sáng tại khách sạn Savoy.’</w:t>
      </w:r>
    </w:p>
    <w:p>
      <w:pPr>
        <w:spacing w:after="80"/>
      </w:pPr>
      <w:r>
        <w:rPr>
          <w:b w:val="0"/>
          <w:i w:val="0"/>
        </w:rPr>
        <w:t>‘Amen, mong là vậy,’ Miles nói.</w:t>
      </w:r>
    </w:p>
    <w:p>
      <w:pPr>
        <w:spacing w:after="80"/>
      </w:pPr>
      <w:r>
        <w:rPr>
          <w:b w:val="0"/>
          <w:i w:val="0"/>
        </w:rPr>
        <w:t>Booth Watson tiến về phía cửa. ‘Cảm ơn anh, cán bộ,’ ông nói, đứng giữa hai người một lát để Miles kịp nhặt chiếc đồng hồ Rolex và đeo vào cổ tay.</w:t>
      </w:r>
    </w:p>
    <w:p>
      <w:pPr>
        <w:spacing w:after="80"/>
      </w:pPr>
      <w:r>
        <w:rPr>
          <w:b w:val="0"/>
          <w:i w:val="0"/>
        </w:rPr>
        <w:t>Người cai ngục đưa phạm nhân 0249 trở lại buồng giam ở khu A, trong khi Booth Watson đi hướng ngược lại và tiến về quầy tiếp tân, cảm thấy mọi việc không thể tốt hơn được nữa. Tuy nhiên, ông biết mình vẫn phải để mắt sát sao tới Christina, để chắc chắn cô ta giữ đúng phần thỏa thuận của mình.</w:t>
      </w:r>
    </w:p>
    <w:p>
      <w:pPr>
        <w:pStyle w:val="Heading2"/>
      </w:pPr>
      <w:r>
        <w:rPr>
          <w:rFonts w:ascii="Calibri" w:hAnsi="Calibri"/>
          <w:b/>
          <w:i w:val="0"/>
          <w:sz w:val="32"/>
        </w:rPr>
        <w:t>CHƯƠNG 6</w:t>
      </w:r>
    </w:p>
    <w:p>
      <w:pPr>
        <w:spacing w:after="80"/>
      </w:pPr>
      <w:r>
        <w:rPr>
          <w:b w:val="0"/>
          <w:i w:val="0"/>
        </w:rPr>
        <w:t>‘Tôi chẳng biết chúng ta đang đi đâu cả,’ William thú nhận với một người cai ngục đang cầm chiếc bảng kẹp giấy không thể thiếu.</w:t>
      </w:r>
    </w:p>
    <w:p>
      <w:pPr>
        <w:spacing w:after="80"/>
      </w:pPr>
      <w:r>
        <w:rPr>
          <w:b w:val="0"/>
          <w:i w:val="0"/>
        </w:rPr>
        <w:t>‘Vậy chắc đây là lần đầu ông đến, thưa ông,’ người cai ngục đáp, vừa kiểm tra thẻ chứng nhận của William vừa đánh dấu tích bên cạnh tên ông.</w:t>
      </w:r>
    </w:p>
    <w:p>
      <w:pPr>
        <w:spacing w:after="80"/>
      </w:pPr>
      <w:r>
        <w:rPr>
          <w:b w:val="0"/>
          <w:i w:val="0"/>
        </w:rPr>
        <w:t>William gật đầu khi cất thẻ trở lại vào túi.</w:t>
      </w:r>
    </w:p>
    <w:p>
      <w:pPr>
        <w:spacing w:after="80"/>
      </w:pPr>
      <w:r>
        <w:rPr>
          <w:b w:val="0"/>
          <w:i w:val="0"/>
        </w:rPr>
        <w:t>‘Nếu ông cứ đi tiếp lên con đường này, ông sẽ thấy một ngôi nhà lớn màu trắng ở bên phải. Tôi sẽ gọi điện báo trước để họ biết ông đang trên đường tới.’</w:t>
      </w:r>
    </w:p>
    <w:p>
      <w:pPr>
        <w:spacing w:after="80"/>
      </w:pPr>
      <w:r>
        <w:rPr>
          <w:b w:val="0"/>
          <w:i w:val="0"/>
        </w:rPr>
        <w:t>‘Cảm ơn anh,’ William nói khi thanh chắn được nâng lên, và Danny cho xe chạy dọc theo con đường lái rộng, không bao giờ vượt quá mười dặm một giờ. Một tốc độ mà anh không quen.</w:t>
      </w:r>
    </w:p>
    <w:p>
      <w:pPr>
        <w:spacing w:after="80"/>
      </w:pPr>
      <w:r>
        <w:rPr>
          <w:b w:val="0"/>
          <w:i w:val="0"/>
        </w:rPr>
        <w:t>Khi dinh thự Wren tráng lệ hiện ra trước mắt, Danny giảm tốc độ và vòng qua một vườn hồng lớn rồi dừng lại.</w:t>
      </w:r>
    </w:p>
    <w:p>
      <w:pPr>
        <w:spacing w:after="80"/>
      </w:pPr>
      <w:r>
        <w:rPr>
          <w:b w:val="0"/>
          <w:i w:val="0"/>
        </w:rPr>
        <w:t>Như có phép màu, cửa trước mở ra đúng lúc William bước ra khỏi ghế sau của xe.</w:t>
      </w:r>
    </w:p>
    <w:p>
      <w:pPr>
        <w:spacing w:after="80"/>
      </w:pPr>
      <w:r>
        <w:rPr>
          <w:b w:val="0"/>
          <w:i w:val="0"/>
        </w:rPr>
        <w:t>‘Chào buổi sáng, Tổng thanh tra,’ một người đàn ông mặc áo khoác đen ngắn, sơ mi trắng, cà vạt xám và quần tây kẻ sọc, với đôi giày đen bóng loáng như của một lính gác danh dự, lên tiếng. ‘Công chúa điện hạ đang chờ ngài.’</w:t>
      </w:r>
    </w:p>
    <w:p>
      <w:pPr>
        <w:spacing w:after="80"/>
      </w:pPr>
      <w:r>
        <w:rPr>
          <w:b w:val="0"/>
          <w:i w:val="0"/>
        </w:rPr>
        <w:t>William và Ross theo chân quản gia bước vào nhà, lên một cầu thang rộng uốn lượn tới tầng một. William hồi hộp đến mức chẳng buồn liếc nhìn những bức tranh trang trí trên tường. Và rồi anh thấy bà, đang đứng bên lối vào phòng khách.</w:t>
      </w:r>
    </w:p>
    <w:p>
      <w:pPr>
        <w:spacing w:after="80"/>
      </w:pPr>
      <w:r>
        <w:rPr>
          <w:b w:val="0"/>
          <w:i w:val="0"/>
        </w:rPr>
        <w:t>‘Thật vui khi gặp lại anh, William,’ Công chúa nói khi William cúi chào. Anh bất ngờ khi bà gọi anh bằng tên riêng, dù viên sĩ quan nghi lễ ở Scotland Yard đã bảo anh rằng bà thường làm vậy để giúp khách khỏi căng thẳng. Tuy nhiên, viên sĩ quan nghi lễ (PO) cũng đã nghiêm khắc nhắc anh đừng bao giờ tỏ ra quá thân mật và luôn phải gọi bà là ‘Công chúa điện hạ’ hoặc ‘thưa bà’.</w:t>
      </w:r>
    </w:p>
    <w:p>
      <w:pPr>
        <w:spacing w:after="80"/>
      </w:pPr>
      <w:r>
        <w:rPr>
          <w:b w:val="0"/>
          <w:i w:val="0"/>
        </w:rPr>
        <w:t>‘Cho phép tôi giới thiệu Thanh tra Hogan, thưa bà.’</w:t>
      </w:r>
    </w:p>
    <w:p>
      <w:pPr>
        <w:spacing w:after="80"/>
      </w:pPr>
      <w:r>
        <w:rPr>
          <w:b w:val="0"/>
          <w:i w:val="0"/>
        </w:rPr>
        <w:t>‘Chúng ta đã gặp nhau ở Scotland Yard, Thanh tra ạ, nhưng chỉ chớp nhoáng thôi,’ Diana nói, ‘khi anh dẫn thị nữ của tôi đi tham quan Bảo tàng Đen. Thực ra, chính Victoria đã gợi ý rằng anh có thể phù hợp để tiếp nhận vai trò sĩ quan bảo vệ riêng cho tôi.’</w:t>
      </w:r>
    </w:p>
    <w:p>
      <w:pPr>
        <w:spacing w:after="80"/>
      </w:pPr>
      <w:r>
        <w:rPr>
          <w:b w:val="0"/>
          <w:i w:val="0"/>
        </w:rPr>
        <w:t>Ross không bình luận gì khi quản gia xuất hiện trở lại, bưng một khay trà đầy ắp, đặt lên bàn trước mặt họ. William trầm trồ bộ ấm chén sứ Herend trang trí hình côn trùng và hoa lá, biết rằng Beth sẽ mong anh, như một thám tử giỏi, ghi nhớ từng chi tiết.</w:t>
      </w:r>
    </w:p>
    <w:p>
      <w:pPr>
        <w:spacing w:after="80"/>
      </w:pPr>
      <w:r>
        <w:rPr>
          <w:b w:val="0"/>
          <w:i w:val="0"/>
        </w:rPr>
        <w:t>‘Mời cả hai ngồi xuống,’ Diana nói. ‘Tôi sẽ rót trà. Trà Trung Quốc hay Ấn Độ đây, Thanh tra?’</w:t>
      </w:r>
    </w:p>
    <w:p>
      <w:pPr>
        <w:spacing w:after="80"/>
      </w:pPr>
      <w:r>
        <w:rPr>
          <w:b w:val="0"/>
          <w:i w:val="0"/>
        </w:rPr>
        <w:t>Viên sĩ quan nghi lễ đã dặn cách cúi chào – cúi từ cổ, không phải từ eo, như một nghệ sĩ tạp kỹ – nhưng bà ấy chưa hề nhắc đến Trung Quốc hay Ấn Độ.</w:t>
      </w:r>
    </w:p>
    <w:p>
      <w:pPr>
        <w:spacing w:after="80"/>
      </w:pPr>
      <w:r>
        <w:rPr>
          <w:b w:val="0"/>
          <w:i w:val="0"/>
        </w:rPr>
        <w:t>‘Trà Ấn Độ,’ William nói, còn Ross chỉ gật đầu.</w:t>
      </w:r>
    </w:p>
    <w:p>
      <w:pPr>
        <w:spacing w:after="80"/>
      </w:pPr>
      <w:r>
        <w:rPr>
          <w:b w:val="0"/>
          <w:i w:val="0"/>
        </w:rPr>
        <w:t>‘Tôi đã đọc hồ sơ phục vụ của anh với sự thú vị, Thanh tra ạ,’ Diana tiếp tục khi trao cho Ross một tách. ‘Hai Huân chương Dũng cảm của Nữ hoàng và vô số lời khen thưởng. Anh nghe cứ như một sự pha trộn giữa Sydney Carton và Raffles. Thật ấn tượng.’</w:t>
      </w:r>
    </w:p>
    <w:p>
      <w:pPr>
        <w:spacing w:after="80"/>
      </w:pPr>
      <w:r>
        <w:rPr>
          <w:b w:val="0"/>
          <w:i w:val="0"/>
        </w:rPr>
        <w:t>‘Nghiêng về Raffles hơn, thưa bà,’ William nói. ‘Chúng tôi đã giấu bà ba lần khiển trách chính thức, chưa kể một lần bị đình chỉ tạm thời.’ Diana bật cười, còn Ross vẫn im lặng. ‘Thanh tra Hogan thuộc tuýp nước lặng, thưa bà,’ William nói thêm, ra tay cứu anh.</w:t>
      </w:r>
    </w:p>
    <w:p>
      <w:pPr>
        <w:spacing w:after="80"/>
      </w:pPr>
      <w:r>
        <w:rPr>
          <w:b w:val="0"/>
          <w:i w:val="0"/>
        </w:rPr>
        <w:t>‘Đó không phải điều Victoria kể với tôi,’ Diana nói, đặt một lát bánh mận lên đĩa trước mặt Ross, người chẳng động đến. ‘Tôi cũng đọc về anh, William, và sự thăng tiến nhanh đến kinh ngạc của anh,’ bà nói thêm khi William cầm chiếc kẹp bạc thả một viên đường vào tách trà. ‘Nhưng sau cuộc gặp ngắn ngủi của tôi với Artemisia, điều đó chẳng có gì đáng ngạc nhiên.’ Bà quay lại chú ý đến Ross. ‘Tôi hiểu anh cũng có một cô con gái?’</w:t>
      </w:r>
    </w:p>
    <w:p>
      <w:pPr>
        <w:spacing w:after="80"/>
      </w:pPr>
      <w:r>
        <w:rPr>
          <w:b w:val="0"/>
          <w:i w:val="0"/>
        </w:rPr>
        <w:t>Suốt bao năm, William đã chứng kiến Ross tán tỉnh vài người phụ nữ mà anh ta còn chưa được giới thiệu, nhưng lần này anh ta chỉ ngồi đó, thẳng đơ, tách trà nguội dần và miếng bánh vẫn chưa động đến.</w:t>
      </w:r>
    </w:p>
    <w:p>
      <w:pPr>
        <w:spacing w:after="80"/>
      </w:pPr>
      <w:r>
        <w:rPr>
          <w:b w:val="0"/>
          <w:i w:val="0"/>
        </w:rPr>
        <w:t>‘Bức Frith thật tráng lệ,’ William nói, một lần nữa ra tay cứu Ross khi nhìn bức tranh trên tường phía trên lò sưởi.</w:t>
      </w:r>
    </w:p>
    <w:p>
      <w:pPr>
        <w:spacing w:after="80"/>
      </w:pPr>
      <w:r>
        <w:rPr>
          <w:b w:val="0"/>
          <w:i w:val="0"/>
        </w:rPr>
        <w:t>‘Đúng vậy, một trong những bức tôi thích nhất,’ Diana nói, không buồn nhìn quanh. ‘Ngày Hội Phụ nữ ở Ascot. Không thuộc bộ sưu tập hoàng gia đâu,’ bà thì thầm, ‘mà là quà của ông nội quá cố tôi. Nói cho tôi nghe đi, William, người bạn thân mới nhất của tôi, Artemisia, dạo này thế nào?’</w:t>
      </w:r>
    </w:p>
    <w:p>
      <w:pPr>
        <w:spacing w:after="80"/>
      </w:pPr>
      <w:r>
        <w:rPr>
          <w:b w:val="0"/>
          <w:i w:val="0"/>
        </w:rPr>
        <w:t>‘Cô ấy kể với mọi người về việc gặp bà, và câu chuyện mỗi lần kể lại càng dài thêm. Cô ấy muốn tôi nhắn với bà rằng cô ấy mong được gặp lại bà khi bà khai mạc triển lãm Frans Hals tại Fitzmolean. Tôi e rằng cô ấy lại sẽ tặng bà một bó hoa nữa.’</w:t>
      </w:r>
    </w:p>
    <w:p>
      <w:pPr>
        <w:spacing w:after="80"/>
      </w:pPr>
      <w:r>
        <w:rPr>
          <w:b w:val="0"/>
          <w:i w:val="0"/>
        </w:rPr>
        <w:t>‘Thế thì làm tôi nhớ ra,’ Diana nói, ‘tôi có một món quà nhỏ cho cô ấy.’ Cô nghiêng người về phía trước, lấy từ kệ dưới bàn một chiếc hộp nhỏ buộc ruy-băng lụa, đưa cho William. ‘Và tôi cũng không quên Jojo đâu,’ cô nói thêm, lấy ra món quà thứ hai và trao cho Ross.</w:t>
      </w:r>
    </w:p>
    <w:p>
      <w:pPr>
        <w:spacing w:after="80"/>
      </w:pPr>
      <w:r>
        <w:rPr>
          <w:b w:val="0"/>
          <w:i w:val="0"/>
        </w:rPr>
        <w:t>‘Cảm ơn bà,’ Ross lúng búng, phát âm sai.</w:t>
      </w:r>
    </w:p>
    <w:p>
      <w:pPr>
        <w:spacing w:after="80"/>
      </w:pPr>
      <w:r>
        <w:rPr>
          <w:b w:val="0"/>
          <w:i w:val="0"/>
        </w:rPr>
        <w:t>‘À, anh biết nói cơ đấy!’ Diana trêu.</w:t>
      </w:r>
    </w:p>
    <w:p>
      <w:pPr>
        <w:spacing w:after="80"/>
      </w:pPr>
      <w:r>
        <w:rPr>
          <w:b w:val="0"/>
          <w:i w:val="0"/>
        </w:rPr>
        <w:t>Trong khi William bật cười, Ross đỏ bừng mặt, một điều khác nữa mà William chưa từng thấy trước đây.</w:t>
      </w:r>
    </w:p>
    <w:p>
      <w:pPr>
        <w:spacing w:after="80"/>
      </w:pPr>
      <w:r>
        <w:rPr>
          <w:b w:val="0"/>
          <w:i w:val="0"/>
        </w:rPr>
        <w:t>‘Không nghi ngờ gì,’ Diana tiếp tục, ‘anh đã được phổ biến đầy đủ về những gì công việc sĩ quan bảo vệ của tôi bao gồm. Nhưng tôi cá là họ chỉ kể cho anh một nửa câu chuyện, và không phải nửa hay hơn.’</w:t>
      </w:r>
    </w:p>
    <w:p>
      <w:pPr>
        <w:spacing w:after="80"/>
      </w:pPr>
      <w:r>
        <w:rPr>
          <w:b w:val="0"/>
          <w:i w:val="0"/>
        </w:rPr>
        <w:t>Đó là một câu nói khiến ngay cả William cũng băn khoăn không biết nên đáp lại thế nào.</w:t>
      </w:r>
    </w:p>
    <w:p>
      <w:pPr>
        <w:spacing w:after="80"/>
      </w:pPr>
      <w:r>
        <w:rPr>
          <w:b w:val="0"/>
          <w:i w:val="0"/>
        </w:rPr>
        <w:t>‘Chẳng bao giờ có phút nào buồn tẻ,’ cô nói tiếp, ‘nhưng tôi e anh sẽ thấy giờ giấc thật khó lường. Có lần tôi ăn sáng với Mẹ Teresa, ăn trưa với Mikhail Gorbachev và ăn tối với Mick Jagger, tất cả trong cùng một ngày. Không cần thưởng cũng đoán được tôi thích bữa nào nhất.’</w:t>
      </w:r>
    </w:p>
    <w:p>
      <w:pPr>
        <w:spacing w:after="80"/>
      </w:pPr>
      <w:r>
        <w:rPr>
          <w:b w:val="0"/>
          <w:i w:val="0"/>
        </w:rPr>
        <w:t>‘Mick Jagger ạ?’ Ross mạnh dạn hỏi.</w:t>
      </w:r>
    </w:p>
    <w:p>
      <w:pPr>
        <w:spacing w:after="80"/>
      </w:pPr>
      <w:r>
        <w:rPr>
          <w:b w:val="0"/>
          <w:i w:val="0"/>
        </w:rPr>
        <w:t>‘Tôi nghĩ chúng ta sẽ hợp nhau lắm đây.’</w:t>
      </w:r>
    </w:p>
    <w:p>
      <w:pPr>
        <w:spacing w:after="80"/>
      </w:pPr>
      <w:r>
        <w:rPr>
          <w:b w:val="0"/>
          <w:i w:val="0"/>
        </w:rPr>
        <w:t>Ross không đáp.</w:t>
      </w:r>
    </w:p>
    <w:p>
      <w:pPr>
        <w:spacing w:after="80"/>
      </w:pPr>
      <w:r>
        <w:rPr>
          <w:b w:val="0"/>
          <w:i w:val="0"/>
        </w:rPr>
        <w:t>‘Tôi rót cho ngài một tách trà mới nhé, Thanh tra?’ Công nương đề nghị, liếc nhìn tách trà chưa động đến của ông.</w:t>
      </w:r>
    </w:p>
    <w:p>
      <w:pPr>
        <w:spacing w:after="80"/>
      </w:pPr>
      <w:r>
        <w:rPr>
          <w:b w:val="0"/>
          <w:i w:val="0"/>
        </w:rPr>
        <w:t>‘Không, cảm ơn bà. Nhưng tôi có thể hỏi liệu bà có vấn đề đặc biệt nào mà bà nghĩ tôi nên biết không?’</w:t>
      </w:r>
    </w:p>
    <w:p>
      <w:pPr>
        <w:spacing w:after="80"/>
      </w:pPr>
      <w:r>
        <w:rPr>
          <w:b w:val="0"/>
          <w:i w:val="0"/>
        </w:rPr>
        <w:t>‘Nhắc mới nhớ, tôi muốn thỉnh thoảng được đến phòng tập, bơi lội hoặc thậm chí đi mua sắm mà không bị cả tá tay săn ảnh (paps) đuổi theo.’</w:t>
      </w:r>
    </w:p>
    <w:p>
      <w:pPr>
        <w:spacing w:after="80"/>
      </w:pPr>
      <w:r>
        <w:rPr>
          <w:b w:val="0"/>
          <w:i w:val="0"/>
        </w:rPr>
        <w:t>‘Điều đó có thể không phải lúc nào cũng dễ, thưa bà. Dù sao thì bà là người bị chụp ảnh nhiều nhất trên thế giới,’ Ross nhắc cô, ‘nhưng trừ việc giết họ ra, tôi sẽ cố hết sức.’</w:t>
      </w:r>
    </w:p>
    <w:p>
      <w:pPr>
        <w:spacing w:after="80"/>
      </w:pPr>
      <w:r>
        <w:rPr>
          <w:b w:val="0"/>
          <w:i w:val="0"/>
        </w:rPr>
        <w:t>Diana để lộ nụ cười e thẹn mà công chúng đã quá quen thuộc, rồi nói, ‘Tôi cũng có những người bạn không thích thấy mặt mình bị in lên trang nhất của mọi tờ báo quốc gia, kèm theo những bài viết về quá khứ của họ.’</w:t>
      </w:r>
    </w:p>
    <w:p>
      <w:pPr>
        <w:spacing w:after="80"/>
      </w:pPr>
      <w:r>
        <w:rPr>
          <w:b w:val="0"/>
          <w:i w:val="0"/>
        </w:rPr>
        <w:t>Ross gật đầu, nhưng không đưa ra ý kiến gì.</w:t>
      </w:r>
    </w:p>
    <w:p>
      <w:pPr>
        <w:spacing w:after="80"/>
      </w:pPr>
      <w:r>
        <w:rPr>
          <w:b w:val="0"/>
          <w:i w:val="0"/>
        </w:rPr>
        <w:t>‘Và một hai người trong số họ hoàn toàn có thể đến thăm tôi’ – bà ngừng lại – ‘tôi nên nói thế nào nhỉ, ngoài giờ làm việc.’</w:t>
      </w:r>
    </w:p>
    <w:p>
      <w:pPr>
        <w:spacing w:after="80"/>
      </w:pPr>
      <w:r>
        <w:rPr>
          <w:b w:val="0"/>
          <w:i w:val="0"/>
        </w:rPr>
        <w:t>‘Sao việc đó lại thành vấn đề, thưa bà,’ William nói, ‘khi bà đang an toàn trong này? Không ai có thể vượt qua rào chắn trừ khi bà đã cho phép rõ ràng, đúng như chúng ta vừa trải qua.’</w:t>
      </w:r>
    </w:p>
    <w:p>
      <w:pPr>
        <w:spacing w:after="80"/>
      </w:pPr>
      <w:r>
        <w:rPr>
          <w:b w:val="0"/>
          <w:i w:val="0"/>
        </w:rPr>
        <w:t>‘Tôi có thể đảm bảo với anh, William, có ít nhất nửa tá phóng viên ảnh đỗ ngoài cổng trước hai mươi bốn trên bảy và họ thậm chí không nghỉ ăn trưa. Đặc biệt hai người trong số họ dường như không hiểu rằng tôi có đời sống riêng và muốn giữ nó riêng tư bất cứ khi nào có thể.’</w:t>
      </w:r>
    </w:p>
    <w:p>
      <w:pPr>
        <w:spacing w:after="80"/>
      </w:pPr>
      <w:r>
        <w:rPr>
          <w:b w:val="0"/>
          <w:i w:val="0"/>
        </w:rPr>
        <w:t>‘Hiểu rồi, thưa bà,’ Ross nói. ‘Bà có thể yên tâm rằng người phụ nữ khác duy nhất trong đời tôi mới hai tuổi, và tôi sẽ không chia sẻ bí mật của bà với cô bé đâu.’</w:t>
      </w:r>
    </w:p>
    <w:p>
      <w:pPr>
        <w:spacing w:after="80"/>
      </w:pPr>
      <w:r>
        <w:rPr>
          <w:b w:val="0"/>
          <w:i w:val="0"/>
        </w:rPr>
        <w:t>‘Tôi rất mong được gặp cô bé,’ Diana nói.</w:t>
      </w:r>
    </w:p>
    <w:p>
      <w:pPr>
        <w:spacing w:after="80"/>
      </w:pPr>
      <w:r>
        <w:rPr>
          <w:b w:val="0"/>
          <w:i w:val="0"/>
        </w:rPr>
        <w:t>‘Chúng tôi sẽ không giữ bà lâu hơn nữa, thưa bà,’ William nói, khi đồng hồ trên lò sưởi điểm rưỡi, ‘nhớ rằng bà có bữa tối quan trọng tham dự tối nay.’ Một điều nữa mà viên sĩ quan lễ tân đã báo trước cho anh.</w:t>
      </w:r>
    </w:p>
    <w:p>
      <w:pPr>
        <w:spacing w:after="80"/>
      </w:pPr>
      <w:r>
        <w:rPr>
          <w:b w:val="0"/>
          <w:i w:val="0"/>
        </w:rPr>
        <w:t>‘Một bữa tiệc quốc gia để vinh danh Quốc vương Ả Rập Xê Út,’ Diana nói. ‘Tôi hiểu rằng Quốc vương nói rất ít tiếng Anh, trong khi Bệ hạ không nói được tiếng Ả Rập. Vậy nên đó hẳn sẽ là một dịp vui vẻ. Còn tôi, mặt khác, sẽ ngồi cạnh đại sứ Ả Rập Xê Út, người mà tôi được biết có bốn bà vợ. Thế nên ông ấy sẽ không thiếu chuyện để nói chuyện phiếm.’</w:t>
      </w:r>
    </w:p>
    <w:p>
      <w:pPr>
        <w:spacing w:after="80"/>
      </w:pPr>
      <w:r>
        <w:rPr>
          <w:b w:val="0"/>
          <w:i w:val="0"/>
        </w:rPr>
        <w:t>Cả hai đều cười theo phép lịch sự.</w:t>
      </w:r>
    </w:p>
    <w:p>
      <w:pPr>
        <w:spacing w:after="80"/>
      </w:pPr>
      <w:r>
        <w:rPr>
          <w:b w:val="0"/>
          <w:i w:val="0"/>
        </w:rPr>
        <w:t>‘Tôi thực sự hy vọng anh sẽ cân nhắc gia nhập đội của tôi, Thanh tra,’ bà nói, quay lại phía Ross. ‘Chúng tôi vui hơn nhiều so với phần còn lại của Hoàng gia’ – bà ngừng lại – ‘cộng lại.’</w:t>
      </w:r>
    </w:p>
    <w:p>
      <w:pPr>
        <w:spacing w:after="80"/>
      </w:pPr>
      <w:r>
        <w:rPr>
          <w:b w:val="0"/>
          <w:i w:val="0"/>
        </w:rPr>
        <w:t>Ross gắng nặn ra một nụ cười khi người quản gia xuất hiện trở lại.</w:t>
      </w:r>
    </w:p>
    <w:p>
      <w:pPr>
        <w:spacing w:after="80"/>
      </w:pPr>
      <w:r>
        <w:rPr>
          <w:b w:val="0"/>
          <w:i w:val="0"/>
        </w:rPr>
        <w:t>‘Cuộc hẹn tiếp theo của bà đã đến, thưa bà.’</w:t>
      </w:r>
    </w:p>
    <w:p>
      <w:pPr>
        <w:spacing w:after="80"/>
      </w:pPr>
      <w:r>
        <w:rPr>
          <w:b w:val="0"/>
          <w:i w:val="0"/>
        </w:rPr>
        <w:t>‘Không, họ chưa đến,’ Diana nói. Quay sang William, bà thú nhận, ‘Đó chỉ là một thông điệp mã hóa để tống khứ hai anh đi thôi, trong khi tôi thà uống trà với hai anh còn hơn ăn tối với Quốc vương Ả Rập Xê Út. Tuy nhiên …’</w:t>
      </w:r>
    </w:p>
    <w:p>
      <w:pPr>
        <w:spacing w:after="80"/>
      </w:pPr>
      <w:r>
        <w:rPr>
          <w:b w:val="0"/>
          <w:i w:val="0"/>
        </w:rPr>
        <w:t>William lập tức đứng dậy. ‘Tôi nghĩ đã đến lúc chúng tôi phải đi, thưa bà. Cảm ơn bà rất nhiều vì đã tiếp chúng tôi.’</w:t>
      </w:r>
    </w:p>
    <w:p>
      <w:pPr>
        <w:spacing w:after="80"/>
      </w:pPr>
      <w:r>
        <w:rPr>
          <w:b w:val="0"/>
          <w:i w:val="0"/>
        </w:rPr>
        <w:t>‘Tôi thực sự hy vọng sẽ gặp lại anh, Thanh tra,’ Diana nói khi bà cùng họ xuống cầu thang rộng dẫn tới sảnh. William vui mừng thấy Ross trò chuyện với Công nương trong khi anh lùi lại phía sau để ngắm kỹ hơn vài bức tranh mà có lẽ anh sẽ không bao giờ có cơ hội nhìn lại, trong đó có một bức tranh phong cảnh biển của Henry Moore kia. Beth chắc chắn sẽ tra hỏi anh khi anh về nhà về việc Công nương thích những họa sĩ nào. Sẽ là một thử thách thú vị để xem anh nhớ được bao nhiêu người trong số họ mà không được ghi chú.</w:t>
      </w:r>
    </w:p>
    <w:p>
      <w:pPr>
        <w:spacing w:after="80"/>
      </w:pPr>
      <w:r>
        <w:rPr>
          <w:b w:val="0"/>
          <w:i w:val="0"/>
        </w:rPr>
        <w:t>Khi họ bước trở lại sảnh vào, anh dừng lại để chiêm ngưỡng một bức Turner, một bức Millais và một bức Burne-Jones, chỉ ước mình có nhiều thời gian hơn để thưởng thức chúng. Công nương tiễn họ ra xe, nơi bà một lần nữa làm William ngạc nhiên bằng việc trò chuyện lâu với Danny trước khi họ rời đi. Bà không quay vào trong cho đến khi xe khuất khỏi tầm mắt.</w:t>
      </w:r>
    </w:p>
    <w:p>
      <w:pPr>
        <w:spacing w:after="80"/>
      </w:pPr>
      <w:r>
        <w:rPr>
          <w:b w:val="0"/>
          <w:i w:val="0"/>
        </w:rPr>
        <w:t>William đợi đến khi họ rẽ vào phố Kensington High mới nói, ‘Vậy, anh có muốn nhận công việc này không, đồ lắm mồm?’</w:t>
      </w:r>
    </w:p>
    <w:p>
      <w:pPr>
        <w:spacing w:after="80"/>
      </w:pPr>
      <w:r>
        <w:rPr>
          <w:b w:val="0"/>
          <w:i w:val="0"/>
        </w:rPr>
        <w:t>‘Tất nhiên là tôi biết,’ Ross nói, không chút do dự. ‘Nhưng tôi có một vấn đề.’</w:t>
      </w:r>
    </w:p>
    <w:p>
      <w:pPr>
        <w:spacing w:after="80"/>
        <w:jc w:val="center"/>
      </w:pPr>
      <w:r>
        <w:rPr>
          <w:b w:val="0"/>
          <w:i w:val="0"/>
        </w:rPr>
        <w:t>• • •</w:t>
      </w:r>
    </w:p>
    <w:p>
      <w:pPr>
        <w:spacing w:after="80"/>
      </w:pPr>
      <w:r>
        <w:rPr>
          <w:b w:val="0"/>
          <w:i w:val="0"/>
        </w:rPr>
        <w:t>‘Ngài có cần gì thêm không, ông Booth Watson?’ thư ký của ông hỏi khi cô gấp lại cuốn sổ ghi chính tả.</w:t>
      </w:r>
    </w:p>
    <w:p>
      <w:pPr>
        <w:spacing w:after="80"/>
      </w:pPr>
      <w:r>
        <w:rPr>
          <w:b w:val="0"/>
          <w:i w:val="0"/>
        </w:rPr>
        <w:t>Booth Watson ngả người ra sau và cân nhắc câu hỏi làm sao đối phó với hai vấn đề song song: Miles Faulkner và vợ cũ của anh ta, Christina. Dù mới gặp cả hai cách đây không lâu, ông vẫn không chắc liệu Miles đã chấp nhận lời giải thích của ông về những gì đã xảy ra ở Tây Ban Nha hay chưa, trong khi Christina thì chắc chắn đã nhận ra ông đang giở trò gì. Ông biết bà ta sẽ không ngần ngại tìm lời khuyên từ Ngài Julian nếu điều đó có lợi cho bà ta. Nhưng ông cũng biết người lý tưởng để theo dõi cả hai người họ mà chỉ báo cáo lại cho riêng ông: một kẻ có mối quan hệ trong Belmarsh, cả sau song sắt lẫn trên các tầng giam, đồng thời theo sát Christina Faulkner để ông luôn biết bà ta gặp ai và đang làm gì. Dù Booth Watson ghét cay ghét đắng cựu Tổng thanh tra đã rời khỏi Met trong tai tiếng, ông vẫn đồng tình với Lyndon Johnson, người sau khi đành chịu đựng nỗi khó khăn khi sa thải J. Edgar Hoover từng nhận xét: ‘Thà giữ hắn trong lều mà hắn đái ra ngoài, còn hơn để hắn ngoài lều mà đái vào trong.’</w:t>
      </w:r>
    </w:p>
    <w:p>
      <w:pPr>
        <w:spacing w:after="80"/>
      </w:pPr>
      <w:r>
        <w:rPr>
          <w:b w:val="0"/>
          <w:i w:val="0"/>
        </w:rPr>
        <w:t>‘Vâng, cô Plumstead,’ cuối cùng ông nói. ‘Tôi muốn cô sắp xếp một cuộc gặp khẩn với cựu tổng thanh tra Lamont.’</w:t>
      </w:r>
    </w:p>
    <w:p>
      <w:pPr>
        <w:spacing w:after="80"/>
      </w:pPr>
      <w:r>
        <w:rPr>
          <w:b w:val="0"/>
          <w:i w:val="0"/>
        </w:rPr>
        <w:t>‘Tất nhiên rồi, thưa ngài. Nhưng tôi phải lưu ý rằng lịch của ngài hiện đang kín mít. Ngài có hai lần ra tòa vào cuối tuần này và—’</w:t>
      </w:r>
    </w:p>
    <w:p>
      <w:pPr>
        <w:spacing w:after="80"/>
      </w:pPr>
      <w:r>
        <w:rPr>
          <w:b w:val="0"/>
          <w:i w:val="0"/>
        </w:rPr>
        <w:t>‘Trong vòng hai mươi tư giờ tới,’ Booth Watson nói, cắt ngang lời cô.</w:t>
      </w:r>
    </w:p>
    <w:p>
      <w:pPr>
        <w:pStyle w:val="Heading2"/>
      </w:pPr>
      <w:r>
        <w:rPr>
          <w:rFonts w:ascii="Calibri" w:hAnsi="Calibri"/>
          <w:b/>
          <w:i w:val="0"/>
          <w:sz w:val="32"/>
        </w:rPr>
        <w:t>CHƯƠNG 7</w:t>
      </w:r>
    </w:p>
    <w:p>
      <w:pPr>
        <w:spacing w:after="80"/>
      </w:pPr>
      <w:r>
        <w:rPr>
          <w:b w:val="0"/>
          <w:i w:val="0"/>
        </w:rPr>
        <w:t>WILLIAM NHANH CHÓNG VẶN CHÌA KHÓA trong ổ, hy vọng mình về kịp để đọc truyện trước giờ đi ngủ cho bọn trẻ. Anh vui mừng khi nghe thấy những giọng nói trẻ thơ ríu rít vọng ra từ phòng khách. Anh treo áo khoác lên giá trong hành lang và lấy ra hai chiếc hộp từ túi áo trong trước khi tiến về phía tiếng ồn ào náo nhiệt ấy.</w:t>
      </w:r>
    </w:p>
    <w:p>
      <w:pPr>
        <w:spacing w:after="80"/>
      </w:pPr>
      <w:r>
        <w:rPr>
          <w:b w:val="0"/>
          <w:i w:val="0"/>
        </w:rPr>
        <w:t>William vừa mở cửa thì Artemisia đã lao tới và vòng tay ôm chặt lấy chân anh.</w:t>
      </w:r>
    </w:p>
    <w:p>
      <w:pPr>
        <w:spacing w:after="80"/>
      </w:pPr>
      <w:r>
        <w:rPr>
          <w:b w:val="0"/>
          <w:i w:val="0"/>
        </w:rPr>
        <w:t>‘Có thật là bố đã uống trà với Công nương Di không?’ con bé hỏi ngay cả trước khi anh kịp nói.</w:t>
      </w:r>
    </w:p>
    <w:p>
      <w:pPr>
        <w:spacing w:after="80"/>
      </w:pPr>
      <w:r>
        <w:rPr>
          <w:b w:val="0"/>
          <w:i w:val="0"/>
        </w:rPr>
        <w:t>‘Công nương xứ Wales,’ Beth nói, sửa lại cho con bé.</w:t>
      </w:r>
    </w:p>
    <w:p>
      <w:pPr>
        <w:spacing w:after="80"/>
      </w:pPr>
      <w:r>
        <w:rPr>
          <w:b w:val="0"/>
          <w:i w:val="0"/>
        </w:rPr>
        <w:t>‘Câu trả lời là có,’ William nói, ‘và cô ấy bảo gửi lời chào, còn nhờ bố tặng các con một món quà.’</w:t>
      </w:r>
    </w:p>
    <w:p>
      <w:pPr>
        <w:spacing w:after="80"/>
      </w:pPr>
      <w:r>
        <w:rPr>
          <w:b w:val="0"/>
          <w:i w:val="0"/>
        </w:rPr>
        <w:t>Artemisia chìa hai tay ra, trong khi Peter hỏi: ‘Cô ấy có tặng quà cho con không?’</w:t>
      </w:r>
    </w:p>
    <w:p>
      <w:pPr>
        <w:spacing w:after="80"/>
      </w:pPr>
      <w:r>
        <w:rPr>
          <w:b w:val="0"/>
          <w:i w:val="0"/>
        </w:rPr>
        <w:t>‘Có chứ,’ William nói, đưa hai chiếc hộp ra từ sau lưng. Anh trao chúng đi, hy vọng cặp song sinh sẽ không nhận ra một món quà được gói đẹp hơn hẳn món kia. Anh chẳng cần phải lo, vì Peter xé toạc lớp giấy gói quà ngay lập tức, nóng lòng muốn biết bên trong là gì, trong khi Artemisia thong thả tháo dải ruy băng lụa và bóc lớp giấy màu hồng, cả hai thứ mà con bé sẽ trân trọng đặt trên bàn đầu giường.</w:t>
      </w:r>
    </w:p>
    <w:p>
      <w:pPr>
        <w:spacing w:after="80"/>
      </w:pPr>
      <w:r>
        <w:rPr>
          <w:b w:val="0"/>
          <w:i w:val="0"/>
        </w:rPr>
        <w:t>‘Ôi,’ Beth thốt lên khi Artemisia giơ lên một chiếc vương miện nhỏ làm bằng những hạt cườm sáng bóng.</w:t>
      </w:r>
    </w:p>
    <w:p>
      <w:pPr>
        <w:spacing w:after="80"/>
      </w:pPr>
      <w:r>
        <w:rPr>
          <w:b w:val="0"/>
          <w:i w:val="0"/>
        </w:rPr>
        <w:t>‘Có thật không?’ con bé hỏi, tay ôm chặt lấy nó.</w:t>
      </w:r>
    </w:p>
    <w:p>
      <w:pPr>
        <w:spacing w:after="80"/>
      </w:pPr>
      <w:r>
        <w:rPr>
          <w:b w:val="0"/>
          <w:i w:val="0"/>
        </w:rPr>
        <w:t>‘Nếu một nàng Công chúa trao cho con thì hẳn là thật rồi,’ mẹ nó nói, vừa đặt chiếc vương miện nhỏ lên đầu con gái.</w:t>
      </w:r>
    </w:p>
    <w:p>
      <w:pPr>
        <w:spacing w:after="80"/>
      </w:pPr>
      <w:r>
        <w:rPr>
          <w:b w:val="0"/>
          <w:i w:val="0"/>
        </w:rPr>
        <w:t>Artemisia chạy vụt ra khỏi phòng để ngắm mình trong tấm gương lớn ở hành lang, trong khi Peter bắt đầu cởi cúc áo pyjama.</w:t>
      </w:r>
    </w:p>
    <w:p>
      <w:pPr>
        <w:spacing w:after="80"/>
      </w:pPr>
      <w:r>
        <w:rPr>
          <w:b w:val="0"/>
          <w:i w:val="0"/>
        </w:rPr>
        <w:t>‘Cô ấy còn biết cả đội bóng con hâm mộ và Kerry Dixon là cầu thủ con thích nhất nữa!’ cậu bé tuyên bố, vừa kéo chiếc áo Chelsea có số chín sau lưng vào người.</w:t>
      </w:r>
    </w:p>
    <w:p>
      <w:pPr>
        <w:spacing w:after="80"/>
      </w:pPr>
      <w:r>
        <w:rPr>
          <w:b w:val="0"/>
          <w:i w:val="0"/>
        </w:rPr>
        <w:t>‘Và còn ấn tượng hơn nữa,’ Beth thì thầm, ‘cô ấy biết cả cỡ áo của thằng bé.’</w:t>
      </w:r>
    </w:p>
    <w:p>
      <w:pPr>
        <w:spacing w:after="80"/>
      </w:pPr>
      <w:r>
        <w:rPr>
          <w:b w:val="0"/>
          <w:i w:val="0"/>
        </w:rPr>
        <w:t>Artemisia xuất hiện trở lại, đầu ngẩng cao, bắt đầu bước đi đầy vẻ vương giả quanh phòng, mỉm cười và vẫy tay chào con mèo bằng mu bàn tay. Khi đi ngang qua Peter, con bé nói với giọng hách dịch, ‘Cậu phải cúi chào.’</w:t>
      </w:r>
    </w:p>
    <w:p>
      <w:pPr>
        <w:spacing w:after="80"/>
      </w:pPr>
      <w:r>
        <w:rPr>
          <w:b w:val="0"/>
          <w:i w:val="0"/>
        </w:rPr>
        <w:t>‘Cổ động viên Chelsea không cúi chào ai cả,’ Peter đáp, rồi bắt đầu diễu hành theo hướng ngược lại, khoe bộ đồ mới của mình với những người ngồi trên khán đài.</w:t>
      </w:r>
    </w:p>
    <w:p>
      <w:pPr>
        <w:spacing w:after="80"/>
      </w:pPr>
      <w:r>
        <w:rPr>
          <w:b w:val="0"/>
          <w:i w:val="0"/>
        </w:rPr>
        <w:t>Cả hai bậc phụ huynh bằng cách nào đó vẫn giữ được vẻ mặt nghiêm túc.</w:t>
      </w:r>
    </w:p>
    <w:p>
      <w:pPr>
        <w:spacing w:after="80"/>
      </w:pPr>
      <w:r>
        <w:rPr>
          <w:b w:val="0"/>
          <w:i w:val="0"/>
        </w:rPr>
        <w:t>‘Con mặc nó đi ngủ được không?’ Peter nài nỉ, sau khi đã đi vòng quanh phòng vài lượt.</w:t>
      </w:r>
    </w:p>
    <w:p>
      <w:pPr>
        <w:spacing w:after="80"/>
      </w:pPr>
      <w:r>
        <w:rPr>
          <w:b w:val="0"/>
          <w:i w:val="0"/>
        </w:rPr>
        <w:t>‘Được chứ, tất nhiên là được rồi, con yêu,’ mẹ cậu nói, rồi tiếp ngay một tiếng ‘Được’ thứ hai dành cho Artemisia trước cả khi con bé kịp hỏi. ‘Nhưng sáng mai cả hai đứa sẽ phải viết thư cho Công chúa để cảm ơn cô ấy đấy.’</w:t>
      </w:r>
    </w:p>
    <w:p>
      <w:pPr>
        <w:spacing w:after="80"/>
      </w:pPr>
      <w:r>
        <w:rPr>
          <w:b w:val="0"/>
          <w:i w:val="0"/>
        </w:rPr>
        <w:t>‘Thư của con sẽ dài và thú vị lắm, vì con có nhiều điều muốn kể từ lần cuối gặp cô ấy,’ Artemisia nói khi cô bảo mẫu của chúng bước vào.</w:t>
      </w:r>
    </w:p>
    <w:p>
      <w:pPr>
        <w:spacing w:after="80"/>
      </w:pPr>
      <w:r>
        <w:rPr>
          <w:b w:val="0"/>
          <w:i w:val="0"/>
        </w:rPr>
        <w:t>‘Đến giờ đi ngủ rồi,’ Sarah nói dứt khoát.</w:t>
      </w:r>
    </w:p>
    <w:p>
      <w:pPr>
        <w:spacing w:after="80"/>
      </w:pPr>
      <w:r>
        <w:rPr>
          <w:b w:val="0"/>
          <w:i w:val="0"/>
        </w:rPr>
        <w:t>‘Ta là Công chúa,’ Artemisia đáp. ‘Nhưng cô có thể gọi ta là Artemisia.’</w:t>
      </w:r>
    </w:p>
    <w:p>
      <w:pPr>
        <w:spacing w:after="80"/>
      </w:pPr>
      <w:r>
        <w:rPr>
          <w:b w:val="0"/>
          <w:i w:val="0"/>
        </w:rPr>
        <w:t>‘Cảm ơn Công chúa ạ,’ Sarah nói, khẽ nhún gối chào, ‘nhưng ngay cả Công chúa cũng cần ngủ đủ giấc để giữ nhan sắc.’</w:t>
      </w:r>
    </w:p>
    <w:p>
      <w:pPr>
        <w:spacing w:after="80"/>
      </w:pPr>
      <w:r>
        <w:rPr>
          <w:b w:val="0"/>
          <w:i w:val="0"/>
        </w:rPr>
        <w:t>Artemisia ôm bố một cái rồi cùng Peter rời khỏi phòng, cả hai cùng lúc ríu rít trò chuyện với Sarah.</w:t>
      </w:r>
    </w:p>
    <w:p>
      <w:pPr>
        <w:spacing w:after="80"/>
      </w:pPr>
      <w:r>
        <w:rPr>
          <w:b w:val="0"/>
          <w:i w:val="0"/>
        </w:rPr>
        <w:t>‘Anh là một người đàn ông tốt, William Warwick,’ Beth nói khi cúi xuống hôn lên trán anh. ‘Chiếc vương miện thì em tin, nhưng chiếc áo Chelsea thì không.’ William mỉm cười. ‘Nhưng giờ em muốn nghe hết về chuyến thăm Cung điện Kensington của anh. Cô ấy mặc gì? Hai bố con ăn gì vào bữa trà chiều và, quan trọng nhất, những bức tranh nào được trưng bày mà em sẽ chẳng bao giờ có cơ hội được xem?’</w:t>
      </w:r>
    </w:p>
    <w:p>
      <w:pPr>
        <w:spacing w:after="80"/>
      </w:pPr>
      <w:r>
        <w:rPr>
          <w:b w:val="0"/>
          <w:i w:val="0"/>
        </w:rPr>
        <w:t>William đã bắt đầu hối hận vì không nán lại lâu hơn trên cầu thang khi HRH đang trò chuyện với Ross.</w:t>
      </w:r>
    </w:p>
    <w:p>
      <w:pPr>
        <w:spacing w:after="80"/>
      </w:pPr>
      <w:r>
        <w:rPr>
          <w:b w:val="0"/>
          <w:i w:val="0"/>
        </w:rPr>
        <w:t>"Đợi lúc thích hợp đã," anh nói. "Nhưng trước tiên, có một chuyện cấp bách hơn chúng ta phải bàn." Anh ngập ngừng một lát, rồi hỏi: "Em thấy thế nào về việc có thêm một đứa con?"</w:t>
      </w:r>
    </w:p>
    <w:p>
      <w:pPr>
        <w:spacing w:after="80"/>
      </w:pPr>
      <w:r>
        <w:rPr>
          <w:b w:val="0"/>
          <w:i w:val="0"/>
        </w:rPr>
        <w:t>Beth không trả lời ngay, nhưng cuối cùng hỏi: "Có gì thay đổi sao? Dù gì thì chúng ta cũng đã bàn về chuyện này đến phát ngán rồi, và lần nào cũng đi đến cùng một kết luận. Chúng ta đơn giản là không đủ khả năng."</w:t>
      </w:r>
    </w:p>
    <w:p>
      <w:pPr>
        <w:spacing w:after="80"/>
      </w:pPr>
      <w:r>
        <w:rPr>
          <w:b w:val="0"/>
          <w:i w:val="0"/>
        </w:rPr>
        <w:t>William ngồi ngả lưng để nghe một bài diễn văn mà anh đã nghe vài lần trước đây.</w:t>
      </w:r>
    </w:p>
    <w:p>
      <w:pPr>
        <w:spacing w:after="80"/>
      </w:pPr>
      <w:r>
        <w:rPr>
          <w:b w:val="0"/>
          <w:i w:val="0"/>
        </w:rPr>
        <w:t>"Chúng ta là một cặp vợ chồng hiện đại điển hình," Beth nhắc anh. "Cả hai đều có công việc toàn thời gian, và không muốn thay đổi điều đó chút nào. Anh đang làm công việc mà anh luôn mơ ước, và em không cần phải nhắc anh em cảm thấy may mắn đến nhường nào khi được làm việc tại Fitzmolean. Không chỉ vậy, với tư cách là Thanh tra trưởng, anh thậm chí không thể đòi tiền làm thêm giờ, dù khối lượng công việc của anh chẳng hề giảm bớt. Tệ hơn nữa, em được trả một mức lương còm cõi so với những người đàn ông làm công việc tương đương. Đó là số phận của những phụ nữ làm việc trong giới nghệ thuật, xuất bản hay sân khấu. Nhưng điều đó sẽ không ngăn em đấu tranh cho sự thay đổi trong tương lai," cô nói thêm với đầy cảm xúc. "Phụ nữ sẽ tiếp tục bị lợi dụng chừng nào còn có quá nhiều ứng viên háo hức tranh nhau từng công việc, đặc biệt là khi họ không dám phàn nàn về mức lương. Và ngay cả khi đó, một người đàn ông kém năng lực hơn nhiều thường vẫn được bổ nhiệm vào cùng vị trí đó, chỉ vì anh ta sẽ không nghỉ việc để sinh con!"</w:t>
      </w:r>
    </w:p>
    <w:p>
      <w:pPr>
        <w:spacing w:after="80"/>
      </w:pPr>
      <w:r>
        <w:rPr>
          <w:b w:val="0"/>
          <w:i w:val="0"/>
        </w:rPr>
        <w:t>William không ngắt lời cô. Anh đã từng chứng kiến sự thành kiến tương tự trong lực lượng cảnh sát, nơi hết lần này đến lần khác phụ nữ bị bỏ qua khi xét thăng chức trong khi những người đàn ông kém cỏi hơn lại được tiến cử, thường với lý do "Anh ta còn phải nuôi vợ con." Anh quyết định để Beth tiếp tục bùng nổ, rồi lắng xuống, trước khi đặt câu hỏi tiếp theo.</w:t>
      </w:r>
    </w:p>
    <w:p>
      <w:pPr>
        <w:spacing w:after="80"/>
      </w:pPr>
      <w:r>
        <w:rPr>
          <w:b w:val="0"/>
          <w:i w:val="0"/>
        </w:rPr>
        <w:t>"Và đừng quên," Beth tiếp tục, "chúng ta phải thuê một cô bảo mẫu, người được trả lương gần bằng em. Đừng hiểu lầm, Sarah đáng đồng tiền từng xu, vì cô ấy giúp em có thể làm công việc mình yêu thích. Nhưng mỗi khi cô ấy nghỉ một buổi tối, chúng ta lại phải trả tiền cho người trông trẻ nếu muốn đi xem kịch hay đi ăn ngoài."</w:t>
      </w:r>
    </w:p>
    <w:p>
      <w:pPr>
        <w:spacing w:after="80"/>
      </w:pPr>
      <w:r>
        <w:rPr>
          <w:b w:val="0"/>
          <w:i w:val="0"/>
        </w:rPr>
        <w:t>Dòng dung nham vẫn chảy đều đặn xuống núi về phía anh.</w:t>
      </w:r>
    </w:p>
    <w:p>
      <w:pPr>
        <w:spacing w:after="80"/>
      </w:pPr>
      <w:r>
        <w:rPr>
          <w:b w:val="0"/>
          <w:i w:val="0"/>
        </w:rPr>
        <w:t xml:space="preserve">"Thời của bố mẹ chúng ta thì khác, khi người ta mặc định rằng phụ nữ sinh ra trên đời là để nuôi con, dọn nhà, nấu ăn và hỗ trợ chồng trong sự nghiệp. 'Yêu thương, tôn trọng và </w:t>
      </w:r>
      <w:r>
        <w:rPr>
          <w:b w:val="0"/>
          <w:i/>
        </w:rPr>
        <w:t>vâng lời</w:t>
      </w:r>
      <w:r>
        <w:rPr>
          <w:b w:val="0"/>
          <w:i w:val="0"/>
        </w:rPr>
        <w:t>'," cô nhấn mạnh, "phòng khi anh quên mất đấy, đồ người hang động."</w:t>
      </w:r>
    </w:p>
    <w:p>
      <w:pPr>
        <w:spacing w:after="80"/>
      </w:pPr>
      <w:r>
        <w:rPr>
          <w:b w:val="0"/>
          <w:i w:val="0"/>
        </w:rPr>
        <w:t>William một lần nữa được nhắc nhở vì sao anh lại yêu say đắm người phụ nữ này.</w:t>
      </w:r>
    </w:p>
    <w:p>
      <w:pPr>
        <w:spacing w:after="80"/>
      </w:pPr>
      <w:r>
        <w:rPr>
          <w:b w:val="0"/>
          <w:i w:val="0"/>
        </w:rPr>
        <w:t>"Em thề là bố em không biết luộc một quả trứng mất bao nhiêu phút, còn bố anh thì chỉ vừa đủ sức cắt miếng gà tây Giáng sinh."</w:t>
      </w:r>
    </w:p>
    <w:p>
      <w:pPr>
        <w:spacing w:after="80"/>
      </w:pPr>
      <w:r>
        <w:rPr>
          <w:b w:val="0"/>
          <w:i w:val="0"/>
        </w:rPr>
        <w:t>"Ông ấy dành khá nhiều thời gian để mài dao trước đó đấy," William nói, cố làm dịu không khí.</w:t>
      </w:r>
    </w:p>
    <w:p>
      <w:pPr>
        <w:spacing w:after="80"/>
      </w:pPr>
      <w:r>
        <w:rPr>
          <w:b w:val="0"/>
          <w:i w:val="0"/>
        </w:rPr>
        <w:t>"Sự thật là," Beth tiếp tục, phớt lờ lời đáp trả, "cả mẹ của hai chúng ta đều hoàn toàn có khả năng đảm đương những công việc đòi hỏi cao, giá như họ được trao cơ hội."</w:t>
      </w:r>
    </w:p>
    <w:p>
      <w:pPr>
        <w:spacing w:after="80"/>
      </w:pPr>
      <w:r>
        <w:rPr>
          <w:b w:val="0"/>
          <w:i w:val="0"/>
        </w:rPr>
        <w:t>"Mẹ em từng ngồi trong ban giám đốc công ty của bố em mà," William nhắc cô.</w:t>
      </w:r>
    </w:p>
    <w:p>
      <w:pPr>
        <w:spacing w:after="80"/>
      </w:pPr>
      <w:r>
        <w:rPr>
          <w:b w:val="0"/>
          <w:i w:val="0"/>
        </w:rPr>
        <w:t xml:space="preserve">"Hỏi bà ấy xem bà được trả bao nhiêu khi vừa giữ sổ sách gọn gàng ngăn nắp vừa nuôi dạy em. Cẩn thận đấy, Thanh tra trưởng, một cuộc cách mạng sắp diễn ra, trong đó </w:t>
      </w:r>
      <w:r>
        <w:rPr>
          <w:b w:val="0"/>
          <w:i/>
        </w:rPr>
        <w:t>homo sapiens</w:t>
      </w:r>
      <w:r>
        <w:rPr>
          <w:b w:val="0"/>
          <w:i w:val="0"/>
        </w:rPr>
        <w:t xml:space="preserve"> sẽ bị thay thế bởi '</w:t>
      </w:r>
      <w:r>
        <w:rPr>
          <w:b w:val="0"/>
          <w:i/>
        </w:rPr>
        <w:t>femina sapiens</w:t>
      </w:r>
      <w:r>
        <w:rPr>
          <w:b w:val="0"/>
          <w:i w:val="0"/>
        </w:rPr>
        <w:t>'. Em dự đoán điều đó sẽ xảy ra trong tương lai không xa, kể cả khi hầu hết đàn ông không nhìn thấy trước."</w:t>
      </w:r>
    </w:p>
    <w:p>
      <w:pPr>
        <w:spacing w:after="80"/>
      </w:pPr>
      <w:r>
        <w:rPr>
          <w:b w:val="0"/>
          <w:i w:val="0"/>
        </w:rPr>
        <w:t>Giọng cô giờ đã bình tĩnh hơn, nhưng không kém phần kiên quyết. William không nhắc cô rằng cô đã bỏ qua phần nói về thời săn bắt hái lượm trong bài diễn văn của mình.</w:t>
      </w:r>
    </w:p>
    <w:p>
      <w:pPr>
        <w:spacing w:after="80"/>
      </w:pPr>
      <w:r>
        <w:rPr>
          <w:b w:val="0"/>
          <w:i w:val="0"/>
        </w:rPr>
        <w:t>‘Mình thừa nhận,’ Beth nói tiếp, ‘rằng nhờ sự hào phóng của bố mẹ mình, chúng ta may mắn có được ngôi nhà của riêng mình, nhưng chúng ta vẫn thấy khó mà xoay xở đủ sống, dù bố em đã lập một quỹ tín thác cho việc học của bọn trẻ. Thế nhưng, số dư tài khoản ngân hàng của mình vẫn cứ đỏ lòm từ ngày mình ra trường, còn của em thì chỉ dương đúng vào ngày hôm sau khi lĩnh lương. Không, William ạ, câu trả lời đơn giản cho câu hỏi của em là chúng ta không đủ khả năng nuôi thêm một đứa trẻ nữa, dù chúng ta có muốn đến mấy.’</w:t>
      </w:r>
    </w:p>
    <w:p>
      <w:pPr>
        <w:spacing w:after="80"/>
      </w:pPr>
      <w:r>
        <w:rPr>
          <w:b w:val="0"/>
          <w:i w:val="0"/>
        </w:rPr>
        <w:t>‘Nhưng nếu chúng ta đủ khả năng nuôi thêm một đứa thì sao?’</w:t>
      </w:r>
    </w:p>
    <w:p>
      <w:pPr>
        <w:spacing w:after="80"/>
      </w:pPr>
      <w:r>
        <w:rPr>
          <w:b w:val="0"/>
          <w:i w:val="0"/>
        </w:rPr>
        <w:t>‘Thì mình sẽ có sáu đứa,’ Beth nói. ‘Cặp sinh đôi là niềm vui của đời mình.’</w:t>
      </w:r>
    </w:p>
    <w:p>
      <w:pPr>
        <w:spacing w:after="80"/>
      </w:pPr>
      <w:r>
        <w:rPr>
          <w:b w:val="0"/>
          <w:i w:val="0"/>
        </w:rPr>
        <w:t>‘Ba đứa là mình chịu được rồi,’ William nói. ‘Và có lẽ mình đã tìm ra một giải pháp.’</w:t>
      </w:r>
    </w:p>
    <w:p>
      <w:pPr>
        <w:spacing w:after="80"/>
      </w:pPr>
      <w:r>
        <w:rPr>
          <w:b w:val="0"/>
          <w:i w:val="0"/>
        </w:rPr>
        <w:t>‘Anh trúng xổ số rồi hả, anh người hang? Hay chúng ta định đi cướp ngân hàng như Bonnie và Clyde?’ Beth hỏi, cố bắt chước giọng Warren Beatty.</w:t>
      </w:r>
    </w:p>
    <w:p>
      <w:pPr>
        <w:spacing w:after="80"/>
      </w:pPr>
      <w:r>
        <w:rPr>
          <w:b w:val="0"/>
          <w:i w:val="0"/>
        </w:rPr>
        <w:t>‘Cả hai đều không cần thiết. Chúng ta có thể có đứa con thứ ba mà không tốn thêm chi phí nào, và em thậm chí còn không phải nghỉ thai sản.’</w:t>
      </w:r>
    </w:p>
    <w:p>
      <w:pPr>
        <w:spacing w:after="80"/>
      </w:pPr>
      <w:r>
        <w:rPr>
          <w:b w:val="0"/>
          <w:i w:val="0"/>
        </w:rPr>
        <w:t>‘Mình nóng lòng muốn nghe xem chúng ta sẽ xoay xở được chuyện đó thế nào đây,’ Beth nói kèm một tiếng thở dài phóng đại.</w:t>
      </w:r>
    </w:p>
    <w:p>
      <w:pPr>
        <w:spacing w:after="80"/>
      </w:pPr>
      <w:r>
        <w:rPr>
          <w:b w:val="0"/>
          <w:i w:val="0"/>
        </w:rPr>
        <w:t>‘Viên sĩ quan bảo vệ cá nhân của Công nương sẽ nghỉ hưu vào năm mới, và cô ấy đã đề nghị Ross nhận công việc đó.’</w:t>
      </w:r>
    </w:p>
    <w:p>
      <w:pPr>
        <w:spacing w:after="80"/>
      </w:pPr>
      <w:r>
        <w:rPr>
          <w:b w:val="0"/>
          <w:i w:val="0"/>
        </w:rPr>
        <w:t>‘Vậy đó là lý do cô ấy mời cả hai người đến uống trà à?’</w:t>
      </w:r>
    </w:p>
    <w:p>
      <w:pPr>
        <w:spacing w:after="80"/>
      </w:pPr>
      <w:r>
        <w:rPr>
          <w:b w:val="0"/>
          <w:i w:val="0"/>
        </w:rPr>
        <w:t>‘Đúng vậy, nhưng Ross cảm thấy mình không thể đảm nhận trách nhiệm vừa làm việc vừa cố nuôi dạy Jojo cùng một lúc. Các bà mẹ đơn thân bằng cách nào đó vẫn xoay xở được trong hoàn cảnh tương tự, nhưng các ông bố đơn thân thì kém thích nghi hơn nhiều.’</w:t>
      </w:r>
    </w:p>
    <w:p>
      <w:pPr>
        <w:spacing w:after="80"/>
      </w:pPr>
      <w:r>
        <w:rPr>
          <w:b w:val="0"/>
          <w:i w:val="0"/>
        </w:rPr>
        <w:t>‘Nhất là những ông bố đơn thân nghiện công việc,’ Beth nói. ‘Mình hoàn toàn tin rằng nếu Ross nhận trách nhiệm đó, giờ giấc của anh ấy sẽ chẳng mấy dễ chịu cho ai. Ai cũng biết Diana không phải kiểu người thích ngồi yên ở nhà vào buổi tối. Nhưng dù mình rất muốn giúp Ross, mình không thấy việc này giải quyết được vấn đề của—’</w:t>
      </w:r>
    </w:p>
    <w:p>
      <w:pPr>
        <w:spacing w:after="80"/>
      </w:pPr>
      <w:r>
        <w:rPr>
          <w:b w:val="0"/>
          <w:i w:val="0"/>
        </w:rPr>
        <w:t>‘Khoản thấu chi của chúng ta,’ William nói. ‘Đừng quên, Josephine để lại cho Ross đủ tiền để đảm bảo anh ấy không bao giờ phải đi làm nữa, điều này hơi trớ trêu vì Ross hạnh phúc nhất khi được làm việc cật lực, và Công nương đã cho anh ấy cơ hội tận dụng mọi kỹ năng và kinh nghiệm anh ấy tích lũy bao năm qua. Thành thật mà nói, mình không biết ai đủ tiêu chuẩn cho công việc đó hơn anh ấy.’</w:t>
      </w:r>
    </w:p>
    <w:p>
      <w:pPr>
        <w:spacing w:after="80"/>
      </w:pPr>
      <w:r>
        <w:rPr>
          <w:b w:val="0"/>
          <w:i w:val="0"/>
        </w:rPr>
        <w:t>‘Nhưng thực tế một chút,’ Beth trầm ngâm nói, ‘chuyện đó sẽ diễn ra thế nào?’</w:t>
      </w:r>
    </w:p>
    <w:p>
      <w:pPr>
        <w:spacing w:after="80"/>
      </w:pPr>
      <w:r>
        <w:rPr>
          <w:b w:val="0"/>
          <w:i w:val="0"/>
        </w:rPr>
        <w:t>‘Jojo sẽ đến sống với chúng ta như một thành viên trong gia đình. Ross sẽ đến thăm con bé bất cứ khi nào có thể và đưa con bé đi chơi vào những ngày nghỉ. Tất nhiên, hai bố con sẽ đi nghỉ cùng nhau khi anh ấy nghỉ phép năm. Đổi lại, anh ấy sẽ trả lương cho Sarah, và đưa chúng ta một trăm bảng mỗi tuần để trang trải mọi chi phí khác. Anh ấy cũng sẽ góp một phần ba số tiền vào quỹ tín thác giáo dục, để Jojo được hưởng những lợi ích như cặp sinh đôi.’</w:t>
      </w:r>
    </w:p>
    <w:p>
      <w:pPr>
        <w:spacing w:after="80"/>
      </w:pPr>
      <w:r>
        <w:rPr>
          <w:b w:val="0"/>
          <w:i w:val="0"/>
        </w:rPr>
        <w:t>‘Trên cả việc trả lương cho Sarah ư? Thế thì quá hào phóng rồi.’</w:t>
      </w:r>
    </w:p>
    <w:p>
      <w:pPr>
        <w:spacing w:after="80"/>
      </w:pPr>
      <w:r>
        <w:rPr>
          <w:b w:val="0"/>
          <w:i w:val="0"/>
        </w:rPr>
        <w:t>‘Điều bất lợi là chúng ta sẽ phải chăm sóc ba đứa trẻ, chứ không phải hai.’</w:t>
      </w:r>
    </w:p>
    <w:p>
      <w:pPr>
        <w:spacing w:after="80"/>
      </w:pPr>
      <w:r>
        <w:rPr>
          <w:b w:val="0"/>
          <w:i w:val="0"/>
        </w:rPr>
        <w:t>‘Đó là mặt tốt của nó,’ Beth nói, không giấu nổi vẻ phấn khích trước lời đề nghị. ‘Nhưng anh nghĩ cặp song sinh sẽ phản ứng thế nào khi chúng ta nói với chúng?’</w:t>
      </w:r>
    </w:p>
    <w:p>
      <w:pPr>
        <w:spacing w:after="80"/>
      </w:pPr>
      <w:r>
        <w:rPr>
          <w:b w:val="0"/>
          <w:i w:val="0"/>
        </w:rPr>
        <w:t>‘Artemisia sẽ chăm sóc Jojo đến chết mất, nhất là khi con bé biết điều đó có nghĩa là Ross sẽ có thể chăm sóc Công chúa. Peter sẽ giả vờ không để ý, cho đến khi con bé đủ lớn để chơi bóng đá.’ William ngồi ngả người ra sau và chờ Beth trả lời trước khi nói thêm, ‘Anh đã cảnh báo Ross rằng em có thể cần chút thời gian để suy nghĩ về việc này.’</w:t>
      </w:r>
    </w:p>
    <w:p>
      <w:pPr>
        <w:spacing w:after="80"/>
      </w:pPr>
      <w:r>
        <w:rPr>
          <w:b w:val="0"/>
          <w:i w:val="0"/>
        </w:rPr>
        <w:t>‘Một phần tỷ giây thì sao?’ Beth đáp.</w:t>
      </w:r>
    </w:p>
    <w:p>
      <w:pPr>
        <w:spacing w:after="80"/>
        <w:jc w:val="center"/>
      </w:pPr>
      <w:r>
        <w:rPr>
          <w:b w:val="0"/>
          <w:i w:val="0"/>
        </w:rPr>
        <w:t>• • •</w:t>
      </w:r>
    </w:p>
    <w:p>
      <w:pPr>
        <w:spacing w:after="80"/>
      </w:pPr>
      <w:r>
        <w:rPr>
          <w:b w:val="0"/>
          <w:i w:val="0"/>
        </w:rPr>
        <w:t>Booth Watson nhìn qua bàn làm việc về phía cựu Tổng thanh tra – một kẻ ông căm ghét, và ông nghi ngờ rằng cảm giác đó là song phương. Tuy vậy, không ai đủ năng lực hơn để làm công việc ông đang nghĩ tới. Lamont mặc một bộ vest tuy bảnh bao nhưng hơi chật, cho thấy anh ta đã tăng bao nhiêu cân kể từ khi rời Met.</w:t>
      </w:r>
    </w:p>
    <w:p>
      <w:pPr>
        <w:spacing w:after="80"/>
      </w:pPr>
      <w:r>
        <w:rPr>
          <w:b w:val="0"/>
          <w:i w:val="0"/>
        </w:rPr>
        <w:t>‘Tôi có một nhiệm vụ đặc biệt nhạy cảm cần anh thực hiện thay tôi,’ Booth Watson mở lời. Lamont gật đầu cộc lốc. ‘Như anh đã biết, Miles Faulkner đã trở lại tù, và tôi sẽ bào chữa cho anh ta khi vụ án được đưa ra tại Old Bailey. Trong lúc đó, tôi phải chắc chắn rằng nhân chứng chính của tôi, bà Christina Faulkner, có thể tin cậy được nếu tôi quyết định đưa bà ta lên ghế nhân chứng.’</w:t>
      </w:r>
    </w:p>
    <w:p>
      <w:pPr>
        <w:spacing w:after="80"/>
      </w:pPr>
      <w:r>
        <w:rPr>
          <w:b w:val="0"/>
          <w:i w:val="0"/>
        </w:rPr>
        <w:t>Một cái gật đầu nữa. Lamont biết khi nào không nên ngắt lời nguồn thu nhập chính của mình.</w:t>
      </w:r>
    </w:p>
    <w:p>
      <w:pPr>
        <w:spacing w:after="80"/>
      </w:pPr>
      <w:r>
        <w:rPr>
          <w:b w:val="0"/>
          <w:i w:val="0"/>
        </w:rPr>
        <w:t>‘Anh đã từng giao thiệp với quý bà này trong quá khứ,’ Booth Watson tiếp tục, ‘nên anh hẳn biết rõ bà ta không thể tin được. Chẳng có gì đáng ngạc nhiên khi tôi cần ai đó theo dõi sát sao bà ta cả ngày lẫn đêm.’</w:t>
      </w:r>
    </w:p>
    <w:p>
      <w:pPr>
        <w:spacing w:after="80"/>
      </w:pPr>
      <w:r>
        <w:rPr>
          <w:b w:val="0"/>
          <w:i w:val="0"/>
        </w:rPr>
        <w:t>‘Có điều gì đặc biệt tôi nên để mắt tới không?’</w:t>
      </w:r>
    </w:p>
    <w:p>
      <w:pPr>
        <w:spacing w:after="80"/>
      </w:pPr>
      <w:r>
        <w:rPr>
          <w:b w:val="0"/>
          <w:i w:val="0"/>
        </w:rPr>
        <w:t>‘Tôi cần biết bà ta thường xuyên liên lạc với ai, nhất là bà ta gặp bà Beth Warwick bao lâu một lần. Quan trọng hơn nữa, liệu bà ta có bao giờ liên lạc với chồng của người phụ nữ đó không.’</w:t>
      </w:r>
    </w:p>
    <w:p>
      <w:pPr>
        <w:spacing w:after="80"/>
      </w:pPr>
      <w:r>
        <w:rPr>
          <w:b w:val="0"/>
          <w:i w:val="0"/>
        </w:rPr>
        <w:t>Một biểu cảm thoáng qua trên mặt Lamont, ngụ ý rằng với anh ta, DCI Warwick thuộc diện việc chưa giải quyết xong. BW biết rõ rằng Warwick chính là người khiến Lamont phải rời lực lượng chỉ vài tháng trước khi anh ta đủ điều kiện nhận lương hưu trọn vẹn. Tất nhiên không có gì trong hồ sơ, nhưng không ai nghi ngờ lý do tại sao anh ta phải từ chức và, có lẽ quan trọng hơn, ai là người chịu trách nhiệm cho sự ra đi đột ngột của anh ta.</w:t>
      </w:r>
    </w:p>
    <w:p>
      <w:pPr>
        <w:spacing w:after="80"/>
      </w:pPr>
      <w:r>
        <w:rPr>
          <w:b w:val="0"/>
          <w:i w:val="0"/>
        </w:rPr>
        <w:t>‘Cuối cùng,’ Booth Watson nói, ‘tôi biết anh đã từng làm việc cho bà Faulkner trong quá khứ. Nhưng từ giờ trở đi anh sẽ</w:t>
      </w:r>
      <w:r>
        <w:rPr>
          <w:b w:val="0"/>
          <w:i/>
        </w:rPr>
        <w:t xml:space="preserve"> chỉ</w:t>
      </w:r>
      <w:r>
        <w:rPr>
          <w:b w:val="0"/>
          <w:i w:val="0"/>
        </w:rPr>
        <w:t xml:space="preserve"> làm việc cho tôi. Nếu tôi phát hiện ra anh làm thêm ngoài giờ, hai chuyện sẽ xảy ra. Thứ nhất, thu nhập của anh sẽ cạn khô ngay trong ngày hôm đó.’</w:t>
      </w:r>
    </w:p>
    <w:p>
      <w:pPr>
        <w:spacing w:after="80"/>
      </w:pPr>
      <w:r>
        <w:rPr>
          <w:b w:val="0"/>
          <w:i w:val="0"/>
        </w:rPr>
        <w:t>Và thứ hai, Lamont muốn hỏi, nhưng không cần phải hỏi.</w:t>
      </w:r>
    </w:p>
    <w:p>
      <w:pPr>
        <w:spacing w:after="80"/>
      </w:pPr>
      <w:r>
        <w:rPr>
          <w:b w:val="0"/>
          <w:i w:val="0"/>
        </w:rPr>
        <w:t>‘Và thứ hai, tôi sẽ phải thông báo cho khách hàng của tôi về sự phản bội của anh.’ Booth Watson để lời đe dọa ngầm lơ lửng trong không khí trước khi nói thêm, ‘Tôi đã nói rõ chưa?’</w:t>
      </w:r>
    </w:p>
    <w:p>
      <w:pPr>
        <w:spacing w:after="80"/>
      </w:pPr>
      <w:r>
        <w:rPr>
          <w:b w:val="0"/>
          <w:i w:val="0"/>
        </w:rPr>
        <w:t>‘Rõ như pha lê.’</w:t>
      </w:r>
    </w:p>
    <w:p>
      <w:pPr>
        <w:spacing w:after="80"/>
      </w:pPr>
      <w:r>
        <w:rPr>
          <w:b w:val="0"/>
          <w:i w:val="0"/>
        </w:rPr>
        <w:t>Booth Watson gật đầu, rồi mở ngăn kéo trên cùng của bàn và lấy ra một phong bì nâu dày. Ông đẩy nó chầm chậm qua bàn để ngụ ý cuộc gặp đã kết thúc.</w:t>
      </w:r>
    </w:p>
    <w:p>
      <w:pPr>
        <w:spacing w:after="80"/>
      </w:pPr>
      <w:r>
        <w:rPr>
          <w:b w:val="0"/>
          <w:i w:val="0"/>
        </w:rPr>
        <w:t>‘Và đừng có mơ mà động vào mấy khoản chi phí của mình,’ Booth Watson nói câu cuối cùng khi Lamont đứng dậy định rời đi. ‘Bởi vì nếu làm thế, anh sẽ chỉ còn sống bằng khoản lương hưu ít ỏi của mình thôi. Và đúng, tôi biết rõ thói chi tiêu của vợ anh đấy.’</w:t>
      </w:r>
    </w:p>
    <w:p>
      <w:pPr>
        <w:spacing w:after="80"/>
      </w:pPr>
      <w:r>
        <w:rPr>
          <w:b w:val="0"/>
          <w:i w:val="0"/>
        </w:rPr>
        <w:t>Vị cựu tổng thanh tra mừng vì mình đã quay lưng lại với Booth Watson để ông chủ trả tiền không nhìn thấy vẻ mặt của anh ta.</w:t>
      </w:r>
    </w:p>
    <w:p>
      <w:pPr>
        <w:pStyle w:val="Heading2"/>
      </w:pPr>
      <w:r>
        <w:rPr>
          <w:rFonts w:ascii="Calibri" w:hAnsi="Calibri"/>
          <w:b/>
          <w:i w:val="0"/>
          <w:sz w:val="32"/>
        </w:rPr>
        <w:t>CHƯƠNG 8</w:t>
      </w:r>
    </w:p>
    <w:p>
      <w:pPr>
        <w:spacing w:after="80"/>
      </w:pPr>
      <w:r>
        <w:rPr>
          <w:b w:val="0"/>
          <w:i w:val="0"/>
        </w:rPr>
        <w:t>DÙ WILLIAM NÓNG LÒNG MUỐN lao ngay vào cuộc điều tra Milner, khoảng thời gian chờ đợi dài dằng dặc lại cho anh cơ hội hiểu Jo Junior rõ hơn, đồng thời quan sát – ban đầu hơi lo lắng một chút – xem cô bé hòa nhập với phần còn lại của gia đình thế nào. Anh chẳng cần phải lo, bởi Artemisia, đúng như Beth dự đoán, nhanh chóng dang cánh che chở cho cô em gái mới, dù Peter giả vờ lờ Jojo đi, mặc dù cậu bé luôn là người đầu tiên đứng ra bênh vực cô bé mỗi khi cô gặp rắc rối. Bộ đôi nhanh chóng thành bộ ba, và bất cứ ai nhìn thấy chúng cùng nhau đều tưởng chúng là một gia đình. Còn về “hai ông nội cưng cháu hết mực”, theo lời Beth, thì cả hai đều mê tít cô bé mới đến, trong khi các bà nội thì nuông chiều cô bé hết mức.</w:t>
      </w:r>
    </w:p>
    <w:p>
      <w:pPr>
        <w:spacing w:after="80"/>
      </w:pPr>
      <w:r>
        <w:rPr>
          <w:b w:val="0"/>
          <w:i w:val="0"/>
        </w:rPr>
        <w:t>William chấp nhận rằng quá trình chuyển đổi đã hoàn tất sau khi một đồng nghiệp từ phòng tranh đến thăm nói với Beth: ‘Jojo trông giống hệt cô.’</w:t>
      </w:r>
    </w:p>
    <w:p>
      <w:pPr>
        <w:spacing w:after="80"/>
      </w:pPr>
      <w:r>
        <w:rPr>
          <w:b w:val="0"/>
          <w:i w:val="0"/>
        </w:rPr>
        <w:t>‘Tôi thấy vinh dự quá,’ Beth đáp, nhớ lại vợ của Ross, Josephine, đã từng xinh đẹp đến nhường nào.</w:t>
      </w:r>
    </w:p>
    <w:p>
      <w:pPr>
        <w:spacing w:after="80"/>
      </w:pPr>
      <w:r>
        <w:rPr>
          <w:b w:val="0"/>
          <w:i w:val="0"/>
        </w:rPr>
        <w:t>Ross đến thăm con gái mỗi khi có thể, nhưng vì anh phải tham gia một khóa huấn luyện dài trước khi có thể bắt đầu công việc làm sĩ quan bảo vệ cá nhân cho Công nương Diana, nên những lần thăm nom ít hơn anh mong muốn. Nhưng anh vẫn thu xếp trốn ra được vài ngày vào dịp Giáng sinh, và đến nhà vào sáng Giáng sinh với đầy ắp quà cho người phụ nữ duy nhất còn lại trong đời mình.</w:t>
      </w:r>
    </w:p>
    <w:p>
      <w:pPr>
        <w:spacing w:after="80"/>
      </w:pPr>
      <w:r>
        <w:rPr>
          <w:b w:val="0"/>
          <w:i w:val="0"/>
        </w:rPr>
        <w:t>Jojo ôm chầm lấy bố, trước khi anh trao ba chiếc hộp lớn cho ba đứa trẻ đang háo hức, chúng chẳng buồn hỏi xem có được mở không.</w:t>
      </w:r>
    </w:p>
    <w:p>
      <w:pPr>
        <w:spacing w:after="80"/>
      </w:pPr>
      <w:r>
        <w:rPr>
          <w:b w:val="0"/>
          <w:i w:val="0"/>
        </w:rPr>
        <w:t>‘Sao lâu rồi con không gặp bố vậy, Papa?’ Jojo hỏi khi đang xé giấy gói món quà của mình.</w:t>
      </w:r>
    </w:p>
    <w:p>
      <w:pPr>
        <w:spacing w:after="80"/>
      </w:pPr>
      <w:r>
        <w:rPr>
          <w:b w:val="0"/>
          <w:i w:val="0"/>
        </w:rPr>
        <w:t>‘Bố kể cho con bé nhé?’ Ross nói, quay sang William.</w:t>
      </w:r>
    </w:p>
    <w:p>
      <w:pPr>
        <w:spacing w:after="80"/>
      </w:pPr>
      <w:r>
        <w:rPr>
          <w:b w:val="0"/>
          <w:i w:val="0"/>
        </w:rPr>
        <w:t>‘Được, tất nhiên rồi,’ Beth nói trước khi William kịp đáp. ‘Nhưng bố nên có lý do chính đáng đấy, vì các tiểu thư trẻ không thích bị cho leo cây mà không có lời giải thích đâu.’</w:t>
      </w:r>
    </w:p>
    <w:p>
      <w:pPr>
        <w:spacing w:after="80"/>
      </w:pPr>
      <w:r>
        <w:rPr>
          <w:b w:val="0"/>
          <w:i w:val="0"/>
        </w:rPr>
        <w:t>‘Bố vừa tham gia một khóa huấn luyện bảo vệ cận chiến chuyên sâu,’ Ross nói khi ngồi xếp bằng trên sàn cạnh con gái. ‘Tối mật đấy,’ anh thì thầm.</w:t>
      </w:r>
    </w:p>
    <w:p>
      <w:pPr>
        <w:spacing w:after="80"/>
      </w:pPr>
      <w:r>
        <w:rPr>
          <w:b w:val="0"/>
          <w:i w:val="0"/>
        </w:rPr>
        <w:t>‘Chi tiết đi, chi tiết đi!’ Artemisia đòi, bắt chước ông nội mình.</w:t>
      </w:r>
    </w:p>
    <w:p>
      <w:pPr>
        <w:spacing w:after="80"/>
      </w:pPr>
      <w:r>
        <w:rPr>
          <w:b w:val="0"/>
          <w:i w:val="0"/>
        </w:rPr>
        <w:t>‘Sáu tuần qua, bố học cách lái xe lùi trong mưa và thực hiện cú quay xe J-turn trước khi phóng đi với tốc độ cao.’</w:t>
      </w:r>
    </w:p>
    <w:p>
      <w:pPr>
        <w:spacing w:after="80"/>
      </w:pPr>
      <w:r>
        <w:rPr>
          <w:b w:val="0"/>
          <w:i w:val="0"/>
        </w:rPr>
        <w:t>‘J-turn là gì hả bố?’ Peter hỏi khi lấy chiếc xe cảnh sát mô hình ra khỏi hộp, lên dây cót và cho chạy, đèn nhấp nháy, còi hú vang.</w:t>
      </w:r>
    </w:p>
    <w:p>
      <w:pPr>
        <w:spacing w:after="80"/>
      </w:pPr>
      <w:r>
        <w:rPr>
          <w:b w:val="0"/>
          <w:i w:val="0"/>
        </w:rPr>
        <w:t>‘Con phải có khả năng quay nửa vòng trong khi đang lùi,’ Ross nói, ‘để hướng mặt đúng về phía ngược lại hoàn toàn, và có thể phóng đi ngay.’</w:t>
      </w:r>
    </w:p>
    <w:p>
      <w:pPr>
        <w:spacing w:after="80"/>
      </w:pPr>
      <w:r>
        <w:rPr>
          <w:b w:val="0"/>
          <w:i w:val="0"/>
        </w:rPr>
        <w:t>‘Đó có phải là nơi Công nương Diana sống không?’ Jojo hỏi, mắt dán vào bức hình Cung điện Buckingham trên hộp Lego của cô bé.</w:t>
      </w:r>
    </w:p>
    <w:p>
      <w:pPr>
        <w:spacing w:after="80"/>
      </w:pPr>
      <w:r>
        <w:rPr>
          <w:b w:val="0"/>
          <w:i w:val="0"/>
        </w:rPr>
        <w:t>‘Tất nhiên là không rồi,’ Artemisia nói khi Jojo đổ hết đồ trong hộp ra sàn. ‘Bạn của tôi sống ở Cung điện Kensington cùng với Thái tử xứ Wales, và Ross, người chăm sóc cho cô ấy.’</w:t>
      </w:r>
    </w:p>
    <w:p>
      <w:pPr>
        <w:spacing w:after="80"/>
      </w:pPr>
      <w:r>
        <w:rPr>
          <w:b w:val="0"/>
          <w:i w:val="0"/>
        </w:rPr>
        <w:t>‘Chú có súng không?’ Peter hỏi, chĩa ngón trỏ về phía Ross.</w:t>
      </w:r>
    </w:p>
    <w:p>
      <w:pPr>
        <w:spacing w:after="80"/>
      </w:pPr>
      <w:r>
        <w:rPr>
          <w:b w:val="0"/>
          <w:i w:val="0"/>
        </w:rPr>
        <w:t>‘Có chứ, nhưng người tiền nhiệm của tôi chưa một lần phải rút vũ khí trong suốt thời gian làm việc cho Công nương.’</w:t>
      </w:r>
    </w:p>
    <w:p>
      <w:pPr>
        <w:spacing w:after="80"/>
      </w:pPr>
      <w:r>
        <w:rPr>
          <w:b w:val="0"/>
          <w:i w:val="0"/>
        </w:rPr>
        <w:t>‘Và mong là chú cũng sẽ không phải làm thế,’ Beth nói.</w:t>
      </w:r>
    </w:p>
    <w:p>
      <w:pPr>
        <w:spacing w:after="80"/>
      </w:pPr>
      <w:r>
        <w:rPr>
          <w:b w:val="0"/>
          <w:i w:val="0"/>
        </w:rPr>
        <w:t>‘Người tiền nhiệm nghĩa là gì ạ?’ Artemisia hỏi khi cô bé gắn một viên gạch Lego lớn vào đúng chỗ.</w:t>
      </w:r>
    </w:p>
    <w:p>
      <w:pPr>
        <w:spacing w:after="80"/>
      </w:pPr>
      <w:r>
        <w:rPr>
          <w:b w:val="0"/>
          <w:i w:val="0"/>
        </w:rPr>
        <w:t>‘Là người đã làm công việc đó trước Ross,’ Beth giải thích.</w:t>
      </w:r>
    </w:p>
    <w:p>
      <w:pPr>
        <w:spacing w:after="80"/>
      </w:pPr>
      <w:r>
        <w:rPr>
          <w:b w:val="0"/>
          <w:i w:val="0"/>
        </w:rPr>
        <w:t>‘Công nương có xe cảnh sát giống của cháu không?’ Peter hỏi, lên dây cót chiếc xe lần nữa.</w:t>
      </w:r>
    </w:p>
    <w:p>
      <w:pPr>
        <w:spacing w:after="80"/>
      </w:pPr>
      <w:r>
        <w:rPr>
          <w:b w:val="0"/>
          <w:i w:val="0"/>
        </w:rPr>
        <w:t>‘Có chứ,’ Ross nói, ‘và tôi ngồi ở ghế hành khách phía trước, còn Công nương ngồi phía sau cùng với thị nữ của mình.’</w:t>
      </w:r>
    </w:p>
    <w:p>
      <w:pPr>
        <w:spacing w:after="80"/>
      </w:pPr>
      <w:r>
        <w:rPr>
          <w:b w:val="0"/>
          <w:i w:val="0"/>
        </w:rPr>
        <w:t>‘Thị nữ là gì ạ?’ Jojo hỏi khi cô bé nhặt một ô cửa sổ lên và kiểm tra hình trên nắp hộp. Chẳng ích gì khi cung điện có tới bảy trăm sáu mươi cửa sổ.</w:t>
      </w:r>
    </w:p>
    <w:p>
      <w:pPr>
        <w:spacing w:after="80"/>
      </w:pPr>
      <w:r>
        <w:rPr>
          <w:b w:val="0"/>
          <w:i w:val="0"/>
        </w:rPr>
        <w:t>‘Là người đồng hành cùng Công nương mỗi khi cô ấy tham dự một sự kiện chính thức,’ Ross giải thích. ‘Thường là một người bạn thân.’</w:t>
      </w:r>
    </w:p>
    <w:p>
      <w:pPr>
        <w:spacing w:after="80"/>
      </w:pPr>
      <w:r>
        <w:rPr>
          <w:b w:val="0"/>
          <w:i w:val="0"/>
        </w:rPr>
        <w:t>‘Cháu muốn làm thị nữ,’ Artemisia nói.</w:t>
      </w:r>
    </w:p>
    <w:p>
      <w:pPr>
        <w:spacing w:after="80"/>
      </w:pPr>
      <w:r>
        <w:rPr>
          <w:b w:val="0"/>
          <w:i w:val="0"/>
        </w:rPr>
        <w:t>‘Thế còn nghi thức thì sao?’ Beth nói với nụ cười tinh nghịch. ‘Họ có dạy cháu cách cư xử trước mặt một thành viên Hoàng gia không?’</w:t>
      </w:r>
    </w:p>
    <w:p>
      <w:pPr>
        <w:spacing w:after="80"/>
      </w:pPr>
      <w:r>
        <w:rPr>
          <w:b w:val="0"/>
          <w:i w:val="0"/>
        </w:rPr>
        <w:t>‘Cháu cúi đầu từ cổ, không phải từ eo, đồng thời phải luôn gọi họ bằng đúng tước hiệu,’ Ross vừa nói vừa ngước lên, ‘và cháu tuyệt đối không bao giờ được đặt câu hỏi với một thành viên Hoàng gia.’</w:t>
      </w:r>
    </w:p>
    <w:p>
      <w:pPr>
        <w:spacing w:after="80"/>
      </w:pPr>
      <w:r>
        <w:rPr>
          <w:b w:val="0"/>
          <w:i w:val="0"/>
        </w:rPr>
        <w:t>‘Vậy thì cuộc trò chuyện chắc chỉ có một chiều thôi,’ Beth nhận xét.</w:t>
      </w:r>
    </w:p>
    <w:p>
      <w:pPr>
        <w:spacing w:after="80"/>
      </w:pPr>
      <w:r>
        <w:rPr>
          <w:b w:val="0"/>
          <w:i w:val="0"/>
        </w:rPr>
        <w:t>‘Cháu sẽ gọi Nữ hoàng thế nào nếu gặp bà trên đường?’ Jojo hỏi.</w:t>
      </w:r>
    </w:p>
    <w:p>
      <w:pPr>
        <w:spacing w:after="80"/>
      </w:pPr>
      <w:r>
        <w:rPr>
          <w:b w:val="0"/>
          <w:i w:val="0"/>
        </w:rPr>
        <w:t>‘Con sẽ nhún gối chào chứ không phải cúi người, và gọi bà ấy là “Thưa Bệ hạ”,’ Ross nói khi Artemisia gắn một vòm cổng vào mặt trước cung điện.</w:t>
      </w:r>
    </w:p>
    <w:p>
      <w:pPr>
        <w:spacing w:after="80"/>
      </w:pPr>
      <w:r>
        <w:rPr>
          <w:b w:val="0"/>
          <w:i w:val="0"/>
        </w:rPr>
        <w:t>‘Còn bạn của Arti, Công nương Diana thì sao?’</w:t>
      </w:r>
    </w:p>
    <w:p>
      <w:pPr>
        <w:spacing w:after="80"/>
      </w:pPr>
      <w:r>
        <w:rPr>
          <w:b w:val="0"/>
          <w:i w:val="0"/>
        </w:rPr>
        <w:t>‘“Thưa Điện hạ”, khi con gặp bà ấy lần đầu, rồi “thưa bà” trong bất kỳ cuộc trò chuyện nào tiếp theo, và “Thưa Điện hạ” một lần nữa khi cuộc trò chuyện kết thúc và bà ấy rời đi.’</w:t>
      </w:r>
    </w:p>
    <w:p>
      <w:pPr>
        <w:spacing w:after="80"/>
      </w:pPr>
      <w:r>
        <w:rPr>
          <w:b w:val="0"/>
          <w:i w:val="0"/>
        </w:rPr>
        <w:t>‘Chào buổi sáng, thưa Điện hạ,’ Artemisia nói khi đứng dậy và nhún gối chào.</w:t>
      </w:r>
    </w:p>
    <w:p>
      <w:pPr>
        <w:spacing w:after="80"/>
      </w:pPr>
      <w:r>
        <w:rPr>
          <w:b w:val="0"/>
          <w:i w:val="0"/>
        </w:rPr>
        <w:t>‘Nhưng chắc chắn nếu con là bạn như Arti,’ Jojo nói, ‘thì con có thể gọi bà ấy là Diana chứ?’</w:t>
      </w:r>
    </w:p>
    <w:p>
      <w:pPr>
        <w:spacing w:after="80"/>
      </w:pPr>
      <w:r>
        <w:rPr>
          <w:b w:val="0"/>
          <w:i w:val="0"/>
        </w:rPr>
        <w:t>‘Dĩ nhiên là không,’ Ross nói, với vẻ kinh hoàng giả vờ. ‘Ngay cả thị nữ của bà ấy cũng không gọi bà ấy bằng tên thánh.’</w:t>
      </w:r>
    </w:p>
    <w:p>
      <w:pPr>
        <w:spacing w:after="80"/>
      </w:pPr>
      <w:r>
        <w:rPr>
          <w:b w:val="0"/>
          <w:i w:val="0"/>
        </w:rPr>
        <w:t>‘Vậy thì ai gọi?’ Beth hỏi.</w:t>
      </w:r>
    </w:p>
    <w:p>
      <w:pPr>
        <w:spacing w:after="80"/>
      </w:pPr>
      <w:r>
        <w:rPr>
          <w:b w:val="0"/>
          <w:i w:val="0"/>
        </w:rPr>
        <w:t>‘Các thành viên khác của Hoàng gia và bạn thân, nhưng chỉ khi ở riêng thôi.’</w:t>
      </w:r>
    </w:p>
    <w:p>
      <w:pPr>
        <w:spacing w:after="80"/>
      </w:pPr>
      <w:r>
        <w:rPr>
          <w:b w:val="0"/>
          <w:i w:val="0"/>
        </w:rPr>
        <w:t>‘Và những quy tắc tương tự có áp dụng cho Nữ hoàng không?’ Beth hỏi. ‘Có ai gọi bà ấy là Elizabeth không?’</w:t>
      </w:r>
    </w:p>
    <w:p>
      <w:pPr>
        <w:spacing w:after="80"/>
      </w:pPr>
      <w:r>
        <w:rPr>
          <w:b w:val="0"/>
          <w:i w:val="0"/>
        </w:rPr>
        <w:t>‘Tôi nghi là chỉ có Thái hậu, Công chúa Margaret và Công tước Edinburgh, những người đều gọi bà ấy là “Lilibet”, nhưng không phải ở nơi công cộng.’</w:t>
      </w:r>
    </w:p>
    <w:p>
      <w:pPr>
        <w:spacing w:after="80"/>
      </w:pPr>
      <w:r>
        <w:rPr>
          <w:b w:val="0"/>
          <w:i w:val="0"/>
        </w:rPr>
        <w:t>‘Họ cũng cúi người và nhún gối chào à?’</w:t>
      </w:r>
    </w:p>
    <w:p>
      <w:pPr>
        <w:spacing w:after="80"/>
      </w:pPr>
      <w:r>
        <w:rPr>
          <w:b w:val="0"/>
          <w:i w:val="0"/>
        </w:rPr>
        <w:t>‘Trong các dịp nghi lễ quốc gia thì có, và tôi được kể là cả lúc thức dậy buổi sáng lẫn lúc đi ngủ buổi tối.’</w:t>
      </w:r>
    </w:p>
    <w:p>
      <w:pPr>
        <w:spacing w:after="80"/>
      </w:pPr>
      <w:r>
        <w:rPr>
          <w:b w:val="0"/>
          <w:i w:val="0"/>
        </w:rPr>
        <w:t>‘Tôi cá là Công tước Edinburgh không cúi người trước khi leo lên giường đâu,’ Beth nói.</w:t>
      </w:r>
    </w:p>
    <w:p>
      <w:pPr>
        <w:spacing w:after="80"/>
      </w:pPr>
      <w:r>
        <w:rPr>
          <w:b w:val="0"/>
          <w:i w:val="0"/>
        </w:rPr>
        <w:t>‘Họ có phòng ngủ riêng,’ Ross nói, nhìn sang Artemisia và Jojo, những người đang tiếp tục xây cung điện của mình. Ông vui mừng khi thấy con gái mình đã hòa nhập tốt đến vậy, và rằng giờ đây cô bé rõ ràng đã được chấp nhận như một thành viên của gia đình.</w:t>
      </w:r>
    </w:p>
    <w:p>
      <w:pPr>
        <w:spacing w:after="80"/>
      </w:pPr>
      <w:r>
        <w:rPr>
          <w:b w:val="0"/>
          <w:i w:val="0"/>
        </w:rPr>
        <w:t>Ross đứng dậy khỏi sàn khi Peter luyện tập cho xe cảnh sát của mình lùi lại và quay nửa vòng trước khi phóng đi. ‘Tôi không biết phải cảm ơn anh chị bao nhiêu cho đủ,’ Ross nói khi Beth đưa cho ông một ly rượu vang nóng.</w:t>
      </w:r>
    </w:p>
    <w:p>
      <w:pPr>
        <w:spacing w:after="80"/>
      </w:pPr>
      <w:r>
        <w:rPr>
          <w:b w:val="0"/>
          <w:i w:val="0"/>
        </w:rPr>
        <w:t>‘Chúng tôi yêu con bé như con ruột của mình,’ Beth nói. ‘Nên đừng có nghĩ đến chuyện đưa con bé đi đấy.’</w:t>
      </w:r>
    </w:p>
    <w:p>
      <w:pPr>
        <w:spacing w:after="80"/>
      </w:pPr>
      <w:r>
        <w:rPr>
          <w:b w:val="0"/>
          <w:i w:val="0"/>
        </w:rPr>
        <w:t>‘Khó có chuyện đó xảy ra khi tôi đang làm việc cho Diana lắm,’ Ross nói.</w:t>
      </w:r>
    </w:p>
    <w:p>
      <w:pPr>
        <w:spacing w:after="80"/>
      </w:pPr>
      <w:r>
        <w:rPr>
          <w:b w:val="0"/>
          <w:i w:val="0"/>
        </w:rPr>
        <w:t>‘Công nương Diana!’ Artemisia khẳng định chắc nịch.</w:t>
      </w:r>
    </w:p>
    <w:p>
      <w:pPr>
        <w:spacing w:after="80"/>
      </w:pPr>
      <w:r>
        <w:rPr>
          <w:b w:val="0"/>
          <w:i w:val="0"/>
        </w:rPr>
        <w:t>Beth bật cười. ‘Sao hai người không ngồi ôn lại chuyện cũ đi,’ cô nói, quay sang William, ‘trong khi tôi đi xem con gà tây thế nào, vì nó chắc chắn không tự nấu chín được đâu.’</w:t>
      </w:r>
    </w:p>
    <w:p>
      <w:pPr>
        <w:spacing w:after="80"/>
      </w:pPr>
      <w:r>
        <w:rPr>
          <w:b w:val="0"/>
          <w:i w:val="0"/>
        </w:rPr>
        <w:t>Ross ngồi phịch xuống chiếc ghế cạnh William và hỏi ngay, ‘Booth Watson có thò đầu lên khỏi mặt nước trong lúc tôi vắng mặt không?’</w:t>
      </w:r>
    </w:p>
    <w:p>
      <w:pPr>
        <w:spacing w:after="80"/>
      </w:pPr>
      <w:r>
        <w:rPr>
          <w:b w:val="0"/>
          <w:i w:val="0"/>
        </w:rPr>
        <w:t>‘Chưa đủ để tôi nhắm bắn đâu,’ William thừa nhận, đồng thời giơ ly làm bộ chúc mừng Ross. ‘Tuy nhiên, bọn tôi biết chắc là mấy tuần nay, sáng thứ Sáu nào ông ta cũng tổ chức các buổi họp pháp lý với thân chủ ở Belmarsh. Thực ra, tôi bắt đầu tự hỏi liệu ông ta có quyết định không đối đầu với chúng ta không.’</w:t>
      </w:r>
    </w:p>
    <w:p>
      <w:pPr>
        <w:spacing w:after="80"/>
      </w:pPr>
      <w:r>
        <w:rPr>
          <w:b w:val="0"/>
          <w:i w:val="0"/>
        </w:rPr>
        <w:t>‘Sao lại không chứ,’ Ross nói, ‘khi ông ta chẳng có gì để mất?’</w:t>
      </w:r>
    </w:p>
    <w:p>
      <w:pPr>
        <w:spacing w:after="80"/>
      </w:pPr>
      <w:r>
        <w:rPr>
          <w:b w:val="0"/>
          <w:i w:val="0"/>
        </w:rPr>
        <w:t>‘Có lẽ ông ta có cái gì đó để mất đấy,’ William đáp lại. ‘Vì tôi không hoàn toàn tin rằng Faulkner biết bộ sưu tập nghệ thuật quý giá của mình không còn treo trên tường ngôi nhà ở Tây Ban Nha nữa, mà giờ đang được cất trong một kho hàng gần sân bay Gatwick.’</w:t>
      </w:r>
    </w:p>
    <w:p>
      <w:pPr>
        <w:spacing w:after="80"/>
      </w:pPr>
      <w:r>
        <w:rPr>
          <w:b w:val="0"/>
          <w:i w:val="0"/>
        </w:rPr>
        <w:t>‘Điều đó sẽ chứng minh,’ Ross gợi ý, ‘rằng Booth Watson không hề biết Faulkner vẫn còn sống khi ông ta lên đường sang Anh trên du thuyền của mình. Dù vậy thì cũng chưa phải là bằng chứng dứt khoát.’</w:t>
      </w:r>
    </w:p>
    <w:p>
      <w:pPr>
        <w:spacing w:after="80"/>
      </w:pPr>
      <w:r>
        <w:rPr>
          <w:b w:val="0"/>
          <w:i w:val="0"/>
        </w:rPr>
        <w:t>‘Cho đến khi anh cộng thêm sự thật là ngôi nhà của Faulkner ở Tây Ban Nha được rao bán vào khoảng thời gian đó, và từ đó đến nay đã được rút khỏi thị trường.’</w:t>
      </w:r>
    </w:p>
    <w:p>
      <w:pPr>
        <w:spacing w:after="80"/>
      </w:pPr>
      <w:r>
        <w:rPr>
          <w:b w:val="0"/>
          <w:i w:val="0"/>
        </w:rPr>
        <w:t>‘Ông ta đang toan tính gì vậy?’ Ross trầm ngâm.</w:t>
      </w:r>
    </w:p>
    <w:p>
      <w:pPr>
        <w:spacing w:after="80"/>
      </w:pPr>
      <w:r>
        <w:rPr>
          <w:b w:val="0"/>
          <w:i w:val="0"/>
        </w:rPr>
        <w:t>‘Tôi nghi là, cũng giống như chúng ta, ông ta sẽ khá vui khi thấy thân chủ mình tiếp tục ngồi tù thật lâu. Mèo vắng nhà thì…’</w:t>
      </w:r>
    </w:p>
    <w:p>
      <w:pPr>
        <w:spacing w:after="80"/>
      </w:pPr>
      <w:r>
        <w:rPr>
          <w:b w:val="0"/>
          <w:i w:val="0"/>
        </w:rPr>
        <w:t>‘Tôi không quyết được ai trong hai người họ mới là kẻ gian lớn hơn.’</w:t>
      </w:r>
    </w:p>
    <w:p>
      <w:pPr>
        <w:spacing w:after="80"/>
      </w:pPr>
      <w:r>
        <w:rPr>
          <w:b w:val="0"/>
          <w:i w:val="0"/>
        </w:rPr>
        <w:t>‘Sát nút thôi,’ William gợi ý, ‘nhưng chúng ta sẽ sớm biết rõ khi vụ án được đưa ra tòa.’</w:t>
      </w:r>
    </w:p>
    <w:p>
      <w:pPr>
        <w:spacing w:after="80"/>
      </w:pPr>
      <w:r>
        <w:rPr>
          <w:b w:val="0"/>
          <w:i w:val="0"/>
        </w:rPr>
        <w:t>‘Trong lúc đó, đội nhà đã làm gì trong thời gian tôi vắng mặt?’</w:t>
      </w:r>
    </w:p>
    <w:p>
      <w:pPr>
        <w:spacing w:after="80"/>
      </w:pPr>
      <w:r>
        <w:rPr>
          <w:b w:val="0"/>
          <w:i w:val="0"/>
        </w:rPr>
        <w:t>‘Chuẩn bị tinh thần cho cái mà tôi nghi sẽ là một cuộc đối đầu gay go với Thanh tra Milner và bè cánh của ông ta, một khi họ phát hiện ra mục đích thực sự của chúng ta là gì.’</w:t>
      </w:r>
    </w:p>
    <w:p>
      <w:pPr>
        <w:spacing w:after="80"/>
      </w:pPr>
      <w:r>
        <w:rPr>
          <w:b w:val="0"/>
          <w:i w:val="0"/>
        </w:rPr>
        <w:t>‘Vòng mở màn diễn ra khi nào?’</w:t>
      </w:r>
    </w:p>
    <w:p>
      <w:pPr>
        <w:spacing w:after="80"/>
      </w:pPr>
      <w:r>
        <w:rPr>
          <w:b w:val="0"/>
          <w:i w:val="0"/>
        </w:rPr>
        <w:t>‘Rebecca và tôi sẽ trình diện ở Buckingham Gate vào thứ Ba tới, còn Jackie và Paul thì sẽ nhận phòng ở Windsor Castle cùng lúc đó.’</w:t>
      </w:r>
    </w:p>
    <w:p>
      <w:pPr>
        <w:spacing w:after="80"/>
      </w:pPr>
      <w:r>
        <w:rPr>
          <w:b w:val="0"/>
          <w:i w:val="0"/>
        </w:rPr>
        <w:t>‘Tôi không tin nổi là cả hai người sẽ nhận được sự chào đón nồng nhiệt gì đâu, và đó có thể chưa phải là vấn đề nhỏ nhất của các người.’ Ross hạ giọng, ‘Tuần trước tôi nhận được một buổi họp báo mật về khả năng có một cuộc tấn công khủng bố nhắm vào một thành viên Hoàng gia.’</w:t>
      </w:r>
    </w:p>
    <w:p>
      <w:pPr>
        <w:spacing w:after="80"/>
      </w:pPr>
      <w:r>
        <w:rPr>
          <w:b w:val="0"/>
          <w:i w:val="0"/>
        </w:rPr>
        <w:t>William gật đầu. ‘Chỉ huy Holbrooke vẫn thường xuyên liên lạc với Hawk và, sau vụ Lockerbie, tôi có thể đảm bảo với anh rằng bất cứ ai đáp xuống Heathrow mà mang hộ chiếu Libya đều phải trải qua vài giờ bị thẩm vấn trước khi đến được khu nhận hành lý, và phần lớn trong số họ bị gửi trả về nhà trên chuyến bay sớm nhất có thể.’</w:t>
      </w:r>
    </w:p>
    <w:p>
      <w:pPr>
        <w:spacing w:after="80"/>
      </w:pPr>
      <w:r>
        <w:rPr>
          <w:b w:val="0"/>
          <w:i w:val="0"/>
        </w:rPr>
        <w:t>‘Chắc điều đó sẽ làm hài lòng Hawk, dù không làm hài lòng cánh tả tự do,’ Ross nhận xét. ‘Và ông già gắt gỏng ấy dạo này thế nào, tôi dám hỏi không?’ anh nói khi Jojo lắp một cánh cửa đôi vào đúng vị trí, và bắt đầu vỗ tay.</w:t>
      </w:r>
    </w:p>
    <w:p>
      <w:pPr>
        <w:spacing w:after="80"/>
      </w:pPr>
      <w:r>
        <w:rPr>
          <w:b w:val="0"/>
          <w:i w:val="0"/>
        </w:rPr>
        <w:t>‘Vẫn sôi nổi và càu nhàu như mọi khi, mặc dù dạo gần đây ông ấy cứ nói về chuyện nghỉ hưu.’</w:t>
      </w:r>
    </w:p>
    <w:p>
      <w:pPr>
        <w:spacing w:after="80"/>
      </w:pPr>
      <w:r>
        <w:rPr>
          <w:b w:val="0"/>
          <w:i w:val="0"/>
        </w:rPr>
        <w:t>‘Vì ông ấy đã tìm được đúng người để kế vị mình rồi chứ gì?’</w:t>
      </w:r>
    </w:p>
    <w:p>
      <w:pPr>
        <w:spacing w:after="80"/>
      </w:pPr>
      <w:r>
        <w:rPr>
          <w:b w:val="0"/>
          <w:i w:val="0"/>
        </w:rPr>
        <w:t>‘Đó là giả sử Booth Watson không có ý định tống giam cả hai chúng ta từ lâu trước đó,’ William nói khi Beth bước trở lại vào phòng.</w:t>
      </w:r>
    </w:p>
    <w:p>
      <w:pPr>
        <w:spacing w:after="80"/>
      </w:pPr>
      <w:r>
        <w:rPr>
          <w:b w:val="0"/>
          <w:i w:val="0"/>
        </w:rPr>
        <w:t>Cô ấy nhún gối chào rồi tuyên bố, ‘Bữa trưa đã sẵn sàng, thưa các lãnh chúa.’</w:t>
      </w:r>
    </w:p>
    <w:p>
      <w:pPr>
        <w:spacing w:after="80"/>
      </w:pPr>
      <w:r>
        <w:rPr>
          <w:b w:val="0"/>
          <w:i w:val="0"/>
        </w:rPr>
        <w:t>‘Nhưng bọn con chưa xây xong cung điện!’ Artemisia nói.</w:t>
      </w:r>
    </w:p>
    <w:p>
      <w:pPr>
        <w:spacing w:after="80"/>
      </w:pPr>
      <w:r>
        <w:rPr>
          <w:b w:val="0"/>
          <w:i w:val="0"/>
        </w:rPr>
        <w:t>‘Bữa trưa xong chúng ta sẽ xây nốt cùng nhau,’ Beth hứa, ‘trong khi bố con và Ross rửa bát.’</w:t>
      </w:r>
    </w:p>
    <w:p>
      <w:pPr>
        <w:spacing w:after="80"/>
      </w:pPr>
      <w:r>
        <w:rPr>
          <w:b w:val="0"/>
          <w:i w:val="0"/>
        </w:rPr>
        <w:t>‘Có lẽ con phải đi thêm một khóa huấn luyện cấp tốc nữa mới xử lý nổi việc đó,’ Ross nói khi đứng dậy và nắm tay Jojo.</w:t>
      </w:r>
    </w:p>
    <w:p>
      <w:pPr>
        <w:spacing w:after="80"/>
      </w:pPr>
      <w:r>
        <w:rPr>
          <w:b w:val="0"/>
          <w:i w:val="0"/>
        </w:rPr>
        <w:t>‘Lần này con đi với bố được không?’ Jojo hỏi bố khi Beth dẫn cả nhóm ra khỏi phòng và vào bếp, nơi William đang mài con dao thái thịt.</w:t>
      </w:r>
    </w:p>
    <w:p>
      <w:pPr>
        <w:spacing w:after="80"/>
      </w:pPr>
      <w:r>
        <w:rPr>
          <w:b w:val="0"/>
          <w:i w:val="0"/>
        </w:rPr>
        <w:t>‘Bố có một ý còn hay hơn,’ Ross thì thầm khi họ ngồi xuống bàn bếp. ‘Sao ngày mai bố không đưa con đến Sở thú London, rồi chúng ta có thể—’</w:t>
      </w:r>
    </w:p>
    <w:p>
      <w:pPr>
        <w:spacing w:after="80"/>
      </w:pPr>
      <w:r>
        <w:rPr>
          <w:b w:val="0"/>
          <w:i w:val="0"/>
        </w:rPr>
        <w:t>‘Chỉ khi Arti và Peter cũng được đi cùng.’</w:t>
      </w:r>
    </w:p>
    <w:p>
      <w:pPr>
        <w:spacing w:after="80"/>
      </w:pPr>
      <w:r>
        <w:rPr>
          <w:b w:val="0"/>
          <w:i w:val="0"/>
        </w:rPr>
        <w:t>Đó là lúc Ross cuối cùng chấp nhận rằng Jojo thực sự là một phần của gia đình.</w:t>
      </w:r>
    </w:p>
    <w:p>
      <w:pPr>
        <w:pStyle w:val="Heading2"/>
      </w:pPr>
      <w:r>
        <w:rPr>
          <w:rFonts w:ascii="Calibri" w:hAnsi="Calibri"/>
          <w:b/>
          <w:i w:val="0"/>
          <w:sz w:val="32"/>
        </w:rPr>
        <w:t>CHƯƠNG 9</w:t>
      </w:r>
    </w:p>
    <w:p>
      <w:pPr>
        <w:spacing w:after="80"/>
      </w:pPr>
      <w:r>
        <w:rPr>
          <w:b w:val="0"/>
          <w:i w:val="0"/>
        </w:rPr>
        <w:t>William và Rebecca đến bên ngoài số 4 Buckingham Gate vào sáng sớm thứ Ba, trong lòng không chắc "họ sắp phải đón nhận điều gì". Theo lời Rebecca thì họ đang háo hức, tràn đầy năng lượng và vô cùng sẵn sàng bắt đầu nhiệm vụ mới.</w:t>
      </w:r>
    </w:p>
    <w:p>
      <w:pPr>
        <w:spacing w:after="80"/>
      </w:pPr>
      <w:r>
        <w:rPr>
          <w:b w:val="0"/>
          <w:i w:val="0"/>
        </w:rPr>
        <w:t>William gõ cửa, vì anh không có mã vào cửa cho bàn phím nhỏ trên tường. Không có ai trả lời. Anh đập mạnh hơn một chút, nhưng vẫn không có phản hồi. Anh định thử lần thứ ba thì cánh cửa hé mở và một người đàn ông nhìn ra qua sợi xích. Trông ông ta như vừa bị đánh thức khỏi giấc ngủ sâu, và chưa kịp cạo râu.</w:t>
      </w:r>
    </w:p>
    <w:p>
      <w:pPr>
        <w:spacing w:after="80"/>
      </w:pPr>
      <w:r>
        <w:rPr>
          <w:b w:val="0"/>
          <w:i w:val="0"/>
        </w:rPr>
        <w:t>‘Anh muốn gì?’ ông ta hỏi cộc lốc.</w:t>
      </w:r>
    </w:p>
    <w:p>
      <w:pPr>
        <w:spacing w:after="80"/>
      </w:pPr>
      <w:r>
        <w:rPr>
          <w:b w:val="0"/>
          <w:i w:val="0"/>
        </w:rPr>
        <w:t>‘Để vào trong,’ William đáp.</w:t>
      </w:r>
    </w:p>
    <w:p>
      <w:pPr>
        <w:spacing w:after="80"/>
      </w:pPr>
      <w:r>
        <w:rPr>
          <w:b w:val="0"/>
          <w:i w:val="0"/>
        </w:rPr>
        <w:t>‘Anh là ai?’</w:t>
      </w:r>
    </w:p>
    <w:p>
      <w:pPr>
        <w:spacing w:after="80"/>
      </w:pPr>
      <w:r>
        <w:rPr>
          <w:b w:val="0"/>
          <w:i w:val="0"/>
        </w:rPr>
        <w:t>‘Thanh tra trưởng Warwick,’ William nói, đưa ra thẻ chứng nhận. ‘Còn anh là ai?’</w:t>
      </w:r>
    </w:p>
    <w:p>
      <w:pPr>
        <w:spacing w:after="80"/>
      </w:pPr>
      <w:r>
        <w:rPr>
          <w:b w:val="0"/>
          <w:i w:val="0"/>
        </w:rPr>
        <w:t>‘Trung sĩ Jennings. Tôi có thể giúp gì cho anh, Thanh tra?’</w:t>
      </w:r>
    </w:p>
    <w:p>
      <w:pPr>
        <w:spacing w:after="80"/>
      </w:pPr>
      <w:r>
        <w:rPr>
          <w:b w:val="0"/>
          <w:i w:val="0"/>
        </w:rPr>
        <w:t>‘Thanh tra trưởng,’ William đáp gắt. ‘Anh có thể bắt đầu bằng việc mở cửa và dẫn tôi đến văn phòng của tôi.’</w:t>
      </w:r>
    </w:p>
    <w:p>
      <w:pPr>
        <w:spacing w:after="80"/>
      </w:pPr>
      <w:r>
        <w:rPr>
          <w:b w:val="0"/>
          <w:i w:val="0"/>
        </w:rPr>
        <w:t>Jennings tháo xích khỏi móc và miễn cưỡng mở cửa để hai người lạ bước vào. Ông ta lặng lẽ dẫn họ đi dọc một hành lang dài tối tăm, vừa đi vừa bật đèn. Họ xuống một cầu thang tới tầng hầm, mùi ẩm mốc, hôi thối cho thấy nơi này hiếm khi có người lui tới. Họ dừng lại trước một cánh cửa ở cuối hành lang, nơi Jennings thong thả tìm chiếc chìa khóa đúng.</w:t>
      </w:r>
    </w:p>
    <w:p>
      <w:pPr>
        <w:spacing w:after="80"/>
      </w:pPr>
      <w:r>
        <w:rPr>
          <w:b w:val="0"/>
          <w:i w:val="0"/>
        </w:rPr>
        <w:t>‘Văn phòng của anh,’ ông ta tuyên bố, sau khi cuối cùng cũng mở được cửa. Rõ ràng ông ta chưa từng vào căn phòng này bao giờ, và rùng mình trước khi đứng sang một bên để họ bước vào.</w:t>
      </w:r>
    </w:p>
    <w:p>
      <w:pPr>
        <w:spacing w:after="80"/>
      </w:pPr>
      <w:r>
        <w:rPr>
          <w:b w:val="0"/>
          <w:i w:val="0"/>
        </w:rPr>
        <w:t>Một bóng đèn duy nhất treo trên trần. Bên dưới là một chiếc bàn nhỏ bằng gỗ dán rung lắc khi chạm vào, hai chiếc ghế nhựa và vài giá gỗ phủ đầy bụi của năm ngoái, cùng với một cuốn niên giám cảnh sát năm 1984.</w:t>
      </w:r>
    </w:p>
    <w:p>
      <w:pPr>
        <w:spacing w:after="80"/>
      </w:pPr>
      <w:r>
        <w:rPr>
          <w:b w:val="0"/>
          <w:i w:val="0"/>
        </w:rPr>
        <w:t>‘Anh có cần tôi làm gì nữa không?’ Jennings hỏi, giọng như thể họ đang giữ ông ta khỏi việc gì đó quan trọng hơn.</w:t>
      </w:r>
    </w:p>
    <w:p>
      <w:pPr>
        <w:spacing w:after="80"/>
      </w:pPr>
      <w:r>
        <w:rPr>
          <w:b w:val="0"/>
          <w:i w:val="0"/>
        </w:rPr>
        <w:t>‘Tôi có nên cho rằng anh đang trực đêm không, Trung sĩ?’</w:t>
      </w:r>
    </w:p>
    <w:p>
      <w:pPr>
        <w:spacing w:after="80"/>
      </w:pPr>
      <w:r>
        <w:rPr>
          <w:b w:val="0"/>
          <w:i w:val="0"/>
        </w:rPr>
        <w:t>‘Vâng,’ là câu trả lời ngượng ngùng.</w:t>
      </w:r>
    </w:p>
    <w:p>
      <w:pPr>
        <w:spacing w:after="80"/>
      </w:pPr>
      <w:r>
        <w:rPr>
          <w:b w:val="0"/>
          <w:i w:val="0"/>
        </w:rPr>
        <w:t>‘Vâng, thưa ngài,’ William sửa lại.</w:t>
      </w:r>
    </w:p>
    <w:p>
      <w:pPr>
        <w:spacing w:after="80"/>
      </w:pPr>
      <w:r>
        <w:rPr>
          <w:b w:val="0"/>
          <w:i w:val="0"/>
        </w:rPr>
        <w:t>‘Vâng, thưa ngài,’ Jennings đáp gắt, gõ gót chân.</w:t>
      </w:r>
    </w:p>
    <w:p>
      <w:pPr>
        <w:spacing w:after="80"/>
      </w:pPr>
      <w:r>
        <w:rPr>
          <w:b w:val="0"/>
          <w:i w:val="0"/>
        </w:rPr>
        <w:t>‘Việc đầu tiên anh có thể làm,’ William nói, ‘là đi cạo râu, mặc áo khoác và thắt cà vạt, rồi quay lại báo cáo với tôi.’</w:t>
      </w:r>
    </w:p>
    <w:p>
      <w:pPr>
        <w:spacing w:after="80"/>
      </w:pPr>
      <w:r>
        <w:rPr>
          <w:b w:val="0"/>
          <w:i w:val="0"/>
        </w:rPr>
        <w:t>‘Tôi sắp hết ca trực rồi.’</w:t>
      </w:r>
    </w:p>
    <w:p>
      <w:pPr>
        <w:spacing w:after="80"/>
      </w:pPr>
      <w:r>
        <w:rPr>
          <w:b w:val="0"/>
          <w:i w:val="0"/>
        </w:rPr>
        <w:t>‘</w:t>
      </w:r>
      <w:r>
        <w:rPr>
          <w:b w:val="0"/>
          <w:i/>
        </w:rPr>
        <w:t>Đang</w:t>
      </w:r>
      <w:r>
        <w:rPr>
          <w:b w:val="0"/>
          <w:i w:val="0"/>
        </w:rPr>
        <w:t xml:space="preserve"> sắp hết ca trực,’ William nói, sửa lại lời anh ta. Jennings quay người bước đi, lẩm bẩm điều gì đó không rõ ràng dưới hơi thở.</w:t>
      </w:r>
    </w:p>
    <w:p>
      <w:pPr>
        <w:spacing w:after="80"/>
      </w:pPr>
      <w:r>
        <w:rPr>
          <w:b w:val="0"/>
          <w:i w:val="0"/>
        </w:rPr>
        <w:t>‘Tôi đã từng thấy những thứ tệ hơn vào sáng sớm,’ Rebecca nói khi anh ta đã đóng cửa lại phía sau. ‘Nhưng không phải kể từ thời sinh viên của tôi.’</w:t>
      </w:r>
    </w:p>
    <w:p>
      <w:pPr>
        <w:spacing w:after="80"/>
      </w:pPr>
      <w:r>
        <w:rPr>
          <w:b w:val="0"/>
          <w:i w:val="0"/>
        </w:rPr>
        <w:t>‘Cô đang nói về Trung sĩ hay căn phòng?’</w:t>
      </w:r>
    </w:p>
    <w:p>
      <w:pPr>
        <w:spacing w:after="80"/>
      </w:pPr>
      <w:r>
        <w:rPr>
          <w:b w:val="0"/>
          <w:i w:val="0"/>
        </w:rPr>
        <w:t>‘Cả hai,’ cô nói, nhìn quanh, ‘nhưng tôi tin chắc mình có thể cải thiện ít nhất một trong hai thứ đó trong thời gian ngắn.’</w:t>
      </w:r>
    </w:p>
    <w:p>
      <w:pPr>
        <w:spacing w:after="80"/>
      </w:pPr>
      <w:r>
        <w:rPr>
          <w:b w:val="0"/>
          <w:i w:val="0"/>
        </w:rPr>
        <w:t>‘Đó là cách họ cho chúng ta biết họ cảm thấy thế nào về việc người ngoài can thiệp vào lối sống đặc quyền của họ. Tôi nghĩ cô có thể yên tâm rằng chúng ta sẽ bị bỏ mặc dưới tầng hầm cho đến khi họ phát hiện ra chúng ta không phải là món hời.’</w:t>
      </w:r>
    </w:p>
    <w:p>
      <w:pPr>
        <w:spacing w:after="80"/>
      </w:pPr>
      <w:r>
        <w:rPr>
          <w:b w:val="0"/>
          <w:i w:val="0"/>
        </w:rPr>
        <w:t>‘Đừng lo, sếp, tôi sẽ treo một bức Renoir, một bức Picasso và một bức Matisse lên tường từ lâu trước khi ông Tổng thanh tra xuất hiện.’</w:t>
      </w:r>
    </w:p>
    <w:p>
      <w:pPr>
        <w:spacing w:after="80"/>
      </w:pPr>
      <w:r>
        <w:rPr>
          <w:b w:val="0"/>
          <w:i w:val="0"/>
        </w:rPr>
        <w:t>‘Tôi thà có một cái điện thoại, một cái tủ đựng hồ sơ và một cái sọt rác,’ William nói khi bắt đầu mở các ngăn kéo bàn, chỉ để phát hiện ra tủ trống trơn.</w:t>
      </w:r>
    </w:p>
    <w:p>
      <w:pPr>
        <w:spacing w:after="80"/>
      </w:pPr>
      <w:r>
        <w:rPr>
          <w:b w:val="0"/>
          <w:i w:val="0"/>
        </w:rPr>
        <w:t>Rebecca lấy một cuốn sổ tay nhỏ và một cây bút Biro từ cặp tài liệu của mình và đưa cho William, trong khi Jennings thong thả bước trở lại phòng.</w:t>
      </w:r>
    </w:p>
    <w:p>
      <w:pPr>
        <w:spacing w:after="80"/>
      </w:pPr>
      <w:r>
        <w:rPr>
          <w:b w:val="0"/>
          <w:i w:val="0"/>
        </w:rPr>
        <w:t>‘Ra ngoài đi, Trung sĩ,’ William nói. ‘Gõ cửa và đợi cho đến khi được mời vào. Và khi vào, nhớ mang theo ghế của anh.’</w:t>
      </w:r>
    </w:p>
    <w:p>
      <w:pPr>
        <w:spacing w:after="80"/>
      </w:pPr>
      <w:r>
        <w:rPr>
          <w:b w:val="0"/>
          <w:i w:val="0"/>
        </w:rPr>
        <w:t>Rebecca hẳn đã thích ghi lại được vẻ mặt của Jennings để nhắc cô nhớ về ngày đầu tiên họ làm việc với Đội Bảo vệ Hoàng gia. Lần này anh ta rút lui mà không nói một lời.</w:t>
      </w:r>
    </w:p>
    <w:p>
      <w:pPr>
        <w:spacing w:after="80"/>
      </w:pPr>
      <w:r>
        <w:rPr>
          <w:b w:val="0"/>
          <w:i w:val="0"/>
        </w:rPr>
        <w:t>‘Tôi tin chắc là sếp đang thấy thích thú đấy,’ Rebecca mạnh dạn nói.</w:t>
      </w:r>
    </w:p>
    <w:p>
      <w:pPr>
        <w:spacing w:after="80"/>
      </w:pPr>
      <w:r>
        <w:rPr>
          <w:b w:val="0"/>
          <w:i w:val="0"/>
        </w:rPr>
        <w:t>‘Nếu Jennings là một ví dụ thì chuyện này sẽ khó khăn hơn tôi tưởng ban đầu nhiều.’</w:t>
      </w:r>
    </w:p>
    <w:p>
      <w:pPr>
        <w:spacing w:after="80"/>
      </w:pPr>
      <w:r>
        <w:rPr>
          <w:b w:val="0"/>
          <w:i w:val="0"/>
        </w:rPr>
        <w:t>Có tiếng gõ cửa.</w:t>
      </w:r>
    </w:p>
    <w:p>
      <w:pPr>
        <w:spacing w:after="80"/>
      </w:pPr>
      <w:r>
        <w:rPr>
          <w:b w:val="0"/>
          <w:i w:val="0"/>
        </w:rPr>
        <w:t>‘Vào đi,’ William nói.</w:t>
      </w:r>
    </w:p>
    <w:p>
      <w:pPr>
        <w:spacing w:after="80"/>
      </w:pPr>
      <w:r>
        <w:rPr>
          <w:b w:val="0"/>
          <w:i w:val="0"/>
        </w:rPr>
        <w:t>Jennings mở cửa bước vào, mang theo một chiếc ghế thoải mái.</w:t>
      </w:r>
    </w:p>
    <w:p>
      <w:pPr>
        <w:spacing w:after="80"/>
      </w:pPr>
      <w:r>
        <w:rPr>
          <w:b w:val="0"/>
          <w:i w:val="0"/>
        </w:rPr>
        <w:t>"Anh có thể ngồi xuống, Trung sĩ," William nói.</w:t>
      </w:r>
    </w:p>
    <w:p>
      <w:pPr>
        <w:spacing w:after="80"/>
      </w:pPr>
      <w:r>
        <w:rPr>
          <w:b w:val="0"/>
          <w:i w:val="0"/>
        </w:rPr>
        <w:t>Jennings đặt ghế trước bàn và ngồi xuống. William vẫn đứng, trong khi Jennings nghiêng người về phía trước, như thể đang ngồi trên chiếc ghế đẩu ở góc võ đài quyền anh, chờ tiếng chuông báo hiệu hiệp đầu tiên.</w:t>
      </w:r>
    </w:p>
    <w:p>
      <w:pPr>
        <w:spacing w:after="80"/>
      </w:pPr>
      <w:r>
        <w:rPr>
          <w:b w:val="0"/>
          <w:i w:val="0"/>
        </w:rPr>
        <w:t>"Họ tên và cấp bậc?"</w:t>
      </w:r>
    </w:p>
    <w:p>
      <w:pPr>
        <w:spacing w:after="80"/>
      </w:pPr>
      <w:r>
        <w:rPr>
          <w:b w:val="0"/>
          <w:i w:val="0"/>
        </w:rPr>
        <w:t>"Tôi đã nói với ông rồi," Jennings đáp trả.</w:t>
      </w:r>
    </w:p>
    <w:p>
      <w:pPr>
        <w:spacing w:after="80"/>
      </w:pPr>
      <w:r>
        <w:rPr>
          <w:b w:val="0"/>
          <w:i w:val="0"/>
        </w:rPr>
        <w:t>"Thêm một lần bất phục tùng nữa, Trung sĩ, là tôi sẽ lấy bút đỏ ra và yêu cầu anh nộp sổ tay đấy."</w:t>
      </w:r>
    </w:p>
    <w:p>
      <w:pPr>
        <w:spacing w:after="80"/>
      </w:pPr>
      <w:r>
        <w:rPr>
          <w:b w:val="0"/>
          <w:i w:val="0"/>
        </w:rPr>
        <w:t>"Sao, tôi đã làm gì chứ?"</w:t>
      </w:r>
    </w:p>
    <w:p>
      <w:pPr>
        <w:spacing w:after="80"/>
      </w:pPr>
      <w:r>
        <w:rPr>
          <w:b w:val="0"/>
          <w:i w:val="0"/>
        </w:rPr>
        <w:t>"Là những gì anh chưa làm," William nói. "Anh đang trực đêm nhưng khi anh mở cửa trước, rõ ràng là tôi đã đánh thức anh, vì anh chưa cạo râu và đang ngáp."</w:t>
      </w:r>
    </w:p>
    <w:p>
      <w:pPr>
        <w:spacing w:after="80"/>
      </w:pPr>
      <w:r>
        <w:rPr>
          <w:b w:val="0"/>
          <w:i w:val="0"/>
        </w:rPr>
        <w:t>Jennings bồn chồn nhúc nhích trên ghế.</w:t>
      </w:r>
    </w:p>
    <w:p>
      <w:pPr>
        <w:spacing w:after="80"/>
      </w:pPr>
      <w:r>
        <w:rPr>
          <w:b w:val="0"/>
          <w:i w:val="0"/>
        </w:rPr>
        <w:t>"Họ tên và cấp bậc?" William lặp lại.</w:t>
      </w:r>
    </w:p>
    <w:p>
      <w:pPr>
        <w:spacing w:after="80"/>
      </w:pPr>
      <w:r>
        <w:rPr>
          <w:b w:val="0"/>
          <w:i w:val="0"/>
        </w:rPr>
        <w:t>"Trung sĩ Ray Jennings."</w:t>
      </w:r>
    </w:p>
    <w:p>
      <w:pPr>
        <w:spacing w:after="80"/>
      </w:pPr>
      <w:r>
        <w:rPr>
          <w:b w:val="0"/>
          <w:i w:val="0"/>
        </w:rPr>
        <w:t>"Anh đã là thành viên của lực lượng cảnh sát bao lâu rồi, Trung sĩ?"</w:t>
      </w:r>
    </w:p>
    <w:p>
      <w:pPr>
        <w:spacing w:after="80"/>
      </w:pPr>
      <w:r>
        <w:rPr>
          <w:b w:val="0"/>
          <w:i w:val="0"/>
        </w:rPr>
        <w:t>"Sáu năm."</w:t>
      </w:r>
    </w:p>
    <w:p>
      <w:pPr>
        <w:spacing w:after="80"/>
      </w:pPr>
      <w:r>
        <w:rPr>
          <w:b w:val="0"/>
          <w:i w:val="0"/>
        </w:rPr>
        <w:t xml:space="preserve">"Sáu năm, </w:t>
      </w:r>
      <w:r>
        <w:rPr>
          <w:b w:val="0"/>
          <w:i/>
        </w:rPr>
        <w:t>thưa ngài</w:t>
      </w:r>
      <w:r>
        <w:rPr>
          <w:b w:val="0"/>
          <w:i w:val="0"/>
        </w:rPr>
        <w:t>."</w:t>
      </w:r>
    </w:p>
    <w:p>
      <w:pPr>
        <w:spacing w:after="80"/>
      </w:pPr>
      <w:r>
        <w:rPr>
          <w:b w:val="0"/>
          <w:i w:val="0"/>
        </w:rPr>
        <w:t>"Sáu năm, thưa ngài."</w:t>
      </w:r>
    </w:p>
    <w:p>
      <w:pPr>
        <w:spacing w:after="80"/>
      </w:pPr>
      <w:r>
        <w:rPr>
          <w:b w:val="0"/>
          <w:i w:val="0"/>
        </w:rPr>
        <w:t>"Chức vụ của anh là gì?"</w:t>
      </w:r>
    </w:p>
    <w:p>
      <w:pPr>
        <w:spacing w:after="80"/>
      </w:pPr>
      <w:r>
        <w:rPr>
          <w:b w:val="0"/>
          <w:i w:val="0"/>
        </w:rPr>
        <w:t>‘Tôi là sĩ quan bảo vệ thứ ba trong đội cận vệ riêng của Hoàng tử xứ Wales, thưa ngài.’</w:t>
      </w:r>
    </w:p>
    <w:p>
      <w:pPr>
        <w:spacing w:after="80"/>
      </w:pPr>
      <w:r>
        <w:rPr>
          <w:b w:val="0"/>
          <w:i w:val="0"/>
        </w:rPr>
        <w:t>‘Hai sĩ quan còn lại trong đội đó là ai?’ William hỏi, vừa ghi chép.</w:t>
      </w:r>
    </w:p>
    <w:p>
      <w:pPr>
        <w:spacing w:after="80"/>
      </w:pPr>
      <w:r>
        <w:rPr>
          <w:b w:val="0"/>
          <w:i w:val="0"/>
        </w:rPr>
        <w:t>‘Giám đốc Milner, người đứng đầu Bộ Chỉ huy Bảo vệ Hoàng gia’ – anh ta nhấn mạnh từ đứng đầu – ‘và Thanh tra Reynolds, cấp phó của ông ấy.’</w:t>
      </w:r>
    </w:p>
    <w:p>
      <w:pPr>
        <w:spacing w:after="80"/>
      </w:pPr>
      <w:r>
        <w:rPr>
          <w:b w:val="0"/>
          <w:i w:val="0"/>
        </w:rPr>
        <w:t>‘Khi nào tôi có thể mong đợi một trong hai người họ xuất hiện?’</w:t>
      </w:r>
    </w:p>
    <w:p>
      <w:pPr>
        <w:spacing w:after="80"/>
      </w:pPr>
      <w:r>
        <w:rPr>
          <w:b w:val="0"/>
          <w:i w:val="0"/>
        </w:rPr>
        <w:t>‘Thanh tra Reynolds thường đến vào khoảng mười giờ sáng thứ Ba.’</w:t>
      </w:r>
    </w:p>
    <w:p>
      <w:pPr>
        <w:spacing w:after="80"/>
      </w:pPr>
      <w:r>
        <w:rPr>
          <w:b w:val="0"/>
          <w:i w:val="0"/>
        </w:rPr>
        <w:t>‘Khoảng mười giờ?’</w:t>
      </w:r>
    </w:p>
    <w:p>
      <w:pPr>
        <w:spacing w:after="80"/>
      </w:pPr>
      <w:r>
        <w:rPr>
          <w:b w:val="0"/>
          <w:i w:val="0"/>
        </w:rPr>
        <w:t>‘Nếu anh ấy đã làm việc suốt cuối tuần và HRH không có lịch trình nào trước giữa trưa, thì đến sớm hơn cũng chẳng ích gì. Dù sao thì anh ấy cũng sống ở vùng nông thôn.’</w:t>
      </w:r>
    </w:p>
    <w:p>
      <w:pPr>
        <w:spacing w:after="80"/>
      </w:pPr>
      <w:r>
        <w:rPr>
          <w:b w:val="0"/>
          <w:i w:val="0"/>
        </w:rPr>
        <w:t>‘Còn Giám đốc Milner?’</w:t>
      </w:r>
    </w:p>
    <w:p>
      <w:pPr>
        <w:spacing w:after="80"/>
      </w:pPr>
      <w:r>
        <w:rPr>
          <w:b w:val="0"/>
          <w:i w:val="0"/>
        </w:rPr>
        <w:t>‘Không thể chắc chắn ông ấy sẽ ở Buck House hay Lâu đài Windsor, nhưng tôi sẽ báo cho ông ấy biết ngài có ở đây ngay khi ông ấy đến.’</w:t>
      </w:r>
    </w:p>
    <w:p>
      <w:pPr>
        <w:spacing w:after="80"/>
      </w:pPr>
      <w:r>
        <w:rPr>
          <w:b w:val="0"/>
          <w:i w:val="0"/>
        </w:rPr>
        <w:t>‘Còn anh?’</w:t>
      </w:r>
    </w:p>
    <w:p>
      <w:pPr>
        <w:spacing w:after="80"/>
      </w:pPr>
      <w:r>
        <w:rPr>
          <w:b w:val="0"/>
          <w:i w:val="0"/>
        </w:rPr>
        <w:t>‘Tuần này tôi trực đêm,’ Jennings nói, cố nén một cái ngáp nữa. ‘Tôi vừa định về nhà.’</w:t>
      </w:r>
    </w:p>
    <w:p>
      <w:pPr>
        <w:spacing w:after="80"/>
      </w:pPr>
      <w:r>
        <w:rPr>
          <w:b w:val="0"/>
          <w:i w:val="0"/>
        </w:rPr>
        <w:t>‘Trước khi anh đi, tôi muốn một bản sao bảng chấm công ngày của anh, và tên của sĩ quan ký duyệt cho anh. Nếu tôi còn thấy anh ăn mặc sai quy định và không cạo râu lần nữa, Trung sĩ ạ, anh sẽ bị đưa về tuần tra đường phố với cấp bậc Hạ sĩ.’ Jennings lập tức ngồi thẳng dậy, vẻ mặt cau có biến mất. ‘Anh có thể tan ca bây giờ, Trung sĩ.’</w:t>
      </w:r>
    </w:p>
    <w:p>
      <w:pPr>
        <w:spacing w:after="80"/>
      </w:pPr>
      <w:r>
        <w:rPr>
          <w:b w:val="0"/>
          <w:i w:val="0"/>
        </w:rPr>
        <w:t>Jennings đứng dậy, nhấc chiếc ghế lên và đi về phía cửa.</w:t>
      </w:r>
    </w:p>
    <w:p>
      <w:pPr>
        <w:spacing w:after="80"/>
      </w:pPr>
      <w:r>
        <w:rPr>
          <w:b w:val="0"/>
          <w:i w:val="0"/>
        </w:rPr>
        <w:t>‘Anh có thể để chiếc ghế lại, Jennings.’</w:t>
      </w:r>
    </w:p>
    <w:p>
      <w:pPr>
        <w:spacing w:after="80"/>
        <w:jc w:val="center"/>
      </w:pPr>
      <w:r>
        <w:rPr>
          <w:b w:val="0"/>
          <w:i w:val="0"/>
        </w:rPr>
        <w:t>• • •</w:t>
      </w:r>
    </w:p>
    <w:p>
      <w:pPr>
        <w:spacing w:after="80"/>
      </w:pPr>
      <w:r>
        <w:rPr>
          <w:b w:val="0"/>
          <w:i w:val="0"/>
        </w:rPr>
        <w:t>Jackie và Paul đã gặp nhau bên ngoài ga Windsor sáng sớm hôm đó, và hòa vào một nhóm nhỏ người đi làm, không ai trong số họ hướng về phía lâu đài. Paul im lặng một cách khác thường, thể hiện sự lo lắng nhẹ mà cả hai đều cảm nhận được. Họ đến trước cổng lâu đài vài phút trước tám giờ và bị một lính gác chặn lại, người rõ ràng không hề mong đợi họ.</w:t>
      </w:r>
    </w:p>
    <w:p>
      <w:pPr>
        <w:spacing w:after="80"/>
      </w:pPr>
      <w:r>
        <w:rPr>
          <w:b w:val="0"/>
          <w:i w:val="0"/>
        </w:rPr>
        <w:t>Khi Jackie đưa thẻ cảnh sát ra, anh ta miễn cưỡng mở cổng và để cả hai người vào. Họ đi bộ đến khu ở của các sĩ quan bảo vệ, nơi mà Jackie đã xác định được trong một lần đi tham quan du lịch.</w:t>
      </w:r>
    </w:p>
    <w:p>
      <w:pPr>
        <w:spacing w:after="80"/>
      </w:pPr>
      <w:r>
        <w:rPr>
          <w:b w:val="0"/>
          <w:i w:val="0"/>
        </w:rPr>
        <w:t>Jackie đi thẳng vào văn phòng chính và thấy một cô gái trẻ ăn mặc chỉnh tề đang ngồi ở bàn chăm chú xem xét mấy con số trong một cuốn sổ cái. Cô ấy trông còn ngạc nhiên hơn cả người lính gác khi thấy họ.</w:t>
      </w:r>
    </w:p>
    <w:p>
      <w:pPr>
        <w:spacing w:after="80"/>
      </w:pPr>
      <w:r>
        <w:rPr>
          <w:b w:val="0"/>
          <w:i w:val="0"/>
        </w:rPr>
        <w:t>"Cần tôi giúp gì không ạ?" cô hỏi.</w:t>
      </w:r>
    </w:p>
    <w:p>
      <w:pPr>
        <w:spacing w:after="80"/>
      </w:pPr>
      <w:r>
        <w:rPr>
          <w:b w:val="0"/>
          <w:i w:val="0"/>
        </w:rPr>
        <w:t>Jackie lại một lần nữa đưa thẻ cảnh sát ra, hài lòng vì họ không hề được báo trước.</w:t>
      </w:r>
    </w:p>
    <w:p>
      <w:pPr>
        <w:spacing w:after="80"/>
      </w:pPr>
      <w:r>
        <w:rPr>
          <w:b w:val="0"/>
          <w:i w:val="0"/>
        </w:rPr>
        <w:t>"Tôi là Hạ sĩ Smart," cô gái trẻ nói, lập tức đứng dậy, nhưng rõ ràng vẫn chưa hiểu hai người họ đang làm gì ở đây.</w:t>
      </w:r>
    </w:p>
    <w:p>
      <w:pPr>
        <w:spacing w:after="80"/>
      </w:pPr>
      <w:r>
        <w:rPr>
          <w:b w:val="0"/>
          <w:i w:val="0"/>
        </w:rPr>
        <w:t>"Cô là sĩ quan duy nhất trực ca sáng nay phải không, Hạ sĩ?" Jackie hỏi.</w:t>
      </w:r>
    </w:p>
    <w:p>
      <w:pPr>
        <w:spacing w:after="80"/>
      </w:pPr>
      <w:r>
        <w:rPr>
          <w:b w:val="0"/>
          <w:i w:val="0"/>
        </w:rPr>
        <w:t>"Vâng," cô đáp đầy phòng vệ. "Những người khác thường không đến trước giờ ăn trưa vào thứ Ba, trừ khi có một thành viên hoàng gia nào đó có lịch hẹn sớm," cô nói thêm, cố gắng che giấu sự thiếu thận trọng của mình.</w:t>
      </w:r>
    </w:p>
    <w:p>
      <w:pPr>
        <w:spacing w:after="80"/>
      </w:pPr>
      <w:r>
        <w:rPr>
          <w:b w:val="0"/>
          <w:i w:val="0"/>
        </w:rPr>
        <w:t>Jackie không thể không nhận ra chút phản đối trong giọng cô ấy, và tự hỏi liệu Hạ sĩ Smart, nếu có thời gian, có thể trở thành một đồng minh hữu ích không.</w:t>
      </w:r>
    </w:p>
    <w:p>
      <w:pPr>
        <w:spacing w:after="80"/>
      </w:pPr>
      <w:r>
        <w:rPr>
          <w:b w:val="0"/>
          <w:i w:val="0"/>
        </w:rPr>
        <w:t>"Tôi pha cà phê cho anh nhé, Trung sĩ?" viên Hạ sĩ lịch sự hỏi.</w:t>
      </w:r>
    </w:p>
    <w:p>
      <w:pPr>
        <w:spacing w:after="80"/>
      </w:pPr>
      <w:r>
        <w:rPr>
          <w:b w:val="0"/>
          <w:i w:val="0"/>
        </w:rPr>
        <w:t>"Cảm ơn cô," Jackie nói khi ngồi xuống bên cạnh cô ấy và quay lưng lại với Paul.</w:t>
      </w:r>
    </w:p>
    <w:p>
      <w:pPr>
        <w:spacing w:after="80"/>
      </w:pPr>
      <w:r>
        <w:rPr>
          <w:b w:val="0"/>
          <w:i w:val="0"/>
        </w:rPr>
        <w:t>Paul hiểu ý và đi tìm một văn phòng mà họ có thể dùng, nhưng cuối cùng chỉ tìm được một chiếc bàn trống và một tủ đựng chổi. Tuy nhiên, khi quay lại, anh vui mừng thấy Jackie đang thưởng thức tách cà phê thứ hai cùng Hạ sĩ Smart.</w:t>
      </w:r>
    </w:p>
    <w:p>
      <w:pPr>
        <w:spacing w:after="80"/>
        <w:jc w:val="center"/>
      </w:pPr>
      <w:r>
        <w:rPr>
          <w:b w:val="0"/>
          <w:i w:val="0"/>
        </w:rPr>
        <w:t>• • •</w:t>
      </w:r>
    </w:p>
    <w:p>
      <w:pPr>
        <w:spacing w:after="80"/>
      </w:pPr>
      <w:r>
        <w:rPr>
          <w:b w:val="0"/>
          <w:i w:val="0"/>
        </w:rPr>
        <w:t>Thanh tra Hogan bấm chuông cửa chính lúc 7 giờ 50 phút. Vài giây sau, một người đàn ông mặt nhẵn nhụi, ăn mặc chỉnh tề và rõ ràng đang chờ ông ra mở cửa.</w:t>
      </w:r>
    </w:p>
    <w:p>
      <w:pPr>
        <w:spacing w:after="80"/>
      </w:pPr>
      <w:r>
        <w:rPr>
          <w:b w:val="0"/>
          <w:i w:val="0"/>
        </w:rPr>
        <w:t>"Chào mừng đến Cung điện Kensington, Thanh tra," viên quản gia nói. "Mời ông vào. Công chúa đang dùng bữa sáng trong phòng. Tôi không nghĩ sẽ gặp cô ấy trước chín giờ, nên sao tôi không đưa ông đi tham quan một vòng khi có dịp nhỉ? Hãy bắt đầu với khu ở của ông, nằm ở tầng trên cùng."</w:t>
      </w:r>
    </w:p>
    <w:p>
      <w:pPr>
        <w:spacing w:after="80"/>
      </w:pPr>
      <w:r>
        <w:rPr>
          <w:b w:val="0"/>
          <w:i w:val="0"/>
        </w:rPr>
        <w:t>"Ở quê tôi," Ross nói, "người ta gọi đó là gác mái."</w:t>
      </w:r>
    </w:p>
    <w:p>
      <w:pPr>
        <w:spacing w:after="80"/>
      </w:pPr>
      <w:r>
        <w:rPr>
          <w:b w:val="0"/>
          <w:i w:val="0"/>
        </w:rPr>
        <w:t>Burrows bật cười khi cùng vị Thanh tra đi lên lầu. "Tôi thừa nhận khu ở của ông hơi chật chội một chút, nhưng ông luôn có thể ghé bếp với tôi nếu thấy rảnh rỗi." Ông mở một cánh cửa để lộ ra căn phòng rộng hơn bất kỳ phòng nào trong căn hộ của Ross. Một chiếc giường đơn được xếp gọn trong một góc. "Phòng khi ông về muộn và có lịch hẹn sớm vào sáng hôm sau," Burrows giải thích, "điều này không hiếm đâu. Ông sẽ sớm biết rằng Công nương là người thức khuya hơn là dậy sớm."</w:t>
      </w:r>
    </w:p>
    <w:p>
      <w:pPr>
        <w:spacing w:after="80"/>
      </w:pPr>
      <w:r>
        <w:rPr>
          <w:b w:val="0"/>
          <w:i w:val="0"/>
        </w:rPr>
        <w:t xml:space="preserve">Ross gật đầu, đưa mắt nhìn quanh phòng, ngạc nhiên vì nó được trang bị đầy đủ đến vậy. Anh nhặt một tấm thiệp viết tay trên bàn, trên đó chỉ vỏn vẹn dòng chữ </w:t>
      </w:r>
      <w:r>
        <w:rPr>
          <w:b w:val="0"/>
          <w:i/>
        </w:rPr>
        <w:t>Chào mừng</w:t>
      </w:r>
      <w:r>
        <w:rPr>
          <w:b w:val="0"/>
          <w:i w:val="0"/>
        </w:rPr>
        <w:t>.</w:t>
      </w:r>
    </w:p>
    <w:p>
      <w:pPr>
        <w:spacing w:after="80"/>
      </w:pPr>
      <w:r>
        <w:rPr>
          <w:b w:val="0"/>
          <w:i w:val="0"/>
        </w:rPr>
        <w:t>‘Tôi nên xưng hô với ngài thế nào?’ Burrows lịch sự hỏi.</w:t>
      </w:r>
    </w:p>
    <w:p>
      <w:pPr>
        <w:spacing w:after="80"/>
      </w:pPr>
      <w:r>
        <w:rPr>
          <w:b w:val="0"/>
          <w:i w:val="0"/>
        </w:rPr>
        <w:t>‘Cứ gọi Ross là được,’ anh nói, mở tủ quần áo và thấy cả chục chiếc móc treo trên thanh treo.</w:t>
      </w:r>
    </w:p>
    <w:p>
      <w:pPr>
        <w:spacing w:after="80"/>
      </w:pPr>
      <w:r>
        <w:rPr>
          <w:b w:val="0"/>
          <w:i w:val="0"/>
        </w:rPr>
        <w:t>‘Không, ý tôi là Thanh tra hay ngài?’</w:t>
      </w:r>
    </w:p>
    <w:p>
      <w:pPr>
        <w:spacing w:after="80"/>
      </w:pPr>
      <w:r>
        <w:rPr>
          <w:b w:val="0"/>
          <w:i w:val="0"/>
        </w:rPr>
        <w:t>‘Ý tôi là Ross.’</w:t>
      </w:r>
    </w:p>
    <w:p>
      <w:pPr>
        <w:spacing w:after="80"/>
      </w:pPr>
      <w:r>
        <w:rPr>
          <w:b w:val="0"/>
          <w:i w:val="0"/>
        </w:rPr>
        <w:t>‘Cảm ơn, Ross. Tôi là Paul. Nhưng đừng gọi thế trước mặt Công nương. Anh sẽ thấy một bản sao lịch trình các sự kiện của cô ấy trong tuần tới trên bàn làm việc. Hôm nay cô ấy dự bữa trưa từ thiện cho quỹ tim mạch tại khách sạn Dorchester. Địa điểm đã được đội tiền trạm kiểm tra rồi. Sau này đó sẽ là một trong những trách nhiệm của anh. Nhưng mỗi khi anh phải ở trong nhà, như cô ấy vẫn nói, thì anh có thể nghỉ ngơi.’ Ông mở một ngăn kéo bàn và đưa ra một tập hồ sơ dày. ‘Đây là tài liệu chuẩn bị của anh, Ross. Tôi sẽ cố gắng trả lời mọi câu hỏi anh có thể có, nhưng chỉ sau khi anh làm xong bài tập về nhà. Cho tôi nói một câu, anh ăn mặc chỉn chu bất thường so với một cảnh sát đấy.’</w:t>
      </w:r>
    </w:p>
    <w:p>
      <w:pPr>
        <w:spacing w:after="80"/>
      </w:pPr>
      <w:r>
        <w:rPr>
          <w:b w:val="0"/>
          <w:i w:val="0"/>
        </w:rPr>
        <w:t>‘Anh cứ đổ lỗi cho người vợ quá cố của tôi,’ Ross nói. ‘Jo là người Pháp, và cô ấy không đánh giá cao gu ăn mặc của người Anh, càng chê chúng tôi không biết thưởng thức ẩm thực cao cấp hay rượu vang hảo hạng, và bó tay hoàn toàn khi nói đến chuyện đối xử với một người phụ nữ.’</w:t>
      </w:r>
    </w:p>
    <w:p>
      <w:pPr>
        <w:spacing w:after="80"/>
      </w:pPr>
      <w:r>
        <w:rPr>
          <w:b w:val="0"/>
          <w:i w:val="0"/>
        </w:rPr>
        <w:t>‘Chẳng trách Công nương lại có cảm tình với anh.’</w:t>
      </w:r>
    </w:p>
    <w:p>
      <w:pPr>
        <w:spacing w:after="80"/>
      </w:pPr>
      <w:r>
        <w:rPr>
          <w:b w:val="0"/>
          <w:i w:val="0"/>
        </w:rPr>
        <w:t>Cả hai cùng cười. Tiếng cười của hai người đàn ông đang dần hiểu nhau.</w:t>
      </w:r>
    </w:p>
    <w:p>
      <w:pPr>
        <w:spacing w:after="80"/>
      </w:pPr>
      <w:r>
        <w:rPr>
          <w:b w:val="0"/>
          <w:i w:val="0"/>
        </w:rPr>
        <w:t>‘Anh sẽ cần để sẵn vài bộ quần áo thay đổi,’ Burrows tiếp tục. ‘Một bộ vest cho những dịp trang trọng, lễ phục buổi sáng cho đám cưới hay đám tang, và áo vest dạ hội cho buổi tối. Có khi anh sẽ cần cả ba bộ trong cùng một ngày.’</w:t>
      </w:r>
    </w:p>
    <w:p>
      <w:pPr>
        <w:spacing w:after="80"/>
      </w:pPr>
      <w:r>
        <w:rPr>
          <w:b w:val="0"/>
          <w:i w:val="0"/>
        </w:rPr>
        <w:t>‘Cứu tôi với,’ Ross nói.</w:t>
      </w:r>
    </w:p>
    <w:p>
      <w:pPr>
        <w:spacing w:after="80"/>
      </w:pPr>
      <w:r>
        <w:rPr>
          <w:b w:val="0"/>
          <w:i w:val="0"/>
        </w:rPr>
        <w:t>‘Đừng lo. Tủ có thể trống trơn, nhưng tôi có thể chỉ anh đúng hướng. Nếu anh đến Cassidy và Cassidy ở phố Savile Row, ông Francis Cassidy sẽ sắm sửa cho anh. Ông ấy cũng biết gửi hóa đơn đi đâu.’</w:t>
      </w:r>
    </w:p>
    <w:p>
      <w:pPr>
        <w:spacing w:after="80"/>
      </w:pPr>
      <w:r>
        <w:rPr>
          <w:b w:val="0"/>
          <w:i w:val="0"/>
        </w:rPr>
        <w:t>‘Có thật sự cần thiết không?’ Ross hỏi. ‘Tôi đã có vài bộ vest tử tế và một bộ DJ rồi—’</w:t>
      </w:r>
    </w:p>
    <w:p>
      <w:pPr>
        <w:spacing w:after="80"/>
      </w:pPr>
      <w:r>
        <w:rPr>
          <w:b w:val="0"/>
          <w:i w:val="0"/>
        </w:rPr>
        <w:t>‘E là không phù hợp. Không thể để anh trông lạc lõng được. Anh phải hòa vào đám đông, để không ai phải nhìn anh lần thứ hai. Chúng ta không muốn quá rõ ràng rằng anh là nhân viên bảo vệ của cô ấy.’</w:t>
      </w:r>
    </w:p>
    <w:p>
      <w:pPr>
        <w:spacing w:after="80"/>
      </w:pPr>
      <w:r>
        <w:rPr>
          <w:b w:val="0"/>
          <w:i w:val="0"/>
        </w:rPr>
        <w:t>Ross ngồi xuống bàn làm việc mới của mình và mở một tập hồ sơ có ghi ‘MẬT’.</w:t>
      </w:r>
    </w:p>
    <w:p>
      <w:pPr>
        <w:spacing w:after="80"/>
      </w:pPr>
      <w:r>
        <w:rPr>
          <w:b w:val="0"/>
          <w:i w:val="0"/>
        </w:rPr>
        <w:t>‘Đã đến lúc tôi đi thu dọn khay điểm tâm và giúp Công nương quyết định cô ấy nên mặc gì cho buổi đi chơi đầu tiên. Cô ấy luôn thích có thêm ý kiến thứ hai. Tôi sẽ báo với cô ấy là anh đã đến.’</w:t>
      </w:r>
    </w:p>
    <w:p>
      <w:pPr>
        <w:spacing w:after="80"/>
      </w:pPr>
      <w:r>
        <w:rPr>
          <w:b w:val="0"/>
          <w:i w:val="0"/>
        </w:rPr>
        <w:t>‘Có phải Công nương xứ Wales đang ở trên đó với cô ấy không?’</w:t>
      </w:r>
    </w:p>
    <w:p>
      <w:pPr>
        <w:spacing w:after="80"/>
      </w:pPr>
      <w:r>
        <w:rPr>
          <w:b w:val="0"/>
          <w:i w:val="0"/>
        </w:rPr>
        <w:t>‘Cậu sẽ sớm biết thôi, Ross ạ, có những câu hỏi người ta đừng nên hỏi.’</w:t>
      </w:r>
    </w:p>
    <w:p>
      <w:pPr>
        <w:spacing w:after="80"/>
        <w:jc w:val="center"/>
      </w:pPr>
      <w:r>
        <w:rPr>
          <w:b w:val="0"/>
          <w:i w:val="0"/>
        </w:rPr>
        <w:t>• • •</w:t>
      </w:r>
    </w:p>
    <w:p>
      <w:pPr>
        <w:spacing w:after="80"/>
      </w:pPr>
      <w:r>
        <w:rPr>
          <w:b w:val="0"/>
          <w:i w:val="0"/>
        </w:rPr>
        <w:t>Điện thoại trên bàn William bắt đầu đổ chuông, anh nhấc máy và nghe một giọng nói quát lên: ‘Báo cáo ngay tại văn phòng tôi, lập tức.’</w:t>
      </w:r>
    </w:p>
    <w:p>
      <w:pPr>
        <w:spacing w:after="80"/>
      </w:pPr>
      <w:r>
        <w:rPr>
          <w:b w:val="0"/>
          <w:i w:val="0"/>
        </w:rPr>
        <w:t>William không cần ai nói cũng biết ai ở đầu dây bên kia. Anh có cảm giác văn phòng của Tổng thanh tra Milner sẽ chẳng nằm ở tầng hầm đâu.</w:t>
      </w:r>
    </w:p>
    <w:p>
      <w:pPr>
        <w:spacing w:after="80"/>
      </w:pPr>
      <w:r>
        <w:rPr>
          <w:b w:val="0"/>
          <w:i w:val="0"/>
        </w:rPr>
        <w:t>Sau vài lần hỏi thăm dọc đường, William dừng lại trước một cánh cửa ở tầng hai, nơi anh được chào đón bằng một tấm biển ghi bằng chữ vàng to đùng:</w:t>
      </w:r>
    </w:p>
    <w:p>
      <w:pPr>
        <w:spacing w:after="80"/>
        <w:jc w:val="center"/>
      </w:pPr>
      <w:r>
        <w:rPr>
          <w:b w:val="0"/>
          <w:i w:val="0"/>
        </w:rPr>
        <w:t>TỔNG THANH TRA BRIAN MILNER</w:t>
      </w:r>
    </w:p>
    <w:p>
      <w:pPr>
        <w:spacing w:after="80"/>
        <w:jc w:val="center"/>
      </w:pPr>
      <w:r>
        <w:rPr>
          <w:b w:val="0"/>
          <w:i w:val="0"/>
        </w:rPr>
        <w:t>Trưởng bộ phận Bảo vệ Hoàng gia</w:t>
      </w:r>
    </w:p>
    <w:p>
      <w:pPr>
        <w:spacing w:after="80"/>
      </w:pPr>
      <w:r>
        <w:rPr>
          <w:b w:val="0"/>
          <w:i w:val="0"/>
        </w:rPr>
        <w:t>Anh gõ cửa và đợi đến khi nghe thấy tiếng ra lệnh ‘Vào đi’, rồi mới bước vào một căn phòng rộng rãi, bài trí tiện nghi đến mức chẳng khác gì Cung điện Buckingham, chứ không phải Buckingham Gate. Tường phòng treo đầy ảnh Milner chụp cùng đủ các thành viên Hoàng gia, khiến người ta có cảm giác ông ta là bạn thân của họ.</w:t>
      </w:r>
    </w:p>
    <w:p>
      <w:pPr>
        <w:spacing w:after="80"/>
      </w:pPr>
      <w:r>
        <w:rPr>
          <w:b w:val="0"/>
          <w:i w:val="0"/>
        </w:rPr>
        <w:t>‘Ngồi đi, Warwick,’ viên Tổng thanh tra nói, chẳng có chút gì là chào đón. William còn chưa kịp ngồi xuống thì ông ta đã nói thêm: ‘Tôi được biết cậu đã mắng té tát một trong các sĩ quan của tôi khi anh ta đang nghỉ ca.’</w:t>
      </w:r>
    </w:p>
    <w:p>
      <w:pPr>
        <w:spacing w:after="80"/>
      </w:pPr>
      <w:r>
        <w:rPr>
          <w:b w:val="0"/>
          <w:i w:val="0"/>
        </w:rPr>
        <w:t>‘Nếu ngài đang nói đến Trung sĩ Jennings, thưa ngài, thì khi tôi đến đây sáng nay lúc 7 giờ 44 phút, anh ta chưa cạo râu và ăn mặc sai quy định, dù vẫn đang trong ca trực. Tôi không mắng té tát. Nhưng tôi đã để anh ta hiểu rõ tôi nghĩ gì về thái độ và ngoại hình của anh ta khi đang làm nhiệm vụ cảnh sát.’</w:t>
      </w:r>
    </w:p>
    <w:p>
      <w:pPr>
        <w:spacing w:after="80"/>
      </w:pPr>
      <w:r>
        <w:rPr>
          <w:b w:val="0"/>
          <w:i w:val="0"/>
        </w:rPr>
        <w:t>Vẻ mặt Milner cho thấy ông ta không quen bị một sĩ quan cấp dưới nói chuyện kiểu này. ‘Cố nhớ cho, Warwick, họ vẫn báo cáo cho tôi chứ không phải cho cậu.’ Ông ta nhìn chằm chằm William rất lâu, rồi nói thêm: ‘Tất nhiên rồi, thưa Chánh thanh tra, trừ phi cậu đang nhắm đến chức của tôi.’</w:t>
      </w:r>
    </w:p>
    <w:p>
      <w:pPr>
        <w:spacing w:after="80"/>
      </w:pPr>
      <w:r>
        <w:rPr>
          <w:b w:val="0"/>
          <w:i w:val="0"/>
        </w:rPr>
        <w:t>‘Tôi không có hứng thú gì với chức vụ của ngài, thưa Tổng thanh tra. Tôi chỉ muốn làm tốt việc của mình.’</w:t>
      </w:r>
    </w:p>
    <w:p>
      <w:pPr>
        <w:spacing w:after="80"/>
      </w:pPr>
      <w:r>
        <w:rPr>
          <w:b w:val="0"/>
          <w:i w:val="0"/>
        </w:rPr>
        <w:t>‘Thẳng thắn mà nói, Warwick,’ ông ta nói, ‘tôi chẳng hiểu nổi việc của cậu là gì.’</w:t>
      </w:r>
    </w:p>
    <w:p>
      <w:pPr>
        <w:spacing w:after="80"/>
      </w:pPr>
      <w:r>
        <w:rPr>
          <w:b w:val="0"/>
          <w:i w:val="0"/>
        </w:rPr>
        <w:t>‘Ủy viên Cảnh sát đã yêu cầu tôi lập một báo cáo toàn diện về hoạt động của đơn vị này, để xem có thể cải thiện được gì không.’ William lấy từ túi áo trong ra một phong bì và đưa cho viên Tổng thanh tra.</w:t>
      </w:r>
    </w:p>
    <w:p>
      <w:pPr>
        <w:spacing w:after="80"/>
      </w:pPr>
      <w:r>
        <w:rPr>
          <w:b w:val="0"/>
          <w:i w:val="0"/>
        </w:rPr>
        <w:t>‘Tôi tin chắc, thưa Chánh thanh tra,’ Milner nói sau khi đọc xong bản chỉ thị đính kèm, ‘rằng cậu sẽ thấy mọi thứ trong đơn vị này đều vận hành trơn tru và minh bạch.’ William tự hỏi tại sao ông ta lại thêm hai chữ ‘minh bạch’ một cách không cần thiết đến thế. Hãy luôn chờ đợi câu nói mà nghi phạm sẽ hối hận về sau, Hawk đã dạy anh như vậy. ‘Cứ yên tâm rằng nếu tôi có thể giúp được gì, tôi sẽ rất sẵn lòng,’ Milner nói tiếp. ‘Nhưng thẳng thắn mà nói, tôi nghĩ cậu đang phí thời gian thôi.’</w:t>
      </w:r>
    </w:p>
    <w:p>
      <w:pPr>
        <w:spacing w:after="80"/>
      </w:pPr>
      <w:r>
        <w:rPr>
          <w:b w:val="0"/>
          <w:i w:val="0"/>
        </w:rPr>
        <w:t>‘Cứ hy vọng là anh đúng đi, thưa sếp,’ William nói. ‘Tuy nhiên, liệu DC Pankhurst và tôi có thể có một văn phòng mà không khiến người ta nghĩ chúng tôi là nhân viên lao công được không?’</w:t>
      </w:r>
    </w:p>
    <w:p>
      <w:pPr>
        <w:spacing w:after="80"/>
      </w:pPr>
      <w:r>
        <w:rPr>
          <w:b w:val="0"/>
          <w:i w:val="0"/>
        </w:rPr>
        <w:t>‘Hiện tại tôi không có phòng nào trống cả.’</w:t>
      </w:r>
    </w:p>
    <w:p>
      <w:pPr>
        <w:spacing w:after="80"/>
      </w:pPr>
      <w:r>
        <w:rPr>
          <w:b w:val="0"/>
          <w:i w:val="0"/>
        </w:rPr>
        <w:t>‘Có lẽ một trong các Constable của ông có thể—’</w:t>
      </w:r>
    </w:p>
    <w:p>
      <w:pPr>
        <w:spacing w:after="80"/>
      </w:pPr>
      <w:r>
        <w:rPr>
          <w:b w:val="0"/>
          <w:i w:val="0"/>
        </w:rPr>
        <w:t>‘Và có lẽ họ không thể,’ Milner cắt ngang.</w:t>
      </w:r>
    </w:p>
    <w:p>
      <w:pPr>
        <w:spacing w:after="80"/>
      </w:pPr>
      <w:r>
        <w:rPr>
          <w:b w:val="0"/>
          <w:i w:val="0"/>
        </w:rPr>
        <w:t>‘Tôi cũng sẽ cần một thư ký,’ William đáp lại, ‘người vừa đánh máy giỏi vừa viết đúng chính tả, trước khi chúng ta bắt đầu phỏng vấn tất cả sáu mươi ba nhân viên của ông ở Buckingham Gate, cùng với những người làm việc tại Windsor.’</w:t>
      </w:r>
    </w:p>
    <w:p>
      <w:pPr>
        <w:spacing w:after="80"/>
      </w:pPr>
      <w:r>
        <w:rPr>
          <w:b w:val="0"/>
          <w:i w:val="0"/>
        </w:rPr>
        <w:t>‘Điều đó có thực sự cần thiết không?’ Milner hỏi, giọng dịu lại. ‘Dù sao thì, các chàng trai của tôi cũng có lịch trình bận rộn, và tôi chắc không cần phải nhắc anh rằng Hoàng gia đâu có giữ giờ làm việc đúng kiểu văn phòng.’</w:t>
      </w:r>
    </w:p>
    <w:p>
      <w:pPr>
        <w:spacing w:after="80"/>
      </w:pPr>
      <w:r>
        <w:rPr>
          <w:b w:val="0"/>
          <w:i w:val="0"/>
        </w:rPr>
        <w:t>‘Tôi sẽ cố gắng không cản trở nhiệm vụ hằng ngày của họ,’ William trấn an, ‘nhưng nếu tôi phải hoàn thành một báo cáo có ý nghĩa cho Ủy viên—’</w:t>
      </w:r>
    </w:p>
    <w:p>
      <w:pPr>
        <w:spacing w:after="80"/>
      </w:pPr>
      <w:r>
        <w:rPr>
          <w:b w:val="0"/>
          <w:i w:val="0"/>
        </w:rPr>
        <w:t>‘Tôi muốn xem báo cáo đó trước khi anh nộp,’ Milner ngắt lời.</w:t>
      </w:r>
    </w:p>
    <w:p>
      <w:pPr>
        <w:spacing w:after="80"/>
      </w:pPr>
      <w:r>
        <w:rPr>
          <w:b w:val="0"/>
          <w:i w:val="0"/>
        </w:rPr>
        <w:t>‘Tất nhiên rồi, thưa sếp. Tôi sẽ luôn cập nhật tiến độ cho ông, và tôi tin chắc nhân viên của ông cũng sẽ làm như vậy.’</w:t>
      </w:r>
    </w:p>
    <w:p>
      <w:pPr>
        <w:spacing w:after="80"/>
      </w:pPr>
      <w:r>
        <w:rPr>
          <w:b w:val="0"/>
          <w:i w:val="0"/>
        </w:rPr>
        <w:t>‘Còn gì nữa không, Warwick, trước khi tôi được phép tiếp tục công việc của mình?’ viên Superintendent hỏi cộc lốc.</w:t>
      </w:r>
    </w:p>
    <w:p>
      <w:pPr>
        <w:spacing w:after="80"/>
      </w:pPr>
      <w:r>
        <w:rPr>
          <w:b w:val="0"/>
          <w:i w:val="0"/>
        </w:rPr>
        <w:t>‘Có, thưa sếp. Hai thành viên trong đội của tôi, DS Adaja và DS Roycroft, sẽ làm việc tại Lâu đài Windsor trong suốt cuộc điều tra của chúng tôi. Liệu tôi có thể hy vọng rằng sáng nay họ được chào đón nồng hậu hơn tôi không?’</w:t>
      </w:r>
    </w:p>
    <w:p>
      <w:pPr>
        <w:spacing w:after="80"/>
      </w:pPr>
      <w:r>
        <w:rPr>
          <w:b w:val="0"/>
          <w:i w:val="0"/>
        </w:rPr>
        <w:t>‘Nếu anh cho chúng tôi biết khi nào anh đến, thưa Chief Inspector, thì tôi đã có mặt ở đây để đích thân chào đón anh rồi,’ Milner nói, không buồn che giấu vẻ khó chịu.</w:t>
      </w:r>
    </w:p>
    <w:p>
      <w:pPr>
        <w:spacing w:after="80"/>
      </w:pPr>
      <w:r>
        <w:rPr>
          <w:b w:val="0"/>
          <w:i w:val="0"/>
        </w:rPr>
        <w:t>‘Thế thì lại làm hỏng mất mục đích, thưa sếp,’ William nói, không hề nao núng.</w:t>
      </w:r>
    </w:p>
    <w:p>
      <w:pPr>
        <w:spacing w:after="80"/>
      </w:pPr>
      <w:r>
        <w:rPr>
          <w:b w:val="0"/>
          <w:i w:val="0"/>
        </w:rPr>
        <w:t>‘Và mục đích đó có thể là gì?’</w:t>
      </w:r>
    </w:p>
    <w:p>
      <w:pPr>
        <w:spacing w:after="80"/>
      </w:pPr>
      <w:r>
        <w:rPr>
          <w:b w:val="0"/>
          <w:i w:val="0"/>
        </w:rPr>
        <w:t>‘Đơn giản là để chứng minh rằng bộ phận của ông, theo đúng lời chỉ dẫn của Ủy viên, là đủ năng lực đáp ứng yêu cầu.’</w:t>
      </w:r>
    </w:p>
    <w:p>
      <w:pPr>
        <w:spacing w:after="80"/>
      </w:pPr>
      <w:r>
        <w:rPr>
          <w:b w:val="0"/>
          <w:i w:val="0"/>
        </w:rPr>
        <w:t>‘Tôi tin chắc anh sẽ thấy đúng là như vậy. Tuy nhiên, anh cần hiểu ngay từ đầu rằng Royalty Protection Command là một đơn vị đặc thù, nơi những quy tắc thông thường không áp dụng. Cố đừng quên, Warwick, chúng tôi chỉ chịu trách nhiệm trước Hoàng gia, không ai khác.’</w:t>
      </w:r>
    </w:p>
    <w:p>
      <w:pPr>
        <w:spacing w:after="80"/>
      </w:pPr>
      <w:r>
        <w:rPr>
          <w:b w:val="0"/>
          <w:i w:val="0"/>
        </w:rPr>
        <w:t>‘Tất cả chúng ta đều là người hầu của Hoàng gia, thưa Tổng thanh tra. Tuy nhiên, tôi cũng phải chịu trách nhiệm trước Tư lệnh Hawksby, và ông ấy lại báo cáo lên Ủy viên.’</w:t>
      </w:r>
    </w:p>
    <w:p>
      <w:pPr>
        <w:spacing w:after="80"/>
      </w:pPr>
      <w:r>
        <w:rPr>
          <w:b w:val="0"/>
          <w:i w:val="0"/>
        </w:rPr>
        <w:t>Vẻ mặt của Tổng thanh tra cho thấy ông ta biết rõ về danh tiếng của Hawk.</w:t>
      </w:r>
    </w:p>
    <w:p>
      <w:pPr>
        <w:spacing w:after="80"/>
      </w:pPr>
      <w:r>
        <w:rPr>
          <w:b w:val="0"/>
          <w:i w:val="0"/>
        </w:rPr>
        <w:t>‘Tôi chắc chắn chúng ta sẽ có thể hòa hợp với nhau,’ Milner nói, kẻ bắt nạt bỗng chốc biến thành kẻ nịnh bợ. ‘William, phải không nhỉ?’</w:t>
      </w:r>
    </w:p>
    <w:p>
      <w:pPr>
        <w:spacing w:after="80"/>
      </w:pPr>
      <w:r>
        <w:rPr>
          <w:b w:val="0"/>
          <w:i w:val="0"/>
        </w:rPr>
        <w:t>‘Thanh tra trưởng Warwick, thưa ngài.’</w:t>
      </w:r>
    </w:p>
    <w:p>
      <w:pPr>
        <w:spacing w:after="80"/>
      </w:pPr>
      <w:r>
        <w:rPr>
          <w:b w:val="0"/>
          <w:i w:val="0"/>
        </w:rPr>
        <w:t>‘Anh phải cố gắng hiểu, Warwick, những thách thức mà tôi phải đối mặt hàng ngày.’</w:t>
      </w:r>
    </w:p>
    <w:p>
      <w:pPr>
        <w:spacing w:after="80"/>
      </w:pPr>
      <w:r>
        <w:rPr>
          <w:b w:val="0"/>
          <w:i w:val="0"/>
        </w:rPr>
        <w:t>‘Tôi sẽ cố gắng hết sức để đảm bảo mọi người đều có cơ hội giải thích những thách thức đó một cách chi tiết, thưa ngài.’</w:t>
      </w:r>
    </w:p>
    <w:p>
      <w:pPr>
        <w:spacing w:after="80"/>
      </w:pPr>
      <w:r>
        <w:rPr>
          <w:b w:val="0"/>
          <w:i w:val="0"/>
        </w:rPr>
        <w:t>‘Nếu đó là thái độ của anh, Warwick, thì anh nên nhớ rằng sếp của tôi có cấp bậc cao hơn Tư lệnh Hawksby,’ Milner nói, gần như không thể kìm nén cơn giận.</w:t>
      </w:r>
    </w:p>
    <w:p>
      <w:pPr>
        <w:spacing w:after="80"/>
      </w:pPr>
      <w:r>
        <w:rPr>
          <w:b w:val="0"/>
          <w:i w:val="0"/>
        </w:rPr>
        <w:t>‘Chưa kể đến Ủy viên nữa, thưa ngài,’ William nói. ‘Tôi sẽ đảm bảo cho sếp tôi biết suy nghĩ của ngài về vấn đề này.’</w:t>
      </w:r>
    </w:p>
    <w:p>
      <w:pPr>
        <w:spacing w:after="80"/>
      </w:pPr>
      <w:r>
        <w:rPr>
          <w:b w:val="0"/>
          <w:i w:val="0"/>
        </w:rPr>
        <w:t>‘Tôi nghĩ đã đến lúc anh nên rời đi, Warwick.’ Milner nhấc điện thoại trên bàn lên. ‘Tôi sắp nói chuyện với tư lệnh của anh, nên đừng bận tâm sắp xếp chỗ ngồi. Tôi có cảm giác hôm nay anh sẽ được đưa trở lại Scotland Yard. Nối máy cho tôi Tư lệnh Hawksby ở Yard,’ ông ta quát vào điện thoại trong khi vẫy tay đuổi khéo về phía William.</w:t>
      </w:r>
    </w:p>
    <w:p>
      <w:pPr>
        <w:spacing w:after="80"/>
      </w:pPr>
      <w:r>
        <w:rPr>
          <w:b w:val="0"/>
          <w:i w:val="0"/>
        </w:rPr>
        <w:t>‘Cảm ơn ngài,’ William nói, rồi rời khỏi phòng và nhẹ nhàng đóng cửa lại. Anh quay về căn phòng ở tầng hầm và thấy Rebecca bằng cách nào đó đã trưng dụng được vài thùng giấy, một chiếc máy đánh chữ và thậm chí cả một tủ đựng hồ sơ.</w:t>
      </w:r>
    </w:p>
    <w:p>
      <w:pPr>
        <w:spacing w:after="80"/>
      </w:pPr>
      <w:r>
        <w:rPr>
          <w:b w:val="0"/>
          <w:i w:val="0"/>
        </w:rPr>
        <w:t>‘Mọi chuyện thế nào?’ cô hỏi.</w:t>
      </w:r>
    </w:p>
    <w:p>
      <w:pPr>
        <w:spacing w:after="80"/>
      </w:pPr>
      <w:r>
        <w:rPr>
          <w:b w:val="0"/>
          <w:i w:val="0"/>
        </w:rPr>
        <w:t>‘Có thể đã tệ hơn,’ William nói, sau khi kể lại cuộc trò chuyện của họ, ‘nhưng tôi không thể tưởng tượng nổi tệ hơn thế nào.’</w:t>
      </w:r>
    </w:p>
    <w:p>
      <w:pPr>
        <w:spacing w:after="80"/>
      </w:pPr>
      <w:r>
        <w:rPr>
          <w:b w:val="0"/>
          <w:i w:val="0"/>
        </w:rPr>
        <w:t>‘Vậy có nghĩa là chúng ta sẽ về lại Yard kịp giờ ăn trưa à?’</w:t>
      </w:r>
    </w:p>
    <w:p>
      <w:pPr>
        <w:spacing w:after="80"/>
      </w:pPr>
      <w:r>
        <w:rPr>
          <w:b w:val="0"/>
          <w:i w:val="0"/>
        </w:rPr>
        <w:t>‘Cô biết rõ là Hawk không chấp nhận việc nghỉ trưa mà,’ William nói khi ngồi xuống bàn làm việc và chờ điện thoại reo.</w:t>
      </w:r>
    </w:p>
    <w:p>
      <w:pPr>
        <w:pStyle w:val="Heading2"/>
      </w:pPr>
      <w:r>
        <w:rPr>
          <w:rFonts w:ascii="Calibri" w:hAnsi="Calibri"/>
          <w:b/>
          <w:i w:val="0"/>
          <w:sz w:val="32"/>
        </w:rPr>
        <w:t>CHƯƠNG 10</w:t>
      </w:r>
    </w:p>
    <w:p>
      <w:pPr>
        <w:spacing w:after="80"/>
      </w:pPr>
      <w:r>
        <w:rPr>
          <w:b w:val="0"/>
          <w:i w:val="0"/>
        </w:rPr>
        <w:t>‘VỀ LÝ THUYẾT, VỤ NÀY LẼ RA phải là một vụ án rõ ràng dễ xử,’ Ngài Julian tuyên bố khi đi đi lại lại quanh văn phòng, nắm chặt ve áo khoác như đang nói với bồi thẩm đoàn. ‘Tuy nhiên, trên thực tế,’ ông dừng lại trước khi tiếp tục, ‘có một hai điểm bất thường mà Hoàng gia không thể bỏ qua.’</w:t>
      </w:r>
    </w:p>
    <w:p>
      <w:pPr>
        <w:spacing w:after="80"/>
      </w:pPr>
      <w:r>
        <w:rPr>
          <w:b w:val="0"/>
          <w:i w:val="0"/>
        </w:rPr>
        <w:t>Cả Grace lẫn Clare đều không ngắt lời người dẫn đầu của họ khi họ đang ghi chép.</w:t>
      </w:r>
    </w:p>
    <w:p>
      <w:pPr>
        <w:spacing w:after="80"/>
      </w:pPr>
      <w:r>
        <w:rPr>
          <w:b w:val="0"/>
          <w:i w:val="0"/>
        </w:rPr>
        <w:t>‘Hãy bắt đầu với các tình tiết của vụ án. Bị cáo, Miles Faulkner, đã trốn thoát khỏi sự giam giữ của cảnh sát khi đang dự đám tang của mẹ mình và, vài tháng sau, đã tự dàn dựng đám tang của chính mình để thuyết phục cảnh sát rằng anh ta đã chết.’</w:t>
      </w:r>
    </w:p>
    <w:p>
      <w:pPr>
        <w:spacing w:after="80"/>
      </w:pPr>
      <w:r>
        <w:rPr>
          <w:b w:val="0"/>
          <w:i w:val="0"/>
        </w:rPr>
        <w:t>‘Bà Faulkner thậm chí còn đề nghị cung cấp tro cốt của ông ấy,’ Clare kể, ‘nhưng tôi đã giải thích với bà rằng chúng tôi vẫn chưa làm chủ được cách nhận diện DNA của một người từ tro cốt của họ.’</w:t>
      </w:r>
    </w:p>
    <w:p>
      <w:pPr>
        <w:spacing w:after="80"/>
      </w:pPr>
      <w:r>
        <w:rPr>
          <w:b w:val="0"/>
          <w:i w:val="0"/>
        </w:rPr>
        <w:t>‘Faulkner hẳn đã biết rõ điều đó – nếu không thì ông ta đã chẳng dâng chúng lên đĩa bạc như thế,’ Sir Julian nói. ‘Tuy nhiên, điều ông ta không thể lường trước được là một nữ cảnh sát cảnh giác’ – ông ngừng lại và cúi xuống nhìn những ghi chú trên bàn để kiểm tra tên cô – ‘Detective Constable Rebecca Pankhurst,’ ông tiếp tục, ‘người đã phát hiện ra luật sư của Faulkner, ông Booth Watson, trong phòng chờ khởi hành ở Heathrow, đang chờ lên chuyến bay đi Barcelona. DC Pankhurst đã cắt ngang kỳ nghỉ của chính mình để có thể cùng ông ta lên chuyến bay đó mà ông ta không hề hay biết sự có mặt của cô. Nhờ sự hợp tác của cảnh sát Tây Ban Nha,’ Sir Julian nói, vẫn đang đi đi lại lại, ‘Scotland Yard đã lần ra được Faulkner, kẻ đang sống trong một biệt thự đồng quê lớn, biệt lập cách thủ phủ xứ Catalan vài dặm.</w:t>
      </w:r>
    </w:p>
    <w:p>
      <w:pPr>
        <w:spacing w:after="80"/>
      </w:pPr>
      <w:r>
        <w:rPr>
          <w:b w:val="0"/>
          <w:i w:val="0"/>
        </w:rPr>
        <w:t>‘Hắn có thể đã lại thoát khỏi cảnh sát một lần nữa nếu không nhờ một Thanh tra Thám tử cũng mưu mẹo không kém, người mà trớ trêu thay lại chính là người cứu mạng Faulkner. Tuy nhiên, đó chính là điểm mà vụ án không còn đơn giản rõ ràng nữa. Cha sẽ để con cập nhật tình hình cho mọi người, Clare,’ ông nói, trước khi quay sang con gái, ‘còn con, Grace, với tư cách là trợ lý của cha, có thể đóng vai người phản biện và thử nghĩ theo cách của Booth Watson.’</w:t>
      </w:r>
    </w:p>
    <w:p>
      <w:pPr>
        <w:spacing w:after="80"/>
      </w:pPr>
      <w:r>
        <w:rPr>
          <w:b w:val="0"/>
          <w:i w:val="0"/>
        </w:rPr>
        <w:t>‘Tôi cho rằng ý ông là xảo quyệt và vô đạo đức, trong khi lại tỏa ra vẻ quyến rũ ngọt nhạt khi hướng về phía bồi thẩm đoàn.’</w:t>
      </w:r>
    </w:p>
    <w:p>
      <w:pPr>
        <w:spacing w:after="80"/>
      </w:pPr>
      <w:r>
        <w:rPr>
          <w:b w:val="0"/>
          <w:i w:val="0"/>
        </w:rPr>
        <w:t>‘Tôi cũng không thể diễn đạt hay hơn được nữa,’ Sir Julian nói.</w:t>
      </w:r>
    </w:p>
    <w:p>
      <w:pPr>
        <w:spacing w:after="80"/>
      </w:pPr>
      <w:r>
        <w:rPr>
          <w:b w:val="0"/>
          <w:i w:val="0"/>
        </w:rPr>
        <w:t>‘Tôi đã phỏng vấn cả DCI Warwick,’ Clare bắt đầu, tránh nói ‘con trai bà’, ‘và DI Hogan. Hogan khẳng định rằng khi Faulkner đang cố gắng trốn thoát, anh ta đã tự nhốt mình vào két sắt của chính mình và sẽ chết ngạt nếu anh ta không đến cứu.’</w:t>
      </w:r>
    </w:p>
    <w:p>
      <w:pPr>
        <w:spacing w:after="80"/>
      </w:pPr>
      <w:r>
        <w:rPr>
          <w:b w:val="0"/>
          <w:i w:val="0"/>
        </w:rPr>
        <w:t>‘Điều đó thì tôi tin,’ Sir Julian nói. ‘Nhưng tôi e rằng phần còn lại trong câu chuyện của Hogan nghe có vẻ khó tin hơn. Dù sao, xin ông kể tiếp.’</w:t>
      </w:r>
    </w:p>
    <w:p>
      <w:pPr>
        <w:spacing w:after="80"/>
      </w:pPr>
      <w:r>
        <w:rPr>
          <w:b w:val="0"/>
          <w:i w:val="0"/>
        </w:rPr>
        <w:t>‘DI Hogan tiếp tục cho biết Faulkner vẫn còn sống nhưng bất tỉnh khi ông kéo anh ta ra khỏi két sắt. Nhờ sự giúp đỡ của Trung úy Sanchez thuộc cảnh sát quốc gia Tây Ban Nha, người đã thực hiện hô hấp nhân tạo miệng-tiếp-miệng, Faulkner tỉnh lại và xin được đưa về London để có thể khám bác sĩ riêng của mình. Sau đó anh ta lại ngất đi.’</w:t>
      </w:r>
    </w:p>
    <w:p>
      <w:pPr>
        <w:spacing w:after="80"/>
      </w:pPr>
      <w:r>
        <w:rPr>
          <w:b w:val="0"/>
          <w:i w:val="0"/>
        </w:rPr>
        <w:t>‘Đó là chỗ tôi thấy kém thuyết phục hơn,’ Sir Julian nói, ‘và tôi chắc chắn Booth Watson sẽ tìm ra vài lỗ hổng trong lời khai của DI Hogan khi ông ta đưa anh ta lên ghế nhân chứng – rồi sau đó sẽ diễn trò khi bàn đến việc làm sao Hogan có thể trưng dụng máy bay riêng của Faulkner, rồi đưa ông ta về London mà không có sự cho phép rõ ràng của ông ta.’</w:t>
      </w:r>
    </w:p>
    <w:p>
      <w:pPr>
        <w:spacing w:after="80"/>
      </w:pPr>
      <w:r>
        <w:rPr>
          <w:b w:val="0"/>
          <w:i w:val="0"/>
        </w:rPr>
        <w:t>‘Nhưng Thanh tra Hogan đã cung cấp cho chúng ta tên bác sĩ riêng của Faulkner ở phố Harley,’ Grace nói.</w:t>
      </w:r>
    </w:p>
    <w:p>
      <w:pPr>
        <w:spacing w:after="80"/>
      </w:pPr>
      <w:r>
        <w:rPr>
          <w:b w:val="0"/>
          <w:i w:val="0"/>
        </w:rPr>
        <w:t>‘Tôi nghi ngờ rằng Hogan là một người ưa mạo hiểm, người đã đánh cược vào Harley Street và gặp may.’</w:t>
      </w:r>
    </w:p>
    <w:p>
      <w:pPr>
        <w:spacing w:after="80"/>
      </w:pPr>
      <w:r>
        <w:rPr>
          <w:b w:val="0"/>
          <w:i w:val="0"/>
        </w:rPr>
        <w:t>‘Thật không may, cả Trung úy Sanchez lẫn DCI Warwick đều không thể xác nhận được cuộc trao đổi giữa Faulkner và Hogan,’ Clare tiếp tục, ‘và vào thời điểm đó, họ đã tin lời Hogan. Mãi cho đến khi họ đưa Faulkner trở lại Anh, và anh ta bị nhốt một lần nữa, DCI Warwick mới bắt đầu cân nhắc hậu quả từ hành động của họ.’</w:t>
      </w:r>
    </w:p>
    <w:p>
      <w:pPr>
        <w:spacing w:after="80"/>
      </w:pPr>
      <w:r>
        <w:rPr>
          <w:b w:val="0"/>
          <w:i w:val="0"/>
        </w:rPr>
        <w:t>“Chúng ta nên nhớ,” Grace nói, “rằng Faulkner phải chịu trách nhiệm về cái chết thảm khốc của vợ vị Thanh tra, nên phán đoán của Hogan rất có thể đã, dùng một thuật ngữ pháp lý mà nói, bị suy giảm tạm thời.”</w:t>
      </w:r>
    </w:p>
    <w:p>
      <w:pPr>
        <w:spacing w:after="80"/>
      </w:pPr>
      <w:r>
        <w:rPr>
          <w:b w:val="0"/>
          <w:i w:val="0"/>
        </w:rPr>
        <w:t xml:space="preserve">‘Booth Watson sẽ không bận tâm chuyện </w:t>
      </w:r>
      <w:r>
        <w:rPr>
          <w:b w:val="0"/>
          <w:i/>
        </w:rPr>
        <w:t>tạm thời</w:t>
      </w:r>
      <w:r>
        <w:rPr>
          <w:b w:val="0"/>
          <w:i w:val="0"/>
        </w:rPr>
        <w:t xml:space="preserve"> đâu, một khi ông ta đưa Hogan vào ghế nhân chứng,’ Sir Julian nói. ‘Ông ta sẽ mở màn bằng việc nêu ra chuyện bắt cóc, mà tôi nghĩ cậu sẽ thấy đây không phải là quy trình được khuyến nghị trong sổ tay của Sở Cảnh sát Metropolitan.’</w:t>
      </w:r>
    </w:p>
    <w:p>
      <w:pPr>
        <w:spacing w:after="80"/>
      </w:pPr>
      <w:r>
        <w:rPr>
          <w:b w:val="0"/>
          <w:i w:val="0"/>
        </w:rPr>
        <w:t>'Và đó sẽ là trước khi ông ta chuyển sự chú ý sang vụ trộm một bức chân dung tự họa của Frans Hals, trị giá ít nhất nửa triệu,' Grace nói thêm, 'mà công chúng sẽ có cơ hội chiêm ngưỡng tại một cuộc triển lãm do Công nương xứ Wales khai mạc.'</w:t>
      </w:r>
    </w:p>
    <w:p>
      <w:pPr>
        <w:spacing w:after="80"/>
      </w:pPr>
      <w:r>
        <w:rPr>
          <w:b w:val="0"/>
          <w:i w:val="0"/>
        </w:rPr>
        <w:t>'Một cuộc triển lãm sẽ diễn ra tại Bảo tàng Fitzmolean,' Clare nói, 'nơi mà thật tình cờ, vợ của DCI Warwick lại đúng là người phụ trách các bức tranh.'</w:t>
      </w:r>
    </w:p>
    <w:p>
      <w:pPr>
        <w:spacing w:after="80"/>
      </w:pPr>
      <w:r>
        <w:rPr>
          <w:b w:val="0"/>
          <w:i w:val="0"/>
        </w:rPr>
        <w:t xml:space="preserve">'Booth Watson sẽ không coi đó là sự trùng hợp, và ông có thể chắc chắn rằng "người phụ trách các bức tranh" sẽ là những từ ông ta lặp đi lặp lại </w:t>
      </w:r>
      <w:r>
        <w:rPr>
          <w:b w:val="0"/>
          <w:i/>
        </w:rPr>
        <w:t>đến phát ngán</w:t>
      </w:r>
      <w:r>
        <w:rPr>
          <w:b w:val="0"/>
          <w:i w:val="0"/>
        </w:rPr>
        <w:t xml:space="preserve"> khi nói với bồi thẩm đoàn,' Sir Julian nói. 'Có tin tốt nào không?'</w:t>
      </w:r>
    </w:p>
    <w:p>
      <w:pPr>
        <w:spacing w:after="80"/>
      </w:pPr>
      <w:r>
        <w:rPr>
          <w:b w:val="0"/>
          <w:i w:val="0"/>
        </w:rPr>
        <w:t>'Vấn đề đó có thể sẽ tự giải quyết vì phiên tòa chỉ bắt đầu sau khi cuộc triển lãm đã kết thúc,' Clare nói, 'và bức tranh sẽ đã được trả về cho chủ nhân hợp pháp của nó.'</w:t>
      </w:r>
    </w:p>
    <w:p>
      <w:pPr>
        <w:spacing w:after="80"/>
      </w:pPr>
      <w:r>
        <w:rPr>
          <w:b w:val="0"/>
          <w:i w:val="0"/>
        </w:rPr>
        <w:t>'Dù chủ nhân đó là ai đi nữa,' Sir Julian nói, những nếp nhăn trên trán ông hằn sâu thành những rãnh sâu hoắm. 'Nhưng điều đó giúp ích gì cho lý lẽ của chúng ta?'</w:t>
      </w:r>
    </w:p>
    <w:p>
      <w:pPr>
        <w:spacing w:after="80"/>
      </w:pPr>
      <w:r>
        <w:rPr>
          <w:b w:val="0"/>
          <w:i w:val="0"/>
        </w:rPr>
        <w:t>'Bà Christina Faulkner đã ký một bản khai có tuyên thệ rằng bức tranh thuộc về bà ấy,' Clare đáp, 'và do đó bà ấy có quyền cho bất kỳ ai bà ấy muốn mượn nó.'</w:t>
      </w:r>
    </w:p>
    <w:p>
      <w:pPr>
        <w:spacing w:after="80"/>
      </w:pPr>
      <w:r>
        <w:rPr>
          <w:b w:val="0"/>
          <w:i w:val="0"/>
        </w:rPr>
        <w:t>'Đáng tiếc là chúng ta sẽ không biết người phụ nữ đó đứng về phía nào,' Grace nói, 'cho đến khi bà ta bước vào ghế nhân chứng, và đó không phải là rủi ro mà tôi sẵn lòng chấp nhận khi BW có nhiều thứ để trao cho bà ta hơn chúng ta. Và dù sao đi nữa, đến lúc đó có thể đã quá muộn.'</w:t>
      </w:r>
    </w:p>
    <w:p>
      <w:pPr>
        <w:spacing w:after="80"/>
      </w:pPr>
      <w:r>
        <w:rPr>
          <w:b w:val="0"/>
          <w:i w:val="0"/>
        </w:rPr>
        <w:t>'Tôi e rằng cô nói đúng,' Sir Julian nói. 'Và chúng ta vốn đã đứng trên nền đất chông chênh khi bảo vệ lập trường của mình, như Booth Watson chắc chắn sẽ chỉ ra khi ông ta tham gia buổi tư vấn sơ bộ với chúng ta' – ông liếc đồng hồ – 'khoảng hai mươi phút nữa.'</w:t>
      </w:r>
    </w:p>
    <w:p>
      <w:pPr>
        <w:spacing w:after="80"/>
      </w:pPr>
      <w:r>
        <w:rPr>
          <w:b w:val="0"/>
          <w:i w:val="0"/>
        </w:rPr>
        <w:t>'Tôi có cảm giác,' Grace nói, 'rằng ông ta sẽ rất sẵn lòng thỏa thuận để giúp Faulkner thoát khỏi rắc rối, nhớ rằng ông ta đã giữ liên lạc với hắn sau khi hắn trốn khỏi nhà tù, và thậm chí còn đóng vai người điều khiển dàn nhạc trong đám tang được dàn dựng của hắn.'</w:t>
      </w:r>
    </w:p>
    <w:p>
      <w:pPr>
        <w:spacing w:after="80"/>
      </w:pPr>
      <w:r>
        <w:rPr>
          <w:b w:val="0"/>
          <w:i w:val="0"/>
        </w:rPr>
        <w:t>'Hy vọng cô nói đúng,' Sir Julian nói thêm. 'Nhưng liệu thế có đủ để ngăn ông ta nêu ra các chủ đề bắt cóc và trộm cắp không?' Ông ngừng lại một lát trước khi nhấc một tờ giấy từ bàn làm việc. 'Tôi đã lập sẵn một danh sách mong muốn để chúng ta xem xét,' ông tuyên bố, 'nếu chúng ta ở vào vị trí của ông ta.'</w:t>
      </w:r>
    </w:p>
    <w:p>
      <w:pPr>
        <w:spacing w:after="80"/>
      </w:pPr>
      <w:r>
        <w:rPr>
          <w:b w:val="0"/>
          <w:i w:val="0"/>
        </w:rPr>
        <w:t>'Tôi cũng vậy,' Clare nói, rút ra một tờ giấy kẻ dòng màu vàng từ tập tài liệu đã được thống nhất.</w:t>
      </w:r>
    </w:p>
    <w:p>
      <w:pPr>
        <w:spacing w:after="80"/>
      </w:pPr>
      <w:r>
        <w:rPr>
          <w:b w:val="0"/>
          <w:i w:val="0"/>
        </w:rPr>
        <w:t>'Tốt, vậy hãy so ghi chú nào,' Grace nói.</w:t>
      </w:r>
    </w:p>
    <w:p>
      <w:pPr>
        <w:spacing w:after="80"/>
      </w:pPr>
      <w:r>
        <w:rPr>
          <w:b w:val="0"/>
          <w:i w:val="0"/>
        </w:rPr>
        <w:t>'Một,' Sir Julian bắt đầu, 'BW sẽ yêu cầu vụ án được xét xử công khai để mọi bằng chứng buộc tội liên quan đến Tổng thanh tra Warwick đều được công khai. Và ý tôi là trên trang nhất của mọi tờ báo lá cải, bởi vì nếu có một thứ mà báo chí thích hơn việc góp công đưa tội phạm vào tù, thì đó là việc đả kích cảnh sát.'</w:t>
      </w:r>
    </w:p>
    <w:p>
      <w:pPr>
        <w:spacing w:after="80"/>
      </w:pPr>
      <w:r>
        <w:rPr>
          <w:b w:val="0"/>
          <w:i w:val="0"/>
        </w:rPr>
        <w:t>'Các thẩm phán không bị ảnh hưởng bởi báo lá cải đâu,' Grace nói.</w:t>
      </w:r>
    </w:p>
    <w:p>
      <w:pPr>
        <w:spacing w:after="80"/>
      </w:pPr>
      <w:r>
        <w:rPr>
          <w:b w:val="0"/>
          <w:i w:val="0"/>
        </w:rPr>
        <w:t xml:space="preserve">'Nhưng bồi thẩm đoàn thì có,' Sir Julian phản bác. 'Và đừng quên không nhiều người trong số họ đọc tờ </w:t>
      </w:r>
      <w:r>
        <w:rPr>
          <w:b w:val="0"/>
          <w:i/>
        </w:rPr>
        <w:t>Guardian</w:t>
      </w:r>
      <w:r>
        <w:rPr>
          <w:b w:val="0"/>
          <w:i w:val="0"/>
        </w:rPr>
        <w:t xml:space="preserve"> đâu.'</w:t>
      </w:r>
    </w:p>
    <w:p>
      <w:pPr>
        <w:spacing w:after="80"/>
      </w:pPr>
      <w:r>
        <w:rPr>
          <w:b w:val="0"/>
          <w:i w:val="0"/>
        </w:rPr>
        <w:t>'Nhưng—' Grace bắt đầu.</w:t>
      </w:r>
    </w:p>
    <w:p>
      <w:pPr>
        <w:spacing w:after="80"/>
      </w:pPr>
      <w:r>
        <w:rPr>
          <w:b w:val="0"/>
          <w:i w:val="0"/>
        </w:rPr>
        <w:t>‘Vì vậy,’ ông tiếp tục, giành lời từ con gái trước khi cô kịp đưa ra ý kiến. ‘Đừng ngạc nhiên nếu BW khuyên Faulkner nhận tội với một tội danh nhẹ hơn để đổi lấy án treo.’</w:t>
      </w:r>
    </w:p>
    <w:p>
      <w:pPr>
        <w:spacing w:after="80"/>
      </w:pPr>
      <w:r>
        <w:rPr>
          <w:b w:val="0"/>
          <w:i w:val="0"/>
        </w:rPr>
        <w:t>‘Khó xảy ra lắm,’ Grace nói. ‘Nếu điều đó xảy ra, báo chí sẽ muốn biết lý do tại sao ông ta lại được xử nhẹ đến thế.’</w:t>
      </w:r>
    </w:p>
    <w:p>
      <w:pPr>
        <w:spacing w:after="80"/>
      </w:pPr>
      <w:r>
        <w:rPr>
          <w:b w:val="0"/>
          <w:i w:val="0"/>
        </w:rPr>
        <w:t>‘Hai,’ Sir Julian nói, ‘vì không nhắc đến chuyện bức tranh bị đánh cắp, ông ta sẽ yêu cầu giảm một nửa bản án hiện tại của thân chủ xuống còn bốn năm, nghĩa là với hạnh kiểm tốt, ông ta sẽ được thả sau khoảng một năm nữa.’</w:t>
      </w:r>
    </w:p>
    <w:p>
      <w:pPr>
        <w:spacing w:after="80"/>
      </w:pPr>
      <w:r>
        <w:rPr>
          <w:b w:val="0"/>
          <w:i w:val="0"/>
        </w:rPr>
        <w:t>‘Hogan lẽ ra nên để ông ta trong két sắt,’ Clare lẩm bẩm, rồi lại đánh thêm một dấu tích vào danh sách của mình.</w:t>
      </w:r>
    </w:p>
    <w:p>
      <w:pPr>
        <w:spacing w:after="80"/>
      </w:pPr>
      <w:r>
        <w:rPr>
          <w:b w:val="0"/>
          <w:i w:val="0"/>
        </w:rPr>
        <w:t>Sir Julian phớt lờ lời bình luận trước khi tổng kết. ‘Vậy, những gì chúng ta đang đối mặt là việc bên nguyên sẽ yêu cầu thẩm phán tăng gấp đôi bản án của Faulkner lên mười sáu năm vì tội trốn trại, trong khi bên bào chữa sẽ thúc đẩy để chúng ta bỏ các cáo buộc mới nhất, đổi lại là không nhắc đến chuyện bắt cóc và trộm cắp, đồng thời giảm một nửa bản án hiện tại của Faulkner nếu ông ta sẵn sàng nhận tội, qua đó đảm bảo không có gì lọt ra báo chí. Vậy chúng ta có gì để đưa ra,’ ông tiếp tục, ‘để ngăn chuyện đó xảy ra? Bởi vì hiện tại, thú thật là tôi chẳng nghĩ ra được nhiều.’</w:t>
      </w:r>
    </w:p>
    <w:p>
      <w:pPr>
        <w:spacing w:after="80"/>
      </w:pPr>
      <w:r>
        <w:rPr>
          <w:b w:val="0"/>
          <w:i w:val="0"/>
        </w:rPr>
        <w:t>‘Như tôi đã nói,’ Grace nói, ‘Booth Watson có một hai vấn đề của riêng ông ta mà chắc chắn ông ta không muốn bị nêu ra trước tòa.’</w:t>
      </w:r>
    </w:p>
    <w:p>
      <w:pPr>
        <w:spacing w:after="80"/>
      </w:pPr>
      <w:r>
        <w:rPr>
          <w:b w:val="0"/>
          <w:i w:val="0"/>
        </w:rPr>
        <w:t>‘Hãy tập dượt lập luận của cô như thể đang trình bày trước bồi thẩm đoàn,’ Sir Julian chỉ dẫn, nắm lấy ve áo vest rồi lại bắt đầu đi vòng quanh.</w:t>
      </w:r>
    </w:p>
    <w:p>
      <w:pPr>
        <w:spacing w:after="80"/>
      </w:pPr>
      <w:r>
        <w:rPr>
          <w:b w:val="0"/>
          <w:i w:val="0"/>
        </w:rPr>
        <w:t>‘Nếu Booth Watson đã tham dự đám tang dàn dựng của Faulkner ở Geneva, như DCI Warwick sẽ xác nhận là ông ta có mặt, và sau đó bay đến Barcelona để gặp ông ta, như DC Pankhurst đã chứng kiến, thì hẳn ông ta đã biết suốt từ đầu rằng Faulkner vẫn còn sống, nghĩa là, theo Đạo luật Hình sự năm 1967, ông ta đã tiếp tay và xúi giục một kẻ chạy trốn. Nếu chúng ta chứng minh được điều đó, cảnh sát sẽ không có lựa chọn nào khác ngoài việc mở một cuộc điều tra sơ bộ về hành vi của ông ta, kết quả sẽ được chuyển cho CPS và Hội đồng Luật sư. Điều đó có thể dẫn đến việc Booth Watson bị tước quyền hành nghề, thậm chí bị bắt vì tội âm mưu phạm tội, khiến ông ta không đủ tư cách bào chữa cho Faulkner, hay bất kỳ ai khác.’</w:t>
      </w:r>
    </w:p>
    <w:p>
      <w:pPr>
        <w:spacing w:after="80"/>
      </w:pPr>
      <w:r>
        <w:rPr>
          <w:b w:val="0"/>
          <w:i w:val="0"/>
        </w:rPr>
        <w:t>Sir Julian suy ngẫm điều này một lúc trước khi nói, ‘Dù tôi không ưa gì ông ta, hãy hy vọng chúng ta không phải hạ mình đến mức đó.’</w:t>
      </w:r>
    </w:p>
    <w:p>
      <w:pPr>
        <w:spacing w:after="80"/>
      </w:pPr>
      <w:r>
        <w:rPr>
          <w:b w:val="0"/>
          <w:i w:val="0"/>
        </w:rPr>
        <w:t>‘Kể cả nếu chúng ta có làm vậy,’ Clare nói, ‘tôi tin chắc BW sẽ còn hạ mình thấp hơn nữa.’</w:t>
      </w:r>
    </w:p>
    <w:p>
      <w:pPr>
        <w:spacing w:after="80"/>
        <w:jc w:val="center"/>
      </w:pPr>
      <w:r>
        <w:rPr>
          <w:b w:val="0"/>
          <w:i w:val="0"/>
        </w:rPr>
        <w:t>• • •</w:t>
      </w:r>
    </w:p>
    <w:p>
      <w:pPr>
        <w:spacing w:after="80"/>
      </w:pPr>
      <w:r>
        <w:rPr>
          <w:b w:val="0"/>
          <w:i w:val="0"/>
        </w:rPr>
        <w:t>Ross ngồi lặng lẽ ở ghế hành khách phía trước chiếc Jaguar trong khi Công nương và Lady Victoria Campbell vui vẻ trò chuyện ở phía sau. Anh cố không để lộ mình lo lắng đến mức nào, nhớ rằng đây là lần đầu tiên anh tháp tùng chính thức cùng Công nương.</w:t>
      </w:r>
    </w:p>
    <w:p>
      <w:pPr>
        <w:spacing w:after="80"/>
      </w:pPr>
      <w:r>
        <w:rPr>
          <w:b w:val="0"/>
          <w:i w:val="0"/>
        </w:rPr>
        <w:t>Sáng hôm đó anh đã đến khách sạn Dorchester để phối hợp với sĩ quan trinh sát tiền trạm. Cùng nhau họ đã đi qua toàn bộ lộ trình, để HRH không thể bước một bước nào theo hướng mà anh chưa lường trước, và sau đó những chú chó đánh hơi thực hiện kiểu giám sát của riêng chúng.</w:t>
      </w:r>
    </w:p>
    <w:p>
      <w:pPr>
        <w:spacing w:after="80"/>
      </w:pPr>
      <w:r>
        <w:rPr>
          <w:b w:val="0"/>
          <w:i w:val="0"/>
        </w:rPr>
        <w:t>Sĩ quan trinh sát tiền trạm (FRO) đã dặn quản lý khách sạn rằng sẽ có một vị khách VIP đến mà không nêu tên, đồng thời cảnh báo mọi người rằng nếu bất kỳ chi tiết nào bị lộ, sự kiện sẽ bị hủy hoặc chuyển sang địa điểm khác ngay lập tức. Điều đó thường đảm bảo mọi người liên quan đều giữ kín miệng.</w:t>
      </w:r>
    </w:p>
    <w:p>
      <w:pPr>
        <w:spacing w:after="80"/>
      </w:pPr>
      <w:r>
        <w:rPr>
          <w:b w:val="0"/>
          <w:i w:val="0"/>
        </w:rPr>
        <w:t>Ross đã cùng họ kiểm tra tuyến đường vào ra tòa nhà được chỉ định cho HRH, đồng thời cân nhắc xem có phương án thay thế nào không, phòng khi xảy ra tình huống khẩn cấp. Anh cũng yêu cầu dành riêng một phòng kín có điện thoại cố định, phòng khi HRH muốn gọi điện cá nhân, cùng một phòng nghỉ chỉ dành riêng cho bà.</w:t>
      </w:r>
    </w:p>
    <w:p>
      <w:pPr>
        <w:spacing w:after="80"/>
      </w:pPr>
      <w:r>
        <w:rPr>
          <w:b w:val="0"/>
          <w:i w:val="0"/>
        </w:rPr>
        <w:t>Khi mọi thứ đã được bao quát đến mức anh hài lòng, anh hỏi quản lý xem gần đây có ai bị sa thải không, một người nào đó có thể mang mối bất bình muốn bộc lộ công khai với hy vọng phá hỏng ngày trọng đại của họ. Điều cuối cùng Ross kiểm tra lại là xác nhận sẽ có một xe thoát hiểm chờ sẵn ở phía sau tòa nhà, có bác sĩ trên xe và một tài xế thích cắt cua, phòng khi họ cần rời đi gấp.</w:t>
      </w:r>
    </w:p>
    <w:p>
      <w:pPr>
        <w:spacing w:after="80"/>
      </w:pPr>
      <w:r>
        <w:rPr>
          <w:b w:val="0"/>
          <w:i w:val="0"/>
        </w:rPr>
        <w:t>Một đội tiên phong thứ hai hẳn đã rà soát lại mọi thứ sau khi Ross rời đi, và đã đến từ sáng sớm hôm đó – không phải là bạn sẽ nhận ra họ đang để mắt đầy cảnh giác với bất kỳ ai hay bất cứ thứ gì có vẻ không ổn, trong khi một người dân thường không thể nào qua được cửa trước mà không có thiệp mời, cộng thêm giấy tờ tùy thân có ảnh chụp mới nhất – điều mà, Ross được cho biết một cách đáng tin cậy, đã từng khiến Billy Connolly không thể tham dự bữa trưa cùng HRH.</w:t>
      </w:r>
    </w:p>
    <w:p>
      <w:pPr>
        <w:spacing w:after="80"/>
      </w:pPr>
      <w:r>
        <w:rPr>
          <w:b w:val="0"/>
          <w:i w:val="0"/>
        </w:rPr>
        <w:t>Và bất chấp mọi sự chuẩn bị, họ vẫn biết rằng luôn có khả năng một điều gì đó nảy sinh mà họ chưa tính đến, đồng nghĩa với việc quy trình chuẩn sẽ bị ném ra ngoài cửa sổ. Nếu điều đó xảy ra, Ross sẽ được kỳ vọng đưa ra cái mà dân trong nghề gọi là quyết định "nghĩ nhanh trên đôi chân" (thinking-on-your-feet). Đó là cơn ác mộng tồi tệ nhất của một nhân viên bảo vệ, bởi chỉ dựa vào một quyết định đó thôi, cả sự nghiệp của bạn có thể bị đánh giá. PPO của Công chúa Anne đã đưa ra quyết định tức thời khi xe hoàng gia bị bọn khủng bố tấn công trên đường Mall – nhưng may mắn cho anh ta, và cho bà, anh ta đã quyết định đúng. Anh ta được trao tặng George Cross, được thăng chức và cuối cùng trở thành nhân viên bảo vệ cá nhân của Nữ hoàng. Nhưng Ross vẫn hy vọng điều gì đó như thế sẽ không bao giờ xảy ra trong ca trực của mình.</w:t>
      </w:r>
    </w:p>
    <w:p>
      <w:pPr>
        <w:spacing w:after="80"/>
      </w:pPr>
      <w:r>
        <w:rPr>
          <w:b w:val="0"/>
          <w:i w:val="0"/>
        </w:rPr>
        <w:t>Khi xe tiến đến khách sạn Dorchester, Ross có thể thấy một đám đông lớn đã tụ tập trên vỉa hè bên ngoài, háo hức chờ đợi sự xuất hiện của Công chúa. Khi họ dừng lại ở lối vào phòng khiêu vũ, Ross nhảy ra và mở cửa sau cho người mình bảo vệ. Khi Diana bước ra, cô được chào đón bằng những tiếng reo hò và những ánh đèn flash lóe sáng.</w:t>
      </w:r>
    </w:p>
    <w:p>
      <w:pPr>
        <w:spacing w:after="80"/>
      </w:pPr>
      <w:r>
        <w:rPr>
          <w:b w:val="0"/>
          <w:i w:val="0"/>
        </w:rPr>
        <w:t>Ross đã được người tiền nhiệm cảnh báo rằng vài phút tiếp theo, khi cô dừng lại trò chuyện với người dân, luôn là khoảng thời gian căng thẳng nhất đối với bất kỳ nhân viên bảo vệ nào. Anh quét mắt qua đám đông. Chín mươi chín phần trăm trong số họ vô hại, nhưng anh chỉ quan tâm đến một phần trăm còn lại: ai đó không vẫy tay hay reo hò; ai đó anh nhận ra từ những bức ảnh chân dung ở Yard mà đã khắc sâu vào trí nhớ anh; ai đó hy vọng lọt lên trang nhất ngày mai. Cái nhóm người nhỏ bé đó được phân loại là "những cá nhân ám ảnh" (fixated individuals) – những kẻ cuồng tín, những kẻ hoang tưởng, hay thậm chí là một người cộng hòa nhiệt thành muốn bày tỏ quan điểm của mình với một khán giả bị "giam giữ".</w:t>
      </w:r>
    </w:p>
    <w:p>
      <w:pPr>
        <w:spacing w:after="80"/>
      </w:pPr>
      <w:r>
        <w:rPr>
          <w:b w:val="0"/>
          <w:i w:val="0"/>
        </w:rPr>
        <w:t>Công chúa được Ngài Magdi Yacoub, Giáo sư Phẫu thuật Tim lồng ngực lỗi lạc tại Imperial College, người mà cô đã ủng hộ công việc của ông trong nhiều năm, đón tiếp trên vỉa hè.</w:t>
      </w:r>
    </w:p>
    <w:p>
      <w:pPr>
        <w:spacing w:after="80"/>
      </w:pPr>
      <w:r>
        <w:rPr>
          <w:b w:val="0"/>
          <w:i w:val="0"/>
        </w:rPr>
        <w:t>Sau khi chào đón Công chúa, Ngài Magdi dẫn cô vào khách sạn, nơi một hàng dài những người ủng hộ và tình nguyện viên được tuyển chọn kỹ lưỡng đã kiên nhẫn chờ đợi suốt nửa giờ qua. Diana dành thời gian trò chuyện với từng người trong khi cô chậm rãi tiến dọc theo hàng, cuối cùng được một nữ y tá trẻ trao tặng bó hoa bắt buộc. Cô nhận chúng với nụ cười duyên dáng trước khi trao lại cho thị nữ của mình. Cô dành hai mươi phút tiếp theo hòa mình với một số người không được chọn đứng trong hàng.</w:t>
      </w:r>
    </w:p>
    <w:p>
      <w:pPr>
        <w:spacing w:after="80"/>
      </w:pPr>
      <w:r>
        <w:rPr>
          <w:b w:val="0"/>
          <w:i w:val="0"/>
        </w:rPr>
        <w:t>Ross tiếp tục quan sát cẩn thận bất kỳ ai bước vào đường đi của cô hoặc nắm tay cô hơi quá lâu. Dù đã thực hiện một cuộc khảo sát địa điểm từ sáng sớm hôm đó, anh biết mình không thể cho phép bản thân lơi lỏng dù chỉ một giây.</w:t>
      </w:r>
    </w:p>
    <w:p>
      <w:pPr>
        <w:spacing w:after="80"/>
      </w:pPr>
      <w:r>
        <w:rPr>
          <w:b w:val="0"/>
          <w:i w:val="0"/>
        </w:rPr>
        <w:t>Một tiếng cồng vang lên ngay trước một giờ. Người điều hành buổi lễ bước tới và, với giọng oang oang xứng đáng của một trung sĩ, mời các vị khách tiến vào phòng ăn vì bữa trưa sắp được phục vụ.</w:t>
      </w:r>
    </w:p>
    <w:p>
      <w:pPr>
        <w:spacing w:after="80"/>
      </w:pPr>
      <w:r>
        <w:rPr>
          <w:b w:val="0"/>
          <w:i w:val="0"/>
        </w:rPr>
        <w:t>Công chúa nán lại cho đến khi mọi người đã rời khỏi phòng, trừ Ngài Magdi, người đang chờ người điều hành buổi lễ thông báo thêm.</w:t>
      </w:r>
    </w:p>
    <w:p>
      <w:pPr>
        <w:spacing w:after="80"/>
      </w:pPr>
      <w:r>
        <w:rPr>
          <w:b w:val="0"/>
          <w:i w:val="0"/>
        </w:rPr>
        <w:t>"Xin mời quý vị đứng dậy chào đón Công chúa xứ Wales, cùng với chủ tịch của quý vị, Ngài Magdi Yacoub."</w:t>
      </w:r>
    </w:p>
    <w:p>
      <w:pPr>
        <w:spacing w:after="80"/>
      </w:pPr>
      <w:r>
        <w:rPr>
          <w:b w:val="0"/>
          <w:i w:val="0"/>
        </w:rPr>
        <w:t>Bốn trăm vị khách đứng dậy và vỗ tay chào đón Công chúa suốt chặng đường đến bàn danh dự, và không ai ngồi xuống cho đến khi cô đã vào chỗ. Không phải lần đầu tiên Ross nghĩ rằng thật khó khăn biết bao để không cho sự tôn thờ cuồng nhiệt như vậy đi vào đầu mình.</w:t>
      </w:r>
    </w:p>
    <w:p>
      <w:pPr>
        <w:spacing w:after="80"/>
      </w:pPr>
      <w:r>
        <w:rPr>
          <w:b w:val="0"/>
          <w:i w:val="0"/>
        </w:rPr>
        <w:t>Mắt anh tiếp tục di chuyển không ngừng quanh căn phòng đông đúc những vị khách đang trò chuyện, những người không thể giấu được sự phấn khích khi được có mặt ở đó. Anh được hỏi vài lần xem có muốn ngồi xuống dùng bữa trưa không, nhưng lịch sự từ chối, thích ở lại bên cánh gà, chỉ cách người mình bảo vệ vài bước chân. Anh hy vọng mình sẽ không bao giờ phải bước ra giữa sân khấu và đóng vai chính.</w:t>
      </w:r>
    </w:p>
    <w:p>
      <w:pPr>
        <w:spacing w:after="80"/>
      </w:pPr>
      <w:r>
        <w:rPr>
          <w:b w:val="0"/>
          <w:i w:val="0"/>
        </w:rPr>
        <w:t>Trong khi Diana thưởng thức món cá hồi xông khói và trò chuyện với những người ngồi cạnh ở bàn danh dự, Ross quan sát những người phục vụ một cách cảnh giác. Ở Nga, họ sẽ được coi là mối đe dọa lớn nhất.</w:t>
      </w:r>
    </w:p>
    <w:p>
      <w:pPr>
        <w:spacing w:after="80"/>
      </w:pPr>
      <w:r>
        <w:rPr>
          <w:b w:val="0"/>
          <w:i w:val="0"/>
        </w:rPr>
        <w:t>Khi chiếc đĩa cuối cùng đã được dọn đi và cà phê được phục vụ, các bài phát biểu bắt đầu với phần giới thiệu của chủ tịch về công việc của tổ chức từ thiện, trước khi ông chào đón vị khách danh dự. Người điều hành buổi lễ đặt một bục giảng nhỏ lên bàn trước mặt Công chúa, và thị nữ trao cho cô bài phát biểu, mà cô đã xem lần đầu tiên vào sáng hôm đó; vừa đủ thời gian để thêm một hoặc hai lời nhận xét cá nhân.</w:t>
      </w:r>
    </w:p>
    <w:p>
      <w:pPr>
        <w:spacing w:after="80"/>
      </w:pPr>
      <w:r>
        <w:rPr>
          <w:b w:val="0"/>
          <w:i w:val="0"/>
        </w:rPr>
        <w:t>Các vị khách lắng nghe lời của Diana với sự chú tâm say mê, cười trước những câu đùa của cô và, khi cô ngồi xuống, họ đồng loạt đứng dậy dành cho cô một tràng pháo tay đứng mà ít chính trị gia nào từng trải qua. Không phải lần đầu tiên, Ross tự hỏi liệu cô có bao giờ nghĩ về cuộc đời mình sẽ khác đi biết bao nếu cô không kết hôn với Thái tử xứ Wales.</w:t>
      </w:r>
    </w:p>
    <w:p>
      <w:pPr>
        <w:spacing w:after="80"/>
      </w:pPr>
      <w:r>
        <w:rPr>
          <w:b w:val="0"/>
          <w:i w:val="0"/>
        </w:rPr>
        <w:t>Cuối cùng đến lượt người đấu giá của tổ chức từ thiện khéo léo moi tiền từ các vị khách. Ông mời chào đủ thứ, từ một ô riêng tại Royal Albert Hall cho đêm Last Night of the Proms, đến vài chỗ ngồi debenture cho trận bán kết nữ tại Wimbledon. Sau khi món cuối cùng được bán đấu giá, ông thông báo rằng buổi đấu giá đã quyên được £160,000 cho tổ chức từ thiện, được chào đón bằng những tràng pháo tay vang dội hơn nữa. Công chúa nghiêng người và thì thầm điều gì đó vào tai người đấu giá.</w:t>
      </w:r>
    </w:p>
    <w:p>
      <w:pPr>
        <w:spacing w:after="80"/>
      </w:pPr>
      <w:r>
        <w:rPr>
          <w:b w:val="0"/>
          <w:i w:val="0"/>
        </w:rPr>
        <w:t>“Thưa quý vị,” ông nói, quay lại bên micro. “Công chúa điện hạ đã đồng ý ký tên lên khăn trải bàn của quý vị cho bất kỳ ai hào phóng quyên góp một nghìn bảng cho quỹ từ thiện.”</w:t>
      </w:r>
    </w:p>
    <w:p>
      <w:pPr>
        <w:spacing w:after="80"/>
      </w:pPr>
      <w:r>
        <w:rPr>
          <w:b w:val="0"/>
          <w:i w:val="0"/>
        </w:rPr>
        <w:t>Nhiều cánh tay lập tức giơ lên, và Ross theo chân Công chúa khi bà đi từ bàn này sang bàn khác, ký lên những tấm khăn trải bàn vải lanh trắng, và cả một số khăn ăn – với giá £500 – bằng một cây bút dạ đen do thị nữ của bà đưa.</w:t>
      </w:r>
    </w:p>
    <w:p>
      <w:pPr>
        <w:spacing w:after="80"/>
      </w:pPr>
      <w:r>
        <w:rPr>
          <w:b w:val="0"/>
          <w:i w:val="0"/>
        </w:rPr>
        <w:t>Khi bà cuối cùng quay lại bàn chính, người đấu giá thông báo quỹ từ thiện đã nhận thêm £42,000, nâng tổng số tiền lên £202,000, sẽ giúp đỡ những trẻ em có hoàn cảnh khó khăn cần phẫu thuật tim.</w:t>
      </w:r>
    </w:p>
    <w:p>
      <w:pPr>
        <w:spacing w:after="80"/>
      </w:pPr>
      <w:r>
        <w:rPr>
          <w:b w:val="0"/>
          <w:i w:val="0"/>
        </w:rPr>
        <w:t>Một lần nữa, khán giả lại đứng dậy, dấu hiệu cho thấy đã đến lúc Công chúa phải rời đi. Ross bước tới và dọn một lối đi để đảm bảo bà có hành trình không bị gián đoạn trở về cổng chính. Khi đi ngang qua người đấu giá, bà thì thầm: “Cảm ơn Jeffrey, lần nào cũng hiệu quả.” Người đấu giá cúi đầu nhưng không bình luận gì. Trong thời gian làm việc ở Met, Ross đã nhiều lần chứng kiến những màn lừa dối trắng trợn, nhưng chưa bao giờ ở tầm mức hoàng gia. Khi Công chúa bước ra ngoài, đèn flash lại lóe lên, trong khi Ross tiếp tục quan sát đám đông, một số người trong đó đã nán lại hàng giờ, hy vọng được nhìn thêm lần nữa.</w:t>
      </w:r>
    </w:p>
    <w:p>
      <w:pPr>
        <w:spacing w:after="80"/>
      </w:pPr>
      <w:r>
        <w:rPr>
          <w:b w:val="0"/>
          <w:i w:val="0"/>
        </w:rPr>
        <w:t>Ross sau đó chứng kiến một trong những cử chỉ ân cần khiến Diana được công chúng yêu mến đến vậy. Bà nhận ra một người mà bà biết đã có mặt ở đó khi bà mới đến, và dừng lại trò chuyện với họ. Ross không hề thả lỏng cho đến khi bà cuối cùng bước vào ghế sau xe, nơi Victoria đang đợi.</w:t>
      </w:r>
    </w:p>
    <w:p>
      <w:pPr>
        <w:spacing w:after="80"/>
      </w:pPr>
      <w:r>
        <w:rPr>
          <w:b w:val="0"/>
          <w:i w:val="0"/>
        </w:rPr>
        <w:t>Chiếc Jaguar từ từ lăn bánh, để Diana tiếp tục vẫy tay cho đến khi người hâm mộ cuối cùng khuất khỏi tầm mắt, rồi bà thở phào nhẹ nhõm.</w:t>
      </w:r>
    </w:p>
    <w:p>
      <w:pPr>
        <w:spacing w:after="80"/>
      </w:pPr>
      <w:r>
        <w:rPr>
          <w:b w:val="0"/>
          <w:i w:val="0"/>
        </w:rPr>
        <w:t>“Hai trăm lẻ hai nghìn, thưa bà. Không tệ,” Victoria nói khi xe tăng tốc và hai cảnh sát mô tô hộ tống, đèn nhấp nháy và còi rít vang ở mỗi ngã tư, dọn đường cho bà về Cung điện Kensington an toàn.</w:t>
      </w:r>
    </w:p>
    <w:p>
      <w:pPr>
        <w:spacing w:after="80"/>
      </w:pPr>
      <w:r>
        <w:rPr>
          <w:b w:val="0"/>
          <w:i w:val="0"/>
        </w:rPr>
        <w:t>“Tiếp theo là gì?” Diana hỏi.</w:t>
      </w:r>
    </w:p>
    <w:p>
      <w:pPr>
        <w:spacing w:after="80"/>
      </w:pPr>
      <w:r>
        <w:rPr>
          <w:b w:val="0"/>
          <w:i w:val="0"/>
        </w:rPr>
        <w:t xml:space="preserve">“Hôm nay không còn gì nữa, thưa bà,” Victoria nói. “Bà có thể thư giãn tối nay và thưởng thức </w:t>
      </w:r>
      <w:r>
        <w:rPr>
          <w:b w:val="0"/>
          <w:i/>
        </w:rPr>
        <w:t>Blind Date</w:t>
      </w:r>
      <w:r>
        <w:rPr>
          <w:b w:val="0"/>
          <w:i w:val="0"/>
        </w:rPr>
        <w:t xml:space="preserve"> với Cilla Black.”</w:t>
      </w:r>
    </w:p>
    <w:p>
      <w:pPr>
        <w:spacing w:after="80"/>
      </w:pPr>
      <w:r>
        <w:rPr>
          <w:b w:val="0"/>
          <w:i w:val="0"/>
        </w:rPr>
        <w:t>“Có lẽ tôi nên tham gia nhỉ?” bà nói với vẻ mơ mộng.</w:t>
      </w:r>
    </w:p>
    <w:p>
      <w:pPr>
        <w:spacing w:after="80"/>
      </w:pPr>
      <w:r>
        <w:rPr>
          <w:b w:val="0"/>
          <w:i w:val="0"/>
        </w:rPr>
        <w:t>Ross nhanh chóng nhận ra rằng Diana chưa bao giờ muốn thư giãn. Cảm giác adrenaline dâng trào khi tham dự những sự kiện công cộng này chính là thứ giúp bà tiếp tục. Anh vẫn chưa nói với William rằng anh chưa từng gặp Thái tử xứ Wales.</w:t>
      </w:r>
    </w:p>
    <w:p>
      <w:pPr>
        <w:spacing w:after="80"/>
        <w:jc w:val="center"/>
      </w:pPr>
      <w:r>
        <w:rPr>
          <w:b w:val="0"/>
          <w:i w:val="0"/>
        </w:rPr>
        <w:t>• • •</w:t>
      </w:r>
    </w:p>
    <w:p>
      <w:pPr>
        <w:spacing w:after="80"/>
      </w:pPr>
      <w:r>
        <w:rPr>
          <w:b w:val="0"/>
          <w:i w:val="0"/>
        </w:rPr>
        <w:t>“Anh thật tốt khi đến tham gia với chúng tôi, BW,” Ngài Julian nói, sau khi Booth Watson đến muộn vài phút trong cuộc họp của họ, điều không làm đội nhà ngạc nhiên. “Tôi nghĩ anh đã biết trợ lý của tôi, người đã hỗ trợ tôi khi anh và tôi đối đầu trong phiên tòa đầu tiên của Faulkner.”</w:t>
      </w:r>
    </w:p>
    <w:p>
      <w:pPr>
        <w:spacing w:after="80"/>
      </w:pPr>
      <w:r>
        <w:rPr>
          <w:b w:val="0"/>
          <w:i w:val="0"/>
        </w:rPr>
        <w:t>“Lần này cô đừng mong có kết quả tương tự, cô gái trẻ ạ,” Booth Watson nói, nở nụ cười trịch thượng với Grace và nhận lại một cái gật đầu lạnh nhạt.</w:t>
      </w:r>
    </w:p>
    <w:p>
      <w:pPr>
        <w:spacing w:after="80"/>
      </w:pPr>
      <w:r>
        <w:rPr>
          <w:b w:val="0"/>
          <w:i w:val="0"/>
        </w:rPr>
        <w:t>“Và luật sư chỉ đạo của tôi trong vụ này,” Ngài Julian tiếp tục, phớt lờ lời châm chọc, “sẽ là Clare Sutton.” Booth Watson hầu như không nhìn nhận cô trước khi ngồi xuống phía bên kia bàn. “Tôi nghĩ có thể hữu ích nếu chúng ta thảo luận sơ bộ vì ngày xét xử đã được ấn định.”</w:t>
      </w:r>
    </w:p>
    <w:p>
      <w:pPr>
        <w:spacing w:after="80"/>
      </w:pPr>
      <w:r>
        <w:rPr>
          <w:b w:val="0"/>
          <w:i w:val="0"/>
        </w:rPr>
        <w:t>“Hoàn toàn đồng ý,” Booth Watson nói, khiến phía công tố bất ngờ. “Đó là giả sử các vị có điều gì đó đáng giá để đề nghị mà tôi có thể mang về cho thân chủ của mình xem xét.”</w:t>
      </w:r>
    </w:p>
    <w:p>
      <w:pPr>
        <w:spacing w:after="80"/>
      </w:pPr>
      <w:r>
        <w:rPr>
          <w:b w:val="0"/>
          <w:i w:val="0"/>
        </w:rPr>
        <w:t>‘Không nhiều lắm,’ Sir Julian thừa nhận, không muốn để lộ bài của mình. ‘Chúng tôi sẽ đề nghị thẩm phán tăng gấp đôi bản án hiện tại của ông Faulkner lên mười sáu năm, điều mà tôi nghĩ sẽ không làm ông ngạc nhiên. Tuy nhiên,’ ông tiếp tục trước khi Booth Watson kịp phản ứng, ‘Ngài Thẩm phán Cummings đã đồng ý giảm hai năm tù nếu thân chủ của ông nhận tội, điều này sẽ giúp tòa án tiết kiệm được kha khá thời gian và chi phí.’</w:t>
      </w:r>
    </w:p>
    <w:p>
      <w:pPr>
        <w:spacing w:after="80"/>
      </w:pPr>
      <w:r>
        <w:rPr>
          <w:b w:val="0"/>
          <w:i w:val="0"/>
        </w:rPr>
        <w:t>Cả ba người họ chờ đợi ngọn núi lửa phun trào, nhưng không có dòng dung nham nào xuất hiện.</w:t>
      </w:r>
    </w:p>
    <w:p>
      <w:pPr>
        <w:spacing w:after="80"/>
      </w:pPr>
      <w:r>
        <w:rPr>
          <w:b w:val="0"/>
          <w:i w:val="0"/>
        </w:rPr>
        <w:t>‘Tôi sẽ chuyển đề nghị của ông đến thân chủ của tôi,’ Booth Watson nói, ‘và sẽ cho ông biết phản hồi của anh ấy.’</w:t>
      </w:r>
    </w:p>
    <w:p>
      <w:pPr>
        <w:spacing w:after="80"/>
      </w:pPr>
      <w:r>
        <w:rPr>
          <w:b w:val="0"/>
          <w:i w:val="0"/>
        </w:rPr>
        <w:t>‘Ông có tình tiết giảm nhẹ nào muốn chúng tôi xem xét ở thời điểm này không?’ Grace hỏi, tung ra một câu đã chuẩn bị kỹ càng.</w:t>
      </w:r>
    </w:p>
    <w:p>
      <w:pPr>
        <w:spacing w:after="80"/>
      </w:pPr>
      <w:r>
        <w:rPr>
          <w:b w:val="0"/>
          <w:i w:val="0"/>
        </w:rPr>
        <w:t>‘Không có gì tôi có thể nghĩ ra, cô Warwick,’ câu trả lời đến ngay lập tức. ‘Nhưng nếu có điều gì nảy sinh sau khi tôi tham vấn ông Faulkner, cô sẽ là người đầu tiên được biết.’</w:t>
      </w:r>
    </w:p>
    <w:p>
      <w:pPr>
        <w:spacing w:after="80"/>
      </w:pPr>
      <w:r>
        <w:rPr>
          <w:b w:val="0"/>
          <w:i w:val="0"/>
        </w:rPr>
        <w:t>Một lần nữa, Sir Julian lại bị bất ngờ, và phải mất một lúc ông mới phản hồi. ‘Vậy thì, nếu không còn gì để bàn nữa, BW, chúng tôi sẽ chờ nghe hồi âm từ ông khi thời cơ chín muồi.’</w:t>
      </w:r>
    </w:p>
    <w:p>
      <w:pPr>
        <w:spacing w:after="80"/>
      </w:pPr>
      <w:r>
        <w:rPr>
          <w:b w:val="0"/>
          <w:i w:val="0"/>
        </w:rPr>
        <w:t>‘Ông thật tử tế, Julian,’ Booth Watson nói, đứng dậy khỏi ghế. ‘Tôi sẽ gặp thân chủ vào cuối tuần này, và sẽ liên lạc lại ngay khi nhận được chỉ thị của anh ấy.’</w:t>
      </w:r>
    </w:p>
    <w:p>
      <w:pPr>
        <w:spacing w:after="80"/>
      </w:pPr>
      <w:r>
        <w:rPr>
          <w:b w:val="0"/>
          <w:i w:val="0"/>
        </w:rPr>
        <w:t>Sir Julian miễn cưỡng đứng dậy và bắt tay đối thủ của mình như thể họ là bạn cũ, trước khi tiễn ông ta ra cửa, nơi ông nói: ‘Tôi mong nhận được tin từ ông, BW.’</w:t>
      </w:r>
    </w:p>
    <w:p>
      <w:pPr>
        <w:spacing w:after="80"/>
      </w:pPr>
      <w:r>
        <w:rPr>
          <w:b w:val="0"/>
          <w:i w:val="0"/>
        </w:rPr>
        <w:t>Clare đợi cho đến khi cửa đóng lại rồi mới nói: ‘Ông ta đang toan tính gì vậy?’</w:t>
      </w:r>
    </w:p>
    <w:p>
      <w:pPr>
        <w:spacing w:after="80"/>
      </w:pPr>
      <w:r>
        <w:rPr>
          <w:b w:val="0"/>
          <w:i w:val="0"/>
        </w:rPr>
        <w:t>‘Một trong hai khả năng,’ Sir Julian nói. ‘Hoặc là ông ta giữ kín bài của mình cho đến khi tham vấn Faulkner, điều mà tôi thấy là lời giải thích khả dĩ nhất, trừ khi—’ Cả hai người chờ ông nói hết câu. ‘Không,’ cuối cùng ông nói. ‘Tôi không muốn tin rằng ngay cả BW cũng có thể hạ mình thấp đến thế …’</w:t>
      </w:r>
    </w:p>
    <w:p>
      <w:pPr>
        <w:pStyle w:val="Heading2"/>
      </w:pPr>
      <w:r>
        <w:rPr>
          <w:rFonts w:ascii="Calibri" w:hAnsi="Calibri"/>
          <w:b/>
          <w:i w:val="0"/>
          <w:sz w:val="32"/>
        </w:rPr>
        <w:t>CHƯƠNG 11</w:t>
      </w:r>
    </w:p>
    <w:p>
      <w:pPr>
        <w:spacing w:after="80"/>
      </w:pPr>
      <w:r>
        <w:rPr>
          <w:b w:val="0"/>
          <w:i w:val="0"/>
        </w:rPr>
        <w:t>WILLIAM LÀ NGƯỜI THỨ HAI đến cuộc họp sáng hôm đó, và tự hỏi không biết vị chỉ huy có bao giờ đi ngủ không.</w:t>
      </w:r>
    </w:p>
    <w:p>
      <w:pPr>
        <w:spacing w:after="80"/>
      </w:pPr>
      <w:r>
        <w:rPr>
          <w:b w:val="0"/>
          <w:i w:val="0"/>
        </w:rPr>
        <w:t>Những người còn lại trong đội đều đã ngồi quanh bàn từ rất lâu trước giờ hẹn, và vì mỗi người trong số họ đều đặt một tập hồ sơ dày cộp lên bàn, rõ ràng là chẳng ai giữ giờ giấc làm việc cả.</w:t>
      </w:r>
    </w:p>
    <w:p>
      <w:pPr>
        <w:spacing w:after="80"/>
      </w:pPr>
      <w:r>
        <w:rPr>
          <w:b w:val="0"/>
          <w:i w:val="0"/>
        </w:rPr>
        <w:t>‘Chào mừng trở lại,’ Hawk nói. ‘Vì tôi không có mặt trực tiếp trong chiến dịch cụ thể này, tôi sẽ nhờ DCI Warwick cập nhật tình hình cho chúng ta.’</w:t>
      </w:r>
    </w:p>
    <w:p>
      <w:pPr>
        <w:spacing w:after="80"/>
      </w:pPr>
      <w:r>
        <w:rPr>
          <w:b w:val="0"/>
          <w:i w:val="0"/>
        </w:rPr>
        <w:t>William trình bày chi tiết về sự tiếp đón mà anh và Rebecca nhận được khi lần đầu đến Buckingham Gate, trước khi quay sang Jackie và Paul để xem liệu họ có khá hơn ở Windsor không.</w:t>
      </w:r>
    </w:p>
    <w:p>
      <w:pPr>
        <w:spacing w:after="80"/>
      </w:pPr>
      <w:r>
        <w:rPr>
          <w:b w:val="0"/>
          <w:i w:val="0"/>
        </w:rPr>
        <w:t>Không ai ngạc nhiên khi Paul là người đầu tiên đưa ra ý kiến.</w:t>
      </w:r>
    </w:p>
    <w:p>
      <w:pPr>
        <w:spacing w:after="80"/>
      </w:pPr>
      <w:r>
        <w:rPr>
          <w:b w:val="0"/>
          <w:i w:val="0"/>
        </w:rPr>
        <w:t>‘Anh sẽ không nghĩ là tất cả chúng ta đang phục vụ trong cùng một đơn vị đâu,’ anh nói với họ. ‘Milner gọi tôi là Trung sĩ Thám tử Sambo khi lần đầu gặp tôi mấy hôm trước, nên trời mới biết sau lưng tôi anh ta gọi tôi là gì.’</w:t>
      </w:r>
    </w:p>
    <w:p>
      <w:pPr>
        <w:spacing w:after="80"/>
      </w:pPr>
      <w:r>
        <w:rPr>
          <w:b w:val="0"/>
          <w:i w:val="0"/>
        </w:rPr>
        <w:t>‘Ước gì tôi có thể nói là mình ngạc nhiên,’ William nói, không giấu nổi cơn giận.</w:t>
      </w:r>
    </w:p>
    <w:p>
      <w:pPr>
        <w:spacing w:after="80"/>
      </w:pPr>
      <w:r>
        <w:rPr>
          <w:b w:val="0"/>
          <w:i w:val="0"/>
        </w:rPr>
        <w:t>‘Bọn họ vừa phân biệt giới tính vừa phân biệt chủng tộc,’ Rebecca nói. ‘Theo ý Milner thì phụ nữ chỉ giỏi hai việc, và một trong hai việc đó không phải là làm sĩ quan Bảo vệ Hoàng gia.’</w:t>
      </w:r>
    </w:p>
    <w:p>
      <w:pPr>
        <w:spacing w:after="80"/>
      </w:pPr>
      <w:r>
        <w:rPr>
          <w:b w:val="0"/>
          <w:i w:val="0"/>
        </w:rPr>
        <w:t>‘Ít ra anh còn có văn phòng,’ Jackie nói. ‘Họ nhét tôi vào một cái nhà phụ mà chắc trước khi tôi đến là nhà kho ngoài vườn. Tôi chẳng có bàn làm việc, chỉ có một cái xe cút kít và một cái chậu hoa.’</w:t>
      </w:r>
    </w:p>
    <w:p>
      <w:pPr>
        <w:spacing w:after="80"/>
      </w:pPr>
      <w:r>
        <w:rPr>
          <w:b w:val="0"/>
          <w:i w:val="0"/>
        </w:rPr>
        <w:t>Không ai cười.</w:t>
      </w:r>
    </w:p>
    <w:p>
      <w:pPr>
        <w:spacing w:after="80"/>
      </w:pPr>
      <w:r>
        <w:rPr>
          <w:b w:val="0"/>
          <w:i w:val="0"/>
        </w:rPr>
        <w:t>‘Nghe thế thì tốt,’ Hawk nói, khiến tất cả đều bất ngờ. ‘Vì điều đó chỉ càng khẳng định cảm giác của tôi rằng họ đang che giấu điều gì đó. Việc của chúng ta là tìm ra điều đó là gì.’</w:t>
      </w:r>
    </w:p>
    <w:p>
      <w:pPr>
        <w:spacing w:after="80"/>
      </w:pPr>
      <w:r>
        <w:rPr>
          <w:b w:val="0"/>
          <w:i w:val="0"/>
        </w:rPr>
        <w:t>‘Thử hỏi bộ phận Hành chính xem sao,’ Ross nói. ‘Thứ Năm tuần trước tôi bắt taxi từ nhà đến Cung điện Kensington, rồi đòi hoàn tiền vào chi phí, dù rằng xe buýt số năm mươi hai sẽ thả tôi ngay trước cổng cung điện. Milner thậm chí chẳng thắc mắc gì.’</w:t>
      </w:r>
    </w:p>
    <w:p>
      <w:pPr>
        <w:spacing w:after="80"/>
      </w:pPr>
      <w:r>
        <w:rPr>
          <w:b w:val="0"/>
          <w:i w:val="0"/>
        </w:rPr>
        <w:t>‘Chúng tôi may mắn có anh ở bên trong,’ William nói, ‘vì những người còn lại vẫn đang đứng ở vạch xuất phát.’</w:t>
      </w:r>
    </w:p>
    <w:p>
      <w:pPr>
        <w:spacing w:after="80"/>
      </w:pPr>
      <w:r>
        <w:rPr>
          <w:b w:val="0"/>
          <w:i w:val="0"/>
        </w:rPr>
        <w:t>‘Và tôi phát ngán với việc được bảo rằng nếu có khiếu nại thì tôi nên nói chuyện với Thái tử xứ Wales,’ Paul nói.</w:t>
      </w:r>
    </w:p>
    <w:p>
      <w:pPr>
        <w:spacing w:after="80"/>
      </w:pPr>
      <w:r>
        <w:rPr>
          <w:b w:val="0"/>
          <w:i w:val="0"/>
        </w:rPr>
        <w:t>‘Tôi nghi ngờ,’ viên chỉ huy nói, ‘rằng Hoàng gia chẳng hề biết chuyện gì đang diễn ra dưới danh nghĩa của họ.’</w:t>
      </w:r>
    </w:p>
    <w:p>
      <w:pPr>
        <w:spacing w:after="80"/>
      </w:pPr>
      <w:r>
        <w:rPr>
          <w:b w:val="0"/>
          <w:i w:val="0"/>
        </w:rPr>
        <w:t>‘Và tệ hơn nữa,’ William nói, ‘khi tôi có đúng một cơ hội để thảo luận với Milner về một mối đe dọa khủng bố tiềm tàng, anh ta gạt phăng đi. Bảo tôi là tôi đang phản ứng thái quá và rồi tôi sẽ nhận ra anh ta đã kiểm soát mọi thứ.’</w:t>
      </w:r>
    </w:p>
    <w:p>
      <w:pPr>
        <w:spacing w:after="80"/>
      </w:pPr>
      <w:r>
        <w:rPr>
          <w:b w:val="0"/>
          <w:i w:val="0"/>
        </w:rPr>
        <w:t>‘Cho đến một lần có chuyện gì đó thực sự xảy ra,’ viên chỉ huy đáp lại, ‘khi đó anh ta sẽ nhận ra đã quá muộn để làm bất cứ điều gì.’</w:t>
      </w:r>
    </w:p>
    <w:p>
      <w:pPr>
        <w:spacing w:after="80"/>
      </w:pPr>
      <w:r>
        <w:rPr>
          <w:b w:val="0"/>
          <w:i w:val="0"/>
        </w:rPr>
        <w:t>‘Trong khi đó,’ William nói, ‘chúng ta chỉ đang đập đầu vào tường gạch.’</w:t>
      </w:r>
    </w:p>
    <w:p>
      <w:pPr>
        <w:spacing w:after="80"/>
      </w:pPr>
      <w:r>
        <w:rPr>
          <w:b w:val="0"/>
          <w:i w:val="0"/>
        </w:rPr>
        <w:t>‘Có thể lắm, thưa ngài,’ Jackie nói, ‘rằng tôi có thể đã tìm thấy một viên gạch lỏng trong bức tường đó, và nếu tôi gỡ được nó ra, cả tòa nhà có thể sẽ sụp đổ.’ Cô dừng lại một lát, rõ ràng là đang thích thú.</w:t>
      </w:r>
    </w:p>
    <w:p>
      <w:pPr>
        <w:spacing w:after="80"/>
      </w:pPr>
      <w:r>
        <w:rPr>
          <w:b w:val="0"/>
          <w:i w:val="0"/>
        </w:rPr>
        <w:t>‘Cứ từ từ, Trung sĩ Thám tử,’ William trêu.</w:t>
      </w:r>
    </w:p>
    <w:p>
      <w:pPr>
        <w:spacing w:after="80"/>
      </w:pPr>
      <w:r>
        <w:rPr>
          <w:b w:val="0"/>
          <w:i w:val="0"/>
        </w:rPr>
        <w:t>‘Có một Viên cảnh sát Jenny Smart hiện đang làm việc ở bộ phận hành chính, người đang cân nhắc xin chuyển công tác.’</w:t>
      </w:r>
    </w:p>
    <w:p>
      <w:pPr>
        <w:spacing w:after="80"/>
      </w:pPr>
      <w:r>
        <w:rPr>
          <w:b w:val="0"/>
          <w:i w:val="0"/>
        </w:rPr>
        <w:t>‘Tại sao?’ Hawk hỏi.</w:t>
      </w:r>
    </w:p>
    <w:p>
      <w:pPr>
        <w:spacing w:after="80"/>
      </w:pPr>
      <w:r>
        <w:rPr>
          <w:b w:val="0"/>
          <w:i w:val="0"/>
        </w:rPr>
        <w:t>‘Tôi nghĩ Milner đã hứa với cô ấy quá nhiều lần rằng cô ấy sẽ là người tiếp theo được vào một đội Bảo vệ Hoàng gia, và được phân công phụ trách một nhân vật chính của riêng mình,’ Jackie nói. ‘Nhưng ba sĩ quan nghỉ hưu gần nhất đều được thay thế bằng đàn ông, một trong số đó là một Constable trẻ mới làm việc được ba năm, lại vừa khéo là con trai của một sĩ quan vừa mới nghỉ hưu. Constable Smart vẫn mắc kẹt trên băng ghế dự bị trong khi những đồng nghiệp ít kinh nghiệm hơn được mời vào sân chơi. Nếu Milner bỏ qua cô ấy thêm một lần nữa, ông ta có thể sẽ tự bắn vào chân mình.’</w:t>
      </w:r>
    </w:p>
    <w:p>
      <w:pPr>
        <w:spacing w:after="80"/>
      </w:pPr>
      <w:r>
        <w:rPr>
          <w:b w:val="0"/>
          <w:i w:val="0"/>
        </w:rPr>
        <w:t>‘Cái chân đó còn quá tốt cho ông ta,’ Paul nói. ‘Ông ta sẽ nghỉ hưu sớm và đòi trọn lương hưu khuyết tật.’</w:t>
      </w:r>
    </w:p>
    <w:p>
      <w:pPr>
        <w:spacing w:after="80"/>
      </w:pPr>
      <w:r>
        <w:rPr>
          <w:b w:val="0"/>
          <w:i w:val="0"/>
        </w:rPr>
        <w:t>‘Kiên nhẫn nào,’ Jackie nói khi tiếng cười đã lắng xuống. ‘Có lẽ chúng ta không phải chờ lâu nữa trước khi thế cờ đổi chiều có lợi cho chúng ta.’</w:t>
      </w:r>
    </w:p>
    <w:p>
      <w:pPr>
        <w:spacing w:after="80"/>
      </w:pPr>
      <w:r>
        <w:rPr>
          <w:b w:val="0"/>
          <w:i w:val="0"/>
        </w:rPr>
        <w:t>‘Sao lại thế?’ William hỏi.</w:t>
      </w:r>
    </w:p>
    <w:p>
      <w:pPr>
        <w:spacing w:after="80"/>
      </w:pPr>
      <w:r>
        <w:rPr>
          <w:b w:val="0"/>
          <w:i w:val="0"/>
        </w:rPr>
        <w:t>‘Sĩ quan bảo vệ cá nhân của Công chúa Anne nghỉ hưu vào cuối tháng này, và Constable Smart là người hiển nhiên để thay thế ông ấy.’</w:t>
      </w:r>
    </w:p>
    <w:p>
      <w:pPr>
        <w:spacing w:after="80"/>
      </w:pPr>
      <w:r>
        <w:rPr>
          <w:b w:val="0"/>
          <w:i w:val="0"/>
        </w:rPr>
        <w:t>‘Nếu Constable Smart không được nhận vào vị trí đó,’ William nói, ‘thì đó có thể là cơ hội để chúng ta biến cô ấy thành người tố giác (whistleblower).’</w:t>
      </w:r>
    </w:p>
    <w:p>
      <w:pPr>
        <w:spacing w:after="80"/>
      </w:pPr>
      <w:r>
        <w:rPr>
          <w:b w:val="0"/>
          <w:i w:val="0"/>
        </w:rPr>
        <w:t>‘Tôi không nghi ngờ gì rằng cô ấy biết tất cả những bí mật chôn sâu ở đâu,’ Jackie nói. ‘Nên tôi sẽ tiếp tục tác động lên cô ấy.’</w:t>
      </w:r>
    </w:p>
    <w:p>
      <w:pPr>
        <w:spacing w:after="80"/>
      </w:pPr>
      <w:r>
        <w:rPr>
          <w:b w:val="0"/>
          <w:i w:val="0"/>
        </w:rPr>
        <w:t>‘Hãy thường xuyên gợi ý về lý do tại sao cô ấy là lựa chọn hiển nhiên để trở thành sĩ quan Bảo vệ Hoàng gia tiếp theo,’ viên chỉ huy gợi ý, ‘kèm theo những lời khen về việc cô ấy sẽ làm tốt công việc đó đến nhường nào. Cứ tiếp tục gieo những hạt giống hoài nghi vào tâm trí cô ấy, và cô ấy sẽ bắt đầu cảm thấy rằng cuối cùng mình đã có người đứng về phía mình.’</w:t>
      </w:r>
    </w:p>
    <w:p>
      <w:pPr>
        <w:spacing w:after="80"/>
      </w:pPr>
      <w:r>
        <w:rPr>
          <w:b w:val="0"/>
          <w:i w:val="0"/>
        </w:rPr>
        <w:t>‘Nhưng hãy kéo cô ấy vào từ từ,’ William nói, ‘vì sẽ không dễ để cô ấy phá hàng ngũ sau ngần ấy năm. Trong lúc đó, tất cả chúng ta hãy quay lại bàn làm việc, hay xe cút kít của mình, và tập trung thu thập càng nhiều bùn đất càng tốt, để Milner không thể tìm ra kẽ hở, một lời giải thích đáng tin, hay bất kỳ cách nào khác để thoát tội.’</w:t>
      </w:r>
    </w:p>
    <w:p>
      <w:pPr>
        <w:spacing w:after="80"/>
      </w:pPr>
      <w:r>
        <w:rPr>
          <w:b w:val="0"/>
          <w:i w:val="0"/>
        </w:rPr>
        <w:t>‘Nhưng hãy nhớ,’ Ross nói, ‘rằng Milner có tai của Thân vương xứ Wales, người mà ông ta đã chăm sóc từ khi rời hải quân, điều đó có thể khiến ông ta gần như không thể bị loại bỏ.’</w:t>
      </w:r>
    </w:p>
    <w:p>
      <w:pPr>
        <w:spacing w:after="80"/>
      </w:pPr>
      <w:r>
        <w:rPr>
          <w:b w:val="0"/>
          <w:i w:val="0"/>
        </w:rPr>
        <w:t>‘Loại người đó luôn nghĩ mình đứng trên luật pháp,’ viên chỉ huy nói. ‘Nhưng Ross đã xác định được gót chân Achilles của ông ta rồi.’</w:t>
      </w:r>
    </w:p>
    <w:p>
      <w:pPr>
        <w:spacing w:after="80"/>
      </w:pPr>
      <w:r>
        <w:rPr>
          <w:b w:val="0"/>
          <w:i w:val="0"/>
        </w:rPr>
        <w:t>‘Tiền mặt,’ William nói.</w:t>
      </w:r>
    </w:p>
    <w:p>
      <w:pPr>
        <w:spacing w:after="80"/>
      </w:pPr>
      <w:r>
        <w:rPr>
          <w:b w:val="0"/>
          <w:i w:val="0"/>
        </w:rPr>
        <w:t>‘Chuẩn luôn,’ Hawk nói. ‘Vậy thì, hãy theo đúng phương châm cũ khi truy đuổi tội phạm. Hãy theo dòng tiền.’</w:t>
      </w:r>
    </w:p>
    <w:p>
      <w:pPr>
        <w:spacing w:after="80"/>
      </w:pPr>
      <w:r>
        <w:rPr>
          <w:b w:val="0"/>
          <w:i w:val="0"/>
        </w:rPr>
        <w:t>‘Nhưng nhớ bước thật cẩn thận,’ William nói, ‘vì bọn họ sẽ không ngần ngại rải mìn trên đường đi của bạn đâu. Giẫm phải một quả, và tất cả chúng ta sẽ nổ tan xác.’</w:t>
      </w:r>
    </w:p>
    <w:p>
      <w:pPr>
        <w:spacing w:after="80"/>
      </w:pPr>
      <w:r>
        <w:rPr>
          <w:b w:val="0"/>
          <w:i w:val="0"/>
        </w:rPr>
        <w:t>Sau một hồi im lặng dài, viên chỉ huy nói: ‘Có lẽ đã đến lúc thay đổi chiến thuật.’ Ông ngập ngừng một lát trong khi cân nhắc hậu quả của điều mình sắp nói. ‘Sao tất cả các bạn không cứ giả vờ hợp tác trong lúc này và, giống như Ross, làm ra vẻ như đã leo lên được chuyến tàu kiếm chác của bọn họ. Còn Ross, hãy xem cậu có thể làm quá đà đến mức nào trước khi Milner thắc mắc về các khoản chi phí của cậu.’</w:t>
      </w:r>
    </w:p>
    <w:p>
      <w:pPr>
        <w:spacing w:after="80"/>
      </w:pPr>
      <w:r>
        <w:rPr>
          <w:b w:val="0"/>
          <w:i w:val="0"/>
        </w:rPr>
        <w:t>‘Tôi đang nghĩ đến việc mời cô hầu cận của Công chúa đi ăn tối cuối tuần này,’ Ross nói. Tất cả đều bật cười, trừ William.</w:t>
      </w:r>
    </w:p>
    <w:p>
      <w:pPr>
        <w:spacing w:after="80"/>
      </w:pPr>
      <w:r>
        <w:rPr>
          <w:b w:val="0"/>
          <w:i w:val="0"/>
        </w:rPr>
        <w:t>‘Cô ấy chắc quen với những món ăn và rượu ngon nhất rồi,’ viên chỉ huy xen vào, ‘nên cậu có thể làm một hóa đơn kha khá rồi xem Milner có thắc mắc gì không. Nhưng chúng ta sẽ cần thêm những ví dụ khác về việc coi thường trắng trợn quy trình cảnh sát thông thường trước khi có thể hành động. Hãy thận trọng, và giả vờ ngốc nghếch, điều đó chắc không quá khó với Paul.’</w:t>
      </w:r>
    </w:p>
    <w:p>
      <w:pPr>
        <w:spacing w:after="80"/>
      </w:pPr>
      <w:r>
        <w:rPr>
          <w:b w:val="0"/>
          <w:i w:val="0"/>
        </w:rPr>
        <w:t>Sự trêu chọc nhẹ nhàng ấy khiến mọi người cười thêm, và William biết điều đó chỉ càng thúc Paul làm cho vượt mặt tất cả.</w:t>
      </w:r>
    </w:p>
    <w:p>
      <w:pPr>
        <w:spacing w:after="80"/>
      </w:pPr>
      <w:r>
        <w:rPr>
          <w:b w:val="0"/>
          <w:i w:val="0"/>
        </w:rPr>
        <w:t>‘Và Jackie này,’ viên chỉ huy nói, ‘hãy tiếp tục vun đắp với người bạn thân mới của cô’ – ông liếc xuống cuốn sổ tay – ‘Constable Smart, vì cô ấy có thể sẽ là quân bài tốt nhất của chúng ta. Chúc săn may mắn.’</w:t>
      </w:r>
    </w:p>
    <w:p>
      <w:pPr>
        <w:spacing w:after="80"/>
        <w:jc w:val="center"/>
      </w:pPr>
      <w:r>
        <w:rPr>
          <w:b w:val="0"/>
          <w:i w:val="0"/>
        </w:rPr>
        <w:t>• • •</w:t>
      </w:r>
    </w:p>
    <w:p>
      <w:pPr>
        <w:spacing w:after="80"/>
      </w:pPr>
      <w:r>
        <w:rPr>
          <w:b w:val="0"/>
          <w:i w:val="0"/>
        </w:rPr>
        <w:t>Jackie làm theo lời khuyên của viên chỉ huy, và trong suốt cuối tuần, cô cùng Jenny Smart đi quẩy ở khu West End. Dù William đã cảnh báo cô phải kiên nhẫn – một đức tính mà Jackie không có nhiều – nhưng một tầng hầm mờ tối và vài ly vodka quá chén đã khiến Constable Smart buột miệng đủ nhiều để Jackie ra về với đầy đủ "đạn dược" cần thiết.</w:t>
      </w:r>
    </w:p>
    <w:p>
      <w:pPr>
        <w:spacing w:after="80"/>
      </w:pPr>
      <w:r>
        <w:rPr>
          <w:b w:val="0"/>
          <w:i w:val="0"/>
        </w:rPr>
        <w:t>Khi Jackie về đến nhà chỉ sau hai giờ sáng, cô dành cả giờ tiếp theo để ghi chép cặn kẽ. Có thể cô đã nói với Jenny rằng cô rất mong Jenny được nhận công việc (hoàn toàn xứng đáng) làm PPO của Công chúa Anne, nhưng trong thâm tâm cô thầm hy vọng Jenny sẽ lại bị gạt lần nữa, vì cô tin chắc đó sẽ là giọt nước tràn ly đối với Constable Smart, và sẽ chẳng cần đến một tầng hầm tối tăm trong hộp đêm để cô ấy tiết lộ mọi điều mình biết về Milner và những hoạt động ngoài lề của ông ta.</w:t>
      </w:r>
    </w:p>
    <w:p>
      <w:pPr>
        <w:spacing w:after="80"/>
      </w:pPr>
      <w:r>
        <w:rPr>
          <w:b w:val="0"/>
          <w:i w:val="0"/>
        </w:rPr>
        <w:t>Sáng hôm sau, Jackie đang bước xuống xe buýt trên đường đến chỗ làm thì thấy DI Reynolds và Sergeant Jennings bước vào ‘Pride of Plaice’, quán mà Jennings đã cam đoan với cô là quán cá và khoai tây chiên ngon nhất Windsor.</w:t>
      </w:r>
    </w:p>
    <w:p>
      <w:pPr>
        <w:spacing w:after="80"/>
      </w:pPr>
      <w:r>
        <w:rPr>
          <w:b w:val="0"/>
          <w:i w:val="0"/>
        </w:rPr>
        <w:t>Cô định băng qua đường để nhập bọn thì thấy Reynolds kéo ông chủ quán ra một bên, rõ ràng là để nói riêng vài câu. Cô lẻn vào một ô cửa hiệu và nấp kín. Hai viên cảnh sát xuất hiện lại vài phút sau đó và vừa ăn trưa từ tờ báo gói vừa đi về hướng lâu đài. Jackie đợi đến khi họ rẽ qua góc phố mới băng qua đường và thong thả bước vào quán cá và khoai tây chiên.</w:t>
      </w:r>
    </w:p>
    <w:p>
      <w:pPr>
        <w:spacing w:after="80"/>
      </w:pPr>
      <w:r>
        <w:rPr>
          <w:b w:val="0"/>
          <w:i w:val="0"/>
        </w:rPr>
        <w:t>‘Cho tôi một phần cá tuyết và khoai tây chiên,’ Jackie nói khi đến lượt mình.</w:t>
      </w:r>
    </w:p>
    <w:p>
      <w:pPr>
        <w:spacing w:after="80"/>
      </w:pPr>
      <w:r>
        <w:rPr>
          <w:b w:val="0"/>
          <w:i w:val="0"/>
        </w:rPr>
        <w:t>‘Có ngay đây, cô em,’ người phụ việc tên Jackie đáp.</w:t>
      </w:r>
    </w:p>
    <w:p>
      <w:pPr>
        <w:spacing w:after="80"/>
      </w:pPr>
      <w:r>
        <w:rPr>
          <w:b w:val="0"/>
          <w:i w:val="0"/>
        </w:rPr>
        <w:t>‘Chắc quán này ngon lắm,’ Jackie nhận xét. ‘Tôi vừa thấy anh phục vụ vài đồng nghiệp của tôi lúc nãy.’</w:t>
      </w:r>
    </w:p>
    <w:p>
      <w:pPr>
        <w:spacing w:after="80"/>
      </w:pPr>
      <w:r>
        <w:rPr>
          <w:b w:val="0"/>
          <w:i w:val="0"/>
        </w:rPr>
        <w:t>‘Cô làm cho Đội Bảo vệ Hoàng gia à?’ anh ta nói, nhìn cô kỹ hơn.</w:t>
      </w:r>
    </w:p>
    <w:p>
      <w:pPr>
        <w:spacing w:after="80"/>
      </w:pPr>
      <w:r>
        <w:rPr>
          <w:b w:val="0"/>
          <w:i w:val="0"/>
        </w:rPr>
        <w:t>‘Đúng vậy,’ Jackie đáp trong khi anh ta thong thả chọn cá cho cô.</w:t>
      </w:r>
    </w:p>
    <w:p>
      <w:pPr>
        <w:spacing w:after="80"/>
      </w:pPr>
      <w:r>
        <w:rPr>
          <w:b w:val="0"/>
          <w:i w:val="0"/>
        </w:rPr>
        <w:t>‘Vậy mong cô sẽ thành khách quen, như mấy anh chàng khác từ lâu đài. Muối và giấm nhé?’</w:t>
      </w:r>
    </w:p>
    <w:p>
      <w:pPr>
        <w:spacing w:after="80"/>
      </w:pPr>
      <w:r>
        <w:rPr>
          <w:b w:val="0"/>
          <w:i w:val="0"/>
        </w:rPr>
        <w:t>‘Vâng, làm ơn.’</w:t>
      </w:r>
    </w:p>
    <w:p>
      <w:pPr>
        <w:spacing w:after="80"/>
      </w:pPr>
      <w:r>
        <w:rPr>
          <w:b w:val="0"/>
          <w:i w:val="0"/>
        </w:rPr>
        <w:t>Anh gói xong phần ăn, đặt vào túi rồi đưa cho cô. "Ba bảng nhé."</w:t>
      </w:r>
    </w:p>
    <w:p>
      <w:pPr>
        <w:spacing w:after="80"/>
      </w:pPr>
      <w:r>
        <w:rPr>
          <w:b w:val="0"/>
          <w:i w:val="0"/>
        </w:rPr>
        <w:t>Jackie đưa anh tờ năm bảng và chờ nhận tiền thừa.</w:t>
      </w:r>
    </w:p>
    <w:p>
      <w:pPr>
        <w:spacing w:after="80"/>
      </w:pPr>
      <w:r>
        <w:rPr>
          <w:b w:val="0"/>
          <w:i w:val="0"/>
        </w:rPr>
        <w:t>"Chị có cần hóa đơn không?"</w:t>
      </w:r>
    </w:p>
    <w:p>
      <w:pPr>
        <w:spacing w:after="80"/>
      </w:pPr>
      <w:r>
        <w:rPr>
          <w:b w:val="0"/>
          <w:i w:val="0"/>
        </w:rPr>
        <w:t>"Có, làm ơn."</w:t>
      </w:r>
    </w:p>
    <w:p>
      <w:pPr>
        <w:spacing w:after="80"/>
      </w:pPr>
      <w:r>
        <w:rPr>
          <w:b w:val="0"/>
          <w:i w:val="0"/>
        </w:rPr>
        <w:t>Anh gật đầu với cô gái ở quầy thu ngân, người này trả lại hai bảng tiền thừa cùng một tờ hóa đơn, Jackie nhét vội vào túi xách. Vừa bước ra vỉa hè, cô mở gói phần ăn bất ngờ của mình và cắn một miếng cá tuyết mọng nước trong khi thong thả đi về phía lâu đài. Danh tiếng của quán The Plaice hóa ra đúng là xứng đáng, dù cô có thể nghe thấy giọng mẹ mình văng vẳng: "Cá và khoai tây chiên thì chẳng có gì sai, con yêu ạ, nhưng đừng bao giờ ăn chúng từ tờ báo trên đường phố." Không phải lần đầu tiên, Jackie thấy mừng vì mẹ mình ở cách xa hơn trăm dặm.</w:t>
      </w:r>
    </w:p>
    <w:p>
      <w:pPr>
        <w:spacing w:after="80"/>
      </w:pPr>
      <w:r>
        <w:rPr>
          <w:b w:val="0"/>
          <w:i w:val="0"/>
        </w:rPr>
        <w:t xml:space="preserve">Cô đã ngốn sạch miếng cuối cùng trước khi về tới bàn làm việc, nơi cô thả trang nhất tờ </w:t>
      </w:r>
      <w:r>
        <w:rPr>
          <w:b w:val="0"/>
          <w:i/>
        </w:rPr>
        <w:t>News of the World</w:t>
      </w:r>
      <w:r>
        <w:rPr>
          <w:b w:val="0"/>
          <w:i w:val="0"/>
        </w:rPr>
        <w:t xml:space="preserve"> tuần trước vào sọt rác, rồi đi rửa tay. Cô đặt túi xách lên bàn, lấy tờ hóa đơn ra và lần đầu tiên nhìn kỹ: £9.50.</w:t>
      </w:r>
    </w:p>
    <w:p>
      <w:pPr>
        <w:spacing w:after="80"/>
        <w:jc w:val="center"/>
      </w:pPr>
      <w:r>
        <w:rPr>
          <w:b w:val="0"/>
          <w:i w:val="0"/>
        </w:rPr>
        <w:t>• • •</w:t>
      </w:r>
    </w:p>
    <w:p>
      <w:pPr>
        <w:spacing w:after="80"/>
      </w:pPr>
      <w:r>
        <w:rPr>
          <w:b w:val="0"/>
          <w:i w:val="0"/>
        </w:rPr>
        <w:t>Tù nhân đã ngồi trong khối lập phương bằng kính chờ luật sư của mình từ rất lâu trước khi Booth Watson xuất hiện. Trước kia thì ngược lại.</w:t>
      </w:r>
    </w:p>
    <w:p>
      <w:pPr>
        <w:spacing w:after="80"/>
      </w:pPr>
      <w:r>
        <w:rPr>
          <w:b w:val="0"/>
          <w:i w:val="0"/>
        </w:rPr>
        <w:t>Khi Booth Watson bước vào căn phòng kín bên trong, ông ngồi xuống đối diện thân chủ. "Chào buổi sáng, Miles," ông nói cứ như thể đây là một buổi tư vấn riêng trong phòng làm việc của mình, chứ không phải trong một lồng kính bị hai gã cai ngục theo dõi. "Tôi xin lỗi vì đã lâu không gặp anh," ông tiếp tục, đặt chiếc cặp Gladstone xuống sàn bên cạnh, "nhưng tôi muốn chờ đến khi có điều gì đó đáng để báo cáo. Vì thế, tôi đã có các cuộc gặp với Ngài Julian, người vẫn đang đại diện cho Hoàng gia trong vụ án này, cũng như với vợ cũ của anh. Nhớ rằng chúng ta chỉ có một tiếng, hãy giải quyết chuyện Christina trước rồi tôi sẽ chuyển sang buổi tư vấn với Ngài Julian."</w:t>
      </w:r>
    </w:p>
    <w:p>
      <w:pPr>
        <w:spacing w:after="80"/>
      </w:pPr>
      <w:r>
        <w:rPr>
          <w:b w:val="0"/>
          <w:i w:val="0"/>
        </w:rPr>
        <w:t>"Cô ta muốn bao nhiêu để giữ mồm giữ miệng?"</w:t>
      </w:r>
    </w:p>
    <w:p>
      <w:pPr>
        <w:spacing w:after="80"/>
      </w:pPr>
      <w:r>
        <w:rPr>
          <w:b w:val="0"/>
          <w:i w:val="0"/>
        </w:rPr>
        <w:t>"Ba mươi triệu," Booth Watson nói, không chớp mắt.</w:t>
      </w:r>
    </w:p>
    <w:p>
      <w:pPr>
        <w:spacing w:after="80"/>
      </w:pPr>
      <w:r>
        <w:rPr>
          <w:b w:val="0"/>
          <w:i w:val="0"/>
        </w:rPr>
        <w:t>"Chắc cô ta đang đùa," Miles nói với giọng cao nhất, khiến lũ cai ngục phải nhìn kỹ hơn.</w:t>
      </w:r>
    </w:p>
    <w:p>
      <w:pPr>
        <w:spacing w:after="80"/>
      </w:pPr>
      <w:r>
        <w:rPr>
          <w:b w:val="0"/>
          <w:i w:val="0"/>
        </w:rPr>
        <w:t>"Christina không nổi tiếng vì khiếu hài hước," Booth Watson nhắc anh. "Và đừng quên cô ta đã kết hôn với anh mười năm, nên biết rõ bộ sưu tập nghệ thuật của anh đáng giá bao nhiêu. Dù cô ta có thể không biết anh đã cất giấu bao nhiêu trong các tài khoản ngân hàng Thụy Sĩ, chỉ cần nhắc đến Thụy Sĩ với bạn cô ta là Beth Warwick là đủ để chồng cô ta yêu cầu cơ quan thuế mở một cuộc điều tra toàn diện. Đó không phải là điều anh cần lúc này."</w:t>
      </w:r>
    </w:p>
    <w:p>
      <w:pPr>
        <w:spacing w:after="80"/>
      </w:pPr>
      <w:r>
        <w:rPr>
          <w:b w:val="0"/>
          <w:i w:val="0"/>
        </w:rPr>
        <w:t>Miles định đáp lời thì Booth Watson giơ tay lên. "Tuy nhiên, tôi tin mình có thể thuyết phục cô ta chấp nhận hai mươi," ông ngừng lại, "bằng tiền mặt, giải thích rằng như vậy cô ta sẽ tránh được thuế thu nhập từ chênh lệch vốn, điều này còn có lợi thế thêm là đảm bảo cô ta không thể mạo hiểm để ai biết về bất kỳ hoạt động nào khác của anh."</w:t>
      </w:r>
    </w:p>
    <w:p>
      <w:pPr>
        <w:spacing w:after="80"/>
      </w:pPr>
      <w:r>
        <w:rPr>
          <w:b w:val="0"/>
          <w:i w:val="0"/>
        </w:rPr>
        <w:t>"Tôi có bao nhiêu trong các két an toàn ở ngân hàng?"</w:t>
      </w:r>
    </w:p>
    <w:p>
      <w:pPr>
        <w:spacing w:after="80"/>
      </w:pPr>
      <w:r>
        <w:rPr>
          <w:b w:val="0"/>
          <w:i w:val="0"/>
        </w:rPr>
        <w:t>"Hơn hai mươi hai triệu một chút," Booth Watson nói, người đã đoán trước câu hỏi này.</w:t>
      </w:r>
    </w:p>
    <w:p>
      <w:pPr>
        <w:spacing w:after="80"/>
      </w:pPr>
      <w:r>
        <w:rPr>
          <w:b w:val="0"/>
          <w:i w:val="0"/>
        </w:rPr>
        <w:t>‘Vậy là gần như sạch túi tôi rồi.’</w:t>
      </w:r>
    </w:p>
    <w:p>
      <w:pPr>
        <w:spacing w:after="80"/>
      </w:pPr>
      <w:r>
        <w:rPr>
          <w:b w:val="0"/>
          <w:i w:val="0"/>
        </w:rPr>
        <w:t>‘Nếu ông đưa cho cô ta cả căn hộ ở Mayfair lẫn biệt thự ở Monte Carlo, có khi ông chỉ còn phải mất thêm mười triệu tiền mặt thôi.’</w:t>
      </w:r>
    </w:p>
    <w:p>
      <w:pPr>
        <w:spacing w:after="80"/>
      </w:pPr>
      <w:r>
        <w:rPr>
          <w:b w:val="0"/>
          <w:i w:val="0"/>
        </w:rPr>
        <w:t>‘Và chẳng có gì ngăn tôi thế chấp cả hai bất động sản đến tận cùng rồi để cô ta gánh các khoản trả nợ,’ Miles nói. ‘Ông nghĩ ông xoay được vụ đó không, BW?’</w:t>
      </w:r>
    </w:p>
    <w:p>
      <w:pPr>
        <w:spacing w:after="80"/>
      </w:pPr>
      <w:r>
        <w:rPr>
          <w:b w:val="0"/>
          <w:i w:val="0"/>
        </w:rPr>
        <w:t>‘Chuyện đó sẽ là một thử thách kha khá,’ Booth Watson thừa nhận, ‘nhưng không phải là bất khả thi.’</w:t>
      </w:r>
    </w:p>
    <w:p>
      <w:pPr>
        <w:spacing w:after="80"/>
      </w:pPr>
      <w:r>
        <w:rPr>
          <w:b w:val="0"/>
          <w:i w:val="0"/>
        </w:rPr>
        <w:t>‘Vậy thì lo ký thỏa thuận càng nhanh càng tốt.’</w:t>
      </w:r>
    </w:p>
    <w:p>
      <w:pPr>
        <w:spacing w:after="80"/>
      </w:pPr>
      <w:r>
        <w:rPr>
          <w:b w:val="0"/>
          <w:i w:val="0"/>
        </w:rPr>
        <w:t>‘Chúng tôi đã thống nhất gặp nhau ở ngân hàng vào chiều thứ Sáu tới, lúc đó tôi sẽ mang theo hai chiếc vali lớn rỗng. Tôi có cảm giác khi cô ta nhìn thấy mười triệu tiền mặt, nó sẽ rất có sức thuyết phục.’</w:t>
      </w:r>
    </w:p>
    <w:p>
      <w:pPr>
        <w:spacing w:after="80"/>
      </w:pPr>
      <w:r>
        <w:rPr>
          <w:b w:val="0"/>
          <w:i w:val="0"/>
        </w:rPr>
        <w:t>‘Có lẽ hai chiếc vali có thể được thu hồi trước khi chúng đến ngân hàng của cô ta?’ Miles nói, để mặc lời mình lơ lửng trong không trung.</w:t>
      </w:r>
    </w:p>
    <w:p>
      <w:pPr>
        <w:spacing w:after="80"/>
      </w:pPr>
      <w:r>
        <w:rPr>
          <w:b w:val="0"/>
          <w:i w:val="0"/>
        </w:rPr>
        <w:t>Booth Watson không ghi chép gì trong lúc khách hàng của mình giải thích điều mà, với sự giúp đỡ của cựu giám đốc Lamont, ông ta mong sẽ xảy ra không lâu sau khi Christina rời ngân hàng.</w:t>
      </w:r>
    </w:p>
    <w:p>
      <w:pPr>
        <w:spacing w:after="80"/>
      </w:pPr>
      <w:r>
        <w:rPr>
          <w:b w:val="0"/>
          <w:i w:val="0"/>
        </w:rPr>
        <w:t>‘Và nếu ông xoay được vụ đó, BW,’ ông nói, ‘ông có thể giữ một triệu cho mình.’ Đó không phải con số Booth Watson nghĩ đến. ‘Nhưng tất cả những chuyện này sẽ chẳng thay đổi được gì cả,’ Miles tiếp tục, ‘nếu ông không đưa được tôi ra khỏi đây để hưởng thành quả. Vậy nói tôi nghe, cuộc gặp của ông với Ngài Julian Warwick thế nào?’</w:t>
      </w:r>
    </w:p>
    <w:p>
      <w:pPr>
        <w:spacing w:after="80"/>
      </w:pPr>
      <w:r>
        <w:rPr>
          <w:b w:val="0"/>
          <w:i w:val="0"/>
        </w:rPr>
        <w:t>‘Tôi nghĩ không thể nào tốt hơn được nữa. Nhưng tôi để ông tự phán xét.’</w:t>
      </w:r>
    </w:p>
    <w:p>
      <w:pPr>
        <w:spacing w:after="80"/>
      </w:pPr>
      <w:r>
        <w:rPr>
          <w:b w:val="0"/>
          <w:i w:val="0"/>
        </w:rPr>
        <w:t>Miles ngả người ra sau, khoanh tay và lắng nghe.</w:t>
      </w:r>
    </w:p>
    <w:p>
      <w:pPr>
        <w:spacing w:after="80"/>
      </w:pPr>
      <w:r>
        <w:rPr>
          <w:b w:val="0"/>
          <w:i w:val="0"/>
        </w:rPr>
        <w:t>‘Tôi đã nhắc Ngài Julian rằng bắt cóc là một tội ác nghiêm trọng, và cũng chỉ ra rằng ăn cắp một bức tranh trị giá hơn một triệu bảng có khi lại kích thích sự thèm khát của báo chí, nhất là nếu nó dẫn đến việc con trai ông ta phải ra tòa. Ông ta không mất nhiều thời gian để quyết định điều nào quan trọng hơn: kéo dài thời gian ông ở tù hay cứu con trai mình khỏi số phận tương tự.’</w:t>
      </w:r>
    </w:p>
    <w:p>
      <w:pPr>
        <w:spacing w:after="80"/>
      </w:pPr>
      <w:r>
        <w:rPr>
          <w:b w:val="0"/>
          <w:i w:val="0"/>
        </w:rPr>
        <w:t>Một thoáng mỉm cười hiện lên trên mặt Faulkner.</w:t>
      </w:r>
    </w:p>
    <w:p>
      <w:pPr>
        <w:spacing w:after="80"/>
      </w:pPr>
      <w:r>
        <w:rPr>
          <w:b w:val="0"/>
          <w:i w:val="0"/>
        </w:rPr>
        <w:t>‘Tuy nhiên, ông ta vẫn muốn lấy lại phần của mình.’</w:t>
      </w:r>
    </w:p>
    <w:p>
      <w:pPr>
        <w:spacing w:after="80"/>
      </w:pPr>
      <w:r>
        <w:rPr>
          <w:b w:val="0"/>
          <w:i w:val="0"/>
        </w:rPr>
        <w:t>‘Mong là không phải đổ máu,’ Faulkner nói.</w:t>
      </w:r>
    </w:p>
    <w:p>
      <w:pPr>
        <w:spacing w:after="80"/>
      </w:pPr>
      <w:r>
        <w:rPr>
          <w:b w:val="0"/>
          <w:i w:val="0"/>
        </w:rPr>
        <w:t>‘Cùng lắm chỉ là một vết xước,’ Booth Watson hứa. ‘Đó là giả sử ông sẵn lòng nhận tội trốn thoát khi đang bị cảnh sát giam giữ.’</w:t>
      </w:r>
    </w:p>
    <w:p>
      <w:pPr>
        <w:spacing w:after="80"/>
      </w:pPr>
      <w:r>
        <w:rPr>
          <w:b w:val="0"/>
          <w:i w:val="0"/>
        </w:rPr>
        <w:t>‘Anh đang đùa tôi đấy à.’</w:t>
      </w:r>
    </w:p>
    <w:p>
      <w:pPr>
        <w:spacing w:after="80"/>
      </w:pPr>
      <w:r>
        <w:rPr>
          <w:b w:val="0"/>
          <w:i w:val="0"/>
        </w:rPr>
        <w:t>‘Tôi chưa bao giờ thích đùa, Miles, anh biết rõ điều đó. Tuy nhiên, nếu anh nhận tội, Ngài Julian sẽ đề nghị CPS (Cơ quan Công tố Hoàng gia) cho anh hưởng án treo.’</w:t>
      </w:r>
    </w:p>
    <w:p>
      <w:pPr>
        <w:spacing w:after="80"/>
      </w:pPr>
      <w:r>
        <w:rPr>
          <w:b w:val="0"/>
          <w:i w:val="0"/>
        </w:rPr>
        <w:t>‘Tại sao họ lại đồng ý điều đó?’ Miles hỏi đầy hoài nghi.</w:t>
      </w:r>
    </w:p>
    <w:p>
      <w:pPr>
        <w:spacing w:after="80"/>
      </w:pPr>
      <w:r>
        <w:rPr>
          <w:b w:val="0"/>
          <w:i w:val="0"/>
        </w:rPr>
        <w:t>‘Điều CPS không hề mong muốn nhất chính là để toàn bộ sự việc đáng tiếc ở Tây Ban Nha bị phơi bày trước công chúng. Hiện giờ cảnh sát Met đã có đủ rắc rối của riêng mình, và nếu phiên tòa đổ vỡ, Ngài Julian có thể sẽ phải bào chữa cho con trai mình thay vì truy tố anh. Không, tôi khá tin chắc họ sẽ muốn giữ vụ này ngoài tòa. Vậy nên, nếu anh chỉ thị cho tôi thông báo với phía bên kia rằng chúng ta có thể đồng ý với các điều khoản của họ, với điều kiện có một thỏa thuận bằng văn bản’ – ông ta ngừng lại – ‘do tôi soạn thảo, thì tôi sẽ báo lại cho Ngài Julian tương ứng.’</w:t>
      </w:r>
    </w:p>
    <w:p>
      <w:pPr>
        <w:spacing w:after="80"/>
      </w:pPr>
      <w:r>
        <w:rPr>
          <w:b w:val="0"/>
          <w:i w:val="0"/>
        </w:rPr>
        <w:t>‘Việc đó sẽ mất bao lâu?’</w:t>
      </w:r>
    </w:p>
    <w:p>
      <w:pPr>
        <w:spacing w:after="80"/>
      </w:pPr>
      <w:r>
        <w:rPr>
          <w:b w:val="0"/>
          <w:i w:val="0"/>
        </w:rPr>
        <w:t>‘Tôi đã chuẩn bị một bản nháp sơ bộ rồi, nên nhiều nhất là vài ngày. Sau khi anh ký thỏa thuận, tôi sẽ bắt đầu làm việc để anh được ra tù sớm, nghĩa là anh sẽ phải trở thành một phạm nhân gương mẫu trong vài tháng tới. Và, Miles, ý tôi là gương mẫu thật sự.’ Booth Watson cúi xuống đặt tập hồ sơ trở lại chiếc cặp Gladstone. ‘Việc đầu tiên anh sẽ làm sau khi được thả là gì?’</w:t>
      </w:r>
    </w:p>
    <w:p>
      <w:pPr>
        <w:spacing w:after="80"/>
      </w:pPr>
      <w:r>
        <w:rPr>
          <w:b w:val="0"/>
          <w:i w:val="0"/>
        </w:rPr>
        <w:t>‘Đãi anh một bữa thịnh soạn ở khách sạn Savoy, với một chai rượu ngon, vì tôi sẽ không phải kết thúc buổi tối trong buồng giam nữa.’</w:t>
      </w:r>
    </w:p>
    <w:p>
      <w:pPr>
        <w:spacing w:after="80"/>
      </w:pPr>
      <w:r>
        <w:rPr>
          <w:b w:val="0"/>
          <w:i w:val="0"/>
        </w:rPr>
        <w:t>‘Tôi sẽ mong chờ điều đó,’ Booth Watson nói, biết rằng nếu ông ta có thể khiến Miles ký thỏa thuận, ông ta chẳng cần bận tâm đặt bàn quen thuộc của họ ở Savoy – trong mười bốn năm tới.</w:t>
      </w:r>
    </w:p>
    <w:p>
      <w:pPr>
        <w:pStyle w:val="Heading2"/>
      </w:pPr>
      <w:r>
        <w:rPr>
          <w:rFonts w:ascii="Calibri" w:hAnsi="Calibri"/>
          <w:b/>
          <w:i w:val="0"/>
          <w:sz w:val="32"/>
        </w:rPr>
        <w:t>CHƯƠNG 12</w:t>
      </w:r>
    </w:p>
    <w:p>
      <w:pPr>
        <w:spacing w:after="80"/>
      </w:pPr>
      <w:r>
        <w:rPr>
          <w:b w:val="0"/>
          <w:i w:val="0"/>
        </w:rPr>
        <w:t>FAULKNER TẬN DỤNG KHOẢNG THỜI GIAN ĐI BỘ HÀNG NGÀY MỘT CÁCH HIỆU QUẢ.</w:t>
      </w:r>
    </w:p>
    <w:p>
      <w:pPr>
        <w:spacing w:after="80"/>
      </w:pPr>
      <w:r>
        <w:rPr>
          <w:b w:val="0"/>
          <w:i w:val="0"/>
        </w:rPr>
        <w:t>Tulip đã sắp xếp một cuộc gặp với người duy nhất có thể biến điều đó thành hiện thực. Reggie, tay ma cô, bị kết án năm năm tù vì dụ dỗ các cậu bé để trục lợi cá nhân.</w:t>
      </w:r>
    </w:p>
    <w:p>
      <w:pPr>
        <w:spacing w:after="80"/>
      </w:pPr>
      <w:r>
        <w:rPr>
          <w:b w:val="0"/>
          <w:i w:val="0"/>
        </w:rPr>
        <w:t>‘Tôi có thể giúp gì được, ông Faulkner?’ Reggie hỏi khi họ cùng đi dạo quanh sân phơi nắng. Hai phạm nhân to con đi phía trước họ, và vài người khác cách phía sau vài bước, đảm bảo rằng ông trùm không bị làm phiền.</w:t>
      </w:r>
    </w:p>
    <w:p>
      <w:pPr>
        <w:spacing w:after="80"/>
      </w:pPr>
      <w:r>
        <w:rPr>
          <w:b w:val="0"/>
          <w:i w:val="0"/>
        </w:rPr>
        <w:t>‘Tôi cần một nam gái mại dâm cho tối thứ Sáu,’ Faulkner nói. ‘Cậu ta phải hội tụ đủ mọi thứ tươi sáng và xinh đẹp.’</w:t>
      </w:r>
    </w:p>
    <w:p>
      <w:pPr>
        <w:spacing w:after="80"/>
      </w:pPr>
      <w:r>
        <w:rPr>
          <w:b w:val="0"/>
          <w:i w:val="0"/>
        </w:rPr>
        <w:t>‘Sẽ khá khó để đưa một người vào trại giam, ông Faulkner, ngay cả với các mối quan hệ của ông.’</w:t>
      </w:r>
    </w:p>
    <w:p>
      <w:pPr>
        <w:spacing w:after="80"/>
      </w:pPr>
      <w:r>
        <w:rPr>
          <w:b w:val="0"/>
          <w:i w:val="0"/>
        </w:rPr>
        <w:t>‘Không phải cho tôi, đồ ngốc. Là cho vợ tôi.’</w:t>
      </w:r>
    </w:p>
    <w:p>
      <w:pPr>
        <w:spacing w:after="80"/>
      </w:pPr>
      <w:r>
        <w:rPr>
          <w:b w:val="0"/>
          <w:i w:val="0"/>
        </w:rPr>
        <w:t>‘Xin lỗi, sếp, tôi hiểu nhầm. Vậy cậu trai của tôi sẽ được mong đợi làm gì?’</w:t>
      </w:r>
    </w:p>
    <w:p>
      <w:pPr>
        <w:spacing w:after="80"/>
      </w:pPr>
      <w:r>
        <w:rPr>
          <w:b w:val="0"/>
          <w:i w:val="0"/>
        </w:rPr>
        <w:t>‘Vợ tôi lúc nào cũng đến Tramp vào tối thứ Sáu, hy vọng vớ được ai đó để sau đó đưa về nhà. Tôi cần một trong những tay sát gái lão luyện của anh ra tay, và nhớ bảo đảm cậu ta được mời về nhà qua đêm.’</w:t>
      </w:r>
    </w:p>
    <w:p>
      <w:pPr>
        <w:spacing w:after="80"/>
      </w:pPr>
      <w:r>
        <w:rPr>
          <w:b w:val="0"/>
          <w:i w:val="0"/>
        </w:rPr>
        <w:t>‘Tôi biết một người mà bà ấy không thể cưỡng lại được,’ Reggie nói. ‘Tên là Sebastian.’</w:t>
      </w:r>
    </w:p>
    <w:p>
      <w:pPr>
        <w:spacing w:after="80"/>
      </w:pPr>
      <w:r>
        <w:rPr>
          <w:b w:val="0"/>
          <w:i w:val="0"/>
        </w:rPr>
        <w:t>‘Đó mới là phần hay,’ Miles nói. ‘Giờ đến phần rắc rối, có thể sẽ khó hơn. Nếu cậu ta làm xong phần đầu của công việc cho đàng hoàng, cậu ta sẽ phải nằm im cho đến khi bà ấy ngủ say. Đó là lúc cậu ta thực sự bắt đầu kiếm tiền. Đâu đó trong căn hộ của vợ tôi sẽ có hai chiếc vali Tumi màu đen. Chúng khá to, nên chắc không khó tìm. Khi lấy được chúng, cậu ta sẽ thấy một người đàn ông đợi sẵn bên ngoài căn hộ để nhận. Vậy, giá cả thế nào?’</w:t>
      </w:r>
    </w:p>
    <w:p>
      <w:pPr>
        <w:spacing w:after="80"/>
      </w:pPr>
      <w:r>
        <w:rPr>
          <w:b w:val="0"/>
          <w:i w:val="0"/>
        </w:rPr>
        <w:t>‘Mình nói hai ngàn nhé, ông Faulkner?’</w:t>
      </w:r>
    </w:p>
    <w:p>
      <w:pPr>
        <w:spacing w:after="80"/>
      </w:pPr>
      <w:r>
        <w:rPr>
          <w:b w:val="0"/>
          <w:i w:val="0"/>
        </w:rPr>
        <w:t>Faulkner gật đầu và hai người bắt tay – cách duy nhất để chốt một thỏa thuận trong tù, và trời phù hộ cho ai dám nghĩ đến việc phá vỡ cái hợp đồng bất thành văn ấy.</w:t>
      </w:r>
    </w:p>
    <w:p>
      <w:pPr>
        <w:spacing w:after="80"/>
      </w:pPr>
      <w:r>
        <w:rPr>
          <w:b w:val="0"/>
          <w:i w:val="0"/>
        </w:rPr>
        <w:t>‘Coi như xong,’ Reggie nói khi tiếng còi năm phút vang lên, dấu hiệu các tù nhân phải về buồng giam. ‘Dám hỏi trong mấy chiếc vali đó có gì không?’ anh ta hỏi khi hai người rời sân.</w:t>
      </w:r>
    </w:p>
    <w:p>
      <w:pPr>
        <w:spacing w:after="80"/>
      </w:pPr>
      <w:r>
        <w:rPr>
          <w:b w:val="0"/>
          <w:i w:val="0"/>
        </w:rPr>
        <w:t>‘Không,’ Faulkner nói. ‘Nhưng nếu thằng của anh không giao được chúng, thì đừng có mơ mà vào phòng tắm một mình.’</w:t>
      </w:r>
    </w:p>
    <w:p>
      <w:pPr>
        <w:spacing w:after="80"/>
        <w:jc w:val="center"/>
      </w:pPr>
      <w:r>
        <w:rPr>
          <w:b w:val="0"/>
          <w:i w:val="0"/>
        </w:rPr>
        <w:t>• • •</w:t>
      </w:r>
    </w:p>
    <w:p>
      <w:pPr>
        <w:spacing w:after="80"/>
      </w:pPr>
      <w:r>
        <w:rPr>
          <w:b w:val="0"/>
          <w:i w:val="0"/>
        </w:rPr>
        <w:t>Booth Watson đợi thư ký rời khỏi phòng rồi mới tra số riêng và bắt đầu bấm máy.</w:t>
      </w:r>
    </w:p>
    <w:p>
      <w:pPr>
        <w:spacing w:after="80"/>
      </w:pPr>
      <w:r>
        <w:rPr>
          <w:b w:val="0"/>
          <w:i w:val="0"/>
        </w:rPr>
        <w:t>‘Warwick đây,’ một giọng nói ở đầu dây bên kia.</w:t>
      </w:r>
    </w:p>
    <w:p>
      <w:pPr>
        <w:spacing w:after="80"/>
      </w:pPr>
      <w:r>
        <w:rPr>
          <w:b w:val="0"/>
          <w:i w:val="0"/>
        </w:rPr>
        <w:t>‘Booth Watson đây, Julian. Chỉ muốn báo anh biết tôi đã tham khảo ý khách hàng của mình và, trước sự ngạc nhiên của tôi, anh ta đã đồng ý với các điều khoản của anh.’</w:t>
      </w:r>
    </w:p>
    <w:p>
      <w:pPr>
        <w:spacing w:after="80"/>
      </w:pPr>
      <w:r>
        <w:rPr>
          <w:b w:val="0"/>
          <w:i w:val="0"/>
        </w:rPr>
        <w:t>‘Anh ta sẵn sàng nhận tội với tất cả các cáo buộc để đổi lấy việc được giảm hai năm tù?’ Ngài Julian nói, nhưng không thêm câu, Tôi không tin anh.</w:t>
      </w:r>
    </w:p>
    <w:p>
      <w:pPr>
        <w:spacing w:after="80"/>
      </w:pPr>
      <w:r>
        <w:rPr>
          <w:b w:val="0"/>
          <w:i w:val="0"/>
        </w:rPr>
        <w:t>‘Tất nhiên là tôi đã khuyên anh ta đừng làm vậy, điều này chắc không làm anh ngạc nhiên.’</w:t>
      </w:r>
    </w:p>
    <w:p>
      <w:pPr>
        <w:spacing w:after="80"/>
      </w:pPr>
      <w:r>
        <w:rPr>
          <w:b w:val="0"/>
          <w:i w:val="0"/>
        </w:rPr>
        <w:t>Ngài Julian ngạc nhiên thật, nhưng giữ kín ý mình.</w:t>
      </w:r>
    </w:p>
    <w:p>
      <w:pPr>
        <w:spacing w:after="80"/>
      </w:pPr>
      <w:r>
        <w:rPr>
          <w:b w:val="0"/>
          <w:i w:val="0"/>
        </w:rPr>
        <w:t>‘Tôi đã làm mọi thứ trong khả năng để can ngăn anh ta, nhưng anh ta đã quyết rồi.’ Thừa một câu – chính câu đó chỉ càng khiến Ngài Julian tin chắc Booth Watson không nói thật. ‘Vậy nên, nếu anh cứ soạn một bản thỏa thuận, tôi sẽ thu xếp để anh ta ký. Tiếc thật,’ Booth Watson nói thêm. ‘Tôi đã mong được đấu kiếm với anh lần nữa.’</w:t>
      </w:r>
    </w:p>
    <w:p>
      <w:pPr>
        <w:spacing w:after="80"/>
      </w:pPr>
      <w:r>
        <w:rPr>
          <w:b w:val="0"/>
          <w:i w:val="0"/>
        </w:rPr>
        <w:t>Điều đó thì Ngài Julian tin.</w:t>
      </w:r>
    </w:p>
    <w:p>
      <w:pPr>
        <w:spacing w:after="80"/>
      </w:pPr>
      <w:r>
        <w:rPr>
          <w:b w:val="0"/>
          <w:i w:val="0"/>
        </w:rPr>
        <w:t>‘Tôi sẽ liên lạc lại với anh,’ ông nói, ‘ngay khi CPS (Cơ quan Công tố Hoàng gia) đưa ra phê duyệt chính thức.’</w:t>
      </w:r>
    </w:p>
    <w:p>
      <w:pPr>
        <w:spacing w:after="80"/>
      </w:pPr>
      <w:r>
        <w:rPr>
          <w:b w:val="0"/>
          <w:i w:val="0"/>
        </w:rPr>
        <w:t>‘Tôi rất mong nhận được tin từ anh, Julian. Chúng ta phải đi ăn trưa một lần chứ. Ở The Savoy, có lẽ vậy.’</w:t>
      </w:r>
    </w:p>
    <w:p>
      <w:pPr>
        <w:spacing w:after="80"/>
      </w:pPr>
      <w:r>
        <w:rPr>
          <w:b w:val="0"/>
          <w:i w:val="0"/>
        </w:rPr>
        <w:t>Lại thêm một câu thừa thãi làm lộ tẩy mọi chuyện, Ngài Julian thầm nghĩ khi thư ký của ông bước vào phòng.</w:t>
      </w:r>
    </w:p>
    <w:p>
      <w:pPr>
        <w:spacing w:after="80"/>
      </w:pPr>
      <w:r>
        <w:rPr>
          <w:b w:val="0"/>
          <w:i w:val="0"/>
        </w:rPr>
        <w:t>‘Nói tôi nghe, cô Weeden, có phải tôi đang mơ không?’ ông hỏi khi đặt điện thoại xuống.</w:t>
      </w:r>
    </w:p>
    <w:p>
      <w:pPr>
        <w:spacing w:after="80"/>
      </w:pPr>
      <w:r>
        <w:rPr>
          <w:b w:val="0"/>
          <w:i w:val="0"/>
        </w:rPr>
        <w:t>‘Tôi không nghĩ vậy đâu, thưa Ngài Julian,’ thư ký của ông nói, vẻ mặt bối rối.</w:t>
      </w:r>
    </w:p>
    <w:p>
      <w:pPr>
        <w:spacing w:after="80"/>
      </w:pPr>
      <w:r>
        <w:rPr>
          <w:b w:val="0"/>
          <w:i w:val="0"/>
        </w:rPr>
        <w:t>‘Vậy thì làm ơn mời cô Warwick và cô Sutton đến gặp tôi ngay để họp khẩn.’</w:t>
      </w:r>
    </w:p>
    <w:p>
      <w:pPr>
        <w:spacing w:after="80"/>
        <w:jc w:val="center"/>
      </w:pPr>
      <w:r>
        <w:rPr>
          <w:b w:val="0"/>
          <w:i w:val="0"/>
        </w:rPr>
        <w:t>• • •</w:t>
      </w:r>
    </w:p>
    <w:p>
      <w:pPr>
        <w:spacing w:after="80"/>
      </w:pPr>
      <w:r>
        <w:rPr>
          <w:b w:val="0"/>
          <w:i w:val="0"/>
        </w:rPr>
        <w:t>‘Khoảng năm giờ, bà Faulkner và tôi sẽ bước ra khỏi ngân hàng,’ Booth Watson nói. ‘Bà ấy sẽ mang theo hai chiếc vali lớn, chắc chắn tài xế của bà sẽ đặt chúng vào cốp xe, một chiếc Mercedes màu xanh đậm mang biển số J423 ABN.’ Lamont ghi chú. ‘Vì tất cả ngân hàng đều đã đóng cửa vào giờ đó, nhiều khả năng bà ấy sẽ được đưa thẳng về nhà.’</w:t>
      </w:r>
    </w:p>
    <w:p>
      <w:pPr>
        <w:spacing w:after="80"/>
      </w:pPr>
      <w:r>
        <w:rPr>
          <w:b w:val="0"/>
          <w:i w:val="0"/>
        </w:rPr>
        <w:t>‘Nếu tài xế chỉ thả bà ấy xuống rồi bà ấy để túi lại trong cốp xe cho anh ta xử lý thì sao?’</w:t>
      </w:r>
    </w:p>
    <w:p>
      <w:pPr>
        <w:spacing w:after="80"/>
      </w:pPr>
      <w:r>
        <w:rPr>
          <w:b w:val="0"/>
          <w:i w:val="0"/>
        </w:rPr>
        <w:t>‘Khó lắm. Tôi không nghĩ bà Faulkner sẽ chịu để số tiền đó ra khỏi tầm mắt mình. Bà ấy sẽ không thấy an toàn cho đến khi nó nằm gọn trong căn hộ của bà.’</w:t>
      </w:r>
    </w:p>
    <w:p>
      <w:pPr>
        <w:spacing w:after="80"/>
      </w:pPr>
      <w:r>
        <w:rPr>
          <w:b w:val="0"/>
          <w:i w:val="0"/>
        </w:rPr>
        <w:t>‘Sao tôi không chộp lấy túi ngay lúc chúng được lấy ra khỏi cốp xe nhỉ?’ Lamont hỏi.</w:t>
      </w:r>
    </w:p>
    <w:p>
      <w:pPr>
        <w:spacing w:after="80"/>
      </w:pPr>
      <w:r>
        <w:rPr>
          <w:b w:val="0"/>
          <w:i w:val="0"/>
        </w:rPr>
        <w:t>‘Không liều được. Chúng ta phải tinh vi hơn thế. Nhiều khả năng tài xế sẽ xách túi vào tận khu chung cư của bà ấy, và đừng quên sẽ có người gác cổng đứng ngay cửa. Tôi đã kiểm tra rồi, anh ta cao 1m88 và bị gãy mũi, nên tôi không nghĩ vậy đâu.’</w:t>
      </w:r>
    </w:p>
    <w:p>
      <w:pPr>
        <w:spacing w:after="80"/>
      </w:pPr>
      <w:r>
        <w:rPr>
          <w:b w:val="0"/>
          <w:i w:val="0"/>
        </w:rPr>
        <w:t>‘Vậy làm sao tôi lấy được hai chiếc vali đó?’</w:t>
      </w:r>
    </w:p>
    <w:p>
      <w:pPr>
        <w:spacing w:after="80"/>
      </w:pPr>
      <w:r>
        <w:rPr>
          <w:b w:val="0"/>
          <w:i w:val="0"/>
        </w:rPr>
        <w:t>‘Nhiều khả năng bà Faulkner sẽ về căn hộ khoảng nửa đêm, sau khi dành cả buổi tối ở Tramp. Bà ấy sẽ có người đi cùng mà bà tưởng là chiến lợi phẩm mới nhất của mình, một gã tên Sebastian, nhưng thực ra sẽ là người của chúng ta. Anh sẽ chờ bên ngoài trong xe cho đến khi hắn bước ra vào rạng sáng với mấy chiếc vali, rồi hắn sẽ trao chúng để đổi lấy thứ này.’ Booth Watson đẩy một phong bì nâu dày qua mặt bàn.</w:t>
      </w:r>
    </w:p>
    <w:p>
      <w:pPr>
        <w:spacing w:after="80"/>
      </w:pPr>
      <w:r>
        <w:rPr>
          <w:b w:val="0"/>
          <w:i w:val="0"/>
        </w:rPr>
        <w:t>‘Tôi làm gì với mấy chiếc vali đây?’</w:t>
      </w:r>
    </w:p>
    <w:p>
      <w:pPr>
        <w:spacing w:after="80"/>
      </w:pPr>
      <w:r>
        <w:rPr>
          <w:b w:val="0"/>
          <w:i w:val="0"/>
        </w:rPr>
        <w:t>‘Mang chúng về thẳng đây, đến văn phòng của tôi.’</w:t>
      </w:r>
    </w:p>
    <w:p>
      <w:pPr>
        <w:spacing w:after="80"/>
      </w:pPr>
      <w:r>
        <w:rPr>
          <w:b w:val="0"/>
          <w:i w:val="0"/>
        </w:rPr>
        <w:t>‘Nhưng có thể lúc đó là ba hay bốn giờ sáng,’ Lamont nói.</w:t>
      </w:r>
    </w:p>
    <w:p>
      <w:pPr>
        <w:spacing w:after="80"/>
      </w:pPr>
      <w:r>
        <w:rPr>
          <w:b w:val="0"/>
          <w:i w:val="0"/>
        </w:rPr>
        <w:t xml:space="preserve">‘Tôi chẳng quan tâm mấy giờ. Cứ mang chúng đến đây nhanh nhất có thể. Tiền thanh toán của </w:t>
      </w:r>
      <w:r>
        <w:rPr>
          <w:b w:val="0"/>
          <w:i/>
        </w:rPr>
        <w:t>anh</w:t>
      </w:r>
      <w:r>
        <w:rPr>
          <w:b w:val="0"/>
          <w:i w:val="0"/>
        </w:rPr>
        <w:t xml:space="preserve"> sẽ đúng là tiền mặt giao tay.’</w:t>
      </w:r>
    </w:p>
    <w:p>
      <w:pPr>
        <w:spacing w:after="80"/>
      </w:pPr>
      <w:r>
        <w:rPr>
          <w:b w:val="0"/>
          <w:i w:val="0"/>
        </w:rPr>
        <w:t>Lamont nhấc gói hàng lên và đứng dậy ra về, cho rằng cuộc gặp đã kết thúc.</w:t>
      </w:r>
    </w:p>
    <w:p>
      <w:pPr>
        <w:spacing w:after="80"/>
      </w:pPr>
      <w:r>
        <w:rPr>
          <w:b w:val="0"/>
          <w:i w:val="0"/>
        </w:rPr>
        <w:t>‘Và đừng có nghĩ đến chuyện mở mấy cái va-li đó ra xem,’ Booth Watson cảnh báo ông ta. ‘Cũng đừng có mơ đến chuyện ăn bớt của người giao chúng, vì ba người trong chúng ta biết chính xác trong phong bì đó có bao nhiêu, và một trong số đó là Miles Faulkner.’</w:t>
      </w:r>
    </w:p>
    <w:p>
      <w:pPr>
        <w:spacing w:after="80"/>
        <w:jc w:val="center"/>
      </w:pPr>
      <w:r>
        <w:rPr>
          <w:b w:val="0"/>
          <w:i w:val="0"/>
        </w:rPr>
        <w:t>• • •</w:t>
      </w:r>
    </w:p>
    <w:p>
      <w:pPr>
        <w:spacing w:after="80"/>
      </w:pPr>
      <w:r>
        <w:rPr>
          <w:b w:val="0"/>
          <w:i w:val="0"/>
        </w:rPr>
        <w:t>‘Tôi nghĩ mình đã hiểu ra BW đang toan tính điều gì,’ Sir Julian nói, sau khi con gái ông và Clare đã ngồi xuống.</w:t>
      </w:r>
    </w:p>
    <w:p>
      <w:pPr>
        <w:spacing w:after="80"/>
      </w:pPr>
      <w:r>
        <w:rPr>
          <w:b w:val="0"/>
          <w:i w:val="0"/>
        </w:rPr>
        <w:t>‘Còn hơn cả tôi hiểu nữa,’ Grace nói.</w:t>
      </w:r>
    </w:p>
    <w:p>
      <w:pPr>
        <w:spacing w:after="80"/>
      </w:pPr>
      <w:r>
        <w:rPr>
          <w:b w:val="0"/>
          <w:i w:val="0"/>
        </w:rPr>
        <w:t>‘Đầu tiên, cô phải tự hỏi tại sao Faulkner lại sẵn lòng chấp nhận đề nghị của chúng ta rằng nếu ông ta nhận tội thì đổi lại chỉ được giảm hai năm trong bản án mười sáu năm. Có ai trong hai người đã hiểu ra điều đó chưa?’</w:t>
      </w:r>
    </w:p>
    <w:p>
      <w:pPr>
        <w:spacing w:after="80"/>
      </w:pPr>
      <w:r>
        <w:rPr>
          <w:b w:val="0"/>
          <w:i w:val="0"/>
        </w:rPr>
        <w:t>Clare giơ tay như một cô học trò mọt sách ở đầu lớp. Sir Julian gật đầu.</w:t>
      </w:r>
    </w:p>
    <w:p>
      <w:pPr>
        <w:spacing w:after="80"/>
      </w:pPr>
      <w:r>
        <w:rPr>
          <w:b w:val="0"/>
          <w:i w:val="0"/>
        </w:rPr>
        <w:t>‘Booth Watson biết nếu vụ án ra tòa, quan tòa có thể hỏi ông ta một câu không chỉ khiến ông ta bị tước quyền hành nghề luật sư, mà còn có thể khiến chính ông ta phải vào tù.’</w:t>
      </w:r>
    </w:p>
    <w:p>
      <w:pPr>
        <w:spacing w:after="80"/>
      </w:pPr>
      <w:r>
        <w:rPr>
          <w:b w:val="0"/>
          <w:i w:val="0"/>
        </w:rPr>
        <w:t>‘Và câu đó là gì?’</w:t>
      </w:r>
    </w:p>
    <w:p>
      <w:pPr>
        <w:spacing w:after="80"/>
      </w:pPr>
      <w:r>
        <w:rPr>
          <w:b w:val="0"/>
          <w:i w:val="0"/>
        </w:rPr>
        <w:t>‘Khi nào thì ông nhận ra lần đầu rằng ông Miles Faulkner vẫn còn sống?’</w:t>
      </w:r>
    </w:p>
    <w:p>
      <w:pPr>
        <w:spacing w:after="80"/>
      </w:pPr>
      <w:r>
        <w:rPr>
          <w:b w:val="0"/>
          <w:i w:val="0"/>
        </w:rPr>
        <w:t>‘Ông ta sẽ đánh lừa và quanh co,’ Sir Julian nói, ‘và khẳng định mãi đến sau khi Faulkner bị bắt ông ta mới biết, và ông ta cũng bất ngờ như bất kỳ ai trong chúng ta.’</w:t>
      </w:r>
    </w:p>
    <w:p>
      <w:pPr>
        <w:spacing w:after="80"/>
      </w:pPr>
      <w:r>
        <w:rPr>
          <w:b w:val="0"/>
          <w:i w:val="0"/>
        </w:rPr>
        <w:t>‘BW hoàn toàn có khả năng bỏ rơi Faulkner,’ Grace nói, ‘nếu điều đó có nghĩa là cứu lấy chính mình.’</w:t>
      </w:r>
    </w:p>
    <w:p>
      <w:pPr>
        <w:spacing w:after="80"/>
      </w:pPr>
      <w:r>
        <w:rPr>
          <w:b w:val="0"/>
          <w:i w:val="0"/>
        </w:rPr>
        <w:t>‘Nhưng ông ta sẽ giải thích thế nào về việc mình đang làm gì tại nhà Faulkner ở ngoại ô Barcelona vào ngày ông ta bị bắt?’ Claire hỏi.</w:t>
      </w:r>
    </w:p>
    <w:p>
      <w:pPr>
        <w:spacing w:after="80"/>
      </w:pPr>
      <w:r>
        <w:rPr>
          <w:b w:val="0"/>
          <w:i w:val="0"/>
        </w:rPr>
        <w:t>‘Đại diện cho quyền lợi của thân chủ mình, bà Faulkner, bằng cách kiểm kê tài sản của người chồng quá cố của bà ấy,’ Sir Julian gợi ý.</w:t>
      </w:r>
    </w:p>
    <w:p>
      <w:pPr>
        <w:spacing w:after="80"/>
      </w:pPr>
      <w:r>
        <w:rPr>
          <w:b w:val="0"/>
          <w:i w:val="0"/>
        </w:rPr>
        <w:t>‘Nhưng nếu tòa yêu cầu xem nhật ký của Booth Watson làm bằng chứng thì sao?’ Clare phản lại.</w:t>
      </w:r>
    </w:p>
    <w:p>
      <w:pPr>
        <w:spacing w:after="80"/>
      </w:pPr>
      <w:r>
        <w:rPr>
          <w:b w:val="0"/>
          <w:i w:val="0"/>
        </w:rPr>
        <w:t>‘Cô có thể chắc chắn rằng BW giữ ít nhất hai cuốn nhật ký,’ Sir Julian nói. ‘Nhưng nếu cô thông minh đến thế, có lẽ cô có thể nói cho tôi biết Booth Watson sẽ làm cách nào để buộc Faulkner ký một thỏa thuận đảm bảo thân chủ của ông ta phải ngồi tù mười bốn năm tới?’</w:t>
      </w:r>
    </w:p>
    <w:p>
      <w:pPr>
        <w:spacing w:after="80"/>
      </w:pPr>
      <w:r>
        <w:rPr>
          <w:b w:val="0"/>
          <w:i w:val="0"/>
        </w:rPr>
        <w:t>‘Điều đó làm cả hai chúng tôi bối rối,’ Clare thừa nhận. ‘Tôi thực sự muốn được làm con ruồi đậu trên tường khi BW đến thăm Faulkner trong tù lần tới.’</w:t>
      </w:r>
    </w:p>
    <w:p>
      <w:pPr>
        <w:spacing w:after="80"/>
      </w:pPr>
      <w:r>
        <w:rPr>
          <w:b w:val="0"/>
          <w:i w:val="0"/>
        </w:rPr>
        <w:t>‘Còn một câu hỏi khác còn hấp dẫn hơn nữa,’ Grace nói. ‘Tại sao Booth Watson lại muốn Faulkner phải ngồi tù mười bốn năm tới?’</w:t>
      </w:r>
    </w:p>
    <w:p>
      <w:pPr>
        <w:spacing w:after="80"/>
      </w:pPr>
      <w:r>
        <w:rPr>
          <w:b w:val="0"/>
          <w:i w:val="0"/>
        </w:rPr>
        <w:t>‘Vì ông ta biết những xác chết được chôn ở đâu, đó là phỏng đoán của tôi,’ Sir Julian nói.</w:t>
      </w:r>
    </w:p>
    <w:p>
      <w:pPr>
        <w:spacing w:after="80"/>
      </w:pPr>
      <w:r>
        <w:rPr>
          <w:b w:val="0"/>
          <w:i w:val="0"/>
        </w:rPr>
        <w:t>‘Những xác chết?’</w:t>
      </w:r>
    </w:p>
    <w:p>
      <w:pPr>
        <w:spacing w:after="80"/>
      </w:pPr>
      <w:r>
        <w:rPr>
          <w:b w:val="0"/>
          <w:i w:val="0"/>
        </w:rPr>
        <w:t>‘Rembrandt, Vermeer, Monet, Manet, Picasso, Hockney …’</w:t>
      </w:r>
    </w:p>
    <w:p>
      <w:pPr>
        <w:pStyle w:val="Heading2"/>
      </w:pPr>
      <w:r>
        <w:rPr>
          <w:rFonts w:ascii="Calibri" w:hAnsi="Calibri"/>
          <w:b/>
          <w:i w:val="0"/>
          <w:sz w:val="32"/>
        </w:rPr>
        <w:t>CHƯƠNG 13</w:t>
      </w:r>
    </w:p>
    <w:p>
      <w:pPr>
        <w:spacing w:after="80"/>
      </w:pPr>
      <w:r>
        <w:rPr>
          <w:b w:val="0"/>
          <w:i w:val="0"/>
        </w:rPr>
        <w:t>BOOTH WATSON BIẾT RẰNG PHẢI canh thời điểm thật khéo thì ông ta mới mong thực hiện được kế hoạch. Ông ta sẽ phải để mắt tới đồng hồ để chắc chắn đã là 10 giờ 56 phút trước khi ra tay.</w:t>
      </w:r>
    </w:p>
    <w:p>
      <w:pPr>
        <w:spacing w:after="80"/>
      </w:pPr>
      <w:r>
        <w:rPr>
          <w:b w:val="0"/>
          <w:i w:val="0"/>
        </w:rPr>
        <w:t>Ông ta bước vào lãnh địa bằng kính của luật sư lúc mười giờ một phút, ngồi xuống đối diện thân chủ và mỉm cười, rồi đặt chiếc cặp Gladstone xuống sàn cạnh ghế của mình.</w:t>
      </w:r>
    </w:p>
    <w:p>
      <w:pPr>
        <w:spacing w:after="80"/>
      </w:pPr>
      <w:r>
        <w:rPr>
          <w:b w:val="0"/>
          <w:i w:val="0"/>
        </w:rPr>
        <w:t>‘Chào buổi sáng, Miles. Chúng ta bắt đầu với tin tốt nhé?’ Ông ta cúi xuống, lấy bản hợp đồng đầu tiên ra và đẩy qua bàn cho thân chủ xem xét. ‘Tôi tin chắc thỏa thuận này sẽ đảm bảo Christina không gây rắc rối gì cho anh trong tương lai. Nhưng anh vẫn nên xem kỹ, và đừng ngần ngại hỏi bất cứ điều gì anh chưa chắc chắn.’</w:t>
      </w:r>
    </w:p>
    <w:p>
      <w:pPr>
        <w:spacing w:after="80"/>
      </w:pPr>
      <w:r>
        <w:rPr>
          <w:b w:val="0"/>
          <w:i w:val="0"/>
        </w:rPr>
        <w:t>Faulkner đeo kính vào và bắt đầu đọc tài liệu từng dòng một. Thỉnh thoảng gật đầu hoặc mỉm cười, trong khi Booth Watson vẫn để mắt tới đồng hồ. Nhưng ông ta không thể làm kim phút chạy nhanh hơn được.</w:t>
      </w:r>
    </w:p>
    <w:p>
      <w:pPr>
        <w:spacing w:after="80"/>
      </w:pPr>
      <w:r>
        <w:rPr>
          <w:b w:val="0"/>
          <w:i w:val="0"/>
        </w:rPr>
        <w:t>Khi Faulkner lật đến trang cuối, một nụ cười mãn nguyện hiện lên trên mặt ông ta.</w:t>
      </w:r>
    </w:p>
    <w:p>
      <w:pPr>
        <w:spacing w:after="80"/>
      </w:pPr>
      <w:r>
        <w:rPr>
          <w:b w:val="0"/>
          <w:i w:val="0"/>
        </w:rPr>
        <w:t>‘Tôi không thể đòi hỏi gì hơn được nữa,’ ông ta nói. ‘Đó là giả sử Lamont đã được dặn dò đầy đủ về những gì cần làm khi anh chàng trai trẻ của chúng ta xuất hiện trở lại với những chiếc vali?’</w:t>
      </w:r>
    </w:p>
    <w:p>
      <w:pPr>
        <w:spacing w:after="80"/>
      </w:pPr>
      <w:r>
        <w:rPr>
          <w:b w:val="0"/>
          <w:i w:val="0"/>
        </w:rPr>
        <w:t>‘Ngay khi chúng được giao cho Lamont, anh ta sẽ mang thẳng đến văn phòng của tôi.’</w:t>
      </w:r>
    </w:p>
    <w:p>
      <w:pPr>
        <w:spacing w:after="80"/>
      </w:pPr>
      <w:r>
        <w:rPr>
          <w:b w:val="0"/>
          <w:i w:val="0"/>
        </w:rPr>
        <w:t>‘Nếu Lamont quyết định không xuất hiện thì sao? Khi đó anh ta có thể sống phần đời còn lại trong sung sướng, còn tôi thì phải tốn cả gia tài để truy lùng anh ta.’</w:t>
      </w:r>
    </w:p>
    <w:p>
      <w:pPr>
        <w:spacing w:after="80"/>
      </w:pPr>
      <w:r>
        <w:rPr>
          <w:b w:val="0"/>
          <w:i w:val="0"/>
        </w:rPr>
        <w:t>‘Tôi đã có người theo dõi anh ta để phòng trường hợp đó rồi.’</w:t>
      </w:r>
    </w:p>
    <w:p>
      <w:pPr>
        <w:spacing w:after="80"/>
      </w:pPr>
      <w:r>
        <w:rPr>
          <w:b w:val="0"/>
          <w:i w:val="0"/>
        </w:rPr>
        <w:t>‘Thời nay chẳng tin được ai cả,’ Miles bình luận. ‘Nhất là một cựu cảnh sát tham nhũng có tiền sử đặt cược vào kẻ thua cuộc, dù là ngựa đua hay ngựa cái.’ Anh ta nhanh chóng đổi chủ đề. ‘Còn cái hợp đồng quan trọng hơn, thứ sẽ quyết định xem tôi có được tận hưởng cuộc sống trước đây lần nữa không thì sao?’</w:t>
      </w:r>
    </w:p>
    <w:p>
      <w:pPr>
        <w:spacing w:after="80"/>
      </w:pPr>
      <w:r>
        <w:rPr>
          <w:b w:val="0"/>
          <w:i w:val="0"/>
        </w:rPr>
        <w:t>Booth Watson liếc nhìn đồng hồ trên tường: 10.25. Ông hy vọng sẽ còn vài câu hỏi nữa trước khi phải đi tiếp.</w:t>
      </w:r>
    </w:p>
    <w:p>
      <w:pPr>
        <w:spacing w:after="80"/>
      </w:pPr>
      <w:r>
        <w:rPr>
          <w:b w:val="0"/>
          <w:i w:val="0"/>
        </w:rPr>
        <w:t>‘Điều quan trọng,’ ông nhấn mạnh, thay hợp đồng đầu tiên bằng một hợp đồng khác, ‘là anh phải đọc hợp đồng này còn cẩn thận hơn nữa, vì phần đời còn lại của anh phụ thuộc vào nó.’</w:t>
      </w:r>
    </w:p>
    <w:p>
      <w:pPr>
        <w:spacing w:after="80"/>
      </w:pPr>
      <w:r>
        <w:rPr>
          <w:b w:val="0"/>
          <w:i w:val="0"/>
        </w:rPr>
        <w:t>Faulkner nhìn vào một tài liệu được đánh máy trên giấy có tiêu đề của Crown Prosecution (Cơ quan Công tố Hoàng gia), thứ mà Booth Watson đã lén bỏ vào cặp trong một lần đến thăm văn phòng của họ ở Petty France hồi đầu tuần.</w:t>
      </w:r>
    </w:p>
    <w:p>
      <w:pPr>
        <w:spacing w:after="80"/>
      </w:pPr>
      <w:r>
        <w:rPr>
          <w:b w:val="0"/>
          <w:i w:val="0"/>
        </w:rPr>
        <w:t>‘Tôi không thể tin nổi CPS lại đồng ý với những điều khoản có lợi đến thế,’ anh ta nói từ rất lâu trước khi đọc đến trang cuối.</w:t>
      </w:r>
    </w:p>
    <w:p>
      <w:pPr>
        <w:spacing w:after="80"/>
      </w:pPr>
      <w:r>
        <w:rPr>
          <w:b w:val="0"/>
          <w:i w:val="0"/>
        </w:rPr>
        <w:t>‘Tôi đã để giám đốc đọc bài phát biểu khai mạc của tôi trước bồi thẩm đoàn,’ Booth Watson nói. ‘Điều đó giúp ông ta tập trung suy nghĩ vào những phương án thay thế.’</w:t>
      </w:r>
    </w:p>
    <w:p>
      <w:pPr>
        <w:spacing w:after="80"/>
      </w:pPr>
      <w:r>
        <w:rPr>
          <w:b w:val="0"/>
          <w:i w:val="0"/>
        </w:rPr>
        <w:t>‘Có vẻ ông đã lo liệu mọi thứ rồi, BW,’ Faulkner nói, kiểm tra lại đoạn cuối lần nữa.</w:t>
      </w:r>
    </w:p>
    <w:p>
      <w:pPr>
        <w:spacing w:after="80"/>
      </w:pPr>
      <w:r>
        <w:rPr>
          <w:b w:val="0"/>
          <w:i w:val="0"/>
        </w:rPr>
        <w:t>Hy vọng là vậy, Booth Watson nghĩ thầm. ‘Anh có câu hỏi nào trước khi ký không?’</w:t>
      </w:r>
    </w:p>
    <w:p>
      <w:pPr>
        <w:spacing w:after="80"/>
      </w:pPr>
      <w:r>
        <w:rPr>
          <w:b w:val="0"/>
          <w:i w:val="0"/>
        </w:rPr>
        <w:t>‘Chỉ một câu. Ông có thể giải thích ý nghĩa của điều khoản bảo mật, và những hậu quả nếu tôi vi phạm nó không?’</w:t>
      </w:r>
    </w:p>
    <w:p>
      <w:pPr>
        <w:spacing w:after="80"/>
      </w:pPr>
      <w:r>
        <w:rPr>
          <w:b w:val="0"/>
          <w:i w:val="0"/>
        </w:rPr>
        <w:t>‘Nói đơn giản thế này, nếu bất cứ lúc nào trong tương lai anh nhắc đến chuyện đã xảy ra tại nhà anh ở Tây Ban Nha hồi tháng Chín năm ngoái, thỏa thuận sẽ bị hủy và anh sẽ bị bắt, bị đưa trở lại nhà tù, phải chấp hành nốt bản án ban đầu, và có thể đối mặt với những tội danh mới. Vậy nên dù làm gì, Miles, đừng nói một lời nào với bất kỳ ai ngoài tôi cho đến khi thẩm phán tuyên án.’ Ông dừng lại để chắc rằng lời đe dọa đã thấm. ‘Còn gì nữa không?’ ông hỏi, lại liếc nhìn đồng hồ: 10.51. Vẫn còn thời gian để giết.</w:t>
      </w:r>
    </w:p>
    <w:p>
      <w:pPr>
        <w:spacing w:after="80"/>
      </w:pPr>
      <w:r>
        <w:rPr>
          <w:b w:val="0"/>
          <w:i w:val="0"/>
        </w:rPr>
        <w:t>‘Thứ Hai tôi có nói chuyện với nhân viên quản chế của tôi,’ Faulkner nói, ‘và ông ta không hề nhắc đến việc được thả sớm.’</w:t>
      </w:r>
    </w:p>
    <w:p>
      <w:pPr>
        <w:spacing w:after="80"/>
      </w:pPr>
      <w:r>
        <w:rPr>
          <w:b w:val="0"/>
          <w:i w:val="0"/>
        </w:rPr>
        <w:t>‘Ông ta sẽ không được thông báo cho đến khi anh ký xong thỏa thuận. Một khi anh ký rồi, ông ta chỉ việc thực hiện mệnh lệnh từ cấp trên.’</w:t>
      </w:r>
    </w:p>
    <w:p>
      <w:pPr>
        <w:spacing w:after="80"/>
      </w:pPr>
      <w:r>
        <w:rPr>
          <w:b w:val="0"/>
          <w:i w:val="0"/>
        </w:rPr>
        <w:t>‘Tôi ký ở đâu?’</w:t>
      </w:r>
    </w:p>
    <w:p>
      <w:pPr>
        <w:spacing w:after="80"/>
      </w:pPr>
      <w:r>
        <w:rPr>
          <w:b w:val="0"/>
          <w:i w:val="0"/>
        </w:rPr>
        <w:t>‘Anh không ký. Đây chỉ là bản sao để anh giữ. Tôi khuyên anh nên cất nó tránh xa những con mắt tò mò.’</w:t>
      </w:r>
    </w:p>
    <w:p>
      <w:pPr>
        <w:spacing w:after="80"/>
      </w:pPr>
      <w:r>
        <w:rPr>
          <w:b w:val="0"/>
          <w:i w:val="0"/>
        </w:rPr>
        <w:t>Có tiếng gõ cửa dứt khoát, và họ quay lại thấy viên sĩ quan trực đứng đó. ‘Năm phút nữa, thưa ông.’</w:t>
      </w:r>
    </w:p>
    <w:p>
      <w:pPr>
        <w:spacing w:after="80"/>
      </w:pPr>
      <w:r>
        <w:rPr>
          <w:b w:val="0"/>
          <w:i w:val="0"/>
        </w:rPr>
        <w:t>‘Ông Harris,’ Booth Watson nói, ‘tôi tự hỏi liệu tôi có thể nhờ ông giúp một việc không. Khách hàng của tôi sắp ký một văn bản pháp lý quan trọng, và tôi cần người chứng kiến chữ ký của ông ấy.’</w:t>
      </w:r>
    </w:p>
    <w:p>
      <w:pPr>
        <w:spacing w:after="80"/>
      </w:pPr>
      <w:r>
        <w:rPr>
          <w:b w:val="0"/>
          <w:i w:val="0"/>
        </w:rPr>
        <w:t>‘Rất sẵn lòng,’ Harris đáp.</w:t>
      </w:r>
    </w:p>
    <w:p>
      <w:pPr>
        <w:spacing w:after="80"/>
      </w:pPr>
      <w:r>
        <w:rPr>
          <w:b w:val="0"/>
          <w:i w:val="0"/>
        </w:rPr>
        <w:t>Booth Watson lấy ba bản thỏa thuận mới từ chiếc cặp Gladstone của mình và đặt chúng lên bàn trước mặt. Sau đó ông ta lật đến trang cuối của từng bản. Faulkner hài lòng khi thấy Ngài Julian đã ký cả ba bản rồi. Viên sĩ quan trực chờ Faulkner thêm chữ ký của mình, rồi mới nguệch ngoạc ghi tên và nghề nghiệp vào dòng chấm chấm bên dưới.</w:t>
      </w:r>
    </w:p>
    <w:p>
      <w:pPr>
        <w:spacing w:after="80"/>
      </w:pPr>
      <w:r>
        <w:rPr>
          <w:b w:val="0"/>
          <w:i w:val="0"/>
        </w:rPr>
        <w:t>Khi cả hai đã ký xong cả ba tài liệu, Booth Watson không đợi mực khô mà nhét ngay chúng trở lại vào cặp.</w:t>
      </w:r>
    </w:p>
    <w:p>
      <w:pPr>
        <w:spacing w:after="80"/>
      </w:pPr>
      <w:r>
        <w:rPr>
          <w:b w:val="0"/>
          <w:i w:val="0"/>
        </w:rPr>
        <w:t>‘Cảm ơn ông, ông Harris,’ ông ta nói với người ngoài cuộc vô tội kia. Quay lại phía Faulkner, ông ta thêm, ‘Vậy là xong công việc của chúng ta hôm nay.’ Booth Watson nhấc cặp lên rồi đứng sang một bên để viên cai ngục dẫn phạm nhân của mình trở lại buồng giam, trong khi ông ta rời đi theo hướng ngược lại.</w:t>
      </w:r>
    </w:p>
    <w:p>
      <w:pPr>
        <w:spacing w:after="80"/>
      </w:pPr>
      <w:r>
        <w:rPr>
          <w:b w:val="0"/>
          <w:i w:val="0"/>
        </w:rPr>
        <w:t>‘Chúc may mắn!’ Faulkner hét lên khi bị dẫn đi. Booth Watson bối rối quay lại, không chắc khách hàng của mình đang ám chỉ điều gì. ‘Nhớ gửi lời hỏi thăm của tôi đến Christina khi ông gặp cô ấy chiều nay nhé.’</w:t>
      </w:r>
    </w:p>
    <w:p>
      <w:pPr>
        <w:spacing w:after="80"/>
        <w:jc w:val="center"/>
      </w:pPr>
      <w:r>
        <w:rPr>
          <w:b w:val="0"/>
          <w:i w:val="0"/>
        </w:rPr>
        <w:t>• • •</w:t>
      </w:r>
    </w:p>
    <w:p>
      <w:pPr>
        <w:spacing w:after="80"/>
      </w:pPr>
      <w:r>
        <w:rPr>
          <w:b w:val="0"/>
          <w:i w:val="0"/>
        </w:rPr>
        <w:t>Khi Christina được thả xuống ngân hàng vào chiều muộn hôm đó, cô thấy Booth Watson đã đứng chờ sẵn ở lối vào. Chiếc cặp Gladstone của ông ta đã được thay bằng hai chiếc vali đen lớn rỗng.</w:t>
      </w:r>
    </w:p>
    <w:p>
      <w:pPr>
        <w:spacing w:after="80"/>
      </w:pPr>
      <w:r>
        <w:rPr>
          <w:b w:val="0"/>
          <w:i w:val="0"/>
        </w:rPr>
        <w:t>Sau một lời chào ngắn gọn, ông ta dẫn cô về phía thang máy ở bên kia sảnh. Rõ ràng là ông ta biết chính xác mình đang đi đâu. Họ không nói với nhau câu nào trong chuyến đi ngắn xuống tầng hầm. Khi cửa thang máy mở ra, họ được chào đón bằng câu: ‘Chào buổi sáng, ông Booth Watson. Tôi là Bradshaw. Tôi là nhân viên an ninh của ngân hàng. Xin cho phép tôi hộ tống ông đến kho két an toàn.’</w:t>
      </w:r>
    </w:p>
    <w:p>
      <w:pPr>
        <w:spacing w:after="80"/>
      </w:pPr>
      <w:r>
        <w:rPr>
          <w:b w:val="0"/>
          <w:i w:val="0"/>
        </w:rPr>
        <w:t>Không nói thêm lời nào, ông ta dẫn họ dọc theo một hành lang sáng đèn đến lối vào kho tiền của ngân hàng. Bradshaw nhập một mã tám chữ số trên bảng điều khiển gắn trên tường, chờ một lát rồi kéo cánh cửa thép tròn khổng lồ mở ra để hai vị khách bước vào lãnh địa riêng. Một chiếc bàn gỗ lớn chiếm giữ vị trí trung tâm căn phòng, và theo như Christina có thể thấy, các bức tường được xếp kín từ sàn đến trần bằng những chiếc hộp đánh số: một thư viện của ngân hàng.</w:t>
      </w:r>
    </w:p>
    <w:p>
      <w:pPr>
        <w:spacing w:after="80"/>
      </w:pPr>
      <w:r>
        <w:rPr>
          <w:b w:val="0"/>
          <w:i w:val="0"/>
        </w:rPr>
        <w:t>Bradshaw kiểm tra bảng kẹp giấy của mình rồi chọn một chiếc chìa khóa từ một vòng lớn, quỳ xuống trước hai trong số những chiếc hộp lớn nhất phòng, và tra chìa của mình vào ổ khóa của ngân hàng. Sau đó Booth Watson rút chìa khóa của mình ra và mở ổ khóa của khách hàng. Bradshaw kéo hai chiếc hộp nặng ra, nhấc chúng lên bàn, và nói: ‘Tôi xin phép rời đi bây giờ, thưa ông. Khi ông xong việc, chỉ cần nhấn nút màu xanh bên cạnh cửa là cửa sẽ tự động mở. Tôi sẽ chờ ở phía bên kia.’</w:t>
      </w:r>
    </w:p>
    <w:p>
      <w:pPr>
        <w:spacing w:after="80"/>
      </w:pPr>
      <w:r>
        <w:rPr>
          <w:b w:val="0"/>
          <w:i w:val="0"/>
        </w:rPr>
        <w:t>Booth Watson đợi cho đến khi Bradshaw rời đi và cánh cửa khổng lồ đóng sầm lại phía sau, rồi mới nhấc nắp các hộp lên để lộ ra từng hàng từng hàng tờ tiền năm mươi bảng Anh mới in, được niêm phong gọn gàng thành từng bó năm nghìn bảng. Hai mươi phút sau, họ đã hoàn thành việc chuyển tiền từ các hộp sắt sang hai chiếc vali.</w:t>
      </w:r>
    </w:p>
    <w:p>
      <w:pPr>
        <w:spacing w:after="80"/>
      </w:pPr>
      <w:r>
        <w:rPr>
          <w:b w:val="0"/>
          <w:i w:val="0"/>
        </w:rPr>
        <w:t>Sau khi kiểm tra lại kỹ lưỡng rằng Christina không bị trả thừa, Booth Watson lấy một phong bì từ túi trong và đưa ra một bản hợp đồng mà cô tưởng mình đã đọc hôm trước. Christina ký cả ba bản của thỏa thuận mà không cần suy nghĩ lại.</w:t>
      </w:r>
    </w:p>
    <w:p>
      <w:pPr>
        <w:spacing w:after="80"/>
      </w:pPr>
      <w:r>
        <w:rPr>
          <w:b w:val="0"/>
          <w:i w:val="0"/>
        </w:rPr>
        <w:t>Booth Watson cất các bản hợp đồng vào túi, nhưng không quên nói: ‘Giờ cô đã sở hữu căn hộ ở London và biệt thự ở Monte Carlo.’ Ông ta không hề nhắc đến những khoản thế chấp lớn mà ông ta mới vay thay mặt khách hàng, và giờ đây là trách nhiệm của cô. ‘Tuy nhiên, tôi phải cảnh báo cô,’ ông ta thêm, ‘nếu cô không thực hiện đúng phần của mình trong thỏa thuận, tôi sẽ không ngần ngại báo cho cơ quan thuế về khoản lợi bất ngờ của cô đâu.’</w:t>
      </w:r>
    </w:p>
    <w:p>
      <w:pPr>
        <w:spacing w:after="80"/>
      </w:pPr>
      <w:r>
        <w:rPr>
          <w:b w:val="0"/>
          <w:i w:val="0"/>
        </w:rPr>
        <w:t>‘Ông đã đảm bảo với tôi rằng tôi sẽ không phải trả một xu thuế nào,’ Christina nhắc lại.</w:t>
      </w:r>
    </w:p>
    <w:p>
      <w:pPr>
        <w:spacing w:after="80"/>
      </w:pPr>
      <w:r>
        <w:rPr>
          <w:b w:val="0"/>
          <w:i w:val="0"/>
        </w:rPr>
        <w:t>‘Và cô sẽ không phải trả, miễn là không ai khác biết về thỏa thuận nho nhỏ của chúng ta.’ Không nói thêm lời nào, Booth Watson nhấn nút màu xanh trên tường và cánh cửa từ từ mở ra. Khi họ bước ra ngoài, Bradshaw đóng cửa lại phía sau họ và dẫn họ quay lại dọc hành lang về phía thang máy, Booth Watson kéo một chiếc vali nặng, với Christina theo sau kéo chiếc còn lại.</w:t>
      </w:r>
    </w:p>
    <w:p>
      <w:pPr>
        <w:spacing w:after="80"/>
      </w:pPr>
      <w:r>
        <w:rPr>
          <w:b w:val="0"/>
          <w:i w:val="0"/>
        </w:rPr>
        <w:t>Khi họ xuống đến tầng trệt, Booth Watson đưa chiếc va-li thứ hai cho Christina, người chậm rãi kéo cả hai chiếc về phía cửa ra vào. Cô không hề biết mười triệu bảng sẽ nặng đến thế nào.</w:t>
      </w:r>
    </w:p>
    <w:p>
      <w:pPr>
        <w:spacing w:after="80"/>
      </w:pPr>
      <w:r>
        <w:rPr>
          <w:b w:val="0"/>
          <w:i w:val="0"/>
        </w:rPr>
        <w:t>Booth Watson đứng sang một bên và quan sát khi một chiếc Mercedes màu xanh đậm đỗ lại bên ngoài cửa ngân hàng. Một tài xế bước ra, mở cốp và xếp hai chiếc va-li vào trong trước khi quay lại vị trí sau tay lái. Cùng lúc đó, Christina mở cửa sau của xe và leo vào trong. Khi cô đóng cửa lại, chiếc Mercedes lăn bánh và hòa vào dòng xe buổi chiều muộn. Toàn bộ quá trình diễn ra chưa đầy một phút, và rõ ràng đã được lên kế hoạch kỹ lưỡng, thậm chí có lẽ đã được tập dượt. Booth Watson mỉm cười một mình: đây không phải là kế hoạch duy nhất đã được tập dượt kỹ lưỡng.</w:t>
      </w:r>
    </w:p>
    <w:p>
      <w:pPr>
        <w:spacing w:after="80"/>
      </w:pPr>
      <w:r>
        <w:rPr>
          <w:b w:val="0"/>
          <w:i w:val="0"/>
        </w:rPr>
        <w:t>Ông thong thả bước ra khỏi ngân hàng khi một chiếc Volvo màu đen bám theo sau chiếc Mercedes, người cầm lái là một cựu thanh tra. Booth Watson băng qua đường, vẫy một chiếc taxi và đi về hướng ngược lại.</w:t>
      </w:r>
    </w:p>
    <w:p>
      <w:pPr>
        <w:spacing w:after="80"/>
      </w:pPr>
      <w:r>
        <w:rPr>
          <w:b w:val="0"/>
          <w:i w:val="0"/>
        </w:rPr>
        <w:t>Khi chiếc Mercedes dừng lại trước căn hộ của Christina ở quảng trường Eaton, Lamont đỗ xe vào một bãi đỗ dành cho cư dân cách đó vài thước ở phía bên kia đường. Người tài xế mở cốp, nhấc hai chiếc va-li ra và hộ tống bà Faulkner đến cửa chính, nơi một người gác cổng mặc đồng phục giữ cửa mở cho họ.</w:t>
      </w:r>
    </w:p>
    <w:p>
      <w:pPr>
        <w:spacing w:after="80"/>
      </w:pPr>
      <w:r>
        <w:rPr>
          <w:b w:val="0"/>
          <w:i w:val="0"/>
        </w:rPr>
        <w:t>Lamont chỉ phải chờ vài phút trước khi người tài xế xuất hiện trở lại và lái xe đi. Xong việc. À, chưa hẳn.</w:t>
      </w:r>
    </w:p>
    <w:p>
      <w:pPr>
        <w:pStyle w:val="Heading2"/>
      </w:pPr>
      <w:r>
        <w:rPr>
          <w:rFonts w:ascii="Calibri" w:hAnsi="Calibri"/>
          <w:b/>
          <w:i w:val="0"/>
          <w:sz w:val="32"/>
        </w:rPr>
        <w:t>CHƯƠNG 14</w:t>
      </w:r>
    </w:p>
    <w:p>
      <w:pPr>
        <w:spacing w:after="80"/>
      </w:pPr>
      <w:r>
        <w:rPr>
          <w:b w:val="0"/>
          <w:i w:val="0"/>
        </w:rPr>
        <w:t xml:space="preserve">TRONG NHỮNG NGÀY LÀM NHIỆM VỤ BÍ MẬT TẠI Yard, Lamont đã quen với việc chờ đợi hàng giờ liền để con mồi xuất hiện. Tối nay, anh ngồi xem hết bản tin lúc sáu giờ, một chương trình trò chơi hài, một tập của </w:t>
      </w:r>
      <w:r>
        <w:rPr>
          <w:b w:val="0"/>
          <w:i/>
        </w:rPr>
        <w:t>The Archers</w:t>
      </w:r>
      <w:r>
        <w:rPr>
          <w:b w:val="0"/>
          <w:i w:val="0"/>
        </w:rPr>
        <w:t xml:space="preserve"> và một chương trình thời sự về quần đảo Falklands, trước khi Christina xuất hiện trở lại trong bộ cánh mà anh sẽ gọi là đồ diện đẹp nhất của cô. Một chiếc áo khoác bomber gắn đầy đinh tán, một chiếc áo sơ-mi rộng thùng thình với một chiếc cúc thừa bị bung ra, quần jeans bạc màu rách đúng những chỗ cần rách, và một đôi giày cao gót hoàn thiện bộ trang phục mà cô chắc chắn hy vọng khiến mình trông trẻ ra mười tuổi.</w:t>
      </w:r>
    </w:p>
    <w:p>
      <w:pPr>
        <w:spacing w:after="80"/>
      </w:pPr>
      <w:r>
        <w:rPr>
          <w:b w:val="0"/>
          <w:i w:val="0"/>
        </w:rPr>
        <w:t xml:space="preserve">Cô vẫy một chiếc taxi đang chạy qua và Lamont bám theo, cẩn thận giữ khoảng cách. Nhưng mà, anh đã biết cô đang đi đâu rồi. Khi người tài xế taxi rẽ vào phố Jermyn, anh đỗ xe bên kia đường đối diện mục tiêu, biết rằng mình không thể để mình ngủ gật, vì đó chắc chắn sẽ là đúng khoảnh khắc cô xuất hiện trở lại. Anh ngồi yên nghe </w:t>
      </w:r>
      <w:r>
        <w:rPr>
          <w:b w:val="0"/>
          <w:i/>
        </w:rPr>
        <w:t>The World Tonight</w:t>
      </w:r>
      <w:r>
        <w:rPr>
          <w:b w:val="0"/>
          <w:i w:val="0"/>
        </w:rPr>
        <w:t>, trong khi Christina bước xuống những bậc thang kim loại để vào một trong những hộp đêm thời thượng nhất London.</w:t>
      </w:r>
    </w:p>
    <w:p>
      <w:pPr>
        <w:spacing w:after="80"/>
      </w:pPr>
      <w:r>
        <w:rPr>
          <w:b w:val="0"/>
          <w:i w:val="0"/>
        </w:rPr>
        <w:t>Người quản lý nhà hàng đón cô với vòng tay rộng mở, rồi hộ tống vị khách đến chiếc bàn trong góc quen thuộc của cô. Cô không cần phải xem qua thực đơn cocktail, vì một ly champagne đã xuất hiện ngay sau đó. Christina bắt đầu nhìn quanh phòng, ánh mắt dừng lại ở vài chàng trai trẻ, mỗi người đều có một cô gái còn trẻ hơn ngồi bên cạnh.</w:t>
      </w:r>
    </w:p>
    <w:p>
      <w:pPr>
        <w:spacing w:after="80"/>
      </w:pPr>
      <w:r>
        <w:rPr>
          <w:b w:val="0"/>
          <w:i w:val="0"/>
        </w:rPr>
        <w:t>Christina đang nhấp ly thứ hai thì cô phát hiện ra anh ta ở quầy bar. Anh ta có thể có bất kỳ người phụ nữ nào trong phòng, nhưng cả hai đều biết cô có thứ mà họ không có. Ánh mắt họ gặp nhau, và cô giơ ly lên như một lời chúc giả vờ. Anh ta đáp lại bằng cử chỉ tương tự, trượt khỏi ghế đẩu và thong thả bước sang gia nhập cùng cô.</w:t>
      </w:r>
    </w:p>
    <w:p>
      <w:pPr>
        <w:spacing w:after="80"/>
        <w:jc w:val="center"/>
      </w:pPr>
      <w:r>
        <w:rPr>
          <w:b w:val="0"/>
          <w:i w:val="0"/>
        </w:rPr>
        <w:t>• • •</w:t>
      </w:r>
    </w:p>
    <w:p>
      <w:pPr>
        <w:spacing w:after="80"/>
      </w:pPr>
      <w:r>
        <w:rPr>
          <w:b w:val="0"/>
          <w:i w:val="0"/>
        </w:rPr>
        <w:t>Ross quan sát Diana từ một khoảng cách kín đáo, núp sau một cây cột ở chiếc bàn quen thuộc của anh. Cô đang nhấp champagne với một người đàn ông mà anh không quen, nhưng người mà anh sẽ có được toàn bộ tiểu sử chỉ sau một cuộc gọi vào sáng mai. Người đàn ông đó hẳn chưa quen cô lâu đến thế, nếu không anh ta sẽ nhận ra cô không uống rượu, và chỉ giơ ly lên mỗi khi có lời chúc. Ross không thể phủ nhận anh ta là một gã đẹp trai, dù anh không thích kiểu tóc đuôi ngựa. Anh cũng phải thừa nhận mình chưa từng thấy HRH trông thư giãn và hạnh phúc đến thế, nhưng anh có thể nghe thấy giọng người mẹ Ireland già của mình nói: "Nhớ lời mẹ đấy, rồi sẽ kết thúc bằng nước mắt." Giữa các món ăn, cặp đôi dành chút thời gian trên sàn nhảy, và Ross nhớ lại HRH từng nói với anh rằng cô thà làm một vũ công chuyên nghiệp còn hơn làm Công nương. Nhưng người hướng dẫn khiêu vũ của cô đã nói với cô rằng cô có một vấn đề: "Cô quá cao! Cô có thể biểu diễn trên các du thuyền," ông trấn an cô, "nhưng không phải ở khu west end." Giờ thì cô làm được cả hai.</w:t>
      </w:r>
    </w:p>
    <w:p>
      <w:pPr>
        <w:spacing w:after="80"/>
      </w:pPr>
      <w:r>
        <w:rPr>
          <w:b w:val="0"/>
          <w:i w:val="0"/>
        </w:rPr>
        <w:t>Ross đưa mắt nhìn quanh phòng và phát hiện Christina Faulkner đang ngồi ở phía bên kia sàn nhảy. Không khó để đoán chàng trai trẻ đi cùng cô đang hy vọng nhận được gì để đổi lấy việc dành cả đêm với một người phụ nữ trung niên cô đơn. Ross tự hỏi mức giá thị trường là bao nhiêu.</w:t>
      </w:r>
    </w:p>
    <w:p>
      <w:pPr>
        <w:spacing w:after="80"/>
      </w:pPr>
      <w:r>
        <w:rPr>
          <w:b w:val="0"/>
          <w:i w:val="0"/>
        </w:rPr>
        <w:t>Ánh mắt anh quay lại người mình đang bảo vệ và bạn nhảy của cô, lúc này đang nắm tay nhau dưới gầm bàn, trong khi gã mới nhất của bà Faulkner đã đặt tay lên đùi bà. Khi Ross ăn một đĩa salad nhà hàng và nhấp một ly nước – loại nước rất đắt tiền – anh không khỏi nghĩ về Jojo, người mà anh đã hứa sẽ dành cuối tuần cùng. Khi DJ đổi không khí từ nhạc pop sang một bản ballad, Diana và bạn nhảy quay lại sàn nhảy, nơi Ross không thích những gì mình thấy. Anh nhìn đi chỗ khác, để thấy đầu Christina tựa lên vai kẻ chinh phục cô, trong khi bàn tay hắn di chuyển ngày càng thấp xuống lưng cô.</w:t>
      </w:r>
    </w:p>
    <w:p>
      <w:pPr>
        <w:spacing w:after="80"/>
      </w:pPr>
      <w:r>
        <w:rPr>
          <w:b w:val="0"/>
          <w:i w:val="0"/>
        </w:rPr>
        <w:t>Ross uống một ly cà phê đen và nghĩ rằng anh thà được chia sẻ một ly kem sundae hạt sô-cô-la với Jojo ở sở thú còn hơn. Ánh mắt anh quay lại một sở thú khác, nơi các con vật chỉ có một thứ trong đầu, trong khi anh nghĩ về mẹ của Jojo, người phụ nữ duy nhất anh từng yêu, và không ghen tị với Diana hay Christina.</w:t>
      </w:r>
    </w:p>
    <w:p>
      <w:pPr>
        <w:spacing w:after="80"/>
      </w:pPr>
      <w:r>
        <w:rPr>
          <w:b w:val="0"/>
          <w:i w:val="0"/>
        </w:rPr>
        <w:t>Lamont không thể không nhận ra Công nương xứ Wales khi cô rời hộp đêm ngay sau nửa đêm, vây quanh là một đám đông phóng viên ảnh, với DI Hogan giữ họ lại khi anh mở cửa xe để cô thoát ra. Trời ơi, anh ghét bọn săn ảnh đến mức nào.</w:t>
      </w:r>
    </w:p>
    <w:p>
      <w:pPr>
        <w:spacing w:after="80"/>
      </w:pPr>
      <w:r>
        <w:rPr>
          <w:b w:val="0"/>
          <w:i w:val="0"/>
        </w:rPr>
        <w:t>Ross lẻn vào ghế hành khách phía trước, nhẹ cả người vì không thấy bóng dáng người bạn ăn tối của Công chúa đâu. Đám phóng viên vẫn tiếp tục chớp đèn flash cho đến khi xe rẽ vào góc phố, lúc đó tất cả mới quay về Fleet Street với hy vọng tóm được ấn bản thứ hai.</w:t>
      </w:r>
    </w:p>
    <w:p>
      <w:pPr>
        <w:spacing w:after="80"/>
      </w:pPr>
      <w:r>
        <w:rPr>
          <w:b w:val="0"/>
          <w:i w:val="0"/>
        </w:rPr>
        <w:t>Một tiếng đồng hồ nữa trôi qua Christina mới xuất hiện cùng chàng trai trẻ, một tay cô đã đặt lên mông mình trong chiếc quần jeans, tay kia anh ta vẫy một chiếc taxi. Lamont giữ khoảng cách khi bám theo họ về căn hộ của cô và, sau khi họ biến mất vào trong, anh ta ngồi xuống chờ đợi thêm một quãng dài nữa. Đủ lâu để anh ta ngẫm nghĩ xem mình sẽ làm gì khi có được hai chiếc vali kia trong tay. Anh ta không biết bên trong có gì, nhưng lời đe dọa của Booth Watson cho thấy có lẽ nó đáng để mạo hiểm.</w:t>
      </w:r>
    </w:p>
    <w:p>
      <w:pPr>
        <w:spacing w:after="80"/>
        <w:jc w:val="center"/>
      </w:pPr>
      <w:r>
        <w:rPr>
          <w:b w:val="0"/>
          <w:i w:val="0"/>
        </w:rPr>
        <w:t>• • •</w:t>
      </w:r>
    </w:p>
    <w:p>
      <w:pPr>
        <w:spacing w:after="80"/>
      </w:pPr>
      <w:r>
        <w:rPr>
          <w:b w:val="0"/>
          <w:i w:val="0"/>
        </w:rPr>
        <w:t>Thanh tra Hogan đưa Công chúa về Cung điện Kensington, rồi để cô tự đi bộ về nhà. Anh muốn đầu óc mình tỉnh táo trong khi suy nghĩ về những hệ lụy của những gì anh đã chứng kiến đêm đó.</w:t>
      </w:r>
    </w:p>
    <w:p>
      <w:pPr>
        <w:spacing w:after="80"/>
      </w:pPr>
      <w:r>
        <w:rPr>
          <w:b w:val="0"/>
          <w:i w:val="0"/>
        </w:rPr>
        <w:t>Khi đi ngang qua Albert Hall, anh chợt thấy một chiếc Porsche màu hồng chạy ngược chiều. Anh đang nghĩ thầm nó thật vô vị thì bắt gặp người lái xe, rõ ràng đang hướng về phía cung điện. Anh ghi nhớ biển số xe. Liệu trách nhiệm của anh là phải báo cáo mọi thứ mình đã thấy cho chỉ huy, hay nên lo việc của mình?</w:t>
      </w:r>
    </w:p>
    <w:p>
      <w:pPr>
        <w:spacing w:after="80"/>
      </w:pPr>
      <w:r>
        <w:rPr>
          <w:b w:val="0"/>
          <w:i w:val="0"/>
        </w:rPr>
        <w:t>Đến lúc về tới căn hộ nhỏ của mình – căn hộ nhỏ của Jo – anh đã quyết định sẽ kể cho William mọi thứ anh đã thấy, và để anh ấy quyết định có chuyển lời cho Hawk hay không. Suy cho cùng, chuyện này vượt xa tầm trách nhiệm của anh. Anh tắm nước lạnh trước khi đi ngủ, và chìm vào giấc ngủ chỉ trong vài phút.</w:t>
      </w:r>
    </w:p>
    <w:p>
      <w:pPr>
        <w:spacing w:after="80"/>
        <w:jc w:val="center"/>
      </w:pPr>
      <w:r>
        <w:rPr>
          <w:b w:val="0"/>
          <w:i w:val="0"/>
        </w:rPr>
        <w:t>• • •</w:t>
      </w:r>
    </w:p>
    <w:p>
      <w:pPr>
        <w:spacing w:after="80"/>
      </w:pPr>
      <w:r>
        <w:rPr>
          <w:b w:val="0"/>
          <w:i w:val="0"/>
        </w:rPr>
        <w:t>Sebastian từ từ kéo tấm ga trải giường ra, nhẹ nhàng xuống khỏi giường và đặt hai chân lên sàn không một tiếng động. Sau khi kiểm tra hơi thở đều đặn phát ra từ phía bên kia giường, anh mặc quần áo trong bóng tối, điều mà anh đã quen.</w:t>
      </w:r>
    </w:p>
    <w:p>
      <w:pPr>
        <w:spacing w:after="80"/>
      </w:pPr>
      <w:r>
        <w:rPr>
          <w:b w:val="0"/>
          <w:i w:val="0"/>
        </w:rPr>
        <w:t>Không khó để phát hiện hai chiếc vali đen lớn, vốn không được giấu kỹ lắm dưới gầm giường. Anh quỳ xuống và từ từ kéo chúng ra, dừng lại một chút để chắc rằng mình không làm cô ấy thức giấc. Anh chờ vài giây rồi nhẹ nhàng lôi chúng lướt qua tấm thảm, mắt không rời khỏi chiếc giường. Chúng nặng hơn nhiều so với anh tưởng, khiến anh tự hỏi bên trong có gì. Anh đứng dậy và ngập ngừng mở cửa phòng ngủ – không có tiếng kẽo kẹt, không có đèn đầu giường nào bật lên. Anh thậm chí không dám thở phào nhẹ nhõm.</w:t>
      </w:r>
    </w:p>
    <w:p>
      <w:pPr>
        <w:spacing w:after="80"/>
      </w:pPr>
      <w:r>
        <w:rPr>
          <w:b w:val="0"/>
          <w:i w:val="0"/>
        </w:rPr>
        <w:t>Khi đã mang được hai chiếc túi ra khỏi phòng ngủ, anh khép cửa lại thật nhẹ nhàng sau lưng. Anh tránh bật đèn, và khi di chuyển chậm rãi qua căn phòng, anh đập ống chân vào góc một chiếc bàn kính thấp. Anh ngã xuống ghế sofa, xoay xở sao cho không bật ra tiếng kêu. Không có ánh sáng nào lọt ra dưới cửa phòng ngủ, nhưng anh vẫn không nhúc nhích một lúc lâu. Âm thanh duy nhất hòa cùng hơi thở anh là tiếng tích tắc đều đặn của chiếc đồng hồ quả lắc. Anh lại lên đường, càng thận trọng hơn khi kéo hai chiếc vali về phía cửa chính. Anh tháo dây xích an toàn, từ từ xoay chốt cửa và thò đầu ra hành lang mờ tối. Sau khi nhìn cả hai phía, anh đẩy hai chiếc vali ra hành lang và nhẹ nhàng kéo cửa đóng lại sau lưng, âm thanh duy nhất là một tiếng tách khẽ.</w:t>
      </w:r>
    </w:p>
    <w:p>
      <w:pPr>
        <w:spacing w:after="80"/>
      </w:pPr>
      <w:r>
        <w:rPr>
          <w:b w:val="0"/>
          <w:i w:val="0"/>
        </w:rPr>
        <w:t>Anh lăn hai chiếc vali về phía thang máy, không dám thở phào nhẹ nhõm cho đến khi cửa thang máy trượt đóng lại. Khi cửa mở ra ở tầng trệt, anh đã có sẵn một câu nói đã tập dượt kỹ lưỡng phòng khi người gác cổng ban đêm hỏi han – Bà Faulkner sẽ xuống trong vài phút nữa. Chúng tôi đi về nhà bà ấy ở Surrey.</w:t>
      </w:r>
    </w:p>
    <w:p>
      <w:pPr>
        <w:spacing w:after="80"/>
      </w:pPr>
      <w:r>
        <w:rPr>
          <w:b w:val="0"/>
          <w:i w:val="0"/>
        </w:rPr>
        <w:t>Lamont đã nói cho anh biết ngôi nhà ở quê của bà ấy ở đâu.</w:t>
      </w:r>
    </w:p>
    <w:p>
      <w:pPr>
        <w:spacing w:after="80"/>
      </w:pPr>
      <w:r>
        <w:rPr>
          <w:b w:val="0"/>
          <w:i w:val="0"/>
        </w:rPr>
        <w:t xml:space="preserve">Sebastian băng qua sảnh và thấy người gác cổng đã quá mệt để hỏi han gì, gục xuống bàn và khẽ ngáy. Một tờ </w:t>
      </w:r>
      <w:r>
        <w:rPr>
          <w:b w:val="0"/>
          <w:i/>
        </w:rPr>
        <w:t>Racing Post</w:t>
      </w:r>
      <w:r>
        <w:rPr>
          <w:b w:val="0"/>
          <w:i w:val="0"/>
        </w:rPr>
        <w:t xml:space="preserve"> mở sẵn bên cạnh ông ta. Khi anh bước ra vỉa hè, đèn pha một chiếc xe nháy vài lần trước khi người lái bước ra và đi về phía sau xe. Anh kéo hai chiếc vali nặng qua con phố vắng, và Lamont giúp anh nâng chúng lên cốp xe.</w:t>
      </w:r>
    </w:p>
    <w:p>
      <w:pPr>
        <w:spacing w:after="80"/>
      </w:pPr>
      <w:r>
        <w:rPr>
          <w:b w:val="0"/>
          <w:i w:val="0"/>
        </w:rPr>
        <w:t>Lamont đóng sầm cốp xe, lấy từ túi áo khoác một phong bì dày và đưa cho Sebastian. Vài giây sau anh ta đã ngồi lại sau tay lái, và phóng đi trước cả khi thắt xong dây an toàn.</w:t>
      </w:r>
    </w:p>
    <w:p>
      <w:pPr>
        <w:spacing w:after="80"/>
      </w:pPr>
      <w:r>
        <w:rPr>
          <w:b w:val="0"/>
          <w:i w:val="0"/>
        </w:rPr>
        <w:t>Phải một lúc lâu sau chàng trai trẻ mới vẫy được một chiếc taxi đi ngang. Nhưng anh không thể phàn nàn – đâu phải lúc nào anh cũng được trả tiền hai lần cho một đêm làm việc. Khi chiếc taxi lăn bánh, anh ngước nhìn cửa sổ phòng ngủ, vẫn chìm trong bóng tối, và nghĩ rằng mình hẳn sẽ thích được ăn sáng cùng Christina.</w:t>
      </w:r>
    </w:p>
    <w:p>
      <w:pPr>
        <w:spacing w:after="80"/>
        <w:jc w:val="center"/>
      </w:pPr>
      <w:r>
        <w:rPr>
          <w:b w:val="0"/>
          <w:i w:val="0"/>
        </w:rPr>
        <w:t>• • •</w:t>
      </w:r>
    </w:p>
    <w:p>
      <w:pPr>
        <w:spacing w:after="80"/>
      </w:pPr>
      <w:r>
        <w:rPr>
          <w:b w:val="0"/>
          <w:i w:val="0"/>
        </w:rPr>
        <w:t>Lamont đang suy đoán xem có gì trong hai chiếc va li giờ đang được khóa an toàn trong cốp xe. Ông ta nghĩ lại lần nữa, nhưng không nghĩ đến lần thứ ba khi nhận ra có một chiếc xe khác đang bám theo mình.</w:t>
      </w:r>
    </w:p>
    <w:p>
      <w:pPr>
        <w:spacing w:after="80"/>
      </w:pPr>
      <w:r>
        <w:rPr>
          <w:b w:val="0"/>
          <w:i w:val="0"/>
        </w:rPr>
        <w:t>Hai mươi phút sau, rào chắn bên ngoài Middle Temple được nâng lên, nhưng không phải trước khi người bảo vệ đã kiểm tra biển số xe với biển số mà ông Booth Watson đã đưa cho anh ta. Khi Lamont lái xe chầm chậm băng qua quảng trường, qua từng ổ gà, ông ta có thể thấy ánh đèn chiếu ra từ văn phòng của trưởng đoàn luật sư. Ông ta dừng xe lại, và kiểm tra gương chiếu hậu để chắc chắn mình không còn bị bám theo nữa. Hài lòng, ông ta bước ra, mở cốp và nhấc hai chiếc va li xuống vỉa hè, trước khi bước vào tòa nhà và vác chúng chậm rãi lên cầu thang đá, từng bậc một. Khi cuối cùng lên đến tầng hai, ông ta thấy Booth Watson đang đợi mình ở chiếu nghỉ.</w:t>
      </w:r>
    </w:p>
    <w:p>
      <w:pPr>
        <w:spacing w:after="80"/>
      </w:pPr>
      <w:r>
        <w:rPr>
          <w:b w:val="0"/>
          <w:i w:val="0"/>
        </w:rPr>
        <w:t>Lamont lăn hai chiếc va li vào văn phòng mình nhưng, trước khi ông ta kịp hỏi, Booth Watson đưa cho ông ta một phong bì dày màu nâu và nói, "Chúc ngủ ngon, Tổng thanh tra." Ông ta không nói thêm, Tôi sẽ không cần đến dịch vụ của anh nữa.</w:t>
      </w:r>
    </w:p>
    <w:p>
      <w:pPr>
        <w:spacing w:after="80"/>
      </w:pPr>
      <w:r>
        <w:rPr>
          <w:b w:val="0"/>
          <w:i w:val="0"/>
        </w:rPr>
        <w:t>Sau khi Lamont đóng cửa lại phía sau, Booth Watson khóa cửa, bước đến bên cửa sổ và nhìn chiếc Volvo đen lăn bánh trở lại băng qua quảng trường. Ông ta không nhúc nhích cho đến khi rào chắn hạ xuống và chiếc xe khuất khỏi tầm mắt.</w:t>
      </w:r>
    </w:p>
    <w:p>
      <w:pPr>
        <w:spacing w:after="80"/>
      </w:pPr>
      <w:r>
        <w:rPr>
          <w:b w:val="0"/>
          <w:i w:val="0"/>
        </w:rPr>
        <w:t>Ông ta ngồi xuống ghế và liếm môi khi nhìn chằm chằm vào hai chiếc va li. Ông ta đã quyết định sẽ làm gì với mười triệu bảng, và việc biến mất của mình đã được lên kế hoạch như một chiến dịch quân sự. Miles Faulkner đã dạy ông ta rất nhiều điều trong những năm qua.</w:t>
      </w:r>
    </w:p>
    <w:p>
      <w:pPr>
        <w:spacing w:after="80"/>
      </w:pPr>
      <w:r>
        <w:rPr>
          <w:b w:val="0"/>
          <w:i w:val="0"/>
        </w:rPr>
        <w:t>Một chiếc taxi đã được đặt để đưa ông ta đến Heathrow lúc sáu giờ sáng hôm đó. Ông ta xem đồng hồ. Chỉ còn hơn một giờ nữa. Tại sân bay, ông ta sẽ lên một chiếc máy bay phản lực tư nhân đi Hồng Kông. Chuyến đó không hề rẻ, nhưng nó sẽ giảm bớt khả năng gặp phải người quen khi mang theo hành lý mà ông ta không thể rời mắt khỏi. Khi đáp xuống vùng bảo hộ, ông ta sẽ được một giám đốc cấp cao của một ngân hàng tư nhân đón — ngân hàng này không tiếp khách sau nửa đêm. À, không phải với mức dưới mười triệu. Một xe bọc thép sẽ chở hai chiếc va li đến ngân hàng, trong khi vị giám đốc cấp cao sẽ thả Booth Watson xuống tại một khách sạn không mấy sang trọng.</w:t>
      </w:r>
    </w:p>
    <w:p>
      <w:pPr>
        <w:spacing w:after="80"/>
      </w:pPr>
      <w:r>
        <w:rPr>
          <w:b w:val="0"/>
          <w:i w:val="0"/>
        </w:rPr>
        <w:t>Sau khi tiền đã được gửi vào, ông ta sẽ bay hãng South African Airways, hạng thương gia, đến Cape Town, nơi ông ta sẽ nghỉ qua đêm tại một khách sạn ở sân bay, nhưng chỉ qua đêm mà thôi. Sáng hôm sau, American Airways sẽ đưa ông ta đến San Francisco, nơi ông ta sẽ lên xe buýt trung chuyển đến Seattle, điểm đến cuối cùng của mình. Không ai có thể tìm thấy ông ta ở đó, nhất là một kẻ sắp phải ngồi tù mười bốn năm tới.</w:t>
      </w:r>
    </w:p>
    <w:p>
      <w:pPr>
        <w:spacing w:after="80"/>
      </w:pPr>
      <w:r>
        <w:rPr>
          <w:b w:val="0"/>
          <w:i w:val="0"/>
        </w:rPr>
        <w:t>Ông ta liếc qua quảng trường và thấy một chiếc taxi đang dừng lại bên rào chắn. Ông ta sẽ chỉ nhìn một lần trước khi bảo tài xế mang hai chiếc va li xuống lầu. Ông ta mở khóa kéo một trong hai chiếc túi, và có thể cảm thấy tim mình đập thình thịch trong lồng ngực khi nhìn xuống những thứ được xếp gọn gàng bên trong. Hết hàng này đến hàng khác sách bìa mềm được nhồi sát vào nhau. Ông ta lóng ngóng mở khóa kéo chiếc va li thứ hai, và phát hiện nó đầy sách bìa cứng. Một phong bì ghi "Cá nhân" gửi cho "Miles Faulkner, tù nhân số 0249" được đặt lên trên chúng. Ông ta xé phong bì và đọc mẩu giấy viết tay ngắn gọn.</w:t>
      </w:r>
    </w:p>
    <w:p>
      <w:pPr>
        <w:jc w:val="center"/>
      </w:pPr>
      <w:r>
        <w:drawing>
          <wp:inline xmlns:a="http://schemas.openxmlformats.org/drawingml/2006/main" xmlns:pic="http://schemas.openxmlformats.org/drawingml/2006/picture">
            <wp:extent cx="5486400" cy="3594114"/>
            <wp:docPr id="3" name="Picture 3"/>
            <wp:cNvGraphicFramePr>
              <a:graphicFrameLocks noChangeAspect="1"/>
            </wp:cNvGraphicFramePr>
            <a:graphic>
              <a:graphicData uri="http://schemas.openxmlformats.org/drawingml/2006/picture">
                <pic:pic>
                  <pic:nvPicPr>
                    <pic:cNvPr id="0" name="img_0001.jpg"/>
                    <pic:cNvPicPr/>
                  </pic:nvPicPr>
                  <pic:blipFill>
                    <a:blip r:embed="rId11"/>
                    <a:stretch>
                      <a:fillRect/>
                    </a:stretch>
                  </pic:blipFill>
                  <pic:spPr>
                    <a:xfrm>
                      <a:off x="0" y="0"/>
                      <a:ext cx="5486400" cy="3594114"/>
                    </a:xfrm>
                    <a:prstGeom prst="rect"/>
                  </pic:spPr>
                </pic:pic>
              </a:graphicData>
            </a:graphic>
          </wp:inline>
        </w:drawing>
      </w:r>
    </w:p>
    <w:p>
      <w:pPr>
        <w:spacing w:after="80"/>
      </w:pPr>
      <w:r>
        <w:rPr>
          <w:b w:val="0"/>
          <w:i w:val="0"/>
        </w:rPr>
        <w:t>Booth Watson quỳ sụp xuống và nôn thốc nôn tháo khi chiếc taxi dừng lại trước số 5 Fetter Chambers. Người tài xế tắt máy và chờ hành khách của mình.</w:t>
      </w:r>
    </w:p>
    <w:p>
      <w:pPr>
        <w:spacing w:after="80"/>
        <w:jc w:val="center"/>
      </w:pPr>
      <w:r>
        <w:rPr>
          <w:b w:val="0"/>
          <w:i w:val="0"/>
        </w:rPr>
        <w:t>• • •</w:t>
      </w:r>
    </w:p>
    <w:p>
      <w:pPr>
        <w:spacing w:after="80"/>
      </w:pPr>
      <w:r>
        <w:rPr>
          <w:b w:val="0"/>
          <w:i w:val="0"/>
        </w:rPr>
        <w:t>"Mấy giờ thì ông đến ngân hàng?" Grace hỏi.</w:t>
      </w:r>
    </w:p>
    <w:p>
      <w:pPr>
        <w:spacing w:after="80"/>
      </w:pPr>
      <w:r>
        <w:rPr>
          <w:b w:val="0"/>
          <w:i w:val="0"/>
        </w:rPr>
        <w:t>"Vài phút sau năm giờ," Ngài Julian nói, mắt sáng lên khi Clare đặt một đĩa trứng, thịt xông khói, cà chua, nấm và xúc xích trước mặt ông trên bàn bếp.</w:t>
      </w:r>
    </w:p>
    <w:p>
      <w:pPr>
        <w:spacing w:after="80"/>
      </w:pPr>
      <w:r>
        <w:rPr>
          <w:b w:val="0"/>
          <w:i w:val="0"/>
        </w:rPr>
        <w:t>"Tôi tưởng ngân hàng đóng cửa lúc bốn giờ vào chiều thứ Sáu chứ."</w:t>
      </w:r>
    </w:p>
    <w:p>
      <w:pPr>
        <w:spacing w:after="80"/>
      </w:pPr>
      <w:r>
        <w:rPr>
          <w:b w:val="0"/>
          <w:i w:val="0"/>
        </w:rPr>
        <w:t>"Đúng vậy," Ngài Julian nói, vặn nắp một chai nước sốt HP. "Nhưng vì tôi đã làm việc với Barclays hơn bốn mươi năm, và chưa một lần bị thấu chi" — cả hai người đều không nghi ngờ điều đó — "nên họ rất sẵn lòng tạo ngoại lệ."</w:t>
      </w:r>
    </w:p>
    <w:p>
      <w:pPr>
        <w:spacing w:after="80"/>
      </w:pPr>
      <w:r>
        <w:rPr>
          <w:b w:val="0"/>
          <w:i w:val="0"/>
        </w:rPr>
        <w:t>"Họ đã làm gì," Clare hỏi, "khi ông đưa cho họ hai chiếc va li?"</w:t>
      </w:r>
    </w:p>
    <w:p>
      <w:pPr>
        <w:spacing w:after="80"/>
      </w:pPr>
      <w:r>
        <w:rPr>
          <w:b w:val="0"/>
          <w:i w:val="0"/>
        </w:rPr>
        <w:t>"Khóa chúng trong một phòng kho an toàn qua cuối tuần, và đưa tôi một biên lai mang tên Bà Christina Faulkner."</w:t>
      </w:r>
    </w:p>
    <w:p>
      <w:pPr>
        <w:spacing w:after="80"/>
      </w:pPr>
      <w:r>
        <w:rPr>
          <w:b w:val="0"/>
          <w:i w:val="0"/>
        </w:rPr>
        <w:t>‘Cô không tò mò muốn liếc nhanh vào bên trong sao?’ Clare hỏi.</w:t>
      </w:r>
    </w:p>
    <w:p>
      <w:pPr>
        <w:spacing w:after="80"/>
      </w:pPr>
      <w:r>
        <w:rPr>
          <w:b w:val="0"/>
          <w:i w:val="0"/>
        </w:rPr>
        <w:t>‘Dĩ nhiên là không,’ Ngài Julian đáp trong khi đang ăn sáng. ‘Đó đâu nằm trong nhiệm vụ của tôi.’</w:t>
      </w:r>
    </w:p>
    <w:p>
      <w:pPr>
        <w:spacing w:after="80"/>
      </w:pPr>
      <w:r>
        <w:rPr>
          <w:b w:val="0"/>
          <w:i w:val="0"/>
        </w:rPr>
        <w:t>‘Con thật khó hình dung bố trong bộ đồng phục tài xế, bố ạ,’ Grace nói.</w:t>
      </w:r>
    </w:p>
    <w:p>
      <w:pPr>
        <w:spacing w:after="80"/>
      </w:pPr>
      <w:r>
        <w:rPr>
          <w:b w:val="0"/>
          <w:i w:val="0"/>
        </w:rPr>
        <w:t>‘Kể cả chiếc mũ lưỡi trai nữa chứ!’ Clare hùa theo.</w:t>
      </w:r>
    </w:p>
    <w:p>
      <w:pPr>
        <w:spacing w:after="80"/>
      </w:pPr>
      <w:r>
        <w:rPr>
          <w:b w:val="0"/>
          <w:i w:val="0"/>
        </w:rPr>
        <w:t>‘Còn tệ hơn nữa,’ Ngài Julian nói. ‘Tôi phải đỗ xe trên vạch kẻ vàng đôi bên ngoài ngân hàng, và cuối cùng bị phạt vì đỗ xe sai quy định.’</w:t>
      </w:r>
    </w:p>
    <w:p>
      <w:pPr>
        <w:spacing w:after="80"/>
      </w:pPr>
      <w:r>
        <w:rPr>
          <w:b w:val="0"/>
          <w:i w:val="0"/>
        </w:rPr>
        <w:t>‘Chắc chắn bà Faulkner sẽ vui vẻ hoàn lại tiền cho bố thôi,’ Clare nói, ghi chú vào mục chi phí.</w:t>
      </w:r>
    </w:p>
    <w:p>
      <w:pPr>
        <w:spacing w:after="80"/>
      </w:pPr>
      <w:r>
        <w:rPr>
          <w:b w:val="0"/>
          <w:i w:val="0"/>
        </w:rPr>
        <w:t>‘Con phải hứa với bố là không kể cho mẹ con biết những gì bố đã làm đấy.’</w:t>
      </w:r>
    </w:p>
    <w:p>
      <w:pPr>
        <w:spacing w:after="80"/>
      </w:pPr>
      <w:r>
        <w:rPr>
          <w:b w:val="0"/>
          <w:i w:val="0"/>
        </w:rPr>
        <w:t>‘Ý bố là công việc ban ngày ấy ạ?’ Grace nói, cười toe toét.</w:t>
      </w:r>
    </w:p>
    <w:p>
      <w:pPr>
        <w:spacing w:after="80"/>
      </w:pPr>
      <w:r>
        <w:rPr>
          <w:b w:val="0"/>
          <w:i w:val="0"/>
        </w:rPr>
        <w:t>‘Không, ý bố là những gì bố ăn sáng ấy.’</w:t>
      </w:r>
    </w:p>
    <w:p>
      <w:pPr>
        <w:pStyle w:val="Heading2"/>
      </w:pPr>
      <w:r>
        <w:rPr>
          <w:rFonts w:ascii="Calibri" w:hAnsi="Calibri"/>
          <w:b/>
          <w:i w:val="0"/>
          <w:sz w:val="32"/>
        </w:rPr>
        <w:t>CHƯƠNG 15</w:t>
      </w:r>
    </w:p>
    <w:p>
      <w:pPr>
        <w:spacing w:after="80"/>
      </w:pPr>
      <w:r>
        <w:rPr>
          <w:b w:val="0"/>
          <w:i w:val="0"/>
        </w:rPr>
        <w:t>‘VẬY LÀ TRONG VÀI TUẦN qua,’ William nói, ‘Jackie đã dần dần lôi kéo được Constable Smart, và nếu cô ấy thực sự quyết định hợp tác với chúng ta, chúng ta sẽ có quá đủ bằng chứng để tống cổ Milner và đồng bọn vào tù vì tội lừa đảo với quy mô khổng lồ.’</w:t>
      </w:r>
    </w:p>
    <w:p>
      <w:pPr>
        <w:spacing w:after="80"/>
      </w:pPr>
      <w:r>
        <w:rPr>
          <w:b w:val="0"/>
          <w:i w:val="0"/>
        </w:rPr>
        <w:t>‘Còn DS Adaja thì sao?’ the Hawk hỏi. ‘Anh ta đã làm gì ở Windsor?’</w:t>
      </w:r>
    </w:p>
    <w:p>
      <w:pPr>
        <w:spacing w:after="80"/>
      </w:pPr>
      <w:r>
        <w:rPr>
          <w:b w:val="0"/>
          <w:i w:val="0"/>
        </w:rPr>
        <w:t>‘Anh ta đã thu thập được quá đủ bằng chứng về thành kiến chủng tộc, nhưng chẳng có gì mà Milner không thể gạt đi bằng câu “chỉ là trò đùa trong doanh trại”.'</w:t>
      </w:r>
    </w:p>
    <w:p>
      <w:pPr>
        <w:spacing w:after="80"/>
      </w:pPr>
      <w:r>
        <w:rPr>
          <w:b w:val="0"/>
          <w:i w:val="0"/>
        </w:rPr>
        <w:t>Hawksby cau mày. ‘Đó là vấn đề mà lực lượng cảnh sát sẽ phải giải quyết theo thời gian nếu chúng ta hy vọng thu hút được những người giỏi giang như Paul trong tương lai.’</w:t>
      </w:r>
    </w:p>
    <w:p>
      <w:pPr>
        <w:spacing w:after="80"/>
      </w:pPr>
      <w:r>
        <w:rPr>
          <w:b w:val="0"/>
          <w:i w:val="0"/>
        </w:rPr>
        <w:t>‘Anh ấy cũng nghĩ mình có thể đã nắm được điều gì đó mà Milner sẽ không thể gạt phăng đi được,’ William nói thêm. ‘Nhưng anh ấy không muốn nói gì cho đến khi có đủ bằng chứng để khiến bồi thẩm đoàn không còn chút nghi ngờ nào về tội lỗi của hắn.’</w:t>
      </w:r>
    </w:p>
    <w:p>
      <w:pPr>
        <w:spacing w:after="80"/>
      </w:pPr>
      <w:r>
        <w:rPr>
          <w:b w:val="0"/>
          <w:i w:val="0"/>
        </w:rPr>
        <w:t>‘Ý tưởng một chàng thanh niên nhập cư từ Ghana hạ bệ được người đứng đầu bộ phận Bảo vệ Hoàng gia quả có chút mỉa mai,’ viên chỉ huy nói với nụ cười nhếch mép.</w:t>
      </w:r>
    </w:p>
    <w:p>
      <w:pPr>
        <w:spacing w:after="80"/>
      </w:pPr>
      <w:r>
        <w:rPr>
          <w:b w:val="0"/>
          <w:i w:val="0"/>
        </w:rPr>
        <w:t>‘Đó chính là vấn đề của thành kiến chủng tộc,’ William nói. ‘Milner sẽ không bao giờ nghĩ đến chuyện Paul có thể thông minh ngang ngửa ông ta.’</w:t>
      </w:r>
    </w:p>
    <w:p>
      <w:pPr>
        <w:spacing w:after="80"/>
      </w:pPr>
      <w:r>
        <w:rPr>
          <w:b w:val="0"/>
          <w:i w:val="0"/>
        </w:rPr>
        <w:t>‘Còn anh thì sao?’ Hawk hỏi. ‘Anh có thông minh ngang Milner không?’</w:t>
      </w:r>
    </w:p>
    <w:p>
      <w:pPr>
        <w:spacing w:after="80"/>
      </w:pPr>
      <w:r>
        <w:rPr>
          <w:b w:val="0"/>
          <w:i w:val="0"/>
        </w:rPr>
        <w:t>‘Tôi đã thu thập được cả đống bằng chứng gián tiếp, nhưng chẳng có gì đủ sức đứng vững trước tòa.’</w:t>
      </w:r>
    </w:p>
    <w:p>
      <w:pPr>
        <w:spacing w:after="80"/>
      </w:pPr>
      <w:r>
        <w:rPr>
          <w:b w:val="0"/>
          <w:i w:val="0"/>
        </w:rPr>
        <w:t>‘Chỉ cần nhớ rằng anh sẽ cần cả đống bằng chứng không thể chối cãi để hạ bệ Milner, bởi gã đàn ông đó đã mang đến một ý nghĩa mới cho cụm từ “bạn bè ở những nơi quyền cao chức trọng”. Anh nghĩ Cung điện sẽ theo bản năng tin ai – một người đã phục vụ Hoàng gia hơn một thập kỷ, hay một DCI mà họ chưa từng nghe tên? Nên tôi thấy có vẻ như Jackie và Paul có cơ hội tốt nhất để làm trật bánh con tàu hái ra tiền của Milner.’</w:t>
      </w:r>
    </w:p>
    <w:p>
      <w:pPr>
        <w:spacing w:after="80"/>
      </w:pPr>
      <w:r>
        <w:rPr>
          <w:b w:val="0"/>
          <w:i w:val="0"/>
        </w:rPr>
        <w:t>‘Nhất là khi ông ta hiếm khi ở Windsor. Trong khi—’</w:t>
      </w:r>
    </w:p>
    <w:p>
      <w:pPr>
        <w:spacing w:after="80"/>
      </w:pPr>
      <w:r>
        <w:rPr>
          <w:b w:val="0"/>
          <w:i w:val="0"/>
        </w:rPr>
        <w:t>‘—vắng chủ nhà,’ Hawk nói. ‘Nhưng còn Ross thì sao? Cậu ta đã thực hiện chỉ thị của tôi chưa?’</w:t>
      </w:r>
    </w:p>
    <w:p>
      <w:pPr>
        <w:spacing w:after="80"/>
      </w:pPr>
      <w:r>
        <w:rPr>
          <w:b w:val="0"/>
          <w:i w:val="0"/>
        </w:rPr>
        <w:t>‘Răm rắp từng chữ,’ William đáp.</w:t>
      </w:r>
    </w:p>
    <w:p>
      <w:pPr>
        <w:spacing w:after="80"/>
      </w:pPr>
      <w:r>
        <w:rPr>
          <w:b w:val="0"/>
          <w:i w:val="0"/>
        </w:rPr>
        <w:t>‘Chi tiết,’ Hawk yêu cầu.</w:t>
      </w:r>
    </w:p>
    <w:p>
      <w:pPr>
        <w:spacing w:after="80"/>
      </w:pPr>
      <w:r>
        <w:rPr>
          <w:b w:val="0"/>
          <w:i w:val="0"/>
        </w:rPr>
        <w:t>‘Cậu ta mới đưa con gái đến Sở thú London cách đây không lâu, và khai khoản đó vào chi phí, kể cả một ly kem sundae sô-cô-la hạt dẻ, và khi cậu ta nộp bảng khai, Milner không hề thắc mắc.’</w:t>
      </w:r>
    </w:p>
    <w:p>
      <w:pPr>
        <w:spacing w:after="80"/>
      </w:pPr>
      <w:r>
        <w:rPr>
          <w:b w:val="0"/>
          <w:i w:val="0"/>
        </w:rPr>
        <w:t>‘Điều đó chỉ khiến tôi tự hỏi ly kem sundae sô-cô-la hạt dẻ của ông ta rốt cuộc là gì. Ross có phát hiện thêm điều gì chúng ta nên biết không?’</w:t>
      </w:r>
    </w:p>
    <w:p>
      <w:pPr>
        <w:spacing w:after="80"/>
      </w:pPr>
      <w:r>
        <w:rPr>
          <w:b w:val="0"/>
          <w:i w:val="0"/>
        </w:rPr>
        <w:t>‘Có vẻ như Công nương Diana đang có quan hệ với một chàng trai trẻ—’</w:t>
      </w:r>
    </w:p>
    <w:p>
      <w:pPr>
        <w:spacing w:after="80"/>
      </w:pPr>
      <w:r>
        <w:rPr>
          <w:b w:val="0"/>
          <w:i w:val="0"/>
        </w:rPr>
        <w:t>‘Gigolo,’ Hawk nói. ‘Đúng, tôi đã đọc chi tiết trong Dempster. Nên chúng ta chỉ có thể hy vọng rằng cuối cùng cô ấy sẽ tỉnh ngộ.’</w:t>
      </w:r>
    </w:p>
    <w:p>
      <w:pPr>
        <w:spacing w:after="80"/>
      </w:pPr>
      <w:r>
        <w:rPr>
          <w:b w:val="0"/>
          <w:i w:val="0"/>
        </w:rPr>
        <w:t>‘Ross bảo tôi là chuyện đang khá nghiêm trọng.’</w:t>
      </w:r>
    </w:p>
    <w:p>
      <w:pPr>
        <w:spacing w:after="80"/>
      </w:pPr>
      <w:r>
        <w:rPr>
          <w:b w:val="0"/>
          <w:i w:val="0"/>
        </w:rPr>
        <w:t>‘Nếu vậy thì vấn đề sẽ nằm ngoài tầm kiểm soát của ông ta, nhưng có lẽ sau này sẽ khôn ngoan hơn nếu ông ta ghi lại mọi thứ vào hồ sơ, bởi nếu mọi chuyện vượt khỏi tầm kiểm soát, người ta sẽ tìm ai đó để đổ lỗi, và ông ta sẽ là vật tế thần hiển nhiên,’ Hawk nói đúng lúc chiếc điện thoại trên bàn ông bắt đầu reo.</w:t>
      </w:r>
    </w:p>
    <w:p>
      <w:pPr>
        <w:spacing w:after="80"/>
      </w:pPr>
      <w:r>
        <w:rPr>
          <w:b w:val="0"/>
          <w:i w:val="0"/>
        </w:rPr>
        <w:t>‘Tôi sẽ báo cho cậu ta, thưa ngài,’ William nói.</w:t>
      </w:r>
    </w:p>
    <w:p>
      <w:pPr>
        <w:spacing w:after="80"/>
      </w:pPr>
      <w:r>
        <w:rPr>
          <w:b w:val="0"/>
          <w:i w:val="0"/>
        </w:rPr>
        <w:t>‘Tôi có Geoff Duffield trên đường dây,’ thư ký của ông nói khi ông nhấc máy. ‘Ông ấy gọi từ Heathrow – bảo là có việc khẩn cấp.’</w:t>
      </w:r>
    </w:p>
    <w:p>
      <w:pPr>
        <w:spacing w:after="80"/>
      </w:pPr>
      <w:r>
        <w:rPr>
          <w:b w:val="0"/>
          <w:i w:val="0"/>
        </w:rPr>
        <w:t>‘Với Duffield thì chuyện gì cũng là khẩn cấp,’ Hawk nói. ‘Cho ông ta vào máy.’ Ông chạm nút loa ngoài để William có thể nghe cuộc trò chuyện.</w:t>
      </w:r>
    </w:p>
    <w:p>
      <w:pPr>
        <w:spacing w:after="80"/>
      </w:pPr>
      <w:r>
        <w:rPr>
          <w:b w:val="0"/>
          <w:i w:val="0"/>
        </w:rPr>
        <w:t>‘Chào buổi sáng, Tổng thanh tra,’ Hawksby nói. ‘Lần trước ông gọi cho tôi là một vụ không tặc. Lần này ông có gì cho tôi đây?’</w:t>
      </w:r>
    </w:p>
    <w:p>
      <w:pPr>
        <w:spacing w:after="80"/>
      </w:pPr>
      <w:r>
        <w:rPr>
          <w:b w:val="0"/>
          <w:i w:val="0"/>
        </w:rPr>
        <w:t>‘E rằng còn tệ hơn,’ Duffield nói. ‘Một chiếc máy bay phản lực tư nhân đã hạ cánh ngoài kế hoạch tại Heathrow để tiếp nhiên liệu và đổi phi hành đoàn trước khi bay tiếp đến Moscow. Chúng tôi cho rằng có khả năng Mansour Khalifah đang ở trên máy bay.’</w:t>
      </w:r>
    </w:p>
    <w:p>
      <w:pPr>
        <w:spacing w:after="80"/>
      </w:pPr>
      <w:r>
        <w:rPr>
          <w:b w:val="0"/>
          <w:i w:val="0"/>
        </w:rPr>
        <w:t>‘Nếu đúng thế,’ Hawk nói, ‘thì đúng là một tình huống khẩn cấp.’ Ông gõ phím tìm trên máy tính và thấy Khalifah có hai mươi sáu lệnh bắt giữ còn hiệu lực ở gần chừng ấy quốc gia, và nằm gần đầu danh sách ‘Truy nã gắt gao nhất’ của Interpol.</w:t>
      </w:r>
    </w:p>
    <w:p>
      <w:pPr>
        <w:spacing w:after="80"/>
      </w:pPr>
      <w:r>
        <w:rPr>
          <w:b w:val="0"/>
          <w:i w:val="0"/>
        </w:rPr>
        <w:t>‘Chúng ta phải chắc chắn đó là hắn trước khi hành động. Điều chúng ta không muốn nhất là một sự cố ngoại giao lớn khi bị cáo buộc bắt giữ một người vô tội. Hãy bắt đầu bằng việc thẩm vấn phi hành đoàn mới đến.’</w:t>
      </w:r>
    </w:p>
    <w:p>
      <w:pPr>
        <w:spacing w:after="80"/>
      </w:pPr>
      <w:r>
        <w:rPr>
          <w:b w:val="0"/>
          <w:i w:val="0"/>
        </w:rPr>
        <w:t>‘Tôi đã làm rồi, thưa sếp. Tất cả những gì họ nói được với tôi là máy bay bay đến từ Libya, và trên máy bay chỉ có ba hành khách.’</w:t>
      </w:r>
    </w:p>
    <w:p>
      <w:pPr>
        <w:spacing w:after="80"/>
      </w:pPr>
      <w:r>
        <w:rPr>
          <w:b w:val="0"/>
          <w:i w:val="0"/>
        </w:rPr>
        <w:t>‘Libya có thể được coi là một manh mối,’ William gợi ý.</w:t>
      </w:r>
    </w:p>
    <w:p>
      <w:pPr>
        <w:spacing w:after="80"/>
      </w:pPr>
      <w:r>
        <w:rPr>
          <w:b w:val="0"/>
          <w:i w:val="0"/>
        </w:rPr>
        <w:t>‘Nhưng chưa đủ kết luận,’ viên chỉ huy đáp.</w:t>
      </w:r>
    </w:p>
    <w:p>
      <w:pPr>
        <w:spacing w:after="80"/>
      </w:pPr>
      <w:r>
        <w:rPr>
          <w:b w:val="0"/>
          <w:i w:val="0"/>
        </w:rPr>
        <w:t>‘Chúng ta có bao nhiêu thời gian trước khi chuyến bay được cho phép cất cánh?’ William hỏi.</w:t>
      </w:r>
    </w:p>
    <w:p>
      <w:pPr>
        <w:spacing w:after="80"/>
      </w:pPr>
      <w:r>
        <w:rPr>
          <w:b w:val="0"/>
          <w:i w:val="0"/>
        </w:rPr>
        <w:t>‘Nhiều nhất là một giờ,’ Duffield nói. ‘Nhưng chúng tôi chưa phân bổ cho họ khung giờ khởi hành. Phi hành đoàn thay thế đang chờ lên máy bay.’</w:t>
      </w:r>
    </w:p>
    <w:p>
      <w:pPr>
        <w:spacing w:after="80"/>
      </w:pPr>
      <w:r>
        <w:rPr>
          <w:b w:val="0"/>
          <w:i w:val="0"/>
        </w:rPr>
        <w:t>‘Chặn họ lại ngay,’ William nói. ‘Nếu cần thì nhốt họ lại.’</w:t>
      </w:r>
    </w:p>
    <w:p>
      <w:pPr>
        <w:spacing w:after="80"/>
      </w:pPr>
      <w:r>
        <w:rPr>
          <w:b w:val="0"/>
          <w:i w:val="0"/>
        </w:rPr>
        <w:t>‘Tôi không chắc mình có thẩm quyền làm việc đó,’ Duffield nói.</w:t>
      </w:r>
    </w:p>
    <w:p>
      <w:pPr>
        <w:spacing w:after="80"/>
      </w:pPr>
      <w:r>
        <w:rPr>
          <w:b w:val="0"/>
          <w:i w:val="0"/>
        </w:rPr>
        <w:t>‘Giờ thì ông có rồi,’ Hawk nói.</w:t>
      </w:r>
    </w:p>
    <w:p>
      <w:pPr>
        <w:spacing w:after="80"/>
      </w:pPr>
      <w:r>
        <w:rPr>
          <w:b w:val="0"/>
          <w:i w:val="0"/>
        </w:rPr>
        <w:t>‘Ông đã bố trí đội SO19 khẩn cấp chưa?’ William hỏi.</w:t>
      </w:r>
    </w:p>
    <w:p>
      <w:pPr>
        <w:spacing w:after="80"/>
      </w:pPr>
      <w:r>
        <w:rPr>
          <w:b w:val="0"/>
          <w:i w:val="0"/>
        </w:rPr>
        <w:t>‘Rồi, dưới quyền chỉ huy của Thanh tra Roach. Họ đang trong tư thế sẵn sàng.’</w:t>
      </w:r>
    </w:p>
    <w:p>
      <w:pPr>
        <w:spacing w:after="80"/>
      </w:pPr>
      <w:r>
        <w:rPr>
          <w:b w:val="0"/>
          <w:i w:val="0"/>
        </w:rPr>
        <w:t>‘Cho họ mặc trang phục như phi hành đoàn thay thế, và bảo họ rằng chúng ta sẽ cung cấp tiếp viên,’ William nói. ‘Khoảng bốn mươi phút nữa chúng tôi sẽ có mặt ở đó.’</w:t>
      </w:r>
    </w:p>
    <w:p>
      <w:pPr>
        <w:spacing w:after="80"/>
      </w:pPr>
      <w:r>
        <w:rPr>
          <w:b w:val="0"/>
          <w:i w:val="0"/>
        </w:rPr>
        <w:t>‘Ngài đã nghĩ đến ai làm tiếp viên chưa?’ Hawk hỏi sau khi đặt điện thoại xuống.</w:t>
      </w:r>
    </w:p>
    <w:p>
      <w:pPr>
        <w:spacing w:after="80"/>
        <w:jc w:val="center"/>
      </w:pPr>
      <w:r>
        <w:rPr>
          <w:b w:val="0"/>
          <w:i w:val="0"/>
        </w:rPr>
        <w:t>• • •</w:t>
      </w:r>
    </w:p>
    <w:p>
      <w:pPr>
        <w:spacing w:after="80"/>
      </w:pPr>
      <w:r>
        <w:rPr>
          <w:b w:val="0"/>
          <w:i w:val="0"/>
        </w:rPr>
        <w:t>‘Xin hãy kể lại cho tôi chương trình một lần nữa, Victoria,’ Công nương nói khi xe của bà tiến vào Prince’s Gardens.</w:t>
      </w:r>
    </w:p>
    <w:p>
      <w:pPr>
        <w:spacing w:after="80"/>
      </w:pPr>
      <w:r>
        <w:rPr>
          <w:b w:val="0"/>
          <w:i w:val="0"/>
        </w:rPr>
        <w:t>‘Đây là một bữa trưa khác biệt, thưa bà. Chỉ có một trăm khách, nhưng mỗi người trong số họ đã trả một ngàn bảng để có mặt ở đó, vậy là quỹ từ thiện đã thu được một trăm ngàn rồi.’</w:t>
      </w:r>
    </w:p>
    <w:p>
      <w:pPr>
        <w:spacing w:after="80"/>
      </w:pPr>
      <w:r>
        <w:rPr>
          <w:b w:val="0"/>
          <w:i w:val="0"/>
        </w:rPr>
        <w:t>‘Trước khi trừ chi phí chứ?’</w:t>
      </w:r>
    </w:p>
    <w:p>
      <w:pPr>
        <w:spacing w:after="80"/>
      </w:pPr>
      <w:r>
        <w:rPr>
          <w:b w:val="0"/>
          <w:i w:val="0"/>
        </w:rPr>
        <w:t>‘Điều đó sẽ không thành vấn đề. Asprey’s đang đăng cai sự kiện này, và sẽ chi trả toàn bộ chi phí như một cách kỷ niệm một trăm ba mươi năm ngày họ được Nữ hoàng Victoria ban cho giấy chứng nhận hoàng gia. Thực ra, David Carmichael, chủ tịch của họ – người sẽ ngồi bên phải bà – đã nói với tôi rằng họ sẽ trưng bày bộ sưu tập bạc độc đáo của mình để vinh danh bà, bao gồm một bức tượng Nữ hoàng Victoria, niềm tự hào của bộ sưu tập.’</w:t>
      </w:r>
    </w:p>
    <w:p>
      <w:pPr>
        <w:spacing w:after="80"/>
      </w:pPr>
      <w:r>
        <w:rPr>
          <w:b w:val="0"/>
          <w:i w:val="0"/>
        </w:rPr>
        <w:t>‘Ông Carmichael thật quá hào phóng,’ Diana nói khi xe chạy ngang qua Harvey Nichols, nơi mà bà từng nói với Ross là cửa hàng yêu thích của mình. ‘Tôi phải nhớ cảm ơn ông ấy.’ Bà thêm một câu về bộ sưu tập bạc vào bài phát biểu của mình.</w:t>
      </w:r>
    </w:p>
    <w:p>
      <w:pPr>
        <w:spacing w:after="80"/>
      </w:pPr>
      <w:r>
        <w:rPr>
          <w:b w:val="0"/>
          <w:i w:val="0"/>
        </w:rPr>
        <w:t>Ross ngồi lặng lẽ ở ghế trước, nghĩ về đám đông sẽ đứng chờ để chào đón Công nương. Khi họ đến nơi, đám đông sẽ chưa đông, vì tên của vị khách danh dự đã được bỏ khỏi thiệp mời vì lý do an ninh. Nhưng thảm đỏ và những vị khách ăn mặc sang trọng cùng bước về một hướng chắc chắn sẽ thu hút một nhóm người tò mò. Đến lúc họ rời đi, sẽ có người thò đầu ra khỏi cửa sổ, bám lấy cột đèn, và tràn ra đường chỉ để thoáng thấy bà. Đó là lúc anh sẽ cần đến ba cặp mắt.</w:t>
      </w:r>
    </w:p>
    <w:p>
      <w:pPr>
        <w:spacing w:after="80"/>
      </w:pPr>
      <w:r>
        <w:rPr>
          <w:b w:val="0"/>
          <w:i w:val="0"/>
        </w:rPr>
        <w:t>HRH cắt ngang dòng suy nghĩ của anh. ‘Anh có dự đoán vấn đề gì không, Ross?’</w:t>
      </w:r>
    </w:p>
    <w:p>
      <w:pPr>
        <w:spacing w:after="80"/>
      </w:pPr>
      <w:r>
        <w:rPr>
          <w:b w:val="0"/>
          <w:i w:val="0"/>
        </w:rPr>
        <w:t>‘Chúng ta có một gã khùng đã xuất hiện ở ba sự kiện gần nhất của bà, và hắn khẳng định mình là chồng của bà.’</w:t>
      </w:r>
    </w:p>
    <w:p>
      <w:pPr>
        <w:spacing w:after="80"/>
      </w:pPr>
      <w:r>
        <w:rPr>
          <w:b w:val="0"/>
          <w:i w:val="0"/>
        </w:rPr>
        <w:t>‘Đó có phải là tội không?’ Diana hỏi.</w:t>
      </w:r>
    </w:p>
    <w:p>
      <w:pPr>
        <w:spacing w:after="80"/>
      </w:pPr>
      <w:r>
        <w:rPr>
          <w:b w:val="0"/>
          <w:i w:val="0"/>
        </w:rPr>
        <w:t>‘Đúng là tội khi bà vẫn còn đang kết hôn với Thái tử xứ Wales,’ Ross nói, ngay lập tức hối hận về lời nói của mình.</w:t>
      </w:r>
    </w:p>
    <w:p>
      <w:pPr>
        <w:spacing w:after="80"/>
      </w:pPr>
      <w:r>
        <w:rPr>
          <w:b w:val="0"/>
          <w:i w:val="0"/>
        </w:rPr>
        <w:t>‘Còn danh sách khách mời thì sao?’ Victoria nói, cố gắng cứu anh khỏi tình huống khó xử.</w:t>
      </w:r>
    </w:p>
    <w:p>
      <w:pPr>
        <w:spacing w:after="80"/>
      </w:pPr>
      <w:r>
        <w:rPr>
          <w:b w:val="0"/>
          <w:i w:val="0"/>
        </w:rPr>
        <w:t>‘Chủ yếu là những người quyền quý và danh giá, với một hai ngoại lệ.’</w:t>
      </w:r>
    </w:p>
    <w:p>
      <w:pPr>
        <w:spacing w:after="80"/>
      </w:pPr>
      <w:r>
        <w:rPr>
          <w:b w:val="0"/>
          <w:i w:val="0"/>
        </w:rPr>
        <w:t>‘Còn nhiều gã khùng hơn nữa à?’ Diana hỏi.</w:t>
      </w:r>
    </w:p>
    <w:p>
      <w:pPr>
        <w:spacing w:after="80"/>
      </w:pPr>
      <w:r>
        <w:rPr>
          <w:b w:val="0"/>
          <w:i w:val="0"/>
        </w:rPr>
        <w:t>‘Không, thưa bà, nhưng hai trong số các khách mời có tiền án tiền sự.’</w:t>
      </w:r>
    </w:p>
    <w:p>
      <w:pPr>
        <w:spacing w:after="80"/>
      </w:pPr>
      <w:r>
        <w:rPr>
          <w:b w:val="0"/>
          <w:i w:val="0"/>
        </w:rPr>
        <w:t>‘Kể hết đi,’ Victoria nói.</w:t>
      </w:r>
    </w:p>
    <w:p>
      <w:pPr>
        <w:spacing w:after="80"/>
      </w:pPr>
      <w:r>
        <w:rPr>
          <w:b w:val="0"/>
          <w:i w:val="0"/>
        </w:rPr>
        <w:t>‘Trộm cắp và lừa đảo. Tôi sẽ phải đảm bảo, thưa bà, rằng bà không bị chụp ảnh cùng với bất kỳ ai trong hai người họ, vì bà có thể chắc chắn rằng đó sẽ là bức ảnh duy nhất trên tất cả các trang nhất của ngày mai.’</w:t>
      </w:r>
    </w:p>
    <w:p>
      <w:pPr>
        <w:spacing w:after="80"/>
      </w:pPr>
      <w:r>
        <w:rPr>
          <w:b w:val="0"/>
          <w:i w:val="0"/>
        </w:rPr>
        <w:t>Khi chiếc xe lao vào phố Bond, hàng chục nhiếp ảnh gia nhảy ra giữa đường, trong khi ai đó trong đám đông hét lên, ‘Là Diana!’</w:t>
      </w:r>
    </w:p>
    <w:p>
      <w:pPr>
        <w:spacing w:after="80"/>
        <w:jc w:val="center"/>
      </w:pPr>
      <w:r>
        <w:rPr>
          <w:b w:val="0"/>
          <w:i w:val="0"/>
        </w:rPr>
        <w:t>• • •</w:t>
      </w:r>
    </w:p>
    <w:p>
      <w:pPr>
        <w:spacing w:after="80"/>
      </w:pPr>
      <w:r>
        <w:rPr>
          <w:b w:val="0"/>
          <w:i w:val="0"/>
        </w:rPr>
        <w:t>‘Mansour Khalifah,’ William nói, ‘không nghi ngờ gì nữa, nằm trong số những kẻ khủng bố bị truy nã gắt gao nhất trên thế giới. Chúng ta thậm chí không biết hắn đã giết bao nhiêu người, hay phải chịu trách nhiệm về cái chết của bao nhiêu người. Nếu hắn ở trên chiếc máy bay đó, và chúng ta để hắn trốn thoát, người Mỹ, chưa kể người Israel, có thể sẽ có vài lời để nói về vấn đề này. Tuy nhiên, vì chúng ta vẫn chưa chắc chắn đó là hắn trên khoang, chúng ta sẽ phải bước đi thật cẩn trọng.’ Anh đưa cho Jackie một bức ảnh khác của Khalifah, cô chăm chú ngắm nhìn trong khi chiếc xe không có phù hiệu của họ, với một ánh đèn xanh nhấp nháy, chạm mốc 100 mph khi phóng vun vút xuống đường cao tốc.</w:t>
      </w:r>
    </w:p>
    <w:p>
      <w:pPr>
        <w:spacing w:after="80"/>
      </w:pPr>
      <w:r>
        <w:rPr>
          <w:b w:val="0"/>
          <w:i w:val="0"/>
        </w:rPr>
        <w:t>‘Hắn có dấu hiệu nhận dạng nào không?’ Jackie hỏi.</w:t>
      </w:r>
    </w:p>
    <w:p>
      <w:pPr>
        <w:spacing w:after="80"/>
      </w:pPr>
      <w:r>
        <w:rPr>
          <w:b w:val="0"/>
          <w:i w:val="0"/>
        </w:rPr>
        <w:t>‘Một vết bớt ở bên cổ, ngay dưới tai trái. Hắn khẳng định, và những kẻ theo hắn tin rằng, đó là vết sẹo do một tay bắn tỉa người Mỹ gây ra. Nhưng nó sẽ bị che giấu kỹ nếu hắn mặc áo choàng và khăn trùm đầu truyền thống.’</w:t>
      </w:r>
    </w:p>
    <w:p>
      <w:pPr>
        <w:spacing w:after="80"/>
      </w:pPr>
      <w:r>
        <w:rPr>
          <w:b w:val="0"/>
          <w:i w:val="0"/>
        </w:rPr>
        <w:t xml:space="preserve">‘Làm sao tôi lên được máy bay đây?’ Jackie hỏi khi cô ngắm nhìn trang bìa một tờ </w:t>
      </w:r>
      <w:r>
        <w:rPr>
          <w:b w:val="0"/>
          <w:i/>
        </w:rPr>
        <w:t>Newsweek</w:t>
      </w:r>
      <w:r>
        <w:rPr>
          <w:b w:val="0"/>
          <w:i w:val="0"/>
        </w:rPr>
        <w:t xml:space="preserve"> cũ, cho thấy Mansour Khalifah đang giơ cao một thanh gươm cong, ngay khoảnh khắc trước khi chặt đầu một người lính Mỹ bị bắt.</w:t>
      </w:r>
    </w:p>
    <w:p>
      <w:pPr>
        <w:spacing w:after="80"/>
      </w:pPr>
      <w:r>
        <w:rPr>
          <w:b w:val="0"/>
          <w:i w:val="0"/>
        </w:rPr>
        <w:t>‘Cô sẽ gia nhập một nhóm từ đội chống khủng bố, những người sẽ thay thế phi hành đoàn lẽ ra phải bay hắn đến Moscow. Với tư cách là tiếp viên, cô sẽ có cơ hội tốt nhất để nhận diện hắn. Nhưng hãy để SO19 lo việc hạ gục hắn, vì kẻ này,’ William nói, gõ vào bìa tạp chí, ‘sẽ giết cả mẹ mình mà không cần suy nghĩ đến lần thứ hai.’</w:t>
      </w:r>
    </w:p>
    <w:p>
      <w:pPr>
        <w:spacing w:after="80"/>
      </w:pPr>
      <w:r>
        <w:rPr>
          <w:b w:val="0"/>
          <w:i w:val="0"/>
        </w:rPr>
        <w:t>Danny giảm tốc khi họ rời đường cao tốc và hướng tới một cổng không có phù hiệu, nơi sẽ đưa họ thẳng vào đường băng chính.</w:t>
      </w:r>
    </w:p>
    <w:p>
      <w:pPr>
        <w:spacing w:after="80"/>
      </w:pPr>
      <w:r>
        <w:rPr>
          <w:b w:val="0"/>
          <w:i w:val="0"/>
        </w:rPr>
        <w:t>Viên sĩ quan ở cổng rõ ràng đang chờ họ, vì anh ta chỉ mất một lát để kiểm tra thẻ lệnh của William trước khi chỉ cho anh hướng tới một tòa nhà biệt lập ở phía xa bên kia đường băng. Danny không giảm tốc lần nữa cho đến khi anh phát hiện Thanh tra Duffield đứng một mình. Không thấy một sĩ quan mặc đồng phục nào.</w:t>
      </w:r>
    </w:p>
    <w:p>
      <w:pPr>
        <w:spacing w:after="80"/>
        <w:jc w:val="center"/>
      </w:pPr>
      <w:r>
        <w:rPr>
          <w:b w:val="0"/>
          <w:i w:val="0"/>
        </w:rPr>
        <w:t>• • •</w:t>
      </w:r>
    </w:p>
    <w:p>
      <w:pPr>
        <w:spacing w:after="80"/>
      </w:pPr>
      <w:r>
        <w:rPr>
          <w:b w:val="0"/>
          <w:i w:val="0"/>
        </w:rPr>
        <w:t>Ross lơ lửng cách Công nương vài bước, người đang trò chuyện với chủ tịch của Asprey khi các khách mời được phục vụ món đầu tiên. Mắt anh lại quét khắp căn phòng một lần nữa. Đó là lúc anh nhìn thấy cô ta.</w:t>
      </w:r>
    </w:p>
    <w:p>
      <w:pPr>
        <w:spacing w:after="80"/>
      </w:pPr>
      <w:r>
        <w:rPr>
          <w:b w:val="0"/>
          <w:i w:val="0"/>
        </w:rPr>
        <w:t>Cô ta ngồi gần phía sau căn phòng, rắc hơi quá nhiều muối lên thức ăn. Rồi cô ta liếc nhìn quanh một cách lén lút trước khi thả một chiếc lọ muối bằng bạc vào chiếc túi xách mở trên đùi. Cô ta đóng sập túi lại và tiếp tục ăn. Trong hoàn cảnh bình thường, Ross sẽ kín đáo đến gần cô ta và đề nghị cô đặt lọ muối trở lại bàn, để tránh bất kỳ sự bối rối nào thêm. Nhưng đây không phải hoàn cảnh bình thường, và mệnh lệnh của anh đã được ấn định cứng ngắc. Không bao giờ để bất cứ điều gì làm bạn xao lãng khỏi trách nhiệm chính là bảo vệ người mình phụ trách. Nhưng anh thấy mình bị xao lãng lần thứ hai, khi anh phát hiện một người đàn ông ở bàn giữa đang nhét một chiếc vòng khăn ăn bằng bạc vào khăn tay trong khi giả vờ hỉ mũi. Rồi nó biến mất vào túi quần.</w:t>
      </w:r>
    </w:p>
    <w:p>
      <w:pPr>
        <w:spacing w:after="80"/>
      </w:pPr>
      <w:r>
        <w:rPr>
          <w:b w:val="0"/>
          <w:i w:val="0"/>
        </w:rPr>
        <w:t>Vào lúc Công nương đứng dậy phát biểu vào cuối bữa ăn, sáu lọ muối, bốn lọ tiêu, ba vòng khăn ăn và một lọ mù tạt – đầy ắp mù tạt – đã biến mất không dấu vết, và Ross không thể làm gì được. Trong số một trăm người giàu có nhất đất nước có ít nhất một tá kẻ trộm vặt mà Fagin sẽ vui lòng thuê.</w:t>
      </w:r>
    </w:p>
    <w:p>
      <w:pPr>
        <w:spacing w:after="80"/>
      </w:pPr>
      <w:r>
        <w:rPr>
          <w:b w:val="0"/>
          <w:i w:val="0"/>
        </w:rPr>
        <w:t>Chủ tịch của Asprey lắng nghe bài phát biểu của Công nương, nụ cười mãn nguyện không bao giờ rời khỏi khuôn mặt ông. Ross sẽ không phải là người nói với ông rằng bộ sưu tập bạc Asprey độc đáo của ông sẽ mất vài món vào lúc nó được đưa trở lại hầm.</w:t>
      </w:r>
    </w:p>
    <w:p>
      <w:pPr>
        <w:spacing w:after="80"/>
      </w:pPr>
      <w:r>
        <w:rPr>
          <w:b w:val="0"/>
          <w:i w:val="0"/>
        </w:rPr>
        <w:t>Tràng pháo tay đứng dậy sau bài phát biểu của Công nương đã cho thêm hai ba vị khách cơ hội chọn lựa: một chiếc thìa bạc và một lọ tiêu nữa nằm trong số chiến lợi phẩm. Ross dễ dàng phát hiện ra bọn trộm – chúng là những kẻ không vỗ tay.</w:t>
      </w:r>
    </w:p>
    <w:p>
      <w:pPr>
        <w:spacing w:after="80"/>
      </w:pPr>
      <w:r>
        <w:rPr>
          <w:b w:val="0"/>
          <w:i w:val="0"/>
        </w:rPr>
        <w:t>Sau khi Công nương ký vài tấm thực đơn, vị chủ tịch hộ tống vị khách danh dự của mình ra xe. Trên đường đi, bà dừng lại trò chuyện với vài người trong đám đông đang chờ đợi, trong đó có một cụ bà ngồi xe lăn kể rằng bà từng một lần bắt tay Thái hậu. Diana ôm bà một cái và bà bật khóc.</w:t>
      </w:r>
    </w:p>
    <w:p>
      <w:pPr>
        <w:spacing w:after="80"/>
      </w:pPr>
      <w:r>
        <w:rPr>
          <w:b w:val="0"/>
          <w:i w:val="0"/>
        </w:rPr>
        <w:t>‘Ông phát hiện được bao nhiêu người vậy, ông Hogan?’ một giọng nói vang lên sau lưng ông.</w:t>
      </w:r>
    </w:p>
    <w:p>
      <w:pPr>
        <w:spacing w:after="80"/>
      </w:pPr>
      <w:r>
        <w:rPr>
          <w:b w:val="0"/>
          <w:i w:val="0"/>
        </w:rPr>
        <w:t>Ross quay lại và thấy một người đàn ông mà ông nhớ đã từng bắt vì tội trộm cắp khi còn là một Constable trẻ.</w:t>
      </w:r>
    </w:p>
    <w:p>
      <w:pPr>
        <w:spacing w:after="80"/>
      </w:pPr>
      <w:r>
        <w:rPr>
          <w:b w:val="0"/>
          <w:i w:val="0"/>
        </w:rPr>
        <w:t>‘Một tá, có thể hơn,’ Ross thừa nhận. ‘Tôi mừng là ông không nằm trong số đó, Ron.’</w:t>
      </w:r>
    </w:p>
    <w:p>
      <w:pPr>
        <w:spacing w:after="80"/>
      </w:pPr>
      <w:r>
        <w:rPr>
          <w:b w:val="0"/>
          <w:i w:val="0"/>
        </w:rPr>
        <w:t>‘Tôi đâu phải kẻ săn đồ lưu niệm, Thanh tra ạ. Dù sao đi nữa, thứ duy nhất đáng ăn trộm là bức tượng Nữ hoàng Victoria, mà để làm được chuyện đó thì tôi sẽ phải tạo ra một màn đánh lạc hướng.’ Ross suýt bật cười. ‘Nhưng mà này, ông Hogan, nếu tôi biết ông sẽ có mặt trong phòng thì tôi đã chẳng buồn ra tay.’</w:t>
      </w:r>
    </w:p>
    <w:p>
      <w:pPr>
        <w:spacing w:after="80"/>
      </w:pPr>
      <w:r>
        <w:rPr>
          <w:b w:val="0"/>
          <w:i w:val="0"/>
        </w:rPr>
        <w:t>Ross mỉm cười một cái rồi bước tới mở cửa xe để Công nương (HRH) ngồi vào ghế sau cùng với Victoria.</w:t>
      </w:r>
    </w:p>
    <w:p>
      <w:pPr>
        <w:spacing w:after="80"/>
      </w:pPr>
      <w:r>
        <w:rPr>
          <w:b w:val="0"/>
          <w:i w:val="0"/>
        </w:rPr>
        <w:t>‘Chuyển lời chúc tốt đẹp nhất của tôi tới vị chỉ huy nhé,’ Ron nói khi Ross đóng cửa và ngồi vào ghế trước cùng tài xế.</w:t>
      </w:r>
    </w:p>
    <w:p>
      <w:pPr>
        <w:spacing w:after="80"/>
        <w:jc w:val="center"/>
      </w:pPr>
      <w:r>
        <w:rPr>
          <w:b w:val="0"/>
          <w:i w:val="0"/>
        </w:rPr>
        <w:t>• • •</w:t>
      </w:r>
    </w:p>
    <w:p>
      <w:pPr>
        <w:spacing w:after="80"/>
      </w:pPr>
      <w:r>
        <w:rPr>
          <w:b w:val="0"/>
          <w:i w:val="0"/>
        </w:rPr>
        <w:t>Trong lúc cả đội đang thay đồ sang bộ đồng phục phi hành đoàn Nga – một chi tiết tinh tế, William nghĩ thầm – Thanh tra Roach tiếp tục phổ biến kế hoạch cho họ. Thời gian không đứng về phía họ.</w:t>
      </w:r>
    </w:p>
    <w:p>
      <w:pPr>
        <w:spacing w:after="80"/>
      </w:pPr>
      <w:r>
        <w:rPr>
          <w:b w:val="0"/>
          <w:i w:val="0"/>
        </w:rPr>
        <w:t>‘Được rồi, các chàng trai,’ Roach nói, để lộ xuất thân quân ngũ của mình. ‘Cố đừng quên là chúng ta đang đối đầu với ba tên khủng bố tàn nhẫn mà bản mô tả công việc của chúng không hề bao gồm việc bắt sống tù binh. Tuy nhiên, chúng ta có một vũ khí bí mật,’ ông nói, rồi giới thiệu với họ Trung sĩ Thám tử Jackie Roycroft. ‘Trong khi Trung sĩ Thám tử Roycroft sẽ phát băng đạn và phục vụ cà phê, chúng ta sẽ ở trên buồng lái, sẵn sàng hành động ngay khi cô ấy ra hiệu.’</w:t>
      </w:r>
    </w:p>
    <w:p>
      <w:pPr>
        <w:spacing w:after="80"/>
      </w:pPr>
      <w:r>
        <w:rPr>
          <w:b w:val="0"/>
          <w:i w:val="0"/>
        </w:rPr>
        <w:t>‘Chẳng lẽ chúng không nghi ngờ khi chúng ta lên máy bay mà chúng không nhận ra ai trong chúng ta sao?’ Jackie hỏi.</w:t>
      </w:r>
    </w:p>
    <w:p>
      <w:pPr>
        <w:spacing w:after="80"/>
      </w:pPr>
      <w:r>
        <w:rPr>
          <w:b w:val="0"/>
          <w:i w:val="0"/>
        </w:rPr>
        <w:t>‘Khó lắm,’ Roach nói. ‘Máy bay không đăng ký dưới tên Khalifah và nó được thuê bởi một bên thứ ba. Dù sao đi nữa, khi chúng thấy Tiny, chúng sẽ nghĩ anh ta đến thổi tắt một ngọn nến cũng không nổi, nhưng chúng sẽ sớm biết anh ta đã trở thành nhà vô địch quyền anh hạng nhẹ của cảnh sát như thế nào, cũng như lý do vì sao biệt danh của Trung sĩ Pascoe là “Một Đấm”.’</w:t>
      </w:r>
    </w:p>
    <w:p>
      <w:pPr>
        <w:spacing w:after="80"/>
      </w:pPr>
      <w:r>
        <w:rPr>
          <w:b w:val="0"/>
          <w:i w:val="0"/>
        </w:rPr>
        <w:t>‘Vậy là, một khi Jackie nói từ “thắt dây an toàn”,’ Pascoe nói, ‘đó là dấu hiệu để chúng ta xông vào. Mọi chuyện sẽ kết thúc trong vài giây thôi.’</w:t>
      </w:r>
    </w:p>
    <w:p>
      <w:pPr>
        <w:spacing w:after="80"/>
      </w:pPr>
      <w:r>
        <w:rPr>
          <w:b w:val="0"/>
          <w:i w:val="0"/>
        </w:rPr>
        <w:t>‘Tôi hy vọng thế,’ Tiny nói, ‘vì tối nay là lượt tôi tắm cho bọn trẻ.’</w:t>
      </w:r>
    </w:p>
    <w:p>
      <w:pPr>
        <w:spacing w:after="80"/>
      </w:pPr>
      <w:r>
        <w:rPr>
          <w:b w:val="0"/>
          <w:i w:val="0"/>
        </w:rPr>
        <w:t>Mọi người đều cười trừ William và Jackie, những người chưa quen với kiểu hài hước của SO19 trước một chiến dịch.</w:t>
      </w:r>
    </w:p>
    <w:p>
      <w:pPr>
        <w:spacing w:after="80"/>
      </w:pPr>
      <w:r>
        <w:rPr>
          <w:b w:val="0"/>
          <w:i w:val="0"/>
        </w:rPr>
        <w:t>‘Được rồi các cậu,’ Roach nói, sau khi đã kiểm tra lại bộ đồng phục Nga, ‘đi thôi nào.’</w:t>
      </w:r>
    </w:p>
    <w:p>
      <w:pPr>
        <w:spacing w:after="80"/>
      </w:pPr>
      <w:r>
        <w:rPr>
          <w:b w:val="0"/>
          <w:i w:val="0"/>
        </w:rPr>
        <w:t>William quan sát từ bên trong tòa nhà khi Roach dẫn nhóm nhỏ của mình băng qua đường băng về phía chiếc phản lực đang chờ. Không ai trong số họ có thể bỏ lỡ một đôi mắt đang dán vào một trong những ô cửa sổ cabin, dõi theo từng bước đi của họ.</w:t>
      </w:r>
    </w:p>
    <w:p>
      <w:pPr>
        <w:spacing w:after="80"/>
      </w:pPr>
      <w:r>
        <w:rPr>
          <w:b w:val="0"/>
          <w:i w:val="0"/>
        </w:rPr>
        <w:t>Roach và hai người bạn đồng hành bước lên cầu thang ngắn dẫn lên máy bay, rồi biến mất vào khoang lái mà không hề liếc nhìn về phía hành khách.</w:t>
      </w:r>
    </w:p>
    <w:p>
      <w:pPr>
        <w:spacing w:after="80"/>
      </w:pPr>
      <w:r>
        <w:rPr>
          <w:b w:val="0"/>
          <w:i w:val="0"/>
        </w:rPr>
        <w:t xml:space="preserve">Jackie theo sát ngay phía sau. Khi bước vào máy bay, cô đặt túi xách lên chiếc bàn gấp nhỏ ở phía trước cabin. Cô quay lưng lại với hành khách, mở túi, lấy ra thỏi son và kiểm tra lớp trang điểm trong một chiếc gương nhỏ. Mắt cô dừng lại ở một người đàn ông mặc chiếc áo thobe trắng dài với dây vàng quấn quanh chiếc keffiyeh, đang đọc tờ </w:t>
      </w:r>
      <w:r>
        <w:rPr>
          <w:b w:val="0"/>
          <w:i/>
        </w:rPr>
        <w:t>Financial Times</w:t>
      </w:r>
      <w:r>
        <w:rPr>
          <w:b w:val="0"/>
          <w:i w:val="0"/>
        </w:rPr>
        <w:t xml:space="preserve">. Không ai có thể trông ít giống một kẻ khủng bố hơn thế. Cô chỉnh gương một chút và tập trung vào hai người đàn ông trẻ hơn ngồi phía sau ông ta. Một người đang đặt tay phải lên khẩu súng, trong khi người kia không rời mắt khỏi cô. Cô cất son lại vào hộp gương và lấy ra một lọ xịt tóc nhỏ, rồi lại kiểm tra trong gương. Cô vẫn không thể hoàn toàn chắc chắn đó là Khalifah, người trông thật thư thái khi lật một trang tờ </w:t>
      </w:r>
      <w:r>
        <w:rPr>
          <w:b w:val="0"/>
          <w:i/>
        </w:rPr>
        <w:t>FT</w:t>
      </w:r>
      <w:r>
        <w:rPr>
          <w:b w:val="0"/>
          <w:i w:val="0"/>
        </w:rPr>
        <w:t>.</w:t>
      </w:r>
    </w:p>
    <w:p>
      <w:pPr>
        <w:spacing w:after="80"/>
      </w:pPr>
      <w:r>
        <w:rPr>
          <w:b w:val="0"/>
          <w:i w:val="0"/>
        </w:rPr>
        <w:t xml:space="preserve">Jackie nhét lọ xịt tóc vào túi áo khoác và quay người lại, thì thấy tên vệ sĩ thứ hai vẫn đang nhìn chằm chằm vào cô. Cô liều lĩnh mỉm cười với hắn, và trước sự ngạc nhiên của cô, hắn cũng đáp lại nụ cười. Cô làm theo kế hoạch và bắt đầu sắp xếp lại các tạp chí trên giá, tín hiệu đã thống nhất để One Blow vào cabin cùng cô. Cô ngạc nhiên khi thấy ba bản của tờ </w:t>
      </w:r>
      <w:r>
        <w:rPr>
          <w:b w:val="0"/>
          <w:i/>
        </w:rPr>
        <w:t>Newsweek</w:t>
      </w:r>
      <w:r>
        <w:rPr>
          <w:b w:val="0"/>
          <w:i w:val="0"/>
        </w:rPr>
        <w:t xml:space="preserve"> đã cũ với ảnh Mansour Khalifah trên bìa. Sự phù phiếm đã thắng ông ta. One Blow đi ngang qua cô, và cô đợi vài giây rồi đi theo anh xuống lối đi.</w:t>
      </w:r>
    </w:p>
    <w:p>
      <w:pPr>
        <w:spacing w:after="80"/>
      </w:pPr>
      <w:r>
        <w:rPr>
          <w:b w:val="0"/>
          <w:i w:val="0"/>
        </w:rPr>
        <w:t>‘Chào buổi sáng, thưa ngài,’ One Blow nói khi dừng lại bên cạnh Khalifah. Tên vệ sĩ thứ nhất không rời mắt khỏi anh, trong khi người kia vẫn đang nhìn Jackie, dù Khalifah hầu như chẳng buồn liếc nhìn ai trong hai người họ.</w:t>
      </w:r>
    </w:p>
    <w:p>
      <w:pPr>
        <w:spacing w:after="80"/>
      </w:pPr>
      <w:r>
        <w:rPr>
          <w:b w:val="0"/>
          <w:i w:val="0"/>
        </w:rPr>
        <w:t>‘Kiểm soát không lưu đã cho phép chúng ta cất cánh, thưa ngài,’ One Blow nói, ‘nếu điều đó thuận tiện cho ngài?’</w:t>
      </w:r>
    </w:p>
    <w:p>
      <w:pPr>
        <w:spacing w:after="80"/>
      </w:pPr>
      <w:r>
        <w:rPr>
          <w:b w:val="0"/>
          <w:i w:val="0"/>
        </w:rPr>
        <w:t>Khalifah hạ tờ báo xuống và gật đầu một cái.</w:t>
      </w:r>
    </w:p>
    <w:p>
      <w:pPr>
        <w:spacing w:after="80"/>
      </w:pPr>
      <w:r>
        <w:rPr>
          <w:b w:val="0"/>
          <w:i w:val="0"/>
        </w:rPr>
        <w:t>‘Cảm ơn ngài,’ One Blow nói.</w:t>
      </w:r>
    </w:p>
    <w:p>
      <w:pPr>
        <w:spacing w:after="80"/>
      </w:pPr>
      <w:r>
        <w:rPr>
          <w:b w:val="0"/>
          <w:i w:val="0"/>
        </w:rPr>
        <w:t>Jackie bước tới và nói, ‘Thưa các quý ông, xin vui lòng thắt dây an toàn,’ đúng lúc Tiny xuất hiện, bưng một chai sâm panh trên khay bạc.</w:t>
      </w:r>
    </w:p>
    <w:p>
      <w:pPr>
        <w:spacing w:after="80"/>
      </w:pPr>
      <w:r>
        <w:rPr>
          <w:b w:val="0"/>
          <w:i w:val="0"/>
        </w:rPr>
        <w:t>Hai người trong số họ với tay tới dây an toàn, cho One Blow đúng tích tắc cần thiết để hạ gục Khalifah bằng một cú đánh mạnh vào cổ, trong khi Jackie xịt thẳng lọ xịt tóc vào mắt tên vệ sĩ thứ nhất rồi tung một cú đánh mà hắn không thể ngờ tới. Nhưng tên vệ sĩ thứ hai đã phát hiện ra chai sâm panh và, rất lâu trước khi Tiny kịp giơ chai lên quá đầu, hắn đã nhảy dựng lên, túm lấy tay Jackie, vặn mạnh ra sau lưng cô trong khi ấn nòng súng chặt vào bên đầu cô.</w:t>
      </w:r>
    </w:p>
    <w:p>
      <w:pPr>
        <w:spacing w:after="80"/>
      </w:pPr>
      <w:r>
        <w:rPr>
          <w:b w:val="0"/>
          <w:i w:val="0"/>
        </w:rPr>
        <w:t>Tiny lập tức nhận ra sai lầm của mình.</w:t>
      </w:r>
    </w:p>
    <w:p>
      <w:pPr>
        <w:spacing w:after="80"/>
      </w:pPr>
      <w:r>
        <w:rPr>
          <w:b w:val="0"/>
          <w:i w:val="0"/>
        </w:rPr>
        <w:t>‘Một động tác sai thôi,’ tên vệ sĩ của Khalifah nói, ‘và tao sẽ bắn nát sọ cô ta.’</w:t>
      </w:r>
    </w:p>
    <w:p>
      <w:pPr>
        <w:spacing w:after="80"/>
      </w:pPr>
      <w:r>
        <w:rPr>
          <w:b w:val="0"/>
          <w:i w:val="0"/>
        </w:rPr>
        <w:t>Tiny không nghi ngờ điều đó và từ từ hạ chai sâm panh xuống trong khi One Blow lùi lại một bước.</w:t>
      </w:r>
    </w:p>
    <w:p>
      <w:pPr>
        <w:spacing w:after="80"/>
      </w:pPr>
      <w:r>
        <w:rPr>
          <w:b w:val="0"/>
          <w:i w:val="0"/>
        </w:rPr>
        <w:t>‘Hai người,’ tên vệ sĩ nói, gật đầu về phía Tiny và One Blow, ‘xuống khỏi máy bay ngay lập tức.’ Họ do dự một lát, nhưng khi tên vệ sĩ ấn nòng súng vào miệng Jackie, họ miễn cưỡng lùi lại xuống lối đi và xuống cầu thang ra đường băng.</w:t>
      </w:r>
    </w:p>
    <w:p>
      <w:pPr>
        <w:spacing w:after="80"/>
      </w:pPr>
      <w:r>
        <w:rPr>
          <w:b w:val="0"/>
          <w:i w:val="0"/>
        </w:rPr>
        <w:t>Tên cầm súng ra lệnh cho Jackie kéo cầu thang lên và đóng cửa máy bay. Trên đường băng, cô có thể thấy William, đứng đó trông bất lực, trong khi One Blow và Tiny ngước nhìn lên cô. Cô biết một khẩu súng trường tầm xa sẽ đang nhắm vào cửa máy bay từ trên nóc nhà ga, nhưng viên sĩ quan với ngón tay trên cò sẽ không liều bóp cò khi cô vẫn còn trong tầm ngắm của anh ta. Sau khi Jackie đóng cửa lại, tên vệ sĩ đẩy cô về phía buồng lái, nơi DI Roach đang ngồi ở ghế cơ trưởng; tất cả đều là một phần của Kế hoạch B, phòng khi Kế hoạch A thất bại. Nó đã thất bại một cách ngoạn mục.</w:t>
      </w:r>
    </w:p>
    <w:p>
      <w:pPr>
        <w:spacing w:after="80"/>
      </w:pPr>
      <w:r>
        <w:rPr>
          <w:b w:val="0"/>
          <w:i w:val="0"/>
        </w:rPr>
        <w:t>‘Đi thôi!’ tên vệ sĩ quát Roach, nòng súng giờ đây ấn đau điếng vào gáy Jackie.</w:t>
      </w:r>
    </w:p>
    <w:p>
      <w:pPr>
        <w:spacing w:after="80"/>
      </w:pPr>
      <w:r>
        <w:rPr>
          <w:b w:val="0"/>
          <w:i w:val="0"/>
        </w:rPr>
        <w:t>Roach không nghĩ đây là lúc để cho hắn biết anh thuộc SO19 và chưa từng lái máy bay trong đời. Anh đeo tai nghe lên và bắt đầu cầu nguyện. Một giọng nói từ trên vọng xuống đáp lời cầu nguyện của anh.</w:t>
      </w:r>
    </w:p>
    <w:p>
      <w:pPr>
        <w:spacing w:after="80"/>
      </w:pPr>
      <w:r>
        <w:rPr>
          <w:b w:val="0"/>
          <w:i w:val="0"/>
        </w:rPr>
        <w:t>‘Hãy làm theo hướng dẫn của tôi thật cẩn thận,’ viên phi công thật sự nói. ‘Khởi động động cơ bằng cách nhấn các công tắc khởi động ở giữa bảng điều khiển phía trên.’</w:t>
      </w:r>
    </w:p>
    <w:p>
      <w:pPr>
        <w:spacing w:after="80"/>
      </w:pPr>
      <w:r>
        <w:rPr>
          <w:b w:val="0"/>
          <w:i w:val="0"/>
        </w:rPr>
        <w:t>Roach tuân lệnh. Anh xoay hai công tắc và động cơ khởi động, đạt chế độ chạy không tải trong chốc lát.</w:t>
      </w:r>
    </w:p>
    <w:p>
      <w:pPr>
        <w:spacing w:after="80"/>
      </w:pPr>
      <w:r>
        <w:rPr>
          <w:b w:val="0"/>
          <w:i w:val="0"/>
        </w:rPr>
        <w:t>‘Giờ anh cần bật phanh tự động. Công tắc nằm ở giữa bảng điều khiển phía trước. Xoay nó về RTO. Giờ đẩy hai cần ga bên cạnh chân phải của anh về phía trước, khoảng nửa chừng, và máy bay sẽ bắt đầu tăng tốc. Lái bằng chân – anh sẽ phải nhấn bàn đạp thật nhẹ nhàng nếu muốn giữ được đường thẳng.’</w:t>
      </w:r>
    </w:p>
    <w:p>
      <w:pPr>
        <w:spacing w:after="80"/>
      </w:pPr>
      <w:r>
        <w:rPr>
          <w:b w:val="0"/>
          <w:i w:val="0"/>
        </w:rPr>
        <w:t>Roach nhìn sang trái rồi sang phải trước khi dè dặt đẩy cần ga về phía trước vài inch. Máy bay bắt đầu lăn bánh.</w:t>
      </w:r>
    </w:p>
    <w:p>
      <w:pPr>
        <w:spacing w:after="80"/>
      </w:pPr>
      <w:r>
        <w:rPr>
          <w:b w:val="0"/>
          <w:i w:val="0"/>
        </w:rPr>
        <w:t>‘Mọi thứ trên đường băng phía trước anh đều đã được dọn trống, Thanh tra ạ,’ giọng nói vang lên. ‘Giờ tôi muốn anh đẩy cần ga về phía trước thêm một chút nhưng đừng đột ngột. Máy bay sẽ tăng tốc, cho đến khi anh đạt khoảng chín mươi dặm một giờ.’</w:t>
      </w:r>
    </w:p>
    <w:p>
      <w:pPr>
        <w:spacing w:after="80"/>
      </w:pPr>
      <w:r>
        <w:rPr>
          <w:b w:val="0"/>
          <w:i w:val="0"/>
        </w:rPr>
        <w:t>Sau đó thì sao, Roach muốn hỏi. Tên cầm súng đặt một tay lên cạnh cửa buồng lái để giữ thăng bằng khi máy bay bắt đầu tăng tốc.</w:t>
      </w:r>
    </w:p>
    <w:p>
      <w:pPr>
        <w:spacing w:after="80"/>
      </w:pPr>
      <w:r>
        <w:rPr>
          <w:b w:val="0"/>
          <w:i w:val="0"/>
        </w:rPr>
        <w:t>‘Giờ thì chuẩn bị đóng cần ga lại trong một động tác duy nhất, Thanh tra. Khi anh làm vậy, phanh sẽ tự động được kích hoạt mạnh mẽ. Cảm giác như đâm vào một bức tường gạch vậy. Tên cầm súng chắc chắn sẽ bị mất thăng bằng, và đó sẽ là cơ hội duy nhất để anh tước vũ khí của hắn.’</w:t>
      </w:r>
    </w:p>
    <w:p>
      <w:pPr>
        <w:spacing w:after="80"/>
      </w:pPr>
      <w:r>
        <w:rPr>
          <w:b w:val="0"/>
          <w:i w:val="0"/>
        </w:rPr>
        <w:t>‘Hiểu rồi,’ Roach nói, anh có thể thấy đường băng phía trước đang sắp kết thúc đột ngột.</w:t>
      </w:r>
    </w:p>
    <w:p>
      <w:pPr>
        <w:spacing w:after="80"/>
      </w:pPr>
      <w:r>
        <w:rPr>
          <w:b w:val="0"/>
          <w:i w:val="0"/>
        </w:rPr>
        <w:t>‘Ngay bây giờ,’ giọng nói vang lên dứt khoát.</w:t>
      </w:r>
    </w:p>
    <w:p>
      <w:pPr>
        <w:spacing w:after="80"/>
      </w:pPr>
      <w:r>
        <w:rPr>
          <w:b w:val="0"/>
          <w:i w:val="0"/>
        </w:rPr>
        <w:t>Roach đóng sầm cả hai cần ga lại, và khi phanh được kích hoạt, súng nổ. Roach nhìn một cơ thể đổ gục xuống đất.</w:t>
      </w:r>
    </w:p>
    <w:p>
      <w:pPr>
        <w:spacing w:after="80"/>
        <w:jc w:val="center"/>
      </w:pPr>
      <w:r>
        <w:rPr>
          <w:b w:val="0"/>
          <w:i w:val="0"/>
        </w:rPr>
        <w:t>• • •</w:t>
      </w:r>
    </w:p>
    <w:p>
      <w:pPr>
        <w:spacing w:after="80"/>
      </w:pPr>
      <w:r>
        <w:rPr>
          <w:b w:val="0"/>
          <w:i w:val="0"/>
        </w:rPr>
        <w:t>‘Họ đã làm gì cơ?’ Công nương nói khi chiếc Jaguar rẽ phải từ phố Bond ra phố Piccadilly, một cặp kỵ sĩ hộ tống đảm bảo giao thông bị chặn lại cho đến khi xe qua ngã tư an toàn.</w:t>
      </w:r>
    </w:p>
    <w:p>
      <w:pPr>
        <w:spacing w:after="80"/>
      </w:pPr>
      <w:r>
        <w:rPr>
          <w:b w:val="0"/>
          <w:i w:val="0"/>
        </w:rPr>
        <w:t>Ross kể cho HRH nghe những gì anh đã chứng kiến trong bữa trưa khi xe tiếp tục hành trình không gián đoạn, và tại sao anh lại không thể làm gì được.</w:t>
      </w:r>
    </w:p>
    <w:p>
      <w:pPr>
        <w:spacing w:after="80"/>
      </w:pPr>
      <w:r>
        <w:rPr>
          <w:b w:val="0"/>
          <w:i w:val="0"/>
        </w:rPr>
        <w:t>‘Tội nghiệp ông Carmichael,’ Diana nói. ‘Chắc chắn phải có điều gì đó tôi có thể làm để giúp chứ?’</w:t>
      </w:r>
    </w:p>
    <w:p>
      <w:pPr>
        <w:spacing w:after="80"/>
      </w:pPr>
      <w:r>
        <w:rPr>
          <w:b w:val="0"/>
          <w:i w:val="0"/>
        </w:rPr>
        <w:t>“Chẳng còn cách nào khác ngoài việc khám xét từng vị khách khi họ rời đi,” Ross nói. “Nhưng làm vậy chỉ khiến một số khách hàng thân thiết nhất của Asprey’s bị bẽ mặt, và điều đó chắc chắn sẽ không làm ông Carmichael hài lòng.”</w:t>
      </w:r>
    </w:p>
    <w:p>
      <w:pPr>
        <w:spacing w:after="80"/>
      </w:pPr>
      <w:r>
        <w:rPr>
          <w:b w:val="0"/>
          <w:i w:val="0"/>
        </w:rPr>
        <w:t>“Nhưng ông ấy đúng là một người đàn ông tử tế, đã bỏ bao công sức để biến buổi lễ thành một sự kiện đáng nhớ. Giờ đây ông ấy sẽ chỉ còn những ký ức buồn về dịp này. Có lẽ ta nên cố bù đắp cho ông ấy bằng cách đặt một trăm khung bạc từ Asprey’s, rồi tặng mỗi người một cái cho những ai ta gửi ảnh sau một buổi lễ chính thức.”</w:t>
      </w:r>
    </w:p>
    <w:p>
      <w:pPr>
        <w:spacing w:after="80"/>
      </w:pPr>
      <w:r>
        <w:rPr>
          <w:b w:val="0"/>
          <w:i w:val="0"/>
        </w:rPr>
        <w:t>“Làm vậy chỉ khiến tình hình tệ hơn thôi,” Victoria gợi ý. “Lần trước người làm vậy, thưa bà, Asprey’s đã không gửi hóa đơn cho bà.”</w:t>
      </w:r>
    </w:p>
    <w:p>
      <w:pPr>
        <w:spacing w:after="80"/>
      </w:pPr>
      <w:r>
        <w:rPr>
          <w:b w:val="0"/>
          <w:i w:val="0"/>
        </w:rPr>
        <w:t>Công nương im lặng một lúc lâu rồi nói: “Ta biết một cách sẽ khiến ông Carmichael mỉm cười trở lại. Ta sẽ xin Nữ hoàng trao cho ông ấy huân chương MVO.”</w:t>
      </w:r>
    </w:p>
    <w:p>
      <w:pPr>
        <w:spacing w:after="80"/>
      </w:pPr>
      <w:r>
        <w:rPr>
          <w:b w:val="0"/>
          <w:i w:val="0"/>
        </w:rPr>
        <w:t>“Nhưng thường thì huân chương đó chỉ trao cho những người đã phục vụ Hoàng gia nhiều năm,” Victoria nhắc nhở.</w:t>
      </w:r>
    </w:p>
    <w:p>
      <w:pPr>
        <w:spacing w:after="80"/>
      </w:pPr>
      <w:r>
        <w:rPr>
          <w:b w:val="0"/>
          <w:i w:val="0"/>
        </w:rPr>
        <w:t>“Chính xác,” Diana nói. “Đừng quên rằng Asprey’s đã phục vụ hoàng triều hơn một trăm năm rồi.”</w:t>
      </w:r>
    </w:p>
    <w:p>
      <w:pPr>
        <w:spacing w:after="80"/>
      </w:pPr>
      <w:r>
        <w:rPr>
          <w:b w:val="0"/>
          <w:i w:val="0"/>
        </w:rPr>
        <w:t>“Thứ lỗi cho tôi vì đã hỏi, thưa bà,” Ross nói, “nhưng MVO là gì vậy ạ?”</w:t>
      </w:r>
    </w:p>
    <w:p>
      <w:pPr>
        <w:spacing w:after="80"/>
      </w:pPr>
      <w:r>
        <w:rPr>
          <w:b w:val="0"/>
          <w:i w:val="0"/>
        </w:rPr>
        <w:t>“Là Thành viên Hoàng gia Victoria (Member of the Royal Victorian Order),” Victoria đáp. “Tương đương với MBE, nhưng hiếm hơn vì đó là món quà cá nhân của Nữ hoàng.”</w:t>
      </w:r>
    </w:p>
    <w:p>
      <w:pPr>
        <w:spacing w:after="80"/>
      </w:pPr>
      <w:r>
        <w:rPr>
          <w:b w:val="0"/>
          <w:i w:val="0"/>
        </w:rPr>
        <w:t>“Vậy nếu anh chăm sóc ta trong hai mươi năm tới, Ross, có khi anh còn được nhận một cái đấy,” Diana nói.</w:t>
      </w:r>
    </w:p>
    <w:p>
      <w:pPr>
        <w:spacing w:after="80"/>
      </w:pPr>
      <w:r>
        <w:rPr>
          <w:b w:val="0"/>
          <w:i w:val="0"/>
        </w:rPr>
        <w:t>Đó quả là điều đáng để mong chờ, Ross nghĩ khi chiếc xe dừng lại trước Cung điện Kensington, nhưng anh không bày tỏ ý kiến gì.</w:t>
      </w:r>
    </w:p>
    <w:p>
      <w:pPr>
        <w:spacing w:after="80"/>
        <w:jc w:val="center"/>
      </w:pPr>
      <w:r>
        <w:rPr>
          <w:b w:val="0"/>
          <w:i w:val="0"/>
        </w:rPr>
        <w:t>• • •</w:t>
      </w:r>
    </w:p>
    <w:p>
      <w:pPr>
        <w:spacing w:after="80"/>
      </w:pPr>
      <w:r>
        <w:rPr>
          <w:b w:val="0"/>
          <w:i w:val="0"/>
        </w:rPr>
        <w:t>William dõi theo bốn nhân viên y tế khiêng hai chiếc cáng xuống bậc thang máy bay và ra đường băng. Họ bước chậm rãi về phía chiếc xe cứu thương đang chờ sẵn mà ai cũng mong sẽ không cần đến, rồi nhẹ nhàng đặt hai chiếc cáng cạnh nhau. Một hình hài được phủ tấm khăn trắng lên đầu.</w:t>
      </w:r>
    </w:p>
    <w:p>
      <w:pPr>
        <w:spacing w:after="80"/>
      </w:pPr>
      <w:r>
        <w:rPr>
          <w:b w:val="0"/>
          <w:i w:val="0"/>
        </w:rPr>
        <w:t>Chốc lát sau, hai người đàn ông bị còng tay được áp giải khỏi máy bay và dẫn một cách không mấy nhẹ nhàng lên hai chiếc xe cảnh sát riêng biệt, cửa sau của chúng đã mở sẵn.</w:t>
      </w:r>
    </w:p>
    <w:p>
      <w:pPr>
        <w:spacing w:after="80"/>
      </w:pPr>
      <w:r>
        <w:rPr>
          <w:b w:val="0"/>
          <w:i w:val="0"/>
        </w:rPr>
        <w:t>“Cô gái dũng cảm,” Thanh tra Roach nói khi xe cứu thương lăn bánh rời đi. “Cô ấy hẳn sẽ là một thành viên tuyệt vời của đơn vị chúng ta.”</w:t>
      </w:r>
    </w:p>
    <w:p>
      <w:pPr>
        <w:spacing w:after="80"/>
      </w:pPr>
      <w:r>
        <w:rPr>
          <w:b w:val="0"/>
          <w:i w:val="0"/>
        </w:rPr>
        <w:t>William không bình luận gì, nhưng nếu lúc đó anh đang cầm súng thì anh đã bắn Khalifah ngay tại chỗ, và sẽ phải cần nhiều hơn cả Thanh tra Roach mới giữ được anh lại.</w:t>
      </w:r>
    </w:p>
    <w:p>
      <w:pPr>
        <w:pStyle w:val="Heading2"/>
      </w:pPr>
      <w:r>
        <w:rPr>
          <w:rFonts w:ascii="Calibri" w:hAnsi="Calibri"/>
          <w:b/>
          <w:i w:val="0"/>
          <w:sz w:val="32"/>
        </w:rPr>
        <w:t>CHƯƠNG 16</w:t>
      </w:r>
    </w:p>
    <w:p>
      <w:pPr>
        <w:spacing w:after="80"/>
      </w:pPr>
      <w:r>
        <w:rPr>
          <w:b w:val="0"/>
          <w:i w:val="0"/>
        </w:rPr>
        <w:t>BOOTH WATSON HỒI PHỤC khá nhanh sau cú sốc mà ông ta cố tự thuyết phục mình chẳng qua chỉ là một trở ngại tạm thời, nhưng giờ đành chấp nhận hoãn chuyến đi Seattle lại vài tháng. Khi Faulkner vẫn còn trong tù, không có cơ hội được thả sớm, thì ông ta đơn giản là phải chờ thời. Và thời gian đứng về phía ông ta.</w:t>
      </w:r>
    </w:p>
    <w:p>
      <w:pPr>
        <w:spacing w:after="80"/>
      </w:pPr>
      <w:r>
        <w:rPr>
          <w:b w:val="0"/>
          <w:i w:val="0"/>
        </w:rPr>
        <w:t>Ông ta sẽ cần sắp xếp một cuộc gặp sớm với Miles, tại đó ông ta sẽ cho Miles xem lá thư viết tay mà Christina để lại trong chiếc vali. Điều đó hẳn sẽ khiến cơn giận của Miles hướng sang chỗ khác, và ngăn Miles nghi ngờ những gì luật sư của mình đã làm trong lúc anh ta vắng mặt. Ông ta sẽ khuyên Miles rằng một nguồn tin ẩn danh nên mách nước cho cơ quan thuế về khoản tiền trúng quả của Christina, thế là một mũi tên trúng hai đích.</w:t>
      </w:r>
    </w:p>
    <w:p>
      <w:pPr>
        <w:spacing w:after="80"/>
      </w:pPr>
      <w:r>
        <w:rPr>
          <w:b w:val="0"/>
          <w:i w:val="0"/>
        </w:rPr>
        <w:t>Bất chấp mánh khóe của Christina, Booth Watson cảm thấy mọi chuyện chưa phải đã hết. Vẫn còn mười hai triệu tiền mặt nằm trong két của ngân hàng, và ông ta là người duy nhất được Miles giao chìa khóa két sắt. Ông ta chỉ cần ghé ngân hàng thêm vài lần nữa trong những tuần tới. Ông ta cũng sẽ thực hiện chỉ thị của Miles đến từng chữ, và chấp nhận mức giá hai mươi sáu triệu bảng cho 51% cổ phần của Miles trong Marcel and Neffe, rồi gửi số tiền đó vào tài khoản khách hàng của mình để bảo quản, nơi nó sẽ nằm yên cho đến khi tuyên án, lúc đó tiền sẽ được chuyển sang Hồng Kông ngay khi Miles yên vị an toàn trong Belmarsh – suốt mười bốn năm tiếp theo.</w:t>
      </w:r>
    </w:p>
    <w:p>
      <w:pPr>
        <w:spacing w:after="80"/>
      </w:pPr>
      <w:r>
        <w:rPr>
          <w:b w:val="0"/>
          <w:i w:val="0"/>
        </w:rPr>
        <w:t>Nhưng đó chỉ là chuyện nhỏ nhặt so với số tiền Booth Watson sẽ kiếm được khi bán bộ sưu tập nghệ thuật của Miles, cùng với bức Raphael, bức Rembrandt và bức Frans Hals mà ông ta sẽ đòi lại từ Fitzmolean sau khi cuộc triển lãm sắp tới của họ kết thúc. Điều đó sẽ không làm vừa lòng vợ của Warwick, mà ông ta coi đó là một phần thưởng thêm.</w:t>
      </w:r>
    </w:p>
    <w:p>
      <w:pPr>
        <w:spacing w:after="80"/>
      </w:pPr>
      <w:r>
        <w:rPr>
          <w:b w:val="0"/>
          <w:i w:val="0"/>
        </w:rPr>
        <w:t>Vậy nên, ngoài việc phải trả tiền cho một tài xế taxi dư thừa đã được đặt để đưa ông ta đến Heathrow, và tiền đặt cọc cho một chiếc phản lực chẳng bao giờ cất cánh, thì đó chưa hẳn là một thảm họa hoàn toàn. Ông ta chỉ cần chờ thêm một chút trước khi nghỉ hưu sớm. Tuy nhiên, vẫn còn một bí ẩn ông ta chưa giải đáp: kẻ đã mặc bộ đồng phục tài xế riêng là ai? Và rồi ông ta nhớ ra rằng dù kẻ đó là ai thì cũng đã không mở cửa xe cho Christina khi cô rời ngân hàng, nên đó không thể là công việc thường ngày của hắn.</w:t>
      </w:r>
    </w:p>
    <w:p>
      <w:pPr>
        <w:spacing w:after="80"/>
        <w:jc w:val="center"/>
      </w:pPr>
      <w:r>
        <w:rPr>
          <w:b w:val="0"/>
          <w:i w:val="0"/>
        </w:rPr>
        <w:t>• • •</w:t>
      </w:r>
    </w:p>
    <w:p>
      <w:pPr>
        <w:spacing w:after="80"/>
      </w:pPr>
      <w:r>
        <w:rPr>
          <w:b w:val="0"/>
          <w:i w:val="0"/>
        </w:rPr>
        <w:t xml:space="preserve">‘Tại sao Ngài Julian Warwick lại nhượng bộ dễ dàng đến thế?’ Miles hỏi, khi anh ngồi xuống đối diện Tulip và một cai ngục đưa cho anh một cốc cà phê đen bốc khói cùng một tờ </w:t>
      </w:r>
      <w:r>
        <w:rPr>
          <w:b w:val="0"/>
          <w:i/>
        </w:rPr>
        <w:t>The Times</w:t>
      </w:r>
      <w:r>
        <w:rPr>
          <w:b w:val="0"/>
          <w:i w:val="0"/>
        </w:rPr>
        <w:t>.</w:t>
      </w:r>
    </w:p>
    <w:p>
      <w:pPr>
        <w:spacing w:after="80"/>
      </w:pPr>
      <w:r>
        <w:rPr>
          <w:b w:val="0"/>
          <w:i w:val="0"/>
        </w:rPr>
        <w:t>‘Bởi vì nếu ông ta không nhượng bộ,’ Tulip gợi ý, ‘thì cậu con trai quý hóa của ông ta rất có thể đã phải cùng ăn sáng với chúng ta, thay vì chuyện trò thân mật với các Công nương.’</w:t>
      </w:r>
    </w:p>
    <w:p>
      <w:pPr>
        <w:spacing w:after="80"/>
      </w:pPr>
      <w:r>
        <w:rPr>
          <w:b w:val="0"/>
          <w:i w:val="0"/>
        </w:rPr>
        <w:t>Miles cau mày. ‘Tôi đang bỏ sót điều gì đó,’ anh nói khi một phạm nhân đặt trước mặt anh một đĩa trứng và thịt xông khói.</w:t>
      </w:r>
    </w:p>
    <w:p>
      <w:pPr>
        <w:spacing w:after="80"/>
      </w:pPr>
      <w:r>
        <w:rPr>
          <w:b w:val="0"/>
          <w:i w:val="0"/>
        </w:rPr>
        <w:t>‘Nhưng BW đã đưa cho anh một bản sao của thỏa thuận, và anh còn chứng kiến chữ ký của Ngài Julian trên bản gốc nữa.’</w:t>
      </w:r>
    </w:p>
    <w:p>
      <w:pPr>
        <w:spacing w:after="80"/>
      </w:pPr>
      <w:r>
        <w:rPr>
          <w:b w:val="0"/>
          <w:i w:val="0"/>
        </w:rPr>
        <w:t>‘Trên bản gốc,’ Miles nhắc lại, ‘nhưng chữ ký của ông ta không có trên bản sao của tôi.’</w:t>
      </w:r>
    </w:p>
    <w:p>
      <w:pPr>
        <w:spacing w:after="80"/>
      </w:pPr>
      <w:r>
        <w:rPr>
          <w:b w:val="0"/>
          <w:i w:val="0"/>
        </w:rPr>
        <w:t>‘Anh không thể ngụ ý rằng BW sẽ phản bội anh chứ? Ông ta làm luật sư cho anh từ khi tôi biết anh đến giờ. Dù sao đi nữa, ông ta được lợi gì chứ?’</w:t>
      </w:r>
    </w:p>
    <w:p>
      <w:pPr>
        <w:spacing w:after="80"/>
      </w:pPr>
      <w:r>
        <w:rPr>
          <w:b w:val="0"/>
          <w:i w:val="0"/>
        </w:rPr>
        <w:t>‘Khoảng hai trăm triệu bảng,’ Miles nói khi cà phê của anh nguội dần. ‘Tôi nghi ngờ ngay cả anh cũng sẽ phản bội tôi vì số tiền đó, nhất là khi anh biết tôi đang bị nhốt an toàn trong tù.’</w:t>
      </w:r>
    </w:p>
    <w:p>
      <w:pPr>
        <w:spacing w:after="80"/>
      </w:pPr>
      <w:r>
        <w:rPr>
          <w:b w:val="0"/>
          <w:i w:val="0"/>
        </w:rPr>
        <w:t>Tulip im lặng một lúc lâu trước khi nói, ‘Nhưng cứ nghĩ xem ông ta sẽ mất bao nhiêu khi anh phát hiện ra.’</w:t>
      </w:r>
    </w:p>
    <w:p>
      <w:pPr>
        <w:spacing w:after="80"/>
      </w:pPr>
      <w:r>
        <w:rPr>
          <w:b w:val="0"/>
          <w:i w:val="0"/>
        </w:rPr>
        <w:t>‘Cứ nghĩ xem ông ta sẽ được bao nhiêu nếu tôi không phát hiện ra,’ Miles đáp.</w:t>
      </w:r>
    </w:p>
    <w:p>
      <w:pPr>
        <w:spacing w:after="80"/>
      </w:pPr>
      <w:r>
        <w:rPr>
          <w:b w:val="0"/>
          <w:i w:val="0"/>
        </w:rPr>
        <w:t>‘Nhưng làm sao anh có thể chắc chắn được khi anh đang bị giam trong này?’</w:t>
      </w:r>
    </w:p>
    <w:p>
      <w:pPr>
        <w:spacing w:after="80"/>
      </w:pPr>
      <w:r>
        <w:rPr>
          <w:b w:val="0"/>
          <w:i w:val="0"/>
        </w:rPr>
        <w:t>‘Có lẽ đã đến lúc tôi mua một hợp đồng bảo hiểm với cựu giám đốc Lamont làm người thụ hưởng.’</w:t>
      </w:r>
    </w:p>
    <w:p>
      <w:pPr>
        <w:spacing w:after="80"/>
      </w:pPr>
      <w:r>
        <w:rPr>
          <w:b w:val="0"/>
          <w:i w:val="0"/>
        </w:rPr>
        <w:t>‘Nhưng ông ta là kẻ mà cậu chưa bao giờ tin tưởng,’ Tulip nói. ‘Và dù sao đi nữa, có lẽ ông ta đang làm việc cho BW rồi.’</w:t>
      </w:r>
    </w:p>
    <w:p>
      <w:pPr>
        <w:spacing w:after="80"/>
      </w:pPr>
      <w:r>
        <w:rPr>
          <w:b w:val="0"/>
          <w:i w:val="0"/>
        </w:rPr>
        <w:t>'Vậy thì chúng ta sẽ phải tăng gấp đôi lương cho anh ta và nói rõ ràng chính xác điều gì sẽ xảy ra với anh ta nếu anh ta quyết định phản bội tôi.'</w:t>
      </w:r>
    </w:p>
    <w:p>
      <w:pPr>
        <w:spacing w:after="80"/>
      </w:pPr>
      <w:r>
        <w:rPr>
          <w:b w:val="0"/>
          <w:i w:val="0"/>
        </w:rPr>
        <w:t xml:space="preserve">Miles gạt phần bữa sáng còn nguyên sang một bên và liếc nhìn tấm ảnh Mansour Khalifah trên trang nhất tờ </w:t>
      </w:r>
      <w:r>
        <w:rPr>
          <w:b w:val="0"/>
          <w:i/>
        </w:rPr>
        <w:t>The Times</w:t>
      </w:r>
      <w:r>
        <w:rPr>
          <w:b w:val="0"/>
          <w:i w:val="0"/>
        </w:rPr>
        <w:t>.</w:t>
      </w:r>
    </w:p>
    <w:p>
      <w:pPr>
        <w:spacing w:after="80"/>
      </w:pPr>
      <w:r>
        <w:rPr>
          <w:b w:val="0"/>
          <w:i w:val="0"/>
        </w:rPr>
        <w:t>‘Giờ thì có một gã mà tôi sẵn lòng giết,’ Tulip nói, chỉ vào bức ảnh.</w:t>
      </w:r>
    </w:p>
    <w:p>
      <w:pPr>
        <w:spacing w:after="80"/>
      </w:pPr>
      <w:r>
        <w:rPr>
          <w:b w:val="0"/>
          <w:i w:val="0"/>
        </w:rPr>
        <w:t>‘Giữ mạng anh ta có khi lại có lợi cho chúng ta,’ Miles nói khi một tên lính rót cho anh cốc cà phê thứ hai.</w:t>
      </w:r>
    </w:p>
    <w:p>
      <w:pPr>
        <w:spacing w:after="80"/>
      </w:pPr>
      <w:r>
        <w:rPr>
          <w:b w:val="0"/>
          <w:i w:val="0"/>
        </w:rPr>
        <w:t>‘Sao vậy, sếp? Chúng ta được lợi gì chứ?’</w:t>
      </w:r>
    </w:p>
    <w:p>
      <w:pPr>
        <w:spacing w:after="80"/>
      </w:pPr>
      <w:r>
        <w:rPr>
          <w:b w:val="0"/>
          <w:i w:val="0"/>
        </w:rPr>
        <w:t>‘Khalifah sẽ có những thông tin mà cảnh sát, chưa kể đến Bộ Ngoại giao, sẽ rất vui mừng được biết. Những thông tin có thể thuyết phục một thẩm phán giảm thêm thời gian ngồi tù cho tôi.’</w:t>
      </w:r>
    </w:p>
    <w:p>
      <w:pPr>
        <w:spacing w:after="80"/>
      </w:pPr>
      <w:r>
        <w:rPr>
          <w:b w:val="0"/>
          <w:i w:val="0"/>
        </w:rPr>
        <w:t>‘Nhưng Khalifah sẽ không bao giờ chia sẻ thông tin đó với những kẻ ngoại đạo như chúng ta đâu, sếp.’</w:t>
      </w:r>
    </w:p>
    <w:p>
      <w:pPr>
        <w:spacing w:after="80"/>
      </w:pPr>
      <w:r>
        <w:rPr>
          <w:b w:val="0"/>
          <w:i w:val="0"/>
        </w:rPr>
        <w:t>‘Có lẽ là không. Vậy nên chúng ta cần cải hóa một Kẻ Cuồng Tín để theo phe mình. Ở Belmarsh có bao nhiêu người như thế?’</w:t>
      </w:r>
    </w:p>
    <w:p>
      <w:pPr>
        <w:spacing w:after="80"/>
      </w:pPr>
      <w:r>
        <w:rPr>
          <w:b w:val="0"/>
          <w:i w:val="0"/>
        </w:rPr>
        <w:t>‘Cả chục người ư? Có khi còn hơn. Nhưng tất cả bọn họ đều xem Khalifah là anh hùng, và họ sẽ không bao giờ nghĩ đến chuyện chống lại anh ta.’</w:t>
      </w:r>
    </w:p>
    <w:p>
      <w:pPr>
        <w:spacing w:after="80"/>
      </w:pPr>
      <w:r>
        <w:rPr>
          <w:b w:val="0"/>
          <w:i w:val="0"/>
        </w:rPr>
        <w:t>‘Có ai trong số họ uống rượu hay nghiện ma túy không?’</w:t>
      </w:r>
    </w:p>
    <w:p>
      <w:pPr>
        <w:spacing w:after="80"/>
      </w:pPr>
      <w:r>
        <w:rPr>
          <w:b w:val="0"/>
          <w:i w:val="0"/>
        </w:rPr>
        <w:t>‘Không phải một trong số họ,’ Tulip nói, người vốn hiểu rõ khách hàng của mình. ‘Đó sẽ không phải là cách để liên lạc với ông ta.’</w:t>
      </w:r>
    </w:p>
    <w:p>
      <w:pPr>
        <w:spacing w:after="80"/>
      </w:pPr>
      <w:r>
        <w:rPr>
          <w:b w:val="0"/>
          <w:i w:val="0"/>
        </w:rPr>
        <w:t>‘Mười hai kẻ, ngươi nói vậy. Thế thì chúng ta cần tìm ra tên Judas giữa bọn chúng, vì ta rất sẵn lòng cung cấp cho hắn nhiều hơn ba mươi miếng bạc đến mức đáng nguyền rủa.’</w:t>
      </w:r>
    </w:p>
    <w:p>
      <w:pPr>
        <w:spacing w:after="80"/>
      </w:pPr>
      <w:r>
        <w:rPr>
          <w:b w:val="0"/>
          <w:i w:val="0"/>
        </w:rPr>
        <w:t>‘Không ai trong số họ sẽ phản bội cậu ấy vì tiền đâu,’ Tulip nói. ‘Dù cậu có trả bao nhiêu đi chăng nữa.’</w:t>
      </w:r>
    </w:p>
    <w:p>
      <w:pPr>
        <w:spacing w:after="80"/>
      </w:pPr>
      <w:r>
        <w:rPr>
          <w:b w:val="0"/>
          <w:i w:val="0"/>
        </w:rPr>
        <w:t xml:space="preserve">‘Tìm hiểu xem họ </w:t>
      </w:r>
      <w:r>
        <w:rPr>
          <w:b w:val="0"/>
          <w:i/>
        </w:rPr>
        <w:t xml:space="preserve">sẽ </w:t>
      </w:r>
      <w:r>
        <w:rPr>
          <w:b w:val="0"/>
          <w:i w:val="0"/>
        </w:rPr>
        <w:t>phản bội anh ta vì cái gì, và thế là tôi có hai hợp đồng bảo hiểm.’</w:t>
      </w:r>
    </w:p>
    <w:p>
      <w:pPr>
        <w:spacing w:after="80"/>
        <w:jc w:val="center"/>
      </w:pPr>
      <w:r>
        <w:rPr>
          <w:b w:val="0"/>
          <w:i w:val="0"/>
        </w:rPr>
        <w:t>• • •</w:t>
      </w:r>
    </w:p>
    <w:p>
      <w:pPr>
        <w:spacing w:after="80"/>
      </w:pPr>
      <w:r>
        <w:rPr>
          <w:b w:val="0"/>
          <w:i w:val="0"/>
        </w:rPr>
        <w:t>Miles Faulkner đọc lại mẩu giấy của Christina lần thứ ba trước khi lên tiếng. "Đáng lẽ tôi phải giết con mụ đó từ nhiều năm trước rồi," ông ta nói, đấm nắm tay xuống bàn.</w:t>
      </w:r>
    </w:p>
    <w:p>
      <w:pPr>
        <w:spacing w:after="80"/>
      </w:pPr>
      <w:r>
        <w:rPr>
          <w:b w:val="0"/>
          <w:i w:val="0"/>
        </w:rPr>
        <w:t>"Đừng nói thế kể cả khi đùa cho đến khi phiên tòa kết thúc," Booth Watson nói. "Chúng ta không muốn làm hỏng cơ hội được ra tù sớm của ông đâu."</w:t>
      </w:r>
    </w:p>
    <w:p>
      <w:pPr>
        <w:spacing w:after="80"/>
      </w:pPr>
      <w:r>
        <w:rPr>
          <w:b w:val="0"/>
          <w:i w:val="0"/>
        </w:rPr>
        <w:t>Ông ta chờ khách hàng của mình bình tĩnh lại rồi mới tiếp tục phần còn lại trong chương trình làm việc. "Còn một hai giấy tờ nữa cần ông ký nếu chúng ta muốn mọi thứ sẵn sàng vào lúc ông được thả."</w:t>
      </w:r>
    </w:p>
    <w:p>
      <w:pPr>
        <w:spacing w:after="80"/>
      </w:pPr>
      <w:r>
        <w:rPr>
          <w:b w:val="0"/>
          <w:i w:val="0"/>
        </w:rPr>
        <w:t>Miles gật đầu.</w:t>
      </w:r>
    </w:p>
    <w:p>
      <w:pPr>
        <w:spacing w:after="80"/>
      </w:pPr>
      <w:r>
        <w:rPr>
          <w:b w:val="0"/>
          <w:i w:val="0"/>
        </w:rPr>
        <w:t>"Đầu tiên, theo chỉ dẫn của ông, tôi đã bán 51 phần trăm cổ phần của ông trong Marcel và Neffe."</w:t>
      </w:r>
    </w:p>
    <w:p>
      <w:pPr>
        <w:spacing w:after="80"/>
      </w:pPr>
      <w:r>
        <w:rPr>
          <w:b w:val="0"/>
          <w:i w:val="0"/>
        </w:rPr>
        <w:t>"Ông được bao nhiêu?"</w:t>
      </w:r>
    </w:p>
    <w:p>
      <w:pPr>
        <w:spacing w:after="80"/>
      </w:pPr>
      <w:r>
        <w:rPr>
          <w:b w:val="0"/>
          <w:i w:val="0"/>
        </w:rPr>
        <w:t>"Hai mươi sáu triệu – nhiều hơn bốn triệu so với giá ông yêu cầu."</w:t>
      </w:r>
    </w:p>
    <w:p>
      <w:pPr>
        <w:spacing w:after="80"/>
      </w:pPr>
      <w:r>
        <w:rPr>
          <w:b w:val="0"/>
          <w:i w:val="0"/>
        </w:rPr>
        <w:t>"Ông đã gửi tiền vào đâu?"</w:t>
      </w:r>
    </w:p>
    <w:p>
      <w:pPr>
        <w:spacing w:after="80"/>
      </w:pPr>
      <w:r>
        <w:rPr>
          <w:b w:val="0"/>
          <w:i w:val="0"/>
        </w:rPr>
        <w:t>"Hiện nó đang ở trong tài khoản khách hàng của ông, nhưng tôi có thể chuyển đến bất kỳ ngân hàng nào ông chọn. Chỉ cần cho tôi tên và số tài khoản."</w:t>
      </w:r>
    </w:p>
    <w:p>
      <w:pPr>
        <w:spacing w:after="80"/>
      </w:pPr>
      <w:r>
        <w:rPr>
          <w:b w:val="0"/>
          <w:i w:val="0"/>
        </w:rPr>
        <w:t>"Chuyển toàn bộ số tiền vào tài khoản số của tôi tại Ngân hàng Zurich. Tôi không có ý định ở lại Anh sau khi ra khỏi chỗ này, và tôi chắc chắn không định trả bốn mươi phần trăm thuế cho những kẻ đã tống tôi vào đây."</w:t>
      </w:r>
    </w:p>
    <w:p>
      <w:pPr>
        <w:spacing w:after="80"/>
      </w:pPr>
      <w:r>
        <w:rPr>
          <w:b w:val="0"/>
          <w:i w:val="0"/>
        </w:rPr>
        <w:t>Booth Watson ghi lại chỉ dẫn của khách hàng, dù ông ta không hề có ý định thực hiện chúng.</w:t>
      </w:r>
    </w:p>
    <w:p>
      <w:pPr>
        <w:spacing w:after="80"/>
      </w:pPr>
      <w:r>
        <w:rPr>
          <w:b w:val="0"/>
          <w:i w:val="0"/>
        </w:rPr>
        <w:t>"Ông có thể trích một phần trăm cho mình," Miles nói rồi thêm, "trong bốn triệu đó."</w:t>
      </w:r>
    </w:p>
    <w:p>
      <w:pPr>
        <w:spacing w:after="80"/>
      </w:pPr>
      <w:r>
        <w:rPr>
          <w:b w:val="0"/>
          <w:i w:val="0"/>
        </w:rPr>
        <w:t>Booth Watson không nhắc Miles rằng ban đầu ông ta đã hứa cho anh ta một triệu – việc gì phải bận tâm, khi dù sao ông ta cũng sẽ lấy nó?</w:t>
      </w:r>
    </w:p>
    <w:p>
      <w:pPr>
        <w:spacing w:after="80"/>
      </w:pPr>
      <w:r>
        <w:rPr>
          <w:b w:val="0"/>
          <w:i w:val="0"/>
        </w:rPr>
        <w:t>"Cảm ơn, Miles," Booth Watson nói khi đưa thêm hai tài liệu để ông ta ký. Ông ta không nhận ra rằng toàn bộ số tiền cuối cùng sẽ được chuyển vào một tài khoản riêng, không phải ở Zurich, mà ở Hồng Kông. Booth Watson không buồn nhắc rằng bộ sưu tập nghệ thuật quý giá của khách hàng đang được cất trong một nhà kho gần sân bay Gatwick và ông ta đã sắp xếp một cuộc gặp với một người mua tiềm năng đã tỏ ra quan tâm đến việc mua trọn bộ sưu tập.</w:t>
      </w:r>
    </w:p>
    <w:p>
      <w:pPr>
        <w:spacing w:after="80"/>
      </w:pPr>
      <w:r>
        <w:rPr>
          <w:b w:val="0"/>
          <w:i w:val="0"/>
        </w:rPr>
        <w:t>"Còn gì nữa không?" Miles hỏi sau khi liếc đồng hồ thấy họ chỉ còn mười lăm phút.</w:t>
      </w:r>
    </w:p>
    <w:p>
      <w:pPr>
        <w:spacing w:after="80"/>
      </w:pPr>
      <w:r>
        <w:rPr>
          <w:b w:val="0"/>
          <w:i w:val="0"/>
        </w:rPr>
        <w:t>‘Còn một chuyện nữa. Triển lãm Frans Hals sẽ mở cửa tại Fitzmolean trong vài tuần tới, và nếu anh cho phép, khi triển lãm kết thúc, tôi sẽ thu hồi bức chân dung tự họa.’</w:t>
      </w:r>
    </w:p>
    <w:p>
      <w:pPr>
        <w:spacing w:after="80"/>
      </w:pPr>
      <w:r>
        <w:rPr>
          <w:b w:val="0"/>
          <w:i w:val="0"/>
        </w:rPr>
        <w:t>‘Cùng ngày đó. Và anh có thể thông báo cho Fitzmolean rằng tôi mong bức Raphael và Rembrandt của tôi cũng được trả lại, vì ngay từ đầu chúng chỉ được cho họ mượn mà thôi.’</w:t>
      </w:r>
    </w:p>
    <w:p>
      <w:pPr>
        <w:spacing w:after="80"/>
      </w:pPr>
      <w:r>
        <w:rPr>
          <w:b w:val="0"/>
          <w:i w:val="0"/>
        </w:rPr>
        <w:t>‘Cho mượn vĩnh viễn,’ Booth Watson nhắc lại. ‘Nhưng tôi tin chắc mình đã tìm ra một kẽ hở trong hợp đồng mà họ chưa từng nghĩ tới, kẽ hở đó sẽ biến “vĩnh viễn” thành “tạm thời”.'</w:t>
      </w:r>
    </w:p>
    <w:p>
      <w:pPr>
        <w:spacing w:after="80"/>
      </w:pPr>
      <w:r>
        <w:rPr>
          <w:b w:val="0"/>
          <w:i w:val="0"/>
        </w:rPr>
        <w:t>‘Vậy thì anh có thể chuyển cả ba bức về Tây Ban Nha để nhập vào phần còn lại của bộ sưu tập.’</w:t>
      </w:r>
    </w:p>
    <w:p>
      <w:pPr>
        <w:spacing w:after="80"/>
      </w:pPr>
      <w:r>
        <w:rPr>
          <w:b w:val="0"/>
          <w:i w:val="0"/>
        </w:rPr>
        <w:t>Booth Watson hoàn toàn có ý định đảm bảo rằng các bức tranh sẽ nhập vào phần còn lại của bộ sưu tập, nhưng không phải ở Tây Ban Nha.</w:t>
      </w:r>
    </w:p>
    <w:p>
      <w:pPr>
        <w:spacing w:after="80"/>
      </w:pPr>
      <w:r>
        <w:rPr>
          <w:b w:val="0"/>
          <w:i w:val="0"/>
        </w:rPr>
        <w:t>‘Tin mới nhất về phiên tòa thế nào?’</w:t>
      </w:r>
    </w:p>
    <w:p>
      <w:pPr>
        <w:spacing w:after="80"/>
      </w:pPr>
      <w:r>
        <w:rPr>
          <w:b w:val="0"/>
          <w:i w:val="0"/>
        </w:rPr>
        <w:t>‘Cuối cùng CPS đã ấn định được ngày, mười bốn tháng Chín. Vậy nên miễn là anh vẫn sẵn sàng nhận tội, chúng ta sẽ đưa anh ra khỏi đây trước Giáng sinh.’</w:t>
      </w:r>
    </w:p>
    <w:p>
      <w:pPr>
        <w:spacing w:after="80"/>
      </w:pPr>
      <w:r>
        <w:rPr>
          <w:b w:val="0"/>
          <w:i w:val="0"/>
        </w:rPr>
        <w:t>‘Hoặc có thể sớm hơn.’</w:t>
      </w:r>
    </w:p>
    <w:p>
      <w:pPr>
        <w:spacing w:after="80"/>
      </w:pPr>
      <w:r>
        <w:rPr>
          <w:b w:val="0"/>
          <w:i w:val="0"/>
        </w:rPr>
        <w:t>‘Anh lại định trốn thoát lần nữa à?’ Booth Watson hỏi, người không thích bị bất ngờ.</w:t>
      </w:r>
    </w:p>
    <w:p>
      <w:pPr>
        <w:spacing w:after="80"/>
      </w:pPr>
      <w:r>
        <w:rPr>
          <w:b w:val="0"/>
          <w:i w:val="0"/>
        </w:rPr>
        <w:t>‘Không. Điều tôi đang tính cần tôi phải ở lại bên trong,’ Miles nói. Nhưng anh ta không có ý định để BW biết mình đã lên kế hoạch gì cho Khalifah.</w:t>
      </w:r>
    </w:p>
    <w:p>
      <w:pPr>
        <w:spacing w:after="80"/>
      </w:pPr>
      <w:r>
        <w:rPr>
          <w:b w:val="0"/>
          <w:i w:val="0"/>
        </w:rPr>
        <w:t>‘Tôi dám hỏi không?’ Booth Watson nói, cố giữ bình tĩnh.</w:t>
      </w:r>
    </w:p>
    <w:p>
      <w:pPr>
        <w:spacing w:after="80"/>
      </w:pPr>
      <w:r>
        <w:rPr>
          <w:b w:val="0"/>
          <w:i w:val="0"/>
        </w:rPr>
        <w:t>‘Chưa đâu, cho đến khi tôi nắm được Hawksby trong tay và ông ta phải van xin tôi “khai sáng” cho ông ta.’</w:t>
      </w:r>
    </w:p>
    <w:p>
      <w:pPr>
        <w:spacing w:after="80"/>
      </w:pPr>
      <w:r>
        <w:rPr>
          <w:b w:val="0"/>
          <w:i w:val="0"/>
        </w:rPr>
        <w:t>Booth Watson định hỏi thì… có tiếng gõ cửa lớn.</w:t>
      </w:r>
    </w:p>
    <w:p>
      <w:pPr>
        <w:spacing w:after="80"/>
      </w:pPr>
      <w:r>
        <w:rPr>
          <w:b w:val="0"/>
          <w:i w:val="0"/>
        </w:rPr>
        <w:t>‘Hết giờ rồi,’ viên sĩ quan trực nói, vẫn đứng ở ngưỡng cửa.</w:t>
      </w:r>
    </w:p>
    <w:p>
      <w:pPr>
        <w:spacing w:after="80"/>
      </w:pPr>
      <w:r>
        <w:rPr>
          <w:b w:val="0"/>
          <w:i w:val="0"/>
        </w:rPr>
        <w:t>Booth Watson không nói nên lời, thậm chí quên cả việc nhờ ông Harris làm chứng cho chữ ký của Miles trên ba tài liệu lẽ ra đã giúp anh ta đặt được vé một chiều đi Hồng Kông.</w:t>
      </w:r>
    </w:p>
    <w:p>
      <w:pPr>
        <w:spacing w:after="80"/>
      </w:pPr>
      <w:r>
        <w:rPr>
          <w:b w:val="0"/>
          <w:i w:val="0"/>
        </w:rPr>
        <w:t>Miles đứng dậy khỏi chỗ ngồi ở phía bên kia bàn và rời đi không nói thêm lời nào. Anh bước ra khỏi buồng kính, nơi Harris đang đợi để hộ tống anh về xà lim. ‘Chết tiệt,’ Miles nói sau khi đi được vài bước. Anh quay lại nhưng BW đã biến mất.</w:t>
      </w:r>
    </w:p>
    <w:p>
      <w:pPr>
        <w:spacing w:after="80"/>
      </w:pPr>
      <w:r>
        <w:rPr>
          <w:b w:val="0"/>
          <w:i w:val="0"/>
        </w:rPr>
        <w:t>‘Có chuyện gì không ổn à, ông Faulkner?’ SO Harris hỏi, khi cánh cổng hai thanh đã được khóa lại phía sau ông.</w:t>
      </w:r>
    </w:p>
    <w:p>
      <w:pPr>
        <w:spacing w:after="80"/>
      </w:pPr>
      <w:r>
        <w:rPr>
          <w:b w:val="0"/>
          <w:i w:val="0"/>
        </w:rPr>
        <w:t>‘Không có gì mà không đợi được đến tuần sau.’</w:t>
      </w:r>
    </w:p>
    <w:p>
      <w:pPr>
        <w:pStyle w:val="Heading2"/>
      </w:pPr>
      <w:r>
        <w:rPr>
          <w:rFonts w:ascii="Calibri" w:hAnsi="Calibri"/>
          <w:b/>
          <w:i w:val="0"/>
          <w:sz w:val="32"/>
        </w:rPr>
        <w:t>CHƯƠNG 17</w:t>
      </w:r>
    </w:p>
    <w:p>
      <w:pPr>
        <w:spacing w:after="80"/>
      </w:pPr>
      <w:r>
        <w:rPr>
          <w:b w:val="0"/>
          <w:i w:val="0"/>
        </w:rPr>
        <w:t>WILLIAM TỰ CHO MÌNH BA MƯƠI PHÚT để đi quãng đường ngắn ấy.</w:t>
      </w:r>
    </w:p>
    <w:p>
      <w:pPr>
        <w:spacing w:after="80"/>
      </w:pPr>
      <w:r>
        <w:rPr>
          <w:b w:val="0"/>
          <w:i w:val="0"/>
        </w:rPr>
        <w:t>Việc nhận được lệnh triệu tập đến cung điện để dự buổi lễ không khiến anh bất ngờ. Vị chỉ huy đã kể chi tiết cho anh về vai trò mà anh sẽ phải đảm nhận. Khi nói đến việc trao huân chương vì lòng dũng cảm, ông ấy bảo anh rằng Bệ hạ sẽ không cho phép bất kỳ thành viên nào khác của Hoàng gia thay bà trao tặng. Suy cho cùng, tấm huân chương ấy mang tên bà.</w:t>
      </w:r>
    </w:p>
    <w:p>
      <w:pPr>
        <w:spacing w:after="80"/>
      </w:pPr>
      <w:r>
        <w:rPr>
          <w:b w:val="0"/>
          <w:i w:val="0"/>
        </w:rPr>
        <w:t>Anh lái xe ra khỏi Scotland Yard và hướng về phía Whitehall. Anh rẽ trái ở Quảng trường Trafalgar, đi qua dưới Cổng Admiralty rồi vào đường The Mall. Khi đèn ở cuối đường The Mall chuyển xanh, anh vòng qua tượng Nữ hoàng Victoria, rồi dừng lại trước Cổng Bắc Trung tâm của Cung điện Buckingham.</w:t>
      </w:r>
    </w:p>
    <w:p>
      <w:pPr>
        <w:spacing w:after="80"/>
      </w:pPr>
      <w:r>
        <w:rPr>
          <w:b w:val="0"/>
          <w:i w:val="0"/>
        </w:rPr>
        <w:t>Một người lính gác kiểm tra tên anh trên một tấm bảng kẹp giấy, rồi chỉ anh đi qua vòm cổng bên trái vào một khoảng sân lớn hình tứ giác. Theo chỉ dẫn, William đỗ chiếc Mini của mình bên cạnh chiếc Jaguar của vị chỉ huy. Lại một lần nữa, Hawk đã đến trước anh.</w:t>
      </w:r>
    </w:p>
    <w:p>
      <w:pPr>
        <w:spacing w:after="80"/>
      </w:pPr>
      <w:r>
        <w:rPr>
          <w:b w:val="0"/>
          <w:i w:val="0"/>
        </w:rPr>
        <w:t>Anh bước ra khỏi xe, không chắc nên đi đâu cho đến khi thấy Ủy viên Cảnh sát Metropolitan trong bộ lễ phục chỉnh tề, sải bước phía trước anh; một người rõ ràng biết mình đang đi đâu.</w:t>
      </w:r>
    </w:p>
    <w:p>
      <w:pPr>
        <w:spacing w:after="80"/>
      </w:pPr>
      <w:r>
        <w:rPr>
          <w:b w:val="0"/>
          <w:i w:val="0"/>
        </w:rPr>
        <w:t>Khi William đến trước cánh cửa đôi khổng lồ đánh dấu lối vào nghi lễ của cung điện, tên anh lại được ghi nhận một lần nữa trước khi một người hầu cận, lộng lẫy trong bộ trang phục vàng – cứ như bước ra từ một thế kỷ trước – lặng lẽ dẫn anh lên cầu thang rộng trải thảm đỏ, đến tầng một.</w:t>
      </w:r>
    </w:p>
    <w:p>
      <w:pPr>
        <w:spacing w:after="80"/>
      </w:pPr>
      <w:r>
        <w:rPr>
          <w:b w:val="0"/>
          <w:i w:val="0"/>
        </w:rPr>
        <w:t>‘Nếu ngài đi qua Phòng trưng bày Dài, thưa ngài,’ người hầu cận nói, ‘thì Phòng Ngai vàng ở bên phải ngài.’</w:t>
      </w:r>
    </w:p>
    <w:p>
      <w:pPr>
        <w:spacing w:after="80"/>
      </w:pPr>
      <w:r>
        <w:rPr>
          <w:b w:val="0"/>
          <w:i w:val="0"/>
        </w:rPr>
        <w:t xml:space="preserve">William liếc nhìn đồng hồ; vẫn còn mười hai phút trước khi buổi lễ bắt đầu, nên anh bước thật chậm dọc theo lối giữa của Phòng trưng bày Dài. Căn phòng rộng như một con đường quê, và những bức tường cao vút phía trên anh chi chít tranh. Anh dừng lại chiêm ngưỡng bao nhiêu bức tranh mà đến nay anh mới chỉ thấy trong </w:t>
      </w:r>
      <w:r>
        <w:rPr>
          <w:b w:val="0"/>
          <w:i/>
        </w:rPr>
        <w:t>Những bức tranh của Nữ hoàng</w:t>
      </w:r>
      <w:r>
        <w:rPr>
          <w:b w:val="0"/>
          <w:i w:val="0"/>
        </w:rPr>
        <w:t xml:space="preserve">, cuốn sách cha anh đã tặng anh khi còn nhỏ. Anh dừng bước khi đến trước </w:t>
      </w:r>
      <w:r>
        <w:rPr>
          <w:b w:val="0"/>
          <w:i/>
        </w:rPr>
        <w:t>Charles I</w:t>
      </w:r>
      <w:r>
        <w:rPr>
          <w:b w:val="0"/>
          <w:i w:val="0"/>
        </w:rPr>
        <w:t xml:space="preserve"> và </w:t>
      </w:r>
      <w:r>
        <w:rPr>
          <w:b w:val="0"/>
          <w:i/>
        </w:rPr>
        <w:t>Henrietta Maria</w:t>
      </w:r>
      <w:r>
        <w:rPr>
          <w:b w:val="0"/>
          <w:i w:val="0"/>
        </w:rPr>
        <w:t xml:space="preserve"> của Van Dyck. Anh phải lùi lại một bước để thưởng thức trọn vẹn bức chân dung lớn ấy, suýt nữa thì đụng phải một vị khách khác.</w:t>
      </w:r>
    </w:p>
    <w:p>
      <w:pPr>
        <w:spacing w:after="80"/>
      </w:pPr>
      <w:r>
        <w:rPr>
          <w:b w:val="0"/>
          <w:i w:val="0"/>
        </w:rPr>
        <w:t>‘Chào buổi sáng, thưa ngài,’ DS Adaja nói.</w:t>
      </w:r>
    </w:p>
    <w:p>
      <w:pPr>
        <w:spacing w:after="80"/>
      </w:pPr>
      <w:r>
        <w:rPr>
          <w:b w:val="0"/>
          <w:i w:val="0"/>
        </w:rPr>
        <w:t>‘Chào buổi sáng, Paul,’ William nói mà không quay lại. ‘Beth sẽ ghen tị lắm đây,’ anh nói thêm, không giấu nổi nụ cười tự mãn.</w:t>
      </w:r>
    </w:p>
    <w:p>
      <w:pPr>
        <w:spacing w:after="80"/>
      </w:pPr>
      <w:r>
        <w:rPr>
          <w:b w:val="0"/>
          <w:i w:val="0"/>
        </w:rPr>
        <w:t>‘Tôi e cô ấy còn chẳng đến được Phòng Ngai vàng ấy chứ,’ Paul nói. ‘Và chúng ta cũng vậy nếu không mau lên.’</w:t>
      </w:r>
    </w:p>
    <w:p>
      <w:pPr>
        <w:spacing w:after="80"/>
      </w:pPr>
      <w:r>
        <w:rPr>
          <w:b w:val="0"/>
          <w:i w:val="0"/>
        </w:rPr>
        <w:t>William miễn cưỡng đi theo anh ta, cố thu vào mắt một bức Canaletto và một bức Van Dyck trước khi cuối cùng bước vào Phòng Ngai vàng. Lại một lần nữa, cụm từ ‘đẹp đến nín thở’ dường như chẳng đủ để diễn tả những gì anh thấy trước mắt. Anh đứng một lát và chiêm ngưỡng chiếc đèn chùm pha lê khổng lồ treo lơ lửng từ trần cao giữa phòng, nhưng rồi ánh mắt anh bị hút về hai chiếc ngai đỏ tựa lưng cao đặt trên một bục cao ở cuối phòng, nơi chỉ có hai người được quyền ngồi. Căn phòng mênh mông chật kín những dãy ghế vàng dài mà anh đoán có thể chứa được vài trăm khách, nhưng trong dịp này, chỉ hàng ghế đầu là có người ngồi. Anh chậm rãi bước dọc lối đi trải thảm đỏ về phía các ngai vàng. Khi đến hàng ghế đầu, anh thấy vị Ủy viên và Hawk đang mải mê trò chuyện. Anh ngồi vào chỗ được chỉ định ở cuối hàng, cạnh Rebecca. Lại một câu ‘Chào buổi sáng, thưa ngài,’ trước khi anh mỉm cười với Ross, người đang ngồi bên phải cô ấy. William định hỏi anh ta một câu thì mọi người bỗng im bặt và đứng dậy khỏi chỗ. Anh liếc sang trái để xem sếp mình bước vào.</w:t>
      </w:r>
    </w:p>
    <w:p>
      <w:pPr>
        <w:spacing w:after="80"/>
      </w:pPr>
      <w:r>
        <w:rPr>
          <w:b w:val="0"/>
          <w:i w:val="0"/>
        </w:rPr>
        <w:t>Nhỏ bé làm sao, đó là ý nghĩ đầu tiên của anh, khi Nữ hoàng bước ngang qua họ. Anh tự hỏi liệu bà có ngồi lên ngai của mình không, nhưng bà dừng lại trên bậc thềm dẫn lên bục, và quay mặt về phía khán giả.</w:t>
      </w:r>
    </w:p>
    <w:p>
      <w:pPr>
        <w:spacing w:after="80"/>
      </w:pPr>
      <w:r>
        <w:rPr>
          <w:b w:val="0"/>
          <w:i w:val="0"/>
        </w:rPr>
        <w:t>Một viên quan hầu quý tộc khẽ vẫy tay ra hiệu mời mọi người ngồi xuống, trong khi một người khác trao bài phát biểu cho Nữ hoàng. William vẫn đứng.</w:t>
      </w:r>
    </w:p>
    <w:p>
      <w:pPr>
        <w:spacing w:after="80"/>
      </w:pPr>
      <w:r>
        <w:rPr>
          <w:b w:val="0"/>
          <w:i w:val="0"/>
        </w:rPr>
        <w:t>"Trước tiên, cho phép tôi được chào mừng quý vị, và nói rằng chúng tôi vui mừng biết bao khi tất cả quý vị có thể đến cùng tôi trong dịp đặc biệt này."</w:t>
      </w:r>
    </w:p>
    <w:p>
      <w:pPr>
        <w:spacing w:after="80"/>
      </w:pPr>
      <w:r>
        <w:rPr>
          <w:b w:val="0"/>
          <w:i w:val="0"/>
        </w:rPr>
        <w:t>William không khỏi tự hỏi ai lại có cuộc hẹn nào cấp bách hơn chứ.</w:t>
      </w:r>
    </w:p>
    <w:p>
      <w:pPr>
        <w:spacing w:after="80"/>
      </w:pPr>
      <w:r>
        <w:rPr>
          <w:b w:val="0"/>
          <w:i w:val="0"/>
        </w:rPr>
        <w:t>"Hôm nay tất cả chúng ta tụ họp để ghi nhận sự phục vụ của một cá nhân phi thường, người chắc chắn có thể được mô tả là không phải một người phụ nữ tầm thường." Bà dừng lại lật một trang bản thảo. "Khi được kêu gọi làm tròn bổn phận, cô ấy đã không ngần ngại đặt mạng sống của mình lên bàn cân. Nhờ lòng dũng cảm phi thường của cô ấy, một kẻ khủng bố tàn nhẫn đã bị đưa ra công lý." Nữ hoàng ngước lên và mỉm cười. "Vì vậy, tôi vô cùng hân hạnh trao tặng Trung sĩ Thám tử Jacqueline Michelle Roycroft Huân chương Dũng cảm của Nữ hoàng, cho phép cô ấy gia nhập nhóm các sĩ quan cảnh sát chọn lọc đã nhận được vinh dự này và, trong trường hợp của cô ấy, là người phụ nữ đầu tiên."</w:t>
      </w:r>
    </w:p>
    <w:p>
      <w:pPr>
        <w:spacing w:after="80"/>
      </w:pPr>
      <w:r>
        <w:rPr>
          <w:b w:val="0"/>
          <w:i w:val="0"/>
        </w:rPr>
        <w:t>Viên quan hầu quý tộc trao cho Nữ hoàng một chiếc hộp da màu xanh mà bà mở ra khi William đẩy xe lăn của Jackie tiến lên, dừng lại trước mặt Nữ hoàng.</w:t>
      </w:r>
    </w:p>
    <w:p>
      <w:pPr>
        <w:spacing w:after="80"/>
      </w:pPr>
      <w:r>
        <w:rPr>
          <w:b w:val="0"/>
          <w:i w:val="0"/>
        </w:rPr>
        <w:t>Các đồng nghiệp của Jackie bỗng vỗ tay rào rào khi Nữ hoàng cúi xuống ghim huân chương lên bộ đồng phục của cô. Cho đến khoảnh khắc đó, Jackie vẫn giữ được vẻ khá điềm tĩnh, nắm chặt tay vịn xe lăn, quyết tâm không để lộ mình lo lắng đến nhường nào. Đối mặt với một kẻ khủng bố có vũ trang là một chuyện; đối mặt với đức vua là chuyện hoàn toàn khác. Dù Jackie đã biết về phần thưởng này từ vài tuần trước, điều đó cũng chẳng giúp được gì.</w:t>
      </w:r>
    </w:p>
    <w:p>
      <w:pPr>
        <w:spacing w:after="80"/>
      </w:pPr>
      <w:r>
        <w:rPr>
          <w:b w:val="0"/>
          <w:i w:val="0"/>
        </w:rPr>
        <w:t>Sau này trong đội, câu chuyện trở thành huyền thoại rằng Chim Ưng đã rơi một giọt nước mắt, dù anh phủ nhận với tất cả mọi người, trừ vợ mình.</w:t>
      </w:r>
    </w:p>
    <w:p>
      <w:pPr>
        <w:spacing w:after="80"/>
      </w:pPr>
      <w:r>
        <w:rPr>
          <w:b w:val="0"/>
          <w:i w:val="0"/>
        </w:rPr>
        <w:t>Trong buổi tiệc chiêu đãi sau đó, Nữ hoàng dành chút thời gian trò chuyện với Jackie, dù chính William là người kể cho bà nghe về viên đạn đã xuyên qua ngực cô khi chiếc máy bay rít lên dừng lại, suýt trúng tim chỉ trong gang tấc.</w:t>
      </w:r>
    </w:p>
    <w:p>
      <w:pPr>
        <w:spacing w:after="80"/>
      </w:pPr>
      <w:r>
        <w:rPr>
          <w:b w:val="0"/>
          <w:i w:val="0"/>
        </w:rPr>
        <w:t>Những lời cuối cùng của Nữ hoàng là: "Chúng ta thật may mắn khi có những sĩ quan tầm cỡ như cô phục vụ trong lực lượng cảnh sát."</w:t>
      </w:r>
    </w:p>
    <w:p>
      <w:pPr>
        <w:spacing w:after="80"/>
      </w:pPr>
      <w:r>
        <w:rPr>
          <w:b w:val="0"/>
          <w:i w:val="0"/>
        </w:rPr>
        <w:t>Khi Nữ hoàng chuyển sang trò chuyện với các thành viên khác trong đội, William kéo Thanh tra Roach ra một bên và cảm ơn ông về vai trò mà đơn vị của ông đã đóng góp trong việc bắt giữ ba kẻ khủng bố. "Dù tôi phải thú nhận," William nói thêm, "ông đã đánh lừa tôi khi nói rằng Jackie sẽ là một thành viên cực kỳ xuất sắc của đội chống khủng bố, bởi vì tôi đã tưởng—"</w:t>
      </w:r>
    </w:p>
    <w:p>
      <w:pPr>
        <w:spacing w:after="80"/>
      </w:pPr>
      <w:r>
        <w:rPr>
          <w:b w:val="0"/>
          <w:i w:val="0"/>
        </w:rPr>
        <w:t>"Thành thật xin lỗi, anh bạn già," Roach nói, rõ ràng không chút hối lỗi. "Tôi chỉ đơn giản muốn chỉ ra rằng chúng tôi không có phụ nữ nào trong nhánh của mình. Nhưng sau khi làm việc với Jackie, tôi buộc phải nói rằng thật đáng tiếc, vì tôi rất muốn chiêu mộ cô ấy."</w:t>
      </w:r>
    </w:p>
    <w:p>
      <w:pPr>
        <w:spacing w:after="80"/>
      </w:pPr>
      <w:r>
        <w:rPr>
          <w:b w:val="0"/>
          <w:i w:val="0"/>
        </w:rPr>
        <w:t>"Ông quên chuyện đó đi," William nói. "Một khi Jackie đứng vững trở lại, cô ấy có một nhiệm vụ khó khăn không kém cần giải quyết, và điều khiến nó tệ hơn là lần này kẻ tình nghi lại là người của chúng ta."</w:t>
      </w:r>
    </w:p>
    <w:p>
      <w:pPr>
        <w:spacing w:after="80"/>
      </w:pPr>
      <w:r>
        <w:rPr>
          <w:b w:val="0"/>
          <w:i w:val="0"/>
        </w:rPr>
        <w:t>"Có gì tôi có thể giúp không?"</w:t>
      </w:r>
    </w:p>
    <w:p>
      <w:pPr>
        <w:spacing w:after="80"/>
      </w:pPr>
      <w:r>
        <w:rPr>
          <w:b w:val="0"/>
          <w:i w:val="0"/>
        </w:rPr>
        <w:t>"E là không. Chúng tôi sẽ phải tinh tế hơn các ông một chút. Tất cả những gì tôi có thể nói là cuộc gặp tiếp theo của tôi với một thành viên Hoàng gia có lẽ sẽ không dễ chịu lắm."</w:t>
      </w:r>
    </w:p>
    <w:p>
      <w:pPr>
        <w:spacing w:after="80"/>
        <w:jc w:val="center"/>
      </w:pPr>
      <w:r>
        <w:rPr>
          <w:b w:val="0"/>
          <w:i w:val="0"/>
        </w:rPr>
        <w:t>• • •</w:t>
      </w:r>
    </w:p>
    <w:p>
      <w:pPr>
        <w:spacing w:after="80"/>
      </w:pPr>
      <w:r>
        <w:rPr>
          <w:b w:val="0"/>
          <w:i w:val="0"/>
        </w:rPr>
        <w:t>"Anh muốn nghe tin tốt hay tin xấu?" Beth hỏi khi William về nhà vào tối hôm đó.</w:t>
      </w:r>
    </w:p>
    <w:p>
      <w:pPr>
        <w:spacing w:after="80"/>
      </w:pPr>
      <w:r>
        <w:rPr>
          <w:b w:val="0"/>
          <w:i w:val="0"/>
        </w:rPr>
        <w:t>‘Sao anh không bắt đầu bằng tin xấu nhỉ?’ William nói, đóng cửa lại sau lưng.</w:t>
      </w:r>
    </w:p>
    <w:p>
      <w:pPr>
        <w:spacing w:after="80"/>
      </w:pPr>
      <w:r>
        <w:rPr>
          <w:b w:val="0"/>
          <w:i w:val="0"/>
        </w:rPr>
        <w:t>‘Tim Knox sắp rời khỏi Fitzmolean. Ông ấy được mời làm Giám định viên Tranh của Nữ hoàng.’</w:t>
      </w:r>
    </w:p>
    <w:p>
      <w:pPr>
        <w:spacing w:after="80"/>
      </w:pPr>
      <w:r>
        <w:rPr>
          <w:b w:val="0"/>
          <w:i w:val="0"/>
        </w:rPr>
        <w:t>‘Anh lấy làm tiếc khi nghe vậy. Sẽ khó tìm người thay thế ông ấy. Tin tốt là gì?’</w:t>
      </w:r>
    </w:p>
    <w:p>
      <w:pPr>
        <w:spacing w:after="80"/>
      </w:pPr>
      <w:r>
        <w:rPr>
          <w:b w:val="0"/>
          <w:i w:val="0"/>
        </w:rPr>
        <w:t>‘Ông ấy gợi ý em nên ứng tuyển vào vị trí đó,’ Beth nói khi hai người bước vào bếp, nơi cặp song sinh và Jojo đang ngấu nghiến một chiếc pizza lớn dưới ánh mắt trông chừng của Sarah.</w:t>
      </w:r>
    </w:p>
    <w:p>
      <w:pPr>
        <w:spacing w:after="80"/>
      </w:pPr>
      <w:r>
        <w:rPr>
          <w:b w:val="0"/>
          <w:i w:val="0"/>
        </w:rPr>
        <w:t>‘Tụi nhỏ có bao giờ ngừng ăn không vậy?’ William hỏi, ngồi vào bàn cùng mọi người.</w:t>
      </w:r>
    </w:p>
    <w:p>
      <w:pPr>
        <w:spacing w:after="80"/>
      </w:pPr>
      <w:r>
        <w:rPr>
          <w:b w:val="0"/>
          <w:i w:val="0"/>
        </w:rPr>
        <w:t>‘Ông ấy nghĩ em có khả năng được trao vị trí giám đốc, vì vài thành viên hội đồng đã nói rõ là họ sẽ ủng hộ em, và chắc chắn ông ấy sẽ đứng về phía em nếu phải bỏ phiếu.’</w:t>
      </w:r>
    </w:p>
    <w:p>
      <w:pPr>
        <w:spacing w:after="80"/>
      </w:pPr>
      <w:r>
        <w:rPr>
          <w:b w:val="0"/>
          <w:i w:val="0"/>
        </w:rPr>
        <w:t>‘Họ mà có được em thì là may cho họ,’ William nói, mắt liếc miếng pizza cuối cùng, nhưng anh không nhanh tay bằng.</w:t>
      </w:r>
    </w:p>
    <w:p>
      <w:pPr>
        <w:spacing w:after="80"/>
      </w:pPr>
      <w:r>
        <w:rPr>
          <w:b w:val="0"/>
          <w:i w:val="0"/>
        </w:rPr>
        <w:t>‘Hội đồng sẽ phải đăng tuyển vị trí đó, nên em sẽ phải đối mặt với không ít đối thủ nặng ký.’</w:t>
      </w:r>
    </w:p>
    <w:p>
      <w:pPr>
        <w:spacing w:after="80"/>
      </w:pPr>
      <w:r>
        <w:rPr>
          <w:b w:val="0"/>
          <w:i w:val="0"/>
        </w:rPr>
        <w:t>‘Cầu Chúa phù hộ cho ai dám đứng ra chống lại em.’</w:t>
      </w:r>
    </w:p>
    <w:p>
      <w:pPr>
        <w:spacing w:after="80"/>
      </w:pPr>
      <w:r>
        <w:rPr>
          <w:b w:val="0"/>
          <w:i w:val="0"/>
        </w:rPr>
        <w:t>‘Bố hư quá,’ Artemisia nói giữa những miếng ăn. ‘Cô giáo Trường Chúa nhật của con bảo là không bao giờ được lấy tên Chúa ra đùa.’</w:t>
      </w:r>
    </w:p>
    <w:p>
      <w:pPr>
        <w:spacing w:after="80"/>
      </w:pPr>
      <w:r>
        <w:rPr>
          <w:b w:val="0"/>
          <w:i w:val="0"/>
        </w:rPr>
        <w:t>‘Không bao giờ,’ Peter nói.</w:t>
      </w:r>
    </w:p>
    <w:p>
      <w:pPr>
        <w:spacing w:after="80"/>
      </w:pPr>
      <w:r>
        <w:rPr>
          <w:b w:val="0"/>
          <w:i w:val="0"/>
        </w:rPr>
        <w:t>‘Không bao giờ,’ Jojo nhắc lại.</w:t>
      </w:r>
    </w:p>
    <w:p>
      <w:pPr>
        <w:spacing w:after="80"/>
      </w:pPr>
      <w:r>
        <w:rPr>
          <w:b w:val="0"/>
          <w:i w:val="0"/>
        </w:rPr>
        <w:t>‘Đúng lắm. Ý bố muốn nói là, cầu trời phù hộ cho ai dám đứng ra chống lại mẹ các con.’</w:t>
      </w:r>
    </w:p>
    <w:p>
      <w:pPr>
        <w:spacing w:after="80"/>
      </w:pPr>
      <w:r>
        <w:rPr>
          <w:b w:val="0"/>
          <w:i w:val="0"/>
        </w:rPr>
        <w:t>‘Đến giờ tắm rồi, các con,’ Sarah nói dứt khoát.</w:t>
      </w:r>
    </w:p>
    <w:p>
      <w:pPr>
        <w:spacing w:after="80"/>
      </w:pPr>
      <w:r>
        <w:rPr>
          <w:b w:val="0"/>
          <w:i w:val="0"/>
        </w:rPr>
        <w:t>‘Bố đọc truyện cho tụi con trước khi đi ngủ nhé?’ Peter hỏi khi cậu bé tụt xuống khỏi bàn.</w:t>
      </w:r>
    </w:p>
    <w:p>
      <w:pPr>
        <w:spacing w:after="80"/>
      </w:pPr>
      <w:r>
        <w:rPr>
          <w:b w:val="0"/>
          <w:i w:val="0"/>
        </w:rPr>
        <w:t xml:space="preserve">‘Tất nhiên rồi. Vẫn là </w:t>
      </w:r>
      <w:r>
        <w:rPr>
          <w:b w:val="0"/>
          <w:i/>
        </w:rPr>
        <w:t>Gió Qua Rặng Liễu</w:t>
      </w:r>
      <w:r>
        <w:rPr>
          <w:b w:val="0"/>
          <w:i w:val="0"/>
        </w:rPr>
        <w:t xml:space="preserve"> chứ?’</w:t>
      </w:r>
    </w:p>
    <w:p>
      <w:pPr>
        <w:spacing w:after="80"/>
      </w:pPr>
      <w:r>
        <w:rPr>
          <w:b w:val="0"/>
          <w:i w:val="0"/>
        </w:rPr>
        <w:t xml:space="preserve">‘Không, bọn trẻ đọc xong cái đó lâu rồi,’ Artemisia nói. ‘Giờ tụi mình đang đọc </w:t>
      </w:r>
      <w:r>
        <w:rPr>
          <w:b w:val="0"/>
          <w:i/>
        </w:rPr>
        <w:t>Cuộc phiêu lưu của Alice ở xứ sở thần tiên</w:t>
      </w:r>
      <w:r>
        <w:rPr>
          <w:b w:val="0"/>
          <w:i w:val="0"/>
        </w:rPr>
        <w:t>.’ William thấy có lỗi vì đã bao nhiêu lần không về nhà kịp trước khi bọn trẻ đi ngủ. Cha anh đã cảnh báo anh đủ nhiều rằng những năm tháng này sẽ trôi qua nhanh đến mức nào.</w:t>
      </w:r>
    </w:p>
    <w:p>
      <w:pPr>
        <w:spacing w:after="80"/>
      </w:pPr>
      <w:r>
        <w:rPr>
          <w:b w:val="0"/>
          <w:i w:val="0"/>
        </w:rPr>
        <w:t>‘Có lẽ em có thể tạo nên một cú bất ngờ nho nhỏ,’ Beth nói khi Sarah đưa bọn trẻ lên tắm, ‘mà điều đó cũng chẳng làm hại gì đến cơ hội có được công việc của em.’</w:t>
      </w:r>
    </w:p>
    <w:p>
      <w:pPr>
        <w:spacing w:after="80"/>
      </w:pPr>
      <w:r>
        <w:rPr>
          <w:b w:val="0"/>
          <w:i w:val="0"/>
        </w:rPr>
        <w:t>‘Em đang định hối lộ hội đồng tuyển chọn đấy à.’</w:t>
      </w:r>
    </w:p>
    <w:p>
      <w:pPr>
        <w:spacing w:after="80"/>
      </w:pPr>
      <w:r>
        <w:rPr>
          <w:b w:val="0"/>
          <w:i w:val="0"/>
        </w:rPr>
        <w:t>‘Em không có đủ tiền để làm thế,’ Beth nói. ‘Tuy nhiên, em đã phát hiện ra một bức tranh của Jan Steen sắp được bán đấu giá ở Pittsburgh, mà em có thể mua được với giá phải chăng, dù rất có thể sẽ có người trả giá cao hơn, vì nó nằm trên bìa danh mục đấu giá.’</w:t>
      </w:r>
    </w:p>
    <w:p>
      <w:pPr>
        <w:spacing w:after="80"/>
      </w:pPr>
      <w:r>
        <w:rPr>
          <w:b w:val="0"/>
          <w:i w:val="0"/>
        </w:rPr>
        <w:t>‘Thế thì giúp gì được cho em trong việc giành lấy công việc đó?’</w:t>
      </w:r>
    </w:p>
    <w:p>
      <w:pPr>
        <w:spacing w:after="80"/>
      </w:pPr>
      <w:r>
        <w:rPr>
          <w:b w:val="0"/>
          <w:i w:val="0"/>
        </w:rPr>
        <w:t xml:space="preserve">‘Chẳng giúp gì cả. Nhưng trong cùng danh mục đó, em bắt gặp một bức vẽ bằng bút chì của một họa sĩ vô danh mà em tin chắc là bản phác thảo sơ bộ cho chiếc đèn trong </w:t>
      </w:r>
      <w:r>
        <w:rPr>
          <w:b w:val="0"/>
          <w:i/>
        </w:rPr>
        <w:t>The Night Watch</w:t>
      </w:r>
      <w:r>
        <w:rPr>
          <w:b w:val="0"/>
          <w:i w:val="0"/>
        </w:rPr>
        <w:t>.’</w:t>
      </w:r>
    </w:p>
    <w:p>
      <w:pPr>
        <w:spacing w:after="80"/>
      </w:pPr>
      <w:r>
        <w:rPr>
          <w:b w:val="0"/>
          <w:i w:val="0"/>
        </w:rPr>
        <w:t>‘Giá ước tính là bao nhiêu?’</w:t>
      </w:r>
    </w:p>
    <w:p>
      <w:pPr>
        <w:spacing w:after="80"/>
      </w:pPr>
      <w:r>
        <w:rPr>
          <w:b w:val="0"/>
          <w:i w:val="0"/>
        </w:rPr>
        <w:t>‘Hai trăm đô-la. Có thể đó là bản sao của một người đương thời với Rembrandt, nhưng với mức giá đó thì đáng để mạo hiểm.’</w:t>
      </w:r>
    </w:p>
    <w:p>
      <w:pPr>
        <w:spacing w:after="80"/>
      </w:pPr>
      <w:r>
        <w:rPr>
          <w:b w:val="0"/>
          <w:i w:val="0"/>
        </w:rPr>
        <w:t>‘Và nếu nó thực sự là của Rembrandt thì sao?’</w:t>
      </w:r>
    </w:p>
    <w:p>
      <w:pPr>
        <w:spacing w:after="80"/>
      </w:pPr>
      <w:r>
        <w:rPr>
          <w:b w:val="0"/>
          <w:i w:val="0"/>
        </w:rPr>
        <w:t>‘Nó có thể đáng giá tới bốn mươi nghìn bảng Anh.’</w:t>
      </w:r>
    </w:p>
    <w:p>
      <w:pPr>
        <w:spacing w:after="80"/>
      </w:pPr>
      <w:r>
        <w:rPr>
          <w:b w:val="0"/>
          <w:i w:val="0"/>
        </w:rPr>
        <w:t>‘Vậy bán nó đi sẽ là một đóng góp đáng hoan nghênh cho quỹ tiền eo hẹp của bảo tàng.’</w:t>
      </w:r>
    </w:p>
    <w:p>
      <w:pPr>
        <w:spacing w:after="80"/>
      </w:pPr>
      <w:r>
        <w:rPr>
          <w:b w:val="0"/>
          <w:i w:val="0"/>
        </w:rPr>
        <w:t>‘Không đời nào. Hội đồng sẽ không bao giờ đồng ý bán một bức vẽ của Rembrandt. Họ sẽ đưa nó ra trưng bày vĩnh viễn, dù nó có thể trang trải tiền lương của giám đốc trong cả một năm.’</w:t>
      </w:r>
    </w:p>
    <w:p>
      <w:pPr>
        <w:spacing w:after="80"/>
      </w:pPr>
      <w:r>
        <w:rPr>
          <w:b w:val="0"/>
          <w:i w:val="0"/>
        </w:rPr>
        <w:t>‘Anh chắc em sẽ tìm được cách tế nhị để cho họ biết điều đó.’</w:t>
      </w:r>
    </w:p>
    <w:p>
      <w:pPr>
        <w:spacing w:after="80"/>
      </w:pPr>
      <w:r>
        <w:rPr>
          <w:b w:val="0"/>
          <w:i w:val="0"/>
        </w:rPr>
        <w:t>‘Chỉ khi hóa ra em đúng thôi.’</w:t>
      </w:r>
    </w:p>
    <w:p>
      <w:pPr>
        <w:spacing w:after="80"/>
      </w:pPr>
      <w:r>
        <w:rPr>
          <w:b w:val="0"/>
          <w:i w:val="0"/>
        </w:rPr>
        <w:t>‘Vì em là người duy nhất phát hiện ra nó,’ William nói, rồi chỉ tay lên gác. ‘Nhưng giờ đến những chuyện cao siêu hơn. Đã đến lúc anh lên nhập bọn với Gã Thợ Mũ Điên và tìm hiểu xem tại sao hắn lại uống trà với Nữ hoàng Cơ-rô.’</w:t>
      </w:r>
    </w:p>
    <w:p>
      <w:pPr>
        <w:spacing w:after="80"/>
      </w:pPr>
      <w:r>
        <w:rPr>
          <w:b w:val="0"/>
          <w:i w:val="0"/>
        </w:rPr>
        <w:t>‘Anh muốn ăn gì cho bữa tối?’ Beth hỏi khi anh đứng dậy khỏi bàn.</w:t>
      </w:r>
    </w:p>
    <w:p>
      <w:pPr>
        <w:spacing w:after="80"/>
      </w:pPr>
      <w:r>
        <w:rPr>
          <w:b w:val="0"/>
          <w:i w:val="0"/>
        </w:rPr>
        <w:t>‘Có cơ hội nào kiếm được miếng pizza không?’ anh nói, mắt dán vào chiếc đĩa trống.</w:t>
      </w:r>
    </w:p>
    <w:p>
      <w:pPr>
        <w:spacing w:after="80"/>
      </w:pPr>
      <w:r>
        <w:rPr>
          <w:b w:val="0"/>
          <w:i w:val="0"/>
        </w:rPr>
        <w:t>‘Cậu may mắn đấy, đồ người hang. Tôi đã chấp nhận chuyện nhà này có bốn đứa con từ lâu rồi, nên tôi gọi thêm một cái. Khi nào xuống nhà, cậu kể cho tôi nghe hết về ngày hôm nay của cậu nhé.’</w:t>
      </w:r>
    </w:p>
    <w:p>
      <w:pPr>
        <w:spacing w:after="80"/>
      </w:pPr>
      <w:r>
        <w:rPr>
          <w:b w:val="0"/>
          <w:i w:val="0"/>
        </w:rPr>
        <w:t>‘Chỉ là một ngày làm việc bình thường thôi,’ William nói. ‘Dù vậy tôi cũng có một cuộc trò chuyện khá thú vị với Nữ hoàng …’</w:t>
      </w:r>
    </w:p>
    <w:p>
      <w:pPr>
        <w:spacing w:after="80"/>
        <w:jc w:val="center"/>
      </w:pPr>
      <w:r>
        <w:rPr>
          <w:b w:val="0"/>
          <w:i w:val="0"/>
        </w:rPr>
        <w:t>• • •</w:t>
      </w:r>
    </w:p>
    <w:p>
      <w:pPr>
        <w:spacing w:after="80"/>
      </w:pPr>
      <w:r>
        <w:rPr>
          <w:b w:val="0"/>
          <w:i w:val="0"/>
        </w:rPr>
        <w:t xml:space="preserve">Sáng hôm sau William đến làm việc ở Buckingham Gate muộn, và về nhà kịp lúc để đọc chương tiếp theo trước khi bọn trẻ ngủ thiếp đi. Đến cuối tháng, họ đã đọc xong </w:t>
      </w:r>
      <w:r>
        <w:rPr>
          <w:b w:val="0"/>
          <w:i/>
        </w:rPr>
        <w:t>Cuộc phiêu lưu của Alice ở xứ sở thần tiên</w:t>
      </w:r>
      <w:r>
        <w:rPr>
          <w:b w:val="0"/>
          <w:i w:val="0"/>
        </w:rPr>
        <w:t xml:space="preserve">, và đã tới Chương 5 của </w:t>
      </w:r>
      <w:r>
        <w:rPr>
          <w:b w:val="0"/>
          <w:i/>
        </w:rPr>
        <w:t>Xuyên qua tấm gương</w:t>
      </w:r>
      <w:r>
        <w:rPr>
          <w:b w:val="0"/>
          <w:i w:val="0"/>
        </w:rPr>
        <w:t>, chỉ vì thái độ thoải mái hơn của anh với chuyện giờ giấc lại khớp với kế hoạch dài hạn của cả đội nhằm thuyết phục Milner rằng họ vô cùng sẵn lòng nhảy lên con tàu kiếm ăn của ông ta với tư cách hành khách hạng nhất.</w:t>
      </w:r>
    </w:p>
    <w:p>
      <w:pPr>
        <w:spacing w:after="80"/>
      </w:pPr>
      <w:r>
        <w:rPr>
          <w:b w:val="0"/>
          <w:i w:val="0"/>
        </w:rPr>
        <w:t>Suốt sáu tuần qua, họ đã tuân thủ một thời gian biểu nghiêm ngặt. Sáng nào họ cũng đến muộn, tận hưởng những giờ nghỉ trưa dài, rồi đem những giờ đó ra khai vào chi phí, trước khi về sớm, tất cả là một màn trình diễn được dàn dựng khéo léo, do William chỉ đạo.</w:t>
      </w:r>
    </w:p>
    <w:p>
      <w:pPr>
        <w:spacing w:after="80"/>
      </w:pPr>
      <w:r>
        <w:rPr>
          <w:b w:val="0"/>
          <w:i w:val="0"/>
        </w:rPr>
        <w:t>Khi Milner bắt đầu gọi anh là Bill, anh biết Chiến dịch Overcharge đang diễn ra suôn sẻ đúng như kế hoạch. Vị Thanh tra nên nhớ rằng Hạ sĩ William Warwick không phải ngẫu nhiên mà được đặt biệt danh ‘Cậu bé hát thánh ca’ khi mới gia nhập lực lượng.</w:t>
      </w:r>
    </w:p>
    <w:p>
      <w:pPr>
        <w:spacing w:after="80"/>
      </w:pPr>
      <w:r>
        <w:rPr>
          <w:b w:val="0"/>
          <w:i w:val="0"/>
        </w:rPr>
        <w:t>Các cuộc họp đội lúc tám giờ tại Yard trở nên đều đặn hơn khi họ đến gần khung thời cơ – mười ngày khi Thái tử Charles và Diana sẽ thực hiện chuyến công du nước ngoài. Thanh tra Milner, DI Reynolds và Trung sĩ Jennings, người vừa được thăng chức làm sĩ quan bảo vệ cá nhân trước Hạ sĩ Jenny Smart, sẽ ở cùng họ bên kia bờ Đại Tây Dương, trong khi DI Ross Hogan sẽ có thể theo dõi sát sao tất cả bọn họ.</w:t>
      </w:r>
    </w:p>
    <w:p>
      <w:pPr>
        <w:spacing w:after="80"/>
        <w:jc w:val="center"/>
      </w:pPr>
      <w:r>
        <w:rPr>
          <w:b w:val="0"/>
          <w:i w:val="0"/>
        </w:rPr>
        <w:t>• • •</w:t>
      </w:r>
    </w:p>
    <w:p>
      <w:pPr>
        <w:spacing w:after="80"/>
      </w:pPr>
      <w:r>
        <w:rPr>
          <w:b w:val="0"/>
          <w:i w:val="0"/>
        </w:rPr>
        <w:t>‘Làm sao anh xoay được chuyện đó?’ Faulkner hỏi Tulip khi hai người đàn ông cùng đi dạo quanh sân tập thể dục.</w:t>
      </w:r>
    </w:p>
    <w:p>
      <w:pPr>
        <w:spacing w:after="80"/>
      </w:pPr>
      <w:r>
        <w:rPr>
          <w:b w:val="0"/>
          <w:i w:val="0"/>
        </w:rPr>
        <w:t>‘Tôi tìm được một tên Giu-đa mà thậm chí không cần ba mươi đồng bạc để phản bội hắn,’ Tulip đáp. ‘Hắn tên là Tareq Omar.’</w:t>
      </w:r>
    </w:p>
    <w:p>
      <w:pPr>
        <w:spacing w:after="80"/>
      </w:pPr>
      <w:r>
        <w:rPr>
          <w:b w:val="0"/>
          <w:i w:val="0"/>
        </w:rPr>
        <w:t>‘Và tại sao hắn lại sẵn lòng chấp nhận rủi ro lớn như vậy?’</w:t>
      </w:r>
    </w:p>
    <w:p>
      <w:pPr>
        <w:spacing w:after="80"/>
      </w:pPr>
      <w:r>
        <w:rPr>
          <w:b w:val="0"/>
          <w:i w:val="0"/>
        </w:rPr>
        <w:t>‘Khalifah phải chịu trách nhiệm về cái chết của anh trai hắn trong cuộc đảo chính gần đây ở Algeria, nên với hắn, sự trả thù tự nó đã là phần thưởng xứng đáng.’</w:t>
      </w:r>
    </w:p>
    <w:p>
      <w:pPr>
        <w:spacing w:after="80"/>
      </w:pPr>
      <w:r>
        <w:rPr>
          <w:b w:val="0"/>
          <w:i w:val="0"/>
        </w:rPr>
        <w:t>‘Làm sao để đưa hai người họ lại gần nhau?’</w:t>
      </w:r>
    </w:p>
    <w:p>
      <w:pPr>
        <w:spacing w:after="80"/>
      </w:pPr>
      <w:r>
        <w:rPr>
          <w:b w:val="0"/>
          <w:i w:val="0"/>
        </w:rPr>
        <w:t>‘Tôi đã sắp xếp để Omar được chuyển sang làm nhiệm vụ dọn dẹp ở khu giam của Khalifah, nên đường đi của họ sẽ thường xuyên giao nhau, khi đó hắn sẽ giả làm một tín đồ tận tụy của phong trào. Điều tôi chỉ lo là hắn có thể giết ông ta.’</w:t>
      </w:r>
    </w:p>
    <w:p>
      <w:pPr>
        <w:spacing w:after="80"/>
      </w:pPr>
      <w:r>
        <w:rPr>
          <w:b w:val="0"/>
          <w:i w:val="0"/>
        </w:rPr>
        <w:t>‘Chúng ta muốn giữ ông ta sống chừng nào còn chút cơ hội Khalifah có thể là tấm vé giúp tôi ra khỏi đây.’</w:t>
      </w:r>
    </w:p>
    <w:p>
      <w:pPr>
        <w:spacing w:after="80"/>
      </w:pPr>
      <w:r>
        <w:rPr>
          <w:b w:val="0"/>
          <w:i w:val="0"/>
        </w:rPr>
        <w:t>‘Tôi tưởng chuyện đó đều nằm trong tầm kiểm soát rồi chứ.’</w:t>
      </w:r>
    </w:p>
    <w:p>
      <w:pPr>
        <w:spacing w:after="80"/>
      </w:pPr>
      <w:r>
        <w:rPr>
          <w:b w:val="0"/>
          <w:i w:val="0"/>
        </w:rPr>
        <w:t>‘Tôi cũng vậy,’ Miles nói, ‘cho đến khi BW xuất hiện ở buổi họp hàng tuần của chúng tôi và bảo tôi rằng anh ta đã đến gặp Sir Julian Warwick để xác nhận thỏa thuận của chúng tôi.’</w:t>
      </w:r>
    </w:p>
    <w:p>
      <w:pPr>
        <w:spacing w:after="80"/>
      </w:pPr>
      <w:r>
        <w:rPr>
          <w:b w:val="0"/>
          <w:i w:val="0"/>
        </w:rPr>
        <w:t>‘Điều gì khiến cậu nghĩ là ông ấy không làm?’ Tulip hỏi.</w:t>
      </w:r>
    </w:p>
    <w:p>
      <w:pPr>
        <w:spacing w:after="80"/>
      </w:pPr>
      <w:r>
        <w:rPr>
          <w:b w:val="0"/>
          <w:i w:val="0"/>
        </w:rPr>
        <w:t>‘Lamont nói rằng họ chưa gặp lại nhau kể từ lần gặp ở phòng làm việc của ông ngay sau khi ông trở về từ Tây Ban Nha.’</w:t>
      </w:r>
    </w:p>
    <w:p>
      <w:pPr>
        <w:spacing w:after="80"/>
      </w:pPr>
      <w:r>
        <w:rPr>
          <w:b w:val="0"/>
          <w:i w:val="0"/>
        </w:rPr>
        <w:t>‘Bạn tin ai trong số họ?’</w:t>
      </w:r>
    </w:p>
    <w:p>
      <w:pPr>
        <w:spacing w:after="80"/>
      </w:pPr>
      <w:r>
        <w:rPr>
          <w:b w:val="0"/>
          <w:i w:val="0"/>
        </w:rPr>
        <w:t>‘Lamont, bởi vì nếu anh ta chỉ làm việc cho BW, anh ta hẳn đã xác nhận câu chuyện của mình. Thế nên tôi có thể phải dùng đến một trong những hợp đồng bảo hiểm của mình nếu tôi còn chút hy vọng nào để thoát khỏi nơi này.’ Tulip biết khi nào không nên ngắt lời sếp. ‘Có một điều chắc chắn,’ Miles tiếp tục, ‘tôi không thể mạo hiểm gặp Omar trực tiếp, vậy làm sao anh ta chuyển được bất kỳ thông tin đáng giá nào anh ta thu thập được đến cô, mà không thu hút sự bàn tán trong sân?’</w:t>
      </w:r>
    </w:p>
    <w:p>
      <w:pPr>
        <w:spacing w:after="80"/>
      </w:pPr>
      <w:r>
        <w:rPr>
          <w:b w:val="0"/>
          <w:i w:val="0"/>
        </w:rPr>
        <w:t>‘Xà lim của tôi ở cùng chiếu nghỉ với ông ta, nên ông ta có thể ghé qua bất cứ lúc nào mà không khiến ai nghi ngờ. Nhưng vẫn có thể còn một thời gian nữa trước khi Khalifah đủ tin tưởng để tâm sự với anh ta.’</w:t>
      </w:r>
    </w:p>
    <w:p>
      <w:pPr>
        <w:spacing w:after="80"/>
      </w:pPr>
      <w:r>
        <w:rPr>
          <w:b w:val="0"/>
          <w:i w:val="0"/>
        </w:rPr>
        <w:t>“Tôi không còn nhiều thời gian nữa,” Miles nói, không giải thích thêm. “Nếu Omar có tìm ra được điều gì đáng giá, báo cho tôi ngay lập tức, vì tôi đã đặt lịch hẹn gặp Tư lệnh Hawksby rồi.”</w:t>
      </w:r>
    </w:p>
    <w:p>
      <w:pPr>
        <w:spacing w:after="80"/>
      </w:pPr>
      <w:r>
        <w:rPr>
          <w:b w:val="0"/>
          <w:i w:val="0"/>
        </w:rPr>
        <w:t>Tulip không thể tin nổi những gì mình vừa nghe.</w:t>
      </w:r>
    </w:p>
    <w:p>
      <w:pPr>
        <w:spacing w:after="80"/>
        <w:jc w:val="center"/>
      </w:pPr>
      <w:r>
        <w:rPr>
          <w:b w:val="0"/>
          <w:i w:val="0"/>
        </w:rPr>
        <w:t>• • •</w:t>
      </w:r>
    </w:p>
    <w:p>
      <w:pPr>
        <w:spacing w:after="80"/>
      </w:pPr>
      <w:r>
        <w:rPr>
          <w:b w:val="0"/>
          <w:i w:val="0"/>
        </w:rPr>
        <w:t>William đến Cổng Buckingham (Buckingham Gate) ngay trước tám giờ sáng hôm sau, và thấy Rebecca đang đợi anh trên bậc thềm. Sau khi viên sĩ quan gác đêm đã về nhà, anh khóa cửa trước, ý thức rằng họ không thể để bị quấy rầy, trong khi Milner và đội ngũ ở ngoài đang túc trực, canh chừng các thân chủ của họ.</w:t>
      </w:r>
    </w:p>
    <w:p>
      <w:pPr>
        <w:spacing w:after="80"/>
      </w:pPr>
      <w:r>
        <w:rPr>
          <w:b w:val="0"/>
          <w:i w:val="0"/>
        </w:rPr>
        <w:t>Paul rời nhà ngay trước bảy giờ sáng, và chỉ dừng lại một lần trên đường đến Windsor, để đón Jackie. Cô ấy được hưởng sáu tháng nghỉ ốm, nhưng sớm nhận ra rằng việc thỉnh thoảng Rebecca ghé qua để cập nhật tình hình cho cô không thú vị lắm, bên cạnh đó, cô đã thấy chán với truyền hình buổi chiều.</w:t>
      </w:r>
    </w:p>
    <w:p>
      <w:pPr>
        <w:spacing w:after="80"/>
      </w:pPr>
      <w:r>
        <w:rPr>
          <w:b w:val="0"/>
          <w:i w:val="0"/>
        </w:rPr>
        <w:t>Mảnh ghép quan trọng đã vào đúng vị trí một cách gọn gàng khi Constable Jenny Smart quyết định từ chức khỏi đơn vị và xin chuyển sang một bộ phận khác, sau khi đã bị bỏ qua việc thăng chức quá nhiều lần.</w:t>
      </w:r>
    </w:p>
    <w:p>
      <w:pPr>
        <w:spacing w:after="80"/>
      </w:pPr>
      <w:r>
        <w:rPr>
          <w:b w:val="0"/>
          <w:i w:val="0"/>
        </w:rPr>
        <w:t>Paul và Jackie không cần phải đột nhập vào khu hành chính, vì Jenny đã để cửa mở toang.</w:t>
      </w:r>
    </w:p>
    <w:p>
      <w:pPr>
        <w:spacing w:after="80"/>
      </w:pPr>
      <w:r>
        <w:rPr>
          <w:b w:val="0"/>
          <w:i w:val="0"/>
        </w:rPr>
        <w:t>Suốt cả tuần, họ thức trắng đêm ngày lục tung hết tập hồ sơ này đến tập hồ sơ khác, thu thập được quá đủ bằng chứng cần thiết để thuyết phục Hawk về lối sống mà Milner và đồng bọn đã tận hưởng suốt mười năm qua bằng tiền thuế của người dân.</w:t>
      </w:r>
    </w:p>
    <w:p>
      <w:pPr>
        <w:spacing w:after="80"/>
      </w:pPr>
      <w:r>
        <w:rPr>
          <w:b w:val="0"/>
          <w:i w:val="0"/>
        </w:rPr>
        <w:t>Đến tối thứ Sáu họ mới chỉ xem được một nửa số bằng chứng đầy tai hại, nên họ không về nhà, mà dù có ngủ trên giường xếp suốt cuối tuần, đến lúc Milner cùng Hoàng tử và Công nương quay lại máy bay về Heathrow thì họ vẫn còn hai tủ hồ sơ nữa phải xem qua.</w:t>
      </w:r>
    </w:p>
    <w:p>
      <w:pPr>
        <w:spacing w:after="80"/>
      </w:pPr>
      <w:r>
        <w:rPr>
          <w:b w:val="0"/>
          <w:i w:val="0"/>
        </w:rPr>
        <w:t>Tại Buckingham Gate, William dùng chìa khóa vạn năng để vào văn phòng của Milner, trong khi Rebecca phát hiện cửa phòng DI Reynolds không hề bị khóa. Rõ ràng ông ta nghĩ chẳng ai dám xông vào "thánh địa" của mình khi ông ta vắng mặt. Văn phòng của Trung sĩ Jennings thì bị khóa; chuyện đó đành phải chờ sau, nhưng dù sao anh ta mới được thăng chức gần đây, nên tội lỗi của anh ta cũng chưa đến mức tày trời.</w:t>
      </w:r>
    </w:p>
    <w:p>
      <w:pPr>
        <w:spacing w:after="80"/>
      </w:pPr>
      <w:r>
        <w:rPr>
          <w:b w:val="0"/>
          <w:i w:val="0"/>
        </w:rPr>
        <w:t>Bốn người họ làm việc ngày đêm suốt mười ngày tiếp theo, và đến khi chuyến bay hoàng gia hạ cánh trở lại Anh, họ đã thu thập đủ bằng chứng để đảm bảo rằng Milner sẽ không được về hưu ở quê nhà trong vài năm tới với tước hiệu KCVO như ông ta đã hứa với vợ (người chưa bao giờ giấu giếm việc mình mong được làm Phu nhân Milner), mà sẽ bị sa thải ngay lập tức khỏi lực lượng cảnh sát, không có lương hưu.</w:t>
      </w:r>
    </w:p>
    <w:p>
      <w:pPr>
        <w:spacing w:after="80"/>
      </w:pPr>
      <w:r>
        <w:rPr>
          <w:b w:val="0"/>
          <w:i w:val="0"/>
        </w:rPr>
        <w:t>Milner có mặt tại Buckingham Gate kịp giờ ăn trưa vào thứ Hai tuần sau và chẳng bận tâm khi biết rằng DCI Warwick đang nghỉ phép năm, DS Adaja đang dự một khóa đào tạo ở Manchester, DC Pankhurst đang dự đám tang bà ngoại ở Cornwall, và DS Roycroft thì không được dự kiến trở lại làm việc ít nhất ba tháng nữa. Ông ta cũng chẳng bận tâm không kém khi thấy lá đơn từ chức của Constable Smart đang chờ sẵn trên bàn mình.</w:t>
      </w:r>
    </w:p>
    <w:p>
      <w:pPr>
        <w:spacing w:after="80"/>
      </w:pPr>
      <w:r>
        <w:rPr>
          <w:b w:val="0"/>
          <w:i w:val="0"/>
        </w:rPr>
        <w:t>Nếu Milner không quá tin chắc rằng mình là kẻ bất khả xâm phạm, ông ta hẳn đã phát hiện ra rằng cả bốn người họ thực ra đang túc trực tại Scotland Yard, hoàn thiện những chi tiết cuối cùng cho một bản báo cáo mà họ sẽ trình lên Chỉ huy Hawksby vào cuối tuần.</w:t>
      </w:r>
    </w:p>
    <w:p>
      <w:pPr>
        <w:pStyle w:val="Heading2"/>
      </w:pPr>
      <w:r>
        <w:rPr>
          <w:rFonts w:ascii="Calibri" w:hAnsi="Calibri"/>
          <w:b/>
          <w:i w:val="0"/>
          <w:sz w:val="32"/>
        </w:rPr>
        <w:t>CHƯƠNG 18</w:t>
      </w:r>
    </w:p>
    <w:p>
      <w:pPr>
        <w:spacing w:after="80"/>
      </w:pPr>
      <w:r>
        <w:rPr>
          <w:b w:val="0"/>
          <w:i w:val="0"/>
        </w:rPr>
        <w:t>"Suốt buổi sáng còn lại tôi sẽ không nhận bất kỳ cuộc gọi nào đâu, Angela," viên chỉ huy nói. "Chỉ ngắt lời tôi nếu tòa nhà đang cháy thôi nhé," ông thêm vào trước khi đặt điện thoại xuống.</w:t>
      </w:r>
    </w:p>
    <w:p>
      <w:pPr>
        <w:spacing w:after="80"/>
      </w:pPr>
      <w:r>
        <w:rPr>
          <w:b w:val="0"/>
          <w:i w:val="0"/>
        </w:rPr>
        <w:t>Ông nhìn quanh bàn nhìn đội của mình. "Sao anh không mở màn đi, William?"</w:t>
      </w:r>
    </w:p>
    <w:p>
      <w:pPr>
        <w:spacing w:after="80"/>
      </w:pPr>
      <w:r>
        <w:rPr>
          <w:b w:val="0"/>
          <w:i w:val="0"/>
        </w:rPr>
        <w:t>"Như mọi người đều biết, thưa sếp," William bắt đầu, "suốt mười ngày qua chúng ta đã tận dụng việc Tổng thanh tra Milner, DI Reynolds và Trung sĩ Jennings đang ở bên kia thế giới cùng với các nhân vật cấp cao của họ."</w:t>
      </w:r>
    </w:p>
    <w:p>
      <w:pPr>
        <w:spacing w:after="80"/>
      </w:pPr>
      <w:r>
        <w:rPr>
          <w:b w:val="0"/>
          <w:i w:val="0"/>
        </w:rPr>
        <w:t>"Khác với các nguyên tắc của họ," Hawk ngắt lời.</w:t>
      </w:r>
    </w:p>
    <w:p>
      <w:pPr>
        <w:spacing w:after="80"/>
      </w:pPr>
      <w:r>
        <w:rPr>
          <w:b w:val="0"/>
          <w:i w:val="0"/>
        </w:rPr>
        <w:t>"Chúng ta cũng đã tận dụng tốt việc Constable Jenny Smart sắp rời khỏi đơn vị," William tiếp tục. "Nếu không có sự hỗ trợ của cô ấy, có thể chúng ta đã mất hàng tháng trời để lần theo dấu vết giấy tờ."</w:t>
      </w:r>
    </w:p>
    <w:p>
      <w:pPr>
        <w:spacing w:after="80"/>
      </w:pPr>
      <w:r>
        <w:rPr>
          <w:b w:val="0"/>
          <w:i w:val="0"/>
        </w:rPr>
        <w:t>"Hẳn cô ấy phải có chút lòng trung thành với những người mà cô ấy đã làm việc cùng suốt sáu năm qua chứ," viên chỉ huy nói. "Tại sao cô ấy lại sẵn lòng đứng về phía một nhóm kẻ xâm nhập mà cô ấy hầu như không quen biết?"</w:t>
      </w:r>
    </w:p>
    <w:p>
      <w:pPr>
        <w:spacing w:after="80"/>
      </w:pPr>
      <w:r>
        <w:rPr>
          <w:b w:val="0"/>
          <w:i w:val="0"/>
        </w:rPr>
        <w:t>"Cô ấy đồng ý với những kẻ xâm nhập rằng một cảnh sát tham nhũng cũng tệ hại y như bất kỳ tội phạm nào khác, nếu không muốn nói là còn tệ hơn," Jackie nói. "Và Milner, Reynolds cùng Jennings nằm trong số những kẻ tồi tệ nhất mà tôi từng gặp. Cuối cùng tôi đã thuyết phục được cô ấy rằng hầu hết đồng nghiệp của cô ấy sẽ hoan nghênh lập trường mà cô ấy đã chọn."</w:t>
      </w:r>
    </w:p>
    <w:p>
      <w:pPr>
        <w:spacing w:after="80"/>
      </w:pPr>
      <w:r>
        <w:rPr>
          <w:b w:val="0"/>
          <w:i w:val="0"/>
        </w:rPr>
        <w:t>"Tôi có cảm giác," William nói, "rằng việc cô ấy giành được Huân chương Dũng cảm của Nữ hoàng đến đúng lúc không thể hợp hơn."</w:t>
      </w:r>
    </w:p>
    <w:p>
      <w:pPr>
        <w:spacing w:after="80"/>
      </w:pPr>
      <w:r>
        <w:rPr>
          <w:b w:val="0"/>
          <w:i w:val="0"/>
        </w:rPr>
        <w:t>"Cô ấy chắc chắn đã hợp tác hơn sau khi tôi trở lại làm việc," Jackie nói.</w:t>
      </w:r>
    </w:p>
    <w:p>
      <w:pPr>
        <w:spacing w:after="80"/>
      </w:pPr>
      <w:r>
        <w:rPr>
          <w:b w:val="0"/>
          <w:i w:val="0"/>
        </w:rPr>
        <w:t>"Anh còn phát hiện ra gì nữa trong lúc mèo vắng nhà không, DS Roycroft?" Hawk hỏi, đi thẳng vào vấn đề.</w:t>
      </w:r>
    </w:p>
    <w:p>
      <w:pPr>
        <w:spacing w:after="80"/>
      </w:pPr>
      <w:r>
        <w:rPr>
          <w:b w:val="0"/>
          <w:i w:val="0"/>
        </w:rPr>
        <w:t>"Tôi bắt đầu bằng việc kiểm tra chi phí của từng PPO trong năm năm qua, thì tình cờ bắt gặp những khoản khai báo mà tôi không bao giờ nghĩ là có thể có."</w:t>
      </w:r>
    </w:p>
    <w:p>
      <w:pPr>
        <w:spacing w:after="80"/>
      </w:pPr>
      <w:r>
        <w:rPr>
          <w:b w:val="0"/>
          <w:i w:val="0"/>
        </w:rPr>
        <w:t>‘Cho tôi một ví dụ đi.’</w:t>
      </w:r>
    </w:p>
    <w:p>
      <w:pPr>
        <w:spacing w:after="80"/>
      </w:pPr>
      <w:r>
        <w:rPr>
          <w:b w:val="0"/>
          <w:i w:val="0"/>
        </w:rPr>
        <w:t>‘Milner đã ở Ritz tại Paris ba đêm trong chuyến đi khảo sát trước thềm chuyến thăm cấp nhà nước của Nữ hoàng vào năm tới. Ông ta làm chuyện này trắng trợn đến mức còn dẫn theo cả vợ và con gái, viện cớ rằng phòng bên cạnh là do thư ký của ông ta ở, trong khi lúc đó cô ta đang ở nhà tại Potters Bar. Tôi phải nói rằng,’ Jackie nói thêm, ‘khi đi ăn ngoài, ông ta chẳng bao giờ bắt đầu chọn rượu từ đầu danh sách cả.’</w:t>
      </w:r>
    </w:p>
    <w:p>
      <w:pPr>
        <w:spacing w:after="80"/>
      </w:pPr>
      <w:r>
        <w:rPr>
          <w:b w:val="0"/>
          <w:i w:val="0"/>
        </w:rPr>
        <w:t>‘Cô có con số ước chừng nào cho cả ba người họ trong năm năm qua không, kèm theo đầy đủ hóa đơn chứng minh chứ?’ ông Diều Hâu hỏi dồn.</w:t>
      </w:r>
    </w:p>
    <w:p>
      <w:pPr>
        <w:spacing w:after="80"/>
      </w:pPr>
      <w:r>
        <w:rPr>
          <w:b w:val="0"/>
          <w:i w:val="0"/>
        </w:rPr>
        <w:t>‘£442,712,’ Jackie đáp, rõ ràng là đã lường trước câu hỏi này.</w:t>
      </w:r>
    </w:p>
    <w:p>
      <w:pPr>
        <w:spacing w:after="80"/>
      </w:pPr>
      <w:r>
        <w:rPr>
          <w:b w:val="0"/>
          <w:i w:val="0"/>
        </w:rPr>
        <w:t>‘Bao gồm những gì?’</w:t>
      </w:r>
    </w:p>
    <w:p>
      <w:pPr>
        <w:spacing w:after="80"/>
      </w:pPr>
      <w:r>
        <w:rPr>
          <w:b w:val="0"/>
          <w:i w:val="0"/>
        </w:rPr>
        <w:t>‘Chủ yếu là chi phí đi lại, tiệc tùng, phụ cấp trang phục và tiền làm thêm giờ, dù thực tế là với tư cách sĩ quan cấp cao, họ không được phép đòi khoản này.’</w:t>
      </w:r>
    </w:p>
    <w:p>
      <w:pPr>
        <w:spacing w:after="80"/>
      </w:pPr>
      <w:r>
        <w:rPr>
          <w:b w:val="0"/>
          <w:i w:val="0"/>
        </w:rPr>
        <w:t>‘Chi tiết thế nào?’</w:t>
      </w:r>
    </w:p>
    <w:p>
      <w:pPr>
        <w:spacing w:after="80"/>
      </w:pPr>
      <w:r>
        <w:rPr>
          <w:b w:val="0"/>
          <w:i w:val="0"/>
        </w:rPr>
        <w:t>‘Khi Hoàng gia đến Balmoral nghỉ hè, Milner dành phần lớn thời gian trên những đồng hoang săn gà gô – tôi được kể là năm ngoái ông ta bắn được nhiều chim trĩ hơn cả Công tước xứ Edinburgh – trong khi Reynolds thích câu cá trên sông Dee. Nhiệm vụ gần như duy nhất của họ là tháp tùng Nữ hoàng đến Đại hội Thể thao Vùng Cao nguyên. Nhưng khi trở về London, họ lại nộp đơn đòi phụ cấp “giờ làm việc ngoài giờ xã hội” cùng với chi phí “xa nhà”, chưa kể tiền làm thêm giờ.’</w:t>
      </w:r>
    </w:p>
    <w:p>
      <w:pPr>
        <w:spacing w:after="80"/>
      </w:pPr>
      <w:r>
        <w:rPr>
          <w:b w:val="0"/>
          <w:i w:val="0"/>
        </w:rPr>
        <w:t>‘Nếu tôi phải mở một cuộc điều tra toàn diện,’ ông Diều Hâu nói, ‘thì họ còn bao nhiêu đường lùi? Và quan trọng không kém, cô nghĩ mình có thể buộc tội được bao nhiêu phần?’</w:t>
      </w:r>
    </w:p>
    <w:p>
      <w:pPr>
        <w:spacing w:after="80"/>
      </w:pPr>
      <w:r>
        <w:rPr>
          <w:b w:val="0"/>
          <w:i w:val="0"/>
        </w:rPr>
        <w:t>‘Khoảng một nửa,’ Jackie đáp. ‘Nhưng tôi đã thu thập được quá đủ bằng chứng để chất đầy xe cút kít của mình rồi.’ Cô tiếp tục khi tiếng cười đã lắng xuống. ‘Khoản đòi bồi hoàn tôi thích nhất là chiếc áo mưa và cây dù Burberry mà Milner mua ở Bermuda giữa đợt nắng nóng. Hóa đơn cho thấy chiếc áo mưa tình cờ vừa khít hoàn hảo với vợ ông ta.’</w:t>
      </w:r>
    </w:p>
    <w:p>
      <w:pPr>
        <w:spacing w:after="80"/>
      </w:pPr>
      <w:r>
        <w:rPr>
          <w:b w:val="0"/>
          <w:i w:val="0"/>
        </w:rPr>
        <w:t>‘Không thể để chuyện này lộ ra được,’ ông Diều Hâu nói. ‘Báo chí sẽ tha hồ mà khai thác.’</w:t>
      </w:r>
    </w:p>
    <w:p>
      <w:pPr>
        <w:spacing w:after="80"/>
      </w:pPr>
      <w:r>
        <w:rPr>
          <w:b w:val="0"/>
          <w:i w:val="0"/>
        </w:rPr>
        <w:t>‘Reynolds và Jennings cũng tệ y hệt,’ William xen vào. ‘Nhưng chính Milner là người đảm bảo họ thoát được bằng cách không bao giờ chất vấn các khoản đòi bồi hoàn của họ, điều đó cho thấy họ hành động đồng lõa với nhau.’</w:t>
      </w:r>
    </w:p>
    <w:p>
      <w:pPr>
        <w:spacing w:after="80"/>
      </w:pPr>
      <w:r>
        <w:rPr>
          <w:b w:val="0"/>
          <w:i w:val="0"/>
        </w:rPr>
        <w:t>‘Họ sẽ biện hộ thế nào?’ viên chỉ huy nói, gần như tự nhủ.</w:t>
      </w:r>
    </w:p>
    <w:p>
      <w:pPr>
        <w:spacing w:after="80"/>
      </w:pPr>
      <w:r>
        <w:rPr>
          <w:b w:val="0"/>
          <w:i w:val="0"/>
        </w:rPr>
        <w:t>‘Milner sẽ khai rằng Thái tử xứ Wales biết rõ ông ta đang làm gì và đã chấp thuận. Nhưng tôi tin chắc rằng Điện hạ hoàn toàn không biết họ đang giở trò gì dưới danh nghĩa của mình.’</w:t>
      </w:r>
    </w:p>
    <w:p>
      <w:pPr>
        <w:spacing w:after="80"/>
      </w:pPr>
      <w:r>
        <w:rPr>
          <w:b w:val="0"/>
          <w:i w:val="0"/>
        </w:rPr>
        <w:t>‘Anh có đồng ý với điều đó không, Ross?’</w:t>
      </w:r>
    </w:p>
    <w:p>
      <w:pPr>
        <w:spacing w:after="80"/>
      </w:pPr>
      <w:r>
        <w:rPr>
          <w:b w:val="0"/>
          <w:i w:val="0"/>
        </w:rPr>
        <w:t>‘Có, thưa sếp. Công nương Diana không thể nào biết được tôi đòi bồi hoàn những khoản chi phí gì, và chủ đề này chưa bao giờ được nhắc đến. Milner duyệt mọi khoản đòi bồi hoàn của tôi mà không hề kiểm tra, và một khi ông ta đã nguệch ngoạc ký tắt ở cuối phiếu, phòng kế toán cứ thế chi trả không thắc mắc. Đó là một chuyến tàu hái ra tiền chẳng có cờ đỏ nào cảnh báo và cũng chẳng buồn dừng ở ga nào.’</w:t>
      </w:r>
    </w:p>
    <w:p>
      <w:pPr>
        <w:spacing w:after="80"/>
      </w:pPr>
      <w:r>
        <w:rPr>
          <w:b w:val="0"/>
          <w:i w:val="0"/>
        </w:rPr>
        <w:t>‘Có thể bạn cũng sẽ thấy thú vị khi biết,’ Jackie nói, ‘rằng trong những năm làm trưởng bộ phận Bảo vệ Hoàng gia, Milner đã tích lũy được hơn một triệu dặm bay dưới tên của chính mình. Hoàn toàn hợp pháp và minh bạch.’</w:t>
      </w:r>
    </w:p>
    <w:p>
      <w:pPr>
        <w:spacing w:after="80"/>
      </w:pPr>
      <w:r>
        <w:rPr>
          <w:b w:val="0"/>
          <w:i w:val="0"/>
        </w:rPr>
        <w:t>“Có khi cuối cùng hắn sẽ phải sống giữa không trung một khi hắn nhận ra chúng ta đã nắm được hắn,” viên chỉ huy nói. Ông ngừng lại một lát trước khi nói thêm: “Bằng chứng cô thu thập được, Jackie ạ, phải nói là thuyết phục. Nhưng nếu chúng ta định hạ bệ kẻ đứng đầu Đội Bảo vệ Hoàng gia, tôi sẽ cần nhiều hơn thế, nhiều hơn hẳn. Vậy thì, Rebecca, đến lượt cô kể cho chúng tôi nghe cô đã làm gì trong mấy tháng qua.”</w:t>
      </w:r>
    </w:p>
    <w:p>
      <w:pPr>
        <w:spacing w:after="80"/>
      </w:pPr>
      <w:r>
        <w:rPr>
          <w:b w:val="0"/>
          <w:i w:val="0"/>
        </w:rPr>
        <w:t>‘Giám đốc Milner không bao giờ đi phương tiện công cộng khi đang làm nhiệm vụ,’ Rebecca nói, ‘dù ông ấy có thẻ đi lại được cấp phép cho phép làm vậy.’</w:t>
      </w:r>
    </w:p>
    <w:p>
      <w:pPr>
        <w:spacing w:after="80"/>
      </w:pPr>
      <w:r>
        <w:rPr>
          <w:b w:val="0"/>
          <w:i w:val="0"/>
        </w:rPr>
        <w:t>‘Có lẽ ông ta dùng xe riêng rồi đòi tiền trợ cấp xăng dầu,’ Hawk nói, cố tình bắt bẻ cho ra vẻ đối lập.</w:t>
      </w:r>
    </w:p>
    <w:p>
      <w:pPr>
        <w:spacing w:after="80"/>
      </w:pPr>
      <w:r>
        <w:rPr>
          <w:b w:val="0"/>
          <w:i w:val="0"/>
        </w:rPr>
        <w:t>‘Anh ta không bao giờ tự lái xe của mình. Luôn đi taxi và tính vào chi phí công tác.’</w:t>
      </w:r>
    </w:p>
    <w:p>
      <w:pPr>
        <w:spacing w:after="80"/>
      </w:pPr>
      <w:r>
        <w:rPr>
          <w:b w:val="0"/>
          <w:i w:val="0"/>
        </w:rPr>
        <w:t>‘Vậy thì người duy nhất được lợi chính là bác tài xế taxi, và chắc chắn Milner có đủ hóa đơn để chứng minh điều đó.’</w:t>
      </w:r>
    </w:p>
    <w:p>
      <w:pPr>
        <w:spacing w:after="80"/>
      </w:pPr>
      <w:r>
        <w:rPr>
          <w:b w:val="0"/>
          <w:i w:val="0"/>
        </w:rPr>
        <w:t>‘Nhưng tại sao lại bắt taxi đến Cung điện Buckingham hay York House,’ Rebecca hỏi, ‘khi cả hai đều nằm trong khoảng cách đi bộ từ văn phòng của ông ấy ở Buckingham Gate?’</w:t>
      </w:r>
    </w:p>
    <w:p>
      <w:pPr>
        <w:spacing w:after="80"/>
      </w:pPr>
      <w:r>
        <w:rPr>
          <w:b w:val="0"/>
          <w:i w:val="0"/>
        </w:rPr>
        <w:t>‘Hắn sẽ viện cớ rằng không thể mạo hiểm bị theo dõi khi đang mang theo tài liệu mật,’ Chim Ưu nói.</w:t>
      </w:r>
    </w:p>
    <w:p>
      <w:pPr>
        <w:spacing w:after="80"/>
      </w:pPr>
      <w:r>
        <w:rPr>
          <w:b w:val="0"/>
          <w:i w:val="0"/>
        </w:rPr>
        <w:t>‘Anh ấy cũng bắt taxi đến Windsor rồi quay về, chẳng hề rẻ chút nào, trong khi anh ấy có thể đi tàu từ Victoria, chỉ cách văn phòng vài trăm mét.’</w:t>
      </w:r>
    </w:p>
    <w:p>
      <w:pPr>
        <w:spacing w:after="80"/>
      </w:pPr>
      <w:r>
        <w:rPr>
          <w:b w:val="0"/>
          <w:i w:val="0"/>
        </w:rPr>
        <w:t>Điều đó khiến Hawk im bặt trong giây lát, và Rebecca đã tận dụng ngay cơ hội đó.</w:t>
      </w:r>
    </w:p>
    <w:p>
      <w:pPr>
        <w:spacing w:after="80"/>
      </w:pPr>
      <w:r>
        <w:rPr>
          <w:b w:val="0"/>
          <w:i w:val="0"/>
        </w:rPr>
        <w:t>‘Nếu sau đó cô kiểm tra kỹ các khoản khai chi phí của ông ta,’ cô nói, mở một tập hồ sơ và lướt ngón tay xuống mấy con số trước khi tiếp tục. ‘Chỉ riêng năm ngoái, Milner đã thực hiện một trăm bảy mươi mốt chuyến taxi như vậy với chi phí cho người đóng thuế chỉ hơn £33,000.’</w:t>
      </w:r>
    </w:p>
    <w:p>
      <w:pPr>
        <w:spacing w:after="80"/>
      </w:pPr>
      <w:r>
        <w:rPr>
          <w:b w:val="0"/>
          <w:i w:val="0"/>
        </w:rPr>
        <w:t>‘Và nếu ông đào sâu hơn một chút, như chúng tôi đã làm, với sự giúp đỡ của Constable Smart,’ Paul chen vào, không cần kiểm tra lại các con số, ‘ông sẽ thấy rằng trong mười một năm qua, Giám đốc Milner đã chi £434,720 chỉ riêng cho taxi, điều mà tôi nghĩ ngay cả BBC cũng có thể gọi là quá đáng.’</w:t>
      </w:r>
    </w:p>
    <w:p>
      <w:pPr>
        <w:spacing w:after="80"/>
      </w:pPr>
      <w:r>
        <w:rPr>
          <w:b w:val="0"/>
          <w:i w:val="0"/>
        </w:rPr>
        <w:t>‘Tuy nhiên,’ Rebecca nói, ‘sự thật là Milner không bao giờ bắt taxi khi đang làm nhiệm vụ.’</w:t>
      </w:r>
    </w:p>
    <w:p>
      <w:pPr>
        <w:spacing w:after="80"/>
      </w:pPr>
      <w:r>
        <w:rPr>
          <w:b w:val="0"/>
          <w:i w:val="0"/>
        </w:rPr>
        <w:t>‘Tốt nhất là cô nên có bằng chứng xác thực để chống lưng cho phát ngôn đó đấy, Thanh tra Pankhurst,’ Hawk nói. ‘Nếu không thì lời của cô sẽ đối đầu với lời của hắn.’</w:t>
      </w:r>
    </w:p>
    <w:p>
      <w:pPr>
        <w:spacing w:after="80"/>
      </w:pPr>
      <w:r>
        <w:rPr>
          <w:b w:val="0"/>
          <w:i w:val="0"/>
        </w:rPr>
        <w:t>‘Tôi có linh cảm là ông sẽ nói vậy, thưa ông,’ Rebecca đáp, ‘nên với sự cho phép của DCI Warwick, tôi đã xin nghỉ một tuần khỏi công việc thường ngày và đi nằm vùng.’</w:t>
      </w:r>
    </w:p>
    <w:p>
      <w:pPr>
        <w:spacing w:after="80"/>
      </w:pPr>
      <w:r>
        <w:rPr>
          <w:b w:val="0"/>
          <w:i w:val="0"/>
        </w:rPr>
        <w:t>‘Nhằm mục đích gì?’</w:t>
      </w:r>
    </w:p>
    <w:p>
      <w:pPr>
        <w:spacing w:after="80"/>
      </w:pPr>
      <w:r>
        <w:rPr>
          <w:b w:val="0"/>
          <w:i w:val="0"/>
        </w:rPr>
        <w:t>‘Theo chân một tuần trong cuộc sống của viên sĩ quan bảo vệ hoàng gia cấp cao nhất của chúng ta.’</w:t>
      </w:r>
    </w:p>
    <w:p>
      <w:pPr>
        <w:spacing w:after="80"/>
      </w:pPr>
      <w:r>
        <w:rPr>
          <w:b w:val="0"/>
          <w:i w:val="0"/>
        </w:rPr>
        <w:t>William cho phép mình mỉm cười khi Rebecca mở ra trước mặt cô một tập hồ sơ còn dày hơn nữa. ‘Mỗi sáng khoảng tám giờ, tám giờ mười lăm, Milner rời nhà ở Barnes và bắt tàu đến Victoria bằng giấy phép cảnh sát của ông ta.’</w:t>
      </w:r>
    </w:p>
    <w:p>
      <w:pPr>
        <w:spacing w:after="80"/>
      </w:pPr>
      <w:r>
        <w:rPr>
          <w:b w:val="0"/>
          <w:i w:val="0"/>
        </w:rPr>
        <w:t>‘Đó là quyền của ông ta,’ Chim Ưng nói.</w:t>
      </w:r>
    </w:p>
    <w:p>
      <w:pPr>
        <w:spacing w:after="80"/>
      </w:pPr>
      <w:r>
        <w:rPr>
          <w:b w:val="0"/>
          <w:i w:val="0"/>
        </w:rPr>
        <w:t>‘Khi đến Victoria,’ Rebecca tiếp tục, không hề nao núng, ‘ông ta đi bộ nửa dặm đến Cổng Buckingham. Nếu có cuộc hẹn với HRH, ông ta đi bộ sang York House, thường có DI Reynolds, PPO của Hoàng tử, đi cùng. Khi HRH rời York House, Milner vội vã quay lại Cổng Buckingham. Trong tuần đó, hai lần riêng biệt ông ta bắt tàu từ Paddington đến Windsor bằng thẻ đi lại được cấp phép. Khi đến nơi, ông ta đi bộ từ ga đến lâu đài và biến mất vào văn phòng, không thấy xuất hiện lại cho đến khi rời đi vào khoảng bốn giờ ba mươi, lúc đó ông ta bắt tàu về Barnes. Trong tuần đó, ông ta không một lần đi taxi, nhưng điều đó không ngăn ông ta đòi £529 tiền chi phí,’ Rebecca nói, đưa ra mười bốn tờ khai chi phí để Chim Ưng xem xét. ‘Họ không chỉ đòi chi phí cho những chuyến đi không hề diễn ra, mà cùng với đồng bọn, họ đang kiếm về khoảng một phần tư triệu mỗi năm, mà không có ai khác kiểm tra họ.’</w:t>
      </w:r>
    </w:p>
    <w:p>
      <w:pPr>
        <w:spacing w:after="80"/>
      </w:pPr>
      <w:r>
        <w:rPr>
          <w:b w:val="0"/>
          <w:i w:val="0"/>
        </w:rPr>
        <w:t>Vị chỉ huy nghiên cứu các phiếu khai chi phí một lúc lâu trước khi nói, ‘Làm tốt lắm, DC Pankhurst. Nhưng vẫn chưa đủ. Cô còn gì khác để đưa cho tôi không?’</w:t>
      </w:r>
    </w:p>
    <w:p>
      <w:pPr>
        <w:spacing w:after="80"/>
      </w:pPr>
      <w:r>
        <w:rPr>
          <w:b w:val="0"/>
          <w:i w:val="0"/>
        </w:rPr>
        <w:t>‘Không còn gì nữa, thưa sếp. Tuy nhiên, vị trưởng phòng đã nảy ra một điều cần được giải thích.’</w:t>
      </w:r>
    </w:p>
    <w:p>
      <w:pPr>
        <w:spacing w:after="80"/>
      </w:pPr>
      <w:r>
        <w:rPr>
          <w:b w:val="0"/>
          <w:i w:val="0"/>
        </w:rPr>
        <w:t>Mọi người quanh bàn đều quay sang nhìn William.</w:t>
      </w:r>
    </w:p>
    <w:p>
      <w:pPr>
        <w:spacing w:after="80"/>
      </w:pPr>
      <w:r>
        <w:rPr>
          <w:b w:val="0"/>
          <w:i w:val="0"/>
        </w:rPr>
        <w:t>‘Tôi tìm thấy cái này bị khóa trong ngăn kéo trên cùng bàn làm việc của Milner,’ William nói, đặt một phiếu chi phí trước mặt vị chỉ huy.</w:t>
      </w:r>
    </w:p>
    <w:p>
      <w:pPr>
        <w:spacing w:after="80"/>
      </w:pPr>
      <w:r>
        <w:rPr>
          <w:b w:val="0"/>
          <w:i w:val="0"/>
        </w:rPr>
        <w:t>‘Cái này chứng minh được gì?’ Chim Ưng hỏi, sau khi cẩn thận kiểm tra vài tờ khai chi phí.</w:t>
      </w:r>
    </w:p>
    <w:p>
      <w:pPr>
        <w:spacing w:after="80"/>
      </w:pPr>
      <w:r>
        <w:rPr>
          <w:b w:val="0"/>
          <w:i w:val="0"/>
        </w:rPr>
        <w:t>‘Không phải những khoản khai mà Milner đã thực hiện là thứ chúng ta nên xem xét,’ William nói, ‘mà là cuốn sổ chi phí còn trống một nửa với chữ ký của ông ta đã có sẵn trên mỗi trang, chỉ chờ điền chi tiết vào. Ông ta giống như một người đàn ông ở bàn roulette biết quả bóng sẽ rơi vào con số nào. Ông ta đã hoàn thiện một hệ thống luôn luôn trả thưởng, ngay cả khi nó rơi vào số không.’</w:t>
      </w:r>
    </w:p>
    <w:p>
      <w:pPr>
        <w:spacing w:after="80"/>
      </w:pPr>
      <w:r>
        <w:rPr>
          <w:b w:val="0"/>
          <w:i w:val="0"/>
        </w:rPr>
        <w:t>‘Tin tôi đi,’ Chim Ưng nói, ‘gã đàn ông đó vẫn có thể lấp liếm thoát khỏi chuyện đó. Không, tôi cần một viên đạn bạc mà Milner sẽ không thể nạp lại vào ổ đạn.’ Vị chỉ huy nhận thấy một nụ cười toe toét xuất hiện trên mặt DS Adaja. ‘Cậu im lặng một cách bất thường, Paul. Tôi có thể giả định rằng cậu sắp sản xuất ra viên đạn đó không?’</w:t>
      </w:r>
    </w:p>
    <w:p>
      <w:pPr>
        <w:spacing w:after="80"/>
      </w:pPr>
      <w:r>
        <w:rPr>
          <w:b w:val="0"/>
          <w:i w:val="0"/>
        </w:rPr>
        <w:t>‘Và cả khẩu súng để bắn nó nữa,’ Paul nói. ‘Tuy nhiên, sếp sẽ không bao giờ tin được điều tôi sắp nói với sếp đâu, mặc dù sếp đã từng đối phó với một số bộ óc tội phạm sắc sảo nhất trong nghề.’</w:t>
      </w:r>
    </w:p>
    <w:p>
      <w:pPr>
        <w:spacing w:after="80"/>
      </w:pPr>
      <w:r>
        <w:rPr>
          <w:b w:val="0"/>
          <w:i w:val="0"/>
        </w:rPr>
        <w:t>‘Đừng phí thời gian của tôi nữa,’ Chim Ưng nói.</w:t>
      </w:r>
    </w:p>
    <w:p>
      <w:pPr>
        <w:spacing w:after="80"/>
      </w:pPr>
      <w:r>
        <w:rPr>
          <w:b w:val="0"/>
          <w:i w:val="0"/>
        </w:rPr>
        <w:t>‘Suốt tháng qua, tôi đã đặc biệt quan tâm đến một Trung sĩ Nigel Hicks nào đó.’</w:t>
      </w:r>
    </w:p>
    <w:p>
      <w:pPr>
        <w:spacing w:after="80"/>
      </w:pPr>
      <w:r>
        <w:rPr>
          <w:b w:val="0"/>
          <w:i w:val="0"/>
        </w:rPr>
        <w:t>‘Và có gì đặc biệt ở Trung sĩ Hicks?’</w:t>
      </w:r>
    </w:p>
    <w:p>
      <w:pPr>
        <w:spacing w:after="80"/>
      </w:pPr>
      <w:r>
        <w:rPr>
          <w:b w:val="0"/>
          <w:i w:val="0"/>
        </w:rPr>
        <w:t>‘Ông ta đã là sĩ quan liên lạc tiền phương của Bộ phận Bảo vệ Hoàng gia trong mười một năm qua.’</w:t>
      </w:r>
    </w:p>
    <w:p>
      <w:pPr>
        <w:spacing w:after="80"/>
      </w:pPr>
      <w:r>
        <w:rPr>
          <w:b w:val="0"/>
          <w:i w:val="0"/>
        </w:rPr>
        <w:t>'Thật là hấp dẫn,' viên chỉ huy nói, cố nén một cái ngáp.</w:t>
      </w:r>
    </w:p>
    <w:p>
      <w:pPr>
        <w:spacing w:after="80"/>
      </w:pPr>
      <w:r>
        <w:rPr>
          <w:b w:val="0"/>
          <w:i w:val="0"/>
        </w:rPr>
        <w:t>'Đúng là vậy, thưa ngài, nếu Trung sĩ Hicks có thật.'</w:t>
      </w:r>
    </w:p>
    <w:p>
      <w:pPr>
        <w:spacing w:after="80"/>
      </w:pPr>
      <w:r>
        <w:rPr>
          <w:b w:val="0"/>
          <w:i w:val="0"/>
        </w:rPr>
        <w:t>Vẻ mặt của Chim Ưng chẳng giống một tay chơi poker lão luyện chút nào. 'Chi tiết đi,' ông ta yêu cầu, ngồi thẳng dậy trên ghế.</w:t>
      </w:r>
    </w:p>
    <w:p>
      <w:pPr>
        <w:spacing w:after="80"/>
      </w:pPr>
      <w:r>
        <w:rPr>
          <w:b w:val="0"/>
          <w:i w:val="0"/>
        </w:rPr>
        <w:t>'Trung sĩ Hicks đã nghỉ hưu mười một năm trước – và qua đời vài năm sau đó. Ông ấy được chôn tại nhà thờ địa phương ở Sevenoaks.'</w:t>
      </w:r>
    </w:p>
    <w:p>
      <w:pPr>
        <w:spacing w:after="80"/>
      </w:pPr>
      <w:r>
        <w:rPr>
          <w:b w:val="0"/>
          <w:i w:val="0"/>
        </w:rPr>
        <w:t>'Dĩ nhiên là anh có bằng chứng chứ?'</w:t>
      </w:r>
    </w:p>
    <w:p>
      <w:pPr>
        <w:spacing w:after="80"/>
      </w:pPr>
      <w:r>
        <w:rPr>
          <w:b w:val="0"/>
          <w:i w:val="0"/>
        </w:rPr>
        <w:t>Paul lấy ra một bức ảnh chụp bia mộ của Hicks và đưa cho viên chỉ huy.</w:t>
      </w:r>
    </w:p>
    <w:p>
      <w:pPr>
        <w:spacing w:after="80"/>
      </w:pPr>
      <w:r>
        <w:rPr>
          <w:b w:val="0"/>
          <w:i w:val="0"/>
        </w:rPr>
        <w:t>NIGEL HICKS</w:t>
      </w:r>
    </w:p>
    <w:p>
      <w:pPr>
        <w:spacing w:after="80"/>
      </w:pPr>
      <w:r>
        <w:rPr>
          <w:b w:val="0"/>
          <w:i w:val="0"/>
        </w:rPr>
        <w:t>1918–1981</w:t>
      </w:r>
    </w:p>
    <w:p>
      <w:pPr>
        <w:spacing w:after="80"/>
      </w:pPr>
      <w:r>
        <w:rPr>
          <w:b w:val="0"/>
          <w:i w:val="0"/>
        </w:rPr>
        <w:t>'Anh không định nói với tôi rằng—'</w:t>
      </w:r>
    </w:p>
    <w:p>
      <w:pPr>
        <w:spacing w:after="80"/>
      </w:pPr>
      <w:r>
        <w:rPr>
          <w:b w:val="0"/>
          <w:i w:val="0"/>
        </w:rPr>
        <w:t>'Ông ấy vẫn nhận đủ lương, và năm ngoái bằng cách nào đó đã đòi được hơn £70,000 tiền chi phí, mà thực ra chẳng hề xuất hiện ở văn phòng.'</w:t>
      </w:r>
    </w:p>
    <w:p>
      <w:pPr>
        <w:spacing w:after="80"/>
      </w:pPr>
      <w:r>
        <w:rPr>
          <w:b w:val="0"/>
          <w:i w:val="0"/>
        </w:rPr>
        <w:t>'Nhưng chúng có thoát được không?'</w:t>
      </w:r>
    </w:p>
    <w:p>
      <w:pPr>
        <w:spacing w:after="80"/>
      </w:pPr>
      <w:r>
        <w:rPr>
          <w:b w:val="0"/>
          <w:i w:val="0"/>
        </w:rPr>
        <w:t>'Có thể Hicks có liên quan,' William gợi ý.</w:t>
      </w:r>
    </w:p>
    <w:p>
      <w:pPr>
        <w:spacing w:after="80"/>
      </w:pPr>
      <w:r>
        <w:rPr>
          <w:b w:val="0"/>
          <w:i w:val="0"/>
        </w:rPr>
        <w:t>'Nhưng ông ta chết rồi mà.'</w:t>
      </w:r>
    </w:p>
    <w:p>
      <w:pPr>
        <w:spacing w:after="80"/>
      </w:pPr>
      <w:r>
        <w:rPr>
          <w:b w:val="0"/>
          <w:i w:val="0"/>
        </w:rPr>
        <w:t>'Không đúng theo sổ sách đâu.'</w:t>
      </w:r>
    </w:p>
    <w:p>
      <w:pPr>
        <w:spacing w:after="80"/>
      </w:pPr>
      <w:r>
        <w:rPr>
          <w:b w:val="0"/>
          <w:i w:val="0"/>
        </w:rPr>
        <w:t>'Nhưng chắc chắn ai đó—' Chim Ưng bắt đầu.</w:t>
      </w:r>
    </w:p>
    <w:p>
      <w:pPr>
        <w:spacing w:after="80"/>
      </w:pPr>
      <w:r>
        <w:rPr>
          <w:b w:val="0"/>
          <w:i w:val="0"/>
        </w:rPr>
        <w:t>'Đó chính là vấn đề, thưa ngài,' William đáp lại. 'Milner, Jennings và Reynolds đều dính vào vụ lừa đảo, và chỉ quá vui vẻ nhận phần của mình. Thực tế, Hicks vẫn có văn phòng riêng ở Windsor, với tên ông ấy trên cửa.'</w:t>
      </w:r>
    </w:p>
    <w:p>
      <w:pPr>
        <w:spacing w:after="80"/>
      </w:pPr>
      <w:r>
        <w:rPr>
          <w:b w:val="0"/>
          <w:i w:val="0"/>
        </w:rPr>
        <w:t>‘Và Milner giải thích thế nào về việc tại sao không ai khác từng nhìn thấy ông ta?’</w:t>
      </w:r>
    </w:p>
    <w:p>
      <w:pPr>
        <w:spacing w:after="80"/>
      </w:pPr>
      <w:r>
        <w:rPr>
          <w:b w:val="0"/>
          <w:i w:val="0"/>
        </w:rPr>
        <w:t>‘Ông ta là sĩ quan liên lạc tiền phương, thưa ngài, nên lúc nào cũng ở nước ngoài, đi kiểm tra địa điểm thay cho các thành viên cấp thấp của Hoàng gia dự kiến sẽ đến thăm quốc gia đó vào một thời điểm nào đó trong tương lai. Ông ta khai chi phí đi lại cho những thành phố chưa từng đặt chân đến, phụ cấp lưu trú cho những khách sạn chưa từng ở, cộng thêm các khoản khai thường xuyên cho giờ làm ngoài giờ và làm thêm giờ. Thực tế, trong mười một năm qua, viên trung sĩ ma đã được trả hơn £270,000 tiền lương, cộng thêm £700,000 tiền chi phí. Chưa kể việc tích lũy một triệu dặm bay mà chưa từng bước lên máy bay.’</w:t>
      </w:r>
    </w:p>
    <w:p>
      <w:pPr>
        <w:spacing w:after="80"/>
      </w:pPr>
      <w:r>
        <w:rPr>
          <w:b w:val="0"/>
          <w:i w:val="0"/>
        </w:rPr>
        <w:t>‘Chuyện gì xảy ra với vé của những chuyến bay ông ta không hề đi?’</w:t>
      </w:r>
    </w:p>
    <w:p>
      <w:pPr>
        <w:spacing w:after="80"/>
      </w:pPr>
      <w:r>
        <w:rPr>
          <w:b w:val="0"/>
          <w:i w:val="0"/>
        </w:rPr>
        <w:t>‘Một số được đổi thành tiền mặt, số khác được dùng mỗi khi một trong ba người họ đi nghỉ. Cả ba đều đã đến những nơi khá kỳ thú trong mười một năm qua: Rio, Cape Town, Mexico, St Petersburg …’</w:t>
      </w:r>
    </w:p>
    <w:p>
      <w:pPr>
        <w:spacing w:after="80"/>
      </w:pPr>
      <w:r>
        <w:rPr>
          <w:b w:val="0"/>
          <w:i w:val="0"/>
        </w:rPr>
        <w:t>‘Làm sao anh phát hiện ra?’ viên Diều Hâu quát, gần như không kiềm chế được cơn giận.</w:t>
      </w:r>
    </w:p>
    <w:p>
      <w:pPr>
        <w:spacing w:after="80"/>
      </w:pPr>
      <w:r>
        <w:rPr>
          <w:b w:val="0"/>
          <w:i w:val="0"/>
        </w:rPr>
        <w:t>‘Cuối cùng tôi đột nhập được vào văn phòng của viên trung sĩ mất tích, thưa ngài, chỉ để phát hiện ra rằng tủ đã trống trơn.’</w:t>
      </w:r>
    </w:p>
    <w:p>
      <w:pPr>
        <w:spacing w:after="80"/>
      </w:pPr>
      <w:r>
        <w:rPr>
          <w:b w:val="0"/>
          <w:i w:val="0"/>
        </w:rPr>
        <w:t>‘Con chó không sủa trong đêm,’ viên chỉ huy nói. ‘Giỏi lắm, Paul. Tuy nhiên, tôi vẫn cần thêm phần kem trên bánh trước khi báo cáo lên Ủy viên. Nói cho tôi biết họ đã tiêu thụ số tiền bất chính đó thế nào, vì chính cách tội phạm tiêu tiền cuối cùng luôn là thứ khiến chúng bị lộ.’</w:t>
      </w:r>
    </w:p>
    <w:p>
      <w:pPr>
        <w:spacing w:after="80"/>
      </w:pPr>
      <w:r>
        <w:rPr>
          <w:b w:val="0"/>
          <w:i w:val="0"/>
        </w:rPr>
        <w:t>‘Bóp cò đi, Jackie,’ William nói.</w:t>
      </w:r>
    </w:p>
    <w:p>
      <w:pPr>
        <w:spacing w:after="80"/>
      </w:pPr>
      <w:r>
        <w:rPr>
          <w:b w:val="0"/>
          <w:i w:val="0"/>
        </w:rPr>
        <w:t>‘Sau khi Paul và Rebecca thu thập đủ bằng chứng để chứng minh chính xác Milner đang làm gì,’ Jackie nói, ‘tôi làm theo lời khuyên của ngài và lần theo dấu vết đồng tiền.’</w:t>
      </w:r>
    </w:p>
    <w:p>
      <w:pPr>
        <w:spacing w:after="80"/>
      </w:pPr>
      <w:r>
        <w:rPr>
          <w:b w:val="0"/>
          <w:i w:val="0"/>
        </w:rPr>
        <w:t>‘Và cô tìm ra được gì?’ viên Diều Hâu hỏi.</w:t>
      </w:r>
    </w:p>
    <w:p>
      <w:pPr>
        <w:spacing w:after="80"/>
      </w:pPr>
      <w:r>
        <w:rPr>
          <w:b w:val="0"/>
          <w:i w:val="0"/>
        </w:rPr>
        <w:t>‘Milner đúng là có một chiếc xe, một chiếc Mercedes SI, đời mới nhất, mà ông ta trả bằng tiền mặt, vì không có dấu hiệu nào cho thấy có khoản nào khác ngoài tiền lương của một Tổng thanh tra được chuyển vào tài khoản ngân hàng của ông ta. Nên ai đó có thể sẽ thắc mắc làm sao ông ta có thể sở hữu một ngôi nhà ba tầng trên bãi đất chung ở Barnes, một biệt thự đồng quê ở Berkshire rộng năm mẫu Anh, và một bất động sản đáng kể ở Ibiza mà chỉ có thể mô tả là vị trí mặt tiền đắt giá.’</w:t>
      </w:r>
    </w:p>
    <w:p>
      <w:pPr>
        <w:spacing w:after="80"/>
      </w:pPr>
      <w:r>
        <w:rPr>
          <w:b w:val="0"/>
          <w:i w:val="0"/>
        </w:rPr>
        <w:t>Một khoảng lặng còn dài hơn tiếp theo trước khi viên Diều Hâu nói: ‘Làm sao ông ta thoát được lâu đến vậy?’</w:t>
      </w:r>
    </w:p>
    <w:p>
      <w:pPr>
        <w:spacing w:after="80"/>
      </w:pPr>
      <w:r>
        <w:rPr>
          <w:b w:val="0"/>
          <w:i w:val="0"/>
        </w:rPr>
        <w:t>‘Đó là phần dễ,’ William nói. ‘Vì không có ai chất vấn ông ta cho đến khi chúng ta xuất hiện, và nếu Constable Jenny Smart không cảm thấy đó là nhiệm vụ của mình để chỉ Jackie đúng hướng, có lẽ chúng ta đã mất hàng năm trời mới tóm được ông ta. Nhưng nhờ sự hỗ trợ của cô ấy,’ William tiếp tục, ‘đội đã thu thập đủ bằng chứng, cùng với viên đạn bạc của Paul để đảm bảo rằng Milner sẽ không dành thời gian nghỉ hưu ở Ibiza, mà sẽ là cư dân của nhà tù Belmarsh theo ý của Nữ hoàng.’</w:t>
      </w:r>
    </w:p>
    <w:p>
      <w:pPr>
        <w:spacing w:after="80"/>
      </w:pPr>
      <w:r>
        <w:rPr>
          <w:b w:val="0"/>
          <w:i w:val="0"/>
        </w:rPr>
        <w:t>‘Một hình thức bảo vệ hoàng gia khác,’ Paul gợi ý.</w:t>
      </w:r>
    </w:p>
    <w:p>
      <w:pPr>
        <w:spacing w:after="80"/>
      </w:pPr>
      <w:r>
        <w:rPr>
          <w:b w:val="0"/>
          <w:i w:val="0"/>
        </w:rPr>
        <w:t>Viên chỉ huy mỉm cười lần đầu tiên trong buổi sáng hôm đó. ‘Sau khi anh nộp báo cáo, DCI Warwick,’ ông nói, ‘tôi sẽ tóm tắt cho Ủy viên để ông ấy có đủ đạn dược khi có buổi yết kiến với Thân vương xứ Wales. Trong lúc đó, tôi chúc mừng tất cả các anh đã hoàn thành tốt công việc. Nhưng nếu mọi chuyện nổ tung vào mặt chúng ta, tôi e rằng DS Adaja sẽ phải gánh chịu hậu quả.’</w:t>
      </w:r>
    </w:p>
    <w:p>
      <w:pPr>
        <w:spacing w:after="80"/>
      </w:pPr>
      <w:r>
        <w:rPr>
          <w:b w:val="0"/>
          <w:i w:val="0"/>
        </w:rPr>
        <w:t>‘Và nếu tôi được chứng minh là đúng?’ Paul hỏi, sau khi tiếng cười đã lắng xuống.</w:t>
      </w:r>
    </w:p>
    <w:p>
      <w:pPr>
        <w:spacing w:after="80"/>
      </w:pPr>
      <w:r>
        <w:rPr>
          <w:b w:val="0"/>
          <w:i w:val="0"/>
        </w:rPr>
        <w:t>‘Cá nhân tôi sẽ sa thải Milner và hai kẻ đồng phạm của ông ta,’ Hawk nói, ‘nhận hết công lao, thăng chức cho DCI Warwick lên Superintendent, và giao cho anh ta phụ trách Bảo vệ Hoàng gia, đồng thời sẽ để DS Adaja tiếp tục nhắc nhở tất cả chúng ta rằng anh ta chính là bộ não đằng sau Chiến dịch Overcharge.’</w:t>
      </w:r>
    </w:p>
    <w:p>
      <w:pPr>
        <w:spacing w:after="80"/>
      </w:pPr>
      <w:r>
        <w:rPr>
          <w:b w:val="0"/>
          <w:i w:val="0"/>
        </w:rPr>
        <w:t>Những người còn lại trong đội đứng dậy và nhiệt liệt vỗ tay chúc mừng Paul, đúng lúc chiếc điện thoại trên bàn của chỉ huy bắt đầu đổ chuông. Hawk nhấc máy. ‘Angela, tôi đã nói là không nhận cuộc gọi nào trừ khi tòa nhà đang cháy.’</w:t>
      </w:r>
    </w:p>
    <w:p>
      <w:pPr>
        <w:spacing w:after="80"/>
      </w:pPr>
      <w:r>
        <w:rPr>
          <w:b w:val="0"/>
          <w:i w:val="0"/>
        </w:rPr>
        <w:t>‘Thưa sếp, Superintendent Milner đang ở trên đường dây. Ông ấy nói cần nói chuyện với sếp gấp.’</w:t>
      </w:r>
    </w:p>
    <w:p>
      <w:pPr>
        <w:spacing w:after="80"/>
      </w:pPr>
      <w:r>
        <w:rPr>
          <w:b w:val="0"/>
          <w:i w:val="0"/>
        </w:rPr>
        <w:t>‘Bảo ông ta là quần ông ta đang bốc cháy đi,’ Hawk nói, rồi đặt điện thoại xuống. Ông nhìn quanh về phía William. ‘Tôi nghĩ có lẽ ông ta đã nhận ra cuốn sổ chi tiêu của mình bị mất rồi.’</w:t>
      </w:r>
    </w:p>
    <w:p>
      <w:pPr>
        <w:pStyle w:val="Heading2"/>
      </w:pPr>
      <w:r>
        <w:rPr>
          <w:rFonts w:ascii="Calibri" w:hAnsi="Calibri"/>
          <w:b/>
          <w:i w:val="0"/>
          <w:sz w:val="32"/>
        </w:rPr>
        <w:t>CHƯƠNG 19</w:t>
      </w:r>
    </w:p>
    <w:p>
      <w:pPr>
        <w:spacing w:after="80"/>
      </w:pPr>
      <w:r>
        <w:rPr>
          <w:b w:val="0"/>
          <w:i w:val="0"/>
        </w:rPr>
        <w:t>‘TÔI RẤT VUI MỪNG,’ vị giám đốc mới của bảo tàng Fitzmolean tuyên bố, ‘được chào đón tất cả quý vị đến với bộ sưu tập tuyệt vời này gồm các tác phẩm của Frans Hals. Giờ đây tôi xin trân trọng mời Công nương xứ Wales, Điện hạ, lên khai mạc triển lãm.’</w:t>
      </w:r>
    </w:p>
    <w:p>
      <w:pPr>
        <w:spacing w:after="80"/>
      </w:pPr>
      <w:r>
        <w:rPr>
          <w:b w:val="0"/>
          <w:i w:val="0"/>
        </w:rPr>
        <w:t>Công nương bước đến trước micro. Tiếng vỗ tay vẫn tiếp tục khi bà liếc nhìn đoạn mở đầu trong bài phát biểu của mình.</w:t>
      </w:r>
    </w:p>
    <w:p>
      <w:pPr>
        <w:spacing w:after="80"/>
      </w:pPr>
      <w:r>
        <w:rPr>
          <w:b w:val="0"/>
          <w:i w:val="0"/>
        </w:rPr>
        <w:t xml:space="preserve">‘Cho tôi được bắt đầu bằng việc nói rằng tôi đã vui mừng biết bao khi được mời khai mạc triển lãm được mong đợi từ lâu này, một triển lãm đã nhận được những lời khen ngợi nồng nhiệt. Nhà phê bình của </w:t>
      </w:r>
      <w:r>
        <w:rPr>
          <w:b w:val="0"/>
          <w:i/>
        </w:rPr>
        <w:t>The Times</w:t>
      </w:r>
      <w:r>
        <w:rPr>
          <w:b w:val="0"/>
          <w:i w:val="0"/>
        </w:rPr>
        <w:t xml:space="preserve"> sáng nay đã nhắc chúng ta rằng nghệ thuật vĩ đại vượt lên trên mọi thành kiến và rào cản xã hội. Khi ngắm một bức tranh, ta không hề để ý đến màu da, tín ngưỡng tôn giáo hay quan điểm chính trị của người họa sĩ. Mãi đến khi đọc bài phê bình đó, tôi mới nhận ra rằng Frans Hals được nhiều nhà sử học nghệ thuật xem là ngang tầm với Rembrandt và Vermeer, hay rằng dù ông chưa bao giờ thiếu đơn đặt hàng trong suốt cuộc đời dài của mình, ông lại qua đời gần như trắng tay. Có lẽ vì ông có tới mười một người con.’ Công nương chờ cho tiếng cười lắng xuống rồi mới tiếp tục.</w:t>
      </w:r>
    </w:p>
    <w:p>
      <w:pPr>
        <w:spacing w:after="80"/>
      </w:pPr>
      <w:r>
        <w:rPr>
          <w:b w:val="0"/>
          <w:i w:val="0"/>
        </w:rPr>
        <w:t>‘Tuy nhiên, ông đã để lại một di sản mà tất cả chúng ta đều có thể chiêm ngưỡng và chắc chắn sẽ còn trường tồn qua nhiều thế hệ mai sau. Một bậc thầy người Hà Lan của Thời kỳ Hoàng kim hẳn sẽ rất vui mừng khi biết rằng bảo tàng này đã tôn vinh ký ức của ông bằng một màn trưng bày tác phẩm của ông toàn diện đến vậy, và điều đó là nhờ Beth Warwick, giám tuyển của triển lãm này. Nghị lực, nỗ lực và học vấn của cô ấy ai cũng thấy rõ.’</w:t>
      </w:r>
    </w:p>
    <w:p>
      <w:pPr>
        <w:spacing w:after="80"/>
      </w:pPr>
      <w:r>
        <w:rPr>
          <w:b w:val="0"/>
          <w:i w:val="0"/>
        </w:rPr>
        <w:t>Một tràng pháo tay nồng nhiệt vang lên, và Beth cúi đầu.</w:t>
      </w:r>
    </w:p>
    <w:p>
      <w:pPr>
        <w:spacing w:after="80"/>
      </w:pPr>
      <w:r>
        <w:rPr>
          <w:b w:val="0"/>
          <w:i w:val="0"/>
        </w:rPr>
        <w:t>DI Ross Hogan rất muốn hòa vào tràng pháo tay đó, nhưng không thể khi đang làm nhiệm vụ. Mắt anh quét khắp căn phòng khi Công nương tiếp tục bài phát biểu. Anh để ý thấy sếp của mình, Chỉ huy Hawksby, đang đứng ở phía sau đám khách mời, quan sát mọi diễn biến; ngay cả trong một buổi tụ họp như thế này, rõ ràng ông vẫn không thể ngừng làm cảnh sát.</w:t>
      </w:r>
    </w:p>
    <w:p>
      <w:pPr>
        <w:spacing w:after="80"/>
      </w:pPr>
      <w:r>
        <w:rPr>
          <w:b w:val="0"/>
          <w:i w:val="0"/>
        </w:rPr>
        <w:t>Cách Hawk vài bước chân là DCI Warwick. Bên cạnh anh là cha anh, Ngài Julian Warwick QC, người mà Ross trước đây chỉ từng thấy từ xa khi ra làm chứng tại tòa án Old Bailey. Ross đoán người phụ nữ bên trái ông hẳn là mẹ của William.</w:t>
      </w:r>
    </w:p>
    <w:p>
      <w:pPr>
        <w:spacing w:after="80"/>
      </w:pPr>
      <w:r>
        <w:rPr>
          <w:b w:val="0"/>
          <w:i w:val="0"/>
        </w:rPr>
        <w:t>Mắt anh chuyển sang Grace, em gái của William, và Clare, bạn đời của cô. Cặp đôi đáng nể này đang nắm tay nhau, không ngại công khai thể hiện tình cảm dành cho nhau. Ross không khỏi tự hỏi Ngài Julian nghĩ gì về điều đó. Bên phải họ là cha mẹ đầy tự hào của Beth Warwick, ông bà Rainsford, những người mà anh sẽ mãi mãi biết ơn vì cách họ cũng đã đón nhận Jojo vào gia đình như đứa cháu gái thứ hai của họ.</w:t>
      </w:r>
    </w:p>
    <w:p>
      <w:pPr>
        <w:spacing w:after="80"/>
      </w:pPr>
      <w:r>
        <w:rPr>
          <w:b w:val="0"/>
          <w:i w:val="0"/>
        </w:rPr>
        <w:t>Ross nén một nụ cười khi bắt gặp ánh mắt của Victoria Campbell, người đang đứng sang một bên, thực hiện vai trò thầm lặng của mình là một nữ quan hầu cận. Anh phải thừa nhận rằng mình vẫn còn cảm nắng cô ấy, nhưng anh không cần ai nhắc mình: cứ mơ đi.</w:t>
      </w:r>
    </w:p>
    <w:p>
      <w:pPr>
        <w:spacing w:after="80"/>
      </w:pPr>
      <w:r>
        <w:rPr>
          <w:b w:val="0"/>
          <w:i w:val="0"/>
        </w:rPr>
        <w:t>Đứng ngay phía trước đám đông là Christina Faulkner, đang nắm tay chàng trai trẻ mà Ross lần cuối nhìn thấy ở hộp đêm Tramp. Anh từng nghĩ Sebastian chỉ là một cuộc tình qua đường, nhưng rõ ràng không phải vậy. Sự chú ý của anh sau đó bị thu hút bởi một người đàn ông khác mà anh không ngờ lại có mặt tại buổi khai mạc. Ông ta có vẻ không nghe bài phát biểu, ánh mắt cứ dán chặt vào một bức tranh cụ thể.</w:t>
      </w:r>
    </w:p>
    <w:p>
      <w:pPr>
        <w:spacing w:after="80"/>
      </w:pPr>
      <w:r>
        <w:rPr>
          <w:b w:val="0"/>
          <w:i w:val="0"/>
        </w:rPr>
        <w:t>Với phiên tòa của Miles Faulkner giờ chỉ còn vài tuần nữa, Ross thấy khó hiểu vì sao chưa ai chất vấn ông ta về bức tranh mà Booth Watson đang nhìn chằm chằm, và về việc làm thế nào nó lại trở thành một phần của triển lãm. Còn đáng ngạc nhiên hơn nữa, luật sư của Faulkner vẫn chưa đưa ra khiếu nại chính thức nào về việc thân chủ của mình bị cưỡng chế rời khỏi nhà ở Tây Ban Nha và bị lôi trở về Anh để đối mặt với phiên tòa thứ hai.</w:t>
      </w:r>
    </w:p>
    <w:p>
      <w:pPr>
        <w:spacing w:after="80"/>
      </w:pPr>
      <w:r>
        <w:rPr>
          <w:b w:val="0"/>
          <w:i w:val="0"/>
        </w:rPr>
        <w:t>Điều khiến Ross bối rối không kém là quyết định nhận tội của Faulkner để đổi lấy việc được giảm hai năm tù. Điều đó chẳng có lý gì cả. Faulkner nổi tiếng là một người mặc cả sắc sảo, và đây rõ ràng không phải là một thỏa thuận hời. Hẳn phải có điều gì đó mà cả anh lẫn William đều không biết. Ross tự hỏi liệu mình có bao giờ tìm ra được không. Anh quay lại nhìn Booth Watson, người mà anh cho rằng hẳn phải biết câu trả lời cho tất cả những câu hỏi đó.</w:t>
      </w:r>
    </w:p>
    <w:p>
      <w:pPr>
        <w:spacing w:after="80"/>
      </w:pPr>
      <w:r>
        <w:rPr>
          <w:b w:val="0"/>
          <w:i w:val="0"/>
        </w:rPr>
        <w:t>Công nương chuyển sang lá bài cuối cùng của mình.</w:t>
      </w:r>
    </w:p>
    <w:p>
      <w:pPr>
        <w:spacing w:after="80"/>
      </w:pPr>
      <w:r>
        <w:rPr>
          <w:b w:val="0"/>
          <w:i w:val="0"/>
        </w:rPr>
        <w:t>"Công chúng chắc chắn sẽ, cũng như chúng ta, vô cùng thích thú với triển lãm đặc biệt này," bà nói. "Và tôi rất vui được tuyên bố khai mạc."</w:t>
      </w:r>
    </w:p>
    <w:p>
      <w:pPr>
        <w:spacing w:after="80"/>
      </w:pPr>
      <w:r>
        <w:rPr>
          <w:b w:val="0"/>
          <w:i w:val="0"/>
        </w:rPr>
        <w:t>Một tràng pháo tay nữa vang lên. Công nương rời sân khấu, cùng với giám đốc bảo tàng, và đi thẳng đến chỗ người phụ trách tranh để chúc mừng bà. Artemisia, với chiếc vương miện nhỏ gắn chặt trên đầu, bằng cách nào đó chen được vào giữa hai người.</w:t>
      </w:r>
    </w:p>
    <w:p>
      <w:pPr>
        <w:spacing w:after="80"/>
      </w:pPr>
      <w:r>
        <w:rPr>
          <w:b w:val="0"/>
          <w:i w:val="0"/>
        </w:rPr>
        <w:t>Khi Diana và vị giám đốc mới chuyển sang trò chuyện với vài vị khách khác, Beth phải nắm chặt tay Artemisia để ngăn cô bé trở thành một nữ thị tùng dư thừa. Vị chỉ huy chọn đúng khoảnh khắc đó để bước ra khỏi bóng tối và nói riêng với William vài câu.</w:t>
      </w:r>
    </w:p>
    <w:p>
      <w:pPr>
        <w:spacing w:after="80"/>
      </w:pPr>
      <w:r>
        <w:rPr>
          <w:b w:val="0"/>
          <w:i w:val="0"/>
        </w:rPr>
        <w:t>"Nhìn kia kìa," ông thì thầm.</w:t>
      </w:r>
    </w:p>
    <w:p>
      <w:pPr>
        <w:spacing w:after="80"/>
      </w:pPr>
      <w:r>
        <w:rPr>
          <w:b w:val="0"/>
          <w:i w:val="0"/>
        </w:rPr>
        <w:t>"Tôi đã thấy ông ta rồi," William nói.</w:t>
      </w:r>
    </w:p>
    <w:p>
      <w:pPr>
        <w:spacing w:after="80"/>
      </w:pPr>
      <w:r>
        <w:rPr>
          <w:b w:val="0"/>
          <w:i w:val="0"/>
        </w:rPr>
        <w:t>"Tại sao ông ta lại quan tâm đến bức tranh đó đến vậy?"</w:t>
      </w:r>
    </w:p>
    <w:p>
      <w:pPr>
        <w:spacing w:after="80"/>
      </w:pPr>
      <w:r>
        <w:rPr>
          <w:b w:val="0"/>
          <w:i w:val="0"/>
        </w:rPr>
        <w:t>"</w:t>
      </w:r>
      <w:r>
        <w:rPr>
          <w:b w:val="0"/>
          <w:i/>
        </w:rPr>
        <w:t>Chúa Kitô xuống từ Thập giá</w:t>
      </w:r>
      <w:r>
        <w:rPr>
          <w:b w:val="0"/>
          <w:i w:val="0"/>
        </w:rPr>
        <w:t xml:space="preserve"> của Caravaggio," William nói mà không quay đầu, "được Miles Faulkner cho phòng trưng bày mượn vĩnh viễn, để đổi lấy một bản án treo sau phiên tòa đầu tiên của ông ta."</w:t>
      </w:r>
    </w:p>
    <w:p>
      <w:pPr>
        <w:spacing w:after="80"/>
      </w:pPr>
      <w:r>
        <w:rPr>
          <w:b w:val="0"/>
          <w:i w:val="0"/>
        </w:rPr>
        <w:t>"Tôi buộc phải nói rằng Booth Watson trông không có vẻ mặt vĩnh viễn cho lắm, mà đúng hơn là tạm thời," Hawk trầm ngâm.</w:t>
      </w:r>
    </w:p>
    <w:p>
      <w:pPr>
        <w:spacing w:after="80"/>
      </w:pPr>
      <w:r>
        <w:rPr>
          <w:b w:val="0"/>
          <w:i w:val="0"/>
        </w:rPr>
        <w:t>"Tôi tự hỏi lần này Faulkner sẽ sẵn sàng đưa ra thứ gì để đổi lấy một bản án treo," William nói.</w:t>
      </w:r>
    </w:p>
    <w:p>
      <w:pPr>
        <w:spacing w:after="80"/>
      </w:pPr>
      <w:r>
        <w:rPr>
          <w:b w:val="0"/>
          <w:i w:val="0"/>
        </w:rPr>
        <w:t>"Kể cả nếu ông ta dâng cho chúng ta toàn bộ bộ sưu tập của mình, tôi cũng không thấy quan tòa sẽ bị lay động."</w:t>
      </w:r>
    </w:p>
    <w:p>
      <w:pPr>
        <w:spacing w:after="80"/>
      </w:pPr>
      <w:r>
        <w:rPr>
          <w:b w:val="0"/>
          <w:i w:val="0"/>
        </w:rPr>
        <w:t>"Trừ khi Beth là quan tòa," William đáp.</w:t>
      </w:r>
    </w:p>
    <w:p>
      <w:pPr>
        <w:spacing w:after="80"/>
      </w:pPr>
      <w:r>
        <w:rPr>
          <w:b w:val="0"/>
          <w:i w:val="0"/>
        </w:rPr>
        <w:t>"Đến Faulkner cũng không thể sắp đặt được điều đó. Nhưng đó không phải lý do tôi muốn nói chuyện với cậu. Tôi nhận được cuộc gọi từ Ủy viên Cảnh sát ngay trước khi rời Scotland Yard tối nay. Ông ấy nói mình có cuộc hẹn gặp Thân vương xứ Wales vào sáng thứ Hai lúc mười hai giờ, khi ông ấy định báo cáo đầy đủ với ngài về những hoạt động ngoài giờ của Tổng thanh tra Milner."</w:t>
      </w:r>
    </w:p>
    <w:p>
      <w:pPr>
        <w:spacing w:after="80"/>
      </w:pPr>
      <w:r>
        <w:rPr>
          <w:b w:val="0"/>
          <w:i w:val="0"/>
        </w:rPr>
        <w:t>"Milner đã ở cùng Thân vương xứ Wales cả buổi chiều nay, thưa ngài," William nói, "khi ngài ấy đến thăm Hội Địa lý Hoàng gia. Ông ta sẽ có thừa thời gian để trình bày phía câu chuyện của mình từ lâu trước khi Ủy viên xuất hiện."</w:t>
      </w:r>
    </w:p>
    <w:p>
      <w:pPr>
        <w:spacing w:after="80"/>
      </w:pPr>
      <w:r>
        <w:rPr>
          <w:b w:val="0"/>
          <w:i w:val="0"/>
        </w:rPr>
        <w:t>"Tôi e rằng một lá đơn từ chức lặng lẽ vì lý do sức khỏe có lẽ là điều tốt nhất chúng ta có thể hy vọng."</w:t>
      </w:r>
    </w:p>
    <w:p>
      <w:pPr>
        <w:spacing w:after="80"/>
      </w:pPr>
      <w:r>
        <w:rPr>
          <w:b w:val="0"/>
          <w:i w:val="0"/>
        </w:rPr>
        <w:t>‘Gã khốn đó đáng bị treo cổ, moi ruột và phanh thây,’ William nói, ‘và đầu hắn nên bị cắm lên một cây cọc nhọn trên Cầu Tower, còn Reynolds thì nên bị nhốt vào cũi ở đồi Ludgate và bị ném cà chua thối.’</w:t>
      </w:r>
    </w:p>
    <w:p>
      <w:pPr>
        <w:spacing w:after="80"/>
      </w:pPr>
      <w:r>
        <w:rPr>
          <w:b w:val="0"/>
          <w:i w:val="0"/>
        </w:rPr>
        <w:t>‘Thật sảng khoái, William ạ, khi thấy rằng sau ngần ấy năm anh phục vụ trong lực lượng, trong lồng ngực anh vẫn đập một trái tim của cậu bé hát thánh ca,’ ông Diều Hâu nói khi liếc qua căn phòng tới chỗ Ngài Julian Warwick đang mải mê trò chuyện với Beth Warwick.</w:t>
      </w:r>
    </w:p>
    <w:p>
      <w:pPr>
        <w:spacing w:after="80"/>
      </w:pPr>
      <w:r>
        <w:rPr>
          <w:b w:val="0"/>
          <w:i w:val="0"/>
        </w:rPr>
        <w:t>‘Con có thất vọng lắm không khi không được nhận vào vị trí Giám đốc?’ Julian hỏi con dâu.</w:t>
      </w:r>
    </w:p>
    <w:p>
      <w:pPr>
        <w:spacing w:after="80"/>
      </w:pPr>
      <w:r>
        <w:rPr>
          <w:b w:val="0"/>
          <w:i w:val="0"/>
        </w:rPr>
        <w:t>‘Có ạ,’ Beth thừa nhận. ‘Và càng tệ hơn khi Tim Knox bảo con rằng hội đồng đã bỏ phiếu bảy chống năm ủng hộ Gerald Sloane. Tệ hơn nữa, chủ tịch nói với Tim rằng nếu hòa sáu sáu, ông ấy sẽ dùng lá phiếu quyết định của mình để bầu cho con.’</w:t>
      </w:r>
    </w:p>
    <w:p>
      <w:pPr>
        <w:spacing w:after="80"/>
      </w:pPr>
      <w:r>
        <w:rPr>
          <w:b w:val="0"/>
          <w:i w:val="0"/>
        </w:rPr>
        <w:t>‘Con có thể kể cho ta nghe gì về Sloane?’ Julian hỏi, liếc nhìn vị giám đốc mới của bảo tàng.</w:t>
      </w:r>
    </w:p>
    <w:p>
      <w:pPr>
        <w:spacing w:after="80"/>
      </w:pPr>
      <w:r>
        <w:rPr>
          <w:b w:val="0"/>
          <w:i w:val="0"/>
        </w:rPr>
        <w:t>‘Ông ta đã làm giám đốc Phòng trưng bày Thành phố Manchester suốt bảy năm qua, và con được biết ông ta xem Fitzmolean như một bàn đạp để tiến tới những thứ lớn lao hơn, trong khi con muốn xây dựng danh tiếng của bảo tàng đến mức không ai còn xem nó là bàn đạp nữa.’</w:t>
      </w:r>
    </w:p>
    <w:p>
      <w:pPr>
        <w:spacing w:after="80"/>
      </w:pPr>
      <w:r>
        <w:rPr>
          <w:b w:val="0"/>
          <w:i w:val="0"/>
        </w:rPr>
        <w:t>‘Cứ chờ thời đi, cô gái trẻ ạ, đó là lời khuyên của ta,’ Julian nói. ‘Con có thể sẽ thấy mình nhận được công việc đó sớm hơn con tưởng đấy. Nhưng đồng thời, hãy mở to mắt ra, vì Sloane sẽ xem con là đối thủ. Ông ta sẽ hoặc kết thân với con, hoặc tìm cách hạ bệ con. Có khi cả hai.’</w:t>
      </w:r>
    </w:p>
    <w:p>
      <w:pPr>
        <w:spacing w:after="80"/>
      </w:pPr>
      <w:r>
        <w:rPr>
          <w:b w:val="0"/>
          <w:i w:val="0"/>
        </w:rPr>
        <w:t>‘Chú suy nghĩ như một tên tội phạm vậy, Julian,’ Beth nói.</w:t>
      </w:r>
    </w:p>
    <w:p>
      <w:pPr>
        <w:spacing w:after="80"/>
      </w:pPr>
      <w:r>
        <w:rPr>
          <w:b w:val="0"/>
          <w:i w:val="0"/>
        </w:rPr>
        <w:t>‘Đó chính là việc người ta trả tiền để chú làm,’ ông đáp.</w:t>
      </w:r>
    </w:p>
    <w:p>
      <w:pPr>
        <w:spacing w:after="80"/>
      </w:pPr>
      <w:r>
        <w:rPr>
          <w:b w:val="0"/>
          <w:i w:val="0"/>
        </w:rPr>
        <w:t>‘Con biết mình không nên nghe chuyện ngồi lê đôi mách,’ Beth thì thầm, ‘nhưng con có nguồn tin đáng tin cậy rằng chỉ một nửa nhân viên đến dự tiệc chia tay của ông ta ở Manchester.’</w:t>
      </w:r>
    </w:p>
    <w:p>
      <w:pPr>
        <w:spacing w:after="80"/>
      </w:pPr>
      <w:r>
        <w:rPr>
          <w:b w:val="0"/>
          <w:i w:val="0"/>
        </w:rPr>
        <w:t>‘Càng là lý do để con phải thận trọng. Không có gì bí mật rằng nếu nhân viên Fitzmolean được bỏ phiếu, con sẽ thắng áp đảo.’</w:t>
      </w:r>
    </w:p>
    <w:p>
      <w:pPr>
        <w:spacing w:after="80"/>
      </w:pPr>
      <w:r>
        <w:rPr>
          <w:b w:val="0"/>
          <w:i w:val="0"/>
        </w:rPr>
        <w:t>Beth gật đầu. ‘Con biết đây không phải dịp thích hợp,’ cô nói, ‘nhưng con cần lời khuyên của chú về một chuyện riêng tư.’</w:t>
      </w:r>
    </w:p>
    <w:p>
      <w:pPr>
        <w:spacing w:after="80"/>
      </w:pPr>
      <w:r>
        <w:rPr>
          <w:b w:val="0"/>
          <w:i w:val="0"/>
        </w:rPr>
        <w:t>‘Sao mọi người không cùng xuống Nettleford ăn trưa vào Chủ nhật nhỉ? Thế là đủ thời gian để ta bàn bạc kỹ càng,’ Julian nói khi vợ ông đến nhập bọn.</w:t>
      </w:r>
    </w:p>
    <w:p>
      <w:pPr>
        <w:spacing w:after="80"/>
      </w:pPr>
      <w:r>
        <w:rPr>
          <w:b w:val="0"/>
          <w:i w:val="0"/>
        </w:rPr>
        <w:t>‘Tôi ngạc nhiên khi thấy ông Booth Watson ở đây,’ Phu nhân Warwick nói.</w:t>
      </w:r>
    </w:p>
    <w:p>
      <w:pPr>
        <w:spacing w:after="80"/>
      </w:pPr>
      <w:r>
        <w:rPr>
          <w:b w:val="0"/>
          <w:i w:val="0"/>
        </w:rPr>
        <w:t>‘Có lẽ ông ấy là người hâm mộ Frans Hals,’ Beth gợi ý, trong khi biết quá rõ vì sao ông ta có mặt ở đó.</w:t>
      </w:r>
    </w:p>
    <w:p>
      <w:pPr>
        <w:spacing w:after="80"/>
      </w:pPr>
      <w:r>
        <w:rPr>
          <w:b w:val="0"/>
          <w:i w:val="0"/>
        </w:rPr>
        <w:t>‘Ông Booth Watson chẳng hâm mộ ai cả,’ Julian nói, ‘trừ khi người đó có khả năng trở thành khách hàng tiềm năng. Và Frans Hals chắc chắn không thuộc diện đó. Dù vậy, ông ta cũng không phải khách hàng đã khuất đầu tiên mà BW đại diện.’</w:t>
      </w:r>
    </w:p>
    <w:p>
      <w:pPr>
        <w:spacing w:after="80"/>
      </w:pPr>
      <w:r>
        <w:rPr>
          <w:b w:val="0"/>
          <w:i w:val="0"/>
        </w:rPr>
        <w:t>'Anh đúng là một kẻ hoài nghi già cỗi, Julian ạ,' vợ anh nói.</w:t>
      </w:r>
    </w:p>
    <w:p>
      <w:pPr>
        <w:spacing w:after="80"/>
      </w:pPr>
      <w:r>
        <w:rPr>
          <w:b w:val="0"/>
          <w:i w:val="0"/>
        </w:rPr>
        <w:t>'Anh chẳng có nhiều lựa chọn khi phải dành cả sự nghiệp để đấu kiếm với lũ Booth Watson trên đời này,' anh đáp. Đúng lúc đó Artemisia buông tay mẹ và phóng vụt qua phòng.</w:t>
      </w:r>
    </w:p>
    <w:p>
      <w:pPr>
        <w:spacing w:after="80"/>
      </w:pPr>
      <w:r>
        <w:rPr>
          <w:b w:val="0"/>
          <w:i w:val="0"/>
        </w:rPr>
        <w:t>'Con nhỏ tinh nghịch đó định làm gì thế?' Julian hỏi.</w:t>
      </w:r>
    </w:p>
    <w:p>
      <w:pPr>
        <w:spacing w:after="80"/>
      </w:pPr>
      <w:r>
        <w:rPr>
          <w:b w:val="0"/>
          <w:i w:val="0"/>
        </w:rPr>
        <w:t>'Chắc là muốn chào tạm biệt bạn nó,' Beth nói khi Artemisia nắm lấy tay Ross.</w:t>
      </w:r>
    </w:p>
    <w:p>
      <w:pPr>
        <w:spacing w:after="80"/>
      </w:pPr>
      <w:r>
        <w:rPr>
          <w:b w:val="0"/>
          <w:i w:val="0"/>
        </w:rPr>
        <w:t>Người cuối cùng Công chúa chào tạm biệt, sau khi ngắm chiếc vương miện nhỏ của cô bé và hôn cô bé một cái, chính là Artemisia, điều đó khiến vị giám đốc mới không hài lòng.</w:t>
      </w:r>
    </w:p>
    <w:p>
      <w:pPr>
        <w:pStyle w:val="Heading2"/>
      </w:pPr>
      <w:r>
        <w:rPr>
          <w:rFonts w:ascii="Calibri" w:hAnsi="Calibri"/>
          <w:b/>
          <w:i w:val="0"/>
          <w:sz w:val="32"/>
        </w:rPr>
        <w:t>CHƯƠNG 20</w:t>
      </w:r>
    </w:p>
    <w:p>
      <w:pPr>
        <w:spacing w:after="80"/>
      </w:pPr>
      <w:r>
        <w:rPr>
          <w:b w:val="0"/>
          <w:i w:val="0"/>
        </w:rPr>
        <w:t>ROSS LEO VÀO GHẾ TRƯỚC của chiếc Jaguar sau khi Công chúa đã ngồi vào ghế sau. Anh liếc vào gương chiếu hậu cá nhân và thấy Victoria không đi cùng, vậy chắc cô ấy đã về nhà. Dù Victoria sẽ không bao giờ dám nhắc đến chuyện đó trước mặt anh, rõ ràng cô không tán thành cuộc sống khác của Diana.</w:t>
      </w:r>
    </w:p>
    <w:p>
      <w:pPr>
        <w:spacing w:after="80"/>
      </w:pPr>
      <w:r>
        <w:rPr>
          <w:b w:val="0"/>
          <w:i w:val="0"/>
        </w:rPr>
        <w:t>Chỉ có một tay săn ảnh chờ sẵn khi họ lái xe vào phố Jermyn. Hắn nhảy ra giữa đường ngay khi phát hiện chiếc xe. Ross tự hỏi liệu hắn chỉ tình cờ đứng đó, hay có ai đã mách nước cho hắn. Nếu có cơ hội, anh thừa sức cán hắn.</w:t>
      </w:r>
    </w:p>
    <w:p>
      <w:pPr>
        <w:spacing w:after="80"/>
      </w:pPr>
      <w:r>
        <w:rPr>
          <w:b w:val="0"/>
          <w:i w:val="0"/>
        </w:rPr>
        <w:t>Công chúa dùng túi xách che mặt khi chạy xuống bậc thềm vào hộp đêm. Người quản lý nhà hàng đưa cô đến chiếc bàn quen thuộc – bao ánh mắt quay lại nhìn khi cô băng qua sàn nhảy – nơi cô thấy Jamil đang đứng chờ. Anh hôn lên cả hai má cô và, sau khi họ ngồi xuống, họ nắm tay nhau công khai qua bàn, không còn buồn che giấu mối quan hệ nữa.</w:t>
      </w:r>
    </w:p>
    <w:p>
      <w:pPr>
        <w:spacing w:after="80"/>
      </w:pPr>
      <w:r>
        <w:rPr>
          <w:b w:val="0"/>
          <w:i w:val="0"/>
        </w:rPr>
        <w:t>Ross rút về chiếc bàn kín đáo quen thuộc sau cây cột. Khi hai người họ thong thả bước ra sàn nhảy chẳng bao lâu sau đó, bất kỳ người quan sát nào cũng dễ dàng nhận ra họ là tình nhân. Kiểu tóc đuôi ngựa lúc lắc vẫn khiến Ross khó chịu. Anh không ghi chép gì, nhưng sẽ báo cáo đầy đủ cho William vào sáng hôm sau. Anh biết William đang cập nhật tình hình cho vị chỉ huy để không ai bị bỏ ngoài vòng thông tin.</w:t>
      </w:r>
    </w:p>
    <w:p>
      <w:pPr>
        <w:spacing w:after="80"/>
      </w:pPr>
      <w:r>
        <w:rPr>
          <w:b w:val="0"/>
          <w:i w:val="0"/>
        </w:rPr>
        <w:t>Một lần nữa, Diana rời hộp đêm ngay sau nửa đêm. Khi bước ra vỉa hè, cô thấy vài tay nhiếp ảnh đang chờ sẵn để chào đón mình.</w:t>
      </w:r>
    </w:p>
    <w:p>
      <w:pPr>
        <w:spacing w:after="80"/>
      </w:pPr>
      <w:r>
        <w:rPr>
          <w:b w:val="0"/>
          <w:i w:val="0"/>
        </w:rPr>
        <w:t>Ross cố hết sức bảo vệ cô khỏi những kẻ dai dẳng nhất khi cô vội vã chui vào ghế sau xe, nhưng họ vẫn đuổi theo cô, đèn flash nhấp nháy, cho đến khi chiếc Jaguar rẽ vào phố St James thì chỉ còn một kẻ chờ sẵn bên đèn giao thông khi họ giảm tốc ở đầu phố Piccadilly. Ross nhận ra đó chính là kẻ đã chờ bên ngoài Tramp khi cô đến đó tối hôm ấy.</w:t>
      </w:r>
    </w:p>
    <w:p>
      <w:pPr>
        <w:spacing w:after="80"/>
      </w:pPr>
      <w:r>
        <w:rPr>
          <w:b w:val="0"/>
          <w:i w:val="0"/>
        </w:rPr>
        <w:t>'Anh có biết tên tay nhiếp ảnh đó không, Ross?'</w:t>
      </w:r>
    </w:p>
    <w:p>
      <w:pPr>
        <w:spacing w:after="80"/>
      </w:pPr>
      <w:r>
        <w:rPr>
          <w:b w:val="0"/>
          <w:i w:val="0"/>
        </w:rPr>
        <w:t>'Có, thưa bà. Alan Young.'</w:t>
      </w:r>
    </w:p>
    <w:p>
      <w:pPr>
        <w:spacing w:after="80"/>
      </w:pPr>
      <w:r>
        <w:rPr>
          <w:b w:val="0"/>
          <w:i w:val="0"/>
        </w:rPr>
        <w:t>'Tội nghiệp anh ta, đứng ngoài đó chỉ để phòng khi tôi xuất hiện.'</w:t>
      </w:r>
    </w:p>
    <w:p>
      <w:pPr>
        <w:spacing w:after="80"/>
      </w:pPr>
      <w:r>
        <w:rPr>
          <w:b w:val="0"/>
          <w:i w:val="0"/>
        </w:rPr>
        <w:t>'Tôi sẽ không phí lòng thương hại cho anh ta đâu, thưa bà. Anh ta là tay săn ảnh được trả lương cao nhất ở Fleet Street, và anh ta chỉ chụp ảnh bà mà thôi.'</w:t>
      </w:r>
    </w:p>
    <w:p>
      <w:pPr>
        <w:spacing w:after="80"/>
      </w:pPr>
      <w:r>
        <w:rPr>
          <w:b w:val="0"/>
          <w:i w:val="0"/>
        </w:rPr>
        <w:t>Họ tiếp tục đi trong im lặng một lúc lâu trước khi Công nương cuối cùng lên tiếng, ‘Tôi sẽ dành cuối tuần với Jamil tại nhà anh ấy ở Sussex. Tất nhiên là việc này không có trong lịch chính thức, nhưng tôi hy vọng anh sẽ tử tế sắp xếp những thứ thường lệ như mọi khi.’</w:t>
      </w:r>
    </w:p>
    <w:p>
      <w:pPr>
        <w:spacing w:after="80"/>
      </w:pPr>
      <w:r>
        <w:rPr>
          <w:b w:val="0"/>
          <w:i w:val="0"/>
        </w:rPr>
        <w:t xml:space="preserve">‘Tất nhiên rồi, thưa bà,’ Ross đáp không chút do dự, dù anh đã rất mong chờ được dành cuối tuần với Jojo. Anh đã lên kế hoạch đi xem phim </w:t>
      </w:r>
      <w:r>
        <w:rPr>
          <w:b w:val="0"/>
          <w:i/>
        </w:rPr>
        <w:t>The Little Mermaid</w:t>
      </w:r>
      <w:r>
        <w:rPr>
          <w:b w:val="0"/>
          <w:i w:val="0"/>
        </w:rPr>
        <w:t xml:space="preserve"> – rồi kết thúc ở tiệm kem yêu thích của cô bé. Ơn trời có William và Beth, anh nghĩ khi chiếc xe rẽ vào Kensington Palace Gardens.</w:t>
      </w:r>
    </w:p>
    <w:p>
      <w:pPr>
        <w:spacing w:after="80"/>
        <w:jc w:val="center"/>
      </w:pPr>
      <w:r>
        <w:rPr>
          <w:b w:val="0"/>
          <w:i w:val="0"/>
        </w:rPr>
        <w:t>• • •</w:t>
      </w:r>
    </w:p>
    <w:p>
      <w:pPr>
        <w:spacing w:after="80"/>
      </w:pPr>
      <w:r>
        <w:rPr>
          <w:b w:val="0"/>
          <w:i w:val="0"/>
        </w:rPr>
        <w:t>‘Tôi tưởng Jojo định dành cuối tuần với Ross chứ,’ Beth nói khi đang thắt dây an toàn cho ba đứa trẻ vào ghế xe.</w:t>
      </w:r>
    </w:p>
    <w:p>
      <w:pPr>
        <w:spacing w:after="80"/>
      </w:pPr>
      <w:r>
        <w:rPr>
          <w:b w:val="0"/>
          <w:i w:val="0"/>
        </w:rPr>
        <w:t>William ngồi vào sau tay lái. ‘Thay đổi kế hoạch rồi. Có vẻ Công nương cần anh ấy cho một nhiệm vụ đặc biệt.’</w:t>
      </w:r>
    </w:p>
    <w:p>
      <w:pPr>
        <w:spacing w:after="80"/>
      </w:pPr>
      <w:r>
        <w:rPr>
          <w:b w:val="0"/>
          <w:i w:val="0"/>
        </w:rPr>
        <w:t>‘Còn gì đặc biệt hơn Jojo nữa chứ?’ Beth hỏi, không chịu buông tha cho anh.</w:t>
      </w:r>
    </w:p>
    <w:p>
      <w:pPr>
        <w:spacing w:after="80"/>
      </w:pPr>
      <w:r>
        <w:rPr>
          <w:b w:val="0"/>
          <w:i w:val="0"/>
        </w:rPr>
        <w:t>‘Chà, ít nhất thì cô bé sẽ không dành cuối tuần với Thái tử Charles,’ William chỉ nói được có vậy về chủ đề này.</w:t>
      </w:r>
    </w:p>
    <w:p>
      <w:pPr>
        <w:spacing w:after="80"/>
      </w:pPr>
      <w:r>
        <w:rPr>
          <w:b w:val="0"/>
          <w:i w:val="0"/>
        </w:rPr>
        <w:t>‘Anh đang nói với em là Diana đang ngoại tình đấy à?’ Beth thì thầm khi họ khởi hành đến Nettleford.</w:t>
      </w:r>
    </w:p>
    <w:p>
      <w:pPr>
        <w:spacing w:after="80"/>
      </w:pPr>
      <w:r>
        <w:rPr>
          <w:b w:val="0"/>
          <w:i w:val="0"/>
        </w:rPr>
        <w:t>‘Anh không nói với em điều gì cả,’ William đáp.</w:t>
      </w:r>
    </w:p>
    <w:p>
      <w:pPr>
        <w:spacing w:after="80"/>
      </w:pPr>
      <w:r>
        <w:rPr>
          <w:b w:val="0"/>
          <w:i w:val="0"/>
        </w:rPr>
        <w:t>Beth định phản đối thì Artemisia hỏi, ‘Ngoại tình là gì ạ?’</w:t>
      </w:r>
    </w:p>
    <w:p>
      <w:pPr>
        <w:spacing w:after="80"/>
      </w:pPr>
      <w:r>
        <w:rPr>
          <w:b w:val="0"/>
          <w:i w:val="0"/>
        </w:rPr>
        <w:t>William và Beth vẫn im lặng, nhưng được cứu nguy khi Peter hỏi, ‘Bao lâu nữa thì mình đến nơi?’ – ngay cả trước khi họ tới ngã đèn giao thông đầu tiên.</w:t>
      </w:r>
    </w:p>
    <w:p>
      <w:pPr>
        <w:spacing w:after="80"/>
      </w:pPr>
      <w:r>
        <w:rPr>
          <w:b w:val="0"/>
          <w:i w:val="0"/>
        </w:rPr>
        <w:t>‘Khoảng một tiếng nữa,’ William đáp. ‘Nhưng con lúc nào chẳng thích dành cả ngày với ông bà.’</w:t>
      </w:r>
    </w:p>
    <w:p>
      <w:pPr>
        <w:spacing w:after="80"/>
      </w:pPr>
      <w:r>
        <w:rPr>
          <w:b w:val="0"/>
          <w:i w:val="0"/>
        </w:rPr>
        <w:t>‘Sao ông nội không có TV hả bố?’ Peter hỏi.</w:t>
      </w:r>
    </w:p>
    <w:p>
      <w:pPr>
        <w:spacing w:after="80"/>
      </w:pPr>
      <w:r>
        <w:rPr>
          <w:b w:val="0"/>
          <w:i w:val="0"/>
        </w:rPr>
        <w:t>Beth và William đang cố nghĩ ra câu trả lời thích hợp thì Jojo hỏi với vẻ ai oán, ‘Bố có ở đó không ạ?’</w:t>
      </w:r>
    </w:p>
    <w:p>
      <w:pPr>
        <w:spacing w:after="80"/>
      </w:pPr>
      <w:r>
        <w:rPr>
          <w:b w:val="0"/>
          <w:i w:val="0"/>
        </w:rPr>
        <w:t>‘Không, bố không có ở đó đâu,’ Artemisia đáp. ‘Bố đang dành cuối tuần với bạn của chị, Công nương xứ Wales.’</w:t>
      </w:r>
    </w:p>
    <w:p>
      <w:pPr>
        <w:spacing w:after="80"/>
      </w:pPr>
      <w:r>
        <w:rPr>
          <w:b w:val="0"/>
          <w:i w:val="0"/>
        </w:rPr>
        <w:t xml:space="preserve">‘Nhưng bố biết là cuối tuần sau bố được nghỉ mà,’ William nói, ‘khi đó bố vẫn định đưa các con đi xem </w:t>
      </w:r>
      <w:r>
        <w:rPr>
          <w:b w:val="0"/>
          <w:i/>
        </w:rPr>
        <w:t>The Little Mermaid</w:t>
      </w:r>
      <w:r>
        <w:rPr>
          <w:b w:val="0"/>
          <w:i w:val="0"/>
        </w:rPr>
        <w:t>, và nếu các con ngoan, các con còn có thể được ăn món kem sundae sô-cô-la đôi yêu thích nữa đấy.’</w:t>
      </w:r>
    </w:p>
    <w:p>
      <w:pPr>
        <w:spacing w:after="80"/>
      </w:pPr>
      <w:r>
        <w:rPr>
          <w:b w:val="0"/>
          <w:i w:val="0"/>
        </w:rPr>
        <w:t>Jojo vỗ tay.</w:t>
      </w:r>
    </w:p>
    <w:p>
      <w:pPr>
        <w:spacing w:after="80"/>
      </w:pPr>
      <w:r>
        <w:rPr>
          <w:b w:val="0"/>
          <w:i w:val="0"/>
        </w:rPr>
        <w:t>"Tuần sau cậu định làm gì," Beth hỏi, "ngoài việc theo dõi Công nương?"</w:t>
      </w:r>
    </w:p>
    <w:p>
      <w:pPr>
        <w:spacing w:after="80"/>
      </w:pPr>
      <w:r>
        <w:rPr>
          <w:b w:val="0"/>
          <w:i w:val="0"/>
        </w:rPr>
        <w:t>"Đừng hỏi nữa," William đáp, hạ giọng. "Sáng mai Ủy viên có cuộc hẹn với Thái tử xứ Wales, và chẳng ai trong chúng ta biết ông ấy sẽ phản ứng thế nào khi nghe tin viên sĩ quan bảo vệ cấp cao của mình đã làm gì suốt mười một năm qua."</w:t>
      </w:r>
    </w:p>
    <w:p>
      <w:pPr>
        <w:spacing w:after="80"/>
      </w:pPr>
      <w:r>
        <w:rPr>
          <w:b w:val="0"/>
          <w:i w:val="0"/>
        </w:rPr>
        <w:t>"Họ sẽ muốn chắc chắn không có gì lọt ra báo chí khiến Nữ hoàng bẽ mặt. Dù tôi có cảm giác Thái tử xứ Wales biết quá rõ rằng Diana đang ngoại tình."</w:t>
      </w:r>
    </w:p>
    <w:p>
      <w:pPr>
        <w:spacing w:after="80"/>
      </w:pPr>
      <w:r>
        <w:rPr>
          <w:b w:val="0"/>
          <w:i w:val="0"/>
        </w:rPr>
        <w:t>"Công nương Diana," Artemisia nói, sửa lại lời mẹ.</w:t>
      </w:r>
    </w:p>
    <w:p>
      <w:pPr>
        <w:spacing w:after="80"/>
      </w:pPr>
      <w:r>
        <w:rPr>
          <w:b w:val="0"/>
          <w:i w:val="0"/>
        </w:rPr>
        <w:t>"Vậy thì ít nhất cô cũng phải mong đến tuần sau chứ," William nói. "Bảo tàng chắc sẽ đông nghẹt người sau bao nhiêu đánh giá năm sao cho triển lãm Frans Hals trên báo sáng nay."</w:t>
      </w:r>
    </w:p>
    <w:p>
      <w:pPr>
        <w:spacing w:after="80"/>
      </w:pPr>
      <w:r>
        <w:rPr>
          <w:b w:val="0"/>
          <w:i w:val="0"/>
        </w:rPr>
        <w:t>"Đáng lẽ tôi phải mong, nếu vị giám đốc mới không dành quá nhiều thời gian để cố hạ bệ tôi trước mặt các nhân viên khác."</w:t>
      </w:r>
    </w:p>
    <w:p>
      <w:pPr>
        <w:spacing w:after="80"/>
      </w:pPr>
      <w:r>
        <w:rPr>
          <w:b w:val="0"/>
          <w:i w:val="0"/>
        </w:rPr>
        <w:t>"Đừng lo, tôi chắc rồi ông ấy sẽ thay đổi thái độ, chỉ là cần thời gian."</w:t>
      </w:r>
    </w:p>
    <w:p>
      <w:pPr>
        <w:spacing w:after="80"/>
      </w:pPr>
      <w:r>
        <w:rPr>
          <w:b w:val="0"/>
          <w:i w:val="0"/>
        </w:rPr>
        <w:t>"Tôi ngờ lắm. Chúng tôi gần như chưa nói với nhau được câu nào tử tế kể từ ngày ông ấy tiếp quản, và dường như tôi chẳng làm gì được để xoa dịu ông ấy."</w:t>
      </w:r>
    </w:p>
    <w:p>
      <w:pPr>
        <w:spacing w:after="80"/>
      </w:pPr>
      <w:r>
        <w:rPr>
          <w:b w:val="0"/>
          <w:i w:val="0"/>
        </w:rPr>
        <w:t>"Xoa dịu nghĩa là gì ạ?" Artemisia hỏi.</w:t>
      </w:r>
    </w:p>
    <w:p>
      <w:pPr>
        <w:spacing w:after="80"/>
      </w:pPr>
      <w:r>
        <w:rPr>
          <w:b w:val="0"/>
          <w:i w:val="0"/>
        </w:rPr>
        <w:t>"Là làm theo ý người khác để họ vui lòng," Beth nói, nhìn quanh và thấy Peter với Jojo đã ngủ thiếp đi.</w:t>
      </w:r>
    </w:p>
    <w:p>
      <w:pPr>
        <w:spacing w:after="80"/>
      </w:pPr>
      <w:r>
        <w:rPr>
          <w:b w:val="0"/>
          <w:i w:val="0"/>
        </w:rPr>
        <w:t>"Tôi thông cảm," William nói. "Nhất là khi nhớ lại hồi cô hợp với Tim Knox đến thế nào."</w:t>
      </w:r>
    </w:p>
    <w:p>
      <w:pPr>
        <w:spacing w:after="80"/>
      </w:pPr>
      <w:r>
        <w:rPr>
          <w:b w:val="0"/>
          <w:i w:val="0"/>
        </w:rPr>
        <w:t>"Đừng nhắc tôi nữa. Và còn tệ hơn khi Sloane yêu cầu gặp tôi ngay sáng mai, để mặc tôi cả cuối tuần lo lắng không biết lần này ông ấy bực mình chuyện gì."</w:t>
      </w:r>
    </w:p>
    <w:p>
      <w:pPr>
        <w:spacing w:after="80"/>
      </w:pPr>
      <w:r>
        <w:rPr>
          <w:b w:val="0"/>
          <w:i w:val="0"/>
        </w:rPr>
        <w:t>"Có lẽ ông ấy muốn chúc mừng cô vì đã khai mạc thành công triển lãm Frans Hals?"</w:t>
      </w:r>
    </w:p>
    <w:p>
      <w:pPr>
        <w:spacing w:after="80"/>
      </w:pPr>
      <w:r>
        <w:rPr>
          <w:b w:val="0"/>
          <w:i w:val="0"/>
        </w:rPr>
        <w:t>"Đừng mơ. Nhiều khả năng ông ấy lại tìm được chuyện mới để càu nhàu."</w:t>
      </w:r>
    </w:p>
    <w:p>
      <w:pPr>
        <w:spacing w:after="80"/>
      </w:pPr>
      <w:r>
        <w:rPr>
          <w:b w:val="0"/>
          <w:i w:val="0"/>
        </w:rPr>
        <w:t>"Cô đừng có hoang tưởng về ông ấy," William nói. "Ông ấy không đáng để cô phải thế."</w:t>
      </w:r>
    </w:p>
    <w:p>
      <w:pPr>
        <w:spacing w:after="80"/>
      </w:pPr>
      <w:r>
        <w:rPr>
          <w:b w:val="0"/>
          <w:i w:val="0"/>
        </w:rPr>
        <w:t>‘Paranoid nghĩa là gì?’ Artemisia hỏi.</w:t>
      </w:r>
    </w:p>
    <w:p>
      <w:pPr>
        <w:spacing w:after="80"/>
        <w:jc w:val="center"/>
      </w:pPr>
      <w:r>
        <w:rPr>
          <w:b w:val="0"/>
          <w:i w:val="0"/>
        </w:rPr>
        <w:t>• • •</w:t>
      </w:r>
    </w:p>
    <w:p>
      <w:pPr>
        <w:spacing w:after="80"/>
      </w:pPr>
      <w:r>
        <w:rPr>
          <w:b w:val="0"/>
          <w:i w:val="0"/>
        </w:rPr>
        <w:t>Đây là cuộc hẹn mà Booth Watson sẽ không bao giờ đến muộn. Ông chưa từng ghé khách sạn Connaught trước đây, nhưng rất rõ danh tiếng của nó. Phong cách cổ điển, sang trọng, ẩm thực thượng hạng, và luôn kín chỗ trước cả mấy tháng. Người ta nhận ra rằng người Mỹ sẵn lòng rút hầu bao miễn là nó được khoác lên chiếc áo truyền thống, nhất là khi khách sạn này gần như cũng lâu đời ngang đất nước của họ.</w:t>
      </w:r>
    </w:p>
    <w:p>
      <w:pPr>
        <w:spacing w:after="80"/>
      </w:pPr>
      <w:r>
        <w:rPr>
          <w:b w:val="0"/>
          <w:i w:val="0"/>
        </w:rPr>
        <w:t>Miles từng phàn nàn với Booth Watson rằng anh ta không thể đặt được bàn trong nhà hàng của khách sạn dù đã thử nhiều lần. Luật sư của anh ta không giải thích lý do tại sao họ sẽ không dành cho anh ta một bàn kể cả khi nhà hàng trống.</w:t>
      </w:r>
    </w:p>
    <w:p>
      <w:pPr>
        <w:spacing w:after="80"/>
      </w:pPr>
      <w:r>
        <w:rPr>
          <w:b w:val="0"/>
          <w:i w:val="0"/>
        </w:rPr>
        <w:t>Booth Watson xưng tên với lễ tân, người này không buồn kiểm tra mà nói luôn: ‘Ông Lee đang chờ ông, thưa ông. Nếu ông đi thang máy lên tầng trên cùng, sẽ có người đón ông.’</w:t>
      </w:r>
    </w:p>
    <w:p>
      <w:pPr>
        <w:spacing w:after="80"/>
      </w:pPr>
      <w:r>
        <w:rPr>
          <w:b w:val="0"/>
          <w:i w:val="0"/>
        </w:rPr>
        <w:t>‘Số phòng của ông ấy là bao nhiêu?’</w:t>
      </w:r>
    </w:p>
    <w:p>
      <w:pPr>
        <w:spacing w:after="80"/>
      </w:pPr>
      <w:r>
        <w:rPr>
          <w:b w:val="0"/>
          <w:i w:val="0"/>
        </w:rPr>
        <w:t>‘Tầng trên cùng chỉ có một suite duy nhất, thưa ông,’ cô lễ tân nói, nụ cười lịch thiệp không hề rời khỏi khuôn mặt.</w:t>
      </w:r>
    </w:p>
    <w:p>
      <w:pPr>
        <w:spacing w:after="80"/>
      </w:pPr>
      <w:r>
        <w:rPr>
          <w:b w:val="0"/>
          <w:i w:val="0"/>
        </w:rPr>
        <w:t xml:space="preserve">Booth Watson băng qua sảnh đến thang máy, giờ càng tin chắc hơn rằng mình đã tìm đúng người. Một bài hồ sơ trên tạp chí </w:t>
      </w:r>
      <w:r>
        <w:rPr>
          <w:b w:val="0"/>
          <w:i/>
        </w:rPr>
        <w:t xml:space="preserve">Forbes </w:t>
      </w:r>
      <w:r>
        <w:rPr>
          <w:b w:val="0"/>
          <w:i w:val="0"/>
        </w:rPr>
        <w:t>mô tả Lee là một doanh nhân Trung Quốc thành đạt với các lợi ích trong ngân hàng và bất động sản, sở thích gồm sưu tầm nghệ thuật và rượu vang hảo hạng. Ông ta từng trả giá cao hơn Miles tại Bonhams để giành một bức Picasso thời kỳ Xanh vài năm trước.</w:t>
      </w:r>
    </w:p>
    <w:p>
      <w:pPr>
        <w:spacing w:after="80"/>
      </w:pPr>
      <w:r>
        <w:rPr>
          <w:b w:val="0"/>
          <w:i w:val="0"/>
        </w:rPr>
        <w:t>Booth Watson bước vào thang máy chỉ có một nút bấm, và đi thẳng không dừng lên tầng trên cùng. Khi cửa mở, ông được đón bởi một người phụ nữ trẻ mặc chiếc sườn xám lụa đỏ. Cô cúi người thật thấp và nói: ‘Xin mời đi theo tôi, ông Booth Watson.’</w:t>
      </w:r>
    </w:p>
    <w:p>
      <w:pPr>
        <w:spacing w:after="80"/>
      </w:pPr>
      <w:r>
        <w:rPr>
          <w:b w:val="0"/>
          <w:i w:val="0"/>
        </w:rPr>
        <w:t>Không nói thêm lời nào, cô dẫn ông dọc hành lang trải thảm dày đến một cánh cửa ốp gỗ sồi, cô mở cửa rồi đứng sang một bên.</w:t>
      </w:r>
    </w:p>
    <w:p>
      <w:pPr>
        <w:spacing w:after="80"/>
      </w:pPr>
      <w:r>
        <w:rPr>
          <w:b w:val="0"/>
          <w:i w:val="0"/>
        </w:rPr>
        <w:t>Booth Watson bước vào một căn phòng rộng lớn, bài trí lộng lẫy, gần như bề mặt nào cũng có một bình hoa tươi. Nhưng điều khiến ông ấn tượng nhất là những bức tranh tuyệt đẹp treo khắp các bức tường. Miles hẳn sẽ vừa thán phục vừa ghen tị với bộ sưu tập này. Rõ ràng là lý do tại sao không ai khác được phép đặt riêng suite này.</w:t>
      </w:r>
    </w:p>
    <w:p>
      <w:pPr>
        <w:spacing w:after="80"/>
      </w:pPr>
      <w:r>
        <w:rPr>
          <w:b w:val="0"/>
          <w:i w:val="0"/>
        </w:rPr>
        <w:t>‘Ông có muốn dùng chút trà trong lúc chờ không?’ người phụ nữ trẻ hỏi.</w:t>
      </w:r>
    </w:p>
    <w:p>
      <w:pPr>
        <w:spacing w:after="80"/>
      </w:pPr>
      <w:r>
        <w:rPr>
          <w:b w:val="0"/>
          <w:i w:val="0"/>
        </w:rPr>
        <w:t>‘Cảm ơn cô,’ Booth Watson nói, đúng lúc một cánh cửa ở phía xa căn phòng mở ra và một người đàn ông cao lớn, tóc hoa râm mặc bộ vest hai hàng khuy, áo sơ mi trắng và cà vạt lụa bước đến chào đón vị khách. Một doanh nhân Hồng Kông điển hình, không biết đến biên giới quốc tế nào — đó là ấn tượng đầu tiên của Booth Watson.</w:t>
      </w:r>
    </w:p>
    <w:p>
      <w:pPr>
        <w:spacing w:after="80"/>
      </w:pPr>
      <w:r>
        <w:rPr>
          <w:b w:val="0"/>
          <w:i w:val="0"/>
        </w:rPr>
        <w:t>‘Xin lỗi vì đã để ông chờ, ông Booth Watson,’ Lee nói khi hai người bắt tay. ‘Điện thoại lúc nào cũng reo đúng lúc khách sắp xuất hiện.’</w:t>
      </w:r>
    </w:p>
    <w:p>
      <w:pPr>
        <w:spacing w:after="80"/>
      </w:pPr>
      <w:r>
        <w:rPr>
          <w:b w:val="0"/>
          <w:i w:val="0"/>
        </w:rPr>
        <w:t>‘Ông có một bộ sưu tập nghệ thuật thật tráng lệ,’ Booth Watson nói khi người phụ nữ trẻ xuất hiện trở lại, bưng khay trà đầy ắp, đặt lên bàn, rồi quỳ xuống và rót trà mời hai người.</w:t>
      </w:r>
    </w:p>
    <w:p>
      <w:pPr>
        <w:spacing w:after="80"/>
      </w:pPr>
      <w:r>
        <w:rPr>
          <w:b w:val="0"/>
          <w:i w:val="0"/>
        </w:rPr>
        <w:t>‘Ông thật tử tế khi nói vậy,’ Lee đáp. ‘Tôi thú nhận rằng điều khởi đầu chỉ là sở thích qua năm tháng đã trở thành một nỗi ám ảnh.’</w:t>
      </w:r>
    </w:p>
    <w:p>
      <w:pPr>
        <w:spacing w:after="80"/>
      </w:pPr>
      <w:r>
        <w:rPr>
          <w:b w:val="0"/>
          <w:i w:val="0"/>
        </w:rPr>
        <w:t>‘Sữa và đường nhé?’ cô gái trẻ hỏi.</w:t>
      </w:r>
    </w:p>
    <w:p>
      <w:pPr>
        <w:spacing w:after="80"/>
      </w:pPr>
      <w:r>
        <w:rPr>
          <w:b w:val="0"/>
          <w:i w:val="0"/>
        </w:rPr>
        <w:t>‘Vâng, cảm ơn cô,’ Booth Watson đáp.</w:t>
      </w:r>
    </w:p>
    <w:p>
      <w:pPr>
        <w:spacing w:after="80"/>
      </w:pPr>
      <w:r>
        <w:rPr>
          <w:b w:val="0"/>
          <w:i w:val="0"/>
        </w:rPr>
        <w:t>‘Tôi chưa bao giờ thấm nhuần được truyền thống trò chuyện xã giao của người Anh,’ Lee nói. ‘Nên tôi sẽ nói điều này một cách tế nhị nhất có thể. Liệu tôi có đúng khi nghĩ rằng, do hoàn cảnh hiện tại của mình, ông Miles Faulkner đang cân nhắc chia tay bộ sưu tập nghệ thuật huyền thoại của ông ấy?’</w:t>
      </w:r>
    </w:p>
    <w:p>
      <w:pPr>
        <w:spacing w:after="80"/>
      </w:pPr>
      <w:r>
        <w:rPr>
          <w:b w:val="0"/>
          <w:i w:val="0"/>
        </w:rPr>
        <w:t>‘Đúng vậy. Nhưng tôi phải nhấn mạnh,’ Booth Watson nói, ‘ông ấy mới chỉ đang cân nhắc thôi.’</w:t>
      </w:r>
    </w:p>
    <w:p>
      <w:pPr>
        <w:spacing w:after="80"/>
      </w:pPr>
      <w:r>
        <w:rPr>
          <w:b w:val="0"/>
          <w:i w:val="0"/>
        </w:rPr>
        <w:t>‘Tôi từng có vài năm ở trong một cơ sở như thế,’ Lee nói, khiến Booth Watson bất ngờ, ‘với tư cách một sinh viên nổi loạn trong thời kỳ cách mạng.’</w:t>
      </w:r>
    </w:p>
    <w:p>
      <w:pPr>
        <w:spacing w:after="80"/>
      </w:pPr>
      <w:r>
        <w:rPr>
          <w:b w:val="0"/>
          <w:i w:val="0"/>
        </w:rPr>
        <w:t>‘Rồi chuyện gì xảy ra?’</w:t>
      </w:r>
    </w:p>
    <w:p>
      <w:pPr>
        <w:spacing w:after="80"/>
      </w:pPr>
      <w:r>
        <w:rPr>
          <w:b w:val="0"/>
          <w:i w:val="0"/>
        </w:rPr>
        <w:t>‘Tôi được thả, nhưng chỉ vì phe của tôi thắng.’ Cả hai người đàn ông bật cười khi cô gái trẻ quay lại, bưng một đĩa bánh sandwich cá hồi và dưa chuột, đặt lên bàn giữa hai người.</w:t>
      </w:r>
    </w:p>
    <w:p>
      <w:pPr>
        <w:spacing w:after="80"/>
      </w:pPr>
      <w:r>
        <w:rPr>
          <w:b w:val="0"/>
          <w:i w:val="0"/>
        </w:rPr>
        <w:t>‘Tôi thú nhận,’ Lee tiếp tục, ‘rằng tôi đã học được gần như nhiều điều trong tù cũng như khi học ở Harvard Business School. Và quả thật, những mối quan hệ tôi tạo dựng được ở đó hóa ra cũng hữu ích chẳng kém.’</w:t>
      </w:r>
    </w:p>
    <w:p>
      <w:pPr>
        <w:spacing w:after="80"/>
      </w:pPr>
      <w:r>
        <w:rPr>
          <w:b w:val="0"/>
          <w:i w:val="0"/>
        </w:rPr>
        <w:t>Booth Watson tự lấy một chiếc bánh sandwich trước khi quay lại chủ đề mà cả hai đều muốn bàn. ‘Ông có quen với bộ sưu tập của ông Faulkner không?’ ông hỏi.</w:t>
      </w:r>
    </w:p>
    <w:p>
      <w:pPr>
        <w:spacing w:after="80"/>
      </w:pPr>
      <w:r>
        <w:rPr>
          <w:b w:val="0"/>
          <w:i w:val="0"/>
        </w:rPr>
        <w:t>‘Quả thật là có. Khi ông ấy rao bán căn biệt thự ở Monte Carlo vài năm trước, tôi đã đến xem ngôi nhà với tư cách người mua tiềm năng. Tôi đã chụp ảnh cả một trăm bảy mươi ba bức tranh, cùng hai mươi mốt bức tượng điêu khắc trong vườn, và sau đó tôi đều có thể đối chiếu từng tác phẩm trong các cuốn danh mục trước tác (catalogues raisonnés) liên quan. Tôi đặc biệt thích bức tượng khỏa thân nằm của Henry Moore.’</w:t>
      </w:r>
    </w:p>
    <w:p>
      <w:pPr>
        <w:spacing w:after="80"/>
      </w:pPr>
      <w:r>
        <w:rPr>
          <w:b w:val="0"/>
          <w:i w:val="0"/>
        </w:rPr>
        <w:t>‘Thực ra bộ sưu tập có một trăm chín mươi mốt bức tranh và hai mươi sáu bức tượng điêu khắc,’ Booth Watson nói sau khi chọn thêm một chiếc bánh sandwich.</w:t>
      </w:r>
    </w:p>
    <w:p>
      <w:pPr>
        <w:spacing w:after="80"/>
      </w:pPr>
      <w:r>
        <w:rPr>
          <w:b w:val="0"/>
          <w:i w:val="0"/>
        </w:rPr>
        <w:t>‘Vậy thì mười tám bức tranh và năm bức tượng hẳn đã được mua sau khi ông ấy chuyển đến ngôi nhà gần đây nhất ở ngoại ô Barcelona,’ Lee nói một cách thản nhiên, lại một lần nữa khiến Booth Watson bất ngờ. ‘Dù sao đi nữa,’ Lee tiếp, ‘tôi chắc ông Faulkner có quan điểm riêng về giá trị bộ sưu tập của mình.’</w:t>
      </w:r>
    </w:p>
    <w:p>
      <w:pPr>
        <w:spacing w:after="80"/>
      </w:pPr>
      <w:r>
        <w:rPr>
          <w:b w:val="0"/>
          <w:i w:val="0"/>
        </w:rPr>
        <w:t>‘Theo các chuyên gia,’ Booth Watson nói, ‘thì vào khoảng ba trăm triệu.’</w:t>
      </w:r>
    </w:p>
    <w:p>
      <w:pPr>
        <w:spacing w:after="80"/>
      </w:pPr>
      <w:r>
        <w:rPr>
          <w:b w:val="0"/>
          <w:i w:val="0"/>
        </w:rPr>
        <w:t>‘Ai trong chúng ta cũng có chuyên gia tư vấn, ông Booth Watson ạ, và họ thường biết khách hàng của mình là người mua hay người bán. Các chuyên gia của tôi cho rằng một trăm triệu là con số sát hơn.’</w:t>
      </w:r>
    </w:p>
    <w:p>
      <w:pPr>
        <w:spacing w:after="80"/>
      </w:pPr>
      <w:r>
        <w:rPr>
          <w:b w:val="0"/>
          <w:i w:val="0"/>
        </w:rPr>
        <w:t>‘Tôi tin ông Faulkner sẽ coi hai trăm triệu là một mức giá hợp lý, xét theo hoàn cảnh hiện tại của ông ấy,’ Booth Watson nói, dùng lại cách diễn đạt trước đó của Lee.</w:t>
      </w:r>
    </w:p>
    <w:p>
      <w:pPr>
        <w:spacing w:after="80"/>
      </w:pPr>
      <w:r>
        <w:rPr>
          <w:b w:val="0"/>
          <w:i w:val="0"/>
        </w:rPr>
        <w:t>‘Vậy thì tôi sẽ không làm mất thêm thời gian của ông nữa,’ Lee nói và đứng dậy. ‘Chắc hẳn ông còn có những bên quan tâm khác, những người sẽ sẵn lòng viết một tấm séc hai trăm triệu mà không hỏi quá nhiều câu hỏi.’</w:t>
      </w:r>
    </w:p>
    <w:p>
      <w:pPr>
        <w:spacing w:after="80"/>
      </w:pPr>
      <w:r>
        <w:rPr>
          <w:b w:val="0"/>
          <w:i w:val="0"/>
        </w:rPr>
        <w:t>“Nếu khách hàng của tôi cân nhắc lời đề nghị một trăm triệu của ông,” Booth Watson nói, cố lấy lại bình tĩnh, “liệu số tiền đó có thể được gửi vào một ngân hàng ở Hồng Kông không?”</w:t>
      </w:r>
    </w:p>
    <w:p>
      <w:pPr>
        <w:spacing w:after="80"/>
      </w:pPr>
      <w:r>
        <w:rPr>
          <w:b w:val="0"/>
          <w:i w:val="0"/>
        </w:rPr>
        <w:t>“Tôi nắm cổ phần kiểm soát ở hai ngân hàng trong xứ bảo hộ,” Lee nói khi người phụ nữ trẻ xuất hiện trở lại và dọn bàn.</w:t>
      </w:r>
    </w:p>
    <w:p>
      <w:pPr>
        <w:spacing w:after="80"/>
      </w:pPr>
      <w:r>
        <w:rPr>
          <w:b w:val="0"/>
          <w:i w:val="0"/>
        </w:rPr>
        <w:t>“Và ông có thể đảm bảo rằng không có món nào trong bộ sưu tập của ông Faulkner sẽ xuất hiện trên thị trường trong tương lai gần chứ? Bởi vì điều đó có thể khiến ông ấy vô cùng bối rối.”</w:t>
      </w:r>
    </w:p>
    <w:p>
      <w:pPr>
        <w:spacing w:after="80"/>
      </w:pPr>
      <w:r>
        <w:rPr>
          <w:b w:val="0"/>
          <w:i w:val="0"/>
        </w:rPr>
        <w:t>“Hãy nhìn quanh ông đi, ông Booth Watson,” Lee nói khi ngồi xuống trở lại, “và ông sẽ thấy tôi là một nhà sưu tầm, không phải người buôn bán. Tôi có thể đảm bảo với ông rằng không tác phẩm nào sẽ được rao bán trong suốt cuộc đời tôi.”</w:t>
      </w:r>
    </w:p>
    <w:p>
      <w:pPr>
        <w:spacing w:after="80"/>
      </w:pPr>
      <w:r>
        <w:rPr>
          <w:b w:val="0"/>
          <w:i w:val="0"/>
        </w:rPr>
        <w:t>“Trước khi tôi tham khảo ý kiến khách hàng của mình, ông Lee, tôi có thể xác nhận luôn rằng một trăm triệu bảng là lời đề nghị cuối cùng của ông không?”</w:t>
      </w:r>
    </w:p>
    <w:p>
      <w:pPr>
        <w:spacing w:after="80"/>
      </w:pPr>
      <w:r>
        <w:rPr>
          <w:b w:val="0"/>
          <w:i w:val="0"/>
        </w:rPr>
        <w:t>“Là đô la, ông Booth Watson. Tôi không giao dịch bằng bảng Anh. Đó không phải là loại tiền tệ tôi thấy an toàn.”</w:t>
      </w:r>
    </w:p>
    <w:p>
      <w:pPr>
        <w:spacing w:after="80"/>
      </w:pPr>
      <w:r>
        <w:rPr>
          <w:b w:val="0"/>
          <w:i w:val="0"/>
        </w:rPr>
        <w:t>“Tôi sẽ cho ông biết câu trả lời của khách hàng tôi ngay khi tôi tham khảo ý kiến ông ấy,” Booth Watson nói, gắng gượng đứng dậy khỏi ghế.</w:t>
      </w:r>
    </w:p>
    <w:p>
      <w:pPr>
        <w:spacing w:after="80"/>
      </w:pPr>
      <w:r>
        <w:rPr>
          <w:b w:val="0"/>
          <w:i w:val="0"/>
        </w:rPr>
        <w:t>“Vì tôi sẽ ở London trong vài tuần tới, ông cứ thoải mái gọi cho tôi bất cứ lúc nào,” Lee nói. “Một câu có hoặc không là đủ, vì tôi không muốn làm mất thời gian của ông.” Ông đứng dậy khỏi chỗ ngồi và một lần nữa người phụ nữ trẻ lại xuất hiện như thể ông vừa vẫy cây đũa thần. Lee cúi người thật thấp, nhưng không thấp bằng người phụ nữ, người đã tiễn Booth Watson ra khỏi phòng và quay lại thang máy.</w:t>
      </w:r>
    </w:p>
    <w:p>
      <w:pPr>
        <w:spacing w:after="80"/>
      </w:pPr>
      <w:r>
        <w:rPr>
          <w:b w:val="0"/>
          <w:i w:val="0"/>
        </w:rPr>
        <w:t>Khi cửa thang máy trượt đóng, cô cúi chào một lần nữa rồi quay về phòng.</w:t>
      </w:r>
    </w:p>
    <w:p>
      <w:pPr>
        <w:spacing w:after="80"/>
      </w:pPr>
      <w:r>
        <w:rPr>
          <w:b w:val="0"/>
          <w:i w:val="0"/>
        </w:rPr>
        <w:t>“Cô nghĩ gì về vị khách của chúng ta, Mai Ling?” Lee hỏi khi cô bước vào phòng trở lại.</w:t>
      </w:r>
    </w:p>
    <w:p>
      <w:pPr>
        <w:spacing w:after="80"/>
      </w:pPr>
      <w:r>
        <w:rPr>
          <w:b w:val="0"/>
          <w:i w:val="0"/>
        </w:rPr>
        <w:t>“Không phải người mà tôi có thể tin tưởng.”</w:t>
      </w:r>
    </w:p>
    <w:p>
      <w:pPr>
        <w:spacing w:after="80"/>
      </w:pPr>
      <w:r>
        <w:rPr>
          <w:b w:val="0"/>
          <w:i w:val="0"/>
        </w:rPr>
        <w:t>“Tôi đồng ý với cô. Thực ra, tôi không chắc ông Faulkner có biết cuộc gặp này đang diễn ra hay không.”</w:t>
      </w:r>
    </w:p>
    <w:p>
      <w:pPr>
        <w:spacing w:after="80"/>
      </w:pPr>
      <w:r>
        <w:rPr>
          <w:b w:val="0"/>
          <w:i w:val="0"/>
        </w:rPr>
        <w:t>“Điều gì sẽ khiến ông chắc chắn theo cách này hay cách khác?”</w:t>
      </w:r>
    </w:p>
    <w:p>
      <w:pPr>
        <w:spacing w:after="80"/>
      </w:pPr>
      <w:r>
        <w:rPr>
          <w:b w:val="0"/>
          <w:i w:val="0"/>
        </w:rPr>
        <w:t>“Nếu Booth Watson chấp nhận lời đề nghị một trăm triệu đô la của tôi, ông có thể khá chắc rằng ông ta không đại diện cho khách hàng mà đại diện cho chính mình, bởi vì tôi không nghĩ ông Faulkner sẽ cân nhắc việc chia tay một bộ sưu tập mà ông ấy đã mất cả đời để gây dựng với một cái giá rẻ mạt như vậy.”</w:t>
      </w:r>
    </w:p>
    <w:p>
      <w:pPr>
        <w:spacing w:after="80"/>
      </w:pPr>
      <w:r>
        <w:rPr>
          <w:b w:val="0"/>
          <w:i w:val="0"/>
        </w:rPr>
        <w:t>“Con có thể nghĩ ra một cách khác để cha tìm hiểu xem ông ta có đang nói thật không, thưa Cha,” Mai Ling nói.</w:t>
      </w:r>
    </w:p>
    <w:p>
      <w:pPr>
        <w:spacing w:after="80"/>
        <w:jc w:val="center"/>
      </w:pPr>
      <w:r>
        <w:rPr>
          <w:b w:val="0"/>
          <w:i w:val="0"/>
        </w:rPr>
        <w:t>• • •</w:t>
      </w:r>
    </w:p>
    <w:p>
      <w:pPr>
        <w:spacing w:after="80"/>
      </w:pPr>
      <w:r>
        <w:rPr>
          <w:b w:val="0"/>
          <w:i w:val="0"/>
        </w:rPr>
        <w:t>‘Audrey nấu ăn giỏi đến mức,’ Beth nói, ‘mỗi lần chúng tôi đến thăm cô, tôi luôn cảm thấy có lỗi về những nỗ lực yếu ớt của mình trong bếp. Không phải là William bao giờ cũng phàn nàn đâu.’</w:t>
      </w:r>
    </w:p>
    <w:p>
      <w:pPr>
        <w:spacing w:after="80"/>
      </w:pPr>
      <w:r>
        <w:rPr>
          <w:b w:val="0"/>
          <w:i w:val="0"/>
        </w:rPr>
        <w:t>‘Cô có những món quà khác,’ Julian nói, ‘mà tôi có thể đảm bảo với cô là Audrey vô cùng ngưỡng mộ. Không kém phần là việc cô đang làm rất tốt ở bảo tàng.’</w:t>
      </w:r>
    </w:p>
    <w:p>
      <w:pPr>
        <w:spacing w:after="80"/>
      </w:pPr>
      <w:r>
        <w:rPr>
          <w:b w:val="0"/>
          <w:i w:val="0"/>
        </w:rPr>
        <w:t>‘Có thể điều đó sẽ không kéo dài được lâu nữa.’</w:t>
      </w:r>
    </w:p>
    <w:p>
      <w:pPr>
        <w:spacing w:after="80"/>
      </w:pPr>
      <w:r>
        <w:rPr>
          <w:b w:val="0"/>
          <w:i w:val="0"/>
        </w:rPr>
        <w:t>‘Tôi rất tiếc khi nghe điều đó. Đó có phải là lý do cô muốn gặp tôi không?’</w:t>
      </w:r>
    </w:p>
    <w:p>
      <w:pPr>
        <w:spacing w:after="80"/>
      </w:pPr>
      <w:r>
        <w:rPr>
          <w:b w:val="0"/>
          <w:i w:val="0"/>
        </w:rPr>
        <w:t>Beth gật đầu. ‘Tôi e là vậy. Tôi không thể giả vờ rằng mình thích làm việc dưới quyền vị giám đốc mới, và mặc dù tôi không nghĩ ông ta sẽ cân nhắc sa thải tôi, trừ khi bắt gặp tôi thò tay vào két, tôi đang nghiêm túc cân nhắc việc từ chức.’</w:t>
      </w:r>
    </w:p>
    <w:p>
      <w:pPr>
        <w:spacing w:after="80"/>
      </w:pPr>
      <w:r>
        <w:rPr>
          <w:b w:val="0"/>
          <w:i w:val="0"/>
        </w:rPr>
        <w:t>‘Cô có thể tìm được một vị trí tương đương ở một phòng tranh khác không?’ Julian hỏi.</w:t>
      </w:r>
    </w:p>
    <w:p>
      <w:pPr>
        <w:spacing w:after="80"/>
      </w:pPr>
      <w:r>
        <w:rPr>
          <w:b w:val="0"/>
          <w:i w:val="0"/>
        </w:rPr>
        <w:t>‘Không dễ. Những vị trí như vậy không thường xuất hiện. Trớ trêu thay, vài tháng trước Tate đã liên hệ với tôi để hỏi liệu tôi có quan tâm đến chức vụ phó giám đốc không. Tôi chắc chắn sẽ cân nhắc lời đề nghị đó nếu Tim Knox không nói với tôi rằng ông ấy đã đề cử tôi với hội đồng quản trị làm người kế nhiệm ông ấy.’</w:t>
      </w:r>
    </w:p>
    <w:p>
      <w:pPr>
        <w:spacing w:after="80"/>
      </w:pPr>
      <w:r>
        <w:rPr>
          <w:b w:val="0"/>
          <w:i w:val="0"/>
        </w:rPr>
        <w:t>‘Công việc ở Tate vẫn còn trống chứ?’</w:t>
      </w:r>
    </w:p>
    <w:p>
      <w:pPr>
        <w:spacing w:after="80"/>
      </w:pPr>
      <w:r>
        <w:rPr>
          <w:b w:val="0"/>
          <w:i w:val="0"/>
        </w:rPr>
        <w:t>‘Không. Nó đã được lấp bởi một ứng viên xuất sắc từ V&amp;A, người mà tôi được biết đang làm rất tốt.’</w:t>
      </w:r>
    </w:p>
    <w:p>
      <w:pPr>
        <w:spacing w:after="80"/>
      </w:pPr>
      <w:r>
        <w:rPr>
          <w:b w:val="0"/>
          <w:i w:val="0"/>
        </w:rPr>
        <w:t>‘Vậy lời khuyên của tôi là cô nên ở yên đó cho đến khi có cơ hội khác xuất hiện. Cô sẽ không thích cảnh thất nghiệp đâu, chưa kể đến việc mất thu nhập.’</w:t>
      </w:r>
    </w:p>
    <w:p>
      <w:pPr>
        <w:spacing w:after="80"/>
      </w:pPr>
      <w:r>
        <w:rPr>
          <w:b w:val="0"/>
          <w:i w:val="0"/>
        </w:rPr>
        <w:t>‘Đó mới là lý do thực sự khiến tôi cần tìm lời khuyên của anh, Julian. Tôi muốn tận dụng một cơ hội vừa xuất hiện, nhưng nó đặt ra cho tôi một chút tình huống khó xử về mặt đạo đức.’</w:t>
      </w:r>
    </w:p>
    <w:p>
      <w:pPr>
        <w:spacing w:after="80"/>
      </w:pPr>
      <w:r>
        <w:rPr>
          <w:b w:val="0"/>
          <w:i w:val="0"/>
        </w:rPr>
        <w:t>‘Chi tiết, chi tiết,’ Julian yêu cầu, cứ như đang xử lý một trong những khách hàng của mình.</w:t>
      </w:r>
    </w:p>
    <w:p>
      <w:pPr>
        <w:spacing w:after="80"/>
      </w:pPr>
      <w:r>
        <w:rPr>
          <w:b w:val="0"/>
          <w:i w:val="0"/>
        </w:rPr>
        <w:t>‘Tôi có thể đã tình cờ bắt gặp một bức vẽ bằng bút chì của Rembrandt, sắp được đem bán tại một nhà đấu giá nhỏ ở Pittsburgh.’</w:t>
      </w:r>
    </w:p>
    <w:p>
      <w:pPr>
        <w:spacing w:after="80"/>
      </w:pPr>
      <w:r>
        <w:rPr>
          <w:b w:val="0"/>
          <w:i w:val="0"/>
        </w:rPr>
        <w:t>‘Vậy tình huống khó xử về đạo đức nằm ở đâu?’</w:t>
      </w:r>
    </w:p>
    <w:p>
      <w:pPr>
        <w:spacing w:after="80"/>
      </w:pPr>
      <w:r>
        <w:rPr>
          <w:b w:val="0"/>
          <w:i w:val="0"/>
        </w:rPr>
        <w:t>‘Bức vẽ không được ghi là của Rembrandt, mà là của một nghệ sĩ vô danh. Sự thật là, bản thân tôi cũng không hoàn toàn chắc chắn về nó. Nhưng nếu tôi đúng, nó có thể trị giá tới bốn mươi nghìn bảng trong khi giá ước tính của nhà đấu giá chỉ là hai trăm đô la.’</w:t>
      </w:r>
    </w:p>
    <w:p>
      <w:pPr>
        <w:spacing w:after="80"/>
      </w:pPr>
      <w:r>
        <w:rPr>
          <w:b w:val="0"/>
          <w:i w:val="0"/>
        </w:rPr>
        <w:t>‘Đó gọi là kinh nghiệm và học vấn, đồng thời sẵn sàng đánh cược,’ Julian nói. ‘Không phải lỗi của cô khi nhà đấu giá không làm bài tập về nhà của mình.’</w:t>
      </w:r>
    </w:p>
    <w:p>
      <w:pPr>
        <w:spacing w:after="80"/>
      </w:pPr>
      <w:r>
        <w:rPr>
          <w:b w:val="0"/>
          <w:i w:val="0"/>
        </w:rPr>
        <w:t>‘Tôi hoàn toàn đồng ý,’ Beth nói. ‘Nhưng tôi nên kể cho Sloane về phát hiện khả dĩ của mình, hay nên liều hai trăm đô tiền của chính mình, với hy vọng tự mình kiếm được món hời?’</w:t>
      </w:r>
    </w:p>
    <w:p>
      <w:pPr>
        <w:spacing w:after="80"/>
      </w:pPr>
      <w:r>
        <w:rPr>
          <w:b w:val="0"/>
          <w:i w:val="0"/>
        </w:rPr>
        <w:t>‘Cô sẽ làm gì nếu Tim Knox vẫn còn là giám đốc?’</w:t>
      </w:r>
    </w:p>
    <w:p>
      <w:pPr>
        <w:spacing w:after="80"/>
      </w:pPr>
      <w:r>
        <w:rPr>
          <w:b w:val="0"/>
          <w:i w:val="0"/>
        </w:rPr>
        <w:t>‘Báo cho ông ấy ngay lập tức,’ Beth nói không chút do dự, ‘để bảo tàng Fitzmolean có thể hưởng lợi.’</w:t>
      </w:r>
    </w:p>
    <w:p>
      <w:pPr>
        <w:spacing w:after="80"/>
      </w:pPr>
      <w:r>
        <w:rPr>
          <w:b w:val="0"/>
          <w:i w:val="0"/>
        </w:rPr>
        <w:t>‘Vậy là cô đã tự trả lời câu hỏi của mình rồi. Trách nhiệm đầu tiên của cô là với bảo tàng, không phải với giám đốc của nó, dù người đó là ai. Bảo tàng là vĩnh cửu, giám đốc chỉ là tạm thời.’</w:t>
      </w:r>
    </w:p>
    <w:p>
      <w:pPr>
        <w:spacing w:after="80"/>
      </w:pPr>
      <w:r>
        <w:rPr>
          <w:b w:val="0"/>
          <w:i w:val="0"/>
        </w:rPr>
        <w:t>‘Kể cả khi Sloane nói với hội đồng rằng đó là phát hiện của ông ta, và nhận công về mình?’</w:t>
      </w:r>
    </w:p>
    <w:p>
      <w:pPr>
        <w:spacing w:after="80"/>
      </w:pPr>
      <w:r>
        <w:rPr>
          <w:b w:val="0"/>
          <w:i w:val="0"/>
        </w:rPr>
        <w:t>‘Cô thực sự không thích ông ta, đúng không?’</w:t>
      </w:r>
    </w:p>
    <w:p>
      <w:pPr>
        <w:spacing w:after="80"/>
      </w:pPr>
      <w:r>
        <w:rPr>
          <w:b w:val="0"/>
          <w:i w:val="0"/>
        </w:rPr>
        <w:t>‘Đúng, tôi không thích,’ Beth nói, không cố che giấu cảm xúc của mình.</w:t>
      </w:r>
    </w:p>
    <w:p>
      <w:pPr>
        <w:spacing w:after="80"/>
      </w:pPr>
      <w:r>
        <w:rPr>
          <w:b w:val="0"/>
          <w:i w:val="0"/>
        </w:rPr>
        <w:t>‘Không thích người ta không phải là lý do đủ tốt để để nó làm mờ phán đoán của cô, hay hạ mình xuống ngang tầm ông ta.’</w:t>
      </w:r>
    </w:p>
    <w:p>
      <w:pPr>
        <w:spacing w:after="80"/>
      </w:pPr>
      <w:r>
        <w:rPr>
          <w:b w:val="0"/>
          <w:i w:val="0"/>
        </w:rPr>
        <w:t>‘Dĩ nhiên anh đúng. Tôi sẽ kể cho ông ta về bức vẽ ngay sáng mai.’</w:t>
      </w:r>
    </w:p>
    <w:p>
      <w:pPr>
        <w:spacing w:after="80"/>
      </w:pPr>
      <w:r>
        <w:rPr>
          <w:b w:val="0"/>
          <w:i w:val="0"/>
        </w:rPr>
        <w:t>‘Tôi nghĩ đó sẽ là điều khôn ngoan,’ Julian nói. ‘Ít nhất thì nó cũng có thể cải thiện mối quan hệ của cô với ông ta.’</w:t>
      </w:r>
    </w:p>
    <w:p>
      <w:pPr>
        <w:spacing w:after="80"/>
      </w:pPr>
      <w:r>
        <w:rPr>
          <w:b w:val="0"/>
          <w:i w:val="0"/>
        </w:rPr>
        <w:t>‘Đừng trông mong vào điều đó.’</w:t>
      </w:r>
    </w:p>
    <w:p>
      <w:pPr>
        <w:spacing w:after="80"/>
      </w:pPr>
      <w:r>
        <w:rPr>
          <w:b w:val="0"/>
          <w:i w:val="0"/>
        </w:rPr>
        <w:t>‘Mình quay lại với mọi người trước khi William bắt đầu thắc mắc chúng ta đang làm gì,’ Julian nói.</w:t>
      </w:r>
    </w:p>
    <w:p>
      <w:pPr>
        <w:spacing w:after="80"/>
      </w:pPr>
      <w:r>
        <w:rPr>
          <w:b w:val="0"/>
          <w:i w:val="0"/>
        </w:rPr>
        <w:t>‘Tôi không có bí mật nào với William,’ Beth nói. ‘Tôi đã thảo luận vấn đề này với anh ấy rồi, nên anh sẽ không ngạc nhiên khi biết anh ấy đồng ý với anh.’</w:t>
      </w:r>
    </w:p>
    <w:p>
      <w:pPr>
        <w:spacing w:after="80"/>
      </w:pPr>
      <w:r>
        <w:rPr>
          <w:b w:val="0"/>
          <w:i w:val="0"/>
        </w:rPr>
        <w:t>‘Anh ấy là người đàn ông may mắn,’ Julian nói khi đứng dậy khỏi ghế, mở cửa phòng làm việc, và đứng sang một bên để Beth đi về phòng khách.</w:t>
      </w:r>
    </w:p>
    <w:p>
      <w:pPr>
        <w:spacing w:after="80"/>
      </w:pPr>
      <w:r>
        <w:rPr>
          <w:b w:val="0"/>
          <w:i w:val="0"/>
        </w:rPr>
        <w:t>‘Artemisia vừa kể cho chúng tôi nghe về cuộc trò chuyện gần đây nhất của cô ấy với Công nương xứ Wales,’ Audrey nói khi họ xuất hiện trở lại.</w:t>
      </w:r>
    </w:p>
    <w:p>
      <w:pPr>
        <w:spacing w:after="80"/>
      </w:pPr>
      <w:r>
        <w:rPr>
          <w:b w:val="0"/>
          <w:i w:val="0"/>
        </w:rPr>
        <w:t>‘Nguyên văn luôn,’ William nói.</w:t>
      </w:r>
    </w:p>
    <w:p>
      <w:pPr>
        <w:spacing w:after="80"/>
      </w:pPr>
      <w:r>
        <w:rPr>
          <w:b w:val="0"/>
          <w:i w:val="0"/>
        </w:rPr>
        <w:t>‘Đúng vậy, con đã ở đó,’ Artemisia nói. ‘Con không thể chờ được để gặp lại cô ấy, vì con có một câu hỏi quan trọng muốn hỏi cô ấy.’</w:t>
      </w:r>
    </w:p>
    <w:p>
      <w:pPr>
        <w:spacing w:after="80"/>
      </w:pPr>
      <w:r>
        <w:rPr>
          <w:b w:val="0"/>
          <w:i w:val="0"/>
        </w:rPr>
        <w:t>‘Và đó có thể là gì nhỉ?’ Julian hỏi.</w:t>
      </w:r>
    </w:p>
    <w:p>
      <w:pPr>
        <w:spacing w:after="80"/>
      </w:pPr>
      <w:r>
        <w:rPr>
          <w:b w:val="0"/>
          <w:i w:val="0"/>
        </w:rPr>
        <w:t>‘Trong xe, Mummy nói với Daddy rằng Diana đang chơi xa nhà, và con tự hỏi cô ấy đang chơi môn thể thao nào.’</w:t>
      </w:r>
    </w:p>
    <w:p>
      <w:pPr>
        <w:spacing w:after="80"/>
      </w:pPr>
      <w:r>
        <w:rPr>
          <w:b w:val="0"/>
          <w:i w:val="0"/>
        </w:rPr>
        <w:t>Ngài Julian không trả lời câu hỏi của cháu gái, vì ông không hoàn toàn chắc chắn nên khuyên khách hàng nhỏ tuổi nhất của mình thế nào.</w:t>
      </w:r>
    </w:p>
    <w:p>
      <w:pPr>
        <w:pStyle w:val="Heading2"/>
      </w:pPr>
      <w:r>
        <w:rPr>
          <w:rFonts w:ascii="Calibri" w:hAnsi="Calibri"/>
          <w:b/>
          <w:i w:val="0"/>
          <w:sz w:val="32"/>
        </w:rPr>
        <w:t>CHƯƠNG 21</w:t>
      </w:r>
    </w:p>
    <w:p>
      <w:pPr>
        <w:spacing w:after="80"/>
      </w:pPr>
      <w:r>
        <w:rPr>
          <w:b w:val="0"/>
          <w:i w:val="0"/>
        </w:rPr>
        <w:t>RỰC RỠ LÀ TỪ ĐẦU TIÊN nảy ra trong đầu Ross khi anh nhìn thấy cô lần đầu tiên vào sáng hôm đó.</w:t>
      </w:r>
    </w:p>
    <w:p>
      <w:pPr>
        <w:spacing w:after="80"/>
      </w:pPr>
      <w:r>
        <w:rPr>
          <w:b w:val="0"/>
          <w:i w:val="0"/>
        </w:rPr>
        <w:t>‘Chào buổi sáng, thưa Công nương,’ anh nói, mở cửa sau của xe.</w:t>
      </w:r>
    </w:p>
    <w:p>
      <w:pPr>
        <w:spacing w:after="80"/>
      </w:pPr>
      <w:r>
        <w:rPr>
          <w:b w:val="0"/>
          <w:i w:val="0"/>
        </w:rPr>
        <w:t>‘Chào buổi sáng, Ross,’ cô đáp khi bước vào. ‘Anh thật tốt khi đã hy sinh cuối tuần của mình. Tôi thực sự hy vọng Jojo không quá giận tôi.’</w:t>
      </w:r>
    </w:p>
    <w:p>
      <w:pPr>
        <w:spacing w:after="80"/>
      </w:pPr>
      <w:r>
        <w:rPr>
          <w:b w:val="0"/>
          <w:i w:val="0"/>
        </w:rPr>
        <w:t>‘Cô ấy hiểu mà, thưa bà.’</w:t>
      </w:r>
    </w:p>
    <w:p>
      <w:pPr>
        <w:spacing w:after="80"/>
      </w:pPr>
      <w:r>
        <w:rPr>
          <w:b w:val="0"/>
          <w:i w:val="0"/>
        </w:rPr>
        <w:t>Cả hai đều biết điều đó không đúng.</w:t>
      </w:r>
    </w:p>
    <w:p>
      <w:pPr>
        <w:spacing w:after="80"/>
      </w:pPr>
      <w:r>
        <w:rPr>
          <w:b w:val="0"/>
          <w:i w:val="0"/>
        </w:rPr>
        <w:t>Ra khỏi London vào một buổi sáng thứ Bảy mà không có cảnh sát hộ tống là một trải nghiệm khác thường đối với cả hai người. Việc phải dừng lại ở đèn giao thông không lập tức chuyển sang xanh, chờ nhường đường ở vòng xuyến, và bị những chiếc xe khác vượt qua, đã cho Diana một cái nhìn hiếm hoi về thế giới thực.</w:t>
      </w:r>
    </w:p>
    <w:p>
      <w:pPr>
        <w:spacing w:after="80"/>
      </w:pPr>
      <w:r>
        <w:rPr>
          <w:b w:val="0"/>
          <w:i w:val="0"/>
        </w:rPr>
        <w:t>Ross liếc vào gương chiếu hậu và thấy cô đang trò chuyện trên điện thoại. Rõ ràng cô đang mong chờ một cuối tuần ở vùng nông thôn với … anh không tìm được từ thích hợp.</w:t>
      </w:r>
    </w:p>
    <w:p>
      <w:pPr>
        <w:spacing w:after="80"/>
      </w:pPr>
      <w:r>
        <w:rPr>
          <w:b w:val="0"/>
          <w:i w:val="0"/>
        </w:rPr>
        <w:t>Không phải lần đầu tiên, Ross biết ơn vì cửa sổ phía sau đã được dán phim tối màu. Nếu không, sẽ có một dòng người tò mò liên tục trên những chiếc xe khác cố gắng chụp ảnh khi đang di chuyển, thậm chí có người còn chụp khi đang lái xe.</w:t>
      </w:r>
    </w:p>
    <w:p>
      <w:pPr>
        <w:spacing w:after="80"/>
      </w:pPr>
      <w:r>
        <w:rPr>
          <w:b w:val="0"/>
          <w:i w:val="0"/>
        </w:rPr>
        <w:t>Mặc dù anh không mong chờ phải dành một cuối tuần ở vùng nông thôn với ‘Kẻ Tiếm Quyền Hoàng Gia’, như cách William gọi ông ta, anh vẫn tò mò muốn xem nhà của Jamil Chalabi trông như thế nào. Hào nhoáng và thô tục, anh đoán vậy. Dòng suy nghĩ của anh bị ngắt khi Diana hỏi, ‘Anh nghĩ khi nào chúng ta sẽ đến nơi, Ross?’</w:t>
      </w:r>
    </w:p>
    <w:p>
      <w:pPr>
        <w:spacing w:after="80"/>
      </w:pPr>
      <w:r>
        <w:rPr>
          <w:b w:val="0"/>
          <w:i w:val="0"/>
        </w:rPr>
        <w:t>Anh kiểm tra đồng hồ. ‘Khoảng bốn mươi phút nữa, thưa bà. Vậy nên chúng ta có thể sẽ đến muộn vài phút.’</w:t>
      </w:r>
    </w:p>
    <w:p>
      <w:pPr>
        <w:spacing w:after="80"/>
      </w:pPr>
      <w:r>
        <w:rPr>
          <w:b w:val="0"/>
          <w:i w:val="0"/>
        </w:rPr>
        <w:t>Sau đó cô khiến anh bất ngờ khi hỏi, ‘Anh không thích Jamil, đúng không?’ Ross không nghĩ ra được câu trả lời phù hợp. ‘Đúng như tôi nghĩ,’ cô nói khi họ lái xe vào Guildford.</w:t>
      </w:r>
    </w:p>
    <w:p>
      <w:pPr>
        <w:spacing w:after="80"/>
      </w:pPr>
      <w:r>
        <w:rPr>
          <w:b w:val="0"/>
          <w:i w:val="0"/>
        </w:rPr>
        <w:t>Khi họ chầm chậm đi dọc theo con phố chính, bà thốt ra đúng một từ mà ông sợ nhất.</w:t>
      </w:r>
    </w:p>
    <w:p>
      <w:pPr>
        <w:spacing w:after="80"/>
      </w:pPr>
      <w:r>
        <w:rPr>
          <w:b w:val="0"/>
          <w:i w:val="0"/>
        </w:rPr>
        <w:t>"Dừng lại," bà nói dứt khoát – nghe như một mệnh lệnh hơn là lời đề nghị. Viên cảnh sát bảo vệ cũ của bà từng cảnh báo Ross rằng chuyện này luôn xảy ra vào lúc bạn chẳng ngờ tới nhất.</w:t>
      </w:r>
    </w:p>
    <w:p>
      <w:pPr>
        <w:spacing w:after="80"/>
      </w:pPr>
      <w:r>
        <w:rPr>
          <w:b w:val="0"/>
          <w:i w:val="0"/>
        </w:rPr>
        <w:t>Ông giảm tốc và đỗ xe bên vạch vàng đơn. Ông tháo dây an toàn, nhưng bà đã thoát ra ngoài trước khi ông kịp với tới cửa sau. Chỉ một cái liếc mắt, ông biết ngay bà đang nhắm tới đâu. Ông vội đi theo bà vào trong cửa hàng và thấy bà đang đảo mắt nhìn quanh, đôi mắt sáng rực như một kẻ say tìm thấy quán rượu duy nhất trong thị trấn.</w:t>
      </w:r>
    </w:p>
    <w:p>
      <w:pPr>
        <w:spacing w:after="80"/>
      </w:pPr>
      <w:r>
        <w:rPr>
          <w:b w:val="0"/>
          <w:i w:val="0"/>
        </w:rPr>
        <w:t>Nhìn đâu cũng thấy túi xách đủ mọi hình dáng, kích cỡ và màu sắc, đã từ khắp nơi trên thế giới tìm đường đến một cửa hiệu nhỏ ở Guildford. Rõ ràng là HRH đang ở trên thiên đường.</w:t>
      </w:r>
    </w:p>
    <w:p>
      <w:pPr>
        <w:spacing w:after="80"/>
      </w:pPr>
      <w:r>
        <w:rPr>
          <w:b w:val="0"/>
          <w:i w:val="0"/>
        </w:rPr>
        <w:t>Ross nhẹ cả người khi trong cửa hàng không có ai khác ngoài một cô gái trẻ đứng sau quầy, miệng há to nhưng chẳng thốt ra được lời nào. HRH đang tận hưởng bữa tiệc thịnh soạn vây quanh mình, vẫn chưa chắc món khai vị đầu tiên sẽ là gì.</w:t>
      </w:r>
    </w:p>
    <w:p>
      <w:pPr>
        <w:spacing w:after="80"/>
      </w:pPr>
      <w:r>
        <w:rPr>
          <w:b w:val="0"/>
          <w:i w:val="0"/>
        </w:rPr>
        <w:t>Ross nhanh chóng lật tấm biển "mở cửa" thành "đóng cửa" và đứng quay lưng về phía cửa – dù chỉ vài phút sau, ông đã chấp nhận rằng cả Guildford sẽ biết ai vừa mới ghé vào thị trấn.</w:t>
      </w:r>
    </w:p>
    <w:p>
      <w:pPr>
        <w:spacing w:after="80"/>
      </w:pPr>
      <w:r>
        <w:rPr>
          <w:b w:val="0"/>
          <w:i w:val="0"/>
        </w:rPr>
        <w:t>HRH thong thả, chăm chú xem xét nhiều chiếc túi đặc biệt thu hút bà, nhìn vào bên trong để chắc chắn chúng đáp ứng được nhu cầu của một công nương, mà thường bao gồm chỗ để đựng "bài phát biểu hôm nay".</w:t>
      </w:r>
    </w:p>
    <w:p>
      <w:pPr>
        <w:spacing w:after="80"/>
      </w:pPr>
      <w:r>
        <w:rPr>
          <w:b w:val="0"/>
          <w:i w:val="0"/>
        </w:rPr>
        <w:t>Bà vừa gần xong cuộc khảo sát sơ bộ thì một người đàn ông lớn tuổi xuất hiện từ văn phòng phía sau cửa hàng. Sau một thoáng nhìn lại cho kỹ, ông lắp bắp: "Chào buổi sáng, thưa Bệ hạ," và cúi gập người từ thắt lưng. "Tôi có thể giúp gì cho Người không ạ?"</w:t>
      </w:r>
    </w:p>
    <w:p>
      <w:pPr>
        <w:spacing w:after="80"/>
      </w:pPr>
      <w:r>
        <w:rPr>
          <w:b w:val="0"/>
          <w:i w:val="0"/>
        </w:rPr>
        <w:t>"Cảm ơn ông. Tôi đang khó chọn giữa mấy chiếc này," Diana nói, đặt hai chiếc túi xách lên quầy.</w:t>
      </w:r>
    </w:p>
    <w:p>
      <w:pPr>
        <w:spacing w:after="80"/>
      </w:pPr>
      <w:r>
        <w:rPr>
          <w:b w:val="0"/>
          <w:i w:val="0"/>
        </w:rPr>
        <w:t>"Chiếc này," ông nói, nhấc chiếc túi đầu tiên lên, "là một mẫu kinh điển của Pháp do Le Tanneur sản xuất, hãng đã có gần một trăm năm tuổi. Còn chiếc này là Burberry. Hẳn Bệ hạ đã quen với thương hiệu này, vì tôi biết đây là một trong những hãng yêu thích của Người."</w:t>
      </w:r>
    </w:p>
    <w:p>
      <w:pPr>
        <w:spacing w:after="80"/>
      </w:pPr>
      <w:r>
        <w:rPr>
          <w:b w:val="0"/>
          <w:i w:val="0"/>
        </w:rPr>
        <w:t>Diana quay sang Ross. "Nếu anh phải chọn một trong hai chiếc này cho Josephine, anh nghĩ cô ấy sẽ thích chiếc nào hơn?"</w:t>
      </w:r>
    </w:p>
    <w:p>
      <w:pPr>
        <w:spacing w:after="80"/>
      </w:pPr>
      <w:r>
        <w:rPr>
          <w:b w:val="0"/>
          <w:i w:val="0"/>
        </w:rPr>
        <w:t>Ross rời vị trí canh gác bên cửa và đến bên HRH tại quầy. Ông nhìn kỹ hơn hai chiếc túi rồi nói: "Người phải nhớ, thưa bà, rằng Jo là người Pháp, và về phong cách thì cô ấy cho rằng người Anh vẫn đang trong quá trình học hỏi, nên chẳng có gì phải nghi ngờ cô ấy sẽ chọn chiếc nào."</w:t>
      </w:r>
    </w:p>
    <w:p>
      <w:pPr>
        <w:spacing w:after="80"/>
      </w:pPr>
      <w:r>
        <w:rPr>
          <w:b w:val="0"/>
          <w:i w:val="0"/>
        </w:rPr>
        <w:t>"Tôi đồng ý với cô ấy," Diana nói, sau khi nhìn lại cả hai chiếc túi lần thứ ba. "Tôi sẽ lấy chiếc này," bà nói, đưa chiếc Le Tanneur cho cô gái trẻ, người vẫn chưa nói được lời nào.</w:t>
      </w:r>
    </w:p>
    <w:p>
      <w:pPr>
        <w:spacing w:after="80"/>
      </w:pPr>
      <w:r>
        <w:rPr>
          <w:b w:val="0"/>
          <w:i w:val="0"/>
        </w:rPr>
        <w:t>"Một lựa chọn tuyệt vời, thưa Bệ hạ, nếu tôi được phép nói vậy," ông chủ nói khi bắt đầu gói chiếc túi đã chọn.</w:t>
      </w:r>
    </w:p>
    <w:p>
      <w:pPr>
        <w:spacing w:after="80"/>
      </w:pPr>
      <w:r>
        <w:rPr>
          <w:b w:val="0"/>
          <w:i w:val="0"/>
        </w:rPr>
        <w:t>Yêu cầu tiếp theo của HRH không khiến Ross bất ngờ.</w:t>
      </w:r>
    </w:p>
    <w:p>
      <w:pPr>
        <w:spacing w:after="80"/>
      </w:pPr>
      <w:r>
        <w:rPr>
          <w:b w:val="0"/>
          <w:i w:val="0"/>
        </w:rPr>
        <w:t>"Ross, tôi không mang theo tiền, nên liệu anh có thể…?"</w:t>
      </w:r>
    </w:p>
    <w:p>
      <w:pPr>
        <w:spacing w:after="80"/>
      </w:pPr>
      <w:r>
        <w:rPr>
          <w:b w:val="0"/>
          <w:i w:val="0"/>
        </w:rPr>
        <w:t>‘Không có gì đâu, thưa bà.’ Ross lấy ví ra và không phải lần đầu tiên, anh đưa thẻ tín dụng của mình.</w:t>
      </w:r>
    </w:p>
    <w:p>
      <w:pPr>
        <w:spacing w:after="80"/>
      </w:pPr>
      <w:r>
        <w:rPr>
          <w:b w:val="0"/>
          <w:i w:val="0"/>
        </w:rPr>
        <w:t>Khi người chủ gói xong chiếc túi, ông vội vã bước ra cửa, mở cửa và nói: ‘Chúng tôi rất mong được gặp lại bà, thưa Bệ hạ,’ kèm theo một cái cúi đầu còn thấp hơn nữa.</w:t>
      </w:r>
    </w:p>
    <w:p>
      <w:pPr>
        <w:spacing w:after="80"/>
      </w:pPr>
      <w:r>
        <w:rPr>
          <w:b w:val="0"/>
          <w:i w:val="0"/>
        </w:rPr>
        <w:t>Khi Ross bước ra khỏi cửa hàng, anh không ngạc nhiên khi thấy một đám đông lớn đã tụ tập trên vỉa hè bên ngoài. Họ bắt đầu vỗ tay và chụp ảnh ngay khoảnh khắc cô xuất hiện; một người mẹ đặc biệt nhanh nhạy đã mua một bó hoa từ cửa hàng bên cạnh, và cô con gái nhỏ của bà giơ bó hoa lên khi cô đi ngang qua. Diana cúi xuống, nhận bó hoa và ôm cô bé. Người mẹ đã có được cơ hội chụp ảnh của mình.</w:t>
      </w:r>
    </w:p>
    <w:p>
      <w:pPr>
        <w:spacing w:after="80"/>
      </w:pPr>
      <w:r>
        <w:rPr>
          <w:b w:val="0"/>
          <w:i w:val="0"/>
        </w:rPr>
        <w:t>Khi Ross hộ tống HRH trở lại xe, anh đã nhờ một viên cảnh sát trẻ, người đã đánh giá được tình hình.</w:t>
      </w:r>
    </w:p>
    <w:p>
      <w:pPr>
        <w:spacing w:after="80"/>
      </w:pPr>
      <w:r>
        <w:rPr>
          <w:b w:val="0"/>
          <w:i w:val="0"/>
        </w:rPr>
        <w:t>Diana vẫy tay khi chiếc xe lăn bánh và từ từ di chuyển qua đám đông nhiệt tình đã tràn ra đường. Khi Ross cuối cùng có thể tăng tốc, anh kiểm tra gương chiếu hậu và hài lòng rằng viên cảnh sát trẻ đã làm theo chỉ dẫn của mình. Anh ta đang chặn giao thông để đảm bảo không ai có thể đuổi theo họ – cơn ác mộng tồi tệ nhất của một nhân viên bảo vệ.</w:t>
      </w:r>
    </w:p>
    <w:p>
      <w:pPr>
        <w:spacing w:after="80"/>
      </w:pPr>
      <w:r>
        <w:rPr>
          <w:b w:val="0"/>
          <w:i w:val="0"/>
        </w:rPr>
        <w:t>Khi họ lái xe ra khỏi thị trấn, Ross bắt đầu cảm thấy biết ơn vì họ dường như đã thoát ra mà không bị tổn hại gì, thì một tiếng kêu vang lên từ ghế sau.</w:t>
      </w:r>
    </w:p>
    <w:p>
      <w:pPr>
        <w:spacing w:after="80"/>
      </w:pPr>
      <w:r>
        <w:rPr>
          <w:b w:val="0"/>
          <w:i w:val="0"/>
        </w:rPr>
        <w:t>‘Ôi, giúp với!’ Diana nói. ‘Chúng ta sẽ phải quay lại.’</w:t>
      </w:r>
    </w:p>
    <w:p>
      <w:pPr>
        <w:spacing w:after="80"/>
      </w:pPr>
      <w:r>
        <w:rPr>
          <w:b w:val="0"/>
          <w:i w:val="0"/>
        </w:rPr>
        <w:t>‘Vì sao vậy, thưa bà?’ Ross hỏi, người không có ý định quay lại, kể cả đó là mệnh lệnh hoàng gia.</w:t>
      </w:r>
    </w:p>
    <w:p>
      <w:pPr>
        <w:spacing w:after="80"/>
      </w:pPr>
      <w:r>
        <w:rPr>
          <w:b w:val="0"/>
          <w:i w:val="0"/>
        </w:rPr>
        <w:t>‘Ông ấy đã đưa cho tôi cả hai chiếc túi.’</w:t>
      </w:r>
    </w:p>
    <w:p>
      <w:pPr>
        <w:spacing w:after="80"/>
      </w:pPr>
      <w:r>
        <w:rPr>
          <w:b w:val="0"/>
          <w:i w:val="0"/>
        </w:rPr>
        <w:t>‘Chẳng có gì đáng ngạc nhiên đâu, thưa bà,’ Ross nói.</w:t>
      </w:r>
    </w:p>
    <w:p>
      <w:pPr>
        <w:spacing w:after="80"/>
      </w:pPr>
      <w:r>
        <w:rPr>
          <w:b w:val="0"/>
          <w:i w:val="0"/>
        </w:rPr>
        <w:t>‘Hóa đơn là bao nhiêu?’ cô hỏi.</w:t>
      </w:r>
    </w:p>
    <w:p>
      <w:pPr>
        <w:spacing w:after="80"/>
      </w:pPr>
      <w:r>
        <w:rPr>
          <w:b w:val="0"/>
          <w:i w:val="0"/>
        </w:rPr>
        <w:t>‘Không có hóa đơn nào cả, thưa bà.’</w:t>
      </w:r>
    </w:p>
    <w:p>
      <w:pPr>
        <w:spacing w:after="80"/>
      </w:pPr>
      <w:r>
        <w:rPr>
          <w:b w:val="0"/>
          <w:i w:val="0"/>
        </w:rPr>
        <w:t>‘Vậy tôi sẽ trả tiền cho họ bằng cách nào?’</w:t>
      </w:r>
    </w:p>
    <w:p>
      <w:pPr>
        <w:spacing w:after="80"/>
      </w:pPr>
      <w:r>
        <w:rPr>
          <w:b w:val="0"/>
          <w:i w:val="0"/>
        </w:rPr>
        <w:t>‘Bà đã trả rồi, thưa bà.’</w:t>
      </w:r>
    </w:p>
    <w:p>
      <w:pPr>
        <w:spacing w:after="80"/>
      </w:pPr>
      <w:r>
        <w:rPr>
          <w:b w:val="0"/>
          <w:i w:val="0"/>
        </w:rPr>
        <w:t>‘Anh đang nói chẳng có nghĩa lý gì cả, Ross.’</w:t>
      </w:r>
    </w:p>
    <w:p>
      <w:pPr>
        <w:spacing w:after="80"/>
      </w:pPr>
      <w:r>
        <w:rPr>
          <w:b w:val="0"/>
          <w:i w:val="0"/>
        </w:rPr>
        <w:t>‘Khi Frank Sinatra đến thăm Naples năm ngoái, ông ấy ghé vào một quán pizza cùng với các vệ sĩ của mình và gọi một chiếc Margarita mà giờ họ đã đặt tên là Sinatra. Tôi được biết rằng từ đó đến nay luôn có một hàng người xếp hàng bên ngoài cửa hàng. Tôi dự đoán rằng đến khi cửa hàng mà bà vừa ghé thăm đóng cửa tối nay, sẽ không còn một chiếc túi nào trên kệ, và người chủ sẽ không cần phải quảng cáo trong suốt phần đời còn lại của ông ấy.’</w:t>
      </w:r>
    </w:p>
    <w:p>
      <w:pPr>
        <w:spacing w:after="80"/>
      </w:pPr>
      <w:r>
        <w:rPr>
          <w:b w:val="0"/>
          <w:i w:val="0"/>
        </w:rPr>
        <w:t>‘Thỉnh thoảng mình nên ghé vào những cửa hàng như thế này thường xuyên hơn.’</w:t>
      </w:r>
    </w:p>
    <w:p>
      <w:pPr>
        <w:spacing w:after="80"/>
      </w:pPr>
      <w:r>
        <w:rPr>
          <w:b w:val="0"/>
          <w:i w:val="0"/>
        </w:rPr>
        <w:t>‘Không, cảm ơn bà.’</w:t>
      </w:r>
    </w:p>
    <w:p>
      <w:pPr>
        <w:spacing w:after="80"/>
      </w:pPr>
      <w:r>
        <w:rPr>
          <w:b w:val="0"/>
          <w:i w:val="0"/>
        </w:rPr>
        <w:t>‘Ít nhất tôi cũng nên gửi cho anh ấy một lời nhắn cảm ơn. Nhân tiện, cậu có biết tên anh ấy không?’</w:t>
      </w:r>
    </w:p>
    <w:p>
      <w:pPr>
        <w:spacing w:after="80"/>
      </w:pPr>
      <w:r>
        <w:rPr>
          <w:b w:val="0"/>
          <w:i w:val="0"/>
        </w:rPr>
        <w:t>‘Có ạ. Aloysius.’</w:t>
      </w:r>
    </w:p>
    <w:p>
      <w:pPr>
        <w:spacing w:after="80"/>
      </w:pPr>
      <w:r>
        <w:rPr>
          <w:b w:val="0"/>
          <w:i w:val="0"/>
        </w:rPr>
        <w:t>‘Cậu đang đùa tôi đấy à.’</w:t>
      </w:r>
    </w:p>
    <w:p>
      <w:pPr>
        <w:spacing w:after="80"/>
      </w:pPr>
      <w:r>
        <w:rPr>
          <w:b w:val="0"/>
          <w:i w:val="0"/>
        </w:rPr>
        <w:t>‘Không, thưa bà. Hình như bạn bè gọi anh ấy là Al.’</w:t>
      </w:r>
    </w:p>
    <w:p>
      <w:pPr>
        <w:spacing w:after="80"/>
      </w:pPr>
      <w:r>
        <w:rPr>
          <w:b w:val="0"/>
          <w:i w:val="0"/>
        </w:rPr>
        <w:t>‘Còn cô gái trẻ đứng sau quầy thì sao?’ Diana hỏi, tay ghi chú.</w:t>
      </w:r>
    </w:p>
    <w:p>
      <w:pPr>
        <w:spacing w:after="80"/>
      </w:pPr>
      <w:r>
        <w:rPr>
          <w:b w:val="0"/>
          <w:i w:val="0"/>
        </w:rPr>
        <w:t>‘Con gái anh ấy, Susan.’</w:t>
      </w:r>
    </w:p>
    <w:p>
      <w:pPr>
        <w:spacing w:after="80"/>
      </w:pPr>
      <w:r>
        <w:rPr>
          <w:b w:val="0"/>
          <w:i w:val="0"/>
        </w:rPr>
        <w:t>‘Cậu tìm ra bằng cách nào?’</w:t>
      </w:r>
    </w:p>
    <w:p>
      <w:pPr>
        <w:spacing w:after="80"/>
      </w:pPr>
      <w:r>
        <w:rPr>
          <w:b w:val="0"/>
          <w:i w:val="0"/>
        </w:rPr>
        <w:t>‘Tôi đã làm nhiệm vụ bí mật suốt mười hai năm, thưa bà.’</w:t>
      </w:r>
    </w:p>
    <w:p>
      <w:pPr>
        <w:spacing w:after="80"/>
      </w:pPr>
      <w:r>
        <w:rPr>
          <w:b w:val="0"/>
          <w:i w:val="0"/>
        </w:rPr>
        <w:t>‘Thật may mắn biết bao khi giờ đây cậu phục vụ tôi, Ross,’ cô nói đầy tinh nghịch khi cất cuốn nhật ký trở lại túi xách.</w:t>
      </w:r>
    </w:p>
    <w:p>
      <w:pPr>
        <w:spacing w:after="80"/>
      </w:pPr>
      <w:r>
        <w:rPr>
          <w:b w:val="0"/>
          <w:i w:val="0"/>
        </w:rPr>
        <w:t>Ross chẳng khác gì bất kỳ người đàn ông nào khác. Dù cố tỏ ra điềm tĩnh, anh vẫn tan chảy.</w:t>
      </w:r>
    </w:p>
    <w:p>
      <w:pPr>
        <w:spacing w:after="80"/>
      </w:pPr>
      <w:r>
        <w:rPr>
          <w:b w:val="0"/>
          <w:i w:val="0"/>
        </w:rPr>
        <w:t>Khi họ rẽ khỏi con đường chính, Ross kiểm tra thêm một lần nữa để chắc chắn không ai bám theo. Không có ai cả. Họ chỉ đi thêm khoảng vài dặm nữa thì vào đến ngôi làng nhỏ xinh đẹp Chalfordbury, và chốc lát sau họ tiến đến hai cánh cổng sắt chạm trổ lộng lẫy báo hiệu lối vào một khu điền trang lớn. Cánh cổng bắt đầu từ từ mở ra khi xe còn cách cả trăm thước. Một người lính gác giơ tay chào khi họ đi qua.</w:t>
      </w:r>
    </w:p>
    <w:p>
      <w:pPr>
        <w:spacing w:after="80"/>
      </w:pPr>
      <w:r>
        <w:rPr>
          <w:b w:val="0"/>
          <w:i w:val="0"/>
        </w:rPr>
        <w:t>Một con đường quanh co dẫn qua khu rừng rậm rạp và ngang qua một hồ nước lớn, trước khi một dinh thự Lutyens nguy nga hiện ra trước mặt họ, đủ sức gây ấn tượng ngay cả với một Công nương. Cuối cùng họ vòng quanh một vườn hồng đang nở rộ rồi dừng lại trước ngôi nhà.</w:t>
      </w:r>
    </w:p>
    <w:p>
      <w:pPr>
        <w:spacing w:after="80"/>
      </w:pPr>
      <w:r>
        <w:rPr>
          <w:b w:val="0"/>
          <w:i w:val="0"/>
        </w:rPr>
        <w:t>Jamil Chalabi đang đứng trên bậc thềm cao nhất chờ đón họ. Vì họ đã trễ hơn một tiếng đồng hồ, Ross tự hỏi không biết ông ấy đã đứng đó bao lâu rồi. Chalabi bước xuống chào đón vị khách hoàng gia khi cô bước ra khỏi xe.</w:t>
      </w:r>
    </w:p>
    <w:p>
      <w:pPr>
        <w:spacing w:after="80"/>
      </w:pPr>
      <w:r>
        <w:rPr>
          <w:b w:val="0"/>
          <w:i w:val="0"/>
        </w:rPr>
        <w:t>‘Tôi rất xin lỗi,’ Diana nói khi ông hôn lên cả hai má cô.</w:t>
      </w:r>
    </w:p>
    <w:p>
      <w:pPr>
        <w:spacing w:after="80"/>
      </w:pPr>
      <w:r>
        <w:rPr>
          <w:b w:val="0"/>
          <w:i w:val="0"/>
        </w:rPr>
        <w:t>‘Không thành vấn đề,’ anh đáp, dẫn cô lên bậc thềm và vào trong nhà. ‘Tôi chỉ mừng là cô đã đến được đây.’</w:t>
      </w:r>
    </w:p>
    <w:p>
      <w:pPr>
        <w:spacing w:after="80"/>
      </w:pPr>
      <w:r>
        <w:rPr>
          <w:b w:val="0"/>
          <w:i w:val="0"/>
        </w:rPr>
        <w:t>Khi Ross bước vào nhà, anh ngạc nhiên thấy nó chẳng hề hào nhoáng hay phô trương chút nào. Beth và William chắc chắn sẽ phải trầm trồ trước một bộ sưu tập nghệ thuật đủ sức tô điểm cho cả một phòng tranh. Có khi nào anh đã đánh giá sai về người đàn ông này?</w:t>
      </w:r>
    </w:p>
    <w:p>
      <w:pPr>
        <w:spacing w:after="80"/>
      </w:pPr>
      <w:r>
        <w:rPr>
          <w:b w:val="0"/>
          <w:i w:val="0"/>
        </w:rPr>
        <w:t>Một phó quản gia tách Ross ra khỏi nhóm khách chính và dẫn anh đi một lộ trình dài vòng vèo tới cánh phía tây, rồi thả anh vào một căn phòng chật hẹp, lạnh lẽo, chỉ có thể gọi là khu dành cho nhân viên. Ross chấp nhận rằng Chalabi đúng là nghĩ về anh như thế.</w:t>
      </w:r>
    </w:p>
    <w:p>
      <w:pPr>
        <w:spacing w:after="80"/>
      </w:pPr>
      <w:r>
        <w:rPr>
          <w:b w:val="0"/>
          <w:i w:val="0"/>
        </w:rPr>
        <w:t>Sau khi dỡ hành lý, anh đi kiểm tra khuôn viên. Anh bắt đầu bằng việc đi một vòng quanh chu vi khu đất, mất gần bốn mươi phút. Bức tường đá lửa cao mười foot bao quanh toàn bộ khu dinh thự đủ sức làm nản lòng cả một tên trộm chuyên nghiệp kiên quyết nhất, chứ đừng nói đến một người tập sự.</w:t>
      </w:r>
    </w:p>
    <w:p>
      <w:pPr>
        <w:spacing w:after="80"/>
      </w:pPr>
      <w:r>
        <w:rPr>
          <w:b w:val="0"/>
          <w:i w:val="0"/>
        </w:rPr>
        <w:t>Ross tự giới thiệu với người bảo vệ ở cổng chính, người mà anh nghĩ mình đã từng gặp. Anh được đảm bảo rằng vào cuối tuần sẽ không bao giờ có ít hơn ba bảo vệ trực hai mươi bốn/seven; một người ở cổng, hai người còn lại tuần tra khuôn viên. Sau khi xác nhận không có lối vào nào khác tới khu dinh thự, Ross quay về nhà, chỉ dừng lại để chiêm ngưỡng hồ nước hình bầu dục rộng lớn có thả cá chép asagi. Anh từng đọc rằng cá asagi được đánh giá cao đến mức mỗi con có giá tới một nghìn bảng Anh. Ross cố không nghĩ xem cần bao nhiêu con để lấp đầy một cái hồ cỡ đó; lại thêm một cách để Chalabi khéo léo nhắc khách của mình rằng ông ta giàu có đến nhường nào.</w:t>
      </w:r>
    </w:p>
    <w:p>
      <w:pPr>
        <w:spacing w:after="80"/>
      </w:pPr>
      <w:r>
        <w:rPr>
          <w:b w:val="0"/>
          <w:i w:val="0"/>
        </w:rPr>
        <w:t xml:space="preserve">Khi anh quay lại nhà, không thấy bóng dáng HRH hay chủ nhà, dù rất nhiều nhân viên đang chạy tới chạy lui, cứ như thể họ đang chuẩn bị cho một bữa tiệc lớn, chứ không phải bữa tối </w:t>
      </w:r>
      <w:r>
        <w:rPr>
          <w:b w:val="0"/>
          <w:i/>
        </w:rPr>
        <w:t>tête-à-tête</w:t>
      </w:r>
      <w:r>
        <w:rPr>
          <w:b w:val="0"/>
          <w:i w:val="0"/>
        </w:rPr>
        <w:t xml:space="preserve"> ấm cúng như anh được dẫn dắt để tin.</w:t>
      </w:r>
    </w:p>
    <w:p>
      <w:pPr>
        <w:spacing w:after="80"/>
      </w:pPr>
      <w:r>
        <w:rPr>
          <w:b w:val="0"/>
          <w:i w:val="0"/>
        </w:rPr>
        <w:t>Ross bước vào phòng ăn và thấy một chiếc bàn gỗ sồi dài đã được bày biện cho hai mươi bốn người, với đồ sứ Wedgwood thượng hạng, một dãy ly rượu Baccarat và bộ dao nĩa bằng bạc chiếm gần như toàn bộ khoảng trống. Một bình hoa lan trắng cao lớn chiếm lĩnh vị trí trung tâm của bàn.</w:t>
      </w:r>
    </w:p>
    <w:p>
      <w:pPr>
        <w:spacing w:after="80"/>
      </w:pPr>
      <w:r>
        <w:rPr>
          <w:b w:val="0"/>
          <w:i w:val="0"/>
        </w:rPr>
        <w:t>Anh kiểm tra các thẻ chỗ ngồi và nhận ra vài cái tên nổi tiếng, cùng một số tên khác nghe quen quen, nhưng phần lớn là anh không biết. Anh nghi ngờ tất cả họ đều có một điểm chung; họ đến đây để được ấn tượng bởi sự hiện diện của HRH tại bàn của Chalabi, để sau này có thể lợi dụng. Không phải lần đầu tiên, anh chua chát ngẫm rằng Diana thật sành sỏi ở một số khía cạnh, lại vô cùng ngây thơ ở những khía cạnh khác. Tuy nhiên, anh chấp nhận rằng mình chẳng làm được gì nhiều về chuyện đó.</w:t>
      </w:r>
    </w:p>
    <w:p>
      <w:pPr>
        <w:spacing w:after="80"/>
      </w:pPr>
      <w:r>
        <w:rPr>
          <w:b w:val="0"/>
          <w:i w:val="0"/>
        </w:rPr>
        <w:t>Ross dành phần còn lại của buổi chiều để kiểm tra kỹ lưỡng cách bố trí ngôi nhà, xác định mọi lối ra vào. Khi đồng hồ ở sảnh điểm sáu giờ, anh quay về phòng, tắm và thay vào bộ vest dạ hội. Anh đứng kín đáo ở một góc sảnh hai mươi phút trước khi vị khách đầu tiên đến, và anh giữ khoảng cách suốt cả buổi tối. Những loại rượu thượng hạng và hết món này đến món khác thơm ngon lướt qua anh vài phút một lần, và từ tiếng ồn ào phấn khích cùng những câu đùa giỡn vang lên trong bữa tối, rõ ràng ai nấy đều đang vui vẻ, dù anh không tin đó là kiểu tối thứ Bảy đi chơi mà HRH hình dung. Anh không quay về phòng ở cánh phía tây cho đến khi vị khách cuối cùng ra về.</w:t>
      </w:r>
    </w:p>
    <w:p>
      <w:pPr>
        <w:spacing w:after="80"/>
      </w:pPr>
      <w:r>
        <w:rPr>
          <w:b w:val="0"/>
          <w:i w:val="0"/>
        </w:rPr>
        <w:t>Ross để rèm cửa trong phòng mở và cửa sổ hé, để tiếng chim hót lúc bình minh đảm bảo anh là một trong những người thức dậy đầu tiên.</w:t>
      </w:r>
    </w:p>
    <w:p>
      <w:pPr>
        <w:spacing w:after="80"/>
      </w:pPr>
      <w:r>
        <w:rPr>
          <w:b w:val="0"/>
          <w:i w:val="0"/>
        </w:rPr>
        <w:t>Anh leo lên giường ngay trước một giờ và nhanh chóng chìm vào giấc ngủ.</w:t>
      </w:r>
    </w:p>
    <w:p>
      <w:pPr>
        <w:spacing w:after="80"/>
        <w:jc w:val="center"/>
      </w:pPr>
      <w:r>
        <w:rPr>
          <w:b w:val="0"/>
          <w:i w:val="0"/>
        </w:rPr>
        <w:t>• • •</w:t>
      </w:r>
    </w:p>
    <w:p>
      <w:pPr>
        <w:spacing w:after="80"/>
      </w:pPr>
      <w:r>
        <w:rPr>
          <w:b w:val="0"/>
          <w:i w:val="0"/>
        </w:rPr>
        <w:t>Ross đã tắm và cạo râu, đang chuẩn bị xuống ăn sáng thì một đèn đỏ kín đáo bắt đầu nhấp nháy trên chiếc điện thoại cạnh giường. Anh nhấc máy, ngạc nhiên vì HRH đã thức rồi, nhưng trước khi kịp nói gì, anh nhận ra giọng Chalabi và im lặng.</w:t>
      </w:r>
    </w:p>
    <w:p>
      <w:pPr>
        <w:spacing w:after="80"/>
      </w:pPr>
      <w:r>
        <w:rPr>
          <w:b w:val="0"/>
          <w:i w:val="0"/>
        </w:rPr>
        <w:t>‘Họ đã được báo là sẽ đón anh ở cổng, nhưng khi anh đã vào trong khuôn viên thì hãy lánh mặt đi, vì viên sĩ quan bảo vệ của Diana sẽ lảng vảng quanh đó. Không gì khiến hắn vui hơn là tống cổ anh ra, và tôi sẽ không ngăn được đâu.’</w:t>
      </w:r>
    </w:p>
    <w:p>
      <w:pPr>
        <w:spacing w:after="80"/>
      </w:pPr>
      <w:r>
        <w:rPr>
          <w:b w:val="0"/>
          <w:i w:val="0"/>
        </w:rPr>
        <w:t>‘Tôi biết quá rõ tên khốn đó,’ một giọng thứ hai nói, mà Ross nhận ra ngay. ‘Hắn từng thúc đầu gối vào hạ bộ tôi một lần, và nếu gặp lại tôi, hắn sẽ vui vẻ ném tôi qua tường.’</w:t>
      </w:r>
    </w:p>
    <w:p>
      <w:pPr>
        <w:spacing w:after="80"/>
      </w:pPr>
      <w:r>
        <w:rPr>
          <w:b w:val="0"/>
          <w:i w:val="0"/>
        </w:rPr>
        <w:t>‘Anh nghĩ mai chúng ta có lên trang nhất không?’ Chalabi hỏi.</w:t>
      </w:r>
    </w:p>
    <w:p>
      <w:pPr>
        <w:spacing w:after="80"/>
      </w:pPr>
      <w:r>
        <w:rPr>
          <w:b w:val="0"/>
          <w:i w:val="0"/>
        </w:rPr>
        <w:t>‘Cùng với vài trang bên trong nữa,’ giọng thứ hai hứa hẹn. ‘Nhưng tôi không khuyên anh để Di đọc chúng trong bữa sáng đâu, không thì anh tiêu đời đấy.’</w:t>
      </w:r>
    </w:p>
    <w:p>
      <w:pPr>
        <w:spacing w:after="80"/>
      </w:pPr>
      <w:r>
        <w:rPr>
          <w:b w:val="0"/>
          <w:i w:val="0"/>
        </w:rPr>
        <w:t>‘Đừng lo, cô ấy sẽ đi từ lâu trước lúc đó rồi.’</w:t>
      </w:r>
    </w:p>
    <w:p>
      <w:pPr>
        <w:spacing w:after="80"/>
      </w:pPr>
      <w:r>
        <w:rPr>
          <w:b w:val="0"/>
          <w:i w:val="0"/>
        </w:rPr>
        <w:t>‘Khi nào anh gặp cô ấy lần tới?’</w:t>
      </w:r>
    </w:p>
    <w:p>
      <w:pPr>
        <w:spacing w:after="80"/>
      </w:pPr>
      <w:r>
        <w:rPr>
          <w:b w:val="0"/>
          <w:i w:val="0"/>
        </w:rPr>
        <w:t>‘Thứ Năm, ở Harry’s Bar, tám giờ. Nhớ có mặt đấy,’ Chalabi nói, rồi cúp máy.</w:t>
      </w:r>
    </w:p>
    <w:p>
      <w:pPr>
        <w:spacing w:after="80"/>
      </w:pPr>
      <w:r>
        <w:rPr>
          <w:b w:val="0"/>
          <w:i w:val="0"/>
        </w:rPr>
        <w:t>Khi đèn tắt, Ross bỗng có một mục đích – đảm bảo không có bức ảnh nào từ cuối tuần xuất hiện trên bất kỳ tờ báo buổi sáng nào.</w:t>
      </w:r>
    </w:p>
    <w:p>
      <w:pPr>
        <w:spacing w:after="80"/>
      </w:pPr>
      <w:r>
        <w:rPr>
          <w:b w:val="0"/>
          <w:i w:val="0"/>
        </w:rPr>
        <w:t>Ross xuống cầu thang sau và ăn sáng nhanh trong bếp. Dù thỉnh thoảng có vài ánh mắt dò hỏi, không ai hỏi anh tại sao lại mặc bộ đồ thể thao đen và giày thể thao đen.</w:t>
      </w:r>
    </w:p>
    <w:p>
      <w:pPr>
        <w:spacing w:after="80"/>
      </w:pPr>
      <w:r>
        <w:rPr>
          <w:b w:val="0"/>
          <w:i w:val="0"/>
        </w:rPr>
        <w:t>Sau khi nốc cạn ly nước cam, anh lẻn ra cửa sau và nhanh chóng tiến về phía rìa khu rừng. Từ vị trí ẩn nấp, anh có thể thấy HRH đang thưởng thức bữa sáng cùng chủ nhà trên hiên. Không khó để xác định đường ngắm của một sát thủ hay một tay săn ảnh paparazzi sẽ nằm ở đâu, nhưng vẫn cần tất cả kỹ năng của anh để bắt bất ngờ tay săn ảnh đặc biệt này, giờ khi hắn đã được cảnh báo phải đề phòng anh.</w:t>
      </w:r>
    </w:p>
    <w:p>
      <w:pPr>
        <w:spacing w:after="80"/>
      </w:pPr>
      <w:r>
        <w:rPr>
          <w:b w:val="0"/>
          <w:i w:val="0"/>
        </w:rPr>
        <w:t>Ross lén lút bò qua bãi cỏ tới một cây sồi cổ thụ ở phía bên kia hồ và leo lên các cành như một cậu học trò cho đến khi tới một cành đủ lớn để ngồi. Anh lấy ống nhòm một mắt ra và quét vòng cung đường ngắm. Một lúc sau anh mới phát hiện ra tay săn ảnh, vì hắn ngụy trang rất giỏi và chỗ hắn chọn ẩn nấp rất kín đáo. Dù hắn đã bôi đen mặt và tay và đội mũ len xanh lá pha nâu, một tia nắng lóe lên trên ống kính dài thò ra từ dưới bụi cây đã tố cáo hắn.</w:t>
      </w:r>
    </w:p>
    <w:p>
      <w:pPr>
        <w:spacing w:after="80"/>
      </w:pPr>
      <w:r>
        <w:rPr>
          <w:b w:val="0"/>
          <w:i w:val="0"/>
        </w:rPr>
        <w:t>‘Tóm được ngươi rồi,’ Ross lẩm bẩm. Anh cất ống nhòm vào túi, leo xuống cây và rón rén tiến về phía bức tường, đảm bảo mình luôn khuất tầm nhìn. Mọi giác quan của anh đều căng lên hết mức khi anh men theo chu vi cho đến cuối cùng thì thấy một bàn chân thò ra từ dưới bụi cây.</w:t>
      </w:r>
    </w:p>
    <w:p>
      <w:pPr>
        <w:spacing w:after="80"/>
      </w:pPr>
      <w:r>
        <w:rPr>
          <w:b w:val="0"/>
          <w:i w:val="0"/>
        </w:rPr>
        <w:t>Ross cúi người và tiến chậm hơn, cẩn thận không gây ra chút tiếng động nào. Một cành cây gãy sẽ vang như tiếng súng. Khi còn cách khoảng ba mươi feet, anh nằm sấp xuống và, như một kẻ săn mồi đã phát hiện bữa ăn kế tiếp, tiến chậm hơn nữa về phía hắn, mắt không rời khỏi mục tiêu.</w:t>
      </w:r>
    </w:p>
    <w:p>
      <w:pPr>
        <w:spacing w:after="80"/>
      </w:pPr>
      <w:r>
        <w:rPr>
          <w:b w:val="0"/>
          <w:i w:val="0"/>
        </w:rPr>
        <w:t xml:space="preserve">Anh dừng lại khi nghe thấy tiếng tách của màn trập. </w:t>
      </w:r>
      <w:r>
        <w:rPr>
          <w:b w:val="0"/>
          <w:i/>
        </w:rPr>
        <w:t>Tách</w:t>
      </w:r>
      <w:r>
        <w:rPr>
          <w:b w:val="0"/>
          <w:i w:val="0"/>
        </w:rPr>
        <w:t xml:space="preserve">, </w:t>
      </w:r>
      <w:r>
        <w:rPr>
          <w:b w:val="0"/>
          <w:i/>
        </w:rPr>
        <w:t>tách</w:t>
      </w:r>
      <w:r>
        <w:rPr>
          <w:b w:val="0"/>
          <w:i w:val="0"/>
        </w:rPr>
        <w:t xml:space="preserve">, </w:t>
      </w:r>
      <w:r>
        <w:rPr>
          <w:b w:val="0"/>
          <w:i/>
        </w:rPr>
        <w:t>tách</w:t>
      </w:r>
      <w:r>
        <w:rPr>
          <w:b w:val="0"/>
          <w:i w:val="0"/>
        </w:rPr>
        <w:t xml:space="preserve">. Thêm vài feet nữa, </w:t>
      </w:r>
      <w:r>
        <w:rPr>
          <w:b w:val="0"/>
          <w:i/>
        </w:rPr>
        <w:t>tách</w:t>
      </w:r>
      <w:r>
        <w:rPr>
          <w:b w:val="0"/>
          <w:i w:val="0"/>
        </w:rPr>
        <w:t xml:space="preserve">, </w:t>
      </w:r>
      <w:r>
        <w:rPr>
          <w:b w:val="0"/>
          <w:i/>
        </w:rPr>
        <w:t>tách</w:t>
      </w:r>
      <w:r>
        <w:rPr>
          <w:b w:val="0"/>
          <w:i w:val="0"/>
        </w:rPr>
        <w:t xml:space="preserve">, rồi vài inch cuối cùng, </w:t>
      </w:r>
      <w:r>
        <w:rPr>
          <w:b w:val="0"/>
          <w:i/>
        </w:rPr>
        <w:t>tách</w:t>
      </w:r>
      <w:r>
        <w:rPr>
          <w:b w:val="0"/>
          <w:i w:val="0"/>
        </w:rPr>
        <w:t>, trước khi anh nhổm người lên bằng hai tay và đầu gối. Anh hít một hơi thật sâu, lao tới và túm lấy cổ chân con mồi, rồi lôi hắn ra khỏi chỗ ẩn nấp một cách không thương tiếc.</w:t>
      </w:r>
    </w:p>
    <w:p>
      <w:pPr>
        <w:spacing w:after="80"/>
      </w:pPr>
      <w:r>
        <w:rPr>
          <w:b w:val="0"/>
          <w:i w:val="0"/>
        </w:rPr>
        <w:t>Khi người đàn ông nhìn thấy đó là ai, hắn nói: ‘Cút đi, Thanh tra. Tôi được mời đấy, khác với anh.’</w:t>
      </w:r>
    </w:p>
    <w:p>
      <w:pPr>
        <w:spacing w:after="80"/>
      </w:pPr>
      <w:r>
        <w:rPr>
          <w:b w:val="0"/>
          <w:i w:val="0"/>
        </w:rPr>
        <w:t>‘Hay là chúng ta đi tìm hiểu xem điều đó có đúng không nhỉ?’ Ross nói, vặn một cánh tay lên nửa lưng hắn. ‘Nếu đúng như anh khai, Chalabi mời anh chụp ảnh ông ta với công chúa, rồi anh sẽ bán cho báo chí mà không có sự cho phép của cô ấy, thì tôi có cảm giác rằng, giống như Thánh Peter, ông ta sẽ chối ít nhất ba lần. Nhưng có thể anh biết Chalabi rõ hơn tôi nhiều, nên tôi để anh chọn: cửa trước hay cổng chính?’</w:t>
      </w:r>
    </w:p>
    <w:p>
      <w:pPr>
        <w:spacing w:after="80"/>
      </w:pPr>
      <w:r>
        <w:rPr>
          <w:b w:val="0"/>
          <w:i w:val="0"/>
        </w:rPr>
        <w:t>Ross để người đàn ông vài giây cân nhắc các lựa chọn trước khi túm lấy cánh tay còn lại và bắt đầu áp giải hắn về phía cổng.</w:t>
      </w:r>
    </w:p>
    <w:p>
      <w:pPr>
        <w:spacing w:after="80"/>
      </w:pPr>
      <w:r>
        <w:rPr>
          <w:b w:val="0"/>
          <w:i w:val="0"/>
        </w:rPr>
        <w:t>‘Còn thiết bị của tôi thì sao?’ tay săn ảnh đòi hỏi.</w:t>
      </w:r>
    </w:p>
    <w:p>
      <w:pPr>
        <w:spacing w:after="80"/>
      </w:pPr>
      <w:r>
        <w:rPr>
          <w:b w:val="0"/>
          <w:i w:val="0"/>
        </w:rPr>
        <w:t>‘Thì sao chứ?’</w:t>
      </w:r>
    </w:p>
    <w:p>
      <w:pPr>
        <w:spacing w:after="80"/>
      </w:pPr>
      <w:r>
        <w:rPr>
          <w:b w:val="0"/>
          <w:i w:val="0"/>
        </w:rPr>
        <w:t>‘Nó đáng giá hàng nghìn bảng Anh đấy.’</w:t>
      </w:r>
    </w:p>
    <w:p>
      <w:pPr>
        <w:spacing w:after="80"/>
      </w:pPr>
      <w:r>
        <w:rPr>
          <w:b w:val="0"/>
          <w:i w:val="0"/>
        </w:rPr>
        <w:t>‘Vậy thì anh thật ngu ngốc khi để nó nằm chỏng chơ ở đó, phải không?’</w:t>
      </w:r>
    </w:p>
    <w:p>
      <w:pPr>
        <w:spacing w:after="80"/>
      </w:pPr>
      <w:r>
        <w:rPr>
          <w:b w:val="0"/>
          <w:i w:val="0"/>
        </w:rPr>
        <w:t>‘Tôi sẽ kiện anh.’</w:t>
      </w:r>
    </w:p>
    <w:p>
      <w:pPr>
        <w:spacing w:after="80"/>
      </w:pPr>
      <w:r>
        <w:rPr>
          <w:b w:val="0"/>
          <w:i w:val="0"/>
        </w:rPr>
        <w:t>‘Nếu tôi giết anh ngay bây giờ,’ Ross nói khi họ tới cổng, ‘thì chẳng có bồi thẩm đoàn nào trên đất nước này kết tội tôi đâu.’ Gã thợ chụp ảnh rên rỉ khi cánh tay bị đẩy ngược lên lưng thêm một chút.</w:t>
      </w:r>
    </w:p>
    <w:p>
      <w:pPr>
        <w:spacing w:after="80"/>
      </w:pPr>
      <w:r>
        <w:rPr>
          <w:b w:val="0"/>
          <w:i w:val="0"/>
        </w:rPr>
        <w:t>‘Anh ta đang rời đi,’ Ross nói dứt khoát với người lính gác đang trực, người này miễn cưỡng mở một trong hai cánh cổng, để Ross ném kẻ xâm nhập ra đường. ‘Đảm bảo là anh ta không quay lại, trừ khi cậu muốn lý lịch của mình bị kiểm tra kỹ hơn.’</w:t>
      </w:r>
    </w:p>
    <w:p>
      <w:pPr>
        <w:spacing w:after="80"/>
      </w:pPr>
      <w:r>
        <w:rPr>
          <w:b w:val="0"/>
          <w:i w:val="0"/>
        </w:rPr>
        <w:t>Người lính gác trông có vẻ hối lỗi đúng mức.</w:t>
      </w:r>
    </w:p>
    <w:p>
      <w:pPr>
        <w:spacing w:after="80"/>
      </w:pPr>
      <w:r>
        <w:rPr>
          <w:b w:val="0"/>
          <w:i w:val="0"/>
        </w:rPr>
        <w:t>Ross quay lại bìa rừng và nhặt chiếc máy ảnh lên, nhưng để nguyên phần còn lại của thiết bị của gã thợ chụp ảnh ở chỗ anh ta tìm thấy. Trên đường lên nhà, anh dừng lại bên hồ, nơi vài con cá chép asagi đang thò đầu lên khỏi mặt nước, miệng há to, rõ ràng là mong được cho ăn. Ross ngồi xuống và ngắm nghía chiếc máy ảnh Leica đắt tiền vài phút, thậm chí còn chụp vài bức ảnh lũ cá chép, trước khi nó tuột khỏi tay anh và rơi xuống nước, khiến lũ cá chép tản ra mọi hướng, còn nó thì chìm xuống dưới mặt nước.</w:t>
      </w:r>
    </w:p>
    <w:p>
      <w:pPr>
        <w:spacing w:after="80"/>
      </w:pPr>
      <w:r>
        <w:rPr>
          <w:b w:val="0"/>
          <w:i w:val="0"/>
        </w:rPr>
        <w:t>‘Thật đáng tiếc,’ anh nói khi nó biến mất khỏi tầm mắt.</w:t>
      </w:r>
    </w:p>
    <w:p>
      <w:pPr>
        <w:spacing w:after="80"/>
      </w:pPr>
      <w:r>
        <w:rPr>
          <w:b w:val="0"/>
          <w:i w:val="0"/>
        </w:rPr>
        <w:t>Trước khi về tới nhà, Ross gọi điện cho cảnh sát địa phương, cho viên trung sĩ trực ban biết tên của gã thợ chụp ảnh và biển số chiếc Porsche của hắn. Anh yêu cầu ông ta đảm bảo hắn không tới gần khu điền trang trong vòng năm dặm suốt phần còn lại của ngày hôm đó.</w:t>
      </w:r>
    </w:p>
    <w:p>
      <w:pPr>
        <w:spacing w:after="80"/>
      </w:pPr>
      <w:r>
        <w:rPr>
          <w:b w:val="0"/>
          <w:i w:val="0"/>
        </w:rPr>
        <w:t>‘Rất hân hạnh,’ là tất cả những gì viên trung sĩ nói.</w:t>
      </w:r>
    </w:p>
    <w:p>
      <w:pPr>
        <w:spacing w:after="80"/>
      </w:pPr>
      <w:r>
        <w:rPr>
          <w:b w:val="0"/>
          <w:i w:val="0"/>
        </w:rPr>
        <w:t>Sau khi canh chừng suốt buổi sáng còn lại để chắc chắn gã thợ chụp ảnh không xuất hiện trở lại, Ross quay về bếp và thưởng thức bữa trưa Chủ nhật thịnh soạn mà mẹ anh hẳn sẽ gọi như vậy. Anh cảm ơn đầu bếp trước khi chuẩn bị hộ tống HRH trở về London.</w:t>
      </w:r>
    </w:p>
    <w:p>
      <w:pPr>
        <w:spacing w:after="80"/>
      </w:pPr>
      <w:r>
        <w:rPr>
          <w:b w:val="0"/>
          <w:i w:val="0"/>
        </w:rPr>
        <w:t>Khi xe khởi hành cho chuyến về, Ross nhận thấy Chalabi không còn nụ cười tự mãn trên mặt như hắn đã thể hiện khi họ tới vào ngày hôm trước.</w:t>
      </w:r>
    </w:p>
    <w:p>
      <w:pPr>
        <w:spacing w:after="80"/>
      </w:pPr>
      <w:r>
        <w:rPr>
          <w:b w:val="0"/>
          <w:i w:val="0"/>
        </w:rPr>
        <w:t>‘Tôi thực sự hy vọng cuối tuần không quá tệ như anh lo sợ,’ Diana nói khi họ lái xe ra khỏi cổng và hướng về London.</w:t>
      </w:r>
    </w:p>
    <w:p>
      <w:pPr>
        <w:spacing w:after="80"/>
      </w:pPr>
      <w:r>
        <w:rPr>
          <w:b w:val="0"/>
          <w:i w:val="0"/>
        </w:rPr>
        <w:t>‘Cảm ơn bà,’ Ross nói. ‘Hóa ra nó dễ chịu hơn nhiều so với những gì tôi tưởng có thể.’</w:t>
      </w:r>
    </w:p>
    <w:p>
      <w:pPr>
        <w:pStyle w:val="Heading2"/>
      </w:pPr>
      <w:r>
        <w:rPr>
          <w:rFonts w:ascii="Calibri" w:hAnsi="Calibri"/>
          <w:b/>
          <w:i w:val="0"/>
          <w:sz w:val="32"/>
        </w:rPr>
        <w:t>CHƯƠNG 22</w:t>
      </w:r>
    </w:p>
    <w:p>
      <w:pPr>
        <w:spacing w:after="80"/>
      </w:pPr>
      <w:r>
        <w:rPr>
          <w:b w:val="0"/>
          <w:i w:val="0"/>
        </w:rPr>
        <w:t>WILLIAM NGẠC NHIÊN KHI THẤY DI Reynolds đứng bên lối vào số 4 Buckingham Gate khi anh xuất hiện vào sáng hôm sau, nhất là vì lúc đó chưa tới tám giờ sáng, một giờ mà William thường không gắn với Reynolds. Nhưng anh nhanh chóng phát hiện ra lý do ông ta ở đó.</w:t>
      </w:r>
    </w:p>
    <w:p>
      <w:pPr>
        <w:spacing w:after="80"/>
      </w:pPr>
      <w:r>
        <w:rPr>
          <w:b w:val="0"/>
          <w:i w:val="0"/>
        </w:rPr>
        <w:t>‘Superintendent Milner muốn gặp anh ở văn phòng của ông ấy ngay bây giờ,’ Reynolds nói, nhấn mạnh chữ ‘ngay bây giờ’.</w:t>
      </w:r>
    </w:p>
    <w:p>
      <w:pPr>
        <w:spacing w:after="80"/>
      </w:pPr>
      <w:r>
        <w:rPr>
          <w:b w:val="0"/>
          <w:i w:val="0"/>
        </w:rPr>
        <w:t>‘Cảm ơn Thanh tra,’ William đáp, bước thẳng qua ông ta. ‘Tôi cũng đang mong được nói chuyện với ông ấy, nên anh đã giúp tôi đỡ phải hẹn lịch.’</w:t>
      </w:r>
    </w:p>
    <w:p>
      <w:pPr>
        <w:spacing w:after="80"/>
      </w:pPr>
      <w:r>
        <w:rPr>
          <w:b w:val="0"/>
          <w:i w:val="0"/>
        </w:rPr>
        <w:t>Khi đến văn phòng của Tổng Thanh tra ở tầng hai, anh gõ cửa và chờ tiếng ‘Vào’ trước khi bước vào. Milner vẫy tay ra hiệu William ngồi xuống chiếc ghế bên kia bàn làm việc mà không có chút dấu hiệu chào hỏi nào.</w:t>
      </w:r>
    </w:p>
    <w:p>
      <w:pPr>
        <w:spacing w:after="80"/>
      </w:pPr>
      <w:r>
        <w:rPr>
          <w:b w:val="0"/>
          <w:i w:val="0"/>
        </w:rPr>
        <w:t>‘Warwick,’ ông ta gằn giọng, ngay cả trước khi anh kịp ngồi xuống. ‘Tôi được biết rằng, trong lúc tôi đang tháp tùng Hoàng tử và Công nương xứ Wales trong chuyến công du chính thức của họ, anh đã đột nhập vào văn phòng của tôi, lục lọi hồ sơ của tôi, và lấy đi vài thứ, trong đó có cuốn nhật ký của tôi, mà không có sự hay biết hay cho phép của tôi. Đúng không?’</w:t>
      </w:r>
    </w:p>
    <w:p>
      <w:pPr>
        <w:spacing w:after="80"/>
      </w:pPr>
      <w:r>
        <w:rPr>
          <w:b w:val="0"/>
          <w:i w:val="0"/>
        </w:rPr>
        <w:t>‘Đúng vậy, thưa ngài,’ William đáp, không hề nao núng.</w:t>
      </w:r>
    </w:p>
    <w:p>
      <w:pPr>
        <w:spacing w:after="80"/>
      </w:pPr>
      <w:r>
        <w:rPr>
          <w:b w:val="0"/>
          <w:i w:val="0"/>
        </w:rPr>
        <w:t>‘Ai đã cho anh thẩm quyền thực hiện cuộc xâm nhập vô cớ này?’</w:t>
      </w:r>
    </w:p>
    <w:p>
      <w:pPr>
        <w:spacing w:after="80"/>
      </w:pPr>
      <w:r>
        <w:rPr>
          <w:b w:val="0"/>
          <w:i w:val="0"/>
        </w:rPr>
        <w:t>‘Thưa Tư lệnh Hawksby.’</w:t>
      </w:r>
    </w:p>
    <w:p>
      <w:pPr>
        <w:spacing w:after="80"/>
      </w:pPr>
      <w:r>
        <w:rPr>
          <w:b w:val="0"/>
          <w:i w:val="0"/>
        </w:rPr>
        <w:t>‘Hawksby không có thẩm quyền gì với Bộ phận Bảo vệ Hoàng gia. Tôi chỉ báo cáo lên Hoàng tử xứ Wales mà thôi.’</w:t>
      </w:r>
    </w:p>
    <w:p>
      <w:pPr>
        <w:spacing w:after="80"/>
      </w:pPr>
      <w:r>
        <w:rPr>
          <w:b w:val="0"/>
          <w:i w:val="0"/>
        </w:rPr>
        <w:t>‘Và lên cả Tổng Giám đốc Sở Cảnh sát Metropolitan, người sẽ gặp Hoàng thân lúc mười hai giờ trưa nay.’</w:t>
      </w:r>
    </w:p>
    <w:p>
      <w:pPr>
        <w:spacing w:after="80"/>
      </w:pPr>
      <w:r>
        <w:rPr>
          <w:b w:val="0"/>
          <w:i w:val="0"/>
        </w:rPr>
        <w:t>‘Vào lúc đó, ông ta sẽ được nói rõ ràng không úp mở ai mới là người phụ trách bộ phận này.’</w:t>
      </w:r>
    </w:p>
    <w:p>
      <w:pPr>
        <w:spacing w:after="80"/>
      </w:pPr>
      <w:r>
        <w:rPr>
          <w:b w:val="0"/>
          <w:i w:val="0"/>
        </w:rPr>
        <w:t>‘Nếu ngài nói vậy, thưa ngài.’</w:t>
      </w:r>
    </w:p>
    <w:p>
      <w:pPr>
        <w:spacing w:after="80"/>
      </w:pPr>
      <w:r>
        <w:rPr>
          <w:b w:val="0"/>
          <w:i w:val="0"/>
        </w:rPr>
        <w:t>‘Ta nói vậy đấy, Warwick, và hơn thế nữa, ta sẽ đề nghị với Tổng Giám đốc – người không chỉ là đồng nghiệp mà còn là bạn cũ của ta – rằng anh nên bị đình chỉ công tác ngay lập tức, chờ một cuộc điều tra đầy đủ về hành vi đáng xấu hổ và thiếu chuyên nghiệp của anh. Đề nghị đó cũng sẽ bao gồm các đồng phạm của anh: Trung sĩ Adaja, Trung sĩ Roycroft và Cảnh sát Pankhurst.’</w:t>
      </w:r>
    </w:p>
    <w:p>
      <w:pPr>
        <w:spacing w:after="80"/>
      </w:pPr>
      <w:r>
        <w:rPr>
          <w:b w:val="0"/>
          <w:i w:val="0"/>
        </w:rPr>
        <w:t>‘Họ chỉ đơn thuần thực hiện mệnh lệnh của tôi.’ William ngừng lại trước khi thêm vào, ‘Thưa ngài.’</w:t>
      </w:r>
    </w:p>
    <w:p>
      <w:pPr>
        <w:spacing w:after="80"/>
      </w:pPr>
      <w:r>
        <w:rPr>
          <w:b w:val="0"/>
          <w:i w:val="0"/>
        </w:rPr>
        <w:t>‘Đừng có hỗn với ta, Warwick,’ Milner nói, nhìn thẳng vào William. ‘Anh đang gặp đủ rắc rối rồi. Thanh tra Reynolds cũng báo với ta rằng văn phòng của anh ta bị Cảnh sát Pankhurst đột nhập, dù cô ta khai rằng lúc đó đang dự đám tang bà mình ở Cornwall.’</w:t>
      </w:r>
    </w:p>
    <w:p>
      <w:pPr>
        <w:spacing w:after="80"/>
      </w:pPr>
      <w:r>
        <w:rPr>
          <w:b w:val="0"/>
          <w:i w:val="0"/>
        </w:rPr>
        <w:t>‘Cô ấy không cần phải đột nhập văn phòng của Reynolds, thưa ngài – cửa có khóa đâu.’</w:t>
      </w:r>
    </w:p>
    <w:p>
      <w:pPr>
        <w:spacing w:after="80"/>
      </w:pPr>
      <w:r>
        <w:rPr>
          <w:b w:val="0"/>
          <w:i w:val="0"/>
        </w:rPr>
        <w:t>‘Cô ta vẫn không có quyền vào phòng mà không có sự cho phép của anh ta,’ Milner đáp gắt. ‘Và ta được biết Trung sĩ Roycroft cũng dính vào hành vi lén lút của anh, dù đang nghỉ ốm.’</w:t>
      </w:r>
    </w:p>
    <w:p>
      <w:pPr>
        <w:spacing w:after="80"/>
      </w:pPr>
      <w:r>
        <w:rPr>
          <w:b w:val="0"/>
          <w:i w:val="0"/>
        </w:rPr>
        <w:t>‘Vâng, thưa sếp. Tôi thừa nhận việc cô ấy quay lại làm việc khi lẽ ra phải đang dưỡng bệnh là không đúng phép tắc, sau khi đã liều mạng để bắt giữ một trong những kẻ khủng bố nguy hiểm nhất thế giới, nhờ đó mà cô ấy được trao tặng Huân chương Dũng cảm của Nữ hoàng. Nhưng chẳng cần đến lòng dũng cảm ấy để cô ấy mở khóa một tá tủ hồ sơ và kiểm tra các khoản khai chi phí của sếp trong mười một năm qua.’</w:t>
      </w:r>
    </w:p>
    <w:p>
      <w:pPr>
        <w:spacing w:after="80"/>
      </w:pPr>
      <w:r>
        <w:rPr>
          <w:b w:val="0"/>
          <w:i w:val="0"/>
        </w:rPr>
        <w:t>‘Tôi mừng là anh đã nhắc đến chuyện chi phí, Warwick, bởi vì đồng nghiệp của anh, Trung sĩ Adaja, sẽ phải đối mặt với một cuộc điều tra toàn diện vì đã nộp các khoản khai khống lên tới £4,332.’ Ông ta ném một xấp giấy khai chi phí dày cộp xuống bàn trong vẻ đắc thắng.</w:t>
      </w:r>
    </w:p>
    <w:p>
      <w:pPr>
        <w:spacing w:after="80"/>
      </w:pPr>
      <w:r>
        <w:rPr>
          <w:b w:val="0"/>
          <w:i w:val="0"/>
        </w:rPr>
        <w:t>‘Cậu ta đã hoàn trả từng xu trong số chi phí đó, mà chính sếp đã phê duyệt mà không hề chất vấn cậu ta.’</w:t>
      </w:r>
    </w:p>
    <w:p>
      <w:pPr>
        <w:spacing w:after="80"/>
      </w:pPr>
      <w:r>
        <w:rPr>
          <w:b w:val="0"/>
          <w:i w:val="0"/>
        </w:rPr>
        <w:t>‘Đừng bận tâm cố gắng gỡ tội cho cậu ta, vì đó chẳng qua chỉ là điều anh có thể lường trước khi loại người đó gia nhập lực lượng cảnh sát.’</w:t>
      </w:r>
    </w:p>
    <w:p>
      <w:pPr>
        <w:spacing w:after="80"/>
      </w:pPr>
      <w:r>
        <w:rPr>
          <w:b w:val="0"/>
          <w:i w:val="0"/>
        </w:rPr>
        <w:t>‘Loại người nào cơ ạ, thưa sếp?’</w:t>
      </w:r>
    </w:p>
    <w:p>
      <w:pPr>
        <w:spacing w:after="80"/>
      </w:pPr>
      <w:r>
        <w:rPr>
          <w:b w:val="0"/>
          <w:i w:val="0"/>
        </w:rPr>
        <w:t>‘Thôi nào, phải đối mặt đi chứ, Warwick. Cậu ta không phải người như chúng ta, anh hiểu ý tôi chứ?’</w:t>
      </w:r>
    </w:p>
    <w:p>
      <w:pPr>
        <w:spacing w:after="80"/>
      </w:pPr>
      <w:r>
        <w:rPr>
          <w:b w:val="0"/>
          <w:i w:val="0"/>
        </w:rPr>
        <w:t>‘Có lẽ đó chính là lý do cậu ta hợp cạ đến thế với viên sĩ quan liên lạc tiền trạm của Đội Bảo vệ Hoàng gia của sếp, cố Trung sĩ Nigel Hicks quá cố.’</w:t>
      </w:r>
    </w:p>
    <w:p>
      <w:pPr>
        <w:spacing w:after="80"/>
      </w:pPr>
      <w:r>
        <w:rPr>
          <w:b w:val="0"/>
          <w:i w:val="0"/>
        </w:rPr>
        <w:t>Milner tái mét như tờ giấy.</w:t>
      </w:r>
    </w:p>
    <w:p>
      <w:pPr>
        <w:spacing w:after="80"/>
      </w:pPr>
      <w:r>
        <w:rPr>
          <w:b w:val="0"/>
          <w:i w:val="0"/>
        </w:rPr>
        <w:t>‘Người mà tôi hiểu rằng Ủy viên Cảnh sát đang háo hức muốn nói chuyện trước khi ông ấy đến thăm Thái tử xứ Wales vào sáng nay.’</w:t>
      </w:r>
    </w:p>
    <w:p>
      <w:pPr>
        <w:spacing w:after="80"/>
      </w:pPr>
      <w:r>
        <w:rPr>
          <w:b w:val="0"/>
          <w:i w:val="0"/>
        </w:rPr>
        <w:t>Toàn thân Milner bắt đầu run rẩy.</w:t>
      </w:r>
    </w:p>
    <w:p>
      <w:pPr>
        <w:spacing w:after="80"/>
      </w:pPr>
      <w:r>
        <w:rPr>
          <w:b w:val="0"/>
          <w:i w:val="0"/>
        </w:rPr>
        <w:t>‘Nếu được phép cho sếp một lời khuyên,’ William nói, ‘tôi sẽ viết đơn từ chức ngay bây giờ, và đảm bảo nó được gửi đến văn phòng Ủy viên Cảnh sát trước giữa trưa. Như vậy, ông ấy sẽ có thể hủy cuộc hẹn với Thái tử xứ Wales, và tránh phải nói cho HRH biết lý do thật sự khiến sếp phải từ chức.’</w:t>
      </w:r>
    </w:p>
    <w:p>
      <w:pPr>
        <w:spacing w:after="80"/>
      </w:pPr>
      <w:r>
        <w:rPr>
          <w:b w:val="0"/>
          <w:i w:val="0"/>
        </w:rPr>
        <w:t>Milner lúc này thở nặng nhọc, những giọt mồ hôi lớn rịn ra trên trán.</w:t>
      </w:r>
    </w:p>
    <w:p>
      <w:pPr>
        <w:spacing w:after="80"/>
      </w:pPr>
      <w:r>
        <w:rPr>
          <w:b w:val="0"/>
          <w:i w:val="0"/>
        </w:rPr>
        <w:t>‘Tôi cũng khuyên sếp nên bảo Thanh tra Reynolds và Trung sĩ Jennings làm theo cùng một cách – tất nhiên trừ khi họ sẵn sàng đối mặt với một cuộc điều tra toàn diện, mà chắc chắn sẽ dẫn đến việc họ cũng bị đuổi khỏi ngành. Tôi có cảm giác họ sẽ không ngần ngại kéo sếp xuống cùng nếu họ nghĩ điều đó có thể cứu lấy cái thân của họ.’</w:t>
      </w:r>
    </w:p>
    <w:p>
      <w:pPr>
        <w:spacing w:after="80"/>
      </w:pPr>
      <w:r>
        <w:rPr>
          <w:b w:val="0"/>
          <w:i w:val="0"/>
        </w:rPr>
        <w:t>‘Đúng, tôi luôn nghi ngờ hai kẻ đó đang gian lận chi phí,’ Milner bình thản nói, ‘và tôi đang chuẩn bị làm một bản báo cáo đầy đủ về những gì họ đã làm. Tôi sẽ chuẩn bị xong cho anh trước giữa trưa, Bill. Rồi có lẽ anh có thể nói một lời với người bạn của anh, viên chỉ huy?’</w:t>
      </w:r>
    </w:p>
    <w:p>
      <w:pPr>
        <w:spacing w:after="80"/>
      </w:pPr>
      <w:r>
        <w:rPr>
          <w:b w:val="0"/>
          <w:i w:val="0"/>
        </w:rPr>
        <w:t>‘Sếp muốn tôi nói lời gì đây ạ?’ William nói. ‘Kẻ gian? Kẻ biển thủ? Kẻ trộm? Tôi không nghĩ thế. Thực ra, nếu tôi là Ủy viên Cảnh sát, tôi sẽ khởi xướng một cuộc điều tra công khai toàn diện, tin chắc rằng sếp sẽ dành những năm tháng hưu trí trong một phòng giam ở Belmarsh, chứ không phải một ngôi nhà nhỏ ở Cotswolds. Tuy nhiên, tôi nghi rằng Chỉ huy Hawksby sẽ làm mọi thứ trong khả năng để tránh điều đó, vì chắc chắn ông ấy coi danh tiếng của Met quan trọng hơn của sếp nhiều.’</w:t>
      </w:r>
    </w:p>
    <w:p>
      <w:pPr>
        <w:spacing w:after="80"/>
      </w:pPr>
      <w:r>
        <w:rPr>
          <w:b w:val="0"/>
          <w:i w:val="0"/>
        </w:rPr>
        <w:t>William liếc nhìn những bức ảnh trên tường văn phòng và nói thêm, ‘Chưa kể đến danh tiếng của người bạn thân của sếp, Thái tử xứ Wales. Nên tôi lấy làm tiếc mà nói rằng có lẽ sếp sẽ thoát được, tất nhiên trừ khi sếp quyết định phản bác những cáo buộc. Tôi thú nhận là tôi hy vọng sếp sẽ làm vậy – không chỉ vì điều đó sẽ cho phép Trung sĩ Adaja nhận được lời khen ngợi mà cậu ấy hoàn toàn xứng đáng vì đã xác định được bia mộ của cố Trung sĩ Nigel Hicks – nếu sếp hiểu ý tôi.’</w:t>
      </w:r>
    </w:p>
    <w:p>
      <w:pPr>
        <w:spacing w:after="80"/>
        <w:jc w:val="center"/>
      </w:pPr>
      <w:r>
        <w:rPr>
          <w:b w:val="0"/>
          <w:i w:val="0"/>
        </w:rPr>
        <w:t>• • •</w:t>
      </w:r>
    </w:p>
    <w:p>
      <w:pPr>
        <w:spacing w:after="80"/>
      </w:pPr>
      <w:r>
        <w:rPr>
          <w:b w:val="0"/>
          <w:i w:val="0"/>
        </w:rPr>
        <w:t>‘Buổi gặp với Milner thế nào rồi?’ Rebecca hỏi khi cả hai rời Buckingham Gate và lên đường về Yard.</w:t>
      </w:r>
    </w:p>
    <w:p>
      <w:pPr>
        <w:spacing w:after="80"/>
      </w:pPr>
      <w:r>
        <w:rPr>
          <w:b w:val="0"/>
          <w:i w:val="0"/>
        </w:rPr>
        <w:t>‘Phải thừa nhận là gã đó làm tôi phát cáu, và có lẽ tôi đã hơi quá đà,’ William nói khi họ băng qua phố Victoria. ‘Nếu hắn quyết định chờ đến khi Ủy viên gặp Hoàng tử xứ Wales, trời mới biết ai trong chúng ta sẽ bị tống cổ.’</w:t>
      </w:r>
    </w:p>
    <w:p>
      <w:pPr>
        <w:spacing w:after="80"/>
      </w:pPr>
      <w:r>
        <w:rPr>
          <w:b w:val="0"/>
          <w:i w:val="0"/>
        </w:rPr>
        <w:t>‘Nhưng anh đâu có làm gì ngoài những gì Hawk dặn dò.’</w:t>
      </w:r>
    </w:p>
    <w:p>
      <w:pPr>
        <w:spacing w:after="80"/>
      </w:pPr>
      <w:r>
        <w:rPr>
          <w:b w:val="0"/>
          <w:i w:val="0"/>
        </w:rPr>
        <w:t>‘E là không phải vậy,’ William nói. ‘Tôi đã không làm theo lời khuyên của chỉ huy, không chỉ đơn thuần trình bày sự thật trong khi giữ bình tĩnh.’</w:t>
      </w:r>
    </w:p>
    <w:p>
      <w:pPr>
        <w:spacing w:after="80"/>
      </w:pPr>
      <w:r>
        <w:rPr>
          <w:b w:val="0"/>
          <w:i w:val="0"/>
        </w:rPr>
        <w:t>‘Tôi có cảm giác anh sẽ ổn thôi, thưa sếp,’ Rebecca nói.</w:t>
      </w:r>
    </w:p>
    <w:p>
      <w:pPr>
        <w:spacing w:after="80"/>
      </w:pPr>
      <w:r>
        <w:rPr>
          <w:b w:val="0"/>
          <w:i w:val="0"/>
        </w:rPr>
        <w:t>‘Sao cô lại nói vậy?’ William hỏi khi họ băng qua phố Victoria.</w:t>
      </w:r>
    </w:p>
    <w:p>
      <w:pPr>
        <w:spacing w:after="80"/>
      </w:pPr>
      <w:r>
        <w:rPr>
          <w:b w:val="0"/>
          <w:i w:val="0"/>
        </w:rPr>
        <w:t>‘Thanh tra Reynolds và Trung sĩ Jennings đứng ngoài hành lang nghe ngóng từng lời, và khi anh bước ra, họ không lao vào với ông chủ trả lương của mình mà biến mất vào phòng riêng. Nên tôi nghĩ anh sẽ thấy cả ba người họ đang viết đơn từ chức ngay lúc này, và sẽ nộp trước giữa trưa.’</w:t>
      </w:r>
    </w:p>
    <w:p>
      <w:pPr>
        <w:spacing w:after="80"/>
      </w:pPr>
      <w:r>
        <w:rPr>
          <w:b w:val="0"/>
          <w:i w:val="0"/>
        </w:rPr>
        <w:t>‘Sao cô có thể biết chắc như vậy?’</w:t>
      </w:r>
    </w:p>
    <w:p>
      <w:pPr>
        <w:spacing w:after="80"/>
      </w:pPr>
      <w:r>
        <w:rPr>
          <w:b w:val="0"/>
          <w:i w:val="0"/>
        </w:rPr>
        <w:t>‘Kẻ bắt nạt thì luôn là kẻ hèn nhát,’ Rebecca đáp.</w:t>
      </w:r>
    </w:p>
    <w:p>
      <w:pPr>
        <w:spacing w:after="80"/>
        <w:jc w:val="center"/>
      </w:pPr>
      <w:r>
        <w:rPr>
          <w:b w:val="0"/>
          <w:i w:val="0"/>
        </w:rPr>
        <w:t>• • •</w:t>
      </w:r>
    </w:p>
    <w:p>
      <w:pPr>
        <w:spacing w:after="80"/>
      </w:pPr>
      <w:r>
        <w:rPr>
          <w:b w:val="0"/>
          <w:i w:val="0"/>
        </w:rPr>
        <w:t>Beth gõ cửa phòng giám đốc ngay trước chín giờ, và chờ tiếng ‘Vào đi.’</w:t>
      </w:r>
    </w:p>
    <w:p>
      <w:pPr>
        <w:spacing w:after="80"/>
      </w:pPr>
      <w:r>
        <w:rPr>
          <w:b w:val="0"/>
          <w:i w:val="0"/>
        </w:rPr>
        <w:t>Khi cô bước vào, Sloane vẫy tay bảo cô ngồi vào chiếc ghế bên kia bàn làm việc, cứ như thể cô là một nhân viên cấp thấp.</w:t>
      </w:r>
    </w:p>
    <w:p>
      <w:pPr>
        <w:spacing w:after="80"/>
      </w:pPr>
      <w:r>
        <w:rPr>
          <w:b w:val="0"/>
          <w:i w:val="0"/>
        </w:rPr>
        <w:t>‘Tôi nghĩ ông sẽ muốn biết, Gerald—’</w:t>
      </w:r>
    </w:p>
    <w:p>
      <w:pPr>
        <w:spacing w:after="80"/>
      </w:pPr>
      <w:r>
        <w:rPr>
          <w:b w:val="0"/>
          <w:i w:val="0"/>
        </w:rPr>
        <w:t>‘Tôi nghĩ, bà Warwick ạ, sẽ thích hợp hơn nếu bà gọi tôi là giám đốc hoặc thưa ngài, trong giờ làm việc.’</w:t>
      </w:r>
    </w:p>
    <w:p>
      <w:pPr>
        <w:spacing w:after="80"/>
      </w:pPr>
      <w:r>
        <w:rPr>
          <w:b w:val="0"/>
          <w:i w:val="0"/>
        </w:rPr>
        <w:t>‘Tùy ý ngài, nhưng tôi nghĩ ngài sẽ vui khi nghe—’</w:t>
      </w:r>
    </w:p>
    <w:p>
      <w:pPr>
        <w:spacing w:after="80"/>
      </w:pPr>
      <w:r>
        <w:rPr>
          <w:b w:val="0"/>
          <w:i w:val="0"/>
        </w:rPr>
        <w:t>‘Để sau đi,’ Sloane khăng khăng. ‘Lúc này tôi còn mấy chuyện gấp gáp hơn cần bàn với bà.’ Beth im lặng. ‘Trong bưu phẩm sáng nay, tôi nhận được thư của ông Booth Watson QC, cho biết sau khi triển lãm Hals kết thúc, ông ta sẽ đến lấy bức chân dung tự họa, mà ông ta khẳng định thuộc về thân chủ của mình, ông Miles Faulkner, và đã bị đem khỏi nhà ông ta mà không có sự cho phép.’ Ông nhìn chằm chằm về phía Beth như thể cô đang đứng trong ghế nhân chứng.</w:t>
      </w:r>
    </w:p>
    <w:p>
      <w:pPr>
        <w:spacing w:after="80"/>
      </w:pPr>
      <w:r>
        <w:rPr>
          <w:b w:val="0"/>
          <w:i w:val="0"/>
        </w:rPr>
        <w:t>‘Faulkner không sở hữu nó,’ Beth phản đối. ‘Nó thuộc về vợ ông ta, Christina.’</w:t>
      </w:r>
    </w:p>
    <w:p>
      <w:pPr>
        <w:spacing w:after="80"/>
      </w:pPr>
      <w:r>
        <w:rPr>
          <w:b w:val="0"/>
          <w:i w:val="0"/>
        </w:rPr>
        <w:t>‘Có vẻ như không phải vậy,’ Sloane nói. ‘Ông Booth Watson đảm bảo với tôi rằng bà Faulkner, bạn của cô, đã trả lại bức tranh cho chồng cũ như một phần trong thỏa thuận ly hôn gần đây của họ.’</w:t>
      </w:r>
    </w:p>
    <w:p>
      <w:pPr>
        <w:spacing w:after="80"/>
      </w:pPr>
      <w:r>
        <w:rPr>
          <w:b w:val="0"/>
          <w:i w:val="0"/>
        </w:rPr>
        <w:t>Beth định phản đối, nhưng nhận ra rằng một lần nữa Christina đã không kể cho cô nghe toàn bộ câu chuyện.</w:t>
      </w:r>
    </w:p>
    <w:p>
      <w:pPr>
        <w:spacing w:after="80"/>
      </w:pPr>
      <w:r>
        <w:rPr>
          <w:b w:val="0"/>
          <w:i w:val="0"/>
        </w:rPr>
        <w:t>‘Các luật sư của chúng ta đã khuyên tôi rằng tranh chấp yêu cầu này là vô ích. Và như thể thế vẫn chưa đủ,’ Sloane nói, một lần nữa quay lại lá thư, ‘ông Booth Watson còn nói thêm rằng thân chủ của ông ta cũng sẽ đòi lại bức Raphael và Rembrandt của mình, mà cô đã khiến tôi tin là đang được cho mượn vĩnh viễn.’</w:t>
      </w:r>
    </w:p>
    <w:p>
      <w:pPr>
        <w:spacing w:after="80"/>
      </w:pPr>
      <w:r>
        <w:rPr>
          <w:b w:val="0"/>
          <w:i w:val="0"/>
        </w:rPr>
        <w:t>‘Đúng là vậy,’ Beth phản đối. ‘Chúng ta không nên ngần ngại tranh chấp yêu cầu của ông ta—’</w:t>
      </w:r>
    </w:p>
    <w:p>
      <w:pPr>
        <w:spacing w:after="80"/>
      </w:pPr>
      <w:r>
        <w:rPr>
          <w:b w:val="0"/>
          <w:i w:val="0"/>
        </w:rPr>
        <w:t>‘Về điểm này, các luật sư cho rằng chúng ta có cơ sở vững chắc hơn,’ Sloane thừa nhận. ‘Tuy nhiên, nếu ông Faulkner khởi kiện, như Booth Watson đe dọa, chúng ta có thể sẽ thắng vụ án, nhưng chỉ với cái giá đáng kể cả về tài chính lẫn danh tiếng. Nếu thua, và tôi được khuyên rằng khả năng là năm mươi năm mươi, thì sẽ rút cạn nguồn lực của bảo tàng đến mức phá sản.’ Sloane ngừng lại, rồi nói thêm, ‘Tôi chắc cô không muốn phải chịu trách nhiệm về điều đó.’</w:t>
      </w:r>
    </w:p>
    <w:p>
      <w:pPr>
        <w:spacing w:after="80"/>
      </w:pPr>
      <w:r>
        <w:rPr>
          <w:b w:val="0"/>
          <w:i w:val="0"/>
        </w:rPr>
        <w:t>‘Tất nhiên là không,’ Beth nói. ‘Nhưng có lẽ tôi đã tìm ra cách để trang trải chi phí—’</w:t>
      </w:r>
    </w:p>
    <w:p>
      <w:pPr>
        <w:spacing w:after="80"/>
      </w:pPr>
      <w:r>
        <w:rPr>
          <w:b w:val="0"/>
          <w:i w:val="0"/>
        </w:rPr>
        <w:t>‘Thẳng thắn mà nói, bà Warwick, tôi nghĩ bà lẽ ra phải đọc hợp đồng kỹ càng hơn trước khi bà khiến hội đồng quản trị hiểu lầm rằng chúng ta sở hữu bức tranh.’</w:t>
      </w:r>
    </w:p>
    <w:p>
      <w:pPr>
        <w:spacing w:after="80"/>
      </w:pPr>
      <w:r>
        <w:rPr>
          <w:b w:val="0"/>
          <w:i w:val="0"/>
        </w:rPr>
        <w:t>‘Nhưng chúng ta vẫn có thể giữ được nó nếu—’</w:t>
      </w:r>
    </w:p>
    <w:p>
      <w:pPr>
        <w:spacing w:after="80"/>
      </w:pPr>
      <w:r>
        <w:rPr>
          <w:b w:val="0"/>
          <w:i w:val="0"/>
        </w:rPr>
        <w:t>‘Trong hoàn cảnh này, tôi tự hỏi liệu bà có nên xem xét lại vị trí Giám tuyển Tranh của mình không, bởi rõ ràng đó chính là công việc mà bà không làm, bà Warwick ạ.’</w:t>
      </w:r>
    </w:p>
    <w:p>
      <w:pPr>
        <w:spacing w:after="80"/>
      </w:pPr>
      <w:r>
        <w:rPr>
          <w:b w:val="0"/>
          <w:i w:val="0"/>
        </w:rPr>
        <w:t>Beth phải bấu chặt tay vịn ghế để ngăn mình nói cho Sloane biết cô thực sự nghĩ gì về ông ta. Biết rằng William hẳn sẽ khuyên cô giữ bình tĩnh và chờ thời, cô thốt ra một câu mà cô tin chắc ngay cả Ngài Julian cũng sẽ tán thành. ‘Tôi chắc ngài đúng, thưa giám đốc.’</w:t>
      </w:r>
    </w:p>
    <w:p>
      <w:pPr>
        <w:spacing w:after="80"/>
      </w:pPr>
      <w:r>
        <w:rPr>
          <w:b w:val="0"/>
          <w:i w:val="0"/>
        </w:rPr>
        <w:t>Sloane bất ngờ, vì ông tưởng đây chỉ là hiệp đầu trong một cuộc giao tranh dài. Nhưng ông nhanh chóng lấy lại bình tĩnh và nói, ‘Tôi nghĩ đó là một quyết định khôn ngoan, bà Warwick.’ Ông nở với cô một nụ cười ấm áp rồi nói thêm, ‘Tôi tin là cô còn điều gì đó muốn bàn?’</w:t>
      </w:r>
    </w:p>
    <w:p>
      <w:pPr>
        <w:spacing w:after="80"/>
      </w:pPr>
      <w:r>
        <w:rPr>
          <w:b w:val="0"/>
          <w:i w:val="0"/>
        </w:rPr>
        <w:t>‘Không, chuyện đó không quan trọng, thưa giám đốc. Nhất là khi tôi sẽ không còn ở đây để theo đuổi đến cùng.’</w:t>
      </w:r>
    </w:p>
    <w:p>
      <w:pPr>
        <w:spacing w:after="80"/>
      </w:pPr>
      <w:r>
        <w:rPr>
          <w:b w:val="0"/>
          <w:i w:val="0"/>
        </w:rPr>
        <w:t>Beth trở về văn phòng, ngồi xuống và viết lá đơn từ chức, và cô ngạc nhiên vì cảm thấy nhẹ nhõm đến thế khi trao nó cho thư ký của giám đốc một giờ sau đó. Cô dành cả buổi chiều để chào tạm biệt những người bạn và đồng nghiệp cũ mà cô đã làm việc cùng nhiều năm, trước khi dọn sạch bàn làm việc và đóng gói tám năm kỷ vật vào ba chiếc thùng các-tông lớn.</w:t>
      </w:r>
    </w:p>
    <w:p>
      <w:pPr>
        <w:spacing w:after="80"/>
      </w:pPr>
      <w:r>
        <w:rPr>
          <w:b w:val="0"/>
          <w:i w:val="0"/>
        </w:rPr>
        <w:t>Đúng một phút sau năm giờ, Beth rời bảo tàng, vẫy một chiếc taxi và, sau khi đọc địa chỉ cho tài xế, ngồi ở ghế sau giữa những chiếc thùng và không chút ngại ngùng rơi một giọt nước mắt.</w:t>
      </w:r>
    </w:p>
    <w:p>
      <w:pPr>
        <w:spacing w:after="80"/>
      </w:pPr>
      <w:r>
        <w:rPr>
          <w:b w:val="0"/>
          <w:i w:val="0"/>
        </w:rPr>
        <w:t>Ngay khi Beth về đến nhà, cô đi thẳng vào phòng làm việc, tra một số điện thoại và gọi đến một nhà đấu giá nhỏ ở Pittsburgh. Cô đăng ký quan tâm đến Lô 71, và nói với họ rằng năm trăm đô-la là giới hạn tối đa của cô. Cô không nhắc rằng nếu thắng giá, tài khoản của cô sẽ sạch trơn.</w:t>
      </w:r>
    </w:p>
    <w:p>
      <w:pPr>
        <w:spacing w:after="80"/>
      </w:pPr>
      <w:r>
        <w:rPr>
          <w:b w:val="0"/>
          <w:i w:val="0"/>
        </w:rPr>
        <w:t>William về kịp để phụ tắm cho bọn trẻ. Trước khi cô kịp kể tin của mình, anh đã nói: "Milner, Reynolds và Jennings đều đã nộp đơn từ chức. Ngài Ủy viên nhẹ cả người vì không phải nói với Hoàng tử xứ Wales lý do thật sự khiến ông phải cho họ nghỉ việc."</w:t>
      </w:r>
    </w:p>
    <w:p>
      <w:pPr>
        <w:spacing w:after="80"/>
      </w:pPr>
      <w:r>
        <w:rPr>
          <w:b w:val="0"/>
          <w:i w:val="0"/>
        </w:rPr>
        <w:t>"Hôm nay em cũng từ chức rồi," Beth nói. Cô ngừng một chút rồi thêm: "Sloane không giấu nổi vẻ vui sướng."</w:t>
      </w:r>
    </w:p>
    <w:p>
      <w:pPr>
        <w:spacing w:after="80"/>
      </w:pPr>
      <w:r>
        <w:rPr>
          <w:b w:val="0"/>
          <w:i w:val="0"/>
        </w:rPr>
        <w:t>William ôm cô vào lòng. "Anh rất tiếc, em yêu, anh không nhận ra…"</w:t>
      </w:r>
    </w:p>
    <w:p>
      <w:pPr>
        <w:spacing w:after="80"/>
      </w:pPr>
      <w:r>
        <w:rPr>
          <w:b w:val="0"/>
          <w:i w:val="0"/>
        </w:rPr>
        <w:t>Artemisia ném cục xà phòng ra khỏi bồn tắm, rõ ràng cảm thấy mình chưa được chú ý đủ.</w:t>
      </w:r>
    </w:p>
    <w:p>
      <w:pPr>
        <w:spacing w:after="80"/>
      </w:pPr>
      <w:r>
        <w:rPr>
          <w:b w:val="0"/>
          <w:i w:val="0"/>
        </w:rPr>
        <w:t>"Không chỉ mất việc," Beth nói khi nhặt cục xà phòng lên, "mà em còn đánh cược từng xu mình có vào một bức vẽ có thể hóa ra vô giá trị. Nên làm ơn kể cho em tin tốt nào đi!" cô nói thêm khi William nhấc Artemisia ra khỏi bồn tắm.</w:t>
      </w:r>
    </w:p>
    <w:p>
      <w:pPr>
        <w:spacing w:after="80"/>
      </w:pPr>
      <w:r>
        <w:rPr>
          <w:b w:val="0"/>
          <w:i w:val="0"/>
        </w:rPr>
        <w:t>"Paul Adaja đã được thăng làm Thanh tra, và Constable Smart cuối cùng sẽ—"</w:t>
      </w:r>
    </w:p>
    <w:p>
      <w:pPr>
        <w:spacing w:after="80"/>
      </w:pPr>
      <w:r>
        <w:rPr>
          <w:b w:val="0"/>
          <w:i w:val="0"/>
        </w:rPr>
        <w:t>"—trở thành nhân viên Bảo vệ Hoàng gia?"</w:t>
      </w:r>
    </w:p>
    <w:p>
      <w:pPr>
        <w:spacing w:after="80"/>
      </w:pPr>
      <w:r>
        <w:rPr>
          <w:b w:val="0"/>
          <w:i w:val="0"/>
        </w:rPr>
        <w:t>"Ít có gì qua mắt được em nhỉ," William mỉm cười.</w:t>
      </w:r>
    </w:p>
    <w:p>
      <w:pPr>
        <w:spacing w:after="80"/>
      </w:pPr>
      <w:r>
        <w:rPr>
          <w:b w:val="0"/>
          <w:i w:val="0"/>
        </w:rPr>
        <w:t>"Christina thì có đấy. Bao giờ em mới nhận ra là không thể tin một lời nào của người phụ nữ đó chứ?"</w:t>
      </w:r>
    </w:p>
    <w:p>
      <w:pPr>
        <w:spacing w:after="80"/>
      </w:pPr>
      <w:r>
        <w:rPr>
          <w:b w:val="0"/>
          <w:i w:val="0"/>
        </w:rPr>
        <w:t>Điện thoại ở chiếu nghỉ cầu thang bắt đầu reo. William thả khăn tắm xuống sàn và đi nghe máy, trong khi Beth đắp chăn cho bọn trẻ lên giường. Cô định đọc truyện cho chúng thì William quay lại.</w:t>
      </w:r>
    </w:p>
    <w:p>
      <w:pPr>
        <w:spacing w:after="80"/>
      </w:pPr>
      <w:r>
        <w:rPr>
          <w:b w:val="0"/>
          <w:i w:val="0"/>
        </w:rPr>
        <w:t>"Là gọi cho em. Đường dài. Lô bảy mươi mốt sẽ đến trong vài phút nữa," anh nói, rồi ngồi xuống cuối giường. "Con đang ở trang nào?"</w:t>
      </w:r>
    </w:p>
    <w:p>
      <w:pPr>
        <w:spacing w:after="80"/>
      </w:pPr>
      <w:r>
        <w:rPr>
          <w:b w:val="0"/>
          <w:i w:val="0"/>
        </w:rPr>
        <w:t>"Trang một trăm bốn mươi ba," Artemisia nói. "Peter và Những Đứa Trẻ Lạc bị bọn cướp biển khát máu vây quanh!"</w:t>
      </w:r>
    </w:p>
    <w:p>
      <w:pPr>
        <w:spacing w:after="80"/>
      </w:pPr>
      <w:r>
        <w:rPr>
          <w:b w:val="0"/>
          <w:i w:val="0"/>
        </w:rPr>
        <w:t>"Ta biết cảm giác đó!" William nói khi Beth nhanh chóng rời khỏi phòng.</w:t>
      </w:r>
    </w:p>
    <w:p>
      <w:pPr>
        <w:spacing w:after="80"/>
      </w:pPr>
      <w:r>
        <w:rPr>
          <w:b w:val="0"/>
          <w:i w:val="0"/>
        </w:rPr>
        <w:t>Mười lăm phút sau, William gấp sách lại, đã quyết định rằng anh khá thích Thuyền trưởng Hook, người mà anh thấy là một sự cải thiện lớn so với cả Milner lẫn Sloane. Anh tắt đèn và ra chiếu nghỉ cầu thang cùng Beth.</w:t>
      </w:r>
    </w:p>
    <w:p>
      <w:pPr>
        <w:spacing w:after="80"/>
      </w:pPr>
      <w:r>
        <w:rPr>
          <w:b w:val="0"/>
          <w:i w:val="0"/>
        </w:rPr>
        <w:t>"Không, đừng gửi đến Fitzmolean," cô nói, trước khi đọc cho nhà đấu giá địa chỉ nhà của mình. Cô đặt điện thoại xuống và quay sang William. "Em vừa tiêu bốn trăm hai mươi đô-la mà em không có."</w:t>
      </w:r>
    </w:p>
    <w:p>
      <w:pPr>
        <w:spacing w:after="80"/>
      </w:pPr>
      <w:r>
        <w:rPr>
          <w:b w:val="0"/>
          <w:i w:val="0"/>
        </w:rPr>
        <w:t>‘Không thành vấn đề,’ William nói. ‘Tôi vừa được tạm thời bổ nhiệm làm Tổng thanh tra với mức lương đầy đủ, trong khi Milner nghỉ phép làm vườn – và ông ta có một khu vườn rộng lắm.’</w:t>
      </w:r>
    </w:p>
    <w:p>
      <w:pPr>
        <w:spacing w:after="80"/>
      </w:pPr>
      <w:r>
        <w:rPr>
          <w:b w:val="0"/>
          <w:i w:val="0"/>
        </w:rPr>
        <w:t>‘Vấn đề là, tôi sẽ cần nhiều hơn nữa nếu muốn làm ăn được với công việc kinh doanh mới của mình.’</w:t>
      </w:r>
    </w:p>
    <w:p>
      <w:pPr>
        <w:spacing w:after="80"/>
      </w:pPr>
      <w:r>
        <w:rPr>
          <w:b w:val="0"/>
          <w:i w:val="0"/>
        </w:rPr>
        <w:t>‘Vậy thì tôi sẽ phải mở một dịch vụ taxi thôi… ở Windsor.’</w:t>
      </w:r>
    </w:p>
    <w:p>
      <w:pPr>
        <w:pStyle w:val="Heading2"/>
      </w:pPr>
      <w:r>
        <w:rPr>
          <w:rFonts w:ascii="Calibri" w:hAnsi="Calibri"/>
          <w:b/>
          <w:i w:val="0"/>
          <w:sz w:val="32"/>
        </w:rPr>
        <w:t>CHƯƠNG 23</w:t>
      </w:r>
    </w:p>
    <w:p>
      <w:pPr>
        <w:spacing w:after="80"/>
      </w:pPr>
      <w:r>
        <w:rPr>
          <w:b w:val="0"/>
          <w:i w:val="0"/>
        </w:rPr>
        <w:t>ĐIỀU KIỆN DUY NHẤT ĐỂ LÀM công việc thủ thư trong bất kỳ nhà tù nào là biết đọc biết viết. Bạn làm việc trong một căn phòng rộng ấm áp cả ngày, không bị quá nhiều phạm nhân làm phiền, và nếu không nhìn ra cửa sổ, bạn thậm chí sẽ chẳng biết mình đang ở trong tù.</w:t>
      </w:r>
    </w:p>
    <w:p>
      <w:pPr>
        <w:spacing w:after="80"/>
      </w:pPr>
      <w:r>
        <w:rPr>
          <w:b w:val="0"/>
          <w:i w:val="0"/>
        </w:rPr>
        <w:t>Hầu hết phạm nhân thích làm việc trong bếp, một số thích ở phòng tập, và một vài người làm lao công quét dọn khu giam. Tuy nhiên, vị trí thủ thư trưởng lại đáp ứng đúng mọi nhu cầu trước mắt của Miles Faulkner.</w:t>
      </w:r>
    </w:p>
    <w:p>
      <w:pPr>
        <w:spacing w:after="80"/>
      </w:pPr>
      <w:r>
        <w:rPr>
          <w:b w:val="0"/>
          <w:i w:val="0"/>
        </w:rPr>
        <w:t>Ông ta cũng được tự chọn phó cho mình, và ông chọn một người mà kỹ năng đọc viết chẳng hề khiến anh ta trở thành ứng viên hiển nhiên cho công việc này.</w:t>
      </w:r>
    </w:p>
    <w:p>
      <w:pPr>
        <w:spacing w:after="80"/>
      </w:pPr>
      <w:r>
        <w:rPr>
          <w:b w:val="0"/>
          <w:i w:val="0"/>
        </w:rPr>
        <w:t xml:space="preserve">Faulkner đang đọc tờ Lex trên </w:t>
      </w:r>
      <w:r>
        <w:rPr>
          <w:b w:val="0"/>
          <w:i/>
        </w:rPr>
        <w:t>Financial Times</w:t>
      </w:r>
      <w:r>
        <w:rPr>
          <w:b w:val="0"/>
          <w:i w:val="0"/>
        </w:rPr>
        <w:t xml:space="preserve"> khi Tulip trở về sau chuyến đi buổi sáng thu gom sách quá hạn từ các buồng giam. Việc này cho anh ta cơ hội ghé thăm bất kỳ phạm nhân nào mà Faulkner cần giao dịch, và đảm bảo anh ta luôn là người nắm thông tin tốt nhất trong tù, kể cả viên quản giáo.</w:t>
      </w:r>
    </w:p>
    <w:p>
      <w:pPr>
        <w:spacing w:after="80"/>
      </w:pPr>
      <w:r>
        <w:rPr>
          <w:b w:val="0"/>
          <w:i w:val="0"/>
        </w:rPr>
        <w:t>Mansour Khalifah không bao giờ đến thư viện, nên Tulip phải nhờ Tareq Omar, lao công quét dọn khu giam của anh ta, chuyển lại bất kỳ thông tin nào có thể hữu ích. Cho đến nay, chẳng có gì đáng giá đến tay anh ta, ngoài việc Khalifah đang âm mưu một chuyện lớn, nhưng Tulip vẫn không biết đó là gì. Nhưng sáng hôm đó, anh ta vội vã chạy về thư viện để báo cáo một bước đột phá cho ông chủ của mình.</w:t>
      </w:r>
    </w:p>
    <w:p>
      <w:pPr>
        <w:spacing w:after="80"/>
      </w:pPr>
      <w:r>
        <w:rPr>
          <w:b w:val="0"/>
          <w:i w:val="0"/>
        </w:rPr>
        <w:t>Faulkner đặt tờ báo xuống, bật ấm đun nước và ngồi thoải mái vào chiếc ghế êm nhất trong tù để nghe tin tức của Tulip. Ông không giục phó của mình đi vào vấn đề, vì cả hai đều chẳng có mấy việc phải làm trong phần còn lại của ngày.</w:t>
      </w:r>
    </w:p>
    <w:p>
      <w:pPr>
        <w:spacing w:after="80"/>
      </w:pPr>
      <w:r>
        <w:rPr>
          <w:b w:val="0"/>
          <w:i w:val="0"/>
        </w:rPr>
        <w:t>‘Có thể đã chờ lâu lắm rồi, ông chủ,’ Tulip mở lời, ‘nhưng cuối cùng Omar cũng mang về hàng rồi.’ Ấm nước réo lên, và Tulip đứng dậy khỏi chiếc ghế êm thứ hai trong tù, rót hai cốc cà phê. Faulkner cho một viên đường nhưng không cho sữa vào cốc của mình, và lấy ra đúng một chiếc bánh quy từ gói bánh shortbread. Không phải vì chúng khan hiếm, mà vì ông hy vọng sẽ giảm được một stone (khoảng 6,35 kg) trước khi được thả.</w:t>
      </w:r>
    </w:p>
    <w:p>
      <w:pPr>
        <w:spacing w:after="80"/>
      </w:pPr>
      <w:r>
        <w:rPr>
          <w:b w:val="0"/>
          <w:i w:val="0"/>
        </w:rPr>
        <w:t>‘Omar,’ Tulip tiếp tục sau khi nhấp một ngụm, ‘đã thuyết phục được Khalifah rằng anh ta là một Tín đồ Chân chính.’</w:t>
      </w:r>
    </w:p>
    <w:p>
      <w:pPr>
        <w:spacing w:after="80"/>
      </w:pPr>
      <w:r>
        <w:rPr>
          <w:b w:val="0"/>
          <w:i w:val="0"/>
        </w:rPr>
        <w:t>Faulkner ngả người ra sau và nhắm mắt, lưu giữ từng chi tiết vào bộ nhớ như một cuốn sổ tay của mình.</w:t>
      </w:r>
    </w:p>
    <w:p>
      <w:pPr>
        <w:spacing w:after="80"/>
      </w:pPr>
      <w:r>
        <w:rPr>
          <w:b w:val="0"/>
          <w:i w:val="0"/>
        </w:rPr>
        <w:t>‘Ông đúng rồi, ông chủ, Khalifah đang âm mưu một chuyện lớn.’ Tulip nhấp thêm một ngụm cà phê. Nó vẫn còn quá nóng. ‘Nhà hát Albert Hall,’ anh ta tuyên bố đầy đắc thắng.</w:t>
      </w:r>
    </w:p>
    <w:p>
      <w:pPr>
        <w:spacing w:after="80"/>
      </w:pPr>
      <w:r>
        <w:rPr>
          <w:b w:val="0"/>
          <w:i w:val="0"/>
        </w:rPr>
        <w:t>‘Albert Hall thì sao?’</w:t>
      </w:r>
    </w:p>
    <w:p>
      <w:pPr>
        <w:spacing w:after="80"/>
      </w:pPr>
      <w:r>
        <w:rPr>
          <w:b w:val="0"/>
          <w:i w:val="0"/>
        </w:rPr>
        <w:t>‘Có vẻ như hằng năm ở đó có một chuỗi buổi hòa nhạc gọi là Proms—’</w:t>
      </w:r>
    </w:p>
    <w:p>
      <w:pPr>
        <w:spacing w:after="80"/>
      </w:pPr>
      <w:r>
        <w:rPr>
          <w:b w:val="0"/>
          <w:i w:val="0"/>
        </w:rPr>
        <w:t>‘Nói cho tôi biết điều gì đó mà tôi chưa biết đi.’</w:t>
      </w:r>
    </w:p>
    <w:p>
      <w:pPr>
        <w:spacing w:after="80"/>
      </w:pPr>
      <w:r>
        <w:rPr>
          <w:b w:val="0"/>
          <w:i w:val="0"/>
        </w:rPr>
        <w:t>‘Đêm cuối cùng của lễ hội Proms lúc nào cũng bán hết vé trước cả mấy tháng.’</w:t>
      </w:r>
    </w:p>
    <w:p>
      <w:pPr>
        <w:spacing w:after="80"/>
      </w:pPr>
      <w:r>
        <w:rPr>
          <w:b w:val="0"/>
          <w:i w:val="0"/>
        </w:rPr>
        <w:t>‘Nói tiếp đi,’ Miles nói, giọng lần đầu tiên có vẻ bực bội.</w:t>
      </w:r>
    </w:p>
    <w:p>
      <w:pPr>
        <w:spacing w:after="80"/>
      </w:pPr>
      <w:r>
        <w:rPr>
          <w:b w:val="0"/>
          <w:i w:val="0"/>
        </w:rPr>
        <w:t>‘Nhưng anh có biết là họ dỡ hết ghế ở khu khán đài chính để dành cho một nhóm người hâm mộ gọi là promenaders, những người đứng suốt cả buổi hòa nhạc không?’ Faulkner gật đầu, chờ Tulip lật trang. ‘Một trong những người liên lạc bên ngoài của Khalifah đã lấy được vé của một kẻ phe vé, và trả giá cao ngất trời.’</w:t>
      </w:r>
    </w:p>
    <w:p>
      <w:pPr>
        <w:spacing w:after="80"/>
      </w:pPr>
      <w:r>
        <w:rPr>
          <w:b w:val="0"/>
          <w:i w:val="0"/>
        </w:rPr>
        <w:t>‘Khốn thật,’ Miles nói, người đã nhảy tới chương cuối từ lúc nào. ‘Ý anh là hắn định cho một kẻ đánh bom liều chết vào đó và thổi bay cả nơi này?’</w:t>
      </w:r>
    </w:p>
    <w:p>
      <w:pPr>
        <w:spacing w:after="80"/>
      </w:pPr>
      <w:r>
        <w:rPr>
          <w:b w:val="0"/>
          <w:i w:val="0"/>
        </w:rPr>
        <w:t>‘Đúng lúc đám promenaders đang hát “Land of Hope and Glory”, để mà chọc tức cho đã.’</w:t>
      </w:r>
    </w:p>
    <w:p>
      <w:pPr>
        <w:spacing w:after="80"/>
      </w:pPr>
      <w:r>
        <w:rPr>
          <w:b w:val="0"/>
          <w:i w:val="0"/>
        </w:rPr>
        <w:t>‘Đảm bảo lên trang nhất của mọi tờ báo trên khắp thế giới.’</w:t>
      </w:r>
    </w:p>
    <w:p>
      <w:pPr>
        <w:spacing w:after="80"/>
      </w:pPr>
      <w:r>
        <w:rPr>
          <w:b w:val="0"/>
          <w:i w:val="0"/>
        </w:rPr>
        <w:t>‘Nhưng nếu anh có thể cảnh báo cảnh sát về những gì Khalifah đang âm mưu…’</w:t>
      </w:r>
    </w:p>
    <w:p>
      <w:pPr>
        <w:spacing w:after="80"/>
      </w:pPr>
      <w:r>
        <w:rPr>
          <w:b w:val="0"/>
          <w:i w:val="0"/>
        </w:rPr>
        <w:t>‘Đến cả Bộ trưởng Nội vụ cũng phải hôn chân tôi.’</w:t>
      </w:r>
    </w:p>
    <w:p>
      <w:pPr>
        <w:spacing w:after="80"/>
      </w:pPr>
      <w:r>
        <w:rPr>
          <w:b w:val="0"/>
          <w:i w:val="0"/>
        </w:rPr>
        <w:t>‘Và anh sẽ ra khỏi đây nhanh như chớp.’</w:t>
      </w:r>
    </w:p>
    <w:p>
      <w:pPr>
        <w:spacing w:after="80"/>
      </w:pPr>
      <w:r>
        <w:rPr>
          <w:b w:val="0"/>
          <w:i w:val="0"/>
        </w:rPr>
        <w:t>‘Tôi cần gặp Hawksby càng sớm càng tốt,’ Miles nói khi có tiếng gõ cửa. ‘Ai đó?’ anh gầm gừ.</w:t>
      </w:r>
    </w:p>
    <w:p>
      <w:pPr>
        <w:spacing w:after="80"/>
      </w:pPr>
      <w:r>
        <w:rPr>
          <w:b w:val="0"/>
          <w:i w:val="0"/>
        </w:rPr>
        <w:t>Cửa mở ra, và viên cai ngục khu thăm nuôi xuất hiện.</w:t>
      </w:r>
    </w:p>
    <w:p>
      <w:pPr>
        <w:spacing w:after="80"/>
      </w:pPr>
      <w:r>
        <w:rPr>
          <w:b w:val="0"/>
          <w:i w:val="0"/>
        </w:rPr>
        <w:t>‘Xin lỗi đã làm phiền anh, ông Faulkner, nhưng có người đã đặt lịch gặp anh vào thứ Bảy.’</w:t>
      </w:r>
    </w:p>
    <w:p>
      <w:pPr>
        <w:spacing w:after="80"/>
      </w:pPr>
      <w:r>
        <w:rPr>
          <w:b w:val="0"/>
          <w:i w:val="0"/>
        </w:rPr>
        <w:t>‘Đúng là lần đầu đấy,’ Tulip nói.</w:t>
      </w:r>
    </w:p>
    <w:p>
      <w:pPr>
        <w:spacing w:after="80"/>
      </w:pPr>
      <w:r>
        <w:rPr>
          <w:b w:val="0"/>
          <w:i w:val="0"/>
        </w:rPr>
        <w:t>‘Chắc là Christina muốn lấy lại mấy bức ảnh của cô ta. Bảo cô ta xéo đi.’</w:t>
      </w:r>
    </w:p>
    <w:p>
      <w:pPr>
        <w:spacing w:after="80"/>
      </w:pPr>
      <w:r>
        <w:rPr>
          <w:b w:val="0"/>
          <w:i w:val="0"/>
        </w:rPr>
        <w:t>‘Không phải cái tên đó trên đơn đăng ký,’ viên cai ngục nói. ‘Là một người tên là cô Mai Ling Lee.’</w:t>
      </w:r>
    </w:p>
    <w:p>
      <w:pPr>
        <w:spacing w:after="80"/>
      </w:pPr>
      <w:r>
        <w:rPr>
          <w:b w:val="0"/>
          <w:i w:val="0"/>
        </w:rPr>
        <w:t>‘Tôi không biết ai tên đó cả, nên cô ta cứ việc xéo đi.’</w:t>
      </w:r>
    </w:p>
    <w:p>
      <w:pPr>
        <w:spacing w:after="80"/>
      </w:pPr>
      <w:r>
        <w:rPr>
          <w:b w:val="0"/>
          <w:i w:val="0"/>
        </w:rPr>
        <w:t>‘Nó sẽ giúp cô ra khỏi phòng giam được một tiếng,’ Tulip nói, ‘kèm theo trà và bánh quy nữa…’</w:t>
      </w:r>
    </w:p>
    <w:p>
      <w:pPr>
        <w:spacing w:after="80"/>
      </w:pPr>
      <w:r>
        <w:rPr>
          <w:b w:val="0"/>
          <w:i w:val="0"/>
        </w:rPr>
        <w:t>‘Tôi hầu như chẳng bao giờ ở trong phòng giam, phòng khi cô không để ý, Tulip. Mà cô đang ăn bánh quy của tôi đấy.’</w:t>
      </w:r>
    </w:p>
    <w:p>
      <w:pPr>
        <w:spacing w:after="80"/>
      </w:pPr>
      <w:r>
        <w:rPr>
          <w:b w:val="0"/>
          <w:i w:val="0"/>
        </w:rPr>
        <w:t>‘Biết đâu cô ta xinh đẹp thì sao.’</w:t>
      </w:r>
    </w:p>
    <w:p>
      <w:pPr>
        <w:spacing w:after="80"/>
      </w:pPr>
      <w:r>
        <w:rPr>
          <w:b w:val="0"/>
          <w:i w:val="0"/>
        </w:rPr>
        <w:t>‘Cũng có thể cô ta già và xấu.’</w:t>
      </w:r>
    </w:p>
    <w:p>
      <w:pPr>
        <w:spacing w:after="80"/>
      </w:pPr>
      <w:r>
        <w:rPr>
          <w:b w:val="0"/>
          <w:i w:val="0"/>
        </w:rPr>
        <w:t>‘Cô ta hai mươi sáu tuổi,’ viên cai ngục nói. ‘Và theo quy định, cô ta đã nộp một tấm ảnh.’</w:t>
      </w:r>
    </w:p>
    <w:p>
      <w:pPr>
        <w:spacing w:after="80"/>
      </w:pPr>
      <w:r>
        <w:rPr>
          <w:b w:val="0"/>
          <w:i w:val="0"/>
        </w:rPr>
        <w:t>Liếc một cái, Tulip liền nói: ‘Tôi có thể thế chỗ của cô đấy, sếp.’</w:t>
      </w:r>
    </w:p>
    <w:p>
      <w:pPr>
        <w:spacing w:after="80"/>
      </w:pPr>
      <w:r>
        <w:rPr>
          <w:b w:val="0"/>
          <w:i w:val="0"/>
        </w:rPr>
        <w:t>Nhưng Miles đã ký vào tờ đơn rồi, dù không phải vì lý do mà Tulip đang nghĩ tới.</w:t>
      </w:r>
    </w:p>
    <w:p>
      <w:pPr>
        <w:spacing w:after="80"/>
        <w:jc w:val="center"/>
      </w:pPr>
      <w:r>
        <w:rPr>
          <w:b w:val="0"/>
          <w:i w:val="0"/>
        </w:rPr>
        <w:t>• • •</w:t>
      </w:r>
    </w:p>
    <w:p>
      <w:pPr>
        <w:spacing w:after="80"/>
      </w:pPr>
      <w:r>
        <w:rPr>
          <w:b w:val="0"/>
          <w:i w:val="0"/>
        </w:rPr>
        <w:t>Christina mời Beth cùng đến phòng trà Palm Court ở khách sạn Ritz, và chỉ riêng điều đó cũng đủ khiến Beth muốn gặp lại cô ta.</w:t>
      </w:r>
    </w:p>
    <w:p>
      <w:pPr>
        <w:spacing w:after="80"/>
      </w:pPr>
      <w:r>
        <w:rPr>
          <w:b w:val="0"/>
          <w:i w:val="0"/>
        </w:rPr>
        <w:t>‘Cô đến được thì thật tử tế,’ Christina nói sau khi họ đã gọi món.</w:t>
      </w:r>
    </w:p>
    <w:p>
      <w:pPr>
        <w:spacing w:after="80"/>
      </w:pPr>
      <w:r>
        <w:rPr>
          <w:b w:val="0"/>
          <w:i w:val="0"/>
        </w:rPr>
        <w:t>‘Tôi tò mò muốn biết lần này cô sẽ bịa ra lý do gì,’ Beth nói, không buồn giấu cơn giận.</w:t>
      </w:r>
    </w:p>
    <w:p>
      <w:pPr>
        <w:spacing w:after="80"/>
      </w:pPr>
      <w:r>
        <w:rPr>
          <w:b w:val="0"/>
          <w:i w:val="0"/>
        </w:rPr>
        <w:t>‘Tôi chẳng có lý do gì cả,’ Christina đáp. ‘Tôi chỉ muốn nói rằng tôi rất tiếc khi nghe tin cô bị sa thải.’</w:t>
      </w:r>
    </w:p>
    <w:p>
      <w:pPr>
        <w:spacing w:after="80"/>
      </w:pPr>
      <w:r>
        <w:rPr>
          <w:b w:val="0"/>
          <w:i w:val="0"/>
        </w:rPr>
        <w:t>‘Tôi từ chức,’ Beth nói dứt khoát, đúng lúc một ấm trà và một giá bạc ba tầng đầy bánh ngọt, bánh scone và bánh mì kẹp mỏng như tờ giấy được đặt trước mặt họ.</w:t>
      </w:r>
    </w:p>
    <w:p>
      <w:pPr>
        <w:spacing w:after="80"/>
      </w:pPr>
      <w:r>
        <w:rPr>
          <w:b w:val="0"/>
          <w:i w:val="0"/>
        </w:rPr>
        <w:t>‘Đó không phải điều vị giám đốc nói với tôi khi tôi đến bảo tàng tuần trước.’</w:t>
      </w:r>
    </w:p>
    <w:p>
      <w:pPr>
        <w:spacing w:after="80"/>
      </w:pPr>
      <w:r>
        <w:rPr>
          <w:b w:val="0"/>
          <w:i w:val="0"/>
        </w:rPr>
        <w:t>‘Sao cô lại muốn gặp Sloane chứ?’</w:t>
      </w:r>
    </w:p>
    <w:p>
      <w:pPr>
        <w:spacing w:after="80"/>
      </w:pPr>
      <w:r>
        <w:rPr>
          <w:b w:val="0"/>
          <w:i w:val="0"/>
        </w:rPr>
        <w:t>‘Để nói cho ông ta biết lý do tôi sẽ hủy khoản quyên góp thường niên mười nghìn bảng Anh của mình. Ông ta tất nhiên đã luồn cúi xin xỏ, nhưng tôi cũng khăng khăng đòi xóa tên mình khỏi danh sách các nhà bảo trợ. Tôi đã không để ông ta nghi ngờ gì về việc chính cậu là lý do duy nhất khiến tôi ủng hộ Fitzmolean ngay từ đầu.’</w:t>
      </w:r>
    </w:p>
    <w:p>
      <w:pPr>
        <w:spacing w:after="80"/>
      </w:pPr>
      <w:r>
        <w:rPr>
          <w:b w:val="0"/>
          <w:i w:val="0"/>
        </w:rPr>
        <w:t>Beth thấy mình bắt đầu tan chảy, nhưng không khỏi tự hỏi liệu Christina đã gặp đạo diễn chưa.</w:t>
      </w:r>
    </w:p>
    <w:p>
      <w:pPr>
        <w:spacing w:after="80"/>
      </w:pPr>
      <w:r>
        <w:rPr>
          <w:b w:val="0"/>
          <w:i w:val="0"/>
        </w:rPr>
        <w:t>“Tôi cũng đã nói với ông ấy,” cô tiếp tục trong lúc rót cho Beth một tách trà, “rằng tôi sẽ tăng gấp đôi khoản quyên góp hằng năm của mình nếu ông ấy trao lại công việc cho cô.”</w:t>
      </w:r>
    </w:p>
    <w:p>
      <w:pPr>
        <w:spacing w:after="80"/>
      </w:pPr>
      <w:r>
        <w:rPr>
          <w:b w:val="0"/>
          <w:i w:val="0"/>
        </w:rPr>
        <w:t>‘Tôi không muốn lấy lại công việc của mình. À, ít nhất là chừng nào Sloane còn làm giám đốc.’</w:t>
      </w:r>
    </w:p>
    <w:p>
      <w:pPr>
        <w:spacing w:after="80"/>
      </w:pPr>
      <w:r>
        <w:rPr>
          <w:b w:val="0"/>
          <w:i w:val="0"/>
        </w:rPr>
        <w:t>‘Nhưng con phải kiếm sống chứ, Beth. Và bố biết con không phải kiểu người đi ăn xin.’</w:t>
      </w:r>
    </w:p>
    <w:p>
      <w:pPr>
        <w:spacing w:after="80"/>
      </w:pPr>
      <w:r>
        <w:rPr>
          <w:b w:val="0"/>
          <w:i w:val="0"/>
        </w:rPr>
        <w:t>“Tôi vừa có một thắng lợi nho nhỏ ở mặt trận đó,” Beth nói, háo hức muốn kể cho ai đó nghe. “Tôi nhặt được một bức ký họa ở một buổi bán đồ cũ tại Pittsburgh với giá bốn trăm hai mươi đô-la. Chuyên gia về Old Masters của Christie’s đã giám định nó là tranh của Rembrandt, và định giá từ hai mươi đến ba mươi ngàn bảng Anh. Vậy là tôi có thể kiếm được trong một ngày với tư cách nhà buôn tranh nhiều hơn cả năm làm Keeper of Pictures tại Fitzmolean. Và đó mới chỉ là khởi đầu,” cô nói thêm, sau khi chọn một chiếc bánh sandwich cá hồi hun khói từ tầng dưới.</w:t>
      </w:r>
    </w:p>
    <w:p>
      <w:pPr>
        <w:spacing w:after="80"/>
      </w:pPr>
      <w:r>
        <w:rPr>
          <w:b w:val="0"/>
          <w:i w:val="0"/>
        </w:rPr>
        <w:t>‘Ý bạn là gì?’ Christina hỏi.</w:t>
      </w:r>
    </w:p>
    <w:p>
      <w:pPr>
        <w:spacing w:after="80"/>
      </w:pPr>
      <w:r>
        <w:rPr>
          <w:b w:val="0"/>
          <w:i w:val="0"/>
        </w:rPr>
        <w:t>‘Mặc dù kiểu cơ hội đó không xuất hiện quá thường xuyên, nhưng với vô số nhà đấu giá nhỏ trên khắp thế giới, đôi khi vẫn có những tác phẩm quan trọng bị bỏ sót. Ví dụ, một bức tranh của một họa sĩ nổi tiếng ở nước này có thể được bán với giá thấp hơn nhiều so với giá trị thị trường của nó ở nước khác. Bạn đã bao giờ nghe nói đến Hercules Brabazon Brabazon chưa?’</w:t>
      </w:r>
    </w:p>
    <w:p>
      <w:pPr>
        <w:spacing w:after="80"/>
      </w:pPr>
      <w:r>
        <w:rPr>
          <w:b w:val="0"/>
          <w:i w:val="0"/>
        </w:rPr>
        <w:t>‘Không thể nói là tôi đã từng.’</w:t>
      </w:r>
    </w:p>
    <w:p>
      <w:pPr>
        <w:spacing w:after="80"/>
      </w:pPr>
      <w:r>
        <w:rPr>
          <w:b w:val="0"/>
          <w:i w:val="0"/>
        </w:rPr>
        <w:t>‘Ông ấy là một họa sĩ màu nước người Anh thế kỷ mười chín, và một trong những bức phong cảnh của ông sẽ được đem bán ở Frankfurt vào tuần tới với giá ước tính hai mươi lăm nghìn mark. Tôi biết vài phòng tranh ở London sẵn sàng trả gấp đôi số đó mà không cần suy nghĩ.’</w:t>
      </w:r>
    </w:p>
    <w:p>
      <w:pPr>
        <w:spacing w:after="80"/>
      </w:pPr>
      <w:r>
        <w:rPr>
          <w:b w:val="0"/>
          <w:i w:val="0"/>
        </w:rPr>
        <w:t>'Vậy là bạn sẽ nhân đôi số tiền của mình à?'</w:t>
      </w:r>
    </w:p>
    <w:p>
      <w:pPr>
        <w:spacing w:after="80"/>
      </w:pPr>
      <w:r>
        <w:rPr>
          <w:b w:val="0"/>
          <w:i w:val="0"/>
        </w:rPr>
        <w:t>‘Không, chẳng bao giờ đơn giản thế đâu. Sau khi trừ đi hoa hồng của nhà đấu giá, khoảng hai mươi phần trăm, rồi đến biên lợi nhuận của phòng tranh, tôi may mắn lắm mới còn được hai mươi lăm hay ba mươi phần trăm, mà đó là còn giả sử không có ai khác phát hiện ra bức tranh, vì nếu có thì e là nó sẽ vượt quá khả năng chi trả của tôi.’ Ánh mắt Beth dừng lại trên một chiếc bánh éclair sô-cô-la nhỏ xíu, nhưng cô đã cưỡng lại được sự cám dỗ.</w:t>
      </w:r>
    </w:p>
    <w:p>
      <w:pPr>
        <w:spacing w:after="80"/>
      </w:pPr>
      <w:r>
        <w:rPr>
          <w:b w:val="0"/>
          <w:i w:val="0"/>
        </w:rPr>
        <w:t>‘Sao tôi không làm nhà tài trợ cho cậu nhỉ?’ Christina nói. ‘Như vậy sẽ cho phép cậu giao dịch ở đẳng cấp cao hơn, và giúp tôi xoa dịu cảm giác tội lỗi của mình.’</w:t>
      </w:r>
    </w:p>
    <w:p>
      <w:pPr>
        <w:spacing w:after="80"/>
      </w:pPr>
      <w:r>
        <w:rPr>
          <w:b w:val="0"/>
          <w:i w:val="0"/>
        </w:rPr>
        <w:t>Beth im lặng một lúc, vẫn dán mắt vào chiếc bánh éclair, trong khi Christina tiếp tục. ‘Nếu cậu phát hiện ra thứ gì đó mà cậu biết là bị định giá thấp và có thể kiếm lời kha khá, tớ sẵn lòng bỏ vốn. Với chuyên môn của cậu và nguồn lực của tớ, cả hai chúng ta đều có thể kiếm đậm.’</w:t>
      </w:r>
    </w:p>
    <w:p>
      <w:pPr>
        <w:spacing w:after="80"/>
      </w:pPr>
      <w:r>
        <w:rPr>
          <w:b w:val="0"/>
          <w:i w:val="0"/>
        </w:rPr>
        <w:t>‘Christina này, cậu thật hào phóng, nhưng các nhà đấu giá yêu cầu cậu phải đặt cọc mười phần trăm giá chốt ngay trong ngày bán, và thanh toán phần còn lại trong vòng mười bốn ngày. Nếu tớ không làm được, không chỉ mất bức tranh mà họ còn chẳng thèm giao dịch với tớ nữa.’</w:t>
      </w:r>
    </w:p>
    <w:p>
      <w:pPr>
        <w:spacing w:after="80"/>
      </w:pPr>
      <w:r>
        <w:rPr>
          <w:b w:val="0"/>
          <w:i w:val="0"/>
        </w:rPr>
        <w:t>‘Sao lại thành vấn đề nhỉ?’</w:t>
      </w:r>
    </w:p>
    <w:p>
      <w:pPr>
        <w:spacing w:after="80"/>
      </w:pPr>
      <w:r>
        <w:rPr>
          <w:b w:val="0"/>
          <w:i w:val="0"/>
        </w:rPr>
        <w:t>‘Trước đây cô đâu có đáng tin lắm đâu,’ Beth nhắc khéo cô ta.</w:t>
      </w:r>
    </w:p>
    <w:p>
      <w:pPr>
        <w:spacing w:after="80"/>
      </w:pPr>
      <w:r>
        <w:rPr>
          <w:b w:val="0"/>
          <w:i w:val="0"/>
        </w:rPr>
        <w:t>Christina tỏ vẻ biết lỗi đúng mực rồi nói khẽ, ‘Nếu tôi đưa cô một trăm nghìn trước thì có ích gì không?’</w:t>
      </w:r>
    </w:p>
    <w:p>
      <w:pPr>
        <w:spacing w:after="80"/>
      </w:pPr>
      <w:r>
        <w:rPr>
          <w:b w:val="0"/>
          <w:i w:val="0"/>
        </w:rPr>
        <w:t>Beth không tin nổi lời đề nghị đó là thật, nhưng bằng cách nào đó vẫn thốt ra được, ‘Vậy cô muốn gì để đổi lại?’</w:t>
      </w:r>
    </w:p>
    <w:p>
      <w:pPr>
        <w:spacing w:after="80"/>
      </w:pPr>
      <w:r>
        <w:rPr>
          <w:b w:val="0"/>
          <w:i w:val="0"/>
        </w:rPr>
        <w:t>‘Hai mươi lăm phần trăm lợi nhuận.’</w:t>
      </w:r>
    </w:p>
    <w:p>
      <w:pPr>
        <w:spacing w:after="80"/>
      </w:pPr>
      <w:r>
        <w:rPr>
          <w:b w:val="0"/>
          <w:i w:val="0"/>
        </w:rPr>
        <w:t>‘Chắc chắn phải có cái bẫy gì đó,’ Beth nói, vẫn chưa bị thuyết phục.</w:t>
      </w:r>
    </w:p>
    <w:p>
      <w:pPr>
        <w:spacing w:after="80"/>
      </w:pPr>
      <w:r>
        <w:rPr>
          <w:b w:val="0"/>
          <w:i w:val="0"/>
        </w:rPr>
        <w:t>‘Đúng là có,’ Christina đáp, mở túi xách ra. Cô lấy sổ séc và viết một tấm séc trị giá £100,000, ghi tên Beth Warwick. ‘Cô sẽ cho tôi cơ hội thứ ba – hay là thứ tư nhỉ? – để chứng minh tôi đứng về phía ai.’</w:t>
      </w:r>
    </w:p>
    <w:p>
      <w:pPr>
        <w:spacing w:after="80"/>
      </w:pPr>
      <w:r>
        <w:rPr>
          <w:b w:val="0"/>
          <w:i w:val="0"/>
        </w:rPr>
        <w:t>Beth chằm chằm nhìn những con số không, nhưng bị phân tâm khi Christina bắt đầu gỡ bánh ra khỏi giá, rồi gói từng cái một vào khăn ăn của mình.</w:t>
      </w:r>
    </w:p>
    <w:p>
      <w:pPr>
        <w:spacing w:after="80"/>
      </w:pPr>
      <w:r>
        <w:rPr>
          <w:b w:val="0"/>
          <w:i w:val="0"/>
        </w:rPr>
        <w:t>‘Cô đang làm gì vậy?’ Beth kinh hoàng hỏi.</w:t>
      </w:r>
    </w:p>
    <w:p>
      <w:pPr>
        <w:spacing w:after="80"/>
      </w:pPr>
      <w:r>
        <w:rPr>
          <w:b w:val="0"/>
          <w:i w:val="0"/>
        </w:rPr>
        <w:t>‘Cô có thể chia những cái này cho bọn trẻ khi về nhà,’ Christina nói, đưa khăn ăn cho cô.</w:t>
      </w:r>
    </w:p>
    <w:p>
      <w:pPr>
        <w:spacing w:after="80"/>
      </w:pPr>
      <w:r>
        <w:rPr>
          <w:b w:val="0"/>
          <w:i w:val="0"/>
        </w:rPr>
        <w:t>‘Nhưng ban quản lý nghĩ sao về chuyện đó?’</w:t>
      </w:r>
    </w:p>
    <w:p>
      <w:pPr>
        <w:spacing w:after="80"/>
      </w:pPr>
      <w:r>
        <w:rPr>
          <w:b w:val="0"/>
          <w:i w:val="0"/>
        </w:rPr>
        <w:t>‘Họ quen rồi,’ Christina đáp khi ra hiệu cho người phục vụ mang hóa đơn.</w:t>
      </w:r>
    </w:p>
    <w:p>
      <w:pPr>
        <w:spacing w:after="80"/>
        <w:jc w:val="center"/>
      </w:pPr>
      <w:r>
        <w:rPr>
          <w:b w:val="0"/>
          <w:i w:val="0"/>
        </w:rPr>
        <w:t>• • •</w:t>
      </w:r>
    </w:p>
    <w:p>
      <w:pPr>
        <w:spacing w:after="80"/>
      </w:pPr>
      <w:r>
        <w:rPr>
          <w:b w:val="0"/>
          <w:i w:val="0"/>
        </w:rPr>
        <w:t>Người tù không rời mắt khỏi người phụ nữ trẻ đang chậm rãi tiến về phía mình.</w:t>
      </w:r>
    </w:p>
    <w:p>
      <w:pPr>
        <w:spacing w:after="80"/>
      </w:pPr>
      <w:r>
        <w:rPr>
          <w:b w:val="0"/>
          <w:i w:val="0"/>
        </w:rPr>
        <w:t>Mãi đến khi Miles nhìn thấy ảnh của Mai Ling, anh mới nghĩ đến khả năng cô là con gái của đối thủ sưu tầm nghệ thuật của mình, ông Lee, người đã nhiều lần trả giá cao hơn anh trong quá khứ. Vì thế anh đã đồng ý gặp cô.</w:t>
      </w:r>
    </w:p>
    <w:p>
      <w:pPr>
        <w:spacing w:after="80"/>
      </w:pPr>
      <w:r>
        <w:rPr>
          <w:b w:val="0"/>
          <w:i w:val="0"/>
        </w:rPr>
        <w:t>Mai Ling ngồi xuống chiếc ghế bên kia bàn. ‘Chào buổi chiều, ông Faulkner,’ cô nói, cứ như thể đang cùng ông dùng trà ở khách sạn Savoy chứ không phải đến thăm ông trong một nhà tù hạng A, với lính canh chứ không phải bồi bàn rải rác quanh các bàn.</w:t>
      </w:r>
    </w:p>
    <w:p>
      <w:pPr>
        <w:spacing w:after="80"/>
      </w:pPr>
      <w:r>
        <w:rPr>
          <w:b w:val="0"/>
          <w:i w:val="0"/>
        </w:rPr>
        <w:t>Faulkner gật đầu.</w:t>
      </w:r>
    </w:p>
    <w:p>
      <w:pPr>
        <w:spacing w:after="80"/>
      </w:pPr>
      <w:r>
        <w:rPr>
          <w:b w:val="0"/>
          <w:i w:val="0"/>
        </w:rPr>
        <w:t>‘Cha tôi đã được đề nghị mua bộ sưu tập nghệ thuật của ông với giá một trăm triệu đô la, và ông muốn chắc chắn rằng người bán đã có được sự chúc phúc của ông,’ Mai Ling nói. Giống như cha mình, cô không thích những câu chuyện xã giao vụn vặt.</w:t>
      </w:r>
    </w:p>
    <w:p>
      <w:pPr>
        <w:spacing w:after="80"/>
      </w:pPr>
      <w:r>
        <w:rPr>
          <w:b w:val="0"/>
          <w:i w:val="0"/>
        </w:rPr>
        <w:t>Phải một lúc sau Miles mới hoàn hồn đủ để trả lời. ‘Chúc phúc không phải là từ tôi sẽ chọn. Vì tôi biết cha cô là người ít nói, cô có thể nói với ông ấy rằng: không bao giờ. Nhưng tôi muốn biết ai là người tự nhận đại diện cho tôi?’</w:t>
      </w:r>
    </w:p>
    <w:p>
      <w:pPr>
        <w:spacing w:after="80"/>
      </w:pPr>
      <w:r>
        <w:rPr>
          <w:b w:val="0"/>
          <w:i w:val="0"/>
        </w:rPr>
        <w:t>‘Cha tôi nghĩ ông có thể sẽ hỏi câu đó và, nếu ông hỏi, ông đã dặn tôi không được trả lời.’</w:t>
      </w:r>
    </w:p>
    <w:p>
      <w:pPr>
        <w:spacing w:after="80"/>
      </w:pPr>
      <w:r>
        <w:rPr>
          <w:b w:val="0"/>
          <w:i w:val="0"/>
        </w:rPr>
        <w:t>Miles chấp nhận rằng hối lộ sẽ không có tác dụng với cô gái trẻ này, và ngay cả một lời đe dọa nhẹ cũng sẽ phản tác dụng. Ông chỉ nói: ‘Là Booth Watson, hay vợ cũ của tôi?’</w:t>
      </w:r>
    </w:p>
    <w:p>
      <w:pPr>
        <w:spacing w:after="80"/>
      </w:pPr>
      <w:r>
        <w:rPr>
          <w:b w:val="0"/>
          <w:i w:val="0"/>
        </w:rPr>
        <w:t>Mai Ling đứng dậy khỏi chỗ ngồi, quay lưng lại với ông và bước đi mà không một lần ngoảnh lại.</w:t>
      </w:r>
    </w:p>
    <w:p>
      <w:pPr>
        <w:spacing w:after="80"/>
      </w:pPr>
      <w:r>
        <w:rPr>
          <w:b w:val="0"/>
          <w:i w:val="0"/>
        </w:rPr>
        <w:t>Viên sĩ quan trực tỏ ra ngạc nhiên khi vị khách của ông Faulkner rời phòng thăm nuôi chỉ vài phút sau khi cô đăng ký vào, và những người đọc khẩu hình trên ban công còn bối rối hơn nữa.</w:t>
      </w:r>
    </w:p>
    <w:p>
      <w:pPr>
        <w:spacing w:after="80"/>
      </w:pPr>
      <w:r>
        <w:rPr>
          <w:b w:val="0"/>
          <w:i w:val="0"/>
        </w:rPr>
        <w:t>Faulkner chỉ có một ý nghĩ trong đầu khi quay về phòng giam. Vị khách tiếp theo của ông sẽ phải là cựu giám đốc Lamont.</w:t>
      </w:r>
    </w:p>
    <w:p>
      <w:pPr>
        <w:spacing w:after="80"/>
        <w:jc w:val="center"/>
      </w:pPr>
      <w:r>
        <w:rPr>
          <w:b w:val="0"/>
          <w:i w:val="0"/>
        </w:rPr>
        <w:t>• • •</w:t>
      </w:r>
    </w:p>
    <w:p>
      <w:pPr>
        <w:spacing w:after="80"/>
      </w:pPr>
      <w:r>
        <w:rPr>
          <w:b w:val="0"/>
          <w:i w:val="0"/>
        </w:rPr>
        <w:t>Khi Beth bước vào cửa trước của ngôi nhà họ, sau khi đã uống trà với Christina, cô nghe thấy tiếng điện thoại reo ở hành lang. Cô chộp lấy máy và ngạc nhiên khi được chào bằng một giọng nói quen thuộc mà cô đã lâu không nghe thấy.</w:t>
      </w:r>
    </w:p>
    <w:p>
      <w:pPr>
        <w:spacing w:after="80"/>
      </w:pPr>
      <w:r>
        <w:rPr>
          <w:b w:val="0"/>
          <w:i w:val="0"/>
        </w:rPr>
        <w:t>‘James,’ Beth nói, ‘thật tuyệt khi được nghe tin từ cậu.’</w:t>
      </w:r>
    </w:p>
    <w:p>
      <w:pPr>
        <w:spacing w:after="80"/>
      </w:pPr>
      <w:r>
        <w:rPr>
          <w:b w:val="0"/>
          <w:i w:val="0"/>
        </w:rPr>
        <w:t xml:space="preserve">Beth vui vẻ nhớ lại lần đầu gặp James trên tàu SS </w:t>
      </w:r>
      <w:r>
        <w:rPr>
          <w:b w:val="0"/>
          <w:i/>
        </w:rPr>
        <w:t>Alden</w:t>
      </w:r>
      <w:r>
        <w:rPr>
          <w:b w:val="0"/>
          <w:i w:val="0"/>
        </w:rPr>
        <w:t xml:space="preserve"> khi họ đi nghỉ. Cả hai đều quý mến chàng thanh niên người Mỹ thông minh và sớm phát triển này, người đã giúp William phá vụ án giết ông nội của cậu ấy. Cô cho rằng cậu ấy muốn nói chuyện với William.</w:t>
      </w:r>
    </w:p>
    <w:p>
      <w:pPr>
        <w:spacing w:after="80"/>
      </w:pPr>
      <w:r>
        <w:rPr>
          <w:b w:val="0"/>
          <w:i w:val="0"/>
        </w:rPr>
        <w:t>‘Tôi e là William không có nhà,’ Beth nói. ‘Nhưng tôi đang mong cậu ấy—’</w:t>
      </w:r>
    </w:p>
    <w:p>
      <w:pPr>
        <w:spacing w:after="80"/>
      </w:pPr>
      <w:r>
        <w:rPr>
          <w:b w:val="0"/>
          <w:i w:val="0"/>
        </w:rPr>
        <w:t>‘Không phải William là người cháu muốn nói chuyện,’ James nói. ‘Cháu có một vấn đề mà cháu không chắc phải xử lý thế nào, và cháu nghĩ dì là người lý tưởng để khuyên bảo cháu.’</w:t>
      </w:r>
    </w:p>
    <w:p>
      <w:pPr>
        <w:spacing w:after="80"/>
      </w:pPr>
      <w:r>
        <w:rPr>
          <w:b w:val="0"/>
          <w:i w:val="0"/>
        </w:rPr>
        <w:t>‘Dì thấy vinh dự.’</w:t>
      </w:r>
    </w:p>
    <w:p>
      <w:pPr>
        <w:spacing w:after="80"/>
      </w:pPr>
      <w:r>
        <w:rPr>
          <w:b w:val="0"/>
          <w:i w:val="0"/>
        </w:rPr>
        <w:t>‘Trong lá thư mới nhất của William,’ James nói, ‘anh ấy viết để giải thích lý do vì sao dì rời khỏi Fitzmolean, điều mà cháu rất buồn khi nghe, nhưng anh ấy cũng nói với cháu rằng dì đã bắt đầu công việc kinh doanh của riêng mình.’</w:t>
      </w:r>
    </w:p>
    <w:p>
      <w:pPr>
        <w:spacing w:after="80"/>
      </w:pPr>
      <w:r>
        <w:rPr>
          <w:b w:val="0"/>
          <w:i w:val="0"/>
        </w:rPr>
        <w:t>‘Việc đó vẫn còn trong giai đoạn sơ khai và dì e là hoạt động với ngân sách hạn chế,’ Beth nói. ‘Nhưng nếu dì có thể giúp được gì, dì rất sẵn lòng.’</w:t>
      </w:r>
    </w:p>
    <w:p>
      <w:pPr>
        <w:spacing w:after="80"/>
      </w:pPr>
      <w:r>
        <w:rPr>
          <w:b w:val="0"/>
          <w:i w:val="0"/>
        </w:rPr>
        <w:t>‘Bạn có chuyên về lĩnh vực nào đặc biệt không?’</w:t>
      </w:r>
    </w:p>
    <w:p>
      <w:pPr>
        <w:spacing w:after="80"/>
      </w:pPr>
      <w:r>
        <w:rPr>
          <w:b w:val="0"/>
          <w:i w:val="0"/>
        </w:rPr>
        <w:t>‘Chúng tôi đại diện cho người mua và người bán mỹ thuật, và thỉnh thoảng tôi cũng tự mua tác phẩm nếu tôi thấy thứ gì đó mà tôi nghĩ có thể xoay vòng nhanh. Nhưng tôi nhắc lại, ngân sách của tôi có hạn.’</w:t>
      </w:r>
    </w:p>
    <w:p>
      <w:pPr>
        <w:spacing w:after="80"/>
      </w:pPr>
      <w:r>
        <w:rPr>
          <w:b w:val="0"/>
          <w:i w:val="0"/>
        </w:rPr>
        <w:t>‘Nhưng bộ não của bạn thì không, và đó chính là thứ tôi cần.’</w:t>
      </w:r>
    </w:p>
    <w:p>
      <w:pPr>
        <w:spacing w:after="80"/>
      </w:pPr>
      <w:r>
        <w:rPr>
          <w:b w:val="0"/>
          <w:i w:val="0"/>
        </w:rPr>
        <w:t>‘Rõ ràng là bạn đã thừa hưởng sự quyến rũ của ông nội mình,’ Beth trêu.</w:t>
      </w:r>
    </w:p>
    <w:p>
      <w:pPr>
        <w:spacing w:after="80"/>
      </w:pPr>
      <w:r>
        <w:rPr>
          <w:b w:val="0"/>
          <w:i w:val="0"/>
        </w:rPr>
        <w:t>‘Đó không phải là thứ duy nhất tôi thừa hưởng,’ James nói, ‘đó là lý do tôi cần xin lời khuyên của bạn.’</w:t>
      </w:r>
    </w:p>
    <w:p>
      <w:pPr>
        <w:spacing w:after="80"/>
      </w:pPr>
      <w:r>
        <w:rPr>
          <w:b w:val="0"/>
          <w:i w:val="0"/>
        </w:rPr>
        <w:t>‘Nghe hấp dẫn đấy,’ Beth nói.</w:t>
      </w:r>
    </w:p>
    <w:p>
      <w:pPr>
        <w:spacing w:after="80"/>
      </w:pPr>
      <w:r>
        <w:rPr>
          <w:b w:val="0"/>
          <w:i w:val="0"/>
        </w:rPr>
        <w:t>‘Bạn nói đúng,’ James nói. ‘Nhưng nó cũng hơi quá nhạy cảm để bàn qua điện thoại, nên tôi đang nghĩ đến việc tới London để có thể trình bày trực tiếp với bạn.’</w:t>
      </w:r>
    </w:p>
    <w:p>
      <w:pPr>
        <w:spacing w:after="80"/>
      </w:pPr>
      <w:r>
        <w:rPr>
          <w:b w:val="0"/>
          <w:i w:val="0"/>
        </w:rPr>
        <w:t>‘Vậy thì bạn nhất định phải ở lại với chúng tôi,’ Beth nói. ‘Dù tôi phải cảnh báo bạn là phòng dành cho khách chỉ cỡ một cabin dưới boong trên tàu du lịch Buchanan thôi.’</w:t>
      </w:r>
    </w:p>
    <w:p>
      <w:pPr>
        <w:spacing w:after="80"/>
      </w:pPr>
      <w:r>
        <w:rPr>
          <w:b w:val="0"/>
          <w:i w:val="0"/>
        </w:rPr>
        <w:t>‘Không thể tốt hơn được vì bạn đang nói chuyện với một thủy thủ boong đây.’</w:t>
      </w:r>
    </w:p>
    <w:p>
      <w:pPr>
        <w:spacing w:after="80"/>
      </w:pPr>
      <w:r>
        <w:rPr>
          <w:b w:val="0"/>
          <w:i w:val="0"/>
        </w:rPr>
        <w:t>‘Bạn định đến khi nào?’</w:t>
      </w:r>
    </w:p>
    <w:p>
      <w:pPr>
        <w:spacing w:after="80"/>
      </w:pPr>
      <w:r>
        <w:rPr>
          <w:b w:val="0"/>
          <w:i w:val="0"/>
        </w:rPr>
        <w:t>‘Thứ Hai tới.’</w:t>
      </w:r>
    </w:p>
    <w:p>
      <w:pPr>
        <w:spacing w:after="80"/>
      </w:pPr>
      <w:r>
        <w:rPr>
          <w:b w:val="0"/>
          <w:i w:val="0"/>
        </w:rPr>
        <w:t>‘Vậy đó là một thứ khác bạn thừa hưởng từ ông nội mình, James. Bạn chẳng chần chừ chút nào.’</w:t>
      </w:r>
    </w:p>
    <w:p>
      <w:pPr>
        <w:pStyle w:val="Heading2"/>
      </w:pPr>
      <w:r>
        <w:rPr>
          <w:rFonts w:ascii="Calibri" w:hAnsi="Calibri"/>
          <w:b/>
          <w:i w:val="0"/>
          <w:sz w:val="32"/>
        </w:rPr>
        <w:t>CHƯƠNG 24</w:t>
      </w:r>
    </w:p>
    <w:p>
      <w:pPr>
        <w:spacing w:after="80"/>
      </w:pPr>
      <w:r>
        <w:rPr>
          <w:b w:val="0"/>
          <w:i w:val="0"/>
        </w:rPr>
        <w:t>‘Sao trông bạn có vẻ hài lòng với bản thân thế?’ Beth hỏi khi William đỗ xe ở phía xa sân cricket.</w:t>
      </w:r>
    </w:p>
    <w:p>
      <w:pPr>
        <w:spacing w:after="80"/>
      </w:pPr>
      <w:r>
        <w:rPr>
          <w:b w:val="0"/>
          <w:i w:val="0"/>
        </w:rPr>
        <w:t>‘Đầu tiên là, trời không có một gợn mây, nên chắc chắn có khả năng cao là chúng ta sẽ chơi được trọn một ngày.’</w:t>
      </w:r>
    </w:p>
    <w:p>
      <w:pPr>
        <w:spacing w:after="80"/>
      </w:pPr>
      <w:r>
        <w:rPr>
          <w:b w:val="0"/>
          <w:i w:val="0"/>
        </w:rPr>
        <w:t>‘Tôi không thể nghĩ ra cách nào thú vị hơn để dành một buổi chiều Chủ nhật bằng việc phải xem một trận cricket suốt năm tiếng đồng hồ.’</w:t>
      </w:r>
    </w:p>
    <w:p>
      <w:pPr>
        <w:spacing w:after="80"/>
      </w:pPr>
      <w:r>
        <w:rPr>
          <w:b w:val="0"/>
          <w:i w:val="0"/>
        </w:rPr>
        <w:t>‘Hãy biết ơn đi vì đây không phải là một trận test match có thể kéo dài đến năm ngày,’ William nói. Anh bước ra khỏi xe và mở cửa sau, thả ba đứa trẻ đang bị nhốt trong lồng.</w:t>
      </w:r>
    </w:p>
    <w:p>
      <w:pPr>
        <w:spacing w:after="80"/>
      </w:pPr>
      <w:r>
        <w:rPr>
          <w:b w:val="0"/>
          <w:i w:val="0"/>
        </w:rPr>
        <w:t>‘Bố ơi,’ Artemisia nói, níu lấy ống quần anh. ‘Mình ăn kem được không ạ?’</w:t>
      </w:r>
    </w:p>
    <w:p>
      <w:pPr>
        <w:spacing w:after="80"/>
      </w:pPr>
      <w:r>
        <w:rPr>
          <w:b w:val="0"/>
          <w:i w:val="0"/>
        </w:rPr>
        <w:t>‘Nhất định là không,’ Beth dứt khoát nói. ‘Con vừa mới ăn trưa xong. Nên con sẽ phải đợi đến giờ nghỉ uống trà đã.’</w:t>
      </w:r>
    </w:p>
    <w:p>
      <w:pPr>
        <w:spacing w:after="80"/>
      </w:pPr>
      <w:r>
        <w:rPr>
          <w:b w:val="0"/>
          <w:i w:val="0"/>
        </w:rPr>
        <w:t>‘Con đã bảo là mẹ sẽ nói thế mà,’ Peter nói, rồi bỏ đi và chạy đến xem các cầu thủ khởi động trong lưới tập.</w:t>
      </w:r>
    </w:p>
    <w:p>
      <w:pPr>
        <w:spacing w:after="80"/>
      </w:pPr>
      <w:r>
        <w:rPr>
          <w:b w:val="0"/>
          <w:i w:val="0"/>
        </w:rPr>
        <w:t>‘À, tôi phát hiện ra một đám mây rồi,’ William nói khi họ đi vòng quanh đường biên.</w:t>
      </w:r>
    </w:p>
    <w:p>
      <w:pPr>
        <w:spacing w:after="80"/>
      </w:pPr>
      <w:r>
        <w:rPr>
          <w:b w:val="0"/>
          <w:i w:val="0"/>
        </w:rPr>
        <w:t>Beth thấy bối rối, vì trời quang đãng và mặt trời đang chiếu rọi xuống đám đông đang mãn nguyện. Rồi cô nhìn thấy Christina, đang ngồi một mình.</w:t>
      </w:r>
    </w:p>
    <w:p>
      <w:pPr>
        <w:spacing w:after="80"/>
      </w:pPr>
      <w:r>
        <w:rPr>
          <w:b w:val="0"/>
          <w:i w:val="0"/>
        </w:rPr>
        <w:t>‘Sao em không kéo chiếc ghế xếp bên cạnh cô ấy đi,’ William nói. ‘Cho em cơ hội tìm hiểu xem dạo này cô ấy đang làm gì – tôi đoán là chẳng tốt đẹp gì.’</w:t>
      </w:r>
    </w:p>
    <w:p>
      <w:pPr>
        <w:spacing w:after="80"/>
      </w:pPr>
      <w:r>
        <w:rPr>
          <w:b w:val="0"/>
          <w:i w:val="0"/>
        </w:rPr>
        <w:t>‘Anh có bao giờ ngừng suy nghĩ như một cảnh sát không vậy?’ Beth thở dài.</w:t>
      </w:r>
    </w:p>
    <w:p>
      <w:pPr>
        <w:spacing w:after="80"/>
      </w:pPr>
      <w:r>
        <w:rPr>
          <w:b w:val="0"/>
          <w:i w:val="0"/>
        </w:rPr>
        <w:t>‘Không ngừng khi cô ấy còn ngồi đó như một con bọ ngựa cầu nguyện, vì tôi không thể tin nổi cô ấy lại đến xem cricket.’</w:t>
      </w:r>
    </w:p>
    <w:p>
      <w:pPr>
        <w:spacing w:after="80"/>
      </w:pPr>
      <w:r>
        <w:rPr>
          <w:b w:val="0"/>
          <w:i w:val="0"/>
        </w:rPr>
        <w:t>‘Có lẽ là xem các cầu thủ cricket,’ Beth nói, khi cô nhìn thấy Paul đang trò chuyện với Christina.</w:t>
      </w:r>
    </w:p>
    <w:p>
      <w:pPr>
        <w:spacing w:after="80"/>
      </w:pPr>
      <w:r>
        <w:rPr>
          <w:b w:val="0"/>
          <w:i w:val="0"/>
        </w:rPr>
        <w:t>‘Và điều đó sẽ không bao giờ xảy ra,’ William nói. Anh nhìn quanh sân cho đến khi ánh mắt dừng lại ở Ross và Jackie, những người đang ngồi cạnh nhau, chìm đắm trong cuộc trò chuyện.</w:t>
      </w:r>
    </w:p>
    <w:p>
      <w:pPr>
        <w:spacing w:after="80"/>
        <w:jc w:val="center"/>
      </w:pPr>
      <w:r>
        <w:rPr>
          <w:b w:val="0"/>
          <w:i w:val="0"/>
        </w:rPr>
        <w:t>• • •</w:t>
      </w:r>
    </w:p>
    <w:p>
      <w:pPr>
        <w:spacing w:after="80"/>
      </w:pPr>
      <w:r>
        <w:rPr>
          <w:b w:val="0"/>
          <w:i w:val="0"/>
        </w:rPr>
        <w:t>‘Ý tưởng này là của ai vậy?’ Jackie hỏi khi cô nhìn quanh sân và thấy gần như mọi chiếc ghế xếp đều đã có người ngồi, trong khi những người khác ngồi trên cỏ.</w:t>
      </w:r>
    </w:p>
    <w:p>
      <w:pPr>
        <w:spacing w:after="80"/>
      </w:pPr>
      <w:r>
        <w:rPr>
          <w:b w:val="0"/>
          <w:i w:val="0"/>
        </w:rPr>
        <w:t>‘Tất nhiên là của Choirboy rồi,’ Ross nói. ‘Anh ấy cảm thấy có một sự chia rẽ giữa các sĩ quan Bảo vệ Hoàng gia và chi nhánh mặc đồng phục.’</w:t>
      </w:r>
    </w:p>
    <w:p>
      <w:pPr>
        <w:spacing w:after="80"/>
      </w:pPr>
      <w:r>
        <w:rPr>
          <w:b w:val="0"/>
          <w:i w:val="0"/>
        </w:rPr>
        <w:t>‘Điều đó càng không được cải thiện bởi thực tế là một sĩ quan Bảo vệ Hoàng gia có thể tiếp tục làm việc cho người được bảo vệ của họ trong nhiều năm, trong khi các sĩ quan bảo vệ các bộ trưởng nội các thường chỉ có thời hạn sử dụng khoảng ba hoặc bốn năm, ít hơn cả một huấn luyện viên bóng đá trung bình.’</w:t>
      </w:r>
    </w:p>
    <w:p>
      <w:pPr>
        <w:spacing w:after="80"/>
      </w:pPr>
      <w:r>
        <w:rPr>
          <w:b w:val="0"/>
          <w:i w:val="0"/>
        </w:rPr>
        <w:t>‘Đó là lý do tại sao ông Super nghĩ rằng một trận cricket có thể phá bỏ một số rào cản,’ Ross nói.</w:t>
      </w:r>
    </w:p>
    <w:p>
      <w:pPr>
        <w:spacing w:after="80"/>
      </w:pPr>
      <w:r>
        <w:rPr>
          <w:b w:val="0"/>
          <w:i w:val="0"/>
        </w:rPr>
        <w:t>‘Ai đang bước ra giữa sân cùng với William thế?’ Jackie hỏi, lấy tay che mắt khỏi ánh nắng chiều.</w:t>
      </w:r>
    </w:p>
    <w:p>
      <w:pPr>
        <w:spacing w:after="80"/>
      </w:pPr>
      <w:r>
        <w:rPr>
          <w:b w:val="0"/>
          <w:i w:val="0"/>
        </w:rPr>
        <w:t>‘Chánh Thanh tra Colin Brooks. Ông ấy từng nằm trong đội bảo vệ của Thủ tướng cho đến khi Hawk chuyển ông sang đứng đầu Ban Bảo vệ Hoàng gia thay cho Milner.’</w:t>
      </w:r>
    </w:p>
    <w:p>
      <w:pPr>
        <w:spacing w:after="80"/>
      </w:pPr>
      <w:r>
        <w:rPr>
          <w:b w:val="0"/>
          <w:i w:val="0"/>
        </w:rPr>
        <w:t>‘Ông ta chắc chắn phải khá hơn người đàn ông đó chứ.’</w:t>
      </w:r>
    </w:p>
    <w:p>
      <w:pPr>
        <w:spacing w:after="80"/>
      </w:pPr>
      <w:r>
        <w:rPr>
          <w:b w:val="0"/>
          <w:i w:val="0"/>
        </w:rPr>
        <w:t>‘Có thể ông ấy đang làm công việc cũ của Milner, nhưng đó là chỗ những điểm giống nhau kết thúc. Brooks là một cảnh sát kiểu cũ, luôn nghĩ mình chỉ là một bánh răng nhỏ trong một cỗ máy lớn. Milner thì đã bắt đầu tin rằng mình chính là cỗ máy.’ Ross cau mày. ‘Có vẻ như chúng ta đã thua tung đồng xu.’</w:t>
      </w:r>
    </w:p>
    <w:p>
      <w:pPr>
        <w:spacing w:after="80"/>
      </w:pPr>
      <w:r>
        <w:rPr>
          <w:b w:val="0"/>
          <w:i w:val="0"/>
        </w:rPr>
        <w:t>‘Sao một người Ireland lại biết nhiều về cricket thế?’</w:t>
      </w:r>
    </w:p>
    <w:p>
      <w:pPr>
        <w:spacing w:after="80"/>
      </w:pPr>
      <w:r>
        <w:rPr>
          <w:b w:val="0"/>
          <w:i w:val="0"/>
        </w:rPr>
        <w:t>‘Đừng quên là tôi đã trải qua thời trẻ ở một trường nội trú tại Belfast,’ Ross nói, ‘trước khi bị đuổi học.’</w:t>
      </w:r>
    </w:p>
    <w:p>
      <w:pPr>
        <w:spacing w:after="80"/>
      </w:pPr>
      <w:r>
        <w:rPr>
          <w:b w:val="0"/>
          <w:i w:val="0"/>
        </w:rPr>
        <w:t>‘Anh đã làm gì mà đáng bị như vậy?’ Jackie hỏi khi hai đội trưởng cùng bước ra khỏi sân, vừa đi vừa trò chuyện thân thiện.</w:t>
      </w:r>
    </w:p>
    <w:p>
      <w:pPr>
        <w:spacing w:after="80"/>
      </w:pPr>
      <w:r>
        <w:rPr>
          <w:b w:val="0"/>
          <w:i w:val="0"/>
        </w:rPr>
        <w:t>‘Tôi đã vi phạm điều răn thứ sáu lần đầu tiên.’</w:t>
      </w:r>
    </w:p>
    <w:p>
      <w:pPr>
        <w:spacing w:after="80"/>
      </w:pPr>
      <w:r>
        <w:rPr>
          <w:b w:val="0"/>
          <w:i w:val="0"/>
        </w:rPr>
        <w:t>‘Cô gái may mắn đó là ai?’</w:t>
      </w:r>
    </w:p>
    <w:p>
      <w:pPr>
        <w:spacing w:after="80"/>
      </w:pPr>
      <w:r>
        <w:rPr>
          <w:b w:val="0"/>
          <w:i w:val="0"/>
        </w:rPr>
        <w:t>‘Vợ của thầy quản lý ký túc xá của tôi. Nếu nói đúng sự thật thì chính cô ấy đã quyến rũ tôi, nhưng họ không thể đuổi cô ấy, nên tôi phải ra đi,’ Ross nói khi William bước tới chỗ họ.</w:t>
      </w:r>
    </w:p>
    <w:p>
      <w:pPr>
        <w:spacing w:after="80"/>
      </w:pPr>
      <w:r>
        <w:rPr>
          <w:b w:val="0"/>
          <w:i w:val="0"/>
        </w:rPr>
        <w:t>‘Chúng ta sẽ phòng thủ,’ anh nói. ‘Cậu sẽ mở màn ném bóng đấy, Ross, nên tốt nhất là khởi động đi.’</w:t>
      </w:r>
    </w:p>
    <w:p>
      <w:pPr>
        <w:spacing w:after="80"/>
      </w:pPr>
      <w:r>
        <w:rPr>
          <w:b w:val="0"/>
          <w:i w:val="0"/>
        </w:rPr>
        <w:t>Ross đứng dậy thì thấy có ai đó đang kéo ống quần mình.</w:t>
      </w:r>
    </w:p>
    <w:p>
      <w:pPr>
        <w:spacing w:after="80"/>
      </w:pPr>
      <w:r>
        <w:rPr>
          <w:b w:val="0"/>
          <w:i w:val="0"/>
        </w:rPr>
        <w:t>‘Con ăn kem được không?’ Jojo hỏi.</w:t>
      </w:r>
    </w:p>
    <w:p>
      <w:pPr>
        <w:spacing w:after="80"/>
      </w:pPr>
      <w:r>
        <w:rPr>
          <w:b w:val="0"/>
          <w:i w:val="0"/>
        </w:rPr>
        <w:t>‘Phải nói là “làm ơn”,’ Ross nhắc.</w:t>
      </w:r>
    </w:p>
    <w:p>
      <w:pPr>
        <w:spacing w:after="80"/>
      </w:pPr>
      <w:r>
        <w:rPr>
          <w:b w:val="0"/>
          <w:i w:val="0"/>
        </w:rPr>
        <w:t>‘Con ăn kem được không ạ?’</w:t>
      </w:r>
    </w:p>
    <w:p>
      <w:pPr>
        <w:spacing w:after="80"/>
      </w:pPr>
      <w:r>
        <w:rPr>
          <w:b w:val="0"/>
          <w:i w:val="0"/>
        </w:rPr>
        <w:t>Ross lấy một đồng xu một bảng từ trong túi và đưa cho cô bé. ‘Nhớ mua cho Artemisia và Peter mỗi đứa một cây nữa nhé.’</w:t>
      </w:r>
    </w:p>
    <w:p>
      <w:pPr>
        <w:spacing w:after="80"/>
      </w:pPr>
      <w:r>
        <w:rPr>
          <w:b w:val="0"/>
          <w:i w:val="0"/>
        </w:rPr>
        <w:t>‘Vâng, bố ạ,’ Jojo nói rồi chạy đi.</w:t>
      </w:r>
    </w:p>
    <w:p>
      <w:pPr>
        <w:spacing w:after="80"/>
      </w:pPr>
      <w:r>
        <w:rPr>
          <w:b w:val="0"/>
          <w:i w:val="0"/>
        </w:rPr>
        <w:t>‘Nói rằng con bé xoay bố như chong chóng có khi là sáo rỗng,’ Jackie nói, ‘nhưng đúng là thế với anh thật.’</w:t>
      </w:r>
    </w:p>
    <w:p>
      <w:pPr>
        <w:spacing w:after="80"/>
      </w:pPr>
      <w:r>
        <w:rPr>
          <w:b w:val="0"/>
          <w:i w:val="0"/>
        </w:rPr>
        <w:t>‘Tôi nhận tội,’ Ross nói, mắt dõi theo Jojo, tay giơ cao đồng xu đầy vẻ đắc thắng, chạy về phía Artemisia và Peter, những người đang đợi cô bé bên chiếc xe kem.</w:t>
      </w:r>
    </w:p>
    <w:p>
      <w:pPr>
        <w:spacing w:after="80"/>
      </w:pPr>
      <w:r>
        <w:rPr>
          <w:b w:val="0"/>
          <w:i w:val="0"/>
        </w:rPr>
        <w:t>Jackie mỉm cười. ‘Ơn trời là con bé có Beth để giữ cho nó đứng vững trên mặt đất.’</w:t>
      </w:r>
    </w:p>
    <w:p>
      <w:pPr>
        <w:spacing w:after="80"/>
      </w:pPr>
      <w:r>
        <w:rPr>
          <w:b w:val="0"/>
          <w:i w:val="0"/>
        </w:rPr>
        <w:t>‘Lại đúng nữa. Thú thật, tôi không thể đảm nhận công việc hiện tại nếu không có hệ thống hỗ trợ của cô ấy.’</w:t>
      </w:r>
    </w:p>
    <w:p>
      <w:pPr>
        <w:spacing w:after="80"/>
      </w:pPr>
      <w:r>
        <w:rPr>
          <w:b w:val="0"/>
          <w:i w:val="0"/>
        </w:rPr>
        <w:t>‘Anh định đưa Jojo đi đâu vào kỳ nghỉ hè?’ Jackie hỏi.</w:t>
      </w:r>
    </w:p>
    <w:p>
      <w:pPr>
        <w:spacing w:after="80"/>
      </w:pPr>
      <w:r>
        <w:rPr>
          <w:b w:val="0"/>
          <w:i w:val="0"/>
        </w:rPr>
        <w:t>‘Belfast. Chúng tôi sẽ ở với bà ngoại con bé một tuần. Nếu nó sống sót qua chuyến đó, tôi sẽ đăng ký cho nó vào SAS.’</w:t>
      </w:r>
    </w:p>
    <w:p>
      <w:pPr>
        <w:spacing w:after="80"/>
      </w:pPr>
      <w:r>
        <w:rPr>
          <w:b w:val="0"/>
          <w:i w:val="0"/>
        </w:rPr>
        <w:t>‘Còn người phụ nữ kia trong đời anh thì sao?’</w:t>
      </w:r>
    </w:p>
    <w:p>
      <w:pPr>
        <w:spacing w:after="80"/>
      </w:pPr>
      <w:r>
        <w:rPr>
          <w:b w:val="0"/>
          <w:i w:val="0"/>
        </w:rPr>
        <w:t>‘Tôi sẽ đi nghỉ với cô ấy ngay khi tôi về, nhưng thú thật là tôi không mong chờ lắm.’</w:t>
      </w:r>
    </w:p>
    <w:p>
      <w:pPr>
        <w:spacing w:after="80"/>
      </w:pPr>
      <w:r>
        <w:rPr>
          <w:b w:val="0"/>
          <w:i w:val="0"/>
        </w:rPr>
        <w:t>‘Sao lại không?’ Jackie hỏi, vẻ mặt ngạc nhiên. ‘Nửa thế giới này muốn được đi nghỉ cùng Công nương Diana đấy.’</w:t>
      </w:r>
    </w:p>
    <w:p>
      <w:pPr>
        <w:spacing w:after="80"/>
      </w:pPr>
      <w:r>
        <w:rPr>
          <w:b w:val="0"/>
          <w:i w:val="0"/>
        </w:rPr>
        <w:t>‘Tôi không ưa lắm cái gã hiện tại của cô ấy …’ ông ngập ngừng một lát ‘… nhân tình. Một tay ăn chơi, thích phơi mình trong ánh hào quang phản chiếu từ cô ấy.’</w:t>
      </w:r>
    </w:p>
    <w:p>
      <w:pPr>
        <w:spacing w:after="80"/>
      </w:pPr>
      <w:r>
        <w:rPr>
          <w:b w:val="0"/>
          <w:i w:val="0"/>
        </w:rPr>
        <w:t>‘Anh đã bao giờ nói với cô ấy cảm giác của anh về gã đó chưa?’</w:t>
      </w:r>
    </w:p>
    <w:p>
      <w:pPr>
        <w:spacing w:after="80"/>
      </w:pPr>
      <w:r>
        <w:rPr>
          <w:b w:val="0"/>
          <w:i w:val="0"/>
        </w:rPr>
        <w:t>‘Tôi không có tư cách để làm vậy,’ Ross nói, giọng trang trọng lạ thường. ‘Dù tôi che giấu cảm xúc của mình không giỏi lắm,’ ông thú nhận khi William xuất hiện trở lại và ném cho ông quả anh đào. ‘Được rồi, Super,’ ông nói. ‘Đây là một nhóm tôi sẽ không bảo vệ. Tôi định tống thẳng họ về pavilion nhanh nhất có thể.’</w:t>
      </w:r>
    </w:p>
    <w:p>
      <w:pPr>
        <w:spacing w:after="80"/>
      </w:pPr>
      <w:r>
        <w:rPr>
          <w:b w:val="0"/>
          <w:i w:val="0"/>
        </w:rPr>
        <w:t>‘Đừng nhanh quá,’ William thì thầm. ‘Nhớ kế hoạch dài hạn của chúng ta đấy.’</w:t>
      </w:r>
    </w:p>
    <w:p>
      <w:pPr>
        <w:spacing w:after="80"/>
        <w:jc w:val="center"/>
      </w:pPr>
      <w:r>
        <w:rPr>
          <w:b w:val="0"/>
          <w:i w:val="0"/>
        </w:rPr>
        <w:t>• • •</w:t>
      </w:r>
    </w:p>
    <w:p>
      <w:pPr>
        <w:spacing w:after="80"/>
      </w:pPr>
      <w:r>
        <w:rPr>
          <w:b w:val="0"/>
          <w:i w:val="0"/>
        </w:rPr>
        <w:t>Cha của Beth, Arthur Rainsford, và Ngài Julian đang ngồi trong pavilion chờ quả bóng đầu tiên được ném. Qua nhiều năm, họ đã trở thành bạn thân, mà Ngài Julian thì không dễ kết bạn. Cả hai đều mặc áo blazer xanh lịch lãm, áo của Ngài Julian kiểu hai hàng khuy với cúc đồng của Lincoln's Inn – ngay cả khi chơi ông vẫn đang làm việc – sơ mi trắng và cà vạt MCC, cứ như thể đây là ngày khai mạc một trận test match ở Lord's, chứ không phải một trận đấu được sắp xếp vội vã giữa hai chi nhánh của lực lượng cảnh sát.</w:t>
      </w:r>
    </w:p>
    <w:p>
      <w:pPr>
        <w:spacing w:after="80"/>
      </w:pPr>
      <w:r>
        <w:rPr>
          <w:b w:val="0"/>
          <w:i w:val="0"/>
        </w:rPr>
        <w:t>‘Ai sẽ mở màn ném bóng đây?’ Arthur hỏi khi đang chăm chú nhìn qua ống nhòm vào một người đàn ông cao lớn đang đánh bóng lau lên quần mình.</w:t>
      </w:r>
    </w:p>
    <w:p>
      <w:pPr>
        <w:spacing w:after="80"/>
      </w:pPr>
      <w:r>
        <w:rPr>
          <w:b w:val="0"/>
          <w:i w:val="0"/>
        </w:rPr>
        <w:t>‘Thanh tra DI Ross Hogan,’ Sir Julian đáp. ‘Anh ta đứng chân ở cả hai phe vì hiện đang là sĩ quan bảo vệ cho Công nương xứ Wales, điều này rất tiện vì nghĩa là William đã có người ở bên trong ngay từ đầu.’</w:t>
      </w:r>
    </w:p>
    <w:p>
      <w:pPr>
        <w:spacing w:after="80"/>
      </w:pPr>
      <w:r>
        <w:rPr>
          <w:b w:val="0"/>
          <w:i w:val="0"/>
        </w:rPr>
        <w:t>‘Hiện giờ đâu phải công việc dễ dàng gì,’ Arthur nói, không bình luận thêm.</w:t>
      </w:r>
    </w:p>
    <w:p>
      <w:pPr>
        <w:spacing w:after="80"/>
      </w:pPr>
      <w:r>
        <w:rPr>
          <w:b w:val="0"/>
          <w:i w:val="0"/>
        </w:rPr>
        <w:t>‘Tôi nghĩ anh sẽ thấy Ross thừa sức đối mặt với thử thách đó. Anh ta thích đùa giỡn với hiểm nguy mà.’</w:t>
      </w:r>
    </w:p>
    <w:p>
      <w:pPr>
        <w:spacing w:after="80"/>
      </w:pPr>
      <w:r>
        <w:rPr>
          <w:b w:val="0"/>
          <w:i w:val="0"/>
        </w:rPr>
        <w:t>‘Beth bảo tôi đó không phải là thứ duy nhất anh ta thích đùa giỡn,’ Arthur nói khi cả hai nhìn Ross đo lại đà chạy lấy đà trong lúc William sắp xếp đội hình phòng thủ. ‘Chắc ông rất tự hào về William. Cậu ấy là Tổng thanh tra trẻ nhất trong lực lượng.’</w:t>
      </w:r>
    </w:p>
    <w:p>
      <w:pPr>
        <w:spacing w:after="80"/>
      </w:pPr>
      <w:r>
        <w:rPr>
          <w:b w:val="0"/>
          <w:i w:val="0"/>
        </w:rPr>
        <w:t>‘Nelson đã là phó đô đốc khi mới bốn mươi ba tuổi, tôi phải nhắc cậu ấy điều đó,’ Sir Julian nói. ‘Còn Eisenhower chỉ là đại tá khi nước Mỹ bước vào Thế chiến thứ hai, nhưng chỉ hai năm sau ông ấy đã là tổng tư lệnh Đồng minh ở châu Âu.’</w:t>
      </w:r>
    </w:p>
    <w:p>
      <w:pPr>
        <w:spacing w:after="80"/>
      </w:pPr>
      <w:r>
        <w:rPr>
          <w:b w:val="0"/>
          <w:i w:val="0"/>
        </w:rPr>
        <w:t>‘Vậy rồi William sẽ đi đến đâu?’</w:t>
      </w:r>
    </w:p>
    <w:p>
      <w:pPr>
        <w:spacing w:after="80"/>
      </w:pPr>
      <w:r>
        <w:rPr>
          <w:b w:val="0"/>
          <w:i w:val="0"/>
        </w:rPr>
        <w:t>‘Chắc chắn cậu ấy sẽ không thành Tổng thống Hoa Kỳ đâu,’ Sir Julian nói, liếc sang con dâu. ‘Beth xoay xở thế nào sau khi bị Sloane đối xử tệ bạc đến vậy?’</w:t>
      </w:r>
    </w:p>
    <w:p>
      <w:pPr>
        <w:spacing w:after="80"/>
      </w:pPr>
      <w:r>
        <w:rPr>
          <w:b w:val="0"/>
          <w:i w:val="0"/>
        </w:rPr>
        <w:t>‘Theo tôi thấy thì cô ấy có vẻ ổn,’ Arthur nói. ‘Cô ấy và Christina Faulkner đang âm mưu gì đó, nhưng tôi không biết là gì.’</w:t>
      </w:r>
    </w:p>
    <w:p>
      <w:pPr>
        <w:spacing w:after="80"/>
      </w:pPr>
      <w:r>
        <w:rPr>
          <w:b w:val="0"/>
          <w:i w:val="0"/>
        </w:rPr>
        <w:t>‘Tôi hy vọng Beth biết mình đang làm gì. Bà Faulkner không phải người tôi muốn dựa vào đâu.’</w:t>
      </w:r>
    </w:p>
    <w:p>
      <w:pPr>
        <w:spacing w:after="80"/>
      </w:pPr>
      <w:r>
        <w:rPr>
          <w:b w:val="0"/>
          <w:i w:val="0"/>
        </w:rPr>
        <w:t>‘Cú đánh hay lắm, thưa ngài!’ Arthur hét lên khi quả bóng lao về phía dây biên. ‘Các bộ trưởng khởi đầu tốt đấy chứ.’</w:t>
      </w:r>
    </w:p>
    <w:p>
      <w:pPr>
        <w:spacing w:after="80"/>
      </w:pPr>
      <w:r>
        <w:rPr>
          <w:b w:val="0"/>
          <w:i w:val="0"/>
        </w:rPr>
        <w:t>‘Nói chuyện nghiêm túc hơn chút, Arthur,’ Sir Julian nói, ‘giờ bọn trẻ đã đi học, tôi nghĩ chúng ta sẽ phải bổ sung vào quỹ tín thác của chúng.’</w:t>
      </w:r>
    </w:p>
    <w:p>
      <w:pPr>
        <w:spacing w:after="80"/>
      </w:pPr>
      <w:r>
        <w:rPr>
          <w:b w:val="0"/>
          <w:i w:val="0"/>
        </w:rPr>
        <w:t>‘Tôi thấy ổn cả. Ross Hogan đã đóng góp không ít kể từ khi Jojo gia nhập gia đình.’</w:t>
      </w:r>
    </w:p>
    <w:p>
      <w:pPr>
        <w:spacing w:after="80"/>
      </w:pPr>
      <w:r>
        <w:rPr>
          <w:b w:val="0"/>
          <w:i w:val="0"/>
        </w:rPr>
        <w:t>‘Đúng vậy, sự sắp xếp đó đã diễn ra tốt đẹp, nhất là giờ Beth đã có thể dành nhiều thời gian hơn cho bọn trẻ kể từ khi cô ấy từ chức.’</w:t>
      </w:r>
    </w:p>
    <w:p>
      <w:pPr>
        <w:spacing w:after="80"/>
      </w:pPr>
      <w:r>
        <w:rPr>
          <w:b w:val="0"/>
          <w:i w:val="0"/>
        </w:rPr>
        <w:t>‘Ném bóng hay lắm, thưa ngài,’ Arthur nói khi một cọc gôn giữa của một trong hai tay đập mở màn bị bật tung và các cầu thủ phòng thủ chạy đến chúc mừng người ném bóng.</w:t>
      </w:r>
    </w:p>
    <w:p>
      <w:pPr>
        <w:spacing w:after="80"/>
        <w:jc w:val="center"/>
      </w:pPr>
      <w:r>
        <w:rPr>
          <w:b w:val="0"/>
          <w:i w:val="0"/>
        </w:rPr>
        <w:t>• • •</w:t>
      </w:r>
    </w:p>
    <w:p>
      <w:pPr>
        <w:spacing w:after="80"/>
      </w:pPr>
      <w:r>
        <w:rPr>
          <w:b w:val="0"/>
          <w:i w:val="0"/>
        </w:rPr>
        <w:t>‘Tôi có cảm giác,’ Christina nói, gật đầu với hai quý ông lớn tuổi, ‘rằng hai người kia đang nói về chúng ta. Họ có biết chúng ta là đối tác không?’</w:t>
      </w:r>
    </w:p>
    <w:p>
      <w:pPr>
        <w:spacing w:after="80"/>
      </w:pPr>
      <w:r>
        <w:rPr>
          <w:b w:val="0"/>
          <w:i w:val="0"/>
        </w:rPr>
        <w:t>‘Chắc chắn là không,’ Beth đáp. ‘Và tôi cũng không định nói cho họ biết cho đến khi chúng ta kiếm được trăm nghìn đầu tiên.’</w:t>
      </w:r>
    </w:p>
    <w:p>
      <w:pPr>
        <w:spacing w:after="80"/>
      </w:pPr>
      <w:r>
        <w:rPr>
          <w:b w:val="0"/>
          <w:i w:val="0"/>
        </w:rPr>
        <w:t>‘Tôi cá là Julian sẽ phát hiện ra lâu trước đó,’ Christina nói khi mở nửa chai sâm panh và rót hai ly. ‘Có vụ nào mới không?’</w:t>
      </w:r>
    </w:p>
    <w:p>
      <w:pPr>
        <w:spacing w:after="80"/>
      </w:pPr>
      <w:r>
        <w:rPr>
          <w:b w:val="0"/>
          <w:i w:val="0"/>
        </w:rPr>
        <w:t>‘Chúng ta lãi vài nghìn khi tôi bán bức Brabazon Brabazon cho phòng tranh Chris Beetles ở Mayfair.’</w:t>
      </w:r>
    </w:p>
    <w:p>
      <w:pPr>
        <w:spacing w:after="80"/>
      </w:pPr>
      <w:r>
        <w:rPr>
          <w:b w:val="0"/>
          <w:i w:val="0"/>
        </w:rPr>
        <w:t>‘</w:t>
      </w:r>
      <w:r>
        <w:rPr>
          <w:b w:val="0"/>
          <w:i/>
        </w:rPr>
        <w:t>Chapeau</w:t>
      </w:r>
      <w:r>
        <w:rPr>
          <w:b w:val="0"/>
          <w:i w:val="0"/>
        </w:rPr>
        <w:t>,’ Christina nói, nâng ly. ‘Vậy, mục tiêu tiếp theo trong danh sách của cậu là gì?’</w:t>
      </w:r>
    </w:p>
    <w:p>
      <w:pPr>
        <w:spacing w:after="80"/>
      </w:pPr>
      <w:r>
        <w:rPr>
          <w:b w:val="0"/>
          <w:i w:val="0"/>
        </w:rPr>
        <w:t>‘Cậu đã nghe nói về trường phái Newlyn chưa?’</w:t>
      </w:r>
    </w:p>
    <w:p>
      <w:pPr>
        <w:spacing w:after="80"/>
      </w:pPr>
      <w:r>
        <w:rPr>
          <w:b w:val="0"/>
          <w:i w:val="0"/>
        </w:rPr>
        <w:t>‘Tôi không thể nói là đã nghe,’ Christina thừa nhận.</w:t>
      </w:r>
    </w:p>
    <w:p>
      <w:pPr>
        <w:spacing w:after="80"/>
      </w:pPr>
      <w:r>
        <w:rPr>
          <w:b w:val="0"/>
          <w:i w:val="0"/>
        </w:rPr>
        <w:t>‘Một nhóm họa sĩ làm việc ở Cornwall vào cuối thế kỷ trước, và đang dần trở lại thời thượng. Tôi đang để mắt tới một bức tranh của Albert Chevallier Tayler sắp được bán đấu giá tại Cheffins ở Cambridge. Nếu tôi có thể mua được với giá khoảng ba nghìn, đó sẽ là một vụ khá đáng giá,’ Beth nói khi Ross nhảy lên không trung và hét, ‘Howzat!’</w:t>
      </w:r>
    </w:p>
    <w:p>
      <w:pPr>
        <w:spacing w:after="80"/>
      </w:pPr>
      <w:r>
        <w:rPr>
          <w:b w:val="0"/>
          <w:i w:val="0"/>
        </w:rPr>
        <w:t>Một người đàn ông mặc áo khoác trắng dài trầm ngâm một lát trước khi giơ cao ngón trỏ lên không trung để báo hiệu wicket thứ hai đã đổ.</w:t>
      </w:r>
    </w:p>
    <w:p>
      <w:pPr>
        <w:spacing w:after="80"/>
      </w:pPr>
      <w:r>
        <w:rPr>
          <w:b w:val="0"/>
          <w:i w:val="0"/>
        </w:rPr>
        <w:t>‘Đội của William có vẻ đang chơi khá tốt,’ Christina nói. ‘Không phải là tôi có chút hiểu biết nào về chuyện mình đang nói.’</w:t>
      </w:r>
    </w:p>
    <w:p>
      <w:pPr>
        <w:spacing w:after="80"/>
      </w:pPr>
      <w:r>
        <w:rPr>
          <w:b w:val="0"/>
          <w:i w:val="0"/>
        </w:rPr>
        <w:t>‘Chuyện đó chưa bao giờ làm cậu bận tâm trước đây,’ Beth trêu khi tay đập bóng vừa ghi được nửa thế kỷ rời sân trong tiếng hô ‘Chơi hay lắm, ngài,’ ‘Bravo,’ và ‘Lượt đánh tuyệt vời!’</w:t>
      </w:r>
    </w:p>
    <w:p>
      <w:pPr>
        <w:spacing w:after="80"/>
      </w:pPr>
      <w:r>
        <w:rPr>
          <w:b w:val="0"/>
          <w:i w:val="0"/>
        </w:rPr>
        <w:t>‘Tôi đã không nhận ra,’ Beth tiếp tục, ‘rằng tất cả những mối quan hệ và kiến thức tôi tích lũy được trong mười năm qua có thể biến thành lợi nhuận. Hơn nữa, tôi thư giãn hơn và có nhiều thời gian rảnh hơn để dành cho bọn trẻ.’</w:t>
      </w:r>
    </w:p>
    <w:p>
      <w:pPr>
        <w:spacing w:after="80"/>
      </w:pPr>
      <w:r>
        <w:rPr>
          <w:b w:val="0"/>
          <w:i w:val="0"/>
        </w:rPr>
        <w:t>‘Cái đó gọi là gì?’ Christina hỏi khi một quả bóng bay vọt cao qua dây biên và đám đông reo hò vang dội.</w:t>
      </w:r>
    </w:p>
    <w:p>
      <w:pPr>
        <w:spacing w:after="80"/>
      </w:pPr>
      <w:r>
        <w:rPr>
          <w:b w:val="0"/>
          <w:i w:val="0"/>
        </w:rPr>
        <w:t>‘Đó là một cú sáu,’ Beth nói. ‘Chúng xảy ra khá thường xuyên khi William tự vào ném bóng. Sự thật là, tôi đã kiếm được trong ba tháng qua nhiều hơn một giám đốc cảnh sát kiếm được trong một năm.’</w:t>
      </w:r>
    </w:p>
    <w:p>
      <w:pPr>
        <w:spacing w:after="80"/>
      </w:pPr>
      <w:r>
        <w:rPr>
          <w:b w:val="0"/>
          <w:i w:val="0"/>
        </w:rPr>
        <w:t>‘Đừng nói với William,’ Christina nói.</w:t>
      </w:r>
    </w:p>
    <w:p>
      <w:pPr>
        <w:spacing w:after="80"/>
      </w:pPr>
      <w:r>
        <w:rPr>
          <w:b w:val="0"/>
          <w:i w:val="0"/>
        </w:rPr>
        <w:t>Beth quyết định đây không phải lúc để nói với Christina rằng cô kể cho chồng mình mọi thứ. ‘Đến giờ uống trà rồi,’ cô chỉ nói vậy. ‘Và đừng có nghĩ đến chuyện ăn trộm bánh sandwich,’ cô thêm vào khi họ cùng William, hai đội và khách mời của họ trong lều trà, mặc dù cô lo Christina có nhiều khả năng sẽ thử cưa cẩm một trong những cầu thủ trẻ hơn.</w:t>
      </w:r>
    </w:p>
    <w:p>
      <w:pPr>
        <w:spacing w:after="80"/>
      </w:pPr>
      <w:r>
        <w:rPr>
          <w:b w:val="0"/>
          <w:i w:val="0"/>
        </w:rPr>
        <w:t>‘Cậu đang thắng à?’ Beth hỏi khi William mời cô một chiếc bánh sandwich dưa chuột.</w:t>
      </w:r>
    </w:p>
    <w:p>
      <w:pPr>
        <w:spacing w:after="80"/>
      </w:pPr>
      <w:r>
        <w:rPr>
          <w:b w:val="0"/>
          <w:i w:val="0"/>
        </w:rPr>
        <w:t>‘Chẳng biết nữa. Thường thì phải đến quả bóng cuối cùng của ngày mới biết ai sẽ thắng, đó cũng chính là nét quyến rũ của môn thể thao này.’</w:t>
      </w:r>
    </w:p>
    <w:p>
      <w:pPr>
        <w:spacing w:after="80"/>
      </w:pPr>
      <w:r>
        <w:rPr>
          <w:b w:val="0"/>
          <w:i w:val="0"/>
        </w:rPr>
        <w:t>‘Lẽ ra cậu phải ghi được 163 điểm cần thiết để thắng trận chứ,’ viên chỉ huy nói khi rót cho mình một tách trà.</w:t>
      </w:r>
    </w:p>
    <w:p>
      <w:pPr>
        <w:spacing w:after="80"/>
      </w:pPr>
      <w:r>
        <w:rPr>
          <w:b w:val="0"/>
          <w:i w:val="0"/>
        </w:rPr>
        <w:t>‘Đó là một số điểm khá thử thách,’ William nói. ‘Chúng ta sẽ phải đánh bóng thật tốt.’</w:t>
      </w:r>
    </w:p>
    <w:p>
      <w:pPr>
        <w:spacing w:after="80"/>
      </w:pPr>
      <w:r>
        <w:rPr>
          <w:b w:val="0"/>
          <w:i w:val="0"/>
        </w:rPr>
        <w:t>‘Sẽ bớt thử thách hơn nhiều nếu cậu không tự đưa mình vào ném bóng,’ Beth nói.</w:t>
      </w:r>
    </w:p>
    <w:p>
      <w:pPr>
        <w:spacing w:after="80"/>
      </w:pPr>
      <w:r>
        <w:rPr>
          <w:b w:val="0"/>
          <w:i w:val="0"/>
        </w:rPr>
        <w:t>‘Tôi vẫn tự tin,’ William nói, phớt lờ lời trêu chọc, ‘miễn là Paul ghi được đúng 50 điểm như thường lệ.’ Anh nhìn khắp lều và thấy tay đập bóng mở màn của mình đang trò chuyện với Christina.</w:t>
      </w:r>
    </w:p>
    <w:p>
      <w:pPr>
        <w:spacing w:after="80"/>
      </w:pPr>
      <w:r>
        <w:rPr>
          <w:b w:val="0"/>
          <w:i w:val="0"/>
        </w:rPr>
        <w:t>‘Cậu nên đến cứu anh chàng tội nghiệp đó đi,’ Beth nói khi cô nhận ra Paul đang bị cuốn vào mạng nhện của cô ấy, ‘không thì có khi anh ta chẳng bao giờ ra được vạch đánh bóng.’</w:t>
      </w:r>
    </w:p>
    <w:p>
      <w:pPr>
        <w:spacing w:after="80"/>
      </w:pPr>
      <w:r>
        <w:rPr>
          <w:b w:val="0"/>
          <w:i w:val="0"/>
        </w:rPr>
        <w:t>William thong thả bước đến chỗ Paul, người đang không thể rời mắt khỏi trái cấm. ‘Mặc miếng bảo vệ chân vào đi, Paul, cậu sẽ đánh bóng mở màn.’</w:t>
      </w:r>
    </w:p>
    <w:p>
      <w:pPr>
        <w:spacing w:after="80"/>
      </w:pPr>
      <w:r>
        <w:rPr>
          <w:b w:val="0"/>
          <w:i w:val="0"/>
        </w:rPr>
        <w:t>‘Nhưng thường thì tôi đánh vị trí thứ tư hoặc thứ năm mà, đội trưởng,’ anh ta phản đối.</w:t>
      </w:r>
    </w:p>
    <w:p>
      <w:pPr>
        <w:spacing w:after="80"/>
      </w:pPr>
      <w:r>
        <w:rPr>
          <w:b w:val="0"/>
          <w:i w:val="0"/>
        </w:rPr>
        <w:t>‘Hôm nay thì không. Cậu và Ross sẽ mở màn.’</w:t>
      </w:r>
    </w:p>
    <w:p>
      <w:pPr>
        <w:spacing w:after="80"/>
      </w:pPr>
      <w:r>
        <w:rPr>
          <w:b w:val="0"/>
          <w:i w:val="0"/>
        </w:rPr>
        <w:t>Paul miễn cưỡng rời khỏi họ để đi mặc đồ bảo hộ. ‘Lát nữa gặp nhé?’ Christina nói.</w:t>
      </w:r>
    </w:p>
    <w:p>
      <w:pPr>
        <w:spacing w:after="80"/>
      </w:pPr>
      <w:r>
        <w:rPr>
          <w:b w:val="0"/>
          <w:i w:val="0"/>
        </w:rPr>
        <w:t>‘Mong là lâu lâu một chút,’ William lẩm bẩm.</w:t>
      </w:r>
    </w:p>
    <w:p>
      <w:pPr>
        <w:spacing w:after="80"/>
      </w:pPr>
      <w:r>
        <w:rPr>
          <w:b w:val="0"/>
          <w:i w:val="0"/>
        </w:rPr>
        <w:t>‘Ý cậu là gì vậy, William?’ Christina hỏi, không giấu nổi nụ cười nhếch mép.</w:t>
      </w:r>
    </w:p>
    <w:p>
      <w:pPr>
        <w:spacing w:after="80"/>
      </w:pPr>
      <w:r>
        <w:rPr>
          <w:b w:val="0"/>
          <w:i w:val="0"/>
        </w:rPr>
        <w:t>‘Tôi cần tay đập bóng giỏi nhất của mình dán mắt vào quả bóng, chứ không phải vào cô. Nếu cô muốn giúp thì thử để mắt tới gã đằng kia kìa,’ anh nói, chỉ về phía một người đàn ông to béo, bụng phệ đang ngấu nghiến chiếc bánh kem.</w:t>
      </w:r>
    </w:p>
    <w:p>
      <w:pPr>
        <w:spacing w:after="80"/>
      </w:pPr>
      <w:r>
        <w:rPr>
          <w:b w:val="0"/>
          <w:i w:val="0"/>
        </w:rPr>
        <w:t>‘Sao lại là anh ta?’</w:t>
      </w:r>
    </w:p>
    <w:p>
      <w:pPr>
        <w:spacing w:after="80"/>
      </w:pPr>
      <w:r>
        <w:rPr>
          <w:b w:val="0"/>
          <w:i w:val="0"/>
        </w:rPr>
        <w:t>‘Anh ta là tay ném bóng mở màn của đội họ. Nổi tiếng là “ác quỷ bẩn thỉu”, nên cứ ra tay hết sức đi,’ anh nói, rồi bước đi.</w:t>
      </w:r>
    </w:p>
    <w:p>
      <w:pPr>
        <w:spacing w:after="80"/>
      </w:pPr>
      <w:r>
        <w:rPr>
          <w:b w:val="0"/>
          <w:i w:val="0"/>
        </w:rPr>
        <w:t>‘Không phải gu của tôi,’ Christina nói khi nhìn Paul đeo miếng bảo vệ.</w:t>
      </w:r>
    </w:p>
    <w:p>
      <w:pPr>
        <w:spacing w:after="80"/>
        <w:jc w:val="center"/>
      </w:pPr>
      <w:r>
        <w:rPr>
          <w:b w:val="0"/>
          <w:i w:val="0"/>
        </w:rPr>
        <w:t>• • •</w:t>
      </w:r>
    </w:p>
    <w:p>
      <w:pPr>
        <w:spacing w:after="80"/>
      </w:pPr>
      <w:r>
        <w:rPr>
          <w:b w:val="0"/>
          <w:i w:val="0"/>
        </w:rPr>
        <w:t>Lamont đứng xếp hàng ở cửa hàng dành cho khách thăm. Khi đến lượt, anh chọn hai thanh KitKat và một hộp nước cam tươi. Anh đưa ra phiếu hai bảng mà anh đã đổi lấy tiền mặt tại quầy lễ tân trước khi vào nhà tù.</w:t>
      </w:r>
    </w:p>
    <w:p>
      <w:pPr>
        <w:spacing w:after="80"/>
      </w:pPr>
      <w:r>
        <w:rPr>
          <w:b w:val="0"/>
          <w:i w:val="0"/>
        </w:rPr>
        <w:t>Đúng giờ hẹn, anh nhập vào một nhóm đông đảo gồm vợ, con và đủ loại tội phạm đang được hộ tống đến phòng thăm, và nhận được một tấm thẻ nhựa ghi số 18, chỉ bàn mà anh được phân.</w:t>
      </w:r>
    </w:p>
    <w:p>
      <w:pPr>
        <w:spacing w:after="80"/>
      </w:pPr>
      <w:r>
        <w:rPr>
          <w:b w:val="0"/>
          <w:i w:val="0"/>
        </w:rPr>
        <w:t>Anh ngồi xuống chiếc ghế màu xanh, và chờ, chờ, và chờ. Trong tù chẳng có gì diễn ra nhanh, trừ khi có bạo loạn.</w:t>
      </w:r>
    </w:p>
    <w:p>
      <w:pPr>
        <w:spacing w:after="80"/>
      </w:pPr>
      <w:r>
        <w:rPr>
          <w:b w:val="0"/>
          <w:i w:val="0"/>
        </w:rPr>
        <w:t>Cuối cùng, phạm nhân 0249 xuất hiện và ngồi xuống chiếc ghế màu đỏ đối diện anh.</w:t>
      </w:r>
    </w:p>
    <w:p>
      <w:pPr>
        <w:spacing w:after="80"/>
      </w:pPr>
      <w:r>
        <w:rPr>
          <w:b w:val="0"/>
          <w:i w:val="0"/>
        </w:rPr>
        <w:t>‘Trước khi anh nói,’ Lamont lên tiếng, ‘chỉ để chắc rằng anh biết một nửa số cai ngục đang quan sát chúng ta từ ban công kia có mặt với mục đích duy nhất là kiểm tra xem có gì được chuyền giữa khách thăm và phạm nhân không. Ma túy, dao, và tôi nhớ có lần cả một khẩu súng, khi vị khách đó cuối cùng lãnh án còn dài hơn cả người tù mà anh ta đến thăm.’</w:t>
      </w:r>
    </w:p>
    <w:p>
      <w:pPr>
        <w:spacing w:after="80"/>
      </w:pPr>
      <w:r>
        <w:rPr>
          <w:b w:val="0"/>
          <w:i w:val="0"/>
        </w:rPr>
        <w:t>‘Còn nửa kia?’ Miles hỏi.</w:t>
      </w:r>
    </w:p>
    <w:p>
      <w:pPr>
        <w:spacing w:after="80"/>
      </w:pPr>
      <w:r>
        <w:rPr>
          <w:b w:val="0"/>
          <w:i w:val="0"/>
        </w:rPr>
        <w:t>‘Nguy hiểm hơn nhiều,’ Lamont nói khi Miles xé vỏ thanh KitKat và tiếp tục lắng nghe. ‘Những người đọc khẩu hình được huấn luyện. Họ đã giúp phá nhiều vụ án thậm chí trước khi chúng được thực hiện, chỉ nhờ thông tin thu được trong các buổi thăm. Anh sẽ phải đóng vai người nói tiếng bụng, trừ khi anh muốn cuộc trò chuyện của chúng ta được thuật lại từng chữ cho Chỉ huy Hawksby.’</w:t>
      </w:r>
    </w:p>
    <w:p>
      <w:pPr>
        <w:spacing w:after="80"/>
      </w:pPr>
      <w:r>
        <w:rPr>
          <w:b w:val="0"/>
          <w:i w:val="0"/>
        </w:rPr>
        <w:t>‘Tôi đang tự hỏi làm sao để gửi một thông điệp cho Hawksby,’ Miles nói, hầu như không mấp máy môi. Anh liếc lên ban công và nhanh chóng nhận ra viên cai ngục được phân cho bàn của mình, rồi nhìn sang phía bên kia nơi anh thấy người đồng cấp của anh ta. Anh định bảo đảm họ sẽ tốn một giờ vô ích.</w:t>
      </w:r>
    </w:p>
    <w:p>
      <w:pPr>
        <w:spacing w:after="80"/>
      </w:pPr>
      <w:r>
        <w:rPr>
          <w:b w:val="0"/>
          <w:i w:val="0"/>
        </w:rPr>
        <w:t>‘Tôi xin gặp anh vì tôi biết thỉnh thoảng anh làm việc cho Booth Watson,’ Miles nói, nhanh chóng phát hiện ra rằng các chữ B là một vấn đề.</w:t>
      </w:r>
    </w:p>
    <w:p>
      <w:pPr>
        <w:spacing w:after="80"/>
      </w:pPr>
      <w:r>
        <w:rPr>
          <w:b w:val="0"/>
          <w:i w:val="0"/>
        </w:rPr>
        <w:t>‘Đúng vậy,’ Lamont nói. Hai từ có thể nói mà không cần mấp máy môi.</w:t>
      </w:r>
    </w:p>
    <w:p>
      <w:pPr>
        <w:spacing w:after="80"/>
      </w:pPr>
      <w:r>
        <w:rPr>
          <w:b w:val="0"/>
          <w:i w:val="0"/>
        </w:rPr>
        <w:t>‘Ông ta trả anh bao nhiêu?’</w:t>
      </w:r>
    </w:p>
    <w:p>
      <w:pPr>
        <w:spacing w:after="80"/>
      </w:pPr>
      <w:r>
        <w:rPr>
          <w:b w:val="0"/>
          <w:i w:val="0"/>
        </w:rPr>
        <w:t>‘Hai mươi bảng một giờ,’ Lamont nói.</w:t>
      </w:r>
    </w:p>
    <w:p>
      <w:pPr>
        <w:spacing w:after="80"/>
      </w:pPr>
      <w:r>
        <w:rPr>
          <w:b w:val="0"/>
          <w:i w:val="0"/>
        </w:rPr>
        <w:t>‘Ông ta thậm chí không thể nói thật với tôi về chuyện đó,’ Miles nói. ‘Từ giờ trở đi, anh sẽ được trả gấp đôi. Nhưng trong bất kỳ hoàn cảnh nào ông ta cũng không được biết anh cũng đang làm việc cho tôi. Hiểu chứ?’</w:t>
      </w:r>
    </w:p>
    <w:p>
      <w:pPr>
        <w:spacing w:after="80"/>
      </w:pPr>
      <w:r>
        <w:rPr>
          <w:b w:val="0"/>
          <w:i w:val="0"/>
        </w:rPr>
        <w:t>‘Hiểu,’ Lamont nói dứt khoát. Một từ nữa có thể phát âm mà không cần mấp máy môi.</w:t>
      </w:r>
    </w:p>
    <w:p>
      <w:pPr>
        <w:spacing w:after="80"/>
      </w:pPr>
      <w:r>
        <w:rPr>
          <w:b w:val="0"/>
          <w:i w:val="0"/>
        </w:rPr>
        <w:t>‘Tôi hy vọng là vậy, Lamont, vì nếu không thì đây sẽ là công việc cuối cùng anh làm cho tôi,’ ông ngừng lại, ‘hoặc cho bất kỳ ai khác, về chuyện đó.’</w:t>
      </w:r>
    </w:p>
    <w:p>
      <w:pPr>
        <w:spacing w:after="80"/>
      </w:pPr>
      <w:r>
        <w:rPr>
          <w:b w:val="0"/>
          <w:i w:val="0"/>
        </w:rPr>
        <w:t>Lamont trông có vẻ đã bị thuyết phục.</w:t>
      </w:r>
    </w:p>
    <w:p>
      <w:pPr>
        <w:spacing w:after="80"/>
      </w:pPr>
      <w:r>
        <w:rPr>
          <w:b w:val="0"/>
          <w:i w:val="0"/>
        </w:rPr>
        <w:t>‘Tôi muốn anh tìm hiểu xem liệu BW …’ Môi Miles gần như không động đậy trong mười phút tiếp theo, trong khi Lamont gật đầu vài lần.</w:t>
      </w:r>
    </w:p>
    <w:p>
      <w:pPr>
        <w:spacing w:after="80"/>
      </w:pPr>
      <w:r>
        <w:rPr>
          <w:b w:val="0"/>
          <w:i w:val="0"/>
        </w:rPr>
        <w:t>‘Nếu anh cần liên lạc với tôi,’ cuối cùng Faulkner nói, ‘anh có thể gọi đến nhà tù vào bất kỳ buổi chiều nào lúc bốn giờ năm phút.’</w:t>
      </w:r>
    </w:p>
    <w:p>
      <w:pPr>
        <w:spacing w:after="80"/>
      </w:pPr>
      <w:r>
        <w:rPr>
          <w:b w:val="0"/>
          <w:i w:val="0"/>
        </w:rPr>
        <w:t>Lamont cố giấu đi vẻ ngạc nhiên.</w:t>
      </w:r>
    </w:p>
    <w:p>
      <w:pPr>
        <w:spacing w:after="80"/>
      </w:pPr>
      <w:r>
        <w:rPr>
          <w:b w:val="0"/>
          <w:i w:val="0"/>
        </w:rPr>
        <w:t>‘Tôi có một cai ngục hợp tác, người sẽ trực tổng đài vào giờ đó, và sẽ chờ cuộc gọi của anh. Chỉ cần nói từ “thư viện” là anh ta sẽ nối máy trực tiếp cho anh. Nhưng đừng giữ máy lâu hơn mức cần thiết.’</w:t>
      </w:r>
    </w:p>
    <w:p>
      <w:pPr>
        <w:spacing w:after="80"/>
      </w:pPr>
      <w:r>
        <w:rPr>
          <w:b w:val="0"/>
          <w:i w:val="0"/>
        </w:rPr>
        <w:t>‘Hiểu rồi.’</w:t>
      </w:r>
    </w:p>
    <w:p>
      <w:pPr>
        <w:spacing w:after="80"/>
      </w:pPr>
      <w:r>
        <w:rPr>
          <w:b w:val="0"/>
          <w:i w:val="0"/>
        </w:rPr>
        <w:t>‘Cảnh báo trước, nếu BW phát hiện ra anh đang làm việc cho cả hai bên, hắn sẽ bỏ rơi anh và, quan trọng hơn, nhận ra rằng hắn đã bị bóc mẽ. Nếu điều đó xảy ra, anh sẽ mất cả hai ông chủ trả tiền cho mình.’</w:t>
      </w:r>
    </w:p>
    <w:p>
      <w:pPr>
        <w:spacing w:after="80"/>
      </w:pPr>
      <w:r>
        <w:rPr>
          <w:b w:val="0"/>
          <w:i w:val="0"/>
        </w:rPr>
        <w:t>Lamont đã hiểu ý.</w:t>
      </w:r>
    </w:p>
    <w:p>
      <w:pPr>
        <w:spacing w:after="80"/>
      </w:pPr>
      <w:r>
        <w:rPr>
          <w:b w:val="0"/>
          <w:i w:val="0"/>
        </w:rPr>
        <w:t>Một hồi chuông lớn vang lên, báo hiệu rằng năm phút nữa các tù nhân sẽ phải trở về buồng giam.</w:t>
      </w:r>
    </w:p>
    <w:p>
      <w:pPr>
        <w:spacing w:after="80"/>
      </w:pPr>
      <w:r>
        <w:rPr>
          <w:b w:val="0"/>
          <w:i w:val="0"/>
        </w:rPr>
        <w:t>Miles nốc cạn ly nước cam và cất thanh KitKat thứ hai vào túi trước khi nói, ‘Nếu anh hoàn thành công việc thành công, Bruce’ – lần đầu tiên ông gọi anh ta bằng tên riêng – ‘anh có thể dành những ngày còn lại của mình để uống piña colada ở Mallorca. Nếu anh thất bại, anh có thể sẽ phải chia buồng giam với tôi.’</w:t>
      </w:r>
    </w:p>
    <w:p>
      <w:pPr>
        <w:spacing w:after="80"/>
      </w:pPr>
      <w:r>
        <w:rPr>
          <w:b w:val="0"/>
          <w:i w:val="0"/>
        </w:rPr>
        <w:t>Miles đứng dậy khỏi chỗ ngồi và không nói thêm lời nào, đứng lên và bước chậm rãi qua căn phòng về phía các cai ngục đang chờ, nhưng không quên liếc lên người đọc khẩu hình của mình trên ban công, bắt gặp ánh mắt anh ta và nói rõ ràng, ‘Tôi cần gặp Giám thị Warwick gấp.’</w:t>
      </w:r>
    </w:p>
    <w:p>
      <w:pPr>
        <w:spacing w:after="80"/>
      </w:pPr>
      <w:r>
        <w:rPr>
          <w:b w:val="0"/>
          <w:i w:val="0"/>
        </w:rPr>
        <w:t>Ông quay sang phía bên kia và lặp lại thông điệp y hệt.</w:t>
      </w:r>
    </w:p>
    <w:p>
      <w:pPr>
        <w:spacing w:after="80"/>
        <w:jc w:val="center"/>
      </w:pPr>
      <w:r>
        <w:rPr>
          <w:b w:val="0"/>
          <w:i w:val="0"/>
        </w:rPr>
        <w:t>• • •</w:t>
      </w:r>
    </w:p>
    <w:p>
      <w:pPr>
        <w:spacing w:after="80"/>
      </w:pPr>
      <w:r>
        <w:rPr>
          <w:b w:val="0"/>
          <w:i w:val="0"/>
        </w:rPr>
        <w:t>‘Tôi biết lúc này anh đang có những chuyện khác trong đầu,’ Hawk nói khi William đến bên ông ở bình trà, ‘nhưng tôi vừa nhận được một cuộc gọi gấp từ Belmarsh mà chúng ta sẽ cần bàn bạc sau khi kết thúc hiệp đấu.’</w:t>
      </w:r>
    </w:p>
    <w:p>
      <w:pPr>
        <w:spacing w:after="80"/>
      </w:pPr>
      <w:r>
        <w:rPr>
          <w:b w:val="0"/>
          <w:i w:val="0"/>
        </w:rPr>
        <w:t>‘Tất nhiên rồi, thưa ngài, nhưng trước tiên tôi phải ghi được nửa thế kỷ điểm nếu chúng ta muốn thắng trận này.’</w:t>
      </w:r>
    </w:p>
    <w:p>
      <w:pPr>
        <w:spacing w:after="80"/>
      </w:pPr>
      <w:r>
        <w:rPr>
          <w:b w:val="0"/>
          <w:i w:val="0"/>
        </w:rPr>
        <w:t>‘Các giám đốc sở không gọi tôi là ngài khi họ tan ca đâu,’ Hawk nói với nụ cười nhếch mép.</w:t>
      </w:r>
    </w:p>
    <w:p>
      <w:pPr>
        <w:spacing w:after="80"/>
      </w:pPr>
      <w:r>
        <w:rPr>
          <w:b w:val="0"/>
          <w:i w:val="0"/>
        </w:rPr>
        <w:t>‘Chuyện đó sẽ không xảy ra đâu, thưa ngài,’ William đáp ngay lập tức.</w:t>
      </w:r>
    </w:p>
    <w:p>
      <w:pPr>
        <w:spacing w:after="80"/>
      </w:pPr>
      <w:r>
        <w:rPr>
          <w:b w:val="0"/>
          <w:i w:val="0"/>
        </w:rPr>
        <w:t>‘Nhân tiện, nếu Chánh Thanh tra Brooks chỉ huy Đội Bảo vệ Hoàng gia giỏi như cách ông ấy dẫn dắt đội của mình hôm nay, thì ít nhất điều đó cũng giải quyết được một trong những vấn đề của chúng ta,’ Hawk nói khi một trọng tài bước ra sân và rung chuông thật to để báo cho các cầu thủ biết trận đấu sẽ bắt đầu lại sau năm phút.</w:t>
      </w:r>
    </w:p>
    <w:p>
      <w:pPr>
        <w:spacing w:after="80"/>
      </w:pPr>
      <w:r>
        <w:rPr>
          <w:b w:val="0"/>
          <w:i w:val="0"/>
        </w:rPr>
        <w:t>‘Chúc may mắn nhé, các cậu,’ Hawk hét lên khi Ross và Paul bước ra giữa sân.</w:t>
      </w:r>
    </w:p>
    <w:p>
      <w:pPr>
        <w:spacing w:after="80"/>
      </w:pPr>
      <w:r>
        <w:rPr>
          <w:b w:val="0"/>
          <w:i w:val="0"/>
        </w:rPr>
        <w:t>Ross vào vị trí đánh bóng. ‘Giữa và chân,’ anh nói với trọng tài.</w:t>
      </w:r>
    </w:p>
    <w:p>
      <w:pPr>
        <w:spacing w:after="80"/>
      </w:pPr>
      <w:r>
        <w:rPr>
          <w:b w:val="0"/>
          <w:i w:val="0"/>
        </w:rPr>
        <w:t>‘Xin phép ngài,’ William nói, ‘tôi còn một trận đấu quan trọng hơn phải xem.’ Cậu quay lưng lại với Ross và Paul để xem một ván tip and run (đánh chạm rồi chạy) đang diễn ra bên cạnh nhà nghỉ của câu lạc bộ. Peter đang đối mặt với những cú ném bóng khá dữ dội.</w:t>
      </w:r>
    </w:p>
    <w:p>
      <w:pPr>
        <w:spacing w:after="80"/>
      </w:pPr>
      <w:r>
        <w:rPr>
          <w:b w:val="0"/>
          <w:i w:val="0"/>
        </w:rPr>
        <w:t>‘Howzat!’ (Hết chưa!) người ném bóng hét lên khi bóng trúng ống chân Peter.</w:t>
      </w:r>
    </w:p>
    <w:p>
      <w:pPr>
        <w:spacing w:after="80"/>
      </w:pPr>
      <w:r>
        <w:rPr>
          <w:b w:val="0"/>
          <w:i w:val="0"/>
        </w:rPr>
        <w:t>‘Out!’ (Ra rồi!) một cậu bé khác hét lên, và Peter òa khóc, khiến Beth nhanh chóng chạy đến cứu cậu, nhưng Peter cũng nhanh chóng đẩy cô bé ra.</w:t>
      </w:r>
    </w:p>
    <w:p>
      <w:pPr>
        <w:spacing w:after="80"/>
      </w:pPr>
      <w:r>
        <w:rPr>
          <w:b w:val="0"/>
          <w:i w:val="0"/>
        </w:rPr>
        <w:t>William mỉm cười với con trai mình, cho đến khi cậu nghe thấy tiếng da bóng đập vào gỗ và tiếng reo hò vang lên từ phía sau. Quay lại, cậu thấy Paul, đầu cúi gằm, ủ rũ bước về nhà nghỉ, vì đã không ghi được điểm nào.</w:t>
      </w:r>
    </w:p>
    <w:p>
      <w:pPr>
        <w:spacing w:after="80"/>
      </w:pPr>
      <w:r>
        <w:rPr>
          <w:b w:val="0"/>
          <w:i w:val="0"/>
        </w:rPr>
        <w:t>Paul phớt lờ những lời xì xào ‘Xui quá, cậu bạn ạ,’ và ‘Đen thật,’ cả hai cậu đều biết là không đúng sự thật. Cậu chỉ là không tập trung thôi. Sau khi tháo miếng bảo vệ chân, cậu chộp lấy một chiếc bánh sandwich và đi tìm một chiếc ghế xếp còn trống.</w:t>
      </w:r>
    </w:p>
    <w:p>
      <w:pPr>
        <w:spacing w:after="80"/>
        <w:jc w:val="center"/>
      </w:pPr>
      <w:r>
        <w:rPr>
          <w:b w:val="0"/>
          <w:i w:val="0"/>
        </w:rPr>
        <w:t>• • •</w:t>
      </w:r>
    </w:p>
    <w:p>
      <w:pPr>
        <w:spacing w:after="80"/>
      </w:pPr>
      <w:r>
        <w:rPr>
          <w:b w:val="0"/>
          <w:i w:val="0"/>
        </w:rPr>
        <w:t>‘Ai đang ngồi cạnh Paul thế?’ Arthur hỏi.</w:t>
      </w:r>
    </w:p>
    <w:p>
      <w:pPr>
        <w:spacing w:after="80"/>
      </w:pPr>
      <w:r>
        <w:rPr>
          <w:b w:val="0"/>
          <w:i w:val="0"/>
        </w:rPr>
        <w:t>Ngài Julian liếc sang phải. ‘Rebecca Pankhurst. Cô ấy là thành viên trong nhóm thân cận của William, và vừa được thăng chức Trung sĩ Thám tử.’</w:t>
      </w:r>
    </w:p>
    <w:p>
      <w:pPr>
        <w:spacing w:after="80"/>
      </w:pPr>
      <w:r>
        <w:rPr>
          <w:b w:val="0"/>
          <w:i w:val="0"/>
        </w:rPr>
        <w:t>‘Cái tên đó chắc khó mà kế thừa được.’</w:t>
      </w:r>
    </w:p>
    <w:p>
      <w:pPr>
        <w:spacing w:after="80"/>
      </w:pPr>
      <w:r>
        <w:rPr>
          <w:b w:val="0"/>
          <w:i w:val="0"/>
        </w:rPr>
        <w:t>‘William bảo tôi cô ấy cũng đáng gờm y như tổ tiên nhà vận động của mình, và cô ấy thường xuyên tỏa sáng hơn cả những người còn lại trong đội, kể cả chính cậu ấy.’</w:t>
      </w:r>
    </w:p>
    <w:p>
      <w:pPr>
        <w:spacing w:after="80"/>
      </w:pPr>
      <w:r>
        <w:rPr>
          <w:b w:val="0"/>
          <w:i w:val="0"/>
        </w:rPr>
        <w:t>‘Tôi đúng là đồ ngốc,’ Paul nói.</w:t>
      </w:r>
    </w:p>
    <w:p>
      <w:pPr>
        <w:spacing w:after="80"/>
      </w:pPr>
      <w:r>
        <w:rPr>
          <w:b w:val="0"/>
          <w:i w:val="0"/>
        </w:rPr>
        <w:t>‘Điều đó khó có thể gọi là thông tin mật được,’ Rebecca trêu.</w:t>
      </w:r>
    </w:p>
    <w:p>
      <w:pPr>
        <w:spacing w:after="80"/>
      </w:pPr>
      <w:r>
        <w:rPr>
          <w:b w:val="0"/>
          <w:i w:val="0"/>
        </w:rPr>
        <w:t>‘Hôm nay tôi quyết tâm ghi được năm mươi điểm,’ anh nói, ‘gây ấn tượng với sếp và cho chúng ta cơ hội thắng lớn.’</w:t>
      </w:r>
    </w:p>
    <w:p>
      <w:pPr>
        <w:spacing w:after="80"/>
      </w:pPr>
      <w:r>
        <w:rPr>
          <w:b w:val="0"/>
          <w:i w:val="0"/>
        </w:rPr>
        <w:t>‘Có lẽ anh nên dành nhiều thời gian hơn ở khu tập bóng và ít tán tỉnh Christina Faulkner hơn.’</w:t>
      </w:r>
    </w:p>
    <w:p>
      <w:pPr>
        <w:spacing w:after="80"/>
      </w:pPr>
      <w:r>
        <w:rPr>
          <w:b w:val="0"/>
          <w:i w:val="0"/>
        </w:rPr>
        <w:t>‘Chạm rồi. Nhưng tôi nghĩ mình vẫn có cơ hội.’</w:t>
      </w:r>
    </w:p>
    <w:p>
      <w:pPr>
        <w:spacing w:after="80"/>
      </w:pPr>
      <w:r>
        <w:rPr>
          <w:b w:val="0"/>
          <w:i w:val="0"/>
        </w:rPr>
        <w:t>‘Với cô ấy thì đến cả trọng tài cũng có cơ hội,’ Rebecca nói đầy khinh bỉ. Paul trông còn hy vọng hơn nữa. ‘Tôi nghe nói tuần trước anh ở cùng các sĩ quan bảo vệ riêng của Thủ tướng,’ cô nói thêm, muốn đổi chủ đề.</w:t>
      </w:r>
    </w:p>
    <w:p>
      <w:pPr>
        <w:spacing w:after="80"/>
      </w:pPr>
      <w:r>
        <w:rPr>
          <w:b w:val="0"/>
          <w:i w:val="0"/>
        </w:rPr>
        <w:t>‘Đúng vậy. Giờ Colin Brooks đã chuyển đến Buckingham Gate để đứng đầu bộ phận Bảo vệ Hoàng gia, nên ông Sếp giao tôi để mắt đến anh chàng mới thay chỗ anh ta.’</w:t>
      </w:r>
    </w:p>
    <w:p>
      <w:pPr>
        <w:spacing w:after="80"/>
      </w:pPr>
      <w:r>
        <w:rPr>
          <w:b w:val="0"/>
          <w:i w:val="0"/>
        </w:rPr>
        <w:t>‘Có giỏi không?’</w:t>
      </w:r>
    </w:p>
    <w:p>
      <w:pPr>
        <w:spacing w:after="80"/>
      </w:pPr>
      <w:r>
        <w:rPr>
          <w:b w:val="0"/>
          <w:i w:val="0"/>
        </w:rPr>
        <w:t>‘Anh ta làm tốt cho đến khi một chiếc xe chạy ngang nổ pô đúng lúc Thủ tướng đang đi dạo sáng thứ Bảy quanh khu vực bầu cử của bà. Hai sĩ quan bảo vệ của bà túm lấy Người Đàn Bà Sắt, gần như ném bà vào ghế sau xe rồi phóng đi.’</w:t>
      </w:r>
    </w:p>
    <w:p>
      <w:pPr>
        <w:spacing w:after="80"/>
      </w:pPr>
      <w:r>
        <w:rPr>
          <w:b w:val="0"/>
          <w:i w:val="0"/>
        </w:rPr>
        <w:t>‘Nhưng đó chẳng phải là quy trình chuẩn sao, khi một sĩ quan bảo vệ nghĩ rằng người mình bảo vệ có thể gặp nguy hiểm?’</w:t>
      </w:r>
    </w:p>
    <w:p>
      <w:pPr>
        <w:spacing w:after="80"/>
      </w:pPr>
      <w:r>
        <w:rPr>
          <w:b w:val="0"/>
          <w:i w:val="0"/>
        </w:rPr>
        <w:t>‘Đúng, nhưng họ để Denis Thatcher mắc kẹt trên vỉa hè.’</w:t>
      </w:r>
    </w:p>
    <w:p>
      <w:pPr>
        <w:spacing w:after="80"/>
      </w:pPr>
      <w:r>
        <w:rPr>
          <w:b w:val="0"/>
          <w:i w:val="0"/>
        </w:rPr>
        <w:t>Rebecca phá lên cười.</w:t>
      </w:r>
    </w:p>
    <w:p>
      <w:pPr>
        <w:spacing w:after="80"/>
      </w:pPr>
      <w:r>
        <w:rPr>
          <w:b w:val="0"/>
          <w:i w:val="0"/>
        </w:rPr>
        <w:t>‘Tôi đã xin lỗi ông ấy, và ông bảo tôi đừng lo, vì đây không phải lần đầu chuyện đó xảy ra, và ông nghi nó cũng chẳng phải lần cuối. Chết tiệt,’ Paul nói khi thêm một cầu thủ bị loại. ‘Tình hình giờ không ổn lắm cho chúng ta. Ông Sếp là người tiếp theo vào sân, và vì hồi trẻ ông ấy là vận động viên chạy nước rút nên có lẽ ông sẽ làm Ross – hy vọng duy nhất của chúng ta – bị loại. Nhắm mắt lại và cầu nguyện đi.’</w:t>
      </w:r>
    </w:p>
    <w:p>
      <w:pPr>
        <w:spacing w:after="80"/>
      </w:pPr>
      <w:r>
        <w:rPr>
          <w:b w:val="0"/>
          <w:i w:val="0"/>
        </w:rPr>
        <w:t>‘Giống như anh hồi còn đứng ở vạch đánh bóng ấy hả?’</w:t>
      </w:r>
    </w:p>
    <w:p>
      <w:pPr>
        <w:spacing w:after="80"/>
      </w:pPr>
      <w:r>
        <w:rPr>
          <w:b w:val="0"/>
          <w:i w:val="0"/>
        </w:rPr>
        <w:t>Paul ngồi sụp xuống ghế xếp, và nhìn sang trái thấy Christina đang mỉm cười với mình.</w:t>
      </w:r>
    </w:p>
    <w:p>
      <w:pPr>
        <w:spacing w:after="80"/>
        <w:jc w:val="center"/>
      </w:pPr>
      <w:r>
        <w:rPr>
          <w:b w:val="0"/>
          <w:i w:val="0"/>
        </w:rPr>
        <w:t>• • •</w:t>
      </w:r>
    </w:p>
    <w:p>
      <w:pPr>
        <w:spacing w:after="80"/>
      </w:pPr>
      <w:r>
        <w:rPr>
          <w:b w:val="0"/>
          <w:i w:val="0"/>
        </w:rPr>
        <w:t>‘Anh quên Paul đi,’ Beth nói, theo ánh mắt của Christina. ‘Anh ta là khu vực cấm tuyệt đối.’</w:t>
      </w:r>
    </w:p>
    <w:p>
      <w:pPr>
        <w:spacing w:after="80"/>
      </w:pPr>
      <w:r>
        <w:rPr>
          <w:b w:val="0"/>
          <w:i w:val="0"/>
        </w:rPr>
        <w:t>‘Tại sao chứ? Anh ta trông cũng khá bảnh trai đấy.’</w:t>
      </w:r>
    </w:p>
    <w:p>
      <w:pPr>
        <w:spacing w:after="80"/>
      </w:pPr>
      <w:r>
        <w:rPr>
          <w:b w:val="0"/>
          <w:i w:val="0"/>
        </w:rPr>
        <w:t>‘Có thể lắm, nhưng trong khi cô có khả năng là nhân chứng quan trọng trong phiên tòa của chồng cũ, anh ta sẽ không dại gì để bị nhìn thấy đi cùng cô trừ khi có một sĩ quan khác có mặt.’</w:t>
      </w:r>
    </w:p>
    <w:p>
      <w:pPr>
        <w:spacing w:after="80"/>
      </w:pPr>
      <w:r>
        <w:rPr>
          <w:b w:val="0"/>
          <w:i w:val="0"/>
        </w:rPr>
        <w:t>‘Tôi có được chọn sĩ quan kia không?’ Christina hỏi khi Ross giơ cây gậy lên cao để đáp lại tràng pháo tay của khán giả dành cho nửa thế kỷ của anh ta.</w:t>
      </w:r>
    </w:p>
    <w:p>
      <w:pPr>
        <w:spacing w:after="80"/>
      </w:pPr>
      <w:r>
        <w:rPr>
          <w:b w:val="0"/>
          <w:i w:val="0"/>
        </w:rPr>
        <w:t>‘Tôi tưởng cô đã có bạn trai rồi chứ.’</w:t>
      </w:r>
    </w:p>
    <w:p>
      <w:pPr>
        <w:spacing w:after="80"/>
      </w:pPr>
      <w:r>
        <w:rPr>
          <w:b w:val="0"/>
          <w:i w:val="0"/>
        </w:rPr>
        <w:t>‘Anh chàng mới nhất của tôi sắp hết hạn sử dụng rồi.’ Christina thở dài. ‘Nên anh sẽ phải tìm người khác để làm tôi phân tâm cho đến khi phiên tòa kết thúc.’</w:t>
      </w:r>
    </w:p>
    <w:p>
      <w:pPr>
        <w:spacing w:after="80"/>
      </w:pPr>
      <w:r>
        <w:rPr>
          <w:b w:val="0"/>
          <w:i w:val="0"/>
        </w:rPr>
        <w:t>‘Cô thấy Hans Holbein thế nào?’</w:t>
      </w:r>
    </w:p>
    <w:p>
      <w:pPr>
        <w:spacing w:after="80"/>
      </w:pPr>
      <w:r>
        <w:rPr>
          <w:b w:val="0"/>
          <w:i w:val="0"/>
        </w:rPr>
        <w:t>‘Không thể nói là tôi đã từng gặp ông ấy.’</w:t>
      </w:r>
    </w:p>
    <w:p>
      <w:pPr>
        <w:spacing w:after="80"/>
      </w:pPr>
      <w:r>
        <w:rPr>
          <w:b w:val="0"/>
          <w:i w:val="0"/>
        </w:rPr>
        <w:t>‘Điều đó cũng chẳng có gì lạ, vì ông ấy đã chết hơn bốn trăm năm rồi. Dù sao thì, ông ấy cũng ngoài tầm với của cô, nếu không thì có lẽ tôi đã giới thiệu cô với ông ấy từ sớm hơn.’</w:t>
      </w:r>
    </w:p>
    <w:p>
      <w:pPr>
        <w:spacing w:after="80"/>
      </w:pPr>
      <w:r>
        <w:rPr>
          <w:b w:val="0"/>
          <w:i w:val="0"/>
        </w:rPr>
        <w:t>‘Tôi có đang bỏ lỡ điều gì không?’</w:t>
      </w:r>
    </w:p>
    <w:p>
      <w:pPr>
        <w:spacing w:after="80"/>
      </w:pPr>
      <w:r>
        <w:rPr>
          <w:b w:val="0"/>
          <w:i w:val="0"/>
        </w:rPr>
        <w:t>‘Không, trừ khi cô có sẵn mười hai triệu để dư ra, vì gần đây tôi được đề nghị một bức chân dung Holbein về Henry VIII. Chính xác hơn thì, bảo tàng Fitzmolean được đề nghị, nhưng vì phong bì được đánh dấu là riêng tư và bảo mật, nên cô thư ký cũ của tôi đã chuyển lá thư đến cho tôi.’</w:t>
      </w:r>
    </w:p>
    <w:p>
      <w:pPr>
        <w:spacing w:after="80"/>
      </w:pPr>
      <w:r>
        <w:rPr>
          <w:b w:val="0"/>
          <w:i w:val="0"/>
        </w:rPr>
        <w:t>‘Tôi thấy tò mò rồi đấy,’ Christina nói, đặt ly sâm panh xuống.</w:t>
      </w:r>
    </w:p>
    <w:p>
      <w:pPr>
        <w:spacing w:after="80"/>
      </w:pPr>
      <w:r>
        <w:rPr>
          <w:b w:val="0"/>
          <w:i w:val="0"/>
        </w:rPr>
        <w:t>‘Lá thư là của một ông Rosen, một quý ông người Hà Lan sống ở Amsterdam. Trớ trêu là người mà ông ấy lẽ ra nên liên hệ lại là Miles, người mà tôi biết là không có bức Holbein nào trong bộ sưu tập của anh ta, nhưng lại có mười hai triệu bảng.’</w:t>
      </w:r>
    </w:p>
    <w:p>
      <w:pPr>
        <w:spacing w:after="80"/>
      </w:pPr>
      <w:r>
        <w:rPr>
          <w:b w:val="0"/>
          <w:i w:val="0"/>
        </w:rPr>
        <w:t>‘Anh đã từng gặp ông Rosen này chưa?’</w:t>
      </w:r>
    </w:p>
    <w:p>
      <w:pPr>
        <w:spacing w:after="80"/>
      </w:pPr>
      <w:r>
        <w:rPr>
          <w:b w:val="0"/>
          <w:i w:val="0"/>
        </w:rPr>
        <w:t>‘Chưa, nhưng điều khiến bức tranh trở nên khác thường là có một lá thư viết tay của chính Holbein được đính vào mặt sau tấm ván gỗ sồi mà bức tranh được vẽ lên. Lá thư gửi cho một bác sĩ Rosen, người mà rõ ràng là bác sĩ của ông ấy vào thời điểm ông ấy qua đời. Nên tôi nghĩ chúng ta có thể cho rằng người bán đã thừa kế bức tranh và đang phải chia tay với nó.’</w:t>
      </w:r>
    </w:p>
    <w:p>
      <w:pPr>
        <w:spacing w:after="80"/>
      </w:pPr>
      <w:r>
        <w:rPr>
          <w:b w:val="0"/>
          <w:i w:val="0"/>
        </w:rPr>
        <w:t>‘Phải chia tay?’</w:t>
      </w:r>
    </w:p>
    <w:p>
      <w:pPr>
        <w:spacing w:after="80"/>
      </w:pPr>
      <w:r>
        <w:rPr>
          <w:b w:val="0"/>
          <w:i w:val="0"/>
        </w:rPr>
        <w:t>‘Cái chết, ly hôn hoặc nợ nần. Một trong bộ ba bất thiện đó thường là lý do khiến một bức tranh quan trọng như vậy xuất hiện trên thị trường.’</w:t>
      </w:r>
    </w:p>
    <w:p>
      <w:pPr>
        <w:spacing w:after="80"/>
      </w:pPr>
      <w:r>
        <w:rPr>
          <w:b w:val="0"/>
          <w:i w:val="0"/>
        </w:rPr>
        <w:t>‘Và mười hai triệu là một cái giá hợp lý chứ?’ Christina hỏi một cách thản nhiên.</w:t>
      </w:r>
    </w:p>
    <w:p>
      <w:pPr>
        <w:spacing w:after="80"/>
      </w:pPr>
      <w:r>
        <w:rPr>
          <w:b w:val="0"/>
          <w:i w:val="0"/>
        </w:rPr>
        <w:t>‘Trên thị trường mở, nó có thể bán được tới mười lăm triệu. Nhưng ông Rosen có thể không muốn cả thế giới biết rằng ông ấy đang phải chia tay một món gia bảo, nên ông ấy sẽ không đưa nó cho Christie's hay Sotheby's. Không quan trọng, vì tôi đã gửi lại lá thư của ông ấy cho Fitzmolean rồi. Ủy ban mua sắm sẽ dành hàng giờ để thảo luận xem làm sao họ có thể huy động đủ tiền để mua bức tranh, trước khi đi đến kết luận rằng họ không thể. Họ thậm chí có thể liên hệ với bạn để xem bạn có muốn quyên tặng không.’</w:t>
      </w:r>
    </w:p>
    <w:p>
      <w:pPr>
        <w:spacing w:after="80"/>
      </w:pPr>
      <w:r>
        <w:rPr>
          <w:b w:val="0"/>
          <w:i w:val="0"/>
        </w:rPr>
        <w:t>‘Sau cách họ đối xử với bạn thì đừng hòng,’ Christina nói khi quay lại và một lần nữa nhìn về phía Paul, nhưng tâm trí cô đang bận rộn với một thứ cô còn thích hơn cả tình dục: tiền.</w:t>
      </w:r>
    </w:p>
    <w:p>
      <w:pPr>
        <w:spacing w:after="80"/>
        <w:jc w:val="center"/>
      </w:pPr>
      <w:r>
        <w:rPr>
          <w:b w:val="0"/>
          <w:i w:val="0"/>
        </w:rPr>
        <w:t>• • •</w:t>
      </w:r>
    </w:p>
    <w:p>
      <w:pPr>
        <w:spacing w:after="80"/>
      </w:pPr>
      <w:r>
        <w:rPr>
          <w:b w:val="0"/>
          <w:i w:val="0"/>
        </w:rPr>
        <w:t>‘William đã làm tốt để giữ vững phần của mình,’ Ngài Julian nói, ‘trong khi để Ross tiếp tục cập nhật bảng điểm.’</w:t>
      </w:r>
    </w:p>
    <w:p>
      <w:pPr>
        <w:spacing w:after="80"/>
      </w:pPr>
      <w:r>
        <w:rPr>
          <w:b w:val="0"/>
          <w:i w:val="0"/>
        </w:rPr>
        <w:t>‘Vẫn sẽ là một trận đấu sát nút,’ Arthur nói khi kiểm tra bảng điểm. ‘Chúng ta cần thêm ba mươi ba điểm nữa mà chỉ còn năm lượt ném.’</w:t>
      </w:r>
    </w:p>
    <w:p>
      <w:pPr>
        <w:spacing w:after="80"/>
      </w:pPr>
      <w:r>
        <w:rPr>
          <w:b w:val="0"/>
          <w:i w:val="0"/>
        </w:rPr>
        <w:t>‘Vậy thì hai người này cần phải còn trụ lại đến khi kết thúc trận nếu chúng ta muốn có bất kỳ cơ hội thắng nào,’ Ngài Julian nói, đúng lúc William đánh bóng vọt cao lên không trung. Mọi người trên sân đều dõi theo đường bay của quả bóng khi một cầu thủ phòng ngự lao từ đường biên vào, bay người hết cỡ và bắt gọn quả bóng bằng một tay, trước khi lăn xuống đất.</w:t>
      </w:r>
    </w:p>
    <w:p>
      <w:pPr>
        <w:spacing w:after="80"/>
      </w:pPr>
      <w:r>
        <w:rPr>
          <w:b w:val="0"/>
          <w:i w:val="0"/>
        </w:rPr>
        <w:t>‘Lời nguyền của bình luận viên,’ Arthur nói đầy tiếc nuối khi William giơ gậy lên để ghi nhận pha bắt bóng đẹp mắt trước khi rời sân. Một phần của kịch bản mà anh không thể nào sắp đặt tốt hơn được. Anh trở về nhà nghỉ trong tiếng vỗ tay nồng nhiệt, tháo miếng bảo vệ chân và quay lại với vị chỉ huy.</w:t>
      </w:r>
    </w:p>
    <w:p>
      <w:pPr>
        <w:spacing w:after="80"/>
      </w:pPr>
      <w:r>
        <w:rPr>
          <w:b w:val="0"/>
          <w:i w:val="0"/>
        </w:rPr>
        <w:t>‘Có lẽ sẽ tốt hơn nếu cậu ở lại đó thêm vài lượt ném nữa,’ Hawk nói. ‘Cậu đã để đội của cậu vẫn cần thêm mười ba điểm nữa mà chỉ còn vài lượt ném.’</w:t>
      </w:r>
    </w:p>
    <w:p>
      <w:pPr>
        <w:spacing w:after="80"/>
      </w:pPr>
      <w:r>
        <w:rPr>
          <w:b w:val="0"/>
          <w:i w:val="0"/>
        </w:rPr>
        <w:t>‘Ngài muốn nói chuyện với tôi ạ,’ William nói.</w:t>
      </w:r>
    </w:p>
    <w:p>
      <w:pPr>
        <w:spacing w:after="80"/>
      </w:pPr>
      <w:r>
        <w:rPr>
          <w:b w:val="0"/>
          <w:i w:val="0"/>
        </w:rPr>
        <w:t>‘Đúng vậy. Miles Faulkner đã liên lạc.’</w:t>
      </w:r>
    </w:p>
    <w:p>
      <w:pPr>
        <w:spacing w:after="80"/>
      </w:pPr>
      <w:r>
        <w:rPr>
          <w:b w:val="0"/>
          <w:i w:val="0"/>
        </w:rPr>
        <w:t>William nhanh chóng chuyển trở lại thế giới khác của mình. ‘Vậy thì tôi đoán ngài muốn nói đến Booth Watson.’</w:t>
      </w:r>
    </w:p>
    <w:p>
      <w:pPr>
        <w:spacing w:after="80"/>
      </w:pPr>
      <w:r>
        <w:rPr>
          <w:b w:val="0"/>
          <w:i w:val="0"/>
        </w:rPr>
        <w:t>‘Không, đó mới là điều lạ,’ Hawk nói. ‘Khi Faulkner được đưa về buồng giam sau buổi gặp người thăm nuôi chiều nay, anh ta nhìn lên hành lang và gửi một thông điệp rõ ràng cho một trong những người đọc khẩu hình của chúng ta.’</w:t>
      </w:r>
    </w:p>
    <w:p>
      <w:pPr>
        <w:spacing w:after="80"/>
      </w:pPr>
      <w:r>
        <w:rPr>
          <w:b w:val="0"/>
          <w:i w:val="0"/>
        </w:rPr>
        <w:t>‘Thông điệp là gì?’</w:t>
      </w:r>
    </w:p>
    <w:p>
      <w:pPr>
        <w:spacing w:after="80"/>
      </w:pPr>
      <w:r>
        <w:rPr>
          <w:b w:val="0"/>
          <w:i w:val="0"/>
        </w:rPr>
        <w:t>‘“Tôi cần gặp Giám đốc Warwick gấp.”’</w:t>
      </w:r>
    </w:p>
    <w:p>
      <w:pPr>
        <w:spacing w:after="80"/>
      </w:pPr>
      <w:r>
        <w:rPr>
          <w:b w:val="0"/>
          <w:i w:val="0"/>
        </w:rPr>
        <w:t>‘Anh ta gan thật.’</w:t>
      </w:r>
    </w:p>
    <w:p>
      <w:pPr>
        <w:spacing w:after="80"/>
      </w:pPr>
      <w:r>
        <w:rPr>
          <w:b w:val="0"/>
          <w:i w:val="0"/>
        </w:rPr>
        <w:t>‘Đồng ý,’ Chim Ưng nói. ‘Nhưng nếu anh từ chối gặp ông ta, và hóa ra ông ta có thông tin có thể ngăn chặn một vụ phạm tội nghiêm trọng, thì chỉ càng cho Booth Watson thêm đạn dược để khuấy động bồi thẩm đoàn khi vụ án của ông ta ra tòa.’</w:t>
      </w:r>
    </w:p>
    <w:p>
      <w:pPr>
        <w:spacing w:after="80"/>
      </w:pPr>
      <w:r>
        <w:rPr>
          <w:b w:val="0"/>
          <w:i w:val="0"/>
        </w:rPr>
        <w:t>‘Nhưng nếu ông ta nhận tội,’ William nói, ‘thì sẽ không có phiên tòa nào cả.’</w:t>
      </w:r>
    </w:p>
    <w:p>
      <w:pPr>
        <w:spacing w:after="80"/>
      </w:pPr>
      <w:r>
        <w:rPr>
          <w:b w:val="0"/>
          <w:i w:val="0"/>
        </w:rPr>
        <w:t>‘Trừ khi ông ta đã quyết định thay đổi lời nhận tội và muốn thương lượng một thỏa thuận.’</w:t>
      </w:r>
    </w:p>
    <w:p>
      <w:pPr>
        <w:spacing w:after="80"/>
      </w:pPr>
      <w:r>
        <w:rPr>
          <w:b w:val="0"/>
          <w:i w:val="0"/>
        </w:rPr>
        <w:t>‘Lúc đó ai đang thăm ông ta?’ là câu hỏi tiếp theo của William.</w:t>
      </w:r>
    </w:p>
    <w:p>
      <w:pPr>
        <w:spacing w:after="80"/>
      </w:pPr>
      <w:r>
        <w:rPr>
          <w:b w:val="0"/>
          <w:i w:val="0"/>
        </w:rPr>
        <w:t>‘Lamont.’</w:t>
      </w:r>
    </w:p>
    <w:p>
      <w:pPr>
        <w:spacing w:after="80"/>
      </w:pPr>
      <w:r>
        <w:rPr>
          <w:b w:val="0"/>
          <w:i w:val="0"/>
        </w:rPr>
        <w:t xml:space="preserve">‘Vậy tại sao Faulkner không nhờ </w:t>
      </w:r>
      <w:r>
        <w:rPr>
          <w:b w:val="0"/>
          <w:i/>
        </w:rPr>
        <w:t>ông ta</w:t>
      </w:r>
      <w:r>
        <w:rPr>
          <w:b w:val="0"/>
          <w:i w:val="0"/>
        </w:rPr>
        <w:t xml:space="preserve"> chuyển lời nhắn?’</w:t>
      </w:r>
    </w:p>
    <w:p>
      <w:pPr>
        <w:spacing w:after="80"/>
      </w:pPr>
      <w:r>
        <w:rPr>
          <w:b w:val="0"/>
          <w:i w:val="0"/>
        </w:rPr>
        <w:t>‘Tôi đã tự hỏi mình câu đó cả chục lần, và đi đến kết luận Faulkner đơn giản là không tin ông ta.’</w:t>
      </w:r>
    </w:p>
    <w:p>
      <w:pPr>
        <w:spacing w:after="80"/>
      </w:pPr>
      <w:r>
        <w:rPr>
          <w:b w:val="0"/>
          <w:i w:val="0"/>
        </w:rPr>
        <w:t>‘Chà, ít nhất đó là điều chúng ta có thể đồng ý với nhau,’ William nói. ‘Nhưng tại sao Faulkner lại đồng ý gặp ông ta ngay từ đầu chứ?’</w:t>
      </w:r>
    </w:p>
    <w:p>
      <w:pPr>
        <w:spacing w:after="80"/>
      </w:pPr>
      <w:r>
        <w:rPr>
          <w:b w:val="0"/>
          <w:i w:val="0"/>
        </w:rPr>
        <w:t>‘Tất cả những gì các chuyên gia đọc khẩu hình có thể đưa ra,’ Chim Ưng nói, ‘là bộ sưu tập nghệ thuật, Lee, giám đốc ngân hàng và Booth Watson.’</w:t>
      </w:r>
    </w:p>
    <w:p>
      <w:pPr>
        <w:spacing w:after="80"/>
      </w:pPr>
      <w:r>
        <w:rPr>
          <w:b w:val="0"/>
          <w:i w:val="0"/>
        </w:rPr>
        <w:t>‘Tôi có cảm giác Rebecca sẽ thích thú tìm ra sợi dây liên kết những từ đặc biệt đó,’ William nói. ‘Nhưng nó vẫn không giải thích được tại sao Faulkner không đi theo kênh thông thường và nhờ Booth Watson chuyển lời nhắn, nếu nó gấp đến thế.’</w:t>
      </w:r>
    </w:p>
    <w:p>
      <w:pPr>
        <w:spacing w:after="80"/>
      </w:pPr>
      <w:r>
        <w:rPr>
          <w:b w:val="0"/>
          <w:i w:val="0"/>
        </w:rPr>
        <w:t>‘Có lẽ ông ta cũng không còn tin ông ấy nữa.’</w:t>
      </w:r>
    </w:p>
    <w:p>
      <w:pPr>
        <w:spacing w:after="80"/>
      </w:pPr>
      <w:r>
        <w:rPr>
          <w:b w:val="0"/>
          <w:i w:val="0"/>
        </w:rPr>
        <w:t>‘Có thể anh đúng,’ William nói. ‘Tôi chưa bao giờ hiểu nổi tại sao Miles Faulkner, trong tất cả mọi người, lại dễ dàng nhượng bộ đến vậy và đồng ý chỉ được giảm vài năm tù, khi ông ta có bao nhiêu đạn dược để bắn vào chúng ta.’</w:t>
      </w:r>
    </w:p>
    <w:p>
      <w:pPr>
        <w:spacing w:after="80"/>
      </w:pPr>
      <w:r>
        <w:rPr>
          <w:b w:val="0"/>
          <w:i w:val="0"/>
        </w:rPr>
        <w:t>‘Chỉ Booth Watson mới biết câu trả lời cho điều đó,’ Chim Ưng nói. ‘Và đôi khi tay phải của ông ta không biết tay trái của mình đang làm gì.’</w:t>
      </w:r>
    </w:p>
    <w:p>
      <w:pPr>
        <w:spacing w:after="80"/>
      </w:pPr>
      <w:r>
        <w:rPr>
          <w:b w:val="0"/>
          <w:i w:val="0"/>
        </w:rPr>
        <w:t>‘Nhớ lại cái ồn ào Faulkner gây ra khi chúng ta đưa ông ta về từ Tây Ban Nha,’ William nói. ‘Tôi đã chờ Booth Watson ném vào chúng ta nhiều thứ hơn cả cái bồn rửa bát.’</w:t>
      </w:r>
    </w:p>
    <w:p>
      <w:pPr>
        <w:spacing w:after="80"/>
      </w:pPr>
      <w:r>
        <w:rPr>
          <w:b w:val="0"/>
          <w:i w:val="0"/>
        </w:rPr>
        <w:t>‘Điều đó gợi ý cho tôi,’ Chim Ưng nói, ‘rằng điều Faulkner muốn thảo luận gấp gáp đến vậy không liên quan gì đến phiên tòa của ông ta. Thẳng thắn mà nói, chỉ có một cách để chúng ta tìm ra đó là gì.’</w:t>
      </w:r>
    </w:p>
    <w:p>
      <w:pPr>
        <w:spacing w:after="80"/>
      </w:pPr>
      <w:r>
        <w:rPr>
          <w:b w:val="0"/>
          <w:i w:val="0"/>
        </w:rPr>
        <w:t>William nhìn ra sân bóng, và cố tập trung vào hai vấn đề cùng một lúc.</w:t>
      </w:r>
    </w:p>
    <w:p>
      <w:pPr>
        <w:spacing w:after="80"/>
      </w:pPr>
      <w:r>
        <w:rPr>
          <w:b w:val="0"/>
          <w:i w:val="0"/>
        </w:rPr>
        <w:t>‘Nếu anh thực sự quyết định gặp ông ta,’ viên chỉ huy tiếp tục, ‘thì hãy dẫn theo ai đó, để họ ghi lại từng lời ông ta nói, vì tôi vẫn không tin ông ta dù chỉ một chút.’</w:t>
      </w:r>
    </w:p>
    <w:p>
      <w:pPr>
        <w:spacing w:after="80"/>
      </w:pPr>
      <w:r>
        <w:rPr>
          <w:b w:val="0"/>
          <w:i w:val="0"/>
        </w:rPr>
        <w:t>‘Và dù vậy, ông vẫn nghĩ đó là một rủi ro đáng để chấp nhận?’</w:t>
      </w:r>
    </w:p>
    <w:p>
      <w:pPr>
        <w:spacing w:after="80"/>
      </w:pPr>
      <w:r>
        <w:rPr>
          <w:b w:val="0"/>
          <w:i w:val="0"/>
        </w:rPr>
        <w:t>‘Tôi không nghĩ chúng ta còn nhiều lựa chọn, thưa Tổng thanh tra,’ Chim Ưng nói khi một khán giả lững thững bước vào trong tầm nghe. ‘Sắp đến hồi gay cấn rồi,’ ông thêm vào, nói ra điều ai cũng thấy.</w:t>
      </w:r>
    </w:p>
    <w:p>
      <w:pPr>
        <w:spacing w:after="80"/>
      </w:pPr>
      <w:r>
        <w:rPr>
          <w:b w:val="0"/>
          <w:i w:val="0"/>
        </w:rPr>
        <w:t>William liếc nhìn bảng điểm, cố gắng tập trung vào trận đấu. Đội trưởng đối phương đang tung bóng cho tay ném nhanh, người đã loại Paul ngay ván đầu tiên.</w:t>
      </w:r>
    </w:p>
    <w:p>
      <w:pPr>
        <w:spacing w:after="80"/>
      </w:pPr>
      <w:r>
        <w:rPr>
          <w:b w:val="0"/>
          <w:i w:val="0"/>
        </w:rPr>
        <w:t>‘Cần tám điểm nữa trong ván cuối,’ Chim Ưng trầm ngâm. ‘Với Ross còn đứng ở vạch ném thì chẳng đáng ngại gì.’</w:t>
      </w:r>
    </w:p>
    <w:p>
      <w:pPr>
        <w:spacing w:after="80"/>
      </w:pPr>
      <w:r>
        <w:rPr>
          <w:b w:val="0"/>
          <w:i w:val="0"/>
        </w:rPr>
        <w:t>Cả hai đều chuyển sự chú ý sang diễn biến ở giữa sân, nơi tay ném, với vẻ mặt đầy sát khí, đang lao tới để thực hiện quả bóng đầu tiên của ván cuối cùng.</w:t>
      </w:r>
    </w:p>
    <w:p>
      <w:pPr>
        <w:spacing w:after="80"/>
      </w:pPr>
      <w:r>
        <w:rPr>
          <w:b w:val="0"/>
          <w:i w:val="0"/>
        </w:rPr>
        <w:t>Ross ngả người ra sau và đánh một cú yorker (bóng ném sát chân) xuyên qua khu vực covers để ghi hai điểm, nhưng không chạy tiếp để lấy điểm thứ ba dễ dàng, vì anh muốn giữ quyền đánh. Anh chặn hai quả bóng tiếp theo, khiến đội royals vẫn cần sáu điểm trong ba quả bóng cuối.</w:t>
      </w:r>
    </w:p>
    <w:p>
      <w:pPr>
        <w:spacing w:after="80"/>
      </w:pPr>
      <w:r>
        <w:rPr>
          <w:b w:val="0"/>
          <w:i w:val="0"/>
        </w:rPr>
        <w:t>‘Chẳng khó lắm đâu,’ Chim Ưng tuyên bố đầy tự tin.</w:t>
      </w:r>
    </w:p>
    <w:p>
      <w:pPr>
        <w:spacing w:after="80"/>
      </w:pPr>
      <w:r>
        <w:rPr>
          <w:b w:val="0"/>
          <w:i w:val="0"/>
        </w:rPr>
        <w:t>William không đưa ra ý kiến gì.</w:t>
      </w:r>
    </w:p>
    <w:p>
      <w:pPr>
        <w:spacing w:after="80"/>
      </w:pPr>
      <w:r>
        <w:rPr>
          <w:b w:val="0"/>
          <w:i w:val="0"/>
        </w:rPr>
        <w:t>Quả bóng tiếp theo bị ném quá cao, và Ross quét nó ra biên, chỉ còn cần hai điểm trong hai quả bóng cuối của trận đấu. Tay ném giận dữ lau quả bóng trên bộ quần áo trắng lấm vết đỏ của mình, rồi lại lao tới và tung một cú bouncer (bóng ném bật cao) bay qua vai Ross, khiến anh cần ghi hai điểm trong quả bóng cuối cùng.</w:t>
      </w:r>
    </w:p>
    <w:p>
      <w:pPr>
        <w:spacing w:after="80"/>
      </w:pPr>
      <w:r>
        <w:rPr>
          <w:b w:val="0"/>
          <w:i w:val="0"/>
        </w:rPr>
        <w:t>Một sự im lặng bao trùm sân đấu khi tay ném lau quả bóng lần cuối trước khi lại tiến tới vạch wicket đầy đe dọa. Một quả bóng chậm được ngụy trang khéo léo dường như khiến Ross bất ngờ. Anh bước tới và bị đánh lừa bởi đường bay, xoay người và tuyệt vọng trượt chân về lại vạch, đúng lúc thủ môn wicket (người đã được ra hiệu về ý đồ của tay ném) tiến lên các cọc gôn, hất tung các thanh bails và hét to hết mức, ‘Howzat!’ (Hỏi trọng tài thế nào!)</w:t>
      </w:r>
    </w:p>
    <w:p>
      <w:pPr>
        <w:spacing w:after="80"/>
      </w:pPr>
      <w:r>
        <w:rPr>
          <w:b w:val="0"/>
          <w:i w:val="0"/>
        </w:rPr>
        <w:t>Mọi người trên sân đều quay lại nhìn khi trọng tài ở vị trí square leg (góc vuông) cân nhắc quyết định của mình. Sau vài giây phút đắn đo đầy căng thẳng, ông giơ cao ngón trỏ lên trời, đón nhận những tiếng reo vui từ đội Bảo vệ Hoàng gia và những người ủng hộ họ, những người ngay lập tức nhảy cẫng lên và ôm nhau để ăn mừng chiến thắng cách biệt đúng một điểm.</w:t>
      </w:r>
    </w:p>
    <w:p>
      <w:pPr>
        <w:spacing w:after="80"/>
      </w:pPr>
      <w:r>
        <w:rPr>
          <w:b w:val="0"/>
          <w:i w:val="0"/>
        </w:rPr>
        <w:t>‘Không giống Hogan chút nào khi mất bình tĩnh vào thời khắc then chốt như vậy,’ Chim Ưng nhận xét khi Ross rời sân đấu, đầu cúi gằm.</w:t>
      </w:r>
    </w:p>
    <w:p>
      <w:pPr>
        <w:spacing w:after="80"/>
      </w:pPr>
      <w:r>
        <w:rPr>
          <w:b w:val="0"/>
          <w:i w:val="0"/>
        </w:rPr>
        <w:t>‘Ông ấy không mất bình tĩnh,’ William nói khẽ. ‘Ông ấy chỉ đơn giản là thực hiện mệnh lệnh.’</w:t>
      </w:r>
    </w:p>
    <w:p>
      <w:pPr>
        <w:spacing w:after="80"/>
      </w:pPr>
      <w:r>
        <w:rPr>
          <w:b w:val="0"/>
          <w:i w:val="0"/>
        </w:rPr>
        <w:t>Viên chỉ huy nhìn chằm chằm William một lúc lâu trước khi nói, ‘Tôi thực sự tin rằng, thưa Tổng thanh tra, anh cũng xảo quyệt y như người cha lỗi lạc của anh vậy.’</w:t>
      </w:r>
    </w:p>
    <w:p>
      <w:pPr>
        <w:spacing w:after="80"/>
      </w:pPr>
      <w:r>
        <w:rPr>
          <w:b w:val="0"/>
          <w:i w:val="0"/>
        </w:rPr>
        <w:t>‘Đó là lời khen lớn nhất mà ông từng dành cho tôi, thưa ông,’ William đáp, rồi thong thả bước ra sân. ‘Chơi hay lắm, Colin,’ anh nói khi bắt tay người đồng cấp. ‘Một chiến thắng xứng đáng.’</w:t>
      </w:r>
    </w:p>
    <w:p>
      <w:pPr>
        <w:spacing w:after="80"/>
      </w:pPr>
      <w:r>
        <w:rPr>
          <w:b w:val="0"/>
          <w:i w:val="0"/>
        </w:rPr>
        <w:t>‘Đúng là xảo quyệt y như cha cô,’ viên chỉ huy lặp lại khi nhìn sang Ngài Julian, người đang lặng lẽ vỗ tay.</w:t>
      </w:r>
    </w:p>
    <w:p>
      <w:pPr>
        <w:pStyle w:val="Heading2"/>
      </w:pPr>
      <w:r>
        <w:rPr>
          <w:rFonts w:ascii="Calibri" w:hAnsi="Calibri"/>
          <w:b/>
          <w:i w:val="0"/>
          <w:sz w:val="32"/>
        </w:rPr>
        <w:t>CHƯƠNG 25</w:t>
      </w:r>
    </w:p>
    <w:p>
      <w:pPr>
        <w:spacing w:after="80"/>
      </w:pPr>
      <w:r>
        <w:rPr>
          <w:b w:val="0"/>
          <w:i w:val="0"/>
        </w:rPr>
        <w:t>‘Thật vui khi được gặp lại bà, bà Faulkner,’ Johnny van Haeften nói khi Christina thong thả bước vào phòng tranh của ông trên phố Duke.</w:t>
      </w:r>
    </w:p>
    <w:p>
      <w:pPr>
        <w:spacing w:after="80"/>
      </w:pPr>
      <w:r>
        <w:rPr>
          <w:b w:val="0"/>
          <w:i w:val="0"/>
        </w:rPr>
        <w:t>Christina thấy ấn tượng vì van Haeften nhớ ra cô, bởi cô chỉ mới gặp ông vài lần khi cùng Miles đến dự những buổi khai mạc phòng tranh đông nghẹt người.</w:t>
      </w:r>
    </w:p>
    <w:p>
      <w:pPr>
        <w:spacing w:after="80"/>
      </w:pPr>
      <w:r>
        <w:rPr>
          <w:b w:val="0"/>
          <w:i w:val="0"/>
        </w:rPr>
        <w:t>‘Ông có thể cho tôi biết điều gì về một bức chân dung Henry VIII của Hans Holbein bị mất tích không?’ cô hỏi, đi thẳng vào vấn đề.</w:t>
      </w:r>
    </w:p>
    <w:p>
      <w:pPr>
        <w:spacing w:after="80"/>
      </w:pPr>
      <w:r>
        <w:rPr>
          <w:b w:val="0"/>
          <w:i w:val="0"/>
        </w:rPr>
        <w:t>‘Hans Holbein the Younger (Hans Holbein Trẻ),’ van Haeften nói, ‘đã vẽ nhà Vua ba lần. Bức sớm nhất hiện được trưng bày tại Phòng tranh Walker ở Liverpool. Bức tiếp theo đáng tiếc đã bị phá hủy trong một vụ hỏa hoạn năm 1698. Bức thứ ba nằm trong tay tư nhân, và chưa từng được công chúng nhìn thấy kể từ lần cuối được trưng bày tại Staatsgalerie cũ ở Stuttgart năm 1873.’</w:t>
      </w:r>
    </w:p>
    <w:p>
      <w:pPr>
        <w:spacing w:after="80"/>
      </w:pPr>
      <w:r>
        <w:rPr>
          <w:b w:val="0"/>
          <w:i w:val="0"/>
        </w:rPr>
        <w:t>‘Nếu nó xuất hiện trên thị trường, ông nghĩ nó sẽ có giá bao nhiêu?’ Christina hỏi, giọng nghe như một tay buôn xe cũ.</w:t>
      </w:r>
    </w:p>
    <w:p>
      <w:pPr>
        <w:spacing w:after="80"/>
      </w:pPr>
      <w:r>
        <w:rPr>
          <w:b w:val="0"/>
          <w:i w:val="0"/>
        </w:rPr>
        <w:t>‘Thật khó để đưa ra một ước tính chính xác cho một bức tranh có tầm quan trọng lịch sử như vậy, nhưng chắc chắn là mười hai triệu, và có thể mười lăm triệu trong thị trường đang nóng sốt hiện nay. Chồng bà, hẳn bà biết, thưa bà Faulkner, đã tìm kiếm một bức Holbein trong vài năm nay.’</w:t>
      </w:r>
    </w:p>
    <w:p>
      <w:pPr>
        <w:spacing w:after="80"/>
      </w:pPr>
      <w:r>
        <w:rPr>
          <w:b w:val="0"/>
          <w:i w:val="0"/>
        </w:rPr>
        <w:t>Cô không biết điều đó, nhưng rất vui khi nghe được.</w:t>
      </w:r>
    </w:p>
    <w:p>
      <w:pPr>
        <w:spacing w:after="80"/>
      </w:pPr>
      <w:r>
        <w:rPr>
          <w:b w:val="0"/>
          <w:i w:val="0"/>
        </w:rPr>
        <w:t>‘Có lần anh ấy nói với tôi rằng anh ấy coi đó là một lỗ hổng lớn trong bộ sưu tập thời Phục hưng của mình và định lấp đầy nếu có bức nào xuất hiện trên thị trường.’</w:t>
      </w:r>
    </w:p>
    <w:p>
      <w:pPr>
        <w:spacing w:after="80"/>
      </w:pPr>
      <w:r>
        <w:rPr>
          <w:b w:val="0"/>
          <w:i w:val="0"/>
        </w:rPr>
        <w:t>‘Thật thú vị,’ Christina nói, liếc nhìn đồng hồ. ‘Xin lỗi ông, tôi có một cuộc hẹn ăn trưa. Phải đi ngay đây.’</w:t>
      </w:r>
    </w:p>
    <w:p>
      <w:pPr>
        <w:spacing w:after="80"/>
      </w:pPr>
      <w:r>
        <w:rPr>
          <w:b w:val="0"/>
          <w:i w:val="0"/>
        </w:rPr>
        <w:t>Khi cô quay người rời đi, van Haeften nói: ‘Nhớ gửi lời chúc tốt đẹp nhất của tôi đến chồng bà khi bà gặp anh ấy nhé.’</w:t>
      </w:r>
    </w:p>
    <w:p>
      <w:pPr>
        <w:spacing w:after="80"/>
      </w:pPr>
      <w:r>
        <w:rPr>
          <w:b w:val="0"/>
          <w:i w:val="0"/>
        </w:rPr>
        <w:t>‘Chắc chắn rồi,’ Christina nói, rồi lẩm bẩm thêm, ‘khi tôi gặp lại anh ta.’</w:t>
      </w:r>
    </w:p>
    <w:p>
      <w:pPr>
        <w:spacing w:after="80"/>
      </w:pPr>
      <w:r>
        <w:rPr>
          <w:b w:val="0"/>
          <w:i w:val="0"/>
        </w:rPr>
        <w:t>Cô lẻn ra khỏi phòng tranh và hướng về khách sạn Ritz. Cô không để ý đến người đàn ông đang đứng trong một ô cửa trên phố St James’s, dù cô đi thẳng ngang qua ông ta.</w:t>
      </w:r>
    </w:p>
    <w:p>
      <w:pPr>
        <w:spacing w:after="80"/>
        <w:jc w:val="center"/>
      </w:pPr>
      <w:r>
        <w:rPr>
          <w:b w:val="0"/>
          <w:i w:val="0"/>
        </w:rPr>
        <w:t>• • •</w:t>
      </w:r>
    </w:p>
    <w:p>
      <w:pPr>
        <w:spacing w:after="80"/>
      </w:pPr>
      <w:r>
        <w:rPr>
          <w:b w:val="0"/>
          <w:i w:val="0"/>
        </w:rPr>
        <w:t>‘Ông khỏe không, Constable?’ viên quản giáo nhà tù hỏi.</w:t>
      </w:r>
    </w:p>
    <w:p>
      <w:pPr>
        <w:spacing w:after="80"/>
      </w:pPr>
      <w:r>
        <w:rPr>
          <w:b w:val="0"/>
          <w:i w:val="0"/>
        </w:rPr>
        <w:t>‘Con khỏe, cảm ơn ngài,’ William đáp, phớt lờ việc bị hạ chức đầy mỉa mai.</w:t>
      </w:r>
    </w:p>
    <w:p>
      <w:pPr>
        <w:spacing w:after="80"/>
      </w:pPr>
      <w:r>
        <w:rPr>
          <w:b w:val="0"/>
          <w:i w:val="0"/>
        </w:rPr>
        <w:t>‘Sau ngần ấy năm, có khi nào cậu gọi tôi là Richard không?’</w:t>
      </w:r>
    </w:p>
    <w:p>
      <w:pPr>
        <w:spacing w:after="80"/>
      </w:pPr>
      <w:r>
        <w:rPr>
          <w:b w:val="0"/>
          <w:i w:val="0"/>
        </w:rPr>
        <w:t>‘Không đời nào, thưa ngài.’</w:t>
      </w:r>
    </w:p>
    <w:p>
      <w:pPr>
        <w:spacing w:after="80"/>
      </w:pPr>
      <w:r>
        <w:rPr>
          <w:b w:val="0"/>
          <w:i w:val="0"/>
        </w:rPr>
        <w:t>‘Tôi không ngạc nhiên, nhưng mà cậu vốn đã theo lối cũ từ hồi còn mặc quần đùi cơ mà.’</w:t>
      </w:r>
    </w:p>
    <w:p>
      <w:pPr>
        <w:spacing w:after="80"/>
      </w:pPr>
      <w:r>
        <w:rPr>
          <w:b w:val="0"/>
          <w:i w:val="0"/>
        </w:rPr>
        <w:t>Rebecca bật cười, rồi trông có vẻ ngượng ngùng.</w:t>
      </w:r>
    </w:p>
    <w:p>
      <w:pPr>
        <w:spacing w:after="80"/>
      </w:pPr>
      <w:r>
        <w:rPr>
          <w:b w:val="0"/>
          <w:i w:val="0"/>
        </w:rPr>
        <w:t>‘Còn cô là ai?’ viên quản ngục hỏi, cúi xuống nhìn cô.</w:t>
      </w:r>
    </w:p>
    <w:p>
      <w:pPr>
        <w:spacing w:after="80"/>
      </w:pPr>
      <w:r>
        <w:rPr>
          <w:b w:val="0"/>
          <w:i w:val="0"/>
        </w:rPr>
        <w:t>‘Trung sĩ thám tử Pankhurst, thưa ngài.’</w:t>
      </w:r>
    </w:p>
    <w:p>
      <w:pPr>
        <w:spacing w:after="80"/>
      </w:pPr>
      <w:r>
        <w:rPr>
          <w:b w:val="0"/>
          <w:i w:val="0"/>
        </w:rPr>
        <w:t>‘Cô không cần phải lo về cô ấy đâu,’ William nói. ‘Cô ấy còn theo lối cũ hơn nữa kìa.’</w:t>
      </w:r>
    </w:p>
    <w:p>
      <w:pPr>
        <w:spacing w:after="80"/>
      </w:pPr>
      <w:r>
        <w:rPr>
          <w:b w:val="0"/>
          <w:i w:val="0"/>
        </w:rPr>
        <w:t>‘Mừng khi nghe thế. Nhưng cậu nên biết tổ tiên lừng lẫy của cậu đã ở đây vài tuần. Tất nhiên là trước thời tôi.’</w:t>
      </w:r>
    </w:p>
    <w:p>
      <w:pPr>
        <w:spacing w:after="80"/>
      </w:pPr>
      <w:r>
        <w:rPr>
          <w:b w:val="0"/>
          <w:i w:val="0"/>
        </w:rPr>
        <w:t>‘Vừa mới đây thôi,’ William thì thầm với Rebecca.</w:t>
      </w:r>
    </w:p>
    <w:p>
      <w:pPr>
        <w:spacing w:after="80"/>
      </w:pPr>
      <w:r>
        <w:rPr>
          <w:b w:val="0"/>
          <w:i w:val="0"/>
        </w:rPr>
        <w:t>‘Lần cuối chúng ta gặp nhau,’ viên quản ngục tiếp lời, ‘cậu muốn biết về một cô gái trẻ đến thăm cha tại Pentonville, khi đó tôi là phó quản ngục, nếu tôi nhớ không nhầm.’</w:t>
      </w:r>
    </w:p>
    <w:p>
      <w:pPr>
        <w:spacing w:after="80"/>
      </w:pPr>
      <w:r>
        <w:rPr>
          <w:b w:val="0"/>
          <w:i w:val="0"/>
        </w:rPr>
        <w:t>‘Ngài có trí nhớ tốt thật,’ William nói, nhập cuộc chơi. Rebecca trông có vẻ bối rối.</w:t>
      </w:r>
    </w:p>
    <w:p>
      <w:pPr>
        <w:spacing w:after="80"/>
      </w:pPr>
      <w:r>
        <w:rPr>
          <w:b w:val="0"/>
          <w:i w:val="0"/>
        </w:rPr>
        <w:t>‘Cha của cô gái trẻ đó, một ông Rainsford, đang bị tạm giam trong khi đối mặt với cáo buộc giết người, và người cha lỗi lạc của cậu đã giúp ông ấy thoát tội. Hẳn đó là một trong những vụ dễ hơn của ông ấy, vì ngay cả những bạn tù cũng biết ông ấy không có tội.’</w:t>
      </w:r>
    </w:p>
    <w:p>
      <w:pPr>
        <w:spacing w:after="80"/>
      </w:pPr>
      <w:r>
        <w:rPr>
          <w:b w:val="0"/>
          <w:i w:val="0"/>
        </w:rPr>
        <w:t>‘Lúc đó cảm giác không giống vậy đâu,’ William nói.</w:t>
      </w:r>
    </w:p>
    <w:p>
      <w:pPr>
        <w:spacing w:after="80"/>
      </w:pPr>
      <w:r>
        <w:rPr>
          <w:b w:val="0"/>
          <w:i w:val="0"/>
        </w:rPr>
        <w:t>‘Sửa lại cho tôi nếu tôi nhầm, nhưng chẳng phải cuối cùng cậu đã cưới chính cô gái trẻ đó sao?’</w:t>
      </w:r>
    </w:p>
    <w:p>
      <w:pPr>
        <w:spacing w:after="80"/>
      </w:pPr>
      <w:r>
        <w:rPr>
          <w:b w:val="0"/>
          <w:i w:val="0"/>
        </w:rPr>
        <w:t>‘Đúng là vậy, thưa ngài. Chúng con có hai đứa con – à, theo một cách nào đó thì là ba. Một cặp sinh đôi, Artemisia và Peter, và—’</w:t>
      </w:r>
    </w:p>
    <w:p>
      <w:pPr>
        <w:spacing w:after="80"/>
      </w:pPr>
      <w:r>
        <w:rPr>
          <w:b w:val="0"/>
          <w:i w:val="0"/>
        </w:rPr>
        <w:t>‘Josephine Junior,’ viên giám thị nói, ‘con gái của Ross Hogan. Một người mà tôi vô cùng ngưỡng mộ, người mà như anh biết đấy, đã có thời gian ở Pentonville làm nhiệm vụ bí mật, điều đó giúp anh có thể triệt phá đế chế ma túy Rashidi. Tôi tin Hogan cũng đã tiếp xúc với Miles Faulkner khoảng thời gian đó, khi anh ta lần đầu làm việc trong thư viện nhà tù. Đừng nói với Faulkner, nhưng tôi mừng vì có anh ta trở lại, vì thư viện chưa bao giờ được điều hành hiệu quả đến thế.’</w:t>
      </w:r>
    </w:p>
    <w:p>
      <w:pPr>
        <w:spacing w:after="80"/>
      </w:pPr>
      <w:r>
        <w:rPr>
          <w:b w:val="0"/>
          <w:i w:val="0"/>
        </w:rPr>
        <w:t>‘Thật tốt khi anh sắp xếp cuộc gặp với Faulkner gấp như vậy,’ William nói.</w:t>
      </w:r>
    </w:p>
    <w:p>
      <w:pPr>
        <w:spacing w:after="80"/>
      </w:pPr>
      <w:r>
        <w:rPr>
          <w:b w:val="0"/>
          <w:i w:val="0"/>
        </w:rPr>
        <w:t>‘Jack Hawksby gọi cho tôi sáng nay, nên tôi đã nắm rõ mọi việc. Tôi sẽ đưa anh đến thư viện bằng con đường “cấm vào”. Như vậy sẽ ít có khả năng các phạm nhân khác phát hiện ra anh và khiến tin đồn lan ra.’</w:t>
      </w:r>
    </w:p>
    <w:p>
      <w:pPr>
        <w:spacing w:after="80"/>
      </w:pPr>
      <w:r>
        <w:rPr>
          <w:b w:val="0"/>
          <w:i w:val="0"/>
        </w:rPr>
        <w:t>Không nói thêm lời nào, viên giám thị dẫn họ ra khỏi văn phòng, đi dọc một hành lang dài ảm đạm vào một khoảng sân trống trải, xung quanh bốn phía là tường bê tông phủ dây thép gai. Họ băng qua sân đến một tòa nhà gạch biệt lập có tấm biển ghi “THƯ VIỆN” trên cửa. Viên giám thị bước vào, theo sau là William và Rebecca.</w:t>
      </w:r>
    </w:p>
    <w:p>
      <w:pPr>
        <w:spacing w:after="80"/>
      </w:pPr>
      <w:r>
        <w:rPr>
          <w:b w:val="0"/>
          <w:i w:val="0"/>
        </w:rPr>
        <w:t>Khi William nhìn thấy Miles, anh bất ngờ. Một chiếc áo sơ mi cổ mở sọc xanh trắng, quần jeans bạc màu và giày thể thao đã thay thế bộ vest may đo, cà vạt lụa và đôi giày da đen bóng loáng mà William đã quen nhìn thấy anh ta mặc. Anh ta cũng đã tăng thêm vài cân.</w:t>
      </w:r>
    </w:p>
    <w:p>
      <w:pPr>
        <w:spacing w:after="80"/>
      </w:pPr>
      <w:r>
        <w:rPr>
          <w:b w:val="0"/>
          <w:i w:val="0"/>
        </w:rPr>
        <w:t>Miles đặt cuốn sách đang đọc xuống, đứng dậy và nói: ‘Chào buổi sáng, giám thị.’</w:t>
      </w:r>
    </w:p>
    <w:p>
      <w:pPr>
        <w:spacing w:after="80"/>
      </w:pPr>
      <w:r>
        <w:rPr>
          <w:b w:val="0"/>
          <w:i w:val="0"/>
        </w:rPr>
        <w:t>‘Chào buổi sáng, Faulkner. Nhưng hãy cảnh báo trước, sẽ không phải buổi sáng tốt lành cho anh nếu anh gây rắc rối cho người bạn cũ của tôi, Giám đốc Warwick. Nếu anh làm vậy, tôi sẽ phải tìm một thủ thư mới. Rõ chưa?’</w:t>
      </w:r>
    </w:p>
    <w:p>
      <w:pPr>
        <w:spacing w:after="80"/>
      </w:pPr>
      <w:r>
        <w:rPr>
          <w:b w:val="0"/>
          <w:i w:val="0"/>
        </w:rPr>
        <w:t>‘Rõ như pha lê, giám thị.’</w:t>
      </w:r>
    </w:p>
    <w:p>
      <w:pPr>
        <w:spacing w:after="80"/>
      </w:pPr>
      <w:r>
        <w:rPr>
          <w:b w:val="0"/>
          <w:i w:val="0"/>
        </w:rPr>
        <w:t>‘Tốt. Vậy tôi sẽ để hai người tiếp tục, dù các người đang làm gì đi nữa,’ ông nói, rồi rời đi.</w:t>
      </w:r>
    </w:p>
    <w:p>
      <w:pPr>
        <w:spacing w:after="80"/>
      </w:pPr>
      <w:r>
        <w:rPr>
          <w:b w:val="0"/>
          <w:i w:val="0"/>
        </w:rPr>
        <w:t>‘Mời ngồi, Giám đốc,’ Miles nói. ‘Tôi vừa pha một ấm trà, nếu ai trong hai người muốn cùng thưởng thức. Không phải kiểu phục vụ sang trọng, nhưng là trà Earl Grey đấy.’</w:t>
      </w:r>
    </w:p>
    <w:p>
      <w:pPr>
        <w:spacing w:after="80"/>
      </w:pPr>
      <w:r>
        <w:rPr>
          <w:b w:val="0"/>
          <w:i w:val="0"/>
        </w:rPr>
        <w:t>‘Không, cảm ơn,’ William nói khi anh và Rebecca ngồi xuống hai chiếc ghế thoải mái duy nhất. ‘Thanh tra Pankhurst ở đây với tư cách quan sát viên, và sẽ ghi chép nguyên văn mọi điều được nói, phòng trường hợp anh—’</w:t>
      </w:r>
    </w:p>
    <w:p>
      <w:pPr>
        <w:spacing w:after="80"/>
      </w:pPr>
      <w:r>
        <w:rPr>
          <w:b w:val="0"/>
          <w:i w:val="0"/>
        </w:rPr>
        <w:t>‘Tôi biết rõ luật chơi của trò chơi đặc biệt này,’ Miles ngắt lời khi Rebecca mở sổ tay và bắt đầu viết. ‘Tôi không thể nói về vụ án của mình, hay bất cứ điều gì liên quan đến nó, nếu tôi nhớ đúng lời giám thị. Nếu tôi vi phạm thỏa thuận đó, như giám thị vừa chỉ ra, tôi sẽ không chỉ mất việc mà còn bị buộc tội làm lãng phí thời gian của cảnh sát.’</w:t>
      </w:r>
    </w:p>
    <w:p>
      <w:pPr>
        <w:spacing w:after="80"/>
      </w:pPr>
      <w:r>
        <w:rPr>
          <w:b w:val="0"/>
          <w:i w:val="0"/>
        </w:rPr>
        <w:t>Rebecca tiếp tục viết, nhưng William không bình luận gì.</w:t>
      </w:r>
    </w:p>
    <w:p>
      <w:pPr>
        <w:spacing w:after="80"/>
      </w:pPr>
      <w:r>
        <w:rPr>
          <w:b w:val="0"/>
          <w:i w:val="0"/>
        </w:rPr>
        <w:t>‘Tôi ở đây hơn chín tháng rồi,’ Miles nói, ngồi nhẹ lên chiếc ghế đẩu trước mặt họ, ‘nên chắc anh không ngạc nhiên khi biết tôi đã xây dựng một mạng lưới giúp tôi biết nhiều về những gì đang diễn ra trong nhà tù này hơn cả người bạn giám thị của anh.’</w:t>
      </w:r>
    </w:p>
    <w:p>
      <w:pPr>
        <w:spacing w:after="80"/>
      </w:pPr>
      <w:r>
        <w:rPr>
          <w:b w:val="0"/>
          <w:i w:val="0"/>
        </w:rPr>
        <w:t>Rebecca lật một trang sổ tay.</w:t>
      </w:r>
    </w:p>
    <w:p>
      <w:pPr>
        <w:spacing w:after="80"/>
      </w:pPr>
      <w:r>
        <w:rPr>
          <w:b w:val="0"/>
          <w:i w:val="0"/>
        </w:rPr>
        <w:t>‘Vì vậy những gì tôi sắp nói với anh đều dựa trên sự thật, không phải phỏng đoán.’ Miles dừng lại, nhấp một ngụm trà. ‘Một người trong nhóm thân tín của tôi, một phạm nhân tên Tareq Omar, làm công việc dọn dẹp ở chiếu nghỉ tầng một khu A, nơi Mansour Khalifah hiện đang bị giam giữ.’</w:t>
      </w:r>
    </w:p>
    <w:p>
      <w:pPr>
        <w:spacing w:after="80"/>
      </w:pPr>
      <w:r>
        <w:rPr>
          <w:b w:val="0"/>
          <w:i w:val="0"/>
        </w:rPr>
        <w:t>William nhăn mặt khi tên Khalifah được nhắc đến, nhưng vẫn không nói gì.</w:t>
      </w:r>
    </w:p>
    <w:p>
      <w:pPr>
        <w:spacing w:after="80"/>
      </w:pPr>
      <w:r>
        <w:rPr>
          <w:b w:val="0"/>
          <w:i w:val="0"/>
        </w:rPr>
        <w:t>‘Một kẻ khốn nạn mà tôi sẵn lòng dội thẳng xuống cái toilet gần nhất,’ Faulkner nói. ‘Xin lỗi vì lời lẽ của tôi, thưa cô.’</w:t>
      </w:r>
    </w:p>
    <w:p>
      <w:pPr>
        <w:spacing w:after="80"/>
      </w:pPr>
      <w:r>
        <w:rPr>
          <w:b w:val="0"/>
          <w:i w:val="0"/>
        </w:rPr>
        <w:t>Một điều mà Rebecca không ghi lại.</w:t>
      </w:r>
    </w:p>
    <w:p>
      <w:pPr>
        <w:spacing w:after="80"/>
      </w:pPr>
      <w:r>
        <w:rPr>
          <w:b w:val="0"/>
          <w:i w:val="0"/>
        </w:rPr>
        <w:t xml:space="preserve">‘Tôi đã theo dõi sát sao Khalifah kể từ khi hắn đến, điều này không hề dễ dàng vì hắn không đúng kiểu người hòa đồng. Hắn có mạng lưới tín đồ riêng, gọi là Những Tín Đồ Chân Chính (True Believers), lo liệu mọi nhu cầu của hắn. Thứ duy nhất hắn đọc là </w:t>
      </w:r>
      <w:r>
        <w:rPr>
          <w:b w:val="0"/>
          <w:i/>
        </w:rPr>
        <w:t>Financial Times</w:t>
      </w:r>
      <w:r>
        <w:rPr>
          <w:b w:val="0"/>
          <w:i w:val="0"/>
        </w:rPr>
        <w:t xml:space="preserve"> và </w:t>
      </w:r>
      <w:r>
        <w:rPr>
          <w:b w:val="0"/>
          <w:i/>
        </w:rPr>
        <w:t>Playboy</w:t>
      </w:r>
      <w:r>
        <w:rPr>
          <w:b w:val="0"/>
          <w:i w:val="0"/>
        </w:rPr>
        <w:t>, và hắn chưa từng xin thẻ thư viện.’</w:t>
      </w:r>
    </w:p>
    <w:p>
      <w:pPr>
        <w:spacing w:after="80"/>
      </w:pPr>
      <w:r>
        <w:rPr>
          <w:b w:val="0"/>
          <w:i w:val="0"/>
        </w:rPr>
        <w:t>William tiếp tục lắng nghe.</w:t>
      </w:r>
    </w:p>
    <w:p>
      <w:pPr>
        <w:spacing w:after="80"/>
      </w:pPr>
      <w:r>
        <w:rPr>
          <w:b w:val="0"/>
          <w:i w:val="0"/>
        </w:rPr>
        <w:t>‘Tuy nhiên,’ Miles nói tiếp, ‘Tareq Omar không phải là một Tín Đồ Chân Chính, vì Mansour Khalifah phải chịu trách nhiệm về cái chết của anh trai anh ta, đó là lý do tôi chuyển anh ta sang khu đó làm người dọn dẹp. Trong vài tháng qua, anh ta đã lấy lòng Khalifah bằng cách cung cấp cho hắn tạp chí khiêu dâm, và một loại quả chà là đặc biệt mà hắn thèm muốn, chỉ có thể mua ở Harrods. Gần đây, Omar được tin tưởng hơn, và thỉnh thoảng được phép canh gác phòng giam của Khalifah khi hắn đang cầu nguyện. Tuy vậy, anh ta vẫn phải mất một thời gian mới tìm ra được điều gì đó thú vị.’</w:t>
      </w:r>
    </w:p>
    <w:p>
      <w:pPr>
        <w:spacing w:after="80"/>
      </w:pPr>
      <w:r>
        <w:rPr>
          <w:b w:val="0"/>
          <w:i w:val="0"/>
        </w:rPr>
        <w:t>Miles bước xuống khỏi ghế đẩu, đi ngang qua quầy và lấy ra một tập hồ sơ màu nâu từ kệ bên dưới. Trên bìa không có gì được viết. Ông ngồi xuống lại và lấy ra một cuốn tài liệu quảng cáo bóng loáng đưa cho William.</w:t>
      </w:r>
    </w:p>
    <w:p>
      <w:pPr>
        <w:spacing w:after="80"/>
      </w:pPr>
      <w:r>
        <w:rPr>
          <w:b w:val="0"/>
          <w:i w:val="0"/>
        </w:rPr>
        <w:t>William nghiên cứu cả bốn trang trước và sau, nhưng vẫn không nói gì khi chờ đợi một lời giải thích.</w:t>
      </w:r>
    </w:p>
    <w:p>
      <w:pPr>
        <w:spacing w:after="80"/>
      </w:pPr>
      <w:r>
        <w:rPr>
          <w:b w:val="0"/>
          <w:i w:val="0"/>
        </w:rPr>
        <w:t>‘Như ông thấy đấy, thưa Tổng thanh tra, đó là một mẫu đơn đặt vé cho các buổi hòa nhạc Promenade năm nay tại Royal Albert Hall. Omar tìm thấy nó trong sọt giấy vụn của Khalifah khi anh ta đang dọn phòng hắn. Anh ta kiểm tra nội dung sọt mỗi sáng, nhưng đây là lần đầu tiên anh ta tìm thấy thứ gì đó mà anh ta nghĩ có thể khiến tôi quan tâm.’</w:t>
      </w:r>
    </w:p>
    <w:p>
      <w:pPr>
        <w:spacing w:after="80"/>
      </w:pPr>
      <w:r>
        <w:rPr>
          <w:b w:val="0"/>
          <w:i w:val="0"/>
        </w:rPr>
        <w:t>‘Anh đã gạch chân một ngày cụ thể,’ William nói, lật đến trang cuối của cuốn tài liệu.</w:t>
      </w:r>
    </w:p>
    <w:p>
      <w:pPr>
        <w:spacing w:after="80"/>
      </w:pPr>
      <w:r>
        <w:rPr>
          <w:b w:val="0"/>
          <w:i w:val="0"/>
        </w:rPr>
        <w:t>‘Không phải tôi. Nó đã được gạch chân sẵn khi Omar đưa nó cho tôi.’</w:t>
      </w:r>
    </w:p>
    <w:p>
      <w:pPr>
        <w:spacing w:after="80"/>
      </w:pPr>
      <w:r>
        <w:rPr>
          <w:b w:val="0"/>
          <w:i w:val="0"/>
        </w:rPr>
        <w:t>‘Anh ta có cung cấp được thông tin nào khác không?’ William hỏi.</w:t>
      </w:r>
    </w:p>
    <w:p>
      <w:pPr>
        <w:spacing w:after="80"/>
      </w:pPr>
      <w:r>
        <w:rPr>
          <w:b w:val="0"/>
          <w:i w:val="0"/>
        </w:rPr>
        <w:t>‘Những mẩu chuyện rời rạc anh ta nghe lỏm được trong các vòng tuần tra cho thấy Khalifah đang lên kế hoạch cho một điều gì đó lớn lao vào Đêm Cuối của lễ hội Proms. Anh ta còn nghe được những từ, “Land of Hope”—’</w:t>
      </w:r>
    </w:p>
    <w:p>
      <w:pPr>
        <w:spacing w:after="80"/>
      </w:pPr>
      <w:r>
        <w:rPr>
          <w:b w:val="0"/>
          <w:i w:val="0"/>
        </w:rPr>
        <w:t>‘—“And Glory”,’ William nói. ‘Nhưng đặt bom ở Albert Hall thì gần như bất khả thi. Toàn bộ tòa nhà được kiểm tra bởi chó nghiệp vụ và các sĩ quan khám xét chuyên nghiệp vào buổi sáng của mỗi buổi hòa nhạc.’</w:t>
      </w:r>
    </w:p>
    <w:p>
      <w:pPr>
        <w:spacing w:after="80"/>
      </w:pPr>
      <w:r>
        <w:rPr>
          <w:b w:val="0"/>
          <w:i w:val="0"/>
        </w:rPr>
        <w:t>‘Đó là lý do Omar tin chắc Khalifah đang lên kế hoạch dùng một kẻ đánh bom liều chết để thực hiện vụ việc. Một kẻ đã được cài sẵn vào đất nước này, và chỉ chờ lệnh hành động. Nhưng tôi vẫn không cho rằng thế là đủ để khiến ông quan tâm, thưa Tổng thanh tra, cho đến vài ngày trước khi tôi gặp một vận may – kiểu vận may mà cả hai chúng ta đôi khi đều phải trông cậy vào.’</w:t>
      </w:r>
    </w:p>
    <w:p>
      <w:pPr>
        <w:spacing w:after="80"/>
      </w:pPr>
      <w:r>
        <w:rPr>
          <w:b w:val="0"/>
          <w:i w:val="0"/>
        </w:rPr>
        <w:t>William nghiêng người về phía trước.</w:t>
      </w:r>
    </w:p>
    <w:p>
      <w:pPr>
        <w:spacing w:after="80"/>
      </w:pPr>
      <w:r>
        <w:rPr>
          <w:b w:val="0"/>
          <w:i w:val="0"/>
        </w:rPr>
        <w:t>‘Một tay phe vé khét tiếng đã bán cho một khách hàng cực kỳ khó tin một tấm vé duy nhất cho đêm diễn cuối cùng của Last Night of the Proms, và anh ta đã trả một cái giá cao ngất ngưởng. Lúc đó anh ta chẳng nghĩ ngợi gì nhiều, cho đến về sau khi chuyện ấy bắt đầu gặm nhấm trong lòng.’</w:t>
      </w:r>
    </w:p>
    <w:p>
      <w:pPr>
        <w:spacing w:after="80"/>
      </w:pPr>
      <w:r>
        <w:rPr>
          <w:b w:val="0"/>
          <w:i w:val="0"/>
        </w:rPr>
        <w:t>‘Vậy tại sao anh ta không liên lạc với cảnh sát?’ William hỏi.</w:t>
      </w:r>
    </w:p>
    <w:p>
      <w:pPr>
        <w:spacing w:after="80"/>
      </w:pPr>
      <w:r>
        <w:rPr>
          <w:b w:val="0"/>
          <w:i w:val="0"/>
        </w:rPr>
        <w:t>‘Dân phe vé đâu có rao bán công khai, thưa Tổng thanh tra, và khi họ thấy bóng cảnh sát, họ thường có xu hướng biến cho nhanh.’</w:t>
      </w:r>
    </w:p>
    <w:p>
      <w:pPr>
        <w:spacing w:after="80"/>
      </w:pPr>
      <w:r>
        <w:rPr>
          <w:b w:val="0"/>
          <w:i w:val="0"/>
        </w:rPr>
        <w:t>‘Tôi không nghĩ anh ta lấy được tên của người mua vé?’</w:t>
      </w:r>
    </w:p>
    <w:p>
      <w:pPr>
        <w:spacing w:after="80"/>
      </w:pPr>
      <w:r>
        <w:rPr>
          <w:b w:val="0"/>
          <w:i w:val="0"/>
        </w:rPr>
        <w:t xml:space="preserve">‘Dân phe vé chỉ giao dịch bằng tiền mặt, và không hỏi han gì,’ Miles đáp. ‘Nhưng anh ta mô tả người đàn ông đó trẻ, thấp, gầy, và gốc Trung Đông. Điều khiến tay phe vé bối rối, và về sau khiến anh ta nghi ngờ, là người đàn ông ấy hầu như không nói được một từ tiếng Anh nào, và cứ gọi đó là Last Night of </w:t>
      </w:r>
      <w:r>
        <w:rPr>
          <w:b w:val="0"/>
          <w:i/>
        </w:rPr>
        <w:t>Poms</w:t>
      </w:r>
      <w:r>
        <w:rPr>
          <w:b w:val="0"/>
          <w:i w:val="0"/>
        </w:rPr>
        <w:t>. Rõ ràng anh ta chẳng có ý định đặt một vòng hoa quanh tượng bán thân của Sir Henry Wood.’</w:t>
      </w:r>
    </w:p>
    <w:p>
      <w:pPr>
        <w:spacing w:after="80"/>
      </w:pPr>
      <w:r>
        <w:rPr>
          <w:b w:val="0"/>
          <w:i w:val="0"/>
        </w:rPr>
        <w:t>‘Vậy là chúng ta chỉ còn một danh sách rút gọn khoảng một trăm nghìn người,’ William nói.</w:t>
      </w:r>
    </w:p>
    <w:p>
      <w:pPr>
        <w:spacing w:after="80"/>
      </w:pPr>
      <w:r>
        <w:rPr>
          <w:b w:val="0"/>
          <w:i w:val="0"/>
        </w:rPr>
        <w:t>‘Nhưng tôi biết ông có một đơn vị ở Scotland Yard mà mục đích duy nhất là để mắt tới bất kỳ ai có liên hệ với khủng bố. Và phải thừa nhận đi, thưa Tổng thanh tra, giờ ông có một lợi thế lớn. Ông biết chính xác khi nào và ở đâu hắn định thực hiện vụ đánh bom.’</w:t>
      </w:r>
    </w:p>
    <w:p>
      <w:pPr>
        <w:spacing w:after="80"/>
      </w:pPr>
      <w:r>
        <w:rPr>
          <w:b w:val="0"/>
          <w:i w:val="0"/>
        </w:rPr>
        <w:t>‘Có thể,’ William nói khi cất cuốn sách giới thiệu vào túi áo trong. ‘Nếu thông tin của anh hóa ra là chính xác, anh có thể yên tâm rằng tôi sẽ đích thân báo cho ông Booth Watson biết vai trò quý giá của anh trong việc ngăn chặn một vụ tấn công khủng bố nghiêm trọng, và đề nghị ông ta nêu vấn đề này với thẩm phán xét xử anh trước khi tuyên án.’</w:t>
      </w:r>
    </w:p>
    <w:p>
      <w:pPr>
        <w:spacing w:after="80"/>
      </w:pPr>
      <w:r>
        <w:rPr>
          <w:b w:val="0"/>
          <w:i w:val="0"/>
        </w:rPr>
        <w:t>‘Đó là điều cuối cùng tôi muốn ông làm,’ Miles nói, một lần nữa khiến William bất ngờ. ‘Nhưng nếu thông tin của tôi hóa ra là chuẩn, thì người tiếp theo tôi muốn gặp không phải Booth Watson mà là cha của ông, vì tôi có thứ còn lớn hơn để đề nghị với ông ấy.’</w:t>
      </w:r>
    </w:p>
    <w:p>
      <w:pPr>
        <w:spacing w:after="80"/>
      </w:pPr>
      <w:r>
        <w:rPr>
          <w:b w:val="0"/>
          <w:i w:val="0"/>
        </w:rPr>
        <w:t>William không nghĩ ra được câu trả lời thích hợp. ‘Tôi không thể hứa hẹn gì, nhưng tôi sẽ chuyển lời của anh đến ông ấy,’ cuối cùng ông nói trong khi Rebecca vẫn tiếp tục ghi lại từng lời. ‘Anh còn muốn nói gì với tôi trước khi chúng tôi đi không?’</w:t>
      </w:r>
    </w:p>
    <w:p>
      <w:pPr>
        <w:spacing w:after="80"/>
      </w:pPr>
      <w:r>
        <w:rPr>
          <w:b w:val="0"/>
          <w:i w:val="0"/>
        </w:rPr>
        <w:t>‘Không, nhưng ông có thể chắc chắn rằng tôi sẽ xem Last Night of the Proms trên tivi trong phòng giam của mình, thưa Tổng thanh tra. Tôi không bao giờ cưỡng lại được việc hòa giọng vào điệp khúc “Land of Hope and Glory”.’</w:t>
      </w:r>
    </w:p>
    <w:p>
      <w:pPr>
        <w:spacing w:after="80"/>
      </w:pPr>
      <w:r>
        <w:rPr>
          <w:b w:val="0"/>
          <w:i w:val="0"/>
        </w:rPr>
        <w:t>Giờ đến lượt William làm Faulkner bất ngờ. ‘Cuốn sách anh đang đọc khi chúng tôi bước vào là gì vậy?’</w:t>
      </w:r>
    </w:p>
    <w:p>
      <w:pPr>
        <w:spacing w:after="80"/>
      </w:pPr>
      <w:r>
        <w:rPr>
          <w:b w:val="0"/>
          <w:i w:val="0"/>
        </w:rPr>
        <w:t>‘</w:t>
      </w:r>
      <w:r>
        <w:rPr>
          <w:b w:val="0"/>
          <w:i/>
        </w:rPr>
        <w:t>Beware of Pity</w:t>
      </w:r>
      <w:r>
        <w:rPr>
          <w:b w:val="0"/>
          <w:i w:val="0"/>
        </w:rPr>
        <w:t xml:space="preserve"> của Stefan Zweig. Ông có quen với tác phẩm của ông ấy không?’</w:t>
      </w:r>
    </w:p>
    <w:p>
      <w:pPr>
        <w:spacing w:after="80"/>
      </w:pPr>
      <w:r>
        <w:rPr>
          <w:b w:val="0"/>
          <w:i w:val="0"/>
        </w:rPr>
        <w:t>‘Tôi không thể nói là có,’ William đáp.</w:t>
      </w:r>
    </w:p>
    <w:p>
      <w:pPr>
        <w:spacing w:after="80"/>
      </w:pPr>
      <w:r>
        <w:rPr>
          <w:b w:val="0"/>
          <w:i w:val="0"/>
        </w:rPr>
        <w:t>‘Vậy thì tôi có thể giới thiệu ông ấy. Khi ông bị kẹt ở đây cả ngày,’ Miles nói, nhìn quanh những giá sách chật kín, ‘ông đọc rất nhiều. Thường thì một chương là quá đủ với tôi, nhưng đó là cho đến khi tôi gặp Zweig, người có thể đưa tôi ra khỏi nơi này hàng giờ liền. Đó gần như là điều tốt đẹp duy nhất đã đến với tôi kể từ khi ông lôi tôi về từ Tây Ban Nha.’</w:t>
      </w:r>
    </w:p>
    <w:p>
      <w:pPr>
        <w:spacing w:after="80"/>
      </w:pPr>
      <w:r>
        <w:rPr>
          <w:b w:val="0"/>
          <w:i w:val="0"/>
        </w:rPr>
        <w:t>‘Trừ khi hóa ra là anh đã phá được một vụ tấn công khủng bố, và cứu được vô số mạng sống vô tội,’ William gợi ý khi Rebecca gấp cuốn sổ tay lại.</w:t>
      </w:r>
    </w:p>
    <w:p>
      <w:pPr>
        <w:spacing w:after="80"/>
      </w:pPr>
      <w:r>
        <w:rPr>
          <w:b w:val="0"/>
          <w:i w:val="0"/>
        </w:rPr>
        <w:t>‘Trước khi ông đi, thưa Giám đốc, tôi có thể được phép cho ông một lời khuyên không?’</w:t>
      </w:r>
    </w:p>
    <w:p>
      <w:pPr>
        <w:spacing w:after="80"/>
      </w:pPr>
      <w:r>
        <w:rPr>
          <w:b w:val="0"/>
          <w:i w:val="0"/>
        </w:rPr>
        <w:t>Rebecca nhanh chóng mở lại cuốn sổ tay và rút bút ra.</w:t>
      </w:r>
    </w:p>
    <w:p>
      <w:pPr>
        <w:spacing w:after="80"/>
      </w:pPr>
      <w:r>
        <w:rPr>
          <w:b w:val="0"/>
          <w:i w:val="0"/>
        </w:rPr>
        <w:t>‘Xin hãy nói với vợ ông đừng tin Christina trong bất kỳ hoàn cảnh nào.’</w:t>
      </w:r>
    </w:p>
    <w:p>
      <w:pPr>
        <w:spacing w:after="80"/>
      </w:pPr>
      <w:r>
        <w:rPr>
          <w:b w:val="0"/>
          <w:i w:val="0"/>
        </w:rPr>
        <w:t>William cuối cùng đã tìm được một điều mà ông và Miles Faulkner có thể đồng ý với nhau, nhưng Rebecca gấp sổ tay lại và cả hai cùng rời đi mà không đưa ra ý kiến gì. Khi cánh cửa đóng lại sau lưng họ, ông quay sang Rebecca và nói, ‘Cô tin được bao nhiêu phần trong đó?’</w:t>
      </w:r>
    </w:p>
    <w:p>
      <w:pPr>
        <w:spacing w:after="80"/>
      </w:pPr>
      <w:r>
        <w:rPr>
          <w:b w:val="0"/>
          <w:i w:val="0"/>
        </w:rPr>
        <w:t>‘Từng lời một. Nhất là vì ông ta chẳng được lợi gì khi gài bẫy ông. Và nếu thông tin của ông ta hóa ra là đáng tin cậy, thì quan tòa sẽ không có lựa chọn nào khác ngoài việc xem xét nó khi tuyên án. Điều tôi không chắc là liệu Mansour Khalifah hay Tareq Omar – hoặc cả hai người họ cùng bắt tay nhau – đang gài bẫy Faulkner.’</w:t>
      </w:r>
    </w:p>
    <w:p>
      <w:pPr>
        <w:spacing w:after="80"/>
      </w:pPr>
      <w:r>
        <w:rPr>
          <w:b w:val="0"/>
          <w:i w:val="0"/>
        </w:rPr>
        <w:t>‘Chỉ có một cách để chúng ta tìm ra,’ William nói khi họ đi bộ trở lại qua sân. ‘Có một điều chắc chắn, chúng ta không thể phớt lờ mối đe dọa này. Việc đầu tiên tôi phải làm khi về lại Sở là báo cáo nhanh cho Hawk.’</w:t>
      </w:r>
    </w:p>
    <w:p>
      <w:pPr>
        <w:spacing w:after="80"/>
      </w:pPr>
      <w:r>
        <w:rPr>
          <w:b w:val="0"/>
          <w:i w:val="0"/>
        </w:rPr>
        <w:t>‘Faulkner có nói được điều gì đáng giá không?’ là những lời đầu tiên của viên quản ngục khi họ trở lại văn phòng ông ta. ‘Hay là hoàn toàn phí thời gian của các vị?’</w:t>
      </w:r>
    </w:p>
    <w:p>
      <w:pPr>
        <w:spacing w:after="80"/>
      </w:pPr>
      <w:r>
        <w:rPr>
          <w:b w:val="0"/>
          <w:i w:val="0"/>
        </w:rPr>
        <w:t>‘Tôi không chắc,’ William nói, ‘nhưng hiện tại tôi sẵn lòng cho ông ta hưởng lợi ích của sự hoài nghi.’</w:t>
      </w:r>
    </w:p>
    <w:p>
      <w:pPr>
        <w:spacing w:after="80"/>
      </w:pPr>
      <w:r>
        <w:rPr>
          <w:b w:val="0"/>
          <w:i w:val="0"/>
        </w:rPr>
        <w:t>‘Tiếc thật. Tôi đã mong được nhốt ông ta vào xà lim với thực đơn chỉ có bánh mì và nước lã.’</w:t>
      </w:r>
    </w:p>
    <w:p>
      <w:pPr>
        <w:spacing w:after="80"/>
      </w:pPr>
      <w:r>
        <w:rPr>
          <w:b w:val="0"/>
          <w:i w:val="0"/>
        </w:rPr>
        <w:t>‘Chưa đâu, thưa ngài quản ngục, vì nếu thông tin của ông ta hóa ra là đáng tin cậy, rất có thể chúng tôi sẽ còn quay lại trong tương lai gần.’</w:t>
      </w:r>
    </w:p>
    <w:p>
      <w:pPr>
        <w:spacing w:after="80"/>
      </w:pPr>
      <w:r>
        <w:rPr>
          <w:b w:val="0"/>
          <w:i w:val="0"/>
        </w:rPr>
        <w:t>‘Vậy thì tùy. Tạm biệt, Thanh tra. Và nhớ gửi lời chúc tốt đẹp nhất của tôi đến chỉ huy của ông, vì thứ Bảy này tôi sẽ không gặp ông ấy. Chúng tôi sẽ ngồi ở hai phía đối diện của khán đài – giả sử là gã ngốc đó vẫn còn cổ vũ Arsenal.’</w:t>
      </w:r>
    </w:p>
    <w:p>
      <w:pPr>
        <w:spacing w:after="80"/>
      </w:pPr>
      <w:r>
        <w:rPr>
          <w:b w:val="0"/>
          <w:i w:val="0"/>
        </w:rPr>
        <w:t>‘Tôi sẽ chuyển lời chúc tốt đẹp của ngài, thưa ngài.’</w:t>
      </w:r>
    </w:p>
    <w:p>
      <w:pPr>
        <w:spacing w:after="80"/>
      </w:pPr>
      <w:r>
        <w:rPr>
          <w:b w:val="0"/>
          <w:i w:val="0"/>
        </w:rPr>
        <w:t>‘Mười điểm nếu cô nhớ được tôi cổ vũ đội nào, Hạ sĩ.’</w:t>
      </w:r>
    </w:p>
    <w:p>
      <w:pPr>
        <w:spacing w:after="80"/>
      </w:pPr>
      <w:r>
        <w:rPr>
          <w:b w:val="0"/>
          <w:i w:val="0"/>
        </w:rPr>
        <w:t>‘Tottenham Hotspur.’</w:t>
      </w:r>
    </w:p>
    <w:p>
      <w:pPr>
        <w:spacing w:after="80"/>
      </w:pPr>
      <w:r>
        <w:rPr>
          <w:b w:val="0"/>
          <w:i w:val="0"/>
        </w:rPr>
        <w:t>‘Không tệ, Thanh tra. Còn ông?’</w:t>
      </w:r>
    </w:p>
    <w:p>
      <w:pPr>
        <w:spacing w:after="80"/>
      </w:pPr>
      <w:r>
        <w:rPr>
          <w:b w:val="0"/>
          <w:i w:val="0"/>
        </w:rPr>
        <w:t>‘Chelsea, thưa ngài.’</w:t>
      </w:r>
    </w:p>
    <w:p>
      <w:pPr>
        <w:spacing w:after="80"/>
      </w:pPr>
      <w:r>
        <w:rPr>
          <w:b w:val="0"/>
          <w:i w:val="0"/>
        </w:rPr>
        <w:t>‘Tôi sẽ cho phép lũ lang thang, kẻ vô lại và cả những kẻ biến thái vào tù của mình, nhưng không phải cổ động viên Chelsea. Nhân tiện, cậu có biết Faulkner ủng hộ ai không?’</w:t>
      </w:r>
    </w:p>
    <w:p>
      <w:pPr>
        <w:spacing w:after="80"/>
      </w:pPr>
      <w:r>
        <w:rPr>
          <w:b w:val="0"/>
          <w:i w:val="0"/>
        </w:rPr>
        <w:t>‘Chính hắn ta,’ William đáp.</w:t>
      </w:r>
    </w:p>
    <w:p>
      <w:pPr>
        <w:spacing w:after="80"/>
        <w:jc w:val="center"/>
      </w:pPr>
      <w:r>
        <w:rPr>
          <w:b w:val="0"/>
          <w:i w:val="0"/>
        </w:rPr>
        <w:t>• • •</w:t>
      </w:r>
    </w:p>
    <w:p>
      <w:pPr>
        <w:spacing w:after="80"/>
      </w:pPr>
      <w:r>
        <w:rPr>
          <w:b w:val="0"/>
          <w:i w:val="0"/>
        </w:rPr>
        <w:t>Tối hôm đó khi William về đến nhà, anh thấy James Buchanan đã đến từ Mỹ và đang ngồi trong bếp với Beth cùng bọn trẻ, dùng bữa tối.</w:t>
      </w:r>
    </w:p>
    <w:p>
      <w:pPr>
        <w:spacing w:after="80"/>
      </w:pPr>
      <w:r>
        <w:rPr>
          <w:b w:val="0"/>
          <w:i w:val="0"/>
        </w:rPr>
        <w:t>James nhảy dựng lên, bắt tay William và nói: ‘Rất vui được gặp cậu.’</w:t>
      </w:r>
    </w:p>
    <w:p>
      <w:pPr>
        <w:spacing w:after="80"/>
      </w:pPr>
      <w:r>
        <w:rPr>
          <w:b w:val="0"/>
          <w:i w:val="0"/>
        </w:rPr>
        <w:t>‘Tôi cũng vậy,’ William nói khi ngồi xuống. ‘Chắc hẳn bọn trẻ đã tiếp đãi cậu rồi.’</w:t>
      </w:r>
    </w:p>
    <w:p>
      <w:pPr>
        <w:spacing w:after="80"/>
      </w:pPr>
      <w:r>
        <w:rPr>
          <w:b w:val="0"/>
          <w:i w:val="0"/>
        </w:rPr>
        <w:t>‘Đúng thế. Tôi đã được nghe đủ chuyện về người bạn thân mới của Artemisia – Công nương Diana.’</w:t>
      </w:r>
    </w:p>
    <w:p>
      <w:pPr>
        <w:spacing w:after="80"/>
      </w:pPr>
      <w:r>
        <w:rPr>
          <w:b w:val="0"/>
          <w:i w:val="0"/>
        </w:rPr>
        <w:t>‘Bản dài hay bản ngắn?’ William hỏi.</w:t>
      </w:r>
    </w:p>
    <w:p>
      <w:pPr>
        <w:spacing w:after="80"/>
      </w:pPr>
      <w:r>
        <w:rPr>
          <w:b w:val="0"/>
          <w:i w:val="0"/>
        </w:rPr>
        <w:t>‘Tôi kể được khoảng nửa chừng thì cậu bước vào,’ Artemisia nói, ‘và tôi vừa định kể cho James …’</w:t>
      </w:r>
    </w:p>
    <w:p>
      <w:pPr>
        <w:spacing w:after="80"/>
      </w:pPr>
      <w:r>
        <w:rPr>
          <w:b w:val="0"/>
          <w:i w:val="0"/>
        </w:rPr>
        <w:t>‘James không đến London để nói về Công nương Diana.’</w:t>
      </w:r>
    </w:p>
    <w:p>
      <w:pPr>
        <w:spacing w:after="80"/>
      </w:pPr>
      <w:r>
        <w:rPr>
          <w:b w:val="0"/>
          <w:i w:val="0"/>
        </w:rPr>
        <w:t>‘Vậy thì tại sao cậu ấy đến London?’ Artemisia hỏi.</w:t>
      </w:r>
    </w:p>
    <w:p>
      <w:pPr>
        <w:spacing w:after="80"/>
      </w:pPr>
      <w:r>
        <w:rPr>
          <w:b w:val="0"/>
          <w:i w:val="0"/>
        </w:rPr>
        <w:t>‘Cư xử cho đàng hoàng,’ Beth nói. ‘Nhớ rằng James là khách của chúng ta, và đừng nói khi miệng còn đầy thức ăn.’</w:t>
      </w:r>
    </w:p>
    <w:p>
      <w:pPr>
        <w:spacing w:after="80"/>
      </w:pPr>
      <w:r>
        <w:rPr>
          <w:b w:val="0"/>
          <w:i w:val="0"/>
        </w:rPr>
        <w:t>‘Thật ra khá đơn giản,’ James nói. ‘Tôi đến để xin lời khuyên của mẹ cháu về một chuyện tế nhị.’</w:t>
      </w:r>
    </w:p>
    <w:p>
      <w:pPr>
        <w:spacing w:after="80"/>
      </w:pPr>
      <w:r>
        <w:rPr>
          <w:b w:val="0"/>
          <w:i w:val="0"/>
        </w:rPr>
        <w:t>‘Chắc chắn là về nghệ thuật,’ Artemisia nói, ‘chứ không phải tội phạm.’</w:t>
      </w:r>
    </w:p>
    <w:p>
      <w:pPr>
        <w:spacing w:after="80"/>
      </w:pPr>
      <w:r>
        <w:rPr>
          <w:b w:val="0"/>
          <w:i w:val="0"/>
        </w:rPr>
        <w:t>‘Một chút của cả hai,’ James thừa nhận.</w:t>
      </w:r>
    </w:p>
    <w:p>
      <w:pPr>
        <w:spacing w:after="80"/>
      </w:pPr>
      <w:r>
        <w:rPr>
          <w:b w:val="0"/>
          <w:i w:val="0"/>
        </w:rPr>
        <w:t>‘Cậu vẫn sở hữu một trong những hãng tàu biển lớn nhất thế giới chứ?’ Peter hỏi.</w:t>
      </w:r>
    </w:p>
    <w:p>
      <w:pPr>
        <w:spacing w:after="80"/>
      </w:pPr>
      <w:r>
        <w:rPr>
          <w:b w:val="0"/>
          <w:i w:val="0"/>
        </w:rPr>
        <w:t>‘Peter!’ William nói, giọng có vẻ bực bội.</w:t>
      </w:r>
    </w:p>
    <w:p>
      <w:pPr>
        <w:spacing w:after="80"/>
      </w:pPr>
      <w:r>
        <w:rPr>
          <w:b w:val="0"/>
          <w:i w:val="0"/>
        </w:rPr>
        <w:t>‘Con chỉ hỏi thôi mà.’</w:t>
      </w:r>
    </w:p>
    <w:p>
      <w:pPr>
        <w:spacing w:after="80"/>
      </w:pPr>
      <w:r>
        <w:rPr>
          <w:b w:val="0"/>
          <w:i w:val="0"/>
        </w:rPr>
        <w:t>‘Không, tôi không,’ James nói, mỉm cười. ‘Bố tôi là chủ tịch của Buchanan Shipping Line, nhưng tôi vẫn đang học ở Harvard, và khi tốt nghiệp, tôi dự định sẽ gia nhập FBI.’</w:t>
      </w:r>
    </w:p>
    <w:p>
      <w:pPr>
        <w:spacing w:after="80"/>
      </w:pPr>
      <w:r>
        <w:rPr>
          <w:b w:val="0"/>
          <w:i w:val="0"/>
        </w:rPr>
        <w:t>‘FBI là gì ạ?’ Jojo lên tiếng, nói lần đầu tiên.</w:t>
      </w:r>
    </w:p>
    <w:p>
      <w:pPr>
        <w:spacing w:after="80"/>
      </w:pPr>
      <w:r>
        <w:rPr>
          <w:b w:val="0"/>
          <w:i w:val="0"/>
        </w:rPr>
        <w:t>‘Cục Điều tra Liên bang.’</w:t>
      </w:r>
    </w:p>
    <w:p>
      <w:pPr>
        <w:spacing w:after="80"/>
      </w:pPr>
      <w:r>
        <w:rPr>
          <w:b w:val="0"/>
          <w:i w:val="0"/>
        </w:rPr>
        <w:t>‘Họ điều tra ai ạ?’ Artemisia hỏi khi Sarah bước vào phòng.</w:t>
      </w:r>
    </w:p>
    <w:p>
      <w:pPr>
        <w:spacing w:after="80"/>
      </w:pPr>
      <w:r>
        <w:rPr>
          <w:b w:val="0"/>
          <w:i w:val="0"/>
        </w:rPr>
        <w:t>‘Đã quá giờ đi ngủ của các con rồi,’ bà tuyên bố dứt khoát, khiến Artemisia rên lên một tiếng, trước khi cô bé hỏi, ‘Chú biết đọc không, James?’</w:t>
      </w:r>
    </w:p>
    <w:p>
      <w:pPr>
        <w:spacing w:after="80"/>
      </w:pPr>
      <w:r>
        <w:rPr>
          <w:b w:val="0"/>
          <w:i w:val="0"/>
        </w:rPr>
        <w:t>‘Cháu sẽ thấy đây vẫn là một yêu cầu bắt buộc nếu cháu muốn vào Harvard,’ James nói.</w:t>
      </w:r>
    </w:p>
    <w:p>
      <w:pPr>
        <w:spacing w:after="80"/>
      </w:pPr>
      <w:r>
        <w:rPr>
          <w:b w:val="0"/>
          <w:i w:val="0"/>
        </w:rPr>
        <w:t>‘Vậy thì chú có thể đọc cho chúng cháu nghe sau khi chú nói với mẹ lý do thật sự chú đến London.’</w:t>
      </w:r>
    </w:p>
    <w:p>
      <w:pPr>
        <w:spacing w:after="80"/>
      </w:pPr>
      <w:r>
        <w:rPr>
          <w:b w:val="0"/>
          <w:i w:val="0"/>
        </w:rPr>
        <w:t>‘Ra ngoài!’ William nói dứt khoát.</w:t>
      </w:r>
    </w:p>
    <w:p>
      <w:pPr>
        <w:spacing w:after="80"/>
      </w:pPr>
      <w:r>
        <w:rPr>
          <w:b w:val="0"/>
          <w:i w:val="0"/>
        </w:rPr>
        <w:t>James nén một tiếng cười. Sau vài lời chúc ngủ ngon và Artemisia trao cho bố một nụ hôn nửa vời, lũ trẻ được Sarah đưa ra khỏi bếp.</w:t>
      </w:r>
    </w:p>
    <w:p>
      <w:pPr>
        <w:spacing w:after="80"/>
      </w:pPr>
      <w:r>
        <w:rPr>
          <w:b w:val="0"/>
          <w:i w:val="0"/>
        </w:rPr>
        <w:t>Khi cửa đã đóng lại, Beth nói, ‘Artemisia nói đúng một điều, tôi không thể chờ thêm để biết tại sao anh muốn gặp tôi.’</w:t>
      </w:r>
    </w:p>
    <w:p>
      <w:pPr>
        <w:spacing w:after="80"/>
      </w:pPr>
      <w:r>
        <w:rPr>
          <w:b w:val="0"/>
          <w:i w:val="0"/>
        </w:rPr>
        <w:t>‘Còn tôi thì không,’ William nói, cố tỏ ra bị xúc phạm.</w:t>
      </w:r>
    </w:p>
    <w:p>
      <w:pPr>
        <w:spacing w:after="80"/>
      </w:pPr>
      <w:r>
        <w:rPr>
          <w:b w:val="0"/>
          <w:i w:val="0"/>
        </w:rPr>
        <w:t>James uống nốt cà phê và chờ một lát trong khi sắp xếp lại suy nghĩ.</w:t>
      </w:r>
    </w:p>
    <w:p>
      <w:pPr>
        <w:spacing w:after="80"/>
      </w:pPr>
      <w:r>
        <w:rPr>
          <w:b w:val="0"/>
          <w:i w:val="0"/>
        </w:rPr>
        <w:t>‘Chắc hẳn anh còn nhớ ông nội quá cố của tôi, Hamish Buchanan, người đã sáng lập hãng tàu, và nói không ngoa, đã sống một cuộc đời khó lường và phức tạp. Nhưng chỉ gần đây tôi mới phát hiện ra cuộc đời ấy khó lường và phức tạp đến mức nào.’</w:t>
      </w:r>
    </w:p>
    <w:p>
      <w:pPr>
        <w:spacing w:after="80"/>
      </w:pPr>
      <w:r>
        <w:rPr>
          <w:b w:val="0"/>
          <w:i w:val="0"/>
        </w:rPr>
        <w:t>Beth ngồi ngả người ra sau và lắng nghe.</w:t>
      </w:r>
    </w:p>
    <w:p>
      <w:pPr>
        <w:spacing w:after="80"/>
      </w:pPr>
      <w:r>
        <w:rPr>
          <w:b w:val="0"/>
          <w:i w:val="0"/>
        </w:rPr>
        <w:t>‘Gần đây tôi mới biết,’ James tiếp tục, ‘rằng ông nội tôi từng có hai vợ.’ Anh dừng lại một lát để họ kịp tiêu hóa tiết lộ này. William làm đổ cà phê, còn Beth thì cố giữ vẻ bình tĩnh. ‘Hóa ra ông không chỉ có một người vợ ở New York, tức bà nội tôi, mà còn có một người vợ khác ở London, điều mà không ai trong gia đình tôi biết cả.’</w:t>
      </w:r>
    </w:p>
    <w:p>
      <w:pPr>
        <w:spacing w:after="80"/>
      </w:pPr>
      <w:r>
        <w:rPr>
          <w:b w:val="0"/>
          <w:i w:val="0"/>
        </w:rPr>
        <w:t>Hàng loạt câu hỏi lóe lên trong đầu William, nhưng anh vẫn im lặng. Anh có cảm giác hầu hết chúng sắp được giải đáp.</w:t>
      </w:r>
    </w:p>
    <w:p>
      <w:pPr>
        <w:spacing w:after="80"/>
      </w:pPr>
      <w:r>
        <w:rPr>
          <w:b w:val="0"/>
          <w:i w:val="0"/>
        </w:rPr>
        <w:t>‘Bà nội tôi, Chúa phù hộ cho bà, vẫn chưa hề hay biết về cuộc sống hai mặt mà ông tôi đã sống, và bố tôi mong mọi chuyện cứ giữ nguyên như vậy.’</w:t>
      </w:r>
    </w:p>
    <w:p>
      <w:pPr>
        <w:spacing w:after="80"/>
      </w:pPr>
      <w:r>
        <w:rPr>
          <w:b w:val="0"/>
          <w:i w:val="0"/>
        </w:rPr>
        <w:t>‘Dễ hiểu thôi,’ William nói. ‘Nhưng làm sao anh phát hiện ra?’</w:t>
      </w:r>
    </w:p>
    <w:p>
      <w:pPr>
        <w:spacing w:after="80"/>
      </w:pPr>
      <w:r>
        <w:rPr>
          <w:b w:val="0"/>
          <w:i w:val="0"/>
        </w:rPr>
        <w:t>‘Tôi sẽ chẳng bao giờ biết được nếu không nhận được lá thư từ một luật sư ở London, người đại diện cho bà Isla Buchanan quá cố, thông báo rằng bà đã qua đời và để lại toàn bộ tài sản cho tôi trong di chúc.’</w:t>
      </w:r>
    </w:p>
    <w:p>
      <w:pPr>
        <w:spacing w:after="80"/>
      </w:pPr>
      <w:r>
        <w:rPr>
          <w:b w:val="0"/>
          <w:i w:val="0"/>
        </w:rPr>
        <w:t>‘Bà ấy không có con riêng nào sao?’ Beth hỏi.</w:t>
      </w:r>
    </w:p>
    <w:p>
      <w:pPr>
        <w:spacing w:after="80"/>
      </w:pPr>
      <w:r>
        <w:rPr>
          <w:b w:val="0"/>
          <w:i w:val="0"/>
        </w:rPr>
        <w:t>‘Đó là câu hỏi đầu tiên của tôi. Nhưng luật sư của bà khẳng định không có người thân nào khác có quyền đòi phần di sản đó.’</w:t>
      </w:r>
    </w:p>
    <w:p>
      <w:pPr>
        <w:spacing w:after="80"/>
      </w:pPr>
      <w:r>
        <w:rPr>
          <w:b w:val="0"/>
          <w:i w:val="0"/>
        </w:rPr>
        <w:t>‘Vậy thì tôi đoán bà ấy chỉ làm đúng theo ý nguyện của ông anh thôi,’ William nói. ‘Dù sao thì ai cũng biết anh là đứa cháu trai cưng nhất của ông.’</w:t>
      </w:r>
    </w:p>
    <w:p>
      <w:pPr>
        <w:spacing w:after="80"/>
      </w:pPr>
      <w:r>
        <w:rPr>
          <w:b w:val="0"/>
          <w:i w:val="0"/>
        </w:rPr>
        <w:t>‘Vậy tôi nằm ở đâu trong cái tam giác kỳ quặc này?’ Beth hỏi.</w:t>
      </w:r>
    </w:p>
    <w:p>
      <w:pPr>
        <w:spacing w:after="80"/>
      </w:pPr>
      <w:r>
        <w:rPr>
          <w:b w:val="0"/>
          <w:i w:val="0"/>
        </w:rPr>
        <w:t>‘Phần lớn di sản của bà,’ James tiếp tục, ‘gồm một căn nhà ở Onslow Square, mà tôi đã cho rao bán rồi. Tuy nhiên, hóa ra Isla cũng có chung niềm đam mê hội họa Scotland với ông tôi, và họ đã sưu tầm các tác phẩm của Sir Henry Raeburn, Samuel Peploe, Allan Ramsay và một người tên là Charles Rennie Mackintosh.’</w:t>
      </w:r>
    </w:p>
    <w:p>
      <w:pPr>
        <w:spacing w:after="80"/>
      </w:pPr>
      <w:r>
        <w:rPr>
          <w:b w:val="0"/>
          <w:i w:val="0"/>
        </w:rPr>
        <w:t>‘Đừng bao giờ thốt ra ba chữ đó với một người Scotland mà không cúi đầu. Ông ấy đã trở thành một phần của truyền thuyết dân gian Glasgow rồi.’</w:t>
      </w:r>
    </w:p>
    <w:p>
      <w:pPr>
        <w:spacing w:after="80"/>
      </w:pPr>
      <w:r>
        <w:rPr>
          <w:b w:val="0"/>
          <w:i w:val="0"/>
        </w:rPr>
        <w:t>James cúi đầu và nói, ‘Tuy nhiên, nếu tôi muốn làm đúng theo ý nguyện của bố tôi, tôi phải thanh lý toàn bộ bộ sưu tập mà không gây chú ý đến nguồn gốc của nó.’</w:t>
      </w:r>
    </w:p>
    <w:p>
      <w:pPr>
        <w:spacing w:after="80"/>
      </w:pPr>
      <w:r>
        <w:rPr>
          <w:b w:val="0"/>
          <w:i w:val="0"/>
        </w:rPr>
        <w:t>‘Anh không muốn giữ lại tác phẩm nào sao?’ Beth hỏi, không tin nổi.</w:t>
      </w:r>
    </w:p>
    <w:p>
      <w:pPr>
        <w:spacing w:after="80"/>
      </w:pPr>
      <w:r>
        <w:rPr>
          <w:b w:val="0"/>
          <w:i w:val="0"/>
        </w:rPr>
        <w:t>‘Đó không phải là rủi ro mà bố tôi sẵn lòng chấp nhận. Nên tôi đang tự hỏi anh sẽ khuyên tôi làm gì trong hoàn cảnh này.’</w:t>
      </w:r>
    </w:p>
    <w:p>
      <w:pPr>
        <w:spacing w:after="80"/>
      </w:pPr>
      <w:r>
        <w:rPr>
          <w:b w:val="0"/>
          <w:i w:val="0"/>
        </w:rPr>
        <w:t xml:space="preserve">‘Tôi sẽ sống với chúng đến hết đời,’ Beth nói, đầy cảm xúc. ‘Nhưng nếu anh buộc phải bán, thì chắc chắn không thể mạo hiểm đem ra đấu giá. </w:t>
      </w:r>
      <w:r>
        <w:rPr>
          <w:b w:val="0"/>
          <w:i/>
        </w:rPr>
        <w:t>Nguồn gốc</w:t>
      </w:r>
      <w:r>
        <w:rPr>
          <w:b w:val="0"/>
          <w:i w:val="0"/>
        </w:rPr>
        <w:t xml:space="preserve"> sẽ được ghi trong danh mục cho mọi người thấy.’</w:t>
      </w:r>
    </w:p>
    <w:p>
      <w:pPr>
        <w:spacing w:after="80"/>
      </w:pPr>
      <w:r>
        <w:rPr>
          <w:b w:val="0"/>
          <w:i w:val="0"/>
        </w:rPr>
        <w:t>‘Vậy có cách nào khác?’ James hỏi.</w:t>
      </w:r>
    </w:p>
    <w:p>
      <w:pPr>
        <w:spacing w:after="80"/>
      </w:pPr>
      <w:r>
        <w:rPr>
          <w:b w:val="0"/>
          <w:i w:val="0"/>
        </w:rPr>
        <w:t>‘Cô sẽ phải bán chúng một cách kín đáo, và tôi e rằng việc đó có thể mất chút thời gian.’</w:t>
      </w:r>
    </w:p>
    <w:p>
      <w:pPr>
        <w:spacing w:after="80"/>
      </w:pPr>
      <w:r>
        <w:rPr>
          <w:b w:val="0"/>
          <w:i w:val="0"/>
        </w:rPr>
        <w:t>‘Ông có sẵn lòng đến thăm ngôi nhà và xem qua bộ sưu tập giúp tôi không?’</w:t>
      </w:r>
    </w:p>
    <w:p>
      <w:pPr>
        <w:spacing w:after="80"/>
      </w:pPr>
      <w:r>
        <w:rPr>
          <w:b w:val="0"/>
          <w:i w:val="0"/>
        </w:rPr>
        <w:t>‘Tất nhiên là tôi sẽ làm. Mai tôi sẽ đến và bắt đầu lập danh mục các tác phẩm, rồi cho cô biết tôi nghĩ chúng đáng giá bao nhiêu.’</w:t>
      </w:r>
    </w:p>
    <w:p>
      <w:pPr>
        <w:spacing w:after="80"/>
      </w:pPr>
      <w:r>
        <w:rPr>
          <w:b w:val="0"/>
          <w:i w:val="0"/>
        </w:rPr>
        <w:t>‘Tôi không thể đòi hỏi gì hơn,’ James nói. ‘Nhưng tôi e rằng giờ tôi phải rời khỏi cô.’</w:t>
      </w:r>
    </w:p>
    <w:p>
      <w:pPr>
        <w:spacing w:after="80"/>
      </w:pPr>
      <w:r>
        <w:rPr>
          <w:b w:val="0"/>
          <w:i w:val="0"/>
        </w:rPr>
        <w:t>Beth nhướng một bên lông mày.</w:t>
      </w:r>
    </w:p>
    <w:p>
      <w:pPr>
        <w:spacing w:after="80"/>
      </w:pPr>
      <w:r>
        <w:rPr>
          <w:b w:val="0"/>
          <w:i w:val="0"/>
        </w:rPr>
        <w:t>‘Tôi phải đi chứng minh với Artemisia rằng tôi biết đọc.’</w:t>
      </w:r>
    </w:p>
    <w:p>
      <w:pPr>
        <w:spacing w:after="80"/>
        <w:jc w:val="center"/>
      </w:pPr>
      <w:r>
        <w:rPr>
          <w:b w:val="0"/>
          <w:i w:val="0"/>
        </w:rPr>
        <w:t>• • •</w:t>
      </w:r>
    </w:p>
    <w:p>
      <w:pPr>
        <w:spacing w:after="80"/>
      </w:pPr>
      <w:r>
        <w:rPr>
          <w:b w:val="0"/>
          <w:i w:val="0"/>
        </w:rPr>
        <w:t>Christina chỉ cần một lần đến gặp Gerald Sloane với lời gợi ý rằng cô có thể sẽ sẵn lòng khôi phục khoản quyên góp hằng năm của mình cho Fitzmolean, thế là ông ta tiết lộ mọi thứ cô cần biết.</w:t>
      </w:r>
    </w:p>
    <w:p>
      <w:pPr>
        <w:spacing w:after="80"/>
      </w:pPr>
      <w:r>
        <w:rPr>
          <w:b w:val="0"/>
          <w:i w:val="0"/>
        </w:rPr>
        <w:t>‘Chuyến thăm của cô đến đúng lúc không thể hợp hơn,’ ông ta ngọt ngào nói.</w:t>
      </w:r>
    </w:p>
    <w:p>
      <w:pPr>
        <w:spacing w:after="80"/>
      </w:pPr>
      <w:r>
        <w:rPr>
          <w:b w:val="0"/>
          <w:i w:val="0"/>
        </w:rPr>
        <w:t>‘Sao vậy?’ Christina hỏi, vẻ ngây thơ.</w:t>
      </w:r>
    </w:p>
    <w:p>
      <w:pPr>
        <w:spacing w:after="80"/>
      </w:pPr>
      <w:r>
        <w:rPr>
          <w:b w:val="0"/>
          <w:i w:val="0"/>
        </w:rPr>
        <w:t>Sau khi thu thập đủ mọi thông tin cần biết về bức Holbein, cô học theo cách của Beth và suy nghĩ cẩn thận về những gì mình sẽ nói với ông Rosen khi gọi điện. Phải một lúc sau cuộc gọi mới được nhấc máy.</w:t>
      </w:r>
    </w:p>
    <w:p>
      <w:pPr>
        <w:spacing w:after="80"/>
      </w:pPr>
      <w:r>
        <w:rPr>
          <w:b w:val="0"/>
          <w:i w:val="0"/>
        </w:rPr>
        <w:t>‘Thomas Rosen đây,’ một giọng nói thanh lịch, phảng phất chút âm sắc nước ngoài, cất lên.</w:t>
      </w:r>
    </w:p>
    <w:p>
      <w:pPr>
        <w:spacing w:after="80"/>
      </w:pPr>
      <w:r>
        <w:rPr>
          <w:b w:val="0"/>
          <w:i w:val="0"/>
        </w:rPr>
        <w:t>‘Ông Rosen, tôi là Christina Faulkner, và qua người bạn tốt của tôi, Beth Warwick, tôi được biết ông có một bức tranh muốn bán mà tôi có thể quan tâm.’</w:t>
      </w:r>
    </w:p>
    <w:p>
      <w:pPr>
        <w:spacing w:after="80"/>
      </w:pPr>
      <w:r>
        <w:rPr>
          <w:b w:val="0"/>
          <w:i w:val="0"/>
        </w:rPr>
        <w:t>‘Cô gọi điện thay mặt cho Fitzmolean phải không, bà Faulkner?’</w:t>
      </w:r>
    </w:p>
    <w:p>
      <w:pPr>
        <w:spacing w:after="80"/>
      </w:pPr>
      <w:r>
        <w:rPr>
          <w:b w:val="0"/>
          <w:i w:val="0"/>
        </w:rPr>
        <w:t>‘Đúng vậy. Tuy nhiên, họ muốn việc tiếp cận này được giữ kín trong thời gian này.’</w:t>
      </w:r>
    </w:p>
    <w:p>
      <w:pPr>
        <w:spacing w:after="80"/>
      </w:pPr>
      <w:r>
        <w:rPr>
          <w:b w:val="0"/>
          <w:i w:val="0"/>
        </w:rPr>
        <w:t>‘Tôi hiểu,’ Rosen nói. ‘Cũng như cô, chúng tôi không muốn việc mua bán trở thành thông tin công khai.’</w:t>
      </w:r>
    </w:p>
    <w:p>
      <w:pPr>
        <w:spacing w:after="80"/>
      </w:pPr>
      <w:r>
        <w:rPr>
          <w:b w:val="0"/>
          <w:i w:val="0"/>
        </w:rPr>
        <w:t>‘Cô có thể yên tâm về sự kín đáo của tôi,’ Christina nói, người chắc chắn không muốn Sloane hay Miles phát hiện ra cô đang làm gì.</w:t>
      </w:r>
    </w:p>
    <w:p>
      <w:pPr>
        <w:spacing w:after="80"/>
      </w:pPr>
      <w:r>
        <w:rPr>
          <w:b w:val="0"/>
          <w:i w:val="0"/>
        </w:rPr>
        <w:t>‘Vậy thì, bà Faulkner ạ, tôi rất sẵn lòng mời bà đến thăm tôi ở Amsterdam, nơi bà có thể xem bức tranh.’</w:t>
      </w:r>
    </w:p>
    <w:p>
      <w:pPr>
        <w:spacing w:after="80"/>
      </w:pPr>
      <w:r>
        <w:rPr>
          <w:b w:val="0"/>
          <w:i w:val="0"/>
        </w:rPr>
        <w:t>‘Cùng với mẩu ghi chú viết tay của họa sĩ được dán ở mặt sau tấm ván?’</w:t>
      </w:r>
    </w:p>
    <w:p>
      <w:pPr>
        <w:spacing w:after="80"/>
      </w:pPr>
      <w:r>
        <w:rPr>
          <w:b w:val="0"/>
          <w:i w:val="0"/>
        </w:rPr>
        <w:t>‘Bà hiểu biết tường tận lắm, bà Faulkner ạ, điều đó không làm tôi ngạc nhiên. Vậy nếu bà vui lòng thu xếp chuyến đi đến Amsterdam khi thuận tiện, tôi sẽ cho tài xế riêng đón bà ở sân bay và đưa bà về nhà tôi.’</w:t>
      </w:r>
    </w:p>
    <w:p>
      <w:pPr>
        <w:pStyle w:val="Heading2"/>
      </w:pPr>
      <w:r>
        <w:rPr>
          <w:rFonts w:ascii="Calibri" w:hAnsi="Calibri"/>
          <w:b/>
          <w:i w:val="0"/>
          <w:sz w:val="32"/>
        </w:rPr>
        <w:t>CHƯƠNG 26</w:t>
      </w:r>
    </w:p>
    <w:p>
      <w:pPr>
        <w:spacing w:after="80"/>
      </w:pPr>
      <w:r>
        <w:rPr>
          <w:b w:val="0"/>
          <w:i w:val="0"/>
        </w:rPr>
        <w:t>KHÔNG AI NHẬN RA VIÊN SĨ QUAN ngồi cạnh Chim Ưng, nhưng tất cả đều biết tiếng ông ta.</w:t>
      </w:r>
    </w:p>
    <w:p>
      <w:pPr>
        <w:spacing w:after="80"/>
      </w:pPr>
      <w:r>
        <w:rPr>
          <w:b w:val="0"/>
          <w:i w:val="0"/>
        </w:rPr>
        <w:t>Trợ lý Ủy viên Harry Holbrooke là sĩ quan phụ trách Chống Khủng bố, và hiếm khi xuất hiện trước công chúng. Nếu bạn đi ngang qua ông ta trên phố, bạn sẽ chẳng buồn nhìn lại lần thứ hai, và sẽ không cho rằng có thể tin nổi ông ta chính là người mà IRA sợ nhất.</w:t>
      </w:r>
    </w:p>
    <w:p>
      <w:pPr>
        <w:spacing w:after="80"/>
      </w:pPr>
      <w:r>
        <w:rPr>
          <w:b w:val="0"/>
          <w:i w:val="0"/>
        </w:rPr>
        <w:t>Ông ta cao không quá năm foot tám, nặng khoảng 145 pound, một hạng lông khi bước vào võ đài quyền anh, nhưng là một hạng nặng khi nói đến những cú knock-out.</w:t>
      </w:r>
    </w:p>
    <w:p>
      <w:pPr>
        <w:spacing w:after="80"/>
      </w:pPr>
      <w:r>
        <w:rPr>
          <w:b w:val="0"/>
          <w:i w:val="0"/>
        </w:rPr>
        <w:t>‘Tôi muốn bắt đầu,’ ông nói bằng giọng Yorkshire đặc sệt mà ông không hề cố làm dịu đi trước các đồng nghiệp miền nam, ‘bằng việc đề nghị Giám đốc Warwick trình bày chi tiết về cuộc gặp của anh với Miles Faulkner, và ý kiến của anh về độ tin cậy của nguồn tin.’</w:t>
      </w:r>
    </w:p>
    <w:p>
      <w:pPr>
        <w:spacing w:after="80"/>
      </w:pPr>
      <w:r>
        <w:rPr>
          <w:b w:val="0"/>
          <w:i w:val="0"/>
        </w:rPr>
        <w:t>Tất cả đều chăm chú lắng nghe William thuật lại những gì đã diễn ra khi anh và Trung sĩ Pankhurst đến thăm tù nhân ở Belmarsh. Rebecca thỉnh thoảng đọc nguyên văn vài câu từ cuốn sổ tay của mình. Khi William nói xong, anh chờ nghe đánh giá của Holbrooke.</w:t>
      </w:r>
    </w:p>
    <w:p>
      <w:pPr>
        <w:spacing w:after="80"/>
      </w:pPr>
      <w:r>
        <w:rPr>
          <w:b w:val="0"/>
          <w:i w:val="0"/>
        </w:rPr>
        <w:t>‘Để tôi nói ngay từ đầu,’ ông bắt đầu, ‘rằng người cung cấp tin chính của anh khó có thể được xếp hạng A1. Xét theo tiêu chuẩn nguồn tin – được xếp từ A, luôn đáng tin cậy, đến E, chưa được kiểm chứng – thì Faulkner cùng lắm chỉ đạt D, không đáng tin. Xét theo uy tín – được xếp từ 1, được biết là trung thực không chút dè dặt, đến 5, bị nghi ngờ là giả dối – thì ông ta vừa vặn đạt 4, không thể tin được. Vậy nên, người của anh không chỉ là D4 mà còn đang thụ án tù vì tội lừa đảo và gian dối.</w:t>
      </w:r>
    </w:p>
    <w:p>
      <w:pPr>
        <w:spacing w:after="80"/>
      </w:pPr>
      <w:r>
        <w:rPr>
          <w:b w:val="0"/>
          <w:i w:val="0"/>
        </w:rPr>
        <w:t>‘Trong hoàn cảnh bình thường,’ Holbrooke tiếp tục, ‘thông tin do một nguồn như vậy cung cấp sẽ do một sĩ quan cấp thấp ở SO13 xử lý, và rất khó có khả năng đến được bàn làm việc của tôi. Tuy nhiên, tôi thừa nhận đây không thể gọi là “hoàn cảnh bình thường”, và Faulkner có hai điểm có lợi cho ông ta. Một, trí thông minh không thể phủ nhận của ông ta, và hai, ông ta được lợi gì khi bịa ra một câu chuyện nhảm nhí như vậy? Giờ để tôi mở rộng vấn đề này ra cho mọi người thảo luận, thưa chỉ huy,’ Holbrooke nói, nhìn về phía đầu kia của bàn. ‘Lần này tôi muốn anh đóng vai người phản biện trong khi nhóm của anh cố thuyết phục tôi rằng tôi nên coi đây là ưu tiên, bởi hiện tại nghe có vẻ như đang lãng phí thời gian của tôi.’ Chim Ưng gật đầu. ‘Vậy thì hãy bắt đầu với anh, thưa Giám đốc.’</w:t>
      </w:r>
    </w:p>
    <w:p>
      <w:pPr>
        <w:spacing w:after="80"/>
      </w:pPr>
      <w:r>
        <w:rPr>
          <w:b w:val="0"/>
          <w:i w:val="0"/>
        </w:rPr>
        <w:t>‘Tôi đồng ý với đánh giá của ông về uy tín của nguồn tin,’ William nói. ‘Cùng lắm là D4. Nhưng tôi vẫn tin rằng chúng ta không thể xem nhẹ mối đe dọa này.’</w:t>
      </w:r>
    </w:p>
    <w:p>
      <w:pPr>
        <w:spacing w:after="80"/>
      </w:pPr>
      <w:r>
        <w:rPr>
          <w:b w:val="0"/>
          <w:i w:val="0"/>
        </w:rPr>
        <w:t>‘Chúng ta chưa từng phải đối phó với một kẻ đánh bom liều chết ở Anh,’ Chim Ưng xen vào. ‘Đây sẽ là lần đầu tiên.’</w:t>
      </w:r>
    </w:p>
    <w:p>
      <w:pPr>
        <w:spacing w:after="80"/>
      </w:pPr>
      <w:r>
        <w:rPr>
          <w:b w:val="0"/>
          <w:i w:val="0"/>
        </w:rPr>
        <w:t>‘Đúng vậy,’ Holbrooke nói, ‘nhưng người Pháp đã từng đối mặt với vấn đề tương tự ở sân bay Orly vài năm trước, và đã bị bắt quả tang mất cảnh giác. Đừng bao giờ quên rằng nhiệm vụ của chúng ta là cố gắng đi trước bọn tội phạm hiện đại một bước, chứ không phải lúc nào cũng chạy theo sau. Một số người trong chúng ta còn nhớ thời công chúng kinh hoàng khi thấy một sĩ quan mặc đồng phục mang súng ngắn, điều mà giờ họ coi là chuyện đương nhiên. Vậy nên, hãy cứ giả định điều tồi tệ nhất rồi tính tiếp. An toàn ở Albert Hall thế nào?’</w:t>
      </w:r>
    </w:p>
    <w:p>
      <w:pPr>
        <w:spacing w:after="80"/>
      </w:pPr>
      <w:r>
        <w:rPr>
          <w:b w:val="0"/>
          <w:i w:val="0"/>
        </w:rPr>
        <w:t>‘Hết sức bình thường,’ Paul nói, ‘ngoại trừ đêm Lễ Tưởng niệm vào tháng Mười Một, khi Nữ hoàng và các thành viên khác của Hoàng gia luôn tham dự. Nhưng với các buổi hòa nhạc Proms, họ hầu như chẳng kiểm tra vé trước khi bạn vào chỗ ngồi, họ không khám túi xách, và đám khán giả đứng nghe nhạc thì muốn làm gì thì làm.’</w:t>
      </w:r>
    </w:p>
    <w:p>
      <w:pPr>
        <w:spacing w:after="80"/>
      </w:pPr>
      <w:r>
        <w:rPr>
          <w:b w:val="0"/>
          <w:i w:val="0"/>
        </w:rPr>
        <w:t>‘Những người đứng xem hòa nhạc?’ Holbrooke hỏi.</w:t>
      </w:r>
    </w:p>
    <w:p>
      <w:pPr>
        <w:spacing w:after="80"/>
      </w:pPr>
      <w:r>
        <w:rPr>
          <w:b w:val="0"/>
          <w:i w:val="0"/>
        </w:rPr>
        <w:t>‘Vào mùa Proms,’ Rebecca chen vào, ‘sáu trăm ghế ở khu khán đài được dỡ bỏ để chứa tám trăm người có vé, gọi là promenaders (người đứng xem hòa nhạc), họ đứng suốt toàn bộ buổi biểu diễn. Quản lý đặt vé mô tả họ là kỳ quặc thì ít mà điên rồ thì nhiều. Quần jeans và áo phông nhăn nhúm là chuyện thường, và không ít người trong số họ đến với ba lô, chẳng ngại ăn một bữa ba món trong khi tu liền mấy lon bia ngay giữa buổi diễn. Một số người có chỗ đứng quen thuộc ngay trước sân khấu, và khốn khổ thay cho ai dám chiếm lãnh địa mà người khác đã giữ từ lâu. Ngay cả khi ban quản lý quyết định tăng gấp đôi giá vé, với hy vọng nâng cao đẳng cấp, thì năm sau vẫn đúng những con người ấy xuất hiện, và thực hiện đúng những nghi thức ấy. Họ là những kẻ cuồng tín. Có vẻ như chẳng gì có thể ngăn họ rời xa nỗi ám ảnh thường niên của mình.’</w:t>
      </w:r>
    </w:p>
    <w:p>
      <w:pPr>
        <w:spacing w:after="80"/>
      </w:pPr>
      <w:r>
        <w:rPr>
          <w:b w:val="0"/>
          <w:i w:val="0"/>
        </w:rPr>
        <w:t>‘Cho đến khi,’ Holbrooke nói, ‘một kẻ đánh bom liều chết mang trong ba lô thứ gì đó chết chóc hơn một chiếc bánh sandwich gấp nhiều lần thổi bay họ lên thiên đường, và điều đó sẽ định hình nên Proms trong cả trăm năm tới. Nghĩ đến chuyện đó, tôi đã phát lệnh cảnh báo toàn bộ các cửa khẩu, và khuyên MI5 cùng MI6 đặc biệt để mắt tới bất kỳ ai mới đến từ Libya, và còn theo dõi sát sao hơn nữa những điệp viên ngủ đông đã biết. SO13 đang rà soát bất kỳ ai gốc Trung Đông nằm trong danh sách theo dõi của các cơ quan an ninh, trong khi GCHQ cũng đang tăng cường giám sát. Anh có thể cho tôi biết thêm gì về Albert Hall? Trước hết, nó có bao nhiêu ghế?’</w:t>
      </w:r>
    </w:p>
    <w:p>
      <w:pPr>
        <w:spacing w:after="80"/>
      </w:pPr>
      <w:r>
        <w:rPr>
          <w:b w:val="0"/>
          <w:i w:val="0"/>
        </w:rPr>
        <w:t>‘Gần năm nghìn rưỡi,’ Jackie nói, ‘trải trên năm tầng.’</w:t>
      </w:r>
    </w:p>
    <w:p>
      <w:pPr>
        <w:spacing w:after="80"/>
      </w:pPr>
      <w:r>
        <w:rPr>
          <w:b w:val="0"/>
          <w:i w:val="0"/>
        </w:rPr>
        <w:t>‘Cửa ra vào và lối thoát?’</w:t>
      </w:r>
    </w:p>
    <w:p>
      <w:pPr>
        <w:spacing w:after="80"/>
      </w:pPr>
      <w:r>
        <w:rPr>
          <w:b w:val="0"/>
          <w:i w:val="0"/>
        </w:rPr>
        <w:t>‘Mười hai,’ Paul nói. ‘Nhưng cửa số một chỉ được dùng khi có một thành viên Hoàng gia đến dự buổi biểu diễn.’</w:t>
      </w:r>
    </w:p>
    <w:p>
      <w:pPr>
        <w:spacing w:after="80"/>
      </w:pPr>
      <w:r>
        <w:rPr>
          <w:b w:val="0"/>
          <w:i w:val="0"/>
        </w:rPr>
        <w:t>‘Đêm đó chúng ta sẽ cần canh chừng từng cánh cửa một,’ Holbrooke nói, ‘và dù điều đó có làm những người đứng xem hòa nhạc bực bội đến đâu, ba lô của họ sẽ phải bị khám trước khi vào khán phòng. Tôi cũng sẽ cho hơn một trăm sĩ quan Chống Khủng bố mặc áo phản quang tuần tra quanh khuôn viên tòa nhà từ lúc rạng sáng, và gần chừng ấy người mặc thường phục. Nếu ai đó đến gần địa điểm mà đeo ba lô và trông có vẻ đáng ngờ dù chỉ một chút, họ sẽ bị chặn lại và khám, và nếu cần thì bị giữ để thẩm vấn. Họ có thể phàn nàn sau.’</w:t>
      </w:r>
    </w:p>
    <w:p>
      <w:pPr>
        <w:spacing w:after="80"/>
      </w:pPr>
      <w:r>
        <w:rPr>
          <w:b w:val="0"/>
          <w:i w:val="0"/>
        </w:rPr>
        <w:t>‘Chẳng phải hủy buổi hòa nhạc sẽ dễ hơn sao?’ Jackie gợi ý.</w:t>
      </w:r>
    </w:p>
    <w:p>
      <w:pPr>
        <w:spacing w:after="80"/>
      </w:pPr>
      <w:r>
        <w:rPr>
          <w:b w:val="0"/>
          <w:i w:val="0"/>
        </w:rPr>
        <w:t>‘Làm thế chỉ tiếp thêm oxy cho bọn khủng bố, như Margaret Thatcher từng nói. Và rồi chuyện này sẽ dừng ở đâu? Wimbledon, Triển lãm Hoa Chelsea, trận chung kết Cúp FA? Đừng bao giờ quên, chúng ta giống như những thủ môn, có thể có cả trăm pha cứu thua xuất thần, nhưng cú sút duy nhất người ta nhớ lại là cú sút lọt qua chúng ta. Nhiệm vụ của chúng ta là bảo vệ công chúng mà không để họ bao giờ biết chúng ta đang làm gì.’</w:t>
      </w:r>
    </w:p>
    <w:p>
      <w:pPr>
        <w:spacing w:after="80"/>
      </w:pPr>
      <w:r>
        <w:rPr>
          <w:b w:val="0"/>
          <w:i w:val="0"/>
        </w:rPr>
        <w:t>‘Liệu có khả năng Faulkner đang gài bẫy chúng ta, và đây chẳng qua chỉ là một âm mưu trả thù công phu để khiến chúng ta bận rộn trước phiên tòa của hắn?’ the Hawk hỏi, đóng vai người cố tình phản biện.</w:t>
      </w:r>
    </w:p>
    <w:p>
      <w:pPr>
        <w:spacing w:after="80"/>
      </w:pPr>
      <w:r>
        <w:rPr>
          <w:b w:val="0"/>
          <w:i w:val="0"/>
        </w:rPr>
        <w:t>‘Có thể, nhưng khó xảy ra,’ Holbrooke đáp. ‘Nhưng nếu đúng là vậy, tôi sẽ nhốt hắn ở một nơi không ai biết, và ném chìa khóa đi, vì hắn đang chiếm quá nhiều thời gian và nguồn lực quý giá của tôi trong khi lẽ ra tôi phải tập trung vào IRA.’</w:t>
      </w:r>
    </w:p>
    <w:p>
      <w:pPr>
        <w:spacing w:after="80"/>
      </w:pPr>
      <w:r>
        <w:rPr>
          <w:b w:val="0"/>
          <w:i w:val="0"/>
        </w:rPr>
        <w:t>‘Ông đưa ra quyết định thế nào—’ Paul bắt đầu.</w:t>
      </w:r>
    </w:p>
    <w:p>
      <w:pPr>
        <w:spacing w:after="80"/>
      </w:pPr>
      <w:r>
        <w:rPr>
          <w:b w:val="0"/>
          <w:i w:val="0"/>
        </w:rPr>
        <w:t>‘Hơn một trăm vụ việc đi qua bàn tôi mỗi tuần,’ Holbrooke nói. ‘Phần lớn có thể gạt phắt ngay, như lá thư chúng tôi nhận được từ một phụ nữ ở Surbiton báo cho tôi biết Nữ hoàng sẽ đến uống trà vào thứ Sáu, và hỏi khi nào tôi sẽ cử chó nghiệp vụ đến kiểm tra nhà bà ấy.’</w:t>
      </w:r>
    </w:p>
    <w:p>
      <w:pPr>
        <w:spacing w:after="80"/>
      </w:pPr>
      <w:r>
        <w:rPr>
          <w:b w:val="0"/>
          <w:i w:val="0"/>
        </w:rPr>
        <w:t>‘Thật đáng buồn,’ William nói. ‘Ông trả lời thế nào?’</w:t>
      </w:r>
    </w:p>
    <w:p>
      <w:pPr>
        <w:spacing w:after="80"/>
      </w:pPr>
      <w:r>
        <w:rPr>
          <w:b w:val="0"/>
          <w:i w:val="0"/>
        </w:rPr>
        <w:t>‘Người phụ nữ đó viết thư cho tôi ba bốn lần một năm. Chồng bà ấy, một cựu cảnh sát từng được trao Huân chương Thập tự Quân sự, bị nhiễm hơi độc trong Thế chiến thứ Hai, nên bà ấy đã góa chồng năm mươi năm. Một trong những sĩ quan đã nghỉ hưu của tôi, trông giống Công tước xứ Edinburgh, đến uống trà với bà ấy mỗi năm một lần.’</w:t>
      </w:r>
    </w:p>
    <w:p>
      <w:pPr>
        <w:spacing w:after="80"/>
      </w:pPr>
      <w:r>
        <w:rPr>
          <w:b w:val="0"/>
          <w:i w:val="0"/>
        </w:rPr>
        <w:t>Tất cả bọn họ phá lên cười.</w:t>
      </w:r>
    </w:p>
    <w:p>
      <w:pPr>
        <w:spacing w:after="80"/>
      </w:pPr>
      <w:r>
        <w:rPr>
          <w:b w:val="0"/>
          <w:i w:val="0"/>
        </w:rPr>
        <w:t>‘Nhưng vụ này chẳng có gì đáng cười cả, và chúng ta chỉ còn vài tuần trước khi nhạc trưởng giơ cây gậy lên. Vậy nên chúng ta phải làm mọi thứ trong khả năng để ngăn chặn một thảm họa tiềm tàng. Đừng có mơ mà tưởng ai trong các vị sẽ được ngủ nhiều trong mười bốn ngày tới. Các vị có thể bắt đầu bằng việc hủy mọi cuộc hẹn xã giao mà mình có,’ Holbrooke nói, đưa mắt nhìn quanh bàn, ‘trừ khi đó là để dự đám tang của chính mình.’</w:t>
      </w:r>
    </w:p>
    <w:p>
      <w:pPr>
        <w:spacing w:after="80"/>
        <w:jc w:val="center"/>
      </w:pPr>
      <w:r>
        <w:rPr>
          <w:b w:val="0"/>
          <w:i w:val="0"/>
        </w:rPr>
        <w:t>• • •</w:t>
      </w:r>
    </w:p>
    <w:p>
      <w:pPr>
        <w:spacing w:after="80"/>
      </w:pPr>
      <w:r>
        <w:rPr>
          <w:b w:val="0"/>
          <w:i w:val="0"/>
        </w:rPr>
        <w:t>Ông Rosen đúng như lời đã hứa, và khi Christina bước vào sảnh đón khách ở sân bay Schiphol, cô lập tức phát hiện một người đàn ông giơ tấm bảng có in chữ ‘FAULKNER’.</w:t>
      </w:r>
    </w:p>
    <w:p>
      <w:pPr>
        <w:spacing w:after="80"/>
      </w:pPr>
      <w:r>
        <w:rPr>
          <w:b w:val="0"/>
          <w:i w:val="0"/>
        </w:rPr>
        <w:t>Cô ngồi ở ghế sau một chiếc BMW, xem lại kịch bản của mình thêm một lần nữa, thậm chí không để ý khi xe đưa cô qua một con kênh rộng với những chiếc sà lan đầy màu sắc trôi bên dưới. Vài phút sau, xe dừng lại trước một ngôi nhà phố tráng lệ từ thế kỷ mười bảy. Người tài xế nhảy xuống và mở cửa sau.</w:t>
      </w:r>
    </w:p>
    <w:p>
      <w:pPr>
        <w:spacing w:after="80"/>
      </w:pPr>
      <w:r>
        <w:rPr>
          <w:b w:val="0"/>
          <w:i w:val="0"/>
        </w:rPr>
        <w:t>Christina bước xuống con phố lát đá cuội, được chào đón bởi một quý ông lớn tuổi mặc bộ vest ba mảnh bằng vải tuýt xương cá với chiếc khăn tay lụa đỏ thắm cài ở túi ngực. Ông chống mạnh lên một cây gậy chống thanh lịch bằng gỗ thạch nam với tay cầm bằng bạc. Cô thấy nhẹ nhõm vì đã chọn một bộ vest xám kín đáo cho dịp này, với chiếc váy dài xuống quá đầu gối.</w:t>
      </w:r>
    </w:p>
    <w:p>
      <w:pPr>
        <w:spacing w:after="80"/>
      </w:pPr>
      <w:r>
        <w:rPr>
          <w:b w:val="0"/>
          <w:i w:val="0"/>
        </w:rPr>
        <w:t>‘Chào mừng đến nhà tôi, bà Faulkner,’ Rosen nói khi ông cúi người hôn tay cô. ‘Tôi thật mong bà đã có một chuyến đi suôn sẻ.’</w:t>
      </w:r>
    </w:p>
    <w:p>
      <w:pPr>
        <w:spacing w:after="80"/>
      </w:pPr>
      <w:r>
        <w:rPr>
          <w:b w:val="0"/>
          <w:i w:val="0"/>
        </w:rPr>
        <w:t>‘Vâng, thưa ông Rosen,’ Christina đáp. ‘Và cảm ơn ông đã cử tài xế đến đón.’</w:t>
      </w:r>
    </w:p>
    <w:p>
      <w:pPr>
        <w:spacing w:after="80"/>
      </w:pPr>
      <w:r>
        <w:rPr>
          <w:b w:val="0"/>
          <w:i w:val="0"/>
        </w:rPr>
        <w:t>Chủ nhà bước đi chậm đến mức Christina có đủ thời gian để chiêm ngưỡng những món đồ nội thất cổ tuyệt đẹp và một tủ sứ Meissen gợi lên vẻ giàu sang phai nhạt, thừa kế từ đời trước. Rosen đứng sang một bên để mời cô vào phòng khách, nơi một khay cà phê và một đĩa bánh stroopwafels đã được bày sẵn trên chiếc bàn bầu dục nhỏ.</w:t>
      </w:r>
    </w:p>
    <w:p>
      <w:pPr>
        <w:spacing w:after="80"/>
      </w:pPr>
      <w:r>
        <w:rPr>
          <w:b w:val="0"/>
          <w:i w:val="0"/>
        </w:rPr>
        <w:t>Rosen đợi cô ngồi xuống rồi mới ngồi vào chiếc ghế da lưng cao đã sờn cũ. Ông đã sắp xếp chỗ ngồi để thứ đầu tiên cô nhìn thấy sau khi ngồi xuống là một bức chân dung nhỏ, tinh xảo của Henry VIII treo trên bức tường đối diện trực tiếp với cô. Không hợp gu cô, nhưng cô không hề nghi ngờ rằng Miles sẽ thèm muốn nó.</w:t>
      </w:r>
    </w:p>
    <w:p>
      <w:pPr>
        <w:spacing w:after="80"/>
      </w:pPr>
      <w:r>
        <w:rPr>
          <w:b w:val="0"/>
          <w:i w:val="0"/>
        </w:rPr>
        <w:t>Christina nghe ông lão nửa tai khi ông hồi tưởng về chuyến thăm London ngay sau chiến tranh, trong lúc một người hầu gái rót cà phê cho họ. Cảm nhận được rằng ông có thể thấy không thoải mái khi bàn chuyện tiền bạc với một người lạ, cô liền đến giải vây cho ông.</w:t>
      </w:r>
    </w:p>
    <w:p>
      <w:pPr>
        <w:spacing w:after="80"/>
      </w:pPr>
      <w:r>
        <w:rPr>
          <w:b w:val="0"/>
          <w:i w:val="0"/>
        </w:rPr>
        <w:t>‘Bà Warwick nói với tôi rằng ông hy vọng bán được bức tranh với giá mười hai triệu,’ cô nói.</w:t>
      </w:r>
    </w:p>
    <w:p>
      <w:pPr>
        <w:spacing w:after="80"/>
      </w:pPr>
      <w:r>
        <w:rPr>
          <w:b w:val="0"/>
          <w:i w:val="0"/>
        </w:rPr>
        <w:t>Ông lão có vẻ hơi ngượng ngùng, nhưng cuối cùng cũng nói được, ‘Đó là con số cha tôi đề xuất với tôi không lâu trước khi ông qua đời.’</w:t>
      </w:r>
    </w:p>
    <w:p>
      <w:pPr>
        <w:spacing w:after="80"/>
      </w:pPr>
      <w:r>
        <w:rPr>
          <w:b w:val="0"/>
          <w:i w:val="0"/>
        </w:rPr>
        <w:t>‘Tôi không muốn làm mất thời gian của ông, thưa ông Rosen, nhưng tôi phải nói với ông rằng bảo tàng Fitzmolean không có mười hai triệu bảng trong quỹ mua sắm của mình.’</w:t>
      </w:r>
    </w:p>
    <w:p>
      <w:pPr>
        <w:spacing w:after="80"/>
      </w:pPr>
      <w:r>
        <w:rPr>
          <w:b w:val="0"/>
          <w:i w:val="0"/>
        </w:rPr>
        <w:t>Ông lão có vẻ nhẹ nhõm, và thậm chí còn nở được một nụ cười yếu ớt.</w:t>
      </w:r>
    </w:p>
    <w:p>
      <w:pPr>
        <w:spacing w:after="80"/>
      </w:pPr>
      <w:r>
        <w:rPr>
          <w:b w:val="0"/>
          <w:i w:val="0"/>
        </w:rPr>
        <w:t>‘Tuy nhiên,’ Christina tiếp tục, ‘tôi có mười triệu tiền mặt gửi trong một két an toàn tại ngân hàng của tôi ở London. Nếu số đó đủ, tôi có thể đảm bảo với ông rằng bức chân dung sẽ được treo trên tường của bảo tàng Fitzmolean.’ Một câu cô đã tập dượt trước gương vào sáng hôm đó.</w:t>
      </w:r>
    </w:p>
    <w:p>
      <w:pPr>
        <w:spacing w:after="80"/>
      </w:pPr>
      <w:r>
        <w:rPr>
          <w:b w:val="0"/>
          <w:i w:val="0"/>
        </w:rPr>
        <w:t>Ông lão mất quá lâu mới trả lời đến mức cô tự hỏi liệu ông có ngủ thiếp đi không. Cuối cùng ông gần như thì thầm, ‘Tôi sẽ phải hỏi ý hai con trai tôi, vì chúng là những người thừa kế chính trong di chúc của tôi. Tôi mong bà hiểu cho.’</w:t>
      </w:r>
    </w:p>
    <w:p>
      <w:pPr>
        <w:spacing w:after="80"/>
      </w:pPr>
      <w:r>
        <w:rPr>
          <w:b w:val="0"/>
          <w:i w:val="0"/>
        </w:rPr>
        <w:t>‘Tất nhiên rồi,’ Christina nói.</w:t>
      </w:r>
    </w:p>
    <w:p>
      <w:pPr>
        <w:spacing w:after="80"/>
      </w:pPr>
      <w:r>
        <w:rPr>
          <w:b w:val="0"/>
          <w:i w:val="0"/>
        </w:rPr>
        <w:t>‘Tôi sẽ viết thư cho bà ngay khi biết quyết định của họ.’</w:t>
      </w:r>
    </w:p>
    <w:p>
      <w:pPr>
        <w:spacing w:after="80"/>
      </w:pPr>
      <w:r>
        <w:rPr>
          <w:b w:val="0"/>
          <w:i w:val="0"/>
        </w:rPr>
        <w:t>‘Cứ từ từ, ông Rosen. Tôi không vội đâu.’</w:t>
      </w:r>
    </w:p>
    <w:p>
      <w:pPr>
        <w:spacing w:after="80"/>
      </w:pPr>
      <w:r>
        <w:rPr>
          <w:b w:val="0"/>
          <w:i w:val="0"/>
        </w:rPr>
        <w:t>‘Bà có muốn ở lại dùng bữa trưa không, bà Faulkner? Như vậy tôi sẽ có dịp giới thiệu với bà phần còn lại trong bộ sưu tập của ông tôi.’</w:t>
      </w:r>
    </w:p>
    <w:p>
      <w:pPr>
        <w:spacing w:after="80"/>
      </w:pPr>
      <w:r>
        <w:rPr>
          <w:b w:val="0"/>
          <w:i w:val="0"/>
        </w:rPr>
        <w:t>‘Ông thật tử tế, ông Rosen, nhưng tôi phải về London kịp dự đêm diễn cuối của lễ hội Proms (Last Night of the Proms).’</w:t>
      </w:r>
    </w:p>
    <w:p>
      <w:pPr>
        <w:spacing w:after="80"/>
      </w:pPr>
      <w:r>
        <w:rPr>
          <w:b w:val="0"/>
          <w:i w:val="0"/>
        </w:rPr>
        <w:t>‘Thật là một dịp tuyệt vời,’ ông nói. ‘Với người Anh các bà, đây lúc nào cũng là một dịp đầy truyền thống. Ước gì tôi được cùng tham dự với bà.’ Ông ngừng lại, phủi một mẩu vụn bánh trên áo gi-lê rồi hỏi: ‘Bà còn muốn biết gì nữa về bức chân dung trước khi ra về không?’</w:t>
      </w:r>
    </w:p>
    <w:p>
      <w:pPr>
        <w:spacing w:after="80"/>
      </w:pPr>
      <w:r>
        <w:rPr>
          <w:b w:val="0"/>
          <w:i w:val="0"/>
        </w:rPr>
        <w:t>‘Tôi muốn xem bức thư viết tay mà Holbein gửi cho bác sĩ của ông ấy.’</w:t>
      </w:r>
    </w:p>
    <w:p>
      <w:pPr>
        <w:spacing w:after="80"/>
      </w:pPr>
      <w:r>
        <w:rPr>
          <w:b w:val="0"/>
          <w:i w:val="0"/>
        </w:rPr>
        <w:t>‘Vâng, tất nhiên rồi,’ ông lão nói. Ông chậm rãi đứng dậy khỏi ghế, bước loạng choạng đến bên bức tranh và nhẹ nhàng gỡ nó khỏi tường như thể đó là một người bạn cũ, rồi lật mặt sau để Christina có thể xem bức thư dán ở phía sau tấm ván. Nhìn một hồi lâu, cô vẫn chẳng hiểu gì hơn.</w:t>
      </w:r>
    </w:p>
    <w:p>
      <w:pPr>
        <w:spacing w:after="80"/>
      </w:pPr>
      <w:r>
        <w:rPr>
          <w:b w:val="0"/>
          <w:i w:val="0"/>
        </w:rPr>
        <w:t>‘Để tôi dịch giúp bà,’ ông nói, ‘dù thật ra tôi đã thuộc lòng nó từ khi còn nhỏ.’</w:t>
      </w:r>
    </w:p>
    <w:p>
      <w:pPr>
        <w:jc w:val="center"/>
      </w:pPr>
      <w:r>
        <w:drawing>
          <wp:inline xmlns:a="http://schemas.openxmlformats.org/drawingml/2006/main" xmlns:pic="http://schemas.openxmlformats.org/drawingml/2006/picture">
            <wp:extent cx="5486400" cy="4686424"/>
            <wp:docPr id="4" name="Picture 4"/>
            <wp:cNvGraphicFramePr>
              <a:graphicFrameLocks noChangeAspect="1"/>
            </wp:cNvGraphicFramePr>
            <a:graphic>
              <a:graphicData uri="http://schemas.openxmlformats.org/drawingml/2006/picture">
                <pic:pic>
                  <pic:nvPicPr>
                    <pic:cNvPr id="0" name="img_0002.jpg"/>
                    <pic:cNvPicPr/>
                  </pic:nvPicPr>
                  <pic:blipFill>
                    <a:blip r:embed="rId12"/>
                    <a:stretch>
                      <a:fillRect/>
                    </a:stretch>
                  </pic:blipFill>
                  <pic:spPr>
                    <a:xfrm>
                      <a:off x="0" y="0"/>
                      <a:ext cx="5486400" cy="4686424"/>
                    </a:xfrm>
                    <a:prstGeom prst="rect"/>
                  </pic:spPr>
                </pic:pic>
              </a:graphicData>
            </a:graphic>
          </wp:inline>
        </w:drawing>
      </w:r>
    </w:p>
    <w:p>
      <w:pPr>
        <w:spacing w:after="80"/>
      </w:pPr>
      <w:r>
        <w:rPr>
          <w:b w:val="0"/>
          <w:i w:val="0"/>
        </w:rPr>
        <w:t>‘Holbein qua đời chỉ một năm sau đó, ở tuổi bốn mươi sáu,’ ông lão nói, ‘và cho đến tận ngày nay, bức tranh chưa từng rời khỏi ngôi nhà này. Nếu bà muốn xác thực bức thư, có một bản sao trong kho lưu trữ của Kunstmuseum. Họ cũng không thể đáp ứng mức giá mà tôi đưa ra, vì phòng tranh vừa mới trải qua một đợt tu sửa tốn kém, đó là lý do tôi đề nghị bán bức tranh cho Fitzmolean.’</w:t>
      </w:r>
    </w:p>
    <w:p>
      <w:pPr>
        <w:spacing w:after="80"/>
      </w:pPr>
      <w:r>
        <w:rPr>
          <w:b w:val="0"/>
          <w:i w:val="0"/>
        </w:rPr>
        <w:t>‘Nơi mà tôi đảm bảo với ông rằng nó sẽ được đặt ở vị trí trang trọng nhất, nếu các con trai ông đồng ý nhận lời đề nghị của tôi,’ Christina nói khi ông lão treo bức tranh trở lại tường. Trông ông có vẻ vui khi thấy nó trở về đúng chỗ của mình.</w:t>
      </w:r>
    </w:p>
    <w:p>
      <w:pPr>
        <w:spacing w:after="80"/>
      </w:pPr>
      <w:r>
        <w:rPr>
          <w:b w:val="0"/>
          <w:i w:val="0"/>
        </w:rPr>
        <w:t>Rosen chậm rãi đưa vị khách ra khỏi phòng và quay lại cửa chính, nơi ông vẫn đứng trên bậc thềm cao nhất cho đến khi chiếc xe khuất khỏi tầm mắt. Sau đó ông trở về phòng làm việc và gọi điện cho con trai lớn.</w:t>
      </w:r>
    </w:p>
    <w:p>
      <w:pPr>
        <w:spacing w:after="80"/>
        <w:jc w:val="center"/>
      </w:pPr>
      <w:r>
        <w:rPr>
          <w:b w:val="0"/>
          <w:i w:val="0"/>
        </w:rPr>
        <w:t>• • •</w:t>
      </w:r>
    </w:p>
    <w:p>
      <w:pPr>
        <w:spacing w:after="80"/>
      </w:pPr>
      <w:r>
        <w:rPr>
          <w:b w:val="0"/>
          <w:i w:val="0"/>
        </w:rPr>
        <w:t>‘Tôi đã đưa ra mức định giá mà tôi cho là thực tế cho bộ sưu tập tranh Scotland của bà Buchanan quá cố,’ Beth nói, ‘và tôi có thể nói với anh rằng bà ấy có con mắt tinh tường lắm.’</w:t>
      </w:r>
    </w:p>
    <w:p>
      <w:pPr>
        <w:spacing w:after="80"/>
      </w:pPr>
      <w:r>
        <w:rPr>
          <w:b w:val="0"/>
          <w:i w:val="0"/>
        </w:rPr>
        <w:t>James không ngắt lời.</w:t>
      </w:r>
    </w:p>
    <w:p>
      <w:pPr>
        <w:spacing w:after="80"/>
      </w:pPr>
      <w:r>
        <w:rPr>
          <w:b w:val="0"/>
          <w:i w:val="0"/>
        </w:rPr>
        <w:t>‘Và để trả lời câu hỏi của anh về việc tôi dự đoán chúng có thể bán được bao nhiêu: khoảng £1.2 đến £1.4 triệu trên thị trường tự do. Tuy nhiên, có thể sẽ mất một thời gian mới bán hết được, vì anh nhớ rằng anh không muốn bất kỳ vụ bán nào bị công khai.’</w:t>
      </w:r>
    </w:p>
    <w:p>
      <w:pPr>
        <w:spacing w:after="80"/>
      </w:pPr>
      <w:r>
        <w:rPr>
          <w:b w:val="0"/>
          <w:i w:val="0"/>
        </w:rPr>
        <w:t>‘Vậy thì tôi sẽ cần ai đó gỡ giúp tôi mớ này. Thế anh thấy sao nếu tôi đề nghị bán cho anh cả bộ sưu tập với giá một triệu?’</w:t>
      </w:r>
    </w:p>
    <w:p>
      <w:pPr>
        <w:spacing w:after="80"/>
      </w:pPr>
      <w:r>
        <w:rPr>
          <w:b w:val="0"/>
          <w:i w:val="0"/>
        </w:rPr>
        <w:t>‘Giá đó hợp lý đấy,’ Beth nói. ‘Thế chị thấy sao nếu tôi chỉ có thể trả bằng tiền mặt?’</w:t>
      </w:r>
    </w:p>
    <w:p>
      <w:pPr>
        <w:spacing w:after="80"/>
      </w:pPr>
      <w:r>
        <w:rPr>
          <w:b w:val="0"/>
          <w:i w:val="0"/>
        </w:rPr>
        <w:t>‘Tôi thì thoải mái thôi,’ James nói, ‘miễn là tôi không phạm luật.’</w:t>
      </w:r>
    </w:p>
    <w:p>
      <w:pPr>
        <w:spacing w:after="80"/>
      </w:pPr>
      <w:r>
        <w:rPr>
          <w:b w:val="0"/>
          <w:i w:val="0"/>
        </w:rPr>
        <w:t>‘Tôi phải cảnh báo anh,’ William chen vào, ‘số tiền mặt đó sẽ đến từ một kẻ phạm tội.’</w:t>
      </w:r>
    </w:p>
    <w:p>
      <w:pPr>
        <w:spacing w:after="80"/>
      </w:pPr>
      <w:r>
        <w:rPr>
          <w:b w:val="0"/>
          <w:i w:val="0"/>
        </w:rPr>
        <w:t>‘Christina không phải kẻ phạm tội,’ Beth nói. ‘Thật ra, cô ấy là bạn và là đối tác của tôi, dù tôi thừa nhận số tiền ban đầu đến từ chồng cô ấy, người hiện đang ngồi tù.’</w:t>
      </w:r>
    </w:p>
    <w:p>
      <w:pPr>
        <w:spacing w:after="80"/>
      </w:pPr>
      <w:r>
        <w:rPr>
          <w:b w:val="0"/>
          <w:i w:val="0"/>
        </w:rPr>
        <w:t>‘Miles Faulkner à?’ James nói. ‘Thôi, cảm ơn. Thế thì chẳng khác nào nhảy từ lửa này sang lửa khác.’</w:t>
      </w:r>
    </w:p>
    <w:p>
      <w:pPr>
        <w:spacing w:after="80"/>
      </w:pPr>
      <w:r>
        <w:rPr>
          <w:b w:val="0"/>
          <w:i w:val="0"/>
        </w:rPr>
        <w:t>‘Mà không có bình chữa cháy,’ William góp lời.</w:t>
      </w:r>
    </w:p>
    <w:p>
      <w:pPr>
        <w:spacing w:after="80"/>
      </w:pPr>
      <w:r>
        <w:rPr>
          <w:b w:val="0"/>
          <w:i w:val="0"/>
        </w:rPr>
        <w:t>‘Anh giúp được ghê,’ Beth nói, thụi một cú vào tay anh ta.</w:t>
      </w:r>
    </w:p>
    <w:p>
      <w:pPr>
        <w:spacing w:after="80"/>
      </w:pPr>
      <w:r>
        <w:rPr>
          <w:b w:val="0"/>
          <w:i w:val="0"/>
        </w:rPr>
        <w:t>‘Cứ nhớ lại xem việc tin tưởng người phụ nữ đó đã đưa em đến đâu trong quá khứ.’</w:t>
      </w:r>
    </w:p>
    <w:p>
      <w:pPr>
        <w:spacing w:after="80"/>
      </w:pPr>
      <w:r>
        <w:rPr>
          <w:b w:val="0"/>
          <w:i w:val="0"/>
        </w:rPr>
        <w:t>Beth im lặng một lúc lâu trước khi nói: ‘Tôi có thể có một giải pháp giải quyết được vấn đề của cả hai chúng ta.’</w:t>
      </w:r>
    </w:p>
    <w:p>
      <w:pPr>
        <w:spacing w:after="80"/>
      </w:pPr>
      <w:r>
        <w:rPr>
          <w:b w:val="0"/>
          <w:i w:val="0"/>
        </w:rPr>
        <w:t>James ánh lên vẻ hy vọng.</w:t>
      </w:r>
    </w:p>
    <w:p>
      <w:pPr>
        <w:spacing w:after="80"/>
      </w:pPr>
      <w:r>
        <w:rPr>
          <w:b w:val="0"/>
          <w:i w:val="0"/>
        </w:rPr>
        <w:t>‘Tôi có một khách hàng ở Edinburgh, vì lý do thuế có thể sẵn lòng đổi một bức Warhol vẽ Marilyn Monroe lấy bộ sưu tập Scotland của anh.’</w:t>
      </w:r>
    </w:p>
    <w:p>
      <w:pPr>
        <w:spacing w:after="80"/>
      </w:pPr>
      <w:r>
        <w:rPr>
          <w:b w:val="0"/>
          <w:i w:val="0"/>
        </w:rPr>
        <w:t>‘Nhưng tôi có thích Warhol đâu,’ James phản đối.</w:t>
      </w:r>
    </w:p>
    <w:p>
      <w:pPr>
        <w:spacing w:after="80"/>
      </w:pPr>
      <w:r>
        <w:rPr>
          <w:b w:val="0"/>
          <w:i w:val="0"/>
        </w:rPr>
        <w:t>‘Vậy thì anh có thể đem Marilyn ra đấu giá ở New York, nơi tôi tin chắc cô ấy sẽ thu về hơn một triệu, và còn hay hơn nữa, không đời nào người ta truy ra được nguồn gốc từ ông nội anh.’</w:t>
      </w:r>
    </w:p>
    <w:p>
      <w:pPr>
        <w:spacing w:after="80"/>
      </w:pPr>
      <w:r>
        <w:rPr>
          <w:b w:val="0"/>
          <w:i w:val="0"/>
        </w:rPr>
        <w:t>‘Thế thì chị kiếm lời kiểu gì?’ James hỏi.</w:t>
      </w:r>
    </w:p>
    <w:p>
      <w:pPr>
        <w:spacing w:after="80"/>
      </w:pPr>
      <w:r>
        <w:rPr>
          <w:b w:val="0"/>
          <w:i w:val="0"/>
        </w:rPr>
        <w:t>‘Tôi đủ tự tin để lấy mười phần trăm của mọi khoản anh thu được từ đấu giá vượt mức một triệu.’</w:t>
      </w:r>
    </w:p>
    <w:p>
      <w:pPr>
        <w:spacing w:after="80"/>
      </w:pPr>
      <w:r>
        <w:rPr>
          <w:b w:val="0"/>
          <w:i w:val="0"/>
        </w:rPr>
        <w:t>‘Cho hai mươi phần trăm đi,’ James nói.</w:t>
      </w:r>
    </w:p>
    <w:p>
      <w:pPr>
        <w:spacing w:after="80"/>
      </w:pPr>
      <w:r>
        <w:rPr>
          <w:b w:val="0"/>
          <w:i w:val="0"/>
        </w:rPr>
        <w:t>‘Anh hào phóng quá,’ William nói.</w:t>
      </w:r>
    </w:p>
    <w:p>
      <w:pPr>
        <w:spacing w:after="80"/>
      </w:pPr>
      <w:r>
        <w:rPr>
          <w:b w:val="0"/>
          <w:i w:val="0"/>
        </w:rPr>
        <w:t>‘Không hẳn đâu. Bởi vì nếu tôi không kiếm được một triệu cho bức Warhol mà Beth tin tưởng đến thế, thì hai mươi phần trăm của không có gì vẫn là không có gì. Nếu cô ấy sẵn sàng chấp nhận rủi ro, thì tôi cũng vậy.’</w:t>
      </w:r>
    </w:p>
    <w:p>
      <w:pPr>
        <w:pStyle w:val="Heading2"/>
      </w:pPr>
      <w:r>
        <w:rPr>
          <w:rFonts w:ascii="Calibri" w:hAnsi="Calibri"/>
          <w:b/>
          <w:i w:val="0"/>
          <w:sz w:val="32"/>
        </w:rPr>
        <w:t>CHƯƠNG 27</w:t>
      </w:r>
    </w:p>
    <w:p>
      <w:pPr>
        <w:spacing w:after="80"/>
      </w:pPr>
      <w:r>
        <w:rPr>
          <w:b w:val="0"/>
          <w:i w:val="0"/>
        </w:rPr>
        <w:t>‘Tôi tưởng Chỉ huy Vàng (Gold Commander) thường ở lại căn cứ trong khi Silver điều hành hoạt động tại hiện trường cùng với Bronze hỗ trợ anh ta chứ?’ William nói.</w:t>
      </w:r>
    </w:p>
    <w:p>
      <w:pPr>
        <w:spacing w:after="80"/>
      </w:pPr>
      <w:r>
        <w:rPr>
          <w:b w:val="0"/>
          <w:i w:val="0"/>
        </w:rPr>
        <w:t>‘Vậy là anh tưởng sai rồi,’ Holbrooke nói, đưa mắt nhìn quanh để nắm bắt mọi thứ đang diễn ra. Ông có thể thấy hơn một trăm sĩ quan được huấn luyện bài bản đang bao vây hội trường hòa nhạc, tất cả đều mặc áo phản quang bên ngoài đồng phục, để cảnh báo những ai không đến tham gia dàn đồng ca ‘Land of Hope and Glory’ hãy tránh xa. Holbrooke rõ ràng tin rằng phòng bệnh hơn chữa bệnh. ‘Các sĩ quan tìm kiếm của anh có phát hiện được gì đáng chú ý khi họ lục soát tòa nhà sáng nay không?’</w:t>
      </w:r>
    </w:p>
    <w:p>
      <w:pPr>
        <w:spacing w:after="80"/>
      </w:pPr>
      <w:r>
        <w:rPr>
          <w:b w:val="0"/>
          <w:i w:val="0"/>
        </w:rPr>
        <w:t>‘Họ đã lục từng tấc của hội trường từ mái nhà xuống tầng hầm, thưa ngài,’ William nói, ‘nhưng tất cả những gì họ tìm thấy chỉ là một hộp diêm Swan Vesta rỗng mà đội dọn dẹp qua đêm chắc đã bỏ sót. Tôi đích thân lên mái nhà và đi một vòng quanh mái vòm kính, không phát hiện gì khả nghi. Nhưng lũ chó vừa được đưa vào và đang kiểm tra khán phòng từng hàng một, từ khu ghế tầng trệt đến tầng cao nhất.’</w:t>
      </w:r>
    </w:p>
    <w:p>
      <w:pPr>
        <w:spacing w:after="80"/>
      </w:pPr>
      <w:r>
        <w:rPr>
          <w:b w:val="0"/>
          <w:i w:val="0"/>
        </w:rPr>
        <w:t>‘Vậy thì hắn chưa thể vào tòa nhà được. Sáng nay người ta thấy vài nghi phạm khả dĩ đang hướng về London, từ Manchester, Birmingham và Bradford, không phải ai cũng đi đường thẳng. Tất nhiên chúng có thể là mồi nhử, nhưng nếu bất kỳ ai trong số chúng đến trong vòng một dặm quanh hội trường, chúng sẽ bị bắt giữ, đưa đi thẩm vấn, và không được thả cho đến sau này – rất lâu sau này. Mấy giờ thì mở cửa cho công chúng?’</w:t>
      </w:r>
    </w:p>
    <w:p>
      <w:pPr>
        <w:spacing w:after="80"/>
      </w:pPr>
      <w:r>
        <w:rPr>
          <w:b w:val="0"/>
          <w:i w:val="0"/>
        </w:rPr>
        <w:t>‘Sáu giờ,’ William nói, liếc lên mái của Royal College of Art, nơi anh có thể thấy nửa tá tay súng bắn tỉa đang quét đám đông bằng ống nhòm. ‘Nhạc trưởng, Ngài John Pritchard, sẽ bước lên sân khấu lúc bảy giờ ba mươi, đến lúc đó bốn người trong đội của tôi sẽ hòa vào đám khán giả đứng xem.’</w:t>
      </w:r>
    </w:p>
    <w:p>
      <w:pPr>
        <w:spacing w:after="80"/>
      </w:pPr>
      <w:r>
        <w:rPr>
          <w:b w:val="0"/>
          <w:i w:val="0"/>
        </w:rPr>
        <w:t>‘Cùng với mười đặc vụ của tôi,’ Holbrooke nói khi kiểm tra đèn giao thông ở góc đường Exhibition Road, thứ mà ông kiểm soát được. Ánh mắt William dừng lại ở Đài tưởng niệm Albert, cách đó một trăm thước trong Kensington Gardens. Trên bậc thềm của nó, một đôi trai gái trẻ đang ôm nhau, nhưng anh biết họ không phải người yêu, vì một người đang chăm chú canh chừng công viên, trong khi người kia tập trung vào con đường trước lối vào chính của Albert Hall. William phải khâm phục vẻ bình thản của Holbrooke, trong khi bản thân anh vẫn bồn chồn khó chịu, ý thức quá rõ rằng có hàng trăm đặc vụ đang ở ngoài kia theo đề nghị của anh và, tệ hơn nữa, theo thông tin do một kẻ anh không tin tưởng cung cấp.</w:t>
      </w:r>
    </w:p>
    <w:p>
      <w:pPr>
        <w:spacing w:after="80"/>
      </w:pPr>
      <w:r>
        <w:rPr>
          <w:b w:val="0"/>
          <w:i w:val="0"/>
        </w:rPr>
        <w:t>Đến khi mặt trời bắt đầu lặn xuống sau dinh thự của Đại sứ Pháp, một dòng người háo hức đi xem hòa nhạc đều đặn tiến về phía hội trường, mong chờ buổi biểu diễn của tối nay.</w:t>
      </w:r>
    </w:p>
    <w:p>
      <w:pPr>
        <w:spacing w:after="80"/>
      </w:pPr>
      <w:r>
        <w:rPr>
          <w:b w:val="0"/>
          <w:i w:val="0"/>
        </w:rPr>
        <w:t>‘Tôi xin phép rời khỏi đây, thưa ngài, và vào trong cùng đội của tôi,’ William nói.</w:t>
      </w:r>
    </w:p>
    <w:p>
      <w:pPr>
        <w:spacing w:after="80"/>
      </w:pPr>
      <w:r>
        <w:rPr>
          <w:b w:val="0"/>
          <w:i w:val="0"/>
        </w:rPr>
        <w:t>‘Hãy chắc chắn rằng anh là người cuối cùng rời khỏi tòa nhà,’ Chỉ huy Vàng nói.</w:t>
      </w:r>
    </w:p>
    <w:p>
      <w:pPr>
        <w:spacing w:after="80"/>
      </w:pPr>
      <w:r>
        <w:rPr>
          <w:b w:val="0"/>
          <w:i w:val="0"/>
        </w:rPr>
        <w:t>William thích cách Holbrooke điều hành mọi việc, không để bất cứ điều gì cho may rủi. Anh băng qua đường và bước vào hội trường như thể mình là một khán giả bình thường, cẩn thận quan sát khi vé của khán giả được kiểm tra rồi kiểm tra lại, tạo nên một hàng dài những người đứng xem bực bội. Ngay cả sau khi họ đã thoát qua và tiến vào khán phòng, họ lại bị kiểm tra lần thứ ba. Một người có vé phản đối khi ba lô của anh ta bị đổ hết ra một cái bàn có một sĩ quan cảnh sát mặc thường phục cảnh giác đứng trực, và càng nổi nóng hơn khi được bảo rằng anh ta có thể lấy lại nó ở phòng giữ áo sau khi buổi biểu diễn kết thúc.</w:t>
      </w:r>
    </w:p>
    <w:p>
      <w:pPr>
        <w:spacing w:after="80"/>
      </w:pPr>
      <w:r>
        <w:rPr>
          <w:b w:val="0"/>
          <w:i w:val="0"/>
        </w:rPr>
        <w:t>‘Đúng là nhà nước cảnh sát chết tiệt,’ anh ta tuyên bố với giọng lớn nhất có thể, trước khi bỏ đi để hòa vào đám bạn ở khu khán đài.</w:t>
      </w:r>
    </w:p>
    <w:p>
      <w:pPr>
        <w:spacing w:after="80"/>
      </w:pPr>
      <w:r>
        <w:rPr>
          <w:b w:val="0"/>
          <w:i w:val="0"/>
        </w:rPr>
        <w:t>William chậm rãi đi một vòng quanh hành lang rộng bao quanh khán phòng, trước khi bước vào trong để hòa cùng những người vui chơi ồn ào. Một số người trong số họ đã ở đó hơn một tiếng đồng hồ, và sẽ là những người ra về cuối cùng, rất lâu sau khi các nhạc công cuối cùng đã rời sân khấu. Anh cầu nguyện rằng họ sẽ ra về trong tiếng hát.</w:t>
      </w:r>
    </w:p>
    <w:p>
      <w:pPr>
        <w:spacing w:after="80"/>
      </w:pPr>
      <w:r>
        <w:rPr>
          <w:b w:val="0"/>
          <w:i w:val="0"/>
        </w:rPr>
        <w:t>Anh nhanh chóng nhận ra Paul và Jackie, rồi cuối cùng là Rebecca, nhưng họ không để ý đến anh. Anh suýt bỏ lỡ Ross, người đang mặc một chiếc áo phông nhàu nhĩ và quần jeans rách, hòa mình vào đám đông người đi dạo như thể anh ta là một trong số họ. Về lý thuyết thì đêm nay là buổi nghỉ của anh ta, nhưng William biết chẳng có gì có thể ngăn anh ta có mặt ở đó, kể cả khi anh ta không được mời.</w:t>
      </w:r>
    </w:p>
    <w:p>
      <w:pPr>
        <w:spacing w:after="80"/>
      </w:pPr>
      <w:r>
        <w:rPr>
          <w:b w:val="0"/>
          <w:i w:val="0"/>
        </w:rPr>
        <w:t>Đội của anh đã ổn định vị trí ở bốn hướng của la bàn, từ đó họ có thể quét qua đám đông trong khi tìm kiếm một bóng người đơn độc trông có vẻ lạc lõng, không thoải mái.</w:t>
      </w:r>
    </w:p>
    <w:p>
      <w:pPr>
        <w:spacing w:after="80"/>
      </w:pPr>
      <w:r>
        <w:rPr>
          <w:b w:val="0"/>
          <w:i w:val="0"/>
        </w:rPr>
        <w:t>William kiểm tra các tầng phía trên mình, nơi hàng chục sĩ quan mặc thường phục – anh có thể nhận ra một cảnh sát từ khoảng cách trăm bước chân – đang kiểm tra vé, hướng dẫn mọi người đến chỗ ngồi và bán chương trình, đồng thời tìm kiếm cá nhân khó nắm bắt kia, kẻ có thể đang giấu một hỗn hợp chất nổ dưới chiếc áo sơ mi, áo len hay áo khoác phồng to. Vị Chỉ huy Vàng (Gold Commander) đã cảnh báo đội của ông rằng kẻ bị truy đuổi có thể đã tham dự vài buổi hòa nhạc prom khác trong tháng qua để nắm rõ địa hình và giảm nguy cơ để lại những dấu hiệu "biển chỉ dẫn" rõ ràng.</w:t>
      </w:r>
    </w:p>
    <w:p>
      <w:pPr>
        <w:spacing w:after="80"/>
      </w:pPr>
      <w:r>
        <w:rPr>
          <w:b w:val="0"/>
          <w:i w:val="0"/>
        </w:rPr>
        <w:t>‘Đừng bao giờ quên,’ Holbrooke đã nhắc nhở họ, ‘chúng ta đang đối phó với một kẻ đã bị tẩy não, và sẵn sàng hy sinh mạng sống vì một lý tưởng mà hắn tin tưởng.’</w:t>
      </w:r>
    </w:p>
    <w:p>
      <w:pPr>
        <w:spacing w:after="80"/>
      </w:pPr>
      <w:r>
        <w:rPr>
          <w:b w:val="0"/>
          <w:i w:val="0"/>
        </w:rPr>
        <w:t>Mỗi phút trôi qua, sự cuồng nhiệt của kỳ vọng lại càng lớn hơn. Cuối cùng dàn nhạc tiến lên sân khấu, đón nhận những tràng reo hò vang dội, tiếp theo là một tràng vỗ tay đặc biệt dành cho nghệ sĩ vĩ cầm chính, người đã cúi chào. Cuối cùng, khi dường như khán giả không thể chịu đựng thêm được nữa, cả khán phòng bùng nổ khi Ngài John Pritchard bước vào, dừng lại cúi chào vài lần trước khi bước lên bục chỉ huy và quay lưng lại với họ. William quét qua đám đông, nhưng không thể phát hiện ai không tham gia vỗ tay. Ở một khía cạnh nào đó anh thấy nhẹ nhõm, nhưng đồng thời, nếu anh đã bị gài bẫy, anh sẽ đảm bảo bản án của Faulkner bị nhân đôi.</w:t>
      </w:r>
    </w:p>
    <w:p>
      <w:pPr>
        <w:spacing w:after="80"/>
      </w:pPr>
      <w:r>
        <w:rPr>
          <w:b w:val="0"/>
          <w:i w:val="0"/>
        </w:rPr>
        <w:t>Ngài John giơ cây đũa chỉ huy lên và chờ cho hoàn toàn im lặng trước khi để dàn nhạc cất lên. Khán giả chăm chú say mê ngay từ nốt nhạc đầu tiên, và dường như họ biết từng nốt móc đôi (demiquaver) của mọi bản concerto, cũng như mọi bản overture tuôn trào từ sân khấu. William phớt lờ những gì đang diễn ra trên sân khấu khi anh tiếp tục quét qua khán phòng. Ánh mắt anh dừng lại một lát ở một người phụ nữ ngồi ở hàng ghế đầu của một trong những ô lô-gia (loggia) ở tầng hai. Bên cạnh cô là một chàng trai trẻ mà anh đã thấy tại buổi khai mạc Frans Hals vài tuần trước.</w:t>
      </w:r>
    </w:p>
    <w:p>
      <w:pPr>
        <w:spacing w:after="80"/>
      </w:pPr>
      <w:r>
        <w:rPr>
          <w:b w:val="0"/>
          <w:i w:val="0"/>
        </w:rPr>
        <w:t>Nhiều lần trong suốt hai giờ tiếp theo, William ước gì Beth đang đứng bên cạnh anh thưởng thức Rossini, Brahms và Benjamin Britten. Anh tự hứa sẽ đưa Beth đến vào năm sau – nếu buổi hòa nhạc không bị hủy để tưởng nhớ… Nhưng anh không để sự chú ý của mình sao lãng dù chỉ một khoảnh khắc, mặc dù anh thấy khó mà không hòa giọng khi tất cả những người xung quanh bắt đầu say sưa hát ‘See the Conquering Hero Come’, tiếp theo là những tràng vỗ tay còn cuồng nhiệt hơn.</w:t>
      </w:r>
    </w:p>
    <w:p>
      <w:pPr>
        <w:spacing w:after="80"/>
      </w:pPr>
      <w:r>
        <w:rPr>
          <w:b w:val="0"/>
          <w:i w:val="0"/>
        </w:rPr>
        <w:t>Ngài John chờ cho sự ồn ào lắng xuống trước khi giơ cây đũa chỉ huy lên một lần nữa, để cho nữ ca sĩ trung âm (mezzo-soprano) Sarah Walker thể hiện những ô nhịp mở đầu của ‘Rule Britannia’, và để khán giả trở thành dàn đồng ca lớn nhất trên trái đất. Rồi khoảnh khắc ấy đến, khoảnh khắc mà tất cả họ đều chờ đợi, khoảnh khắc mà William đã sợ hãi. Anh cầu nguyện rằng Faulkner đã sai.</w:t>
      </w:r>
    </w:p>
    <w:p>
      <w:pPr>
        <w:spacing w:after="80"/>
      </w:pPr>
      <w:r>
        <w:rPr>
          <w:b w:val="0"/>
          <w:i w:val="0"/>
        </w:rPr>
        <w:t>Người nhạc trưởng quay lại, đối mặt với khán giả và giơ cây đũa chỉ huy lên, mời hơn năm nghìn giọng hát chưa qua luyện tập trở thành dàn đồng ca ồn ào của ông. Khi họ cất lên câu mở đầu của ‘Land of Hope and Glory’, William chỉ có thể phát hiện bốn người không tham gia.</w:t>
      </w:r>
    </w:p>
    <w:p>
      <w:pPr>
        <w:spacing w:after="80"/>
      </w:pPr>
      <w:r>
        <w:rPr>
          <w:b w:val="0"/>
          <w:i w:val="0"/>
        </w:rPr>
        <w:t>Bản nhạc đạt đến đỉnh điểm cao trào và khán giả reo hò cuồng nhiệt, đòi một màn biểu diễn lại. Ngài John quay lại đối mặt với họ và cúi chào, mỉm cười thoáng qua trước khi sải bước rời sân khấu, nhưng không ai ngạc nhiên khi ông trở lại vài khoảnh khắc sau đó với sự đón nhận còn lớn hơn, nếu điều đó có thể. Một sự im lặng bao trùm khi ông giơ cây đũa chỉ huy lên lần cuối cùng.</w:t>
      </w:r>
    </w:p>
    <w:p>
      <w:pPr>
        <w:spacing w:after="80"/>
      </w:pPr>
      <w:r>
        <w:rPr>
          <w:b w:val="0"/>
          <w:i w:val="0"/>
        </w:rPr>
        <w:t>William chờ đợi tiếng nấc cuối cùng của ‘Britons never never never shall be slaves’ và đang thở phào nhẹ nhõm thì anh nghe thấy thứ gì đó giống như một vụ nổ ở đằng xa, bị lấn át bởi tiếng chũm chọe va chạm và tiếng gầm gừ vui sướng khi dàn nhạc đứng lên đón nhận tràng vỗ tay đứng kéo dài mười phút.</w:t>
      </w:r>
    </w:p>
    <w:p>
      <w:pPr>
        <w:spacing w:after="80"/>
      </w:pPr>
      <w:r>
        <w:rPr>
          <w:b w:val="0"/>
          <w:i w:val="0"/>
        </w:rPr>
        <w:t>William ngay lập tức lao về phía lối ra gần nhất và ra ngoài vỉa hè, nhận ra Rebecca đang đi trước anh một thước, với Jackie bám sát phía sau.</w:t>
      </w:r>
    </w:p>
    <w:p>
      <w:pPr>
        <w:spacing w:after="80"/>
      </w:pPr>
      <w:r>
        <w:rPr>
          <w:b w:val="0"/>
          <w:i w:val="0"/>
        </w:rPr>
        <w:t>Anh có thể nghe thấy tiếng còi hú ở đằng xa, và quay lại thấy ánh đèn nhấp nháy của một chiếc xe cứu thương đang lao về phía mình. Vị Chỉ huy Vàng đứng giữa đường, hai tay chống hông, mắt quét khắp mọi hướng.</w:t>
      </w:r>
    </w:p>
    <w:p>
      <w:pPr>
        <w:spacing w:after="80"/>
      </w:pPr>
      <w:r>
        <w:rPr>
          <w:b w:val="0"/>
          <w:i w:val="0"/>
        </w:rPr>
        <w:t>William chạy băng qua đường khi chiếc xe cứu thương thứ hai trượt bánh dừng lại cách anh vài thước. Cửa sau bật mở và hai nhân viên y tế mặc đồ xanh lá nhảy ra, được một nhóm sĩ quan vũ trang – những người dường như xuất hiện từ hư không – hướng dẫn về phía Đài tưởng niệm Albert. William đuổi theo họ xuyên qua một đám khói đến phía xa của công viên.</w:t>
      </w:r>
    </w:p>
    <w:p>
      <w:pPr>
        <w:spacing w:after="80"/>
      </w:pPr>
      <w:r>
        <w:rPr>
          <w:b w:val="0"/>
          <w:i w:val="0"/>
        </w:rPr>
        <w:t>William chỉ có thể đứng nhìn khi một cơ thể bất động được nhấc nhẹ lên khỏi mặt đất và đặt lên cáng. Anh nhận ra nạn nhân chính là người đàn ông đã ôm đồng nghiệp của mình trên bậc thềm Đài tưởng niệm Albert vào đầu buổi tối hôm đó.</w:t>
      </w:r>
    </w:p>
    <w:p>
      <w:pPr>
        <w:spacing w:after="80"/>
      </w:pPr>
      <w:r>
        <w:rPr>
          <w:b w:val="0"/>
          <w:i w:val="0"/>
        </w:rPr>
        <w:t>Chàng trai trẻ được khiêng nhẹ nhàng trở lại chiếc xe cứu thương đang chờ, và vài khoảnh khắc sau cửa xe đóng lại trước khi nó lao đi, đèn giao thông vẫn xanh. Holbrooke đã sắp xếp để mọi đèn giao thông giữa Nhà hát Albert và Bệnh viện Brompton đều giữ màu xanh. Ông thậm chí còn biết tên vị bác sĩ sẽ chờ đợi bệnh nhân của mình. Vị Chỉ huy Vàng không để bất cứ điều gì vào may rủi.</w:t>
      </w:r>
    </w:p>
    <w:p>
      <w:pPr>
        <w:spacing w:after="80"/>
      </w:pPr>
      <w:r>
        <w:rPr>
          <w:b w:val="0"/>
          <w:i w:val="0"/>
        </w:rPr>
        <w:t>Vài phút sau, đám đông tiệc tùng bắt đầu ùa ra khỏi Albert Hall để về nhà, hoàn toàn không hay biết chuyện gì vừa xảy ra cách đó vài trăm mét.</w:t>
      </w:r>
    </w:p>
    <w:p>
      <w:pPr>
        <w:spacing w:after="80"/>
      </w:pPr>
      <w:r>
        <w:rPr>
          <w:b w:val="0"/>
          <w:i w:val="0"/>
        </w:rPr>
        <w:t>Họ không thể không nhận ra sự hiện diện bất thường của một lực lượng cảnh sát đông đảo, cùng một chiếc xe cứu thương với cửa sau mở toang, đỗ ở bên kia đường. Vài người dừng lại nhìn, số khác thì vội vã bước tiếp.</w:t>
      </w:r>
    </w:p>
    <w:p>
      <w:pPr>
        <w:spacing w:after="80"/>
      </w:pPr>
      <w:r>
        <w:rPr>
          <w:b w:val="0"/>
          <w:i w:val="0"/>
        </w:rPr>
        <w:t>"Thoát nạn trong gang tấc," một giọng nói vang lên, và William quay lại thì thấy Holbrooke đang đứng bên cạnh mình.</w:t>
      </w:r>
    </w:p>
    <w:p>
      <w:pPr>
        <w:spacing w:after="80"/>
      </w:pPr>
      <w:r>
        <w:rPr>
          <w:b w:val="0"/>
          <w:i w:val="0"/>
        </w:rPr>
        <w:t>"Anh cảnh sát trẻ đó sẽ ổn chứ?" là câu đầu tiên William thốt ra, khi chiếc xe cứu thương chạm tới đèn giao thông, còi hú vang, đèn nhấp nháy.</w:t>
      </w:r>
    </w:p>
    <w:p>
      <w:pPr>
        <w:spacing w:after="80"/>
      </w:pPr>
      <w:r>
        <w:rPr>
          <w:b w:val="0"/>
          <w:i w:val="0"/>
        </w:rPr>
        <w:t>"Họ vẫn chưa biết. Cứ biết ơn vì anh ta còn sống đi đã."</w:t>
      </w:r>
    </w:p>
    <w:p>
      <w:pPr>
        <w:spacing w:after="80"/>
      </w:pPr>
      <w:r>
        <w:rPr>
          <w:b w:val="0"/>
          <w:i w:val="0"/>
        </w:rPr>
        <w:t>Cách đó vài mét, một cô gái trẻ - nửa kia của cặp đôi đang ôm nhau - ngồi bệt xuống đất, ôm mặt khóc nức nở. Rebecca đang quỳ bên cạnh cố gắng an ủi cô.</w:t>
      </w:r>
    </w:p>
    <w:p>
      <w:pPr>
        <w:spacing w:after="80"/>
      </w:pPr>
      <w:r>
        <w:rPr>
          <w:b w:val="0"/>
          <w:i w:val="0"/>
        </w:rPr>
        <w:t>"Ơn Chúa là anh ta không vào được bên trong Hội trường," William nói.</w:t>
      </w:r>
    </w:p>
    <w:p>
      <w:pPr>
        <w:spacing w:after="80"/>
      </w:pPr>
      <w:r>
        <w:rPr>
          <w:b w:val="0"/>
          <w:i w:val="0"/>
        </w:rPr>
        <w:t>"Anh ta đã tới quá gần so với mức tôi muốn," Gold nói trong khi đám đông ồn ào vẫn tiếp tục vẫy taxi, leo lên xe buýt hay hướng về ga tàu điện ngầm gần nhất, nhiều người trong số họ vẫn còn đang hát. "Tôi chưa bao giờ nghĩ anh ta có thể lọt qua được ngần ấy sĩ quan của tôi. Cuối cùng anh ta bị phát hiện bởi viên Trung sĩ trẻ, người đã ngồi trên bậc thềm đài tưởng niệm hơn tám tiếng đồng hồ. Anh ta thách thức hắn, nhưng kẻ đánh bom liều chết quay người bỏ chạy, còn người của tôi thì đuổi theo mà chẳng màng gì đến an nguy của bản thân. Anh ta gần như đuổi kịp tên khủng bố thì hắn ta cho nổ tung mình." Ông ngừng lại khi chiếc xe cứu thương rẽ phải vào Exhibition Road và biến mất khỏi tầm mắt. "May mắn thay, đồng nghiệp của anh ta ở đủ xa khi quả bom phát nổ nên không bị thương. Điều anh không biết là họ đã đính hôn với nhau."</w:t>
      </w:r>
    </w:p>
    <w:p>
      <w:pPr>
        <w:spacing w:after="80"/>
      </w:pPr>
      <w:r>
        <w:rPr>
          <w:b w:val="0"/>
          <w:i w:val="0"/>
        </w:rPr>
        <w:t>William tự hỏi liệu một năm nữa, có ai trong hai người họ còn phục vụ trong Met (Sở Cảnh sát London) hay không. Một người bị thương về thể xác, người kia về tinh thần. Một hồi còi khác kéo anh trở về với thực tại.</w:t>
      </w:r>
    </w:p>
    <w:p>
      <w:pPr>
        <w:spacing w:after="80"/>
      </w:pPr>
      <w:r>
        <w:rPr>
          <w:b w:val="0"/>
          <w:i w:val="0"/>
        </w:rPr>
        <w:t>"Vậy có vẻ như tình trạng của Faulkner đã chuyển từ D4 lên A1," anh nói.</w:t>
      </w:r>
    </w:p>
    <w:p>
      <w:pPr>
        <w:spacing w:after="80"/>
      </w:pPr>
      <w:r>
        <w:rPr>
          <w:b w:val="0"/>
          <w:i w:val="0"/>
        </w:rPr>
        <w:t>"Điều đó chỉ tạo ra thêm rắc rối." Holbrooke ngừng lại. "Cho cả hai chúng ta."</w:t>
      </w:r>
    </w:p>
    <w:p>
      <w:pPr>
        <w:spacing w:after="80"/>
      </w:pPr>
      <w:r>
        <w:rPr>
          <w:b w:val="0"/>
          <w:i w:val="0"/>
        </w:rPr>
        <w:t>"Rắc rối gì cơ?"</w:t>
      </w:r>
    </w:p>
    <w:p>
      <w:pPr>
        <w:spacing w:after="80"/>
      </w:pPr>
      <w:r>
        <w:rPr>
          <w:b w:val="0"/>
          <w:i w:val="0"/>
        </w:rPr>
        <w:t>"Tin tôi đi, Warwick, Mansour Khalifah sẽ muốn trả thù. Hắn sẽ coi đây," ông vừa nói vừa vung tay chỉ khắp hiện trường, "là một sự sỉ nhục nữa, và giờ sẽ nhắm tới một mục tiêu còn lớn hơn. Vì anh là đầu mối duy nhất chúng ta có với Faulkner, tôi sẽ nói thẳng cho anh biết chính xác tôi muốn anh làm gì."</w:t>
      </w:r>
    </w:p>
    <w:p>
      <w:pPr>
        <w:pStyle w:val="Heading2"/>
      </w:pPr>
      <w:r>
        <w:rPr>
          <w:rFonts w:ascii="Calibri" w:hAnsi="Calibri"/>
          <w:b/>
          <w:i w:val="0"/>
          <w:sz w:val="32"/>
        </w:rPr>
        <w:t>CHƯƠNG 28</w:t>
      </w:r>
    </w:p>
    <w:p>
      <w:pPr>
        <w:spacing w:after="80"/>
      </w:pPr>
      <w:r>
        <w:rPr>
          <w:b w:val="0"/>
          <w:i w:val="0"/>
        </w:rPr>
        <w:t>Christina đến ngân hàng đúng giờ để kịp cuộc hẹn với ông Rosen. Cô đã nói chuyện với phó giám đốc bảo tàng Kunstmuseum ở Basel, người này xác nhận nội dung bức thư của Holbein gửi Tiến sĩ Rosen, và rằng theo hồ sơ của bảo tàng, bức tranh vẫn thuộc sở hữu của gia đình Rosen, hiện sống ở Amsterdam.</w:t>
      </w:r>
    </w:p>
    <w:p>
      <w:pPr>
        <w:spacing w:after="80"/>
      </w:pPr>
      <w:r>
        <w:rPr>
          <w:b w:val="0"/>
          <w:i w:val="0"/>
        </w:rPr>
        <w:t>Ông Rosen đến đúng giờ, nhưng trông kiệt sức. Sau khi chào Christina, ông giới thiệu hai con trai mình, Cornelius và Sander. Một người mang theo một chiếc hộp gỗ nhỏ trang trí huy hiệu gia tộc, trong khi người anh em của anh ta mang tới hai chiếc vali lớn mà Christina đoán là rỗng.</w:t>
      </w:r>
    </w:p>
    <w:p>
      <w:pPr>
        <w:spacing w:after="80"/>
      </w:pPr>
      <w:r>
        <w:rPr>
          <w:b w:val="0"/>
          <w:i w:val="0"/>
        </w:rPr>
        <w:t>‘Tôi kiệt sức rồi,’ Rosen nói. ‘Nhưng mà, cũng đã lâu lắm rồi tôi mới đi máy bay, mà chuyến bay ngắn ngủi thôi cũng chẳng còn là trải nghiệm dễ chịu gì nữa. Dẫu vậy, vẫn chưa khó chịu bằng việc phải rời xa một bảo vật gia truyền quý giá.’</w:t>
      </w:r>
    </w:p>
    <w:p>
      <w:pPr>
        <w:spacing w:after="80"/>
      </w:pPr>
      <w:r>
        <w:rPr>
          <w:b w:val="0"/>
          <w:i w:val="0"/>
        </w:rPr>
        <w:t>Christina tỏ vẻ cảm thông đúng mực, nhưng ánh mắt cô hiếm khi rời khỏi chiếc hộp gỗ nhỏ mà Cornelius vẫn còn đang ôm khư khư.</w:t>
      </w:r>
    </w:p>
    <w:p>
      <w:pPr>
        <w:spacing w:after="80"/>
      </w:pPr>
      <w:r>
        <w:rPr>
          <w:b w:val="0"/>
          <w:i w:val="0"/>
        </w:rPr>
        <w:t>‘Tuy vậy,’ Rosen tiếp tục, ‘sau khi đắn đo suy nghĩ rất nhiều, chúng tôi đã quyết định rằng nếu cô có thể xác nhận bức tranh sẽ trở thành một phần trong bộ sưu tập của Fitzmolean, chúng tôi sẽ miễn cưỡng chấp nhận lời đề nghị của cô.’</w:t>
      </w:r>
    </w:p>
    <w:p>
      <w:pPr>
        <w:spacing w:after="80"/>
      </w:pPr>
      <w:r>
        <w:rPr>
          <w:b w:val="0"/>
          <w:i w:val="0"/>
        </w:rPr>
        <w:t>‘Tôi xin hứa với ông,’ Christina nói. Một lời cam kết cô thốt ra với sự tin chắc hoàn toàn.</w:t>
      </w:r>
    </w:p>
    <w:p>
      <w:pPr>
        <w:spacing w:after="80"/>
      </w:pPr>
      <w:r>
        <w:rPr>
          <w:b w:val="0"/>
          <w:i w:val="0"/>
        </w:rPr>
        <w:t>Rosen cúi chào, và cô không khỏi nghĩ bụng ông đúng là một quý ông cổ điển. Lời ông nói rõ ràng là lời cam kết vàng. Trong khi đó, các con trai ông trông có vẻ chỉ quan tâm đến tiền là hơn.</w:t>
      </w:r>
    </w:p>
    <w:p>
      <w:pPr>
        <w:spacing w:after="80"/>
      </w:pPr>
      <w:r>
        <w:rPr>
          <w:b w:val="0"/>
          <w:i w:val="0"/>
        </w:rPr>
        <w:t>Christina đi về phía thang máy, và khi họ xuống đến tầng hầm, một nhân viên bảo vệ đón họ và dẫn đường dọc theo hành lang sáng đèn, chỉ dừng lại khi một cánh cửa gia cố cao từ sàn đến trần chặn lối đi. Sau khi nhập một mã tám chữ số trên bàn phím, một mã mà Christina được đảm bảo là đổi mới mỗi sáng, anh ta kéo mở cánh cửa nặng nề và đứng sang một bên để họ bước vào căn phòng chứa đựng bao bí mật mà chỉ những người giữ chìa khóa mới được biết.</w:t>
      </w:r>
    </w:p>
    <w:p>
      <w:pPr>
        <w:spacing w:after="80"/>
      </w:pPr>
      <w:r>
        <w:rPr>
          <w:b w:val="0"/>
          <w:i w:val="0"/>
        </w:rPr>
        <w:t>Các bức tường được xếp đầy những ngăn ký gửi an toàn. Nhân viên bảo vệ kiểm tra những con số đỏ nhỏ xíu, chọn một ngăn và kéo nó ra như thể đang lôi một thi thể trong nhà xác, rồi đặt nó lên chiếc bàn ở giữa phòng. Rút từ túi ra một chùm chìa khóa lớn, anh ta chọn một chiếc và mở ổ khóa đầu tiên trong hai ổ, rồi lùi lại và nói: ‘Tôi xin phép rời khỏi đây, thưa bà Faulkner. Bà cứ thong thả.’</w:t>
      </w:r>
    </w:p>
    <w:p>
      <w:pPr>
        <w:spacing w:after="80"/>
      </w:pPr>
      <w:r>
        <w:rPr>
          <w:b w:val="0"/>
          <w:i w:val="0"/>
        </w:rPr>
        <w:t>‘Cảm ơn anh,’ Christina nói. Cô không nhúc nhích cho đến khi cánh cửa nặng nề đóng lại sau lưng anh ta; sau đó cô mở túi xách và lấy ra chiếc chìa khóa thứ hai để mở ổ khóa của khách hàng. Khá là thích thú, cô nán lại một chút trước khi nhấc nắp hộp lên, để lộ ra mười nghìn gói ni lông bọc cẩn thận, mỗi gói chứa hai mươi tờ năm mươi bảng Anh còn mới tinh.</w:t>
      </w:r>
    </w:p>
    <w:p>
      <w:pPr>
        <w:spacing w:after="80"/>
      </w:pPr>
      <w:r>
        <w:rPr>
          <w:b w:val="0"/>
          <w:i w:val="0"/>
        </w:rPr>
        <w:t>Các con trai ông Rosen bước tới và sau một cái nhìn, bắt đầu chuyển tiền từ ngăn ký gửi sang vali của họ, trong khi cha họ ngồi lặng lẽ phía sau trên chiếc ghế duy nhất.</w:t>
      </w:r>
    </w:p>
    <w:p>
      <w:pPr>
        <w:spacing w:after="80"/>
      </w:pPr>
      <w:r>
        <w:rPr>
          <w:b w:val="0"/>
          <w:i w:val="0"/>
        </w:rPr>
        <w:t>Christina bước đến bàn, mở chốt khóa của chiếc hộp gỗ và nhấc nắp lên. Henry VIII đang nhìn thẳng vào cô, như ông đã từng nhìn bao nhiêu người phụ nữ đẹp thời của mình. Nhưng cô khước từ những lời ve vãn của ông cho đến khi cô nhấc bức chân dung ra khỏi lớp đệm nhung đỏ và mang nó lại gần ánh sáng hơn để kiểm tra lá thư gắn ở mặt sau. Khi nhận ra nét chữ của Holbein, cô thấy yên tâm.</w:t>
      </w:r>
    </w:p>
    <w:p>
      <w:pPr>
        <w:spacing w:after="80"/>
      </w:pPr>
      <w:r>
        <w:rPr>
          <w:b w:val="0"/>
          <w:i w:val="0"/>
        </w:rPr>
        <w:t>Cô đặt bức tranh cẩn thận trở lại trong hộp và đóng nắp. Hai chàng trai trẻ vẫn đang chất đầy vali khi cô chào tạm biệt ông Rosen, rồi bấm nút màu xanh trên tường cạnh cửa.</w:t>
      </w:r>
    </w:p>
    <w:p>
      <w:pPr>
        <w:spacing w:after="80"/>
      </w:pPr>
      <w:r>
        <w:rPr>
          <w:b w:val="0"/>
          <w:i w:val="0"/>
        </w:rPr>
        <w:t>Ông lão run rẩy đứng dậy khỏi ghế và cúi chào khi cánh cửa mở ra và Christina nhanh chóng rời đi.</w:t>
      </w:r>
    </w:p>
    <w:p>
      <w:pPr>
        <w:spacing w:after="80"/>
      </w:pPr>
      <w:r>
        <w:rPr>
          <w:b w:val="0"/>
          <w:i w:val="0"/>
        </w:rPr>
        <w:t>‘Họ sẽ còn ở đây vài phút nữa,’ cô nói với nhân viên bảo vệ đang chờ. ‘Tôi tự ra được rồi.’</w:t>
      </w:r>
    </w:p>
    <w:p>
      <w:pPr>
        <w:spacing w:after="80"/>
      </w:pPr>
      <w:r>
        <w:rPr>
          <w:b w:val="0"/>
          <w:i w:val="0"/>
        </w:rPr>
        <w:t>‘Tùy ý bà, thưa bà,’ anh ta đáp, rồi đẩy cánh cửa nặng nề trở lại vị trí.</w:t>
      </w:r>
    </w:p>
    <w:p>
      <w:pPr>
        <w:spacing w:after="80"/>
      </w:pPr>
      <w:r>
        <w:rPr>
          <w:b w:val="0"/>
          <w:i w:val="0"/>
        </w:rPr>
        <w:t>Christina đi thang máy lên tầng trệt và rời khỏi ngân hàng, ôm chặt chiếc hộp gỗ nhỏ. Cô băng qua phố James's và vội vã đi về hướng phòng tranh Van Haeften, cách đó vài dãy nhà. Một lần nữa, cô không để ý thấy một người đàn ông đứng ở lối vào cửa hàng Lobb's, dõi theo cô bước qua. Anh ta không buồn bám theo cô, vì dù sao anh ta cũng biết cô đang đi đâu.</w:t>
      </w:r>
    </w:p>
    <w:p>
      <w:pPr>
        <w:spacing w:after="80"/>
      </w:pPr>
      <w:r>
        <w:rPr>
          <w:b w:val="0"/>
          <w:i w:val="0"/>
        </w:rPr>
        <w:t>Ngay khi nhìn thấy chiếc hộp gỗ, Johnny van Haeften đã nhận ra huy hiệu gia tộc trên nắp hộp. Anh có thể cảm thấy sự phấn khích dâng lên khi Christina đặt nó lên chiếc bàn ở giữa phòng tranh. Cô bật mở các chốt và nhấc nắp lên để lộ Henry VIII trong tất cả vẻ uy nghi và huy hoàng.</w:t>
      </w:r>
    </w:p>
    <w:p>
      <w:pPr>
        <w:spacing w:after="80"/>
      </w:pPr>
      <w:r>
        <w:rPr>
          <w:b w:val="0"/>
          <w:i w:val="0"/>
        </w:rPr>
        <w:t>‘Tôi xem được không?’ van Haeften hỏi, những ngón tay ông run rẩy.</w:t>
      </w:r>
    </w:p>
    <w:p>
      <w:pPr>
        <w:spacing w:after="80"/>
      </w:pPr>
      <w:r>
        <w:rPr>
          <w:b w:val="0"/>
          <w:i w:val="0"/>
        </w:rPr>
        <w:t>Christina gật đầu, và ông nhẹ nhàng nâng bức tranh ra khỏi chỗ đặt bằng nhung đỏ. Ông ngắm Henry một lúc lâu trước khi lật mặt sau và đọc lá thư dán ở đó.</w:t>
      </w:r>
    </w:p>
    <w:p>
      <w:pPr>
        <w:spacing w:after="80"/>
      </w:pPr>
      <w:r>
        <w:rPr>
          <w:b w:val="0"/>
          <w:i w:val="0"/>
        </w:rPr>
        <w:t>‘Tôi nghĩ bà đã nói mười hai triệu, có thể mười lăm,’ Christina nói, ‘nếu tôi nhớ không nhầm.’</w:t>
      </w:r>
    </w:p>
    <w:p>
      <w:pPr>
        <w:spacing w:after="80"/>
      </w:pPr>
      <w:r>
        <w:rPr>
          <w:b w:val="0"/>
          <w:i w:val="0"/>
        </w:rPr>
        <w:t>‘Đúng là tôi đã nói vậy,’ van Haeften đáp.</w:t>
      </w:r>
    </w:p>
    <w:p>
      <w:pPr>
        <w:spacing w:after="80"/>
        <w:jc w:val="center"/>
      </w:pPr>
      <w:r>
        <w:rPr>
          <w:b w:val="0"/>
          <w:i w:val="0"/>
        </w:rPr>
        <w:t>• • •</w:t>
      </w:r>
    </w:p>
    <w:p>
      <w:pPr>
        <w:spacing w:after="80"/>
      </w:pPr>
      <w:r>
        <w:rPr>
          <w:b w:val="0"/>
          <w:i w:val="0"/>
        </w:rPr>
        <w:t>Người đàn ông đợi vài phút rồi mới băng qua đường và bước vào ngân hàng, nơi ông ta loanh quanh ở sảnh trông như đang chờ ai đó, mà đúng là ông ta đang chờ thật. Ông ta không phải đợi lâu trước khi cửa thang máy mở ra và ba người đàn ông xuất hiện, một trong số họ kéo theo hai chiếc vali lớn. Họ đi thẳng qua ông ta không nói một lời, để lại hai chiếc vali bên cạnh ông ta, rồi bước ra khỏi ngân hàng và mỗi người đi một ngả.</w:t>
      </w:r>
    </w:p>
    <w:p>
      <w:pPr>
        <w:spacing w:after="80"/>
      </w:pPr>
      <w:r>
        <w:rPr>
          <w:b w:val="0"/>
          <w:i w:val="0"/>
        </w:rPr>
        <w:t>Ông ta nắm lấy tay cầm của hai chiếc vali và bắt đầu kéo chúng về phía cửa, ngạc nhiên vì chúng nặng đến thế. Ra đến vỉa hè, ông ta vẫy một chiếc taxi, nhấc hai chiếc vali lên ghế sau và đóng sầm cửa lại. An toàn hơn xe bọc thép, ông ta đã quyết định như vậy, vì xe bọc thép chỉ thu hút sự chú ý và đòi hỏi phải điền đủ thứ giấy tờ.</w:t>
      </w:r>
    </w:p>
    <w:p>
      <w:pPr>
        <w:spacing w:after="80"/>
      </w:pPr>
      <w:r>
        <w:rPr>
          <w:b w:val="0"/>
          <w:i w:val="0"/>
        </w:rPr>
        <w:t>‘Đi đâu đây, ông chủ?’ người tài xế taxi hỏi.</w:t>
      </w:r>
    </w:p>
    <w:p>
      <w:pPr>
        <w:spacing w:after="80"/>
      </w:pPr>
      <w:r>
        <w:rPr>
          <w:b w:val="0"/>
          <w:i w:val="0"/>
        </w:rPr>
        <w:t>‘Ngân hàng Mayfair Trust trên phố Park Lane,’ Lamont nói. Ông ta hẳn đã đọc địa chỉ ngân hàng của mình ở Hammersmith nếu nghĩ có thể thoát được. Nhưng ông ta biết rõ rằng còn những con mắt khác đang theo dõi mình, và nếu ông ta không giao thẳng số tiền về đúng nơi nó xuất phát ban đầu, thì đây sẽ là chuyến taxi cuối cùng trong đời ông ta.</w:t>
      </w:r>
    </w:p>
    <w:p>
      <w:pPr>
        <w:spacing w:after="80"/>
        <w:jc w:val="center"/>
      </w:pPr>
      <w:r>
        <w:rPr>
          <w:b w:val="0"/>
          <w:i w:val="0"/>
        </w:rPr>
        <w:t>• • •</w:t>
      </w:r>
    </w:p>
    <w:p>
      <w:pPr>
        <w:spacing w:after="80"/>
      </w:pPr>
      <w:r>
        <w:rPr>
          <w:b w:val="0"/>
          <w:i w:val="0"/>
        </w:rPr>
        <w:t>Van Haeften ngắm nghía bức tranh kỹ lưỡng một lúc lâu rồi mới nói, ‘Mười lăm triệu hẳn là một cái giá hợp lý, nếu đây là bản gốc.’</w:t>
      </w:r>
    </w:p>
    <w:p>
      <w:pPr>
        <w:spacing w:after="80"/>
      </w:pPr>
      <w:r>
        <w:rPr>
          <w:b w:val="0"/>
          <w:i w:val="0"/>
        </w:rPr>
        <w:t>Christina sững sờ nhìn ông. ‘Nhưng tôi đã thấy nó trong nhà ông Rosen ở Amsterdam mới tuần trước thôi mà,’ cuối cùng cô cố nói ra, giọng mỗi lúc một cao.</w:t>
      </w:r>
    </w:p>
    <w:p>
      <w:pPr>
        <w:spacing w:after="80"/>
      </w:pPr>
      <w:r>
        <w:rPr>
          <w:b w:val="0"/>
          <w:i w:val="0"/>
        </w:rPr>
        <w:t>‘Tôi chắc là bà đã thấy,’ van Haeften bình thản nói. ‘Và chiếc hộp, tấm ván gỗ sồi cùng khung tranh đều cùng thời, cũng như bức tranh vậy. Nhưng đáng tiếc, nó không phải của Holbein.’</w:t>
      </w:r>
    </w:p>
    <w:p>
      <w:pPr>
        <w:spacing w:after="80"/>
      </w:pPr>
      <w:r>
        <w:rPr>
          <w:b w:val="0"/>
          <w:i w:val="0"/>
        </w:rPr>
        <w:t>‘Nhưng lá thư ở mặt sau,’ cô phản đối, ‘chứng minh đó là bản gốc. Nếu ông đọc nó, ông sẽ thấy tôi đúng.’</w:t>
      </w:r>
    </w:p>
    <w:p>
      <w:pPr>
        <w:spacing w:after="80"/>
      </w:pPr>
      <w:r>
        <w:rPr>
          <w:b w:val="0"/>
          <w:i w:val="0"/>
        </w:rPr>
        <w:t>‘E là không phải vậy, bà Faulkner.’</w:t>
      </w:r>
    </w:p>
    <w:p>
      <w:pPr>
        <w:spacing w:after="80"/>
      </w:pPr>
      <w:r>
        <w:rPr>
          <w:b w:val="0"/>
          <w:i w:val="0"/>
        </w:rPr>
        <w:t>‘Đọc đi!’ cô yêu cầu.</w:t>
      </w:r>
    </w:p>
    <w:p>
      <w:pPr>
        <w:spacing w:after="80"/>
      </w:pPr>
      <w:r>
        <w:rPr>
          <w:b w:val="0"/>
          <w:i w:val="0"/>
        </w:rPr>
        <w:t>Van Haeften không phản đối, vì ông biết quá rõ rằng dù khách hàng không phải lúc nào cũng đúng, ta cũng không bao giờ nên cãi lại họ.</w:t>
      </w:r>
    </w:p>
    <w:p>
      <w:pPr>
        <w:jc w:val="center"/>
      </w:pPr>
      <w:r>
        <w:drawing>
          <wp:inline xmlns:a="http://schemas.openxmlformats.org/drawingml/2006/main" xmlns:pic="http://schemas.openxmlformats.org/drawingml/2006/picture">
            <wp:extent cx="5486400" cy="5011798"/>
            <wp:docPr id="5" name="Picture 5"/>
            <wp:cNvGraphicFramePr>
              <a:graphicFrameLocks noChangeAspect="1"/>
            </wp:cNvGraphicFramePr>
            <a:graphic>
              <a:graphicData uri="http://schemas.openxmlformats.org/drawingml/2006/picture">
                <pic:pic>
                  <pic:nvPicPr>
                    <pic:cNvPr id="0" name="img_0003.jpg"/>
                    <pic:cNvPicPr/>
                  </pic:nvPicPr>
                  <pic:blipFill>
                    <a:blip r:embed="rId13"/>
                    <a:stretch>
                      <a:fillRect/>
                    </a:stretch>
                  </pic:blipFill>
                  <pic:spPr>
                    <a:xfrm>
                      <a:off x="0" y="0"/>
                      <a:ext cx="5486400" cy="5011798"/>
                    </a:xfrm>
                    <a:prstGeom prst="rect"/>
                  </pic:spPr>
                </pic:pic>
              </a:graphicData>
            </a:graphic>
          </wp:inline>
        </w:drawing>
      </w:r>
    </w:p>
    <w:p>
      <w:pPr>
        <w:spacing w:after="80"/>
      </w:pPr>
      <w:r>
        <w:rPr>
          <w:b w:val="0"/>
          <w:i w:val="0"/>
        </w:rPr>
        <w:t>Christina không nói nên lời.</w:t>
      </w:r>
    </w:p>
    <w:p>
      <w:pPr>
        <w:spacing w:after="80"/>
      </w:pPr>
      <w:r>
        <w:rPr>
          <w:b w:val="0"/>
          <w:i w:val="0"/>
        </w:rPr>
        <w:t>‘Bà muốn tôi làm gì với bức tranh này, bà Faulkner?’ cuối cùng van Haeften hỏi.</w:t>
      </w:r>
    </w:p>
    <w:p>
      <w:pPr>
        <w:spacing w:after="80"/>
      </w:pPr>
      <w:r>
        <w:rPr>
          <w:b w:val="0"/>
          <w:i w:val="0"/>
        </w:rPr>
        <w:t>‘Tôi chẳng quan tâm ông làm gì với nó!’ Christina hét lên rồi quay người chạy khỏi phòng tranh. Cô không dừng lại cho đến khi tới St James’s, nơi cô băng qua đường – suýt bị một chiếc taxi đen tông phải – và đẩy cửa bước vào ngân hàng. Cô lao thẳng tới quầy lễ tân.</w:t>
      </w:r>
    </w:p>
    <w:p>
      <w:pPr>
        <w:spacing w:after="80"/>
      </w:pPr>
      <w:r>
        <w:rPr>
          <w:b w:val="0"/>
          <w:i w:val="0"/>
        </w:rPr>
        <w:t>‘Ba người đàn ông đi cùng tôi ấy,’ cô gắt gỏng với cô lễ tân, vẫn còn thở hổn hển.</w:t>
      </w:r>
    </w:p>
    <w:p>
      <w:pPr>
        <w:spacing w:after="80"/>
      </w:pPr>
      <w:r>
        <w:rPr>
          <w:b w:val="0"/>
          <w:i w:val="0"/>
        </w:rPr>
        <w:t>‘Họ vừa mới rời đi, bà Faulkner.’</w:t>
      </w:r>
    </w:p>
    <w:p>
      <w:pPr>
        <w:spacing w:after="80"/>
      </w:pPr>
      <w:r>
        <w:rPr>
          <w:b w:val="0"/>
          <w:i w:val="0"/>
        </w:rPr>
        <w:t>‘Cô có biết họ đi đâu không?’</w:t>
      </w:r>
    </w:p>
    <w:p>
      <w:pPr>
        <w:spacing w:after="80"/>
      </w:pPr>
      <w:r>
        <w:rPr>
          <w:b w:val="0"/>
          <w:i w:val="0"/>
        </w:rPr>
        <w:t>‘Không, nhưng họ để lại hai chiếc vali cho một người đàn ông khác mà tôi nhận ra, và tôi thấy ông ta lên một chiếc taxi.’</w:t>
      </w:r>
    </w:p>
    <w:p>
      <w:pPr>
        <w:spacing w:after="80"/>
      </w:pPr>
      <w:r>
        <w:rPr>
          <w:b w:val="0"/>
          <w:i w:val="0"/>
        </w:rPr>
        <w:t>Christina không cần phải hỏi mô tả về người đàn ông thứ tư.</w:t>
      </w:r>
    </w:p>
    <w:p>
      <w:pPr>
        <w:spacing w:after="80"/>
        <w:jc w:val="center"/>
      </w:pPr>
      <w:r>
        <w:rPr>
          <w:b w:val="0"/>
          <w:i w:val="0"/>
        </w:rPr>
        <w:t>• • •</w:t>
      </w:r>
    </w:p>
    <w:p>
      <w:pPr>
        <w:spacing w:after="80"/>
      </w:pPr>
      <w:r>
        <w:rPr>
          <w:b w:val="0"/>
          <w:i w:val="0"/>
        </w:rPr>
        <w:t>‘Tôi biết mọi người sẽ mừng khi nghe tin rằng anh Trung sĩ trẻ đã đối đầu với kẻ đánh bom không còn trong tình trạng nguy kịch nữa,’ Holbrooke bắt đầu. ‘Các bác sĩ nghĩ rằng anh ấy sẽ hồi phục tốt, mặc dù có thể sẽ mất thị lực ở mắt trái.’</w:t>
      </w:r>
    </w:p>
    <w:p>
      <w:pPr>
        <w:spacing w:after="80"/>
      </w:pPr>
      <w:r>
        <w:rPr>
          <w:b w:val="0"/>
          <w:i w:val="0"/>
        </w:rPr>
        <w:t>William không thể giải thích nổi tại sao ý nghĩ đầu tiên của anh lại là về người đàn ông đi dạo đầy giận dữ, kẻ đã phàn nàn về việc sống trong một nhà nước cảnh sát sau khi bị lục soát ba lô.</w:t>
      </w:r>
    </w:p>
    <w:p>
      <w:pPr>
        <w:spacing w:after="80"/>
      </w:pPr>
      <w:r>
        <w:rPr>
          <w:b w:val="0"/>
          <w:i w:val="0"/>
        </w:rPr>
        <w:t>‘Còn vị hôn thê của anh ấy?’ Jackie khẽ hỏi.</w:t>
      </w:r>
    </w:p>
    <w:p>
      <w:pPr>
        <w:spacing w:after="80"/>
      </w:pPr>
      <w:r>
        <w:rPr>
          <w:b w:val="0"/>
          <w:i w:val="0"/>
        </w:rPr>
        <w:t>‘Sáng nay cô ấy đã nộp đơn từ chức. Tôi không thể làm gì để khuyên cô ấy ở lại. Đó là một trong những vấn đề lớn nhất mà chúng ta phải đối mặt trong lĩnh vực Chống Khủng bố.’</w:t>
      </w:r>
    </w:p>
    <w:p>
      <w:pPr>
        <w:spacing w:after="80"/>
      </w:pPr>
      <w:r>
        <w:rPr>
          <w:b w:val="0"/>
          <w:i w:val="0"/>
        </w:rPr>
        <w:t>‘Không có gì trên báo sáng nay về vụ việc này,’ William nói. ‘Tôi có nên cho rằng ông đã áp đặt một lệnh D-notice lên Fleet Street không?’</w:t>
      </w:r>
    </w:p>
    <w:p>
      <w:pPr>
        <w:spacing w:after="80"/>
      </w:pPr>
      <w:r>
        <w:rPr>
          <w:b w:val="0"/>
          <w:i w:val="0"/>
        </w:rPr>
        <w:t xml:space="preserve">‘Vừa kịp lúc thôi,’ Holbrooke nói. ‘Trang nhất của tờ </w:t>
      </w:r>
      <w:r>
        <w:rPr>
          <w:b w:val="0"/>
          <w:i/>
        </w:rPr>
        <w:t>Mail</w:t>
      </w:r>
      <w:r>
        <w:rPr>
          <w:b w:val="0"/>
          <w:i w:val="0"/>
        </w:rPr>
        <w:t xml:space="preserve"> sắp được đưa đi in. Phóng viên phụ trách tội phạm của họ đã ghép các manh mối lại với nhau, và dù anh ta tính ra khoảng sáu, thì nó cũng đã quá gần với sự thật đến mức đáng lo ngại.’</w:t>
      </w:r>
    </w:p>
    <w:p>
      <w:pPr>
        <w:spacing w:after="80"/>
      </w:pPr>
      <w:r>
        <w:rPr>
          <w:b w:val="0"/>
          <w:i w:val="0"/>
        </w:rPr>
        <w:t>‘Vậy đội của tôi có thể ngừng làm việc và quay lại với công việc thường ngày được chưa?’ Hawk hỏi.</w:t>
      </w:r>
    </w:p>
    <w:p>
      <w:pPr>
        <w:spacing w:after="80"/>
      </w:pPr>
      <w:r>
        <w:rPr>
          <w:b w:val="0"/>
          <w:i w:val="0"/>
        </w:rPr>
        <w:t>‘Hiện tại thì được. Nhưng đừng ngạc nhiên nếu Khalifah có kế hoạch khác cho chúng ta trong tương lai không xa, mà như tôi đã cảnh báo với Giám đốc Warwick, có thể còn tàn khốc hơn nhiều.’</w:t>
      </w:r>
    </w:p>
    <w:p>
      <w:pPr>
        <w:spacing w:after="80"/>
      </w:pPr>
      <w:r>
        <w:rPr>
          <w:b w:val="0"/>
          <w:i w:val="0"/>
        </w:rPr>
        <w:t>‘Có ý tưởng gì không?’</w:t>
      </w:r>
    </w:p>
    <w:p>
      <w:pPr>
        <w:spacing w:after="80"/>
      </w:pPr>
      <w:r>
        <w:rPr>
          <w:b w:val="0"/>
          <w:i w:val="0"/>
        </w:rPr>
        <w:t>Rebecca mở một tập tài liệu mà cô đã làm việc suốt đêm. ‘Vài tuần nữa, đội tuyển Anh sẽ đấu với Thụy Điển ở vòng loại World Cup. Sáu mươi nghìn người sẽ có mặt tại Wembley, nơi an ninh khá lỏng lẻo. Rồi còn có Ryder Cup—’</w:t>
      </w:r>
    </w:p>
    <w:p>
      <w:pPr>
        <w:spacing w:after="80"/>
      </w:pPr>
      <w:r>
        <w:rPr>
          <w:b w:val="0"/>
          <w:i w:val="0"/>
        </w:rPr>
        <w:t>‘Không,’ William nói, ‘họ sẽ không chờ lâu thế đâu.’</w:t>
      </w:r>
    </w:p>
    <w:p>
      <w:pPr>
        <w:spacing w:after="80"/>
      </w:pPr>
      <w:r>
        <w:rPr>
          <w:b w:val="0"/>
          <w:i w:val="0"/>
        </w:rPr>
        <w:t>‘Lễ hội Edinburgh?’ Rebecca nói. ‘Không quá khó để giấu một người trong nửa triệu thanh niên tràn vào thành phố đó trong tháng Tám. Và còn trận test match cuối cùng với Úc tại Oval. Cháy vé.’</w:t>
      </w:r>
    </w:p>
    <w:p>
      <w:pPr>
        <w:spacing w:after="80"/>
      </w:pPr>
      <w:r>
        <w:rPr>
          <w:b w:val="0"/>
          <w:i w:val="0"/>
        </w:rPr>
        <w:t>‘Chúng ta không có thẩm quyền bao quát Edinburgh,’ Hawk thừa nhận. ‘Họ có thể cài sáu kẻ đánh bom liều chết dọc theo Royal Mile mà chúng ta chẳng hề hay biết.’</w:t>
      </w:r>
    </w:p>
    <w:p>
      <w:pPr>
        <w:spacing w:after="80"/>
      </w:pPr>
      <w:r>
        <w:rPr>
          <w:b w:val="0"/>
          <w:i w:val="0"/>
        </w:rPr>
        <w:t>‘Đừng lo,’ Holbrooke nói. ‘Tôi sẽ cử cả một đội ngay lập tức, và để anh lo việc giữ an ninh London. Tôi muốn anh biết tôi biết ơn vai trò của anh đến nhường nào, không chỉ trong đêm đó.’ Ông gật đầu với William khi đứng dậy từ chỗ ngồi ở đầu bên kia bàn. ‘Thật là vinh dự khi được làm việc với đội của anh. Nhưng giờ thì các anh có thể quay lại bảo vệ Hoàng gia.’ Ông mỉm cười với Rebecca khi rời đi và nói thêm, ‘Nếu bao giờ cô tìm một công việc thực sự, Thanh tra Pankhurst, cô biết tìm tôi ở đâu rồi đấy.’</w:t>
      </w:r>
    </w:p>
    <w:p>
      <w:pPr>
        <w:spacing w:after="80"/>
      </w:pPr>
      <w:r>
        <w:rPr>
          <w:b w:val="0"/>
          <w:i w:val="0"/>
        </w:rPr>
        <w:t>‘Giữ chặt cô ta lại,’ Hawk nói khi người đứng đầu Bộ phận Chống Khủng bố rời khỏi phòng.</w:t>
      </w:r>
    </w:p>
    <w:p>
      <w:pPr>
        <w:spacing w:after="80"/>
      </w:pPr>
      <w:r>
        <w:rPr>
          <w:b w:val="0"/>
          <w:i w:val="0"/>
        </w:rPr>
        <w:t>‘Sao ông ấy không mời tôi một công việc?’ Paul nói.</w:t>
      </w:r>
    </w:p>
    <w:p>
      <w:pPr>
        <w:spacing w:after="80"/>
      </w:pPr>
      <w:r>
        <w:rPr>
          <w:b w:val="0"/>
          <w:i w:val="0"/>
        </w:rPr>
        <w:t>‘Nếu ông ấy mời,’ William nói, ‘thì chúng tôi đành miễn cưỡng để cậu đi thôi.’</w:t>
      </w:r>
    </w:p>
    <w:p>
      <w:pPr>
        <w:spacing w:after="80"/>
      </w:pPr>
      <w:r>
        <w:rPr>
          <w:b w:val="0"/>
          <w:i w:val="0"/>
        </w:rPr>
        <w:t>‘Được rồi, những người còn lại có thể chuồn đi,’ Hawk nói sau khi tiếng cười lắng xuống. ‘Tôi cần nói chuyện riêng với Giám đốc Warwick.’ Ông đợi đến khi cửa đóng lại mới nói, ‘E rằng anh sẽ phải đến gặp Faulkner lần nữa. Và lần này, ông ta sẽ mong đợi nhiều hơn là một cành ô liu.’</w:t>
      </w:r>
    </w:p>
    <w:p>
      <w:pPr>
        <w:spacing w:after="80"/>
      </w:pPr>
      <w:r>
        <w:rPr>
          <w:b w:val="0"/>
          <w:i w:val="0"/>
        </w:rPr>
        <w:t>‘Tôi sẽ sắp xếp một cuộc hẹn với quản giáo, rồi báo lại cho ông.’</w:t>
      </w:r>
    </w:p>
    <w:p>
      <w:pPr>
        <w:spacing w:after="80"/>
      </w:pPr>
      <w:r>
        <w:rPr>
          <w:b w:val="0"/>
          <w:i w:val="0"/>
        </w:rPr>
        <w:t>‘Nhân tiện, sao Ross không tham gia với chúng ta sáng nay?’ Hawk hỏi.</w:t>
      </w:r>
    </w:p>
    <w:p>
      <w:pPr>
        <w:spacing w:after="80"/>
      </w:pPr>
      <w:r>
        <w:rPr>
          <w:b w:val="0"/>
          <w:i w:val="0"/>
        </w:rPr>
        <w:t>‘Anh ấy đưa Jojo đi nghỉ. Anh ấy sẽ không quay lại trong hai tuần nữa, khi đó anh ấy sẽ tiếp tục nhiệm vụ với Công chúa.’</w:t>
      </w:r>
    </w:p>
    <w:p>
      <w:pPr>
        <w:spacing w:after="80"/>
      </w:pPr>
      <w:r>
        <w:rPr>
          <w:b w:val="0"/>
          <w:i w:val="0"/>
        </w:rPr>
        <w:t>‘Tôi hy vọng không phải ăn mặc như đêm qua.’</w:t>
      </w:r>
    </w:p>
    <w:p>
      <w:pPr>
        <w:spacing w:after="80"/>
      </w:pPr>
      <w:r>
        <w:rPr>
          <w:b w:val="0"/>
          <w:i w:val="0"/>
        </w:rPr>
        <w:t>'Anh ta là một tắc kè hoa, thưa ngài. Anh ta có thể hòa mình vào bất kỳ bối cảnh nào, dù đó là cung điện hay nhà thổ. Ngài có cần gặp anh ta không?'</w:t>
      </w:r>
    </w:p>
    <w:p>
      <w:pPr>
        <w:spacing w:after="80"/>
      </w:pPr>
      <w:r>
        <w:rPr>
          <w:b w:val="0"/>
          <w:i w:val="0"/>
        </w:rPr>
        <w:t>'Có, nhưng có thể đợi đến khi anh ta về. Chúng ta có một lời phàn nàn từ một người đi dạo. Có vẻ như Ross đã dùng đầu gối thúc vào háng ông ta trong đoạn cuối của bài "Land of Hope and Glory", và làm hỏng cả buổi tối của ông ta.'</w:t>
      </w:r>
    </w:p>
    <w:p>
      <w:pPr>
        <w:spacing w:after="80"/>
      </w:pPr>
      <w:r>
        <w:rPr>
          <w:b w:val="0"/>
          <w:i w:val="0"/>
        </w:rPr>
        <w:t>'Tôi không tin được,' William nói.</w:t>
      </w:r>
    </w:p>
    <w:p>
      <w:pPr>
        <w:spacing w:after="80"/>
      </w:pPr>
      <w:r>
        <w:rPr>
          <w:b w:val="0"/>
          <w:i w:val="0"/>
        </w:rPr>
        <w:t>'Cậu nói dối ngày càng khá hơn đấy, William,' Chim Ưng nói. 'Nhưng cậu vẫn chưa giỏi lắm đâu.'</w:t>
      </w:r>
    </w:p>
    <w:p>
      <w:pPr>
        <w:spacing w:after="80"/>
        <w:jc w:val="center"/>
      </w:pPr>
      <w:r>
        <w:rPr>
          <w:b w:val="0"/>
          <w:i w:val="0"/>
        </w:rPr>
        <w:t>• • •</w:t>
      </w:r>
    </w:p>
    <w:p>
      <w:pPr>
        <w:spacing w:after="80"/>
      </w:pPr>
      <w:r>
        <w:rPr>
          <w:b w:val="0"/>
          <w:i w:val="0"/>
        </w:rPr>
        <w:t>Lamont bấm số lúc bốn giờ năm phút. Cuộc gọi được trả lời sau bốn hồi chuông, không có bất kỳ lời chào nào. Anh ta chỉ nói, 'Thư viện,' và vài giây sau anh ta nghe thấy tiếng chuông thứ hai.</w:t>
      </w:r>
    </w:p>
    <w:p>
      <w:pPr>
        <w:spacing w:after="80"/>
      </w:pPr>
      <w:r>
        <w:rPr>
          <w:b w:val="0"/>
          <w:i w:val="0"/>
        </w:rPr>
        <w:t>'Vâng?' một giọng nói cất lên sau thêm bốn hồi chuông nữa.</w:t>
      </w:r>
    </w:p>
    <w:p>
      <w:pPr>
        <w:spacing w:after="80"/>
      </w:pPr>
      <w:r>
        <w:rPr>
          <w:b w:val="0"/>
          <w:i w:val="0"/>
        </w:rPr>
        <w:t>'Tiền đã được trả lại vào ngân hàng của ngài ở Mayfair,' anh ta nói mà không giới thiệu bản thân. 'Tôi đã đặt nó vào hộp ký gửi của ngài cùng với mười hai triệu kia, rồi trả lại chìa khóa cho trưởng bộ phận an ninh.'</w:t>
      </w:r>
    </w:p>
    <w:p>
      <w:pPr>
        <w:spacing w:after="80"/>
      </w:pPr>
      <w:r>
        <w:rPr>
          <w:b w:val="0"/>
          <w:i w:val="0"/>
        </w:rPr>
        <w:t>'Chi phí?'</w:t>
      </w:r>
    </w:p>
    <w:p>
      <w:pPr>
        <w:spacing w:after="80"/>
      </w:pPr>
      <w:r>
        <w:rPr>
          <w:b w:val="0"/>
          <w:i w:val="0"/>
        </w:rPr>
        <w:t>'Tất cả đều được trang trải, kể cả bức chân dung Henry VIII hiện đang được trưng bày tại phòng tranh Van Haeften, được ghi là của một học trò của Hans Holbein, với giá chào bán năm nghìn.'</w:t>
      </w:r>
    </w:p>
    <w:p>
      <w:pPr>
        <w:spacing w:after="80"/>
      </w:pPr>
      <w:r>
        <w:rPr>
          <w:b w:val="0"/>
          <w:i w:val="0"/>
        </w:rPr>
        <w:t>'Mua nó đi, và bảo van Haeften gửi nó đến bà Warwick như một món quà.'</w:t>
      </w:r>
    </w:p>
    <w:p>
      <w:pPr>
        <w:spacing w:after="80"/>
      </w:pPr>
      <w:r>
        <w:rPr>
          <w:b w:val="0"/>
          <w:i w:val="0"/>
        </w:rPr>
        <w:t>'Từ ngài?' anh ta hỏi.</w:t>
      </w:r>
    </w:p>
    <w:p>
      <w:pPr>
        <w:spacing w:after="80"/>
      </w:pPr>
      <w:r>
        <w:rPr>
          <w:b w:val="0"/>
          <w:i w:val="0"/>
        </w:rPr>
        <w:t>'Không. Từ một người ngưỡng mộ.'</w:t>
      </w:r>
    </w:p>
    <w:p>
      <w:pPr>
        <w:spacing w:after="80"/>
      </w:pPr>
      <w:r>
        <w:rPr>
          <w:b w:val="0"/>
          <w:i w:val="0"/>
        </w:rPr>
        <w:t>'Còn ngôi nhà ở Amsterdam?'</w:t>
      </w:r>
    </w:p>
    <w:p>
      <w:pPr>
        <w:spacing w:after="80"/>
      </w:pPr>
      <w:r>
        <w:rPr>
          <w:b w:val="0"/>
          <w:i w:val="0"/>
        </w:rPr>
        <w:t>'Chìa khóa đã được trả lại cho người môi giới.'</w:t>
      </w:r>
    </w:p>
    <w:p>
      <w:pPr>
        <w:spacing w:after="80"/>
      </w:pPr>
      <w:r>
        <w:rPr>
          <w:b w:val="0"/>
          <w:i w:val="0"/>
        </w:rPr>
        <w:t>'Còn những diễn viên?'</w:t>
      </w:r>
    </w:p>
    <w:p>
      <w:pPr>
        <w:spacing w:after="80"/>
      </w:pPr>
      <w:r>
        <w:rPr>
          <w:b w:val="0"/>
          <w:i w:val="0"/>
        </w:rPr>
        <w:t>‘Tất cả đều được trả thù lao cao hơn hẳn mức của Equity. Tôi thấy ông già diễn xuất thật tuyệt vời, chẳng kém gì vai John of Gaunt của ông ấy ở Old Vic vài năm trước. Hai cậu con trai ông ấy có khi chỉ đóng vai quần chúng, nhưng cũng hoàn toàn thuyết phục.’</w:t>
      </w:r>
    </w:p>
    <w:p>
      <w:pPr>
        <w:spacing w:after="80"/>
      </w:pPr>
      <w:r>
        <w:rPr>
          <w:b w:val="0"/>
          <w:i w:val="0"/>
        </w:rPr>
        <w:t>Miles hài lòng lắm. Christina lại một lần nữa đánh giá thấp anh ta và hiểu biết của anh ta về cách thị trường nghệ thuật vận hành. Nhưng anh ta vẫn phải hết sức cảnh giác, bởi chỉ cần có cơ hội nhỏ nhất là cô ta sẽ trả thù, và cô ta có một lợi thế. Anh ta vẫn đang bị giam, còn cô ta thì ở bên ngoài.</w:t>
      </w:r>
    </w:p>
    <w:p>
      <w:pPr>
        <w:spacing w:after="80"/>
      </w:pPr>
      <w:r>
        <w:rPr>
          <w:b w:val="0"/>
          <w:i w:val="0"/>
        </w:rPr>
        <w:t>Anh ta cho rằng Lamont vẫn còn ở đầu dây bên kia. ‘Nếu ngày mai anh kiểm tra tài khoản cá nhân,’ Miles nói, ‘anh sẽ thấy số tiền đã thỏa thuận đã được gửi vào rồi. Nhưng đừng có mơ đến chuyện nghỉ hưu vội, Lamont, vì tôi còn một nhiệm vụ lớn hơn nhiều cho anh. Tôi sẽ liên lạc lại.’</w:t>
      </w:r>
    </w:p>
    <w:p>
      <w:pPr>
        <w:pStyle w:val="Heading2"/>
      </w:pPr>
      <w:r>
        <w:rPr>
          <w:rFonts w:ascii="Calibri" w:hAnsi="Calibri"/>
          <w:b/>
          <w:i w:val="0"/>
          <w:sz w:val="32"/>
        </w:rPr>
        <w:t>CHƯƠNG 29</w:t>
      </w:r>
    </w:p>
    <w:p>
      <w:pPr>
        <w:spacing w:after="80"/>
      </w:pPr>
      <w:r>
        <w:rPr>
          <w:b w:val="0"/>
          <w:i w:val="0"/>
        </w:rPr>
        <w:t>‘TÔI SẼ ĐỀ XUẤT với CPS giảm thêm hai năm tù cho anh,’ William nói, khiến Faulkner bất ngờ vì anh quay lại thăm ông ta trong tù nhanh đến vậy. Holbrooke đã nói rõ là không có một phút nào để lãng phí.</w:t>
      </w:r>
    </w:p>
    <w:p>
      <w:pPr>
        <w:spacing w:after="80"/>
      </w:pPr>
      <w:r>
        <w:rPr>
          <w:b w:val="0"/>
          <w:i w:val="0"/>
        </w:rPr>
        <w:t>Rebecca bắt đầu viết.</w:t>
      </w:r>
    </w:p>
    <w:p>
      <w:pPr>
        <w:spacing w:after="80"/>
      </w:pPr>
      <w:r>
        <w:rPr>
          <w:b w:val="0"/>
          <w:i w:val="0"/>
        </w:rPr>
        <w:t>‘Nghĩa là tôi sẽ ra khỏi đây trước Giáng sinh,’ Faulkner nói với vẻ mặt đắc ý không giấu giếm.</w:t>
      </w:r>
    </w:p>
    <w:p>
      <w:pPr>
        <w:spacing w:after="80"/>
      </w:pPr>
      <w:r>
        <w:rPr>
          <w:b w:val="0"/>
          <w:i w:val="0"/>
        </w:rPr>
        <w:t>‘Tôi không chắc ông tính kiểu gì ra được như vậy,’ William nói, không giấu nổi vẻ ngạc nhiên. ‘Cả hai chúng ta đều không thể chắc chắn vị thẩm phán sẽ cộng thêm bao nhiêu năm vào bản án hiện tại của ông khi ông ra trình diện trước ông ấy ở Old Bailey trong vài tuần tới.’</w:t>
      </w:r>
    </w:p>
    <w:p>
      <w:pPr>
        <w:spacing w:after="80"/>
      </w:pPr>
      <w:r>
        <w:rPr>
          <w:b w:val="0"/>
          <w:i w:val="0"/>
        </w:rPr>
        <w:t>‘Rõ ràng là ông không biết về thỏa thuận tôi đã đạt được với bố anh. Ông ấy đã đồng ý rồi rằng nếu tôi nhận tội với những cáo buộc mới nhất, CPS sẽ đề xuất một bản án treo.’</w:t>
      </w:r>
    </w:p>
    <w:p>
      <w:pPr>
        <w:spacing w:after="80"/>
      </w:pPr>
      <w:r>
        <w:rPr>
          <w:b w:val="0"/>
          <w:i w:val="0"/>
        </w:rPr>
        <w:t>William muốn bật cười thành tiếng, nhưng thấy rõ là ông ta không đùa.</w:t>
      </w:r>
    </w:p>
    <w:p>
      <w:pPr>
        <w:spacing w:after="80"/>
      </w:pPr>
      <w:r>
        <w:rPr>
          <w:b w:val="0"/>
          <w:i w:val="0"/>
        </w:rPr>
        <w:t>‘Vậy nếu anh giúp tôi giảm thêm hai năm vào bản án hiện tại, thì sẽ còn bốn năm, và nếu anh trừ đi thời gian tôi đã thụ án, rồi mức án của tôi được giảm một nửa vì cải tạo tốt, thì đúng như tôi nói, tôi sẽ ra trước Giáng sinh.’</w:t>
      </w:r>
    </w:p>
    <w:p>
      <w:pPr>
        <w:spacing w:after="80"/>
      </w:pPr>
      <w:r>
        <w:rPr>
          <w:b w:val="0"/>
          <w:i w:val="0"/>
        </w:rPr>
        <w:t>William không thể tin nổi vào tai mình. ‘Cái gì khiến ông nghĩ CPS lại sẵn lòng bỏ mọi cáo buộc chống lại ông? Nếu lấy tiền lệ lịch sử ra mà xét, việc trốn trại thường dẫn đến bản án ban đầu bị nhân đôi, nghĩa là ông sẽ may mắn lắm mới được thả trước cuối thế kỷ này.’</w:t>
      </w:r>
    </w:p>
    <w:p>
      <w:pPr>
        <w:spacing w:after="80"/>
      </w:pPr>
      <w:r>
        <w:rPr>
          <w:b w:val="0"/>
          <w:i w:val="0"/>
        </w:rPr>
        <w:t>‘Nhưng như tôi đã giải thích, tôi đã đạt được thỏa thuận với CPS, mà có vẻ ông không biết. Tôi đề nghị anh nói chuyện với bố anh.’</w:t>
      </w:r>
    </w:p>
    <w:p>
      <w:pPr>
        <w:spacing w:after="80"/>
      </w:pPr>
      <w:r>
        <w:rPr>
          <w:b w:val="0"/>
          <w:i w:val="0"/>
        </w:rPr>
        <w:t>Rebecca vẫn tiếp tục viết.</w:t>
      </w:r>
    </w:p>
    <w:p>
      <w:pPr>
        <w:spacing w:after="80"/>
      </w:pPr>
      <w:r>
        <w:rPr>
          <w:b w:val="0"/>
          <w:i w:val="0"/>
        </w:rPr>
        <w:t>‘Tại sao bố tôi lại đồng ý bỏ các cáo buộc chống lại ông khi đây là một vụ rõ như ban ngày?’</w:t>
      </w:r>
    </w:p>
    <w:p>
      <w:pPr>
        <w:spacing w:after="80"/>
      </w:pPr>
      <w:r>
        <w:rPr>
          <w:b w:val="0"/>
          <w:i w:val="0"/>
        </w:rPr>
        <w:t>‘Đổi lại việc tôi không nhắc đến chuyện anh và DI Hogan đột nhập vào nhà tôi ở Tây Ban Nha, ăn trộm một bức tranh Frans Hals, rồi đưa tôi về Anh trên chính máy bay của tôi, trái với ý muốn của tôi.’</w:t>
      </w:r>
    </w:p>
    <w:p>
      <w:pPr>
        <w:spacing w:after="80"/>
      </w:pPr>
      <w:r>
        <w:rPr>
          <w:b w:val="0"/>
          <w:i w:val="0"/>
        </w:rPr>
        <w:t>‘Ông có gì bằng giấy tờ để chứng minh mình đã thực hiện thỏa thuận này không?’ William hỏi.</w:t>
      </w:r>
    </w:p>
    <w:p>
      <w:pPr>
        <w:spacing w:after="80"/>
      </w:pPr>
      <w:r>
        <w:rPr>
          <w:b w:val="0"/>
          <w:i w:val="0"/>
        </w:rPr>
        <w:t>‘Dĩ nhiên là có chứ,’ Miles đáp. Ông thong thả bước tới quầy thư viện, mở một ngăn kéo và, sau khi lục lọi đống giấy tờ, tìm thấy thứ mình cần. Ông đưa tài liệu cho William, người này chậm rãi đọc hết rồi chuyển sang Rebecca.</w:t>
      </w:r>
    </w:p>
    <w:p>
      <w:pPr>
        <w:spacing w:after="80"/>
      </w:pPr>
      <w:r>
        <w:rPr>
          <w:b w:val="0"/>
          <w:i w:val="0"/>
        </w:rPr>
        <w:t>‘Như ông thấy đấy, ông Faulkner, cha tôi chưa ký vào thỏa thuận này.’</w:t>
      </w:r>
    </w:p>
    <w:p>
      <w:pPr>
        <w:spacing w:after="80"/>
      </w:pPr>
      <w:r>
        <w:rPr>
          <w:b w:val="0"/>
          <w:i w:val="0"/>
        </w:rPr>
        <w:t>Miles để ý rằng Warwick gọi ông là ‘ông’ lần đầu tiên kể từ khi ông vào tù.</w:t>
      </w:r>
    </w:p>
    <w:p>
      <w:pPr>
        <w:spacing w:after="80"/>
      </w:pPr>
      <w:r>
        <w:rPr>
          <w:b w:val="0"/>
          <w:i w:val="0"/>
        </w:rPr>
        <w:t>‘Không, ông ấy ký rồi. Đây chỉ là bản sao. BW đã cho tôi xem bản gốc và, tôi đảm bảo với ông, chữ ký của cha ông nằm ở trang cuối.’</w:t>
      </w:r>
    </w:p>
    <w:p>
      <w:pPr>
        <w:spacing w:after="80"/>
      </w:pPr>
      <w:r>
        <w:rPr>
          <w:b w:val="0"/>
          <w:i w:val="0"/>
        </w:rPr>
        <w:t>William không nói gì, nhưng chỉ cần nhìn Miles một cái là ông nhận ra có lẽ anh ta đang nói thật. ‘Tôi sẽ hỏi thăm vài chỗ rồi quay lại gặp anh,’ cuối cùng ông nói được.</w:t>
      </w:r>
    </w:p>
    <w:p>
      <w:pPr>
        <w:spacing w:after="80"/>
      </w:pPr>
      <w:r>
        <w:rPr>
          <w:b w:val="0"/>
          <w:i w:val="0"/>
        </w:rPr>
        <w:t>‘Trong lúc đó,’ Faulkner tiếp lời, ‘tôi đang có một kẻ điên sống cùng khu giam với mình, và hắn chắc chắn đang nghi ngờ ai đã tạo điều kiện để “Rule Britannia” hát được đến câu thứ hai.’</w:t>
      </w:r>
    </w:p>
    <w:p>
      <w:pPr>
        <w:spacing w:after="80"/>
      </w:pPr>
      <w:r>
        <w:rPr>
          <w:b w:val="0"/>
          <w:i w:val="0"/>
        </w:rPr>
        <w:t>‘Mansour Khalifah đã bị biệt giam từ sáng nay,’ William trấn an, ‘và nhóm tay sai nhỏ của hắn đều đã được chuyển sang các nhà tù khác. Ông không gặp nguy hiểm trước mắt.’</w:t>
      </w:r>
    </w:p>
    <w:p>
      <w:pPr>
        <w:spacing w:after="80"/>
      </w:pPr>
      <w:r>
        <w:rPr>
          <w:b w:val="0"/>
          <w:i w:val="0"/>
        </w:rPr>
        <w:t>‘Và đó là tất cả phần thưởng tôi nhận được,’ Faulkner ngừng lại, ‘vì đã cứu bao nhiêu mạng người nhỉ?’</w:t>
      </w:r>
    </w:p>
    <w:p>
      <w:pPr>
        <w:spacing w:after="80"/>
      </w:pPr>
      <w:r>
        <w:rPr>
          <w:b w:val="0"/>
          <w:i w:val="0"/>
        </w:rPr>
        <w:t>Đúng là phải, William muốn nói vậy, nhưng ông tự bằng lòng với câu: ‘Mai tôi sẽ quay lại, ông Faulkner, lúc đó tôi sẽ đã nói chuyện với cha tôi và Tư lệnh Hawksby.’</w:t>
      </w:r>
    </w:p>
    <w:p>
      <w:pPr>
        <w:spacing w:after="80"/>
      </w:pPr>
      <w:r>
        <w:rPr>
          <w:b w:val="0"/>
          <w:i w:val="0"/>
        </w:rPr>
        <w:t>‘Còn BW thì sao? Đừng quên anh ta giữ bản gốc có chữ ký của cha ông.’</w:t>
      </w:r>
    </w:p>
    <w:p>
      <w:pPr>
        <w:spacing w:after="80"/>
      </w:pPr>
      <w:r>
        <w:rPr>
          <w:b w:val="0"/>
          <w:i w:val="0"/>
        </w:rPr>
        <w:t>‘Đó là nếu anh đang nói thật.’</w:t>
      </w:r>
    </w:p>
    <w:p>
      <w:pPr>
        <w:spacing w:after="80"/>
      </w:pPr>
      <w:r>
        <w:rPr>
          <w:b w:val="0"/>
          <w:i w:val="0"/>
        </w:rPr>
        <w:t>‘Tôi có nói thật với ông về kế hoạch của Khalifah cho Đêm Chung kết Proms không? Vì nếu tôi không nói thật, thì tại sao sáng nay Tareq Omar lại bị phát hiện treo cổ trên lan can ngoài phòng giam của tôi?’</w:t>
      </w:r>
    </w:p>
    <w:p>
      <w:pPr>
        <w:spacing w:after="80"/>
        <w:jc w:val="center"/>
      </w:pPr>
      <w:r>
        <w:rPr>
          <w:b w:val="0"/>
          <w:i w:val="0"/>
        </w:rPr>
        <w:t>• • •</w:t>
      </w:r>
    </w:p>
    <w:p>
      <w:pPr>
        <w:spacing w:after="80"/>
      </w:pPr>
      <w:r>
        <w:rPr>
          <w:b w:val="0"/>
          <w:i w:val="0"/>
        </w:rPr>
        <w:t>Chuông cửa chính vang lên, và Beth tự hỏi không biết ai lại đến vào giờ này sáng sớm. Bọn trẻ đang ở trường, hôm nay là ngày nghỉ của Sarah, và cô không chờ đợi ai cả.</w:t>
      </w:r>
    </w:p>
    <w:p>
      <w:pPr>
        <w:spacing w:after="80"/>
      </w:pPr>
      <w:r>
        <w:rPr>
          <w:b w:val="0"/>
          <w:i w:val="0"/>
        </w:rPr>
        <w:t>Cô gấp cuốn danh mục Cheffins lại, bước ra hành lang và mở cửa chính thì thấy Christina đứng trên bậc thềm, cúi gằm đầu.</w:t>
      </w:r>
    </w:p>
    <w:p>
      <w:pPr>
        <w:spacing w:after="80"/>
      </w:pPr>
      <w:r>
        <w:rPr>
          <w:b w:val="0"/>
          <w:i w:val="0"/>
        </w:rPr>
        <w:t>‘Có chuyện gì vậy?’ Beth hỏi. Cô biết quá rõ chuyện gì đang xảy ra, và đã tự hỏi không biết khi nào Christina cuối cùng sẽ xuất hiện và thừa nhận điều đó. Không nói thêm lời nào, cô đưa cô ấy vào phòng làm việc. Cô không mời cô ấy một ly cà phê.</w:t>
      </w:r>
    </w:p>
    <w:p>
      <w:pPr>
        <w:spacing w:after="80"/>
      </w:pPr>
      <w:r>
        <w:rPr>
          <w:b w:val="0"/>
          <w:i w:val="0"/>
        </w:rPr>
        <w:t>Christina đứng im lặng một lúc, ngước nhìn bức chân dung treo trên bàn làm việc của Beth, rồi bỗng òa khóc. ‘Làm sao cô có được nó?’ cô ấy cố nói trong tiếng nấc.</w:t>
      </w:r>
    </w:p>
    <w:p>
      <w:pPr>
        <w:spacing w:after="80"/>
      </w:pPr>
      <w:r>
        <w:rPr>
          <w:b w:val="0"/>
          <w:i w:val="0"/>
        </w:rPr>
        <w:t>‘Johnny van Haeften đã bán nó với giá năm nghìn bảng cho một trong những khách hàng quen của anh ta, người đã yêu cầu giao nó cho tôi. Không cần đoán cũng biết vị khách đó là ai.’</w:t>
      </w:r>
    </w:p>
    <w:p>
      <w:pPr>
        <w:spacing w:after="80"/>
      </w:pPr>
      <w:r>
        <w:rPr>
          <w:b w:val="0"/>
          <w:i w:val="0"/>
        </w:rPr>
        <w:t>‘Tôi luôn định chia lợi nhuận với cô mà,’ Christina nói, với vẻ mặt ngây thơ như nữ hướng đạo sinh.</w:t>
      </w:r>
    </w:p>
    <w:p>
      <w:pPr>
        <w:spacing w:after="80"/>
      </w:pPr>
      <w:r>
        <w:rPr>
          <w:b w:val="0"/>
          <w:i w:val="0"/>
        </w:rPr>
        <w:t>‘Đó là điều cuối cùng cô định làm,’ Beth nói, không còn giấu được cơn giận.</w:t>
      </w:r>
    </w:p>
    <w:p>
      <w:pPr>
        <w:spacing w:after="80"/>
      </w:pPr>
      <w:r>
        <w:rPr>
          <w:b w:val="0"/>
          <w:i w:val="0"/>
        </w:rPr>
        <w:t>‘Tôi đã mất từng xu vì sự ngu ngốc của mình,’ Christina thừa nhận khi ngồi sụp xuống chiếc ghế gần nhất. ‘Nhưng lẽ ra tôi phải nhận ra rằng Miles sẽ dùng hiểu biết của anh ta về giới nghệ thuật để lừa tôi.’</w:t>
      </w:r>
    </w:p>
    <w:p>
      <w:pPr>
        <w:spacing w:after="80"/>
      </w:pPr>
      <w:r>
        <w:rPr>
          <w:b w:val="0"/>
          <w:i w:val="0"/>
        </w:rPr>
        <w:t>‘Và cả hiểu biết của anh ta về lòng tham tiền không đáy của cô.’</w:t>
      </w:r>
    </w:p>
    <w:p>
      <w:pPr>
        <w:spacing w:after="80"/>
      </w:pPr>
      <w:r>
        <w:rPr>
          <w:b w:val="0"/>
          <w:i w:val="0"/>
        </w:rPr>
        <w:t>Christina không cố gắng tự bào chữa.</w:t>
      </w:r>
    </w:p>
    <w:p>
      <w:pPr>
        <w:spacing w:after="80"/>
      </w:pPr>
      <w:r>
        <w:rPr>
          <w:b w:val="0"/>
          <w:i w:val="0"/>
        </w:rPr>
        <w:t>‘Tuy nhiên, cô chưa hẳn đã mất từng xu,’ Beth nói, ‘vì van Haeften đã nhờ tôi đưa cho cô năm nghìn bảng. Chỉ tiếc là cô không đọc được tiếng Hà Lan, điều mà tôi nghĩ Miles cho là một rủi ro đáng để chấp nhận.’</w:t>
      </w:r>
    </w:p>
    <w:p>
      <w:pPr>
        <w:spacing w:after="80"/>
      </w:pPr>
      <w:r>
        <w:rPr>
          <w:b w:val="0"/>
          <w:i w:val="0"/>
        </w:rPr>
        <w:t>Christina trông như đang cố lấy hết can đảm để nói điều gì đó, rồi cuối cùng buột miệng: ‘Tôi rất xin lỗi, Beth, nhưng năm nghìn sẽ không đủ. Tôi cần lấy lại một trăm nghìn mà tôi đã đầu tư vào công ty của cô,’ cuối cùng cô ấy cố nói, không thể nhìn thẳng vào mặt Beth.</w:t>
      </w:r>
    </w:p>
    <w:p>
      <w:pPr>
        <w:spacing w:after="80"/>
      </w:pPr>
      <w:r>
        <w:rPr>
          <w:b w:val="0"/>
          <w:i w:val="0"/>
        </w:rPr>
        <w:t>Beth ngồi xuống bàn làm việc và viết một tấm séc trị giá £127,000.</w:t>
      </w:r>
    </w:p>
    <w:p>
      <w:pPr>
        <w:spacing w:after="80"/>
      </w:pPr>
      <w:r>
        <w:rPr>
          <w:b w:val="0"/>
          <w:i w:val="0"/>
        </w:rPr>
        <w:t>‘Sao lại nhiều vậy?’ Christina hỏi sau khi Beth đưa nó cho cô ấy.</w:t>
      </w:r>
    </w:p>
    <w:p>
      <w:pPr>
        <w:spacing w:after="80"/>
      </w:pPr>
      <w:r>
        <w:rPr>
          <w:b w:val="0"/>
          <w:i w:val="0"/>
        </w:rPr>
        <w:t>‘Nó bao gồm cả lợi nhuận chúng ta kiếm được từ vụ bán một bức tranh Warhol gần đây ở New York, khi chúng ta còn là đối tác.’</w:t>
      </w:r>
    </w:p>
    <w:p>
      <w:pPr>
        <w:spacing w:after="80"/>
      </w:pPr>
      <w:r>
        <w:rPr>
          <w:b w:val="0"/>
          <w:i w:val="0"/>
        </w:rPr>
        <w:t>‘Nhưng như vậy nghĩa là cô sẽ không thể tiếp tục công việc kinh doanh của mình?’</w:t>
      </w:r>
    </w:p>
    <w:p>
      <w:pPr>
        <w:spacing w:after="80"/>
      </w:pPr>
      <w:r>
        <w:rPr>
          <w:b w:val="0"/>
          <w:i w:val="0"/>
        </w:rPr>
        <w:t>‘Tôi sẽ xoay xở được,’ Beth nói, ‘dù có một hai cơ hội tôi sẽ tiếc vì bỏ lỡ. Nhân tiện, Christina,’ cô nói thêm, gỡ bức chân dung Henry VIII xuống khỏi tường. ‘Đừng đi mà không mang theo anh bạn trai mới nhất của cô.’</w:t>
      </w:r>
    </w:p>
    <w:p>
      <w:pPr>
        <w:spacing w:after="80"/>
      </w:pPr>
      <w:r>
        <w:rPr>
          <w:b w:val="0"/>
          <w:i w:val="0"/>
        </w:rPr>
        <w:t>‘Tôi không bao giờ muốn gặp lại gã đàn ông chết tiệt đó nữa,’ Christina đáp, phun ra từng chữ. ‘Tôi xứng đáng chịu chung số phận với Anne Boleyn.’</w:t>
      </w:r>
    </w:p>
    <w:p>
      <w:pPr>
        <w:spacing w:after="80"/>
      </w:pPr>
      <w:r>
        <w:rPr>
          <w:b w:val="0"/>
          <w:i w:val="0"/>
        </w:rPr>
        <w:t>‘Tôi nghĩ đó chính là điều Miles đã nhắm tới. Nhưng nếu cậu không muốn giữ Henry, tôi sẽ để nó trên tường để nhắc mình sau này chỉ nghe lời khuyên từ những người bạn mình có thể tin tưởng.’</w:t>
      </w:r>
    </w:p>
    <w:p>
      <w:pPr>
        <w:spacing w:after="80"/>
      </w:pPr>
      <w:r>
        <w:rPr>
          <w:b w:val="0"/>
          <w:i w:val="0"/>
        </w:rPr>
        <w:t>‘Cậu có bao giờ tha thứ cho tôi không?’</w:t>
      </w:r>
    </w:p>
    <w:p>
      <w:pPr>
        <w:spacing w:after="80"/>
      </w:pPr>
      <w:r>
        <w:rPr>
          <w:b w:val="0"/>
          <w:i w:val="0"/>
        </w:rPr>
        <w:t>Beth không trả lời khi cô đặt Henry trở lại trên tường.</w:t>
      </w:r>
    </w:p>
    <w:p>
      <w:pPr>
        <w:spacing w:after="80"/>
      </w:pPr>
      <w:r>
        <w:rPr>
          <w:b w:val="0"/>
          <w:i w:val="0"/>
        </w:rPr>
        <w:t>‘Ai có thể trách cậu chứ?’ cuối cùng Christina cố nói được.</w:t>
      </w:r>
    </w:p>
    <w:p>
      <w:pPr>
        <w:spacing w:after="80"/>
      </w:pPr>
      <w:r>
        <w:rPr>
          <w:b w:val="0"/>
          <w:i w:val="0"/>
        </w:rPr>
        <w:t>‘Tôi sẽ không bao giờ quên sự hào phóng và ủng hộ của cậu khi tôi cần nhất,’ Beth nói. ‘Nhưng điều đó không có nghĩa là tôi có thể tin tưởng cậu lần nữa.’</w:t>
      </w:r>
    </w:p>
    <w:p>
      <w:pPr>
        <w:spacing w:after="80"/>
      </w:pPr>
      <w:r>
        <w:rPr>
          <w:b w:val="0"/>
          <w:i w:val="0"/>
        </w:rPr>
        <w:t>Beth quay sang đối mặt với Christina và một lần nữa lại bị bất ngờ khi cô xé đôi tấm séc và đưa lại cho cô.</w:t>
      </w:r>
    </w:p>
    <w:p>
      <w:pPr>
        <w:spacing w:after="80"/>
      </w:pPr>
      <w:r>
        <w:rPr>
          <w:b w:val="0"/>
          <w:i w:val="0"/>
        </w:rPr>
        <w:t>‘Nếu tôi không thể là bạn của cậu, thì ít nhất tôi có thể là đối tác của cậu.’</w:t>
      </w:r>
    </w:p>
    <w:p>
      <w:pPr>
        <w:spacing w:after="80"/>
        <w:jc w:val="center"/>
      </w:pPr>
      <w:r>
        <w:rPr>
          <w:b w:val="0"/>
          <w:i w:val="0"/>
        </w:rPr>
        <w:t>• • •</w:t>
      </w:r>
    </w:p>
    <w:p>
      <w:pPr>
        <w:spacing w:after="80"/>
      </w:pPr>
      <w:r>
        <w:rPr>
          <w:b w:val="0"/>
          <w:i w:val="0"/>
        </w:rPr>
        <w:t>‘Điều đó sẽ không đứng vững trước tòa,’ Sir Julian nói, sau khi ông đọc lại lần thứ hai bản biện hộ trong phán quyết.</w:t>
      </w:r>
    </w:p>
    <w:p>
      <w:pPr>
        <w:spacing w:after="80"/>
      </w:pPr>
      <w:r>
        <w:rPr>
          <w:b w:val="0"/>
          <w:i w:val="0"/>
        </w:rPr>
        <w:t>‘Tại sao không?’ William hỏi.</w:t>
      </w:r>
    </w:p>
    <w:p>
      <w:pPr>
        <w:spacing w:after="80"/>
      </w:pPr>
      <w:r>
        <w:rPr>
          <w:b w:val="0"/>
          <w:i w:val="0"/>
        </w:rPr>
        <w:t>‘Tài liệu chưa được ký, nên tất cả những gì Booth Watson phải nói là đó chỉ là đề xuất ban đầu mà thân chủ ông ta đã khăng khăng đòi, mặc dù lúc đó ông ta đã nói rõ với anh ta rằng nó có rất ít hoặc không có khả năng thành công, và bất kỳ thẩm phán nào cũng sẽ đồng ý với điều đó. BW sẽ tiếp tục khẳng định rằng sau đó Faulkner đã chấp nhận lời khuyên của ông ta và ký thỏa thuận mới nhất trước sự chứng kiến của một cán bộ cấp cao nhà tù, trong đó nêu rõ nếu anh ta nhận tội thì bản án sẽ được giảm hai năm, phù hợp với chính sách khuyến nghị của CPS trong những trường hợp như vậy. Tôi có thể nghe thấy Booth Watson nói rằng cuối cùng ông ta đã thuyết phục được thân chủ rằng giảm án hai năm là điều tốt nhất anh ta có thể hy vọng trong hoàn cảnh đó.’</w:t>
      </w:r>
    </w:p>
    <w:p>
      <w:pPr>
        <w:spacing w:after="80"/>
      </w:pPr>
      <w:r>
        <w:rPr>
          <w:b w:val="0"/>
          <w:i w:val="0"/>
        </w:rPr>
        <w:t>‘Trong trường hợp đó, Faulkner sẽ không ngần ngại nói với tòa án những gì Booth Watson đã làm sau lưng anh ta.’</w:t>
      </w:r>
    </w:p>
    <w:p>
      <w:pPr>
        <w:spacing w:after="80"/>
      </w:pPr>
      <w:r>
        <w:rPr>
          <w:b w:val="0"/>
          <w:i w:val="0"/>
        </w:rPr>
        <w:t>‘Họ sẽ có nhiều khả năng tin ai hơn?’ Sir Julian hỏi. ‘Một người đang thụ án vì tội lừa đảo và trốn trại, hay một trong những luật sư hàng đầu tại tòa?’</w:t>
      </w:r>
    </w:p>
    <w:p>
      <w:pPr>
        <w:spacing w:after="80"/>
      </w:pPr>
      <w:r>
        <w:rPr>
          <w:b w:val="0"/>
          <w:i w:val="0"/>
        </w:rPr>
        <w:t>‘Nhưng nếu Booth Watson bị phát hiện đã xuyên tạc thân chủ của mình, ông ta sẽ mất rất nhiều thứ.’</w:t>
      </w:r>
    </w:p>
    <w:p>
      <w:pPr>
        <w:spacing w:after="80"/>
      </w:pPr>
      <w:r>
        <w:rPr>
          <w:b w:val="0"/>
          <w:i w:val="0"/>
        </w:rPr>
        <w:t>‘Nhưng cũng được rất nhiều nếu ông ta làm được,’ Sir Julian nói. ‘Hãy nghĩ đi, cậu bé. BW không còn xa ngày nghỉ hưu, và ông ta biết tất cả những bí mật được chôn giấu, bao gồm một trong những bộ sưu tập nghệ thuật tinh tế nhất trong tay tư nhân. Vậy nên nếu Faulkner phải ngồi tù mười bốn năm tới, ông ta có thể sống một cuộc sống xa hoa trong thời gian đó. BW thậm chí có thể không còn sống để đối mặt với hậu quả khi Faulkner cuối cùng được thả. Và cậu không thể giết một người đã chết.’</w:t>
      </w:r>
    </w:p>
    <w:p>
      <w:pPr>
        <w:spacing w:after="80"/>
      </w:pPr>
      <w:r>
        <w:rPr>
          <w:b w:val="0"/>
          <w:i w:val="0"/>
        </w:rPr>
        <w:t>William suy nghĩ về những lời của cha mình một lúc lâu trước khi nói: ‘Cha có thể làm đơn xin gặp thẩm phán trong phòng làm việc và trình bày những lo ngại của mình không?’</w:t>
      </w:r>
    </w:p>
    <w:p>
      <w:pPr>
        <w:spacing w:after="80"/>
      </w:pPr>
      <w:r>
        <w:rPr>
          <w:b w:val="0"/>
          <w:i w:val="0"/>
        </w:rPr>
        <w:t>‘Tôi có thể. Nhưng tôi đảm bảo với anh là ông ấy sẽ không thay đổi quyết định về độ dài bản án đâu, trừ khi tôi có bằng chứng mới nào đó để trình bày.’</w:t>
      </w:r>
    </w:p>
    <w:p>
      <w:pPr>
        <w:spacing w:after="80"/>
      </w:pPr>
      <w:r>
        <w:rPr>
          <w:b w:val="0"/>
          <w:i w:val="0"/>
        </w:rPr>
        <w:t>‘Còn một điều nữa anh nên biết,’ William nói.</w:t>
      </w:r>
    </w:p>
    <w:p>
      <w:pPr>
        <w:spacing w:after="80"/>
        <w:jc w:val="center"/>
      </w:pPr>
      <w:r>
        <w:rPr>
          <w:b w:val="0"/>
          <w:i w:val="0"/>
        </w:rPr>
        <w:t>• • •</w:t>
      </w:r>
    </w:p>
    <w:p>
      <w:pPr>
        <w:spacing w:after="80"/>
      </w:pPr>
      <w:r>
        <w:rPr>
          <w:b w:val="0"/>
          <w:i w:val="0"/>
        </w:rPr>
        <w:t>‘Đây có phải chữ ký của anh không?’ William hỏi, lật đến trang cuối của bản thỏa thuận.</w:t>
      </w:r>
    </w:p>
    <w:p>
      <w:pPr>
        <w:spacing w:after="80"/>
      </w:pPr>
      <w:r>
        <w:rPr>
          <w:b w:val="0"/>
          <w:i w:val="0"/>
        </w:rPr>
        <w:t>‘Đúng, là của tôi,’ Faulkner nói. ‘Và dù ông không có lý do gì để tin tôi, thưa Tổng thanh tra, tôi có thể đảm bảo với ông rằng đây là lần đầu tiên tôi nhìn thấy tài liệu này.’</w:t>
      </w:r>
    </w:p>
    <w:p>
      <w:pPr>
        <w:spacing w:after="80"/>
      </w:pPr>
      <w:r>
        <w:rPr>
          <w:b w:val="0"/>
          <w:i w:val="0"/>
        </w:rPr>
        <w:t>‘Tôi tin anh,’ William nói, khiến Miles ngạc nhiên. ‘Và có lẽ quan trọng hơn, cha tôi cũng tin anh.’</w:t>
      </w:r>
    </w:p>
    <w:p>
      <w:pPr>
        <w:spacing w:after="80"/>
      </w:pPr>
      <w:r>
        <w:rPr>
          <w:b w:val="0"/>
          <w:i w:val="0"/>
        </w:rPr>
        <w:t>‘Vậy ông ấy sẽ làm gì về chuyện này?’</w:t>
      </w:r>
    </w:p>
    <w:p>
      <w:pPr>
        <w:spacing w:after="80"/>
      </w:pPr>
      <w:r>
        <w:rPr>
          <w:b w:val="0"/>
          <w:i w:val="0"/>
        </w:rPr>
        <w:t>‘Ông ấy đã đặt lịch gặp thẩm phán xét xử rồi, và tôi đoán ông ấy sẽ là Luật sư Công tố đầu tiên từ trước đến nay cầu xin sự khoan hồng thay cho một bị cáo.’</w:t>
      </w:r>
    </w:p>
    <w:p>
      <w:pPr>
        <w:spacing w:after="80"/>
      </w:pPr>
      <w:r>
        <w:rPr>
          <w:b w:val="0"/>
          <w:i w:val="0"/>
        </w:rPr>
        <w:t>‘Có lẽ ông ấy sẽ xin giảm cho tôi thêm vài năm nữa, để cuối cùng tôi chỉ phải ngồi sáu năm? To tát ghê!’</w:t>
      </w:r>
    </w:p>
    <w:p>
      <w:pPr>
        <w:spacing w:after="80"/>
      </w:pPr>
      <w:r>
        <w:rPr>
          <w:b w:val="0"/>
          <w:i w:val="0"/>
        </w:rPr>
        <w:t>‘Cha tôi định sẽ nói rõ với thẩm phán,’ William tiếp tục, phớt lờ lời đáp trả, ‘rằng thông tin anh cung cấp về vụ tấn công tự sát được lên kế hoạch tại Albert Hall chắc chắn đã cứu được vô số mạng người.’</w:t>
      </w:r>
    </w:p>
    <w:p>
      <w:pPr>
        <w:spacing w:after="80"/>
      </w:pPr>
      <w:r>
        <w:rPr>
          <w:b w:val="0"/>
          <w:i w:val="0"/>
        </w:rPr>
        <w:t>‘Nếu đó là tất cả những gì anh có để đưa ra,’ Miles nói, ‘thì tôi thà nhận không có tội, và kéo anh xuống cùng với tôi.’</w:t>
      </w:r>
    </w:p>
    <w:p>
      <w:pPr>
        <w:spacing w:after="80"/>
      </w:pPr>
      <w:r>
        <w:rPr>
          <w:b w:val="0"/>
          <w:i w:val="0"/>
        </w:rPr>
        <w:t>‘Cha tôi cũng sẽ khiến thẩm phán không còn nghi ngờ gì về hậu quả của việc anh thay đổi lời nhận tội thành không có tội, không chỉ đối với Thanh tra Hogan và tôi, mà còn đối với danh tiếng của Sở Cảnh sát Metropolitan.’</w:t>
      </w:r>
    </w:p>
    <w:p>
      <w:pPr>
        <w:spacing w:after="80"/>
      </w:pPr>
      <w:r>
        <w:rPr>
          <w:b w:val="0"/>
          <w:i w:val="0"/>
        </w:rPr>
        <w:t>‘Thế thì tôi lại được giảm thêm vài năm nữa. Vậy giờ tôi chỉ còn bốn năm, trong khi anh chắc chắn sẽ được thăng chức Tổng thanh tra, nhờ vai trò của anh trong việc cứu vô số mạng người đó.’</w:t>
      </w:r>
    </w:p>
    <w:p>
      <w:pPr>
        <w:spacing w:after="80"/>
      </w:pPr>
      <w:r>
        <w:rPr>
          <w:b w:val="0"/>
          <w:i w:val="0"/>
        </w:rPr>
        <w:t>‘Tôi nghĩ anh có thể sẽ bất ngờ thú vị đấy,’ William nói. ‘Nhưng anh sẽ phải tin tôi, và nhận tội nếu chúng ta muốn lừa được BW.’</w:t>
      </w:r>
    </w:p>
    <w:p>
      <w:pPr>
        <w:spacing w:after="80"/>
      </w:pPr>
      <w:r>
        <w:rPr>
          <w:b w:val="0"/>
          <w:i w:val="0"/>
        </w:rPr>
        <w:t>‘Làm sao tôi có thể từ chối một lời đề nghị hấp dẫn đến thế?’ Miles nói. ‘Nhất là khi tôi vẫn sẽ bị kẹt trong này với cơ hội sống sót đến ngày xét xử chẳng quá năm mươi năm mươi. Ngay cả anh cũng không thể nhốt Mansour Khalifah trong biệt giam mãi được.’</w:t>
      </w:r>
    </w:p>
    <w:p>
      <w:pPr>
        <w:spacing w:after="80"/>
      </w:pPr>
      <w:r>
        <w:rPr>
          <w:b w:val="0"/>
          <w:i w:val="0"/>
        </w:rPr>
        <w:t>‘Để thể hiện thiện chí,’ William nói, ‘cảnh sát sẽ không phản đối nếu anh xin được chuyển đến một nhà tù mở. Nhưng—’</w:t>
      </w:r>
    </w:p>
    <w:p>
      <w:pPr>
        <w:spacing w:after="80"/>
      </w:pPr>
      <w:r>
        <w:rPr>
          <w:b w:val="0"/>
          <w:i w:val="0"/>
        </w:rPr>
        <w:t>'Với ông, thưa Tổng thanh tra, lúc nào cũng có một chữ "nhưng". Tôi nóng lòng muốn nghe lần này là gì đây.'</w:t>
      </w:r>
    </w:p>
    <w:p>
      <w:pPr>
        <w:spacing w:after="80"/>
      </w:pPr>
      <w:r>
        <w:rPr>
          <w:b w:val="0"/>
          <w:i w:val="0"/>
        </w:rPr>
        <w:t>'Nếu anh còn định bỏ trốn lần nữa, tôi sẽ truy lùng anh bằng mọi nguồn lực mà Met có trong tay, và khi tôi cùng DI Hogan cuối cùng bắt được anh – và tin tôi đi, chúng tôi sẽ bắt được – chúng tôi sẽ chẳng buồn bận tâm đến những thủ tục rườm rà của các hiệp ước dẫn độ đâu. Lần này cha tôi sẽ không yêu cầu cộng thêm tám năm vào bản án của anh nữa, mà sẽ đòi án chung thân. Tôi có cảm giác vị thẩm phán sẽ đồng ý với ông ấy, bất kể Booth Watson có đưa ra lý lẽ giảm nhẹ gì đi chăng nữa.'</w:t>
      </w:r>
    </w:p>
    <w:p>
      <w:pPr>
        <w:spacing w:after="80"/>
      </w:pPr>
      <w:r>
        <w:rPr>
          <w:b w:val="0"/>
          <w:i w:val="0"/>
        </w:rPr>
        <w:t>Miles không nói gì một lúc lâu trước khi cuối cùng lên tiếng: 'Tôi sẽ chấp nhận thỏa thuận của ông, thưa Tổng thanh tra, miễn là ông đảm bảo với tôi rằng ông cũng đang nhắm vào BW, giờ ông đã biết rõ hắn đang giở trò gì.'</w:t>
      </w:r>
    </w:p>
    <w:p>
      <w:pPr>
        <w:spacing w:after="80"/>
      </w:pPr>
      <w:r>
        <w:rPr>
          <w:b w:val="0"/>
          <w:i w:val="0"/>
        </w:rPr>
        <w:t>'Chỉ còn là vấn đề thời gian trước khi hắn bị tước quyền hành nghề luật,' William nói, với vẻ đầy cảm xúc. 'Vì phải thừa nhận đi, gã đàn ông đó chính là kẻ thù nguy hiểm nhất của chính mình.'</w:t>
      </w:r>
    </w:p>
    <w:p>
      <w:pPr>
        <w:spacing w:after="80"/>
      </w:pPr>
      <w:r>
        <w:rPr>
          <w:b w:val="0"/>
          <w:i w:val="0"/>
        </w:rPr>
        <w:t>'Không phải khi tôi còn sống, hắn không phải thế đâu,' Miles nói.</w:t>
      </w:r>
    </w:p>
    <w:p>
      <w:pPr>
        <w:spacing w:after="80"/>
        <w:jc w:val="center"/>
      </w:pPr>
      <w:r>
        <w:rPr>
          <w:b w:val="0"/>
          <w:i w:val="0"/>
        </w:rPr>
        <w:t>• • •</w:t>
      </w:r>
    </w:p>
    <w:p>
      <w:pPr>
        <w:spacing w:after="80"/>
      </w:pPr>
      <w:r>
        <w:rPr>
          <w:b w:val="0"/>
          <w:i w:val="0"/>
        </w:rPr>
        <w:t>Khi Faulkner đến đầu hàng chờ ở quầy phục vụ căng tin, anh ta thong thả chọn một ly sữa, hai quả trứng chiên, ít đậu nướng và một lát bánh mì nướng không bị cháy. Anh ta chậm rãi bưng khay đầy ắp trở về bàn của mình, nhưng đúng lúc sắp ngồi xuống thì vấp chân và làm rơi khay. Cái đĩa vỡ tan thành nhiều mảnh, và bữa sáng của anh ta vương vãi khắp sàn đá.</w:t>
      </w:r>
    </w:p>
    <w:p>
      <w:pPr>
        <w:spacing w:after="80"/>
      </w:pPr>
      <w:r>
        <w:rPr>
          <w:b w:val="0"/>
          <w:i w:val="0"/>
        </w:rPr>
        <w:t>Cả chục tù nhân ùa đến giúp anh ta.</w:t>
      </w:r>
    </w:p>
    <w:p>
      <w:pPr>
        <w:spacing w:after="80"/>
      </w:pPr>
      <w:r>
        <w:rPr>
          <w:b w:val="0"/>
          <w:i w:val="0"/>
        </w:rPr>
        <w:t>'Không, cảm ơn,' Faulkner nói, khi một người trong số họ đề nghị lấy cho anh ta phần ăn thứ hai. 'Tôi thấy không được khỏe lắm. Tôi nghĩ mình sẽ đến phòng y tế lấy ít paracetamol.'</w:t>
      </w:r>
    </w:p>
    <w:p>
      <w:pPr>
        <w:spacing w:after="80"/>
      </w:pPr>
      <w:r>
        <w:rPr>
          <w:b w:val="0"/>
          <w:i w:val="0"/>
        </w:rPr>
        <w:t>Anh ta rời căng tin, hài lòng vì hơn một trăm phạm nhân và vài cai ngục đã chứng kiến vụ việc, rồi đi về phía bệnh xá nhà tù, nơi sẽ mở cửa phục vụ trong vài phút nữa. Trên đường đi, anh ta gặp ít nhất vài chục tù nhân khác đang đi ăn sáng. Hầu hết đều né sang một bên nhường đường cho anh ta, nhưng ít nhất cả chục người khác cũng để ý thấy anh ta đang đi về phía phòng y tế.</w:t>
      </w:r>
    </w:p>
    <w:p>
      <w:pPr>
        <w:spacing w:after="80"/>
      </w:pPr>
      <w:r>
        <w:rPr>
          <w:b w:val="0"/>
          <w:i w:val="0"/>
        </w:rPr>
        <w:t>Trong phòng chờ đã có một hàng dài tù nhân xếp hàng. Họ im bặt khi Miles tiến lên phía trước, nơi anh chào Matron một cách thân thiết.</w:t>
      </w:r>
    </w:p>
    <w:p>
      <w:pPr>
        <w:spacing w:after="80"/>
      </w:pPr>
      <w:r>
        <w:rPr>
          <w:b w:val="0"/>
          <w:i w:val="0"/>
        </w:rPr>
        <w:t>'Chào buổi sáng, Miles,' bà đáp lại một trong số ít phạm nhân mà bà từng gọi bằng tên riêng. 'Có chuyện gì vậy?'</w:t>
      </w:r>
    </w:p>
    <w:p>
      <w:pPr>
        <w:spacing w:after="80"/>
      </w:pPr>
      <w:r>
        <w:rPr>
          <w:b w:val="0"/>
          <w:i w:val="0"/>
        </w:rPr>
        <w:t>'Một cơn chóng mặt, thưa bà quản lý. Và hơi đau đầu một chút. Không biết tôi có thể làm phiền bà lấy cho vài viên paracetamol được không?'</w:t>
      </w:r>
    </w:p>
    <w:p>
      <w:pPr>
        <w:spacing w:after="80"/>
      </w:pPr>
      <w:r>
        <w:rPr>
          <w:b w:val="0"/>
          <w:i w:val="0"/>
        </w:rPr>
        <w:t>'Tất nhiên rồi. Tôi cũng khuyên anh nên nằm nghỉ vài tiếng cho đến khi thấy khá hơn. Tôi sẽ đưa anh một giấy miễn làm việc hôm nay.'</w:t>
      </w:r>
    </w:p>
    <w:p>
      <w:pPr>
        <w:spacing w:after="80"/>
      </w:pPr>
      <w:r>
        <w:rPr>
          <w:b w:val="0"/>
          <w:i w:val="0"/>
        </w:rPr>
        <w:t>'Cảm ơn bà. Tôi nghĩ mình sẽ nghe theo lời khuyên của bà.'</w:t>
      </w:r>
    </w:p>
    <w:p>
      <w:pPr>
        <w:spacing w:after="80"/>
      </w:pPr>
      <w:r>
        <w:rPr>
          <w:b w:val="0"/>
          <w:i w:val="0"/>
        </w:rPr>
        <w:t>Bà đưa cho anh hai viên paracetamol, một ly nước và một mẩu giấy. Sau khi nuốt xong thuốc và cất giấy miễn làm việc vào túi, anh nở với bà một nụ cười thân thiện nữa, rồi đi ngược qua hàng dài phạm nhân và ra khỏi phòng khám để thực hiện phần thứ hai trong kế hoạch của mình. Ít nhất hai chục tù nhân khác đã nghe được cuộc trò chuyện của họ và, quan trọng hơn, lời khuyên khôn ngoan của Matron.</w:t>
      </w:r>
    </w:p>
    <w:p>
      <w:pPr>
        <w:spacing w:after="80"/>
      </w:pPr>
      <w:r>
        <w:rPr>
          <w:b w:val="0"/>
          <w:i w:val="0"/>
        </w:rPr>
        <w:t>Khi ra đến bên ngoài, ông liếc nhìn đồng hồ. Vẫn còn ba mươi phút trước khi ông có thể hành động. Ông quay về phía khu C thay vì đi về hướng thư viện, nơi mà cấp phó của ông đã biết rằng sáng nay ông sẽ không đến làm việc. Nếu có ai hỏi, ông sẽ nói với họ rằng Miles đang nghỉ ngơi trong phòng giam theo lời khuyên của Quản giáo nữ.</w:t>
      </w:r>
    </w:p>
    <w:p>
      <w:pPr>
        <w:spacing w:after="80"/>
      </w:pPr>
      <w:r>
        <w:rPr>
          <w:b w:val="0"/>
          <w:i w:val="0"/>
        </w:rPr>
        <w:t>Về đến khu của mình, ông trình diện với sĩ quan trực, giải thích lý do tại sao ông sẽ không đi làm, và đưa cho anh ta xem mẩu giấy mà Quản giáo nữ đã đưa.</w:t>
      </w:r>
    </w:p>
    <w:p>
      <w:pPr>
        <w:spacing w:after="80"/>
      </w:pPr>
      <w:r>
        <w:rPr>
          <w:b w:val="0"/>
          <w:i w:val="0"/>
        </w:rPr>
        <w:t>‘Tôi sẽ đảm bảo không ai làm phiền ông, ông Faulkner,’ viên sĩ quan trẻ nói. ‘Tôi hy vọng ngày mai ông sẽ thấy khỏe hơn.’ Miles hài lòng khi thấy anh ta ghi lại thời gian vào sổ nhật ký.</w:t>
      </w:r>
    </w:p>
    <w:p>
      <w:pPr>
        <w:spacing w:after="80"/>
      </w:pPr>
      <w:r>
        <w:rPr>
          <w:b w:val="0"/>
          <w:i w:val="0"/>
        </w:rPr>
        <w:t>Miles chậm rãi đi lên tầng hai rồi bước đến căn phòng của mình ở cuối hành lang, được gọi là dãy phòng penthouse. Vào trong, ông đóng cửa lại và thong thả thay bộ đồ tập gym, rồi mặc vào chiếc quần jeans do trại cấp và một chiếc áo len xám dày. Ông dừng lại nhìn ra ngoài cửa sổ, và ngẫm nghĩ về những sự kiện trong tháng vừa qua. Warwick đã giữ đúng lời hứa: chỉ trong vài ngày sau cuộc gặp của họ, ông đã được chuyển đến trại giam mở Ford, nơi ông nhanh chóng tạo được uy tín với cả các sĩ quan lẫn bạn tù rằng nếu họ cần vài đồng bạc lẻ cho những thứ xa xỉ nhỏ nhặt thường khó kiếm, thì ông chính là người hiểu rõ về cung và cầu.</w:t>
      </w:r>
    </w:p>
    <w:p>
      <w:pPr>
        <w:spacing w:after="80"/>
      </w:pPr>
      <w:r>
        <w:rPr>
          <w:b w:val="0"/>
          <w:i w:val="0"/>
        </w:rPr>
        <w:t>Miles có căn phòng duy nhất trong khu nhìn ra đồi South Downs. Ông có được nó sau khi người ở trước phát hiện ra £50 trong tài khoản căng-tin của mình. Thêm £50 nữa đảm bảo rằng thủ thư trưởng vui vẻ trở thành cấp phó của ông và làm phần lớn công việc nặng nhọc, trong khi ông đọc báo buổi sáng và thỉnh thoảng gọi hoặc nhận một cuộc điện thoại – một đặc quyền khác mà các cai ngục hợp tác được thưởng xứng đáng.</w:t>
      </w:r>
    </w:p>
    <w:p>
      <w:pPr>
        <w:spacing w:after="80"/>
      </w:pPr>
      <w:r>
        <w:rPr>
          <w:b w:val="0"/>
          <w:i w:val="0"/>
        </w:rPr>
        <w:t>Chính trong một cuộc gọi từ Lamont hồi đầu tuần, ông phát hiện ra rằng Booth Watson đã đến ngân hàng của ông hai lần trong tháng vừa qua và, đáng lo hơn nữa, đã chuyển bộ sưu tập nghệ thuật quý giá của ông từ CFAS ở Nine Elms đến một nhà kho trong khu công nghiệp gần sân bay Gatwick. Kể từ cuộc gặp của Miles với Mai Ling, ông đã biết rằng chỉ còn là vấn đề thời gian trước khi…</w:t>
      </w:r>
    </w:p>
    <w:p>
      <w:pPr>
        <w:spacing w:after="80"/>
      </w:pPr>
      <w:r>
        <w:rPr>
          <w:b w:val="0"/>
          <w:i w:val="0"/>
        </w:rPr>
        <w:t>Đến lần tiếp theo Lamont gọi điện, Miles đã có sẵn một kế hoạch và giải thích chi tiết vai trò mà anh ta sẽ phải đảm nhận. Sẽ còn một tuần nữa trước khi ông có thể đưa kế hoạch vào hành động. Sau lời cảnh báo của Warwick, ông quá ý thức được rủi ro mà mình sẽ phải chấp nhận.</w:t>
      </w:r>
    </w:p>
    <w:p>
      <w:pPr>
        <w:spacing w:after="80"/>
      </w:pPr>
      <w:r>
        <w:rPr>
          <w:b w:val="0"/>
          <w:i w:val="0"/>
        </w:rPr>
        <w:t>Miles chăm chú nhìn ra ngoài cửa sổ, quan sát, chờ đợi. Ông biết sẽ không lâu nữa trước khi câu lạc bộ chạy việt dã Hare and Hounds địa phương xuất hiện trong buổi chạy buổi sáng của họ, những chú Thỏ (Hares) sải bước phía trước, theo sau là những chú Chó săn (Hounds) cố gắng đuổi kịp họ, và cuối cùng là những người chạy chậm, khép lại đoàn.</w:t>
      </w:r>
    </w:p>
    <w:p>
      <w:pPr>
        <w:spacing w:after="80"/>
      </w:pPr>
      <w:r>
        <w:rPr>
          <w:b w:val="0"/>
          <w:i w:val="0"/>
        </w:rPr>
        <w:t>Khi người chạy đầu tiên xuất hiện ở đường chân trời, Miles lẻn ra khỏi phòng và kiểm tra dọc hành lang trước khi khóa cửa. Một người dọn dẹp khu đang đứng canh ở đầu cầu thang giơ ngón tay cái ra hiệu cho ông. Miles đi xuống cầu thang đến tầng trệt, đẩy cửa thoát hiểm ra và chạy bộ đến một cụm cây cách khuôn viên trại giam vài thước. Ông cởi áo len và quần jeans, giấu chúng dưới một bụi mâm xôi mà ông đã chọn từ tuần trước, và chờ đợi những người chạy chậm xuất hiện. Ông biết mình phải chọn thời điểm cẩn thận, bởi vì bảy mươi thước giữa ranh giới trại giam và con đường mòn là lúc dễ bị một trong các cai ngục phát hiện nhất.</w:t>
      </w:r>
    </w:p>
    <w:p>
      <w:pPr>
        <w:spacing w:after="80"/>
      </w:pPr>
      <w:r>
        <w:rPr>
          <w:b w:val="0"/>
          <w:i w:val="0"/>
        </w:rPr>
        <w:t>Khi nhóm người chạy tiếp theo xuất hiện trong tầm nhìn, ông chạy bộ băng qua ‘vùng đất không người’ nguy hiểm và hòa vào phía sau họ mà không cố gắng đuổi kịp. Ông hy vọng mình chỉ là một chấm nhỏ nữa trên phong cảnh.</w:t>
      </w:r>
    </w:p>
    <w:p>
      <w:pPr>
        <w:spacing w:after="80"/>
      </w:pPr>
      <w:r>
        <w:rPr>
          <w:b w:val="0"/>
          <w:i w:val="0"/>
        </w:rPr>
        <w:t>Nhóm người rẽ trái khi đến con đường chính, trong khi Miles rẽ phải. Sau vài trăm thước, ông phát hiện một chiếc Volvo màu xanh dương đậu ở một bãi đỗ ven đường, động cơ vẫn nổ.</w:t>
      </w:r>
    </w:p>
    <w:p>
      <w:pPr>
        <w:spacing w:after="80"/>
      </w:pPr>
      <w:r>
        <w:rPr>
          <w:b w:val="0"/>
          <w:i w:val="0"/>
        </w:rPr>
        <w:t>Ông mở cửa sau, trượt vào trong và nằm dài trên ghế sau khi chiếc xe phóng đi. Ông không nhúc nhích cho đến khi trại giam khuất khỏi tầm nhìn.</w:t>
      </w:r>
    </w:p>
    <w:p>
      <w:pPr>
        <w:spacing w:after="80"/>
      </w:pPr>
      <w:r>
        <w:rPr>
          <w:b w:val="0"/>
          <w:i w:val="0"/>
        </w:rPr>
        <w:t>‘Chào buổi sáng, thưa ông,’ Lamont nói, không quay đầu lại.</w:t>
      </w:r>
    </w:p>
    <w:p>
      <w:pPr>
        <w:spacing w:after="80"/>
      </w:pPr>
      <w:r>
        <w:rPr>
          <w:b w:val="0"/>
          <w:i w:val="0"/>
        </w:rPr>
        <w:t>‘Chào buổi sáng, Bruce,’ Miles đáp, ngồi dậy và mặc một chiếc áo sơ mi trắng vừa ủi lên chiếc áo lót tập gym. ‘Mọi thứ đã sẵn sàng chưa?’</w:t>
      </w:r>
    </w:p>
    <w:p>
      <w:pPr>
        <w:spacing w:after="80"/>
      </w:pPr>
      <w:r>
        <w:rPr>
          <w:b w:val="0"/>
          <w:i w:val="0"/>
        </w:rPr>
        <w:t>‘Tất cả đang chờ ông. Thời gian là vấn đề duy nhất của chúng ta,’ anh ta nói thêm khi nhấn chân xuống chân ga.</w:t>
      </w:r>
    </w:p>
    <w:p>
      <w:pPr>
        <w:spacing w:after="80"/>
      </w:pPr>
      <w:r>
        <w:rPr>
          <w:b w:val="0"/>
          <w:i w:val="0"/>
        </w:rPr>
        <w:t>‘Đừng vượt quá tốc độ giới hạn,’ Miles cảnh báo anh ta khi ông cởi chiếc quần đùi ra và mặc vào một chiếc quần flannel xám. ‘Đừng quên, nếu chúng ta bị cảnh sát chặn lại, tôi sẽ không phải là người duy nhất quay lại trại giam đâu.’</w:t>
      </w:r>
    </w:p>
    <w:p>
      <w:pPr>
        <w:pStyle w:val="Heading2"/>
      </w:pPr>
      <w:r>
        <w:rPr>
          <w:rFonts w:ascii="Calibri" w:hAnsi="Calibri"/>
          <w:b/>
          <w:i w:val="0"/>
          <w:sz w:val="32"/>
        </w:rPr>
        <w:t>CHƯƠNG 30</w:t>
      </w:r>
    </w:p>
    <w:p>
      <w:pPr>
        <w:spacing w:after="80"/>
      </w:pPr>
      <w:r>
        <w:rPr>
          <w:b w:val="0"/>
          <w:i w:val="0"/>
        </w:rPr>
        <w:t>ÔNG BÀ SMITH LÀ những hành khách cuối cùng lên máy bay. Nhưng ít ai trong số những người bạn đồng hành bị lừa khi họ ngồi vào hàng ghế cuối, để trống bốn ghế phía trước.</w:t>
      </w:r>
    </w:p>
    <w:p>
      <w:pPr>
        <w:spacing w:after="80"/>
      </w:pPr>
      <w:r>
        <w:rPr>
          <w:b w:val="0"/>
          <w:i w:val="0"/>
        </w:rPr>
        <w:t>Cô đã nói với Ross rằng cô muốn giữ kín danh tính – "hòa mình vào đám đông" là nguyên văn lời cô. Nhưng khi đeo kính Gucci sẫm màu, quàng khăn lụa Chanel và đi giày cao gót Louboutin trên chuyến bay trọn gói đến Mallorca, cô chẳng thể nào làm mình nổi bật hơn. Ross đã khuyên cô đừng làm vậy, nhưng cô không nghe. Việc anh phát hiện ra tay săn ảnh mà anh mới đuổi khỏi nhà Chalabi đang ngồi chỉ cách họ vài hàng ghế càng khiến anh không thể thư giãn. Anh không hề nghi ngờ rằng Jamil Chalabi hẳn đã nói cho hắn biết cô đi chuyến bay nào.</w:t>
      </w:r>
    </w:p>
    <w:p>
      <w:pPr>
        <w:spacing w:after="80"/>
      </w:pPr>
      <w:r>
        <w:rPr>
          <w:b w:val="0"/>
          <w:i w:val="0"/>
        </w:rPr>
        <w:t>Khi máy bay hạ cánh xuống Palma de Mallorca, các hành khách khác vẫn ngồi yên tại chỗ. Một trăm cặp mắt dán vào cửa sổ cabin khi cô bước xuống từ cửa sau. Nếu trước đó có ai chưa biết cô ở trên máy bay, thì giờ chắc chắn họ đã biết. Một chiếc Rolls-Royce đang đợi họ dưới chân cầu thang máy bay, hai lá cờ Union Jack nhỏ bay phấp phới trên cánh trước. Giờ thì cả Tây Ban Nha đều biết Công nương xứ Wales đã đến.</w:t>
      </w:r>
    </w:p>
    <w:p>
      <w:pPr>
        <w:spacing w:after="80"/>
      </w:pPr>
      <w:r>
        <w:rPr>
          <w:b w:val="0"/>
          <w:i w:val="0"/>
        </w:rPr>
        <w:t>Ross ngồi vào ghế trước, liếc vào gương chiếu hậu và thấy rắc rối kia của mình đang vội vã bước xuống cầu thang máy bay. Ít nhất họ sẽ đi trước hắn một tiếng. Một khi họ đã ra khơi vào lúc hoàng hôn, hắn sẽ chẳng biết gì hơn. Hay hắn đã được cho biết mặt trời sẽ lặn ở đâu rồi?</w:t>
      </w:r>
    </w:p>
    <w:p>
      <w:pPr>
        <w:spacing w:after="80"/>
      </w:pPr>
      <w:r>
        <w:rPr>
          <w:b w:val="0"/>
          <w:i w:val="0"/>
        </w:rPr>
        <w:t xml:space="preserve">Những người đi mô tô hộ tống đưa họ qua lối ra riêng của sân bay và tiến về phía Palma, chỉ dừng lại khi đến bến cảng nơi </w:t>
      </w:r>
      <w:r>
        <w:rPr>
          <w:b w:val="0"/>
          <w:i/>
        </w:rPr>
        <w:t>Lowlander</w:t>
      </w:r>
      <w:r>
        <w:rPr>
          <w:b w:val="0"/>
          <w:i w:val="0"/>
        </w:rPr>
        <w:t>,</w:t>
      </w:r>
      <w:r>
        <w:rPr>
          <w:b w:val="0"/>
          <w:i/>
        </w:rPr>
        <w:t xml:space="preserve"> </w:t>
      </w:r>
      <w:r>
        <w:rPr>
          <w:b w:val="0"/>
          <w:i w:val="0"/>
        </w:rPr>
        <w:t>chiếc du thuyền riêng của Jamil, đang đợi họ. Khác thường thay, Diana không nói với Ross một lời nào suốt chuyến đi, cô biết rõ anh không tán thành việc cô đi nghỉ với Chalabi, sau những gì đã xảy ra khi cô ở nhà riêng của ông ta vào cuối tuần. Ross vẫn chưa kể cho cô nghe phía anh.</w:t>
      </w:r>
    </w:p>
    <w:p>
      <w:pPr>
        <w:spacing w:after="80"/>
      </w:pPr>
      <w:r>
        <w:rPr>
          <w:b w:val="0"/>
          <w:i w:val="0"/>
        </w:rPr>
        <w:t>Nhượng bộ duy nhất anh làm được là đảm bảo Lady Victoria cũng được mời đi cùng.</w:t>
      </w:r>
    </w:p>
    <w:p>
      <w:pPr>
        <w:spacing w:after="80"/>
      </w:pPr>
      <w:r>
        <w:rPr>
          <w:b w:val="0"/>
          <w:i w:val="0"/>
        </w:rPr>
        <w:t>Ross đã dần chấp nhận rằng Công nương còn khó chiều hơn cả Jojo, một cô gái trẻ khác mà anh tuân theo mọi ý thích nhỏ nhặt nhất mà không một chút thắc mắc.</w:t>
      </w:r>
    </w:p>
    <w:p>
      <w:pPr>
        <w:spacing w:after="80"/>
      </w:pPr>
      <w:r>
        <w:rPr>
          <w:b w:val="0"/>
          <w:i w:val="0"/>
        </w:rPr>
        <w:t>Cuối cùng chiếc xe dừng lại bên cạnh chiếc du thuyền lớn nhất bến cảng. Diana đã nhảy ra trước khi Ross kịp mở cửa sau. Cô chạy lên cầu tàu, nơi một người đàn ông đội mũ lưỡi trai viền vàng đang đứng trên boong đợi chào đón cô.</w:t>
      </w:r>
    </w:p>
    <w:p>
      <w:pPr>
        <w:spacing w:after="80"/>
      </w:pPr>
      <w:r>
        <w:rPr>
          <w:b w:val="0"/>
          <w:i w:val="0"/>
        </w:rPr>
        <w:t>Khi cô vòng tay ôm lấy ông ta, Ross quan sát xem có phóng viên nào không, và nhẹ nhõm khi không thấy dấu hiệu nào. Người chủ nhà giới thiệu Công nương với thuyền trưởng, người này chào cô trước khi quản lý cấp cao hộ tống hai người đến "phòng hoàng gia" vừa được đổi tên ở boong dưới.</w:t>
      </w:r>
    </w:p>
    <w:p>
      <w:pPr>
        <w:spacing w:after="80"/>
      </w:pPr>
      <w:r>
        <w:rPr>
          <w:b w:val="0"/>
          <w:i w:val="0"/>
        </w:rPr>
        <w:t>"Có hy vọng nào rời khỏi đây càng nhanh càng tốt không?" Ross hỏi sau khi tự giới thiệu với thuyền trưởng.</w:t>
      </w:r>
    </w:p>
    <w:p>
      <w:pPr>
        <w:spacing w:after="80"/>
      </w:pPr>
      <w:r>
        <w:rPr>
          <w:b w:val="0"/>
          <w:i w:val="0"/>
        </w:rPr>
        <w:t>"E là không, Thanh tra ạ. Chúng tôi sẽ không ra khơi cho đến sau bữa tối."</w:t>
      </w:r>
    </w:p>
    <w:p>
      <w:pPr>
        <w:spacing w:after="80"/>
      </w:pPr>
      <w:r>
        <w:rPr>
          <w:b w:val="0"/>
          <w:i w:val="0"/>
        </w:rPr>
        <w:t>"Tất nhiên rồi," Ross nói. "Cho tay săn ảnh kia quá đủ thời gian để đuổi kịp chúng ta," anh lẩm bẩm. Anh mỉm cười lần đầu tiên khi Victoria xuất hiện từ boong dưới trong chiếc váy mùa hè màu vàng nhạt và đôi xăng đan trắng. Rõ ràng cô quyết tâm tận hưởng kỳ nghỉ.</w:t>
      </w:r>
    </w:p>
    <w:p>
      <w:pPr>
        <w:spacing w:after="80"/>
      </w:pPr>
      <w:r>
        <w:rPr>
          <w:b w:val="0"/>
          <w:i w:val="0"/>
        </w:rPr>
        <w:t>"Tôi là hướng dẫn viên của anh đấy, Thanh tra," cô trêu, rồi dẫn anh đi tham quan du thuyền, thứ cô gọi là một cung điện rượu gin nổi lềnh bềnh sến súa. Ross kiểm tra từng tấc của con tàu từ phòng máy đến khu thủy thủ đến nhà bếp, nơi đầu bếp đang chuẩn bị bữa tối, và cuối cùng là bãi đáp trực thăng nằm cao trên boong đuôi. Mọi thứ trừ phòng hoàng gia, nơi bị khóa từ bên trong.</w:t>
      </w:r>
    </w:p>
    <w:p>
      <w:pPr>
        <w:spacing w:after="80"/>
      </w:pPr>
      <w:r>
        <w:rPr>
          <w:b w:val="0"/>
          <w:i w:val="0"/>
        </w:rPr>
        <w:t>Sau khi Victoria hoàn tất chuyến tham quan, Ross bắt đầu nghĩ rằng hai tuần này rốt cuộc có thể sẽ vui vẻ. Nhưng khi họ trở lại boong, anh bắt gặp tay nhiếp ảnh gia ranh mãnh đang đứng trên bến tàu, chụp ảnh mọi thứ trong tầm mắt trong khi chờ Công nương xuất hiện. Hắn không cần phải quay lại Fleet Street; một bàn biên tập ảnh nào đó sẽ đợi bài độc quyền của hắn.</w:t>
      </w:r>
    </w:p>
    <w:p>
      <w:pPr>
        <w:spacing w:after="80"/>
      </w:pPr>
      <w:r>
        <w:rPr>
          <w:b w:val="0"/>
          <w:i w:val="0"/>
        </w:rPr>
        <w:t>Khi Diana lên boong vài giờ sau đó, cô đi chân trần, mặc áo phông trắng và quần đùi, đôi giày cao gót bị bỏ xó. Trông cô thư thái và mãn nguyện hơn Ross từng thấy bấy lâu nay. Nhưng anh không khỏi tự hỏi Thái tử xứ Wales sẽ phản ứng thế nào khi thư ký riêng đặt tờ báo lên bàn ăn sáng của ông vào buổi sáng.</w:t>
      </w:r>
    </w:p>
    <w:p>
      <w:pPr>
        <w:spacing w:after="80"/>
      </w:pPr>
      <w:r>
        <w:rPr>
          <w:b w:val="0"/>
          <w:i w:val="0"/>
        </w:rPr>
        <w:t>Công chúa và Jamil ngồi xuống dùng bữa tối đúng lúc mặt trời bắt đầu lặn, nhưng lúc đó nhiếp ảnh gia đã rời đi rồi, vì anh ta cần kịp bản in đầu tiên trước khi máy in bắt đầu quay.</w:t>
      </w:r>
    </w:p>
    <w:p>
      <w:pPr>
        <w:spacing w:after="80"/>
      </w:pPr>
      <w:r>
        <w:rPr>
          <w:b w:val="0"/>
          <w:i w:val="0"/>
        </w:rPr>
        <w:t>Ross chỉ thực sự thư giãn khi nghe thấy tiếng động cơ khởi động, tiếp theo là mệnh lệnh truyền từ đài chỉ huy xuống phòng máy, "Chạy chậm tới trước." Họ từ từ rời khỏi bến tàu và lên đường hướng tới một vịnh hẻo lánh, nơi mà thuyền trưởng đã cam đoan với anh rằng sẽ không ai có thể tìm thấy họ. Ross khá chắc rằng sẽ có một người tìm ra.</w:t>
      </w:r>
    </w:p>
    <w:p>
      <w:pPr>
        <w:spacing w:after="80"/>
      </w:pPr>
      <w:r>
        <w:rPr>
          <w:b w:val="0"/>
          <w:i w:val="0"/>
        </w:rPr>
        <w:t>Ross là người cuối cùng xuống boong dưới, nhưng trước đó anh đã kiểm tra lại lần nữa rằng mọi thứ có thể nhìn thấy ở mọi hướng chỉ là một vùng biển lặng không có bóng dáng con tàu nào khác.</w:t>
      </w:r>
    </w:p>
    <w:p>
      <w:pPr>
        <w:spacing w:after="80"/>
      </w:pPr>
      <w:r>
        <w:rPr>
          <w:b w:val="0"/>
          <w:i w:val="0"/>
        </w:rPr>
        <w:t>Anh lặng lẽ đi ngang qua dãy phòng hoàng gia, không có ánh sáng nào lọt ra từ dưới cánh cửa, rồi mới về phòng mình trên cùng boong tàu. Đó là điều anh đã nhất quyết đòi cho bằng được. Anh tắm rồi leo lên giường, chìm xuống giữa tấm ga trải giường cotton mới tinh phẳng phiu, đầu tựa lên chiếc gối lông vũ. Nếu không có tiếng động cơ rì rầm êm ái và chuyển động nhẹ nhàng của con thuyền, anh thậm chí sẽ chẳng biết là họ đang ở trên biển.</w:t>
      </w:r>
    </w:p>
    <w:p>
      <w:pPr>
        <w:spacing w:after="80"/>
      </w:pPr>
      <w:r>
        <w:rPr>
          <w:b w:val="0"/>
          <w:i w:val="0"/>
        </w:rPr>
        <w:t>"Đừng quen với điều này," Chim Ưng đã cảnh báo anh, "nếu không cậu sẽ mất đi sự nhạy bén của mình." Việc cuối cùng anh làm trước khi tắt đèn đầu giường là nhìn ra cửa sổ mạn trái để xác nhận thêm một lần nữa rằng không có ai bám theo họ. Không có ai cả.</w:t>
      </w:r>
    </w:p>
    <w:p>
      <w:pPr>
        <w:spacing w:after="80"/>
        <w:jc w:val="center"/>
      </w:pPr>
      <w:r>
        <w:rPr>
          <w:b w:val="0"/>
          <w:i w:val="0"/>
        </w:rPr>
        <w:t>• • •</w:t>
      </w:r>
    </w:p>
    <w:p>
      <w:pPr>
        <w:spacing w:after="80"/>
      </w:pPr>
      <w:r>
        <w:rPr>
          <w:b w:val="0"/>
          <w:i w:val="0"/>
        </w:rPr>
        <w:t>Lamont rẽ khỏi con đường chính và đi theo một biển chỉ dẫn hướng tới một khu kho bãi lớn gần Gatwick.</w:t>
      </w:r>
    </w:p>
    <w:p>
      <w:pPr>
        <w:spacing w:after="80"/>
      </w:pPr>
      <w:r>
        <w:rPr>
          <w:b w:val="0"/>
          <w:i w:val="0"/>
        </w:rPr>
        <w:t>Miles, giờ đây trong bộ vest xám đậm, áo sơ mi trắng, đôi giày đen bóng loáng và chiếc cà vạt sọc, đã hoàn tất quá trình biến đổi từ một tù nhân vượt ngục thành một doanh nhân đáng kính. Anh kiểm tra chiếc ví phồng cộp trong túi áo trong. Đến lúc leo lên giường đêm nay thì nó sẽ trống rỗng. Nhưng anh sẽ leo lên giường của ai đây?</w:t>
      </w:r>
    </w:p>
    <w:p>
      <w:pPr>
        <w:spacing w:after="80"/>
      </w:pPr>
      <w:r>
        <w:rPr>
          <w:b w:val="0"/>
          <w:i w:val="0"/>
        </w:rPr>
        <w:t>Lamont đỗ xe ở phía xa của một chiếc xe tải chuyển nhà lớn, để họ có thể tránh xa những ánh mắt tò mò. Sau đó anh đi bộ sang tòa nhà gần nhất và biến mất vào bên trong.</w:t>
      </w:r>
    </w:p>
    <w:p>
      <w:pPr>
        <w:spacing w:after="80"/>
      </w:pPr>
      <w:r>
        <w:rPr>
          <w:b w:val="0"/>
          <w:i w:val="0"/>
        </w:rPr>
        <w:t>Một lát sau anh xuất hiện trở lại và ra hiệu bằng một cái gật đầu rằng Miles có thể yên tâm đi theo. Bên trong, một người đàn ông thấp lùn, vạm vỡ mặc bộ đồ liền thân màu nâu, áo sơ mi mở cổ và đội mũ lưỡi trai đang đứng trước một cánh cửa lớn gia cố chắc chắn với hai ổ khóa lớn.</w:t>
      </w:r>
    </w:p>
    <w:p>
      <w:pPr>
        <w:spacing w:after="80"/>
      </w:pPr>
      <w:r>
        <w:rPr>
          <w:b w:val="0"/>
          <w:i w:val="0"/>
        </w:rPr>
        <w:t>"Reg," Lamont nói, "đây là ông Booth Watson, người mà tôi đã nói với anh là sẽ đến đích thân nhận tranh của mình."</w:t>
      </w:r>
    </w:p>
    <w:p>
      <w:pPr>
        <w:spacing w:after="80"/>
      </w:pPr>
      <w:r>
        <w:rPr>
          <w:b w:val="0"/>
          <w:i w:val="0"/>
        </w:rPr>
        <w:t>"Tôi cần xem giấy tờ tùy thân."</w:t>
      </w:r>
    </w:p>
    <w:p>
      <w:pPr>
        <w:spacing w:after="80"/>
      </w:pPr>
      <w:r>
        <w:rPr>
          <w:b w:val="0"/>
          <w:i w:val="0"/>
        </w:rPr>
        <w:t>Miles lấy ví ra và đưa £500 tiền mặt, số tiền nhanh chóng biến mất vào một cái túi sâu. Danh tính đã được xác lập.</w:t>
      </w:r>
    </w:p>
    <w:p>
      <w:pPr>
        <w:spacing w:after="80"/>
      </w:pPr>
      <w:r>
        <w:rPr>
          <w:b w:val="0"/>
          <w:i w:val="0"/>
        </w:rPr>
        <w:t>"Ký vào đây," Reg nói, đưa ra một mẫu đơn của cơ quan vận tải. "Rồi mấy đứa nhân viên của tôi có thể bắt đầu bốc hàng."</w:t>
      </w:r>
    </w:p>
    <w:p>
      <w:pPr>
        <w:spacing w:after="80"/>
      </w:pPr>
      <w:r>
        <w:rPr>
          <w:b w:val="0"/>
          <w:i w:val="0"/>
        </w:rPr>
        <w:t>Sau khi Miles nguệch ngoạc một chữ ký không thể đọc nổi lên dòng chấm chấm, Reg chạm tay vào mũ và tuyên bố, "Hai tiếng nữa chúng tôi sẽ gặp ông ở Lambeth, ông Booth Watson, khi mà…"</w:t>
      </w:r>
    </w:p>
    <w:p>
      <w:pPr>
        <w:spacing w:after="80"/>
      </w:pPr>
      <w:r>
        <w:rPr>
          <w:b w:val="0"/>
          <w:i w:val="0"/>
        </w:rPr>
        <w:t>"Anh sẽ nhận được năm trăm còn lại, đúng như đã hứa," Miles nói. "Nhưng chỉ khi nào những bức tranh được đưa về an toàn ở ngôi nhà cũ của chúng."</w:t>
      </w:r>
    </w:p>
    <w:p>
      <w:pPr>
        <w:spacing w:after="80"/>
      </w:pPr>
      <w:r>
        <w:rPr>
          <w:b w:val="0"/>
          <w:i w:val="0"/>
        </w:rPr>
        <w:t>‘Được thôi,’ Reg nói khi quay người mở khóa cửa an ninh.</w:t>
      </w:r>
    </w:p>
    <w:p>
      <w:pPr>
        <w:spacing w:after="80"/>
      </w:pPr>
      <w:r>
        <w:rPr>
          <w:b w:val="0"/>
          <w:i w:val="0"/>
        </w:rPr>
        <w:t>Lamont và Miles quay lại xe. Khi Lamont ngồi lại sau tay lái, anh liếc nhìn đồng hồ và nói, ‘Chúng ta sẽ phải nhanh lên nếu anh muốn đến kịp cuộc họp tiếp theo.’</w:t>
      </w:r>
    </w:p>
    <w:p>
      <w:pPr>
        <w:spacing w:after="80"/>
      </w:pPr>
      <w:r>
        <w:rPr>
          <w:b w:val="0"/>
          <w:i w:val="0"/>
        </w:rPr>
        <w:t>Miles gật đầu cộc lốc, nhưng không nói gì ngoài việc nhắc lại, ‘Đừng vượt quá tốc độ cho phép.’</w:t>
      </w:r>
    </w:p>
    <w:p>
      <w:pPr>
        <w:spacing w:after="80"/>
      </w:pPr>
      <w:r>
        <w:rPr>
          <w:b w:val="0"/>
          <w:i w:val="0"/>
        </w:rPr>
        <w:t>Lamont bám làn trong khi họ hướng về London, lúc nào cũng để mắt tới những chiếc xe tuần tra của cảnh sát. Anh không muốn dừng ngay cạnh một chiếc ở đèn giao thông và có nguy cơ bị nhận ra. Anh chuyển sang làn giữa khi họ tiếp tục tiến về phía Hyde Park Corner. Dù Lamont đã lái thử cung đường này từ hôm trước, anh vẫn chưa tìm được chỗ đỗ xe có đồng hồ tính tiền nào gần ngân hàng, mà hôm nay không phải là ngày để bỏ chiếc xe chạy trốn trên vạch vàng đôi. Anh vòng quanh ngân hàng và cuối cùng tìm được một chỗ đỗ cách cửa chính ngân hàng khoảng một trăm thước. Một rủi ro có tính toán.</w:t>
      </w:r>
    </w:p>
    <w:p>
      <w:pPr>
        <w:spacing w:after="80"/>
      </w:pPr>
      <w:r>
        <w:rPr>
          <w:b w:val="0"/>
          <w:i w:val="0"/>
        </w:rPr>
        <w:t>Lamont nhét đủ tiền xu vào đồng hồ để được vài tiếng, mức tối đa cho phép; từng phút trong đó họ đều sẽ cần đến. Khi anh bắt đầu đi bộ về phía ngân hàng, Miles lặng lẽ bước ra khỏi xe và bám theo sau. Họ tránh quầy lễ tân và nhập vào nhóm những người mặc vest xám khác đang bước vào thang máy. Lamont bấm nút số 5 và cửa thang máy trượt đóng lại. Miles thấy rõ rằng Lamont, đúng như một cựu cảnh sát dày dạn kinh nghiệm, đã chuẩn bị kỹ lưỡng để giảm thiểu rủi ro bất ngờ tối đa. Nhưng Miles biết sẽ luôn có điều gì đó mà anh không lường trước được.</w:t>
      </w:r>
    </w:p>
    <w:p>
      <w:pPr>
        <w:spacing w:after="80"/>
      </w:pPr>
      <w:r>
        <w:rPr>
          <w:b w:val="0"/>
          <w:i w:val="0"/>
        </w:rPr>
        <w:t>Khi cửa thang máy mở ra ở tầng năm, Lamont là người bước ra đầu tiên. Anh đi nhanh dọc hành lang và gõ cửa một cánh cửa kính mờ đề dòng chữ ‘Ông Nigel Cotterill, Giám đốc Khu vực’. Anh không chờ phản hồi, dù họ đến sớm vài phút so với giờ hẹn. Có thể lát nữa họ sẽ cần đến mấy phút đó.</w:t>
      </w:r>
    </w:p>
    <w:p>
      <w:pPr>
        <w:spacing w:after="80"/>
      </w:pPr>
      <w:r>
        <w:rPr>
          <w:b w:val="0"/>
          <w:i w:val="0"/>
        </w:rPr>
        <w:t>Nếu ông Cotterill có ngạc nhiên khi thấy người khách cũ của mình thì ông cũng không để lộ ra, vì ông đã có hai cuộc gặp với Lamont và biết chính xác mình cần phải làm gì.</w:t>
      </w:r>
    </w:p>
    <w:p>
      <w:pPr>
        <w:spacing w:after="80"/>
      </w:pPr>
      <w:r>
        <w:rPr>
          <w:b w:val="0"/>
          <w:i w:val="0"/>
        </w:rPr>
        <w:t>Miles ngồi xuống phía bên kia bàn giám đốc, trong khi Lamont đứng cách anh một bước về phía sau. Vai trò của họ đã đảo ngược.</w:t>
      </w:r>
    </w:p>
    <w:p>
      <w:pPr>
        <w:spacing w:after="80"/>
      </w:pPr>
      <w:r>
        <w:rPr>
          <w:b w:val="0"/>
          <w:i w:val="0"/>
        </w:rPr>
        <w:t>‘Như ông Lamont chắc đã nói với ông,’ Miles nói, ‘tôi cần một két an toàn gửi đồ mới, mà chỉ mình tôi giữ chìa khóa.’</w:t>
      </w:r>
    </w:p>
    <w:p>
      <w:pPr>
        <w:spacing w:after="80"/>
      </w:pPr>
      <w:r>
        <w:rPr>
          <w:b w:val="0"/>
          <w:i w:val="0"/>
        </w:rPr>
        <w:t>Cotterill gật đầu, mở một tập hồ sơ trên bàn, lấy ra vài tài liệu và đặt ngay ngắn trước mặt một trong những khách hàng quan trọng nhất của ngân hàng. Miles đọc kỹ từng tờ trước khi ký tên thật của mình vào dòng cuối cùng.</w:t>
      </w:r>
    </w:p>
    <w:p>
      <w:pPr>
        <w:spacing w:after="80"/>
      </w:pPr>
      <w:r>
        <w:rPr>
          <w:b w:val="0"/>
          <w:i w:val="0"/>
        </w:rPr>
        <w:t>‘Còn yêu cầu khác của tôi thì sao?’ anh hỏi khi vặn nắp bút máy lại.</w:t>
      </w:r>
    </w:p>
    <w:p>
      <w:pPr>
        <w:spacing w:after="80"/>
      </w:pPr>
      <w:r>
        <w:rPr>
          <w:b w:val="0"/>
          <w:i w:val="0"/>
        </w:rPr>
        <w:t>‘Hiện chúng tôi đang giữ hai mươi sáu triệu bảng dưới tên ông sau khi ông bán 51 phần trăm cổ phần của mình trong Marcel và Neffe. Nhưng như ông đã biết, số tiền này được gửi trong một tài khoản khách hàng để ông Booth Watson có thể rút tiền thay mặt ông khi cần, hoặc để trang trải phí và chi phí của ông ta với tư cách đại diện pháp lý của ông.’</w:t>
      </w:r>
    </w:p>
    <w:p>
      <w:pPr>
        <w:spacing w:after="80"/>
      </w:pPr>
      <w:r>
        <w:rPr>
          <w:b w:val="0"/>
          <w:i w:val="0"/>
        </w:rPr>
        <w:t>‘Ông ta đã rút bao nhiêu trong lúc tôi … kể từ lần cuối tôi gặp ông?’</w:t>
      </w:r>
    </w:p>
    <w:p>
      <w:pPr>
        <w:spacing w:after="80"/>
      </w:pPr>
      <w:r>
        <w:rPr>
          <w:b w:val="0"/>
          <w:i w:val="0"/>
        </w:rPr>
        <w:t>Cotterill liếc nhìn cột ghi nợ. ‘Hai trăm bốn mươi mốt nghìn bảy trăm bảng,’ ông nói.</w:t>
      </w:r>
    </w:p>
    <w:p>
      <w:pPr>
        <w:spacing w:after="80"/>
      </w:pPr>
      <w:r>
        <w:rPr>
          <w:b w:val="0"/>
          <w:i w:val="0"/>
        </w:rPr>
        <w:t>Miles không bình luận gì, chỉ nói dứt khoát, ‘Trong lúc tôi chuyển đồ từ két an toàn cũ sang két mới, hãy đảm bảo toàn bộ số dư trong tài khoản chung được chuyển sang tài khoản riêng của tôi, mà chỉ mình tôi có quyền rút tiền.’</w:t>
      </w:r>
    </w:p>
    <w:p>
      <w:pPr>
        <w:spacing w:after="80"/>
      </w:pPr>
      <w:r>
        <w:rPr>
          <w:b w:val="0"/>
          <w:i w:val="0"/>
        </w:rPr>
        <w:t>‘Khi ông quay lại, tôi sẽ chuẩn bị sẵn mọi mẫu đơn cần thiết để ông ký,’ Cotterill nói. ‘Trong lúc đó, tôi sẽ nhờ trưởng bộ phận an ninh của chúng tôi đưa ông xuống tầng hầm dưới và mở phòng két cho ông. Số két mới của ông là 178.’ Ông đưa ra một chiếc chìa khóa, nhấc điện thoại trên bàn lên và gọi cho bộ phận an ninh.</w:t>
      </w:r>
    </w:p>
    <w:p>
      <w:pPr>
        <w:pStyle w:val="Heading2"/>
      </w:pPr>
      <w:r>
        <w:rPr>
          <w:rFonts w:ascii="Calibri" w:hAnsi="Calibri"/>
          <w:b/>
          <w:i w:val="0"/>
          <w:sz w:val="32"/>
        </w:rPr>
        <w:t>CHƯƠNG 31</w:t>
      </w:r>
    </w:p>
    <w:p>
      <w:pPr>
        <w:spacing w:after="80"/>
      </w:pPr>
      <w:r>
        <w:rPr>
          <w:b w:val="0"/>
          <w:i w:val="0"/>
        </w:rPr>
        <w:t>‘LÔ SỐ HAI MƯƠI MỐT, bức tranh của Max Ernst,’ người đấu giá nói. ‘Tôi có giá khởi điểm bảy nghìn bảng Anh. Tám nghìn,’ ông thông báo sau khi quay sang phía bên kia căn phòng. ‘Có ai trả chín nghìn không?’ ông hỏi, và nhận được một cái gật đầu. ‘Mười nghìn?’ ông gợi ý với người đặt giá trước đó, nhưng không có phản hồi. Ông giáng búa xuống với một tiếng thịch, ‘Bán, với giá chín nghìn bảng Anh.’</w:t>
      </w:r>
    </w:p>
    <w:p>
      <w:pPr>
        <w:spacing w:after="80"/>
      </w:pPr>
      <w:r>
        <w:rPr>
          <w:b w:val="0"/>
          <w:i w:val="0"/>
        </w:rPr>
        <w:t>‘Vậy chúng ta lãi được bao nhiêu từ bức đó?’ Christina hỏi.</w:t>
      </w:r>
    </w:p>
    <w:p>
      <w:pPr>
        <w:spacing w:after="80"/>
      </w:pPr>
      <w:r>
        <w:rPr>
          <w:b w:val="0"/>
          <w:i w:val="0"/>
        </w:rPr>
        <w:t>‘Ban đầu tôi mua nó với giá tám nghìn,’ Beth nói, ‘nhưng sau khi Christie’s trừ đi phí người bán, chúng ta may mắn lắm mới hòa vốn.’</w:t>
      </w:r>
    </w:p>
    <w:p>
      <w:pPr>
        <w:spacing w:after="80"/>
      </w:pPr>
      <w:r>
        <w:rPr>
          <w:b w:val="0"/>
          <w:i w:val="0"/>
        </w:rPr>
        <w:t>‘Không giống cậu chút nào.’</w:t>
      </w:r>
    </w:p>
    <w:p>
      <w:pPr>
        <w:spacing w:after="80"/>
      </w:pPr>
      <w:r>
        <w:rPr>
          <w:b w:val="0"/>
          <w:i w:val="0"/>
        </w:rPr>
        <w:t>‘Ai cũng có lúc thua lỗ. Bí quyết là đừng để nó thành thói quen.’</w:t>
      </w:r>
    </w:p>
    <w:p>
      <w:pPr>
        <w:spacing w:after="80"/>
      </w:pPr>
      <w:r>
        <w:rPr>
          <w:b w:val="0"/>
          <w:i w:val="0"/>
        </w:rPr>
        <w:t>‘Hôm nay cậu có định mua gì nữa không?’</w:t>
      </w:r>
    </w:p>
    <w:p>
      <w:pPr>
        <w:spacing w:after="80"/>
      </w:pPr>
      <w:r>
        <w:rPr>
          <w:b w:val="0"/>
          <w:i w:val="0"/>
        </w:rPr>
        <w:t>‘Có một bức màu nước của Graham Sutherland vẽ Nhà thờ Coventry mà tôi quan tâm. Lô hai mươi bảy. Nhưng lần này, tôi sẽ đại diện cho một khách hàng.’</w:t>
      </w:r>
    </w:p>
    <w:p>
      <w:pPr>
        <w:spacing w:after="80"/>
      </w:pPr>
      <w:r>
        <w:rPr>
          <w:b w:val="0"/>
          <w:i w:val="0"/>
        </w:rPr>
        <w:t>‘Sao họ không tự đấu giá lấy?’</w:t>
      </w:r>
    </w:p>
    <w:p>
      <w:pPr>
        <w:spacing w:after="80"/>
      </w:pPr>
      <w:r>
        <w:rPr>
          <w:b w:val="0"/>
          <w:i w:val="0"/>
        </w:rPr>
        <w:t>‘Mỗi khi khách hàng đặc biệt này tham dự buổi đấu giá, cô ấy lại bị cuốn theo. Nên cô ấy nói cho tôi giới hạn tối đa của mình và tôi đấu giá thay cô ấy.’</w:t>
      </w:r>
    </w:p>
    <w:p>
      <w:pPr>
        <w:spacing w:after="80"/>
      </w:pPr>
      <w:r>
        <w:rPr>
          <w:b w:val="0"/>
          <w:i w:val="0"/>
        </w:rPr>
        <w:t>‘Cậu tính phí dịch vụ bao nhiêu?’</w:t>
      </w:r>
    </w:p>
    <w:p>
      <w:pPr>
        <w:spacing w:after="80"/>
      </w:pPr>
      <w:r>
        <w:rPr>
          <w:b w:val="0"/>
          <w:i w:val="0"/>
        </w:rPr>
        <w:t>‘Năm phần trăm giá gõ búa.’</w:t>
      </w:r>
    </w:p>
    <w:p>
      <w:pPr>
        <w:spacing w:after="80"/>
      </w:pPr>
      <w:r>
        <w:rPr>
          <w:b w:val="0"/>
          <w:i w:val="0"/>
        </w:rPr>
        <w:t>‘Lô hai mươi bảy,’ người đấu giá tuyên bố. ‘Bức của Graham Sutherland. Tôi có giá khởi điểm sáu nghìn bảng Anh. Có ai trả bảy không?’</w:t>
      </w:r>
    </w:p>
    <w:p>
      <w:pPr>
        <w:spacing w:after="80"/>
      </w:pPr>
      <w:r>
        <w:rPr>
          <w:b w:val="0"/>
          <w:i w:val="0"/>
        </w:rPr>
        <w:t>Beth giơ cao tấm biển đấu giá của mình. ‘Cảm ơn bà. Tám nghìn?’ Ông nhận được phản hồi ngay lập tức từ một người đấu giá qua điện thoại. ‘Có ai trả chín không?’ Một lần nữa, Beth lại giơ biển.</w:t>
      </w:r>
    </w:p>
    <w:p>
      <w:pPr>
        <w:spacing w:after="80"/>
      </w:pPr>
      <w:r>
        <w:rPr>
          <w:b w:val="0"/>
          <w:i w:val="0"/>
        </w:rPr>
        <w:t>‘Mười nghìn?’ người đấu giá hỏi, và đối thủ của cô lại ra giá. ‘Mười một nghìn?’ Ông mỉm cười đầy hy vọng nhìn Beth, người lắc đầu, vì nó đã vượt quá giới hạn đã thỏa thuận. ‘Bán, với giá mười nghìn bảng Anh,’ người đấu giá tuyên bố khi ghi lại số biển của người đấu giá qua điện thoại.</w:t>
      </w:r>
    </w:p>
    <w:p>
      <w:pPr>
        <w:spacing w:after="80"/>
      </w:pPr>
      <w:r>
        <w:rPr>
          <w:b w:val="0"/>
          <w:i w:val="0"/>
        </w:rPr>
        <w:t>Tim Beth vẫn còn đập thình thịch, và cô tự hỏi phải mất bao nhiêu năm nữa thì nó mới không còn như vậy mỗi khi cô đấu giá. Cô hy vọng sẽ không bao giờ như thế.</w:t>
      </w:r>
    </w:p>
    <w:p>
      <w:pPr>
        <w:spacing w:after="80"/>
      </w:pPr>
      <w:r>
        <w:rPr>
          <w:b w:val="0"/>
          <w:i w:val="0"/>
        </w:rPr>
        <w:t>‘Chừng đó không đủ trả tiền bữa trưa đâu,’ Christina nói. ‘Liệu chúng ta có được trao thêm một cơ hội để lấy lại tiền không?’</w:t>
      </w:r>
    </w:p>
    <w:p>
      <w:pPr>
        <w:spacing w:after="80"/>
      </w:pPr>
      <w:r>
        <w:rPr>
          <w:b w:val="0"/>
          <w:i w:val="0"/>
        </w:rPr>
        <w:t>‘Có thể. Nhưng lô ba mươi tư là thứ duy nhất tôi còn hứng thú.’</w:t>
      </w:r>
    </w:p>
    <w:p>
      <w:pPr>
        <w:spacing w:after="80"/>
      </w:pPr>
      <w:r>
        <w:rPr>
          <w:b w:val="0"/>
          <w:i w:val="0"/>
        </w:rPr>
        <w:t>Christina lật nhanh các trang trong cuốn danh mục của mình cho đến khi dừng lại ở bức tranh vẽ một người phụ nữ nằm giữa cánh đồng ngô, của Andrew Wyeth. ‘Tôi thích nó,’ cô thì thầm.</w:t>
      </w:r>
    </w:p>
    <w:p>
      <w:pPr>
        <w:spacing w:after="80"/>
      </w:pPr>
      <w:r>
        <w:rPr>
          <w:b w:val="0"/>
          <w:i w:val="0"/>
        </w:rPr>
        <w:t>‘Tôi nghe có đúng không vậy?’ Beth hỏi.</w:t>
      </w:r>
    </w:p>
    <w:p>
      <w:pPr>
        <w:spacing w:after="80"/>
      </w:pPr>
      <w:r>
        <w:rPr>
          <w:b w:val="0"/>
          <w:i w:val="0"/>
        </w:rPr>
        <w:t>‘Đúng thế. Nó làm tôi nhớ đến một bức Pissarro mà giờ Miles đang có, sau khi tôi ngu ngốc chia tay phần nửa bộ sưu tập của ông ấy. Nếu ông ta không lấy trộm hết tiền của tôi,’ cô nói với vẻ tiếc nuối, ‘thì tôi đã mua bức Wyeth và bắt đầu bộ sưu tập của riêng mình rồi.’</w:t>
      </w:r>
    </w:p>
    <w:p>
      <w:pPr>
        <w:spacing w:after="80"/>
      </w:pPr>
      <w:r>
        <w:rPr>
          <w:b w:val="0"/>
          <w:i w:val="0"/>
        </w:rPr>
        <w:t>Những lời mà Beth nghĩ mình sẽ chẳng bao giờ được nghe, nhưng Christina thì chưa bao giờ thôi khiến cô bất ngờ.</w:t>
      </w:r>
    </w:p>
    <w:p>
      <w:pPr>
        <w:spacing w:after="80"/>
      </w:pPr>
      <w:r>
        <w:rPr>
          <w:b w:val="0"/>
          <w:i w:val="0"/>
        </w:rPr>
        <w:t>‘Sao cô lại tha thiết với bức tranh đặc biệt này thế?’ Christina hỏi.</w:t>
      </w:r>
    </w:p>
    <w:p>
      <w:pPr>
        <w:spacing w:after="80"/>
      </w:pPr>
      <w:r>
        <w:rPr>
          <w:b w:val="0"/>
          <w:i w:val="0"/>
        </w:rPr>
        <w:t>‘Wyeth là một họa sĩ người Mỹ, và có một lượng người hâm mộ trung thành ở Mỹ, đặc biệt là ở Pennsylvania, nơi ông sinh ra. Nếu tôi có được nó, tôi sẽ đưa nó trở lại thị trường với Freeman’s, nhà đấu giá hàng đầu của bang.’</w:t>
      </w:r>
    </w:p>
    <w:p>
      <w:pPr>
        <w:spacing w:after="80"/>
      </w:pPr>
      <w:r>
        <w:rPr>
          <w:b w:val="0"/>
          <w:i w:val="0"/>
        </w:rPr>
        <w:t>‘Khéo tính đấy,’ Christina nói. ‘Trừ khi dĩ nhiên là có người Mỹ nào đó đang ngồi trong phòng.’</w:t>
      </w:r>
    </w:p>
    <w:p>
      <w:pPr>
        <w:spacing w:after="80"/>
      </w:pPr>
      <w:r>
        <w:rPr>
          <w:b w:val="0"/>
          <w:i w:val="0"/>
        </w:rPr>
        <w:t>‘Chúng ta sắp biết ngay thôi,’ Beth nói khi người điều khiển đấu giá tuyên bố, ‘Lô ba mươi tư, bức Andrew Wyeth. Tôi nhận giá đặt bao nhiêu?’</w:t>
      </w:r>
    </w:p>
    <w:p>
      <w:pPr>
        <w:spacing w:after="80"/>
      </w:pPr>
      <w:r>
        <w:rPr>
          <w:b w:val="0"/>
          <w:i w:val="0"/>
        </w:rPr>
        <w:t>‘Cô có—’</w:t>
      </w:r>
    </w:p>
    <w:p>
      <w:pPr>
        <w:spacing w:after="80"/>
      </w:pPr>
      <w:r>
        <w:rPr>
          <w:b w:val="0"/>
          <w:i w:val="0"/>
        </w:rPr>
        <w:t>‘Suỵt!’ Beth nói.</w:t>
      </w:r>
    </w:p>
    <w:p>
      <w:pPr>
        <w:spacing w:after="80"/>
      </w:pPr>
      <w:r>
        <w:rPr>
          <w:b w:val="0"/>
          <w:i w:val="0"/>
        </w:rPr>
        <w:t>‘Tôi đang tìm một giá khởi điểm năm nghìn bảng. Năm nghìn?’ ông ta lặp lại, vài lần.</w:t>
      </w:r>
    </w:p>
    <w:p>
      <w:pPr>
        <w:spacing w:after="80"/>
      </w:pPr>
      <w:r>
        <w:rPr>
          <w:b w:val="0"/>
          <w:i w:val="0"/>
        </w:rPr>
        <w:t>‘Sao cô không đặt giá?’ Christina hỏi.</w:t>
      </w:r>
    </w:p>
    <w:p>
      <w:pPr>
        <w:spacing w:after="80"/>
      </w:pPr>
      <w:r>
        <w:rPr>
          <w:b w:val="0"/>
          <w:i w:val="0"/>
        </w:rPr>
        <w:t>‘Suỵt,’ Beth lặp lại.</w:t>
      </w:r>
    </w:p>
    <w:p>
      <w:pPr>
        <w:spacing w:after="80"/>
      </w:pPr>
      <w:r>
        <w:rPr>
          <w:b w:val="0"/>
          <w:i w:val="0"/>
        </w:rPr>
        <w:t>‘Tôi có thấy bốn nghìn không?’ ông ta hỏi, cố không tỏ ra tuyệt vọng. Đúng lúc tưởng như ông ta sẽ phải gọi lô này là ế, thì Beth từ từ giơ tấm biển đấu giá của mình lên. Tim cô lại đập loạn, và nó chỉ bắt đầu trở lại bình thường khi chiếc búa của người điều khiển đấu giá cuối cùng gõ xuống và ông ta nói, ‘Bán, với giá bốn nghìn bảng cho quý bà ngồi ở lối đi.’ Beth giơ tấm biển lần thứ hai để người điều khiển đấu giá có thể ghi số biển của cô vào tờ phiếu bán hàng của ông ta.</w:t>
      </w:r>
    </w:p>
    <w:p>
      <w:pPr>
        <w:spacing w:after="80"/>
      </w:pPr>
      <w:r>
        <w:rPr>
          <w:b w:val="0"/>
          <w:i w:val="0"/>
        </w:rPr>
        <w:t>‘Hôm nay đến đây thôi nhé,’ Beth nói, đứng dậy khỏi chỗ ngồi. Khi cô và Christina đang bước ra khỏi phòng bán hàng, một người đàn ông lao vụt qua họ và chiếm lấy chỗ ngồi của cô. ‘Buổi sáng làm việc hiệu quả đấy,’ Beth tuyên bố, rồi bước tới quầy bán hàng và viết một tấm séc trị giá £4,400.</w:t>
      </w:r>
    </w:p>
    <w:p>
      <w:pPr>
        <w:spacing w:after="80"/>
      </w:pPr>
      <w:r>
        <w:rPr>
          <w:b w:val="0"/>
          <w:i w:val="0"/>
        </w:rPr>
        <w:t>‘Vậy nếu cô bán nó với giá trên bốn ngàn bốn trăm, chúng ta sẽ có lãi,’ Christina nói khi họ bước ra phố Bond Street.</w:t>
      </w:r>
    </w:p>
    <w:p>
      <w:pPr>
        <w:spacing w:after="80"/>
      </w:pPr>
      <w:r>
        <w:rPr>
          <w:b w:val="0"/>
          <w:i w:val="0"/>
        </w:rPr>
        <w:t>‘Ước gì,’ Beth nói. ‘Đầu tiên chúng ta phải trang trải chi phí đóng gói, vận chuyển và bảo hiểm, chưa kể đến phí hoa hồng người bán của nhà đấu giá người Mỹ. Phải gần năm ngàn mới tạm đủ, trước khi chúng ta có thể bắt đầu nghĩ đến chuyện lãi.’</w:t>
      </w:r>
    </w:p>
    <w:p>
      <w:pPr>
        <w:spacing w:after="80"/>
      </w:pPr>
      <w:r>
        <w:rPr>
          <w:b w:val="0"/>
          <w:i w:val="0"/>
        </w:rPr>
        <w:t>Họ chỉ mới đi thêm vài bước thì nghe thấy một giọng nói phía sau gọi lớn, ‘Bà Warwick?’</w:t>
      </w:r>
    </w:p>
    <w:p>
      <w:pPr>
        <w:spacing w:after="80"/>
      </w:pPr>
      <w:r>
        <w:rPr>
          <w:b w:val="0"/>
          <w:i w:val="0"/>
        </w:rPr>
        <w:t>Beth quay lại và thấy người đàn ông trông có vẻ vội vã khi lướt qua họ ở lối đi. Ông ta dừng lại, lấy hơi rồi nói bằng giọng Mỹ đặc sệt, ‘Tôi bị kẹt ở cuộc họp hội đồng quản trị. Tôi định đấu giá bức tranh của Wyeth, và tự hỏi, nếu bà là nhà buôn, bà có cân nhắc bán nó cho tôi không? Tôi sẵn lòng trả năm ngàn.’</w:t>
      </w:r>
    </w:p>
    <w:p>
      <w:pPr>
        <w:spacing w:after="80"/>
      </w:pPr>
      <w:r>
        <w:rPr>
          <w:b w:val="0"/>
          <w:i w:val="0"/>
        </w:rPr>
        <w:t>Beth lắc đầu.</w:t>
      </w:r>
    </w:p>
    <w:p>
      <w:pPr>
        <w:spacing w:after="80"/>
      </w:pPr>
      <w:r>
        <w:rPr>
          <w:b w:val="0"/>
          <w:i w:val="0"/>
        </w:rPr>
        <w:t>‘Sáu ngàn?’</w:t>
      </w:r>
    </w:p>
    <w:p>
      <w:pPr>
        <w:spacing w:after="80"/>
      </w:pPr>
      <w:r>
        <w:rPr>
          <w:b w:val="0"/>
          <w:i w:val="0"/>
        </w:rPr>
        <w:t>Beth chờ đủ lâu để ông ta nói bảy ngàn, và vừa định nhận lời đề nghị của ông ta thì Christina dứt khoát nói, ‘Không, cảm ơn,’ và bắt đầu bước đi. Ông ta lập tức bỏ Beth và đuổi theo Christina. ‘Tám ngàn?’ ông ta nói.</w:t>
      </w:r>
    </w:p>
    <w:p>
      <w:pPr>
        <w:spacing w:after="80"/>
      </w:pPr>
      <w:r>
        <w:rPr>
          <w:b w:val="0"/>
          <w:i w:val="0"/>
        </w:rPr>
        <w:t>‘Tôi sẽ không bán nó với giá mười ngàn đâu,’ Christina nói. ‘Nó sẽ rất hợp với bộ sưu tập của tôi.’</w:t>
      </w:r>
    </w:p>
    <w:p>
      <w:pPr>
        <w:spacing w:after="80"/>
      </w:pPr>
      <w:r>
        <w:rPr>
          <w:b w:val="0"/>
          <w:i w:val="0"/>
        </w:rPr>
        <w:t>‘Mười một,’ người đàn ông Mỹ nói, vẫn thở hổn hển.</w:t>
      </w:r>
    </w:p>
    <w:p>
      <w:pPr>
        <w:spacing w:after="80"/>
      </w:pPr>
      <w:r>
        <w:rPr>
          <w:b w:val="0"/>
          <w:i w:val="0"/>
        </w:rPr>
        <w:t>‘Mười ba,’ Christina nói, cuối cùng cũng dừng lại.</w:t>
      </w:r>
    </w:p>
    <w:p>
      <w:pPr>
        <w:spacing w:after="80"/>
      </w:pPr>
      <w:r>
        <w:rPr>
          <w:b w:val="0"/>
          <w:i w:val="0"/>
        </w:rPr>
        <w:t>‘Mười hai,’ ông ta trả giá.</w:t>
      </w:r>
    </w:p>
    <w:p>
      <w:pPr>
        <w:spacing w:after="80"/>
      </w:pPr>
      <w:r>
        <w:rPr>
          <w:b w:val="0"/>
          <w:i w:val="0"/>
        </w:rPr>
        <w:t>‘Mười hai ngàn bốn trăm, và nó là của ông.’</w:t>
      </w:r>
    </w:p>
    <w:p>
      <w:pPr>
        <w:spacing w:after="80"/>
      </w:pPr>
      <w:r>
        <w:rPr>
          <w:b w:val="0"/>
          <w:i w:val="0"/>
        </w:rPr>
        <w:t>Người đàn ông Mỹ lấy sổ séc ra và hỏi, ‘Tôi ghi tên ai đây?’</w:t>
      </w:r>
    </w:p>
    <w:p>
      <w:pPr>
        <w:spacing w:after="80"/>
      </w:pPr>
      <w:r>
        <w:rPr>
          <w:b w:val="0"/>
          <w:i w:val="0"/>
        </w:rPr>
        <w:t>‘Bà Beth Warwick,’ Christina nói, không chút do dự.</w:t>
      </w:r>
    </w:p>
    <w:p>
      <w:pPr>
        <w:spacing w:after="80"/>
      </w:pPr>
      <w:r>
        <w:rPr>
          <w:b w:val="0"/>
          <w:i w:val="0"/>
        </w:rPr>
        <w:t>Ông ta viết tấm séc và đưa cho Christina, rồi cúi người thật thấp và rời đi với nụ cười trên môi.</w:t>
      </w:r>
    </w:p>
    <w:p>
      <w:pPr>
        <w:spacing w:after="80"/>
      </w:pPr>
      <w:r>
        <w:rPr>
          <w:b w:val="0"/>
          <w:i w:val="0"/>
        </w:rPr>
        <w:t>‘Vậy là giờ chúng ta đã lãi được tám ngàn,’ Christina nói.</w:t>
      </w:r>
    </w:p>
    <w:p>
      <w:pPr>
        <w:spacing w:after="80"/>
      </w:pPr>
      <w:r>
        <w:rPr>
          <w:b w:val="0"/>
          <w:i w:val="0"/>
        </w:rPr>
        <w:t>‘Cậu đúng là một phù thủy,’ Beth nói.</w:t>
      </w:r>
    </w:p>
    <w:p>
      <w:pPr>
        <w:spacing w:after="80"/>
      </w:pPr>
      <w:r>
        <w:rPr>
          <w:b w:val="0"/>
          <w:i w:val="0"/>
        </w:rPr>
        <w:t>‘Tất nhiên rồi, nhưng mà tớ được chính trưởng nhóm phù thủy dạy đấy.’</w:t>
      </w:r>
    </w:p>
    <w:p>
      <w:pPr>
        <w:spacing w:after="80"/>
      </w:pPr>
      <w:r>
        <w:rPr>
          <w:b w:val="0"/>
          <w:i w:val="0"/>
        </w:rPr>
        <w:t>‘Miles đâu đến nỗi tệ thế.’</w:t>
      </w:r>
    </w:p>
    <w:p>
      <w:pPr>
        <w:spacing w:after="80"/>
      </w:pPr>
      <w:r>
        <w:rPr>
          <w:b w:val="0"/>
          <w:i w:val="0"/>
        </w:rPr>
        <w:t>‘Tớ có nói đến Miles đâu,’ Christina nói, mỉm cười với bạn mình.</w:t>
      </w:r>
    </w:p>
    <w:p>
      <w:pPr>
        <w:spacing w:after="80"/>
        <w:jc w:val="center"/>
      </w:pPr>
      <w:r>
        <w:rPr>
          <w:b w:val="0"/>
          <w:i w:val="0"/>
        </w:rPr>
        <w:t>• • •</w:t>
      </w:r>
    </w:p>
    <w:p>
      <w:pPr>
        <w:spacing w:after="80"/>
      </w:pPr>
      <w:r>
        <w:rPr>
          <w:b w:val="0"/>
          <w:i w:val="0"/>
        </w:rPr>
        <w:t>Faulkner và Lamont chỉ mất hơn một tiếng để chuyển tiền mặt từ một két an toàn lớn sang một két khác. Sau khi kiểm tra số tiền cuối cùng, Miles nhận ra Booth Watson hẳn đã tự thủ thêm 126.000 bảng nữa trong quá trình đó, rõ ràng là ông ta đã ghé ngân hàng thêm vài lần trong mấy tuần qua, lúc nào cũng kèm theo chiếc cặp Gladstone. Giờ Miles đã biết lý do thật sự khiến BW muốn anh nhận tội; làm vậy sẽ cho luật sư của anh đủ thời gian để lấy sạch từng xu cuối cùng cả từ tài khoản doanh nghiệp lẫn các két an toàn trước khi anh được thả ra.</w:t>
      </w:r>
    </w:p>
    <w:p>
      <w:pPr>
        <w:spacing w:after="80"/>
      </w:pPr>
      <w:r>
        <w:rPr>
          <w:b w:val="0"/>
          <w:i w:val="0"/>
        </w:rPr>
        <w:t>Khi Lamont đặt chiếc két rỗng về chỗ cũ, Miles rút từ ví ra một tờ năm mươi bảng và thả vào trong. ‘Đâu thể để BW ra đi tay trắng, phải không nào?’</w:t>
      </w:r>
    </w:p>
    <w:p>
      <w:pPr>
        <w:spacing w:after="80"/>
      </w:pPr>
      <w:r>
        <w:rPr>
          <w:b w:val="0"/>
          <w:i w:val="0"/>
        </w:rPr>
        <w:t>Nụ cười nhạt của Lamont biến thành một nụ cười toe toét khi Miles lấy mười ngàn bảng từ chiếc két an toàn đầy ắp và đưa cho ông ta.</w:t>
      </w:r>
    </w:p>
    <w:p>
      <w:pPr>
        <w:spacing w:after="80"/>
      </w:pPr>
      <w:r>
        <w:rPr>
          <w:b w:val="0"/>
          <w:i w:val="0"/>
        </w:rPr>
        <w:t>‘Mai tôi sẽ gửi thêm mười ngàn bảng vào tài khoản của ông, miễn là tôi về đến giường trước giờ tắt đèn.’</w:t>
      </w:r>
    </w:p>
    <w:p>
      <w:pPr>
        <w:spacing w:after="80"/>
      </w:pPr>
      <w:r>
        <w:rPr>
          <w:b w:val="0"/>
          <w:i w:val="0"/>
        </w:rPr>
        <w:t>Miles khóa két, bỏ chìa khóa vào túi và bấm nút xanh bên cạnh cánh cửa gia cố, cánh cửa lập tức bật mở. Anh bước ra hành lang, gần như chẳng buồn để ý đến nhân viên bảo vệ khi đi về phía thang máy. Khi cửa thang máy trượt mở, Miles bước vào và bấm nút số 5 đầy dứt khoát. Lamont theo kịp anh vừa đúng lúc.</w:t>
      </w:r>
    </w:p>
    <w:p>
      <w:pPr>
        <w:spacing w:after="80"/>
      </w:pPr>
      <w:r>
        <w:rPr>
          <w:b w:val="0"/>
          <w:i w:val="0"/>
        </w:rPr>
        <w:t>Họ quay lại phòng giám đốc ở tầng năm, thấy mọi giấy tờ cần thiết đã được hoàn tất, và Miles chỉ còn việc ký tên. Anh kiểm tra lại cả ba tài liệu, và sau khi ký xong, anh đưa bút cho Lamont và mời ông ta làm người chứng kiến chữ ký của mình. Miles biết điều này sẽ đảm bảo Lamont phải ngậm miệng lại nếu ông ta không muốn chung phòng giam với người thụ hưởng.</w:t>
      </w:r>
    </w:p>
    <w:p>
      <w:pPr>
        <w:spacing w:after="80"/>
      </w:pPr>
      <w:r>
        <w:rPr>
          <w:b w:val="0"/>
          <w:i w:val="0"/>
        </w:rPr>
        <w:t>‘Lần tới khi gặp vị luật sư đáng kính của tôi,’ Miles nói khi trao lại chiếc chìa khóa cũ cho Cotterill, ‘nhớ gửi lời chúc tốt đẹp nhất của tôi đến ông ta nhé.’</w:t>
      </w:r>
    </w:p>
    <w:p>
      <w:pPr>
        <w:spacing w:after="80"/>
      </w:pPr>
      <w:r>
        <w:rPr>
          <w:b w:val="0"/>
          <w:i w:val="0"/>
        </w:rPr>
        <w:t>‘Và nếu ông ta có hỏi—’</w:t>
      </w:r>
    </w:p>
    <w:p>
      <w:pPr>
        <w:spacing w:after="80"/>
      </w:pPr>
      <w:r>
        <w:rPr>
          <w:b w:val="0"/>
          <w:i w:val="0"/>
        </w:rPr>
        <w:t>‘Cứ nói với ông ta rằng tôi đã trao giấy ủy quyền cho cựu thanh tra Lamont trong lúc tôi đi vắng.’</w:t>
      </w:r>
    </w:p>
    <w:p>
      <w:pPr>
        <w:spacing w:after="80"/>
      </w:pPr>
      <w:r>
        <w:rPr>
          <w:b w:val="0"/>
          <w:i w:val="0"/>
        </w:rPr>
        <w:t>Khi Miles và Lamont quay lại tầng trệt, họ rời ngân hàng mà không ngoái nhìn lại và đi thẳng ra xe. Lamont chửi thề khi gỡ tấm vé phạt đỗ xe khỏi kính chắn gió.</w:t>
      </w:r>
    </w:p>
    <w:p>
      <w:pPr>
        <w:spacing w:after="80"/>
      </w:pPr>
      <w:r>
        <w:rPr>
          <w:b w:val="0"/>
          <w:i w:val="0"/>
        </w:rPr>
        <w:t>‘Nhớ trả đấy nhé,’ Miles nói. ‘Lúc nào cũng là mấy lỗi nhỏ xíu làm mình trật chân.’ Trước khi Lamont kịp bình luận gì, ông nói thêm, ‘Đi thôi. Mình còn một việc quan trọng nữa phải làm.’</w:t>
      </w:r>
    </w:p>
    <w:p>
      <w:pPr>
        <w:spacing w:after="80"/>
        <w:jc w:val="center"/>
      </w:pPr>
      <w:r>
        <w:rPr>
          <w:b w:val="0"/>
          <w:i w:val="0"/>
        </w:rPr>
        <w:t>• • •</w:t>
      </w:r>
    </w:p>
    <w:p>
      <w:pPr>
        <w:spacing w:after="80"/>
      </w:pPr>
      <w:r>
        <w:rPr>
          <w:b w:val="0"/>
          <w:i w:val="0"/>
        </w:rPr>
        <w:t>‘Khách sạn Connaught. Tôi có thể giúp gì cho quý khách?’</w:t>
      </w:r>
    </w:p>
    <w:p>
      <w:pPr>
        <w:spacing w:after="80"/>
      </w:pPr>
      <w:r>
        <w:rPr>
          <w:b w:val="0"/>
          <w:i w:val="0"/>
        </w:rPr>
        <w:t>‘Làm ơn nối máy cho tôi tới căn hộ của ông Lee.’</w:t>
      </w:r>
    </w:p>
    <w:p>
      <w:pPr>
        <w:spacing w:after="80"/>
      </w:pPr>
      <w:r>
        <w:rPr>
          <w:b w:val="0"/>
          <w:i w:val="0"/>
        </w:rPr>
        <w:t>‘Cho hỏi ai đang gọi ạ?’</w:t>
      </w:r>
    </w:p>
    <w:p>
      <w:pPr>
        <w:spacing w:after="80"/>
      </w:pPr>
      <w:r>
        <w:rPr>
          <w:b w:val="0"/>
          <w:i w:val="0"/>
        </w:rPr>
        <w:t>‘Booth Watson.’</w:t>
      </w:r>
    </w:p>
    <w:p>
      <w:pPr>
        <w:spacing w:after="80"/>
      </w:pPr>
      <w:r>
        <w:rPr>
          <w:b w:val="0"/>
          <w:i w:val="0"/>
        </w:rPr>
        <w:t>‘Tôi sẽ nối máy, thưa ông Watson.’</w:t>
      </w:r>
    </w:p>
    <w:p>
      <w:pPr>
        <w:spacing w:after="80"/>
      </w:pPr>
      <w:r>
        <w:rPr>
          <w:b w:val="0"/>
          <w:i w:val="0"/>
        </w:rPr>
        <w:t>BW chẳng buồn sửa lại lời bà ta khi chờ được kết nối.</w:t>
      </w:r>
    </w:p>
    <w:p>
      <w:pPr>
        <w:spacing w:after="80"/>
      </w:pPr>
      <w:r>
        <w:rPr>
          <w:b w:val="0"/>
          <w:i w:val="0"/>
        </w:rPr>
        <w:t>‘Chào buổi chiều, ông Booth Watson,’ một giọng nói quen thuộc cất lên. ‘Tôi tin là ông vẫn khỏe.’</w:t>
      </w:r>
    </w:p>
    <w:p>
      <w:pPr>
        <w:spacing w:after="80"/>
      </w:pPr>
      <w:r>
        <w:rPr>
          <w:b w:val="0"/>
          <w:i w:val="0"/>
        </w:rPr>
        <w:t>‘Vâng, cảm ơn ông Lee. Còn ông?’</w:t>
      </w:r>
    </w:p>
    <w:p>
      <w:pPr>
        <w:spacing w:after="80"/>
      </w:pPr>
      <w:r>
        <w:rPr>
          <w:b w:val="0"/>
          <w:i w:val="0"/>
        </w:rPr>
        <w:t>‘Tôi thì khỏe thật,’ Lee đáp, ông cho rằng đã xong mấy câu xã giao kiểu Anh rồi thì giờ mình có quyền đi thẳng vào việc. ‘Ông đã có dịp bàn với khách hàng của mình về đề nghị của tôi chưa?’</w:t>
      </w:r>
    </w:p>
    <w:p>
      <w:pPr>
        <w:spacing w:after="80"/>
      </w:pPr>
      <w:r>
        <w:rPr>
          <w:b w:val="0"/>
          <w:i w:val="0"/>
        </w:rPr>
        <w:t>‘Dĩ nhiên là rồi,’ Booth Watson nói. ‘Thật bất ngờ, ông Faulkner sẵn lòng nhận đề nghị một trăm triệu đô-la của ông cho bộ sưu tập của ông ấy, và đã nhờ tôi lo mọi chi tiết.’</w:t>
      </w:r>
    </w:p>
    <w:p>
      <w:pPr>
        <w:spacing w:after="80"/>
      </w:pPr>
      <w:r>
        <w:rPr>
          <w:b w:val="0"/>
          <w:i w:val="0"/>
        </w:rPr>
        <w:t>‘Nghe thế tôi mừng lắm, ông Booth Watson. Vậy ông muốn tiến hành thế nào?’</w:t>
      </w:r>
    </w:p>
    <w:p>
      <w:pPr>
        <w:spacing w:after="80"/>
      </w:pPr>
      <w:r>
        <w:rPr>
          <w:b w:val="0"/>
          <w:i w:val="0"/>
        </w:rPr>
        <w:t>‘Nếu ông cho tôi biết muốn giao tranh tới đâu, tôi sẽ lo việc đóng gói và bảo hiểm, rồi cho vận chuyển tới Hồng Kông.’</w:t>
      </w:r>
    </w:p>
    <w:p>
      <w:pPr>
        <w:spacing w:after="80"/>
      </w:pPr>
      <w:r>
        <w:rPr>
          <w:b w:val="0"/>
          <w:i w:val="0"/>
        </w:rPr>
        <w:t>‘Jardine Matheson có một kho hàng lớn ở Kowloon, có thể chứa mấy bức tranh ở đó. Sau khi tôi kiểm tra xong, hôm sau tôi sẽ chuyển tiền vào tài khoản của ông.’</w:t>
      </w:r>
    </w:p>
    <w:p>
      <w:pPr>
        <w:spacing w:after="80"/>
      </w:pPr>
      <w:r>
        <w:rPr>
          <w:b w:val="0"/>
          <w:i w:val="0"/>
        </w:rPr>
        <w:t>‘Nghe rất ổn thỏa, ông Lee. Tôi sẽ liên lạc lại khi tranh đã được gửi đi để mình hoàn tất giao dịch.’</w:t>
      </w:r>
    </w:p>
    <w:p>
      <w:pPr>
        <w:spacing w:after="80"/>
      </w:pPr>
      <w:r>
        <w:rPr>
          <w:b w:val="0"/>
          <w:i w:val="0"/>
        </w:rPr>
        <w:t>‘Tôi rất mong được gặp ông ở Hồng Kông, ông Booth Watson. Xin chuyển lời chúc tốt đẹp nhất của tôi đến thân chủ của ông.’</w:t>
      </w:r>
    </w:p>
    <w:p>
      <w:pPr>
        <w:spacing w:after="80"/>
      </w:pPr>
      <w:r>
        <w:rPr>
          <w:b w:val="0"/>
          <w:i w:val="0"/>
        </w:rPr>
        <w:t>‘Nhất định rồi,’ Booth Watson nói.</w:t>
      </w:r>
    </w:p>
    <w:p>
      <w:pPr>
        <w:spacing w:after="80"/>
      </w:pPr>
      <w:r>
        <w:rPr>
          <w:b w:val="0"/>
          <w:i w:val="0"/>
        </w:rPr>
        <w:t>‘Cha nghĩ sao về chuyện đó?’ Mai Ling hỏi, sau khi cha cô đặt điện thoại xuống.</w:t>
      </w:r>
    </w:p>
    <w:p>
      <w:pPr>
        <w:spacing w:after="80"/>
      </w:pPr>
      <w:r>
        <w:rPr>
          <w:b w:val="0"/>
          <w:i w:val="0"/>
        </w:rPr>
        <w:t>‘Ông ta chắc chắn không hề nghe theo lời khuyên của thân chủ như ông ta đã nói. Faulkner sẽ không bao giờ rời bỏ bộ sưu tập của mình với giá một trăm triệu đô-la, kể cả khi ông ta đang chờ ngày lên đoạn đầu đài. Không, ông Booth Watson chỉ chờ vừa đủ thời gian trôi qua trước khi gọi lại cho ta để nói với ta một điều mà ông ta đã định sẵn ngay cả trước khi gặp ta.’</w:t>
      </w:r>
    </w:p>
    <w:p>
      <w:pPr>
        <w:spacing w:after="80"/>
      </w:pPr>
      <w:r>
        <w:rPr>
          <w:b w:val="0"/>
          <w:i w:val="0"/>
        </w:rPr>
        <w:t>‘Cha có nghĩ mấy bức tranh đó sẽ có ngày xuất hiện ở Hồng Kông không?’</w:t>
      </w:r>
    </w:p>
    <w:p>
      <w:pPr>
        <w:spacing w:after="80"/>
      </w:pPr>
      <w:r>
        <w:rPr>
          <w:b w:val="0"/>
          <w:i w:val="0"/>
        </w:rPr>
        <w:t>‘Đừng hòng,’ ông Lee nói. ‘Thực ra, lần tới khi ông Booth Watson ghé thăm kho chứa hàng của ông ta ở Gatwick, ta có cảm giác ông ta sẽ thấy tủ đã trống trơn.’</w:t>
      </w:r>
    </w:p>
    <w:p>
      <w:pPr>
        <w:spacing w:after="80"/>
      </w:pPr>
      <w:r>
        <w:rPr>
          <w:b w:val="0"/>
          <w:i w:val="0"/>
        </w:rPr>
        <w:t>‘Nhưng nếu cha không đồng ý để con đến thăm ông Faulkner ở Belmarsh, cha đã có thể lấy được toàn bộ bộ sưu tập của ông ta với giá một trăm triệu.’</w:t>
      </w:r>
    </w:p>
    <w:p>
      <w:pPr>
        <w:spacing w:after="80"/>
      </w:pPr>
      <w:r>
        <w:rPr>
          <w:b w:val="0"/>
          <w:i w:val="0"/>
        </w:rPr>
        <w:t>‘Nếu ta phải tạo ra một kẻ thù, con ạ, ta thà đó là Booth Watson còn hơn là Miles Faulkner.’</w:t>
      </w:r>
    </w:p>
    <w:p>
      <w:pPr>
        <w:spacing w:after="80"/>
        <w:jc w:val="center"/>
      </w:pPr>
      <w:r>
        <w:rPr>
          <w:b w:val="0"/>
          <w:i w:val="0"/>
        </w:rPr>
        <w:t>• • •</w:t>
      </w:r>
    </w:p>
    <w:p>
      <w:pPr>
        <w:spacing w:after="80"/>
      </w:pPr>
      <w:r>
        <w:rPr>
          <w:b w:val="0"/>
          <w:i w:val="0"/>
        </w:rPr>
        <w:t>Ross bước lên đài chỉ huy và đến chỗ thuyền trưởng.</w:t>
      </w:r>
    </w:p>
    <w:p>
      <w:pPr>
        <w:spacing w:after="80"/>
      </w:pPr>
      <w:r>
        <w:rPr>
          <w:b w:val="0"/>
          <w:i w:val="0"/>
        </w:rPr>
        <w:t>‘Tôi mượn ống nhòm của ông một lát được không, thuyền trưởng?’ anh hỏi.</w:t>
      </w:r>
    </w:p>
    <w:p>
      <w:pPr>
        <w:spacing w:after="80"/>
      </w:pPr>
      <w:r>
        <w:rPr>
          <w:b w:val="0"/>
          <w:i w:val="0"/>
        </w:rPr>
        <w:t>‘Cứ tự nhiên, Thanh tra.’</w:t>
      </w:r>
    </w:p>
    <w:p>
      <w:pPr>
        <w:spacing w:after="80"/>
      </w:pPr>
      <w:r>
        <w:rPr>
          <w:b w:val="0"/>
          <w:i w:val="0"/>
        </w:rPr>
        <w:t>Ross quay lại và quét mắt nhìn bãi biển cách đó khoảng nửa dặm. Không mất nhiều thời gian để anh phát hiện ra một bóng người đơn độc nằm sấp, chiếc máy ảnh ống kính dài chĩa về phía hai người đang bơi lội tung tóe bên cạnh du thuyền, những người dường như hoàn toàn không hay biết về sự hiện diện của hắn.</w:t>
      </w:r>
    </w:p>
    <w:p>
      <w:pPr>
        <w:spacing w:after="80"/>
      </w:pPr>
      <w:r>
        <w:rPr>
          <w:b w:val="0"/>
          <w:i w:val="0"/>
        </w:rPr>
        <w:t>Như một ngư dân, tay nhiếp ảnh sẽ kiên nhẫn chờ Diana quay lại du thuyền và ôm lấy người tình của cô. Hắn biết chỉ còn là vấn đề thời gian trước khi hắn có được bức ảnh mình muốn. Một cái ôm sẽ đáng giá vài nghìn bảng, một nụ hôn – không phải hôn lên má – hai mươi lăm nghìn. Ross khinh bỉ hắn biết bao.</w:t>
      </w:r>
    </w:p>
    <w:p>
      <w:pPr>
        <w:spacing w:after="80"/>
      </w:pPr>
      <w:r>
        <w:rPr>
          <w:b w:val="0"/>
          <w:i w:val="0"/>
        </w:rPr>
        <w:t>‘Tôi sẽ nói chuyện với ông Chalabi,’ Ross nói.</w:t>
      </w:r>
    </w:p>
    <w:p>
      <w:pPr>
        <w:spacing w:after="80"/>
      </w:pPr>
      <w:r>
        <w:rPr>
          <w:b w:val="0"/>
          <w:i w:val="0"/>
        </w:rPr>
        <w:t>‘Thà anh làm còn hơn tôi,’ thuyền trưởng nói. Ross rời đài chỉ huy và đi xuống boong chính, nơi anh thấy Chalabi đang nằm trên ghế dài, một cặp kính râm che mắt ông khỏi ánh nắng giữa trưa. Một cuốn sách bìa mềm bị bỏ quên đã rơi xuống bên cạnh ông trong lúc ông chợp mắt.</w:t>
      </w:r>
    </w:p>
    <w:p>
      <w:pPr>
        <w:spacing w:after="80"/>
      </w:pPr>
      <w:r>
        <w:rPr>
          <w:b w:val="0"/>
          <w:i w:val="0"/>
        </w:rPr>
        <w:t>‘Tôi xin lỗi vì đã làm phiền ông, ông Chalabi,’ anh ta nói.</w:t>
      </w:r>
    </w:p>
    <w:p>
      <w:pPr>
        <w:spacing w:after="80"/>
      </w:pPr>
      <w:r>
        <w:rPr>
          <w:b w:val="0"/>
          <w:i w:val="0"/>
        </w:rPr>
        <w:t>Chalabi từ từ tỉnh lại, tháo kính ra và ngước nhìn kẻ xâm nhập.</w:t>
      </w:r>
    </w:p>
    <w:p>
      <w:pPr>
        <w:spacing w:after="80"/>
      </w:pPr>
      <w:r>
        <w:rPr>
          <w:b w:val="0"/>
          <w:i w:val="0"/>
        </w:rPr>
        <w:t>‘Tôi nghĩ ông sẽ muốn biết rằng có một nhiếp ảnh gia trên bãi biển đang chụp ảnh Công chúa và Quý cô Victoria đang bơi.’</w:t>
      </w:r>
    </w:p>
    <w:p>
      <w:pPr>
        <w:spacing w:after="80"/>
      </w:pPr>
      <w:r>
        <w:rPr>
          <w:b w:val="0"/>
          <w:i w:val="0"/>
        </w:rPr>
        <w:t>‘Có lẽ tôi nên tham gia cùng họ,’ ông nói, liếc qua mạn thuyền và không buồn giấu đi nụ cười toe toét.</w:t>
      </w:r>
    </w:p>
    <w:p>
      <w:pPr>
        <w:spacing w:after="80"/>
      </w:pPr>
      <w:r>
        <w:rPr>
          <w:b w:val="0"/>
          <w:i w:val="0"/>
        </w:rPr>
        <w:t>‘Có lẽ sẽ khôn ngoan hơn, thưa ông,’ Ross gợi ý, ‘nếu chúng ta di chuyển đến một chỗ kín đáo hơn, nơi anh ta sẽ không làm phiền ông.’</w:t>
      </w:r>
    </w:p>
    <w:p>
      <w:pPr>
        <w:spacing w:after="80"/>
      </w:pPr>
      <w:r>
        <w:rPr>
          <w:b w:val="0"/>
          <w:i w:val="0"/>
        </w:rPr>
        <w:t>‘Anh ta không làm phiền tôi. Và như anh thấy đấy, Công chúa rõ ràng đang rất vui vẻ, vậy tại sao chúng ta không để cô ấy yên bình?’</w:t>
      </w:r>
    </w:p>
    <w:p>
      <w:pPr>
        <w:spacing w:after="80"/>
      </w:pPr>
      <w:r>
        <w:rPr>
          <w:b w:val="0"/>
          <w:i w:val="0"/>
        </w:rPr>
        <w:t>‘Nhưng đó chính là vấn đề, thưa ông. Cô ấy không được để yên bình.’</w:t>
      </w:r>
    </w:p>
    <w:p>
      <w:pPr>
        <w:spacing w:after="80"/>
      </w:pPr>
      <w:r>
        <w:rPr>
          <w:b w:val="0"/>
          <w:i w:val="0"/>
        </w:rPr>
        <w:t>‘Đó là việc của tôi để quyết định, Thanh tra, không phải của anh, và lần này anh sẽ không thể ngăn anh ta lại được.’</w:t>
      </w:r>
    </w:p>
    <w:p>
      <w:pPr>
        <w:spacing w:after="80"/>
      </w:pPr>
      <w:r>
        <w:rPr>
          <w:b w:val="0"/>
          <w:i w:val="0"/>
        </w:rPr>
        <w:t>Ross nắm chặt tay lại.</w:t>
      </w:r>
    </w:p>
    <w:p>
      <w:pPr>
        <w:spacing w:after="80"/>
      </w:pPr>
      <w:r>
        <w:rPr>
          <w:b w:val="0"/>
          <w:i w:val="0"/>
        </w:rPr>
        <w:t>‘Tôi có thể phải chịu đựng việc anh ở trên du thuyền của tôi, nhưng anh nên nhớ rằng anh chẳng qua chỉ là một quản gia cầm súng.’</w:t>
      </w:r>
    </w:p>
    <w:p>
      <w:pPr>
        <w:spacing w:after="80"/>
        <w:jc w:val="center"/>
      </w:pPr>
      <w:r>
        <w:rPr>
          <w:b w:val="0"/>
          <w:i w:val="0"/>
        </w:rPr>
        <w:t>• • •</w:t>
      </w:r>
    </w:p>
    <w:p>
      <w:pPr>
        <w:spacing w:after="80"/>
      </w:pPr>
      <w:r>
        <w:rPr>
          <w:b w:val="0"/>
          <w:i w:val="0"/>
        </w:rPr>
        <w:t>Khi chiếc Volvo tiến vào bãi đỗ xe bên cạnh một nhà kho ở Lambeth, Miles nhẹ nhõm khi thấy chiếc xe tải chuyển nhà đã đến rồi, và nửa tá người đàn ông ăn mặc phù hợp đang dỡ hàng xuống. Tuy nhiên, anh vẫn phải loanh quanh thêm một giờ nữa, và ký thêm nhiều giấy tờ hơn, trước khi bức tranh cuối cùng được đặt an toàn vào giá đỡ và cánh cửa của ngôi nhà mới cho bộ sưu tập của anh được khóa hai lần.</w:t>
      </w:r>
    </w:p>
    <w:p>
      <w:pPr>
        <w:spacing w:after="80"/>
      </w:pPr>
      <w:r>
        <w:rPr>
          <w:b w:val="0"/>
          <w:i w:val="0"/>
        </w:rPr>
        <w:t>Thêm £500 đổi chủ trước khi người quản lý kho chịu trao hai chiếc chìa khóa lớn, thứ sẽ cho phép Miles nhập mã riêng của mình và đảm bảo không ai khác có thể lấy đi những bức tranh mà anh không hay biết.</w:t>
      </w:r>
    </w:p>
    <w:p>
      <w:pPr>
        <w:spacing w:after="80"/>
      </w:pPr>
      <w:r>
        <w:rPr>
          <w:b w:val="0"/>
          <w:i w:val="0"/>
        </w:rPr>
        <w:t>Sau khi Miles đã cất chìa khóa vào túi, anh đến chỗ người quản lý kho đang chia phần cho nhóm của mình, và nói, ‘Nếu có ai hỏi—’</w:t>
      </w:r>
    </w:p>
    <w:p>
      <w:pPr>
        <w:spacing w:after="80"/>
      </w:pPr>
      <w:r>
        <w:rPr>
          <w:b w:val="0"/>
          <w:i w:val="0"/>
        </w:rPr>
        <w:t>‘Mấy đứa nhỏ của tôi chẳng thấy gì cả. Rất vui được làm ăn với anh, ông …’ anh ta ngập ngừng, ‘Booth Watson.’</w:t>
      </w:r>
    </w:p>
    <w:p>
      <w:pPr>
        <w:spacing w:after="80"/>
      </w:pPr>
      <w:r>
        <w:rPr>
          <w:b w:val="0"/>
          <w:i w:val="0"/>
        </w:rPr>
        <w:t>Miles lên xe cùng Lamont, động cơ đã nổ máy. ‘Chúng ta sẽ phải nhanh lên,’ anh nói khi cởi áo khoác và xem đồng hồ, ‘nếu muốn quay về trong vòng chưa đầy hai giờ mười một phút.’</w:t>
      </w:r>
    </w:p>
    <w:p>
      <w:pPr>
        <w:spacing w:after="80"/>
      </w:pPr>
      <w:r>
        <w:rPr>
          <w:b w:val="0"/>
          <w:i w:val="0"/>
        </w:rPr>
        <w:t>Lamont phóng đi, nhưng kẹt xe giờ cao điểm khiến anh phải mất thêm bốn mươi hai phút nữa mới ra được đường cao tốc.</w:t>
      </w:r>
    </w:p>
    <w:p>
      <w:pPr>
        <w:spacing w:after="80"/>
      </w:pPr>
      <w:r>
        <w:rPr>
          <w:b w:val="0"/>
          <w:i w:val="0"/>
        </w:rPr>
        <w:t>"Kệ xác cái giới hạn tốc độ," Miles nói, cuối cùng cũng chịu thua.</w:t>
      </w:r>
    </w:p>
    <w:p>
      <w:pPr>
        <w:spacing w:after="80"/>
      </w:pPr>
      <w:r>
        <w:rPr>
          <w:b w:val="0"/>
          <w:i w:val="0"/>
        </w:rPr>
        <w:t>Dù đồng hồ tốc độ hiếm khi xuống dưới 90 mph, Lamont chỉ vừa kịp tới chỗ đỗ xe ven đường gần nhà tù, còn dư đúng mười bảy phút.</w:t>
      </w:r>
    </w:p>
    <w:p>
      <w:pPr>
        <w:spacing w:after="80"/>
      </w:pPr>
      <w:r>
        <w:rPr>
          <w:b w:val="0"/>
          <w:i w:val="0"/>
        </w:rPr>
        <w:t>Miles, người đã thay lại bộ đồ tập gym và giày thể thao trong xe, nhảy ra ngoài và lao đi với tốc độ mà hầu như chẳng toát chút mồ hôi nào. Những ngày anh có thể chạy một dặm dưới năm phút đã qua rồi. Khi tới được lùm cây ngay bên ngoài khuôn viên nhà tù, anh đã kiệt sức. Anh nhanh chóng lấy lại chiếc quần jeans và áo len từ dưới bụi cây mâm xôi và vội vàng mặc vào. Anh cẩn thận quan sát mọi hướng trước khi liều mình bước ra vùng đất không người, nhẹ nhõm khi thấy vài đám mây thân thiện đang che khuất vầng trăng tròn, thứ mà lẽ ra sẽ khiến một sĩ quan tuần tra phát hiện ra một bóng người đang di chuyển ở phía sai của vạch phân giới.</w:t>
      </w:r>
    </w:p>
    <w:p>
      <w:pPr>
        <w:spacing w:after="80"/>
      </w:pPr>
      <w:r>
        <w:rPr>
          <w:b w:val="0"/>
          <w:i w:val="0"/>
        </w:rPr>
        <w:t>Một người lao công đang lo lắng chờ anh bên cạnh cửa thoát hiểm, và nhanh chóng đẩy thanh chắn lên để cho anh vào. Miles mệt mỏi leo lên những bậc thang đá lên tầng hai, và khi chỉ còn cách phòng mình vài thước, đèn vụt tắt. Anh mò mẫm với mấy chiếc chìa khóa trước khi tìm được đúng chiếc để mở cửa. Khi ổ khóa cuối cùng cũng xoay, anh suýt ngã nhào vào trong.</w:t>
      </w:r>
    </w:p>
    <w:p>
      <w:pPr>
        <w:spacing w:after="80"/>
      </w:pPr>
      <w:r>
        <w:rPr>
          <w:b w:val="0"/>
          <w:i w:val="0"/>
        </w:rPr>
        <w:t>Chưa kịp cởi đồ, anh đã nghe thấy viên sĩ quan trực đêm đang tiến dọc hành lang trong chuyến đi tuần của mình để kiểm tra xem mọi tù nhân đã yên vị an toàn sau giờ tắt đèn chưa.</w:t>
      </w:r>
    </w:p>
    <w:p>
      <w:pPr>
        <w:spacing w:after="80"/>
      </w:pPr>
      <w:r>
        <w:rPr>
          <w:b w:val="0"/>
          <w:i w:val="0"/>
        </w:rPr>
        <w:t>Miles lẻn vào giường, kéo chăn lên tận cổ và nhắm mắt lại.</w:t>
      </w:r>
    </w:p>
    <w:p>
      <w:pPr>
        <w:spacing w:after="80"/>
      </w:pPr>
      <w:r>
        <w:rPr>
          <w:b w:val="0"/>
          <w:i w:val="0"/>
        </w:rPr>
        <w:t>Có tiếng gõ nhẹ ở cửa. Viên sĩ quan trực nhìn vào trong và lia đèn pin qua giường. "Hy vọng anh thấy khá hơn rồi, anh Faulkner," ông nói, trước khi nhanh chóng tắt đèn pin.</w:t>
      </w:r>
    </w:p>
    <w:p>
      <w:pPr>
        <w:spacing w:after="80"/>
      </w:pPr>
      <w:r>
        <w:rPr>
          <w:b w:val="0"/>
          <w:i w:val="0"/>
        </w:rPr>
        <w:t>"Khá hơn nhiều rồi, cảm ơn ông." Miles chờ cửa đóng lại rồi mới ra khỏi giường, cởi quần áo và giấu bốn chiếc chìa khóa dưới gối, trước khi chìm vào giấc ngủ.</w:t>
      </w:r>
    </w:p>
    <w:p>
      <w:pPr>
        <w:spacing w:after="80"/>
        <w:jc w:val="center"/>
      </w:pPr>
      <w:r>
        <w:rPr>
          <w:b w:val="0"/>
          <w:i w:val="0"/>
        </w:rPr>
        <w:t>• • •</w:t>
      </w:r>
    </w:p>
    <w:p>
      <w:pPr>
        <w:spacing w:after="80"/>
      </w:pPr>
      <w:r>
        <w:rPr>
          <w:b w:val="0"/>
          <w:i w:val="0"/>
        </w:rPr>
        <w:t>Giám đốc Warwick và DS Adaja ngồi trong một chiếc xe không có phù hiệu ở chỗ đỗ xe ven đường cách nhà tù một trăm thước.</w:t>
      </w:r>
    </w:p>
    <w:p>
      <w:pPr>
        <w:spacing w:after="80"/>
      </w:pPr>
      <w:r>
        <w:rPr>
          <w:b w:val="0"/>
          <w:i w:val="0"/>
        </w:rPr>
        <w:t>"Chúng ta có định đánh thức anh ta không?" Paul hỏi khi đèn ở khu C vụt tắt.</w:t>
      </w:r>
    </w:p>
    <w:p>
      <w:pPr>
        <w:spacing w:after="80"/>
      </w:pPr>
      <w:r>
        <w:rPr>
          <w:b w:val="0"/>
          <w:i w:val="0"/>
        </w:rPr>
        <w:t>"Không. Chúng ta nợ anh ta một lần," William đáp. "Nhưng nếu anh ta không quay về, tôi sẽ vui vẻ bắt giữ anh ta."</w:t>
      </w:r>
    </w:p>
    <w:p>
      <w:pPr>
        <w:spacing w:after="80"/>
      </w:pPr>
      <w:r>
        <w:rPr>
          <w:b w:val="0"/>
          <w:i w:val="0"/>
        </w:rPr>
        <w:t>"Còn nếu anh ta lại giở trò thì sao?"</w:t>
      </w:r>
    </w:p>
    <w:p>
      <w:pPr>
        <w:spacing w:after="80"/>
      </w:pPr>
      <w:r>
        <w:rPr>
          <w:b w:val="0"/>
          <w:i w:val="0"/>
        </w:rPr>
        <w:t>"Anh ta sẽ không cần phải làm thế. Nhưng tôi rất muốn thấy mặt Booth Watson vào lần tới khi ông ta xuất hiện ở ngân hàng."</w:t>
      </w:r>
    </w:p>
    <w:p>
      <w:pPr>
        <w:pStyle w:val="Heading2"/>
      </w:pPr>
      <w:r>
        <w:rPr>
          <w:rFonts w:ascii="Calibri" w:hAnsi="Calibri"/>
          <w:b/>
          <w:i w:val="0"/>
          <w:sz w:val="32"/>
        </w:rPr>
        <w:t>CHƯƠNG 32</w:t>
      </w:r>
    </w:p>
    <w:p>
      <w:pPr>
        <w:spacing w:after="80"/>
      </w:pPr>
      <w:r>
        <w:rPr>
          <w:b w:val="0"/>
          <w:i w:val="0"/>
        </w:rPr>
        <w:t xml:space="preserve">HAI CHIẾC XUỒNG CAO SU BƠM HƠI trôi vào vịnh. Chúng chỉ chạy hai hải lý một giờ, để tiếng động cơ không bị nghe thấy trong một đêm tĩnh lặng, không gió, khi chúng tiến về phía chiếc du thuyền đứng yên in bóng dưới ánh trăng. Nasreen Hassan, ngồi ở mũi chiếc xuồng dẫn đầu, giơ ống nhòm lên và lấy nét vào ngọn đèn duy nhất phát ra từ </w:t>
      </w:r>
      <w:r>
        <w:rPr>
          <w:b w:val="0"/>
          <w:i/>
        </w:rPr>
        <w:t>Lowlander</w:t>
      </w:r>
      <w:r>
        <w:rPr>
          <w:b w:val="0"/>
          <w:i w:val="0"/>
        </w:rPr>
        <w:t>.</w:t>
      </w:r>
    </w:p>
    <w:p>
      <w:pPr>
        <w:spacing w:after="80"/>
      </w:pPr>
      <w:r>
        <w:rPr>
          <w:b w:val="0"/>
          <w:i w:val="0"/>
        </w:rPr>
        <w:t>Một người đàn ông ngồi trên đài chỉ huy của du thuyền đang tự chơi cờ vua với chính mình để giết thời gian trong những giờ dài canh neo. Ống nhòm của cô mạnh đến mức cô có thể thấy anh ta thực hiện nước đi tiếp theo: hậu đến ô mã bốn.</w:t>
      </w:r>
    </w:p>
    <w:p>
      <w:pPr>
        <w:spacing w:after="80"/>
      </w:pPr>
      <w:r>
        <w:rPr>
          <w:b w:val="0"/>
          <w:i w:val="0"/>
        </w:rPr>
        <w:t>Nước đi tiếp theo của cô đã được lên kế hoạch từ vài tuần trước. Khi họ biết được ngày mà mục tiêu sẽ đi nghỉ cùng bạn trai, họ bắt đầu chuẩn bị cho sự xuất hiện không báo trước của mình.</w:t>
      </w:r>
    </w:p>
    <w:p>
      <w:pPr>
        <w:spacing w:after="80"/>
      </w:pPr>
      <w:r>
        <w:rPr>
          <w:b w:val="0"/>
          <w:i w:val="0"/>
        </w:rPr>
        <w:t>Họ đã biết chiếc du thuyền mà Chalabi thuê đang neo ở Palma, Mallorca. Chỉ cần một khoản hối lộ nhỏ cho phó trưởng cảng là đủ để biết khi nào nó rời cảng. Họ thậm chí còn có trong tay bản vẽ thiết kế của kiến trúc sư về chiếc du thuyền. Hai ngày qua họ đã ẩn náu trong một vịnh nhỏ xa hơn về phía bờ biển, hoàn thiện những chi tiết cuối cùng cho kế hoạch của mình.</w:t>
      </w:r>
    </w:p>
    <w:p>
      <w:pPr>
        <w:spacing w:after="80"/>
      </w:pPr>
      <w:r>
        <w:rPr>
          <w:b w:val="0"/>
          <w:i w:val="0"/>
        </w:rPr>
        <w:t>Hassan xem đồng hồ – 03.17 – tin chắc rằng người duy nhất trên tàu còn thức sẽ là chàng trai trẻ trên đài chỉ huy. Xe đến ô tượng bốn. Anh ta gạt một quân mã khỏi bàn cờ.</w:t>
      </w:r>
    </w:p>
    <w:p>
      <w:pPr>
        <w:spacing w:after="80"/>
      </w:pPr>
      <w:r>
        <w:rPr>
          <w:b w:val="0"/>
          <w:i w:val="0"/>
        </w:rPr>
        <w:t>Cô quay lại kiểm tra đội hình nhỏ bé và nhóm chín người của mình, mỗi người được chọn vì lĩnh vực chuyên môn riêng. Ngồi quanh cô trong chiếc xuồng dẫn đầu là năm kẻ giết người được thuê, không ai trong số họ là lần đầu làm nhiệm vụ. Tất cả đều mặc đồ đen từ đầu đến chân, và mặt họ bôi đầy bần đốt để không bị phát hiện dưới ánh trăng. Mỗi người trong số họ có thể thức ba mươi sáu giờ liền không ngủ – không phải phần này của chiến dịch sẽ khiến họ mất hơn vài phút. Chính việc biến mất không để lại dấu vết mới tốn thời gian – và thời gian, hay sự thiếu hụt nó, là kẻ thù duy nhất của họ.</w:t>
      </w:r>
    </w:p>
    <w:p>
      <w:pPr>
        <w:spacing w:after="80"/>
      </w:pPr>
      <w:r>
        <w:rPr>
          <w:b w:val="0"/>
          <w:i w:val="0"/>
        </w:rPr>
        <w:t>Đeo hờ trên vai Hassan là một khẩu súng bắn tỉa Dragunov mà cô luôn để bên mình, kể cả khi đi ngủ. Cô đã nổi danh nhờ giết một lính Anh ở Libya bằng một viên đạn duy nhất, từ khoảng cách sáu trăm thước. Năm người còn lại mang súng Kalashnikov, mua trên thị trường tự do. Một người trong số họ đã lên đạn, viên đầu tiên đã vào buồng. Anh ta chỉ định bắn một viên đạn.</w:t>
      </w:r>
    </w:p>
    <w:p>
      <w:pPr>
        <w:spacing w:after="80"/>
      </w:pPr>
      <w:r>
        <w:rPr>
          <w:b w:val="0"/>
          <w:i w:val="0"/>
        </w:rPr>
        <w:t>Chiếc xuồng thứ hai do một thuyền trưởng "cho thuê" với hai mươi năm kinh nghiệm phục vụ nhiều băng đảng với vai trò vận chuyển ma túy, cùng cấp phó của anh ta, kẻ đã dành nhiều thời gian trong tù hơn là trên biển cả. Phía sau họ là người kỹ sư, với nước da nhợt nhạt, nhăn nheo gợi lên nhiều năm khuân vác và đổ mồ hôi sâu trong lòng tàu. Thành viên cuối cùng của nhóm là một bác sĩ đã bị thu hồi giấy phép, mặc dù với những gì Hassan đang nghĩ tới, họ sẽ cần một người lo tang lễ hơn.</w:t>
      </w:r>
    </w:p>
    <w:p>
      <w:pPr>
        <w:spacing w:after="80"/>
      </w:pPr>
      <w:r>
        <w:rPr>
          <w:b w:val="0"/>
          <w:i w:val="0"/>
        </w:rPr>
        <w:t>Mọi ánh mắt trên hai chiếc xuồng cao su đều dán chặt vào du thuyền. Người được chọn để hạ gục kẻ chơi cờ sẽ là người đầu tiên lên tàu, trong khi Hassan và bốn người đàn ông khác từ chiếc xuồng dẫn đầu xuống dưới, nơi Công nương và những vị khách khác của Chalabi đang mơ; những giấc mơ sắp biến thành ác mộng.</w:t>
      </w:r>
    </w:p>
    <w:p>
      <w:pPr>
        <w:spacing w:after="80"/>
      </w:pPr>
      <w:r>
        <w:rPr>
          <w:b w:val="0"/>
          <w:i w:val="0"/>
        </w:rPr>
        <w:t>Hassan cảm thấy miệng mình khô lại, như mọi khi trước một cuộc tấn công. Vị thủ lĩnh đáng kính của họ đã chọn cô để dẫn dắt cuộc đảo chính táo bạo này, hứa với cô rằng nếu thành công, không chỉ người Anh sẽ bị bẽ mặt trước mắt thế giới, mà tên tuổi cô sẽ trở thành một phần trong truyền thuyết của dân tộc và truyền cảm hứng cho nhiều phụ nữ trẻ khác tham gia chính nghĩa của họ. Trớ trêu thay, cô sinh ra ở Wakefield và được chiêu mộ khi đang học đại học. Giống như nhiều kẻ cải đạo, Hassan trở nên nhiệt huyết và tận tụy với chính nghĩa hơn bất kỳ lính đánh thuê nào đang ngồi quanh cô, những kẻ chỉ quan tâm đến việc mình sẽ được trả bao nhiêu.</w:t>
      </w:r>
    </w:p>
    <w:p>
      <w:pPr>
        <w:spacing w:after="80"/>
      </w:pPr>
      <w:r>
        <w:rPr>
          <w:b w:val="0"/>
          <w:i w:val="0"/>
        </w:rPr>
        <w:t>Khi còn cách mục tiêu vài trăm thước, họ giảm tốc độ để chắc chắn tiếng động cơ rì rầm không đánh thức kẻ chơi cờ trên đài chỉ huy. Hassan mỉm cười khi nghĩ rằng một trong những điểm hấp dẫn của con tàu đặc biệt này, như đại lý cho thuê tàu đã hữu ích chỉ ra, là ngay cả một đứa trẻ đi bơi về cũng có thể leo lên tàu mà không cần ai giúp.</w:t>
      </w:r>
    </w:p>
    <w:p>
      <w:pPr>
        <w:spacing w:after="80"/>
      </w:pPr>
      <w:r>
        <w:rPr>
          <w:b w:val="0"/>
          <w:i w:val="0"/>
        </w:rPr>
        <w:t>Khi còn cách một trăm thước, họ tắt hẳn động cơ và để hai chiếc xuồng cao su trôi dạt tới đuôi du thuyền, để chín kẻ đột nhập có thể tham gia bữa tiệc.</w:t>
      </w:r>
    </w:p>
    <w:p>
      <w:pPr>
        <w:spacing w:after="80"/>
      </w:pPr>
      <w:r>
        <w:rPr>
          <w:b w:val="0"/>
          <w:i w:val="0"/>
        </w:rPr>
        <w:t>Khi chiếc xuồng dẫn đầu chạm vào mép sàn tàu, kẻ ám sát được chọn là người đầu tiên lên tàu. Anh ta di chuyển nhanh nhẹn qua boong dưới và lên cầu thang ngắn dẫn tới đài chỉ huy. Kẻ chơi cờ ngẩng lên sau khi đi nước cuối cùng và một viên đạn găm vào trán anh ta. Trước khi kịp phát ra tiếng động, anh ta đổ gục xuống đất thành một đống bên cạnh bánh lái. Không một lời trao đổi giữa họ, thuyền trưởng mới và cấp phó của anh ta tiếp quản.</w:t>
      </w:r>
    </w:p>
    <w:p>
      <w:pPr>
        <w:spacing w:after="80"/>
      </w:pPr>
      <w:r>
        <w:rPr>
          <w:b w:val="0"/>
          <w:i w:val="0"/>
        </w:rPr>
        <w:t>Hassan đang đi được nửa cầu thang xoắn ốc dẫn xuống khu buồng khách thì Ross bị đánh thức bởi tiếng súng. Anh lập tức tỉnh táo, mặc dù trong một khoảnh khắc anh không chắc đó có phải chỉ là một phần trong giấc mơ của mình không. Anh nhảy ra khỏi giường, lao tới cửa cabin và mở nó, để rồi đối mặt với nòng súng Kalashnikov chĩa thẳng vào giữa hai mắt.</w:t>
      </w:r>
    </w:p>
    <w:p>
      <w:pPr>
        <w:spacing w:after="80"/>
      </w:pPr>
      <w:r>
        <w:rPr>
          <w:b w:val="0"/>
          <w:i w:val="0"/>
        </w:rPr>
        <w:t>Khi hai tay súng lôi Ross ra hành lang, theo bản năng anh nhìn về hướng cabin của Công nương. Cửa mở ra, và Jamil Chalabi bước ra trong bộ đồng phục màu kaki và cầm súng. Ông ta cúi người hôn lên cả hai má Hassan rồi nói: "Cô không thể làm một công việc chuyên nghiệp hơn được nữa, chị em của tôi. Chính nghĩa sẽ mãi mãi mang ơn cô."</w:t>
      </w:r>
    </w:p>
    <w:p>
      <w:pPr>
        <w:spacing w:after="80"/>
      </w:pPr>
      <w:r>
        <w:rPr>
          <w:b w:val="0"/>
          <w:i w:val="0"/>
        </w:rPr>
        <w:t>"Tôi có thể giết hắn không?" cô hỏi, nhìn Ross.</w:t>
      </w:r>
    </w:p>
    <w:p>
      <w:pPr>
        <w:spacing w:after="80"/>
      </w:pPr>
      <w:r>
        <w:rPr>
          <w:b w:val="0"/>
          <w:i w:val="0"/>
        </w:rPr>
        <w:t>‘Không,’ Chalabi nói dứt khoát. ‘Tôi có kế hoạch khác cho hắn.’ Hassan trông có vẻ thất vọng. ‘Hiện giờ, chúng ta cứ theo kế hoạch ban đầu. Bắt đầu bằng việc lục soát tất cả các cabin. Tìm vũ khí dưới mọi hình thức – súng, dao và quan trọng không kém, điện thoại. Sau đó, nhốt tất cả lại. Nhốt hai người kia vào cùng một cabin,’ hắn nói, gật đầu về phía Ross và Victoria. ‘Tôi sẽ cần phòng riêng của mình và tôi có cảm giác Công chúa sẽ chẳng hoan nghênh tôi trở lại vòng tay cô ấy đâu.’</w:t>
      </w:r>
    </w:p>
    <w:p>
      <w:pPr>
        <w:spacing w:after="80"/>
      </w:pPr>
      <w:r>
        <w:rPr>
          <w:b w:val="0"/>
          <w:i w:val="0"/>
        </w:rPr>
        <w:t>‘Chúng ta nên làm gì với bốn người này?’ Hassan hỏi, vung vũ khí về phía thuyền trưởng, kỹ sư, tiếp viên và đầu bếp, những người vừa bị lôi ra khỏi giường.</w:t>
      </w:r>
    </w:p>
    <w:p>
      <w:pPr>
        <w:spacing w:after="80"/>
      </w:pPr>
      <w:r>
        <w:rPr>
          <w:b w:val="0"/>
          <w:i w:val="0"/>
        </w:rPr>
        <w:t>‘Cô có thể giết chúng,’ Chalabi nói như thể đó là một sự đền bù. ‘Như vậy chúng ta sẽ không bị áp đảo về số lượng, và cũng sẽ khiến Thanh tra phải suy nghĩ lại nếu ông ta có ý định đóng vai anh hùng.’</w:t>
      </w:r>
    </w:p>
    <w:p>
      <w:pPr>
        <w:spacing w:after="80"/>
      </w:pPr>
      <w:r>
        <w:rPr>
          <w:b w:val="0"/>
          <w:i w:val="0"/>
        </w:rPr>
        <w:t>Một tên côn đồ thúc đầu gối vào háng Ross, khiến anh gập đôi người rồi ngã ngửa vào cabin của Victoria. Cửa đóng sầm lại và anh nghe thấy tiếng chìa khóa xoay trong ổ. Giây lát sau, bốn tiếng súng vang lên. Victoria theo phản xạ bám chặt lấy Ross. Cô run rẩy, nhưng khi lên tiếng, giọng cô đầy thách thức.</w:t>
      </w:r>
    </w:p>
    <w:p>
      <w:pPr>
        <w:spacing w:after="80"/>
      </w:pPr>
      <w:r>
        <w:rPr>
          <w:b w:val="0"/>
          <w:i w:val="0"/>
        </w:rPr>
        <w:t>‘Tôi chưa bao giờ tin gã đàn ông đó. Chỉ cần có nửa cơ hội, tôi sẽ vui vẻ giết hắn.’ Ross không nghĩ mình vẫn có thể bị bất ngờ.</w:t>
      </w:r>
    </w:p>
    <w:p>
      <w:pPr>
        <w:spacing w:after="80"/>
      </w:pPr>
      <w:r>
        <w:rPr>
          <w:b w:val="0"/>
          <w:i w:val="0"/>
        </w:rPr>
        <w:t>Chalabi để lại hai tên đàn em canh gác ở hành lang trong khi hắn quay lại trên boong, nơi hắn thấy máu văng khắp nơi. Màu sắc yêu thích của hắn.</w:t>
      </w:r>
    </w:p>
    <w:p>
      <w:pPr>
        <w:spacing w:after="80"/>
      </w:pPr>
      <w:r>
        <w:rPr>
          <w:b w:val="0"/>
          <w:i w:val="0"/>
        </w:rPr>
        <w:t>Hắn chuẩn bị ra lệnh kéo neo thì thấy một tia chớp lóe lên từ bờ biển. Hắn chộp lấy ống nhòm, và dưới ánh trăng có thể lờ mờ nhận ra một bóng người đơn độc đang cầm chiếc máy ảnh ống kính dài đặt trên chân máy ba chân.</w:t>
      </w:r>
    </w:p>
    <w:p>
      <w:pPr>
        <w:spacing w:after="80"/>
      </w:pPr>
      <w:r>
        <w:rPr>
          <w:b w:val="0"/>
          <w:i w:val="0"/>
        </w:rPr>
        <w:t>‘Chết tiệt, tôi quên mất hắn,’ Chalabi nói. ‘Nhưng vì hắn không còn hữu ích gì nữa…’ Hắn không cần nói hết câu. Hassan, đang đứng bên cạnh hắn, giơ khẩu súng trường lên, đặt nó lên lan can tàu và ngắm mục tiêu qua ống ngắm ban đêm. Hắn ta cách đó bốn trăm năm mươi tám thước Anh. Cô áp chặt báng súng vào vai, hít một hơi thật sâu rồi nhẹ nhàng bóp cò. Cô sẵn sàng bắn phát thứ hai nếu có bất kỳ dấu hiệu chuyển động nào trên bờ biển. Không có.</w:t>
      </w:r>
    </w:p>
    <w:p>
      <w:pPr>
        <w:spacing w:after="80"/>
      </w:pPr>
      <w:r>
        <w:rPr>
          <w:b w:val="0"/>
          <w:i w:val="0"/>
        </w:rPr>
        <w:t xml:space="preserve">‘Đi thôi,’ Chalabi hét lên với đài chỉ huy. Hắn biết </w:t>
      </w:r>
      <w:r>
        <w:rPr>
          <w:b w:val="0"/>
          <w:i/>
        </w:rPr>
        <w:t>Lowlander</w:t>
      </w:r>
      <w:r>
        <w:rPr>
          <w:b w:val="0"/>
          <w:i w:val="0"/>
        </w:rPr>
        <w:t xml:space="preserve"> chỉ có thể đạt tốc độ tối đa hai mươi hải lý/giờ, nên không có phút nào để lãng phí nếu họ muốn đến được nơi an toàn của quê hương, nơi thế giới sẽ biết về cuộc đảo chính táo bạo, và không còn lựa chọn nào khác ngoài việc đồng ý với những yêu cầu của họ.</w:t>
      </w:r>
    </w:p>
    <w:p>
      <w:pPr>
        <w:spacing w:after="80"/>
        <w:jc w:val="center"/>
      </w:pPr>
      <w:r>
        <w:rPr>
          <w:b w:val="0"/>
          <w:i w:val="0"/>
        </w:rPr>
        <w:t>• • •</w:t>
      </w:r>
    </w:p>
    <w:p>
      <w:pPr>
        <w:spacing w:after="80"/>
      </w:pPr>
      <w:r>
        <w:rPr>
          <w:b w:val="0"/>
          <w:i w:val="0"/>
        </w:rPr>
        <w:t>Điện thoại đang reo ở phía giường của William. Anh chộp lấy nó với hy vọng sẽ không đánh thức Beth. Cô rên rỉ và trở mình.</w:t>
      </w:r>
    </w:p>
    <w:p>
      <w:pPr>
        <w:spacing w:after="80"/>
      </w:pPr>
      <w:r>
        <w:rPr>
          <w:b w:val="0"/>
          <w:i w:val="0"/>
        </w:rPr>
        <w:t>‘Chào buổi sáng, Warwick,’ một giọng nói mà anh tưởng đã không còn nghe nữa cất lên.</w:t>
      </w:r>
    </w:p>
    <w:p>
      <w:pPr>
        <w:spacing w:after="80"/>
      </w:pPr>
      <w:r>
        <w:rPr>
          <w:b w:val="0"/>
          <w:i w:val="0"/>
        </w:rPr>
        <w:t>‘Chào buổi sáng, Phó Ủy viên,’ anh đáp, hy vọng giọng mình nghe có vẻ tỉnh táo hoàn toàn.</w:t>
      </w:r>
    </w:p>
    <w:p>
      <w:pPr>
        <w:spacing w:after="80"/>
      </w:pPr>
      <w:r>
        <w:rPr>
          <w:b w:val="0"/>
          <w:i w:val="0"/>
        </w:rPr>
        <w:t>‘Thi thể của một nhiếp ảnh gia săn ảnh đã được một ngư dân địa phương tìm thấy trên một bãi biển hẻo lánh ngoài khơi Mallorca.’</w:t>
      </w:r>
    </w:p>
    <w:p>
      <w:pPr>
        <w:spacing w:after="80"/>
      </w:pPr>
      <w:r>
        <w:rPr>
          <w:b w:val="0"/>
          <w:i w:val="0"/>
        </w:rPr>
        <w:t>Đầu óc William quay cuồng, cố gắng tìm ra lý do tại sao chuyện này lại có thể quan trọng với anh, vào lúc năm giờ sáng.</w:t>
      </w:r>
    </w:p>
    <w:p>
      <w:pPr>
        <w:spacing w:after="80"/>
      </w:pPr>
      <w:r>
        <w:rPr>
          <w:b w:val="0"/>
          <w:i w:val="0"/>
        </w:rPr>
        <w:t>‘Cảnh sát địa phương,’ Holbrooke tiếp tục, ‘đã tìm thấy một chiếc máy ảnh bên cạnh anh ta và đã gửi cho chúng ta những bức ảnh anh ta chụp. Đó là tất cả những gì anh cần biết lúc này, ngoại trừ việc một cuộc họp COBRA sẽ diễn ra tại Whitehall trong một giờ nữa, và anh cần có mặt.’</w:t>
      </w:r>
    </w:p>
    <w:p>
      <w:pPr>
        <w:spacing w:after="80"/>
      </w:pPr>
      <w:r>
        <w:rPr>
          <w:b w:val="0"/>
          <w:i w:val="0"/>
        </w:rPr>
        <w:t>Tại sao lại là tôi, William tự hỏi.</w:t>
      </w:r>
    </w:p>
    <w:p>
      <w:pPr>
        <w:spacing w:after="80"/>
      </w:pPr>
      <w:r>
        <w:rPr>
          <w:b w:val="0"/>
          <w:i w:val="0"/>
        </w:rPr>
        <w:t>"Chúng tôi cho rằng có khả năng Mansour Khalifah có liên quan," câu trả lời vang lên cho câu hỏi thầm kín của anh.</w:t>
      </w:r>
    </w:p>
    <w:p>
      <w:pPr>
        <w:spacing w:after="80"/>
      </w:pPr>
      <w:r>
        <w:rPr>
          <w:b w:val="0"/>
          <w:i w:val="0"/>
        </w:rPr>
        <w:t>Liên quan đến chuyện gì, William lẽ ra đã hỏi, nếu anh không bị cắt ngang. Anh bật khỏi giường và lao vào phòng tắm.</w:t>
      </w:r>
    </w:p>
    <w:p>
      <w:pPr>
        <w:spacing w:after="80"/>
      </w:pPr>
      <w:r>
        <w:rPr>
          <w:b w:val="0"/>
          <w:i w:val="0"/>
        </w:rPr>
        <w:t>"Ai gọi đấy?" Beth vừa tỉnh ngủ hỏi, nhưng anh đã đóng cửa lại rồi.</w:t>
      </w:r>
    </w:p>
    <w:p>
      <w:pPr>
        <w:spacing w:after="80"/>
        <w:jc w:val="center"/>
      </w:pPr>
      <w:r>
        <w:rPr>
          <w:b w:val="0"/>
          <w:i w:val="0"/>
        </w:rPr>
        <w:t>• • •</w:t>
      </w:r>
    </w:p>
    <w:p>
      <w:pPr>
        <w:spacing w:after="80"/>
      </w:pPr>
      <w:r>
        <w:rPr>
          <w:b w:val="0"/>
          <w:i w:val="0"/>
        </w:rPr>
        <w:t>Mọi người đều đứng dậy khi bà Thatcher bước vào Phòng Họp Văn Phòng Nội Các, chỉ cách Số 10 một hành lang, không có ánh mắt tò mò thường lệ nào thắc mắc tại sao một nhóm quyền lực như vậy lại được triệu tập vào lúc sáu giờ sáng.</w:t>
      </w:r>
    </w:p>
    <w:p>
      <w:pPr>
        <w:spacing w:after="80"/>
      </w:pPr>
      <w:r>
        <w:rPr>
          <w:b w:val="0"/>
          <w:i w:val="0"/>
        </w:rPr>
        <w:t>Bà ngồi vào vị trí trung tâm của chiếc bàn dài và nhìn quanh một hai chục người ra quyết định hàng đầu của quốc gia, những người vừa rời khỏi chăn ấm của mình trong chớp mắt. Phía sau họ là vô số công chức, những người sẽ đảm bảo mệnh lệnh của cấp trên được thực thi khi họ trở về hang ổ Whitehall của mình sau khi cuộc họp kết thúc.</w:t>
      </w:r>
    </w:p>
    <w:p>
      <w:pPr>
        <w:spacing w:after="80"/>
      </w:pPr>
      <w:r>
        <w:rPr>
          <w:b w:val="0"/>
          <w:i w:val="0"/>
        </w:rPr>
        <w:t>"Trợ lý Ủy viên," Thủ tướng bắt đầu, nhìn sang phía bên kia bàn, "có lẽ ông có thể cập nhật cho tất cả chúng ta."</w:t>
      </w:r>
    </w:p>
    <w:p>
      <w:pPr>
        <w:spacing w:after="80"/>
      </w:pPr>
      <w:r>
        <w:rPr>
          <w:b w:val="0"/>
          <w:i w:val="0"/>
        </w:rPr>
        <w:t>"Tình hình thực sự đang biến động, thưa Thủ tướng," Holbrooke đáp, "trong khi các cơ quan tình báo của chúng ta vẫn đang tiếp tục thu thập thông tin mới nhất, ngay lúc tôi đang nói đây. Tất cả những gì chúng ta biết chắc chắn là một nhóm khủng bố có vũ trang, có thể được Đại tá Gaddafi tài trợ, đã lên và chiếm một du thuyền ngoài khơi Mallorca, trên đó Công nương xứ Wales là khách. Hiện chưa rõ tung tích của nó."</w:t>
      </w:r>
    </w:p>
    <w:p>
      <w:pPr>
        <w:spacing w:after="80"/>
      </w:pPr>
      <w:r>
        <w:rPr>
          <w:b w:val="0"/>
          <w:i w:val="0"/>
        </w:rPr>
        <w:t>"Tôi tưởng cô ấy và Thái tử xứ Wales đang đi nghỉ ở Highgrove," Thủ tướng nhận xét khi nhìn vào tấm bản đồ đặt ở giữa bàn.</w:t>
      </w:r>
    </w:p>
    <w:p>
      <w:pPr>
        <w:spacing w:after="80"/>
      </w:pPr>
      <w:r>
        <w:rPr>
          <w:b w:val="0"/>
          <w:i w:val="0"/>
        </w:rPr>
        <w:t xml:space="preserve">"Cũng như phần còn lại của thế giới bên ngoài nghĩ vậy," Holbrooke nói, "và tôi muốn giữ nguyên như thế." Ông nhấn một nút trên bảng điều khiển, và một bức ảnh chụp </w:t>
      </w:r>
      <w:r>
        <w:rPr>
          <w:b w:val="0"/>
          <w:i/>
        </w:rPr>
        <w:t>Lowlander</w:t>
      </w:r>
      <w:r>
        <w:rPr>
          <w:b w:val="0"/>
          <w:i w:val="0"/>
        </w:rPr>
        <w:t>,</w:t>
      </w:r>
      <w:r>
        <w:rPr>
          <w:b w:val="0"/>
          <w:i/>
        </w:rPr>
        <w:t xml:space="preserve"> </w:t>
      </w:r>
      <w:r>
        <w:rPr>
          <w:b w:val="0"/>
          <w:i w:val="0"/>
        </w:rPr>
        <w:t>với hai chiếc xuồng hơi trôi phía đuôi tàu, hiện lên một màn hình lớn chiếm trọn bức tường ở đầu xa căn phòng.</w:t>
      </w:r>
    </w:p>
    <w:p>
      <w:pPr>
        <w:spacing w:after="80"/>
      </w:pPr>
      <w:r>
        <w:rPr>
          <w:b w:val="0"/>
          <w:i w:val="0"/>
        </w:rPr>
        <w:t>"Ông lấy được cái đó bằng cách nào?" Thư ký Nội Các, người ngồi bên trái Thủ tướng, hỏi.</w:t>
      </w:r>
    </w:p>
    <w:p>
      <w:pPr>
        <w:spacing w:after="80"/>
      </w:pPr>
      <w:r>
        <w:rPr>
          <w:b w:val="0"/>
          <w:i w:val="0"/>
        </w:rPr>
        <w:t>"Một nhiếp ảnh gia paparazzi đang ở trên bãi biển vào thời điểm cuộc đột kích diễn ra, và cảnh sát Tây Ban Nha đã thu hồi được máy ảnh của anh ta."</w:t>
      </w:r>
    </w:p>
    <w:p>
      <w:pPr>
        <w:spacing w:after="80"/>
      </w:pPr>
      <w:r>
        <w:rPr>
          <w:b w:val="0"/>
          <w:i w:val="0"/>
        </w:rPr>
        <w:t>"Đó là một may mắn," Thư ký Nội Các gợi ý.</w:t>
      </w:r>
    </w:p>
    <w:p>
      <w:pPr>
        <w:spacing w:after="80"/>
      </w:pPr>
      <w:r>
        <w:rPr>
          <w:b w:val="0"/>
          <w:i w:val="0"/>
        </w:rPr>
        <w:t>"Không may cho anh ta," Holbrooke nói. "Anh ta kết thúc với một viên đạn xuyên qua trán."</w:t>
      </w:r>
    </w:p>
    <w:p>
      <w:pPr>
        <w:spacing w:after="80"/>
      </w:pPr>
      <w:r>
        <w:rPr>
          <w:b w:val="0"/>
          <w:i w:val="0"/>
        </w:rPr>
        <w:t>"Anh ta làm gì ở đó vào giờ đó đêm?" Thủ tướng hỏi.</w:t>
      </w:r>
    </w:p>
    <w:p>
      <w:pPr>
        <w:spacing w:after="80"/>
      </w:pPr>
      <w:r>
        <w:rPr>
          <w:b w:val="0"/>
          <w:i w:val="0"/>
        </w:rPr>
        <w:t>‘Hắn hẳn đã làm việc cho một trong những tờ báo lá cải và chắc chắn phải biết Công nương đang ở trên du thuyền. May mắn cho chúng ta,’ Holbrooke tiếp tục, ‘hắn đã chụp được vài bức ảnh trước khi bị sát hại. Thi thể hắn được một ngư dân địa phương tìm thấy. Cảnh sát Tây Ban Nha cũng đào được một viên đạn .54mm găm trong cát gần chiếc máy ảnh của hắn. Loại đạn mà những sát thủ được huấn luyện bài bản ưa dùng.’</w:t>
      </w:r>
    </w:p>
    <w:p>
      <w:pPr>
        <w:spacing w:after="80"/>
      </w:pPr>
      <w:r>
        <w:rPr>
          <w:b w:val="0"/>
          <w:i w:val="0"/>
        </w:rPr>
        <w:t>Nhiều giọng nói cùng cất lên một lúc, cho đến khi Thủ tướng vẫy tay ra hiệu im lặng và gật đầu với Holbrooke.</w:t>
      </w:r>
    </w:p>
    <w:p>
      <w:pPr>
        <w:spacing w:after="80"/>
      </w:pPr>
      <w:r>
        <w:rPr>
          <w:b w:val="0"/>
          <w:i w:val="0"/>
        </w:rPr>
        <w:t>‘Chúng tôi không có cách nào biết ai đã giết người thợ ảnh,’ Holbrooke tiếp tục, ‘cho đến khi nhận được những bức ảnh hắn chụp đêm qua.’</w:t>
      </w:r>
    </w:p>
    <w:p>
      <w:pPr>
        <w:spacing w:after="80"/>
      </w:pPr>
      <w:r>
        <w:rPr>
          <w:b w:val="0"/>
          <w:i w:val="0"/>
        </w:rPr>
        <w:t>Hình ảnh chiếc du thuyền trên màn hình được thay bằng gương mặt một phụ nữ da trắng trẻ tuổi.</w:t>
      </w:r>
    </w:p>
    <w:p>
      <w:pPr>
        <w:spacing w:after="80"/>
      </w:pPr>
      <w:r>
        <w:rPr>
          <w:b w:val="0"/>
          <w:i w:val="0"/>
        </w:rPr>
        <w:t>‘Cô ta là ai?’ Thủ tướng hỏi.</w:t>
      </w:r>
    </w:p>
    <w:p>
      <w:pPr>
        <w:spacing w:after="80"/>
      </w:pPr>
      <w:r>
        <w:rPr>
          <w:b w:val="0"/>
          <w:i w:val="0"/>
        </w:rPr>
        <w:t>‘Ruth Cairns,’ ông trùm MI6 đáp. ‘Cô ta sinh ra ở Wakefield, học chính trị tại Đại học Manchester. Nhưng cô ta bỏ học, rồi biến mất gần một thập kỷ, cho đến gần đây, khi cô ta lọt vào tầm ngắm của chúng tôi nhờ một vụ chặn bắt tín hiệu. Giờ cô ta mang tên Nasreen Hassan, và đã trở thành một trong những thuộc hạ đáng tin cậy nhất của Gaddafi.’ Một đoạn video ngắn quay cảnh một phụ nữ chặt đầu một binh lính Mỹ trước đám đông đang reo hò khiến tất cả họ không còn chút nghi ngờ gì về kẻ mà họ đang phải đối mặt.</w:t>
      </w:r>
    </w:p>
    <w:p>
      <w:pPr>
        <w:spacing w:after="80"/>
      </w:pPr>
      <w:r>
        <w:rPr>
          <w:b w:val="0"/>
          <w:i w:val="0"/>
        </w:rPr>
        <w:t>‘Cairns có vẻ là kẻ chỉ huy chiến dịch,’ Holbrooke nói.</w:t>
      </w:r>
    </w:p>
    <w:p>
      <w:pPr>
        <w:spacing w:after="80"/>
      </w:pPr>
      <w:r>
        <w:rPr>
          <w:b w:val="0"/>
          <w:i w:val="0"/>
        </w:rPr>
        <w:t>‘Có bao nhiêu kẻ khủng bố tham gia vụ tấn công?’ Ngoại trưởng hỏi, lần đầu tiên lên tiếng.</w:t>
      </w:r>
    </w:p>
    <w:p>
      <w:pPr>
        <w:spacing w:after="80"/>
      </w:pPr>
      <w:r>
        <w:rPr>
          <w:b w:val="0"/>
          <w:i w:val="0"/>
        </w:rPr>
        <w:t>‘Chỉ có vài chiếc RIB tham gia, nên nhiều nhất cũng không quá một tá,’ Holbrooke đáp. ‘Chúng tôi nghĩ đã nhận diện được năm kẻ trong số đó có hồ sơ với các cơ quan tình báo của chúng ta.’</w:t>
      </w:r>
    </w:p>
    <w:p>
      <w:pPr>
        <w:spacing w:after="80"/>
      </w:pPr>
      <w:r>
        <w:rPr>
          <w:b w:val="0"/>
          <w:i w:val="0"/>
        </w:rPr>
        <w:t>Một loạt ảnh chân dung lần lượt hiện lên màn hình, khi Holbrooke báo cáo tại cuộc họp COBRA về danh tính các nghi phạm và vai trò mà chúng có khả năng đã đảm nhận trong chiến dịch. Bức ảnh tiếp theo hiện lên màn hình là hai người đàn ông mặc đồ đen, đứng trên đài chỉ huy của du thuyền. ‘Chúng tôi nghĩ đây hẳn phải là thuyền trưởng và cấp phó của hắn, vì họ không giống chút nào với năm sĩ quan đã lái du thuyền rời Mallorca vào tối thứ Sáu.’</w:t>
      </w:r>
    </w:p>
    <w:p>
      <w:pPr>
        <w:spacing w:after="80"/>
      </w:pPr>
      <w:r>
        <w:rPr>
          <w:b w:val="0"/>
          <w:i w:val="0"/>
        </w:rPr>
        <w:t>‘Chúng ta có nên cho rằng toàn bộ thủy thủ đoàn của du thuyền đều đã chết?’ Thủ tướng hỏi.</w:t>
      </w:r>
    </w:p>
    <w:p>
      <w:pPr>
        <w:spacing w:after="80"/>
      </w:pPr>
      <w:r>
        <w:rPr>
          <w:b w:val="0"/>
          <w:i w:val="0"/>
        </w:rPr>
        <w:t>‘Có lẽ vậy. Hassan không tin vào việc bắt giữ tù binh, nhất là khi có sẵn một ngôi mộ vô danh tiện lợi đến thế. Nhưng tôi tin chắc Công nương vẫn còn sống, nếu không thì chúng đã mất đi lợi thế mặc cả.’</w:t>
      </w:r>
    </w:p>
    <w:p>
      <w:pPr>
        <w:spacing w:after="80"/>
      </w:pPr>
      <w:r>
        <w:rPr>
          <w:b w:val="0"/>
          <w:i w:val="0"/>
        </w:rPr>
        <w:t>‘Mặc cả ngụ ý tiền bạc hoặc trao đổi để lấy thứ gì đó,’ Thủ tướng gợi ý. ‘Theo quan điểm của ông, Trợ lý Ủy viên, là cái nào?’</w:t>
      </w:r>
    </w:p>
    <w:p>
      <w:pPr>
        <w:spacing w:after="80"/>
      </w:pPr>
      <w:r>
        <w:rPr>
          <w:b w:val="0"/>
          <w:i w:val="0"/>
        </w:rPr>
        <w:t>‘Không phải thứ gì đó, thưa bà, mà là ai đó. Hassan sẽ không quan tâm đến tiền bạc,’ Holbrooke khẳng định với họ, ‘nếu không thì kẻ chúng nhắm đến đã là Jamil Chalabi, người bạn đồng hành… mới nhất của Công nương, chứ không phải Công nương.’</w:t>
      </w:r>
    </w:p>
    <w:p>
      <w:pPr>
        <w:spacing w:after="80"/>
      </w:pPr>
      <w:r>
        <w:rPr>
          <w:b w:val="0"/>
          <w:i w:val="0"/>
        </w:rPr>
        <w:t>‘Điều gì khiến ông chắc chắn như vậy?’ Thư ký Nội các hỏi.</w:t>
      </w:r>
    </w:p>
    <w:p>
      <w:pPr>
        <w:spacing w:after="80"/>
      </w:pPr>
      <w:r>
        <w:rPr>
          <w:b w:val="0"/>
          <w:i w:val="0"/>
        </w:rPr>
        <w:t>‘Chalabi là con trai một doanh nhân giàu có từ Dubai,’ Chỉ huy Hawksby xen vào. ‘Anh ta là gương mặt quen thuộc trên các chuyên mục buôn chuyện, thường được mô tả là tay chơi triệu phú hoặc kẻ nghiện tiệc tùng. Theo Thanh tra Ross Hogan, sĩ quan bảo vệ cá nhân của Công nương, anh ta không ngại để bất kỳ ai, kể cả báo chí, biết về mối quan hệ của mình với cô ấy.’</w:t>
      </w:r>
    </w:p>
    <w:p>
      <w:pPr>
        <w:spacing w:after="80"/>
      </w:pPr>
      <w:r>
        <w:rPr>
          <w:b w:val="0"/>
          <w:i w:val="0"/>
        </w:rPr>
        <w:t>‘Nếu ngài không nghĩ rằng họ nhắm đến tiền để đổi lấy Công chúa,’ Bộ trưởng Nội các hỏi, ‘thì còn có thể là gì khác chứ?’</w:t>
      </w:r>
    </w:p>
    <w:p>
      <w:pPr>
        <w:spacing w:after="80"/>
      </w:pPr>
      <w:r>
        <w:rPr>
          <w:b w:val="0"/>
          <w:i w:val="0"/>
        </w:rPr>
        <w:t>‘Hiện chúng ta đang giam giữ cánh tay phải của Gaddafi, Mansour Khalifah, tại nhà tù Belmarsh,’ Hawksby nói. ‘Nên tôi không nghĩ chúng ta cần nhìn xa hơn Thamesmead.’</w:t>
      </w:r>
    </w:p>
    <w:p>
      <w:pPr>
        <w:spacing w:after="80"/>
      </w:pPr>
      <w:r>
        <w:rPr>
          <w:b w:val="0"/>
          <w:i w:val="0"/>
        </w:rPr>
        <w:t>‘Ngài hẳn còn nhớ, thưa Thủ tướng,’ Tổng Chưởng lý xen vào, ‘rằng tôi đã phê chuẩn lệnh bắt Khalifah vài tháng trước khi hắn hạ cánh xuống Heathrow trên đường đến Moscow.’</w:t>
      </w:r>
    </w:p>
    <w:p>
      <w:pPr>
        <w:spacing w:after="80"/>
      </w:pPr>
      <w:r>
        <w:rPr>
          <w:b w:val="0"/>
          <w:i w:val="0"/>
        </w:rPr>
        <w:t>‘Chúng ta không hề nghi ngờ,’ Bộ trưởng Nội vụ thêm vào, ‘rằng Khalifah là kẻ đứng sau vụ đánh bom Lockerbie, và gần đây hơn là âm mưu thất bại nhằm cho nổ tung Albert Hall trong đêm diễn cuối của Proms. Đừng ngạc nhiên nếu Gaddafi đã giao cho hắn phụ trách mọi cuộc đàm phán.’</w:t>
      </w:r>
    </w:p>
    <w:p>
      <w:pPr>
        <w:spacing w:after="80"/>
      </w:pPr>
      <w:r>
        <w:rPr>
          <w:b w:val="0"/>
          <w:i w:val="0"/>
        </w:rPr>
        <w:t>‘Chúng ta không đàm phán với bọn khủng bố,’ Thủ tướng nói, cứ như đang phát biểu trước một cuộc họp công khai. Nhưng lần này, không ai quanh bàn tin bà.</w:t>
      </w:r>
    </w:p>
    <w:p>
      <w:pPr>
        <w:spacing w:after="80"/>
      </w:pPr>
      <w:r>
        <w:rPr>
          <w:b w:val="0"/>
          <w:i w:val="0"/>
        </w:rPr>
        <w:t>Mấy người cùng lúc bắt đầu nói, nhưng đều im bặt khi Thủ tướng hướng sự chú ý sang Tham mưu trưởng Quốc phòng. ‘Vậy ngài khuyên chúng ta nên làm gì tiếp theo, Đô đốc?’</w:t>
      </w:r>
    </w:p>
    <w:p>
      <w:pPr>
        <w:spacing w:after="80"/>
      </w:pPr>
      <w:r>
        <w:rPr>
          <w:b w:val="0"/>
          <w:i w:val="0"/>
        </w:rPr>
        <w:t xml:space="preserve">‘Tôi đã cho một chiếc Nimrod bay trên khu vực lân cận, chiếc thứ hai đang trên đường tới. </w:t>
      </w:r>
      <w:r>
        <w:rPr>
          <w:b w:val="0"/>
          <w:i/>
        </w:rPr>
        <w:t xml:space="preserve">Lowlander </w:t>
      </w:r>
      <w:r>
        <w:rPr>
          <w:b w:val="0"/>
          <w:i w:val="0"/>
        </w:rPr>
        <w:t>không thể nào đi quá một trăm dặm kể từ khi bị chiếm, nên tôi tin chắc sẽ không mất quá lâu để chúng ta xác định được nó.’</w:t>
      </w:r>
    </w:p>
    <w:p>
      <w:pPr>
        <w:spacing w:after="80"/>
      </w:pPr>
      <w:r>
        <w:rPr>
          <w:b w:val="0"/>
          <w:i w:val="0"/>
        </w:rPr>
        <w:t>‘Ngài nghĩ chúng đang hướng về đâu?’ Bộ trưởng Nội các hỏi, mắt nhìn lại xuống tấm bản đồ.</w:t>
      </w:r>
    </w:p>
    <w:p>
      <w:pPr>
        <w:spacing w:after="80"/>
      </w:pPr>
      <w:r>
        <w:rPr>
          <w:b w:val="0"/>
          <w:i w:val="0"/>
        </w:rPr>
        <w:t>‘Chúng sẽ không muốn la cà trong vùng biển Tây Ban Nha đâu,’ Tham mưu trưởng Hải quân nói. ‘Tôi cá là chúng đang hướng về Tripoli,’ một ngón tay lướt trên bản đồ, ‘với hy vọng có thể đến được lãnh hải Libya trước khi chúng ta có cơ hội tiến hành một cuộc trả đũa toàn diện.’</w:t>
      </w:r>
    </w:p>
    <w:p>
      <w:pPr>
        <w:spacing w:after="80"/>
      </w:pPr>
      <w:r>
        <w:rPr>
          <w:b w:val="0"/>
          <w:i w:val="0"/>
        </w:rPr>
        <w:t>‘Chúng ta có bao nhiêu thời gian?’ Bộ trưởng Nội các hỏi.</w:t>
      </w:r>
    </w:p>
    <w:p>
      <w:pPr>
        <w:spacing w:after="80"/>
      </w:pPr>
      <w:r>
        <w:rPr>
          <w:b w:val="0"/>
          <w:i w:val="0"/>
        </w:rPr>
        <w:t>‘Nếu chúng giữ tốc độ khoảng mười tám hải lý một giờ, sẽ mất khoảng bốn mươi tám giờ để chúng đến được vùng an toàn trong lãnh hải của mình.’</w:t>
      </w:r>
    </w:p>
    <w:p>
      <w:pPr>
        <w:spacing w:after="80"/>
      </w:pPr>
      <w:r>
        <w:rPr>
          <w:b w:val="0"/>
          <w:i w:val="0"/>
        </w:rPr>
        <w:t>‘Nếu chúng làm được,’ Bộ trưởng Ngoại giao, người ngồi đối diện Thủ tướng, nói, ‘thì chúng ta không còn lệnh trừng phạt nào để đe dọa Libya nữa, nên vị thế mặc cả của chúng ta không hẳn là mạnh.’</w:t>
      </w:r>
    </w:p>
    <w:p>
      <w:pPr>
        <w:spacing w:after="80"/>
      </w:pPr>
      <w:r>
        <w:rPr>
          <w:b w:val="0"/>
          <w:i w:val="0"/>
        </w:rPr>
        <w:t>‘Rất yếu,’ Thủ tướng nói, khoanh tay lại. ‘Vậy trong bốn mươi tám giờ tới, chúng ta có thể hy vọng đạt được gì để đảm bảo điều đó không xảy ra?’</w:t>
      </w:r>
    </w:p>
    <w:p>
      <w:pPr>
        <w:spacing w:after="80"/>
      </w:pPr>
      <w:r>
        <w:rPr>
          <w:b w:val="0"/>
          <w:i w:val="0"/>
        </w:rPr>
        <w:t>‘Tôi có một phi đội SBS tinh nhuệ được huấn luyện về Chống Khủng bố Hàng hải, hiện đang thực hiện diễn tập trên sông Clyde gần Faslane,’ Giám đốc Lực lượng Đặc biệt xen vào. ‘Tôi đã ra lệnh cho họ sớm nhất có thể quay về căn cứ ở Dorset, nơi tôi sẽ cùng tham gia với họ vào cuối ngày hôm nay.’</w:t>
      </w:r>
    </w:p>
    <w:p>
      <w:pPr>
        <w:spacing w:after="80"/>
      </w:pPr>
      <w:r>
        <w:rPr>
          <w:b w:val="0"/>
          <w:i w:val="0"/>
        </w:rPr>
        <w:t>‘Có tàu nào của chúng ta hiện đang ở trong khu vực không?’ Bộ trưởng Nội các hỏi, nghiêng người qua bàn và chấm một ngón tay vào giữa Địa Trung Hải.</w:t>
      </w:r>
    </w:p>
    <w:p>
      <w:pPr>
        <w:spacing w:after="80"/>
      </w:pPr>
      <w:r>
        <w:rPr>
          <w:b w:val="0"/>
          <w:i w:val="0"/>
        </w:rPr>
        <w:t xml:space="preserve">‘Tàu sân bay HMS </w:t>
      </w:r>
      <w:r>
        <w:rPr>
          <w:b w:val="0"/>
          <w:i/>
        </w:rPr>
        <w:t>Cornwall</w:t>
      </w:r>
      <w:r>
        <w:rPr>
          <w:b w:val="0"/>
          <w:i w:val="0"/>
        </w:rPr>
        <w:t xml:space="preserve"> đã neo đậu ngoài khơi Malta,’ Tham mưu trưởng Hải quân nói, ‘nhưng đã đang hướng về khu vực với tốc độ cao. Họ sẽ đuổi kịp chúng trong khoảng mười tám giờ nữa. Chúng ta cũng có một tàu ngầm đang sửa chữa nhỏ ở Gibraltar, sẽ sẵn sàng khởi hành vào sáng nay và có thể hội quân với </w:t>
      </w:r>
      <w:r>
        <w:rPr>
          <w:b w:val="0"/>
          <w:i/>
        </w:rPr>
        <w:t>Cornwall</w:t>
      </w:r>
      <w:r>
        <w:rPr>
          <w:b w:val="0"/>
          <w:i w:val="0"/>
        </w:rPr>
        <w:t xml:space="preserve"> vào khoảng chiều mai.’</w:t>
      </w:r>
    </w:p>
    <w:p>
      <w:pPr>
        <w:spacing w:after="80"/>
      </w:pPr>
      <w:r>
        <w:rPr>
          <w:b w:val="0"/>
          <w:i w:val="0"/>
        </w:rPr>
        <w:t>‘Tôi cho rằng,’ Thủ tướng nói, ‘ngài đã chọn một chỉ huy cự phách để đứng đầu chiến dịch này?’</w:t>
      </w:r>
    </w:p>
    <w:p>
      <w:pPr>
        <w:spacing w:after="80"/>
      </w:pPr>
      <w:r>
        <w:rPr>
          <w:b w:val="0"/>
          <w:i w:val="0"/>
        </w:rPr>
        <w:t>‘Đúng vậy,’ Đệ nhất Hải quân Đại thần nói. ‘Cậu ấy là người giỏi nhất. Bởi vì với một việc lớn như thế này, chắc chắn chúng ta không cần một kẻ fimfop.’</w:t>
      </w:r>
    </w:p>
    <w:p>
      <w:pPr>
        <w:spacing w:after="80"/>
      </w:pPr>
      <w:r>
        <w:rPr>
          <w:b w:val="0"/>
          <w:i w:val="0"/>
        </w:rPr>
        <w:t>‘Một fimfop à?’ vị Thư ký Nội các hỏi lại.</w:t>
      </w:r>
    </w:p>
    <w:p>
      <w:pPr>
        <w:spacing w:after="80"/>
      </w:pPr>
      <w:r>
        <w:rPr>
          <w:b w:val="0"/>
          <w:i w:val="0"/>
        </w:rPr>
        <w:t>‘Vui trong đống bừa bộn, khờ trong vận hành. Tôi có thể đảm bảo với anh rằng Thuyền trưởng Davenport không phải là người mà Khalifah muốn gặp đâu.’</w:t>
      </w:r>
    </w:p>
    <w:p>
      <w:pPr>
        <w:spacing w:after="80"/>
      </w:pPr>
      <w:r>
        <w:rPr>
          <w:b w:val="0"/>
          <w:i w:val="0"/>
        </w:rPr>
        <w:t>‘Khalifah đang bị giam giữ trong những điều kiện nào vào lúc này?’ Thủ tướng hỏi, mắt đảo quanh bàn, không chắc ai sẽ trả lời được câu hỏi của bà.</w:t>
      </w:r>
    </w:p>
    <w:p>
      <w:pPr>
        <w:spacing w:after="80"/>
      </w:pPr>
      <w:r>
        <w:rPr>
          <w:b w:val="0"/>
          <w:i w:val="0"/>
        </w:rPr>
        <w:t>“Hiện giờ ông ta đang bị giam trong khu biệt giam của nhà tù Belmarsh,” William nói. “Ông ta không có cách nào liên lạc với bất kỳ ai bên ngoài, nhưng tôi nghĩ chúng ta có thể chắc chắn rằng ông ta biết rõ chuyện gì đang diễn ra.”</w:t>
      </w:r>
    </w:p>
    <w:p>
      <w:pPr>
        <w:spacing w:after="80"/>
      </w:pPr>
      <w:r>
        <w:rPr>
          <w:b w:val="0"/>
          <w:i w:val="0"/>
        </w:rPr>
        <w:t>Mọi người quanh bàn đều quay sang nhìn William.</w:t>
      </w:r>
    </w:p>
    <w:p>
      <w:pPr>
        <w:spacing w:after="80"/>
      </w:pPr>
      <w:r>
        <w:rPr>
          <w:b w:val="0"/>
          <w:i w:val="0"/>
        </w:rPr>
        <w:t>‘Trong hoàn cảnh này, ném chìa khóa đi có vẻ là một phản ứng thích hợp,’ Bộ trưởng Nội vụ nói.</w:t>
      </w:r>
    </w:p>
    <w:p>
      <w:pPr>
        <w:spacing w:after="80"/>
      </w:pPr>
      <w:r>
        <w:rPr>
          <w:b w:val="0"/>
          <w:i w:val="0"/>
        </w:rPr>
        <w:t>‘Tôi chỉ ước gì mọi chuyện dễ dàng đến thế,’ Thủ tướng nói. ‘Nhưng trước mắt, tôi đề nghị tất cả chúng ta bắt tay vào việc và cố tỏ ra như thể mọi thứ vẫn diễn ra bình thường. Tôi không cần phải nhắc các vị rằng điều tối quan trọng là báo chí không được nắm được câu chuyện này.’</w:t>
      </w:r>
    </w:p>
    <w:p>
      <w:pPr>
        <w:spacing w:after="80"/>
      </w:pPr>
      <w:r>
        <w:rPr>
          <w:b w:val="0"/>
          <w:i w:val="0"/>
        </w:rPr>
        <w:t>‘Và nếu họ làm vậy thì sao?’ Thư ký Báo chí của Thủ tướng hỏi.</w:t>
      </w:r>
    </w:p>
    <w:p>
      <w:pPr>
        <w:spacing w:after="80"/>
      </w:pPr>
      <w:r>
        <w:rPr>
          <w:b w:val="0"/>
          <w:i w:val="0"/>
        </w:rPr>
        <w:t>‘Tôi sẽ dán nhãn D-notice lên mọi nhà in ở Fleet Street,’ Tổng Chưởng lý nói, không chút do dự.</w:t>
      </w:r>
    </w:p>
    <w:p>
      <w:pPr>
        <w:spacing w:after="80"/>
      </w:pPr>
      <w:r>
        <w:rPr>
          <w:b w:val="0"/>
          <w:i w:val="0"/>
        </w:rPr>
        <w:t>‘Nếu một nguồn tin nước ngoài phát hiện ra Công chúa bị bắt cóc thì sao?’ là câu hỏi thứ hai của Thư ký Báo chí. ‘Cô không thể gán tội gì cho họ được.’</w:t>
      </w:r>
    </w:p>
    <w:p>
      <w:pPr>
        <w:spacing w:after="80"/>
      </w:pPr>
      <w:r>
        <w:rPr>
          <w:b w:val="0"/>
          <w:i w:val="0"/>
        </w:rPr>
        <w:t xml:space="preserve">‘Nếu chuyện đó xảy ra, Bernard, hãy chuẩn bị một tuyên bố cho tôi,’ Thủ tướng nói, đúng lúc cánh cửa bật mở và thư ký riêng của bà lao vào phòng, đưa cho bà một mẩu giấy. Bà mở ra và đọc to tin nhắn ngắn. ‘Một chiếc Nimrod đã xác định được vị trí của </w:t>
      </w:r>
      <w:r>
        <w:rPr>
          <w:b w:val="0"/>
          <w:i/>
        </w:rPr>
        <w:t>Lowlander</w:t>
      </w:r>
      <w:r>
        <w:rPr>
          <w:b w:val="0"/>
          <w:i w:val="0"/>
        </w:rPr>
        <w:t>, và ngài nói đúng, Đô đốc ạ,’ bà nói, ngước nhìn Tham mưu trưởng Hải quân. ‘Họ đang hướng về phía đông-đông-nam với tốc độ khoảng mười bảy hải lý một giờ.’</w:t>
      </w:r>
    </w:p>
    <w:p>
      <w:pPr>
        <w:spacing w:after="80"/>
      </w:pPr>
      <w:r>
        <w:rPr>
          <w:b w:val="0"/>
          <w:i w:val="0"/>
        </w:rPr>
        <w:t>"Vậy thì phải là Tripoli," Bộ trưởng Ngoại giao nói.</w:t>
      </w:r>
    </w:p>
    <w:p>
      <w:pPr>
        <w:spacing w:after="80"/>
      </w:pPr>
      <w:r>
        <w:rPr>
          <w:b w:val="0"/>
          <w:i w:val="0"/>
        </w:rPr>
        <w:t>“Nghĩa là chúng ta còn,” Thủ tướng vừa nói vừa liếc đồng hồ, “khoảng bốn mươi bảy tiếng trước khi tôi không còn lựa chọn nào khác ngoài việc nhận cuộc gọi từ Đại tá Gaddafi và đàm phán từ một thế yếu.” Bà nhìn quanh bàn. “Đó là điều tôi muốn tránh,” bà nói dứt khoát. “Bất kể giá nào.”</w:t>
      </w:r>
    </w:p>
    <w:p>
      <w:pPr>
        <w:pStyle w:val="Heading2"/>
      </w:pPr>
      <w:r>
        <w:rPr>
          <w:rFonts w:ascii="Calibri" w:hAnsi="Calibri"/>
          <w:b/>
          <w:i w:val="0"/>
          <w:sz w:val="32"/>
        </w:rPr>
        <w:t>CHƯƠNG 33</w:t>
      </w:r>
    </w:p>
    <w:p>
      <w:pPr>
        <w:spacing w:after="80"/>
      </w:pPr>
      <w:r>
        <w:rPr>
          <w:b w:val="0"/>
          <w:i w:val="0"/>
        </w:rPr>
        <w:t>Khi giám sát viên lặn của SBS nhận được cuộc gọi từ chỉ huy tác chiến ở Faslane, anh giữ ổn định con thuyền của mình và nạp một thiết bị thu hồi thợ lặn rồi thả xuống nước. Nó chìm dưới những con sóng, phát nổ ngay sau đó để báo cho các thợ lặn của Phi đội M quay lại mặt nước ngay lập tức. Trong vài giây, hàng chục cơ thể bọc cao su hiện lên trên mặt sóng và bắt đầu đua nhau bơi về phía thuyền an toàn. Họ không cần ai phải nói đó là tình huống khẩn cấp, vì họ có thể thấy hai chiếc xuồng nhanh hơn đang lao tới với tốc độ cao.</w:t>
      </w:r>
    </w:p>
    <w:p>
      <w:pPr>
        <w:spacing w:after="80"/>
      </w:pPr>
      <w:r>
        <w:rPr>
          <w:b w:val="0"/>
          <w:i w:val="0"/>
        </w:rPr>
        <w:t>Mệnh lệnh rất đơn giản. Quay về căn cứ ở Coulport, cởi bỏ đồ lặn và sẵn sàng lên trực thăng trong hai mươi phút. Ai không có mặt trên sân bay trực thăng lúc đó sẽ bị bỏ lại. "Bị bỏ lại" là hai từ duy nhất mà chỉ huy tác chiến lặp đi lặp lại.</w:t>
      </w:r>
    </w:p>
    <w:p>
      <w:pPr>
        <w:spacing w:after="80"/>
      </w:pPr>
      <w:r>
        <w:rPr>
          <w:b w:val="0"/>
          <w:i w:val="0"/>
        </w:rPr>
        <w:t>Khi người cuối cùng của Phi đội M đến sân bay trực thăng ở Coulport, cánh quạt của chiếc trực thăng thứ ba đã quay, chờ cất cánh và, giống như hai chiếc kia, lên đường quay về trụ sở SBS ở Poole. Không ai lỡ chuyến bay.</w:t>
      </w:r>
    </w:p>
    <w:p>
      <w:pPr>
        <w:spacing w:after="80"/>
        <w:jc w:val="center"/>
      </w:pPr>
      <w:r>
        <w:rPr>
          <w:b w:val="0"/>
          <w:i w:val="0"/>
        </w:rPr>
        <w:t>• • •</w:t>
      </w:r>
    </w:p>
    <w:p>
      <w:pPr>
        <w:spacing w:after="80"/>
      </w:pPr>
      <w:r>
        <w:rPr>
          <w:b w:val="0"/>
          <w:i w:val="0"/>
        </w:rPr>
        <w:t>"Bọn chúng là khủng bố hay cướp biển?" Victoria hỏi, cố không để lộ mình đang lo lắng đến mức nào.</w:t>
      </w:r>
    </w:p>
    <w:p>
      <w:pPr>
        <w:spacing w:after="80"/>
      </w:pPr>
      <w:r>
        <w:rPr>
          <w:b w:val="0"/>
          <w:i w:val="0"/>
        </w:rPr>
        <w:t>"Khủng bố," Ross nói, không chút do dự. "Chỉ mong là bọn cướp biển đã đang tìm cách giải cứu chúng ta rồi."</w:t>
      </w:r>
    </w:p>
    <w:p>
      <w:pPr>
        <w:spacing w:after="80"/>
      </w:pPr>
      <w:r>
        <w:rPr>
          <w:b w:val="0"/>
          <w:i w:val="0"/>
        </w:rPr>
        <w:t>"Chúng nhắm đến tiền à?" Victoria hỏi. "Vì nếu đúng thế, chắc chắn chúng chỉ cần thương lượng số tiền với chính phủ thôi?"</w:t>
      </w:r>
    </w:p>
    <w:p>
      <w:pPr>
        <w:spacing w:after="80"/>
      </w:pPr>
      <w:r>
        <w:rPr>
          <w:b w:val="0"/>
          <w:i w:val="0"/>
        </w:rPr>
        <w:t>"Tôi không nghĩ nhóm này quan tâm đến tiền."</w:t>
      </w:r>
    </w:p>
    <w:p>
      <w:pPr>
        <w:spacing w:after="80"/>
      </w:pPr>
      <w:r>
        <w:rPr>
          <w:b w:val="0"/>
          <w:i w:val="0"/>
        </w:rPr>
        <w:t>"Vậy chúng có thể muốn gì chứ?"</w:t>
      </w:r>
    </w:p>
    <w:p>
      <w:pPr>
        <w:spacing w:after="80"/>
      </w:pPr>
      <w:r>
        <w:rPr>
          <w:b w:val="0"/>
          <w:i w:val="0"/>
        </w:rPr>
        <w:t>"Mansour Khalifah. Kẻ khủng bố người Libya đứng sau vụ đánh bom Lockerbie, hiện đang bị giam ở Belmarsh. Hắn là tay chân thân tín của Đại tá Gaddafi, và vì hiện giờ chúng ta đang đi về hướng đông nam, tôi đoán điểm dừng chân tiếp theo của chúng ta có lẽ sẽ là Tripoli."</w:t>
      </w:r>
    </w:p>
    <w:p>
      <w:pPr>
        <w:spacing w:after="80"/>
      </w:pPr>
      <w:r>
        <w:rPr>
          <w:b w:val="0"/>
          <w:i w:val="0"/>
        </w:rPr>
        <w:t>"Vì ngài hầu như chẳng chợp mắt được chút nào tối qua, thưa Thanh tra, ngài có kế hoạch nào đưa chúng ta ra khỏi đây không?" Victoria nói khi bước ra ngoài và nhìn về phía ban công của Diana, nhưng không thấy dấu hiệu nào của cô ấy.</w:t>
      </w:r>
    </w:p>
    <w:p>
      <w:pPr>
        <w:spacing w:after="80"/>
      </w:pPr>
      <w:r>
        <w:rPr>
          <w:b w:val="0"/>
          <w:i w:val="0"/>
        </w:rPr>
        <w:t>Ross ra ban công cùng cô, nhìn quanh, và tuyên bố, "Tôi không được phát một cái như thế này," không muốn để cô mãi nghĩ về chủ đề đang khiến cả hai bận tâm.</w:t>
      </w:r>
    </w:p>
    <w:p>
      <w:pPr>
        <w:spacing w:after="80"/>
      </w:pPr>
      <w:r>
        <w:rPr>
          <w:b w:val="0"/>
          <w:i w:val="0"/>
        </w:rPr>
        <w:t>"Đương nhiên rồi, thưa Thanh tra," cô đáp, nở với anh một nụ cười mờ nhạt, "nhưng có điều tôi hiếm khi bị buộc phải qua đêm với một người trong số nhân viên dưới quyền. Ngài có lý do nào khác để tin rằng có thể chúng ta đang hướng đến Libya không?" cô nói thêm, không để anh thoát khỏi câu hỏi.</w:t>
      </w:r>
    </w:p>
    <w:p>
      <w:pPr>
        <w:spacing w:after="80"/>
      </w:pPr>
      <w:r>
        <w:rPr>
          <w:b w:val="0"/>
          <w:i w:val="0"/>
        </w:rPr>
        <w:t>"Hôm qua khi chúng ta ở ngoài hành lang, tôi nghe một tên tay sai của Chalabi nói 'Đại tá', rồi hắn giơ nắm đấm lên đầy đắc thắng. Nhưng dù chúng ta đi đâu, ưu tiên đầu tiên của tôi là bảo vệ Công chúa."</w:t>
      </w:r>
    </w:p>
    <w:p>
      <w:pPr>
        <w:spacing w:after="80"/>
      </w:pPr>
      <w:r>
        <w:rPr>
          <w:b w:val="0"/>
          <w:i w:val="0"/>
        </w:rPr>
        <w:t>"Điều đó sẽ không dễ đâu. Dù sao đi nữa, có lẽ chúng ta đang gặp nguy hiểm nhiều hơn cô ấy."</w:t>
      </w:r>
    </w:p>
    <w:p>
      <w:pPr>
        <w:spacing w:after="80"/>
      </w:pPr>
      <w:r>
        <w:rPr>
          <w:b w:val="0"/>
          <w:i w:val="0"/>
        </w:rPr>
        <w:t>"Vì sao ngài nói vậy?"</w:t>
      </w:r>
    </w:p>
    <w:p>
      <w:pPr>
        <w:spacing w:after="80"/>
      </w:pPr>
      <w:r>
        <w:rPr>
          <w:b w:val="0"/>
          <w:i w:val="0"/>
        </w:rPr>
        <w:t>'Nếu cô đoán đúng là bọn chúng muốn trao đổi Khalifah để lấy Công chúa, thì hy vọng duy nhất để chúng được thả hắn là phải đảm bảo không hy sinh con hậu của mình. Dù rằng chúng có thể rất vui vẻ gạt bớt vài con tốt khỏi bàn cờ, thậm chí cả một quân xe, điều đó có thể giải thích cho bốn phát súng ta nghe thấy đêm qua. Nó cũng có thể giúp các chính trị gia ở Whitehall đưa ra quyết định. Đó là giả sử bọn cướp biển của cô không đến đúng giờ.'</w:t>
      </w:r>
    </w:p>
    <w:p>
      <w:pPr>
        <w:spacing w:after="80"/>
      </w:pPr>
      <w:r>
        <w:rPr>
          <w:b w:val="0"/>
          <w:i w:val="0"/>
        </w:rPr>
        <w:t>'Cô mà đi làm thám tử thì giỏi lắm đấy,' Ross nói. 'Vậy cô nghĩ nước đi tiếp theo của chúng sẽ là gì?'</w:t>
      </w:r>
    </w:p>
    <w:p>
      <w:pPr>
        <w:spacing w:after="80"/>
      </w:pPr>
      <w:r>
        <w:rPr>
          <w:b w:val="0"/>
          <w:i w:val="0"/>
        </w:rPr>
        <w:t>'Chúng ta sẽ không biết được cho đến khi kẻ mà Chalabi định liên lạc ở London thức dậy, mà có khi phải hơn một tiếng nữa. Vậy trong lúc chờ thì ta nên làm gì?'</w:t>
      </w:r>
    </w:p>
    <w:p>
      <w:pPr>
        <w:spacing w:after="80"/>
      </w:pPr>
      <w:r>
        <w:rPr>
          <w:b w:val="0"/>
          <w:i w:val="0"/>
        </w:rPr>
        <w:t>'Lúc nào chẳng có thể quay lại giường,' Ross trêu, cố lái tâm trí cô khỏi điều mà anh sợ cô đang thực sự nghĩ tới.</w:t>
      </w:r>
    </w:p>
    <w:p>
      <w:pPr>
        <w:spacing w:after="80"/>
      </w:pPr>
      <w:r>
        <w:rPr>
          <w:b w:val="0"/>
          <w:i w:val="0"/>
        </w:rPr>
        <w:t>'Tôi phải thú nhận,' Victoria nói, 'tôi đã hình dung ra vài kịch bản mà điều đó có thể xảy ra, nhưng bị một nhóm khủng bố cần thêm một phòng trống ép phải qua đêm với anh thì không nằm trong danh sách ưu tiên. Thẳng thắn mà nói, tôi nghĩ anh nên quan tâm hơn đến người phụ nữ mới nhất trong đời anh,' cô nói, chỉ về phía boong trên. 'Và với bao nhiêu kinh nghiệm về phái đẹp của anh, thanh tra ạ, tôi rất tò mò muốn biết anh đánh giá cô ta thế nào?'</w:t>
      </w:r>
    </w:p>
    <w:p>
      <w:pPr>
        <w:spacing w:after="80"/>
      </w:pPr>
      <w:r>
        <w:rPr>
          <w:b w:val="0"/>
          <w:i w:val="0"/>
        </w:rPr>
        <w:t>'Rõ ràng là cô ta tàn nhẫn và hiệu quả. Toàn bộ chiến dịch được lên kế hoạch kỹ lưỡng, nên cô ta sẽ biết chính xác nước đi tiếp theo của mình. Nhưng có một điều cô ta có thể không lường trước: đêm qua khi chúng chiếm du thuyền, có một tay săn ảnh paparazzi trên bãi biển, và anh ta có một điểm chung với tôi,' Ross nói. 'Anh ta không bao giờ rời mắt khỏi Công chúa.'</w:t>
      </w:r>
    </w:p>
    <w:p>
      <w:pPr>
        <w:spacing w:after="80"/>
      </w:pPr>
      <w:r>
        <w:rPr>
          <w:b w:val="0"/>
          <w:i w:val="0"/>
        </w:rPr>
        <w:t>'Vậy là báo sáng nay có thể đã đăng câu chuyện lên trang nhất rồi.'</w:t>
      </w:r>
    </w:p>
    <w:p>
      <w:pPr>
        <w:spacing w:after="80"/>
      </w:pPr>
      <w:r>
        <w:rPr>
          <w:b w:val="0"/>
          <w:i w:val="0"/>
        </w:rPr>
        <w:t>'Không đâu, nếu anh ta chết. Đêm qua tôi nghe thấy một phát súng từ một khẩu súng trường công suất lớn, không phải từ khẩu súng đã giết năm người kia,' Ross nói khi ngước nhìn bầu trời qua ô cửa tròn.</w:t>
      </w:r>
    </w:p>
    <w:p>
      <w:pPr>
        <w:spacing w:after="80"/>
      </w:pPr>
      <w:r>
        <w:rPr>
          <w:b w:val="0"/>
          <w:i w:val="0"/>
        </w:rPr>
        <w:t>'Anh đang tìm gì vậy?' Victoria hỏi.</w:t>
      </w:r>
    </w:p>
    <w:p>
      <w:pPr>
        <w:spacing w:after="80"/>
      </w:pPr>
      <w:r>
        <w:rPr>
          <w:b w:val="0"/>
          <w:i w:val="0"/>
        </w:rPr>
        <w:t>'Tôi không tìm, tôi đang nghe. Một khi ở London nhận ra Công chúa đã bị bắt cóc, sẽ có một chiếc Nimrod ở đâu đó trên cao cố xác định chính xác vị trí của chúng ta.'</w:t>
      </w:r>
    </w:p>
    <w:p>
      <w:pPr>
        <w:spacing w:after="80"/>
      </w:pPr>
      <w:r>
        <w:rPr>
          <w:b w:val="0"/>
          <w:i w:val="0"/>
        </w:rPr>
        <w:t>'Nhưng bọn khủng bố chẳng phải sẽ nhìn thấy nó và cảnh giác sao?'</w:t>
      </w:r>
    </w:p>
    <w:p>
      <w:pPr>
        <w:spacing w:after="80"/>
      </w:pPr>
      <w:r>
        <w:rPr>
          <w:b w:val="0"/>
          <w:i w:val="0"/>
        </w:rPr>
        <w:t>'Phi công sẽ đảm bảo bay đủ cao để nằm ngoài tầm nhìn. Và tin tôi đi, họ đủ khả năng xác định vị trí một con cá heo từ cách xa hai mươi dặm, chứ đừng nói đến một chiếc du thuyền dài bảy mươi mét.'</w:t>
      </w:r>
    </w:p>
    <w:p>
      <w:pPr>
        <w:spacing w:after="80"/>
      </w:pPr>
      <w:r>
        <w:rPr>
          <w:b w:val="0"/>
          <w:i w:val="0"/>
        </w:rPr>
        <w:t>'Kể cả nếu họ tìm ra chúng ta, thì họ hy vọng làm được gì?'</w:t>
      </w:r>
    </w:p>
    <w:p>
      <w:pPr>
        <w:spacing w:after="80"/>
      </w:pPr>
      <w:r>
        <w:rPr>
          <w:b w:val="0"/>
          <w:i w:val="0"/>
        </w:rPr>
        <w:t>'Mọi cơ quan chính phủ sẽ chạy hết công suất, nhưng chính SBS sẽ tiến hành chiến dịch giải cứu. Vấn đề lớn nhất của họ là chỉ có một khoảng thời gian giới hạn trước khi chúng ta vào lãnh hải Libya.'</w:t>
      </w:r>
    </w:p>
    <w:p>
      <w:pPr>
        <w:spacing w:after="80"/>
      </w:pPr>
      <w:r>
        <w:rPr>
          <w:b w:val="0"/>
          <w:i w:val="0"/>
        </w:rPr>
        <w:t>'Không hẳn là nơi Công chúa định dành kỳ nghỉ hè của mình.'</w:t>
      </w:r>
    </w:p>
    <w:p>
      <w:pPr>
        <w:spacing w:after="80"/>
      </w:pPr>
      <w:r>
        <w:rPr>
          <w:b w:val="0"/>
          <w:i w:val="0"/>
        </w:rPr>
        <w:t>'Tôi phải nói thật, Victoria, cô có vẻ bình tĩnh lạ thường trong hoàn cảnh này,' dù Ross nhận thấy cô hơi cắn môi, điều phần nào bộc lộ cảm xúc thật của cô.</w:t>
      </w:r>
    </w:p>
    <w:p>
      <w:pPr>
        <w:spacing w:after="80"/>
      </w:pPr>
      <w:r>
        <w:rPr>
          <w:b w:val="0"/>
          <w:i w:val="0"/>
        </w:rPr>
        <w:t>‘Gia đình tôi từng đối mặt với những điều tồi tệ nhất trong quá khứ. Ông cố cố của tôi mất một chân trong cuộc vây hãm Mafeking,’ bà nói. ‘Ông nội tôi hy sinh trên bãi biển Dunkirk, còn cha tôi thì ngu ngốc đầu tư gia sản của dòng họ vào Lloyd’s of London và giờ đang nằm trong cái mà họ gọi là “danh sách khó khăn”, nên tôi e rằng phần thừa kế của tôi đã đội nón ra đi và cuối cùng tôi sẽ phải làm điều mà những người phụ nữ trong dòng họ tôi đã làm rất nhiều lần trong quá khứ – kết hôn vì tiền. Nếu cô muốn biết sự thật, tôi tuyệt đối khiếp sợ. Nhưng như bà tôi từng dặn mẹ tôi khi bom đang rơi xuống London, “Hãy giữ bình tĩnh. Tiếp tục bước tiếp, và luôn nhớ đặt dao nĩa xuống giữa các miếng ăn.”’</w:t>
      </w:r>
    </w:p>
    <w:p>
      <w:pPr>
        <w:spacing w:after="80"/>
      </w:pPr>
      <w:r>
        <w:rPr>
          <w:b w:val="0"/>
          <w:i w:val="0"/>
        </w:rPr>
        <w:t>Ross chỉ có thể khâm phục cách người phụ nữ này phản ứng dưới áp lực, nhưng không nói với cô rằng họ mới chỉ trải qua trận giao tranh đầu tiên. Victoria bước tới bàn làm việc ở góc cabin của mình, trên đó có một chồng lớn những lá thư chưa mở gửi cho Công chúa. Cô nhặt phong bì trên cùng và, dùng một con dao rọc thư bằng bạc, rạch mở nó với sự thành thạo đã thành thói quen.</w:t>
      </w:r>
    </w:p>
    <w:p>
      <w:pPr>
        <w:spacing w:after="80"/>
      </w:pPr>
      <w:r>
        <w:rPr>
          <w:b w:val="0"/>
          <w:i w:val="0"/>
        </w:rPr>
        <w:t>‘Từ một trong vô số người hâm mộ của cô ấy à?’ Ross hỏi.</w:t>
      </w:r>
    </w:p>
    <w:p>
      <w:pPr>
        <w:spacing w:after="80"/>
      </w:pPr>
      <w:r>
        <w:rPr>
          <w:b w:val="0"/>
          <w:i w:val="0"/>
        </w:rPr>
        <w:t>‘Đúng vậy, nhưng đây chỉ là một mẫu nhỏ trong những gì Điện hạ nhận được mỗi ngày. Một trong những nhiệm vụ của tôi là đảm bảo tất cả đều được hồi âm, kể cả những lá thư không mấy tâng bốc. Tôi mang theo một xấp khi lên đường, để có thể trả lời chúng khi không có việc gì hay ho hơn để làm.’</w:t>
      </w:r>
    </w:p>
    <w:p>
      <w:pPr>
        <w:spacing w:after="80"/>
      </w:pPr>
      <w:r>
        <w:rPr>
          <w:b w:val="0"/>
          <w:i w:val="0"/>
        </w:rPr>
        <w:t>‘Cô ấy phản ứng thế nào với những lá thư không tâng bốc?’</w:t>
      </w:r>
    </w:p>
    <w:p>
      <w:pPr>
        <w:spacing w:after="80"/>
      </w:pPr>
      <w:r>
        <w:rPr>
          <w:b w:val="0"/>
          <w:i w:val="0"/>
        </w:rPr>
        <w:t>‘Cô ấy không bao giờ nhìn thấy chúng,’ Victoria thú nhận. ‘Tôi luôn chọn vài lá từ những người hâm mộ trung thành để cô ấy đọc trong bữa sáng, mặc dù tôi không nghĩ hôm nay mình sẽ có cơ hội đó.’</w:t>
      </w:r>
    </w:p>
    <w:p>
      <w:pPr>
        <w:spacing w:after="80"/>
      </w:pPr>
      <w:r>
        <w:rPr>
          <w:b w:val="0"/>
          <w:i w:val="0"/>
        </w:rPr>
        <w:t>‘Cô có nghĩ công chúng sẽ tiếp tục ủng hộ cô ấy nếu biết rằng cô ấy đã đi nghỉ với người tình chứ không phải với Hoàng tử?’</w:t>
      </w:r>
    </w:p>
    <w:p>
      <w:pPr>
        <w:spacing w:after="80"/>
      </w:pPr>
      <w:r>
        <w:rPr>
          <w:b w:val="0"/>
          <w:i w:val="0"/>
        </w:rPr>
        <w:t>‘Phần lớn thì có,’ Victoria nói. ‘Với những người tôn thờ, cô ấy không thể làm gì sai.’</w:t>
      </w:r>
    </w:p>
    <w:p>
      <w:pPr>
        <w:spacing w:after="80"/>
      </w:pPr>
      <w:r>
        <w:rPr>
          <w:b w:val="0"/>
          <w:i w:val="0"/>
        </w:rPr>
        <w:t>Ross quay phắt lại khi cánh cửa bật mở và hai tên tay sai của Chalabi xông vào phòng. Chúng túm lấy tay Ross, lôi anh ra hành lang, và khóa cửa lại sau lưng. Một mình trong cabin, Victoria òa khóc; cuối cùng thì sự cứng cỏi của cô cũng đã lung lay.</w:t>
      </w:r>
    </w:p>
    <w:p>
      <w:pPr>
        <w:spacing w:after="80"/>
      </w:pPr>
      <w:r>
        <w:rPr>
          <w:b w:val="0"/>
          <w:i w:val="0"/>
        </w:rPr>
        <w:t>Ross bị áp giải lên cầu thang với họng súng trường chọc đau điếng vào lưng, trước khi bị đẩy ra boong tàu trên cùng, nơi Chalabi và Hassan đang đợi anh. Nắng sớm chói chang chiếu xuống họ, như thể không hề biết rằng họ đã không còn trong kỳ nghỉ nữa.</w:t>
      </w:r>
    </w:p>
    <w:p>
      <w:pPr>
        <w:spacing w:after="80"/>
      </w:pPr>
      <w:r>
        <w:rPr>
          <w:b w:val="0"/>
          <w:i w:val="0"/>
        </w:rPr>
        <w:t>‘Đã đến lúc, Thanh tra Hogan, để chúng ta chuyển sang giai đoạn hai trong kế hoạch của ta.’</w:t>
      </w:r>
    </w:p>
    <w:p>
      <w:pPr>
        <w:spacing w:after="80"/>
      </w:pPr>
      <w:r>
        <w:rPr>
          <w:b w:val="0"/>
          <w:i w:val="0"/>
        </w:rPr>
        <w:t>Ross bỗng nhận ra tại sao chúng chưa giết anh.</w:t>
      </w:r>
    </w:p>
    <w:p>
      <w:pPr>
        <w:spacing w:after="80"/>
      </w:pPr>
      <w:r>
        <w:rPr>
          <w:b w:val="0"/>
          <w:i w:val="0"/>
        </w:rPr>
        <w:t>‘Mọi cuộc điện thoại anh gọi từ cabin trong chuyến đi này đều đã bị theo dõi, Thanh tra. Vậy nên, hiện tại, và ta nhấn mạnh là hiện tại, anh còn sống thì có ích cho ta hơn là chết. Ta muốn anh liên lạc với Giám đốc Warwick, vì ông ta có vẻ là sĩ quan phụ trách Bảo vệ Hoàng gia.’ Ross không nói gì. ‘Anh sẽ gọi cho ông ta ngay bây giờ, để ta có thể trình bày chi tiết những gì ta mong đợi để đổi lấy việc không giết vị Nữ hoàng tương lai của nước Anh.’</w:t>
      </w:r>
    </w:p>
    <w:p>
      <w:pPr>
        <w:spacing w:after="80"/>
        <w:jc w:val="center"/>
      </w:pPr>
      <w:r>
        <w:rPr>
          <w:b w:val="0"/>
          <w:i w:val="0"/>
        </w:rPr>
        <w:t>• • •</w:t>
      </w:r>
    </w:p>
    <w:p>
      <w:pPr>
        <w:spacing w:after="80"/>
      </w:pPr>
      <w:r>
        <w:rPr>
          <w:b w:val="0"/>
          <w:i w:val="0"/>
        </w:rPr>
        <w:t>Một lần nữa, tất cả đều đứng dậy khi bà Thatcher bước vào phòng.</w:t>
      </w:r>
    </w:p>
    <w:p>
      <w:pPr>
        <w:spacing w:after="80"/>
      </w:pPr>
      <w:r>
        <w:rPr>
          <w:b w:val="0"/>
          <w:i w:val="0"/>
        </w:rPr>
        <w:t>‘Chuẩn tướng,’ Thủ tướng nói, trước khi bà ngồi xuống.</w:t>
      </w:r>
    </w:p>
    <w:p>
      <w:pPr>
        <w:spacing w:after="80"/>
      </w:pPr>
      <w:r>
        <w:rPr>
          <w:b w:val="0"/>
          <w:i w:val="0"/>
        </w:rPr>
        <w:t>‘Một đội SBS gồm những đặc nhiệm được huấn luyện bài bản đã được phổ biến đầy đủ về nhiệm vụ của họ, với mật danh tác chiến là “Overboard”, và hiện đã lên đường tới Địa Trung Hải,’ Giám đốc Lực lượng Đặc biệt cho biết. ‘Tôi đã bay xuống Poole sau cuộc họp hôm qua và phổ biến cho SBS những thông tin mới nhất của chúng ta. Chúng tôi đã có một kế hoạch sơ bộ trước khi tôi lên máy bay quay về RAF Northolt ngay sau nửa đêm.’</w:t>
      </w:r>
    </w:p>
    <w:p>
      <w:pPr>
        <w:spacing w:after="80"/>
      </w:pPr>
      <w:r>
        <w:rPr>
          <w:b w:val="0"/>
          <w:i w:val="0"/>
        </w:rPr>
        <w:t>‘Nhưng chẳng phải sẽ mất nhiều ngày để ngay cả những đặc nhiệm dày dạn nhất có thể triển khai một chiến dịch đòi hỏi cao như vậy sao?’ Thư ký Nội các hỏi.</w:t>
      </w:r>
    </w:p>
    <w:p>
      <w:pPr>
        <w:spacing w:after="80"/>
      </w:pPr>
      <w:r>
        <w:rPr>
          <w:b w:val="0"/>
          <w:i w:val="0"/>
        </w:rPr>
        <w:t>‘Thực ra thì không đâu, thưa Sir Robin,’ vị chuẩn tướng nói. ‘SBS</w:t>
      </w:r>
      <w:r>
        <w:rPr>
          <w:b w:val="0"/>
          <w:i/>
        </w:rPr>
        <w:t xml:space="preserve"> </w:t>
      </w:r>
      <w:r>
        <w:rPr>
          <w:b w:val="0"/>
          <w:i w:val="0"/>
        </w:rPr>
        <w:t>dành mọi giờ thức để chuẩn bị cho khả năng như thế, và họ nóng lòng được thử thách bởi những kẻ khủng bố thật, chứ không phải những người tình nguyện đóng vai.’</w:t>
      </w:r>
    </w:p>
    <w:p>
      <w:pPr>
        <w:spacing w:after="80"/>
      </w:pPr>
      <w:r>
        <w:rPr>
          <w:b w:val="0"/>
          <w:i w:val="0"/>
        </w:rPr>
        <w:t>‘Nhưng làm sao họ có thể hy vọng lên được một con tàu đang di chuyển nhanh, giữa đại dương, mà thủy thủ đoàn sẽ luôn cảnh giác tìm mọi dấu hiệu nguy hiểm?’ Thủ tướng hỏi.</w:t>
      </w:r>
    </w:p>
    <w:p>
      <w:pPr>
        <w:spacing w:after="80"/>
      </w:pPr>
      <w:r>
        <w:rPr>
          <w:b w:val="0"/>
          <w:i w:val="0"/>
        </w:rPr>
        <w:t>‘Còn tùy vào việc họ đang nhìn về hướng nào khi đội của chúng ta xuất hiện,’ vị chuẩn tướng nói. ‘Nhưng ngài có thể yên tâm rằng họ đã luyện tập vô số lần với nhiều biến thể của kịch bản này và đã sẵn sàng hơn cả mức cần thiết cho thử thách này.’</w:t>
      </w:r>
    </w:p>
    <w:p>
      <w:pPr>
        <w:spacing w:after="80"/>
      </w:pPr>
      <w:r>
        <w:rPr>
          <w:b w:val="0"/>
          <w:i w:val="0"/>
        </w:rPr>
        <w:t>‘Ngài có thể chia sẻ chút chi tiết nào với chúng tôi ở thời điểm này không,’ Bộ trưởng Quốc phòng hỏi, ‘hay vẫn còn quá sớm?’</w:t>
      </w:r>
    </w:p>
    <w:p>
      <w:pPr>
        <w:spacing w:after="80"/>
      </w:pPr>
      <w:r>
        <w:rPr>
          <w:b w:val="0"/>
          <w:i w:val="0"/>
        </w:rPr>
        <w:t>Một tấm bản đồ Địa Trung Hải hiện lên trên màn hình ở đầu kia căn phòng, với ba dấu chữ thập lớn được đánh dấu giữa đại dương. Vị chuẩn tướng đứng dậy bước tới, một tay cầm bút laser.</w:t>
      </w:r>
    </w:p>
    <w:p>
      <w:pPr>
        <w:spacing w:after="80"/>
      </w:pPr>
      <w:r>
        <w:rPr>
          <w:b w:val="0"/>
          <w:i w:val="0"/>
        </w:rPr>
        <w:t xml:space="preserve">‘Đây là thứ mà trong giới gọi là một cuộc tấn công ba mũi. Đầu tiên, hai chục người dày dạn nhất của HMS </w:t>
      </w:r>
      <w:r>
        <w:rPr>
          <w:b w:val="0"/>
          <w:i/>
        </w:rPr>
        <w:t>Cornwall</w:t>
      </w:r>
      <w:r>
        <w:rPr>
          <w:b w:val="0"/>
          <w:i w:val="0"/>
        </w:rPr>
        <w:t xml:space="preserve"> sẽ mở một cuộc đánh nghi binh từ phía đông.’ Một điểm sáng nhỏ chiếu vào một trong các dấu chữ thập. ‘Khi chúng ta đã thu hút được sự chú ý của bọn khủng bố, hai mươi thành viên đội SBS, dưới sự chỉ huy của Đại úy Mike Davenport, sẽ áp sát du thuyền từ phía tây, sáu người trong số họ trên hai chiếc trực thăng của </w:t>
      </w:r>
      <w:r>
        <w:rPr>
          <w:b w:val="0"/>
          <w:i/>
        </w:rPr>
        <w:t>Cornwall</w:t>
      </w:r>
      <w:r>
        <w:rPr>
          <w:b w:val="0"/>
          <w:i w:val="0"/>
        </w:rPr>
        <w:t xml:space="preserve">’ – điểm sáng dừng lại chốc lát trên dấu chữ thập thứ hai – ‘từ đó họ sẽ thả dây nhanh xuống boong tàu và vô hiệu hóa bọn khủng bố. Mười bốn người SBS còn lại sẽ tiếp cận từ phía tây bắc bằng ba chiếc RIB tốc độ cao’ – dấu chữ thập thứ ba được chiếu sáng, hoàn thành một hình tam giác bao quanh </w:t>
      </w:r>
      <w:r>
        <w:rPr>
          <w:b w:val="0"/>
          <w:i/>
        </w:rPr>
        <w:t>Lowlander</w:t>
      </w:r>
      <w:r>
        <w:rPr>
          <w:b w:val="0"/>
          <w:i w:val="0"/>
        </w:rPr>
        <w:t>. ‘Yếu tố then chốt của kế hoạch là thời điểm. Cả ba phần của tam giác phải hội tụ đúng thời khắc. Không phần nào được phép lệch dù chỉ vài giây.’</w:t>
      </w:r>
    </w:p>
    <w:p>
      <w:pPr>
        <w:spacing w:after="80"/>
      </w:pPr>
      <w:r>
        <w:rPr>
          <w:b w:val="0"/>
          <w:i w:val="0"/>
        </w:rPr>
        <w:t>‘Vậy hiện giờ ba phần của tam giác đang ở đâu?’ Thư ký Nội các hỏi.</w:t>
      </w:r>
    </w:p>
    <w:p>
      <w:pPr>
        <w:spacing w:after="80"/>
      </w:pPr>
      <w:r>
        <w:rPr>
          <w:b w:val="0"/>
          <w:i w:val="0"/>
        </w:rPr>
        <w:t xml:space="preserve">‘Hai mươi tư người trong thủy thủ đoàn, những người sẽ lập thành nhóm nghi binh, hiện đang được phổ biến về vai trò quan trọng mà họ sẽ đảm nhận nếu chiến dịch này có bất kỳ cơ hội thành công nào. Phi đội M tinh nhuệ lẽ ra đang’ – ông liếc đồng hồ – ‘đến RAF Lyneham trong ba mươi phút tới trên hai xe tải chở toàn bộ trang thiết bị họ cần, gồm cả ba chiếc RIB. Sau khi mọi thứ được chất lên hai chiếc C-130, họ sẽ cất cánh lúc 1500 giờ, sớm hơn nếu có thể. Đội SBS lẽ ra sẽ tiếp cận </w:t>
      </w:r>
      <w:r>
        <w:rPr>
          <w:b w:val="0"/>
          <w:i/>
        </w:rPr>
        <w:t>Cornwall</w:t>
      </w:r>
      <w:r>
        <w:rPr>
          <w:b w:val="0"/>
          <w:i w:val="0"/>
        </w:rPr>
        <w:t xml:space="preserve"> ngay sau sáu giờ ba mươi tối theo giờ địa phương. Tôi sẽ cho ngài thêm chi tiết nếu có thể, nhưng toàn bộ chiến dịch rất biến động và hoàn toàn có thể thay đổi vào phút chót.’</w:t>
      </w:r>
    </w:p>
    <w:p>
      <w:pPr>
        <w:spacing w:after="80"/>
      </w:pPr>
      <w:r>
        <w:rPr>
          <w:b w:val="0"/>
          <w:i w:val="0"/>
        </w:rPr>
        <w:t xml:space="preserve">‘Ngài định đưa ba mươi người từ một chiếc C-130 xuống </w:t>
      </w:r>
      <w:r>
        <w:rPr>
          <w:b w:val="0"/>
          <w:i/>
        </w:rPr>
        <w:t>Cornwall</w:t>
      </w:r>
      <w:r>
        <w:rPr>
          <w:b w:val="0"/>
          <w:i w:val="0"/>
        </w:rPr>
        <w:t xml:space="preserve"> bằng cách nào?’ Thư ký Nội các hỏi, mắt nhìn bản đồ. ‘Có vẻ như không có đường băng nào trong vòng năm trăm dặm cả.’</w:t>
      </w:r>
    </w:p>
    <w:p>
      <w:pPr>
        <w:spacing w:after="80"/>
      </w:pPr>
      <w:r>
        <w:rPr>
          <w:b w:val="0"/>
          <w:i w:val="0"/>
        </w:rPr>
        <w:t xml:space="preserve">‘Họ sẽ nhảy dù xuống biển cùng với các RIB của mình,’ vị chuẩn tướng giải thích. ‘Với những người này, việc đó dễ như nhảy xuống bể bơi đối với ngài hay tôi vậy. Trong khi đó, một trong những tàu ngầm mới nhất của chúng ta, chiếc </w:t>
      </w:r>
      <w:r>
        <w:rPr>
          <w:b w:val="0"/>
          <w:i/>
        </w:rPr>
        <w:t>Ursula</w:t>
      </w:r>
      <w:r>
        <w:rPr>
          <w:b w:val="0"/>
          <w:i w:val="0"/>
        </w:rPr>
        <w:t>, đang áp sát du thuyền. Thực ra, lẽ ra giờ này họ đã liên lạc radar được với con tàu rồi,’ ông nói thêm, một điểm sáng nhỏ chỉ vào một vị trí xa về phía nam của góc thứ ba trong tam giác.</w:t>
      </w:r>
    </w:p>
    <w:p>
      <w:pPr>
        <w:spacing w:after="80"/>
      </w:pPr>
      <w:r>
        <w:rPr>
          <w:b w:val="0"/>
          <w:i w:val="0"/>
        </w:rPr>
        <w:t>‘Tàu ngầm đóng vai trò gì trong chiến dịch này?’ Ngoại trưởng hỏi.</w:t>
      </w:r>
    </w:p>
    <w:p>
      <w:pPr>
        <w:spacing w:after="80"/>
      </w:pPr>
      <w:r>
        <w:rPr>
          <w:b w:val="0"/>
          <w:i w:val="0"/>
        </w:rPr>
        <w:t>Một khoảng lặng dài tiếp theo, trước khi Bộ trưởng Quốc phòng thừa nhận, ‘Nó ở đó như một phương án cuối cùng, thưa Thủ tướng.’</w:t>
      </w:r>
    </w:p>
    <w:p>
      <w:pPr>
        <w:spacing w:after="80"/>
      </w:pPr>
      <w:r>
        <w:rPr>
          <w:b w:val="0"/>
          <w:i w:val="0"/>
        </w:rPr>
        <w:t>‘Phương án cuối cùng cho việc gì?’ Thủ tướng truy hỏi.</w:t>
      </w:r>
    </w:p>
    <w:p>
      <w:pPr>
        <w:spacing w:after="80"/>
      </w:pPr>
      <w:r>
        <w:rPr>
          <w:b w:val="0"/>
          <w:i w:val="0"/>
        </w:rPr>
        <w:t>‘Trong trường hợp chúng ta không chiếm được du thuyền.’</w:t>
      </w:r>
    </w:p>
    <w:p>
      <w:pPr>
        <w:spacing w:after="80"/>
      </w:pPr>
      <w:r>
        <w:rPr>
          <w:b w:val="0"/>
          <w:i w:val="0"/>
        </w:rPr>
        <w:t>‘Và nếu điều đó xảy ra thì sao?’ Bộ trưởng Nội các gặng hỏi.</w:t>
      </w:r>
    </w:p>
    <w:p>
      <w:pPr>
        <w:spacing w:after="80"/>
      </w:pPr>
      <w:r>
        <w:rPr>
          <w:b w:val="0"/>
          <w:i w:val="0"/>
        </w:rPr>
        <w:t xml:space="preserve">Một khoảng lặng còn dài hơn nữa tiếp theo, trước khi Bộ trưởng Quốc phòng thừa nhận, ‘Tàu HMS </w:t>
      </w:r>
      <w:r>
        <w:rPr>
          <w:b w:val="0"/>
          <w:i/>
        </w:rPr>
        <w:t>Ursula</w:t>
      </w:r>
      <w:r>
        <w:rPr>
          <w:b w:val="0"/>
          <w:i w:val="0"/>
        </w:rPr>
        <w:t xml:space="preserve"> sẽ thổi bay chiếc du thuyền khỏi mặt nước. Nhưng không phải trước khi chúng ta chắc chắn rằng chúng đã giết Công chúa, và thậm chí khi đó, cũng không thể làm gì nếu không có sự cho phép của ngài, Thủ tướng ạ,’ ông nói thêm khi một chiếc điện thoại bắt đầu đổ chuông từ đầu bên kia bàn. William tỏ ra hơi ngượng ngùng và định tắt máy, thì ông nhìn thấy tên ai đang nhấp nháy trên màn hình.</w:t>
      </w:r>
    </w:p>
    <w:p>
      <w:pPr>
        <w:spacing w:after="80"/>
      </w:pPr>
      <w:r>
        <w:rPr>
          <w:b w:val="0"/>
          <w:i w:val="0"/>
        </w:rPr>
        <w:t>William đứng dậy, nghiêng người qua và đẩy chiếc Motorola của mình vào giữa bàn, đồng thời đặt một ngón tay lên môi. Cả căn phòng đầy những người đàn ông quen ra lệnh bỗng im bặt khi William nhấn nút loa ngoài, để mọi người có thể theo dõi cuộc trò chuyện.</w:t>
      </w:r>
    </w:p>
    <w:p>
      <w:pPr>
        <w:spacing w:after="80"/>
      </w:pPr>
      <w:r>
        <w:rPr>
          <w:b w:val="0"/>
          <w:i w:val="0"/>
        </w:rPr>
        <w:t>‘Chào buổi sáng, thưa ngài,’ một giọng nói mang chút âm điệu Ireland mà William nhận ra ngay lập tức. ‘Đây là Thanh tra Hogan.’</w:t>
      </w:r>
    </w:p>
    <w:p>
      <w:pPr>
        <w:spacing w:after="80"/>
      </w:pPr>
      <w:r>
        <w:rPr>
          <w:b w:val="0"/>
          <w:i w:val="0"/>
        </w:rPr>
        <w:t>Ông không thể nhớ lần cuối Ross gọi mình là ‘thưa ngài’ là khi nào.</w:t>
      </w:r>
    </w:p>
    <w:p>
      <w:pPr>
        <w:spacing w:after="80"/>
      </w:pPr>
      <w:r>
        <w:rPr>
          <w:b w:val="0"/>
          <w:i w:val="0"/>
        </w:rPr>
        <w:t>‘Như ngài biết đấy, Thanh tra,’ William nói, phối hợp theo, ‘quy định yêu cầu rằng trong tình huống như thế này, anh phải trả lời bốn câu hỏi an ninh để chứng minh danh tính của mình.’</w:t>
      </w:r>
    </w:p>
    <w:p>
      <w:pPr>
        <w:spacing w:after="80"/>
      </w:pPr>
      <w:r>
        <w:rPr>
          <w:b w:val="0"/>
          <w:i w:val="0"/>
        </w:rPr>
        <w:t>‘Rõ,’ Ross đáp, ý thức rõ rằng William sẽ phân tích từng lời anh nói.</w:t>
      </w:r>
    </w:p>
    <w:p>
      <w:pPr>
        <w:spacing w:after="80"/>
      </w:pPr>
      <w:r>
        <w:rPr>
          <w:b w:val="0"/>
          <w:i w:val="0"/>
        </w:rPr>
        <w:t>‘Có bao nhiêu sĩ quan dưới quyền chỉ huy của tôi tại Cổng Buckingham?’</w:t>
      </w:r>
    </w:p>
    <w:p>
      <w:pPr>
        <w:spacing w:after="80"/>
      </w:pPr>
      <w:r>
        <w:rPr>
          <w:b w:val="0"/>
          <w:i w:val="0"/>
        </w:rPr>
        <w:t>‘Mười,’ Ross đáp.</w:t>
      </w:r>
    </w:p>
    <w:p>
      <w:pPr>
        <w:spacing w:after="80"/>
      </w:pPr>
      <w:r>
        <w:rPr>
          <w:b w:val="0"/>
          <w:i w:val="0"/>
        </w:rPr>
        <w:t>‘Trung bình mất bao lâu để một xe cứu thương đến hiện trường một vụ tai nạn giao thông ở London?’</w:t>
      </w:r>
    </w:p>
    <w:p>
      <w:pPr>
        <w:spacing w:after="80"/>
      </w:pPr>
      <w:r>
        <w:rPr>
          <w:b w:val="0"/>
          <w:i w:val="0"/>
        </w:rPr>
        <w:t>‘Khoảng mười tám đến hai mươi phút,’ Ross trả lời.</w:t>
      </w:r>
    </w:p>
    <w:p>
      <w:pPr>
        <w:spacing w:after="80"/>
      </w:pPr>
      <w:r>
        <w:rPr>
          <w:b w:val="0"/>
          <w:i w:val="0"/>
        </w:rPr>
        <w:t>William ghi lại các con số ‘mười’, ‘mười tám’ và ‘hai mươi’, trước khi hỏi câu tiếp theo. ‘Chiếc xe đầu tiên anh sở hữu sau khi rời trường là gì?’</w:t>
      </w:r>
    </w:p>
    <w:p>
      <w:pPr>
        <w:spacing w:after="80"/>
      </w:pPr>
      <w:r>
        <w:rPr>
          <w:b w:val="0"/>
          <w:i w:val="0"/>
        </w:rPr>
        <w:t>‘Tôi muốn một chiếc Porsche, nhưng phải bằng lòng với một chiếc MG cũ, chỉ mới chạy được một nghìn dặm.’</w:t>
      </w:r>
    </w:p>
    <w:p>
      <w:pPr>
        <w:spacing w:after="80"/>
      </w:pPr>
      <w:r>
        <w:rPr>
          <w:b w:val="0"/>
          <w:i w:val="0"/>
        </w:rPr>
        <w:t>William thêm ‘một nghìn’ vào danh sách của mình.</w:t>
      </w:r>
    </w:p>
    <w:p>
      <w:pPr>
        <w:spacing w:after="80"/>
      </w:pPr>
      <w:r>
        <w:rPr>
          <w:b w:val="0"/>
          <w:i w:val="0"/>
        </w:rPr>
        <w:t>‘Tên thời con gái của mẹ anh là gì?’</w:t>
      </w:r>
    </w:p>
    <w:p>
      <w:pPr>
        <w:spacing w:after="80"/>
      </w:pPr>
      <w:r>
        <w:rPr>
          <w:b w:val="0"/>
          <w:i w:val="0"/>
        </w:rPr>
        <w:t>‘O’Reilly. Tôi có sáu anh trai và bốn chị gái. Mẹ chúng tôi cai quản chúng tôi bằng một cây roi sắt.’ William ghi lại các con số ‘sáu’ và ‘bốn’.</w:t>
      </w:r>
    </w:p>
    <w:p>
      <w:pPr>
        <w:spacing w:after="80"/>
      </w:pPr>
      <w:r>
        <w:rPr>
          <w:b w:val="0"/>
          <w:i w:val="0"/>
        </w:rPr>
        <w:t>‘Cảm ơn ông, Thanh tra Hogan. Giờ ông có thể cho tôi biết lý do ông gọi điện.’</w:t>
      </w:r>
    </w:p>
    <w:p>
      <w:pPr>
        <w:spacing w:after="80"/>
      </w:pPr>
      <w:r>
        <w:rPr>
          <w:b w:val="0"/>
          <w:i w:val="0"/>
        </w:rPr>
        <w:t>‘Như ông có thể biết, Bill, chiếc du thuyền mà thân chủ của tôi đang đi đã bị chiếm’ – ông tránh nói là bởi một nhóm khủng bố – ‘và thủ lĩnh của chúng, kẻ hiện đang nắm quyền kiểm soát con tàu, muốn nói chuyện với ông.’</w:t>
      </w:r>
    </w:p>
    <w:p>
      <w:pPr>
        <w:spacing w:after="80"/>
      </w:pPr>
      <w:r>
        <w:rPr>
          <w:b w:val="0"/>
          <w:i w:val="0"/>
        </w:rPr>
        <w:t>Mọi người trong phòng đều nghĩ giọng nói tiếp theo họ nghe được sẽ là của Nasreen Hassan. Đó hóa ra lại là điều bất ngờ đầu tiên trong số vài điều bất ngờ.</w:t>
      </w:r>
    </w:p>
    <w:p>
      <w:pPr>
        <w:spacing w:after="80"/>
      </w:pPr>
      <w:r>
        <w:rPr>
          <w:b w:val="0"/>
          <w:i w:val="0"/>
        </w:rPr>
        <w:t>‘Chào buổi sáng, Tổng thanh tra. Tôi tên là Jamil Chalabi, và để tôi đảm bảo với ông rằng tôi nắm quyền kiểm soát hoàn toàn con tàu này. Cũng để tôi nói rõ ngay từ đầu, nếu ông không thực hiện mệnh lệnh của tôi đúng từng chữ, tôi sẽ không ngần ngại bắt Công nương ngoại tình của ông bước xuống ván tàu. Nghe có vẻ quá kịch tính, nhưng tôi có cảm giác sự kiện đó sẽ là chương trình được xem đông nhất trên mọi kênh truyền hình khắp thế giới.’</w:t>
      </w:r>
    </w:p>
    <w:p>
      <w:pPr>
        <w:spacing w:after="80"/>
      </w:pPr>
      <w:r>
        <w:rPr>
          <w:b w:val="0"/>
          <w:i w:val="0"/>
        </w:rPr>
        <w:t>Một nữ thư ký trẻ ngồi sau Thủ tướng ngất đi, và hai đồng nghiệp của cô đỡ cô ra khỏi phòng. Mọi người quanh bàn vẫn dán chặt vào cuộc trò chuyện.</w:t>
      </w:r>
    </w:p>
    <w:p>
      <w:pPr>
        <w:spacing w:after="80"/>
      </w:pPr>
      <w:r>
        <w:rPr>
          <w:b w:val="0"/>
          <w:i w:val="0"/>
        </w:rPr>
        <w:t>‘Sự im lặng của ông cho thấy tôi đã thu hút được sự chú ý của ông,’ Chalabi nói. ‘Vậy giờ tôi sẽ nói cho ông biết điều gì sẽ xảy ra tiếp theo nếu ông hy vọng còn gặp lại Công nương quý giá của mình. Thứ nhất, ông sẽ thả thủ lĩnh của tôi, Mansour Khalifah, khỏi biệt giam ở Belmarsh và chuyển ông ta đến bệnh xá của nhà tù, nơi tôi sẽ gọi cho ông ta trong một giờ nữa. Thế đủ đơn giản để ông hiểu chứ, Tổng thanh tra?’</w:t>
      </w:r>
    </w:p>
    <w:p>
      <w:pPr>
        <w:spacing w:after="80"/>
      </w:pPr>
      <w:r>
        <w:rPr>
          <w:b w:val="0"/>
          <w:i w:val="0"/>
        </w:rPr>
        <w:t>‘Vâng, đủ,’ William nói, cố không nổi nóng. ‘Nhưng ông phải hiểu rằng việc thả ông Khalifah sẽ là quyết định của Phó Giám đốc Sở Cảnh sát Metropolitan, không phải của tôi. Và tôi không biết vị Phó Giám đốc đang ở đâu vào lúc này.’ William liếc qua bàn nhìn Holbrooke, người gật đầu ngắn gọn với anh.</w:t>
      </w:r>
    </w:p>
    <w:p>
      <w:pPr>
        <w:spacing w:after="80"/>
      </w:pPr>
      <w:r>
        <w:rPr>
          <w:b w:val="0"/>
          <w:i w:val="0"/>
        </w:rPr>
        <w:t>‘Ông có một giờ, không hơn. Và tôi nghi ông ta đang ngồi trong phòng với ông, nên khi tôi gọi lại, hãy chắc chắn ông ta sẵn sàng nghe máy. Nếu ông định lừa tôi, người đầu tiên chết – à, để tôi nói chính xác hơn, người thứ sáu – sẽ là đồng nghiệp của ông, Thanh tra Hogan, người đang nghe cuộc trò chuyện này. Cái chết của ông ta sẽ đặc biệt, tôi đã suy nghĩ khá kỹ về điều đó. Tôi luôn muốn biết một người có thể sống sót bao lâu trên biển mà không có áo phao. Tôi đoán là chưa đến vài giờ.’ Đường dây ngắt.</w:t>
      </w:r>
    </w:p>
    <w:p>
      <w:pPr>
        <w:spacing w:after="80"/>
      </w:pPr>
      <w:r>
        <w:rPr>
          <w:b w:val="0"/>
          <w:i w:val="0"/>
        </w:rPr>
        <w:t>‘Tôi tưởng ông nói với chúng tôi Chalabi là một tay ăn chơi xã hội,’ Thủ tướng quát, ‘chứ không phải một kẻ khủng bố tàn nhẫn.’</w:t>
      </w:r>
    </w:p>
    <w:p>
      <w:pPr>
        <w:spacing w:after="80"/>
      </w:pPr>
      <w:r>
        <w:rPr>
          <w:b w:val="0"/>
          <w:i w:val="0"/>
        </w:rPr>
        <w:t>‘Cho đến lúc này chưa có gì cho thấy điều ngược lại,’ Tư lệnh Hawksby nói, lên tiếng bênh vực William. ‘Tuy nhiên, tôi phải thú nhận rằng trong quá trình làm nhiệm vụ sĩ quan bảo vệ cá nhân cho Công nương, Thanh tra Hogan đã cảnh báo tôi hơn một lần rằng không nên đánh giá thấp Chalabi, và rằng anh ấy tin chắc, tôi xin trích nguyên văn,’ ông nói, nhìn xuống ghi chú tóm tắt, ‘“Hắn ta không hề ngây thơ như hắn muốn chúng ta tưởng.”’</w:t>
      </w:r>
    </w:p>
    <w:p>
      <w:pPr>
        <w:spacing w:after="80"/>
      </w:pPr>
      <w:r>
        <w:rPr>
          <w:b w:val="0"/>
          <w:i w:val="0"/>
        </w:rPr>
        <w:t>‘Chắc chắn rồi,’ Thủ tướng nói, ‘vì hắn ta rõ ràng đã biến các người thành lũ ngốc, và—’</w:t>
      </w:r>
    </w:p>
    <w:p>
      <w:pPr>
        <w:spacing w:after="80"/>
      </w:pPr>
      <w:r>
        <w:rPr>
          <w:b w:val="0"/>
          <w:i w:val="0"/>
        </w:rPr>
        <w:t>‘Ông còn học được gì khác từ cuộc trò chuyện với Hogan không, Tổng thanh tra?’ Thư ký Nội các hỏi, chen vào trước khi Thủ tướng nói điều gì đó mà bà có thể hối hận sau này.</w:t>
      </w:r>
    </w:p>
    <w:p>
      <w:pPr>
        <w:spacing w:after="80"/>
      </w:pPr>
      <w:r>
        <w:rPr>
          <w:b w:val="0"/>
          <w:i w:val="0"/>
        </w:rPr>
        <w:t>‘Những câu trả lời của anh ấy cho các câu hỏi an ninh thực ra là cách truyền đạt thông tin quan trọng mà không gây nghi ngờ cho Chalabi. Thanh tra Hogan đã nhắc đến số mười khi tôi hỏi tôi có bao nhiêu sĩ quan dưới quyền tại Cổng Buckingham. Câu trả lời đúng là mười bốn, nên ta có thể giả định mười là số lượng khủng bố tham gia vụ đột kích, cộng thêm Chalabi, thành mười một.’</w:t>
      </w:r>
    </w:p>
    <w:p>
      <w:pPr>
        <w:spacing w:after="80"/>
      </w:pPr>
      <w:r>
        <w:rPr>
          <w:b w:val="0"/>
          <w:i w:val="0"/>
        </w:rPr>
        <w:t>‘Vậy trung bình mất bao lâu để một xe cứu thương đến hiện trường một vụ tai nạn giao thông ở London?’ Thư ký Nội các hỏi.</w:t>
      </w:r>
    </w:p>
    <w:p>
      <w:pPr>
        <w:spacing w:after="80"/>
      </w:pPr>
      <w:r>
        <w:rPr>
          <w:b w:val="0"/>
          <w:i w:val="0"/>
        </w:rPr>
        <w:t xml:space="preserve">‘Khoảng bảy đến tám phút,’ William đáp. ‘Nên tôi nghi mười tám đến hai mươi hải lý/giờ là tốc độ mà </w:t>
      </w:r>
      <w:r>
        <w:rPr>
          <w:b w:val="0"/>
          <w:i/>
        </w:rPr>
        <w:t>Lowlander</w:t>
      </w:r>
      <w:r>
        <w:rPr>
          <w:b w:val="0"/>
          <w:i w:val="0"/>
        </w:rPr>
        <w:t xml:space="preserve"> đang di chuyển.’</w:t>
      </w:r>
    </w:p>
    <w:p>
      <w:pPr>
        <w:spacing w:after="80"/>
      </w:pPr>
      <w:r>
        <w:rPr>
          <w:b w:val="0"/>
          <w:i w:val="0"/>
        </w:rPr>
        <w:t>‘Và hiện đang cách đích khoảng một nghìn dặm,’ Thứ trưởng thứ nhất Bộ Hải quân gợi ý.</w:t>
      </w:r>
    </w:p>
    <w:p>
      <w:pPr>
        <w:spacing w:after="80"/>
      </w:pPr>
      <w:r>
        <w:rPr>
          <w:b w:val="0"/>
          <w:i w:val="0"/>
        </w:rPr>
        <w:t>‘Khéo thật,’ vị Bộ trưởng Nội các nói. ‘Nhưng còn sáu người anh em trai và bốn người chị em gái thì sao?’</w:t>
      </w:r>
    </w:p>
    <w:p>
      <w:pPr>
        <w:spacing w:after="80"/>
      </w:pPr>
      <w:r>
        <w:rPr>
          <w:b w:val="0"/>
          <w:i w:val="0"/>
        </w:rPr>
        <w:t>‘Tôi cũng biết rằng Thanh tra Hogan là con một,’ William nói, ‘nên tôi nghi ngờ sáu người anh em trai là những kẻ khủng bố đang hoạt động, trong khi bốn người chị em gái là những người không tham chiến. Và "rod of iron" là tiếng lóng chỉ khẩu súng bắn tỉa Dragunov, thứ mà có lẽ đã gây ra cái chết của người nhiếp ảnh gia trên bãi biển.’</w:t>
      </w:r>
    </w:p>
    <w:p>
      <w:pPr>
        <w:spacing w:after="80"/>
      </w:pPr>
      <w:r>
        <w:rPr>
          <w:b w:val="0"/>
          <w:i w:val="0"/>
        </w:rPr>
        <w:t>‘Và việc gọi Bill nghe không hợp với phần còn lại của cuộc trò chuyện,’ Thư ký Nội các gợi ý. ‘Tôi có cảm giác anh là William, và Thanh tra Hogan bình thường sẽ gọi anh là “ngài”.’</w:t>
      </w:r>
    </w:p>
    <w:p>
      <w:pPr>
        <w:spacing w:after="80"/>
      </w:pPr>
      <w:r>
        <w:rPr>
          <w:b w:val="0"/>
          <w:i w:val="0"/>
        </w:rPr>
        <w:t>‘Đó là một mật mã đã thống nhất trước để cho tôi biết rằng mọi điều anh ấy nói đều có thể tin cậy được, và không phải bị ép buộc nói ra dưới họng súng, hay tệ hơn thế.’</w:t>
      </w:r>
    </w:p>
    <w:p>
      <w:pPr>
        <w:spacing w:after="80"/>
      </w:pPr>
      <w:r>
        <w:rPr>
          <w:b w:val="0"/>
          <w:i w:val="0"/>
        </w:rPr>
        <w:t xml:space="preserve">Đệ nhất Hải quân Lãnh chúa gật đầu kính trọng với William, rồi nói: "Chúng ta còn chưa đầy một giờ trước khi biết được yêu cầu tiếp theo của Chalabi sẽ là gì, và đến lúc đó thì máy bay vận tải của SBS chắc cũng đang trên đường tới HMS </w:t>
      </w:r>
      <w:r>
        <w:rPr>
          <w:b w:val="0"/>
          <w:i/>
        </w:rPr>
        <w:t>Cornwall</w:t>
      </w:r>
      <w:r>
        <w:rPr>
          <w:b w:val="0"/>
          <w:i w:val="0"/>
        </w:rPr>
        <w:t>. Anh sẽ phải câu giờ cho tôi đấy, Thanh tra ạ, vì lính của tôi sẽ cần bóng tối hoàn toàn trước khi họ tìm cách lên chiếc du thuyền đó, mà còn tận năm tiếng nữa mới đến hoàng hôn."</w:t>
      </w:r>
    </w:p>
    <w:p>
      <w:pPr>
        <w:spacing w:after="80"/>
      </w:pPr>
      <w:r>
        <w:rPr>
          <w:b w:val="0"/>
          <w:i w:val="0"/>
        </w:rPr>
        <w:t>"Không có áp lực đâu," Hawk thì thầm, không chút mỉa mai.</w:t>
      </w:r>
    </w:p>
    <w:p>
      <w:pPr>
        <w:spacing w:after="80"/>
      </w:pPr>
      <w:r>
        <w:rPr>
          <w:b w:val="0"/>
          <w:i w:val="0"/>
        </w:rPr>
        <w:t>‘Như tôi đã nói trước đó,’ Thủ tướng nói, ‘chúng ta không bao giờ thương lượng với bọn khủng bố. Nhưng điều đó không ngăn cản chúng ta viện ra bất kỳ cái cớ nào để giữ chúng tiếp tục nói chuyện cho đến khi SBS sẵn sàng vào cuộc. Nghĩ đến điều đó, thưa Tổng giám đốc, nếu tôi có thể cho ông một lời khuyên: hãy chắc chắn điện thoại của ông được sạc đầy.’</w:t>
      </w:r>
    </w:p>
    <w:p>
      <w:pPr>
        <w:pStyle w:val="Heading2"/>
      </w:pPr>
      <w:r>
        <w:rPr>
          <w:rFonts w:ascii="Calibri" w:hAnsi="Calibri"/>
          <w:b/>
          <w:i w:val="0"/>
          <w:sz w:val="32"/>
        </w:rPr>
        <w:t>CHƯƠNG 34</w:t>
      </w:r>
    </w:p>
    <w:p>
      <w:pPr>
        <w:spacing w:after="80"/>
      </w:pPr>
      <w:r>
        <w:rPr>
          <w:b w:val="0"/>
          <w:i w:val="0"/>
        </w:rPr>
        <w:t>“Ơn Chúa, cậu vẫn còn sống,” là những lời đầu tiên Victoria thốt ra sau khi cửa cabin được mở và Ross bị ném trở lại vào trong.</w:t>
      </w:r>
    </w:p>
    <w:p>
      <w:pPr>
        <w:spacing w:after="80"/>
      </w:pPr>
      <w:r>
        <w:rPr>
          <w:b w:val="0"/>
          <w:i w:val="0"/>
        </w:rPr>
        <w:t>‘Chà, ít nhất là thêm một tiếng nữa,’ Ross nói, cố tỏ ra nhẹ nhõm.</w:t>
      </w:r>
    </w:p>
    <w:p>
      <w:pPr>
        <w:spacing w:after="80"/>
      </w:pPr>
      <w:r>
        <w:rPr>
          <w:b w:val="0"/>
          <w:i w:val="0"/>
        </w:rPr>
        <w:t>‘Điều gì khiến anh nói vậy?’ cô hỏi, lo lắng bám chặt lấy anh.</w:t>
      </w:r>
    </w:p>
    <w:p>
      <w:pPr>
        <w:spacing w:after="80"/>
      </w:pPr>
      <w:r>
        <w:rPr>
          <w:b w:val="0"/>
          <w:i w:val="0"/>
        </w:rPr>
        <w:t>“Để sau tôi sẽ kể cho anh,” anh nói, dù chẳng có ý định nhắc lại những gì mình đã nghe lỏm được trong cuộc trò chuyện giữa Chalabi và William. “Còn bây giờ, tôi cần nói chuyện với Công chúa.”</w:t>
      </w:r>
    </w:p>
    <w:p>
      <w:pPr>
        <w:spacing w:after="80"/>
      </w:pPr>
      <w:r>
        <w:rPr>
          <w:b w:val="0"/>
          <w:i w:val="0"/>
        </w:rPr>
        <w:t>‘Cô ấy đang ngồi trên ban công của cabin, và vẫn đang ở đúng trang sách bìa mềm đó như một giờ trước.’</w:t>
      </w:r>
    </w:p>
    <w:p>
      <w:pPr>
        <w:spacing w:after="80"/>
      </w:pPr>
      <w:r>
        <w:rPr>
          <w:b w:val="0"/>
          <w:i w:val="0"/>
        </w:rPr>
        <w:t>Victoria theo Ross ra ban công liền kề của cô, để gặp Công chúa, đầu cúi xuống, trông mong manh và lạc lõng, nụ cười e thẹn thường ngày của cô đã được thay bằng vẻ mặt đầy linh cảm chẳng lành. Khi cô nhìn thấy hai người họ, cô bật dậy và chạy sang phía bên kia ban công của họ.</w:t>
      </w:r>
    </w:p>
    <w:p>
      <w:pPr>
        <w:spacing w:after="80"/>
      </w:pPr>
      <w:r>
        <w:rPr>
          <w:b w:val="0"/>
          <w:i w:val="0"/>
        </w:rPr>
        <w:t>“Tôi nợ anh một lời xin lỗi,” là những lời đầu tiên của cô. Ross không bình luận gì. “Anh chưa bao giờ khiến tôi phải nghi ngờ về cảm giác của anh đối với ông ta,” Diana nói. “Giá mà tôi đã không phớt lờ sự ghê tởm không hề che giấu của anh dành cho gã đàn ông đó.”</w:t>
      </w:r>
    </w:p>
    <w:p>
      <w:pPr>
        <w:spacing w:after="80"/>
      </w:pPr>
      <w:r>
        <w:rPr>
          <w:b w:val="0"/>
          <w:i w:val="0"/>
        </w:rPr>
        <w:t>‘Không chỉ riêng bà bị lừa đâu, thưa bà. Nhưng giờ chúng ta phải tập trung vào hiện tại. Vậy nên, nếu tôi bảo một trong hai người làm điều gì đó, bất cứ điều gì, đừng có nghĩ đến chuyện hỏi lại tôi. Hiểu chưa?’</w:t>
      </w:r>
    </w:p>
    <w:p>
      <w:pPr>
        <w:spacing w:after="80"/>
      </w:pPr>
      <w:r>
        <w:rPr>
          <w:b w:val="0"/>
          <w:i w:val="0"/>
        </w:rPr>
        <w:t>Cả hai đều ngoan ngoãn gật đầu, trước khi Diana nói: "Tôi chỉ biết ơn vì cô vẫn còn sống."</w:t>
      </w:r>
    </w:p>
    <w:p>
      <w:pPr>
        <w:spacing w:after="80"/>
      </w:pPr>
      <w:r>
        <w:rPr>
          <w:b w:val="0"/>
          <w:i w:val="0"/>
        </w:rPr>
        <w:t>"Tôi nghĩ cô muốn nói là ngạc nhiên, thưa bà," Ross nói, một lần nữa cố gắng làm dịu không khí.</w:t>
      </w:r>
    </w:p>
    <w:p>
      <w:pPr>
        <w:spacing w:after="80"/>
      </w:pPr>
      <w:r>
        <w:rPr>
          <w:b w:val="0"/>
          <w:i w:val="0"/>
        </w:rPr>
        <w:t>"Cô có học được gì từ ông ta không?" Diana hỏi, chỉ tay về phía boong trên, nhưng không còn có thể nhắc đến tên ông ta nữa.</w:t>
      </w:r>
    </w:p>
    <w:p>
      <w:pPr>
        <w:spacing w:after="80"/>
      </w:pPr>
      <w:r>
        <w:rPr>
          <w:b w:val="0"/>
          <w:i w:val="0"/>
        </w:rPr>
        <w:t>Ross chọn từ cẩn thận. "Có, thưa bà. Ông ta đã liên lạc với London, những người đã biết về tình hình này, và giờ đang cố gắng đàm phán một thỏa thuận để đưa bà ra ngoài."</w:t>
      </w:r>
    </w:p>
    <w:p>
      <w:pPr>
        <w:spacing w:after="80"/>
      </w:pPr>
      <w:r>
        <w:rPr>
          <w:b w:val="0"/>
          <w:i w:val="0"/>
        </w:rPr>
        <w:t>"Loại thỏa thuận gì?" Victoria hỏi.</w:t>
      </w:r>
    </w:p>
    <w:p>
      <w:pPr>
        <w:spacing w:after="80"/>
      </w:pPr>
      <w:r>
        <w:rPr>
          <w:b w:val="0"/>
          <w:i w:val="0"/>
        </w:rPr>
        <w:t>"Hiện tại, thưa bà, tôi muốn bà thay đồ bơi và ngồi trên ban công như thể bà vẫn đang đi nghỉ," Ross nói, không có ý định trả lời câu hỏi của Victoria.</w:t>
      </w:r>
    </w:p>
    <w:p>
      <w:pPr>
        <w:spacing w:after="80"/>
      </w:pPr>
      <w:r>
        <w:rPr>
          <w:b w:val="0"/>
          <w:i w:val="0"/>
        </w:rPr>
        <w:t>"Còn Victoria thì sao?" Diana chất vấn, một chút thách thức quay trở lại.</w:t>
      </w:r>
    </w:p>
    <w:p>
      <w:pPr>
        <w:spacing w:after="80"/>
      </w:pPr>
      <w:r>
        <w:rPr>
          <w:b w:val="0"/>
          <w:i w:val="0"/>
        </w:rPr>
        <w:t>"Trách nhiệm duy nhất của tôi là bảo vệ bà, thưa bà."</w:t>
      </w:r>
    </w:p>
    <w:p>
      <w:pPr>
        <w:spacing w:after="80"/>
      </w:pPr>
      <w:r>
        <w:rPr>
          <w:b w:val="0"/>
          <w:i w:val="0"/>
        </w:rPr>
        <w:t>"Và Victoria nữa," Diana nói dứt khoát.</w:t>
      </w:r>
    </w:p>
    <w:p>
      <w:pPr>
        <w:spacing w:after="80"/>
      </w:pPr>
      <w:r>
        <w:rPr>
          <w:b w:val="0"/>
          <w:i w:val="0"/>
        </w:rPr>
        <w:t>"Nếu có thể," Ross nói. "Nhưng trước tiên tôi sẽ tóm tắt cho bà những gì tôi nghĩ có khả năng xảy ra trong vài giờ tới, để ít nhất bà sẽ được chuẩn bị." Anh tránh nói đến điều tồi tệ nhất, và hạ giọng. "Bà đã nghe nói về SBS chưa?"</w:t>
      </w:r>
    </w:p>
    <w:p>
      <w:pPr>
        <w:spacing w:after="80"/>
      </w:pPr>
      <w:r>
        <w:rPr>
          <w:b w:val="0"/>
          <w:i w:val="0"/>
        </w:rPr>
        <w:t>"Rồi," Diana nói, "họ đã tổ chức một bữa tối để vinh danh tôi năm ngoái."</w:t>
      </w:r>
    </w:p>
    <w:p>
      <w:pPr>
        <w:spacing w:after="80"/>
      </w:pPr>
      <w:r>
        <w:rPr>
          <w:b w:val="0"/>
          <w:i w:val="0"/>
        </w:rPr>
        <w:t>"Tôi không nghĩ đó là thứ họ sẽ tổ chức để vinh danh bà năm nay đâu," Ross nói.</w:t>
      </w:r>
    </w:p>
    <w:p>
      <w:pPr>
        <w:spacing w:after="80"/>
        <w:jc w:val="center"/>
      </w:pPr>
      <w:r>
        <w:rPr>
          <w:b w:val="0"/>
          <w:i w:val="0"/>
        </w:rPr>
        <w:t>• • •</w:t>
      </w:r>
    </w:p>
    <w:p>
      <w:pPr>
        <w:spacing w:after="80"/>
      </w:pPr>
      <w:r>
        <w:rPr>
          <w:b w:val="0"/>
          <w:i w:val="0"/>
        </w:rPr>
        <w:t>Viên thống đốc đang đi đi lại lại bên ngoài cổng nhà tù khi xe của William phanh gấp dừng lại. Cuộc điện thoại của Bộ trưởng Nội vụ đã khiến ông không còn chút nghi ngờ nào về những gì người ta mong đợi ở ông.</w:t>
      </w:r>
    </w:p>
    <w:p>
      <w:pPr>
        <w:spacing w:after="80"/>
      </w:pPr>
      <w:r>
        <w:rPr>
          <w:b w:val="0"/>
          <w:i w:val="0"/>
        </w:rPr>
        <w:t>Họ không bận tâm đến bất kỳ lời chào hỏi xã giao nào. Ngay sau khi bắt tay, ông dẫn William nhanh chóng qua cánh cổng đang mở, một sĩ quan cấp cao đã đi trước họ vài thước. Ông mở khóa từng cánh cổng đôi trên đường đi, để hành trình đến khu biệt giam của họ không bị gián đoạn.</w:t>
      </w:r>
    </w:p>
    <w:p>
      <w:pPr>
        <w:spacing w:after="80"/>
      </w:pPr>
      <w:r>
        <w:rPr>
          <w:b w:val="0"/>
          <w:i w:val="0"/>
        </w:rPr>
        <w:t>Cuối cùng họ xuống một cầu thang đá hẹp dẫn đến một hành lang ngầm, nơi những bóng đèn tối đa chỉ ba mươi watt, và vài bóng trong số đó cần được thay. Họ dừng lại bên một cánh cửa kim loại đặc, bên ngoài có hai lính canh được bố trí. William gạt tấm chắn sang một bên để thấy một người đàn ông mà anh hầu như không nhận ra đang co ro trong một góc trên tấm nệm mỏng, ố vàng vết nước tiểu ở góc xa của phòng giam.</w:t>
      </w:r>
    </w:p>
    <w:p>
      <w:pPr>
        <w:spacing w:after="80"/>
      </w:pPr>
      <w:r>
        <w:rPr>
          <w:b w:val="0"/>
          <w:i w:val="0"/>
        </w:rPr>
        <w:t>Viên sĩ quan trực ca mở khóa cánh cửa nặng nề, kéo nó ra và đứng sang một bên để thống đốc và William bước vào một không gian chỉ vỏn vẹn sáu feet vuông.</w:t>
      </w:r>
    </w:p>
    <w:p>
      <w:pPr>
        <w:spacing w:after="80"/>
      </w:pPr>
      <w:r>
        <w:rPr>
          <w:b w:val="0"/>
          <w:i w:val="0"/>
        </w:rPr>
        <w:t>Khalifah ngước nhìn họ đầy thách thức, nhưng không nói một lời. Hai người lính canh nâng anh ta khỏi tấm đệm và dìu anh ta chậm rãi ra khỏi phòng giam tối tăm không cửa sổ, rồi đi ngược dọc hành lang cho đến khi đến một cầu thang xoắn ốc, nơi họ gần như phải khiêng anh ta lên. Cuộc hành trình chậm chạp đến đau đớn của họ kết thúc tại khu bệnh viện, nơi bà quản lý đang đợi bên một buồng nhỏ trống, rõ ràng là đang chờ họ. Khalifah gục xuống giường, khi hai người đàn ông mặc áo choàng trắng xuất hiện và bắt đầu tiến hành một cuộc kiểm tra kỹ lưỡng.</w:t>
      </w:r>
    </w:p>
    <w:p>
      <w:pPr>
        <w:spacing w:after="80"/>
      </w:pPr>
      <w:r>
        <w:rPr>
          <w:b w:val="0"/>
          <w:i w:val="0"/>
        </w:rPr>
        <w:t>Khalifah vẫn không nói gì trong khi họ chọc ngoáy và thăm khám, và phải một lúc lâu sau vị bác sĩ lớn tuổi mới đưa ra ý kiến. "Anh ta sẽ cần ăn thứ gì đó thật chắc bụng và uống nhiều nước trước khi các người nghĩ đến việc di chuyển anh ta lần nữa. Nhưng nếu tôi phải đoán, tôi sẽ nói đây không phải lần đầu tiên anh ta bị biệt giam, vì anh ta có vẻ ổn hơn nhiều so với tôi tưởng."</w:t>
      </w:r>
    </w:p>
    <w:p>
      <w:pPr>
        <w:spacing w:after="80"/>
      </w:pPr>
      <w:r>
        <w:rPr>
          <w:b w:val="0"/>
          <w:i w:val="0"/>
        </w:rPr>
        <w:t>"Tôi có thể hỏi anh ta vài câu không?" William hỏi.</w:t>
      </w:r>
    </w:p>
    <w:p>
      <w:pPr>
        <w:spacing w:after="80"/>
      </w:pPr>
      <w:r>
        <w:rPr>
          <w:b w:val="0"/>
          <w:i w:val="0"/>
        </w:rPr>
        <w:t>"Cứ tự nhiên," vị bác sĩ nói.</w:t>
      </w:r>
    </w:p>
    <w:p>
      <w:pPr>
        <w:spacing w:after="80"/>
      </w:pPr>
      <w:r>
        <w:rPr>
          <w:b w:val="0"/>
          <w:i w:val="0"/>
        </w:rPr>
        <w:t>William bước đến bên giường và nhìn xuống Khalifah. "Anh có nói tiếng Anh không?" anh hỏi, phát âm từng từ một cách chậm rãi.</w:t>
      </w:r>
    </w:p>
    <w:p>
      <w:pPr>
        <w:spacing w:after="80"/>
      </w:pPr>
      <w:r>
        <w:rPr>
          <w:b w:val="0"/>
          <w:i w:val="0"/>
        </w:rPr>
        <w:t>"Tôi mong là vậy," câu trả lời vang lên. "Tôi được giáo dục tại London School of Economics, một trong những chương trình tiếp cận văn hóa mà người Anh các người rất tự hào, mặc dù tôi thú nhận là tôi không đăng ký dưới tên hiện tại của mình."</w:t>
      </w:r>
    </w:p>
    <w:p>
      <w:pPr>
        <w:spacing w:after="80"/>
      </w:pPr>
      <w:r>
        <w:rPr>
          <w:b w:val="0"/>
          <w:i w:val="0"/>
        </w:rPr>
        <w:t>"Anh biết bao nhiêu về lý do tại sao tôi cần nói chuyện với anh?" William hỏi.</w:t>
      </w:r>
    </w:p>
    <w:p>
      <w:pPr>
        <w:spacing w:after="80"/>
      </w:pPr>
      <w:r>
        <w:rPr>
          <w:b w:val="0"/>
          <w:i w:val="0"/>
        </w:rPr>
        <w:t>"Vì tôi đã được đưa ra khỏi biệt giam và đang được kiểm tra sức khỏe tại bệnh viện, tôi chỉ có thể suy đoán rằng các anh em của tôi," anh ta ngừng lại, "và một người chị đặc biệt đáng gờm, đã thành công trong việc chiếm lấy chiếc du thuyền mà Công nương xứ Wales không thể cưỡng lại – hay là Jamil mà cô ấy không thể cưỡng lại? Thẳng thắn mà nói, anh ta đã lừa được tất cả các người, kể cả con chó trung thành của Công nương, Thanh tra Hogan, nên ngay cả các người cũng phải nhận ra rằng chuyện này sẽ không kết thúc giống như thảm họa Albert Hall. Nếu các người muốn thấy Nữ hoàng tương lai của mình ngồi trên ngai vàng, Chalabi sắp nói cho các người biết chính xác các người phải làm gì để điều đó thành hiện thực."</w:t>
      </w:r>
    </w:p>
    <w:p>
      <w:pPr>
        <w:spacing w:after="80"/>
      </w:pPr>
      <w:r>
        <w:rPr>
          <w:b w:val="0"/>
          <w:i w:val="0"/>
        </w:rPr>
        <w:t>William vẫn giữ bình tĩnh, ý thức rằng mất bình tĩnh sẽ không đạt được gì. "Chúng tôi đang chờ Chalabi gọi bất cứ lúc nào, và anh sẽ được phép nói chuyện với anh ta. Nhưng không phải trước khi Thanh tra Hogan xác nhận rằng Công nương vẫn còn sống."</w:t>
      </w:r>
    </w:p>
    <w:p>
      <w:pPr>
        <w:spacing w:after="80"/>
      </w:pPr>
      <w:r>
        <w:rPr>
          <w:b w:val="0"/>
          <w:i w:val="0"/>
        </w:rPr>
        <w:t>"Đó là giả sử Thanh tra vẫn còn sống," Khalifah nói, "vì nếu tôi biết bọn họ, họ sẽ đang rút thăm để quyết định ai sẽ có vinh dự giết ông ta."</w:t>
      </w:r>
    </w:p>
    <w:p>
      <w:pPr>
        <w:spacing w:after="80"/>
      </w:pPr>
      <w:r>
        <w:rPr>
          <w:b w:val="0"/>
          <w:i w:val="0"/>
        </w:rPr>
        <w:t>William không phản ứng, nhưng anh lo rằng thống đốc có thể không kiềm chế được lâu hơn nữa.</w:t>
      </w:r>
    </w:p>
    <w:p>
      <w:pPr>
        <w:spacing w:after="80"/>
      </w:pPr>
      <w:r>
        <w:rPr>
          <w:b w:val="0"/>
          <w:i w:val="0"/>
        </w:rPr>
        <w:t>"Tôi cũng cần tắm và mặc quần áo của mình," Khalifah nói. "Tôi không có ý định trở về đất nước mình trông như một kẻ chạy trốn."</w:t>
      </w:r>
    </w:p>
    <w:p>
      <w:pPr>
        <w:spacing w:after="80"/>
      </w:pPr>
      <w:r>
        <w:rPr>
          <w:b w:val="0"/>
          <w:i w:val="0"/>
        </w:rPr>
        <w:t>Thống đốc miễn cưỡng gật đầu, và đúng lúc đó, điện thoại bên giường Khalifah bắt đầu reo. William chộp lấy và nói: "Warwick đây."</w:t>
      </w:r>
    </w:p>
    <w:p>
      <w:pPr>
        <w:spacing w:after="80"/>
      </w:pPr>
      <w:r>
        <w:rPr>
          <w:b w:val="0"/>
          <w:i w:val="0"/>
        </w:rPr>
        <w:t>Giọng nói tiếp theo anh nghe có thể đến từ dưới ánh nắng Địa Trung Hải, nhưng lạnh lẽo như một cơn bão tuyết Bắc Cực. "Chào buổi sáng, Thanh tra trưởng. Tôi có thể cho rằng thủ lĩnh của tôi không còn bị biệt giam nữa, và đã sẵn sàng nhận cuộc gọi của tôi chứ?"</w:t>
      </w:r>
    </w:p>
    <w:p>
      <w:pPr>
        <w:spacing w:after="80"/>
      </w:pPr>
      <w:r>
        <w:rPr>
          <w:b w:val="0"/>
          <w:i w:val="0"/>
        </w:rPr>
        <w:t>"Không phải cho đến khi tôi nói chuyện với Thanh tra Hogan," William nói, không chắc mình sẽ làm gì nếu Chalabi từ chối. Một khoảng lặng dài tiếp theo.</w:t>
      </w:r>
    </w:p>
    <w:p>
      <w:pPr>
        <w:spacing w:after="80"/>
      </w:pPr>
      <w:r>
        <w:rPr>
          <w:b w:val="0"/>
          <w:i w:val="0"/>
        </w:rPr>
        <w:t>‘Là Hogan đây, thưa ngài,’ giọng nói tiếp theo vang lên qua điện thoại.</w:t>
      </w:r>
    </w:p>
    <w:p>
      <w:pPr>
        <w:spacing w:after="80"/>
      </w:pPr>
      <w:r>
        <w:rPr>
          <w:b w:val="0"/>
          <w:i w:val="0"/>
        </w:rPr>
        <w:t>‘Anh có thể xác nhận rằng Công chúa vẫn còn sống và khỏe mạnh chứ?’ William hỏi.</w:t>
      </w:r>
    </w:p>
    <w:p>
      <w:pPr>
        <w:spacing w:after="80"/>
      </w:pPr>
      <w:r>
        <w:rPr>
          <w:b w:val="0"/>
          <w:i w:val="0"/>
        </w:rPr>
        <w:t>‘Tôi xác nhận được, Bill.’</w:t>
      </w:r>
    </w:p>
    <w:p>
      <w:pPr>
        <w:spacing w:after="80"/>
      </w:pPr>
      <w:r>
        <w:rPr>
          <w:b w:val="0"/>
          <w:i w:val="0"/>
        </w:rPr>
        <w:t>‘Còn Quý cô Victoria?’</w:t>
      </w:r>
    </w:p>
    <w:p>
      <w:pPr>
        <w:spacing w:after="80"/>
      </w:pPr>
      <w:r>
        <w:rPr>
          <w:b w:val="0"/>
          <w:i w:val="0"/>
        </w:rPr>
        <w:t>‘Sợ vãi ra, theo đúng lời cô ấy nói,’ Ross đáp. ‘Cả hai đang ở ngoài ban công, ngồi dưới nắng.’</w:t>
      </w:r>
    </w:p>
    <w:p>
      <w:pPr>
        <w:spacing w:after="80"/>
      </w:pPr>
      <w:r>
        <w:rPr>
          <w:b w:val="0"/>
          <w:i w:val="0"/>
        </w:rPr>
        <w:t>‘Hài lòng chưa, Tổng giám đốc?’ Chalabi hỏi, sau khi giật lại điện thoại.</w:t>
      </w:r>
    </w:p>
    <w:p>
      <w:pPr>
        <w:spacing w:after="80"/>
      </w:pPr>
      <w:r>
        <w:rPr>
          <w:b w:val="0"/>
          <w:i w:val="0"/>
        </w:rPr>
        <w:t>‘Rồi,’ William đáp, anh vừa thu thập được hai thông tin quan trọng mà sẽ chuyển ngay cho Trợ lý Ủy viên cảnh sát khi có cơ hội đầu tiên.</w:t>
      </w:r>
    </w:p>
    <w:p>
      <w:pPr>
        <w:spacing w:after="80"/>
      </w:pPr>
      <w:r>
        <w:rPr>
          <w:b w:val="0"/>
          <w:i w:val="0"/>
        </w:rPr>
        <w:t>‘Vậy thì nối máy cho tôi với thủ lĩnh của tôi ngay lập tức, nếu không anh sẽ là người cuối cùng được nói chuyện với bạn anh Hogan đấy.’</w:t>
      </w:r>
    </w:p>
    <w:p>
      <w:pPr>
        <w:spacing w:after="80"/>
      </w:pPr>
      <w:r>
        <w:rPr>
          <w:b w:val="0"/>
          <w:i w:val="0"/>
        </w:rPr>
        <w:t>William miễn cưỡng đưa điện thoại cho Khalifah, và dù anh không hiểu một chữ nào trong cuộc trò chuyện sau đó, cái tên Diana xuất hiện vài lần. Sau vài phút, Khalifah đưa điện thoại lại cho William.</w:t>
      </w:r>
    </w:p>
    <w:p>
      <w:pPr>
        <w:spacing w:after="80"/>
      </w:pPr>
      <w:r>
        <w:rPr>
          <w:b w:val="0"/>
          <w:i w:val="0"/>
        </w:rPr>
        <w:t>‘Giờ hãy nghe cho kỹ, Tổng giám đốc,’ Chalabi nói, ‘vì tôi sẽ chỉ nói điều này một lần duy nhất. Khoảng vài tiếng nữa, tôi sẽ gọi lại cho anh, và đến lúc đó anh phải thu xếp một chiếc xe đưa Ngài Mansour Khalifah đến Heathrow, nơi ông ấy sẽ lên máy bay riêng sẵn sàng cất cánh đi Libya. Tôi nói rõ chưa?’</w:t>
      </w:r>
    </w:p>
    <w:p>
      <w:pPr>
        <w:spacing w:after="80"/>
      </w:pPr>
      <w:r>
        <w:rPr>
          <w:b w:val="0"/>
          <w:i w:val="0"/>
        </w:rPr>
        <w:t>‘Hai tiếng có thể không đủ để tìm xe và đưa ông ấy ra sân bay,’ William phản đối.</w:t>
      </w:r>
    </w:p>
    <w:p>
      <w:pPr>
        <w:spacing w:after="80"/>
      </w:pPr>
      <w:r>
        <w:rPr>
          <w:b w:val="0"/>
          <w:i w:val="0"/>
        </w:rPr>
        <w:t>‘Thôi nào, thôi nào,’ Chalabi nói. ‘Nếu anh không làm được, tôi sẽ phải xử tử một tù nhân của mình đúng mỗi giờ một lần. Tôi chắc Quý cô Victoria, giống như tổ tiên của cô ấy, sẽ nêu gương tốt. Anh chắc không khó để đoán ai sẽ là người tiếp theo, nếu anh có một bước đi sai lầm.’</w:t>
      </w:r>
    </w:p>
    <w:p>
      <w:pPr>
        <w:spacing w:after="80"/>
      </w:pPr>
      <w:r>
        <w:rPr>
          <w:b w:val="0"/>
          <w:i w:val="0"/>
        </w:rPr>
        <w:t>‘Nhưng mà…’ William bắt đầu nói.</w:t>
      </w:r>
    </w:p>
    <w:p>
      <w:pPr>
        <w:spacing w:after="80"/>
      </w:pPr>
      <w:r>
        <w:rPr>
          <w:b w:val="0"/>
          <w:i w:val="0"/>
        </w:rPr>
        <w:t>‘Không có nhưng nhị gì hết, Tổng giám đốc. Đó là nếu anh còn hy vọng gặp lại Công chúa khi cô ấy còn sống. Vì giờ anh chỉ còn một tiếng năm mươi tám phút, tôi sẽ không lãng phí thêm thời gian quý báu của anh nữa.’</w:t>
      </w:r>
    </w:p>
    <w:p>
      <w:pPr>
        <w:spacing w:after="80"/>
      </w:pPr>
      <w:r>
        <w:rPr>
          <w:b w:val="0"/>
          <w:i w:val="0"/>
        </w:rPr>
        <w:t>William đã chuẩn bị sẵn câu tiếp theo, chỉ để nhận ra mình đã bị cắt máy. Khalifah, người có vẻ đã hồi phục đáng kinh ngạc, nở với anh một nụ cười trịch thượng.</w:t>
      </w:r>
    </w:p>
    <w:p>
      <w:pPr>
        <w:spacing w:after="80"/>
      </w:pPr>
      <w:r>
        <w:rPr>
          <w:b w:val="0"/>
          <w:i w:val="0"/>
        </w:rPr>
        <w:t>‘Tôi không giữ chân cậu đâu, cậu bé thân mến,’ Khalifah nói với giọng điệu trường công phóng đại, ‘trừ khi ngài thống đốc muốn nán lại hôn mông tôi…’</w:t>
      </w:r>
    </w:p>
    <w:p>
      <w:pPr>
        <w:spacing w:after="80"/>
      </w:pPr>
      <w:r>
        <w:rPr>
          <w:b w:val="0"/>
          <w:i w:val="0"/>
        </w:rPr>
        <w:t>Thống đốc bước tới một bước, nhưng William đưa tay ra, chặn đường ông và lặng lẽ dẫn ông ra hành lang, kèm theo một cái vẫy tay đầy vẻ vương giả từ Khalifah.</w:t>
      </w:r>
    </w:p>
    <w:p>
      <w:pPr>
        <w:spacing w:after="80"/>
      </w:pPr>
      <w:r>
        <w:rPr>
          <w:b w:val="0"/>
          <w:i w:val="0"/>
        </w:rPr>
        <w:t>"Tôi rất sẵn lòng nhận án chung thân vì giết gã đàn ông đó," thống đốc lẩm bẩm khi cánh cửa đóng sầm lại sau lưng họ.</w:t>
      </w:r>
    </w:p>
    <w:p>
      <w:pPr>
        <w:spacing w:after="80"/>
      </w:pPr>
      <w:r>
        <w:rPr>
          <w:b w:val="0"/>
          <w:i w:val="0"/>
        </w:rPr>
        <w:t>"Hy vọng mọi chuyện không đi xa đến thế," William nói.</w:t>
      </w:r>
    </w:p>
    <w:p>
      <w:pPr>
        <w:spacing w:after="80"/>
      </w:pPr>
      <w:r>
        <w:rPr>
          <w:b w:val="0"/>
          <w:i w:val="0"/>
        </w:rPr>
        <w:t>Thống đốc dừng lại một lát trước khi nói: "Tôi nợ anh một lời xin lỗi, William, vì tôi không thể nào tưởng tượng nổi anh còn biết những gì mà không thể chia sẻ với tôi," ông nói khi người trẻ hơn trong hai bác sĩ bước ra khỏi khu bệnh viện và nhập bọn với họ ở hành lang.</w:t>
      </w:r>
    </w:p>
    <w:p>
      <w:pPr>
        <w:spacing w:after="80"/>
      </w:pPr>
      <w:r>
        <w:rPr>
          <w:b w:val="0"/>
          <w:i w:val="0"/>
        </w:rPr>
        <w:t>"Tôi bảo ông ta là tôi cần đi giải quyết nỗi buồn," bác sĩ trẻ nói, "nên chuyện này phải nhanh thôi."</w:t>
      </w:r>
    </w:p>
    <w:p>
      <w:pPr>
        <w:spacing w:after="80"/>
      </w:pPr>
      <w:r>
        <w:rPr>
          <w:b w:val="0"/>
          <w:i w:val="0"/>
        </w:rPr>
        <w:t>"Tôi không nghĩ ông biết bác sĩ Harrison đâu, thống đốc," William nói. "Chúng tôi từng ở cùng đội điền kinh tại Đại học London, dù anh ấy chuyên chạy đường dài."</w:t>
      </w:r>
    </w:p>
    <w:p>
      <w:pPr>
        <w:spacing w:after="80"/>
      </w:pPr>
      <w:r>
        <w:rPr>
          <w:b w:val="0"/>
          <w:i w:val="0"/>
        </w:rPr>
        <w:t>"Nơi tôi học ngôn ngữ Trung Đông, chứ không phải y khoa," Harrison thú nhận khi bắt tay thống đốc. "Nên tôi là PhD, không phải MD."</w:t>
      </w:r>
    </w:p>
    <w:p>
      <w:pPr>
        <w:spacing w:after="80"/>
      </w:pPr>
      <w:r>
        <w:rPr>
          <w:b w:val="0"/>
          <w:i w:val="0"/>
        </w:rPr>
        <w:t>"Khalifah nói gì về bản thân hắn?" William hỏi, không muốn mất thêm thời gian.</w:t>
      </w:r>
    </w:p>
    <w:p>
      <w:pPr>
        <w:spacing w:after="80"/>
      </w:pPr>
      <w:r>
        <w:rPr>
          <w:b w:val="0"/>
          <w:i w:val="0"/>
        </w:rPr>
        <w:t>"Tôi chỉ nghe được phía bên này của cuộc trò chuyện," Harrison nói, "nhưng hắn nói rõ rằng thanh tra Hogan phải bị ném xuống biển ngay khi máy bay của hắn cất cánh từ Heathrow, và một khi du thuyền vào lãnh hải Libya, một người tên Victoria sẽ chịu chung số phận."</w:t>
      </w:r>
    </w:p>
    <w:p>
      <w:pPr>
        <w:spacing w:after="80"/>
      </w:pPr>
      <w:r>
        <w:rPr>
          <w:b w:val="0"/>
          <w:i w:val="0"/>
        </w:rPr>
        <w:t>"Còn công chúa thì sao?" William hỏi.</w:t>
      </w:r>
    </w:p>
    <w:p>
      <w:pPr>
        <w:spacing w:after="80"/>
      </w:pPr>
      <w:r>
        <w:rPr>
          <w:b w:val="0"/>
          <w:i w:val="0"/>
        </w:rPr>
        <w:t>"Bọn chúng không có ý định thả cô ấy, kể cả khi Mansour Khalifah được trả tự do."</w:t>
      </w:r>
    </w:p>
    <w:p>
      <w:pPr>
        <w:spacing w:after="80"/>
      </w:pPr>
      <w:r>
        <w:rPr>
          <w:b w:val="0"/>
          <w:i w:val="0"/>
        </w:rPr>
        <w:t>"Vậy bọn chúng còn âm mưu gì nữa?" thống đốc hỏi.</w:t>
      </w:r>
    </w:p>
    <w:p>
      <w:pPr>
        <w:spacing w:after="80"/>
      </w:pPr>
      <w:r>
        <w:rPr>
          <w:b w:val="0"/>
          <w:i w:val="0"/>
        </w:rPr>
        <w:t>Harrison ngập ngừng.</w:t>
      </w:r>
    </w:p>
    <w:p>
      <w:pPr>
        <w:spacing w:after="80"/>
      </w:pPr>
      <w:r>
        <w:rPr>
          <w:b w:val="0"/>
          <w:i w:val="0"/>
        </w:rPr>
        <w:t>"Nói tiếp đi chứ, anh bạn," thống đốc nói.</w:t>
      </w:r>
    </w:p>
    <w:p>
      <w:pPr>
        <w:spacing w:after="80"/>
      </w:pPr>
      <w:r>
        <w:rPr>
          <w:b w:val="0"/>
          <w:i w:val="0"/>
        </w:rPr>
        <w:t>"Cô ấy sẽ bị diễu qua các đường phố Tripoli trên đường tới Quảng trường Liệt sĩ, nơi cô ấy sẽ bị chặt đầu. Bọn chúng thậm chí đã chọn xong người sẽ thi hành án."</w:t>
      </w:r>
    </w:p>
    <w:p>
      <w:pPr>
        <w:spacing w:after="80"/>
      </w:pPr>
      <w:r>
        <w:rPr>
          <w:b w:val="0"/>
          <w:i w:val="0"/>
        </w:rPr>
        <w:t>"Chắc chắn là Nasreen Hassan rồi," William nói khi liếc nhìn đồng hồ. "Nghĩa là giờ tôi chỉ còn một giờ bốn mươi chín phút trước khi…"</w:t>
      </w:r>
    </w:p>
    <w:p>
      <w:pPr>
        <w:spacing w:after="80"/>
        <w:jc w:val="center"/>
      </w:pPr>
      <w:r>
        <w:rPr>
          <w:b w:val="0"/>
          <w:i w:val="0"/>
        </w:rPr>
        <w:t>• • •</w:t>
      </w:r>
    </w:p>
    <w:p>
      <w:pPr>
        <w:spacing w:after="80"/>
      </w:pPr>
      <w:r>
        <w:rPr>
          <w:b w:val="0"/>
          <w:i w:val="0"/>
        </w:rPr>
        <w:t xml:space="preserve">Chiếc C-130 chở đội SBS tinh nhuệ bay qua HMS </w:t>
      </w:r>
      <w:r>
        <w:rPr>
          <w:b w:val="0"/>
          <w:i/>
        </w:rPr>
        <w:t>Cornwall</w:t>
      </w:r>
      <w:r>
        <w:rPr>
          <w:b w:val="0"/>
          <w:i w:val="0"/>
        </w:rPr>
        <w:t xml:space="preserve"> ngay sau 6 giờ 30 tối, đón nhận ba tín hiệu nháy đèn từ một đèn báo hiệu. Viên phi công lượn vòng và bay quanh con tàu. Thuyền trưởng tàu </w:t>
      </w:r>
      <w:r>
        <w:rPr>
          <w:b w:val="0"/>
          <w:i/>
        </w:rPr>
        <w:t>Cornwall</w:t>
      </w:r>
      <w:r>
        <w:rPr>
          <w:b w:val="0"/>
          <w:i w:val="0"/>
        </w:rPr>
        <w:t xml:space="preserve"> quan sát từ đài chỉ huy khi cửa sau của chiếc C-130 từ từ mở ra, và ba chiếc xuồng cao su cứng xuất hiện rồi từ từ thả dù xuống biển. Chiếc máy bay lại lượn một vòng quanh </w:t>
      </w:r>
      <w:r>
        <w:rPr>
          <w:b w:val="0"/>
          <w:i/>
        </w:rPr>
        <w:t>Cornwall</w:t>
      </w:r>
      <w:r>
        <w:rPr>
          <w:b w:val="0"/>
          <w:i w:val="0"/>
        </w:rPr>
        <w:t>, trước khi quay về để thả nốt số người còn lại.</w:t>
      </w:r>
    </w:p>
    <w:p>
      <w:pPr>
        <w:spacing w:after="80"/>
      </w:pPr>
      <w:r>
        <w:rPr>
          <w:b w:val="0"/>
          <w:i w:val="0"/>
        </w:rPr>
        <w:t>Người đầu tiên nhảy xuống là Đại úy Mike Davenport, một người không thích đi sau cùng. Khi chiếc dù của anh vừa bung ra, những người lính còn lại lần lượt nhảy theo ngay sau đó, rơi xuống những con sóng đúng như lời vị chuẩn tướng đã dự đoán, nhẹ nhàng như lũ trẻ nhảy xuống bể bơi.</w:t>
      </w:r>
    </w:p>
    <w:p>
      <w:pPr>
        <w:spacing w:after="80"/>
      </w:pPr>
      <w:r>
        <w:rPr>
          <w:b w:val="0"/>
          <w:i w:val="0"/>
        </w:rPr>
        <w:t xml:space="preserve">Ngay khi chạm mặt nước, họ vứt bỏ dù và bơi đến chiếc thuyền gần nhất. Khi tất cả đã leo lên tàu, họ hướng về phía </w:t>
      </w:r>
      <w:r>
        <w:rPr>
          <w:b w:val="0"/>
          <w:i/>
        </w:rPr>
        <w:t>Cornwall</w:t>
      </w:r>
      <w:r>
        <w:rPr>
          <w:b w:val="0"/>
          <w:i w:val="0"/>
        </w:rPr>
        <w:t>.</w:t>
      </w:r>
    </w:p>
    <w:p>
      <w:pPr>
        <w:spacing w:after="80"/>
      </w:pPr>
      <w:r>
        <w:rPr>
          <w:b w:val="0"/>
          <w:i w:val="0"/>
        </w:rPr>
        <w:t>Davenport thoăn thoắt leo lên chiếc thang dây thả xuống mạn tàu. Anh bước lên boong, được một sĩ quan cấp úy chào đón rồi hộ tống lên đài chỉ huy, nơi thuyền trưởng đang chờ anh. Suốt giờ tiếp theo, họ cùng nhau rà soát kế hoạch của anh thật chi tiết, kể cả vai trò mà những người được chọn vào đội tiên phong sẽ phải đảm nhận nếu muốn kết quả thành công.</w:t>
      </w:r>
    </w:p>
    <w:p>
      <w:pPr>
        <w:spacing w:after="80"/>
      </w:pPr>
      <w:r>
        <w:rPr>
          <w:b w:val="0"/>
          <w:i w:val="0"/>
        </w:rPr>
        <w:t>Sau buổi phổ biến kế hoạch, Davenport nhập bọn với lính của mình và ra lệnh cho họ nghỉ ngơi — không phải việc họ ưa thích nhất. Nhưng như anh nhắc nhở họ, chờ đợi luôn là phần tệ nhất trong bất kỳ nhiệm vụ nào, nên họ hãy cố chợp mắt một chút, vì họ không thể bắt đầu Chiến dịch 'Overboard' cho đến khi mặt trời lặn xuống dưới đường chân trời. Anh biết rõ rằng sẽ chẳng ai trong số họ chợp mắt được dù chỉ một phút, kể cả chính anh.</w:t>
      </w:r>
    </w:p>
    <w:p>
      <w:pPr>
        <w:spacing w:after="80"/>
        <w:jc w:val="center"/>
      </w:pPr>
      <w:r>
        <w:rPr>
          <w:b w:val="0"/>
          <w:i w:val="0"/>
        </w:rPr>
        <w:t>• • •</w:t>
      </w:r>
    </w:p>
    <w:p>
      <w:pPr>
        <w:spacing w:after="80"/>
      </w:pPr>
      <w:r>
        <w:rPr>
          <w:b w:val="0"/>
          <w:i w:val="0"/>
        </w:rPr>
        <w:t xml:space="preserve">William gọi cho Holbrooke từ văn phòng thống đốc, và được biết ông đang ở Số 10 để báo cáo với Thủ tướng rằng đội SBS giờ đã lên tàu </w:t>
      </w:r>
      <w:r>
        <w:rPr>
          <w:b w:val="0"/>
          <w:i/>
        </w:rPr>
        <w:t>Cornwall</w:t>
      </w:r>
      <w:r>
        <w:rPr>
          <w:b w:val="0"/>
          <w:i w:val="0"/>
        </w:rPr>
        <w:t>, đang sốt ruột chờ mặt trời lặn. Một điều mà ngay cả Thủ tướng cũng không thể kiểm soát nổi.</w:t>
      </w:r>
    </w:p>
    <w:p>
      <w:pPr>
        <w:spacing w:after="80"/>
      </w:pPr>
      <w:r>
        <w:rPr>
          <w:b w:val="0"/>
          <w:i w:val="0"/>
        </w:rPr>
        <w:t>Cuộc gọi tiếp theo của William được nối tới Holbrooke trong văn phòng Thủ tướng, khi anh trình bày rất chi tiết không chỉ những gì Chalabi mong đợi anh làm, mà còn cả việc Diana chắc chắn vẫn còn sống và khỏe mạnh và, quan trọng không kém, đang ở trên ban công phía mạn phải.</w:t>
      </w:r>
    </w:p>
    <w:p>
      <w:pPr>
        <w:spacing w:after="80"/>
      </w:pPr>
      <w:r>
        <w:rPr>
          <w:b w:val="0"/>
          <w:i w:val="0"/>
        </w:rPr>
        <w:t>‘Sao ông chắc chắn được cabin của họ nằm ở mạn phải?’ Holbrooke chất vấn.</w:t>
      </w:r>
    </w:p>
    <w:p>
      <w:pPr>
        <w:spacing w:after="80"/>
      </w:pPr>
      <w:r>
        <w:rPr>
          <w:b w:val="0"/>
          <w:i w:val="0"/>
        </w:rPr>
        <w:t>‘Không đời nào Lady Victoria lại dùng từ “shit-scared” (sợ vãi linh hồn), kể cả khi cô ấy có cảm thấy thế.’ William tiếp tục cảnh báo vị Trợ lý Ủy viên về những gì Khalifah đã dự tính cho Công chúa khi họ đến Libya, ngay cả khi họ có chấp nhận các yêu cầu của hắn. ‘Hắn sẽ gọi lại sau bốn mươi mốt phút nữa,’ William nói, liếc nhìn đồng hồ, ‘khi đó hắn sẽ chờ tôi xác nhận rằng Khalifah đang trên đường đến Heathrow. Nếu không, tôi không nghi ngờ gì việc hắn sẽ thực hiện lời đe dọa giết Ross hoặc Victoria, hoặc cả hai.’</w:t>
      </w:r>
    </w:p>
    <w:p>
      <w:pPr>
        <w:spacing w:after="80"/>
      </w:pPr>
      <w:r>
        <w:rPr>
          <w:b w:val="0"/>
          <w:i w:val="0"/>
        </w:rPr>
        <w:t>“Tôi chắc là anh đúng,” Holbrooke nói, “vì giống như chúng ta, ông ta sẽ phải làm việc theo một thời gian biểu nghiêm ngặt. Tôi sẽ nói chính xác cho anh những gì cần nói khi ông ta gọi lại, nhưng đừng bao giờ quên rằng ưu tiên hàng đầu của anh là câu giờ cho tôi càng nhiều càng tốt. SBS không thể hành động trước khi mặt trời lặn, 20.43 giờ địa phương, mà hiện giờ còn” – ông liếc đồng hồ – “hai tiếng mười chín phút nữa.”</w:t>
      </w:r>
    </w:p>
    <w:p>
      <w:pPr>
        <w:spacing w:after="80"/>
      </w:pPr>
      <w:r>
        <w:rPr>
          <w:b w:val="0"/>
          <w:i w:val="0"/>
        </w:rPr>
        <w:t>William chăm chú lắng nghe khi Holbrooke trình bày chi tiết thông điệp mà ông muốn anh chuyển đến Chalabi, bởi anh biết ông không phải là người nói lại lần hai.</w:t>
      </w:r>
    </w:p>
    <w:p>
      <w:pPr>
        <w:spacing w:after="80"/>
      </w:pPr>
      <w:r>
        <w:rPr>
          <w:b w:val="0"/>
          <w:i w:val="0"/>
        </w:rPr>
        <w:t>‘Thủy sư Đô đốc Đệ nhất đang ở đường dây một,’ một giọng nói nghe có vẻ gấp gáp vang lên từ phía sau.</w:t>
      </w:r>
    </w:p>
    <w:p>
      <w:pPr>
        <w:spacing w:after="80"/>
      </w:pPr>
      <w:r>
        <w:rPr>
          <w:b w:val="0"/>
          <w:i w:val="0"/>
        </w:rPr>
        <w:t>“Tôi sẽ đến chỗ ông ấy ngay,” Holbrooke nói. “Mục đích duy nhất của anh, Warwick, là câu giờ cho tôi,” là những lời cuối cùng William nghe được trước khi cuộc gọi tắt ngấm.</w:t>
      </w:r>
    </w:p>
    <w:p>
      <w:pPr>
        <w:spacing w:after="80"/>
      </w:pPr>
      <w:r>
        <w:rPr>
          <w:b w:val="0"/>
          <w:i w:val="0"/>
        </w:rPr>
        <w:t>Trong ba mươi phút tiếp theo, William thực hiện bốn cuộc gọi riêng biệt. Cuộc đầu tiên là cho Hawk ở Yard, người đã trấn an anh rằng ba chiếc xe sẽ đợi bên ngoài nhà tù để đưa anh và Khalifah đến Heathrow, trước khi hết giờ khá lâu. Cứ như thể quyền chỉ huy đã đổi chủ. Tiếp theo anh gọi cho Paul, rồi đến Rebecca và cuối cùng là Danny, để phổ biến cho họ về vai trò mà họ sẽ đảm nhận trong hai giờ tới.</w:t>
      </w:r>
    </w:p>
    <w:p>
      <w:pPr>
        <w:spacing w:after="80"/>
      </w:pPr>
      <w:r>
        <w:rPr>
          <w:b w:val="0"/>
          <w:i w:val="0"/>
        </w:rPr>
        <w:t>Anh hầu như không có đủ thời gian để quay lại khu bệnh xá, chỉ về kịp với vài phút dư ra. Anh gần như không nhận ra Khalifah, người giờ đang mặc một chiếc thawb và đội keffiyeh, trông giống một vị vua Ả Rập hơn là kẻ vừa bước ra từ phòng biệt giam.</w:t>
      </w:r>
    </w:p>
    <w:p>
      <w:pPr>
        <w:spacing w:after="80"/>
      </w:pPr>
      <w:r>
        <w:rPr>
          <w:b w:val="0"/>
          <w:i w:val="0"/>
        </w:rPr>
        <w:t>"Anh về vừa đúng lúc để ngăn vụ hành quyết tiếp theo đấy," Khalifah nói khi William lao vào phòng. "Tôi đoán anh đã có sẵn một chiếc xe chờ sẵn, vì tôi biết Chalabi đang tìm mọi cớ để hiến tế Thanh tra Hogan, người mà vì lý do khó hiểu nào đó có vẻ khiến ông ta phát cáu."</w:t>
      </w:r>
    </w:p>
    <w:p>
      <w:pPr>
        <w:spacing w:after="80"/>
      </w:pPr>
      <w:r>
        <w:rPr>
          <w:b w:val="0"/>
          <w:i w:val="0"/>
        </w:rPr>
        <w:t>Điện thoại reo. William không cần hỏi ai ở đầu dây bên kia.</w:t>
      </w:r>
    </w:p>
    <w:p>
      <w:pPr>
        <w:spacing w:after="80"/>
      </w:pPr>
      <w:r>
        <w:rPr>
          <w:b w:val="0"/>
          <w:i w:val="0"/>
        </w:rPr>
        <w:t>"Tôi đoán anh đã nói chuyện với Holbrooke và sắp xếp xong mọi thứ rồi?" là câu mở đầu của Chalabi.</w:t>
      </w:r>
    </w:p>
    <w:p>
      <w:pPr>
        <w:spacing w:after="80"/>
      </w:pPr>
      <w:r>
        <w:rPr>
          <w:b w:val="0"/>
          <w:i w:val="0"/>
        </w:rPr>
        <w:t>"Vâng. Vài phút nữa sẽ có một chiếc xe đợi bên ngoài nhà tù để đưa Khalifah—"</w:t>
      </w:r>
    </w:p>
    <w:p>
      <w:pPr>
        <w:spacing w:after="80"/>
      </w:pPr>
      <w:r>
        <w:rPr>
          <w:b w:val="0"/>
          <w:i w:val="0"/>
        </w:rPr>
        <w:t>"Ngài Mansour Khalifah," Chalabi chỉnh lại. "Đâu phải chỉ nhà anh mới có hoàng tộc."</w:t>
      </w:r>
    </w:p>
    <w:p>
      <w:pPr>
        <w:spacing w:after="80"/>
      </w:pPr>
      <w:r>
        <w:rPr>
          <w:b w:val="0"/>
          <w:i w:val="0"/>
        </w:rPr>
        <w:t>"—Khalifah đến Heathrow," William nói.</w:t>
      </w:r>
    </w:p>
    <w:p>
      <w:pPr>
        <w:spacing w:after="80"/>
      </w:pPr>
      <w:r>
        <w:rPr>
          <w:b w:val="0"/>
          <w:i w:val="0"/>
        </w:rPr>
        <w:t>"Nơi mà tôi cho rằng chiếc phi cơ riêng của ngài sẽ chờ để đưa ngài về quê hương."</w:t>
      </w:r>
    </w:p>
    <w:p>
      <w:pPr>
        <w:spacing w:after="80"/>
      </w:pPr>
      <w:r>
        <w:rPr>
          <w:b w:val="0"/>
          <w:i w:val="0"/>
        </w:rPr>
        <w:t>"Chuyện đó sẽ không dễ dàng như vậy đâu," William đáp đầy thách thức. "Máy bay đã hơn ba tháng không được bảo dưỡng, và dù các kỹ sư đang làm việc hết sức, có thể phải mất một thời gian nữa nhà chức trách sân bay mới cho phép nó cất cánh. Tất nhiên, trừ khi ông sẵn sàng đánh cược mạng sống của thủ lĩnh mình?" anh nói thêm, liều một nước cờ tính toán.</w:t>
      </w:r>
    </w:p>
    <w:p>
      <w:pPr>
        <w:spacing w:after="80"/>
      </w:pPr>
      <w:r>
        <w:rPr>
          <w:b w:val="0"/>
          <w:i w:val="0"/>
        </w:rPr>
        <w:t>Lần đầu tiên, Chalabi không trả lời ngay lập tức.</w:t>
      </w:r>
    </w:p>
    <w:p>
      <w:pPr>
        <w:spacing w:after="80"/>
      </w:pPr>
      <w:r>
        <w:rPr>
          <w:b w:val="0"/>
          <w:i w:val="0"/>
        </w:rPr>
        <w:t>William tận dụng khoảng lặng. "Sau khi các quy định an toàn được thực hiện, máy bay sẽ được tiếp nhiên liệu. Nhưng chúng ta vẫn còn vấn đề tìm một tổ bay sẵn lòng đưa ông ấy đến Libya. Đó không hẳn là điểm đến được ưa chuộng."</w:t>
      </w:r>
    </w:p>
    <w:p>
      <w:pPr>
        <w:spacing w:after="80"/>
      </w:pPr>
      <w:r>
        <w:rPr>
          <w:b w:val="0"/>
          <w:i w:val="0"/>
        </w:rPr>
        <w:t>"Đừng có giở trò lừa bịp nữa, Warwick," Chalabi nói. "Một tiếng nữa tôi sẽ gọi lại, khi đó tôi mong..."</w:t>
      </w:r>
    </w:p>
    <w:p>
      <w:pPr>
        <w:spacing w:after="80"/>
      </w:pPr>
      <w:r>
        <w:rPr>
          <w:b w:val="0"/>
          <w:i w:val="0"/>
        </w:rPr>
        <w:t>"Tôi cần ít nhất bốn tiếng mới chắc chắn mọi thứ đã vào guồng."</w:t>
      </w:r>
    </w:p>
    <w:p>
      <w:pPr>
        <w:spacing w:after="80"/>
      </w:pPr>
      <w:r>
        <w:rPr>
          <w:b w:val="0"/>
          <w:i w:val="0"/>
        </w:rPr>
        <w:t>"Tôi cho anh hai tiếng, không hơn một phút. Nếu đến đúng hai tiếng nữa tôi gọi cho phi cơ riêng mà Ngài không bắt máy, các vụ hành quyết sẽ bắt đầu. Tôi thậm chí sẽ cho anh nghe những lời cuối cùng của Quý bà Victoria trước khi cô ta xuống gặp Thanh tra Hogan dưới đáy biển sâu."</w:t>
      </w:r>
    </w:p>
    <w:p>
      <w:pPr>
        <w:spacing w:after="80"/>
      </w:pPr>
      <w:r>
        <w:rPr>
          <w:b w:val="0"/>
          <w:i w:val="0"/>
        </w:rPr>
        <w:t>Đường dây tắt lịm. William đã câu thêm cho Holbrooke một tiếng, nhưng liệu thế đã đủ chưa?</w:t>
      </w:r>
    </w:p>
    <w:p>
      <w:pPr>
        <w:pStyle w:val="Heading2"/>
      </w:pPr>
      <w:r>
        <w:rPr>
          <w:rFonts w:ascii="Calibri" w:hAnsi="Calibri"/>
          <w:b/>
          <w:i w:val="0"/>
          <w:sz w:val="32"/>
        </w:rPr>
        <w:t>CHƯƠNG 35</w:t>
      </w:r>
    </w:p>
    <w:p>
      <w:pPr>
        <w:spacing w:after="80"/>
      </w:pPr>
      <w:r>
        <w:rPr>
          <w:b w:val="0"/>
          <w:i w:val="0"/>
        </w:rPr>
        <w:t xml:space="preserve">TRỜI VẪN CÒN SÁNG RÕ khi sáu sĩ quan và hai chục thủy thủ được tuyển chọn kỹ càng rời khỏi tàu </w:t>
      </w:r>
      <w:r>
        <w:rPr>
          <w:b w:val="0"/>
          <w:i/>
        </w:rPr>
        <w:t xml:space="preserve">Cornwall </w:t>
      </w:r>
      <w:r>
        <w:rPr>
          <w:b w:val="0"/>
          <w:i w:val="0"/>
        </w:rPr>
        <w:t>trên sáu con thuyền, trước khi nhóm chính khởi hành một giờ đồng hồ. Thuyền trưởng Davenport đã nhấn mạnh trong buổi giao ban cuối cùng rằng dù vai trò của họ là thứ yếu, nó cũng không kém phần quan trọng nếu Chiến dịch Overboard muốn thành công.</w:t>
      </w:r>
    </w:p>
    <w:p>
      <w:pPr>
        <w:spacing w:after="80"/>
      </w:pPr>
      <w:r>
        <w:rPr>
          <w:b w:val="0"/>
          <w:i w:val="0"/>
        </w:rPr>
        <w:t>Một nhóm SBS gồm mười bốn người sẽ khởi hành trên những chiếc RIB của họ một giờ sau đó, và những người rời đi cuối cùng sẽ là Davenport cùng sáu đặc nhiệm dày dạn kinh nghiệm nhất của ông trên hai chiếc trực thăng. Họ sẽ phải canh thời điểm khởi hành chính xác đến từng phút nếu muốn tận dụng vũ khí mạnh nhất của mình – sự bất ngờ.</w:t>
      </w:r>
    </w:p>
    <w:p>
      <w:pPr>
        <w:spacing w:after="80"/>
        <w:jc w:val="center"/>
      </w:pPr>
      <w:r>
        <w:rPr>
          <w:b w:val="0"/>
          <w:i w:val="0"/>
        </w:rPr>
        <w:t>• • •</w:t>
      </w:r>
    </w:p>
    <w:p>
      <w:pPr>
        <w:spacing w:after="80"/>
      </w:pPr>
      <w:r>
        <w:rPr>
          <w:b w:val="0"/>
          <w:i w:val="0"/>
        </w:rPr>
        <w:t>Ba chiếc xe giống hệt nhau, không có biển hiệu, đỗ thành hàng bên ngoài cổng nhà tù. Mansour Khalifah ngồi ở ghế sau chiếc thứ hai. William ngồi ở ghế hành khách phía trước chiếc dẫn đầu. Bên cạnh anh, Danny đang sốt ruột chờ lệnh xuất phát. Họ phải có mặt ở đó trong một giờ năm mươi mốt phút nữa, khi Chalabi gọi vào điện thoại trên chiếc máy bay phản lực của Khalifah và mong đợi sẽ có ông chủ của hắn trả lời.</w:t>
      </w:r>
    </w:p>
    <w:p>
      <w:pPr>
        <w:spacing w:after="80"/>
      </w:pPr>
      <w:r>
        <w:rPr>
          <w:b w:val="0"/>
          <w:i w:val="0"/>
        </w:rPr>
        <w:t>Nhớ lại lời Holbrooke – "Mục đích duy nhất của cậu, Warwick, là câu giờ cho tôi" – William không muốn đến đó sớm hơn mức cần thiết, nhưng cũng không thể mạo hiểm đến muộn.</w:t>
      </w:r>
    </w:p>
    <w:p>
      <w:pPr>
        <w:spacing w:after="80"/>
      </w:pPr>
      <w:r>
        <w:rPr>
          <w:b w:val="0"/>
          <w:i w:val="0"/>
        </w:rPr>
        <w:t>"Thời gian lâu nhất mà cậu từng mất để đến Heathrow là bao nhiêu?" anh hỏi Danny.</w:t>
      </w:r>
    </w:p>
    <w:p>
      <w:pPr>
        <w:spacing w:after="80"/>
      </w:pPr>
      <w:r>
        <w:rPr>
          <w:b w:val="0"/>
          <w:i w:val="0"/>
        </w:rPr>
        <w:t>"Có lần tôi mất một tiếng rưỡi, sếp ạ, nhưng chỉ vì có tai nạn trên đường cao tốc."</w:t>
      </w:r>
    </w:p>
    <w:p>
      <w:pPr>
        <w:spacing w:after="80"/>
      </w:pPr>
      <w:r>
        <w:rPr>
          <w:b w:val="0"/>
          <w:i w:val="0"/>
        </w:rPr>
        <w:t>"Tai nạn hay không tai nạn, nếu cậu phá được kỷ lục đó, tôi sẽ trả gấp đôi tiền làm thêm giờ."</w:t>
      </w:r>
    </w:p>
    <w:p>
      <w:pPr>
        <w:spacing w:after="80"/>
      </w:pPr>
      <w:r>
        <w:rPr>
          <w:b w:val="0"/>
          <w:i w:val="0"/>
        </w:rPr>
        <w:t>"Đang gần giờ cao điểm rồi," Danny nói với vẻ ngây thơ, "nên chắc chắn là chúng ta sẽ bị kẹt. Và tôi sẽ bật mí cho sếp một bí mật nhỏ. Làn chậm nhất khi ra khỏi London trước khi tới đường cao tốc luôn là làn giữa, trừ khi sắp tới bùng binh, lúc đó là làn ngoài cùng."</w:t>
      </w:r>
    </w:p>
    <w:p>
      <w:pPr>
        <w:spacing w:after="80"/>
      </w:pPr>
      <w:r>
        <w:rPr>
          <w:b w:val="0"/>
          <w:i w:val="0"/>
        </w:rPr>
        <w:t>Một người bình thường chẳng ngại gì khi vào cua ở tốc độ bảy mươi, phớt lờ đèn đỏ hay leo lên vỉa hè trong lúc truy đuổi, giờ đây nhẹ nhàng đẩy cần số vào số một và chuyển sang làn giữa. Anh ta giảm tốc khi tới đèn giao thông đầu tiên và, khi đèn chuyển vàng, nhẹ nhàng đạp phanh. Đoàn xe tang màu đen tiến về phía Heathrow với tốc độ của một đám tang.</w:t>
      </w:r>
    </w:p>
    <w:p>
      <w:pPr>
        <w:spacing w:after="80"/>
        <w:jc w:val="center"/>
      </w:pPr>
      <w:r>
        <w:rPr>
          <w:b w:val="0"/>
          <w:i w:val="0"/>
        </w:rPr>
        <w:t>• • •</w:t>
      </w:r>
    </w:p>
    <w:p>
      <w:pPr>
        <w:spacing w:after="80"/>
      </w:pPr>
      <w:r>
        <w:rPr>
          <w:b w:val="0"/>
          <w:i w:val="0"/>
        </w:rPr>
        <w:t>Ba chiếc RIB nhấp nhô trên mặt nước, chờ lệnh XUẤT PHÁT.</w:t>
      </w:r>
    </w:p>
    <w:p>
      <w:pPr>
        <w:spacing w:after="80"/>
      </w:pPr>
      <w:r>
        <w:rPr>
          <w:b w:val="0"/>
          <w:i w:val="0"/>
        </w:rPr>
        <w:t>Davenport lại kiểm tra đồng hồ, ý thức rõ rằng cho họ xuất phát sớm hay muộn dù chỉ một phút cũng có thể đe dọa toàn bộ chiến dịch.</w:t>
      </w:r>
    </w:p>
    <w:p>
      <w:pPr>
        <w:spacing w:after="80"/>
      </w:pPr>
      <w:r>
        <w:rPr>
          <w:b w:val="0"/>
          <w:i w:val="0"/>
        </w:rPr>
        <w:t>Cuối cùng ông từ từ giơ một cánh tay lên không trung, như thể ông là trọng tài ra hiệu xuất phát trong cuộc đua thuyền của trường đại học. Ông chờ cho đến khi thu hút được sự chú ý của cả ba trưởng thuyền rồi mới hạ tay xuống dứt khoát để ra hiệu xuất phát.</w:t>
      </w:r>
    </w:p>
    <w:p>
      <w:pPr>
        <w:spacing w:after="80"/>
      </w:pPr>
      <w:r>
        <w:rPr>
          <w:b w:val="0"/>
          <w:i w:val="0"/>
        </w:rPr>
        <w:t>Ba chiếc RIB</w:t>
      </w:r>
      <w:r>
        <w:rPr>
          <w:b w:val="0"/>
          <w:i/>
        </w:rPr>
        <w:t xml:space="preserve"> </w:t>
      </w:r>
      <w:r>
        <w:rPr>
          <w:b w:val="0"/>
          <w:i w:val="0"/>
        </w:rPr>
        <w:t>bắt đầu rẽ sóng lao đi. Thủy thủ đoàn của hai chiếc trong số đó sẽ cố gắng lên tàu du thuyền ở mạn phải, vài giây sau khi chiếc trực thăng đầu tiên xuất hiện phía trên đuôi tàu. Những người trên chiếc thứ ba sẽ phải chờ, vì họ đảm nhận nhiệm vụ khó khăn nhất trong tất cả, đó là lý do họ đặt biệt danh cho thuyền trưởng của mình là "The Royal Gillie".</w:t>
      </w:r>
    </w:p>
    <w:p>
      <w:pPr>
        <w:spacing w:after="80"/>
        <w:jc w:val="center"/>
      </w:pPr>
      <w:r>
        <w:rPr>
          <w:b w:val="0"/>
          <w:i w:val="0"/>
        </w:rPr>
        <w:t>• • •</w:t>
      </w:r>
    </w:p>
    <w:p>
      <w:pPr>
        <w:spacing w:after="80"/>
      </w:pPr>
      <w:r>
        <w:rPr>
          <w:b w:val="0"/>
          <w:i w:val="0"/>
        </w:rPr>
        <w:t>Khi Danny cuối cùng cũng đến được sân bay sau một tiếng bốn mươi hai phút, anh thong thả tìm chiếc máy bay của Khalifah, dù nó đang được bao quanh bởi cả chục xe cảnh sát với đèn nhấp nháy, và DS Adaja đứng ngay trên đường băng, rõ ràng là đang chỉ huy — lẽ ra điều đó phải cho anh một gợi ý.</w:t>
      </w:r>
    </w:p>
    <w:p>
      <w:pPr>
        <w:spacing w:after="80"/>
      </w:pPr>
      <w:r>
        <w:rPr>
          <w:b w:val="0"/>
          <w:i w:val="0"/>
        </w:rPr>
        <w:t>Khi họ dừng lại, Khalifah vẫn ngồi trong xe cho đến khi có người mở cửa cho ông. Ông bước ra đường băng và nói: "Ông không thể mất nhiều thời gian hơn thế được, thưa Tổng thanh tra. Vì lợi ích của Lady Victoria, hãy hy vọng Chalabi chưa thử liên lạc với tôi."</w:t>
      </w:r>
    </w:p>
    <w:p>
      <w:pPr>
        <w:spacing w:after="80"/>
      </w:pPr>
      <w:r>
        <w:rPr>
          <w:b w:val="0"/>
          <w:i w:val="0"/>
        </w:rPr>
        <w:t>William biết mình còn chín phút trước khi Chalabi gọi đến, và không bình luận gì. Anh cùng Khalifah băng qua đường băng đến chiếc phản lực đang chờ. Anh đứng lại ở chân cầu thang trong khi Khalifah bước vào máy bay, cảm thấy bất lực khi cánh cửa đóng sầm lại trước mặt.</w:t>
      </w:r>
    </w:p>
    <w:p>
      <w:pPr>
        <w:spacing w:after="80"/>
      </w:pPr>
      <w:r>
        <w:rPr>
          <w:b w:val="0"/>
          <w:i w:val="0"/>
        </w:rPr>
        <w:t>Khalifah ngồi phịch xuống chiếc ghế da lớn êm ái và xem đồng hồ. Họ đã dùng gần hết từng phút trong hai tiếng của mình.</w:t>
      </w:r>
    </w:p>
    <w:p>
      <w:pPr>
        <w:spacing w:after="80"/>
      </w:pPr>
      <w:r>
        <w:rPr>
          <w:b w:val="0"/>
          <w:i w:val="0"/>
        </w:rPr>
        <w:t>"Khi nào chúng ta cất cánh?" ông hỏi nữ tiếp viên khi cô rót cho ông một ly nước.</w:t>
      </w:r>
    </w:p>
    <w:p>
      <w:pPr>
        <w:spacing w:after="80"/>
      </w:pPr>
      <w:r>
        <w:rPr>
          <w:b w:val="0"/>
          <w:i w:val="0"/>
        </w:rPr>
        <w:t>"Họ chỉ vừa nạp nhiên liệu xong, thưa ông, nên sẽ không lâu nữa đâu ạ," cô nói khi chiếc điện thoại ở tay vịn ghế ông bắt đầu đổ chuông.</w:t>
      </w:r>
    </w:p>
    <w:p>
      <w:pPr>
        <w:spacing w:after="80"/>
        <w:jc w:val="center"/>
      </w:pPr>
      <w:r>
        <w:rPr>
          <w:b w:val="0"/>
          <w:i w:val="0"/>
        </w:rPr>
        <w:t>• • •</w:t>
      </w:r>
    </w:p>
    <w:p>
      <w:pPr>
        <w:spacing w:after="80"/>
      </w:pPr>
      <w:r>
        <w:rPr>
          <w:b w:val="0"/>
          <w:i w:val="0"/>
        </w:rPr>
        <w:t>Ngay khoảnh khắc ba chiếc RIB khuất khỏi tầm mắt, Thuyền trưởng Davenport quay người sải bước về phía sàn trực thăng, nơi hai phi công đang thực hiện những kiểm tra cuối cùng trước khi cất cánh. Người của ông đi đi lại lại như những võ sĩ quyền anh hồi hộp, đã đeo găng vào rồi mà vẫn nóng lòng muốn bước lên võ đài.</w:t>
      </w:r>
    </w:p>
    <w:p>
      <w:pPr>
        <w:spacing w:after="80"/>
      </w:pPr>
      <w:r>
        <w:rPr>
          <w:b w:val="0"/>
          <w:i w:val="0"/>
        </w:rPr>
        <w:t xml:space="preserve">Davenport đã được thông báo rằng HMS </w:t>
      </w:r>
      <w:r>
        <w:rPr>
          <w:b w:val="0"/>
          <w:i/>
        </w:rPr>
        <w:t xml:space="preserve">Ursula </w:t>
      </w:r>
      <w:r>
        <w:rPr>
          <w:b w:val="0"/>
          <w:i w:val="0"/>
        </w:rPr>
        <w:t xml:space="preserve">đang tuần tra ở đâu đó bên dưới </w:t>
      </w:r>
      <w:r>
        <w:rPr>
          <w:b w:val="0"/>
          <w:i/>
        </w:rPr>
        <w:t>Lowlander</w:t>
      </w:r>
      <w:r>
        <w:rPr>
          <w:b w:val="0"/>
          <w:i w:val="0"/>
        </w:rPr>
        <w:t>, sẵn sàng phóng ngư lôi và thổi bay nó khỏi mặt nước nếu nhiệm vụ thất bại. Ông cố không nghĩ về điều đó.</w:t>
      </w:r>
    </w:p>
    <w:p>
      <w:pPr>
        <w:spacing w:after="80"/>
      </w:pPr>
      <w:r>
        <w:rPr>
          <w:b w:val="0"/>
          <w:i w:val="0"/>
        </w:rPr>
        <w:t>Davenport là người cuối cùng leo lên chiếc trực thăng dẫn đầu, và sẽ là người đầu tiên bước ra. Sau khi thắt dây an toàn vào ghế, ông chờ cho kim giây trên đồng hồ bấm giờ quay thêm hai vòng trên mặt số, rồi mới vỗ mạnh vào vai phi công.</w:t>
      </w:r>
    </w:p>
    <w:p>
      <w:pPr>
        <w:spacing w:after="80"/>
      </w:pPr>
      <w:r>
        <w:rPr>
          <w:b w:val="0"/>
          <w:i w:val="0"/>
        </w:rPr>
        <w:t>Cánh quạt quay ngày càng nhanh, cho đến khi cuối cùng chiếc trực thăng đầu tiên từ từ nhấc khỏi sàn, tạo ra một luồng gió và bụi nước mặn khiến nhân viên bảo trì phải che mắt lại.</w:t>
      </w:r>
    </w:p>
    <w:p>
      <w:pPr>
        <w:spacing w:after="80"/>
      </w:pPr>
      <w:r>
        <w:rPr>
          <w:b w:val="0"/>
          <w:i w:val="0"/>
        </w:rPr>
        <w:t>Chiếc trực thăng thứ hai theo sau ngay sau đó, và dù chúng sẽ không bao giờ cách nhau quá một trăm mét, một khi đến khu vực mục tiêu, chúng sẽ tách ra và đi theo hướng riêng.</w:t>
      </w:r>
    </w:p>
    <w:p>
      <w:pPr>
        <w:spacing w:after="80"/>
      </w:pPr>
      <w:r>
        <w:rPr>
          <w:b w:val="0"/>
          <w:i w:val="0"/>
        </w:rPr>
        <w:t>"Mười phút," Davenport nói, phá vỡ sự im lặng vô tuyến.</w:t>
      </w:r>
    </w:p>
    <w:p>
      <w:pPr>
        <w:spacing w:after="80"/>
      </w:pPr>
      <w:r>
        <w:rPr>
          <w:b w:val="0"/>
          <w:i w:val="0"/>
        </w:rPr>
        <w:t>"Ông có thể kéo thành mười một phút không, thưa sếp?" tiếng trả lời vọng lại từ người dẫn đầu đội RIB.</w:t>
      </w:r>
    </w:p>
    <w:p>
      <w:pPr>
        <w:spacing w:after="80"/>
      </w:pPr>
      <w:r>
        <w:rPr>
          <w:b w:val="0"/>
          <w:i w:val="0"/>
        </w:rPr>
        <w:t>"Rõ."</w:t>
      </w:r>
    </w:p>
    <w:p>
      <w:pPr>
        <w:spacing w:after="80"/>
      </w:pPr>
      <w:r>
        <w:rPr>
          <w:b w:val="0"/>
          <w:i w:val="0"/>
        </w:rPr>
        <w:t>Khi họ tiến gần chiếc du thuyền, bầu trời trở nên tối hơn, cho đến khi mặt trời cuối cùng biến mất dưới đường chân trời.</w:t>
      </w:r>
    </w:p>
    <w:p>
      <w:pPr>
        <w:spacing w:after="80"/>
        <w:jc w:val="center"/>
      </w:pPr>
      <w:r>
        <w:rPr>
          <w:b w:val="0"/>
          <w:i w:val="0"/>
        </w:rPr>
        <w:t>• • •</w:t>
      </w:r>
    </w:p>
    <w:p>
      <w:pPr>
        <w:spacing w:after="80"/>
      </w:pPr>
      <w:r>
        <w:rPr>
          <w:b w:val="0"/>
          <w:i w:val="0"/>
        </w:rPr>
        <w:t>Nếu chiếc điện thoại trên máy bay phản lực không được trả lời, Chalabi đã quyết định sẵn ai sẽ chết trước. Nếu nó được nhấc lên và thủ lĩnh của hắn xác nhận rằng hắn sắp cất cánh, và đang mong chờ một sự chào đón của người hùng tại Tripoli, thì tất cả những gì còn lại để hắn làm chỉ là thực hiện "màn kết" (end game).</w:t>
      </w:r>
    </w:p>
    <w:p>
      <w:pPr>
        <w:spacing w:after="80"/>
      </w:pPr>
      <w:r>
        <w:rPr>
          <w:b w:val="0"/>
          <w:i w:val="0"/>
        </w:rPr>
        <w:t>Hassan đã được chọn để chặt đứt một cánh tay và một cái chân của kẻ được gọi là nhân viên bảo vệ kia trước khi hắn bị ném xuống sóng nước. Cô ta đã hứa với Chalabi rằng người thị nữ sẽ sống đủ lâu để nhìn thấy người yêu mình và cùng anh ta xuống nước, để họ có thể chia sẻ những giây phút cảm động cuối cùng bên nhau. Hassan đang háo hức xem ai trong số họ sẽ chết đuối trước. Chalabi định quay một đoạn video về những giây phút hấp hối của họ, để hắn có thể thích thú bấm nút phát lại hết lần này đến lần khác. Một khi họ trở về Libya, đoạn phim sẽ được phát đi phát lại không ngừng trên đài truyền hình Al Jamahiriya, để cả thế giới có thể chứng kiến chiến công của hắn. Một người hùng ở đất nước mình, một kẻ phản diện trong mắt phần còn lại của thế giới. Một gã đàn ông còn có thể đòi hỏi gì hơn nữa?</w:t>
      </w:r>
    </w:p>
    <w:p>
      <w:pPr>
        <w:spacing w:after="80"/>
      </w:pPr>
      <w:r>
        <w:rPr>
          <w:b w:val="0"/>
          <w:i w:val="0"/>
        </w:rPr>
        <w:t>Khalifah nhấc điện thoại ở giây thứ năm mươi chín của phút thứ năm mươi chín của giờ thứ hai, để nghe thấy những lời: "Tạ ơn Allah."</w:t>
      </w:r>
    </w:p>
    <w:p>
      <w:pPr>
        <w:spacing w:after="80"/>
      </w:pPr>
      <w:r>
        <w:rPr>
          <w:b w:val="0"/>
          <w:i w:val="0"/>
        </w:rPr>
        <w:t>"Tạ ơn Allah," Khalifah lặp lại, rồi đặt điện thoại xuống, cảm thấy phấn khích nhưng kiệt sức. Sự kiệt sức đã thắng thế, và ông chìm vào giấc ngủ sâu khi chiếc máy bay cất cánh và những ánh đèn lấp lánh của Heathrow biến mất phía sau ông.</w:t>
      </w:r>
    </w:p>
    <w:p>
      <w:pPr>
        <w:spacing w:after="80"/>
      </w:pPr>
      <w:r>
        <w:rPr>
          <w:b w:val="0"/>
          <w:i w:val="0"/>
        </w:rPr>
        <w:t>"Tạ ơn Allah," Chalabi lặp lại khi rút khẩu súng lục ra khỏi bao. Hắn chuẩn bị ra lệnh đưa Thanh tra Hogan lên boong để đích thân thi hành án tử, thì bị phân tâm bởi tiếng súng vọng xuống từ phía trên. Hắn đánh rơi điện thoại, khuỵu xuống và ngước nhìn lên trời, thấy một chiếc trực thăng đang lơ lửng phía trên đuôi du thuyền. Khi nhìn xuống lần nữa, hắn thấy cả một hạm đội thuyền nhỏ đang lao về phía họ với tốc độ cao.</w:t>
      </w:r>
    </w:p>
    <w:p>
      <w:pPr>
        <w:spacing w:after="80"/>
      </w:pPr>
      <w:r>
        <w:rPr>
          <w:b w:val="0"/>
          <w:i w:val="0"/>
        </w:rPr>
        <w:t>Người của Hassan đang bắn trả, nhưng Chalabi biết chỉ còn là vấn đề thời gian trước khi họ bị áp đảo, khiến hắn chỉ còn một cơ hội duy nhất để cứu lấy mạng mình. Hắn quay lưng lại với đồng bọn và bắt đầu bò về phía cầu thang xoắn ốc dẫn xuống boong dưới, chỉ để thấy một chiếc trực thăng thứ hai đang lơ lửng phía trên mũi du thuyền. Một sợi dây thừng dày giờ đang buông thõng từ chiếc trực thăng thứ hai, và một người đàn ông đang tuột nhanh xuống boong, một người khác bám sát ngay phía sau. Chalabi đã xuống tới chân cầu thang trước khi Davenport chạm đất và bắt đầu chạy.</w:t>
      </w:r>
    </w:p>
    <w:p>
      <w:pPr>
        <w:spacing w:after="80"/>
      </w:pPr>
      <w:r>
        <w:rPr>
          <w:b w:val="0"/>
          <w:i w:val="0"/>
        </w:rPr>
        <w:t xml:space="preserve">Ngay khoảnh khắc nghe thấy tiếng súng đầu tiên vang lên, Ross nhảy từ ban công này sang ban công kia để đến chỗ Công chúa và Victoria. Những người lính SBS trên chiếc RIB đầu tiên đã gắn sẵn một chiếc thang vào mạn du thuyền, và anh cùng đồng đội đang leo lên boong, nhanh gần bằng tốc độ đồng đội trên trực thăng đang tuột xuống, trong khi lực lượng nghi binh của tàu </w:t>
      </w:r>
      <w:r>
        <w:rPr>
          <w:b w:val="0"/>
          <w:i/>
        </w:rPr>
        <w:t>Cornwall</w:t>
      </w:r>
      <w:r>
        <w:rPr>
          <w:b w:val="0"/>
          <w:i w:val="0"/>
        </w:rPr>
        <w:t xml:space="preserve"> đã tiếp cận đuôi du thuyền. Ross biết trận chiến tiếp theo sẽ kết thúc trong vài phút. Nhưng không phải với Jamil Chalabi, kẻ đang lao dọc hành lang dài về phía dãy phòng hoàng gia.</w:t>
      </w:r>
    </w:p>
    <w:p>
      <w:pPr>
        <w:spacing w:after="80"/>
      </w:pPr>
      <w:r>
        <w:rPr>
          <w:b w:val="0"/>
          <w:i w:val="0"/>
        </w:rPr>
        <w:t>Khi Chalabi xông qua cửa, Ross ôm gọn Công chúa trong vòng tay, lao ra ban công và ném cô xuống biển. Trong vài giây, chiếc RIB thứ ba đã ở ngay bên cạnh cô và viên Royal Gillie cúi xuống, lôi cô lên khỏi mặt nước một cách không mấy nhẹ nhàng. Khi thấy cô đã leo lên được thuyền, Ross chộp lấy khẩu súng lục mà anh đã giấu dưới lan can ban công trước đó rồi chạy ngược vào trong dãy phòng. Anh lao mình xuống sàn và bắn ba phát về phía Chalabi, kẻ không hề nhúc nhích, khiến hắn thành một mục tiêu dễ dàng. Thay vì tiếng súng nổ mà Ross mong đợi, tất cả những gì anh nghe thấy chỉ là ba tiếng tách. Một nụ cười tự mãn hiện lên trên khuôn mặt Chalabi.</w:t>
      </w:r>
    </w:p>
    <w:p>
      <w:pPr>
        <w:spacing w:after="80"/>
      </w:pPr>
      <w:r>
        <w:rPr>
          <w:b w:val="0"/>
          <w:i w:val="0"/>
        </w:rPr>
        <w:t>"Ngươi lại đánh giá thấp ta một lần nữa, Thanh tra Thám tử ạ," hắn nói khi từ từ nâng súng lên, nhìn thẳng vào mắt anh và nhắm bắn. Hắn chuẩn bị bóp cò thì một bàn tay túm lấy đuôi tóc hắn, khiến hắn ngã ngửa ra sau và bắn một phát lên trần nhà.</w:t>
      </w:r>
    </w:p>
    <w:p>
      <w:pPr>
        <w:spacing w:after="80"/>
      </w:pPr>
      <w:r>
        <w:rPr>
          <w:b w:val="0"/>
          <w:i w:val="0"/>
        </w:rPr>
        <w:t>Hắn đang lấy lại thăng bằng thì cảm thấy có thứ gì đó sắc nhọn đâm vào bên cổ. Một con dao rọc giấy bằng bạc rạch cổ họng hắn từ tai này sang tai kia với sự điêu luyện thuần thục. Hắn đổ sụp xuống sàn, máu phun ra từ mọi mạch máu trên cổ. Chalabi nằm dưới chân Victoria, ngước nhìn lên người thị nữ.</w:t>
      </w:r>
    </w:p>
    <w:p>
      <w:pPr>
        <w:spacing w:after="80"/>
      </w:pPr>
      <w:r>
        <w:rPr>
          <w:b w:val="0"/>
          <w:i w:val="0"/>
        </w:rPr>
        <w:t>"Ngươi đã đánh giá thấp ta," Victoria nói, nở một nụ cười ấm áp với hắn khi hắn trút hơi thở cuối cùng.</w:t>
      </w:r>
    </w:p>
    <w:p>
      <w:pPr>
        <w:spacing w:after="80"/>
      </w:pPr>
      <w:r>
        <w:rPr>
          <w:b w:val="0"/>
          <w:i w:val="0"/>
        </w:rPr>
        <w:t>Vài giây sau, Thuyền trưởng Davenport xông vào cabin. Ông sững sờ nhìn xuống thi thể bất động của Chalabi trước khi nói: "Cô làm việc này sao, thưa cô?"</w:t>
      </w:r>
    </w:p>
    <w:p>
      <w:pPr>
        <w:spacing w:after="80"/>
      </w:pPr>
      <w:r>
        <w:rPr>
          <w:b w:val="0"/>
          <w:i w:val="0"/>
        </w:rPr>
        <w:t>"Vâng," Victoria bình thản đáp khi rút một tờ khăn giấy từ hộp, lau sạch con dao rọc giấy bằng bạc, rồi đặt nó trở lại bàn, bên cạnh một chồng thư chưa mở.</w:t>
      </w:r>
    </w:p>
    <w:p>
      <w:pPr>
        <w:spacing w:after="80"/>
      </w:pPr>
      <w:r>
        <w:rPr>
          <w:b w:val="0"/>
          <w:i w:val="0"/>
        </w:rPr>
        <w:t>"Cô đã bao giờ cân nhắc gia nhập SBS chưa?" Davenport hỏi.</w:t>
      </w:r>
    </w:p>
    <w:p>
      <w:pPr>
        <w:spacing w:after="80"/>
      </w:pPr>
      <w:r>
        <w:rPr>
          <w:b w:val="0"/>
          <w:i w:val="0"/>
        </w:rPr>
        <w:t>"Chắc chắn là không. Hội Nữ Hướng đạo đã là quá đủ rồi."</w:t>
      </w:r>
    </w:p>
    <w:p>
      <w:pPr>
        <w:spacing w:after="80"/>
        <w:jc w:val="center"/>
      </w:pPr>
      <w:r>
        <w:rPr>
          <w:b w:val="0"/>
          <w:i w:val="0"/>
        </w:rPr>
        <w:t>• • •</w:t>
      </w:r>
    </w:p>
    <w:p>
      <w:pPr>
        <w:spacing w:after="80"/>
      </w:pPr>
      <w:r>
        <w:rPr>
          <w:b w:val="0"/>
          <w:i w:val="0"/>
        </w:rPr>
        <w:t>Cô tiếp viên hàng không để anh ngủ thêm một tiếng trước khi đánh thức anh dậy. "Chúng ta sắp hạ cánh rồi, thưa ngài," cô nói. "Tôi hy vọng ngài đã có một chuyến bay thoải mái."</w:t>
      </w:r>
    </w:p>
    <w:p>
      <w:pPr>
        <w:spacing w:after="80"/>
      </w:pPr>
      <w:r>
        <w:rPr>
          <w:b w:val="0"/>
          <w:i w:val="0"/>
        </w:rPr>
        <w:t>Mansour Khalifah không bình luận gì, vì tâm trí ông đang nghĩ đến những điều lớn lao hơn.</w:t>
      </w:r>
    </w:p>
    <w:p>
      <w:pPr>
        <w:spacing w:after="80"/>
      </w:pPr>
      <w:r>
        <w:rPr>
          <w:b w:val="0"/>
          <w:i w:val="0"/>
        </w:rPr>
        <w:t>Cô nhẹ nhàng hạ tay vịn xuống và giúp ông thắt dây an toàn. Ông ngồi bất động, chìm đắm trong suy nghĩ khi ông nhẩm lại bài phát biểu mình đã chuẩn bị trong những ngày dài bị biệt giam. Ông thậm chí còn tập vẫy tay chào đám đông khi máy bay chạm đường băng và nảy lên theo đường lăn. Ông tự hỏi liệu chính Đại tá có đang đợi trên đường băng để chào đón ông không.</w:t>
      </w:r>
    </w:p>
    <w:p>
      <w:pPr>
        <w:spacing w:after="80"/>
      </w:pPr>
      <w:r>
        <w:rPr>
          <w:b w:val="0"/>
          <w:i w:val="0"/>
        </w:rPr>
        <w:t>Sau khi máy bay dừng hẳn, cô tiếp viên mở cửa khoang và đứng sang một bên. Khalifah đứng dậy khỏi ghế, chỉnh lại chiếc thawb trắng dài, sửa lại khăn keffiyeh, rồi bắt đầu bước chậm rãi dọc lối đi.</w:t>
      </w:r>
    </w:p>
    <w:p>
      <w:pPr>
        <w:spacing w:after="80"/>
      </w:pPr>
      <w:r>
        <w:rPr>
          <w:b w:val="0"/>
          <w:i w:val="0"/>
        </w:rPr>
        <w:t>Cơ trưởng bước ra từ buồng lái, chào và nói: "Chào mừng ngài trở về nhà."</w:t>
      </w:r>
    </w:p>
    <w:p>
      <w:pPr>
        <w:spacing w:after="80"/>
      </w:pPr>
      <w:r>
        <w:rPr>
          <w:b w:val="0"/>
          <w:i w:val="0"/>
        </w:rPr>
        <w:t>Một vẻ mặt đắc thắng hiện lên trên gương mặt Khalifah khi ông bước qua khung cửa để đối mặt với những ánh đèn flash và tiếng reo hò của đám đông đang chờ. Ông giơ tay lên đáp lại – nhưng không có ánh đèn flash nào và cũng chẳng ai reo hò. Ông nhìn xuống và chắc chắn không phải Đại tá Gaddafi đang đứng dưới chân cầu thang chờ chào đón ông.</w:t>
      </w:r>
    </w:p>
    <w:p>
      <w:pPr>
        <w:spacing w:after="80"/>
      </w:pPr>
      <w:r>
        <w:rPr>
          <w:b w:val="0"/>
          <w:i w:val="0"/>
        </w:rPr>
        <w:t>Ông vội vàng quay lại phía khoang máy bay, chỉ để rồi một chiếc giày cao gót đặt chặt ngay giữa ngực ông. Rebecca mỉm cười khi Khalifah ngã ngửa xuống cầu thang và rơi vào vòng tay của trưởng bộ phận Bảo vệ Hoàng gia.</w:t>
      </w:r>
    </w:p>
    <w:p>
      <w:pPr>
        <w:spacing w:after="80"/>
      </w:pPr>
      <w:r>
        <w:rPr>
          <w:b w:val="0"/>
          <w:i w:val="0"/>
        </w:rPr>
        <w:t>Danny chở ông về Belmarsh trong thời gian kỷ lục. Viên quản ngục đang đợi ở cổng để chào đón họ.</w:t>
      </w:r>
    </w:p>
    <w:p>
      <w:pPr>
        <w:spacing w:after="80"/>
        <w:jc w:val="center"/>
      </w:pPr>
      <w:r>
        <w:rPr>
          <w:b w:val="0"/>
          <w:i w:val="0"/>
        </w:rPr>
        <w:t>• • •</w:t>
      </w:r>
    </w:p>
    <w:p>
      <w:pPr>
        <w:spacing w:after="80"/>
      </w:pPr>
      <w:r>
        <w:rPr>
          <w:b w:val="0"/>
          <w:i w:val="0"/>
        </w:rPr>
        <w:t>Cơ trưởng Davenport thất vọng vì một trong những người lính của ông đã bị thương trong cuộc giao tranh – đó là cách ông mô tả trận chiến kéo dài mười hai phút với Thủ tướng. Tối hôm đó, vết thương được cho là do một hạ sĩ trẻ bị bắn vào chân bởi một viên đạn không hiểu sao lại bay đến từ boong dưới.</w:t>
      </w:r>
    </w:p>
    <w:p>
      <w:pPr>
        <w:spacing w:after="80"/>
      </w:pPr>
      <w:r>
        <w:rPr>
          <w:b w:val="0"/>
          <w:i w:val="0"/>
        </w:rPr>
        <w:t>Mười một tên khủng bố đã được thủy táng, như thể sự việc chưa từng xảy ra. Cô bảo mẫu của Victoria hẳn sẽ khuyên cô, nếu chủ đề này từng được nhắc đến: "Ít nói thì mau lành."</w:t>
      </w:r>
    </w:p>
    <w:p>
      <w:pPr>
        <w:spacing w:after="80"/>
      </w:pPr>
      <w:r>
        <w:rPr>
          <w:b w:val="0"/>
          <w:i w:val="0"/>
        </w:rPr>
        <w:t xml:space="preserve">Chiếc </w:t>
      </w:r>
      <w:r>
        <w:rPr>
          <w:b w:val="0"/>
          <w:i/>
        </w:rPr>
        <w:t xml:space="preserve">Lowlander </w:t>
      </w:r>
      <w:r>
        <w:rPr>
          <w:b w:val="0"/>
          <w:i w:val="0"/>
        </w:rPr>
        <w:t>đã hoàn toàn "gọn gàng ngăn nắp" vào lúc nó ra khơi trở về Mallorca, nơi Davenport trao lại chìa khóa cho công ty cho thuê tàu. Hai mươi người đàn ông, những người chắc chắn không có mặt trên tàu khi nó rời khỏi vịnh đẹp như tranh ấy vài ngày trước, đã lên đường trở về London trên những chuyến bay riêng biệt, trước khi bắt tàu đến trụ sở SBS ở Poole, để chuẩn bị cho cuộc giao tranh tiếp theo.</w:t>
      </w:r>
    </w:p>
    <w:p>
      <w:pPr>
        <w:spacing w:after="80"/>
        <w:jc w:val="center"/>
      </w:pPr>
      <w:r>
        <w:rPr>
          <w:b w:val="0"/>
          <w:i w:val="0"/>
        </w:rPr>
        <w:t>• • •</w:t>
      </w:r>
    </w:p>
    <w:p>
      <w:pPr>
        <w:spacing w:after="80"/>
      </w:pPr>
      <w:r>
        <w:rPr>
          <w:b w:val="0"/>
          <w:i w:val="0"/>
        </w:rPr>
        <w:t xml:space="preserve">Ross được trực thăng đưa đến HMS </w:t>
      </w:r>
      <w:r>
        <w:rPr>
          <w:b w:val="0"/>
          <w:i/>
        </w:rPr>
        <w:t>Cornwall</w:t>
      </w:r>
      <w:r>
        <w:rPr>
          <w:b w:val="0"/>
          <w:i w:val="0"/>
        </w:rPr>
        <w:t xml:space="preserve"> vào lúc rạng sáng hôm sau, chỉ để được thông báo khi lên tàu rằng Công chúa và Lady Victoria đang dùng bữa sáng trong phòng ăn sĩ quan cùng với thuyền trưởng.</w:t>
      </w:r>
    </w:p>
    <w:p>
      <w:pPr>
        <w:spacing w:after="80"/>
      </w:pPr>
      <w:r>
        <w:rPr>
          <w:b w:val="0"/>
          <w:i w:val="0"/>
        </w:rPr>
        <w:t>Khi bốn hồi chuông vang lên, toàn bộ thủy thủ đoàn tập hợp trên boong trong bộ lễ phục chỉnh tề để chào đón vị khách hoàng gia. Công chúa dành phần còn lại của buổi sáng để được tham quan khắp tàu sân bay, đồng thời cảm ơn thủy thủ đoàn vì công việc quan trọng họ đang làm cho Nữ hoàng và đất nước. Sau bữa trưa với toàn bộ sĩ quan trên tàu, cô được trực thăng đưa đến Valetta, từ đó cô sẽ bắt chuyến bay đến Scotland.</w:t>
      </w:r>
    </w:p>
    <w:p>
      <w:pPr>
        <w:spacing w:after="80"/>
      </w:pPr>
      <w:r>
        <w:rPr>
          <w:b w:val="0"/>
          <w:i w:val="0"/>
        </w:rPr>
        <w:t xml:space="preserve">Tiếng reo hò và màn tung mũ lên không trung khi cô rời đi càng cho thấy huyền thoại này sẽ trở thành truyền thuyết, bởi SBS chẳng thấy đâu, còn HMS </w:t>
      </w:r>
      <w:r>
        <w:rPr>
          <w:b w:val="0"/>
          <w:i/>
        </w:rPr>
        <w:t xml:space="preserve">Cornwall </w:t>
      </w:r>
      <w:r>
        <w:rPr>
          <w:b w:val="0"/>
          <w:i w:val="0"/>
        </w:rPr>
        <w:t>thì phải vài tháng nữa mới quay về Portsmouth.</w:t>
      </w:r>
    </w:p>
    <w:p>
      <w:pPr>
        <w:spacing w:after="80"/>
      </w:pPr>
      <w:r>
        <w:rPr>
          <w:b w:val="0"/>
          <w:i w:val="0"/>
        </w:rPr>
        <w:t>Ross cùng Công nương và Victoria bay đến Balmoral, nơi người được ông bảo vệ theo lịch sẽ tham dự Đại hội Thể thao Vùng Cao nguyên (Highland Games) vào ngày hôm sau.</w:t>
      </w:r>
    </w:p>
    <w:p>
      <w:pPr>
        <w:spacing w:after="80"/>
      </w:pPr>
      <w:r>
        <w:rPr>
          <w:b w:val="0"/>
          <w:i w:val="0"/>
        </w:rPr>
        <w:t>Ross mong có vài phút riêng tư với Victoria, nhưng cơ hội không đến, vì nghi thức hoàng gia quy định ông phải ngủ trong căn nhà nhỏ (bothy) trên khuôn viên Balmoral, còn cô thì ở lại lâu đài. Nằm một mình trên giường chỉ khiến ông nhận ra ông và Victoria đã thân thiết đến nhường nào — người phụ nữ duy nhất ông để tâm kể từ khi vợ qua đời. Có lẽ đã đến lúc nói cho cô biết cảm xúc của mình. Ông chìm vào giấc ngủ.</w:t>
      </w:r>
    </w:p>
    <w:p>
      <w:pPr>
        <w:spacing w:after="80"/>
        <w:jc w:val="center"/>
      </w:pPr>
      <w:r>
        <w:rPr>
          <w:b w:val="0"/>
          <w:i w:val="0"/>
        </w:rPr>
        <w:t>• • •</w:t>
      </w:r>
    </w:p>
    <w:p>
      <w:pPr>
        <w:spacing w:after="80"/>
      </w:pPr>
      <w:r>
        <w:rPr>
          <w:b w:val="0"/>
          <w:i w:val="0"/>
        </w:rPr>
        <w:t>Sáng hôm sau, Victoria cùng Hoàng gia dùng bữa sáng trong phòng ăn, còn Ross xuống khu của quản gia, nơi ông dùng bữa sáng y như vậy cùng các nhân viên trong nhà.</w:t>
      </w:r>
    </w:p>
    <w:p>
      <w:pPr>
        <w:spacing w:after="80"/>
      </w:pPr>
      <w:r>
        <w:rPr>
          <w:b w:val="0"/>
          <w:i w:val="0"/>
        </w:rPr>
        <w:t xml:space="preserve">Khi ngồi xuống trước bát cháo yến mạch (porridge) bốc khói nghi ngút rắc muối và mật ong, ông liếc nhìn dòng tít trên tờ </w:t>
      </w:r>
      <w:r>
        <w:rPr>
          <w:b w:val="0"/>
          <w:i/>
        </w:rPr>
        <w:t>Daily Telegraph</w:t>
      </w:r>
      <w:r>
        <w:rPr>
          <w:b w:val="0"/>
          <w:i w:val="0"/>
        </w:rPr>
        <w:t xml:space="preserve"> trước khi nó được quản gia là phẳng và mang lên lầu trên một chiếc khay bạc. '</w:t>
      </w:r>
      <w:r>
        <w:rPr>
          <w:b w:val="0"/>
          <w:i/>
        </w:rPr>
        <w:t xml:space="preserve">Công nương xứ Wales gián đoạn kỳ nghỉ ở Scotland để bất ngờ thăm HMS </w:t>
      </w:r>
      <w:r>
        <w:rPr>
          <w:b w:val="0"/>
          <w:i w:val="0"/>
        </w:rPr>
        <w:t>Cornwall.'</w:t>
      </w:r>
    </w:p>
    <w:p>
      <w:pPr>
        <w:spacing w:after="80"/>
      </w:pPr>
      <w:r>
        <w:rPr>
          <w:b w:val="0"/>
          <w:i w:val="0"/>
        </w:rPr>
        <w:t xml:space="preserve">Victoria từng kể với ông rằng Lord Deedes, cựu tổng biên tập tờ </w:t>
      </w:r>
      <w:r>
        <w:rPr>
          <w:b w:val="0"/>
          <w:i/>
        </w:rPr>
        <w:t>Telegraph</w:t>
      </w:r>
      <w:r>
        <w:rPr>
          <w:b w:val="0"/>
          <w:i w:val="0"/>
        </w:rPr>
        <w:t xml:space="preserve"> và là cố vấn cơ mật (privy councillor), luôn đáng tin cậy mỗi khi được trao một 'độc quyền' (exclusive) trang nhất cho ấn bản đầu tiên của tờ báo, tin chắc rằng nó sẽ lên ấn bản thứ hai ở mọi tờ báo khác, kèm theo lời cảm ơn trân trọng của hoàng gia.</w:t>
      </w:r>
    </w:p>
    <w:p>
      <w:pPr>
        <w:spacing w:after="80"/>
      </w:pPr>
      <w:r>
        <w:rPr>
          <w:b w:val="0"/>
          <w:i w:val="0"/>
        </w:rPr>
        <w:t xml:space="preserve">Chỉ có </w:t>
      </w:r>
      <w:r>
        <w:rPr>
          <w:b w:val="0"/>
          <w:i/>
        </w:rPr>
        <w:t>Daily Mail</w:t>
      </w:r>
      <w:r>
        <w:rPr>
          <w:b w:val="0"/>
          <w:i w:val="0"/>
        </w:rPr>
        <w:t xml:space="preserve"> vẫn giữ dòng tít lớn ban đầu đưa tin rằng nhiếp ảnh gia hoàng gia ngôi sao của họ đã biến mất một cách bí ẩn khi đi nghỉ ở Mallorca. Nhưng vì anh ta không phải nhiếp ảnh gia của họ, chẳng tờ báo nào khác buồn đào sâu câu chuyện. Cung điện đã sẵn sàng cụm từ 'thuyết âm mưu' (conspiracy theory) phòng khi mọi chuyện vượt khỏi tầm kiểm soát.</w:t>
      </w:r>
    </w:p>
    <w:p>
      <w:pPr>
        <w:spacing w:after="80"/>
        <w:jc w:val="center"/>
      </w:pPr>
      <w:r>
        <w:rPr>
          <w:b w:val="0"/>
          <w:i w:val="0"/>
        </w:rPr>
        <w:t>• • •</w:t>
      </w:r>
    </w:p>
    <w:p>
      <w:pPr>
        <w:spacing w:after="80"/>
      </w:pPr>
      <w:r>
        <w:rPr>
          <w:b w:val="0"/>
          <w:i w:val="0"/>
        </w:rPr>
        <w:t>Ross ngồi ở ghế trước của chiếc Jaguar khi Công nương và Victoria được đưa đến Đại hội Thể thao Vùng Cao nguyên vào sáng muộn hôm đó.</w:t>
      </w:r>
    </w:p>
    <w:p>
      <w:pPr>
        <w:spacing w:after="80"/>
      </w:pPr>
      <w:r>
        <w:rPr>
          <w:b w:val="0"/>
          <w:i w:val="0"/>
        </w:rPr>
        <w:t>Khi họ đến nơi, ông đứng ở phía sau khán đài hoàng gia trong lúc Thái tử Charles và Công nương được chở vòng quanh đường đua trên một chiếc Land Rover mui trần, đáp lại những cái vẫy tay của đám đông hâm mộ.</w:t>
      </w:r>
    </w:p>
    <w:p>
      <w:pPr>
        <w:spacing w:after="80"/>
      </w:pPr>
      <w:r>
        <w:rPr>
          <w:b w:val="0"/>
          <w:i w:val="0"/>
        </w:rPr>
        <w:t>Ross thích thú xem các vũ công vùng cao biểu diễn điệu nhảy reel 'Dashing White Sergeant', có đội kèn túi của ban nhạc Scots Guards hòa theo. Ông kinh ngạc trước sức mạnh của những gã khổng lồ lực lưỡng đang cố tung khúc gỗ caber, và trước sáu vận động viên dẻo dai hơn tham gia cuộc chạy nước rút trăm thước, khi họ lao nhanh xuống đường chạy cỏ; người thắng về đích dưới mười giây. Thỉnh thoảng, Victoria lại ngoái nhìn và nở với ông một nụ cười ấm áp.</w:t>
      </w:r>
    </w:p>
    <w:p>
      <w:pPr>
        <w:spacing w:after="80"/>
      </w:pPr>
      <w:r>
        <w:rPr>
          <w:b w:val="0"/>
          <w:i w:val="0"/>
        </w:rPr>
        <w:t>Ross vui mừng khi trong giờ trà, Victoria tách khỏi đoàn hoàng gia để đến bên ông ở phía sau khán đài. Ông định hỏi cô khi nào cô sẽ về London thì một vị khách, mặc chiếc áo khoác Lovat bảnh bao và chiếc kilt vải tartan xanh lá, sải bước đến chỗ họ.</w:t>
      </w:r>
    </w:p>
    <w:p>
      <w:pPr>
        <w:spacing w:after="80"/>
      </w:pPr>
      <w:r>
        <w:rPr>
          <w:b w:val="0"/>
          <w:i w:val="0"/>
        </w:rPr>
        <w:t>Ross đã kiểm tra danh sách khách mời và những bức ảnh kèm theo trong bữa sáng, nên ông biết quý ông này là Sir Hamish McTaggart, chủ tịch Aberdeen Oil, một trong những công ty năng lượng lớn nhất Scotland.</w:t>
      </w:r>
    </w:p>
    <w:p>
      <w:pPr>
        <w:spacing w:after="80"/>
      </w:pPr>
      <w:r>
        <w:rPr>
          <w:b w:val="0"/>
          <w:i w:val="0"/>
        </w:rPr>
        <w:t>'Hamish,' Victoria nói khi ông đến bên họ, 'đây là Thanh tra Ross Hogan, sĩ quan bảo vệ cá nhân của Công nương.'</w:t>
      </w:r>
    </w:p>
    <w:p>
      <w:pPr>
        <w:spacing w:after="80"/>
      </w:pPr>
      <w:r>
        <w:rPr>
          <w:b w:val="0"/>
          <w:i w:val="0"/>
        </w:rPr>
        <w:t>'Rất vui được gặp anh, Hogan,' McTaggart nói khi họ bắt tay.</w:t>
      </w:r>
    </w:p>
    <w:p>
      <w:pPr>
        <w:spacing w:after="80"/>
      </w:pPr>
      <w:r>
        <w:rPr>
          <w:b w:val="0"/>
          <w:i w:val="0"/>
        </w:rPr>
        <w:t>‘Hamish,’ Victoria nói, khoác tay anh, ‘là hôn phu của em.’</w:t>
      </w:r>
    </w:p>
    <w:p>
      <w:pPr>
        <w:spacing w:after="80"/>
      </w:pPr>
      <w:r>
        <w:rPr>
          <w:b w:val="0"/>
          <w:i w:val="0"/>
        </w:rPr>
        <w:t>Một lúc sau Ross mới thốt lên được: ‘Chúc mừng.’</w:t>
      </w:r>
    </w:p>
    <w:p>
      <w:pPr>
        <w:spacing w:after="80"/>
      </w:pPr>
      <w:r>
        <w:rPr>
          <w:b w:val="0"/>
          <w:i w:val="0"/>
        </w:rPr>
        <w:t>‘Cảm ơn Thanh tra,’ McTaggart nói. ‘Ngài có ở lại với chúng tôi nốt cuối tuần không?’</w:t>
      </w:r>
    </w:p>
    <w:p>
      <w:pPr>
        <w:spacing w:after="80"/>
      </w:pPr>
      <w:r>
        <w:rPr>
          <w:b w:val="0"/>
          <w:i w:val="0"/>
        </w:rPr>
        <w:t>‘Không, thưa ngài. Tối nay tôi về London, khi đó một đồng nghiệp người Scotland của tôi sẽ tiếp quản.’</w:t>
      </w:r>
    </w:p>
    <w:p>
      <w:pPr>
        <w:spacing w:after="80"/>
      </w:pPr>
      <w:r>
        <w:rPr>
          <w:b w:val="0"/>
          <w:i w:val="0"/>
        </w:rPr>
        <w:t>‘Thật đáng tiếc,’ McTaggart nói. ‘Ngài sẽ bỏ lỡ điểm nhấn của đại hội. Màn kéo co giữa đội Scotland và một đội khách từ Anh.’</w:t>
      </w:r>
    </w:p>
    <w:p>
      <w:pPr>
        <w:spacing w:after="80"/>
      </w:pPr>
      <w:r>
        <w:rPr>
          <w:b w:val="0"/>
          <w:i w:val="0"/>
        </w:rPr>
        <w:t>‘Tôi nghĩ tôi đã biết ai thắng trận đó rồi,’ vị khách đến từ Anh nói.</w:t>
      </w:r>
    </w:p>
    <w:p>
      <w:pPr>
        <w:pStyle w:val="Heading2"/>
      </w:pPr>
      <w:r>
        <w:rPr>
          <w:rFonts w:ascii="Calibri" w:hAnsi="Calibri"/>
          <w:b/>
          <w:i w:val="0"/>
          <w:sz w:val="32"/>
        </w:rPr>
        <w:t>CHƯƠNG 36</w:t>
      </w:r>
    </w:p>
    <w:p>
      <w:pPr>
        <w:spacing w:after="80"/>
      </w:pPr>
      <w:r>
        <w:rPr>
          <w:b w:val="0"/>
          <w:i w:val="0"/>
        </w:rPr>
        <w:t>‘MỖI KHI ANH ĂN MẶC BẢNH BAO như một thần tượng màn bạc,’ Beth nói, ‘thì hoặc là anh ra tòa, hoặc là anh đi gặp bố anh.’</w:t>
      </w:r>
    </w:p>
    <w:p>
      <w:pPr>
        <w:spacing w:after="80"/>
      </w:pPr>
      <w:r>
        <w:rPr>
          <w:b w:val="0"/>
          <w:i w:val="0"/>
        </w:rPr>
        <w:t>‘Cả hai,’ William đáp khi cô chỉnh lại cà vạt cho anh.</w:t>
      </w:r>
    </w:p>
    <w:p>
      <w:pPr>
        <w:spacing w:after="80"/>
      </w:pPr>
      <w:r>
        <w:rPr>
          <w:b w:val="0"/>
          <w:i w:val="0"/>
        </w:rPr>
        <w:t>‘Ai đứng ở vành móng ngựa?’</w:t>
      </w:r>
    </w:p>
    <w:p>
      <w:pPr>
        <w:spacing w:after="80"/>
      </w:pPr>
      <w:r>
        <w:rPr>
          <w:b w:val="0"/>
          <w:i w:val="0"/>
        </w:rPr>
        <w:t>‘Miles Faulkner. Anh ta sắp biết mình còn phải ngồi tù thêm bao nhiêu năm nữa.’</w:t>
      </w:r>
    </w:p>
    <w:p>
      <w:pPr>
        <w:spacing w:after="80"/>
      </w:pPr>
      <w:r>
        <w:rPr>
          <w:b w:val="0"/>
          <w:i w:val="0"/>
        </w:rPr>
        <w:t>‘Em biết đội của anh vẫn mở kèo cá cược về kết quả của mọi phiên tòa họ tham gia. Vậy anh nghĩ khi nào anh ta được thả – 2003? 2004? 2005?’</w:t>
      </w:r>
    </w:p>
    <w:p>
      <w:pPr>
        <w:spacing w:after="80"/>
      </w:pPr>
      <w:r>
        <w:rPr>
          <w:b w:val="0"/>
          <w:i w:val="0"/>
        </w:rPr>
        <w:t>‘Còn tùy vào việc anh ta nhận tội thế nào.’</w:t>
      </w:r>
    </w:p>
    <w:p>
      <w:pPr>
        <w:spacing w:after="80"/>
      </w:pPr>
      <w:r>
        <w:rPr>
          <w:b w:val="0"/>
          <w:i w:val="0"/>
        </w:rPr>
        <w:t>‘Nhưng kể cả khi anh ta nhận tội,’ Beth nói, ‘anh ta đã trốn khỏi nơi giam giữ, dàn dựng cái chết của chính mình rồi bỏ trốn. Chắc chắn thẩm phán sẽ phải tính đến điều đó chứ.’</w:t>
      </w:r>
    </w:p>
    <w:p>
      <w:pPr>
        <w:spacing w:after="80"/>
      </w:pPr>
      <w:r>
        <w:rPr>
          <w:b w:val="0"/>
          <w:i w:val="0"/>
        </w:rPr>
        <w:t>‘Đúng vậy. Nhưng nếu bồi thẩm đoàn cho rằng anh ta bị bắt cóc trái phép khỏi nhà ở Tây Ban Nha, và bị đưa về Anh trái ý muốn mà không có lệnh dẫn độ, thì người đứng ở vành móng ngựa có thể lại chính là anh.’</w:t>
      </w:r>
    </w:p>
    <w:p>
      <w:pPr>
        <w:spacing w:after="80"/>
      </w:pPr>
      <w:r>
        <w:rPr>
          <w:b w:val="0"/>
          <w:i w:val="0"/>
        </w:rPr>
        <w:t>‘Em hứa sẽ đến thăm anh trong tù,’ Beth nói. ‘Thỉnh thoảng thôi nhé, vì dạo này em khá bận.’</w:t>
      </w:r>
    </w:p>
    <w:p>
      <w:pPr>
        <w:spacing w:after="80"/>
      </w:pPr>
      <w:r>
        <w:rPr>
          <w:b w:val="0"/>
          <w:i w:val="0"/>
        </w:rPr>
        <w:t>‘Đây không phải chuyện đùa,’ William nói. ‘Booth Watson cũng sẽ khẳng định rằng tôi đã lấy một bức tranh quý khỏi nhà Faulkner ở Tây Ban Nha mà không có sự cho phép của anh ta, mang nó về London và trao nó cho cô.’</w:t>
      </w:r>
    </w:p>
    <w:p>
      <w:pPr>
        <w:spacing w:after="80"/>
      </w:pPr>
      <w:r>
        <w:rPr>
          <w:b w:val="0"/>
          <w:i w:val="0"/>
        </w:rPr>
        <w:t>‘Cho tôi mượn,’ Beth đáp đầy thách thức. ‘Tôi có thể chứng minh rằng tôi đã thỏa thuận với Booth Watson để trả lại nó vào ngày triển lãm Hals bế mạc, và tôi đã làm đúng như vậy, nghĩa là anh chỉ mượn bức tranh và hoàn toàn có ý định trả nó về cho chủ nhân hợp pháp.’</w:t>
      </w:r>
    </w:p>
    <w:p>
      <w:pPr>
        <w:spacing w:after="80"/>
      </w:pPr>
      <w:r>
        <w:rPr>
          <w:b w:val="0"/>
          <w:i w:val="0"/>
        </w:rPr>
        <w:t>‘Nhưng ai mới là chủ nhân hợp pháp?’ William hỏi.</w:t>
      </w:r>
    </w:p>
    <w:p>
      <w:pPr>
        <w:spacing w:after="80"/>
      </w:pPr>
      <w:r>
        <w:rPr>
          <w:b w:val="0"/>
          <w:i w:val="0"/>
        </w:rPr>
        <w:t>‘Christina. Và cô ấy đã đồng ý rằng bảo tàng Fitzmolean có thể thêm nó vào bộ sưu tập thường trực của họ.’</w:t>
      </w:r>
    </w:p>
    <w:p>
      <w:pPr>
        <w:spacing w:after="80"/>
      </w:pPr>
      <w:r>
        <w:rPr>
          <w:b w:val="0"/>
          <w:i w:val="0"/>
        </w:rPr>
        <w:t>‘Tôi nghi Booth Watson sẽ tranh cãi điều đó,’ William nói, ‘và khẳng định rằng nó thuộc về thân chủ của anh ta.’</w:t>
      </w:r>
    </w:p>
    <w:p>
      <w:pPr>
        <w:spacing w:after="80"/>
      </w:pPr>
      <w:r>
        <w:rPr>
          <w:b w:val="0"/>
          <w:i w:val="0"/>
        </w:rPr>
        <w:t>‘Điều đó ít nhất cũng chứng minh rằng ngay từ đầu anh chưa bao giờ có ý định đánh cắp bức chân dung.’</w:t>
      </w:r>
    </w:p>
    <w:p>
      <w:pPr>
        <w:spacing w:after="80"/>
      </w:pPr>
      <w:r>
        <w:rPr>
          <w:b w:val="0"/>
          <w:i w:val="0"/>
        </w:rPr>
        <w:t>‘Một lập luận pháp lý hay đấy,’ William nói, ‘và tôi chắc chắn cha tôi sẽ hùng hồn đưa ra ý kiến đó để bào chữa cho tôi. Nhưng thẩm phán có thể sẽ không đồng ý với ông ấy, và cô có thể chắc chắn rằng Booth Watson sẽ liên tục nhắc bồi thẩm đoàn, chưa kể báo chí, rằng luật sư công tố chính là cha tôi, và có lẽ kẻ sai lại đang ngồi ở ghế bị cáo.’</w:t>
      </w:r>
    </w:p>
    <w:p>
      <w:pPr>
        <w:spacing w:after="80"/>
      </w:pPr>
      <w:r>
        <w:rPr>
          <w:b w:val="0"/>
          <w:i w:val="0"/>
        </w:rPr>
        <w:t>‘Thế thì tiếc thật,’ Beth nói, ‘vì tôi đã mong được ăn mừng ngày kỷ niệm cưới của chúng ta tại Lucio’s tối nay, và có lẽ sẽ không dễ đặt bàn ở Belmarsh như vậy đâu.’</w:t>
      </w:r>
    </w:p>
    <w:p>
      <w:pPr>
        <w:spacing w:after="80"/>
        <w:jc w:val="center"/>
      </w:pPr>
      <w:r>
        <w:rPr>
          <w:b w:val="0"/>
          <w:i w:val="0"/>
        </w:rPr>
        <w:t>• • •</w:t>
      </w:r>
    </w:p>
    <w:p>
      <w:pPr>
        <w:spacing w:after="80"/>
      </w:pPr>
      <w:r>
        <w:rPr>
          <w:b w:val="0"/>
          <w:i w:val="0"/>
        </w:rPr>
        <w:t>‘Em đi đâu đấy, em yêu?’ Sebastian hỏi khi giúp Christina mặc áo khoác.</w:t>
      </w:r>
    </w:p>
    <w:p>
      <w:pPr>
        <w:spacing w:after="80"/>
      </w:pPr>
      <w:r>
        <w:rPr>
          <w:b w:val="0"/>
          <w:i w:val="0"/>
        </w:rPr>
        <w:t>‘Đến nhà hát.’</w:t>
      </w:r>
    </w:p>
    <w:p>
      <w:pPr>
        <w:spacing w:after="80"/>
      </w:pPr>
      <w:r>
        <w:rPr>
          <w:b w:val="0"/>
          <w:i w:val="0"/>
        </w:rPr>
        <w:t>‘Vào chín giờ sáng cơ à?’</w:t>
      </w:r>
    </w:p>
    <w:p>
      <w:pPr>
        <w:spacing w:after="80"/>
      </w:pPr>
      <w:r>
        <w:rPr>
          <w:b w:val="0"/>
          <w:i w:val="0"/>
        </w:rPr>
        <w:t>Cô bật cười khi Sebastian mở cửa trước căn hộ của cô.</w:t>
      </w:r>
    </w:p>
    <w:p>
      <w:pPr>
        <w:spacing w:after="80"/>
      </w:pPr>
      <w:r>
        <w:rPr>
          <w:b w:val="0"/>
          <w:i w:val="0"/>
        </w:rPr>
        <w:t>‘Màn kéo lên tại Old Bailey lúc mười giờ, nhưng tôi sẽ ngồi vào ghế khán giả từ lâu trước đó.’</w:t>
      </w:r>
    </w:p>
    <w:p>
      <w:pPr>
        <w:spacing w:after="80"/>
      </w:pPr>
      <w:r>
        <w:rPr>
          <w:b w:val="0"/>
          <w:i w:val="0"/>
        </w:rPr>
        <w:t>Khi họ bước về phía thang máy, Christina nói thêm, ‘Thẩm phán trong dịp này sẽ do Ngài Thẩm phán Sedgwick thủ vai, người sẽ phải quyết định số phận của nam diễn viên chính, ông Miles Faulkner. Người yêu cũ của tôi có lẽ sẽ có buổi biểu diễn chia tay trước khán giả gồm mười hai thành viên công chúng, những người mà tôi hy vọng, khi được yêu cầu đưa ra phán quyết, sẽ chỉ thốt lên một từ duy nhất.’</w:t>
      </w:r>
    </w:p>
    <w:p>
      <w:pPr>
        <w:spacing w:after="80"/>
      </w:pPr>
      <w:r>
        <w:rPr>
          <w:b w:val="0"/>
          <w:i w:val="0"/>
        </w:rPr>
        <w:t>‘Nhưng nếu Miles nhận tội,’ Sebastian nói khi họ bước vào thang máy, ‘thì sẽ không cần bồi thẩm đoàn nữa.’</w:t>
      </w:r>
    </w:p>
    <w:p>
      <w:pPr>
        <w:spacing w:after="80"/>
      </w:pPr>
      <w:r>
        <w:rPr>
          <w:b w:val="0"/>
          <w:i w:val="0"/>
        </w:rPr>
        <w:t>‘Không phải kiểu của Miles đâu,’ Christina đáp khi cả hai bước ra khỏi thang máy ở tầng trệt. ‘Anh ta thà liều chết chứ không chịu nhận thua. Thật ra, tôi phải thú nhận là tôi gần như thấy thương hại cho anh ta.’</w:t>
      </w:r>
    </w:p>
    <w:p>
      <w:pPr>
        <w:spacing w:after="80"/>
      </w:pPr>
      <w:r>
        <w:rPr>
          <w:b w:val="0"/>
          <w:i w:val="0"/>
        </w:rPr>
        <w:t>‘Tôi không hiểu vì sao,’ Sebastian nói. ‘Dù sao thì anh ta cũng đã lừa cô mất nửa phần bộ sưu tập nghệ thuật của anh ta, rồi còn lấy lại mười triệu mà anh ta đã trả cho cô. Mười triệu đó đủ để chúng ta sống với champagne và trứng cá muối đến hết đời.’</w:t>
      </w:r>
    </w:p>
    <w:p>
      <w:pPr>
        <w:spacing w:after="80"/>
      </w:pPr>
      <w:r>
        <w:rPr>
          <w:b w:val="0"/>
          <w:i w:val="0"/>
        </w:rPr>
        <w:t>‘Đừng quên là Miles có thể sẽ phải sống nốt phần đời còn lại trong một không gian chật hẹp chỉ với bánh mì và nước lã để sống qua ngày, trong khi tôi vẫn có căn hộ và thu nhập hai nghìn tiền cấp dưỡng mỗi tuần, cùng với thỉnh thoảng có thêm tiền thưởng từ việc hợp tác với Beth Warwick,’ Christina nói khi cả hai rời khỏi tòa nhà và tài xế riêng của cô đỗ xe ngay trước cửa chính. ‘Thế nên anh chẳng có gì để phàn nàn cả.’</w:t>
      </w:r>
    </w:p>
    <w:p>
      <w:pPr>
        <w:spacing w:after="80"/>
      </w:pPr>
      <w:r>
        <w:rPr>
          <w:b w:val="0"/>
          <w:i w:val="0"/>
        </w:rPr>
        <w:t>Khi chiếc Mercedes lăn bánh, cô vẫy tay chào tạm biệt Sebastian, cuối cùng đã quyết định rằng anh ta đã hết hạn sử dụng.</w:t>
      </w:r>
    </w:p>
    <w:p>
      <w:pPr>
        <w:spacing w:after="80"/>
        <w:jc w:val="center"/>
      </w:pPr>
      <w:r>
        <w:rPr>
          <w:b w:val="0"/>
          <w:i w:val="0"/>
        </w:rPr>
        <w:t>• • •</w:t>
      </w:r>
    </w:p>
    <w:p>
      <w:pPr>
        <w:spacing w:after="80"/>
      </w:pPr>
      <w:r>
        <w:rPr>
          <w:b w:val="0"/>
          <w:i w:val="0"/>
        </w:rPr>
        <w:t>‘Như thường lệ chứ, thưa ngài?’ người trưởng bồi hỏi khi Booth Watson đưa lại thực đơn cho anh ta.</w:t>
      </w:r>
    </w:p>
    <w:p>
      <w:pPr>
        <w:spacing w:after="80"/>
      </w:pPr>
      <w:r>
        <w:rPr>
          <w:b w:val="0"/>
          <w:i w:val="0"/>
        </w:rPr>
        <w:t>‘Không. Vì tôi sẽ không có thời gian ăn trưa, nên tôi nghĩ mình sẽ gọi bữa sáng kiểu Anh đầy đủ.’</w:t>
      </w:r>
    </w:p>
    <w:p>
      <w:pPr>
        <w:spacing w:after="80"/>
      </w:pPr>
      <w:r>
        <w:rPr>
          <w:b w:val="0"/>
          <w:i w:val="0"/>
        </w:rPr>
        <w:t>Người bồi bàn hơi cúi đầu chào ông.</w:t>
      </w:r>
    </w:p>
    <w:p>
      <w:pPr>
        <w:spacing w:after="80"/>
      </w:pPr>
      <w:r>
        <w:rPr>
          <w:b w:val="0"/>
          <w:i w:val="0"/>
        </w:rPr>
        <w:t xml:space="preserve">Booth Watson ngồi ngả lưng đọc </w:t>
      </w:r>
      <w:r>
        <w:rPr>
          <w:b w:val="0"/>
          <w:i/>
        </w:rPr>
        <w:t>The Times</w:t>
      </w:r>
      <w:r>
        <w:rPr>
          <w:b w:val="0"/>
          <w:i w:val="0"/>
        </w:rPr>
        <w:t xml:space="preserve"> trong khi một bồi bàn khác rót cho ông một tách cà phê đen bốc khói. Mắt ông dừng lại ở một bài báo thông báo cho độc giả rằng vụ Crown v Miles Faulkner sẽ mở phiên tại phòng xử số một ở Old Bailey vào sáng hôm đó. Ông hài lòng vì Thẩm phán Sedgwick được chọn để chủ tọa vụ án, vì ông ta không phải là người tin vào sự khoan hồng. Booth Watson thầm tin chắc rằng thân chủ của mình sẽ phải ngồi tù thêm vài năm nữa, điều đó sẽ trông như một thắng lợi vẻ vang cho Ngài Julian, vì chính ông sẽ nhã nhặn thừa nhận điều đó trước khi nói với đối thủ cũ rằng ông đã quyết định thế là đủ, và đã đến lúc ông cởi bộ tóc giả, treo áo choàng và về quê an hưởng tuổi già. Ông sẽ chỉ không nói cho ông ta biết là quê nào.</w:t>
      </w:r>
    </w:p>
    <w:p>
      <w:pPr>
        <w:spacing w:after="80"/>
      </w:pPr>
      <w:r>
        <w:rPr>
          <w:b w:val="0"/>
          <w:i w:val="0"/>
        </w:rPr>
        <w:t>Sau khi thân chủ của mình được đưa về Belmarsh an toàn, Booth Watson sẽ thực hiện kế hoạch rút lui đã được tính toán kỹ lưỡng. Đầu tiên, ông sẽ liên hệ với Art Removals Ltd và chỉ thị họ đến Gatwick Storage, đóng gói bộ sưu tập nghệ thuật của Miles và chuyển đến Hồng Kông. Ông sẽ nói với họ rằng ông không vội lắm, vì ông còn nhiều việc khác phải giải quyết trước khi rời khỏi đất nước. Không kể gì thì ông cũng sẽ phải đến ngân hàng của Miles ở Mayfair vài lần, vì chiếc cặp Gladstone của ông chỉ chứa được £100,000 mỗi lần. Vậy nên sẽ mất một chút thời gian để ông rút nốt mười triệu cuối cùng ra khỏi két an toàn. Có lẽ sau này ông sẽ phải mang theo hai chiếc cặp Gladstone.</w:t>
      </w:r>
    </w:p>
    <w:p>
      <w:pPr>
        <w:spacing w:after="80"/>
      </w:pPr>
      <w:r>
        <w:rPr>
          <w:b w:val="0"/>
          <w:i w:val="0"/>
        </w:rPr>
        <w:t xml:space="preserve">Vì Miles đã ăn cắp tiền từ vợ cũ của mình, người mà theo quan điểm của Booth Watson có quá đủ để sống, nên ông thấy có thể biện minh cho việc chuyển tiền từ tài khoản này sang tài khoản khác mà không phải mất ngủ chút nào. Đến khi rút tờ năm mươi bảng cuối cùng, ông sẽ chuyển sự chú ý sang bộ sưu tập nghệ thuật của Miles – sắp trở thành bộ sưu tập nghệ thuật </w:t>
      </w:r>
      <w:r>
        <w:rPr>
          <w:b w:val="0"/>
          <w:i/>
        </w:rPr>
        <w:t>của ông</w:t>
      </w:r>
      <w:r>
        <w:rPr>
          <w:b w:val="0"/>
          <w:i w:val="0"/>
        </w:rPr>
        <w:t xml:space="preserve"> – mà đến lúc đó hẳn đã được chuyển đến Kowloon, nơi ông Lee có thể thoải mái thẩm định nó, trước khi chuyển thêm một trăm triệu đô la vào một tài khoản ngân hàng khác mà Booth Watson mới mở gần đây.</w:t>
      </w:r>
    </w:p>
    <w:p>
      <w:pPr>
        <w:spacing w:after="80"/>
      </w:pPr>
      <w:r>
        <w:rPr>
          <w:b w:val="0"/>
          <w:i w:val="0"/>
        </w:rPr>
        <w:t>Khi giao dịch hoàn tất, ông sẽ bay sang Hồng Kông, rồi tiếp tục một hành trình dài, quanh co mà điểm kết thúc là Seattle. Ông đã đặt cọc một khoản lớn cho một căn hộ penthouse tráng lệ nhìn ra vịnh Puget Sound, và dự định sẽ hoàn tất giao dịch sau khi thẩm phán tuyên án.</w:t>
      </w:r>
    </w:p>
    <w:p>
      <w:pPr>
        <w:spacing w:after="80"/>
      </w:pPr>
      <w:r>
        <w:rPr>
          <w:b w:val="0"/>
          <w:i w:val="0"/>
        </w:rPr>
        <w:t>Booth Watson gần đây đã có một danh tính mới, kèm theo hộ chiếu giả, và đã mở vài tài khoản ngân hàng khắp thế giới. Thật đáng kinh ngạc những gì Miles đã dạy ông trong bao nhiêu năm qua.</w:t>
      </w:r>
    </w:p>
    <w:p>
      <w:pPr>
        <w:spacing w:after="80"/>
      </w:pPr>
      <w:r>
        <w:rPr>
          <w:b w:val="0"/>
          <w:i w:val="0"/>
        </w:rPr>
        <w:t>‘Dẫn phạm nhân đi,’ ông lẩm bẩm khi một đĩa trứng, thịt xông khói, nấm và đậu được đặt trước mặt ông.</w:t>
      </w:r>
    </w:p>
    <w:p>
      <w:pPr>
        <w:spacing w:after="80"/>
      </w:pPr>
      <w:r>
        <w:rPr>
          <w:b w:val="0"/>
          <w:i w:val="0"/>
        </w:rPr>
        <w:t>BW cầm dao nĩa lên, sẵn sàng tấn công.</w:t>
      </w:r>
    </w:p>
    <w:p>
      <w:pPr>
        <w:spacing w:after="80"/>
        <w:jc w:val="center"/>
      </w:pPr>
      <w:r>
        <w:rPr>
          <w:b w:val="0"/>
          <w:i w:val="0"/>
        </w:rPr>
        <w:t>• • •</w:t>
      </w:r>
    </w:p>
    <w:p>
      <w:pPr>
        <w:spacing w:after="80"/>
      </w:pPr>
      <w:r>
        <w:rPr>
          <w:b w:val="0"/>
          <w:i w:val="0"/>
        </w:rPr>
        <w:t>Tulip đặt chiếc nĩa nhựa xuống.</w:t>
      </w:r>
    </w:p>
    <w:p>
      <w:pPr>
        <w:spacing w:after="80"/>
      </w:pPr>
      <w:r>
        <w:rPr>
          <w:b w:val="0"/>
          <w:i w:val="0"/>
        </w:rPr>
        <w:t>"Anh sẽ nhận tội hay không nhận tội?" anh ta hỏi khi Miles ngồi xuống phía bên kia bàn.</w:t>
      </w:r>
    </w:p>
    <w:p>
      <w:pPr>
        <w:spacing w:after="80"/>
      </w:pPr>
      <w:r>
        <w:rPr>
          <w:b w:val="0"/>
          <w:i w:val="0"/>
        </w:rPr>
        <w:t>Faulkner đã được đưa từ HMP Ford trở lại Belmarsh để qua đêm ở London trước khi phiên tòa của anh ta khai mạc tại Old Bailey. Buổi sáng đã không khởi đầu suôn sẻ, vì anh ta được bảo phải xếp hàng cuối cùng để lấy bữa sáng, chỉ để phát hiện ra rằng chiếc bàn quen thuộc của mình đã có người ngồi.</w:t>
      </w:r>
    </w:p>
    <w:p>
      <w:pPr>
        <w:spacing w:after="80"/>
      </w:pPr>
      <w:r>
        <w:rPr>
          <w:b w:val="0"/>
          <w:i w:val="0"/>
        </w:rPr>
        <w:t>Anh ta nghĩ về câu hỏi của Tulip. "Tôi vẫn chưa quyết định. Tôi không thể quyết định xem mình không tin ai hơn, Booth Watson hay Giám đốc Warwick."</w:t>
      </w:r>
    </w:p>
    <w:p>
      <w:pPr>
        <w:spacing w:after="80"/>
      </w:pPr>
      <w:r>
        <w:rPr>
          <w:b w:val="0"/>
          <w:i w:val="0"/>
        </w:rPr>
        <w:t>"Họ tệ như nhau cả thôi," Tulip nói, thấm nốt phần đậu nướng còn lại bằng một lát bánh mì cũ. "Vậy thì anh sẽ phải chọn giữa hai cái xấu, cái nào ít xấu hơn."</w:t>
      </w:r>
    </w:p>
    <w:p>
      <w:pPr>
        <w:spacing w:after="80"/>
      </w:pPr>
      <w:r>
        <w:rPr>
          <w:b w:val="0"/>
          <w:i w:val="0"/>
        </w:rPr>
        <w:t>"Anh giúp được ghê," Miles nói.</w:t>
      </w:r>
    </w:p>
    <w:p>
      <w:pPr>
        <w:spacing w:after="80"/>
      </w:pPr>
      <w:r>
        <w:rPr>
          <w:b w:val="0"/>
          <w:i w:val="0"/>
        </w:rPr>
        <w:t>Một cai ngục mà anh ta không nhận ra tiến lại gần, đặt tay lên vai anh ta một cách dứt khoát và nói: "Đi nào, Faulkner. Đâu muốn để quan tòa phải chờ, phải không?"</w:t>
      </w:r>
    </w:p>
    <w:p>
      <w:pPr>
        <w:spacing w:after="80"/>
      </w:pPr>
      <w:r>
        <w:rPr>
          <w:b w:val="0"/>
          <w:i w:val="0"/>
        </w:rPr>
        <w:t>Anh ta đẩy bữa sáng chưa động đến sang một bên, và không ngạc nhiên khi thấy Tulip chộp lấy nó. Anh ta quay về phòng giam của mình, nơi anh ta thong thả mặc đồ cho dịp này: một bộ vest màu xanh navy bảnh bao đã gần một năm không mặc, một chiếc áo sơ mi vừa ủi phẳng phiu và một chiếc cà vạt Old Harrovian khiến anh ta trông giống một giám đốc công ty hơn là một người có thể sẽ phải ngồi tù cả thập kỷ tới.</w:t>
      </w:r>
    </w:p>
    <w:p>
      <w:pPr>
        <w:spacing w:after="80"/>
      </w:pPr>
      <w:r>
        <w:rPr>
          <w:b w:val="0"/>
          <w:i w:val="0"/>
        </w:rPr>
        <w:t>Anh ta đang kiểm tra cà vạt trong chiếc gương thép nhỏ bắt vít trên tường thì hai gã cai ngục bước vào phòng giam, giật tay anh ta ra sau lưng và còng lại. Rõ ràng họ không biết anh ta là ai. Họ dẫn anh ta đi dọc một hành lang gạch xanh, qua nhiều cổng an ninh trước khi cuối cùng bước ra một sân trong vắng vẻ và ánh sáng lạnh lẽo của ban ngày. Cánh cổng cuối cùng được mở sẽ là một cánh cổng gỗ dẫn ra thế giới bên ngoài.</w:t>
      </w:r>
    </w:p>
    <w:p>
      <w:pPr>
        <w:spacing w:after="80"/>
      </w:pPr>
      <w:r>
        <w:rPr>
          <w:b w:val="0"/>
          <w:i w:val="0"/>
        </w:rPr>
        <w:t>"Mong gặp lại anh tối nay, Faulkner," một trong các cai ngục nói, chẳng giúp ích gì, khi họ trao anh ta cho ba viên cảnh sát to lớn trông như thể họ mong anh ta sẽ thử bỏ trốn.</w:t>
      </w:r>
    </w:p>
    <w:p>
      <w:pPr>
        <w:spacing w:after="80"/>
      </w:pPr>
      <w:r>
        <w:rPr>
          <w:b w:val="0"/>
          <w:i w:val="0"/>
        </w:rPr>
        <w:t>Họ lôi tù nhân về phía một chiếc xe đang chờ, chân anh ta hầu như không chạm đất, trước khi họ đẩy anh ta lên ghế sau. Một sĩ quan cơ bắp ngồi mỗi bên anh ta, trong khi người thứ ba ngồi ghế hành khách phía trước. Cửa xe tự động khóa trước khi xe khởi hành, và hai người mô tô hộ tống đảm bảo sẽ không có điểm dừng không cần thiết nào trên đường đến Bailey. Lần này họ không mạo hiểm chút nào.</w:t>
      </w:r>
    </w:p>
    <w:p>
      <w:pPr>
        <w:spacing w:after="80"/>
      </w:pPr>
      <w:r>
        <w:rPr>
          <w:b w:val="0"/>
          <w:i w:val="0"/>
        </w:rPr>
        <w:t>Miles ngồi im lặng ở ghế sau suốt chuyến đi, vẫn đang cân nhắc xem mình sẽ nhận tội thế nào. Anh ta vẫn chưa đưa ra quyết định gần hơn chút nào khi đoàn xe nhỏ chạy qua lối vào dành cho tù nhân của Bailey và đỗ ở sân sau.</w:t>
      </w:r>
    </w:p>
    <w:p>
      <w:pPr>
        <w:spacing w:after="80"/>
      </w:pPr>
      <w:r>
        <w:rPr>
          <w:b w:val="0"/>
          <w:i w:val="0"/>
        </w:rPr>
        <w:t xml:space="preserve">Ba viên cảnh sát khác đang chờ để hộ tống anh ta đến một phòng giam nhỏ, ánh sáng mờ tối ở tầng hầm, và không có dấu hiệu nào cho thấy còng tay của anh ta sẽ được tháo ra. Sau khi họ đóng sầm cửa lại phía sau, anh ta ngồi thẳng đơ ở cuối chiếc giường hẹp, không muốn nằm xuống vì sợ nhăn bộ vest. Thứ duy nhất để đọc là những dòng chữ nguệch ngoạc trên tường của những người từng ở đây: </w:t>
      </w:r>
      <w:r>
        <w:rPr>
          <w:b w:val="0"/>
          <w:i/>
        </w:rPr>
        <w:t>Bọn cớm gài bẫy tao</w:t>
      </w:r>
      <w:r>
        <w:rPr>
          <w:b w:val="0"/>
          <w:i w:val="0"/>
        </w:rPr>
        <w:t xml:space="preserve">; </w:t>
      </w:r>
      <w:r>
        <w:rPr>
          <w:b w:val="0"/>
          <w:i/>
        </w:rPr>
        <w:t>Tao vô tội</w:t>
      </w:r>
      <w:r>
        <w:rPr>
          <w:b w:val="0"/>
          <w:i w:val="0"/>
        </w:rPr>
        <w:t xml:space="preserve"> … Anh ta có thêm thời gian để cân nhắc lời nhận tội khi cánh cửa nặng nề cuối cùng mở ra, còng tay được tháo, và anh ta được dẫn lên một cầu thang đá vào ghế bị cáo.</w:t>
      </w:r>
    </w:p>
    <w:p>
      <w:pPr>
        <w:spacing w:after="80"/>
      </w:pPr>
      <w:r>
        <w:rPr>
          <w:b w:val="0"/>
          <w:i w:val="0"/>
        </w:rPr>
        <w:t>Anh ta ngồi xuống một chiếc ghế gỗ ọp ẹp, hai bên là một lính gác có vũ trang, trong khi tất cả chờ quan tòa bước vào.</w:t>
      </w:r>
    </w:p>
    <w:p>
      <w:pPr>
        <w:spacing w:after="80"/>
      </w:pPr>
      <w:r>
        <w:rPr>
          <w:b w:val="0"/>
          <w:i w:val="0"/>
        </w:rPr>
        <w:t>Booth Watson đang ngồi ở chỗ quen thuộc trên ghế luật sư, kiểm tra lời phát biểu mở đầu, trong khi Ngài Julian Warwick ngả người ra sau, khoanh tay, tham khảo ý kiến trợ lý của mình. Miles liếc sang trái và nhận thấy Christina ngồi một mình ở cuối phòng xử án, rõ ràng hy vọng đây sẽ là lần cuối cùng cô nhìn thấy anh ta. Cô chỉ còn thiếu một đôi kim đan trong khi chờ lưỡi dao máy chém rơi xuống.</w:t>
      </w:r>
    </w:p>
    <w:p>
      <w:pPr>
        <w:spacing w:after="80"/>
      </w:pPr>
      <w:r>
        <w:rPr>
          <w:b w:val="0"/>
          <w:i w:val="0"/>
        </w:rPr>
        <w:t>Anh ta chuyển sự chú ý sang phía bên kia phòng xử án, nơi Chỉ huy Hawksby đang ngồi cạnh Giám đốc Warwick. Miles nghĩ Warwick trông có vẻ lo lắng, chắc hẳn đang tự hỏi anh ta sẽ nhận tội thế nào. Ông ta sẽ không phải chờ lâu hơn nữa để biết.</w:t>
      </w:r>
    </w:p>
    <w:p>
      <w:pPr>
        <w:spacing w:after="80"/>
      </w:pPr>
      <w:r>
        <w:rPr>
          <w:b w:val="0"/>
          <w:i w:val="0"/>
        </w:rPr>
        <w:t>Đồng hồ điểm giờ và, đến tiếng chuông thứ mười, một cánh cửa mở ra ở phía sau phòng xử án và Ngài Thẩm phán Sedgwick xuất hiện trong bộ áo choàng đỏ dài và bộ tóc giả màu xám. Mọi người trong phòng xử án đều đứng dậy và cúi chào Ngài, một trọng tài mà không đấu thủ nào dám cãi lời vì sợ bị đuổi khỏi sân. Ông đáp lễ trước khi đặt một tập hồ sơ màu đỏ lên bàn trước mặt và ngồi vào chiếc ghế da tựa cao. Khi đã ổn định chỗ ngồi, ông chỉnh lại áo choàng và, nhìn xuống từ trên cao, gật đầu chào trước tiên với Ngài Julian rồi đến ông Booth Watson, trước khi ra hiệu cho thư ký tòa xác nhận rằng phiên xử có thể bắt đầu.</w:t>
      </w:r>
    </w:p>
    <w:p>
      <w:pPr>
        <w:spacing w:after="80"/>
      </w:pPr>
      <w:r>
        <w:rPr>
          <w:b w:val="0"/>
          <w:i w:val="0"/>
        </w:rPr>
        <w:t>Thư ký tòa mặc một bộ áo choàng đen, khiến ông ta trông như một ông hiệu trưởng thời Victoria. Ông đứng dậy khỏi chỗ và chậm rãi bước qua phòng xử án để thực hiện nhiệm vụ quan trọng nhất trong ngày.</w:t>
      </w:r>
    </w:p>
    <w:p>
      <w:pPr>
        <w:spacing w:after="80"/>
      </w:pPr>
      <w:r>
        <w:rPr>
          <w:b w:val="0"/>
          <w:i w:val="0"/>
        </w:rPr>
        <w:t>Dừng lại trước vành móng ngựa, ông nói bằng một giọng oang oang vang khắp căn phòng, "Xin bị cáo đứng lên."</w:t>
      </w:r>
    </w:p>
    <w:p>
      <w:pPr>
        <w:spacing w:after="80"/>
      </w:pPr>
      <w:r>
        <w:rPr>
          <w:b w:val="0"/>
          <w:i w:val="0"/>
        </w:rPr>
        <w:t>Miles đứng dậy, nhưng đôi chân run rẩy đến mức cậu phải bám chặt vào lan can trước mặt. Khi cậu đã đứng vững, thư ký tòa tiếp tục. "Ông Miles Faulkner, ông bị buộc tội trốn trại, rời khỏi đất nước một cách bất hợp pháp dưới một cái tên giả, sử dụng hộ chiếu giả và giả tạo cái chết của chính mình. Ông nhận tội hay không nhận tội? Có tội, hay vô tội?"</w:t>
      </w:r>
    </w:p>
    <w:p>
      <w:pPr>
        <w:spacing w:after="80"/>
      </w:pPr>
      <w:r>
        <w:rPr>
          <w:b w:val="0"/>
          <w:i w:val="0"/>
        </w:rPr>
        <w:t>Mọi người trong phòng xử án đều nhìn về phía bị cáo, ngoại trừ Booth Watson, người đang nhìn thẳng về phía trước. Chính cử chỉ đó khiến Miles một lần nữa thay đổi quyết định. Cậu nhìn thẳng lên thẩm phán và nói, "Có tội."</w:t>
      </w:r>
    </w:p>
    <w:p>
      <w:pPr>
        <w:spacing w:after="80"/>
      </w:pPr>
      <w:r>
        <w:rPr>
          <w:b w:val="0"/>
          <w:i w:val="0"/>
        </w:rPr>
        <w:t>Ngài Julian tưởng như mình nghe thấy một tiếng thở phào nhẹ nhõm từ đầu bên kia của băng ghế, nhưng nó bị nhấn chìm bởi sự ồn ào náo loạn tiếp theo, trong khi vài nhà báo lao ra khỏi phòng xử án và chạy về phía chiếc điện thoại gần nhất.</w:t>
      </w:r>
    </w:p>
    <w:p>
      <w:pPr>
        <w:spacing w:after="80"/>
      </w:pPr>
      <w:r>
        <w:rPr>
          <w:b w:val="0"/>
          <w:i w:val="0"/>
        </w:rPr>
        <w:t>Thẩm phán chờ cho tiếng ồn lắng xuống trước khi mở tập hồ sơ trước mặt và xem xét bản tuyên bố bằng văn bản mà ông đã hoàn thành chỉ vài phút trước khi bước vào phòng xử án. Sáng sớm hôm đó, ông đã được Giám đốc Cơ quan Công tố Nhà nước tư vấn rằng nếu bị cáo nhận vô tội, và bồi thẩm đoàn quyết định ngược lại, ông nên tuân theo thủ tục được khuyến nghị và tăng gấp đôi bản án trước đó của bị cáo. Quyết định đó giờ đã nằm ngoài tầm tay của ông.</w:t>
      </w:r>
    </w:p>
    <w:p>
      <w:pPr>
        <w:spacing w:after="80"/>
      </w:pPr>
      <w:r>
        <w:rPr>
          <w:b w:val="0"/>
          <w:i w:val="0"/>
        </w:rPr>
        <w:t>"Tôi đã suy nghĩ rất kỹ về bản án mà tôi sắp tuyên," ông bắt đầu, nhìn thẳng vào bị cáo.</w:t>
      </w:r>
    </w:p>
    <w:p>
      <w:pPr>
        <w:spacing w:after="80"/>
      </w:pPr>
      <w:r>
        <w:rPr>
          <w:b w:val="0"/>
          <w:i w:val="0"/>
        </w:rPr>
        <w:t>Miles tự hỏi liệu đã quá muộn để thay đổi lời nhận tội của mình, trong khi Booth Watson để lộ một nụ cười thoáng qua trên môi.</w:t>
      </w:r>
    </w:p>
    <w:p>
      <w:pPr>
        <w:spacing w:after="80"/>
      </w:pPr>
      <w:r>
        <w:rPr>
          <w:b w:val="0"/>
          <w:i w:val="0"/>
        </w:rPr>
        <w:t>"Tôi đã xem xét," thẩm phán tiếp tục, "những sự thật rằng không chỉ ông đã nhận tội, qua đó tiết kiệm cho tòa án rất nhiều thời gian và chi phí, mà quan trọng hơn nữa, sau khi trốn khỏi nhà tù, ông đã tự nguyện trở về Anh, ra đầu thú với chính quyền, và cho Bảo tàng Fitzmolean mượn một bức tranh quý, mà theo tôi hiểu thì ông đã đồng ý để nó được thêm vào bộ sưu tập thường trực của bảo tàng."</w:t>
      </w:r>
    </w:p>
    <w:p>
      <w:pPr>
        <w:spacing w:after="80"/>
      </w:pPr>
      <w:r>
        <w:rPr>
          <w:b w:val="0"/>
          <w:i w:val="0"/>
        </w:rPr>
        <w:t>Miles không phản ứng gì, trong khi Booth Watson tỏ ra ngạc nhiên. Christina chỉ mỉm cười và gật đầu.</w:t>
      </w:r>
    </w:p>
    <w:p>
      <w:pPr>
        <w:spacing w:after="80"/>
      </w:pPr>
      <w:r>
        <w:rPr>
          <w:b w:val="0"/>
          <w:i w:val="0"/>
        </w:rPr>
        <w:t>Thẩm phán dừng lại và lật một trang trước khi tiếp tục. "Gần đây, những vấn đề khác đã được đưa đến sự chú ý của tôi mà tôi không hề hay biết cho đến khi tôi nhận được chuyến thăm của Tổng Chưởng lý. Sau cuộc gặp đó, tôi tin rằng có những tình tiết giảm nhẹ đáng kể sẽ có ảnh hưởng nào đó đến độ dài bản án của ông. Tuy nhiên, sẽ không thích hợp để tôi đề cập đến những tình tiết đó tại phiên tòa công khai. Vì lý do đó, tôi sẽ đề nghị thư ký tòa yêu cầu tất cả những ai không trực tiếp liên quan đến vụ án này rời khỏi phòng xử án."</w:t>
      </w:r>
    </w:p>
    <w:p>
      <w:pPr>
        <w:spacing w:after="80"/>
      </w:pPr>
      <w:r>
        <w:rPr>
          <w:b w:val="0"/>
          <w:i w:val="0"/>
        </w:rPr>
        <w:t>Phải mất một lúc thì bồi thẩm đoàn, vài thành viên báo chí bực bội, và những người ngồi ở khu vực khán giả mới lần lượt miễn cưỡng rời khỏi phòng xử án, một số người trong số họ không giấu nổi sự thất vọng.</w:t>
      </w:r>
    </w:p>
    <w:p>
      <w:pPr>
        <w:spacing w:after="80"/>
      </w:pPr>
      <w:r>
        <w:rPr>
          <w:b w:val="0"/>
          <w:i w:val="0"/>
        </w:rPr>
        <w:t>Thẩm phán không nói thêm gì cho đến khi thư ký tòa khóa cửa phòng xử án số một, và cúi chào Ngài để cho biết ông có thể tiếp tục với phán quyết của mình.</w:t>
      </w:r>
    </w:p>
    <w:p>
      <w:pPr>
        <w:spacing w:after="80"/>
      </w:pPr>
      <w:r>
        <w:rPr>
          <w:b w:val="0"/>
          <w:i w:val="0"/>
        </w:rPr>
        <w:t>"Tôi cũng đã xem xét," thẩm phán tiếp tục, "vai trò đáng khen ngợi của ông trong việc hỗ trợ cảnh sát ngăn chặn một vụ tấn công khủng bố, mà chắc chắn đã cứu được nhiều mạng người, đồng thời đặt chính mạng sống của ông vào vòng nguy hiểm.</w:t>
      </w:r>
    </w:p>
    <w:p>
      <w:pPr>
        <w:spacing w:after="80"/>
      </w:pPr>
      <w:r>
        <w:rPr>
          <w:b w:val="0"/>
          <w:i w:val="0"/>
        </w:rPr>
        <w:t>"Hành động mau lẹ của ông cũng giúp cảnh sát có thể ngăn chặn một tội ác khác có tầm quan trọng quốc gia, mà lẽ ra có thể gây ra sự bẽ mặt đáng kể cho chính phủ cũng như Sở Cảnh sát Metropolitan. Nhờ sự can thiệp đó, những tên tội phạm liên quan hiện đang bị cảnh sát giam giữ. Với điều đó trong đầu, tôi sẽ tuyên một bản án thêm tám năm" – Faulkner định phản đối cho đến khi nghe thấy những lời tiếp theo – "nhưng, xét theo hoàn cảnh, thời hạn đó sẽ được treo. Tuy nhiên, nếu ông ngu ngốc đến mức tái phạm trong thời gian đó, tám năm ấy sẽ được cộng thêm vào bất kỳ bản án nào khác, không được giảm án. Tôi đã nói rõ chưa?" thẩm phán nói thêm, nhìn thẳng vào tù nhân.</w:t>
      </w:r>
    </w:p>
    <w:p>
      <w:pPr>
        <w:spacing w:after="80"/>
      </w:pPr>
      <w:r>
        <w:rPr>
          <w:b w:val="0"/>
          <w:i w:val="0"/>
        </w:rPr>
        <w:t>‘Vâng, thưa Ngài,’ Faulkner đáp, đôi chân bỗng trở nên vững vàng.</w:t>
      </w:r>
    </w:p>
    <w:p>
      <w:pPr>
        <w:spacing w:after="80"/>
      </w:pPr>
      <w:r>
        <w:rPr>
          <w:b w:val="0"/>
          <w:i w:val="0"/>
        </w:rPr>
        <w:t>Vị thẩm phán dừng lại và lật thêm một trang trong tập hồ sơ màu đỏ. ‘Cơ quan quản lý nhà tù cũng đã báo cáo cho tôi về hành vi gương mẫu của anh trong thời gian bị giam giữ tại Belmarsh, và gần đây hơn là tại trại giam mở Ford, nơi anh đảm nhận vai trò thủ thư của nhà tù.’ William cho phép mình mỉm cười. ‘Do đó, bản án ban đầu của anh sẽ được giảm một nửa, nên anh có thể mong đợi được trả tự do trong ba tháng nữa.’</w:t>
      </w:r>
    </w:p>
    <w:p>
      <w:pPr>
        <w:spacing w:after="80"/>
      </w:pPr>
      <w:r>
        <w:rPr>
          <w:b w:val="0"/>
          <w:i w:val="0"/>
        </w:rPr>
        <w:t>Christina bật dậy khỏi chỗ ngồi ở cuối phòng xử án và hướng ra cửa, ý thức được rằng cô chỉ còn vài tuần trước khi Miles có thể tìm cách trả thù.</w:t>
      </w:r>
    </w:p>
    <w:p>
      <w:pPr>
        <w:spacing w:after="80"/>
      </w:pPr>
      <w:r>
        <w:rPr>
          <w:b w:val="0"/>
          <w:i w:val="0"/>
        </w:rPr>
        <w:t>‘Tôi xin lỗi, thưa bà,’ viên thư ký nói, chặn đường cô, ‘nhưng tôi không được phép mở khóa cửa cho đến khi Ngài hoàn tất phán quyết của mình.’</w:t>
      </w:r>
    </w:p>
    <w:p>
      <w:pPr>
        <w:spacing w:after="80"/>
      </w:pPr>
      <w:r>
        <w:rPr>
          <w:b w:val="0"/>
          <w:i w:val="0"/>
        </w:rPr>
        <w:t>‘Ngài Julian,’ vị thẩm phán nói, nhìn xuống luật sư công tố. ‘Tôi hoàn toàn hiểu nếu ngài cảm thấy cần thiết phải kháng cáo phán quyết của tôi thay mặt cho Vương quyền.’</w:t>
      </w:r>
    </w:p>
    <w:p>
      <w:pPr>
        <w:spacing w:after="80"/>
      </w:pPr>
      <w:r>
        <w:rPr>
          <w:b w:val="0"/>
          <w:i w:val="0"/>
        </w:rPr>
        <w:t>Trước sự ngạc nhiên của vị thẩm phán, Ngài Julian từ từ đứng dậy khỏi chỗ, cúi chào và nói, ‘Tôi chấp nhận phán quyết của Ngài, thưa Ngài, không chút nghi ngờ.’</w:t>
      </w:r>
    </w:p>
    <w:p>
      <w:pPr>
        <w:spacing w:after="80"/>
      </w:pPr>
      <w:r>
        <w:rPr>
          <w:b w:val="0"/>
          <w:i w:val="0"/>
        </w:rPr>
        <w:t>‘Tôi rất biết ơn, Ngài Julian,’ vị thẩm phán nói, trước khi chuyển sự chú ý sang Booth Watson với khuôn mặt tái mét, trông như thể ông ta thực sự muốn kháng cáo phán quyết của Ngài, và hẳn đã làm vậy nếu ông không phải là luật sư bào chữa.</w:t>
      </w:r>
    </w:p>
    <w:p>
      <w:pPr>
        <w:spacing w:after="80"/>
      </w:pPr>
      <w:r>
        <w:rPr>
          <w:b w:val="0"/>
          <w:i w:val="0"/>
        </w:rPr>
        <w:t>Booth Watson cũng chấp nhận rằng ông chỉ còn vài tháng để rút phần tiền còn lại của thân chủ khỏi các két an toàn và chuyển bộ sưu tập nghệ thuật của mình đến Hồng Kông trước khi Miles được trả tự do. Nghĩ vậy, ông quay lại và dành cho thân chủ một nụ cười chúc mừng, kèm theo một cái giơ ngón tay cái. Suy cho cùng, chẳng phải ông đã hứa với Miles rằng nếu anh ta nhận tội, anh ta sẽ được trả tự do trước Giáng sinh sao? Dù ông vẫn hoàn toàn có ý định đón năm mới trong căn hộ mới mua gần đây ở Seattle.</w:t>
      </w:r>
    </w:p>
    <w:p>
      <w:pPr>
        <w:spacing w:after="80"/>
      </w:pPr>
      <w:r>
        <w:rPr>
          <w:b w:val="0"/>
          <w:i w:val="0"/>
        </w:rPr>
        <w:t>Khi hai viên cai ngục dẫn tù nhân ra khỏi ghế bị cáo, anh ta nhìn chằm chằm xuống Booth Watson, nở một nụ cười ấm áp và lắc đầu.</w:t>
      </w:r>
    </w:p>
    <w:p>
      <w:pPr>
        <w:pStyle w:val="Heading2"/>
      </w:pPr>
      <w:r>
        <w:rPr>
          <w:rFonts w:ascii="Calibri" w:hAnsi="Calibri"/>
          <w:b/>
          <w:i w:val="0"/>
          <w:sz w:val="32"/>
        </w:rPr>
        <w:t>CHƯƠNG 37</w:t>
      </w:r>
    </w:p>
    <w:p>
      <w:pPr>
        <w:spacing w:after="80"/>
      </w:pPr>
      <w:r>
        <w:rPr>
          <w:b w:val="0"/>
          <w:i w:val="0"/>
        </w:rPr>
        <w:t>‘Dành cho bà, thưa bà,’ Lucio nói, ‘tôi có thể gợi ý món cá bơn meunière, chiên nhẹ trong bơ và dọn trên một lớp nấm portobello, chỉ với một chút nước sốt chanh?’</w:t>
      </w:r>
    </w:p>
    <w:p>
      <w:pPr>
        <w:spacing w:after="80"/>
      </w:pPr>
      <w:r>
        <w:rPr>
          <w:b w:val="0"/>
          <w:i w:val="0"/>
        </w:rPr>
        <w:t>‘Nghe thật hoàn hảo,’ Beth nói khi trao lại thực đơn.</w:t>
      </w:r>
    </w:p>
    <w:p>
      <w:pPr>
        <w:spacing w:after="80"/>
      </w:pPr>
      <w:r>
        <w:rPr>
          <w:b w:val="0"/>
          <w:i w:val="0"/>
        </w:rPr>
        <w:t>‘Và có lẽ để bổ sung, một ly Pouilly-Fumé ướp lạnh?’</w:t>
      </w:r>
    </w:p>
    <w:p>
      <w:pPr>
        <w:spacing w:after="80"/>
      </w:pPr>
      <w:r>
        <w:rPr>
          <w:b w:val="0"/>
          <w:i w:val="0"/>
        </w:rPr>
        <w:t>‘Một lựa chọn tuyệt vời.’</w:t>
      </w:r>
    </w:p>
    <w:p>
      <w:pPr>
        <w:spacing w:after="80"/>
      </w:pPr>
      <w:r>
        <w:rPr>
          <w:b w:val="0"/>
          <w:i w:val="0"/>
        </w:rPr>
        <w:t>‘Còn tôi thì sao?’ William nói.</w:t>
      </w:r>
    </w:p>
    <w:p>
      <w:pPr>
        <w:spacing w:after="80"/>
      </w:pPr>
      <w:r>
        <w:rPr>
          <w:b w:val="0"/>
          <w:i w:val="0"/>
        </w:rPr>
        <w:t>‘Dành cho ngài, thưa ngài, cá và khoai tây chiên với đậu Hà Lan nghiền, và nhiều hơn một chút giấm và tương cà chua?’</w:t>
      </w:r>
    </w:p>
    <w:p>
      <w:pPr>
        <w:spacing w:after="80"/>
      </w:pPr>
      <w:r>
        <w:rPr>
          <w:b w:val="0"/>
          <w:i w:val="0"/>
        </w:rPr>
        <w:t>‘Được dọn trên một lớp—’</w:t>
      </w:r>
    </w:p>
    <w:p>
      <w:pPr>
        <w:spacing w:after="80"/>
      </w:pPr>
      <w:r>
        <w:rPr>
          <w:b w:val="0"/>
          <w:i w:val="0"/>
        </w:rPr>
        <w:t>‘Tờ</w:t>
      </w:r>
      <w:r>
        <w:rPr>
          <w:b w:val="0"/>
          <w:i/>
        </w:rPr>
        <w:t xml:space="preserve"> News of the World</w:t>
      </w:r>
      <w:r>
        <w:rPr>
          <w:b w:val="0"/>
          <w:i w:val="0"/>
        </w:rPr>
        <w:t>.’</w:t>
      </w:r>
    </w:p>
    <w:p>
      <w:pPr>
        <w:spacing w:after="80"/>
      </w:pPr>
      <w:r>
        <w:rPr>
          <w:b w:val="0"/>
          <w:i w:val="0"/>
        </w:rPr>
        <w:t>‘Và đi kèm với?’</w:t>
      </w:r>
    </w:p>
    <w:p>
      <w:pPr>
        <w:spacing w:after="80"/>
      </w:pPr>
      <w:r>
        <w:rPr>
          <w:b w:val="0"/>
          <w:i w:val="0"/>
        </w:rPr>
        <w:t>‘Một vại bia ấm.’</w:t>
      </w:r>
    </w:p>
    <w:p>
      <w:pPr>
        <w:spacing w:after="80"/>
      </w:pPr>
      <w:r>
        <w:rPr>
          <w:b w:val="0"/>
          <w:i w:val="0"/>
        </w:rPr>
        <w:t>‘Không thể tuyệt hơn,’ William nói, vẻ mặt hài lòng với chính mình.</w:t>
      </w:r>
    </w:p>
    <w:p>
      <w:pPr>
        <w:spacing w:after="80"/>
      </w:pPr>
      <w:r>
        <w:rPr>
          <w:b w:val="0"/>
          <w:i w:val="0"/>
        </w:rPr>
        <w:t xml:space="preserve">‘Em phải hiểu Lucio ạ, anh ấy là người hang động,’ Beth nói, nắm tay William. ‘Đức tính duy nhất của anh ấy là anh ấy là người hang động </w:t>
      </w:r>
      <w:r>
        <w:rPr>
          <w:b w:val="0"/>
          <w:i/>
        </w:rPr>
        <w:t>của em</w:t>
      </w:r>
      <w:r>
        <w:rPr>
          <w:b w:val="0"/>
          <w:i w:val="0"/>
        </w:rPr>
        <w:t>.’</w:t>
      </w:r>
    </w:p>
    <w:p>
      <w:pPr>
        <w:spacing w:after="80"/>
      </w:pPr>
      <w:r>
        <w:rPr>
          <w:b w:val="0"/>
          <w:i w:val="0"/>
        </w:rPr>
        <w:t>Lucio mở nắp một chai sâm panh, rót ba ly, nâng ly của mình lên và nói, ‘Chúc mừng kỷ niệm!’ rồi đặt chai lại vào xô đá và rời đi.</w:t>
      </w:r>
    </w:p>
    <w:p>
      <w:pPr>
        <w:spacing w:after="80"/>
      </w:pPr>
      <w:r>
        <w:rPr>
          <w:b w:val="0"/>
          <w:i w:val="0"/>
        </w:rPr>
        <w:t>‘Trước khi em mở quà,’ Beth nói, mắt nhìn gói quà nhỏ được gói gọn gàng trên bàn trước mặt, ‘em nóng lòng muốn nghe xem vị thẩm phán đã cộng thêm bao nhiêu năm vào bản án của Miles.’</w:t>
      </w:r>
    </w:p>
    <w:p>
      <w:pPr>
        <w:spacing w:after="80"/>
      </w:pPr>
      <w:r>
        <w:rPr>
          <w:b w:val="0"/>
          <w:i w:val="0"/>
        </w:rPr>
        <w:t>‘Không năm nào cả,’ William đáp. ‘Thực ra, ông ấy còn cho anh ta một tấm thẻ ra tù miễn phí.’</w:t>
      </w:r>
    </w:p>
    <w:p>
      <w:pPr>
        <w:spacing w:after="80"/>
      </w:pPr>
      <w:r>
        <w:rPr>
          <w:b w:val="0"/>
          <w:i w:val="0"/>
        </w:rPr>
        <w:t>‘Cái gì! Sao có thể như vậy được?’</w:t>
      </w:r>
    </w:p>
    <w:p>
      <w:pPr>
        <w:spacing w:after="80"/>
      </w:pPr>
      <w:r>
        <w:rPr>
          <w:b w:val="0"/>
          <w:i w:val="0"/>
        </w:rPr>
        <w:t>‘Tình tiết giảm nhẹ, đó là cách vị thẩm phán mô tả.’</w:t>
      </w:r>
    </w:p>
    <w:p>
      <w:pPr>
        <w:spacing w:after="80"/>
      </w:pPr>
      <w:r>
        <w:rPr>
          <w:b w:val="0"/>
          <w:i w:val="0"/>
        </w:rPr>
        <w:t>‘Như những gì?’</w:t>
      </w:r>
    </w:p>
    <w:p>
      <w:pPr>
        <w:spacing w:after="80"/>
      </w:pPr>
      <w:r>
        <w:rPr>
          <w:b w:val="0"/>
          <w:i w:val="0"/>
        </w:rPr>
        <w:t>‘Em sẽ phải hỏi bố anh.’</w:t>
      </w:r>
    </w:p>
    <w:p>
      <w:pPr>
        <w:spacing w:after="80"/>
      </w:pPr>
      <w:r>
        <w:rPr>
          <w:b w:val="0"/>
          <w:i w:val="0"/>
        </w:rPr>
        <w:t>‘Người mà còn khó nói cho em biết hơn cả anh.’</w:t>
      </w:r>
    </w:p>
    <w:p>
      <w:pPr>
        <w:spacing w:after="80"/>
      </w:pPr>
      <w:r>
        <w:rPr>
          <w:b w:val="0"/>
          <w:i w:val="0"/>
        </w:rPr>
        <w:t>William uống sâm panh mà không bình luận gì.</w:t>
      </w:r>
    </w:p>
    <w:p>
      <w:pPr>
        <w:spacing w:after="80"/>
      </w:pPr>
      <w:r>
        <w:rPr>
          <w:b w:val="0"/>
          <w:i w:val="0"/>
        </w:rPr>
        <w:t>‘Booth Watson chắc hẳn đã vui mừng khôn xiết,’ Beth nói.</w:t>
      </w:r>
    </w:p>
    <w:p>
      <w:pPr>
        <w:spacing w:after="80"/>
      </w:pPr>
      <w:r>
        <w:rPr>
          <w:b w:val="0"/>
          <w:i w:val="0"/>
        </w:rPr>
        <w:t>‘Nhìn mặt ông ta thì chẳng ai nghĩ vậy đâu,’ William nói. ‘Thật ra, lúc tôi gặp ông ấy ở hành lang sau đó, bố tôi bảo với tôi rằng có một lúc ông ấy nghĩ BW thậm chí có thể kháng cáo bản án. Nhưng chắc ông ta đã nghĩ lại, vì cuối cùng, ngạc nhiên chưa, ông ta lại nhận công về mình.’</w:t>
      </w:r>
    </w:p>
    <w:p>
      <w:pPr>
        <w:spacing w:after="80"/>
      </w:pPr>
      <w:r>
        <w:rPr>
          <w:b w:val="0"/>
          <w:i w:val="0"/>
        </w:rPr>
        <w:t>‘Chắc Miles không mắc bẫy đó chứ,’ Beth nói.</w:t>
      </w:r>
    </w:p>
    <w:p>
      <w:pPr>
        <w:spacing w:after="80"/>
      </w:pPr>
      <w:r>
        <w:rPr>
          <w:b w:val="0"/>
          <w:i w:val="0"/>
        </w:rPr>
        <w:t>‘Không, anh ấy không. Thật ra, tôi nghi Booth Watson vừa mất đi nguồn thu nhập béo bở nhất của mình rồi.’</w:t>
      </w:r>
    </w:p>
    <w:p>
      <w:pPr>
        <w:spacing w:after="80"/>
      </w:pPr>
      <w:r>
        <w:rPr>
          <w:b w:val="0"/>
          <w:i w:val="0"/>
        </w:rPr>
        <w:t>‘Đừng đánh giá thấp người đàn ông đó,’ Beth nói. ‘Ông ta có thể đổi phe nhanh hơn cả chong chóng gió trong cơn bão mạnh. Ông ta sẽ vui vẻ đại diện cho Christina mà không cần suy nghĩ lại, và khi đó chính Miles sẽ phải liên tục ngoái nhìn phía sau.’</w:t>
      </w:r>
    </w:p>
    <w:p>
      <w:pPr>
        <w:spacing w:after="80"/>
      </w:pPr>
      <w:r>
        <w:rPr>
          <w:b w:val="0"/>
          <w:i w:val="0"/>
        </w:rPr>
        <w:t>‘Nơi mà chắc chắn anh ấy sẽ thấy đồng phạm của cô ta đang rình rập trong bóng tối,’ William tuyên bố, rồi nâng ly và nói, ‘Chúc mừng kỷ niệm, em yêu.’</w:t>
      </w:r>
    </w:p>
    <w:p>
      <w:pPr>
        <w:spacing w:after="80"/>
      </w:pPr>
      <w:r>
        <w:rPr>
          <w:b w:val="0"/>
          <w:i w:val="0"/>
        </w:rPr>
        <w:t>‘Chúc mừng kỷ niệm. Em nghĩ chúng ta nên nâng ly chúc Miles Faulkner.’</w:t>
      </w:r>
    </w:p>
    <w:p>
      <w:pPr>
        <w:spacing w:after="80"/>
      </w:pPr>
      <w:r>
        <w:rPr>
          <w:b w:val="0"/>
          <w:i w:val="0"/>
        </w:rPr>
        <w:t>‘Tại sao?’</w:t>
      </w:r>
    </w:p>
    <w:p>
      <w:pPr>
        <w:spacing w:after="80"/>
      </w:pPr>
      <w:r>
        <w:rPr>
          <w:b w:val="0"/>
          <w:i w:val="0"/>
        </w:rPr>
        <w:t>‘Bởi vì nếu anh ta nhận tội không phạm tội, có lẽ tối nay chúng ta đã không kỷ niệm ngày cưới của mình.’</w:t>
      </w:r>
    </w:p>
    <w:p>
      <w:pPr>
        <w:spacing w:after="80"/>
      </w:pPr>
      <w:r>
        <w:rPr>
          <w:b w:val="0"/>
          <w:i w:val="0"/>
        </w:rPr>
        <w:t>‘Hẳn là một chuyện suýt soát,’ William thừa nhận.</w:t>
      </w:r>
    </w:p>
    <w:p>
      <w:pPr>
        <w:spacing w:after="80"/>
      </w:pPr>
      <w:r>
        <w:rPr>
          <w:b w:val="0"/>
          <w:i w:val="0"/>
        </w:rPr>
        <w:t>‘Có thể nào nó liên quan đến việc anh nhảy ra khỏi giường trước khi mặt trời mọc để dự một cuộc họp COBRA khác không?’ William nhấp một ngụm sâm panh. ‘Em còn không biết COBRA là viết tắt của gì nữa,’ Beth thừa nhận, vẫn cố đẩy một cánh cửa đã đóng.</w:t>
      </w:r>
    </w:p>
    <w:p>
      <w:pPr>
        <w:spacing w:after="80"/>
      </w:pPr>
      <w:r>
        <w:rPr>
          <w:b w:val="0"/>
          <w:i w:val="0"/>
        </w:rPr>
        <w:t>‘Cabinet Office Briefing Room (Phòng Họp Văn Phòng Nội Các),’ William trả lời, không giải thích thêm gì.</w:t>
      </w:r>
    </w:p>
    <w:p>
      <w:pPr>
        <w:spacing w:after="80"/>
      </w:pPr>
      <w:r>
        <w:rPr>
          <w:b w:val="0"/>
          <w:i w:val="0"/>
        </w:rPr>
        <w:t>‘Còn chữ A?’</w:t>
      </w:r>
    </w:p>
    <w:p>
      <w:pPr>
        <w:spacing w:after="80"/>
      </w:pPr>
      <w:r>
        <w:rPr>
          <w:b w:val="0"/>
          <w:i w:val="0"/>
        </w:rPr>
        <w:t>‘Người ta kể rằng một công chức đã thêm chữ A vào như một ý nghĩ sau cùng, nghĩ rằng nó làm ủy ban nghe có vẻ quan trọng hơn, trong khi những người khác cho rằng đơn giản nó chỉ là Committee Room A (Phòng Ủy Ban A).’</w:t>
      </w:r>
    </w:p>
    <w:p>
      <w:pPr>
        <w:spacing w:after="80"/>
      </w:pPr>
      <w:r>
        <w:rPr>
          <w:b w:val="0"/>
          <w:i w:val="0"/>
        </w:rPr>
        <w:t>Sau một hồi im lặng dài, Beth bỏ cuộc và quay sự chú ý trở lại gói quà trước mặt.</w:t>
      </w:r>
    </w:p>
    <w:p>
      <w:pPr>
        <w:spacing w:after="80"/>
      </w:pPr>
      <w:r>
        <w:rPr>
          <w:b w:val="0"/>
          <w:i w:val="0"/>
        </w:rPr>
        <w:t>‘Không biết đây có thể là gì nhỉ?’ cô nói khi bắt đầu mở gói. ‘Một chiếc vòng cổ kim cương, có lẽ?’</w:t>
      </w:r>
    </w:p>
    <w:p>
      <w:pPr>
        <w:spacing w:after="80"/>
      </w:pPr>
      <w:r>
        <w:rPr>
          <w:b w:val="0"/>
          <w:i w:val="0"/>
        </w:rPr>
        <w:t>‘Anh nghĩ em sẽ phải đợi đến kỷ niệm mười năm của chúng ta mới có thể hy vọng có được điều đó.’</w:t>
      </w:r>
    </w:p>
    <w:p>
      <w:pPr>
        <w:spacing w:after="80"/>
      </w:pPr>
      <w:r>
        <w:rPr>
          <w:b w:val="0"/>
          <w:i w:val="0"/>
        </w:rPr>
        <w:t>‘Ngọc trai, hồng ngọc hay vàng đây?’</w:t>
      </w:r>
    </w:p>
    <w:p>
      <w:pPr>
        <w:spacing w:after="80"/>
      </w:pPr>
      <w:r>
        <w:rPr>
          <w:b w:val="0"/>
          <w:i w:val="0"/>
        </w:rPr>
        <w:t>‘Ba mươi, bốn mươi, và năm mươi năm,’ William trêu đùa khi cô từ từ gỡ lớp giấy gói màu đỏ trước khi mở hộp để lộ ra một chiếc vòng tay vĩnh cửu.</w:t>
      </w:r>
    </w:p>
    <w:p>
      <w:pPr>
        <w:spacing w:after="80"/>
      </w:pPr>
      <w:r>
        <w:rPr>
          <w:b w:val="0"/>
          <w:i w:val="0"/>
        </w:rPr>
        <w:t>‘Sao anh biết đây chính xác là thứ em hằng mong ước?’</w:t>
      </w:r>
    </w:p>
    <w:p>
      <w:pPr>
        <w:spacing w:after="80"/>
      </w:pPr>
      <w:r>
        <w:rPr>
          <w:b w:val="0"/>
          <w:i w:val="0"/>
        </w:rPr>
        <w:t>‘Có lẽ vì suốt tháng qua em cứ gợi ý một cách không hề tế nhị về nó,’ William nói, nhẹ nhàng đeo chiếc vòng lên cổ tay cô, bấm chốt khóa lại và dùng chiếc tua-vít vàng tí hon để cố định vòng tay vào đúng vị trí.</w:t>
      </w:r>
    </w:p>
    <w:p>
      <w:pPr>
        <w:spacing w:after="80"/>
      </w:pPr>
      <w:r>
        <w:rPr>
          <w:b w:val="0"/>
          <w:i w:val="0"/>
        </w:rPr>
        <w:t>‘Một bản án chung thân,’ Beth thở dài, ‘và chẳng có ai bênh vực em cả.’</w:t>
      </w:r>
    </w:p>
    <w:p>
      <w:pPr>
        <w:spacing w:after="80"/>
      </w:pPr>
      <w:r>
        <w:rPr>
          <w:b w:val="0"/>
          <w:i w:val="0"/>
        </w:rPr>
        <w:t>‘Anh chắc Booth Watson sẽ rất vui lòng đại diện cho em, vì dạo này anh ta hơi thiếu khách hàng.’</w:t>
      </w:r>
    </w:p>
    <w:p>
      <w:pPr>
        <w:spacing w:after="80"/>
      </w:pPr>
      <w:r>
        <w:rPr>
          <w:b w:val="0"/>
          <w:i w:val="0"/>
        </w:rPr>
        <w:t>‘Em không đủ tiền thuê anh ta,’ Beth nói, đặt cẳng tay lên trán và thở dài. ‘Thế nên đáng buồn thay, đồ người rừng ạ, em đành phải chịu đựng anh thôi.’</w:t>
      </w:r>
    </w:p>
    <w:p>
      <w:pPr>
        <w:spacing w:after="80"/>
      </w:pPr>
      <w:r>
        <w:rPr>
          <w:b w:val="0"/>
          <w:i w:val="0"/>
        </w:rPr>
        <w:t>‘Ai tặng em cái đó vậy?’ William hỏi, khi anh để ý thấy một chiếc đồng hồ Tank trên cổ tay cô mà anh chưa từng thấy trước đây. ‘Anh có đối thủ không đấy?’</w:t>
      </w:r>
    </w:p>
    <w:p>
      <w:pPr>
        <w:spacing w:after="80"/>
      </w:pPr>
      <w:r>
        <w:rPr>
          <w:b w:val="0"/>
          <w:i w:val="0"/>
        </w:rPr>
        <w:t>‘Vài người đấy. Nhưng câu trả lời cho câu hỏi của anh, thưa Tổng giám đốc, là Christina.’</w:t>
      </w:r>
    </w:p>
    <w:p>
      <w:pPr>
        <w:spacing w:after="80"/>
      </w:pPr>
      <w:r>
        <w:rPr>
          <w:b w:val="0"/>
          <w:i w:val="0"/>
        </w:rPr>
        <w:t>‘Một món quà hào phóng đến đáng kinh ngạc. Anh có thể đảm bảo với em rằng chồng cũ của cô ta chẳng tặng anh thứ gì vì đã lo cho ông ta được ra tù sớm cả.’</w:t>
      </w:r>
    </w:p>
    <w:p>
      <w:pPr>
        <w:spacing w:after="80"/>
      </w:pPr>
      <w:r>
        <w:rPr>
          <w:b w:val="0"/>
          <w:i w:val="0"/>
        </w:rPr>
        <w:t>Beth nhướng một bên lông mày, nhưng William không đáp lại.</w:t>
      </w:r>
    </w:p>
    <w:p>
      <w:pPr>
        <w:spacing w:after="80"/>
      </w:pPr>
      <w:r>
        <w:rPr>
          <w:b w:val="0"/>
          <w:i w:val="0"/>
        </w:rPr>
        <w:t>‘Như mọi khi với Christina,’ Beth nói, ‘mọi chuyện không hẳn đơn giản như vẻ ngoài, vì em nhớ cô ấy đã đeo chiếc đồng hồ đó tại buổi khai mạc Frans Hals. Nhưng dây da cá sấu trông như mới, và nếu em sắp được tặng đồ cũ, thì còn ai tốt hơn Christina để cung cấp chứ?’</w:t>
      </w:r>
    </w:p>
    <w:p>
      <w:pPr>
        <w:spacing w:after="80"/>
      </w:pPr>
      <w:r>
        <w:rPr>
          <w:b w:val="0"/>
          <w:i w:val="0"/>
        </w:rPr>
        <w:t>‘Vậy nghĩa là liên doanh của hai người đang phát đạt lắm à?’</w:t>
      </w:r>
    </w:p>
    <w:p>
      <w:pPr>
        <w:spacing w:after="80"/>
      </w:pPr>
      <w:r>
        <w:rPr>
          <w:b w:val="0"/>
          <w:i w:val="0"/>
        </w:rPr>
        <w:t>‘Đúng là thế, nhất là vì gần đây em vừa có một phen thắng lợi nho nhỏ với một bức tranh màu nước của Russell Flint.’</w:t>
      </w:r>
    </w:p>
    <w:p>
      <w:pPr>
        <w:spacing w:after="80"/>
      </w:pPr>
      <w:r>
        <w:rPr>
          <w:b w:val="0"/>
          <w:i w:val="0"/>
        </w:rPr>
        <w:t>‘Cha hay con?’</w:t>
      </w:r>
    </w:p>
    <w:p>
      <w:pPr>
        <w:spacing w:after="80"/>
      </w:pPr>
      <w:r>
        <w:rPr>
          <w:b w:val="0"/>
          <w:i w:val="0"/>
        </w:rPr>
        <w:t>‘Thôi đừng khoe khoang nữa,’ Beth nói. ‘Em đã bán được nó cho một nhà sưu tập với mức lời hậu hĩnh, và vì Christina tiếp tục tái đầu tư phần lợi nhuận của mình, em đã biến cô ấy thành đối tác năm mươi-năm mươi.’</w:t>
      </w:r>
    </w:p>
    <w:p>
      <w:pPr>
        <w:spacing w:after="80"/>
      </w:pPr>
      <w:r>
        <w:rPr>
          <w:b w:val="0"/>
          <w:i w:val="0"/>
        </w:rPr>
        <w:t>'Cậu đang nhanh chóng trở thành một tên tư bản thô tục đấy,' William nói, sau khi nâng ly lần nữa.</w:t>
      </w:r>
    </w:p>
    <w:p>
      <w:pPr>
        <w:spacing w:after="80"/>
      </w:pPr>
      <w:r>
        <w:rPr>
          <w:b w:val="0"/>
          <w:i w:val="0"/>
        </w:rPr>
        <w:t>'Nhưng còn được bao lâu nữa,' Beth trầm ngâm, khiến William nhướng mày. Cô nhấp một ngụm champagne trước khi trả lời câu hỏi chưa được thốt ra của anh. 'Sáng nay tôi nhận được điện thoại từ chủ tịch, báo cho tôi biết Gerald Sloane đã từ chức giám đốc.'</w:t>
      </w:r>
    </w:p>
    <w:p>
      <w:pPr>
        <w:spacing w:after="80"/>
      </w:pPr>
      <w:r>
        <w:rPr>
          <w:b w:val="0"/>
          <w:i w:val="0"/>
        </w:rPr>
        <w:t>'Tại sao ông ta lại làm vậy?' William ngừng lại rồi nói thêm, 'Phải có lý do chứ.'</w:t>
      </w:r>
    </w:p>
    <w:p>
      <w:pPr>
        <w:spacing w:after="80"/>
      </w:pPr>
      <w:r>
        <w:rPr>
          <w:b w:val="0"/>
          <w:i w:val="0"/>
        </w:rPr>
        <w:t>'Nếu có,' Beth nói, 'thì họ đang giữ kín về chuyện đó.'</w:t>
      </w:r>
    </w:p>
    <w:p>
      <w:pPr>
        <w:spacing w:after="80"/>
      </w:pPr>
      <w:r>
        <w:rPr>
          <w:b w:val="0"/>
          <w:i w:val="0"/>
        </w:rPr>
        <w:t>'Làm sao cô biết được?'</w:t>
      </w:r>
    </w:p>
    <w:p>
      <w:pPr>
        <w:spacing w:after="80"/>
      </w:pPr>
      <w:r>
        <w:rPr>
          <w:b w:val="0"/>
          <w:i w:val="0"/>
        </w:rPr>
        <w:t>'Christina biết được khi chủ tịch hỏi cô ấy có cân nhắc quay lại ban giám đốc không.'</w:t>
      </w:r>
    </w:p>
    <w:p>
      <w:pPr>
        <w:spacing w:after="80"/>
      </w:pPr>
      <w:r>
        <w:rPr>
          <w:b w:val="0"/>
          <w:i w:val="0"/>
        </w:rPr>
        <w:t>'Vậy là cô ấy sẽ biết lý do,' William nói, rồi thêm, 'nghĩa là cô cũng biết.'</w:t>
      </w:r>
    </w:p>
    <w:p>
      <w:pPr>
        <w:spacing w:after="80"/>
      </w:pPr>
      <w:r>
        <w:rPr>
          <w:b w:val="0"/>
          <w:i w:val="0"/>
        </w:rPr>
        <w:t>'Cứ cho là ba trong số các thư ký của Sloane đã nộp đơn xin nghỉ trong khoảng thời gian ngắn ngủi ông ta làm giám đốc, mà ban giám đốc có thể đã coi đó là quá nhiều.'</w:t>
      </w:r>
    </w:p>
    <w:p>
      <w:pPr>
        <w:spacing w:after="80"/>
      </w:pPr>
      <w:r>
        <w:rPr>
          <w:b w:val="0"/>
          <w:i w:val="0"/>
        </w:rPr>
        <w:t>'Phải có gì đó hơn thế chứ.'</w:t>
      </w:r>
    </w:p>
    <w:p>
      <w:pPr>
        <w:spacing w:after="80"/>
      </w:pPr>
      <w:r>
        <w:rPr>
          <w:b w:val="0"/>
          <w:i w:val="0"/>
        </w:rPr>
        <w:t>'Anh kể cho tôi những gì anh biết về Faulkner,' Beth nói, 'thì tôi sẽ kể cho anh những gì tôi biết về Sloane.'</w:t>
      </w:r>
    </w:p>
    <w:p>
      <w:pPr>
        <w:spacing w:after="80"/>
      </w:pPr>
      <w:r>
        <w:rPr>
          <w:b w:val="0"/>
          <w:i w:val="0"/>
        </w:rPr>
        <w:t>William có vẻ ngần ngừ một lát, rồi nghĩ lại. 'Cô sẽ ứng tuyển vào vị trí đó chứ?,' anh nói, như thể chưa nghe thấy câu hỏi. 'Dù sao thì, họ hẳn phải nhận ra cô chính là lý do bức chân dung tự họa của Hals vẫn còn treo trên tường bảo tàng.'</w:t>
      </w:r>
    </w:p>
    <w:p>
      <w:pPr>
        <w:spacing w:after="80"/>
      </w:pPr>
      <w:r>
        <w:rPr>
          <w:b w:val="0"/>
          <w:i w:val="0"/>
        </w:rPr>
        <w:t>'Tôi đang phân vân,' Beth nói khi nhấp thêm một ngụm champagne. 'Nếu tôi trở thành giám đốc của Fitzmolean, nghĩa là thu nhập của tôi sẽ giảm khoảng năm mươi phần trăm so với hiện tại, và quay lại giờ giấc văn phòng, nghĩa là tôi sẽ ít gặp bọn trẻ hơn nhiều. Đồng thời, tôi sẽ phải đối phó với những yêu cầu liên tục về việc gây quỹ để duy trì hoạt động của bảo tàng.'</w:t>
      </w:r>
    </w:p>
    <w:p>
      <w:pPr>
        <w:spacing w:after="80"/>
      </w:pPr>
      <w:r>
        <w:rPr>
          <w:b w:val="0"/>
          <w:i w:val="0"/>
        </w:rPr>
        <w:t>'Vậy thì tôi sẽ phải được thăng chức lên Tổng Thanh tra,' William nói.</w:t>
      </w:r>
    </w:p>
    <w:p>
      <w:pPr>
        <w:spacing w:after="80"/>
      </w:pPr>
      <w:r>
        <w:rPr>
          <w:b w:val="0"/>
          <w:i w:val="0"/>
        </w:rPr>
        <w:t>'Có lẽ họ thậm chí sẽ không đề nghị trao cho tôi công việc đó,' Beth nói đầy tiếc nuối.</w:t>
      </w:r>
    </w:p>
    <w:p>
      <w:pPr>
        <w:spacing w:after="80"/>
      </w:pPr>
      <w:r>
        <w:rPr>
          <w:b w:val="0"/>
          <w:i w:val="0"/>
        </w:rPr>
        <w:t>'Họ sẽ không mắc sai lầm đó lần thứ hai đâu.'</w:t>
      </w:r>
    </w:p>
    <w:p>
      <w:pPr>
        <w:spacing w:after="80"/>
      </w:pPr>
      <w:r>
        <w:rPr>
          <w:b w:val="0"/>
          <w:i w:val="0"/>
        </w:rPr>
        <w:t>Lucio xuất hiện trở lại bên bàn của họ và đặt món cá bơn meunière trước mặt Beth, rồi miễn cưỡng đặt một phần cá và khoai tây chiên xuống phía bàn của William. Cả hai đều trông có vẻ hài lòng. Người phục vụ rượu bước tới và mở nắp chai Pouilly-Fumé, rót một ít vào ly của Beth. Cô nhấp một ngụm và mỉm cười. Anh ta rót đầy ly cho cô trong khi Lucio đặt một cốc bia lớn trước mặt William.</w:t>
      </w:r>
    </w:p>
    <w:p>
      <w:pPr>
        <w:spacing w:after="80"/>
      </w:pPr>
      <w:r>
        <w:rPr>
          <w:b w:val="0"/>
          <w:i w:val="0"/>
        </w:rPr>
        <w:t>Beth vừa mới cầm lên dao và nĩa, thì điện thoại di động của William bắt đầu reo.</w:t>
      </w:r>
    </w:p>
    <w:p>
      <w:pPr>
        <w:spacing w:after="80"/>
      </w:pPr>
      <w:r>
        <w:rPr>
          <w:b w:val="0"/>
          <w:i w:val="0"/>
        </w:rPr>
        <w:t>"Anh mà nghe máy đó thì tự chịu rủi ro đấy, đồ người hang," Beth nói.</w:t>
      </w:r>
    </w:p>
    <w:p>
      <w:pPr>
        <w:spacing w:after="80"/>
      </w:pPr>
      <w:r>
        <w:rPr>
          <w:b w:val="0"/>
          <w:i w:val="0"/>
        </w:rPr>
        <w:t>William lấy điện thoại từ túi trong và định tắt nó đi thì thấy số của ai đang nhấp nháy trên màn hình. Chuông vẫn tiếp tục reo trong khi anh cân nhắc hậu quả, nhưng rồi quyết định liều mạng và áp điện thoại vào tai.</w:t>
      </w:r>
    </w:p>
    <w:p>
      <w:pPr>
        <w:spacing w:after="80"/>
      </w:pPr>
      <w:r>
        <w:rPr>
          <w:b w:val="0"/>
          <w:i w:val="0"/>
        </w:rPr>
        <w:t>"Chào buổi tối, thưa ngài," anh nói. "Tôi có thể cho rằng ngài gọi để chúc Beth và tôi kỷ niệm ngày cưới vui vẻ, vì chúng tôi sắp bắt đầu món chính rồi."</w:t>
      </w:r>
    </w:p>
    <w:p>
      <w:pPr>
        <w:spacing w:after="80"/>
      </w:pPr>
      <w:r>
        <w:rPr>
          <w:b w:val="0"/>
          <w:i w:val="0"/>
        </w:rPr>
        <w:t>"Chúc mừng kỷ niệm ngày cưới," Hawk nói và, không ngừng lại, thêm vào, "Ta vừa nhận được cuộc gọi từ Số …" William chăm chú lắng nghe những gì vị chỉ huy nói, trong khi Beth giơ cao con dao ăn cá lên trên đầu.</w:t>
      </w:r>
    </w:p>
    <w:p>
      <w:pPr>
        <w:spacing w:after="80"/>
      </w:pPr>
      <w:r>
        <w:rPr>
          <w:b w:val="0"/>
          <w:i w:val="0"/>
        </w:rPr>
        <w:t>"Tôi đang trên đường đến," anh nói, tắt điện thoại và trao cho vợ một ánh mắt áy náy.</w:t>
      </w:r>
    </w:p>
    <w:p>
      <w:pPr>
        <w:spacing w:after="80"/>
      </w:pPr>
      <w:r>
        <w:rPr>
          <w:b w:val="0"/>
          <w:i w:val="0"/>
        </w:rPr>
        <w:t>"Anh có nghĩ ra được một lý do chính đáng nào để tôi không giết anh không?" cô nói, con dao ăn cá từ từ tiến về phía trái tim anh.</w:t>
      </w:r>
    </w:p>
    <w:p>
      <w:pPr>
        <w:spacing w:after="80"/>
      </w:pPr>
      <w:r>
        <w:rPr>
          <w:b w:val="0"/>
          <w:i w:val="0"/>
        </w:rPr>
        <w:t>"Không, tôi không nghĩ ra," anh thừa nhận. "Nhưng tôi có thể cầu xin hoãn thi hành án cho đến sau khi tôi gặp Thủ tướng không?"</w:t>
      </w:r>
    </w:p>
    <w:p>
      <w:pPr>
        <w:spacing w:after="80"/>
      </w:pPr>
      <w:r>
        <w:rPr>
          <w:b w:val="0"/>
          <w:i w:val="0"/>
        </w:rPr>
        <w:t>Bạn đọc thân mến,</w:t>
      </w:r>
    </w:p>
    <w:p>
      <w:pPr>
        <w:spacing w:after="80"/>
      </w:pPr>
      <w:r>
        <w:rPr>
          <w:b w:val="0"/>
          <w:i w:val="0"/>
        </w:rPr>
        <w:t>Tôi hy vọng bạn đã thưởng thức cuộc phiêu lưu mới nhất của William Warwick thú vị như tôi đã thích viết nó.</w:t>
      </w:r>
    </w:p>
    <w:p>
      <w:pPr>
        <w:spacing w:after="80"/>
      </w:pPr>
      <w:r>
        <w:rPr>
          <w:b w:val="0"/>
          <w:i w:val="0"/>
        </w:rPr>
        <w:t xml:space="preserve">Một trong những niềm vui tôi có được ngoài việc viết lách là tiến hành nghiên cứu chi tiết, điều này tạo thêm tính xác thực cho tác phẩm. </w:t>
      </w:r>
      <w:r>
        <w:rPr>
          <w:b w:val="0"/>
          <w:i/>
        </w:rPr>
        <w:t>Next in Line</w:t>
      </w:r>
      <w:r>
        <w:rPr>
          <w:b w:val="0"/>
          <w:i w:val="0"/>
        </w:rPr>
        <w:t xml:space="preserve"> cũng không phải ngoại lệ. Tuy nhiên, tôi đã phải tự cho phép mình một vài sự thoải mái, đặc biệt là về thời điểm của Đêm cuối cùng của Proms, và một hai độc giả có thể sẽ bắt bẻ về những điểm không chính xác khác, ít quan trọng hơn. Nhưng trước khi bạn đặt bút viết, xin hãy nhớ, đây là một tác phẩm hư cấu, và tôi chỉ muốn bạn thưởng thức câu chuyện.</w:t>
      </w:r>
    </w:p>
    <w:p>
      <w:pPr>
        <w:spacing w:after="80"/>
      </w:pPr>
      <w:r>
        <w:rPr>
          <w:b w:val="0"/>
          <w:i w:val="0"/>
        </w:rPr>
        <w:t>Lời chúc tốt đẹp nhất,</w:t>
      </w:r>
    </w:p>
    <w:p>
      <w:pPr>
        <w:spacing w:after="80"/>
      </w:pPr>
      <w:r>
        <w:rPr>
          <w:b w:val="0"/>
          <w:i w:val="0"/>
        </w:rPr>
        <w:t>Jeffrey Archer</w:t>
      </w:r>
    </w:p>
    <w:p>
      <w:pPr>
        <w:pStyle w:val="Heading2"/>
      </w:pPr>
      <w:r>
        <w:rPr>
          <w:rFonts w:ascii="Calibri" w:hAnsi="Calibri"/>
          <w:b/>
          <w:i w:val="0"/>
          <w:sz w:val="32"/>
        </w:rPr>
        <w:t>LỜI CẢM ƠN</w:t>
      </w:r>
    </w:p>
    <w:p>
      <w:pPr>
        <w:spacing w:after="80"/>
        <w:jc w:val="center"/>
      </w:pPr>
      <w:r>
        <w:rPr>
          <w:b w:val="0"/>
          <w:i w:val="0"/>
        </w:rPr>
        <w:t>Xin cảm ơn những lời khuyên và nghiên cứu vô giá của:</w:t>
      </w:r>
    </w:p>
    <w:p>
      <w:pPr>
        <w:spacing w:after="80"/>
        <w:jc w:val="center"/>
      </w:pPr>
      <w:r>
        <w:rPr>
          <w:b w:val="0"/>
          <w:i w:val="0"/>
        </w:rPr>
        <w:t>Simon Bainbridge, Lee Bennet (Trung sĩ Cảnh sát Metropolitan đã nghỉ hưu),</w:t>
      </w:r>
    </w:p>
    <w:p>
      <w:pPr>
        <w:spacing w:after="80"/>
        <w:jc w:val="center"/>
      </w:pPr>
      <w:r>
        <w:rPr>
          <w:b w:val="0"/>
          <w:i w:val="0"/>
        </w:rPr>
        <w:t>George Burn, Paul Burrell RVM, Jonathan Caplan QC,</w:t>
      </w:r>
    </w:p>
    <w:p>
      <w:pPr>
        <w:spacing w:after="80"/>
        <w:jc w:val="center"/>
      </w:pPr>
      <w:r>
        <w:rPr>
          <w:b w:val="0"/>
          <w:i w:val="0"/>
        </w:rPr>
        <w:t>Kate Elton, Craig Hassall AM, Alison Prince,</w:t>
      </w:r>
    </w:p>
    <w:p>
      <w:pPr>
        <w:spacing w:after="80"/>
        <w:jc w:val="center"/>
      </w:pPr>
      <w:r>
        <w:rPr>
          <w:b w:val="0"/>
          <w:i w:val="0"/>
        </w:rPr>
        <w:t>Bob Sait (Cảnh sát trưởng Thám tử Sở Cảnh sát Metropolitan, đã nghỉ hưu),</w:t>
      </w:r>
    </w:p>
    <w:p>
      <w:pPr>
        <w:spacing w:after="80"/>
        <w:jc w:val="center"/>
      </w:pPr>
      <w:r>
        <w:rPr>
          <w:b w:val="0"/>
          <w:i w:val="0"/>
        </w:rPr>
        <w:t>Ken Wharfe MVO và AW</w:t>
      </w:r>
    </w:p>
    <w:p>
      <w:pPr>
        <w:spacing w:after="80"/>
        <w:jc w:val="center"/>
      </w:pPr>
      <w:r>
        <w:rPr>
          <w:b w:val="0"/>
          <w:i w:val="0"/>
        </w:rPr>
        <w:t>Jim Beaton GC CVO</w:t>
      </w:r>
    </w:p>
    <w:p>
      <w:pPr>
        <w:spacing w:after="80"/>
        <w:jc w:val="center"/>
      </w:pPr>
      <w:r>
        <w:rPr>
          <w:b w:val="0"/>
          <w:i w:val="0"/>
        </w:rPr>
        <w:t>Xin gửi lời cảm ơn đặc biệt tới:</w:t>
      </w:r>
    </w:p>
    <w:p>
      <w:pPr>
        <w:spacing w:after="80"/>
        <w:jc w:val="center"/>
      </w:pPr>
      <w:r>
        <w:rPr>
          <w:b w:val="0"/>
          <w:i w:val="0"/>
        </w:rPr>
        <w:t>Trung sĩ Thám tử Michelle Roycroft (đã nghỉ hưu)</w:t>
      </w:r>
    </w:p>
    <w:p>
      <w:pPr>
        <w:spacing w:after="80"/>
        <w:jc w:val="center"/>
      </w:pPr>
      <w:r>
        <w:rPr>
          <w:b w:val="0"/>
          <w:i w:val="0"/>
        </w:rPr>
        <w:t>Cảnh sát trưởng John Sutherland (đã nghỉ hưu)</w:t>
      </w:r>
    </w:p>
    <w:p>
      <w:pPr>
        <w:spacing w:after="80"/>
        <w:jc w:val="center"/>
      </w:pPr>
      <w:r>
        <w:rPr>
          <w:b w:val="0"/>
          <w:i w:val="0"/>
        </w:rPr>
        <w:t>và Chuẩn tướng (đã nghỉ hưu) R Copinger-Symes CBE, Thủy quân lục chiến Hoàng gia</w:t>
      </w:r>
    </w:p>
    <w:p>
      <w:pPr>
        <w:pStyle w:val="Heading2"/>
      </w:pPr>
      <w:r>
        <w:rPr>
          <w:rFonts w:ascii="Calibri" w:hAnsi="Calibri"/>
          <w:b/>
          <w:i w:val="0"/>
          <w:sz w:val="32"/>
        </w:rPr>
        <w:t>Đọc tiếp nhé …</w:t>
      </w:r>
    </w:p>
    <w:p>
      <w:pPr>
        <w:spacing w:after="80"/>
        <w:jc w:val="center"/>
      </w:pPr>
      <w:r>
        <w:rPr>
          <w:b w:val="0"/>
          <w:i w:val="0"/>
        </w:rPr>
        <w:t xml:space="preserve">Nếu bạn đã thích cuốn tiểu thuyết này, nhớ đọc </w:t>
      </w:r>
      <w:r>
        <w:rPr>
          <w:b/>
          <w:i w:val="0"/>
        </w:rPr>
        <w:t>tất cả</w:t>
      </w:r>
      <w:r>
        <w:rPr>
          <w:b w:val="0"/>
          <w:i w:val="0"/>
        </w:rPr>
        <w:t xml:space="preserve"> các cuốn sách về </w:t>
      </w:r>
      <w:r>
        <w:rPr>
          <w:b/>
          <w:i w:val="0"/>
        </w:rPr>
        <w:t>William Warwick</w:t>
      </w:r>
      <w:r>
        <w:rPr>
          <w:b w:val="0"/>
          <w:i w:val="0"/>
        </w:rPr>
        <w:t>:</w:t>
      </w:r>
    </w:p>
    <w:p>
      <w:pPr>
        <w:spacing w:after="80"/>
        <w:jc w:val="center"/>
      </w:pPr>
      <w:r>
        <w:rPr>
          <w:b w:val="0"/>
          <w:i/>
        </w:rPr>
        <w:t>Nothing Ventured</w:t>
      </w:r>
    </w:p>
    <w:p>
      <w:pPr>
        <w:spacing w:after="80"/>
        <w:jc w:val="center"/>
      </w:pPr>
      <w:r>
        <w:rPr>
          <w:b w:val="0"/>
          <w:i/>
        </w:rPr>
        <w:t>Hidden in Plain Sight</w:t>
      </w:r>
    </w:p>
    <w:p>
      <w:pPr>
        <w:spacing w:after="80"/>
        <w:jc w:val="center"/>
      </w:pPr>
      <w:r>
        <w:rPr>
          <w:b w:val="0"/>
          <w:i/>
        </w:rPr>
        <w:t>Turn a Blind Eye</w:t>
      </w:r>
    </w:p>
    <w:p>
      <w:pPr>
        <w:spacing w:after="80"/>
        <w:jc w:val="center"/>
      </w:pPr>
      <w:r>
        <w:rPr>
          <w:b w:val="0"/>
          <w:i w:val="0"/>
        </w:rPr>
        <w:t xml:space="preserve">Và phần mới nhất trong loạt truyện, </w:t>
      </w:r>
      <w:r>
        <w:rPr>
          <w:b w:val="0"/>
          <w:i/>
        </w:rPr>
        <w:t>Over My Dead Body</w:t>
      </w:r>
      <w:r>
        <w:rPr>
          <w:b w:val="0"/>
          <w:i w:val="0"/>
        </w:rPr>
        <w:t xml:space="preserve"> …</w:t>
      </w:r>
    </w:p>
    <w:p>
      <w:pPr>
        <w:jc w:val="center"/>
      </w:pPr>
      <w:r>
        <w:drawing>
          <wp:inline xmlns:a="http://schemas.openxmlformats.org/drawingml/2006/main" xmlns:pic="http://schemas.openxmlformats.org/drawingml/2006/picture">
            <wp:extent cx="2486025" cy="3810000"/>
            <wp:docPr id="6" name="Picture 6"/>
            <wp:cNvGraphicFramePr>
              <a:graphicFrameLocks noChangeAspect="1"/>
            </wp:cNvGraphicFramePr>
            <a:graphic>
              <a:graphicData uri="http://schemas.openxmlformats.org/drawingml/2006/picture">
                <pic:pic>
                  <pic:nvPicPr>
                    <pic:cNvPr id="0" name="backad.jpg"/>
                    <pic:cNvPicPr/>
                  </pic:nvPicPr>
                  <pic:blipFill>
                    <a:blip r:embed="rId14"/>
                    <a:stretch>
                      <a:fillRect/>
                    </a:stretch>
                  </pic:blipFill>
                  <pic:spPr>
                    <a:xfrm>
                      <a:off x="0" y="0"/>
                      <a:ext cx="2486025" cy="3810000"/>
                    </a:xfrm>
                    <a:prstGeom prst="rect"/>
                  </pic:spPr>
                </pic:pic>
              </a:graphicData>
            </a:graphic>
          </wp:inline>
        </w:drawing>
      </w:r>
    </w:p>
    <w:p>
      <w:pPr>
        <w:spacing w:after="80"/>
        <w:jc w:val="center"/>
      </w:pPr>
      <w:r>
        <w:rPr>
          <w:b w:val="0"/>
          <w:i w:val="0"/>
        </w:rPr>
        <w:t>Đặt mua ngay</w:t>
      </w:r>
    </w:p>
    <w:p>
      <w:pPr>
        <w:spacing w:after="80"/>
        <w:jc w:val="center"/>
      </w:pPr>
      <w:r>
        <w:rPr>
          <w:b w:val="0"/>
          <w:i w:val="0"/>
        </w:rPr>
        <w:t>William Warwick sẽ trở lại một lần nữa vào năm 2023 …</w:t>
      </w:r>
    </w:p>
    <w:p>
      <w:pPr>
        <w:pStyle w:val="Heading2"/>
      </w:pPr>
      <w:r>
        <w:rPr>
          <w:rFonts w:ascii="Calibri" w:hAnsi="Calibri"/>
          <w:b/>
          <w:i w:val="0"/>
          <w:sz w:val="32"/>
        </w:rPr>
        <w:t>Về tác giả</w:t>
      </w:r>
    </w:p>
    <w:p>
      <w:pPr>
        <w:spacing w:after="80"/>
      </w:pPr>
      <w:r>
        <w:rPr>
          <w:b w:val="0"/>
          <w:i w:val="0"/>
        </w:rPr>
        <w:t>Jeffrey Archer là một trong những tác giả bán chạy nhất thế giới, với doanh số hơn 275 triệu bản tại 97 quốc gia.</w:t>
      </w:r>
    </w:p>
    <w:p>
      <w:pPr>
        <w:spacing w:after="80"/>
      </w:pPr>
      <w:r>
        <w:rPr>
          <w:b w:val="0"/>
          <w:i w:val="0"/>
        </w:rPr>
        <w:t>Nổi tiếng với tính kỷ luật của một nhà văn, người làm tới mười bốn bản nháp cho mỗi cuốn sách, Jeffrey còn mang vào tác phẩm của mình một lượng kiến thức nội bộ khổng lồ. Dù đó là sự nghiệp chính trị của chính ông, niềm đam mê mãnh liệt với nghệ thuật, hay kho tàng chi tiết nền tảng hấp dẫn – được truyền cảm hứng từ mạng lưới bạn bè phi thường mà ông đã gây dựng suốt một đời ở trung tâm giới thượng lưu Anh – những cuốn tiểu thuyết của ông mang đến một cái nhìn thoáng qua đầy lôi cuốn vào nhiều thế giới khép kín.</w:t>
      </w:r>
    </w:p>
    <w:p>
      <w:pPr>
        <w:spacing w:after="80"/>
      </w:pPr>
      <w:r>
        <w:rPr>
          <w:b w:val="0"/>
          <w:i w:val="0"/>
        </w:rPr>
        <w:t>Là thành viên Viện Quý tộc (House of Lords), tác giả đã kết hôn với Dame Mary Archer, và họ có hai con trai, hai cháu gái và ba cháu trai. Ông chia thời gian giữa London, Grantchester ở Cambridge, và Mallorca, nơi ông viết bản nháp đầu tiên của mỗi cuốn tiểu thuyết mới.</w:t>
      </w:r>
    </w:p>
    <w:p>
      <w:pPr>
        <w:pStyle w:val="Heading2"/>
      </w:pPr>
      <w:r>
        <w:rPr>
          <w:rFonts w:ascii="Calibri" w:hAnsi="Calibri"/>
          <w:b/>
          <w:i w:val="0"/>
          <w:sz w:val="32"/>
        </w:rPr>
        <w:t>Các tác phẩm khác của Jeffrey Archer</w:t>
      </w:r>
    </w:p>
    <w:p>
      <w:pPr>
        <w:spacing w:after="80"/>
        <w:jc w:val="center"/>
      </w:pPr>
      <w:r>
        <w:rPr>
          <w:b w:val="0"/>
          <w:i w:val="0"/>
        </w:rPr>
        <w:t>CÁC TIỂU THUYẾT WILLIAM WARWICK</w:t>
      </w:r>
    </w:p>
    <w:p>
      <w:pPr>
        <w:spacing w:after="80"/>
        <w:jc w:val="center"/>
      </w:pPr>
      <w:r>
        <w:rPr>
          <w:b w:val="0"/>
          <w:i/>
        </w:rPr>
        <w:t>Nothing Ventured</w:t>
      </w:r>
    </w:p>
    <w:p>
      <w:pPr>
        <w:spacing w:after="80"/>
        <w:jc w:val="center"/>
      </w:pPr>
      <w:r>
        <w:rPr>
          <w:b w:val="0"/>
          <w:i/>
        </w:rPr>
        <w:t>Hidden in Plain Sight</w:t>
      </w:r>
    </w:p>
    <w:p>
      <w:pPr>
        <w:spacing w:after="80"/>
        <w:jc w:val="center"/>
      </w:pPr>
      <w:r>
        <w:rPr>
          <w:b w:val="0"/>
          <w:i/>
        </w:rPr>
        <w:t>Turn a Blind Eye</w:t>
      </w:r>
    </w:p>
    <w:p>
      <w:pPr>
        <w:spacing w:after="80"/>
        <w:jc w:val="center"/>
      </w:pPr>
      <w:r>
        <w:rPr>
          <w:b w:val="0"/>
          <w:i/>
        </w:rPr>
        <w:t>Over My Dead Body</w:t>
      </w:r>
    </w:p>
    <w:p>
      <w:pPr>
        <w:spacing w:after="80"/>
        <w:jc w:val="center"/>
      </w:pPr>
      <w:r>
        <w:rPr>
          <w:b w:val="0"/>
          <w:i w:val="0"/>
        </w:rPr>
        <w:t>BIÊN NIÊN SỬ CLIFTON</w:t>
      </w:r>
    </w:p>
    <w:p>
      <w:pPr>
        <w:spacing w:after="80"/>
        <w:jc w:val="center"/>
      </w:pPr>
      <w:r>
        <w:rPr>
          <w:b w:val="0"/>
          <w:i/>
        </w:rPr>
        <w:t>Only Time Will Tell</w:t>
      </w:r>
    </w:p>
    <w:p>
      <w:pPr>
        <w:spacing w:after="80"/>
        <w:jc w:val="center"/>
      </w:pPr>
      <w:r>
        <w:rPr>
          <w:b w:val="0"/>
          <w:i/>
        </w:rPr>
        <w:t>The Sins of the Father</w:t>
      </w:r>
    </w:p>
    <w:p>
      <w:pPr>
        <w:spacing w:after="80"/>
        <w:jc w:val="center"/>
      </w:pPr>
      <w:r>
        <w:rPr>
          <w:b w:val="0"/>
          <w:i/>
        </w:rPr>
        <w:t>Best Kept Secret</w:t>
      </w:r>
    </w:p>
    <w:p>
      <w:pPr>
        <w:spacing w:after="80"/>
        <w:jc w:val="center"/>
      </w:pPr>
      <w:r>
        <w:rPr>
          <w:b w:val="0"/>
          <w:i/>
        </w:rPr>
        <w:t>Be Careful What You Wish For</w:t>
      </w:r>
    </w:p>
    <w:p>
      <w:pPr>
        <w:spacing w:after="80"/>
        <w:jc w:val="center"/>
      </w:pPr>
      <w:r>
        <w:rPr>
          <w:b w:val="0"/>
          <w:i/>
        </w:rPr>
        <w:t>Mạnh hơn cả gươm đao</w:t>
      </w:r>
    </w:p>
    <w:p>
      <w:pPr>
        <w:spacing w:after="80"/>
        <w:jc w:val="center"/>
      </w:pPr>
      <w:r>
        <w:rPr>
          <w:b w:val="0"/>
          <w:i/>
        </w:rPr>
        <w:t>Đã đến giờ</w:t>
      </w:r>
    </w:p>
    <w:p>
      <w:pPr>
        <w:spacing w:after="80"/>
        <w:jc w:val="center"/>
      </w:pPr>
      <w:r>
        <w:rPr>
          <w:b w:val="0"/>
          <w:i/>
        </w:rPr>
        <w:t>Đây là một người đàn ông</w:t>
      </w:r>
    </w:p>
    <w:p>
      <w:pPr>
        <w:spacing w:after="80"/>
        <w:jc w:val="center"/>
      </w:pPr>
      <w:r>
        <w:rPr>
          <w:b w:val="0"/>
          <w:i w:val="0"/>
        </w:rPr>
        <w:t>TIỂU THUYẾT</w:t>
      </w:r>
    </w:p>
    <w:p>
      <w:pPr>
        <w:spacing w:after="80"/>
        <w:jc w:val="center"/>
      </w:pPr>
      <w:r>
        <w:rPr>
          <w:b w:val="0"/>
          <w:i/>
        </w:rPr>
        <w:t>Không một xu dư, không một xu thiếu</w:t>
      </w:r>
    </w:p>
    <w:p>
      <w:pPr>
        <w:spacing w:after="80"/>
        <w:jc w:val="center"/>
      </w:pPr>
      <w:r>
        <w:rPr>
          <w:b w:val="0"/>
          <w:i/>
        </w:rPr>
        <w:t>Ta có nên nói với Tổng thống?</w:t>
      </w:r>
    </w:p>
    <w:p>
      <w:pPr>
        <w:spacing w:after="80"/>
        <w:jc w:val="center"/>
      </w:pPr>
      <w:r>
        <w:rPr>
          <w:b w:val="0"/>
          <w:i/>
        </w:rPr>
        <w:t>Kane và Abel</w:t>
      </w:r>
    </w:p>
    <w:p>
      <w:pPr>
        <w:spacing w:after="80"/>
        <w:jc w:val="center"/>
      </w:pPr>
      <w:r>
        <w:rPr>
          <w:b w:val="0"/>
          <w:i/>
        </w:rPr>
        <w:t>Đứa con hoang đàng</w:t>
      </w:r>
    </w:p>
    <w:p>
      <w:pPr>
        <w:spacing w:after="80"/>
        <w:jc w:val="center"/>
      </w:pPr>
      <w:r>
        <w:rPr>
          <w:b w:val="0"/>
          <w:i/>
        </w:rPr>
        <w:t>Bậc nhất trong những kẻ ngang hàng</w:t>
      </w:r>
    </w:p>
    <w:p>
      <w:pPr>
        <w:spacing w:after="80"/>
        <w:jc w:val="center"/>
      </w:pPr>
      <w:r>
        <w:rPr>
          <w:b w:val="0"/>
          <w:i/>
        </w:rPr>
        <w:t>Một vấn đề danh dự</w:t>
      </w:r>
    </w:p>
    <w:p>
      <w:pPr>
        <w:spacing w:after="80"/>
        <w:jc w:val="center"/>
      </w:pPr>
      <w:r>
        <w:rPr>
          <w:b w:val="0"/>
          <w:i/>
        </w:rPr>
        <w:t>Khi quạ bay</w:t>
      </w:r>
    </w:p>
    <w:p>
      <w:pPr>
        <w:spacing w:after="80"/>
        <w:jc w:val="center"/>
      </w:pPr>
      <w:r>
        <w:rPr>
          <w:b w:val="0"/>
          <w:i/>
        </w:rPr>
        <w:t>Danh dự giữa bọn trộm cắp</w:t>
      </w:r>
    </w:p>
    <w:p>
      <w:pPr>
        <w:spacing w:after="80"/>
        <w:jc w:val="center"/>
      </w:pPr>
      <w:r>
        <w:rPr>
          <w:b w:val="0"/>
          <w:i/>
        </w:rPr>
        <w:t>Đẳng cấp thứ tư</w:t>
      </w:r>
    </w:p>
    <w:p>
      <w:pPr>
        <w:spacing w:after="80"/>
        <w:jc w:val="center"/>
      </w:pPr>
      <w:r>
        <w:rPr>
          <w:b w:val="0"/>
          <w:i/>
        </w:rPr>
        <w:t>Điều răn thứ mười một</w:t>
      </w:r>
    </w:p>
    <w:p>
      <w:pPr>
        <w:spacing w:after="80"/>
        <w:jc w:val="center"/>
      </w:pPr>
      <w:r>
        <w:rPr>
          <w:b w:val="0"/>
          <w:i/>
        </w:rPr>
        <w:t>Những đứa con của vận may</w:t>
      </w:r>
    </w:p>
    <w:p>
      <w:pPr>
        <w:spacing w:after="80"/>
        <w:jc w:val="center"/>
      </w:pPr>
      <w:r>
        <w:rPr>
          <w:b w:val="0"/>
          <w:i/>
        </w:rPr>
        <w:t>Ấn tượng giả tạo</w:t>
      </w:r>
    </w:p>
    <w:p>
      <w:pPr>
        <w:spacing w:after="80"/>
        <w:jc w:val="center"/>
      </w:pPr>
      <w:r>
        <w:rPr>
          <w:b w:val="0"/>
          <w:i/>
        </w:rPr>
        <w:t>Phúc Âm theo Giu-đa</w:t>
      </w:r>
      <w:r>
        <w:rPr>
          <w:b w:val="0"/>
          <w:i w:val="0"/>
        </w:rPr>
        <w:t xml:space="preserve"> (với sự hỗ trợ của Giáo sư Francis J. Moloney)</w:t>
      </w:r>
    </w:p>
    <w:p>
      <w:pPr>
        <w:spacing w:after="80"/>
        <w:jc w:val="center"/>
      </w:pPr>
      <w:r>
        <w:rPr>
          <w:b w:val="0"/>
          <w:i/>
        </w:rPr>
        <w:t>Tù nhân của ngày sinh</w:t>
      </w:r>
    </w:p>
    <w:p>
      <w:pPr>
        <w:spacing w:after="80"/>
        <w:jc w:val="center"/>
      </w:pPr>
      <w:r>
        <w:rPr>
          <w:b w:val="0"/>
          <w:i/>
        </w:rPr>
        <w:t>Những con đường vinh quang</w:t>
      </w:r>
    </w:p>
    <w:p>
      <w:pPr>
        <w:spacing w:after="80"/>
        <w:jc w:val="center"/>
      </w:pPr>
      <w:r>
        <w:rPr>
          <w:b w:val="0"/>
          <w:i/>
        </w:rPr>
        <w:t>Ngửa mặt thì thắng</w:t>
      </w:r>
    </w:p>
    <w:p>
      <w:pPr>
        <w:spacing w:after="80"/>
        <w:jc w:val="center"/>
      </w:pPr>
      <w:r>
        <w:rPr>
          <w:b w:val="0"/>
          <w:i w:val="0"/>
        </w:rPr>
        <w:t>TRUYỆN NGẮN</w:t>
      </w:r>
    </w:p>
    <w:p>
      <w:pPr>
        <w:spacing w:after="80"/>
        <w:jc w:val="center"/>
      </w:pPr>
      <w:r>
        <w:rPr>
          <w:b w:val="0"/>
          <w:i/>
        </w:rPr>
        <w:t>Một ống tên đầy ắp</w:t>
      </w:r>
    </w:p>
    <w:p>
      <w:pPr>
        <w:spacing w:after="80"/>
        <w:jc w:val="center"/>
      </w:pPr>
      <w:r>
        <w:rPr>
          <w:b w:val="0"/>
          <w:i/>
        </w:rPr>
        <w:t>Một khúc quanh trong câu chuyện</w:t>
      </w:r>
    </w:p>
    <w:p>
      <w:pPr>
        <w:spacing w:after="80"/>
        <w:jc w:val="center"/>
      </w:pPr>
      <w:r>
        <w:rPr>
          <w:b w:val="0"/>
          <w:i/>
        </w:rPr>
        <w:t>Mười hai manh mối đánh lạc hướng</w:t>
      </w:r>
    </w:p>
    <w:p>
      <w:pPr>
        <w:spacing w:after="80"/>
        <w:jc w:val="center"/>
      </w:pPr>
      <w:r>
        <w:rPr>
          <w:b w:val="0"/>
          <w:i/>
        </w:rPr>
        <w:t>Tuyển tập truyện ngắn</w:t>
      </w:r>
    </w:p>
    <w:p>
      <w:pPr>
        <w:spacing w:after="80"/>
        <w:jc w:val="center"/>
      </w:pPr>
      <w:r>
        <w:rPr>
          <w:b w:val="0"/>
          <w:i/>
        </w:rPr>
        <w:t>Nói ngắn cho gọn</w:t>
      </w:r>
    </w:p>
    <w:p>
      <w:pPr>
        <w:spacing w:after="80"/>
        <w:jc w:val="center"/>
      </w:pPr>
      <w:r>
        <w:rPr>
          <w:b w:val="0"/>
          <w:i/>
        </w:rPr>
        <w:t>Chín câu chuyện mèo</w:t>
      </w:r>
    </w:p>
    <w:p>
      <w:pPr>
        <w:spacing w:after="80"/>
        <w:jc w:val="center"/>
      </w:pPr>
      <w:r>
        <w:rPr>
          <w:b w:val="0"/>
          <w:i/>
        </w:rPr>
        <w:t>Và từ đó nảy ra một câu chuyện</w:t>
      </w:r>
    </w:p>
    <w:p>
      <w:pPr>
        <w:spacing w:after="80"/>
        <w:jc w:val="center"/>
      </w:pPr>
      <w:r>
        <w:rPr>
          <w:b w:val="0"/>
          <w:i/>
        </w:rPr>
        <w:t>Kể chuyện</w:t>
      </w:r>
    </w:p>
    <w:p>
      <w:pPr>
        <w:spacing w:after="80"/>
        <w:jc w:val="center"/>
      </w:pPr>
      <w:r>
        <w:rPr>
          <w:b w:val="0"/>
          <w:i/>
        </w:rPr>
        <w:t>Ngắn, dài và cao</w:t>
      </w:r>
    </w:p>
    <w:p>
      <w:pPr>
        <w:spacing w:after="80"/>
        <w:jc w:val="center"/>
      </w:pPr>
      <w:r>
        <w:rPr>
          <w:b w:val="0"/>
          <w:i w:val="0"/>
        </w:rPr>
        <w:t>KỊCH</w:t>
      </w:r>
    </w:p>
    <w:p>
      <w:pPr>
        <w:spacing w:after="80"/>
        <w:jc w:val="center"/>
      </w:pPr>
      <w:r>
        <w:rPr>
          <w:b w:val="0"/>
          <w:i/>
        </w:rPr>
        <w:t>Vượt ngoài nghi ngờ hợp lý</w:t>
      </w:r>
    </w:p>
    <w:p>
      <w:pPr>
        <w:spacing w:after="80"/>
        <w:jc w:val="center"/>
      </w:pPr>
      <w:r>
        <w:rPr>
          <w:b w:val="0"/>
          <w:i/>
        </w:rPr>
        <w:t>Độc quyền</w:t>
      </w:r>
    </w:p>
    <w:p>
      <w:pPr>
        <w:spacing w:after="80"/>
        <w:jc w:val="center"/>
      </w:pPr>
      <w:r>
        <w:rPr>
          <w:b w:val="0"/>
          <w:i/>
        </w:rPr>
        <w:t>Bị cáo</w:t>
      </w:r>
    </w:p>
    <w:p>
      <w:pPr>
        <w:spacing w:after="80"/>
        <w:jc w:val="center"/>
      </w:pPr>
      <w:r>
        <w:rPr>
          <w:b w:val="0"/>
          <w:i/>
        </w:rPr>
        <w:t>Lời thú tội</w:t>
      </w:r>
    </w:p>
    <w:p>
      <w:pPr>
        <w:spacing w:after="80"/>
        <w:jc w:val="center"/>
      </w:pPr>
      <w:r>
        <w:rPr>
          <w:b w:val="0"/>
          <w:i/>
        </w:rPr>
        <w:t>Ai đã giết Thị trưởng?</w:t>
      </w:r>
    </w:p>
    <w:p>
      <w:pPr>
        <w:spacing w:after="80"/>
        <w:jc w:val="center"/>
      </w:pPr>
      <w:r>
        <w:rPr>
          <w:b w:val="0"/>
          <w:i w:val="0"/>
        </w:rPr>
        <w:t>NHẬT KÝ TRONG TÙ</w:t>
      </w:r>
    </w:p>
    <w:p>
      <w:pPr>
        <w:spacing w:after="80"/>
        <w:jc w:val="center"/>
      </w:pPr>
      <w:r>
        <w:rPr>
          <w:b w:val="0"/>
          <w:i/>
        </w:rPr>
        <w:t>Tập Một – Belmarsh: Địa ngục</w:t>
      </w:r>
    </w:p>
    <w:p>
      <w:pPr>
        <w:spacing w:after="80"/>
        <w:jc w:val="center"/>
      </w:pPr>
      <w:r>
        <w:rPr>
          <w:b w:val="0"/>
          <w:i/>
        </w:rPr>
        <w:t>Tập Hai – Wayland: Luyện ngục</w:t>
      </w:r>
    </w:p>
    <w:p>
      <w:pPr>
        <w:spacing w:after="80"/>
        <w:jc w:val="center"/>
      </w:pPr>
      <w:r>
        <w:rPr>
          <w:b w:val="0"/>
          <w:i/>
        </w:rPr>
        <w:t>Tập Ba – North Sea Camp: Thiên đường</w:t>
      </w:r>
    </w:p>
    <w:p>
      <w:pPr>
        <w:spacing w:after="80"/>
        <w:jc w:val="center"/>
      </w:pPr>
      <w:r>
        <w:rPr>
          <w:b w:val="0"/>
          <w:i w:val="0"/>
        </w:rPr>
        <w:t>KỊCH BẢN PHIM</w:t>
      </w:r>
    </w:p>
    <w:p>
      <w:pPr>
        <w:spacing w:after="80"/>
        <w:jc w:val="center"/>
      </w:pPr>
      <w:r>
        <w:rPr>
          <w:b w:val="0"/>
          <w:i/>
        </w:rPr>
        <w:t>Mallory: Bước ra khỏi bản đồ</w:t>
      </w:r>
    </w:p>
    <w:p>
      <w:pPr>
        <w:spacing w:after="80"/>
        <w:jc w:val="center"/>
      </w:pPr>
      <w:r>
        <w:rPr>
          <w:b w:val="0"/>
          <w:i/>
        </w:rPr>
        <w:t>Ấn tượng giả</w:t>
      </w:r>
    </w:p>
    <w:p>
      <w:pPr>
        <w:jc w:val="center"/>
      </w:pPr>
      <w:r>
        <w:drawing>
          <wp:inline xmlns:a="http://schemas.openxmlformats.org/drawingml/2006/main" xmlns:pic="http://schemas.openxmlformats.org/drawingml/2006/picture">
            <wp:extent cx="2381250" cy="238125"/>
            <wp:docPr id="7" name="Picture 7"/>
            <wp:cNvGraphicFramePr>
              <a:graphicFrameLocks noChangeAspect="1"/>
            </wp:cNvGraphicFramePr>
            <a:graphic>
              <a:graphicData uri="http://schemas.openxmlformats.org/drawingml/2006/picture">
                <pic:pic>
                  <pic:nvPicPr>
                    <pic:cNvPr id="0" name="logo1.png"/>
                    <pic:cNvPicPr/>
                  </pic:nvPicPr>
                  <pic:blipFill>
                    <a:blip r:embed="rId15"/>
                    <a:stretch>
                      <a:fillRect/>
                    </a:stretch>
                  </pic:blipFill>
                  <pic:spPr>
                    <a:xfrm>
                      <a:off x="0" y="0"/>
                      <a:ext cx="2381250" cy="238125"/>
                    </a:xfrm>
                    <a:prstGeom prst="rect"/>
                  </pic:spPr>
                </pic:pic>
              </a:graphicData>
            </a:graphic>
          </wp:inline>
        </w:drawing>
      </w:r>
    </w:p>
    <w:p>
      <w:pPr>
        <w:spacing w:after="80"/>
        <w:jc w:val="center"/>
      </w:pPr>
      <w:r>
        <w:rPr>
          <w:b/>
          <w:i w:val="0"/>
        </w:rPr>
        <w:t>Úc</w:t>
      </w:r>
    </w:p>
    <w:p>
      <w:pPr>
        <w:spacing w:after="80"/>
        <w:jc w:val="center"/>
      </w:pPr>
      <w:r>
        <w:rPr>
          <w:b w:val="0"/>
          <w:i w:val="0"/>
        </w:rPr>
        <w:t>HarperCollins Publishers Australia Pty. Ltd.</w:t>
      </w:r>
    </w:p>
    <w:p>
      <w:pPr>
        <w:spacing w:after="80"/>
        <w:jc w:val="center"/>
      </w:pPr>
      <w:r>
        <w:rPr>
          <w:b w:val="0"/>
          <w:i w:val="0"/>
        </w:rPr>
        <w:t>Tầng 13, 201 Elizabeth Street</w:t>
      </w:r>
    </w:p>
    <w:p>
      <w:pPr>
        <w:spacing w:after="80"/>
        <w:jc w:val="center"/>
      </w:pPr>
      <w:r>
        <w:rPr>
          <w:b w:val="0"/>
          <w:i w:val="0"/>
        </w:rPr>
        <w:t>Sydney, NSW 2000, Úc</w:t>
      </w:r>
    </w:p>
    <w:p>
      <w:pPr>
        <w:spacing w:after="80"/>
        <w:jc w:val="center"/>
      </w:pPr>
      <w:r>
        <w:rPr>
          <w:b w:val="0"/>
          <w:i w:val="0"/>
        </w:rPr>
        <w:t>www.harpercollins.com.au</w:t>
      </w:r>
    </w:p>
    <w:p>
      <w:pPr>
        <w:spacing w:after="80"/>
        <w:jc w:val="center"/>
      </w:pPr>
      <w:r>
        <w:rPr>
          <w:b/>
          <w:i w:val="0"/>
        </w:rPr>
        <w:t>Canada</w:t>
      </w:r>
    </w:p>
    <w:p>
      <w:pPr>
        <w:spacing w:after="80"/>
        <w:jc w:val="center"/>
      </w:pPr>
      <w:r>
        <w:rPr>
          <w:b w:val="0"/>
          <w:i w:val="0"/>
        </w:rPr>
        <w:t>HarperCollins Canada</w:t>
      </w:r>
    </w:p>
    <w:p>
      <w:pPr>
        <w:spacing w:after="80"/>
        <w:jc w:val="center"/>
      </w:pPr>
      <w:r>
        <w:rPr>
          <w:b w:val="0"/>
          <w:i w:val="0"/>
        </w:rPr>
        <w:t>Bay Adelaide Centre, East Tower</w:t>
      </w:r>
    </w:p>
    <w:p>
      <w:pPr>
        <w:spacing w:after="80"/>
        <w:jc w:val="center"/>
      </w:pPr>
      <w:r>
        <w:rPr>
          <w:b w:val="0"/>
          <w:i w:val="0"/>
        </w:rPr>
        <w:t>22 Adelaide Street West, 41st Floor</w:t>
      </w:r>
    </w:p>
    <w:p>
      <w:pPr>
        <w:spacing w:after="80"/>
        <w:jc w:val="center"/>
      </w:pPr>
      <w:r>
        <w:rPr>
          <w:b w:val="0"/>
          <w:i w:val="0"/>
        </w:rPr>
        <w:t>Toronto, Ontario M5H 4E3, Canada</w:t>
      </w:r>
    </w:p>
    <w:p>
      <w:pPr>
        <w:spacing w:after="80"/>
        <w:jc w:val="center"/>
      </w:pPr>
      <w:r>
        <w:rPr>
          <w:b w:val="0"/>
          <w:i w:val="0"/>
        </w:rPr>
        <w:t>www.harpercollins.ca</w:t>
      </w:r>
    </w:p>
    <w:p>
      <w:pPr>
        <w:spacing w:after="80"/>
        <w:jc w:val="center"/>
      </w:pPr>
      <w:r>
        <w:rPr>
          <w:b/>
          <w:i w:val="0"/>
        </w:rPr>
        <w:t>Ấn Độ</w:t>
      </w:r>
    </w:p>
    <w:p>
      <w:pPr>
        <w:spacing w:after="80"/>
        <w:jc w:val="center"/>
      </w:pPr>
      <w:r>
        <w:rPr>
          <w:b w:val="0"/>
          <w:i w:val="0"/>
        </w:rPr>
        <w:t>HarperCollins India</w:t>
      </w:r>
    </w:p>
    <w:p>
      <w:pPr>
        <w:spacing w:after="80"/>
        <w:jc w:val="center"/>
      </w:pPr>
      <w:r>
        <w:rPr>
          <w:b w:val="0"/>
          <w:i w:val="0"/>
        </w:rPr>
        <w:t>A 75, Sector 57</w:t>
      </w:r>
    </w:p>
    <w:p>
      <w:pPr>
        <w:spacing w:after="80"/>
        <w:jc w:val="center"/>
      </w:pPr>
      <w:r>
        <w:rPr>
          <w:b w:val="0"/>
          <w:i w:val="0"/>
        </w:rPr>
        <w:t>Noida, Uttar Pradesh 201 301, Ấn Độ</w:t>
      </w:r>
    </w:p>
    <w:p>
      <w:pPr>
        <w:spacing w:after="80"/>
        <w:jc w:val="center"/>
      </w:pPr>
      <w:r>
        <w:rPr>
          <w:b w:val="0"/>
          <w:i w:val="0"/>
        </w:rPr>
        <w:t>www.harpercollins.co.in</w:t>
      </w:r>
    </w:p>
    <w:p>
      <w:pPr>
        <w:spacing w:after="80"/>
        <w:jc w:val="center"/>
      </w:pPr>
      <w:r>
        <w:rPr>
          <w:b/>
          <w:i w:val="0"/>
        </w:rPr>
        <w:t>New Zealand</w:t>
      </w:r>
    </w:p>
    <w:p>
      <w:pPr>
        <w:spacing w:after="80"/>
        <w:jc w:val="center"/>
      </w:pPr>
      <w:r>
        <w:rPr>
          <w:b w:val="0"/>
          <w:i w:val="0"/>
        </w:rPr>
        <w:t>HarperCollins Publishers New Zealand</w:t>
      </w:r>
    </w:p>
    <w:p>
      <w:pPr>
        <w:spacing w:after="80"/>
        <w:jc w:val="center"/>
      </w:pPr>
      <w:r>
        <w:rPr>
          <w:b w:val="0"/>
          <w:i w:val="0"/>
        </w:rPr>
        <w:t>Unit D1, 63 Apollo Drive</w:t>
      </w:r>
    </w:p>
    <w:p>
      <w:pPr>
        <w:spacing w:after="80"/>
        <w:jc w:val="center"/>
      </w:pPr>
      <w:r>
        <w:rPr>
          <w:b w:val="0"/>
          <w:i w:val="0"/>
        </w:rPr>
        <w:t>Rosedale 0632</w:t>
      </w:r>
    </w:p>
    <w:p>
      <w:pPr>
        <w:spacing w:after="80"/>
        <w:jc w:val="center"/>
      </w:pPr>
      <w:r>
        <w:rPr>
          <w:b w:val="0"/>
          <w:i w:val="0"/>
        </w:rPr>
        <w:t>Auckland, New Zealand</w:t>
      </w:r>
    </w:p>
    <w:p>
      <w:pPr>
        <w:spacing w:after="80"/>
        <w:jc w:val="center"/>
      </w:pPr>
      <w:r>
        <w:rPr>
          <w:b w:val="0"/>
          <w:i w:val="0"/>
        </w:rPr>
        <w:t>www.harpercollins.co.nz</w:t>
      </w:r>
    </w:p>
    <w:p>
      <w:pPr>
        <w:spacing w:after="80"/>
        <w:jc w:val="center"/>
      </w:pPr>
      <w:r>
        <w:rPr>
          <w:b/>
          <w:i w:val="0"/>
        </w:rPr>
        <w:t>Vương quốc Anh</w:t>
      </w:r>
    </w:p>
    <w:p>
      <w:pPr>
        <w:spacing w:after="80"/>
        <w:jc w:val="center"/>
      </w:pPr>
      <w:r>
        <w:rPr>
          <w:b w:val="0"/>
          <w:i w:val="0"/>
        </w:rPr>
        <w:t>HarperCollins Publishers Ltd.</w:t>
      </w:r>
    </w:p>
    <w:p>
      <w:pPr>
        <w:spacing w:after="80"/>
        <w:jc w:val="center"/>
      </w:pPr>
      <w:r>
        <w:rPr>
          <w:b w:val="0"/>
          <w:i w:val="0"/>
        </w:rPr>
        <w:t>1 London Bridge Street</w:t>
      </w:r>
    </w:p>
    <w:p>
      <w:pPr>
        <w:spacing w:after="80"/>
        <w:jc w:val="center"/>
      </w:pPr>
      <w:r>
        <w:rPr>
          <w:b w:val="0"/>
          <w:i w:val="0"/>
        </w:rPr>
        <w:t>London SE1 9GF, UK</w:t>
      </w:r>
    </w:p>
    <w:p>
      <w:pPr>
        <w:spacing w:after="80"/>
        <w:jc w:val="center"/>
      </w:pPr>
      <w:r>
        <w:rPr>
          <w:b w:val="0"/>
          <w:i w:val="0"/>
        </w:rPr>
        <w:t>www.harpercollins.co.uk</w:t>
      </w:r>
    </w:p>
    <w:p>
      <w:pPr>
        <w:spacing w:after="80"/>
        <w:jc w:val="center"/>
      </w:pPr>
      <w:r>
        <w:rPr>
          <w:b/>
          <w:i w:val="0"/>
        </w:rPr>
        <w:t>Hoa Kỳ</w:t>
      </w:r>
    </w:p>
    <w:p>
      <w:pPr>
        <w:spacing w:after="80"/>
        <w:jc w:val="center"/>
      </w:pPr>
      <w:r>
        <w:rPr>
          <w:b w:val="0"/>
          <w:i w:val="0"/>
        </w:rPr>
        <w:t>HarperCollins Publishers Inc.</w:t>
      </w:r>
    </w:p>
    <w:p>
      <w:pPr>
        <w:spacing w:after="80"/>
        <w:jc w:val="center"/>
      </w:pPr>
      <w:r>
        <w:rPr>
          <w:b w:val="0"/>
          <w:i w:val="0"/>
        </w:rPr>
        <w:t>195 Broadway</w:t>
      </w:r>
    </w:p>
    <w:p>
      <w:pPr>
        <w:spacing w:after="80"/>
        <w:jc w:val="center"/>
      </w:pPr>
      <w:r>
        <w:rPr>
          <w:b w:val="0"/>
          <w:i w:val="0"/>
        </w:rPr>
        <w:t>New York, NY 10007</w:t>
      </w:r>
    </w:p>
    <w:p>
      <w:pPr>
        <w:spacing w:after="80"/>
        <w:jc w:val="center"/>
      </w:pPr>
      <w:r>
        <w:rPr>
          <w:b w:val="0"/>
          <w:i w:val="0"/>
        </w:rPr>
        <w:t>www.harpercollins.com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