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56242" cy="8229600"/>
            <wp:docPr id="1" name="Picture 1"/>
            <wp:cNvGraphicFramePr>
              <a:graphicFrameLocks noChangeAspect="1"/>
            </wp:cNvGraphicFramePr>
            <a:graphic>
              <a:graphicData uri="http://schemas.openxmlformats.org/drawingml/2006/picture">
                <pic:pic>
                  <pic:nvPicPr>
                    <pic:cNvPr id="0" name="9798887100357.jpg"/>
                    <pic:cNvPicPr/>
                  </pic:nvPicPr>
                  <pic:blipFill>
                    <a:blip r:embed="rId9"/>
                    <a:stretch>
                      <a:fillRect/>
                    </a:stretch>
                  </pic:blipFill>
                  <pic:spPr>
                    <a:xfrm>
                      <a:off x="0" y="0"/>
                      <a:ext cx="5456242" cy="8229600"/>
                    </a:xfrm>
                    <a:prstGeom prst="rect"/>
                  </pic:spPr>
                </pic:pic>
              </a:graphicData>
            </a:graphic>
          </wp:inline>
        </w:drawing>
      </w:r>
    </w:p>
    <w:p>
      <w:pPr>
        <w:jc w:val="center"/>
      </w:pPr>
      <w:r>
        <w:drawing>
          <wp:inline xmlns:a="http://schemas.openxmlformats.org/drawingml/2006/main" xmlns:pic="http://schemas.openxmlformats.org/drawingml/2006/picture">
            <wp:extent cx="5486400" cy="8227860"/>
            <wp:docPr id="2" name="Picture 2"/>
            <wp:cNvGraphicFramePr>
              <a:graphicFrameLocks noChangeAspect="1"/>
            </wp:cNvGraphicFramePr>
            <a:graphic>
              <a:graphicData uri="http://schemas.openxmlformats.org/drawingml/2006/picture">
                <pic:pic>
                  <pic:nvPicPr>
                    <pic:cNvPr id="0" name="title.jpg"/>
                    <pic:cNvPicPr/>
                  </pic:nvPicPr>
                  <pic:blipFill>
                    <a:blip r:embed="rId10"/>
                    <a:stretch>
                      <a:fillRect/>
                    </a:stretch>
                  </pic:blipFill>
                  <pic:spPr>
                    <a:xfrm>
                      <a:off x="0" y="0"/>
                      <a:ext cx="5486400" cy="8227860"/>
                    </a:xfrm>
                    <a:prstGeom prst="rect"/>
                  </pic:spPr>
                </pic:pic>
              </a:graphicData>
            </a:graphic>
          </wp:inline>
        </w:drawing>
      </w:r>
    </w:p>
    <w:p>
      <w:pPr>
        <w:spacing w:after="160"/>
        <w:jc w:val="center"/>
      </w:pPr>
      <w:r>
        <w:rPr>
          <w:rFonts w:ascii="Calibri" w:hAnsi="Calibri"/>
          <w:b w:val="0"/>
          <w:i/>
          <w:sz w:val="19"/>
        </w:rPr>
        <w:t>Cuốn sách này được dành tặng cho Mo Anderson. Cô gái nông trại, giáo viên, CEO, thành viên Đại sảnh Danh vọng Oklahoma, và là huyền thoại bất động sản, bạn đã là ngọn hải đăng soi sáng trong thế giới kinh doanh. Mọi quyết định bạn đưa ra đều được lọc qua những tiêu chuẩn cao của bạn. Mỗi người bạn dẫn dắt đều được đối xử với phẩm giá và sự tôn trọng. Mỗi chiến thắng bạn đạt được luôn là một chiến thắng đôi bên cùng có lợi. Tiêu chuẩn của bạn cao… và sự chính trực của bạn còn cao hơn thế. Bạn luôn gắn kết mọi người lại với nhau trong một thế giới đầy chia rẽ. Tôi rất vui được gọi bạn là bạn.</w:t>
      </w:r>
    </w:p>
    <w:p>
      <w:pPr>
        <w:pStyle w:val="Heading1"/>
      </w:pPr>
      <w:r>
        <w:rPr>
          <w:rFonts w:ascii="Calibri" w:hAnsi="Calibri"/>
          <w:b/>
          <w:i w:val="0"/>
          <w:sz w:val="40"/>
        </w:rPr>
        <w:t>LỜI CẢM ƠN</w:t>
      </w:r>
    </w:p>
    <w:p>
      <w:pPr>
        <w:spacing w:after="80"/>
      </w:pPr>
      <w:r>
        <w:rPr>
          <w:b w:val="0"/>
          <w:i w:val="0"/>
        </w:rPr>
        <w:t>TÔI MUỐN GỬI LỜI CẢM ƠN đến Charlie Wetzel và những người còn lại trong nhóm đã hỗ trợ tôi suy nghĩ và viết nên cuốn sách này: Jared Cagle, Mark Cole, Linda Eggers, Erin Miller, và Stephanie Wetzel. Tôi cũng cảm ơn những người trong các tổ chức của tôi đã hỗ trợ tôi. Tất cả các bạn đã mang lại giá trị to lớn cho tôi, điều đó cho phép tôi mang lại giá trị cho người khác. Cùng nhau, chúng ta đang tạo nên sự khác biệt!</w:t>
      </w:r>
    </w:p>
    <w:p>
      <w:pPr>
        <w:pStyle w:val="Heading1"/>
      </w:pPr>
      <w:r>
        <w:rPr>
          <w:rFonts w:ascii="Calibri" w:hAnsi="Calibri"/>
          <w:b/>
          <w:i w:val="0"/>
          <w:sz w:val="40"/>
        </w:rPr>
        <w:t>1 GẮN KẾT MỌI NGƯỜI LẠI VỚI NHAU</w:t>
      </w:r>
    </w:p>
    <w:p>
      <w:pPr>
        <w:spacing w:after="80"/>
      </w:pPr>
      <w:r>
        <w:rPr>
          <w:b w:val="0"/>
          <w:i w:val="0"/>
        </w:rPr>
        <w:t>HƠN NĂM MƯƠI NĂM QUA, tôi đã dành cả cuộc đời mình để giúp mọi người lãnh đạo tốt hơn. Ở tuổi hai mươi lăm, tôi đi đến kết luận rằng mọi thứ đều thăng trầm theo khả năng lãnh đạo. Nhận thức đó đã thôi thúc tôi cống hiến cuộc đời mình cho việc nghiên cứu và giảng dạy về lãnh đạo. Thực tế, hôm nay tôi còn tin chắc hơn bao giờ hết vào tầm quan trọng sống còn của khả năng lãnh đạo. Nhưng tình trạng lãnh đạo hiện nay khiến tôi vô cùng buồn lòng với tư cách một nhà lãnh đạo.</w:t>
      </w:r>
    </w:p>
    <w:p>
      <w:pPr>
        <w:spacing w:after="80"/>
      </w:pPr>
      <w:r>
        <w:rPr>
          <w:b w:val="0"/>
          <w:i w:val="0"/>
        </w:rPr>
        <w:t xml:space="preserve">Lãnh đạo có thể là một phước lành hoặc một lời nguyền. Nó có thể giúp người ta vươn tới một cuộc sống tốt đẹp hơn, hoặc có thể khiến người ta rơi vào tuyệt vọng. Tôi đã tận mắt chứng kiến cả hai kết cục đó. Các tổ chức của tôi tận tâm hướng tới mục tiêu thứ nhất. Maxwell Leadership đã đào tạo và cấp chứng nhận cho năm mươi nghìn huấn luyện viên tại bảy mươi hai quốc gia. Trước đây, các tổ chức phi lợi nhuận của tôi đã đào tạo hơn năm triệu nhà lãnh đạo trên khắp thế giới, và hôm nay họ đang làm việc với các nhà lãnh đạo ở sáu quốc gia để thúc đẩy sự chuyển mình tại đất nước họ. Dù tôi đang tương tác với các nhà lãnh đạo doanh nghiệp, tình nguyện viên, hay lãnh đạo chính phủ, khi kết thúc công việc với họ, tôi đều hỏi họ những câu này: Người của bạn thế nào rồi? Họ tốt hơn hay tệ hơn nhờ khả năng lãnh đạo của bạn? Nói cách khác, liệu mọi người đang vươn lên hay gục ngã vì </w:t>
      </w:r>
      <w:r>
        <w:rPr>
          <w:b w:val="0"/>
          <w:i/>
        </w:rPr>
        <w:t>bạn</w:t>
      </w:r>
      <w:r>
        <w:rPr>
          <w:b w:val="0"/>
          <w:i w:val="0"/>
        </w:rPr>
        <w:t xml:space="preserve"> là nhà lãnh đạo của họ?</w:t>
      </w:r>
    </w:p>
    <w:p>
      <w:pPr>
        <w:spacing w:after="80"/>
      </w:pPr>
      <w:r>
        <w:rPr>
          <w:b w:val="0"/>
          <w:i w:val="0"/>
        </w:rPr>
        <w:t xml:space="preserve">Điều đáng buồn là chúng ta đang sống trong một thế giới nơi bất đồng ngự trị và, thay vì điều kiện sống của mọi người trở nên tốt hơn nhờ khả năng lãnh đạo tốt, người ta lại trở nên vỡ mộng và cay đắng vì khả năng lãnh đạo tồi. Tại Hoa Kỳ, nhiều người chọn một phe và quay lưng lại với tất cả những ai mà họ cho là thuộc </w:t>
      </w:r>
      <w:r>
        <w:rPr>
          <w:b w:val="0"/>
          <w:i/>
        </w:rPr>
        <w:t>phe bên kia</w:t>
      </w:r>
      <w:r>
        <w:rPr>
          <w:b w:val="0"/>
          <w:i w:val="0"/>
        </w:rPr>
        <w:t xml:space="preserve">. Trong văn hóa của chúng ta, có một vực thẳm giữa </w:t>
      </w:r>
      <w:r>
        <w:rPr>
          <w:b w:val="0"/>
          <w:i/>
        </w:rPr>
        <w:t>chúng ta</w:t>
      </w:r>
      <w:r>
        <w:rPr>
          <w:b w:val="0"/>
          <w:i w:val="0"/>
        </w:rPr>
        <w:t xml:space="preserve"> và </w:t>
      </w:r>
      <w:r>
        <w:rPr>
          <w:b w:val="0"/>
          <w:i/>
        </w:rPr>
        <w:t>họ</w:t>
      </w:r>
      <w:r>
        <w:rPr>
          <w:b w:val="0"/>
          <w:i w:val="0"/>
        </w:rPr>
        <w:t>. Về phía chúng ta là những người suy nghĩ, hành động, ngoại hình, bỏ phiếu, ăn uống, sống, nói năng và làm việc giống như chúng ta. Về phía bên kia là tất cả những người còn lại. Người ta dành thời gian tranh cãi về nhiều vấn đề mà lẽ ra chúng ta không nên tranh cãi. Ngay cả khi ai đó "thắng", đó cũng là một chiến thắng tồi vì nó không phải là chiến thắng cho phần lớn mọi người.</w:t>
      </w:r>
    </w:p>
    <w:p>
      <w:pPr>
        <w:pStyle w:val="Heading2"/>
      </w:pPr>
      <w:r>
        <w:rPr>
          <w:rFonts w:ascii="Calibri" w:hAnsi="Calibri"/>
          <w:b/>
          <w:i w:val="0"/>
          <w:sz w:val="32"/>
        </w:rPr>
        <w:t>TẠI SAO MỌI THỨ ĐANG ĐI XUỐNG DỐC?</w:t>
      </w:r>
    </w:p>
    <w:p>
      <w:pPr>
        <w:spacing w:after="80"/>
      </w:pPr>
      <w:r>
        <w:rPr>
          <w:b w:val="0"/>
          <w:i w:val="0"/>
        </w:rPr>
        <w:t xml:space="preserve">Điều gì tạo nên sự khác biệt giữa nhà lãnh đạo tốt và tồi? Điều gì gây ra sự thăng hay trầm của khả năng lãnh đạo tác động đến con người? Kỹ năng và giá trị. Khả năng lãnh đạo </w:t>
      </w:r>
      <w:r>
        <w:rPr>
          <w:b w:val="0"/>
          <w:i/>
        </w:rPr>
        <w:t>thăng</w:t>
      </w:r>
      <w:r>
        <w:rPr>
          <w:b w:val="0"/>
          <w:i w:val="0"/>
        </w:rPr>
        <w:t xml:space="preserve"> khi nhà lãnh đạo sở hữu kỹ năng lãnh đạo tốt và giá trị tốt. Nó </w:t>
      </w:r>
      <w:r>
        <w:rPr>
          <w:b w:val="0"/>
          <w:i/>
        </w:rPr>
        <w:t>trầm</w:t>
      </w:r>
      <w:r>
        <w:rPr>
          <w:b w:val="0"/>
          <w:i w:val="0"/>
        </w:rPr>
        <w:t xml:space="preserve"> khi kỹ năng hoặc giá trị của nhà lãnh đạo kém cỏi. Có thể hiển nhiên rằng những nhà lãnh đạo thiếu kỹ năng tốt thì không có khả năng giúp đỡ mọi người. Điều ít hiển nhiên hơn là tác động lên con người khi nhà lãnh đạo không sở hữu giá trị tốt. Nếu cả giá trị lẫn kỹ năng đều thiếu, nhà lãnh đạo sẽ kéo mọi người xuống cùng với họ. Nếu kỹ năng của họ tốt mà giá trị của họ tồi, họ sẽ thao túng mọi người vì lợi ích của chính mình. Với tư cách một nhà lãnh đạo, bất cứ khi nào bạn thúc đẩy mọi người vì lợi ích riêng của mình, điều đó tạo ra một tình huống thắng-thua, và điều đó luôn luôn sai.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Kỹ năng tốt &amp; Giá trị tốt</w:t>
            </w:r>
          </w:p>
        </w:tc>
        <w:tc>
          <w:tcPr>
            <w:tcW w:type="dxa" w:w="4680"/>
          </w:tcPr>
          <w:p>
            <w:r/>
            <w:r>
              <w:rPr>
                <w:b w:val="0"/>
                <w:i w:val="0"/>
                <w:sz w:val="19"/>
              </w:rPr>
              <w:t>Nhà lãnh đạo nâng đỡ người của mình</w:t>
            </w:r>
          </w:p>
        </w:tc>
      </w:tr>
      <w:tr>
        <w:tc>
          <w:tcPr>
            <w:tcW w:type="dxa" w:w="4680"/>
          </w:tcPr>
          <w:p>
            <w:r/>
            <w:r>
              <w:rPr>
                <w:b w:val="0"/>
                <w:i w:val="0"/>
                <w:sz w:val="19"/>
              </w:rPr>
              <w:t>Kỹ năng kém &amp; Giá trị tốt</w:t>
            </w:r>
          </w:p>
        </w:tc>
        <w:tc>
          <w:tcPr>
            <w:tcW w:type="dxa" w:w="4680"/>
          </w:tcPr>
          <w:p>
            <w:r/>
            <w:r>
              <w:rPr>
                <w:b w:val="0"/>
                <w:i w:val="0"/>
                <w:sz w:val="19"/>
              </w:rPr>
              <w:t>Nhà lãnh đạo không thể giúp người của mình</w:t>
            </w:r>
          </w:p>
        </w:tc>
      </w:tr>
      <w:tr>
        <w:tc>
          <w:tcPr>
            <w:tcW w:type="dxa" w:w="4680"/>
          </w:tcPr>
          <w:p>
            <w:r/>
            <w:r>
              <w:rPr>
                <w:b w:val="0"/>
                <w:i w:val="0"/>
                <w:sz w:val="19"/>
              </w:rPr>
              <w:t>Kỹ năng tốt &amp; Giá trị kém</w:t>
            </w:r>
          </w:p>
        </w:tc>
        <w:tc>
          <w:tcPr>
            <w:tcW w:type="dxa" w:w="4680"/>
          </w:tcPr>
          <w:p>
            <w:r/>
            <w:r>
              <w:rPr>
                <w:b w:val="0"/>
                <w:i w:val="0"/>
                <w:sz w:val="19"/>
              </w:rPr>
              <w:t>Nhà lãnh đạo thao túng người của mình</w:t>
            </w:r>
          </w:p>
        </w:tc>
      </w:tr>
      <w:tr>
        <w:tc>
          <w:tcPr>
            <w:tcW w:type="dxa" w:w="4680"/>
          </w:tcPr>
          <w:p>
            <w:r/>
            <w:r>
              <w:rPr>
                <w:b w:val="0"/>
                <w:i w:val="0"/>
                <w:sz w:val="19"/>
              </w:rPr>
              <w:t>Kỹ năng kém &amp; Giá trị kém</w:t>
            </w:r>
          </w:p>
        </w:tc>
        <w:tc>
          <w:tcPr>
            <w:tcW w:type="dxa" w:w="4680"/>
          </w:tcPr>
          <w:p>
            <w:r/>
            <w:r>
              <w:rPr>
                <w:b w:val="0"/>
                <w:i w:val="0"/>
                <w:sz w:val="19"/>
              </w:rPr>
              <w:t>Các nhà lãnh đạo kéo người của mình đi xuống</w:t>
            </w:r>
          </w:p>
        </w:tc>
      </w:tr>
    </w:tbl>
    <w:p>
      <w:pPr>
        <w:spacing w:after="0"/>
      </w:pPr>
    </w:p>
    <w:p>
      <w:pPr>
        <w:spacing w:after="80"/>
      </w:pPr>
      <w:r>
        <w:rPr>
          <w:b w:val="0"/>
          <w:i w:val="0"/>
        </w:rPr>
        <w:t>Vậy là giờ bạn đã hiểu vì sao tôi buồn với tư cách một nhà lãnh đạo. Hôm nay, tôi thấy trong thế giới lãnh đạo có nhiều người sa ngã hơn là vươn lên. Nỗi buồn ấy đã thôi thúc tôi viết nên cuốn sách này.</w:t>
      </w:r>
    </w:p>
    <w:p>
      <w:pPr>
        <w:pStyle w:val="Heading2"/>
      </w:pPr>
      <w:r>
        <w:rPr>
          <w:rFonts w:ascii="Calibri" w:hAnsi="Calibri"/>
          <w:b/>
          <w:i w:val="0"/>
          <w:sz w:val="32"/>
        </w:rPr>
        <w:t>TÌM CÁCH CHIA RẼ</w:t>
      </w:r>
    </w:p>
    <w:p>
      <w:pPr>
        <w:spacing w:after="80"/>
      </w:pPr>
      <w:r>
        <w:rPr>
          <w:b w:val="0"/>
          <w:i w:val="0"/>
        </w:rPr>
        <w:t>Đáng tiếc thay, ở Hoa Kỳ, chính trị đặt ra chuẩn mực cho cách người ta đối xử với nhau, và chuẩn mực đó không hề tích cực. Bạn có thể dễ dàng thấy sự thay đổi nơi các nhà lãnh đạo ở tầng cao nhất qua các kỳ bầu cử tổng thống. Trước đây, các ứng viên sẽ đấu tranh quyết liệt với nhau, nhưng sau bầu cử, họ sẽ ghi nhận nỗ lực của nhau, bắt tay và nói: "Trận đấu hay lắm." Rồi họ làm việc với mọi người từ cả hai phía cho đến kỳ bầu cử tiếp theo. Nó giống như một trận quyền anh hay một trận võ thuật tổng hợp, nơi hai võ sĩ đánh nhau tơi bời nhưng cuối cùng vẫn thể hiện tinh thần thể thao cao thượng bằng một cái bắt tay. Họ tôn trọng sự tận tụy và hy sinh của đối phương, và nhờ vậy, họ cảm nhận được một tình anh em, chị em, bởi cả hai đều là những chiến binh và đều biết cần gì để bước vào võ đài. Điều đó có thể tạo nên một sợi dây gắn kết tự nhiên.</w:t>
      </w:r>
    </w:p>
    <w:p>
      <w:pPr>
        <w:spacing w:after="80"/>
      </w:pPr>
      <w:r>
        <w:rPr>
          <w:b w:val="0"/>
          <w:i w:val="0"/>
        </w:rPr>
        <w:t xml:space="preserve">Ngày nay, chính trị không còn giống thể thao nữa mà giống chiến tranh hơn. Các chính trị gia đấu tranh quyết liệt và chẳng mấy tôn trọng đối thủ của mình. Một số người dường như thực sự căm ghét nhau. Khi cuộc đua kết thúc, thái độ của họ dường như là: "Tôi đã chiến đấu hết mình. Tôi thắng. Các người không xứng đáng có tiếng nói. Phe các người phải phục tùng tôi!" Chẳng trách một cuộc thăm dò gần đây cho thấy 63 phần trăm người Mỹ có rất ít niềm tin vào các quan chức được bầu, 67 phần trăm có "không mấy" hoặc "không hề" tin tưởng vào chính phủ liên bang, và 70 phần trăm tin rằng việc người ta ít tin nhau hơn khiến việc giải quyết các vấn đề của đất nước trở nên khó khăn hơn. Đáng tiếc thay, cùng lúc đó, người ta nhìn vào chính trị và nghĩ rằng, </w:t>
      </w:r>
      <w:r>
        <w:rPr>
          <w:b w:val="0"/>
          <w:i/>
        </w:rPr>
        <w:t>Đây là cách chúng ta nên làm mọi việc</w:t>
      </w:r>
      <w:r>
        <w:rPr>
          <w:b w:val="0"/>
          <w:i w:val="0"/>
        </w:rPr>
        <w:t>, rồi họ làm theo. Thật là một mớ hỗn độn! Chúng ta không thể xây dựng bất cứ điều gì đáng giá trên nền tảng của sự thù hận. Như Maya Angelou đã nói: "Thù hận đã gây ra bao nhiêu vấn đề trên thế giới nhưng chưa từng giải quyết được một vấn đề nào."</w:t>
      </w:r>
    </w:p>
    <w:p>
      <w:pPr>
        <w:pStyle w:val="Heading2"/>
      </w:pPr>
      <w:r>
        <w:rPr>
          <w:rFonts w:ascii="Calibri" w:hAnsi="Calibri"/>
          <w:b/>
          <w:i w:val="0"/>
          <w:sz w:val="32"/>
        </w:rPr>
        <w:t>SỰ THIẾU TÔN TRỌNG ĐÃ TRỞ NÊN PHỔ BIẾN</w:t>
      </w:r>
    </w:p>
    <w:p>
      <w:pPr>
        <w:spacing w:after="80"/>
      </w:pPr>
      <w:r>
        <w:rPr>
          <w:b w:val="0"/>
          <w:i w:val="0"/>
        </w:rPr>
        <w:t xml:space="preserve">Khuynh hướng đấu đá và thiếu tôn trọng người khác này đã lan rộng và thấm vào gần như mọi khía cạnh của cuộc sống. Việc chúng ta hợp tác với nhau và hoàn thành những mục tiêu đáng giá ngày càng trở nên khó khăn. Thống đốc bang Illinois, JB Pritzker, đã chỉ ra cách người ta đối xử tiêu cực với nhau trong một bài phát biểu lễ tốt nghiệp dành cho sinh viên tốt nghiệp năm 2023 tại Đại học Northwestern. Để mua vui cho khán giả, ông đã dùng những câu trích dẫn từ chương trình truyền hình Mỹ </w:t>
      </w:r>
      <w:r>
        <w:rPr>
          <w:b w:val="0"/>
          <w:i/>
        </w:rPr>
        <w:t>The Office</w:t>
      </w:r>
      <w:r>
        <w:rPr>
          <w:b w:val="0"/>
          <w:i w:val="0"/>
        </w:rPr>
        <w:t xml:space="preserve">. Một câu trích dẫn của nhân vật hư cấu Dwight Schrute đã thu hút rất nhiều sự chú ý: "Mỗi khi tôi sắp làm điều gì đó, tôi nghĩ, </w:t>
      </w:r>
      <w:r>
        <w:rPr>
          <w:b w:val="0"/>
          <w:i/>
        </w:rPr>
        <w:t>Một kẻ ngốc có làm điều đó không?</w:t>
      </w:r>
      <w:r>
        <w:rPr>
          <w:b w:val="0"/>
          <w:i w:val="0"/>
        </w:rPr>
        <w:t xml:space="preserve"> Và nếu họ có làm, thì tôi sẽ không làm điều đó." Pritzker tiếp tục giải thích rằng "những kiểu kẻ ngốc tồi tệ nhất" chính là những người tàn nhẫn với người khác:</w:t>
      </w:r>
    </w:p>
    <w:p>
      <w:pPr>
        <w:spacing w:after="80"/>
      </w:pPr>
      <w:r>
        <w:rPr>
          <w:b w:val="0"/>
          <w:i w:val="0"/>
        </w:rPr>
        <w:t>Trong những năm gần đây, không biết từ lúc nào, xã hội chúng ta đã tin rằng sự tàn nhẫn được vũ khí hóa là một phần của một kế hoạch tổng thể được tính toán kỹ lưỡng nào đó. Sự tàn nhẫn được một số người xem như một cây gậy khéo léo để giành quyền lực. Sự đồng cảm và lòng tốt bị coi là yếu đuối. Nhiều người quan trọng chỉ nhìn những người yếu thế như những bậc thang để leo lên đỉnh. Tôi ở đây để nói với các bạn rằng khi con đường của một người qua thế giới này được đánh dấu bằng những hành động tàn nhẫn, thì người đó đã trượt bài kiểm tra đầu tiên của một xã hội tiên tiến. Họ chưa bao giờ buộc bộ não động vật của mình tiến hóa vượt qua bản năng đầu tiên. Họ chưa bao giờ tạo ra những lối mòn tư duy mới để vượt qua nỗi sợ hãi bản năng của chính mình, và vì thế, cách suy nghĩ và giải quyết vấn đề của họ sẽ thiếu đi trí tưởng tượng và sự sáng tạo mà những người tử tế nhất có dư thừa.</w:t>
      </w:r>
    </w:p>
    <w:p>
      <w:pPr>
        <w:spacing w:after="80"/>
      </w:pPr>
      <w:r>
        <w:rPr>
          <w:b w:val="0"/>
          <w:i w:val="0"/>
        </w:rPr>
        <w:t>Qua nhiều năm hoạt động trong chính trị và kinh doanh, tôi nhận thấy một điều luôn đúng trong mọi trường hợp: người tử tế nhất trong phòng thường là người thông minh nhất.</w:t>
      </w:r>
    </w:p>
    <w:p>
      <w:pPr>
        <w:spacing w:after="80"/>
      </w:pPr>
      <w:r>
        <w:rPr>
          <w:b w:val="0"/>
          <w:i w:val="0"/>
        </w:rPr>
        <w:t>Lòng tốt, sự chu đáo và sự đồng cảm từng là chuẩn mực tối thiểu trong cách cư xử khi chúng ta tương tác với nhau, nhưng quá nhiều người không còn đón nhận và thực hành những giá trị đó nữa. Theo Gallup, 50 phần trăm người Mỹ đánh giá tình trạng chung của các giá trị đạo đức ở Mỹ là kém. Và hơn 75 phần trăm người Mỹ tin rằng đạo đức đang ngày càng tồi tệ hơn. Họ cho rằng vấn đề lớn nhất là sự thiếu quan tâm đến người khác. Và dựa trên kinh nghiệm đi khắp thế giới của mình, tôi đoán các số liệu thống kê ở những quốc gia khác cũng sẽ tương tự, hoặc trong một số trường hợp, thậm chí còn tệ hơn.</w:t>
      </w:r>
    </w:p>
    <w:p>
      <w:pPr>
        <w:spacing w:after="80"/>
      </w:pPr>
      <w:r>
        <w:rPr>
          <w:b w:val="0"/>
          <w:i w:val="0"/>
        </w:rPr>
        <w:t xml:space="preserve">Người ta vốn luôn bất đồng với nhau. Hãy nói chuyện với bất kỳ ai trên thế giới, và bạn đều có thể tìm ra </w:t>
      </w:r>
      <w:r>
        <w:rPr>
          <w:b w:val="0"/>
          <w:i/>
        </w:rPr>
        <w:t>điều gì đó</w:t>
      </w:r>
      <w:r>
        <w:rPr>
          <w:b w:val="0"/>
          <w:i w:val="0"/>
        </w:rPr>
        <w:t xml:space="preserve"> mà bạn không đồng ý. Tại sao chúng ta lại để điều đó làm phiền mình? Margaret và tôi yêu nhau tha thiết và đã kết hôn hơn năm mươi năm, vậy mà chúng tôi không đồng ý với nhau về mọi thứ. CEO của tôi, Mark Cole, và tôi không đồng ý với nhau về mọi thứ, vậy mà chúng tôi đã làm việc ăn ý với nhau mỗi ngày trong hơn hai mươi năm. Những gì chúng tôi đạt được cùng nhau thật đáng kể. Không ai đồng ý với nhau về mọi thứ, và không ai đúng mọi lúc.</w:t>
      </w:r>
    </w:p>
    <w:p>
      <w:pPr>
        <w:pStyle w:val="Heading2"/>
      </w:pPr>
      <w:r>
        <w:rPr>
          <w:rFonts w:ascii="Calibri" w:hAnsi="Calibri"/>
          <w:b/>
          <w:i w:val="0"/>
          <w:sz w:val="32"/>
        </w:rPr>
        <w:t>BẤT ĐỒNG? THƯỜNG XUYÊN. THIẾU TÔN TRỌNG? KHÔNG BAO GIỜ!</w:t>
      </w:r>
    </w:p>
    <w:p>
      <w:pPr>
        <w:spacing w:after="80"/>
      </w:pPr>
      <w:r>
        <w:rPr>
          <w:b w:val="0"/>
          <w:i w:val="0"/>
        </w:rPr>
        <w:t>Một trong những lý do khiến chúng ta không đến với nhau và hợp tác với nhau là vì chúng ta không còn nhìn những người ở phía bên kia như những người chỉ đơn thuần bất đồng quan điểm. Chúng ta nhìn họ như những con người khó chịu. Chúng ta cho rằng động cơ của họ là sai trái. Và ngay khoảnh khắc chúng ta nghĩ động cơ của một người là sai trái, chúng ta mất đi lòng tin.</w:t>
      </w:r>
    </w:p>
    <w:p>
      <w:pPr>
        <w:spacing w:after="80"/>
      </w:pPr>
      <w:r>
        <w:rPr>
          <w:b w:val="0"/>
          <w:i w:val="0"/>
        </w:rPr>
        <w:t xml:space="preserve">Có một sự khác biệt lớn giữa việc tin rằng </w:t>
      </w:r>
      <w:r>
        <w:rPr>
          <w:b w:val="0"/>
          <w:i/>
        </w:rPr>
        <w:t>ý tưởng</w:t>
      </w:r>
      <w:r>
        <w:rPr>
          <w:b w:val="0"/>
          <w:i w:val="0"/>
        </w:rPr>
        <w:t xml:space="preserve"> của phía bên kia là sai và việc tin rằng </w:t>
      </w:r>
      <w:r>
        <w:rPr>
          <w:b w:val="0"/>
          <w:i/>
        </w:rPr>
        <w:t>động cơ</w:t>
      </w:r>
      <w:r>
        <w:rPr>
          <w:b w:val="0"/>
          <w:i w:val="0"/>
        </w:rPr>
        <w:t xml:space="preserve"> của họ là sai. Nếu tôi nghĩ rằng người ta sai trong quan điểm hay ý tưởng của họ, tôi sẽ sẵn lòng tham gia thảo luận và tìm kiếm điểm chung. Tuy nhiên, nếu tôi nghĩ rằng động cơ của họ là sai, tôi sẽ vạch ranh giới, dựng bức tường và từ chối tham gia vào bất kỳ cuộc trò chuyện tích cực nào, bởi tôi tin rằng họ có ý làm hại. Thế là mối quan hệ chấm dứt.</w:t>
      </w:r>
    </w:p>
    <w:p>
      <w:pPr>
        <w:spacing w:after="80"/>
      </w:pPr>
      <w:r>
        <w:rPr>
          <w:b w:val="0"/>
          <w:i w:val="0"/>
        </w:rPr>
        <w:t xml:space="preserve">Hầu hết chúng ta ngày nay dường như sở hữu một thiên kiến xác nhận (confirmation bias) rất mạnh mẽ. Chúng ta tìm kiếm thông tin và dữ liệu xác nhận những gì mình đã tin, phớt lờ tất cả phần còn lại. Chúng ta lắng nghe những chuyên gia có quan điểm xác nhận quan điểm của chính mình. Chúng ta không muốn tiếp nhận hay cân nhắc những quan điểm đối lập. Chúng ta muốn quan điểm </w:t>
      </w:r>
      <w:r>
        <w:rPr>
          <w:b w:val="0"/>
          <w:i/>
        </w:rPr>
        <w:t>của mình</w:t>
      </w:r>
      <w:r>
        <w:rPr>
          <w:b w:val="0"/>
          <w:i w:val="0"/>
        </w:rPr>
        <w:t xml:space="preserve"> được khẳng định.</w:t>
      </w:r>
    </w:p>
    <w:p>
      <w:pPr>
        <w:spacing w:after="80"/>
      </w:pPr>
      <w:r>
        <w:rPr>
          <w:b w:val="0"/>
          <w:i w:val="0"/>
        </w:rPr>
        <w:t>Những nhà lãnh đạo giỏi cần vượt lên trên thái độ này và giúp những người họ dẫn dắt cũng làm như vậy. Bằng cách nào? Chúng ta cần sở hữu một thiên kiến hợp tác (collaboration bias) mạnh mẽ. Chúng ta cần mang mọi người lại với nhau để gia tăng sự hiểu biết lẫn nhau và mở rộng góc nhìn của mình.</w:t>
      </w:r>
    </w:p>
    <w:p>
      <w:pPr>
        <w:spacing w:after="80"/>
      </w:pPr>
      <w:r>
        <w:rPr>
          <w:b w:val="0"/>
          <w:i w:val="0"/>
        </w:rPr>
        <w:t>Những nhà lãnh đạo giỏi gánh vác trách nhiệm tìm ra câu trả lời tốt nhất cho bất kỳ thách thức hay vấn đề nào. Họ hiểu rằng có thể chính họ, đội ngũ của họ, hay "phe" của họ đều không biết đâu là giải pháp tốt nhất. Vì vậy, họ cam kết giữ tâm trí rộng mở và lắng nghe mọi người, kể cả những người phản đối họ hoặc đứng về phía bên kia. Điều này đúng trong bất kỳ hoàn cảnh nào. Bill Haslam, một người thành công cả trong kinh doanh lẫn chính quyền, nơi ông đã phục vụ hai nhiệm kỳ thị trưởng Knoxville và hai nhiệm kỳ thống đốc bang Tennessee, tin rằng nhiệm vụ đó dễ hơn trong các tổ chức kinh doanh so với khu vực công. Ông nhận xét: "Trong một công ty được điều hành tốt, lực lượng lao động, ban lãnh đạo và hội đồng quản trị đều thống nhất về mục đích và sứ mệnh của doanh nghiệp. Điều đó không đúng trong chính quyền. Trong chính quyền, gần như có bao nhiêu công dân thì có bấy nhiêu tầm nhìn về những gì chính quyền nên làm và nên là. Thường thì, lãnh đạo trong chính quyền nghĩa là cân bằng giữa những lợi ích chính đáng đang cạnh tranh nhau." Dù hoàn cảnh thế nào, nếu muốn trở thành nhà lãnh đạo giỏi, chúng ta phải ngồi vào bàn, ngồi ở giữa mà không chọn phe, lắng nghe người khác và nỗ lực gắn kết mọi người lại với nhau.</w:t>
      </w:r>
    </w:p>
    <w:p>
      <w:pPr>
        <w:pStyle w:val="Heading2"/>
      </w:pPr>
      <w:r>
        <w:rPr>
          <w:rFonts w:ascii="Calibri" w:hAnsi="Calibri"/>
          <w:b/>
          <w:i w:val="0"/>
          <w:sz w:val="32"/>
        </w:rPr>
        <w:t>CHÚNG TA CẦN NHAU</w:t>
      </w:r>
    </w:p>
    <w:p>
      <w:pPr>
        <w:spacing w:after="80"/>
      </w:pPr>
      <w:r>
        <w:rPr>
          <w:b w:val="0"/>
          <w:i w:val="0"/>
        </w:rPr>
        <w:t xml:space="preserve">Nếu bạn là một nhà lãnh đạo và bạn để mình bị cuốn vào việc chọn phe và chống lại những nhóm người khác, bạn đang tự giới hạn khả năng lãnh đạo của mình. Là nhà lãnh đạo, tất cả chúng ta đều </w:t>
      </w:r>
      <w:r>
        <w:rPr>
          <w:b w:val="0"/>
          <w:i/>
        </w:rPr>
        <w:t>cần</w:t>
      </w:r>
      <w:r>
        <w:rPr>
          <w:b w:val="0"/>
          <w:i w:val="0"/>
        </w:rPr>
        <w:t xml:space="preserve"> những người ở phía bên kia. Phe của chúng ta không có mọi câu trả lời. Tin rằng mình có thì là kiêu ngạo. Tôi không phải lúc nào cũng đúng, và bạn cũng vậy. Và những người ở "phía bên kia" không phải lúc nào cũng sai. Nếu bạn không lắng nghe họ, bạn đang thu hẹp tầm ảnh hưởng và giới hạn tác động của mình. Nếu bạn không thể làm việc với những người không đồng ý với bạn, bạn sẽ không bao giờ trở thành nhà lãnh đạo mà bạn có thể trở thành. Sẽ không ai thuyết phục được tôi rằng bạn chỉ cần chọn một nửa số người mà vẫn hoàn thành được nhiều việc như khi bạn nỗ lực lãnh đạo </w:t>
      </w:r>
      <w:r>
        <w:rPr>
          <w:b w:val="0"/>
          <w:i/>
        </w:rPr>
        <w:t>tất cả</w:t>
      </w:r>
      <w:r>
        <w:rPr>
          <w:b w:val="0"/>
          <w:i w:val="0"/>
        </w:rPr>
        <w:t xml:space="preserve"> mọi người.</w:t>
      </w:r>
    </w:p>
    <w:p>
      <w:pPr>
        <w:spacing w:after="80"/>
      </w:pPr>
      <w:r>
        <w:rPr>
          <w:b w:val="0"/>
          <w:i w:val="0"/>
        </w:rPr>
        <w:t xml:space="preserve">Bạn đánh mất cách làm </w:t>
      </w:r>
      <w:r>
        <w:rPr>
          <w:b w:val="0"/>
          <w:i/>
        </w:rPr>
        <w:t>tốt nhất</w:t>
      </w:r>
      <w:r>
        <w:rPr>
          <w:b w:val="0"/>
          <w:i w:val="0"/>
        </w:rPr>
        <w:t xml:space="preserve"> khi bạn luôn phải làm theo cách của </w:t>
      </w:r>
      <w:r>
        <w:rPr>
          <w:b w:val="0"/>
          <w:i/>
        </w:rPr>
        <w:t>riêng mình</w:t>
      </w:r>
      <w:r>
        <w:rPr>
          <w:b w:val="0"/>
          <w:i w:val="0"/>
        </w:rPr>
        <w:t>. Nếu bạn cố thủ ở một phía và dành thời gian đấu tranh cho nó, cuối cùng mọi người đều thua. Con đường của sự ngờ vực và chia rẽ này sẽ không bao giờ dẫn chúng ta đến bất cứ nơi nào chúng ta muốn đến. Chúng ta không thể chia rẽ con người mà vẫn mong đạt được kết quả tích cực. Đối thoại và hợp tác sẽ luôn đưa ra câu trả lời tốt hơn sự cô lập và loại trừ.</w:t>
      </w:r>
    </w:p>
    <w:p>
      <w:pPr>
        <w:spacing w:after="80"/>
      </w:pPr>
      <w:r>
        <w:rPr>
          <w:b w:val="0"/>
          <w:i w:val="0"/>
        </w:rPr>
        <w:t>Hãy đối mặt với sự thật. Dễ tìm được sự đồng thuận hơn với những người giống bạn, những người cùng chống lại những điều mà bạn chống lại. Chính trị ngày nay được xây dựng trên việc tập hợp mọi người quanh những gì họ chống lại. Các ứng viên được huấn luyện để xây dựng bài diễn văn vận động tranh cử của mình dựa trên những gì sai trái, vì điều đó khơi dậy phản ứng cảm xúc mạnh mẽ hơn ở cử tri. Từ đó, chính trị gia hy vọng thực hiện một cuộc giao dịch: "Hãy bỏ phiếu cho tôi, và tôi sẽ làm gì đó về thứ mà chúng ta cùng căm ghét này." Nhưng khi các nhà lãnh đạo chọn phe, xây dựng cuộc sống của mình trên những gì họ chống lại, và thắng lợi bằng cái giá của người khác, điều đó tạo ra một môi trường và văn hóa của kẻ có và người không. Kẻ thắng được chiến lợi phẩm, kẻ thua bị gạt ra rìa, và những người nắm quyền làm bất cứ điều gì họ có thể để đạt được ý mình và giữ quyền lực. Đây là điều nhiều người da trắng ở Hoa Kỳ đã làm trong thời kỳ nô lệ, thời kỳ Tái thiết và thời kỳ Jim Crow. Đây là điều nhiều nhà lãnh đạo ngày nay làm ở các nước đang phát triển và các quốc gia có chế độ độc tài. Ai nắm quyền thì mô tả phe mình là đúng, còn phe kia là sai và thấp kém.</w:t>
      </w:r>
    </w:p>
    <w:p>
      <w:pPr>
        <w:spacing w:after="80"/>
      </w:pPr>
      <w:r>
        <w:rPr>
          <w:b w:val="0"/>
          <w:i w:val="0"/>
        </w:rPr>
        <w:t>Khi nhìn vào tình trạng lãnh đạo hiện nay, nếu chúng ta nghĩ rằng tất cả những vấn đề này đều do "phía bên kia" tạo ra, thì chúng ta đang hiểu sai vấn đề. Nếu chúng ta muốn một nền văn hóa tốt hơn, một đất nước tốt hơn và một thế giới tốt hơn, chúng ta cần nhìn vào gương và nhận ra những đóng góp của chính mình vào sự chia rẽ mà chúng ta đang trải qua. Chúng ta cần thay đổi trái tim và khối óc trong cách chúng ta đối xử với mọi người. Thay vì mở rộng vực thẳm giữa chúng ta, chúng ta cần xây những cây cầu và tiến về phía người khác trong khi tìm kiếm điểm chung. Cách để làm điều đó là trở thành một nhà lãnh đạo chọn con đường cao thượng. Đó chính là nội dung của cuốn sách này.</w:t>
      </w:r>
    </w:p>
    <w:p>
      <w:pPr>
        <w:pStyle w:val="Heading2"/>
      </w:pPr>
      <w:r>
        <w:rPr>
          <w:rFonts w:ascii="Calibri" w:hAnsi="Calibri"/>
          <w:b/>
          <w:i w:val="0"/>
          <w:sz w:val="32"/>
        </w:rPr>
        <w:t>BA CON ĐƯỜNG CHÚNG TA CÓ THỂ CHỌN</w:t>
      </w:r>
    </w:p>
    <w:p>
      <w:pPr>
        <w:spacing w:after="80"/>
      </w:pPr>
      <w:r>
        <w:rPr>
          <w:b w:val="0"/>
          <w:i w:val="0"/>
        </w:rPr>
        <w:t>Tôi tin rằng con người chọn một trong ba con đường khi tương tác với người khác: con đường thấp, con đường giữa, hoặc con đường cao. Khi tôi mô tả chúng, bạn sẽ nhận ra những người bạn biết dựa trên cách họ đối xử với người khác. Hãy bắt đầu với con đường giữa vì đó là nơi hầu hết mọi người có xu hướng đi.</w:t>
      </w:r>
    </w:p>
    <w:p>
      <w:pPr>
        <w:pStyle w:val="Heading3"/>
      </w:pPr>
      <w:r>
        <w:rPr>
          <w:rFonts w:ascii="Calibri" w:hAnsi="Calibri"/>
          <w:b/>
          <w:i w:val="0"/>
          <w:sz w:val="26"/>
        </w:rPr>
        <w:t>Con đường giữa</w:t>
      </w:r>
    </w:p>
    <w:p>
      <w:pPr>
        <w:spacing w:after="80"/>
      </w:pPr>
      <w:r>
        <w:rPr>
          <w:b w:val="0"/>
          <w:i w:val="0"/>
        </w:rPr>
        <w:t xml:space="preserve">Khi đi con đường giữa, chúng ta coi trọng sự công bằng. Chúng ta sẵn lòng cho đi và nhận lại để giữ mọi thứ cân bằng. Chúng ta nghĩ, </w:t>
      </w:r>
      <w:r>
        <w:rPr>
          <w:b w:val="0"/>
          <w:i/>
        </w:rPr>
        <w:t>Tôi đã nhận được chừng này, nên tôi nên cho đi chừng ấy</w:t>
      </w:r>
      <w:r>
        <w:rPr>
          <w:b w:val="0"/>
          <w:i w:val="0"/>
        </w:rPr>
        <w:t>. Chúng ta sẵn sàng thỏa hiệp—miễn là chúng ta nhận được ít nhất bằng những gì chúng ta cho đi, và chúng ta thích được nhận phần của mình trước.</w:t>
      </w:r>
    </w:p>
    <w:p>
      <w:pPr>
        <w:spacing w:after="80"/>
      </w:pPr>
      <w:r>
        <w:rPr>
          <w:b w:val="0"/>
          <w:i w:val="0"/>
        </w:rPr>
        <w:t>Điều đó có thể hiệu quả nếu chúng ta đang cố gắng tích cực, dù kiểu tư duy này có giới hạn vì nó rất mang tính giao dịch. Còn về mặt tiêu cực thì sao? Khi những người đi con đường giữa bị tổn thương hoặc bị lợi dụng, phản ứng tự nhiên của họ là trả đũa một cách tương xứng. Luật Cựu Ước nói rằng: "Nhưng nếu có thương tích nghiêm trọng, thì ngươi phải lấy mạng đền mạng, mắt đền mắt, răng đền răng, tay đền tay, chân đền chân, phỏng đền phỏng, vết thương đền vết thương, bầm tím đền bầm tím." Nhưng điều đó không gắn kết con người lại với nhau. Như Mahatma Gandhi được cho là đã nói: "Lấy mắt đền mắt sẽ khiến cả thế giới mù lòa."</w:t>
      </w:r>
    </w:p>
    <w:p>
      <w:pPr>
        <w:spacing w:after="80"/>
      </w:pPr>
      <w:r>
        <w:rPr>
          <w:b w:val="0"/>
          <w:i w:val="0"/>
        </w:rPr>
        <w:t>Tôi hiểu tại sao nhiều người chọn con đường giữa. Nó hợp lý. Nó dường như hứa hẹn sự an toàn. Chúng ta có thể tính toán những gì mình cho và những gì mình nhận để cố giữ mọi thứ cân bằng. Chúng ta có thể tìm kiếm công lý khi bị đối xử sai trái. Khi các chính phủ dân chủ vận hành tốt, các nhà lãnh đạo của họ thường đi con đường giữa, với mọi người ngồi vào bàn sẵn sàng thỏa hiệp. Họ sẽ cho đi điều gì đó để nhận lại điều gì đó.</w:t>
      </w:r>
    </w:p>
    <w:p>
      <w:pPr>
        <w:spacing w:after="80"/>
      </w:pPr>
      <w:r>
        <w:rPr>
          <w:b w:val="0"/>
          <w:i w:val="0"/>
        </w:rPr>
        <w:t xml:space="preserve">Nhưng tư duy con đường giữa có những mặt trái. Chúng ta </w:t>
      </w:r>
      <w:r>
        <w:rPr>
          <w:b w:val="0"/>
          <w:i/>
        </w:rPr>
        <w:t>có thể</w:t>
      </w:r>
      <w:r>
        <w:rPr>
          <w:b w:val="0"/>
          <w:i w:val="0"/>
        </w:rPr>
        <w:t xml:space="preserve"> sẵn lòng làm việc với những người ở phía bên kia, nhưng chúng ta muốn phía bên kia phải ra tay trước. Chúng ta muốn </w:t>
      </w:r>
      <w:r>
        <w:rPr>
          <w:b w:val="0"/>
          <w:i/>
        </w:rPr>
        <w:t>họ</w:t>
      </w:r>
      <w:r>
        <w:rPr>
          <w:b w:val="0"/>
          <w:i w:val="0"/>
        </w:rPr>
        <w:t xml:space="preserve"> lắng nghe trước, rồi có lẽ chúng ta sẽ quyết định lắng nghe luôn. Chúng ta muốn </w:t>
      </w:r>
      <w:r>
        <w:rPr>
          <w:b w:val="0"/>
          <w:i/>
        </w:rPr>
        <w:t>họ</w:t>
      </w:r>
      <w:r>
        <w:rPr>
          <w:b w:val="0"/>
          <w:i w:val="0"/>
        </w:rPr>
        <w:t xml:space="preserve"> công nhận những ý tưởng hay mà phe chúng ta đưa ra trước, rồi có lẽ chúng ta sẽ cởi mở với ý tưởng của họ. Chúng ta muốn </w:t>
      </w:r>
      <w:r>
        <w:rPr>
          <w:b w:val="0"/>
          <w:i/>
        </w:rPr>
        <w:t>họ</w:t>
      </w:r>
      <w:r>
        <w:rPr>
          <w:b w:val="0"/>
          <w:i w:val="0"/>
        </w:rPr>
        <w:t xml:space="preserve"> công bằng trước, thay đổi trước, mang lại công lý cho chúng ta trước, và sửa chữa mọi thứ trước. Sau đó—có lẽ—chúng ta sẽ đối xử với họ theo cách tương tự. Cho đến lúc đó, chúng ta chờ đợi. Và đáng buồn thay, chúng ta thường tiếp tục chờ đợi.</w:t>
      </w:r>
    </w:p>
    <w:p>
      <w:pPr>
        <w:spacing w:after="80"/>
      </w:pPr>
      <w:r>
        <w:rPr>
          <w:b w:val="0"/>
          <w:i w:val="0"/>
        </w:rPr>
        <w:t>Một mặt trái khác của con đường giữa là nếu chúng ta đi theo nó, chúng ta sẽ luôn tính toán và ghi điểm. Điều nhiều người không biết là họ đang bỏ lỡ cả một tầng bậc của cuộc sống mà không thể đạt được qua tính toán. Họ đang bỏ lỡ phước lành lớn lao hơn đến từ việc sống và cho đi trên con đường cao.</w:t>
      </w:r>
    </w:p>
    <w:p>
      <w:pPr>
        <w:pStyle w:val="Heading3"/>
      </w:pPr>
      <w:r>
        <w:rPr>
          <w:rFonts w:ascii="Calibri" w:hAnsi="Calibri"/>
          <w:b/>
          <w:i w:val="0"/>
          <w:sz w:val="26"/>
        </w:rPr>
        <w:t>Con đường thấp</w:t>
      </w:r>
    </w:p>
    <w:p>
      <w:pPr>
        <w:spacing w:after="80"/>
      </w:pPr>
      <w:r>
        <w:rPr>
          <w:b w:val="0"/>
          <w:i w:val="0"/>
        </w:rPr>
        <w:t>Trước khi xem xét con đường cao, hãy nhìn vào con đường thấp. Ở nơi những người đi con đường giữa phấn đấu vì sự công bằng, thì những người đi con đường thấp chỉ nghĩ đến bản thân mình. Trên con đường thấp, họ chỉ lo cho số một, như câu nói xưa vẫn nói. Thật vậy, tất cả chúng ta bẩm sinh đều ích kỷ. Tôi biết tôi như vậy. Nhưng những nhà lãnh đạo con đường thấp lấy từ người khác mà thậm chí không nghĩ đến việc cho lại điều gì. Tại sao? Bởi vì họ tin rằng lấy là cách duy nhất để có được điều họ muốn. Nếu họ không làm bất cứ điều gì cần thiết để có được điều mình khao khát, họ tin rằng mình sẽ bị bỏ rơi hoặc bị bỏ lại phía sau.</w:t>
      </w:r>
    </w:p>
    <w:p>
      <w:pPr>
        <w:spacing w:after="80"/>
      </w:pPr>
      <w:r>
        <w:rPr>
          <w:b w:val="0"/>
          <w:i w:val="0"/>
        </w:rPr>
        <w:t xml:space="preserve">Tôi cũng nhận thấy rằng ngày càng nhiều người đi theo con đường thấp nghĩ rằng thế giới </w:t>
      </w:r>
      <w:r>
        <w:rPr>
          <w:b w:val="0"/>
          <w:i/>
        </w:rPr>
        <w:t>mắc nợ</w:t>
      </w:r>
      <w:r>
        <w:rPr>
          <w:b w:val="0"/>
          <w:i w:val="0"/>
        </w:rPr>
        <w:t xml:space="preserve"> họ. Họ xem mình là nạn nhân. Vậy nên khi lấy đi thứ gì đó từ người khác, họ tin rằng mình đang đòi lại công bằng hoặc làm cho thế giới công bằng hơn với chính họ. Nhưng vì họ liên tục lấy từ người khác để có được điều mình muốn, họ thực ra đang làm cho thế giới </w:t>
      </w:r>
      <w:r>
        <w:rPr>
          <w:b w:val="0"/>
          <w:i/>
        </w:rPr>
        <w:t>kém công bằng hơn</w:t>
      </w:r>
      <w:r>
        <w:rPr>
          <w:b w:val="0"/>
          <w:i w:val="0"/>
        </w:rPr>
        <w:t>. Họ đang lợi dụng người khác vì lợi ích của bản thân hoặc phe nhóm mình. Và khi những người đi con đường thấp nắm giữ vị trí lãnh đạo, họ còn gây tổn hại lớn hơn nữa vì họ xem nhẹ giá trị của người khác. Họ coi thường, chỉ trích và hạ bệ người khác để đạt được điều mình muốn hoặc giữ thế thượng phong.</w:t>
      </w:r>
    </w:p>
    <w:p>
      <w:pPr>
        <w:spacing w:after="80"/>
      </w:pPr>
      <w:r>
        <w:rPr>
          <w:b w:val="0"/>
          <w:i w:val="0"/>
        </w:rPr>
        <w:t xml:space="preserve">Những nhà lãnh đạo đi con đường thấp lợi dụng khoảng cách chia rẽ con người. Nếu có thể, họ sẽ </w:t>
      </w:r>
      <w:r>
        <w:rPr>
          <w:b w:val="0"/>
          <w:i/>
        </w:rPr>
        <w:t>mở rộng</w:t>
      </w:r>
      <w:r>
        <w:rPr>
          <w:b w:val="0"/>
          <w:i w:val="0"/>
        </w:rPr>
        <w:t xml:space="preserve"> nó ra. Nếu không thể, họ sẽ bằng lòng với việc nói về việc nó sâu đến đâu, rộng đến đâu và không thể bắc cầu qua được. Họ không </w:t>
      </w:r>
      <w:r>
        <w:rPr>
          <w:b w:val="0"/>
          <w:i/>
        </w:rPr>
        <w:t>muốn</w:t>
      </w:r>
      <w:r>
        <w:rPr>
          <w:b w:val="0"/>
          <w:i w:val="0"/>
        </w:rPr>
        <w:t xml:space="preserve"> xây cầu. Họ giữ người ta chia rẽ nhiều nhất có thể vì họ tin rằng điều đó sẽ giúp họ duy trì vị trí và quyền lực mà mình đang có.</w:t>
      </w:r>
    </w:p>
    <w:p>
      <w:pPr>
        <w:spacing w:after="80"/>
      </w:pPr>
      <w:r>
        <w:rPr>
          <w:b w:val="0"/>
          <w:i w:val="0"/>
        </w:rPr>
        <w:t>Những người đi con đường thấp có thể hút cạn sinh lực của người khác vì họ chỉ nghĩ đến bản thân và việc đạt được điều mình muốn. Trớ trêu thay, dù liên tục lấy đi, họ chẳng bao giờ thấy đủ. Họ sống trong trạng thái thiếu thốn triền miên. Càng lấy được nhiều, họ càng muốn nhiều hơn. Vòng luẩn quẩn này không bao giờ kết thúc.</w:t>
      </w:r>
    </w:p>
    <w:p>
      <w:pPr>
        <w:pStyle w:val="Heading3"/>
      </w:pPr>
      <w:r>
        <w:rPr>
          <w:rFonts w:ascii="Calibri" w:hAnsi="Calibri"/>
          <w:b/>
          <w:i w:val="0"/>
          <w:sz w:val="26"/>
        </w:rPr>
        <w:t>Con đường cao</w:t>
      </w:r>
    </w:p>
    <w:p>
      <w:pPr>
        <w:spacing w:after="80"/>
      </w:pPr>
      <w:r>
        <w:rPr>
          <w:b w:val="0"/>
          <w:i w:val="0"/>
        </w:rPr>
        <w:t xml:space="preserve">Nếu con đường trung và con đường thấp là "tôi trước", thì con đường cao là "người khác trước". Những người đi con đường cao chủ động cho đi trước mà không lo lắng về việc nhận lại điều gì. Họ không cố làm cho các tương tác của mình trở nên công bằng, vì họ thừa nhận cuộc sống vốn không công bằng. Họ trân trọng từng người và đối xử tốt với mỗi người, bất kể người đó đang đi trên con đường thấp, trung hay cao. Kết quả là, họ muốn giữ sự cân bằng theo hướng có lợi cho </w:t>
      </w:r>
      <w:r>
        <w:rPr>
          <w:b w:val="0"/>
          <w:i/>
        </w:rPr>
        <w:t>người kia</w:t>
      </w:r>
      <w:r>
        <w:rPr>
          <w:b w:val="0"/>
          <w:i w:val="0"/>
        </w:rPr>
        <w:t xml:space="preserve"> vì họ biết điều đó làm cho thế giới trở nên tốt đẹp hơn. Và họ không lo về việc không nhận được phần của mình vì họ tin rằng có đủ cho tất cả mọi người.</w:t>
      </w:r>
    </w:p>
    <w:p>
      <w:pPr>
        <w:spacing w:after="80"/>
      </w:pPr>
      <w:r>
        <w:rPr>
          <w:b w:val="0"/>
          <w:i w:val="0"/>
        </w:rPr>
        <w:t xml:space="preserve">Từ điển Cambridge nói rằng ý nghĩa của "take the high road" là "cư xử một cách có đạo đức khi người khác không cư xử có đạo đức". Nhưng khi tôi nhắc đến con đường cao, đó không hẳn là điều tôi đang đề cao. Việc lãnh đạo theo con đường cao không liên quan gì đến việc cao thượng hay đạo đức hơn người. Con đường cao không nhất thiết là nền tảng đạo đức cao. Trở thành một nhà lãnh đạo con đường cao không khiến bạn </w:t>
      </w:r>
      <w:r>
        <w:rPr>
          <w:b w:val="0"/>
          <w:i/>
        </w:rPr>
        <w:t>tốt hơn</w:t>
      </w:r>
      <w:r>
        <w:rPr>
          <w:b w:val="0"/>
          <w:i w:val="0"/>
        </w:rPr>
        <w:t xml:space="preserve"> người khác. Cũng không phải đi con đường cao chỉ đơn thuần là vấn đề phẩm cách tốt. Đúng, những người đi con đường cao có phẩm cách tốt, nhưng nhiều người đi con đường trung cũng vậy.</w:t>
      </w:r>
    </w:p>
    <w:p>
      <w:pPr>
        <w:spacing w:after="80"/>
      </w:pPr>
      <w:r>
        <w:rPr>
          <w:b w:val="0"/>
          <w:i w:val="0"/>
        </w:rPr>
        <w:t>Khả năng đi con đường cao đòi hỏi nhiều hơn thế. Nó đòi hỏi tư duy đúng đắn. Thay vì tập trung vào bản thân, chúng ta phải tập trung vào sự an lạc của người khác. Thay vì quảng bá bản thân, chúng ta phải quảng bá cho người khác. Thay vì thu hút sự chú ý vì lợi ích của mình, chúng ta phải hướng sự chú ý về phía người khác. Chúng ta phải tìm kiếm điều tốt đẹp ở con người để cố gắng khơi dậy những gì tốt nhất ở họ. Đây là một tư duy mà bất kỳ ai cũng có thể chọn áp dụng. Và khi nhận ra mình đang có hành vi theo con đường thấp, điều mà ai cũng làm đôi khi, chúng ta không nên bao biện. Chúng ta nên tự sửa mình, chuộc lỗi và quay trở lại con đường cao.</w:t>
      </w:r>
    </w:p>
    <w:p>
      <w:pPr>
        <w:spacing w:after="80"/>
      </w:pPr>
      <w:r>
        <w:rPr>
          <w:b w:val="0"/>
          <w:i w:val="0"/>
        </w:rPr>
        <w:t>Giờ bạn đã hiểu ba con đường, hãy so sánh chúng cạnh nhau: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Nhà lãnh đạo con đường cao</w:t>
            </w:r>
          </w:p>
        </w:tc>
        <w:tc>
          <w:tcPr>
            <w:tcW w:type="dxa" w:w="3120"/>
          </w:tcPr>
          <w:p>
            <w:r/>
            <w:r>
              <w:rPr>
                <w:b/>
                <w:i w:val="0"/>
                <w:sz w:val="19"/>
              </w:rPr>
              <w:t>Nhà lãnh đạo con đường trung</w:t>
            </w:r>
          </w:p>
        </w:tc>
        <w:tc>
          <w:tcPr>
            <w:tcW w:type="dxa" w:w="3120"/>
          </w:tcPr>
          <w:p>
            <w:r/>
            <w:r>
              <w:rPr>
                <w:b/>
                <w:i w:val="0"/>
                <w:sz w:val="19"/>
              </w:rPr>
              <w:t>Nhà lãnh đạo con đường thấp</w:t>
            </w:r>
          </w:p>
        </w:tc>
      </w:tr>
      <w:tr>
        <w:tc>
          <w:tcPr>
            <w:tcW w:type="dxa" w:w="3120"/>
          </w:tcPr>
          <w:p>
            <w:r/>
            <w:r>
              <w:rPr>
                <w:b w:val="0"/>
                <w:i w:val="0"/>
                <w:sz w:val="19"/>
              </w:rPr>
              <w:t>Trân trọng người khác</w:t>
            </w:r>
          </w:p>
        </w:tc>
        <w:tc>
          <w:tcPr>
            <w:tcW w:type="dxa" w:w="3120"/>
          </w:tcPr>
          <w:p>
            <w:r/>
            <w:r>
              <w:rPr>
                <w:b w:val="0"/>
                <w:i w:val="0"/>
                <w:sz w:val="19"/>
              </w:rPr>
              <w:t>Tìm kiếm giá trị từ người khác</w:t>
            </w:r>
          </w:p>
        </w:tc>
        <w:tc>
          <w:tcPr>
            <w:tcW w:type="dxa" w:w="3120"/>
          </w:tcPr>
          <w:p>
            <w:r/>
            <w:r>
              <w:rPr>
                <w:b w:val="0"/>
                <w:i w:val="0"/>
                <w:sz w:val="19"/>
              </w:rPr>
              <w:t>Xem nhẹ người khác</w:t>
            </w:r>
          </w:p>
        </w:tc>
      </w:tr>
      <w:tr>
        <w:tc>
          <w:tcPr>
            <w:tcW w:type="dxa" w:w="3120"/>
          </w:tcPr>
          <w:p>
            <w:r/>
            <w:r>
              <w:rPr>
                <w:b w:val="0"/>
                <w:i w:val="0"/>
                <w:sz w:val="19"/>
              </w:rPr>
              <w:t>Gắn kết mọi người lại với nhau</w:t>
            </w:r>
          </w:p>
        </w:tc>
        <w:tc>
          <w:tcPr>
            <w:tcW w:type="dxa" w:w="3120"/>
          </w:tcPr>
          <w:p>
            <w:r/>
            <w:r>
              <w:rPr>
                <w:b w:val="0"/>
                <w:i w:val="0"/>
                <w:sz w:val="19"/>
              </w:rPr>
              <w:t>Đi qua đi lại</w:t>
            </w:r>
          </w:p>
        </w:tc>
        <w:tc>
          <w:tcPr>
            <w:tcW w:type="dxa" w:w="3120"/>
          </w:tcPr>
          <w:p>
            <w:r/>
            <w:r>
              <w:rPr>
                <w:b w:val="0"/>
                <w:i w:val="0"/>
                <w:sz w:val="19"/>
              </w:rPr>
              <w:t>Chia rẽ mọi người</w:t>
            </w:r>
          </w:p>
        </w:tc>
      </w:tr>
      <w:tr>
        <w:tc>
          <w:tcPr>
            <w:tcW w:type="dxa" w:w="3120"/>
          </w:tcPr>
          <w:p>
            <w:r/>
            <w:r>
              <w:rPr>
                <w:b w:val="0"/>
                <w:i w:val="0"/>
                <w:sz w:val="19"/>
              </w:rPr>
              <w:t>Thu hẹp khoảng cách giữa mọi người</w:t>
            </w:r>
          </w:p>
        </w:tc>
        <w:tc>
          <w:tcPr>
            <w:tcW w:type="dxa" w:w="3120"/>
          </w:tcPr>
          <w:p>
            <w:r/>
            <w:r>
              <w:rPr>
                <w:b w:val="0"/>
                <w:i w:val="0"/>
                <w:sz w:val="19"/>
              </w:rPr>
              <w:t>Sống chung với khoảng cách giữa mọi người</w:t>
            </w:r>
          </w:p>
        </w:tc>
        <w:tc>
          <w:tcPr>
            <w:tcW w:type="dxa" w:w="3120"/>
          </w:tcPr>
          <w:p>
            <w:r/>
            <w:r>
              <w:rPr>
                <w:b w:val="0"/>
                <w:i w:val="0"/>
                <w:sz w:val="19"/>
              </w:rPr>
              <w:t>Mở rộng khoảng cách giữa mọi người</w:t>
            </w:r>
          </w:p>
        </w:tc>
      </w:tr>
      <w:tr>
        <w:tc>
          <w:tcPr>
            <w:tcW w:type="dxa" w:w="3120"/>
          </w:tcPr>
          <w:p>
            <w:r/>
            <w:r>
              <w:rPr>
                <w:b w:val="0"/>
                <w:i w:val="0"/>
                <w:sz w:val="19"/>
              </w:rPr>
              <w:t>Cho đi nhiều hơn nhận lại</w:t>
            </w:r>
          </w:p>
        </w:tc>
        <w:tc>
          <w:tcPr>
            <w:tcW w:type="dxa" w:w="3120"/>
          </w:tcPr>
          <w:p>
            <w:r/>
            <w:r>
              <w:rPr>
                <w:b w:val="0"/>
                <w:i w:val="0"/>
                <w:sz w:val="19"/>
              </w:rPr>
              <w:t>Cho đi ngang bằng với những gì đã nhận</w:t>
            </w:r>
          </w:p>
        </w:tc>
        <w:tc>
          <w:tcPr>
            <w:tcW w:type="dxa" w:w="3120"/>
          </w:tcPr>
          <w:p>
            <w:r/>
            <w:r>
              <w:rPr>
                <w:b w:val="0"/>
                <w:i w:val="0"/>
                <w:sz w:val="19"/>
              </w:rPr>
              <w:t>Lấy nhiều hơn cho</w:t>
            </w:r>
          </w:p>
        </w:tc>
      </w:tr>
      <w:tr>
        <w:tc>
          <w:tcPr>
            <w:tcW w:type="dxa" w:w="3120"/>
          </w:tcPr>
          <w:p>
            <w:r/>
            <w:r>
              <w:rPr>
                <w:b w:val="0"/>
                <w:i w:val="0"/>
                <w:sz w:val="19"/>
              </w:rPr>
              <w:t>Cho đi trước</w:t>
            </w:r>
          </w:p>
        </w:tc>
        <w:tc>
          <w:tcPr>
            <w:tcW w:type="dxa" w:w="3120"/>
          </w:tcPr>
          <w:p>
            <w:r/>
            <w:r>
              <w:rPr>
                <w:b w:val="0"/>
                <w:i w:val="0"/>
                <w:sz w:val="19"/>
              </w:rPr>
              <w:t>Đền đáp lại</w:t>
            </w:r>
          </w:p>
        </w:tc>
        <w:tc>
          <w:tcPr>
            <w:tcW w:type="dxa" w:w="3120"/>
          </w:tcPr>
          <w:p>
            <w:r/>
            <w:r>
              <w:rPr>
                <w:b w:val="0"/>
                <w:i w:val="0"/>
                <w:sz w:val="19"/>
              </w:rPr>
              <w:t>Không cho gì cả</w:t>
            </w:r>
          </w:p>
        </w:tc>
      </w:tr>
      <w:tr>
        <w:tc>
          <w:tcPr>
            <w:tcW w:type="dxa" w:w="3120"/>
          </w:tcPr>
          <w:p>
            <w:r/>
            <w:r>
              <w:rPr>
                <w:b w:val="0"/>
                <w:i w:val="0"/>
                <w:sz w:val="19"/>
              </w:rPr>
              <w:t>Không tính toán (Cho đi vô điều kiện)</w:t>
            </w:r>
          </w:p>
        </w:tc>
        <w:tc>
          <w:tcPr>
            <w:tcW w:type="dxa" w:w="3120"/>
          </w:tcPr>
          <w:p>
            <w:r/>
            <w:r>
              <w:rPr>
                <w:b w:val="0"/>
                <w:i w:val="0"/>
                <w:sz w:val="19"/>
              </w:rPr>
              <w:t>Tính toán (Cho đi có điều kiện)</w:t>
            </w:r>
          </w:p>
        </w:tc>
        <w:tc>
          <w:tcPr>
            <w:tcW w:type="dxa" w:w="3120"/>
          </w:tcPr>
          <w:p>
            <w:r/>
            <w:r>
              <w:rPr>
                <w:b w:val="0"/>
                <w:i w:val="0"/>
                <w:sz w:val="19"/>
              </w:rPr>
              <w:t>Không tính toán (Nhận vô điều kiện)</w:t>
            </w:r>
          </w:p>
        </w:tc>
      </w:tr>
      <w:tr>
        <w:tc>
          <w:tcPr>
            <w:tcW w:type="dxa" w:w="3120"/>
          </w:tcPr>
          <w:p>
            <w:r/>
            <w:r>
              <w:rPr>
                <w:b w:val="0"/>
                <w:i w:val="0"/>
                <w:sz w:val="19"/>
              </w:rPr>
              <w:t xml:space="preserve">Muốn </w:t>
            </w:r>
            <w:r>
              <w:rPr>
                <w:b w:val="0"/>
                <w:i/>
                <w:sz w:val="19"/>
              </w:rPr>
              <w:t>bạn</w:t>
            </w:r>
            <w:r>
              <w:rPr>
                <w:b w:val="0"/>
                <w:i w:val="0"/>
                <w:sz w:val="19"/>
              </w:rPr>
              <w:t xml:space="preserve"> thắng</w:t>
            </w:r>
          </w:p>
        </w:tc>
        <w:tc>
          <w:tcPr>
            <w:tcW w:type="dxa" w:w="3120"/>
          </w:tcPr>
          <w:p>
            <w:r/>
            <w:r>
              <w:rPr>
                <w:b w:val="0"/>
                <w:i w:val="0"/>
                <w:sz w:val="19"/>
              </w:rPr>
              <w:t xml:space="preserve">Muốn </w:t>
            </w:r>
            <w:r>
              <w:rPr>
                <w:b w:val="0"/>
                <w:i/>
                <w:sz w:val="19"/>
              </w:rPr>
              <w:t>chúng ta</w:t>
            </w:r>
            <w:r>
              <w:rPr>
                <w:b w:val="0"/>
                <w:i w:val="0"/>
                <w:sz w:val="19"/>
              </w:rPr>
              <w:t xml:space="preserve"> thắng</w:t>
            </w:r>
          </w:p>
        </w:tc>
        <w:tc>
          <w:tcPr>
            <w:tcW w:type="dxa" w:w="3120"/>
          </w:tcPr>
          <w:p>
            <w:r/>
            <w:r>
              <w:rPr>
                <w:b w:val="0"/>
                <w:i w:val="0"/>
                <w:sz w:val="19"/>
              </w:rPr>
              <w:t xml:space="preserve">Muốn </w:t>
            </w:r>
            <w:r>
              <w:rPr>
                <w:b w:val="0"/>
                <w:i/>
                <w:sz w:val="19"/>
              </w:rPr>
              <w:t>tôi</w:t>
            </w:r>
            <w:r>
              <w:rPr>
                <w:b w:val="0"/>
                <w:i w:val="0"/>
                <w:sz w:val="19"/>
              </w:rPr>
              <w:t xml:space="preserve"> thắng</w:t>
            </w:r>
          </w:p>
        </w:tc>
      </w:tr>
      <w:tr>
        <w:tc>
          <w:tcPr>
            <w:tcW w:type="dxa" w:w="3120"/>
          </w:tcPr>
          <w:p>
            <w:r/>
            <w:r>
              <w:rPr>
                <w:b w:val="0"/>
                <w:i w:val="0"/>
                <w:sz w:val="19"/>
              </w:rPr>
              <w:t>Đối xử với người khác tốt hơn cách họ được đối xử</w:t>
            </w:r>
          </w:p>
        </w:tc>
        <w:tc>
          <w:tcPr>
            <w:tcW w:type="dxa" w:w="3120"/>
          </w:tcPr>
          <w:p>
            <w:r/>
            <w:r>
              <w:rPr>
                <w:b w:val="0"/>
                <w:i w:val="0"/>
                <w:sz w:val="19"/>
              </w:rPr>
              <w:t>Đối xử với người khác giống như cách họ được đối xử</w:t>
            </w:r>
          </w:p>
        </w:tc>
        <w:tc>
          <w:tcPr>
            <w:tcW w:type="dxa" w:w="3120"/>
          </w:tcPr>
          <w:p>
            <w:r/>
            <w:r>
              <w:rPr>
                <w:b w:val="0"/>
                <w:i w:val="0"/>
                <w:sz w:val="19"/>
              </w:rPr>
              <w:t>Đối xử với bản thân bằng cái giá của người khác</w:t>
            </w:r>
          </w:p>
        </w:tc>
      </w:tr>
    </w:tbl>
    <w:p>
      <w:pPr>
        <w:spacing w:after="0"/>
      </w:pPr>
    </w:p>
    <w:p>
      <w:pPr>
        <w:spacing w:after="80"/>
      </w:pPr>
      <w:r>
        <w:rPr>
          <w:b w:val="0"/>
          <w:i w:val="0"/>
        </w:rPr>
        <w:t>Nếu bạn muốn góp phần tạo nên một thế giới tốt đẹp hơn, hãy cam kết trở thành một nhà lãnh đạo đi con đường cao thượng. Đối xử với người khác tốt hơn cách họ đối xử với bạn, một cách nhất quán và không phán xét, là cách tốt nhất để gắn kết mọi người lại với nhau, và đó là cách duy nhất để tạo ra những thay đổi mà chúng ta muốn thấy trên thế giới này.</w:t>
      </w:r>
    </w:p>
    <w:p>
      <w:pPr>
        <w:pStyle w:val="Heading2"/>
      </w:pPr>
      <w:r>
        <w:rPr>
          <w:rFonts w:ascii="Calibri" w:hAnsi="Calibri"/>
          <w:b/>
          <w:i w:val="0"/>
          <w:sz w:val="32"/>
        </w:rPr>
        <w:t>BÀI HỌC TỪ BỐ MẸ</w:t>
      </w:r>
    </w:p>
    <w:p>
      <w:pPr>
        <w:spacing w:after="80"/>
      </w:pPr>
      <w:r>
        <w:rPr>
          <w:b w:val="0"/>
          <w:i w:val="0"/>
        </w:rPr>
        <w:t>Tôi đã cố gắng sống và lãnh đạo theo con đường cao thượng, nhưng tôi nghĩ phần lớn công lao cho điều đó thuộc về bố mẹ tôi. Tôi đã trúng số độc đắc về phụ huynh. Tôi biết mình được mẹ yêu thương vô điều kiện. Mẹ chỉ ra những khuyết điểm của tôi và sửa sai cho tôi trong khi vẫn yêu thương tôi trọn vẹn. Điều đó giúp tôi hiểu chính mình và chấp nhận con người mình. Cảm giác an toàn lớn lao có được từ đó khiến tôi không nghĩ xấu về người khác. Được nhận tình yêu vô điều kiện khiến tôi muốn trao nó cho người khác.</w:t>
      </w:r>
    </w:p>
    <w:p>
      <w:pPr>
        <w:spacing w:after="80"/>
      </w:pPr>
      <w:r>
        <w:rPr>
          <w:b w:val="0"/>
          <w:i w:val="0"/>
        </w:rPr>
        <w:t>Nếu bạn đã nhận được tình yêu vô điều kiện, bạn có một nền tảng tốt để trân trọng người khác và đi con đường cao thượng với mọi người. Nhưng kể cả nếu bạn không có được điều đó, hãy biết rằng bạn vẫn có thể chọn con đường ấy. Trong khi mọi người xung quanh đang phán xét người khác, bạn có thể trao cho họ sự bao dung. Khi mọi người xung quanh đang lấy đi từ họ, bạn có thể cho đi. Hãy nghĩ về tác động tích cực bạn có thể tạo ra khi làm điều đó. Nếu bạn chưa chắc liệu điều đó có đáng để nỗ lực không, hãy nghĩ xem bạn sẽ cảm thấy thế nào nếu ai đó tha thứ cho bạn, khích lệ bạn, bao dung với bạn khi bạn chưa làm tròn bổn phận.</w:t>
      </w:r>
    </w:p>
    <w:p>
      <w:pPr>
        <w:spacing w:after="80"/>
      </w:pPr>
      <w:r>
        <w:rPr>
          <w:b w:val="0"/>
          <w:i w:val="0"/>
        </w:rPr>
        <w:t xml:space="preserve">Mẹ tôi dạy tôi </w:t>
      </w:r>
      <w:r>
        <w:rPr>
          <w:b w:val="0"/>
          <w:i/>
        </w:rPr>
        <w:t>nhìn nhận</w:t>
      </w:r>
      <w:r>
        <w:rPr>
          <w:b w:val="0"/>
          <w:i w:val="0"/>
        </w:rPr>
        <w:t xml:space="preserve"> mọi người đúng cách. Bố tôi dạy tôi </w:t>
      </w:r>
      <w:r>
        <w:rPr>
          <w:b w:val="0"/>
          <w:i/>
        </w:rPr>
        <w:t>đối xử</w:t>
      </w:r>
      <w:r>
        <w:rPr>
          <w:b w:val="0"/>
          <w:i w:val="0"/>
        </w:rPr>
        <w:t xml:space="preserve"> với mọi người đúng cách. Những gì họ trao cho tôi, tôi muốn chia sẻ với bạn.</w:t>
      </w:r>
    </w:p>
    <w:p>
      <w:pPr>
        <w:pStyle w:val="Heading2"/>
      </w:pPr>
      <w:r>
        <w:rPr>
          <w:rFonts w:ascii="Calibri" w:hAnsi="Calibri"/>
          <w:b/>
          <w:i w:val="0"/>
          <w:sz w:val="32"/>
        </w:rPr>
        <w:t>VÌ SAO CON ĐƯỜNG CAO THƯỢNG LÀ CON ĐƯỜNG TỐT NHẤT</w:t>
      </w:r>
    </w:p>
    <w:p>
      <w:pPr>
        <w:spacing w:after="80"/>
      </w:pPr>
      <w:r>
        <w:rPr>
          <w:b w:val="0"/>
          <w:i w:val="0"/>
        </w:rPr>
        <w:t>Tôi không biết có cách nào sống và lãnh đạo tốt hơn con đường cao thượng. Con đường cao thượng không chỉ là một cách sống tốt hơn và cách lãnh đạo người khác tốt nhất; nó còn mang lại nhiều lợi ích thiết thực tạo ra kết quả tốt hơn:</w:t>
      </w:r>
    </w:p>
    <w:p>
      <w:pPr>
        <w:pStyle w:val="Heading3"/>
      </w:pPr>
      <w:r>
        <w:rPr>
          <w:rFonts w:ascii="Calibri" w:hAnsi="Calibri"/>
          <w:b/>
          <w:i w:val="0"/>
          <w:sz w:val="26"/>
        </w:rPr>
        <w:t>1. Con đường cao thượng gắn kết mọi người lại với nhau</w:t>
      </w:r>
    </w:p>
    <w:p>
      <w:pPr>
        <w:spacing w:after="80"/>
      </w:pPr>
      <w:r>
        <w:rPr>
          <w:b w:val="0"/>
          <w:i w:val="0"/>
        </w:rPr>
        <w:t>Những nhà lãnh đạo đi con đường cao thượng không tập trung vào khoảng cách giữa người với người. Họ tập trung vào sự kết nối. Họ xây cầu thay vì xây tường. Họ tìm điểm chung để xây cầu, để có thể đến được nơi người khác đang ở. Họ chủ động thực hiện những bước đi đầy tin tưởng hướng về phía người khác. Họ sẵn sàng đi trước, cho trước, phục vụ trước, tin tưởng trước. Họ biết đó là những bước đi để tạo nên những mối quan hệ, nơi làm việc, khu phố, cộng đồng, thành phố, quốc gia và nền văn hóa tốt đẹp hơn.</w:t>
      </w:r>
    </w:p>
    <w:p>
      <w:pPr>
        <w:pStyle w:val="Heading3"/>
      </w:pPr>
      <w:r>
        <w:rPr>
          <w:rFonts w:ascii="Calibri" w:hAnsi="Calibri"/>
          <w:b/>
          <w:i w:val="0"/>
          <w:sz w:val="26"/>
        </w:rPr>
        <w:t>2. Con đường cao thượng khơi dậy điều tốt đẹp nhất trong con người</w:t>
      </w:r>
    </w:p>
    <w:p>
      <w:pPr>
        <w:spacing w:after="80"/>
      </w:pPr>
      <w:r>
        <w:rPr>
          <w:b w:val="0"/>
          <w:i w:val="0"/>
        </w:rPr>
        <w:t xml:space="preserve">Lãnh đạo theo con đường cao thượng là trân trọng con người theo tiềm năng của họ. Tôi luôn nhận thấy rằng khi bạn tin vào điều tốt đẹp nhất ở con người và trao cho họ điều tốt nhất của bạn, điều đó sẽ khơi dậy điều tốt nhất </w:t>
      </w:r>
      <w:r>
        <w:rPr>
          <w:b w:val="0"/>
          <w:i/>
        </w:rPr>
        <w:t>nơi họ</w:t>
      </w:r>
      <w:r>
        <w:rPr>
          <w:b w:val="0"/>
          <w:i w:val="0"/>
        </w:rPr>
        <w:t>. Khi bạn trân trọng con người và gia tăng giá trị cho họ, bạn tạo ra một thế giới của giá trị. Nếu bạn muốn trở thành một nhà lãnh đạo đi con đường cao thượng, bạn phải luôn cố gắng cho đi nhiều hơn nhận lại. Bạn sẽ phải đối xử tốt với mọi người cả trong những ngày tồi tệ lẫn những ngày tốt đẹp của họ. Có đúng không khi nếu bạn luôn đi con đường cao thượng, một số người sẽ lợi dụng bạn? Đúng vậy. Nhưng đó là vấn đề của họ. Những nhà lãnh đạo đi con đường cao thượng không tức giận hay tìm cách trả đũa. Họ chỉ bước tiếp và làm việc với những người mong muốn trở thành phiên bản tốt nhất của chính mình.</w:t>
      </w:r>
    </w:p>
    <w:p>
      <w:pPr>
        <w:pStyle w:val="Heading3"/>
      </w:pPr>
      <w:r>
        <w:rPr>
          <w:rFonts w:ascii="Calibri" w:hAnsi="Calibri"/>
          <w:b/>
          <w:i w:val="0"/>
          <w:sz w:val="26"/>
        </w:rPr>
        <w:t>3. Con đường cao thượng tạo ra người thắng mà không tạo ra kẻ thua</w:t>
      </w:r>
    </w:p>
    <w:p>
      <w:pPr>
        <w:spacing w:after="80"/>
      </w:pPr>
      <w:r>
        <w:rPr>
          <w:b w:val="0"/>
          <w:i w:val="0"/>
        </w:rPr>
        <w:t xml:space="preserve">Ngày càng nhiều nhà lãnh đạo ngày nay xem lãnh đạo là một trò chơi tổng bằng không (zero-sum game), nơi cách duy nhất để thắng là đảm bảo người kia thua. Khi bạn đi con đường cao thượng, bạn không cố tạo ra kẻ thua, và bạn không xem mọi bất đồng là một cuộc chiến. Nếu bạn định nghĩa chiến thắng là </w:t>
      </w:r>
      <w:r>
        <w:rPr>
          <w:b w:val="0"/>
          <w:i/>
        </w:rPr>
        <w:t>cho đi trước</w:t>
      </w:r>
      <w:r>
        <w:rPr>
          <w:b w:val="0"/>
          <w:i w:val="0"/>
        </w:rPr>
        <w:t>, thì làm sao bạn có thể thua? Bạn có thể vui thích khi giúp người khác trở nên tốt hơn và cải thiện hoàn cảnh của họ. Bạn có thể đảm bảo người kia thắng trước. Và nếu bạn nhận lại được điều gì đó, điều đó tạo nên một thế thắng-thắng (win-win). Đó là phần thưởng thêm.</w:t>
      </w:r>
    </w:p>
    <w:p>
      <w:pPr>
        <w:pStyle w:val="Heading3"/>
      </w:pPr>
      <w:r>
        <w:rPr>
          <w:rFonts w:ascii="Calibri" w:hAnsi="Calibri"/>
          <w:b/>
          <w:i w:val="0"/>
          <w:sz w:val="26"/>
        </w:rPr>
        <w:t>4. Con đường cao có ít xe cộ hơn</w:t>
      </w:r>
    </w:p>
    <w:p>
      <w:pPr>
        <w:spacing w:after="80"/>
      </w:pPr>
      <w:r>
        <w:rPr>
          <w:b w:val="0"/>
          <w:i w:val="0"/>
        </w:rPr>
        <w:t>Nếu bạn trở thành một nhà lãnh đạo theo con đường cao, bạn sẽ đi trên con đường ít người chọn. Trong khi bạn phục vụ người khác và gắn kết mọi người lại với nhau, những nhà lãnh đạo khác sẽ chỉ phục vụ chính mình. Phần lớn sẽ đi theo con đường giữa. Những người tệ nhất sẽ đi trên con đường thấp. Nếu bạn chọn con đường cao, bạn sẽ nổi bật vì hành động của bạn quá khác biệt so với người khác. Điều đó sẽ khiến người ta chú ý đến bạn như một nhà lãnh đạo. Nó sẽ thu hút người khác đến với bạn vì hầu hết mọi người thích dành thời gian với những nhà lãnh đạo tích cực và hào phóng. Và khi đi trên con đường cao, bạn sẽ có một cuộc sống tốt đẹp hơn vì cho đi thực sự là một phước lành lớn hơn nhận lại.</w:t>
      </w:r>
    </w:p>
    <w:p>
      <w:pPr>
        <w:pStyle w:val="Heading3"/>
      </w:pPr>
      <w:r>
        <w:rPr>
          <w:rFonts w:ascii="Calibri" w:hAnsi="Calibri"/>
          <w:b/>
          <w:i w:val="0"/>
          <w:sz w:val="26"/>
        </w:rPr>
        <w:t>5. Con đường cao là con đường dẫn đến ý nghĩa</w:t>
      </w:r>
    </w:p>
    <w:p>
      <w:pPr>
        <w:spacing w:after="80"/>
      </w:pPr>
      <w:r>
        <w:rPr>
          <w:b w:val="0"/>
          <w:i w:val="0"/>
        </w:rPr>
        <w:t xml:space="preserve">Khi bạn chỉ tập trung vào bản thân và những gì bạn có thể đạt được, bạn có thể trở nên </w:t>
      </w:r>
      <w:r>
        <w:rPr>
          <w:b w:val="0"/>
          <w:i/>
        </w:rPr>
        <w:t>thành công</w:t>
      </w:r>
      <w:r>
        <w:rPr>
          <w:b w:val="0"/>
          <w:i w:val="0"/>
        </w:rPr>
        <w:t xml:space="preserve">. Đây là con đường mà nhiều người đi trong cuộc sống. Nhưng </w:t>
      </w:r>
      <w:r>
        <w:rPr>
          <w:b w:val="0"/>
          <w:i/>
        </w:rPr>
        <w:t>ý nghĩa</w:t>
      </w:r>
      <w:r>
        <w:rPr>
          <w:b w:val="0"/>
          <w:i w:val="0"/>
        </w:rPr>
        <w:t xml:space="preserve"> nằm trên con đường giúp đỡ người khác và làm cho thế giới tốt đẹp hơn. Nếu bạn nỗ lực nhìn mọi thứ từ góc nhìn của người khác, chuyển hướng sang việc mang lại giá trị cho họ, và bắt đầu giúp đỡ họ bất kể điều đó có mang lại lợi ích cho bạn hay không, cuộc sống của bạn sẽ trở nên trọn vẹn hơn. Bạn sẽ trải nghiệm được ý nghĩa, điều bền lâu hơn nhiều so với thành công.</w:t>
      </w:r>
    </w:p>
    <w:p>
      <w:pPr>
        <w:pStyle w:val="Heading2"/>
      </w:pPr>
      <w:r>
        <w:rPr>
          <w:rFonts w:ascii="Calibri" w:hAnsi="Calibri"/>
          <w:b/>
          <w:i w:val="0"/>
          <w:sz w:val="32"/>
        </w:rPr>
        <w:t>HÀNH TRÌNH LEO LÊN CON ĐƯỜNG CAO CỦA TÔI</w:t>
      </w:r>
    </w:p>
    <w:p>
      <w:pPr>
        <w:spacing w:after="80"/>
      </w:pPr>
      <w:r>
        <w:rPr>
          <w:b w:val="0"/>
          <w:i w:val="0"/>
        </w:rPr>
        <w:t>Cha mẹ tôi đã nêu một tấm gương tuyệt vời cho tôi, nhưng tôi phải thừa nhận rằng, tôi không khởi đầu là một nhà lãnh đạo theo con đường cao. Giống như nhiều người, tôi bắt đầu là một nhà lãnh đạo theo con đường giữa, người muốn nhu cầu của mình được đáp ứng trước tiên. Khi tôi bắt đầu lãnh đạo ở vị trí đầu tiên, tôi liên tục chiêu mộ người và cố thuyết phục họ tin vào tầm nhìn của tôi. Tôi tin rằng nếu họ giúp tôi, họ sẽ được hưởng lợi từ việc trở thành một phần của điều gì đó lớn lao hơn chính họ, và tôi cũng muốn mang lại giá trị cho họ trên chặng đường đó. Nhưng rồi một ngày nọ, tôi đến nghe Zig Ziglar diễn thuyết tại một hội nghị, và ông nói một điều khiến tôi chú ý: "Bạn có thể có mọi thứ trong cuộc sống mà bạn muốn, miễn là bạn giúp đủ nhiều người khác có được những gì họ muốn."</w:t>
      </w:r>
    </w:p>
    <w:p>
      <w:pPr>
        <w:spacing w:after="80"/>
      </w:pPr>
      <w:r>
        <w:rPr>
          <w:b w:val="0"/>
          <w:i w:val="0"/>
        </w:rPr>
        <w:t xml:space="preserve">Đó là một sự khai sáng đối với tôi. Tôi nhận ra mình cần chủ động tiếp cận mọi người, tìm hiểu xem họ cần gì, và giúp họ có được điều đó. </w:t>
      </w:r>
      <w:r>
        <w:rPr>
          <w:b w:val="0"/>
          <w:i/>
        </w:rPr>
        <w:t>Sau đó</w:t>
      </w:r>
      <w:r>
        <w:rPr>
          <w:b w:val="0"/>
          <w:i w:val="0"/>
        </w:rPr>
        <w:t xml:space="preserve"> tôi sẽ có được những gì mình cần. Đây là một bước quan trọng tiến tới con đường cao. Nó chưa đưa tôi </w:t>
      </w:r>
      <w:r>
        <w:rPr>
          <w:b w:val="0"/>
          <w:i/>
        </w:rPr>
        <w:t>lên</w:t>
      </w:r>
      <w:r>
        <w:rPr>
          <w:b w:val="0"/>
          <w:i w:val="0"/>
        </w:rPr>
        <w:t xml:space="preserve"> con đường cao. Tôi vẫn còn ở con đường giữa, và cách suy nghĩ của tôi vẫn mang tính trao đổi, nhưng nó thôi thúc tôi bắt đầu cho đi trước. Và đó là lúc tôi bắt đầu khám phá ra sự trọn vẹn đến từ việc giúp đỡ người khác. Tôi đã nếm được chút ý nghĩa, và tôi trở nên tin chắc rằng con người được tạo ra để hướng tới ý nghĩa, chứ không chỉ là thành công đơn thuần.</w:t>
      </w:r>
    </w:p>
    <w:p>
      <w:pPr>
        <w:spacing w:after="80"/>
      </w:pPr>
      <w:r>
        <w:rPr>
          <w:b w:val="0"/>
          <w:i w:val="0"/>
        </w:rPr>
        <w:t>Tôi tin rằng nếu bạn thực hiện bước đi đầu tiên bằng cách đặt người khác lên trước bản thân và mang lại giá trị cho họ, bạn sẽ bắt đầu cảm thấy trọn vẹn. Điều đó sẽ khiến bạn bớt lo lắng về việc liệu nó có mang lại lợi ích trực tiếp cho bạn hay không. Quá nhiều người bỏ lỡ điều này vì họ không nhận ra rằng họ phải thực hiện bước đầu tiên này. Nhưng một khi bạn trải nghiệm được niềm vui giúp đỡ người khác, bạn sẽ không bao giờ muốn quay lại nữa. Và cuối cùng, nếu bạn tiếp tục đến với người khác trước và cho đi trước, bạn có thể trở thành một nhà lãnh đạo theo con đường cao.</w:t>
      </w:r>
    </w:p>
    <w:p>
      <w:pPr>
        <w:pStyle w:val="Heading2"/>
      </w:pPr>
      <w:r>
        <w:rPr>
          <w:rFonts w:ascii="Calibri" w:hAnsi="Calibri"/>
          <w:b/>
          <w:i w:val="0"/>
          <w:sz w:val="32"/>
        </w:rPr>
        <w:t>NHỮNG THỰC HÀNH CỦA NHÀ LÃNH ĐẠO THEO CON ĐƯỜNG CAO</w:t>
      </w:r>
    </w:p>
    <w:p>
      <w:pPr>
        <w:spacing w:after="80"/>
      </w:pPr>
      <w:r>
        <w:rPr>
          <w:b w:val="0"/>
          <w:i w:val="0"/>
        </w:rPr>
        <w:t>Tôi đã suy nghĩ rất nhiều về ý nghĩa của việc trở thành một nhà lãnh đạo theo con đường cao, và tôi đã trao đổi về điều đó với nhiều người. Điều tôi tin là tất cả những nhà lãnh đạo theo con đường cao đều có chung những thực hành. Nếu bạn muốn trở thành một nhà lãnh đạo theo con đường cao, bạn phải làm mười hai điều này:</w:t>
      </w:r>
    </w:p>
    <w:p>
      <w:pPr>
        <w:spacing w:after="80"/>
      </w:pPr>
      <w:r>
        <w:rPr>
          <w:b w:val="0"/>
          <w:i w:val="0"/>
        </w:rPr>
        <w:t>Gắn kết mọi người lại với nhau</w:t>
      </w:r>
    </w:p>
    <w:p>
      <w:pPr>
        <w:spacing w:after="80"/>
      </w:pPr>
      <w:r>
        <w:rPr>
          <w:b w:val="0"/>
          <w:i w:val="0"/>
        </w:rPr>
        <w:t>Trân trọng tất cả mọi người</w:t>
      </w:r>
    </w:p>
    <w:p>
      <w:pPr>
        <w:spacing w:after="80"/>
      </w:pPr>
      <w:r>
        <w:rPr>
          <w:b w:val="0"/>
          <w:i w:val="0"/>
        </w:rPr>
        <w:t>Thừa nhận bản tính con người của bạn</w:t>
      </w:r>
    </w:p>
    <w:p>
      <w:pPr>
        <w:spacing w:after="80"/>
      </w:pPr>
      <w:r>
        <w:rPr>
          <w:b w:val="0"/>
          <w:i w:val="0"/>
        </w:rPr>
        <w:t>Làm những điều đúng đắn vì những lý do đúng đắn</w:t>
      </w:r>
    </w:p>
    <w:p>
      <w:pPr>
        <w:spacing w:after="80"/>
      </w:pPr>
      <w:r>
        <w:rPr>
          <w:b w:val="0"/>
          <w:i w:val="0"/>
        </w:rPr>
        <w:t>Cho đi nhiều hơn nhận lại</w:t>
      </w:r>
    </w:p>
    <w:p>
      <w:pPr>
        <w:spacing w:after="80"/>
      </w:pPr>
      <w:r>
        <w:rPr>
          <w:b w:val="0"/>
          <w:i w:val="0"/>
        </w:rPr>
        <w:t>Phát triển năng lực cảm xúc</w:t>
      </w:r>
    </w:p>
    <w:p>
      <w:pPr>
        <w:spacing w:after="80"/>
      </w:pPr>
      <w:r>
        <w:rPr>
          <w:b w:val="0"/>
          <w:i w:val="0"/>
        </w:rPr>
        <w:t>Đặt Con Người Lên Trên Mục Tiêu Của Bản Thân</w:t>
      </w:r>
    </w:p>
    <w:p>
      <w:pPr>
        <w:spacing w:after="80"/>
      </w:pPr>
      <w:r>
        <w:rPr>
          <w:b w:val="0"/>
          <w:i w:val="0"/>
        </w:rPr>
        <w:t>Đón Nhận Sự Chân Thật</w:t>
      </w:r>
    </w:p>
    <w:p>
      <w:pPr>
        <w:spacing w:after="80"/>
      </w:pPr>
      <w:r>
        <w:rPr>
          <w:b w:val="0"/>
          <w:i w:val="0"/>
        </w:rPr>
        <w:t>Chịu Trách Nhiệm Về Hành Động Của Mình</w:t>
      </w:r>
    </w:p>
    <w:p>
      <w:pPr>
        <w:spacing w:after="80"/>
      </w:pPr>
      <w:r>
        <w:rPr>
          <w:b w:val="0"/>
          <w:i w:val="0"/>
        </w:rPr>
        <w:t>Sống Theo Bức Tranh Lớn Hơn</w:t>
      </w:r>
    </w:p>
    <w:p>
      <w:pPr>
        <w:spacing w:after="80"/>
      </w:pPr>
      <w:r>
        <w:rPr>
          <w:b w:val="0"/>
          <w:i w:val="0"/>
        </w:rPr>
        <w:t>Đừng Ghi Điểm</w:t>
      </w:r>
    </w:p>
    <w:p>
      <w:pPr>
        <w:spacing w:after="80"/>
      </w:pPr>
      <w:r>
        <w:rPr>
          <w:b w:val="0"/>
          <w:i w:val="0"/>
        </w:rPr>
        <w:t>Mong Điều Tốt Nhất Cho Người Khác</w:t>
      </w:r>
    </w:p>
    <w:p>
      <w:pPr>
        <w:spacing w:after="80"/>
      </w:pPr>
      <w:r>
        <w:rPr>
          <w:b w:val="0"/>
          <w:i w:val="0"/>
        </w:rPr>
        <w:t>Mỗi lần bạn thực hiện những hành động này, bạn đang đi trên con đường cao thượng trong lãnh đạo. Bạn đang lãnh đạo để phục vụ người khác, chứ không chỉ cho bản thân mình.</w:t>
      </w:r>
    </w:p>
    <w:p>
      <w:pPr>
        <w:spacing w:after="80"/>
      </w:pPr>
      <w:r>
        <w:rPr>
          <w:b w:val="0"/>
          <w:i w:val="0"/>
        </w:rPr>
        <w:t>Tôi phải cảnh báo bạn: Lãnh đạo theo con đường cao thượng đòi hỏi sự kiên nhẫn. Gắn kết mọi người lại với nhau cần có thời gian. Nhưng nỗ lực để ở lại trên con đường cao thượng là điều đáng giá. Đúng vậy, sẽ có những lúc bạn đưa ra những quyết định theo con đường thấp kém hoặc có những hành vi thấp kém. Tất cả chúng ta đều vậy. Khi những điều đó xảy ra, đừng xa lánh người khác vì xấu hổ. Khi bạn cảm thấy mình đã làm điều gì đó sai, hãy thừa nhận lỗi lầm, xin lỗi và sửa chữa mọi thứ nếu có thể. Điều đó đưa bạn trở lại đúng con đường cao thượng. Và đây là một tin tuyệt vời: khi chúng ta quay đầu như vậy, chúng ta có thể sống nhẹ nhàng trong thế giới này. Chúng ta sẽ không giữ mối thù, chúng ta sẽ phục hồi nhanh hơn sau những sai lầm, và chúng ta sẽ không bị đè nặng bởi cảm giác tội lỗi hay bị cản trở bởi sự tự vấn. Người lãnh đạo nào lại không muốn điều đó chứ?</w:t>
      </w:r>
    </w:p>
    <w:p>
      <w:pPr>
        <w:pStyle w:val="Heading2"/>
      </w:pPr>
      <w:r>
        <w:rPr>
          <w:rFonts w:ascii="Calibri" w:hAnsi="Calibri"/>
          <w:b/>
          <w:i w:val="0"/>
          <w:sz w:val="32"/>
        </w:rPr>
        <w:t>HÃY THEO NGƯỜI LÃNH ĐẠO (CON ĐƯỜNG CAO THƯỢNG)</w:t>
      </w:r>
    </w:p>
    <w:p>
      <w:pPr>
        <w:spacing w:after="80"/>
      </w:pPr>
      <w:r>
        <w:rPr>
          <w:b w:val="0"/>
          <w:i w:val="0"/>
        </w:rPr>
        <w:t>Nếu bạn chưa từng chứng kiến ai đó thực hành lãnh đạo theo con đường cao thượng, bạn có thể sẽ khó tin rằng điều đó là khả thi và khó tin tưởng vào quá trình này. Và đây là một vấn đề. Nhiều người trẻ ngày nay chưa từng thấy những hình mẫu tốt về lãnh đạo theo con đường cao thượng. Hầu hết những tấm gương lãnh đạo mà họ thấy đều đến từ chính trị, giải trí hoặc mạng xã hội. Nếu đó là nơi bạn học được hình mẫu của mình, thì bạn đã thấy quá nhiều con đường thấp kém rồi. Nhưng điều đó không có nghĩa là bạn phải đi theo hướng đó. Bạn có thể tận hưởng việc sống theo một cách khác.</w:t>
      </w:r>
    </w:p>
    <w:p>
      <w:pPr>
        <w:spacing w:after="80"/>
      </w:pPr>
      <w:r>
        <w:rPr>
          <w:b w:val="0"/>
          <w:i w:val="0"/>
        </w:rPr>
        <w:t>Hãy tìm kiếm những tấm gương sống động về lãnh đạo theo con đường cao thượng. Nếu bạn không tìm được ai, hãy học bằng cách đọc về những nhà lãnh đạo theo con đường cao thượng trong quá khứ và hiện tại. Một người mà tôi ngưỡng mộ nhất là Abraham Lincoln. Chúng ta nghĩ rằng người ngày nay đang sống trong một thời kỳ chia rẽ! Ông ấy đã đối mặt với sự chia rẽ và xung đột chủng tộc còn tồi tệ hơn nhiều. Trong khi các bên khác nhau ngày nay đấu tranh bằng lời nói, thì vào thời của ông, họ đấu tranh bằng súng và lưỡi lê. Không ai nhìn vào Abraham Lincoln và nói rằng ông ấy không có vấn đề gì phải giải quyết.</w:t>
      </w:r>
    </w:p>
    <w:p>
      <w:pPr>
        <w:spacing w:after="80"/>
      </w:pPr>
      <w:r>
        <w:rPr>
          <w:b w:val="0"/>
          <w:i w:val="0"/>
        </w:rPr>
        <w:t>Đối mặt với tất cả những điều đó, ông ấy liên tục đi theo con đường cao thượng với người khác. Ông ấy không cố gắng giành lấy dư luận. Ông ấy không tự bảo vệ mình khi bị xúc phạm. Ông ấy nhận trách nhiệm khi các tướng lĩnh của mình thất bại. Ông ấy để cửa văn phòng mở—theo đúng nghĩa đen—để bất kỳ ai cũng có thể bước vào từ ngoài đường và nói chuyện với ông. Ông ấy thậm chí còn lấp đầy nội các tổng thống của mình bằng những đối thủ vì ông ấy ý thức được rằng mình không có tất cả câu trả lời, và việc để những ý tưởng của mình bị thách thức khiến ông ấy trở nên tốt hơn. Ông ấy chưa bao giờ tin rằng những người có quan điểm hay ý kiến khác biệt là sai lầm hay xấu xa, theo cách người ta làm ngày nay. Ông ấy khiêm tốn và cởi mở đủ để lắng nghe đối thủ của mình, học hỏi từ họ, thay đổi, ghi nhận công lao của họ và giúp đỡ đất nước.</w:t>
      </w:r>
    </w:p>
    <w:p>
      <w:pPr>
        <w:spacing w:after="80"/>
      </w:pPr>
      <w:r>
        <w:rPr>
          <w:b w:val="0"/>
          <w:i w:val="0"/>
        </w:rPr>
        <w:t>Sẽ thật tuyệt vời biết bao nếu những người lãnh đạo ngày nay không phục vụ bản thân mình? Làm thế nào chúng ta có thể thay đổi điều đó? Bằng cách thay đổi chính mình trước tiên. Bằng cách chọn đi theo con đường cao thượng và khuyến khích người khác làm điều tương tự. Nếu bạn có khát khao đó, hãy lật trang và đọc tiếp. Mỗi chương sau đây dạy một thực hành lãnh đạo sẽ giúp bạn sống trên con đường cao thượng. Không thể biết trước bạn có thể đạt được những gì nếu bạn đi trên con đường đó. Nhưng ngay cả khi bạn không làm được tất cả những gì mình hy vọng, bạn sẽ sống với ít hối tiếc hơn. Và những người bạn chạm đến trên hành trình đó sẽ được hưởng lợi rất nhiều.</w:t>
      </w:r>
    </w:p>
    <w:p>
      <w:pPr>
        <w:spacing w:after="80"/>
      </w:pPr>
      <w:r>
        <w:rPr>
          <w:b/>
          <w:i w:val="0"/>
        </w:rPr>
        <w:t>Con Đường Để Gắn Kết Mọi Người: ĐIỂM CHUNG</w:t>
      </w:r>
    </w:p>
    <w:p>
      <w:pPr>
        <w:spacing w:after="80"/>
      </w:pPr>
      <w:r>
        <w:rPr>
          <w:b w:val="0"/>
          <w:i w:val="0"/>
        </w:rPr>
        <w:t>Cách nhanh nhất và đã được chứng minh nhất để gắn kết mọi người trong một thế giới đầy chia rẽ là tìm ra điểm chung. Tôi đã đề cập đến điều này xuyên suốt chương này. Khi bạn tìm thấy điểm chung, bạn tạo ra những con đường tiến lên mà trước đó chưa từng tồn tại. Khi bạn gắn kết mọi người lại với nhau, bạn tạo điều kiện để họ cùng nhau làm việc nhằm cải thiện đội nhóm, tổ chức, khu phố, thành phố và văn hóa của họ.</w:t>
      </w:r>
    </w:p>
    <w:p>
      <w:pPr>
        <w:spacing w:after="80"/>
      </w:pPr>
      <w:r>
        <w:rPr>
          <w:b w:val="0"/>
          <w:i w:val="0"/>
        </w:rPr>
        <w:t>Để trở thành một nhà lãnh đạo theo con đường cao thượng, khi bản năng mách bảo bạn chiến đấu, bạn cần trao đi một bàn tay hữu nghị. Khi người khác dựng lên những bức tường, bạn cần tìm một cánh cổng. Khi người khác nói rằng bạn không có điểm gì chung, bạn cần nhân đôi nỗ lực để khám phá ra một điều gì đó—bất cứ điều gì—mà bạn chia sẻ chung, để bạn có thể tạo ra cách gặp gỡ và xây dựng một mối quan hệ. Những nhà lãnh đạo theo con đường cao thượng là những người kết nối.</w:t>
      </w:r>
    </w:p>
    <w:p>
      <w:pPr>
        <w:pStyle w:val="Heading1"/>
      </w:pPr>
      <w:r>
        <w:rPr>
          <w:rFonts w:ascii="Calibri" w:hAnsi="Calibri"/>
          <w:b/>
          <w:i w:val="0"/>
          <w:sz w:val="40"/>
        </w:rPr>
        <w:t>2 TRÂN TRỌNG MỌI NGƯỜI</w:t>
      </w:r>
    </w:p>
    <w:p>
      <w:pPr>
        <w:spacing w:after="80"/>
      </w:pPr>
      <w:r>
        <w:rPr>
          <w:b w:val="0"/>
          <w:i w:val="0"/>
        </w:rPr>
        <w:t>BẠN ĐÃ BAO GIỜ có một cuộc trò chuyện mà với người khuyên bạn thì chẳng có gì to tát, nhưng lại thay đổi cả quỹ đạo cuộc đời bạn chưa? Tôi đã có một cuộc trò chuyện như thế vào đúng ngày tôi tốt nghiệp đại học. Nó diễn ra trong bữa tối hôm đó. Tôi ngồi vào bàn cùng bố mẹ, vị hôn thê của tôi là Margaret, và hai em Larry và Trish. Tôi đang đứng trước ngưỡng cửa bước vào cuộc sống nghề nghiệp của người trưởng thành. Vài ngày nữa, Margaret và tôi sẽ kết hôn và đi hưởng tuần trăng mật. Ngay khi trở về, chúng tôi sẽ chuyển đến Hillham, Indiana, nơi tôi đã nhận vị trí đầu tiên làm mục sư cho một nhà thờ nhỏ ở vùng quê. Khi chúng tôi ngồi ăn, tôi hỏi bố một câu đơn giản: "Lời khuyên tốt nhất bố có thể dành cho con khi con bắt đầu sự nghiệp là gì?"</w:t>
      </w:r>
    </w:p>
    <w:p>
      <w:pPr>
        <w:spacing w:after="80"/>
      </w:pPr>
      <w:r>
        <w:rPr>
          <w:b w:val="0"/>
          <w:i w:val="0"/>
        </w:rPr>
        <w:t>Bố tôi là một mục sư đã dẫn dắt những nhà thờ thành công và không ngừng phát triển. Ông cũng từng là lãnh đạo cấp quận của các mục sư, và hiện tại ông đang lãnh đạo trường đại học mà tôi vừa tốt nghiệp với tư cách hiệu trưởng, nên ông có cả một kho kinh nghiệm và sự khôn ngoan.</w:t>
      </w:r>
    </w:p>
    <w:p>
      <w:pPr>
        <w:spacing w:after="80"/>
      </w:pPr>
      <w:r>
        <w:rPr>
          <w:b w:val="0"/>
          <w:i w:val="0"/>
        </w:rPr>
        <w:t>"Con trai à," bố đáp, "hãy trân trọng mọi người, tin vào họ, và yêu thương họ vô điều kiện. Làm những điều đó mỗi ngày, và con sẽ thành công."</w:t>
      </w:r>
    </w:p>
    <w:p>
      <w:pPr>
        <w:spacing w:after="80"/>
      </w:pPr>
      <w:r>
        <w:rPr>
          <w:b w:val="0"/>
          <w:i w:val="0"/>
        </w:rPr>
        <w:t xml:space="preserve">Tôi không nhớ liệu chúng tôi có nói thêm về điều đó không, và tôi cũng không nghĩ cuộc trò chuyện kéo dài. Có lẽ đó là tất cả những gì ông nói. Điều tôi nhớ là những lời ấy đã vang vọng sâu thẳm trong tôi. Tôi đã từng thấy bố mình trân trọng từng người ông gặp. Tôi đã từng thấy ông bày tỏ niềm tin vào con người hàng ngàn lần. Và tôi đã từng thấy ông tử tế và yêu thương đủ mọi hạng người. Trên hết, tôi đã trải nghiệm tình yêu vô điều kiện mà mẹ tôi dành cho. Vậy nên tôi hiểu lời khuyên của ông, và nó thật hợp lý. Tôi tự nhủ, </w:t>
      </w:r>
      <w:r>
        <w:rPr>
          <w:b w:val="0"/>
          <w:i/>
        </w:rPr>
        <w:t>Mình sẽ làm như vậy</w:t>
      </w:r>
      <w:r>
        <w:rPr>
          <w:b w:val="0"/>
          <w:i w:val="0"/>
        </w:rPr>
        <w:t>.</w:t>
      </w:r>
    </w:p>
    <w:p>
      <w:pPr>
        <w:pStyle w:val="Heading2"/>
      </w:pPr>
      <w:r>
        <w:rPr>
          <w:rFonts w:ascii="Calibri" w:hAnsi="Calibri"/>
          <w:b/>
          <w:i w:val="0"/>
          <w:sz w:val="32"/>
        </w:rPr>
        <w:t>KHỞI ĐẦU ĐÚNG CHÂN</w:t>
      </w:r>
    </w:p>
    <w:p>
      <w:pPr>
        <w:spacing w:after="80"/>
      </w:pPr>
      <w:r>
        <w:rPr>
          <w:b w:val="0"/>
          <w:i w:val="0"/>
        </w:rPr>
        <w:t>Trân trọng mọi người, tin vào họ, và yêu thương họ vô điều kiện đã trở thành khuôn khổ cho mọi việc tôi làm khi bắt đầu sự nghiệp. Khi gặp ai lần đầu, tôi cho họ thấy rằng tôi trân trọng họ. Khi làm việc với mọi người trong nhà thờ, tôi bày tỏ niềm tin của mình vào họ. Tôi chủ động kết nối với càng nhiều người trong cộng đồng càng tốt. Ngay cả khi chủ trì các cuộc họp với ban quản trị hay lên kế hoạch cho các sự kiện, tôi cũng nỗ lực thể hiện những giá trị đó. Tôi là một nhà lãnh đạo trẻ, thiếu kinh nghiệm nhưng khao khát tạo ra thành quả và đạt được thành tựu. Tôi tin rằng việc ôm ấp những giá trị này đã giúp tôi có cách lãnh đạo tử tế và nhẹ nhàng hơn so với khi không có chúng. Và mọi người đã hưởng ứng rất tích cực.</w:t>
      </w:r>
    </w:p>
    <w:p>
      <w:pPr>
        <w:spacing w:after="80"/>
      </w:pPr>
      <w:r>
        <w:rPr>
          <w:b w:val="0"/>
          <w:i w:val="0"/>
        </w:rPr>
        <w:t xml:space="preserve">Tôi còn mang những giá trị đó vào cả cách mình nói chuyện. Mỗi lần giao tiếp, mong muốn của tôi là bày tỏ rằng tôi trân trọng những người trong khán giả của mình đến nhường nào, rằng tôi tin vào họ, và rằng tôi yêu thương họ biết bao. Tôi muốn trao quyền cho mọi người, nâng đỡ họ, và truyền cảm hứng để họ phát triển và thay đổi. Để làm được điều đó, tôi luôn cố gắng giao tiếp bằng những lời lẽ tích cực. Làm sao ai đó có thể thể hiện niềm tin tích cực vào con người bằng cách tiêu cực chứ? Điều đó đơn giản là không hiệu quả. Tôi nhấn mạnh vào những gì mọi người </w:t>
      </w:r>
      <w:r>
        <w:rPr>
          <w:b w:val="0"/>
          <w:i/>
        </w:rPr>
        <w:t>có thể làm</w:t>
      </w:r>
      <w:r>
        <w:rPr>
          <w:b w:val="0"/>
          <w:i w:val="0"/>
        </w:rPr>
        <w:t xml:space="preserve">, chứ không phải những gì họ </w:t>
      </w:r>
      <w:r>
        <w:rPr>
          <w:b w:val="0"/>
          <w:i/>
        </w:rPr>
        <w:t>không nên làm</w:t>
      </w:r>
      <w:r>
        <w:rPr>
          <w:b w:val="0"/>
          <w:i w:val="0"/>
        </w:rPr>
        <w:t>. Điều đó khiến tôi khác biệt với nhiều đồng nghiệp ở các nhà thờ khác.</w:t>
      </w:r>
    </w:p>
    <w:p>
      <w:pPr>
        <w:spacing w:after="80"/>
      </w:pPr>
      <w:r>
        <w:rPr>
          <w:b w:val="0"/>
          <w:i w:val="0"/>
        </w:rPr>
        <w:t xml:space="preserve">Không phải là tôi làm đúng mọi thứ. Trong khi tôi đạt được nhiều thành quả ở nhà thờ và được ghi nhận trong sự nghiệp, tôi cũng bị thôi thúc bởi ham muốn ích kỷ của bản thân là được người khác yêu mến. Tôi là một người làm hài lòng tất cả mọi người. Khi ai đó không thích tôi, tôi sẽ làm bất cứ điều gì cần thiết để chinh phục được họ. Vì bẩm sinh tôi khéo giao tiếp với người khác, tôi thường có thể tìm ra cách để làm được điều đó. Nhưng tôi đã phải học rằng, để trở thành một nhà lãnh đạo hiệu quả hơn, việc tôi yêu thương mọi người quan trọng hơn việc họ yêu mến tôi. Bạn không thể </w:t>
      </w:r>
      <w:r>
        <w:rPr>
          <w:b w:val="0"/>
          <w:i/>
        </w:rPr>
        <w:t>lãnh đạo</w:t>
      </w:r>
      <w:r>
        <w:rPr>
          <w:b w:val="0"/>
          <w:i w:val="0"/>
        </w:rPr>
        <w:t xml:space="preserve"> người khác một cách hiệu quả nếu bạn </w:t>
      </w:r>
      <w:r>
        <w:rPr>
          <w:b w:val="0"/>
          <w:i/>
        </w:rPr>
        <w:t>cần</w:t>
      </w:r>
      <w:r>
        <w:rPr>
          <w:b w:val="0"/>
          <w:i w:val="0"/>
        </w:rPr>
        <w:t xml:space="preserve"> người khác.</w:t>
      </w:r>
    </w:p>
    <w:p>
      <w:pPr>
        <w:spacing w:after="80"/>
      </w:pPr>
      <w:r>
        <w:rPr>
          <w:b w:val="0"/>
          <w:i w:val="0"/>
        </w:rPr>
        <w:t>Nhìn lại, tôi nhận ra mình đang học cách thực hành lãnh đạo con đường cao thượng (high-road leadership), dù hồi đó tôi sẽ không gọi nó như vậy. Tôi chỉ đơn giản làm theo lời khuyên của bố và theo bản năng của chính mình. Những giá trị này đã trở thành cốt lõi trong khả năng lãnh đạo của tôi. Và lời khuyên của bố đã đúng. Đối xử với mọi người theo cách ông gợi ý thực sự đã giúp tôi thành công; việc bổ sung thêm các kỹ năng lãnh đạo đã giúp tôi có thể truyền đạt tầm nhìn, trang bị cho mọi người, và đưa một tổ chức đến nơi nó cần đến. Đến năm 25 tuổi, tôi đang lãnh đạo nhà thờ được kính trọng nhất trong giáo phái. Ở tuổi 28, tôi là người có ảnh hưởng nhất trong giáo phái. Và thành công tôi có được đã cho tôi sự tự tin để tin rằng mình có thể tạo ra tác động lớn hơn trong thế giới rộng lớn hơn.</w:t>
      </w:r>
    </w:p>
    <w:p>
      <w:pPr>
        <w:pStyle w:val="Heading2"/>
      </w:pPr>
      <w:r>
        <w:rPr>
          <w:rFonts w:ascii="Calibri" w:hAnsi="Calibri"/>
          <w:b/>
          <w:i w:val="0"/>
          <w:sz w:val="32"/>
        </w:rPr>
        <w:t>LÀM SAO ĐỂ TRÂN TRỌNG MỌI NGƯỜI</w:t>
      </w:r>
    </w:p>
    <w:p>
      <w:pPr>
        <w:spacing w:after="80"/>
      </w:pPr>
      <w:r>
        <w:rPr>
          <w:b w:val="0"/>
          <w:i w:val="0"/>
        </w:rPr>
        <w:t>Nếu bạn muốn trở thành nhà lãnh đạo giỏi nhất có thể, bạn cần học cách lãnh đạo mọi người trên con đường cao thượng. Làm sao để làm được điều đó? Hãy bắt đầu bằng việc trân trọng mọi người. Đây là ý nghĩa của điều đó:</w:t>
      </w:r>
    </w:p>
    <w:p>
      <w:pPr>
        <w:pStyle w:val="Heading3"/>
      </w:pPr>
      <w:r>
        <w:rPr>
          <w:rFonts w:ascii="Calibri" w:hAnsi="Calibri"/>
          <w:b/>
          <w:i w:val="0"/>
          <w:sz w:val="26"/>
        </w:rPr>
        <w:t xml:space="preserve">Ôm ấp giá trị của </w:t>
      </w:r>
      <w:r>
        <w:rPr>
          <w:rFonts w:ascii="Calibri" w:hAnsi="Calibri"/>
          <w:b/>
          <w:i/>
          <w:sz w:val="26"/>
        </w:rPr>
        <w:t>mọi</w:t>
      </w:r>
      <w:r>
        <w:rPr>
          <w:rFonts w:ascii="Calibri" w:hAnsi="Calibri"/>
          <w:b/>
          <w:i w:val="0"/>
          <w:sz w:val="26"/>
        </w:rPr>
        <w:t xml:space="preserve"> người</w:t>
      </w:r>
    </w:p>
    <w:p>
      <w:pPr>
        <w:spacing w:after="80"/>
      </w:pPr>
      <w:r>
        <w:rPr>
          <w:b w:val="0"/>
          <w:i w:val="0"/>
        </w:rPr>
        <w:t>Cốt lõi của lãnh đạo con đường cao thượng là sẵn lòng trân trọng mọi người. Đó là khởi đầu của mọi thứ. Nếu bạn không chấp nhận và ôm ấp ý tưởng rằng mọi người đều có giá trị và xứng đáng được đối xử với phẩm giá, bạn sẽ luôn chật vật trong việc lãnh đạo của mình. Và sẽ là điều bất khả thi để bạn trở thành một nhà lãnh đạo con đường cao thượng.</w:t>
      </w:r>
    </w:p>
    <w:p>
      <w:pPr>
        <w:spacing w:after="80"/>
      </w:pPr>
      <w:r>
        <w:rPr>
          <w:b w:val="0"/>
          <w:i w:val="0"/>
        </w:rPr>
        <w:t>Trân trọng mọi người không phải là khen ngợi họ hay làm họ cảm thấy quan trọng. Cũng không phải là khiến họ yêu mến bạn (vấn đề của tôi hồi đầu sự nghiệp). Không, đó là nhìn thấy giá trị của mọi người với tư cách là con người, cho họ biết rằng bạn nhìn thấy giá trị đó, và giúp họ cảm nhận được giá trị của chính mình và tin vào điều đó. Nếu muốn đi con đường cao thượng, chúng ta không thể chọn lựa ai để trân trọng. Chúng ta không bao giờ nên hạ thấp giá trị của ai đó bằng cách chấp nhận đánh giá thấp của người khác về họ hay tự mình đánh giá thấp họ.</w:t>
      </w:r>
    </w:p>
    <w:p>
      <w:pPr>
        <w:spacing w:after="80"/>
      </w:pPr>
      <w:r>
        <w:rPr>
          <w:b w:val="0"/>
          <w:i w:val="0"/>
        </w:rPr>
        <w:t>Mọi người có thể cảm nhận được liệu chúng ta có thực sự trân trọng họ hay không. Họ biết khi nào chúng ta chân thành và thật lòng. Họ nhận ra khi chúng ta giả tạo. Và họ biết khi chúng ta hạ thấp giá trị của họ. Theo ý tôi, với tư cách một nền văn hóa, chúng ta đã lạc lối khi đi từ chỗ đơn thuần bất đồng với người khác sang hạ thấp giá trị của họ chỉ vì chúng ta bất đồng. Đó là lúc chúng ta vượt qua ranh giới để bước vào lãnh đạo con đường thấp hèn (low-road leadership). Đó là một trong những lý do khiến rất nhiều người lúc nào cũng giận dữ đến vậy. Và khi người khác đi con đường thấp hèn với họ, họ còn giận dữ hơn nữa. Lúc nào cũng dễ đưa ra một quan điểm tiêu cực hơn là tạo ra một thay đổi tích cực. Nhưng chưa ai từng thắng bằng sự giận dữ. Đó là một cảm xúc tiêu cực không mang lại giá trị cho bất kỳ ai.</w:t>
      </w:r>
    </w:p>
    <w:p>
      <w:pPr>
        <w:spacing w:after="80"/>
      </w:pPr>
      <w:r>
        <w:rPr>
          <w:b w:val="0"/>
          <w:i w:val="0"/>
        </w:rPr>
        <w:t>Bạn có thể đang thắc mắc làm sao có thể trân trọng tất cả mọi người khi bạn có thể chẳng biết gì về họ. Đó là câu hỏi tôi được hỏi gần đây tại một hội nghị với những nhà giáo dục hàng đầu của các trường công lập khắp nước Mỹ. Họ quan tâm tìm hiểu về chương trình giảng dạy mà quỹ phi lợi nhuận của tôi sử dụng để phát triển hàng triệu học sinh trên toàn thế giới. Trong các buổi thảo luận bàn tròn, chương trình dạy học sinh biết trân trọng người khác bằng cách chọn đón nhận và sống theo những giá trị tốt đẹp. Các giáo viên ở những trường học Nam và Trung Mỹ nơi chương trình được giảng dạy đã chứng kiến tác động chuyển hóa mà nó mang lại. Và khi được thử nghiệm tại một số trường học ở Nam Carolina, các giáo viên nhận thấy số vấn đề kỷ luật giảm đáng kể ở những học sinh tham gia khóa học. Để giúp các nhà giáo dục hiểu về chương trình, tôi không chỉ giải thích mà còn mời họ tham gia một trong các buổi bàn tròn.</w:t>
      </w:r>
    </w:p>
    <w:p>
      <w:pPr>
        <w:spacing w:after="80"/>
      </w:pPr>
      <w:r>
        <w:rPr>
          <w:b w:val="0"/>
          <w:i w:val="0"/>
        </w:rPr>
        <w:t>Trong phần hỏi đáp sau đó, một trong những người lãnh đạo đã chất vấn khẳng định của tôi rằng tôi trân trọng tất cả mọi người. "Làm sao ông có thể tuyên bố rằng ông trân trọng tất cả chúng tôi, rằng ông trân trọng tôi?" cô ấy hỏi. "Ông còn chẳng biết tôi. Sao có thể như vậy được?"</w:t>
      </w:r>
    </w:p>
    <w:p>
      <w:pPr>
        <w:spacing w:after="80"/>
      </w:pPr>
      <w:r>
        <w:rPr>
          <w:b w:val="0"/>
          <w:i w:val="0"/>
        </w:rPr>
        <w:t>"Tôi tôn trọng câu hỏi của cô, và tôi muốn trả lời nó," tôi đáp. "Đồng thời, tôi muốn tôn trọng cô và không làm cô phật lòng, nên tôi muốn xin phép cô được trả lời thẳng thắn, vì lời giải thích của tôi có bao gồm đức tin của tôi. Cô thấy có được không?" Khi cô ấy gật đầu, tôi nói: "Chúa tạo ra mỗi người theo hình ảnh của Ngài, nên mỗi người đều đáng được trân trọng. Ngài trân trọng họ, nên tôi trân trọng họ. Khi nhìn vào cuộc đời Chúa Giê-su, tôi thấy Ngài yêu thương mọi người vô điều kiện và trân trọng mọi người hết mực. Ngay cả khi bước đến cái chết, động lực của Ngài là yêu thương những con người tan vỡ và đau khổ, chứ không phải lên án họ, thắng tranh luận, hay đề cao bản thân."</w:t>
      </w:r>
    </w:p>
    <w:p>
      <w:pPr>
        <w:spacing w:after="80"/>
      </w:pPr>
      <w:r>
        <w:rPr>
          <w:b w:val="0"/>
          <w:i w:val="0"/>
        </w:rPr>
        <w:t>Cô ấy dường như chấp nhận lời giải thích của tôi. Tôi muốn truyền đạt rằng vì Chúa Giê-su đã thực hành lãnh đạo theo con đường cao thượng mỗi phút giây trong cuộc đời Ngài, và tôi muốn giống như Ngài, nên tôi phải sẵn lòng phục vụ mọi người, chứ không tập trung vào việc giành phần thắng.</w:t>
      </w:r>
    </w:p>
    <w:p>
      <w:pPr>
        <w:spacing w:after="80"/>
      </w:pPr>
      <w:r>
        <w:rPr>
          <w:b w:val="0"/>
          <w:i w:val="0"/>
        </w:rPr>
        <w:t xml:space="preserve">Nhưng bạn không cần có bất kỳ đức tin nào để thừa nhận rằng ai cũng cần cảm thấy mình được trân trọng. Mỗi con người đều khao khát cảm nhận được giá trị nội tại của mình và có người khác công nhận điều đó. Như giáo sư và tác giả về lãnh đạo Marilyn Gist nói trong cuốn sách </w:t>
      </w:r>
      <w:r>
        <w:rPr>
          <w:b w:val="0"/>
          <w:i/>
        </w:rPr>
        <w:t>The Extraordinary Power of Leader Humility</w:t>
      </w:r>
      <w:r>
        <w:rPr>
          <w:b w:val="0"/>
          <w:i w:val="0"/>
        </w:rPr>
        <w:t xml:space="preserve"> của bà: "Mỗi con người đều có và đều cần một cảm giác về giá trị bản thân—về phẩm giá." Điều đó bao gồm nhiều hơn bạn bè và gia đình chúng ta, nhiều hơn những người giúp đỡ ta và tử tế với ta. Nó bao gồm những người khác biệt với ta, những người từ "phía bên kia", và những người đối xử tệ với ta hoặc lợi dụng ta. Tôi nghĩ C. S. Lewis có lẽ đã nói hay nhất: "Không có người nào </w:t>
      </w:r>
      <w:r>
        <w:rPr>
          <w:b w:val="0"/>
          <w:i/>
        </w:rPr>
        <w:t>bình thường</w:t>
      </w:r>
      <w:r>
        <w:rPr>
          <w:b w:val="0"/>
          <w:i w:val="0"/>
        </w:rPr>
        <w:t xml:space="preserve"> cả. Bạn chưa từng nói chuyện với một phàm nhân tầm thường nào.… Chính những người bất tử là những người ta đùa giỡn, làm việc, kết hôn, hắt hủi và bóc lột."</w:t>
      </w:r>
    </w:p>
    <w:p>
      <w:pPr>
        <w:spacing w:after="80"/>
      </w:pPr>
      <w:r>
        <w:rPr>
          <w:b w:val="0"/>
          <w:i w:val="0"/>
        </w:rPr>
        <w:t xml:space="preserve">Để tôi nói thêm một điều về việc đón nhận giá trị của tất cả mọi người. Để làm được điều đó, bạn không cần phải từ bỏ những thực hành lãnh đạo tốt. Bạn vẫn có thể có chiến lược cao siêu. Ví dụ, trong nỗ lực chuyển hóa các quốc gia, quỹ của tôi làm việc với 10 phần trăm những người hàng đầu trong một quốc gia. Chúng tôi bắt đầu bằng việc dạy các giá trị cho những nhà lãnh đạo ở những vị trí cao nhất để thúc đẩy sự chuyển hóa tích cực. Gần đây có người hỏi tôi: "Nếu ông trân trọng tất cả mọi người, sao ông không bắt đầu với những người đau khổ nhất?" Chính vì chúng tôi </w:t>
      </w:r>
      <w:r>
        <w:rPr>
          <w:b w:val="0"/>
          <w:i/>
        </w:rPr>
        <w:t>trân trọng</w:t>
      </w:r>
      <w:r>
        <w:rPr>
          <w:b w:val="0"/>
          <w:i w:val="0"/>
        </w:rPr>
        <w:t xml:space="preserve"> họ nên chúng tôi mới bắt đầu từ trên đỉnh. Nếu chúng tôi giúp 10 phần trăm dưới đáy, nhu cầu của họ sẽ được đáp ứng và mọi thứ dừng lại ở đó vì họ không ở vị trí có thể giúp người khác. Ảnh hưởng lan xuống dưới, chứ không lan lên trên. Tuy nhiên, nếu chúng tôi tiếp cận các nhà lãnh đạo và giúp họ đón nhận những giá trị tốt đẹp, trong đó có giá trị trân trọng người khác, thì họ sẽ huy động và tiếp cận phần lớn 90 phần trăm còn lại. Bằng cách bắt đầu với những người có khả năng tiếp cận người khác, chúng tôi đang trao cho tất cả mọi người một cơ hội.</w:t>
      </w:r>
    </w:p>
    <w:p>
      <w:pPr>
        <w:pStyle w:val="Heading3"/>
      </w:pPr>
      <w:r>
        <w:rPr>
          <w:rFonts w:ascii="Calibri" w:hAnsi="Calibri"/>
          <w:b/>
          <w:i w:val="0"/>
          <w:sz w:val="26"/>
        </w:rPr>
        <w:t>Tin vào Tiềm năng của Tất cả Mọi người</w:t>
      </w:r>
    </w:p>
    <w:p>
      <w:pPr>
        <w:spacing w:after="80"/>
      </w:pPr>
      <w:r>
        <w:rPr>
          <w:b w:val="0"/>
          <w:i w:val="0"/>
        </w:rPr>
        <w:t>Trong khi trân trọng tất cả mọi người đến từ việc nhận ra và đón nhận giá trị của họ, thì tin vào con người đến từ việc nhìn thấy và công nhận tiềm năng của họ. Khi bạn tin rằng con người có thể đạt được, cải thiện, trở nên nhiều hơn hiện tại, và đóng góp cho thế giới, bạn sẽ trân trọng họ và gia tăng giá trị cho họ bằng cách đầu tư vào họ. Nếu bạn không tin vào người khác, tại sao bạn lại bận tâm đầu tư vào họ? Nhưng khi bạn nhìn thấy tiềm năng của con người, bạn cố gắng nâng họ lên vì bạn muốn họ vun đắp và cải thiện những món quà, tài năng và kỹ năng mà họ có.</w:t>
      </w:r>
    </w:p>
    <w:p>
      <w:pPr>
        <w:spacing w:after="80"/>
      </w:pPr>
      <w:r>
        <w:rPr>
          <w:b w:val="0"/>
          <w:i w:val="0"/>
        </w:rPr>
        <w:t>Điều này trông như thế nào?</w:t>
      </w:r>
    </w:p>
    <w:p>
      <w:pPr>
        <w:pStyle w:val="Heading4"/>
      </w:pPr>
      <w:r>
        <w:rPr>
          <w:rFonts w:ascii="Calibri" w:hAnsi="Calibri"/>
          <w:b/>
          <w:i w:val="0"/>
          <w:sz w:val="23"/>
        </w:rPr>
        <w:t>1. Bày tỏ Niềm Tin của Bạn vào Họ</w:t>
      </w:r>
    </w:p>
    <w:p>
      <w:pPr>
        <w:spacing w:after="80"/>
      </w:pPr>
      <w:r>
        <w:rPr>
          <w:b w:val="0"/>
          <w:i w:val="0"/>
        </w:rPr>
        <w:t>Hầu hết mọi người vươn tới mức kỳ vọng mà người khác dành cho họ. Jamie Kern Lima nói: "Trong cuộc sống, bạn không vươn tới điều bạn tin là khả thi. Bạn vươn tới điều bạn tin rằng mình xứng đáng được hưởng." Nếu bạn nhìn thấy tiềm năng của họ, bày tỏ niềm tin vào họ, và vạch ra tầm nhìn về một tương lai tốt đẹp hơn, họ sẽ bắt đầu bước những bước tiến về phía tương lai đó.</w:t>
      </w:r>
    </w:p>
    <w:p>
      <w:pPr>
        <w:spacing w:after="80"/>
      </w:pPr>
      <w:r>
        <w:rPr>
          <w:b w:val="0"/>
          <w:i w:val="0"/>
        </w:rPr>
        <w:t>Đây là lý do tôi cố ý nhìn nhận mọi người là "10 điểm" khi lần đầu gặp họ. Tôi tin họ có thể có một cuộc sống tốt đẹp hơn hiện tại. Tôi không tin rằng họ phải sống theo những giới hạn mà người khác áp đặt lên họ—hay những giới hạn họ tự áp đặt lên mình. Liệu mọi người tôi gặp có trở thành 10 điểm không? Không. Liệu mọi người tôi tương tác có chọn con đường cao thượng với tôi hay với người khác không? Tất nhiên là không. Nhưng tôi tin chắc rằng niềm tin của tôi vào con người sẽ trao quyền cho nhiều cá nhân đạt được thành tựu và bước lên con đường cao thượng hơn là khi tôi không tin vào họ. Vì vậy tôi chọn tin vào tất cả mọi người. Chỉ có họ mới có thể chứng minh tôi sai.</w:t>
      </w:r>
    </w:p>
    <w:p>
      <w:pPr>
        <w:pStyle w:val="Heading4"/>
      </w:pPr>
      <w:r>
        <w:rPr>
          <w:rFonts w:ascii="Calibri" w:hAnsi="Calibri"/>
          <w:b/>
          <w:i w:val="0"/>
          <w:sz w:val="23"/>
        </w:rPr>
        <w:t>2. Trang bị cho Họ</w:t>
      </w:r>
    </w:p>
    <w:p>
      <w:pPr>
        <w:spacing w:after="80"/>
      </w:pPr>
      <w:r>
        <w:rPr>
          <w:b w:val="0"/>
          <w:i w:val="0"/>
        </w:rPr>
        <w:t>Biểu hiện lớn nhất của niềm tin vào một người khác là gì? Trang bị cho họ! Trang bị là niềm tin được biến thành hành động. Khi bạn đầu tư vào ai đó bằng cách dạy dỗ, huấn luyện, khai vấn hay cố vấn cho họ, bạn đặt thời gian và tiền bạc của mình vào đúng chỗ bạn nói. Người đó không thể nghi ngờ gì rằng bạn trân trọng họ. Trang bị là một biểu hiện của việc trân trọng một người khác.</w:t>
      </w:r>
    </w:p>
    <w:p>
      <w:pPr>
        <w:spacing w:after="80"/>
      </w:pPr>
      <w:r>
        <w:rPr>
          <w:b w:val="0"/>
          <w:i w:val="0"/>
        </w:rPr>
        <w:t>Khi bạn trang bị cho mọi người, tất cả những gì bạn có thể trao cho họ là những gì bạn có để cho. Việc họ đón nhận và tận dụng tối đa là tùy ở họ. Mong muốn của tôi là gia tăng giá trị cho mọi người và giúp họ tiến bộ, nhưng tôi biết không phải ai cũng sẽ đón nhận những gì tôi có để trao và phát triển với nó. Đó là lựa chọn của họ. Tôi không cảm thấy cần phải cố ép buộc ai đón nhận nó, cũng không cảm thấy có nghĩa vụ phải thay đổi những gì tôi trao hay cách tôi dạy. Tôi cho rằng ai kết nối được với những ý tưởng của tôi và muốn vươn cao hơn, xa hơn sẽ được hưởng lợi. Và nếu không kết nối được, hy vọng họ sẽ tìm thấy sự giúp đỡ từ người khác.</w:t>
      </w:r>
    </w:p>
    <w:p>
      <w:pPr>
        <w:pStyle w:val="Heading4"/>
      </w:pPr>
      <w:r>
        <w:rPr>
          <w:rFonts w:ascii="Calibri" w:hAnsi="Calibri"/>
          <w:b/>
          <w:i w:val="0"/>
          <w:sz w:val="23"/>
        </w:rPr>
        <w:t>3. Thách thức Họ</w:t>
      </w:r>
    </w:p>
    <w:p>
      <w:pPr>
        <w:spacing w:after="80"/>
      </w:pPr>
      <w:r>
        <w:rPr>
          <w:b w:val="0"/>
          <w:i w:val="0"/>
        </w:rPr>
        <w:t xml:space="preserve">Tôi trân trọng con người và có niềm tin mãnh liệt vào tiềm năng của con người đến mức tôi tin rằng khả năng phát triển của chúng ta là vô hạn. Đó là lý do tôi viết cuốn sách </w:t>
      </w:r>
      <w:r>
        <w:rPr>
          <w:b w:val="0"/>
          <w:i/>
        </w:rPr>
        <w:t>No Limits</w:t>
      </w:r>
      <w:r>
        <w:rPr>
          <w:b w:val="0"/>
          <w:i w:val="0"/>
        </w:rPr>
        <w:t>. Không ai phải chạm đến giới hạn năng lực của mình. Mỗi chúng ta đều có thể tiếp tục phát triển chừng nào còn sống. Đó là lý do tôi vẫn tận tụy với việc phát triển bản thân ở độ tuổi cuối bảy mươi.</w:t>
      </w:r>
    </w:p>
    <w:p>
      <w:pPr>
        <w:spacing w:after="80"/>
      </w:pPr>
      <w:r>
        <w:rPr>
          <w:b w:val="0"/>
          <w:i w:val="0"/>
        </w:rPr>
        <w:t>Là một nhà lãnh đạo, đôi khi tôi phải thử thách những người mình dẫn dắt. Tôi cần có những cuộc trò chuyện thẳng thắn với họ về những chỗ họ chưa nỗ lực hết mình hay chưa phát huy hết tiềm năng. Những cuộc trò chuyện này bắt nguồn từ niềm tin của tôi vào họ. Nếu tôi nhìn thấy ở họ nhiều hơn những gì họ tự thấy ở bản thân, tôi muốn thử thách họ vươn lên một tầm cao mới. Đôi khi những cuộc trò chuyện này có thể không thoải mái, nhưng chúng giúp người ta phát triển và thay đổi. Nếu bạn dẫn dắt một đội nhóm, bạn có thể thể hiện niềm tin vào các thành viên của mình bằng cách thử thách họ.</w:t>
      </w:r>
    </w:p>
    <w:p>
      <w:pPr>
        <w:pStyle w:val="Heading3"/>
      </w:pPr>
      <w:r>
        <w:rPr>
          <w:rFonts w:ascii="Calibri" w:hAnsi="Calibri"/>
          <w:b/>
          <w:i w:val="0"/>
          <w:sz w:val="26"/>
        </w:rPr>
        <w:t>Trao Tình Yêu Vô Điều Kiện Cho Mọi Người</w:t>
      </w:r>
    </w:p>
    <w:p>
      <w:pPr>
        <w:spacing w:after="80"/>
      </w:pPr>
      <w:r>
        <w:rPr>
          <w:b w:val="0"/>
          <w:i w:val="0"/>
        </w:rPr>
        <w:t>Lời khuyên của bố về việc yêu thương mọi người vô điều kiện xuất phát từ đức tin sâu sắc của ông. Nhưng bạn không cần phải có đức tin như ông hay như tôi để yêu thương mọi người. Đó là một lựa chọn, một tư duy. Giống như tin rằng mỗi người bạn gặp đều có thể dạy bạn điều gì đó. Đây là cách nó vận hành:</w:t>
      </w:r>
    </w:p>
    <w:p>
      <w:pPr>
        <w:spacing w:after="80"/>
      </w:pPr>
      <w:r>
        <w:rPr>
          <w:b w:val="0"/>
          <w:i w:val="0"/>
        </w:rPr>
        <w:t>Trân trọng con người bắt nguồn từ việc đón nhận giá trị của họ.</w:t>
      </w:r>
    </w:p>
    <w:p>
      <w:pPr>
        <w:spacing w:after="80"/>
      </w:pPr>
      <w:r>
        <w:rPr>
          <w:b w:val="0"/>
          <w:i w:val="0"/>
        </w:rPr>
        <w:t>Niềm tin nói lên tiềm năng mà bạn nhìn thấy ở họ.</w:t>
      </w:r>
    </w:p>
    <w:p>
      <w:pPr>
        <w:spacing w:after="80"/>
      </w:pPr>
      <w:r>
        <w:rPr>
          <w:b w:val="0"/>
          <w:i w:val="0"/>
        </w:rPr>
        <w:t>Tình yêu vô điều kiện chấp nhận người khác mà không kèm theo bất kỳ ràng buộc nào.</w:t>
      </w:r>
    </w:p>
    <w:p>
      <w:pPr>
        <w:spacing w:after="80"/>
      </w:pPr>
      <w:r>
        <w:rPr>
          <w:b w:val="0"/>
          <w:i w:val="0"/>
        </w:rPr>
        <w:t xml:space="preserve">Hầu hết mọi người đều có khả năng yêu thương. Thử thách lớn hơn là yêu thương vô điều kiện. (Nếu từ </w:t>
      </w:r>
      <w:r>
        <w:rPr>
          <w:b w:val="0"/>
          <w:i/>
        </w:rPr>
        <w:t>yêu thương</w:t>
      </w:r>
      <w:r>
        <w:rPr>
          <w:b w:val="0"/>
          <w:i w:val="0"/>
        </w:rPr>
        <w:t xml:space="preserve"> có vẻ quá khó, hãy nghĩ về nó như sự chấp nhận vô điều kiện.) Yêu thương bạn bè và gia đình vô điều kiện đã đủ khó rồi. Mở rộng điều đó với những người khó ưa lại càng thách thức hơn. Con đường tốt nhất để yêu thương người khác vô điều kiện là bắt đầu bằng việc trân trọng con người và tin vào họ. Nếu bạn thực sự trân trọng và tin vào con người, tình yêu vô điều kiện sẽ trở nên dễ dàng hơn—không phải dễ, mà là dễ hơn.</w:t>
      </w:r>
    </w:p>
    <w:p>
      <w:pPr>
        <w:spacing w:after="80"/>
      </w:pPr>
      <w:r>
        <w:rPr>
          <w:b w:val="0"/>
          <w:i w:val="0"/>
        </w:rPr>
        <w:t>Tình yêu vô điều kiện là một món quà, một món quà mà không phải ai cũng biết mình cần—cho đến khi họ nhận được nó. Và rồi họ nhận ra đó là món quà tuyệt vời nhất họ có thể nhận được. Khi bạn trao tình yêu vô điều kiện, bạn không làm giảm giá trị của người đó. Không quan trọng họ nói gì hay không nói gì, làm gì hay không làm được gì; bạn vẫn tiếp tục chấp nhận và quan tâm đến họ mà không kèm theo bất kỳ ràng buộc nào. Tư duy đó sẽ luôn bị thử thách, và bạn sẽ phải tái cam kết với nó hết lần này đến lần khác. Nhưng nếu bạn có thể tiếp tục yêu thương mọi người vô điều kiện với tư cách một nhà lãnh đạo, bạn sẽ tạo ra một bầu không khí không gì sánh bằng.</w:t>
      </w:r>
    </w:p>
    <w:p>
      <w:pPr>
        <w:pStyle w:val="Heading2"/>
      </w:pPr>
      <w:r>
        <w:rPr>
          <w:rFonts w:ascii="Calibri" w:hAnsi="Calibri"/>
          <w:b/>
          <w:i w:val="0"/>
          <w:sz w:val="32"/>
        </w:rPr>
        <w:t>LÀM THẾ NÀO ĐỂ TẠO RA MỘT SỰ THAY ĐỔI TRONG TRÁI TIM</w:t>
      </w:r>
    </w:p>
    <w:p>
      <w:pPr>
        <w:spacing w:after="80"/>
      </w:pPr>
      <w:r>
        <w:rPr>
          <w:b w:val="0"/>
          <w:i w:val="0"/>
        </w:rPr>
        <w:t xml:space="preserve">Có thể bạn đang nghĩ rằng tất cả những điều này nghe rất lý tưởng. Tôi đồng ý là nó lý tưởng. Nhưng điều đó không có nghĩa là nó không đáng để phấn đấu. Ngay cả khi bạn là người không tự nhiên trân trọng con người, không tin vào họ, hay không yêu thương họ vô điều kiện, bạn vẫn có thể thay đổi. Và nếu bạn muốn trở thành một nhà lãnh đạo theo con đường cao thượng, bạn </w:t>
      </w:r>
      <w:r>
        <w:rPr>
          <w:b w:val="0"/>
          <w:i/>
        </w:rPr>
        <w:t>phải</w:t>
      </w:r>
      <w:r>
        <w:rPr>
          <w:b w:val="0"/>
          <w:i w:val="0"/>
        </w:rPr>
        <w:t xml:space="preserve"> thay đổi. Tôi biết điều đó là khả thi bởi vì bố tôi, người đã cho tôi lời khuyên đó, không khởi đầu cuộc đời là một người tích cực bẩm sinh. Ông đã rèn luyện nó. Và nó thực sự đã thay đổi ông. Khi ông ở độ tuổi chín mươi, có lần ông nói: "Ôi, con trai, thật tuyệt vời phải không khi càng lớn tuổi, ta càng yêu thương con người hơn?" Tôi đáp rằng tôi biết nhiều người không yêu thương con người hơn khi họ lớn tuổi. Nhưng ông thì có, bởi vì ông đã đưa ra lựa chọn đó và sống với nó mỗi ngày trong cuộc đời mình.</w:t>
      </w:r>
    </w:p>
    <w:p>
      <w:pPr>
        <w:spacing w:after="80"/>
      </w:pPr>
      <w:r>
        <w:rPr>
          <w:b w:val="0"/>
          <w:i w:val="0"/>
        </w:rPr>
        <w:t>Nếu bạn khao khát trân trọng mọi người và trở thành nhà lãnh đạo tốt nhất có thể trên con đường cao thượng, thì hãy làm theo các bước sau:</w:t>
      </w:r>
    </w:p>
    <w:p>
      <w:pPr>
        <w:pStyle w:val="Heading3"/>
      </w:pPr>
      <w:r>
        <w:rPr>
          <w:rFonts w:ascii="Calibri" w:hAnsi="Calibri"/>
          <w:b/>
          <w:i w:val="0"/>
          <w:sz w:val="26"/>
        </w:rPr>
        <w:t>1. Phát Triển Sự Trân Trọng Khiêm Nhường Đối Với Bản Thân</w:t>
      </w:r>
    </w:p>
    <w:p>
      <w:pPr>
        <w:spacing w:after="80"/>
      </w:pPr>
      <w:r>
        <w:rPr>
          <w:b w:val="0"/>
          <w:i w:val="0"/>
        </w:rPr>
        <w:t xml:space="preserve">Bạn nghĩ về bản thân mình như thế nào? Câu trả lời cho câu hỏi này là chìa khóa để hiểu tư duy của bạn đối với người khác. Những nhà lãnh đạo theo con đường cao thượng, những người trân trọng con người, có ý thức mạnh mẽ và lành mạnh về giá trị bản thân, nhưng đồng thời họ khiêm nhường, nghĩa là họ không nghĩ quá cao về bản thân hay nghĩ </w:t>
      </w:r>
      <w:r>
        <w:rPr>
          <w:b w:val="0"/>
          <w:i/>
        </w:rPr>
        <w:t>về</w:t>
      </w:r>
      <w:r>
        <w:rPr>
          <w:b w:val="0"/>
          <w:i w:val="0"/>
        </w:rPr>
        <w:t xml:space="preserve"> bản thân quá nhiều. Marilyn Gist gọi phẩm chất này là "sự khiêm nhường của nhà lãnh đạo" và định nghĩa nó là "xu hướng </w:t>
      </w:r>
      <w:r>
        <w:rPr>
          <w:b w:val="0"/>
          <w:i/>
        </w:rPr>
        <w:t>cảm nhận</w:t>
      </w:r>
      <w:r>
        <w:rPr>
          <w:b w:val="0"/>
          <w:i w:val="0"/>
        </w:rPr>
        <w:t xml:space="preserve"> và </w:t>
      </w:r>
      <w:r>
        <w:rPr>
          <w:b w:val="0"/>
          <w:i/>
        </w:rPr>
        <w:t>thể hiện</w:t>
      </w:r>
      <w:r>
        <w:rPr>
          <w:b w:val="0"/>
          <w:i w:val="0"/>
        </w:rPr>
        <w:t xml:space="preserve"> sự tôn trọng sâu sắc đối với phẩm giá của người khác." Sở hữu sự khiêm nhường để trao cho người khác sự tôn trọng và vinh danh đơn giản chỉ vì họ là con người là điều thiết yếu để lãnh đạo trên con đường cao thượng.</w:t>
      </w:r>
    </w:p>
    <w:p>
      <w:pPr>
        <w:spacing w:after="80"/>
      </w:pPr>
      <w:r>
        <w:rPr>
          <w:b w:val="0"/>
          <w:i w:val="0"/>
        </w:rPr>
        <w:t>Làm thế nào các nhà lãnh đạo có thể phát triển kiểu trân trọng khiêm nhường này đối với bản thân? Gist nói: "Sự khiêm nhường đòi hỏi sự tự nhận thức và ý chí tự do (lựa chọn). Nếu con người có nền tảng đúng đắn (các yếu tố bao gồm sự tự nhận thức hợp lý và sự cởi mở với việc phát triển ở khía cạnh này), thì có khả năng tốt là họ có thể phát triển hoặc cải thiện sự khiêm nhường của nhà lãnh đạo. Nếu thiếu một trong hai yếu tố, khả năng thành công sẽ không cao."</w:t>
      </w:r>
    </w:p>
    <w:p>
      <w:pPr>
        <w:spacing w:after="80"/>
      </w:pPr>
      <w:r>
        <w:rPr>
          <w:b w:val="0"/>
          <w:i w:val="0"/>
        </w:rPr>
        <w:t>Hãy bắt đầu với sự tự nhận thức. Bạn nhận thức được bao nhiêu về thái độ của mình đối với bản thân? Để trân trọng mọi người, bạn phải tin vào giá trị của chính mình. Cách bạn nhìn nhận bản thân chuyển hóa thành cách bạn đối xử với người khác. Bạn có thích bản thân mình không? Bạn có trân trọng bản thân, tin vào bản thân, và chấp nhận bản thân đúng như con người bạn không?</w:t>
      </w:r>
    </w:p>
    <w:p>
      <w:pPr>
        <w:spacing w:after="80"/>
      </w:pPr>
      <w:r>
        <w:rPr>
          <w:b w:val="0"/>
          <w:i w:val="0"/>
        </w:rPr>
        <w:t>Đồng thời, khi thấy được giá trị của bản thân, bạn cũng phải nhận ra rằng mình không đáng giá hơn ai khác. Bạn phải nhận ra rằng mình có giá trị, nhưng đừng dùng nó để nâng cao bản thân. Thay vào đó, bạn phải dùng nó để nâng đỡ người khác.</w:t>
      </w:r>
    </w:p>
    <w:p>
      <w:pPr>
        <w:spacing w:after="80"/>
      </w:pPr>
      <w:r>
        <w:rPr>
          <w:b w:val="0"/>
          <w:i w:val="0"/>
        </w:rPr>
        <w:t>Mark Cole, CEO của các công ty tôi, đã làm việc với một nhân viên tên Fred, người vô tình làm giảm giá trị của người khác. Anh ấy không ác ý hay xấu tính; anh ấy chỉ thờ ơ. Anh ấy nhìn nhận con người theo chức năng hay mức độ hữu ích của họ đối với tổ chức chứ không nhìn họ như những con người riêng biệt với giá trị nội tại. Anh ấy thậm chí còn không nhận thức được rằng mình nhìn nhận con người theo cách đó. Mark đã phải giúp anh ấy phát triển khả năng tự nhận thức (self-awareness) và làm việc với anh ấy để cải thiện cách anh ấy đối xử với mọi người. Việc nâng cao khả năng tự nhận thức đã giúp anh ấy trở thành một nhà lãnh đạo tốt hơn. Tự nhận thức cũng sẽ giúp ích cho bạn.</w:t>
      </w:r>
    </w:p>
    <w:p>
      <w:pPr>
        <w:pStyle w:val="Heading3"/>
      </w:pPr>
      <w:r>
        <w:rPr>
          <w:rFonts w:ascii="Calibri" w:hAnsi="Calibri"/>
          <w:b/>
          <w:i w:val="0"/>
          <w:sz w:val="26"/>
        </w:rPr>
        <w:t>2. Chọn bắt đầu tập trung vào người khác</w:t>
      </w:r>
    </w:p>
    <w:p>
      <w:pPr>
        <w:spacing w:after="80"/>
      </w:pPr>
      <w:r>
        <w:rPr>
          <w:b w:val="0"/>
          <w:i w:val="0"/>
        </w:rPr>
        <w:t xml:space="preserve">Gần đây tôi đọc một bài viết của người bạn Sam Chand. Tôi rất thích điều anh ấy viết về lãnh đạo: "Trong một thời đại được đặc trưng bởi những nhà lãnh đạo ái kỷ và bị thúc đẩy bởi sự kiêu ngạo, việc tập trung vào </w:t>
      </w:r>
      <w:r>
        <w:rPr>
          <w:b w:val="0"/>
          <w:i/>
        </w:rPr>
        <w:t>người khác</w:t>
      </w:r>
      <w:r>
        <w:rPr>
          <w:b w:val="0"/>
          <w:i w:val="0"/>
        </w:rPr>
        <w:t xml:space="preserve"> thật sự mang lại cảm giác tươi mới." Thật ra, tôi rất thích định nghĩa lãnh đạo chỉ bằng một từ của Sam: </w:t>
      </w:r>
      <w:r>
        <w:rPr>
          <w:b w:val="0"/>
          <w:i/>
        </w:rPr>
        <w:t>người khác.</w:t>
      </w:r>
      <w:r>
        <w:rPr>
          <w:b w:val="0"/>
          <w:i w:val="0"/>
        </w:rPr>
        <w:t xml:space="preserve"> Anh ấy giải thích thêm rằng với anh, điều đó có nghĩa là tập trung vào người khác, phục vụ người khác và đầu tư vào người khác. Tôi hoàn toàn đồng ý.</w:t>
      </w:r>
    </w:p>
    <w:p>
      <w:pPr>
        <w:spacing w:after="80"/>
      </w:pPr>
      <w:r>
        <w:rPr>
          <w:b w:val="0"/>
          <w:i w:val="0"/>
        </w:rPr>
        <w:t>Nếu bạn mong muốn cải thiện bản thân, các mối quan hệ với người khác và khả năng lãnh đạo của mình, bạn phải đưa ra một lựa chọn. Bạn phải có ý thức bắt đầu tập trung vào người khác. Bạn phải muốn làm bản thân tốt hơn và đi theo con đường cao thượng. Nếu bạn sẵn lòng thay đổi để trở thành người coi trọng tất cả mọi người, điều đó không chỉ biến đổi khả năng lãnh đạo của bạn; nó còn biến đổi cuộc sống của bạn.</w:t>
      </w:r>
    </w:p>
    <w:p>
      <w:pPr>
        <w:pStyle w:val="Heading3"/>
      </w:pPr>
      <w:r>
        <w:rPr>
          <w:rFonts w:ascii="Calibri" w:hAnsi="Calibri"/>
          <w:b/>
          <w:i w:val="0"/>
          <w:sz w:val="26"/>
        </w:rPr>
        <w:t>3. Hành động</w:t>
      </w:r>
    </w:p>
    <w:p>
      <w:pPr>
        <w:spacing w:after="80"/>
      </w:pPr>
      <w:r>
        <w:rPr>
          <w:b w:val="0"/>
          <w:i w:val="0"/>
        </w:rPr>
        <w:t xml:space="preserve">Một phần thiết yếu của quá trình thay đổi là hành động. Thay đổi hành vi giúp tạo ra thay đổi trong trái tim. Hầu hết mọi người cần hành động theo cách mình muốn cảm nhận để tạo ra sự thay đổi lâu dài. Nếu họ chờ đợi cảm giác đó đến, họ sẽ không bao giờ đạt được nơi mình muốn hoặc cần đến. Nếu bạn cần thay đổi, hãy thay đổi thông qua hành vi. Bạn phải </w:t>
      </w:r>
      <w:r>
        <w:rPr>
          <w:b w:val="0"/>
          <w:i/>
        </w:rPr>
        <w:t>cho</w:t>
      </w:r>
      <w:r>
        <w:rPr>
          <w:b w:val="0"/>
          <w:i w:val="0"/>
        </w:rPr>
        <w:t xml:space="preserve"> mọi người thấy qua hành động của mình rằng bạn coi trọng họ. Nếu bạn đã quan tâm đến mọi người và coi trọng họ, nhưng bạn không hành động để thể hiện điều đó, làm sao họ biết được?</w:t>
      </w:r>
    </w:p>
    <w:p>
      <w:pPr>
        <w:spacing w:after="80"/>
      </w:pPr>
      <w:r>
        <w:rPr>
          <w:b w:val="0"/>
          <w:i w:val="0"/>
        </w:rPr>
        <w:t>Bạn có thể làm những hành động nào để cho mọi người biết rằng bạn coi trọng họ? Hãy bắt đầu với những điều sau:</w:t>
      </w:r>
    </w:p>
    <w:p>
      <w:pPr>
        <w:spacing w:after="80"/>
        <w:ind w:left="360"/>
      </w:pPr>
      <w:r>
        <w:t xml:space="preserve">• </w:t>
      </w:r>
      <w:r>
        <w:rPr>
          <w:b w:val="0"/>
          <w:i w:val="0"/>
        </w:rPr>
        <w:t>Ghi nhận họ bằng những lời lẽ tử tế.</w:t>
      </w:r>
    </w:p>
    <w:p>
      <w:pPr>
        <w:spacing w:after="80"/>
        <w:ind w:left="360"/>
      </w:pPr>
      <w:r>
        <w:t xml:space="preserve">• </w:t>
      </w:r>
      <w:r>
        <w:rPr>
          <w:b w:val="0"/>
          <w:i w:val="0"/>
        </w:rPr>
        <w:t>Tìm điểm chung với họ bằng cách đặt câu hỏi.</w:t>
      </w:r>
    </w:p>
    <w:p>
      <w:pPr>
        <w:spacing w:after="80"/>
        <w:ind w:left="360"/>
      </w:pPr>
      <w:r>
        <w:t xml:space="preserve">• </w:t>
      </w:r>
      <w:r>
        <w:rPr>
          <w:b w:val="0"/>
          <w:i w:val="0"/>
        </w:rPr>
        <w:t>Tìm giá trị nơi họ và bày tỏ điều đó với họ.</w:t>
      </w:r>
    </w:p>
    <w:p>
      <w:pPr>
        <w:spacing w:after="80"/>
        <w:ind w:left="360"/>
      </w:pPr>
      <w:r>
        <w:t xml:space="preserve">• </w:t>
      </w:r>
      <w:r>
        <w:rPr>
          <w:b w:val="0"/>
          <w:i w:val="0"/>
        </w:rPr>
        <w:t>Tìm cách gia tăng giá trị cho họ.</w:t>
      </w:r>
    </w:p>
    <w:p>
      <w:pPr>
        <w:spacing w:after="80"/>
        <w:ind w:left="360"/>
      </w:pPr>
      <w:r>
        <w:t xml:space="preserve">• </w:t>
      </w:r>
      <w:r>
        <w:rPr>
          <w:b w:val="0"/>
          <w:i w:val="0"/>
        </w:rPr>
        <w:t>Đối xử với họ bằng phẩm giá.</w:t>
      </w:r>
    </w:p>
    <w:p>
      <w:pPr>
        <w:spacing w:after="80"/>
      </w:pPr>
      <w:r>
        <w:rPr>
          <w:b w:val="0"/>
          <w:i w:val="0"/>
        </w:rPr>
        <w:t>Coi trọng con người là một hành động có chủ đích. Bạn phải chọn coi trọng người khác và gia tăng giá trị cho họ. Điều đó không thể xảy ra mà không có một hành động của ý chí.</w:t>
      </w:r>
    </w:p>
    <w:p>
      <w:pPr>
        <w:pStyle w:val="Heading3"/>
      </w:pPr>
      <w:r>
        <w:rPr>
          <w:rFonts w:ascii="Calibri" w:hAnsi="Calibri"/>
          <w:b/>
          <w:i w:val="0"/>
          <w:sz w:val="26"/>
        </w:rPr>
        <w:t>4. Để trái tim dành cho con người của bạn lớn lên</w:t>
      </w:r>
    </w:p>
    <w:p>
      <w:pPr>
        <w:spacing w:after="80"/>
      </w:pPr>
      <w:r>
        <w:rPr>
          <w:b w:val="0"/>
          <w:i w:val="0"/>
        </w:rPr>
        <w:t>Trải qua quá trình coi trọng con người có thể giúp bạn phát triển đến mức thật sự coi trọng họ. Charlie Wetzel, người cộng sự viết sách của tôi trong gần ba mươi năm, nói rằng anh ấy luôn tập trung vào công việc nhiều hơn là con người, và anh ấy thấy cần phải thay đổi tư duy để trở thành một nhà lãnh đạo tốt hơn và một con người tốt hơn. Anh ấy nhận ra rằng hành động đã giúp anh ấy thay đổi một cách to lớn. Vào độ tuổi ba mươi, anh ấy được yêu cầu huấn luyện các trưởng nhóm nhỏ. Charlie có một trái tim dành cho việc giảng dạy và phát triển con người. Anh ấy biết từ việc nghiên cứu 5 Cấp độ Lãnh đạo (5 Levels of Leadership) của tôi rằng nếu anh ấy muốn có cơ hội phát triển con người, anh ấy cần được họ cho phép lãnh đạo bằng cách xây dựng các mối quan hệ. Vậy anh ấy đã làm gì? Anh ấy là một người có chiến lược cao và làm việc hiệu quả, nên anh ấy đưa việc kết nối với các nhà lãnh đạo của mình thành một nhiệm vụ trong danh sách việc cần làm. Anh ấy lên lịch ăn trưa đều đặn với từng nhà lãnh đạo mà anh ấy đang huấn luyện để hiểu họ, tìm điểm chung và xây dựng mối quan hệ với họ. Bằng cách đó, anh ấy đã giành được sự tin tưởng. Nhưng một điều khác cũng đã xảy ra. Nhờ nỗ lực tìm hiểu con người, anh ấy bắt đầu trân trọng rằng mỗi người đều có một câu chuyện và mỗi người đều có những thử thách trong cuộc sống mà họ đang cố gắng vượt qua. Sự đồng cảm của anh ấy tăng lên và anh ấy phát triển một trái tim lớn hơn dành cho con người.</w:t>
      </w:r>
    </w:p>
    <w:p>
      <w:pPr>
        <w:spacing w:after="80"/>
      </w:pPr>
      <w:r>
        <w:rPr>
          <w:b w:val="0"/>
          <w:i w:val="0"/>
        </w:rPr>
        <w:t>“Có một vị lãnh đạo nọ mà tôi được nhờ huấn luyện, người mà tôi không đặc biệt thích,” Charlie kể. “Nhưng tôi bước vào mối quan hệ đó bằng cách đối xử với anh ấy bằng sự tôn trọng và phẩm giá, và tôi nỗ lực tìm hiểu anh ấy. Cuối cùng tôi lại quý mến anh chàng đó.”</w:t>
      </w:r>
    </w:p>
    <w:p>
      <w:pPr>
        <w:spacing w:after="80"/>
      </w:pPr>
      <w:r>
        <w:rPr>
          <w:b w:val="0"/>
          <w:i w:val="0"/>
        </w:rPr>
        <w:t xml:space="preserve">Thay đổi hành động của bạn để cho người khác thấy bạn trân trọng họ có thể ban đầu sẽ giống như một bổn phận. Lúc đầu, bạn có thể thực hiện hành động tích cực để trân trọng ai đó và nghĩ rằng </w:t>
      </w:r>
      <w:r>
        <w:rPr>
          <w:b w:val="0"/>
          <w:i/>
        </w:rPr>
        <w:t>Được rồi, mình đã xong việc đó. Giờ mình có thể quay lại làm việc.</w:t>
      </w:r>
      <w:r>
        <w:rPr>
          <w:b w:val="0"/>
          <w:i w:val="0"/>
        </w:rPr>
        <w:t xml:space="preserve"> Nhưng tôi hy vọng giai đoạn đó sẽ không kéo dài lâu và bạn sẽ trải nghiệm một sự thay đổi trong trái tim mình, không phải cứ mãi làm cho có. Nhưng dù thế nào đi nữa, điều quan trọng là phải tiếp tục hành động, bởi vì không có nó, bạn sẽ không thay đổi.</w:t>
      </w:r>
    </w:p>
    <w:p>
      <w:pPr>
        <w:pStyle w:val="Heading3"/>
      </w:pPr>
      <w:r>
        <w:rPr>
          <w:rFonts w:ascii="Calibri" w:hAnsi="Calibri"/>
          <w:b/>
          <w:i w:val="0"/>
          <w:sz w:val="26"/>
        </w:rPr>
        <w:t>5. Tận hưởng phần thưởng tích cực</w:t>
      </w:r>
    </w:p>
    <w:p>
      <w:pPr>
        <w:spacing w:after="80"/>
      </w:pPr>
      <w:r>
        <w:rPr>
          <w:b w:val="0"/>
          <w:i w:val="0"/>
        </w:rPr>
        <w:t>Những nhà lãnh đạo theo con đường cao thượng không trân trọng con người để nhận phần thưởng. Đó không phải là động cơ đúng đắn. Tuy nhiên, cuối cùng vẫn có phần thưởng cho việc trân trọng con người. Nó đến theo thời gian và sự kiên định. Tôi đã tìm ra ba kiểu phần thưởng mà bạn có thể nhận được khi trân trọng người khác:</w:t>
      </w:r>
    </w:p>
    <w:p>
      <w:pPr>
        <w:spacing w:after="80"/>
        <w:ind w:left="360"/>
      </w:pPr>
      <w:r>
        <w:t xml:space="preserve">• </w:t>
      </w:r>
      <w:r>
        <w:rPr>
          <w:b/>
          <w:i w:val="0"/>
        </w:rPr>
        <w:t>Phần thưởng về quan hệ:</w:t>
      </w:r>
      <w:r>
        <w:rPr>
          <w:b w:val="0"/>
          <w:i w:val="0"/>
        </w:rPr>
        <w:t xml:space="preserve"> Khi bạn trân trọng tất cả mọi người, bạn không thể không xây dựng được những mối quan hệ tốt đẹp hơn. Bạn mở ra cánh cửa cho những mối quan hệ mới qua mỗi lần tương tác, và bạn cải thiện mối quan hệ với những người mà bạn đã quen biết.</w:t>
      </w:r>
    </w:p>
    <w:p>
      <w:pPr>
        <w:spacing w:after="80"/>
        <w:ind w:left="360"/>
      </w:pPr>
      <w:r>
        <w:t xml:space="preserve">• </w:t>
      </w:r>
      <w:r>
        <w:rPr>
          <w:b/>
          <w:i w:val="0"/>
        </w:rPr>
        <w:t>Phần thưởng về cảm xúc:</w:t>
      </w:r>
      <w:r>
        <w:rPr>
          <w:b w:val="0"/>
          <w:i w:val="0"/>
        </w:rPr>
        <w:t xml:space="preserve"> Tôi chưa từng biết ai trân trọng người khác và gia tăng giá trị cho họ mà lại không nhận được phần thưởng về cảm xúc từ việc đó. Hiếm có điều gì trong cuộc sống đáng giá hơn việc giúp đỡ một con người khác.</w:t>
      </w:r>
    </w:p>
    <w:p>
      <w:pPr>
        <w:spacing w:after="80"/>
        <w:ind w:left="360"/>
      </w:pPr>
      <w:r>
        <w:t xml:space="preserve">• </w:t>
      </w:r>
      <w:r>
        <w:rPr>
          <w:b/>
          <w:i w:val="0"/>
        </w:rPr>
        <w:t>Phần thưởng về lãnh đạo:</w:t>
      </w:r>
      <w:r>
        <w:rPr>
          <w:b w:val="0"/>
          <w:i w:val="0"/>
        </w:rPr>
        <w:t xml:space="preserve"> Trân trọng con người cũng mang lại phần thưởng cho bạn với tư cách một nhà lãnh đạo. Khi bạn quan tâm đến mọi người, trân trọng họ và hành động vì lợi ích tốt nhất của họ, tầm ảnh hưởng của bạn tăng lên bởi vì họ tin tưởng bạn và có mong muốn lớn hơn được làm việc với bạn. Và ngay cả khi không có mối liên hệ trực tiếp với bạn trong đội ngũ hay tổ chức của bạn, họ vẫn sẽ muốn giúp bạn thành công hoặc kết nối bạn với những người có thể giúp bạn trực tiếp.</w:t>
      </w:r>
    </w:p>
    <w:p>
      <w:pPr>
        <w:spacing w:after="80"/>
      </w:pPr>
      <w:r>
        <w:rPr>
          <w:b w:val="0"/>
          <w:i w:val="0"/>
        </w:rPr>
        <w:t>Khi bạn trân trọng tất cả mọi người, tất cả đều thắng.</w:t>
      </w:r>
    </w:p>
    <w:p>
      <w:pPr>
        <w:spacing w:after="80"/>
      </w:pPr>
      <w:r>
        <w:rPr>
          <w:b w:val="0"/>
          <w:i w:val="0"/>
        </w:rPr>
        <w:t xml:space="preserve">Khả năng trân trọng tất cả mọi người bằng cách tin vào họ, quan tâm đến họ, và vô điều kiện chấp nhận và yêu thương họ đến từ việc có một góc nhìn đúng đắn. Bí quyết nằm ở cách bạn nhìn nhận người khác. Cách chúng ta nhìn nhận mọi thứ chính là cách chúng ta làm mọi thứ. Tư duy đúng đắn đến từ việc nhận ra rằng thế giới không phải là về bạn. Mà là về người khác. Đó là một lựa chọn mà mỗi người đều có thể thực hiện và mỗi nhà lãnh đạo </w:t>
      </w:r>
      <w:r>
        <w:rPr>
          <w:b w:val="0"/>
          <w:i/>
        </w:rPr>
        <w:t>phải</w:t>
      </w:r>
      <w:r>
        <w:rPr>
          <w:b w:val="0"/>
          <w:i w:val="0"/>
        </w:rPr>
        <w:t xml:space="preserve"> thực hiện để bước đi trên con đường cao thượng. Chỉ bạn mới có thể làm chủ quá trình này. Bạn biết các bước đi, nhưng không ai có thể bước thay bạn. Tôi hy vọng bạn sẽ bước đi vì việc trân trọng con người sẽ mở ra cánh cửa cho tất cả những bước khác mà bạn phải thực hiện để sống và lãnh đạo trên con đường cao thượng.</w:t>
      </w:r>
    </w:p>
    <w:p>
      <w:pPr>
        <w:spacing w:after="80"/>
      </w:pPr>
      <w:r>
        <w:rPr>
          <w:b/>
          <w:i w:val="0"/>
        </w:rPr>
        <w:t>Con đường để trân trọng tất cả mọi người: GIÁ TRỊ BẢN THÂN</w:t>
      </w:r>
    </w:p>
    <w:p>
      <w:pPr>
        <w:spacing w:after="80"/>
      </w:pPr>
      <w:r>
        <w:rPr>
          <w:b w:val="0"/>
          <w:i w:val="0"/>
        </w:rPr>
        <w:t>Nếu bạn gặp khó khăn khi đón nhận ý tưởng rằng tất cả mọi người đều có giá trị và đều nên được bạn trân trọng, có thể là vì mọi người đã không trân trọng bạn theo cách mà họ nên làm. Có thể bạn chưa được những người quan trọng nhất với bạn thể hiện sự tôn trọng. Có thể người khác đã không coi trọng phẩm giá của bạn.</w:t>
      </w:r>
    </w:p>
    <w:p>
      <w:pPr>
        <w:spacing w:after="80"/>
      </w:pPr>
      <w:r>
        <w:rPr>
          <w:b w:val="0"/>
          <w:i w:val="0"/>
        </w:rPr>
        <w:t>Như tôi đã đề cập trước đó, tôi may mắn được trải nghiệm tình yêu vô điều kiện từ mẹ tôi, điều đó khiến tôi rất vững tin vào giá trị bản thân. Nếu bạn không nhận được kiểu tình yêu này, trước tiên hãy để tôi nói rằng tôi xin lỗi. Tôi xin lỗi vì bạn đã không nhận được tình yêu và sự tôn trọng mà bạn xứng đáng.</w:t>
      </w:r>
    </w:p>
    <w:p>
      <w:pPr>
        <w:spacing w:after="80"/>
      </w:pPr>
      <w:r>
        <w:rPr>
          <w:b w:val="0"/>
          <w:i w:val="0"/>
        </w:rPr>
        <w:t xml:space="preserve">Thứ hai, hãy để tôi là người nói với bạn điều này: </w:t>
      </w:r>
      <w:r>
        <w:rPr>
          <w:b w:val="0"/>
          <w:i/>
        </w:rPr>
        <w:t>bạn có giá trị lớn lao.</w:t>
      </w:r>
      <w:r>
        <w:rPr>
          <w:b w:val="0"/>
          <w:i w:val="0"/>
        </w:rPr>
        <w:t xml:space="preserve"> Bạn có giá trị lớn lao chỉ vì bạn là chính bạn, bất kể bạn đã làm hay chưa làm được gì trong cuộc đời mình. Bạn không cần phải tài năng hơn mức bạn đang có. Bạn không cần phải đạt được thành tựu gì vĩ đại. Bạn không cần phải giành lấy tình yêu và sự tôn trọng. Bởi vì bạn là một con người, bạn quan trọng. Bạn quan trọng với tôi. Bạn quan trọng với Chúa. Bạn quan trọng với những người khác trên thế giới này.</w:t>
      </w:r>
    </w:p>
    <w:p>
      <w:pPr>
        <w:spacing w:after="80"/>
      </w:pPr>
      <w:r>
        <w:rPr>
          <w:b w:val="0"/>
          <w:i w:val="0"/>
        </w:rPr>
        <w:t>Hãy để điều đó thấm vào lòng. Hãy đón nhận nó. Hãy cho phép mình cảm nhận nó sâu thẳm tận đáy lòng. Nó không chỉ giúp bạn là chính mình và đi theo con đường của mình với tư cách một con người và một nhà lãnh đạo; nó còn giúp bạn dễ dàng trân trọng người khác hơn. Bạn sẽ muốn họ trải nghiệm cùng phẩm giá và giá trị bản thân như bạn, bởi vì bạn biết điều đó có thể tạo nên sự khác biệt lớn lao đến nhường nào.</w:t>
      </w:r>
    </w:p>
    <w:p>
      <w:pPr>
        <w:pStyle w:val="Heading1"/>
      </w:pPr>
      <w:r>
        <w:rPr>
          <w:rFonts w:ascii="Calibri" w:hAnsi="Calibri"/>
          <w:b/>
          <w:i w:val="0"/>
          <w:sz w:val="40"/>
        </w:rPr>
        <w:t>3 HÃY THỪA NHẬN BẢN CHẤT CON NGƯỜI CỦA BẠN</w:t>
      </w:r>
    </w:p>
    <w:p>
      <w:pPr>
        <w:spacing w:after="80"/>
      </w:pPr>
      <w:r>
        <w:rPr>
          <w:b w:val="0"/>
          <w:i w:val="0"/>
        </w:rPr>
        <w:t>KHI TÔI BƯỚC VÀO ĐỘ TUỔI BA MƯƠI MẤY, tôi đang trải nghiệm thành công phi thường. Margaret và tôi đã kết hôn được mười lăm năm, mối quan hệ của chúng tôi vững chắc, và chúng tôi có hai đứa con tuyệt đẹp. Sau nhiều nỗ lực, kỹ năng giao tiếp của tôi đã lên một tầm cao mới, và tôi được săn đón với tư cách một diễn giả. Tôi bắt đầu được công nhận là một chuyên gia về lãnh đạo và đã bắt đầu xây dựng được danh tiếng ở tầm quốc gia. Và ba nhà thờ mà tôi đã dẫn dắt trong sự nghiệp của mình đều đã phát triển vượt bậc, với nhà thờ hiện tại của tôi được công nhận là một trong mười nhà thờ lớn nhất nước Mỹ. Sự tự tin của tôi rất cao, và tôi tin rằng những ngày còn vĩ đại hơn đang ở phía trước.</w:t>
      </w:r>
    </w:p>
    <w:p>
      <w:pPr>
        <w:spacing w:after="80"/>
      </w:pPr>
      <w:r>
        <w:rPr>
          <w:b w:val="0"/>
          <w:i w:val="0"/>
        </w:rPr>
        <w:t>Lúc đó, tôi thường xuyên gặp gỡ một người cố vấn. Vào một bữa trưa nọ, người cố vấn nhìn tôi và nói: "John này, dạo này ai cũng khen ngợi cậu suốt. Rất nhiều người đang nói với cậu rằng cậu tuyệt vời đến mức nào. Nhưng tôi cần nói với cậu một điều: cậu không tuyệt vời đâu. Món quà của cậu thì tuyệt vời, nhưng cậu thì không. Cậu chỉ cách sự ngốc nghếch đúng một bước thôi."</w:t>
      </w:r>
    </w:p>
    <w:p>
      <w:pPr>
        <w:spacing w:after="80"/>
      </w:pPr>
      <w:r>
        <w:rPr>
          <w:b w:val="0"/>
          <w:i w:val="0"/>
        </w:rPr>
        <w:t>Ông ấy tiếp tục giải thích cho tôi rằng những món quà chúng ta có luôn lớn hơn con người chúng ta. Bất kể tài năng hay món quà nào chúng ta sở hữu đều là được ban tặng. Chúng ta không tự kiếm được chúng. Chúng ta không xứng đáng với chúng. Chúng ta không thể nhận công lao về mình. Nếu món quà của chúng ta lớn lao, chúng không khiến chúng ta giỏi hơn bất kỳ ai khác, cũng không phải việc sở hữu chúng là lý do biện minh cho những hành vi tồi tệ. Điều tốt nhất chúng ta có thể làm là dùng bất cứ thứ gì được ban cho mình để mang lại lợi ích cho người khác.</w:t>
      </w:r>
    </w:p>
    <w:p>
      <w:pPr>
        <w:spacing w:after="80"/>
      </w:pPr>
      <w:r>
        <w:rPr>
          <w:b w:val="0"/>
          <w:i w:val="0"/>
        </w:rPr>
        <w:t>Lần đầu tiên tôi hiểu rằng khi mọi người trải nghiệm một điều gì đó đến từ tài năng thiên phú của tôi, họ có thể nhầm lẫn mà gán nó cho chính tôi. Tôi nhận ra mình cần tách giá trị bản thân ra khỏi những khả năng của mình. Nếu không làm vậy, tôi có thể mất đi góc nhìn đúng đắn, và tôi có thể bắt đầu tin rằng mình giỏi ngang với tài năng của mình, trong khi thực tế không phải vậy. Thật nguy hiểm khi đánh giá bản thân cao hơn mức nên có. Bởi vì người cố vấn đã thách thức tôi và giúp tôi thừa nhận bản chất con người của mình, tôi đã thay đổi cách nghĩ và đặt trọng tâm vào những lựa chọn tốt mà tôi đưa ra hơn là những món quà tôi được ban tặng. Và điều đó đã giúp tôi rất nhiều, bởi vì thừa nhận bản chất con người của mình là điều thiết yếu để sống theo con đường cao thượng.</w:t>
      </w:r>
    </w:p>
    <w:p>
      <w:pPr>
        <w:pStyle w:val="Heading2"/>
      </w:pPr>
      <w:r>
        <w:rPr>
          <w:rFonts w:ascii="Calibri" w:hAnsi="Calibri"/>
          <w:b/>
          <w:i w:val="0"/>
          <w:sz w:val="32"/>
        </w:rPr>
        <w:t>ĐẠI BÀNG VÀ HÀ MÃ</w:t>
      </w:r>
    </w:p>
    <w:p>
      <w:pPr>
        <w:spacing w:after="80"/>
      </w:pPr>
      <w:r>
        <w:rPr>
          <w:b w:val="0"/>
          <w:i w:val="0"/>
        </w:rPr>
        <w:t>Có một câu nói, thường được cho là của Carl Sandburg, mô tả sâu sắc về tình cảnh của chúng ta với tư cách là con người. Câu đó nói rằng: "Trong tôi có một con đại bàng muốn bay cao, và trong tôi có một con hà mã muốn lăn lộn trong bùn." Tôi thấy điều này đúng. Con đại bàng trong tôi khiến tôi muốn vươn lên và làm những điều vĩ đại. Đáng tiếc thay, nó cũng khiến tôi muốn coi thường người khác. Tôi muốn đánh giá họ qua hành động và kết quả của họ, trong khi tôi lại muốn dành cho bản thân sự khoan dung dựa trên ý định và cảm xúc của mình.</w:t>
      </w:r>
    </w:p>
    <w:p>
      <w:pPr>
        <w:spacing w:after="80"/>
      </w:pPr>
      <w:r>
        <w:rPr>
          <w:b w:val="0"/>
          <w:i w:val="0"/>
        </w:rPr>
        <w:t>Nhiều năm trước, tôi bắt gặp một đoạn văn cho thấy cách chúng ta thường nghĩ về bản thân và về người khác:</w:t>
      </w:r>
    </w:p>
    <w:p>
      <w:pPr>
        <w:spacing w:after="80"/>
      </w:pPr>
      <w:r>
        <w:rPr>
          <w:b w:val="0"/>
          <w:i w:val="0"/>
        </w:rPr>
        <w:t>Khi người khác mất nhiều thời gian, anh ta chậm chạp.</w:t>
      </w:r>
    </w:p>
    <w:p>
      <w:pPr>
        <w:spacing w:after="80"/>
      </w:pPr>
      <w:r>
        <w:rPr>
          <w:b w:val="0"/>
          <w:i w:val="0"/>
        </w:rPr>
        <w:t>Khi tôi mất nhiều thời gian, tôi kỹ lưỡng.</w:t>
      </w:r>
    </w:p>
    <w:p>
      <w:pPr>
        <w:spacing w:after="80"/>
      </w:pPr>
      <w:r>
        <w:rPr>
          <w:b w:val="0"/>
          <w:i w:val="0"/>
        </w:rPr>
        <w:t>Khi người khác không làm việc đó, anh ta lười biếng.</w:t>
      </w:r>
    </w:p>
    <w:p>
      <w:pPr>
        <w:spacing w:after="80"/>
      </w:pPr>
      <w:r>
        <w:rPr>
          <w:b w:val="0"/>
          <w:i w:val="0"/>
        </w:rPr>
        <w:t>Khi tôi không làm việc đó, tôi đang bận.</w:t>
      </w:r>
    </w:p>
    <w:p>
      <w:pPr>
        <w:spacing w:after="80"/>
      </w:pPr>
      <w:r>
        <w:rPr>
          <w:b w:val="0"/>
          <w:i w:val="0"/>
        </w:rPr>
        <w:t>Khi người khác không tuân theo quy tắc, anh ta thô lỗ.</w:t>
      </w:r>
    </w:p>
    <w:p>
      <w:pPr>
        <w:spacing w:after="80"/>
      </w:pPr>
      <w:r>
        <w:rPr>
          <w:b w:val="0"/>
          <w:i w:val="0"/>
        </w:rPr>
        <w:t>Khi tôi không tuân theo quy tắc, tôi độc đáo.</w:t>
      </w:r>
    </w:p>
    <w:p>
      <w:pPr>
        <w:spacing w:after="80"/>
      </w:pPr>
      <w:r>
        <w:rPr>
          <w:b w:val="0"/>
          <w:i w:val="0"/>
        </w:rPr>
        <w:t>Khi người khác vượt lên trước, anh ta gặp may mắn.</w:t>
      </w:r>
    </w:p>
    <w:p>
      <w:pPr>
        <w:spacing w:after="80"/>
      </w:pPr>
      <w:r>
        <w:rPr>
          <w:b w:val="0"/>
          <w:i w:val="0"/>
        </w:rPr>
        <w:t>Khi tôi xoay xở để vượt lên trước, tôi thông minh và chăm chỉ.</w:t>
      </w:r>
    </w:p>
    <w:p>
      <w:pPr>
        <w:spacing w:after="80"/>
      </w:pPr>
      <w:r>
        <w:rPr>
          <w:b w:val="0"/>
          <w:i w:val="0"/>
        </w:rPr>
        <w:t>Đó là lý do vì sao thật khôn ngoan khi cũng nhớ đến con hà mã trong mỗi chúng ta. Nó nhắc tôi rằng tất cả chúng ta đều thích lăn lộn trong bùn. Ai cũng đã từng trải qua những ngày mà chúng ta hy vọng không ai khác phát hiện ra. Tôi đã từng có những ngày như thế. Bạn thì sao?</w:t>
      </w:r>
    </w:p>
    <w:p>
      <w:pPr>
        <w:spacing w:after="80"/>
      </w:pPr>
      <w:r>
        <w:rPr>
          <w:b w:val="0"/>
          <w:i w:val="0"/>
        </w:rPr>
        <w:t xml:space="preserve">Tất cả chúng ta đều là những con người khiếm khuyết. Tất cả chúng ta đều chỉ cách sự ngốc nghếch đúng một bước. Nếu tôi thừa nhận con hà mã trong mình, thì mỗi khi thấy ai đó đang lăn lộn trong bùn, tôi dễ nghĩ rằng, </w:t>
      </w:r>
      <w:r>
        <w:rPr>
          <w:b w:val="0"/>
          <w:i/>
        </w:rPr>
        <w:t>Tôi hiểu được, vì tôi đã từng ở đó!</w:t>
      </w:r>
      <w:r>
        <w:rPr>
          <w:b w:val="0"/>
          <w:i w:val="0"/>
        </w:rPr>
        <w:t xml:space="preserve"> Khi tôi thấy những khuyết điểm của người khác, tôi có thể thấy những khuyết điểm của chính mình. Tôi nghĩ đến những thất bại của mình như tương tự với thất bại của họ. Tôi nhận ra thái độ tồi tệ của mình không tốt hơn hay tệ hơn thái độ tồi tệ của họ. Tất cả chúng ta đều ở trong cùng một hoàn cảnh. Biết được điều đó khiến tôi ít có khả năng phán xét họ hơn và có khả năng ban cho họ sự bao dung và đưa tay giúp đỡ họ nhiều hơn. Nói cách khác, tôi sẽ có nhiều khả năng chọn con đường cao thượng hơn.</w:t>
      </w:r>
    </w:p>
    <w:p>
      <w:pPr>
        <w:spacing w:after="80"/>
      </w:pPr>
      <w:r>
        <w:rPr>
          <w:b w:val="0"/>
          <w:i w:val="0"/>
        </w:rPr>
        <w:t>Để trở thành một người sống theo con đường cao thượng, tôi phải học cách bao dung với chính mình và với người khác thay vì khắt khe hay cay nghiệt. Hãy xem những kết quả khác nhau, tùy thuộc vào cách chúng ta nhìn nhận bản thân và người khác:</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Cách đối xử với bản thân</w:t>
            </w:r>
          </w:p>
        </w:tc>
        <w:tc>
          <w:tcPr>
            <w:tcW w:type="dxa" w:w="3120"/>
          </w:tcPr>
          <w:p>
            <w:r/>
            <w:r>
              <w:rPr>
                <w:b/>
                <w:i w:val="0"/>
                <w:sz w:val="19"/>
              </w:rPr>
              <w:t>Cách đối xử với người khác</w:t>
            </w:r>
          </w:p>
        </w:tc>
        <w:tc>
          <w:tcPr>
            <w:tcW w:type="dxa" w:w="3120"/>
          </w:tcPr>
          <w:p>
            <w:r/>
            <w:r>
              <w:rPr>
                <w:b/>
                <w:i w:val="0"/>
                <w:sz w:val="19"/>
              </w:rPr>
              <w:t>Tôi có thể trở thành</w:t>
            </w:r>
          </w:p>
        </w:tc>
      </w:tr>
      <w:tr>
        <w:tc>
          <w:tcPr>
            <w:tcW w:type="dxa" w:w="3120"/>
          </w:tcPr>
          <w:p>
            <w:r/>
            <w:r>
              <w:rPr>
                <w:b w:val="0"/>
                <w:i w:val="0"/>
                <w:sz w:val="19"/>
              </w:rPr>
              <w:t>Phán xét bản thân gay gắt</w:t>
            </w:r>
          </w:p>
        </w:tc>
        <w:tc>
          <w:tcPr>
            <w:tcW w:type="dxa" w:w="3120"/>
          </w:tcPr>
          <w:p>
            <w:r/>
            <w:r>
              <w:rPr>
                <w:b w:val="0"/>
                <w:i w:val="0"/>
                <w:sz w:val="19"/>
              </w:rPr>
              <w:t>Phán xét người khác gay gắt</w:t>
            </w:r>
          </w:p>
        </w:tc>
        <w:tc>
          <w:tcPr>
            <w:tcW w:type="dxa" w:w="3120"/>
          </w:tcPr>
          <w:p>
            <w:r/>
            <w:r>
              <w:rPr>
                <w:b w:val="0"/>
                <w:i w:val="0"/>
                <w:sz w:val="19"/>
              </w:rPr>
              <w:t>Kẻ hoài nghi</w:t>
            </w:r>
          </w:p>
        </w:tc>
      </w:tr>
      <w:tr>
        <w:tc>
          <w:tcPr>
            <w:tcW w:type="dxa" w:w="3120"/>
          </w:tcPr>
          <w:p>
            <w:r/>
            <w:r>
              <w:rPr>
                <w:b w:val="0"/>
                <w:i w:val="0"/>
                <w:sz w:val="19"/>
              </w:rPr>
              <w:t>Phán xét bản thân gay gắt</w:t>
            </w:r>
          </w:p>
        </w:tc>
        <w:tc>
          <w:tcPr>
            <w:tcW w:type="dxa" w:w="3120"/>
          </w:tcPr>
          <w:p>
            <w:r/>
            <w:r>
              <w:rPr>
                <w:b w:val="0"/>
                <w:i w:val="0"/>
                <w:sz w:val="19"/>
              </w:rPr>
              <w:t>Bao dung với người khác</w:t>
            </w:r>
          </w:p>
        </w:tc>
        <w:tc>
          <w:tcPr>
            <w:tcW w:type="dxa" w:w="3120"/>
          </w:tcPr>
          <w:p>
            <w:r/>
            <w:r>
              <w:rPr>
                <w:b w:val="0"/>
                <w:i w:val="0"/>
                <w:sz w:val="19"/>
              </w:rPr>
              <w:t>Kẻ bị lợi dụng</w:t>
            </w:r>
          </w:p>
        </w:tc>
      </w:tr>
      <w:tr>
        <w:tc>
          <w:tcPr>
            <w:tcW w:type="dxa" w:w="3120"/>
          </w:tcPr>
          <w:p>
            <w:r/>
            <w:r>
              <w:rPr>
                <w:b w:val="0"/>
                <w:i w:val="0"/>
                <w:sz w:val="19"/>
              </w:rPr>
              <w:t>Bao dung với chính mình</w:t>
            </w:r>
          </w:p>
        </w:tc>
        <w:tc>
          <w:tcPr>
            <w:tcW w:type="dxa" w:w="3120"/>
          </w:tcPr>
          <w:p>
            <w:r/>
            <w:r>
              <w:rPr>
                <w:b w:val="0"/>
                <w:i w:val="0"/>
                <w:sz w:val="19"/>
              </w:rPr>
              <w:t>Phán xét người khác gay gắt</w:t>
            </w:r>
          </w:p>
        </w:tc>
        <w:tc>
          <w:tcPr>
            <w:tcW w:type="dxa" w:w="3120"/>
          </w:tcPr>
          <w:p>
            <w:r/>
            <w:r>
              <w:rPr>
                <w:b w:val="0"/>
                <w:i w:val="0"/>
                <w:sz w:val="19"/>
              </w:rPr>
              <w:t>Kẻ ái kỷ</w:t>
            </w:r>
          </w:p>
        </w:tc>
      </w:tr>
      <w:tr>
        <w:tc>
          <w:tcPr>
            <w:tcW w:type="dxa" w:w="3120"/>
          </w:tcPr>
          <w:p>
            <w:r/>
            <w:r>
              <w:rPr>
                <w:b w:val="0"/>
                <w:i w:val="0"/>
                <w:sz w:val="19"/>
              </w:rPr>
              <w:t>Bao dung với chính mình</w:t>
            </w:r>
          </w:p>
        </w:tc>
        <w:tc>
          <w:tcPr>
            <w:tcW w:type="dxa" w:w="3120"/>
          </w:tcPr>
          <w:p>
            <w:r/>
            <w:r>
              <w:rPr>
                <w:b w:val="0"/>
                <w:i w:val="0"/>
                <w:sz w:val="19"/>
              </w:rPr>
              <w:t>Bao dung với người khác</w:t>
            </w:r>
          </w:p>
        </w:tc>
        <w:tc>
          <w:tcPr>
            <w:tcW w:type="dxa" w:w="3120"/>
          </w:tcPr>
          <w:p>
            <w:r/>
            <w:r>
              <w:rPr>
                <w:b w:val="0"/>
                <w:i w:val="0"/>
                <w:sz w:val="19"/>
              </w:rPr>
              <w:t>Người sống theo con đường cao thượng</w:t>
            </w:r>
          </w:p>
        </w:tc>
      </w:tr>
    </w:tbl>
    <w:p>
      <w:pPr>
        <w:spacing w:after="0"/>
      </w:pPr>
    </w:p>
    <w:p>
      <w:pPr>
        <w:spacing w:after="80"/>
      </w:pPr>
      <w:r>
        <w:rPr>
          <w:b w:val="0"/>
          <w:i w:val="0"/>
        </w:rPr>
        <w:t>Việc thừa nhận bản chất con người của mình dẫn tôi đến kết luận rằng tôi chẳng giỏi giang hơn ai. Tôi là một con người đầy khiếm khuyết, y hệt như bao người khác. Đồng thời, tôi cũng chẳng tệ hơn ai, bởi họ cũng khiếm khuyết y như tôi vậy. Vì thế, tôi không nên tự cao tự đại, cũng không nên tự ti quá mức. Nhận ra bản chất con người của chúng ta cho phép ta tạo dựng điểm chung với người khác. Nếu tôi ghi nhớ điều đó và đối xử với mọi người cho phù hợp, tôi có tiềm năng trở thành một nhà lãnh đạo theo con đường cao thượng.</w:t>
      </w:r>
    </w:p>
    <w:p>
      <w:pPr>
        <w:pStyle w:val="Heading2"/>
      </w:pPr>
      <w:r>
        <w:rPr>
          <w:rFonts w:ascii="Calibri" w:hAnsi="Calibri"/>
          <w:b/>
          <w:i w:val="0"/>
          <w:sz w:val="32"/>
        </w:rPr>
        <w:t>NẾU BẠN CÓ VẺ NHƯ ĐANG MẮC KẸT TRONG BÙN LẦY</w:t>
      </w:r>
    </w:p>
    <w:p>
      <w:pPr>
        <w:spacing w:after="80"/>
      </w:pPr>
      <w:r>
        <w:rPr>
          <w:b w:val="0"/>
          <w:i w:val="0"/>
        </w:rPr>
        <w:t>Tôi nên dừng lại ở đây và nói rằng việc thừa nhận bản chất con người của mình có thể là một quá trình rất khó khăn với một số người. Nhiều người ngày nay cảm thấy chán nản và gặp khó khăn khi đối mặt với những khuyết điểm và cảm xúc tiêu cực của bản thân. Theo Gallup, tỷ lệ người trưởng thành nói rằng họ từng được chẩn đoán mắc chứng trầm cảm vào một thời điểm nào đó trong đời là 29 phần trăm. Các chuyên gia trong lĩnh vực sức khỏe tâm thần xác định trầm cảm là một trong những tình trạng sức khỏe tâm thần phổ biến nhất ở Hoa Kỳ và cho rằng đây là nguyên nhân hàng đầu gây khuyết tật trên toàn thế giới. Cảm giác chán nản này khiến một số người tự dằn vặt bản thân khi nghĩ về những khiếm khuyết của mình.</w:t>
      </w:r>
    </w:p>
    <w:p>
      <w:pPr>
        <w:spacing w:after="80"/>
      </w:pPr>
      <w:r>
        <w:rPr>
          <w:b w:val="0"/>
          <w:i w:val="0"/>
        </w:rPr>
        <w:t xml:space="preserve">Tôi thừa nhận rằng mình gặp khó khăn khi đồng cảm với những người cảm thấy như vậy. Tuy nhiên, tôi thực sự có sự thấu cảm với họ. Tôi thấy những kiểu suy nghĩ của người trầm cảm mà Kristin Neff chia sẻ trong cuốn sách </w:t>
      </w:r>
      <w:r>
        <w:rPr>
          <w:b w:val="0"/>
          <w:i/>
        </w:rPr>
        <w:t>Self-Compassion: The Proven Power of Being Kind to Yourself</w:t>
      </w:r>
      <w:r>
        <w:rPr>
          <w:b w:val="0"/>
          <w:i w:val="0"/>
        </w:rPr>
        <w:t xml:space="preserve"> của cô ấy thật sự mở mang tầm mắt:</w:t>
      </w:r>
    </w:p>
    <w:p>
      <w:pPr>
        <w:spacing w:after="80"/>
      </w:pPr>
      <w:r>
        <w:rPr>
          <w:b w:val="0"/>
          <w:i w:val="0"/>
        </w:rPr>
        <w:t>Cả đời tôi đã trầm cảm. Tôi luôn cảm thấy như có gì đó không ổn với mình và rằng tôi thật ngu ngốc, xấu xí và ghê tởm. Tôi muốn có nhiều bạn hơn nhưng không biết làm cách nào để có được điều đó… Tôi không dám nói nhiều trước đám đông vì lỡ tôi nói điều gì đó ngu ngốc thì ai đó sẽ cười nhạo và làm tôi bẽ mặt.</w:t>
      </w:r>
    </w:p>
    <w:p>
      <w:pPr>
        <w:spacing w:after="80"/>
      </w:pPr>
      <w:r>
        <w:rPr>
          <w:b w:val="0"/>
          <w:i w:val="0"/>
        </w:rPr>
        <w:t>Nếu điều này mô tả đúng cảm giác của bạn, tôi ước mình có thể giúp đỡ bạn trực tiếp. Tôi hy vọng phần còn lại của chương này sẽ mang lại cho bạn sự khích lệ. Nhưng nếu bạn đã mắc kẹt trong bùn lầy quá lâu, tôi khuyên bạn nên tìm sự giúp đỡ từ một chuyên gia, người có thể giúp bạn hiểu rằng bạn thực sự quý giá đến nhường nào. Hãy nói với ai đó về cảm giác của bạn. Và hãy tìm sự hỗ trợ từ một người đã được đào tạo để đồng hành cùng bạn vượt qua những thử thách. Tôi tin ở bạn và biết rằng bạn có thể bước ra khỏi trải nghiệm này với đầu ngẩng cao trên mặt nước. Bạn có thể đến được một nơi mà bạn tận hưởng cuộc sống và mang lại giá trị cho người khác trên con đường cao thượng.</w:t>
      </w:r>
    </w:p>
    <w:p>
      <w:pPr>
        <w:pStyle w:val="Heading2"/>
      </w:pPr>
      <w:r>
        <w:rPr>
          <w:rFonts w:ascii="Calibri" w:hAnsi="Calibri"/>
          <w:b/>
          <w:i w:val="0"/>
          <w:sz w:val="32"/>
        </w:rPr>
        <w:t>LÀM THẾ NÀO ĐỂ THỪA NHẬN VÀ CHẤP NHẬN BẢN CHẤT CON NGƯỜI CỦA BẠN</w:t>
      </w:r>
    </w:p>
    <w:p>
      <w:pPr>
        <w:spacing w:after="80"/>
      </w:pPr>
      <w:r>
        <w:rPr>
          <w:b w:val="0"/>
          <w:i w:val="0"/>
        </w:rPr>
        <w:t>Lời khuyên tốt nhất của tôi dành cho mọi người để thừa nhận bản chất con người của mình mà không trở nên chán nản hay xem nhẹ khả năng lãnh đạo người khác một cách hiệu quả của mình là gì? Tôi khuyên bạn làm năm điều:</w:t>
      </w:r>
    </w:p>
    <w:p>
      <w:pPr>
        <w:pStyle w:val="Heading3"/>
      </w:pPr>
      <w:r>
        <w:rPr>
          <w:rFonts w:ascii="Calibri" w:hAnsi="Calibri"/>
          <w:b/>
          <w:i w:val="0"/>
          <w:sz w:val="26"/>
        </w:rPr>
        <w:t>1. Nhìn nhận chính mình</w:t>
      </w:r>
    </w:p>
    <w:p>
      <w:pPr>
        <w:spacing w:after="80"/>
      </w:pPr>
      <w:r>
        <w:rPr>
          <w:b w:val="0"/>
          <w:i w:val="0"/>
        </w:rPr>
        <w:t>Bước đầu tiên và quan trọng nhất trong việc thừa nhận bản chất con người của bạn là phát triển sự tự nhận thức. Làm sao bạn có thể thừa nhận bản chất con người của mình nếu bạn không biết mình là ai? Trong những năm gần đây, tôi có cơ hội làm việc với một số nhạc sĩ sáng tác giỏi nhất ở Nashville để nhờ họ giúp viết bài hát dựa trên các chủ đề trong sách của tôi. Một bài hát tôi viết cùng Bobby Hamrick, Chris August và James Slater có tên là "Get Over Myself." Tôi thích đoạn điệp khúc:</w:t>
      </w:r>
    </w:p>
    <w:p>
      <w:pPr>
        <w:spacing w:after="80"/>
      </w:pPr>
      <w:r>
        <w:rPr>
          <w:b w:val="0"/>
          <w:i w:val="0"/>
        </w:rPr>
        <w:t>Tôi phải tìm thấy chính mình</w:t>
      </w:r>
    </w:p>
    <w:p>
      <w:pPr>
        <w:spacing w:after="80"/>
      </w:pPr>
      <w:r>
        <w:rPr>
          <w:b w:val="0"/>
          <w:i w:val="0"/>
        </w:rPr>
        <w:t>Để hiểu chính mình</w:t>
      </w:r>
    </w:p>
    <w:p>
      <w:pPr>
        <w:spacing w:after="80"/>
      </w:pPr>
      <w:r>
        <w:rPr>
          <w:b w:val="0"/>
          <w:i w:val="0"/>
        </w:rPr>
        <w:t>Để là chính mình</w:t>
      </w:r>
    </w:p>
    <w:p>
      <w:pPr>
        <w:spacing w:after="80"/>
      </w:pPr>
      <w:r>
        <w:rPr>
          <w:b w:val="0"/>
          <w:i w:val="0"/>
        </w:rPr>
        <w:t>Để hoàn thiện chính mình</w:t>
      </w:r>
    </w:p>
    <w:p>
      <w:pPr>
        <w:spacing w:after="80"/>
      </w:pPr>
      <w:r>
        <w:rPr>
          <w:b w:val="0"/>
          <w:i w:val="0"/>
        </w:rPr>
        <w:t>Để vượt qua chính mình</w:t>
      </w:r>
    </w:p>
    <w:p>
      <w:pPr>
        <w:spacing w:after="80"/>
      </w:pPr>
      <w:r>
        <w:rPr>
          <w:b w:val="0"/>
          <w:i w:val="0"/>
        </w:rPr>
        <w:t>Để tôi có thể trao chính mình cho bạn.</w:t>
      </w:r>
    </w:p>
    <w:p>
      <w:pPr>
        <w:spacing w:after="80"/>
      </w:pPr>
      <w:r>
        <w:rPr>
          <w:b w:val="0"/>
          <w:i w:val="0"/>
        </w:rPr>
        <w:t>Hãy để ý rằng khởi đầu của quá trình trở thành người có thể mang lại giá trị cho người khác chính là tự nhận thức: tìm ra và hiểu rõ bản thân mình.</w:t>
      </w:r>
    </w:p>
    <w:p>
      <w:pPr>
        <w:spacing w:after="80"/>
      </w:pPr>
      <w:r>
        <w:rPr>
          <w:b w:val="0"/>
          <w:i w:val="0"/>
        </w:rPr>
        <w:t>Tự nhận thức và có thể nhìn rõ chính mình nghĩa là gì? Nó bắt đầu từ việc hiểu rõ điểm mạnh, điểm yếu, cảm xúc, suy nghĩ và giá trị của chúng ta. Điều này có thể khó khăn, nhưng khi làm được, nó sẽ mở ra những khả năng mới cho chúng ta, như câu chuyện sau đây minh họa:</w:t>
      </w:r>
    </w:p>
    <w:p>
      <w:pPr>
        <w:spacing w:after="80"/>
      </w:pPr>
      <w:r>
        <w:rPr>
          <w:b w:val="0"/>
          <w:i w:val="0"/>
        </w:rPr>
        <w:t>Một người phụ nữ khôn ngoan đi du hành trên núi và tìm thấy một viên đá quý trong một con suối. Ngày hôm sau, bà gặp một lữ khách khác nói rằng mình đang đói, và người phụ nữ khôn ngoan mở túi ra để chia sẻ thức ăn. Người lữ khách đói bụng nhìn thấy viên đá quý và xin bà cho mình. Bà đưa nó mà không chút do dự. Người lữ khách rời đi, vui mừng vì vận may của mình. Anh ta biết viên đá đáng giá đủ để mang lại cho anh sự an toàn cả đời. Nhưng vài ngày sau, anh ta quay lại để trả viên đá cho người phụ nữ khôn ngoan.</w:t>
      </w:r>
    </w:p>
    <w:p>
      <w:pPr>
        <w:spacing w:after="80"/>
      </w:pPr>
      <w:r>
        <w:rPr>
          <w:b w:val="0"/>
          <w:i w:val="0"/>
        </w:rPr>
        <w:t>"Tôi đã suy nghĩ rất nhiều," anh nói. "Tôi biết viên đá này quý giá đến nhường nào, nhưng tôi trả lại nó với hy vọng rằng bà sẽ cho tôi một thứ còn quý giá hơn. Hãy cho tôi thứ bên trong bà đã giúp bà có thể trao cho tôi viên đá."</w:t>
      </w:r>
    </w:p>
    <w:p>
      <w:pPr>
        <w:spacing w:after="80"/>
      </w:pPr>
      <w:r>
        <w:rPr>
          <w:b w:val="0"/>
          <w:i w:val="0"/>
        </w:rPr>
        <w:t>Trong khoảnh khắc đó, người lữ khách đã nhìn thấy chính mình và muốn thay đổi.</w:t>
      </w:r>
    </w:p>
    <w:p>
      <w:pPr>
        <w:spacing w:after="80"/>
      </w:pPr>
      <w:r>
        <w:rPr>
          <w:b w:val="0"/>
          <w:i w:val="0"/>
        </w:rPr>
        <w:t xml:space="preserve">Nhìn rõ chính mình cũng đòi hỏi khả năng nhận ra bạn ảnh hưởng đến những người xung quanh như thế nào. Nhà tâm lý học tổ chức, nhà nghiên cứu và tác giả sách bán chạy của </w:t>
      </w:r>
      <w:r>
        <w:rPr>
          <w:b w:val="0"/>
          <w:i/>
        </w:rPr>
        <w:t>New York Times</w:t>
      </w:r>
      <w:r>
        <w:rPr>
          <w:b w:val="0"/>
          <w:i w:val="0"/>
        </w:rPr>
        <w:t xml:space="preserve"> Tasha Eurich gọi hai mặt của cùng một đồng xu này là tự nhận thức bên trong và tự nhận thức bên ngoài, và bà nói rằng có được mặt này không tự động có nghĩa là chúng ta có được mặt kia. Tuy vậy, cả hai đều cần thiết nếu chúng ta muốn lãnh đạo hiệu quả. Eurich viết,</w:t>
      </w:r>
    </w:p>
    <w:p>
      <w:pPr>
        <w:spacing w:after="80"/>
      </w:pPr>
      <w:r>
        <w:rPr>
          <w:b w:val="0"/>
          <w:i w:val="0"/>
        </w:rPr>
        <w:t>Nghiên cứu cho thấy khi chúng ta nhìn rõ chính mình, chúng ta tự tin hơn và sáng tạo hơn. Chúng ta đưa ra quyết định đúng đắn hơn, xây dựng các mối quan hệ bền chặt hơn và giao tiếp hiệu quả hơn. Chúng ta ít có khả năng nói dối, gian lận và trộm cắp hơn. Chúng ta là những người lao động tốt hơn, được thăng chức nhiều hơn. Và chúng ta là những nhà lãnh đạo hiệu quả hơn với nhân viên hài lòng hơn và công ty sinh lời hơn.</w:t>
      </w:r>
    </w:p>
    <w:p>
      <w:pPr>
        <w:spacing w:after="80"/>
      </w:pPr>
      <w:r>
        <w:rPr>
          <w:b w:val="0"/>
          <w:i w:val="0"/>
        </w:rPr>
        <w:t>Nói cách khác, mỗi một phẩm chất và năng lực chúng ta cần để lãnh đạo trên con đường cao thượng đều được tự nhận thức nâng cao.</w:t>
      </w:r>
    </w:p>
    <w:p>
      <w:pPr>
        <w:spacing w:after="80"/>
      </w:pPr>
      <w:r>
        <w:rPr>
          <w:b w:val="0"/>
          <w:i w:val="0"/>
        </w:rPr>
        <w:t>Khi bạn nỗ lực nhìn rõ chính mình và trở nên tự nhận thức hơn, hãy cảnh giác với ba trở ngại phổ biến mà bạn có thể cần vượt qua:</w:t>
      </w:r>
    </w:p>
    <w:p>
      <w:pPr>
        <w:pStyle w:val="Heading4"/>
      </w:pPr>
      <w:r>
        <w:rPr>
          <w:rFonts w:ascii="Calibri" w:hAnsi="Calibri"/>
          <w:b/>
          <w:i w:val="0"/>
          <w:sz w:val="23"/>
        </w:rPr>
        <w:t>Kinh nghiệm</w:t>
      </w:r>
    </w:p>
    <w:p>
      <w:pPr>
        <w:spacing w:after="80"/>
      </w:pPr>
      <w:r>
        <w:rPr>
          <w:b w:val="0"/>
          <w:i w:val="0"/>
        </w:rPr>
        <w:t>Thật tự nhiên khi tin rằng một người càng có nhiều kinh nghiệm thì tự nhận thức của họ càng cao, nhưng điều ngược lại thường đúng. Eurich chỉ ra: "Các nghiên cứu đã cho thấy con người không phải lúc nào cũng học được từ kinh nghiệm, rằng chuyên môn không giúp người ta nhổ tận gốc thông tin sai lệch, và rằng việc tự coi mình là người có nhiều kinh nghiệm có thể khiến chúng ta không chịu làm bài tập về nhà, không tìm kiếm bằng chứng phản bác và không đặt câu hỏi về các giả định của mình." Thật khó để lắng nghe và học hỏi khi bạn nghĩ mình đã biết mọi thứ.</w:t>
      </w:r>
    </w:p>
    <w:p>
      <w:pPr>
        <w:pStyle w:val="Heading4"/>
      </w:pPr>
      <w:r>
        <w:rPr>
          <w:rFonts w:ascii="Calibri" w:hAnsi="Calibri"/>
          <w:b/>
          <w:i w:val="0"/>
          <w:sz w:val="23"/>
        </w:rPr>
        <w:t>Quyền lực</w:t>
      </w:r>
    </w:p>
    <w:p>
      <w:pPr>
        <w:spacing w:after="80"/>
      </w:pPr>
      <w:r>
        <w:rPr>
          <w:b w:val="0"/>
          <w:i w:val="0"/>
        </w:rPr>
        <w:t>Các nghiên cứu cũng cho thấy một nhà lãnh đạo càng nắm nhiều quyền lực thì càng có khả năng đánh giá quá cao kỹ năng và năng lực của mình. Điều này có thể xảy ra vì các nhà lãnh đạo ngừng lắng nghe hoặc vì mọi người ngừng thách thức suy nghĩ của họ. Nhân viên bên dưới họ có thể sợ lên tiếng, và ở các cấp cao hơn, các nhà lãnh đạo có ít người ở trên họ trong tổ chức để đưa ra phản hồi mang tính xây dựng.</w:t>
      </w:r>
    </w:p>
    <w:p>
      <w:pPr>
        <w:pStyle w:val="Heading4"/>
      </w:pPr>
      <w:r>
        <w:rPr>
          <w:rFonts w:ascii="Calibri" w:hAnsi="Calibri"/>
          <w:b/>
          <w:i w:val="0"/>
          <w:sz w:val="23"/>
        </w:rPr>
        <w:t>Lòng kiêu hãnh</w:t>
      </w:r>
    </w:p>
    <w:p>
      <w:pPr>
        <w:spacing w:after="80"/>
      </w:pPr>
      <w:r>
        <w:rPr>
          <w:b w:val="0"/>
          <w:i w:val="0"/>
        </w:rPr>
        <w:t>Nếu chúng ta quá kiêu hãnh và đang cố nuôi dưỡng cái tôi của mình, chúng ta ít có khả năng nhận ra điểm yếu của mình hơn và dễ phóng đại điểm mạnh của mình hơn. Cả hai đều khiến chúng ta kém nhận thức hơn. Thay vào đó, chúng ta cần đón nhận sự khiêm tốn. Jim Weber, CEO của Brooks Running, nói: "Không có gì yếu đuối khi khiêm tốn trong vai trò lãnh đạo. Đó thực ra là một dấu hiệu của sự tự tin."</w:t>
      </w:r>
    </w:p>
    <w:p>
      <w:pPr>
        <w:spacing w:after="80"/>
      </w:pPr>
      <w:r>
        <w:rPr>
          <w:b w:val="0"/>
          <w:i w:val="0"/>
        </w:rPr>
        <w:t>Cách tốt nhất để chống lại những vấn đề tiềm ẩn này là tìm kiếm phản hồi trung thực từ những người luôn mong điều tốt nhất cho bạn và sẵn lòng nói cho bạn sự thật. Nếu bạn sẵn lòng lắng nghe họ và tiếp nhận những quan sát của họ mà không phòng thủ, bạn có thể nhìn nhận bản thân thực tế hơn, và đó là điều cần thiết cho bước tiếp theo trong việc thừa nhận bản chất con người của bạn.</w:t>
      </w:r>
    </w:p>
    <w:p>
      <w:pPr>
        <w:pStyle w:val="Heading3"/>
      </w:pPr>
      <w:r>
        <w:rPr>
          <w:rFonts w:ascii="Calibri" w:hAnsi="Calibri"/>
          <w:b/>
          <w:i w:val="0"/>
          <w:sz w:val="26"/>
        </w:rPr>
        <w:t>2. Chăm sóc bản thân</w:t>
      </w:r>
    </w:p>
    <w:p>
      <w:pPr>
        <w:spacing w:after="80"/>
      </w:pPr>
      <w:r>
        <w:rPr>
          <w:b w:val="0"/>
          <w:i w:val="0"/>
        </w:rPr>
        <w:t>Bạn nên làm gì khi nhận được tất cả những thông tin tiêu cực về chính mình? Quá nhiều người tự dằn vặt bản thân. Thay vào đó, hãy chăm sóc bản thân bằng cách thực hành lòng tự trắc ẩn (self-compassion). Kristin Neff, người thực sự đã viết hẳn một cuốn sách về chủ đề này, nói rằng: "Lòng tự trắc ẩn là đối xử với bản thân bằng sự tử tế, quan tâm và lo lắng giống như bạn dành cho một người thân yêu. Chúng ta cần đặt nó trong bối cảnh của con người. Đó chính là điều khiến lòng tự trắc ẩn trở nên khác biệt đến vậy: 'Tôi là một con người không hoàn hảo đang sống một cuộc đời không hoàn hảo.'"</w:t>
      </w:r>
    </w:p>
    <w:p>
      <w:pPr>
        <w:spacing w:after="80"/>
      </w:pPr>
      <w:r>
        <w:rPr>
          <w:b w:val="0"/>
          <w:i w:val="0"/>
        </w:rPr>
        <w:t>Giọng nói quan trọng nhất trong cuộc đời bạn chính là giọng nói của chính bạn. Mỗi ngày bạn đều nói những điều với chính mình. Bạn sẽ mô tả giọng nói nội tâm đó như thế nào? Nó có tử tế, thấu hiểu và đồng cảm không? Hay nó khắc nghiệt, chỉ trích và đòi hỏi? Nếu bạn không đối xử tử tế với chính mình, thì làm sao bạn có thể trao điều đó cho người khác? Như nam diễn viên kiêm ca sĩ nhạc kịch Broadway Kristin Chenoweth đã nói: "Nếu bạn có thể học cách yêu bản thân và yêu cả những khuyết điểm của mình, bạn sẽ yêu người khác tốt hơn rất nhiều."</w:t>
      </w:r>
    </w:p>
    <w:p>
      <w:pPr>
        <w:spacing w:after="80"/>
      </w:pPr>
      <w:r>
        <w:rPr>
          <w:b w:val="0"/>
          <w:i w:val="0"/>
        </w:rPr>
        <w:t>Tôi làm điều này bằng cách trở thành người bạn thân nhất của chính mình. Tôi yêu thương và chăm sóc bản thân. Khi tôi là chú hà mã lấm bùn, tôi không tự mắng mình. Tôi là con người, nên tôi không mong mình lúc nào cũng là chú đại bàng. Vì thế tôi tự động viên mình. Và tôi tự mời mình bước ra khỏi bùn, bởi vì chú hà mã không thực sự là con người tôi.</w:t>
      </w:r>
    </w:p>
    <w:p>
      <w:pPr>
        <w:spacing w:after="80"/>
      </w:pPr>
      <w:r>
        <w:rPr>
          <w:b w:val="0"/>
          <w:i w:val="0"/>
        </w:rPr>
        <w:t>Tác giả, diễn giả và doanh nhân Rob Dube nói rằng: "Lòng tự trắc ẩn không phải là để bạn thoát khỏi trách nhiệm với những cảm xúc khó khăn và sai lầm, hay nuông chiều mọi ý thích bất chợt của mình. Đó là việc thừa nhận những phần khó khăn của cuộc sống, và trao cho bản thân tình yêu thương bạn cần để tiếp tục bước tiếp." Hãy chú ý đến những trải nghiệm của mình, và khi bạn chưa làm được như ý, hãy thừa nhận sự thật đó nhưng đừng tự dìm mình xuống vì nó. Thay vào đó, hãy động viên bản thân và tìm một hướng đi tích cực về phía trước.</w:t>
      </w:r>
    </w:p>
    <w:p>
      <w:pPr>
        <w:spacing w:after="80"/>
      </w:pPr>
      <w:r>
        <w:rPr>
          <w:b w:val="0"/>
          <w:i w:val="0"/>
        </w:rPr>
        <w:t xml:space="preserve">Các chuyên gia nói rằng một trong những cách để làm điều này là hỏi </w:t>
      </w:r>
      <w:r>
        <w:rPr>
          <w:b w:val="0"/>
          <w:i/>
        </w:rPr>
        <w:t>cái gì</w:t>
      </w:r>
      <w:r>
        <w:rPr>
          <w:b w:val="0"/>
          <w:i w:val="0"/>
        </w:rPr>
        <w:t xml:space="preserve"> thay vì </w:t>
      </w:r>
      <w:r>
        <w:rPr>
          <w:b w:val="0"/>
          <w:i/>
        </w:rPr>
        <w:t>tại sao</w:t>
      </w:r>
      <w:r>
        <w:rPr>
          <w:b w:val="0"/>
          <w:i w:val="0"/>
        </w:rPr>
        <w:t xml:space="preserve"> về những sai lầm và thiếu sót của chúng ta. Hỏi </w:t>
      </w:r>
      <w:r>
        <w:rPr>
          <w:b w:val="0"/>
          <w:i/>
        </w:rPr>
        <w:t>tại sao</w:t>
      </w:r>
      <w:r>
        <w:rPr>
          <w:b w:val="0"/>
          <w:i w:val="0"/>
        </w:rPr>
        <w:t xml:space="preserve"> có xu hướng dẫn chúng ta vào những suy nghĩ tiêu cực không mang lại ích lợi gì, và nếu chúng ta không có cách nào để hiểu được tại sao, chúng ta sẽ bịa ra lý do để giải thích cảm xúc của mình. Điều đó không giúp ích gì cho chúng ta. Ngược lại, những câu hỏi </w:t>
      </w:r>
      <w:r>
        <w:rPr>
          <w:b w:val="0"/>
          <w:i/>
        </w:rPr>
        <w:t>cái gì</w:t>
      </w:r>
      <w:r>
        <w:rPr>
          <w:b w:val="0"/>
          <w:i w:val="0"/>
        </w:rPr>
        <w:t xml:space="preserve"> giúp chúng ta khách quan, hướng về tương lai và có xu hướng hành động, điều này có thể giúp chúng ta tiến bộ.</w:t>
      </w:r>
    </w:p>
    <w:p>
      <w:pPr>
        <w:spacing w:after="80"/>
      </w:pPr>
      <w:r>
        <w:rPr>
          <w:b w:val="0"/>
          <w:i w:val="0"/>
        </w:rPr>
        <w:t xml:space="preserve">Ví dụ, giả sử bạn dồn rất nhiều thời gian và công sức để khởi động một sáng kiến mới quan trọng. Và nó thất bại. Liệu có ích gì nếu bạn tự hỏi: </w:t>
      </w:r>
      <w:r>
        <w:rPr>
          <w:b w:val="0"/>
          <w:i/>
        </w:rPr>
        <w:t>Tại sao mình lại thất bại? Tại sao mình lại đưa ra những lựa chọn đó? Tại sao nó không thành công?</w:t>
      </w:r>
      <w:r>
        <w:rPr>
          <w:b w:val="0"/>
          <w:i w:val="0"/>
        </w:rPr>
        <w:t xml:space="preserve"> Thay vào đó, hãy hỏi: </w:t>
      </w:r>
      <w:r>
        <w:rPr>
          <w:b w:val="0"/>
          <w:i/>
        </w:rPr>
        <w:t>Cái gì đã sai? Cái gì đã đúng? Lần tới mình có thể làm gì để tốt hơn?</w:t>
      </w:r>
      <w:r>
        <w:rPr>
          <w:b w:val="0"/>
          <w:i w:val="0"/>
        </w:rPr>
        <w:t xml:space="preserve"> Những câu hỏi này đưa bạn vào một con đường tốt hơn để đối phó với vấn đề và hướng tới việc cải thiện bản thân cùng tình cảnh hiện tại của bạn.</w:t>
      </w:r>
    </w:p>
    <w:p>
      <w:pPr>
        <w:pStyle w:val="Heading3"/>
      </w:pPr>
      <w:r>
        <w:rPr>
          <w:rFonts w:ascii="Calibri" w:hAnsi="Calibri"/>
          <w:b/>
          <w:i w:val="0"/>
          <w:sz w:val="26"/>
        </w:rPr>
        <w:t>3. Tha thứ cho bản thân</w:t>
      </w:r>
    </w:p>
    <w:p>
      <w:pPr>
        <w:spacing w:after="80"/>
      </w:pPr>
      <w:r>
        <w:rPr>
          <w:b w:val="0"/>
          <w:i w:val="0"/>
        </w:rPr>
        <w:t>Nhìn nhận bản thân một cách rõ ràng khiến bạn ý thức được tất cả những chỗ bạn còn thiếu sót trong cuộc sống—những điểm yếu, thất bại và những cuộc đấu tranh của bạn. Đo những đặc điểm đó với một tiêu chuẩn không thực tế có thể khiến bạn vô cùng nản lòng. Đáng tiếc thay, việc đó đã trở nên ngày càng phổ biến và làm gia tăng xu hướng cầu toàn của chúng ta. Tác giả, diễn giả và nhà tâm lý học Stephanie Harrison đã nhận xét:</w:t>
      </w:r>
    </w:p>
    <w:p>
      <w:pPr>
        <w:spacing w:after="80"/>
      </w:pPr>
      <w:r>
        <w:rPr>
          <w:b w:val="0"/>
          <w:i w:val="0"/>
        </w:rPr>
        <w:t>Các nghiên cứu cho thấy chủ nghĩa cầu toàn (perfectionism) đã gia tăng đáng kể trong hai thập kỷ qua, với những hệ quả nguy hiểm. Người trẻ đặt ra những tiêu chuẩn không thực tế cho bản thân cũng như cho những người xung quanh.… Việc nội tâm hóa chủ nghĩa lý tưởng như vậy ảnh hưởng tiêu cực đến tất cả mọi người, nhưng đặc biệt là các thế hệ trẻ, những người có khả năng trầm cảm hơn, kiệt sức hơn và kém năng suất hơn so với các thế hệ trước. Nghiên cứu tương tự cũng nhấn mạnh rằng chủ nghĩa cầu toàn là một nguyên nhân hàng đầu gây gia tăng lo âu và trầm cảm ở người trẻ tại Mỹ, Anh và Canada.</w:t>
      </w:r>
    </w:p>
    <w:p>
      <w:pPr>
        <w:spacing w:after="80"/>
      </w:pPr>
      <w:r>
        <w:rPr>
          <w:b w:val="0"/>
          <w:i w:val="0"/>
        </w:rPr>
        <w:t>Giải pháp cho xu hướng này là sự tha thứ. Bạn phải buông bỏ chủ nghĩa cầu toàn và tha thứ cho bản thân vì đã không hoàn hảo.</w:t>
      </w:r>
    </w:p>
    <w:p>
      <w:pPr>
        <w:spacing w:after="80"/>
      </w:pPr>
      <w:r>
        <w:rPr>
          <w:b w:val="0"/>
          <w:i w:val="0"/>
        </w:rPr>
        <w:t xml:space="preserve">Ai cũng có khuyết điểm. Và điều đó không chỉ ổn; mà còn là bình thường. Như Khổng Tử đã nói: "Thà một viên kim cương có vết xước còn hơn một viên sỏi không tì vết." Giả vờ rằng bạn không có khuyết điểm chỉ khiến bạn thiếu nhận thức hoặc sống không chân thật. Phớt lờ những thiếu sót của mình hoặc tự lừa dối bản thân về chúng cũng không giúp ích gì cho bạn. Thừa nhận chúng và tha thứ cho bản thân vì chúng sẽ cải thiện cách bạn nhìn nhận chính mình, giảm căng thẳng nội tâm, tăng sự đồng cảm của bạn với người khác, và khiến bạn </w:t>
      </w:r>
      <w:r>
        <w:rPr>
          <w:b w:val="0"/>
          <w:i/>
        </w:rPr>
        <w:t>giỏi hơn</w:t>
      </w:r>
      <w:r>
        <w:rPr>
          <w:b w:val="0"/>
          <w:i w:val="0"/>
        </w:rPr>
        <w:t xml:space="preserve"> trong việc cải thiện bản thân, bởi vì bạn nhìn nhận những thiếu sót của mình một cách khách quan và thực tế hơn.</w:t>
      </w:r>
    </w:p>
    <w:p>
      <w:pPr>
        <w:pStyle w:val="Heading3"/>
      </w:pPr>
      <w:r>
        <w:rPr>
          <w:rFonts w:ascii="Calibri" w:hAnsi="Calibri"/>
          <w:b/>
          <w:i w:val="0"/>
          <w:sz w:val="26"/>
        </w:rPr>
        <w:t>4. Biết cười chính mình</w:t>
      </w:r>
    </w:p>
    <w:p>
      <w:pPr>
        <w:spacing w:after="80"/>
      </w:pPr>
      <w:r>
        <w:rPr>
          <w:b w:val="0"/>
          <w:i w:val="0"/>
        </w:rPr>
        <w:t>Khi bạn có thể tha thứ cho bản thân vì đã không hoàn hảo, bạn sẽ dễ dàng vượt qua cái tôi của mình và bắt đầu biết cười chính mình. Ít có điều gì giúp một người sống một cuộc đời khỏe mạnh hơn, xây dựng các mối kết nối với người khác và cải thiện khả năng lãnh đạo của họ nhiều hơn thế. Theo Anne Gherini, giám đốc điều hành về tiếp thị và phát triển kinh doanh:</w:t>
      </w:r>
    </w:p>
    <w:p>
      <w:pPr>
        <w:spacing w:after="80"/>
      </w:pPr>
      <w:r>
        <w:rPr>
          <w:b w:val="0"/>
          <w:i w:val="0"/>
        </w:rPr>
        <w:t>Nghiên cứu cho thấy một cách hữu hình để nhận ra một nhà lãnh đạo tự nhận thức là tìm kiếm khiếu hài hước tự giễu mình. Những người có thể thừa nhận thất bại hay thiếu sót của mình với một nụ cười thì dễ gần gũi hơn. Một số người có thể nghĩ rằng thừa nhận thất bại hay lỗi lầm là để lộ sự yếu đuối, nhưng thực ra những nhà lãnh đạo giỏi nhất phải không ngừng đánh giá năng lực của chính mình, cũng như của người khác. Họ phải hiểu khi nào mình cần giúp đỡ và chủ động vây quanh mình những người xuất sắc ở những chỗ mà họ còn yếu kém.</w:t>
      </w:r>
    </w:p>
    <w:p>
      <w:pPr>
        <w:spacing w:after="80"/>
      </w:pPr>
      <w:r>
        <w:rPr>
          <w:b w:val="0"/>
          <w:i w:val="0"/>
        </w:rPr>
        <w:t>Thoải mái và tự tin đến mức có thể cười chính mình sẽ xây dựng lòng tin trong một đội nhóm. Những nhà lãnh đạo có sự kết hợp kỳ diệu giữa tự tin và tự nhận thức này gắn kết chặt chẽ hơn với đồng đội bằng cách giảm nhẹ sự khác biệt về địa vị giữa họ và nhân viên của mình.</w:t>
      </w:r>
    </w:p>
    <w:p>
      <w:pPr>
        <w:spacing w:after="80"/>
      </w:pPr>
      <w:r>
        <w:rPr>
          <w:b w:val="0"/>
          <w:i w:val="0"/>
        </w:rPr>
        <w:t>Tôi thấy việc tự cười mình thật dễ dàng vì tôi có quá nhiều tật xấu, và tôi luôn làm những điều ngớ ngẩn. Tôi liên tục làm mất đồ. Tôi vụng về đến mức hay làm đổ ly trên bàn và hắt nước lên người mình suốt. Và tôi là người mù công nghệ nhất mà tôi biết. Danh sách những khuyết điểm của tôi dài đến mức tôi chỉ biết cười.</w:t>
      </w:r>
    </w:p>
    <w:p>
      <w:pPr>
        <w:spacing w:after="80"/>
      </w:pPr>
      <w:r>
        <w:rPr>
          <w:b w:val="0"/>
          <w:i w:val="0"/>
        </w:rPr>
        <w:t xml:space="preserve">Tôi cũng thích dùng khiếu hài hước tự giễu khi giao tiếp và khi dẫn dắt người khác. Không gì phá tan rào cản bằng một câu đùa về chính mình. Nó cho mọi người biết rằng </w:t>
      </w:r>
      <w:r>
        <w:rPr>
          <w:b w:val="0"/>
          <w:i/>
        </w:rPr>
        <w:t>chúng ta</w:t>
      </w:r>
      <w:r>
        <w:rPr>
          <w:b w:val="0"/>
          <w:i w:val="0"/>
        </w:rPr>
        <w:t xml:space="preserve"> ý thức được mình cũng có thể sai lầm và không hoàn hảo. Bởi vì chúng ta không coi mình quá quan trọng, nên cũng chẳng ai bắt người khác phải như vậy. Vậy cứ thoải mái đi: hãy cười chính mình—vì người khác đang cười bạn đấy.</w:t>
      </w:r>
    </w:p>
    <w:p>
      <w:pPr>
        <w:spacing w:after="80"/>
      </w:pPr>
      <w:r>
        <w:rPr>
          <w:b w:val="0"/>
          <w:i w:val="0"/>
        </w:rPr>
        <w:t>Chẳng có mặt trái nào khi tự cười mình. Dẫn lời công trình của nhà tâm lý học kiêm nhà nghiên cứu hài hước Arnie Cann, Cindy Lamothe viết: "Tiếng cười giải phóng dopamine, tăng lưu thông máu và làm khỏe tim, nhưng ngoài những lợi ích sức khỏe ấy, một khiếu hài hước tốt còn dẫn đến sự lạc quan gia tăng, từ đó nâng cao khả năng phục hồi và giúp ta phát triển mạnh mẽ khi đối mặt với nghịch cảnh. Cann tin rằng chỉ cần ý thức được cách hài hước có thể cải thiện cuộc sống của ta thì cuối cùng sẽ dẫn đến sự an lạc lớn hơn." Vậy nếu bạn muốn sống tốt và dẫn dắt người khác đi con đường cao thượng, hãy cười lên!</w:t>
      </w:r>
    </w:p>
    <w:p>
      <w:pPr>
        <w:pStyle w:val="Heading3"/>
      </w:pPr>
      <w:r>
        <w:rPr>
          <w:rFonts w:ascii="Calibri" w:hAnsi="Calibri"/>
          <w:b/>
          <w:i w:val="0"/>
          <w:sz w:val="26"/>
        </w:rPr>
        <w:t>5. Tin vào chính mình</w:t>
      </w:r>
    </w:p>
    <w:p>
      <w:pPr>
        <w:spacing w:after="80"/>
      </w:pPr>
      <w:r>
        <w:rPr>
          <w:b w:val="0"/>
          <w:i w:val="0"/>
        </w:rPr>
        <w:t>Một khi bạn đã nhìn thấy chính mình, quan tâm đến chính mình, tha thứ cho chính mình và cười chính mình, bạn đã sẵn sàng gặt hái lợi ích nội tâm lớn nhất của việc thừa nhận bản tính con người của mình, đó là nuôi dưỡng sự khiêm nhường tự tin. Tác giả kiêm giáo sư Adam Grant viết:</w:t>
      </w:r>
    </w:p>
    <w:p>
      <w:pPr>
        <w:spacing w:after="80"/>
      </w:pPr>
      <w:r>
        <w:rPr>
          <w:b w:val="0"/>
          <w:i w:val="0"/>
        </w:rPr>
        <w:t>Sự tự tin và sự khiêm nhường thường được xem là đối lập nhau. Nhưng nếu bạn ngẫm về những nhà lãnh đạo mà bạn ngưỡng mộ nhất, rất có thể họ hội tụ cả hai phẩm chất này song hành cùng nhau.…</w:t>
      </w:r>
    </w:p>
    <w:p>
      <w:pPr>
        <w:spacing w:after="80"/>
      </w:pPr>
      <w:r>
        <w:rPr>
          <w:b w:val="0"/>
          <w:i w:val="0"/>
        </w:rPr>
        <w:t>Sự khiêm nhường tự tin là việc đủ vững tâm về chuyên môn và thế mạnh của mình để thừa nhận sự thiếu hiểu biết và điểm yếu của bản thân.… Tự tin mà không khiêm nhường sẽ sinh ra sự kiêu ngạo mù quáng, còn khiêm nhường mà không tự tin sẽ dẫn đến nỗi hoài nghi làm tê liệt. Sự khiêm nhường tự tin cho phép bạn tin vào chính mình trong khi vẫn đặt câu hỏi về các chiến lược của mình.</w:t>
      </w:r>
    </w:p>
    <w:p>
      <w:pPr>
        <w:spacing w:after="80"/>
      </w:pPr>
      <w:r>
        <w:rPr>
          <w:b w:val="0"/>
          <w:i w:val="0"/>
        </w:rPr>
        <w:t>Nếu bạn có thể thừa nhận bản tính con người của mình và phát triển sự khiêm nhường tự tin, bạn sẽ đặt mình vào vị thế của một nhà lãnh đạo con đường cao thượng, người đối xử tốt với mọi người và đạt được nhiều thành tựu.</w:t>
      </w:r>
    </w:p>
    <w:p>
      <w:pPr>
        <w:spacing w:after="80"/>
      </w:pPr>
      <w:r>
        <w:rPr>
          <w:b w:val="0"/>
          <w:i w:val="0"/>
        </w:rPr>
        <w:t>Grant gợi ý ba bước mà một nhà lãnh đạo có thể thực hiện để phát triển hoặc củng cố sự khiêm nhường tự tin của mình. Tôi sẽ tóm tắt chúng ở đây:</w:t>
      </w:r>
    </w:p>
    <w:p>
      <w:pPr>
        <w:pStyle w:val="Heading4"/>
      </w:pPr>
      <w:r>
        <w:rPr>
          <w:rFonts w:ascii="Calibri" w:hAnsi="Calibri"/>
          <w:b/>
          <w:i w:val="0"/>
          <w:sz w:val="23"/>
        </w:rPr>
        <w:t>Trở thành một phần của văn hóa học hỏi</w:t>
      </w:r>
    </w:p>
    <w:p>
      <w:pPr>
        <w:spacing w:after="80"/>
      </w:pPr>
      <w:r>
        <w:rPr>
          <w:b w:val="0"/>
          <w:i w:val="0"/>
        </w:rPr>
        <w:t>Khi một môi trường tập trung vào cạnh tranh, thì việc thắng trở nên tối quan trọng và các cá nhân ngần ngại thừa nhận lỗi lầm hay thể hiện điểm yếu. Ngược lại, một môi trường coi trọng việc học hỏi sẽ mời gọi mọi người thừa nhận những gì họ chưa biết, thử nghiệm ý tưởng, thách thức các giả định và mắc sai lầm.</w:t>
      </w:r>
    </w:p>
    <w:p>
      <w:pPr>
        <w:spacing w:after="80"/>
      </w:pPr>
      <w:r>
        <w:rPr>
          <w:b w:val="0"/>
          <w:i w:val="0"/>
        </w:rPr>
        <w:t>Thuở đầu trên hành trình làm lãnh đạo, tôi nhận ra giá trị của một môi trường học hỏi tích cực. Nhận thức được điều này, tôi đã viết một bản mô tả để giúp mình tạo ra một môi trường như vậy trong tổ chức của mình. Những môi trường học hỏi tích cực có những đặc điểm sau:</w:t>
      </w:r>
    </w:p>
    <w:p>
      <w:pPr>
        <w:spacing w:after="80"/>
      </w:pPr>
      <w:r>
        <w:rPr>
          <w:b w:val="0"/>
          <w:i w:val="0"/>
        </w:rPr>
        <w:t>Người khác đang đi trước chúng ta.</w:t>
      </w:r>
    </w:p>
    <w:p>
      <w:pPr>
        <w:spacing w:after="80"/>
      </w:pPr>
      <w:r>
        <w:rPr>
          <w:b w:val="0"/>
          <w:i w:val="0"/>
        </w:rPr>
        <w:t>Chúng ta không ngừng được thử thách.</w:t>
      </w:r>
    </w:p>
    <w:p>
      <w:pPr>
        <w:spacing w:after="80"/>
      </w:pPr>
      <w:r>
        <w:rPr>
          <w:b w:val="0"/>
          <w:i w:val="0"/>
        </w:rPr>
        <w:t>Trọng tâm của chúng ta hướng về phía trước.</w:t>
      </w:r>
    </w:p>
    <w:p>
      <w:pPr>
        <w:spacing w:after="80"/>
      </w:pPr>
      <w:r>
        <w:rPr>
          <w:b w:val="0"/>
          <w:i w:val="0"/>
        </w:rPr>
        <w:t>Bầu không khí mang tính khẳng định.</w:t>
      </w:r>
    </w:p>
    <w:p>
      <w:pPr>
        <w:spacing w:after="80"/>
      </w:pPr>
      <w:r>
        <w:rPr>
          <w:b w:val="0"/>
          <w:i w:val="0"/>
        </w:rPr>
        <w:t>Chúng ta đang bước ra khỏi vùng an toàn của mình.</w:t>
      </w:r>
    </w:p>
    <w:p>
      <w:pPr>
        <w:spacing w:after="80"/>
      </w:pPr>
      <w:r>
        <w:rPr>
          <w:b w:val="0"/>
          <w:i w:val="0"/>
        </w:rPr>
        <w:t>Chúng ta thức dậy với niềm háo hức.</w:t>
      </w:r>
    </w:p>
    <w:p>
      <w:pPr>
        <w:spacing w:after="80"/>
      </w:pPr>
      <w:r>
        <w:rPr>
          <w:b w:val="0"/>
          <w:i w:val="0"/>
        </w:rPr>
        <w:t>Thất bại không phải là kẻ thù của chúng ta.</w:t>
      </w:r>
    </w:p>
    <w:p>
      <w:pPr>
        <w:spacing w:after="80"/>
      </w:pPr>
      <w:r>
        <w:rPr>
          <w:b w:val="0"/>
          <w:i w:val="0"/>
        </w:rPr>
        <w:t>Mọi người đều đang phát triển.</w:t>
      </w:r>
    </w:p>
    <w:p>
      <w:pPr>
        <w:spacing w:after="80"/>
      </w:pPr>
      <w:r>
        <w:rPr>
          <w:b w:val="0"/>
          <w:i w:val="0"/>
        </w:rPr>
        <w:t>Chúng ta khao khát sự thay đổi.</w:t>
      </w:r>
    </w:p>
    <w:p>
      <w:pPr>
        <w:spacing w:after="80"/>
      </w:pPr>
      <w:r>
        <w:rPr>
          <w:b w:val="0"/>
          <w:i w:val="0"/>
        </w:rPr>
        <w:t>Sự phát triển là điều được mong đợi.</w:t>
      </w:r>
    </w:p>
    <w:p>
      <w:pPr>
        <w:spacing w:after="80"/>
      </w:pPr>
      <w:r>
        <w:rPr>
          <w:b w:val="0"/>
          <w:i w:val="0"/>
        </w:rPr>
        <w:t>Nếu bạn có khả năng tạo ra một môi trường phát triển cho bản thân và cho người khác, thì hãy làm đi. Nếu không, hãy tìm một nơi có văn hóa học hỏi và tận dụng nó, dùng nó để giúp bạn xây dựng sự tự tin khiêm tốn.</w:t>
      </w:r>
    </w:p>
    <w:p>
      <w:pPr>
        <w:pStyle w:val="Heading4"/>
      </w:pPr>
      <w:r>
        <w:rPr>
          <w:rFonts w:ascii="Calibri" w:hAnsi="Calibri"/>
          <w:b/>
          <w:i w:val="0"/>
          <w:sz w:val="23"/>
        </w:rPr>
        <w:t>Hãy cho bản thân lợi ích của sự nghi ngờ</w:t>
      </w:r>
    </w:p>
    <w:p>
      <w:pPr>
        <w:spacing w:after="80"/>
      </w:pPr>
      <w:r>
        <w:rPr>
          <w:b w:val="0"/>
          <w:i w:val="0"/>
        </w:rPr>
        <w:t xml:space="preserve">Tôi rất thích ý tưởng này của Grant. Ông ấy không đề xuất rằng chúng ta cho bản thân </w:t>
      </w:r>
      <w:r>
        <w:rPr>
          <w:b w:val="0"/>
          <w:i/>
        </w:rPr>
        <w:t>lợi ích của sự nghi ngờ</w:t>
      </w:r>
      <w:r>
        <w:rPr>
          <w:b w:val="0"/>
          <w:i w:val="0"/>
        </w:rPr>
        <w:t xml:space="preserve">, theo nghĩa là chúng ta giả định mình có thể đúng. Không, ông ấy khuyên rằng </w:t>
      </w:r>
      <w:r>
        <w:rPr>
          <w:b w:val="0"/>
          <w:i/>
        </w:rPr>
        <w:t>việc nghi ngờ chính mình</w:t>
      </w:r>
      <w:r>
        <w:rPr>
          <w:b w:val="0"/>
          <w:i w:val="0"/>
        </w:rPr>
        <w:t xml:space="preserve"> mang lại cho chúng ta một lợi ích. Ông viết: "Khi bạn đặt câu hỏi về kiến thức và chiến lược của mình, bạn trở nên có động lực tìm kiếm những hiểu biết mới, điều này có thể mở rộng và đào sâu việc học của bạn."</w:t>
      </w:r>
    </w:p>
    <w:p>
      <w:pPr>
        <w:spacing w:after="80"/>
      </w:pPr>
      <w:r>
        <w:rPr>
          <w:b w:val="0"/>
          <w:i w:val="0"/>
        </w:rPr>
        <w:t>Đây là một cách tuyệt vời để thừa nhận bản tính con người của bạn và đồng thời đạt được sự tự tin trong vai trò lãnh đạo. Nếu bạn áp dụng tư duy của người mới bắt đầu thay vì tư duy của chuyên gia, và đón nhận thái độ sẵn sàng bị chất vấn và được chỉ dẫn, thì không chỉ bạn có được sự tự tin lặng lẽ, mà những người làm việc cùng bạn cũng sẽ có niềm tin vào bạn và khả năng lãnh đạo của bạn.</w:t>
      </w:r>
    </w:p>
    <w:p>
      <w:pPr>
        <w:pStyle w:val="Heading4"/>
      </w:pPr>
      <w:r>
        <w:rPr>
          <w:rFonts w:ascii="Calibri" w:hAnsi="Calibri"/>
          <w:b/>
          <w:i w:val="0"/>
          <w:sz w:val="23"/>
        </w:rPr>
        <w:t>Xác định nơi bạn có thể sai</w:t>
      </w:r>
    </w:p>
    <w:p>
      <w:pPr>
        <w:spacing w:after="80"/>
      </w:pPr>
      <w:r>
        <w:rPr>
          <w:b w:val="0"/>
          <w:i w:val="0"/>
        </w:rPr>
        <w:t xml:space="preserve">Cuối cùng, Grant tin rằng việc xác định những mẩu thông tin hoặc ý kiến xung đột với điều chúng ta tin có thể kiềm chế sự tự tin thái quá mà nhiều nhà lãnh đạo thường thể hiện. Hai câu hỏi yêu thích của ông dành cho chính mình là: </w:t>
      </w:r>
      <w:r>
        <w:rPr>
          <w:b w:val="0"/>
          <w:i/>
        </w:rPr>
        <w:t>Làm sao bạn biết?</w:t>
      </w:r>
      <w:r>
        <w:rPr>
          <w:b w:val="0"/>
          <w:i w:val="0"/>
        </w:rPr>
        <w:t xml:space="preserve"> và </w:t>
      </w:r>
      <w:r>
        <w:rPr>
          <w:b w:val="0"/>
          <w:i/>
        </w:rPr>
        <w:t>Nếu chúng ta sai thì sao?</w:t>
      </w:r>
      <w:r>
        <w:rPr>
          <w:b w:val="0"/>
          <w:i w:val="0"/>
        </w:rPr>
        <w:t xml:space="preserve"> Việc tìm ra dù chỉ một lý do cho thấy chúng ta sai cũng có thể giúp chúng ta giữ được sự khiêm tốn phù hợp.</w:t>
      </w:r>
    </w:p>
    <w:p>
      <w:pPr>
        <w:spacing w:after="80"/>
      </w:pPr>
      <w:r>
        <w:rPr>
          <w:b w:val="0"/>
          <w:i w:val="0"/>
        </w:rPr>
        <w:t>Và đây là điều thực sự thú vị: việc chấp nhận bản tính con người của mình và sở hữu sự tự tin khiêm tốn không hề làm giảm khả năng lãnh đạo của chúng ta. Trong một nghiên cứu về các sinh viên y khoa, những người nghi ngờ về khả năng của mình chẩn đoán bệnh hiệu quả ngang với những người tự tin hơn. Hơn nữa, những sinh viên khiêm tốn hơn được đánh giá cao hơn về cách ứng xử bên giường bệnh, sự đồng cảm, sự tôn trọng và tính chuyên nghiệp.</w:t>
      </w:r>
    </w:p>
    <w:p>
      <w:pPr>
        <w:spacing w:after="80"/>
      </w:pPr>
      <w:r>
        <w:rPr>
          <w:b w:val="0"/>
          <w:i w:val="0"/>
        </w:rPr>
        <w:t>Nhà thần kinh học John Noseworthy, người từng giữ chức chủ tịch kiêm CEO của Mayo Clinic, đã nói:</w:t>
      </w:r>
    </w:p>
    <w:p>
      <w:pPr>
        <w:spacing w:after="80"/>
      </w:pPr>
      <w:r>
        <w:rPr>
          <w:b w:val="0"/>
          <w:i w:val="0"/>
        </w:rPr>
        <w:t>Những người không có sự thấu hiểu về hành vi của mình rất khó thay đổi. Những người có sự khiêm tốn thường nhạy cảm với cách họ tương tác với người khác. Vì vậy, chúng tôi tuyển chọn dựa trên phẩm chất đó, và chúng tôi cũng đào tạo để có được nó, thông qua phản hồi và huấn luyện. Chúng tôi cần những người có sự tự nhận thức và khiêm tốn, những người sẵn sàng đón nhận phê bình và chỉ dẫn. Nếu họ thiếu sự cởi mở đó, họ sẽ không thành công lắm trong vai trò lãnh đạo.</w:t>
      </w:r>
    </w:p>
    <w:p>
      <w:pPr>
        <w:spacing w:after="80"/>
      </w:pPr>
      <w:r>
        <w:rPr>
          <w:b w:val="0"/>
          <w:i w:val="0"/>
        </w:rPr>
        <w:t>Những nhà lãnh đạo theo con đường cao thượng ý thức được bản tính con người của mình. Khi bạn ý thức được bản tính con người của mình và thừa nhận rằng bạn không biết hết mọi câu trả lời, bạn lắng nghe chính mình và người khác. Bạn hiểu bản thân và người khác rõ hơn. Bạn phát triển sự đồng cảm với bản thân và người khác và quan tâm đến họ. Và bạn có khả năng dẫn dắt bản thân và người khác trên con đường cao thượng tốt hơn.</w:t>
      </w:r>
    </w:p>
    <w:p>
      <w:pPr>
        <w:spacing w:after="80"/>
      </w:pPr>
      <w:r>
        <w:rPr>
          <w:b w:val="0"/>
          <w:i w:val="0"/>
        </w:rPr>
        <w:t>Bạn có thể sẽ phải nỗ lực một chút để chấp nhận chính bản chất con người mình và trước tiên là rộng lòng bao dung với bản thân, nhưng bạn làm được mà. Không ai trong chúng ta muốn bị đánh giá qua những ngày tồi tệ nhất của mình. Tôi thì chắc chắn là không. Nếu bạn đánh giá tôi qua những ngày tồi tệ nhất, thì tôi đâu nên viết sách. Tôi đâu nên diễn thuyết. Tôi bị loại. Tôi khao khát sự bao dung và chấp nhận. Bạn cũng vậy. Mọi người trên thế giới này cũng vậy. Chúng ta có thể học cách trao đi điều đó — với tư cách là cha mẹ, là bạn bè và hàng xóm, và là những người lãnh đạo.</w:t>
      </w:r>
    </w:p>
    <w:p>
      <w:pPr>
        <w:spacing w:after="80"/>
      </w:pPr>
      <w:r>
        <w:rPr>
          <w:b/>
          <w:i w:val="0"/>
        </w:rPr>
        <w:t>Con đường để chấp nhận bản chất con người của bạn: TỰ NHẬN THỨC</w:t>
      </w:r>
    </w:p>
    <w:p>
      <w:pPr>
        <w:spacing w:after="80"/>
      </w:pPr>
      <w:r>
        <w:rPr>
          <w:b w:val="0"/>
          <w:i w:val="0"/>
        </w:rPr>
        <w:t xml:space="preserve">Hầu hết chúng ta đều tin rằng mình có tự nhận thức (self-awareness). Tuy nhiên, các nhà nghiên cứu đã phát hiện ra rằng rất ít người thực sự tự nhận thức — chỉ một hoặc hai người trong số mười người. Điều đó có nghĩa là có hơn 80 phần trăm khả năng bạn </w:t>
      </w:r>
      <w:r>
        <w:rPr>
          <w:b w:val="0"/>
          <w:i/>
        </w:rPr>
        <w:t>không</w:t>
      </w:r>
      <w:r>
        <w:rPr>
          <w:b w:val="0"/>
          <w:i w:val="0"/>
        </w:rPr>
        <w:t xml:space="preserve"> tự nhận thức.</w:t>
      </w:r>
    </w:p>
    <w:p>
      <w:pPr>
        <w:spacing w:after="80"/>
      </w:pPr>
      <w:r>
        <w:rPr>
          <w:b w:val="0"/>
          <w:i w:val="0"/>
        </w:rPr>
        <w:t>Làm thế nào bạn có thể thay đổi điều đó? Hãy bắt đầu bằng việc trả lời một vài câu hỏi. Những câu hỏi này sẽ giúp bạn phát triển tự nhận thức nội tâm (internal self-awareness):</w:t>
      </w:r>
    </w:p>
    <w:p>
      <w:pPr>
        <w:spacing w:after="80"/>
        <w:ind w:left="360"/>
      </w:pPr>
      <w:r>
        <w:t xml:space="preserve">• </w:t>
      </w:r>
      <w:r>
        <w:rPr>
          <w:b w:val="0"/>
          <w:i w:val="0"/>
        </w:rPr>
        <w:t>Bạn hiểu rõ điểm mạnh của mình đến mức nào? Bạn có biết mình sở hữu những món quà và khả năng nào khiến bạn khác biệt với người khác không?</w:t>
      </w:r>
    </w:p>
    <w:p>
      <w:pPr>
        <w:spacing w:after="80"/>
        <w:ind w:left="360"/>
      </w:pPr>
      <w:r>
        <w:t xml:space="preserve">• </w:t>
      </w:r>
      <w:r>
        <w:rPr>
          <w:b w:val="0"/>
          <w:i w:val="0"/>
        </w:rPr>
        <w:t>Còn điểm yếu và khuyết điểm của bạn thì sao? Bạn có biết chúng là gì không? Bạn có nhìn nhận chúng một cách thực tế không? Quan trọng hơn, bạn có trung thực và cởi mở về chúng không?</w:t>
      </w:r>
    </w:p>
    <w:p>
      <w:pPr>
        <w:spacing w:after="80"/>
        <w:ind w:left="360"/>
      </w:pPr>
      <w:r>
        <w:t xml:space="preserve">• </w:t>
      </w:r>
      <w:r>
        <w:rPr>
          <w:b w:val="0"/>
          <w:i w:val="0"/>
        </w:rPr>
        <w:t>Còn cảm xúc của bạn thì sao? Bạn nhận thức được chúng đến mức nào? Bạn phản ứng thế nào trước những thách thức, sự phản đối, sự thờ ơ, thất bại và xung đột? Bạn xử lý thành công như thế nào?</w:t>
      </w:r>
    </w:p>
    <w:p>
      <w:pPr>
        <w:spacing w:after="80"/>
        <w:ind w:left="360"/>
      </w:pPr>
      <w:r>
        <w:t xml:space="preserve">• </w:t>
      </w:r>
      <w:r>
        <w:rPr>
          <w:b w:val="0"/>
          <w:i w:val="0"/>
        </w:rPr>
        <w:t xml:space="preserve">Bạn đã xác định được các giá trị của mình chưa? Bạn đã suy nghĩ thấu đáo về những gì bạn </w:t>
      </w:r>
      <w:r>
        <w:rPr>
          <w:b w:val="0"/>
          <w:i/>
        </w:rPr>
        <w:t>sẽ</w:t>
      </w:r>
      <w:r>
        <w:rPr>
          <w:b w:val="0"/>
          <w:i w:val="0"/>
        </w:rPr>
        <w:t xml:space="preserve"> và </w:t>
      </w:r>
      <w:r>
        <w:rPr>
          <w:b w:val="0"/>
          <w:i/>
        </w:rPr>
        <w:t>sẽ không</w:t>
      </w:r>
      <w:r>
        <w:rPr>
          <w:b w:val="0"/>
          <w:i w:val="0"/>
        </w:rPr>
        <w:t xml:space="preserve"> làm để bảo vệ những giá trị đó chưa?</w:t>
      </w:r>
    </w:p>
    <w:p>
      <w:pPr>
        <w:spacing w:after="80"/>
      </w:pPr>
      <w:r>
        <w:rPr>
          <w:b w:val="0"/>
          <w:i w:val="0"/>
        </w:rPr>
        <w:t>Điều quan trọng không kém đối với việc phát triển tự nhận thức của bạn là ý thức được cách mọi người phản ứng với bạn. Hãy trả lời những câu hỏi sau:</w:t>
      </w:r>
    </w:p>
    <w:p>
      <w:pPr>
        <w:spacing w:after="80"/>
        <w:ind w:left="360"/>
      </w:pPr>
      <w:r>
        <w:t xml:space="preserve">• </w:t>
      </w:r>
      <w:r>
        <w:rPr>
          <w:b w:val="0"/>
          <w:i w:val="0"/>
        </w:rPr>
        <w:t>Khi bạn tương tác với mọi người, họ có thấy bạn quá lắm lời, xa cách, hung hăng, trịch thượng, cộc lốc, tử tế, hay thực dụng không?</w:t>
      </w:r>
    </w:p>
    <w:p>
      <w:pPr>
        <w:spacing w:after="80"/>
        <w:ind w:left="360"/>
      </w:pPr>
      <w:r>
        <w:t xml:space="preserve">• </w:t>
      </w:r>
      <w:r>
        <w:rPr>
          <w:b w:val="0"/>
          <w:i w:val="0"/>
        </w:rPr>
        <w:t xml:space="preserve">Khi mọi chuyện không suôn sẻ, mọi người phản ứng thế nào với phản ứng của </w:t>
      </w:r>
      <w:r>
        <w:rPr>
          <w:b w:val="0"/>
          <w:i/>
        </w:rPr>
        <w:t>chính bạn</w:t>
      </w:r>
      <w:r>
        <w:rPr>
          <w:b w:val="0"/>
          <w:i w:val="0"/>
        </w:rPr>
        <w:t>? Nhìn chung, bạn được mọi người yêu mến hay không thích, được tìm đến hay bị né tránh?</w:t>
      </w:r>
    </w:p>
    <w:p>
      <w:pPr>
        <w:spacing w:after="80"/>
      </w:pPr>
      <w:r>
        <w:rPr>
          <w:b w:val="0"/>
          <w:i w:val="0"/>
        </w:rPr>
        <w:t>Biết được người khác trải nghiệm bạn như thế nào là một chìa khóa khác để mở ra khả năng lãnh đạo của bạn.</w:t>
      </w:r>
    </w:p>
    <w:p>
      <w:pPr>
        <w:spacing w:after="80"/>
      </w:pPr>
      <w:r>
        <w:rPr>
          <w:b w:val="0"/>
          <w:i w:val="0"/>
        </w:rPr>
        <w:t>Bạn càng tự nhận thức nhiều bao nhiêu, bạn càng dễ dàng là chính mình và chọn con đường cao thượng với người khác bấy nhiêu.</w:t>
      </w:r>
    </w:p>
    <w:p>
      <w:pPr>
        <w:pStyle w:val="Heading1"/>
      </w:pPr>
      <w:r>
        <w:rPr>
          <w:rFonts w:ascii="Calibri" w:hAnsi="Calibri"/>
          <w:b/>
          <w:i w:val="0"/>
          <w:sz w:val="40"/>
        </w:rPr>
        <w:t>4 LÀM NHỮNG ĐIỀU ĐÚNG VÌ NHỮNG LÝ DO ĐÚNG</w:t>
      </w:r>
    </w:p>
    <w:p>
      <w:pPr>
        <w:spacing w:after="80"/>
      </w:pPr>
      <w:r>
        <w:rPr>
          <w:b w:val="0"/>
          <w:i w:val="0"/>
        </w:rPr>
        <w:t>TÔI CÓ THỂ KỂ CHO BẠN NGÀY mà tôi thực sự học được về lãnh đạo theo con đường cao thượng. Đó là khi tôi đang học năm thứ ba đại học. Tôi là sinh viên tại Circleville Bible College (nay là Ohio Christian University), nơi cha tôi giữ chức hiệu trưởng. Tôi vẫn sống ở nhà vì, à thì, tại sao tôi lại muốn sống trong ký túc xá khi mẹ sẽ chăm sóc tôi, và tôi có thể ăn những bữa ăn mẹ nấu ở nhà chứ? Lúc đó cha tôi đã lãnh đạo trường được khoảng bốn năm, và tôi biết điều đó đang đặt ra những thách thức cho ông. Đôi khi tôi nghe lén ông nói chuyện với mẹ về điều đó. Thêm vào đó, cha tôi bị chứng đau nửa đầu, thường xảy ra khi ông chịu áp lực lớn.</w:t>
      </w:r>
    </w:p>
    <w:p>
      <w:pPr>
        <w:spacing w:after="80"/>
      </w:pPr>
      <w:r>
        <w:rPr>
          <w:b w:val="0"/>
          <w:i w:val="0"/>
        </w:rPr>
        <w:t>Cha tôi là một nhà lãnh đạo giỏi, và ông đang đạt được những điều tuyệt vời khi nỗ lực tạo dựng một ngôi trường tuyệt vời. Nhưng hội đồng quản trị mà ông buộc phải làm việc cùng đã gây cho ông những rắc rối khủng khiếp. Ba thành viên hội đồng đối xử với ông tệ hại. Họ oán giận ông vì thành công của ông đã vượt xa thành công của chính họ. Và họ chống lại cha tôi vì ông ưu tiên tạo ra tiến bộ thực sự hơn là duy trì những truyền thống rỗng tuếch. Hai thành viên hội đồng khác thường đồng tình với ba người kia. Dù điều đó có nghĩa là chỉ có năm người tích cực chống lại ông, nhưng họ đã lên kế hoạch và phối hợp các cuộc tấn công của mình và làm mọi thứ trong khả năng để khiến công việc của cha tôi trở nên khó khăn.</w:t>
      </w:r>
    </w:p>
    <w:p>
      <w:pPr>
        <w:pStyle w:val="Heading2"/>
      </w:pPr>
      <w:r>
        <w:rPr>
          <w:rFonts w:ascii="Calibri" w:hAnsi="Calibri"/>
          <w:b/>
          <w:i w:val="0"/>
          <w:sz w:val="32"/>
        </w:rPr>
        <w:t>MỘT TRẢI NGHIỆM THAY ĐỔI CUỘC ĐỜI</w:t>
      </w:r>
    </w:p>
    <w:p>
      <w:pPr>
        <w:spacing w:after="80"/>
      </w:pPr>
      <w:r>
        <w:rPr>
          <w:b w:val="0"/>
          <w:i w:val="0"/>
        </w:rPr>
        <w:t>Tôi đã không nhận ra mọi thứ tệ hại đến mức nào cho đến một đêm nọ trong thư viện của trường đại học. Vì mẹ tôi là thủ thư của trường và giữ chìa khóa, nên bà cho phép tôi dùng thư viện sau giờ làm để tránh xa mọi người và học bài ở đó. Một đêm nọ, tôi đang ngồi một mình làm bài luận thì nghe như có ai đó đang nói chuyện. Tôi đứng dậy và rón rén bước về phía phát ra âm thanh, và tôi phát hiện ra đó là bố tôi. Tôi lặng lẽ quan sát từ phía bên kia kệ sách khi ông đi đi lại lại và trò chuyện với Chúa. Ông đang giận dữ, bực bội và đau đớn. Ông đang kể ra hết thảy những điều khủng khiếp đã bị gây ra cho mình trong một cuộc họp hội đồng quản trị tối hôm đó, và ông thực sự đang khóc.</w:t>
      </w:r>
    </w:p>
    <w:p>
      <w:pPr>
        <w:spacing w:after="80"/>
      </w:pPr>
      <w:r>
        <w:rPr>
          <w:b w:val="0"/>
          <w:i w:val="0"/>
        </w:rPr>
        <w:t xml:space="preserve">Cơn giận dâng lên trong tôi khi bố trút hết lòng mình. Nhưng rồi tư thế của ông thay đổi. Ông ngừng bước, quỳ xuống, rồi nằm sấp mặt xuống sàn. Và những lời cầu nguyện của ông lên một tầm cao khác. Tôi có thể nghe thấy ông cầu xin Chúa tha thứ cho họ và ban phước cho cuộc đời họ. Khi tôi lặng lẽ rời đi, tôi nghĩ, </w:t>
      </w:r>
      <w:r>
        <w:rPr>
          <w:b w:val="0"/>
          <w:i/>
        </w:rPr>
        <w:t>Đó chính là kiểu người lãnh đạo mà mình muốn trở thành</w:t>
      </w:r>
      <w:r>
        <w:rPr>
          <w:b w:val="0"/>
          <w:i w:val="0"/>
        </w:rPr>
        <w:t>.</w:t>
      </w:r>
    </w:p>
    <w:p>
      <w:pPr>
        <w:spacing w:after="80"/>
      </w:pPr>
      <w:r>
        <w:rPr>
          <w:b w:val="0"/>
          <w:i w:val="0"/>
        </w:rPr>
        <w:t>Tôi không nói với bố rằng tôi đã nghe thấy ông, nhưng vài ngày sau tôi đã ngồi xuống với bố và mẹ để hỏi xem tôi có thể đến nói chuyện với hội đồng quản trị không. Với sự kiêu ngạo của tuổi hai mươi, tôi muốn thách thức động cơ của họ và tin rằng mình có thể uốn nắn lại hành động của họ. Tôi tin chắc rằng nếu họ biết bố tôi là một người đàn ông tuyệt vời đến nhường nào và là một nhà lãnh đạo giỏi đến nhường nào, thì mọi vấn đề sẽ được giải quyết.</w:t>
      </w:r>
    </w:p>
    <w:p>
      <w:pPr>
        <w:spacing w:after="80"/>
      </w:pPr>
      <w:r>
        <w:rPr>
          <w:b w:val="0"/>
          <w:i w:val="0"/>
        </w:rPr>
        <w:t>"Không đâu, John à," bố tôi đáp. "Đó không phải là cách chúng ta lãnh đạo ở đây. Nếu con là một Maxwell, con phải chọn con đường cao thượng."</w:t>
      </w:r>
    </w:p>
    <w:p>
      <w:pPr>
        <w:spacing w:after="80"/>
      </w:pPr>
      <w:r>
        <w:rPr>
          <w:b w:val="0"/>
          <w:i w:val="0"/>
        </w:rPr>
        <w:t>Tôi biết bố có thể đã đẩy năm người đàn ông đó ra ngoài. Ông có thể đã chơi trò chính trị, vận động mười người còn lại để khéo léo vượt mặt họ. Tôi muốn ông làm vậy, nhưng điều đó sẽ vi phạm các giá trị của ông. Động cơ của ông trong sáng. Ông muốn cải thiện trường đại học và tạo ra môi trường tốt nhất để sinh viên có được một nền giáo dục tuyệt vời. Dù điều đó khiến ông phải trả giá, dù các thành viên hội đồng sẽ không hợp tác với ông, dù ông hoàn toàn có lý để trả đũa, ông vẫn làm điều ông tin là đúng.</w:t>
      </w:r>
    </w:p>
    <w:p>
      <w:pPr>
        <w:spacing w:after="80"/>
      </w:pPr>
      <w:r>
        <w:rPr>
          <w:b w:val="0"/>
          <w:i w:val="0"/>
        </w:rPr>
        <w:t xml:space="preserve">Tôi đã học được một bài học quý giá từ trải nghiệm đó với bố, và nó đã thay đổi tôi. Trong suốt những năm tháng lớn lên, nhiều lần tôi đã nghe ông nói rằng chúng ta nên chọn con đường cao thượng với người khác. Đó là điều tôi có thể nhại lại như một con vẹt. Đó là điều tôi tin tưởng. Nhưng đêm đó tôi đã thấy ông chỉ là một người đàn ông đơn độc, tuyệt vọng trò chuyện với Chúa về những gì đang xảy ra với mình, vậy mà vẫn tha thứ cho người khác và đối xử tốt với họ. Ông không diễn kịch. Ông không đóng vai bậc phụ huynh vì lợi ích của tôi. Ông thậm chí còn không biết tôi ở đó. Tôi đã đi từ suy nghĩ </w:t>
      </w:r>
      <w:r>
        <w:rPr>
          <w:b w:val="0"/>
          <w:i/>
        </w:rPr>
        <w:t>Mình</w:t>
      </w:r>
      <w:r>
        <w:rPr>
          <w:b w:val="0"/>
          <w:i w:val="0"/>
        </w:rPr>
        <w:t xml:space="preserve"> nên </w:t>
      </w:r>
      <w:r>
        <w:rPr>
          <w:b w:val="0"/>
          <w:i/>
        </w:rPr>
        <w:t>trở thành một nhà lãnh đạo con đường cao thượng</w:t>
      </w:r>
      <w:r>
        <w:rPr>
          <w:b w:val="0"/>
          <w:i w:val="0"/>
        </w:rPr>
        <w:t xml:space="preserve"> sang </w:t>
      </w:r>
      <w:r>
        <w:rPr>
          <w:b w:val="0"/>
          <w:i/>
        </w:rPr>
        <w:t>Mình</w:t>
      </w:r>
      <w:r>
        <w:rPr>
          <w:b w:val="0"/>
          <w:i w:val="0"/>
        </w:rPr>
        <w:t xml:space="preserve"> muốn </w:t>
      </w:r>
      <w:r>
        <w:rPr>
          <w:b w:val="0"/>
          <w:i/>
        </w:rPr>
        <w:t>trở thành một nhà lãnh đạo con đường cao thượng.</w:t>
      </w:r>
      <w:r>
        <w:rPr>
          <w:b w:val="0"/>
          <w:i w:val="0"/>
        </w:rPr>
        <w:t xml:space="preserve"> Điều đó khiến tôi khao khát được trở thành kiểu người như vậy.</w:t>
      </w:r>
    </w:p>
    <w:p>
      <w:pPr>
        <w:spacing w:after="80"/>
      </w:pPr>
      <w:r>
        <w:rPr>
          <w:b w:val="0"/>
          <w:i w:val="0"/>
        </w:rPr>
        <w:t xml:space="preserve">Tôi cũng học được một điều khác nữa. Tôi tự nhủ, </w:t>
      </w:r>
      <w:r>
        <w:rPr>
          <w:b w:val="0"/>
          <w:i/>
        </w:rPr>
        <w:t>Bạn không cần phải thắng mọi lúc. Chỉ cần làm những điều đúng vì những lý do đúng.</w:t>
      </w:r>
      <w:r>
        <w:rPr>
          <w:b w:val="0"/>
          <w:i w:val="0"/>
        </w:rPr>
        <w:t xml:space="preserve"> Tôi khi đó còn trẻ, thiếu kinh nghiệm và vô cùng hiếu thắng. Việc chứng kiến bố tôi tha thứ thay vì chiến đấu đã bắt đầu thay đổi cách suy nghĩ của tôi. Có bao nhiêu nhà lãnh đạo rốt cuộc lại đi theo con đường thấp hèn chỉ vì họ cảm thấy mình phải thắng mọi lúc? Chứng kiến cách bố tôi tha thứ cho họ đã truyền cảm hứng cho tôi. Nó giúp tôi nhận ra rằng tôi không phải lúc nào cũng cần thắng, nhưng tôi luôn cần phải tha thứ.</w:t>
      </w:r>
    </w:p>
    <w:p>
      <w:pPr>
        <w:spacing w:after="80"/>
      </w:pPr>
      <w:r>
        <w:rPr>
          <w:b w:val="0"/>
          <w:i w:val="0"/>
        </w:rPr>
        <w:t>Bố tôi làm hiệu trưởng trường đại học tổng cộng mười bảy năm. Theo thời gian, những người tiêu cực đó rời khỏi hội đồng quản trị, và điều đó khiến công việc của ông dễ dàng hơn. Và đây là điều thú vị. Lần cuối cùng bố và tôi cùng làm diễn giả tại một sự kiện nhiều năm sau đó, một trong những cựu thành viên hội đồng quản trị theo con đường thấp hèn ấy có mặt. Sau khi chúng tôi nói xong, ông ta đến gần bố và xin ông tha thứ. Và bố tôi nói: "Tất nhiên rồi. Mọi thứ đều được tha thứ." Họ ôm nhau. Người đàn ông ấy trông nhẹ nhõm vì ông ta đã mang gánh nặng về những động cơ sai trái của mình hơn bốn mươi năm. Nhưng bố tôi đã không mang gánh nặng đó. Ông đã hành động với động cơ tốt và đã tha thứ cho người đàn ông ấy từ nhiều thập kỷ trước.</w:t>
      </w:r>
    </w:p>
    <w:p>
      <w:pPr>
        <w:pStyle w:val="Heading2"/>
      </w:pPr>
      <w:r>
        <w:rPr>
          <w:rFonts w:ascii="Calibri" w:hAnsi="Calibri"/>
          <w:b/>
          <w:i w:val="0"/>
          <w:sz w:val="32"/>
        </w:rPr>
        <w:t>ĐỘNG CƠ RẤT QUAN TRỌNG</w:t>
      </w:r>
    </w:p>
    <w:p>
      <w:pPr>
        <w:spacing w:after="80"/>
      </w:pPr>
      <w:r>
        <w:rPr>
          <w:b w:val="0"/>
          <w:i w:val="0"/>
        </w:rPr>
        <w:t xml:space="preserve">Khi tôi còn nhỏ, bố mẹ dạy tôi làm điều đúng với thái độ đúng. Họ quan tâm đến việc tôi làm gì </w:t>
      </w:r>
      <w:r>
        <w:rPr>
          <w:b w:val="0"/>
          <w:i/>
        </w:rPr>
        <w:t>và</w:t>
      </w:r>
      <w:r>
        <w:rPr>
          <w:b w:val="0"/>
          <w:i w:val="0"/>
        </w:rPr>
        <w:t xml:space="preserve"> tại sao tôi làm điều đó. Điều đó đã khắc sâu trong tôi sự hiểu biết rằng động cơ của chúng ta luôn luôn quan trọng. Điều đó đặc biệt đúng với những nhà lãnh đạo.</w:t>
      </w:r>
    </w:p>
    <w:p>
      <w:pPr>
        <w:spacing w:after="80"/>
      </w:pPr>
      <w:r>
        <w:rPr>
          <w:b w:val="0"/>
          <w:i w:val="0"/>
        </w:rPr>
        <w:t xml:space="preserve">Câu hỏi quan trọng nhất mà các nhà lãnh đạo có thể tự hỏi mình là: </w:t>
      </w:r>
      <w:r>
        <w:rPr>
          <w:b w:val="0"/>
          <w:i/>
        </w:rPr>
        <w:t>Tại sao mình muốn lãnh đạo người khác?</w:t>
      </w:r>
      <w:r>
        <w:rPr>
          <w:b w:val="0"/>
          <w:i w:val="0"/>
        </w:rPr>
        <w:t xml:space="preserve"> Nói cách khác, động cơ của mình là gì? Lý do mình làm những việc mình làm là gì? Chúng công khai hay ẩn giấu? Mình làm điều đó vì có mục đích cá nhân hay mong muốn lợi ích cá nhân? Hay mình làm điều đó vì lợi ích của người khác? Tôi nghĩ tất cả chúng ta đều có niềm tin bẩm sinh rằng chúng ta </w:t>
      </w:r>
      <w:r>
        <w:rPr>
          <w:b w:val="0"/>
          <w:i/>
        </w:rPr>
        <w:t>nên</w:t>
      </w:r>
      <w:r>
        <w:rPr>
          <w:b w:val="0"/>
          <w:i w:val="0"/>
        </w:rPr>
        <w:t xml:space="preserve"> giúp đỡ lẫn nhau, nhưng động cơ của chúng ta thường khiến chúng ta chống lại việc làm điều đúng, ngay cả khi chúng ta biết mình nên làm.</w:t>
      </w:r>
    </w:p>
    <w:p>
      <w:pPr>
        <w:spacing w:after="80"/>
      </w:pPr>
      <w:r>
        <w:rPr>
          <w:b w:val="0"/>
          <w:i w:val="0"/>
        </w:rPr>
        <w:t>Khi chính trị gia Rahm Emanuel làm chánh văn phòng cho Tổng thống Obama, ông nói: "Bạn không bao giờ muốn để một cuộc khủng hoảng nghiêm trọng trôi qua lãng phí... Đó là cơ hội để làm những việc mà bạn nghĩ mình không thể làm trước đây." Ý ông ấy là bạn có thể lợi dụng nó để đạt được điều mình muốn và thúc đẩy chương trình nghị sự của riêng mình. Đáng tiếc thay, đây dường như là thái độ của nhiều nhà lãnh đạo chính trị và văn hóa ngày nay. Thay vì coi các vấn đề và bi kịch là cơ hội để thực hành lãnh đạo con đường cao thượng, tập hợp mọi người lại với nhau, và dốc hết nỗ lực để tạo ra những giải pháp tốt cho tất cả mọi người, họ lại lợi dụng khủng hoảng để chia rẽ người dân và lên giọng giảng đạo về việc họ tốt hơn phía bên kia bao nhiêu. Tại sao lại có nhà lãnh đạo nào cố tình đi ra ngoài đường để chia rẽ người dân? Chỉ có một lý do. Họ có mục đích cá nhân. Đó là vấn đề về động cơ.</w:t>
      </w:r>
    </w:p>
    <w:p>
      <w:pPr>
        <w:spacing w:after="80"/>
      </w:pPr>
      <w:r>
        <w:rPr>
          <w:b w:val="0"/>
          <w:i w:val="0"/>
        </w:rPr>
        <w:t xml:space="preserve">Lần cuối cùng các nhà lãnh đạo quốc gia cùng nhau đứng lên trong một cuộc khủng hoảng và làm việc để phục vụ lợi ích chung là trong những tuần ngay sau thảm kịch 9/11. Đảng Dân chủ và Đảng Cộng hòa, người miền Nam và người miền Bắc, người giàu và người nghèo, cư dân thành thị, cư dân ngoại ô và người dân nông thôn đều cùng nhau làm việc với những mục tiêu chung. Đáng tiếc thay, sự đoàn kết và hợp tác ấy không kéo dài được lâu vì nó không phục vụ chương trình nghị sự của các lãnh đạo đảng, và chẳng bao lâu họ lại chia rẽ người dân một lần nữa. Ngày nay, ngay cả khi một số nhà lãnh đạo tỏ ra hợp tác với người khác, thực ra họ đang hành xử giống như đứa trẻ bị bắt ngồi vào góc phạt vì đã làm điều gì đó sai. Suốt thời gian đó nó nghĩ: </w:t>
      </w:r>
      <w:r>
        <w:rPr>
          <w:b w:val="0"/>
          <w:i/>
        </w:rPr>
        <w:t>Bề ngoài thì mình đang ngồi xuống, nhưng bên trong thì mình đang đứng lên.</w:t>
      </w:r>
    </w:p>
    <w:p>
      <w:pPr>
        <w:spacing w:after="80"/>
      </w:pPr>
      <w:r>
        <w:rPr>
          <w:b w:val="0"/>
          <w:i w:val="0"/>
        </w:rPr>
        <w:t>Những nhà lãnh đạo không làm điều đúng cần phải kiểm tra lại động cơ của mình. Một số nhà lãnh đạo cố ý hạ thấp giá trị con người, chia rẽ họ và bóc lột họ vì động cơ của họ ích kỷ. Những người khác lại không nhận thức được rằng họ đang làm hại người khác qua hành động của mình vì động cơ của họ bị thúc đẩy bởi nỗi đau, sự trống rỗng, sự bất an, hay một nguyên nhân nội tâm nào khác. Họ có thể không hề biết rằng điều họ đang làm là không đúng.</w:t>
      </w:r>
    </w:p>
    <w:p>
      <w:pPr>
        <w:spacing w:after="80"/>
      </w:pPr>
      <w:r>
        <w:rPr>
          <w:b w:val="0"/>
          <w:i w:val="0"/>
        </w:rPr>
        <w:t xml:space="preserve">"Điều </w:t>
      </w:r>
      <w:r>
        <w:rPr>
          <w:b w:val="0"/>
          <w:i/>
        </w:rPr>
        <w:t>đúng</w:t>
      </w:r>
      <w:r>
        <w:rPr>
          <w:b w:val="0"/>
          <w:i w:val="0"/>
        </w:rPr>
        <w:t xml:space="preserve">" là gì? Bạn có thể hỏi vậy. Đó là làm điều mang lại lợi ích cho số đông người. Đó là mong muốn điều tốt nhất cho bản thân </w:t>
      </w:r>
      <w:r>
        <w:rPr>
          <w:b w:val="0"/>
          <w:i/>
        </w:rPr>
        <w:t>và</w:t>
      </w:r>
      <w:r>
        <w:rPr>
          <w:b w:val="0"/>
          <w:i w:val="0"/>
        </w:rPr>
        <w:t xml:space="preserve"> người khác. Đó là tuân theo Quy tắc Vàng: hãy đối xử với người khác như bạn muốn họ đối xử với mình. Đó là tiêu chuẩn, nhưng thật khó để sống theo. Tôi biết mình phải thường xuyên kiểm tra động cơ của bản thân để không bị trôi dạt khỏi đường lối và rơi vào kiểu lãnh đạo con đường thấp hèn. Bất cứ khi nào tôi cố gắng thúc đẩy người khác chỉ vì lợi ích của riêng mình, tôi đều đi chệch đường. Bất cứ điều gì không phục vụ người khác ít nhất bằng mức nó phục vụ tôi đều là thao túng. Tôi có thể cố tự thuyết phục mình rằng tôi đang tạo động lực cho mọi người, nhưng không phải vậy. Hãy xem những khác biệt: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Động lực</w:t>
            </w:r>
          </w:p>
        </w:tc>
        <w:tc>
          <w:tcPr>
            <w:tcW w:type="dxa" w:w="4680"/>
          </w:tcPr>
          <w:p>
            <w:r/>
            <w:r>
              <w:rPr>
                <w:b/>
                <w:i w:val="0"/>
                <w:sz w:val="19"/>
              </w:rPr>
              <w:t>Thao túng</w:t>
            </w:r>
          </w:p>
        </w:tc>
      </w:tr>
      <w:tr>
        <w:tc>
          <w:tcPr>
            <w:tcW w:type="dxa" w:w="4680"/>
          </w:tcPr>
          <w:p>
            <w:r/>
            <w:r>
              <w:rPr>
                <w:b w:val="0"/>
                <w:i w:val="0"/>
                <w:sz w:val="19"/>
              </w:rPr>
              <w:t>Hướng đến lợi ích đôi bên</w:t>
            </w:r>
          </w:p>
        </w:tc>
        <w:tc>
          <w:tcPr>
            <w:tcW w:type="dxa" w:w="4680"/>
          </w:tcPr>
          <w:p>
            <w:r/>
            <w:r>
              <w:rPr>
                <w:b w:val="0"/>
                <w:i w:val="0"/>
                <w:sz w:val="19"/>
              </w:rPr>
              <w:t>Hướng đến lợi ích của riêng tôi</w:t>
            </w:r>
          </w:p>
        </w:tc>
      </w:tr>
      <w:tr>
        <w:tc>
          <w:tcPr>
            <w:tcW w:type="dxa" w:w="4680"/>
          </w:tcPr>
          <w:p>
            <w:r/>
            <w:r>
              <w:rPr>
                <w:b w:val="0"/>
                <w:i w:val="0"/>
                <w:sz w:val="19"/>
              </w:rPr>
              <w:t>Quan tâm đến kết quả và con người</w:t>
            </w:r>
          </w:p>
        </w:tc>
        <w:tc>
          <w:tcPr>
            <w:tcW w:type="dxa" w:w="4680"/>
          </w:tcPr>
          <w:p>
            <w:r/>
            <w:r>
              <w:rPr>
                <w:b w:val="0"/>
                <w:i w:val="0"/>
                <w:sz w:val="19"/>
              </w:rPr>
              <w:t>Chỉ quan tâm đến kết quả</w:t>
            </w:r>
          </w:p>
        </w:tc>
      </w:tr>
      <w:tr>
        <w:tc>
          <w:tcPr>
            <w:tcW w:type="dxa" w:w="4680"/>
          </w:tcPr>
          <w:p>
            <w:r/>
            <w:r>
              <w:rPr>
                <w:b w:val="0"/>
                <w:i w:val="0"/>
                <w:sz w:val="19"/>
              </w:rPr>
              <w:t>Được thúc đẩy bởi tình yêu thương</w:t>
            </w:r>
          </w:p>
        </w:tc>
        <w:tc>
          <w:tcPr>
            <w:tcW w:type="dxa" w:w="4680"/>
          </w:tcPr>
          <w:p>
            <w:r/>
            <w:r>
              <w:rPr>
                <w:b w:val="0"/>
                <w:i w:val="0"/>
                <w:sz w:val="19"/>
              </w:rPr>
              <w:t>Được thúc đẩy bởi cái tôi</w:t>
            </w:r>
          </w:p>
        </w:tc>
      </w:tr>
      <w:tr>
        <w:tc>
          <w:tcPr>
            <w:tcW w:type="dxa" w:w="4680"/>
          </w:tcPr>
          <w:p>
            <w:r/>
            <w:r>
              <w:rPr>
                <w:b w:val="0"/>
                <w:i w:val="0"/>
                <w:sz w:val="19"/>
              </w:rPr>
              <w:t>Dựa vào thực chất</w:t>
            </w:r>
          </w:p>
        </w:tc>
        <w:tc>
          <w:tcPr>
            <w:tcW w:type="dxa" w:w="4680"/>
          </w:tcPr>
          <w:p>
            <w:r/>
            <w:r>
              <w:rPr>
                <w:b w:val="0"/>
                <w:i w:val="0"/>
                <w:sz w:val="19"/>
              </w:rPr>
              <w:t>Dựa vào hình thức</w:t>
            </w:r>
          </w:p>
        </w:tc>
      </w:tr>
      <w:tr>
        <w:tc>
          <w:tcPr>
            <w:tcW w:type="dxa" w:w="4680"/>
          </w:tcPr>
          <w:p>
            <w:r/>
            <w:r>
              <w:rPr>
                <w:b w:val="0"/>
                <w:i w:val="0"/>
                <w:sz w:val="19"/>
              </w:rPr>
              <w:t>Trao quyền cho mọi người</w:t>
            </w:r>
          </w:p>
        </w:tc>
        <w:tc>
          <w:tcPr>
            <w:tcW w:type="dxa" w:w="4680"/>
          </w:tcPr>
          <w:p>
            <w:r/>
            <w:r>
              <w:rPr>
                <w:b w:val="0"/>
                <w:i w:val="0"/>
                <w:sz w:val="19"/>
              </w:rPr>
              <w:t>Kiểm soát mọi người</w:t>
            </w:r>
          </w:p>
        </w:tc>
      </w:tr>
      <w:tr>
        <w:tc>
          <w:tcPr>
            <w:tcW w:type="dxa" w:w="4680"/>
          </w:tcPr>
          <w:p>
            <w:r/>
            <w:r>
              <w:rPr>
                <w:b w:val="0"/>
                <w:i w:val="0"/>
                <w:sz w:val="19"/>
              </w:rPr>
              <w:t>Trân trọng con người</w:t>
            </w:r>
          </w:p>
        </w:tc>
        <w:tc>
          <w:tcPr>
            <w:tcW w:type="dxa" w:w="4680"/>
          </w:tcPr>
          <w:p>
            <w:r/>
            <w:r>
              <w:rPr>
                <w:b w:val="0"/>
                <w:i w:val="0"/>
                <w:sz w:val="19"/>
              </w:rPr>
              <w:t>Xem nhẹ con người</w:t>
            </w:r>
          </w:p>
        </w:tc>
      </w:tr>
      <w:tr>
        <w:tc>
          <w:tcPr>
            <w:tcW w:type="dxa" w:w="4680"/>
          </w:tcPr>
          <w:p>
            <w:r/>
            <w:r>
              <w:rPr>
                <w:b w:val="0"/>
                <w:i w:val="0"/>
                <w:sz w:val="19"/>
              </w:rPr>
              <w:t>Nuôi dưỡng lòng trung thành</w:t>
            </w:r>
          </w:p>
        </w:tc>
        <w:tc>
          <w:tcPr>
            <w:tcW w:type="dxa" w:w="4680"/>
          </w:tcPr>
          <w:p>
            <w:r/>
            <w:r>
              <w:rPr>
                <w:b w:val="0"/>
                <w:i w:val="0"/>
                <w:sz w:val="19"/>
              </w:rPr>
              <w:t>Nuôi dưỡng sự oán giận</w:t>
            </w:r>
          </w:p>
        </w:tc>
      </w:tr>
      <w:tr>
        <w:tc>
          <w:tcPr>
            <w:tcW w:type="dxa" w:w="4680"/>
          </w:tcPr>
          <w:p>
            <w:r/>
            <w:r>
              <w:rPr>
                <w:b w:val="0"/>
                <w:i w:val="0"/>
                <w:sz w:val="19"/>
              </w:rPr>
              <w:t>Đi theo con đường cao thượng</w:t>
            </w:r>
          </w:p>
        </w:tc>
        <w:tc>
          <w:tcPr>
            <w:tcW w:type="dxa" w:w="4680"/>
          </w:tcPr>
          <w:p>
            <w:r/>
            <w:r>
              <w:rPr>
                <w:b w:val="0"/>
                <w:i w:val="0"/>
                <w:sz w:val="19"/>
              </w:rPr>
              <w:t>Đi theo con đường thấp hèn</w:t>
            </w:r>
          </w:p>
        </w:tc>
      </w:tr>
    </w:tbl>
    <w:p>
      <w:pPr>
        <w:spacing w:after="0"/>
      </w:pPr>
    </w:p>
    <w:p>
      <w:pPr>
        <w:spacing w:after="80"/>
      </w:pPr>
      <w:r>
        <w:rPr>
          <w:b w:val="0"/>
          <w:i w:val="0"/>
        </w:rPr>
        <w:t xml:space="preserve">Một trong những điểm chung của tất cả các nhà lãnh đạo là khả năng nhìn thấy </w:t>
      </w:r>
      <w:r>
        <w:rPr>
          <w:b w:val="0"/>
          <w:i/>
        </w:rPr>
        <w:t>nhiều hơn</w:t>
      </w:r>
      <w:r>
        <w:rPr>
          <w:b w:val="0"/>
          <w:i w:val="0"/>
        </w:rPr>
        <w:t xml:space="preserve"> người khác và </w:t>
      </w:r>
      <w:r>
        <w:rPr>
          <w:b w:val="0"/>
          <w:i/>
        </w:rPr>
        <w:t>trước</w:t>
      </w:r>
      <w:r>
        <w:rPr>
          <w:b w:val="0"/>
          <w:i w:val="0"/>
        </w:rPr>
        <w:t xml:space="preserve"> người khác. Khả năng </w:t>
      </w:r>
      <w:r>
        <w:rPr>
          <w:b w:val="0"/>
          <w:i/>
        </w:rPr>
        <w:t>nhiều hơn và trước</w:t>
      </w:r>
      <w:r>
        <w:rPr>
          <w:b w:val="0"/>
          <w:i w:val="0"/>
        </w:rPr>
        <w:t xml:space="preserve"> này mang lại cho họ một lợi thế rõ rệt. Tôi sẽ nói thêm về điều này trong chương 10. Với tư cách là nhà lãnh đạo, chúng ta cần suy nghĩ về việc mình định làm gì với kiến thức này. Liệu chúng ta sẽ dùng nó để mang lại lợi ích cho bản thân hay cho người khác? Nếu chúng ta định dùng nó để phục vụ chính mình, động cơ của chúng ta không lành mạnh. Khi động cơ của chúng ta lành mạnh, chúng ta dùng nó để phục vụ người khác.</w:t>
      </w:r>
    </w:p>
    <w:p>
      <w:pPr>
        <w:spacing w:after="80"/>
      </w:pPr>
      <w:r>
        <w:rPr>
          <w:b w:val="0"/>
          <w:i w:val="0"/>
        </w:rPr>
        <w:t xml:space="preserve">Bạn có biết </w:t>
      </w:r>
      <w:r>
        <w:rPr>
          <w:b w:val="0"/>
          <w:i/>
        </w:rPr>
        <w:t>tại sao</w:t>
      </w:r>
      <w:r>
        <w:rPr>
          <w:b w:val="0"/>
          <w:i w:val="0"/>
        </w:rPr>
        <w:t xml:space="preserve"> bạn muốn lãnh đạo người khác không? Bạn có biết </w:t>
      </w:r>
      <w:r>
        <w:rPr>
          <w:b w:val="0"/>
          <w:i/>
        </w:rPr>
        <w:t>tại sao</w:t>
      </w:r>
      <w:r>
        <w:rPr>
          <w:b w:val="0"/>
          <w:i w:val="0"/>
        </w:rPr>
        <w:t xml:space="preserve"> bạn làm những gì bạn làm khi tương tác với mọi người không? Điều gì thúc đẩy bạn?</w:t>
      </w:r>
    </w:p>
    <w:p>
      <w:pPr>
        <w:spacing w:after="80"/>
        <w:ind w:left="360"/>
      </w:pPr>
      <w:r>
        <w:t xml:space="preserve">• </w:t>
      </w:r>
      <w:r>
        <w:rPr>
          <w:b w:val="0"/>
          <w:i w:val="0"/>
        </w:rPr>
        <w:t>Bạn có đang cố leo lên nấc thang sự nghiệp để thăng tiến không?</w:t>
      </w:r>
    </w:p>
    <w:p>
      <w:pPr>
        <w:spacing w:after="80"/>
        <w:ind w:left="360"/>
      </w:pPr>
      <w:r>
        <w:t xml:space="preserve">• </w:t>
      </w:r>
      <w:r>
        <w:rPr>
          <w:b w:val="0"/>
          <w:i w:val="0"/>
        </w:rPr>
        <w:t>Bạn có đang làm việc để giành quyền lực hầu có thể tự do làm điều mình muốn không?</w:t>
      </w:r>
    </w:p>
    <w:p>
      <w:pPr>
        <w:spacing w:after="80"/>
        <w:ind w:left="360"/>
      </w:pPr>
      <w:r>
        <w:t xml:space="preserve">• </w:t>
      </w:r>
      <w:r>
        <w:rPr>
          <w:b w:val="0"/>
          <w:i w:val="0"/>
        </w:rPr>
        <w:t>Bạn có đang tìm kiếm sự công nhận, sự khẳng định, danh dự hay sự nổi tiếng không?</w:t>
      </w:r>
    </w:p>
    <w:p>
      <w:pPr>
        <w:spacing w:after="80"/>
        <w:ind w:left="360"/>
      </w:pPr>
      <w:r>
        <w:t xml:space="preserve">• </w:t>
      </w:r>
      <w:r>
        <w:rPr>
          <w:b w:val="0"/>
          <w:i w:val="0"/>
        </w:rPr>
        <w:t>Bạn có đang được thúc đẩy bởi lợi ích tài chính và địa vị mà nó mang lại không?</w:t>
      </w:r>
    </w:p>
    <w:p>
      <w:pPr>
        <w:spacing w:after="80"/>
        <w:ind w:left="360"/>
      </w:pPr>
      <w:r>
        <w:t xml:space="preserve">• </w:t>
      </w:r>
      <w:r>
        <w:rPr>
          <w:b w:val="0"/>
          <w:i w:val="0"/>
        </w:rPr>
        <w:t>Bạn có đang theo đuổi hạnh phúc, sự thoải mái, tự do hay khoái lạc không?</w:t>
      </w:r>
    </w:p>
    <w:p>
      <w:pPr>
        <w:spacing w:after="80"/>
      </w:pPr>
      <w:r>
        <w:rPr>
          <w:b w:val="0"/>
          <w:i w:val="0"/>
        </w:rPr>
        <w:t>Nếu bạn đang làm bất kỳ điều nào trong số này với cái giá phải trả là người khác, thì động cơ của bạn đang dẫn bạn xuống con đường thấp hèn thay vì con đường cao thượng trong việc lãnh đạo. Nếu bạn muốn trở thành một nhà lãnh đạo giỏi, bạn cần thay đổi. Và đây là tin tốt: bạn có thể làm được. Bạn có thể cải thiện động cơ của mình bằng cách rèn luyện nhân cách. Bạn có thể bắt đầu đưa ra những lựa chọn dựa trên những giá trị tốt đẹp. Như Mahatma Gandhi đã nói: "Một người có nhân cách sẽ tự làm cho mình xứng đáng với bất kỳ vị trí nào mà mình được giao."</w:t>
      </w:r>
    </w:p>
    <w:p>
      <w:pPr>
        <w:pStyle w:val="Heading2"/>
      </w:pPr>
      <w:r>
        <w:rPr>
          <w:rFonts w:ascii="Calibri" w:hAnsi="Calibri"/>
          <w:b/>
          <w:i w:val="0"/>
          <w:sz w:val="32"/>
        </w:rPr>
        <w:t>NHỮNG GIÁ TRỊ ĐÚNG ĐẮN GIÚP BẠN NGỪNG ĐƯA RA NHỮNG LỰA CHỌN SAI LẦM</w:t>
      </w:r>
    </w:p>
    <w:p>
      <w:pPr>
        <w:spacing w:after="80"/>
      </w:pPr>
      <w:r>
        <w:rPr>
          <w:b w:val="0"/>
          <w:i w:val="0"/>
        </w:rPr>
        <w:t>Để giúp bạn bắt đầu đưa ra những lựa chọn đúng đắn, tôi muốn khuyến khích bạn từ chối một số hành động sẽ làm suy yếu khả năng lãnh đạo của bạn:</w:t>
      </w:r>
    </w:p>
    <w:p>
      <w:pPr>
        <w:pStyle w:val="Heading3"/>
      </w:pPr>
      <w:r>
        <w:rPr>
          <w:rFonts w:ascii="Calibri" w:hAnsi="Calibri"/>
          <w:b/>
          <w:i w:val="0"/>
          <w:sz w:val="26"/>
        </w:rPr>
        <w:t>1. Ngừng theo đuổi những gì dễ dàng</w:t>
      </w:r>
    </w:p>
    <w:p>
      <w:pPr>
        <w:spacing w:after="80"/>
      </w:pPr>
      <w:r>
        <w:rPr>
          <w:b w:val="0"/>
          <w:i w:val="0"/>
        </w:rPr>
        <w:t>Làm những điều đúng đắn vì những lý do đúng đắn có thể là một thách thức. Nó thường đi ngược lại với số đông. Con đường dẫn đến khả năng lãnh đạo cao thượng là một cuộc leo dốc. Điều đó không có gì đáng ngạc nhiên vì mọi thứ đáng giá trong cuộc sống đều là dốc lên. Thật không may, hầu hết chúng ta đều có những hy vọng dốc lên nhưng lại có những thói quen dốc xuống, vì vậy chúng ta phải nỗ lực để phá bỏ chúng và phát triển những cách suy nghĩ và hành động mới.</w:t>
      </w:r>
    </w:p>
    <w:p>
      <w:pPr>
        <w:spacing w:after="80"/>
      </w:pPr>
      <w:r>
        <w:rPr>
          <w:b w:val="0"/>
          <w:i w:val="0"/>
        </w:rPr>
        <w:t>Làm thế nào để bạn bắt đầu? Hãy ngừng làm những gì dễ dàng. Nhà khoa học từng đoạt giải Nobel Marie Curie đã nói: "Tôi được dạy rằng con đường tiến bộ không hề nhanh chóng cũng không hề dễ dàng." Làm những gì dễ dàng là một lựa chọn ích kỷ. Những gì dễ dàng với bạn hiếm khi là điều tốt nhất cho người khác. Nó thường thậm chí còn không tốt nhất cho chính bạn! Lựa chọn đúng đắn luôn là lựa chọn tốt nhất cho tất cả mọi người, dù nó có khó khăn đến đâu.</w:t>
      </w:r>
    </w:p>
    <w:p>
      <w:pPr>
        <w:pStyle w:val="Heading3"/>
      </w:pPr>
      <w:r>
        <w:rPr>
          <w:rFonts w:ascii="Calibri" w:hAnsi="Calibri"/>
          <w:b/>
          <w:i w:val="0"/>
          <w:sz w:val="26"/>
        </w:rPr>
        <w:t>2. Ngừng theo đuổi những tràng pháo tay</w:t>
      </w:r>
    </w:p>
    <w:p>
      <w:pPr>
        <w:spacing w:after="80"/>
      </w:pPr>
      <w:r>
        <w:rPr>
          <w:b w:val="0"/>
          <w:i w:val="0"/>
        </w:rPr>
        <w:t xml:space="preserve">Khi tôi còn là một cậu bé, cha tôi đưa cho tôi cuốn </w:t>
      </w:r>
      <w:r>
        <w:rPr>
          <w:b w:val="0"/>
          <w:i/>
        </w:rPr>
        <w:t>Đắc Nhân Tâm</w:t>
      </w:r>
      <w:r>
        <w:rPr>
          <w:b w:val="0"/>
          <w:i w:val="0"/>
        </w:rPr>
        <w:t xml:space="preserve"> của Dale Carnegie để đọc. Nó để lại ấn tượng mạnh mẽ đến mức tôi đọc lại thêm ba lần nữa khi còn học trung học. Một trong những điều Carnegie đề cập là khát khao được công nhận của con người. Ông nói: "Đó là điều Freud gọi là 'khát vọng trở nên vĩ đại.' Đó là điều Dewey gọi là 'khát vọng trở nên quan trọng.'" Ông tiếp tục trích dẫn William James: "Nguyên lý sâu thẳm nhất trong bản chất con người là khao khát được trân trọng."</w:t>
      </w:r>
    </w:p>
    <w:p>
      <w:pPr>
        <w:spacing w:after="80"/>
      </w:pPr>
      <w:r>
        <w:rPr>
          <w:b w:val="0"/>
          <w:i w:val="0"/>
        </w:rPr>
        <w:t>Khát vọng được tán thưởng này có thể đẩy bạn rời xa con đường cao thượng. Cơn khát danh vọng, thăng tiến và công trạng có thể khiến một người làm tắt, làm ẩu hoặc giẫm đạp lên người khác để cảm thấy thỏa mãn. Huấn luyện viên hiệu suất kiêm tác giả Steve Magness đã viết về việc tìm kiếm giá trị bản thân từ bên ngoài có thể làm suy yếu hiệu suất và sự tiến bộ như thế nào. Ông nhận xét: "Khi giá trị bản thân của chúng ta phụ thuộc vào các yếu tố bên ngoài, chúng ta có cái mà các nhà nghiên cứu gọi là giá trị bản thân phụ thuộc (contingent self-worth). Chúng ta rút ra ý thức về bản thân từ những gì người khác nghĩ và cách chúng ta bị đánh giá. Chúng ta trao quyền kiểm soát cho các yếu tố bên ngoài. Khi chúng ta sử dụng những lời khen suông và kết hợp với những phần thưởng không xứng đáng, chúng ta tạo ra một môi trường chín muồi để phát triển giá trị bản thân phụ thuộc." Nếu bạn tìm kiếm sự chấp thuận từ người khác, bạn sẽ không bao giờ thỏa mãn, và kiểu giá trị bản thân mà Magness mô tả rất mong manh và dễ bị nghiền nát.</w:t>
      </w:r>
    </w:p>
    <w:p>
      <w:pPr>
        <w:spacing w:after="80"/>
      </w:pPr>
      <w:r>
        <w:rPr>
          <w:b w:val="0"/>
          <w:i w:val="0"/>
        </w:rPr>
        <w:t>Ngược lại, khi động lực của bạn là làm những điều đúng đắn vì những lý do đúng đắn, bạn được thưởng bằng cảm giác giá trị và an lạc đến từ bên trong. Kiểu lòng tự trọng đó ổn định và không dễ bị lay chuyển. Nó không cần sự công nhận từ bên ngoài, và ngay cả khi những lựa chọn bạn đưa ra khiến người khác chỉ trích hay chế giễu, nó vẫn vững vàng. Cuối cùng, nếu chúng ta được thúc đẩy bởi sự tán thưởng, chúng ta quan tâm quá nhiều đến những gì người khác nghĩ về mình, nhưng nếu chúng ta được thúc đẩy bởi việc mang lại giá trị cho mọi người, chúng ta quan tâm đến những gì người khác nghĩ về chính họ.</w:t>
      </w:r>
    </w:p>
    <w:p>
      <w:pPr>
        <w:pStyle w:val="Heading3"/>
      </w:pPr>
      <w:r>
        <w:rPr>
          <w:rFonts w:ascii="Calibri" w:hAnsi="Calibri"/>
          <w:b/>
          <w:i w:val="0"/>
          <w:sz w:val="26"/>
        </w:rPr>
        <w:t>3. Ngừng Khăng Khăng Rằng Bạn Đúng</w:t>
      </w:r>
    </w:p>
    <w:p>
      <w:pPr>
        <w:spacing w:after="80"/>
      </w:pPr>
      <w:r>
        <w:rPr>
          <w:b w:val="0"/>
          <w:i w:val="0"/>
        </w:rPr>
        <w:t>Sau cái chết của George Floyd tại Minneapolis vào ngày 25 tháng 5 năm 2020, cả nước chia phe và các cuộc biểu tình bùng nổ khắp nơi. Những người đứng về phía người biểu tình khăng khăng rằng quan điểm của họ đúng và lên tiếng về điều đó. Những người đứng chống lại người biểu tình cũng khăng khăng rằng quan điểm của họ đúng và lên tiếng về điều đó. Cả hai bên đều chỉ muốn chứng minh mình đúng và bên kia sai, nhưng những tranh luận của họ chẳng đi đến đâu với nhau.</w:t>
      </w:r>
    </w:p>
    <w:p>
      <w:pPr>
        <w:spacing w:after="80"/>
      </w:pPr>
      <w:r>
        <w:rPr>
          <w:b w:val="0"/>
          <w:i w:val="0"/>
        </w:rPr>
        <w:t xml:space="preserve">Vấn đề với việc lớn tiếng tranh luận rằng </w:t>
      </w:r>
      <w:r>
        <w:rPr>
          <w:b w:val="0"/>
          <w:i/>
        </w:rPr>
        <w:t>bạn đúng</w:t>
      </w:r>
      <w:r>
        <w:rPr>
          <w:b w:val="0"/>
          <w:i w:val="0"/>
        </w:rPr>
        <w:t xml:space="preserve"> là bạn không lắng nghe và học hỏi để có thể tìm ra </w:t>
      </w:r>
      <w:r>
        <w:rPr>
          <w:b w:val="0"/>
          <w:i/>
        </w:rPr>
        <w:t>điều thực sự đúng</w:t>
      </w:r>
      <w:r>
        <w:rPr>
          <w:b w:val="0"/>
          <w:i w:val="0"/>
        </w:rPr>
        <w:t>. Đó là đỉnh cao của sự kiêu ngạo khi tin rằng bạn biết mọi thứ cần biết về một chủ đề, rằng bạn đã nhìn nó từ mọi góc độ, và rằng bạn sở hữu quan điểm hợp lệ duy nhất.</w:t>
      </w:r>
    </w:p>
    <w:p>
      <w:pPr>
        <w:spacing w:after="80"/>
      </w:pPr>
      <w:r>
        <w:rPr>
          <w:b w:val="0"/>
          <w:i w:val="0"/>
        </w:rPr>
        <w:t xml:space="preserve">Khi nhiều người có ảnh hưởng bắt đầu đưa ra tuyên bố để phản ứng với cuộc xung đột, một số huấn luyện viên được chứng nhận của tôi yêu cầu tôi đưa ra một tuyên bố công khai về lập trường của tôi về vấn đề chủng tộc, nhưng tôi từ chối. Tôi tin rằng cả cuộc đời tôi chính là tuyên bố của tôi. Nếu bạn muốn biết tôi đứng ở đâu, hãy nhìn cách tôi đã đối xử với mọi người suốt cuộc đời mình. Tôi còn xa mới hoàn hảo, nhưng tôi luôn cố gắng trân trọng </w:t>
      </w:r>
      <w:r>
        <w:rPr>
          <w:b w:val="0"/>
          <w:i/>
        </w:rPr>
        <w:t>tất cả</w:t>
      </w:r>
      <w:r>
        <w:rPr>
          <w:b w:val="0"/>
          <w:i w:val="0"/>
        </w:rPr>
        <w:t xml:space="preserve"> mọi người. Tuy nhiên, tôi cũng cảm nhận rằng mình chưa thực sự hiểu các cuộc biểu tình. Tôi thấy rõ rằng việc một viên cảnh sát quỳ lên cổ Floyd cho đến khi anh ấy chết là một sai trái khủng khiếp. Đồng thời, tôi không hiểu tại sao quá nhiều người lại biểu tình và làm điều đó một cách bạo lực đến vậy. Nhận thức của tôi là họ đang phản ứng quá mạnh mẽ với một sự việc đơn lẻ.</w:t>
      </w:r>
    </w:p>
    <w:p>
      <w:pPr>
        <w:spacing w:after="80"/>
      </w:pPr>
      <w:r>
        <w:rPr>
          <w:b w:val="0"/>
          <w:i w:val="0"/>
        </w:rPr>
        <w:t>Tôi nghi ngờ rằng mình đang bỏ lỡ điều gì đó. Dù thế giới của những người biểu tình không phải là thế giới của tôi, tôi vẫn muốn hiểu nó, nên tôi biết mình cần bắt đầu lắng nghe. Tôi bắt đầu trò chuyện với những người bạn da đen và đặt câu hỏi về những trải nghiệm của chính họ. Mỗi người tôi nói chuyện đều có những câu chuyện về việc bị để ý, bị chặn xe, và bị đối xử như "kẻ thấp kém" chỉ vì họ là người da đen. Đó là lúc tôi cuối cùng bắt đầu nắm được vấn đề lớn hơn mà mình đã bỏ lỡ. Vì tôi muốn tiếp tục học hỏi thêm về nạn phân biệt chủng tộc và bất công từ một góc nhìn khác, tôi bắt đầu đọc sách. Tôi bắt đầu thoáng hiểu được vấn đề và những nỗi bức xúc của cả một nhóm người. Điều đó khiến tôi đồng cảm hơn và bớt phán xét hơn.</w:t>
      </w:r>
    </w:p>
    <w:p>
      <w:pPr>
        <w:spacing w:after="80"/>
      </w:pPr>
      <w:r>
        <w:rPr>
          <w:b w:val="0"/>
          <w:i w:val="0"/>
        </w:rPr>
        <w:t xml:space="preserve">Để đi theo con đường cao thượng với tư cách một nhà lãnh đạo, chúng ta cần trở thành những người biết lắng nghe giỏi. Bất cứ khi nào chúng ta đấu tranh cho quan điểm của mình và khăng khăng rằng mình "đúng", chúng ta có lẽ sẽ kết thúc ở con đường thấp kém. Để tự kiểm tra, giáo sư Matthew D. Kim gợi ý: "Chúng ta có thể kiểm kê các tình bạn của mình trong hai hoặc ba năm qua và tự hỏi, </w:t>
      </w:r>
      <w:r>
        <w:rPr>
          <w:b w:val="0"/>
          <w:i/>
        </w:rPr>
        <w:t>Liệu tôi có đánh mất tình bạn nào vì 'đúng' không? Từ nay tôi có chọn các mối quan hệ thay vì sự đúng đắn không?</w:t>
      </w:r>
      <w:r>
        <w:rPr>
          <w:b w:val="0"/>
          <w:i w:val="0"/>
        </w:rPr>
        <w:t xml:space="preserve">" Nếu chúng ta đặt giá trị cao hơn vào các vấn đề so với những con người mà chúng ta đang tương tác, có lẽ chúng ta đã đi chệch hướng. Chúng ta cần ngừng cố gắng </w:t>
      </w:r>
      <w:r>
        <w:rPr>
          <w:b w:val="0"/>
          <w:i/>
        </w:rPr>
        <w:t>trở thành</w:t>
      </w:r>
      <w:r>
        <w:rPr>
          <w:b w:val="0"/>
          <w:i w:val="0"/>
        </w:rPr>
        <w:t xml:space="preserve"> đúng và hiểu điều gì </w:t>
      </w:r>
      <w:r>
        <w:rPr>
          <w:b w:val="0"/>
          <w:i/>
        </w:rPr>
        <w:t>là</w:t>
      </w:r>
      <w:r>
        <w:rPr>
          <w:b w:val="0"/>
          <w:i w:val="0"/>
        </w:rPr>
        <w:t xml:space="preserve"> đúng.</w:t>
      </w:r>
    </w:p>
    <w:p>
      <w:pPr>
        <w:pStyle w:val="Heading3"/>
      </w:pPr>
      <w:r>
        <w:rPr>
          <w:rFonts w:ascii="Calibri" w:hAnsi="Calibri"/>
          <w:b/>
          <w:i w:val="0"/>
          <w:sz w:val="26"/>
        </w:rPr>
        <w:t>4. Ngừng Nói Suông</w:t>
      </w:r>
    </w:p>
    <w:p>
      <w:pPr>
        <w:spacing w:after="80"/>
      </w:pPr>
      <w:r>
        <w:rPr>
          <w:b w:val="0"/>
          <w:i w:val="0"/>
        </w:rPr>
        <w:t xml:space="preserve">Bạn có để ý xu hướng lớn trong văn hóa của chúng ta là mọi người đưa ra tuyên bố công khai về hầu như mọi vấn đề không? Khi một thảm kịch xảy ra, một bình luận gây chia rẽ được đưa ra bởi một người nổi tiếng, hoặc một sự kiện gây tranh cãi diễn ra, các nhà lãnh đạo bị thúc ép phải đưa ra tuyên bố. Người nổi tiếng được kỳ vọng đăng ý kiến ủng hộ hoặc phản đối mọi vấn đề. Nhưng đây là vấn đề với điều đó: một tuyên bố thực sự không </w:t>
      </w:r>
      <w:r>
        <w:rPr>
          <w:b w:val="0"/>
          <w:i/>
        </w:rPr>
        <w:t>làm</w:t>
      </w:r>
      <w:r>
        <w:rPr>
          <w:b w:val="0"/>
          <w:i w:val="0"/>
        </w:rPr>
        <w:t xml:space="preserve"> gì cả ngoài việc làm nổi bật sự chia rẽ giữa người với nhóm của họ. Nói suông để giành được thiện cảm của đám đông thực sự không phục vụ ai cả—có lẽ ngoại trừ chính người đưa ra tuyên bố.</w:t>
      </w:r>
    </w:p>
    <w:p>
      <w:pPr>
        <w:spacing w:after="80"/>
      </w:pPr>
      <w:r>
        <w:rPr>
          <w:b w:val="0"/>
          <w:i w:val="0"/>
        </w:rPr>
        <w:t xml:space="preserve">Nếu bạn đang lái xe trong mưa, trượt khỏi đường, đâm xe quấn quanh một cái cây, và thấy mình bị mắc kẹt bên trong, bị thương và chảy máu, liệu bạn có muốn một đại diện từ sở giao thông nói rằng: "Tôi đã </w:t>
      </w:r>
      <w:r>
        <w:rPr>
          <w:b w:val="0"/>
          <w:i/>
        </w:rPr>
        <w:t>phản đối</w:t>
      </w:r>
      <w:r>
        <w:rPr>
          <w:b w:val="0"/>
          <w:i w:val="0"/>
        </w:rPr>
        <w:t xml:space="preserve"> việc làm con đường đó xuyên qua khu rừng." Hay giám đốc trường học địa phương nói: "Tôi </w:t>
      </w:r>
      <w:r>
        <w:rPr>
          <w:b w:val="0"/>
          <w:i/>
        </w:rPr>
        <w:t>ủng hộ</w:t>
      </w:r>
      <w:r>
        <w:rPr>
          <w:b w:val="0"/>
          <w:i w:val="0"/>
        </w:rPr>
        <w:t xml:space="preserve"> việc chi thêm tiền cho giáo dục lái xe." Hay nhà sản xuất ô tô nói: "Xe của chúng tôi có thành tích an toàn tốt nhất." Không, bạn sẽ muốn ai đó giải thoát bạn khỏi đống đổ nát, cầm máu cho bạn, và đưa bạn đến bệnh viện!</w:t>
      </w:r>
    </w:p>
    <w:p>
      <w:pPr>
        <w:spacing w:after="80"/>
      </w:pPr>
      <w:r>
        <w:rPr>
          <w:b w:val="0"/>
          <w:i w:val="0"/>
        </w:rPr>
        <w:t xml:space="preserve">Quá nhiều người ngày nay nhầm lẫn các tuyên bố với các giải pháp. Nói suông không thay thế được việc </w:t>
      </w:r>
      <w:r>
        <w:rPr>
          <w:b w:val="0"/>
          <w:i/>
        </w:rPr>
        <w:t>làm</w:t>
      </w:r>
      <w:r>
        <w:rPr>
          <w:b w:val="0"/>
          <w:i w:val="0"/>
        </w:rPr>
        <w:t xml:space="preserve"> điều đúng đắn. Nói rằng bạn tin vào điều gì đó hoặc rằng bạn </w:t>
      </w:r>
      <w:r>
        <w:rPr>
          <w:b w:val="0"/>
          <w:i/>
        </w:rPr>
        <w:t>định</w:t>
      </w:r>
      <w:r>
        <w:rPr>
          <w:b w:val="0"/>
          <w:i w:val="0"/>
        </w:rPr>
        <w:t xml:space="preserve"> làm điều gì đó thực sự không hoàn thành được gì tích cực, vậy mà văn hóa của chúng ta lại ghi công cho bạn như thể bạn đã làm được. Nhưng đây là điều mấu chốt: hoàn toàn có thể để bạn nói rằng bạn ủng hộ công lý, vậy mà đồng thời lại áp bức người khác. Bạn có thể nói bạn đứng về phía chính trực trong khi nói dối và trộm cắp. Bạn có thể nói bất cứ điều gì, nhưng những gì bạn </w:t>
      </w:r>
      <w:r>
        <w:rPr>
          <w:b w:val="0"/>
          <w:i/>
        </w:rPr>
        <w:t>làm</w:t>
      </w:r>
      <w:r>
        <w:rPr>
          <w:b w:val="0"/>
          <w:i w:val="0"/>
        </w:rPr>
        <w:t xml:space="preserve"> cho thấy bạn thực sự là ai. Vậy lần tới khi bạn thấy điều gì đó mà bạn tin là sai, đừng đưa ra tuyên bố. Hãy làm điều đúng đắn. Và tiếp tục làm điều đó. Cuối cùng, bất cứ ai muốn biết bạn trân trọng hay tin vào điều gì sẽ nhận ra rằng cuộc đời bạn chính là tuyên bố của bạn.</w:t>
      </w:r>
    </w:p>
    <w:p>
      <w:pPr>
        <w:pStyle w:val="Heading3"/>
      </w:pPr>
      <w:r>
        <w:rPr>
          <w:rFonts w:ascii="Calibri" w:hAnsi="Calibri"/>
          <w:b/>
          <w:i w:val="0"/>
          <w:sz w:val="26"/>
        </w:rPr>
        <w:t>5. Ngừng Đổ Lỗi Cho Người Khác</w:t>
      </w:r>
    </w:p>
    <w:p>
      <w:pPr>
        <w:spacing w:after="80"/>
      </w:pPr>
      <w:r>
        <w:rPr>
          <w:b w:val="0"/>
          <w:i w:val="0"/>
        </w:rPr>
        <w:t>Khoảng hai mươi năm trước, tôi trở nên mệt mỏi và thất vọng với tổ chức kinh doanh đầu tiên mà tôi thành lập. Tôi đã khởi đầu nó như một dịch vụ đăng ký gửi các bài học hàng tháng qua băng cassette đến một số ít nhà lãnh đạo để giúp họ cải thiện kỹ năng và trở nên thành công hơn. Theo thời gian, nó đã phát triển thành việc cung cấp hai dịch vụ đăng ký bài học tiếp cận hơn mười hai nghìn người, tổ chức nhiều sự kiện lớn trên khắp cả nước mỗi năm, và tạo ra vô số tài nguyên được hỗ trợ không chỉ bởi các sự kiện mà còn bởi một trung tâm cuộc gọi. Mặc dù tôi đã thuê một đội ngũ lãnh đạo để điều hành công ty, nó đã trở nên quá lớn và đòi hỏi khắt khe đến mức tôi quyết định đã đến lúc bán nó đi.</w:t>
      </w:r>
    </w:p>
    <w:p>
      <w:pPr>
        <w:spacing w:after="80"/>
      </w:pPr>
      <w:r>
        <w:rPr>
          <w:b w:val="0"/>
          <w:i w:val="0"/>
        </w:rPr>
        <w:t>Người muốn mua nó là người đàn ông khi đó giữ chức chủ tịch công ty, nhưng anh ta không có đủ tài chính cần thiết để thực hiện việc mua lại. Tuy vậy, anh ta tin rằng mình có thể làm cho một trong những sự kiện của chúng tôi sinh lời đủ để tạo ra doanh thu giúp việc mua lại trở nên khả thi. Tôi không chắc chắn về chiến lược của anh ta, vì anh ta muốn mời một số diễn giả rất đắt đỏ, nổi tiếng để thu hút một lượng lớn khán giả. Nhưng tôi đồng ý với điều đó vì tôi muốn cho anh ta một cơ hội để làm cho nó thành công. Tôi biết đó là một rủi ro lớn, nhưng tôi đã ủng hộ quyết định đó.</w:t>
      </w:r>
    </w:p>
    <w:p>
      <w:pPr>
        <w:spacing w:after="80"/>
      </w:pPr>
      <w:r>
        <w:rPr>
          <w:b w:val="0"/>
          <w:i w:val="0"/>
        </w:rPr>
        <w:t>Sự kiện đó hóa ra lại là một thảm họa. Nó mất đi 2 triệu đô la, công ty thì ngập trong một đống nợ nần, và vị lãnh đạo đã đưa ra quyết định ấy đã rời khỏi tổ chức. Kết quả là, tôi phải đối mặt với một quyết định. Tôi sẽ làm gì đây? Tôi có thể đổ lỗi cho anh ta và đẩy công ty vào cảnh phá sản. Đó sẽ là giải pháp dễ dàng nhất. Nhưng tôi biết rằng không trả được nợ không phải là điều đúng đắn nên làm. Bên cạnh đó, với tư cách là chủ sở hữu công ty, trách nhiệm cuối cùng thuộc về tôi. Tôi là người chịu trách nhiệm cuối cùng cho các quyết định của công ty, chứ không phải ai khác.</w:t>
      </w:r>
    </w:p>
    <w:p>
      <w:pPr>
        <w:spacing w:after="80"/>
      </w:pPr>
      <w:r>
        <w:rPr>
          <w:b w:val="0"/>
          <w:i w:val="0"/>
        </w:rPr>
        <w:t>Margaret và tôi quyết định bán một mảnh bất động sản đầu tư thương mại để trả hết nợ. Sau đó chúng tôi bán luôn công ty không còn gánh nợ. Chúng tôi đã lỗ. Thực tế, nhiều năm sau, mảnh đất đó được bán với giá gấp ba lần số tiền chúng tôi từng nhận được. Nhưng chúng tôi vẫn giữ được lòng tự trọng vì đã làm điều mà mình biết là đúng. Trong những tình huống kiểu này, đổ lỗi cho người khác chẳng giải quyết được gì. Để bản thân trở nên oán giận hay cay đắng cũng vậy. Cách đúng đắn để bước tiếp là thực tế, tha thứ, buông bỏ, và tiếp tục làm những điều đúng vì những lý do đúng.</w:t>
      </w:r>
    </w:p>
    <w:p>
      <w:pPr>
        <w:pStyle w:val="Heading2"/>
      </w:pPr>
      <w:r>
        <w:rPr>
          <w:rFonts w:ascii="Calibri" w:hAnsi="Calibri"/>
          <w:b/>
          <w:i w:val="0"/>
          <w:sz w:val="32"/>
        </w:rPr>
        <w:t>BẮT ĐẦU TRẢ GIÁ ĐỂ ĐI TRÊN CON ĐƯỜNG CAO THƯỢNG</w:t>
      </w:r>
    </w:p>
    <w:p>
      <w:pPr>
        <w:spacing w:after="80"/>
      </w:pPr>
      <w:r>
        <w:rPr>
          <w:b w:val="0"/>
          <w:i w:val="0"/>
        </w:rPr>
        <w:t>Tôi ước gì có thể nói với bạn rằng làm những điều đúng vì những lý do đúng chẳng tốn kém gì cả. Nhưng nếu nói vậy thì tôi đã không nói thật với bạn. Làm điều đúng thường phải trả một cái giá. Điều đó đúng khi bố tôi tử tế với những người đang đối xử tệ với ông. Nó khiến ông phải trả giá bằng việc làm chậm khả năng đạt được mục tiêu của mình. Nó khiến ông xao nhãng khỏi tầm nhìn. Nó ảnh hưởng đến ông cả về mặt cảm xúc lẫn thể chất. Nhưng ông vẫn tiếp tục đi trên con đường cao thượng bất chấp những cơn gió ngược khó khăn ấy. Như tôi đã giải thích, tôi vô cùng ngưỡng mộ điều đó và đã cố gắng noi gương ông.</w:t>
      </w:r>
    </w:p>
    <w:p>
      <w:pPr>
        <w:spacing w:after="80"/>
      </w:pPr>
      <w:r>
        <w:rPr>
          <w:b w:val="0"/>
          <w:i w:val="0"/>
        </w:rPr>
        <w:t>Khi bạn nỗ lực đi trên con đường cao thượng bằng cách làm những điều đúng vì những lý do đúng, đây là những gì bạn nên kỳ vọng:</w:t>
      </w:r>
    </w:p>
    <w:p>
      <w:pPr>
        <w:pStyle w:val="Heading3"/>
      </w:pPr>
      <w:r>
        <w:rPr>
          <w:rFonts w:ascii="Calibri" w:hAnsi="Calibri"/>
          <w:b/>
          <w:i w:val="0"/>
          <w:sz w:val="26"/>
        </w:rPr>
        <w:t>Lần Đầu Tiên Trả Giá Là Khó Nhất</w:t>
      </w:r>
    </w:p>
    <w:p>
      <w:pPr>
        <w:spacing w:after="80"/>
      </w:pPr>
      <w:r>
        <w:rPr>
          <w:b w:val="0"/>
          <w:i w:val="0"/>
        </w:rPr>
        <w:t xml:space="preserve">Nếu làm điều đúng là một trải nghiệm mới mẻ, bạn sẽ thấy lần đầu tiên phải trả giá là khó khăn nhất. Tại sao? Bởi vì nó mới. Chúng ta kỳ vọng việc làm điều đúng sẽ được mọi người tán thưởng, nhưng điều đó hiếm khi xảy ra. Lần đầu tiên tôi đưa ra một quyết định khó khăn trong vai trò lãnh đạo, một số người không thích nó, và điều đó làm tôi tổn thương vì tôi luôn muốn làm hài lòng tất cả mọi người. Nó khiến tôi tự hỏi: </w:t>
      </w:r>
      <w:r>
        <w:rPr>
          <w:b w:val="0"/>
          <w:i/>
        </w:rPr>
        <w:t>Có gì sai với mình vậy? Nếu mình là một nhà lãnh đạo giỏi hơn, liệu chuyện này có xảy ra không?</w:t>
      </w:r>
      <w:r>
        <w:rPr>
          <w:b w:val="0"/>
          <w:i w:val="0"/>
        </w:rPr>
        <w:t xml:space="preserve"> Nhưng đó là suy nghĩ sai lầm. Làm hài lòng tất cả mọi người là điều không thể và không nên là mục tiêu của bất kỳ nhà lãnh đạo nào. Làm điều đúng vì những lý do đúng mới nên là mục tiêu — ngay cả khi điều đó khiến tôi phải trả giá.</w:t>
      </w:r>
    </w:p>
    <w:p>
      <w:pPr>
        <w:spacing w:after="80"/>
      </w:pPr>
      <w:r>
        <w:rPr>
          <w:b w:val="0"/>
          <w:i w:val="0"/>
        </w:rPr>
        <w:t>Sau khi bạn đã trả giá lần đầu tiên, lần tiếp theo vẫn sẽ khó khăn, nhưng vì bạn đã từng làm được, bạn sẽ biết mình có thể làm lại. Có thể bạn không muốn, nhưng bạn có thể. Và mỗi lần trả giá, bạn lại có thêm sự tự tin, lòng tự trọng, và nhận thức giúp nâng cao năng lực lãnh đạo của mình.</w:t>
      </w:r>
    </w:p>
    <w:p>
      <w:pPr>
        <w:pStyle w:val="Heading3"/>
      </w:pPr>
      <w:r>
        <w:rPr>
          <w:rFonts w:ascii="Calibri" w:hAnsi="Calibri"/>
          <w:b/>
          <w:i w:val="0"/>
          <w:sz w:val="26"/>
        </w:rPr>
        <w:t>Bạn Sẽ Không Luôn Biết Được Toàn Bộ Cái Giá Ngay Từ Đầu</w:t>
      </w:r>
    </w:p>
    <w:p>
      <w:pPr>
        <w:spacing w:after="80"/>
      </w:pPr>
      <w:r>
        <w:rPr>
          <w:b w:val="0"/>
          <w:i w:val="0"/>
        </w:rPr>
        <w:t>Khi còn là một nhà lãnh đạo trẻ, tôi tưởng rằng mình sẽ có thể nhìn thấy trước những cái giá phải trả với tư cách một nhà lãnh đạo để làm những điều đúng. Tôi đã chẳng biết gì cả. Ví dụ, vào độ tuổi ba mươi khi tôi trở thành lãnh đạo của Skyline Church ở vùng San Diego, tôi thấy rõ rằng cuối cùng chúng tôi sẽ phải di dời nhà thờ. Tôi đã hiểu điều đó ngay từ lần ghé thăm đầu tiên, thậm chí trước khi tôi trở thành mục sư. Tòa nhà đã cũ kỹ. Vị trí của chúng tôi không tốt. Góc phố của chúng tôi đã trở thành ranh giới địa bàn giữa ba băng nhóm địa phương. Mở rộng không phải là một lựa chọn vì khu đất bị kẹt. Nếu chúng tôi có phát triển chút nào, cách duy nhất để nhà thờ có một tương lai tích cực là phải di dời.</w:t>
      </w:r>
    </w:p>
    <w:p>
      <w:pPr>
        <w:spacing w:after="80"/>
      </w:pPr>
      <w:r>
        <w:rPr>
          <w:b w:val="0"/>
          <w:i w:val="0"/>
        </w:rPr>
        <w:t xml:space="preserve">Tôi biết đó là điều đúng đắn nên làm. Tôi cũng biết đó sẽ là một cuộc chiến gian nan với cái giá phải trả. Tôi dự đoán sẽ mất đi hàng trăm người. Và tôi đã đúng về điều đó. Tuy nhiên, những cái giá khác lại xuất hiện mà tôi không lường trước. Tôi đã đánh giá quá thấp bộ máy quan liêu chính phủ và những rào cản quy định mà chúng tôi sẽ phải đối mặt khi cố gắng xây dựng ở Nam California. Chúng tôi gây quỹ và mua đất. Chúng tôi cũng gây quỹ để xây dựng, nhưng không thể xin được quy hoạch lại khu đất. Tôi dành thời gian để truyền đạt tầm nhìn nhằm giữ nó sống động và giúp mọi người tin vào giấc mơ. Nhưng họ không thấy tiến triển thực tế nào hướng tới nó. Tôi lãnh đạo Skyline mười bốn năm, vậy mà khi tôi rời đi, chúng tôi </w:t>
      </w:r>
      <w:r>
        <w:rPr>
          <w:b w:val="0"/>
          <w:i/>
        </w:rPr>
        <w:t>vẫn</w:t>
      </w:r>
      <w:r>
        <w:rPr>
          <w:b w:val="0"/>
          <w:i w:val="0"/>
        </w:rPr>
        <w:t xml:space="preserve"> chưa động thổ được trên khu đất mới. Người kế nhiệm của tôi tiếp tục cuộc chiến, và chính ông ấy là người cuối cùng đã xây dựng được cơ sở mới và di dời nhà thờ.</w:t>
      </w:r>
    </w:p>
    <w:p>
      <w:pPr>
        <w:spacing w:after="80"/>
      </w:pPr>
      <w:r>
        <w:rPr>
          <w:b w:val="0"/>
          <w:i w:val="0"/>
        </w:rPr>
        <w:t>Khi bạn làm điều đúng, bạn có thể sẽ có những trải nghiệm tương tự. Một số cái giá bạn sẽ thấy trước. Những cái khác sẽ bất ngờ. Trong những giai đoạn đó, nếu động cơ của bạn đúng đắn và bạn đưa ra lựa chọn tốt nhất cho mọi người với thông tin mình có, hãy tự nhắc mình rằng bạn đang làm điều mà bạn tin là đúng.</w:t>
      </w:r>
    </w:p>
    <w:p>
      <w:pPr>
        <w:pStyle w:val="Heading3"/>
      </w:pPr>
      <w:r>
        <w:rPr>
          <w:rFonts w:ascii="Calibri" w:hAnsi="Calibri"/>
          <w:b/>
          <w:i w:val="0"/>
          <w:sz w:val="26"/>
        </w:rPr>
        <w:t>Tài Khoản Của Bạn Không Bao Giờ "Thanh Toán Đủ"</w:t>
      </w:r>
    </w:p>
    <w:p>
      <w:pPr>
        <w:spacing w:after="80"/>
      </w:pPr>
      <w:r>
        <w:rPr>
          <w:b w:val="0"/>
          <w:i w:val="0"/>
        </w:rPr>
        <w:t xml:space="preserve">Khi tôi nói về chủ đề trả giá với tư cách một nhà lãnh đạo, nhiều người đã đến gặp tôi và hỏi: "Vậy tôi phải trả giá bao nhiêu lần? Khi nào thì tôi có thể xong?" Câu trả lời là </w:t>
      </w:r>
      <w:r>
        <w:rPr>
          <w:b w:val="0"/>
          <w:i/>
        </w:rPr>
        <w:t>không bao giờ</w:t>
      </w:r>
      <w:r>
        <w:rPr>
          <w:b w:val="0"/>
          <w:i w:val="0"/>
        </w:rPr>
        <w:t>. Khi còn trẻ và thiếu kinh nghiệm, chúng ta hy vọng và tin rằng mình có thể trả giá một lần rồi xong. Nhưng lãnh đạo không vận hành theo cách đó. Trả giá là một quá trình không bao giờ kết thúc. Theo quan sát của tôi, khi người ta ngừng phát triển và cải thiện với tư cách nhà lãnh đạo, hiếm khi là do thiếu năng lực hay khả năng. Họ dừng lại vì không sẵn lòng trả giá. Nếu chúng ta muốn phát triển năng lực lãnh đạo và hy vọng tác động đến nhiều người hơn ở mức độ sâu sắc hơn trên con đường cao thượng, chúng ta cần kỳ vọng rằng mình sẽ tiếp tục phải trả giá.</w:t>
      </w:r>
    </w:p>
    <w:p>
      <w:pPr>
        <w:pStyle w:val="Heading2"/>
      </w:pPr>
      <w:r>
        <w:rPr>
          <w:rFonts w:ascii="Calibri" w:hAnsi="Calibri"/>
          <w:b/>
          <w:i w:val="0"/>
          <w:sz w:val="32"/>
        </w:rPr>
        <w:t>GIÁ TRỊ CỦA VIỆC LÀM ĐIỀU ĐÚNG LỚN HƠN NHỮNG CÁI GIÁ PHẢI TRẢ</w:t>
      </w:r>
    </w:p>
    <w:p>
      <w:pPr>
        <w:spacing w:after="80"/>
      </w:pPr>
      <w:r>
        <w:rPr>
          <w:b w:val="0"/>
          <w:i w:val="0"/>
        </w:rPr>
        <w:t xml:space="preserve">Làm điều đúng có thể khiến bạn mất thời gian, tiền bạc, tình bạn và cơ hội. Nhưng cái giá của việc </w:t>
      </w:r>
      <w:r>
        <w:rPr>
          <w:b w:val="0"/>
          <w:i/>
        </w:rPr>
        <w:t>không</w:t>
      </w:r>
      <w:r>
        <w:rPr>
          <w:b w:val="0"/>
          <w:i w:val="0"/>
        </w:rPr>
        <w:t xml:space="preserve"> làm điều đúng là gì? Mất đi lòng tự trọng. Gây tổn hại cho người khác. Cảm giác tội lỗi. Hối tiếc. Tổn thương trái tim và tâm hồn bạn. Đừng trả cái giá đó. Hãy làm những điều đúng và sống trên con đường cao thượng. Bạn sẽ không hối tiếc đâu. Khi bạn làm điều đúng, bạn không chỉ đi trên con đường cao thượng với người khác. Bạn còn đi trên con đường cao thượng với chính mình. Bạn sống tốt hơn và ngủ ngon hơn khi lương tâm trong sáng và bạn đã cố gắng trao cho người khác những gì tốt nhất của mình. Trên con đường cao thượng..</w:t>
      </w:r>
    </w:p>
    <w:p>
      <w:pPr>
        <w:spacing w:after="80"/>
      </w:pPr>
      <w:r>
        <w:rPr>
          <w:b w:val="0"/>
          <w:i w:val="0"/>
        </w:rPr>
        <w:t>Bạn có thể mất vị thế, nhưng bạn sẽ đạt được sự phát triển.</w:t>
      </w:r>
    </w:p>
    <w:p>
      <w:pPr>
        <w:spacing w:after="80"/>
      </w:pPr>
      <w:r>
        <w:rPr>
          <w:b w:val="0"/>
          <w:i w:val="0"/>
        </w:rPr>
        <w:t>Bạn có thể mất quyền lực, nhưng bạn sẽ đạt được sức mạnh.</w:t>
      </w:r>
    </w:p>
    <w:p>
      <w:pPr>
        <w:spacing w:after="80"/>
      </w:pPr>
      <w:r>
        <w:rPr>
          <w:b w:val="0"/>
          <w:i w:val="0"/>
        </w:rPr>
        <w:t>Bạn có thể mất tiền, nhưng bạn sẽ đạt được sự giàu có.</w:t>
      </w:r>
    </w:p>
    <w:p>
      <w:pPr>
        <w:spacing w:after="80"/>
      </w:pPr>
      <w:r>
        <w:rPr>
          <w:b w:val="0"/>
          <w:i w:val="0"/>
        </w:rPr>
        <w:t>Bạn có thể mất danh tiếng, nhưng bạn sẽ đạt được sự tín nhiệm.</w:t>
      </w:r>
    </w:p>
    <w:p>
      <w:pPr>
        <w:spacing w:after="80"/>
      </w:pPr>
      <w:r>
        <w:rPr>
          <w:b w:val="0"/>
          <w:i w:val="0"/>
        </w:rPr>
        <w:t>Một trong những nhà lãnh đạo đã tạo nên những khám phá này là Marty Grunder. Anh sở hữu một doanh nghiệp cảnh quan ở Miamisburg, Ohio. Anh khởi nghiệp từ khi còn nhỏ với chiếc máy cắt cỏ mua ở chợ trời giá hai mươi lăm đô-la vì anh muốn kiếm tiền để học đại học. Nhưng điều khởi đầu chỉ là cách kiếm thêm tiền lại trở thành nghề nghiệp của anh. Sau khi tốt nghiệp, anh dồn toàn lực vào việc xây dựng một công ty cảnh quan. Anh đã điều hành nó hơn bốn thập kỷ.</w:t>
      </w:r>
    </w:p>
    <w:p>
      <w:pPr>
        <w:spacing w:after="80"/>
      </w:pPr>
      <w:r>
        <w:rPr>
          <w:b w:val="0"/>
          <w:i w:val="0"/>
        </w:rPr>
        <w:t>Vài năm trước, Marty đã mắc sai lầm trong cách bón phân cho bãi cỏ của một lượng lớn khách hàng. Điều đó khiến bãi cỏ của họ bị hư hại nặng. Đó là một tai nạn—một sai lầm vô ý. Không thể phủ nhận rằng công ty của anh phải chịu trách nhiệm, nhưng trong tình huống như vậy, anh có thể đã chọn không làm gì cả, và khách hàng của anh sẽ không dễ gì đòi được anh bồi thường thiệt hại.</w:t>
      </w:r>
    </w:p>
    <w:p>
      <w:pPr>
        <w:spacing w:after="80"/>
      </w:pPr>
      <w:r>
        <w:rPr>
          <w:b w:val="0"/>
          <w:i w:val="0"/>
        </w:rPr>
        <w:t>Nhưng Marty tận tâm làm những điều đúng đắn vì những lý do chính đáng. Dù biết mình sẽ chịu tổn thất tài chính lớn, anh vẫn chọn sửa chữa thiệt hại và khôi phục bãi cỏ của từng khách hàng. Anh mất vài năm để thu hồi chi phí, nhưng đó là quyết định anh cảm thấy mình có thể sống chung được. Anh có lương tâm trong sáng. Và về lâu dài, anh thực sự được lợi về tài chính. Những khách hàng có bãi cỏ bị anh làm hỏng rồi được anh sửa lại đã chọn ở lại với anh. Và danh tiếng của anh trong ngành và trong cộng đồng tăng lên. Kết quả là nhiều người hơn tìm đến dịch vụ của anh. Vậy nên dù làm điều đúng đắn khiến anh phải trả giá, cuối cùng nó lại mang lợi cho anh.</w:t>
      </w:r>
    </w:p>
    <w:p>
      <w:pPr>
        <w:spacing w:after="80"/>
      </w:pPr>
      <w:r>
        <w:rPr>
          <w:b w:val="0"/>
          <w:i w:val="0"/>
        </w:rPr>
        <w:t>Nếu bạn muốn trở thành một nhà lãnh đạo theo con đường cao thượng (high-road leader), mỗi lần chuẩn bị đưa ra quyết định hay hành động, hãy kiểm tra động cơ của mình. Hãy tự hỏi vì sao bạn làm điều mình đang làm. Bạn đang cố phục vụ ai? Chỉ bản thân bạn? Đội nhóm của bạn? Phe của bạn? Hay bạn đang cố làm điều đúng đắn cho tất cả mọi người? Nếu bạn cố làm những điều đúng đắn vì những lý do chính đáng mỗi lần, bạn sẽ luôn có thể sống thanh thản với chính mình, mọi người sẽ tin tưởng bạn, và bạn sẽ có ảnh hưởng tích cực lâu dài với người khác.</w:t>
      </w:r>
    </w:p>
    <w:p>
      <w:pPr>
        <w:spacing w:after="80"/>
      </w:pPr>
      <w:r>
        <w:rPr>
          <w:b/>
          <w:i w:val="0"/>
        </w:rPr>
        <w:t>Con đường để làm những điều đúng đắn vì những lý do chính đáng: ĐỘNG CƠ TỐT</w:t>
      </w:r>
    </w:p>
    <w:p>
      <w:pPr>
        <w:spacing w:after="80"/>
      </w:pPr>
      <w:r>
        <w:rPr>
          <w:b w:val="0"/>
          <w:i w:val="0"/>
        </w:rPr>
        <w:t>Để trở thành một nhà lãnh đạo theo con đường cao thượng, bạn phải làm những điều đúng đắn vì những lý do chính đáng. Câu hỏi đầu tiên bạn phải tự hỏi để biết lý do của mình có đúng hay không là vì sao bạn muốn lãnh đạo người khác. Động cơ của bạn tô màu cho khả năng lãnh đạo của bạn hơn bất cứ điều gì khác. Chúng quyết định liệu bạn sẽ cố dẫn dắt mọi người theo hướng tích cực giúp ích cho họ, hay theo hướng tiêu cực để có lợi cho bạn. Vậy, động cơ của bạn là gì? Lý do bạn lãnh đạo mọi người là gì? Lợi ích cá nhân? Nghĩa vụ? Bổn phận? Hay vì lợi ích của người khác? Bất kỳ câu trả lời nào không đặt người khác lên trước đều có khả năng đưa bạn rời khỏi con đường cao thượng.</w:t>
      </w:r>
    </w:p>
    <w:p>
      <w:pPr>
        <w:spacing w:after="80"/>
      </w:pPr>
      <w:r>
        <w:rPr>
          <w:b w:val="0"/>
          <w:i w:val="0"/>
        </w:rPr>
        <w:t>Câu hỏi thứ hai bạn cần tự hỏi là liệu bạn có sẵn lòng trả giá cho việc lãnh đạo theo con đường cao thượng hay không. Làm những điều đúng đắn vì những lý do chính đáng sẽ luôn khiến nhà lãnh đạo phải trả giá, có thể không ngay lập tức, nhưng cuối cùng sẽ phải trả. Bạn cần chuẩn bị sẵn sàng để trả—và tiếp tục trả—nếu bạn muốn tiếp tục lãnh đạo trên con đường cao thượng. Nhưng đây là tin tốt: nếu bạn trả giá, một khi bạn thấy những kết quả tích cực trong cuộc sống của người khác, bạn sẽ thấy nó xứng đáng với những gì bạn phải bỏ ra.</w:t>
      </w:r>
    </w:p>
    <w:p>
      <w:pPr>
        <w:pStyle w:val="Heading1"/>
      </w:pPr>
      <w:r>
        <w:rPr>
          <w:rFonts w:ascii="Calibri" w:hAnsi="Calibri"/>
          <w:b/>
          <w:i w:val="0"/>
          <w:sz w:val="40"/>
        </w:rPr>
        <w:t>5 CHO ĐI NHIỀU HƠN NHẬN LẠI</w:t>
      </w:r>
    </w:p>
    <w:p>
      <w:pPr>
        <w:spacing w:after="80"/>
      </w:pPr>
      <w:r>
        <w:rPr>
          <w:b w:val="0"/>
          <w:i w:val="0"/>
        </w:rPr>
        <w:t>TRỞ THÀNH NGƯỜI CHO ĐI (giver) nghĩa là gì? Bạn nghĩ thế nào về sự hào phóng (generosity)? Nhiều người nghĩ những câu hỏi đó liên quan đến của cải tài chính. Họ nghĩ đến những người như đồng sáng lập Microsoft Bill Gates và chủ tịch kiêm CEO của Berkshire-Hathaway Warren Buffett, những người nổi tiếng với việc tạo ra Giving Pledge. Vào tháng 5 năm 2009, họ mời một nhóm tỷ phú đồng nghiệp đến một bữa tối tại thành phố New York và thách thức họ thực hiện “một cam kết đạo đức là hiến tặng tài sản của mình cho từ thiện.” Buffett cùng Bill và Melinda Gates đã làm điều đó rồi. Họ thuyết phục được bốn mươi tỷ phú Mỹ ký cam kết trong năm đó, và cuối cùng có 241 người từ 29 quốc gia tham gia cùng họ. Nhưng đó thực sự không phải là điều mà sự hào phóng trên con đường cao thượng hướng đến.</w:t>
      </w:r>
    </w:p>
    <w:p>
      <w:pPr>
        <w:pStyle w:val="Heading2"/>
      </w:pPr>
      <w:r>
        <w:rPr>
          <w:rFonts w:ascii="Calibri" w:hAnsi="Calibri"/>
          <w:b/>
          <w:i w:val="0"/>
          <w:sz w:val="32"/>
        </w:rPr>
        <w:t>CHO HAY NHẬN</w:t>
      </w:r>
    </w:p>
    <w:p>
      <w:pPr>
        <w:spacing w:after="80"/>
      </w:pPr>
      <w:r>
        <w:rPr>
          <w:b w:val="0"/>
          <w:i w:val="0"/>
        </w:rPr>
        <w:t xml:space="preserve">Việc cho đi với tư cách một nhà lãnh đạo theo con đường cao thượng không liên quan gì đến của cải. Với một nhà lãnh đạo theo con đường cao thượng, câu hỏi không liên quan đến việc bạn cho đi bao nhiêu của cải hay tài sản. Câu hỏi đơn giản hơn nhiều: Mỗi ngày trong cuộc đời bạn, bạn có đang </w:t>
      </w:r>
      <w:r>
        <w:rPr>
          <w:b w:val="0"/>
          <w:i/>
        </w:rPr>
        <w:t>cho đi</w:t>
      </w:r>
      <w:r>
        <w:rPr>
          <w:b w:val="0"/>
          <w:i w:val="0"/>
        </w:rPr>
        <w:t xml:space="preserve"> nhiều hơn bạn </w:t>
      </w:r>
      <w:r>
        <w:rPr>
          <w:b w:val="0"/>
          <w:i/>
        </w:rPr>
        <w:t>nhận lại</w:t>
      </w:r>
      <w:r>
        <w:rPr>
          <w:b w:val="0"/>
          <w:i w:val="0"/>
        </w:rPr>
        <w:t xml:space="preserve"> không? Điều này áp dụng cho mọi khía cạnh trong cuộc sống của một nhà lãnh đạo theo con đường cao thượng.</w:t>
      </w:r>
    </w:p>
    <w:p>
      <w:pPr>
        <w:spacing w:after="80"/>
      </w:pPr>
      <w:r>
        <w:rPr>
          <w:b w:val="0"/>
          <w:i w:val="0"/>
        </w:rPr>
        <w:t xml:space="preserve">Trong cuốn sách </w:t>
      </w:r>
      <w:r>
        <w:rPr>
          <w:b w:val="0"/>
          <w:i/>
        </w:rPr>
        <w:t>All I Really Need to Know I Learned in Kindergarten,</w:t>
      </w:r>
      <w:r>
        <w:rPr>
          <w:b w:val="0"/>
          <w:i w:val="0"/>
        </w:rPr>
        <w:t xml:space="preserve"> Robert Fulghum nói: “Mỗi người đi qua cuộc đời này sẽ vô tình để lại một điều gì đó và mang đi một điều gì đó.” Những nhà lãnh đạo theo con đường cao thượng là những người cho đi. Họ biết rằng mỗi người đều là một điểm cộng hoặc một điểm trừ trong cuộc sống của người khác, và họ quyết tâm trở thành điểm cộng. Kết quả là họ chủ động nuôi dưỡng và duy trì một tinh thần hào phóng. Cách suy nghĩ của họ khác với người khác. Trong khi hầu hết mọi người trải qua ngày tháng với băn khoăn mình sẽ nhận được gì, những nhà lãnh đạo theo con đường cao thượng lại bận tâm đến ý nghĩ mình sẽ cho đi điều gì. Và đó là lý do vì sao ai cũng có thể trở thành người cho đi—bởi vì đó là một tư duy. Giàu hay nghèo, nổi tiếng hay vô danh, trẻ hay già, bất kỳ ai cũng có thể là người cho đi nhiều hơn nhận lại.</w:t>
      </w:r>
    </w:p>
    <w:p>
      <w:pPr>
        <w:pStyle w:val="Heading2"/>
      </w:pPr>
      <w:r>
        <w:rPr>
          <w:rFonts w:ascii="Calibri" w:hAnsi="Calibri"/>
          <w:b/>
          <w:i w:val="0"/>
          <w:sz w:val="32"/>
        </w:rPr>
        <w:t>HỌC CÁCH CHO ĐI</w:t>
      </w:r>
    </w:p>
    <w:p>
      <w:pPr>
        <w:spacing w:after="80"/>
      </w:pPr>
      <w:r>
        <w:rPr>
          <w:b w:val="0"/>
          <w:i w:val="0"/>
        </w:rPr>
        <w:t>Tư duy cho đi bắt nguồn từ đâu? Tôi tin rằng nó đến từ ba kiểu suy nghĩ rộng lượng:</w:t>
      </w:r>
    </w:p>
    <w:p>
      <w:pPr>
        <w:spacing w:after="80"/>
      </w:pPr>
      <w:r>
        <w:rPr>
          <w:b/>
          <w:i w:val="0"/>
        </w:rPr>
        <w:t>Rộng lòng cho đi:</w:t>
      </w:r>
      <w:r>
        <w:rPr>
          <w:b w:val="0"/>
          <w:i w:val="0"/>
        </w:rPr>
        <w:t xml:space="preserve"> </w:t>
      </w:r>
      <w:r>
        <w:rPr>
          <w:b w:val="0"/>
          <w:i/>
        </w:rPr>
        <w:t>Tôi mong muốn mang lại giá trị cho người khác.</w:t>
      </w:r>
    </w:p>
    <w:p>
      <w:pPr>
        <w:spacing w:after="80"/>
      </w:pPr>
      <w:r>
        <w:rPr>
          <w:b/>
          <w:i w:val="0"/>
        </w:rPr>
        <w:t>Rộng trí cho đi:</w:t>
      </w:r>
      <w:r>
        <w:rPr>
          <w:b w:val="0"/>
          <w:i w:val="0"/>
        </w:rPr>
        <w:t xml:space="preserve"> </w:t>
      </w:r>
      <w:r>
        <w:rPr>
          <w:b w:val="0"/>
          <w:i/>
        </w:rPr>
        <w:t>Tôi luôn nghĩ tốt về người khác.</w:t>
      </w:r>
    </w:p>
    <w:p>
      <w:pPr>
        <w:spacing w:after="80"/>
      </w:pPr>
      <w:r>
        <w:rPr>
          <w:b/>
          <w:i w:val="0"/>
        </w:rPr>
        <w:t>Rộng tay cho đi:</w:t>
      </w:r>
      <w:r>
        <w:rPr>
          <w:b w:val="0"/>
          <w:i w:val="0"/>
        </w:rPr>
        <w:t xml:space="preserve"> </w:t>
      </w:r>
      <w:r>
        <w:rPr>
          <w:b w:val="0"/>
          <w:i/>
        </w:rPr>
        <w:t>Tôi trao tặng thoải mái và thường xuyên cho người khác.</w:t>
      </w:r>
    </w:p>
    <w:p>
      <w:pPr>
        <w:spacing w:after="80"/>
      </w:pPr>
      <w:r>
        <w:rPr>
          <w:b w:val="0"/>
          <w:i w:val="0"/>
        </w:rPr>
        <w:t>Khi bạn trân trọng con người, nghĩ tốt về họ và tìm cách trao tặng cho họ, bạn trở thành kiểu người cho đi sống trên con đường cao thượng.</w:t>
      </w:r>
    </w:p>
    <w:p>
      <w:pPr>
        <w:spacing w:after="80"/>
      </w:pPr>
      <w:r>
        <w:rPr>
          <w:b w:val="0"/>
          <w:i w:val="0"/>
        </w:rPr>
        <w:t xml:space="preserve">Hầu hết mọi người đều đã nghe cụm từ </w:t>
      </w:r>
      <w:r>
        <w:rPr>
          <w:b w:val="0"/>
          <w:i/>
        </w:rPr>
        <w:t>người Samaritan nhân hậu</w:t>
      </w:r>
      <w:r>
        <w:rPr>
          <w:b w:val="0"/>
          <w:i w:val="0"/>
        </w:rPr>
        <w:t>. Đó là người giúp đỡ một người xa lạ. Nhưng có thể bạn không biết cụm từ này bắt nguồn từ đâu. Cái tên này xuất phát từ một câu chuyện ngụ ngôn trong Kinh Thánh:</w:t>
      </w:r>
    </w:p>
    <w:p>
      <w:pPr>
        <w:spacing w:after="80"/>
      </w:pPr>
      <w:r>
        <w:rPr>
          <w:b w:val="0"/>
          <w:i w:val="0"/>
        </w:rPr>
        <w:t>"Một người đi từ Jerusalem xuống Jericho, dọc đường bị kẻ cướp tấn công. Chúng lột sạch áo quần, đánh đập rồi bỏ đi, để người ấy nằm đó nửa sống nửa chết. Tình cờ một thầy tế lễ cũng đi xuống con đường ấy, khi thấy người ấy, thầy đi vòng qua bên kia. Một người Lê-vi cũng vậy, khi đến chỗ ấy và thấy người ấy, cũng đi vòng qua bên kia. Nhưng một người Samaritan, trong lúc đi đường, đến chỗ người ấy nằm; khi thấy, người ấy động lòng thương xót. Người ấy đến gần, băng bó vết thương, đổ dầu và rượu lên. Rồi đặt người ấy lên con lừa của mình, đưa đến quán trọ và chăm sóc. Hôm sau, người ấy lấy ra hai đồng đê-na-ri đưa cho chủ quán. 'Hãy chăm sóc người này,' người ấy nói, 'khi tôi trở lại, tôi sẽ hoàn trả mọi chi phí phát sinh thêm.'"</w:t>
      </w:r>
    </w:p>
    <w:p>
      <w:pPr>
        <w:spacing w:after="80"/>
      </w:pPr>
      <w:r>
        <w:rPr>
          <w:b w:val="0"/>
          <w:i w:val="0"/>
        </w:rPr>
        <w:t xml:space="preserve">Câu chuyện này cho thấy ba cách tiếp cận khác nhau mà người lãnh đạo có thể có khi đối xử với người khác. Cách thứ nhất được thể hiện qua bọn cướp. Chúng nghĩ: </w:t>
      </w:r>
      <w:r>
        <w:rPr>
          <w:b w:val="0"/>
          <w:i/>
        </w:rPr>
        <w:t>Cái gì của anh là của tôi!</w:t>
      </w:r>
      <w:r>
        <w:rPr>
          <w:b w:val="0"/>
          <w:i w:val="0"/>
        </w:rPr>
        <w:t xml:space="preserve"> Chúng là những kẻ lấy đi và sẵn sàng hạ thấp giá trị người khác để đạt được điều mình muốn.</w:t>
      </w:r>
    </w:p>
    <w:p>
      <w:pPr>
        <w:spacing w:after="80"/>
      </w:pPr>
      <w:r>
        <w:rPr>
          <w:b w:val="0"/>
          <w:i w:val="0"/>
        </w:rPr>
        <w:t xml:space="preserve">Hai nhà lãnh đạo tôn giáo đi ngang qua người bị thương không cố lấy gì của anh ta, nhưng cũng không cố cho anh ta bất cứ điều gì để giúp đỡ. Họ nghĩ: </w:t>
      </w:r>
      <w:r>
        <w:rPr>
          <w:b w:val="0"/>
          <w:i/>
        </w:rPr>
        <w:t>Cái gì của tôi là của tôi.</w:t>
      </w:r>
      <w:r>
        <w:rPr>
          <w:b w:val="0"/>
          <w:i w:val="0"/>
        </w:rPr>
        <w:t xml:space="preserve"> Sự thờ ơ của họ dường như cũng tàn nhẫn gần như thái độ của bọn cướp, bởi vì họ cũng bỏ mặc anh ta cho đến chết.</w:t>
      </w:r>
    </w:p>
    <w:p>
      <w:pPr>
        <w:spacing w:after="80"/>
      </w:pPr>
      <w:r>
        <w:rPr>
          <w:b w:val="0"/>
          <w:i w:val="0"/>
        </w:rPr>
        <w:t xml:space="preserve">Chỉ có người Samaritan mang tư duy của người cho đi — bất chấp việc anh ta và người Israel bị thương vốn là những đối thủ cay đắng về chính trị, tôn giáo và sắc tộc. Người Samaritan nghĩ: </w:t>
      </w:r>
      <w:r>
        <w:rPr>
          <w:b w:val="0"/>
          <w:i/>
        </w:rPr>
        <w:t>Cái gì của tôi là của anh, và tôi sẽ trao nó.</w:t>
      </w:r>
      <w:r>
        <w:rPr>
          <w:b w:val="0"/>
          <w:i w:val="0"/>
        </w:rPr>
        <w:t xml:space="preserve"> Anh ta cho nhiều hơn nhận và sẵn sàng cho nhiều hơn nữa. Chỉ riêng anh ta trong cả nhóm hành động như một nhà lãnh đạo trên con đường cao thượng.</w:t>
      </w:r>
    </w:p>
    <w:p>
      <w:pPr>
        <w:pStyle w:val="Heading2"/>
      </w:pPr>
      <w:r>
        <w:rPr>
          <w:rFonts w:ascii="Calibri" w:hAnsi="Calibri"/>
          <w:b/>
          <w:i w:val="0"/>
          <w:sz w:val="32"/>
        </w:rPr>
        <w:t>DÙNG VIỆC NHẬN ĐỂ TRUYỀN CẢM HỨNG CHO ĐI</w:t>
      </w:r>
    </w:p>
    <w:p>
      <w:pPr>
        <w:spacing w:after="80"/>
      </w:pPr>
      <w:r>
        <w:rPr>
          <w:b w:val="0"/>
          <w:i w:val="0"/>
        </w:rPr>
        <w:t>Khi bạn đang cần và một người rộng lượng giúp đỡ bạn, điều đó tạo nên sự khác biệt trong cuộc đời bạn. Tôi đã phát triển được sự trân trọng lớn hơn đối với lòng rộng lượng khi tôi làm công việc đầu tiên với vai trò lãnh đạo ở Hillham, Indiana. Tôi đã kể cho bạn nghe về việc hồi đó Margaret và tôi chẳng có gì cả. Lúc ấy, anh trai tôi, Larry, và vợ anh ấy, Anita, đã rất rộng lượng với chúng tôi. Và họ vẫn vậy. Khi tôi bắt đầu công việc ở Hillham, tôi chỉ có một bộ vest đen. Tôi đã mặc nó suốt thời đại học. Nếu đi dự sự kiện, tôi mặc nó. Nếu đưa Margaret đi khiêu vũ, tôi mặc nó. Mỗi Chủ nhật khi đi nhà thờ, tôi mặc nó. Khi tôi giảng bài giảng đầu tiên, tôi mặc nó. Bạn hình dung ra rồi chứ?</w:t>
      </w:r>
    </w:p>
    <w:p>
      <w:pPr>
        <w:spacing w:after="80"/>
      </w:pPr>
      <w:r>
        <w:rPr>
          <w:b w:val="0"/>
          <w:i w:val="0"/>
        </w:rPr>
        <w:t>Khi nhận công việc mới, tôi được yêu cầu phải mặc vest khi nói chuyện với cùng một nhóm người ba lần trở lên mỗi tuần. Nếu không nhờ Larry và Anita, giáo đoàn của tôi sẽ thấy tôi mặc đúng một bộ vest đó mỗi lần trong suốt ba năm. Larry đã rất thành đạt, dù anh ấy chỉ hơn tôi hai tuổi rưỡi. Anh ấy đưa tôi đi mua vest và tất cả quần áo khác cho tôi trong năm đầu tiên đó. Và cách duy nhất để Margaret và tôi có thể đi nghỉ dưỡng bất kỳ kiểu nào trong những năm đầu ấy là vì Larry và Anita đưa chúng tôi đi cùng trong kỳ nghỉ của họ. Không ai có thể có một người anh trai tốt hơn anh tôi.</w:t>
      </w:r>
    </w:p>
    <w:p>
      <w:pPr>
        <w:spacing w:after="80"/>
      </w:pPr>
      <w:r>
        <w:rPr>
          <w:b w:val="0"/>
          <w:i w:val="0"/>
        </w:rPr>
        <w:t>Có hai cách mọi người thường phản ứng khi nhận được sự giúp đỡ từ người khác. Cách thứ nhất là vui mừng vì được giúp đỡ và hy vọng sẽ lại được giúp khi cần trong tương lai. Cách thứ hai là biết ơn và tìm cơ hội để chính mình trở thành người cho đi vì lợi ích của người khác.</w:t>
      </w:r>
    </w:p>
    <w:p>
      <w:pPr>
        <w:spacing w:after="80"/>
      </w:pPr>
      <w:r>
        <w:rPr>
          <w:b w:val="0"/>
          <w:i w:val="0"/>
        </w:rPr>
        <w:t>Theo thời gian, Margaret và tôi học được cách cho đi, và càng cho đi nhiều, chúng tôi càng cảm thấy niềm vui lớn hơn. Trong nửa sau cuộc đời, chúng tôi đã được ban phước rất nhiều, mà với chúng tôi điều đó có nghĩa là chúng tôi được cho đi nhiều hơn, và chúng tôi đã đặt ra mục tiêu cho đi cho bản thân mỗi năm. Một trong những lý do tôi vẫn tiếp tục làm việc ở tuổi này là vì chúng tôi muốn tiếp tục cho đi. Lượng niềm vui chúng tôi nhận được từ việc đó gần như là bất công. Tôi có thể nói với bạn điều này: tôi biết rất nhiều người thành đạt mà bất hạnh, nhưng tôi chưa từng gặp một người rộng lượng nào mà bất hạnh.</w:t>
      </w:r>
    </w:p>
    <w:p>
      <w:pPr>
        <w:pStyle w:val="Heading2"/>
      </w:pPr>
      <w:r>
        <w:rPr>
          <w:rFonts w:ascii="Calibri" w:hAnsi="Calibri"/>
          <w:b/>
          <w:i w:val="0"/>
          <w:sz w:val="32"/>
        </w:rPr>
        <w:t>HÃY TRAO ĐI NHỮNG GÌ BẠN CÓ</w:t>
      </w:r>
    </w:p>
    <w:p>
      <w:pPr>
        <w:spacing w:after="80"/>
      </w:pPr>
      <w:r>
        <w:rPr>
          <w:b w:val="0"/>
          <w:i w:val="0"/>
        </w:rPr>
        <w:t xml:space="preserve">Tôi không muốn tất cả những lời bàn về tài chính này khiến bạn nghĩ rằng trao đi nhiều hơn nhận lại lúc nào cũng là chuyện tiền bạc, bởi vì không phải vậy. Đó là khát khao nghiêng cán cân về phía người khác. Đó là tư duy để lại cho mỗi người bạn gặp và mỗi người bạn dẫn dắt một cuộc sống tốt đẹp hơn so với khi bạn gặp họ. Đó là ý tưởng luôn mang đến điều gì đó cho người khác, nhưng làm vậy mà không mong đợi được đền đáp. Lãnh đạo theo con đường cao thượng nghĩa là sống một cuộc đời nói rằng "Tôi muốn nhiều hơn </w:t>
      </w:r>
      <w:r>
        <w:rPr>
          <w:b w:val="0"/>
          <w:i/>
        </w:rPr>
        <w:t>cho</w:t>
      </w:r>
      <w:r>
        <w:rPr>
          <w:b w:val="0"/>
          <w:i w:val="0"/>
        </w:rPr>
        <w:t xml:space="preserve"> bạn hơn là </w:t>
      </w:r>
      <w:r>
        <w:rPr>
          <w:b w:val="0"/>
          <w:i/>
        </w:rPr>
        <w:t>từ</w:t>
      </w:r>
      <w:r>
        <w:rPr>
          <w:b w:val="0"/>
          <w:i w:val="0"/>
        </w:rPr>
        <w:t xml:space="preserve"> bạn." Khi bạn làm được điều đó, bạn đã đưa ra một quyết định theo con đường cao thượng.</w:t>
      </w:r>
    </w:p>
    <w:p>
      <w:pPr>
        <w:spacing w:after="80"/>
      </w:pPr>
      <w:r>
        <w:rPr>
          <w:b w:val="0"/>
          <w:i w:val="0"/>
        </w:rPr>
        <w:t>Bạn có thể gia tăng giá trị cho mọi người như thế nào? Bạn có gì để trao đi nhằm giúp đỡ người khác, mang lại điều tốt đẹp cho họ, cho họ thấy họ quan trọng, và giúp họ tiến xa hơn? Mỗi người trên trái đất này đều có thứ gì đó để trao đi. Câu hỏi là liệu bạn có quyết định trở nên hào phóng và có chủ đích trong việc trao đi hay không. Dưới đây là một số điều chúng ta có thể trao cho người khác khi bước đi trên con đường cao thượng với tư cách người lãnh đạo:</w:t>
      </w:r>
    </w:p>
    <w:p>
      <w:pPr>
        <w:pStyle w:val="Heading3"/>
      </w:pPr>
      <w:r>
        <w:rPr>
          <w:rFonts w:ascii="Calibri" w:hAnsi="Calibri"/>
          <w:b/>
          <w:i w:val="0"/>
          <w:sz w:val="26"/>
        </w:rPr>
        <w:t>Tài năng</w:t>
      </w:r>
    </w:p>
    <w:p>
      <w:pPr>
        <w:spacing w:after="80"/>
      </w:pPr>
      <w:r>
        <w:rPr>
          <w:b w:val="0"/>
          <w:i w:val="0"/>
        </w:rPr>
        <w:t>Mỗi người trên hành tinh này đều được ban tặng một loại tài năng nào đó, và tài năng ấy có thể được dùng để phục vụ và gia tăng giá trị cho người khác. Ví dụ, tôi biết một trong những tài năng lớn nhất của mình là giao tiếp. Tôi sinh ra đã có khả năng nói, và tôi cũng đã nỗ lực rất nhiều để phát triển nó. Tôi trao đi cho người khác bằng tài năng đó như thế nào? Mỗi lần được mời phát biểu, tôi làm mọi thứ trong khả năng để vượt qua kỳ vọng. Tôi muốn mỗi khán giả tham dự đều cảm thấy họ nhận được nhiều hơn giá trị số tiền họ bỏ ra. Tôi muốn mỗi người tổ chức mời tôi nói chuyện với khán giả của họ đều cảm thấy tôi đã mang lại giá trị cho họ và cho mọi người của họ nhiều hơn những gì họ đã trả.</w:t>
      </w:r>
    </w:p>
    <w:p>
      <w:pPr>
        <w:spacing w:after="80"/>
      </w:pPr>
      <w:r>
        <w:rPr>
          <w:b w:val="0"/>
          <w:i w:val="0"/>
        </w:rPr>
        <w:t>Tương tự, khi tôi viết một cuốn sách, tôi muốn mọi người cảm thấy họ nhận được nhiều hơn những gì họ đã trả. Đúng vậy, tôi luôn cố gắng nạp vào mỗi cuốn sách những nội dung tuyệt vời. Và tôi rất thích khi mọi người nói với tôi rằng họ đọc một cuốn sách của tôi hơn một lần để lấy trọn vẹn mọi thứ trong đó. Nhưng khi ai đó bỏ tiền mua một cuốn sách, tôi muốn họ cảm thấy họ nhận được thứ gì đó có thể thay đổi cuộc đời họ. Điều đó đáng giá hơn nhiều so với vài đô la.</w:t>
      </w:r>
    </w:p>
    <w:p>
      <w:pPr>
        <w:spacing w:after="80"/>
      </w:pPr>
      <w:r>
        <w:rPr>
          <w:b w:val="0"/>
          <w:i w:val="0"/>
        </w:rPr>
        <w:t>Tài năng của bạn là gì, và bạn có thể dùng chúng để trao cho người khác như thế nào? Bạn có thể nấu ăn không? Vậy bạn có thể mang đến cho người khác những bữa ăn tuyệt vời. Bạn có thể sửa chữa đồ đạc không? Vậy hãy giúp hàng xóm khi có thứ gì đó hỏng hóc trong nhà họ. Bạn có phải là người giỏi tổ chức không? Hãy tình nguyện cho một tổ chức phi lợi nhuận để giúp họ hoàn thành sứ mệnh một cách hiệu quả hơn. Bạn có thể lãnh đạo không? Vậy hãy dùng kỹ năng của mình không chỉ để cải thiện một đội nhóm mà còn để gia tăng giá trị cho từng cá nhân trong đó. Tất cả những gì bạn cần làm là tiếp cận công việc với một trái tim muốn phục vụ và khát khao trao đi nhiều hơn nhận lại.</w:t>
      </w:r>
    </w:p>
    <w:p>
      <w:pPr>
        <w:pStyle w:val="Heading3"/>
      </w:pPr>
      <w:r>
        <w:rPr>
          <w:rFonts w:ascii="Calibri" w:hAnsi="Calibri"/>
          <w:b/>
          <w:i w:val="0"/>
          <w:sz w:val="26"/>
        </w:rPr>
        <w:t>Thời gian</w:t>
      </w:r>
    </w:p>
    <w:p>
      <w:pPr>
        <w:spacing w:after="80"/>
      </w:pPr>
      <w:r>
        <w:rPr>
          <w:b w:val="0"/>
          <w:i w:val="0"/>
        </w:rPr>
        <w:t>Mỗi chúng ta đều có cùng hai mươi bốn giờ mỗi ngày. Tất cả chúng ta đều có bảy ngày mỗi tuần và không hơn. Điều duy nhất chúng ta không biết là mình sẽ có bao nhiêu tuần trong cuộc đời. Việc chọn trao thời gian mình có cho người khác hay không là tùy ở chúng ta.</w:t>
        <w:br/>
        <w:t>&lt;&lt;&lt;|&gt;&gt;&gt;</w:t>
        <w:br/>
        <w:t>Khi Warren Buffett ký cam kết Giving Pledge, ông nói ông làm vậy vì lòng biết ơn đối với vận may phi thường của mình. Điều thú vị là, cùng lúc đó ông ghi chú rằng ông trao tiền chứ không phải thời gian. Ông viết,</w:t>
      </w:r>
    </w:p>
    <w:p>
      <w:pPr>
        <w:spacing w:after="80"/>
      </w:pPr>
      <w:r>
        <w:rPr>
          <w:b w:val="0"/>
          <w:i w:val="0"/>
        </w:rPr>
        <w:t>Cam kết này không khiến tôi phải đóng góp tài sản quý giá nhất, đó là thời gian. Nhiều người, bao gồm—tôi tự hào nói rằng—ba đứa con của tôi, trao đi rất nhiều thời gian và tài năng của chính họ để giúp đỡ người khác. Những món quà kiểu này thường tỏ ra quý giá hơn nhiều so với tiền bạc. Một đứa trẻ đang chật vật, được một người cố vấn quan tâm kết bạn và nuôi dưỡng, nhận được một món quà mà giá trị vượt xa những gì một tấm séc có thể ban tặng. Chị gái tôi, Doris, trao đi sự giúp đỡ trực tiếp đáng kể cho từng người mỗi ngày. Tôi đã làm được rất ít điều này.</w:t>
      </w:r>
    </w:p>
    <w:p>
      <w:pPr>
        <w:spacing w:after="80"/>
      </w:pPr>
      <w:r>
        <w:rPr>
          <w:b w:val="0"/>
          <w:i w:val="0"/>
        </w:rPr>
        <w:t>Tuy nhiên, điều tôi có thể làm là lấy một chồng chứng chỉ cổ phiếu Berkshire Hathaway—những "phiếu yêu cầu" mà khi chuyển thành tiền mặt có thể huy động được nguồn lực rộng lớn—và cam kết chúng để mang lại lợi ích cho những người khác, những người mà do vận may rủi ro, đã nhận phải những lá bài xấu trong cuộc đời.</w:t>
      </w:r>
    </w:p>
    <w:p>
      <w:pPr>
        <w:spacing w:after="80"/>
      </w:pPr>
      <w:r>
        <w:rPr>
          <w:b w:val="0"/>
          <w:i w:val="0"/>
        </w:rPr>
        <w:t>Bạn sẵn lòng trao cho người khác bao nhiêu thời gian mà không đòi hỏi gì đền đáp? Bạn có thể cố vấn cho ai đó không? Bạn có thể dừng việc mình đang làm để giúp một người đang chật vật không? Bạn không bao giờ biết khi nào một khoảnh khắc sẽ quý giá với người khác. Và bạn sẽ không bao giờ biết được trừ khi bạn trao nó đi.</w:t>
      </w:r>
    </w:p>
    <w:p>
      <w:pPr>
        <w:spacing w:after="80"/>
      </w:pPr>
      <w:r>
        <w:rPr>
          <w:b w:val="0"/>
          <w:i w:val="0"/>
        </w:rPr>
        <w:t>Cơ hội</w:t>
      </w:r>
    </w:p>
    <w:p>
      <w:pPr>
        <w:pStyle w:val="Heading3"/>
      </w:pPr>
      <w:r>
        <w:rPr>
          <w:rFonts w:ascii="Calibri" w:hAnsi="Calibri"/>
          <w:b/>
          <w:i w:val="0"/>
          <w:sz w:val="26"/>
        </w:rPr>
        <w:t>Với tư cách người lãnh đạo, một trong những trách nhiệm quan trọng nhất chúng ta gánh vác là khả năng và sự sẵn lòng trao cơ hội cho mọi người. Chúng ta có thể giúp người khác đi đến những nơi và làm những điều mà họ sẽ không bao giờ có thể tự làm được. Đôi khi những cơ hội đó thành công rực rỡ. Những lần khác thì không. Nhưng đó là một phần của việc sẵn lòng trao đi nhiều hơn nhận lại.</w:t>
      </w:r>
    </w:p>
    <w:p>
      <w:pPr>
        <w:spacing w:after="80"/>
      </w:pPr>
      <w:r>
        <w:rPr>
          <w:b w:val="0"/>
          <w:i w:val="0"/>
        </w:rPr>
        <w:t>Marilyn Gist, người tôi đã trích dẫn ở chương 2, viết rằng việc trao cơ hội bắt đầu từ nhận thức của chúng ta về từng cá nhân mà chúng ta dẫn dắt:</w:t>
      </w:r>
    </w:p>
    <w:p>
      <w:pPr>
        <w:spacing w:after="80"/>
      </w:pPr>
      <w:r>
        <w:rPr>
          <w:b w:val="0"/>
          <w:i w:val="0"/>
        </w:rPr>
        <w:t>Marilyn Gist, người tôi đã trích dẫn ở chương 2, viết rằng việc trao cơ hội bắt đầu từ nhận thức của chúng ta về từng cá nhân mà mình lãnh đạo:</w:t>
      </w:r>
    </w:p>
    <w:p>
      <w:pPr>
        <w:spacing w:after="80"/>
      </w:pPr>
      <w:r>
        <w:rPr>
          <w:b w:val="0"/>
          <w:i w:val="0"/>
        </w:rPr>
        <w:t>“Bạn có thấy tôi không?” có lẽ là câu hỏi quan trọng nhất mà người ta đặt ra khi được yêu cầu làm việc với một người lãnh đạo. Nó ngụ ý: Tôi có quan trọng với bạn không? Bạn có hiểu quan điểm và nhu cầu của tôi không? Tôi chỉ là một con tốt để bạn dùng vào việc đạt mục tiêu của bạn, hay bạn quan tâm đến tôi như một con người với những suy nghĩ và nhu cầu riêng? Bạn có nhận ra tiềm năng của tôi như một người cộng sự trong công việc này không? Và bạn có sẵn lòng làm việc với tôi dù chúng ta sẽ không phải lúc nào cũng đồng quan điểm không?</w:t>
      </w:r>
    </w:p>
    <w:p>
      <w:pPr>
        <w:spacing w:after="80"/>
      </w:pPr>
      <w:r>
        <w:rPr>
          <w:b w:val="0"/>
          <w:i w:val="0"/>
        </w:rPr>
        <w:t xml:space="preserve">Bạn sẽ không trao điều gì cho người mà bạn không xem là một cá nhân riêng biệt, là một người có giá trị. Điều này quay lại nhu cầu trân trọng tất cả mọi người nếu bạn muốn trở thành một nhà lãnh đạo theo con đường cao thượng. Nó cũng đòi hỏi sự chủ tâm. Gist gợi ý rằng các nhà lãnh đạo khiến người khác cảm thấy được nhìn thấy và được trân trọng bằng cách đối xử với họ như những người cộng sự trong công việc của họ. Điều này có thể được thực hiện bằng cách sử dụng cái mà Gist gọi là </w:t>
      </w:r>
      <w:r>
        <w:rPr>
          <w:b w:val="0"/>
          <w:i/>
        </w:rPr>
        <w:t>sự bao gồm hào phóng</w:t>
      </w:r>
      <w:r>
        <w:rPr>
          <w:b w:val="0"/>
          <w:i w:val="0"/>
        </w:rPr>
        <w:t xml:space="preserve"> (generous inclusion). Bà giải thích: “Bao gồm có nghĩa là mời mọi người trở thành một phần của hành động thực sự.” Đây là cách bà gợi ý điều đó nên trông như thế nào:</w:t>
      </w:r>
    </w:p>
    <w:p>
      <w:pPr>
        <w:spacing w:after="160"/>
        <w:jc w:val="center"/>
      </w:pPr>
      <w:r>
        <w:rPr>
          <w:rFonts w:ascii="Calibri" w:hAnsi="Calibri"/>
          <w:b w:val="0"/>
          <w:i/>
          <w:sz w:val="19"/>
        </w:rPr>
        <w:t>SỰ BAO GỒM HÀO PHÓNG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Nên</w:t>
            </w:r>
          </w:p>
        </w:tc>
        <w:tc>
          <w:tcPr>
            <w:tcW w:type="dxa" w:w="4680"/>
          </w:tcPr>
          <w:p>
            <w:r/>
            <w:r>
              <w:rPr>
                <w:b/>
                <w:i w:val="0"/>
                <w:sz w:val="19"/>
              </w:rPr>
              <w:t>Không nên</w:t>
            </w:r>
          </w:p>
        </w:tc>
      </w:tr>
      <w:tr>
        <w:tc>
          <w:tcPr>
            <w:tcW w:type="dxa" w:w="4680"/>
          </w:tcPr>
          <w:p>
            <w:r/>
            <w:r>
              <w:rPr>
                <w:b w:val="0"/>
                <w:i w:val="0"/>
                <w:sz w:val="19"/>
              </w:rPr>
              <w:t>Khuyến khích mọi người chia sẻ ý tưởng và cảm xúc về những vấn đề quan trọng.</w:t>
            </w:r>
          </w:p>
        </w:tc>
        <w:tc>
          <w:tcPr>
            <w:tcW w:type="dxa" w:w="4680"/>
          </w:tcPr>
          <w:p>
            <w:r/>
            <w:r>
              <w:rPr>
                <w:b w:val="0"/>
                <w:i w:val="0"/>
                <w:sz w:val="19"/>
              </w:rPr>
              <w:t>Giới hạn sự tham gia vào những cuộc thảo luận nhỏ nhặt và những việc thường nhật.</w:t>
            </w:r>
          </w:p>
        </w:tc>
      </w:tr>
      <w:tr>
        <w:tc>
          <w:tcPr>
            <w:tcW w:type="dxa" w:w="4680"/>
          </w:tcPr>
          <w:p>
            <w:r/>
            <w:r>
              <w:rPr>
                <w:b w:val="0"/>
                <w:i w:val="0"/>
                <w:sz w:val="19"/>
              </w:rPr>
              <w:t>Để ý khi quyền lực của bạn có thể khiến người khác nhún nhường bạn một cách không cần thiết, và khuyến khích họ đóng góp.</w:t>
            </w:r>
          </w:p>
        </w:tc>
        <w:tc>
          <w:tcPr>
            <w:tcW w:type="dxa" w:w="4680"/>
          </w:tcPr>
          <w:p>
            <w:r/>
            <w:r>
              <w:rPr>
                <w:b w:val="0"/>
                <w:i w:val="0"/>
                <w:sz w:val="19"/>
              </w:rPr>
              <w:t>Cho rằng người khác chẳng có gì nhiều để đóng góp.</w:t>
            </w:r>
          </w:p>
        </w:tc>
      </w:tr>
      <w:tr>
        <w:tc>
          <w:tcPr>
            <w:tcW w:type="dxa" w:w="4680"/>
          </w:tcPr>
          <w:p>
            <w:r/>
            <w:r>
              <w:rPr>
                <w:b w:val="0"/>
                <w:i w:val="0"/>
                <w:sz w:val="19"/>
              </w:rPr>
              <w:t>Xem xét thái độ của bạn đối với sự đa dạng dưới mọi hình thức.</w:t>
            </w:r>
          </w:p>
        </w:tc>
        <w:tc>
          <w:tcPr>
            <w:tcW w:type="dxa" w:w="4680"/>
          </w:tcPr>
          <w:p>
            <w:r/>
            <w:r>
              <w:rPr>
                <w:b w:val="0"/>
                <w:i w:val="0"/>
                <w:sz w:val="19"/>
              </w:rPr>
              <w:t>Để những thành kiến dẫn đến việc loại trừ một số kiểu người nhất định.</w:t>
            </w:r>
          </w:p>
        </w:tc>
      </w:tr>
      <w:tr>
        <w:tc>
          <w:tcPr>
            <w:tcW w:type="dxa" w:w="4680"/>
          </w:tcPr>
          <w:p>
            <w:r/>
            <w:r>
              <w:rPr>
                <w:b w:val="0"/>
                <w:i w:val="0"/>
                <w:sz w:val="19"/>
              </w:rPr>
              <w:t>Lắng nghe sâu sắc—ngay cả khi người khác trình bày những quan điểm có vẻ xa lạ hoặc không thoải mái.</w:t>
            </w:r>
          </w:p>
        </w:tc>
        <w:tc>
          <w:tcPr>
            <w:tcW w:type="dxa" w:w="4680"/>
          </w:tcPr>
          <w:p>
            <w:r/>
            <w:r>
              <w:rPr>
                <w:b w:val="0"/>
                <w:i w:val="0"/>
                <w:sz w:val="19"/>
              </w:rPr>
              <w:t>Phớt lờ quan điểm của người khác hoặc ngắt lời người ta khi họ chia sẻ ý kiến.</w:t>
            </w:r>
          </w:p>
        </w:tc>
      </w:tr>
      <w:tr>
        <w:tc>
          <w:tcPr>
            <w:tcW w:type="dxa" w:w="4680"/>
          </w:tcPr>
          <w:p>
            <w:r/>
            <w:r>
              <w:rPr>
                <w:b w:val="0"/>
                <w:i w:val="0"/>
                <w:sz w:val="19"/>
              </w:rPr>
              <w:t>Thể hiện thái độ chào đón về mặt cảm xúc.</w:t>
            </w:r>
          </w:p>
        </w:tc>
        <w:tc>
          <w:tcPr>
            <w:tcW w:type="dxa" w:w="4680"/>
          </w:tcPr>
          <w:p>
            <w:r/>
            <w:r>
              <w:rPr>
                <w:b w:val="0"/>
                <w:i w:val="0"/>
                <w:sz w:val="19"/>
              </w:rPr>
              <w:t>Phát tín hiệu rằng bạn quá bận rộn hoặc không quan tâm để tương tác với người khác.</w:t>
            </w:r>
          </w:p>
        </w:tc>
      </w:tr>
    </w:tbl>
    <w:p>
      <w:pPr>
        <w:spacing w:after="0"/>
      </w:pPr>
    </w:p>
    <w:p>
      <w:pPr>
        <w:spacing w:after="80"/>
      </w:pPr>
      <w:r>
        <w:rPr>
          <w:b w:val="0"/>
          <w:i w:val="0"/>
        </w:rPr>
        <w:t xml:space="preserve">Tôi thích cách bà giải thích điều này. Với tôi, sự bao gồm hào phóng có nghĩa là mọi người không làm việc </w:t>
      </w:r>
      <w:r>
        <w:rPr>
          <w:b w:val="0"/>
          <w:i/>
        </w:rPr>
        <w:t>cho</w:t>
      </w:r>
      <w:r>
        <w:rPr>
          <w:b w:val="0"/>
          <w:i w:val="0"/>
        </w:rPr>
        <w:t xml:space="preserve"> tôi. Họ làm việc </w:t>
      </w:r>
      <w:r>
        <w:rPr>
          <w:b w:val="0"/>
          <w:i/>
        </w:rPr>
        <w:t>với</w:t>
      </w:r>
      <w:r>
        <w:rPr>
          <w:b w:val="0"/>
          <w:i w:val="0"/>
        </w:rPr>
        <w:t xml:space="preserve"> tôi. Và tôi tìm kiếm những cơ hội để có thể trao cho họ nhằm phát triển, tiến bộ và vươn tới những điều lớn lao và tốt đẹp hơn. Nếu bạn nắm giữ bất kỳ vai trò lãnh đạo nào, bạn cũng mang trách nhiệm tương tự. Khi mọi người ở dưới sự lãnh đạo của bạn, có một số điều họ sẽ </w:t>
      </w:r>
      <w:r>
        <w:rPr>
          <w:b w:val="0"/>
          <w:i/>
        </w:rPr>
        <w:t>chỉ</w:t>
      </w:r>
      <w:r>
        <w:rPr>
          <w:b w:val="0"/>
          <w:i w:val="0"/>
        </w:rPr>
        <w:t xml:space="preserve"> được làm nếu bạn trao cho họ cơ hội.</w:t>
      </w:r>
    </w:p>
    <w:p>
      <w:pPr>
        <w:pStyle w:val="Heading3"/>
      </w:pPr>
      <w:r>
        <w:rPr>
          <w:rFonts w:ascii="Calibri" w:hAnsi="Calibri"/>
          <w:b/>
          <w:i w:val="0"/>
          <w:sz w:val="26"/>
        </w:rPr>
        <w:t>Tiền bạc</w:t>
      </w:r>
    </w:p>
    <w:p>
      <w:pPr>
        <w:spacing w:after="80"/>
      </w:pPr>
      <w:r>
        <w:rPr>
          <w:b w:val="0"/>
          <w:i w:val="0"/>
        </w:rPr>
        <w:t>Bất kỳ ai cũng có thể hào phóng về tài chính, dù họ có ít hay nhiều, bởi vì sự hào phóng phụ thuộc hoàn toàn vào tư duy của bạn, chứ không phải giá trị tài sản ròng của bạn. Dù vậy, cũng phải thừa nhận rằng một số người có năng khiếu kiếm tiền. Anh trai tôi, Larry, luôn là như vậy. Theo tôi nhớ, anh ấy luôn có việc làm và luôn làm việc. Khi Larry học trung học, bố tôi đã tạo cơ hội cho anh ấy làm việc với những doanh nhân giỏi nhất trong thị trấn để anh ấy có thể học hỏi. Anh ấy mua chiếc xe đầu tiên bằng tiền mặt khi mới mười sáu tuổi. Khi Larry vào đại học, anh ấy nhìn thấy các cơ hội kinh doanh và bắt đầu đầu tư vào bất động sản trong khi vẫn đang học. Đó là cách anh ấy có tiền để cho Margaret và tôi khi anh ấy chỉ mới ngoài hai mươi tuổi.</w:t>
      </w:r>
    </w:p>
    <w:p>
      <w:pPr>
        <w:spacing w:after="80"/>
      </w:pPr>
      <w:r>
        <w:rPr>
          <w:b w:val="0"/>
          <w:i w:val="0"/>
        </w:rPr>
        <w:t>Khi Larry khoảng ba mươi chín hoặc bốn mươi tuổi, chúng tôi đang chơi quần vợt và anh ấy nói với tôi rằng anh ấy đang nghĩ đến việc nghỉ hưu. "Anh đã có đủ tiền mà Anita và các con sẽ cần cả đời rồi," anh ấy tâm sự.</w:t>
      </w:r>
    </w:p>
    <w:p>
      <w:pPr>
        <w:spacing w:after="80"/>
      </w:pPr>
      <w:r>
        <w:rPr>
          <w:b w:val="0"/>
          <w:i w:val="0"/>
        </w:rPr>
        <w:t>Chúng tôi đã bàn bạc kỹ lưỡng, và cuối cùng, Larry quyết định tiếp tục làm việc để có thêm tiền để cho đi. Đó là những gì anh ấy đã làm trong bốn mươi năm qua. Anh ấy vẫn là một trong những người hào phóng nhất mà tôi biết.</w:t>
      </w:r>
    </w:p>
    <w:p>
      <w:pPr>
        <w:spacing w:after="80"/>
      </w:pPr>
      <w:r>
        <w:rPr>
          <w:b w:val="0"/>
          <w:i w:val="0"/>
        </w:rPr>
        <w:t>Bạn không cần phải giàu có mới có thể dùng tiền để mang lại giá trị cho mọi người. Bạn có thể làm điều đó theo những cách nhỏ nhặt. Tôi không thể nghĩ ra điều gì mang lại cho tôi niềm vui lớn hơn là được hào phóng. Một trong những điều tôi thích làm nhất là đưa tiền boa hào phóng cho nhân viên phục vụ, nhân viên khách sạn, nhân viên giữ xe và nhân viên chăm sóc sân golf. Tôi thường nói với họ rằng họ đang làm việc tốt như thế nào. Đôi khi khi tôi đưa cho ai đó một khoản tiền boa bất ngờ, như một nhân viên chăm sóc sân golf, tôi sẽ cho họ biết tôi làm vậy vì Chúa yêu thương và trân trọng họ. Điều quan trọng cần nhớ là những gì bạn cho ai đó có thể không lớn đối với bạn, nhưng có thể rất lớn đối với họ. Và đó chính là điểm mấu chốt.</w:t>
      </w:r>
    </w:p>
    <w:p>
      <w:pPr>
        <w:pStyle w:val="Heading3"/>
      </w:pPr>
      <w:r>
        <w:rPr>
          <w:rFonts w:ascii="Calibri" w:hAnsi="Calibri"/>
          <w:b/>
          <w:i w:val="0"/>
          <w:sz w:val="26"/>
        </w:rPr>
        <w:t>Kết nối</w:t>
      </w:r>
    </w:p>
    <w:p>
      <w:pPr>
        <w:spacing w:after="80"/>
      </w:pPr>
      <w:r>
        <w:rPr>
          <w:b w:val="0"/>
          <w:i w:val="0"/>
        </w:rPr>
        <w:t>Trong nhiều năm, tôi đã nói về cách tôi sắp xếp các bữa trưa với những người lãnh đạo giỏi hơn hoặc thành công hơn tôi để tôi có thể đặt câu hỏi và học hỏi từ họ. Tôi đã giải thích về những "bữa trưa học hỏi" này trước đây trong các cuốn sách của mình. Một trong những câu hỏi tôi luôn hỏi trong mỗi bữa trưa là: "Anh/chị biết ai mà tôi nên biết?" Câu trả lời của họ cho câu hỏi đó đã dẫn đến nhiều mối kết nối tuyệt vời với những người khác mà tôi không thể đếm xuể.</w:t>
      </w:r>
    </w:p>
    <w:p>
      <w:pPr>
        <w:spacing w:after="80"/>
      </w:pPr>
      <w:r>
        <w:rPr>
          <w:b w:val="0"/>
          <w:i w:val="0"/>
        </w:rPr>
        <w:t xml:space="preserve">Điều mà tôi chưa từng nói trước đây là cách tôi xoay ngược câu hỏi đó vì lợi ích của người khác. Khi tôi gặp ai đó và hiểu về họ, tôi tự nghĩ: </w:t>
      </w:r>
      <w:r>
        <w:rPr>
          <w:b w:val="0"/>
          <w:i/>
        </w:rPr>
        <w:t>Mình biết ai mà họ nên biết nhỉ?</w:t>
      </w:r>
      <w:r>
        <w:rPr>
          <w:b w:val="0"/>
          <w:i w:val="0"/>
        </w:rPr>
        <w:t xml:space="preserve"> Rồi tôi tìm cách kết nối họ với nhau.</w:t>
      </w:r>
    </w:p>
    <w:p>
      <w:pPr>
        <w:pStyle w:val="Heading3"/>
      </w:pPr>
      <w:r>
        <w:rPr>
          <w:rFonts w:ascii="Calibri" w:hAnsi="Calibri"/>
          <w:b/>
          <w:i w:val="0"/>
          <w:sz w:val="26"/>
        </w:rPr>
        <w:t>Trải nghiệm</w:t>
      </w:r>
    </w:p>
    <w:p>
      <w:pPr>
        <w:spacing w:after="80"/>
      </w:pPr>
      <w:r>
        <w:rPr>
          <w:b w:val="0"/>
          <w:i w:val="0"/>
        </w:rPr>
        <w:t xml:space="preserve">Một trong những điều tốt nhất bạn có thể làm với tư cách một nhà lãnh đạo là mang lại trải nghiệm cho người khác, đặc biệt nếu những trải nghiệm đó là điều họ không thể tự làm cho mình. Tôi làm điều này một cách có chủ đích mọi lúc. Tôi nhìn trước lịch của mình và nghĩ cách làm sao để đưa mọi người vào những trải nghiệm của chính tôi hoặc tạo ra những trải nghiệm mới. Đôi khi điều đó có nghĩa là đưa một nhân viên đi cùng. Khi tôi đi tour sách đầu tiên cho cuốn </w:t>
      </w:r>
      <w:r>
        <w:rPr>
          <w:b w:val="0"/>
          <w:i/>
        </w:rPr>
        <w:t>The 21 Irrefutable Laws of Leadership</w:t>
      </w:r>
      <w:r>
        <w:rPr>
          <w:b w:val="0"/>
          <w:i w:val="0"/>
        </w:rPr>
        <w:t>, tôi đã đưa người đồng viết của mình, Charlie Wetzel, đi cùng trên chiếc máy bay phản lực tư nhân do nhà xuất bản thuê để chúng tôi có thể trải nghiệm điều đó cùng nhau. Khi công ty tôi lên kế hoạch cho một sự kiện như Exchange, mà chúng tôi mô tả là một trải nghiệm lãnh đạo, chúng tôi lên kế hoạch cho điều gì đó mà họ sẽ luôn nhớ. Một năm, chúng tôi đến Sở Giao dịch Chứng khoán New York sau giờ làm việc để người tham dự có thể thưởng thức đồ uống và món khai vị trên sàn giao dịch, ăn tối trong phòng họp hội đồng quản trị, và chụp ảnh khi rung chuông. Một năm khác, chúng tôi có một tour tham quan riêng Phòng Chiến tranh Churchill ở London, nơi họ cũng được gặp và đặt câu hỏi cho Ngài Nicholas Soames, cháu trai của Winston Churchill.</w:t>
      </w:r>
    </w:p>
    <w:p>
      <w:pPr>
        <w:spacing w:after="80"/>
      </w:pPr>
      <w:r>
        <w:rPr>
          <w:b w:val="0"/>
          <w:i w:val="0"/>
        </w:rPr>
        <w:t>Tôi không chỉ làm điều này trong cuộc sống nghề nghiệp. Tôi cũng làm điều đó với gia đình mình. Vào ngày sinh nhật, mỗi đứa trong năm đứa cháu của tôi đều biết rằng một bài thơ do ông nội chúng sáng tác sẽ chờ chúng khi chúng thức dậy. Một Giáng sinh nọ, tôi khuyến khích các thành viên trong gia đình Margaret, những người vốn không hay bộc lộ cảm xúc, chia sẻ điều họ yêu thương và trân trọng ở nhau. Cho đến ngày nay, họ vẫn nhắc về đó như một trong những kỷ niệm Giáng sinh yêu thích nhất của họ.</w:t>
      </w:r>
    </w:p>
    <w:p>
      <w:pPr>
        <w:spacing w:after="80"/>
      </w:pPr>
      <w:r>
        <w:rPr>
          <w:b w:val="0"/>
          <w:i w:val="0"/>
        </w:rPr>
        <w:t>Tôi cũng tìm cơ hội để tạo ra trải nghiệm hằng ngày. Tôi xem lại lịch trình mỗi sáng và nghĩ về việc mình sẽ dành thời gian với ai và chúng tôi sẽ làm gì. Và tôi chủ động nghĩ ra những cách để tạo ra trải nghiệm cho mọi người mang tính cá nhân và ý nghĩa. Có thể đơn giản như ký tặng một cuốn sách và trao cho họ, hoặc mời mọi người đến bàn ăn cho một bữa tối đặc biệt và dẫn dắt một cuộc trò chuyện tuyệt vời bằng cách đặt câu hỏi. Tất cả những gì cần là nghĩ trước, nghĩ về người đó, và làm điều gì đó khiến họ cảm thấy đặc biệt và được trân trọng. Làm được vậy, bạn sẽ khẳng định mình là một nhà lãnh đạo.</w:t>
      </w:r>
    </w:p>
    <w:p>
      <w:pPr>
        <w:pStyle w:val="Heading2"/>
      </w:pPr>
      <w:r>
        <w:rPr>
          <w:rFonts w:ascii="Calibri" w:hAnsi="Calibri"/>
          <w:b/>
          <w:i w:val="0"/>
          <w:sz w:val="32"/>
        </w:rPr>
        <w:t>BẠN KHÔNG THỂ CHO ĐIỀU BẠN KHÔNG CÓ</w:t>
      </w:r>
    </w:p>
    <w:p>
      <w:pPr>
        <w:spacing w:after="80"/>
      </w:pPr>
      <w:r>
        <w:rPr>
          <w:b w:val="0"/>
          <w:i w:val="0"/>
        </w:rPr>
        <w:t>Cuối cùng, chúng ta là những người quản lý những gì mình có trong cuộc sống. Việc dùng những gì mình có thể tiếp cận vì lợi ích của người khác là tùy thuộc vào chúng ta. Bill và Melinda Gates nhận ra điều này và nó đã thúc đẩy họ dùng tài sản của mình cho những mục đích lớn lao hơn là chỉ để hưởng thụ cho bản thân, bao gồm cả việc đồng sáng lập Giving Pledge. Họ nói: "Cả hai chúng tôi đều may mắn lớn lên với cha mẹ đã dạy chúng tôi một số giá trị vô cùng quan trọng... Và nếu cuộc sống tình cờ ban cho bạn tài năng hay của cải, bạn có trách nhiệm sử dụng những món quà đó một cách tốt nhất và khôn ngoan nhất có thể... Chúng tôi cảm thấy rất may mắn khi có cơ hội cùng nhau trao đi những nguồn lực mà chúng tôi đang quản lý."</w:t>
      </w:r>
    </w:p>
    <w:p>
      <w:pPr>
        <w:spacing w:after="80"/>
      </w:pPr>
      <w:r>
        <w:rPr>
          <w:b w:val="0"/>
          <w:i w:val="0"/>
        </w:rPr>
        <w:t xml:space="preserve">Có lẽ sự thật quan trọng nhất về việc có thể cho đi nhiều hơn nhận trên con đường cao thượng là: để trở thành người cho đi, bạn phải có thứ gì đó để cho. Nếu bạn muốn cho tiền, bạn cần kiếm được nó bằng cách làm việc, đầu tư, hoặc xây dựng một doanh nghiệp. Nếu bạn muốn cho đi bất cứ điều gì khác, bạn phải phát triển nó thông qua sự phát triển cá nhân. Và nếu bạn muốn </w:t>
      </w:r>
      <w:r>
        <w:rPr>
          <w:b w:val="0"/>
          <w:i/>
        </w:rPr>
        <w:t>tiếp tục</w:t>
      </w:r>
      <w:r>
        <w:rPr>
          <w:b w:val="0"/>
          <w:i w:val="0"/>
        </w:rPr>
        <w:t xml:space="preserve"> cho đi, bạn phải cam kết phát triển bản thân suốt cuộc đời mình.</w:t>
      </w:r>
    </w:p>
    <w:p>
      <w:pPr>
        <w:spacing w:after="80"/>
      </w:pPr>
      <w:r>
        <w:rPr>
          <w:b w:val="0"/>
          <w:i w:val="0"/>
        </w:rPr>
        <w:t>Nhận thức của tôi về tầm quan trọng của sự phát triển đến với tôi dần dần, bắt đầu từ những năm hai mươi tuổi. Nó diễn ra như thế này:</w:t>
      </w:r>
    </w:p>
    <w:p>
      <w:pPr>
        <w:pStyle w:val="Heading3"/>
      </w:pPr>
      <w:r>
        <w:rPr>
          <w:rFonts w:ascii="Calibri" w:hAnsi="Calibri"/>
          <w:b/>
          <w:i w:val="0"/>
          <w:sz w:val="26"/>
        </w:rPr>
        <w:t>1. Tôi Cần Phải Phát Triển</w:t>
      </w:r>
    </w:p>
    <w:p>
      <w:pPr>
        <w:spacing w:after="80"/>
      </w:pPr>
      <w:r>
        <w:rPr>
          <w:b w:val="0"/>
          <w:i w:val="0"/>
        </w:rPr>
        <w:t>Quá trình này bắt đầu bằng việc nhận ra rằng tôi cần phải có chủ đích trong việc phát triển bản thân, nếu không tôi sẽ chẳng tiến bộ được gì cả về mặt cá nhân lẫn nghề nghiệp. Giống như nhiều người, tôi từng nghĩ rằng chỉ cần có kinh nghiệm là tôi sẽ giỏi hơn. Nhưng tôi nhận ra rằng nếu không có kế hoạch, tôi có thể sẽ làm việc chăm chỉ hơn, nhưng có lẽ sẽ chẳng bao giờ làm việc thông minh hơn. Đó là lúc tôi mua bộ công cụ phát triển bản thân đầu tiên của mình. Đó là một chương trình giảng dạy dạy tôi cách sắp xếp thứ tự ưu tiên, đặt mục tiêu và nỗ lực hướng tới chúng.</w:t>
      </w:r>
    </w:p>
    <w:p>
      <w:pPr>
        <w:pStyle w:val="Heading3"/>
      </w:pPr>
      <w:r>
        <w:rPr>
          <w:rFonts w:ascii="Calibri" w:hAnsi="Calibri"/>
          <w:b/>
          <w:i w:val="0"/>
          <w:sz w:val="26"/>
        </w:rPr>
        <w:t>2. Tôi Cần Phải Nhắm Đúng Mục Tiêu Phát Triển</w:t>
      </w:r>
    </w:p>
    <w:p>
      <w:pPr>
        <w:spacing w:after="80"/>
      </w:pPr>
      <w:r>
        <w:rPr>
          <w:b w:val="0"/>
          <w:i w:val="0"/>
        </w:rPr>
        <w:t>Sau khi dành hai năm thực hiện chương trình ban đầu đó, tôi đã nếm được hương vị của sự phát triển. Tôi yêu thích việc cải thiện bản thân và bắt đầu thấy kết quả của nó trong hiệu suất công việc của mình. Thế là tôi bắt đầu tìm kiếm những nguồn tài liệu khác có thể giúp ích cho mình. Tôi vốn đã là một người ham đọc sách, nhưng tôi trở nên có mục tiêu hơn trong việc đọc, chọn những cuốn sách mà tôi tin rằng sẽ giúp ích cho mình. Tôi bắt đầu đọc sách mỗi tháng để cải thiện bản thân.</w:t>
      </w:r>
    </w:p>
    <w:p>
      <w:pPr>
        <w:spacing w:after="80"/>
      </w:pPr>
      <w:r>
        <w:rPr>
          <w:b w:val="0"/>
          <w:i w:val="0"/>
        </w:rPr>
        <w:t>Tôi cũng bắt đầu nghiên cứu điều gì khiến người ta thành công. Tôi quan sát và phỏng vấn những nhà lãnh đạo giỏi. Tôi đọc rộng hơn. Kết quả là tôi khám phá ra rằng những người thành công xuất sắc ở bốn lĩnh vực: các mối quan hệ, trang bị (equipping), thái độ và khả năng lãnh đạo. Vậy nên đó là nơi tôi bắt đầu tập trung phát triển bản thân với ý thức chủ đích cao độ.</w:t>
      </w:r>
    </w:p>
    <w:p>
      <w:pPr>
        <w:pStyle w:val="Heading3"/>
      </w:pPr>
      <w:r>
        <w:rPr>
          <w:rFonts w:ascii="Calibri" w:hAnsi="Calibri"/>
          <w:b/>
          <w:i w:val="0"/>
          <w:sz w:val="26"/>
        </w:rPr>
        <w:t>3. Tôi Cần Phải Áp Dụng và Thực Hành Những Gì Đã Học</w:t>
      </w:r>
    </w:p>
    <w:p>
      <w:pPr>
        <w:spacing w:after="80"/>
      </w:pPr>
      <w:r>
        <w:rPr>
          <w:b w:val="0"/>
          <w:i w:val="0"/>
        </w:rPr>
        <w:t>Tôi càng học nhiều, tôi càng đem những gì mình biết vào thực hành. Và tôi càng đem những gì mình biết vào thực hành, tôi càng trở nên thành công hơn. Cuộc sống và sự nghiệp của tôi bắt đầu có đà tiến.</w:t>
      </w:r>
    </w:p>
    <w:p>
      <w:pPr>
        <w:pStyle w:val="Heading3"/>
      </w:pPr>
      <w:r>
        <w:rPr>
          <w:rFonts w:ascii="Calibri" w:hAnsi="Calibri"/>
          <w:b/>
          <w:i w:val="0"/>
          <w:sz w:val="26"/>
        </w:rPr>
        <w:t>4. Tôi Cần Phải Chia Sẻ Những Gì Đã Học Để Giúp Đỡ Người Khác</w:t>
      </w:r>
    </w:p>
    <w:p>
      <w:pPr>
        <w:spacing w:after="80"/>
      </w:pPr>
      <w:r>
        <w:rPr>
          <w:b w:val="0"/>
          <w:i w:val="0"/>
        </w:rPr>
        <w:t>Khi tôi gặt hái được thành công, người khác bắt đầu hỏi xin lời khuyên của tôi. Đó là lúc tôi bắt đầu chia sẻ những hiểu biết mình có được từ hành trình phát triển bản thân. Tôi bắt đầu giảng dạy "How to Be a R.E.A.L. Success" (Làm Thế Nào Để Thành Công Thực Sự) — thông qua các mối quan hệ, trang bị, thái độ và khả năng lãnh đạo. Tôi càng giảng dạy nhiều, người ta càng muốn biết nhiều hơn, và tôi càng biết rằng mình cần tiếp tục phát triển để có thể tiếp tục cho đi những gì mình có.</w:t>
      </w:r>
    </w:p>
    <w:p>
      <w:pPr>
        <w:pStyle w:val="Heading3"/>
      </w:pPr>
      <w:r>
        <w:rPr>
          <w:rFonts w:ascii="Calibri" w:hAnsi="Calibri"/>
          <w:b/>
          <w:i w:val="0"/>
          <w:sz w:val="26"/>
        </w:rPr>
        <w:t>5. Tôi Cần Tiếp Tục Phát Triển Vì Lợi Ích Của Người Khác</w:t>
      </w:r>
    </w:p>
    <w:p>
      <w:pPr>
        <w:spacing w:after="80"/>
      </w:pPr>
      <w:r>
        <w:rPr>
          <w:b w:val="0"/>
          <w:i w:val="0"/>
        </w:rPr>
        <w:t>Ngày nay tôi vẫn tiếp tục leo lên và phát triển vì lợi ích của người khác. Tôi không còn được thúc đẩy bởi thành công nữa. Tôi được thúc đẩy bởi ý nghĩa (significance), điều chỉ có thể thành hiện thực thông qua việc cho đi. Đó là một lý do khác khiến tôi vẫn còn sung sức ở độ tuổi cuối bảy mươi của mình. Tôi càng kiếm được nhiều và càng học được nhiều, tôi càng có nhiều để trao lại cho người khác. Mong ước của tôi là tiếp tục cho đi cho đến khi mình cạn kiệt. Và tôi không tin điều đó sẽ xảy ra sớm đâu.</w:t>
      </w:r>
    </w:p>
    <w:p>
      <w:pPr>
        <w:spacing w:after="80"/>
      </w:pPr>
      <w:r>
        <w:rPr>
          <w:b w:val="0"/>
          <w:i w:val="0"/>
        </w:rPr>
        <w:t xml:space="preserve">Đó cũng là mong ước của tôi dành cho bạn. Tôi hy vọng bạn dùng thời gian, tài năng và cơ hội của mình để trao đi cho người khác. Tôi hy vọng mỗi ngày bạn sẽ tự hỏi mình, </w:t>
      </w:r>
      <w:r>
        <w:rPr>
          <w:b w:val="0"/>
          <w:i/>
        </w:rPr>
        <w:t>Hôm nay mình có thể cho đi điều gì? Mình có thể gia tăng giá trị cho những người làm việc cùng mình như thế nào? Mình có thể giúp người khác phát triển và trở nên tốt hơn ra sao? Mình có thể làm cho ngày của ai đó tốt đẹp hơn chỉ bằng cách hiện diện và cho đi nhiều hơn nhận lại không?</w:t>
      </w:r>
    </w:p>
    <w:p>
      <w:pPr>
        <w:spacing w:after="80"/>
      </w:pPr>
      <w:r>
        <w:rPr>
          <w:b w:val="0"/>
          <w:i w:val="0"/>
        </w:rPr>
        <w:t>Ai cũng có điều gì đó để cho đi, nên đừng chờ đợi để bắt đầu cho đi nhiều hơn nhận lại. Hãy bắt đầu ngay hôm nay. Hãy là một dòng sông, chứ không phải một hồ chứa. Những nhà lãnh đạo theo con đường cao thượng không phải là những kẻ tích trữ. Hãy bắt đầu kiếm được và học hỏi để làm cho bản thân trở nên có giá trị hơn với người khác, để bạn có thể bắt đầu trao lại. Và hãy đón nhận tinh thần rộng lượng. Bạn sẽ không bao giờ hối tiếc đâu.</w:t>
      </w:r>
    </w:p>
    <w:p>
      <w:pPr>
        <w:spacing w:after="80"/>
      </w:pPr>
      <w:r>
        <w:rPr>
          <w:b/>
          <w:i w:val="0"/>
        </w:rPr>
        <w:t>Con Đường Để Cho Đi Nhiều Hơn Nhận Lại: TƯ DUY DƯ DẢ</w:t>
      </w:r>
    </w:p>
    <w:p>
      <w:pPr>
        <w:spacing w:after="80"/>
      </w:pPr>
      <w:r>
        <w:rPr>
          <w:b w:val="0"/>
          <w:i w:val="0"/>
        </w:rPr>
        <w:t>Trở ngại lớn nhất mà hầu hết mọi người gặp phải trên con đường cho đi nhiều hơn nhận lại chính là tư duy khan hiếm (scarcity mindset). Quá nhiều người lo lắng rằng không có đủ để chia sẻ cho tất cả. Kết quả là họ tích trữ bất cứ thứ gì mình có. Họ tin rằng cho đi một cách thoải mái sẽ khiến họ chẳng còn gì. Điều họ không hiểu là cho đi là một trong những việc mạnh mẽ và đáng giá nhất mà họ có thể làm, không chỉ cho người khác mà còn cho chính bản thân họ. Khi bạn có tư duy khan hiếm, bạn nắm chặt lấy những gì mình có, sợ rằng mình sẽ mất nó. Trớ trêu thay, vì bàn tay bạn đang khép lại, bạn không thể nhận thêm được gì. Cách để vượt qua trở ngại này là đón nhận ý tưởng về sự dư dả. Nếu bạn cho đi, bàn tay bạn sẽ mở ra, và nó ở đúng vị trí để nhận thêm nhiều hơn.</w:t>
      </w:r>
    </w:p>
    <w:p>
      <w:pPr>
        <w:spacing w:after="80"/>
      </w:pPr>
      <w:r>
        <w:rPr>
          <w:b w:val="0"/>
          <w:i w:val="0"/>
        </w:rPr>
        <w:t>Lịch sử của nhân loại đúng nghĩa là một lịch sử của sự dư dả. Khi không có đủ những người chép sách được đào tạo để sao chép sách, máy in ra đời, và ngày nay hàng tỷ cuốn sách có sẵn để đọc. Khi người ta cảm thấy bị giới hạn bởi những gì đôi tay mình có thể làm hay sức mạnh của ngựa, họ đã khám phá ra cách khai thác điện và sức mạnh của hơi nước. Khi một nguồn tài nguyên thiên nhiên có vẻ như sắp cạn kiệt, những nguồn khác lại được tìm ra, như năng lượng hạt nhân và năng lượng mặt trời.</w:t>
      </w:r>
    </w:p>
    <w:p>
      <w:pPr>
        <w:spacing w:after="80"/>
      </w:pPr>
      <w:r>
        <w:rPr>
          <w:b w:val="0"/>
          <w:i w:val="0"/>
        </w:rPr>
        <w:t>Sở hữu tư duy sung túc và tinh thần của người trao đi, bạn sẽ muốn cho đi nhiều hơn nhận lại trong mọi tình huống. Hãy trao đi hào phóng và bạn sẽ không bao giờ còn là chính mình như trước nữa. Những người bạn dẫn dắt cũng vậy.</w:t>
      </w:r>
    </w:p>
    <w:p>
      <w:pPr>
        <w:pStyle w:val="Heading1"/>
      </w:pPr>
      <w:r>
        <w:rPr>
          <w:rFonts w:ascii="Calibri" w:hAnsi="Calibri"/>
          <w:b/>
          <w:i w:val="0"/>
          <w:sz w:val="40"/>
        </w:rPr>
        <w:t>6 PHÁT TRIỂN NĂNG LỰC CẢM XÚC</w:t>
      </w:r>
    </w:p>
    <w:p>
      <w:pPr>
        <w:spacing w:after="80"/>
      </w:pPr>
      <w:r>
        <w:rPr>
          <w:b w:val="0"/>
          <w:i w:val="0"/>
        </w:rPr>
        <w:t>NẾU BẠN ĐÃ LÀM LÃNH ĐẠO một thời gian, tôi chắc bạn đã nhận ra rằng dẫn dắt con người ngày nay thật khó khăn. Tôi đã làm lãnh đạo hơn nửa thế kỷ, và chưa bao giờ khó đến thế. Khi tôi viết những dòng này, những thất bại và hệ lụy của đại dịch COVID năm 2020 và 2021 vẫn tiếp tục thách thức chúng ta. Con người đang chật vật về mặt cảm xúc. Họ mong manh, và họ thường có những hành vi rối loạn chức năng (dysfunctional behavior), nghĩa là theo định nghĩa, suy nghĩ và hành động của họ "được đặc trưng bởi hành vi hoặc tương tác giữa người với người bất thường hoặc không lành mạnh". Theo Liên minh Quốc gia về Bệnh Tâm thần (National Alliance on Mental Illness), trầm cảm là nguyên nhân hàng đầu gây tàn tật trên toàn thế giới. Căn bệnh này cùng các rối loạn lo âu gây thiệt hại cho nền kinh tế toàn cầu 1 nghìn tỷ đô la mỗi năm. Tại Hoa Kỳ, hơn một phần tư số người trưởng thành trải qua rối loạn lo âu hoặc các giai đoạn trầm cảm nặng.</w:t>
      </w:r>
    </w:p>
    <w:p>
      <w:pPr>
        <w:spacing w:after="80"/>
      </w:pPr>
      <w:r>
        <w:rPr>
          <w:b w:val="0"/>
          <w:i w:val="0"/>
        </w:rPr>
        <w:t>Trong một môi trường như thế, nhiều người muốn rút lui. Họ muốn ẩn náu tại chỗ, như họ đã làm trong đại dịch COVID, và buông xuôi trước những thách thức của cuộc sống. Nhưng người lãnh đạo không thể làm vậy. Nếu bạn là lãnh đạo, mọi người đang trông cậy vào bạn để giúp họ và cải thiện tình cảnh của họ. Là lãnh đạo, chúng ta phải vượt qua giông bão, đưa ra những quyết định khó khăn và dẫn dắt mọi người đến một nơi tốt đẹp hơn.</w:t>
      </w:r>
    </w:p>
    <w:p>
      <w:pPr>
        <w:spacing w:after="80"/>
      </w:pPr>
      <w:r>
        <w:rPr>
          <w:b w:val="0"/>
          <w:i w:val="0"/>
        </w:rPr>
        <w:t>Vì lãnh đạo là một công việc chịu áp lực cao như vậy, chúng ta cần sở hữu một mức năng lực cảm xúc cao. Nếu chúng ta đang chìm, chúng ta không thể cứu những người khác đang chìm. Nếu chúng ta bị khóa chặt về mặt cảm xúc, chúng ta sẽ thấy khó khăn hoặc không thể chọn con đường cao thượng, bởi vì lãnh đạo đòi hỏi năng lực cảm xúc cao.</w:t>
      </w:r>
    </w:p>
    <w:p>
      <w:pPr>
        <w:pStyle w:val="Heading2"/>
      </w:pPr>
      <w:r>
        <w:rPr>
          <w:rFonts w:ascii="Calibri" w:hAnsi="Calibri"/>
          <w:b/>
          <w:i w:val="0"/>
          <w:sz w:val="32"/>
        </w:rPr>
        <w:t>LÀM THẾ NÀO ĐỂ TĂNG NĂNG LỰC CẢM XÚC</w:t>
      </w:r>
    </w:p>
    <w:p>
      <w:pPr>
        <w:spacing w:after="80"/>
      </w:pPr>
      <w:r>
        <w:rPr>
          <w:b w:val="0"/>
          <w:i w:val="0"/>
        </w:rPr>
        <w:t xml:space="preserve">Khi tôi nói </w:t>
      </w:r>
      <w:r>
        <w:rPr>
          <w:b w:val="0"/>
          <w:i/>
        </w:rPr>
        <w:t>năng lực cảm xúc</w:t>
      </w:r>
      <w:r>
        <w:rPr>
          <w:b w:val="0"/>
          <w:i w:val="0"/>
        </w:rPr>
        <w:t>, tôi muốn nói điều gì? Tôi đang nói về khả năng phản ứng với nghịch cảnh, thất bại, sự chỉ trích và áp lực theo những cách tích cực. Những nhà lãnh đạo mạnh mẽ đi theo con đường cao thượng có thể đứng vững dưới áp lực của xung đột nội tâm, những tình huống bất lợi và những người khó tính. Họ thể hiện sự kiên cường và sức mạnh cảm xúc trong những thời điểm khó khăn. Họ dẫn dắt chính mình tốt và quản lý cảm xúc của mình để có thể dẫn dắt người khác tốt. Và tin tốt là hoàn toàn có thể đưa ra những lựa chọn giúp giảm bớt căng thẳng không cần thiết, phát triển năng lực cảm xúc và tăng khả năng làm việc dưới áp lực. Dưới đây là tám cách để làm điều đó:</w:t>
      </w:r>
    </w:p>
    <w:p>
      <w:pPr>
        <w:pStyle w:val="Heading3"/>
      </w:pPr>
      <w:r>
        <w:rPr>
          <w:rFonts w:ascii="Calibri" w:hAnsi="Calibri"/>
          <w:b/>
          <w:i w:val="0"/>
          <w:sz w:val="26"/>
        </w:rPr>
        <w:t>1. Từ chối coi mình là nạn nhân</w:t>
      </w:r>
    </w:p>
    <w:p>
      <w:pPr>
        <w:spacing w:after="80"/>
      </w:pPr>
      <w:r>
        <w:rPr>
          <w:b w:val="0"/>
          <w:i w:val="0"/>
        </w:rPr>
        <w:t>Một trong những điều tai hại nhất chúng ta có thể làm để bào mòn năng lực cảm xúc của mình là coi mình là nạn nhân và thương hại bản thân. Điều đó làm chúng ta mất đi quyền lực. Nếu chúng ta tin rằng mọi người khác phải chịu trách nhiệm cho vị trí của mình trong cuộc sống, hoặc rằng thế giới mắc nợ chúng ta điều gì đó, chúng ta tự đặt mình vào thế bất lợi lớn. Như Mark Twain đã nói: "Đừng đi khắp nơi nói rằng thế giới mắc nợ bạn một cuộc sống; thế giới không mắc nợ bạn gì cả; nó ở đó trước bạn mà."</w:t>
      </w:r>
    </w:p>
    <w:p>
      <w:pPr>
        <w:spacing w:after="80"/>
      </w:pPr>
      <w:r>
        <w:rPr>
          <w:b w:val="0"/>
          <w:i w:val="0"/>
        </w:rPr>
        <w:t>Nhà tâm lý học và tác giả Arlin Cuncic đã mô tả những đặc điểm của người có tâm lý nạn nhân. Bà nói rằng họ tin rằng:</w:t>
      </w:r>
    </w:p>
    <w:p>
      <w:pPr>
        <w:spacing w:after="80"/>
        <w:ind w:left="360"/>
      </w:pPr>
      <w:r>
        <w:t xml:space="preserve">• </w:t>
      </w:r>
      <w:r>
        <w:rPr>
          <w:b w:val="0"/>
          <w:i w:val="0"/>
        </w:rPr>
        <w:t>Những điều tồi tệ đã xảy ra trong quá khứ và sẽ tiếp tục xảy ra với họ.</w:t>
      </w:r>
    </w:p>
    <w:p>
      <w:pPr>
        <w:spacing w:after="80"/>
        <w:ind w:left="360"/>
      </w:pPr>
      <w:r>
        <w:t xml:space="preserve">• </w:t>
      </w:r>
      <w:r>
        <w:rPr>
          <w:b w:val="0"/>
          <w:i w:val="0"/>
        </w:rPr>
        <w:t>Người khác phải chịu trách nhiệm cho bất hạnh của họ.</w:t>
      </w:r>
    </w:p>
    <w:p>
      <w:pPr>
        <w:spacing w:after="80"/>
        <w:ind w:left="360"/>
      </w:pPr>
      <w:r>
        <w:t xml:space="preserve">• </w:t>
      </w:r>
      <w:r>
        <w:rPr>
          <w:b w:val="0"/>
          <w:i w:val="0"/>
        </w:rPr>
        <w:t>Không có ích gì khi cố gắng tạo ra thay đổi vì nó sẽ không hiệu quả.</w:t>
      </w:r>
    </w:p>
    <w:p>
      <w:pPr>
        <w:spacing w:after="80"/>
      </w:pPr>
      <w:r>
        <w:rPr>
          <w:b w:val="0"/>
          <w:i w:val="0"/>
        </w:rPr>
        <w:t xml:space="preserve">Robert E. Quinn, tác giả cuốn </w:t>
      </w:r>
      <w:r>
        <w:rPr>
          <w:b w:val="0"/>
          <w:i/>
        </w:rPr>
        <w:t>Deep Change</w:t>
      </w:r>
      <w:r>
        <w:rPr>
          <w:b w:val="0"/>
          <w:i w:val="0"/>
        </w:rPr>
        <w:t>, còn đi xa hơn. Ông mô tả những người coi mình là nạn nhân giống như những xác sống:</w:t>
      </w:r>
    </w:p>
    <w:p>
      <w:pPr>
        <w:spacing w:after="80"/>
      </w:pPr>
      <w:r>
        <w:rPr>
          <w:b w:val="0"/>
          <w:i w:val="0"/>
        </w:rPr>
        <w:t>Khi người ta gia nhập vào đám đông những xác sống, họ bắt đầu sống những cuộc đời của "nỗi tuyệt vọng thầm lặng". Họ có xu hướng trải qua cảm giác vô nghĩa, vô vọng và bất lực trong vai trò công việc của mình, thường khoác lên mình vai "nạn nhân tội nghiệp". Nạn nhân là người chịu mất mát do hành động của người khác. Nạn nhân có xu hướng tin rằng sự cứu rỗi chỉ đến từ hành động của người khác. Họ chẳng có lựa chọn nào khác ngoài việc than vãn và chờ đợi cho đến khi điều gì đó tốt đẹp xảy ra. Sống với một người chọn đóng vai nạn nhân thật mệt mỏi; làm việc trong một tổ chức nơi nhiều người đã chọn vai nạn nhân thì thật sự chán nản. Giống như một căn bệnh, tình trạng này có xu hướng lan rộng.</w:t>
      </w:r>
    </w:p>
    <w:p>
      <w:pPr>
        <w:spacing w:after="80"/>
      </w:pPr>
      <w:r>
        <w:rPr>
          <w:b w:val="0"/>
          <w:i w:val="0"/>
        </w:rPr>
        <w:t>Sở hữu tâm lý nạn nhân khiến bản thân nản lòng, bào mòn cảm xúc và phá hủy các mối quan hệ. Hơn nữa, nó khiến việc lãnh đạo tốt gần như không thể, bởi vì không ai có thể vừa là nạn nhân vừa lãnh đạo hiệu quả cùng một lúc.</w:t>
      </w:r>
    </w:p>
    <w:p>
      <w:pPr>
        <w:spacing w:after="80"/>
      </w:pPr>
      <w:r>
        <w:rPr>
          <w:b w:val="0"/>
          <w:i w:val="0"/>
        </w:rPr>
        <w:t>Nếu bạn có xu hướng tự coi mình là nạn nhân và thương hại bản thân, làm thế nào để bạn chống lại điều đó?</w:t>
      </w:r>
    </w:p>
    <w:p>
      <w:pPr>
        <w:pStyle w:val="Heading4"/>
      </w:pPr>
      <w:r>
        <w:rPr>
          <w:rFonts w:ascii="Calibri" w:hAnsi="Calibri"/>
          <w:b/>
          <w:i w:val="0"/>
          <w:sz w:val="23"/>
        </w:rPr>
        <w:t>Chịu trách nhiệm cho cuộc đời bạn</w:t>
      </w:r>
    </w:p>
    <w:p>
      <w:pPr>
        <w:spacing w:after="80"/>
      </w:pPr>
      <w:r>
        <w:rPr>
          <w:b w:val="0"/>
          <w:i w:val="0"/>
        </w:rPr>
        <w:t>Bước đầu tiên và quan trọng nhất là làm chủ cuộc đời và những lựa chọn của bạn. Cha mẹ tôi đã thấm nhuần tinh thần trách nhiệm cá nhân này vào tôi và các anh chị em của tôi khi chúng tôi còn nhỏ, và tôi đã đặt việc tiếp tục sống theo giá trị đó đến tuổi trưởng thành và truyền lại cho con cháu mình làm ưu tiên hàng đầu. Tôi tập trung vào việc chịu trách nhiệm ở một số lĩnh vực, trong đó những lĩnh vực sau là quan trọng nhất với tôi:</w:t>
      </w:r>
    </w:p>
    <w:p>
      <w:pPr>
        <w:spacing w:after="80"/>
        <w:ind w:left="360"/>
      </w:pPr>
      <w:r>
        <w:t xml:space="preserve">• </w:t>
      </w:r>
      <w:r>
        <w:rPr>
          <w:b w:val="0"/>
          <w:i w:val="0"/>
        </w:rPr>
        <w:t>Thái độ—Tôi nhận ra rằng thái độ của mình là một lựa chọn và tôi nỗ lực giữ nó tích cực mỗi ngày.</w:t>
      </w:r>
    </w:p>
    <w:p>
      <w:pPr>
        <w:spacing w:after="80"/>
        <w:ind w:left="360"/>
      </w:pPr>
      <w:r>
        <w:t xml:space="preserve">• </w:t>
      </w:r>
      <w:r>
        <w:rPr>
          <w:b w:val="0"/>
          <w:i w:val="0"/>
        </w:rPr>
        <w:t>Thời gian—Tôi thừa nhận mình chỉ có một số giờ nhất định trong một ngày, và tôi kiểm soát cách mình sử dụng chúng. Tôi không để người khác quyết định lịch trình của mình.</w:t>
      </w:r>
    </w:p>
    <w:p>
      <w:pPr>
        <w:spacing w:after="80"/>
        <w:ind w:left="360"/>
      </w:pPr>
      <w:r>
        <w:t xml:space="preserve">• </w:t>
      </w:r>
      <w:r>
        <w:rPr>
          <w:b w:val="0"/>
          <w:i w:val="0"/>
        </w:rPr>
        <w:t>Ưu tiên—Tôi xác định và nỗ lực hành động theo những điều quan trọng nhất mỗi ngày và cố gắng hết sức không để những điều kém quan trọng làm xao nhãng.</w:t>
      </w:r>
    </w:p>
    <w:p>
      <w:pPr>
        <w:spacing w:after="80"/>
        <w:ind w:left="360"/>
      </w:pPr>
      <w:r>
        <w:t xml:space="preserve">• </w:t>
      </w:r>
      <w:r>
        <w:rPr>
          <w:b w:val="0"/>
          <w:i w:val="0"/>
        </w:rPr>
        <w:t>Tiềm năng—Tôi chịu trách nhiệm cho sự phát triển cá nhân của chính mình và việc phát huy tối đa tiềm năng mà Chúa ban cho tôi; nếu tôi không phát triển nó, sẽ không ai khác làm điều đó.</w:t>
      </w:r>
    </w:p>
    <w:p>
      <w:pPr>
        <w:spacing w:after="80"/>
        <w:ind w:left="360"/>
      </w:pPr>
      <w:r>
        <w:t xml:space="preserve">• </w:t>
      </w:r>
      <w:r>
        <w:rPr>
          <w:b w:val="0"/>
          <w:i w:val="0"/>
        </w:rPr>
        <w:t>Đam mê—Tôi không chờ người khác truyền cảm hứng và động lực cho mình; tôi tự nuôi dưỡng và thổi bùng ngọn lửa trong mình và mong chờ được thức dậy mỗi sáng.</w:t>
      </w:r>
    </w:p>
    <w:p>
      <w:pPr>
        <w:spacing w:after="80"/>
        <w:ind w:left="360"/>
      </w:pPr>
      <w:r>
        <w:t xml:space="preserve">• </w:t>
      </w:r>
      <w:r>
        <w:rPr>
          <w:b w:val="0"/>
          <w:i w:val="0"/>
        </w:rPr>
        <w:t>Ơn gọi—Tôi chịu trách nhiệm cho những món quà và cơ hội mà Chúa ban cho tôi, và tôi nỗ lực tận dụng tối đa chúng để làm điều mà tôi được đặt trên đời này để làm.</w:t>
      </w:r>
    </w:p>
    <w:p>
      <w:pPr>
        <w:spacing w:after="80"/>
      </w:pPr>
      <w:r>
        <w:rPr>
          <w:b w:val="0"/>
          <w:i w:val="0"/>
        </w:rPr>
        <w:t xml:space="preserve">Khi biết rằng có những sự thật hiển nhiên trong cuộc sống mà bạn </w:t>
      </w:r>
      <w:r>
        <w:rPr>
          <w:b w:val="0"/>
          <w:i/>
        </w:rPr>
        <w:t>không thể</w:t>
      </w:r>
      <w:r>
        <w:rPr>
          <w:b w:val="0"/>
          <w:i w:val="0"/>
        </w:rPr>
        <w:t xml:space="preserve"> kiểm soát, bạn có chủ động chịu trách nhiệm cho cuộc đời mình và mọi lựa chọn mà bạn </w:t>
      </w:r>
      <w:r>
        <w:rPr>
          <w:b w:val="0"/>
          <w:i/>
        </w:rPr>
        <w:t>có thể</w:t>
      </w:r>
      <w:r>
        <w:rPr>
          <w:b w:val="0"/>
          <w:i w:val="0"/>
        </w:rPr>
        <w:t xml:space="preserve"> thực hiện không? Nếu trước đây bạn chưa làm vậy, hãy bắt đầu ngay bây giờ. Đó là một bước quan trọng để phát triển năng lực cảm xúc.</w:t>
      </w:r>
    </w:p>
    <w:p>
      <w:pPr>
        <w:pStyle w:val="Heading4"/>
      </w:pPr>
      <w:r>
        <w:rPr>
          <w:rFonts w:ascii="Calibri" w:hAnsi="Calibri"/>
          <w:b/>
          <w:i w:val="0"/>
          <w:sz w:val="23"/>
        </w:rPr>
        <w:t>Đừng xây dựng cuộc đời quanh những rắc rối của bạn</w:t>
      </w:r>
    </w:p>
    <w:p>
      <w:pPr>
        <w:spacing w:after="80"/>
      </w:pPr>
      <w:r>
        <w:rPr>
          <w:b w:val="0"/>
          <w:i w:val="0"/>
        </w:rPr>
        <w:t>Một ngày nọ, tôi đang đọc một bài báo về những vấn đề mà một số nhà lãnh đạo trong ngành của tôi đang gặp phải, và tôi nhận xét với Margaret: "Tại sao những nhà lãnh đạo này lại có nhiều vấn đề thế trong khi tôi thì không?" Bà ấy chỉ cười.</w:t>
      </w:r>
    </w:p>
    <w:p>
      <w:pPr>
        <w:spacing w:after="80"/>
      </w:pPr>
      <w:r>
        <w:rPr>
          <w:b w:val="0"/>
          <w:i w:val="0"/>
        </w:rPr>
        <w:t>"Sao vậy?" tôi hỏi.</w:t>
      </w:r>
    </w:p>
    <w:p>
      <w:pPr>
        <w:spacing w:after="80"/>
      </w:pPr>
      <w:r>
        <w:rPr>
          <w:b w:val="0"/>
          <w:i w:val="0"/>
        </w:rPr>
        <w:t>"Anh không nghĩ là anh cũng có nhiều vấn đề sao?"</w:t>
      </w:r>
    </w:p>
    <w:p>
      <w:pPr>
        <w:spacing w:after="80"/>
      </w:pPr>
      <w:r>
        <w:rPr>
          <w:b w:val="0"/>
          <w:i w:val="0"/>
        </w:rPr>
        <w:t>Tôi bắt đầu nghĩ về điều đó, và tôi sớm nhận ra bà ấy đúng. Tôi thực sự đối mặt với vấn đề suốt ngày. Như người ta vẫn nói, không bao giờ có hai ngày tốt đẹp liên tiếp trong cuộc đời của bất kỳ nhà lãnh đạo nào. Lãnh đạo là giải quyết vấn đề. Và đó là lúc tôi nhận ra: dù tôi cũng có phần vấn đề của mình, tôi không để chúng kìm hãm mình. Tôi tập trung vào các giải pháp và tiến về phía trước, và tôi không để những vấn đề của mình định nghĩa hay ngăn cản tôi. Hãy hướng cuộc đời bạn vào những cơ hội, chứ không phải những vấn đề. Hãy tập trung vào tầm nhìn bạn muốn đạt được, chứ không phải những trở ngại trên đường đi.</w:t>
      </w:r>
    </w:p>
    <w:p>
      <w:pPr>
        <w:pStyle w:val="Heading4"/>
      </w:pPr>
      <w:r>
        <w:rPr>
          <w:rFonts w:ascii="Calibri" w:hAnsi="Calibri"/>
          <w:b/>
          <w:i w:val="0"/>
          <w:sz w:val="23"/>
        </w:rPr>
        <w:t>Biến hành động thành ưu tiên của bạn</w:t>
      </w:r>
    </w:p>
    <w:p>
      <w:pPr>
        <w:spacing w:after="80"/>
      </w:pPr>
      <w:r>
        <w:rPr>
          <w:b w:val="0"/>
          <w:i w:val="0"/>
        </w:rPr>
        <w:t>Bạn có đang gặp những vấn đề mà lẽ ra mình có thể giải quyết nhưng lại chấp nhận và dần thấy thoải mái với chúng không? Nếu có, những vấn đề này có thể đang rút cạn năng lượng cảm xúc của bạn, khiến bạn không thể lãnh đạo hiệu quả và ngăn bạn chạm tới tiềm năng của mình. Đừng để điều đó xảy ra. Thay vào đó, hãy hành động để giải quyết chúng. Đừng biện minh hay bào chữa cho lý do tại sao bạn phải sống chung với những vấn đề này. Đừng phàn nàn về những gì bạn cho phép. Thay vào đó, hãy làm điều gì đó.</w:t>
      </w:r>
    </w:p>
    <w:p>
      <w:pPr>
        <w:spacing w:after="80"/>
      </w:pPr>
      <w:r>
        <w:rPr>
          <w:b w:val="0"/>
          <w:i w:val="0"/>
        </w:rPr>
        <w:t>Nhà tâm lý học George W. Crane nói: "Hãy nhớ rằng, hành động là tiền thân của cảm xúc. Bạn không thể kiểm soát cảm xúc một cách trực tiếp mà chỉ có thể thông qua việc lựa chọn hành động của mình." Ông đưa ra nhận xét này trong bối cảnh các cặp vợ chồng giải quyết khó khăn hôn nhân và vượt qua những hiểu lầm, nhưng nguyên tắc này áp dụng rộng hơn cho bất kỳ loại khó khăn nào. Luôn hiệu quả hơn khi hành động để dẫn tới cảm xúc thay vì để cảm xúc dẫn tới hành động.</w:t>
      </w:r>
    </w:p>
    <w:p>
      <w:pPr>
        <w:spacing w:after="80"/>
      </w:pPr>
      <w:r>
        <w:rPr>
          <w:b w:val="0"/>
          <w:i w:val="0"/>
        </w:rPr>
        <w:t xml:space="preserve">Khoảng thời gian tôi tốt nghiệp đại học, tôi đọc một cuốn sách của Og Mandino có tựa đề </w:t>
      </w:r>
      <w:r>
        <w:rPr>
          <w:b w:val="0"/>
          <w:i/>
        </w:rPr>
        <w:t>The Greatest Salesman in the World</w:t>
      </w:r>
      <w:r>
        <w:rPr>
          <w:b w:val="0"/>
          <w:i w:val="0"/>
        </w:rPr>
        <w:t>, một kiểu ngụ ngôn về việc duy trì thái độ tích cực. Trong đó có một bài thơ đã ở lại với tôi. Mandino viết:</w:t>
      </w:r>
    </w:p>
    <w:p>
      <w:pPr>
        <w:spacing w:after="80"/>
      </w:pPr>
      <w:r>
        <w:rPr>
          <w:b w:val="0"/>
          <w:i w:val="0"/>
        </w:rPr>
        <w:t>Nếu tôi thấy chán nản, tôi sẽ hát.</w:t>
      </w:r>
    </w:p>
    <w:p>
      <w:pPr>
        <w:spacing w:after="80"/>
      </w:pPr>
      <w:r>
        <w:rPr>
          <w:b w:val="0"/>
          <w:i w:val="0"/>
        </w:rPr>
        <w:t>Nếu tôi thấy buồn, tôi sẽ cười.</w:t>
      </w:r>
    </w:p>
    <w:p>
      <w:pPr>
        <w:spacing w:after="80"/>
      </w:pPr>
      <w:r>
        <w:rPr>
          <w:b w:val="0"/>
          <w:i w:val="0"/>
        </w:rPr>
        <w:t>Nếu tôi thấy mệt mỏi, tôi sẽ làm việc gấp đôi.</w:t>
      </w:r>
    </w:p>
    <w:p>
      <w:pPr>
        <w:spacing w:after="80"/>
      </w:pPr>
      <w:r>
        <w:rPr>
          <w:b w:val="0"/>
          <w:i w:val="0"/>
        </w:rPr>
        <w:t>Nếu tôi thấy sợ hãi, tôi sẽ lao về phía trước.…</w:t>
      </w:r>
    </w:p>
    <w:p>
      <w:pPr>
        <w:spacing w:after="80"/>
      </w:pPr>
      <w:r>
        <w:rPr>
          <w:b w:val="0"/>
          <w:i w:val="0"/>
        </w:rPr>
        <w:t>Nếu tôi thấy nghèo khó, tôi sẽ nghĩ đến sự giàu có sắp tới.</w:t>
      </w:r>
    </w:p>
    <w:p>
      <w:pPr>
        <w:spacing w:after="80"/>
      </w:pPr>
      <w:r>
        <w:rPr>
          <w:b w:val="0"/>
          <w:i w:val="0"/>
        </w:rPr>
        <w:t>Nếu tôi thấy mình bất tài, tôi sẽ nhớ đến những thành công trong quá khứ.</w:t>
      </w:r>
    </w:p>
    <w:p>
      <w:pPr>
        <w:spacing w:after="80"/>
      </w:pPr>
      <w:r>
        <w:rPr>
          <w:b w:val="0"/>
          <w:i w:val="0"/>
        </w:rPr>
        <w:t>Nếu tôi thấy mình tầm thường, tôi sẽ nhớ đến những mục tiêu của mình.…</w:t>
      </w:r>
    </w:p>
    <w:p>
      <w:pPr>
        <w:spacing w:after="80"/>
      </w:pPr>
      <w:r>
        <w:rPr>
          <w:b w:val="0"/>
          <w:i w:val="0"/>
        </w:rPr>
        <w:t>Hôm nay tôi sẽ là người làm chủ cảm xúc của mình.</w:t>
      </w:r>
    </w:p>
    <w:p>
      <w:pPr>
        <w:spacing w:after="80"/>
      </w:pPr>
      <w:r>
        <w:rPr>
          <w:b w:val="0"/>
          <w:i w:val="0"/>
        </w:rPr>
        <w:t>Như bạn có thể thấy, chìa khóa để đối phó tích cực với những cảm xúc tiêu cực là hành động. Mỗi khi bạn thấy bế tắc, nếu bạn có thể làm điều gì đó tích cực, điều đó sẽ giúp ích cho bạn.</w:t>
      </w:r>
    </w:p>
    <w:p>
      <w:pPr>
        <w:pStyle w:val="Heading4"/>
      </w:pPr>
      <w:r>
        <w:rPr>
          <w:rFonts w:ascii="Calibri" w:hAnsi="Calibri"/>
          <w:b/>
          <w:i w:val="0"/>
          <w:sz w:val="23"/>
        </w:rPr>
        <w:t>Thể hiện lòng biết ơn</w:t>
      </w:r>
    </w:p>
    <w:p>
      <w:pPr>
        <w:spacing w:after="80"/>
      </w:pPr>
      <w:r>
        <w:rPr>
          <w:b w:val="0"/>
          <w:i w:val="0"/>
        </w:rPr>
        <w:t xml:space="preserve">Cách cuối cùng để ngăn bản thân cảm thấy mình là nạn nhân là thể hiện lòng biết ơn. Tôi rất thích một câu chuyện tôi đọc vài năm trước về biểu tượng diễn xuất Charlton Heston, ngôi sao của những bộ phim sử thi như </w:t>
      </w:r>
      <w:r>
        <w:rPr>
          <w:b w:val="0"/>
          <w:i/>
        </w:rPr>
        <w:t>Ben-Hur</w:t>
      </w:r>
      <w:r>
        <w:rPr>
          <w:b w:val="0"/>
          <w:i w:val="0"/>
        </w:rPr>
        <w:t xml:space="preserve"> và </w:t>
      </w:r>
      <w:r>
        <w:rPr>
          <w:b w:val="0"/>
          <w:i/>
        </w:rPr>
        <w:t>The Ten Commandments.</w:t>
      </w:r>
      <w:r>
        <w:rPr>
          <w:b w:val="0"/>
          <w:i w:val="0"/>
        </w:rPr>
        <w:t xml:space="preserve"> Năm 2002, Heston tiết lộ rằng ông được chẩn đoán mắc bệnh Alzheimer. Không lâu sau đó, ông ở cùng người bạn thân kiêm chuyên viên quan hệ công chúng Tony Makris. Heston nhận thấy bạn mình đang buồn và hỏi: "Sao lại ủ rũ thế, anh bạn—cậu thấy tội cho tôi à?" Khi Makris gật đầu, Heston đáp: "Đừng thế. Tôi đã được làm Charlton Heston gần tám mươi năm rồi. Thế là quá công bằng rồi."</w:t>
      </w:r>
    </w:p>
    <w:p>
      <w:pPr>
        <w:spacing w:after="80"/>
      </w:pPr>
      <w:r>
        <w:rPr>
          <w:b w:val="0"/>
          <w:i w:val="0"/>
        </w:rPr>
        <w:t>Nếu việc nuôi dưỡng lòng biết ơn khó khăn với bạn, hãy làm theo lời khuyên của bác sĩ tâm thần Judith Orloff:</w:t>
      </w:r>
    </w:p>
    <w:p>
      <w:pPr>
        <w:spacing w:after="80"/>
      </w:pPr>
      <w:r>
        <w:rPr>
          <w:b w:val="0"/>
          <w:i w:val="0"/>
        </w:rPr>
        <w:t>Cách tôi thoát khỏi tâm lý nạn nhân là nhớ rằng cuộc đời tôi may mắn biết bao so với phần lớn gia đình toàn cầu của chúng ta. Tôi không phải đấu tranh để sống sót qua nạn diệt chủng, nghèo đói hay bạo lực đường phố hằng ngày từ một nhóm dân quân nổi dậy. Tôi có đặc quyền được cảm thấy cô đơn khi không có người yêu, hay bực bội vì một người khó chịu. Tôi có món quà là thời gian để vượt qua những cảm xúc tiêu cực. Nhìn mọi thứ theo cách này giúp tôi ngừng chìm đắm trong nỗi buồn, một sự nuông chiều giam hãm bản thân. Vậy nên, khi bạn nghĩ mình đang có một ngày tồi tệ, hãy cố giữ góc nhìn như thế này.</w:t>
      </w:r>
    </w:p>
    <w:p>
      <w:pPr>
        <w:spacing w:after="80"/>
      </w:pPr>
      <w:r>
        <w:rPr>
          <w:b w:val="0"/>
          <w:i w:val="0"/>
        </w:rPr>
        <w:t>Điểm mấu chốt là nếu bạn coi mình là nạn nhân, bạn đang trao đi sức mạnh của chính mình. Bạn sẽ không còn là người bênh vực cho chính mình. Bạn sẽ không nỗ lực giải quyết vấn đề. Bạn sẽ dễ trở nên cam chịu hơn. Bạn sẽ ít có khả năng cố gắng giúp đỡ người khác hơn. Và bạn sẽ kiệt quệ về cảm xúc. Không điều nào trong số đó giúp bạn phát triển năng lực cảm xúc lớn hơn. Chỉ khi tự chịu trách nhiệm về bản thân, bạn mới giữ được sự tích cực và chủ động, điều giúp bạn sống và lãnh đạo tốt hơn trên con đường cao thượng.</w:t>
      </w:r>
    </w:p>
    <w:p>
      <w:pPr>
        <w:pStyle w:val="Heading3"/>
      </w:pPr>
      <w:r>
        <w:rPr>
          <w:rFonts w:ascii="Calibri" w:hAnsi="Calibri"/>
          <w:b/>
          <w:i w:val="0"/>
          <w:sz w:val="26"/>
        </w:rPr>
        <w:t>2. Kiểm soát cảm xúc và xử lý chúng nhanh chóng</w:t>
      </w:r>
    </w:p>
    <w:p>
      <w:pPr>
        <w:spacing w:after="80"/>
      </w:pPr>
      <w:r>
        <w:rPr>
          <w:b w:val="0"/>
          <w:i w:val="0"/>
        </w:rPr>
        <w:t>Để làm việc tốt với mọi người và đưa ra quyết định đúng đắn — những điều cốt lõi của lãnh đạo trên con đường cao thượng — bạn không thể để cảm xúc nhấn chìm mình. Có thể bạn thấy dễ kiểm soát cảm xúc khi chịu áp lực. Nhưng nếu bạn là người giàu cảm xúc và khó giữ những cảm xúc mạnh mẽ trong tầm kiểm soát thì sao? Bạn có thể làm gì để cải thiện khả năng của mình? Tôi khuyên bạn thử một điều mà tác giả, diễn giả kiêm huấn luyện viên tài chính Toyin Crandell dạy cho khách hàng của mình. Cô ấy huấn luyện họ xác định "ngôi nhà cảm xúc" (emotional homes) của mình. Điều này được thiết kế để giúp họ vững vàng khi những cảm xúc tiêu cực đe dọa nhấn chìm họ. Cô ấy quan sát thấy rằng những nhà lãnh đạo giàu cảm xúc đôi khi đưa ra quyết định tồi khi áp lực dồn nén. Cô ấy huấn luyện các nhà lãnh đạo xác định ba cảm xúc tiêu cực thường làm mờ phán đoán của họ nhất, và với mỗi cảm xúc đó, họ phải xác định một cảm xúc tích cực đối lập mà họ có thể khơi dậy để chống lại nó và đưa mình đến một trạng thái tốt hơn.</w:t>
      </w:r>
    </w:p>
    <w:p>
      <w:pPr>
        <w:spacing w:after="80"/>
      </w:pPr>
      <w:r>
        <w:rPr>
          <w:b w:val="0"/>
          <w:i w:val="0"/>
        </w:rPr>
        <w:t xml:space="preserve">Ví dụ, nếu một người dễ buồn khi chịu áp lực, cô ấy khuyên họ biến </w:t>
      </w:r>
      <w:r>
        <w:rPr>
          <w:b w:val="0"/>
          <w:i/>
        </w:rPr>
        <w:t>lòng biết ơn</w:t>
      </w:r>
      <w:r>
        <w:rPr>
          <w:b w:val="0"/>
          <w:i w:val="0"/>
        </w:rPr>
        <w:t xml:space="preserve"> thành ngôi nhà cảm xúc và luyện tập khơi dậy nó khi họ cảm thấy buồn. Cô ấy chọn lòng biết ơn vì nó dễ khơi dậy hơn là cố gắng trở nên hạnh phúc, nhưng nó vẫn dẫn đến đó. Nếu ai đó dễ bực bội, cô ấy khuyên họ khơi dậy </w:t>
      </w:r>
      <w:r>
        <w:rPr>
          <w:b w:val="0"/>
          <w:i/>
        </w:rPr>
        <w:t>sự khéo léo, tháo vát</w:t>
      </w:r>
      <w:r>
        <w:rPr>
          <w:b w:val="0"/>
          <w:i w:val="0"/>
        </w:rPr>
        <w:t xml:space="preserve"> để chống lại nó.</w:t>
      </w:r>
    </w:p>
    <w:p>
      <w:pPr>
        <w:spacing w:after="80"/>
      </w:pPr>
      <w:r>
        <w:rPr>
          <w:b w:val="0"/>
          <w:i w:val="0"/>
        </w:rPr>
        <w:t>Trong những tình huống cảm xúc, Crandell nói: "Mọi người bị mắc kẹt trong một trạng thái không hiệu quả vì não bộ của họ không còn suy nghĩ logic và đủ rõ ràng để biết nên đi đâu. Họ muốn thoát ra [khỏi trạng thái đó], nhưng họ không tìm được cánh cửa. Biết được ngôi nhà cảm xúc của mình cho bạn một tấm bản đồ rõ ràng dẫn đến cánh cửa để bạn có thể bước ra khỏi áp lực và bước vào ánh nắng. Ở đó họ có thể nhìn rõ ràng trở lại và đưa ra những quyết định đưa doanh nghiệp, đội nhóm hay tổ chức của mình tiến lên bất chấp áp lực."</w:t>
      </w:r>
    </w:p>
    <w:p>
      <w:pPr>
        <w:spacing w:after="80"/>
      </w:pPr>
      <w:r>
        <w:rPr>
          <w:b w:val="0"/>
          <w:i w:val="0"/>
        </w:rPr>
        <w:t xml:space="preserve">Crandell chỉ ra rằng đây không phải là cách kìm nén cảm xúc mà là cách xử lý chúng. "Có một ngôi nhà cảm xúc không có nghĩa là bạn phớt lờ những phản ứng tự nhiên của con người. Chúng là một phần lành mạnh trong trải nghiệm làm người của chúng ta," cô ấy nhận xét. "Nó chỉ đơn giản giúp bạn học cách cảm nhận trọn vẹn và xử lý cảm xúc đã bị kích hoạt </w:t>
      </w:r>
      <w:r>
        <w:rPr>
          <w:b w:val="0"/>
          <w:i/>
        </w:rPr>
        <w:t>mà không đưa ra quyết định tồi</w:t>
      </w:r>
      <w:r>
        <w:rPr>
          <w:b w:val="0"/>
          <w:i w:val="0"/>
        </w:rPr>
        <w:t>, rồi sau đó hướng trái tim mình về trạng thái cảm xúc tích cực mà bạn đã chọn."</w:t>
      </w:r>
    </w:p>
    <w:p>
      <w:pPr>
        <w:spacing w:after="80"/>
      </w:pPr>
      <w:r>
        <w:rPr>
          <w:b w:val="0"/>
          <w:i w:val="0"/>
        </w:rPr>
        <w:t>Tôi xử lý cảm xúc của mình khá nhanh, nhưng tôi vẫn dành thời gian để suy ngẫm, không chỉ để chắc chắn rằng tâm trí và trái tim mình trong sáng sau xung đột hay một tình huống áp lực cao, mà còn để chắc chắn rằng mình học được điều gì đó từ đó. Tôi tin rằng một sự việc chưa kết thúc cho đến khi tôi học được từ nó. Để suy ngẫm, tôi làm những điều sau:</w:t>
      </w:r>
    </w:p>
    <w:p>
      <w:pPr>
        <w:spacing w:after="80"/>
        <w:ind w:left="360"/>
      </w:pPr>
      <w:r>
        <w:t xml:space="preserve">• </w:t>
      </w:r>
      <w:r>
        <w:rPr>
          <w:b/>
          <w:i w:val="0"/>
        </w:rPr>
        <w:t>Tự mình nhìn lại một ngày của mình.</w:t>
      </w:r>
      <w:r>
        <w:rPr>
          <w:b w:val="0"/>
          <w:i w:val="0"/>
        </w:rPr>
        <w:t xml:space="preserve"> Mỗi buổi tối, tôi nghỉ ngơi và dành thời gian một mình nghĩ về hai mươi bốn giờ vừa qua bằng cách tự hỏi: </w:t>
      </w:r>
      <w:r>
        <w:rPr>
          <w:b w:val="0"/>
          <w:i/>
        </w:rPr>
        <w:t>Hôm nay đã có chuyện gì xảy ra trong thế giới của mình?</w:t>
      </w:r>
    </w:p>
    <w:p>
      <w:pPr>
        <w:spacing w:after="80"/>
        <w:ind w:left="360"/>
      </w:pPr>
      <w:r>
        <w:t xml:space="preserve">• </w:t>
      </w:r>
      <w:r>
        <w:rPr>
          <w:b/>
          <w:i w:val="0"/>
        </w:rPr>
        <w:t>Nghĩ về chính mình.</w:t>
      </w:r>
      <w:r>
        <w:rPr>
          <w:b w:val="0"/>
          <w:i w:val="0"/>
        </w:rPr>
        <w:t xml:space="preserve"> Chúng ta không học được gì trừ khi dành thời gian để suy ngẫm. Để đánh giá những trải nghiệm trong ngày, tôi hỏi: </w:t>
      </w:r>
      <w:r>
        <w:rPr>
          <w:b w:val="0"/>
          <w:i/>
        </w:rPr>
        <w:t>Hôm nay mình đã học được gì về chính mình?</w:t>
      </w:r>
    </w:p>
    <w:p>
      <w:pPr>
        <w:spacing w:after="80"/>
        <w:ind w:left="360"/>
      </w:pPr>
      <w:r>
        <w:t xml:space="preserve">• </w:t>
      </w:r>
      <w:r>
        <w:rPr>
          <w:b/>
          <w:i w:val="0"/>
        </w:rPr>
        <w:t>Nói chuyện với chính mình.</w:t>
      </w:r>
      <w:r>
        <w:rPr>
          <w:b w:val="0"/>
          <w:i w:val="0"/>
        </w:rPr>
        <w:t xml:space="preserve"> Điều bạn làm với những quan sát của mình và điều bạn tự nói với bản thân về chúng có tác động rất lớn đến bạn. Diễn giả Brian Tracy nói: "Các nhà tâm lý học đã khám phá ra rằng 95 phần trăm cảm xúc của bạn được quyết định bởi cách bạn tự nói với chính mình khi trải qua một ngày." Để hỗ trợ quá trình này, tôi hỏi: </w:t>
      </w:r>
      <w:r>
        <w:rPr>
          <w:b w:val="0"/>
          <w:i/>
        </w:rPr>
        <w:t>Mình cần nghe chính mình nói điều gì?</w:t>
      </w:r>
    </w:p>
    <w:p>
      <w:pPr>
        <w:spacing w:after="80"/>
        <w:ind w:left="360"/>
      </w:pPr>
      <w:r>
        <w:t xml:space="preserve">• </w:t>
      </w:r>
      <w:r>
        <w:rPr>
          <w:b/>
          <w:i w:val="0"/>
        </w:rPr>
        <w:t>Định hướng chính mình.</w:t>
      </w:r>
      <w:r>
        <w:rPr>
          <w:b w:val="0"/>
          <w:i w:val="0"/>
        </w:rPr>
        <w:t xml:space="preserve"> Suy ngẫm có giá trị lớn cho việc học hỏi, nhưng phần lớn giá trị đó sẽ mất đi nếu chúng ta không quyết định mình nên </w:t>
      </w:r>
      <w:r>
        <w:rPr>
          <w:b w:val="0"/>
          <w:i/>
        </w:rPr>
        <w:t>làm</w:t>
      </w:r>
      <w:r>
        <w:rPr>
          <w:b w:val="0"/>
          <w:i w:val="0"/>
        </w:rPr>
        <w:t xml:space="preserve"> gì với những gì đã học. Vì vậy tôi hỏi: </w:t>
      </w:r>
      <w:r>
        <w:rPr>
          <w:b w:val="0"/>
          <w:i/>
        </w:rPr>
        <w:t>Mình nên áp dụng những gì đã học như thế nào?</w:t>
      </w:r>
    </w:p>
    <w:p>
      <w:pPr>
        <w:spacing w:after="80"/>
        <w:ind w:left="360"/>
      </w:pPr>
      <w:r>
        <w:t xml:space="preserve">• </w:t>
      </w:r>
      <w:r>
        <w:rPr>
          <w:b/>
          <w:i w:val="0"/>
        </w:rPr>
        <w:t>Tự mình hành động.</w:t>
      </w:r>
      <w:r>
        <w:rPr>
          <w:b w:val="0"/>
          <w:i w:val="0"/>
        </w:rPr>
        <w:t xml:space="preserve"> Thời gian suy ngẫm và xử lý cảm xúc là lãng phí nếu cuối cùng nó không dẫn đến hành động tích cực. Hơn nữa, hành động tích cực dẫn đến cảm xúc tích cực. Đó là lý do tôi tự hỏi: </w:t>
      </w:r>
      <w:r>
        <w:rPr>
          <w:b w:val="0"/>
          <w:i/>
        </w:rPr>
        <w:t>Mình có thực hiện hành động đến cùng không?</w:t>
      </w:r>
    </w:p>
    <w:p>
      <w:pPr>
        <w:spacing w:after="80"/>
      </w:pPr>
      <w:r>
        <w:rPr>
          <w:b w:val="0"/>
          <w:i w:val="0"/>
        </w:rPr>
        <w:t>Mỗi lần bạn xử lý những cảm xúc tiêu cực, chuyển hướng mình sang những cảm xúc tích cực, học hỏi từ tình huống và hành động theo những gì đã học, bạn đang tiến một bước lớn tích cực để gia tăng năng lực cảm xúc của mình.</w:t>
      </w:r>
    </w:p>
    <w:p>
      <w:pPr>
        <w:pStyle w:val="Heading3"/>
      </w:pPr>
      <w:r>
        <w:rPr>
          <w:rFonts w:ascii="Calibri" w:hAnsi="Calibri"/>
          <w:b/>
          <w:i w:val="0"/>
          <w:sz w:val="26"/>
        </w:rPr>
        <w:t>3. Giữ sổ sách ngắn gọn</w:t>
      </w:r>
    </w:p>
    <w:p>
      <w:pPr>
        <w:spacing w:after="80"/>
      </w:pPr>
      <w:r>
        <w:rPr>
          <w:b w:val="0"/>
          <w:i w:val="0"/>
        </w:rPr>
        <w:t>Một trong những điều tốt nhất bạn có thể làm để gia tăng năng lực cảm xúc của mình là xử lý xung đột nhanh chóng và giữ cho mình không mang theo hành lý cảm xúc hay ghi sổ nợ. Tôi sẽ giải thích thêm về những ý tưởng này trong các chương sau, nhưng giờ tôi xin nói điều này: tôi từ chối mang theo những cảm xúc tiêu cực đối với người khác. Tôi thích điều mà diễn viên kiêm danh hài Buddy Hackett nói khi được hỏi về xung đột. Ông trả lời: "Tôi đã có vài lần tranh cãi với người ta, nhưng tôi chưa bao giờ mang theo mối hận. Bạn biết tại sao không? Trong khi bạn đang mang theo mối hận, thì họ đang ở ngoài kia khiêu vũ."</w:t>
      </w:r>
    </w:p>
    <w:p>
      <w:pPr>
        <w:spacing w:after="80"/>
      </w:pPr>
      <w:r>
        <w:rPr>
          <w:b w:val="0"/>
          <w:i w:val="0"/>
        </w:rPr>
        <w:t>Giận dữ, oán hận, ghen tị, đố kỵ, cay đắng, thù hằn — những thứ này đè nặng chúng ta. Trong khi đó, đối tượng của những cảm xúc tiêu cực của chúng ta thường chẳng hề bị ảnh hưởng. Cách sống tốt nhất là giải quyết mọi xung đột càng nhanh càng tốt. Nếu tôi sai, tôi xin lỗi ngay lập tức và cố gắng bù đắp. Nếu người kia sai, tôi chủ động chọn tha thứ cho họ. Và rồi tôi bước tiếp. Tôi còn những nơi phải đến và những nhiệm vụ quan trọng phải hoàn thành. Sẽ làm tôi chậm lại và cản trở việc lãnh đạo của tôi nếu tôi để mình bị sa lầy bởi những cảm xúc tiêu cực. Như Elbert Hubbard đã nhận xét,</w:t>
      </w:r>
    </w:p>
    <w:p>
      <w:pPr>
        <w:spacing w:after="80"/>
      </w:pPr>
      <w:r>
        <w:rPr>
          <w:b w:val="0"/>
          <w:i w:val="0"/>
        </w:rPr>
        <w:t>Một trí nhớ dai có thể là điều tốt, nhưng khả năng quên đi mới là dấu hiệu đích thực của sự vĩ đại. Người thành công biết quên. Họ biết quá khứ là không thể thay đổi. Họ đang chạy trong một cuộc đua. Họ không thể phí sức để ngoái nhìn lại. Mắt họ hướng về vạch đích. Người bao dung biết quên. Họ quá lớn để những chuyện nhỏ nhặt làm phiền. Họ quên đi một cách dễ dàng. Nếu ai đó làm điều sai với họ, họ xem xét nguồn cơn và giữ bình tĩnh. Chỉ những kẻ nhỏ nhen mới nuôi dưỡng lòng thù hận. Hãy là một người biết quên giỏi. Công việc đòi hỏi điều đó, và thành công yêu cầu điều đó.</w:t>
      </w:r>
    </w:p>
    <w:p>
      <w:pPr>
        <w:spacing w:after="80"/>
      </w:pPr>
      <w:r>
        <w:rPr>
          <w:b w:val="0"/>
          <w:i w:val="0"/>
        </w:rPr>
        <w:t>Bạn sẽ không đi được xa trên con đường cao thượng với tư cách một nhà lãnh đạo nếu bạn cứ chăm chăm nhìn vào gương chiếu hậu. Bạn phải nhìn về phía trước và tập trung vào những nhiệm vụ trước mắt. Alvin Dark, cựu huấn luyện viên của Kansas City Athletics và các đội bóng nhà nghề khác, từng nói: "Không có chuyện rút một cầu thủ ném bóng ra. Chỉ có chuyện đưa một cầu thủ ném bóng khác vào." Ý ông là khi bạn đang ở giữa cuộc chiến để giành chiến thắng, bạn không phí thời gian ngoái nhìn lại những rắc rối đã tạo ra ở các hiệp trước. Bạn tập trung vào việc loại bỏ cầu thủ đánh bóng tiếp theo. Chỉ sau khi có pha loại người cuối cùng của hiệp cuối cùng, khi trận đấu đã kết thúc, thì mới có lý để nhìn lại những sai lầm của mình. Và ngay cả khi đó, mục tiêu cũng phải là học hỏi từ chúng, chứ không phải mang theo mối hận.</w:t>
      </w:r>
    </w:p>
    <w:p>
      <w:pPr>
        <w:pStyle w:val="Heading3"/>
      </w:pPr>
      <w:r>
        <w:rPr>
          <w:rFonts w:ascii="Calibri" w:hAnsi="Calibri"/>
          <w:b/>
          <w:i w:val="0"/>
          <w:sz w:val="26"/>
        </w:rPr>
        <w:t>4. Đặt ý kiến của người khác vào đúng vị trí</w:t>
      </w:r>
    </w:p>
    <w:p>
      <w:pPr>
        <w:spacing w:after="80"/>
      </w:pPr>
      <w:r>
        <w:rPr>
          <w:b w:val="0"/>
          <w:i w:val="0"/>
        </w:rPr>
        <w:t>Một trong những niềm tin hạn chế nhất mà người ta mang theo là ý kiến của người khác về mình quan trọng hơn ý kiến của chính mình. Nhà thơ người Đức Friedrich Klopstock từng nhận xét: "Kẻ không có ý kiến riêng mà phụ thuộc vào ý kiến của người khác là một kẻ nô lệ." Tôi đã không hiểu được ý tưởng này khi còn trẻ. Tôi quá bận tâm đến ý kiến của người khác và để những gì người ta nghĩ kìm hãm mình.</w:t>
      </w:r>
    </w:p>
    <w:p>
      <w:pPr>
        <w:spacing w:after="80"/>
      </w:pPr>
      <w:r>
        <w:rPr>
          <w:b w:val="0"/>
          <w:i w:val="0"/>
        </w:rPr>
        <w:t>Khi mới bắt đầu sự nghiệp, tôi lãnh đạo một nhà thờ nơi hội chúng bỏ phiếu mỗi năm để quyết định có giữ lại người lãnh đạo của họ hay không. Khi kết thúc năm đầu tiên, họ tiến hành cuộc bỏ phiếu theo yêu cầu, và kết quả là ba mươi mốt phiếu thuận, một phiếu chống và một phiếu trắng. Tôi suy sụp. Tôi đã mong cuộc bỏ phiếu sẽ nhất trí. Vì nó không nhất trí, tôi tự hỏi liệu mình có nên từ chức không. Khi tôi gọi cho bố để xin lời khuyên, bố cười và nói: "Ở lại đi. Đây có lẽ là kết quả bỏ phiếu tốt nhất mà con sẽ từng có đấy."</w:t>
      </w:r>
    </w:p>
    <w:p>
      <w:pPr>
        <w:spacing w:after="80"/>
      </w:pPr>
      <w:r>
        <w:rPr>
          <w:b w:val="0"/>
          <w:i w:val="0"/>
        </w:rPr>
        <w:t xml:space="preserve">Tôi chọn ở lại, nhưng về mặt cảm xúc tôi không thể buông bỏ. Mỗi Chủ nhật, tôi nhìn bảy mươi người ngồi trước mặt và tự hỏi, </w:t>
      </w:r>
      <w:r>
        <w:rPr>
          <w:b w:val="0"/>
          <w:i/>
        </w:rPr>
        <w:t>Ai đã bỏ phiếu chống lại mình?</w:t>
      </w:r>
      <w:r>
        <w:rPr>
          <w:b w:val="0"/>
          <w:i w:val="0"/>
        </w:rPr>
        <w:t xml:space="preserve"> Một trong những người tôi đang giảng dạy không thích tôi. À, thật ra là hai người, vì một phiếu trắng thực chất là một phiếu </w:t>
      </w:r>
      <w:r>
        <w:rPr>
          <w:b w:val="0"/>
          <w:i/>
        </w:rPr>
        <w:t>chống</w:t>
      </w:r>
      <w:r>
        <w:rPr>
          <w:b w:val="0"/>
          <w:i w:val="0"/>
        </w:rPr>
        <w:t xml:space="preserve"> không có can đảm.</w:t>
      </w:r>
    </w:p>
    <w:p>
      <w:pPr>
        <w:spacing w:after="80"/>
      </w:pPr>
      <w:r>
        <w:rPr>
          <w:b w:val="0"/>
          <w:i w:val="0"/>
        </w:rPr>
        <w:t xml:space="preserve">Suốt sáu tháng tôi chìm đắm trong lối suy nghĩ nhỏ nhen và ngớ ngẩn này. Rồi một điều gì đó xảy ra. Tôi nhận ra mình chỉ có một lượng năng lượng nhất định, và để lãnh đạo hiệu quả, tôi cần năng lượng của mình phải tích cực, chứ không tiêu cực. Tôi muốn dồn năng lượng vào những điều quan trọng. Tôi tự hỏi, </w:t>
      </w:r>
      <w:r>
        <w:rPr>
          <w:b w:val="0"/>
          <w:i/>
        </w:rPr>
        <w:t>Mình sẽ còn hỏi câu ngớ ngẩn này bao nhiêu ngày nữa trong đời?</w:t>
      </w:r>
      <w:r>
        <w:rPr>
          <w:b w:val="0"/>
          <w:i w:val="0"/>
        </w:rPr>
        <w:t xml:space="preserve"> Tôi nhận ra mình đang làm một việc thật ngốc nghếch, và tôi quyết tâm ngừng làm kẻ làm hài lòng người khác để trở thành một nhà lãnh đạo có nguyên tắc. Để làm được điều đó, tôi thực hiện những bước cụ thể:</w:t>
      </w:r>
    </w:p>
    <w:p>
      <w:pPr>
        <w:spacing w:after="80"/>
        <w:ind w:left="360"/>
      </w:pPr>
      <w:r>
        <w:t xml:space="preserve">• </w:t>
      </w:r>
      <w:r>
        <w:rPr>
          <w:b/>
          <w:i w:val="0"/>
        </w:rPr>
        <w:t>Tôi đặt giá trị của mình lên trên những người tôi muốn làm hài lòng.</w:t>
      </w:r>
      <w:r>
        <w:rPr>
          <w:b w:val="0"/>
          <w:i w:val="0"/>
        </w:rPr>
        <w:t xml:space="preserve"> Để trung thành với chính mình và tầm nhìn lãnh đạo của mình, tôi phải ngừng cố gắng làm mọi người vui, đặc biệt là khi những người chỉ trích nhiều nhất lại luôn đóng góp ít nhất cho thành công của tổ chức.</w:t>
      </w:r>
    </w:p>
    <w:p>
      <w:pPr>
        <w:spacing w:after="80"/>
        <w:ind w:left="360"/>
      </w:pPr>
      <w:r>
        <w:t xml:space="preserve">• </w:t>
      </w:r>
      <w:r>
        <w:rPr>
          <w:b/>
          <w:i w:val="0"/>
        </w:rPr>
        <w:t>Tôi nghĩ nhiều hơn về việc nhìn về phía trước thay vì ngoái nhìn lại.</w:t>
      </w:r>
      <w:r>
        <w:rPr>
          <w:b w:val="0"/>
          <w:i w:val="0"/>
        </w:rPr>
        <w:t xml:space="preserve"> Tôi quyết tâm vươn tới tiềm năng của mình. Điều đó có nghĩa là tập trung vào ngày mai nhiều hơn là ngày hôm qua. Nếu những người bạn cũ của tôi muốn sống trong quá khứ hoặc an phận, tôi vẫn sẽ tiếp tục tiến về phía trước kể cả khi họ không cùng đi với tôi.</w:t>
      </w:r>
    </w:p>
    <w:p>
      <w:pPr>
        <w:spacing w:after="80"/>
        <w:ind w:left="360"/>
      </w:pPr>
      <w:r>
        <w:t xml:space="preserve">• </w:t>
      </w:r>
      <w:r>
        <w:rPr>
          <w:b/>
          <w:i w:val="0"/>
        </w:rPr>
        <w:t>Tôi tìm những hình mẫu mới để noi theo.</w:t>
      </w:r>
      <w:r>
        <w:rPr>
          <w:b w:val="0"/>
          <w:i w:val="0"/>
        </w:rPr>
        <w:t xml:space="preserve"> Tôi bắt đầu đọc sách, đi dự hội nghị và tìm những người cố vấn có thể thách thức tôi vươn xa. Điều này giúp tôi chú trọng hơn vào sự phát triển, bất kể người khác nghĩ gì về tôi.</w:t>
      </w:r>
    </w:p>
    <w:p>
      <w:pPr>
        <w:spacing w:after="80"/>
        <w:ind w:left="360"/>
      </w:pPr>
      <w:r>
        <w:t xml:space="preserve">• </w:t>
      </w:r>
      <w:r>
        <w:rPr>
          <w:b/>
          <w:i w:val="0"/>
        </w:rPr>
        <w:t>Tôi rời xa những người đang kìm hãm tôi.</w:t>
      </w:r>
      <w:r>
        <w:rPr>
          <w:b w:val="0"/>
          <w:i w:val="0"/>
        </w:rPr>
        <w:t xml:space="preserve"> Một người luôn muốn làm hài lòng người khác rất khó từ chối ai đó hoặc bị ai đó từ chối. Nhưng để phát triển, tôi phải sẵn sàng làm điều đó. Mỗi khi tôi cảm thấy ai đó đang cố thao túng mình hoặc khiến tôi thấy tội lỗi vì không làm theo ý họ, tôi cho họ biết rằng tôi sẽ không bị lay chuyển khỏi những gì tôi tin là quan trọng, và tôi giữ khoảng cách với họ.</w:t>
      </w:r>
    </w:p>
    <w:p>
      <w:pPr>
        <w:spacing w:after="80"/>
      </w:pPr>
      <w:r>
        <w:rPr>
          <w:b w:val="0"/>
          <w:i w:val="0"/>
        </w:rPr>
        <w:t>Việc này mất một thời gian, nhưng cuối cùng tôi đã có thể làm theo lời khuyên của huấn luyện viên John Wooden: "Đừng quá bận tâm đến những gì người khác có thể nghĩ về bạn. Hãy rất bận tâm đến những gì bạn nghĩ về chính mình."</w:t>
      </w:r>
    </w:p>
    <w:p>
      <w:pPr>
        <w:spacing w:after="80"/>
      </w:pPr>
      <w:r>
        <w:rPr>
          <w:b w:val="0"/>
          <w:i w:val="0"/>
        </w:rPr>
        <w:t>Để trở thành một nhà lãnh đạo giỏi, bạn cần năng lượng tích cực. Khi bạn không đặt ý kiến của người khác vào đúng vị trí, bạn sẽ tiêu hao năng lượng của mình một cách không hiệu quả. Khi ai đó chỉ trích bạn hoặc bày tỏ ý kiến tiêu cực về bạn, nếu bạn sai thì đó là việc của bạn và bạn cần tự sửa mình. Nhưng nếu lời chỉ trích hay nhận xét tiêu cực đó không đúng sự thật, bạn không nên để tâm. Đừng để vấn đề của người khác trở thành vấn đề của bạn. Điều tốt nhất bạn có thể làm với tư cách một nhà lãnh đạo trên con đường cao thượng là đừng mắc câu. Khoảnh khắc bạn để mình bị cuốn vào cảm xúc, bạn đang chơi trò chơi tiêu cực của họ, và trò chơi đó không xứng đáng với thời gian và sự chú ý của bạn. Như tác giả, giáo viên và diễn giả Leo Buscaglia từng nói: "Điều dễ nhất trên đời là làm chính mình. Điều khó nhất là trở thành con người mà người khác muốn bạn trở thành. Đừng để họ đẩy bạn vào vị trí đó."</w:t>
      </w:r>
    </w:p>
    <w:p>
      <w:pPr>
        <w:pStyle w:val="Heading3"/>
      </w:pPr>
      <w:r>
        <w:rPr>
          <w:rFonts w:ascii="Calibri" w:hAnsi="Calibri"/>
          <w:b/>
          <w:i w:val="0"/>
          <w:sz w:val="26"/>
        </w:rPr>
        <w:t>5. Hiểu sự khác biệt giữa một vấn đề và một sự thật hiển nhiên của cuộc sống</w:t>
      </w:r>
    </w:p>
    <w:p>
      <w:pPr>
        <w:spacing w:after="80"/>
      </w:pPr>
      <w:r>
        <w:rPr>
          <w:b w:val="0"/>
          <w:i w:val="0"/>
        </w:rPr>
        <w:t>Cách nhanh nhất để tăng năng lực cảm xúc và giảm căng thẳng là giữ mình không bị cuốn vào những chuyện bạn không thể kiểm soát hoặc không phải việc của bạn. Tôi học được bài học này từ Fred Smith Sr., một người cố vấn lâu năm, khi tôi ở độ tuổi ba mươi. Ông và tôi đang ăn sáng vào một buổi sáng nọ, và tôi đang than phiền về một vấn đề khiến tôi khó chịu. Ông không để tôi nói tiếp được bao lâu trước khi ngắt lời tôi.</w:t>
      </w:r>
    </w:p>
    <w:p>
      <w:pPr>
        <w:spacing w:after="80"/>
      </w:pPr>
      <w:r>
        <w:rPr>
          <w:b w:val="0"/>
          <w:i w:val="0"/>
        </w:rPr>
        <w:t>"John này," ông nói, "điều con đang than phiền không phải là một vấn đề."</w:t>
      </w:r>
    </w:p>
    <w:p>
      <w:pPr>
        <w:spacing w:after="80"/>
      </w:pPr>
      <w:r>
        <w:rPr>
          <w:b w:val="0"/>
          <w:i w:val="0"/>
        </w:rPr>
        <w:t>“Không phải sao?” tôi đáp. Chẳng lẽ ông ấy không nghe tôi nói?</w:t>
      </w:r>
    </w:p>
    <w:p>
      <w:pPr>
        <w:spacing w:after="80"/>
      </w:pPr>
      <w:r>
        <w:rPr>
          <w:b w:val="0"/>
          <w:i w:val="0"/>
        </w:rPr>
        <w:t>“Không. Đó là một sự thật của cuộc sống. Bạn cần biết sự khác biệt.”</w:t>
      </w:r>
    </w:p>
    <w:p>
      <w:pPr>
        <w:spacing w:after="80"/>
      </w:pPr>
      <w:r>
        <w:rPr>
          <w:b w:val="0"/>
          <w:i w:val="0"/>
        </w:rPr>
        <w:t xml:space="preserve">Fred tiếp tục giải thích rằng để một điều gì đó được gọi là vấn đề, nó phải có thể giải quyết được. Bạn phải có khả năng </w:t>
      </w:r>
      <w:r>
        <w:rPr>
          <w:b w:val="0"/>
          <w:i/>
        </w:rPr>
        <w:t>làm</w:t>
      </w:r>
      <w:r>
        <w:rPr>
          <w:b w:val="0"/>
          <w:i w:val="0"/>
        </w:rPr>
        <w:t xml:space="preserve"> điều gì đó về nó. Ngược lại, một sự thật của cuộc sống không thể thay đổi, nên việc dành thời gian, năng lượng tinh thần hay nỗ lực cho nó là lãng phí. Than phiền về một sự thật của cuộc sống cũng giống như hú lên với mặt trăng. Dưới đây là một vài ví dụ về những sự thật của cuộc sống mà bạn không thể thay đổi hay kiểm soát:</w:t>
      </w:r>
    </w:p>
    <w:p>
      <w:pPr>
        <w:spacing w:after="80"/>
        <w:ind w:left="360"/>
      </w:pPr>
      <w:r>
        <w:t xml:space="preserve">• </w:t>
      </w:r>
      <w:r>
        <w:rPr>
          <w:b w:val="0"/>
          <w:i w:val="0"/>
        </w:rPr>
        <w:t>Nơi bạn sinh ra</w:t>
      </w:r>
    </w:p>
    <w:p>
      <w:pPr>
        <w:spacing w:after="80"/>
        <w:ind w:left="360"/>
      </w:pPr>
      <w:r>
        <w:t xml:space="preserve">• </w:t>
      </w:r>
      <w:r>
        <w:rPr>
          <w:b w:val="0"/>
          <w:i w:val="0"/>
        </w:rPr>
        <w:t>Gen của bạn</w:t>
      </w:r>
    </w:p>
    <w:p>
      <w:pPr>
        <w:spacing w:after="80"/>
        <w:ind w:left="360"/>
      </w:pPr>
      <w:r>
        <w:t xml:space="preserve">• </w:t>
      </w:r>
      <w:r>
        <w:rPr>
          <w:b w:val="0"/>
          <w:i w:val="0"/>
        </w:rPr>
        <w:t>Những gì bạn đã làm hôm qua</w:t>
      </w:r>
    </w:p>
    <w:p>
      <w:pPr>
        <w:spacing w:after="80"/>
        <w:ind w:left="360"/>
      </w:pPr>
      <w:r>
        <w:t xml:space="preserve">• </w:t>
      </w:r>
      <w:r>
        <w:rPr>
          <w:b w:val="0"/>
          <w:i w:val="0"/>
        </w:rPr>
        <w:t>Những gì người khác nói hoặc làm</w:t>
      </w:r>
    </w:p>
    <w:p>
      <w:pPr>
        <w:spacing w:after="80"/>
        <w:ind w:left="360"/>
      </w:pPr>
      <w:r>
        <w:t xml:space="preserve">• </w:t>
      </w:r>
      <w:r>
        <w:rPr>
          <w:b w:val="0"/>
          <w:i w:val="0"/>
        </w:rPr>
        <w:t>Thời tiết</w:t>
      </w:r>
    </w:p>
    <w:p>
      <w:pPr>
        <w:spacing w:after="80"/>
        <w:ind w:left="360"/>
      </w:pPr>
      <w:r>
        <w:t xml:space="preserve">• </w:t>
      </w:r>
      <w:r>
        <w:rPr>
          <w:b w:val="0"/>
          <w:i w:val="0"/>
        </w:rPr>
        <w:t>Thị trường chứng khoán</w:t>
      </w:r>
    </w:p>
    <w:p>
      <w:pPr>
        <w:spacing w:after="80"/>
        <w:ind w:left="360"/>
      </w:pPr>
      <w:r>
        <w:t xml:space="preserve">• </w:t>
      </w:r>
      <w:r>
        <w:rPr>
          <w:b w:val="0"/>
          <w:i w:val="0"/>
        </w:rPr>
        <w:t>Cái chết</w:t>
      </w:r>
    </w:p>
    <w:p>
      <w:pPr>
        <w:spacing w:after="80"/>
      </w:pPr>
      <w:r>
        <w:rPr>
          <w:b w:val="0"/>
          <w:i w:val="0"/>
        </w:rPr>
        <w:t>Đây là những điều chúng ta cần chấp nhận vì chúng ta không thể thay đổi hay giải quyết chúng.</w:t>
      </w:r>
    </w:p>
    <w:p>
      <w:pPr>
        <w:spacing w:after="80"/>
      </w:pPr>
      <w:r>
        <w:rPr>
          <w:b w:val="0"/>
          <w:i w:val="0"/>
        </w:rPr>
        <w:t>Một trong những nguyên nhân lớn nhất gây ra sự bực bội và lãng phí năng lượng thể chất lẫn cảm xúc là lo lắng về điều gì đó mà bạn không thể làm gì được. Rất nhiều người biến những thứ lẽ ra không nên thành vấn đề thành vấn đề, những thứ không đáng kể hoặc không thể thay đổi. Họ cứ mãi nghĩ về chúng. Họ cứ day đi day lại về chúng. Họ để chúng tạo ra thật nhiều năng lượng tiêu cực trong cuộc sống của mình. Khi một vấn đề kéo họ xuống, họ đánh mất cái nhìn toàn cảnh. Tất cả chúng ta đều có thể rơi vào cái bẫy đó. Khi rơi vào, nó kìm hãm chúng ta. Nó ngăn chúng ta đi đến nơi mình cần đến và làm những gì mình muốn làm. Chúng ta cần buông bỏ những thứ đó, tập trung vào nơi mình có thể tạo ra sự khác biệt tích cực, và hướng năng lượng của mình cho phù hợp. Đó là một phần của việc chọn đi theo con đường cao thượng với tư cách một nhà lãnh đạo.</w:t>
      </w:r>
    </w:p>
    <w:p>
      <w:pPr>
        <w:pStyle w:val="Heading3"/>
      </w:pPr>
      <w:r>
        <w:rPr>
          <w:rFonts w:ascii="Calibri" w:hAnsi="Calibri"/>
          <w:b/>
          <w:i w:val="0"/>
          <w:sz w:val="26"/>
        </w:rPr>
        <w:t>6. Trở nên thoải mái với sự khó chịu</w:t>
      </w:r>
    </w:p>
    <w:p>
      <w:pPr>
        <w:spacing w:after="80"/>
      </w:pPr>
      <w:r>
        <w:rPr>
          <w:b w:val="0"/>
          <w:i w:val="0"/>
        </w:rPr>
        <w:t>Phát triển năng lực cảm xúc không có nghĩa là lúc nào cũng chơi an toàn hay ở mãi trong vùng thoải mái của mình. Đó là sự né tránh. Mọi tiến bộ đều đòi hỏi sự thay đổi. Tiến bộ lớn lao thì bao hàm rủi ro. Những điều đó thường không dễ chịu. Bạn nên đối phó với điều này thế nào? Bằng cách tập trung vào tầm nhìn của mình và khơi dậy khát khao đạt được nó. Khi ý thức về mục đích của bạn lớn hơn nỗi sợ hãi của bạn, bạn có thể làm chủ cảm xúc của mình đủ để tiến về phía trước. Chẳng trách giáo sư Betty Bender đã nói: “Bất cứ điều gì tôi từng làm mà cuối cùng hóa ra đáng giá… ban đầu đều khiến tôi sợ chết khiếp.”</w:t>
      </w:r>
    </w:p>
    <w:p>
      <w:pPr>
        <w:spacing w:after="80"/>
      </w:pPr>
      <w:r>
        <w:rPr>
          <w:b w:val="0"/>
          <w:i w:val="0"/>
        </w:rPr>
        <w:t>Người bạn của tôi, Greg Smith, một doanh nhân và là võ sĩ võ thuật cả đời, đã kể cho tôi nghe điều mà Sifu Ted Wong, một học trò xuất sắc của Lý Tiểu Long, từng hỏi các học trò của mình: “Quá trình bước đi là gì?” Thế nào cũng có một học trò nói: “Đưa chân ra phía trước.”</w:t>
      </w:r>
    </w:p>
    <w:p>
      <w:pPr>
        <w:spacing w:after="80"/>
      </w:pPr>
      <w:r>
        <w:rPr>
          <w:b w:val="0"/>
          <w:i w:val="0"/>
        </w:rPr>
        <w:t>“Không,” Sifu Wong sẽ nói. “Nếu bạn chỉ đưa chân ra trước mặt, bạn không di chuyển. Để di chuyển, bạn phải ném mình ra khỏi thế cân bằng; chân bạn chỉ đỡ lấy cú ngã của bạn thôi.”</w:t>
      </w:r>
    </w:p>
    <w:p>
      <w:pPr>
        <w:spacing w:after="80"/>
      </w:pPr>
      <w:r>
        <w:rPr>
          <w:b w:val="0"/>
          <w:i w:val="0"/>
        </w:rPr>
        <w:t xml:space="preserve">Việc mất thăng bằng chẳng hề dễ chịu chút nào. Khi chập chững những bước đầu tiên thuở bé, chúng ta đều sợ hãi. Ta lo mình sẽ ngã, và ta </w:t>
      </w:r>
      <w:r>
        <w:rPr>
          <w:b w:val="0"/>
          <w:i/>
        </w:rPr>
        <w:t>thật sự</w:t>
      </w:r>
      <w:r>
        <w:rPr>
          <w:b w:val="0"/>
          <w:i w:val="0"/>
        </w:rPr>
        <w:t xml:space="preserve"> ngã. Nhưng rồi theo thời gian, ta học được cách thoải mái với chính sự khó chịu của mình. Là những nhà lãnh đạo, ta cũng cần mang tâm thế ấy để không bị cảm xúc nhấn chìm. Ta cần đón nhận rủi ro. Việc bước ra khỏi vùng an toàn phải trở thành chuyện bình thường. Nếu không, ta sẽ trở nên tự mãn, và điều đó giống như một cái chết chậm rãi đối với người lãnh đạo. Huấn luyện viên từng vô địch NBA, đồng thời là chủ tịch đội Miami Heat, Pat Riley, đã nói: "Sự tự mãn là rào cản cuối cùng mà bất kỳ người thắng cuộc nào, bất kỳ đội nào cũng phải vượt qua trước khi đạt tới sự vĩ đại tiềm tàng. Tự mãn là Căn bệnh của Thành công; nó bén rễ khi bạn cảm thấy hài lòng về con người mình và những gì mình đã đạt được."</w:t>
      </w:r>
    </w:p>
    <w:p>
      <w:pPr>
        <w:pStyle w:val="Heading3"/>
      </w:pPr>
      <w:r>
        <w:rPr>
          <w:rFonts w:ascii="Calibri" w:hAnsi="Calibri"/>
          <w:b/>
          <w:i w:val="0"/>
          <w:sz w:val="26"/>
        </w:rPr>
        <w:t>7. Không ngừng mở rộng năng lực của bạn để nó luôn lớn hơn trách nhiệm của bạn</w:t>
      </w:r>
    </w:p>
    <w:p>
      <w:pPr>
        <w:spacing w:after="80"/>
      </w:pPr>
      <w:r>
        <w:rPr>
          <w:b w:val="0"/>
          <w:i w:val="0"/>
        </w:rPr>
        <w:t>Một trong những nguyên nhân lớn nhất gây căng thẳng cho nhà lãnh đạo là khi trách nhiệm vượt quá năng lực của họ trong việc hoàn thành những trách nhiệm đó một cách xuất sắc. Bất kỳ khoảng cách đáng kể nào giữa điều ta có thể làm và điều ta buộc phải làm đều đẩy ta vào trạng thái căng thẳng tột độ và bào mòn năng lượng tinh thần, thể chất lẫn cảm xúc của ta. Đây là cách điều này thường diễn ra:</w:t>
      </w:r>
    </w:p>
    <w:p>
      <w:pPr>
        <w:spacing w:after="80"/>
      </w:pPr>
      <w:r>
        <w:rPr>
          <w:b w:val="0"/>
          <w:i w:val="0"/>
        </w:rPr>
        <w:t>Khi Trách nhiệm &gt; Năng lực: Ta bị kiệt sức</w:t>
      </w:r>
    </w:p>
    <w:p>
      <w:pPr>
        <w:spacing w:after="80"/>
      </w:pPr>
      <w:r>
        <w:rPr>
          <w:b w:val="0"/>
          <w:i w:val="0"/>
        </w:rPr>
        <w:t>Khi Trách nhiệm = Năng lực: Ta bị căng thẳng kinh niên</w:t>
      </w:r>
    </w:p>
    <w:p>
      <w:pPr>
        <w:spacing w:after="80"/>
      </w:pPr>
      <w:r>
        <w:rPr>
          <w:b w:val="0"/>
          <w:i w:val="0"/>
        </w:rPr>
        <w:t>Khi Trách nhiệm &lt; Năng lực: Ta đạt được thành công bền vững</w:t>
      </w:r>
    </w:p>
    <w:p>
      <w:pPr>
        <w:spacing w:after="80"/>
      </w:pPr>
      <w:r>
        <w:rPr>
          <w:b w:val="0"/>
          <w:i w:val="0"/>
        </w:rPr>
        <w:t>Để duy trì năng lực cảm xúc tốt với tư cách nhà lãnh đạo, ta phải hoặc quản lý trách nhiệm của mình tốt hơn, hoặc gia tăng năng lực lớn hơn. Điều này là thiết yếu nếu ta muốn duy trì thành công với tư cách nhà lãnh đạo, đặc biệt là khi ta muốn dẫn dắt theo con đường cao thượng. Dưới đây là những khuyến nghị của tôi về cách điều chỉnh mức độ trách nhiệm và phát triển năng lực của bạn:</w:t>
      </w:r>
    </w:p>
    <w:p>
      <w:pPr>
        <w:pStyle w:val="Heading4"/>
      </w:pPr>
      <w:r>
        <w:rPr>
          <w:rFonts w:ascii="Calibri" w:hAnsi="Calibri"/>
          <w:b/>
          <w:i w:val="0"/>
          <w:sz w:val="23"/>
        </w:rPr>
        <w:t>Tìm những cách lành mạnh để quản lý trách nhiệm của bạn</w:t>
      </w:r>
    </w:p>
    <w:p>
      <w:pPr>
        <w:spacing w:after="80"/>
      </w:pPr>
      <w:r>
        <w:rPr>
          <w:b w:val="0"/>
          <w:i w:val="0"/>
        </w:rPr>
        <w:t xml:space="preserve">Nếu bạn có thói quen nhận nhiều trách nhiệm hơn mức mình có thể xử lý, bạn cần </w:t>
      </w:r>
      <w:r>
        <w:rPr>
          <w:b/>
          <w:i w:val="0"/>
        </w:rPr>
        <w:t>thiết lập ranh giới tốt hơn</w:t>
      </w:r>
      <w:r>
        <w:rPr>
          <w:b w:val="0"/>
          <w:i w:val="0"/>
        </w:rPr>
        <w:t>. Bạn có thể làm điều đó bằng cách xác định những kỳ vọng mà người khác đặt lên bạn và đảm bảo chúng phù hợp với năng lực của bạn. Nếu không phù hợp, bạn sẽ cần định nghĩa lại, làm rõ lại hoặc thương lượng lại những kỳ vọng đó. Có thể điều bạn tưởng là thiết yếu lại không phải vậy. Có thể điều bạn tin là nghĩa vụ thực ra chỉ là một lựa chọn. Có thể điều người ta kỳ vọng ở bạn vốn không thực tế và cần được xem xét lại. Có một điều chắc chắn: nếu bạn không điều chỉnh, bạn sẽ tiếp tục cảm thấy căng thẳng và bào mòn năng lực cảm xúc của mình.</w:t>
      </w:r>
    </w:p>
    <w:p>
      <w:pPr>
        <w:spacing w:after="80"/>
      </w:pPr>
      <w:r>
        <w:rPr>
          <w:b w:val="0"/>
          <w:i w:val="0"/>
        </w:rPr>
        <w:t xml:space="preserve">Một cách khác để quản lý trách nhiệm là </w:t>
      </w:r>
      <w:r>
        <w:rPr>
          <w:b/>
          <w:i w:val="0"/>
        </w:rPr>
        <w:t>tính toán cái giá của những cam kết</w:t>
      </w:r>
      <w:r>
        <w:rPr>
          <w:b w:val="0"/>
          <w:i w:val="0"/>
        </w:rPr>
        <w:t>. Mỗi cam kết ta đưa ra đều kèm theo một cái giá. Việc tính toán cái giá trước khi hứa hẹn giúp bảo vệ ta khỏi việc tự đẩy mình đi quá xa. Nếu bạn đã lỡ đưa ra một cam kết mà chưa cân nhắc trước khi đồng ý, và bạn phát hiện mình không thể giữ được nó, bạn sẽ cần xem lại và thừa nhận sai lầm của mình.</w:t>
      </w:r>
    </w:p>
    <w:p>
      <w:pPr>
        <w:spacing w:after="80"/>
      </w:pPr>
      <w:r>
        <w:rPr>
          <w:b w:val="0"/>
          <w:i w:val="0"/>
        </w:rPr>
        <w:t xml:space="preserve">Cách thứ ba để quản lý trách nhiệm một cách lành mạnh là </w:t>
      </w:r>
      <w:r>
        <w:rPr>
          <w:b/>
          <w:i w:val="0"/>
        </w:rPr>
        <w:t>gắn chúng với mục đích sống của bạn</w:t>
      </w:r>
      <w:r>
        <w:rPr>
          <w:b w:val="0"/>
          <w:i w:val="0"/>
        </w:rPr>
        <w:t>. Không có một hình dung rõ ràng và thuyết phục về đích đến trong cuộc đời, bạn sẽ lãng phí thời gian và năng lượng vào những việc không quan trọng. Điều đó chắc chắn sẽ bào mòn năng lượng và khiến bạn nản lòng.</w:t>
      </w:r>
    </w:p>
    <w:p>
      <w:pPr>
        <w:pStyle w:val="Heading4"/>
      </w:pPr>
      <w:r>
        <w:rPr>
          <w:rFonts w:ascii="Calibri" w:hAnsi="Calibri"/>
          <w:b/>
          <w:i w:val="0"/>
          <w:sz w:val="23"/>
        </w:rPr>
        <w:t>Tìm những cách chủ động để gia tăng năng lực của bạn</w:t>
      </w:r>
    </w:p>
    <w:p>
      <w:pPr>
        <w:spacing w:after="80"/>
      </w:pPr>
      <w:r>
        <w:rPr>
          <w:b w:val="0"/>
          <w:i w:val="0"/>
        </w:rPr>
        <w:t xml:space="preserve">Nhiều người tôi từng gặp tin rằng năng lực của họ là cố định, nhưng điều đó đơn giản là không đúng. Bạn có thể gia tăng năng lực của mình ở gần như mọi lĩnh vực trong đời. Tôi tin vào ý tưởng này đến mức đã viết hẳn một cuốn sách về nó mang tên </w:t>
      </w:r>
      <w:r>
        <w:rPr>
          <w:b w:val="0"/>
          <w:i/>
        </w:rPr>
        <w:t>No Limits</w:t>
      </w:r>
      <w:r>
        <w:rPr>
          <w:b w:val="0"/>
          <w:i w:val="0"/>
        </w:rPr>
        <w:t>. Đừng để bất kỳ ai - kể cả chính bạn - nói với bạn rằng bạn không thể phát triển, cải thiện và gia tăng năng lực của mình. Nếu bạn tin rằng mình có thể gia tăng năng lực cảm xúc và nỗ lực vì điều đó, thì bạn làm được. Nếu bạn tin chắc rằng mình không thể, thì bạn sẽ không làm được.</w:t>
      </w:r>
    </w:p>
    <w:p>
      <w:pPr>
        <w:spacing w:after="80"/>
      </w:pPr>
      <w:r>
        <w:rPr>
          <w:b w:val="0"/>
          <w:i w:val="0"/>
        </w:rPr>
        <w:t xml:space="preserve">Để khởi động quá trình này, hãy </w:t>
      </w:r>
      <w:r>
        <w:rPr>
          <w:b/>
          <w:i w:val="0"/>
        </w:rPr>
        <w:t>tập trung vào điểm mạnh của bạn</w:t>
      </w:r>
      <w:r>
        <w:rPr>
          <w:b w:val="0"/>
          <w:i w:val="0"/>
        </w:rPr>
        <w:t>. Khi còn nhỏ, hầu hết chúng ta đều được dạy phải dành thời gian để kéo điểm môn yếu nhất của mình lên. Thầy cô muốn ta tập trung cải thiện ở những lĩnh vực còn yếu kém. Đây có thể là lời khuyên hay để nâng điểm trung bình, nhưng lại là lời khuyên tồi để đạt tới tiềm năng của bạn. Ở nơi bạn mạnh nhất, bạn có tiềm năng phát triển lớn nhất. Ban đầu, những bước tiến trong năng lực của bạn sẽ là những bước nhảy lớn. Về sau, tiến độ sẽ chậm lại, nhưng nếu bạn giữ tư duy dài hạn về điều đó, bạn sẽ tiếp tục phát triển. Tôi đang ở độ tuổi cuối bảy mươi, và tôi vẫn đang mở rộng năng lực lãnh đạo của mình. Ý định của tôi là tiếp tục làm điều đó chừng nào tôi còn sống.</w:t>
      </w:r>
    </w:p>
    <w:p>
      <w:pPr>
        <w:spacing w:after="80"/>
      </w:pPr>
      <w:r>
        <w:rPr>
          <w:b w:val="0"/>
          <w:i w:val="0"/>
        </w:rPr>
        <w:t xml:space="preserve">Một cách khác để gia tăng năng lực cảm xúc là </w:t>
      </w:r>
      <w:r>
        <w:rPr>
          <w:b/>
          <w:i w:val="0"/>
        </w:rPr>
        <w:t>quản lý năng lượng của bạn mỗi ngày</w:t>
      </w:r>
      <w:r>
        <w:rPr>
          <w:b w:val="0"/>
          <w:i w:val="0"/>
        </w:rPr>
        <w:t xml:space="preserve">. Nếu bạn chủ động tập trung vào những ưu tiên và làm việc vào thời điểm trong ngày khi bạn minh mẫn và tràn đầy năng lượng, bạn sẽ hoàn thành được nhiều việc </w:t>
      </w:r>
      <w:r>
        <w:rPr>
          <w:b w:val="0"/>
          <w:i/>
        </w:rPr>
        <w:t>và</w:t>
      </w:r>
      <w:r>
        <w:rPr>
          <w:b w:val="0"/>
          <w:i w:val="0"/>
        </w:rPr>
        <w:t xml:space="preserve"> cảm thấy hài lòng về bản thân khi làm điều đó, điều này mang lại cho bạn khoảng dư tinh thần và cảm xúc lớn hơn. Tôi thích nghĩ mỗi ngày đều có những mùa của riêng nó.</w:t>
      </w:r>
    </w:p>
    <w:p>
      <w:pPr>
        <w:spacing w:after="80"/>
      </w:pPr>
      <w:r>
        <w:rPr>
          <w:b w:val="0"/>
          <w:i w:val="0"/>
        </w:rPr>
        <w:t>Với tôi, sáng sớm giống như mùa xuân. Tôi tươi mới và tràn đầy năng lượng. Ý tưởng nảy nở và đơm hoa như những đóa hoa. Tôi thích dậy trước khi mặt trời mọc để viết và suy nghĩ. Đó là lúc tôi làm việc hiệu quả nhất. Buổi chiều giống như mùa thu. Có một cảm giác ấm cúng. Đó là lúc tôi thích dành thời gian với mọi người. Tôi sẽ dự họp, gọi điện, hoặc ngồi trò chuyện. Buổi tối giống như mùa hè. Vào những tháng nóng, nông dân làm việc trên đồng ruộng của họ. Vào buổi tối, tôi làm việc kinh doanh. Còn ban đêm? Tôi nghỉ ngơi.</w:t>
      </w:r>
    </w:p>
    <w:p>
      <w:pPr>
        <w:spacing w:after="80"/>
      </w:pPr>
      <w:r>
        <w:rPr>
          <w:b w:val="0"/>
          <w:i w:val="0"/>
        </w:rPr>
        <w:t>Hãy hiểu chính mình và biết khi nào bạn ở trạng thái tốt nhất, tập trung vào những ưu tiên của bạn, và phát huy thế mạnh của mình, rồi bạn sẽ gia tăng năng lực làm việc. Như Thomas Carlyle đã nói: "Không gì xây dựng lòng tự trọng và sự tự tin bằng thành tựu." Và bạn càng cảm thấy tốt về bản thân, bạn càng có nhiều năng lượng và năng lực cảm xúc để đối phó với mọi thứ khác.</w:t>
      </w:r>
    </w:p>
    <w:p>
      <w:pPr>
        <w:pStyle w:val="Heading3"/>
      </w:pPr>
      <w:r>
        <w:rPr>
          <w:rFonts w:ascii="Calibri" w:hAnsi="Calibri"/>
          <w:b/>
          <w:i w:val="0"/>
          <w:sz w:val="26"/>
        </w:rPr>
        <w:t>8. Hãy Ưu Tiên Chăm Sóc Bản Thân</w:t>
      </w:r>
    </w:p>
    <w:p>
      <w:pPr>
        <w:spacing w:after="80"/>
      </w:pPr>
      <w:r>
        <w:rPr>
          <w:b w:val="0"/>
          <w:i w:val="0"/>
        </w:rPr>
        <w:t>Một trong những điều tốt nhất bạn có thể làm để gia tăng năng lực cảm xúc là chăm sóc bản thân. Nhà văn và nhà hoạt động Parker Palmer đã nói: "Tự chăm sóc bản thân chưa bao giờ là một hành động ích kỷ—đó đơn giản là sự quản lý tốt món quà duy nhất tôi có, món quà mà tôi được đặt trên đời để trao cho người khác. Bất cứ khi nào chúng ta có thể lắng nghe con người thật của mình và trao cho nó sự chăm sóc mà nó cần, chúng ta làm điều đó không chỉ vì bản thân mà còn vì nhiều người khác mà cuộc sống chúng ta chạm đến."</w:t>
      </w:r>
    </w:p>
    <w:p>
      <w:pPr>
        <w:spacing w:after="80"/>
      </w:pPr>
      <w:r>
        <w:rPr>
          <w:b w:val="0"/>
          <w:i w:val="0"/>
        </w:rPr>
        <w:t>Vì lợi ích của những người chúng ta dẫn dắt, chúng ta phải chăm sóc bản thân. Một nhà lãnh đạo được nghỉ ngơi và nạp lại năng lượng có khả năng chọn con đường cao thượng hơn khi áp lực đến và những đòi hỏi của việc lãnh đạo trở nên cao. Và điều đó đòi hỏi nhiều hơn là chỉ lướt web hay xem TV vô bổ sau giờ làm. Chúng ta phải có chủ đích trong việc tái tạo nguồn năng lượng dự trữ để làm mới chính mình, nghĩa là được sảng khoái và hồi phục.</w:t>
      </w:r>
    </w:p>
    <w:p>
      <w:pPr>
        <w:spacing w:after="80"/>
      </w:pPr>
      <w:r>
        <w:rPr>
          <w:b w:val="0"/>
          <w:i w:val="0"/>
        </w:rPr>
        <w:t>Để ở trạng thái tốt nhất, tôi tập trung chăm sóc bản thân ở bốn lĩnh vực.</w:t>
      </w:r>
    </w:p>
    <w:p>
      <w:pPr>
        <w:pStyle w:val="Heading4"/>
      </w:pPr>
      <w:r>
        <w:rPr>
          <w:rFonts w:ascii="Calibri" w:hAnsi="Calibri"/>
          <w:b/>
          <w:i w:val="0"/>
          <w:sz w:val="23"/>
        </w:rPr>
        <w:t>Tìm Kiếm Sự Nuôi Dưỡng Tâm Linh</w:t>
      </w:r>
    </w:p>
    <w:p>
      <w:pPr>
        <w:spacing w:after="80"/>
      </w:pPr>
      <w:r>
        <w:rPr>
          <w:b w:val="0"/>
          <w:i w:val="0"/>
        </w:rPr>
        <w:t>Với tôi, mọi thứ bắt đầu bằng việc thừa nhận một nguồn cao cả hơn trong cuộc đời mình. Điều đó không chỉ khích lệ tôi và cho tôi một nơi để nương tựa khi đối mặt với thử thách, mà còn khiến tôi khiêm nhường. Mỗi ngày tôi cầu xin Chúa dẫn dắt.</w:t>
      </w:r>
    </w:p>
    <w:p>
      <w:pPr>
        <w:pStyle w:val="Heading4"/>
      </w:pPr>
      <w:r>
        <w:rPr>
          <w:rFonts w:ascii="Calibri" w:hAnsi="Calibri"/>
          <w:b/>
          <w:i w:val="0"/>
          <w:sz w:val="23"/>
        </w:rPr>
        <w:t>Tiếp Nhận Năng Lượng Từ Các Mối Quan Hệ</w:t>
      </w:r>
    </w:p>
    <w:p>
      <w:pPr>
        <w:spacing w:after="80"/>
      </w:pPr>
      <w:r>
        <w:rPr>
          <w:b w:val="0"/>
          <w:i w:val="0"/>
        </w:rPr>
        <w:t>Hai điều mang lại cho tôi năng lượng từ các mối quan hệ. Thứ nhất là dành thời gian với những người tôi yêu thương. Tôi được tiếp thêm năng lượng khi ở bên Margaret, các con và các cháu của chúng tôi. Tôi cũng thích ở bên các thành viên trong nhóm và những nhà lãnh đạo khác. Không gì vui hơn một cuộc trò chuyện tuyệt vời bên một bữa ăn ngon. Thứ hai là đầu tư thời gian vào những người coi trọng sự phát triển. Tôi được tiếp thêm năng lượng không chỉ nhờ giúp đỡ họ mà còn nhờ thấy họ thành công.</w:t>
      </w:r>
    </w:p>
    <w:p>
      <w:pPr>
        <w:pStyle w:val="Heading4"/>
      </w:pPr>
      <w:r>
        <w:rPr>
          <w:rFonts w:ascii="Calibri" w:hAnsi="Calibri"/>
          <w:b/>
          <w:i w:val="0"/>
          <w:sz w:val="23"/>
        </w:rPr>
        <w:t>Duy Trì Sức Khỏe Thể Chất</w:t>
      </w:r>
    </w:p>
    <w:p>
      <w:pPr>
        <w:spacing w:after="80"/>
      </w:pPr>
      <w:r>
        <w:rPr>
          <w:b w:val="0"/>
          <w:i w:val="0"/>
        </w:rPr>
        <w:t>Bạn có thể không đoán ra khi nhìn tôi, nhưng tôi thực sự chăm lo cho sức khỏe thể chất của mình. Tôi hiếm khi ốm. Tôi đặt mục tiêu bơi ba mươi phút mỗi ngày. Và tôi cố gắng ăn uống lành mạnh hơn, dù tôi thừa nhận đó là cuộc đấu tranh lớn nhất của tôi. Tôi muốn trụ lại trong cuộc chơi càng lâu càng tốt.</w:t>
      </w:r>
    </w:p>
    <w:p>
      <w:pPr>
        <w:pStyle w:val="Heading4"/>
      </w:pPr>
      <w:r>
        <w:rPr>
          <w:rFonts w:ascii="Calibri" w:hAnsi="Calibri"/>
          <w:b/>
          <w:i w:val="0"/>
          <w:sz w:val="23"/>
        </w:rPr>
        <w:t>Thúc Đẩy Sự Phát Triển Tinh Thần</w:t>
      </w:r>
    </w:p>
    <w:p>
      <w:pPr>
        <w:spacing w:after="80"/>
      </w:pPr>
      <w:r>
        <w:rPr>
          <w:b w:val="0"/>
          <w:i w:val="0"/>
        </w:rPr>
        <w:t>Mỗi ngày tôi lấp đầy tâm trí mình bằng những suy nghĩ và ý tưởng tốt đẹp. Tôi biết bảo đảm duy nhất cho một ngày mai tốt đẹp hơn là sự phát triển cá nhân hôm nay. Vì lý do đó, mỗi ngày tôi đọc. Tôi suy nghĩ và đặt câu hỏi. Tôi lưu lại những gì mình đang học. Và tôi viết. Tôi có ý định tiếp tục học hỏi và phát triển cho đến khi qua đời.</w:t>
      </w:r>
    </w:p>
    <w:p>
      <w:pPr>
        <w:spacing w:after="80"/>
      </w:pPr>
      <w:r>
        <w:rPr>
          <w:b w:val="0"/>
          <w:i w:val="0"/>
        </w:rPr>
        <w:t>Bản chất của việc lãnh đạo theo con đường cao thượng là phục vụ con người và trao cho họ những gì tốt nhất của bạn. Điều đó chỉ khả thi nếu bạn có điều gì đó để trao và bạn sở hữu năng lực để trao nó. Bạn càng mang ít hành lý cảm xúc, bạn càng đi được xa. Bạn càng tập trung vào điều thực sự quan trọng và buông bỏ những thứ khác, bạn càng ít bị xao nhãng khỏi mục đích lớn lao của mình. Bạn càng rèn luyện năng lực cảm xúc, bạn càng có nhiều dư địa và càng kiên cường. Tất cả những điều này sẽ đặt bạn vào vị thế tốt hơn để lãnh đạo vì lợi ích của người khác, bất kể cuộc sống ném vào bạn điều gì.</w:t>
      </w:r>
    </w:p>
    <w:p>
      <w:pPr>
        <w:spacing w:after="80"/>
      </w:pPr>
      <w:r>
        <w:rPr>
          <w:b/>
          <w:i w:val="0"/>
        </w:rPr>
        <w:t>Con Đường Phát Triển Năng Lực Cảm Xúc: SỰ KIÊN CƯỜNG</w:t>
      </w:r>
    </w:p>
    <w:p>
      <w:pPr>
        <w:spacing w:after="80"/>
      </w:pPr>
      <w:r>
        <w:rPr>
          <w:b w:val="0"/>
          <w:i w:val="0"/>
        </w:rPr>
        <w:t>Chìa khóa để phát triển năng lực cảm xúc lớn hơn là sự kiên cường, tức là "khả năng phục hồi hoặc dễ dàng thích nghi với bất hạnh hoặc thay đổi." Những nhà lãnh đạo mạnh mẽ sẵn lòng gánh chịu gánh nặng cảm xúc của các vấn đề, thử thách, thất bại và những khó khăn khác vì lợi ích của con người và tổ chức của họ. Họ học cách phục hồi nhanh chóng và giúp người khác vực dậy. Và bởi vì họ đã tạo ra năng lực cảm xúc cho chính mình, họ có thể tập hợp mọi người, thách thức và truyền cảm hứng để họ tiến về phía trước, và dẫn dắt họ đến thành công.</w:t>
      </w:r>
    </w:p>
    <w:p>
      <w:pPr>
        <w:pStyle w:val="Heading1"/>
      </w:pPr>
      <w:r>
        <w:rPr>
          <w:rFonts w:ascii="Calibri" w:hAnsi="Calibri"/>
          <w:b/>
          <w:i w:val="0"/>
          <w:sz w:val="40"/>
        </w:rPr>
        <w:t>7 ĐẶT CON NGƯỜI LÊN TRÊN MỤC TIÊU CỦA BẢN THÂN</w:t>
      </w:r>
    </w:p>
    <w:p>
      <w:pPr>
        <w:spacing w:after="80"/>
      </w:pPr>
      <w:r>
        <w:rPr>
          <w:b w:val="0"/>
          <w:i w:val="0"/>
        </w:rPr>
        <w:t>NĂM 2016, MỘT NHÓM CHÍNH TRỊ được tài trợ dồi dào đã tìm đến tôi vì họ chán ngán tình hình chính trị Mỹ. Giống như nhiều người ở Hoa Kỳ thời điểm đó, họ vỡ mộng với cả hai đảng chính trị và các hoạt động của họ. Họ đặc biệt thiếu niềm tin vào hai ứng viên mà các đảng đưa ra tranh cử tổng thống: Hillary Clinton và Donald Trump. Khi tôi gặp đại diện của nhóm này, họ có một đề xuất để tôi cân nhắc. Họ muốn tôi tranh cử tổng thống với tư cách ứng viên đảng thứ ba.</w:t>
      </w:r>
    </w:p>
    <w:p>
      <w:pPr>
        <w:spacing w:after="80"/>
      </w:pPr>
      <w:r>
        <w:rPr>
          <w:b w:val="0"/>
          <w:i w:val="0"/>
        </w:rPr>
        <w:t>Lúc đầu, tôi sốc. Dù tôi yêu thích lãnh đạo, nghiên cứu về các tổng thống Mỹ và tham gia vào hệ thống bằng việc bỏ phiếu, tôi chưa bao giờ có tham vọng chính trị. Chưa một lần trong đời tôi nghĩ đến việc tranh cử—bất kỳ chức vụ nào. Nhưng tôi thấy tò mò. Giống như nhiều người, tôi chán ngán chính trị đảng phái, những màn chơi trò, những cuộc đấu đá nội bộ, và việc Washington, DC không thể hoàn thành bất cứ điều gì quan trọng. Vậy nên tôi đã cân nhắc ý tưởng này một cách nghiêm túc.</w:t>
      </w:r>
    </w:p>
    <w:p>
      <w:pPr>
        <w:spacing w:after="80"/>
      </w:pPr>
      <w:r>
        <w:rPr>
          <w:b w:val="0"/>
          <w:i w:val="0"/>
        </w:rPr>
        <w:t>Tôi mất khoảng hai tuần để cân nhắc ý tưởng này từ mọi góc độ. Tôi nói chuyện với những nhà lãnh đạo tôi kính trọng để xin lời khuyên. Tôi nói chuyện với từng thành viên trong gia đình vì khi một người tranh cử, mọi người trong gia đình họ đều bị ảnh hưởng. Cuối cùng, tôi từ chối đề nghị của họ. Thứ nhất, tôi tin mình không thể thắng cuộc đua. Chưa từng có ứng viên đảng thứ ba nào thắng một cuộc bầu cử tổng thống, kể cả Theodore Roosevelt nổi tiếng. Thời điểm bắt đầu tranh cử cũng đã muộn. Tôi kết luận mình cùng lắm chỉ có thể là kẻ phá đám, giống Ross Perot năm 1992. Ông ấy nhận được 19 phần trăm số phiếu phổ thông trong khi chỉ có 6 phần trăm tách biệt người thắng cuộc Bill Clinton với đương kim tổng thống George H. W. Bush. Nhiều người tin rằng phần lớn số cử tri đó đến từ cột phiếu của Bush.</w:t>
      </w:r>
    </w:p>
    <w:p>
      <w:pPr>
        <w:spacing w:after="80"/>
      </w:pPr>
      <w:r>
        <w:rPr>
          <w:b w:val="0"/>
          <w:i w:val="0"/>
        </w:rPr>
        <w:t>Nhưng có lý do thứ hai khiến tôi quyết định không tranh cử. Khi các đại diện đảng thứ ba bàn về khả năng tôi ra tranh cử, họ nói: "Giờ anh cần hiểu rằng, trong vòng hai mươi bốn giờ sau khi tuyên bố ứng cử, họ sẽ làm mọi cách để bôi nhọ anh. Người ta sẽ bắt đầu nói dối về anh. Họ sẽ nói dối về gia đình anh. Họ biết điều họ nói là không đúng, nhưng họ chỉ cần nói dối trong ba tháng, rồi cuộc bầu cử sẽ kết thúc."</w:t>
      </w:r>
    </w:p>
    <w:p>
      <w:pPr>
        <w:spacing w:after="80"/>
      </w:pPr>
      <w:r>
        <w:rPr>
          <w:b w:val="0"/>
          <w:i w:val="0"/>
        </w:rPr>
        <w:t>Đáng buồn thay, tôi có thể thấy điều này sẽ xảy ra với mình. Một số người trong hai đảng chính trị sẽ làm gần như bất cứ điều gì để thắng. Và sau đó, khi tôi nói chuyện với người bạn Carly Fiorina của tôi, người đã tranh cử để trở thành ứng viên đảng Cộng hòa năm 2016, cô ấy về cơ bản nói rằng cô ấy từng nghĩ các phòng họp hội đồng quản trị của những công ty Fortune 100 là khắc nghiệt cho đến khi cô ấy tranh cử chính trị. Trong giới kinh doanh, thật khó để liên tục nói dối mà vẫn thoát được. Trong chính trị, người ta làm được.</w:t>
      </w:r>
    </w:p>
    <w:p>
      <w:pPr>
        <w:pStyle w:val="Heading2"/>
      </w:pPr>
      <w:r>
        <w:rPr>
          <w:rFonts w:ascii="Calibri" w:hAnsi="Calibri"/>
          <w:b/>
          <w:i w:val="0"/>
          <w:sz w:val="32"/>
        </w:rPr>
        <w:t>MỤC TIÊU CỦA BẠN LÀ GÌ?</w:t>
      </w:r>
    </w:p>
    <w:p>
      <w:pPr>
        <w:spacing w:after="80"/>
      </w:pPr>
      <w:r>
        <w:rPr>
          <w:b w:val="0"/>
          <w:i w:val="0"/>
        </w:rPr>
        <w:t>Những nhà lãnh đạo giỏi hoàn thành công việc. Warren Bennis, một trong những nhà văn và nhà tư tưởng về lãnh đạo tôi yêu thích nhất, nói: "Lãnh đạo là khả năng biến tầm nhìn thành hiện thực." Những nhà lãnh đạo có xu hướng hành động để họ có thể hoàn thành mọi việc. Họ thích huy động con người và đưa họ vào chuyển động để thấy tầm nhìn của mình thành hiện thực. Đôi khi nhà lãnh đạo có một mục tiêu họ muốn đạt được. Lúc khác, đó là một sự nghiệp họ muốn đấu tranh. Hoặc có một vấn đề họ muốn giải quyết hay một bài toán họ muốn tháo gỡ. Hoặc họ muốn phe của mình thắng. Nói cách khác, nhà lãnh đạo luôn có một mục tiêu.</w:t>
      </w:r>
    </w:p>
    <w:p>
      <w:pPr>
        <w:spacing w:after="80"/>
      </w:pPr>
      <w:r>
        <w:rPr>
          <w:b w:val="0"/>
          <w:i w:val="0"/>
        </w:rPr>
        <w:t xml:space="preserve">Đó có thể là điều tuyệt vời. Nhưng cũng có thể là điều tồi tệ nếu nhà lãnh đạo đặt mục tiêu của mình lên trên con người. Đến lúc nào thì một mục tiêu, một tầm nhìn hay một sự nghiệp trở nên quan trọng hơn con người? Câu trả lời của tôi là </w:t>
      </w:r>
      <w:r>
        <w:rPr>
          <w:b w:val="0"/>
          <w:i/>
        </w:rPr>
        <w:t>không bao giờ</w:t>
      </w:r>
      <w:r>
        <w:rPr>
          <w:b w:val="0"/>
          <w:i w:val="0"/>
        </w:rPr>
        <w:t>. Con người luôn có giá trị cao nhất. Những nhà lãnh đạo con đường thấp đặt người khác "vào đúng vị trí của họ" bằng cách nâng mình lên trên mọi người. Những nhà lãnh đạo con đường cao biết "vị trí" đúng đắn cho người khác là ở trên mình. Đó là lý do Chúa Giê-su, người tôi coi là nhà lãnh đạo con đường cao vĩ đại nhất, đo lường sự vĩ đại bằng cách con người đặt người khác lên trước mình và phục vụ họ.</w:t>
      </w:r>
    </w:p>
    <w:p>
      <w:pPr>
        <w:spacing w:after="80"/>
      </w:pPr>
      <w:r>
        <w:rPr>
          <w:b w:val="0"/>
          <w:i w:val="0"/>
        </w:rPr>
        <w:t>Cách chúng ta nhìn con người chính là cách chúng ta đối xử với con người. Khi tôi nỗ lực hoàn thành một tầm nhìn, cách tôi tương tác với người khác sẽ được quyết định bởi góc nhìn của tôi:</w:t>
      </w:r>
    </w:p>
    <w:p>
      <w:pPr>
        <w:spacing w:after="80"/>
      </w:pPr>
      <w:r>
        <w:rPr>
          <w:b w:val="0"/>
          <w:i w:val="0"/>
        </w:rPr>
        <w:t xml:space="preserve">Nếu tôi thấy bạn đang </w:t>
      </w:r>
      <w:r>
        <w:rPr>
          <w:b w:val="0"/>
          <w:i/>
        </w:rPr>
        <w:t>đau khổ</w:t>
      </w:r>
      <w:r>
        <w:rPr>
          <w:b w:val="0"/>
          <w:i w:val="0"/>
        </w:rPr>
        <w:t xml:space="preserve">, tôi sẽ muốn </w:t>
      </w:r>
      <w:r>
        <w:rPr>
          <w:b w:val="0"/>
          <w:i/>
        </w:rPr>
        <w:t>giúp</w:t>
      </w:r>
      <w:r>
        <w:rPr>
          <w:b w:val="0"/>
          <w:i w:val="0"/>
        </w:rPr>
        <w:t xml:space="preserve"> bạn.</w:t>
      </w:r>
    </w:p>
    <w:p>
      <w:pPr>
        <w:spacing w:after="80"/>
      </w:pPr>
      <w:r>
        <w:rPr>
          <w:b w:val="0"/>
          <w:i w:val="0"/>
        </w:rPr>
        <w:t xml:space="preserve">Nếu tôi thấy bạn đang </w:t>
      </w:r>
      <w:r>
        <w:rPr>
          <w:b w:val="0"/>
          <w:i/>
        </w:rPr>
        <w:t>tan vỡ</w:t>
      </w:r>
      <w:r>
        <w:rPr>
          <w:b w:val="0"/>
          <w:i w:val="0"/>
        </w:rPr>
        <w:t xml:space="preserve">, tôi sẽ muốn </w:t>
      </w:r>
      <w:r>
        <w:rPr>
          <w:b w:val="0"/>
          <w:i/>
        </w:rPr>
        <w:t>sửa chữa</w:t>
      </w:r>
      <w:r>
        <w:rPr>
          <w:b w:val="0"/>
          <w:i w:val="0"/>
        </w:rPr>
        <w:t xml:space="preserve"> bạn.</w:t>
      </w:r>
    </w:p>
    <w:p>
      <w:pPr>
        <w:spacing w:after="80"/>
      </w:pPr>
      <w:r>
        <w:rPr>
          <w:b w:val="0"/>
          <w:i w:val="0"/>
        </w:rPr>
        <w:t xml:space="preserve">Nếu tôi thấy bạn là </w:t>
      </w:r>
      <w:r>
        <w:rPr>
          <w:b w:val="0"/>
          <w:i/>
        </w:rPr>
        <w:t>phiền phức</w:t>
      </w:r>
      <w:r>
        <w:rPr>
          <w:b w:val="0"/>
          <w:i w:val="0"/>
        </w:rPr>
        <w:t xml:space="preserve">, tôi sẽ muốn </w:t>
      </w:r>
      <w:r>
        <w:rPr>
          <w:b w:val="0"/>
          <w:i/>
        </w:rPr>
        <w:t>phớt lờ</w:t>
      </w:r>
      <w:r>
        <w:rPr>
          <w:b w:val="0"/>
          <w:i w:val="0"/>
        </w:rPr>
        <w:t xml:space="preserve"> bạn.</w:t>
      </w:r>
    </w:p>
    <w:p>
      <w:pPr>
        <w:spacing w:after="80"/>
      </w:pPr>
      <w:r>
        <w:rPr>
          <w:b w:val="0"/>
          <w:i w:val="0"/>
        </w:rPr>
        <w:t xml:space="preserve">Nếu tôi thấy bạn là một </w:t>
      </w:r>
      <w:r>
        <w:rPr>
          <w:b w:val="0"/>
          <w:i/>
        </w:rPr>
        <w:t>chướng ngại</w:t>
      </w:r>
      <w:r>
        <w:rPr>
          <w:b w:val="0"/>
          <w:i w:val="0"/>
        </w:rPr>
        <w:t xml:space="preserve">, tôi sẽ muốn </w:t>
      </w:r>
      <w:r>
        <w:rPr>
          <w:b w:val="0"/>
          <w:i/>
        </w:rPr>
        <w:t>loại bỏ</w:t>
      </w:r>
      <w:r>
        <w:rPr>
          <w:b w:val="0"/>
          <w:i w:val="0"/>
        </w:rPr>
        <w:t xml:space="preserve"> bạn.</w:t>
      </w:r>
    </w:p>
    <w:p>
      <w:pPr>
        <w:spacing w:after="80"/>
      </w:pPr>
      <w:r>
        <w:rPr>
          <w:b w:val="0"/>
          <w:i w:val="0"/>
        </w:rPr>
        <w:t xml:space="preserve">Nếu tôi thấy bạn là </w:t>
      </w:r>
      <w:r>
        <w:rPr>
          <w:b w:val="0"/>
          <w:i/>
        </w:rPr>
        <w:t>đối thủ</w:t>
      </w:r>
      <w:r>
        <w:rPr>
          <w:b w:val="0"/>
          <w:i w:val="0"/>
        </w:rPr>
        <w:t xml:space="preserve">, tôi sẽ muốn </w:t>
      </w:r>
      <w:r>
        <w:rPr>
          <w:b w:val="0"/>
          <w:i/>
        </w:rPr>
        <w:t>đánh bại</w:t>
      </w:r>
      <w:r>
        <w:rPr>
          <w:b w:val="0"/>
          <w:i w:val="0"/>
        </w:rPr>
        <w:t xml:space="preserve"> bạn.</w:t>
      </w:r>
    </w:p>
    <w:p>
      <w:pPr>
        <w:spacing w:after="80"/>
      </w:pPr>
      <w:r>
        <w:rPr>
          <w:b w:val="0"/>
          <w:i w:val="0"/>
        </w:rPr>
        <w:t xml:space="preserve">Nhưng nếu tôi thấy bạn là </w:t>
      </w:r>
      <w:r>
        <w:rPr>
          <w:b w:val="0"/>
          <w:i/>
        </w:rPr>
        <w:t>quý giá</w:t>
      </w:r>
      <w:r>
        <w:rPr>
          <w:b w:val="0"/>
          <w:i w:val="0"/>
        </w:rPr>
        <w:t xml:space="preserve">, tôi sẽ muốn </w:t>
      </w:r>
      <w:r>
        <w:rPr>
          <w:b w:val="0"/>
          <w:i/>
        </w:rPr>
        <w:t>phục vụ</w:t>
      </w:r>
      <w:r>
        <w:rPr>
          <w:b w:val="0"/>
          <w:i w:val="0"/>
        </w:rPr>
        <w:t xml:space="preserve"> bạn.</w:t>
      </w:r>
    </w:p>
    <w:p>
      <w:pPr>
        <w:spacing w:after="80"/>
      </w:pPr>
      <w:r>
        <w:rPr>
          <w:b w:val="0"/>
          <w:i w:val="0"/>
        </w:rPr>
        <w:t>Nếu tôi coi bạn là bất cứ thứ gì kém giá trị, tôi sẽ không phục vụ bạn. Và nếu tôi không phục vụ bạn, tôi sẽ đặt mục tiêu của mình lên trên lợi ích tốt nhất của bạn.</w:t>
      </w:r>
    </w:p>
    <w:p>
      <w:pPr>
        <w:spacing w:after="80"/>
      </w:pPr>
      <w:r>
        <w:rPr>
          <w:b w:val="0"/>
          <w:i w:val="0"/>
        </w:rPr>
        <w:t>Những nhà lãnh đạo theo con đường cao thượng sẵn lòng phục vụ người khác. Họ hiểu rằng không điều gì họ muốn đạt được là khả thi trừ khi những người họ dẫn dắt thành công. Họ biết mình không thể đạt được bất cứ điều gì đáng giá một mình. Họ hiểu rằng họ cần mọi người, và mọi người cần họ.</w:t>
      </w:r>
    </w:p>
    <w:p>
      <w:pPr>
        <w:pStyle w:val="Heading2"/>
      </w:pPr>
      <w:r>
        <w:rPr>
          <w:rFonts w:ascii="Calibri" w:hAnsi="Calibri"/>
          <w:b/>
          <w:i w:val="0"/>
          <w:sz w:val="32"/>
        </w:rPr>
        <w:t>LÀM THẾ NÀO ĐỂ ĐẶT CON NGƯỜI LÊN HÀNG ĐẦU</w:t>
      </w:r>
    </w:p>
    <w:p>
      <w:pPr>
        <w:spacing w:after="80"/>
      </w:pPr>
      <w:r>
        <w:rPr>
          <w:b w:val="0"/>
          <w:i w:val="0"/>
        </w:rPr>
        <w:t>Nếu bạn là một nhà lãnh đạo có động lực mạnh mẽ và năng suất cao, liệu đặt con người lên hàng đầu có nghĩa là bạn phải từ bỏ việc theo đuổi tầm nhìn của mình? Không, tất nhiên là không. Nó chỉ đơn giản có nghĩa là xem xét người khác và lợi ích của họ trước tiên. Dưới đây là bốn điều đơn giản bạn có thể làm để phát triển trong lĩnh vực này:</w:t>
      </w:r>
    </w:p>
    <w:p>
      <w:pPr>
        <w:pStyle w:val="Heading3"/>
      </w:pPr>
      <w:r>
        <w:rPr>
          <w:rFonts w:ascii="Calibri" w:hAnsi="Calibri"/>
          <w:b/>
          <w:i w:val="0"/>
          <w:sz w:val="26"/>
        </w:rPr>
        <w:t>1. Chủ động phát triển sự đồng cảm</w:t>
      </w:r>
    </w:p>
    <w:p>
      <w:pPr>
        <w:spacing w:after="80"/>
      </w:pPr>
      <w:r>
        <w:rPr>
          <w:b w:val="0"/>
          <w:i w:val="0"/>
        </w:rPr>
        <w:t>Sự sẵn lòng đặt con người lên trên mục tiêu của riêng bạn bắt đầu từ sự đồng cảm. Chúng ta phải lắng nghe người khác và nỗ lực hiểu họ tốt hơn. Chúng ta phải tưởng tượng mình bước vào đôi giày của họ và cố gắng nhìn mọi thứ từ quan điểm của họ. Điều này có thể khó khăn, đặc biệt nếu chúng ta đã quen chỉ lắng nghe những người có quan điểm giống mình và chỉ dành thời gian với những người có trải nghiệm tương tự chúng ta.</w:t>
      </w:r>
    </w:p>
    <w:p>
      <w:pPr>
        <w:spacing w:after="80"/>
      </w:pPr>
      <w:r>
        <w:rPr>
          <w:b w:val="0"/>
          <w:i w:val="0"/>
        </w:rPr>
        <w:t>Chúng ta cần mở rộng tâm trí và góc nhìn của mình nếu muốn trở nên đồng cảm hơn. Chúng ta cần bước ra khỏi vòng tròn của riêng mình. Và chúng ta cần tìm kiếm và đón nhận những cách suy nghĩ khác với mình. Giáo sư Matthew D. Kim viết,</w:t>
      </w:r>
    </w:p>
    <w:p>
      <w:pPr>
        <w:spacing w:after="80"/>
      </w:pPr>
      <w:r>
        <w:rPr>
          <w:b w:val="0"/>
          <w:i w:val="0"/>
        </w:rPr>
        <w:t>Giống như hầu hết mọi người, tôi thích đọc những cuốn sách, bài báo học thuật và bài phê bình mà về cơ bản nói với tôi rằng tôi đúng.… Nhưng như đồng nghiệp Scott M. Gibson đã chỉ ra cho tôi, càng đọc cùng những tác giả, cùng những nhà xuất bản, cùng những tạp chí và tạp chí định kỳ,… và cùng những hãng tin, vũ trụ tư tưởng của chúng ta càng thu hẹp lại.… Liệu chúng ta có thể thử đọc trọn một cuốn sách trong năm nay từ một tác giả ở phe khác hoặc có góc nhìn hoàn toàn khác không? Nó có thể khiến chúng ta phát điên. Chúng ta có thể không đồng ý. Chúng ta có thể hoàn toàn ghét cuốn sách đó. Nhưng… sự đồng cảm xuất hiện khi chúng ta đọc và tiêu hóa những góc nhìn đối lập, ngay cả khi điều đó có thể khiến ta phẫn nộ.</w:t>
      </w:r>
    </w:p>
    <w:p>
      <w:pPr>
        <w:spacing w:after="80"/>
      </w:pPr>
      <w:r>
        <w:rPr>
          <w:b w:val="0"/>
          <w:i w:val="0"/>
        </w:rPr>
        <w:t>Thật khó để đặt con người lên trước mục tiêu của mình nếu chúng ta không hiểu họ hoặc không cảm thấy chút đồng cảm nào với họ. Khi trái tim ta được làm mềm lại, tâm trí ta được mở ra. Khi tâm trí ta rộng mở, ta ít có khả năng gạt bỏ hoặc áp đảo họ để đạt được ý mình hơn.</w:t>
      </w:r>
    </w:p>
    <w:p>
      <w:pPr>
        <w:pStyle w:val="Heading3"/>
      </w:pPr>
      <w:r>
        <w:rPr>
          <w:rFonts w:ascii="Calibri" w:hAnsi="Calibri"/>
          <w:b/>
          <w:i w:val="0"/>
          <w:sz w:val="26"/>
        </w:rPr>
        <w:t>2. Dành thời gian cho mọi người mỗi ngày</w:t>
      </w:r>
    </w:p>
    <w:p>
      <w:pPr>
        <w:spacing w:after="80"/>
      </w:pPr>
      <w:r>
        <w:rPr>
          <w:b w:val="0"/>
          <w:i w:val="0"/>
        </w:rPr>
        <w:t>Điều quan trọng là có tấm lòng với mọi người, quan tâm đến họ và trân trọng họ. Nhưng cũng rất quan trọng là biến sự quan tâm đó thành hành động. Cách để làm điều đó là chủ động dành thời gian cho mọi người mỗi ngày. Cách yêu thích của tôi để làm điều đó là điều tôi gọi là "bước chậm qua đám đông." Ý tôi là tôi dành thời gian và kết nối với mọi người bất cứ khi nào tôi ra ngoài nơi công cộng. Nghe có vẻ không to tát gì, nhưng tôi là một người rất thiếu kiên nhẫn, thích đến nơi mình cần đến. Bất chấp điều đó, thay vì vội vã lướt qua mọi người, tôi chậm lại và dành thời gian để nói chuyện và tương tác với họ. Khi ở văn phòng, tôi dừng lại và chào hỏi đồng nghiệp. Trước và sau khi giảng dạy, tôi dành thời gian rời khỏi sân khấu để trò chuyện với người tham dự và chụp ảnh cùng họ. Thường xuyên nhất có thể, tôi dành một khoảng thời gian được ấn định để ký sách cho mọi người sau một sự kiện. Và bất cứ khi nào tôi phát biểu tại một sự kiện có bữa ăn, tôi không ăn. Thay vào đó, trong khi mọi người đang ăn, tôi dùng thời gian đó để ghé thăm từng bàn và trò chuyện với mọi người. Mục đích của tất cả những thực hành này là kết nối với mọi người, trao cho họ thời gian và sự chú ý. Nếu bạn muốn trở thành một nhà lãnh đạo theo con đường cao thượng, hãy đi đường vòng. Rời khỏi mục tiêu của riêng bạn và dành thời gian với mọi người để kết nối với họ, vì điều đó thể hiện bạn trân trọng họ đến nhường nào.</w:t>
      </w:r>
    </w:p>
    <w:p>
      <w:pPr>
        <w:spacing w:after="80"/>
      </w:pPr>
      <w:r>
        <w:rPr>
          <w:b w:val="0"/>
          <w:i w:val="0"/>
        </w:rPr>
        <w:t>Tôi thích câu chuyện Marilyn Gist kể về việc cần tìm một diễn giả cho chương trình lãnh đạo điều hành tại Đại học Seattle. Cô đã nhắm đến Jim Sinegal, đồng sáng lập và vào thời điểm đó vẫn là CEO của Costco Wholesale. Cô viết,</w:t>
      </w:r>
    </w:p>
    <w:p>
      <w:pPr>
        <w:spacing w:after="80"/>
      </w:pPr>
      <w:r>
        <w:rPr>
          <w:b w:val="0"/>
          <w:i w:val="0"/>
        </w:rPr>
        <w:t>Tôi gọi điện, chuẩn bị sẵn sàng để chia sẻ ngày dự kiến với trợ lý của ông và nghe rằng Sinegal không có mặt. Điện thoại reo một tiếng, rồi một giọng nói dứt khoát trả lời, "Sinegal." Tôi sững sờ. Vị CEO nào của một công ty đa quốc gia rất lớn lại tự nghe điện thoại của mình chứ?! Tôi cho rằng ông hẳn đang chờ một cuộc gọi quan trọng và cuộc gọi của tôi đã chen vào. Không chuẩn bị cho điều này, tôi lo lắng giải thích tôi là ai và rằng, dù ông không biết tôi, tôi muốn ông nói chuyện với lớp của chúng tôi. Ông trả lời nhanh gọn, "Ngày đó là ngày nào nhỉ? Mấy giờ? Và số điện thoại của cô là gì? Tôi sẽ phải kiểm tra lịch của mình và gọi lại cho cô." Tôi chắc chắn rằng mình đang được chuyển cho một trợ lý, người sẽ gọi lại với lời xin lỗi rằng Jim không thể đến nói chuyện.</w:t>
      </w:r>
    </w:p>
    <w:p>
      <w:pPr>
        <w:spacing w:after="80"/>
      </w:pPr>
      <w:r>
        <w:rPr>
          <w:b w:val="0"/>
          <w:i w:val="0"/>
        </w:rPr>
        <w:t>Tôi bắt đầu tự hỏi mình có thể hỏi ai khác, thì mười lăm phút sau điện thoại tôi reo. Giọng nói ở đầu dây bên kia nói, "Marilyn, đây là Jim Sinegal. Ngày đó có vẻ ổn. Địa điểm ở đâu và cô cần tôi đến đó lúc mấy giờ?" Tôi lại sững sờ. Ông không chỉ đồng ý với yêu cầu của tôi mà còn thực sự làm đúng như ông nói về việc kiểm tra lịch của mình—rồi ông đích thân gọi lại cho tôi! Một thời gian sau, khi nghe tôi kể lại câu chuyện này, Jim nói thêm, "À, không phải lúc nào tôi cũng tự nghe điện thoại của mình đâu, Marilyn. Nhưng nếu tôi đang ngồi đó rảnh rỗi, thì tôi nghe."</w:t>
      </w:r>
    </w:p>
    <w:p>
      <w:pPr>
        <w:spacing w:after="80"/>
      </w:pPr>
      <w:r>
        <w:rPr>
          <w:b w:val="0"/>
          <w:i w:val="0"/>
        </w:rPr>
        <w:t>Từ mọi thứ tôi đã đọc về Sinegal, ông luôn dành thời gian cho mọi người. Mục tiêu của ông chưa bao giờ quan trọng đến mức khiến ông cắt đứt với nhân viên của mình hay làm bất kỳ ai cảm thấy mình không quan trọng. Ông thậm chí còn dành thời gian cho một người ông không quen như Marilyn Gist. Đó quả là một thành tựu theo con đường cao thượng đối với một người lãnh đạo một công ty có hơn ba trăm nghìn nhân viên, mang về doanh thu hơn 200 tỷ đô la mỗi năm. Đó là một lời nhắc nhở hay rằng công việc của chúng ta chưa bao giờ lớn lao hay cấp bách đến mức chúng ta nên bỏ qua hoặc xem nhẹ con người.</w:t>
      </w:r>
    </w:p>
    <w:p>
      <w:pPr>
        <w:pStyle w:val="Heading3"/>
      </w:pPr>
      <w:r>
        <w:rPr>
          <w:rFonts w:ascii="Calibri" w:hAnsi="Calibri"/>
          <w:b/>
          <w:i w:val="0"/>
          <w:sz w:val="26"/>
        </w:rPr>
        <w:t>3. Kiểm tra lại mục tiêu của bạn nhiều lần</w:t>
      </w:r>
    </w:p>
    <w:p>
      <w:pPr>
        <w:spacing w:after="80"/>
      </w:pPr>
      <w:r>
        <w:rPr>
          <w:b w:val="0"/>
          <w:i w:val="0"/>
        </w:rPr>
        <w:t>Ngược lại, điều gì sẽ xảy ra khi những người lãnh đạo đặt chương trình nghị sự của mình lên trên con người? Họ có thể khiến cả tổ chức của mình đi chệch hướng và gây ra những tổn thương lâu dài cho con người. Ví dụ, vào năm 2019, tin tức lan truyền khắp giới golf chuyên nghiệp rằng một tổ chức đang thành lập một giải đấu mới để thách thức PGA. Kiểu chuyện này không có gì mới. Thực tế, chính PGA Tour đã được thành lập vào năm 1967 khi một nhóm tay golf tách khỏi PGA of America. Và vào những năm 1990, đã có một nỗ lực tạo ra World Golf Tour. Giờ đây xuất hiện một đối thủ mới: LIV Golf Investments, và lần này nỗ lực được hậu thuẫn bởi Quỹ Đầu tư Công (Public Investment Fund) hùng mạnh của Ả Rập Xê Út, với tài sản hơn nửa nghìn tỷ đô la.</w:t>
      </w:r>
    </w:p>
    <w:p>
      <w:pPr>
        <w:spacing w:after="80"/>
      </w:pPr>
      <w:r>
        <w:rPr>
          <w:b w:val="0"/>
          <w:i w:val="0"/>
        </w:rPr>
        <w:t>Phản ứng của PGA là gì? Ủy viên của PGA Tour, Jay Monahan, cảnh báo rằng bất kỳ tay golf PGA nào đứng về phía giải đấu đối thủ bằng cách thi đấu trong các sự kiện của nó sẽ đối mặt với án treo giò và có thể bị cấm thi đấu suốt đời. PGA cũng đưa ra các tuyên bố chỉ trích gay gắt những vi phạm nhân quyền của Ả Rập Xê Út đối với cộng đồng LGBTQ và phụ nữ, cũng như mối liên hệ của nước này với vụ giết Khashoggi và sự kiện 11/9. Người Ả Rập Xê Út bị các nhà phê bình cáo buộc "tẩy trắng thể thao" (sportswashing), tức là đầu tư số tiền lớn vào thể thao quốc tế để khôi phục danh tiếng kém cỏi của mình.</w:t>
      </w:r>
    </w:p>
    <w:p>
      <w:pPr>
        <w:spacing w:after="80"/>
      </w:pPr>
      <w:r>
        <w:rPr>
          <w:b w:val="0"/>
          <w:i w:val="0"/>
        </w:rPr>
        <w:t>Tại sao các tay golf lại cân nhắc chuyển sang LIV? Tổ chức này tự quảng bá là "một lựa chọn thay thế PGA Tour lấy người chơi làm trọng tâm". Họ dự định đầu tư 200 triệu đô la vào Asian tour, rồi tạo ra các sự kiện riêng trả thù lao hậu hĩnh cho người chơi. Tiền thưởng cho các đối thủ sẽ lớn hơn nhiều so với ở PGA, không có tay golf nào bị loại khỏi các cuộc thi, và ngay cả người chơi về cuối cùng cũng mang về 120.000 đô la. Ở PGA, một tay golf bị loại sẽ kiếm được con số không. Ngoài ra, để lôi kéo các tay golf PGA gia nhập LIV Golf, tổ chức này đưa ra những ưu đãi khổng lồ để họ ký hợp đồng. Dustin Johnson ban đầu nói rằng anh cam kết gắn bó với PGA, nhưng sau đó anh từ bỏ tư cách thành viên tour để ký với LIV Golf với mức được cho là 150 triệu đô la. "Tôi không muốn phải thi đấu suốt phần đời còn lại," Johnson, người đang ở độ tuổi cuối ba mươi, nói. "Điều này cho tôi cơ hội làm những gì tôi muốn."</w:t>
      </w:r>
    </w:p>
    <w:p>
      <w:pPr>
        <w:spacing w:after="80"/>
      </w:pPr>
      <w:r>
        <w:rPr>
          <w:b w:val="0"/>
          <w:i w:val="0"/>
        </w:rPr>
        <w:t>Khi các tay golf rời PGA và đăng ký tham gia một giải đấu LIV, họ bị cấm thi đấu đúng như đã hứa. Nhiều tháng sau, khi Monahan được hỏi liệu ông có dỡ bỏ án treo giò đối với những tay golf gia nhập LIV nếu họ muốn quay lại PGA không, ông nói: "Không. Họ đã gia nhập LIV Golf Series... Như tôi đã nói rõ xuyên suốt, mỗi người chơi đều có sự lựa chọn, và tôi tôn trọng lựa chọn của họ, nhưng họ đã chọn rồi. Chúng tôi cũng đã chọn." Chẳng bao lâu, các luật sư vào cuộc. Một nhóm tay golf kiện PGA. LIV cũng vậy. PGA đệ đơn kiện lại họ.</w:t>
      </w:r>
    </w:p>
    <w:p>
      <w:pPr>
        <w:spacing w:after="80"/>
      </w:pPr>
      <w:r>
        <w:rPr>
          <w:b w:val="0"/>
          <w:i w:val="0"/>
        </w:rPr>
        <w:t>Ranh giới đã được vạch ra. Không có đường quay lại. Hay là có? Chưa đầy một năm sau khi Monahan nói PGA đã đưa ra lựa chọn của mình, nó lại đưa ra một lựa chọn khác. Vào ngày 6 tháng 6 năm 2023, Monahan công bố PGA sẽ sáp nhập với LIV Golf. Những tay golf đã ở lại với PGA Tour vì sợ hãi hay vì lòng trung thành không hề được báo trước và đều sững sờ. Gia đình các nạn nhân vụ 11/9, những người đã ủng hộ lập trường trước đó của PGA, cũng vậy. Cuối cùng, vụ sáp nhập đã phơi bày những ưu tiên của cả hai tổ chức. Chương trình nghị sự của cả PGA lẫn người Ả Rập Xê Út đều được bảo toàn bằng cái giá của con người. PGA muốn giữ quyền lực tài chính và uy tín của mình, còn Ả Rập Xê Út muốn cải thiện hình ảnh quốc tế bằng thể thao.</w:t>
      </w:r>
    </w:p>
    <w:p>
      <w:pPr>
        <w:spacing w:after="80"/>
      </w:pPr>
      <w:r>
        <w:rPr>
          <w:b w:val="0"/>
          <w:i w:val="0"/>
        </w:rPr>
        <w:t>Bởi vì những người lãnh đạo rất dễ bị cuốn vào chương trình nghị sự của riêng mình, điều quan trọng là chúng ta phải kiểm tra động cơ và cách chúng ta tương tác với mọi người mỗi ngày. Điều này nhắc nhở chúng ta về những ưu tiên của mình. Hành động của chúng ta có thể không có tầm ảnh hưởng rộng lớn hay làm tổn thương nhiều người như những tổ chức lớn và hùng mạnh, nhưng bất cứ khi nào bạn làm việc để hoàn thành chương trình nghị sự của mình bằng cái giá của con người, bạn đang đi trên con đường thấp của lãnh đạo.</w:t>
      </w:r>
    </w:p>
    <w:p>
      <w:pPr>
        <w:pStyle w:val="Heading3"/>
      </w:pPr>
      <w:r>
        <w:rPr>
          <w:rFonts w:ascii="Calibri" w:hAnsi="Calibri"/>
          <w:b/>
          <w:i w:val="0"/>
          <w:sz w:val="26"/>
        </w:rPr>
        <w:t>4. Liên tục tạo ra kết quả đôi bên cùng thắng</w:t>
      </w:r>
    </w:p>
    <w:p>
      <w:pPr>
        <w:spacing w:after="80"/>
      </w:pPr>
      <w:r>
        <w:rPr>
          <w:b w:val="0"/>
          <w:i w:val="0"/>
        </w:rPr>
        <w:t>Cách tốt nhất để đặt con người lên trên chương trình nghị sự của riêng bạn và hoàn thành những mục tiêu xứng đáng với tư cách một người lãnh đạo là liên tục tạo ra kết quả đôi bên cùng thắng (win-win). Đôi khi điều đó có thể khó khăn. Nhưng nếu bạn không nỗ lực tạo ra thế cùng thắng, bạn gần như sẽ luôn kết thúc bằng thế thắng-thua. Hoặc tệ hơn, bạn có thể phải sống chung với thế thua-thua. Đáng buồn thay, nhiều nhà lãnh đạo ngày nay quá quyết tâm giành chiến thắng đến mức khi nhận ra mình sắp thua, họ tìm cách đảm bảo mọi người khác cũng thua cùng với họ. Đó là cấp độ thấp nhất của lãnh đạo con đường thấp.</w:t>
      </w:r>
    </w:p>
    <w:p>
      <w:pPr>
        <w:spacing w:after="80"/>
      </w:pPr>
      <w:r>
        <w:rPr>
          <w:b w:val="0"/>
          <w:i w:val="0"/>
        </w:rPr>
        <w:t>Khi bạn thắng bằng cái giá của người khác, bạn không chỉ thực hành lãnh đạo con đường thấp; bạn còn đang tư duy ngắn hạn. Điều đó chắc chắn ngăn cản thành công dài hạn. Những nhà lãnh đạo khiến người khác thua để đạt được thành công của riêng mình luôn nhận được lợi tức thấp hơn cho công việc của họ theo thời gian. Khi mọi người thua, họ mất lòng tin. Họ không muốn quay lại bàn đàm phán lần nữa. Họ tránh làm việc với nhà lãnh đạo con đường thấp đã khiến họ thua. Rồi khi một nhà lãnh đạo con đường thấp muốn hoàn thành một nhiệm vụ mới hay tham gia một thương vụ khác, họ phải tìm kiếm một người mới chưa từng bị họ làm tổn thương. Kết quả là, thế giới của họ thu hẹp lại, mạng lưới của họ nhỏ đi, và những cánh cửa cơ hội mới đóng lại trước mặt họ. Ngoài ra, tỷ lệ thay người trong đội ngũ hay tổ chức của họ tăng lên, khách hàng khó tìm hơn, và chi phí kinh doanh tăng cao.</w:t>
      </w:r>
    </w:p>
    <w:p>
      <w:pPr>
        <w:spacing w:after="80"/>
      </w:pPr>
      <w:r>
        <w:rPr>
          <w:b w:val="0"/>
          <w:i w:val="0"/>
        </w:rPr>
        <w:t>Ngược lại, khi những người lãnh đạo tạo ra chiến thắng cho tất cả mọi người, mọi người muốn tiếp tục làm việc với họ. Họ ở lại trong đội. Họ quay lại bàn đàm phán để thực hiện những thương vụ khác. Đó là lý do những nhà lãnh đạo đặt con người lên hàng đầu thành công hơn về lâu dài. Tạo ra chiến thắng cho tất cả mọi người xây dựng đà phát triển và khiến việc chiến thắng trở nên dễ xảy ra hơn trong tương lai.</w:t>
      </w:r>
    </w:p>
    <w:p>
      <w:pPr>
        <w:spacing w:after="80"/>
      </w:pPr>
      <w:r>
        <w:rPr>
          <w:b w:val="0"/>
          <w:i w:val="0"/>
        </w:rPr>
        <w:t>Mỗi người bạn làm việc cùng đều có tiềm năng trở thành đồng minh hoặc đối thủ tùy thuộc vào cách bạn đối xử với họ. Nếu bạn đặt họ lên hàng đầu và đảm bảo họ thắng cùng với bạn, họ trở thành đồng minh. Nếu bạn đặt chương trình nghị sự của mình lên trước bằng cái giá của họ, họ trở thành đối thủ. Đừng tự làm thiệt mình bằng cách giành những chiến thắng nhanh chóng. Hãy chơi cuộc chơi dài hạn đến từ thế cùng thắng.</w:t>
      </w:r>
    </w:p>
    <w:p>
      <w:pPr>
        <w:pStyle w:val="Heading2"/>
      </w:pPr>
      <w:r>
        <w:rPr>
          <w:rFonts w:ascii="Calibri" w:hAnsi="Calibri"/>
          <w:b/>
          <w:i w:val="0"/>
          <w:sz w:val="32"/>
        </w:rPr>
        <w:t>HÃY NHẢY ĐIỆU LÃNH ĐẠO</w:t>
      </w:r>
    </w:p>
    <w:p>
      <w:pPr>
        <w:spacing w:after="80"/>
      </w:pPr>
      <w:r>
        <w:rPr>
          <w:b w:val="0"/>
          <w:i w:val="0"/>
        </w:rPr>
        <w:t xml:space="preserve">Đặt con người lên trên chương trình nghị sự của riêng bạn không có nghĩa là từ bỏ vai trò lãnh đạo của bạn, cũng không có nghĩa là từ bỏ tầm nhìn của bạn. Điều được yêu cầu là bạn học cách làm điều mà tôi gọi là </w:t>
      </w:r>
      <w:r>
        <w:rPr>
          <w:b w:val="0"/>
          <w:i/>
        </w:rPr>
        <w:t>điệu nhảy lãnh đạo</w:t>
      </w:r>
      <w:r>
        <w:rPr>
          <w:b w:val="0"/>
          <w:i w:val="0"/>
        </w:rPr>
        <w:t xml:space="preserve"> (leadership dance).</w:t>
      </w:r>
    </w:p>
    <w:p>
      <w:pPr>
        <w:spacing w:after="80"/>
      </w:pPr>
      <w:r>
        <w:rPr>
          <w:b w:val="0"/>
          <w:i w:val="0"/>
        </w:rPr>
        <w:t>Lãnh đạo con người không bao giờ là tĩnh tại. Bạn phải liên tục thay đổi cách lãnh đạo để phù hợp với con người và hoàn cảnh, vốn luôn biến chuyển không ngừng. Điều này đòi hỏi sự chuyển động, nhịp điệu, năng lượng và sự hợp tác. Bạn phải lắng nghe cảm xúc và cách làm việc của mọi người. Đó là lý do tôi thích nghĩ về nó như một điệu nhảy. Khi bạn trao cho mọi người sự tôn trọng trong lúc hoàn thành mục tiêu của mình, hãy nghĩ về năm cách bạn có thể tương tác với họ hiệu quả hơn khi thực hiện điệu nhảy lãnh đạo con đường cao.</w:t>
      </w:r>
    </w:p>
    <w:p>
      <w:pPr>
        <w:pStyle w:val="Heading3"/>
      </w:pPr>
      <w:r>
        <w:rPr>
          <w:rFonts w:ascii="Calibri" w:hAnsi="Calibri"/>
          <w:b/>
          <w:i w:val="0"/>
          <w:sz w:val="26"/>
        </w:rPr>
        <w:t>Đôi khi bạn dẫn trước: Lãnh đạo bằng tấm gương</w:t>
      </w:r>
    </w:p>
    <w:p>
      <w:pPr>
        <w:spacing w:after="80"/>
      </w:pPr>
      <w:r>
        <w:rPr>
          <w:b w:val="0"/>
          <w:i w:val="0"/>
        </w:rPr>
        <w:t>Đôi khi điều tốt nhất bạn có thể làm cho mọi người là dẫn dắt họ từ phía trước. Bạn vạch ra lộ trình cho họ. Bạn đối mặt với chướng ngại, thách thức và khó khăn, mở đường để họ có thể theo bạn. Bạn đối mặt với nỗi sợ của mình, truyền cảm hứng cho họ bằng những nỗ lực của bạn để lôi kéo họ tiến lên. Đây là hình ảnh kinh điển của lãnh đạo. Đó là điều mà những nhà lãnh đạo quân sự giỏi đã làm suốt hàng thiên niên kỷ.</w:t>
      </w:r>
    </w:p>
    <w:p>
      <w:pPr>
        <w:spacing w:after="80"/>
      </w:pPr>
      <w:r>
        <w:rPr>
          <w:b w:val="0"/>
          <w:i w:val="0"/>
        </w:rPr>
        <w:t xml:space="preserve">Người lãnh đạo luôn nêu gương bởi vì người ta làm theo những gì người ta thấy. Nếu bạn dẫn dắt ai đó, họ đang quan sát bạn, và rất có thể họ sẽ theo bạn trên con đường bạn đi, dù đó là thấp, trung bình hay cao. Vậy nên hướng bạn dẫn dắt là quan trọng, nhưng </w:t>
      </w:r>
      <w:r>
        <w:rPr>
          <w:b w:val="0"/>
          <w:i/>
        </w:rPr>
        <w:t>cách</w:t>
      </w:r>
      <w:r>
        <w:rPr>
          <w:b w:val="0"/>
          <w:i w:val="0"/>
        </w:rPr>
        <w:t xml:space="preserve"> bạn dẫn dắt từ tuyến đầu cũng quan trọng không kém.</w:t>
      </w:r>
    </w:p>
    <w:p>
      <w:pPr>
        <w:spacing w:after="80"/>
      </w:pPr>
      <w:r>
        <w:rPr>
          <w:b w:val="0"/>
          <w:i w:val="0"/>
        </w:rPr>
        <w:t xml:space="preserve">Tôi phải thừa nhận, trong những ngày đầu làm lãnh đạo, tôi không tinh tế với mọi người. Ngày nào với ai cũng như nhau: </w:t>
      </w:r>
      <w:r>
        <w:rPr>
          <w:b w:val="0"/>
          <w:i/>
        </w:rPr>
        <w:t>Xung phong!</w:t>
      </w:r>
      <w:r>
        <w:rPr>
          <w:b w:val="0"/>
          <w:i w:val="0"/>
        </w:rPr>
        <w:t xml:space="preserve"> Tôi tràn đầy năng lượng, tham vọng và quyết tâm hoàn thành thật nhiều việc. Tôi không chà đạp hay làm hại ai để đạt mục tiêu của mình—tôi chỉ đơn giản là làm họ kiệt sức. Tôi mất một thời gian mới học được rằng không phải ai cũng giống mình và điều đó chẳng có gì sai. Sau đó, tôi bắt đầu học điệu nhảy lãnh đạo và bắt đầu điều chỉnh cách mình dẫn dắt từng người, từng tình huống. Và tôi cố gắng chỉ đi trước mọi người vài bước chân để họ có thể thấy tôi. Nếu bạn cố dẫn dắt từ cách xa hàng dặm phía trước, người ta sẽ lạc đường.</w:t>
      </w:r>
    </w:p>
    <w:p>
      <w:pPr>
        <w:pStyle w:val="Heading3"/>
      </w:pPr>
      <w:r>
        <w:rPr>
          <w:rFonts w:ascii="Calibri" w:hAnsi="Calibri"/>
          <w:b/>
          <w:i w:val="0"/>
          <w:sz w:val="26"/>
        </w:rPr>
        <w:t>Đôi khi Bạn Ở Bên Cạnh: Đặt Câu Hỏi và Lắng Nghe</w:t>
      </w:r>
    </w:p>
    <w:p>
      <w:pPr>
        <w:spacing w:after="80"/>
      </w:pPr>
      <w:r>
        <w:rPr>
          <w:b w:val="0"/>
          <w:i w:val="0"/>
        </w:rPr>
        <w:t>Khi cuối cùng tôi hiểu rằng mình không thể dẫn dắt mọi người theo cùng một cách, kỹ năng mới đầu tiên tôi nỗ lực phát triển là lắng nghe. Điều đó khó với tôi vì tôi là người thích nói và thích làm. Chậm lại, đặt câu hỏi và dành cho mọi người sự chú ý trọn vẹn đòi hỏi rất nhiều nỗ lực và luyện tập. Nhưng phần thưởng thật lớn. Cách tốt nhất để hiểu mọi người là lắng nghe. Cách tốt nhất để học hỏi từ người khác là lắng nghe. Cách tốt nhất để đón nhận đóng góp tốt nhất của mọi người là lắng nghe. Cách tốt nhất để biết người khác cần gì ở bạn là lắng nghe. Cách tốt nhất để giành được sự đồng thuận của mọi người là lắng nghe. Bạn đã hình dung ra chưa? Lắng nghe mang đến cho bạn những gì bạn cần biết để kết nối với mọi người, gặp họ đúng nơi họ đang ở và giữ họ đồng hành với mục tiêu của bạn.</w:t>
      </w:r>
    </w:p>
    <w:p>
      <w:pPr>
        <w:pStyle w:val="Heading3"/>
      </w:pPr>
      <w:r>
        <w:rPr>
          <w:rFonts w:ascii="Calibri" w:hAnsi="Calibri"/>
          <w:b/>
          <w:i w:val="0"/>
          <w:sz w:val="26"/>
        </w:rPr>
        <w:t>Đôi khi Bạn Ở Phía Dưới: Phục Vụ Người Của Bạn</w:t>
      </w:r>
    </w:p>
    <w:p>
      <w:pPr>
        <w:spacing w:after="80"/>
      </w:pPr>
      <w:r>
        <w:rPr>
          <w:b w:val="0"/>
          <w:i w:val="0"/>
        </w:rPr>
        <w:t>Một trong những điều tốt nhất bạn có thể làm cho những người bạn dẫn dắt là phục vụ họ. Rõ ràng, điều này giúp ích cho họ. Nhưng nó còn làm được nhiều hơn thế. Hầu hết mọi người thấy cảm động khi người lãnh đạo của họ đi ngược lại hình ảnh truyền thống về lãnh đạo, nơi người lãnh đạo đứng trên mọi người. Điều đó truyền đến họ rằng họ quan trọng với bạn.</w:t>
      </w:r>
    </w:p>
    <w:p>
      <w:pPr>
        <w:spacing w:after="80"/>
      </w:pPr>
      <w:r>
        <w:rPr>
          <w:b w:val="0"/>
          <w:i w:val="0"/>
        </w:rPr>
        <w:t>Một người lãnh đạo phục vụ mọi người bằng những cách nào? Bằng cách gỡ bỏ những rào cản mà không ai khác làm được. Bằng cách cung cấp những nguồn lực họ cần. Bằng cách vác bớt khỏi họ những gánh nặng khiến họ không thể là chính mình và làm tốt nhất được.</w:t>
      </w:r>
    </w:p>
    <w:p>
      <w:pPr>
        <w:spacing w:after="80"/>
      </w:pPr>
      <w:r>
        <w:rPr>
          <w:b w:val="0"/>
          <w:i w:val="0"/>
        </w:rPr>
        <w:t>Charlie Wetzel kể cho tôi nghe về một lần vào đầu sự nghiệp khi anh làm việc tại một trường cao đẳng cộng đồng và được thăng chức từ giảng viên lên trưởng khoa. Khi còn giảng dạy, anh và các giảng viên khác được yêu cầu thực hiện nhiều nhiệm vụ hành chính khác nhau, mà hầu hết họ thấy tẻ nhạt, tốn thời gian và khó chịu. Giáo viên muốn dạy; đó là điều họ yêu thích. Vậy nên khi trở thành trưởng khoa, anh quyết định tự đảm nhận những nhiệm vụ hành chính đó để phục vụ các giảng viên của mình và giải phóng họ để làm điều họ giỏi nhất. Nhiều người biết ơn, nhưng điều thực sự khiến Charlie ngạc nhiên là anh thực sự thích làm việc đó, phần lớn là vì nó phục vụ họ.</w:t>
      </w:r>
    </w:p>
    <w:p>
      <w:pPr>
        <w:spacing w:after="80"/>
      </w:pPr>
      <w:r>
        <w:rPr>
          <w:b w:val="0"/>
          <w:i w:val="0"/>
        </w:rPr>
        <w:t>Bạn có thể phục vụ người của mình mà vẫn là người lãnh đạo của họ. Bạn không mất đi vị trí khi thay đổi tư thế. Hơn nữa, lãnh đạo thực sự vốn dĩ không phải là vị trí. Đó là sự ảnh hưởng. Bạn có thể ảnh hưởng đến người khác từ phía dưới dễ dàng như từ phía trên, và bằng cách đó, bạn có thể giúp mọi người cùng thắng.</w:t>
      </w:r>
    </w:p>
    <w:p>
      <w:pPr>
        <w:pStyle w:val="Heading3"/>
      </w:pPr>
      <w:r>
        <w:rPr>
          <w:rFonts w:ascii="Calibri" w:hAnsi="Calibri"/>
          <w:b/>
          <w:i w:val="0"/>
          <w:sz w:val="26"/>
        </w:rPr>
        <w:t>Đôi Khi Bạn Ở Phía Sau: Hỗ Trợ Người Của Bạn</w:t>
      </w:r>
    </w:p>
    <w:p>
      <w:pPr>
        <w:spacing w:after="80"/>
      </w:pPr>
      <w:r>
        <w:rPr>
          <w:b w:val="0"/>
          <w:i w:val="0"/>
        </w:rPr>
        <w:t>Ít có điều gì khích lệ mọi người hơn là được người lãnh đạo của mình hậu thuẫn. Đôi khi sự hỗ trợ đó đến từ việc trở thành người bênh vực cho họ. Lần khác là từ việc mang đến cho họ sự che chở và an toàn. Nhưng nó luôn có nghĩa là giúp họ đạt được tiềm năng của mình. Tôi đã tìm ra ba cách chính để hỗ trợ mọi người mà tôi khuyến khích bạn áp dụng:</w:t>
      </w:r>
    </w:p>
    <w:p>
      <w:pPr>
        <w:pStyle w:val="Heading4"/>
      </w:pPr>
      <w:r>
        <w:rPr>
          <w:rFonts w:ascii="Calibri" w:hAnsi="Calibri"/>
          <w:b/>
          <w:i w:val="0"/>
          <w:sz w:val="23"/>
        </w:rPr>
        <w:t>Kéo Họ Về Phía Trước</w:t>
      </w:r>
    </w:p>
    <w:p>
      <w:pPr>
        <w:spacing w:after="80"/>
      </w:pPr>
      <w:r>
        <w:rPr>
          <w:b w:val="0"/>
          <w:i w:val="0"/>
        </w:rPr>
        <w:t xml:space="preserve">Được rồi, về mặt kỹ thuật thì bạn không kéo ai đó về phía trước từ phía sau, nhưng tôi dùng từ </w:t>
      </w:r>
      <w:r>
        <w:rPr>
          <w:b w:val="0"/>
          <w:i/>
        </w:rPr>
        <w:t>kéo</w:t>
      </w:r>
      <w:r>
        <w:rPr>
          <w:b w:val="0"/>
          <w:i w:val="0"/>
        </w:rPr>
        <w:t xml:space="preserve"> vì thực chất nó là việc lôi cuốn họ tiến lên. Bạn kéo mọi người về phía trước khi bạn tập trung vào tài năng của họ và cố gắng giúp họ phát triển. Kiểu tương tác này xuất phát từ trái tim. Bạn có thể làm điều này bằng cách tiếp cận họ với lòng trắc ẩn để tìm hiểu về ước mơ, đam mê và cảm nhận về mục đích của họ. Bạn có thể giúp họ bằng cách khai thác những điều đó để tạo động lực cho họ. Khi làm điều này, tôi cũng cố gắng giúp họ phát triển trực giác và cải thiện khả năng nắm bắt thời điểm. Tôi muốn giúp họ hoàn thiện bản thân trong những lĩnh vực mạnh của họ để họ có thể là phiên bản tốt nhất của chính mình. Bạn cũng có thể làm điều đó với mọi người khi bạn hỗ trợ họ.</w:t>
      </w:r>
    </w:p>
    <w:p>
      <w:pPr>
        <w:pStyle w:val="Heading4"/>
      </w:pPr>
      <w:r>
        <w:rPr>
          <w:rFonts w:ascii="Calibri" w:hAnsi="Calibri"/>
          <w:b/>
          <w:i w:val="0"/>
          <w:sz w:val="23"/>
        </w:rPr>
        <w:t>Đẩy Họ Về Phía Trước</w:t>
      </w:r>
    </w:p>
    <w:p>
      <w:pPr>
        <w:spacing w:after="80"/>
      </w:pPr>
      <w:r>
        <w:rPr>
          <w:b w:val="0"/>
          <w:i w:val="0"/>
        </w:rPr>
        <w:t>Khi mọi người cần một cú đẩy, thường là ở những lĩnh vực liên quan đến lựa chọn. Trong những tình huống này, thường tốt nhất là nói thẳng thắn và thử thách họ. Giúp họ xác định giá trị của mình, khơi dậy tinh thần trách nhiệm, tôn trọng cam kết và tăng năng suất. Nếu thái độ của họ kém, hãy thử thách điều đó, khuyến khích họ tìm điều tốt trong tình huống và tin vào bản thân cùng khả năng thành công của mình.</w:t>
      </w:r>
    </w:p>
    <w:p>
      <w:pPr>
        <w:spacing w:after="80"/>
      </w:pPr>
      <w:r>
        <w:rPr>
          <w:b w:val="0"/>
          <w:i w:val="0"/>
        </w:rPr>
        <w:t xml:space="preserve">Đôi khi thử thách mọi người là cách duy nhất để khám phá họ thực sự là ai. Khi bạn đẩy mọi người đến giới hạn của họ, bạn sẽ biết giới hạn của họ là gì. Tôi tin rằng quá nhiều người tự giới hạn bản thân và tự đánh giá thấp mình. Khi được thử thách và khích lệ cùng lúc, mọi người nhận ra họ có thể đạt được nhiều hơn những gì họ tưởng là có thể. Đẩy người khác là giúp họ </w:t>
      </w:r>
      <w:r>
        <w:rPr>
          <w:b w:val="0"/>
          <w:i/>
        </w:rPr>
        <w:t>thể hiện</w:t>
      </w:r>
      <w:r>
        <w:rPr>
          <w:b w:val="0"/>
          <w:i w:val="0"/>
        </w:rPr>
        <w:t xml:space="preserve"> tốt nhất.</w:t>
      </w:r>
    </w:p>
    <w:p>
      <w:pPr>
        <w:pStyle w:val="Heading4"/>
      </w:pPr>
      <w:r>
        <w:rPr>
          <w:rFonts w:ascii="Calibri" w:hAnsi="Calibri"/>
          <w:b/>
          <w:i w:val="0"/>
          <w:sz w:val="23"/>
        </w:rPr>
        <w:t>Hãy Kiên Nhẫn Chờ Họ Tiến Về Phía Trước</w:t>
      </w:r>
    </w:p>
    <w:p>
      <w:pPr>
        <w:spacing w:after="80"/>
      </w:pPr>
      <w:r>
        <w:rPr>
          <w:b w:val="0"/>
          <w:i w:val="0"/>
        </w:rPr>
        <w:t>Đôi khi mọi người chưa sẵn sàng để bước tiếp. Có thể họ đang đối mặt với sự bất định lớn lao. Hoặc họ thiếu kinh nghiệm trong một lĩnh vực mà họ được kỳ vọng phải thể hiện tốt. Hoặc họ đang khủng hoảng. Hoặc thời điểm để hoàn thành một việc gì đó chưa thích hợp. Trong những hoàn cảnh ấy, sự hỗ trợ tốt nhất mà một người lãnh đạo có thể trao đi thường chính là kiên nhẫn chờ đợi.</w:t>
      </w:r>
    </w:p>
    <w:p>
      <w:pPr>
        <w:spacing w:after="80"/>
      </w:pPr>
      <w:r>
        <w:rPr>
          <w:b w:val="0"/>
          <w:i w:val="0"/>
        </w:rPr>
        <w:t>Tôi phải thừa nhận, đây không phải là điều tôi thích thú, nhưng nó thường là cần thiết. Trong những lúc như thế, tôi nghĩ đến câu nói của Joyce Meyer: "Kiên nhẫn không đơn thuần là khả năng chờ đợi — mà là cách chúng ta cư xử trong lúc chờ đợi." Khi chờ đợi, tôi cố gắng dẫn dắt mọi người đi qua một quá trình giúp họ trở nên sẵn sàng tiến về phía trước, và rồi khi họ đã sẵn sàng, tôi nhận định xem họ cần một cú đẩy nhẹ hay một sự kéo nhẹ.</w:t>
      </w:r>
    </w:p>
    <w:p>
      <w:pPr>
        <w:pStyle w:val="Heading3"/>
      </w:pPr>
      <w:r>
        <w:rPr>
          <w:rFonts w:ascii="Calibri" w:hAnsi="Calibri"/>
          <w:b/>
          <w:i w:val="0"/>
          <w:sz w:val="26"/>
        </w:rPr>
        <w:t>Đôi Khi Bạn Ở Vị Trí Cao Hơn: Thúc Đẩy Bức Tranh Lớn</w:t>
      </w:r>
    </w:p>
    <w:p>
      <w:pPr>
        <w:spacing w:after="80"/>
      </w:pPr>
      <w:r>
        <w:rPr>
          <w:b w:val="0"/>
          <w:i w:val="0"/>
        </w:rPr>
        <w:t>Người lãnh đạo luôn mang trách nhiệm nhìn thấy bức tranh lớn, truyền đạt tầm nhìn, và đặt con người cùng nguồn lực vào đúng vị trí để mọi người đều trải nghiệm được thành công. Đây có lẽ là cách tốt nhất để bạn phục vụ con người mình và đặt họ vào vị thế chiến thắng. Điều đó có nghĩa là bạn đang thúc đẩy một chương trình nghị sự ư? Đúng vậy. Nhưng đó không phải là chương trình nghị sự cá nhân vì lợi ích riêng của bạn. Bạn đang thúc đẩy một chương trình nghị sự chung vì lợi ích của tất cả mọi người. Nếu bạn không xác định và truyền đạt được tầm nhìn chung cho tổ chức hay đội nhóm của mình, bạn tạo ra một khoảng trống mà ai đó khác sẽ cố lấp vào. Điều đó mang theo rủi ro là cả đội bị lệch hướng bởi một chương trình nghị sự khác và thất bại. Nếu bạn không truyền đạt và thúc đẩy bức tranh lớn, liệu bạn có thực sự đang lãnh đạo không?</w:t>
      </w:r>
    </w:p>
    <w:p>
      <w:pPr>
        <w:spacing w:after="80"/>
      </w:pPr>
      <w:r>
        <w:rPr>
          <w:b w:val="0"/>
          <w:i w:val="0"/>
        </w:rPr>
        <w:t>Suy cho cùng, cách tốt nhất để hoàn thành chương trình nghị sự của bạn là đặt con người lên trên nó. Điều đó có thể cảm thấy trái với trực giác, nhưng đó là sự thật. Nếu bạn phục vụ những người bạn lãnh đạo, họ sẽ phục vụ bạn, giống như nếu bạn làm điều đúng đắn, điều đó thường quay trở lại với bạn. Nó giống như một vòng tròn được khép kín. Bạn có thể nói: "Gieo nhân nào gặt quả nấy." Bạn có thể tin đó là nghiệp quả. Hoặc bạn có thể tuyên bố đó là Quy Tắc Vàng đang thành hiện thực. Dù thế nào đi nữa, đó là một cách tốt hơn để đối xử với con người và hoàn thành mục tiêu của bạn với tư cách một người lãnh đạo.</w:t>
      </w:r>
    </w:p>
    <w:p>
      <w:pPr>
        <w:spacing w:after="80"/>
      </w:pPr>
      <w:r>
        <w:rPr>
          <w:b/>
          <w:i w:val="0"/>
        </w:rPr>
        <w:t>Con Đường Để Đặt Con Người Lên Trên Chương Trình Nghị Sự Của Riêng Bạn: PHỤNG SỰ</w:t>
      </w:r>
    </w:p>
    <w:p>
      <w:pPr>
        <w:spacing w:after="80"/>
      </w:pPr>
      <w:r>
        <w:rPr>
          <w:b w:val="0"/>
          <w:i w:val="0"/>
        </w:rPr>
        <w:t xml:space="preserve">Để trở thành một người lãnh đạo theo con đường cao thượng, biết đặt con người lên trên chương trình nghị sự của riêng mình, bạn cần sẵn lòng phục vụ con người. Quá nhiều người lãnh đạo muốn trở thành người hùng trong mọi tương tác. Họ muốn lao vào và cứu vãn tình thế. Họ muốn đưa ra các giải pháp. Họ muốn là người rót trí tuệ cho tất cả mọi người. Những người lãnh đạo theo con đường cao thượng biến người khác thành người hùng vì điều đó nâng họ lên. Họ không chỉ </w:t>
      </w:r>
      <w:r>
        <w:rPr>
          <w:b w:val="0"/>
          <w:i/>
        </w:rPr>
        <w:t>sẵn lòng</w:t>
      </w:r>
      <w:r>
        <w:rPr>
          <w:b w:val="0"/>
          <w:i w:val="0"/>
        </w:rPr>
        <w:t xml:space="preserve"> phục vụ con người mình — họ </w:t>
      </w:r>
      <w:r>
        <w:rPr>
          <w:b w:val="0"/>
          <w:i/>
        </w:rPr>
        <w:t>khao khát</w:t>
      </w:r>
      <w:r>
        <w:rPr>
          <w:b w:val="0"/>
          <w:i w:val="0"/>
        </w:rPr>
        <w:t xml:space="preserve"> phục vụ và hỗ trợ con người mình vì họ tìm thấy niềm vui khi thấy họ thành công.</w:t>
      </w:r>
    </w:p>
    <w:p>
      <w:pPr>
        <w:spacing w:after="80"/>
      </w:pPr>
      <w:r>
        <w:rPr>
          <w:b w:val="0"/>
          <w:i w:val="0"/>
        </w:rPr>
        <w:t>Bạn sẽ biết mình đã bắt đầu đón nhận việc phục vụ con người mình khi bạn thấy mình đặt ra những câu hỏi như: "Tôi có thể làm gì để giúp họ làm tốt công việc của họ? Làm sao tôi có thể đảm bảo họ thành công? Làm sao tôi có thể phục vụ họ?" Cách tốt nhất để người lãnh đạo hoàn thành công việc của mình là giúp con người mình thành công trong công việc của họ.</w:t>
      </w:r>
    </w:p>
    <w:p>
      <w:pPr>
        <w:pStyle w:val="Heading1"/>
      </w:pPr>
      <w:r>
        <w:rPr>
          <w:rFonts w:ascii="Calibri" w:hAnsi="Calibri"/>
          <w:b/>
          <w:i w:val="0"/>
          <w:sz w:val="40"/>
        </w:rPr>
        <w:t>8 ĐÓN NHẬN SỰ CHÂN THẬT</w:t>
      </w:r>
    </w:p>
    <w:p>
      <w:pPr>
        <w:spacing w:after="80"/>
      </w:pPr>
      <w:r>
        <w:rPr>
          <w:b w:val="0"/>
          <w:i w:val="0"/>
        </w:rPr>
        <w:t>NẾU BẠN KHAO KHÁT TRỞ THÀNH một người lãnh đạo hiệu quả, người đi theo con đường cao thượng, thì bạn phải đón nhận sự chân thật. Bạn không thể trốn tránh. Bạn không thể giả vờ là một người khác với con người thật của mình. Bạn không thể cố lừa người khác tin rằng bạn là một người hay một người lãnh đạo tốt hơn con người thật của bạn. Bạn phải là chính mình với họ — cởi mở về những khuyết điểm và thiếu sót cũng như những điểm mạnh của mình.</w:t>
      </w:r>
    </w:p>
    <w:p>
      <w:pPr>
        <w:spacing w:after="80"/>
      </w:pPr>
      <w:r>
        <w:rPr>
          <w:b w:val="0"/>
          <w:i w:val="0"/>
        </w:rPr>
        <w:t xml:space="preserve">Tôi thừa nhận điều đó có thể cảm thấy đáng sợ. Có lần khi tôi đang nói chuyện với một nhóm lãnh đạo cấp cao (C-suite), khuyến khích họ cởi mở với đội nhóm về những điểm yếu của mình, một người tham dự đã nói chuyện với tôi sau đó và thách thức suy nghĩ của tôi. Anh ấy nói anh tin rằng một người lãnh đạo không bao giờ nên thể hiện điểm yếu trước nhân viên. "Anh đang làm việc dưới một quan niệm sai lầm," tôi giải thích. "Anh nghĩ rằng con người mình chưa biết những điểm yếu và khuyết điểm của anh. Mục đích của việc thừa nhận chúng không phải là cung cấp cho họ thông tin mới. Mà là để cho họ biết rằng </w:t>
      </w:r>
      <w:r>
        <w:rPr>
          <w:b w:val="0"/>
          <w:i/>
        </w:rPr>
        <w:t>chính anh</w:t>
      </w:r>
      <w:r>
        <w:rPr>
          <w:b w:val="0"/>
          <w:i w:val="0"/>
        </w:rPr>
        <w:t xml:space="preserve"> biết chúng là gì."</w:t>
      </w:r>
    </w:p>
    <w:p>
      <w:pPr>
        <w:pStyle w:val="Heading2"/>
      </w:pPr>
      <w:r>
        <w:rPr>
          <w:rFonts w:ascii="Calibri" w:hAnsi="Calibri"/>
          <w:b/>
          <w:i w:val="0"/>
          <w:sz w:val="32"/>
        </w:rPr>
        <w:t>TRỞ NÊN CỞI MỞ VỚI SỰ CHÂN THẬT</w:t>
      </w:r>
    </w:p>
    <w:p>
      <w:pPr>
        <w:spacing w:after="80"/>
      </w:pPr>
      <w:r>
        <w:rPr>
          <w:b w:val="0"/>
          <w:i w:val="0"/>
        </w:rPr>
        <w:t>Một người lãnh đạo mà tôi ngưỡng mộ sự cởi mở và chân thật là Jamie Kern Lima, nhà sáng lập của IT Cosmetics. Công ty nhỏ bé mà cô khởi nghiệp trong phòng khách nhà mình vào năm 2008 đã được L'Oréal mua lại vào năm 2016 với giá 1,2 tỷ đô la. Jamie đã rất cởi mở và trung thực về hành trình của mình, từ một cô gái trẻ quá chú trọng ngoại hình — bao gồm cả việc ăn kiêng theo những cách không lành mạnh từ khi mới mười bốn tuổi — đến việc trở thành người nỗ lực thay đổi ngành công nghiệp làm đẹp, thúc ép các nhà lãnh đạo doanh nghiệp ngừng quảng bá những chuẩn mực sắc đẹp nữ giới không thực tế và không thể đạt được trong quảng cáo và truyền thông.</w:t>
      </w:r>
    </w:p>
    <w:p>
      <w:pPr>
        <w:spacing w:after="80"/>
      </w:pPr>
      <w:r>
        <w:rPr>
          <w:b w:val="0"/>
          <w:i w:val="0"/>
        </w:rPr>
        <w:t xml:space="preserve">Ở độ tuổi đôi mươi, Jamie trở thành Hoa hậu Washington, là thí sinh trong mùa đầu tiên của </w:t>
      </w:r>
      <w:r>
        <w:rPr>
          <w:b w:val="0"/>
          <w:i/>
        </w:rPr>
        <w:t>Big Brother</w:t>
      </w:r>
      <w:r>
        <w:rPr>
          <w:b w:val="0"/>
          <w:i w:val="0"/>
        </w:rPr>
        <w:t xml:space="preserve">, và thậm chí còn xuất hiện trong một tập của </w:t>
      </w:r>
      <w:r>
        <w:rPr>
          <w:b w:val="0"/>
          <w:i/>
        </w:rPr>
        <w:t>Baywatch</w:t>
      </w:r>
      <w:r>
        <w:rPr>
          <w:b w:val="0"/>
          <w:i w:val="0"/>
        </w:rPr>
        <w:t xml:space="preserve"> với bộ đồ bơi đỏ mang tính biểu tượng. Nhưng khao khát của cô là trở thành một nhà báo. Sau khi lấy bằng MBA tại Columbia, cô được tuyển làm người dẫn chương trình truyền hình buổi sáng ở Tri-Cities, Washington. Nhưng không lâu sau khi bước vào sự nghiệp truyền hình, cô mắc bệnh rosacea (chứng đỏ da), một tình trạng di truyền không thể chữa khỏi gây tăng sắc tố, khiến da mặt cô đỏ vĩnh viễn.</w:t>
      </w:r>
    </w:p>
    <w:p>
      <w:pPr>
        <w:spacing w:after="80"/>
      </w:pPr>
      <w:r>
        <w:rPr>
          <w:b w:val="0"/>
          <w:i w:val="0"/>
        </w:rPr>
        <w:t>"Bất cứ nơi nào tôi đến đều là những thông điệp rằng tình yêu và sự chấp thuận gắn liền với ngoại hình," cô nói, "nên việc mắc bệnh rosacea đã giết chết sự tự tin của tôi." Xấu hổ, cô che mặt bằng trang điểm, nhưng cô không hài lòng với kết quả. "Mọi sản phẩm tôi tìm được hoặc là không che được, hoặc là đặc quá, chúng bị gấp nếp, bị nứt, khiến bạn trông già hơn."</w:t>
      </w:r>
    </w:p>
    <w:p>
      <w:pPr>
        <w:spacing w:after="80"/>
      </w:pPr>
      <w:r>
        <w:rPr>
          <w:b w:val="0"/>
          <w:i w:val="0"/>
        </w:rPr>
        <w:t>Điều đó đã đưa Jamie lên con đường tạo ra những sản phẩm mỹ phẩm tốt hơn. Đó là một cuộc vật lộn suýt đẩy cô đến bờ vực phá sản, nhưng vào năm 2010, cô có cơ hội xuất hiện trên QVC. Cô quyết tâm dùng chính mình và những phụ nữ khác có khuyết điểm để trưng bày sản phẩm, thay vì những người mẫu xinh đẹp với làn da hoàn hảo. Cô nói: "Trong một khoảnh khắc trên QVC, tôi đã liều lĩnh và bước từ một cô gái không dám ra khỏi nhà mà không che mặt bằng nhiều lớp trang điểm, thành một cô gái dám phô bày khuôn mặt trần trụi, đầy chứng đỏ mặt (rosacea), đỏ rực trên truyền hình quốc gia." Đó chính là bước ngoặt cho công việc kinh doanh của cô.</w:t>
      </w:r>
    </w:p>
    <w:p>
      <w:pPr>
        <w:spacing w:after="80"/>
      </w:pPr>
      <w:r>
        <w:rPr>
          <w:b w:val="0"/>
          <w:i w:val="0"/>
        </w:rPr>
        <w:t>"Thật khó để trở nên dễ tổn thương," Jamie nói, "nhưng tôi đã học được rằng chia sẻ con người thật, đầy khuyết điểm và chân thực của mình là cách duy nhất để có được sự kết nối và tình yêu đích thực. Đó cũng là cách duy nhất để bước vào toàn bộ sức mạnh và mục đích sống của chúng ta." Đó cũng là cách duy nhất để trở thành một nhà lãnh đạo hiệu quả theo con đường cao thượng (high-road leader).</w:t>
      </w:r>
    </w:p>
    <w:p>
      <w:pPr>
        <w:pStyle w:val="Heading2"/>
      </w:pPr>
      <w:r>
        <w:rPr>
          <w:rFonts w:ascii="Calibri" w:hAnsi="Calibri"/>
          <w:b/>
          <w:i w:val="0"/>
          <w:sz w:val="32"/>
        </w:rPr>
        <w:t>LÀM THẾ NÀO ĐỂ ĐÓN NHẬN SỰ CHÂN THỰC</w:t>
      </w:r>
    </w:p>
    <w:p>
      <w:pPr>
        <w:spacing w:after="80"/>
      </w:pPr>
      <w:r>
        <w:rPr>
          <w:b w:val="0"/>
          <w:i w:val="0"/>
        </w:rPr>
        <w:t>Với một số người, sống chân thực rất dễ dàng vì họ vốn là những cuốn sách mở. Nhưng với hầu hết chúng ta, đó là một lựa chọn có ý thức mà ta phải đưa ra và tiếp tục rèn luyện. Nếu bạn mong muốn đón nhận sự chân thực và trở nên cởi mở hơn, đây là sáu điều bạn có thể làm để giúp chính mình.</w:t>
      </w:r>
    </w:p>
    <w:p>
      <w:pPr>
        <w:pStyle w:val="Heading3"/>
      </w:pPr>
      <w:r>
        <w:rPr>
          <w:rFonts w:ascii="Calibri" w:hAnsi="Calibri"/>
          <w:b/>
          <w:i w:val="0"/>
          <w:sz w:val="26"/>
        </w:rPr>
        <w:t>1. Đón nhận và sống với những giá trị tốt đẹp</w:t>
      </w:r>
    </w:p>
    <w:p>
      <w:pPr>
        <w:spacing w:after="80"/>
      </w:pPr>
      <w:r>
        <w:rPr>
          <w:b w:val="0"/>
          <w:i w:val="0"/>
        </w:rPr>
        <w:t>Cởi mở với người khác dễ dàng hơn nhiều khi bạn không cố che giấu điều gì. Những người nói rằng họ tin vào những giá trị tốt đẹp nhưng lại âm thầm sống theo một bộ giá trị khác thì không thể nào chân thực được, vì mọi người sẽ thấy sự mâu thuẫn, gán cho họ nhãn đạo đức giả và coi thường họ. Tiểu thuyết gia người Anh W. Somerset Maugham đã nhận xét: "Đạo đức giả là thói xấu khó khăn và căng thẳng thần kinh nhất mà con người có thể theo đuổi; nó đòi hỏi sự cảnh giác không ngừng và một tinh thần siêu thoát hiếm có."</w:t>
      </w:r>
    </w:p>
    <w:p>
      <w:pPr>
        <w:spacing w:after="80"/>
      </w:pPr>
      <w:r>
        <w:rPr>
          <w:b w:val="0"/>
          <w:i w:val="0"/>
        </w:rPr>
        <w:t>Giải pháp là đón nhận những giá trị tốt đẹp và sau đó làm mọi điều trong khả năng để sống với chúng một cách trung thực và chân thực. Đáng buồn thay, trong thế giới ngày nay, không chỉ có nhiều người tán thành một bộ giá trị này nhưng lại sống theo bộ giá trị khác, mà chúng ta còn chứng kiến sự xói mòn của chính các giá trị. Điều này có nghĩa là người ta không chắc giá trị nào đáng để đón nhận, hoặc họ chấp nhận những giá trị tồi tệ như thể chúng đủ tốt.</w:t>
      </w:r>
    </w:p>
    <w:p>
      <w:pPr>
        <w:spacing w:after="80"/>
      </w:pPr>
      <w:r>
        <w:rPr>
          <w:b w:val="0"/>
          <w:i w:val="0"/>
        </w:rPr>
        <w:t>Kevin O'Neill, một chuyên gia hướng dẫn lãnh đạo tại công ty huấn luyện CEO Vistage, nói rằng thỏa hiệp các giá trị của bạn để cố gắng giúp đỡ người khác cũng giống như di chuyển một ngọn hải đăng. "Một đứa trẻ, một nhân viên hay một đồng nghiệp có thể bị lạc trong biển động một thời gian," ông nói. "Tuy nhiên, nếu họ biết ngọn hải đăng ở đâu, họ có thể được dẫn đường trở về an toàn. Nếu ngọn hải đăng đã bị di dời, họ có thể sẽ không bao giờ tìm thấy bến cảng an toàn nữa."</w:t>
      </w:r>
    </w:p>
    <w:p>
      <w:pPr>
        <w:spacing w:after="80"/>
      </w:pPr>
      <w:r>
        <w:rPr>
          <w:b w:val="0"/>
          <w:i w:val="0"/>
        </w:rPr>
        <w:t>Việc "di chuyển ngọn hải đăng" và sự suy thoái các giá trị này đã tác động đến xã hội theo gần như mọi cách. Robert McKee, được coi là chuyên gia vĩ đại nhất hiện nay về kể chuyện và viết kịch bản, nói rằng ngay cả những câu chuyện chúng ta kể cũng bị ảnh hưởng bởi điều này:</w:t>
      </w:r>
    </w:p>
    <w:p>
      <w:pPr>
        <w:spacing w:after="80"/>
      </w:pPr>
      <w:r>
        <w:rPr>
          <w:b w:val="0"/>
          <w:i w:val="0"/>
        </w:rPr>
        <w:t>Nguyên nhân cuối cùng dẫn đến sự suy thoái của câu chuyện nằm rất sâu. Các giá trị, những điện tích tích cực/tiêu cực của cuộc sống, nằm ở linh hồn của nghệ thuật chúng ta. Người viết định hình câu chuyện xoay quanh nhận thức về điều gì đáng sống, điều gì đáng chết, điều gì là dại dột khi theo đuổi, ý nghĩa của công lý, sự thật—những giá trị thiết yếu. Trong những thập kỷ qua, người viết và xã hội ít nhiều đồng thuận về những câu hỏi này, nhưng ngày càng nhiều, thời đại của chúng ta đã trở thành một thời đại của chủ nghĩa hoài nghi đạo đức và luân lý, chủ nghĩa tương đối và chủ nghĩa chủ quan—một sự hỗn loạn lớn về các giá trị. Khi gia đình tan rã và những xung đột giới tính gia tăng, ví dụ, ai cảm thấy mình hiểu được bản chất của tình yêu? Và nếu bạn có một sự kết nối, làm sao bạn có thể bày tỏ nó với một khán giả ngày càng hoài nghi?</w:t>
      </w:r>
    </w:p>
    <w:p>
      <w:pPr>
        <w:spacing w:after="80"/>
      </w:pPr>
      <w:r>
        <w:rPr>
          <w:b w:val="0"/>
          <w:i w:val="0"/>
        </w:rPr>
        <w:t>Sự xói mòn các giá trị này kéo theo sự xói mòn câu chuyện tương ứng. Không giống những người viết trong quá khứ, chúng ta không thể mặc định điều gì. Đầu tiên, chúng ta phải đào sâu vào cuộc sống để khám phá những hiểu biết mới, những sự tinh tế mới về giá trị và ý nghĩa, rồi tạo ra một phương tiện câu chuyện thể hiện cách diễn giải của chúng ta với một thế giới ngày càng bất khả tri. Không phải là việc nhỏ.</w:t>
      </w:r>
    </w:p>
    <w:p>
      <w:pPr>
        <w:spacing w:after="80"/>
      </w:pPr>
      <w:r>
        <w:rPr>
          <w:b w:val="0"/>
          <w:i w:val="0"/>
        </w:rPr>
        <w:t>Làm thế nào để chúng ta phục hồi từ sự hỗn loạn và suy thoái các giá trị? Chúng ta chủ động và có ý thức xác định những giá trị tôn trọng và trân quý mọi con người, mang lại lợi ích cho người khác và tạo ra một xã hội tốt đẹp hơn. Một khi đã làm được điều đó, chúng ta chấp nhận những giá trị ấy, đón nhận chúng và sống với chúng. Đó chính là mục đích của tổ chức phi lợi nhuận của tôi, Maxwell Leadership Foundation, tổ chức này tồn tại để giúp mọi người đón nhận và sống với những giá trị sau:</w:t>
      </w:r>
    </w:p>
    <w:p>
      <w:pPr>
        <w:spacing w:after="80"/>
      </w:pPr>
      <w:r>
        <w:rPr>
          <w:b w:val="0"/>
          <w:i w:val="0"/>
        </w:rPr>
        <w:t>Thái độ</w:t>
      </w:r>
    </w:p>
    <w:p>
      <w:pPr>
        <w:spacing w:after="80"/>
      </w:pPr>
      <w:r>
        <w:rPr>
          <w:b w:val="0"/>
          <w:i w:val="0"/>
        </w:rPr>
        <w:t>Cam kết</w:t>
      </w:r>
    </w:p>
    <w:p>
      <w:pPr>
        <w:spacing w:after="80"/>
      </w:pPr>
      <w:r>
        <w:rPr>
          <w:b w:val="0"/>
          <w:i w:val="0"/>
        </w:rPr>
        <w:t>Giao tiếp</w:t>
      </w:r>
    </w:p>
    <w:p>
      <w:pPr>
        <w:spacing w:after="80"/>
      </w:pPr>
      <w:r>
        <w:rPr>
          <w:b w:val="0"/>
          <w:i w:val="0"/>
        </w:rPr>
        <w:t>Can đảm</w:t>
      </w:r>
    </w:p>
    <w:p>
      <w:pPr>
        <w:spacing w:after="80"/>
      </w:pPr>
      <w:r>
        <w:rPr>
          <w:b w:val="0"/>
          <w:i w:val="0"/>
        </w:rPr>
        <w:t>Công bằng</w:t>
      </w:r>
    </w:p>
    <w:p>
      <w:pPr>
        <w:spacing w:after="80"/>
      </w:pPr>
      <w:r>
        <w:rPr>
          <w:b w:val="0"/>
          <w:i w:val="0"/>
        </w:rPr>
        <w:t>Tha thứ</w:t>
      </w:r>
    </w:p>
    <w:p>
      <w:pPr>
        <w:spacing w:after="80"/>
      </w:pPr>
      <w:r>
        <w:rPr>
          <w:b w:val="0"/>
          <w:i w:val="0"/>
        </w:rPr>
        <w:t>Hào phóng</w:t>
      </w:r>
    </w:p>
    <w:p>
      <w:pPr>
        <w:spacing w:after="80"/>
      </w:pPr>
      <w:r>
        <w:rPr>
          <w:b w:val="0"/>
          <w:i w:val="0"/>
        </w:rPr>
        <w:t>Lòng biết ơn</w:t>
      </w:r>
    </w:p>
    <w:p>
      <w:pPr>
        <w:spacing w:after="80"/>
      </w:pPr>
      <w:r>
        <w:rPr>
          <w:b w:val="0"/>
          <w:i w:val="0"/>
        </w:rPr>
        <w:t>Hy vọng</w:t>
      </w:r>
    </w:p>
    <w:p>
      <w:pPr>
        <w:spacing w:after="80"/>
      </w:pPr>
      <w:r>
        <w:rPr>
          <w:b w:val="0"/>
          <w:i w:val="0"/>
        </w:rPr>
        <w:t>Khiêm tốn</w:t>
      </w:r>
    </w:p>
    <w:p>
      <w:pPr>
        <w:spacing w:after="80"/>
      </w:pPr>
      <w:r>
        <w:rPr>
          <w:b w:val="0"/>
          <w:i w:val="0"/>
        </w:rPr>
        <w:t>Tinh thần chủ động</w:t>
      </w:r>
    </w:p>
    <w:p>
      <w:pPr>
        <w:spacing w:after="80"/>
      </w:pPr>
      <w:r>
        <w:rPr>
          <w:b w:val="0"/>
          <w:i w:val="0"/>
        </w:rPr>
        <w:t>Chính trực</w:t>
      </w:r>
    </w:p>
    <w:p>
      <w:pPr>
        <w:spacing w:after="80"/>
      </w:pPr>
      <w:r>
        <w:rPr>
          <w:b w:val="0"/>
          <w:i w:val="0"/>
        </w:rPr>
        <w:t>Tử tế</w:t>
      </w:r>
    </w:p>
    <w:p>
      <w:pPr>
        <w:spacing w:after="80"/>
      </w:pPr>
      <w:r>
        <w:rPr>
          <w:b w:val="0"/>
          <w:i w:val="0"/>
        </w:rPr>
        <w:t>Lãnh đạo</w:t>
      </w:r>
    </w:p>
    <w:p>
      <w:pPr>
        <w:spacing w:after="80"/>
      </w:pPr>
      <w:r>
        <w:rPr>
          <w:b w:val="0"/>
          <w:i w:val="0"/>
        </w:rPr>
        <w:t>Lắng nghe</w:t>
      </w:r>
    </w:p>
    <w:p>
      <w:pPr>
        <w:spacing w:after="80"/>
      </w:pPr>
      <w:r>
        <w:rPr>
          <w:b w:val="0"/>
          <w:i w:val="0"/>
        </w:rPr>
        <w:t>Yêu thương</w:t>
      </w:r>
    </w:p>
    <w:p>
      <w:pPr>
        <w:spacing w:after="80"/>
      </w:pPr>
      <w:r>
        <w:rPr>
          <w:b w:val="0"/>
          <w:i w:val="0"/>
        </w:rPr>
        <w:t>Kiên trì</w:t>
      </w:r>
    </w:p>
    <w:p>
      <w:pPr>
        <w:spacing w:after="80"/>
      </w:pPr>
      <w:r>
        <w:rPr>
          <w:b w:val="0"/>
          <w:i w:val="0"/>
        </w:rPr>
        <w:t>Phát triển bản thân</w:t>
      </w:r>
    </w:p>
    <w:p>
      <w:pPr>
        <w:spacing w:after="80"/>
      </w:pPr>
      <w:r>
        <w:rPr>
          <w:b w:val="0"/>
          <w:i w:val="0"/>
        </w:rPr>
        <w:t>Ưu tiên</w:t>
      </w:r>
    </w:p>
    <w:p>
      <w:pPr>
        <w:spacing w:after="80"/>
      </w:pPr>
      <w:r>
        <w:rPr>
          <w:b w:val="0"/>
          <w:i w:val="0"/>
        </w:rPr>
        <w:t>Các mối quan hệ</w:t>
      </w:r>
    </w:p>
    <w:p>
      <w:pPr>
        <w:spacing w:after="80"/>
      </w:pPr>
      <w:r>
        <w:rPr>
          <w:b w:val="0"/>
          <w:i w:val="0"/>
        </w:rPr>
        <w:t>Tôn trọng</w:t>
      </w:r>
    </w:p>
    <w:p>
      <w:pPr>
        <w:spacing w:after="80"/>
      </w:pPr>
      <w:r>
        <w:rPr>
          <w:b w:val="0"/>
          <w:i w:val="0"/>
        </w:rPr>
        <w:t>Trách nhiệm</w:t>
      </w:r>
    </w:p>
    <w:p>
      <w:pPr>
        <w:spacing w:after="80"/>
      </w:pPr>
      <w:r>
        <w:rPr>
          <w:b w:val="0"/>
          <w:i w:val="0"/>
        </w:rPr>
        <w:t>Tự điều chỉnh</w:t>
      </w:r>
    </w:p>
    <w:p>
      <w:pPr>
        <w:spacing w:after="80"/>
      </w:pPr>
      <w:r>
        <w:rPr>
          <w:b w:val="0"/>
          <w:i w:val="0"/>
        </w:rPr>
        <w:t>Giá trị bản thân</w:t>
      </w:r>
    </w:p>
    <w:p>
      <w:pPr>
        <w:spacing w:after="80"/>
      </w:pPr>
      <w:r>
        <w:rPr>
          <w:b w:val="0"/>
          <w:i w:val="0"/>
        </w:rPr>
        <w:t>Tinh thần phục vụ</w:t>
      </w:r>
    </w:p>
    <w:p>
      <w:pPr>
        <w:spacing w:after="80"/>
      </w:pPr>
      <w:r>
        <w:rPr>
          <w:b w:val="0"/>
          <w:i w:val="0"/>
        </w:rPr>
        <w:t>Tinh thần ham học hỏi</w:t>
      </w:r>
    </w:p>
    <w:p>
      <w:pPr>
        <w:spacing w:after="80"/>
      </w:pPr>
      <w:r>
        <w:rPr>
          <w:b w:val="0"/>
          <w:i w:val="0"/>
        </w:rPr>
        <w:t>Làm việc nhóm</w:t>
      </w:r>
    </w:p>
    <w:p>
      <w:pPr>
        <w:spacing w:after="80"/>
      </w:pPr>
      <w:r>
        <w:rPr>
          <w:b w:val="0"/>
          <w:i w:val="0"/>
        </w:rPr>
        <w:t>Đạo đức làm việc</w:t>
      </w:r>
    </w:p>
    <w:p>
      <w:pPr>
        <w:spacing w:after="80"/>
      </w:pPr>
      <w:r>
        <w:rPr>
          <w:b w:val="0"/>
          <w:i w:val="0"/>
        </w:rPr>
        <w:t>Chúng tôi đang nỗ lực thúc đẩy những giá trị tích cực này ở nhiều quốc gia và tại các trường học cả ở Hoa Kỳ lẫn nước ngoài. Khi những giá trị của chúng ta — tức những nguyên tắc định hướng cho quyết định và hành vi của mình — là tốt đẹp, chúng mang lại lợi ích, chứ không bao giờ gây hại, cho bản thân ta và cho người khác.</w:t>
      </w:r>
    </w:p>
    <w:p>
      <w:pPr>
        <w:spacing w:after="80"/>
      </w:pPr>
      <w:r>
        <w:rPr>
          <w:b w:val="0"/>
          <w:i w:val="0"/>
        </w:rPr>
        <w:t>Vì sao Jamie Kern Lima lại sẵn lòng phơi bày những khiếm khuyết của mình trước hàng triệu người trên truyền hình quốc gia đến vậy? Chính là nhờ những giá trị của cô. Cô không sống vì bản thân mình. Cô sống để phục vụ người khác. Cô yêu mến con người, đặc biệt là phụ nữ, và cô thực lòng muốn giúp họ có cuộc sống tốt đẹp hơn. Điều này xuất phát từ tận đáy lòng con người cô, và nó đã dẫn dắt cô trở thành người lên tiếng bênh vực cho họ. Năm 2017, khi được mời phát biểu tại Lễ trao giải Cosmetic Executive Women Awards nhân dịp nhận Giải thưởng Achiever, cô đã nhân cơ hội đó thách thức những gã khổng lồ của ngành công nghiệp làm đẹp hãy đưa vào hình ảnh những người phụ nữ với mọi vóc dáng, kích cỡ, độ tuổi và làn da, chứ không chỉ những người mẫu trẻ trung, mảnh mai. "Tôi tin rằng những người phụ nữ đẹp nhất là những người phụ nữ chân thật," cô nói với họ. Và cô thực sự có ý như vậy.</w:t>
      </w:r>
    </w:p>
    <w:p>
      <w:pPr>
        <w:spacing w:after="80"/>
      </w:pPr>
      <w:r>
        <w:rPr>
          <w:b w:val="0"/>
          <w:i w:val="0"/>
        </w:rPr>
        <w:t>"Bạn không thể giả vờ chân thật được," Jamie nói. "Nếu tôi nói rằng mọi phụ nữ đều đẹp nhưng lại chỉ chăm chăm vào những mặc cảm của chính mình, thì mọi người sẽ không kết nối được với tôi và tôi sẽ thất bại. Nhưng tôi biết điều đó không phải là về tôi; nó thực sự là về một điều gì đó lớn lao hơn nhiều. Và chính vì nó không phải là về tôi, nên tôi trở nên tự do."</w:t>
      </w:r>
    </w:p>
    <w:p>
      <w:pPr>
        <w:spacing w:after="80"/>
      </w:pPr>
      <w:r>
        <w:rPr>
          <w:b w:val="0"/>
          <w:i w:val="0"/>
        </w:rPr>
        <w:t>Khi con người chân thật của bạn có khiếm khuyết nhưng vận hành theo những giá trị tốt đẹp, bạn sẽ sẵn lòng phơi bày nó trước người khác. Điều đó giải phóng bạn để được là chính mình. Đến lúc đó, nếu ai đó không thích bạn hay không đồng ý với bạn, cũng chẳng sao, bởi vì bạn đang sống đúng với chính mình và với những giá trị của mình. Bạn có thể tự tin rằng mình đang làm điều mình tin là đúng, và bạn có thể sống thanh thản với những quyết định của mình.</w:t>
      </w:r>
    </w:p>
    <w:p>
      <w:pPr>
        <w:pStyle w:val="Heading3"/>
      </w:pPr>
      <w:r>
        <w:rPr>
          <w:rFonts w:ascii="Calibri" w:hAnsi="Calibri"/>
          <w:b/>
          <w:i w:val="0"/>
          <w:sz w:val="26"/>
        </w:rPr>
        <w:t xml:space="preserve">2. Đón nhận ý tưởng sống </w:t>
      </w:r>
      <w:r>
        <w:rPr>
          <w:rFonts w:ascii="Calibri" w:hAnsi="Calibri"/>
          <w:b/>
          <w:i/>
          <w:sz w:val="26"/>
        </w:rPr>
        <w:t>giữa</w:t>
      </w:r>
      <w:r>
        <w:rPr>
          <w:rFonts w:ascii="Calibri" w:hAnsi="Calibri"/>
          <w:b/>
          <w:i w:val="0"/>
          <w:sz w:val="26"/>
        </w:rPr>
        <w:t xml:space="preserve"> thành công và thất bại</w:t>
      </w:r>
    </w:p>
    <w:p>
      <w:pPr>
        <w:spacing w:after="80"/>
      </w:pPr>
      <w:r>
        <w:rPr>
          <w:b w:val="0"/>
          <w:i w:val="0"/>
        </w:rPr>
        <w:t xml:space="preserve">Với tư cách là những nhà lãnh đạo, chúng ta sẽ gặp rắc rối nếu trong thâm tâm tự dán nhãn mình là </w:t>
      </w:r>
      <w:r>
        <w:rPr>
          <w:b w:val="0"/>
          <w:i/>
        </w:rPr>
        <w:t>người thành công</w:t>
      </w:r>
      <w:r>
        <w:rPr>
          <w:b w:val="0"/>
          <w:i w:val="0"/>
        </w:rPr>
        <w:t xml:space="preserve"> hay </w:t>
      </w:r>
      <w:r>
        <w:rPr>
          <w:b w:val="0"/>
          <w:i/>
        </w:rPr>
        <w:t>kẻ thất bại</w:t>
      </w:r>
      <w:r>
        <w:rPr>
          <w:b w:val="0"/>
          <w:i w:val="0"/>
        </w:rPr>
        <w:t>. Nếu tự định nghĩa mình là người thành công, ta có thể rơi vào trạng thái phủ nhận khi đang lãnh đạo hay thể hiện kém cỏi. Ta cũng có thể tìm cách che giấu sai lầm của mình vì không muốn ai nhìn thấy bằng chứng trái ngược với hình ảnh thành công của ta. Tự định nghĩa mình là kẻ thất bại cũng rắc rối không kém, bởi những người coi mình là kẻ thất bại thì đã bị đánh bại trước cả khi họ kịp cố gắng làm bất cứ điều gì. Vậy đâu là giải pháp? Hãy sống giữa thành công và thất bại.</w:t>
      </w:r>
    </w:p>
    <w:p>
      <w:pPr>
        <w:spacing w:after="80"/>
      </w:pPr>
      <w:r>
        <w:rPr>
          <w:b w:val="0"/>
          <w:i w:val="0"/>
        </w:rPr>
        <w:t>Đây là cách tôi hình dung. Cuộc đời tôi giống như một con đường có những vạch kẻ ở hai bên mép. Khi tôi đi trên con đường lãnh đạo, vạch bên phải tôi là thành công. Khi tôi ở gần vạch đó, mọi thứ dường như đều suôn sẻ. Tôi đang thắng và tôi cảm thấy thành công. Vạch bên trái tôi là thất bại. Khi tôi ở gần vạch đó, chẳng có gì có vẻ suôn sẻ. Tôi cảm thấy như mình đang sống trong Định luật Murphy, nơi bất cứ điều gì có thể hỏng đều sẽ hỏng — và vào đúng thời điểm tồi tệ nhất.</w:t>
      </w:r>
    </w:p>
    <w:p>
      <w:pPr>
        <w:spacing w:after="80"/>
      </w:pPr>
      <w:r>
        <w:rPr>
          <w:b w:val="0"/>
          <w:i w:val="0"/>
        </w:rPr>
        <w:t>Trong những ngày tháng sống của mình, đôi khi tôi đang di chuyển men theo một trong hai vạch đó, tùy vào những gì tôi làm và con người tôi. Vào những ngày như thế, tôi có thể cảm thấy một trong những điều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Ranh giới của thất bại</w:t>
            </w:r>
          </w:p>
        </w:tc>
        <w:tc>
          <w:tcPr>
            <w:tcW w:type="dxa" w:w="4680"/>
          </w:tcPr>
          <w:p>
            <w:r/>
            <w:r>
              <w:rPr>
                <w:b/>
                <w:i w:val="0"/>
                <w:sz w:val="19"/>
              </w:rPr>
              <w:t>Ranh giới của thành công</w:t>
            </w:r>
          </w:p>
        </w:tc>
      </w:tr>
      <w:tr>
        <w:tc>
          <w:tcPr>
            <w:tcW w:type="dxa" w:w="4680"/>
          </w:tcPr>
          <w:p>
            <w:r/>
            <w:r>
              <w:rPr>
                <w:b w:val="0"/>
                <w:i w:val="0"/>
                <w:sz w:val="19"/>
              </w:rPr>
              <w:t>Tôi cảm nhận điểm yếu của mình</w:t>
            </w:r>
          </w:p>
        </w:tc>
        <w:tc>
          <w:tcPr>
            <w:tcW w:type="dxa" w:w="4680"/>
          </w:tcPr>
          <w:p>
            <w:r/>
            <w:r>
              <w:rPr>
                <w:b w:val="0"/>
                <w:i w:val="0"/>
                <w:sz w:val="19"/>
              </w:rPr>
              <w:t>Tôi cảm nhận sức mạnh của mình</w:t>
            </w:r>
          </w:p>
        </w:tc>
      </w:tr>
      <w:tr>
        <w:tc>
          <w:tcPr>
            <w:tcW w:type="dxa" w:w="4680"/>
          </w:tcPr>
          <w:p>
            <w:r/>
            <w:r>
              <w:rPr>
                <w:b w:val="0"/>
                <w:i w:val="0"/>
                <w:sz w:val="19"/>
              </w:rPr>
              <w:t>Nó khiến tôi chán nản</w:t>
            </w:r>
          </w:p>
        </w:tc>
        <w:tc>
          <w:tcPr>
            <w:tcW w:type="dxa" w:w="4680"/>
          </w:tcPr>
          <w:p>
            <w:r/>
            <w:r>
              <w:rPr>
                <w:b w:val="0"/>
                <w:i w:val="0"/>
                <w:sz w:val="19"/>
              </w:rPr>
              <w:t>Nó khiến tôi ấn tượng</w:t>
            </w:r>
          </w:p>
        </w:tc>
      </w:tr>
      <w:tr>
        <w:tc>
          <w:tcPr>
            <w:tcW w:type="dxa" w:w="4680"/>
          </w:tcPr>
          <w:p>
            <w:r/>
            <w:r>
              <w:rPr>
                <w:b w:val="0"/>
                <w:i w:val="0"/>
                <w:sz w:val="19"/>
              </w:rPr>
              <w:t>Tôi không muốn ai nhìn thấy</w:t>
            </w:r>
          </w:p>
        </w:tc>
        <w:tc>
          <w:tcPr>
            <w:tcW w:type="dxa" w:w="4680"/>
          </w:tcPr>
          <w:p>
            <w:r/>
            <w:r>
              <w:rPr>
                <w:b w:val="0"/>
                <w:i w:val="0"/>
                <w:sz w:val="19"/>
              </w:rPr>
              <w:t>Tôi muốn mọi người đều thấy</w:t>
            </w:r>
          </w:p>
        </w:tc>
      </w:tr>
      <w:tr>
        <w:tc>
          <w:tcPr>
            <w:tcW w:type="dxa" w:w="4680"/>
          </w:tcPr>
          <w:p>
            <w:r/>
            <w:r>
              <w:rPr>
                <w:b w:val="0"/>
                <w:i w:val="0"/>
                <w:sz w:val="19"/>
              </w:rPr>
              <w:t>Tôi ước điều này chưa từng xảy ra</w:t>
            </w:r>
          </w:p>
        </w:tc>
        <w:tc>
          <w:tcPr>
            <w:tcW w:type="dxa" w:w="4680"/>
          </w:tcPr>
          <w:p>
            <w:r/>
            <w:r>
              <w:rPr>
                <w:b w:val="0"/>
                <w:i w:val="0"/>
                <w:sz w:val="19"/>
              </w:rPr>
              <w:t>Tôi ước điều này kéo dài mãi mãi</w:t>
            </w:r>
          </w:p>
        </w:tc>
      </w:tr>
      <w:tr>
        <w:tc>
          <w:tcPr>
            <w:tcW w:type="dxa" w:w="4680"/>
          </w:tcPr>
          <w:p>
            <w:r/>
            <w:r>
              <w:rPr>
                <w:b w:val="0"/>
                <w:i w:val="0"/>
                <w:sz w:val="19"/>
              </w:rPr>
              <w:t>Đó là tôi lúc tệ nhất</w:t>
            </w:r>
          </w:p>
        </w:tc>
        <w:tc>
          <w:tcPr>
            <w:tcW w:type="dxa" w:w="4680"/>
          </w:tcPr>
          <w:p>
            <w:r/>
            <w:r>
              <w:rPr>
                <w:b w:val="0"/>
                <w:i w:val="0"/>
                <w:sz w:val="19"/>
              </w:rPr>
              <w:t>Đó là tôi lúc tốt nhất</w:t>
            </w:r>
          </w:p>
        </w:tc>
      </w:tr>
    </w:tbl>
    <w:p>
      <w:pPr>
        <w:spacing w:after="0"/>
      </w:pPr>
    </w:p>
    <w:p>
      <w:pPr>
        <w:spacing w:after="80"/>
      </w:pPr>
      <w:r>
        <w:rPr>
          <w:b w:val="0"/>
          <w:i w:val="0"/>
        </w:rPr>
        <w:t>Dù ai trong chúng ta cũng có những lúc thành công hay thất bại, ta thường sống đâu đó ở khoảng giữa. Những ngày ta ở khoảng giữa ấy — bước đi, làm việc, dẫn dắt — là những ngày tốt đẹp nhưng chưa hoàn hảo, và chính chúng định hình nên ta — không phải những ngày tốt nhất, cũng không phải những ngày tệ nhất. Ta cần trung thực với chính mình và với người khác về điều này, bởi như bạn tôi, Craig Groeschel, người sáng lập và lãnh đạo của Life. Church, từng nói: "Người ta thà theo một người lãnh đạo luôn chân thật còn hơn một người luôn đúng." Sự chân thật là sống một cuộc đời cởi mở giữa những ranh giới.</w:t>
      </w:r>
    </w:p>
    <w:p>
      <w:pPr>
        <w:spacing w:after="80"/>
      </w:pPr>
      <w:r>
        <w:rPr>
          <w:b w:val="0"/>
          <w:i w:val="0"/>
        </w:rPr>
        <w:t>Sống là chính mình giữa những ranh giới mang lại sức mạnh. Nó giải phóng bạn để được là chính bạn, để kết nối chân thật với mọi người, và dẫn dắt họ với sự chính trực. Tôi thích cách Jamie Kern Lima diễn đạt điều này:</w:t>
      </w:r>
    </w:p>
    <w:p>
      <w:pPr>
        <w:spacing w:after="80"/>
      </w:pPr>
      <w:r>
        <w:rPr>
          <w:b w:val="0"/>
          <w:i w:val="0"/>
        </w:rPr>
        <w:t>Khi bạn che giấu những phần quan trọng của con người mình, bạn không bao giờ có thể có những mối quan hệ chân thật. Bởi vì người kia đang yêu một ai đó không hẳn là bạn. Ta ngần ngại — lỡ họ không yêu ta đúng như con người thật của ta thì sao? Nhưng rồi ta phải tự hỏi điều gì tệ hơn — mất đi người đó hay mất đi cơ hội có được tình yêu đích thực, chân thật trong phần đời còn lại? Ta sinh ra đã mang nhu cầu kết nối với con người. Vậy nên, nếu bạn đã từng sợ phải xuất hiện trọn vẹn và chân thật là chính bạn, thì bạn đang tự tước đi của mình sự kết nối con người đích thực đó.</w:t>
      </w:r>
    </w:p>
    <w:p>
      <w:pPr>
        <w:spacing w:after="80"/>
      </w:pPr>
      <w:r>
        <w:rPr>
          <w:b w:val="0"/>
          <w:i w:val="0"/>
        </w:rPr>
        <w:t>Jamie viết điều này khi mô tả những người bạn thân nhất của mình, nhưng ý tưởng ấy không chỉ áp dụng cho bạn bè và gia đình mà còn cho những người ta làm việc cùng và dẫn dắt. Chẳng phải bạn cũng muốn có những mối quan hệ cởi mở, chân thật với mọi người để giúp bạn sống và dẫn dắt tốt hơn đó sao? Tôi biết là tôi muốn vậy.</w:t>
      </w:r>
    </w:p>
    <w:p>
      <w:pPr>
        <w:pStyle w:val="Heading3"/>
      </w:pPr>
      <w:r>
        <w:rPr>
          <w:rFonts w:ascii="Calibri" w:hAnsi="Calibri"/>
          <w:b/>
          <w:i w:val="0"/>
          <w:sz w:val="26"/>
        </w:rPr>
        <w:t>3. Trân trọng giá trị của nhân cách hơn danh tiếng</w:t>
      </w:r>
    </w:p>
    <w:p>
      <w:pPr>
        <w:spacing w:after="80"/>
      </w:pPr>
      <w:r>
        <w:rPr>
          <w:b w:val="0"/>
          <w:i w:val="0"/>
        </w:rPr>
        <w:t>Chúng ta đang sống trong một thế giới mà người ta quá chú trọng đến hình ảnh và danh tiếng. Các cá nhân và tổ chức làm việc chăm chỉ để xây dựng thương hiệu. Người ta trình bày những phiên bản được chăm chút kỹ lưỡng của chính mình trên mạng xã hội để nhận lượt thích và có thêm người theo dõi. Nhưng danh tiếng thì không có thực chất, và hình ảnh thường không chân thật. Điều thực sự quan trọng là nhân cách, bởi nó quyết định bạn là ai, bạn tương tác với mọi người như thế nào, và bạn có khả năng đạt được những gì. Khi nhân cách của bạn vượt trội hơn danh tiếng, bạn có thể đi trên con đường cao thượng ngay cả khi khó khăn, bởi những giá trị và sức mạnh nội tâm của bạn sẽ nâng đỡ bạn.</w:t>
      </w:r>
    </w:p>
    <w:p>
      <w:pPr>
        <w:spacing w:after="80"/>
      </w:pPr>
      <w:r>
        <w:rPr>
          <w:b w:val="0"/>
          <w:i w:val="0"/>
        </w:rPr>
        <w:t>Một số đồng nghiệp thân thiết của tôi kể rằng người ta thường hỏi họ rằng tôi thực sự là người như thế nào. Họ muốn nhìn ra phía sau bức màn, và điều họ muốn biết là liệu tôi có phải là người thật hay không, liệu nhân cách bên trong của tôi có khớp với danh tiếng của tôi không. Đó là một câu hỏi hay để tôi tự hỏi mình mỗi ngày. Nếu danh tiếng của tôi vượt trội hơn nhân cách của tôi, thì tôi gặp rắc rối rồi!</w:t>
      </w:r>
    </w:p>
    <w:p>
      <w:pPr>
        <w:spacing w:after="80"/>
      </w:pPr>
      <w:r>
        <w:rPr>
          <w:b w:val="0"/>
          <w:i w:val="0"/>
        </w:rPr>
        <w:t>Tôi đã vật lộn với vấn đề này khi còn là một nhà lãnh đạo trẻ. Tôi có mong muốn trông giỏi giang hơn so với con người thật của mình. Có một thời gian, tôi đeo kính để trông thông minh hơn. Tôi để ria mép để trông chững chạc hơn. Tôi nói về những chủ đề mà người khác mong đợi tôi đề cập, dù tôi không có niềm tin mạnh mẽ nào liên quan đến chúng. Kết quả là, khi tôi giao tiếp, lời nói của tôi không vang lên chân thật. Điều đó có nghĩa là tôi đang đánh mất bất kỳ uy tín đạo đức nào mà tôi đã gây dựng được ở giai đoạn đầu sự nghiệp ấy. Tôi cảm nhận rằng mình cần phải thay đổi. Ở tuổi hai mươi tư, tôi đưa ra quyết định đặt nhân cách lên hàng đầu và sắp xếp hành động cùng lời nói của mình cho khớp với niềm tin. Một mình trong phòng làm việc, tôi viết những dòng sau:</w:t>
      </w:r>
    </w:p>
    <w:p>
      <w:pPr>
        <w:spacing w:after="80"/>
      </w:pPr>
      <w:r>
        <w:rPr>
          <w:b w:val="0"/>
          <w:i w:val="0"/>
        </w:rPr>
        <w:t>"Tôi sẽ chỉ dạy những gì tôi tin." Điều này mang lại cho tôi niềm đam mê.</w:t>
      </w:r>
    </w:p>
    <w:p>
      <w:pPr>
        <w:spacing w:after="80"/>
      </w:pPr>
      <w:r>
        <w:rPr>
          <w:b w:val="0"/>
          <w:i w:val="0"/>
        </w:rPr>
        <w:t>"Tôi sẽ chỉ dạy những gì tôi trải nghiệm." Điều này mang lại cho tôi uy tín đạo đức.</w:t>
      </w:r>
    </w:p>
    <w:p>
      <w:pPr>
        <w:spacing w:after="80"/>
      </w:pPr>
      <w:r>
        <w:rPr>
          <w:b w:val="0"/>
          <w:i w:val="0"/>
        </w:rPr>
        <w:t>"Tôi sẽ chỉ dạy những gì tôi sống." Điều này mang lại cho tôi sự chân thật.</w:t>
      </w:r>
    </w:p>
    <w:p>
      <w:pPr>
        <w:spacing w:after="80"/>
      </w:pPr>
      <w:r>
        <w:rPr>
          <w:b w:val="0"/>
          <w:i w:val="0"/>
        </w:rPr>
        <w:t>Tập trung vào việc xây dựng nhân cách hơn danh tiếng đòi hỏi sự khiêm tốn. Tác giả và nhà nghiên cứu Jim Collins mô tả sự khiêm tốn của những nhà lãnh đạo tầm cao, được dẫn dắt bởi nhân cách, là "sự khiêm nhường đầy sức thuyết phục" (compelling modesty). Ông nói rằng những nhà lãnh đạo tập trung vào nhân cách kết hợp sự không màu mè với quyết tâm mãnh liệt, sự khiêm tốn với ý chí kiên cường, sự thiếu tham vọng cá nhân với tinh thần không biết sợ. Đó đều là những phẩm chất nhân cách mạnh mẽ và tích cực. Chúng giúp các nhà lãnh đạo có thể sống trên con đường cao thượng, nâng đỡ người khác và những thành tựu của họ thay vì nhấn mạnh vào bản thân mình.</w:t>
      </w:r>
    </w:p>
    <w:p>
      <w:pPr>
        <w:spacing w:after="80"/>
      </w:pPr>
      <w:r>
        <w:rPr>
          <w:b w:val="0"/>
          <w:i w:val="0"/>
        </w:rPr>
        <w:t>Có một sức mạnh quan trọng nữa mà người ta có được khi phát triển nhân cách tốt. Họ có khả năng tôn trọng người khác, lắng nghe họ và hiểu quan điểm của họ tốt hơn. Tại sao? Bởi những người có nhân cách tốt không có lý do gì để cảm thấy bị đe dọa bởi những quan điểm khác với quan điểm của mình. Khi người ta bày tỏ những ý kiến trái ngược, xu hướng tự nhiên của chúng ta là sửa lời họ, đặt họ vào đúng vị trí. Điều đó đưa chúng ta rời khỏi con đường cao thượng. Tôi phải thừa nhận rằng tôi đã làm điều đó quá thường xuyên trong quá khứ. Nhưng giờ đây, tôi tự kiểm điểm mình, thách thức bản thân lắng nghe, và tôn trọng con người cùng quan điểm của họ. Điều đó đưa tôi trở lại con đường cao thượng.</w:t>
      </w:r>
    </w:p>
    <w:p>
      <w:pPr>
        <w:pStyle w:val="Heading3"/>
      </w:pPr>
      <w:r>
        <w:rPr>
          <w:rFonts w:ascii="Calibri" w:hAnsi="Calibri"/>
          <w:b/>
          <w:i w:val="0"/>
          <w:sz w:val="26"/>
        </w:rPr>
        <w:t>4. Trân trọng những lựa chọn bạn đưa ra hơn những món quà bạn được ban tặng</w:t>
      </w:r>
    </w:p>
    <w:p>
      <w:pPr>
        <w:spacing w:after="80"/>
      </w:pPr>
      <w:r>
        <w:rPr>
          <w:b w:val="0"/>
          <w:i w:val="0"/>
        </w:rPr>
        <w:t>Tại Giải thưởng Pathfinder 2016 ở Seattle, Jeff Bezos, nhà sáng lập Amazon, đã được Steve Taylor, phi công trưởng của Boeing Flight Service, phỏng vấn. Khi được hỏi về câu nói của mình, "Hãy tự hào về những lựa chọn của bạn, chứ không phải những món quà bạn được ban tặng", Bezos trả lời,</w:t>
      </w:r>
    </w:p>
    <w:p>
      <w:pPr>
        <w:spacing w:after="80"/>
      </w:pPr>
      <w:r>
        <w:rPr>
          <w:b w:val="0"/>
          <w:i w:val="0"/>
        </w:rPr>
        <w:t>Đây là điều cực kỳ quan trọng để những người trẻ hiểu, và để các bậc cha mẹ dạy cho người trẻ. Một người trẻ tài năng rất dễ tự hào về những món quà của mình. Họ nói, "Tôi rất giỏi thể thao," hay "Tôi rất thông minh," hay "Tôi rất giỏi toán." Và điều đó tốt thôi. Bạn nên tôn vinh những món quà của mình. Bạn nên hạnh phúc. Nhưng bạn không thể tự hào về chúng, bởi suy cho cùng chúng là những món quà. Chúng được ban tặng cho bạn.</w:t>
      </w:r>
    </w:p>
    <w:p>
      <w:pPr>
        <w:spacing w:after="80"/>
      </w:pPr>
      <w:r>
        <w:rPr>
          <w:b w:val="0"/>
          <w:i w:val="0"/>
        </w:rPr>
        <w:t xml:space="preserve">Điều bạn </w:t>
      </w:r>
      <w:r>
        <w:rPr>
          <w:b w:val="0"/>
          <w:i/>
        </w:rPr>
        <w:t>có thể</w:t>
      </w:r>
      <w:r>
        <w:rPr>
          <w:b w:val="0"/>
          <w:i w:val="0"/>
        </w:rPr>
        <w:t xml:space="preserve"> tự hào là những lựa chọn của bạn. Bạn đã quyết định sử dụng những món quà của mình như thế nào? Bạn có học hành chăm chỉ không? Bạn có làm việc chăm chỉ không? Bạn có luyện tập không? Những người thực sự xuất sắc kết hợp những món quà với sự chăm chỉ, và phần chăm chỉ là một lựa chọn. Bạn được quyền quyết định điều đó. Và </w:t>
      </w:r>
      <w:r>
        <w:rPr>
          <w:b w:val="0"/>
          <w:i/>
        </w:rPr>
        <w:t>đó</w:t>
      </w:r>
      <w:r>
        <w:rPr>
          <w:b w:val="0"/>
          <w:i w:val="0"/>
        </w:rPr>
        <w:t xml:space="preserve"> là điều mà khi nhìn lại cuộc đời mình, bạn sẽ vô cùng tự hào.</w:t>
      </w:r>
    </w:p>
    <w:p>
      <w:pPr>
        <w:spacing w:after="80"/>
      </w:pPr>
      <w:r>
        <w:rPr>
          <w:b w:val="0"/>
          <w:i w:val="0"/>
        </w:rPr>
        <w:t>Chúng ta không kiểm soát được những món quà của mình. Chúng ta đã nhận được những gì được ban cho. Chúng ta không thể nhận công về chúng.</w:t>
      </w:r>
    </w:p>
    <w:p>
      <w:pPr>
        <w:spacing w:after="80"/>
      </w:pPr>
      <w:r>
        <w:rPr>
          <w:b w:val="0"/>
          <w:i w:val="0"/>
        </w:rPr>
        <w:t>Khi tôi còn nhỏ và mang học bạ về nhà, bố mẹ tôi xem xét tất cả các điểm của tôi. Nhưng có một điểm mà bố tôi luôn chú ý. Ông nói đó là điểm quan trọng nhất: nỗ lực. Ngay cả khi các điểm khác của tôi không cao, ông vẫn hài lòng nếu giáo viên nhận xét rằng tôi đã nỗ lực ở mức A.</w:t>
      </w:r>
    </w:p>
    <w:p>
      <w:pPr>
        <w:spacing w:after="80"/>
      </w:pPr>
      <w:r>
        <w:rPr>
          <w:b w:val="0"/>
          <w:i w:val="0"/>
        </w:rPr>
        <w:t>Tài năng bị đánh giá quá cao. Tôi đã biết những người tài năng mà làm được rất ít trong cuộc đời, và những người kém tài năng hơn lại đi rất xa. Bạn có biết vậy không? Hơn nữa, những nhà lãnh đạo nhấn mạnh tài năng và những món quà của mình với những người họ làm việc cùng sẽ tách mình khỏi người khác và thường khiến họ xa lánh. Những nhà lãnh đạo trên con đường cao thượng tránh làm điều đó. Thay vào đó, họ kết nối với mọi người, nhấn mạnh những điểm chung giữa họ.</w:t>
      </w:r>
    </w:p>
    <w:p>
      <w:pPr>
        <w:spacing w:after="80"/>
      </w:pPr>
      <w:r>
        <w:rPr>
          <w:b w:val="0"/>
          <w:i w:val="0"/>
        </w:rPr>
        <w:t xml:space="preserve">Chính những gì chúng ta làm với tài năng của mình mới tạo nên sự khác biệt. Đó là lý do vài năm trước tôi đã viết một cuốn sách có tựa đề </w:t>
      </w:r>
      <w:r>
        <w:rPr>
          <w:b w:val="0"/>
          <w:i/>
        </w:rPr>
        <w:t>Tài Năng Thôi Chưa Đủ</w:t>
      </w:r>
      <w:r>
        <w:rPr>
          <w:b w:val="0"/>
          <w:i w:val="0"/>
        </w:rPr>
        <w:t>. Tôi tin rằng những lựa chọn tích cực bạn đưa ra sẽ giúp bạn khác biệt so với những người chỉ có tài năng đơn thuần. Dưới đây là những lựa chọn quan trọng bạn có thể thực hiện và cách chúng phát huy tối đa những món quà bạn được ban tặng:</w:t>
      </w:r>
    </w:p>
    <w:p>
      <w:pPr>
        <w:spacing w:after="80"/>
      </w:pPr>
      <w:r>
        <w:rPr>
          <w:b w:val="0"/>
          <w:i w:val="0"/>
        </w:rPr>
        <w:t>Niềm Tin Nâng Cao Tài Năng Của Bạn</w:t>
      </w:r>
    </w:p>
    <w:p>
      <w:pPr>
        <w:spacing w:after="80"/>
      </w:pPr>
      <w:r>
        <w:rPr>
          <w:b w:val="0"/>
          <w:i w:val="0"/>
        </w:rPr>
        <w:t>Đam Mê Tiếp Sức Cho Tài Năng Của Bạn</w:t>
      </w:r>
    </w:p>
    <w:p>
      <w:pPr>
        <w:spacing w:after="80"/>
      </w:pPr>
      <w:r>
        <w:rPr>
          <w:b w:val="0"/>
          <w:i w:val="0"/>
        </w:rPr>
        <w:t>Lòng Can Đảm Thử Thách Tài Năng Của Bạn</w:t>
      </w:r>
    </w:p>
    <w:p>
      <w:pPr>
        <w:spacing w:after="80"/>
      </w:pPr>
      <w:r>
        <w:rPr>
          <w:b w:val="0"/>
          <w:i w:val="0"/>
        </w:rPr>
        <w:t>Tính Chủ Động Kích Hoạt Tài Năng Của Bạn</w:t>
      </w:r>
    </w:p>
    <w:p>
      <w:pPr>
        <w:spacing w:after="80"/>
      </w:pPr>
      <w:r>
        <w:rPr>
          <w:b w:val="0"/>
          <w:i w:val="0"/>
        </w:rPr>
        <w:t>Khả Năng Học Hỏi Mở Rộng Tài Năng Của Bạn</w:t>
      </w:r>
    </w:p>
    <w:p>
      <w:pPr>
        <w:spacing w:after="80"/>
      </w:pPr>
      <w:r>
        <w:rPr>
          <w:b w:val="0"/>
          <w:i w:val="0"/>
        </w:rPr>
        <w:t>Sự Tập Trung Định Hướng Tài Năng Của Bạn</w:t>
      </w:r>
    </w:p>
    <w:p>
      <w:pPr>
        <w:spacing w:after="80"/>
      </w:pPr>
      <w:r>
        <w:rPr>
          <w:b w:val="0"/>
          <w:i w:val="0"/>
        </w:rPr>
        <w:t>Nhân Cách Bảo Vệ Tài Năng Của Bạn</w:t>
      </w:r>
    </w:p>
    <w:p>
      <w:pPr>
        <w:spacing w:after="80"/>
      </w:pPr>
      <w:r>
        <w:rPr>
          <w:b w:val="0"/>
          <w:i w:val="0"/>
        </w:rPr>
        <w:t>Sự Chuẩn Bị Định Vị Tài Năng Của Bạn</w:t>
      </w:r>
    </w:p>
    <w:p>
      <w:pPr>
        <w:spacing w:after="80"/>
      </w:pPr>
      <w:r>
        <w:rPr>
          <w:b w:val="0"/>
          <w:i w:val="0"/>
        </w:rPr>
        <w:t>Các Mối Quan Hệ Ảnh Hưởng Đến Tài Năng Của Bạn</w:t>
      </w:r>
    </w:p>
    <w:p>
      <w:pPr>
        <w:spacing w:after="80"/>
      </w:pPr>
      <w:r>
        <w:rPr>
          <w:b w:val="0"/>
          <w:i w:val="0"/>
        </w:rPr>
        <w:t>Luyện Tập Mài Giũa Tài Năng Của Bạn</w:t>
      </w:r>
    </w:p>
    <w:p>
      <w:pPr>
        <w:spacing w:after="80"/>
      </w:pPr>
      <w:r>
        <w:rPr>
          <w:b w:val="0"/>
          <w:i w:val="0"/>
        </w:rPr>
        <w:t>Tinh Thần Trách Nhiệm Củng Cố Tài Năng Của Bạn</w:t>
      </w:r>
    </w:p>
    <w:p>
      <w:pPr>
        <w:spacing w:after="80"/>
      </w:pPr>
      <w:r>
        <w:rPr>
          <w:b w:val="0"/>
          <w:i w:val="0"/>
        </w:rPr>
        <w:t>Sự Kiên Trì Duy Trì Tài Năng Của Bạn</w:t>
      </w:r>
    </w:p>
    <w:p>
      <w:pPr>
        <w:spacing w:after="80"/>
      </w:pPr>
      <w:r>
        <w:rPr>
          <w:b w:val="0"/>
          <w:i w:val="0"/>
        </w:rPr>
        <w:t>Làm Việc Nhóm Nhân Bội Tài Năng Của Bạn</w:t>
      </w:r>
    </w:p>
    <w:p>
      <w:pPr>
        <w:spacing w:after="80"/>
      </w:pPr>
      <w:r>
        <w:rPr>
          <w:b w:val="0"/>
          <w:i w:val="0"/>
        </w:rPr>
        <w:t>Mỗi lựa chọn tích cực bạn đưa ra đều giúp bạn trở thành một người tốt hơn và một nhà lãnh đạo giỏi hơn.</w:t>
      </w:r>
    </w:p>
    <w:p>
      <w:pPr>
        <w:pStyle w:val="Heading3"/>
      </w:pPr>
      <w:r>
        <w:rPr>
          <w:rFonts w:ascii="Calibri" w:hAnsi="Calibri"/>
          <w:b/>
          <w:i w:val="0"/>
          <w:sz w:val="26"/>
        </w:rPr>
        <w:t>5. Đón Nhận Giá Trị Đóng Góp Của Bạn</w:t>
      </w:r>
    </w:p>
    <w:p>
      <w:pPr>
        <w:spacing w:after="80"/>
      </w:pPr>
      <w:r>
        <w:rPr>
          <w:b w:val="0"/>
          <w:i w:val="0"/>
        </w:rPr>
        <w:t>Những nhà lãnh đạo theo con đường cao thượng luôn nỗ lực để tự nhận thức về bản thân và có khả năng đánh giá một cách thực tế những đóng góp mà họ mang lại cho đội nhóm, phòng ban hay tổ chức của mình. Họ không thổi phồng giá trị việc mình làm để vuốt ve cái tôi của bản thân. Họ cũng không đánh giá thấp công việc của mình vì cảm giác tự ti. Và họ không để người khác áp đặt xem họ nên đóng góp những gì.</w:t>
      </w:r>
    </w:p>
    <w:p>
      <w:pPr>
        <w:spacing w:after="80"/>
      </w:pPr>
      <w:r>
        <w:rPr>
          <w:b w:val="0"/>
          <w:i w:val="0"/>
        </w:rPr>
        <w:t xml:space="preserve">Trong cuốn sách </w:t>
      </w:r>
      <w:r>
        <w:rPr>
          <w:b w:val="0"/>
          <w:i/>
        </w:rPr>
        <w:t>The Top Five Regrets of the Dying</w:t>
      </w:r>
      <w:r>
        <w:rPr>
          <w:b w:val="0"/>
          <w:i w:val="0"/>
        </w:rPr>
        <w:t xml:space="preserve"> (Năm hối tiếc lớn nhất của người hấp hối), Bronnie Ware đã chia sẻ những gì bà học được khi chăm sóc những người đang cận kề cái chết. Điều hối tiếc số một của họ là gì? "Ước gì tôi đã có đủ can đảm để sống một cuộc đời đúng với chính mình, chứ không phải cuộc đời mà người khác mong đợi ở tôi." Nếu bạn khao khát trở thành một nhà lãnh đạo theo con đường cao thượng, người đón nhận sự chân thật, bạn phải sống thật với chính mình và trao cho thế giới bất cứ điều gì bạn có để cho đi, chứ không phải điều bạn ước mình có.</w:t>
      </w:r>
    </w:p>
    <w:p>
      <w:pPr>
        <w:spacing w:after="80"/>
      </w:pPr>
      <w:r>
        <w:rPr>
          <w:b w:val="0"/>
          <w:i w:val="0"/>
        </w:rPr>
        <w:t>Đâu là những dấu hiệu cho thấy có thể bạn đang không đánh giá đúng mức đóng góp của mình?</w:t>
      </w:r>
    </w:p>
    <w:p>
      <w:pPr>
        <w:pStyle w:val="Heading4"/>
      </w:pPr>
      <w:r>
        <w:rPr>
          <w:rFonts w:ascii="Calibri" w:hAnsi="Calibri"/>
          <w:b/>
          <w:i w:val="0"/>
          <w:sz w:val="23"/>
        </w:rPr>
        <w:t>Nếu bạn thường xuyên tìm kiếm sự công nhận từ người khác</w:t>
      </w:r>
    </w:p>
    <w:p>
      <w:pPr>
        <w:spacing w:after="80"/>
      </w:pPr>
      <w:r>
        <w:rPr>
          <w:b w:val="0"/>
          <w:i w:val="0"/>
        </w:rPr>
        <w:t>Khi bạn đánh giá những đóng góp của mình dựa trên suy nghĩ của người khác, bạn có thể trở nên bấp bênh. Bạn không còn đưa ra quyết định dựa trên điều bạn tin là đúng nữa. Bạn đưa ra quyết định dựa trên điều người khác nói. Có thể tiêu chuẩn của họ cao hơn hoặc thấp hơn của bạn. Có thể họ có mục đích khác. Có thể họ nói những điều tiêu cực vì họ đang tổn thương hoặc có thái độ tệ hại.</w:t>
      </w:r>
    </w:p>
    <w:p>
      <w:pPr>
        <w:spacing w:after="80"/>
      </w:pPr>
      <w:r>
        <w:rPr>
          <w:b w:val="0"/>
          <w:i w:val="0"/>
        </w:rPr>
        <w:t>Đừng để người khác đánh cắp cảm nhận về bản sắc của bạn hay áp đặt giá trị của bạn. Đúng, đôi khi nhận phản hồi là điều tốt. Nhận lời khuyên từ những người cố vấn khôn ngoan cũng vậy. Nhưng nếu bạn sống cuộc đời mình theo ý kiến của người khác, bạn sẽ trở nên thiếu chắc chắn và hời hợt.</w:t>
      </w:r>
    </w:p>
    <w:p>
      <w:pPr>
        <w:pStyle w:val="Heading4"/>
      </w:pPr>
      <w:r>
        <w:rPr>
          <w:rFonts w:ascii="Calibri" w:hAnsi="Calibri"/>
          <w:b/>
          <w:i w:val="0"/>
          <w:sz w:val="23"/>
        </w:rPr>
        <w:t>Nếu bạn thường xuyên so sánh mình với người khác</w:t>
      </w:r>
    </w:p>
    <w:p>
      <w:pPr>
        <w:spacing w:after="80"/>
      </w:pPr>
      <w:r>
        <w:rPr>
          <w:b w:val="0"/>
          <w:i w:val="0"/>
        </w:rPr>
        <w:t>So sánh có thể là một cái bẫy nguy hiểm đối với bất kỳ nhà lãnh đạo nào. Bức tranh mà sự so sánh vẽ ra luôn bị bóp méo. Nếu bạn so sánh điều tệ nhất của mình với điều tốt nhất của người khác — điều mà ai cũng có xu hướng phô ra trên mạng xã hội — bạn sẽ cảm thấy tồi tệ về bản thân. Nếu bạn so sánh điều tệ nhất của họ với điều tốt nhất của mình — xu hướng tự nhiên của hầu hết mọi người — bạn có thể sinh ra cái tính tự phụ.</w:t>
      </w:r>
    </w:p>
    <w:p>
      <w:pPr>
        <w:spacing w:after="80"/>
      </w:pPr>
      <w:r>
        <w:rPr>
          <w:b w:val="0"/>
          <w:i w:val="0"/>
        </w:rPr>
        <w:t>Diễn giả và nhà tư vấn về lãnh đạo Adam F. Jones đã nói: "Có lẽ điều buồn nhất về vòng luẩn quẩn của sự so sánh — và khả năng của nó trong việc ngăn cản, trì hoãn và làm ta nản lòng bước đi theo mục đích của mình và kết nối với bản sắc cốt lõi — là nó khiến ta cảm thấy mình cần phải xin lỗi vì chính con người mình. Nó khiến ta đánh mất cơ hội kết nối và hợp tác với người khác bởi vì ta bị nỗi cảm giác mình không đủ giỏi chiếm trọn tâm trí."</w:t>
      </w:r>
    </w:p>
    <w:p>
      <w:pPr>
        <w:pStyle w:val="Heading4"/>
      </w:pPr>
      <w:r>
        <w:rPr>
          <w:rFonts w:ascii="Calibri" w:hAnsi="Calibri"/>
          <w:b/>
          <w:i w:val="0"/>
          <w:sz w:val="23"/>
        </w:rPr>
        <w:t>Nếu bạn cho rằng đóng góp của mình là không đủ</w:t>
      </w:r>
    </w:p>
    <w:p>
      <w:pPr>
        <w:spacing w:after="80"/>
      </w:pPr>
      <w:r>
        <w:rPr>
          <w:b w:val="0"/>
          <w:i w:val="0"/>
        </w:rPr>
        <w:t>Một dấu hiệu khác cho thấy bạn đang không đánh giá đúng mức đóng góp của mình là tin rằng điều bạn làm hay điều bạn cho đi là không đáng kể. Jones đã quan sát thấy điều này ở những cựu chiến binh. Khi Adam F. Jones, một cựu chiến binh Lục quân Hoa Kỳ, kết nối với một chủ cửa hàng cũng từng phục vụ trong quân ngũ, người đàn ông kia rụt rè nói: "Tôi chỉ là một người lái xe tải thôi," như thể sự phục vụ của ông ấy không đủ vậy. Nhưng Jones có thể đồng cảm với cảm xúc của người đàn ông kia. Bản thân Jones từng là đại úy và phi công trực thăng Black Hawk, một nhiệm vụ rất danh giá. Nhưng sau khi rời quân ngũ, anh có xu hướng áy náy nói với mọi người rằng mình chưa từng được điều động ra chiến trường.</w:t>
      </w:r>
    </w:p>
    <w:p>
      <w:pPr>
        <w:spacing w:after="80"/>
      </w:pPr>
      <w:r>
        <w:rPr>
          <w:b w:val="0"/>
          <w:i w:val="0"/>
        </w:rPr>
        <w:t>Nếu bạn là một nhà lãnh đạo hoặc thành viên đội nhóm đang theo đuổi một mục tiêu đáng giá, và bạn đang đóng góp hết sức mình theo thế mạnh, khả năng và cơ hội của mình, thì bạn đang làm tròn phần việc của mình. Đừng xem nhẹ điều đó.</w:t>
      </w:r>
    </w:p>
    <w:p>
      <w:pPr>
        <w:spacing w:after="80"/>
      </w:pPr>
      <w:r>
        <w:rPr>
          <w:b w:val="0"/>
          <w:i w:val="0"/>
        </w:rPr>
        <w:t>Khi bạn trân trọng đóng góp của mình, điều đó cũng trao cho bạn khả năng thực sự trân trọng những đóng góp của người khác, và bạn có thể tận dụng tối đa công việc chung của mọi người. Điều đó đúng với Charles và Henry, hai nhà tiên phong ngành ô tô gặp nhau tại Manchester, Anh, vào ngày 4 tháng 5 năm 1904. Charles là con trai của một gia đình quý tộc, hai mươi sáu tuổi. Anh từng được giáo dục tại Eton và sau đó theo học Cambridge, nơi anh học kỹ thuật cơ khí. Anh yêu tốc độ, từng đua xe đạp và là sinh viên đại học đầu tiên sở hữu một chiếc ô tô. Năm 1900, anh giành chiến thắng trong cuộc thi Thousand Miles Reliability Trial. Năm 1903, anh phá kỷ lục tốc độ trên mặt đất của thế giới. Vào thời điểm đó, anh là "tay chơi ô tô" (autocarist) nổi tiếng nhất nước Anh. Anh yêu ô tô đến mức lập ra một công ty nhập khẩu và bán ô tô cùng với một đối tác, Claude Johnson. Nhưng anh thấy bực bội. Anh muốn bán những chiếc xe được sản xuất tại Anh.</w:t>
      </w:r>
    </w:p>
    <w:p>
      <w:pPr>
        <w:spacing w:after="80"/>
      </w:pPr>
      <w:r>
        <w:rPr>
          <w:b w:val="0"/>
          <w:i w:val="0"/>
        </w:rPr>
        <w:t>Henry, người đàn ông còn lại trong cuộc gặp ở Manchester, bốn mươi tuổi, sinh ra trong một cộng đồng nông dân nghèo và đã tự mình vươn lên có một cuộc sống tốt đẹp hơn. Năm chín tuổi, ông bắt đầu bán báo và làm những công việc lặt vặt khác, nhưng khi mười bốn tuổi, một người dì đã trả tiền để ông trở thành người học việc tại một công ty đường sắt. Ở đó, ông phát hiện ra mình có khiếu về kỹ thuật, nên ông học đại số và các môn khác vào buổi tối, điều đó dẫn đến việc ông xin được một công việc tại một công ty điện lực. Sau đó, ông khởi nghiệp công ty kỹ thuật điện của riêng mình. Khi Henry mua một chiếc ô tô Pháp đã qua sử dụng, ông thích nó, nhưng ông tin rằng mình có thể tự chế tạo một chiếc tốt hơn. Vậy nên ông đã chế tạo một chiếc xe với động cơ mạnh mẽ 10 mã lực, và ông đặt tên nó đơn giản là Royce.</w:t>
      </w:r>
    </w:p>
    <w:p>
      <w:pPr>
        <w:spacing w:after="80"/>
      </w:pPr>
      <w:r>
        <w:rPr>
          <w:b w:val="0"/>
          <w:i w:val="0"/>
        </w:rPr>
        <w:t>Danh tiếng của chiếc xe đó chính là điều đã đưa Charles Rolls đến cuộc gặp với Henry. Ngay khi Charles lái thử nó, anh đã đem lòng yêu nó và muốn hợp tác với Henry trong một công ty ô tô. Thực tế, Charles đã mượn chiếc xe ngay tại chỗ và lái nó xuống London. Anh đánh thức người đối tác bán ô tô của mình, Claude Johnson, để chở ông ấy đi một vòng trên chiếc xe. Đó chính là sự ra đời của Rolls-Royce Motor Cars.</w:t>
      </w:r>
    </w:p>
    <w:p>
      <w:pPr>
        <w:spacing w:after="80"/>
      </w:pPr>
      <w:r>
        <w:rPr>
          <w:b w:val="0"/>
          <w:i w:val="0"/>
        </w:rPr>
        <w:t>Ba người đàn ông bắt đầu làm việc cùng nhau và hai năm sau, họ cho ra đời chiếc xe đầu tiên, mang tên 40/50hp. Điều làm nên thành công của họ là mỗi người đều biết và trân trọng không chỉ đóng góp của chính mình mà còn cả đóng góp của những người khác. Henry Royce thiết kế và chế tạo xe, và Charles Rolls không cố bảo ông ấy phải làm thế nào, dù Rolls mới là người có bằng kỹ thuật. Rolls quảng bá công ty bằng cách lái xe và giành chiến thắng trong các cuộc đua với chúng, và Claude Johnson không bảo anh ấy phải làm điều đó thế nào, dù ông đã lái xe nhiều giờ hơn Rolls. Johnson điều hành công ty với vai trò giám đốc quản lý, trở nên quan trọng đến mức với thành công của công ty đến nỗi ông được biết đến với biệt danh "dấu gạch nối trong Rolls-Royce." Một mẫu quảng cáo đầu tiên cho mẫu xe đầu tiên của họ, mà về sau được gọi là Silver Ghost, đã tuyên bố mục tiêu của họ: "Chiếc Rolls-Royce sáu xi-lanh — không phải một trong những chiếc tốt nhất, mà là Chiếc Xe Tốt Nhất Thế Giới." Tuyên bố đó đã được công nhận là đúng vào thời điểm đó. Và nhiều người ngày nay — hơn một trăm năm sau — vẫn tin rằng một chiếc Rolls-Royce vẫn là chiếc xe tốt nhất thế giới.</w:t>
      </w:r>
    </w:p>
    <w:p>
      <w:pPr>
        <w:spacing w:after="80"/>
      </w:pPr>
      <w:r>
        <w:rPr>
          <w:b w:val="0"/>
          <w:i w:val="0"/>
        </w:rPr>
        <w:t>Nếu bạn muốn trở thành phiên bản tốt nhất của chính mình và dẫn dắt người khác đạt được điều tốt nhất của họ, bạn cần trân trọng đóng góp của mình, làm việc dựa trên thế mạnh của mình, và dẫn dắt mọi người trong đội cũng làm như vậy.</w:t>
      </w:r>
    </w:p>
    <w:p>
      <w:pPr>
        <w:pStyle w:val="Heading3"/>
      </w:pPr>
      <w:r>
        <w:rPr>
          <w:rFonts w:ascii="Calibri" w:hAnsi="Calibri"/>
          <w:b/>
          <w:i w:val="0"/>
          <w:sz w:val="26"/>
        </w:rPr>
        <w:t>6. Đón nhận sự trung thực khi bạn sai hoặc mắc lỗi</w:t>
      </w:r>
    </w:p>
    <w:p>
      <w:pPr>
        <w:spacing w:after="80"/>
      </w:pPr>
      <w:r>
        <w:rPr>
          <w:b w:val="0"/>
          <w:i w:val="0"/>
        </w:rPr>
        <w:t>Điều cuối cùng bạn có thể làm để gia tăng sự chân thật của mình, giúp bạn dẫn dắt theo con đường cao thượng, là nhận lấy sai lầm của mình và trung thực về chúng. Mọi người luôn tôn trọng những nhà lãnh đạo công khai thừa nhận khi họ sai và nỗ lực sửa chữa mọi thứ.</w:t>
      </w:r>
    </w:p>
    <w:p>
      <w:pPr>
        <w:spacing w:after="80"/>
      </w:pPr>
      <w:r>
        <w:rPr>
          <w:b w:val="0"/>
          <w:i w:val="0"/>
        </w:rPr>
        <w:t>Khi tôi đang thảo luận ý tưởng này với đội ngũ viết lách của mình trong lúc suy nghĩ về cuốn sách này, Erin Miller đã lên tiếng kể về một cuộc họp mà Mark Cole tổ chức với đội ngũ lãnh đạo của Công ty Maxwell Leadership. Để cung cấp chút bối cảnh, vài tuần trước đó, Mark và tôi đã có một cuộc trò chuyện trên máy bay về công ty. Tôi tưởng chúng tôi sẽ nói về những cách để phát triển doanh nghiệp. Nhưng càng nói, tôi càng cảm thấy có điều gì đó không ổn. Với tư cách là CEO, Mark không chỉ điều hành các công ty của tôi mà còn là người chủ yếu mang tầm nhìn và di sản của tôi. Trong cuộc họp của chúng tôi, tôi cảm nhận được rằng anh ấy đang lạc lối. Hôm đó chúng tôi đã có một cuộc trò chuyện thực sự khó khăn, rồi thêm một cuộc nữa vào ngày hôm sau. Mark nhận ra rằng anh ấy đã dẫn dắt đội ngũ và tổ chức đi sai hướng.</w:t>
      </w:r>
    </w:p>
    <w:p>
      <w:pPr>
        <w:spacing w:after="80"/>
      </w:pPr>
      <w:r>
        <w:rPr>
          <w:b w:val="0"/>
          <w:i w:val="0"/>
        </w:rPr>
        <w:t>Mark nói: "Tôi là người gìn giữ tầm nhìn của John và được giao nhiệm vụ mở rộng nó. Nhưng vì tôi đã ngừng đưa John vào ở những thời điểm then chốt, tôi đã bỏ lỡ quá nhiều thứ. Khi nhận ra điều đó, tôi cảm thấy như mình đã thất bại trong sứ mệnh và làm người thầy của mình thất vọng."</w:t>
      </w:r>
    </w:p>
    <w:p>
      <w:pPr>
        <w:spacing w:after="80"/>
      </w:pPr>
      <w:r>
        <w:rPr>
          <w:b w:val="0"/>
          <w:i w:val="0"/>
        </w:rPr>
        <w:t>Mark rất cầu tiến, học hỏi từ trải nghiệm đó và quyết định vạch ra một hướng đi khác cho các công ty. Nhưng điều đó có nghĩa là anh ấy cần gặp gỡ đội ngũ và thiết lập lại kỳ vọng. Tại cuộc họp mà tôi đã nhắc đến, anh ấy nói với đội ngũ lãnh đạo rằng anh ấy đã thất bại, anh ấy đã dẫn dắt họ đi sai hướng, và rằng anh ấy cùng họ cần phải thay đổi. Sau đó anh ấy nói: "Tôi đã tha thứ cho chính mình, và giờ tôi đang xin tất cả các bạn cũng tha thứ cho tôi."</w:t>
      </w:r>
    </w:p>
    <w:p>
      <w:pPr>
        <w:spacing w:after="80"/>
      </w:pPr>
      <w:r>
        <w:rPr>
          <w:b w:val="0"/>
          <w:i w:val="0"/>
        </w:rPr>
        <w:t xml:space="preserve">Erin nhận xét: "Mark đã trung thực và dễ tổn thương. Tôi tôn trọng anh ấy trong cuộc họp đó hơn bất kỳ cuộc họp nào chúng tôi từng có. Cách anh ấy xử lý đối với tôi đúng là sự lãnh đạo con đường cao thượng. Và tôi nghĩ, </w:t>
      </w:r>
      <w:r>
        <w:rPr>
          <w:b w:val="0"/>
          <w:i/>
        </w:rPr>
        <w:t>Ồ. Nếu tôi có thể học được cách sống như vậy, tôi sẽ dành cho bản thân và người khác nhiều sự bao dung hơn và có thể tiến về phía trước nhanh hơn nhiều.</w:t>
      </w:r>
      <w:r>
        <w:rPr>
          <w:b w:val="0"/>
          <w:i w:val="0"/>
        </w:rPr>
        <w:t>"</w:t>
      </w:r>
    </w:p>
    <w:p>
      <w:pPr>
        <w:spacing w:after="80"/>
      </w:pPr>
      <w:r>
        <w:rPr>
          <w:b w:val="0"/>
          <w:i w:val="0"/>
        </w:rPr>
        <w:t>Tôi ngưỡng mộ cách Mark xử lý việc đó với sự chân thật và cởi mở như vậy. Anh ấy không cố đấu tranh cho quyền lợi của mình. Anh ấy không lo lắng về danh tiếng của mình. Anh ấy sống thật với chính mình và các giá trị của mình. Và anh ấy đã đưa ra những lựa chọn giúp ích cho công ty và đội ngũ của mình. Anh ấy đã chọn con đường cao thượng.</w:t>
      </w:r>
    </w:p>
    <w:p>
      <w:pPr>
        <w:spacing w:after="80"/>
      </w:pPr>
      <w:r>
        <w:rPr>
          <w:b w:val="0"/>
          <w:i w:val="0"/>
        </w:rPr>
        <w:t>Khi các nhà lãnh đạo nhìn lại những quyết định tồi tệ, một số người biện minh cho những gì họ đã làm. Một số người nói dối bản thân và người khác. Một số người đấu tranh. Nhưng nếu bạn sẵn lòng dễ tổn thương, chấp nhận sai lầm và thất bại của mình với sự bao dung, và học hỏi từ chúng, thì bạn có thể tiến về phía trước. Và đội ngũ của bạn sẽ đi cùng bạn. Mọi người tôn trọng những nhà lãnh đạo chân thật, những người chọn con đường cao thượng. Nếu bạn làm bất cứ điều gì khác ngoài việc đón nhận sự chân thật, mọi người sẽ không tha thứ. Họ sẽ không đồng hành cùng bạn và giúp bạn vượt qua những tình huống khó khăn. Họ sẽ đứng nhìn bạn thất bại. Điều Jamie Kern Lima nói là đúng: "Sự chân thật không tự động đảm bảo thành công… nhưng sự giả tạo thì đảm bảo thất bại."</w:t>
      </w:r>
    </w:p>
    <w:p>
      <w:pPr>
        <w:spacing w:after="80"/>
      </w:pPr>
      <w:r>
        <w:rPr>
          <w:b/>
          <w:i w:val="0"/>
        </w:rPr>
        <w:t>Con đường đến sự chân thật: SỰ CỞI MỞ</w:t>
      </w:r>
    </w:p>
    <w:p>
      <w:pPr>
        <w:spacing w:after="80"/>
      </w:pPr>
      <w:r>
        <w:rPr>
          <w:b w:val="0"/>
          <w:i w:val="0"/>
        </w:rPr>
        <w:t>Nếu bạn muốn dẫn dắt theo con đường cao thượng, bạn cần trở nên cởi mở về con người mình—cả điểm yếu lẫn điểm mạnh. Bạn phải cởi mở thừa nhận khi mình sai hoặc khi mình không biết câu trả lời. Bạn cần cởi mở với những ý tưởng hay hơn ý tưởng của mình và với những đóng góp tích cực của người khác. Và bạn nên trở nên dễ đoán trong những phản ứng bình tĩnh nhưng trung thực của mình trước tin xấu và các vấn đề. Một điểm khởi đầu tốt là thừa nhận những điểm yếu và khuyết điểm của bạn với đội ngũ, như tôi đã gợi ý với nhóm các nhà lãnh đạo cấp cao (C-suite). Bạn cũng có thể hỏi những người trong đội xem bạn đang thiếu điều gì. Nếu mọi người phản ứng bằng sự im lặng sững sờ hoặc không chỉ ra được bất cứ điều gì bạn đang làm sai, hãy coi đó là dấu hiệu rằng bạn còn một chặng đường dài để xây dựng lòng tin với họ, và bước đầu tiên để giành được lòng tin đó là trở nên cởi mở và chân thật hơn.</w:t>
      </w:r>
    </w:p>
    <w:p>
      <w:pPr>
        <w:pStyle w:val="Heading1"/>
      </w:pPr>
      <w:r>
        <w:rPr>
          <w:rFonts w:ascii="Calibri" w:hAnsi="Calibri"/>
          <w:b/>
          <w:i w:val="0"/>
          <w:sz w:val="40"/>
        </w:rPr>
        <w:t>9. CHỊU TRÁCH NHIỆM VỀ HÀNH ĐỘNG CỦA MÌNH</w:t>
      </w:r>
    </w:p>
    <w:p>
      <w:pPr>
        <w:spacing w:after="80"/>
      </w:pPr>
      <w:r>
        <w:rPr>
          <w:b w:val="0"/>
          <w:i w:val="0"/>
        </w:rPr>
        <w:t>TÔI CHẮC BẠN ĐÃ NGHE câu "trách nhiệm dừng lại ở đây" (the buck stops here). Đó là câu nói gắn liền với Tổng thống Harry Truman. Nó xuất phát từ một tấm biển mà vị tổng thống giữ trên bàn làm việc của mình. Tôi đã thấy nó khi đến thăm Thư viện Tổng thống Truman ở Independence, Missouri, nhiều năm trước. Nguồn gốc của tấm biển có một câu chuyện thú vị:</w:t>
      </w:r>
    </w:p>
    <w:p>
      <w:pPr>
        <w:spacing w:after="80"/>
      </w:pPr>
      <w:r>
        <w:rPr>
          <w:b w:val="0"/>
          <w:i w:val="0"/>
        </w:rPr>
        <w:t>Tấm biển "The Buck Stops Here" đặt trên bàn làm việc của Tổng thống Truman trong văn phòng Nhà Trắng được làm tại trại cải tạo liên bang ở El Reno, Oklahoma. Fred A. Canfil, khi đó là Cảnh sát trưởng Hoa Kỳ cho quận phía tây Missouri và là một người bạn của ông Truman, đã thấy một tấm biển tương tự khi đến thăm trại cải tạo và hỏi viên Quản giáo liệu có thể làm một tấm biển như vậy cho Tổng thống Truman không. Tấm biển được làm và gửi đến Tổng thống vào ngày 2 tháng 10 năm 1945.…</w:t>
      </w:r>
    </w:p>
    <w:p>
      <w:pPr>
        <w:spacing w:after="80"/>
      </w:pPr>
      <w:r>
        <w:rPr>
          <w:b w:val="0"/>
          <w:i w:val="0"/>
        </w:rPr>
        <w:t>Câu nói "the buck stops here" bắt nguồn từ thành ngữ lóng "pass the buck", nghĩa là đẩy trách nhiệm sang cho người khác. Thành ngữ sau được cho là bắt nguồn từ trò chơi poker, trong đó một vật đánh dấu hoặc thẻ đếm, thường là một con dao có cán sừng hươu trong những ngày biên giới, được dùng để chỉ người đến lượt chia bài. Nếu người chơi không muốn chia bài, anh ta có thể chuyển trách nhiệm bằng cách chuyển "buck", như cách gọi vật đếm này, cho người chơi tiếp theo.</w:t>
      </w:r>
    </w:p>
    <w:p>
      <w:pPr>
        <w:spacing w:after="80"/>
      </w:pPr>
      <w:r>
        <w:rPr>
          <w:b w:val="0"/>
          <w:i w:val="0"/>
        </w:rPr>
        <w:t>Tổng thống Truman rất thích câu nói này và đã nhắc đến nó trong các bài phát biểu không chỉ một lần. Trong một bài phát biểu tại National War College năm 1952, ông nói: "Bạn biết đấy, thật dễ cho kẻ bình luận sau cuộc đua (Monday morning quarterback) khi nói huấn luyện viên lẽ ra phải làm gì, sau khi trận đấu đã kết thúc. Nhưng khi quyết định được đặt trước bạn—và trên bàn tôi có một khẩu hiệu ghi 'The Buck Stops Here'—thì quyết định phải được đưa ra." Và trong bài phát biểu chia tay vào cuối nhiệm kỳ tổng thống của mình, ông nói: "Tổng thống—dù là ai đi nữa—cũng phải quyết định. Ông ấy không thể đẩy trách nhiệm cho bất kỳ ai. Không ai khác có thể quyết định thay ông ấy. Đó là công việc của ông ấy."</w:t>
      </w:r>
    </w:p>
    <w:p>
      <w:pPr>
        <w:spacing w:after="80"/>
      </w:pPr>
      <w:r>
        <w:rPr>
          <w:b w:val="0"/>
          <w:i w:val="0"/>
        </w:rPr>
        <w:t>Những gì Truman mô tả không chỉ là việc có trách nhiệm với tư cách một nhà lãnh đạo, mà còn là việc chịu trách nhiệm giải trình. Đó là điều chúng ta phải làm với tư cách những nhà lãnh đạo theo con đường cao thượng. Nếu không làm vậy, chúng ta sẽ rơi vào trò chơi đổ lỗi. Chúng ta chỉ tay vào bất cứ thứ gì hay bất cứ ai khác ngoài chính mình để quy trách nhiệm cho mọi thứ đi sai. Chúng ta dồn hết năng lượng và sự sáng tạo vào việc tìm ra những lý do bào chữa hay ho. Sẽ là khôn ngoan nếu chúng ta nhớ rằng lý do bào chữa càng hay thì càng tệ cho chúng ta, bởi vì chúng ta càng dễ tự tha thứ cho bản thân.</w:t>
      </w:r>
    </w:p>
    <w:p>
      <w:pPr>
        <w:spacing w:after="80"/>
      </w:pPr>
      <w:r>
        <w:rPr>
          <w:b w:val="0"/>
          <w:i w:val="0"/>
        </w:rPr>
        <w:t>Chịu trách nhiệm giải trình cho hành động của mình nghĩa là gì? Theo Michael Hyatt, trách nhiệm giải trình trông như thế này:</w:t>
      </w:r>
    </w:p>
    <w:p>
      <w:pPr>
        <w:spacing w:after="80"/>
      </w:pPr>
      <w:r>
        <w:rPr>
          <w:b w:val="0"/>
          <w:i w:val="0"/>
        </w:rPr>
        <w:t>Trước hết và trên hết, điều đó có nghĩa là bạn chấp nhận trách nhiệm cho những kết quả mà người ta kỳ vọng ở bạn — cả tốt lẫn xấu. Bạn không đổ lỗi cho người khác. Và bạn không đổ lỗi cho môi trường bên ngoài. Luôn có những điều bạn lẽ ra đã có thể làm — hoặc vẫn còn có thể làm — để thay đổi kết quả.</w:t>
      </w:r>
    </w:p>
    <w:p>
      <w:pPr>
        <w:spacing w:after="80"/>
      </w:pPr>
      <w:r>
        <w:rPr>
          <w:b w:val="0"/>
          <w:i w:val="0"/>
        </w:rPr>
        <w:t xml:space="preserve">Cho đến khi bạn nhận trách nhiệm, bạn là một </w:t>
      </w:r>
      <w:r>
        <w:rPr>
          <w:b w:val="0"/>
          <w:i/>
        </w:rPr>
        <w:t>nạn nhân.</w:t>
      </w:r>
      <w:r>
        <w:rPr>
          <w:b w:val="0"/>
          <w:i w:val="0"/>
        </w:rPr>
        <w:t xml:space="preserve"> Và làm nạn nhân chính là điều hoàn toàn trái ngược với làm một nhà lãnh đạo.</w:t>
      </w:r>
    </w:p>
    <w:p>
      <w:pPr>
        <w:spacing w:after="80"/>
      </w:pPr>
      <w:r>
        <w:rPr>
          <w:b w:val="0"/>
          <w:i w:val="0"/>
        </w:rPr>
        <w:t>Nạn nhân thì thụ động. Họ bị tác động lên. Nhà lãnh đạo thì chủ động. Họ khởi xướng để gây ảnh hưởng đến kết quả.</w:t>
      </w:r>
    </w:p>
    <w:p>
      <w:pPr>
        <w:spacing w:after="80"/>
      </w:pPr>
      <w:r>
        <w:rPr>
          <w:b w:val="0"/>
          <w:i w:val="0"/>
        </w:rPr>
        <w:t xml:space="preserve">Bạn sẽ để ý, trong tiêu đề của chương này, tôi gợi ý rằng chúng ta hãy </w:t>
      </w:r>
      <w:r>
        <w:rPr>
          <w:b w:val="0"/>
          <w:i/>
        </w:rPr>
        <w:t>chịu</w:t>
      </w:r>
      <w:r>
        <w:rPr>
          <w:b w:val="0"/>
          <w:i w:val="0"/>
        </w:rPr>
        <w:t xml:space="preserve"> trách nhiệm giải trình, chứ không phải </w:t>
      </w:r>
      <w:r>
        <w:rPr>
          <w:b w:val="0"/>
          <w:i/>
        </w:rPr>
        <w:t>là người có trách nhiệm giải trình</w:t>
      </w:r>
      <w:r>
        <w:rPr>
          <w:b w:val="0"/>
          <w:i w:val="0"/>
        </w:rPr>
        <w:t>. Vì sao? Bởi vì quá trình này không hề thụ động. Trách nhiệm giải trình là chủ động và có chủ đích.</w:t>
      </w:r>
    </w:p>
    <w:p>
      <w:pPr>
        <w:spacing w:after="80"/>
      </w:pPr>
      <w:r>
        <w:rPr>
          <w:b w:val="0"/>
          <w:i w:val="0"/>
        </w:rPr>
        <w:t>Nếu bạn muốn trở thành một nhà lãnh đạo theo con đường cao thượng, bạn không thể chọn lúc nào thì chịu trách nhiệm giải trình. Để được xem là có trách nhiệm giải trình, bạn phải thể hiện sự có trách nhiệm và quyền sở hữu đối với hành động của mình một cách nhất quán, dù vẫn còn khiếm khuyết. Trách nhiệm giải trình không phải là chuyện chỉ xảy ra một lần. Nó diễn ra liên tục, nên hoặc là bạn có trách nhiệm giải trình, hoặc là bạn không. Giáo sư Joyce E. A. Russell, cựu trưởng khoa Trường Kinh doanh Villanova, khuyên rằng: "Một khi bạn nhận công việc lãnh đạo (hoặc bất kỳ công việc nào), tốt nhất bạn hãy sẵn sàng đối mặt với tất cả các vấn đề, thách thức và rắc rối nảy sinh, chứ không chỉ những cái dễ. Bạn nên biết điều này ngay khi bước vào một vị trí để khỏi phải phàn nàn khi mọi thứ trở nên quá khó khăn."</w:t>
      </w:r>
    </w:p>
    <w:p>
      <w:pPr>
        <w:spacing w:after="80"/>
      </w:pPr>
      <w:r>
        <w:rPr>
          <w:b w:val="0"/>
          <w:i w:val="0"/>
        </w:rPr>
        <w:t>Bạn càng sớm nhận trách nhiệm về phần mình mỗi khi có điều gì đó đi sai, thì càng tốt. Bạn cần trở nên thoải mái với cảm giác khó chịu khi mình sai và dám nhận lỗi. Và giống như hầu hết mọi thứ trong cuộc sống, bạn càng luyện tập trách nhiệm giải trình nhiều bao nhiêu, bạn sẽ càng giỏi việc đó bấy nhiêu.</w:t>
      </w:r>
    </w:p>
    <w:p>
      <w:pPr>
        <w:pStyle w:val="Heading2"/>
      </w:pPr>
      <w:r>
        <w:rPr>
          <w:rFonts w:ascii="Calibri" w:hAnsi="Calibri"/>
          <w:b/>
          <w:i w:val="0"/>
          <w:sz w:val="32"/>
        </w:rPr>
        <w:t>NHỮNG GÓC NHÌN VỀ TRÁCH NHIỆM GIẢI TRÌNH</w:t>
      </w:r>
    </w:p>
    <w:p>
      <w:pPr>
        <w:spacing w:after="80"/>
      </w:pPr>
      <w:r>
        <w:rPr>
          <w:b w:val="0"/>
          <w:i w:val="0"/>
        </w:rPr>
        <w:t xml:space="preserve">Nhiều người né tránh việc chịu trách nhiệm giải trình. Vì sao? Vì nó khó. Nó đau. Không ai thích thừa nhận mình sai. Không ai </w:t>
      </w:r>
      <w:r>
        <w:rPr>
          <w:b w:val="0"/>
          <w:i/>
        </w:rPr>
        <w:t>thích</w:t>
      </w:r>
      <w:r>
        <w:rPr>
          <w:b w:val="0"/>
          <w:i w:val="0"/>
        </w:rPr>
        <w:t xml:space="preserve"> nhận lỗi hay cảm thấy có trách nhiệm về thất bại. Nhưng trách nhiệm giải trình là một trong những thực hành quan trọng nhất của những nhà lãnh đạo giỏi. Dưới đây là một số điều bạn cần biết về trách nhiệm giải trình để biến nó thành một phần trong cuộc sống của mình:</w:t>
      </w:r>
    </w:p>
    <w:p>
      <w:pPr>
        <w:pStyle w:val="Heading3"/>
      </w:pPr>
      <w:r>
        <w:rPr>
          <w:rFonts w:ascii="Calibri" w:hAnsi="Calibri"/>
          <w:b/>
          <w:i w:val="0"/>
          <w:sz w:val="26"/>
        </w:rPr>
        <w:t>1. Trách nhiệm giải trình và trách nhiệm song hành cùng nhau</w:t>
      </w:r>
    </w:p>
    <w:p>
      <w:pPr>
        <w:spacing w:after="80"/>
      </w:pPr>
      <w:r>
        <w:rPr>
          <w:b w:val="0"/>
          <w:i w:val="0"/>
        </w:rPr>
        <w:t>Những nhà lãnh đạo theo con đường trung bình và thấp xem vị trí lãnh đạo hay quyền lực của mình như một lợi ích. Họ thích sự tự do khi được kiểm soát, được ra quyết định và được đi đầu hàng. Những nhà lãnh đạo theo con đường cao thượng xem lãnh đạo là một trách nhiệm. Họ kết hợp điều đó với trách nhiệm giải trình, và đó là một sự kết hợp đôi bên cùng thắng.</w:t>
      </w:r>
    </w:p>
    <w:p>
      <w:pPr>
        <w:spacing w:after="80"/>
      </w:pPr>
      <w:r>
        <w:rPr>
          <w:b w:val="0"/>
          <w:i w:val="0"/>
        </w:rPr>
        <w:t xml:space="preserve">Tôi thích cách Gary Burnison, CEO của công ty tư vấn tổ chức Korn Ferry, nhìn nhận mối quan hệ giữa trách nhiệm giải trình và trách nhiệm: "Trách nhiệm giải trình khác biệt đáng kể so với trách nhiệm. Trách nhiệm là tất cả </w:t>
      </w:r>
      <w:r>
        <w:rPr>
          <w:b w:val="0"/>
          <w:i/>
        </w:rPr>
        <w:t>ở hiện tại</w:t>
      </w:r>
      <w:r>
        <w:rPr>
          <w:b w:val="0"/>
          <w:i w:val="0"/>
        </w:rPr>
        <w:t xml:space="preserve">. Trách nhiệm giải trình là </w:t>
      </w:r>
      <w:r>
        <w:rPr>
          <w:b w:val="0"/>
          <w:i/>
        </w:rPr>
        <w:t>sau khi sự việc xảy ra</w:t>
      </w:r>
      <w:r>
        <w:rPr>
          <w:b w:val="0"/>
          <w:i w:val="0"/>
        </w:rPr>
        <w:t>, nghĩa là làm chủ kết quả — dù thắng hay thua."</w:t>
      </w:r>
    </w:p>
    <w:p>
      <w:pPr>
        <w:spacing w:after="80"/>
      </w:pPr>
      <w:r>
        <w:rPr>
          <w:b w:val="0"/>
          <w:i w:val="0"/>
        </w:rPr>
        <w:t>Chuyên gia về lãnh đạo và hành vi tổ chức Jack Zenger nói rằng,</w:t>
      </w:r>
    </w:p>
    <w:p>
      <w:pPr>
        <w:spacing w:after="80"/>
      </w:pPr>
      <w:r>
        <w:rPr>
          <w:b w:val="0"/>
          <w:i w:val="0"/>
        </w:rPr>
        <w:t>Có người có thể nghĩ rằng có trách nhiệm cũng giống như có trách nhiệm giải trình. Nhưng nghiên cứu sau này của tôi cho thấy đây là những tư duy khá khác nhau. Có trách nhiệm giải trình nghĩa là bạn phải chịu trách nhiệm và sẵn lòng chấp nhận các kết quả của một dự án hay hoạt động. Nhưng trách nhiệm thì đi xa hơn nhiều. Đó là tư duy nói rằng: "Tôi là người phải làm cho việc này thành hiện thực", dù điều đó xuất phát từ niềm tin của bạn, hay vì công việc đòi hỏi điều này ở bạn, hay vì có một áp lực xã hội nào đó ràng buộc bạn với nghĩa vụ này.</w:t>
      </w:r>
    </w:p>
    <w:p>
      <w:pPr>
        <w:spacing w:after="80"/>
      </w:pPr>
      <w:r>
        <w:rPr>
          <w:b w:val="0"/>
          <w:i w:val="0"/>
        </w:rPr>
        <w:t>Khi tôi nghĩ về trách nhiệm với tư cách một nhà lãnh đạo, tôi thấy nó tạo ra tác động ở ba lĩnh vực chính:</w:t>
      </w:r>
    </w:p>
    <w:p>
      <w:pPr>
        <w:pStyle w:val="Heading4"/>
      </w:pPr>
      <w:r>
        <w:rPr>
          <w:rFonts w:ascii="Calibri" w:hAnsi="Calibri"/>
          <w:b/>
          <w:i w:val="0"/>
          <w:sz w:val="23"/>
        </w:rPr>
        <w:t>Trách nhiệm cá nhân</w:t>
      </w:r>
    </w:p>
    <w:p>
      <w:pPr>
        <w:spacing w:after="80"/>
      </w:pPr>
      <w:r>
        <w:rPr>
          <w:b w:val="0"/>
          <w:i w:val="0"/>
        </w:rPr>
        <w:t>Những nhà lãnh đạo theo con đường cao thượng trước hết phải chịu trách nhiệm với chính mình. Gary Burnison đã nói: "Khi hầu hết mọi người nghĩ về trách nhiệm giải trình, họ ngay lập tức nhìn qua lăng kính xem người khác có trách nhiệm với họ đến mức nào. Nhưng trước tiên, chúng ta cần nhìn vào gương và xem chúng ta có trách nhiệm với chính mình đến mức nào — về việc chúng ta là ai và chúng ta hành xử ra sao." Ông tiếp tục: "Trọng tâm của trách nhiệm giải trình là hai nguyên tắc then chốt: trung thực và khiêm tốn. Với hai chữ H này, chúng ta trở nên có trách nhiệm với con người hiện tại của mình — và con người mà chúng ta sẽ trở thành."</w:t>
      </w:r>
    </w:p>
    <w:p>
      <w:pPr>
        <w:spacing w:after="80"/>
      </w:pPr>
      <w:r>
        <w:rPr>
          <w:b w:val="0"/>
          <w:i w:val="0"/>
        </w:rPr>
        <w:t>Một trong những việc mà quỹ lãnh đạo phi lợi nhuận của tôi làm là dạy các giá trị cho học sinh trong trường học. Một trong những bài học chúng tôi dạy là về trách nhiệm giải trình. Chúng tôi muốn học sinh đón nhận giá trị đó vì nó giúp ích cho các em ở rất nhiều lĩnh vực khác trong cuộc sống. Đây là những gì chúng tôi dạy:</w:t>
      </w:r>
    </w:p>
    <w:p>
      <w:pPr>
        <w:spacing w:after="80"/>
        <w:ind w:left="360"/>
      </w:pPr>
      <w:r>
        <w:t xml:space="preserve">• </w:t>
      </w:r>
      <w:r>
        <w:rPr>
          <w:b w:val="0"/>
          <w:i w:val="0"/>
        </w:rPr>
        <w:t>Chúng ta sẽ giữ lời. Chúng ta sẽ nói đúng điều mình nghĩ và làm đúng điều mình nói. Chúng ta cũng tin rằng lời nói của người khác là đáng tin cậy.</w:t>
      </w:r>
    </w:p>
    <w:p>
      <w:pPr>
        <w:spacing w:after="80"/>
        <w:ind w:left="360"/>
      </w:pPr>
      <w:r>
        <w:t xml:space="preserve">• </w:t>
      </w:r>
      <w:r>
        <w:rPr>
          <w:b w:val="0"/>
          <w:i w:val="0"/>
        </w:rPr>
        <w:t>Chúng ta sẽ đúng giờ. Chúng ta sẽ tôn trọng người khác bằng cách không lãng phí thời gian của họ khi bắt họ phải chờ đợi chúng ta.</w:t>
      </w:r>
    </w:p>
    <w:p>
      <w:pPr>
        <w:spacing w:after="80"/>
        <w:ind w:left="360"/>
      </w:pPr>
      <w:r>
        <w:t xml:space="preserve">• </w:t>
      </w:r>
      <w:r>
        <w:rPr>
          <w:b w:val="0"/>
          <w:i w:val="0"/>
        </w:rPr>
        <w:t>Chúng ta sẽ sửa chữa mọi thứ cho đúng. Chúng ta sẽ xin lỗi, tha thứ và cầu xin sự tha thứ.</w:t>
      </w:r>
    </w:p>
    <w:p>
      <w:pPr>
        <w:spacing w:after="80"/>
        <w:ind w:left="360"/>
      </w:pPr>
      <w:r>
        <w:t xml:space="preserve">• </w:t>
      </w:r>
      <w:r>
        <w:rPr>
          <w:b w:val="0"/>
          <w:i w:val="0"/>
        </w:rPr>
        <w:t>Chúng ta sẽ tìm kiếm sự thật. Chúng ta sẽ không khuyến khích tin đồn và nhanh chóng tách sự thật ra khỏi hư cấu.</w:t>
      </w:r>
    </w:p>
    <w:p>
      <w:pPr>
        <w:spacing w:after="80"/>
        <w:ind w:left="360"/>
      </w:pPr>
      <w:r>
        <w:t xml:space="preserve">• </w:t>
      </w:r>
      <w:r>
        <w:rPr>
          <w:b w:val="0"/>
          <w:i w:val="0"/>
        </w:rPr>
        <w:t>Chúng ta sẽ trưởng thành. Chúng ta sẽ trân trọng góc nhìn của người khác và không chỉ nhìn mọi thứ từ quan điểm của riêng mình.</w:t>
      </w:r>
    </w:p>
    <w:p>
      <w:pPr>
        <w:spacing w:after="80"/>
        <w:ind w:left="360"/>
      </w:pPr>
      <w:r>
        <w:t xml:space="preserve">• </w:t>
      </w:r>
      <w:r>
        <w:rPr>
          <w:b w:val="0"/>
          <w:i w:val="0"/>
        </w:rPr>
        <w:t>Chúng ta sẽ tôn vinh người khác. Chúng ta sẽ sẵn lòng chỉ ra và tán dương thành công của những người bạn đồng trang lứa.</w:t>
      </w:r>
    </w:p>
    <w:p>
      <w:pPr>
        <w:spacing w:after="80"/>
        <w:ind w:left="360"/>
      </w:pPr>
      <w:r>
        <w:t xml:space="preserve">• </w:t>
      </w:r>
      <w:r>
        <w:rPr>
          <w:b w:val="0"/>
          <w:i w:val="0"/>
        </w:rPr>
        <w:t>Chúng ta sẽ không viện cớ. Chúng ta sẽ tự nhận trách nhiệm thay vì đổ lỗi cho hoàn cảnh hay người khác về những vấn đề của mình.</w:t>
      </w:r>
    </w:p>
    <w:p>
      <w:pPr>
        <w:spacing w:after="80"/>
        <w:ind w:left="360"/>
      </w:pPr>
      <w:r>
        <w:t xml:space="preserve">• </w:t>
      </w:r>
      <w:r>
        <w:rPr>
          <w:b w:val="0"/>
          <w:i w:val="0"/>
        </w:rPr>
        <w:t>Chúng ta sẽ quan tâm đến người khác. Chúng ta sẽ giữ trách nhiệm lẫn nhau vì chúng ta muốn điều tốt nhất cho người khác và cho chính mình.</w:t>
      </w:r>
    </w:p>
    <w:p>
      <w:pPr>
        <w:spacing w:after="80"/>
        <w:ind w:left="360"/>
      </w:pPr>
      <w:r>
        <w:t xml:space="preserve">• </w:t>
      </w:r>
      <w:r>
        <w:rPr>
          <w:b w:val="0"/>
          <w:i w:val="0"/>
        </w:rPr>
        <w:t>Chúng ta sẽ chấp nhận hậu quả. Chúng ta hiểu rằng hành động hoặc sự không hành động của mình đều có hậu quả, và chúng ta sẽ học hỏi từ đó.</w:t>
      </w:r>
    </w:p>
    <w:p>
      <w:pPr>
        <w:spacing w:after="80"/>
      </w:pPr>
      <w:r>
        <w:rPr>
          <w:b w:val="0"/>
          <w:i w:val="0"/>
        </w:rPr>
        <w:t>Trách nhiệm cá nhân là bước khởi đầu của thành công. Khi bạn nhận trách nhiệm về bản thân, về những vấn đề và thất bại của mình, bạn sẽ quyết tâm tìm ra con đường tiến lên mỗi khi muốn hoàn thành điều gì đó. Nếu bạn không chịu nhận trách nhiệm, bạn càng dễ tìm ra những lời viện cớ, và viện cớ chính là thứ chặn đứng thành công.</w:t>
      </w:r>
    </w:p>
    <w:p>
      <w:pPr>
        <w:spacing w:after="80"/>
      </w:pPr>
      <w:r>
        <w:rPr>
          <w:b w:val="0"/>
          <w:i w:val="0"/>
        </w:rPr>
        <w:t>Nếu bạn muốn trở thành một nhà lãnh đạo theo con đường cao thượng, hãy làm theo lời khuyên của Gilbert Arland: "Khi một cung thủ bắn trượt mục tiêu, anh ta quay lại và tìm lỗi ở chính mình. Việc không bắn trúng hồng tâm không bao giờ là lỗi của tấm bia. Để cải thiện khả năng nhắm bắn — hãy cải thiện chính mình." Hãy nhận lấy trách nhiệm.</w:t>
      </w:r>
    </w:p>
    <w:p>
      <w:pPr>
        <w:pStyle w:val="Heading4"/>
      </w:pPr>
      <w:r>
        <w:rPr>
          <w:rFonts w:ascii="Calibri" w:hAnsi="Calibri"/>
          <w:b/>
          <w:i w:val="0"/>
          <w:sz w:val="23"/>
        </w:rPr>
        <w:t>Trách nhiệm tập thể</w:t>
      </w:r>
    </w:p>
    <w:p>
      <w:pPr>
        <w:spacing w:after="80"/>
      </w:pPr>
      <w:r>
        <w:rPr>
          <w:b w:val="0"/>
          <w:i w:val="0"/>
        </w:rPr>
        <w:t xml:space="preserve">Bất cứ khi nào bạn là thành viên của một đội nhóm, bạn đều có trách nhiệm với những người đồng đội. Tôi đã viết về điều này trong Luật Trách nhiệm Giải trình (Law of Countability) trong cuốn sách </w:t>
      </w:r>
      <w:r>
        <w:rPr>
          <w:b w:val="0"/>
          <w:i/>
        </w:rPr>
        <w:t>The 17 Indisputable Laws of Teamwork</w:t>
      </w:r>
      <w:r>
        <w:rPr>
          <w:b w:val="0"/>
          <w:i w:val="0"/>
        </w:rPr>
        <w:t xml:space="preserve"> của mình: các thành viên trong đội phải có thể trông cậy vào nhau khi cần thiết. Nếu đồng đội của bạn không thể dựa vào bạn </w:t>
      </w:r>
      <w:r>
        <w:rPr>
          <w:b w:val="0"/>
          <w:i/>
        </w:rPr>
        <w:t>mọi</w:t>
      </w:r>
      <w:r>
        <w:rPr>
          <w:b w:val="0"/>
          <w:i w:val="0"/>
        </w:rPr>
        <w:t xml:space="preserve"> lúc, thì thực ra họ không thể dựa vào bạn </w:t>
      </w:r>
      <w:r>
        <w:rPr>
          <w:b w:val="0"/>
          <w:i/>
        </w:rPr>
        <w:t>bất cứ</w:t>
      </w:r>
      <w:r>
        <w:rPr>
          <w:b w:val="0"/>
          <w:i w:val="0"/>
        </w:rPr>
        <w:t xml:space="preserve"> lúc nào. Và điều đó làm suy yếu cả đội.</w:t>
      </w:r>
    </w:p>
    <w:p>
      <w:pPr>
        <w:spacing w:after="80"/>
      </w:pPr>
      <w:r>
        <w:rPr>
          <w:b w:val="0"/>
          <w:i w:val="0"/>
        </w:rPr>
        <w:t>Tôi rất thích cách huấn luyện viên bóng bầu dục Lou Holtz nâng cao tinh thần trách nhiệm của các cầu thủ trong đội. Ông kể với tôi rằng đêm trước một trong những trận bowl game của mình, ông đã trò chuyện riêng với từng cầu thủ trong đội và hỏi họ cùng một câu: "Làm sao tôi có thể tin tưởng vào bạn để mang về chiến thắng cho chúng ta?" Kết quả là các cầu thủ đã nhận trách nhiệm và tự chịu trách nhiệm về kết quả của trận đấu. Và họ đã thắng.</w:t>
      </w:r>
    </w:p>
    <w:p>
      <w:pPr>
        <w:spacing w:after="80"/>
      </w:pPr>
      <w:r>
        <w:rPr>
          <w:b w:val="0"/>
          <w:i w:val="0"/>
        </w:rPr>
        <w:t xml:space="preserve">Tôi thích những đội mà các thành viên thẳng thắn về trách nhiệm của mình với nhau và cam kết với kết quả. Một số đội dùng một bản tuyên ngôn (creed), mà từ điển </w:t>
      </w:r>
      <w:r>
        <w:rPr>
          <w:b w:val="0"/>
          <w:i/>
        </w:rPr>
        <w:t>Collins</w:t>
      </w:r>
      <w:r>
        <w:rPr>
          <w:b w:val="0"/>
          <w:i w:val="0"/>
        </w:rPr>
        <w:t xml:space="preserve"> gọi là "một tập hợp các niềm tin, nguyên tắc hoặc hành động có ảnh hưởng mạnh mẽ đến cách con người sống hoặc làm việc." Gần đây tôi đã phát biểu cho Optavia, một công ty huấn luyện về sức khỏe và thể chất. Họ nói về Những Thói quen Lãnh đạo Chuyển hóa (Habits of Transformational Leadership) của mình, và tôi thấy thật truyền cảm hứng:</w:t>
      </w:r>
    </w:p>
    <w:p>
      <w:pPr>
        <w:spacing w:after="80"/>
      </w:pPr>
      <w:r>
        <w:rPr>
          <w:b w:val="0"/>
          <w:i w:val="0"/>
        </w:rPr>
        <w:t>Chúng ta đánh thức tiềm năng. Chúng ta chuyển hóa một cách điêu luyện… Chúng ta kết nối một cách chân thật. Chúng ta vun đắp niềm tin… Chúng ta tìm kiếm sự phát triển. Chúng ta ôm trọn mọi trở ngại trên đường… Chúng ta nhận trách nhiệm. Chúng ta hành động vượt trên ranh giới… Chúng ta dẫn dắt từ tương lai. Chúng ta hành động trong hiện tại… Chúng ta mang lại những kết quả phi thường. Chúng ta phục vụ để làm cho nhân loại tốt đẹp hơn!</w:t>
      </w:r>
    </w:p>
    <w:p>
      <w:pPr>
        <w:spacing w:after="80"/>
      </w:pPr>
      <w:r>
        <w:rPr>
          <w:b w:val="0"/>
          <w:i w:val="0"/>
        </w:rPr>
        <w:t>Những lời này nhấn mạnh trách nhiệm của họ với đội và sứ mệnh của đội. Tôi thực sự thích điều đó.</w:t>
      </w:r>
    </w:p>
    <w:p>
      <w:pPr>
        <w:spacing w:after="80"/>
      </w:pPr>
      <w:r>
        <w:rPr>
          <w:b w:val="0"/>
          <w:i w:val="0"/>
        </w:rPr>
        <w:t>Nếu bạn là một phần của một đội, bạn phải học hỏi và đón nhận các giá trị của đội và tự chịu trách nhiệm trước đồng đội của mình. Tinh thần trách nhiệm (accountability) là chất keo gắn kết các đội lại với nhau, dù hoàn cảnh có khó khăn đến đâu. Một đội hoặc là cùng nhau kéo, hoặc là kéo rời nhau ra. Không có cam kết thống nhất về trách nhiệm thì không còn là một đội nữa. Vậy nên nếu bạn không thể hoặc không muốn gánh vác trách nhiệm đó, bạn nên rời đi và trở thành một phần của một đội khác.</w:t>
      </w:r>
    </w:p>
    <w:p>
      <w:pPr>
        <w:pStyle w:val="Heading4"/>
      </w:pPr>
      <w:r>
        <w:rPr>
          <w:rFonts w:ascii="Calibri" w:hAnsi="Calibri"/>
          <w:b/>
          <w:i w:val="0"/>
          <w:sz w:val="23"/>
        </w:rPr>
        <w:t>Trách nhiệm của người lãnh đạo</w:t>
      </w:r>
    </w:p>
    <w:p>
      <w:pPr>
        <w:spacing w:after="80"/>
      </w:pPr>
      <w:r>
        <w:rPr>
          <w:b w:val="0"/>
          <w:i w:val="0"/>
        </w:rPr>
        <w:t>Tác giả Jack Zenger, CEO của công ty phát triển lãnh đạo Zenger/Folkman, đã viết về một nghiên cứu do Dale Miller thực hiện bốn thập kỷ trước, xem xét một nhóm các nhà quản lý được đồng nghiệp đánh giá là hiệu quả và có tiềm năng thăng tiến. Sau khi xem xét, những nhà lãnh đạo này cuối cùng rơi vào hai nhóm. Nhóm thứ nhất được cho là sẵn sàng thăng tiến, còn nhóm kia thì hóa ra lại không phù hợp để thăng chức. Điều gì tạo nên sự khác biệt? Zenger viết,</w:t>
      </w:r>
    </w:p>
    <w:p>
      <w:pPr>
        <w:spacing w:after="80"/>
      </w:pPr>
      <w:r>
        <w:rPr>
          <w:b w:val="0"/>
          <w:i w:val="0"/>
        </w:rPr>
        <w:t>Mỗi nhóm nhận được một bộ 62 phát biểu mô tả hành vi quản lý. Mỗi người được yêu cầu sắp xếp bộ thẻ theo một lựa chọn bắt buộc, theo đường cong hình chuông — từ hành vi hiệu quả nhất đến kém hiệu quả nhất. Lựa chọn hàng đầu của nhóm có hiệu quả cao là phát biểu: "Chấp nhận hoàn toàn trách nhiệm về hiệu suất của đơn vị công việc." Mục này được chọn thường xuyên hơn nhiều so với các phát biểu về phân công, lập kế hoạch, bố trí nhân sự, quản lý thời gian hay kỹ năng kỹ thuật. Lựa chọn này cũng cho thấy sự khác biệt rõ nét nhất giữa hai nhóm. Những nhà quản lý bị bỏ qua không được thăng chức coi trọng hành vi có trách nhiệm ít hơn nhiều.</w:t>
      </w:r>
    </w:p>
    <w:p>
      <w:pPr>
        <w:spacing w:after="80"/>
      </w:pPr>
      <w:r>
        <w:rPr>
          <w:b w:val="0"/>
          <w:i w:val="0"/>
        </w:rPr>
        <w:t>Nếu bạn muốn lãnh đạo một đội hiệu quả và giữ mình trên con đường cao thượng, bạn phải chịu trách nhiệm về hiệu suất của đội.</w:t>
      </w:r>
    </w:p>
    <w:p>
      <w:pPr>
        <w:spacing w:after="80"/>
      </w:pPr>
      <w:r>
        <w:rPr>
          <w:b w:val="0"/>
          <w:i w:val="0"/>
        </w:rPr>
        <w:t xml:space="preserve">Cách tốt nhất để làm điều đó là tập trung giúp mỗi thành viên trong đội đạt được tiềm năng của họ và cùng nhau làm việc để giành chiến thắng. Người lãnh đạo đội giỏi nhất mà tôi từng biết là John Wooden, huấn luyện viên bóng rổ huyền thoại của đội UCLA Bruins. Trong một buổi cố vấn của chúng tôi, ông nói với tôi: "Có một câu hỏi tôi tự hỏi mình mỗi ngày." Như bạn có thể tưởng tượng, tôi nóng lòng muốn nghe đó là câu gì. "Mỗi ngày tôi tự hỏi mình, </w:t>
      </w:r>
      <w:r>
        <w:rPr>
          <w:b w:val="0"/>
          <w:i/>
        </w:rPr>
        <w:t>Làm sao để đội của mình tốt hơn?</w:t>
      </w:r>
      <w:r>
        <w:rPr>
          <w:b w:val="0"/>
          <w:i w:val="0"/>
        </w:rPr>
        <w:t>" Đó là câu hỏi mà mọi nhà lãnh đạo cần tự hỏi.</w:t>
      </w:r>
    </w:p>
    <w:p>
      <w:pPr>
        <w:spacing w:after="80"/>
      </w:pPr>
      <w:r>
        <w:rPr>
          <w:b w:val="0"/>
          <w:i w:val="0"/>
        </w:rPr>
        <w:t>Và mỗi khi gánh nặng trách nhiệm lãnh đạo con người trở nên quá nặng, thì việc phân bổ lại gánh nặng là trách nhiệm của người lãnh đạo. Hoặc là một số thành viên trong đội không gánh phần của mình, hoặc là họ cần được trang bị để gánh nhiều hơn và được yêu cầu chịu trách nhiệm để làm điều đó.</w:t>
      </w:r>
    </w:p>
    <w:p>
      <w:pPr>
        <w:spacing w:after="80"/>
      </w:pPr>
      <w:r>
        <w:rPr>
          <w:b w:val="0"/>
          <w:i w:val="0"/>
        </w:rPr>
        <w:t>Tin tốt cho các nhà lãnh đạo là việc nhận trách nhiệm và chịu trách nhiệm khiến họ nổi bật, đặc biệt là trong thời điểm mà người ta muốn tự do và quyền lực mà không muốn gánh vác trách nhiệm và sự chịu trách nhiệm. Sự sẵn lòng đứng lên không chỉ giúp họ hoàn thành điều họ đặt ra; nó còn truyền cảm hứng cho người khác làm theo. Tác giả, diễn giả và huấn luyện viên điều hành John Izzo đã viết,</w:t>
      </w:r>
    </w:p>
    <w:p>
      <w:pPr>
        <w:spacing w:after="80"/>
      </w:pPr>
      <w:r>
        <w:rPr>
          <w:b w:val="0"/>
          <w:i w:val="0"/>
        </w:rPr>
        <w:t xml:space="preserve">Trách nhiệm có tính lan tỏa. Tôi gọi đây là </w:t>
      </w:r>
      <w:r>
        <w:rPr>
          <w:b w:val="0"/>
          <w:i/>
        </w:rPr>
        <w:t>hiệu ứng gợn sóng trách nhiệm</w:t>
      </w:r>
      <w:r>
        <w:rPr>
          <w:b w:val="0"/>
          <w:i w:val="0"/>
        </w:rPr>
        <w:t xml:space="preserve"> (responsibility ripple). Khi ai đó đứng lên thay đổi mọi thứ, những người khác cũng đứng lên và tìm thấy lòng can đảm mà trước đó họ chưa từng có.</w:t>
      </w:r>
    </w:p>
    <w:p>
      <w:pPr>
        <w:spacing w:after="80"/>
      </w:pPr>
      <w:r>
        <w:rPr>
          <w:b w:val="0"/>
          <w:i w:val="0"/>
        </w:rPr>
        <w:t>Hiệu ứng gợn sóng trách nhiệm là một nguyên tắc quan trọng bởi vì ngay khi chúng ta chọn hành động, tiềm năng cho một phản ứng lan truyền luôn hiện hữu. Tuy nhiên, thường thì cần có một người, hoặc một vài người, làm chất xúc tác khuyến khích người khác đứng lên.</w:t>
      </w:r>
    </w:p>
    <w:p>
      <w:pPr>
        <w:spacing w:after="80"/>
      </w:pPr>
      <w:r>
        <w:rPr>
          <w:b w:val="0"/>
          <w:i w:val="0"/>
        </w:rPr>
        <w:t>Những nhà lãnh đạo trên con đường cao thượng sẵn lòng trở thành những người đó và muốn trở thành chất xúc tác cho sự thay đổi tích cực.</w:t>
      </w:r>
    </w:p>
    <w:p>
      <w:pPr>
        <w:pStyle w:val="Heading3"/>
      </w:pPr>
      <w:r>
        <w:rPr>
          <w:rFonts w:ascii="Calibri" w:hAnsi="Calibri"/>
          <w:b/>
          <w:i w:val="0"/>
          <w:sz w:val="26"/>
        </w:rPr>
        <w:t>2. Tinh thần trách nhiệm xây dựng uy tín của bạn</w:t>
      </w:r>
    </w:p>
    <w:p>
      <w:pPr>
        <w:spacing w:after="80"/>
      </w:pPr>
      <w:r>
        <w:rPr>
          <w:b w:val="0"/>
          <w:i w:val="0"/>
        </w:rPr>
        <w:t xml:space="preserve">Từ điển </w:t>
      </w:r>
      <w:r>
        <w:rPr>
          <w:b w:val="0"/>
          <w:i/>
        </w:rPr>
        <w:t>American Heritage Dictionary</w:t>
      </w:r>
      <w:r>
        <w:rPr>
          <w:b w:val="0"/>
          <w:i w:val="0"/>
        </w:rPr>
        <w:t xml:space="preserve"> định nghĩa </w:t>
      </w:r>
      <w:r>
        <w:rPr>
          <w:b w:val="0"/>
          <w:i/>
        </w:rPr>
        <w:t>credible</w:t>
      </w:r>
      <w:r>
        <w:rPr>
          <w:b w:val="0"/>
          <w:i w:val="0"/>
        </w:rPr>
        <w:t xml:space="preserve"> (đáng tin cậy) là "có thể được tin; đáng tin hoặc hợp lý". Bạn càng có trách nhiệm giải trình (accountability) bao nhiêu, bạn càng trở nên đáng tin cậy bấy nhiêu. Bạn càng thể hiện uy tín lớn lao bao nhiêu, bạn càng đáng tin và đáng tín nhiệm bấy nhiêu đối với những người bạn dẫn dắt.</w:t>
      </w:r>
    </w:p>
    <w:p>
      <w:pPr>
        <w:spacing w:after="80"/>
      </w:pPr>
      <w:r>
        <w:rPr>
          <w:b w:val="0"/>
          <w:i w:val="0"/>
        </w:rPr>
        <w:t xml:space="preserve">Trong cuốn sách </w:t>
      </w:r>
      <w:r>
        <w:rPr>
          <w:b w:val="0"/>
          <w:i/>
        </w:rPr>
        <w:t>The 16 Laws of Communication</w:t>
      </w:r>
      <w:r>
        <w:rPr>
          <w:b w:val="0"/>
          <w:i w:val="0"/>
        </w:rPr>
        <w:t xml:space="preserve"> của mình, tôi giảng dạy Luật Uy tín (Law of Credibility), rằng: "Thông điệp hiệu quả nhất của bạn là thông điệp mà bạn sống theo." Tại sao tôi nói vậy? Bởi vì nói thì dễ. Sống đúng với điều mình nói mới khó. Nhưng nếu cuộc sống của bạn khớp với lời bạn nói và bạn chịu trách nhiệm giải trình cho sự nhất quán đó trong suốt chặng đường dài, bạn không chỉ phát triển uy tín. Bạn còn phát triển uy quyền (authority), đẳng cấp uy tín cao nhất mà một người lãnh đạo có thể đạt được.</w:t>
      </w:r>
    </w:p>
    <w:p>
      <w:pPr>
        <w:spacing w:after="80"/>
      </w:pPr>
      <w:r>
        <w:rPr>
          <w:b w:val="0"/>
          <w:i w:val="0"/>
        </w:rPr>
        <w:t xml:space="preserve">Điều đó không có nghĩa là bạn có thể ngồi yên hưởng thành quả khi nói đến uy tín. Bạn phải giành lấy và giành lại nó mỗi ngày. Trong cuốn sách </w:t>
      </w:r>
      <w:r>
        <w:rPr>
          <w:b w:val="0"/>
          <w:i/>
        </w:rPr>
        <w:t>Credibility</w:t>
      </w:r>
      <w:r>
        <w:rPr>
          <w:b w:val="0"/>
          <w:i w:val="0"/>
        </w:rPr>
        <w:t>, hai tác giả James M. Kouzes và Barry Z. Posner viết:</w:t>
      </w:r>
    </w:p>
    <w:p>
      <w:pPr>
        <w:spacing w:after="80"/>
      </w:pPr>
      <w:r>
        <w:rPr>
          <w:b w:val="0"/>
          <w:i w:val="0"/>
        </w:rPr>
        <w:t>Làm mới uy tín là một cuộc đấu tranh không ngừng của con người và cũng là cuộc đấu tranh tối thượng của người lãnh đạo. Cần có nỗ lực gian khổ để xây dựng và củng cố nền tảng của các mối quan hệ làm việc. Cấp dưới không mắc nợ người lãnh đạo lòng trung thành. Người lãnh đạo phải giành lấy nó. Món quà là sự tin tưởng và tín nhiệm của người khác thật sự xứng đáng với cuộc đấu tranh ấy và thiết yếu để đối mặt với những thách thức khi dẫn dắt con người đến những nơi họ chưa từng đến trước đây.</w:t>
      </w:r>
    </w:p>
    <w:p>
      <w:pPr>
        <w:spacing w:after="80"/>
      </w:pPr>
      <w:r>
        <w:rPr>
          <w:b w:val="0"/>
          <w:i w:val="0"/>
        </w:rPr>
        <w:t>Những hành động có trách nhiệm giải trình của bạn mỗi ngày xây dựng uy tín của bạn với những người xung quanh. Hành vi của bạn hôm nay là khoản gửi mới nhất vào uy tín của bạn.</w:t>
      </w:r>
    </w:p>
    <w:p>
      <w:pPr>
        <w:spacing w:after="80"/>
      </w:pPr>
      <w:r>
        <w:rPr>
          <w:b w:val="0"/>
          <w:i w:val="0"/>
        </w:rPr>
        <w:t>Gần đây, bộ phận huấn luyện (coaching) của Maxwell Leadership đã đàm phán với một nhóm ở Việt Nam, những người muốn tạo dựng quan hệ đối tác với chúng tôi cho một quy trình chứng nhận huấn luyện tại đất nước họ. Chúng tôi đã thảo luận chi tiết trong nhiều ngày, đỉnh điểm là một bữa tối với họ để chúng tôi có thể đưa ra quyết định. Mark Cole và tôi ngồi đối diện bàn với ba nhà lãnh đạo đang đề xuất quan hệ đối tác. Đến một lúc, một trong những nhà lãnh đạo nói: "Nếu chúng tôi nói, chúng tôi sẽ làm. Nếu chúng tôi làm, chúng tôi sẽ làm tốt." Mọi điều chúng tôi biết về những nhà lãnh đạo này và những lần giao dịch trước đây với họ đều nhất quán với điều họ nói. Điều đó mang lại cho họ uy tín. Và nó đã chốt xong thương vụ.</w:t>
      </w:r>
    </w:p>
    <w:p>
      <w:pPr>
        <w:pStyle w:val="Heading3"/>
      </w:pPr>
      <w:r>
        <w:rPr>
          <w:rFonts w:ascii="Calibri" w:hAnsi="Calibri"/>
          <w:b/>
          <w:i w:val="0"/>
          <w:sz w:val="26"/>
        </w:rPr>
        <w:t>3. Trách nhiệm giải trình giúp bạn nhất quán</w:t>
      </w:r>
    </w:p>
    <w:p>
      <w:pPr>
        <w:spacing w:after="80"/>
      </w:pPr>
      <w:r>
        <w:rPr>
          <w:b w:val="0"/>
          <w:i w:val="0"/>
        </w:rPr>
        <w:t xml:space="preserve">Người bạn của tôi, Mark Batterson, nói: "Gần như ai cũng có thể hoàn thành bất cứ điều gì nếu họ làm việc đủ lâu, đủ chăm chỉ và đủ khôn ngoan." Chúng ta có phải làm việc chăm chỉ để thành công không? Có. Chúng ta có nên làm việc khôn ngoan không? Chắc chắn rồi. Nhưng mấu chốt là sự nhất quán. Tôi đã quan sát thấy rằng sự nhất quán dài hạn mạnh mẽ hơn cường độ ngắn hạn. Đó là bởi vì sự nhất quán có tính tích lũy (compounds). Luật Nhất quán (Law of Consistency) trong </w:t>
      </w:r>
      <w:r>
        <w:rPr>
          <w:b w:val="0"/>
          <w:i/>
        </w:rPr>
        <w:t>The 15 Laws of Growth</w:t>
      </w:r>
      <w:r>
        <w:rPr>
          <w:b w:val="0"/>
          <w:i w:val="0"/>
        </w:rPr>
        <w:t xml:space="preserve"> nói: "Động lực giúp bạn khởi hành—kỷ luật giúp bạn tiếp tục phát triển." Chịu trách nhiệm giải trình giúp bạn trở nên nhất quán hơn.</w:t>
      </w:r>
    </w:p>
    <w:p>
      <w:pPr>
        <w:spacing w:after="80"/>
      </w:pPr>
      <w:r>
        <w:rPr>
          <w:b w:val="0"/>
          <w:i w:val="0"/>
        </w:rPr>
        <w:t>Tôi có vinh dự được chơi một vòng golf với chuyên gia PGA Davis Love III. Thật là một tay golf tuyệt vời. Anh ấy đã thắng hai mươi mốt giải PGA Tour, bao gồm PGA Championship 1997; hai lần làm đội trưởng các đội Ryder Cup của Hoa Kỳ; và được ghi danh vào World Golf Hall of Fame. Khi anh ấy và tôi chơi trên sân, tôi đã hỏi anh ấy rất nhiều câu hỏi. Một trong những điều anh ấy nói đã đọng lại trong tôi. Anh ấy nói rằng trong vòng đầu tiên của một giải golf, tất cả các tay golf đều có cơ hội thắng. Tôi thừa nhận, điều đó có vẻ khá hiển nhiên. Nhưng, anh ấy nói, đến vòng thứ tư, chỉ khoảng 25 phần trăm các tay golf còn cơ hội thắng bởi vì hầu hết trong số họ đã quá thiếu nhất quán trong các vòng đầu. Chỉ những tay golf có thể duy trì phong độ thi đấu qua từng vòng mới có cơ hội thắng cuối cùng. "Đó là lý do tại sao người ta không trao cúp vào ngày đầu tiên," anh ấy kết luận ngay sau khi đánh một cú drive dài thẳng xuống fairway.</w:t>
      </w:r>
    </w:p>
    <w:p>
      <w:pPr>
        <w:spacing w:after="80"/>
      </w:pPr>
      <w:r>
        <w:rPr>
          <w:b w:val="0"/>
          <w:i w:val="0"/>
        </w:rPr>
        <w:t>Khi mọi người nhất quán, bạn có thể dựa vào họ. Bạn có thể tin tưởng họ sẽ theo đuổi đến cùng bởi vì tính cách của họ sẽ đưa họ tiến về phía trước, ngay cả khi họ mệt mỏi, thất vọng hay quá tải. Như tác giả khoa học viễn tưởng Robert A. Heinlein đã nói: "Năng lực là một điều tuyệt vời, nhưng giá trị của nó được nâng cao rất nhiều nhờ sự đáng tin cậy. Năng lực hàm ý khả năng lặp lại và trách nhiệm giải trình."</w:t>
      </w:r>
    </w:p>
    <w:p>
      <w:pPr>
        <w:pStyle w:val="Heading3"/>
      </w:pPr>
      <w:r>
        <w:rPr>
          <w:rFonts w:ascii="Calibri" w:hAnsi="Calibri"/>
          <w:b/>
          <w:i w:val="0"/>
          <w:sz w:val="26"/>
        </w:rPr>
        <w:t>4. Trách nhiệm giải trình gia tăng lòng tự trọng của bạn</w:t>
      </w:r>
    </w:p>
    <w:p>
      <w:pPr>
        <w:spacing w:after="80"/>
      </w:pPr>
      <w:r>
        <w:rPr>
          <w:b w:val="0"/>
          <w:i w:val="0"/>
        </w:rPr>
        <w:t>Người bạn của tôi, Chris Hodges, người sáng lập Church of the Highlands, thích nói rằng: "Lựa chọn dẫn đường—cảm xúc theo sau." Khi bạn đưa ra những lựa chọn tốt và theo đuổi đến cùng các cam kết của mình bởi vì bạn tự chịu trách nhiệm giải trình, cảm xúc theo sau chính là lòng tự trọng. Ý thức tự trọng của bạn sẽ khiến bạn tự tin hơn. Điều đó đến lượt nó giúp bạn đưa ra những lựa chọn tốt hơn mà không bị cản trở bởi mặc cảm hay nghi ngờ. Nó tạo ra một vòng tuần hoàn tích cực.</w:t>
      </w:r>
    </w:p>
    <w:p>
      <w:pPr>
        <w:spacing w:after="80"/>
      </w:pPr>
      <w:r>
        <w:rPr>
          <w:b w:val="0"/>
          <w:i w:val="0"/>
        </w:rPr>
        <w:t>Nó cũng sẽ tạo ra tác động tích cực đến người khác và cách bạn tương tác với họ. Bill Anuszewski, CEO của trung tâm điều trị Jaywalker Lodge, nói: "Nếu bạn có thể giữ cam kết với chính mình, bạn có khả năng sẽ đòi hỏi người khác theo cùng tiêu chuẩn đó. Bạn sẽ không dung thứ cho những người liên tục cho bạn leo cây bởi vì bạn biết việc giữ lời quan trọng đến nhường nào."</w:t>
      </w:r>
    </w:p>
    <w:p>
      <w:pPr>
        <w:spacing w:after="80"/>
      </w:pPr>
      <w:r>
        <w:rPr>
          <w:b w:val="0"/>
          <w:i w:val="0"/>
        </w:rPr>
        <w:t>Một trong những câu nói yêu thích của John Wooden là: "Trong mọi việc bạn làm, đều có một lựa chọn bạn phải đưa ra. Vậy nên hãy nhớ rằng, cuối cùng, lựa chọn bạn đưa ra sẽ tạo nên chính bạn." Mỗi lần bạn chọn chịu trách nhiệm giải trình với bản thân và người khác, bạn đang biến mình thành một người tốt hơn và một nhà lãnh đạo tốt hơn.</w:t>
      </w:r>
    </w:p>
    <w:p>
      <w:pPr>
        <w:pStyle w:val="Heading3"/>
      </w:pPr>
      <w:r>
        <w:rPr>
          <w:rFonts w:ascii="Calibri" w:hAnsi="Calibri"/>
          <w:b/>
          <w:i w:val="0"/>
          <w:sz w:val="26"/>
        </w:rPr>
        <w:t>5. Ai cũng cần chịu trách nhiệm giải trình với ai đó</w:t>
      </w:r>
    </w:p>
    <w:p>
      <w:pPr>
        <w:spacing w:after="80"/>
      </w:pPr>
      <w:r>
        <w:rPr>
          <w:b w:val="0"/>
          <w:i w:val="0"/>
        </w:rPr>
        <w:t>Có thể bạn đã nghe câu nói nổi tiếng của Lord Acton: "Quyền lực có xu hướng tha hóa và quyền lực tuyệt đối tha hóa tuyệt đối." Tôi đồng ý với nhận định của ông. Giờ đây ở tuổi bảy mươi bảy, tôi càng chắc chắn hơn bao giờ hết rằng ai cũng cần chịu trách nhiệm giải trình với ai đó, bởi vì không có trách nhiệm giải trình, tất cả chúng ta đều có xu hướng đi chệch đường và thấy mình lạc vào con đường thấp kém của cuộc đời.</w:t>
      </w:r>
    </w:p>
    <w:p>
      <w:pPr>
        <w:spacing w:after="80"/>
      </w:pPr>
      <w:r>
        <w:rPr>
          <w:b w:val="0"/>
          <w:i w:val="0"/>
        </w:rPr>
        <w:t>Khi tôi ở độ tuổi bốn mươi và đang gặt hái thành công với vai trò lãnh đạo, một người thầy đã ngồi xuống với tôi và nói: "John, tôi không tin anh." Ông thấy phản ứng của tôi, nhưng trước khi tôi kịp phản đối hay biện minh, ông nói: "Bình tĩnh. Tôi cũng không tin chính tôi. Tất cả chúng ta đều cần có trách nhiệm giải trình."</w:t>
      </w:r>
    </w:p>
    <w:p>
      <w:pPr>
        <w:spacing w:after="80"/>
      </w:pPr>
      <w:r>
        <w:rPr>
          <w:b w:val="0"/>
          <w:i w:val="0"/>
        </w:rPr>
        <w:t>Tôi không thích điều đó, nhưng tôi biết ông đúng. Tôi phải thừa nhận rằng tôi chính là thử thách lãnh đạo lớn nhất của chính mình. Đó là lý do tôi luôn yêu thích câu nói này của Tổng thống Theodore Roosevelt: "Nếu bạn có thể đá vào mông người chịu trách nhiệm cho phần lớn rắc rối của mình, thì bạn sẽ không ngồi được trong một tháng."</w:t>
      </w:r>
    </w:p>
    <w:p>
      <w:pPr>
        <w:spacing w:after="80"/>
      </w:pPr>
      <w:r>
        <w:rPr>
          <w:b w:val="0"/>
          <w:i w:val="0"/>
        </w:rPr>
        <w:t>Có những chỗ nào trong cuộc sống của bạn mà bạn bị cám dỗ làm qua loa cho xong? Có những lúc nào bạn muốn chọn con đường dễ dàng thay vì làm điều khó khăn mà bạn biết là đúng? Có những lĩnh vực nào trong cuộc sống mà bạn muốn trở nên tốt hơn? Tôi đoán câu trả lời của bạn, cũng như của tôi, là có cho một hoặc nhiều câu hỏi này. Bạn có biết tôi đã khám phá ra điều gì về việc cải thiện bản thân không? Tôi làm tốt hơn khi người khác giúp tôi làm tốt hơn.</w:t>
      </w:r>
    </w:p>
    <w:p>
      <w:pPr>
        <w:spacing w:after="80"/>
      </w:pPr>
      <w:r>
        <w:rPr>
          <w:b w:val="0"/>
          <w:i w:val="0"/>
        </w:rPr>
        <w:t>Khi bạn chào đón trách nhiệm giải trình, nó mang lại lợi ích cho bạn theo rất nhiều cách:</w:t>
      </w:r>
    </w:p>
    <w:p>
      <w:pPr>
        <w:spacing w:after="80"/>
        <w:ind w:left="360"/>
      </w:pPr>
      <w:r>
        <w:t xml:space="preserve">• </w:t>
      </w:r>
      <w:r>
        <w:rPr>
          <w:b w:val="0"/>
          <w:i w:val="0"/>
        </w:rPr>
        <w:t>Bạn nhận thức được những điểm mù của mình.</w:t>
      </w:r>
    </w:p>
    <w:p>
      <w:pPr>
        <w:spacing w:after="80"/>
        <w:ind w:left="360"/>
      </w:pPr>
      <w:r>
        <w:t xml:space="preserve">• </w:t>
      </w:r>
      <w:r>
        <w:rPr>
          <w:b w:val="0"/>
          <w:i w:val="0"/>
        </w:rPr>
        <w:t>Bạn được khuyến khích chịu trách nhiệm nhiều hơn.</w:t>
      </w:r>
    </w:p>
    <w:p>
      <w:pPr>
        <w:spacing w:after="80"/>
        <w:ind w:left="360"/>
      </w:pPr>
      <w:r>
        <w:t xml:space="preserve">• </w:t>
      </w:r>
      <w:r>
        <w:rPr>
          <w:b w:val="0"/>
          <w:i w:val="0"/>
        </w:rPr>
        <w:t>Bạn có được sự khôn ngoan từ góc nhìn của người khác.</w:t>
      </w:r>
    </w:p>
    <w:p>
      <w:pPr>
        <w:spacing w:after="80"/>
        <w:ind w:left="360"/>
      </w:pPr>
      <w:r>
        <w:t xml:space="preserve">• </w:t>
      </w:r>
      <w:r>
        <w:rPr>
          <w:b w:val="0"/>
          <w:i w:val="0"/>
        </w:rPr>
        <w:t>Bạn nhận được phản hồi quý giá.</w:t>
      </w:r>
    </w:p>
    <w:p>
      <w:pPr>
        <w:spacing w:after="80"/>
        <w:ind w:left="360"/>
      </w:pPr>
      <w:r>
        <w:t xml:space="preserve">• </w:t>
      </w:r>
      <w:r>
        <w:rPr>
          <w:b w:val="0"/>
          <w:i w:val="0"/>
        </w:rPr>
        <w:t>Bạn trở nên có tinh thần hợp tác hơn.</w:t>
      </w:r>
    </w:p>
    <w:p>
      <w:pPr>
        <w:spacing w:after="80"/>
        <w:ind w:left="360"/>
      </w:pPr>
      <w:r>
        <w:t xml:space="preserve">• </w:t>
      </w:r>
      <w:r>
        <w:rPr>
          <w:b w:val="0"/>
          <w:i w:val="0"/>
        </w:rPr>
        <w:t>Bạn có nhiều khả năng tạo ra thay đổi tích cực hơn.</w:t>
      </w:r>
    </w:p>
    <w:p>
      <w:pPr>
        <w:spacing w:after="80"/>
      </w:pPr>
      <w:r>
        <w:rPr>
          <w:b w:val="0"/>
          <w:i w:val="0"/>
        </w:rPr>
        <w:t>Chịu trách nhiệm giải trình trước người khác giúp thu hẹp khoảng cách giữa ý định và kết quả. Mỗi chúng ta đều có rất nhiều ý định tốt đẹp. Khi chúng ta cho phép người khác góp ý vào cuộc sống của mình, chúng ta có nhiều khả năng hành động và theo đuổi đến cùng hơn.</w:t>
      </w:r>
    </w:p>
    <w:p>
      <w:pPr>
        <w:pStyle w:val="Heading3"/>
      </w:pPr>
      <w:r>
        <w:rPr>
          <w:rFonts w:ascii="Calibri" w:hAnsi="Calibri"/>
          <w:b/>
          <w:i w:val="0"/>
          <w:sz w:val="26"/>
        </w:rPr>
        <w:t>6. Nói không với trách nhiệm giải trình nghĩa là nói không với con đường cao thượng</w:t>
      </w:r>
    </w:p>
    <w:p>
      <w:pPr>
        <w:spacing w:after="80"/>
      </w:pPr>
      <w:r>
        <w:rPr>
          <w:b w:val="0"/>
          <w:i w:val="0"/>
        </w:rPr>
        <w:t>Nếu bạn mong muốn dẫn dắt người khác trên con đường cao thượng, bạn phải đón nhận trách nhiệm giải trình. Bạn phải quyết định rằng trách nhiệm dừng lại ở bạn trong lĩnh vực bạn phụ trách. Những nhà lãnh đạo không chịu trách nhiệm cho hành động của mình sẽ không bao giờ giành được sự tin tưởng của người dưới quyền, và vì lãnh đạo là sự ảnh hưởng, nó luôn vận hành dựa trên nền tảng của sự tin tưởng.</w:t>
      </w:r>
    </w:p>
    <w:p>
      <w:pPr>
        <w:spacing w:after="80"/>
      </w:pPr>
      <w:r>
        <w:rPr>
          <w:b w:val="0"/>
          <w:i w:val="0"/>
        </w:rPr>
        <w:t>Các học giả David Miller và Andrew Reeves đã nghiên cứu cách sự tin tưởng bị ảnh hưởng bởi phản ứng của hai nhóm quan chức được bầu chọn sau một cuộc khủng hoảng. Các nhà lãnh đạo trong nhóm thứ nhất đùn đẩy trách nhiệm và đổ lỗi cho người khác. Các nhà lãnh đạo trong nhóm thứ hai chấp nhận bị đổ lỗi, do đó "chặn đứng việc đùn đẩy trách nhiệm". Bằng chứng chỉ về hướng mà chúng ta có thể đoán trước. Những nhà lãnh đạo nhận lỗi được nhìn nhận tích cực hơn những người đùn đẩy trách nhiệm, duy trì được nhiều sự ủng hộ của công chúng hơn, và được đánh giá là đã chọn chiến lược tốt hơn. Miller và Reeves kết luận,</w:t>
      </w:r>
    </w:p>
    <w:p>
      <w:pPr>
        <w:spacing w:after="80"/>
      </w:pPr>
      <w:r>
        <w:rPr>
          <w:b w:val="0"/>
          <w:i w:val="0"/>
        </w:rPr>
        <w:t>Trong Huyền thoại Cây Anh đào, George Washington, khi còn là một cậu bé, được cho là đã chặt cây anh đào của cha mình bằng chiếc rìu mới. Khi người cha giận dữ của Washington đối chất với cậu, cậu bé tuyên bố: "Con không thể nói dối... Con đã chặt nó bằng rìu của con." Cậu từ chối sự cám dỗ tự nhiên là đổ lỗi cho người khác hoặc giả vờ không biết, và thay vào đó nhận trách nhiệm về hành động của mình. Câu chuyện ngụ ngôn quốc gia này khơi dậy sự ngưỡng mộ đối với vị tổng thống đầu tiên vì sự trung thực và sẵn sàng chịu trách nhiệm cho lỗi lầm nhỏ của ông. Nó cũng đúc kết những phát hiện của nghiên cứu này. Mặc dù có những cái giá phải trả khi chấp nhận bị đổ lỗi và "chặn đứng việc đùn đẩy trách nhiệm", nhưng cũng có những lợi ích về danh tiếng. Cũng như cha của Washington có lẽ đã hài lòng với con trai mình, chúng tôi tìm thấy bằng chứng rằng công chúng đánh giá cao khi các quan chức được bầu chọn nhận trách nhiệm về hành động của mình.</w:t>
      </w:r>
    </w:p>
    <w:p>
      <w:pPr>
        <w:spacing w:after="80"/>
      </w:pPr>
      <w:r>
        <w:rPr>
          <w:b w:val="0"/>
          <w:i w:val="0"/>
        </w:rPr>
        <w:t>Điều này đúng không chỉ với các quan chức được bầu chọn mà còn với tất cả các nhà lãnh đạo. Sự tin tưởng là nền tảng của lãnh đạo trên con đường cao thượng.</w:t>
      </w:r>
    </w:p>
    <w:p>
      <w:pPr>
        <w:pStyle w:val="Heading2"/>
      </w:pPr>
      <w:r>
        <w:rPr>
          <w:rFonts w:ascii="Calibri" w:hAnsi="Calibri"/>
          <w:b/>
          <w:i w:val="0"/>
          <w:sz w:val="32"/>
        </w:rPr>
        <w:t>MỌI NGƯỜI ĐỀU XỨNG ĐÁNG ĐƯỢC DẪN DẮT TỐT</w:t>
      </w:r>
    </w:p>
    <w:p>
      <w:pPr>
        <w:spacing w:after="80"/>
      </w:pPr>
      <w:r>
        <w:rPr>
          <w:b w:val="0"/>
          <w:i w:val="0"/>
        </w:rPr>
        <w:t xml:space="preserve">Mark Cole, CEO của Maxwell Leadership, đã tạo ra khẩu hiệu cho các công ty của chúng tôi, và tôi rất thích nó: "Mọi người đều xứng đáng được dẫn dắt tốt." Đây là một chân lý mang tính phổ quát. Ở bất cứ nơi nào tôi đi qua và diễn thuyết, mọi người đều </w:t>
      </w:r>
      <w:r>
        <w:rPr>
          <w:b w:val="0"/>
          <w:i/>
        </w:rPr>
        <w:t>khao khát</w:t>
      </w:r>
      <w:r>
        <w:rPr>
          <w:b w:val="0"/>
          <w:i w:val="0"/>
        </w:rPr>
        <w:t xml:space="preserve"> sự lãnh đạo tốt, và họ </w:t>
      </w:r>
      <w:r>
        <w:rPr>
          <w:b w:val="0"/>
          <w:i/>
        </w:rPr>
        <w:t>xứng đáng</w:t>
      </w:r>
      <w:r>
        <w:rPr>
          <w:b w:val="0"/>
          <w:i w:val="0"/>
        </w:rPr>
        <w:t xml:space="preserve"> được lãnh đạo tốt. Điều đó đúng ở những quốc gia đang phát triển, nơi các nhà lãnh đạo lợi dụng người dân. Điều đó đúng ở những quốc gia chìm trong chiến tranh, đang trải qua hỗn loạn và khốn khổ. Điều đó đúng ở các thủ đô của châu Âu. Điều đó đúng ở vùng trung tâm nước Mỹ. Nhưng liệu người dân ở tất cả những nơi đó có nhận được sự lãnh đạo tốt không? Liệu họ có nhận được sự lãnh đạo theo con đường cao thượng không? Hiếm khi.</w:t>
      </w:r>
    </w:p>
    <w:p>
      <w:pPr>
        <w:spacing w:after="80"/>
      </w:pPr>
      <w:r>
        <w:rPr>
          <w:b w:val="0"/>
          <w:i w:val="0"/>
        </w:rPr>
        <w:t>Điều gì tạo nên sự khác biệt? Làm thế nào tất cả chúng ta có thể có được sự lãnh đạo mà mình cần và xứng đáng? Bằng cách tự chịu trách nhiệm và yêu cầu người khác cũng vậy. Nếu mỗi chúng ta chịu trách nhiệm về hành động của chính mình, và chúng ta yêu cầu những người lãnh đạo mình cũng làm như vậy, thế giới sẽ được thay đổi. Hãy cùng nhau tiến từng bước theo hướng đó và xem điều gì sẽ xảy ra.</w:t>
      </w:r>
    </w:p>
    <w:p>
      <w:pPr>
        <w:spacing w:after="80"/>
      </w:pPr>
      <w:r>
        <w:rPr>
          <w:b/>
          <w:i w:val="0"/>
        </w:rPr>
        <w:t>Con đường để Chịu Trách nhiệm về Hành động của Bạn: LÒNG CAN ĐẢM</w:t>
      </w:r>
    </w:p>
    <w:p>
      <w:pPr>
        <w:spacing w:after="80"/>
      </w:pPr>
      <w:r>
        <w:rPr>
          <w:b w:val="0"/>
          <w:i w:val="0"/>
        </w:rPr>
        <w:t>Nhiều người gặp khó khăn trong việc chịu trách nhiệm về hành động của mình. Bản tính con người là tránh né sự đổ lỗi và xung đột. Luôn dễ dàng hơn khi kìm lại, giữ mình kín đáo, hoặc trốn tránh hơn là bước ra và đối mặt với hậu quả của những gì mình đã làm. Nhiều người trong chúng ta đã học được cách có trách nhiệm và chịu trách nhiệm từ cha mẹ. Nếu chúng ta được rèn theo tiêu chuẩn đó khi còn nhỏ, chúng ta có nhiều khả năng giữ vững tiêu chuẩn đó khi trưởng thành.</w:t>
      </w:r>
    </w:p>
    <w:p>
      <w:pPr>
        <w:spacing w:after="80"/>
      </w:pPr>
      <w:r>
        <w:rPr>
          <w:b w:val="0"/>
          <w:i w:val="0"/>
        </w:rPr>
        <w:t xml:space="preserve">Nếu bạn gặp khó khăn trong việc nhận trách nhiệm thì sao? Nếu bạn thấy khó nhận lấy hành động của mình hoặc kết quả của đội nhóm mình thì sao? Bạn có thể thay đổi hành vi của mình không? Câu trả lời là có. Điều cần thiết là lòng can đảm. Trong những khoảnh khắc bạn muốn im lặng, bạn sẽ cần gom đủ can đảm để lên tiếng. Khi đội nhóm của bạn thất bại, bạn phải chủ động nhận trách nhiệm về điều đó cùng với họ và với cấp trên của bạn. Khi bạn đang xung đột trong một mối quan hệ cá nhân quan trọng, bạn phải tìm ra chỗ mà </w:t>
      </w:r>
      <w:r>
        <w:rPr>
          <w:b w:val="0"/>
          <w:i/>
        </w:rPr>
        <w:t>bạn</w:t>
      </w:r>
      <w:r>
        <w:rPr>
          <w:b w:val="0"/>
          <w:i w:val="0"/>
        </w:rPr>
        <w:t xml:space="preserve"> có lỗi, nhận lấy nó, thú nhận nó và xin lỗi.</w:t>
      </w:r>
    </w:p>
    <w:p>
      <w:pPr>
        <w:spacing w:after="80"/>
      </w:pPr>
      <w:r>
        <w:rPr>
          <w:b w:val="0"/>
          <w:i w:val="0"/>
        </w:rPr>
        <w:t>Lúc đầu, thực hiện những hành động này sẽ khó khăn và không thoải mái. Chúng có thể cảm giác gần như bất khả thi. Nhưng hãy làm một lần, và lần thứ hai sẽ trở nên dễ dàng hơn. Làm đủ nhiều trong những việc nhỏ, và bạn sẽ có được can đảm để làm trong những việc lớn hơn. Và theo thời gian, nó sẽ trở thành một hành động bình thường, tự nhiên mà bạn thực hiện. Và nó sẽ đưa bạn lên con đường cao thượng.</w:t>
      </w:r>
    </w:p>
    <w:p>
      <w:pPr>
        <w:pStyle w:val="Heading1"/>
      </w:pPr>
      <w:r>
        <w:rPr>
          <w:rFonts w:ascii="Calibri" w:hAnsi="Calibri"/>
          <w:b/>
          <w:i w:val="0"/>
          <w:sz w:val="40"/>
        </w:rPr>
        <w:t>10 SỐNG THEO BỨC TRANH LỚN HƠN</w:t>
      </w:r>
    </w:p>
    <w:p>
      <w:pPr>
        <w:spacing w:after="80"/>
      </w:pPr>
      <w:r>
        <w:rPr>
          <w:b w:val="0"/>
          <w:i w:val="0"/>
        </w:rPr>
        <w:t>BẠN CÓ BAO GIỜ TỰ HỎI TẤT CẢ những nhà lãnh đạo vĩ đại có điểm gì chung không? Tôi thì có. Thực tế, tôi đã dành hơn nửa thế kỷ để nghiên cứu về lãnh đạo và quan sát các nhà lãnh đạo, và tôi tin rằng mình có câu trả lời. Khả năng đặc biệt của các nhà lãnh đạo là họ nhìn thấy nhiều hơn người khác và họ nhìn thấy trước người khác. Họ sở hữu một góc nhìn khác biệt. Họ nhìn thấy bức tranh lớn hơn, và họ làm điều đó nhanh hơn người khác.</w:t>
      </w:r>
    </w:p>
    <w:p>
      <w:pPr>
        <w:pStyle w:val="Heading2"/>
      </w:pPr>
      <w:r>
        <w:rPr>
          <w:rFonts w:ascii="Calibri" w:hAnsi="Calibri"/>
          <w:b/>
          <w:i w:val="0"/>
          <w:sz w:val="32"/>
        </w:rPr>
        <w:t>MỘT SỰ KHÁC BIỆT VỀ GÓC NHÌN</w:t>
      </w:r>
    </w:p>
    <w:p>
      <w:pPr>
        <w:spacing w:after="80"/>
      </w:pPr>
      <w:r>
        <w:rPr>
          <w:b w:val="0"/>
          <w:i w:val="0"/>
        </w:rPr>
        <w:t>Phil Geldart, một tác giả và là người sáng lập công ty đào tạo Eagle's Flight, so sánh khả năng nhìn thấy bức tranh lớn của các nhà lãnh đạo với việc leo lên đỉnh núi và nhìn xuống thung lũng bên dưới. Ông viết,</w:t>
      </w:r>
    </w:p>
    <w:p>
      <w:pPr>
        <w:spacing w:after="80"/>
      </w:pPr>
      <w:r>
        <w:rPr>
          <w:b w:val="0"/>
          <w:i w:val="0"/>
        </w:rPr>
        <w:t xml:space="preserve">Từ góc nhìn này, bạn có thể thấy rõ ràng những điều mà nếu không thì có thể đã không hiển nhiên đến vậy; những con đường không thẳng, nhà cửa và cửa hàng có thể không nằm ở vị trí lý tưởng. Việc lên đến đỉnh cho bạn khả năng quan sát và sửa chữa hoặc cải thiện những điều mà nếu không thì có thể bị bỏ sót. Đó là cơ hội để tự hỏi bản thân, </w:t>
      </w:r>
      <w:r>
        <w:rPr>
          <w:b w:val="0"/>
          <w:i/>
        </w:rPr>
        <w:t>Làm thế nào tôi có thể làm mọi thứ tốt hơn?</w:t>
      </w:r>
    </w:p>
    <w:p>
      <w:pPr>
        <w:spacing w:after="80"/>
      </w:pPr>
      <w:r>
        <w:rPr>
          <w:b w:val="0"/>
          <w:i w:val="0"/>
        </w:rPr>
        <w:t>Bài tập này là điều thiết yếu đối với thành công của tổ chức, đặc biệt là với những người ở vị trí lãnh đạo. Nhu cầu nhìn bao quát như thế này rất quan trọng để thiết lập góc nhìn, và từ đó là sự phán đoán. Sự phán đoán của bạn dựa trên mức độ bạn có thể giữ được cái nhìn toàn cảnh (tầm nhìn từ đỉnh núi) trong khi vẫn thực hiện các nhiệm vụ hằng ngày của mình (thung lũng).</w:t>
      </w:r>
    </w:p>
    <w:p>
      <w:pPr>
        <w:spacing w:after="80"/>
      </w:pPr>
      <w:r>
        <w:rPr>
          <w:b w:val="0"/>
          <w:i w:val="0"/>
        </w:rPr>
        <w:t>Khả năng nhìn từ một góc nhìn rộng hơn và hiểu các tình huống trong một bối cảnh lớn hơn này thường có tác động sâu sắc đến một người. Những phi hành gia đã nhìn thấy trái đất từ không gian đã có toàn bộ góc nhìn về cuộc sống của họ thay đổi. Họ trải nghiệm điều mà tác giả Frank White gọi là "hiệu ứng toàn cảnh" (overview effect). Khi phi hành gia Frank Borman lần đầu nhìn thấy hành tinh của chúng ta từ xa vào năm 1968, ông nói: "Thật là một khung cảnh!" và "Đây hẳn là những gì Chúa nhìn thấy."</w:t>
      </w:r>
    </w:p>
    <w:p>
      <w:pPr>
        <w:spacing w:after="80"/>
      </w:pPr>
      <w:r>
        <w:rPr>
          <w:b w:val="0"/>
          <w:i w:val="0"/>
        </w:rPr>
        <w:t xml:space="preserve">Gần đây hơn, nam diễn viên William Shatner, người đã đóng vai thuyền trưởng du hành vũ trụ của tàu USS </w:t>
      </w:r>
      <w:r>
        <w:rPr>
          <w:b w:val="0"/>
          <w:i/>
        </w:rPr>
        <w:t>Enterprise</w:t>
      </w:r>
      <w:r>
        <w:rPr>
          <w:b w:val="0"/>
          <w:i w:val="0"/>
        </w:rPr>
        <w:t xml:space="preserve"> trong </w:t>
      </w:r>
      <w:r>
        <w:rPr>
          <w:b w:val="0"/>
          <w:i/>
        </w:rPr>
        <w:t>Star Trek</w:t>
      </w:r>
      <w:r>
        <w:rPr>
          <w:b w:val="0"/>
          <w:i w:val="0"/>
        </w:rPr>
        <w:t>, có cơ hội trải nghiệm chuyến du hành thực sự vào không gian, nhờ vào người sáng lập Amazon Jeff Bezos. Nhà báo Marina Koren đã viết về phản ứng của ông:</w:t>
      </w:r>
    </w:p>
    <w:p>
      <w:pPr>
        <w:spacing w:after="80"/>
      </w:pPr>
      <w:r>
        <w:rPr>
          <w:b w:val="0"/>
          <w:i w:val="0"/>
        </w:rPr>
        <w:t>Khi lần đầu trở về từ không gian, William Shatner tràn ngập cảm xúc. Nam diễn viên khi đó 90 tuổi, đứng trên bãi cỏ đầy bụi ở sa mạc Tây Texas, nơi con tàu vũ trụ đã hạ cánh. Đó là tháng 10 năm 2021. Gần đó, Jeff Bezos, tỷ phú đã mời Shatner bay trên tên lửa Blue Origin, hò reo và bật một chai sâm panh, nhưng Shatner dường như chẳng để ý. Với những giọt nước mắt lăn trên má, ông mô tả những gì mình đã chứng kiến, giọng trầm xuống. "Điều ông đã ban cho tôi là trải nghiệm sâu sắc nhất mà tôi có thể tưởng tượng," Shatner nói với Bezos. "Thật phi thường. Phi thường. Tôi hy vọng mình sẽ không bao giờ hết choáng ngợp vì điều này." Người đàn ông đã đóng vai Thuyền trưởng Kirk xúc động đến mức những lời nhận xét sau khi hạ cánh của ông còn dài hơn cả ba phút ông thực sự ở trong không gian.</w:t>
      </w:r>
    </w:p>
    <w:p>
      <w:pPr>
        <w:spacing w:after="80"/>
      </w:pPr>
      <w:r>
        <w:rPr>
          <w:b w:val="0"/>
          <w:i w:val="0"/>
        </w:rPr>
        <w:t>Tôi gọi khả năng này ở những người lãnh đạo là nhìn thấy nhiều hơn và sớm hơn – “lợi thế lãnh đạo”. Họ có một góc nhìn mà người khác không có. Những người có năng khiếu lãnh đạo bẩm sinh được sinh ra với khả năng này. Tuy nhiên, ngay cả những nhà lãnh đạo không có năng khiếu bẩm sinh cũng có thể rèn luyện được khả năng nhìn nhận bức tranh tổng thể để họ cũng có thể nhận ra và xử lý các tình huống nhanh hơn những người xung quanh. Và điều này mang lại cho họ một lợi thế to lớn. Khả năng nhìn thấy bức tranh tổng thể giống như được xuất phát trước ba mươi thước trong cuộc đua một trăm thước. Nó cho phép các nguyên thủ quốc gia quan sát thấy những xung đột đang đến. Nó cho phép các nhà lãnh đạo doanh nghiệp nhận ra vấn đề và giải pháp trước người khác. Nó trao quyền cho các doanh nhân nhận ra cơ hội trên thị trường và nắm bắt chúng trước bất kỳ ai khác. Bất kỳ ai sở hữu khả năng nhìn thấy bức tranh tổng thể và dùng nó để hành động đều có thể đi trước người khác. Đó là lý do tại sao cuộc đua không phải lúc nào cũng được thắng bởi người nhanh nhất; nó thường được thắng bởi người xuất phát trước.</w:t>
      </w:r>
    </w:p>
    <w:p>
      <w:pPr>
        <w:spacing w:after="80"/>
      </w:pPr>
      <w:r>
        <w:rPr>
          <w:b w:val="0"/>
          <w:i w:val="0"/>
        </w:rPr>
        <w:t>Tại sao bức tranh tổng thể lại quan trọng đối với sự lãnh đạo trên con đường cao? Bởi vì nó giống như một siêu năng lực. Và giống như mọi siêu năng lực, nó có thể được dùng cho điều tốt hoặc điều xấu. Nếu bạn dùng lợi thế lãnh đạo này cho điều tốt, bạn có thể giúp đỡ rất nhiều người bằng cách trở thành một kiểu siêu anh hùng ngoài đời thực. Từ điểm quan sát của bạn trên con đường cao, bạn có thể nhìn về phía trước và giúp mọi người vượt qua những vùng nước gồ ghề của cuộc sống. Bạn có thể nâng đỡ họ khi họ gục ngã. Bạn có thể chia sẻ những cơ hội bạn nhìn thấy và giúp họ thành công.</w:t>
      </w:r>
    </w:p>
    <w:p>
      <w:pPr>
        <w:spacing w:after="80"/>
      </w:pPr>
      <w:r>
        <w:rPr>
          <w:b w:val="0"/>
          <w:i w:val="0"/>
        </w:rPr>
        <w:t>Khi bạn sống theo bức tranh tổng thể, bạn gia tăng khả năng tạo ra sự khác biệt trong cuộc sống của người khác. Chỉ cần nhớ rằng, như tôi đã nói ở chương 4, động cơ của bạn rất quan trọng:</w:t>
      </w:r>
    </w:p>
    <w:p>
      <w:pPr>
        <w:spacing w:after="80"/>
      </w:pPr>
      <w:r>
        <w:rPr>
          <w:b w:val="0"/>
          <w:i w:val="0"/>
        </w:rPr>
        <w:t>Những nhà lãnh đạo trên con đường cao dùng lợi thế lãnh đạo để giúp đỡ người khác.</w:t>
      </w:r>
    </w:p>
    <w:p>
      <w:pPr>
        <w:spacing w:after="80"/>
      </w:pPr>
      <w:r>
        <w:rPr>
          <w:b w:val="0"/>
          <w:i w:val="0"/>
        </w:rPr>
        <w:t>Những nhà lãnh đạo trên con đường giữa dùng nó để giúp chính mình trước khi giúp người khác.</w:t>
      </w:r>
    </w:p>
    <w:p>
      <w:pPr>
        <w:spacing w:after="80"/>
      </w:pPr>
      <w:r>
        <w:rPr>
          <w:b w:val="0"/>
          <w:i w:val="0"/>
        </w:rPr>
        <w:t>Những nhà lãnh đạo trên con đường thấp dùng nó chỉ để giúp chính mình.</w:t>
      </w:r>
    </w:p>
    <w:p>
      <w:pPr>
        <w:spacing w:after="80"/>
      </w:pPr>
      <w:r>
        <w:rPr>
          <w:b w:val="0"/>
          <w:i w:val="0"/>
        </w:rPr>
        <w:t>Tôi hy vọng rằng bạn đã giải quyết xong vấn đề này và bạn đang làm những điều đúng đắn vì những lý do đúng đắn.</w:t>
      </w:r>
    </w:p>
    <w:p>
      <w:pPr>
        <w:spacing w:after="80"/>
      </w:pPr>
      <w:r>
        <w:rPr>
          <w:b w:val="0"/>
          <w:i w:val="0"/>
        </w:rPr>
        <w:t>Nhìn thấy bức tranh tổng thể cũng mang lại những lợi ích cho tổ chức. BetterUp, một tổ chức có mục đích tạo điều kiện cho sự chuyển hóa và hiệu suất đỉnh cao ở cá nhân, đã nghiên cứu những kiểu tư duy tác động tích cực đến tương lai của các tổ chức. Như đã nêu trên blog của họ, Madeline Miles chỉ ra giá trị to lớn của tư duy bức tranh tổng thể, nói rằng nó mang lại cho các tổ chức năm lợi ích chính:</w:t>
      </w:r>
    </w:p>
    <w:p>
      <w:pPr>
        <w:spacing w:after="80"/>
        <w:ind w:left="360"/>
      </w:pPr>
      <w:r>
        <w:t xml:space="preserve">• </w:t>
      </w:r>
      <w:r>
        <w:rPr>
          <w:b/>
          <w:i w:val="0"/>
        </w:rPr>
        <w:t>Nó giúp các tổ chức duy trì sự kiên cường khi đối mặt với thay đổi và nghịch cảnh.</w:t>
      </w:r>
      <w:r>
        <w:rPr>
          <w:b w:val="0"/>
          <w:i w:val="0"/>
        </w:rPr>
        <w:t xml:space="preserve"> Tư duy bức tranh tổng thể giúp bạn xây dựng một tấm đệm kiên cường giữa những thay đổi. Khi mọi thứ khiến bạn bối rối, tư duy bức tranh tổng thể của bạn có thể giúp bạn thích nghi một cách dễ dàng.</w:t>
      </w:r>
    </w:p>
    <w:p>
      <w:pPr>
        <w:spacing w:after="80"/>
        <w:ind w:left="360"/>
      </w:pPr>
      <w:r>
        <w:t xml:space="preserve">• </w:t>
      </w:r>
      <w:r>
        <w:rPr>
          <w:b/>
          <w:i w:val="0"/>
        </w:rPr>
        <w:t>Nó giữ cho các công ty nhanh nhạy (đặc biệt là trong những thời điểm khó khăn).</w:t>
      </w:r>
      <w:r>
        <w:rPr>
          <w:b w:val="0"/>
          <w:i w:val="0"/>
        </w:rPr>
        <w:t xml:space="preserve"> Sự nhanh nhạy quan trọng hơn bao giờ hết khi thay đổi là điều thường trực. Đặc biệt khi thay đổi trở nên phức tạp hơn, tư duy bức tranh tổng thể giữ cho công ty của bạn nhanh nhạy.</w:t>
      </w:r>
    </w:p>
    <w:p>
      <w:pPr>
        <w:spacing w:after="80"/>
        <w:ind w:left="360"/>
      </w:pPr>
      <w:r>
        <w:t xml:space="preserve">• </w:t>
      </w:r>
      <w:r>
        <w:rPr>
          <w:b/>
          <w:i w:val="0"/>
        </w:rPr>
        <w:t>Nó giúp cải thiện lợi nhuận của bạn.</w:t>
      </w:r>
      <w:r>
        <w:rPr>
          <w:b w:val="0"/>
          <w:i w:val="0"/>
        </w:rPr>
        <w:t xml:space="preserve"> Áp dụng tư duy chiến lược giúp cải thiện hiệu suất tổ chức của bạn. Khi các tổ chức hướng về tương lai, hiệu suất tổng thể của bạn cũng được hưởng lợi.</w:t>
      </w:r>
    </w:p>
    <w:p>
      <w:pPr>
        <w:spacing w:after="80"/>
        <w:ind w:left="360"/>
      </w:pPr>
      <w:r>
        <w:t xml:space="preserve">• </w:t>
      </w:r>
      <w:r>
        <w:rPr>
          <w:b/>
          <w:i w:val="0"/>
        </w:rPr>
        <w:t>Nó tạo ra một văn hóa của trí tưởng tượng và sáng tạo.</w:t>
      </w:r>
      <w:r>
        <w:rPr>
          <w:b w:val="0"/>
          <w:i w:val="0"/>
        </w:rPr>
        <w:t xml:space="preserve"> Tại BetterUp, chúng tôi coi trọng sự nhiệt huyết, tinh thần vui tươi và trí tưởng tượng. Khi bạn có thể đan cài tư duy chiến lược vào văn hóa công ty của mình, nhân viên của bạn được hưởng lợi.</w:t>
      </w:r>
    </w:p>
    <w:p>
      <w:pPr>
        <w:spacing w:after="80"/>
        <w:ind w:left="360"/>
      </w:pPr>
      <w:r>
        <w:t xml:space="preserve">• </w:t>
      </w:r>
      <w:r>
        <w:rPr>
          <w:b/>
          <w:i w:val="0"/>
        </w:rPr>
        <w:t>Nó có thể gia tăng khả năng áp dụng tầm nhìn chiến lược của tổ chức bạn.</w:t>
      </w:r>
      <w:r>
        <w:rPr>
          <w:b w:val="0"/>
          <w:i w:val="0"/>
        </w:rPr>
        <w:t xml:space="preserve"> Tầm nhìn chiến lược là khả năng nhìn về phía trước và cung cấp cái nhìn sâu sắc về những gì có thể xảy ra trong tương lai. Việc ra quyết định hướng về tương lai này giúp tổ chức của bạn luôn đi trước xu hướng.</w:t>
      </w:r>
    </w:p>
    <w:p>
      <w:pPr>
        <w:spacing w:after="80"/>
      </w:pPr>
      <w:r>
        <w:rPr>
          <w:b w:val="0"/>
          <w:i w:val="0"/>
        </w:rPr>
        <w:t>Nếu bạn muốn giúp tổ chức của mình, bạn cần có khả năng nhìn thấy bức tranh tổng thể.</w:t>
      </w:r>
    </w:p>
    <w:p>
      <w:pPr>
        <w:pStyle w:val="Heading2"/>
      </w:pPr>
      <w:r>
        <w:rPr>
          <w:rFonts w:ascii="Calibri" w:hAnsi="Calibri"/>
          <w:b/>
          <w:i w:val="0"/>
          <w:sz w:val="32"/>
        </w:rPr>
        <w:t>CÓ ĐƯỢC BỨC TRANH TỔNG THỂ</w:t>
      </w:r>
    </w:p>
    <w:p>
      <w:pPr>
        <w:spacing w:after="80"/>
      </w:pPr>
      <w:r>
        <w:rPr>
          <w:b w:val="0"/>
          <w:i w:val="0"/>
        </w:rPr>
        <w:t>Làm thế nào bạn có thể phát triển khả năng nhìn thấy bức tranh tổng thể để có thể dùng nó để giúp đỡ người khác trên con đường cao? Hoặc nếu bạn đã sở hữu khả năng đó ở một mức độ nào đó, làm thế nào bạn mài giũa và gia tăng nó? Bạn có thể làm điều đó bằng cách tập trung phát triển theo ba cách:</w:t>
      </w:r>
    </w:p>
    <w:p>
      <w:pPr>
        <w:pStyle w:val="Heading3"/>
      </w:pPr>
      <w:r>
        <w:rPr>
          <w:rFonts w:ascii="Calibri" w:hAnsi="Calibri"/>
          <w:b/>
          <w:i w:val="0"/>
          <w:sz w:val="26"/>
        </w:rPr>
        <w:t>1. Phát triển sự trưởng thành</w:t>
      </w:r>
    </w:p>
    <w:p>
      <w:pPr>
        <w:spacing w:after="80"/>
      </w:pPr>
      <w:r>
        <w:rPr>
          <w:b w:val="0"/>
          <w:i w:val="0"/>
        </w:rPr>
        <w:t>Gần như không thể sống theo bức tranh lớn nếu bạn thiếu sự trưởng thành. Bạn không thể vừa chỉ chăm chăm vào bản thân vừa bước đi trên con đường cao thượng cùng lúc. Khi nói "trưởng thành," tôi không có ý nói về tuổi tác. Tôi biết rất nhiều người tích lũy thêm năm tháng nhưng lại thiếu đi tầm nhìn và sự khôn ngoan đi kèm với sự trưởng thành. Một trong những mô tả hay nhất về sự trưởng thành mà tôi từng đọc đến từ Pauline "Eppie" Lederer, cây bút chuyên mục được biết đến nhiều hơn với cái tên Ann Landers. Trong một bài viết được tái bản nhiều nhất của bà, bà viết:</w:t>
      </w:r>
    </w:p>
    <w:p>
      <w:pPr>
        <w:spacing w:after="80"/>
      </w:pPr>
      <w:r>
        <w:rPr>
          <w:b w:val="0"/>
          <w:i w:val="0"/>
        </w:rPr>
        <w:t>Trưởng thành là nhiều thứ. Đó là khả năng đưa ra phán đoán dựa trên bức tranh lớn, trên chặng đường dài. Nó có nghĩa là có thể cưỡng lại sự thôi thúc muốn thỏa mãn tức thì và chọn hướng hành động sẽ mang lại kết quả về sau. Một trong những đặc điểm của người trẻ là "Tôi muốn nó ngay bây giờ." Người lớn có thể chờ đợi.</w:t>
      </w:r>
    </w:p>
    <w:p>
      <w:pPr>
        <w:spacing w:after="80"/>
      </w:pPr>
      <w:r>
        <w:rPr>
          <w:b w:val="0"/>
          <w:i w:val="0"/>
        </w:rPr>
        <w:t>Trưởng thành là sự kiên trì—khả năng bền bỉ vượt qua một dự án hay một tình huống bất chấp sự phản đối mạnh mẽ và những trở ngại làm nản lòng, và bám trụ với nó cho đến khi hoàn thành. Người lớn mà liên tục thay đổi công việc, thay đổi bạn bè và thay đổi bạn đời là người chưa trưởng thành. Anh ta không thể kiên trì vì anh ta chưa lớn.…</w:t>
      </w:r>
    </w:p>
    <w:p>
      <w:pPr>
        <w:spacing w:after="80"/>
      </w:pPr>
      <w:r>
        <w:rPr>
          <w:b w:val="0"/>
          <w:i w:val="0"/>
        </w:rPr>
        <w:t>Trưởng thành là sự khiêm nhường. Đó là đủ lớn để nói rằng, "Tôi đã sai." Và, khi đúng, người trưởng thành không cần phải trải qua cái cảm giác thỏa mãn khi nói, "Tôi đã bảo rồi mà…"</w:t>
      </w:r>
    </w:p>
    <w:p>
      <w:pPr>
        <w:spacing w:after="80"/>
      </w:pPr>
      <w:r>
        <w:rPr>
          <w:b w:val="0"/>
          <w:i w:val="0"/>
        </w:rPr>
        <w:t>Trưởng thành là khả năng khai thác năng lực và nguồn năng lượng của bạn và làm nhiều hơn những gì được mong đợi. Người trưởng thành từ chối chấp nhận sự tầm thường. Anh ta thà nhắm cao và trượt mục tiêu còn hơn nhắm thấp—và đạt được nó.</w:t>
      </w:r>
    </w:p>
    <w:p>
      <w:pPr>
        <w:spacing w:after="80"/>
      </w:pPr>
      <w:r>
        <w:rPr>
          <w:b w:val="0"/>
          <w:i w:val="0"/>
        </w:rPr>
        <w:t>Những dấu hiệu đặc trưng của sự trưởng thành là khiêm nhường, tầm nhìn và kiên nhẫn. Nếu chúng ta có thể đủ khiêm nhường để hiểu rằng thế giới không xoay quanh mình, đủ sáng suốt để nhận ra điều gì là quan trọng, và đủ kiên nhẫn để chờ đợi và chơi cuộc chơi dài hạn vì những kết quả tốt nhất, thì chúng ta có tiềm năng sống theo bức tranh lớn.</w:t>
      </w:r>
    </w:p>
    <w:p>
      <w:pPr>
        <w:pStyle w:val="Heading3"/>
      </w:pPr>
      <w:r>
        <w:rPr>
          <w:rFonts w:ascii="Calibri" w:hAnsi="Calibri"/>
          <w:b/>
          <w:i w:val="0"/>
          <w:sz w:val="26"/>
        </w:rPr>
        <w:t>2. Hiểu bối cảnh rộng lớn hơn</w:t>
      </w:r>
    </w:p>
    <w:p>
      <w:pPr>
        <w:spacing w:after="80"/>
      </w:pPr>
      <w:r>
        <w:rPr>
          <w:b w:val="0"/>
          <w:i w:val="0"/>
        </w:rPr>
        <w:t>Khả năng thứ hai giúp một nhà lãnh đạo sống theo bức tranh lớn là nhìn nhận mọi thứ trong bối cảnh. Tôi đã có được sự thấu hiểu về ý tưởng này vài năm trước khi Margaret và tôi có một chuyến đi đến Florence, Ý, để thăm các bảo tàng nghệ thuật. Qua nhiều năm, chúng tôi đã học được rằng trong bất kỳ chuyến đi nào, người hướng dẫn tạo nên tất cả sự khác biệt. Nếu người hướng dẫn của bạn tuyệt vời, chuyến đi của bạn cũng sẽ tuyệt vời. Trong chuyến đi này, chúng tôi có cơ hội được hướng dẫn bởi trưởng khoa lịch sử nghệ thuật tại Harvard. Cô ấy đã làm cho mỗi tác phẩm nghệ thuật chúng tôi nhìn thấy trở nên sống động đối với chúng tôi.</w:t>
      </w:r>
    </w:p>
    <w:p>
      <w:pPr>
        <w:spacing w:after="80"/>
      </w:pPr>
      <w:r>
        <w:rPr>
          <w:b w:val="0"/>
          <w:i w:val="0"/>
        </w:rPr>
        <w:t>Margaret là một nghệ sĩ, nên cô ấy có sự hiểu biết sâu sắc hơn và sự trân trọng nghệ thuật tinh tế hơn tôi. Khi chúng tôi bắt đầu chuyến tham quan với người hướng dẫn, tôi háo hức cho Margaret hơn là cho chính mình. Nhưng trong vòng một giờ đầu tiên, sự nhiệt tình và trân trọng của tôi đã tiến một bước nhảy vọt. Người hướng dẫn đã cung cấp bối cảnh cho mỗi tác phẩm nghệ thuật bằng cách chia sẻ những hoàn cảnh xung quanh việc tạo ra nó, những ảnh hưởng đã định hình nên người nghệ sĩ, lịch sử trước tác phẩm đó, và tác động mà nó tạo ra. Điều này cho tôi thấy tầm quan trọng của bối cảnh trong việc đạt được sự thấu hiểu và rõ ràng về bức tranh lớn, bất kể chủ đề hay hoàn cảnh nào.</w:t>
      </w:r>
    </w:p>
    <w:p>
      <w:pPr>
        <w:spacing w:after="80"/>
      </w:pPr>
      <w:r>
        <w:rPr>
          <w:b w:val="0"/>
          <w:i w:val="0"/>
        </w:rPr>
        <w:t>Điều này đặc biệt đúng trong lãnh đạo. Hai nhà lãnh đạo có thể làm việc trong cùng một lĩnh vực và sở hữu cùng những mục tiêu, nhưng một người sẽ có tầm nhìn rõ ràng về những gì có thể xảy ra và cách đạt được nó, còn người kia có thể không có chút hình dung nào về bức tranh lớn. Như chính khách và cựu thủ tướng Đức Konrad Adenauer đã nói, "Tất cả chúng ta đều sống dưới cùng một bầu trời nhưng chúng ta không có cùng một chân trời." Một nhà lãnh đạo nhìn nhận mọi thứ trong bối cảnh sẽ thấy nhiều hơn và thấy trước người khác.</w:t>
      </w:r>
    </w:p>
    <w:p>
      <w:pPr>
        <w:spacing w:after="80"/>
      </w:pPr>
      <w:r>
        <w:rPr>
          <w:b w:val="0"/>
          <w:i w:val="0"/>
        </w:rPr>
        <w:t>Mark Cole, CEO và đồng sở hữu của Maxwell Leadership, và tôi làm việc cùng nhau mỗi tuần để thảo luận về những quyết định quan trọng phải được đưa ra cho công ty. Phần lớn thời gian chúng tôi trao đổi thông tin về bối cảnh. Tại sao? Bởi vì những quyết định tốt gần như không thể có được nếu thiếu bối cảnh. Sau khi có hàng trăm cuộc thảo luận với các giám đốc cấp C (C-level executives), tôi tin rằng mình có thể giúp bạn phát triển bảy khung bối cảnh để nhìn thấy bức tranh lớn nhằm giúp bạn lãnh đạo trên con đường cao thượng.</w:t>
      </w:r>
    </w:p>
    <w:p>
      <w:pPr>
        <w:pStyle w:val="Heading4"/>
      </w:pPr>
      <w:r>
        <w:rPr>
          <w:rFonts w:ascii="Calibri" w:hAnsi="Calibri"/>
          <w:b/>
          <w:i w:val="0"/>
          <w:sz w:val="23"/>
        </w:rPr>
        <w:t>Bối cảnh thông tin</w:t>
      </w:r>
    </w:p>
    <w:p>
      <w:pPr>
        <w:spacing w:after="80"/>
      </w:pPr>
      <w:r>
        <w:rPr>
          <w:b w:val="0"/>
          <w:i w:val="0"/>
        </w:rPr>
        <w:t>Tất cả chúng ta đều phải bắt đầu từ đâu đó. Tôi bắt đầu bằng việc hỏi những điều cơ bản. Nếu tôi đang chuẩn bị cho một buổi diễn thuyết, nó bắt đầu với trợ lý điều hành của tôi, Linda Eggers, người thu thập các chi tiết hậu cần về tổ chức, ngày, giờ, v.v. Nó tiếp tục với cuộc gọi trước của tôi đến người dẫn chương trình đã mời tôi để tôi có thể tìm hiểu về tổ chức, kỳ vọng và mục tiêu của họ. Điều này cho tôi bối cảnh tôi cần để làm tốt nhất. Nếu tôi đang cân nhắc tuyển dụng một người, tôi muốn những điều cơ bản về tính cách, các lĩnh vực năng lực và văn hóa làm việc trước đây của họ.</w:t>
      </w:r>
    </w:p>
    <w:p>
      <w:pPr>
        <w:pStyle w:val="Heading4"/>
      </w:pPr>
      <w:r>
        <w:rPr>
          <w:rFonts w:ascii="Calibri" w:hAnsi="Calibri"/>
          <w:b/>
          <w:i w:val="0"/>
          <w:sz w:val="23"/>
        </w:rPr>
        <w:t>Bối cảnh lịch sử</w:t>
      </w:r>
    </w:p>
    <w:p>
      <w:pPr>
        <w:spacing w:after="80"/>
      </w:pPr>
      <w:r>
        <w:rPr>
          <w:b w:val="0"/>
          <w:i w:val="0"/>
        </w:rPr>
        <w:t>Biết được điều gì đã xảy ra trong quá khứ mang lại bối cảnh vô giá cho việc đưa ra quyết định và hành động hôm nay. Tôi đã khám phá ra chân lý này khi tôi ba mươi ba tuổi và đang chuẩn bị tiếp nhận vai trò lãnh đạo một nhà thờ mà mục sư sáng lập đang nghỉ hưu. Tôi nhận ra mình cần học hỏi bao nhiêu vì ông ấy đã thành lập nhà thờ vào đúng năm tôi sinh ra! Để có được bối cảnh trước khi bắt đầu lãnh đạo, tôi dành một tuần với người sáng lập mỗi tháng và thu thập càng nhiều thông tin càng tốt về tổ chức. Trong những buổi đó tôi đã hỏi hàng trăm câu hỏi. Tôi muốn biết những điểm nổi bật và những điểm thấp trong lịch sử của nhà thờ. Tôi muốn xác định những người có ảnh hưởng chính và tìm hiểu cách họ lãnh đạo. Tôi muốn ý kiến của ông về điều gì cần thay đổi và điều gì cần giữ nguyên. Ông ấy càng trả lời nhiều câu hỏi, tôi càng có được nhiều sự thấu hiểu về bức tranh lớn. Một người khôn ngoan từng nói, "Trước khi bạn phá bỏ hàng rào, hãy hỏi tại sao nó lại được dựng lên ở đó ngay từ đầu." Đó chính là điều tôi đang cố gắng tìm hiểu.</w:t>
      </w:r>
    </w:p>
    <w:p>
      <w:pPr>
        <w:pStyle w:val="Heading4"/>
      </w:pPr>
      <w:r>
        <w:rPr>
          <w:rFonts w:ascii="Calibri" w:hAnsi="Calibri"/>
          <w:b/>
          <w:i w:val="0"/>
          <w:sz w:val="23"/>
        </w:rPr>
        <w:t>Bối cảnh tình huống</w:t>
      </w:r>
    </w:p>
    <w:p>
      <w:pPr>
        <w:spacing w:after="80"/>
      </w:pPr>
      <w:r>
        <w:rPr>
          <w:b w:val="0"/>
          <w:i w:val="0"/>
        </w:rPr>
        <w:t>Quan trọng không kém bối cảnh lịch sử chính là bối cảnh tình huống. Ý tôi là những gì đang diễn ra và thay đổi ngay lúc này, bởi vì điều đó tác động đến những gì chúng ta muốn làm và những quyết định chúng ta cần đưa ra. Đôi khi bạn cần thay đổi vì những vấn đề phát sinh. Nhưng đôi khi bạn cũng cần tạo ra thay đổi ngay cả khi mọi thứ đang tốt đẹp. Bạn tôi, Dennis Rouse, người sáng lập Victory World Church, nói rằng: "Các nhà lãnh đạo phải sẵn sàng tạo ra thay đổi khi mọi thứ vẫn đang suôn sẻ, nếu họ muốn tránh sự suy thoái." Những nhà lãnh đạo giỏi luôn giữ được sự linh hoạt và nhanh nhạy, và họ quan sát bối cảnh tình huống để hỗ trợ cho mình.</w:t>
      </w:r>
    </w:p>
    <w:p>
      <w:pPr>
        <w:pStyle w:val="Heading4"/>
      </w:pPr>
      <w:r>
        <w:rPr>
          <w:rFonts w:ascii="Calibri" w:hAnsi="Calibri"/>
          <w:b/>
          <w:i w:val="0"/>
          <w:sz w:val="23"/>
        </w:rPr>
        <w:t>Bối cảnh động lực</w:t>
      </w:r>
    </w:p>
    <w:p>
      <w:pPr>
        <w:spacing w:after="80"/>
      </w:pPr>
      <w:r>
        <w:rPr>
          <w:b w:val="0"/>
          <w:i w:val="0"/>
        </w:rPr>
        <w:t>Khi còn là một nhà lãnh đạo trẻ, tôi thường chỉ thông báo cho đội ngũ về những quyết định mình đã đưa ra mà không giải thích lý do đằng sau. Sai lầm lớn! Khi là một nhà lãnh đạo, nếu bạn chỉ nói cho người ta biết phải làm gì mà không nói vì sao, bạn sẽ có những người đi theo không biết tự suy nghĩ. Họ sẽ làm việc, nhưng khi xong việc, họ sẽ quay lại chờ bạn đưa ra quyết định tiếp theo. Họ muốn "sự trợ giúp từ sếp". Nếu bạn muốn phát triển những nhà lãnh đạo, thì hãy luôn cho họ biết lý do đằng sau mỗi quyết định để họ nhìn thấy bức tranh lớn hơn. Cung cấp loại bối cảnh đó giúp trang bị cho họ khả năng tự suy nghĩ và chuẩn bị cho họ dẫn dắt người khác.</w:t>
      </w:r>
    </w:p>
    <w:p>
      <w:pPr>
        <w:pStyle w:val="Heading4"/>
      </w:pPr>
      <w:r>
        <w:rPr>
          <w:rFonts w:ascii="Calibri" w:hAnsi="Calibri"/>
          <w:b/>
          <w:i w:val="0"/>
          <w:sz w:val="23"/>
        </w:rPr>
        <w:t>Bối cảnh hợp tác</w:t>
      </w:r>
    </w:p>
    <w:p>
      <w:pPr>
        <w:spacing w:after="80"/>
      </w:pPr>
      <w:r>
        <w:rPr>
          <w:b w:val="0"/>
          <w:i w:val="0"/>
        </w:rPr>
        <w:t>Một trong những thực hành lãnh đạo yêu thích của tôi là hợp tác với những người tư duy giỏi và những nhà lãnh đạo giỏi. Tôi thích thảo luận ý tưởng và các lựa chọn với người khác. Điều đó thỏa mãn hai khao khát lớn nhất của tôi: sự kết nối và sự học hỏi. Mỗi lần tư duy hợp tác, tôi đều học được điều gì đó vì tôi đặt rất nhiều câu hỏi và lắng nghe rất nhiều. Tôi luôn được hưởng lợi từ những hiểu biết sâu sắc và sự đổi mới của người khác. Khi bạn đưa người khác vào cuộc trò chuyện và suy nghĩ của mình, điều đó không thể không mở rộng góc nhìn của bạn. Những cuộc trò chuyện hợp tác luôn định hình và mở rộng bức tranh lớn hơn.</w:t>
      </w:r>
    </w:p>
    <w:p>
      <w:pPr>
        <w:pStyle w:val="Heading4"/>
      </w:pPr>
      <w:r>
        <w:rPr>
          <w:rFonts w:ascii="Calibri" w:hAnsi="Calibri"/>
          <w:b/>
          <w:i w:val="0"/>
          <w:sz w:val="23"/>
        </w:rPr>
        <w:t>Bối cảnh trải nghiệm</w:t>
      </w:r>
    </w:p>
    <w:p>
      <w:pPr>
        <w:spacing w:after="80"/>
      </w:pPr>
      <w:r>
        <w:rPr>
          <w:b w:val="0"/>
          <w:i w:val="0"/>
        </w:rPr>
        <w:t>Khi bạn đã dành sự chú ý cho những loại bối cảnh trước đó, đã đến lúc dùng bối cảnh từ trải nghiệm của chính bạn để soi sáng cho bất cứ điều gì bạn đang cố gắng đạt được. Trải nghiệm của chính bạn có giá trị cao, nhưng nếu bạn luôn dùng nó làm điểm xuất phát, bạn sẽ bỏ lỡ rất nhiều, đặc biệt nếu bạn đã lớn tuổi, như tôi. Hầu hết mọi người dần dần ít cởi mở hơn với những trải nghiệm mới khi họ già đi. Họ ngừng đặt mình vào những tình huống khó khăn hoặc thách thức về mặt cảm xúc. Thay vào đó, họ tìm kiếm những trải nghiệm tương tự như những gì họ đã quen, và kết quả là bức tranh của họ ngừng mở rộng. Những nhà lãnh đạo giỏi chống lại việc thu hẹp tầm nhìn của mình bởi vì bối cảnh họ sử dụng càng rộng và càng đa dạng, tiềm năng của họ trong việc nhìn thấy bức tranh lớn hơn càng lớn.</w:t>
      </w:r>
    </w:p>
    <w:p>
      <w:pPr>
        <w:pStyle w:val="Heading4"/>
      </w:pPr>
      <w:r>
        <w:rPr>
          <w:rFonts w:ascii="Calibri" w:hAnsi="Calibri"/>
          <w:b/>
          <w:i w:val="0"/>
          <w:sz w:val="23"/>
        </w:rPr>
        <w:t>Bối cảnh chiến thuật</w:t>
      </w:r>
    </w:p>
    <w:p>
      <w:pPr>
        <w:spacing w:after="80"/>
      </w:pPr>
      <w:r>
        <w:rPr>
          <w:b w:val="0"/>
          <w:i w:val="0"/>
        </w:rPr>
        <w:t>Những nhà lãnh đạo giỏi luôn có một kế hoạch. Họ bước vào bất kỳ nỗ lực nào với một chiến lược. Điều đó đúng với các tướng lĩnh quân đội cũng như với các CEO doanh nghiệp hay các huấn luyện viên bóng đá. Tuy nhiên, những nhà lãnh đạo vĩ đại biết rằng khi họ thực thi kế hoạch của mình, tình huống sẽ thay đổi, và điều đó sẽ đòi hỏi những thay đổi về chiến thuật. Bất kỳ nhà lãnh đạo nào không đọc được bối cảnh đang thay đổi và bám quá chặt vào kế hoạch của mình đều chắc chắn sẽ thất bại.</w:t>
      </w:r>
    </w:p>
    <w:p>
      <w:pPr>
        <w:spacing w:after="80"/>
      </w:pPr>
      <w:r>
        <w:rPr>
          <w:b w:val="0"/>
          <w:i w:val="0"/>
        </w:rPr>
        <w:t>Những thay đổi về chiến thuật do bối cảnh là dễ thấy nhất trong thể thao bởi vì trận đấu diễn ra công khai, thời gian bị nén lại, và có một tỷ số ở cuối cuộc đối đầu. Một trong những huấn luyện viên giỏi nhất mà tôi từng thấy trong việc đọc bối cảnh và điều chỉnh là Nick Saban, cựu huấn luyện viên bóng bầu dục tại Đại học Alabama. Dù đội của ông đang thắng hay thua ở giờ nghỉ giữa hiệp, họ đều bước ra khỏi phòng thay đồ với một kế hoạch đã thay đổi, và kết quả là họ thường ghi được nhiều điểm hơn hoặc làm tốt hơn trong việc chặn đứng hàng công của đối thủ ở hiệp hai so với hiệp một. Khi bạn dẫn dắt người khác và bước vào "trận chiến", bạn cũng cần sẵn sàng điều chỉnh. Đừng bao giờ gắn chặt đến mức bỏ lỡ bức tranh lớn hơn.</w:t>
      </w:r>
    </w:p>
    <w:p>
      <w:pPr>
        <w:pStyle w:val="Heading3"/>
      </w:pPr>
      <w:r>
        <w:rPr>
          <w:rFonts w:ascii="Calibri" w:hAnsi="Calibri"/>
          <w:b/>
          <w:i w:val="0"/>
          <w:sz w:val="26"/>
        </w:rPr>
        <w:t>3. Trở nên Có chủ đích Cao độ trong việc Nhìn thấy và Sống với Bức tranh Lớn hơn</w:t>
      </w:r>
    </w:p>
    <w:p>
      <w:pPr>
        <w:spacing w:after="80"/>
      </w:pPr>
      <w:r>
        <w:rPr>
          <w:b w:val="0"/>
          <w:i w:val="0"/>
        </w:rPr>
        <w:t>Nếu bạn chưa từng sở hữu lợi thế lãnh đạo là nhìn thấy nhiều hơn và nhìn thấy trước, thì bạn phải nỗ lực có ý thức để không ngừng tìm kiếm bức tranh lớn hơn trong mọi việc bạn làm. Điều đó có thể không dễ dàng vì những đòi hỏi của thế giới và nhịp sống. Như Phil Geldart đã nói,</w:t>
      </w:r>
    </w:p>
    <w:p>
      <w:pPr>
        <w:spacing w:after="80"/>
      </w:pPr>
      <w:r>
        <w:rPr>
          <w:b w:val="0"/>
          <w:i w:val="0"/>
        </w:rPr>
        <w:t xml:space="preserve">Khi chúng ta bị kéo về quá nhiều hướng, với những ưu tiên thay đổi liên tục, và áp lực không ngừng nghỉ để tạo ra kết quả </w:t>
      </w:r>
      <w:r>
        <w:rPr>
          <w:b w:val="0"/>
          <w:i/>
        </w:rPr>
        <w:t>ngay bây giờ</w:t>
      </w:r>
      <w:r>
        <w:rPr>
          <w:b w:val="0"/>
          <w:i w:val="0"/>
        </w:rPr>
        <w:t>, có thể khó mà lùi lại, có một cái nhìn toàn cảnh và đánh giá. Tuy nhiên, giải pháp thay thế còn tồi tệ hơn. Bạn có thể thức dậy một ngày nào đó và nhận ra rằng những gì đã từng là giờ không còn phù hợp, không hiệu quả, hoặc trở nên kém sinh lợi hơn. Dù có vẻ khó tìm được thời gian trong một lịch trình bận rộn để dành cho việc tư duy toàn cảnh, điều đó lại rất quan trọng đối với việc đạt được những gì có thể trong hiện tại và tương lai.</w:t>
      </w:r>
    </w:p>
    <w:p>
      <w:pPr>
        <w:spacing w:after="80"/>
      </w:pPr>
      <w:r>
        <w:rPr>
          <w:b w:val="0"/>
          <w:i w:val="0"/>
        </w:rPr>
        <w:t>Trong vài năm gần đây, tôi đã có dịp biết một nhà lãnh đạo sống theo bức tranh lớn hơn. Tên ông là Nido Qubein. Ông là một trong những người có chủ đích nhất mà tôi từng gặp, và câu chuyện của ông không chỉ truyền cảm hứng để bạn vươn tới sự lãnh đạo trên con đường cao cả mà còn dạy bạn cách trở nên có chủ đích hơn trong việc sống với bức tranh lớn hơn. Đầu tiên, câu chuyện của ông:</w:t>
      </w:r>
    </w:p>
    <w:p>
      <w:pPr>
        <w:spacing w:after="80"/>
      </w:pPr>
      <w:r>
        <w:rPr>
          <w:b w:val="0"/>
          <w:i w:val="0"/>
        </w:rPr>
        <w:t>Nido lớn lên ở Lebanon. Khi ông lên sáu tuổi, cha ông qua đời. Điều đó có nghĩa là ông và các anh chị em được nuôi dưỡng bởi người mẹ góa của họ. Dù bà chỉ được học đến lớp bốn, mẹ của Nido vẫn khăng khăng rằng con cái bà phải theo đuổi việc học và thậm chí còn gửi Nido, đứa con út, đến Hoa Kỳ để học đại học. Ông đến với năm mươi đô la, vài từ tiếng Anh, và một quyết tâm thành công.</w:t>
      </w:r>
    </w:p>
    <w:p>
      <w:pPr>
        <w:spacing w:after="80"/>
      </w:pPr>
      <w:r>
        <w:rPr>
          <w:b w:val="0"/>
          <w:i w:val="0"/>
        </w:rPr>
        <w:t>Nido lấy bằng cao đẳng hệ hai năm tại một trường community college, rồi bằng cử nhân tại High Point College (nay là University), và sau đó là bằng MBA tại University of North Carolina. Ông khởi nghiệp bằng việc tạo ra một bản tin (newsletter), ban đầu tự viết rồi bán nó. Ông dùng nó để bán tài liệu đào tạo. Từ đó phát triển thành sự nghiệp diễn thuyết trước công chúng từng đoạt giải thưởng và một doanh nghiệp tư vấn đầy ảnh hưởng. Nido cũng viết sách. Ông điều hành nhiều doanh nghiệp khác. Ông góp phần thành lập một ngân hàng. Và ông được mời ngồi vào nhiều hội đồng quản trị thương mại lẫn phi lợi nhuận, gồm BB&amp;T, La-Z-Boy Corporation, Dots Stores (các cửa hàng thời trang), và ngôi trường cũ của ông, High Point University.</w:t>
      </w:r>
    </w:p>
    <w:p>
      <w:pPr>
        <w:spacing w:after="80"/>
      </w:pPr>
      <w:r>
        <w:rPr>
          <w:b w:val="0"/>
          <w:i w:val="0"/>
        </w:rPr>
        <w:t>Năm 2006, Nido nhận Giải thưởng Horatio Alger, trao cho "những nhà lãnh đạo xuất chúng đã vượt qua nghịch cảnh để đạt được sự vĩ đại." Ông đã rất thành công, nhưng điều được cho là thành công lớn nhất và đóng góp lớn nhất của ông cho người khác lại đến với ông như một bất ngờ. Khi hiệu trưởng High Point University (HPU) nghỉ hưu vào năm 2005, hội đồng quản trị thúc giục Nido trở thành hiệu trưởng mới của tổ chức. Ban đầu ông ngần ngại nhận vai trò này, nhưng một khi đã nhận, khả năng nhìn ra bức tranh lớn hơn của ông liền phát huy. Ông muốn biến trường đại học vùng nhỏ bé, ít người biết đến này thành một học viện đẳng cấp thế giới. Và ông đang đi rất đúng hướng. Dưới sự lãnh đạo của ông, ông đã quyên góp được hàng trăm triệu đô la. Ông đã biến đổi khuôn viên trường, cải tạo các tòa nhà gốc mà ông mô tả là đã bị trì hoãn bảo trì; xây dựng bốn mươi bảy tòa nhà mới; và làm cho khuôn viên trường tuyệt đẹp đến kinh ngạc. Ngoài ra, trường đại học đã tăng tổng số sinh viên nhập học từ 1,673 lên 6,000, giảng viên toàn thời gian từ 108 lên 353, diện tích khuôn viên từ 91 mẫu Anh lên 520 mẫu Anh, diện tích sàn từ 650,000 lên 4.5 triệu, và ngân sách hoạt động cùng vốn đầu tư từ $38 triệu lên $378 triệu.</w:t>
      </w:r>
    </w:p>
    <w:p>
      <w:pPr>
        <w:spacing w:after="80"/>
      </w:pPr>
      <w:r>
        <w:rPr>
          <w:b w:val="0"/>
          <w:i w:val="0"/>
        </w:rPr>
        <w:t>Với tất cả những thay đổi đó trong gần hai thập kỷ, Nido chưa bao giờ đánh mất bức tranh lớn hơn. Ông nhận xét: "Mọi thứ chúng tôi làm đều tập trung vào sinh viên. Chúng tôi chỉ đơn giản nói rằng: 'Chúng ta có thể làm gì để đảm bảo rằng mỗi sinh viên tại High Point University đều nhận được một nền giáo dục phi thường trong một môi trường truyền cảm hứng với những con người biết quan tâm?' Không phức tạp đâu. Thật kỳ diệu những gì xảy ra khi bạn tập trung vào sinh viên."</w:t>
      </w:r>
    </w:p>
    <w:p>
      <w:pPr>
        <w:spacing w:after="80"/>
      </w:pPr>
      <w:r>
        <w:rPr>
          <w:b w:val="0"/>
          <w:i w:val="0"/>
        </w:rPr>
        <w:t>Bạn có thể học được gì từ Nido về việc trở nên có chủ đích trong việc nhìn nhận và sống với bức tranh lớn hơn?</w:t>
      </w:r>
    </w:p>
    <w:p>
      <w:pPr>
        <w:pStyle w:val="Heading4"/>
      </w:pPr>
      <w:r>
        <w:rPr>
          <w:rFonts w:ascii="Calibri" w:hAnsi="Calibri"/>
          <w:b/>
          <w:i w:val="0"/>
          <w:sz w:val="23"/>
        </w:rPr>
        <w:t>Trở nên lớn hơn từ bên trong so với bên ngoài</w:t>
      </w:r>
    </w:p>
    <w:p>
      <w:pPr>
        <w:spacing w:after="80"/>
      </w:pPr>
      <w:r>
        <w:rPr>
          <w:b w:val="0"/>
          <w:i w:val="0"/>
        </w:rPr>
        <w:t>Suốt cuộc đời mình, Nido đã cống hiến cho sự phát triển cá nhân và sống đúng với các giá trị của mình. Ông đã làm công việc nội tâm cần thiết để giúp ông thành công ở bên ngoài. Những năm đầu đời của ông đầy nghịch cảnh và thử thách. Ông phải học tiếng Anh, và ông quyết tâm làm chủ ngôn ngữ này để có thể trở thành một diễn giả trước công chúng. Ông tự trang trải việc học. Khi khởi nghiệp lần đầu, ông làm việc mười bảy giờ một ngày, bảy ngày một tuần. Phẩm chất nội tâm đã khiến ông mạnh mẽ và giúp ông tiếp tục bước tới.</w:t>
      </w:r>
    </w:p>
    <w:p>
      <w:pPr>
        <w:spacing w:after="80"/>
      </w:pPr>
      <w:r>
        <w:rPr>
          <w:b w:val="0"/>
          <w:i w:val="0"/>
        </w:rPr>
        <w:t>Nơi tốt nhất để nhìn thấy bức tranh lớn hơn là từ một bệ phóng của thành công và ý nghĩa. Nếu bạn làm công việc rèn luyện phẩm chất nội tâm để trở thành con người và nhà lãnh đạo tốt nhất có thể, bạn sẽ có thể đạt được góc nhìn đó. Và điều đó sẽ mang đến cho bạn những cơ hội lớn hơn để dẫn dắt người khác đến thành công và ý nghĩa của chính họ.</w:t>
      </w:r>
    </w:p>
    <w:p>
      <w:pPr>
        <w:pStyle w:val="Heading4"/>
      </w:pPr>
      <w:r>
        <w:rPr>
          <w:rFonts w:ascii="Calibri" w:hAnsi="Calibri"/>
          <w:b/>
          <w:i w:val="0"/>
          <w:sz w:val="23"/>
        </w:rPr>
        <w:t>"Đóng khung 'Kiệt tác' của bạn"</w:t>
      </w:r>
    </w:p>
    <w:p>
      <w:pPr>
        <w:spacing w:after="80"/>
      </w:pPr>
      <w:r>
        <w:rPr>
          <w:b w:val="0"/>
          <w:i w:val="0"/>
        </w:rPr>
        <w:t>Đây là một cụm từ Nido dùng để giúp mọi người giữ mắt hướng về bức tranh lớn hơn. Kiệt tác của bạn là gì? Đó là điều bạn làm tốt nhất. Đó là đóng góp chính hoặc hoạt động cốt lõi của bạn. Khung là gì? Đó là thứ bổ trợ cho kiệt tác và đưa nó lên một tầm cao mới.</w:t>
      </w:r>
    </w:p>
    <w:p>
      <w:pPr>
        <w:spacing w:after="80"/>
      </w:pPr>
      <w:r>
        <w:rPr>
          <w:b w:val="0"/>
          <w:i w:val="0"/>
        </w:rPr>
        <w:t>Kiệt tác của Nido tại HPU là các chương trình học thuật của trường. Trường đại học có mười bốn trường thành viên, mười trong số đó được thành lập dưới sự lãnh đạo của Nido. Hơn $500 triệu đã được đầu tư vào các chương trình STEP, bao gồm kỹ thuật, dược, một phòng thí nghiệm cơ sinh học, và một cung thiên văn. Nhưng điều Nido tin rằng đưa trường đại học lên tầm cao mới là cách trường dạy sinh viên các kỹ năng sống. Ông gọi HPU là "trường đại học kỹ năng sống hàng đầu" của đất nước. Giảng viên được yêu cầu đưa ứng dụng thực tế vào đời sống (thường là trong các dự án cộng đồng) vào mỗi khóa học. Họ ước tính rằng sinh viên và giảng viên thực hiện nửa triệu giờ phục vụ mỗi năm trong cộng đồng. Ngoài ra, chính Nido cũng dạy các kỹ năng thực tế cho sinh viên mỗi học kỳ.</w:t>
      </w:r>
    </w:p>
    <w:p>
      <w:pPr>
        <w:spacing w:after="80"/>
      </w:pPr>
      <w:r>
        <w:rPr>
          <w:b w:val="0"/>
          <w:i w:val="0"/>
        </w:rPr>
        <w:t>Liệu HPU có thể chỉ dạy kỹ năng sống mà vẫn thành công không? Không. Điều chính yếu là chương trình học thuật. Đó là thứ sinh viên muốn nhận được. Kỹ năng sống chỉ nâng cao điều đó như một cái khung.</w:t>
      </w:r>
    </w:p>
    <w:p>
      <w:pPr>
        <w:spacing w:after="80"/>
      </w:pPr>
      <w:r>
        <w:rPr>
          <w:b w:val="0"/>
          <w:i w:val="0"/>
        </w:rPr>
        <w:t>Bạn có thể tạo ra sự khác biệt gì trong bức tranh lớn hơn? Kiệt tác của bạn là gì? Bạn có thể đóng góp gì để gia tăng giá trị cho công việc, cộng đồng hoặc thế giới của bạn? Và bạn có thể đóng khung nó thế nào để đưa nó lên một tầm cao mới?</w:t>
      </w:r>
    </w:p>
    <w:p>
      <w:pPr>
        <w:pStyle w:val="Heading4"/>
      </w:pPr>
      <w:r>
        <w:rPr>
          <w:rFonts w:ascii="Calibri" w:hAnsi="Calibri"/>
          <w:b/>
          <w:i w:val="0"/>
          <w:sz w:val="23"/>
        </w:rPr>
        <w:t>"Nâng giá trị gia tăng lên thành giá trị được trân trọng"</w:t>
      </w:r>
    </w:p>
    <w:p>
      <w:pPr>
        <w:spacing w:after="80"/>
      </w:pPr>
      <w:r>
        <w:rPr>
          <w:b w:val="0"/>
          <w:i w:val="0"/>
        </w:rPr>
        <w:t>Đây là một cụm từ khác của Nido. Trong thế giới tài chính, khi người ta mua một bất động sản, họ hy vọng giá trị của nó sẽ tăng lên theo thời gian. Điều đó khiến nó trở thành một tài sản lớn hơn. Khái niệm đó cũng có thể áp dụng cho con người. Với tư cách nhà lãnh đạo, chúng ta có thể thêm giá trị được trân trọng cho họ, điều này có hệ số nhân. Giá trị được trân trọng đến từ việc trao cho người ta một thứ gì đó có giá trị, cộng với việc tìm hiểu điều họ khao khát và bổ sung điều đó.</w:t>
      </w:r>
    </w:p>
    <w:p>
      <w:pPr>
        <w:spacing w:after="80"/>
      </w:pPr>
      <w:r>
        <w:rPr>
          <w:b w:val="0"/>
          <w:i w:val="0"/>
        </w:rPr>
        <w:t xml:space="preserve">Một trong những điều khiến Nido bận tâm là việc các bậc phụ huynh thường làm việc vất vả để cho con cái được học hành và gửi chúng đến một trường đại học, chỉ để rồi con họ trở về nhà với những giá trị đã thay đổi. Ông gọi đó là sự sơ suất trong giáo dục (educational malpractice). Và ông quyết tâm rằng HPU sẽ không bao giờ phạm phải điều đó. Trang web của trường nêu rõ: "High Point University là một học viện dựa trên các giá trị. Những giá trị mà gia đình bạn đã vun đắp cho bạn trong hơn 17 năm qua sẽ được tiếp nối trong suốt quá trình học tại HPU." Nido gọi đây là </w:t>
      </w:r>
      <w:r>
        <w:rPr>
          <w:b w:val="0"/>
          <w:i/>
        </w:rPr>
        <w:t>giá trị được trân trọng</w:t>
      </w:r>
      <w:r>
        <w:rPr>
          <w:b w:val="0"/>
          <w:i w:val="0"/>
        </w:rPr>
        <w:t xml:space="preserve"> bởi vì phụ huynh biết rằng sinh viên sẽ nhận được một nền giáo dục tuyệt vời trang bị cho họ theo đuổi những nghề nghiệp tạo ra sự khác biệt trên thế giới, cộng thêm việc trường đại học sẽ đề cao những giá trị mà phụ huynh trân trọng. Những giá trị tích cực đó sẽ giúp nâng đỡ sinh viên trên chặng đường dài.</w:t>
      </w:r>
    </w:p>
    <w:p>
      <w:pPr>
        <w:spacing w:after="80"/>
      </w:pPr>
      <w:r>
        <w:rPr>
          <w:b w:val="0"/>
          <w:i w:val="0"/>
        </w:rPr>
        <w:t>Bạn có thể giúp người khác không chỉ bằng cách gia tăng giá trị cho họ thông qua thế mạnh và kỹ năng của bạn, mà còn bằng cách nâng nó lên để tạo ra giá trị được trân trọng cho họ, như thế nào?</w:t>
      </w:r>
    </w:p>
    <w:p>
      <w:pPr>
        <w:pStyle w:val="Heading4"/>
      </w:pPr>
      <w:r>
        <w:rPr>
          <w:rFonts w:ascii="Calibri" w:hAnsi="Calibri"/>
          <w:b/>
          <w:i w:val="0"/>
          <w:sz w:val="23"/>
        </w:rPr>
        <w:t>Chọn Trở Nên Khác Biệt—Không Chỉ Là Khác Người</w:t>
      </w:r>
    </w:p>
    <w:p>
      <w:pPr>
        <w:spacing w:after="80"/>
      </w:pPr>
      <w:r>
        <w:rPr>
          <w:b w:val="0"/>
          <w:i w:val="0"/>
        </w:rPr>
        <w:t>Nido hiểu sức mạnh của việc trở nên khác biệt, chứ không chỉ là khác người. Khác biệt nghĩa là làm điều gì đó mà người khác không thể sao chép được. Ông đã làm gì tại HPU để khiến nơi đây khác biệt so với các trường đại học khác? Tận dụng những mối quan hệ từ sự nghiệp lâu dài và thành công của mình, ông đã tạo ra thứ mà ông gọi là Đội Ngũ Toàn Sao Lưu Trú (All-Star In-Residence Lineup). Đây là những con người đổi mới, những người giúp đỡ sinh viên. Dưới đây chỉ là một vài người trong nhóm:</w:t>
      </w:r>
    </w:p>
    <w:p>
      <w:pPr>
        <w:spacing w:after="80"/>
        <w:ind w:left="360"/>
      </w:pPr>
      <w:r>
        <w:t xml:space="preserve">• </w:t>
      </w:r>
      <w:r>
        <w:rPr>
          <w:b w:val="0"/>
          <w:i w:val="0"/>
        </w:rPr>
        <w:t>Steve Wozniak, đồng sáng lập Apple Computer</w:t>
      </w:r>
    </w:p>
    <w:p>
      <w:pPr>
        <w:spacing w:after="80"/>
        <w:ind w:left="360"/>
      </w:pPr>
      <w:r>
        <w:t xml:space="preserve">• </w:t>
      </w:r>
      <w:r>
        <w:rPr>
          <w:b w:val="0"/>
          <w:i w:val="0"/>
        </w:rPr>
        <w:t>Marc Randolph, đồng sáng lập Netflix</w:t>
      </w:r>
    </w:p>
    <w:p>
      <w:pPr>
        <w:spacing w:after="80"/>
        <w:ind w:left="360"/>
      </w:pPr>
      <w:r>
        <w:t xml:space="preserve">• </w:t>
      </w:r>
      <w:r>
        <w:rPr>
          <w:b w:val="0"/>
          <w:i w:val="0"/>
        </w:rPr>
        <w:t>Cynt Marshall, CEO của Dallas Mavericks</w:t>
      </w:r>
    </w:p>
    <w:p>
      <w:pPr>
        <w:spacing w:after="80"/>
        <w:ind w:left="360"/>
      </w:pPr>
      <w:r>
        <w:t xml:space="preserve">• </w:t>
      </w:r>
      <w:r>
        <w:rPr>
          <w:b w:val="0"/>
          <w:i w:val="0"/>
        </w:rPr>
        <w:t>Russell Weiner, CEO của Domino's</w:t>
      </w:r>
    </w:p>
    <w:p>
      <w:pPr>
        <w:spacing w:after="80"/>
        <w:ind w:left="360"/>
      </w:pPr>
      <w:r>
        <w:t xml:space="preserve">• </w:t>
      </w:r>
      <w:r>
        <w:rPr>
          <w:b w:val="0"/>
          <w:i w:val="0"/>
        </w:rPr>
        <w:t>William E. "Bill" Kennard, cựu Đại sứ Hoa Kỳ và Chủ tịch Ủy ban Truyền thông Liên bang</w:t>
      </w:r>
    </w:p>
    <w:p>
      <w:pPr>
        <w:spacing w:after="80"/>
        <w:ind w:left="360"/>
      </w:pPr>
      <w:r>
        <w:t xml:space="preserve">• </w:t>
      </w:r>
      <w:r>
        <w:rPr>
          <w:b w:val="0"/>
          <w:i w:val="0"/>
        </w:rPr>
        <w:t>Dee Ann Turner, cựu Phó Chủ tịch phụ trách Nhân tài tại Chick-fil-A</w:t>
      </w:r>
    </w:p>
    <w:p>
      <w:pPr>
        <w:spacing w:after="80"/>
        <w:ind w:left="360"/>
      </w:pPr>
      <w:r>
        <w:t xml:space="preserve">• </w:t>
      </w:r>
      <w:r>
        <w:rPr>
          <w:b w:val="0"/>
          <w:i w:val="0"/>
        </w:rPr>
        <w:t xml:space="preserve">Byron Pitts, đồng dẫn chương trình </w:t>
      </w:r>
      <w:r>
        <w:rPr>
          <w:b w:val="0"/>
          <w:i/>
        </w:rPr>
        <w:t>Nightline</w:t>
      </w:r>
      <w:r>
        <w:rPr>
          <w:b w:val="0"/>
          <w:i w:val="0"/>
        </w:rPr>
        <w:t xml:space="preserve"> của ABC</w:t>
      </w:r>
    </w:p>
    <w:p>
      <w:pPr>
        <w:spacing w:after="80"/>
        <w:ind w:left="360"/>
      </w:pPr>
      <w:r>
        <w:t xml:space="preserve">• </w:t>
      </w:r>
      <w:r>
        <w:rPr>
          <w:b w:val="0"/>
          <w:i w:val="0"/>
        </w:rPr>
        <w:t>Tiến sĩ Ellen Zane, cựu CEO của Tufts Medical Center</w:t>
      </w:r>
    </w:p>
    <w:p>
      <w:pPr>
        <w:spacing w:after="80"/>
      </w:pPr>
      <w:r>
        <w:rPr>
          <w:b w:val="0"/>
          <w:i w:val="0"/>
        </w:rPr>
        <w:t>Tôi cũng có vinh dự được là một phần của nhóm này. Mỗi năm, sinh viên HPU đều có cơ hội tiếp cận những nhà lãnh đạo này. Còn trường đại học nào khác làm được điều đó?</w:t>
      </w:r>
    </w:p>
    <w:p>
      <w:pPr>
        <w:spacing w:after="80"/>
      </w:pPr>
      <w:r>
        <w:rPr>
          <w:b w:val="0"/>
          <w:i w:val="0"/>
        </w:rPr>
        <w:t>Bạn có thể làm gì để trở nên khác biệt? Bạn có thể làm gì để tách mình ra như một nhà lãnh đạo? Khi tôi nói chuyện với Nido, ông nói rằng điều khiến tôi khác biệt chính là số lượng sách về lãnh đạo mà tôi đã viết. Ông tin rằng tôi mang đến "số lượng có chất lượng"—nội dung chất lượng cao với số lượng lớn. Điều khác biệt của bạn là gì? Bạn có thể làm gì với chất lượng cao và số lượng lớn mà không ai khác có thể sao chép được?</w:t>
      </w:r>
    </w:p>
    <w:p>
      <w:pPr>
        <w:pStyle w:val="Heading4"/>
      </w:pPr>
      <w:r>
        <w:rPr>
          <w:rFonts w:ascii="Calibri" w:hAnsi="Calibri"/>
          <w:b/>
          <w:i w:val="0"/>
          <w:sz w:val="23"/>
        </w:rPr>
        <w:t>Tạo Ra Một Môi Trường Khơi Dậy Điều Tốt Đẹp Nhất Ở Con Người</w:t>
      </w:r>
    </w:p>
    <w:p>
      <w:pPr>
        <w:spacing w:after="80"/>
      </w:pPr>
      <w:r>
        <w:rPr>
          <w:b w:val="0"/>
          <w:i w:val="0"/>
        </w:rPr>
        <w:t>Khi tôi bước đi khắp khuôn viên trường High Point, điều đầu tiên khiến tôi ấn tượng là vẻ đẹp của nó. Ba mươi khu vườn đã được trồng khắp khuôn viên. Đài phun nước có ở khắp mọi nơi. Những chiếc ghế băng dọc theo các lối đi quanh khuôn viên có đặt tượng đồng của những con người vĩ đại đang ngồi trên đó, như Abraham Lincoln, Albert Einstein, Mẹ Teresa và Martin Luther King Jr., để sinh viên có thể ngồi cùng họ và được truyền cảm hứng. Những câu trích dẫn của các nhà lãnh đạo và nhà tư tưởng vĩ đại được khắc vào bê tông và trên các bức tường. Trường đại học nói rằng: "Từng tấc của khuôn viên rộng 520 mẫu Anh của HPU đều được thiết kế có chủ đích để hỗ trợ, thúc đẩy, giảng dạy và truyền cảm hứng—kể cả nghệ thuật." Tôi không biết nơi nào khác trên thế giới giống như vậy.</w:t>
      </w:r>
    </w:p>
    <w:p>
      <w:pPr>
        <w:spacing w:after="80"/>
      </w:pPr>
      <w:r>
        <w:rPr>
          <w:b w:val="0"/>
          <w:i w:val="0"/>
        </w:rPr>
        <w:t>Đó là một môi trường vật chất tuyệt vời, nhưng cũng là một môi trường quan hệ tuyệt vời. Đội ngũ giảng viên và nhân viên hoàn toàn ủng hộ sinh viên và mong muốn của Nido, như ông nói, là "gieo những hạt giống của sự vĩ đại vào trái tim, khối óc và tâm hồn của sinh viên." Sinh viên cũng ủng hộ lẫn nhau. Mỗi sinh viên đều nhận được một người cố vấn để giúp đỡ. Và bản thân Nido cũng dành thời gian trong khuôn viên để trò chuyện với sinh viên. Cách ông kết nối với họ khiến tôi nhớ đến cha tôi và cách ông chậm rãi bước qua đám đông tại Đại học Ohio Christian khi ông còn là hiệu trưởng. Bạn đang tạo ra môi trường nào để giúp mọi người vươn tới tiềm năng của mình?</w:t>
      </w:r>
    </w:p>
    <w:p>
      <w:pPr>
        <w:spacing w:after="80"/>
      </w:pPr>
      <w:r>
        <w:rPr>
          <w:b w:val="0"/>
          <w:i w:val="0"/>
        </w:rPr>
        <w:t>Nido Qubein truyền cảm hứng cho tôi. Ông sống theo bức tranh lớn hơn, và ông đang tạo ra đóng góp lớn nhất của mình ở độ tuổi bảy mươi. Tôi ngưỡng mộ ông, và việc chứng kiến ông tạo nên sự khác biệt khiến tôi được mở rộng và khiến tôi cũng muốn tạo ra tác động lớn hơn cho người khác. Tôi hy vọng câu chuyện của ông đã làm được điều đó cho bạn.</w:t>
      </w:r>
    </w:p>
    <w:p>
      <w:pPr>
        <w:spacing w:after="80"/>
      </w:pPr>
      <w:r>
        <w:rPr>
          <w:b w:val="0"/>
          <w:i w:val="0"/>
        </w:rPr>
        <w:t>Sống theo bức tranh lớn hơn là nhìn thế giới đúng như nó vốn có, tìm ra cơ hội để giúp người khác trở nên vĩ đại, và dùng kỹ năng, tài năng cùng nguồn lực của mình để giúp được càng nhiều người càng tốt trong khoảng thời gian bạn có. Nếu bạn đủ trưởng thành để tập trung vào người khác và nhìn xa về việc tạo ra sự khác biệt, nếu bạn sẵn lòng mở rộng tầm nhìn để thấy mỗi người và mỗi tình huống trong bối cảnh của nó, và nếu bạn trở nên có chủ đích cao độ trong việc tìm cách gia tăng giá trị cho mọi người, bạn sẽ có thể sống theo bức tranh lớn hơn.</w:t>
      </w:r>
    </w:p>
    <w:p>
      <w:pPr>
        <w:spacing w:after="80"/>
      </w:pPr>
      <w:r>
        <w:rPr>
          <w:b/>
          <w:i w:val="0"/>
        </w:rPr>
        <w:t>Con đường để sống theo bức tranh lớn hơn: GÓC NHÌN</w:t>
      </w:r>
    </w:p>
    <w:p>
      <w:pPr>
        <w:spacing w:after="80"/>
      </w:pPr>
      <w:r>
        <w:rPr>
          <w:b w:val="0"/>
          <w:i w:val="0"/>
        </w:rPr>
        <w:t xml:space="preserve">Chìa khóa để sống theo bức tranh lớn hơn là gì? Đó là góc nhìn. Trở thành một nhà lãnh đạo nghĩa là có khả năng nhìn thấy nhiều hơn và thấy trước. Tuy nhiên, trở thành một nhà lãnh đạo </w:t>
      </w:r>
      <w:r>
        <w:rPr>
          <w:b w:val="0"/>
          <w:i/>
        </w:rPr>
        <w:t>con đường cao</w:t>
      </w:r>
      <w:r>
        <w:rPr>
          <w:b w:val="0"/>
          <w:i w:val="0"/>
        </w:rPr>
        <w:t xml:space="preserve"> nghĩa là nhìn không phải cho bản thân mà cho người khác. Điều đó đòi hỏi sự khiêm tốn. Nếu bạn sẵn lòng dùng tầm nhìn của mình để trở nên lớn hơn từ bên trong, đóng khung kiệt tác của bạn, tạo nên sự khác biệt, kiến tạo một môi trường tích cực, và theo đuổi các mục tiêu của mình—tất cả trong khi vẫn giữ vững góc nhìn và nhớ rằng lãnh đạo không phải là về bạn—thì bạn sẽ có thể trở thành phiên bản tốt nhất của chính mình, nhưng không phải </w:t>
      </w:r>
      <w:r>
        <w:rPr>
          <w:b w:val="0"/>
          <w:i/>
        </w:rPr>
        <w:t>vì</w:t>
      </w:r>
      <w:r>
        <w:rPr>
          <w:b w:val="0"/>
          <w:i w:val="0"/>
        </w:rPr>
        <w:t xml:space="preserve"> chính mình. Và bạn sẽ có thể tạo ra sự khác biệt tích cực trên thế giới. Nó không cần phải to lớn. Nó chỉ cần là vì người khác.</w:t>
      </w:r>
    </w:p>
    <w:p>
      <w:pPr>
        <w:pStyle w:val="Heading1"/>
      </w:pPr>
      <w:r>
        <w:rPr>
          <w:rFonts w:ascii="Calibri" w:hAnsi="Calibri"/>
          <w:b/>
          <w:i w:val="0"/>
          <w:sz w:val="40"/>
        </w:rPr>
        <w:t>11 ĐỪNG GHI ĐIỂM</w:t>
      </w:r>
    </w:p>
    <w:p>
      <w:pPr>
        <w:spacing w:after="80"/>
      </w:pPr>
      <w:r>
        <w:rPr>
          <w:b w:val="0"/>
          <w:i w:val="0"/>
        </w:rPr>
        <w:t>TÔI XUẤT THÂN TỪ NHỮNG KHỞI ĐẦU NHỎ BÉ trong sự nghiệp lãnh đạo của mình. Như tôi đã kể, công việc đầu tiên của tôi là làm mục sư của một nhà thờ nông thôn nhỏ xíu ở Hillham, Indiana. Tôi kiếm được tám mươi đô-la một tuần. Để chúng tôi đủ sống, Margaret làm ba công việc. Cô ấy dạy mẫu giáo vào buổi sáng, làm việc ở một cửa hàng trang sức vào buổi chiều, và dọn dẹp nhà cửa vào cuối tuần. Chúng tôi chỉ vừa đủ tiền để đặt thức ăn lên bàn, mua xăng cho xe, và trả vài hóa đơn ít ỏi.</w:t>
      </w:r>
    </w:p>
    <w:p>
      <w:pPr>
        <w:spacing w:after="80"/>
      </w:pPr>
      <w:r>
        <w:rPr>
          <w:b w:val="0"/>
          <w:i w:val="0"/>
        </w:rPr>
        <w:t>Thế nên bạn có thể tưởng tượng chúng tôi đã vui mừng đến nhường nào khi một doanh nhân rất thành đạt cùng vợ ông từ nhà thờ của chúng tôi mời chúng tôi đi ăn tối với họ. Arnold là nhà môi giới gỗ lớn nhất ở miền nam Indiana. Ông và vợ đón Margaret và tôi bằng chiếc Lincoln Town Car tuyệt đẹp, rộng rãi với ghế da êm ái, và chở chúng tôi hai mươi dặm đến thị trấn lớn hơn là Jasper vì ở đó có một nhà hàng.</w:t>
      </w:r>
    </w:p>
    <w:p>
      <w:pPr>
        <w:spacing w:after="80"/>
      </w:pPr>
      <w:r>
        <w:rPr>
          <w:b w:val="0"/>
          <w:i w:val="0"/>
        </w:rPr>
        <w:t>“John, cứ gọi món đắt nhất trên thực đơn đi,” Arnold nói. Và tôi đã làm vậy. Tôi ăn một miếng bít-tết T-bone và một củ khoai tây nướng với đầy đủ đồ kèm, rồi đến bánh anh đào. Đồ ăn và cuộc trò chuyện đều tuyệt vời. Còn tuyệt hơn nữa, Arnold lại mời chúng tôi lần nữa, và nó trở thành một thói quen đều đặn. Mỗi thứ Sáu, họ đưa chúng tôi đến Jasper ăn tối và đó là điểm sáng nhất trong tuần của chúng tôi. Margaret và tôi đều làm việc nhiều giờ như vậy mà chẳng có gì, nên nó giống như được đến ốc đảo sau cả tuần lê bước trong sa mạc.</w:t>
      </w:r>
    </w:p>
    <w:p>
      <w:pPr>
        <w:spacing w:after="80"/>
      </w:pPr>
      <w:r>
        <w:rPr>
          <w:b w:val="0"/>
          <w:i w:val="0"/>
        </w:rPr>
        <w:t>Margaret và tôi làm việc ở Hillham trong ba năm ba tháng. Chúng tôi yêu quãng thời gian ở đó, nhưng khi tôi nhận được lời đề nghị dẫn dắt một trong những nhà thờ đóng góp hàng đầu của giáo phái, chúng tôi biết đã đến lúc tiến tới thử thách lớn tiếp theo. Sau khi đưa ra quyết định, chúng tôi công bố việc tôi từ chức vào một buổi sáng Chủ nhật. Đó là một khoảnh khắc xúc động với cả chúng tôi và giáo đoàn bởi chúng tôi yêu quý mọi người và họ cũng yêu quý chúng tôi.</w:t>
      </w:r>
    </w:p>
    <w:p>
      <w:pPr>
        <w:spacing w:after="80"/>
      </w:pPr>
      <w:r>
        <w:rPr>
          <w:b w:val="0"/>
          <w:i w:val="0"/>
        </w:rPr>
        <w:t>Sau buổi lễ, khi mọi người đến cảm ơn và chúc chúng tôi mọi điều tốt đẹp, tôi để ý thấy Arnold đứng lùi lại, chờ để nói chuyện với chúng tôi. Khi cuối cùng ông bước đến, mắt ông rưng rưng. Ông ôm tôi và bắt đầu nức nở. Cuối cùng, ông nói: “Sao con có thể rời bỏ chúng ta sau tất cả những gì ta đã làm cho con?”</w:t>
      </w:r>
    </w:p>
    <w:p>
      <w:pPr>
        <w:spacing w:after="80"/>
      </w:pPr>
      <w:r>
        <w:rPr>
          <w:b w:val="0"/>
          <w:i w:val="0"/>
        </w:rPr>
        <w:t xml:space="preserve">Những lời của ông cứa sâu vào trái tim tôi. Tôi cảm ơn ông vì tất cả những điều tuyệt vời ông đã làm, bởi tôi thực sự biết ơn ông. Nhưng trong khoảnh khắc đó, tôi chợt nhận ra: </w:t>
      </w:r>
      <w:r>
        <w:rPr>
          <w:b w:val="0"/>
          <w:i/>
        </w:rPr>
        <w:t>ông ấy ghi điểm</w:t>
      </w:r>
      <w:r>
        <w:rPr>
          <w:b w:val="0"/>
          <w:i w:val="0"/>
        </w:rPr>
        <w:t>.</w:t>
      </w:r>
    </w:p>
    <w:p>
      <w:pPr>
        <w:spacing w:after="80"/>
      </w:pPr>
      <w:r>
        <w:rPr>
          <w:b w:val="0"/>
          <w:i w:val="0"/>
        </w:rPr>
        <w:t>Đêm đó tôi về nhà và không ngủ được. Tôi cứ nghĩ mãi về Arnold và những gì ông nói. Ông là một người tuyệt vời, và tôi tin rằng ông không cố ý ghi điểm—cho đến khi tôi làm điều gì đó khiến ông không hài lòng. Lúc đó tôi mới hai mươi lăm tuổi, và tôi chưa có nhiều kinh nghiệm hay góc nhìn. Tôi đã khiến ông thất vọng sâu sắc. Ông muốn tôi ở lại, nhưng tôi biết Margaret và tôi phải ra đi. Có phải tôi đã lợi dụng ông? Có phải ông đang lợi dụng tôi? Tất cả những gì tôi biết là những lời của ông như một gánh nặng đè lên tôi. Tôi thấy tội lỗi, giằng xé và bị mắc kẹt.</w:t>
      </w:r>
    </w:p>
    <w:p>
      <w:pPr>
        <w:spacing w:after="80"/>
      </w:pPr>
      <w:r>
        <w:rPr>
          <w:b w:val="0"/>
          <w:i w:val="0"/>
        </w:rPr>
        <w:t>Đến cuối đêm đó, tôi đã đi đến một quyết định. Tôi sẽ không bao giờ để điều đó xảy ra với mình lần nữa. Tôi sẽ không để việc ghi điểm của người khác giới hạn mục đích hay sự lãnh đạo của tôi. Trong hai mươi hai năm tiếp theo khi tôi dẫn dắt các nhà thờ với tư cách mục sư, tôi không bao giờ để ai trả tiền bữa ăn cho mình. Nếu tôi đi ăn trưa hay ăn tối với ai, tôi trả. Nếu tôi không đủ khả năng trả, tôi không đi. Tôi muốn đặt mình vào vị thế cho đi thay vì nhận lấy để có thể lãnh đạo mà không tội lỗi hay ràng buộc. Tôi quyết tâm đi con đường cao với tư cách một nhà lãnh đạo, ngay cả khi người khác không đi con đường cao cùng tôi.</w:t>
      </w:r>
    </w:p>
    <w:p>
      <w:pPr>
        <w:pStyle w:val="Heading2"/>
      </w:pPr>
      <w:r>
        <w:rPr>
          <w:rFonts w:ascii="Calibri" w:hAnsi="Calibri"/>
          <w:b/>
          <w:i w:val="0"/>
          <w:sz w:val="32"/>
        </w:rPr>
        <w:t>VÌ SAO BẠN KHÔNG BAO GIỜ NÊN GHI ĐIỂM</w:t>
      </w:r>
    </w:p>
    <w:p>
      <w:pPr>
        <w:spacing w:after="80"/>
      </w:pPr>
      <w:r>
        <w:rPr>
          <w:b w:val="0"/>
          <w:i w:val="0"/>
        </w:rPr>
        <w:t>Trong chương 5, tôi đã viết về việc những nhà lãnh đạo con đường cao cho đi nhiều hơn nhận lại quan trọng đến nhường nào. Nhìn lại, tôi nhận ra trải nghiệm với Arnold đã thúc đẩy khao khát trở thành người cho đi hơn là kẻ nhận lấy của tôi mạnh mẽ đến mức nào. Nhưng nó cũng khiến tôi nhận ra việc ghi điểm có thể tiêu cực đến nhường nào. Đó là lý do tôi muốn đề cập đến nó ngay bây giờ. Trong khi ý tưởng cho đi nhiều hơn nhận lại là một lời khích lệ để vươn lên và luôn đi con đường cao, thì chương này là một lời khuyên răn hãy tránh xa việc đi xuống bằng cách ghi điểm, bởi ghi điểm sẽ luôn dẫn bạn đến con đường giữa hoặc con đường thấp. Hãy tránh cám dỗ giữ điểm số “ngang bằng” với người khác hoặc giữ mình dẫn trước vì những lý do sai lầm. Vì sao? Bởi để trở thành một nhà lãnh đạo con đường cao, bạn không thể ghi điểm.</w:t>
      </w:r>
    </w:p>
    <w:p>
      <w:pPr>
        <w:spacing w:after="80"/>
      </w:pPr>
      <w:r>
        <w:rPr>
          <w:b w:val="0"/>
          <w:i w:val="0"/>
        </w:rPr>
        <w:t>Ghi điểm có thể trông giống như một cách để không bị tụt lại trong cuộc sống. Hoặc nó có thể trông giống như một cách để vượt lên trong lãnh đạo. Nhưng thực tế là thói quen này kéo chúng ta và người khác đi xuống. Dưới đây là sáu cách tôi đã thấy việc ghi điểm làm tổn thương con người:</w:t>
      </w:r>
    </w:p>
    <w:p>
      <w:pPr>
        <w:pStyle w:val="Heading3"/>
      </w:pPr>
      <w:r>
        <w:rPr>
          <w:rFonts w:ascii="Calibri" w:hAnsi="Calibri"/>
          <w:b/>
          <w:i w:val="0"/>
          <w:sz w:val="26"/>
        </w:rPr>
        <w:t>1. Ghi điểm đặt gánh nặng tội lỗi lên người khác</w:t>
      </w:r>
    </w:p>
    <w:p>
      <w:pPr>
        <w:spacing w:after="80"/>
      </w:pPr>
      <w:r>
        <w:rPr>
          <w:b w:val="0"/>
          <w:i w:val="0"/>
        </w:rPr>
        <w:t>Khi Arnold khóc và nói: "Sao anh có thể rời bỏ chúng tôi sau tất cả những gì tôi đã làm cho anh chứ?" Tôi tin đó là biểu hiện của cảm xúc chân thành. Tôi chắc chắn ông ấy muốn chúng tôi ở lại, và những lời đó thực sự khiến tôi cảm thấy tội lỗi, nhưng tôi không chắc ông ấy làm vậy một cách có chủ ý.</w:t>
      </w:r>
    </w:p>
    <w:p>
      <w:pPr>
        <w:spacing w:after="80"/>
      </w:pPr>
      <w:r>
        <w:rPr>
          <w:b w:val="0"/>
          <w:i w:val="0"/>
        </w:rPr>
        <w:t xml:space="preserve">Cố gắng gieo cảm giác tội lỗi lên người khác luôn là một hành vi thao túng. Khi người lãnh đạo làm điều gì đó cho người khác, ghi nhớ nó, rồi cố dùng nó như một đòn bẩy để đạt được điều mình muốn, thì điều đó luôn sai trái. Đó là một nỗ lực khiến người khác phải chơi trò "đuổi theo". Những nhà lãnh đạo theo con đường thấp (low-road) tự đặt mình vào vị thế để người kia </w:t>
      </w:r>
      <w:r>
        <w:rPr>
          <w:b w:val="0"/>
          <w:i/>
        </w:rPr>
        <w:t>không bao giờ</w:t>
      </w:r>
      <w:r>
        <w:rPr>
          <w:b w:val="0"/>
          <w:i w:val="0"/>
        </w:rPr>
        <w:t xml:space="preserve"> cảm thấy đuổi kịp và luôn bị đặt vào vị trí thấp hơn. Kiểu thao túng này thường cố khơi gợi một trong hai phản ứng cảm xúc:</w:t>
      </w:r>
    </w:p>
    <w:p>
      <w:pPr>
        <w:spacing w:after="80"/>
        <w:ind w:left="360"/>
      </w:pPr>
      <w:r>
        <w:t xml:space="preserve">• </w:t>
      </w:r>
      <w:r>
        <w:rPr>
          <w:b w:val="0"/>
          <w:i w:val="0"/>
        </w:rPr>
        <w:t xml:space="preserve">Tội lỗi — khiến người ta cảm thấy họ </w:t>
      </w:r>
      <w:r>
        <w:rPr>
          <w:b w:val="0"/>
          <w:i/>
        </w:rPr>
        <w:t>đã làm</w:t>
      </w:r>
      <w:r>
        <w:rPr>
          <w:b w:val="0"/>
          <w:i w:val="0"/>
        </w:rPr>
        <w:t xml:space="preserve"> điều gì đó xấu.</w:t>
      </w:r>
    </w:p>
    <w:p>
      <w:pPr>
        <w:spacing w:after="80"/>
        <w:ind w:left="360"/>
      </w:pPr>
      <w:r>
        <w:t xml:space="preserve">• </w:t>
      </w:r>
      <w:r>
        <w:rPr>
          <w:b w:val="0"/>
          <w:i w:val="0"/>
        </w:rPr>
        <w:t xml:space="preserve">Xấu hổ — khiến người ta cảm thấy họ </w:t>
      </w:r>
      <w:r>
        <w:rPr>
          <w:b w:val="0"/>
          <w:i/>
        </w:rPr>
        <w:t>là</w:t>
      </w:r>
      <w:r>
        <w:rPr>
          <w:b w:val="0"/>
          <w:i w:val="0"/>
        </w:rPr>
        <w:t xml:space="preserve"> người xấu.</w:t>
      </w:r>
    </w:p>
    <w:p>
      <w:pPr>
        <w:spacing w:after="80"/>
      </w:pPr>
      <w:r>
        <w:rPr>
          <w:b w:val="0"/>
          <w:i w:val="0"/>
        </w:rPr>
        <w:t>Cái đầu tiên là nỗ lực thay đổi hành động của người ta, nhưng cái thứ hai tấn công vào bản sắc của họ. Khi chúng ta để sự xấu hổ ảnh hưởng đến bản sắc của mình, ta sẽ cảm thấy mình không xứng đáng, và tác động tiêu cực của nó có thể làm tê liệt tinh thần.</w:t>
      </w:r>
    </w:p>
    <w:p>
      <w:pPr>
        <w:spacing w:after="80"/>
      </w:pPr>
      <w:r>
        <w:rPr>
          <w:b w:val="0"/>
          <w:i w:val="0"/>
        </w:rPr>
        <w:t>Chúng ta và những người ta tương tác sẽ tốt hơn nhiều nếu chúng ta có thể giống như người bà đang kỷ niệm sáu mươi năm ngày cưới. Khi các cháu quây quần quanh bà, một đứa hỏi bí quyết cho cuộc hôn nhân thành công của ông bà.</w:t>
      </w:r>
    </w:p>
    <w:p>
      <w:pPr>
        <w:spacing w:after="80"/>
      </w:pPr>
      <w:r>
        <w:rPr>
          <w:b w:val="0"/>
          <w:i w:val="0"/>
        </w:rPr>
        <w:t>"Khi chúng tôi mới cưới nhau," bà trả lời, "tôi quyết định sẽ lấy mười khuyết điểm lớn nhất của ông và chọn cách bỏ qua chúng."</w:t>
      </w:r>
    </w:p>
    <w:p>
      <w:pPr>
        <w:spacing w:after="80"/>
      </w:pPr>
      <w:r>
        <w:rPr>
          <w:b w:val="0"/>
          <w:i w:val="0"/>
        </w:rPr>
        <w:t>"Đó là những gì ạ?"</w:t>
      </w:r>
    </w:p>
    <w:p>
      <w:pPr>
        <w:spacing w:after="80"/>
      </w:pPr>
      <w:r>
        <w:rPr>
          <w:b w:val="0"/>
          <w:i w:val="0"/>
        </w:rPr>
        <w:t xml:space="preserve">"À, tôi chưa bao giờ viết chúng ra cả," bà đáp, "nên mỗi khi ông làm điều gì đó tôi không thích, tôi chỉ tự nhủ, </w:t>
      </w:r>
      <w:r>
        <w:rPr>
          <w:b w:val="0"/>
          <w:i/>
        </w:rPr>
        <w:t>Ông ấy thật may mắn vì đó là một trong số đó.</w:t>
      </w:r>
      <w:r>
        <w:rPr>
          <w:b w:val="0"/>
          <w:i w:val="0"/>
        </w:rPr>
        <w:t>"</w:t>
      </w:r>
    </w:p>
    <w:p>
      <w:pPr>
        <w:pStyle w:val="Heading3"/>
      </w:pPr>
      <w:r>
        <w:rPr>
          <w:rFonts w:ascii="Calibri" w:hAnsi="Calibri"/>
          <w:b/>
          <w:i w:val="0"/>
          <w:sz w:val="26"/>
        </w:rPr>
        <w:t>2. Ghi sổ tạo ra cảm giác bất công</w:t>
      </w:r>
    </w:p>
    <w:p>
      <w:pPr>
        <w:spacing w:after="80"/>
      </w:pPr>
      <w:r>
        <w:rPr>
          <w:b w:val="0"/>
          <w:i w:val="0"/>
        </w:rPr>
        <w:t>Suốt thời gian Margaret và tôi đi ăn tối với Arnold và vợ ông, tôi không hề biết ông đang ghi sổ và mỗi lần chúng tôi nhận lời một bữa tối khác, tôi lại chất thêm một món nợ mà tôi không thể trả. Có lẽ tôi đã ngây thơ. Tôi là một đứa trẻ lạc quan chưa từng rơi vào tình huống như vậy trước đây. Lúc đó nó thực sự có vẻ rất bất công.</w:t>
      </w:r>
    </w:p>
    <w:p>
      <w:pPr>
        <w:spacing w:after="80"/>
      </w:pPr>
      <w:r>
        <w:rPr>
          <w:b w:val="0"/>
          <w:i w:val="0"/>
        </w:rPr>
        <w:t>Nếu bạn là một nhà lãnh đạo cố ý cho đi trong khi ghi sổ để sau này thu lại "món nợ", thì bạn đang lợi dụng người khác, và họ sẽ cảm thấy bị thao túng. Ngay cả khi bạn đạt được điều mình muốn trong khoảnh khắc đó, bạn sẽ đốt cháy cầu nối và làm tổn hại các mối quan hệ. Người ta sẽ không muốn theo bạn vì họ không thể tin tưởng bạn. Điều đó đơn giản là không đáng. Và chắc chắn nó không phải là con đường cao (high-road).</w:t>
      </w:r>
    </w:p>
    <w:p>
      <w:pPr>
        <w:pStyle w:val="Heading3"/>
      </w:pPr>
      <w:r>
        <w:rPr>
          <w:rFonts w:ascii="Calibri" w:hAnsi="Calibri"/>
          <w:b/>
          <w:i w:val="0"/>
          <w:sz w:val="26"/>
        </w:rPr>
        <w:t>3. Ghi sổ trở thành một hành vi kiểm soát</w:t>
      </w:r>
    </w:p>
    <w:p>
      <w:pPr>
        <w:spacing w:after="80"/>
      </w:pPr>
      <w:r>
        <w:rPr>
          <w:b w:val="0"/>
          <w:i w:val="0"/>
        </w:rPr>
        <w:t>Nhiều người ghi sổ vì họ muốn dùng nó như một hành vi kiểm soát. Nếu có ai đó từng nhìn bạn và nói: "Bạn nợ tôi," thì bạn có thể chắc chắn họ đã ghi sổ để kiểm soát hoặc thao túng bạn. Trong những trường hợp như vậy, người ghi sổ sẽ tiếp tục định nghĩa bạn cần làm gì để thanh toán món nợ, và bạn có thể chắc chắn rằng điều đó sẽ theo điều kiện của họ và có lợi cho họ.</w:t>
      </w:r>
    </w:p>
    <w:p>
      <w:pPr>
        <w:spacing w:after="80"/>
      </w:pPr>
      <w:r>
        <w:rPr>
          <w:b w:val="0"/>
          <w:i w:val="0"/>
        </w:rPr>
        <w:t xml:space="preserve">Là người đi theo, không ai trong chúng ta muốn bị đe dọa, thao túng hay kiểm soát. Là người lãnh đạo, chúng ta không bao giờ nên dùng những chiêu đó để thúc đẩy người khác hành động hay đạt được ý mình. Lãnh đạo là sự ảnh hưởng. Lãnh đạo </w:t>
      </w:r>
      <w:r>
        <w:rPr>
          <w:b w:val="0"/>
          <w:i/>
        </w:rPr>
        <w:t>theo con đường cao</w:t>
      </w:r>
      <w:r>
        <w:rPr>
          <w:b w:val="0"/>
          <w:i w:val="0"/>
        </w:rPr>
        <w:t xml:space="preserve"> là sự ảnh hưởng </w:t>
      </w:r>
      <w:r>
        <w:rPr>
          <w:b w:val="0"/>
          <w:i/>
        </w:rPr>
        <w:t>tích cực</w:t>
      </w:r>
      <w:r>
        <w:rPr>
          <w:b w:val="0"/>
          <w:i w:val="0"/>
        </w:rPr>
        <w:t>. Để lãnh đạo người khác tốt, chúng ta cần xây dựng các kết nối quan hệ với mọi người, chứ không dùng việc ghi sổ như đòn bẩy để kiểm soát họ.</w:t>
      </w:r>
    </w:p>
    <w:p>
      <w:pPr>
        <w:pStyle w:val="Heading3"/>
      </w:pPr>
      <w:r>
        <w:rPr>
          <w:rFonts w:ascii="Calibri" w:hAnsi="Calibri"/>
          <w:b/>
          <w:i w:val="0"/>
          <w:sz w:val="26"/>
        </w:rPr>
        <w:t>4. Ghi sổ làm mất đi lòng biết ơn bằng cách đầu độc thái độ</w:t>
      </w:r>
    </w:p>
    <w:p>
      <w:pPr>
        <w:spacing w:after="80"/>
      </w:pPr>
      <w:r>
        <w:rPr>
          <w:b w:val="0"/>
          <w:i w:val="0"/>
        </w:rPr>
        <w:t>Khi tôi nhận ra Arnold đã âm thầm ghi sổ, tất cả lòng biết ơn tôi từng dành cho những gì anh ấy làm cho tôi và Margaret bỗng trở nên vẩn đục. Những gì tôi tưởng được trao đi một cách vô tư hóa ra lại kèm theo điều kiện. Lòng biết ơn vô điều kiện của tôi dành cho những gì tôi tin là được cho đi vô điều kiện bỗng bị tổn hại. Tôi nhìn Arnold bằng con mắt khác. Tôi bắt đầu cảm thấy rất nhiều cảm xúc tiêu cực. Tôi thấy mình dễ bị tổn thương, tôi nghi ngờ bản thân và tự hỏi liệu mình có đưa ra quyết định đúng đắn không. Nhưng sự nghi ngờ của tôi nhanh chóng biến thành giận dữ vì tôi cảm thấy mình đã bị thao túng. Điều đó khiến tôi muốn tự vệ. Tất cả những cảm xúc này làm xói mòn và giảm bớt lòng biết ơn của tôi, và đe dọa làm chệch hướng khả năng lãnh đạo của tôi.</w:t>
      </w:r>
    </w:p>
    <w:p>
      <w:pPr>
        <w:spacing w:after="80"/>
      </w:pPr>
      <w:r>
        <w:rPr>
          <w:b w:val="0"/>
          <w:i w:val="0"/>
        </w:rPr>
        <w:t>Nhiều năm sau, một trong những người thầy của tôi, Fred Smith Jr., nói với tôi một điều tôi sẽ không bao giờ quên. Ông nói: "Lòng biết ơn là một cảm xúc mong manh." Tôi thấy điều đó đúng. Rất dễ để ta đánh mất cảm giác biết ơn và trở nên chua chát hay hoài nghi. Đó là lý do tôi luôn nỗ lực để giữ lòng biết ơn. Khi người ta đánh mất lòng biết ơn, thái độ của họ trở nên tiêu cực. Và thái độ tiêu cực không bao giờ dẫn người ta đến bất cứ nơi nào họ muốn đến. Tốt hơn là hãy tích cực và biết ơn, hãy nói lời cảm ơn vì bất cứ điều tốt đẹp nào bạn nhận được. Như nhà thần học thời Trung cổ Meister Eckhart đã nói: "Nếu lời cầu nguyện duy nhất bạn nói trong cả cuộc đời mình là lời cảm ơn, thì thế là đủ."</w:t>
      </w:r>
    </w:p>
    <w:p>
      <w:pPr>
        <w:pStyle w:val="Heading3"/>
      </w:pPr>
      <w:r>
        <w:rPr>
          <w:rFonts w:ascii="Calibri" w:hAnsi="Calibri"/>
          <w:b/>
          <w:i w:val="0"/>
          <w:sz w:val="26"/>
        </w:rPr>
        <w:t>5. Ghi sổ làm tăng thêm hành lý cảm xúc nặng nề không thể mang nổi</w:t>
      </w:r>
    </w:p>
    <w:p>
      <w:pPr>
        <w:spacing w:after="80"/>
      </w:pPr>
      <w:r>
        <w:rPr>
          <w:b w:val="0"/>
          <w:i w:val="0"/>
        </w:rPr>
        <w:t>Nếu bạn là một nhà lãnh đạo, sẽ có người làm bạn tổn thương. Những người bạn lãnh đạo sẽ khiến bạn thất vọng. Họ sẽ đặt câu hỏi về khả năng phán đoán và những quyết định bạn đưa ra. Họ sẽ chỉ trích bạn. Thậm chí một số người có thể phản bội bạn. Bạn sẽ làm gì với nỗi tổn thương đó? Bạn có một lựa chọn. Bạn có thể mang nó theo bằng cách ghi sổ, hoặc bạn có thể buông bỏ nó.</w:t>
      </w:r>
    </w:p>
    <w:p>
      <w:pPr>
        <w:spacing w:after="80"/>
      </w:pPr>
      <w:r>
        <w:rPr>
          <w:b w:val="0"/>
          <w:i w:val="0"/>
        </w:rPr>
        <w:t>Tôi đã rất may mắn khi trải qua chuyện với Arnold. Nhờ cách tôi được nuôi dạy, nhờ sự huấn luyện về thái độ tích cực của cha tôi, và sự tha thứ vô điều kiện của mẹ tôi, tôi đã có thể xử lý rất nhanh nỗi tổn thương và sự bực bội mà tôi cảm thấy vì việc ghi sổ của Arnold. Là một nhà lãnh đạo, tôi có một ý thức mạnh mẽ về mục đích. Tôi có những nơi cần đến và những việc cần làm, và tôi biết nếu mang theo nhiều hành lý, nó sẽ đè nặng tôi và ngăn tôi đạt được điều mình mong muốn.</w:t>
      </w:r>
    </w:p>
    <w:p>
      <w:pPr>
        <w:spacing w:after="80"/>
      </w:pPr>
      <w:r>
        <w:rPr>
          <w:b w:val="0"/>
          <w:i w:val="0"/>
        </w:rPr>
        <w:t>Nếu bạn quyết định ghi sổ với người khác, điều đó sẽ giống như mang theo những chiếc vali nặng nề bên mình mọi nơi bạn đến. Tôi đã học được cái giá theo nghĩa đen của việc không đóng gói nhẹ nhàng trong một chuyến đi đến Nhật Bản nhiều năm trước. Đó là vào thời kỳ đầu trong trải nghiệm du lịch của Margaret và tôi, và rất lâu trước khi hành lý có bánh xe. Mỗi người chúng tôi đóng gói hai chiếc vali lớn cho chuyến đi. Chúng tôi không hiểu vấn đề mình đã tự tạo ra cho bản thân cho đến khi đến Tokyo, và phải mang túi xách từ đầu này đến đầu kia của ga tàu. Suýt nữa thì chết. Không bao giờ chúng tôi đóng gói quá nhiều như thế nữa.</w:t>
      </w:r>
    </w:p>
    <w:p>
      <w:pPr>
        <w:spacing w:after="80"/>
      </w:pPr>
      <w:r>
        <w:rPr>
          <w:b w:val="0"/>
          <w:i w:val="0"/>
        </w:rPr>
        <w:t>Chọn ghi sổ trong cuộc sống nghĩa là bạn sẽ liên tục mang theo những cảm xúc tiêu cực và bản ghi những lỗi lầm. Từ lúc bạn thức dậy vào buổi sáng, bạn sẽ lôi chúng theo mình. Vào phòng tắm. Trên đường đi làm hằng ngày. Tại bàn làm việc. Đến bữa tối với bạn bè hay gia đình. Và trở lại giường khi bạn đi ngủ. Và với mỗi lỗi lầm mới bạn thu thập hay mỗi nỗi bực bội bạn giữ lại, những chiếc túi sẽ càng nặng hơn. Thật mệt mỏi biết bao! Hãy đưa ra một lựa chọn tốt hơn. Hãy thả những chiếc túi nặng nề đó và để chúng lại trên con đường thấp, để bạn có thể đi nhẹ nhàng trên con đường cao.</w:t>
      </w:r>
    </w:p>
    <w:p>
      <w:pPr>
        <w:pStyle w:val="Heading3"/>
      </w:pPr>
      <w:r>
        <w:rPr>
          <w:rFonts w:ascii="Calibri" w:hAnsi="Calibri"/>
          <w:b/>
          <w:i w:val="0"/>
          <w:sz w:val="26"/>
        </w:rPr>
        <w:t>6. Ghi sổ sinh ra tâm lý cho mình là đương nhiên được hưởng</w:t>
      </w:r>
    </w:p>
    <w:p>
      <w:pPr>
        <w:spacing w:after="80"/>
      </w:pPr>
      <w:r>
        <w:rPr>
          <w:b w:val="0"/>
          <w:i w:val="0"/>
        </w:rPr>
        <w:t xml:space="preserve">Cuối cùng, nếu chúng ta ghi sổ và tin rằng mình đang dẫn trước người khác trên bảng điểm nội bộ của riêng mình, chúng ta có thể bắt đầu cảm thấy mình có quyền được hưởng. </w:t>
      </w:r>
      <w:r>
        <w:rPr>
          <w:b w:val="0"/>
          <w:i/>
        </w:rPr>
        <w:t>Vì tôi đã cho đi quá nhiều</w:t>
      </w:r>
      <w:r>
        <w:rPr>
          <w:b w:val="0"/>
          <w:i w:val="0"/>
        </w:rPr>
        <w:t xml:space="preserve">, chúng ta nghĩ, </w:t>
      </w:r>
      <w:r>
        <w:rPr>
          <w:b w:val="0"/>
          <w:i/>
        </w:rPr>
        <w:t>người khác nên đền đáp lại cho tôi</w:t>
      </w:r>
      <w:r>
        <w:rPr>
          <w:b w:val="0"/>
          <w:i w:val="0"/>
        </w:rPr>
        <w:t xml:space="preserve">. Chúng ta dần tin rằng mình xứng đáng với những gì mình không nhận được hoặc không có. Cách chúng ta tương tác với mọi người thay đổi. Chúng ta bực bội vì lúc nào cũng phải là người cho đi, và chúng ta chờ người khác "làm cho công bằng". Các mối quan hệ của chúng ta trở nên mang tính giao dịch hơn. Khi chúng ta thực sự có thôi thúc muốn cho đi, chúng ta phớt lờ hoặc kháng cự nó vì chúng ta nghĩ, </w:t>
      </w:r>
      <w:r>
        <w:rPr>
          <w:b w:val="0"/>
          <w:i/>
        </w:rPr>
        <w:t>Chưa đến lượt tôi. Đến lượt họ</w:t>
      </w:r>
      <w:r>
        <w:rPr>
          <w:b w:val="0"/>
          <w:i w:val="0"/>
        </w:rPr>
        <w:t>, và chúng ta không làm điều tốt mà mình cảm thấy được thôi thúc phải làm. Chúng ta ngừng gia tăng giá trị. Chúng ta ngừng cho đi. Chúng ta ngừng đặt con người lên trên chương trình nghị sự của riêng mình. Chúng ta ngừng làm điều đúng đắn. Suy nghĩ của chúng ta chuyển sang con đường giữa. Nếu tư duy này không được kiểm soát, chúng ta có thể thấy mình đang ở trên con đường thấp với tư cách nhà lãnh đạo.</w:t>
      </w:r>
    </w:p>
    <w:p>
      <w:pPr>
        <w:spacing w:after="80"/>
      </w:pPr>
      <w:r>
        <w:rPr>
          <w:b w:val="0"/>
          <w:i w:val="0"/>
        </w:rPr>
        <w:t>Để ở lại trên con đường cao, chúng ta cần tập trung không phải vào những gì mình xứng đáng được hưởng mà vào cách chúng ta có thể phục vụ. Chúng ta cần đón nhận một ý tưởng được nhà văn và họa sĩ hoạt họa Shel Silverstein thể hiện trong bài thơ "How Many, How Much" của ông. Ông nói:</w:t>
      </w:r>
    </w:p>
    <w:p>
      <w:pPr>
        <w:spacing w:after="80"/>
      </w:pPr>
      <w:r>
        <w:rPr>
          <w:b w:val="0"/>
          <w:i w:val="0"/>
        </w:rPr>
        <w:t>Bao nhiêu điều tốt trong một ngày?</w:t>
      </w:r>
    </w:p>
    <w:p>
      <w:pPr>
        <w:spacing w:after="80"/>
      </w:pPr>
      <w:r>
        <w:rPr>
          <w:b w:val="0"/>
          <w:i w:val="0"/>
        </w:rPr>
        <w:t>Tùy vào việc bạn sống chúng tốt đến đâu.</w:t>
      </w:r>
    </w:p>
    <w:p>
      <w:pPr>
        <w:spacing w:after="80"/>
      </w:pPr>
      <w:r>
        <w:rPr>
          <w:b w:val="0"/>
          <w:i w:val="0"/>
        </w:rPr>
        <w:t>Bao nhiêu tình yêu trong một người bạn?</w:t>
      </w:r>
    </w:p>
    <w:p>
      <w:pPr>
        <w:spacing w:after="80"/>
      </w:pPr>
      <w:r>
        <w:rPr>
          <w:b w:val="0"/>
          <w:i w:val="0"/>
        </w:rPr>
        <w:t>Tùy vào việc bạn trao cho họ bao nhiêu.</w:t>
      </w:r>
    </w:p>
    <w:p>
      <w:pPr>
        <w:spacing w:after="80"/>
      </w:pPr>
      <w:r>
        <w:rPr>
          <w:b w:val="0"/>
          <w:i w:val="0"/>
        </w:rPr>
        <w:t>Điều thầy cô nói với chúng ta khi còn nhỏ ở trường thực sự đúng: bạn chỉ nhận được từ cuộc sống đúng những gì bạn bỏ vào đó. Để sống một cuộc đời trên con đường cao, bạn cần tập trung vào những gì bạn cho đi, chứ không phải những gì người khác đã lấy đi.</w:t>
      </w:r>
    </w:p>
    <w:p>
      <w:pPr>
        <w:pStyle w:val="Heading2"/>
      </w:pPr>
      <w:r>
        <w:rPr>
          <w:rFonts w:ascii="Calibri" w:hAnsi="Calibri"/>
          <w:b/>
          <w:i w:val="0"/>
          <w:sz w:val="32"/>
        </w:rPr>
        <w:t>VIỆC KHÔNG GHI SỔ GẮN KẾT MỌI NGƯỜI VỚI NHAU NHƯ THẾ NÀO</w:t>
      </w:r>
    </w:p>
    <w:p>
      <w:pPr>
        <w:spacing w:after="80"/>
      </w:pPr>
      <w:r>
        <w:rPr>
          <w:b w:val="0"/>
          <w:i w:val="0"/>
        </w:rPr>
        <w:t>Cuối năm 2023, tôi được nghe một câu chuyện lãnh đạo theo con đường cao thượng, một trong những câu chuyện hay nhất tôi từng gặp, và nó cho thấy sức mạnh của việc không ghi điểm. Người kể cho tôi là Clem Sunter tại một sự kiện ở Dubai, nơi cả hai chúng tôi đều được mời làm diễn giả. Clem là một người thú vị. Sinh ra ở Anh và học tại Oxford, ông chuyển đến Nam Phi và làm việc như một nhà lãnh đạo trong ngành khai khoáng, cuối cùng giữ chức chủ tịch và CEO của Anglo American Central Africa, có thời là tập đoàn khai khoáng lớn nhất thế giới. Clem dự định dành cả sự nghiệp của mình ở đó, nhưng rồi một điều xảy ra không chỉ thay đổi sự nghiệp của ông mà còn cả tương lai của Nam Phi.</w:t>
      </w:r>
    </w:p>
    <w:p>
      <w:pPr>
        <w:spacing w:after="80"/>
      </w:pPr>
      <w:r>
        <w:rPr>
          <w:b w:val="0"/>
          <w:i w:val="0"/>
        </w:rPr>
        <w:t xml:space="preserve">Vào đầu những năm 1980, Anglo American đang tìm cách tốt hơn để dự báo kinh tế cho hoạt động kinh doanh của họ vì thập niên 1970 đã quá khó khăn. Họ mời một chuyên gia từ Royal Dutch Shell đến dạy họ một quy trình gọi là </w:t>
      </w:r>
      <w:r>
        <w:rPr>
          <w:b w:val="0"/>
          <w:i/>
        </w:rPr>
        <w:t>lập kịch bản</w:t>
      </w:r>
      <w:r>
        <w:rPr>
          <w:b w:val="0"/>
          <w:i w:val="0"/>
        </w:rPr>
        <w:t xml:space="preserve"> (scenario planning), và Clem bị cuốn hút đến mức ông giới thiệu quy trình này vào công ty mình. Nhưng ông còn áp dụng nó rộng hơn nữa. Ông và một nhóm đã xây dựng một mô hình cho thấy hai con đường khả dĩ phía trước cho Nam Phi khi chế độ apartheid đang đi đến hồi kết. Họ gọi chúng là "con đường cao" (high road) và "con đường thấp" (low road). Con đường cao liên quan đến việc đàm phán một chính phủ chia sẻ thực sự giữa người da trắng và người da đen, dẫn đến tăng trưởng kinh tế và một quốc gia phát triển. Con đường thấp liên quan đến việc chiêu mộ một vài đại diện da đen ngoan ngoãn vào một hệ thống chính phủ giả tạo, dẫn đến xung đột bạo lực và đất nước trở thành cái mà Clem mô tả là một vùng đất hoang. Ông đã trình bày những kịch bản này cho các nhà lãnh đạo khắp đất nước, bao gồm cả tổng thống đương thời F. W. de Klerk và nội các của ông.</w:t>
      </w:r>
    </w:p>
    <w:p>
      <w:pPr>
        <w:spacing w:after="80"/>
      </w:pPr>
      <w:r>
        <w:rPr>
          <w:b w:val="0"/>
          <w:i w:val="0"/>
        </w:rPr>
        <w:t>Điều đáng kinh ngạc là Clem kể với tôi rằng ông cũng đã được trình bày những ý tưởng của mình về con đường cao cho Nelson Mandela vào tháng 1 năm 1990, một tháng trước khi Mandela được ra tù. Hẳn nó đã tạo ấn tượng mạnh mẽ vì Mandela và de Klerk đã cùng nhau tháo dỡ chế độ apartheid, tạo ra các cuộc bầu cử tự do, và xây dựng một chính phủ chia sẻ thực sự. Điều đó chỉ có thể xảy ra vì hai người đàn ông ấy từ chối ghi điểm hay cố gắng thanh toán những món nợ cũ.</w:t>
      </w:r>
    </w:p>
    <w:p>
      <w:pPr>
        <w:pStyle w:val="Heading2"/>
      </w:pPr>
      <w:r>
        <w:rPr>
          <w:rFonts w:ascii="Calibri" w:hAnsi="Calibri"/>
          <w:b/>
          <w:i w:val="0"/>
          <w:sz w:val="32"/>
        </w:rPr>
        <w:t>LÀM SAO ĐỂ KHÔNG GHI ĐIỂM</w:t>
      </w:r>
    </w:p>
    <w:p>
      <w:pPr>
        <w:spacing w:after="80"/>
      </w:pPr>
      <w:r>
        <w:rPr>
          <w:b w:val="0"/>
          <w:i w:val="0"/>
        </w:rPr>
        <w:t>Nhà văn và diễn viên người Anh Elizabeth Bibesco đã nói: "Phước thay cho những ai có thể cho đi mà không nhớ, và nhận lấy mà không quên." Đó chính là cốt lõi của việc không ghi điểm. Nếu bạn có khát khao đó, thì tôi gợi ý bạn làm theo ba lời khuyên sau:</w:t>
      </w:r>
    </w:p>
    <w:p>
      <w:pPr>
        <w:pStyle w:val="Heading3"/>
      </w:pPr>
      <w:r>
        <w:rPr>
          <w:rFonts w:ascii="Calibri" w:hAnsi="Calibri"/>
          <w:b/>
          <w:i w:val="0"/>
          <w:sz w:val="26"/>
        </w:rPr>
        <w:t>1. Theo dõi mà không ghi điểm</w:t>
      </w:r>
    </w:p>
    <w:p>
      <w:pPr>
        <w:spacing w:after="80"/>
      </w:pPr>
      <w:r>
        <w:rPr>
          <w:b w:val="0"/>
          <w:i w:val="0"/>
        </w:rPr>
        <w:t xml:space="preserve">Theo định nghĩa, "ghi điểm" (keeping score) nghĩa là đang cạnh tranh với người khác. Người ta ghi điểm để theo dõi ai là người thắng và ai là người thua. Ghi điểm thì phù hợp cho các trò chơi nhưng không phù hợp cho các mối quan hệ. Đồng thời, nếu bạn muốn trở thành một nhà lãnh đạo thành công, làm sao bạn có thể làm được điều đó mà không ghi điểm? Bằng cách </w:t>
      </w:r>
      <w:r>
        <w:rPr>
          <w:b w:val="0"/>
          <w:i/>
        </w:rPr>
        <w:t>theo dõi</w:t>
      </w:r>
      <w:r>
        <w:rPr>
          <w:b w:val="0"/>
          <w:i w:val="0"/>
        </w:rPr>
        <w:t xml:space="preserve"> (keeping track).</w:t>
      </w:r>
    </w:p>
    <w:p>
      <w:pPr>
        <w:spacing w:after="80"/>
      </w:pPr>
      <w:r>
        <w:rPr>
          <w:b w:val="0"/>
          <w:i w:val="0"/>
        </w:rPr>
        <w:t>Theo dõi là về hành vi của tôi. Ghi điểm là về hành vi của bạn. Theo dõi là về việc quản lý cuộc sống của tôi, đảm bảo rằng tôi làm những điều đúng vì những lý do đúng. Ghi điểm là về việc thao túng cuộc sống của bạn, kiểm soát bạn, nuôi dưỡng cảm giác tội lỗi, tạo ra những so sánh không lành mạnh, gia tăng hành trang cảm xúc, và khơi dậy cảm giác bất công.</w:t>
      </w:r>
    </w:p>
    <w:p>
      <w:pPr>
        <w:spacing w:after="80"/>
      </w:pPr>
      <w:r>
        <w:rPr>
          <w:b w:val="0"/>
          <w:i w:val="0"/>
        </w:rPr>
        <w:t xml:space="preserve">Thử thách lãnh đạo lớn nhất của tôi mỗi ngày là lãnh đạo chính mình. Theo dõi giúp tôi làm được điều đó. Nó buộc tôi phải chịu trách nhiệm về những gì tôi đang làm trước khi tôi cố gắng buộc bạn chịu trách nhiệm về hành động của bạn. Theo dõi giúp tôi tiến bộ. Nó thôi thúc tôi tự hỏi: </w:t>
      </w:r>
      <w:r>
        <w:rPr>
          <w:b w:val="0"/>
          <w:i/>
        </w:rPr>
        <w:t>Mình là một điểm cộng hay một điểm trừ trong cuộc đời bạn? Mình đang làm nhẹ gánh nặng của bạn hay là một gánh nặng? Mình có đảm bảo rằng bạn thắng khi mình thắng không?</w:t>
      </w:r>
    </w:p>
    <w:p>
      <w:pPr>
        <w:spacing w:after="80"/>
      </w:pPr>
      <w:r>
        <w:rPr>
          <w:b w:val="0"/>
          <w:i w:val="0"/>
        </w:rPr>
        <w:t>Làm sao tôi có thể chắc chắn mình đang theo dõi chứ không phải đang ghi điểm? Tôi tìm kiếm những kết quả tích cực. Ghi điểm thường không tạo ra chúng.</w:t>
      </w:r>
    </w:p>
    <w:p>
      <w:pPr>
        <w:spacing w:after="80"/>
      </w:pPr>
      <w:r>
        <w:rPr>
          <w:b w:val="0"/>
          <w:i w:val="0"/>
        </w:rPr>
        <w:t xml:space="preserve">Tôi thích nghĩ về việc theo dõi như là </w:t>
      </w:r>
      <w:r>
        <w:rPr>
          <w:b w:val="0"/>
          <w:i/>
        </w:rPr>
        <w:t>cho đi và quên đi</w:t>
      </w:r>
      <w:r>
        <w:rPr>
          <w:b w:val="0"/>
          <w:i w:val="0"/>
        </w:rPr>
        <w:t xml:space="preserve"> (give and forget). Tôi nhớ những gì tôi đang làm để gia tăng giá trị cho cuộc đời bạn nhưng quên đi những gì tôi nhận được. Tôi đang theo dõi chính mình, không phải bạn. Tại sao? Bởi vì bạn quan trọng! Bạn có giá trị hơn cái điểm số rất nhiều.</w:t>
      </w:r>
    </w:p>
    <w:p>
      <w:pPr>
        <w:pStyle w:val="Heading3"/>
      </w:pPr>
      <w:r>
        <w:rPr>
          <w:rFonts w:ascii="Calibri" w:hAnsi="Calibri"/>
          <w:b/>
          <w:i w:val="0"/>
          <w:sz w:val="26"/>
        </w:rPr>
        <w:t>2. Tha thứ cho mọi người—vì ai cũng cần được tha thứ</w:t>
      </w:r>
    </w:p>
    <w:p>
      <w:pPr>
        <w:spacing w:after="80"/>
      </w:pPr>
      <w:r>
        <w:rPr>
          <w:b w:val="0"/>
          <w:i w:val="0"/>
        </w:rPr>
        <w:t>Ernest Hemingway, người được trao giải Nobel Văn học, đã viết một truyện ngắn có tên "Thủ đô của thế giới" (The Capital of the World) mở đầu như sau:</w:t>
      </w:r>
    </w:p>
    <w:p>
      <w:pPr>
        <w:spacing w:after="80"/>
      </w:pPr>
      <w:r>
        <w:rPr>
          <w:b w:val="0"/>
          <w:i w:val="0"/>
        </w:rPr>
        <w:t xml:space="preserve">Madrid đầy những cậu bé tên Paco, đó là tên gọi thân mật của cái tên Francisco, và có một câu chuyện đùa ở Madrid về một người cha đến Madrid và đăng một mẩu quảng cáo trên mục riêng của tờ </w:t>
      </w:r>
      <w:r>
        <w:rPr>
          <w:b w:val="0"/>
          <w:i/>
        </w:rPr>
        <w:t>El Liberal</w:t>
      </w:r>
      <w:r>
        <w:rPr>
          <w:b w:val="0"/>
          <w:i w:val="0"/>
        </w:rPr>
        <w:t xml:space="preserve"> rằng: PACO GẶP BỐ Ở KHÁCH SẠN MONTANA TRƯA THỨ BA MỌI SỰ ĐÃ ĐƯỢC THA THỨ BỐ và làm thế nào một đội Guardia Civil phải được điều đến để giải tán tám trăm chàng trai trẻ đã hồi đáp mẩu quảng cáo đó.</w:t>
      </w:r>
    </w:p>
    <w:p>
      <w:pPr>
        <w:spacing w:after="80"/>
      </w:pPr>
      <w:r>
        <w:rPr>
          <w:b w:val="0"/>
          <w:i w:val="0"/>
        </w:rPr>
        <w:t>Trong khi Hemingway đang nêu lên một điểm về việc cái tên Paco phổ biến đến mức nào, ông đã tiết lộ một sự thật sâu sắc hơn. Ai cũng cần và muốn được tha thứ.</w:t>
      </w:r>
    </w:p>
    <w:p>
      <w:pPr>
        <w:spacing w:after="80"/>
      </w:pPr>
      <w:r>
        <w:rPr>
          <w:b w:val="0"/>
          <w:i w:val="0"/>
        </w:rPr>
        <w:t>Tha thứ không phải là ghi điểm; nó là việc ngừng đếm. Những nhà lãnh đạo theo con đường cao thượng tha thứ cho người khác mà không đặt điều kiện gì với họ. Họ đưa ra lựa chọn đó bởi vì nó không chỉ giải phóng người kia khỏi bất kỳ tổn hại nào họ đã gây ra, mà còn vì nó giải phóng chính người tha thứ. Tha thứ cho phép bạn thoát khỏi những cơn ác mộng của quá khứ để bạn có thể giành lại những giấc mơ cho tương lai.</w:t>
      </w:r>
    </w:p>
    <w:p>
      <w:pPr>
        <w:spacing w:after="80"/>
      </w:pPr>
      <w:r>
        <w:rPr>
          <w:b w:val="0"/>
          <w:i w:val="0"/>
        </w:rPr>
        <w:t xml:space="preserve">Năm 1987, tôi viết cuốn sách thứ tư của mình, </w:t>
      </w:r>
      <w:r>
        <w:rPr>
          <w:b w:val="0"/>
          <w:i/>
        </w:rPr>
        <w:t>Be All You Can Be.</w:t>
      </w:r>
      <w:r>
        <w:rPr>
          <w:b w:val="0"/>
          <w:i w:val="0"/>
        </w:rPr>
        <w:t xml:space="preserve"> Tôi rất tự hào về nó vì tôi cảm thấy cuối cùng mình đã nắm được cách viết sách. Nhưng rồi tôi nhận được cuộc gọi từ người bạn David Jeremiah.</w:t>
      </w:r>
    </w:p>
    <w:p>
      <w:pPr>
        <w:spacing w:after="80"/>
      </w:pPr>
      <w:r>
        <w:rPr>
          <w:b w:val="0"/>
          <w:i w:val="0"/>
        </w:rPr>
        <w:t xml:space="preserve">“John, tôi vừa đọc </w:t>
      </w:r>
      <w:r>
        <w:rPr>
          <w:b w:val="0"/>
          <w:i/>
        </w:rPr>
        <w:t>Be All You Can Be</w:t>
      </w:r>
      <w:r>
        <w:rPr>
          <w:b w:val="0"/>
          <w:i w:val="0"/>
        </w:rPr>
        <w:t>,” anh ấy nói.</w:t>
      </w:r>
    </w:p>
    <w:p>
      <w:pPr>
        <w:spacing w:after="80"/>
      </w:pPr>
      <w:r>
        <w:rPr>
          <w:b w:val="0"/>
          <w:i w:val="0"/>
        </w:rPr>
        <w:t>“Thật sao?” tôi đáp nhanh, rồi chăm chú lắng nghe, chờ đợi đầy háo hức những lời khen sắp đến.</w:t>
      </w:r>
    </w:p>
    <w:p>
      <w:pPr>
        <w:spacing w:after="80"/>
      </w:pPr>
      <w:r>
        <w:rPr>
          <w:b w:val="0"/>
          <w:i w:val="0"/>
        </w:rPr>
        <w:t xml:space="preserve">“Chương của anh về Giô-sép…” </w:t>
      </w:r>
      <w:r>
        <w:rPr>
          <w:b w:val="0"/>
          <w:i/>
        </w:rPr>
        <w:t>Đến rồi đây!</w:t>
      </w:r>
      <w:r>
        <w:rPr>
          <w:b w:val="0"/>
          <w:i w:val="0"/>
        </w:rPr>
        <w:t xml:space="preserve"> tôi nghĩ. “Nó lấy từ bài giảng của tôi.”</w:t>
      </w:r>
    </w:p>
    <w:p>
      <w:pPr>
        <w:spacing w:after="80"/>
      </w:pPr>
      <w:r>
        <w:rPr>
          <w:b w:val="0"/>
          <w:i w:val="0"/>
        </w:rPr>
        <w:t>Tôi sững sờ. Khi anh ấy giải thích, tôi nhận ra chuyện gì đã xảy ra. Tôi đã nhận được một bản tóm tắt bài giảng của anh ấy, và nó hay đến mức tôi đã lưu lại. Nhưng tôi quên ghi nguồn gốc từ đâu. Rất lâu sau, khi tìm trong hồ sơ của mình để lấy ý tưởng, tôi vớ lấy nó và dùng để viết chương sách, không nhớ đó là của David. Tôi cảm thấy vô cùng tệ và xin lỗi ngay lập tức. Phản ứng của anh ấy? Anh ấy tha thứ cho tôi và không bao giờ nhắc lại chuyện đó nữa. Anh ấy có thể đã ghi sổ và giữ mối thù với tôi, nhưng anh ấy đã không làm vậy. Đó là điều những nhà lãnh đạo theo con đường cao thượng làm. Anh ấy và tôi vẫn là bạn cho đến ngày hôm nay.</w:t>
      </w:r>
    </w:p>
    <w:p>
      <w:pPr>
        <w:pStyle w:val="Heading3"/>
      </w:pPr>
      <w:r>
        <w:rPr>
          <w:rFonts w:ascii="Calibri" w:hAnsi="Calibri"/>
          <w:b/>
          <w:i w:val="0"/>
          <w:sz w:val="26"/>
        </w:rPr>
        <w:t>3. Thực hành Quy tắc Bạch kim</w:t>
      </w:r>
    </w:p>
    <w:p>
      <w:pPr>
        <w:spacing w:after="80"/>
      </w:pPr>
      <w:r>
        <w:rPr>
          <w:b w:val="0"/>
          <w:i w:val="0"/>
        </w:rPr>
        <w:t xml:space="preserve">Chắc hẳn bạn đã quen với Quy tắc Vàng: hãy đối xử với người khác như bạn muốn được đối xử. Tôi đã nhắc đến nó vài lần trong cuốn sách này. Nhưng bạn có biết có một thứ gọi là Quy tắc Bạch kim không? Nó nói rằng chúng ta nên đối xử với người khác </w:t>
      </w:r>
      <w:r>
        <w:rPr>
          <w:b w:val="0"/>
          <w:i/>
        </w:rPr>
        <w:t>tốt hơn</w:t>
      </w:r>
      <w:r>
        <w:rPr>
          <w:b w:val="0"/>
          <w:i w:val="0"/>
        </w:rPr>
        <w:t xml:space="preserve"> cách họ đối xử với chúng ta. Đây chính là tinh túy của việc không ghi sổ. Thật ra, đó là tinh túy của lãnh đạo theo con đường cao thượng. Nó có nghĩa là không ghi nhớ những lỗi lầm người khác gây ra cho mình, không trả đũa, hay không giữ mối thù. Nó có nghĩa là tử tế với người khác, ngay cả khi họ không tử tế hay thờ ơ với mình.</w:t>
      </w:r>
    </w:p>
    <w:p>
      <w:pPr>
        <w:spacing w:after="80"/>
      </w:pPr>
      <w:r>
        <w:rPr>
          <w:b w:val="0"/>
          <w:i w:val="0"/>
        </w:rPr>
        <w:t>Tôi thích điều nhà khoa học và phát minh người Thụy Điển Emanuel Swedenborg đã nói về điều này:</w:t>
      </w:r>
    </w:p>
    <w:p>
      <w:pPr>
        <w:spacing w:after="80"/>
      </w:pPr>
      <w:r>
        <w:rPr>
          <w:b w:val="0"/>
          <w:i w:val="0"/>
        </w:rPr>
        <w:t>Lòng tốt là một khát khao bên trong khiến chúng ta muốn làm những điều tốt đẹp ngay cả khi không nhận lại được gì. Niềm vui của cuộc đời chúng ta là làm những điều đó. Khi chúng ta làm những điều tốt đẹp từ khát khao bên trong này, thì có một sự tử tế trong mọi điều chúng ta nghĩ, nói, muốn và làm.</w:t>
      </w:r>
    </w:p>
    <w:p>
      <w:pPr>
        <w:spacing w:after="80"/>
      </w:pPr>
      <w:r>
        <w:rPr>
          <w:b w:val="0"/>
          <w:i w:val="0"/>
        </w:rPr>
        <w:t>Nếu bạn nuôi dưỡng khát khao bên trong này để tử tế và làm những điều tốt đẹp cho người khác bất kể bạn bị đối xử thế nào, bạn có thể trở thành một nhà lãnh đạo theo con đường cao thượng.</w:t>
      </w:r>
    </w:p>
    <w:p>
      <w:pPr>
        <w:pStyle w:val="Heading2"/>
      </w:pPr>
      <w:r>
        <w:rPr>
          <w:rFonts w:ascii="Calibri" w:hAnsi="Calibri"/>
          <w:b/>
          <w:i w:val="0"/>
          <w:sz w:val="32"/>
        </w:rPr>
        <w:t>TRẢI NGHIỆM VĨ ĐẠI NHẤT TRONG ĐỜI TÔI</w:t>
      </w:r>
    </w:p>
    <w:p>
      <w:pPr>
        <w:spacing w:after="80"/>
      </w:pPr>
      <w:r>
        <w:rPr>
          <w:b w:val="0"/>
          <w:i w:val="0"/>
        </w:rPr>
        <w:t>Tôi muốn chia sẻ với bạn giá trị cao nhất của việc không ghi sổ với người khác trong cuộc đời bạn. Tôi học được điều đó hơn hai mươi lăm năm sau trải nghiệm của tôi với Arnold và quyết tâm không trở thành kẻ ghi sổ của tôi. Nó xảy ra trong trải nghiệm vĩ đại nhất trong đời tôi, mà bạn có thể sẽ ngạc nhiên khi biết đó là đêm tôi bị đau tim.</w:t>
      </w:r>
    </w:p>
    <w:p>
      <w:pPr>
        <w:spacing w:after="80"/>
      </w:pPr>
      <w:r>
        <w:rPr>
          <w:b w:val="0"/>
          <w:i w:val="0"/>
        </w:rPr>
        <w:t>Vào ngày 18 tháng 12 năm 1998, công ty tôi tổ chức tiệc Giáng sinh tại Câu lạc bộ 755 ở Turner Field, sân vận động bóng chày của đội Atlanta Braves hồi đó. Đó là một đêm tuyệt vời của sự ăn mừng cùng đồng nghiệp, bạn bè và gia đình. Sau bữa tối tuyệt hảo, một ban nhạc chơi và mọi người khiêu vũ, kể cả Margaret và tôi. Cô ấy và tôi đã học khiêu vũ khiêu vũ xã hội, nên chúng tôi đang có một khoảng thời gian tuyệt vời.</w:t>
      </w:r>
    </w:p>
    <w:p>
      <w:pPr>
        <w:spacing w:after="80"/>
      </w:pPr>
      <w:r>
        <w:rPr>
          <w:b w:val="0"/>
          <w:i w:val="0"/>
        </w:rPr>
        <w:t>Cuối bữa tiệc, tôi không cảm thấy khỏe lắm, và tôi đang đổ mồ hôi. Tôi cho rằng đó là do khiêu vũ mệt—cho đến khi tôi cảm thấy một cơn đau dữ dội ở ngực khiến tôi ngã xuống sàn. Tôi nằm đó thở hổn hển, cảm giác như có một con voi đè lên ngực khi tôi chờ xe cứu thương đến.</w:t>
      </w:r>
    </w:p>
    <w:p>
      <w:pPr>
        <w:spacing w:after="80"/>
      </w:pPr>
      <w:r>
        <w:rPr>
          <w:b w:val="0"/>
          <w:i w:val="0"/>
        </w:rPr>
        <w:t>Tại bệnh viện, các bác sĩ xác nhận tôi đang bị đau tim. Họ cho tôi morphine, nhưng cơn đau cứ tệ hơn. Và có một lúc, tôi yêu cầu họ nói thật với tôi. Tôi muốn biết liệu tôi có chết không, và câu trả lời của bác sĩ là: “Nếu không có gì thay đổi và chúng tôi không thể ngăn cơn đau tim lại, thì đúng, có lẽ ông sẽ chết.”</w:t>
      </w:r>
    </w:p>
    <w:p>
      <w:pPr>
        <w:spacing w:after="80"/>
      </w:pPr>
      <w:r>
        <w:rPr>
          <w:b w:val="0"/>
          <w:i w:val="0"/>
        </w:rPr>
        <w:t>Rõ ràng là mọi thứ đã thay đổi, và họ đã có thể cứu tôi, nếu không thì tôi đã không kể cho bạn câu chuyện này. Nhưng trong giờ phút không chắc chắn đó, khi họ đưa các con tôi vào để chào tạm biệt tôi, và tôi được nói với chúng và Margaret rằng tôi yêu chúng nhiều đến nhường nào, tôi cảm thấy một sự bình thản lớn lao. Đó là lý do tôi gọi đó là trải nghiệm vĩ đại nhất trong đời tôi. Thứ nhất, tôi phát hiện ra mình không sợ chết. Tôi nghĩ nhiều người có đức tin như tôi tự hỏi họ sẽ đối mặt với cái chết thế nào. Tôi đã nghe những câu chuyện về “ân sủng khi lâm chung,” và thật lòng mà nói, tôi không nghĩ mình sẽ có được điều đó. Nhưng tôi đã trải nghiệm một sự bình an mà chỉ Chúa mới có thể ban cho. Và thứ hai, tôi có một khoảnh khắc tự hỏi liệu có ai đó tôi cần gọi để xin tha thứ không. Hoặc bất kỳ ai tôi cần tha thứ mà tôi chưa làm. Tôi vắt óc suy nghĩ, và tôi không thể nghĩ ra ai cả. Tôi chắc rằng có những người tôi đã làm tổn thương, vì tôi cũng là người bình thường như bao người khác, nhưng theo như tôi biết, bảng ghi của tôi đã sạch vì tôi giữ sổ sách ngắn gọn, xin tha thứ khi tôi làm sai, tha thứ không điều kiện, và không ghi sổ.</w:t>
      </w:r>
    </w:p>
    <w:p>
      <w:pPr>
        <w:spacing w:after="80"/>
      </w:pPr>
      <w:r>
        <w:rPr>
          <w:b w:val="0"/>
          <w:i w:val="0"/>
        </w:rPr>
        <w:t>Đó là điều tôi mong cho bạn. Tôi mong bạn có thể đi trên con đường cao thượng và giữ cho tấm bảng của mình sạch sẽ bằng cách không ghi điểm. Và tôi không muốn bạn phải đối mặt với một trải nghiệm cận kề cái chết để có được góc nhìn đó.</w:t>
      </w:r>
    </w:p>
    <w:p>
      <w:pPr>
        <w:spacing w:after="80"/>
      </w:pPr>
      <w:r>
        <w:rPr>
          <w:b/>
          <w:i w:val="0"/>
        </w:rPr>
        <w:t>Con đường để không ghi điểm: ÂN SỦNG</w:t>
      </w:r>
    </w:p>
    <w:p>
      <w:pPr>
        <w:spacing w:after="80"/>
      </w:pPr>
      <w:r>
        <w:rPr>
          <w:b w:val="0"/>
          <w:i w:val="0"/>
        </w:rPr>
        <w:t xml:space="preserve">Làm thế nào chúng ta có thể ngăn mình ghi điểm với người khác? Tôi tin rằng chìa khóa là ân sủng. Tôi muốn nói gì qua </w:t>
      </w:r>
      <w:r>
        <w:rPr>
          <w:b w:val="0"/>
          <w:i/>
        </w:rPr>
        <w:t>ân sủng</w:t>
      </w:r>
      <w:r>
        <w:rPr>
          <w:b w:val="0"/>
          <w:i w:val="0"/>
        </w:rPr>
        <w:t xml:space="preserve">? Trong số các định nghĩa được liệt kê, bạn sẽ thấy </w:t>
      </w:r>
      <w:r>
        <w:rPr>
          <w:b w:val="0"/>
          <w:i/>
        </w:rPr>
        <w:t>thiện ý</w:t>
      </w:r>
      <w:r>
        <w:rPr>
          <w:b w:val="0"/>
          <w:i w:val="0"/>
        </w:rPr>
        <w:t xml:space="preserve">, </w:t>
      </w:r>
      <w:r>
        <w:rPr>
          <w:b w:val="0"/>
          <w:i/>
        </w:rPr>
        <w:t>thiện chí</w:t>
      </w:r>
      <w:r>
        <w:rPr>
          <w:b w:val="0"/>
          <w:i w:val="0"/>
        </w:rPr>
        <w:t xml:space="preserve">, </w:t>
      </w:r>
      <w:r>
        <w:rPr>
          <w:b w:val="0"/>
          <w:i/>
        </w:rPr>
        <w:t>lòng thương xót</w:t>
      </w:r>
      <w:r>
        <w:rPr>
          <w:b w:val="0"/>
          <w:i w:val="0"/>
        </w:rPr>
        <w:t xml:space="preserve">, </w:t>
      </w:r>
      <w:r>
        <w:rPr>
          <w:b w:val="0"/>
          <w:i/>
        </w:rPr>
        <w:t>sự tha thứ</w:t>
      </w:r>
      <w:r>
        <w:rPr>
          <w:b w:val="0"/>
          <w:i w:val="0"/>
        </w:rPr>
        <w:t xml:space="preserve">, và </w:t>
      </w:r>
      <w:r>
        <w:rPr>
          <w:b w:val="0"/>
          <w:i/>
        </w:rPr>
        <w:t>sự khoan dung</w:t>
      </w:r>
      <w:r>
        <w:rPr>
          <w:b w:val="0"/>
          <w:i w:val="0"/>
        </w:rPr>
        <w:t>. Không ai trong chúng ta hoàn hảo. Tất cả chúng ta đều mắc sai lầm và làm tổn thương người khác. Tất cả chúng ta đều muốn được ban ân sủng, được tha thứ, và được đối xử bằng thiện chí bất chấp những lỗi lầm của mình. Nếu chúng ta mong muốn điều đó cho bản thân, tại sao không trao nó cho người khác? Đó chính là ý nghĩa của việc trở thành một nhà lãnh đạo trên con đường cao thượng.</w:t>
      </w:r>
    </w:p>
    <w:p>
      <w:pPr>
        <w:pStyle w:val="Heading1"/>
      </w:pPr>
      <w:r>
        <w:rPr>
          <w:rFonts w:ascii="Calibri" w:hAnsi="Calibri"/>
          <w:b/>
          <w:i w:val="0"/>
          <w:sz w:val="40"/>
        </w:rPr>
        <w:t>12 KHAO KHÁT ĐIỀU TỐT ĐẸP NHẤT CHO NGƯỜI KHÁC</w:t>
      </w:r>
    </w:p>
    <w:p>
      <w:pPr>
        <w:spacing w:after="80"/>
      </w:pPr>
      <w:r>
        <w:rPr>
          <w:b w:val="0"/>
          <w:i w:val="0"/>
        </w:rPr>
        <w:t>KHI TÔI CÒN HỌC ĐẠI HỌC, một trong những người được đưa ra làm hình mẫu về lãnh đạo giàu lòng trắc ẩn và chủ động là Albert Schweitzer. Ông là một nhà lãnh đạo trên con đường cao thượng—và quả là một người tài năng! Ông lấy bằng tiến sĩ triết học, trở thành tác giả, học âm nhạc, biểu diễn như một nghệ sĩ đàn organ hòa nhạc được quốc tế công nhận, là chuyên gia về Bach, và trở thành một mục sư được cấp phép. Và rồi vào cuối độ tuổi ba mươi, ông lấy bằng y khoa để có thể trở thành một nhà truyền giáo y tế. Ông đến Lambaréné thuộc nơi ngày nay là Gabon và xây dựng một bệnh viện ở đó. Ông phục vụ tại đó từ năm 1924 cho đến khi qua đời vào năm 1965, đã mở rộng bệnh viện lên ba mươi lăm tòa nhà và nhận được Giải Nobel Hòa bình trong quá trình đó.</w:t>
      </w:r>
    </w:p>
    <w:p>
      <w:pPr>
        <w:spacing w:after="80"/>
      </w:pPr>
      <w:r>
        <w:rPr>
          <w:b w:val="0"/>
          <w:i w:val="0"/>
        </w:rPr>
        <w:t>Một trong những câu nói của Schweitzer đã để lại ấn tượng sâu sắc trong tôi. Ông nói: "Tôi không biết vận mệnh của bạn sẽ ra sao, nhưng có một điều tôi biết chắc: những người duy nhất trong số các bạn thực sự hạnh phúc là những người đã tìm kiếm và tìm ra cách để phục vụ." Những lời đó khiến tôi muốn trở thành một nhà lãnh đạo hướng đến con người, người tạo nên sự khác biệt trong cuộc sống của người khác. Triết lý lãnh đạo ban đầu của tôi được biểu tượng hóa bằng một câu nói mà tôi trích dẫn rất nhiều: "Người ta không quan tâm bạn biết bao nhiêu cho đến khi họ biết bạn quan tâm bao nhiêu." Và cho đến ngày nay, nó vẫn thể hiện cảm nhận của tôi về lãnh đạo. Tôi tin rằng những nhà lãnh đạo trên con đường cao thượng luôn cho người của mình biết họ quan tâm bao nhiêu. Hoặc như tác giả Simon Sinek nói: "Lãnh đạo không phải là việc nắm quyền, mà là việc chăm sóc những người dưới quyền bạn."</w:t>
      </w:r>
    </w:p>
    <w:p>
      <w:pPr>
        <w:pStyle w:val="Heading2"/>
      </w:pPr>
      <w:r>
        <w:rPr>
          <w:rFonts w:ascii="Calibri" w:hAnsi="Calibri"/>
          <w:b/>
          <w:i w:val="0"/>
          <w:sz w:val="32"/>
        </w:rPr>
        <w:t>AI SẼ BƯỚC LÊN CON ĐƯỜNG CAO THƯỢNG?</w:t>
      </w:r>
    </w:p>
    <w:p>
      <w:pPr>
        <w:spacing w:after="80"/>
      </w:pPr>
      <w:r>
        <w:rPr>
          <w:b w:val="0"/>
          <w:i w:val="0"/>
        </w:rPr>
        <w:t>Thế giới cần nhiều nhà lãnh đạo như Schweitzer hơn, những người khao khát điều tốt đẹp nhất cho người khác và hành động để theo đuổi khao khát đó đến cùng. Mary Kay Ash, người sáng lập Mary Kay Cosmetics, đã nói như thế này:</w:t>
      </w:r>
    </w:p>
    <w:p>
      <w:pPr>
        <w:spacing w:after="80"/>
      </w:pPr>
      <w:r>
        <w:rPr>
          <w:b w:val="0"/>
          <w:i w:val="0"/>
        </w:rPr>
        <w:t>Chúng ta cần những nhà lãnh đạo gia tăng giá trị cho con người và tổ chức mà họ lãnh đạo; những người làm việc vì lợi ích của người khác chứ không chỉ vì lợi ích cá nhân của mình. Những nhà lãnh đạo truyền cảm hứng và động viên, chứ không đe dọa và thao túng; những người sống cùng mọi người để hiểu vấn đề của họ nhằm giải quyết chúng và những người tuân theo la bàn đạo đức chỉ đúng hướng bất kể xu hướng thời thế.</w:t>
      </w:r>
    </w:p>
    <w:p>
      <w:pPr>
        <w:spacing w:after="80"/>
      </w:pPr>
      <w:r>
        <w:rPr>
          <w:b w:val="0"/>
          <w:i w:val="0"/>
        </w:rPr>
        <w:t>Chúng ta cần nhiều nhà lãnh đạo trên con đường cao thượng hơn.</w:t>
      </w:r>
    </w:p>
    <w:p>
      <w:pPr>
        <w:spacing w:after="80"/>
      </w:pPr>
      <w:r>
        <w:rPr>
          <w:b w:val="0"/>
          <w:i w:val="0"/>
        </w:rPr>
        <w:t xml:space="preserve">Nhiều năm trước, tôi nhận được một tấm thiệp động viên từ một thành viên trong giáo đoàn của mình với những lời tử tế trên đó. Tôi không biết ai đã gửi, nhưng tôi biết ơn sự động viên đó vào thời điểm ấy. Tôi thích nó đến mức đã đưa nó vào cuốn sách </w:t>
      </w:r>
      <w:r>
        <w:rPr>
          <w:b w:val="0"/>
          <w:i/>
        </w:rPr>
        <w:t>Be a People Person</w:t>
      </w:r>
      <w:r>
        <w:rPr>
          <w:b w:val="0"/>
          <w:i w:val="0"/>
        </w:rPr>
        <w:t xml:space="preserve"> của mình. Tôi đã không nghĩ về nó trong nhiều năm, nhưng khi nhìn lại, tôi tin rằng nó mô tả những nhà lãnh đạo trên con đường cao thượng:</w:t>
      </w:r>
    </w:p>
    <w:p>
      <w:pPr>
        <w:spacing w:after="80"/>
      </w:pPr>
      <w:r>
        <w:rPr>
          <w:b w:val="0"/>
          <w:i w:val="0"/>
        </w:rPr>
        <w:t>Khi những con người đặc biệt chạm vào cuộc đời ta, bỗng nhiên ta thấy</w:t>
      </w:r>
    </w:p>
    <w:p>
      <w:pPr>
        <w:spacing w:after="80"/>
      </w:pPr>
      <w:r>
        <w:rPr>
          <w:b w:val="0"/>
          <w:i w:val="0"/>
        </w:rPr>
        <w:t>Thế giới của ta có thể đẹp đẽ và kỳ diệu biết bao.</w:t>
      </w:r>
    </w:p>
    <w:p>
      <w:pPr>
        <w:spacing w:after="80"/>
      </w:pPr>
      <w:r>
        <w:rPr>
          <w:b w:val="0"/>
          <w:i w:val="0"/>
        </w:rPr>
        <w:t>Họ cho ta thấy những hy vọng và ước mơ đặc biệt có thể đưa ta đi xa</w:t>
      </w:r>
    </w:p>
    <w:p>
      <w:pPr>
        <w:spacing w:after="80"/>
      </w:pPr>
      <w:r>
        <w:rPr>
          <w:b w:val="0"/>
          <w:i w:val="0"/>
        </w:rPr>
        <w:t>Bằng cách giúp ta nhìn vào bên trong và tin vào chính mình.</w:t>
      </w:r>
    </w:p>
    <w:p>
      <w:pPr>
        <w:spacing w:after="80"/>
      </w:pPr>
      <w:r>
        <w:rPr>
          <w:b w:val="0"/>
          <w:i w:val="0"/>
        </w:rPr>
        <w:t>Họ ban phước cho ta bằng tình yêu và niềm vui của họ qua mọi điều họ trao tặng.</w:t>
      </w:r>
    </w:p>
    <w:p>
      <w:pPr>
        <w:spacing w:after="80"/>
      </w:pPr>
      <w:r>
        <w:rPr>
          <w:b w:val="0"/>
          <w:i w:val="0"/>
        </w:rPr>
        <w:t>Khi những người đặc biệt chạm vào cuộc đời ta, họ dạy ta cách sống.</w:t>
      </w:r>
    </w:p>
    <w:p>
      <w:pPr>
        <w:spacing w:after="80"/>
      </w:pPr>
      <w:r>
        <w:rPr>
          <w:b w:val="0"/>
          <w:i w:val="0"/>
        </w:rPr>
        <w:t xml:space="preserve">Câu hỏi đặt ra là: Bạn hay tôi có thể trở thành một người đặc biệt bằng cách nào? Làm sao để chúng ta trở thành những nhà lãnh đạo hiệu quả hơn trên con đường cao thượng? Theo Tim Spiker, một tác giả và là người sáng lập The Aperio, một nhóm phát triển năng lực lãnh đạo, "Ba phần tư hiệu quả của bạn với tư cách một nhà lãnh đạo đến từ việc bạn </w:t>
      </w:r>
      <w:r>
        <w:rPr>
          <w:b w:val="0"/>
          <w:i/>
        </w:rPr>
        <w:t>là ai</w:t>
      </w:r>
      <w:r>
        <w:rPr>
          <w:b w:val="0"/>
          <w:i w:val="0"/>
        </w:rPr>
        <w:t xml:space="preserve">, chứ không phải từ việc bạn </w:t>
      </w:r>
      <w:r>
        <w:rPr>
          <w:b w:val="0"/>
          <w:i/>
        </w:rPr>
        <w:t>làm gì</w:t>
      </w:r>
      <w:r>
        <w:rPr>
          <w:b w:val="0"/>
          <w:i w:val="0"/>
        </w:rPr>
        <w:t xml:space="preserve">." Trong cuốn sách </w:t>
      </w:r>
      <w:r>
        <w:rPr>
          <w:b w:val="0"/>
          <w:i/>
        </w:rPr>
        <w:t>The Only Leaders Worth Following</w:t>
      </w:r>
      <w:r>
        <w:rPr>
          <w:b w:val="0"/>
          <w:i w:val="0"/>
        </w:rPr>
        <w:t xml:space="preserve">, ông mô tả hiệu quả đó là kết quả của việc vững vàng bên trong và hướng ra bên ngoài. Đây là cách ông định nghĩa </w:t>
      </w:r>
      <w:r>
        <w:rPr>
          <w:b w:val="0"/>
          <w:i/>
        </w:rPr>
        <w:t>vững vàng bên trong</w:t>
      </w:r>
      <w:r>
        <w:rPr>
          <w:b w:val="0"/>
          <w:i w:val="0"/>
        </w:rPr>
        <w:t>:</w:t>
      </w:r>
    </w:p>
    <w:p>
      <w:pPr>
        <w:spacing w:after="80"/>
      </w:pPr>
      <w:r>
        <w:rPr>
          <w:b w:val="0"/>
          <w:i w:val="0"/>
        </w:rPr>
        <w:t>Những lý tưởng như kỷ luật cá nhân, chính trực, chân thật, khỏe mạnh trong mọi lĩnh vực của cuộc sống, tự nhận thức, ý thức rõ ràng về mục đích, khiêm nhường, trí tuệ cảm xúc và tình yêu vô điều kiện đều nằm trong danh sách. Những lý tưởng ấy là nền tảng tạo nên một con người phát triển toàn diện. Hóa ra, chúng cũng là nền tảng tạo nên những nhà lãnh đạo xuất sắc.</w:t>
      </w:r>
    </w:p>
    <w:p>
      <w:pPr>
        <w:spacing w:after="80"/>
      </w:pPr>
      <w:r>
        <w:rPr>
          <w:b w:val="0"/>
          <w:i w:val="0"/>
        </w:rPr>
        <w:t>Spiker cho biết những phát hiện của ông được củng cố bởi một nghiên cứu khác do công ty tư vấn KRW thực hiện. Họ phát hiện rằng các công ty đạt lợi nhuận tài chính cao hơn nhiều khi được dẫn dắt bởi những nhà lãnh đạo đạt điểm cao về chính trực và tinh thần trách nhiệm, điều mà Spiker gọi là sự vững vàng bên trong; cùng với lòng tha thứ và lòng trắc ẩn, điều mà ông gọi là sự hướng ra bên ngoài.</w:t>
      </w:r>
    </w:p>
    <w:p>
      <w:pPr>
        <w:spacing w:after="80"/>
      </w:pPr>
      <w:r>
        <w:rPr>
          <w:b w:val="0"/>
          <w:i w:val="0"/>
        </w:rPr>
        <w:t>Dù bạn đo lường hiệu quả lãnh đạo bằng cách nào — qua số người được giúp đỡ, mức độ họ được giúp đỡ, tác động của tổ chức, lợi nhuận gia tăng hay tầm ảnh hưởng được mở rộng — kết quả đều đến từ việc nâng đỡ con người và gia tăng giá trị cho họ, bởi vì bạn mong điều tốt nhất cho họ. Con người chính là yếu tố làm nên mọi kết quả ấy.</w:t>
      </w:r>
    </w:p>
    <w:p>
      <w:pPr>
        <w:pStyle w:val="Heading2"/>
      </w:pPr>
      <w:r>
        <w:rPr>
          <w:rFonts w:ascii="Calibri" w:hAnsi="Calibri"/>
          <w:b/>
          <w:i w:val="0"/>
          <w:sz w:val="32"/>
        </w:rPr>
        <w:t>KHAI PHÁ ĐIỀU TỐT NHẤT Ở HỌ</w:t>
      </w:r>
    </w:p>
    <w:p>
      <w:pPr>
        <w:spacing w:after="80"/>
      </w:pPr>
      <w:r>
        <w:rPr>
          <w:b w:val="0"/>
          <w:i w:val="0"/>
        </w:rPr>
        <w:t xml:space="preserve">Cách để khai phá điều tốt nhất ở người khác là trước tiên phải </w:t>
      </w:r>
      <w:r>
        <w:rPr>
          <w:b w:val="0"/>
          <w:i/>
        </w:rPr>
        <w:t>khao khát</w:t>
      </w:r>
      <w:r>
        <w:rPr>
          <w:b w:val="0"/>
          <w:i w:val="0"/>
        </w:rPr>
        <w:t xml:space="preserve"> điều tốt nhất cho người khác. Điều này đòi hỏi một sự thay đổi trong cách bạn nghĩ, những từ bạn dùng và những hành động bạn thực hiện. Đây là cách nó diễn ra:</w:t>
      </w:r>
    </w:p>
    <w:p>
      <w:pPr>
        <w:pStyle w:val="Heading3"/>
      </w:pPr>
      <w:r>
        <w:rPr>
          <w:rFonts w:ascii="Calibri" w:hAnsi="Calibri"/>
          <w:b/>
          <w:i w:val="0"/>
          <w:sz w:val="26"/>
        </w:rPr>
        <w:t>1. Thay đổi cách bạn nghĩ</w:t>
      </w:r>
    </w:p>
    <w:p>
      <w:pPr>
        <w:spacing w:after="80"/>
      </w:pPr>
      <w:r>
        <w:rPr>
          <w:b w:val="0"/>
          <w:i w:val="0"/>
        </w:rPr>
        <w:t>Mọi thứ đều bắt đầu từ một ý nghĩ. Diễn giải lời Ralph Waldo Emerson: "Cuộc sống bao gồm những gì bạn nghĩ đến suốt cả ngày." Bạn nghĩ thế nào về điều tốt nhất? Những khao khát của bạn là gì?</w:t>
      </w:r>
    </w:p>
    <w:p>
      <w:pPr>
        <w:spacing w:after="80"/>
      </w:pPr>
      <w:r>
        <w:rPr>
          <w:b w:val="0"/>
          <w:i w:val="0"/>
        </w:rPr>
        <w:t>Những nhà lãnh đạo con đường thấp khao khát điều tốt nhất cho chính mình.</w:t>
      </w:r>
    </w:p>
    <w:p>
      <w:pPr>
        <w:spacing w:after="80"/>
      </w:pPr>
      <w:r>
        <w:rPr>
          <w:b w:val="0"/>
          <w:i w:val="0"/>
        </w:rPr>
        <w:t>Những nhà lãnh đạo con đường giữa khao khát sự công bằng.</w:t>
      </w:r>
    </w:p>
    <w:p>
      <w:pPr>
        <w:spacing w:after="80"/>
      </w:pPr>
      <w:r>
        <w:rPr>
          <w:b w:val="0"/>
          <w:i w:val="0"/>
        </w:rPr>
        <w:t>Những nhà lãnh đạo con đường cao khao khát điều tốt nhất cho người khác.</w:t>
      </w:r>
    </w:p>
    <w:p>
      <w:pPr>
        <w:spacing w:after="80"/>
      </w:pPr>
      <w:r>
        <w:rPr>
          <w:b w:val="0"/>
          <w:i w:val="0"/>
        </w:rPr>
        <w:t xml:space="preserve">Với tư cách một nhà lãnh đạo, bạn muốn được người ta biết đến vì điều gì? Thành tựu? Sự giàu có? Quyền lực? Thành công? Chiến thắng? Tôi đã suy nghĩ về câu hỏi này suốt nhiều năm, và tôi đi đến kết luận rằng tôi muốn được biết đến vì khao khát điều tốt nhất cho người khác. Tôi muốn nhiều điều </w:t>
      </w:r>
      <w:r>
        <w:rPr>
          <w:b w:val="0"/>
          <w:i/>
        </w:rPr>
        <w:t>cho</w:t>
      </w:r>
      <w:r>
        <w:rPr>
          <w:b w:val="0"/>
          <w:i w:val="0"/>
        </w:rPr>
        <w:t xml:space="preserve"> người khác hơn là </w:t>
      </w:r>
      <w:r>
        <w:rPr>
          <w:b w:val="0"/>
          <w:i/>
        </w:rPr>
        <w:t>từ</w:t>
      </w:r>
      <w:r>
        <w:rPr>
          <w:b w:val="0"/>
          <w:i w:val="0"/>
        </w:rPr>
        <w:t xml:space="preserve"> người khác. Và tôi đã chuyển hướng suy nghĩ của mình để tập trung vào việc làm sao giúp người khác chiến thắng, thay vì nghĩ về cách mình chiến thắng cho bản thân.</w:t>
      </w:r>
    </w:p>
    <w:p>
      <w:pPr>
        <w:spacing w:after="80"/>
      </w:pPr>
      <w:r>
        <w:rPr>
          <w:b w:val="0"/>
          <w:i w:val="0"/>
        </w:rPr>
        <w:t xml:space="preserve">Tôi rất thích điều người bạn Jeff Henderson của tôi nói về chủ đề này trong cuốn sách </w:t>
      </w:r>
      <w:r>
        <w:rPr>
          <w:b w:val="0"/>
          <w:i/>
        </w:rPr>
        <w:t>Know What You're For</w:t>
      </w:r>
      <w:r>
        <w:rPr>
          <w:b w:val="0"/>
          <w:i w:val="0"/>
        </w:rPr>
        <w:t xml:space="preserve">. Anh viết: "Trong một thế giới đầy chỉ trích và hoài nghi, một thế giới thường được biết đến vì những gì nó chống lại, hãy để chúng ta là một nhóm người được biết đến vì chúng ta ủng hộ ai và điều gì." Cách anh ấy nghĩ về việc </w:t>
      </w:r>
      <w:r>
        <w:rPr>
          <w:b w:val="0"/>
          <w:i/>
        </w:rPr>
        <w:t>ủng hộ</w:t>
      </w:r>
      <w:r>
        <w:rPr>
          <w:b w:val="0"/>
          <w:i w:val="0"/>
        </w:rPr>
        <w:t xml:space="preserve"> người khác chính là cách chúng ta nên nghĩ. Anh viết tiếp:</w:t>
      </w:r>
    </w:p>
    <w:p>
      <w:pPr>
        <w:spacing w:after="80"/>
      </w:pPr>
      <w:r>
        <w:rPr>
          <w:b w:val="0"/>
          <w:i w:val="0"/>
        </w:rPr>
        <w:t xml:space="preserve">Định nghĩa yêu thích của tôi về từ </w:t>
      </w:r>
      <w:r>
        <w:rPr>
          <w:b w:val="0"/>
          <w:i/>
        </w:rPr>
        <w:t>FOR</w:t>
      </w:r>
      <w:r>
        <w:rPr>
          <w:b w:val="0"/>
          <w:i w:val="0"/>
        </w:rPr>
        <w:t xml:space="preserve"> là "ủng hộ, đứng về phía."</w:t>
      </w:r>
    </w:p>
    <w:p>
      <w:pPr>
        <w:spacing w:after="80"/>
      </w:pPr>
      <w:r>
        <w:rPr>
          <w:b w:val="0"/>
          <w:i w:val="0"/>
        </w:rPr>
        <w:t>Hãy tưởng tượng một thế giới nơi các thành viên trong nhóm ủng hộ lẫn nhau. Hãy tưởng tượng một thế giới nơi các hội thánh ủng hộ lẫn nhau.</w:t>
      </w:r>
    </w:p>
    <w:p>
      <w:pPr>
        <w:spacing w:after="80"/>
      </w:pPr>
      <w:r>
        <w:rPr>
          <w:b w:val="0"/>
          <w:i w:val="0"/>
        </w:rPr>
        <w:t>Hãy tưởng tượng một thế giới nơi người sử dụng lao động ủng hộ nhân viên, và ngược lại.</w:t>
      </w:r>
    </w:p>
    <w:p>
      <w:pPr>
        <w:spacing w:after="80"/>
      </w:pPr>
      <w:r>
        <w:rPr>
          <w:b w:val="0"/>
          <w:i w:val="0"/>
        </w:rPr>
        <w:t>Nghe thật đơn giản. Nhưng cũng cực kỳ hiếm gặp.</w:t>
      </w:r>
    </w:p>
    <w:p>
      <w:pPr>
        <w:spacing w:after="80"/>
      </w:pPr>
      <w:r>
        <w:rPr>
          <w:b w:val="0"/>
          <w:i w:val="0"/>
        </w:rPr>
        <w:t xml:space="preserve">Những nhà lãnh đạo theo con đường cao thượng rất hiếm, và một trong những lý do là họ sống </w:t>
      </w:r>
      <w:r>
        <w:rPr>
          <w:b w:val="0"/>
          <w:i/>
        </w:rPr>
        <w:t>vì</w:t>
      </w:r>
      <w:r>
        <w:rPr>
          <w:b w:val="0"/>
          <w:i w:val="0"/>
        </w:rPr>
        <w:t xml:space="preserve"> người khác. Họ mong điều tốt đẹp nhất cho người khác. Đó là lý do họ có thể gắn kết mọi người lại với nhau trong một thế giới đầy chia rẽ. Để trở thành một nhà lãnh đạo </w:t>
      </w:r>
      <w:r>
        <w:rPr>
          <w:b w:val="0"/>
          <w:i/>
        </w:rPr>
        <w:t>thực sự làm</w:t>
      </w:r>
      <w:r>
        <w:rPr>
          <w:b w:val="0"/>
          <w:i w:val="0"/>
        </w:rPr>
        <w:t xml:space="preserve"> những điều này, bạn phải trở thành người </w:t>
      </w:r>
      <w:r>
        <w:rPr>
          <w:b w:val="0"/>
          <w:i/>
        </w:rPr>
        <w:t>suy nghĩ</w:t>
      </w:r>
      <w:r>
        <w:rPr>
          <w:b w:val="0"/>
          <w:i w:val="0"/>
        </w:rPr>
        <w:t xml:space="preserve"> theo cách này.</w:t>
      </w:r>
    </w:p>
    <w:p>
      <w:pPr>
        <w:pStyle w:val="Heading3"/>
      </w:pPr>
      <w:r>
        <w:rPr>
          <w:rFonts w:ascii="Calibri" w:hAnsi="Calibri"/>
          <w:b/>
          <w:i w:val="0"/>
          <w:sz w:val="26"/>
        </w:rPr>
        <w:t>2. Thay đổi lời nói của bạn</w:t>
      </w:r>
    </w:p>
    <w:p>
      <w:pPr>
        <w:spacing w:after="80"/>
      </w:pPr>
      <w:r>
        <w:rPr>
          <w:b w:val="0"/>
          <w:i w:val="0"/>
        </w:rPr>
        <w:t>Khi bạn diễn đạt những suy nghĩ đã thay đổi của mình, điều đó mang lại cho bạn ba lợi ích. Thứ nhất, nó củng cố các ý tưởng và khiến chúng ăn sâu hơn vào tư duy. Bạn càng diễn đạt rõ ràng điều mình tin tưởng bao nhiêu, nó càng trở nên mạnh mẽ bấy nhiêu. Thứ hai, nó bắt đầu tạo ra bước chuyển từ ý tưởng sang hành động. Và thứ ba, nó bắt đầu tác động tích cực đến mọi người. Lời nói có sức mạnh. Như Vua Solomon, người được cho là khôn ngoan nhất từng sống, đã nói: "Lời nói giết chết, lời nói ban sự sống; chúng hoặc là thuốc độc hoặc là trái ngọt—bạn chọn."</w:t>
      </w:r>
    </w:p>
    <w:p>
      <w:pPr>
        <w:spacing w:after="80"/>
      </w:pPr>
      <w:r>
        <w:rPr>
          <w:b w:val="0"/>
          <w:i w:val="0"/>
        </w:rPr>
        <w:t>Khi con gái tôi, Elizabeth, còn nhỏ, một trong những hoạt động ngày lễ yêu thích của con bé là ước nguyện và bẻ xương đòn gánh (wishbone), điều mà hai cha con tôi làm mỗi năm vào ngày Lễ Tạ ơn. Hồi đó tôi luôn tìm cách tạo ra những trải nghiệm tích cực, nâng đỡ tinh thần cho con bé và con trai tôi, Joel, giống như tôi làm bây giờ với các cháu nội và hy vọng một ngày nào đó sẽ làm với các chắt. Vì tôi muốn trải nghiệm bẻ xương đòn gánh là một chiến thắng cho Elizabeth, tôi đã sắp đặt mọi thứ theo hướng có lợi cho con bé. Khi xương đòn gánh khô lại, tôi sẽ bẻ cong một bên để làm nó yếu đi. Rồi tôi đảm bảo mình cầm bên yếu hơn đó khi đưa cho con bé và hai cha con cùng ước nguyện để con bé luôn thắng.</w:t>
      </w:r>
    </w:p>
    <w:p>
      <w:pPr>
        <w:spacing w:after="80"/>
      </w:pPr>
      <w:r>
        <w:rPr>
          <w:b w:val="0"/>
          <w:i w:val="0"/>
        </w:rPr>
        <w:t>Sau khi thắng liên tiếp nhiều năm, có lần con bé nói: "Bố ơi, con luôn thắng, nên con chẳng bao giờ được nghe điều ước của bố. Bố ước gì vậy?"</w:t>
      </w:r>
    </w:p>
    <w:p>
      <w:pPr>
        <w:spacing w:after="80"/>
      </w:pPr>
      <w:r>
        <w:rPr>
          <w:b w:val="0"/>
          <w:i w:val="0"/>
        </w:rPr>
        <w:t>Tôi nói thật với con bé: "Điều ước của bố là những điều ước của con luôn thành hiện thực." Đó là cơ hội tuyệt vời để tôi bày tỏ mong muốn con bé được trải nghiệm những điều tốt đẹp nhất trong cuộc sống.</w:t>
      </w:r>
    </w:p>
    <w:p>
      <w:pPr>
        <w:pStyle w:val="Heading3"/>
      </w:pPr>
      <w:r>
        <w:rPr>
          <w:rFonts w:ascii="Calibri" w:hAnsi="Calibri"/>
          <w:b/>
          <w:i w:val="0"/>
          <w:sz w:val="26"/>
        </w:rPr>
        <w:t>3. Thay đổi hành động của bạn</w:t>
      </w:r>
    </w:p>
    <w:p>
      <w:pPr>
        <w:spacing w:after="80"/>
      </w:pPr>
      <w:r>
        <w:rPr>
          <w:b w:val="0"/>
          <w:i w:val="0"/>
        </w:rPr>
        <w:t xml:space="preserve">Vài năm trước, tôi đã viết một cuốn sách có tên </w:t>
      </w:r>
      <w:r>
        <w:rPr>
          <w:b w:val="0"/>
          <w:i/>
        </w:rPr>
        <w:t>Intentional Living.</w:t>
      </w:r>
      <w:r>
        <w:rPr>
          <w:b w:val="0"/>
          <w:i w:val="0"/>
        </w:rPr>
        <w:t xml:space="preserve"> Lý do chính tôi viết nó là để đưa mọi người từ suy nghĩ tích cực sang hành động tích cực. Trong đó, tôi viết:</w:t>
      </w:r>
    </w:p>
    <w:p>
      <w:pPr>
        <w:spacing w:after="80"/>
      </w:pPr>
      <w:r>
        <w:rPr>
          <w:b w:val="0"/>
          <w:i w:val="0"/>
        </w:rPr>
        <w:t>Nhà thơ Samuel Johnson được cho là đã nói: "Địa ngục được lát bằng những ý định tốt." Tại sao ông lại nói như vậy? Chẳng phải mong muốn làm điều tốt, có khát khao giúp đỡ người khác là một điều tích cực sao? Câu trả lời của tôi là có. Có một trái tim muốn giúp đỡ mọi người và mang lại giá trị cho họ khiến bạn trở thành một người tốt hơn. Nhưng nếu bạn không hành động một cách có chủ đích, nó sẽ chẳng tạo ra khác biệt nào.</w:t>
      </w:r>
    </w:p>
    <w:p>
      <w:pPr>
        <w:spacing w:after="80"/>
      </w:pPr>
      <w:r>
        <w:rPr>
          <w:b w:val="0"/>
          <w:i w:val="0"/>
        </w:rPr>
        <w:t>Mục tiêu tối thượng của việc mong điều tốt đẹp nhất cho người khác là thực sự giúp họ trở thành phiên bản tốt nhất của chính mình.</w:t>
      </w:r>
    </w:p>
    <w:p>
      <w:pPr>
        <w:spacing w:after="80"/>
      </w:pPr>
      <w:r>
        <w:rPr>
          <w:b w:val="0"/>
          <w:i w:val="0"/>
        </w:rPr>
        <w:t>Thomas Edison đã nói: "Tôi chưa bao giờ hoàn thiện một phát minh mà tôi không nghĩ đến việc nó có thể mang lại dịch vụ gì cho người khác... Tôi tìm ra thế giới cần gì, rồi tiến hành phát minh." Tôi yêu cái tinh thần thực dụng và xu hướng hành động đó. Nơi trong cuộc đời tôi mà tôi tích cực nhất trong việc sống trọn khát khao mong mọi người trải nghiệm điều tốt đẹp nhất và trở thành phiên bản tốt nhất của họ chính là việc viết sách. Tôi thật may mắn khi được viết những cuốn sách mà mọi người muốn đọc trong hơn bốn mươi năm, và chừng nào tôi còn giúp được mọi người, tôi sẽ còn tiếp tục viết. Mong ước của tôi dành cho bạn là bạn hãy nắm lấy hành động để giúp người khác trải nghiệm điều tốt đẹp nhất của họ.</w:t>
      </w:r>
    </w:p>
    <w:p>
      <w:pPr>
        <w:pStyle w:val="Heading2"/>
      </w:pPr>
      <w:r>
        <w:rPr>
          <w:rFonts w:ascii="Calibri" w:hAnsi="Calibri"/>
          <w:b/>
          <w:i w:val="0"/>
          <w:sz w:val="32"/>
        </w:rPr>
        <w:t>LỜI NÓI VÀ HÀNH ĐỘNG CỦA NHỮNG NHÀ LÃNH ĐẠO THEO CON ĐƯỜNG CAO THƯỢNG</w:t>
      </w:r>
    </w:p>
    <w:p>
      <w:pPr>
        <w:spacing w:after="80"/>
      </w:pPr>
      <w:r>
        <w:rPr>
          <w:b w:val="0"/>
          <w:i w:val="0"/>
        </w:rPr>
        <w:t>Để khép lại cuốn sách này, tôi muốn trao cho bạn năm cách cụ thể để bạn có thể điều chỉnh lời nói và hành động của mình nhằm trở thành kiểu nhà lãnh đạo theo con đường cao thượng, người giúp người khác trở thành phiên bản tốt nhất của chính họ.</w:t>
      </w:r>
    </w:p>
    <w:p>
      <w:pPr>
        <w:pStyle w:val="Heading3"/>
      </w:pPr>
      <w:r>
        <w:rPr>
          <w:rFonts w:ascii="Calibri" w:hAnsi="Calibri"/>
          <w:b/>
          <w:i w:val="0"/>
          <w:sz w:val="26"/>
        </w:rPr>
        <w:t>1. "Tôi trân trọng bạn"—Những lời nói và hành động khẳng định</w:t>
      </w:r>
    </w:p>
    <w:p>
      <w:pPr>
        <w:spacing w:after="80"/>
      </w:pPr>
      <w:r>
        <w:rPr>
          <w:b w:val="0"/>
          <w:i w:val="0"/>
        </w:rPr>
        <w:t>Bạn đã biết tầm quan trọng của việc trân trọng tất cả mọi người rồi. Đó là chủ đề của chương 2. Thực tế là mỗi chúng ta hoặc là một dấu cộng, hoặc là một dấu trừ trong cuộc sống của người khác. Chúng ta hoặc là gia tăng giá trị, hoặc là làm giảm đi giá trị đó. Chúng ta cho đi hoặc là lấy đi. Chúng ta hoặc khiến người khác cảm thấy mình giỏi hơn và có thể làm được nhiều hơn, hoặc khiến họ cảm thấy mình kém cỏi hơn và làm họ mất tự tin. Những nhà lãnh đạo theo con đường cao thượng (high-road leaders) không ngừng nỗ lực để trở thành dấu cộng và gia tăng giá trị. Cách cơ bản nhất để làm điều này là khẳng định giá trị của người khác bằng cách nói cho họ biết và cho họ thấy rằng bạn trân trọng họ.</w:t>
      </w:r>
    </w:p>
    <w:p>
      <w:pPr>
        <w:spacing w:after="80"/>
      </w:pPr>
      <w:r>
        <w:rPr>
          <w:b w:val="0"/>
          <w:i w:val="0"/>
        </w:rPr>
        <w:t>Nếu chúng ta tìm kiếm và tập trung vào những điểm tệ nhất của người khác, chúng ta sẽ muốn sửa chữa họ. Nhưng nếu chúng ta tìm kiếm và tập trung vào những điểm tốt nhất của họ, chúng ta sẽ kết nối được với họ. Những nhà lãnh đạo theo con đường cao thượng luôn đặt việc kết nối lên trên việc sửa chữa. Tôi thích cách bạn tôi, Dianna Kokoszka, một trong những huấn luyện viên kinh doanh hàng đầu của đất nước, diễn đạt ý tưởng này. Cô ấy nói: "Người ta trưởng thành nhờ những cuộc trò chuyện xung quanh họ." Tôi biết điều này đúng vì khi còn nhỏ, mỗi sáng trước khi đến trường, mẹ tôi đều cầu nguyện một lời ngắn cùng tôi, chứa đựng những từ ngữ tích cực và tiếp thêm sức sống. Không phải lúc nào tôi cũng trân trọng điều đó vì tôi chỉ muốn đi nghịch ngợm. Nhưng ngày nào tôi cũng đến trường với ý thức rằng mình có giá trị, và điều đó thường khơi dậy những điều tốt đẹp nhất trong tôi khi tôi bị cám dỗ làm những điều tệ nhất. Hãy nói những lời khẳng định với người khác, và bạn sẽ thấy họ phản hồi tích cực.</w:t>
      </w:r>
    </w:p>
    <w:p>
      <w:pPr>
        <w:pStyle w:val="Heading3"/>
      </w:pPr>
      <w:r>
        <w:rPr>
          <w:rFonts w:ascii="Calibri" w:hAnsi="Calibri"/>
          <w:b/>
          <w:i w:val="0"/>
          <w:sz w:val="26"/>
        </w:rPr>
        <w:t>2. "Tôi tin ở bạn" — Những lời nói và hành động khích lệ</w:t>
      </w:r>
    </w:p>
    <w:p>
      <w:pPr>
        <w:spacing w:after="80"/>
      </w:pPr>
      <w:r>
        <w:rPr>
          <w:b w:val="0"/>
          <w:i w:val="0"/>
        </w:rPr>
        <w:t>Nhà thơ, triết gia và chính khách người Đức Johann Wolfgang von Goethe từng nói: "Khi chúng ta đối xử với người khác chỉ như họ đang là, họ sẽ mãi như vậy. Khi chúng ta đối xử với họ như thể họ là người mà họ nên trở thành, họ sẽ trở thành người mà họ nên trở thành." Bước đầu tiên và quan trọng nhất để đi đến thành công là cảm giác rằng chúng ta có thể thành công. Tin vào người khác là xây dựng cuộc sống của họ. Điều đó giúp họ nhìn thấy khả năng nơi chính mình. Và khi họ nhìn thấy những khả năng đó, những khả năng đó có thể trở thành hiện thực.</w:t>
      </w:r>
    </w:p>
    <w:p>
      <w:pPr>
        <w:spacing w:after="80"/>
      </w:pPr>
      <w:r>
        <w:rPr>
          <w:b w:val="0"/>
          <w:i w:val="0"/>
        </w:rPr>
        <w:t>Như tôi đã đề cập, cách tôi làm điều này với mọi người là điều tôi gọi là đặt một con số "10" lên đầu họ. Tôi nhìn mọi người như một điểm mười trên thang điểm mười. Tôi tìm kiếm tiềm năng của họ và cho họ biết rằng tôi tin họ có thể đạt được điều đó. Điều đó khích lệ họ trở thành phiên bản tốt nhất của chính mình. Nếu bạn tìm kiếm điều tốt nhất ở người khác, nói với họ rằng bạn tin ở họ, và sau đó tiếp tục hỗ trợ họ bằng những lời khích lệ thêm, bạn sẽ ngạc nhiên trước việc hầu hết mọi người đều vươn lên để đáp ứng những kỳ vọng tích cực của bạn.</w:t>
      </w:r>
    </w:p>
    <w:p>
      <w:pPr>
        <w:pStyle w:val="Heading3"/>
      </w:pPr>
      <w:r>
        <w:rPr>
          <w:rFonts w:ascii="Calibri" w:hAnsi="Calibri"/>
          <w:b/>
          <w:i w:val="0"/>
          <w:sz w:val="26"/>
        </w:rPr>
        <w:t>3. "Tôi cần bạn" — Những lời nói và hành động trao quyền</w:t>
      </w:r>
    </w:p>
    <w:p>
      <w:pPr>
        <w:spacing w:after="80"/>
      </w:pPr>
      <w:r>
        <w:rPr>
          <w:b w:val="0"/>
          <w:i w:val="0"/>
        </w:rPr>
        <w:t>Tôi may mắn vì đã học được sức mạnh trao quyền của những từ "Tôi cần bạn" khi tôi còn là học sinh năm cuối trung học. Tôi lớn lên chơi bóng rổ, và tôi là đội trưởng đội bóng rổ trung học của chúng tôi. Nhiều lần khi đội chúng tôi tách ra khỏi vòng tròn bàn chiến thuật trước khi hiệp bốn bắt đầu, Huấn luyện viên Neff sẽ nắm tay tôi giữ lại khi đồng đội bước ra sân, và ông sẽ nói: "John, nhìn tôi này. Tôi cần bạn chơi lớn trong hiệp này." Tôi sẽ gật đầu, và ông nói: "Tôi biết bạn sẽ làm được."</w:t>
      </w:r>
    </w:p>
    <w:p>
      <w:pPr>
        <w:spacing w:after="80"/>
      </w:pPr>
      <w:r>
        <w:rPr>
          <w:b w:val="0"/>
          <w:i w:val="0"/>
        </w:rPr>
        <w:t>Tôi không thể diễn tả cho bạn cảm giác của tôi khi ông nói điều đó. Tôi lao ra sân với quyết tâm không làm Huấn luyện viên Neff thất vọng hay làm đồng đội thất vọng. Khi người lãnh đạo bày tỏ niềm tin vào chúng ta và sự cần thiết của chúng ta trong việc thể hiện, chúng ta làm gì? Chúng ta vươn lên mạnh mẽ.</w:t>
      </w:r>
    </w:p>
    <w:p>
      <w:pPr>
        <w:spacing w:after="80"/>
      </w:pPr>
      <w:r>
        <w:rPr>
          <w:b w:val="0"/>
          <w:i w:val="0"/>
        </w:rPr>
        <w:t>Nói rằng bạn cần tài năng, kỹ năng và sự tham gia của một người mà bạn lãnh đạo không phải là dấu hiệu của sự yếu đuối. Ngược lại, nó cho thấy mong muốn hợp tác và giá trị mà bạn đặt vào người khác. Nó truyền đạt rằng bạn muốn cùng nhau làm việc để đạt được nhiều hơn những gì mỗi người có thể làm một mình. Khi tôi hỏi ý kiến một người bạn hay đồng nghiệp và học hỏi từ sự khôn ngoan của họ, điều đó trao quyền cho họ. Như Henry David Thoreau đã nói: "Lời khen lớn nhất mà tôi từng nhận được là khi ai đó hỏi tôi nghĩ gì và lắng nghe câu trả lời của tôi." Khi tôi truyền đạt cho các huấn luyện viên được chứng nhận của mình rằng tôi cần sự giúp đỡ của họ để biến việc chuyển đổi ở các quốc gia khác thành hiện thực, họ tình nguyện đào tạo mọi người trong các buổi trò chuyện về giá trị vì họ được trao quyền để tạo ra sự khác biệt trong cuộc sống của người khác. Khi tôi mời các thành viên trong nhóm viết của mình cộng tác với tôi trong một cuốn sách, tôi đang trao quyền cho họ để thêm ý tưởng của họ vào ý tưởng của tôi và đưa chúng lên một tầm cao hoàn toàn mới. Khi tôi nói với những người quyên góp cho các tổ chức phi lợi nhuận của tôi rằng tôi cần họ như thế nào và rằng tôi không thể hoàn thành sứ mệnh của chúng tôi nếu không có họ, tôi đang trao quyền cho việc theo đuổi ý nghĩa của họ.</w:t>
      </w:r>
    </w:p>
    <w:p>
      <w:pPr>
        <w:spacing w:after="80"/>
      </w:pPr>
      <w:r>
        <w:rPr>
          <w:b w:val="0"/>
          <w:i w:val="0"/>
        </w:rPr>
        <w:t>Nếu bạn cho mọi người biết bạn cần họ đến mức nào, họ sẽ giúp bạn và bạn sẽ có thể chia sẻ thành công và ý nghĩa với họ. Đó là trao quyền.</w:t>
      </w:r>
    </w:p>
    <w:p>
      <w:pPr>
        <w:pStyle w:val="Heading3"/>
      </w:pPr>
      <w:r>
        <w:rPr>
          <w:rFonts w:ascii="Calibri" w:hAnsi="Calibri"/>
          <w:b/>
          <w:i w:val="0"/>
          <w:sz w:val="26"/>
        </w:rPr>
        <w:t xml:space="preserve">4. "Tôi muốn nhiều hơn </w:t>
      </w:r>
      <w:r>
        <w:rPr>
          <w:rFonts w:ascii="Calibri" w:hAnsi="Calibri"/>
          <w:b/>
          <w:i/>
          <w:sz w:val="26"/>
        </w:rPr>
        <w:t>cho</w:t>
      </w:r>
      <w:r>
        <w:rPr>
          <w:rFonts w:ascii="Calibri" w:hAnsi="Calibri"/>
          <w:b/>
          <w:i w:val="0"/>
          <w:sz w:val="26"/>
        </w:rPr>
        <w:t xml:space="preserve"> bạn hơn là </w:t>
      </w:r>
      <w:r>
        <w:rPr>
          <w:rFonts w:ascii="Calibri" w:hAnsi="Calibri"/>
          <w:b/>
          <w:i/>
          <w:sz w:val="26"/>
        </w:rPr>
        <w:t>từ</w:t>
      </w:r>
      <w:r>
        <w:rPr>
          <w:rFonts w:ascii="Calibri" w:hAnsi="Calibri"/>
          <w:b/>
          <w:i w:val="0"/>
          <w:sz w:val="26"/>
        </w:rPr>
        <w:t xml:space="preserve"> bạn" — Những lời nói và hành động mở rộng</w:t>
      </w:r>
    </w:p>
    <w:p>
      <w:pPr>
        <w:spacing w:after="80"/>
      </w:pPr>
      <w:r>
        <w:rPr>
          <w:b w:val="0"/>
          <w:i w:val="0"/>
        </w:rPr>
        <w:t xml:space="preserve">Những nhà lãnh đạo theo con đường cao thượng, những người mong muốn điều tốt nhất cho người khác, luôn muốn nhiều hơn </w:t>
      </w:r>
      <w:r>
        <w:rPr>
          <w:b w:val="0"/>
          <w:i/>
        </w:rPr>
        <w:t>cho</w:t>
      </w:r>
      <w:r>
        <w:rPr>
          <w:b w:val="0"/>
          <w:i w:val="0"/>
        </w:rPr>
        <w:t xml:space="preserve"> người của mình hơn là muốn </w:t>
      </w:r>
      <w:r>
        <w:rPr>
          <w:b w:val="0"/>
          <w:i/>
        </w:rPr>
        <w:t>từ</w:t>
      </w:r>
      <w:r>
        <w:rPr>
          <w:b w:val="0"/>
          <w:i w:val="0"/>
        </w:rPr>
        <w:t xml:space="preserve"> họ. Và họ thực hiện các bước để mang đến nhiều hơn cho họ. Điều này đúng ngay cả trong thế giới thể thao. Một trong những vận động viên mà tôi ngưỡng mộ khi lớn lên là Bill Russell, người không chỉ là một trong những cầu thủ bóng rổ vĩ đại nhất mọi thời đại mà còn là một nhà lãnh đạo theo con đường cao thượng. Ông chơi ở vị trí trung phong cho Boston Celtics từ 1956 đến 1969 và cũng huấn luyện đội từ 1966 đến 1969. Ông đã giành được mười một chức vô địch NBA, mười hai lần là ngôi sao toàn năng, và năm lần là MVP. Celtics đã treo áo đấu của ông vào năm 1972. Đáng chú ý là vào ngày 11 tháng 8 năm 2022, NBA đã treo vĩnh viễn số áo của Bill Russell cho toàn bộ giải đấu, nghĩa là không cầu thủ nào của bất kỳ đội nào trong NBA sẽ mặc áo số 6 nữa. Đó là lần đầu tiên và duy nhất điều đó xảy ra.</w:t>
      </w:r>
    </w:p>
    <w:p>
      <w:pPr>
        <w:spacing w:after="80"/>
      </w:pPr>
      <w:r>
        <w:rPr>
          <w:b w:val="0"/>
          <w:i w:val="0"/>
        </w:rPr>
        <w:t xml:space="preserve">Dù Russell là một cầu thủ đáng kinh ngạc đến đâu, ông còn là một nhà lãnh đạo giỏi hơn nữa vì ông đã mở rộng niềm tin và khả năng của các đồng đội. Russell nói: "Thước đo quan trọng nhất về việc tôi đã chơi một trận đấu hay đến mức nào là tôi đã khiến đồng đội chơi tốt hơn bao nhiêu." Don Nelson, người chơi cùng Russell, nói: "Có hai kiểu siêu sao. Một kiểu làm cho bản thân trông giỏi bằng cách hy sinh những người khác trên sân. Nhưng có một kiểu khác khiến những cầu thủ xung quanh trông giỏi hơn thực tế, và Russell chính là kiểu đó." Russell không chơi bóng chỉ vì bản thân. Ông chơi vì người khác. Ông muốn nhiều hơn </w:t>
      </w:r>
      <w:r>
        <w:rPr>
          <w:b w:val="0"/>
          <w:i/>
        </w:rPr>
        <w:t>cho</w:t>
      </w:r>
      <w:r>
        <w:rPr>
          <w:b w:val="0"/>
          <w:i w:val="0"/>
        </w:rPr>
        <w:t xml:space="preserve"> đồng đội hơn là muốn </w:t>
      </w:r>
      <w:r>
        <w:rPr>
          <w:b w:val="0"/>
          <w:i/>
        </w:rPr>
        <w:t>từ</w:t>
      </w:r>
      <w:r>
        <w:rPr>
          <w:b w:val="0"/>
          <w:i w:val="0"/>
        </w:rPr>
        <w:t xml:space="preserve"> họ. Là một nhà lãnh đạo theo con đường cao thượng, bạn cần chia sẻ cùng tư duy đó.</w:t>
      </w:r>
    </w:p>
    <w:p>
      <w:pPr>
        <w:pStyle w:val="Heading3"/>
      </w:pPr>
      <w:r>
        <w:rPr>
          <w:rFonts w:ascii="Calibri" w:hAnsi="Calibri"/>
          <w:b/>
          <w:i w:val="0"/>
          <w:sz w:val="26"/>
        </w:rPr>
        <w:t>5. "Tôi sẽ giúp bạn" — Phục vụ bằng lời nói và hành động</w:t>
      </w:r>
    </w:p>
    <w:p>
      <w:pPr>
        <w:spacing w:after="80"/>
      </w:pPr>
      <w:r>
        <w:rPr>
          <w:b w:val="0"/>
          <w:i w:val="0"/>
        </w:rPr>
        <w:t xml:space="preserve">Một trong những điều tốt nhất bạn có thể làm cho người khác là bước tới để giúp họ. Điều này đặc biệt quý giá khi bạn sẵn sàng là người </w:t>
      </w:r>
      <w:r>
        <w:rPr>
          <w:b w:val="0"/>
          <w:i/>
        </w:rPr>
        <w:t>đầu tiên</w:t>
      </w:r>
      <w:r>
        <w:rPr>
          <w:b w:val="0"/>
          <w:i w:val="0"/>
        </w:rPr>
        <w:t xml:space="preserve"> giúp đỡ, vì nó thể hiện bạn quan tâm đến mức nào và có ý nghĩa rất lớn đối với người được giúp. Tôi nói điều này vì tôi luôn nhớ những người đã là người đầu tiên giúp tôi trong cuộc đời:</w:t>
      </w:r>
    </w:p>
    <w:p>
      <w:pPr>
        <w:spacing w:after="80"/>
        <w:ind w:left="360"/>
      </w:pPr>
      <w:r>
        <w:t xml:space="preserve">• </w:t>
      </w:r>
      <w:r>
        <w:rPr>
          <w:b w:val="0"/>
          <w:i w:val="0"/>
        </w:rPr>
        <w:t>Margaret—Như tôi đã đề cập, vợ tôi đã làm ba công việc để tôi có thể dành toàn bộ thời gian và sự chú ý cho việc lãnh đạo hội thánh của mình trong nhà thờ đầu tiên.</w:t>
      </w:r>
    </w:p>
    <w:p>
      <w:pPr>
        <w:spacing w:after="80"/>
        <w:ind w:left="360"/>
      </w:pPr>
      <w:r>
        <w:t xml:space="preserve">• </w:t>
      </w:r>
      <w:r>
        <w:rPr>
          <w:b w:val="0"/>
          <w:i w:val="0"/>
        </w:rPr>
        <w:t>Elmer Towns—Ông đã đề nghị trở thành người cố vấn đầu tiên của tôi vì ông nhìn thấy tiềm năng ở tôi khi những người khác thì không. Hơn năm mươi năm sau, ông vẫn cố vấn cho tôi.</w:t>
      </w:r>
    </w:p>
    <w:p>
      <w:pPr>
        <w:spacing w:after="80"/>
        <w:ind w:left="360"/>
      </w:pPr>
      <w:r>
        <w:t xml:space="preserve">• </w:t>
      </w:r>
      <w:r>
        <w:rPr>
          <w:b w:val="0"/>
          <w:i w:val="0"/>
        </w:rPr>
        <w:t>Les Stobbe—Khi tôi quyết định trở thành một tác giả, Les đã chủ động liên hệ với tôi và đề nghị giúp đỡ. Giờ đây, sau chín mươi cuốn sách, tôi vẫn biết ơn vì Les đã đặt niềm tin vào một người mới vào nghề như tôi.</w:t>
      </w:r>
    </w:p>
    <w:p>
      <w:pPr>
        <w:spacing w:after="80"/>
        <w:ind w:left="360"/>
      </w:pPr>
      <w:r>
        <w:t xml:space="preserve">• </w:t>
      </w:r>
      <w:r>
        <w:rPr>
          <w:b w:val="0"/>
          <w:i w:val="0"/>
        </w:rPr>
        <w:t>Dick Peterson—Khi tôi khởi nghiệp công ty đầu tiên, Dick đã rời bỏ sự nghiệp đầy hứa hẹn tại IBM để dẫn dắt đội ngũ từ gara của mình. Ông đã gánh vác một phần trọng trách lớn lao cho tôi.</w:t>
      </w:r>
    </w:p>
    <w:p>
      <w:pPr>
        <w:spacing w:after="80"/>
        <w:ind w:left="360"/>
      </w:pPr>
      <w:r>
        <w:t xml:space="preserve">• </w:t>
      </w:r>
      <w:r>
        <w:rPr>
          <w:b w:val="0"/>
          <w:i w:val="0"/>
        </w:rPr>
        <w:t>Ban lãnh đạo EQUIP—Tổ chức phi lợi nhuận mà tôi thành lập năm 1996 có tầm nhìn lớn nhưng tài chính eo hẹp. Các thành viên ban lãnh đạo của tôi đã tự bỏ tiền túi để trang trải mọi chi phí, và chúng tôi đã cất cánh. Ban lãnh đạo ngày nay vẫn chi trả toàn bộ chi phí để 100 phần trăm mọi khoản quyên góp đều được dùng cho mục đích chính.</w:t>
      </w:r>
    </w:p>
    <w:p>
      <w:pPr>
        <w:spacing w:after="80"/>
        <w:ind w:left="360"/>
      </w:pPr>
      <w:r>
        <w:t xml:space="preserve">• </w:t>
      </w:r>
      <w:r>
        <w:rPr>
          <w:b w:val="0"/>
          <w:i w:val="0"/>
        </w:rPr>
        <w:t>Larry—Anh trai tôi đã cố vấn cho tôi về kinh doanh và các vấn đề tài chính, và đã giúp tôi đầu tư tiền để tôi có thể tập trung vào việc gia tăng giá trị cho mọi người.</w:t>
      </w:r>
    </w:p>
    <w:p>
      <w:pPr>
        <w:spacing w:after="80"/>
        <w:ind w:left="360"/>
      </w:pPr>
      <w:r>
        <w:t xml:space="preserve">• </w:t>
      </w:r>
      <w:r>
        <w:rPr>
          <w:b w:val="0"/>
          <w:i w:val="0"/>
        </w:rPr>
        <w:t>John Cage—Vị bác sĩ tim mạch này đã đề nghị giúp đỡ về y tế cho tôi nhiều tháng trước cơn đau tim của tôi, và nhờ vậy, mạng sống của tôi đã được cứu.</w:t>
      </w:r>
    </w:p>
    <w:p>
      <w:pPr>
        <w:spacing w:after="80"/>
        <w:ind w:left="360"/>
      </w:pPr>
      <w:r>
        <w:t xml:space="preserve">• </w:t>
      </w:r>
      <w:r>
        <w:rPr>
          <w:b w:val="0"/>
          <w:i w:val="0"/>
        </w:rPr>
        <w:t>Mark Cole—Anh ấy là người đầu tiên trấn an tôi bằng lời nói và hành động rằng tôi sẽ luôn là ưu tiên hàng đầu của anh ấy, và với tư cách là CEO của tất cả các công ty của chúng tôi, anh ấy đã chứng minh điều đó là đúng.</w:t>
      </w:r>
    </w:p>
    <w:p>
      <w:pPr>
        <w:spacing w:after="80"/>
        <w:ind w:left="360"/>
      </w:pPr>
      <w:r>
        <w:t xml:space="preserve">• </w:t>
      </w:r>
      <w:r>
        <w:rPr>
          <w:b w:val="0"/>
          <w:i w:val="0"/>
        </w:rPr>
        <w:t>Linda Eggers—Cô ấy là trợ lý điều hành đầu tiên nói rằng cô ấy sẽ gắn bó với tôi cho đến khi tôi nghỉ hưu. Ba mươi lăm năm sau, chúng tôi vẫn làm việc cùng nhau.</w:t>
      </w:r>
    </w:p>
    <w:p>
      <w:pPr>
        <w:spacing w:after="80"/>
        <w:ind w:left="360"/>
      </w:pPr>
      <w:r>
        <w:t xml:space="preserve">• </w:t>
      </w:r>
      <w:r>
        <w:rPr>
          <w:b w:val="0"/>
          <w:i w:val="0"/>
        </w:rPr>
        <w:t>Harvey Mackay—Trong bữa trưa, tôi đã chia sẻ với Harvey rằng trở thành thành viên của Horatio Alger nằm trong danh sách những điều tôi muốn làm trước khi qua đời. Harvey nói: "Tôi có thể biến điều đó thành hiện thực." Và ông ấy đã làm được!</w:t>
      </w:r>
    </w:p>
    <w:p>
      <w:pPr>
        <w:spacing w:after="80"/>
      </w:pPr>
      <w:r>
        <w:rPr>
          <w:b w:val="0"/>
          <w:i w:val="0"/>
        </w:rPr>
        <w:t>Tôi có thể viết đầy nhiều trang với tên của những người khác đã là những người đầu tiên giúp đỡ tôi. Và còn rất nhiều người khác mà tôi không biết tên. Tôi mang ơn rất nhiều người đã giúp đỡ tôi khi tôi cần. Với tư cách là một nhà lãnh đạo theo con đường cao thượng, bạn nên không ngừng suy nghĩ xem mình có thể phục vụ những người trong cuộc đời mình như thế nào. Bạn có thể trao cho họ kiểu giúp đỡ nào để thể hiện rằng bạn mong điều tốt đẹp nhất cho họ?</w:t>
      </w:r>
    </w:p>
    <w:p>
      <w:pPr>
        <w:pStyle w:val="Heading3"/>
      </w:pPr>
      <w:r>
        <w:rPr>
          <w:rFonts w:ascii="Calibri" w:hAnsi="Calibri"/>
          <w:b/>
          <w:i w:val="0"/>
          <w:sz w:val="26"/>
        </w:rPr>
        <w:t>6. "Tôi Sẽ Làm Điều Bạn Không Thể Làm Cho Chính Mình"—Mở Rộng Bằng Lời Nói và Hành Động</w:t>
      </w:r>
    </w:p>
    <w:p>
      <w:pPr>
        <w:spacing w:after="80"/>
      </w:pPr>
      <w:r>
        <w:rPr>
          <w:b w:val="0"/>
          <w:i w:val="0"/>
        </w:rPr>
        <w:t>Cách cuối cùng mà tôi đề xuất để bạn giúp người khác trải nghiệm điều tốt đẹp nhất là làm những việc cho người khác mà họ không thể tự làm cho chính mình. Thực hành này có lẽ là điều tôi thích làm với người khác nhất vì nó giúp mở rộng họ. Nhà thơ và nhà viết truyện ngụ ngôn John Bunyan đã nói: "Bạn chưa thực sự sống trong ngày hôm nay cho đến khi bạn làm được điều gì đó cho một người mà họ không bao giờ có thể đền đáp bạn." Tôi không thể đồng ý với ý tưởng đó hơn được nữa.</w:t>
      </w:r>
    </w:p>
    <w:p>
      <w:pPr>
        <w:spacing w:after="80"/>
      </w:pPr>
      <w:r>
        <w:rPr>
          <w:b w:val="0"/>
          <w:i w:val="0"/>
        </w:rPr>
        <w:t xml:space="preserve">Rất nhiều người đã làm những việc cho tôi mà tôi không thể tự làm cho chính mình vào giai đoạn đầu sự nghiệp. Khi tôi đang lãnh đạo nhà thờ đầu tiên của mình, anh trai tôi, Larry, đã trả tiền để tôi học các lớp kinh doanh tại Đại học Northwood. Khi tôi còn tương đối vô danh, Robert Schuller đã mời tôi thuyết giảng tại Crystal Cathedral, điều này đã mang lại cho tôi sự chú ý trên toàn quốc. Bill Bright đã đưa tôi vào một chương trình diễn thuyết cùng những tên tuổi lớn như Chuck Swindoll, Lloyd Ogilvie và Chuck Colson. Victor Oliver, biên tập viên của tôi tại Thomas Nelson, đã gợi ý cho tôi ý tưởng viết </w:t>
      </w:r>
      <w:r>
        <w:rPr>
          <w:b w:val="0"/>
          <w:i/>
        </w:rPr>
        <w:t>The 21 Irrefutable Laws of Leadership</w:t>
      </w:r>
      <w:r>
        <w:rPr>
          <w:b w:val="0"/>
          <w:i w:val="0"/>
        </w:rPr>
        <w:t xml:space="preserve">, cuốn sách đã trở thành sách bán chạy đầu tiên của tôi trên </w:t>
      </w:r>
      <w:r>
        <w:rPr>
          <w:b w:val="0"/>
          <w:i/>
        </w:rPr>
        <w:t>New York Times</w:t>
      </w:r>
      <w:r>
        <w:rPr>
          <w:b w:val="0"/>
          <w:i w:val="0"/>
        </w:rPr>
        <w:t>. Tôi có thể kể mãi không hết. Mỗi một trải nghiệm trong số này đều đã mở rộng tôi.</w:t>
      </w:r>
    </w:p>
    <w:p>
      <w:pPr>
        <w:spacing w:after="80"/>
      </w:pPr>
      <w:r>
        <w:rPr>
          <w:b w:val="0"/>
          <w:i w:val="0"/>
        </w:rPr>
        <w:t>Biết được tác động to lớn mà những trải nghiệm mở rộng đã mang lại cho mình, tôi đặt mục tiêu mang chúng đến cho người khác khi có thể. Ví dụ, Anne Beiler, người sáng lập thương hiệu bánh quy xoắn Auntie Anne's, nói với tôi rằng ước mơ của cô là được gặp Truett Cathy. Vì tôi quen biết gia đình Cathy, tôi đã sắp xếp một bữa tối tại nhà mình để cô có thể ngồi cùng ông và đặt câu hỏi. Khi tôi đang lên kế hoạch tổ chức sinh nhật lần thứ sáu mươi của mình, tôi quyết định rằng thay vì tổ chức một bữa tiệc lớn, tôi sẽ tổ chức một trải nghiệm mỗi tháng và mời một nhóm nhỏ bạn bè đi cùng tôi với tư cách khách mời. Năm đó chúng tôi chơi golf ở Ireland, dự Super Bowl, trải nghiệm NCAA Final Four và đến Kentucky Derby. Thật tuyệt vời. Và tôi đã tạo ra một sự kiện mà Maxwell Leadership tổ chức hằng năm có tên là Exchange. Nó được thiết kế để tạo ra những trải nghiệm mà mọi người không thể tự có được, như đi tàu hỏa riêng đến Lâu đài Windsor để dùng bữa với một thành viên hoàng gia hoặc tập đánh bóng tại Fenway Park ở Boston.</w:t>
      </w:r>
    </w:p>
    <w:p>
      <w:pPr>
        <w:spacing w:after="80"/>
      </w:pPr>
      <w:r>
        <w:rPr>
          <w:b w:val="0"/>
          <w:i w:val="0"/>
        </w:rPr>
        <w:t xml:space="preserve">Bạn có thể mang đến cho mọi người điều gì mà họ không thể tiếp cận bằng bất kỳ cách nào khác? Bạn biết ai mà họ nên biết? Bạn sở hữu kiến thức hay sự khôn ngoan nào mà bạn có thể chia sẻ với họ? Điều đó không nhất thiết phải tốn kém hay xa hoa. Bất cứ điều gì bạn sở hữu mà bạn có thể chia sẻ với người khác để nâng họ lên và giúp họ trở thành phiên bản tốt nhất của chính mình đều đáng để chia sẻ. Như nhà văn Beth Revis đã nói qua nhân vật chính trong tiểu thuyết khoa học viễn tưởng </w:t>
      </w:r>
      <w:r>
        <w:rPr>
          <w:b w:val="0"/>
          <w:i/>
        </w:rPr>
        <w:t>Across the Universe</w:t>
      </w:r>
      <w:r>
        <w:rPr>
          <w:b w:val="0"/>
          <w:i w:val="0"/>
        </w:rPr>
        <w:t xml:space="preserve"> của cô: "Quyền lực không phải là kiểm soát—quyền lực là sức mạnh, và trao sức mạnh đó cho người khác... Một nhà lãnh đạo là người sẵn sàng trao sức mạnh của mình cho người khác để họ có thể có sức mạnh đứng vững trên đôi chân của chính mình."</w:t>
      </w:r>
    </w:p>
    <w:p>
      <w:pPr>
        <w:spacing w:after="80"/>
      </w:pPr>
      <w:r>
        <w:rPr>
          <w:b w:val="0"/>
          <w:i w:val="0"/>
        </w:rPr>
        <w:t xml:space="preserve">Trong cuốn sách </w:t>
      </w:r>
      <w:r>
        <w:rPr>
          <w:b w:val="0"/>
          <w:i/>
        </w:rPr>
        <w:t>Winning With People</w:t>
      </w:r>
      <w:r>
        <w:rPr>
          <w:b w:val="0"/>
          <w:i w:val="0"/>
        </w:rPr>
        <w:t xml:space="preserve"> của tôi, tôi dạy rằng mọi người có thể truy nguyên những thành công và thất bại của mình về các mối quan hệ trong cuộc đời họ. Bạn có thấy điều đó đúng không? Những ngày tốt đẹp nhất và tồi tệ nhất của chúng ta đều liên quan đến con người. Có bao nhiêu trong số những ngày tồi tệ đó đến từ việc tương tác với những người theo con đường thấp kém? Có bao nhiêu trong số những ngày tốt đẹp nhất đến từ những người theo con đường cao thượng?</w:t>
      </w:r>
    </w:p>
    <w:p>
      <w:pPr>
        <w:spacing w:after="80"/>
      </w:pPr>
      <w:r>
        <w:rPr>
          <w:b w:val="0"/>
          <w:i w:val="0"/>
        </w:rPr>
        <w:t>Bạn biết mình đã ở bên những người sống theo con đường cao thượng khi họ…</w:t>
      </w:r>
    </w:p>
    <w:p>
      <w:pPr>
        <w:spacing w:after="80"/>
      </w:pPr>
      <w:r>
        <w:rPr>
          <w:b w:val="0"/>
          <w:i w:val="0"/>
        </w:rPr>
        <w:t>Gắn kết mọi người lại với nhau,</w:t>
      </w:r>
    </w:p>
    <w:p>
      <w:pPr>
        <w:spacing w:after="80"/>
      </w:pPr>
      <w:r>
        <w:rPr>
          <w:b w:val="0"/>
          <w:i w:val="0"/>
        </w:rPr>
        <w:t>Trân trọng tất cả mọi người,</w:t>
      </w:r>
    </w:p>
    <w:p>
      <w:pPr>
        <w:spacing w:after="80"/>
      </w:pPr>
      <w:r>
        <w:rPr>
          <w:b w:val="0"/>
          <w:i w:val="0"/>
        </w:rPr>
        <w:t>Ghi nhận tính người nơi họ,</w:t>
      </w:r>
    </w:p>
    <w:p>
      <w:pPr>
        <w:spacing w:after="80"/>
      </w:pPr>
      <w:r>
        <w:rPr>
          <w:b w:val="0"/>
          <w:i w:val="0"/>
        </w:rPr>
        <w:t>Làm những điều đúng vì những lý do đúng,</w:t>
      </w:r>
    </w:p>
    <w:p>
      <w:pPr>
        <w:spacing w:after="80"/>
      </w:pPr>
      <w:r>
        <w:rPr>
          <w:b w:val="0"/>
          <w:i w:val="0"/>
        </w:rPr>
        <w:t>Cho đi nhiều hơn nhận lại,</w:t>
      </w:r>
    </w:p>
    <w:p>
      <w:pPr>
        <w:spacing w:after="80"/>
      </w:pPr>
      <w:r>
        <w:rPr>
          <w:b w:val="0"/>
          <w:i w:val="0"/>
        </w:rPr>
        <w:t>Thể hiện năng lực cảm xúc,</w:t>
      </w:r>
    </w:p>
    <w:p>
      <w:pPr>
        <w:spacing w:after="80"/>
      </w:pPr>
      <w:r>
        <w:rPr>
          <w:b w:val="0"/>
          <w:i w:val="0"/>
        </w:rPr>
        <w:t>Đặt con người lên trên mục tiêu riêng của mình,</w:t>
      </w:r>
    </w:p>
    <w:p>
      <w:pPr>
        <w:spacing w:after="80"/>
      </w:pPr>
      <w:r>
        <w:rPr>
          <w:b w:val="0"/>
          <w:i w:val="0"/>
        </w:rPr>
        <w:t>Đón nhận sự chân thật,</w:t>
      </w:r>
    </w:p>
    <w:p>
      <w:pPr>
        <w:spacing w:after="80"/>
      </w:pPr>
      <w:r>
        <w:rPr>
          <w:b w:val="0"/>
          <w:i w:val="0"/>
        </w:rPr>
        <w:t>Chịu trách nhiệm về hành động của mình,</w:t>
      </w:r>
    </w:p>
    <w:p>
      <w:pPr>
        <w:spacing w:after="80"/>
      </w:pPr>
      <w:r>
        <w:rPr>
          <w:b w:val="0"/>
          <w:i w:val="0"/>
        </w:rPr>
        <w:t>Sống theo bức tranh lớn hơn,</w:t>
      </w:r>
    </w:p>
    <w:p>
      <w:pPr>
        <w:spacing w:after="80"/>
      </w:pPr>
      <w:r>
        <w:rPr>
          <w:b w:val="0"/>
          <w:i w:val="0"/>
        </w:rPr>
        <w:t>Tránh việc ghi sổ tính điểm, và</w:t>
      </w:r>
    </w:p>
    <w:p>
      <w:pPr>
        <w:spacing w:after="80"/>
      </w:pPr>
      <w:r>
        <w:rPr>
          <w:b w:val="0"/>
          <w:i w:val="0"/>
        </w:rPr>
        <w:t>Mong điều tốt nhất cho người khác.</w:t>
      </w:r>
    </w:p>
    <w:p>
      <w:pPr>
        <w:spacing w:after="80"/>
      </w:pPr>
      <w:r>
        <w:rPr>
          <w:b w:val="0"/>
          <w:i w:val="0"/>
        </w:rPr>
        <w:t>Đây chính là kiểu người khơi dậy điều tốt đẹp nhất trong mọi người xung quanh. Họ tạo nên sự khác biệt. Và khi những người sống theo con đường cao thượng này còn là những nhà lãnh đạo, thì sự khác biệt họ tạo ra là vô cùng lớn.</w:t>
      </w:r>
    </w:p>
    <w:p>
      <w:pPr>
        <w:spacing w:after="80"/>
      </w:pPr>
      <w:r>
        <w:rPr>
          <w:b w:val="0"/>
          <w:i w:val="0"/>
        </w:rPr>
        <w:t>Những nhà lãnh đạo sống theo con đường cao thượng đặt người khác lên trước bản thân. Họ sống vì điều tốt đẹp của người khác. Và đây là điều tuyệt vời: Triết gia Trung Quốc Khổng Tử đã nói: "Người muốn mang lại điều tốt đẹp cho người khác thì đã mang lại điều tốt đẹp cho chính mình rồi." Mong điều tốt nhất cho người khác sẽ luôn khơi dậy điều tốt đẹp nhất trong bạn!</w:t>
      </w:r>
    </w:p>
    <w:p>
      <w:pPr>
        <w:spacing w:after="80"/>
      </w:pPr>
      <w:r>
        <w:rPr>
          <w:b w:val="0"/>
          <w:i w:val="0"/>
        </w:rPr>
        <w:t>Vài năm trước, tôi đọc được những lời của vị thẩm phán quá cố Tòa án Tối cao Hoa Kỳ Sandra Day O'Connor. Thông điệp của bà, được bà gửi tới các sinh viên tốt nghiệp tại Đại học Stanford vào năm 2004, đã truyền cảm hứng để tôi viết nên cuốn sách này:</w:t>
      </w:r>
    </w:p>
    <w:p>
      <w:pPr>
        <w:spacing w:after="80"/>
      </w:pPr>
      <w:r>
        <w:rPr>
          <w:b w:val="0"/>
          <w:i w:val="0"/>
        </w:rPr>
        <w:t>Nếu chúng ta dồn hết tâm sức vào việc chia sẻ ý tưởng, tìm kiếm giải pháp và dùng những điều tốt đẹp của nước Mỹ để khắc phục những điều chưa ổn của nó, chúng ta có thể tạo nên sự khác biệt. Đất nước chúng ta cần những cây cầu, và những cây cầu được xây bởi những người hướng về tương lai và tận tâm giúp đỡ người khác. Tôi không biết tương lai sẽ ra sao, nhưng tôi biết ai nắm giữ tương lai: Đó là bạn.</w:t>
      </w:r>
    </w:p>
    <w:p>
      <w:pPr>
        <w:spacing w:after="80"/>
      </w:pPr>
      <w:r>
        <w:rPr>
          <w:b w:val="0"/>
          <w:i w:val="0"/>
        </w:rPr>
        <w:t>Những lời của bà vẫn còn nguyên giá trị hôm nay như cách đây hai thập kỷ. Tương lai thuộc về bạn. Tôi hy vọng và cầu nguyện rằng bạn sẽ chọn con đường cao thượng và dùng khả năng lãnh đạo của mình để làm cho gia đình, tổ chức, cộng đồng và đất nước của bạn trở nên tốt đẹp hơn. Đó là cách duy nhất để chúng ta có thể gắn kết mọi người lại với nhau trong một thế giới đầy chia rẽ.</w:t>
      </w:r>
    </w:p>
    <w:p>
      <w:pPr>
        <w:spacing w:after="80"/>
      </w:pPr>
      <w:r>
        <w:rPr>
          <w:b/>
          <w:i w:val="0"/>
        </w:rPr>
        <w:t>Con đường để mong điều tốt đẹp nhất cho người khác: SỰ CHỦ ĐÍCH</w:t>
      </w:r>
    </w:p>
    <w:p>
      <w:pPr>
        <w:spacing w:after="80"/>
      </w:pPr>
      <w:r>
        <w:rPr>
          <w:b w:val="0"/>
          <w:i w:val="0"/>
        </w:rPr>
        <w:t xml:space="preserve">Con đường để mong muốn và tạo ra điều tốt đẹp nhất cho người khác thực chất chính là con đường cho từng bước đi trên hành trình cao thượng, và đó là sự chủ đích. Không có nó thì chẳng có gì xảy ra cả. Bạn phải chủ động đi ra khỏi lối mòn của mình để mở đường cho người khác. Bạn phải có chủ đích trong việc thay đổi cách mình suy nghĩ, những lời mình nói và những hành động mình làm. Chúng ta có thể có chủ đích thức dậy mỗi sáng và tự hỏi: </w:t>
      </w:r>
      <w:r>
        <w:rPr>
          <w:b w:val="0"/>
          <w:i/>
        </w:rPr>
        <w:t>Mình có thể làm gì để mang lại điều tốt nhất cho người khác?</w:t>
      </w:r>
      <w:r>
        <w:rPr>
          <w:b w:val="0"/>
          <w:i w:val="0"/>
        </w:rPr>
        <w:t xml:space="preserve"> Chúng ta có thể sống mỗi ngày để nỗ lực làm điều tốt nhất cho người khác. Và rồi mỗi tối, chúng ta có thể tự hỏi: </w:t>
      </w:r>
      <w:r>
        <w:rPr>
          <w:b w:val="0"/>
          <w:i/>
        </w:rPr>
        <w:t>Hôm nay mình đã làm gì để mang lại điều tốt nhất cho người khác?</w:t>
      </w:r>
      <w:r>
        <w:rPr>
          <w:b w:val="0"/>
          <w:i w:val="0"/>
        </w:rPr>
        <w:t xml:space="preserve"> Nếu tất cả chúng ta đều làm những điều này, chúng ta có thể bước đi trên con đường cao thượng và làm cho thế giới trở thành một nơi tốt đẹp hơn.</w:t>
      </w:r>
    </w:p>
    <w:p>
      <w:pPr>
        <w:pStyle w:val="Heading1"/>
      </w:pPr>
      <w:r>
        <w:rPr>
          <w:rFonts w:ascii="Calibri" w:hAnsi="Calibri"/>
          <w:b/>
          <w:i w:val="0"/>
          <w:sz w:val="40"/>
        </w:rPr>
        <w:t>VỀ TÁC GIẢ</w:t>
      </w:r>
    </w:p>
    <w:p>
      <w:pPr>
        <w:jc w:val="center"/>
      </w:pPr>
      <w:r>
        <w:drawing>
          <wp:inline xmlns:a="http://schemas.openxmlformats.org/drawingml/2006/main" xmlns:pic="http://schemas.openxmlformats.org/drawingml/2006/picture">
            <wp:extent cx="2876550" cy="2857503"/>
            <wp:docPr id="3" name="Picture 3"/>
            <wp:cNvGraphicFramePr>
              <a:graphicFrameLocks noChangeAspect="1"/>
            </wp:cNvGraphicFramePr>
            <a:graphic>
              <a:graphicData uri="http://schemas.openxmlformats.org/drawingml/2006/picture">
                <pic:pic>
                  <pic:nvPicPr>
                    <pic:cNvPr id="0" name="author.jpg"/>
                    <pic:cNvPicPr/>
                  </pic:nvPicPr>
                  <pic:blipFill>
                    <a:blip r:embed="rId11"/>
                    <a:stretch>
                      <a:fillRect/>
                    </a:stretch>
                  </pic:blipFill>
                  <pic:spPr>
                    <a:xfrm>
                      <a:off x="0" y="0"/>
                      <a:ext cx="2876550" cy="2857503"/>
                    </a:xfrm>
                    <a:prstGeom prst="rect"/>
                  </pic:spPr>
                </pic:pic>
              </a:graphicData>
            </a:graphic>
          </wp:inline>
        </w:drawing>
      </w:r>
    </w:p>
    <w:p>
      <w:pPr>
        <w:spacing w:after="80"/>
      </w:pPr>
      <w:r>
        <w:rPr>
          <w:b w:val="0"/>
          <w:i w:val="0"/>
        </w:rPr>
        <w:t xml:space="preserve">JOHN C. MAXWELL LÀ TÁC GIẢ SÁCH BÁN CHẠY SỐ 1 CỦA </w:t>
      </w:r>
      <w:r>
        <w:rPr>
          <w:b w:val="0"/>
          <w:i/>
        </w:rPr>
        <w:t>NEW YORK TIMES</w:t>
      </w:r>
      <w:r>
        <w:rPr>
          <w:b w:val="0"/>
          <w:i w:val="0"/>
        </w:rPr>
        <w:t>, diễn giả, huấn luyện viên và nhà lãnh đạo, người đã bán được hơn ba mươi sáu triệu cuốn sách bằng năm mươi thứ tiếng. Ông là người sáng lập Maxwell Leadership®—tổ chức phát triển năng lực lãnh đạo được tạo ra để mở rộng tầm ảnh hưởng của các nguyên tắc giúp mọi người dẫn dắt những thay đổi mạnh mẽ và tích cực. Sách và chương trình của Maxwell đã được dịch sang bảy mươi thứ tiếng và được dùng để đào tạo hàng chục triệu nhà lãnh đạo ở mọi quốc gia. Công việc của ông còn bao gồm cả Maxwell Leadership Foundation và EQUIP, những tổ chức phi lợi nhuận đã tác động đến hàng triệu người lớn và thanh thiếu niên trên khắp thế giới thông qua chương trình đào tạo lãnh đạo dựa trên giá trị và lấy con người làm trung tâm.</w:t>
      </w:r>
    </w:p>
    <w:p>
      <w:pPr>
        <w:spacing w:after="80"/>
      </w:pPr>
      <w:r>
        <w:rPr>
          <w:b w:val="0"/>
          <w:i w:val="0"/>
        </w:rPr>
        <w:t xml:space="preserve">John đã được Hiệp hội Quản lý Hoa Kỳ (American Management Association) công nhận là nhà lãnh đạo số 1 trong kinh doanh và là chuyên gia lãnh đạo có tầm ảnh hưởng nhất thế giới bởi cả </w:t>
      </w:r>
      <w:r>
        <w:rPr>
          <w:b w:val="0"/>
          <w:i/>
        </w:rPr>
        <w:t>Business Insider</w:t>
      </w:r>
      <w:r>
        <w:rPr>
          <w:b w:val="0"/>
          <w:i w:val="0"/>
        </w:rPr>
        <w:t xml:space="preserve"> và </w:t>
      </w:r>
      <w:r>
        <w:rPr>
          <w:b w:val="0"/>
          <w:i/>
        </w:rPr>
        <w:t>Inc. Magazine</w:t>
      </w:r>
      <w:r>
        <w:rPr>
          <w:b w:val="0"/>
          <w:i w:val="0"/>
        </w:rPr>
        <w:t>. Ông là người nhận Giải thưởng Horatio Alger và Giải thưởng Mẹ Teresa vì Hòa bình và Lãnh đạo Toàn cầu từ Luminary Leadership Network.</w:t>
      </w:r>
    </w:p>
    <w:p>
      <w:pPr>
        <w:spacing w:after="80"/>
      </w:pPr>
      <w:r>
        <w:rPr>
          <w:b w:val="0"/>
          <w:i w:val="0"/>
        </w:rPr>
        <w:t>Maxwell và công việc của Maxwell Leadership tiếp tục ảnh hưởng đến các cá nhân và tổ chức trên toàn thế giới—từ các CEO của Fortune 500 và các nhà lãnh đạo quốc gia đến các doanh nhân và những nhà lãnh đạo của ngày mai. Để biết thêm thông tin về ông và Maxwell Leadership, hãy truy cập maxwellleadership.com.</w:t>
      </w:r>
    </w:p>
    <w:p>
      <w:pPr>
        <w:spacing w:after="80"/>
      </w:pPr>
      <w:r>
        <w:rPr>
          <w:b w:val="0"/>
          <w:i w:val="0"/>
        </w:rPr>
        <w:t>ĐỂ BIẾT THÊM THÔNG TIN, HÃY TRUY CẬP</w:t>
      </w:r>
    </w:p>
    <w:p>
      <w:pPr>
        <w:spacing w:after="80"/>
      </w:pPr>
      <w:r>
        <w:rPr>
          <w:b w:val="0"/>
          <w:i w:val="0"/>
        </w:rPr>
        <w:t>MAXWELLLEADERSHIP.COM</w:t>
      </w:r>
    </w:p>
    <w:p>
      <w:pPr>
        <w:jc w:val="center"/>
      </w:pPr>
      <w:r>
        <w:drawing>
          <wp:inline xmlns:a="http://schemas.openxmlformats.org/drawingml/2006/main" xmlns:pic="http://schemas.openxmlformats.org/drawingml/2006/picture">
            <wp:extent cx="1190625" cy="523875"/>
            <wp:docPr id="4" name="Picture 4"/>
            <wp:cNvGraphicFramePr>
              <a:graphicFrameLocks noChangeAspect="1"/>
            </wp:cNvGraphicFramePr>
            <a:graphic>
              <a:graphicData uri="http://schemas.openxmlformats.org/drawingml/2006/picture">
                <pic:pic>
                  <pic:nvPicPr>
                    <pic:cNvPr id="0" name="logo02.jpg"/>
                    <pic:cNvPicPr/>
                  </pic:nvPicPr>
                  <pic:blipFill>
                    <a:blip r:embed="rId12"/>
                    <a:stretch>
                      <a:fillRect/>
                    </a:stretch>
                  </pic:blipFill>
                  <pic:spPr>
                    <a:xfrm>
                      <a:off x="0" y="0"/>
                      <a:ext cx="1190625" cy="523875"/>
                    </a:xfrm>
                    <a:prstGeom prst="rect"/>
                  </pic:spPr>
                </pic:pic>
              </a:graphicData>
            </a:graphic>
          </wp:inline>
        </w:drawing>
      </w:r>
    </w:p>
    <w:p>
      <w:pPr>
        <w:jc w:val="center"/>
      </w:pPr>
      <w:r>
        <w:drawing>
          <wp:inline xmlns:a="http://schemas.openxmlformats.org/drawingml/2006/main" xmlns:pic="http://schemas.openxmlformats.org/drawingml/2006/picture">
            <wp:extent cx="533400" cy="571500"/>
            <wp:docPr id="5" name="Picture 5"/>
            <wp:cNvGraphicFramePr>
              <a:graphicFrameLocks noChangeAspect="1"/>
            </wp:cNvGraphicFramePr>
            <a:graphic>
              <a:graphicData uri="http://schemas.openxmlformats.org/drawingml/2006/picture">
                <pic:pic>
                  <pic:nvPicPr>
                    <pic:cNvPr id="0" name="logo01.jpg"/>
                    <pic:cNvPicPr/>
                  </pic:nvPicPr>
                  <pic:blipFill>
                    <a:blip r:embed="rId13"/>
                    <a:stretch>
                      <a:fillRect/>
                    </a:stretch>
                  </pic:blipFill>
                  <pic:spPr>
                    <a:xfrm>
                      <a:off x="0" y="0"/>
                      <a:ext cx="533400" cy="571500"/>
                    </a:xfrm>
                    <a:prstGeom prst="rect"/>
                  </pic:spPr>
                </pic:pic>
              </a:graphicData>
            </a:graphic>
          </wp:inline>
        </w:drawing>
      </w:r>
    </w:p>
    <w:p>
      <w:pPr>
        <w:spacing w:after="80"/>
      </w:pPr>
      <w:r>
        <w:rPr>
          <w:b w:val="0"/>
          <w:i w:val="0"/>
        </w:rPr>
        <w:t>WWW.FOREFRONTBOOKS.COM</w:t>
      </w:r>
    </w:p>
    <w:p>
      <w:pPr>
        <w:jc w:val="center"/>
      </w:pPr>
      <w:r>
        <w:drawing>
          <wp:inline xmlns:a="http://schemas.openxmlformats.org/drawingml/2006/main" xmlns:pic="http://schemas.openxmlformats.org/drawingml/2006/picture">
            <wp:extent cx="5028233" cy="8229599"/>
            <wp:docPr id="6" name="Picture 6"/>
            <wp:cNvGraphicFramePr>
              <a:graphicFrameLocks noChangeAspect="1"/>
            </wp:cNvGraphicFramePr>
            <a:graphic>
              <a:graphicData uri="http://schemas.openxmlformats.org/drawingml/2006/picture">
                <pic:pic>
                  <pic:nvPicPr>
                    <pic:cNvPr id="0" name="f0234-01.jpg"/>
                    <pic:cNvPicPr/>
                  </pic:nvPicPr>
                  <pic:blipFill>
                    <a:blip r:embed="rId14"/>
                    <a:stretch>
                      <a:fillRect/>
                    </a:stretch>
                  </pic:blipFill>
                  <pic:spPr>
                    <a:xfrm>
                      <a:off x="0" y="0"/>
                      <a:ext cx="5028233" cy="8229599"/>
                    </a:xfrm>
                    <a:prstGeom prst="rect"/>
                  </pic:spPr>
                </pic:pic>
              </a:graphicData>
            </a:graphic>
          </wp:inline>
        </w:drawing>
      </w:r>
    </w:p>
    <w:p>
      <w:pPr>
        <w:jc w:val="center"/>
      </w:pPr>
      <w:r>
        <w:drawing>
          <wp:inline xmlns:a="http://schemas.openxmlformats.org/drawingml/2006/main" xmlns:pic="http://schemas.openxmlformats.org/drawingml/2006/picture">
            <wp:extent cx="5031713" cy="8229600"/>
            <wp:docPr id="7" name="Picture 7"/>
            <wp:cNvGraphicFramePr>
              <a:graphicFrameLocks noChangeAspect="1"/>
            </wp:cNvGraphicFramePr>
            <a:graphic>
              <a:graphicData uri="http://schemas.openxmlformats.org/drawingml/2006/picture">
                <pic:pic>
                  <pic:nvPicPr>
                    <pic:cNvPr id="0" name="f0235-01.jpg"/>
                    <pic:cNvPicPr/>
                  </pic:nvPicPr>
                  <pic:blipFill>
                    <a:blip r:embed="rId15"/>
                    <a:stretch>
                      <a:fillRect/>
                    </a:stretch>
                  </pic:blipFill>
                  <pic:spPr>
                    <a:xfrm>
                      <a:off x="0" y="0"/>
                      <a:ext cx="5031713" cy="8229600"/>
                    </a:xfrm>
                    <a:prstGeom prst="rect"/>
                  </pic:spPr>
                </pic:pic>
              </a:graphicData>
            </a:graphic>
          </wp:inline>
        </w:drawing>
      </w:r>
    </w:p>
    <w:p>
      <w:pPr>
        <w:jc w:val="center"/>
      </w:pPr>
      <w:r>
        <w:drawing>
          <wp:inline xmlns:a="http://schemas.openxmlformats.org/drawingml/2006/main" xmlns:pic="http://schemas.openxmlformats.org/drawingml/2006/picture">
            <wp:extent cx="5031713" cy="8229600"/>
            <wp:docPr id="8" name="Picture 8"/>
            <wp:cNvGraphicFramePr>
              <a:graphicFrameLocks noChangeAspect="1"/>
            </wp:cNvGraphicFramePr>
            <a:graphic>
              <a:graphicData uri="http://schemas.openxmlformats.org/drawingml/2006/picture">
                <pic:pic>
                  <pic:nvPicPr>
                    <pic:cNvPr id="0" name="f0236-01.jpg"/>
                    <pic:cNvPicPr/>
                  </pic:nvPicPr>
                  <pic:blipFill>
                    <a:blip r:embed="rId16"/>
                    <a:stretch>
                      <a:fillRect/>
                    </a:stretch>
                  </pic:blipFill>
                  <pic:spPr>
                    <a:xfrm>
                      <a:off x="0" y="0"/>
                      <a:ext cx="5031713" cy="8229600"/>
                    </a:xfrm>
                    <a:prstGeom prst="rect"/>
                  </pic:spPr>
                </pic:pic>
              </a:graphicData>
            </a:graphic>
          </wp:inline>
        </w:drawing>
      </w:r>
    </w:p>
    <w:p>
      <w:pPr>
        <w:pStyle w:val="Heading1"/>
      </w:pPr>
      <w:r>
        <w:rPr>
          <w:rFonts w:ascii="Calibri" w:hAnsi="Calibri"/>
          <w:b/>
          <w:i w:val="0"/>
          <w:sz w:val="40"/>
        </w:rPr>
        <w:t>GHI CHÚ</w:t>
      </w:r>
    </w:p>
    <w:p>
      <w:pPr>
        <w:spacing w:after="80"/>
        <w:ind w:left="360"/>
      </w:pPr>
      <w:r>
        <w:rPr>
          <w:b w:val="0"/>
          <w:i w:val="0"/>
        </w:rPr>
        <w:t>1 Lee Rainie, Scott Keeter, và Andrew Perrin, "Trust and Distrust in America," Pew Research Center, 22 tháng 7, 2019, https://www.pewresearch.org/politics/wp-content/uploads/sites/4/2019/07/PEW-RESEARCH-CENTER_TRUST-DISTRUST-IN-AMERICA-REPORT_2019-07-22-1.pdf, 40.</w:t>
      </w:r>
    </w:p>
    <w:p>
      <w:pPr>
        <w:spacing w:after="80"/>
        <w:ind w:left="360"/>
      </w:pPr>
      <w:r>
        <w:rPr>
          <w:b w:val="0"/>
          <w:i w:val="0"/>
        </w:rPr>
        <w:t>2 Maya Angelou, Facebook, 18 tháng 7, 2016, https://www.facebook.com/MayaAngelou/photos/hate-it-has-caused-a-lot-of-problems-in-the-world-but-has-not-solved-one-yet-may/10154668897994796/.</w:t>
      </w:r>
    </w:p>
    <w:p>
      <w:pPr>
        <w:spacing w:after="80"/>
        <w:ind w:left="360"/>
      </w:pPr>
      <w:r>
        <w:rPr>
          <w:b w:val="0"/>
          <w:i w:val="0"/>
        </w:rPr>
        <w:t>3 JB Pritzker, "'Would an Idiot Do That': JB Pritzker's 'The Office' Commencement Speech at Northwestern University," 12 tháng 6, 2023, Politics Etc., video YouTube, https://www.youtube.com/watch?v</w:t>
      </w:r>
      <w:r>
        <w:rPr>
          <w:rFonts w:ascii="Consolas" w:hAnsi="Consolas"/>
          <w:b w:val="0"/>
          <w:i w:val="0"/>
          <w:sz w:val="20"/>
        </w:rPr>
        <w:t>=uWPFDpOJEME</w:t>
      </w:r>
      <w:r>
        <w:rPr>
          <w:b w:val="0"/>
          <w:i w:val="0"/>
        </w:rPr>
        <w:t>.</w:t>
      </w:r>
    </w:p>
    <w:p>
      <w:pPr>
        <w:spacing w:after="80"/>
        <w:ind w:left="360"/>
      </w:pPr>
      <w:r>
        <w:rPr>
          <w:b w:val="0"/>
          <w:i w:val="0"/>
        </w:rPr>
        <w:t>4 Megan Brenan và Nicole Willcoxon, "Record-High 50% of Americans Rate U.S. Moral Values as 'Poor,'" Gallup, 15 tháng 6, 2022, https://news.gallup.com/poll/393659/record-high-americans-rate-moral-values-poor.aspx.</w:t>
      </w:r>
    </w:p>
    <w:p>
      <w:pPr>
        <w:spacing w:after="80"/>
        <w:ind w:left="360"/>
      </w:pPr>
      <w:r>
        <w:rPr>
          <w:b w:val="0"/>
          <w:i w:val="0"/>
        </w:rPr>
        <w:t xml:space="preserve">5 Bill Haslam, </w:t>
      </w:r>
      <w:r>
        <w:rPr>
          <w:b w:val="0"/>
          <w:i/>
        </w:rPr>
        <w:t>Hiện Diện Trung Tín: Lời Hứa và Hiểm Nguy của Đức Tin nơi Công Cộng</w:t>
      </w:r>
      <w:r>
        <w:rPr>
          <w:b w:val="0"/>
          <w:i w:val="0"/>
        </w:rPr>
        <w:t xml:space="preserve"> (Nashville: Nelson Books, 2021), Kindle, 53 trên 221.</w:t>
      </w:r>
    </w:p>
    <w:p>
      <w:pPr>
        <w:spacing w:after="80"/>
        <w:ind w:left="360"/>
      </w:pPr>
      <w:r>
        <w:rPr>
          <w:b w:val="0"/>
          <w:i w:val="0"/>
        </w:rPr>
        <w:t>6 Xuất Ê-díp-tô Ký 21:23–25 NIV.</w:t>
      </w:r>
    </w:p>
    <w:p>
      <w:pPr>
        <w:spacing w:after="80"/>
        <w:ind w:left="360"/>
      </w:pPr>
      <w:r>
        <w:rPr>
          <w:b w:val="0"/>
          <w:i w:val="0"/>
        </w:rPr>
        <w:t>7 Được cho là của Gandhi, nhưng không tìm thấy nguồn tham chiếu cụ thể, "An Eye for An Eye Will Make the Whole World Blind," Quote Investigator, ngày 27 tháng 12 năm 2010, https://quoteinvestigator.com/2010/12/27/eye-for-eye-blind.</w:t>
      </w:r>
    </w:p>
    <w:p>
      <w:pPr>
        <w:spacing w:after="80"/>
        <w:ind w:left="360"/>
      </w:pPr>
      <w:r>
        <w:rPr>
          <w:b w:val="0"/>
          <w:i w:val="0"/>
        </w:rPr>
        <w:t xml:space="preserve">8 </w:t>
      </w:r>
      <w:r>
        <w:rPr>
          <w:b w:val="0"/>
          <w:i/>
        </w:rPr>
        <w:t>Cambridge Advanced Learner's Dictionary and Thesaurus,</w:t>
      </w:r>
      <w:r>
        <w:rPr>
          <w:b w:val="0"/>
          <w:i w:val="0"/>
        </w:rPr>
        <w:t xml:space="preserve"> mục từ "take the high road," truy cập ngày 13 tháng 7 năm 2023, https://dictionary.cambridge.org/us/dictionary/english/take-the-high-road.</w:t>
      </w:r>
    </w:p>
    <w:p>
      <w:pPr>
        <w:spacing w:after="80"/>
        <w:ind w:left="360"/>
      </w:pPr>
      <w:r>
        <w:rPr>
          <w:b w:val="0"/>
          <w:i w:val="0"/>
        </w:rPr>
        <w:t xml:space="preserve">9 Marilyn Gist, </w:t>
      </w:r>
      <w:r>
        <w:rPr>
          <w:b w:val="0"/>
          <w:i/>
        </w:rPr>
        <w:t>Sức Mạnh Phi Thường của Sự Khiêm Nhường nơi Người Lãnh Đạo: Những Tổ Chức Phát Triển Mạnh—Kết Quả Tuyệt Vời</w:t>
      </w:r>
      <w:r>
        <w:rPr>
          <w:b w:val="0"/>
          <w:i w:val="0"/>
        </w:rPr>
        <w:t xml:space="preserve"> (Oakland, CA: Berrett-Koehler Publishers, 2020), 32.</w:t>
      </w:r>
    </w:p>
    <w:p>
      <w:pPr>
        <w:spacing w:after="80"/>
        <w:ind w:left="360"/>
      </w:pPr>
      <w:r>
        <w:rPr>
          <w:b w:val="0"/>
          <w:i w:val="0"/>
        </w:rPr>
        <w:t xml:space="preserve">10 C. S. Lewis, </w:t>
      </w:r>
      <w:r>
        <w:rPr>
          <w:b w:val="0"/>
          <w:i/>
        </w:rPr>
        <w:t>Sức Nặng của Vinh Quang: Và Những Bài Diễn Văn Khác</w:t>
      </w:r>
      <w:r>
        <w:rPr>
          <w:b w:val="0"/>
          <w:i w:val="0"/>
        </w:rPr>
        <w:t xml:space="preserve"> (New York: Harper Collins, 2009), Kindle, 46 trên 193.</w:t>
      </w:r>
    </w:p>
    <w:p>
      <w:pPr>
        <w:spacing w:after="80"/>
        <w:ind w:left="360"/>
      </w:pPr>
      <w:r>
        <w:rPr>
          <w:b w:val="0"/>
          <w:i w:val="0"/>
        </w:rPr>
        <w:t xml:space="preserve">11 Ed Mylett và Jamie Kern Lima, "THIS Will Change Your Life w/ Jamie Kern Lima + HUGE Announcement!!!," ngày 20 tháng 6 năm 2023, trong </w:t>
      </w:r>
      <w:r>
        <w:rPr>
          <w:b w:val="0"/>
          <w:i/>
        </w:rPr>
        <w:t>The Ed Mylett Show</w:t>
      </w:r>
      <w:r>
        <w:rPr>
          <w:b w:val="0"/>
          <w:i w:val="0"/>
        </w:rPr>
        <w:t>, podcast, https://www.edmylett.com/podcast/jamie-kern-lima-changeyourlife.</w:t>
      </w:r>
    </w:p>
    <w:p>
      <w:pPr>
        <w:spacing w:after="80"/>
        <w:ind w:left="360"/>
      </w:pPr>
      <w:r>
        <w:rPr>
          <w:b w:val="0"/>
          <w:i w:val="0"/>
        </w:rPr>
        <w:t xml:space="preserve">12 Gist, </w:t>
      </w:r>
      <w:r>
        <w:rPr>
          <w:b w:val="0"/>
          <w:i/>
        </w:rPr>
        <w:t>Sức Mạnh Phi Thường của Sự Khiêm Nhường nơi Người Lãnh Đạo,</w:t>
      </w:r>
      <w:r>
        <w:rPr>
          <w:b w:val="0"/>
          <w:i w:val="0"/>
        </w:rPr>
        <w:t xml:space="preserve"> 24.</w:t>
      </w:r>
    </w:p>
    <w:p>
      <w:pPr>
        <w:spacing w:after="80"/>
        <w:ind w:left="360"/>
      </w:pPr>
      <w:r>
        <w:rPr>
          <w:b w:val="0"/>
          <w:i w:val="0"/>
        </w:rPr>
        <w:t>13 Gist, 154.</w:t>
      </w:r>
    </w:p>
    <w:p>
      <w:pPr>
        <w:spacing w:after="80"/>
        <w:ind w:left="360"/>
      </w:pPr>
      <w:r>
        <w:rPr>
          <w:b w:val="0"/>
          <w:i w:val="0"/>
        </w:rPr>
        <w:t xml:space="preserve">14 Samuel Chand, "Người Khác Trước Tiên," </w:t>
      </w:r>
      <w:r>
        <w:rPr>
          <w:b w:val="0"/>
          <w:i/>
        </w:rPr>
        <w:t>AVAIL</w:t>
      </w:r>
      <w:r>
        <w:rPr>
          <w:b w:val="0"/>
          <w:i w:val="0"/>
        </w:rPr>
        <w:t>, Mùa Hè 2023, 4, https://www.flipsnack.com/availleadership/avail-journal-issue-14-jermone-glenn.html.</w:t>
      </w:r>
    </w:p>
    <w:p>
      <w:pPr>
        <w:spacing w:after="80"/>
        <w:ind w:left="360"/>
      </w:pPr>
      <w:r>
        <w:rPr>
          <w:b w:val="0"/>
          <w:i w:val="0"/>
        </w:rPr>
        <w:t>15 Nguồn gốc không rõ.</w:t>
      </w:r>
    </w:p>
    <w:p>
      <w:pPr>
        <w:spacing w:after="80"/>
        <w:ind w:left="360"/>
      </w:pPr>
      <w:r>
        <w:rPr>
          <w:b w:val="0"/>
          <w:i w:val="0"/>
        </w:rPr>
        <w:t xml:space="preserve">16 Phỏng theo Nguồn Không Rõ, "Isn't It Funny," </w:t>
      </w:r>
      <w:r>
        <w:rPr>
          <w:b w:val="0"/>
          <w:i/>
        </w:rPr>
        <w:t>Personnel Information Bulletin</w:t>
      </w:r>
      <w:r>
        <w:rPr>
          <w:b w:val="0"/>
          <w:i w:val="0"/>
        </w:rPr>
        <w:t>, Veterans Administration, tháng 8 năm 1956, 19-20, https://www.google.com/books/edition/Personnel_Information_Bulletin/5br6sX_Z1M0C?hl</w:t>
      </w:r>
      <w:r>
        <w:rPr>
          <w:rFonts w:ascii="Consolas" w:hAnsi="Consolas"/>
          <w:b w:val="0"/>
          <w:i w:val="0"/>
          <w:sz w:val="20"/>
        </w:rPr>
        <w:t>=en&amp;gbpv=1&amp;dq=</w:t>
      </w:r>
      <w:r>
        <w:rPr>
          <w:b w:val="0"/>
          <w:i w:val="0"/>
        </w:rPr>
        <w:t>.</w:t>
      </w:r>
    </w:p>
    <w:p>
      <w:pPr>
        <w:spacing w:after="80"/>
        <w:ind w:left="360"/>
      </w:pPr>
      <w:r>
        <w:rPr>
          <w:b w:val="0"/>
          <w:i w:val="0"/>
        </w:rPr>
        <w:t>17 Dan Witters, "Tỷ Lệ Trầm Cảm tại Hoa Kỳ Đạt Mức Cao Mới," Gallup, ngày 17 tháng 5 năm 2023, https://news.gallup.com/poll/505745/depression-rates-reach-new-highs.aspx.</w:t>
      </w:r>
    </w:p>
    <w:p>
      <w:pPr>
        <w:spacing w:after="80"/>
        <w:ind w:left="360"/>
      </w:pPr>
      <w:r>
        <w:rPr>
          <w:b w:val="0"/>
          <w:i w:val="0"/>
        </w:rPr>
        <w:t>18 "Các Sự Thật và Số Liệu về Trầm Cảm," Anxiety and Depression Association of America, ngày 2 tháng 11 năm 2020, https://adaa.org/understanding-anxiety/depression/facts-statistics.</w:t>
      </w:r>
    </w:p>
    <w:p>
      <w:pPr>
        <w:spacing w:after="80"/>
        <w:ind w:left="360"/>
      </w:pPr>
      <w:r>
        <w:rPr>
          <w:b w:val="0"/>
          <w:i w:val="0"/>
        </w:rPr>
        <w:t xml:space="preserve">19 Kristin Neff, </w:t>
      </w:r>
      <w:r>
        <w:rPr>
          <w:b w:val="0"/>
          <w:i/>
        </w:rPr>
        <w:t>Tự Thương Mình: Sức Mạnh Đã Được Chứng Minh của Việc Tử Tế với Chính Mình</w:t>
      </w:r>
      <w:r>
        <w:rPr>
          <w:b w:val="0"/>
          <w:i w:val="0"/>
        </w:rPr>
        <w:t xml:space="preserve"> (New York: Harper Collins, 2021), Kindle, 749 trên 5293.</w:t>
      </w:r>
    </w:p>
    <w:p>
      <w:pPr>
        <w:spacing w:after="80"/>
        <w:ind w:left="360"/>
      </w:pPr>
      <w:r>
        <w:rPr>
          <w:b w:val="0"/>
          <w:i w:val="0"/>
        </w:rPr>
        <w:t xml:space="preserve">20 Không rõ tác giả, Kim Gayner, </w:t>
      </w:r>
      <w:r>
        <w:rPr>
          <w:b w:val="0"/>
          <w:i/>
        </w:rPr>
        <w:t>Thực Tại 101: Cẩm Nang "Nhất Định Phải Có" về Cuộc Sống và Sổ Tay Sinh Tồn Kỹ Năng Sống</w:t>
      </w:r>
      <w:r>
        <w:rPr>
          <w:b w:val="0"/>
          <w:i w:val="0"/>
        </w:rPr>
        <w:t xml:space="preserve"> (Victoria, BC, Canada: Trafford, 2010), 260.</w:t>
      </w:r>
    </w:p>
    <w:p>
      <w:pPr>
        <w:spacing w:after="80"/>
        <w:ind w:left="360"/>
      </w:pPr>
      <w:r>
        <w:rPr>
          <w:b w:val="0"/>
          <w:i w:val="0"/>
        </w:rPr>
        <w:t xml:space="preserve">21 Jennifer Porter, “How to Move from Self-Awareness to Self-Improvement,” </w:t>
      </w:r>
      <w:r>
        <w:rPr>
          <w:b w:val="0"/>
          <w:i/>
        </w:rPr>
        <w:t>Harvard Business Review</w:t>
      </w:r>
      <w:r>
        <w:rPr>
          <w:b w:val="0"/>
          <w:i w:val="0"/>
        </w:rPr>
        <w:t>, ngày 19 tháng 6 năm 2019, https://hbr.org/2019/06/how-to-move-from-self-awareness-to-self-improvement.</w:t>
      </w:r>
    </w:p>
    <w:p>
      <w:pPr>
        <w:spacing w:after="80"/>
        <w:ind w:left="360"/>
      </w:pPr>
      <w:r>
        <w:rPr>
          <w:b w:val="0"/>
          <w:i w:val="0"/>
        </w:rPr>
        <w:t xml:space="preserve">22 Tasha Eurich, “What Self-Awareness Really Is (and How to Cultivate It), </w:t>
      </w:r>
      <w:r>
        <w:rPr>
          <w:b w:val="0"/>
          <w:i/>
        </w:rPr>
        <w:t>Harvard Business Review</w:t>
      </w:r>
      <w:r>
        <w:rPr>
          <w:b w:val="0"/>
          <w:i w:val="0"/>
        </w:rPr>
        <w:t>, ngày 4 tháng 1 năm 2018, https://hbr.org/2018/01/what-self-awareness-really-is-and-how-to-cultivate-it.</w:t>
      </w:r>
    </w:p>
    <w:p>
      <w:pPr>
        <w:spacing w:after="80"/>
        <w:ind w:left="360"/>
      </w:pPr>
      <w:r>
        <w:rPr>
          <w:b w:val="0"/>
          <w:i w:val="0"/>
        </w:rPr>
        <w:t>23 Eurich, “Self-Awareness.”</w:t>
      </w:r>
    </w:p>
    <w:p>
      <w:pPr>
        <w:spacing w:after="80"/>
        <w:ind w:left="360"/>
      </w:pPr>
      <w:r>
        <w:rPr>
          <w:b w:val="0"/>
          <w:i w:val="0"/>
        </w:rPr>
        <w:t>24 Eurich, “Self-Awareness.”</w:t>
      </w:r>
    </w:p>
    <w:p>
      <w:pPr>
        <w:spacing w:after="80"/>
        <w:ind w:left="360"/>
      </w:pPr>
      <w:r>
        <w:rPr>
          <w:b w:val="0"/>
          <w:i w:val="0"/>
        </w:rPr>
        <w:t xml:space="preserve">25 Gist, </w:t>
      </w:r>
      <w:r>
        <w:rPr>
          <w:b w:val="0"/>
          <w:i/>
        </w:rPr>
        <w:t>The Extraordinary Power of Leader Humility,</w:t>
      </w:r>
      <w:r>
        <w:rPr>
          <w:b w:val="0"/>
          <w:i w:val="0"/>
        </w:rPr>
        <w:t xml:space="preserve"> 20.</w:t>
      </w:r>
    </w:p>
    <w:p>
      <w:pPr>
        <w:spacing w:after="80"/>
        <w:ind w:left="360"/>
      </w:pPr>
      <w:r>
        <w:rPr>
          <w:b w:val="0"/>
          <w:i w:val="0"/>
        </w:rPr>
        <w:t xml:space="preserve">26 Kristin Wong, “Why Self-Compassion Beats Self-Confidence,” </w:t>
      </w:r>
      <w:r>
        <w:rPr>
          <w:b w:val="0"/>
          <w:i/>
        </w:rPr>
        <w:t>New York Times</w:t>
      </w:r>
      <w:r>
        <w:rPr>
          <w:b w:val="0"/>
          <w:i w:val="0"/>
        </w:rPr>
        <w:t>, ngày 28 tháng 12 năm 2017, https://www.nytimes.com/2017/12/28/smarter-living/why-self-compassion-beats-self-confidence.html.</w:t>
      </w:r>
    </w:p>
    <w:p>
      <w:pPr>
        <w:spacing w:after="80"/>
        <w:ind w:left="360"/>
      </w:pPr>
      <w:r>
        <w:rPr>
          <w:b w:val="0"/>
          <w:i w:val="0"/>
        </w:rPr>
        <w:t xml:space="preserve">27 Rob Dube, “What Leaders Can Learn from Self-Compassion,” </w:t>
      </w:r>
      <w:r>
        <w:rPr>
          <w:b w:val="0"/>
          <w:i/>
        </w:rPr>
        <w:t>Forbes</w:t>
      </w:r>
      <w:r>
        <w:rPr>
          <w:b w:val="0"/>
          <w:i w:val="0"/>
        </w:rPr>
        <w:t>, ngày 25 tháng 10 năm 2021, https://www.forbes.com/sites/robdube/2021/10/25/what-leaders-can-learn-from-self-compassion.</w:t>
      </w:r>
    </w:p>
    <w:p>
      <w:pPr>
        <w:spacing w:after="80"/>
        <w:ind w:left="360"/>
      </w:pPr>
      <w:r>
        <w:rPr>
          <w:b w:val="0"/>
          <w:i w:val="0"/>
        </w:rPr>
        <w:t>28 Eurich, “Self-Awareness.”</w:t>
      </w:r>
    </w:p>
    <w:p>
      <w:pPr>
        <w:spacing w:after="80"/>
        <w:ind w:left="360"/>
      </w:pPr>
      <w:r>
        <w:rPr>
          <w:b w:val="0"/>
          <w:i w:val="0"/>
        </w:rPr>
        <w:t xml:space="preserve">29 Stephanie Harrison, “What Does Self-Compassion Really Mean?” </w:t>
      </w:r>
      <w:r>
        <w:rPr>
          <w:b w:val="0"/>
          <w:i/>
        </w:rPr>
        <w:t>Harvard Business Review</w:t>
      </w:r>
      <w:r>
        <w:rPr>
          <w:b w:val="0"/>
          <w:i w:val="0"/>
        </w:rPr>
        <w:t>, ngày 12 tháng 12 năm 2022, https://hbr.org/2022/12/what-does-self-compassion-really-mean.</w:t>
      </w:r>
    </w:p>
    <w:p>
      <w:pPr>
        <w:spacing w:after="80"/>
        <w:ind w:left="360"/>
      </w:pPr>
      <w:r>
        <w:rPr>
          <w:b w:val="0"/>
          <w:i w:val="0"/>
        </w:rPr>
        <w:t>30 Wong, “Why Self-Compassion.”</w:t>
      </w:r>
    </w:p>
    <w:p>
      <w:pPr>
        <w:spacing w:after="80"/>
        <w:ind w:left="360"/>
      </w:pPr>
      <w:r>
        <w:rPr>
          <w:b w:val="0"/>
          <w:i w:val="0"/>
        </w:rPr>
        <w:t xml:space="preserve">31 Anne Gherini, “What a Self-Deprecating Sense of Humor Says About Your EQ,” </w:t>
      </w:r>
      <w:r>
        <w:rPr>
          <w:b w:val="0"/>
          <w:i/>
        </w:rPr>
        <w:t>Inc.</w:t>
      </w:r>
      <w:r>
        <w:rPr>
          <w:b w:val="0"/>
          <w:i w:val="0"/>
        </w:rPr>
        <w:t>, ngày 29 tháng 11 năm 2018, https://www.inc.com/anne-gherini/what-a-self-deprecating-sense-of-humor-says-about-your-eq.html.</w:t>
      </w:r>
    </w:p>
    <w:p>
      <w:pPr>
        <w:spacing w:after="80"/>
        <w:ind w:left="360"/>
      </w:pPr>
      <w:r>
        <w:rPr>
          <w:b w:val="0"/>
          <w:i w:val="0"/>
        </w:rPr>
        <w:t xml:space="preserve">32 Cindy Lamothe, “The Benefits of Laughing at Yourself, According to Science,” </w:t>
      </w:r>
      <w:r>
        <w:rPr>
          <w:b w:val="0"/>
          <w:i/>
        </w:rPr>
        <w:t>Shondaland</w:t>
      </w:r>
      <w:r>
        <w:rPr>
          <w:b w:val="0"/>
          <w:i w:val="0"/>
        </w:rPr>
        <w:t>, ngày 22 tháng 6 năm 2018, https://www.shondaland.com/live/a21755063/benefits-laughing-at-yourself-self-deprecation-science-psychology.</w:t>
      </w:r>
    </w:p>
    <w:p>
      <w:pPr>
        <w:spacing w:after="80"/>
        <w:ind w:left="360"/>
      </w:pPr>
      <w:r>
        <w:rPr>
          <w:b w:val="0"/>
          <w:i w:val="0"/>
        </w:rPr>
        <w:t xml:space="preserve">33 Adam Grant, “A Key to Better Leadership: Confident Humility,” </w:t>
      </w:r>
      <w:r>
        <w:rPr>
          <w:b w:val="0"/>
          <w:i/>
        </w:rPr>
        <w:t>Knowledge at Wharton</w:t>
      </w:r>
      <w:r>
        <w:rPr>
          <w:b w:val="0"/>
          <w:i w:val="0"/>
        </w:rPr>
        <w:t>, ngày 6 tháng 12 năm 2022, https://knowledge.wharton.upenn.edu/article/a-key-to-better-leadership-confident-humility.</w:t>
      </w:r>
    </w:p>
    <w:p>
      <w:pPr>
        <w:spacing w:after="80"/>
        <w:ind w:left="360"/>
      </w:pPr>
      <w:r>
        <w:rPr>
          <w:b w:val="0"/>
          <w:i w:val="0"/>
        </w:rPr>
        <w:t>34 Grant, “A Key to Better Leadership.”</w:t>
      </w:r>
    </w:p>
    <w:p>
      <w:pPr>
        <w:spacing w:after="80"/>
        <w:ind w:left="360"/>
      </w:pPr>
      <w:r>
        <w:rPr>
          <w:b w:val="0"/>
          <w:i w:val="0"/>
        </w:rPr>
        <w:t>35 Grant, “A Key to Better Leadership.”</w:t>
      </w:r>
    </w:p>
    <w:p>
      <w:pPr>
        <w:spacing w:after="80"/>
        <w:ind w:left="360"/>
      </w:pPr>
      <w:r>
        <w:rPr>
          <w:b w:val="0"/>
          <w:i w:val="0"/>
        </w:rPr>
        <w:t xml:space="preserve">36 Gist, </w:t>
      </w:r>
      <w:r>
        <w:rPr>
          <w:b w:val="0"/>
          <w:i/>
        </w:rPr>
        <w:t>The Extraordinary Power of Leader Humility,</w:t>
      </w:r>
      <w:r>
        <w:rPr>
          <w:b w:val="0"/>
          <w:i w:val="0"/>
        </w:rPr>
        <w:t xml:space="preserve"> 142.</w:t>
      </w:r>
    </w:p>
    <w:p>
      <w:pPr>
        <w:spacing w:after="80"/>
        <w:ind w:left="360"/>
      </w:pPr>
      <w:r>
        <w:rPr>
          <w:b w:val="0"/>
          <w:i w:val="0"/>
        </w:rPr>
        <w:t>37 Eurich, “Tự nhận thức.”</w:t>
      </w:r>
    </w:p>
    <w:p>
      <w:pPr>
        <w:spacing w:after="80"/>
        <w:ind w:left="360"/>
      </w:pPr>
      <w:r>
        <w:rPr>
          <w:b w:val="0"/>
          <w:i w:val="0"/>
        </w:rPr>
        <w:t xml:space="preserve">38 Rahm Emanuel, “Rahm Emanuel bàn về những cơ hội từ khủng hoảng,” </w:t>
      </w:r>
      <w:r>
        <w:rPr>
          <w:b w:val="0"/>
          <w:i/>
        </w:rPr>
        <w:t>Wall Street Journal</w:t>
      </w:r>
      <w:r>
        <w:rPr>
          <w:b w:val="0"/>
          <w:i w:val="0"/>
        </w:rPr>
        <w:t>, ngày 19 tháng 11 năm 2009, video YouTube, https://www.youtube.com/watch?v</w:t>
      </w:r>
      <w:r>
        <w:rPr>
          <w:rFonts w:ascii="Consolas" w:hAnsi="Consolas"/>
          <w:b w:val="0"/>
          <w:i w:val="0"/>
          <w:sz w:val="20"/>
        </w:rPr>
        <w:t>=_mzcbXi1Tkk</w:t>
      </w:r>
      <w:r>
        <w:rPr>
          <w:b w:val="0"/>
          <w:i w:val="0"/>
        </w:rPr>
        <w:t>.</w:t>
      </w:r>
    </w:p>
    <w:p>
      <w:pPr>
        <w:spacing w:after="80"/>
        <w:ind w:left="360"/>
      </w:pPr>
      <w:r>
        <w:rPr>
          <w:b w:val="0"/>
          <w:i w:val="0"/>
        </w:rPr>
        <w:t xml:space="preserve">39 Mahatma Gandhi, </w:t>
      </w:r>
      <w:r>
        <w:rPr>
          <w:b w:val="0"/>
          <w:i/>
        </w:rPr>
        <w:t>Young India</w:t>
      </w:r>
      <w:r>
        <w:rPr>
          <w:b w:val="0"/>
          <w:i w:val="0"/>
        </w:rPr>
        <w:t>, ngày 6 tháng 9 năm 1920, 7, MKGandhi.org, https://www.mkgandhi.org/voiceoftruth/franchiseandvoters.htm.</w:t>
      </w:r>
    </w:p>
    <w:p>
      <w:pPr>
        <w:spacing w:after="80"/>
        <w:ind w:left="360"/>
      </w:pPr>
      <w:r>
        <w:rPr>
          <w:b w:val="0"/>
          <w:i w:val="0"/>
        </w:rPr>
        <w:t>40 “Marie Curie,” Giải Nobel, https://www.nobelprize.org/womenwhochangedscience/stories/marie-curie?keyword</w:t>
      </w:r>
      <w:r>
        <w:rPr>
          <w:rFonts w:ascii="Consolas" w:hAnsi="Consolas"/>
          <w:b w:val="0"/>
          <w:i w:val="0"/>
          <w:sz w:val="20"/>
        </w:rPr>
        <w:t>=x-ray</w:t>
      </w:r>
      <w:r>
        <w:rPr>
          <w:b w:val="0"/>
          <w:i w:val="0"/>
        </w:rPr>
        <w:t>.</w:t>
      </w:r>
    </w:p>
    <w:p>
      <w:pPr>
        <w:spacing w:after="80"/>
        <w:ind w:left="360"/>
      </w:pPr>
      <w:r>
        <w:rPr>
          <w:b w:val="0"/>
          <w:i w:val="0"/>
        </w:rPr>
        <w:t xml:space="preserve">41 Dale Carnegie, </w:t>
      </w:r>
      <w:r>
        <w:rPr>
          <w:b w:val="0"/>
          <w:i/>
        </w:rPr>
        <w:t>Đắc Nhân Tâm: Cuốn sách duy nhất bạn cần để dẫn dắt bạn đến thành công</w:t>
      </w:r>
      <w:r>
        <w:rPr>
          <w:b w:val="0"/>
          <w:i w:val="0"/>
        </w:rPr>
        <w:t xml:space="preserve"> (New York: Simon and Schuster, 2022), Kindle, 21 trên 288.</w:t>
      </w:r>
    </w:p>
    <w:p>
      <w:pPr>
        <w:spacing w:after="80"/>
        <w:ind w:left="360"/>
      </w:pPr>
      <w:r>
        <w:rPr>
          <w:b w:val="0"/>
          <w:i w:val="0"/>
        </w:rPr>
        <w:t xml:space="preserve">42 Steve Magness, </w:t>
      </w:r>
      <w:r>
        <w:rPr>
          <w:b w:val="0"/>
          <w:i/>
        </w:rPr>
        <w:t>Làm những điều khó: Vì sao chúng ta hiểu sai về sự kiên cường và khoa học đáng ngạc nhiên về sự bền bỉ thực sự</w:t>
      </w:r>
      <w:r>
        <w:rPr>
          <w:b w:val="0"/>
          <w:i w:val="0"/>
        </w:rPr>
        <w:t xml:space="preserve"> (New York: Harper One, 2022), Kindle, 69 trên 308.</w:t>
      </w:r>
    </w:p>
    <w:p>
      <w:pPr>
        <w:spacing w:after="80"/>
        <w:ind w:left="360"/>
      </w:pPr>
      <w:r>
        <w:rPr>
          <w:b w:val="0"/>
          <w:i w:val="0"/>
        </w:rPr>
        <w:t xml:space="preserve">43 Matthew D. Kim, “Cách xử lý những tình bạn độc hại,” </w:t>
      </w:r>
      <w:r>
        <w:rPr>
          <w:b w:val="0"/>
          <w:i/>
        </w:rPr>
        <w:t>Christianity Today</w:t>
      </w:r>
      <w:r>
        <w:rPr>
          <w:b w:val="0"/>
          <w:i w:val="0"/>
        </w:rPr>
        <w:t>, tháng 10 năm 2023, 25, https://www.christianitytoday.com/ct/2023/october/handle-toxic-friendships-empathy-unity-conflict.html.</w:t>
      </w:r>
    </w:p>
    <w:p>
      <w:pPr>
        <w:spacing w:after="80"/>
        <w:ind w:left="360"/>
      </w:pPr>
      <w:r>
        <w:rPr>
          <w:b w:val="0"/>
          <w:i w:val="0"/>
        </w:rPr>
        <w:t>44 Michelle Nichols, “Các tỷ phú Mỹ cam kết hiến tài sản cho từ thiện,” Reuters, ngày 4 tháng 8 năm 2010, https://www.reuters.com/article/idINIndia-50629320100805.</w:t>
      </w:r>
    </w:p>
    <w:p>
      <w:pPr>
        <w:spacing w:after="80"/>
        <w:ind w:left="360"/>
      </w:pPr>
      <w:r>
        <w:rPr>
          <w:b w:val="0"/>
          <w:i w:val="0"/>
        </w:rPr>
        <w:t>45 “Câu hỏi thường gặp,” The Giving Pledge, truy cập ngày 27 tháng 9 năm 2023, https://givingpledge.org/faq.</w:t>
      </w:r>
    </w:p>
    <w:p>
      <w:pPr>
        <w:spacing w:after="80"/>
        <w:ind w:left="360"/>
      </w:pPr>
      <w:r>
        <w:rPr>
          <w:b w:val="0"/>
          <w:i w:val="0"/>
        </w:rPr>
        <w:t xml:space="preserve">46 Robert Fulghum, </w:t>
      </w:r>
      <w:r>
        <w:rPr>
          <w:b w:val="0"/>
          <w:i/>
        </w:rPr>
        <w:t>Tất cả những gì tôi thực sự cần biết thì tôi đã học được ở trường mẫu giáo: Những suy nghĩ khác thường về những điều bình thường</w:t>
      </w:r>
      <w:r>
        <w:rPr>
          <w:b w:val="0"/>
          <w:i w:val="0"/>
        </w:rPr>
        <w:t>, bản kỷ niệm 25 năm (New York: Ballantine Books, 2003), 124 trên 214, Kindle.</w:t>
      </w:r>
    </w:p>
    <w:p>
      <w:pPr>
        <w:spacing w:after="80"/>
        <w:ind w:left="360"/>
      </w:pPr>
      <w:r>
        <w:rPr>
          <w:b w:val="0"/>
          <w:i w:val="0"/>
        </w:rPr>
        <w:t>47 Lu-ca 10:30–35 NIV.</w:t>
      </w:r>
    </w:p>
    <w:p>
      <w:pPr>
        <w:spacing w:after="80"/>
        <w:ind w:left="360"/>
      </w:pPr>
      <w:r>
        <w:rPr>
          <w:b w:val="0"/>
          <w:i w:val="0"/>
        </w:rPr>
        <w:t>48 Warren Buffett, “Lời cam kết từ thiện của tôi,” The Giving Pledge, truy cập ngày 27 tháng 9 năm 2023, https://givingpledge.org/pledger?pledgerId=177.</w:t>
      </w:r>
    </w:p>
    <w:p>
      <w:pPr>
        <w:spacing w:after="80"/>
        <w:ind w:left="360"/>
      </w:pPr>
      <w:r>
        <w:rPr>
          <w:b w:val="0"/>
          <w:i w:val="0"/>
        </w:rPr>
        <w:t xml:space="preserve">49 Gist, </w:t>
      </w:r>
      <w:r>
        <w:rPr>
          <w:b w:val="0"/>
          <w:i/>
        </w:rPr>
        <w:t>Sức mạnh phi thường của sự khiêm nhường nơi người lãnh đạo,</w:t>
      </w:r>
      <w:r>
        <w:rPr>
          <w:b w:val="0"/>
          <w:i w:val="0"/>
        </w:rPr>
        <w:t xml:space="preserve"> 83.</w:t>
      </w:r>
    </w:p>
    <w:p>
      <w:pPr>
        <w:spacing w:after="80"/>
        <w:ind w:left="360"/>
      </w:pPr>
      <w:r>
        <w:rPr>
          <w:b w:val="0"/>
          <w:i w:val="0"/>
        </w:rPr>
        <w:t>50 Gist, 85.</w:t>
      </w:r>
    </w:p>
    <w:p>
      <w:pPr>
        <w:spacing w:after="80"/>
        <w:ind w:left="360"/>
      </w:pPr>
      <w:r>
        <w:rPr>
          <w:b w:val="0"/>
          <w:i w:val="0"/>
        </w:rPr>
        <w:t>51 Gist, 98.</w:t>
      </w:r>
    </w:p>
    <w:p>
      <w:pPr>
        <w:spacing w:after="80"/>
        <w:ind w:left="360"/>
      </w:pPr>
      <w:r>
        <w:rPr>
          <w:b w:val="0"/>
          <w:i w:val="0"/>
        </w:rPr>
        <w:t>52 Melinda French Gates và Bill Gates, “Thư cam kết,” The Giving Pledge, truy cập ngày 27 tháng 9 năm 2023, https://givingpledge.org/foundingletter.</w:t>
      </w:r>
    </w:p>
    <w:p>
      <w:pPr>
        <w:spacing w:after="80"/>
        <w:ind w:left="360"/>
      </w:pPr>
      <w:r>
        <w:rPr>
          <w:b w:val="0"/>
          <w:i w:val="0"/>
        </w:rPr>
        <w:t xml:space="preserve">53 </w:t>
      </w:r>
      <w:r>
        <w:rPr>
          <w:b w:val="0"/>
          <w:i/>
        </w:rPr>
        <w:t>Merriam-Webster</w:t>
      </w:r>
      <w:r>
        <w:rPr>
          <w:b w:val="0"/>
          <w:i w:val="0"/>
        </w:rPr>
        <w:t>, mục từ “dysfunctional,” truy cập ngày 16 tháng 11 năm 2023, https://www.merriam-webster.com/dictionary/dysfunctional.</w:t>
      </w:r>
    </w:p>
    <w:p>
      <w:pPr>
        <w:spacing w:after="80"/>
        <w:ind w:left="360"/>
      </w:pPr>
      <w:r>
        <w:rPr>
          <w:b w:val="0"/>
          <w:i w:val="0"/>
        </w:rPr>
        <w:t>54 “Mental Health by the Numbers,” National Alliance of Mental Illness, cập nhật tháng 4 năm 2023, https://nami.org/mhstats.</w:t>
      </w:r>
    </w:p>
    <w:p>
      <w:pPr>
        <w:spacing w:after="80"/>
        <w:ind w:left="360"/>
      </w:pPr>
      <w:r>
        <w:rPr>
          <w:b w:val="0"/>
          <w:i w:val="0"/>
        </w:rPr>
        <w:t xml:space="preserve">55 Richard Alan Krieger, chủ biên, </w:t>
      </w:r>
      <w:r>
        <w:rPr>
          <w:b w:val="0"/>
          <w:i/>
        </w:rPr>
        <w:t>Civilization’s Quotations: Life’s Ideal</w:t>
      </w:r>
      <w:r>
        <w:rPr>
          <w:b w:val="0"/>
          <w:i w:val="0"/>
        </w:rPr>
        <w:t xml:space="preserve"> (New York: Algora Publishing, 2002), 324.</w:t>
      </w:r>
    </w:p>
    <w:p>
      <w:pPr>
        <w:spacing w:after="80"/>
        <w:ind w:left="360"/>
      </w:pPr>
      <w:r>
        <w:rPr>
          <w:b w:val="0"/>
          <w:i w:val="0"/>
        </w:rPr>
        <w:t>56 Arlin Cuncic, “Victim Mentality: Definition, Causes, and Ways to Cope,” Very Well Mind, ngày 4 tháng 4 năm 2023, https://www.verywellmind.com/what-is-a-victim-mentality-5120615.</w:t>
      </w:r>
    </w:p>
    <w:p>
      <w:pPr>
        <w:spacing w:after="80"/>
        <w:ind w:left="360"/>
      </w:pPr>
      <w:r>
        <w:rPr>
          <w:b w:val="0"/>
          <w:i w:val="0"/>
        </w:rPr>
        <w:t xml:space="preserve">57 Robert E. Quinn, </w:t>
      </w:r>
      <w:r>
        <w:rPr>
          <w:b w:val="0"/>
          <w:i/>
        </w:rPr>
        <w:t>Deep Change: Discovering the Leader Within</w:t>
      </w:r>
      <w:r>
        <w:rPr>
          <w:b w:val="0"/>
          <w:i w:val="0"/>
        </w:rPr>
        <w:t xml:space="preserve"> (San Francisco: Jossey-Bass, 1996), 21.</w:t>
      </w:r>
    </w:p>
    <w:p>
      <w:pPr>
        <w:spacing w:after="80"/>
        <w:ind w:left="360"/>
      </w:pPr>
      <w:r>
        <w:rPr>
          <w:b w:val="0"/>
          <w:i w:val="0"/>
        </w:rPr>
        <w:t xml:space="preserve">58 David J. Schwartz, </w:t>
      </w:r>
      <w:r>
        <w:rPr>
          <w:b w:val="0"/>
          <w:i/>
        </w:rPr>
        <w:t>The Magic of Thinking Big</w:t>
      </w:r>
      <w:r>
        <w:rPr>
          <w:b w:val="0"/>
          <w:i w:val="0"/>
        </w:rPr>
        <w:t xml:space="preserve"> (New York: Prentice Hall, 1987), Kindle, 67 trên 309.</w:t>
      </w:r>
    </w:p>
    <w:p>
      <w:pPr>
        <w:spacing w:after="80"/>
        <w:ind w:left="360"/>
      </w:pPr>
      <w:r>
        <w:rPr>
          <w:b w:val="0"/>
          <w:i w:val="0"/>
        </w:rPr>
        <w:t xml:space="preserve">59 Og Mandino, </w:t>
      </w:r>
      <w:r>
        <w:rPr>
          <w:b w:val="0"/>
          <w:i/>
        </w:rPr>
        <w:t>The Greatest Salesman in the World</w:t>
      </w:r>
      <w:r>
        <w:rPr>
          <w:b w:val="0"/>
          <w:i w:val="0"/>
        </w:rPr>
        <w:t xml:space="preserve"> (New York: Bantam, 1985), Kindle, 50 trên 76.</w:t>
      </w:r>
    </w:p>
    <w:p>
      <w:pPr>
        <w:spacing w:after="80"/>
        <w:ind w:left="360"/>
      </w:pPr>
      <w:r>
        <w:rPr>
          <w:b w:val="0"/>
          <w:i w:val="0"/>
        </w:rPr>
        <w:t xml:space="preserve">60 Richard Jerome, “Charlton Heston 1923–2008,” </w:t>
      </w:r>
      <w:r>
        <w:rPr>
          <w:b w:val="0"/>
          <w:i/>
        </w:rPr>
        <w:t>People</w:t>
      </w:r>
      <w:r>
        <w:rPr>
          <w:b w:val="0"/>
          <w:i w:val="0"/>
        </w:rPr>
        <w:t>, ngày 21 tháng 4 năm 2008, http://people.com/archive/charltonheston-1923-2008-vol-69-no-15.</w:t>
      </w:r>
    </w:p>
    <w:p>
      <w:pPr>
        <w:spacing w:after="80"/>
        <w:ind w:left="360"/>
      </w:pPr>
      <w:r>
        <w:rPr>
          <w:b w:val="0"/>
          <w:i w:val="0"/>
        </w:rPr>
        <w:t xml:space="preserve">61 Judith Orloff, “Strategies to Deal with Victim Mentality,” </w:t>
      </w:r>
      <w:r>
        <w:rPr>
          <w:b w:val="0"/>
          <w:i/>
        </w:rPr>
        <w:t>Psychology Today</w:t>
      </w:r>
      <w:r>
        <w:rPr>
          <w:b w:val="0"/>
          <w:i w:val="0"/>
        </w:rPr>
        <w:t>, ngày 1 tháng 10 năm 2012, https://www.psychologytoday.com/us/blog/emotional-freedom/201210/strategies-deal-victim-mentality.</w:t>
      </w:r>
    </w:p>
    <w:p>
      <w:pPr>
        <w:spacing w:after="80"/>
        <w:ind w:left="360"/>
      </w:pPr>
      <w:r>
        <w:rPr>
          <w:b w:val="0"/>
          <w:i w:val="0"/>
        </w:rPr>
        <w:t>62 Toyin Crandell, thư từ cá nhân với tác giả, ngày 16 tháng 11 năm 2023.</w:t>
      </w:r>
    </w:p>
    <w:p>
      <w:pPr>
        <w:spacing w:after="80"/>
        <w:ind w:left="360"/>
      </w:pPr>
      <w:r>
        <w:rPr>
          <w:b w:val="0"/>
          <w:i w:val="0"/>
        </w:rPr>
        <w:t xml:space="preserve">63 Brian Tracy, “Forward,” trong Larry Markson, </w:t>
      </w:r>
      <w:r>
        <w:rPr>
          <w:b w:val="0"/>
          <w:i/>
        </w:rPr>
        <w:t>Talking to Yourself Is Not Crazy: Change Your Inner Dialog Take Control of Your Life</w:t>
      </w:r>
      <w:r>
        <w:rPr>
          <w:b w:val="0"/>
          <w:i w:val="0"/>
        </w:rPr>
        <w:t xml:space="preserve"> (Blomington, IN: Balboa Press, 2011), xi.</w:t>
      </w:r>
    </w:p>
    <w:p>
      <w:pPr>
        <w:spacing w:after="80"/>
        <w:ind w:left="360"/>
      </w:pPr>
      <w:r>
        <w:rPr>
          <w:b w:val="0"/>
          <w:i w:val="0"/>
        </w:rPr>
        <w:t xml:space="preserve">64 Rosemarie Jarski, </w:t>
      </w:r>
      <w:r>
        <w:rPr>
          <w:b w:val="0"/>
          <w:i/>
        </w:rPr>
        <w:t>The Funniest Thing You Never Said 2</w:t>
      </w:r>
      <w:r>
        <w:rPr>
          <w:b w:val="0"/>
          <w:i w:val="0"/>
        </w:rPr>
        <w:t xml:space="preserve"> (New York: Penguin Random House: Ebury, 2010), 224.</w:t>
      </w:r>
    </w:p>
    <w:p>
      <w:pPr>
        <w:spacing w:after="80"/>
        <w:ind w:left="360"/>
      </w:pPr>
      <w:r>
        <w:rPr>
          <w:b w:val="0"/>
          <w:i w:val="0"/>
        </w:rPr>
        <w:t>65 Nguồn gốc không rõ.</w:t>
      </w:r>
    </w:p>
    <w:p>
      <w:pPr>
        <w:spacing w:after="80"/>
        <w:ind w:left="360"/>
      </w:pPr>
      <w:r>
        <w:rPr>
          <w:b w:val="0"/>
          <w:i w:val="0"/>
        </w:rPr>
        <w:t xml:space="preserve">66 Pat Williams, </w:t>
      </w:r>
      <w:r>
        <w:rPr>
          <w:b w:val="0"/>
          <w:i/>
        </w:rPr>
        <w:t>Go for the Magic: The Five Secrets Behind a Magical, Miraculous Way of Life</w:t>
      </w:r>
      <w:r>
        <w:rPr>
          <w:b w:val="0"/>
          <w:i w:val="0"/>
        </w:rPr>
        <w:t xml:space="preserve"> (Nashville: Thomas Nelson, 1995), 23.</w:t>
      </w:r>
    </w:p>
    <w:p>
      <w:pPr>
        <w:spacing w:after="80"/>
        <w:ind w:left="360"/>
      </w:pPr>
      <w:r>
        <w:rPr>
          <w:b w:val="0"/>
          <w:i w:val="0"/>
        </w:rPr>
        <w:t xml:space="preserve">67 John Mason, </w:t>
      </w:r>
      <w:r>
        <w:rPr>
          <w:b w:val="0"/>
          <w:i/>
        </w:rPr>
        <w:t>Know Your Limits—Then Ignore Them</w:t>
      </w:r>
      <w:r>
        <w:rPr>
          <w:b w:val="0"/>
          <w:i w:val="0"/>
        </w:rPr>
        <w:t xml:space="preserve"> (Tulsa: Insight International, 1999), 15.</w:t>
      </w:r>
    </w:p>
    <w:p>
      <w:pPr>
        <w:spacing w:after="80"/>
        <w:ind w:left="360"/>
      </w:pPr>
      <w:r>
        <w:rPr>
          <w:b w:val="0"/>
          <w:i w:val="0"/>
        </w:rPr>
        <w:t xml:space="preserve">68 Pat Williams cùng Jim Denny, </w:t>
      </w:r>
      <w:r>
        <w:rPr>
          <w:b w:val="0"/>
          <w:i/>
        </w:rPr>
        <w:t>Coach Wooden: The 7 Principles that Shaped His Life and Will Change Yours</w:t>
      </w:r>
      <w:r>
        <w:rPr>
          <w:b w:val="0"/>
          <w:i w:val="0"/>
        </w:rPr>
        <w:t xml:space="preserve"> (Grand Rapids: Revell, 2011), 56.</w:t>
      </w:r>
    </w:p>
    <w:p>
      <w:pPr>
        <w:spacing w:after="80"/>
        <w:ind w:left="360"/>
      </w:pPr>
      <w:r>
        <w:rPr>
          <w:b w:val="0"/>
          <w:i w:val="0"/>
        </w:rPr>
        <w:t xml:space="preserve">69 John Mason, </w:t>
      </w:r>
      <w:r>
        <w:rPr>
          <w:b w:val="0"/>
          <w:i/>
        </w:rPr>
        <w:t>Conquering an Enemy Called Average</w:t>
      </w:r>
      <w:r>
        <w:rPr>
          <w:b w:val="0"/>
          <w:i w:val="0"/>
        </w:rPr>
        <w:t xml:space="preserve"> (Tulsa: Insight International, 1996), 24.</w:t>
      </w:r>
    </w:p>
    <w:p>
      <w:pPr>
        <w:spacing w:after="80"/>
        <w:ind w:left="360"/>
      </w:pPr>
      <w:r>
        <w:rPr>
          <w:b w:val="0"/>
          <w:i w:val="0"/>
        </w:rPr>
        <w:t xml:space="preserve">70 Karen Weekes, </w:t>
      </w:r>
      <w:r>
        <w:rPr>
          <w:b w:val="0"/>
          <w:i/>
        </w:rPr>
        <w:t>Women Know Everything</w:t>
      </w:r>
      <w:r>
        <w:rPr>
          <w:b w:val="0"/>
          <w:i w:val="0"/>
        </w:rPr>
        <w:t xml:space="preserve"> (Philadelphia: Quirk Books, 2007), 155.</w:t>
      </w:r>
    </w:p>
    <w:p>
      <w:pPr>
        <w:spacing w:after="80"/>
        <w:ind w:left="360"/>
      </w:pPr>
      <w:r>
        <w:rPr>
          <w:b w:val="0"/>
          <w:i w:val="0"/>
        </w:rPr>
        <w:t>71 Greg Smith, cuộc trò chuyện cá nhân với tác giả tại sự kiện Exchange, Boston, MA, ngày 2 tháng 11 năm 2012.</w:t>
      </w:r>
    </w:p>
    <w:p>
      <w:pPr>
        <w:spacing w:after="80"/>
        <w:ind w:left="360"/>
      </w:pPr>
      <w:r>
        <w:rPr>
          <w:b w:val="0"/>
          <w:i w:val="0"/>
        </w:rPr>
        <w:t xml:space="preserve">72 Pat Riley, </w:t>
      </w:r>
      <w:r>
        <w:rPr>
          <w:b w:val="0"/>
          <w:i/>
        </w:rPr>
        <w:t>The Winner Within: A Life Plan for Team Players</w:t>
      </w:r>
      <w:r>
        <w:rPr>
          <w:b w:val="0"/>
          <w:i w:val="0"/>
        </w:rPr>
        <w:t xml:space="preserve"> (New York: Penguin, 1993), 139.</w:t>
      </w:r>
    </w:p>
    <w:p>
      <w:pPr>
        <w:spacing w:after="80"/>
        <w:ind w:left="360"/>
      </w:pPr>
      <w:r>
        <w:rPr>
          <w:b w:val="0"/>
          <w:i w:val="0"/>
        </w:rPr>
        <w:t xml:space="preserve">73 Trích dẫn trong Marjorie Seaton, Rhonda G. Craven, và Herbert W. Marsh, “East Meets West: An Examination of the Big-Fish-Little-Pond Effect in Western and Non-Western Countries,” </w:t>
      </w:r>
      <w:r>
        <w:rPr>
          <w:b w:val="0"/>
          <w:i/>
        </w:rPr>
        <w:t>Self-Processes, Learning, and Enabling Human Potential</w:t>
      </w:r>
      <w:r>
        <w:rPr>
          <w:b w:val="0"/>
          <w:i w:val="0"/>
        </w:rPr>
        <w:t>, Herbert W. Marsh, Rhonda G. Craven, và Dennis M. McInerney, chủ biên (Charlotte, NC: Information Age Publishing, 2008), 353.</w:t>
      </w:r>
    </w:p>
    <w:p>
      <w:pPr>
        <w:spacing w:after="80"/>
        <w:ind w:left="360"/>
      </w:pPr>
      <w:r>
        <w:rPr>
          <w:b w:val="0"/>
          <w:i w:val="0"/>
        </w:rPr>
        <w:t xml:space="preserve">74 Parker Palmer, </w:t>
      </w:r>
      <w:r>
        <w:rPr>
          <w:b w:val="0"/>
          <w:i/>
        </w:rPr>
        <w:t>Let Your Life Speak</w:t>
      </w:r>
      <w:r>
        <w:rPr>
          <w:b w:val="0"/>
          <w:i w:val="0"/>
        </w:rPr>
        <w:t xml:space="preserve"> (San Francisco: Jossey-Bass, 2000), 30–31.</w:t>
      </w:r>
    </w:p>
    <w:p>
      <w:pPr>
        <w:spacing w:after="80"/>
        <w:ind w:left="360"/>
      </w:pPr>
      <w:r>
        <w:rPr>
          <w:b w:val="0"/>
          <w:i w:val="0"/>
        </w:rPr>
        <w:t xml:space="preserve">75 </w:t>
      </w:r>
      <w:r>
        <w:rPr>
          <w:b w:val="0"/>
          <w:i/>
        </w:rPr>
        <w:t>Merriam-Webster</w:t>
      </w:r>
      <w:r>
        <w:rPr>
          <w:b w:val="0"/>
          <w:i w:val="0"/>
        </w:rPr>
        <w:t>, mục từ “resilience,” truy cập ngày 11 tháng 11 năm 2023, https://www.merriam-webster.com/dictionary/resilience.</w:t>
      </w:r>
    </w:p>
    <w:p>
      <w:pPr>
        <w:spacing w:after="80"/>
        <w:ind w:left="360"/>
      </w:pPr>
      <w:r>
        <w:rPr>
          <w:b w:val="0"/>
          <w:i w:val="0"/>
        </w:rPr>
        <w:t>76 Michael Levy, “Results of the 1992 Election,” Britannica, https://www.britannica.com/event/United-States-presidential-election-of-1992, truy cập ngày 5 tháng 10 năm 2023.</w:t>
      </w:r>
    </w:p>
    <w:p>
      <w:pPr>
        <w:spacing w:after="80"/>
        <w:ind w:left="360"/>
      </w:pPr>
      <w:r>
        <w:rPr>
          <w:b w:val="0"/>
          <w:i w:val="0"/>
        </w:rPr>
        <w:t xml:space="preserve">77 Eliza Collins, “Did Perot Spoil 1992 Election for Bush? It’s Complicated,” </w:t>
      </w:r>
      <w:r>
        <w:rPr>
          <w:b w:val="0"/>
          <w:i/>
        </w:rPr>
        <w:t>Wall Street Journal</w:t>
      </w:r>
      <w:r>
        <w:rPr>
          <w:b w:val="0"/>
          <w:i w:val="0"/>
        </w:rPr>
        <w:t>, ngày 10 tháng 7 năm 2019, https://www.wsj.com/articles/did-perot-spoil-1992-election-for-bush-its-complicated-11562714375.</w:t>
      </w:r>
    </w:p>
    <w:p>
      <w:pPr>
        <w:spacing w:after="80"/>
        <w:ind w:left="360"/>
      </w:pPr>
      <w:r>
        <w:rPr>
          <w:b w:val="0"/>
          <w:i w:val="0"/>
        </w:rPr>
        <w:t>78 Lu-ca 22:25–27.</w:t>
      </w:r>
    </w:p>
    <w:p>
      <w:pPr>
        <w:spacing w:after="80"/>
        <w:ind w:left="360"/>
      </w:pPr>
      <w:r>
        <w:rPr>
          <w:b w:val="0"/>
          <w:i w:val="0"/>
        </w:rPr>
        <w:t xml:space="preserve">79 Matthew D. Kim, “How to Handle Toxic Friendships,” </w:t>
      </w:r>
      <w:r>
        <w:rPr>
          <w:b w:val="0"/>
          <w:i/>
        </w:rPr>
        <w:t>Christianity Today</w:t>
      </w:r>
      <w:r>
        <w:rPr>
          <w:b w:val="0"/>
          <w:i w:val="0"/>
        </w:rPr>
        <w:t>, ngày 11 tháng 9 năm 2023, https://www.christianitytoday.com/ct/2023/october/handle-toxic-friendships-empathy-unity-conflict.html.</w:t>
      </w:r>
    </w:p>
    <w:p>
      <w:pPr>
        <w:spacing w:after="80"/>
        <w:ind w:left="360"/>
      </w:pPr>
      <w:r>
        <w:rPr>
          <w:b w:val="0"/>
          <w:i w:val="0"/>
        </w:rPr>
        <w:t xml:space="preserve">80 Gist, </w:t>
      </w:r>
      <w:r>
        <w:rPr>
          <w:b w:val="0"/>
          <w:i/>
        </w:rPr>
        <w:t>The Extraordinary Power of Leader Humility,</w:t>
      </w:r>
      <w:r>
        <w:rPr>
          <w:b w:val="0"/>
          <w:i w:val="0"/>
        </w:rPr>
        <w:t xml:space="preserve"> 46–47.</w:t>
      </w:r>
    </w:p>
    <w:p>
      <w:pPr>
        <w:spacing w:after="80"/>
        <w:ind w:left="360"/>
      </w:pPr>
      <w:r>
        <w:rPr>
          <w:b w:val="0"/>
          <w:i w:val="0"/>
        </w:rPr>
        <w:t>81 “Company Profile,” Costco Wholesale, truy cập ngày 9 tháng 10 năm 2023, http://costco2022ir.q4web.com/company-profile.</w:t>
      </w:r>
    </w:p>
    <w:p>
      <w:pPr>
        <w:spacing w:after="80"/>
        <w:ind w:left="360"/>
      </w:pPr>
      <w:r>
        <w:rPr>
          <w:b w:val="0"/>
          <w:i w:val="0"/>
        </w:rPr>
        <w:t xml:space="preserve">82 Joel Beall, “The LIV Golf Series: What We Know, What We Don’t, and the Massive Ramifications of the Saudi-backed League,” </w:t>
      </w:r>
      <w:r>
        <w:rPr>
          <w:b w:val="0"/>
          <w:i/>
        </w:rPr>
        <w:t>Golf Digest</w:t>
      </w:r>
      <w:r>
        <w:rPr>
          <w:b w:val="0"/>
          <w:i w:val="0"/>
        </w:rPr>
        <w:t>, ngày 8 tháng 6 năm 2022, https://www.golfdigest.com/story/saudi-golf-league-2022-primer.</w:t>
      </w:r>
    </w:p>
    <w:p>
      <w:pPr>
        <w:spacing w:after="80"/>
        <w:ind w:left="360"/>
      </w:pPr>
      <w:r>
        <w:rPr>
          <w:b w:val="0"/>
          <w:i w:val="0"/>
        </w:rPr>
        <w:t xml:space="preserve">83 Mike Kelly, “ ‘I Literally Feel Sick’: 9/11 Families Rage at LIV-PGA Merger. But Money Talks,” </w:t>
      </w:r>
      <w:r>
        <w:rPr>
          <w:b w:val="0"/>
          <w:i/>
        </w:rPr>
        <w:t>USA Today</w:t>
      </w:r>
      <w:r>
        <w:rPr>
          <w:b w:val="0"/>
          <w:i w:val="0"/>
        </w:rPr>
        <w:t>, ngày 8 tháng 6 năm 2023, https://www.usatoday.com/story/opinion/columnist/2023/06/08/pga-liv-merger-betrays-september-11-victims-families-saudi-arabia/70299583007.</w:t>
      </w:r>
    </w:p>
    <w:p>
      <w:pPr>
        <w:spacing w:after="80"/>
        <w:ind w:left="360"/>
      </w:pPr>
      <w:r>
        <w:rPr>
          <w:b w:val="0"/>
          <w:i w:val="0"/>
        </w:rPr>
        <w:t xml:space="preserve">84 Alan Blinder, Tariq Panja, và Andrew Das, “What is LIV Golf? It Depends Whom You Ask,” </w:t>
      </w:r>
      <w:r>
        <w:rPr>
          <w:b w:val="0"/>
          <w:i/>
        </w:rPr>
        <w:t>New York Times</w:t>
      </w:r>
      <w:r>
        <w:rPr>
          <w:b w:val="0"/>
          <w:i w:val="0"/>
        </w:rPr>
        <w:t>, ngày 22 tháng 5 năm 2023, https://www.nytimes.com/article/liv-golf-saudi-arabia-pga.html.</w:t>
      </w:r>
    </w:p>
    <w:p>
      <w:pPr>
        <w:spacing w:after="80"/>
        <w:ind w:left="360"/>
      </w:pPr>
      <w:r>
        <w:rPr>
          <w:b w:val="0"/>
          <w:i w:val="0"/>
        </w:rPr>
        <w:t>85 Peter Scrivener, “LIV Golf—All You Need to Know About Saudi-Funded Series,” BBC Sport, ngày 8 tháng 6 năm 2022, https://www.bbc.com/sport/golf/61732801.</w:t>
      </w:r>
    </w:p>
    <w:p>
      <w:pPr>
        <w:spacing w:after="80"/>
        <w:ind w:left="360"/>
      </w:pPr>
      <w:r>
        <w:rPr>
          <w:b w:val="0"/>
          <w:i w:val="0"/>
        </w:rPr>
        <w:t>86 Scrivener, “LIV Golf.”</w:t>
      </w:r>
    </w:p>
    <w:p>
      <w:pPr>
        <w:spacing w:after="80"/>
        <w:ind w:left="360"/>
      </w:pPr>
      <w:r>
        <w:rPr>
          <w:b w:val="0"/>
          <w:i w:val="0"/>
        </w:rPr>
        <w:t xml:space="preserve">87 Elliott Heath, “PGA Tour Bans All LIV Golf Invitational Series Players, </w:t>
      </w:r>
      <w:r>
        <w:rPr>
          <w:b w:val="0"/>
          <w:i/>
        </w:rPr>
        <w:t>Golf Monthly</w:t>
      </w:r>
      <w:r>
        <w:rPr>
          <w:b w:val="0"/>
          <w:i w:val="0"/>
        </w:rPr>
        <w:t>, ngày 9 tháng 6 năm 2022, https://www.golfmonthly.com/news/pga-tour-bans-all-liv-golf-invitational-series-players.</w:t>
      </w:r>
    </w:p>
    <w:p>
      <w:pPr>
        <w:spacing w:after="80"/>
        <w:ind w:left="360"/>
      </w:pPr>
      <w:r>
        <w:rPr>
          <w:b w:val="0"/>
          <w:i w:val="0"/>
        </w:rPr>
        <w:t xml:space="preserve">88 Joel Beall, “Joy Monahan Delivers Clear, Blunt Response to LIV Players Who May Want to Return to the PGA Tour in the Future,” </w:t>
      </w:r>
      <w:r>
        <w:rPr>
          <w:b w:val="0"/>
          <w:i/>
        </w:rPr>
        <w:t>Golf Digest</w:t>
      </w:r>
      <w:r>
        <w:rPr>
          <w:b w:val="0"/>
          <w:i w:val="0"/>
        </w:rPr>
        <w:t>, ngày 24 tháng 8 năm 2022, https://www.golfdigest.com/story/jay-monahan-liv-golfers-tour-championship-2022.</w:t>
      </w:r>
    </w:p>
    <w:p>
      <w:pPr>
        <w:spacing w:after="80"/>
        <w:ind w:left="360"/>
      </w:pPr>
      <w:r>
        <w:rPr>
          <w:b w:val="0"/>
          <w:i w:val="0"/>
        </w:rPr>
        <w:t xml:space="preserve">89 Kevin Draper, “The Alliance of LIV Golf and the PGA Tour: Here’s What to Know,” </w:t>
      </w:r>
      <w:r>
        <w:rPr>
          <w:b w:val="0"/>
          <w:i/>
        </w:rPr>
        <w:t>New York Times</w:t>
      </w:r>
      <w:r>
        <w:rPr>
          <w:b w:val="0"/>
          <w:i w:val="0"/>
        </w:rPr>
        <w:t>, ngày 7 tháng 6 năm 2023, https://www.nytimes.com/2023/06/07/sports/golf/pga-liv-golf-merger.html.</w:t>
      </w:r>
    </w:p>
    <w:p>
      <w:pPr>
        <w:spacing w:after="80"/>
        <w:ind w:left="360"/>
      </w:pPr>
      <w:r>
        <w:rPr>
          <w:b w:val="0"/>
          <w:i w:val="0"/>
        </w:rPr>
        <w:t xml:space="preserve">90 A. Khan, “L’Oréal Buys IT Cosmetics for $1.2 Billion,” </w:t>
      </w:r>
      <w:r>
        <w:rPr>
          <w:b w:val="0"/>
          <w:i/>
        </w:rPr>
        <w:t>Allure</w:t>
      </w:r>
      <w:r>
        <w:rPr>
          <w:b w:val="0"/>
          <w:i w:val="0"/>
        </w:rPr>
        <w:t>, ngày 25 tháng 7 năm 2016, https://www.allure.com/story/loreal-buys-it-cosmetics.</w:t>
      </w:r>
    </w:p>
    <w:p>
      <w:pPr>
        <w:spacing w:after="80"/>
        <w:ind w:left="360"/>
      </w:pPr>
      <w:r>
        <w:rPr>
          <w:b w:val="0"/>
          <w:i w:val="0"/>
        </w:rPr>
        <w:t xml:space="preserve">91 Jamie Kern Lima, </w:t>
      </w:r>
      <w:r>
        <w:rPr>
          <w:b w:val="0"/>
          <w:i/>
        </w:rPr>
        <w:t>Believe It: How to Go from Underestimated to Unstoppable</w:t>
      </w:r>
      <w:r>
        <w:rPr>
          <w:b w:val="0"/>
          <w:i w:val="0"/>
        </w:rPr>
        <w:t xml:space="preserve"> (New York: Gallery Books, 2021), 28.</w:t>
      </w:r>
    </w:p>
    <w:p>
      <w:pPr>
        <w:spacing w:after="80"/>
        <w:ind w:left="360"/>
      </w:pPr>
      <w:r>
        <w:rPr>
          <w:b w:val="0"/>
          <w:i w:val="0"/>
        </w:rPr>
        <w:t>92 Khan, “L’Oréal.”</w:t>
      </w:r>
    </w:p>
    <w:p>
      <w:pPr>
        <w:spacing w:after="80"/>
        <w:ind w:left="360"/>
      </w:pPr>
      <w:r>
        <w:rPr>
          <w:b w:val="0"/>
          <w:i w:val="0"/>
        </w:rPr>
        <w:t xml:space="preserve">93 Kern Lima, </w:t>
      </w:r>
      <w:r>
        <w:rPr>
          <w:b w:val="0"/>
          <w:i/>
        </w:rPr>
        <w:t>Believe It,</w:t>
      </w:r>
      <w:r>
        <w:rPr>
          <w:b w:val="0"/>
          <w:i w:val="0"/>
        </w:rPr>
        <w:t xml:space="preserve"> 28.</w:t>
      </w:r>
    </w:p>
    <w:p>
      <w:pPr>
        <w:spacing w:after="80"/>
        <w:ind w:left="360"/>
      </w:pPr>
      <w:r>
        <w:rPr>
          <w:b w:val="0"/>
          <w:i w:val="0"/>
        </w:rPr>
        <w:t>94 Kern Lima, xi.</w:t>
      </w:r>
    </w:p>
    <w:p>
      <w:pPr>
        <w:spacing w:after="80"/>
        <w:ind w:left="360"/>
      </w:pPr>
      <w:r>
        <w:rPr>
          <w:b w:val="0"/>
          <w:i w:val="0"/>
        </w:rPr>
        <w:t xml:space="preserve">95 “W. Somerset Maugham 1874-1965, English novelist,” </w:t>
      </w:r>
      <w:r>
        <w:rPr>
          <w:b w:val="0"/>
          <w:i/>
        </w:rPr>
        <w:t>Oxford Essential Quotations, 4th ed.,</w:t>
      </w:r>
      <w:r>
        <w:rPr>
          <w:b w:val="0"/>
          <w:i w:val="0"/>
        </w:rPr>
        <w:t xml:space="preserve"> Susan Ratcliffe, ed. (Oxford: Oxford University Press, 2016), https://www.oxfordreference.com/display/10.1093/acref/9780191826719.001.0001/q-oro-ed4-00007179.</w:t>
      </w:r>
    </w:p>
    <w:p>
      <w:pPr>
        <w:spacing w:after="80"/>
        <w:ind w:left="360"/>
      </w:pPr>
      <w:r>
        <w:rPr>
          <w:b w:val="0"/>
          <w:i w:val="0"/>
        </w:rPr>
        <w:t>96 Kevin O’Neill, email cá nhân gửi tác giả, ngày 7 tháng 12 năm 2023.</w:t>
      </w:r>
    </w:p>
    <w:p>
      <w:pPr>
        <w:spacing w:after="80"/>
        <w:ind w:left="360"/>
      </w:pPr>
      <w:r>
        <w:rPr>
          <w:b w:val="0"/>
          <w:i w:val="0"/>
        </w:rPr>
        <w:t xml:space="preserve">97 Robert McKee, </w:t>
      </w:r>
      <w:r>
        <w:rPr>
          <w:b w:val="0"/>
          <w:i/>
        </w:rPr>
        <w:t>Story: Substance, Structure, Style, and the Principles of Screenwriting</w:t>
      </w:r>
      <w:r>
        <w:rPr>
          <w:b w:val="0"/>
          <w:i w:val="0"/>
        </w:rPr>
        <w:t xml:space="preserve"> (New York: Regan Books, 1997), 17.</w:t>
      </w:r>
    </w:p>
    <w:p>
      <w:pPr>
        <w:spacing w:after="80"/>
        <w:ind w:left="360"/>
      </w:pPr>
      <w:r>
        <w:rPr>
          <w:b w:val="0"/>
          <w:i w:val="0"/>
        </w:rPr>
        <w:t>98 Jamie Kern Lima, “IT Cosmetics CEO Calls Out Beauty Industry, Calls for Change,” IT Cosmetics, ngày 15 tháng 9 năm 2017, video YouTube, https://www.youtube.com/watch?v</w:t>
      </w:r>
      <w:r>
        <w:rPr>
          <w:rFonts w:ascii="Consolas" w:hAnsi="Consolas"/>
          <w:b w:val="0"/>
          <w:i w:val="0"/>
          <w:sz w:val="20"/>
        </w:rPr>
        <w:t>=tqRw-JSYADc</w:t>
      </w:r>
      <w:r>
        <w:rPr>
          <w:b w:val="0"/>
          <w:i w:val="0"/>
        </w:rPr>
        <w:t>.</w:t>
      </w:r>
    </w:p>
    <w:p>
      <w:pPr>
        <w:spacing w:after="80"/>
        <w:ind w:left="360"/>
      </w:pPr>
      <w:r>
        <w:rPr>
          <w:b w:val="0"/>
          <w:i w:val="0"/>
        </w:rPr>
        <w:t xml:space="preserve">99 Kern Lima, </w:t>
      </w:r>
      <w:r>
        <w:rPr>
          <w:b w:val="0"/>
          <w:i/>
        </w:rPr>
        <w:t>Believe It</w:t>
      </w:r>
      <w:r>
        <w:rPr>
          <w:b w:val="0"/>
          <w:i w:val="0"/>
        </w:rPr>
        <w:t>, 28.</w:t>
      </w:r>
    </w:p>
    <w:p>
      <w:pPr>
        <w:spacing w:after="80"/>
        <w:ind w:left="360"/>
      </w:pPr>
      <w:r>
        <w:rPr>
          <w:b w:val="0"/>
          <w:i w:val="0"/>
        </w:rPr>
        <w:t xml:space="preserve">100 Craig Groeschel, “The Developer’s Dark Side,” </w:t>
      </w:r>
      <w:r>
        <w:rPr>
          <w:b w:val="0"/>
          <w:i/>
        </w:rPr>
        <w:t>Craig Groeschel Leadership Podcast</w:t>
      </w:r>
      <w:r>
        <w:rPr>
          <w:b w:val="0"/>
          <w:i w:val="0"/>
        </w:rPr>
        <w:t>, ngày 1 tháng 8 năm 2018, video YouTube, https://www.youtube.com/watch?v</w:t>
      </w:r>
      <w:r>
        <w:rPr>
          <w:rFonts w:ascii="Consolas" w:hAnsi="Consolas"/>
          <w:b w:val="0"/>
          <w:i w:val="0"/>
          <w:sz w:val="20"/>
        </w:rPr>
        <w:t>=5NGYwhOQ6UY&amp;t=31s</w:t>
      </w:r>
      <w:r>
        <w:rPr>
          <w:b w:val="0"/>
          <w:i w:val="0"/>
        </w:rPr>
        <w:t>.</w:t>
      </w:r>
    </w:p>
    <w:p>
      <w:pPr>
        <w:spacing w:after="80"/>
        <w:ind w:left="360"/>
      </w:pPr>
      <w:r>
        <w:rPr>
          <w:b w:val="0"/>
          <w:i w:val="0"/>
        </w:rPr>
        <w:t xml:space="preserve">101 Kern Lima, </w:t>
      </w:r>
      <w:r>
        <w:rPr>
          <w:b w:val="0"/>
          <w:i/>
        </w:rPr>
        <w:t>Believe It</w:t>
      </w:r>
      <w:r>
        <w:rPr>
          <w:b w:val="0"/>
          <w:i w:val="0"/>
        </w:rPr>
        <w:t>, 88–89.</w:t>
      </w:r>
    </w:p>
    <w:p>
      <w:pPr>
        <w:spacing w:after="80"/>
        <w:ind w:left="360"/>
      </w:pPr>
      <w:r>
        <w:rPr>
          <w:b w:val="0"/>
          <w:i w:val="0"/>
        </w:rPr>
        <w:t xml:space="preserve">102 Jim Collins, “Level 5 Leadership: The Triumph of Humility and Fierce Resolve,” </w:t>
      </w:r>
      <w:r>
        <w:rPr>
          <w:b w:val="0"/>
          <w:i/>
        </w:rPr>
        <w:t>Harvard Business Review</w:t>
      </w:r>
      <w:r>
        <w:rPr>
          <w:b w:val="0"/>
          <w:i w:val="0"/>
        </w:rPr>
        <w:t>, ngày 1 tháng 1 năm 2001, https://hbr.org/2001/01/level-5-leadership-the-triumph-of-humility-and-fierce-resolve-2.</w:t>
      </w:r>
    </w:p>
    <w:p>
      <w:pPr>
        <w:spacing w:after="80"/>
        <w:ind w:left="360"/>
      </w:pPr>
      <w:r>
        <w:rPr>
          <w:b w:val="0"/>
          <w:i w:val="0"/>
        </w:rPr>
        <w:t>103 Jeff Bezos, “Jeff Bezos Shares His Management Style and Philosophy,” GeekWire, ngày 28 tháng 10 năm 2016, video YouTube, https://www.youtube.com/watch?v</w:t>
      </w:r>
      <w:r>
        <w:rPr>
          <w:rFonts w:ascii="Consolas" w:hAnsi="Consolas"/>
          <w:b w:val="0"/>
          <w:i w:val="0"/>
          <w:sz w:val="20"/>
        </w:rPr>
        <w:t>=F7JMMy-yHSU&amp;t=7s</w:t>
      </w:r>
      <w:r>
        <w:rPr>
          <w:b w:val="0"/>
          <w:i w:val="0"/>
        </w:rPr>
        <w:t>.</w:t>
      </w:r>
    </w:p>
    <w:p>
      <w:pPr>
        <w:spacing w:after="80"/>
        <w:ind w:left="360"/>
      </w:pPr>
      <w:r>
        <w:rPr>
          <w:b w:val="0"/>
          <w:i w:val="0"/>
        </w:rPr>
        <w:t xml:space="preserve">104 Bronnie Ware, </w:t>
      </w:r>
      <w:r>
        <w:rPr>
          <w:b w:val="0"/>
          <w:i/>
        </w:rPr>
        <w:t>The Top Five Regrets of the Dying: A life Transformed by the Dearly Departing</w:t>
      </w:r>
      <w:r>
        <w:rPr>
          <w:b w:val="0"/>
          <w:i w:val="0"/>
        </w:rPr>
        <w:t xml:space="preserve"> (Sydney: Hay House, 2019), vii trên 305, Kindle.</w:t>
      </w:r>
    </w:p>
    <w:p>
      <w:pPr>
        <w:spacing w:after="80"/>
        <w:ind w:left="360"/>
      </w:pPr>
      <w:r>
        <w:rPr>
          <w:b w:val="0"/>
          <w:i w:val="0"/>
        </w:rPr>
        <w:t xml:space="preserve">105 Adam F. Jones, “The Cycle of Comparison: Relish the 90% You Have Versus the 10% You Don’t,” </w:t>
      </w:r>
      <w:r>
        <w:rPr>
          <w:b w:val="0"/>
          <w:i/>
        </w:rPr>
        <w:t>AVAIL</w:t>
      </w:r>
      <w:r>
        <w:rPr>
          <w:b w:val="0"/>
          <w:i w:val="0"/>
        </w:rPr>
        <w:t>, mùa hè 2023, 72, https://www.flipsnack.com/availleadership/avail-journal-issue-14-jermone-glenn.html.</w:t>
      </w:r>
    </w:p>
    <w:p>
      <w:pPr>
        <w:spacing w:after="80"/>
        <w:ind w:left="360"/>
      </w:pPr>
      <w:r>
        <w:rPr>
          <w:b w:val="0"/>
          <w:i w:val="0"/>
        </w:rPr>
        <w:t>106 Jones, “The Cycle of Comparison,” 71.</w:t>
      </w:r>
    </w:p>
    <w:p>
      <w:pPr>
        <w:spacing w:after="80"/>
        <w:ind w:left="360"/>
      </w:pPr>
      <w:r>
        <w:rPr>
          <w:b w:val="0"/>
          <w:i w:val="0"/>
        </w:rPr>
        <w:t xml:space="preserve">107 Richard Cavendish, “The Birth of Rolls Royce,” </w:t>
      </w:r>
      <w:r>
        <w:rPr>
          <w:b w:val="0"/>
          <w:i/>
        </w:rPr>
        <w:t>History Today</w:t>
      </w:r>
      <w:r>
        <w:rPr>
          <w:b w:val="0"/>
          <w:i w:val="0"/>
        </w:rPr>
        <w:t>, ngày 5 tháng 5 năm 2004, https://www.historytoday.com/archive/birth-rolls-royce.</w:t>
      </w:r>
    </w:p>
    <w:p>
      <w:pPr>
        <w:spacing w:after="80"/>
        <w:ind w:left="360"/>
      </w:pPr>
      <w:r>
        <w:rPr>
          <w:b w:val="0"/>
          <w:i w:val="0"/>
        </w:rPr>
        <w:t>108 “How Rolls Met Royce,” Rolls-Royce Motor Cars, truy cập ngày 1 tháng 12 năm 2023, https://www.rolls-roycemotorcars.com/en_US/inspiring-greatness/values/how-rolls-met-royce.html.</w:t>
      </w:r>
    </w:p>
    <w:p>
      <w:pPr>
        <w:spacing w:after="80"/>
        <w:ind w:left="360"/>
      </w:pPr>
      <w:r>
        <w:rPr>
          <w:b w:val="0"/>
          <w:i w:val="0"/>
        </w:rPr>
        <w:t>109 “How Rolls Met Royce.”</w:t>
      </w:r>
    </w:p>
    <w:p>
      <w:pPr>
        <w:spacing w:after="80"/>
        <w:ind w:left="360"/>
      </w:pPr>
      <w:r>
        <w:rPr>
          <w:b w:val="0"/>
          <w:i w:val="0"/>
        </w:rPr>
        <w:t>110 “How Rolls Met Royce.”</w:t>
      </w:r>
    </w:p>
    <w:p>
      <w:pPr>
        <w:spacing w:after="80"/>
        <w:ind w:left="360"/>
      </w:pPr>
      <w:r>
        <w:rPr>
          <w:b w:val="0"/>
          <w:i w:val="0"/>
        </w:rPr>
        <w:t>111 “How Rolls Met Royce.”</w:t>
      </w:r>
    </w:p>
    <w:p>
      <w:pPr>
        <w:spacing w:after="80"/>
        <w:ind w:left="360"/>
      </w:pPr>
      <w:r>
        <w:rPr>
          <w:b w:val="0"/>
          <w:i w:val="0"/>
        </w:rPr>
        <w:t xml:space="preserve">112 Kern Lima, </w:t>
      </w:r>
      <w:r>
        <w:rPr>
          <w:b w:val="0"/>
          <w:i/>
        </w:rPr>
        <w:t>Believe It</w:t>
      </w:r>
      <w:r>
        <w:rPr>
          <w:b w:val="0"/>
          <w:i w:val="0"/>
        </w:rPr>
        <w:t>, 106.</w:t>
      </w:r>
    </w:p>
    <w:p>
      <w:pPr>
        <w:spacing w:after="80"/>
        <w:ind w:left="360"/>
      </w:pPr>
      <w:r>
        <w:rPr>
          <w:b w:val="0"/>
          <w:i w:val="0"/>
        </w:rPr>
        <w:t>113 “ ‘The Buck Stops Here’ Desk Sign,” Harry S. Truman Library Museum, truy cập ngày 4 tháng 12 năm 2023, https://www.trumanlibrary.gov/education/trivia/buck-stops-here-sign.</w:t>
      </w:r>
    </w:p>
    <w:p>
      <w:pPr>
        <w:spacing w:after="80"/>
        <w:ind w:left="360"/>
      </w:pPr>
      <w:r>
        <w:rPr>
          <w:b w:val="0"/>
          <w:i w:val="0"/>
        </w:rPr>
        <w:t>114 “ ‘The Buck Stops Here.’ ”</w:t>
      </w:r>
    </w:p>
    <w:p>
      <w:pPr>
        <w:spacing w:after="80"/>
        <w:ind w:left="360"/>
      </w:pPr>
      <w:r>
        <w:rPr>
          <w:b w:val="0"/>
          <w:i w:val="0"/>
        </w:rPr>
        <w:t>115 Michael Hyatt, “How Real Leaders Demonstrate Accountability,” Full Focus, truy cập ngày 4 tháng 12 năm 2023, https://fullfocus.co/leadership-and-accountability.</w:t>
      </w:r>
    </w:p>
    <w:p>
      <w:pPr>
        <w:spacing w:after="80"/>
        <w:ind w:left="360"/>
      </w:pPr>
      <w:r>
        <w:rPr>
          <w:b w:val="0"/>
          <w:i w:val="0"/>
        </w:rPr>
        <w:t xml:space="preserve">116 Joyce E. A. Russell, “Great Leaders Don’t Pass the Buck,” </w:t>
      </w:r>
      <w:r>
        <w:rPr>
          <w:b w:val="0"/>
          <w:i/>
        </w:rPr>
        <w:t>Forbes</w:t>
      </w:r>
      <w:r>
        <w:rPr>
          <w:b w:val="0"/>
          <w:i w:val="0"/>
        </w:rPr>
        <w:t>, ngày 26 tháng 9 năm 2020, https://www.forbes.com/sites/joyceearussell/2020/09/26/great-leaders-dont-pass-the-buck.</w:t>
      </w:r>
    </w:p>
    <w:p>
      <w:pPr>
        <w:spacing w:after="80"/>
        <w:ind w:left="360"/>
      </w:pPr>
      <w:r>
        <w:rPr>
          <w:b w:val="0"/>
          <w:i w:val="0"/>
        </w:rPr>
        <w:t>117 Gary Burnison, “Làm chủ kết quả,” Korn Ferry, truy cập ngày 6 tháng 12 năm 2023, https://www.kornferry.com/insights/special-edition/owning-the-outcome.</w:t>
      </w:r>
    </w:p>
    <w:p>
      <w:pPr>
        <w:spacing w:after="80"/>
        <w:ind w:left="360"/>
      </w:pPr>
      <w:r>
        <w:rPr>
          <w:b w:val="0"/>
          <w:i w:val="0"/>
        </w:rPr>
        <w:t xml:space="preserve">118 Jack Zenger, “Nhận trách nhiệm là dấu hiệu cao quý nhất của những nhà lãnh đạo vĩ đại,” </w:t>
      </w:r>
      <w:r>
        <w:rPr>
          <w:b w:val="0"/>
          <w:i/>
        </w:rPr>
        <w:t>Forbes</w:t>
      </w:r>
      <w:r>
        <w:rPr>
          <w:b w:val="0"/>
          <w:i w:val="0"/>
        </w:rPr>
        <w:t>, ngày 16 tháng 7 năm 2015, https://www.forbes.com/sites/jackzenger/2015/07/16/taking-responsibility-is-the-highest-mark-of-great-leaders/?sh</w:t>
      </w:r>
      <w:r>
        <w:rPr>
          <w:rFonts w:ascii="Consolas" w:hAnsi="Consolas"/>
          <w:b w:val="0"/>
          <w:i w:val="0"/>
          <w:sz w:val="20"/>
        </w:rPr>
        <w:t>=521fbc2d48f2</w:t>
      </w:r>
      <w:r>
        <w:rPr>
          <w:b w:val="0"/>
          <w:i w:val="0"/>
        </w:rPr>
        <w:t>.</w:t>
      </w:r>
    </w:p>
    <w:p>
      <w:pPr>
        <w:spacing w:after="80"/>
        <w:ind w:left="360"/>
      </w:pPr>
      <w:r>
        <w:rPr>
          <w:b w:val="0"/>
          <w:i w:val="0"/>
        </w:rPr>
        <w:t>119 Burnison, “Làm chủ kết quả.”</w:t>
      </w:r>
    </w:p>
    <w:p>
      <w:pPr>
        <w:spacing w:after="80"/>
        <w:ind w:left="360"/>
      </w:pPr>
      <w:r>
        <w:rPr>
          <w:b w:val="0"/>
          <w:i w:val="0"/>
        </w:rPr>
        <w:t xml:space="preserve">120 Gilbert Arland, trích trong H. Jackson Brown, Jr., chủ biên, </w:t>
      </w:r>
      <w:r>
        <w:rPr>
          <w:b w:val="0"/>
          <w:i/>
        </w:rPr>
        <w:t>A Father’s Book of Wisdom</w:t>
      </w:r>
      <w:r>
        <w:rPr>
          <w:b w:val="0"/>
          <w:i w:val="0"/>
        </w:rPr>
        <w:t xml:space="preserve"> (Nashville: Rutledge Hill Press, 1988), 115.</w:t>
      </w:r>
    </w:p>
    <w:p>
      <w:pPr>
        <w:spacing w:after="80"/>
        <w:ind w:left="360"/>
      </w:pPr>
      <w:r>
        <w:rPr>
          <w:b w:val="0"/>
          <w:i w:val="0"/>
        </w:rPr>
        <w:t xml:space="preserve">121 </w:t>
      </w:r>
      <w:r>
        <w:rPr>
          <w:b w:val="0"/>
          <w:i/>
        </w:rPr>
        <w:t>Collins English Dictionary</w:t>
      </w:r>
      <w:r>
        <w:rPr>
          <w:b w:val="0"/>
          <w:i w:val="0"/>
        </w:rPr>
        <w:t>, mục từ “creed,” truy cập ngày 5 tháng 12 năm 2023, https://www.collinsdictionary.com/us/dictionary/english/creed.</w:t>
      </w:r>
    </w:p>
    <w:p>
      <w:pPr>
        <w:spacing w:after="80"/>
        <w:ind w:left="360"/>
      </w:pPr>
      <w:r>
        <w:rPr>
          <w:b w:val="0"/>
          <w:i w:val="0"/>
        </w:rPr>
        <w:t>122 “Hướng dẫn khai vấn cho Hệ thống Chuyển hóa Thói quen Sức khỏe,” Optavia, truy cập ngày 6 tháng 12 năm 2023, https://optaviamedia.com/pdf/learn/50107_GUI-OPTAVIA-Coaching-Guide-for-the-HOH-Transformational-System.pdf.</w:t>
      </w:r>
    </w:p>
    <w:p>
      <w:pPr>
        <w:spacing w:after="80"/>
        <w:ind w:left="360"/>
      </w:pPr>
      <w:r>
        <w:rPr>
          <w:b w:val="0"/>
          <w:i w:val="0"/>
        </w:rPr>
        <w:t>123 Zenger, “Nhận trách nhiệm.”</w:t>
      </w:r>
    </w:p>
    <w:p>
      <w:pPr>
        <w:spacing w:after="80"/>
        <w:ind w:left="360"/>
      </w:pPr>
      <w:r>
        <w:rPr>
          <w:b w:val="0"/>
          <w:i w:val="0"/>
        </w:rPr>
        <w:t xml:space="preserve">124 John Izzo, </w:t>
      </w:r>
      <w:r>
        <w:rPr>
          <w:b w:val="0"/>
          <w:i/>
        </w:rPr>
        <w:t>Stepping Up: How Taking Responsibility Changes Everything,</w:t>
      </w:r>
      <w:r>
        <w:rPr>
          <w:b w:val="0"/>
          <w:i w:val="0"/>
        </w:rPr>
        <w:t xml:space="preserve"> tái bản lần 2 (Oakland, CA: Berrett-Koehler Publishers, 2011), 333 trên 3342, Kindle.</w:t>
      </w:r>
    </w:p>
    <w:p>
      <w:pPr>
        <w:spacing w:after="80"/>
        <w:ind w:left="360"/>
      </w:pPr>
      <w:r>
        <w:rPr>
          <w:b w:val="0"/>
          <w:i w:val="0"/>
        </w:rPr>
        <w:t xml:space="preserve">125 </w:t>
      </w:r>
      <w:r>
        <w:rPr>
          <w:b w:val="0"/>
          <w:i/>
        </w:rPr>
        <w:t>The American Heritage Dictionary of the English Language</w:t>
      </w:r>
      <w:r>
        <w:rPr>
          <w:b w:val="0"/>
          <w:i w:val="0"/>
        </w:rPr>
        <w:t>, mục từ “credible,” truy cập ngày 6 tháng 12 năm 2023, https://www.ahdictionary.com/word/search.html?q</w:t>
      </w:r>
      <w:r>
        <w:rPr>
          <w:rFonts w:ascii="Consolas" w:hAnsi="Consolas"/>
          <w:b w:val="0"/>
          <w:i w:val="0"/>
          <w:sz w:val="20"/>
        </w:rPr>
        <w:t>=credible</w:t>
      </w:r>
      <w:r>
        <w:rPr>
          <w:b w:val="0"/>
          <w:i w:val="0"/>
        </w:rPr>
        <w:t>.</w:t>
      </w:r>
    </w:p>
    <w:p>
      <w:pPr>
        <w:spacing w:after="80"/>
        <w:ind w:left="360"/>
      </w:pPr>
      <w:r>
        <w:rPr>
          <w:b w:val="0"/>
          <w:i w:val="0"/>
        </w:rPr>
        <w:t xml:space="preserve">126 James M. Kouzes và Barry Z. Posner, </w:t>
      </w:r>
      <w:r>
        <w:rPr>
          <w:b w:val="0"/>
          <w:i/>
        </w:rPr>
        <w:t>Credibility: How Leaders Gain and Lose It, Why People Demand It</w:t>
      </w:r>
      <w:r>
        <w:rPr>
          <w:b w:val="0"/>
          <w:i w:val="0"/>
        </w:rPr>
        <w:t xml:space="preserve"> (San Francisco: Jossey-Bass, 2011), 198 trên 250, Kindle.</w:t>
      </w:r>
    </w:p>
    <w:p>
      <w:pPr>
        <w:spacing w:after="80"/>
        <w:ind w:left="360"/>
      </w:pPr>
      <w:r>
        <w:rPr>
          <w:b w:val="0"/>
          <w:i w:val="0"/>
        </w:rPr>
        <w:t xml:space="preserve">127 Mark Batterson, </w:t>
      </w:r>
      <w:r>
        <w:rPr>
          <w:b w:val="0"/>
          <w:i/>
        </w:rPr>
        <w:t>Win the Day: 7 Daily Habits to Help You Stress Less and Accomplish More</w:t>
      </w:r>
      <w:r>
        <w:rPr>
          <w:b w:val="0"/>
          <w:i w:val="0"/>
        </w:rPr>
        <w:t xml:space="preserve"> (Colorado Springs: Multnomah, 2020), 15 trên 235, Kindle.</w:t>
      </w:r>
    </w:p>
    <w:p>
      <w:pPr>
        <w:spacing w:after="80"/>
        <w:ind w:left="360"/>
      </w:pPr>
      <w:r>
        <w:rPr>
          <w:b w:val="0"/>
          <w:i w:val="0"/>
        </w:rPr>
        <w:t>128 Nguồn không rõ.</w:t>
      </w:r>
    </w:p>
    <w:p>
      <w:pPr>
        <w:spacing w:after="80"/>
        <w:ind w:left="360"/>
      </w:pPr>
      <w:r>
        <w:rPr>
          <w:b w:val="0"/>
          <w:i w:val="0"/>
        </w:rPr>
        <w:t>129 Bill Anuszewski, “5 lý do vì sao giữ lời cam kết sẽ khiến bạn trở thành một người tốt hơn toàn diện,” Jaywalker, ngày 18 tháng 10 năm 2016, https://jaywalkerlodge.com/5-reasons-why-keeping-commitments-will-make-you-a-better-person-overall.</w:t>
      </w:r>
    </w:p>
    <w:p>
      <w:pPr>
        <w:spacing w:after="80"/>
        <w:ind w:left="360"/>
      </w:pPr>
      <w:r>
        <w:rPr>
          <w:b w:val="0"/>
          <w:i w:val="0"/>
        </w:rPr>
        <w:t xml:space="preserve">130 John Wooden và Steve Jamison, </w:t>
      </w:r>
      <w:r>
        <w:rPr>
          <w:b w:val="0"/>
          <w:i/>
        </w:rPr>
        <w:t>Coach Wooden’s Leadership Game Plan for Success: 12 Lessons for Extraordinary Performance and Personal Excellence</w:t>
      </w:r>
      <w:r>
        <w:rPr>
          <w:b w:val="0"/>
          <w:i w:val="0"/>
        </w:rPr>
        <w:t xml:space="preserve"> (New York: McGraw-Hill, 2009), 5.</w:t>
      </w:r>
    </w:p>
    <w:p>
      <w:pPr>
        <w:spacing w:after="80"/>
        <w:ind w:left="360"/>
      </w:pPr>
      <w:r>
        <w:rPr>
          <w:b w:val="0"/>
          <w:i w:val="0"/>
        </w:rPr>
        <w:t>131 “Quyền lực và Thẩm quyền,” Kho trích dẫn Lord Acton, Đại học Acton, truy cập ngày 6 tháng 12 năm 2023, https://www.acton.org/research/lord-acton-quote-archive.</w:t>
      </w:r>
    </w:p>
    <w:p>
      <w:pPr>
        <w:spacing w:after="80"/>
        <w:ind w:left="360"/>
      </w:pPr>
      <w:r>
        <w:rPr>
          <w:b w:val="0"/>
          <w:i w:val="0"/>
        </w:rPr>
        <w:t xml:space="preserve">132 “Sáu câu nói mạnh mẽ và sâu sắc của Theodore Roosevelt, </w:t>
      </w:r>
      <w:r>
        <w:rPr>
          <w:b w:val="0"/>
          <w:i/>
        </w:rPr>
        <w:t>Business Insider</w:t>
      </w:r>
      <w:r>
        <w:rPr>
          <w:b w:val="0"/>
          <w:i w:val="0"/>
        </w:rPr>
        <w:t>, ngày 16 tháng 9 năm 2012, https://www.businessinsider.com/six-powerful-and-wise-quotes-from-theodore-roosevelt-2012-9.</w:t>
      </w:r>
    </w:p>
    <w:p>
      <w:pPr>
        <w:spacing w:after="80"/>
        <w:ind w:left="360"/>
      </w:pPr>
      <w:r>
        <w:rPr>
          <w:b w:val="0"/>
          <w:i w:val="0"/>
        </w:rPr>
        <w:t xml:space="preserve">133 David Miller và Andrew Reeves, “Pass the Buck or the Buck Stops Here? The Public Costs of Claiming and Deflecting Blame in Managing Crises,” </w:t>
      </w:r>
      <w:r>
        <w:rPr>
          <w:b w:val="0"/>
          <w:i/>
        </w:rPr>
        <w:t>Journal of Public Policy</w:t>
      </w:r>
      <w:r>
        <w:rPr>
          <w:b w:val="0"/>
          <w:i w:val="0"/>
        </w:rPr>
        <w:t xml:space="preserve"> 42, no. 1 (tháng 3 năm 2022): 63–91, https://www.davidryanmiller.com/files/main-rr.pdf.</w:t>
      </w:r>
    </w:p>
    <w:p>
      <w:pPr>
        <w:spacing w:after="80"/>
        <w:ind w:left="360"/>
      </w:pPr>
      <w:r>
        <w:rPr>
          <w:b w:val="0"/>
          <w:i w:val="0"/>
        </w:rPr>
        <w:t xml:space="preserve">134 Phil Geldart, “The Importance of Seeing the Big Picture,” </w:t>
      </w:r>
      <w:r>
        <w:rPr>
          <w:b w:val="0"/>
          <w:i/>
        </w:rPr>
        <w:t>Entrepreneur</w:t>
      </w:r>
      <w:r>
        <w:rPr>
          <w:b w:val="0"/>
          <w:i w:val="0"/>
        </w:rPr>
        <w:t>, 30 tháng 4 năm 2020, https://www.entrepreneur.com/leadership/the-importance-of-seeing-the-big-picture/349368.</w:t>
      </w:r>
    </w:p>
    <w:p>
      <w:pPr>
        <w:spacing w:after="80"/>
        <w:ind w:left="360"/>
      </w:pPr>
      <w:r>
        <w:rPr>
          <w:b w:val="0"/>
          <w:i w:val="0"/>
        </w:rPr>
        <w:t xml:space="preserve">135 Jeffrey Kluger, “The ‘Overview Effect’ Forever Changes Some Astronauts’ Attitudes Towards Earth—But You Don’t Need to Go to Space to Experience It,” </w:t>
      </w:r>
      <w:r>
        <w:rPr>
          <w:b w:val="0"/>
          <w:i/>
        </w:rPr>
        <w:t>Time</w:t>
      </w:r>
      <w:r>
        <w:rPr>
          <w:b w:val="0"/>
          <w:i w:val="0"/>
        </w:rPr>
        <w:t>, 30 tháng 7 năm 2021, https://time.com/6084094/overview-effect.</w:t>
      </w:r>
    </w:p>
    <w:p>
      <w:pPr>
        <w:spacing w:after="80"/>
        <w:ind w:left="360"/>
      </w:pPr>
      <w:r>
        <w:rPr>
          <w:b w:val="0"/>
          <w:i w:val="0"/>
        </w:rPr>
        <w:t xml:space="preserve">136 Marina Koren, “Seeing Earth from Space Will Change You: The Question is How,” </w:t>
      </w:r>
      <w:r>
        <w:rPr>
          <w:b w:val="0"/>
          <w:i/>
        </w:rPr>
        <w:t>The Atlantic</w:t>
      </w:r>
      <w:r>
        <w:rPr>
          <w:b w:val="0"/>
          <w:i w:val="0"/>
        </w:rPr>
        <w:t>, tháng 1/tháng 2 năm 2023, https://www.theatlantic.com/magazine/archive/2023/01/astronauts-visiting-space-overview-effect-spacex-blue-origin/672226.</w:t>
      </w:r>
    </w:p>
    <w:p>
      <w:pPr>
        <w:spacing w:after="80"/>
        <w:ind w:left="360"/>
      </w:pPr>
      <w:r>
        <w:rPr>
          <w:b w:val="0"/>
          <w:i w:val="0"/>
        </w:rPr>
        <w:t>137 Madeline Miles, “6 Big Picture Thinking Strategies that You’ll Actually Use,” BetterUp, 19 tháng 7 năm 2022, https://www.betterup.com/blog/big-picture-thinking.</w:t>
      </w:r>
    </w:p>
    <w:p>
      <w:pPr>
        <w:spacing w:after="80"/>
        <w:ind w:left="360"/>
      </w:pPr>
      <w:r>
        <w:rPr>
          <w:b w:val="0"/>
          <w:i w:val="0"/>
        </w:rPr>
        <w:t xml:space="preserve">138 Ann Landers, truy cập ngày 13 tháng 12 năm 2023, “Maturity Means Many Things,” </w:t>
      </w:r>
      <w:r>
        <w:rPr>
          <w:b w:val="0"/>
          <w:i/>
        </w:rPr>
        <w:t>Chicago Tribune</w:t>
      </w:r>
      <w:r>
        <w:rPr>
          <w:b w:val="0"/>
          <w:i w:val="0"/>
        </w:rPr>
        <w:t>, 17 tháng 7 năm 1999, https://www.chicagotribune.com/news/ct-xpm-1999-07-17-9907170129-story.html.</w:t>
      </w:r>
    </w:p>
    <w:p>
      <w:pPr>
        <w:spacing w:after="80"/>
        <w:ind w:left="360"/>
      </w:pPr>
      <w:r>
        <w:rPr>
          <w:b w:val="0"/>
          <w:i w:val="0"/>
        </w:rPr>
        <w:t>139 Geldart, “The Importance of Seeing.”</w:t>
      </w:r>
    </w:p>
    <w:p>
      <w:pPr>
        <w:spacing w:after="80"/>
        <w:ind w:left="360"/>
      </w:pPr>
      <w:r>
        <w:rPr>
          <w:b w:val="0"/>
          <w:i w:val="0"/>
        </w:rPr>
        <w:t>140 “Nido R. Qubein,” The Horatio Alger Association of Distinguished Americans, Inc., https://horatioalger.org/members/detail/nido-r-qubein.</w:t>
      </w:r>
    </w:p>
    <w:p>
      <w:pPr>
        <w:spacing w:after="80"/>
        <w:ind w:left="360"/>
      </w:pPr>
      <w:r>
        <w:rPr>
          <w:b w:val="0"/>
          <w:i w:val="0"/>
        </w:rPr>
        <w:t>141 “Horatio Alger Award,” Horatio Alger Association of Distinguished Americans, Inc., https://horatioalger.org/horatio-alger-award/.</w:t>
      </w:r>
    </w:p>
    <w:p>
      <w:pPr>
        <w:spacing w:after="80"/>
        <w:ind w:left="360"/>
      </w:pPr>
      <w:r>
        <w:rPr>
          <w:b w:val="0"/>
          <w:i w:val="0"/>
        </w:rPr>
        <w:t>142 “High Point University—High End Marketing at Its Best?” Wally Boston, 15 tháng 2 năm 2023, https://wallyboston.com/high-point-university-high-end-marketing-at-its-best.</w:t>
      </w:r>
    </w:p>
    <w:p>
      <w:pPr>
        <w:spacing w:after="80"/>
        <w:ind w:left="360"/>
      </w:pPr>
      <w:r>
        <w:rPr>
          <w:b w:val="0"/>
          <w:i w:val="0"/>
        </w:rPr>
        <w:t>143 “Nido R. Qubein: A Life of Success and Significance,” High Point University, 25 tháng 10 năm 2013, video YouTube, https://www.youtube.com/watch?v</w:t>
      </w:r>
      <w:r>
        <w:rPr>
          <w:rFonts w:ascii="Consolas" w:hAnsi="Consolas"/>
          <w:b w:val="0"/>
          <w:i w:val="0"/>
          <w:sz w:val="20"/>
        </w:rPr>
        <w:t>=gbJEu898sNA</w:t>
      </w:r>
      <w:r>
        <w:rPr>
          <w:b w:val="0"/>
          <w:i w:val="0"/>
        </w:rPr>
        <w:t>.</w:t>
      </w:r>
    </w:p>
    <w:p>
      <w:pPr>
        <w:spacing w:after="80"/>
        <w:ind w:left="360"/>
      </w:pPr>
      <w:r>
        <w:rPr>
          <w:b w:val="0"/>
          <w:i w:val="0"/>
        </w:rPr>
        <w:t>144 “Values at High Point University,” truy cập ngày 13 tháng 12 năm 2023, High Point University, https://www.highpoint.edu/values.</w:t>
      </w:r>
    </w:p>
    <w:p>
      <w:pPr>
        <w:spacing w:after="80"/>
        <w:ind w:left="360"/>
      </w:pPr>
      <w:r>
        <w:rPr>
          <w:b w:val="0"/>
          <w:i w:val="0"/>
        </w:rPr>
        <w:t>145 “Experiential Learning,” High Point University, truy cập ngày 14 tháng 12 năm 2023, https://www.highpoint.edu/experiential-learning.</w:t>
      </w:r>
    </w:p>
    <w:p>
      <w:pPr>
        <w:spacing w:after="80"/>
        <w:ind w:left="360"/>
      </w:pPr>
      <w:r>
        <w:rPr>
          <w:b w:val="0"/>
          <w:i w:val="0"/>
        </w:rPr>
        <w:t xml:space="preserve">146 Maggie Oman Shannon, </w:t>
      </w:r>
      <w:r>
        <w:rPr>
          <w:b w:val="0"/>
          <w:i/>
        </w:rPr>
        <w:t>The Way We Pray: Prayer Practices from Around the World</w:t>
      </w:r>
      <w:r>
        <w:rPr>
          <w:b w:val="0"/>
          <w:i w:val="0"/>
        </w:rPr>
        <w:t xml:space="preserve"> (Berkeley: Conari Press, 2001), 76.</w:t>
      </w:r>
    </w:p>
    <w:p>
      <w:pPr>
        <w:spacing w:after="80"/>
        <w:ind w:left="360"/>
      </w:pPr>
      <w:r>
        <w:rPr>
          <w:b w:val="0"/>
          <w:i w:val="0"/>
        </w:rPr>
        <w:t xml:space="preserve">147 Shel Silverstein, “How Many, How Much,” </w:t>
      </w:r>
      <w:r>
        <w:rPr>
          <w:b w:val="0"/>
          <w:i/>
        </w:rPr>
        <w:t>Light in the Attic</w:t>
      </w:r>
      <w:r>
        <w:rPr>
          <w:b w:val="0"/>
          <w:i w:val="0"/>
        </w:rPr>
        <w:t xml:space="preserve"> (New York: Harper Collins, 1981), 8 trên 101, Kindle.</w:t>
      </w:r>
    </w:p>
    <w:p>
      <w:pPr>
        <w:spacing w:after="80"/>
        <w:ind w:left="360"/>
      </w:pPr>
      <w:r>
        <w:rPr>
          <w:b w:val="0"/>
          <w:i w:val="0"/>
        </w:rPr>
        <w:t xml:space="preserve">148 Clem Sunter, </w:t>
      </w:r>
      <w:r>
        <w:rPr>
          <w:b w:val="0"/>
          <w:i/>
        </w:rPr>
        <w:t>Flag Watching: How a Fox Decodes the Future</w:t>
      </w:r>
      <w:r>
        <w:rPr>
          <w:b w:val="0"/>
          <w:i w:val="0"/>
        </w:rPr>
        <w:t xml:space="preserve"> (Cape Town: Tafelberg, 2015), 61 trên 2279, Kindle.</w:t>
      </w:r>
    </w:p>
    <w:p>
      <w:pPr>
        <w:spacing w:after="80"/>
        <w:ind w:left="360"/>
      </w:pPr>
      <w:r>
        <w:rPr>
          <w:b w:val="0"/>
          <w:i w:val="0"/>
        </w:rPr>
        <w:t xml:space="preserve">149 Michael W. Foss, </w:t>
      </w:r>
      <w:r>
        <w:rPr>
          <w:b w:val="0"/>
          <w:i/>
        </w:rPr>
        <w:t>Real Faith for Real Life: Living the Six Marks of Discipleship</w:t>
      </w:r>
      <w:r>
        <w:rPr>
          <w:b w:val="0"/>
          <w:i w:val="0"/>
        </w:rPr>
        <w:t xml:space="preserve"> (Minneapolis: Augsburg Books, 2004), 110.</w:t>
      </w:r>
    </w:p>
    <w:p>
      <w:pPr>
        <w:spacing w:after="80"/>
        <w:ind w:left="360"/>
      </w:pPr>
      <w:r>
        <w:rPr>
          <w:b w:val="0"/>
          <w:i w:val="0"/>
        </w:rPr>
        <w:t xml:space="preserve">150 Ernest Hemingway, “The Capital of the World,” </w:t>
      </w:r>
      <w:r>
        <w:rPr>
          <w:b w:val="0"/>
          <w:i/>
        </w:rPr>
        <w:t>The Complete Short Stories of Ernest Hemingway</w:t>
      </w:r>
      <w:r>
        <w:rPr>
          <w:b w:val="0"/>
          <w:i w:val="0"/>
        </w:rPr>
        <w:t>, Finca Vigía Edition (New York: Scribner, 2003), 29 of 652, Kindle.</w:t>
      </w:r>
    </w:p>
    <w:p>
      <w:pPr>
        <w:spacing w:after="80"/>
        <w:ind w:left="360"/>
      </w:pPr>
      <w:r>
        <w:rPr>
          <w:b w:val="0"/>
          <w:i w:val="0"/>
        </w:rPr>
        <w:t xml:space="preserve">151 Larry Chang, chủ biên, </w:t>
      </w:r>
      <w:r>
        <w:rPr>
          <w:b w:val="0"/>
          <w:i/>
        </w:rPr>
        <w:t>Wisdom for the Soul: Five Millennia of Prescriptions for Spiritual Healing</w:t>
      </w:r>
      <w:r>
        <w:rPr>
          <w:b w:val="0"/>
          <w:i w:val="0"/>
        </w:rPr>
        <w:t xml:space="preserve"> (Washington, DC: Gnosophia, 2006), 137.</w:t>
      </w:r>
    </w:p>
    <w:p>
      <w:pPr>
        <w:spacing w:after="80"/>
        <w:ind w:left="360"/>
      </w:pPr>
      <w:r>
        <w:rPr>
          <w:b w:val="0"/>
          <w:i w:val="0"/>
        </w:rPr>
        <w:t xml:space="preserve">152 </w:t>
      </w:r>
      <w:r>
        <w:rPr>
          <w:b w:val="0"/>
          <w:i/>
        </w:rPr>
        <w:t>Webster’s New Universal Unabridged Dictionary</w:t>
      </w:r>
      <w:r>
        <w:rPr>
          <w:b w:val="0"/>
          <w:i w:val="0"/>
        </w:rPr>
        <w:t>, 1996, mục từ “grace.”</w:t>
      </w:r>
    </w:p>
    <w:p>
      <w:pPr>
        <w:spacing w:after="80"/>
        <w:ind w:left="360"/>
      </w:pPr>
      <w:r>
        <w:rPr>
          <w:b w:val="0"/>
          <w:i w:val="0"/>
        </w:rPr>
        <w:t>153 “Albert Schweitzer Biographical,” NobelPrize.org, truy cập ngày 15 tháng 12 năm 2023, https://www.nobelprize.org/prizes/peace/1952/schweitzer/biographical.</w:t>
      </w:r>
    </w:p>
    <w:p>
      <w:pPr>
        <w:spacing w:after="80"/>
        <w:ind w:left="360"/>
      </w:pPr>
      <w:r>
        <w:rPr>
          <w:b w:val="0"/>
          <w:i w:val="0"/>
        </w:rPr>
        <w:t>154 “Albert Schweitzer Quotes,” Brainyquote.com, truy cập ngày 15 tháng 12 năm 2023, https://www.brainyquote.com/quotes/albert_schweitzer_133001.</w:t>
      </w:r>
    </w:p>
    <w:p>
      <w:pPr>
        <w:spacing w:after="80"/>
        <w:ind w:left="360"/>
      </w:pPr>
      <w:r>
        <w:rPr>
          <w:b w:val="0"/>
          <w:i w:val="0"/>
        </w:rPr>
        <w:t>155 Không rõ nguồn.</w:t>
      </w:r>
    </w:p>
    <w:p>
      <w:pPr>
        <w:spacing w:after="80"/>
        <w:ind w:left="360"/>
      </w:pPr>
      <w:r>
        <w:rPr>
          <w:b w:val="0"/>
          <w:i w:val="0"/>
        </w:rPr>
        <w:t xml:space="preserve">156 Glenn Elliott và Debra Corey, </w:t>
      </w:r>
      <w:r>
        <w:rPr>
          <w:b w:val="0"/>
          <w:i/>
        </w:rPr>
        <w:t>Build It: The Rebel Playbook for World-Class Employee Engagement</w:t>
      </w:r>
      <w:r>
        <w:rPr>
          <w:b w:val="0"/>
          <w:i w:val="0"/>
        </w:rPr>
        <w:t xml:space="preserve"> (Chichester, UK: Wiley, 2018), 77.</w:t>
      </w:r>
    </w:p>
    <w:p>
      <w:pPr>
        <w:spacing w:after="80"/>
        <w:ind w:left="360"/>
      </w:pPr>
      <w:r>
        <w:rPr>
          <w:b w:val="0"/>
          <w:i w:val="0"/>
        </w:rPr>
        <w:t xml:space="preserve">157 Không rõ tác giả gốc, được trích trong John C. Maxwell, </w:t>
      </w:r>
      <w:r>
        <w:rPr>
          <w:b w:val="0"/>
          <w:i/>
        </w:rPr>
        <w:t>Be a People Person: Effective Leadership Through Effective Relationships</w:t>
      </w:r>
      <w:r>
        <w:rPr>
          <w:b w:val="0"/>
          <w:i w:val="0"/>
        </w:rPr>
        <w:t xml:space="preserve"> (Colorado Springs: David C. Cook, 2007), 11.</w:t>
      </w:r>
    </w:p>
    <w:p>
      <w:pPr>
        <w:spacing w:after="80"/>
        <w:ind w:left="360"/>
      </w:pPr>
      <w:r>
        <w:rPr>
          <w:b w:val="0"/>
          <w:i w:val="0"/>
        </w:rPr>
        <w:t xml:space="preserve">158 Tim Spiker, </w:t>
      </w:r>
      <w:r>
        <w:rPr>
          <w:b w:val="0"/>
          <w:i/>
        </w:rPr>
        <w:t>The Only Leaders Worth* Following: Why Some Leaders Succeed, Others Fail, and How the Quality of Our Lives Hangs in the Balance</w:t>
      </w:r>
      <w:r>
        <w:rPr>
          <w:b w:val="0"/>
          <w:i w:val="0"/>
        </w:rPr>
        <w:t xml:space="preserve"> (Atlanta: Alperio Press, 2020), 13 of 228, Kindle.</w:t>
      </w:r>
    </w:p>
    <w:p>
      <w:pPr>
        <w:spacing w:after="80"/>
        <w:ind w:left="360"/>
      </w:pPr>
      <w:r>
        <w:rPr>
          <w:b w:val="0"/>
          <w:i w:val="0"/>
        </w:rPr>
        <w:t xml:space="preserve">159 Spiker, </w:t>
      </w:r>
      <w:r>
        <w:rPr>
          <w:b w:val="0"/>
          <w:i/>
        </w:rPr>
        <w:t>The Only Leaders Worth* Following,</w:t>
      </w:r>
      <w:r>
        <w:rPr>
          <w:b w:val="0"/>
          <w:i w:val="0"/>
        </w:rPr>
        <w:t xml:space="preserve"> 30 of 228.</w:t>
      </w:r>
    </w:p>
    <w:p>
      <w:pPr>
        <w:spacing w:after="80"/>
        <w:ind w:left="360"/>
      </w:pPr>
      <w:r>
        <w:rPr>
          <w:b w:val="0"/>
          <w:i w:val="0"/>
        </w:rPr>
        <w:t>160 Spiker, 30 of 228.</w:t>
      </w:r>
    </w:p>
    <w:p>
      <w:pPr>
        <w:spacing w:after="80"/>
        <w:ind w:left="360"/>
      </w:pPr>
      <w:r>
        <w:rPr>
          <w:b w:val="0"/>
          <w:i w:val="0"/>
        </w:rPr>
        <w:t>161 Spiker, 33 of 228.</w:t>
      </w:r>
    </w:p>
    <w:p>
      <w:pPr>
        <w:spacing w:after="80"/>
        <w:ind w:left="360"/>
      </w:pPr>
      <w:r>
        <w:rPr>
          <w:b w:val="0"/>
          <w:i w:val="0"/>
        </w:rPr>
        <w:t xml:space="preserve">162 Jeff Henderson, </w:t>
      </w:r>
      <w:r>
        <w:rPr>
          <w:b w:val="0"/>
          <w:i/>
        </w:rPr>
        <w:t>Know What You’re For: A Growth Strategy for Work, an Even Better Strategy for Life</w:t>
      </w:r>
      <w:r>
        <w:rPr>
          <w:b w:val="0"/>
          <w:i w:val="0"/>
        </w:rPr>
        <w:t xml:space="preserve"> (Grand Rapids: Zondervan, 2019), 21 of 254, Kindle.</w:t>
      </w:r>
    </w:p>
    <w:p>
      <w:pPr>
        <w:spacing w:after="80"/>
        <w:ind w:left="360"/>
      </w:pPr>
      <w:r>
        <w:rPr>
          <w:b w:val="0"/>
          <w:i w:val="0"/>
        </w:rPr>
        <w:t xml:space="preserve">163 Henderson, </w:t>
      </w:r>
      <w:r>
        <w:rPr>
          <w:b w:val="0"/>
          <w:i/>
        </w:rPr>
        <w:t>Know What You’re For,</w:t>
      </w:r>
      <w:r>
        <w:rPr>
          <w:b w:val="0"/>
          <w:i w:val="0"/>
        </w:rPr>
        <w:t xml:space="preserve"> 125 of 254.</w:t>
      </w:r>
    </w:p>
    <w:p>
      <w:pPr>
        <w:spacing w:after="80"/>
        <w:ind w:left="360"/>
      </w:pPr>
      <w:r>
        <w:rPr>
          <w:b w:val="0"/>
          <w:i w:val="0"/>
        </w:rPr>
        <w:t>164 Châm ngôn 18:21 MSG.</w:t>
      </w:r>
    </w:p>
    <w:p>
      <w:pPr>
        <w:spacing w:after="80"/>
        <w:ind w:left="360"/>
      </w:pPr>
      <w:r>
        <w:rPr>
          <w:b w:val="0"/>
          <w:i w:val="0"/>
        </w:rPr>
        <w:t xml:space="preserve">165 John C. Maxwell, </w:t>
      </w:r>
      <w:r>
        <w:rPr>
          <w:b w:val="0"/>
          <w:i/>
        </w:rPr>
        <w:t>Intentional Living: Choosing a Life that Matters</w:t>
      </w:r>
      <w:r>
        <w:rPr>
          <w:b w:val="0"/>
          <w:i w:val="0"/>
        </w:rPr>
        <w:t xml:space="preserve"> (New York: Center Street, 2015), 27.</w:t>
      </w:r>
    </w:p>
    <w:p>
      <w:pPr>
        <w:spacing w:after="80"/>
        <w:ind w:left="360"/>
      </w:pPr>
      <w:r>
        <w:rPr>
          <w:b w:val="0"/>
          <w:i w:val="0"/>
        </w:rPr>
        <w:t>166 "Trích dẫn của Thomas Edison," ThomasEdison.com, truy cập ngày 16 tháng 12 năm 2023, https://www.thomasedison.com/quotes.html.</w:t>
      </w:r>
    </w:p>
    <w:p>
      <w:pPr>
        <w:spacing w:after="80"/>
        <w:ind w:left="360"/>
      </w:pPr>
      <w:r>
        <w:rPr>
          <w:b w:val="0"/>
          <w:i w:val="0"/>
        </w:rPr>
        <w:t>167 "Nếu chúng ta đối xử với mọi người như thể họ là những gì họ nên trở thành, chúng ta giúp họ trở thành những gì họ có khả năng trở thành," Quote Investigator, ngày 9 tháng 10 năm 2018, https://quoteinvestigator.com/2018/10/09/capable.</w:t>
      </w:r>
    </w:p>
    <w:p>
      <w:pPr>
        <w:spacing w:after="80"/>
        <w:ind w:left="360"/>
      </w:pPr>
      <w:r>
        <w:rPr>
          <w:b w:val="0"/>
          <w:i w:val="0"/>
        </w:rPr>
        <w:t>168 "Trích dẫn của Henry David Thoreau," Brainy Quote, truy cập ngày 16 tháng 12 năm 2023, https://www.brainyquote.com/quotes/henry_david_thoreau_132515.</w:t>
      </w:r>
    </w:p>
    <w:p>
      <w:pPr>
        <w:spacing w:after="80"/>
        <w:ind w:left="360"/>
      </w:pPr>
      <w:r>
        <w:rPr>
          <w:b w:val="0"/>
          <w:i w:val="0"/>
        </w:rPr>
        <w:t>169 "Áo số 6 của Bill Russell sẽ được treo vĩnh viễn trên toàn NBA," NBA.com, ngày 11 tháng 8 năm 2022, https://www.nba.com/news/bill-russells-no-6-jersey-to-be-retired-throughout-nba.</w:t>
      </w:r>
    </w:p>
    <w:p>
      <w:pPr>
        <w:spacing w:after="80"/>
        <w:ind w:left="360"/>
      </w:pPr>
      <w:r>
        <w:rPr>
          <w:b w:val="0"/>
          <w:i w:val="0"/>
        </w:rPr>
        <w:t xml:space="preserve">170 Robert W. Cohen, </w:t>
      </w:r>
      <w:r>
        <w:rPr>
          <w:b w:val="0"/>
          <w:i/>
        </w:rPr>
        <w:t>40 Cầu thủ Vĩ đại nhất trong Lịch sử Bóng rổ Boston Celtics</w:t>
      </w:r>
      <w:r>
        <w:rPr>
          <w:b w:val="0"/>
          <w:i w:val="0"/>
        </w:rPr>
        <w:t xml:space="preserve"> (Camden, ME: Down East Books, 2017), 8.</w:t>
      </w:r>
    </w:p>
    <w:p>
      <w:pPr>
        <w:spacing w:after="80"/>
        <w:ind w:left="360"/>
      </w:pPr>
      <w:r>
        <w:rPr>
          <w:b w:val="0"/>
          <w:i w:val="0"/>
        </w:rPr>
        <w:t>171 "Hồ sơ Huyền thoại: Bill Russell," NBA, ngày 13 tháng 9 năm 2021, https://www.nba.com/news/history-nba-legend-bill-russell.</w:t>
      </w:r>
    </w:p>
    <w:p>
      <w:pPr>
        <w:spacing w:after="80"/>
        <w:ind w:left="360"/>
      </w:pPr>
      <w:r>
        <w:rPr>
          <w:b w:val="0"/>
          <w:i w:val="0"/>
        </w:rPr>
        <w:t xml:space="preserve">172 John Bunyan, </w:t>
      </w:r>
      <w:r>
        <w:rPr>
          <w:b w:val="0"/>
          <w:i/>
        </w:rPr>
        <w:t>Thơ của John Bunyan: Tập II,</w:t>
      </w:r>
      <w:r>
        <w:rPr>
          <w:b w:val="0"/>
          <w:i w:val="0"/>
        </w:rPr>
        <w:t xml:space="preserve"> (Portable Poetry, 2017), 1 trên 1072, Kindle.</w:t>
      </w:r>
    </w:p>
    <w:p>
      <w:pPr>
        <w:spacing w:after="80"/>
        <w:ind w:left="360"/>
      </w:pPr>
      <w:r>
        <w:rPr>
          <w:b w:val="0"/>
          <w:i w:val="0"/>
        </w:rPr>
        <w:t xml:space="preserve">173 Beth Revis, </w:t>
      </w:r>
      <w:r>
        <w:rPr>
          <w:b w:val="0"/>
          <w:i/>
        </w:rPr>
        <w:t>Xuyên qua Vũ trụ</w:t>
      </w:r>
      <w:r>
        <w:rPr>
          <w:b w:val="0"/>
          <w:i w:val="0"/>
        </w:rPr>
        <w:t xml:space="preserve"> (New York: Razor Bill, 2011), 223 trên 260.</w:t>
      </w:r>
    </w:p>
    <w:p>
      <w:pPr>
        <w:spacing w:after="80"/>
        <w:ind w:left="360"/>
      </w:pPr>
      <w:r>
        <w:rPr>
          <w:b w:val="0"/>
          <w:i w:val="0"/>
        </w:rPr>
        <w:t xml:space="preserve">174 "Khổng Tử," </w:t>
      </w:r>
      <w:r>
        <w:rPr>
          <w:b w:val="0"/>
          <w:i/>
        </w:rPr>
        <w:t>Từ điển Trích dẫn,</w:t>
      </w:r>
      <w:r>
        <w:rPr>
          <w:b w:val="0"/>
          <w:i w:val="0"/>
        </w:rPr>
        <w:t xml:space="preserve"> James Wood, chủ biên (London: Frederick Warne &amp; Co., 1899), Bartleby.com, truy cập ngày 15 tháng 12 năm 2023, https://www.bartleby.com/lit-hub/dictionary-of-quotations/authors/confucius-5.</w:t>
      </w:r>
    </w:p>
    <w:p>
      <w:pPr>
        <w:spacing w:after="80"/>
        <w:ind w:left="360"/>
      </w:pPr>
      <w:r>
        <w:rPr>
          <w:b w:val="0"/>
          <w:i w:val="0"/>
        </w:rPr>
        <w:t>175 Sandra Day O'Connor, "Toàn văn Bài phát biểu Lễ Tốt nghiệp của Thẩm phán Sandra Day O'Connor," Stanford, ngày 13 tháng 6 năm 2004, https://news.stanford.edu/2004/06/13/full-text-justice-sandra-day-oconnors-commencement-address</w:t>
      </w:r>
    </w:p>
    <w:p>
      <w:pPr>
        <w:spacing w:after="80"/>
      </w:pPr>
      <w:r>
        <w:rPr>
          <w:b w:val="0"/>
          <w:i/>
        </w:rPr>
        <w:t>Lãnh đạo Con đường Cao: Kết nối Mọi người trong một Thế giới Chia rẽ</w:t>
      </w:r>
    </w:p>
    <w:p>
      <w:pPr>
        <w:spacing w:after="80"/>
      </w:pPr>
      <w:r>
        <w:rPr>
          <w:b w:val="0"/>
          <w:i w:val="0"/>
        </w:rPr>
        <w:t>Bản quyền © 2024 bởi John C. Maxwell</w:t>
      </w:r>
    </w:p>
    <w:p>
      <w:pPr>
        <w:spacing w:after="80"/>
      </w:pPr>
      <w:r>
        <w:rPr>
          <w:b w:val="0"/>
          <w:i w:val="0"/>
        </w:rPr>
        <w:t>Bảo lưu mọi quyền. Không phần nào của ấn phẩm này được phép sao chép, lưu trữ trong hệ thống truy xuất, hoặc truyền tải dưới bất kỳ hình thức nào bằng bất kỳ phương tiện nào, điện tử, cơ học, sao chụp, ghi âm, hoặc cách khác, mà không có sự cho phép trước của nhà xuất bản, trừ trường hợp được quy định bởi luật bản quyền Hoa Kỳ.</w:t>
      </w:r>
    </w:p>
    <w:p>
      <w:pPr>
        <w:spacing w:after="80"/>
      </w:pPr>
      <w:r>
        <w:rPr>
          <w:b w:val="0"/>
          <w:i w:val="0"/>
        </w:rPr>
        <w:t>Không có trách nhiệm pháp lý nào về bằng phát minh được giả định liên quan đến việc sử dụng thông tin trong ấn phẩm này. Mặc dù mọi biện pháp phòng ngừa đã được thực hiện trong quá trình chuẩn bị cuốn sách này, nhà xuất bản và tác giả không chịu trách nhiệm về các lỗi hoặc thiếu sót. Cũng không có trách nhiệm pháp lý nào được giả định đối với những thiệt hại phát sinh từ việc sử dụng thông tin trong ấn phẩm này.</w:t>
      </w:r>
    </w:p>
    <w:p>
      <w:pPr>
        <w:spacing w:after="80"/>
      </w:pPr>
      <w:r>
        <w:rPr>
          <w:b w:val="0"/>
          <w:i w:val="0"/>
        </w:rPr>
        <w:t>Các trích dẫn Kinh Thánh được đánh dấu NIV được lấy từ Kinh Thánh, Bản Dịch Quốc tế Mới®, NIV®. Bản quyền © 1973, 1978, 1984, 2011 bởi Biblica, Inc.® Được sử dụng với sự cho phép của Zondervan. Bảo lưu mọi quyền trên toàn thế giới. www.zondervan.com. "NIV" và "New International Version" là các nhãn hiệu đã đăng ký tại Văn phòng Sáng chế và Nhãn hiệu Hoa Kỳ bởi Biblica, Inc.®</w:t>
      </w:r>
    </w:p>
    <w:p>
      <w:pPr>
        <w:spacing w:after="80"/>
      </w:pPr>
      <w:r>
        <w:rPr>
          <w:b w:val="0"/>
          <w:i w:val="0"/>
        </w:rPr>
        <w:t>Các trích dẫn Kinh Thánh được đánh dấu MSG lấy từ THE MESSAGE. Bản quyền © 1993, 2002, 2018 bởi Eugene H. Peterson. Được sử dụng với sự cho phép của NavPress. Bảo lưu mọi quyền. Đại diện bởi Tyndale House Publishers, một bộ phận của Tyndale House Ministries.</w:t>
      </w:r>
    </w:p>
    <w:p>
      <w:pPr>
        <w:spacing w:after="80"/>
      </w:pPr>
      <w:r>
        <w:rPr>
          <w:b w:val="0"/>
          <w:i w:val="0"/>
        </w:rPr>
        <w:t>Xuất bản bởi Maxwell Leadership Publishing, một nhánh của Forefront Books, Nashville, Tennessee.</w:t>
      </w:r>
    </w:p>
    <w:p>
      <w:pPr>
        <w:spacing w:after="80"/>
      </w:pPr>
      <w:r>
        <w:rPr>
          <w:b w:val="0"/>
          <w:i w:val="0"/>
        </w:rPr>
        <w:t>Phân phối bởi Simon &amp; Schuster.</w:t>
      </w:r>
    </w:p>
    <w:p>
      <w:pPr>
        <w:spacing w:after="80"/>
      </w:pPr>
      <w:r>
        <w:rPr>
          <w:b w:val="0"/>
          <w:i w:val="0"/>
        </w:rPr>
        <w:t>Số kiểm soát của Thư viện Quốc hội: 2024902981</w:t>
      </w:r>
    </w:p>
    <w:p>
      <w:pPr>
        <w:spacing w:after="80"/>
      </w:pPr>
      <w:r>
        <w:rPr>
          <w:b w:val="0"/>
          <w:i w:val="0"/>
        </w:rPr>
        <w:t>ISBN bản in: 979-8-8871-0034-0</w:t>
      </w:r>
    </w:p>
    <w:p>
      <w:pPr>
        <w:spacing w:after="80"/>
      </w:pPr>
      <w:r>
        <w:rPr>
          <w:b w:val="0"/>
          <w:i w:val="0"/>
        </w:rPr>
        <w:t>ISBN sách điện tử: 979-8-8871-0035-7</w:t>
      </w:r>
    </w:p>
    <w:p>
      <w:pPr>
        <w:spacing w:after="80"/>
      </w:pPr>
      <w:r>
        <w:rPr>
          <w:b w:val="0"/>
          <w:i w:val="0"/>
        </w:rPr>
        <w:t>Thiết kế bìa bởi Bruce Gore, Gore Studio, Inc.</w:t>
      </w:r>
    </w:p>
    <w:p>
      <w:pPr>
        <w:spacing w:after="80"/>
      </w:pPr>
      <w:r>
        <w:rPr>
          <w:b w:val="0"/>
          <w:i w:val="0"/>
        </w:rPr>
        <w:t>Thiết kế nội dung bởi Bill Kersey, KerseyGraphics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